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B4BD1" w14:textId="77777777" w:rsidR="007A5E59" w:rsidRPr="001F1187" w:rsidRDefault="0095198F">
      <w:pPr>
        <w:spacing w:before="1200"/>
        <w:jc w:val="center"/>
        <w:rPr>
          <w:lang w:val="ru-RU"/>
        </w:rPr>
      </w:pPr>
      <w:r w:rsidRPr="001F1187">
        <w:rPr>
          <w:b/>
          <w:sz w:val="32"/>
          <w:lang w:val="ru-RU"/>
        </w:rPr>
        <w:t>СХЕМА ТЕПЛОСНАБЖЕНИЯ</w:t>
      </w:r>
    </w:p>
    <w:p w14:paraId="60086C69" w14:textId="77777777" w:rsidR="007A5E59" w:rsidRPr="001F1187" w:rsidRDefault="0095198F">
      <w:pPr>
        <w:spacing w:before="120"/>
        <w:jc w:val="center"/>
        <w:rPr>
          <w:lang w:val="ru-RU"/>
        </w:rPr>
      </w:pPr>
      <w:r w:rsidRPr="001F1187">
        <w:rPr>
          <w:b/>
          <w:sz w:val="30"/>
          <w:lang w:val="ru-RU"/>
        </w:rPr>
        <w:t>Таштагольского муниципального округа</w:t>
      </w:r>
    </w:p>
    <w:p w14:paraId="3E33F008" w14:textId="77777777" w:rsidR="007A5E59" w:rsidRPr="001F1187" w:rsidRDefault="0095198F">
      <w:pPr>
        <w:spacing w:before="120"/>
        <w:jc w:val="center"/>
        <w:rPr>
          <w:lang w:val="ru-RU"/>
        </w:rPr>
      </w:pPr>
      <w:r w:rsidRPr="001F1187">
        <w:rPr>
          <w:b/>
          <w:sz w:val="30"/>
          <w:lang w:val="ru-RU"/>
        </w:rPr>
        <w:t>Кемеровской области — Кузбасса</w:t>
      </w:r>
    </w:p>
    <w:p w14:paraId="698C2E5B" w14:textId="77777777" w:rsidR="007A5E59" w:rsidRPr="001F1187" w:rsidRDefault="0095198F">
      <w:pPr>
        <w:spacing w:before="480"/>
        <w:jc w:val="center"/>
        <w:rPr>
          <w:lang w:val="ru-RU"/>
        </w:rPr>
      </w:pPr>
      <w:r w:rsidRPr="001F1187">
        <w:rPr>
          <w:b/>
          <w:sz w:val="28"/>
          <w:lang w:val="ru-RU"/>
        </w:rPr>
        <w:t>на период 2026–2036 годов</w:t>
      </w:r>
    </w:p>
    <w:p w14:paraId="41DB55E4" w14:textId="77777777" w:rsidR="007A5E59" w:rsidRDefault="0095198F">
      <w:pPr>
        <w:spacing w:before="960"/>
        <w:jc w:val="center"/>
        <w:rPr>
          <w:b/>
          <w:sz w:val="32"/>
          <w:lang w:val="ru-RU"/>
        </w:rPr>
      </w:pPr>
      <w:r w:rsidRPr="001F1187">
        <w:rPr>
          <w:b/>
          <w:sz w:val="32"/>
          <w:lang w:val="ru-RU"/>
        </w:rPr>
        <w:t>ОБОСНОВЫВАЮЩИЕ МАТЕРИАЛЫ</w:t>
      </w:r>
    </w:p>
    <w:p w14:paraId="167AD6D6" w14:textId="77777777" w:rsidR="00C74F04" w:rsidRDefault="00C74F04">
      <w:pPr>
        <w:spacing w:before="960"/>
        <w:jc w:val="center"/>
        <w:rPr>
          <w:b/>
          <w:sz w:val="32"/>
          <w:lang w:val="ru-RU"/>
        </w:rPr>
      </w:pPr>
    </w:p>
    <w:p w14:paraId="01907C67" w14:textId="77777777" w:rsidR="00C74F04" w:rsidRDefault="00C74F04">
      <w:pPr>
        <w:spacing w:before="960"/>
        <w:jc w:val="center"/>
        <w:rPr>
          <w:b/>
          <w:sz w:val="32"/>
          <w:lang w:val="ru-RU"/>
        </w:rPr>
      </w:pPr>
    </w:p>
    <w:p w14:paraId="1F0138C9" w14:textId="77777777" w:rsidR="00C74F04" w:rsidRPr="001F1187" w:rsidRDefault="00C74F04">
      <w:pPr>
        <w:spacing w:before="960"/>
        <w:jc w:val="center"/>
        <w:rPr>
          <w:lang w:val="ru-RU"/>
        </w:rPr>
      </w:pPr>
    </w:p>
    <w:p w14:paraId="0CEC47CC" w14:textId="77777777" w:rsidR="007A5E59" w:rsidRDefault="0095198F">
      <w:pPr>
        <w:spacing w:before="2400"/>
        <w:jc w:val="center"/>
        <w:rPr>
          <w:lang w:val="ru-RU"/>
        </w:rPr>
      </w:pPr>
      <w:r w:rsidRPr="001F1187">
        <w:rPr>
          <w:lang w:val="ru-RU"/>
        </w:rPr>
        <w:t>2026</w:t>
      </w:r>
    </w:p>
    <w:p w14:paraId="5F8B14BE" w14:textId="77777777" w:rsidR="00C74F04" w:rsidRPr="001F1187" w:rsidRDefault="00C74F04">
      <w:pPr>
        <w:spacing w:before="2400"/>
        <w:jc w:val="center"/>
        <w:rPr>
          <w:lang w:val="ru-RU"/>
        </w:rPr>
      </w:pPr>
    </w:p>
    <w:p w14:paraId="75A7A4FC" w14:textId="77777777" w:rsidR="007A5E59" w:rsidRDefault="0095198F">
      <w:pPr>
        <w:pStyle w:val="1"/>
      </w:pPr>
      <w:bookmarkStart w:id="0" w:name="_Toc238015591"/>
      <w:r>
        <w:lastRenderedPageBreak/>
        <w:t>Содержание</w:t>
      </w:r>
      <w:bookmarkEnd w:id="0"/>
    </w:p>
    <w:p w14:paraId="3B71458B" w14:textId="77777777" w:rsidR="00E87EFD" w:rsidRDefault="000C1F64">
      <w:pPr>
        <w:pStyle w:val="14"/>
        <w:tabs>
          <w:tab w:val="right" w:leader="dot" w:pos="9345"/>
        </w:tabs>
        <w:rPr>
          <w:rFonts w:asciiTheme="minorHAnsi" w:eastAsiaTheme="minorEastAsia" w:hAnsiTheme="minorHAnsi"/>
          <w:noProof/>
          <w:kern w:val="2"/>
          <w:lang w:val="ru-RU" w:eastAsia="ru-RU"/>
        </w:rPr>
      </w:pPr>
      <w:r>
        <w:fldChar w:fldCharType="begin"/>
      </w:r>
      <w:r w:rsidR="0095198F">
        <w:instrText>TOC \o "1-2" \h \z \u</w:instrText>
      </w:r>
      <w:r>
        <w:fldChar w:fldCharType="separate"/>
      </w:r>
      <w:hyperlink w:anchor="_Toc238015591" w:history="1">
        <w:r w:rsidR="00E87EFD" w:rsidRPr="00DE53AB">
          <w:rPr>
            <w:rStyle w:val="aff8"/>
            <w:noProof/>
          </w:rPr>
          <w:t>Содержание</w:t>
        </w:r>
        <w:r w:rsidR="00E87EFD">
          <w:rPr>
            <w:noProof/>
            <w:webHidden/>
          </w:rPr>
          <w:tab/>
        </w:r>
        <w:r>
          <w:rPr>
            <w:noProof/>
            <w:webHidden/>
          </w:rPr>
          <w:fldChar w:fldCharType="begin"/>
        </w:r>
        <w:r w:rsidR="00E87EFD">
          <w:rPr>
            <w:noProof/>
            <w:webHidden/>
          </w:rPr>
          <w:instrText xml:space="preserve"> PAGEREF _Toc238015591 \h </w:instrText>
        </w:r>
        <w:r>
          <w:rPr>
            <w:noProof/>
            <w:webHidden/>
          </w:rPr>
        </w:r>
        <w:r>
          <w:rPr>
            <w:noProof/>
            <w:webHidden/>
          </w:rPr>
          <w:fldChar w:fldCharType="separate"/>
        </w:r>
        <w:r w:rsidR="00444A75">
          <w:rPr>
            <w:noProof/>
            <w:webHidden/>
          </w:rPr>
          <w:t>2</w:t>
        </w:r>
        <w:r>
          <w:rPr>
            <w:noProof/>
            <w:webHidden/>
          </w:rPr>
          <w:fldChar w:fldCharType="end"/>
        </w:r>
      </w:hyperlink>
    </w:p>
    <w:p w14:paraId="0385B1DA"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592" w:history="1">
        <w:r w:rsidRPr="00DE53AB">
          <w:rPr>
            <w:rStyle w:val="aff8"/>
            <w:noProof/>
            <w:lang w:val="ru-RU"/>
          </w:rPr>
          <w:t>ОСНОВНЫЕ ТЕРМИНЫ И ОПРЕДЕЛЕНИЯ</w:t>
        </w:r>
        <w:r>
          <w:rPr>
            <w:noProof/>
            <w:webHidden/>
          </w:rPr>
          <w:tab/>
        </w:r>
        <w:r w:rsidR="000C1F64">
          <w:rPr>
            <w:noProof/>
            <w:webHidden/>
          </w:rPr>
          <w:fldChar w:fldCharType="begin"/>
        </w:r>
        <w:r>
          <w:rPr>
            <w:noProof/>
            <w:webHidden/>
          </w:rPr>
          <w:instrText xml:space="preserve"> PAGEREF _Toc238015592 \h </w:instrText>
        </w:r>
        <w:r w:rsidR="000C1F64">
          <w:rPr>
            <w:noProof/>
            <w:webHidden/>
          </w:rPr>
        </w:r>
        <w:r w:rsidR="000C1F64">
          <w:rPr>
            <w:noProof/>
            <w:webHidden/>
          </w:rPr>
          <w:fldChar w:fldCharType="separate"/>
        </w:r>
        <w:r w:rsidR="00444A75">
          <w:rPr>
            <w:noProof/>
            <w:webHidden/>
          </w:rPr>
          <w:t>7</w:t>
        </w:r>
        <w:r w:rsidR="000C1F64">
          <w:rPr>
            <w:noProof/>
            <w:webHidden/>
          </w:rPr>
          <w:fldChar w:fldCharType="end"/>
        </w:r>
      </w:hyperlink>
    </w:p>
    <w:p w14:paraId="3B04AF31"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593" w:history="1">
        <w:r w:rsidRPr="00DE53AB">
          <w:rPr>
            <w:rStyle w:val="aff8"/>
            <w:noProof/>
            <w:lang w:val="ru-RU"/>
          </w:rPr>
          <w:t>ВВЕДЕНИЕ</w:t>
        </w:r>
        <w:r>
          <w:rPr>
            <w:noProof/>
            <w:webHidden/>
          </w:rPr>
          <w:tab/>
        </w:r>
        <w:r w:rsidR="000C1F64">
          <w:rPr>
            <w:noProof/>
            <w:webHidden/>
          </w:rPr>
          <w:fldChar w:fldCharType="begin"/>
        </w:r>
        <w:r>
          <w:rPr>
            <w:noProof/>
            <w:webHidden/>
          </w:rPr>
          <w:instrText xml:space="preserve"> PAGEREF _Toc238015593 \h </w:instrText>
        </w:r>
        <w:r w:rsidR="000C1F64">
          <w:rPr>
            <w:noProof/>
            <w:webHidden/>
          </w:rPr>
        </w:r>
        <w:r w:rsidR="000C1F64">
          <w:rPr>
            <w:noProof/>
            <w:webHidden/>
          </w:rPr>
          <w:fldChar w:fldCharType="separate"/>
        </w:r>
        <w:r w:rsidR="00444A75">
          <w:rPr>
            <w:noProof/>
            <w:webHidden/>
          </w:rPr>
          <w:t>8</w:t>
        </w:r>
        <w:r w:rsidR="000C1F64">
          <w:rPr>
            <w:noProof/>
            <w:webHidden/>
          </w:rPr>
          <w:fldChar w:fldCharType="end"/>
        </w:r>
      </w:hyperlink>
    </w:p>
    <w:p w14:paraId="3DC1D114"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594" w:history="1">
        <w:r w:rsidRPr="00DE53AB">
          <w:rPr>
            <w:rStyle w:val="aff8"/>
            <w:noProof/>
            <w:lang w:val="ru-RU"/>
          </w:rPr>
          <w:t>РАЗДЕЛ 1. СУЩЕСТВУЮЩЕЕ ПОЛОЖЕНИЕ В СФЕРЕ ПРОИЗВОДСТВА, ПЕРЕДАЧИ И ПОТРЕБЛЕНИЯ ТЕПЛОВОЙ ЭНЕРГИИ ДЛЯ ЦЕЛЕЙ ТЕПЛОСНАБЖЕНИЯ</w:t>
        </w:r>
        <w:r>
          <w:rPr>
            <w:noProof/>
            <w:webHidden/>
          </w:rPr>
          <w:tab/>
        </w:r>
        <w:r w:rsidR="000C1F64">
          <w:rPr>
            <w:noProof/>
            <w:webHidden/>
          </w:rPr>
          <w:fldChar w:fldCharType="begin"/>
        </w:r>
        <w:r>
          <w:rPr>
            <w:noProof/>
            <w:webHidden/>
          </w:rPr>
          <w:instrText xml:space="preserve"> PAGEREF _Toc238015594 \h </w:instrText>
        </w:r>
        <w:r w:rsidR="000C1F64">
          <w:rPr>
            <w:noProof/>
            <w:webHidden/>
          </w:rPr>
        </w:r>
        <w:r w:rsidR="000C1F64">
          <w:rPr>
            <w:noProof/>
            <w:webHidden/>
          </w:rPr>
          <w:fldChar w:fldCharType="separate"/>
        </w:r>
        <w:r w:rsidR="00444A75">
          <w:rPr>
            <w:noProof/>
            <w:webHidden/>
          </w:rPr>
          <w:t>9</w:t>
        </w:r>
        <w:r w:rsidR="000C1F64">
          <w:rPr>
            <w:noProof/>
            <w:webHidden/>
          </w:rPr>
          <w:fldChar w:fldCharType="end"/>
        </w:r>
      </w:hyperlink>
    </w:p>
    <w:p w14:paraId="4F7EC3C8"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595" w:history="1">
        <w:r w:rsidRPr="00DE53AB">
          <w:rPr>
            <w:rStyle w:val="aff8"/>
            <w:noProof/>
            <w:lang w:val="ru-RU"/>
          </w:rPr>
          <w:t>1.1. Функциональная структура теплоснабжения</w:t>
        </w:r>
        <w:r>
          <w:rPr>
            <w:noProof/>
            <w:webHidden/>
          </w:rPr>
          <w:tab/>
        </w:r>
        <w:r w:rsidR="000C1F64">
          <w:rPr>
            <w:noProof/>
            <w:webHidden/>
          </w:rPr>
          <w:fldChar w:fldCharType="begin"/>
        </w:r>
        <w:r>
          <w:rPr>
            <w:noProof/>
            <w:webHidden/>
          </w:rPr>
          <w:instrText xml:space="preserve"> PAGEREF _Toc238015595 \h </w:instrText>
        </w:r>
        <w:r w:rsidR="000C1F64">
          <w:rPr>
            <w:noProof/>
            <w:webHidden/>
          </w:rPr>
        </w:r>
        <w:r w:rsidR="000C1F64">
          <w:rPr>
            <w:noProof/>
            <w:webHidden/>
          </w:rPr>
          <w:fldChar w:fldCharType="separate"/>
        </w:r>
        <w:r w:rsidR="00444A75">
          <w:rPr>
            <w:noProof/>
            <w:webHidden/>
          </w:rPr>
          <w:t>9</w:t>
        </w:r>
        <w:r w:rsidR="000C1F64">
          <w:rPr>
            <w:noProof/>
            <w:webHidden/>
          </w:rPr>
          <w:fldChar w:fldCharType="end"/>
        </w:r>
      </w:hyperlink>
    </w:p>
    <w:p w14:paraId="4D29AF7D"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596" w:history="1">
        <w:r w:rsidRPr="00DE53AB">
          <w:rPr>
            <w:rStyle w:val="aff8"/>
            <w:noProof/>
          </w:rPr>
          <w:t>1.2. Источники тепловой энергии</w:t>
        </w:r>
        <w:r>
          <w:rPr>
            <w:noProof/>
            <w:webHidden/>
          </w:rPr>
          <w:tab/>
        </w:r>
        <w:r w:rsidR="000C1F64">
          <w:rPr>
            <w:noProof/>
            <w:webHidden/>
          </w:rPr>
          <w:fldChar w:fldCharType="begin"/>
        </w:r>
        <w:r>
          <w:rPr>
            <w:noProof/>
            <w:webHidden/>
          </w:rPr>
          <w:instrText xml:space="preserve"> PAGEREF _Toc238015596 \h </w:instrText>
        </w:r>
        <w:r w:rsidR="000C1F64">
          <w:rPr>
            <w:noProof/>
            <w:webHidden/>
          </w:rPr>
        </w:r>
        <w:r w:rsidR="000C1F64">
          <w:rPr>
            <w:noProof/>
            <w:webHidden/>
          </w:rPr>
          <w:fldChar w:fldCharType="separate"/>
        </w:r>
        <w:r w:rsidR="00444A75">
          <w:rPr>
            <w:noProof/>
            <w:webHidden/>
          </w:rPr>
          <w:t>12</w:t>
        </w:r>
        <w:r w:rsidR="000C1F64">
          <w:rPr>
            <w:noProof/>
            <w:webHidden/>
          </w:rPr>
          <w:fldChar w:fldCharType="end"/>
        </w:r>
      </w:hyperlink>
    </w:p>
    <w:p w14:paraId="533E3476"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597" w:history="1">
        <w:r w:rsidRPr="00DE53AB">
          <w:rPr>
            <w:rStyle w:val="aff8"/>
            <w:noProof/>
          </w:rPr>
          <w:t>1.3. Тепловые сети, сооружения на них и тепловые пункты</w:t>
        </w:r>
        <w:r>
          <w:rPr>
            <w:noProof/>
            <w:webHidden/>
          </w:rPr>
          <w:tab/>
        </w:r>
        <w:r w:rsidR="000C1F64">
          <w:rPr>
            <w:noProof/>
            <w:webHidden/>
          </w:rPr>
          <w:fldChar w:fldCharType="begin"/>
        </w:r>
        <w:r>
          <w:rPr>
            <w:noProof/>
            <w:webHidden/>
          </w:rPr>
          <w:instrText xml:space="preserve"> PAGEREF _Toc238015597 \h </w:instrText>
        </w:r>
        <w:r w:rsidR="000C1F64">
          <w:rPr>
            <w:noProof/>
            <w:webHidden/>
          </w:rPr>
        </w:r>
        <w:r w:rsidR="000C1F64">
          <w:rPr>
            <w:noProof/>
            <w:webHidden/>
          </w:rPr>
          <w:fldChar w:fldCharType="separate"/>
        </w:r>
        <w:r w:rsidR="00444A75">
          <w:rPr>
            <w:noProof/>
            <w:webHidden/>
          </w:rPr>
          <w:t>18</w:t>
        </w:r>
        <w:r w:rsidR="000C1F64">
          <w:rPr>
            <w:noProof/>
            <w:webHidden/>
          </w:rPr>
          <w:fldChar w:fldCharType="end"/>
        </w:r>
      </w:hyperlink>
    </w:p>
    <w:p w14:paraId="146F7BD8"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598" w:history="1">
        <w:r w:rsidRPr="00DE53AB">
          <w:rPr>
            <w:rStyle w:val="aff8"/>
            <w:noProof/>
          </w:rPr>
          <w:t>1.4. Зоны действия источников тепловой энергии</w:t>
        </w:r>
        <w:r>
          <w:rPr>
            <w:noProof/>
            <w:webHidden/>
          </w:rPr>
          <w:tab/>
        </w:r>
        <w:r w:rsidR="000C1F64">
          <w:rPr>
            <w:noProof/>
            <w:webHidden/>
          </w:rPr>
          <w:fldChar w:fldCharType="begin"/>
        </w:r>
        <w:r>
          <w:rPr>
            <w:noProof/>
            <w:webHidden/>
          </w:rPr>
          <w:instrText xml:space="preserve"> PAGEREF _Toc238015598 \h </w:instrText>
        </w:r>
        <w:r w:rsidR="000C1F64">
          <w:rPr>
            <w:noProof/>
            <w:webHidden/>
          </w:rPr>
        </w:r>
        <w:r w:rsidR="000C1F64">
          <w:rPr>
            <w:noProof/>
            <w:webHidden/>
          </w:rPr>
          <w:fldChar w:fldCharType="separate"/>
        </w:r>
        <w:r w:rsidR="00444A75">
          <w:rPr>
            <w:noProof/>
            <w:webHidden/>
          </w:rPr>
          <w:t>27</w:t>
        </w:r>
        <w:r w:rsidR="000C1F64">
          <w:rPr>
            <w:noProof/>
            <w:webHidden/>
          </w:rPr>
          <w:fldChar w:fldCharType="end"/>
        </w:r>
      </w:hyperlink>
    </w:p>
    <w:p w14:paraId="13EED34E"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599" w:history="1">
        <w:r w:rsidRPr="00DE53AB">
          <w:rPr>
            <w:rStyle w:val="aff8"/>
            <w:noProof/>
          </w:rPr>
          <w:t>1.5. Тепловые нагрузки потребителей тепловой энергии, групп потребителей тепловой энергии в зонах действия источников тепловой энергии</w:t>
        </w:r>
        <w:r>
          <w:rPr>
            <w:noProof/>
            <w:webHidden/>
          </w:rPr>
          <w:tab/>
        </w:r>
        <w:r w:rsidR="000C1F64">
          <w:rPr>
            <w:noProof/>
            <w:webHidden/>
          </w:rPr>
          <w:fldChar w:fldCharType="begin"/>
        </w:r>
        <w:r>
          <w:rPr>
            <w:noProof/>
            <w:webHidden/>
          </w:rPr>
          <w:instrText xml:space="preserve"> PAGEREF _Toc238015599 \h </w:instrText>
        </w:r>
        <w:r w:rsidR="000C1F64">
          <w:rPr>
            <w:noProof/>
            <w:webHidden/>
          </w:rPr>
        </w:r>
        <w:r w:rsidR="000C1F64">
          <w:rPr>
            <w:noProof/>
            <w:webHidden/>
          </w:rPr>
          <w:fldChar w:fldCharType="separate"/>
        </w:r>
        <w:r w:rsidR="00444A75">
          <w:rPr>
            <w:noProof/>
            <w:webHidden/>
          </w:rPr>
          <w:t>57</w:t>
        </w:r>
        <w:r w:rsidR="000C1F64">
          <w:rPr>
            <w:noProof/>
            <w:webHidden/>
          </w:rPr>
          <w:fldChar w:fldCharType="end"/>
        </w:r>
      </w:hyperlink>
    </w:p>
    <w:p w14:paraId="4C2D15E7"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00" w:history="1">
        <w:r w:rsidRPr="00DE53AB">
          <w:rPr>
            <w:rStyle w:val="aff8"/>
            <w:noProof/>
          </w:rPr>
          <w:t>1.6. Балансы тепловой мощности и тепловой нагрузки</w:t>
        </w:r>
        <w:r>
          <w:rPr>
            <w:noProof/>
            <w:webHidden/>
          </w:rPr>
          <w:tab/>
        </w:r>
        <w:r w:rsidR="000C1F64">
          <w:rPr>
            <w:noProof/>
            <w:webHidden/>
          </w:rPr>
          <w:fldChar w:fldCharType="begin"/>
        </w:r>
        <w:r>
          <w:rPr>
            <w:noProof/>
            <w:webHidden/>
          </w:rPr>
          <w:instrText xml:space="preserve"> PAGEREF _Toc238015600 \h </w:instrText>
        </w:r>
        <w:r w:rsidR="000C1F64">
          <w:rPr>
            <w:noProof/>
            <w:webHidden/>
          </w:rPr>
        </w:r>
        <w:r w:rsidR="000C1F64">
          <w:rPr>
            <w:noProof/>
            <w:webHidden/>
          </w:rPr>
          <w:fldChar w:fldCharType="separate"/>
        </w:r>
        <w:r w:rsidR="00444A75">
          <w:rPr>
            <w:noProof/>
            <w:webHidden/>
          </w:rPr>
          <w:t>61</w:t>
        </w:r>
        <w:r w:rsidR="000C1F64">
          <w:rPr>
            <w:noProof/>
            <w:webHidden/>
          </w:rPr>
          <w:fldChar w:fldCharType="end"/>
        </w:r>
      </w:hyperlink>
    </w:p>
    <w:p w14:paraId="78AE0C17"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01" w:history="1">
        <w:r w:rsidRPr="00DE53AB">
          <w:rPr>
            <w:rStyle w:val="aff8"/>
            <w:noProof/>
          </w:rPr>
          <w:t>1.7. Балансы теплоносителя</w:t>
        </w:r>
        <w:r>
          <w:rPr>
            <w:noProof/>
            <w:webHidden/>
          </w:rPr>
          <w:tab/>
        </w:r>
        <w:r w:rsidR="000C1F64">
          <w:rPr>
            <w:noProof/>
            <w:webHidden/>
          </w:rPr>
          <w:fldChar w:fldCharType="begin"/>
        </w:r>
        <w:r>
          <w:rPr>
            <w:noProof/>
            <w:webHidden/>
          </w:rPr>
          <w:instrText xml:space="preserve"> PAGEREF _Toc238015601 \h </w:instrText>
        </w:r>
        <w:r w:rsidR="000C1F64">
          <w:rPr>
            <w:noProof/>
            <w:webHidden/>
          </w:rPr>
        </w:r>
        <w:r w:rsidR="000C1F64">
          <w:rPr>
            <w:noProof/>
            <w:webHidden/>
          </w:rPr>
          <w:fldChar w:fldCharType="separate"/>
        </w:r>
        <w:r w:rsidR="00444A75">
          <w:rPr>
            <w:noProof/>
            <w:webHidden/>
          </w:rPr>
          <w:t>76</w:t>
        </w:r>
        <w:r w:rsidR="000C1F64">
          <w:rPr>
            <w:noProof/>
            <w:webHidden/>
          </w:rPr>
          <w:fldChar w:fldCharType="end"/>
        </w:r>
      </w:hyperlink>
    </w:p>
    <w:p w14:paraId="4812D201"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02" w:history="1">
        <w:r w:rsidRPr="00DE53AB">
          <w:rPr>
            <w:rStyle w:val="aff8"/>
            <w:noProof/>
          </w:rPr>
          <w:t>1.8. Топливные балансы источников тепловой энергии и система обеспечения топливом</w:t>
        </w:r>
        <w:r>
          <w:rPr>
            <w:noProof/>
            <w:webHidden/>
          </w:rPr>
          <w:tab/>
        </w:r>
        <w:r w:rsidR="000C1F64">
          <w:rPr>
            <w:noProof/>
            <w:webHidden/>
          </w:rPr>
          <w:fldChar w:fldCharType="begin"/>
        </w:r>
        <w:r>
          <w:rPr>
            <w:noProof/>
            <w:webHidden/>
          </w:rPr>
          <w:instrText xml:space="preserve"> PAGEREF _Toc238015602 \h </w:instrText>
        </w:r>
        <w:r w:rsidR="000C1F64">
          <w:rPr>
            <w:noProof/>
            <w:webHidden/>
          </w:rPr>
        </w:r>
        <w:r w:rsidR="000C1F64">
          <w:rPr>
            <w:noProof/>
            <w:webHidden/>
          </w:rPr>
          <w:fldChar w:fldCharType="separate"/>
        </w:r>
        <w:r w:rsidR="00444A75">
          <w:rPr>
            <w:noProof/>
            <w:webHidden/>
          </w:rPr>
          <w:t>82</w:t>
        </w:r>
        <w:r w:rsidR="000C1F64">
          <w:rPr>
            <w:noProof/>
            <w:webHidden/>
          </w:rPr>
          <w:fldChar w:fldCharType="end"/>
        </w:r>
      </w:hyperlink>
    </w:p>
    <w:p w14:paraId="150F4FC0"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03" w:history="1">
        <w:r w:rsidRPr="00DE53AB">
          <w:rPr>
            <w:rStyle w:val="aff8"/>
            <w:noProof/>
          </w:rPr>
          <w:t>1.9. Надёжность теплоснабжения</w:t>
        </w:r>
        <w:r>
          <w:rPr>
            <w:noProof/>
            <w:webHidden/>
          </w:rPr>
          <w:tab/>
        </w:r>
        <w:r w:rsidR="000C1F64">
          <w:rPr>
            <w:noProof/>
            <w:webHidden/>
          </w:rPr>
          <w:fldChar w:fldCharType="begin"/>
        </w:r>
        <w:r>
          <w:rPr>
            <w:noProof/>
            <w:webHidden/>
          </w:rPr>
          <w:instrText xml:space="preserve"> PAGEREF _Toc238015603 \h </w:instrText>
        </w:r>
        <w:r w:rsidR="000C1F64">
          <w:rPr>
            <w:noProof/>
            <w:webHidden/>
          </w:rPr>
        </w:r>
        <w:r w:rsidR="000C1F64">
          <w:rPr>
            <w:noProof/>
            <w:webHidden/>
          </w:rPr>
          <w:fldChar w:fldCharType="separate"/>
        </w:r>
        <w:r w:rsidR="00444A75">
          <w:rPr>
            <w:noProof/>
            <w:webHidden/>
          </w:rPr>
          <w:t>83</w:t>
        </w:r>
        <w:r w:rsidR="000C1F64">
          <w:rPr>
            <w:noProof/>
            <w:webHidden/>
          </w:rPr>
          <w:fldChar w:fldCharType="end"/>
        </w:r>
      </w:hyperlink>
    </w:p>
    <w:p w14:paraId="077334FF"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04" w:history="1">
        <w:r w:rsidRPr="00DE53AB">
          <w:rPr>
            <w:rStyle w:val="aff8"/>
            <w:noProof/>
          </w:rPr>
          <w:t>1.10. Технико-экономические показатели теплоснабжающих и теплосетевых организаций</w:t>
        </w:r>
        <w:r>
          <w:rPr>
            <w:noProof/>
            <w:webHidden/>
          </w:rPr>
          <w:tab/>
        </w:r>
        <w:r w:rsidR="000C1F64">
          <w:rPr>
            <w:noProof/>
            <w:webHidden/>
          </w:rPr>
          <w:fldChar w:fldCharType="begin"/>
        </w:r>
        <w:r>
          <w:rPr>
            <w:noProof/>
            <w:webHidden/>
          </w:rPr>
          <w:instrText xml:space="preserve"> PAGEREF _Toc238015604 \h </w:instrText>
        </w:r>
        <w:r w:rsidR="000C1F64">
          <w:rPr>
            <w:noProof/>
            <w:webHidden/>
          </w:rPr>
        </w:r>
        <w:r w:rsidR="000C1F64">
          <w:rPr>
            <w:noProof/>
            <w:webHidden/>
          </w:rPr>
          <w:fldChar w:fldCharType="separate"/>
        </w:r>
        <w:r w:rsidR="00444A75">
          <w:rPr>
            <w:noProof/>
            <w:webHidden/>
          </w:rPr>
          <w:t>83</w:t>
        </w:r>
        <w:r w:rsidR="000C1F64">
          <w:rPr>
            <w:noProof/>
            <w:webHidden/>
          </w:rPr>
          <w:fldChar w:fldCharType="end"/>
        </w:r>
      </w:hyperlink>
    </w:p>
    <w:p w14:paraId="69C4CF9C"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05" w:history="1">
        <w:r w:rsidRPr="00DE53AB">
          <w:rPr>
            <w:rStyle w:val="aff8"/>
            <w:noProof/>
          </w:rPr>
          <w:t>1.11. Цены (тарифы) в сфере теплоснабжения</w:t>
        </w:r>
        <w:r>
          <w:rPr>
            <w:noProof/>
            <w:webHidden/>
          </w:rPr>
          <w:tab/>
        </w:r>
        <w:r w:rsidR="000C1F64">
          <w:rPr>
            <w:noProof/>
            <w:webHidden/>
          </w:rPr>
          <w:fldChar w:fldCharType="begin"/>
        </w:r>
        <w:r>
          <w:rPr>
            <w:noProof/>
            <w:webHidden/>
          </w:rPr>
          <w:instrText xml:space="preserve"> PAGEREF _Toc238015605 \h </w:instrText>
        </w:r>
        <w:r w:rsidR="000C1F64">
          <w:rPr>
            <w:noProof/>
            <w:webHidden/>
          </w:rPr>
        </w:r>
        <w:r w:rsidR="000C1F64">
          <w:rPr>
            <w:noProof/>
            <w:webHidden/>
          </w:rPr>
          <w:fldChar w:fldCharType="separate"/>
        </w:r>
        <w:r w:rsidR="00444A75">
          <w:rPr>
            <w:noProof/>
            <w:webHidden/>
          </w:rPr>
          <w:t>83</w:t>
        </w:r>
        <w:r w:rsidR="000C1F64">
          <w:rPr>
            <w:noProof/>
            <w:webHidden/>
          </w:rPr>
          <w:fldChar w:fldCharType="end"/>
        </w:r>
      </w:hyperlink>
    </w:p>
    <w:p w14:paraId="3E5D7D9F"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06" w:history="1">
        <w:r w:rsidRPr="00DE53AB">
          <w:rPr>
            <w:rStyle w:val="aff8"/>
            <w:noProof/>
          </w:rPr>
          <w:t>1.12. Описание существующих технических и технологических проблем в системах теплоснабжения</w:t>
        </w:r>
        <w:r>
          <w:rPr>
            <w:noProof/>
            <w:webHidden/>
          </w:rPr>
          <w:tab/>
        </w:r>
        <w:r w:rsidR="000C1F64">
          <w:rPr>
            <w:noProof/>
            <w:webHidden/>
          </w:rPr>
          <w:fldChar w:fldCharType="begin"/>
        </w:r>
        <w:r>
          <w:rPr>
            <w:noProof/>
            <w:webHidden/>
          </w:rPr>
          <w:instrText xml:space="preserve"> PAGEREF _Toc238015606 \h </w:instrText>
        </w:r>
        <w:r w:rsidR="000C1F64">
          <w:rPr>
            <w:noProof/>
            <w:webHidden/>
          </w:rPr>
        </w:r>
        <w:r w:rsidR="000C1F64">
          <w:rPr>
            <w:noProof/>
            <w:webHidden/>
          </w:rPr>
          <w:fldChar w:fldCharType="separate"/>
        </w:r>
        <w:r w:rsidR="00444A75">
          <w:rPr>
            <w:noProof/>
            <w:webHidden/>
          </w:rPr>
          <w:t>84</w:t>
        </w:r>
        <w:r w:rsidR="000C1F64">
          <w:rPr>
            <w:noProof/>
            <w:webHidden/>
          </w:rPr>
          <w:fldChar w:fldCharType="end"/>
        </w:r>
      </w:hyperlink>
    </w:p>
    <w:p w14:paraId="23A91075"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07" w:history="1">
        <w:r w:rsidRPr="00DE53AB">
          <w:rPr>
            <w:rStyle w:val="aff8"/>
            <w:noProof/>
          </w:rPr>
          <w:t>РАЗДЕЛ 2. СУЩЕСТВУЮЩЕЕ И ПЕРСПЕКТИВНОЕ ПОТРЕБЛЕНИЕ ТЕПЛОВОЙ ЭНЕРГИИ НА ЦЕЛИ ТЕПЛОСНАБЖЕНИЯ</w:t>
        </w:r>
        <w:r>
          <w:rPr>
            <w:noProof/>
            <w:webHidden/>
          </w:rPr>
          <w:tab/>
        </w:r>
        <w:r w:rsidR="000C1F64">
          <w:rPr>
            <w:noProof/>
            <w:webHidden/>
          </w:rPr>
          <w:fldChar w:fldCharType="begin"/>
        </w:r>
        <w:r>
          <w:rPr>
            <w:noProof/>
            <w:webHidden/>
          </w:rPr>
          <w:instrText xml:space="preserve"> PAGEREF _Toc238015607 \h </w:instrText>
        </w:r>
        <w:r w:rsidR="000C1F64">
          <w:rPr>
            <w:noProof/>
            <w:webHidden/>
          </w:rPr>
        </w:r>
        <w:r w:rsidR="000C1F64">
          <w:rPr>
            <w:noProof/>
            <w:webHidden/>
          </w:rPr>
          <w:fldChar w:fldCharType="separate"/>
        </w:r>
        <w:r w:rsidR="00444A75">
          <w:rPr>
            <w:noProof/>
            <w:webHidden/>
          </w:rPr>
          <w:t>85</w:t>
        </w:r>
        <w:r w:rsidR="000C1F64">
          <w:rPr>
            <w:noProof/>
            <w:webHidden/>
          </w:rPr>
          <w:fldChar w:fldCharType="end"/>
        </w:r>
      </w:hyperlink>
    </w:p>
    <w:p w14:paraId="27E92E39"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08" w:history="1">
        <w:r w:rsidRPr="00DE53AB">
          <w:rPr>
            <w:rStyle w:val="aff8"/>
            <w:noProof/>
          </w:rPr>
          <w:t>РАЗДЕЛ 3. ЭЛЕКТРОННАЯ МОДЕЛЬ СИСТЕМЫ ТЕПЛОСНАБЖЕНИЯ МУНИЦИПАЛЬНОГО ОКРУГА</w:t>
        </w:r>
        <w:r>
          <w:rPr>
            <w:noProof/>
            <w:webHidden/>
          </w:rPr>
          <w:tab/>
        </w:r>
        <w:r w:rsidR="000C1F64">
          <w:rPr>
            <w:noProof/>
            <w:webHidden/>
          </w:rPr>
          <w:fldChar w:fldCharType="begin"/>
        </w:r>
        <w:r>
          <w:rPr>
            <w:noProof/>
            <w:webHidden/>
          </w:rPr>
          <w:instrText xml:space="preserve"> PAGEREF _Toc238015608 \h </w:instrText>
        </w:r>
        <w:r w:rsidR="000C1F64">
          <w:rPr>
            <w:noProof/>
            <w:webHidden/>
          </w:rPr>
        </w:r>
        <w:r w:rsidR="000C1F64">
          <w:rPr>
            <w:noProof/>
            <w:webHidden/>
          </w:rPr>
          <w:fldChar w:fldCharType="separate"/>
        </w:r>
        <w:r w:rsidR="00444A75">
          <w:rPr>
            <w:noProof/>
            <w:webHidden/>
          </w:rPr>
          <w:t>91</w:t>
        </w:r>
        <w:r w:rsidR="000C1F64">
          <w:rPr>
            <w:noProof/>
            <w:webHidden/>
          </w:rPr>
          <w:fldChar w:fldCharType="end"/>
        </w:r>
      </w:hyperlink>
    </w:p>
    <w:p w14:paraId="379F12C1"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09" w:history="1">
        <w:r w:rsidRPr="00DE53AB">
          <w:rPr>
            <w:rStyle w:val="aff8"/>
            <w:noProof/>
          </w:rPr>
          <w:t>РАЗДЕЛ 4. СУЩЕСТВУЮЩИЕ И ПЕРСПЕКТИВНЫЕ БАЛАНСЫ ТЕПЛОВОЙ МОЩНОСТИ ИСТОЧНИКОВ ТЕПЛОВОЙ ЭНЕРГИИ И ТЕПЛОВОЙ НАГРУЗКИ ПОТРЕБИТЕЛЕЙ</w:t>
        </w:r>
        <w:r>
          <w:rPr>
            <w:noProof/>
            <w:webHidden/>
          </w:rPr>
          <w:tab/>
        </w:r>
        <w:r w:rsidR="000C1F64">
          <w:rPr>
            <w:noProof/>
            <w:webHidden/>
          </w:rPr>
          <w:fldChar w:fldCharType="begin"/>
        </w:r>
        <w:r>
          <w:rPr>
            <w:noProof/>
            <w:webHidden/>
          </w:rPr>
          <w:instrText xml:space="preserve"> PAGEREF _Toc238015609 \h </w:instrText>
        </w:r>
        <w:r w:rsidR="000C1F64">
          <w:rPr>
            <w:noProof/>
            <w:webHidden/>
          </w:rPr>
        </w:r>
        <w:r w:rsidR="000C1F64">
          <w:rPr>
            <w:noProof/>
            <w:webHidden/>
          </w:rPr>
          <w:fldChar w:fldCharType="separate"/>
        </w:r>
        <w:r w:rsidR="00444A75">
          <w:rPr>
            <w:noProof/>
            <w:webHidden/>
          </w:rPr>
          <w:t>92</w:t>
        </w:r>
        <w:r w:rsidR="000C1F64">
          <w:rPr>
            <w:noProof/>
            <w:webHidden/>
          </w:rPr>
          <w:fldChar w:fldCharType="end"/>
        </w:r>
      </w:hyperlink>
    </w:p>
    <w:p w14:paraId="6C9F4BFB"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10" w:history="1">
        <w:r w:rsidRPr="00DE53AB">
          <w:rPr>
            <w:rStyle w:val="aff8"/>
            <w:noProof/>
          </w:rPr>
          <w:t>4.1. Методика и применяемые величины</w:t>
        </w:r>
        <w:r>
          <w:rPr>
            <w:noProof/>
            <w:webHidden/>
          </w:rPr>
          <w:tab/>
        </w:r>
        <w:r w:rsidR="000C1F64">
          <w:rPr>
            <w:noProof/>
            <w:webHidden/>
          </w:rPr>
          <w:fldChar w:fldCharType="begin"/>
        </w:r>
        <w:r>
          <w:rPr>
            <w:noProof/>
            <w:webHidden/>
          </w:rPr>
          <w:instrText xml:space="preserve"> PAGEREF _Toc238015610 \h </w:instrText>
        </w:r>
        <w:r w:rsidR="000C1F64">
          <w:rPr>
            <w:noProof/>
            <w:webHidden/>
          </w:rPr>
        </w:r>
        <w:r w:rsidR="000C1F64">
          <w:rPr>
            <w:noProof/>
            <w:webHidden/>
          </w:rPr>
          <w:fldChar w:fldCharType="separate"/>
        </w:r>
        <w:r w:rsidR="00444A75">
          <w:rPr>
            <w:noProof/>
            <w:webHidden/>
          </w:rPr>
          <w:t>92</w:t>
        </w:r>
        <w:r w:rsidR="000C1F64">
          <w:rPr>
            <w:noProof/>
            <w:webHidden/>
          </w:rPr>
          <w:fldChar w:fldCharType="end"/>
        </w:r>
      </w:hyperlink>
    </w:p>
    <w:p w14:paraId="3632BC2B"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11" w:history="1">
        <w:r w:rsidRPr="00DE53AB">
          <w:rPr>
            <w:rStyle w:val="aff8"/>
            <w:noProof/>
          </w:rPr>
          <w:t>4.2. Баланс тепловой мощности по источникам</w:t>
        </w:r>
        <w:r>
          <w:rPr>
            <w:noProof/>
            <w:webHidden/>
          </w:rPr>
          <w:tab/>
        </w:r>
        <w:r w:rsidR="000C1F64">
          <w:rPr>
            <w:noProof/>
            <w:webHidden/>
          </w:rPr>
          <w:fldChar w:fldCharType="begin"/>
        </w:r>
        <w:r>
          <w:rPr>
            <w:noProof/>
            <w:webHidden/>
          </w:rPr>
          <w:instrText xml:space="preserve"> PAGEREF _Toc238015611 \h </w:instrText>
        </w:r>
        <w:r w:rsidR="000C1F64">
          <w:rPr>
            <w:noProof/>
            <w:webHidden/>
          </w:rPr>
        </w:r>
        <w:r w:rsidR="000C1F64">
          <w:rPr>
            <w:noProof/>
            <w:webHidden/>
          </w:rPr>
          <w:fldChar w:fldCharType="separate"/>
        </w:r>
        <w:r w:rsidR="00444A75">
          <w:rPr>
            <w:noProof/>
            <w:webHidden/>
          </w:rPr>
          <w:t>93</w:t>
        </w:r>
        <w:r w:rsidR="000C1F64">
          <w:rPr>
            <w:noProof/>
            <w:webHidden/>
          </w:rPr>
          <w:fldChar w:fldCharType="end"/>
        </w:r>
      </w:hyperlink>
    </w:p>
    <w:p w14:paraId="53698B52"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12" w:history="1">
        <w:r w:rsidRPr="00DE53AB">
          <w:rPr>
            <w:rStyle w:val="aff8"/>
            <w:noProof/>
          </w:rPr>
          <w:t>4.3. Территориальные своды</w:t>
        </w:r>
        <w:r>
          <w:rPr>
            <w:noProof/>
            <w:webHidden/>
          </w:rPr>
          <w:tab/>
        </w:r>
        <w:r w:rsidR="000C1F64">
          <w:rPr>
            <w:noProof/>
            <w:webHidden/>
          </w:rPr>
          <w:fldChar w:fldCharType="begin"/>
        </w:r>
        <w:r>
          <w:rPr>
            <w:noProof/>
            <w:webHidden/>
          </w:rPr>
          <w:instrText xml:space="preserve"> PAGEREF _Toc238015612 \h </w:instrText>
        </w:r>
        <w:r w:rsidR="000C1F64">
          <w:rPr>
            <w:noProof/>
            <w:webHidden/>
          </w:rPr>
        </w:r>
        <w:r w:rsidR="000C1F64">
          <w:rPr>
            <w:noProof/>
            <w:webHidden/>
          </w:rPr>
          <w:fldChar w:fldCharType="separate"/>
        </w:r>
        <w:r w:rsidR="00444A75">
          <w:rPr>
            <w:noProof/>
            <w:webHidden/>
          </w:rPr>
          <w:t>102</w:t>
        </w:r>
        <w:r w:rsidR="000C1F64">
          <w:rPr>
            <w:noProof/>
            <w:webHidden/>
          </w:rPr>
          <w:fldChar w:fldCharType="end"/>
        </w:r>
      </w:hyperlink>
    </w:p>
    <w:p w14:paraId="1312B07E"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13" w:history="1">
        <w:r w:rsidRPr="00DE53AB">
          <w:rPr>
            <w:rStyle w:val="aff8"/>
            <w:noProof/>
          </w:rPr>
          <w:t>4.4. Скрининг режима N−1</w:t>
        </w:r>
        <w:r>
          <w:rPr>
            <w:noProof/>
            <w:webHidden/>
          </w:rPr>
          <w:tab/>
        </w:r>
        <w:r w:rsidR="000C1F64">
          <w:rPr>
            <w:noProof/>
            <w:webHidden/>
          </w:rPr>
          <w:fldChar w:fldCharType="begin"/>
        </w:r>
        <w:r>
          <w:rPr>
            <w:noProof/>
            <w:webHidden/>
          </w:rPr>
          <w:instrText xml:space="preserve"> PAGEREF _Toc238015613 \h </w:instrText>
        </w:r>
        <w:r w:rsidR="000C1F64">
          <w:rPr>
            <w:noProof/>
            <w:webHidden/>
          </w:rPr>
        </w:r>
        <w:r w:rsidR="000C1F64">
          <w:rPr>
            <w:noProof/>
            <w:webHidden/>
          </w:rPr>
          <w:fldChar w:fldCharType="separate"/>
        </w:r>
        <w:r w:rsidR="00444A75">
          <w:rPr>
            <w:noProof/>
            <w:webHidden/>
          </w:rPr>
          <w:t>104</w:t>
        </w:r>
        <w:r w:rsidR="000C1F64">
          <w:rPr>
            <w:noProof/>
            <w:webHidden/>
          </w:rPr>
          <w:fldChar w:fldCharType="end"/>
        </w:r>
      </w:hyperlink>
    </w:p>
    <w:p w14:paraId="4F09943C"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14" w:history="1">
        <w:r w:rsidRPr="00DE53AB">
          <w:rPr>
            <w:rStyle w:val="aff8"/>
            <w:noProof/>
          </w:rPr>
          <w:t>4.5. УПК № 5 «Новый Шерегеш» — раздельные величины</w:t>
        </w:r>
        <w:r>
          <w:rPr>
            <w:noProof/>
            <w:webHidden/>
          </w:rPr>
          <w:tab/>
        </w:r>
        <w:r w:rsidR="000C1F64">
          <w:rPr>
            <w:noProof/>
            <w:webHidden/>
          </w:rPr>
          <w:fldChar w:fldCharType="begin"/>
        </w:r>
        <w:r>
          <w:rPr>
            <w:noProof/>
            <w:webHidden/>
          </w:rPr>
          <w:instrText xml:space="preserve"> PAGEREF _Toc238015614 \h </w:instrText>
        </w:r>
        <w:r w:rsidR="000C1F64">
          <w:rPr>
            <w:noProof/>
            <w:webHidden/>
          </w:rPr>
        </w:r>
        <w:r w:rsidR="000C1F64">
          <w:rPr>
            <w:noProof/>
            <w:webHidden/>
          </w:rPr>
          <w:fldChar w:fldCharType="separate"/>
        </w:r>
        <w:r w:rsidR="00444A75">
          <w:rPr>
            <w:noProof/>
            <w:webHidden/>
          </w:rPr>
          <w:t>105</w:t>
        </w:r>
        <w:r w:rsidR="000C1F64">
          <w:rPr>
            <w:noProof/>
            <w:webHidden/>
          </w:rPr>
          <w:fldChar w:fldCharType="end"/>
        </w:r>
      </w:hyperlink>
    </w:p>
    <w:p w14:paraId="3D88A00F"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15" w:history="1">
        <w:r w:rsidRPr="00DE53AB">
          <w:rPr>
            <w:rStyle w:val="aff8"/>
            <w:noProof/>
          </w:rPr>
          <w:t>4.6. Установленная мощность УПК № 10 «Темир-Тау»</w:t>
        </w:r>
        <w:r>
          <w:rPr>
            <w:noProof/>
            <w:webHidden/>
          </w:rPr>
          <w:tab/>
        </w:r>
        <w:r w:rsidR="000C1F64">
          <w:rPr>
            <w:noProof/>
            <w:webHidden/>
          </w:rPr>
          <w:fldChar w:fldCharType="begin"/>
        </w:r>
        <w:r>
          <w:rPr>
            <w:noProof/>
            <w:webHidden/>
          </w:rPr>
          <w:instrText xml:space="preserve"> PAGEREF _Toc238015615 \h </w:instrText>
        </w:r>
        <w:r w:rsidR="000C1F64">
          <w:rPr>
            <w:noProof/>
            <w:webHidden/>
          </w:rPr>
        </w:r>
        <w:r w:rsidR="000C1F64">
          <w:rPr>
            <w:noProof/>
            <w:webHidden/>
          </w:rPr>
          <w:fldChar w:fldCharType="separate"/>
        </w:r>
        <w:r w:rsidR="00444A75">
          <w:rPr>
            <w:noProof/>
            <w:webHidden/>
          </w:rPr>
          <w:t>105</w:t>
        </w:r>
        <w:r w:rsidR="000C1F64">
          <w:rPr>
            <w:noProof/>
            <w:webHidden/>
          </w:rPr>
          <w:fldChar w:fldCharType="end"/>
        </w:r>
      </w:hyperlink>
    </w:p>
    <w:p w14:paraId="3D712642"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16" w:history="1">
        <w:r w:rsidRPr="00DE53AB">
          <w:rPr>
            <w:rStyle w:val="aff8"/>
            <w:noProof/>
          </w:rPr>
          <w:t>4.7. Следствия для мастер-плана и пробелы</w:t>
        </w:r>
        <w:r>
          <w:rPr>
            <w:noProof/>
            <w:webHidden/>
          </w:rPr>
          <w:tab/>
        </w:r>
        <w:r w:rsidR="000C1F64">
          <w:rPr>
            <w:noProof/>
            <w:webHidden/>
          </w:rPr>
          <w:fldChar w:fldCharType="begin"/>
        </w:r>
        <w:r>
          <w:rPr>
            <w:noProof/>
            <w:webHidden/>
          </w:rPr>
          <w:instrText xml:space="preserve"> PAGEREF _Toc238015616 \h </w:instrText>
        </w:r>
        <w:r w:rsidR="000C1F64">
          <w:rPr>
            <w:noProof/>
            <w:webHidden/>
          </w:rPr>
        </w:r>
        <w:r w:rsidR="000C1F64">
          <w:rPr>
            <w:noProof/>
            <w:webHidden/>
          </w:rPr>
          <w:fldChar w:fldCharType="separate"/>
        </w:r>
        <w:r w:rsidR="00444A75">
          <w:rPr>
            <w:noProof/>
            <w:webHidden/>
          </w:rPr>
          <w:t>106</w:t>
        </w:r>
        <w:r w:rsidR="000C1F64">
          <w:rPr>
            <w:noProof/>
            <w:webHidden/>
          </w:rPr>
          <w:fldChar w:fldCharType="end"/>
        </w:r>
      </w:hyperlink>
    </w:p>
    <w:p w14:paraId="38D57E67"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17" w:history="1">
        <w:r w:rsidRPr="00DE53AB">
          <w:rPr>
            <w:rStyle w:val="aff8"/>
            <w:noProof/>
          </w:rPr>
          <w:t>РАЗДЕЛ 5. МАСТЕР-ПЛАН РАЗВИТИЯ СИСТЕМ ТЕПЛОСНАБЖЕНИЯ МУНИЦИПАЛЬНОГО ОКРУГА</w:t>
        </w:r>
        <w:r>
          <w:rPr>
            <w:noProof/>
            <w:webHidden/>
          </w:rPr>
          <w:tab/>
        </w:r>
        <w:r w:rsidR="000C1F64">
          <w:rPr>
            <w:noProof/>
            <w:webHidden/>
          </w:rPr>
          <w:fldChar w:fldCharType="begin"/>
        </w:r>
        <w:r>
          <w:rPr>
            <w:noProof/>
            <w:webHidden/>
          </w:rPr>
          <w:instrText xml:space="preserve"> PAGEREF _Toc238015617 \h </w:instrText>
        </w:r>
        <w:r w:rsidR="000C1F64">
          <w:rPr>
            <w:noProof/>
            <w:webHidden/>
          </w:rPr>
        </w:r>
        <w:r w:rsidR="000C1F64">
          <w:rPr>
            <w:noProof/>
            <w:webHidden/>
          </w:rPr>
          <w:fldChar w:fldCharType="separate"/>
        </w:r>
        <w:r w:rsidR="00444A75">
          <w:rPr>
            <w:noProof/>
            <w:webHidden/>
          </w:rPr>
          <w:t>107</w:t>
        </w:r>
        <w:r w:rsidR="000C1F64">
          <w:rPr>
            <w:noProof/>
            <w:webHidden/>
          </w:rPr>
          <w:fldChar w:fldCharType="end"/>
        </w:r>
      </w:hyperlink>
    </w:p>
    <w:p w14:paraId="715F19BF"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18" w:history="1">
        <w:r w:rsidRPr="00DE53AB">
          <w:rPr>
            <w:rStyle w:val="aff8"/>
            <w:noProof/>
          </w:rPr>
          <w:t>5.1. Исходные условия развития</w:t>
        </w:r>
        <w:r>
          <w:rPr>
            <w:noProof/>
            <w:webHidden/>
          </w:rPr>
          <w:tab/>
        </w:r>
        <w:r w:rsidR="000C1F64">
          <w:rPr>
            <w:noProof/>
            <w:webHidden/>
          </w:rPr>
          <w:fldChar w:fldCharType="begin"/>
        </w:r>
        <w:r>
          <w:rPr>
            <w:noProof/>
            <w:webHidden/>
          </w:rPr>
          <w:instrText xml:space="preserve"> PAGEREF _Toc238015618 \h </w:instrText>
        </w:r>
        <w:r w:rsidR="000C1F64">
          <w:rPr>
            <w:noProof/>
            <w:webHidden/>
          </w:rPr>
        </w:r>
        <w:r w:rsidR="000C1F64">
          <w:rPr>
            <w:noProof/>
            <w:webHidden/>
          </w:rPr>
          <w:fldChar w:fldCharType="separate"/>
        </w:r>
        <w:r w:rsidR="00444A75">
          <w:rPr>
            <w:noProof/>
            <w:webHidden/>
          </w:rPr>
          <w:t>107</w:t>
        </w:r>
        <w:r w:rsidR="000C1F64">
          <w:rPr>
            <w:noProof/>
            <w:webHidden/>
          </w:rPr>
          <w:fldChar w:fldCharType="end"/>
        </w:r>
      </w:hyperlink>
    </w:p>
    <w:p w14:paraId="686B968A"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19" w:history="1">
        <w:r w:rsidRPr="00DE53AB">
          <w:rPr>
            <w:rStyle w:val="aff8"/>
            <w:noProof/>
          </w:rPr>
          <w:t>5.2. Цели и принципы</w:t>
        </w:r>
        <w:r>
          <w:rPr>
            <w:noProof/>
            <w:webHidden/>
          </w:rPr>
          <w:tab/>
        </w:r>
        <w:r w:rsidR="000C1F64">
          <w:rPr>
            <w:noProof/>
            <w:webHidden/>
          </w:rPr>
          <w:fldChar w:fldCharType="begin"/>
        </w:r>
        <w:r>
          <w:rPr>
            <w:noProof/>
            <w:webHidden/>
          </w:rPr>
          <w:instrText xml:space="preserve"> PAGEREF _Toc238015619 \h </w:instrText>
        </w:r>
        <w:r w:rsidR="000C1F64">
          <w:rPr>
            <w:noProof/>
            <w:webHidden/>
          </w:rPr>
        </w:r>
        <w:r w:rsidR="000C1F64">
          <w:rPr>
            <w:noProof/>
            <w:webHidden/>
          </w:rPr>
          <w:fldChar w:fldCharType="separate"/>
        </w:r>
        <w:r w:rsidR="00444A75">
          <w:rPr>
            <w:noProof/>
            <w:webHidden/>
          </w:rPr>
          <w:t>107</w:t>
        </w:r>
        <w:r w:rsidR="000C1F64">
          <w:rPr>
            <w:noProof/>
            <w:webHidden/>
          </w:rPr>
          <w:fldChar w:fldCharType="end"/>
        </w:r>
      </w:hyperlink>
    </w:p>
    <w:p w14:paraId="027B2A8A"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20" w:history="1">
        <w:r w:rsidRPr="00DE53AB">
          <w:rPr>
            <w:rStyle w:val="aff8"/>
            <w:noProof/>
          </w:rPr>
          <w:t>5.3. Драйверы развития</w:t>
        </w:r>
        <w:r>
          <w:rPr>
            <w:noProof/>
            <w:webHidden/>
          </w:rPr>
          <w:tab/>
        </w:r>
        <w:r w:rsidR="000C1F64">
          <w:rPr>
            <w:noProof/>
            <w:webHidden/>
          </w:rPr>
          <w:fldChar w:fldCharType="begin"/>
        </w:r>
        <w:r>
          <w:rPr>
            <w:noProof/>
            <w:webHidden/>
          </w:rPr>
          <w:instrText xml:space="preserve"> PAGEREF _Toc238015620 \h </w:instrText>
        </w:r>
        <w:r w:rsidR="000C1F64">
          <w:rPr>
            <w:noProof/>
            <w:webHidden/>
          </w:rPr>
        </w:r>
        <w:r w:rsidR="000C1F64">
          <w:rPr>
            <w:noProof/>
            <w:webHidden/>
          </w:rPr>
          <w:fldChar w:fldCharType="separate"/>
        </w:r>
        <w:r w:rsidR="00444A75">
          <w:rPr>
            <w:noProof/>
            <w:webHidden/>
          </w:rPr>
          <w:t>108</w:t>
        </w:r>
        <w:r w:rsidR="000C1F64">
          <w:rPr>
            <w:noProof/>
            <w:webHidden/>
          </w:rPr>
          <w:fldChar w:fldCharType="end"/>
        </w:r>
      </w:hyperlink>
    </w:p>
    <w:p w14:paraId="4A1BB404"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21" w:history="1">
        <w:r w:rsidRPr="00DE53AB">
          <w:rPr>
            <w:rStyle w:val="aff8"/>
            <w:noProof/>
          </w:rPr>
          <w:t>5.4. Ограничения</w:t>
        </w:r>
        <w:r>
          <w:rPr>
            <w:noProof/>
            <w:webHidden/>
          </w:rPr>
          <w:tab/>
        </w:r>
        <w:r w:rsidR="000C1F64">
          <w:rPr>
            <w:noProof/>
            <w:webHidden/>
          </w:rPr>
          <w:fldChar w:fldCharType="begin"/>
        </w:r>
        <w:r>
          <w:rPr>
            <w:noProof/>
            <w:webHidden/>
          </w:rPr>
          <w:instrText xml:space="preserve"> PAGEREF _Toc238015621 \h </w:instrText>
        </w:r>
        <w:r w:rsidR="000C1F64">
          <w:rPr>
            <w:noProof/>
            <w:webHidden/>
          </w:rPr>
        </w:r>
        <w:r w:rsidR="000C1F64">
          <w:rPr>
            <w:noProof/>
            <w:webHidden/>
          </w:rPr>
          <w:fldChar w:fldCharType="separate"/>
        </w:r>
        <w:r w:rsidR="00444A75">
          <w:rPr>
            <w:noProof/>
            <w:webHidden/>
          </w:rPr>
          <w:t>108</w:t>
        </w:r>
        <w:r w:rsidR="000C1F64">
          <w:rPr>
            <w:noProof/>
            <w:webHidden/>
          </w:rPr>
          <w:fldChar w:fldCharType="end"/>
        </w:r>
      </w:hyperlink>
    </w:p>
    <w:p w14:paraId="23D5ED07"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22" w:history="1">
        <w:r w:rsidRPr="00DE53AB">
          <w:rPr>
            <w:rStyle w:val="aff8"/>
            <w:noProof/>
          </w:rPr>
          <w:t>5.5. Варианты развития</w:t>
        </w:r>
        <w:r>
          <w:rPr>
            <w:noProof/>
            <w:webHidden/>
          </w:rPr>
          <w:tab/>
        </w:r>
        <w:r w:rsidR="000C1F64">
          <w:rPr>
            <w:noProof/>
            <w:webHidden/>
          </w:rPr>
          <w:fldChar w:fldCharType="begin"/>
        </w:r>
        <w:r>
          <w:rPr>
            <w:noProof/>
            <w:webHidden/>
          </w:rPr>
          <w:instrText xml:space="preserve"> PAGEREF _Toc238015622 \h </w:instrText>
        </w:r>
        <w:r w:rsidR="000C1F64">
          <w:rPr>
            <w:noProof/>
            <w:webHidden/>
          </w:rPr>
        </w:r>
        <w:r w:rsidR="000C1F64">
          <w:rPr>
            <w:noProof/>
            <w:webHidden/>
          </w:rPr>
          <w:fldChar w:fldCharType="separate"/>
        </w:r>
        <w:r w:rsidR="00444A75">
          <w:rPr>
            <w:noProof/>
            <w:webHidden/>
          </w:rPr>
          <w:t>109</w:t>
        </w:r>
        <w:r w:rsidR="000C1F64">
          <w:rPr>
            <w:noProof/>
            <w:webHidden/>
          </w:rPr>
          <w:fldChar w:fldCharType="end"/>
        </w:r>
      </w:hyperlink>
    </w:p>
    <w:p w14:paraId="60F2DB6A"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23" w:history="1">
        <w:r w:rsidRPr="00DE53AB">
          <w:rPr>
            <w:rStyle w:val="aff8"/>
            <w:noProof/>
          </w:rPr>
          <w:t>5.6. Критерии сопоставления</w:t>
        </w:r>
        <w:r>
          <w:rPr>
            <w:noProof/>
            <w:webHidden/>
          </w:rPr>
          <w:tab/>
        </w:r>
        <w:r w:rsidR="000C1F64">
          <w:rPr>
            <w:noProof/>
            <w:webHidden/>
          </w:rPr>
          <w:fldChar w:fldCharType="begin"/>
        </w:r>
        <w:r>
          <w:rPr>
            <w:noProof/>
            <w:webHidden/>
          </w:rPr>
          <w:instrText xml:space="preserve"> PAGEREF _Toc238015623 \h </w:instrText>
        </w:r>
        <w:r w:rsidR="000C1F64">
          <w:rPr>
            <w:noProof/>
            <w:webHidden/>
          </w:rPr>
        </w:r>
        <w:r w:rsidR="000C1F64">
          <w:rPr>
            <w:noProof/>
            <w:webHidden/>
          </w:rPr>
          <w:fldChar w:fldCharType="separate"/>
        </w:r>
        <w:r w:rsidR="00444A75">
          <w:rPr>
            <w:noProof/>
            <w:webHidden/>
          </w:rPr>
          <w:t>110</w:t>
        </w:r>
        <w:r w:rsidR="000C1F64">
          <w:rPr>
            <w:noProof/>
            <w:webHidden/>
          </w:rPr>
          <w:fldChar w:fldCharType="end"/>
        </w:r>
      </w:hyperlink>
    </w:p>
    <w:p w14:paraId="5FD86259"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24" w:history="1">
        <w:r w:rsidRPr="00DE53AB">
          <w:rPr>
            <w:rStyle w:val="aff8"/>
            <w:noProof/>
          </w:rPr>
          <w:t>5.7. Предпочтительный вариант по системам</w:t>
        </w:r>
        <w:r>
          <w:rPr>
            <w:noProof/>
            <w:webHidden/>
          </w:rPr>
          <w:tab/>
        </w:r>
        <w:r w:rsidR="000C1F64">
          <w:rPr>
            <w:noProof/>
            <w:webHidden/>
          </w:rPr>
          <w:fldChar w:fldCharType="begin"/>
        </w:r>
        <w:r>
          <w:rPr>
            <w:noProof/>
            <w:webHidden/>
          </w:rPr>
          <w:instrText xml:space="preserve"> PAGEREF _Toc238015624 \h </w:instrText>
        </w:r>
        <w:r w:rsidR="000C1F64">
          <w:rPr>
            <w:noProof/>
            <w:webHidden/>
          </w:rPr>
        </w:r>
        <w:r w:rsidR="000C1F64">
          <w:rPr>
            <w:noProof/>
            <w:webHidden/>
          </w:rPr>
          <w:fldChar w:fldCharType="separate"/>
        </w:r>
        <w:r w:rsidR="00444A75">
          <w:rPr>
            <w:noProof/>
            <w:webHidden/>
          </w:rPr>
          <w:t>111</w:t>
        </w:r>
        <w:r w:rsidR="000C1F64">
          <w:rPr>
            <w:noProof/>
            <w:webHidden/>
          </w:rPr>
          <w:fldChar w:fldCharType="end"/>
        </w:r>
      </w:hyperlink>
    </w:p>
    <w:p w14:paraId="0B41DF4E"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25" w:history="1">
        <w:r w:rsidRPr="00DE53AB">
          <w:rPr>
            <w:rStyle w:val="aff8"/>
            <w:noProof/>
          </w:rPr>
          <w:t>5.8. УПК № 5 «Новый Шерегеш» — узловое решение</w:t>
        </w:r>
        <w:r>
          <w:rPr>
            <w:noProof/>
            <w:webHidden/>
          </w:rPr>
          <w:tab/>
        </w:r>
        <w:r w:rsidR="000C1F64">
          <w:rPr>
            <w:noProof/>
            <w:webHidden/>
          </w:rPr>
          <w:fldChar w:fldCharType="begin"/>
        </w:r>
        <w:r>
          <w:rPr>
            <w:noProof/>
            <w:webHidden/>
          </w:rPr>
          <w:instrText xml:space="preserve"> PAGEREF _Toc238015625 \h </w:instrText>
        </w:r>
        <w:r w:rsidR="000C1F64">
          <w:rPr>
            <w:noProof/>
            <w:webHidden/>
          </w:rPr>
        </w:r>
        <w:r w:rsidR="000C1F64">
          <w:rPr>
            <w:noProof/>
            <w:webHidden/>
          </w:rPr>
          <w:fldChar w:fldCharType="separate"/>
        </w:r>
        <w:r w:rsidR="00444A75">
          <w:rPr>
            <w:noProof/>
            <w:webHidden/>
          </w:rPr>
          <w:t>116</w:t>
        </w:r>
        <w:r w:rsidR="000C1F64">
          <w:rPr>
            <w:noProof/>
            <w:webHidden/>
          </w:rPr>
          <w:fldChar w:fldCharType="end"/>
        </w:r>
      </w:hyperlink>
    </w:p>
    <w:p w14:paraId="7920672F"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26" w:history="1">
        <w:r w:rsidRPr="00DE53AB">
          <w:rPr>
            <w:rStyle w:val="aff8"/>
            <w:noProof/>
          </w:rPr>
          <w:t>5.9. Газификация</w:t>
        </w:r>
        <w:r>
          <w:rPr>
            <w:noProof/>
            <w:webHidden/>
          </w:rPr>
          <w:tab/>
        </w:r>
        <w:r w:rsidR="000C1F64">
          <w:rPr>
            <w:noProof/>
            <w:webHidden/>
          </w:rPr>
          <w:fldChar w:fldCharType="begin"/>
        </w:r>
        <w:r>
          <w:rPr>
            <w:noProof/>
            <w:webHidden/>
          </w:rPr>
          <w:instrText xml:space="preserve"> PAGEREF _Toc238015626 \h </w:instrText>
        </w:r>
        <w:r w:rsidR="000C1F64">
          <w:rPr>
            <w:noProof/>
            <w:webHidden/>
          </w:rPr>
        </w:r>
        <w:r w:rsidR="000C1F64">
          <w:rPr>
            <w:noProof/>
            <w:webHidden/>
          </w:rPr>
          <w:fldChar w:fldCharType="separate"/>
        </w:r>
        <w:r w:rsidR="00444A75">
          <w:rPr>
            <w:noProof/>
            <w:webHidden/>
          </w:rPr>
          <w:t>116</w:t>
        </w:r>
        <w:r w:rsidR="000C1F64">
          <w:rPr>
            <w:noProof/>
            <w:webHidden/>
          </w:rPr>
          <w:fldChar w:fldCharType="end"/>
        </w:r>
      </w:hyperlink>
    </w:p>
    <w:p w14:paraId="6B236A96"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27" w:history="1">
        <w:r w:rsidRPr="00DE53AB">
          <w:rPr>
            <w:rStyle w:val="aff8"/>
            <w:noProof/>
          </w:rPr>
          <w:t>5.10. Тепловые сети</w:t>
        </w:r>
        <w:r>
          <w:rPr>
            <w:noProof/>
            <w:webHidden/>
          </w:rPr>
          <w:tab/>
        </w:r>
        <w:r w:rsidR="000C1F64">
          <w:rPr>
            <w:noProof/>
            <w:webHidden/>
          </w:rPr>
          <w:fldChar w:fldCharType="begin"/>
        </w:r>
        <w:r>
          <w:rPr>
            <w:noProof/>
            <w:webHidden/>
          </w:rPr>
          <w:instrText xml:space="preserve"> PAGEREF _Toc238015627 \h </w:instrText>
        </w:r>
        <w:r w:rsidR="000C1F64">
          <w:rPr>
            <w:noProof/>
            <w:webHidden/>
          </w:rPr>
        </w:r>
        <w:r w:rsidR="000C1F64">
          <w:rPr>
            <w:noProof/>
            <w:webHidden/>
          </w:rPr>
          <w:fldChar w:fldCharType="separate"/>
        </w:r>
        <w:r w:rsidR="00444A75">
          <w:rPr>
            <w:noProof/>
            <w:webHidden/>
          </w:rPr>
          <w:t>117</w:t>
        </w:r>
        <w:r w:rsidR="000C1F64">
          <w:rPr>
            <w:noProof/>
            <w:webHidden/>
          </w:rPr>
          <w:fldChar w:fldCharType="end"/>
        </w:r>
      </w:hyperlink>
    </w:p>
    <w:p w14:paraId="48BCE7B7"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28" w:history="1">
        <w:r w:rsidRPr="00DE53AB">
          <w:rPr>
            <w:rStyle w:val="aff8"/>
            <w:noProof/>
          </w:rPr>
          <w:t>5.11. Горячее водоснабжение</w:t>
        </w:r>
        <w:r>
          <w:rPr>
            <w:noProof/>
            <w:webHidden/>
          </w:rPr>
          <w:tab/>
        </w:r>
        <w:r w:rsidR="000C1F64">
          <w:rPr>
            <w:noProof/>
            <w:webHidden/>
          </w:rPr>
          <w:fldChar w:fldCharType="begin"/>
        </w:r>
        <w:r>
          <w:rPr>
            <w:noProof/>
            <w:webHidden/>
          </w:rPr>
          <w:instrText xml:space="preserve"> PAGEREF _Toc238015628 \h </w:instrText>
        </w:r>
        <w:r w:rsidR="000C1F64">
          <w:rPr>
            <w:noProof/>
            <w:webHidden/>
          </w:rPr>
        </w:r>
        <w:r w:rsidR="000C1F64">
          <w:rPr>
            <w:noProof/>
            <w:webHidden/>
          </w:rPr>
          <w:fldChar w:fldCharType="separate"/>
        </w:r>
        <w:r w:rsidR="00444A75">
          <w:rPr>
            <w:noProof/>
            <w:webHidden/>
          </w:rPr>
          <w:t>117</w:t>
        </w:r>
        <w:r w:rsidR="000C1F64">
          <w:rPr>
            <w:noProof/>
            <w:webHidden/>
          </w:rPr>
          <w:fldChar w:fldCharType="end"/>
        </w:r>
      </w:hyperlink>
    </w:p>
    <w:p w14:paraId="12122EA0"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29" w:history="1">
        <w:r w:rsidRPr="00DE53AB">
          <w:rPr>
            <w:rStyle w:val="aff8"/>
            <w:noProof/>
          </w:rPr>
          <w:t>5.12. Надёжность</w:t>
        </w:r>
        <w:r>
          <w:rPr>
            <w:noProof/>
            <w:webHidden/>
          </w:rPr>
          <w:tab/>
        </w:r>
        <w:r w:rsidR="000C1F64">
          <w:rPr>
            <w:noProof/>
            <w:webHidden/>
          </w:rPr>
          <w:fldChar w:fldCharType="begin"/>
        </w:r>
        <w:r>
          <w:rPr>
            <w:noProof/>
            <w:webHidden/>
          </w:rPr>
          <w:instrText xml:space="preserve"> PAGEREF _Toc238015629 \h </w:instrText>
        </w:r>
        <w:r w:rsidR="000C1F64">
          <w:rPr>
            <w:noProof/>
            <w:webHidden/>
          </w:rPr>
        </w:r>
        <w:r w:rsidR="000C1F64">
          <w:rPr>
            <w:noProof/>
            <w:webHidden/>
          </w:rPr>
          <w:fldChar w:fldCharType="separate"/>
        </w:r>
        <w:r w:rsidR="00444A75">
          <w:rPr>
            <w:noProof/>
            <w:webHidden/>
          </w:rPr>
          <w:t>118</w:t>
        </w:r>
        <w:r w:rsidR="000C1F64">
          <w:rPr>
            <w:noProof/>
            <w:webHidden/>
          </w:rPr>
          <w:fldChar w:fldCharType="end"/>
        </w:r>
      </w:hyperlink>
    </w:p>
    <w:p w14:paraId="5E936D1D"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30" w:history="1">
        <w:r w:rsidRPr="00DE53AB">
          <w:rPr>
            <w:rStyle w:val="aff8"/>
            <w:noProof/>
          </w:rPr>
          <w:t>5.13. Итоговая конфигурация</w:t>
        </w:r>
        <w:r>
          <w:rPr>
            <w:noProof/>
            <w:webHidden/>
          </w:rPr>
          <w:tab/>
        </w:r>
        <w:r w:rsidR="000C1F64">
          <w:rPr>
            <w:noProof/>
            <w:webHidden/>
          </w:rPr>
          <w:fldChar w:fldCharType="begin"/>
        </w:r>
        <w:r>
          <w:rPr>
            <w:noProof/>
            <w:webHidden/>
          </w:rPr>
          <w:instrText xml:space="preserve"> PAGEREF _Toc238015630 \h </w:instrText>
        </w:r>
        <w:r w:rsidR="000C1F64">
          <w:rPr>
            <w:noProof/>
            <w:webHidden/>
          </w:rPr>
        </w:r>
        <w:r w:rsidR="000C1F64">
          <w:rPr>
            <w:noProof/>
            <w:webHidden/>
          </w:rPr>
          <w:fldChar w:fldCharType="separate"/>
        </w:r>
        <w:r w:rsidR="00444A75">
          <w:rPr>
            <w:noProof/>
            <w:webHidden/>
          </w:rPr>
          <w:t>118</w:t>
        </w:r>
        <w:r w:rsidR="000C1F64">
          <w:rPr>
            <w:noProof/>
            <w:webHidden/>
          </w:rPr>
          <w:fldChar w:fldCharType="end"/>
        </w:r>
      </w:hyperlink>
    </w:p>
    <w:p w14:paraId="58CDEC31"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31" w:history="1">
        <w:r w:rsidRPr="00DE53AB">
          <w:rPr>
            <w:rStyle w:val="aff8"/>
            <w:noProof/>
          </w:rPr>
          <w:t>5.14. Капитальные вложения</w:t>
        </w:r>
        <w:r>
          <w:rPr>
            <w:noProof/>
            <w:webHidden/>
          </w:rPr>
          <w:tab/>
        </w:r>
        <w:r w:rsidR="000C1F64">
          <w:rPr>
            <w:noProof/>
            <w:webHidden/>
          </w:rPr>
          <w:fldChar w:fldCharType="begin"/>
        </w:r>
        <w:r>
          <w:rPr>
            <w:noProof/>
            <w:webHidden/>
          </w:rPr>
          <w:instrText xml:space="preserve"> PAGEREF _Toc238015631 \h </w:instrText>
        </w:r>
        <w:r w:rsidR="000C1F64">
          <w:rPr>
            <w:noProof/>
            <w:webHidden/>
          </w:rPr>
        </w:r>
        <w:r w:rsidR="000C1F64">
          <w:rPr>
            <w:noProof/>
            <w:webHidden/>
          </w:rPr>
          <w:fldChar w:fldCharType="separate"/>
        </w:r>
        <w:r w:rsidR="00444A75">
          <w:rPr>
            <w:noProof/>
            <w:webHidden/>
          </w:rPr>
          <w:t>119</w:t>
        </w:r>
        <w:r w:rsidR="000C1F64">
          <w:rPr>
            <w:noProof/>
            <w:webHidden/>
          </w:rPr>
          <w:fldChar w:fldCharType="end"/>
        </w:r>
      </w:hyperlink>
    </w:p>
    <w:p w14:paraId="6EEAFAE6"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32" w:history="1">
        <w:r w:rsidRPr="00DE53AB">
          <w:rPr>
            <w:rStyle w:val="aff8"/>
            <w:noProof/>
          </w:rPr>
          <w:t>5.15. Зависимости и риски</w:t>
        </w:r>
        <w:r>
          <w:rPr>
            <w:noProof/>
            <w:webHidden/>
          </w:rPr>
          <w:tab/>
        </w:r>
        <w:r w:rsidR="000C1F64">
          <w:rPr>
            <w:noProof/>
            <w:webHidden/>
          </w:rPr>
          <w:fldChar w:fldCharType="begin"/>
        </w:r>
        <w:r>
          <w:rPr>
            <w:noProof/>
            <w:webHidden/>
          </w:rPr>
          <w:instrText xml:space="preserve"> PAGEREF _Toc238015632 \h </w:instrText>
        </w:r>
        <w:r w:rsidR="000C1F64">
          <w:rPr>
            <w:noProof/>
            <w:webHidden/>
          </w:rPr>
        </w:r>
        <w:r w:rsidR="000C1F64">
          <w:rPr>
            <w:noProof/>
            <w:webHidden/>
          </w:rPr>
          <w:fldChar w:fldCharType="separate"/>
        </w:r>
        <w:r w:rsidR="00444A75">
          <w:rPr>
            <w:noProof/>
            <w:webHidden/>
          </w:rPr>
          <w:t>122</w:t>
        </w:r>
        <w:r w:rsidR="000C1F64">
          <w:rPr>
            <w:noProof/>
            <w:webHidden/>
          </w:rPr>
          <w:fldChar w:fldCharType="end"/>
        </w:r>
      </w:hyperlink>
    </w:p>
    <w:p w14:paraId="47A8475C"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33" w:history="1">
        <w:r w:rsidRPr="00DE53AB">
          <w:rPr>
            <w:rStyle w:val="aff8"/>
            <w:noProof/>
          </w:rPr>
          <w:t>РАЗДЕЛ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Pr>
            <w:noProof/>
            <w:webHidden/>
          </w:rPr>
          <w:tab/>
        </w:r>
        <w:r w:rsidR="000C1F64">
          <w:rPr>
            <w:noProof/>
            <w:webHidden/>
          </w:rPr>
          <w:fldChar w:fldCharType="begin"/>
        </w:r>
        <w:r>
          <w:rPr>
            <w:noProof/>
            <w:webHidden/>
          </w:rPr>
          <w:instrText xml:space="preserve"> PAGEREF _Toc238015633 \h </w:instrText>
        </w:r>
        <w:r w:rsidR="000C1F64">
          <w:rPr>
            <w:noProof/>
            <w:webHidden/>
          </w:rPr>
        </w:r>
        <w:r w:rsidR="000C1F64">
          <w:rPr>
            <w:noProof/>
            <w:webHidden/>
          </w:rPr>
          <w:fldChar w:fldCharType="separate"/>
        </w:r>
        <w:r w:rsidR="00444A75">
          <w:rPr>
            <w:noProof/>
            <w:webHidden/>
          </w:rPr>
          <w:t>124</w:t>
        </w:r>
        <w:r w:rsidR="000C1F64">
          <w:rPr>
            <w:noProof/>
            <w:webHidden/>
          </w:rPr>
          <w:fldChar w:fldCharType="end"/>
        </w:r>
      </w:hyperlink>
    </w:p>
    <w:p w14:paraId="1DC66D5D"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34" w:history="1">
        <w:r w:rsidRPr="00DE53AB">
          <w:rPr>
            <w:rStyle w:val="aff8"/>
            <w:noProof/>
          </w:rPr>
          <w:t>6.1. Терминология и разграничение</w:t>
        </w:r>
        <w:r>
          <w:rPr>
            <w:noProof/>
            <w:webHidden/>
          </w:rPr>
          <w:tab/>
        </w:r>
        <w:r w:rsidR="000C1F64">
          <w:rPr>
            <w:noProof/>
            <w:webHidden/>
          </w:rPr>
          <w:fldChar w:fldCharType="begin"/>
        </w:r>
        <w:r>
          <w:rPr>
            <w:noProof/>
            <w:webHidden/>
          </w:rPr>
          <w:instrText xml:space="preserve"> PAGEREF _Toc238015634 \h </w:instrText>
        </w:r>
        <w:r w:rsidR="000C1F64">
          <w:rPr>
            <w:noProof/>
            <w:webHidden/>
          </w:rPr>
        </w:r>
        <w:r w:rsidR="000C1F64">
          <w:rPr>
            <w:noProof/>
            <w:webHidden/>
          </w:rPr>
          <w:fldChar w:fldCharType="separate"/>
        </w:r>
        <w:r w:rsidR="00444A75">
          <w:rPr>
            <w:noProof/>
            <w:webHidden/>
          </w:rPr>
          <w:t>124</w:t>
        </w:r>
        <w:r w:rsidR="000C1F64">
          <w:rPr>
            <w:noProof/>
            <w:webHidden/>
          </w:rPr>
          <w:fldChar w:fldCharType="end"/>
        </w:r>
      </w:hyperlink>
    </w:p>
    <w:p w14:paraId="605E5390"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35" w:history="1">
        <w:r w:rsidRPr="00DE53AB">
          <w:rPr>
            <w:rStyle w:val="aff8"/>
            <w:noProof/>
          </w:rPr>
          <w:t>6.2. Классификация систем горячего водоснабжения</w:t>
        </w:r>
        <w:r>
          <w:rPr>
            <w:noProof/>
            <w:webHidden/>
          </w:rPr>
          <w:tab/>
        </w:r>
        <w:r w:rsidR="000C1F64">
          <w:rPr>
            <w:noProof/>
            <w:webHidden/>
          </w:rPr>
          <w:fldChar w:fldCharType="begin"/>
        </w:r>
        <w:r>
          <w:rPr>
            <w:noProof/>
            <w:webHidden/>
          </w:rPr>
          <w:instrText xml:space="preserve"> PAGEREF _Toc238015635 \h </w:instrText>
        </w:r>
        <w:r w:rsidR="000C1F64">
          <w:rPr>
            <w:noProof/>
            <w:webHidden/>
          </w:rPr>
        </w:r>
        <w:r w:rsidR="000C1F64">
          <w:rPr>
            <w:noProof/>
            <w:webHidden/>
          </w:rPr>
          <w:fldChar w:fldCharType="separate"/>
        </w:r>
        <w:r w:rsidR="00444A75">
          <w:rPr>
            <w:noProof/>
            <w:webHidden/>
          </w:rPr>
          <w:t>124</w:t>
        </w:r>
        <w:r w:rsidR="000C1F64">
          <w:rPr>
            <w:noProof/>
            <w:webHidden/>
          </w:rPr>
          <w:fldChar w:fldCharType="end"/>
        </w:r>
      </w:hyperlink>
    </w:p>
    <w:p w14:paraId="1DB89FCB"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36" w:history="1">
        <w:r w:rsidRPr="00DE53AB">
          <w:rPr>
            <w:rStyle w:val="aff8"/>
            <w:noProof/>
          </w:rPr>
          <w:t>6.3. Баланс подпитки тепловых сетей</w:t>
        </w:r>
        <w:r>
          <w:rPr>
            <w:noProof/>
            <w:webHidden/>
          </w:rPr>
          <w:tab/>
        </w:r>
        <w:r w:rsidR="000C1F64">
          <w:rPr>
            <w:noProof/>
            <w:webHidden/>
          </w:rPr>
          <w:fldChar w:fldCharType="begin"/>
        </w:r>
        <w:r>
          <w:rPr>
            <w:noProof/>
            <w:webHidden/>
          </w:rPr>
          <w:instrText xml:space="preserve"> PAGEREF _Toc238015636 \h </w:instrText>
        </w:r>
        <w:r w:rsidR="000C1F64">
          <w:rPr>
            <w:noProof/>
            <w:webHidden/>
          </w:rPr>
        </w:r>
        <w:r w:rsidR="000C1F64">
          <w:rPr>
            <w:noProof/>
            <w:webHidden/>
          </w:rPr>
          <w:fldChar w:fldCharType="separate"/>
        </w:r>
        <w:r w:rsidR="00444A75">
          <w:rPr>
            <w:noProof/>
            <w:webHidden/>
          </w:rPr>
          <w:t>125</w:t>
        </w:r>
        <w:r w:rsidR="000C1F64">
          <w:rPr>
            <w:noProof/>
            <w:webHidden/>
          </w:rPr>
          <w:fldChar w:fldCharType="end"/>
        </w:r>
      </w:hyperlink>
    </w:p>
    <w:p w14:paraId="4ED6F87A"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37" w:history="1">
        <w:r w:rsidRPr="00DE53AB">
          <w:rPr>
            <w:rStyle w:val="aff8"/>
            <w:noProof/>
          </w:rPr>
          <w:t>6.4. Баланс производительности водоподготовительных установок</w:t>
        </w:r>
        <w:r>
          <w:rPr>
            <w:noProof/>
            <w:webHidden/>
          </w:rPr>
          <w:tab/>
        </w:r>
        <w:r w:rsidR="000C1F64">
          <w:rPr>
            <w:noProof/>
            <w:webHidden/>
          </w:rPr>
          <w:fldChar w:fldCharType="begin"/>
        </w:r>
        <w:r>
          <w:rPr>
            <w:noProof/>
            <w:webHidden/>
          </w:rPr>
          <w:instrText xml:space="preserve"> PAGEREF _Toc238015637 \h </w:instrText>
        </w:r>
        <w:r w:rsidR="000C1F64">
          <w:rPr>
            <w:noProof/>
            <w:webHidden/>
          </w:rPr>
        </w:r>
        <w:r w:rsidR="000C1F64">
          <w:rPr>
            <w:noProof/>
            <w:webHidden/>
          </w:rPr>
          <w:fldChar w:fldCharType="separate"/>
        </w:r>
        <w:r w:rsidR="00444A75">
          <w:rPr>
            <w:noProof/>
            <w:webHidden/>
          </w:rPr>
          <w:t>128</w:t>
        </w:r>
        <w:r w:rsidR="000C1F64">
          <w:rPr>
            <w:noProof/>
            <w:webHidden/>
          </w:rPr>
          <w:fldChar w:fldCharType="end"/>
        </w:r>
      </w:hyperlink>
    </w:p>
    <w:p w14:paraId="28072FF9"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38" w:history="1">
        <w:r w:rsidRPr="00DE53AB">
          <w:rPr>
            <w:rStyle w:val="aff8"/>
            <w:noProof/>
          </w:rPr>
          <w:t>6.5. Паровые и конденсатные системы</w:t>
        </w:r>
        <w:r>
          <w:rPr>
            <w:noProof/>
            <w:webHidden/>
          </w:rPr>
          <w:tab/>
        </w:r>
        <w:r w:rsidR="000C1F64">
          <w:rPr>
            <w:noProof/>
            <w:webHidden/>
          </w:rPr>
          <w:fldChar w:fldCharType="begin"/>
        </w:r>
        <w:r>
          <w:rPr>
            <w:noProof/>
            <w:webHidden/>
          </w:rPr>
          <w:instrText xml:space="preserve"> PAGEREF _Toc238015638 \h </w:instrText>
        </w:r>
        <w:r w:rsidR="000C1F64">
          <w:rPr>
            <w:noProof/>
            <w:webHidden/>
          </w:rPr>
        </w:r>
        <w:r w:rsidR="000C1F64">
          <w:rPr>
            <w:noProof/>
            <w:webHidden/>
          </w:rPr>
          <w:fldChar w:fldCharType="separate"/>
        </w:r>
        <w:r w:rsidR="00444A75">
          <w:rPr>
            <w:noProof/>
            <w:webHidden/>
          </w:rPr>
          <w:t>131</w:t>
        </w:r>
        <w:r w:rsidR="000C1F64">
          <w:rPr>
            <w:noProof/>
            <w:webHidden/>
          </w:rPr>
          <w:fldChar w:fldCharType="end"/>
        </w:r>
      </w:hyperlink>
    </w:p>
    <w:p w14:paraId="36C81A28"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39" w:history="1">
        <w:r w:rsidRPr="00DE53AB">
          <w:rPr>
            <w:rStyle w:val="aff8"/>
            <w:noProof/>
          </w:rPr>
          <w:t>6.6. Перспективные изменения и пробелы</w:t>
        </w:r>
        <w:r>
          <w:rPr>
            <w:noProof/>
            <w:webHidden/>
          </w:rPr>
          <w:tab/>
        </w:r>
        <w:r w:rsidR="000C1F64">
          <w:rPr>
            <w:noProof/>
            <w:webHidden/>
          </w:rPr>
          <w:fldChar w:fldCharType="begin"/>
        </w:r>
        <w:r>
          <w:rPr>
            <w:noProof/>
            <w:webHidden/>
          </w:rPr>
          <w:instrText xml:space="preserve"> PAGEREF _Toc238015639 \h </w:instrText>
        </w:r>
        <w:r w:rsidR="000C1F64">
          <w:rPr>
            <w:noProof/>
            <w:webHidden/>
          </w:rPr>
        </w:r>
        <w:r w:rsidR="000C1F64">
          <w:rPr>
            <w:noProof/>
            <w:webHidden/>
          </w:rPr>
          <w:fldChar w:fldCharType="separate"/>
        </w:r>
        <w:r w:rsidR="00444A75">
          <w:rPr>
            <w:noProof/>
            <w:webHidden/>
          </w:rPr>
          <w:t>131</w:t>
        </w:r>
        <w:r w:rsidR="000C1F64">
          <w:rPr>
            <w:noProof/>
            <w:webHidden/>
          </w:rPr>
          <w:fldChar w:fldCharType="end"/>
        </w:r>
      </w:hyperlink>
    </w:p>
    <w:p w14:paraId="35A03AF0"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40" w:history="1">
        <w:r w:rsidRPr="00DE53AB">
          <w:rPr>
            <w:rStyle w:val="aff8"/>
            <w:noProof/>
          </w:rPr>
          <w:t>РАЗДЕЛ 7. ПРЕДЛОЖЕНИЯ ПО СТРОИТЕЛЬСТВУ, РЕКОНСТРУКЦИИ, ТЕХНИЧЕСКОМУ ПЕРЕВООРУЖЕНИЮ И (ИЛИ) МОДЕРНИЗАЦИИ ИСТОЧНИКОВ ТЕПЛОВОЙ ЭНЕРГИИ</w:t>
        </w:r>
        <w:r>
          <w:rPr>
            <w:noProof/>
            <w:webHidden/>
          </w:rPr>
          <w:tab/>
        </w:r>
        <w:r w:rsidR="000C1F64">
          <w:rPr>
            <w:noProof/>
            <w:webHidden/>
          </w:rPr>
          <w:fldChar w:fldCharType="begin"/>
        </w:r>
        <w:r>
          <w:rPr>
            <w:noProof/>
            <w:webHidden/>
          </w:rPr>
          <w:instrText xml:space="preserve"> PAGEREF _Toc238015640 \h </w:instrText>
        </w:r>
        <w:r w:rsidR="000C1F64">
          <w:rPr>
            <w:noProof/>
            <w:webHidden/>
          </w:rPr>
        </w:r>
        <w:r w:rsidR="000C1F64">
          <w:rPr>
            <w:noProof/>
            <w:webHidden/>
          </w:rPr>
          <w:fldChar w:fldCharType="separate"/>
        </w:r>
        <w:r w:rsidR="00444A75">
          <w:rPr>
            <w:noProof/>
            <w:webHidden/>
          </w:rPr>
          <w:t>133</w:t>
        </w:r>
        <w:r w:rsidR="000C1F64">
          <w:rPr>
            <w:noProof/>
            <w:webHidden/>
          </w:rPr>
          <w:fldChar w:fldCharType="end"/>
        </w:r>
      </w:hyperlink>
    </w:p>
    <w:p w14:paraId="5F01CAD3"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41" w:history="1">
        <w:r w:rsidRPr="00DE53AB">
          <w:rPr>
            <w:rStyle w:val="aff8"/>
            <w:noProof/>
          </w:rPr>
          <w:t>7.1. Основания и состав предложений по источникам тепловой энергии</w:t>
        </w:r>
        <w:r>
          <w:rPr>
            <w:noProof/>
            <w:webHidden/>
          </w:rPr>
          <w:tab/>
        </w:r>
        <w:r w:rsidR="000C1F64">
          <w:rPr>
            <w:noProof/>
            <w:webHidden/>
          </w:rPr>
          <w:fldChar w:fldCharType="begin"/>
        </w:r>
        <w:r>
          <w:rPr>
            <w:noProof/>
            <w:webHidden/>
          </w:rPr>
          <w:instrText xml:space="preserve"> PAGEREF _Toc238015641 \h </w:instrText>
        </w:r>
        <w:r w:rsidR="000C1F64">
          <w:rPr>
            <w:noProof/>
            <w:webHidden/>
          </w:rPr>
        </w:r>
        <w:r w:rsidR="000C1F64">
          <w:rPr>
            <w:noProof/>
            <w:webHidden/>
          </w:rPr>
          <w:fldChar w:fldCharType="separate"/>
        </w:r>
        <w:r w:rsidR="00444A75">
          <w:rPr>
            <w:noProof/>
            <w:webHidden/>
          </w:rPr>
          <w:t>133</w:t>
        </w:r>
        <w:r w:rsidR="000C1F64">
          <w:rPr>
            <w:noProof/>
            <w:webHidden/>
          </w:rPr>
          <w:fldChar w:fldCharType="end"/>
        </w:r>
      </w:hyperlink>
    </w:p>
    <w:p w14:paraId="62CEDEFC"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42" w:history="1">
        <w:r w:rsidRPr="00DE53AB">
          <w:rPr>
            <w:rStyle w:val="aff8"/>
            <w:noProof/>
          </w:rPr>
          <w:t>7.2. Решения по каждому источнику тепловой энергии</w:t>
        </w:r>
        <w:r>
          <w:rPr>
            <w:noProof/>
            <w:webHidden/>
          </w:rPr>
          <w:tab/>
        </w:r>
        <w:r w:rsidR="000C1F64">
          <w:rPr>
            <w:noProof/>
            <w:webHidden/>
          </w:rPr>
          <w:fldChar w:fldCharType="begin"/>
        </w:r>
        <w:r>
          <w:rPr>
            <w:noProof/>
            <w:webHidden/>
          </w:rPr>
          <w:instrText xml:space="preserve"> PAGEREF _Toc238015642 \h </w:instrText>
        </w:r>
        <w:r w:rsidR="000C1F64">
          <w:rPr>
            <w:noProof/>
            <w:webHidden/>
          </w:rPr>
        </w:r>
        <w:r w:rsidR="000C1F64">
          <w:rPr>
            <w:noProof/>
            <w:webHidden/>
          </w:rPr>
          <w:fldChar w:fldCharType="separate"/>
        </w:r>
        <w:r w:rsidR="00444A75">
          <w:rPr>
            <w:noProof/>
            <w:webHidden/>
          </w:rPr>
          <w:t>136</w:t>
        </w:r>
        <w:r w:rsidR="000C1F64">
          <w:rPr>
            <w:noProof/>
            <w:webHidden/>
          </w:rPr>
          <w:fldChar w:fldCharType="end"/>
        </w:r>
      </w:hyperlink>
    </w:p>
    <w:p w14:paraId="354D5DB0"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43" w:history="1">
        <w:r w:rsidRPr="00DE53AB">
          <w:rPr>
            <w:rStyle w:val="aff8"/>
            <w:noProof/>
          </w:rPr>
          <w:t>РАЗДЕЛ 8. ПРЕДЛОЖЕНИЯ ПО СТРОИТЕЛЬСТВУ, РЕКОНСТРУКЦИИ И (ИЛИ) МОДЕРНИЗАЦИИ ТЕПЛОВЫХ СЕТЕЙ</w:t>
        </w:r>
        <w:r>
          <w:rPr>
            <w:noProof/>
            <w:webHidden/>
          </w:rPr>
          <w:tab/>
        </w:r>
        <w:r w:rsidR="000C1F64">
          <w:rPr>
            <w:noProof/>
            <w:webHidden/>
          </w:rPr>
          <w:fldChar w:fldCharType="begin"/>
        </w:r>
        <w:r>
          <w:rPr>
            <w:noProof/>
            <w:webHidden/>
          </w:rPr>
          <w:instrText xml:space="preserve"> PAGEREF _Toc238015643 \h </w:instrText>
        </w:r>
        <w:r w:rsidR="000C1F64">
          <w:rPr>
            <w:noProof/>
            <w:webHidden/>
          </w:rPr>
        </w:r>
        <w:r w:rsidR="000C1F64">
          <w:rPr>
            <w:noProof/>
            <w:webHidden/>
          </w:rPr>
          <w:fldChar w:fldCharType="separate"/>
        </w:r>
        <w:r w:rsidR="00444A75">
          <w:rPr>
            <w:noProof/>
            <w:webHidden/>
          </w:rPr>
          <w:t>141</w:t>
        </w:r>
        <w:r w:rsidR="000C1F64">
          <w:rPr>
            <w:noProof/>
            <w:webHidden/>
          </w:rPr>
          <w:fldChar w:fldCharType="end"/>
        </w:r>
      </w:hyperlink>
    </w:p>
    <w:p w14:paraId="740FF13E"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44" w:history="1">
        <w:r w:rsidRPr="00DE53AB">
          <w:rPr>
            <w:rStyle w:val="aff8"/>
            <w:noProof/>
          </w:rPr>
          <w:t>8.1. Состав и объёмы предложений по тепловым сетям</w:t>
        </w:r>
        <w:r>
          <w:rPr>
            <w:noProof/>
            <w:webHidden/>
          </w:rPr>
          <w:tab/>
        </w:r>
        <w:r w:rsidR="000C1F64">
          <w:rPr>
            <w:noProof/>
            <w:webHidden/>
          </w:rPr>
          <w:fldChar w:fldCharType="begin"/>
        </w:r>
        <w:r>
          <w:rPr>
            <w:noProof/>
            <w:webHidden/>
          </w:rPr>
          <w:instrText xml:space="preserve"> PAGEREF _Toc238015644 \h </w:instrText>
        </w:r>
        <w:r w:rsidR="000C1F64">
          <w:rPr>
            <w:noProof/>
            <w:webHidden/>
          </w:rPr>
        </w:r>
        <w:r w:rsidR="000C1F64">
          <w:rPr>
            <w:noProof/>
            <w:webHidden/>
          </w:rPr>
          <w:fldChar w:fldCharType="separate"/>
        </w:r>
        <w:r w:rsidR="00444A75">
          <w:rPr>
            <w:noProof/>
            <w:webHidden/>
          </w:rPr>
          <w:t>141</w:t>
        </w:r>
        <w:r w:rsidR="000C1F64">
          <w:rPr>
            <w:noProof/>
            <w:webHidden/>
          </w:rPr>
          <w:fldChar w:fldCharType="end"/>
        </w:r>
      </w:hyperlink>
    </w:p>
    <w:p w14:paraId="22A6BC3B"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45" w:history="1">
        <w:r w:rsidRPr="00DE53AB">
          <w:rPr>
            <w:rStyle w:val="aff8"/>
            <w:noProof/>
          </w:rPr>
          <w:t>8.2. Основания для реконструкции тепловых сетей</w:t>
        </w:r>
        <w:r>
          <w:rPr>
            <w:noProof/>
            <w:webHidden/>
          </w:rPr>
          <w:tab/>
        </w:r>
        <w:r w:rsidR="000C1F64">
          <w:rPr>
            <w:noProof/>
            <w:webHidden/>
          </w:rPr>
          <w:fldChar w:fldCharType="begin"/>
        </w:r>
        <w:r>
          <w:rPr>
            <w:noProof/>
            <w:webHidden/>
          </w:rPr>
          <w:instrText xml:space="preserve"> PAGEREF _Toc238015645 \h </w:instrText>
        </w:r>
        <w:r w:rsidR="000C1F64">
          <w:rPr>
            <w:noProof/>
            <w:webHidden/>
          </w:rPr>
        </w:r>
        <w:r w:rsidR="000C1F64">
          <w:rPr>
            <w:noProof/>
            <w:webHidden/>
          </w:rPr>
          <w:fldChar w:fldCharType="separate"/>
        </w:r>
        <w:r w:rsidR="00444A75">
          <w:rPr>
            <w:noProof/>
            <w:webHidden/>
          </w:rPr>
          <w:t>141</w:t>
        </w:r>
        <w:r w:rsidR="000C1F64">
          <w:rPr>
            <w:noProof/>
            <w:webHidden/>
          </w:rPr>
          <w:fldChar w:fldCharType="end"/>
        </w:r>
      </w:hyperlink>
    </w:p>
    <w:p w14:paraId="718FDBB4"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46" w:history="1">
        <w:r w:rsidRPr="00DE53AB">
          <w:rPr>
            <w:rStyle w:val="aff8"/>
            <w:noProof/>
          </w:rPr>
          <w:t>8.3. Графические материалы и их источники</w:t>
        </w:r>
        <w:r>
          <w:rPr>
            <w:noProof/>
            <w:webHidden/>
          </w:rPr>
          <w:tab/>
        </w:r>
        <w:r w:rsidR="000C1F64">
          <w:rPr>
            <w:noProof/>
            <w:webHidden/>
          </w:rPr>
          <w:fldChar w:fldCharType="begin"/>
        </w:r>
        <w:r>
          <w:rPr>
            <w:noProof/>
            <w:webHidden/>
          </w:rPr>
          <w:instrText xml:space="preserve"> PAGEREF _Toc238015646 \h </w:instrText>
        </w:r>
        <w:r w:rsidR="000C1F64">
          <w:rPr>
            <w:noProof/>
            <w:webHidden/>
          </w:rPr>
        </w:r>
        <w:r w:rsidR="000C1F64">
          <w:rPr>
            <w:noProof/>
            <w:webHidden/>
          </w:rPr>
          <w:fldChar w:fldCharType="separate"/>
        </w:r>
        <w:r w:rsidR="00444A75">
          <w:rPr>
            <w:noProof/>
            <w:webHidden/>
          </w:rPr>
          <w:t>146</w:t>
        </w:r>
        <w:r w:rsidR="000C1F64">
          <w:rPr>
            <w:noProof/>
            <w:webHidden/>
          </w:rPr>
          <w:fldChar w:fldCharType="end"/>
        </w:r>
      </w:hyperlink>
    </w:p>
    <w:p w14:paraId="36EC720A"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47" w:history="1">
        <w:r w:rsidRPr="00DE53AB">
          <w:rPr>
            <w:rStyle w:val="aff8"/>
            <w:noProof/>
          </w:rPr>
          <w:t>РАЗДЕЛ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Pr>
            <w:noProof/>
            <w:webHidden/>
          </w:rPr>
          <w:tab/>
        </w:r>
        <w:r w:rsidR="000C1F64">
          <w:rPr>
            <w:noProof/>
            <w:webHidden/>
          </w:rPr>
          <w:fldChar w:fldCharType="begin"/>
        </w:r>
        <w:r>
          <w:rPr>
            <w:noProof/>
            <w:webHidden/>
          </w:rPr>
          <w:instrText xml:space="preserve"> PAGEREF _Toc238015647 \h </w:instrText>
        </w:r>
        <w:r w:rsidR="000C1F64">
          <w:rPr>
            <w:noProof/>
            <w:webHidden/>
          </w:rPr>
        </w:r>
        <w:r w:rsidR="000C1F64">
          <w:rPr>
            <w:noProof/>
            <w:webHidden/>
          </w:rPr>
          <w:fldChar w:fldCharType="separate"/>
        </w:r>
        <w:r w:rsidR="00444A75">
          <w:rPr>
            <w:noProof/>
            <w:webHidden/>
          </w:rPr>
          <w:t>151</w:t>
        </w:r>
        <w:r w:rsidR="000C1F64">
          <w:rPr>
            <w:noProof/>
            <w:webHidden/>
          </w:rPr>
          <w:fldChar w:fldCharType="end"/>
        </w:r>
      </w:hyperlink>
    </w:p>
    <w:p w14:paraId="27DFC7F8"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48" w:history="1">
        <w:r w:rsidRPr="00DE53AB">
          <w:rPr>
            <w:rStyle w:val="aff8"/>
            <w:noProof/>
          </w:rPr>
          <w:t>9.1. Нормативное назначение главы</w:t>
        </w:r>
        <w:r>
          <w:rPr>
            <w:noProof/>
            <w:webHidden/>
          </w:rPr>
          <w:tab/>
        </w:r>
        <w:r w:rsidR="000C1F64">
          <w:rPr>
            <w:noProof/>
            <w:webHidden/>
          </w:rPr>
          <w:fldChar w:fldCharType="begin"/>
        </w:r>
        <w:r>
          <w:rPr>
            <w:noProof/>
            <w:webHidden/>
          </w:rPr>
          <w:instrText xml:space="preserve"> PAGEREF _Toc238015648 \h </w:instrText>
        </w:r>
        <w:r w:rsidR="000C1F64">
          <w:rPr>
            <w:noProof/>
            <w:webHidden/>
          </w:rPr>
        </w:r>
        <w:r w:rsidR="000C1F64">
          <w:rPr>
            <w:noProof/>
            <w:webHidden/>
          </w:rPr>
          <w:fldChar w:fldCharType="separate"/>
        </w:r>
        <w:r w:rsidR="00444A75">
          <w:rPr>
            <w:noProof/>
            <w:webHidden/>
          </w:rPr>
          <w:t>151</w:t>
        </w:r>
        <w:r w:rsidR="000C1F64">
          <w:rPr>
            <w:noProof/>
            <w:webHidden/>
          </w:rPr>
          <w:fldChar w:fldCharType="end"/>
        </w:r>
      </w:hyperlink>
    </w:p>
    <w:p w14:paraId="4F0742DE"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49" w:history="1">
        <w:r w:rsidRPr="00DE53AB">
          <w:rPr>
            <w:rStyle w:val="aff8"/>
            <w:noProof/>
          </w:rPr>
          <w:t>9.2. Разграничение понятий</w:t>
        </w:r>
        <w:r>
          <w:rPr>
            <w:noProof/>
            <w:webHidden/>
          </w:rPr>
          <w:tab/>
        </w:r>
        <w:r w:rsidR="000C1F64">
          <w:rPr>
            <w:noProof/>
            <w:webHidden/>
          </w:rPr>
          <w:fldChar w:fldCharType="begin"/>
        </w:r>
        <w:r>
          <w:rPr>
            <w:noProof/>
            <w:webHidden/>
          </w:rPr>
          <w:instrText xml:space="preserve"> PAGEREF _Toc238015649 \h </w:instrText>
        </w:r>
        <w:r w:rsidR="000C1F64">
          <w:rPr>
            <w:noProof/>
            <w:webHidden/>
          </w:rPr>
        </w:r>
        <w:r w:rsidR="000C1F64">
          <w:rPr>
            <w:noProof/>
            <w:webHidden/>
          </w:rPr>
          <w:fldChar w:fldCharType="separate"/>
        </w:r>
        <w:r w:rsidR="00444A75">
          <w:rPr>
            <w:noProof/>
            <w:webHidden/>
          </w:rPr>
          <w:t>151</w:t>
        </w:r>
        <w:r w:rsidR="000C1F64">
          <w:rPr>
            <w:noProof/>
            <w:webHidden/>
          </w:rPr>
          <w:fldChar w:fldCharType="end"/>
        </w:r>
      </w:hyperlink>
    </w:p>
    <w:p w14:paraId="649D2D51"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50" w:history="1">
        <w:r w:rsidRPr="00DE53AB">
          <w:rPr>
            <w:rStyle w:val="aff8"/>
            <w:noProof/>
          </w:rPr>
          <w:t>9.3. Существующая структура горячего водоснабжения округа</w:t>
        </w:r>
        <w:r>
          <w:rPr>
            <w:noProof/>
            <w:webHidden/>
          </w:rPr>
          <w:tab/>
        </w:r>
        <w:r w:rsidR="000C1F64">
          <w:rPr>
            <w:noProof/>
            <w:webHidden/>
          </w:rPr>
          <w:fldChar w:fldCharType="begin"/>
        </w:r>
        <w:r>
          <w:rPr>
            <w:noProof/>
            <w:webHidden/>
          </w:rPr>
          <w:instrText xml:space="preserve"> PAGEREF _Toc238015650 \h </w:instrText>
        </w:r>
        <w:r w:rsidR="000C1F64">
          <w:rPr>
            <w:noProof/>
            <w:webHidden/>
          </w:rPr>
        </w:r>
        <w:r w:rsidR="000C1F64">
          <w:rPr>
            <w:noProof/>
            <w:webHidden/>
          </w:rPr>
          <w:fldChar w:fldCharType="separate"/>
        </w:r>
        <w:r w:rsidR="00444A75">
          <w:rPr>
            <w:noProof/>
            <w:webHidden/>
          </w:rPr>
          <w:t>152</w:t>
        </w:r>
        <w:r w:rsidR="000C1F64">
          <w:rPr>
            <w:noProof/>
            <w:webHidden/>
          </w:rPr>
          <w:fldChar w:fldCharType="end"/>
        </w:r>
      </w:hyperlink>
    </w:p>
    <w:p w14:paraId="7CE06120"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51" w:history="1">
        <w:r w:rsidRPr="00DE53AB">
          <w:rPr>
            <w:rStyle w:val="aff8"/>
            <w:noProof/>
          </w:rPr>
          <w:t>9.4. Связь открытого водоразбора с балансом теплоносителя</w:t>
        </w:r>
        <w:r>
          <w:rPr>
            <w:noProof/>
            <w:webHidden/>
          </w:rPr>
          <w:tab/>
        </w:r>
        <w:r w:rsidR="000C1F64">
          <w:rPr>
            <w:noProof/>
            <w:webHidden/>
          </w:rPr>
          <w:fldChar w:fldCharType="begin"/>
        </w:r>
        <w:r>
          <w:rPr>
            <w:noProof/>
            <w:webHidden/>
          </w:rPr>
          <w:instrText xml:space="preserve"> PAGEREF _Toc238015651 \h </w:instrText>
        </w:r>
        <w:r w:rsidR="000C1F64">
          <w:rPr>
            <w:noProof/>
            <w:webHidden/>
          </w:rPr>
        </w:r>
        <w:r w:rsidR="000C1F64">
          <w:rPr>
            <w:noProof/>
            <w:webHidden/>
          </w:rPr>
          <w:fldChar w:fldCharType="separate"/>
        </w:r>
        <w:r w:rsidR="00444A75">
          <w:rPr>
            <w:noProof/>
            <w:webHidden/>
          </w:rPr>
          <w:t>155</w:t>
        </w:r>
        <w:r w:rsidR="000C1F64">
          <w:rPr>
            <w:noProof/>
            <w:webHidden/>
          </w:rPr>
          <w:fldChar w:fldCharType="end"/>
        </w:r>
      </w:hyperlink>
    </w:p>
    <w:p w14:paraId="46FB0D9F"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52" w:history="1">
        <w:r w:rsidRPr="00DE53AB">
          <w:rPr>
            <w:rStyle w:val="aff8"/>
            <w:noProof/>
          </w:rPr>
          <w:t>9.5. Связь с производительностью водоподготовительных установок</w:t>
        </w:r>
        <w:r>
          <w:rPr>
            <w:noProof/>
            <w:webHidden/>
          </w:rPr>
          <w:tab/>
        </w:r>
        <w:r w:rsidR="000C1F64">
          <w:rPr>
            <w:noProof/>
            <w:webHidden/>
          </w:rPr>
          <w:fldChar w:fldCharType="begin"/>
        </w:r>
        <w:r>
          <w:rPr>
            <w:noProof/>
            <w:webHidden/>
          </w:rPr>
          <w:instrText xml:space="preserve"> PAGEREF _Toc238015652 \h </w:instrText>
        </w:r>
        <w:r w:rsidR="000C1F64">
          <w:rPr>
            <w:noProof/>
            <w:webHidden/>
          </w:rPr>
        </w:r>
        <w:r w:rsidR="000C1F64">
          <w:rPr>
            <w:noProof/>
            <w:webHidden/>
          </w:rPr>
          <w:fldChar w:fldCharType="separate"/>
        </w:r>
        <w:r w:rsidR="00444A75">
          <w:rPr>
            <w:noProof/>
            <w:webHidden/>
          </w:rPr>
          <w:t>157</w:t>
        </w:r>
        <w:r w:rsidR="000C1F64">
          <w:rPr>
            <w:noProof/>
            <w:webHidden/>
          </w:rPr>
          <w:fldChar w:fldCharType="end"/>
        </w:r>
      </w:hyperlink>
    </w:p>
    <w:p w14:paraId="2846767D"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53" w:history="1">
        <w:r w:rsidRPr="00DE53AB">
          <w:rPr>
            <w:rStyle w:val="aff8"/>
            <w:noProof/>
          </w:rPr>
          <w:t>9.6. Исторические решения 2021 и 2023 годов</w:t>
        </w:r>
        <w:r>
          <w:rPr>
            <w:noProof/>
            <w:webHidden/>
          </w:rPr>
          <w:tab/>
        </w:r>
        <w:r w:rsidR="000C1F64">
          <w:rPr>
            <w:noProof/>
            <w:webHidden/>
          </w:rPr>
          <w:fldChar w:fldCharType="begin"/>
        </w:r>
        <w:r>
          <w:rPr>
            <w:noProof/>
            <w:webHidden/>
          </w:rPr>
          <w:instrText xml:space="preserve"> PAGEREF _Toc238015653 \h </w:instrText>
        </w:r>
        <w:r w:rsidR="000C1F64">
          <w:rPr>
            <w:noProof/>
            <w:webHidden/>
          </w:rPr>
        </w:r>
        <w:r w:rsidR="000C1F64">
          <w:rPr>
            <w:noProof/>
            <w:webHidden/>
          </w:rPr>
          <w:fldChar w:fldCharType="separate"/>
        </w:r>
        <w:r w:rsidR="00444A75">
          <w:rPr>
            <w:noProof/>
            <w:webHidden/>
          </w:rPr>
          <w:t>159</w:t>
        </w:r>
        <w:r w:rsidR="000C1F64">
          <w:rPr>
            <w:noProof/>
            <w:webHidden/>
          </w:rPr>
          <w:fldChar w:fldCharType="end"/>
        </w:r>
      </w:hyperlink>
    </w:p>
    <w:p w14:paraId="323C5834"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54" w:history="1">
        <w:r w:rsidRPr="00DE53AB">
          <w:rPr>
            <w:rStyle w:val="aff8"/>
            <w:noProof/>
          </w:rPr>
          <w:t>9.7. Водный баланс после перевода</w:t>
        </w:r>
        <w:r>
          <w:rPr>
            <w:noProof/>
            <w:webHidden/>
          </w:rPr>
          <w:tab/>
        </w:r>
        <w:r w:rsidR="000C1F64">
          <w:rPr>
            <w:noProof/>
            <w:webHidden/>
          </w:rPr>
          <w:fldChar w:fldCharType="begin"/>
        </w:r>
        <w:r>
          <w:rPr>
            <w:noProof/>
            <w:webHidden/>
          </w:rPr>
          <w:instrText xml:space="preserve"> PAGEREF _Toc238015654 \h </w:instrText>
        </w:r>
        <w:r w:rsidR="000C1F64">
          <w:rPr>
            <w:noProof/>
            <w:webHidden/>
          </w:rPr>
        </w:r>
        <w:r w:rsidR="000C1F64">
          <w:rPr>
            <w:noProof/>
            <w:webHidden/>
          </w:rPr>
          <w:fldChar w:fldCharType="separate"/>
        </w:r>
        <w:r w:rsidR="00444A75">
          <w:rPr>
            <w:noProof/>
            <w:webHidden/>
          </w:rPr>
          <w:t>162</w:t>
        </w:r>
        <w:r w:rsidR="000C1F64">
          <w:rPr>
            <w:noProof/>
            <w:webHidden/>
          </w:rPr>
          <w:fldChar w:fldCharType="end"/>
        </w:r>
      </w:hyperlink>
    </w:p>
    <w:p w14:paraId="50107E9C"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55" w:history="1">
        <w:r w:rsidRPr="00DE53AB">
          <w:rPr>
            <w:rStyle w:val="aff8"/>
            <w:noProof/>
          </w:rPr>
          <w:t>9.8. Температурный режим, гидравлика и сторона потребителя</w:t>
        </w:r>
        <w:r>
          <w:rPr>
            <w:noProof/>
            <w:webHidden/>
          </w:rPr>
          <w:tab/>
        </w:r>
        <w:r w:rsidR="000C1F64">
          <w:rPr>
            <w:noProof/>
            <w:webHidden/>
          </w:rPr>
          <w:fldChar w:fldCharType="begin"/>
        </w:r>
        <w:r>
          <w:rPr>
            <w:noProof/>
            <w:webHidden/>
          </w:rPr>
          <w:instrText xml:space="preserve"> PAGEREF _Toc238015655 \h </w:instrText>
        </w:r>
        <w:r w:rsidR="000C1F64">
          <w:rPr>
            <w:noProof/>
            <w:webHidden/>
          </w:rPr>
        </w:r>
        <w:r w:rsidR="000C1F64">
          <w:rPr>
            <w:noProof/>
            <w:webHidden/>
          </w:rPr>
          <w:fldChar w:fldCharType="separate"/>
        </w:r>
        <w:r w:rsidR="00444A75">
          <w:rPr>
            <w:noProof/>
            <w:webHidden/>
          </w:rPr>
          <w:t>165</w:t>
        </w:r>
        <w:r w:rsidR="000C1F64">
          <w:rPr>
            <w:noProof/>
            <w:webHidden/>
          </w:rPr>
          <w:fldChar w:fldCharType="end"/>
        </w:r>
      </w:hyperlink>
    </w:p>
    <w:p w14:paraId="23D5F799"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56" w:history="1">
        <w:r w:rsidRPr="00DE53AB">
          <w:rPr>
            <w:rStyle w:val="aff8"/>
            <w:noProof/>
          </w:rPr>
          <w:t>9.9. Варианты преобразования</w:t>
        </w:r>
        <w:r>
          <w:rPr>
            <w:noProof/>
            <w:webHidden/>
          </w:rPr>
          <w:tab/>
        </w:r>
        <w:r w:rsidR="000C1F64">
          <w:rPr>
            <w:noProof/>
            <w:webHidden/>
          </w:rPr>
          <w:fldChar w:fldCharType="begin"/>
        </w:r>
        <w:r>
          <w:rPr>
            <w:noProof/>
            <w:webHidden/>
          </w:rPr>
          <w:instrText xml:space="preserve"> PAGEREF _Toc238015656 \h </w:instrText>
        </w:r>
        <w:r w:rsidR="000C1F64">
          <w:rPr>
            <w:noProof/>
            <w:webHidden/>
          </w:rPr>
        </w:r>
        <w:r w:rsidR="000C1F64">
          <w:rPr>
            <w:noProof/>
            <w:webHidden/>
          </w:rPr>
          <w:fldChar w:fldCharType="separate"/>
        </w:r>
        <w:r w:rsidR="00444A75">
          <w:rPr>
            <w:noProof/>
            <w:webHidden/>
          </w:rPr>
          <w:t>167</w:t>
        </w:r>
        <w:r w:rsidR="000C1F64">
          <w:rPr>
            <w:noProof/>
            <w:webHidden/>
          </w:rPr>
          <w:fldChar w:fldCharType="end"/>
        </w:r>
      </w:hyperlink>
    </w:p>
    <w:p w14:paraId="628862A6"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57" w:history="1">
        <w:r w:rsidRPr="00DE53AB">
          <w:rPr>
            <w:rStyle w:val="aff8"/>
            <w:noProof/>
          </w:rPr>
          <w:t>9.10. Пообъектные досье систем</w:t>
        </w:r>
        <w:r>
          <w:rPr>
            <w:noProof/>
            <w:webHidden/>
          </w:rPr>
          <w:tab/>
        </w:r>
        <w:r w:rsidR="000C1F64">
          <w:rPr>
            <w:noProof/>
            <w:webHidden/>
          </w:rPr>
          <w:fldChar w:fldCharType="begin"/>
        </w:r>
        <w:r>
          <w:rPr>
            <w:noProof/>
            <w:webHidden/>
          </w:rPr>
          <w:instrText xml:space="preserve"> PAGEREF _Toc238015657 \h </w:instrText>
        </w:r>
        <w:r w:rsidR="000C1F64">
          <w:rPr>
            <w:noProof/>
            <w:webHidden/>
          </w:rPr>
        </w:r>
        <w:r w:rsidR="000C1F64">
          <w:rPr>
            <w:noProof/>
            <w:webHidden/>
          </w:rPr>
          <w:fldChar w:fldCharType="separate"/>
        </w:r>
        <w:r w:rsidR="00444A75">
          <w:rPr>
            <w:noProof/>
            <w:webHidden/>
          </w:rPr>
          <w:t>169</w:t>
        </w:r>
        <w:r w:rsidR="000C1F64">
          <w:rPr>
            <w:noProof/>
            <w:webHidden/>
          </w:rPr>
          <w:fldChar w:fldCharType="end"/>
        </w:r>
      </w:hyperlink>
    </w:p>
    <w:p w14:paraId="253D71BE"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58" w:history="1">
        <w:r w:rsidRPr="00DE53AB">
          <w:rPr>
            <w:rStyle w:val="aff8"/>
            <w:noProof/>
          </w:rPr>
          <w:t>9.11. Принимаемые решения</w:t>
        </w:r>
        <w:r>
          <w:rPr>
            <w:noProof/>
            <w:webHidden/>
          </w:rPr>
          <w:tab/>
        </w:r>
        <w:r w:rsidR="000C1F64">
          <w:rPr>
            <w:noProof/>
            <w:webHidden/>
          </w:rPr>
          <w:fldChar w:fldCharType="begin"/>
        </w:r>
        <w:r>
          <w:rPr>
            <w:noProof/>
            <w:webHidden/>
          </w:rPr>
          <w:instrText xml:space="preserve"> PAGEREF _Toc238015658 \h </w:instrText>
        </w:r>
        <w:r w:rsidR="000C1F64">
          <w:rPr>
            <w:noProof/>
            <w:webHidden/>
          </w:rPr>
        </w:r>
        <w:r w:rsidR="000C1F64">
          <w:rPr>
            <w:noProof/>
            <w:webHidden/>
          </w:rPr>
          <w:fldChar w:fldCharType="separate"/>
        </w:r>
        <w:r w:rsidR="00444A75">
          <w:rPr>
            <w:noProof/>
            <w:webHidden/>
          </w:rPr>
          <w:t>183</w:t>
        </w:r>
        <w:r w:rsidR="000C1F64">
          <w:rPr>
            <w:noProof/>
            <w:webHidden/>
          </w:rPr>
          <w:fldChar w:fldCharType="end"/>
        </w:r>
      </w:hyperlink>
    </w:p>
    <w:p w14:paraId="41414E08"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59" w:history="1">
        <w:r w:rsidRPr="00DE53AB">
          <w:rPr>
            <w:rStyle w:val="aff8"/>
            <w:noProof/>
          </w:rPr>
          <w:t>9.12. Мероприятия и капитальные вложения</w:t>
        </w:r>
        <w:r>
          <w:rPr>
            <w:noProof/>
            <w:webHidden/>
          </w:rPr>
          <w:tab/>
        </w:r>
        <w:r w:rsidR="000C1F64">
          <w:rPr>
            <w:noProof/>
            <w:webHidden/>
          </w:rPr>
          <w:fldChar w:fldCharType="begin"/>
        </w:r>
        <w:r>
          <w:rPr>
            <w:noProof/>
            <w:webHidden/>
          </w:rPr>
          <w:instrText xml:space="preserve"> PAGEREF _Toc238015659 \h </w:instrText>
        </w:r>
        <w:r w:rsidR="000C1F64">
          <w:rPr>
            <w:noProof/>
            <w:webHidden/>
          </w:rPr>
        </w:r>
        <w:r w:rsidR="000C1F64">
          <w:rPr>
            <w:noProof/>
            <w:webHidden/>
          </w:rPr>
          <w:fldChar w:fldCharType="separate"/>
        </w:r>
        <w:r w:rsidR="00444A75">
          <w:rPr>
            <w:noProof/>
            <w:webHidden/>
          </w:rPr>
          <w:t>184</w:t>
        </w:r>
        <w:r w:rsidR="000C1F64">
          <w:rPr>
            <w:noProof/>
            <w:webHidden/>
          </w:rPr>
          <w:fldChar w:fldCharType="end"/>
        </w:r>
      </w:hyperlink>
    </w:p>
    <w:p w14:paraId="015B51BE"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60" w:history="1">
        <w:r w:rsidRPr="00DE53AB">
          <w:rPr>
            <w:rStyle w:val="aff8"/>
            <w:noProof/>
          </w:rPr>
          <w:t>9.13. Этапность</w:t>
        </w:r>
        <w:r>
          <w:rPr>
            <w:noProof/>
            <w:webHidden/>
          </w:rPr>
          <w:tab/>
        </w:r>
        <w:r w:rsidR="000C1F64">
          <w:rPr>
            <w:noProof/>
            <w:webHidden/>
          </w:rPr>
          <w:fldChar w:fldCharType="begin"/>
        </w:r>
        <w:r>
          <w:rPr>
            <w:noProof/>
            <w:webHidden/>
          </w:rPr>
          <w:instrText xml:space="preserve"> PAGEREF _Toc238015660 \h </w:instrText>
        </w:r>
        <w:r w:rsidR="000C1F64">
          <w:rPr>
            <w:noProof/>
            <w:webHidden/>
          </w:rPr>
        </w:r>
        <w:r w:rsidR="000C1F64">
          <w:rPr>
            <w:noProof/>
            <w:webHidden/>
          </w:rPr>
          <w:fldChar w:fldCharType="separate"/>
        </w:r>
        <w:r w:rsidR="00444A75">
          <w:rPr>
            <w:noProof/>
            <w:webHidden/>
          </w:rPr>
          <w:t>186</w:t>
        </w:r>
        <w:r w:rsidR="000C1F64">
          <w:rPr>
            <w:noProof/>
            <w:webHidden/>
          </w:rPr>
          <w:fldChar w:fldCharType="end"/>
        </w:r>
      </w:hyperlink>
    </w:p>
    <w:p w14:paraId="275B886B"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61" w:history="1">
        <w:r w:rsidRPr="00DE53AB">
          <w:rPr>
            <w:rStyle w:val="aff8"/>
            <w:noProof/>
          </w:rPr>
          <w:t>9.14. Риски и внешние зависимости</w:t>
        </w:r>
        <w:r>
          <w:rPr>
            <w:noProof/>
            <w:webHidden/>
          </w:rPr>
          <w:tab/>
        </w:r>
        <w:r w:rsidR="000C1F64">
          <w:rPr>
            <w:noProof/>
            <w:webHidden/>
          </w:rPr>
          <w:fldChar w:fldCharType="begin"/>
        </w:r>
        <w:r>
          <w:rPr>
            <w:noProof/>
            <w:webHidden/>
          </w:rPr>
          <w:instrText xml:space="preserve"> PAGEREF _Toc238015661 \h </w:instrText>
        </w:r>
        <w:r w:rsidR="000C1F64">
          <w:rPr>
            <w:noProof/>
            <w:webHidden/>
          </w:rPr>
        </w:r>
        <w:r w:rsidR="000C1F64">
          <w:rPr>
            <w:noProof/>
            <w:webHidden/>
          </w:rPr>
          <w:fldChar w:fldCharType="separate"/>
        </w:r>
        <w:r w:rsidR="00444A75">
          <w:rPr>
            <w:noProof/>
            <w:webHidden/>
          </w:rPr>
          <w:t>188</w:t>
        </w:r>
        <w:r w:rsidR="000C1F64">
          <w:rPr>
            <w:noProof/>
            <w:webHidden/>
          </w:rPr>
          <w:fldChar w:fldCharType="end"/>
        </w:r>
      </w:hyperlink>
    </w:p>
    <w:p w14:paraId="7D8D32A8"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62" w:history="1">
        <w:r w:rsidRPr="00DE53AB">
          <w:rPr>
            <w:rStyle w:val="aff8"/>
            <w:noProof/>
          </w:rPr>
          <w:t>9.15. Конфигурация горячего водоснабжения на 2031 и 2036 годы</w:t>
        </w:r>
        <w:r>
          <w:rPr>
            <w:noProof/>
            <w:webHidden/>
          </w:rPr>
          <w:tab/>
        </w:r>
        <w:r w:rsidR="000C1F64">
          <w:rPr>
            <w:noProof/>
            <w:webHidden/>
          </w:rPr>
          <w:fldChar w:fldCharType="begin"/>
        </w:r>
        <w:r>
          <w:rPr>
            <w:noProof/>
            <w:webHidden/>
          </w:rPr>
          <w:instrText xml:space="preserve"> PAGEREF _Toc238015662 \h </w:instrText>
        </w:r>
        <w:r w:rsidR="000C1F64">
          <w:rPr>
            <w:noProof/>
            <w:webHidden/>
          </w:rPr>
        </w:r>
        <w:r w:rsidR="000C1F64">
          <w:rPr>
            <w:noProof/>
            <w:webHidden/>
          </w:rPr>
          <w:fldChar w:fldCharType="separate"/>
        </w:r>
        <w:r w:rsidR="00444A75">
          <w:rPr>
            <w:noProof/>
            <w:webHidden/>
          </w:rPr>
          <w:t>189</w:t>
        </w:r>
        <w:r w:rsidR="000C1F64">
          <w:rPr>
            <w:noProof/>
            <w:webHidden/>
          </w:rPr>
          <w:fldChar w:fldCharType="end"/>
        </w:r>
      </w:hyperlink>
    </w:p>
    <w:p w14:paraId="2CDD4ECE"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63" w:history="1">
        <w:r w:rsidRPr="00DE53AB">
          <w:rPr>
            <w:rStyle w:val="aff8"/>
            <w:noProof/>
          </w:rPr>
          <w:t>9.16. Что настоящей главой не определялось</w:t>
        </w:r>
        <w:r>
          <w:rPr>
            <w:noProof/>
            <w:webHidden/>
          </w:rPr>
          <w:tab/>
        </w:r>
        <w:r w:rsidR="000C1F64">
          <w:rPr>
            <w:noProof/>
            <w:webHidden/>
          </w:rPr>
          <w:fldChar w:fldCharType="begin"/>
        </w:r>
        <w:r>
          <w:rPr>
            <w:noProof/>
            <w:webHidden/>
          </w:rPr>
          <w:instrText xml:space="preserve"> PAGEREF _Toc238015663 \h </w:instrText>
        </w:r>
        <w:r w:rsidR="000C1F64">
          <w:rPr>
            <w:noProof/>
            <w:webHidden/>
          </w:rPr>
        </w:r>
        <w:r w:rsidR="000C1F64">
          <w:rPr>
            <w:noProof/>
            <w:webHidden/>
          </w:rPr>
          <w:fldChar w:fldCharType="separate"/>
        </w:r>
        <w:r w:rsidR="00444A75">
          <w:rPr>
            <w:noProof/>
            <w:webHidden/>
          </w:rPr>
          <w:t>191</w:t>
        </w:r>
        <w:r w:rsidR="000C1F64">
          <w:rPr>
            <w:noProof/>
            <w:webHidden/>
          </w:rPr>
          <w:fldChar w:fldCharType="end"/>
        </w:r>
      </w:hyperlink>
    </w:p>
    <w:p w14:paraId="41250921"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64" w:history="1">
        <w:r w:rsidRPr="00DE53AB">
          <w:rPr>
            <w:rStyle w:val="aff8"/>
            <w:noProof/>
          </w:rPr>
          <w:t>РАЗДЕЛ 10. ПЕРСПЕКТИВНЫЕ ТОПЛИВНЫЕ БАЛАНСЫ</w:t>
        </w:r>
        <w:r>
          <w:rPr>
            <w:noProof/>
            <w:webHidden/>
          </w:rPr>
          <w:tab/>
        </w:r>
        <w:r w:rsidR="000C1F64">
          <w:rPr>
            <w:noProof/>
            <w:webHidden/>
          </w:rPr>
          <w:fldChar w:fldCharType="begin"/>
        </w:r>
        <w:r>
          <w:rPr>
            <w:noProof/>
            <w:webHidden/>
          </w:rPr>
          <w:instrText xml:space="preserve"> PAGEREF _Toc238015664 \h </w:instrText>
        </w:r>
        <w:r w:rsidR="000C1F64">
          <w:rPr>
            <w:noProof/>
            <w:webHidden/>
          </w:rPr>
        </w:r>
        <w:r w:rsidR="000C1F64">
          <w:rPr>
            <w:noProof/>
            <w:webHidden/>
          </w:rPr>
          <w:fldChar w:fldCharType="separate"/>
        </w:r>
        <w:r w:rsidR="00444A75">
          <w:rPr>
            <w:noProof/>
            <w:webHidden/>
          </w:rPr>
          <w:t>192</w:t>
        </w:r>
        <w:r w:rsidR="000C1F64">
          <w:rPr>
            <w:noProof/>
            <w:webHidden/>
          </w:rPr>
          <w:fldChar w:fldCharType="end"/>
        </w:r>
      </w:hyperlink>
    </w:p>
    <w:p w14:paraId="44DC1E17"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65" w:history="1">
        <w:r w:rsidRPr="00DE53AB">
          <w:rPr>
            <w:rStyle w:val="aff8"/>
            <w:noProof/>
          </w:rPr>
          <w:t>РАЗДЕЛ 11. ОЦЕНКА НАДЁЖНОСТИ ТЕПЛОСНАБЖЕНИЯ</w:t>
        </w:r>
        <w:r>
          <w:rPr>
            <w:noProof/>
            <w:webHidden/>
          </w:rPr>
          <w:tab/>
        </w:r>
        <w:r w:rsidR="000C1F64">
          <w:rPr>
            <w:noProof/>
            <w:webHidden/>
          </w:rPr>
          <w:fldChar w:fldCharType="begin"/>
        </w:r>
        <w:r>
          <w:rPr>
            <w:noProof/>
            <w:webHidden/>
          </w:rPr>
          <w:instrText xml:space="preserve"> PAGEREF _Toc238015665 \h </w:instrText>
        </w:r>
        <w:r w:rsidR="000C1F64">
          <w:rPr>
            <w:noProof/>
            <w:webHidden/>
          </w:rPr>
        </w:r>
        <w:r w:rsidR="000C1F64">
          <w:rPr>
            <w:noProof/>
            <w:webHidden/>
          </w:rPr>
          <w:fldChar w:fldCharType="separate"/>
        </w:r>
        <w:r w:rsidR="00444A75">
          <w:rPr>
            <w:noProof/>
            <w:webHidden/>
          </w:rPr>
          <w:t>203</w:t>
        </w:r>
        <w:r w:rsidR="000C1F64">
          <w:rPr>
            <w:noProof/>
            <w:webHidden/>
          </w:rPr>
          <w:fldChar w:fldCharType="end"/>
        </w:r>
      </w:hyperlink>
    </w:p>
    <w:p w14:paraId="4B7B2FCC"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66" w:history="1">
        <w:r w:rsidRPr="00DE53AB">
          <w:rPr>
            <w:rStyle w:val="aff8"/>
            <w:noProof/>
          </w:rPr>
          <w:t>11.1. Нормативная методика оценки надёжности</w:t>
        </w:r>
        <w:r>
          <w:rPr>
            <w:noProof/>
            <w:webHidden/>
          </w:rPr>
          <w:tab/>
        </w:r>
        <w:r w:rsidR="000C1F64">
          <w:rPr>
            <w:noProof/>
            <w:webHidden/>
          </w:rPr>
          <w:fldChar w:fldCharType="begin"/>
        </w:r>
        <w:r>
          <w:rPr>
            <w:noProof/>
            <w:webHidden/>
          </w:rPr>
          <w:instrText xml:space="preserve"> PAGEREF _Toc238015666 \h </w:instrText>
        </w:r>
        <w:r w:rsidR="000C1F64">
          <w:rPr>
            <w:noProof/>
            <w:webHidden/>
          </w:rPr>
        </w:r>
        <w:r w:rsidR="000C1F64">
          <w:rPr>
            <w:noProof/>
            <w:webHidden/>
          </w:rPr>
          <w:fldChar w:fldCharType="separate"/>
        </w:r>
        <w:r w:rsidR="00444A75">
          <w:rPr>
            <w:noProof/>
            <w:webHidden/>
          </w:rPr>
          <w:t>203</w:t>
        </w:r>
        <w:r w:rsidR="000C1F64">
          <w:rPr>
            <w:noProof/>
            <w:webHidden/>
          </w:rPr>
          <w:fldChar w:fldCharType="end"/>
        </w:r>
      </w:hyperlink>
    </w:p>
    <w:p w14:paraId="4FE57DF9"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67" w:history="1">
        <w:r w:rsidRPr="00DE53AB">
          <w:rPr>
            <w:rStyle w:val="aff8"/>
            <w:noProof/>
          </w:rPr>
          <w:t>11.2. Исходные данные</w:t>
        </w:r>
        <w:r>
          <w:rPr>
            <w:noProof/>
            <w:webHidden/>
          </w:rPr>
          <w:tab/>
        </w:r>
        <w:r w:rsidR="000C1F64">
          <w:rPr>
            <w:noProof/>
            <w:webHidden/>
          </w:rPr>
          <w:fldChar w:fldCharType="begin"/>
        </w:r>
        <w:r>
          <w:rPr>
            <w:noProof/>
            <w:webHidden/>
          </w:rPr>
          <w:instrText xml:space="preserve"> PAGEREF _Toc238015667 \h </w:instrText>
        </w:r>
        <w:r w:rsidR="000C1F64">
          <w:rPr>
            <w:noProof/>
            <w:webHidden/>
          </w:rPr>
        </w:r>
        <w:r w:rsidR="000C1F64">
          <w:rPr>
            <w:noProof/>
            <w:webHidden/>
          </w:rPr>
          <w:fldChar w:fldCharType="separate"/>
        </w:r>
        <w:r w:rsidR="00444A75">
          <w:rPr>
            <w:noProof/>
            <w:webHidden/>
          </w:rPr>
          <w:t>204</w:t>
        </w:r>
        <w:r w:rsidR="000C1F64">
          <w:rPr>
            <w:noProof/>
            <w:webHidden/>
          </w:rPr>
          <w:fldChar w:fldCharType="end"/>
        </w:r>
      </w:hyperlink>
    </w:p>
    <w:p w14:paraId="321EA3A2"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68" w:history="1">
        <w:r w:rsidRPr="00DE53AB">
          <w:rPr>
            <w:rStyle w:val="aff8"/>
            <w:noProof/>
          </w:rPr>
          <w:t>11.3. Структурная надёжность источников тепловой энергии</w:t>
        </w:r>
        <w:r>
          <w:rPr>
            <w:noProof/>
            <w:webHidden/>
          </w:rPr>
          <w:tab/>
        </w:r>
        <w:r w:rsidR="000C1F64">
          <w:rPr>
            <w:noProof/>
            <w:webHidden/>
          </w:rPr>
          <w:fldChar w:fldCharType="begin"/>
        </w:r>
        <w:r>
          <w:rPr>
            <w:noProof/>
            <w:webHidden/>
          </w:rPr>
          <w:instrText xml:space="preserve"> PAGEREF _Toc238015668 \h </w:instrText>
        </w:r>
        <w:r w:rsidR="000C1F64">
          <w:rPr>
            <w:noProof/>
            <w:webHidden/>
          </w:rPr>
        </w:r>
        <w:r w:rsidR="000C1F64">
          <w:rPr>
            <w:noProof/>
            <w:webHidden/>
          </w:rPr>
          <w:fldChar w:fldCharType="separate"/>
        </w:r>
        <w:r w:rsidR="00444A75">
          <w:rPr>
            <w:noProof/>
            <w:webHidden/>
          </w:rPr>
          <w:t>204</w:t>
        </w:r>
        <w:r w:rsidR="000C1F64">
          <w:rPr>
            <w:noProof/>
            <w:webHidden/>
          </w:rPr>
          <w:fldChar w:fldCharType="end"/>
        </w:r>
      </w:hyperlink>
    </w:p>
    <w:p w14:paraId="5C784016"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69" w:history="1">
        <w:r w:rsidRPr="00DE53AB">
          <w:rPr>
            <w:rStyle w:val="aff8"/>
            <w:noProof/>
          </w:rPr>
          <w:t>11.4. Показатели надёжности источников</w:t>
        </w:r>
        <w:r>
          <w:rPr>
            <w:noProof/>
            <w:webHidden/>
          </w:rPr>
          <w:tab/>
        </w:r>
        <w:r w:rsidR="000C1F64">
          <w:rPr>
            <w:noProof/>
            <w:webHidden/>
          </w:rPr>
          <w:fldChar w:fldCharType="begin"/>
        </w:r>
        <w:r>
          <w:rPr>
            <w:noProof/>
            <w:webHidden/>
          </w:rPr>
          <w:instrText xml:space="preserve"> PAGEREF _Toc238015669 \h </w:instrText>
        </w:r>
        <w:r w:rsidR="000C1F64">
          <w:rPr>
            <w:noProof/>
            <w:webHidden/>
          </w:rPr>
        </w:r>
        <w:r w:rsidR="000C1F64">
          <w:rPr>
            <w:noProof/>
            <w:webHidden/>
          </w:rPr>
          <w:fldChar w:fldCharType="separate"/>
        </w:r>
        <w:r w:rsidR="00444A75">
          <w:rPr>
            <w:noProof/>
            <w:webHidden/>
          </w:rPr>
          <w:t>207</w:t>
        </w:r>
        <w:r w:rsidR="000C1F64">
          <w:rPr>
            <w:noProof/>
            <w:webHidden/>
          </w:rPr>
          <w:fldChar w:fldCharType="end"/>
        </w:r>
      </w:hyperlink>
    </w:p>
    <w:p w14:paraId="0C3F7BB7"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70" w:history="1">
        <w:r w:rsidRPr="00DE53AB">
          <w:rPr>
            <w:rStyle w:val="aff8"/>
            <w:noProof/>
          </w:rPr>
          <w:t>11.5. Методические особенности исходных документов</w:t>
        </w:r>
        <w:r>
          <w:rPr>
            <w:noProof/>
            <w:webHidden/>
          </w:rPr>
          <w:tab/>
        </w:r>
        <w:r w:rsidR="000C1F64">
          <w:rPr>
            <w:noProof/>
            <w:webHidden/>
          </w:rPr>
          <w:fldChar w:fldCharType="begin"/>
        </w:r>
        <w:r>
          <w:rPr>
            <w:noProof/>
            <w:webHidden/>
          </w:rPr>
          <w:instrText xml:space="preserve"> PAGEREF _Toc238015670 \h </w:instrText>
        </w:r>
        <w:r w:rsidR="000C1F64">
          <w:rPr>
            <w:noProof/>
            <w:webHidden/>
          </w:rPr>
        </w:r>
        <w:r w:rsidR="000C1F64">
          <w:rPr>
            <w:noProof/>
            <w:webHidden/>
          </w:rPr>
          <w:fldChar w:fldCharType="separate"/>
        </w:r>
        <w:r w:rsidR="00444A75">
          <w:rPr>
            <w:noProof/>
            <w:webHidden/>
          </w:rPr>
          <w:t>209</w:t>
        </w:r>
        <w:r w:rsidR="000C1F64">
          <w:rPr>
            <w:noProof/>
            <w:webHidden/>
          </w:rPr>
          <w:fldChar w:fldCharType="end"/>
        </w:r>
      </w:hyperlink>
    </w:p>
    <w:p w14:paraId="7A79C849"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71" w:history="1">
        <w:r w:rsidRPr="00DE53AB">
          <w:rPr>
            <w:rStyle w:val="aff8"/>
            <w:noProof/>
          </w:rPr>
          <w:t>11.6. Надёжность тепловых сетей</w:t>
        </w:r>
        <w:r>
          <w:rPr>
            <w:noProof/>
            <w:webHidden/>
          </w:rPr>
          <w:tab/>
        </w:r>
        <w:r w:rsidR="000C1F64">
          <w:rPr>
            <w:noProof/>
            <w:webHidden/>
          </w:rPr>
          <w:fldChar w:fldCharType="begin"/>
        </w:r>
        <w:r>
          <w:rPr>
            <w:noProof/>
            <w:webHidden/>
          </w:rPr>
          <w:instrText xml:space="preserve"> PAGEREF _Toc238015671 \h </w:instrText>
        </w:r>
        <w:r w:rsidR="000C1F64">
          <w:rPr>
            <w:noProof/>
            <w:webHidden/>
          </w:rPr>
        </w:r>
        <w:r w:rsidR="000C1F64">
          <w:rPr>
            <w:noProof/>
            <w:webHidden/>
          </w:rPr>
          <w:fldChar w:fldCharType="separate"/>
        </w:r>
        <w:r w:rsidR="00444A75">
          <w:rPr>
            <w:noProof/>
            <w:webHidden/>
          </w:rPr>
          <w:t>210</w:t>
        </w:r>
        <w:r w:rsidR="000C1F64">
          <w:rPr>
            <w:noProof/>
            <w:webHidden/>
          </w:rPr>
          <w:fldChar w:fldCharType="end"/>
        </w:r>
      </w:hyperlink>
    </w:p>
    <w:p w14:paraId="2D058A30"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72" w:history="1">
        <w:r w:rsidRPr="00DE53AB">
          <w:rPr>
            <w:rStyle w:val="aff8"/>
            <w:noProof/>
          </w:rPr>
          <w:t>11.7. Топологическое резервирование тепловых сетей</w:t>
        </w:r>
        <w:r>
          <w:rPr>
            <w:noProof/>
            <w:webHidden/>
          </w:rPr>
          <w:tab/>
        </w:r>
        <w:r w:rsidR="000C1F64">
          <w:rPr>
            <w:noProof/>
            <w:webHidden/>
          </w:rPr>
          <w:fldChar w:fldCharType="begin"/>
        </w:r>
        <w:r>
          <w:rPr>
            <w:noProof/>
            <w:webHidden/>
          </w:rPr>
          <w:instrText xml:space="preserve"> PAGEREF _Toc238015672 \h </w:instrText>
        </w:r>
        <w:r w:rsidR="000C1F64">
          <w:rPr>
            <w:noProof/>
            <w:webHidden/>
          </w:rPr>
        </w:r>
        <w:r w:rsidR="000C1F64">
          <w:rPr>
            <w:noProof/>
            <w:webHidden/>
          </w:rPr>
          <w:fldChar w:fldCharType="separate"/>
        </w:r>
        <w:r w:rsidR="00444A75">
          <w:rPr>
            <w:noProof/>
            <w:webHidden/>
          </w:rPr>
          <w:t>211</w:t>
        </w:r>
        <w:r w:rsidR="000C1F64">
          <w:rPr>
            <w:noProof/>
            <w:webHidden/>
          </w:rPr>
          <w:fldChar w:fldCharType="end"/>
        </w:r>
      </w:hyperlink>
    </w:p>
    <w:p w14:paraId="48931C0B"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73" w:history="1">
        <w:r w:rsidRPr="00DE53AB">
          <w:rPr>
            <w:rStyle w:val="aff8"/>
            <w:noProof/>
          </w:rPr>
          <w:t>11.8. Электроснабжение источников</w:t>
        </w:r>
        <w:r>
          <w:rPr>
            <w:noProof/>
            <w:webHidden/>
          </w:rPr>
          <w:tab/>
        </w:r>
        <w:r w:rsidR="000C1F64">
          <w:rPr>
            <w:noProof/>
            <w:webHidden/>
          </w:rPr>
          <w:fldChar w:fldCharType="begin"/>
        </w:r>
        <w:r>
          <w:rPr>
            <w:noProof/>
            <w:webHidden/>
          </w:rPr>
          <w:instrText xml:space="preserve"> PAGEREF _Toc238015673 \h </w:instrText>
        </w:r>
        <w:r w:rsidR="000C1F64">
          <w:rPr>
            <w:noProof/>
            <w:webHidden/>
          </w:rPr>
        </w:r>
        <w:r w:rsidR="000C1F64">
          <w:rPr>
            <w:noProof/>
            <w:webHidden/>
          </w:rPr>
          <w:fldChar w:fldCharType="separate"/>
        </w:r>
        <w:r w:rsidR="00444A75">
          <w:rPr>
            <w:noProof/>
            <w:webHidden/>
          </w:rPr>
          <w:t>212</w:t>
        </w:r>
        <w:r w:rsidR="000C1F64">
          <w:rPr>
            <w:noProof/>
            <w:webHidden/>
          </w:rPr>
          <w:fldChar w:fldCharType="end"/>
        </w:r>
      </w:hyperlink>
    </w:p>
    <w:p w14:paraId="4EA7AC36"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74" w:history="1">
        <w:r w:rsidRPr="00DE53AB">
          <w:rPr>
            <w:rStyle w:val="aff8"/>
            <w:noProof/>
          </w:rPr>
          <w:t>11.9. Водоснабжение источников и водоподготовка</w:t>
        </w:r>
        <w:r>
          <w:rPr>
            <w:noProof/>
            <w:webHidden/>
          </w:rPr>
          <w:tab/>
        </w:r>
        <w:r w:rsidR="000C1F64">
          <w:rPr>
            <w:noProof/>
            <w:webHidden/>
          </w:rPr>
          <w:fldChar w:fldCharType="begin"/>
        </w:r>
        <w:r>
          <w:rPr>
            <w:noProof/>
            <w:webHidden/>
          </w:rPr>
          <w:instrText xml:space="preserve"> PAGEREF _Toc238015674 \h </w:instrText>
        </w:r>
        <w:r w:rsidR="000C1F64">
          <w:rPr>
            <w:noProof/>
            <w:webHidden/>
          </w:rPr>
        </w:r>
        <w:r w:rsidR="000C1F64">
          <w:rPr>
            <w:noProof/>
            <w:webHidden/>
          </w:rPr>
          <w:fldChar w:fldCharType="separate"/>
        </w:r>
        <w:r w:rsidR="00444A75">
          <w:rPr>
            <w:noProof/>
            <w:webHidden/>
          </w:rPr>
          <w:t>213</w:t>
        </w:r>
        <w:r w:rsidR="000C1F64">
          <w:rPr>
            <w:noProof/>
            <w:webHidden/>
          </w:rPr>
          <w:fldChar w:fldCharType="end"/>
        </w:r>
      </w:hyperlink>
    </w:p>
    <w:p w14:paraId="118661C5"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75" w:history="1">
        <w:r w:rsidRPr="00DE53AB">
          <w:rPr>
            <w:rStyle w:val="aff8"/>
            <w:noProof/>
          </w:rPr>
          <w:t>11.10. Топливообеспечение</w:t>
        </w:r>
        <w:r>
          <w:rPr>
            <w:noProof/>
            <w:webHidden/>
          </w:rPr>
          <w:tab/>
        </w:r>
        <w:r w:rsidR="000C1F64">
          <w:rPr>
            <w:noProof/>
            <w:webHidden/>
          </w:rPr>
          <w:fldChar w:fldCharType="begin"/>
        </w:r>
        <w:r>
          <w:rPr>
            <w:noProof/>
            <w:webHidden/>
          </w:rPr>
          <w:instrText xml:space="preserve"> PAGEREF _Toc238015675 \h </w:instrText>
        </w:r>
        <w:r w:rsidR="000C1F64">
          <w:rPr>
            <w:noProof/>
            <w:webHidden/>
          </w:rPr>
        </w:r>
        <w:r w:rsidR="000C1F64">
          <w:rPr>
            <w:noProof/>
            <w:webHidden/>
          </w:rPr>
          <w:fldChar w:fldCharType="separate"/>
        </w:r>
        <w:r w:rsidR="00444A75">
          <w:rPr>
            <w:noProof/>
            <w:webHidden/>
          </w:rPr>
          <w:t>214</w:t>
        </w:r>
        <w:r w:rsidR="000C1F64">
          <w:rPr>
            <w:noProof/>
            <w:webHidden/>
          </w:rPr>
          <w:fldChar w:fldCharType="end"/>
        </w:r>
      </w:hyperlink>
    </w:p>
    <w:p w14:paraId="6B618759"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76" w:history="1">
        <w:r w:rsidRPr="00DE53AB">
          <w:rPr>
            <w:rStyle w:val="aff8"/>
            <w:noProof/>
          </w:rPr>
          <w:t>11.11. Скрининг режима N−1</w:t>
        </w:r>
        <w:r>
          <w:rPr>
            <w:noProof/>
            <w:webHidden/>
          </w:rPr>
          <w:tab/>
        </w:r>
        <w:r w:rsidR="000C1F64">
          <w:rPr>
            <w:noProof/>
            <w:webHidden/>
          </w:rPr>
          <w:fldChar w:fldCharType="begin"/>
        </w:r>
        <w:r>
          <w:rPr>
            <w:noProof/>
            <w:webHidden/>
          </w:rPr>
          <w:instrText xml:space="preserve"> PAGEREF _Toc238015676 \h </w:instrText>
        </w:r>
        <w:r w:rsidR="000C1F64">
          <w:rPr>
            <w:noProof/>
            <w:webHidden/>
          </w:rPr>
        </w:r>
        <w:r w:rsidR="000C1F64">
          <w:rPr>
            <w:noProof/>
            <w:webHidden/>
          </w:rPr>
          <w:fldChar w:fldCharType="separate"/>
        </w:r>
        <w:r w:rsidR="00444A75">
          <w:rPr>
            <w:noProof/>
            <w:webHidden/>
          </w:rPr>
          <w:t>215</w:t>
        </w:r>
        <w:r w:rsidR="000C1F64">
          <w:rPr>
            <w:noProof/>
            <w:webHidden/>
          </w:rPr>
          <w:fldChar w:fldCharType="end"/>
        </w:r>
      </w:hyperlink>
    </w:p>
    <w:p w14:paraId="179257CC"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77" w:history="1">
        <w:r w:rsidRPr="00DE53AB">
          <w:rPr>
            <w:rStyle w:val="aff8"/>
            <w:noProof/>
          </w:rPr>
          <w:t>11.12. Зоны теплоснабжения с суммарной мощностью 100 Гкал/ч и более</w:t>
        </w:r>
        <w:r>
          <w:rPr>
            <w:noProof/>
            <w:webHidden/>
          </w:rPr>
          <w:tab/>
        </w:r>
        <w:r w:rsidR="000C1F64">
          <w:rPr>
            <w:noProof/>
            <w:webHidden/>
          </w:rPr>
          <w:fldChar w:fldCharType="begin"/>
        </w:r>
        <w:r>
          <w:rPr>
            <w:noProof/>
            <w:webHidden/>
          </w:rPr>
          <w:instrText xml:space="preserve"> PAGEREF _Toc238015677 \h </w:instrText>
        </w:r>
        <w:r w:rsidR="000C1F64">
          <w:rPr>
            <w:noProof/>
            <w:webHidden/>
          </w:rPr>
        </w:r>
        <w:r w:rsidR="000C1F64">
          <w:rPr>
            <w:noProof/>
            <w:webHidden/>
          </w:rPr>
          <w:fldChar w:fldCharType="separate"/>
        </w:r>
        <w:r w:rsidR="00444A75">
          <w:rPr>
            <w:noProof/>
            <w:webHidden/>
          </w:rPr>
          <w:t>216</w:t>
        </w:r>
        <w:r w:rsidR="000C1F64">
          <w:rPr>
            <w:noProof/>
            <w:webHidden/>
          </w:rPr>
          <w:fldChar w:fldCharType="end"/>
        </w:r>
      </w:hyperlink>
    </w:p>
    <w:p w14:paraId="643EE754"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78" w:history="1">
        <w:r w:rsidRPr="00DE53AB">
          <w:rPr>
            <w:rStyle w:val="aff8"/>
            <w:noProof/>
          </w:rPr>
          <w:t>11.13. Сценарии моделирования аварийных ситуаций</w:t>
        </w:r>
        <w:r>
          <w:rPr>
            <w:noProof/>
            <w:webHidden/>
          </w:rPr>
          <w:tab/>
        </w:r>
        <w:r w:rsidR="000C1F64">
          <w:rPr>
            <w:noProof/>
            <w:webHidden/>
          </w:rPr>
          <w:fldChar w:fldCharType="begin"/>
        </w:r>
        <w:r>
          <w:rPr>
            <w:noProof/>
            <w:webHidden/>
          </w:rPr>
          <w:instrText xml:space="preserve"> PAGEREF _Toc238015678 \h </w:instrText>
        </w:r>
        <w:r w:rsidR="000C1F64">
          <w:rPr>
            <w:noProof/>
            <w:webHidden/>
          </w:rPr>
        </w:r>
        <w:r w:rsidR="000C1F64">
          <w:rPr>
            <w:noProof/>
            <w:webHidden/>
          </w:rPr>
          <w:fldChar w:fldCharType="separate"/>
        </w:r>
        <w:r w:rsidR="00444A75">
          <w:rPr>
            <w:noProof/>
            <w:webHidden/>
          </w:rPr>
          <w:t>217</w:t>
        </w:r>
        <w:r w:rsidR="000C1F64">
          <w:rPr>
            <w:noProof/>
            <w:webHidden/>
          </w:rPr>
          <w:fldChar w:fldCharType="end"/>
        </w:r>
      </w:hyperlink>
    </w:p>
    <w:p w14:paraId="5C3D6086"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79" w:history="1">
        <w:r w:rsidRPr="00DE53AB">
          <w:rPr>
            <w:rStyle w:val="aff8"/>
            <w:noProof/>
          </w:rPr>
          <w:t>11.14. Эксплуатационная статистика</w:t>
        </w:r>
        <w:r>
          <w:rPr>
            <w:noProof/>
            <w:webHidden/>
          </w:rPr>
          <w:tab/>
        </w:r>
        <w:r w:rsidR="000C1F64">
          <w:rPr>
            <w:noProof/>
            <w:webHidden/>
          </w:rPr>
          <w:fldChar w:fldCharType="begin"/>
        </w:r>
        <w:r>
          <w:rPr>
            <w:noProof/>
            <w:webHidden/>
          </w:rPr>
          <w:instrText xml:space="preserve"> PAGEREF _Toc238015679 \h </w:instrText>
        </w:r>
        <w:r w:rsidR="000C1F64">
          <w:rPr>
            <w:noProof/>
            <w:webHidden/>
          </w:rPr>
        </w:r>
        <w:r w:rsidR="000C1F64">
          <w:rPr>
            <w:noProof/>
            <w:webHidden/>
          </w:rPr>
          <w:fldChar w:fldCharType="separate"/>
        </w:r>
        <w:r w:rsidR="00444A75">
          <w:rPr>
            <w:noProof/>
            <w:webHidden/>
          </w:rPr>
          <w:t>219</w:t>
        </w:r>
        <w:r w:rsidR="000C1F64">
          <w:rPr>
            <w:noProof/>
            <w:webHidden/>
          </w:rPr>
          <w:fldChar w:fldCharType="end"/>
        </w:r>
      </w:hyperlink>
    </w:p>
    <w:p w14:paraId="39ACDACF"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80" w:history="1">
        <w:r w:rsidRPr="00DE53AB">
          <w:rPr>
            <w:rStyle w:val="aff8"/>
            <w:noProof/>
          </w:rPr>
          <w:t>11.15. Единичные точки отказа</w:t>
        </w:r>
        <w:r>
          <w:rPr>
            <w:noProof/>
            <w:webHidden/>
          </w:rPr>
          <w:tab/>
        </w:r>
        <w:r w:rsidR="000C1F64">
          <w:rPr>
            <w:noProof/>
            <w:webHidden/>
          </w:rPr>
          <w:fldChar w:fldCharType="begin"/>
        </w:r>
        <w:r>
          <w:rPr>
            <w:noProof/>
            <w:webHidden/>
          </w:rPr>
          <w:instrText xml:space="preserve"> PAGEREF _Toc238015680 \h </w:instrText>
        </w:r>
        <w:r w:rsidR="000C1F64">
          <w:rPr>
            <w:noProof/>
            <w:webHidden/>
          </w:rPr>
        </w:r>
        <w:r w:rsidR="000C1F64">
          <w:rPr>
            <w:noProof/>
            <w:webHidden/>
          </w:rPr>
          <w:fldChar w:fldCharType="separate"/>
        </w:r>
        <w:r w:rsidR="00444A75">
          <w:rPr>
            <w:noProof/>
            <w:webHidden/>
          </w:rPr>
          <w:t>219</w:t>
        </w:r>
        <w:r w:rsidR="000C1F64">
          <w:rPr>
            <w:noProof/>
            <w:webHidden/>
          </w:rPr>
          <w:fldChar w:fldCharType="end"/>
        </w:r>
      </w:hyperlink>
    </w:p>
    <w:p w14:paraId="375300C8"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81" w:history="1">
        <w:r w:rsidRPr="00DE53AB">
          <w:rPr>
            <w:rStyle w:val="aff8"/>
            <w:noProof/>
          </w:rPr>
          <w:t>11.16. Предложения по повышению надёжности</w:t>
        </w:r>
        <w:r>
          <w:rPr>
            <w:noProof/>
            <w:webHidden/>
          </w:rPr>
          <w:tab/>
        </w:r>
        <w:r w:rsidR="000C1F64">
          <w:rPr>
            <w:noProof/>
            <w:webHidden/>
          </w:rPr>
          <w:fldChar w:fldCharType="begin"/>
        </w:r>
        <w:r>
          <w:rPr>
            <w:noProof/>
            <w:webHidden/>
          </w:rPr>
          <w:instrText xml:space="preserve"> PAGEREF _Toc238015681 \h </w:instrText>
        </w:r>
        <w:r w:rsidR="000C1F64">
          <w:rPr>
            <w:noProof/>
            <w:webHidden/>
          </w:rPr>
        </w:r>
        <w:r w:rsidR="000C1F64">
          <w:rPr>
            <w:noProof/>
            <w:webHidden/>
          </w:rPr>
          <w:fldChar w:fldCharType="separate"/>
        </w:r>
        <w:r w:rsidR="00444A75">
          <w:rPr>
            <w:noProof/>
            <w:webHidden/>
          </w:rPr>
          <w:t>220</w:t>
        </w:r>
        <w:r w:rsidR="000C1F64">
          <w:rPr>
            <w:noProof/>
            <w:webHidden/>
          </w:rPr>
          <w:fldChar w:fldCharType="end"/>
        </w:r>
      </w:hyperlink>
    </w:p>
    <w:p w14:paraId="0651BA5F"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82" w:history="1">
        <w:r w:rsidRPr="00DE53AB">
          <w:rPr>
            <w:rStyle w:val="aff8"/>
            <w:noProof/>
          </w:rPr>
          <w:t>11.17. Недостающие исходные данные</w:t>
        </w:r>
        <w:r>
          <w:rPr>
            <w:noProof/>
            <w:webHidden/>
          </w:rPr>
          <w:tab/>
        </w:r>
        <w:r w:rsidR="000C1F64">
          <w:rPr>
            <w:noProof/>
            <w:webHidden/>
          </w:rPr>
          <w:fldChar w:fldCharType="begin"/>
        </w:r>
        <w:r>
          <w:rPr>
            <w:noProof/>
            <w:webHidden/>
          </w:rPr>
          <w:instrText xml:space="preserve"> PAGEREF _Toc238015682 \h </w:instrText>
        </w:r>
        <w:r w:rsidR="000C1F64">
          <w:rPr>
            <w:noProof/>
            <w:webHidden/>
          </w:rPr>
        </w:r>
        <w:r w:rsidR="000C1F64">
          <w:rPr>
            <w:noProof/>
            <w:webHidden/>
          </w:rPr>
          <w:fldChar w:fldCharType="separate"/>
        </w:r>
        <w:r w:rsidR="00444A75">
          <w:rPr>
            <w:noProof/>
            <w:webHidden/>
          </w:rPr>
          <w:t>221</w:t>
        </w:r>
        <w:r w:rsidR="000C1F64">
          <w:rPr>
            <w:noProof/>
            <w:webHidden/>
          </w:rPr>
          <w:fldChar w:fldCharType="end"/>
        </w:r>
      </w:hyperlink>
    </w:p>
    <w:p w14:paraId="08678D75"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83" w:history="1">
        <w:r w:rsidRPr="00DE53AB">
          <w:rPr>
            <w:rStyle w:val="aff8"/>
            <w:noProof/>
          </w:rPr>
          <w:t>11.18. Выводы</w:t>
        </w:r>
        <w:r>
          <w:rPr>
            <w:noProof/>
            <w:webHidden/>
          </w:rPr>
          <w:tab/>
        </w:r>
        <w:r w:rsidR="000C1F64">
          <w:rPr>
            <w:noProof/>
            <w:webHidden/>
          </w:rPr>
          <w:fldChar w:fldCharType="begin"/>
        </w:r>
        <w:r>
          <w:rPr>
            <w:noProof/>
            <w:webHidden/>
          </w:rPr>
          <w:instrText xml:space="preserve"> PAGEREF _Toc238015683 \h </w:instrText>
        </w:r>
        <w:r w:rsidR="000C1F64">
          <w:rPr>
            <w:noProof/>
            <w:webHidden/>
          </w:rPr>
        </w:r>
        <w:r w:rsidR="000C1F64">
          <w:rPr>
            <w:noProof/>
            <w:webHidden/>
          </w:rPr>
          <w:fldChar w:fldCharType="separate"/>
        </w:r>
        <w:r w:rsidR="00444A75">
          <w:rPr>
            <w:noProof/>
            <w:webHidden/>
          </w:rPr>
          <w:t>222</w:t>
        </w:r>
        <w:r w:rsidR="000C1F64">
          <w:rPr>
            <w:noProof/>
            <w:webHidden/>
          </w:rPr>
          <w:fldChar w:fldCharType="end"/>
        </w:r>
      </w:hyperlink>
    </w:p>
    <w:p w14:paraId="07AA64CD"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84" w:history="1">
        <w:r w:rsidRPr="00DE53AB">
          <w:rPr>
            <w:rStyle w:val="aff8"/>
            <w:noProof/>
          </w:rPr>
          <w:t>РАЗДЕЛ 12. ОБОСНОВАНИЕ ИНВЕСТИЦИЙ В СТРОИТЕЛЬСТВО, РЕКОНСТРУКЦИЮ, ТЕХНИЧЕСКОЕ ПЕРЕВООРУЖЕНИЕ И (ИЛИ) МОДЕРНИЗАЦИЮ</w:t>
        </w:r>
        <w:r>
          <w:rPr>
            <w:noProof/>
            <w:webHidden/>
          </w:rPr>
          <w:tab/>
        </w:r>
        <w:r w:rsidR="000C1F64">
          <w:rPr>
            <w:noProof/>
            <w:webHidden/>
          </w:rPr>
          <w:fldChar w:fldCharType="begin"/>
        </w:r>
        <w:r>
          <w:rPr>
            <w:noProof/>
            <w:webHidden/>
          </w:rPr>
          <w:instrText xml:space="preserve"> PAGEREF _Toc238015684 \h </w:instrText>
        </w:r>
        <w:r w:rsidR="000C1F64">
          <w:rPr>
            <w:noProof/>
            <w:webHidden/>
          </w:rPr>
        </w:r>
        <w:r w:rsidR="000C1F64">
          <w:rPr>
            <w:noProof/>
            <w:webHidden/>
          </w:rPr>
          <w:fldChar w:fldCharType="separate"/>
        </w:r>
        <w:r w:rsidR="00444A75">
          <w:rPr>
            <w:noProof/>
            <w:webHidden/>
          </w:rPr>
          <w:t>224</w:t>
        </w:r>
        <w:r w:rsidR="000C1F64">
          <w:rPr>
            <w:noProof/>
            <w:webHidden/>
          </w:rPr>
          <w:fldChar w:fldCharType="end"/>
        </w:r>
      </w:hyperlink>
    </w:p>
    <w:p w14:paraId="2EE9AECB"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85" w:history="1">
        <w:r w:rsidRPr="00DE53AB">
          <w:rPr>
            <w:rStyle w:val="aff8"/>
            <w:noProof/>
          </w:rPr>
          <w:t>12.1. Основания и состав обоснования инвестиций</w:t>
        </w:r>
        <w:r>
          <w:rPr>
            <w:noProof/>
            <w:webHidden/>
          </w:rPr>
          <w:tab/>
        </w:r>
        <w:r w:rsidR="000C1F64">
          <w:rPr>
            <w:noProof/>
            <w:webHidden/>
          </w:rPr>
          <w:fldChar w:fldCharType="begin"/>
        </w:r>
        <w:r>
          <w:rPr>
            <w:noProof/>
            <w:webHidden/>
          </w:rPr>
          <w:instrText xml:space="preserve"> PAGEREF _Toc238015685 \h </w:instrText>
        </w:r>
        <w:r w:rsidR="000C1F64">
          <w:rPr>
            <w:noProof/>
            <w:webHidden/>
          </w:rPr>
        </w:r>
        <w:r w:rsidR="000C1F64">
          <w:rPr>
            <w:noProof/>
            <w:webHidden/>
          </w:rPr>
          <w:fldChar w:fldCharType="separate"/>
        </w:r>
        <w:r w:rsidR="00444A75">
          <w:rPr>
            <w:noProof/>
            <w:webHidden/>
          </w:rPr>
          <w:t>224</w:t>
        </w:r>
        <w:r w:rsidR="000C1F64">
          <w:rPr>
            <w:noProof/>
            <w:webHidden/>
          </w:rPr>
          <w:fldChar w:fldCharType="end"/>
        </w:r>
      </w:hyperlink>
    </w:p>
    <w:p w14:paraId="55E35C90"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86" w:history="1">
        <w:r w:rsidRPr="00DE53AB">
          <w:rPr>
            <w:rStyle w:val="aff8"/>
            <w:noProof/>
          </w:rPr>
          <w:t>12.2. Стоимостная база мероприятий</w:t>
        </w:r>
        <w:r>
          <w:rPr>
            <w:noProof/>
            <w:webHidden/>
          </w:rPr>
          <w:tab/>
        </w:r>
        <w:r w:rsidR="000C1F64">
          <w:rPr>
            <w:noProof/>
            <w:webHidden/>
          </w:rPr>
          <w:fldChar w:fldCharType="begin"/>
        </w:r>
        <w:r>
          <w:rPr>
            <w:noProof/>
            <w:webHidden/>
          </w:rPr>
          <w:instrText xml:space="preserve"> PAGEREF _Toc238015686 \h </w:instrText>
        </w:r>
        <w:r w:rsidR="000C1F64">
          <w:rPr>
            <w:noProof/>
            <w:webHidden/>
          </w:rPr>
        </w:r>
        <w:r w:rsidR="000C1F64">
          <w:rPr>
            <w:noProof/>
            <w:webHidden/>
          </w:rPr>
          <w:fldChar w:fldCharType="separate"/>
        </w:r>
        <w:r w:rsidR="00444A75">
          <w:rPr>
            <w:noProof/>
            <w:webHidden/>
          </w:rPr>
          <w:t>227</w:t>
        </w:r>
        <w:r w:rsidR="000C1F64">
          <w:rPr>
            <w:noProof/>
            <w:webHidden/>
          </w:rPr>
          <w:fldChar w:fldCharType="end"/>
        </w:r>
      </w:hyperlink>
    </w:p>
    <w:p w14:paraId="0E62F0B5"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87" w:history="1">
        <w:r w:rsidRPr="00DE53AB">
          <w:rPr>
            <w:rStyle w:val="aff8"/>
            <w:noProof/>
          </w:rPr>
          <w:t>12.3. Технико-экономическое сравнение вариантов перевода источников на природный газ</w:t>
        </w:r>
        <w:r>
          <w:rPr>
            <w:noProof/>
            <w:webHidden/>
          </w:rPr>
          <w:tab/>
        </w:r>
        <w:r w:rsidR="000C1F64">
          <w:rPr>
            <w:noProof/>
            <w:webHidden/>
          </w:rPr>
          <w:fldChar w:fldCharType="begin"/>
        </w:r>
        <w:r>
          <w:rPr>
            <w:noProof/>
            <w:webHidden/>
          </w:rPr>
          <w:instrText xml:space="preserve"> PAGEREF _Toc238015687 \h </w:instrText>
        </w:r>
        <w:r w:rsidR="000C1F64">
          <w:rPr>
            <w:noProof/>
            <w:webHidden/>
          </w:rPr>
        </w:r>
        <w:r w:rsidR="000C1F64">
          <w:rPr>
            <w:noProof/>
            <w:webHidden/>
          </w:rPr>
          <w:fldChar w:fldCharType="separate"/>
        </w:r>
        <w:r w:rsidR="00444A75">
          <w:rPr>
            <w:noProof/>
            <w:webHidden/>
          </w:rPr>
          <w:t>228</w:t>
        </w:r>
        <w:r w:rsidR="000C1F64">
          <w:rPr>
            <w:noProof/>
            <w:webHidden/>
          </w:rPr>
          <w:fldChar w:fldCharType="end"/>
        </w:r>
      </w:hyperlink>
    </w:p>
    <w:p w14:paraId="04B914EB"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88" w:history="1">
        <w:r w:rsidRPr="00DE53AB">
          <w:rPr>
            <w:rStyle w:val="aff8"/>
            <w:noProof/>
          </w:rPr>
          <w:t>12.4. Источники финансирования</w:t>
        </w:r>
        <w:r>
          <w:rPr>
            <w:noProof/>
            <w:webHidden/>
          </w:rPr>
          <w:tab/>
        </w:r>
        <w:r w:rsidR="000C1F64">
          <w:rPr>
            <w:noProof/>
            <w:webHidden/>
          </w:rPr>
          <w:fldChar w:fldCharType="begin"/>
        </w:r>
        <w:r>
          <w:rPr>
            <w:noProof/>
            <w:webHidden/>
          </w:rPr>
          <w:instrText xml:space="preserve"> PAGEREF _Toc238015688 \h </w:instrText>
        </w:r>
        <w:r w:rsidR="000C1F64">
          <w:rPr>
            <w:noProof/>
            <w:webHidden/>
          </w:rPr>
        </w:r>
        <w:r w:rsidR="000C1F64">
          <w:rPr>
            <w:noProof/>
            <w:webHidden/>
          </w:rPr>
          <w:fldChar w:fldCharType="separate"/>
        </w:r>
        <w:r w:rsidR="00444A75">
          <w:rPr>
            <w:noProof/>
            <w:webHidden/>
          </w:rPr>
          <w:t>230</w:t>
        </w:r>
        <w:r w:rsidR="000C1F64">
          <w:rPr>
            <w:noProof/>
            <w:webHidden/>
          </w:rPr>
          <w:fldChar w:fldCharType="end"/>
        </w:r>
      </w:hyperlink>
    </w:p>
    <w:p w14:paraId="4B642196"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89" w:history="1">
        <w:r w:rsidRPr="00DE53AB">
          <w:rPr>
            <w:rStyle w:val="aff8"/>
            <w:noProof/>
          </w:rPr>
          <w:t>12.5. Состояние экономической оценки</w:t>
        </w:r>
        <w:r>
          <w:rPr>
            <w:noProof/>
            <w:webHidden/>
          </w:rPr>
          <w:tab/>
        </w:r>
        <w:r w:rsidR="000C1F64">
          <w:rPr>
            <w:noProof/>
            <w:webHidden/>
          </w:rPr>
          <w:fldChar w:fldCharType="begin"/>
        </w:r>
        <w:r>
          <w:rPr>
            <w:noProof/>
            <w:webHidden/>
          </w:rPr>
          <w:instrText xml:space="preserve"> PAGEREF _Toc238015689 \h </w:instrText>
        </w:r>
        <w:r w:rsidR="000C1F64">
          <w:rPr>
            <w:noProof/>
            <w:webHidden/>
          </w:rPr>
        </w:r>
        <w:r w:rsidR="000C1F64">
          <w:rPr>
            <w:noProof/>
            <w:webHidden/>
          </w:rPr>
          <w:fldChar w:fldCharType="separate"/>
        </w:r>
        <w:r w:rsidR="00444A75">
          <w:rPr>
            <w:noProof/>
            <w:webHidden/>
          </w:rPr>
          <w:t>232</w:t>
        </w:r>
        <w:r w:rsidR="000C1F64">
          <w:rPr>
            <w:noProof/>
            <w:webHidden/>
          </w:rPr>
          <w:fldChar w:fldCharType="end"/>
        </w:r>
      </w:hyperlink>
    </w:p>
    <w:p w14:paraId="5B694365"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90" w:history="1">
        <w:r w:rsidRPr="00DE53AB">
          <w:rPr>
            <w:rStyle w:val="aff8"/>
            <w:noProof/>
          </w:rPr>
          <w:t>РАЗДЕЛ 13. ИНДИКАТОРЫ РАЗВИТИЯ СИСТЕМ ТЕПЛОСНАБЖЕНИЯ МУНИЦИПАЛЬНОГО ОКРУГА</w:t>
        </w:r>
        <w:r>
          <w:rPr>
            <w:noProof/>
            <w:webHidden/>
          </w:rPr>
          <w:tab/>
        </w:r>
        <w:r w:rsidR="000C1F64">
          <w:rPr>
            <w:noProof/>
            <w:webHidden/>
          </w:rPr>
          <w:fldChar w:fldCharType="begin"/>
        </w:r>
        <w:r>
          <w:rPr>
            <w:noProof/>
            <w:webHidden/>
          </w:rPr>
          <w:instrText xml:space="preserve"> PAGEREF _Toc238015690 \h </w:instrText>
        </w:r>
        <w:r w:rsidR="000C1F64">
          <w:rPr>
            <w:noProof/>
            <w:webHidden/>
          </w:rPr>
        </w:r>
        <w:r w:rsidR="000C1F64">
          <w:rPr>
            <w:noProof/>
            <w:webHidden/>
          </w:rPr>
          <w:fldChar w:fldCharType="separate"/>
        </w:r>
        <w:r w:rsidR="00444A75">
          <w:rPr>
            <w:noProof/>
            <w:webHidden/>
          </w:rPr>
          <w:t>234</w:t>
        </w:r>
        <w:r w:rsidR="000C1F64">
          <w:rPr>
            <w:noProof/>
            <w:webHidden/>
          </w:rPr>
          <w:fldChar w:fldCharType="end"/>
        </w:r>
      </w:hyperlink>
    </w:p>
    <w:p w14:paraId="704B539A"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91" w:history="1">
        <w:r w:rsidRPr="00DE53AB">
          <w:rPr>
            <w:rStyle w:val="aff8"/>
            <w:noProof/>
          </w:rPr>
          <w:t>РАЗДЕЛ 14. ЦЕНОВЫЕ (ТАРИФНЫЕ) ПОСЛЕДСТВИЯ</w:t>
        </w:r>
        <w:r>
          <w:rPr>
            <w:noProof/>
            <w:webHidden/>
          </w:rPr>
          <w:tab/>
        </w:r>
        <w:r w:rsidR="000C1F64">
          <w:rPr>
            <w:noProof/>
            <w:webHidden/>
          </w:rPr>
          <w:fldChar w:fldCharType="begin"/>
        </w:r>
        <w:r>
          <w:rPr>
            <w:noProof/>
            <w:webHidden/>
          </w:rPr>
          <w:instrText xml:space="preserve"> PAGEREF _Toc238015691 \h </w:instrText>
        </w:r>
        <w:r w:rsidR="000C1F64">
          <w:rPr>
            <w:noProof/>
            <w:webHidden/>
          </w:rPr>
        </w:r>
        <w:r w:rsidR="000C1F64">
          <w:rPr>
            <w:noProof/>
            <w:webHidden/>
          </w:rPr>
          <w:fldChar w:fldCharType="separate"/>
        </w:r>
        <w:r w:rsidR="00444A75">
          <w:rPr>
            <w:noProof/>
            <w:webHidden/>
          </w:rPr>
          <w:t>239</w:t>
        </w:r>
        <w:r w:rsidR="000C1F64">
          <w:rPr>
            <w:noProof/>
            <w:webHidden/>
          </w:rPr>
          <w:fldChar w:fldCharType="end"/>
        </w:r>
      </w:hyperlink>
    </w:p>
    <w:p w14:paraId="14D339F4"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92" w:history="1">
        <w:r w:rsidRPr="00DE53AB">
          <w:rPr>
            <w:rStyle w:val="aff8"/>
            <w:noProof/>
          </w:rPr>
          <w:t>14.1. Основания и состав оценки ценовых (тарифных) последствий</w:t>
        </w:r>
        <w:r>
          <w:rPr>
            <w:noProof/>
            <w:webHidden/>
          </w:rPr>
          <w:tab/>
        </w:r>
        <w:r w:rsidR="000C1F64">
          <w:rPr>
            <w:noProof/>
            <w:webHidden/>
          </w:rPr>
          <w:fldChar w:fldCharType="begin"/>
        </w:r>
        <w:r>
          <w:rPr>
            <w:noProof/>
            <w:webHidden/>
          </w:rPr>
          <w:instrText xml:space="preserve"> PAGEREF _Toc238015692 \h </w:instrText>
        </w:r>
        <w:r w:rsidR="000C1F64">
          <w:rPr>
            <w:noProof/>
            <w:webHidden/>
          </w:rPr>
        </w:r>
        <w:r w:rsidR="000C1F64">
          <w:rPr>
            <w:noProof/>
            <w:webHidden/>
          </w:rPr>
          <w:fldChar w:fldCharType="separate"/>
        </w:r>
        <w:r w:rsidR="00444A75">
          <w:rPr>
            <w:noProof/>
            <w:webHidden/>
          </w:rPr>
          <w:t>239</w:t>
        </w:r>
        <w:r w:rsidR="000C1F64">
          <w:rPr>
            <w:noProof/>
            <w:webHidden/>
          </w:rPr>
          <w:fldChar w:fldCharType="end"/>
        </w:r>
      </w:hyperlink>
    </w:p>
    <w:p w14:paraId="0662F4A0"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93" w:history="1">
        <w:r w:rsidRPr="00DE53AB">
          <w:rPr>
            <w:rStyle w:val="aff8"/>
            <w:noProof/>
          </w:rPr>
          <w:t>14.2. Состояние тарифной оценки</w:t>
        </w:r>
        <w:r>
          <w:rPr>
            <w:noProof/>
            <w:webHidden/>
          </w:rPr>
          <w:tab/>
        </w:r>
        <w:r w:rsidR="000C1F64">
          <w:rPr>
            <w:noProof/>
            <w:webHidden/>
          </w:rPr>
          <w:fldChar w:fldCharType="begin"/>
        </w:r>
        <w:r>
          <w:rPr>
            <w:noProof/>
            <w:webHidden/>
          </w:rPr>
          <w:instrText xml:space="preserve"> PAGEREF _Toc238015693 \h </w:instrText>
        </w:r>
        <w:r w:rsidR="000C1F64">
          <w:rPr>
            <w:noProof/>
            <w:webHidden/>
          </w:rPr>
        </w:r>
        <w:r w:rsidR="000C1F64">
          <w:rPr>
            <w:noProof/>
            <w:webHidden/>
          </w:rPr>
          <w:fldChar w:fldCharType="separate"/>
        </w:r>
        <w:r w:rsidR="00444A75">
          <w:rPr>
            <w:noProof/>
            <w:webHidden/>
          </w:rPr>
          <w:t>242</w:t>
        </w:r>
        <w:r w:rsidR="000C1F64">
          <w:rPr>
            <w:noProof/>
            <w:webHidden/>
          </w:rPr>
          <w:fldChar w:fldCharType="end"/>
        </w:r>
      </w:hyperlink>
    </w:p>
    <w:p w14:paraId="1D4F4D55"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94" w:history="1">
        <w:r w:rsidRPr="00DE53AB">
          <w:rPr>
            <w:rStyle w:val="aff8"/>
            <w:noProof/>
          </w:rPr>
          <w:t>РАЗДЕЛ 15. РЕЕСТР ЕДИНЫХ ТЕПЛОСНАБЖАЮЩИХ ОРГАНИЗАЦИЙ</w:t>
        </w:r>
        <w:r>
          <w:rPr>
            <w:noProof/>
            <w:webHidden/>
          </w:rPr>
          <w:tab/>
        </w:r>
        <w:r w:rsidR="000C1F64">
          <w:rPr>
            <w:noProof/>
            <w:webHidden/>
          </w:rPr>
          <w:fldChar w:fldCharType="begin"/>
        </w:r>
        <w:r>
          <w:rPr>
            <w:noProof/>
            <w:webHidden/>
          </w:rPr>
          <w:instrText xml:space="preserve"> PAGEREF _Toc238015694 \h </w:instrText>
        </w:r>
        <w:r w:rsidR="000C1F64">
          <w:rPr>
            <w:noProof/>
            <w:webHidden/>
          </w:rPr>
        </w:r>
        <w:r w:rsidR="000C1F64">
          <w:rPr>
            <w:noProof/>
            <w:webHidden/>
          </w:rPr>
          <w:fldChar w:fldCharType="separate"/>
        </w:r>
        <w:r w:rsidR="00444A75">
          <w:rPr>
            <w:noProof/>
            <w:webHidden/>
          </w:rPr>
          <w:t>244</w:t>
        </w:r>
        <w:r w:rsidR="000C1F64">
          <w:rPr>
            <w:noProof/>
            <w:webHidden/>
          </w:rPr>
          <w:fldChar w:fldCharType="end"/>
        </w:r>
      </w:hyperlink>
    </w:p>
    <w:p w14:paraId="065679FE"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695" w:history="1">
        <w:r w:rsidRPr="00DE53AB">
          <w:rPr>
            <w:rStyle w:val="aff8"/>
            <w:noProof/>
          </w:rPr>
          <w:t>РАЗДЕЛ 16. РЕЕСТР МЕРОПРИЯТИЙ СХЕМЫ ТЕПЛОСНАБЖЕНИЯ</w:t>
        </w:r>
        <w:r>
          <w:rPr>
            <w:noProof/>
            <w:webHidden/>
          </w:rPr>
          <w:tab/>
        </w:r>
        <w:r w:rsidR="000C1F64">
          <w:rPr>
            <w:noProof/>
            <w:webHidden/>
          </w:rPr>
          <w:fldChar w:fldCharType="begin"/>
        </w:r>
        <w:r>
          <w:rPr>
            <w:noProof/>
            <w:webHidden/>
          </w:rPr>
          <w:instrText xml:space="preserve"> PAGEREF _Toc238015695 \h </w:instrText>
        </w:r>
        <w:r w:rsidR="000C1F64">
          <w:rPr>
            <w:noProof/>
            <w:webHidden/>
          </w:rPr>
        </w:r>
        <w:r w:rsidR="000C1F64">
          <w:rPr>
            <w:noProof/>
            <w:webHidden/>
          </w:rPr>
          <w:fldChar w:fldCharType="separate"/>
        </w:r>
        <w:r w:rsidR="00444A75">
          <w:rPr>
            <w:noProof/>
            <w:webHidden/>
          </w:rPr>
          <w:t>247</w:t>
        </w:r>
        <w:r w:rsidR="000C1F64">
          <w:rPr>
            <w:noProof/>
            <w:webHidden/>
          </w:rPr>
          <w:fldChar w:fldCharType="end"/>
        </w:r>
      </w:hyperlink>
    </w:p>
    <w:p w14:paraId="3E92BD05"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96" w:history="1">
        <w:r w:rsidRPr="00DE53AB">
          <w:rPr>
            <w:rStyle w:val="aff8"/>
            <w:noProof/>
          </w:rPr>
          <w:t>16.1. Состав реестра</w:t>
        </w:r>
        <w:r>
          <w:rPr>
            <w:noProof/>
            <w:webHidden/>
          </w:rPr>
          <w:tab/>
        </w:r>
        <w:r w:rsidR="000C1F64">
          <w:rPr>
            <w:noProof/>
            <w:webHidden/>
          </w:rPr>
          <w:fldChar w:fldCharType="begin"/>
        </w:r>
        <w:r>
          <w:rPr>
            <w:noProof/>
            <w:webHidden/>
          </w:rPr>
          <w:instrText xml:space="preserve"> PAGEREF _Toc238015696 \h </w:instrText>
        </w:r>
        <w:r w:rsidR="000C1F64">
          <w:rPr>
            <w:noProof/>
            <w:webHidden/>
          </w:rPr>
        </w:r>
        <w:r w:rsidR="000C1F64">
          <w:rPr>
            <w:noProof/>
            <w:webHidden/>
          </w:rPr>
          <w:fldChar w:fldCharType="separate"/>
        </w:r>
        <w:r w:rsidR="00444A75">
          <w:rPr>
            <w:noProof/>
            <w:webHidden/>
          </w:rPr>
          <w:t>247</w:t>
        </w:r>
        <w:r w:rsidR="000C1F64">
          <w:rPr>
            <w:noProof/>
            <w:webHidden/>
          </w:rPr>
          <w:fldChar w:fldCharType="end"/>
        </w:r>
      </w:hyperlink>
    </w:p>
    <w:p w14:paraId="1E6A480D"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97" w:history="1">
        <w:r w:rsidRPr="00DE53AB">
          <w:rPr>
            <w:rStyle w:val="aff8"/>
            <w:noProof/>
          </w:rPr>
          <w:t>16.2. Отнесение мероприятий к перечням пункта 85 и источники инвестиций</w:t>
        </w:r>
        <w:r>
          <w:rPr>
            <w:noProof/>
            <w:webHidden/>
          </w:rPr>
          <w:tab/>
        </w:r>
        <w:r w:rsidR="000C1F64">
          <w:rPr>
            <w:noProof/>
            <w:webHidden/>
          </w:rPr>
          <w:fldChar w:fldCharType="begin"/>
        </w:r>
        <w:r>
          <w:rPr>
            <w:noProof/>
            <w:webHidden/>
          </w:rPr>
          <w:instrText xml:space="preserve"> PAGEREF _Toc238015697 \h </w:instrText>
        </w:r>
        <w:r w:rsidR="000C1F64">
          <w:rPr>
            <w:noProof/>
            <w:webHidden/>
          </w:rPr>
        </w:r>
        <w:r w:rsidR="000C1F64">
          <w:rPr>
            <w:noProof/>
            <w:webHidden/>
          </w:rPr>
          <w:fldChar w:fldCharType="separate"/>
        </w:r>
        <w:r w:rsidR="00444A75">
          <w:rPr>
            <w:noProof/>
            <w:webHidden/>
          </w:rPr>
          <w:t>254</w:t>
        </w:r>
        <w:r w:rsidR="000C1F64">
          <w:rPr>
            <w:noProof/>
            <w:webHidden/>
          </w:rPr>
          <w:fldChar w:fldCharType="end"/>
        </w:r>
      </w:hyperlink>
    </w:p>
    <w:p w14:paraId="6E5AEF64"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98" w:history="1">
        <w:r w:rsidRPr="00DE53AB">
          <w:rPr>
            <w:rStyle w:val="aff8"/>
            <w:noProof/>
          </w:rPr>
          <w:t>16.3. Планируемые объёмы инвестиций по годам реализации</w:t>
        </w:r>
        <w:r>
          <w:rPr>
            <w:noProof/>
            <w:webHidden/>
          </w:rPr>
          <w:tab/>
        </w:r>
        <w:r w:rsidR="000C1F64">
          <w:rPr>
            <w:noProof/>
            <w:webHidden/>
          </w:rPr>
          <w:fldChar w:fldCharType="begin"/>
        </w:r>
        <w:r>
          <w:rPr>
            <w:noProof/>
            <w:webHidden/>
          </w:rPr>
          <w:instrText xml:space="preserve"> PAGEREF _Toc238015698 \h </w:instrText>
        </w:r>
        <w:r w:rsidR="000C1F64">
          <w:rPr>
            <w:noProof/>
            <w:webHidden/>
          </w:rPr>
        </w:r>
        <w:r w:rsidR="000C1F64">
          <w:rPr>
            <w:noProof/>
            <w:webHidden/>
          </w:rPr>
          <w:fldChar w:fldCharType="separate"/>
        </w:r>
        <w:r w:rsidR="00444A75">
          <w:rPr>
            <w:noProof/>
            <w:webHidden/>
          </w:rPr>
          <w:t>258</w:t>
        </w:r>
        <w:r w:rsidR="000C1F64">
          <w:rPr>
            <w:noProof/>
            <w:webHidden/>
          </w:rPr>
          <w:fldChar w:fldCharType="end"/>
        </w:r>
      </w:hyperlink>
    </w:p>
    <w:p w14:paraId="319EB2E9" w14:textId="77777777" w:rsidR="00E87EFD" w:rsidRDefault="00E87EFD">
      <w:pPr>
        <w:pStyle w:val="2c"/>
        <w:tabs>
          <w:tab w:val="right" w:leader="dot" w:pos="9345"/>
        </w:tabs>
        <w:rPr>
          <w:rFonts w:asciiTheme="minorHAnsi" w:eastAsiaTheme="minorEastAsia" w:hAnsiTheme="minorHAnsi"/>
          <w:noProof/>
          <w:kern w:val="2"/>
          <w:lang w:val="ru-RU" w:eastAsia="ru-RU"/>
        </w:rPr>
      </w:pPr>
      <w:hyperlink w:anchor="_Toc238015699" w:history="1">
        <w:r w:rsidRPr="00DE53AB">
          <w:rPr>
            <w:rStyle w:val="aff8"/>
            <w:noProof/>
          </w:rPr>
          <w:t>16.4. Прослеживаемость</w:t>
        </w:r>
        <w:r>
          <w:rPr>
            <w:noProof/>
            <w:webHidden/>
          </w:rPr>
          <w:tab/>
        </w:r>
        <w:r w:rsidR="000C1F64">
          <w:rPr>
            <w:noProof/>
            <w:webHidden/>
          </w:rPr>
          <w:fldChar w:fldCharType="begin"/>
        </w:r>
        <w:r>
          <w:rPr>
            <w:noProof/>
            <w:webHidden/>
          </w:rPr>
          <w:instrText xml:space="preserve"> PAGEREF _Toc238015699 \h </w:instrText>
        </w:r>
        <w:r w:rsidR="000C1F64">
          <w:rPr>
            <w:noProof/>
            <w:webHidden/>
          </w:rPr>
        </w:r>
        <w:r w:rsidR="000C1F64">
          <w:rPr>
            <w:noProof/>
            <w:webHidden/>
          </w:rPr>
          <w:fldChar w:fldCharType="separate"/>
        </w:r>
        <w:r w:rsidR="00444A75">
          <w:rPr>
            <w:noProof/>
            <w:webHidden/>
          </w:rPr>
          <w:t>259</w:t>
        </w:r>
        <w:r w:rsidR="000C1F64">
          <w:rPr>
            <w:noProof/>
            <w:webHidden/>
          </w:rPr>
          <w:fldChar w:fldCharType="end"/>
        </w:r>
      </w:hyperlink>
    </w:p>
    <w:p w14:paraId="3042578F"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700" w:history="1">
        <w:r w:rsidRPr="00DE53AB">
          <w:rPr>
            <w:rStyle w:val="aff8"/>
            <w:noProof/>
          </w:rPr>
          <w:t>РАЗДЕЛ 17. ЗАМЕЧАНИЯ И ПРЕДЛОЖЕНИЯ К ПРОЕКТУ СХЕМЫ ТЕПЛОСНАБЖЕНИЯ</w:t>
        </w:r>
        <w:r>
          <w:rPr>
            <w:noProof/>
            <w:webHidden/>
          </w:rPr>
          <w:tab/>
        </w:r>
        <w:r w:rsidR="000C1F64">
          <w:rPr>
            <w:noProof/>
            <w:webHidden/>
          </w:rPr>
          <w:fldChar w:fldCharType="begin"/>
        </w:r>
        <w:r>
          <w:rPr>
            <w:noProof/>
            <w:webHidden/>
          </w:rPr>
          <w:instrText xml:space="preserve"> PAGEREF _Toc238015700 \h </w:instrText>
        </w:r>
        <w:r w:rsidR="000C1F64">
          <w:rPr>
            <w:noProof/>
            <w:webHidden/>
          </w:rPr>
        </w:r>
        <w:r w:rsidR="000C1F64">
          <w:rPr>
            <w:noProof/>
            <w:webHidden/>
          </w:rPr>
          <w:fldChar w:fldCharType="separate"/>
        </w:r>
        <w:r w:rsidR="00444A75">
          <w:rPr>
            <w:noProof/>
            <w:webHidden/>
          </w:rPr>
          <w:t>261</w:t>
        </w:r>
        <w:r w:rsidR="000C1F64">
          <w:rPr>
            <w:noProof/>
            <w:webHidden/>
          </w:rPr>
          <w:fldChar w:fldCharType="end"/>
        </w:r>
      </w:hyperlink>
    </w:p>
    <w:p w14:paraId="7C25C44A"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701" w:history="1">
        <w:r w:rsidRPr="00DE53AB">
          <w:rPr>
            <w:rStyle w:val="aff8"/>
            <w:noProof/>
          </w:rPr>
          <w:t>РАЗДЕЛ 18. СВОДНЫЙ ТОМ ИЗМЕНЕНИЙ, ВЫПОЛНЕННЫХ В ДОРАБОТАННОЙ И (ИЛИ) АКТУАЛИЗИРОВАННОЙ СХЕМЕ ТЕПЛОСНАБЖЕНИЯ</w:t>
        </w:r>
        <w:r>
          <w:rPr>
            <w:noProof/>
            <w:webHidden/>
          </w:rPr>
          <w:tab/>
        </w:r>
        <w:r w:rsidR="000C1F64">
          <w:rPr>
            <w:noProof/>
            <w:webHidden/>
          </w:rPr>
          <w:fldChar w:fldCharType="begin"/>
        </w:r>
        <w:r>
          <w:rPr>
            <w:noProof/>
            <w:webHidden/>
          </w:rPr>
          <w:instrText xml:space="preserve"> PAGEREF _Toc238015701 \h </w:instrText>
        </w:r>
        <w:r w:rsidR="000C1F64">
          <w:rPr>
            <w:noProof/>
            <w:webHidden/>
          </w:rPr>
        </w:r>
        <w:r w:rsidR="000C1F64">
          <w:rPr>
            <w:noProof/>
            <w:webHidden/>
          </w:rPr>
          <w:fldChar w:fldCharType="separate"/>
        </w:r>
        <w:r w:rsidR="00444A75">
          <w:rPr>
            <w:noProof/>
            <w:webHidden/>
          </w:rPr>
          <w:t>262</w:t>
        </w:r>
        <w:r w:rsidR="000C1F64">
          <w:rPr>
            <w:noProof/>
            <w:webHidden/>
          </w:rPr>
          <w:fldChar w:fldCharType="end"/>
        </w:r>
      </w:hyperlink>
    </w:p>
    <w:p w14:paraId="4FE845B1"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702" w:history="1">
        <w:r w:rsidRPr="00DE53AB">
          <w:rPr>
            <w:rStyle w:val="aff8"/>
            <w:noProof/>
          </w:rPr>
          <w:t>ДОПОЛНИТЕЛЬНЫЕ МАТЕРИАЛЫ</w:t>
        </w:r>
        <w:r>
          <w:rPr>
            <w:noProof/>
            <w:webHidden/>
          </w:rPr>
          <w:tab/>
        </w:r>
        <w:r w:rsidR="000C1F64">
          <w:rPr>
            <w:noProof/>
            <w:webHidden/>
          </w:rPr>
          <w:fldChar w:fldCharType="begin"/>
        </w:r>
        <w:r>
          <w:rPr>
            <w:noProof/>
            <w:webHidden/>
          </w:rPr>
          <w:instrText xml:space="preserve"> PAGEREF _Toc238015702 \h </w:instrText>
        </w:r>
        <w:r w:rsidR="000C1F64">
          <w:rPr>
            <w:noProof/>
            <w:webHidden/>
          </w:rPr>
        </w:r>
        <w:r w:rsidR="000C1F64">
          <w:rPr>
            <w:noProof/>
            <w:webHidden/>
          </w:rPr>
          <w:fldChar w:fldCharType="separate"/>
        </w:r>
        <w:r w:rsidR="00444A75">
          <w:rPr>
            <w:noProof/>
            <w:webHidden/>
          </w:rPr>
          <w:t>263</w:t>
        </w:r>
        <w:r w:rsidR="000C1F64">
          <w:rPr>
            <w:noProof/>
            <w:webHidden/>
          </w:rPr>
          <w:fldChar w:fldCharType="end"/>
        </w:r>
      </w:hyperlink>
    </w:p>
    <w:p w14:paraId="1CC6660E"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703" w:history="1">
        <w:r w:rsidRPr="00DE53AB">
          <w:rPr>
            <w:rStyle w:val="aff8"/>
            <w:noProof/>
          </w:rPr>
          <w:t>ДОПОЛНИТЕЛЬНЫЙ МАТЕРИАЛ 1. РЕШЕНИЯ ПО РАСПРЕДЕЛЕНИЮ ТЕПЛОВОЙ НАГРУЗКИ МЕЖДУ ИСТОЧНИКАМИ ТЕПЛОВОЙ ЭНЕРГИИ</w:t>
        </w:r>
        <w:r>
          <w:rPr>
            <w:noProof/>
            <w:webHidden/>
          </w:rPr>
          <w:tab/>
        </w:r>
        <w:r w:rsidR="000C1F64">
          <w:rPr>
            <w:noProof/>
            <w:webHidden/>
          </w:rPr>
          <w:fldChar w:fldCharType="begin"/>
        </w:r>
        <w:r>
          <w:rPr>
            <w:noProof/>
            <w:webHidden/>
          </w:rPr>
          <w:instrText xml:space="preserve"> PAGEREF _Toc238015703 \h </w:instrText>
        </w:r>
        <w:r w:rsidR="000C1F64">
          <w:rPr>
            <w:noProof/>
            <w:webHidden/>
          </w:rPr>
        </w:r>
        <w:r w:rsidR="000C1F64">
          <w:rPr>
            <w:noProof/>
            <w:webHidden/>
          </w:rPr>
          <w:fldChar w:fldCharType="separate"/>
        </w:r>
        <w:r w:rsidR="00444A75">
          <w:rPr>
            <w:noProof/>
            <w:webHidden/>
          </w:rPr>
          <w:t>264</w:t>
        </w:r>
        <w:r w:rsidR="000C1F64">
          <w:rPr>
            <w:noProof/>
            <w:webHidden/>
          </w:rPr>
          <w:fldChar w:fldCharType="end"/>
        </w:r>
      </w:hyperlink>
    </w:p>
    <w:p w14:paraId="0245D6E5"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704" w:history="1">
        <w:r w:rsidRPr="00DE53AB">
          <w:rPr>
            <w:rStyle w:val="aff8"/>
            <w:noProof/>
          </w:rPr>
          <w:t>ДОПОЛНИТЕЛЬНЫЙ МАТЕРИАЛ 2. РЕШЕНИЯ ПО БЕСХОЗЯЙНЫМ ТЕПЛОВЫМ СЕТЯМ</w:t>
        </w:r>
        <w:r>
          <w:rPr>
            <w:noProof/>
            <w:webHidden/>
          </w:rPr>
          <w:tab/>
        </w:r>
        <w:r w:rsidR="000C1F64">
          <w:rPr>
            <w:noProof/>
            <w:webHidden/>
          </w:rPr>
          <w:fldChar w:fldCharType="begin"/>
        </w:r>
        <w:r>
          <w:rPr>
            <w:noProof/>
            <w:webHidden/>
          </w:rPr>
          <w:instrText xml:space="preserve"> PAGEREF _Toc238015704 \h </w:instrText>
        </w:r>
        <w:r w:rsidR="000C1F64">
          <w:rPr>
            <w:noProof/>
            <w:webHidden/>
          </w:rPr>
        </w:r>
        <w:r w:rsidR="000C1F64">
          <w:rPr>
            <w:noProof/>
            <w:webHidden/>
          </w:rPr>
          <w:fldChar w:fldCharType="separate"/>
        </w:r>
        <w:r w:rsidR="00444A75">
          <w:rPr>
            <w:noProof/>
            <w:webHidden/>
          </w:rPr>
          <w:t>265</w:t>
        </w:r>
        <w:r w:rsidR="000C1F64">
          <w:rPr>
            <w:noProof/>
            <w:webHidden/>
          </w:rPr>
          <w:fldChar w:fldCharType="end"/>
        </w:r>
      </w:hyperlink>
    </w:p>
    <w:p w14:paraId="4C51BE52"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705" w:history="1">
        <w:r w:rsidRPr="00DE53AB">
          <w:rPr>
            <w:rStyle w:val="aff8"/>
            <w:noProof/>
          </w:rPr>
          <w:t>СПИСОК ИСПОЛЬЗОВАННЫХ МАТЕРИАЛОВ</w:t>
        </w:r>
        <w:r>
          <w:rPr>
            <w:noProof/>
            <w:webHidden/>
          </w:rPr>
          <w:tab/>
        </w:r>
        <w:r w:rsidR="000C1F64">
          <w:rPr>
            <w:noProof/>
            <w:webHidden/>
          </w:rPr>
          <w:fldChar w:fldCharType="begin"/>
        </w:r>
        <w:r>
          <w:rPr>
            <w:noProof/>
            <w:webHidden/>
          </w:rPr>
          <w:instrText xml:space="preserve"> PAGEREF _Toc238015705 \h </w:instrText>
        </w:r>
        <w:r w:rsidR="000C1F64">
          <w:rPr>
            <w:noProof/>
            <w:webHidden/>
          </w:rPr>
        </w:r>
        <w:r w:rsidR="000C1F64">
          <w:rPr>
            <w:noProof/>
            <w:webHidden/>
          </w:rPr>
          <w:fldChar w:fldCharType="separate"/>
        </w:r>
        <w:r w:rsidR="00444A75">
          <w:rPr>
            <w:noProof/>
            <w:webHidden/>
          </w:rPr>
          <w:t>266</w:t>
        </w:r>
        <w:r w:rsidR="000C1F64">
          <w:rPr>
            <w:noProof/>
            <w:webHidden/>
          </w:rPr>
          <w:fldChar w:fldCharType="end"/>
        </w:r>
      </w:hyperlink>
    </w:p>
    <w:p w14:paraId="76FF334B"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706" w:history="1">
        <w:r w:rsidRPr="00DE53AB">
          <w:rPr>
            <w:rStyle w:val="aff8"/>
            <w:noProof/>
          </w:rPr>
          <w:t>ПРИЛОЖЕНИЕ 1. Расчётные таблицы спроса и тепловых нагрузок</w:t>
        </w:r>
        <w:r>
          <w:rPr>
            <w:noProof/>
            <w:webHidden/>
          </w:rPr>
          <w:tab/>
        </w:r>
        <w:r w:rsidR="000C1F64">
          <w:rPr>
            <w:noProof/>
            <w:webHidden/>
          </w:rPr>
          <w:fldChar w:fldCharType="begin"/>
        </w:r>
        <w:r>
          <w:rPr>
            <w:noProof/>
            <w:webHidden/>
          </w:rPr>
          <w:instrText xml:space="preserve"> PAGEREF _Toc238015706 \h </w:instrText>
        </w:r>
        <w:r w:rsidR="000C1F64">
          <w:rPr>
            <w:noProof/>
            <w:webHidden/>
          </w:rPr>
        </w:r>
        <w:r w:rsidR="000C1F64">
          <w:rPr>
            <w:noProof/>
            <w:webHidden/>
          </w:rPr>
          <w:fldChar w:fldCharType="separate"/>
        </w:r>
        <w:r w:rsidR="00444A75">
          <w:rPr>
            <w:noProof/>
            <w:webHidden/>
          </w:rPr>
          <w:t>267</w:t>
        </w:r>
        <w:r w:rsidR="000C1F64">
          <w:rPr>
            <w:noProof/>
            <w:webHidden/>
          </w:rPr>
          <w:fldChar w:fldCharType="end"/>
        </w:r>
      </w:hyperlink>
    </w:p>
    <w:p w14:paraId="375FBD7B"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707" w:history="1">
        <w:r w:rsidRPr="00DE53AB">
          <w:rPr>
            <w:rStyle w:val="aff8"/>
            <w:noProof/>
          </w:rPr>
          <w:t>ПРИЛОЖЕНИЕ 2. Балансы тепловой мощности</w:t>
        </w:r>
        <w:r>
          <w:rPr>
            <w:noProof/>
            <w:webHidden/>
          </w:rPr>
          <w:tab/>
        </w:r>
        <w:r w:rsidR="000C1F64">
          <w:rPr>
            <w:noProof/>
            <w:webHidden/>
          </w:rPr>
          <w:fldChar w:fldCharType="begin"/>
        </w:r>
        <w:r>
          <w:rPr>
            <w:noProof/>
            <w:webHidden/>
          </w:rPr>
          <w:instrText xml:space="preserve"> PAGEREF _Toc238015707 \h </w:instrText>
        </w:r>
        <w:r w:rsidR="000C1F64">
          <w:rPr>
            <w:noProof/>
            <w:webHidden/>
          </w:rPr>
        </w:r>
        <w:r w:rsidR="000C1F64">
          <w:rPr>
            <w:noProof/>
            <w:webHidden/>
          </w:rPr>
          <w:fldChar w:fldCharType="separate"/>
        </w:r>
        <w:r w:rsidR="00444A75">
          <w:rPr>
            <w:noProof/>
            <w:webHidden/>
          </w:rPr>
          <w:t>273</w:t>
        </w:r>
        <w:r w:rsidR="000C1F64">
          <w:rPr>
            <w:noProof/>
            <w:webHidden/>
          </w:rPr>
          <w:fldChar w:fldCharType="end"/>
        </w:r>
      </w:hyperlink>
    </w:p>
    <w:p w14:paraId="6EF4EDA0"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708" w:history="1">
        <w:r w:rsidRPr="00DE53AB">
          <w:rPr>
            <w:rStyle w:val="aff8"/>
            <w:noProof/>
          </w:rPr>
          <w:t>ПРИЛОЖЕНИЕ 3. Распределение протяжённости тепловых сетей по диаметрам</w:t>
        </w:r>
        <w:r>
          <w:rPr>
            <w:noProof/>
            <w:webHidden/>
          </w:rPr>
          <w:tab/>
        </w:r>
        <w:r w:rsidR="000C1F64">
          <w:rPr>
            <w:noProof/>
            <w:webHidden/>
          </w:rPr>
          <w:fldChar w:fldCharType="begin"/>
        </w:r>
        <w:r>
          <w:rPr>
            <w:noProof/>
            <w:webHidden/>
          </w:rPr>
          <w:instrText xml:space="preserve"> PAGEREF _Toc238015708 \h </w:instrText>
        </w:r>
        <w:r w:rsidR="000C1F64">
          <w:rPr>
            <w:noProof/>
            <w:webHidden/>
          </w:rPr>
        </w:r>
        <w:r w:rsidR="000C1F64">
          <w:rPr>
            <w:noProof/>
            <w:webHidden/>
          </w:rPr>
          <w:fldChar w:fldCharType="separate"/>
        </w:r>
        <w:r w:rsidR="00444A75">
          <w:rPr>
            <w:noProof/>
            <w:webHidden/>
          </w:rPr>
          <w:t>281</w:t>
        </w:r>
        <w:r w:rsidR="000C1F64">
          <w:rPr>
            <w:noProof/>
            <w:webHidden/>
          </w:rPr>
          <w:fldChar w:fldCharType="end"/>
        </w:r>
      </w:hyperlink>
    </w:p>
    <w:p w14:paraId="454CFA14" w14:textId="77777777" w:rsidR="00E87EFD" w:rsidRDefault="00E87EFD">
      <w:pPr>
        <w:pStyle w:val="14"/>
        <w:tabs>
          <w:tab w:val="right" w:leader="dot" w:pos="9345"/>
        </w:tabs>
        <w:rPr>
          <w:rFonts w:asciiTheme="minorHAnsi" w:eastAsiaTheme="minorEastAsia" w:hAnsiTheme="minorHAnsi"/>
          <w:noProof/>
          <w:kern w:val="2"/>
          <w:lang w:val="ru-RU" w:eastAsia="ru-RU"/>
        </w:rPr>
      </w:pPr>
      <w:hyperlink w:anchor="_Toc238015709" w:history="1">
        <w:r w:rsidRPr="00DE53AB">
          <w:rPr>
            <w:rStyle w:val="aff8"/>
            <w:noProof/>
          </w:rPr>
          <w:t>ПРИЛОЖЕНИЕ 4. Тепловые сети и характеристики участков</w:t>
        </w:r>
        <w:r>
          <w:rPr>
            <w:noProof/>
            <w:webHidden/>
          </w:rPr>
          <w:tab/>
        </w:r>
        <w:r w:rsidR="000C1F64">
          <w:rPr>
            <w:noProof/>
            <w:webHidden/>
          </w:rPr>
          <w:fldChar w:fldCharType="begin"/>
        </w:r>
        <w:r>
          <w:rPr>
            <w:noProof/>
            <w:webHidden/>
          </w:rPr>
          <w:instrText xml:space="preserve"> PAGEREF _Toc238015709 \h </w:instrText>
        </w:r>
        <w:r w:rsidR="000C1F64">
          <w:rPr>
            <w:noProof/>
            <w:webHidden/>
          </w:rPr>
        </w:r>
        <w:r w:rsidR="000C1F64">
          <w:rPr>
            <w:noProof/>
            <w:webHidden/>
          </w:rPr>
          <w:fldChar w:fldCharType="separate"/>
        </w:r>
        <w:r w:rsidR="00444A75">
          <w:rPr>
            <w:noProof/>
            <w:webHidden/>
          </w:rPr>
          <w:t>317</w:t>
        </w:r>
        <w:r w:rsidR="000C1F64">
          <w:rPr>
            <w:noProof/>
            <w:webHidden/>
          </w:rPr>
          <w:fldChar w:fldCharType="end"/>
        </w:r>
      </w:hyperlink>
    </w:p>
    <w:p w14:paraId="35229AEC" w14:textId="77777777" w:rsidR="00312815" w:rsidRDefault="000C1F64">
      <w:r>
        <w:fldChar w:fldCharType="end"/>
      </w:r>
    </w:p>
    <w:p w14:paraId="0B9E186B" w14:textId="77777777" w:rsidR="007A5E59" w:rsidRDefault="00312815">
      <w:r>
        <w:br w:type="page"/>
      </w:r>
    </w:p>
    <w:p w14:paraId="4B1B7BB1" w14:textId="77777777" w:rsidR="007A5E59" w:rsidRPr="00782666" w:rsidRDefault="0095198F">
      <w:pPr>
        <w:pStyle w:val="1"/>
        <w:rPr>
          <w:color w:val="4F81BD" w:themeColor="accent1"/>
          <w:lang w:val="ru-RU"/>
        </w:rPr>
      </w:pPr>
      <w:bookmarkStart w:id="1" w:name="_Toc238015592"/>
      <w:r w:rsidRPr="00782666">
        <w:rPr>
          <w:color w:val="4F81BD" w:themeColor="accent1"/>
          <w:lang w:val="ru-RU"/>
        </w:rPr>
        <w:t>ОСНОВНЫЕ ТЕРМИНЫ И ОПРЕДЕЛЕНИЯ</w:t>
      </w:r>
      <w:bookmarkEnd w:id="1"/>
    </w:p>
    <w:p w14:paraId="7864FF54" w14:textId="77777777" w:rsidR="007A5E59" w:rsidRPr="001F1187" w:rsidRDefault="0095198F">
      <w:pPr>
        <w:ind w:firstLine="709"/>
        <w:jc w:val="both"/>
        <w:rPr>
          <w:lang w:val="ru-RU"/>
        </w:rPr>
      </w:pPr>
      <w:r w:rsidRPr="001F1187">
        <w:rPr>
          <w:b/>
          <w:lang w:val="ru-RU"/>
        </w:rPr>
        <w:t xml:space="preserve">Схема теплоснабжения — </w:t>
      </w:r>
      <w:r w:rsidRPr="001F1187">
        <w:rPr>
          <w:lang w:val="ru-RU"/>
        </w:rPr>
        <w:t>документ, содержащий предпроектные материалы по обоснованию эффективного и безопасного функционирования системы теплоснабжения, её развития с учётом правового регулирования в области энергосбережения и повышения энергетической эффективности.</w:t>
      </w:r>
    </w:p>
    <w:p w14:paraId="55A42509" w14:textId="77777777" w:rsidR="007A5E59" w:rsidRPr="001F1187" w:rsidRDefault="0095198F">
      <w:pPr>
        <w:ind w:firstLine="709"/>
        <w:jc w:val="both"/>
        <w:rPr>
          <w:lang w:val="ru-RU"/>
        </w:rPr>
      </w:pPr>
      <w:r w:rsidRPr="001F1187">
        <w:rPr>
          <w:b/>
          <w:lang w:val="ru-RU"/>
        </w:rPr>
        <w:t xml:space="preserve">Система теплоснабжения — </w:t>
      </w:r>
      <w:r w:rsidRPr="001F1187">
        <w:rPr>
          <w:lang w:val="ru-RU"/>
        </w:rPr>
        <w:t>совокупность источников тепловой энергии и теплопотребляющих установок, технологически соединённых тепловыми сетями.</w:t>
      </w:r>
    </w:p>
    <w:p w14:paraId="152DBD4A" w14:textId="77777777" w:rsidR="007A5E59" w:rsidRPr="001F1187" w:rsidRDefault="0095198F">
      <w:pPr>
        <w:ind w:firstLine="709"/>
        <w:jc w:val="both"/>
        <w:rPr>
          <w:lang w:val="ru-RU"/>
        </w:rPr>
      </w:pPr>
      <w:r w:rsidRPr="001F1187">
        <w:rPr>
          <w:b/>
          <w:lang w:val="ru-RU"/>
        </w:rPr>
        <w:t xml:space="preserve">Установленная мощность источника — </w:t>
      </w:r>
      <w:r w:rsidRPr="001F1187">
        <w:rPr>
          <w:lang w:val="ru-RU"/>
        </w:rPr>
        <w:t>сумма номинальных тепловых мощностей всего оборудования источника тепловой энергии.</w:t>
      </w:r>
    </w:p>
    <w:p w14:paraId="16C36C65" w14:textId="77777777" w:rsidR="007A5E59" w:rsidRPr="001F1187" w:rsidRDefault="0095198F">
      <w:pPr>
        <w:ind w:firstLine="709"/>
        <w:jc w:val="both"/>
        <w:rPr>
          <w:lang w:val="ru-RU"/>
        </w:rPr>
      </w:pPr>
      <w:r w:rsidRPr="001F1187">
        <w:rPr>
          <w:b/>
          <w:lang w:val="ru-RU"/>
        </w:rPr>
        <w:t xml:space="preserve">Располагаемая мощность источника — </w:t>
      </w:r>
      <w:r w:rsidRPr="001F1187">
        <w:rPr>
          <w:lang w:val="ru-RU"/>
        </w:rPr>
        <w:t>величина, равная установленной мощности за вычетом объёма мощности, не реализуемой по техническим причинам.</w:t>
      </w:r>
    </w:p>
    <w:p w14:paraId="62220E1F" w14:textId="77777777" w:rsidR="007A5E59" w:rsidRPr="001F1187" w:rsidRDefault="0095198F">
      <w:pPr>
        <w:ind w:firstLine="709"/>
        <w:jc w:val="both"/>
        <w:rPr>
          <w:lang w:val="ru-RU"/>
        </w:rPr>
      </w:pPr>
      <w:r w:rsidRPr="001F1187">
        <w:rPr>
          <w:b/>
          <w:lang w:val="ru-RU"/>
        </w:rPr>
        <w:t xml:space="preserve">Мощность «нетто» — </w:t>
      </w:r>
      <w:r w:rsidRPr="001F1187">
        <w:rPr>
          <w:lang w:val="ru-RU"/>
        </w:rPr>
        <w:t>величина, равная располагаемой мощности за вычетом тепловой мощности, потребляемой на собственные и хозяйственные нужды.</w:t>
      </w:r>
    </w:p>
    <w:p w14:paraId="4F849447" w14:textId="77777777" w:rsidR="007A5E59" w:rsidRPr="001F1187" w:rsidRDefault="0095198F">
      <w:pPr>
        <w:ind w:firstLine="709"/>
        <w:jc w:val="both"/>
        <w:rPr>
          <w:lang w:val="ru-RU"/>
        </w:rPr>
      </w:pPr>
      <w:r w:rsidRPr="001F1187">
        <w:rPr>
          <w:b/>
          <w:lang w:val="ru-RU"/>
        </w:rPr>
        <w:t xml:space="preserve">Единая теплоснабжающая организация — </w:t>
      </w:r>
      <w:r w:rsidRPr="001F1187">
        <w:rPr>
          <w:lang w:val="ru-RU"/>
        </w:rPr>
        <w:t>теплоснабжающая организация, определённая в схеме теплоснабжения органом местного самоуправления.</w:t>
      </w:r>
    </w:p>
    <w:p w14:paraId="2C39398B" w14:textId="77777777" w:rsidR="007A5E59" w:rsidRPr="001F1187" w:rsidRDefault="0095198F">
      <w:pPr>
        <w:ind w:firstLine="709"/>
        <w:jc w:val="both"/>
        <w:rPr>
          <w:lang w:val="ru-RU"/>
        </w:rPr>
      </w:pPr>
      <w:r w:rsidRPr="001F1187">
        <w:rPr>
          <w:b/>
          <w:lang w:val="ru-RU"/>
        </w:rPr>
        <w:t xml:space="preserve">Радиус эффективного теплоснабжения — </w:t>
      </w:r>
      <w:r w:rsidRPr="001F1187">
        <w:rPr>
          <w:lang w:val="ru-RU"/>
        </w:rPr>
        <w:t>максимальное расстояние от теплопотребляющей установки до ближайшего источника, при превышении которого подключение к данной системе теплоснабжения нецелесообразно.</w:t>
      </w:r>
    </w:p>
    <w:p w14:paraId="2A61437E" w14:textId="77777777" w:rsidR="00782666" w:rsidRDefault="0095198F">
      <w:pPr>
        <w:ind w:firstLine="709"/>
        <w:jc w:val="both"/>
        <w:rPr>
          <w:b/>
          <w:lang w:val="ru-RU"/>
        </w:rPr>
      </w:pPr>
      <w:r w:rsidRPr="001F1187">
        <w:rPr>
          <w:b/>
          <w:lang w:val="ru-RU"/>
        </w:rPr>
        <w:t>Расчётное ограничение мощности — доля установленной мощности, не учитываемая при определении располагаемой мощности. В настоящей схеме такие ограничения приняты нулевыми: подтверждённых источниками технических ограничений мощности не выявлено.</w:t>
      </w:r>
    </w:p>
    <w:p w14:paraId="706702E0" w14:textId="77777777" w:rsidR="007A5E59" w:rsidRPr="00444A75" w:rsidRDefault="00782666" w:rsidP="00782666">
      <w:pPr>
        <w:rPr>
          <w:b/>
          <w:lang w:val="ru-RU"/>
        </w:rPr>
      </w:pPr>
      <w:r>
        <w:rPr>
          <w:b/>
          <w:lang w:val="ru-RU"/>
        </w:rPr>
        <w:br w:type="page"/>
      </w:r>
    </w:p>
    <w:p w14:paraId="3AE63DDE" w14:textId="77777777" w:rsidR="007A5E59" w:rsidRPr="00782666" w:rsidRDefault="0095198F">
      <w:pPr>
        <w:pStyle w:val="1"/>
        <w:rPr>
          <w:color w:val="4F81BD" w:themeColor="accent1"/>
          <w:lang w:val="ru-RU"/>
        </w:rPr>
      </w:pPr>
      <w:bookmarkStart w:id="2" w:name="_Toc238015593"/>
      <w:r w:rsidRPr="00782666">
        <w:rPr>
          <w:color w:val="4F81BD" w:themeColor="accent1"/>
          <w:lang w:val="ru-RU"/>
        </w:rPr>
        <w:t>ВВЕДЕНИЕ</w:t>
      </w:r>
      <w:bookmarkEnd w:id="2"/>
    </w:p>
    <w:p w14:paraId="2DE0361B" w14:textId="77777777" w:rsidR="007A5E59" w:rsidRPr="001F1187" w:rsidRDefault="0095198F">
      <w:pPr>
        <w:ind w:firstLine="709"/>
        <w:jc w:val="both"/>
        <w:rPr>
          <w:lang w:val="ru-RU"/>
        </w:rPr>
      </w:pPr>
      <w:r w:rsidRPr="001F1187">
        <w:rPr>
          <w:lang w:val="ru-RU"/>
        </w:rPr>
        <w:t>Схема теплоснабжения Таштагольского муниципального округа Кемеровской области — Кузбасса разработана на период 2026–2036 годов. Расчётные этапы: базовый 2026 год, первый расчётный этап 2031 год, окончание расчётного периода 2036 год.</w:t>
      </w:r>
    </w:p>
    <w:p w14:paraId="0D887617" w14:textId="77777777" w:rsidR="007A5E59" w:rsidRPr="001F1187" w:rsidRDefault="0095198F">
      <w:pPr>
        <w:ind w:firstLine="709"/>
        <w:jc w:val="both"/>
        <w:rPr>
          <w:lang w:val="ru-RU"/>
        </w:rPr>
      </w:pPr>
      <w:r w:rsidRPr="001F1187">
        <w:rPr>
          <w:lang w:val="ru-RU"/>
        </w:rPr>
        <w:t>Обосновывающие материалы содержат исходные данные, расчёты и техническое обоснование решений, принятых в утверждаемой части схемы теплоснабжения. Утверждаемая часть излагает принимаемые решения, обосновывающие материалы — основания этих решений.</w:t>
      </w:r>
    </w:p>
    <w:p w14:paraId="47270062" w14:textId="77777777" w:rsidR="007A5E59" w:rsidRPr="001F1187" w:rsidRDefault="0095198F">
      <w:pPr>
        <w:ind w:firstLine="709"/>
        <w:jc w:val="both"/>
        <w:rPr>
          <w:lang w:val="ru-RU"/>
        </w:rPr>
      </w:pPr>
      <w:r w:rsidRPr="001F1187">
        <w:rPr>
          <w:lang w:val="ru-RU"/>
        </w:rPr>
        <w:t>Централизованным теплоснабжением обеспечены шесть населённых пунктов округа: г. Таштагол, пгт Шерегеш, пгт Каз, пгт Мундыбаш, пгт Темиртау и пгт Спасск. Теплоснабжение обеспечивается десятью действующими котельными, эксплуатируемыми ООО «Южно-Кузбасская энергетическая компания».</w:t>
      </w:r>
    </w:p>
    <w:p w14:paraId="3E469A00" w14:textId="77777777" w:rsidR="007A5E59" w:rsidRPr="001F1187" w:rsidRDefault="0095198F">
      <w:pPr>
        <w:ind w:firstLine="709"/>
        <w:jc w:val="both"/>
        <w:rPr>
          <w:lang w:val="ru-RU"/>
        </w:rPr>
      </w:pPr>
      <w:r w:rsidRPr="001F1187">
        <w:rPr>
          <w:lang w:val="ru-RU"/>
        </w:rPr>
        <w:t>Расчётные климатические параметры приняты едиными для округа: продолжительность отопительного периода 242 суток (5 808 часов), расчётная температура наружного воздуха для проектирования отопления минус 39 °С, средняя температура наружного воздуха за отопительный период минус 7,9 °С.</w:t>
      </w:r>
    </w:p>
    <w:p w14:paraId="358EC924" w14:textId="77777777" w:rsidR="00312815" w:rsidRDefault="0095198F">
      <w:pPr>
        <w:ind w:firstLine="709"/>
        <w:jc w:val="both"/>
        <w:rPr>
          <w:lang w:val="ru-RU"/>
        </w:rPr>
      </w:pPr>
      <w:r w:rsidRPr="001F1187">
        <w:rPr>
          <w:lang w:val="ru-RU"/>
        </w:rPr>
        <w:t>Электронная модель системы теплоснабжения предусмотрена проектным решением и разрабатывается отдельным расчётным контуром; порядок учёта её результатов раскрыт в разделе 3.</w:t>
      </w:r>
    </w:p>
    <w:p w14:paraId="41C74D6F" w14:textId="77777777" w:rsidR="007A5E59" w:rsidRPr="00444A75" w:rsidRDefault="00312815" w:rsidP="00312815">
      <w:pPr>
        <w:rPr>
          <w:lang w:val="ru-RU"/>
        </w:rPr>
      </w:pPr>
      <w:r>
        <w:rPr>
          <w:lang w:val="ru-RU"/>
        </w:rPr>
        <w:br w:type="page"/>
      </w:r>
    </w:p>
    <w:p w14:paraId="15F26F9F" w14:textId="77777777" w:rsidR="007A5E59" w:rsidRPr="00782666" w:rsidRDefault="0095198F">
      <w:pPr>
        <w:pStyle w:val="1"/>
        <w:spacing w:before="1200"/>
        <w:jc w:val="center"/>
        <w:rPr>
          <w:color w:val="4F81BD" w:themeColor="accent1"/>
          <w:lang w:val="ru-RU"/>
        </w:rPr>
      </w:pPr>
      <w:bookmarkStart w:id="3" w:name="_Toc238015594"/>
      <w:r w:rsidRPr="00782666">
        <w:rPr>
          <w:color w:val="4F81BD" w:themeColor="accent1"/>
          <w:lang w:val="ru-RU"/>
        </w:rPr>
        <w:t>РАЗДЕЛ 1. СУЩЕСТВУЮЩЕЕ ПОЛОЖЕНИЕ В СФЕРЕ ПРОИЗВОДСТВА, ПЕРЕДАЧИ И ПОТРЕБЛЕНИЯ ТЕПЛОВОЙ ЭНЕРГИИ ДЛЯ ЦЕЛЕЙ ТЕПЛОСНАБЖЕНИЯ</w:t>
      </w:r>
      <w:bookmarkEnd w:id="3"/>
    </w:p>
    <w:p w14:paraId="10B0E781" w14:textId="77777777" w:rsidR="007A4ED8" w:rsidRPr="00782666" w:rsidRDefault="009B7F9E">
      <w:pPr>
        <w:pStyle w:val="21"/>
        <w:rPr>
          <w:lang w:val="ru-RU"/>
        </w:rPr>
      </w:pPr>
      <w:bookmarkStart w:id="4" w:name="_Toc238015595"/>
      <w:r w:rsidRPr="00782666">
        <w:rPr>
          <w:lang w:val="ru-RU"/>
        </w:rPr>
        <w:t>1.1. Функциональная структура теплоснабжения</w:t>
      </w:r>
      <w:bookmarkEnd w:id="4"/>
    </w:p>
    <w:p w14:paraId="6DADF0F0" w14:textId="77777777" w:rsidR="000772B4" w:rsidRPr="00782666" w:rsidRDefault="00746A89">
      <w:pPr>
        <w:pStyle w:val="31"/>
        <w:rPr>
          <w:sz w:val="28"/>
          <w:szCs w:val="28"/>
          <w:lang w:val="ru-RU"/>
        </w:rPr>
      </w:pPr>
      <w:r w:rsidRPr="00782666">
        <w:rPr>
          <w:sz w:val="28"/>
          <w:szCs w:val="28"/>
          <w:lang w:val="ru-RU"/>
        </w:rPr>
        <w:t>1.1.1. Территория муниципального округа и охват теплоснабжением</w:t>
      </w:r>
    </w:p>
    <w:p w14:paraId="4501266A" w14:textId="77777777" w:rsidR="000772B4" w:rsidRPr="009B6250" w:rsidRDefault="00746A89">
      <w:pPr>
        <w:spacing w:after="80"/>
        <w:jc w:val="both"/>
        <w:rPr>
          <w:lang w:val="ru-RU"/>
        </w:rPr>
      </w:pPr>
      <w:r w:rsidRPr="009B6250">
        <w:rPr>
          <w:lang w:val="ru-RU"/>
        </w:rPr>
        <w:t>Таштагольский муниципальный округ образован объединением ранее существовавших городских и сельских поселений. Централизованное теплоснабжение подтверждено по шести населённым пунктам; по остальной территории округа способ теплоснабжения на основании имеющихся источников не установлен.</w:t>
      </w:r>
    </w:p>
    <w:p w14:paraId="582B9AD4" w14:textId="77777777" w:rsidR="000772B4" w:rsidRPr="00782666" w:rsidRDefault="00746A89">
      <w:pPr>
        <w:keepNext/>
        <w:spacing w:before="160"/>
        <w:rPr>
          <w:color w:val="000000" w:themeColor="text1"/>
          <w:lang w:val="ru-RU"/>
        </w:rPr>
      </w:pPr>
      <w:r w:rsidRPr="00782666">
        <w:rPr>
          <w:b/>
          <w:color w:val="000000" w:themeColor="text1"/>
          <w:lang w:val="ru-RU"/>
        </w:rPr>
        <w:t>Таблица 1.1 — Охват населённых пунктов централизованным теплоснабжением</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668"/>
        <w:gridCol w:w="1335"/>
        <w:gridCol w:w="1976"/>
        <w:gridCol w:w="1713"/>
        <w:gridCol w:w="1334"/>
        <w:gridCol w:w="1319"/>
      </w:tblGrid>
      <w:tr w:rsidR="000772B4" w14:paraId="742C98C9" w14:textId="77777777">
        <w:trPr>
          <w:cantSplit/>
          <w:tblHeader/>
          <w:jc w:val="center"/>
        </w:trPr>
        <w:tc>
          <w:tcPr>
            <w:tcW w:w="0" w:type="auto"/>
            <w:shd w:val="clear" w:color="auto" w:fill="E2F0D9"/>
          </w:tcPr>
          <w:p w14:paraId="1BDFAD8E" w14:textId="77777777" w:rsidR="000772B4" w:rsidRDefault="00746A89">
            <w:pPr>
              <w:jc w:val="center"/>
            </w:pPr>
            <w:r>
              <w:rPr>
                <w:b/>
              </w:rPr>
              <w:t>Населённый пункт</w:t>
            </w:r>
          </w:p>
        </w:tc>
        <w:tc>
          <w:tcPr>
            <w:tcW w:w="0" w:type="auto"/>
            <w:shd w:val="clear" w:color="auto" w:fill="E2F0D9"/>
          </w:tcPr>
          <w:p w14:paraId="6F11E1B2" w14:textId="77777777" w:rsidR="000772B4" w:rsidRDefault="00746A89">
            <w:pPr>
              <w:jc w:val="center"/>
            </w:pPr>
            <w:r>
              <w:rPr>
                <w:b/>
              </w:rPr>
              <w:t>Тип</w:t>
            </w:r>
          </w:p>
        </w:tc>
        <w:tc>
          <w:tcPr>
            <w:tcW w:w="0" w:type="auto"/>
            <w:shd w:val="clear" w:color="auto" w:fill="E2F0D9"/>
          </w:tcPr>
          <w:p w14:paraId="1C0C63F3" w14:textId="77777777" w:rsidR="000772B4" w:rsidRDefault="00746A89">
            <w:pPr>
              <w:jc w:val="center"/>
            </w:pPr>
            <w:r>
              <w:rPr>
                <w:b/>
              </w:rPr>
              <w:t>Теплоснабжение</w:t>
            </w:r>
          </w:p>
        </w:tc>
        <w:tc>
          <w:tcPr>
            <w:tcW w:w="0" w:type="auto"/>
            <w:shd w:val="clear" w:color="auto" w:fill="E2F0D9"/>
          </w:tcPr>
          <w:p w14:paraId="2263258A" w14:textId="77777777" w:rsidR="000772B4" w:rsidRDefault="00746A89">
            <w:pPr>
              <w:jc w:val="center"/>
            </w:pPr>
            <w:r>
              <w:rPr>
                <w:b/>
              </w:rPr>
              <w:t>Системы</w:t>
            </w:r>
          </w:p>
        </w:tc>
        <w:tc>
          <w:tcPr>
            <w:tcW w:w="0" w:type="auto"/>
            <w:shd w:val="clear" w:color="auto" w:fill="E2F0D9"/>
          </w:tcPr>
          <w:p w14:paraId="50A3E4D1" w14:textId="77777777" w:rsidR="000772B4" w:rsidRDefault="00746A89">
            <w:pPr>
              <w:jc w:val="center"/>
            </w:pPr>
            <w:r>
              <w:rPr>
                <w:b/>
              </w:rPr>
              <w:t>Источники</w:t>
            </w:r>
          </w:p>
        </w:tc>
        <w:tc>
          <w:tcPr>
            <w:tcW w:w="0" w:type="auto"/>
            <w:shd w:val="clear" w:color="auto" w:fill="E2F0D9"/>
          </w:tcPr>
          <w:p w14:paraId="3A8DFCEB" w14:textId="77777777" w:rsidR="000772B4" w:rsidRDefault="00746A89">
            <w:pPr>
              <w:jc w:val="center"/>
            </w:pPr>
            <w:r>
              <w:rPr>
                <w:b/>
              </w:rPr>
              <w:t>Население 2026, чел.</w:t>
            </w:r>
          </w:p>
        </w:tc>
      </w:tr>
      <w:tr w:rsidR="000772B4" w14:paraId="6CD34CD9" w14:textId="77777777">
        <w:trPr>
          <w:cantSplit/>
          <w:jc w:val="center"/>
        </w:trPr>
        <w:tc>
          <w:tcPr>
            <w:tcW w:w="0" w:type="auto"/>
          </w:tcPr>
          <w:p w14:paraId="6DEE59EB" w14:textId="77777777" w:rsidR="000772B4" w:rsidRDefault="00746A89">
            <w:r>
              <w:t>город Таштагол</w:t>
            </w:r>
          </w:p>
        </w:tc>
        <w:tc>
          <w:tcPr>
            <w:tcW w:w="0" w:type="auto"/>
          </w:tcPr>
          <w:p w14:paraId="6BFC72CC" w14:textId="77777777" w:rsidR="000772B4" w:rsidRDefault="00746A89">
            <w:pPr>
              <w:jc w:val="center"/>
            </w:pPr>
            <w:r>
              <w:t>город</w:t>
            </w:r>
          </w:p>
        </w:tc>
        <w:tc>
          <w:tcPr>
            <w:tcW w:w="0" w:type="auto"/>
          </w:tcPr>
          <w:p w14:paraId="4ECCE1A3" w14:textId="77777777" w:rsidR="000772B4" w:rsidRDefault="00746A89">
            <w:pPr>
              <w:jc w:val="center"/>
            </w:pPr>
            <w:r>
              <w:t>централизованное</w:t>
            </w:r>
          </w:p>
        </w:tc>
        <w:tc>
          <w:tcPr>
            <w:tcW w:w="0" w:type="auto"/>
          </w:tcPr>
          <w:p w14:paraId="24F908DA" w14:textId="77777777" w:rsidR="000772B4" w:rsidRDefault="00746A89">
            <w:pPr>
              <w:jc w:val="center"/>
            </w:pPr>
            <w:r>
              <w:t>Таштагольская</w:t>
            </w:r>
          </w:p>
        </w:tc>
        <w:tc>
          <w:tcPr>
            <w:tcW w:w="0" w:type="auto"/>
          </w:tcPr>
          <w:p w14:paraId="00D5567C" w14:textId="77777777" w:rsidR="000772B4" w:rsidRDefault="00746A89">
            <w:pPr>
              <w:jc w:val="center"/>
            </w:pPr>
            <w:r>
              <w:t>четыре</w:t>
            </w:r>
          </w:p>
        </w:tc>
        <w:tc>
          <w:tcPr>
            <w:tcW w:w="0" w:type="auto"/>
          </w:tcPr>
          <w:p w14:paraId="13638ADF" w14:textId="77777777" w:rsidR="000772B4" w:rsidRDefault="00746A89">
            <w:pPr>
              <w:jc w:val="center"/>
            </w:pPr>
            <w:r>
              <w:t>21 209</w:t>
            </w:r>
          </w:p>
        </w:tc>
      </w:tr>
      <w:tr w:rsidR="000772B4" w14:paraId="4EEC0A10" w14:textId="77777777">
        <w:trPr>
          <w:cantSplit/>
          <w:jc w:val="center"/>
        </w:trPr>
        <w:tc>
          <w:tcPr>
            <w:tcW w:w="0" w:type="auto"/>
          </w:tcPr>
          <w:p w14:paraId="01382340" w14:textId="77777777" w:rsidR="000772B4" w:rsidRDefault="00746A89">
            <w:r>
              <w:t>пгт Шерегеш</w:t>
            </w:r>
          </w:p>
        </w:tc>
        <w:tc>
          <w:tcPr>
            <w:tcW w:w="0" w:type="auto"/>
          </w:tcPr>
          <w:p w14:paraId="61ACF43D" w14:textId="77777777" w:rsidR="000772B4" w:rsidRDefault="00746A89">
            <w:pPr>
              <w:jc w:val="center"/>
            </w:pPr>
            <w:r>
              <w:t>посёлок городского типа</w:t>
            </w:r>
          </w:p>
        </w:tc>
        <w:tc>
          <w:tcPr>
            <w:tcW w:w="0" w:type="auto"/>
          </w:tcPr>
          <w:p w14:paraId="4322A586" w14:textId="77777777" w:rsidR="000772B4" w:rsidRDefault="00746A89">
            <w:pPr>
              <w:jc w:val="center"/>
            </w:pPr>
            <w:r>
              <w:t>централизованное</w:t>
            </w:r>
          </w:p>
        </w:tc>
        <w:tc>
          <w:tcPr>
            <w:tcW w:w="0" w:type="auto"/>
          </w:tcPr>
          <w:p w14:paraId="2334D10F" w14:textId="77777777" w:rsidR="000772B4" w:rsidRDefault="00746A89">
            <w:pPr>
              <w:jc w:val="center"/>
            </w:pPr>
            <w:r>
              <w:t>Шерегешская</w:t>
            </w:r>
          </w:p>
        </w:tc>
        <w:tc>
          <w:tcPr>
            <w:tcW w:w="0" w:type="auto"/>
          </w:tcPr>
          <w:p w14:paraId="3C44FBF3" w14:textId="77777777" w:rsidR="000772B4" w:rsidRDefault="00746A89">
            <w:pPr>
              <w:jc w:val="center"/>
            </w:pPr>
            <w:r>
              <w:t>два</w:t>
            </w:r>
          </w:p>
        </w:tc>
        <w:tc>
          <w:tcPr>
            <w:tcW w:w="0" w:type="auto"/>
          </w:tcPr>
          <w:p w14:paraId="3D826867" w14:textId="77777777" w:rsidR="000772B4" w:rsidRDefault="00746A89">
            <w:pPr>
              <w:jc w:val="center"/>
            </w:pPr>
            <w:r>
              <w:t>9 666</w:t>
            </w:r>
          </w:p>
        </w:tc>
      </w:tr>
      <w:tr w:rsidR="000772B4" w14:paraId="39C01D34" w14:textId="77777777">
        <w:trPr>
          <w:cantSplit/>
          <w:jc w:val="center"/>
        </w:trPr>
        <w:tc>
          <w:tcPr>
            <w:tcW w:w="0" w:type="auto"/>
          </w:tcPr>
          <w:p w14:paraId="504AEF10" w14:textId="77777777" w:rsidR="000772B4" w:rsidRDefault="00746A89">
            <w:r>
              <w:t>пгт Каз</w:t>
            </w:r>
          </w:p>
        </w:tc>
        <w:tc>
          <w:tcPr>
            <w:tcW w:w="0" w:type="auto"/>
          </w:tcPr>
          <w:p w14:paraId="65C21E30" w14:textId="77777777" w:rsidR="000772B4" w:rsidRDefault="00746A89">
            <w:pPr>
              <w:jc w:val="center"/>
            </w:pPr>
            <w:r>
              <w:t>посёлок городского типа</w:t>
            </w:r>
          </w:p>
        </w:tc>
        <w:tc>
          <w:tcPr>
            <w:tcW w:w="0" w:type="auto"/>
          </w:tcPr>
          <w:p w14:paraId="630D0E6C" w14:textId="77777777" w:rsidR="000772B4" w:rsidRDefault="00746A89">
            <w:pPr>
              <w:jc w:val="center"/>
            </w:pPr>
            <w:r>
              <w:t>централизованное</w:t>
            </w:r>
          </w:p>
        </w:tc>
        <w:tc>
          <w:tcPr>
            <w:tcW w:w="0" w:type="auto"/>
          </w:tcPr>
          <w:p w14:paraId="06EF3029" w14:textId="77777777" w:rsidR="000772B4" w:rsidRDefault="00746A89">
            <w:pPr>
              <w:jc w:val="center"/>
            </w:pPr>
            <w:r>
              <w:t>Казская</w:t>
            </w:r>
          </w:p>
        </w:tc>
        <w:tc>
          <w:tcPr>
            <w:tcW w:w="0" w:type="auto"/>
          </w:tcPr>
          <w:p w14:paraId="21175017" w14:textId="77777777" w:rsidR="000772B4" w:rsidRDefault="00746A89">
            <w:pPr>
              <w:jc w:val="center"/>
            </w:pPr>
            <w:r>
              <w:t>один</w:t>
            </w:r>
          </w:p>
        </w:tc>
        <w:tc>
          <w:tcPr>
            <w:tcW w:w="0" w:type="auto"/>
          </w:tcPr>
          <w:p w14:paraId="166848DE" w14:textId="77777777" w:rsidR="000772B4" w:rsidRDefault="00746A89">
            <w:pPr>
              <w:jc w:val="center"/>
            </w:pPr>
            <w:r>
              <w:t>3 975</w:t>
            </w:r>
          </w:p>
        </w:tc>
      </w:tr>
      <w:tr w:rsidR="000772B4" w14:paraId="21395808" w14:textId="77777777">
        <w:trPr>
          <w:cantSplit/>
          <w:jc w:val="center"/>
        </w:trPr>
        <w:tc>
          <w:tcPr>
            <w:tcW w:w="0" w:type="auto"/>
          </w:tcPr>
          <w:p w14:paraId="1A2D2258" w14:textId="77777777" w:rsidR="000772B4" w:rsidRDefault="00746A89">
            <w:r>
              <w:t>пгт Мундыбаш</w:t>
            </w:r>
          </w:p>
        </w:tc>
        <w:tc>
          <w:tcPr>
            <w:tcW w:w="0" w:type="auto"/>
          </w:tcPr>
          <w:p w14:paraId="508B4443" w14:textId="77777777" w:rsidR="000772B4" w:rsidRDefault="00746A89">
            <w:pPr>
              <w:jc w:val="center"/>
            </w:pPr>
            <w:r>
              <w:t>посёлок городского типа</w:t>
            </w:r>
          </w:p>
        </w:tc>
        <w:tc>
          <w:tcPr>
            <w:tcW w:w="0" w:type="auto"/>
          </w:tcPr>
          <w:p w14:paraId="09C6A452" w14:textId="77777777" w:rsidR="000772B4" w:rsidRDefault="00746A89">
            <w:pPr>
              <w:jc w:val="center"/>
            </w:pPr>
            <w:r>
              <w:t>централизованное</w:t>
            </w:r>
          </w:p>
        </w:tc>
        <w:tc>
          <w:tcPr>
            <w:tcW w:w="0" w:type="auto"/>
          </w:tcPr>
          <w:p w14:paraId="249A996F" w14:textId="77777777" w:rsidR="000772B4" w:rsidRDefault="00746A89">
            <w:pPr>
              <w:jc w:val="center"/>
            </w:pPr>
            <w:r>
              <w:t>Мундыбашская</w:t>
            </w:r>
          </w:p>
        </w:tc>
        <w:tc>
          <w:tcPr>
            <w:tcW w:w="0" w:type="auto"/>
          </w:tcPr>
          <w:p w14:paraId="59FD0147" w14:textId="77777777" w:rsidR="000772B4" w:rsidRDefault="00746A89">
            <w:pPr>
              <w:jc w:val="center"/>
            </w:pPr>
            <w:r>
              <w:t>один</w:t>
            </w:r>
          </w:p>
        </w:tc>
        <w:tc>
          <w:tcPr>
            <w:tcW w:w="0" w:type="auto"/>
          </w:tcPr>
          <w:p w14:paraId="5A26E558" w14:textId="77777777" w:rsidR="000772B4" w:rsidRDefault="00746A89">
            <w:pPr>
              <w:jc w:val="center"/>
            </w:pPr>
            <w:r>
              <w:t>3 883</w:t>
            </w:r>
          </w:p>
        </w:tc>
      </w:tr>
      <w:tr w:rsidR="000772B4" w14:paraId="25295179" w14:textId="77777777">
        <w:trPr>
          <w:cantSplit/>
          <w:jc w:val="center"/>
        </w:trPr>
        <w:tc>
          <w:tcPr>
            <w:tcW w:w="0" w:type="auto"/>
          </w:tcPr>
          <w:p w14:paraId="2FF2F66F" w14:textId="77777777" w:rsidR="000772B4" w:rsidRDefault="00746A89">
            <w:r>
              <w:t>пгт Темиртау</w:t>
            </w:r>
          </w:p>
        </w:tc>
        <w:tc>
          <w:tcPr>
            <w:tcW w:w="0" w:type="auto"/>
          </w:tcPr>
          <w:p w14:paraId="16E4DDC3" w14:textId="77777777" w:rsidR="000772B4" w:rsidRDefault="00746A89">
            <w:pPr>
              <w:jc w:val="center"/>
            </w:pPr>
            <w:r>
              <w:t>посёлок городского типа</w:t>
            </w:r>
          </w:p>
        </w:tc>
        <w:tc>
          <w:tcPr>
            <w:tcW w:w="0" w:type="auto"/>
          </w:tcPr>
          <w:p w14:paraId="651C48B8" w14:textId="77777777" w:rsidR="000772B4" w:rsidRDefault="00746A89">
            <w:pPr>
              <w:jc w:val="center"/>
            </w:pPr>
            <w:r>
              <w:t>централизованное</w:t>
            </w:r>
          </w:p>
        </w:tc>
        <w:tc>
          <w:tcPr>
            <w:tcW w:w="0" w:type="auto"/>
          </w:tcPr>
          <w:p w14:paraId="091EB49B" w14:textId="77777777" w:rsidR="000772B4" w:rsidRDefault="00746A89">
            <w:pPr>
              <w:jc w:val="center"/>
            </w:pPr>
            <w:r>
              <w:t>Темиртауская</w:t>
            </w:r>
          </w:p>
        </w:tc>
        <w:tc>
          <w:tcPr>
            <w:tcW w:w="0" w:type="auto"/>
          </w:tcPr>
          <w:p w14:paraId="7A035826" w14:textId="77777777" w:rsidR="000772B4" w:rsidRDefault="00746A89">
            <w:pPr>
              <w:jc w:val="center"/>
            </w:pPr>
            <w:r>
              <w:t>один</w:t>
            </w:r>
          </w:p>
        </w:tc>
        <w:tc>
          <w:tcPr>
            <w:tcW w:w="0" w:type="auto"/>
          </w:tcPr>
          <w:p w14:paraId="6D59B2B2" w14:textId="77777777" w:rsidR="000772B4" w:rsidRDefault="00746A89">
            <w:pPr>
              <w:jc w:val="center"/>
            </w:pPr>
            <w:r>
              <w:t>3 438</w:t>
            </w:r>
          </w:p>
        </w:tc>
      </w:tr>
      <w:tr w:rsidR="000772B4" w14:paraId="03CEED50" w14:textId="77777777">
        <w:trPr>
          <w:cantSplit/>
          <w:jc w:val="center"/>
        </w:trPr>
        <w:tc>
          <w:tcPr>
            <w:tcW w:w="0" w:type="auto"/>
          </w:tcPr>
          <w:p w14:paraId="3D275DB5" w14:textId="77777777" w:rsidR="000772B4" w:rsidRDefault="00746A89">
            <w:r>
              <w:t>пгт Спасск</w:t>
            </w:r>
          </w:p>
        </w:tc>
        <w:tc>
          <w:tcPr>
            <w:tcW w:w="0" w:type="auto"/>
          </w:tcPr>
          <w:p w14:paraId="2A42BEEC" w14:textId="77777777" w:rsidR="000772B4" w:rsidRDefault="00746A89">
            <w:pPr>
              <w:jc w:val="center"/>
            </w:pPr>
            <w:r>
              <w:t>посёлок городского типа</w:t>
            </w:r>
          </w:p>
        </w:tc>
        <w:tc>
          <w:tcPr>
            <w:tcW w:w="0" w:type="auto"/>
          </w:tcPr>
          <w:p w14:paraId="5DA3393A" w14:textId="77777777" w:rsidR="000772B4" w:rsidRDefault="00746A89">
            <w:pPr>
              <w:jc w:val="center"/>
            </w:pPr>
            <w:r>
              <w:t>централизованное</w:t>
            </w:r>
          </w:p>
        </w:tc>
        <w:tc>
          <w:tcPr>
            <w:tcW w:w="0" w:type="auto"/>
          </w:tcPr>
          <w:p w14:paraId="59D74993" w14:textId="77777777" w:rsidR="000772B4" w:rsidRDefault="00746A89">
            <w:pPr>
              <w:jc w:val="center"/>
            </w:pPr>
            <w:r>
              <w:t>Спасская</w:t>
            </w:r>
          </w:p>
        </w:tc>
        <w:tc>
          <w:tcPr>
            <w:tcW w:w="0" w:type="auto"/>
          </w:tcPr>
          <w:p w14:paraId="332E6EA2" w14:textId="77777777" w:rsidR="000772B4" w:rsidRDefault="00746A89">
            <w:pPr>
              <w:jc w:val="center"/>
            </w:pPr>
            <w:r>
              <w:t>один</w:t>
            </w:r>
          </w:p>
        </w:tc>
        <w:tc>
          <w:tcPr>
            <w:tcW w:w="0" w:type="auto"/>
          </w:tcPr>
          <w:p w14:paraId="17571BB7" w14:textId="77777777" w:rsidR="000772B4" w:rsidRDefault="00746A89">
            <w:pPr>
              <w:jc w:val="center"/>
            </w:pPr>
            <w:r>
              <w:t>1 513</w:t>
            </w:r>
          </w:p>
        </w:tc>
      </w:tr>
      <w:tr w:rsidR="000772B4" w14:paraId="49CE8632" w14:textId="77777777">
        <w:trPr>
          <w:cantSplit/>
          <w:jc w:val="center"/>
        </w:trPr>
        <w:tc>
          <w:tcPr>
            <w:tcW w:w="0" w:type="auto"/>
          </w:tcPr>
          <w:p w14:paraId="3472C186" w14:textId="77777777" w:rsidR="000772B4" w:rsidRDefault="00746A89">
            <w:r>
              <w:t>Прочие населённые пункты округа</w:t>
            </w:r>
          </w:p>
        </w:tc>
        <w:tc>
          <w:tcPr>
            <w:tcW w:w="0" w:type="auto"/>
          </w:tcPr>
          <w:p w14:paraId="3176F2A5" w14:textId="77777777" w:rsidR="000772B4" w:rsidRDefault="00746A89">
            <w:pPr>
              <w:jc w:val="center"/>
            </w:pPr>
            <w:r>
              <w:t>—</w:t>
            </w:r>
          </w:p>
        </w:tc>
        <w:tc>
          <w:tcPr>
            <w:tcW w:w="0" w:type="auto"/>
          </w:tcPr>
          <w:p w14:paraId="3B4769ED" w14:textId="77777777" w:rsidR="000772B4" w:rsidRDefault="00746A89">
            <w:pPr>
              <w:jc w:val="center"/>
            </w:pPr>
            <w:r>
              <w:t>не установлено</w:t>
            </w:r>
          </w:p>
        </w:tc>
        <w:tc>
          <w:tcPr>
            <w:tcW w:w="0" w:type="auto"/>
          </w:tcPr>
          <w:p w14:paraId="3DB7759A" w14:textId="77777777" w:rsidR="000772B4" w:rsidRDefault="00746A89">
            <w:pPr>
              <w:jc w:val="center"/>
            </w:pPr>
            <w:r>
              <w:t>—</w:t>
            </w:r>
          </w:p>
        </w:tc>
        <w:tc>
          <w:tcPr>
            <w:tcW w:w="0" w:type="auto"/>
          </w:tcPr>
          <w:p w14:paraId="422759E1" w14:textId="77777777" w:rsidR="000772B4" w:rsidRDefault="00746A89">
            <w:pPr>
              <w:jc w:val="center"/>
            </w:pPr>
            <w:r>
              <w:t>—</w:t>
            </w:r>
          </w:p>
        </w:tc>
        <w:tc>
          <w:tcPr>
            <w:tcW w:w="0" w:type="auto"/>
          </w:tcPr>
          <w:p w14:paraId="7AAFEAC5" w14:textId="77777777" w:rsidR="000772B4" w:rsidRDefault="00746A89">
            <w:pPr>
              <w:jc w:val="center"/>
            </w:pPr>
            <w:r>
              <w:t>≈ 4 578</w:t>
            </w:r>
          </w:p>
        </w:tc>
      </w:tr>
      <w:tr w:rsidR="000772B4" w14:paraId="61276C7D" w14:textId="77777777">
        <w:trPr>
          <w:cantSplit/>
          <w:jc w:val="center"/>
        </w:trPr>
        <w:tc>
          <w:tcPr>
            <w:tcW w:w="0" w:type="auto"/>
            <w:shd w:val="clear" w:color="auto" w:fill="DBE5F1"/>
          </w:tcPr>
          <w:p w14:paraId="12FF051B" w14:textId="77777777" w:rsidR="000772B4" w:rsidRDefault="00746A89">
            <w:r>
              <w:rPr>
                <w:b/>
              </w:rPr>
              <w:t>Итого по шести территориям</w:t>
            </w:r>
          </w:p>
        </w:tc>
        <w:tc>
          <w:tcPr>
            <w:tcW w:w="0" w:type="auto"/>
            <w:shd w:val="clear" w:color="auto" w:fill="DBE5F1"/>
          </w:tcPr>
          <w:p w14:paraId="5C73A796" w14:textId="77777777" w:rsidR="000772B4" w:rsidRDefault="00746A89">
            <w:pPr>
              <w:jc w:val="center"/>
            </w:pPr>
            <w:r>
              <w:rPr>
                <w:b/>
              </w:rPr>
              <w:t>—</w:t>
            </w:r>
          </w:p>
        </w:tc>
        <w:tc>
          <w:tcPr>
            <w:tcW w:w="0" w:type="auto"/>
            <w:shd w:val="clear" w:color="auto" w:fill="DBE5F1"/>
          </w:tcPr>
          <w:p w14:paraId="5BF109F8" w14:textId="77777777" w:rsidR="000772B4" w:rsidRDefault="00746A89">
            <w:pPr>
              <w:jc w:val="center"/>
            </w:pPr>
            <w:r>
              <w:rPr>
                <w:b/>
              </w:rPr>
              <w:t>—</w:t>
            </w:r>
          </w:p>
        </w:tc>
        <w:tc>
          <w:tcPr>
            <w:tcW w:w="0" w:type="auto"/>
            <w:shd w:val="clear" w:color="auto" w:fill="DBE5F1"/>
          </w:tcPr>
          <w:p w14:paraId="49185F30" w14:textId="77777777" w:rsidR="000772B4" w:rsidRDefault="00746A89">
            <w:pPr>
              <w:jc w:val="center"/>
            </w:pPr>
            <w:r>
              <w:rPr>
                <w:b/>
              </w:rPr>
              <w:t>шесть</w:t>
            </w:r>
          </w:p>
        </w:tc>
        <w:tc>
          <w:tcPr>
            <w:tcW w:w="0" w:type="auto"/>
            <w:shd w:val="clear" w:color="auto" w:fill="DBE5F1"/>
          </w:tcPr>
          <w:p w14:paraId="47088416" w14:textId="77777777" w:rsidR="000772B4" w:rsidRDefault="00746A89">
            <w:pPr>
              <w:jc w:val="center"/>
            </w:pPr>
            <w:r>
              <w:rPr>
                <w:b/>
              </w:rPr>
              <w:t>десять</w:t>
            </w:r>
          </w:p>
        </w:tc>
        <w:tc>
          <w:tcPr>
            <w:tcW w:w="0" w:type="auto"/>
            <w:shd w:val="clear" w:color="auto" w:fill="DBE5F1"/>
          </w:tcPr>
          <w:p w14:paraId="2CC01D0E" w14:textId="77777777" w:rsidR="000772B4" w:rsidRDefault="00746A89">
            <w:pPr>
              <w:jc w:val="center"/>
            </w:pPr>
            <w:r>
              <w:rPr>
                <w:b/>
              </w:rPr>
              <w:t>43 684</w:t>
            </w:r>
          </w:p>
        </w:tc>
      </w:tr>
    </w:tbl>
    <w:p w14:paraId="4079DF69" w14:textId="77777777" w:rsidR="000772B4" w:rsidRDefault="000772B4">
      <w:pPr>
        <w:spacing w:after="40"/>
      </w:pPr>
    </w:p>
    <w:p w14:paraId="1E7C9D7B" w14:textId="77777777" w:rsidR="000772B4" w:rsidRPr="00C74F04" w:rsidRDefault="00746A89">
      <w:pPr>
        <w:spacing w:after="80"/>
        <w:jc w:val="both"/>
        <w:rPr>
          <w:lang w:val="ru-RU"/>
        </w:rPr>
      </w:pPr>
      <w:r w:rsidRPr="00C74F04">
        <w:rPr>
          <w:lang w:val="ru-RU"/>
        </w:rPr>
        <w:t>Величина 43 684 человека является населением шести анализируемых территорий и населением муниципального округа не является. Численность округа по данным 2025 года составляет 48 262 человека; разность около 4 578 человек приходится на населённые пункты, способ теплоснабжения которых в имеющихся источниках не раскрыт.</w:t>
      </w:r>
    </w:p>
    <w:p w14:paraId="2DB24576" w14:textId="77777777" w:rsidR="000772B4" w:rsidRPr="00C74F04" w:rsidRDefault="00746A89">
      <w:pPr>
        <w:spacing w:after="80"/>
        <w:rPr>
          <w:lang w:val="ru-RU"/>
        </w:rPr>
      </w:pPr>
      <w:r w:rsidRPr="00C74F04">
        <w:rPr>
          <w:i/>
          <w:color w:val="993300"/>
          <w:lang w:val="ru-RU"/>
        </w:rPr>
        <w:t>Подлежит уточнению по данным эксплуатирующей организации: перечень населённых пунктов округа с указанием способа теплоснабжения — централизованное, децентрализованное, индивидуальное.</w:t>
      </w:r>
    </w:p>
    <w:p w14:paraId="2B1F882D" w14:textId="77777777" w:rsidR="000772B4" w:rsidRPr="00C74F04" w:rsidRDefault="00746A89">
      <w:pPr>
        <w:pStyle w:val="31"/>
        <w:rPr>
          <w:lang w:val="ru-RU"/>
        </w:rPr>
      </w:pPr>
      <w:r w:rsidRPr="00782666">
        <w:rPr>
          <w:sz w:val="28"/>
          <w:szCs w:val="28"/>
          <w:lang w:val="ru-RU"/>
        </w:rPr>
        <w:t>1.1.2. Ранее выполненные преобразования состава источников</w:t>
      </w:r>
    </w:p>
    <w:p w14:paraId="73B7E4AF" w14:textId="77777777" w:rsidR="000772B4" w:rsidRPr="00C74F04" w:rsidRDefault="00746A89">
      <w:pPr>
        <w:spacing w:after="80"/>
        <w:jc w:val="both"/>
        <w:rPr>
          <w:lang w:val="ru-RU"/>
        </w:rPr>
      </w:pPr>
      <w:r w:rsidRPr="00C74F04">
        <w:rPr>
          <w:lang w:val="ru-RU"/>
        </w:rPr>
        <w:t>Состав действующих источников сложился в результате преобразований, предусмотренных ранее утверждёнными схемами поселений и выполненных.</w:t>
      </w:r>
    </w:p>
    <w:p w14:paraId="70CD1292" w14:textId="77777777" w:rsidR="000772B4" w:rsidRDefault="00746A89">
      <w:pPr>
        <w:keepNext/>
        <w:spacing w:before="160"/>
      </w:pPr>
      <w:r>
        <w:rPr>
          <w:b/>
        </w:rPr>
        <w:t>Таблица 1.2 — Выведенные из работы источники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854"/>
        <w:gridCol w:w="1607"/>
        <w:gridCol w:w="1317"/>
        <w:gridCol w:w="1852"/>
        <w:gridCol w:w="2715"/>
      </w:tblGrid>
      <w:tr w:rsidR="000772B4" w14:paraId="1BA534D8" w14:textId="77777777">
        <w:trPr>
          <w:cantSplit/>
          <w:tblHeader/>
          <w:jc w:val="center"/>
        </w:trPr>
        <w:tc>
          <w:tcPr>
            <w:tcW w:w="0" w:type="auto"/>
            <w:shd w:val="clear" w:color="auto" w:fill="E2F0D9"/>
          </w:tcPr>
          <w:p w14:paraId="064E54C4" w14:textId="77777777" w:rsidR="000772B4" w:rsidRDefault="00746A89">
            <w:pPr>
              <w:jc w:val="center"/>
            </w:pPr>
            <w:r>
              <w:rPr>
                <w:b/>
              </w:rPr>
              <w:t>Источник</w:t>
            </w:r>
          </w:p>
        </w:tc>
        <w:tc>
          <w:tcPr>
            <w:tcW w:w="0" w:type="auto"/>
            <w:shd w:val="clear" w:color="auto" w:fill="E2F0D9"/>
          </w:tcPr>
          <w:p w14:paraId="0616A212" w14:textId="77777777" w:rsidR="000772B4" w:rsidRDefault="00746A89">
            <w:pPr>
              <w:jc w:val="center"/>
            </w:pPr>
            <w:r>
              <w:rPr>
                <w:b/>
              </w:rPr>
              <w:t>Населённый пункт</w:t>
            </w:r>
          </w:p>
        </w:tc>
        <w:tc>
          <w:tcPr>
            <w:tcW w:w="0" w:type="auto"/>
            <w:shd w:val="clear" w:color="auto" w:fill="E2F0D9"/>
          </w:tcPr>
          <w:p w14:paraId="2D544F3A" w14:textId="77777777" w:rsidR="000772B4" w:rsidRDefault="00746A89">
            <w:pPr>
              <w:jc w:val="center"/>
            </w:pPr>
            <w:r>
              <w:rPr>
                <w:b/>
              </w:rPr>
              <w:t>Решение</w:t>
            </w:r>
          </w:p>
        </w:tc>
        <w:tc>
          <w:tcPr>
            <w:tcW w:w="0" w:type="auto"/>
            <w:shd w:val="clear" w:color="auto" w:fill="E2F0D9"/>
          </w:tcPr>
          <w:p w14:paraId="167030E0" w14:textId="77777777" w:rsidR="000772B4" w:rsidRDefault="00746A89">
            <w:pPr>
              <w:jc w:val="center"/>
            </w:pPr>
            <w:r>
              <w:rPr>
                <w:b/>
              </w:rPr>
              <w:t>Куда переключена нагрузка</w:t>
            </w:r>
          </w:p>
        </w:tc>
        <w:tc>
          <w:tcPr>
            <w:tcW w:w="0" w:type="auto"/>
            <w:shd w:val="clear" w:color="auto" w:fill="E2F0D9"/>
          </w:tcPr>
          <w:p w14:paraId="690FBBD1" w14:textId="77777777" w:rsidR="000772B4" w:rsidRDefault="00746A89">
            <w:pPr>
              <w:jc w:val="center"/>
            </w:pPr>
            <w:r>
              <w:rPr>
                <w:b/>
              </w:rPr>
              <w:t>Основание</w:t>
            </w:r>
          </w:p>
        </w:tc>
      </w:tr>
      <w:tr w:rsidR="000772B4" w:rsidRPr="00544FB7" w14:paraId="6CBB1B23" w14:textId="77777777">
        <w:trPr>
          <w:cantSplit/>
          <w:jc w:val="center"/>
        </w:trPr>
        <w:tc>
          <w:tcPr>
            <w:tcW w:w="0" w:type="auto"/>
          </w:tcPr>
          <w:p w14:paraId="2BE8F5DF" w14:textId="77777777" w:rsidR="000772B4" w:rsidRDefault="00746A89">
            <w:r>
              <w:t>УПК № 11 Мундыбаш, ул. Вокзальная</w:t>
            </w:r>
          </w:p>
        </w:tc>
        <w:tc>
          <w:tcPr>
            <w:tcW w:w="0" w:type="auto"/>
          </w:tcPr>
          <w:p w14:paraId="232D36B8" w14:textId="77777777" w:rsidR="000772B4" w:rsidRDefault="00746A89">
            <w:pPr>
              <w:jc w:val="center"/>
            </w:pPr>
            <w:r>
              <w:t>пгт Мундыбаш</w:t>
            </w:r>
          </w:p>
        </w:tc>
        <w:tc>
          <w:tcPr>
            <w:tcW w:w="0" w:type="auto"/>
          </w:tcPr>
          <w:p w14:paraId="1898E7FE" w14:textId="77777777" w:rsidR="000772B4" w:rsidRDefault="00746A89">
            <w:pPr>
              <w:jc w:val="center"/>
            </w:pPr>
            <w:r>
              <w:t>ликвидация</w:t>
            </w:r>
          </w:p>
        </w:tc>
        <w:tc>
          <w:tcPr>
            <w:tcW w:w="0" w:type="auto"/>
          </w:tcPr>
          <w:p w14:paraId="3D08C920" w14:textId="77777777" w:rsidR="000772B4" w:rsidRDefault="00746A89">
            <w:pPr>
              <w:jc w:val="center"/>
            </w:pPr>
            <w:r>
              <w:t>УПК № 8 Мундыбаш</w:t>
            </w:r>
          </w:p>
        </w:tc>
        <w:tc>
          <w:tcPr>
            <w:tcW w:w="0" w:type="auto"/>
          </w:tcPr>
          <w:p w14:paraId="15189FE7" w14:textId="77777777" w:rsidR="000772B4" w:rsidRPr="00C74F04" w:rsidRDefault="00746A89">
            <w:pPr>
              <w:jc w:val="center"/>
              <w:rPr>
                <w:lang w:val="ru-RU"/>
              </w:rPr>
            </w:pPr>
            <w:r w:rsidRPr="00C74F04">
              <w:rPr>
                <w:lang w:val="ru-RU"/>
              </w:rPr>
              <w:t>схема Мундыбашского поселения, сценарий развития 2021 года</w:t>
            </w:r>
          </w:p>
        </w:tc>
      </w:tr>
      <w:tr w:rsidR="000772B4" w14:paraId="246EA403" w14:textId="77777777">
        <w:trPr>
          <w:cantSplit/>
          <w:jc w:val="center"/>
        </w:trPr>
        <w:tc>
          <w:tcPr>
            <w:tcW w:w="0" w:type="auto"/>
          </w:tcPr>
          <w:p w14:paraId="610CECB9" w14:textId="77777777" w:rsidR="000772B4" w:rsidRDefault="00746A89">
            <w:r>
              <w:t>УПК № 12 Мундыбаш, ул. Школьная</w:t>
            </w:r>
          </w:p>
        </w:tc>
        <w:tc>
          <w:tcPr>
            <w:tcW w:w="0" w:type="auto"/>
          </w:tcPr>
          <w:p w14:paraId="47E25B56" w14:textId="77777777" w:rsidR="000772B4" w:rsidRDefault="00746A89">
            <w:pPr>
              <w:jc w:val="center"/>
            </w:pPr>
            <w:r>
              <w:t>пгт Мундыбаш</w:t>
            </w:r>
          </w:p>
        </w:tc>
        <w:tc>
          <w:tcPr>
            <w:tcW w:w="0" w:type="auto"/>
          </w:tcPr>
          <w:p w14:paraId="51D6BBD2" w14:textId="77777777" w:rsidR="000772B4" w:rsidRDefault="00746A89">
            <w:pPr>
              <w:jc w:val="center"/>
            </w:pPr>
            <w:r>
              <w:t>ликвидация</w:t>
            </w:r>
          </w:p>
        </w:tc>
        <w:tc>
          <w:tcPr>
            <w:tcW w:w="0" w:type="auto"/>
          </w:tcPr>
          <w:p w14:paraId="35F04F5E" w14:textId="77777777" w:rsidR="000772B4" w:rsidRDefault="00746A89">
            <w:pPr>
              <w:jc w:val="center"/>
            </w:pPr>
            <w:r>
              <w:t>УПК № 8 Мундыбаш</w:t>
            </w:r>
          </w:p>
        </w:tc>
        <w:tc>
          <w:tcPr>
            <w:tcW w:w="0" w:type="auto"/>
          </w:tcPr>
          <w:p w14:paraId="5F218816" w14:textId="77777777" w:rsidR="000772B4" w:rsidRDefault="00746A89">
            <w:pPr>
              <w:jc w:val="center"/>
            </w:pPr>
            <w:r>
              <w:t>то же</w:t>
            </w:r>
          </w:p>
        </w:tc>
      </w:tr>
      <w:tr w:rsidR="000772B4" w:rsidRPr="00544FB7" w14:paraId="49831FC4" w14:textId="77777777">
        <w:trPr>
          <w:cantSplit/>
          <w:jc w:val="center"/>
        </w:trPr>
        <w:tc>
          <w:tcPr>
            <w:tcW w:w="0" w:type="auto"/>
          </w:tcPr>
          <w:p w14:paraId="4396CFC5" w14:textId="77777777" w:rsidR="000772B4" w:rsidRDefault="00746A89">
            <w:r>
              <w:t>УПК № 4 «Калинина»</w:t>
            </w:r>
          </w:p>
        </w:tc>
        <w:tc>
          <w:tcPr>
            <w:tcW w:w="0" w:type="auto"/>
          </w:tcPr>
          <w:p w14:paraId="0BAD99C0" w14:textId="77777777" w:rsidR="000772B4" w:rsidRDefault="00746A89">
            <w:pPr>
              <w:jc w:val="center"/>
            </w:pPr>
            <w:r>
              <w:t>город Таштагол</w:t>
            </w:r>
          </w:p>
        </w:tc>
        <w:tc>
          <w:tcPr>
            <w:tcW w:w="0" w:type="auto"/>
          </w:tcPr>
          <w:p w14:paraId="1DF024C8" w14:textId="77777777" w:rsidR="000772B4" w:rsidRDefault="00746A89">
            <w:pPr>
              <w:jc w:val="center"/>
            </w:pPr>
            <w:r>
              <w:t>ликвидация</w:t>
            </w:r>
          </w:p>
        </w:tc>
        <w:tc>
          <w:tcPr>
            <w:tcW w:w="0" w:type="auto"/>
          </w:tcPr>
          <w:p w14:paraId="20BFD1D1" w14:textId="77777777" w:rsidR="000772B4" w:rsidRDefault="00746A89">
            <w:pPr>
              <w:jc w:val="center"/>
            </w:pPr>
            <w:r>
              <w:t>УПК № 1</w:t>
            </w:r>
          </w:p>
        </w:tc>
        <w:tc>
          <w:tcPr>
            <w:tcW w:w="0" w:type="auto"/>
          </w:tcPr>
          <w:p w14:paraId="79E10B80" w14:textId="77777777" w:rsidR="000772B4" w:rsidRPr="00C74F04" w:rsidRDefault="00746A89">
            <w:pPr>
              <w:jc w:val="center"/>
              <w:rPr>
                <w:lang w:val="ru-RU"/>
              </w:rPr>
            </w:pPr>
            <w:r w:rsidRPr="00C74F04">
              <w:rPr>
                <w:lang w:val="ru-RU"/>
              </w:rPr>
              <w:t>схема Таштагольского поселения, сценарий развития 2021 года</w:t>
            </w:r>
          </w:p>
        </w:tc>
      </w:tr>
    </w:tbl>
    <w:p w14:paraId="46667C31" w14:textId="77777777" w:rsidR="000772B4" w:rsidRPr="00C74F04" w:rsidRDefault="000772B4">
      <w:pPr>
        <w:spacing w:after="40"/>
        <w:rPr>
          <w:lang w:val="ru-RU"/>
        </w:rPr>
      </w:pPr>
    </w:p>
    <w:p w14:paraId="64B74368" w14:textId="77777777" w:rsidR="000772B4" w:rsidRPr="00C74F04" w:rsidRDefault="00746A89">
      <w:pPr>
        <w:spacing w:after="80"/>
        <w:jc w:val="both"/>
        <w:rPr>
          <w:lang w:val="ru-RU"/>
        </w:rPr>
      </w:pPr>
      <w:r w:rsidRPr="00C74F04">
        <w:rPr>
          <w:lang w:val="ru-RU"/>
        </w:rPr>
        <w:t>Нагрузка переключённых потребителей учтена в составе присоединённой нагрузки принимающих источников; двойной учёт исключён. Два котла выведенной УПК № 4 «Калинина» — КВр-1,0 2002 года и КВр-0,8 2010 года суммарной мощностью 1,80 Гкал/ч — в установленную мощность округа не входят и сохраняются в реестре оборудования как выведенные из работы.</w:t>
      </w:r>
    </w:p>
    <w:p w14:paraId="65A1E44A" w14:textId="77777777" w:rsidR="000772B4" w:rsidRPr="00782666" w:rsidRDefault="00746A89">
      <w:pPr>
        <w:pStyle w:val="31"/>
        <w:rPr>
          <w:sz w:val="28"/>
          <w:szCs w:val="28"/>
          <w:lang w:val="ru-RU"/>
        </w:rPr>
      </w:pPr>
      <w:r w:rsidRPr="00782666">
        <w:rPr>
          <w:sz w:val="28"/>
          <w:szCs w:val="28"/>
          <w:lang w:val="ru-RU"/>
        </w:rPr>
        <w:t>1.1.3. Изменение структуры систем теплоснабжения после 2021 года</w:t>
      </w:r>
    </w:p>
    <w:p w14:paraId="0EBFE039" w14:textId="77777777" w:rsidR="000772B4" w:rsidRPr="00C74F04" w:rsidRDefault="00746A89">
      <w:pPr>
        <w:spacing w:after="80"/>
        <w:jc w:val="both"/>
        <w:rPr>
          <w:lang w:val="ru-RU"/>
        </w:rPr>
      </w:pPr>
      <w:r w:rsidRPr="00C74F04">
        <w:rPr>
          <w:lang w:val="ru-RU"/>
        </w:rPr>
        <w:t>Действующая конфигурация сложилась в результате исполнения решений ранее утверждённых схем поселений. Из девяти прослеженных решений мастер-планов 2021 года пять выполнены, одно не выполнено, одно заменено новыми внешними условиями, по одному состояние не установлено.</w:t>
      </w:r>
    </w:p>
    <w:p w14:paraId="7209AF6A" w14:textId="77777777" w:rsidR="000772B4" w:rsidRDefault="00746A89">
      <w:pPr>
        <w:keepNext/>
        <w:spacing w:before="160"/>
      </w:pPr>
      <w:r>
        <w:rPr>
          <w:b/>
        </w:rPr>
        <w:t>Таблица 1.3 — Исполнение решений схем 2021 года</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470"/>
        <w:gridCol w:w="3594"/>
        <w:gridCol w:w="2601"/>
        <w:gridCol w:w="1680"/>
      </w:tblGrid>
      <w:tr w:rsidR="000772B4" w14:paraId="6D8950C2" w14:textId="77777777">
        <w:trPr>
          <w:cantSplit/>
          <w:tblHeader/>
          <w:jc w:val="center"/>
        </w:trPr>
        <w:tc>
          <w:tcPr>
            <w:tcW w:w="0" w:type="auto"/>
            <w:shd w:val="clear" w:color="auto" w:fill="E2F0D9"/>
          </w:tcPr>
          <w:p w14:paraId="789B64FF" w14:textId="77777777" w:rsidR="000772B4" w:rsidRDefault="00746A89">
            <w:pPr>
              <w:jc w:val="center"/>
            </w:pPr>
            <w:r>
              <w:rPr>
                <w:b/>
              </w:rPr>
              <w:t>Территория</w:t>
            </w:r>
          </w:p>
        </w:tc>
        <w:tc>
          <w:tcPr>
            <w:tcW w:w="0" w:type="auto"/>
            <w:shd w:val="clear" w:color="auto" w:fill="E2F0D9"/>
          </w:tcPr>
          <w:p w14:paraId="7C7E95A0" w14:textId="77777777" w:rsidR="000772B4" w:rsidRDefault="00746A89">
            <w:pPr>
              <w:jc w:val="center"/>
            </w:pPr>
            <w:r>
              <w:rPr>
                <w:b/>
              </w:rPr>
              <w:t>Решение 2021 года</w:t>
            </w:r>
          </w:p>
        </w:tc>
        <w:tc>
          <w:tcPr>
            <w:tcW w:w="0" w:type="auto"/>
            <w:shd w:val="clear" w:color="auto" w:fill="E2F0D9"/>
          </w:tcPr>
          <w:p w14:paraId="1F3F193B" w14:textId="77777777" w:rsidR="000772B4" w:rsidRDefault="00746A89">
            <w:pPr>
              <w:jc w:val="center"/>
            </w:pPr>
            <w:r>
              <w:rPr>
                <w:b/>
              </w:rPr>
              <w:t>Состояние на 2026 год</w:t>
            </w:r>
          </w:p>
        </w:tc>
        <w:tc>
          <w:tcPr>
            <w:tcW w:w="0" w:type="auto"/>
            <w:shd w:val="clear" w:color="auto" w:fill="E2F0D9"/>
          </w:tcPr>
          <w:p w14:paraId="52B7BAE2" w14:textId="77777777" w:rsidR="000772B4" w:rsidRDefault="00746A89">
            <w:pPr>
              <w:jc w:val="center"/>
            </w:pPr>
            <w:r>
              <w:rPr>
                <w:b/>
              </w:rPr>
              <w:t>Статус</w:t>
            </w:r>
          </w:p>
        </w:tc>
      </w:tr>
      <w:tr w:rsidR="000772B4" w14:paraId="4A367DCE" w14:textId="77777777">
        <w:trPr>
          <w:cantSplit/>
          <w:jc w:val="center"/>
        </w:trPr>
        <w:tc>
          <w:tcPr>
            <w:tcW w:w="0" w:type="auto"/>
          </w:tcPr>
          <w:p w14:paraId="47EC0874" w14:textId="77777777" w:rsidR="000772B4" w:rsidRDefault="00746A89">
            <w:r>
              <w:t>Мундыбаш</w:t>
            </w:r>
          </w:p>
        </w:tc>
        <w:tc>
          <w:tcPr>
            <w:tcW w:w="0" w:type="auto"/>
          </w:tcPr>
          <w:p w14:paraId="450D2C39" w14:textId="77777777" w:rsidR="000772B4" w:rsidRPr="00C74F04" w:rsidRDefault="00746A89">
            <w:pPr>
              <w:jc w:val="center"/>
              <w:rPr>
                <w:lang w:val="ru-RU"/>
              </w:rPr>
            </w:pPr>
            <w:r w:rsidRPr="00C74F04">
              <w:rPr>
                <w:lang w:val="ru-RU"/>
              </w:rPr>
              <w:t>ликвидация УПК № 12 (ул. Школьная) с переключением на УПК № 8</w:t>
            </w:r>
          </w:p>
        </w:tc>
        <w:tc>
          <w:tcPr>
            <w:tcW w:w="0" w:type="auto"/>
          </w:tcPr>
          <w:p w14:paraId="256657A2" w14:textId="77777777" w:rsidR="000772B4" w:rsidRDefault="00746A89">
            <w:pPr>
              <w:jc w:val="center"/>
            </w:pPr>
            <w:r>
              <w:t>выведена, нагрузка переключена</w:t>
            </w:r>
          </w:p>
        </w:tc>
        <w:tc>
          <w:tcPr>
            <w:tcW w:w="0" w:type="auto"/>
          </w:tcPr>
          <w:p w14:paraId="623C9BEB" w14:textId="77777777" w:rsidR="000772B4" w:rsidRDefault="00746A89">
            <w:pPr>
              <w:jc w:val="center"/>
            </w:pPr>
            <w:r>
              <w:t>выполнено</w:t>
            </w:r>
          </w:p>
        </w:tc>
      </w:tr>
      <w:tr w:rsidR="000772B4" w14:paraId="50D7EB0A" w14:textId="77777777">
        <w:trPr>
          <w:cantSplit/>
          <w:jc w:val="center"/>
        </w:trPr>
        <w:tc>
          <w:tcPr>
            <w:tcW w:w="0" w:type="auto"/>
          </w:tcPr>
          <w:p w14:paraId="27853635" w14:textId="77777777" w:rsidR="000772B4" w:rsidRDefault="00746A89">
            <w:r>
              <w:t>Мундыбаш</w:t>
            </w:r>
          </w:p>
        </w:tc>
        <w:tc>
          <w:tcPr>
            <w:tcW w:w="0" w:type="auto"/>
          </w:tcPr>
          <w:p w14:paraId="3C7D5816" w14:textId="77777777" w:rsidR="000772B4" w:rsidRPr="00C74F04" w:rsidRDefault="00746A89">
            <w:pPr>
              <w:jc w:val="center"/>
              <w:rPr>
                <w:lang w:val="ru-RU"/>
              </w:rPr>
            </w:pPr>
            <w:r w:rsidRPr="00C74F04">
              <w:rPr>
                <w:lang w:val="ru-RU"/>
              </w:rPr>
              <w:t>ликвидация УПК № 11 (ул. Вокзальная) с переключением на УПК № 8</w:t>
            </w:r>
          </w:p>
        </w:tc>
        <w:tc>
          <w:tcPr>
            <w:tcW w:w="0" w:type="auto"/>
          </w:tcPr>
          <w:p w14:paraId="2FA90CC0" w14:textId="77777777" w:rsidR="000772B4" w:rsidRDefault="00746A89">
            <w:pPr>
              <w:jc w:val="center"/>
            </w:pPr>
            <w:r>
              <w:t>выведена, нагрузка переключена</w:t>
            </w:r>
          </w:p>
        </w:tc>
        <w:tc>
          <w:tcPr>
            <w:tcW w:w="0" w:type="auto"/>
          </w:tcPr>
          <w:p w14:paraId="035AE38B" w14:textId="77777777" w:rsidR="000772B4" w:rsidRDefault="00746A89">
            <w:pPr>
              <w:jc w:val="center"/>
            </w:pPr>
            <w:r>
              <w:t>выполнено</w:t>
            </w:r>
          </w:p>
        </w:tc>
      </w:tr>
      <w:tr w:rsidR="000772B4" w14:paraId="208E586A" w14:textId="77777777">
        <w:trPr>
          <w:cantSplit/>
          <w:jc w:val="center"/>
        </w:trPr>
        <w:tc>
          <w:tcPr>
            <w:tcW w:w="0" w:type="auto"/>
          </w:tcPr>
          <w:p w14:paraId="0660CA89" w14:textId="77777777" w:rsidR="000772B4" w:rsidRDefault="00746A89">
            <w:r>
              <w:t>Таштагол</w:t>
            </w:r>
          </w:p>
        </w:tc>
        <w:tc>
          <w:tcPr>
            <w:tcW w:w="0" w:type="auto"/>
          </w:tcPr>
          <w:p w14:paraId="4A468C76" w14:textId="77777777" w:rsidR="000772B4" w:rsidRPr="00C74F04" w:rsidRDefault="00746A89">
            <w:pPr>
              <w:jc w:val="center"/>
              <w:rPr>
                <w:lang w:val="ru-RU"/>
              </w:rPr>
            </w:pPr>
            <w:r w:rsidRPr="00C74F04">
              <w:rPr>
                <w:lang w:val="ru-RU"/>
              </w:rPr>
              <w:t>ликвидация УПК № 4 «Калинина» в 2023 году с переключением на УПК № 1</w:t>
            </w:r>
          </w:p>
        </w:tc>
        <w:tc>
          <w:tcPr>
            <w:tcW w:w="0" w:type="auto"/>
          </w:tcPr>
          <w:p w14:paraId="0F876888" w14:textId="77777777" w:rsidR="000772B4" w:rsidRPr="00C74F04" w:rsidRDefault="00746A89">
            <w:pPr>
              <w:jc w:val="center"/>
              <w:rPr>
                <w:lang w:val="ru-RU"/>
              </w:rPr>
            </w:pPr>
            <w:r w:rsidRPr="00C74F04">
              <w:rPr>
                <w:lang w:val="ru-RU"/>
              </w:rPr>
              <w:t>в перечне на 31.07.2026 помечена как отключённая</w:t>
            </w:r>
          </w:p>
        </w:tc>
        <w:tc>
          <w:tcPr>
            <w:tcW w:w="0" w:type="auto"/>
          </w:tcPr>
          <w:p w14:paraId="58C1DED4" w14:textId="77777777" w:rsidR="000772B4" w:rsidRDefault="00746A89">
            <w:pPr>
              <w:jc w:val="center"/>
            </w:pPr>
            <w:r>
              <w:t>выполнено</w:t>
            </w:r>
          </w:p>
        </w:tc>
      </w:tr>
      <w:tr w:rsidR="000772B4" w14:paraId="33BED555" w14:textId="77777777">
        <w:trPr>
          <w:cantSplit/>
          <w:jc w:val="center"/>
        </w:trPr>
        <w:tc>
          <w:tcPr>
            <w:tcW w:w="0" w:type="auto"/>
          </w:tcPr>
          <w:p w14:paraId="0FE2957B" w14:textId="77777777" w:rsidR="000772B4" w:rsidRDefault="00746A89">
            <w:r>
              <w:t>Таштагол</w:t>
            </w:r>
          </w:p>
        </w:tc>
        <w:tc>
          <w:tcPr>
            <w:tcW w:w="0" w:type="auto"/>
          </w:tcPr>
          <w:p w14:paraId="028D414A" w14:textId="77777777" w:rsidR="000772B4" w:rsidRPr="00C74F04" w:rsidRDefault="00746A89">
            <w:pPr>
              <w:jc w:val="center"/>
              <w:rPr>
                <w:lang w:val="ru-RU"/>
              </w:rPr>
            </w:pPr>
            <w:r w:rsidRPr="00C74F04">
              <w:rPr>
                <w:lang w:val="ru-RU"/>
              </w:rPr>
              <w:t>замена котла КВ-ТС-6,5 № 3 УПК № 2 «Шалым» на КВ-Р-7,56-115</w:t>
            </w:r>
          </w:p>
        </w:tc>
        <w:tc>
          <w:tcPr>
            <w:tcW w:w="0" w:type="auto"/>
          </w:tcPr>
          <w:p w14:paraId="000E70CE" w14:textId="77777777" w:rsidR="000772B4" w:rsidRPr="00C74F04" w:rsidRDefault="00746A89">
            <w:pPr>
              <w:jc w:val="center"/>
              <w:rPr>
                <w:lang w:val="ru-RU"/>
              </w:rPr>
            </w:pPr>
            <w:r w:rsidRPr="00C74F04">
              <w:rPr>
                <w:lang w:val="ru-RU"/>
              </w:rPr>
              <w:t>котлы № 1 и № 3 — КВ-Р-7,56-115 и КВ-Р-7,56-115П, годы ввода 2020 и 2021</w:t>
            </w:r>
          </w:p>
        </w:tc>
        <w:tc>
          <w:tcPr>
            <w:tcW w:w="0" w:type="auto"/>
          </w:tcPr>
          <w:p w14:paraId="450A35CD" w14:textId="77777777" w:rsidR="000772B4" w:rsidRDefault="00746A89">
            <w:pPr>
              <w:jc w:val="center"/>
            </w:pPr>
            <w:r>
              <w:t>выполнено</w:t>
            </w:r>
          </w:p>
        </w:tc>
      </w:tr>
      <w:tr w:rsidR="000772B4" w14:paraId="5FB08638" w14:textId="77777777">
        <w:trPr>
          <w:cantSplit/>
          <w:jc w:val="center"/>
        </w:trPr>
        <w:tc>
          <w:tcPr>
            <w:tcW w:w="0" w:type="auto"/>
          </w:tcPr>
          <w:p w14:paraId="3B0ADAF2" w14:textId="77777777" w:rsidR="000772B4" w:rsidRDefault="00746A89">
            <w:r>
              <w:t>Каз</w:t>
            </w:r>
          </w:p>
        </w:tc>
        <w:tc>
          <w:tcPr>
            <w:tcW w:w="0" w:type="auto"/>
          </w:tcPr>
          <w:p w14:paraId="2A7E512E" w14:textId="77777777" w:rsidR="000772B4" w:rsidRPr="00C74F04" w:rsidRDefault="00746A89">
            <w:pPr>
              <w:jc w:val="center"/>
              <w:rPr>
                <w:lang w:val="ru-RU"/>
              </w:rPr>
            </w:pPr>
            <w:r w:rsidRPr="00C74F04">
              <w:rPr>
                <w:lang w:val="ru-RU"/>
              </w:rPr>
              <w:t>монтаж котла Е-10-14-225 КВ № 2 в 2023 году</w:t>
            </w:r>
          </w:p>
        </w:tc>
        <w:tc>
          <w:tcPr>
            <w:tcW w:w="0" w:type="auto"/>
          </w:tcPr>
          <w:p w14:paraId="4AFD0E54" w14:textId="77777777" w:rsidR="000772B4" w:rsidRDefault="00746A89">
            <w:pPr>
              <w:jc w:val="center"/>
            </w:pPr>
            <w:r>
              <w:t>котёл № 2 — Е-10-1,4-225, год ввода 2023</w:t>
            </w:r>
          </w:p>
        </w:tc>
        <w:tc>
          <w:tcPr>
            <w:tcW w:w="0" w:type="auto"/>
          </w:tcPr>
          <w:p w14:paraId="691B8454" w14:textId="77777777" w:rsidR="000772B4" w:rsidRDefault="00746A89">
            <w:pPr>
              <w:jc w:val="center"/>
            </w:pPr>
            <w:r>
              <w:t>выполнено</w:t>
            </w:r>
          </w:p>
        </w:tc>
      </w:tr>
      <w:tr w:rsidR="000772B4" w14:paraId="22C3D2F7" w14:textId="77777777">
        <w:trPr>
          <w:cantSplit/>
          <w:jc w:val="center"/>
        </w:trPr>
        <w:tc>
          <w:tcPr>
            <w:tcW w:w="0" w:type="auto"/>
          </w:tcPr>
          <w:p w14:paraId="121A0E47" w14:textId="77777777" w:rsidR="000772B4" w:rsidRDefault="00746A89">
            <w:r>
              <w:t>Таштагол</w:t>
            </w:r>
          </w:p>
        </w:tc>
        <w:tc>
          <w:tcPr>
            <w:tcW w:w="0" w:type="auto"/>
          </w:tcPr>
          <w:p w14:paraId="0CA27DE8" w14:textId="77777777" w:rsidR="000772B4" w:rsidRPr="00C74F04" w:rsidRDefault="00746A89">
            <w:pPr>
              <w:jc w:val="center"/>
              <w:rPr>
                <w:lang w:val="ru-RU"/>
              </w:rPr>
            </w:pPr>
            <w:r w:rsidRPr="00C74F04">
              <w:rPr>
                <w:lang w:val="ru-RU"/>
              </w:rPr>
              <w:t>капитальный ремонт котлов К-50 № 1–5 в 2022–2024 годах</w:t>
            </w:r>
          </w:p>
        </w:tc>
        <w:tc>
          <w:tcPr>
            <w:tcW w:w="0" w:type="auto"/>
          </w:tcPr>
          <w:p w14:paraId="50C4E507" w14:textId="77777777" w:rsidR="000772B4" w:rsidRPr="00C74F04" w:rsidRDefault="00746A89">
            <w:pPr>
              <w:jc w:val="center"/>
              <w:rPr>
                <w:lang w:val="ru-RU"/>
              </w:rPr>
            </w:pPr>
            <w:r w:rsidRPr="00C74F04">
              <w:rPr>
                <w:lang w:val="ru-RU"/>
              </w:rPr>
              <w:t>все пять котлов в работе, годы ввода не изменились</w:t>
            </w:r>
          </w:p>
        </w:tc>
        <w:tc>
          <w:tcPr>
            <w:tcW w:w="0" w:type="auto"/>
          </w:tcPr>
          <w:p w14:paraId="2C931CC7" w14:textId="77777777" w:rsidR="000772B4" w:rsidRDefault="00746A89">
            <w:pPr>
              <w:jc w:val="center"/>
            </w:pPr>
            <w:r>
              <w:t>состояние не установлено</w:t>
            </w:r>
          </w:p>
        </w:tc>
      </w:tr>
      <w:tr w:rsidR="000772B4" w14:paraId="64EFFBEF" w14:textId="77777777">
        <w:trPr>
          <w:cantSplit/>
          <w:jc w:val="center"/>
        </w:trPr>
        <w:tc>
          <w:tcPr>
            <w:tcW w:w="0" w:type="auto"/>
          </w:tcPr>
          <w:p w14:paraId="4D810AF2" w14:textId="77777777" w:rsidR="000772B4" w:rsidRDefault="00746A89">
            <w:r>
              <w:t>Спасск</w:t>
            </w:r>
          </w:p>
        </w:tc>
        <w:tc>
          <w:tcPr>
            <w:tcW w:w="0" w:type="auto"/>
          </w:tcPr>
          <w:p w14:paraId="6A8DCF1C" w14:textId="77777777" w:rsidR="000772B4" w:rsidRPr="00C74F04" w:rsidRDefault="00746A89">
            <w:pPr>
              <w:jc w:val="center"/>
              <w:rPr>
                <w:lang w:val="ru-RU"/>
              </w:rPr>
            </w:pPr>
            <w:r w:rsidRPr="00C74F04">
              <w:rPr>
                <w:lang w:val="ru-RU"/>
              </w:rPr>
              <w:t>перевод открытой системы на закрытый водоразбор реконструкцией индивидуальных тепловых пунктов</w:t>
            </w:r>
          </w:p>
        </w:tc>
        <w:tc>
          <w:tcPr>
            <w:tcW w:w="0" w:type="auto"/>
          </w:tcPr>
          <w:p w14:paraId="5D4F6646" w14:textId="77777777" w:rsidR="000772B4" w:rsidRDefault="00746A89">
            <w:pPr>
              <w:jc w:val="center"/>
            </w:pPr>
            <w:r>
              <w:t>система остаётся открытой</w:t>
            </w:r>
          </w:p>
        </w:tc>
        <w:tc>
          <w:tcPr>
            <w:tcW w:w="0" w:type="auto"/>
          </w:tcPr>
          <w:p w14:paraId="4A1363FF" w14:textId="77777777" w:rsidR="000772B4" w:rsidRDefault="00746A89">
            <w:pPr>
              <w:jc w:val="center"/>
            </w:pPr>
            <w:r>
              <w:t>не выполнено</w:t>
            </w:r>
          </w:p>
        </w:tc>
      </w:tr>
      <w:tr w:rsidR="000772B4" w14:paraId="167DF91A" w14:textId="77777777">
        <w:trPr>
          <w:cantSplit/>
          <w:jc w:val="center"/>
        </w:trPr>
        <w:tc>
          <w:tcPr>
            <w:tcW w:w="0" w:type="auto"/>
          </w:tcPr>
          <w:p w14:paraId="65A0F8E8" w14:textId="77777777" w:rsidR="000772B4" w:rsidRDefault="00746A89">
            <w:r>
              <w:t>все территории</w:t>
            </w:r>
          </w:p>
        </w:tc>
        <w:tc>
          <w:tcPr>
            <w:tcW w:w="0" w:type="auto"/>
          </w:tcPr>
          <w:p w14:paraId="6B79CA80" w14:textId="77777777" w:rsidR="000772B4" w:rsidRPr="00C74F04" w:rsidRDefault="00746A89">
            <w:pPr>
              <w:jc w:val="center"/>
              <w:rPr>
                <w:lang w:val="ru-RU"/>
              </w:rPr>
            </w:pPr>
            <w:r w:rsidRPr="00C74F04">
              <w:rPr>
                <w:lang w:val="ru-RU"/>
              </w:rPr>
              <w:t>сохранение угольного топлива, перевод на газ не предусматривается</w:t>
            </w:r>
          </w:p>
        </w:tc>
        <w:tc>
          <w:tcPr>
            <w:tcW w:w="0" w:type="auto"/>
          </w:tcPr>
          <w:p w14:paraId="3A5A71C2" w14:textId="77777777" w:rsidR="000772B4" w:rsidRPr="00C74F04" w:rsidRDefault="00746A89">
            <w:pPr>
              <w:jc w:val="center"/>
              <w:rPr>
                <w:lang w:val="ru-RU"/>
              </w:rPr>
            </w:pPr>
            <w:r w:rsidRPr="00C74F04">
              <w:rPr>
                <w:lang w:val="ru-RU"/>
              </w:rPr>
              <w:t>программа подготовки к приёму газа от 16.07.2024</w:t>
            </w:r>
          </w:p>
        </w:tc>
        <w:tc>
          <w:tcPr>
            <w:tcW w:w="0" w:type="auto"/>
          </w:tcPr>
          <w:p w14:paraId="3ACAF0A0" w14:textId="77777777" w:rsidR="000772B4" w:rsidRDefault="00746A89">
            <w:pPr>
              <w:jc w:val="center"/>
            </w:pPr>
            <w:r>
              <w:t>заменено новыми условиями</w:t>
            </w:r>
          </w:p>
        </w:tc>
      </w:tr>
    </w:tbl>
    <w:p w14:paraId="79CA1F27" w14:textId="77777777" w:rsidR="000772B4" w:rsidRDefault="000772B4">
      <w:pPr>
        <w:spacing w:after="40"/>
      </w:pPr>
    </w:p>
    <w:p w14:paraId="5A1A0AA9" w14:textId="77777777" w:rsidR="000772B4" w:rsidRPr="00C74F04" w:rsidRDefault="00746A89">
      <w:pPr>
        <w:spacing w:after="80"/>
        <w:jc w:val="both"/>
        <w:rPr>
          <w:lang w:val="ru-RU"/>
        </w:rPr>
      </w:pPr>
      <w:r w:rsidRPr="00C74F04">
        <w:rPr>
          <w:lang w:val="ru-RU"/>
        </w:rPr>
        <w:t>Число действующих источников сократилось с тринадцати до десяти. Установленная мощность выведенной УПК № 4 «Калинина» составляла 1,80 Гкал/ч. Нагрузка переключённых потребителей учтена в присоединённой нагрузке принимающих источников.</w:t>
      </w:r>
    </w:p>
    <w:p w14:paraId="3417DA06" w14:textId="77777777" w:rsidR="000772B4" w:rsidRPr="00C74F04" w:rsidRDefault="00746A89">
      <w:pPr>
        <w:spacing w:after="80"/>
        <w:jc w:val="both"/>
        <w:rPr>
          <w:lang w:val="ru-RU"/>
        </w:rPr>
      </w:pPr>
      <w:r w:rsidRPr="00C74F04">
        <w:rPr>
          <w:lang w:val="ru-RU"/>
        </w:rPr>
        <w:t>После 2021 года введены в эксплуатацию участки тепловых сетей: в Мундыбаше 1 232,0 м 09.08.2021, в Таштаголе 2 348,5 м 10.10.2023, в Шерегеше 798,0 м 25.11.2024, суммарно 4 378,5 м.</w:t>
      </w:r>
    </w:p>
    <w:p w14:paraId="1213EFD9" w14:textId="77777777" w:rsidR="007A4ED8" w:rsidRPr="00C74F04" w:rsidRDefault="009B7F9E">
      <w:pPr>
        <w:pStyle w:val="21"/>
        <w:rPr>
          <w:lang w:val="ru-RU"/>
        </w:rPr>
      </w:pPr>
      <w:bookmarkStart w:id="5" w:name="_Toc238015596"/>
      <w:r w:rsidRPr="00C74F04">
        <w:rPr>
          <w:lang w:val="ru-RU"/>
        </w:rPr>
        <w:t>1.2. Источники тепловой энергии</w:t>
      </w:r>
      <w:bookmarkEnd w:id="5"/>
    </w:p>
    <w:p w14:paraId="21E51F3E" w14:textId="77777777" w:rsidR="000772B4" w:rsidRPr="00782666" w:rsidRDefault="00746A89">
      <w:pPr>
        <w:pStyle w:val="31"/>
        <w:rPr>
          <w:sz w:val="28"/>
          <w:szCs w:val="28"/>
          <w:lang w:val="ru-RU"/>
        </w:rPr>
      </w:pPr>
      <w:r w:rsidRPr="00782666">
        <w:rPr>
          <w:sz w:val="28"/>
          <w:szCs w:val="28"/>
          <w:lang w:val="ru-RU"/>
        </w:rPr>
        <w:t>1.2.1. Состав систем теплоснабжения и действующих источников</w:t>
      </w:r>
    </w:p>
    <w:p w14:paraId="6DEC44F8" w14:textId="77777777" w:rsidR="000772B4" w:rsidRPr="00C74F04" w:rsidRDefault="00746A89">
      <w:pPr>
        <w:spacing w:after="80"/>
        <w:jc w:val="both"/>
        <w:rPr>
          <w:lang w:val="ru-RU"/>
        </w:rPr>
      </w:pPr>
      <w:r w:rsidRPr="00C74F04">
        <w:rPr>
          <w:lang w:val="ru-RU"/>
        </w:rPr>
        <w:t>В границах округа действуют шесть систем теплоснабжения, объединяющих десять источников тепловой энергии. Единой теплоснабжающей организацией является ООО «Южно-Кузбасская энергетическая компания».</w:t>
      </w:r>
    </w:p>
    <w:p w14:paraId="1C1EC7D2" w14:textId="77777777" w:rsidR="000772B4" w:rsidRPr="00C74F04" w:rsidRDefault="00746A89">
      <w:pPr>
        <w:spacing w:after="80"/>
        <w:jc w:val="both"/>
        <w:rPr>
          <w:lang w:val="ru-RU"/>
        </w:rPr>
      </w:pPr>
      <w:r w:rsidRPr="00C74F04">
        <w:rPr>
          <w:lang w:val="ru-RU"/>
        </w:rPr>
        <w:t>Город Таштагол одной системой не является: в его границах работают четыре самостоятельных источника на собственные тепловые сети. Межисточниковых связей не выявлено, поэтому каждый источник образует отдельную зону теплоснабжения. То же относится к посёлку Шерегеш, где действуют два независимых источника.</w:t>
      </w:r>
    </w:p>
    <w:p w14:paraId="63E48227" w14:textId="77777777" w:rsidR="000772B4" w:rsidRDefault="00746A89">
      <w:pPr>
        <w:keepNext/>
        <w:spacing w:before="160"/>
      </w:pPr>
      <w:r>
        <w:rPr>
          <w:b/>
        </w:rPr>
        <w:t>Таблица 1.4 — Действующие источники тепловой энергии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515"/>
        <w:gridCol w:w="1581"/>
        <w:gridCol w:w="2083"/>
        <w:gridCol w:w="2212"/>
        <w:gridCol w:w="1021"/>
        <w:gridCol w:w="933"/>
      </w:tblGrid>
      <w:tr w:rsidR="000772B4" w14:paraId="63A313CB" w14:textId="77777777">
        <w:trPr>
          <w:cantSplit/>
          <w:tblHeader/>
          <w:jc w:val="center"/>
        </w:trPr>
        <w:tc>
          <w:tcPr>
            <w:tcW w:w="0" w:type="auto"/>
            <w:shd w:val="clear" w:color="auto" w:fill="E2F0D9"/>
          </w:tcPr>
          <w:p w14:paraId="5061FB37" w14:textId="77777777" w:rsidR="000772B4" w:rsidRDefault="00746A89">
            <w:pPr>
              <w:jc w:val="center"/>
            </w:pPr>
            <w:r>
              <w:rPr>
                <w:b/>
              </w:rPr>
              <w:t>Источник</w:t>
            </w:r>
          </w:p>
        </w:tc>
        <w:tc>
          <w:tcPr>
            <w:tcW w:w="0" w:type="auto"/>
            <w:shd w:val="clear" w:color="auto" w:fill="E2F0D9"/>
          </w:tcPr>
          <w:p w14:paraId="59EF6025" w14:textId="77777777" w:rsidR="000772B4" w:rsidRDefault="00746A89">
            <w:pPr>
              <w:jc w:val="center"/>
            </w:pPr>
            <w:r>
              <w:rPr>
                <w:b/>
              </w:rPr>
              <w:t>Населённый пункт</w:t>
            </w:r>
          </w:p>
        </w:tc>
        <w:tc>
          <w:tcPr>
            <w:tcW w:w="0" w:type="auto"/>
            <w:shd w:val="clear" w:color="auto" w:fill="E2F0D9"/>
          </w:tcPr>
          <w:p w14:paraId="4F484C40" w14:textId="77777777" w:rsidR="000772B4" w:rsidRDefault="00746A89">
            <w:pPr>
              <w:jc w:val="center"/>
            </w:pPr>
            <w:r>
              <w:rPr>
                <w:b/>
              </w:rPr>
              <w:t>Установленная мощность, Гкал/ч</w:t>
            </w:r>
          </w:p>
        </w:tc>
        <w:tc>
          <w:tcPr>
            <w:tcW w:w="0" w:type="auto"/>
            <w:shd w:val="clear" w:color="auto" w:fill="E2F0D9"/>
          </w:tcPr>
          <w:p w14:paraId="23A200CE" w14:textId="77777777" w:rsidR="000772B4" w:rsidRDefault="00746A89">
            <w:pPr>
              <w:jc w:val="center"/>
            </w:pPr>
            <w:r>
              <w:rPr>
                <w:b/>
              </w:rPr>
              <w:t>Присоединённая нагрузка, Гкал/ч</w:t>
            </w:r>
          </w:p>
        </w:tc>
        <w:tc>
          <w:tcPr>
            <w:tcW w:w="0" w:type="auto"/>
            <w:shd w:val="clear" w:color="auto" w:fill="E2F0D9"/>
          </w:tcPr>
          <w:p w14:paraId="1905923D" w14:textId="77777777" w:rsidR="000772B4" w:rsidRDefault="00746A89">
            <w:pPr>
              <w:jc w:val="center"/>
            </w:pPr>
            <w:r>
              <w:rPr>
                <w:b/>
              </w:rPr>
              <w:t>Котлов, ед.</w:t>
            </w:r>
          </w:p>
        </w:tc>
        <w:tc>
          <w:tcPr>
            <w:tcW w:w="0" w:type="auto"/>
            <w:shd w:val="clear" w:color="auto" w:fill="E2F0D9"/>
          </w:tcPr>
          <w:p w14:paraId="05C7F8DE" w14:textId="77777777" w:rsidR="000772B4" w:rsidRDefault="00746A89">
            <w:pPr>
              <w:jc w:val="center"/>
            </w:pPr>
            <w:r>
              <w:rPr>
                <w:b/>
              </w:rPr>
              <w:t>Марка угля</w:t>
            </w:r>
          </w:p>
        </w:tc>
      </w:tr>
      <w:tr w:rsidR="000772B4" w14:paraId="5AD46741" w14:textId="77777777">
        <w:trPr>
          <w:cantSplit/>
          <w:jc w:val="center"/>
        </w:trPr>
        <w:tc>
          <w:tcPr>
            <w:tcW w:w="0" w:type="auto"/>
          </w:tcPr>
          <w:p w14:paraId="023B46F7" w14:textId="77777777" w:rsidR="000772B4" w:rsidRDefault="00746A89">
            <w:r>
              <w:t>УПК № 1 Таштагол</w:t>
            </w:r>
          </w:p>
        </w:tc>
        <w:tc>
          <w:tcPr>
            <w:tcW w:w="0" w:type="auto"/>
          </w:tcPr>
          <w:p w14:paraId="371E1AA4" w14:textId="77777777" w:rsidR="000772B4" w:rsidRDefault="00746A89">
            <w:pPr>
              <w:jc w:val="center"/>
            </w:pPr>
            <w:r>
              <w:t>город Таштагол</w:t>
            </w:r>
          </w:p>
        </w:tc>
        <w:tc>
          <w:tcPr>
            <w:tcW w:w="0" w:type="auto"/>
          </w:tcPr>
          <w:p w14:paraId="18F0E62A" w14:textId="77777777" w:rsidR="000772B4" w:rsidRDefault="00746A89">
            <w:pPr>
              <w:jc w:val="center"/>
            </w:pPr>
            <w:r>
              <w:t>150,00</w:t>
            </w:r>
          </w:p>
        </w:tc>
        <w:tc>
          <w:tcPr>
            <w:tcW w:w="0" w:type="auto"/>
          </w:tcPr>
          <w:p w14:paraId="6CBAA8E7" w14:textId="77777777" w:rsidR="000772B4" w:rsidRDefault="00746A89">
            <w:pPr>
              <w:jc w:val="center"/>
            </w:pPr>
            <w:r>
              <w:t>70,2235</w:t>
            </w:r>
          </w:p>
        </w:tc>
        <w:tc>
          <w:tcPr>
            <w:tcW w:w="0" w:type="auto"/>
          </w:tcPr>
          <w:p w14:paraId="4FEEA957" w14:textId="77777777" w:rsidR="000772B4" w:rsidRDefault="00746A89">
            <w:pPr>
              <w:jc w:val="center"/>
            </w:pPr>
            <w:r>
              <w:t>5</w:t>
            </w:r>
          </w:p>
        </w:tc>
        <w:tc>
          <w:tcPr>
            <w:tcW w:w="0" w:type="auto"/>
          </w:tcPr>
          <w:p w14:paraId="11E35F87" w14:textId="77777777" w:rsidR="000772B4" w:rsidRDefault="00746A89">
            <w:pPr>
              <w:jc w:val="center"/>
            </w:pPr>
            <w:r>
              <w:t>ДГр</w:t>
            </w:r>
          </w:p>
        </w:tc>
      </w:tr>
      <w:tr w:rsidR="000772B4" w14:paraId="4081FDDA" w14:textId="77777777">
        <w:trPr>
          <w:cantSplit/>
          <w:jc w:val="center"/>
        </w:trPr>
        <w:tc>
          <w:tcPr>
            <w:tcW w:w="0" w:type="auto"/>
          </w:tcPr>
          <w:p w14:paraId="2189FEB5" w14:textId="77777777" w:rsidR="000772B4" w:rsidRDefault="00746A89">
            <w:r>
              <w:t>УПК № 2 Шалым</w:t>
            </w:r>
          </w:p>
        </w:tc>
        <w:tc>
          <w:tcPr>
            <w:tcW w:w="0" w:type="auto"/>
          </w:tcPr>
          <w:p w14:paraId="45FD3447" w14:textId="77777777" w:rsidR="000772B4" w:rsidRDefault="00746A89">
            <w:pPr>
              <w:jc w:val="center"/>
            </w:pPr>
            <w:r>
              <w:t>город Таштагол</w:t>
            </w:r>
          </w:p>
        </w:tc>
        <w:tc>
          <w:tcPr>
            <w:tcW w:w="0" w:type="auto"/>
          </w:tcPr>
          <w:p w14:paraId="1DCB6F6C" w14:textId="77777777" w:rsidR="000772B4" w:rsidRDefault="00746A89">
            <w:pPr>
              <w:jc w:val="center"/>
            </w:pPr>
            <w:r>
              <w:t>17,00</w:t>
            </w:r>
          </w:p>
        </w:tc>
        <w:tc>
          <w:tcPr>
            <w:tcW w:w="0" w:type="auto"/>
          </w:tcPr>
          <w:p w14:paraId="207E3DBB" w14:textId="77777777" w:rsidR="000772B4" w:rsidRDefault="00746A89">
            <w:pPr>
              <w:jc w:val="center"/>
            </w:pPr>
            <w:r>
              <w:t>3,6279</w:t>
            </w:r>
          </w:p>
        </w:tc>
        <w:tc>
          <w:tcPr>
            <w:tcW w:w="0" w:type="auto"/>
          </w:tcPr>
          <w:p w14:paraId="2612EAF4" w14:textId="77777777" w:rsidR="000772B4" w:rsidRDefault="00746A89">
            <w:pPr>
              <w:jc w:val="center"/>
            </w:pPr>
            <w:r>
              <w:t>3</w:t>
            </w:r>
          </w:p>
        </w:tc>
        <w:tc>
          <w:tcPr>
            <w:tcW w:w="0" w:type="auto"/>
          </w:tcPr>
          <w:p w14:paraId="3ECC5913" w14:textId="77777777" w:rsidR="000772B4" w:rsidRDefault="00746A89">
            <w:pPr>
              <w:jc w:val="center"/>
            </w:pPr>
            <w:r>
              <w:t>Др</w:t>
            </w:r>
          </w:p>
        </w:tc>
      </w:tr>
      <w:tr w:rsidR="000772B4" w14:paraId="5DE94824" w14:textId="77777777">
        <w:trPr>
          <w:cantSplit/>
          <w:jc w:val="center"/>
        </w:trPr>
        <w:tc>
          <w:tcPr>
            <w:tcW w:w="0" w:type="auto"/>
          </w:tcPr>
          <w:p w14:paraId="55F466C4" w14:textId="77777777" w:rsidR="000772B4" w:rsidRDefault="00746A89">
            <w:r>
              <w:t>УПК № 2 ЦМК</w:t>
            </w:r>
          </w:p>
        </w:tc>
        <w:tc>
          <w:tcPr>
            <w:tcW w:w="0" w:type="auto"/>
          </w:tcPr>
          <w:p w14:paraId="1C174D7D" w14:textId="77777777" w:rsidR="000772B4" w:rsidRDefault="00746A89">
            <w:pPr>
              <w:jc w:val="center"/>
            </w:pPr>
            <w:r>
              <w:t>город Таштагол</w:t>
            </w:r>
          </w:p>
        </w:tc>
        <w:tc>
          <w:tcPr>
            <w:tcW w:w="0" w:type="auto"/>
          </w:tcPr>
          <w:p w14:paraId="4504778C" w14:textId="77777777" w:rsidR="000772B4" w:rsidRDefault="00746A89">
            <w:pPr>
              <w:jc w:val="center"/>
            </w:pPr>
            <w:r>
              <w:t>10,20</w:t>
            </w:r>
          </w:p>
        </w:tc>
        <w:tc>
          <w:tcPr>
            <w:tcW w:w="0" w:type="auto"/>
          </w:tcPr>
          <w:p w14:paraId="576B061B" w14:textId="77777777" w:rsidR="000772B4" w:rsidRDefault="00746A89">
            <w:pPr>
              <w:jc w:val="center"/>
            </w:pPr>
            <w:r>
              <w:t>2,2233</w:t>
            </w:r>
          </w:p>
        </w:tc>
        <w:tc>
          <w:tcPr>
            <w:tcW w:w="0" w:type="auto"/>
          </w:tcPr>
          <w:p w14:paraId="3FD62841" w14:textId="77777777" w:rsidR="000772B4" w:rsidRDefault="00746A89">
            <w:pPr>
              <w:jc w:val="center"/>
            </w:pPr>
            <w:r>
              <w:t>3</w:t>
            </w:r>
          </w:p>
        </w:tc>
        <w:tc>
          <w:tcPr>
            <w:tcW w:w="0" w:type="auto"/>
          </w:tcPr>
          <w:p w14:paraId="15D3156A" w14:textId="77777777" w:rsidR="000772B4" w:rsidRDefault="00746A89">
            <w:pPr>
              <w:jc w:val="center"/>
            </w:pPr>
            <w:r>
              <w:t>Др</w:t>
            </w:r>
          </w:p>
        </w:tc>
      </w:tr>
      <w:tr w:rsidR="000772B4" w14:paraId="050F2379" w14:textId="77777777">
        <w:trPr>
          <w:cantSplit/>
          <w:jc w:val="center"/>
        </w:trPr>
        <w:tc>
          <w:tcPr>
            <w:tcW w:w="0" w:type="auto"/>
          </w:tcPr>
          <w:p w14:paraId="5981759A" w14:textId="77777777" w:rsidR="000772B4" w:rsidRDefault="00746A89">
            <w:r>
              <w:t>УПК № 9 ГРЭ</w:t>
            </w:r>
          </w:p>
        </w:tc>
        <w:tc>
          <w:tcPr>
            <w:tcW w:w="0" w:type="auto"/>
          </w:tcPr>
          <w:p w14:paraId="56897DB2" w14:textId="77777777" w:rsidR="000772B4" w:rsidRDefault="00746A89">
            <w:pPr>
              <w:jc w:val="center"/>
            </w:pPr>
            <w:r>
              <w:t>город Таштагол</w:t>
            </w:r>
          </w:p>
        </w:tc>
        <w:tc>
          <w:tcPr>
            <w:tcW w:w="0" w:type="auto"/>
          </w:tcPr>
          <w:p w14:paraId="73A7ECF4" w14:textId="77777777" w:rsidR="000772B4" w:rsidRDefault="00746A89">
            <w:pPr>
              <w:jc w:val="center"/>
            </w:pPr>
            <w:r>
              <w:t>4,50</w:t>
            </w:r>
          </w:p>
        </w:tc>
        <w:tc>
          <w:tcPr>
            <w:tcW w:w="0" w:type="auto"/>
          </w:tcPr>
          <w:p w14:paraId="0C3A3DF0" w14:textId="77777777" w:rsidR="000772B4" w:rsidRDefault="00746A89">
            <w:pPr>
              <w:jc w:val="center"/>
            </w:pPr>
            <w:r>
              <w:t>0,5624</w:t>
            </w:r>
          </w:p>
        </w:tc>
        <w:tc>
          <w:tcPr>
            <w:tcW w:w="0" w:type="auto"/>
          </w:tcPr>
          <w:p w14:paraId="3166C5E1" w14:textId="77777777" w:rsidR="000772B4" w:rsidRDefault="00746A89">
            <w:pPr>
              <w:jc w:val="center"/>
            </w:pPr>
            <w:r>
              <w:t>4</w:t>
            </w:r>
          </w:p>
        </w:tc>
        <w:tc>
          <w:tcPr>
            <w:tcW w:w="0" w:type="auto"/>
          </w:tcPr>
          <w:p w14:paraId="4EC20A3A" w14:textId="77777777" w:rsidR="000772B4" w:rsidRDefault="00746A89">
            <w:pPr>
              <w:jc w:val="center"/>
            </w:pPr>
            <w:r>
              <w:t>ДГр</w:t>
            </w:r>
          </w:p>
        </w:tc>
      </w:tr>
      <w:tr w:rsidR="000772B4" w14:paraId="46D3BE36" w14:textId="77777777">
        <w:trPr>
          <w:cantSplit/>
          <w:jc w:val="center"/>
        </w:trPr>
        <w:tc>
          <w:tcPr>
            <w:tcW w:w="0" w:type="auto"/>
          </w:tcPr>
          <w:p w14:paraId="30D0889D" w14:textId="77777777" w:rsidR="000772B4" w:rsidRDefault="00746A89">
            <w:r>
              <w:t>УПК № 5 Новый Шерегеш</w:t>
            </w:r>
          </w:p>
        </w:tc>
        <w:tc>
          <w:tcPr>
            <w:tcW w:w="0" w:type="auto"/>
          </w:tcPr>
          <w:p w14:paraId="4B15B697" w14:textId="77777777" w:rsidR="000772B4" w:rsidRDefault="00746A89">
            <w:pPr>
              <w:jc w:val="center"/>
            </w:pPr>
            <w:r>
              <w:t>пгт Шерегеш</w:t>
            </w:r>
          </w:p>
        </w:tc>
        <w:tc>
          <w:tcPr>
            <w:tcW w:w="0" w:type="auto"/>
          </w:tcPr>
          <w:p w14:paraId="1B0AAA9B" w14:textId="77777777" w:rsidR="000772B4" w:rsidRDefault="00746A89">
            <w:pPr>
              <w:jc w:val="center"/>
            </w:pPr>
            <w:r>
              <w:t>114,00</w:t>
            </w:r>
          </w:p>
        </w:tc>
        <w:tc>
          <w:tcPr>
            <w:tcW w:w="0" w:type="auto"/>
          </w:tcPr>
          <w:p w14:paraId="033FB76E" w14:textId="77777777" w:rsidR="000772B4" w:rsidRDefault="00746A89">
            <w:pPr>
              <w:jc w:val="center"/>
            </w:pPr>
            <w:r>
              <w:t>42,6992</w:t>
            </w:r>
          </w:p>
        </w:tc>
        <w:tc>
          <w:tcPr>
            <w:tcW w:w="0" w:type="auto"/>
          </w:tcPr>
          <w:p w14:paraId="3E6CB680" w14:textId="77777777" w:rsidR="000772B4" w:rsidRDefault="00746A89">
            <w:pPr>
              <w:jc w:val="center"/>
            </w:pPr>
            <w:r>
              <w:t>7</w:t>
            </w:r>
          </w:p>
        </w:tc>
        <w:tc>
          <w:tcPr>
            <w:tcW w:w="0" w:type="auto"/>
          </w:tcPr>
          <w:p w14:paraId="6BA2278A" w14:textId="77777777" w:rsidR="000772B4" w:rsidRDefault="00746A89">
            <w:pPr>
              <w:jc w:val="center"/>
            </w:pPr>
            <w:r>
              <w:t>Др</w:t>
            </w:r>
          </w:p>
        </w:tc>
      </w:tr>
      <w:tr w:rsidR="000772B4" w14:paraId="514CC573" w14:textId="77777777">
        <w:trPr>
          <w:cantSplit/>
          <w:jc w:val="center"/>
        </w:trPr>
        <w:tc>
          <w:tcPr>
            <w:tcW w:w="0" w:type="auto"/>
          </w:tcPr>
          <w:p w14:paraId="4434F8CE" w14:textId="77777777" w:rsidR="000772B4" w:rsidRDefault="00746A89">
            <w:r>
              <w:t>УПК № 6 Старый Шерегеш</w:t>
            </w:r>
          </w:p>
        </w:tc>
        <w:tc>
          <w:tcPr>
            <w:tcW w:w="0" w:type="auto"/>
          </w:tcPr>
          <w:p w14:paraId="3F39D2D9" w14:textId="77777777" w:rsidR="000772B4" w:rsidRDefault="00746A89">
            <w:pPr>
              <w:jc w:val="center"/>
            </w:pPr>
            <w:r>
              <w:t>пгт Шерегеш</w:t>
            </w:r>
          </w:p>
        </w:tc>
        <w:tc>
          <w:tcPr>
            <w:tcW w:w="0" w:type="auto"/>
          </w:tcPr>
          <w:p w14:paraId="285AAAC5" w14:textId="77777777" w:rsidR="000772B4" w:rsidRDefault="00746A89">
            <w:pPr>
              <w:jc w:val="center"/>
            </w:pPr>
            <w:r>
              <w:t>24,00</w:t>
            </w:r>
          </w:p>
        </w:tc>
        <w:tc>
          <w:tcPr>
            <w:tcW w:w="0" w:type="auto"/>
          </w:tcPr>
          <w:p w14:paraId="39561C89" w14:textId="77777777" w:rsidR="000772B4" w:rsidRDefault="00746A89">
            <w:pPr>
              <w:jc w:val="center"/>
            </w:pPr>
            <w:r>
              <w:t>2,7972</w:t>
            </w:r>
          </w:p>
        </w:tc>
        <w:tc>
          <w:tcPr>
            <w:tcW w:w="0" w:type="auto"/>
          </w:tcPr>
          <w:p w14:paraId="37918CDC" w14:textId="77777777" w:rsidR="000772B4" w:rsidRDefault="00746A89">
            <w:pPr>
              <w:jc w:val="center"/>
            </w:pPr>
            <w:r>
              <w:t>4</w:t>
            </w:r>
          </w:p>
        </w:tc>
        <w:tc>
          <w:tcPr>
            <w:tcW w:w="0" w:type="auto"/>
          </w:tcPr>
          <w:p w14:paraId="65D5ACA3" w14:textId="77777777" w:rsidR="000772B4" w:rsidRDefault="00746A89">
            <w:pPr>
              <w:jc w:val="center"/>
            </w:pPr>
            <w:r>
              <w:t>Др</w:t>
            </w:r>
          </w:p>
        </w:tc>
      </w:tr>
      <w:tr w:rsidR="000772B4" w14:paraId="5C68DCD5" w14:textId="77777777">
        <w:trPr>
          <w:cantSplit/>
          <w:jc w:val="center"/>
        </w:trPr>
        <w:tc>
          <w:tcPr>
            <w:tcW w:w="0" w:type="auto"/>
          </w:tcPr>
          <w:p w14:paraId="093FBD9F" w14:textId="77777777" w:rsidR="000772B4" w:rsidRDefault="00746A89">
            <w:r>
              <w:t>УПК № 7 Каз</w:t>
            </w:r>
          </w:p>
        </w:tc>
        <w:tc>
          <w:tcPr>
            <w:tcW w:w="0" w:type="auto"/>
          </w:tcPr>
          <w:p w14:paraId="6D5A455D" w14:textId="77777777" w:rsidR="000772B4" w:rsidRDefault="00746A89">
            <w:pPr>
              <w:jc w:val="center"/>
            </w:pPr>
            <w:r>
              <w:t>пгт Каз</w:t>
            </w:r>
          </w:p>
        </w:tc>
        <w:tc>
          <w:tcPr>
            <w:tcW w:w="0" w:type="auto"/>
          </w:tcPr>
          <w:p w14:paraId="3B24015D" w14:textId="77777777" w:rsidR="000772B4" w:rsidRDefault="00746A89">
            <w:pPr>
              <w:jc w:val="center"/>
            </w:pPr>
            <w:r>
              <w:t>72,00</w:t>
            </w:r>
          </w:p>
        </w:tc>
        <w:tc>
          <w:tcPr>
            <w:tcW w:w="0" w:type="auto"/>
          </w:tcPr>
          <w:p w14:paraId="6F551AEF" w14:textId="77777777" w:rsidR="000772B4" w:rsidRDefault="00746A89">
            <w:pPr>
              <w:jc w:val="center"/>
            </w:pPr>
            <w:r>
              <w:t>9,2933</w:t>
            </w:r>
          </w:p>
        </w:tc>
        <w:tc>
          <w:tcPr>
            <w:tcW w:w="0" w:type="auto"/>
          </w:tcPr>
          <w:p w14:paraId="2EF72DF9" w14:textId="77777777" w:rsidR="000772B4" w:rsidRDefault="00746A89">
            <w:pPr>
              <w:jc w:val="center"/>
            </w:pPr>
            <w:r>
              <w:t>5</w:t>
            </w:r>
          </w:p>
        </w:tc>
        <w:tc>
          <w:tcPr>
            <w:tcW w:w="0" w:type="auto"/>
          </w:tcPr>
          <w:p w14:paraId="5BAB79B4" w14:textId="77777777" w:rsidR="000772B4" w:rsidRDefault="00746A89">
            <w:pPr>
              <w:jc w:val="center"/>
            </w:pPr>
            <w:r>
              <w:t>Др</w:t>
            </w:r>
          </w:p>
        </w:tc>
      </w:tr>
      <w:tr w:rsidR="000772B4" w14:paraId="76A99119" w14:textId="77777777">
        <w:trPr>
          <w:cantSplit/>
          <w:jc w:val="center"/>
        </w:trPr>
        <w:tc>
          <w:tcPr>
            <w:tcW w:w="0" w:type="auto"/>
          </w:tcPr>
          <w:p w14:paraId="3DECCD8B" w14:textId="77777777" w:rsidR="000772B4" w:rsidRDefault="00746A89">
            <w:r>
              <w:t>УПК № 8 Мундыбаш</w:t>
            </w:r>
          </w:p>
        </w:tc>
        <w:tc>
          <w:tcPr>
            <w:tcW w:w="0" w:type="auto"/>
          </w:tcPr>
          <w:p w14:paraId="40961221" w14:textId="77777777" w:rsidR="000772B4" w:rsidRDefault="00746A89">
            <w:pPr>
              <w:jc w:val="center"/>
            </w:pPr>
            <w:r>
              <w:t>пгт Мундыбаш</w:t>
            </w:r>
          </w:p>
        </w:tc>
        <w:tc>
          <w:tcPr>
            <w:tcW w:w="0" w:type="auto"/>
          </w:tcPr>
          <w:p w14:paraId="58426483" w14:textId="77777777" w:rsidR="000772B4" w:rsidRDefault="00746A89">
            <w:pPr>
              <w:jc w:val="center"/>
            </w:pPr>
            <w:r>
              <w:t>36,00</w:t>
            </w:r>
          </w:p>
        </w:tc>
        <w:tc>
          <w:tcPr>
            <w:tcW w:w="0" w:type="auto"/>
          </w:tcPr>
          <w:p w14:paraId="0616DE58" w14:textId="77777777" w:rsidR="000772B4" w:rsidRDefault="00746A89">
            <w:pPr>
              <w:jc w:val="center"/>
            </w:pPr>
            <w:r>
              <w:t>8,5759</w:t>
            </w:r>
          </w:p>
        </w:tc>
        <w:tc>
          <w:tcPr>
            <w:tcW w:w="0" w:type="auto"/>
          </w:tcPr>
          <w:p w14:paraId="365C86E6" w14:textId="77777777" w:rsidR="000772B4" w:rsidRDefault="00746A89">
            <w:pPr>
              <w:jc w:val="center"/>
            </w:pPr>
            <w:r>
              <w:t>5</w:t>
            </w:r>
          </w:p>
        </w:tc>
        <w:tc>
          <w:tcPr>
            <w:tcW w:w="0" w:type="auto"/>
          </w:tcPr>
          <w:p w14:paraId="16AFF07C" w14:textId="77777777" w:rsidR="000772B4" w:rsidRDefault="00746A89">
            <w:pPr>
              <w:jc w:val="center"/>
            </w:pPr>
            <w:r>
              <w:t>Др</w:t>
            </w:r>
          </w:p>
        </w:tc>
      </w:tr>
      <w:tr w:rsidR="000772B4" w14:paraId="5E88DF22" w14:textId="77777777">
        <w:trPr>
          <w:cantSplit/>
          <w:jc w:val="center"/>
        </w:trPr>
        <w:tc>
          <w:tcPr>
            <w:tcW w:w="0" w:type="auto"/>
          </w:tcPr>
          <w:p w14:paraId="623053EE" w14:textId="77777777" w:rsidR="000772B4" w:rsidRDefault="00746A89">
            <w:r>
              <w:t>УПК № 10 Темир-Тау</w:t>
            </w:r>
          </w:p>
        </w:tc>
        <w:tc>
          <w:tcPr>
            <w:tcW w:w="0" w:type="auto"/>
          </w:tcPr>
          <w:p w14:paraId="7310C85F" w14:textId="77777777" w:rsidR="000772B4" w:rsidRDefault="00746A89">
            <w:pPr>
              <w:jc w:val="center"/>
            </w:pPr>
            <w:r>
              <w:t>пгт Темиртау</w:t>
            </w:r>
          </w:p>
        </w:tc>
        <w:tc>
          <w:tcPr>
            <w:tcW w:w="0" w:type="auto"/>
          </w:tcPr>
          <w:p w14:paraId="65E3C877" w14:textId="77777777" w:rsidR="000772B4" w:rsidRDefault="00746A89">
            <w:pPr>
              <w:jc w:val="center"/>
            </w:pPr>
            <w:r>
              <w:t>33,60</w:t>
            </w:r>
          </w:p>
        </w:tc>
        <w:tc>
          <w:tcPr>
            <w:tcW w:w="0" w:type="auto"/>
          </w:tcPr>
          <w:p w14:paraId="6E8E630E" w14:textId="77777777" w:rsidR="000772B4" w:rsidRDefault="00746A89">
            <w:pPr>
              <w:jc w:val="center"/>
            </w:pPr>
            <w:r>
              <w:t>6,5755</w:t>
            </w:r>
          </w:p>
        </w:tc>
        <w:tc>
          <w:tcPr>
            <w:tcW w:w="0" w:type="auto"/>
          </w:tcPr>
          <w:p w14:paraId="677B0A84" w14:textId="77777777" w:rsidR="000772B4" w:rsidRDefault="00746A89">
            <w:pPr>
              <w:jc w:val="center"/>
            </w:pPr>
            <w:r>
              <w:t>3</w:t>
            </w:r>
          </w:p>
        </w:tc>
        <w:tc>
          <w:tcPr>
            <w:tcW w:w="0" w:type="auto"/>
          </w:tcPr>
          <w:p w14:paraId="764F62A9" w14:textId="77777777" w:rsidR="000772B4" w:rsidRDefault="00746A89">
            <w:pPr>
              <w:jc w:val="center"/>
            </w:pPr>
            <w:r>
              <w:t>Др</w:t>
            </w:r>
          </w:p>
        </w:tc>
      </w:tr>
      <w:tr w:rsidR="000772B4" w14:paraId="0956041C" w14:textId="77777777">
        <w:trPr>
          <w:cantSplit/>
          <w:jc w:val="center"/>
        </w:trPr>
        <w:tc>
          <w:tcPr>
            <w:tcW w:w="0" w:type="auto"/>
          </w:tcPr>
          <w:p w14:paraId="43E5115D" w14:textId="77777777" w:rsidR="000772B4" w:rsidRDefault="00746A89">
            <w:r>
              <w:t>УПК № 3 Спасск</w:t>
            </w:r>
          </w:p>
        </w:tc>
        <w:tc>
          <w:tcPr>
            <w:tcW w:w="0" w:type="auto"/>
          </w:tcPr>
          <w:p w14:paraId="45D7F9D9" w14:textId="77777777" w:rsidR="000772B4" w:rsidRDefault="00746A89">
            <w:pPr>
              <w:jc w:val="center"/>
            </w:pPr>
            <w:r>
              <w:t>пгт Спасск</w:t>
            </w:r>
          </w:p>
        </w:tc>
        <w:tc>
          <w:tcPr>
            <w:tcW w:w="0" w:type="auto"/>
          </w:tcPr>
          <w:p w14:paraId="0998C43D" w14:textId="77777777" w:rsidR="000772B4" w:rsidRDefault="00746A89">
            <w:pPr>
              <w:jc w:val="center"/>
            </w:pPr>
            <w:r>
              <w:t>5,37</w:t>
            </w:r>
          </w:p>
        </w:tc>
        <w:tc>
          <w:tcPr>
            <w:tcW w:w="0" w:type="auto"/>
          </w:tcPr>
          <w:p w14:paraId="44AD19CC" w14:textId="77777777" w:rsidR="000772B4" w:rsidRDefault="00746A89">
            <w:pPr>
              <w:jc w:val="center"/>
            </w:pPr>
            <w:r>
              <w:t>1,1314</w:t>
            </w:r>
          </w:p>
        </w:tc>
        <w:tc>
          <w:tcPr>
            <w:tcW w:w="0" w:type="auto"/>
          </w:tcPr>
          <w:p w14:paraId="3FC38572" w14:textId="77777777" w:rsidR="000772B4" w:rsidRDefault="00746A89">
            <w:pPr>
              <w:jc w:val="center"/>
            </w:pPr>
            <w:r>
              <w:t>5</w:t>
            </w:r>
          </w:p>
        </w:tc>
        <w:tc>
          <w:tcPr>
            <w:tcW w:w="0" w:type="auto"/>
          </w:tcPr>
          <w:p w14:paraId="4AE33430" w14:textId="77777777" w:rsidR="000772B4" w:rsidRDefault="00746A89">
            <w:pPr>
              <w:jc w:val="center"/>
            </w:pPr>
            <w:r>
              <w:t>ДГр</w:t>
            </w:r>
          </w:p>
        </w:tc>
      </w:tr>
      <w:tr w:rsidR="000772B4" w14:paraId="28597FDB" w14:textId="77777777">
        <w:trPr>
          <w:cantSplit/>
          <w:jc w:val="center"/>
        </w:trPr>
        <w:tc>
          <w:tcPr>
            <w:tcW w:w="0" w:type="auto"/>
            <w:shd w:val="clear" w:color="auto" w:fill="DBE5F1"/>
          </w:tcPr>
          <w:p w14:paraId="43E86483" w14:textId="77777777" w:rsidR="000772B4" w:rsidRDefault="00746A89">
            <w:r>
              <w:rPr>
                <w:b/>
              </w:rPr>
              <w:t>Итого</w:t>
            </w:r>
          </w:p>
        </w:tc>
        <w:tc>
          <w:tcPr>
            <w:tcW w:w="0" w:type="auto"/>
            <w:shd w:val="clear" w:color="auto" w:fill="DBE5F1"/>
          </w:tcPr>
          <w:p w14:paraId="4564D439" w14:textId="77777777" w:rsidR="000772B4" w:rsidRDefault="00746A89">
            <w:pPr>
              <w:jc w:val="center"/>
            </w:pPr>
            <w:r>
              <w:rPr>
                <w:b/>
              </w:rPr>
              <w:t>—</w:t>
            </w:r>
          </w:p>
        </w:tc>
        <w:tc>
          <w:tcPr>
            <w:tcW w:w="0" w:type="auto"/>
            <w:shd w:val="clear" w:color="auto" w:fill="DBE5F1"/>
          </w:tcPr>
          <w:p w14:paraId="482E785B" w14:textId="77777777" w:rsidR="000772B4" w:rsidRDefault="00746A89">
            <w:pPr>
              <w:jc w:val="center"/>
            </w:pPr>
            <w:r>
              <w:rPr>
                <w:b/>
              </w:rPr>
              <w:t>466,67</w:t>
            </w:r>
          </w:p>
        </w:tc>
        <w:tc>
          <w:tcPr>
            <w:tcW w:w="0" w:type="auto"/>
            <w:shd w:val="clear" w:color="auto" w:fill="DBE5F1"/>
          </w:tcPr>
          <w:p w14:paraId="39CC193F" w14:textId="77777777" w:rsidR="000772B4" w:rsidRDefault="00746A89">
            <w:pPr>
              <w:jc w:val="center"/>
            </w:pPr>
            <w:r>
              <w:rPr>
                <w:b/>
              </w:rPr>
              <w:t>147,7096</w:t>
            </w:r>
          </w:p>
        </w:tc>
        <w:tc>
          <w:tcPr>
            <w:tcW w:w="0" w:type="auto"/>
            <w:shd w:val="clear" w:color="auto" w:fill="DBE5F1"/>
          </w:tcPr>
          <w:p w14:paraId="65F145B9" w14:textId="77777777" w:rsidR="000772B4" w:rsidRDefault="00746A89">
            <w:pPr>
              <w:jc w:val="center"/>
            </w:pPr>
            <w:r>
              <w:rPr>
                <w:b/>
              </w:rPr>
              <w:t>44</w:t>
            </w:r>
          </w:p>
        </w:tc>
        <w:tc>
          <w:tcPr>
            <w:tcW w:w="0" w:type="auto"/>
            <w:shd w:val="clear" w:color="auto" w:fill="DBE5F1"/>
          </w:tcPr>
          <w:p w14:paraId="740CC11E" w14:textId="77777777" w:rsidR="000772B4" w:rsidRDefault="00746A89">
            <w:pPr>
              <w:jc w:val="center"/>
            </w:pPr>
            <w:r>
              <w:rPr>
                <w:b/>
              </w:rPr>
              <w:t>—</w:t>
            </w:r>
          </w:p>
        </w:tc>
      </w:tr>
    </w:tbl>
    <w:p w14:paraId="0C8AB407" w14:textId="77777777" w:rsidR="000772B4" w:rsidRDefault="000772B4">
      <w:pPr>
        <w:spacing w:after="40"/>
      </w:pPr>
    </w:p>
    <w:p w14:paraId="40291E40" w14:textId="77777777" w:rsidR="000772B4" w:rsidRPr="00C74F04" w:rsidRDefault="00746A89">
      <w:pPr>
        <w:spacing w:after="80"/>
        <w:jc w:val="both"/>
        <w:rPr>
          <w:lang w:val="ru-RU"/>
        </w:rPr>
      </w:pPr>
      <w:r w:rsidRPr="00C74F04">
        <w:rPr>
          <w:lang w:val="ru-RU"/>
        </w:rPr>
        <w:t>Все десять источников работают на каменном угле Кузнецкого бассейна: марки ДГр с низшей теплотой сгорания 5 700 ккал/кг по трём источникам и Др с теплотой 5 145 ккал/кг по семи. Источников с комбинированной выработкой тепловой и электрической энергии на территории округа нет.</w:t>
      </w:r>
    </w:p>
    <w:p w14:paraId="047A4F73" w14:textId="77777777" w:rsidR="000772B4" w:rsidRPr="00782666" w:rsidRDefault="00746A89">
      <w:pPr>
        <w:pStyle w:val="31"/>
        <w:rPr>
          <w:sz w:val="28"/>
          <w:szCs w:val="28"/>
          <w:lang w:val="ru-RU"/>
        </w:rPr>
      </w:pPr>
      <w:r w:rsidRPr="00782666">
        <w:rPr>
          <w:sz w:val="28"/>
          <w:szCs w:val="28"/>
          <w:lang w:val="ru-RU"/>
        </w:rPr>
        <w:t>1.2.2. Тепловая мощность источников</w:t>
      </w:r>
    </w:p>
    <w:p w14:paraId="6346AC37" w14:textId="77777777" w:rsidR="000772B4" w:rsidRPr="00C74F04" w:rsidRDefault="00746A89">
      <w:pPr>
        <w:spacing w:after="80"/>
        <w:jc w:val="both"/>
        <w:rPr>
          <w:lang w:val="ru-RU"/>
        </w:rPr>
      </w:pPr>
      <w:r w:rsidRPr="00C74F04">
        <w:rPr>
          <w:lang w:val="ru-RU"/>
        </w:rPr>
        <w:t>Располагаемая тепловая мощность определяется как установленная мощность за вычетом подтверждённых технических ограничений. По каждому из десяти источников документы актуализации 2026 года содержат отдельную строку ограничений со значением ноль, поэтому располагаемая мощность численно совпадает с установленной. Совпадение численное; тождеством понятий оно не является — при появлении подтверждённого ограничения располагаемая мощность изменится, установленная останется прежней.</w:t>
      </w:r>
    </w:p>
    <w:p w14:paraId="2949B816" w14:textId="77777777" w:rsidR="000772B4" w:rsidRPr="00C74F04" w:rsidRDefault="00746A89">
      <w:pPr>
        <w:spacing w:after="80"/>
        <w:jc w:val="both"/>
        <w:rPr>
          <w:lang w:val="ru-RU"/>
        </w:rPr>
      </w:pPr>
      <w:r w:rsidRPr="00C74F04">
        <w:rPr>
          <w:lang w:val="ru-RU"/>
        </w:rPr>
        <w:t>Нулевое значение подтверждённых ограничений означает, что ограничение не выявлено в доступных источниках, а не то, что физических ограничений оборудования не существует. Ранее применявшееся в проекте расчётное снижение мощности на 25 % источниками не подтверждено и снято.</w:t>
      </w:r>
    </w:p>
    <w:p w14:paraId="0C27F25F" w14:textId="77777777" w:rsidR="000772B4" w:rsidRPr="00C74F04" w:rsidRDefault="00746A89">
      <w:pPr>
        <w:keepNext/>
        <w:spacing w:before="160"/>
        <w:rPr>
          <w:lang w:val="ru-RU"/>
        </w:rPr>
      </w:pPr>
      <w:r w:rsidRPr="00C74F04">
        <w:rPr>
          <w:b/>
          <w:lang w:val="ru-RU"/>
        </w:rPr>
        <w:t>Таблица 1.5 — Мощность и резерв по источникам</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591"/>
        <w:gridCol w:w="2176"/>
        <w:gridCol w:w="2134"/>
        <w:gridCol w:w="2299"/>
        <w:gridCol w:w="1145"/>
      </w:tblGrid>
      <w:tr w:rsidR="000772B4" w14:paraId="663A0A6A" w14:textId="77777777">
        <w:trPr>
          <w:cantSplit/>
          <w:tblHeader/>
          <w:jc w:val="center"/>
        </w:trPr>
        <w:tc>
          <w:tcPr>
            <w:tcW w:w="0" w:type="auto"/>
            <w:shd w:val="clear" w:color="auto" w:fill="E2F0D9"/>
          </w:tcPr>
          <w:p w14:paraId="7389D9D6" w14:textId="77777777" w:rsidR="000772B4" w:rsidRDefault="00746A89">
            <w:pPr>
              <w:jc w:val="center"/>
            </w:pPr>
            <w:r>
              <w:rPr>
                <w:b/>
              </w:rPr>
              <w:t>Источник</w:t>
            </w:r>
          </w:p>
        </w:tc>
        <w:tc>
          <w:tcPr>
            <w:tcW w:w="0" w:type="auto"/>
            <w:shd w:val="clear" w:color="auto" w:fill="E2F0D9"/>
          </w:tcPr>
          <w:p w14:paraId="0A76D0D8" w14:textId="77777777" w:rsidR="000772B4" w:rsidRDefault="00746A89">
            <w:pPr>
              <w:jc w:val="center"/>
            </w:pPr>
            <w:r>
              <w:rPr>
                <w:b/>
              </w:rPr>
              <w:t>Установленная мощность, Гкал/ч</w:t>
            </w:r>
          </w:p>
        </w:tc>
        <w:tc>
          <w:tcPr>
            <w:tcW w:w="0" w:type="auto"/>
            <w:shd w:val="clear" w:color="auto" w:fill="E2F0D9"/>
          </w:tcPr>
          <w:p w14:paraId="0B36A9BE" w14:textId="77777777" w:rsidR="000772B4" w:rsidRDefault="00746A89">
            <w:pPr>
              <w:jc w:val="center"/>
            </w:pPr>
            <w:r>
              <w:rPr>
                <w:b/>
              </w:rPr>
              <w:t>Располагаемая мощность, Гкал/ч</w:t>
            </w:r>
          </w:p>
        </w:tc>
        <w:tc>
          <w:tcPr>
            <w:tcW w:w="0" w:type="auto"/>
            <w:shd w:val="clear" w:color="auto" w:fill="E2F0D9"/>
          </w:tcPr>
          <w:p w14:paraId="4B1A8523" w14:textId="77777777" w:rsidR="000772B4" w:rsidRDefault="00746A89">
            <w:pPr>
              <w:jc w:val="center"/>
            </w:pPr>
            <w:r>
              <w:rPr>
                <w:b/>
              </w:rPr>
              <w:t>Присоединённая нагрузка, Гкал/ч</w:t>
            </w:r>
          </w:p>
        </w:tc>
        <w:tc>
          <w:tcPr>
            <w:tcW w:w="0" w:type="auto"/>
            <w:shd w:val="clear" w:color="auto" w:fill="E2F0D9"/>
          </w:tcPr>
          <w:p w14:paraId="53726282" w14:textId="77777777" w:rsidR="000772B4" w:rsidRDefault="00746A89">
            <w:pPr>
              <w:jc w:val="center"/>
            </w:pPr>
            <w:r>
              <w:rPr>
                <w:b/>
              </w:rPr>
              <w:t>Резерв, Гкал/ч</w:t>
            </w:r>
          </w:p>
        </w:tc>
      </w:tr>
      <w:tr w:rsidR="000772B4" w14:paraId="76242948" w14:textId="77777777">
        <w:trPr>
          <w:cantSplit/>
          <w:jc w:val="center"/>
        </w:trPr>
        <w:tc>
          <w:tcPr>
            <w:tcW w:w="0" w:type="auto"/>
          </w:tcPr>
          <w:p w14:paraId="5BAE61A4" w14:textId="77777777" w:rsidR="000772B4" w:rsidRDefault="00746A89">
            <w:r>
              <w:t>УПК № 1 Таштагол</w:t>
            </w:r>
          </w:p>
        </w:tc>
        <w:tc>
          <w:tcPr>
            <w:tcW w:w="0" w:type="auto"/>
          </w:tcPr>
          <w:p w14:paraId="4BE4C850" w14:textId="77777777" w:rsidR="000772B4" w:rsidRDefault="00746A89">
            <w:pPr>
              <w:jc w:val="center"/>
            </w:pPr>
            <w:r>
              <w:t>150,00</w:t>
            </w:r>
          </w:p>
        </w:tc>
        <w:tc>
          <w:tcPr>
            <w:tcW w:w="0" w:type="auto"/>
          </w:tcPr>
          <w:p w14:paraId="22E588F2" w14:textId="77777777" w:rsidR="000772B4" w:rsidRDefault="00746A89">
            <w:pPr>
              <w:jc w:val="center"/>
            </w:pPr>
            <w:r>
              <w:t>150,00</w:t>
            </w:r>
          </w:p>
        </w:tc>
        <w:tc>
          <w:tcPr>
            <w:tcW w:w="0" w:type="auto"/>
          </w:tcPr>
          <w:p w14:paraId="5AC36442" w14:textId="77777777" w:rsidR="000772B4" w:rsidRDefault="00746A89">
            <w:pPr>
              <w:jc w:val="center"/>
            </w:pPr>
            <w:r>
              <w:t>70,2235</w:t>
            </w:r>
          </w:p>
        </w:tc>
        <w:tc>
          <w:tcPr>
            <w:tcW w:w="0" w:type="auto"/>
          </w:tcPr>
          <w:p w14:paraId="14EA2899" w14:textId="77777777" w:rsidR="000772B4" w:rsidRDefault="00746A89">
            <w:pPr>
              <w:jc w:val="center"/>
            </w:pPr>
            <w:r>
              <w:t>79,7765</w:t>
            </w:r>
          </w:p>
        </w:tc>
      </w:tr>
      <w:tr w:rsidR="000772B4" w14:paraId="5AD3CAD7" w14:textId="77777777">
        <w:trPr>
          <w:cantSplit/>
          <w:jc w:val="center"/>
        </w:trPr>
        <w:tc>
          <w:tcPr>
            <w:tcW w:w="0" w:type="auto"/>
          </w:tcPr>
          <w:p w14:paraId="645095BB" w14:textId="77777777" w:rsidR="000772B4" w:rsidRDefault="00746A89">
            <w:r>
              <w:t>УПК № 2 Шалым</w:t>
            </w:r>
          </w:p>
        </w:tc>
        <w:tc>
          <w:tcPr>
            <w:tcW w:w="0" w:type="auto"/>
          </w:tcPr>
          <w:p w14:paraId="028D1A67" w14:textId="77777777" w:rsidR="000772B4" w:rsidRDefault="00746A89">
            <w:pPr>
              <w:jc w:val="center"/>
            </w:pPr>
            <w:r>
              <w:t>17,00</w:t>
            </w:r>
          </w:p>
        </w:tc>
        <w:tc>
          <w:tcPr>
            <w:tcW w:w="0" w:type="auto"/>
          </w:tcPr>
          <w:p w14:paraId="7A3A915E" w14:textId="77777777" w:rsidR="000772B4" w:rsidRDefault="00746A89">
            <w:pPr>
              <w:jc w:val="center"/>
            </w:pPr>
            <w:r>
              <w:t>17,00</w:t>
            </w:r>
          </w:p>
        </w:tc>
        <w:tc>
          <w:tcPr>
            <w:tcW w:w="0" w:type="auto"/>
          </w:tcPr>
          <w:p w14:paraId="33E7CCF2" w14:textId="77777777" w:rsidR="000772B4" w:rsidRDefault="00746A89">
            <w:pPr>
              <w:jc w:val="center"/>
            </w:pPr>
            <w:r>
              <w:t>3,6279</w:t>
            </w:r>
          </w:p>
        </w:tc>
        <w:tc>
          <w:tcPr>
            <w:tcW w:w="0" w:type="auto"/>
          </w:tcPr>
          <w:p w14:paraId="5EAE2BD1" w14:textId="77777777" w:rsidR="000772B4" w:rsidRDefault="00746A89">
            <w:pPr>
              <w:jc w:val="center"/>
            </w:pPr>
            <w:r>
              <w:t>13,3721</w:t>
            </w:r>
          </w:p>
        </w:tc>
      </w:tr>
      <w:tr w:rsidR="000772B4" w14:paraId="2229D58B" w14:textId="77777777">
        <w:trPr>
          <w:cantSplit/>
          <w:jc w:val="center"/>
        </w:trPr>
        <w:tc>
          <w:tcPr>
            <w:tcW w:w="0" w:type="auto"/>
          </w:tcPr>
          <w:p w14:paraId="0A1972C0" w14:textId="77777777" w:rsidR="000772B4" w:rsidRDefault="00746A89">
            <w:r>
              <w:t>УПК № 2 ЦМК</w:t>
            </w:r>
          </w:p>
        </w:tc>
        <w:tc>
          <w:tcPr>
            <w:tcW w:w="0" w:type="auto"/>
          </w:tcPr>
          <w:p w14:paraId="0D53DEA9" w14:textId="77777777" w:rsidR="000772B4" w:rsidRDefault="00746A89">
            <w:pPr>
              <w:jc w:val="center"/>
            </w:pPr>
            <w:r>
              <w:t>10,20</w:t>
            </w:r>
          </w:p>
        </w:tc>
        <w:tc>
          <w:tcPr>
            <w:tcW w:w="0" w:type="auto"/>
          </w:tcPr>
          <w:p w14:paraId="6591A1A1" w14:textId="77777777" w:rsidR="000772B4" w:rsidRDefault="00746A89">
            <w:pPr>
              <w:jc w:val="center"/>
            </w:pPr>
            <w:r>
              <w:t>10,20</w:t>
            </w:r>
          </w:p>
        </w:tc>
        <w:tc>
          <w:tcPr>
            <w:tcW w:w="0" w:type="auto"/>
          </w:tcPr>
          <w:p w14:paraId="1EF28C16" w14:textId="77777777" w:rsidR="000772B4" w:rsidRDefault="00746A89">
            <w:pPr>
              <w:jc w:val="center"/>
            </w:pPr>
            <w:r>
              <w:t>2,2233</w:t>
            </w:r>
          </w:p>
        </w:tc>
        <w:tc>
          <w:tcPr>
            <w:tcW w:w="0" w:type="auto"/>
          </w:tcPr>
          <w:p w14:paraId="59F4DF5D" w14:textId="77777777" w:rsidR="000772B4" w:rsidRDefault="00746A89">
            <w:pPr>
              <w:jc w:val="center"/>
            </w:pPr>
            <w:r>
              <w:t>7,9767</w:t>
            </w:r>
          </w:p>
        </w:tc>
      </w:tr>
      <w:tr w:rsidR="000772B4" w14:paraId="7DEF563F" w14:textId="77777777">
        <w:trPr>
          <w:cantSplit/>
          <w:jc w:val="center"/>
        </w:trPr>
        <w:tc>
          <w:tcPr>
            <w:tcW w:w="0" w:type="auto"/>
          </w:tcPr>
          <w:p w14:paraId="39F1F868" w14:textId="77777777" w:rsidR="000772B4" w:rsidRDefault="00746A89">
            <w:r>
              <w:t>УПК № 9 ГРЭ</w:t>
            </w:r>
          </w:p>
        </w:tc>
        <w:tc>
          <w:tcPr>
            <w:tcW w:w="0" w:type="auto"/>
          </w:tcPr>
          <w:p w14:paraId="12D38F7E" w14:textId="77777777" w:rsidR="000772B4" w:rsidRDefault="00746A89">
            <w:pPr>
              <w:jc w:val="center"/>
            </w:pPr>
            <w:r>
              <w:t>4,50</w:t>
            </w:r>
          </w:p>
        </w:tc>
        <w:tc>
          <w:tcPr>
            <w:tcW w:w="0" w:type="auto"/>
          </w:tcPr>
          <w:p w14:paraId="593482DA" w14:textId="77777777" w:rsidR="000772B4" w:rsidRDefault="00746A89">
            <w:pPr>
              <w:jc w:val="center"/>
            </w:pPr>
            <w:r>
              <w:t>4,50</w:t>
            </w:r>
          </w:p>
        </w:tc>
        <w:tc>
          <w:tcPr>
            <w:tcW w:w="0" w:type="auto"/>
          </w:tcPr>
          <w:p w14:paraId="4E8CDA3C" w14:textId="77777777" w:rsidR="000772B4" w:rsidRDefault="00746A89">
            <w:pPr>
              <w:jc w:val="center"/>
            </w:pPr>
            <w:r>
              <w:t>0,5624</w:t>
            </w:r>
          </w:p>
        </w:tc>
        <w:tc>
          <w:tcPr>
            <w:tcW w:w="0" w:type="auto"/>
          </w:tcPr>
          <w:p w14:paraId="0C9CFF00" w14:textId="77777777" w:rsidR="000772B4" w:rsidRDefault="00746A89">
            <w:pPr>
              <w:jc w:val="center"/>
            </w:pPr>
            <w:r>
              <w:t>3,9376</w:t>
            </w:r>
          </w:p>
        </w:tc>
      </w:tr>
      <w:tr w:rsidR="000772B4" w14:paraId="293A3111" w14:textId="77777777">
        <w:trPr>
          <w:cantSplit/>
          <w:jc w:val="center"/>
        </w:trPr>
        <w:tc>
          <w:tcPr>
            <w:tcW w:w="0" w:type="auto"/>
          </w:tcPr>
          <w:p w14:paraId="61CCB861" w14:textId="77777777" w:rsidR="000772B4" w:rsidRDefault="00746A89">
            <w:r>
              <w:t>УПК № 5 Новый Шерегеш</w:t>
            </w:r>
          </w:p>
        </w:tc>
        <w:tc>
          <w:tcPr>
            <w:tcW w:w="0" w:type="auto"/>
          </w:tcPr>
          <w:p w14:paraId="05CA4712" w14:textId="77777777" w:rsidR="000772B4" w:rsidRDefault="00746A89">
            <w:pPr>
              <w:jc w:val="center"/>
            </w:pPr>
            <w:r>
              <w:t>114,00</w:t>
            </w:r>
          </w:p>
        </w:tc>
        <w:tc>
          <w:tcPr>
            <w:tcW w:w="0" w:type="auto"/>
          </w:tcPr>
          <w:p w14:paraId="3C152B3F" w14:textId="77777777" w:rsidR="000772B4" w:rsidRDefault="00746A89">
            <w:pPr>
              <w:jc w:val="center"/>
            </w:pPr>
            <w:r>
              <w:t>114,00</w:t>
            </w:r>
          </w:p>
        </w:tc>
        <w:tc>
          <w:tcPr>
            <w:tcW w:w="0" w:type="auto"/>
          </w:tcPr>
          <w:p w14:paraId="1328E216" w14:textId="77777777" w:rsidR="000772B4" w:rsidRDefault="00746A89">
            <w:pPr>
              <w:jc w:val="center"/>
            </w:pPr>
            <w:r>
              <w:t>42,6992</w:t>
            </w:r>
          </w:p>
        </w:tc>
        <w:tc>
          <w:tcPr>
            <w:tcW w:w="0" w:type="auto"/>
          </w:tcPr>
          <w:p w14:paraId="2276236F" w14:textId="77777777" w:rsidR="000772B4" w:rsidRDefault="00746A89">
            <w:pPr>
              <w:jc w:val="center"/>
            </w:pPr>
            <w:r>
              <w:t>71,3008</w:t>
            </w:r>
          </w:p>
        </w:tc>
      </w:tr>
      <w:tr w:rsidR="000772B4" w14:paraId="12A12307" w14:textId="77777777">
        <w:trPr>
          <w:cantSplit/>
          <w:jc w:val="center"/>
        </w:trPr>
        <w:tc>
          <w:tcPr>
            <w:tcW w:w="0" w:type="auto"/>
          </w:tcPr>
          <w:p w14:paraId="3879278D" w14:textId="77777777" w:rsidR="000772B4" w:rsidRDefault="00746A89">
            <w:r>
              <w:t>УПК № 6 Старый Шерегеш</w:t>
            </w:r>
          </w:p>
        </w:tc>
        <w:tc>
          <w:tcPr>
            <w:tcW w:w="0" w:type="auto"/>
          </w:tcPr>
          <w:p w14:paraId="1AEF25EA" w14:textId="77777777" w:rsidR="000772B4" w:rsidRDefault="00746A89">
            <w:pPr>
              <w:jc w:val="center"/>
            </w:pPr>
            <w:r>
              <w:t>24,00</w:t>
            </w:r>
          </w:p>
        </w:tc>
        <w:tc>
          <w:tcPr>
            <w:tcW w:w="0" w:type="auto"/>
          </w:tcPr>
          <w:p w14:paraId="638E45BE" w14:textId="77777777" w:rsidR="000772B4" w:rsidRDefault="00746A89">
            <w:pPr>
              <w:jc w:val="center"/>
            </w:pPr>
            <w:r>
              <w:t>24,00</w:t>
            </w:r>
          </w:p>
        </w:tc>
        <w:tc>
          <w:tcPr>
            <w:tcW w:w="0" w:type="auto"/>
          </w:tcPr>
          <w:p w14:paraId="64166BA7" w14:textId="77777777" w:rsidR="000772B4" w:rsidRDefault="00746A89">
            <w:pPr>
              <w:jc w:val="center"/>
            </w:pPr>
            <w:r>
              <w:t>2,7972</w:t>
            </w:r>
          </w:p>
        </w:tc>
        <w:tc>
          <w:tcPr>
            <w:tcW w:w="0" w:type="auto"/>
          </w:tcPr>
          <w:p w14:paraId="4B2CD982" w14:textId="77777777" w:rsidR="000772B4" w:rsidRDefault="00746A89">
            <w:pPr>
              <w:jc w:val="center"/>
            </w:pPr>
            <w:r>
              <w:t>21,2028</w:t>
            </w:r>
          </w:p>
        </w:tc>
      </w:tr>
      <w:tr w:rsidR="000772B4" w14:paraId="24F46564" w14:textId="77777777">
        <w:trPr>
          <w:cantSplit/>
          <w:jc w:val="center"/>
        </w:trPr>
        <w:tc>
          <w:tcPr>
            <w:tcW w:w="0" w:type="auto"/>
          </w:tcPr>
          <w:p w14:paraId="4AC96C01" w14:textId="77777777" w:rsidR="000772B4" w:rsidRDefault="00746A89">
            <w:r>
              <w:t>УПК № 7 Каз</w:t>
            </w:r>
          </w:p>
        </w:tc>
        <w:tc>
          <w:tcPr>
            <w:tcW w:w="0" w:type="auto"/>
          </w:tcPr>
          <w:p w14:paraId="2C413F80" w14:textId="77777777" w:rsidR="000772B4" w:rsidRDefault="00746A89">
            <w:pPr>
              <w:jc w:val="center"/>
            </w:pPr>
            <w:r>
              <w:t>72,00</w:t>
            </w:r>
          </w:p>
        </w:tc>
        <w:tc>
          <w:tcPr>
            <w:tcW w:w="0" w:type="auto"/>
          </w:tcPr>
          <w:p w14:paraId="5E2DE2DF" w14:textId="77777777" w:rsidR="000772B4" w:rsidRDefault="00746A89">
            <w:pPr>
              <w:jc w:val="center"/>
            </w:pPr>
            <w:r>
              <w:t>72,00</w:t>
            </w:r>
          </w:p>
        </w:tc>
        <w:tc>
          <w:tcPr>
            <w:tcW w:w="0" w:type="auto"/>
          </w:tcPr>
          <w:p w14:paraId="216568E5" w14:textId="77777777" w:rsidR="000772B4" w:rsidRDefault="00746A89">
            <w:pPr>
              <w:jc w:val="center"/>
            </w:pPr>
            <w:r>
              <w:t>9,2933</w:t>
            </w:r>
          </w:p>
        </w:tc>
        <w:tc>
          <w:tcPr>
            <w:tcW w:w="0" w:type="auto"/>
          </w:tcPr>
          <w:p w14:paraId="4A75D18A" w14:textId="77777777" w:rsidR="000772B4" w:rsidRDefault="00746A89">
            <w:pPr>
              <w:jc w:val="center"/>
            </w:pPr>
            <w:r>
              <w:t>62,7067</w:t>
            </w:r>
          </w:p>
        </w:tc>
      </w:tr>
      <w:tr w:rsidR="000772B4" w14:paraId="1740844F" w14:textId="77777777">
        <w:trPr>
          <w:cantSplit/>
          <w:jc w:val="center"/>
        </w:trPr>
        <w:tc>
          <w:tcPr>
            <w:tcW w:w="0" w:type="auto"/>
          </w:tcPr>
          <w:p w14:paraId="4EE26107" w14:textId="77777777" w:rsidR="000772B4" w:rsidRDefault="00746A89">
            <w:r>
              <w:t>УПК № 8 Мундыбаш</w:t>
            </w:r>
          </w:p>
        </w:tc>
        <w:tc>
          <w:tcPr>
            <w:tcW w:w="0" w:type="auto"/>
          </w:tcPr>
          <w:p w14:paraId="5DB1301E" w14:textId="77777777" w:rsidR="000772B4" w:rsidRDefault="00746A89">
            <w:pPr>
              <w:jc w:val="center"/>
            </w:pPr>
            <w:r>
              <w:t>36,00</w:t>
            </w:r>
          </w:p>
        </w:tc>
        <w:tc>
          <w:tcPr>
            <w:tcW w:w="0" w:type="auto"/>
          </w:tcPr>
          <w:p w14:paraId="718FE249" w14:textId="77777777" w:rsidR="000772B4" w:rsidRDefault="00746A89">
            <w:pPr>
              <w:jc w:val="center"/>
            </w:pPr>
            <w:r>
              <w:t>36,00</w:t>
            </w:r>
          </w:p>
        </w:tc>
        <w:tc>
          <w:tcPr>
            <w:tcW w:w="0" w:type="auto"/>
          </w:tcPr>
          <w:p w14:paraId="37E9003C" w14:textId="77777777" w:rsidR="000772B4" w:rsidRDefault="00746A89">
            <w:pPr>
              <w:jc w:val="center"/>
            </w:pPr>
            <w:r>
              <w:t>8,5759</w:t>
            </w:r>
          </w:p>
        </w:tc>
        <w:tc>
          <w:tcPr>
            <w:tcW w:w="0" w:type="auto"/>
          </w:tcPr>
          <w:p w14:paraId="00BABF10" w14:textId="77777777" w:rsidR="000772B4" w:rsidRDefault="00746A89">
            <w:pPr>
              <w:jc w:val="center"/>
            </w:pPr>
            <w:r>
              <w:t>27,4241</w:t>
            </w:r>
          </w:p>
        </w:tc>
      </w:tr>
      <w:tr w:rsidR="000772B4" w14:paraId="71173DD8" w14:textId="77777777">
        <w:trPr>
          <w:cantSplit/>
          <w:jc w:val="center"/>
        </w:trPr>
        <w:tc>
          <w:tcPr>
            <w:tcW w:w="0" w:type="auto"/>
          </w:tcPr>
          <w:p w14:paraId="212086B8" w14:textId="77777777" w:rsidR="000772B4" w:rsidRDefault="00746A89">
            <w:r>
              <w:t>УПК № 10 Темир-Тау</w:t>
            </w:r>
          </w:p>
        </w:tc>
        <w:tc>
          <w:tcPr>
            <w:tcW w:w="0" w:type="auto"/>
          </w:tcPr>
          <w:p w14:paraId="77DD12C6" w14:textId="77777777" w:rsidR="000772B4" w:rsidRDefault="00746A89">
            <w:pPr>
              <w:jc w:val="center"/>
            </w:pPr>
            <w:r>
              <w:t>33,60</w:t>
            </w:r>
          </w:p>
        </w:tc>
        <w:tc>
          <w:tcPr>
            <w:tcW w:w="0" w:type="auto"/>
          </w:tcPr>
          <w:p w14:paraId="77263AE3" w14:textId="77777777" w:rsidR="000772B4" w:rsidRDefault="00746A89">
            <w:pPr>
              <w:jc w:val="center"/>
            </w:pPr>
            <w:r>
              <w:t>33,60</w:t>
            </w:r>
          </w:p>
        </w:tc>
        <w:tc>
          <w:tcPr>
            <w:tcW w:w="0" w:type="auto"/>
          </w:tcPr>
          <w:p w14:paraId="10AE0FED" w14:textId="77777777" w:rsidR="000772B4" w:rsidRDefault="00746A89">
            <w:pPr>
              <w:jc w:val="center"/>
            </w:pPr>
            <w:r>
              <w:t>6,5755</w:t>
            </w:r>
          </w:p>
        </w:tc>
        <w:tc>
          <w:tcPr>
            <w:tcW w:w="0" w:type="auto"/>
          </w:tcPr>
          <w:p w14:paraId="00A5BB83" w14:textId="77777777" w:rsidR="000772B4" w:rsidRDefault="00746A89">
            <w:pPr>
              <w:jc w:val="center"/>
            </w:pPr>
            <w:r>
              <w:t>27,0245</w:t>
            </w:r>
          </w:p>
        </w:tc>
      </w:tr>
      <w:tr w:rsidR="000772B4" w14:paraId="22E39748" w14:textId="77777777">
        <w:trPr>
          <w:cantSplit/>
          <w:jc w:val="center"/>
        </w:trPr>
        <w:tc>
          <w:tcPr>
            <w:tcW w:w="0" w:type="auto"/>
          </w:tcPr>
          <w:p w14:paraId="23AC7C96" w14:textId="77777777" w:rsidR="000772B4" w:rsidRDefault="00746A89">
            <w:r>
              <w:t>УПК № 3 Спасск</w:t>
            </w:r>
          </w:p>
        </w:tc>
        <w:tc>
          <w:tcPr>
            <w:tcW w:w="0" w:type="auto"/>
          </w:tcPr>
          <w:p w14:paraId="2B3441E9" w14:textId="77777777" w:rsidR="000772B4" w:rsidRDefault="00746A89">
            <w:pPr>
              <w:jc w:val="center"/>
            </w:pPr>
            <w:r>
              <w:t>5,37</w:t>
            </w:r>
          </w:p>
        </w:tc>
        <w:tc>
          <w:tcPr>
            <w:tcW w:w="0" w:type="auto"/>
          </w:tcPr>
          <w:p w14:paraId="0ED1630F" w14:textId="77777777" w:rsidR="000772B4" w:rsidRDefault="00746A89">
            <w:pPr>
              <w:jc w:val="center"/>
            </w:pPr>
            <w:r>
              <w:t>5,37</w:t>
            </w:r>
          </w:p>
        </w:tc>
        <w:tc>
          <w:tcPr>
            <w:tcW w:w="0" w:type="auto"/>
          </w:tcPr>
          <w:p w14:paraId="11D20102" w14:textId="77777777" w:rsidR="000772B4" w:rsidRDefault="00746A89">
            <w:pPr>
              <w:jc w:val="center"/>
            </w:pPr>
            <w:r>
              <w:t>1,1314</w:t>
            </w:r>
          </w:p>
        </w:tc>
        <w:tc>
          <w:tcPr>
            <w:tcW w:w="0" w:type="auto"/>
          </w:tcPr>
          <w:p w14:paraId="407D52F0" w14:textId="77777777" w:rsidR="000772B4" w:rsidRDefault="00746A89">
            <w:pPr>
              <w:jc w:val="center"/>
            </w:pPr>
            <w:r>
              <w:t>4,2386</w:t>
            </w:r>
          </w:p>
        </w:tc>
      </w:tr>
      <w:tr w:rsidR="000772B4" w14:paraId="16985436" w14:textId="77777777">
        <w:trPr>
          <w:cantSplit/>
          <w:jc w:val="center"/>
        </w:trPr>
        <w:tc>
          <w:tcPr>
            <w:tcW w:w="0" w:type="auto"/>
            <w:shd w:val="clear" w:color="auto" w:fill="DBE5F1"/>
          </w:tcPr>
          <w:p w14:paraId="102F73AF" w14:textId="77777777" w:rsidR="000772B4" w:rsidRDefault="00746A89">
            <w:r>
              <w:rPr>
                <w:b/>
              </w:rPr>
              <w:t>Итого</w:t>
            </w:r>
          </w:p>
        </w:tc>
        <w:tc>
          <w:tcPr>
            <w:tcW w:w="0" w:type="auto"/>
            <w:shd w:val="clear" w:color="auto" w:fill="DBE5F1"/>
          </w:tcPr>
          <w:p w14:paraId="0775C1D7" w14:textId="77777777" w:rsidR="000772B4" w:rsidRDefault="00746A89">
            <w:pPr>
              <w:jc w:val="center"/>
            </w:pPr>
            <w:r>
              <w:rPr>
                <w:b/>
              </w:rPr>
              <w:t>466,67</w:t>
            </w:r>
          </w:p>
        </w:tc>
        <w:tc>
          <w:tcPr>
            <w:tcW w:w="0" w:type="auto"/>
            <w:shd w:val="clear" w:color="auto" w:fill="DBE5F1"/>
          </w:tcPr>
          <w:p w14:paraId="4B9A1099" w14:textId="77777777" w:rsidR="000772B4" w:rsidRDefault="00746A89">
            <w:pPr>
              <w:jc w:val="center"/>
            </w:pPr>
            <w:r>
              <w:rPr>
                <w:b/>
              </w:rPr>
              <w:t>466,67</w:t>
            </w:r>
          </w:p>
        </w:tc>
        <w:tc>
          <w:tcPr>
            <w:tcW w:w="0" w:type="auto"/>
            <w:shd w:val="clear" w:color="auto" w:fill="DBE5F1"/>
          </w:tcPr>
          <w:p w14:paraId="707B9FF6" w14:textId="77777777" w:rsidR="000772B4" w:rsidRDefault="00746A89">
            <w:pPr>
              <w:jc w:val="center"/>
            </w:pPr>
            <w:r>
              <w:rPr>
                <w:b/>
              </w:rPr>
              <w:t>147,7096</w:t>
            </w:r>
          </w:p>
        </w:tc>
        <w:tc>
          <w:tcPr>
            <w:tcW w:w="0" w:type="auto"/>
            <w:shd w:val="clear" w:color="auto" w:fill="DBE5F1"/>
          </w:tcPr>
          <w:p w14:paraId="51B48D2A" w14:textId="77777777" w:rsidR="000772B4" w:rsidRDefault="00746A89">
            <w:pPr>
              <w:jc w:val="center"/>
            </w:pPr>
            <w:r>
              <w:rPr>
                <w:b/>
              </w:rPr>
              <w:t>318,9604</w:t>
            </w:r>
          </w:p>
        </w:tc>
      </w:tr>
    </w:tbl>
    <w:p w14:paraId="6CE347D3" w14:textId="77777777" w:rsidR="000772B4" w:rsidRDefault="000772B4">
      <w:pPr>
        <w:spacing w:after="40"/>
      </w:pPr>
    </w:p>
    <w:p w14:paraId="664749EF" w14:textId="77777777" w:rsidR="000772B4" w:rsidRPr="00C74F04" w:rsidRDefault="00746A89">
      <w:pPr>
        <w:spacing w:after="80"/>
        <w:jc w:val="both"/>
        <w:rPr>
          <w:lang w:val="ru-RU"/>
        </w:rPr>
      </w:pPr>
      <w:r w:rsidRPr="00C74F04">
        <w:rPr>
          <w:lang w:val="ru-RU"/>
        </w:rPr>
        <w:t>По УПК № 10 «Темир-Тау» принята установленная мощность 33,60 Гкал/ч. В материалах воспроизводится второе значение — 33,93 Гкал/ч, дающее итог по округу 467,00 Гкал/ч. Расхождение возникло не между поколениями документов: техническая таблица расчёта нормативов 2019 года указывает единичную мощность 11,2 Гкал/ч на каждый из трёх котлов, а текстовая часть того же документа — суммарную мощность 33,93 Гкал/ч. Расхождение сохраняется до получения паспорта котла.</w:t>
      </w:r>
    </w:p>
    <w:p w14:paraId="57EC3F66" w14:textId="77777777" w:rsidR="007A5E59" w:rsidRPr="00782666" w:rsidRDefault="0095198F">
      <w:pPr>
        <w:pStyle w:val="31"/>
        <w:spacing w:before="1200"/>
        <w:jc w:val="center"/>
        <w:rPr>
          <w:rFonts w:cstheme="majorHAnsi"/>
          <w:sz w:val="28"/>
          <w:szCs w:val="28"/>
          <w:lang w:val="ru-RU"/>
        </w:rPr>
      </w:pPr>
      <w:r w:rsidRPr="00782666">
        <w:rPr>
          <w:rFonts w:cstheme="majorHAnsi"/>
          <w:sz w:val="28"/>
          <w:szCs w:val="28"/>
          <w:lang w:val="ru-RU"/>
        </w:rPr>
        <w:t>1.2.3. Инженерные профили источников тепловой энергии</w:t>
      </w:r>
    </w:p>
    <w:p w14:paraId="1D490346" w14:textId="77777777" w:rsidR="007A5E59" w:rsidRPr="001F1187" w:rsidRDefault="0095198F">
      <w:pPr>
        <w:spacing w:before="1200"/>
        <w:jc w:val="center"/>
        <w:rPr>
          <w:lang w:val="ru-RU"/>
        </w:rPr>
      </w:pPr>
      <w:r w:rsidRPr="00C74F04">
        <w:rPr>
          <w:lang w:val="ru-RU"/>
        </w:rPr>
        <w:t>Ниже приведены сводные инженерные характеристики десяти действующих источников. Сведения, подтверждённые документами прошлых лет, приводятся с указанием года подтверждения: историческое подтверждение наличия оборудования не означает его работоспособного состояния на 2026 год.</w:t>
      </w:r>
    </w:p>
    <w:p w14:paraId="150F5865" w14:textId="77777777" w:rsidR="00B808F9" w:rsidRPr="00C74F04" w:rsidRDefault="00B808F9">
      <w:pPr>
        <w:rPr>
          <w:lang w:val="ru-RU"/>
        </w:rPr>
        <w:sectPr w:rsidR="00B808F9" w:rsidRPr="00C74F04" w:rsidSect="00312815">
          <w:footerReference w:type="default" r:id="rId8"/>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14:paraId="08BEC481" w14:textId="77777777" w:rsidR="00C91419" w:rsidRPr="00C74F04" w:rsidRDefault="00E96D7B">
      <w:pPr>
        <w:keepNext/>
        <w:spacing w:before="160"/>
        <w:rPr>
          <w:lang w:val="ru-RU"/>
        </w:rPr>
      </w:pPr>
      <w:r w:rsidRPr="00C74F04">
        <w:rPr>
          <w:b/>
          <w:lang w:val="ru-RU"/>
        </w:rPr>
        <w:t>Таблица 1.6 — Сводные характеристики источников тепловой энергии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363"/>
        <w:gridCol w:w="1356"/>
        <w:gridCol w:w="1279"/>
        <w:gridCol w:w="1602"/>
        <w:gridCol w:w="1731"/>
        <w:gridCol w:w="1533"/>
        <w:gridCol w:w="1533"/>
        <w:gridCol w:w="821"/>
        <w:gridCol w:w="920"/>
        <w:gridCol w:w="1117"/>
        <w:gridCol w:w="1022"/>
      </w:tblGrid>
      <w:tr w:rsidR="00C91419" w14:paraId="6374E0BE" w14:textId="77777777">
        <w:trPr>
          <w:cantSplit/>
          <w:tblHeader/>
          <w:jc w:val="center"/>
        </w:trPr>
        <w:tc>
          <w:tcPr>
            <w:tcW w:w="0" w:type="auto"/>
            <w:shd w:val="clear" w:color="auto" w:fill="E2F0D9"/>
          </w:tcPr>
          <w:p w14:paraId="198549FB" w14:textId="77777777" w:rsidR="00C91419" w:rsidRDefault="00E96D7B">
            <w:pPr>
              <w:jc w:val="center"/>
            </w:pPr>
            <w:r>
              <w:rPr>
                <w:b/>
              </w:rPr>
              <w:t>Обозначение</w:t>
            </w:r>
          </w:p>
        </w:tc>
        <w:tc>
          <w:tcPr>
            <w:tcW w:w="0" w:type="auto"/>
            <w:shd w:val="clear" w:color="auto" w:fill="E2F0D9"/>
          </w:tcPr>
          <w:p w14:paraId="2973CFBE" w14:textId="77777777" w:rsidR="00C91419" w:rsidRDefault="00E96D7B">
            <w:pPr>
              <w:jc w:val="center"/>
            </w:pPr>
            <w:r>
              <w:rPr>
                <w:b/>
              </w:rPr>
              <w:t>Источник</w:t>
            </w:r>
          </w:p>
        </w:tc>
        <w:tc>
          <w:tcPr>
            <w:tcW w:w="0" w:type="auto"/>
            <w:shd w:val="clear" w:color="auto" w:fill="E2F0D9"/>
          </w:tcPr>
          <w:p w14:paraId="5AF57048" w14:textId="77777777" w:rsidR="00C91419" w:rsidRDefault="00E96D7B">
            <w:pPr>
              <w:jc w:val="center"/>
            </w:pPr>
            <w:r>
              <w:rPr>
                <w:b/>
              </w:rPr>
              <w:t>Территория</w:t>
            </w:r>
          </w:p>
        </w:tc>
        <w:tc>
          <w:tcPr>
            <w:tcW w:w="0" w:type="auto"/>
            <w:shd w:val="clear" w:color="auto" w:fill="E2F0D9"/>
          </w:tcPr>
          <w:p w14:paraId="14E16635" w14:textId="77777777" w:rsidR="00C91419" w:rsidRDefault="00E96D7B">
            <w:pPr>
              <w:jc w:val="center"/>
            </w:pPr>
            <w:r>
              <w:rPr>
                <w:b/>
              </w:rPr>
              <w:t>Установленная мощность</w:t>
            </w:r>
          </w:p>
        </w:tc>
        <w:tc>
          <w:tcPr>
            <w:tcW w:w="0" w:type="auto"/>
            <w:shd w:val="clear" w:color="auto" w:fill="E2F0D9"/>
          </w:tcPr>
          <w:p w14:paraId="261AAFE2" w14:textId="77777777" w:rsidR="00C91419" w:rsidRDefault="00E96D7B">
            <w:pPr>
              <w:jc w:val="center"/>
            </w:pPr>
            <w:r>
              <w:rPr>
                <w:b/>
              </w:rPr>
              <w:t>Присоединённая нагрузка</w:t>
            </w:r>
          </w:p>
        </w:tc>
        <w:tc>
          <w:tcPr>
            <w:tcW w:w="0" w:type="auto"/>
            <w:shd w:val="clear" w:color="auto" w:fill="E2F0D9"/>
          </w:tcPr>
          <w:p w14:paraId="68DA4685" w14:textId="77777777" w:rsidR="00C91419" w:rsidRDefault="00E96D7B">
            <w:pPr>
              <w:jc w:val="center"/>
            </w:pPr>
            <w:r>
              <w:rPr>
                <w:b/>
              </w:rPr>
              <w:t>Полная максимальная 2026</w:t>
            </w:r>
          </w:p>
        </w:tc>
        <w:tc>
          <w:tcPr>
            <w:tcW w:w="0" w:type="auto"/>
            <w:shd w:val="clear" w:color="auto" w:fill="E2F0D9"/>
          </w:tcPr>
          <w:p w14:paraId="18D038DB" w14:textId="77777777" w:rsidR="00C91419" w:rsidRDefault="00E96D7B">
            <w:pPr>
              <w:jc w:val="center"/>
            </w:pPr>
            <w:r>
              <w:rPr>
                <w:b/>
              </w:rPr>
              <w:t>Полная максимальная 2036</w:t>
            </w:r>
          </w:p>
        </w:tc>
        <w:tc>
          <w:tcPr>
            <w:tcW w:w="0" w:type="auto"/>
            <w:shd w:val="clear" w:color="auto" w:fill="E2F0D9"/>
          </w:tcPr>
          <w:p w14:paraId="0721E98D" w14:textId="77777777" w:rsidR="00C91419" w:rsidRDefault="00E96D7B">
            <w:pPr>
              <w:jc w:val="center"/>
            </w:pPr>
            <w:r>
              <w:rPr>
                <w:b/>
              </w:rPr>
              <w:t>Котлов</w:t>
            </w:r>
          </w:p>
        </w:tc>
        <w:tc>
          <w:tcPr>
            <w:tcW w:w="0" w:type="auto"/>
            <w:shd w:val="clear" w:color="auto" w:fill="E2F0D9"/>
          </w:tcPr>
          <w:p w14:paraId="3B097E58" w14:textId="77777777" w:rsidR="00C91419" w:rsidRDefault="00E96D7B">
            <w:pPr>
              <w:jc w:val="center"/>
            </w:pPr>
            <w:r>
              <w:rPr>
                <w:b/>
              </w:rPr>
              <w:t>График, °C</w:t>
            </w:r>
          </w:p>
        </w:tc>
        <w:tc>
          <w:tcPr>
            <w:tcW w:w="0" w:type="auto"/>
            <w:shd w:val="clear" w:color="auto" w:fill="E2F0D9"/>
          </w:tcPr>
          <w:p w14:paraId="7640D1AE" w14:textId="77777777" w:rsidR="00C91419" w:rsidRDefault="00E96D7B">
            <w:pPr>
              <w:jc w:val="center"/>
            </w:pPr>
            <w:r>
              <w:rPr>
                <w:b/>
              </w:rPr>
              <w:t>Схема ГВС</w:t>
            </w:r>
          </w:p>
        </w:tc>
        <w:tc>
          <w:tcPr>
            <w:tcW w:w="0" w:type="auto"/>
            <w:shd w:val="clear" w:color="auto" w:fill="E2F0D9"/>
          </w:tcPr>
          <w:p w14:paraId="2FB8E6A4" w14:textId="77777777" w:rsidR="00C91419" w:rsidRDefault="00E96D7B">
            <w:pPr>
              <w:jc w:val="center"/>
            </w:pPr>
            <w:r>
              <w:rPr>
                <w:b/>
              </w:rPr>
              <w:t>Нагрузка ГВС</w:t>
            </w:r>
          </w:p>
        </w:tc>
      </w:tr>
      <w:tr w:rsidR="00C91419" w14:paraId="0AF40749" w14:textId="77777777">
        <w:trPr>
          <w:cantSplit/>
          <w:jc w:val="center"/>
        </w:trPr>
        <w:tc>
          <w:tcPr>
            <w:tcW w:w="0" w:type="auto"/>
          </w:tcPr>
          <w:p w14:paraId="15DEB796" w14:textId="77777777" w:rsidR="00C91419" w:rsidRDefault="00E96D7B">
            <w:r>
              <w:t>SYS-01</w:t>
            </w:r>
          </w:p>
        </w:tc>
        <w:tc>
          <w:tcPr>
            <w:tcW w:w="0" w:type="auto"/>
          </w:tcPr>
          <w:p w14:paraId="1C35B1D0" w14:textId="77777777" w:rsidR="00C91419" w:rsidRDefault="00E96D7B">
            <w:pPr>
              <w:jc w:val="center"/>
            </w:pPr>
            <w:r>
              <w:t>УПК № 1 «Таштагол»</w:t>
            </w:r>
          </w:p>
        </w:tc>
        <w:tc>
          <w:tcPr>
            <w:tcW w:w="0" w:type="auto"/>
          </w:tcPr>
          <w:p w14:paraId="52F33481" w14:textId="77777777" w:rsidR="00C91419" w:rsidRDefault="00E96D7B">
            <w:pPr>
              <w:jc w:val="center"/>
            </w:pPr>
            <w:r>
              <w:t>г. Таштагол</w:t>
            </w:r>
          </w:p>
        </w:tc>
        <w:tc>
          <w:tcPr>
            <w:tcW w:w="0" w:type="auto"/>
          </w:tcPr>
          <w:p w14:paraId="57321EB1" w14:textId="77777777" w:rsidR="00C91419" w:rsidRDefault="00E96D7B">
            <w:pPr>
              <w:jc w:val="center"/>
            </w:pPr>
            <w:r>
              <w:t>150,0000</w:t>
            </w:r>
          </w:p>
        </w:tc>
        <w:tc>
          <w:tcPr>
            <w:tcW w:w="0" w:type="auto"/>
          </w:tcPr>
          <w:p w14:paraId="38D0405F" w14:textId="77777777" w:rsidR="00C91419" w:rsidRDefault="00E96D7B">
            <w:pPr>
              <w:jc w:val="center"/>
            </w:pPr>
            <w:r>
              <w:t>70,2235</w:t>
            </w:r>
          </w:p>
        </w:tc>
        <w:tc>
          <w:tcPr>
            <w:tcW w:w="0" w:type="auto"/>
          </w:tcPr>
          <w:p w14:paraId="28424EB6" w14:textId="77777777" w:rsidR="00C91419" w:rsidRDefault="00E96D7B">
            <w:pPr>
              <w:jc w:val="center"/>
            </w:pPr>
            <w:r>
              <w:t>93,0532</w:t>
            </w:r>
          </w:p>
        </w:tc>
        <w:tc>
          <w:tcPr>
            <w:tcW w:w="0" w:type="auto"/>
          </w:tcPr>
          <w:p w14:paraId="12D25990" w14:textId="77777777" w:rsidR="00C91419" w:rsidRDefault="00E96D7B">
            <w:pPr>
              <w:jc w:val="center"/>
            </w:pPr>
            <w:r>
              <w:t>93,2042</w:t>
            </w:r>
          </w:p>
        </w:tc>
        <w:tc>
          <w:tcPr>
            <w:tcW w:w="0" w:type="auto"/>
          </w:tcPr>
          <w:p w14:paraId="2AC29AB1" w14:textId="77777777" w:rsidR="00C91419" w:rsidRDefault="00E96D7B">
            <w:pPr>
              <w:jc w:val="center"/>
            </w:pPr>
            <w:r>
              <w:t>5</w:t>
            </w:r>
          </w:p>
        </w:tc>
        <w:tc>
          <w:tcPr>
            <w:tcW w:w="0" w:type="auto"/>
          </w:tcPr>
          <w:p w14:paraId="06B546AE" w14:textId="77777777" w:rsidR="00C91419" w:rsidRDefault="00E96D7B">
            <w:pPr>
              <w:jc w:val="center"/>
            </w:pPr>
            <w:r>
              <w:t>95/70</w:t>
            </w:r>
          </w:p>
        </w:tc>
        <w:tc>
          <w:tcPr>
            <w:tcW w:w="0" w:type="auto"/>
          </w:tcPr>
          <w:p w14:paraId="73653489" w14:textId="77777777" w:rsidR="00C91419" w:rsidRDefault="00E96D7B">
            <w:pPr>
              <w:jc w:val="center"/>
            </w:pPr>
            <w:r>
              <w:t>открытая</w:t>
            </w:r>
          </w:p>
        </w:tc>
        <w:tc>
          <w:tcPr>
            <w:tcW w:w="0" w:type="auto"/>
          </w:tcPr>
          <w:p w14:paraId="0C9D55DF" w14:textId="77777777" w:rsidR="00C91419" w:rsidRDefault="00E96D7B">
            <w:pPr>
              <w:jc w:val="center"/>
            </w:pPr>
            <w:r>
              <w:t>5,3810</w:t>
            </w:r>
          </w:p>
        </w:tc>
      </w:tr>
      <w:tr w:rsidR="00C91419" w14:paraId="03522499" w14:textId="77777777">
        <w:trPr>
          <w:cantSplit/>
          <w:jc w:val="center"/>
        </w:trPr>
        <w:tc>
          <w:tcPr>
            <w:tcW w:w="0" w:type="auto"/>
          </w:tcPr>
          <w:p w14:paraId="4EC822A2" w14:textId="77777777" w:rsidR="00C91419" w:rsidRDefault="00E96D7B">
            <w:r>
              <w:t>SYS-02</w:t>
            </w:r>
          </w:p>
        </w:tc>
        <w:tc>
          <w:tcPr>
            <w:tcW w:w="0" w:type="auto"/>
          </w:tcPr>
          <w:p w14:paraId="6EE573A5" w14:textId="77777777" w:rsidR="00C91419" w:rsidRDefault="00E96D7B">
            <w:pPr>
              <w:jc w:val="center"/>
            </w:pPr>
            <w:r>
              <w:t>УПК № 2 «Шалым»</w:t>
            </w:r>
          </w:p>
        </w:tc>
        <w:tc>
          <w:tcPr>
            <w:tcW w:w="0" w:type="auto"/>
          </w:tcPr>
          <w:p w14:paraId="73927620" w14:textId="77777777" w:rsidR="00C91419" w:rsidRDefault="00E96D7B">
            <w:pPr>
              <w:jc w:val="center"/>
            </w:pPr>
            <w:r>
              <w:t>г. Таштагол</w:t>
            </w:r>
          </w:p>
        </w:tc>
        <w:tc>
          <w:tcPr>
            <w:tcW w:w="0" w:type="auto"/>
          </w:tcPr>
          <w:p w14:paraId="54CAAD20" w14:textId="77777777" w:rsidR="00C91419" w:rsidRDefault="00E96D7B">
            <w:pPr>
              <w:jc w:val="center"/>
            </w:pPr>
            <w:r>
              <w:t>17,0000</w:t>
            </w:r>
          </w:p>
        </w:tc>
        <w:tc>
          <w:tcPr>
            <w:tcW w:w="0" w:type="auto"/>
          </w:tcPr>
          <w:p w14:paraId="7E607612" w14:textId="77777777" w:rsidR="00C91419" w:rsidRDefault="00E96D7B">
            <w:pPr>
              <w:jc w:val="center"/>
            </w:pPr>
            <w:r>
              <w:t>3,6279</w:t>
            </w:r>
          </w:p>
        </w:tc>
        <w:tc>
          <w:tcPr>
            <w:tcW w:w="0" w:type="auto"/>
          </w:tcPr>
          <w:p w14:paraId="559E7B63" w14:textId="77777777" w:rsidR="00C91419" w:rsidRDefault="00E96D7B">
            <w:pPr>
              <w:jc w:val="center"/>
            </w:pPr>
            <w:r>
              <w:t>5,8602</w:t>
            </w:r>
          </w:p>
        </w:tc>
        <w:tc>
          <w:tcPr>
            <w:tcW w:w="0" w:type="auto"/>
          </w:tcPr>
          <w:p w14:paraId="3BF05FB4" w14:textId="77777777" w:rsidR="00C91419" w:rsidRDefault="00E96D7B">
            <w:pPr>
              <w:jc w:val="center"/>
            </w:pPr>
            <w:r>
              <w:t>5,8602</w:t>
            </w:r>
          </w:p>
        </w:tc>
        <w:tc>
          <w:tcPr>
            <w:tcW w:w="0" w:type="auto"/>
          </w:tcPr>
          <w:p w14:paraId="0F9454F6" w14:textId="77777777" w:rsidR="00C91419" w:rsidRDefault="00E96D7B">
            <w:pPr>
              <w:jc w:val="center"/>
            </w:pPr>
            <w:r>
              <w:t>3</w:t>
            </w:r>
          </w:p>
        </w:tc>
        <w:tc>
          <w:tcPr>
            <w:tcW w:w="0" w:type="auto"/>
          </w:tcPr>
          <w:p w14:paraId="488C094E" w14:textId="77777777" w:rsidR="00C91419" w:rsidRDefault="00E96D7B">
            <w:pPr>
              <w:jc w:val="center"/>
            </w:pPr>
            <w:r>
              <w:t>95/70</w:t>
            </w:r>
          </w:p>
        </w:tc>
        <w:tc>
          <w:tcPr>
            <w:tcW w:w="0" w:type="auto"/>
          </w:tcPr>
          <w:p w14:paraId="3F4DC80F" w14:textId="77777777" w:rsidR="00C91419" w:rsidRDefault="00E96D7B">
            <w:pPr>
              <w:jc w:val="center"/>
            </w:pPr>
            <w:r>
              <w:t>открытая</w:t>
            </w:r>
          </w:p>
        </w:tc>
        <w:tc>
          <w:tcPr>
            <w:tcW w:w="0" w:type="auto"/>
          </w:tcPr>
          <w:p w14:paraId="2600AF4F" w14:textId="77777777" w:rsidR="00C91419" w:rsidRDefault="00E96D7B">
            <w:pPr>
              <w:jc w:val="center"/>
            </w:pPr>
            <w:r>
              <w:t>0,3820</w:t>
            </w:r>
          </w:p>
        </w:tc>
      </w:tr>
      <w:tr w:rsidR="00C91419" w14:paraId="513C40F1" w14:textId="77777777">
        <w:trPr>
          <w:cantSplit/>
          <w:jc w:val="center"/>
        </w:trPr>
        <w:tc>
          <w:tcPr>
            <w:tcW w:w="0" w:type="auto"/>
          </w:tcPr>
          <w:p w14:paraId="0152AC38" w14:textId="77777777" w:rsidR="00C91419" w:rsidRDefault="00E96D7B">
            <w:r>
              <w:t>SYS-03</w:t>
            </w:r>
          </w:p>
        </w:tc>
        <w:tc>
          <w:tcPr>
            <w:tcW w:w="0" w:type="auto"/>
          </w:tcPr>
          <w:p w14:paraId="5BA5A162" w14:textId="77777777" w:rsidR="00C91419" w:rsidRDefault="00E96D7B">
            <w:pPr>
              <w:jc w:val="center"/>
            </w:pPr>
            <w:r>
              <w:t>УПК № 2 «ЦМК»</w:t>
            </w:r>
          </w:p>
        </w:tc>
        <w:tc>
          <w:tcPr>
            <w:tcW w:w="0" w:type="auto"/>
          </w:tcPr>
          <w:p w14:paraId="7C2D108C" w14:textId="77777777" w:rsidR="00C91419" w:rsidRDefault="00E96D7B">
            <w:pPr>
              <w:jc w:val="center"/>
            </w:pPr>
            <w:r>
              <w:t>г. Таштагол</w:t>
            </w:r>
          </w:p>
        </w:tc>
        <w:tc>
          <w:tcPr>
            <w:tcW w:w="0" w:type="auto"/>
          </w:tcPr>
          <w:p w14:paraId="67E0C3CB" w14:textId="77777777" w:rsidR="00C91419" w:rsidRDefault="00E96D7B">
            <w:pPr>
              <w:jc w:val="center"/>
            </w:pPr>
            <w:r>
              <w:t>10,2000</w:t>
            </w:r>
          </w:p>
        </w:tc>
        <w:tc>
          <w:tcPr>
            <w:tcW w:w="0" w:type="auto"/>
          </w:tcPr>
          <w:p w14:paraId="34C4232E" w14:textId="77777777" w:rsidR="00C91419" w:rsidRDefault="00E96D7B">
            <w:pPr>
              <w:jc w:val="center"/>
            </w:pPr>
            <w:r>
              <w:t>2,2233</w:t>
            </w:r>
          </w:p>
        </w:tc>
        <w:tc>
          <w:tcPr>
            <w:tcW w:w="0" w:type="auto"/>
          </w:tcPr>
          <w:p w14:paraId="63866CC8" w14:textId="77777777" w:rsidR="00C91419" w:rsidRDefault="00E96D7B">
            <w:pPr>
              <w:jc w:val="center"/>
            </w:pPr>
            <w:r>
              <w:t>3,7051</w:t>
            </w:r>
          </w:p>
        </w:tc>
        <w:tc>
          <w:tcPr>
            <w:tcW w:w="0" w:type="auto"/>
          </w:tcPr>
          <w:p w14:paraId="37082307" w14:textId="77777777" w:rsidR="00C91419" w:rsidRDefault="00E96D7B">
            <w:pPr>
              <w:jc w:val="center"/>
            </w:pPr>
            <w:r>
              <w:t>4,2361</w:t>
            </w:r>
          </w:p>
        </w:tc>
        <w:tc>
          <w:tcPr>
            <w:tcW w:w="0" w:type="auto"/>
          </w:tcPr>
          <w:p w14:paraId="4E348C5F" w14:textId="77777777" w:rsidR="00C91419" w:rsidRDefault="00E96D7B">
            <w:pPr>
              <w:jc w:val="center"/>
            </w:pPr>
            <w:r>
              <w:t>3</w:t>
            </w:r>
          </w:p>
        </w:tc>
        <w:tc>
          <w:tcPr>
            <w:tcW w:w="0" w:type="auto"/>
          </w:tcPr>
          <w:p w14:paraId="50FA07A1" w14:textId="77777777" w:rsidR="00C91419" w:rsidRDefault="00E96D7B">
            <w:pPr>
              <w:jc w:val="center"/>
            </w:pPr>
            <w:r>
              <w:t>95/70</w:t>
            </w:r>
          </w:p>
        </w:tc>
        <w:tc>
          <w:tcPr>
            <w:tcW w:w="0" w:type="auto"/>
          </w:tcPr>
          <w:p w14:paraId="230393A4" w14:textId="77777777" w:rsidR="00C91419" w:rsidRDefault="00E96D7B">
            <w:pPr>
              <w:jc w:val="center"/>
            </w:pPr>
            <w:r>
              <w:t>открытая</w:t>
            </w:r>
          </w:p>
        </w:tc>
        <w:tc>
          <w:tcPr>
            <w:tcW w:w="0" w:type="auto"/>
          </w:tcPr>
          <w:p w14:paraId="5B43C07C" w14:textId="77777777" w:rsidR="00C91419" w:rsidRDefault="00E96D7B">
            <w:pPr>
              <w:jc w:val="center"/>
            </w:pPr>
            <w:r>
              <w:t>0,1280</w:t>
            </w:r>
          </w:p>
        </w:tc>
      </w:tr>
      <w:tr w:rsidR="00C91419" w14:paraId="0319F499" w14:textId="77777777">
        <w:trPr>
          <w:cantSplit/>
          <w:jc w:val="center"/>
        </w:trPr>
        <w:tc>
          <w:tcPr>
            <w:tcW w:w="0" w:type="auto"/>
          </w:tcPr>
          <w:p w14:paraId="0F944CF9" w14:textId="77777777" w:rsidR="00C91419" w:rsidRDefault="00E96D7B">
            <w:r>
              <w:t>SYS-04</w:t>
            </w:r>
          </w:p>
        </w:tc>
        <w:tc>
          <w:tcPr>
            <w:tcW w:w="0" w:type="auto"/>
          </w:tcPr>
          <w:p w14:paraId="4759A3C1" w14:textId="77777777" w:rsidR="00C91419" w:rsidRDefault="00E96D7B">
            <w:pPr>
              <w:jc w:val="center"/>
            </w:pPr>
            <w:r>
              <w:t>УПК № 9 «ГРЭ»</w:t>
            </w:r>
          </w:p>
        </w:tc>
        <w:tc>
          <w:tcPr>
            <w:tcW w:w="0" w:type="auto"/>
          </w:tcPr>
          <w:p w14:paraId="54EBFEE6" w14:textId="77777777" w:rsidR="00C91419" w:rsidRDefault="00E96D7B">
            <w:pPr>
              <w:jc w:val="center"/>
            </w:pPr>
            <w:r>
              <w:t>г. Таштагол</w:t>
            </w:r>
          </w:p>
        </w:tc>
        <w:tc>
          <w:tcPr>
            <w:tcW w:w="0" w:type="auto"/>
          </w:tcPr>
          <w:p w14:paraId="7C9EAAF2" w14:textId="77777777" w:rsidR="00C91419" w:rsidRDefault="00E96D7B">
            <w:pPr>
              <w:jc w:val="center"/>
            </w:pPr>
            <w:r>
              <w:t>4,5000</w:t>
            </w:r>
          </w:p>
        </w:tc>
        <w:tc>
          <w:tcPr>
            <w:tcW w:w="0" w:type="auto"/>
          </w:tcPr>
          <w:p w14:paraId="6E110D9B" w14:textId="77777777" w:rsidR="00C91419" w:rsidRDefault="00E96D7B">
            <w:pPr>
              <w:jc w:val="center"/>
            </w:pPr>
            <w:r>
              <w:t>0,5624</w:t>
            </w:r>
          </w:p>
        </w:tc>
        <w:tc>
          <w:tcPr>
            <w:tcW w:w="0" w:type="auto"/>
          </w:tcPr>
          <w:p w14:paraId="1F43F1B7" w14:textId="77777777" w:rsidR="00C91419" w:rsidRDefault="00E96D7B">
            <w:pPr>
              <w:jc w:val="center"/>
            </w:pPr>
            <w:r>
              <w:t>1,3330</w:t>
            </w:r>
          </w:p>
        </w:tc>
        <w:tc>
          <w:tcPr>
            <w:tcW w:w="0" w:type="auto"/>
          </w:tcPr>
          <w:p w14:paraId="0C9CBD72" w14:textId="77777777" w:rsidR="00C91419" w:rsidRDefault="00E96D7B">
            <w:pPr>
              <w:jc w:val="center"/>
            </w:pPr>
            <w:r>
              <w:t>1,3330</w:t>
            </w:r>
          </w:p>
        </w:tc>
        <w:tc>
          <w:tcPr>
            <w:tcW w:w="0" w:type="auto"/>
          </w:tcPr>
          <w:p w14:paraId="741C6839" w14:textId="77777777" w:rsidR="00C91419" w:rsidRDefault="00E96D7B">
            <w:pPr>
              <w:jc w:val="center"/>
            </w:pPr>
            <w:r>
              <w:t>4</w:t>
            </w:r>
          </w:p>
        </w:tc>
        <w:tc>
          <w:tcPr>
            <w:tcW w:w="0" w:type="auto"/>
          </w:tcPr>
          <w:p w14:paraId="00D73A30" w14:textId="77777777" w:rsidR="00C91419" w:rsidRDefault="00E96D7B">
            <w:pPr>
              <w:jc w:val="center"/>
            </w:pPr>
            <w:r>
              <w:t>95/70</w:t>
            </w:r>
          </w:p>
        </w:tc>
        <w:tc>
          <w:tcPr>
            <w:tcW w:w="0" w:type="auto"/>
          </w:tcPr>
          <w:p w14:paraId="5BDFF111" w14:textId="77777777" w:rsidR="00C91419" w:rsidRDefault="00E96D7B">
            <w:pPr>
              <w:jc w:val="center"/>
            </w:pPr>
            <w:r>
              <w:t>открытая</w:t>
            </w:r>
          </w:p>
        </w:tc>
        <w:tc>
          <w:tcPr>
            <w:tcW w:w="0" w:type="auto"/>
          </w:tcPr>
          <w:p w14:paraId="39300AC5" w14:textId="77777777" w:rsidR="00C91419" w:rsidRDefault="00E96D7B">
            <w:pPr>
              <w:jc w:val="center"/>
            </w:pPr>
            <w:r>
              <w:t>0,0020</w:t>
            </w:r>
          </w:p>
        </w:tc>
      </w:tr>
      <w:tr w:rsidR="00C91419" w14:paraId="13C68CD6" w14:textId="77777777">
        <w:trPr>
          <w:cantSplit/>
          <w:jc w:val="center"/>
        </w:trPr>
        <w:tc>
          <w:tcPr>
            <w:tcW w:w="0" w:type="auto"/>
          </w:tcPr>
          <w:p w14:paraId="15C93A92" w14:textId="77777777" w:rsidR="00C91419" w:rsidRDefault="00E96D7B">
            <w:r>
              <w:t>SYS-05</w:t>
            </w:r>
          </w:p>
        </w:tc>
        <w:tc>
          <w:tcPr>
            <w:tcW w:w="0" w:type="auto"/>
          </w:tcPr>
          <w:p w14:paraId="63D8B43A" w14:textId="77777777" w:rsidR="00C91419" w:rsidRDefault="00E96D7B">
            <w:pPr>
              <w:jc w:val="center"/>
            </w:pPr>
            <w:r>
              <w:t>УПК № 5 «Новый Шерегеш»</w:t>
            </w:r>
          </w:p>
        </w:tc>
        <w:tc>
          <w:tcPr>
            <w:tcW w:w="0" w:type="auto"/>
          </w:tcPr>
          <w:p w14:paraId="0B8706F7" w14:textId="77777777" w:rsidR="00C91419" w:rsidRDefault="00E96D7B">
            <w:pPr>
              <w:jc w:val="center"/>
            </w:pPr>
            <w:r>
              <w:t>пгт Шерегеш</w:t>
            </w:r>
          </w:p>
        </w:tc>
        <w:tc>
          <w:tcPr>
            <w:tcW w:w="0" w:type="auto"/>
          </w:tcPr>
          <w:p w14:paraId="5622E8CD" w14:textId="77777777" w:rsidR="00C91419" w:rsidRDefault="00E96D7B">
            <w:pPr>
              <w:jc w:val="center"/>
            </w:pPr>
            <w:r>
              <w:t>114,0000</w:t>
            </w:r>
          </w:p>
        </w:tc>
        <w:tc>
          <w:tcPr>
            <w:tcW w:w="0" w:type="auto"/>
          </w:tcPr>
          <w:p w14:paraId="1449EDB9" w14:textId="77777777" w:rsidR="00C91419" w:rsidRDefault="00E96D7B">
            <w:pPr>
              <w:jc w:val="center"/>
            </w:pPr>
            <w:r>
              <w:t>42,6992</w:t>
            </w:r>
          </w:p>
        </w:tc>
        <w:tc>
          <w:tcPr>
            <w:tcW w:w="0" w:type="auto"/>
          </w:tcPr>
          <w:p w14:paraId="73317F3C" w14:textId="77777777" w:rsidR="00C91419" w:rsidRDefault="00E96D7B">
            <w:pPr>
              <w:jc w:val="center"/>
            </w:pPr>
            <w:r>
              <w:t>68,6123</w:t>
            </w:r>
          </w:p>
        </w:tc>
        <w:tc>
          <w:tcPr>
            <w:tcW w:w="0" w:type="auto"/>
          </w:tcPr>
          <w:p w14:paraId="4CEB275E" w14:textId="77777777" w:rsidR="00C91419" w:rsidRDefault="00E96D7B">
            <w:pPr>
              <w:jc w:val="center"/>
            </w:pPr>
            <w:r>
              <w:t>114,4463</w:t>
            </w:r>
          </w:p>
        </w:tc>
        <w:tc>
          <w:tcPr>
            <w:tcW w:w="0" w:type="auto"/>
          </w:tcPr>
          <w:p w14:paraId="745223AD" w14:textId="77777777" w:rsidR="00C91419" w:rsidRDefault="00E96D7B">
            <w:pPr>
              <w:jc w:val="center"/>
            </w:pPr>
            <w:r>
              <w:t>7</w:t>
            </w:r>
          </w:p>
        </w:tc>
        <w:tc>
          <w:tcPr>
            <w:tcW w:w="0" w:type="auto"/>
          </w:tcPr>
          <w:p w14:paraId="0E2F9E95" w14:textId="77777777" w:rsidR="00C91419" w:rsidRDefault="00E96D7B">
            <w:pPr>
              <w:jc w:val="center"/>
            </w:pPr>
            <w:r>
              <w:t>95/70</w:t>
            </w:r>
          </w:p>
        </w:tc>
        <w:tc>
          <w:tcPr>
            <w:tcW w:w="0" w:type="auto"/>
          </w:tcPr>
          <w:p w14:paraId="53E381FC" w14:textId="77777777" w:rsidR="00C91419" w:rsidRDefault="00E96D7B">
            <w:pPr>
              <w:jc w:val="center"/>
            </w:pPr>
            <w:r>
              <w:t>открытая</w:t>
            </w:r>
          </w:p>
        </w:tc>
        <w:tc>
          <w:tcPr>
            <w:tcW w:w="0" w:type="auto"/>
          </w:tcPr>
          <w:p w14:paraId="59FE81CD" w14:textId="77777777" w:rsidR="00C91419" w:rsidRDefault="00E96D7B">
            <w:pPr>
              <w:jc w:val="center"/>
            </w:pPr>
            <w:r>
              <w:t>3,0650</w:t>
            </w:r>
          </w:p>
        </w:tc>
      </w:tr>
      <w:tr w:rsidR="00C91419" w14:paraId="041966D2" w14:textId="77777777">
        <w:trPr>
          <w:cantSplit/>
          <w:jc w:val="center"/>
        </w:trPr>
        <w:tc>
          <w:tcPr>
            <w:tcW w:w="0" w:type="auto"/>
          </w:tcPr>
          <w:p w14:paraId="4315AEC8" w14:textId="77777777" w:rsidR="00C91419" w:rsidRDefault="00E96D7B">
            <w:r>
              <w:t>SYS-06</w:t>
            </w:r>
          </w:p>
        </w:tc>
        <w:tc>
          <w:tcPr>
            <w:tcW w:w="0" w:type="auto"/>
          </w:tcPr>
          <w:p w14:paraId="31DEFB9C" w14:textId="77777777" w:rsidR="00C91419" w:rsidRDefault="00E96D7B">
            <w:pPr>
              <w:jc w:val="center"/>
            </w:pPr>
            <w:r>
              <w:t>УПК № 6 «Старый Шерегеш»</w:t>
            </w:r>
          </w:p>
        </w:tc>
        <w:tc>
          <w:tcPr>
            <w:tcW w:w="0" w:type="auto"/>
          </w:tcPr>
          <w:p w14:paraId="5267580D" w14:textId="77777777" w:rsidR="00C91419" w:rsidRDefault="00E96D7B">
            <w:pPr>
              <w:jc w:val="center"/>
            </w:pPr>
            <w:r>
              <w:t>пгт Шерегеш</w:t>
            </w:r>
          </w:p>
        </w:tc>
        <w:tc>
          <w:tcPr>
            <w:tcW w:w="0" w:type="auto"/>
          </w:tcPr>
          <w:p w14:paraId="61A9D665" w14:textId="77777777" w:rsidR="00C91419" w:rsidRDefault="00E96D7B">
            <w:pPr>
              <w:jc w:val="center"/>
            </w:pPr>
            <w:r>
              <w:t>24,0000</w:t>
            </w:r>
          </w:p>
        </w:tc>
        <w:tc>
          <w:tcPr>
            <w:tcW w:w="0" w:type="auto"/>
          </w:tcPr>
          <w:p w14:paraId="4B92BB34" w14:textId="77777777" w:rsidR="00C91419" w:rsidRDefault="00E96D7B">
            <w:pPr>
              <w:jc w:val="center"/>
            </w:pPr>
            <w:r>
              <w:t>2,7972</w:t>
            </w:r>
          </w:p>
        </w:tc>
        <w:tc>
          <w:tcPr>
            <w:tcW w:w="0" w:type="auto"/>
          </w:tcPr>
          <w:p w14:paraId="5724A3EA" w14:textId="77777777" w:rsidR="00C91419" w:rsidRDefault="00E96D7B">
            <w:pPr>
              <w:jc w:val="center"/>
            </w:pPr>
            <w:r>
              <w:t>4,6696</w:t>
            </w:r>
          </w:p>
        </w:tc>
        <w:tc>
          <w:tcPr>
            <w:tcW w:w="0" w:type="auto"/>
          </w:tcPr>
          <w:p w14:paraId="33B122AC" w14:textId="77777777" w:rsidR="00C91419" w:rsidRDefault="00E96D7B">
            <w:pPr>
              <w:jc w:val="center"/>
            </w:pPr>
            <w:r>
              <w:t>4,8196</w:t>
            </w:r>
          </w:p>
        </w:tc>
        <w:tc>
          <w:tcPr>
            <w:tcW w:w="0" w:type="auto"/>
          </w:tcPr>
          <w:p w14:paraId="2D8BF215" w14:textId="77777777" w:rsidR="00C91419" w:rsidRDefault="00E96D7B">
            <w:pPr>
              <w:jc w:val="center"/>
            </w:pPr>
            <w:r>
              <w:t>4</w:t>
            </w:r>
          </w:p>
        </w:tc>
        <w:tc>
          <w:tcPr>
            <w:tcW w:w="0" w:type="auto"/>
          </w:tcPr>
          <w:p w14:paraId="6CD2E20C" w14:textId="77777777" w:rsidR="00C91419" w:rsidRDefault="00E96D7B">
            <w:pPr>
              <w:jc w:val="center"/>
            </w:pPr>
            <w:r>
              <w:t>95/70</w:t>
            </w:r>
          </w:p>
        </w:tc>
        <w:tc>
          <w:tcPr>
            <w:tcW w:w="0" w:type="auto"/>
          </w:tcPr>
          <w:p w14:paraId="7136DF11" w14:textId="77777777" w:rsidR="00C91419" w:rsidRDefault="00E96D7B">
            <w:pPr>
              <w:jc w:val="center"/>
            </w:pPr>
            <w:r>
              <w:t>открытая</w:t>
            </w:r>
          </w:p>
        </w:tc>
        <w:tc>
          <w:tcPr>
            <w:tcW w:w="0" w:type="auto"/>
          </w:tcPr>
          <w:p w14:paraId="611880FD" w14:textId="77777777" w:rsidR="00C91419" w:rsidRDefault="00E96D7B">
            <w:pPr>
              <w:jc w:val="center"/>
            </w:pPr>
            <w:r>
              <w:t>0,2640</w:t>
            </w:r>
          </w:p>
        </w:tc>
      </w:tr>
      <w:tr w:rsidR="00C91419" w14:paraId="4E89DE5D" w14:textId="77777777">
        <w:trPr>
          <w:cantSplit/>
          <w:jc w:val="center"/>
        </w:trPr>
        <w:tc>
          <w:tcPr>
            <w:tcW w:w="0" w:type="auto"/>
          </w:tcPr>
          <w:p w14:paraId="5D8A31E5" w14:textId="77777777" w:rsidR="00C91419" w:rsidRDefault="00E96D7B">
            <w:r>
              <w:t>SYS-07</w:t>
            </w:r>
          </w:p>
        </w:tc>
        <w:tc>
          <w:tcPr>
            <w:tcW w:w="0" w:type="auto"/>
          </w:tcPr>
          <w:p w14:paraId="19A91375" w14:textId="77777777" w:rsidR="00C91419" w:rsidRDefault="00E96D7B">
            <w:pPr>
              <w:jc w:val="center"/>
            </w:pPr>
            <w:r>
              <w:t>УПК № 7 «Каз»</w:t>
            </w:r>
          </w:p>
        </w:tc>
        <w:tc>
          <w:tcPr>
            <w:tcW w:w="0" w:type="auto"/>
          </w:tcPr>
          <w:p w14:paraId="065C2D40" w14:textId="77777777" w:rsidR="00C91419" w:rsidRDefault="00E96D7B">
            <w:pPr>
              <w:jc w:val="center"/>
            </w:pPr>
            <w:r>
              <w:t>пгт Каз</w:t>
            </w:r>
          </w:p>
        </w:tc>
        <w:tc>
          <w:tcPr>
            <w:tcW w:w="0" w:type="auto"/>
          </w:tcPr>
          <w:p w14:paraId="19409724" w14:textId="77777777" w:rsidR="00C91419" w:rsidRDefault="00E96D7B">
            <w:pPr>
              <w:jc w:val="center"/>
            </w:pPr>
            <w:r>
              <w:t>72,0000</w:t>
            </w:r>
          </w:p>
        </w:tc>
        <w:tc>
          <w:tcPr>
            <w:tcW w:w="0" w:type="auto"/>
          </w:tcPr>
          <w:p w14:paraId="5DF2FDF8" w14:textId="77777777" w:rsidR="00C91419" w:rsidRDefault="00E96D7B">
            <w:pPr>
              <w:jc w:val="center"/>
            </w:pPr>
            <w:r>
              <w:t>9,2933</w:t>
            </w:r>
          </w:p>
        </w:tc>
        <w:tc>
          <w:tcPr>
            <w:tcW w:w="0" w:type="auto"/>
          </w:tcPr>
          <w:p w14:paraId="4E05EE48" w14:textId="77777777" w:rsidR="00C91419" w:rsidRDefault="00E96D7B">
            <w:pPr>
              <w:jc w:val="center"/>
            </w:pPr>
            <w:r>
              <w:t>19,4397</w:t>
            </w:r>
          </w:p>
        </w:tc>
        <w:tc>
          <w:tcPr>
            <w:tcW w:w="0" w:type="auto"/>
          </w:tcPr>
          <w:p w14:paraId="54931C2B" w14:textId="77777777" w:rsidR="00C91419" w:rsidRDefault="00E96D7B">
            <w:pPr>
              <w:jc w:val="center"/>
            </w:pPr>
            <w:r>
              <w:t>19,5027</w:t>
            </w:r>
          </w:p>
        </w:tc>
        <w:tc>
          <w:tcPr>
            <w:tcW w:w="0" w:type="auto"/>
          </w:tcPr>
          <w:p w14:paraId="2AAC798F" w14:textId="77777777" w:rsidR="00C91419" w:rsidRDefault="00E96D7B">
            <w:pPr>
              <w:jc w:val="center"/>
            </w:pPr>
            <w:r>
              <w:t>5</w:t>
            </w:r>
          </w:p>
        </w:tc>
        <w:tc>
          <w:tcPr>
            <w:tcW w:w="0" w:type="auto"/>
          </w:tcPr>
          <w:p w14:paraId="35C037EB" w14:textId="77777777" w:rsidR="00C91419" w:rsidRDefault="00E96D7B">
            <w:pPr>
              <w:jc w:val="center"/>
            </w:pPr>
            <w:r>
              <w:t>130/65</w:t>
            </w:r>
          </w:p>
        </w:tc>
        <w:tc>
          <w:tcPr>
            <w:tcW w:w="0" w:type="auto"/>
          </w:tcPr>
          <w:p w14:paraId="2A2E0B76" w14:textId="77777777" w:rsidR="00C91419" w:rsidRDefault="00E96D7B">
            <w:pPr>
              <w:jc w:val="center"/>
            </w:pPr>
            <w:r>
              <w:t>открытая</w:t>
            </w:r>
          </w:p>
        </w:tc>
        <w:tc>
          <w:tcPr>
            <w:tcW w:w="0" w:type="auto"/>
          </w:tcPr>
          <w:p w14:paraId="437A8695" w14:textId="77777777" w:rsidR="00C91419" w:rsidRDefault="00E96D7B">
            <w:pPr>
              <w:jc w:val="center"/>
            </w:pPr>
            <w:r>
              <w:t>1,0530</w:t>
            </w:r>
          </w:p>
        </w:tc>
      </w:tr>
      <w:tr w:rsidR="00C91419" w14:paraId="724F8115" w14:textId="77777777">
        <w:trPr>
          <w:cantSplit/>
          <w:jc w:val="center"/>
        </w:trPr>
        <w:tc>
          <w:tcPr>
            <w:tcW w:w="0" w:type="auto"/>
          </w:tcPr>
          <w:p w14:paraId="1A2486A1" w14:textId="77777777" w:rsidR="00C91419" w:rsidRDefault="00E96D7B">
            <w:r>
              <w:t>SYS-08</w:t>
            </w:r>
          </w:p>
        </w:tc>
        <w:tc>
          <w:tcPr>
            <w:tcW w:w="0" w:type="auto"/>
          </w:tcPr>
          <w:p w14:paraId="064D9719" w14:textId="77777777" w:rsidR="00C91419" w:rsidRDefault="00E96D7B">
            <w:pPr>
              <w:jc w:val="center"/>
            </w:pPr>
            <w:r>
              <w:t>УПК № 8 «Мундыбаш»</w:t>
            </w:r>
          </w:p>
        </w:tc>
        <w:tc>
          <w:tcPr>
            <w:tcW w:w="0" w:type="auto"/>
          </w:tcPr>
          <w:p w14:paraId="69AA4DEE" w14:textId="77777777" w:rsidR="00C91419" w:rsidRDefault="00E96D7B">
            <w:pPr>
              <w:jc w:val="center"/>
            </w:pPr>
            <w:r>
              <w:t>пгт Мундыбаш</w:t>
            </w:r>
          </w:p>
        </w:tc>
        <w:tc>
          <w:tcPr>
            <w:tcW w:w="0" w:type="auto"/>
          </w:tcPr>
          <w:p w14:paraId="457C97F9" w14:textId="77777777" w:rsidR="00C91419" w:rsidRDefault="00E96D7B">
            <w:pPr>
              <w:jc w:val="center"/>
            </w:pPr>
            <w:r>
              <w:t>36,0000</w:t>
            </w:r>
          </w:p>
        </w:tc>
        <w:tc>
          <w:tcPr>
            <w:tcW w:w="0" w:type="auto"/>
          </w:tcPr>
          <w:p w14:paraId="57DF169A" w14:textId="77777777" w:rsidR="00C91419" w:rsidRDefault="00E96D7B">
            <w:pPr>
              <w:jc w:val="center"/>
            </w:pPr>
            <w:r>
              <w:t>8,5759</w:t>
            </w:r>
          </w:p>
        </w:tc>
        <w:tc>
          <w:tcPr>
            <w:tcW w:w="0" w:type="auto"/>
          </w:tcPr>
          <w:p w14:paraId="24730869" w14:textId="77777777" w:rsidR="00C91419" w:rsidRDefault="00E96D7B">
            <w:pPr>
              <w:jc w:val="center"/>
            </w:pPr>
            <w:r>
              <w:t>20,2475</w:t>
            </w:r>
          </w:p>
        </w:tc>
        <w:tc>
          <w:tcPr>
            <w:tcW w:w="0" w:type="auto"/>
          </w:tcPr>
          <w:p w14:paraId="6C165E49" w14:textId="77777777" w:rsidR="00C91419" w:rsidRDefault="00E96D7B">
            <w:pPr>
              <w:jc w:val="center"/>
            </w:pPr>
            <w:r>
              <w:t>20,2475</w:t>
            </w:r>
          </w:p>
        </w:tc>
        <w:tc>
          <w:tcPr>
            <w:tcW w:w="0" w:type="auto"/>
          </w:tcPr>
          <w:p w14:paraId="312C14ED" w14:textId="77777777" w:rsidR="00C91419" w:rsidRDefault="00E96D7B">
            <w:pPr>
              <w:jc w:val="center"/>
            </w:pPr>
            <w:r>
              <w:t>5</w:t>
            </w:r>
          </w:p>
        </w:tc>
        <w:tc>
          <w:tcPr>
            <w:tcW w:w="0" w:type="auto"/>
          </w:tcPr>
          <w:p w14:paraId="032B8C10" w14:textId="77777777" w:rsidR="00C91419" w:rsidRDefault="00E96D7B">
            <w:pPr>
              <w:jc w:val="center"/>
            </w:pPr>
            <w:r>
              <w:t>95/70</w:t>
            </w:r>
          </w:p>
        </w:tc>
        <w:tc>
          <w:tcPr>
            <w:tcW w:w="0" w:type="auto"/>
          </w:tcPr>
          <w:p w14:paraId="38A8EBA0" w14:textId="77777777" w:rsidR="00C91419" w:rsidRDefault="00E96D7B">
            <w:pPr>
              <w:jc w:val="center"/>
            </w:pPr>
            <w:r>
              <w:t>смешанная</w:t>
            </w:r>
          </w:p>
        </w:tc>
        <w:tc>
          <w:tcPr>
            <w:tcW w:w="0" w:type="auto"/>
          </w:tcPr>
          <w:p w14:paraId="43641A3D" w14:textId="77777777" w:rsidR="00C91419" w:rsidRDefault="00E96D7B">
            <w:pPr>
              <w:jc w:val="center"/>
            </w:pPr>
            <w:r>
              <w:t>0,8190</w:t>
            </w:r>
          </w:p>
        </w:tc>
      </w:tr>
      <w:tr w:rsidR="00C91419" w14:paraId="4773BE75" w14:textId="77777777">
        <w:trPr>
          <w:cantSplit/>
          <w:jc w:val="center"/>
        </w:trPr>
        <w:tc>
          <w:tcPr>
            <w:tcW w:w="0" w:type="auto"/>
          </w:tcPr>
          <w:p w14:paraId="6F17E42F" w14:textId="77777777" w:rsidR="00C91419" w:rsidRDefault="00E96D7B">
            <w:r>
              <w:t>SYS-09</w:t>
            </w:r>
          </w:p>
        </w:tc>
        <w:tc>
          <w:tcPr>
            <w:tcW w:w="0" w:type="auto"/>
          </w:tcPr>
          <w:p w14:paraId="0299CC19" w14:textId="77777777" w:rsidR="00C91419" w:rsidRDefault="00E96D7B">
            <w:pPr>
              <w:jc w:val="center"/>
            </w:pPr>
            <w:r>
              <w:t>УПК № 10 «Темир-Тау»</w:t>
            </w:r>
          </w:p>
        </w:tc>
        <w:tc>
          <w:tcPr>
            <w:tcW w:w="0" w:type="auto"/>
          </w:tcPr>
          <w:p w14:paraId="613799A5" w14:textId="77777777" w:rsidR="00C91419" w:rsidRDefault="00E96D7B">
            <w:pPr>
              <w:jc w:val="center"/>
            </w:pPr>
            <w:r>
              <w:t>пгт Темиртау</w:t>
            </w:r>
          </w:p>
        </w:tc>
        <w:tc>
          <w:tcPr>
            <w:tcW w:w="0" w:type="auto"/>
          </w:tcPr>
          <w:p w14:paraId="2D0E427C" w14:textId="77777777" w:rsidR="00C91419" w:rsidRDefault="00E96D7B">
            <w:pPr>
              <w:jc w:val="center"/>
            </w:pPr>
            <w:r>
              <w:t>33,6000</w:t>
            </w:r>
          </w:p>
        </w:tc>
        <w:tc>
          <w:tcPr>
            <w:tcW w:w="0" w:type="auto"/>
          </w:tcPr>
          <w:p w14:paraId="17195CFA" w14:textId="77777777" w:rsidR="00C91419" w:rsidRDefault="00E96D7B">
            <w:pPr>
              <w:jc w:val="center"/>
            </w:pPr>
            <w:r>
              <w:t>6,5755</w:t>
            </w:r>
          </w:p>
        </w:tc>
        <w:tc>
          <w:tcPr>
            <w:tcW w:w="0" w:type="auto"/>
          </w:tcPr>
          <w:p w14:paraId="431092B3" w14:textId="77777777" w:rsidR="00C91419" w:rsidRDefault="00E96D7B">
            <w:pPr>
              <w:jc w:val="center"/>
            </w:pPr>
            <w:r>
              <w:t>8,6985</w:t>
            </w:r>
          </w:p>
        </w:tc>
        <w:tc>
          <w:tcPr>
            <w:tcW w:w="0" w:type="auto"/>
          </w:tcPr>
          <w:p w14:paraId="6DD8B97D" w14:textId="77777777" w:rsidR="00C91419" w:rsidRDefault="00E96D7B">
            <w:pPr>
              <w:jc w:val="center"/>
            </w:pPr>
            <w:r>
              <w:t>8,6985</w:t>
            </w:r>
          </w:p>
        </w:tc>
        <w:tc>
          <w:tcPr>
            <w:tcW w:w="0" w:type="auto"/>
          </w:tcPr>
          <w:p w14:paraId="2E50CFCC" w14:textId="77777777" w:rsidR="00C91419" w:rsidRDefault="00E96D7B">
            <w:pPr>
              <w:jc w:val="center"/>
            </w:pPr>
            <w:r>
              <w:t>3</w:t>
            </w:r>
          </w:p>
        </w:tc>
        <w:tc>
          <w:tcPr>
            <w:tcW w:w="0" w:type="auto"/>
          </w:tcPr>
          <w:p w14:paraId="6D40816D" w14:textId="77777777" w:rsidR="00C91419" w:rsidRDefault="00E96D7B">
            <w:pPr>
              <w:jc w:val="center"/>
            </w:pPr>
            <w:r>
              <w:t>95/70</w:t>
            </w:r>
          </w:p>
        </w:tc>
        <w:tc>
          <w:tcPr>
            <w:tcW w:w="0" w:type="auto"/>
          </w:tcPr>
          <w:p w14:paraId="5EB214E7" w14:textId="77777777" w:rsidR="00C91419" w:rsidRDefault="00E96D7B">
            <w:pPr>
              <w:jc w:val="center"/>
            </w:pPr>
            <w:r>
              <w:t>открытая</w:t>
            </w:r>
          </w:p>
        </w:tc>
        <w:tc>
          <w:tcPr>
            <w:tcW w:w="0" w:type="auto"/>
          </w:tcPr>
          <w:p w14:paraId="70D8C7BE" w14:textId="77777777" w:rsidR="00C91419" w:rsidRDefault="00E96D7B">
            <w:pPr>
              <w:jc w:val="center"/>
            </w:pPr>
            <w:r>
              <w:t>0,2569</w:t>
            </w:r>
          </w:p>
        </w:tc>
      </w:tr>
      <w:tr w:rsidR="00C91419" w14:paraId="7B9D03DC" w14:textId="77777777">
        <w:trPr>
          <w:cantSplit/>
          <w:jc w:val="center"/>
        </w:trPr>
        <w:tc>
          <w:tcPr>
            <w:tcW w:w="0" w:type="auto"/>
          </w:tcPr>
          <w:p w14:paraId="3E5E60DA" w14:textId="77777777" w:rsidR="00C91419" w:rsidRDefault="00E96D7B">
            <w:r>
              <w:t>SYS-10</w:t>
            </w:r>
          </w:p>
        </w:tc>
        <w:tc>
          <w:tcPr>
            <w:tcW w:w="0" w:type="auto"/>
          </w:tcPr>
          <w:p w14:paraId="45B65693" w14:textId="77777777" w:rsidR="00C91419" w:rsidRDefault="00E96D7B">
            <w:pPr>
              <w:jc w:val="center"/>
            </w:pPr>
            <w:r>
              <w:t>УПК № 3 «Спасск»</w:t>
            </w:r>
          </w:p>
        </w:tc>
        <w:tc>
          <w:tcPr>
            <w:tcW w:w="0" w:type="auto"/>
          </w:tcPr>
          <w:p w14:paraId="7F2414E6" w14:textId="77777777" w:rsidR="00C91419" w:rsidRDefault="00E96D7B">
            <w:pPr>
              <w:jc w:val="center"/>
            </w:pPr>
            <w:r>
              <w:t>пгт Спасск</w:t>
            </w:r>
          </w:p>
        </w:tc>
        <w:tc>
          <w:tcPr>
            <w:tcW w:w="0" w:type="auto"/>
          </w:tcPr>
          <w:p w14:paraId="2642B10B" w14:textId="77777777" w:rsidR="00C91419" w:rsidRDefault="00E96D7B">
            <w:pPr>
              <w:jc w:val="center"/>
            </w:pPr>
            <w:r>
              <w:t>5,3700</w:t>
            </w:r>
          </w:p>
        </w:tc>
        <w:tc>
          <w:tcPr>
            <w:tcW w:w="0" w:type="auto"/>
          </w:tcPr>
          <w:p w14:paraId="678EC5A4" w14:textId="77777777" w:rsidR="00C91419" w:rsidRDefault="00E96D7B">
            <w:pPr>
              <w:jc w:val="center"/>
            </w:pPr>
            <w:r>
              <w:t>1,1314</w:t>
            </w:r>
          </w:p>
        </w:tc>
        <w:tc>
          <w:tcPr>
            <w:tcW w:w="0" w:type="auto"/>
          </w:tcPr>
          <w:p w14:paraId="6B410BD4" w14:textId="77777777" w:rsidR="00C91419" w:rsidRDefault="00E96D7B">
            <w:pPr>
              <w:jc w:val="center"/>
            </w:pPr>
            <w:r>
              <w:t>1,8761</w:t>
            </w:r>
          </w:p>
        </w:tc>
        <w:tc>
          <w:tcPr>
            <w:tcW w:w="0" w:type="auto"/>
          </w:tcPr>
          <w:p w14:paraId="396FA965" w14:textId="77777777" w:rsidR="00C91419" w:rsidRDefault="00E96D7B">
            <w:pPr>
              <w:jc w:val="center"/>
            </w:pPr>
            <w:r>
              <w:t>1,8831</w:t>
            </w:r>
          </w:p>
        </w:tc>
        <w:tc>
          <w:tcPr>
            <w:tcW w:w="0" w:type="auto"/>
          </w:tcPr>
          <w:p w14:paraId="0BC25865" w14:textId="77777777" w:rsidR="00C91419" w:rsidRDefault="00E96D7B">
            <w:pPr>
              <w:jc w:val="center"/>
            </w:pPr>
            <w:r>
              <w:t>5</w:t>
            </w:r>
          </w:p>
        </w:tc>
        <w:tc>
          <w:tcPr>
            <w:tcW w:w="0" w:type="auto"/>
          </w:tcPr>
          <w:p w14:paraId="39C5BFDB" w14:textId="77777777" w:rsidR="00C91419" w:rsidRDefault="00E96D7B">
            <w:pPr>
              <w:jc w:val="center"/>
            </w:pPr>
            <w:r>
              <w:t>95/70</w:t>
            </w:r>
          </w:p>
        </w:tc>
        <w:tc>
          <w:tcPr>
            <w:tcW w:w="0" w:type="auto"/>
          </w:tcPr>
          <w:p w14:paraId="725E11FE" w14:textId="77777777" w:rsidR="00C91419" w:rsidRDefault="00E96D7B">
            <w:pPr>
              <w:jc w:val="center"/>
            </w:pPr>
            <w:r>
              <w:t>открытая</w:t>
            </w:r>
          </w:p>
        </w:tc>
        <w:tc>
          <w:tcPr>
            <w:tcW w:w="0" w:type="auto"/>
          </w:tcPr>
          <w:p w14:paraId="1DE52A85" w14:textId="77777777" w:rsidR="00C91419" w:rsidRDefault="00E96D7B">
            <w:pPr>
              <w:jc w:val="center"/>
            </w:pPr>
            <w:r>
              <w:t>0,0400</w:t>
            </w:r>
          </w:p>
        </w:tc>
      </w:tr>
    </w:tbl>
    <w:p w14:paraId="51A9FD11" w14:textId="77777777" w:rsidR="00B808F9" w:rsidRDefault="00B808F9">
      <w:pPr>
        <w:sectPr w:rsidR="00B808F9" w:rsidSect="00034616">
          <w:footerReference w:type="default" r:id="rId9"/>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15E4F9E" w14:textId="77777777" w:rsidR="007A5E59" w:rsidRPr="001F1187" w:rsidRDefault="0095198F">
      <w:pPr>
        <w:spacing w:before="1200"/>
        <w:jc w:val="center"/>
        <w:rPr>
          <w:lang w:val="ru-RU"/>
        </w:rPr>
      </w:pPr>
      <w:r w:rsidRPr="00C74F04">
        <w:rPr>
          <w:lang w:val="ru-RU"/>
        </w:rPr>
        <w:t>Вспомогательное оборудование раскрыто неравномерно. Состав насосного и тягодутьевого оборудования подтверждён только по УПК № 10 «Темир-Тау» и относится к документам 2019 года: сетевые насосы К45-80, подпиточные насосы отсутствуют — подпитка выполняется за счёт избыточного давления магистрали холодного водоснабжения, дымососы Д-15, дутьевой вентилятор ВД-12, натрий-катионитовые фильтры с режимной картой наладки химводоочистки. Состояние этого оборудования на 2026 год подлежит подтверждению.</w:t>
      </w:r>
    </w:p>
    <w:p w14:paraId="1A211D18" w14:textId="77777777" w:rsidR="007A5E59" w:rsidRPr="001F1187" w:rsidRDefault="0095198F">
      <w:pPr>
        <w:spacing w:before="1200"/>
        <w:jc w:val="center"/>
        <w:rPr>
          <w:lang w:val="ru-RU"/>
        </w:rPr>
      </w:pPr>
      <w:r w:rsidRPr="00C74F04">
        <w:rPr>
          <w:lang w:val="ru-RU"/>
        </w:rPr>
        <w:t>По остальным девяти источникам состав насосного и тягодутьевого оборудования в имеющихся материалах не раскрыт. Отсутствие сведений не означает отсутствия оборудования.</w:t>
      </w:r>
    </w:p>
    <w:p w14:paraId="0365DA25" w14:textId="77777777" w:rsidR="00B808F9" w:rsidRPr="00782666" w:rsidRDefault="00B96FD3">
      <w:pPr>
        <w:pStyle w:val="31"/>
        <w:rPr>
          <w:sz w:val="28"/>
          <w:szCs w:val="28"/>
          <w:lang w:val="ru-RU"/>
        </w:rPr>
      </w:pPr>
      <w:r w:rsidRPr="00782666">
        <w:rPr>
          <w:sz w:val="28"/>
          <w:szCs w:val="28"/>
          <w:lang w:val="ru-RU"/>
        </w:rPr>
        <w:t>1.2.4. Состояние сведений об эксплуатации оборудования источников</w:t>
      </w:r>
    </w:p>
    <w:p w14:paraId="756E73CD" w14:textId="77777777" w:rsidR="00B808F9" w:rsidRPr="00C74F04" w:rsidRDefault="00B96FD3">
      <w:pPr>
        <w:rPr>
          <w:lang w:val="ru-RU"/>
        </w:rPr>
      </w:pPr>
      <w:r w:rsidRPr="00C74F04">
        <w:rPr>
          <w:lang w:val="ru-RU"/>
        </w:rPr>
        <w:t>Региональная практика раскрытия обосновывающих материалов предполагает по каждому источнику тепловой энергии приведение сведений о способах учёта тепловой энергии, отпущенной в тепловые сети, о статистике отказов и восстановлений основного оборудования и о предписаниях надзорных органов. Настоящий подраздел фиксирует фактическое состояние этих сведений в составе исходных данных, чтобы отсутствие сведений не выглядело как их благополучие.</w:t>
      </w:r>
    </w:p>
    <w:p w14:paraId="295D6411" w14:textId="77777777" w:rsidR="00B808F9" w:rsidRPr="00C74F04" w:rsidRDefault="00B96FD3">
      <w:pPr>
        <w:rPr>
          <w:lang w:val="ru-RU"/>
        </w:rPr>
      </w:pPr>
      <w:r w:rsidRPr="00C74F04">
        <w:rPr>
          <w:lang w:val="ru-RU"/>
        </w:rPr>
        <w:t>Способы учёта тепловой энергии, отпущенной в тепловые сети с коллекторов источников, теплоснабжающей организацией не описаны. Реестр приборов учёта, представленный на 2026 год, относится к объектам потребителей и приборов коммерческого учёта на источниках не содержит. Сведения отнесены к требующим получения.</w:t>
      </w:r>
    </w:p>
    <w:p w14:paraId="7ED4A149" w14:textId="77777777" w:rsidR="00B808F9" w:rsidRPr="00C74F04" w:rsidRDefault="00B96FD3">
      <w:pPr>
        <w:rPr>
          <w:lang w:val="ru-RU"/>
        </w:rPr>
      </w:pPr>
      <w:r w:rsidRPr="00C74F04">
        <w:rPr>
          <w:lang w:val="ru-RU"/>
        </w:rPr>
        <w:t>Статистика отказов приведена по тепловым сетям за 2021–2025 годы отдельной таблицей настоящей главы. Статистика отказов и восстановлений основного оборудования источников — котлоагрегатов, тягодутьевых машин, насосного оборудования — в составе исходных данных отсутствует. Отказы сетей и отказы оборудования источников являются различными по природе событиями и в одну величину не сводятся.</w:t>
      </w:r>
    </w:p>
    <w:p w14:paraId="3E3C67CE" w14:textId="77777777" w:rsidR="00B808F9" w:rsidRPr="00C74F04" w:rsidRDefault="00B96FD3">
      <w:pPr>
        <w:rPr>
          <w:lang w:val="ru-RU"/>
        </w:rPr>
      </w:pPr>
      <w:r w:rsidRPr="00C74F04">
        <w:rPr>
          <w:lang w:val="ru-RU"/>
        </w:rPr>
        <w:t>Предписания надзорных органов о запрещении дальнейшей эксплуатации оборудования источников тепловой энергии и участков тепловых сетей в составе исходных данных не представлены. Отсутствие представленных предписаний не равнозначно их отсутствию как факта и самостоятельным выводом о состоянии оборудования не является.</w:t>
      </w:r>
    </w:p>
    <w:p w14:paraId="2E670E19" w14:textId="77777777" w:rsidR="00B808F9" w:rsidRPr="00C74F04" w:rsidRDefault="00B96FD3">
      <w:pPr>
        <w:rPr>
          <w:lang w:val="ru-RU"/>
        </w:rPr>
      </w:pPr>
      <w:r w:rsidRPr="00C74F04">
        <w:rPr>
          <w:lang w:val="ru-RU"/>
        </w:rPr>
        <w:t>Перечисленные позиции внесены в перечень запросов Заказчику. Ни одна из них не препятствует составлению балансов тепловой мощности и топливных балансов настоящей схемы: эти балансы опираются на подтверждённые технические характеристики оборудования и на расчётные нагрузки потребителей.</w:t>
      </w:r>
    </w:p>
    <w:p w14:paraId="42949AC4" w14:textId="77777777" w:rsidR="007A4ED8" w:rsidRPr="00C74F04" w:rsidRDefault="009B7F9E">
      <w:pPr>
        <w:pStyle w:val="21"/>
        <w:rPr>
          <w:lang w:val="ru-RU"/>
        </w:rPr>
      </w:pPr>
      <w:bookmarkStart w:id="6" w:name="_Toc238015597"/>
      <w:r w:rsidRPr="00C74F04">
        <w:rPr>
          <w:lang w:val="ru-RU"/>
        </w:rPr>
        <w:t>1.3. Тепловые сети, сооружения на них и тепловые пункты</w:t>
      </w:r>
      <w:bookmarkEnd w:id="6"/>
    </w:p>
    <w:p w14:paraId="5A022832" w14:textId="77777777" w:rsidR="000772B4" w:rsidRPr="00782666" w:rsidRDefault="00746A89">
      <w:pPr>
        <w:pStyle w:val="31"/>
        <w:rPr>
          <w:sz w:val="28"/>
          <w:szCs w:val="28"/>
          <w:lang w:val="ru-RU"/>
        </w:rPr>
      </w:pPr>
      <w:r w:rsidRPr="00782666">
        <w:rPr>
          <w:sz w:val="28"/>
          <w:szCs w:val="28"/>
          <w:lang w:val="ru-RU"/>
        </w:rPr>
        <w:t>1.3.1. Состав и характеристики тепловых сетей</w:t>
      </w:r>
    </w:p>
    <w:p w14:paraId="1FCCDB96" w14:textId="77777777" w:rsidR="000772B4" w:rsidRPr="00C74F04" w:rsidRDefault="00746A89">
      <w:pPr>
        <w:keepNext/>
        <w:spacing w:before="160"/>
        <w:rPr>
          <w:lang w:val="ru-RU"/>
        </w:rPr>
      </w:pPr>
      <w:r w:rsidRPr="00C74F04">
        <w:rPr>
          <w:b/>
          <w:lang w:val="ru-RU"/>
        </w:rPr>
        <w:t>Таблица 1.7 — Характеристики тепловых сетей</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7269"/>
        <w:gridCol w:w="2076"/>
      </w:tblGrid>
      <w:tr w:rsidR="000772B4" w14:paraId="6E6AE7A7" w14:textId="77777777">
        <w:trPr>
          <w:cantSplit/>
          <w:tblHeader/>
          <w:jc w:val="center"/>
        </w:trPr>
        <w:tc>
          <w:tcPr>
            <w:tcW w:w="0" w:type="auto"/>
            <w:shd w:val="clear" w:color="auto" w:fill="E2F0D9"/>
          </w:tcPr>
          <w:p w14:paraId="1110BFAB" w14:textId="77777777" w:rsidR="000772B4" w:rsidRDefault="00746A89">
            <w:pPr>
              <w:jc w:val="center"/>
            </w:pPr>
            <w:r>
              <w:rPr>
                <w:b/>
              </w:rPr>
              <w:t>Показатель</w:t>
            </w:r>
          </w:p>
        </w:tc>
        <w:tc>
          <w:tcPr>
            <w:tcW w:w="0" w:type="auto"/>
            <w:shd w:val="clear" w:color="auto" w:fill="E2F0D9"/>
          </w:tcPr>
          <w:p w14:paraId="4A95C31C" w14:textId="77777777" w:rsidR="000772B4" w:rsidRDefault="00746A89">
            <w:pPr>
              <w:jc w:val="center"/>
            </w:pPr>
            <w:r>
              <w:rPr>
                <w:b/>
              </w:rPr>
              <w:t>Значение</w:t>
            </w:r>
          </w:p>
        </w:tc>
      </w:tr>
      <w:tr w:rsidR="000772B4" w14:paraId="0B926F3C" w14:textId="77777777">
        <w:trPr>
          <w:cantSplit/>
          <w:jc w:val="center"/>
        </w:trPr>
        <w:tc>
          <w:tcPr>
            <w:tcW w:w="0" w:type="auto"/>
          </w:tcPr>
          <w:p w14:paraId="1645F3BF" w14:textId="77777777" w:rsidR="000772B4" w:rsidRDefault="00746A89">
            <w:r>
              <w:t>Участков водяных тепловых сетей</w:t>
            </w:r>
          </w:p>
        </w:tc>
        <w:tc>
          <w:tcPr>
            <w:tcW w:w="0" w:type="auto"/>
          </w:tcPr>
          <w:p w14:paraId="14A4A674" w14:textId="77777777" w:rsidR="000772B4" w:rsidRDefault="00746A89">
            <w:pPr>
              <w:jc w:val="center"/>
            </w:pPr>
            <w:r>
              <w:t>1 294</w:t>
            </w:r>
          </w:p>
        </w:tc>
      </w:tr>
      <w:tr w:rsidR="000772B4" w14:paraId="704B2D1D" w14:textId="77777777">
        <w:trPr>
          <w:cantSplit/>
          <w:jc w:val="center"/>
        </w:trPr>
        <w:tc>
          <w:tcPr>
            <w:tcW w:w="0" w:type="auto"/>
          </w:tcPr>
          <w:p w14:paraId="0BC20207" w14:textId="77777777" w:rsidR="000772B4" w:rsidRDefault="00746A89">
            <w:r>
              <w:t>Протяжённость по оси трассы</w:t>
            </w:r>
          </w:p>
        </w:tc>
        <w:tc>
          <w:tcPr>
            <w:tcW w:w="0" w:type="auto"/>
          </w:tcPr>
          <w:p w14:paraId="2CD486FC" w14:textId="77777777" w:rsidR="000772B4" w:rsidRDefault="00746A89">
            <w:pPr>
              <w:jc w:val="center"/>
            </w:pPr>
            <w:r>
              <w:t>105 536,70 м</w:t>
            </w:r>
          </w:p>
        </w:tc>
      </w:tr>
      <w:tr w:rsidR="000772B4" w14:paraId="6CBB3A5B" w14:textId="77777777">
        <w:trPr>
          <w:cantSplit/>
          <w:jc w:val="center"/>
        </w:trPr>
        <w:tc>
          <w:tcPr>
            <w:tcW w:w="0" w:type="auto"/>
          </w:tcPr>
          <w:p w14:paraId="0F0E9AE3" w14:textId="77777777" w:rsidR="000772B4" w:rsidRPr="00C74F04" w:rsidRDefault="00746A89">
            <w:pPr>
              <w:rPr>
                <w:lang w:val="ru-RU"/>
              </w:rPr>
            </w:pPr>
            <w:r w:rsidRPr="00C74F04">
              <w:rPr>
                <w:lang w:val="ru-RU"/>
              </w:rPr>
              <w:t>Сумма подающего и обратного трубопроводов</w:t>
            </w:r>
          </w:p>
        </w:tc>
        <w:tc>
          <w:tcPr>
            <w:tcW w:w="0" w:type="auto"/>
          </w:tcPr>
          <w:p w14:paraId="3E58B8ED" w14:textId="77777777" w:rsidR="000772B4" w:rsidRDefault="00746A89">
            <w:pPr>
              <w:jc w:val="center"/>
            </w:pPr>
            <w:r>
              <w:t>211 073,40 м</w:t>
            </w:r>
          </w:p>
        </w:tc>
      </w:tr>
      <w:tr w:rsidR="000772B4" w14:paraId="2F62251F" w14:textId="77777777">
        <w:trPr>
          <w:cantSplit/>
          <w:jc w:val="center"/>
        </w:trPr>
        <w:tc>
          <w:tcPr>
            <w:tcW w:w="0" w:type="auto"/>
          </w:tcPr>
          <w:p w14:paraId="65BAA23A" w14:textId="77777777" w:rsidR="000772B4" w:rsidRDefault="00746A89">
            <w:r>
              <w:t>Материальная характеристика</w:t>
            </w:r>
          </w:p>
        </w:tc>
        <w:tc>
          <w:tcPr>
            <w:tcW w:w="0" w:type="auto"/>
          </w:tcPr>
          <w:p w14:paraId="43EE7DEF" w14:textId="77777777" w:rsidR="000772B4" w:rsidRDefault="00746A89">
            <w:pPr>
              <w:jc w:val="center"/>
            </w:pPr>
            <w:r>
              <w:t>30 406,67 м²</w:t>
            </w:r>
          </w:p>
        </w:tc>
      </w:tr>
      <w:tr w:rsidR="000772B4" w14:paraId="10076D2B" w14:textId="77777777">
        <w:trPr>
          <w:cantSplit/>
          <w:jc w:val="center"/>
        </w:trPr>
        <w:tc>
          <w:tcPr>
            <w:tcW w:w="0" w:type="auto"/>
          </w:tcPr>
          <w:p w14:paraId="6336F44B" w14:textId="77777777" w:rsidR="000772B4" w:rsidRDefault="00746A89">
            <w:r>
              <w:t>Паропроводы, только УПК № 1</w:t>
            </w:r>
          </w:p>
        </w:tc>
        <w:tc>
          <w:tcPr>
            <w:tcW w:w="0" w:type="auto"/>
          </w:tcPr>
          <w:p w14:paraId="4E46DFE0" w14:textId="77777777" w:rsidR="000772B4" w:rsidRDefault="00746A89">
            <w:pPr>
              <w:jc w:val="center"/>
            </w:pPr>
            <w:r>
              <w:t>4 019 м</w:t>
            </w:r>
          </w:p>
        </w:tc>
      </w:tr>
      <w:tr w:rsidR="000772B4" w14:paraId="3195F7D6" w14:textId="77777777">
        <w:trPr>
          <w:cantSplit/>
          <w:jc w:val="center"/>
        </w:trPr>
        <w:tc>
          <w:tcPr>
            <w:tcW w:w="0" w:type="auto"/>
          </w:tcPr>
          <w:p w14:paraId="07F3C777" w14:textId="77777777" w:rsidR="000772B4" w:rsidRDefault="00746A89">
            <w:r>
              <w:t>Конденсатопроводы, только УПК № 1</w:t>
            </w:r>
          </w:p>
        </w:tc>
        <w:tc>
          <w:tcPr>
            <w:tcW w:w="0" w:type="auto"/>
          </w:tcPr>
          <w:p w14:paraId="2E37E697" w14:textId="77777777" w:rsidR="000772B4" w:rsidRDefault="00746A89">
            <w:pPr>
              <w:jc w:val="center"/>
            </w:pPr>
            <w:r>
              <w:t>1 300 м</w:t>
            </w:r>
          </w:p>
        </w:tc>
      </w:tr>
      <w:tr w:rsidR="000772B4" w14:paraId="2189F975" w14:textId="77777777">
        <w:trPr>
          <w:cantSplit/>
          <w:jc w:val="center"/>
        </w:trPr>
        <w:tc>
          <w:tcPr>
            <w:tcW w:w="0" w:type="auto"/>
          </w:tcPr>
          <w:p w14:paraId="6151A36F" w14:textId="77777777" w:rsidR="000772B4" w:rsidRPr="00C74F04" w:rsidRDefault="00746A89">
            <w:pPr>
              <w:rPr>
                <w:lang w:val="ru-RU"/>
              </w:rPr>
            </w:pPr>
            <w:r w:rsidRPr="00C74F04">
              <w:rPr>
                <w:lang w:val="ru-RU"/>
              </w:rPr>
              <w:t>Паровые и конденсатные сети всего</w:t>
            </w:r>
          </w:p>
        </w:tc>
        <w:tc>
          <w:tcPr>
            <w:tcW w:w="0" w:type="auto"/>
          </w:tcPr>
          <w:p w14:paraId="13F7B93C" w14:textId="77777777" w:rsidR="000772B4" w:rsidRDefault="00746A89">
            <w:pPr>
              <w:jc w:val="center"/>
            </w:pPr>
            <w:r>
              <w:t>5 319 м</w:t>
            </w:r>
          </w:p>
        </w:tc>
      </w:tr>
      <w:tr w:rsidR="000772B4" w14:paraId="19C79EE1" w14:textId="77777777">
        <w:trPr>
          <w:cantSplit/>
          <w:jc w:val="center"/>
        </w:trPr>
        <w:tc>
          <w:tcPr>
            <w:tcW w:w="0" w:type="auto"/>
          </w:tcPr>
          <w:p w14:paraId="4533BBFE" w14:textId="77777777" w:rsidR="000772B4" w:rsidRDefault="00746A89">
            <w:r>
              <w:t>Физический износ тепловых сетей</w:t>
            </w:r>
          </w:p>
        </w:tc>
        <w:tc>
          <w:tcPr>
            <w:tcW w:w="0" w:type="auto"/>
          </w:tcPr>
          <w:p w14:paraId="6CBFEBD8" w14:textId="77777777" w:rsidR="000772B4" w:rsidRDefault="00746A89">
            <w:pPr>
              <w:jc w:val="center"/>
            </w:pPr>
            <w:r>
              <w:t>52 %</w:t>
            </w:r>
          </w:p>
        </w:tc>
      </w:tr>
      <w:tr w:rsidR="000772B4" w14:paraId="7C818C9F" w14:textId="77777777">
        <w:trPr>
          <w:cantSplit/>
          <w:jc w:val="center"/>
        </w:trPr>
        <w:tc>
          <w:tcPr>
            <w:tcW w:w="0" w:type="auto"/>
          </w:tcPr>
          <w:p w14:paraId="1A26D650" w14:textId="77777777" w:rsidR="000772B4" w:rsidRPr="00C74F04" w:rsidRDefault="00746A89">
            <w:pPr>
              <w:rPr>
                <w:lang w:val="ru-RU"/>
              </w:rPr>
            </w:pPr>
            <w:r w:rsidRPr="00C74F04">
              <w:rPr>
                <w:lang w:val="ru-RU"/>
              </w:rPr>
              <w:t>Доля ветхих сетей, подлежащих замене</w:t>
            </w:r>
          </w:p>
        </w:tc>
        <w:tc>
          <w:tcPr>
            <w:tcW w:w="0" w:type="auto"/>
          </w:tcPr>
          <w:p w14:paraId="5EF873DB" w14:textId="77777777" w:rsidR="000772B4" w:rsidRDefault="00746A89">
            <w:pPr>
              <w:jc w:val="center"/>
            </w:pPr>
            <w:r>
              <w:t>20–30 %</w:t>
            </w:r>
          </w:p>
        </w:tc>
      </w:tr>
    </w:tbl>
    <w:p w14:paraId="10FC9777" w14:textId="77777777" w:rsidR="000772B4" w:rsidRDefault="000772B4">
      <w:pPr>
        <w:spacing w:after="40"/>
      </w:pPr>
    </w:p>
    <w:p w14:paraId="454B72B1" w14:textId="77777777" w:rsidR="000772B4" w:rsidRPr="00C74F04" w:rsidRDefault="00746A89">
      <w:pPr>
        <w:spacing w:after="80"/>
        <w:jc w:val="both"/>
        <w:rPr>
          <w:lang w:val="ru-RU"/>
        </w:rPr>
      </w:pPr>
      <w:r w:rsidRPr="00C74F04">
        <w:rPr>
          <w:lang w:val="ru-RU"/>
        </w:rPr>
        <w:t>Паровые и конденсатные сети относятся исключительно к УПК № 1 и в протяжённость водяных сетей не включаются. Величина 220,73 км, приведённая в отчётности организации, соответствует иному базису учёта и каноном протяжённости водяных сетей не является.</w:t>
      </w:r>
    </w:p>
    <w:p w14:paraId="7A7BCE8F" w14:textId="77777777" w:rsidR="000772B4" w:rsidRPr="00C74F04" w:rsidRDefault="00746A89">
      <w:pPr>
        <w:spacing w:after="80"/>
        <w:jc w:val="both"/>
        <w:rPr>
          <w:lang w:val="ru-RU"/>
        </w:rPr>
      </w:pPr>
      <w:r w:rsidRPr="00C74F04">
        <w:rPr>
          <w:lang w:val="ru-RU"/>
        </w:rPr>
        <w:t>В составе сетей учтены участки, введённые в эксплуатацию в последние годы: в Таштаголе 2 348,5 м 10.10.2023, в Шерегеше 798,0 м 25.11.2024, в Мундыбаше 1 232,0 м 09.08.2021, суммарно 4 378,5 м. При принятом сроке службы 25 лет замена этих участков на горизонте схемы без отдельного технического основания не предусматривается.</w:t>
      </w:r>
    </w:p>
    <w:p w14:paraId="7AB0311E" w14:textId="77777777" w:rsidR="007A4ED8" w:rsidRPr="00C74F04" w:rsidRDefault="009B7F9E">
      <w:pPr>
        <w:rPr>
          <w:lang w:val="ru-RU"/>
        </w:rPr>
      </w:pPr>
      <w:r w:rsidRPr="00C74F04">
        <w:rPr>
          <w:lang w:val="ru-RU"/>
        </w:rPr>
        <w:t>Распределение протяжённости тепловых сетей по диаметрам приведено на рисунке 1.</w:t>
      </w:r>
    </w:p>
    <w:p w14:paraId="54593EC3" w14:textId="77777777" w:rsidR="00B808F9" w:rsidRPr="00C74F04" w:rsidRDefault="00B808F9">
      <w:pPr>
        <w:rPr>
          <w:lang w:val="ru-RU"/>
        </w:rPr>
        <w:sectPr w:rsidR="00B808F9" w:rsidRPr="00C74F04" w:rsidSect="00034616">
          <w:footerReference w:type="default" r:id="rId10"/>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7EC9AA35" w14:textId="77777777" w:rsidR="007A4ED8" w:rsidRDefault="009B7F9E">
      <w:pPr>
        <w:keepNext/>
        <w:jc w:val="center"/>
      </w:pPr>
      <w:r>
        <w:rPr>
          <w:noProof/>
          <w:lang w:val="ru-RU" w:eastAsia="ru-RU"/>
        </w:rPr>
        <w:drawing>
          <wp:inline distT="0" distB="0" distL="0" distR="0" wp14:anchorId="07232236" wp14:editId="69E42EE8">
            <wp:extent cx="7560000" cy="390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6.png"/>
                    <pic:cNvPicPr/>
                  </pic:nvPicPr>
                  <pic:blipFill>
                    <a:blip r:embed="rId11"/>
                    <a:stretch>
                      <a:fillRect/>
                    </a:stretch>
                  </pic:blipFill>
                  <pic:spPr>
                    <a:xfrm>
                      <a:off x="0" y="0"/>
                      <a:ext cx="7560000" cy="3906000"/>
                    </a:xfrm>
                    <a:prstGeom prst="rect">
                      <a:avLst/>
                    </a:prstGeom>
                  </pic:spPr>
                </pic:pic>
              </a:graphicData>
            </a:graphic>
          </wp:inline>
        </w:drawing>
      </w:r>
    </w:p>
    <w:p w14:paraId="1993BEA0" w14:textId="77777777" w:rsidR="007A4ED8" w:rsidRPr="00C74F04" w:rsidRDefault="009B7F9E">
      <w:pPr>
        <w:jc w:val="center"/>
        <w:rPr>
          <w:lang w:val="ru-RU"/>
        </w:rPr>
      </w:pPr>
      <w:r w:rsidRPr="00C74F04">
        <w:rPr>
          <w:lang w:val="ru-RU"/>
        </w:rPr>
        <w:t>Рисунок 1 — Распределение протяжённости тепловых сетей по диаметрам</w:t>
      </w:r>
    </w:p>
    <w:p w14:paraId="5404ADE8" w14:textId="77777777" w:rsidR="00B808F9" w:rsidRPr="00C74F04" w:rsidRDefault="00B808F9">
      <w:pPr>
        <w:rPr>
          <w:lang w:val="ru-RU"/>
        </w:rPr>
        <w:sectPr w:rsidR="00B808F9" w:rsidRPr="00C74F04" w:rsidSect="00034616">
          <w:footerReference w:type="default" r:id="rId12"/>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2907672" w14:textId="77777777" w:rsidR="007A5E59" w:rsidRPr="00782666" w:rsidRDefault="0095198F">
      <w:pPr>
        <w:pStyle w:val="31"/>
        <w:spacing w:before="1200"/>
        <w:jc w:val="center"/>
        <w:rPr>
          <w:sz w:val="28"/>
          <w:szCs w:val="28"/>
          <w:lang w:val="ru-RU"/>
        </w:rPr>
      </w:pPr>
      <w:r w:rsidRPr="00782666">
        <w:rPr>
          <w:sz w:val="28"/>
          <w:szCs w:val="28"/>
          <w:lang w:val="ru-RU"/>
        </w:rPr>
        <w:t>1.3.2. Возрастная структура тепловых сетей</w:t>
      </w:r>
    </w:p>
    <w:p w14:paraId="0B1CD31A" w14:textId="77777777" w:rsidR="007A5E59" w:rsidRPr="001F1187" w:rsidRDefault="0095198F">
      <w:pPr>
        <w:spacing w:before="1200"/>
        <w:jc w:val="center"/>
        <w:rPr>
          <w:lang w:val="ru-RU"/>
        </w:rPr>
      </w:pPr>
      <w:r w:rsidRPr="00C74F04">
        <w:rPr>
          <w:lang w:val="ru-RU"/>
        </w:rPr>
        <w:t>Год ввода подтверждён по всем 1 294 участкам реестра. Это позволяет построить возрастную структуру без допущений.</w:t>
      </w:r>
    </w:p>
    <w:p w14:paraId="6BDB3E32" w14:textId="77777777" w:rsidR="00B808F9" w:rsidRPr="00C74F04" w:rsidRDefault="00B808F9">
      <w:pPr>
        <w:rPr>
          <w:lang w:val="ru-RU"/>
        </w:rPr>
        <w:sectPr w:rsidR="00B808F9" w:rsidRPr="00C74F04" w:rsidSect="00034616">
          <w:footerReference w:type="default" r:id="rId13"/>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4EDF561" w14:textId="77777777" w:rsidR="00C91419" w:rsidRPr="00C74F04" w:rsidRDefault="00E96D7B">
      <w:pPr>
        <w:keepNext/>
        <w:spacing w:before="160"/>
        <w:rPr>
          <w:lang w:val="ru-RU"/>
        </w:rPr>
      </w:pPr>
      <w:r w:rsidRPr="00C74F04">
        <w:rPr>
          <w:b/>
          <w:lang w:val="ru-RU"/>
        </w:rPr>
        <w:t>Таблица 1.8 — Распределение участков тепловых сетей по возрасту на 2026 год</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3851"/>
        <w:gridCol w:w="1152"/>
        <w:gridCol w:w="1223"/>
        <w:gridCol w:w="1368"/>
        <w:gridCol w:w="1368"/>
        <w:gridCol w:w="1368"/>
        <w:gridCol w:w="1368"/>
        <w:gridCol w:w="1714"/>
        <w:gridCol w:w="865"/>
      </w:tblGrid>
      <w:tr w:rsidR="00C91419" w14:paraId="6DF692A3" w14:textId="77777777">
        <w:trPr>
          <w:cantSplit/>
          <w:tblHeader/>
          <w:jc w:val="center"/>
        </w:trPr>
        <w:tc>
          <w:tcPr>
            <w:tcW w:w="0" w:type="auto"/>
            <w:shd w:val="clear" w:color="auto" w:fill="E2F0D9"/>
          </w:tcPr>
          <w:p w14:paraId="47EB75C3" w14:textId="77777777" w:rsidR="00C91419" w:rsidRDefault="00E96D7B">
            <w:pPr>
              <w:jc w:val="center"/>
            </w:pPr>
            <w:r>
              <w:rPr>
                <w:b/>
              </w:rPr>
              <w:t>Источник</w:t>
            </w:r>
          </w:p>
        </w:tc>
        <w:tc>
          <w:tcPr>
            <w:tcW w:w="0" w:type="auto"/>
            <w:shd w:val="clear" w:color="auto" w:fill="E2F0D9"/>
          </w:tcPr>
          <w:p w14:paraId="2F11866B" w14:textId="77777777" w:rsidR="00C91419" w:rsidRDefault="00E96D7B">
            <w:pPr>
              <w:jc w:val="center"/>
            </w:pPr>
            <w:r>
              <w:rPr>
                <w:b/>
              </w:rPr>
              <w:t>до 5 лет</w:t>
            </w:r>
          </w:p>
        </w:tc>
        <w:tc>
          <w:tcPr>
            <w:tcW w:w="0" w:type="auto"/>
            <w:shd w:val="clear" w:color="auto" w:fill="E2F0D9"/>
          </w:tcPr>
          <w:p w14:paraId="4E5E82C6" w14:textId="77777777" w:rsidR="00C91419" w:rsidRDefault="00E96D7B">
            <w:pPr>
              <w:jc w:val="center"/>
            </w:pPr>
            <w:r>
              <w:rPr>
                <w:b/>
              </w:rPr>
              <w:t>5–10 лет</w:t>
            </w:r>
          </w:p>
        </w:tc>
        <w:tc>
          <w:tcPr>
            <w:tcW w:w="0" w:type="auto"/>
            <w:shd w:val="clear" w:color="auto" w:fill="E2F0D9"/>
          </w:tcPr>
          <w:p w14:paraId="1ACBBFD9" w14:textId="77777777" w:rsidR="00C91419" w:rsidRDefault="00E96D7B">
            <w:pPr>
              <w:jc w:val="center"/>
            </w:pPr>
            <w:r>
              <w:rPr>
                <w:b/>
              </w:rPr>
              <w:t>10–15 лет</w:t>
            </w:r>
          </w:p>
        </w:tc>
        <w:tc>
          <w:tcPr>
            <w:tcW w:w="0" w:type="auto"/>
            <w:shd w:val="clear" w:color="auto" w:fill="E2F0D9"/>
          </w:tcPr>
          <w:p w14:paraId="158B9A1D" w14:textId="77777777" w:rsidR="00C91419" w:rsidRDefault="00E96D7B">
            <w:pPr>
              <w:jc w:val="center"/>
            </w:pPr>
            <w:r>
              <w:rPr>
                <w:b/>
              </w:rPr>
              <w:t>15–20 лет</w:t>
            </w:r>
          </w:p>
        </w:tc>
        <w:tc>
          <w:tcPr>
            <w:tcW w:w="0" w:type="auto"/>
            <w:shd w:val="clear" w:color="auto" w:fill="E2F0D9"/>
          </w:tcPr>
          <w:p w14:paraId="27A3F971" w14:textId="77777777" w:rsidR="00C91419" w:rsidRDefault="00E96D7B">
            <w:pPr>
              <w:jc w:val="center"/>
            </w:pPr>
            <w:r>
              <w:rPr>
                <w:b/>
              </w:rPr>
              <w:t>20–25 лет</w:t>
            </w:r>
          </w:p>
        </w:tc>
        <w:tc>
          <w:tcPr>
            <w:tcW w:w="0" w:type="auto"/>
            <w:shd w:val="clear" w:color="auto" w:fill="E2F0D9"/>
          </w:tcPr>
          <w:p w14:paraId="58A532A6" w14:textId="77777777" w:rsidR="00C91419" w:rsidRDefault="00E96D7B">
            <w:pPr>
              <w:jc w:val="center"/>
            </w:pPr>
            <w:r>
              <w:rPr>
                <w:b/>
              </w:rPr>
              <w:t>25–30 лет</w:t>
            </w:r>
          </w:p>
        </w:tc>
        <w:tc>
          <w:tcPr>
            <w:tcW w:w="0" w:type="auto"/>
            <w:shd w:val="clear" w:color="auto" w:fill="E2F0D9"/>
          </w:tcPr>
          <w:p w14:paraId="5494F8E6" w14:textId="77777777" w:rsidR="00C91419" w:rsidRDefault="00E96D7B">
            <w:pPr>
              <w:jc w:val="center"/>
            </w:pPr>
            <w:r>
              <w:rPr>
                <w:b/>
              </w:rPr>
              <w:t>более 30 лет</w:t>
            </w:r>
          </w:p>
        </w:tc>
        <w:tc>
          <w:tcPr>
            <w:tcW w:w="0" w:type="auto"/>
            <w:shd w:val="clear" w:color="auto" w:fill="E2F0D9"/>
          </w:tcPr>
          <w:p w14:paraId="721D6D4A" w14:textId="77777777" w:rsidR="00C91419" w:rsidRDefault="00E96D7B">
            <w:pPr>
              <w:jc w:val="center"/>
            </w:pPr>
            <w:r>
              <w:rPr>
                <w:b/>
              </w:rPr>
              <w:t>Всего</w:t>
            </w:r>
          </w:p>
        </w:tc>
      </w:tr>
      <w:tr w:rsidR="00C91419" w14:paraId="75D414F9" w14:textId="77777777">
        <w:trPr>
          <w:cantSplit/>
          <w:jc w:val="center"/>
        </w:trPr>
        <w:tc>
          <w:tcPr>
            <w:tcW w:w="0" w:type="auto"/>
          </w:tcPr>
          <w:p w14:paraId="276460A4" w14:textId="77777777" w:rsidR="00C91419" w:rsidRDefault="00E96D7B">
            <w:r>
              <w:t>УПК № 1 «Таштагол»</w:t>
            </w:r>
          </w:p>
        </w:tc>
        <w:tc>
          <w:tcPr>
            <w:tcW w:w="0" w:type="auto"/>
          </w:tcPr>
          <w:p w14:paraId="50DC3CEF" w14:textId="77777777" w:rsidR="00C91419" w:rsidRDefault="00E96D7B">
            <w:pPr>
              <w:jc w:val="center"/>
            </w:pPr>
            <w:r>
              <w:t>3</w:t>
            </w:r>
          </w:p>
        </w:tc>
        <w:tc>
          <w:tcPr>
            <w:tcW w:w="0" w:type="auto"/>
          </w:tcPr>
          <w:p w14:paraId="2C1A6FFF" w14:textId="77777777" w:rsidR="00C91419" w:rsidRDefault="00E96D7B">
            <w:pPr>
              <w:jc w:val="center"/>
            </w:pPr>
            <w:r>
              <w:t>0</w:t>
            </w:r>
          </w:p>
        </w:tc>
        <w:tc>
          <w:tcPr>
            <w:tcW w:w="0" w:type="auto"/>
          </w:tcPr>
          <w:p w14:paraId="0D4754F1" w14:textId="77777777" w:rsidR="00C91419" w:rsidRDefault="00E96D7B">
            <w:pPr>
              <w:jc w:val="center"/>
            </w:pPr>
            <w:r>
              <w:t>1</w:t>
            </w:r>
          </w:p>
        </w:tc>
        <w:tc>
          <w:tcPr>
            <w:tcW w:w="0" w:type="auto"/>
          </w:tcPr>
          <w:p w14:paraId="04926A16" w14:textId="77777777" w:rsidR="00C91419" w:rsidRDefault="00E96D7B">
            <w:pPr>
              <w:jc w:val="center"/>
            </w:pPr>
            <w:r>
              <w:t>32</w:t>
            </w:r>
          </w:p>
        </w:tc>
        <w:tc>
          <w:tcPr>
            <w:tcW w:w="0" w:type="auto"/>
          </w:tcPr>
          <w:p w14:paraId="7FFC7ADF" w14:textId="77777777" w:rsidR="00C91419" w:rsidRDefault="00E96D7B">
            <w:pPr>
              <w:jc w:val="center"/>
            </w:pPr>
            <w:r>
              <w:t>6</w:t>
            </w:r>
          </w:p>
        </w:tc>
        <w:tc>
          <w:tcPr>
            <w:tcW w:w="0" w:type="auto"/>
          </w:tcPr>
          <w:p w14:paraId="1402B5A6" w14:textId="77777777" w:rsidR="00C91419" w:rsidRDefault="00E96D7B">
            <w:pPr>
              <w:jc w:val="center"/>
            </w:pPr>
            <w:r>
              <w:t>2</w:t>
            </w:r>
          </w:p>
        </w:tc>
        <w:tc>
          <w:tcPr>
            <w:tcW w:w="0" w:type="auto"/>
          </w:tcPr>
          <w:p w14:paraId="46FF65DD" w14:textId="77777777" w:rsidR="00C91419" w:rsidRDefault="00E96D7B">
            <w:pPr>
              <w:jc w:val="center"/>
            </w:pPr>
            <w:r>
              <w:t>186</w:t>
            </w:r>
          </w:p>
        </w:tc>
        <w:tc>
          <w:tcPr>
            <w:tcW w:w="0" w:type="auto"/>
          </w:tcPr>
          <w:p w14:paraId="4EF3B0D7" w14:textId="77777777" w:rsidR="00C91419" w:rsidRDefault="00E96D7B">
            <w:pPr>
              <w:jc w:val="center"/>
            </w:pPr>
            <w:r>
              <w:t>230</w:t>
            </w:r>
          </w:p>
        </w:tc>
      </w:tr>
      <w:tr w:rsidR="00C91419" w14:paraId="37A2DFDF" w14:textId="77777777">
        <w:trPr>
          <w:cantSplit/>
          <w:jc w:val="center"/>
        </w:trPr>
        <w:tc>
          <w:tcPr>
            <w:tcW w:w="0" w:type="auto"/>
          </w:tcPr>
          <w:p w14:paraId="643591BC" w14:textId="77777777" w:rsidR="00C91419" w:rsidRDefault="00E96D7B">
            <w:r>
              <w:t>УПК № 2 «Шалым»</w:t>
            </w:r>
          </w:p>
        </w:tc>
        <w:tc>
          <w:tcPr>
            <w:tcW w:w="0" w:type="auto"/>
          </w:tcPr>
          <w:p w14:paraId="7624CE1B" w14:textId="77777777" w:rsidR="00C91419" w:rsidRDefault="00E96D7B">
            <w:pPr>
              <w:jc w:val="center"/>
            </w:pPr>
            <w:r>
              <w:t>0</w:t>
            </w:r>
          </w:p>
        </w:tc>
        <w:tc>
          <w:tcPr>
            <w:tcW w:w="0" w:type="auto"/>
          </w:tcPr>
          <w:p w14:paraId="7D03E8D3" w14:textId="77777777" w:rsidR="00C91419" w:rsidRDefault="00E96D7B">
            <w:pPr>
              <w:jc w:val="center"/>
            </w:pPr>
            <w:r>
              <w:t>0</w:t>
            </w:r>
          </w:p>
        </w:tc>
        <w:tc>
          <w:tcPr>
            <w:tcW w:w="0" w:type="auto"/>
          </w:tcPr>
          <w:p w14:paraId="1A07F325" w14:textId="77777777" w:rsidR="00C91419" w:rsidRDefault="00E96D7B">
            <w:pPr>
              <w:jc w:val="center"/>
            </w:pPr>
            <w:r>
              <w:t>29</w:t>
            </w:r>
          </w:p>
        </w:tc>
        <w:tc>
          <w:tcPr>
            <w:tcW w:w="0" w:type="auto"/>
          </w:tcPr>
          <w:p w14:paraId="3E079C19" w14:textId="77777777" w:rsidR="00C91419" w:rsidRDefault="00E96D7B">
            <w:pPr>
              <w:jc w:val="center"/>
            </w:pPr>
            <w:r>
              <w:t>50</w:t>
            </w:r>
          </w:p>
        </w:tc>
        <w:tc>
          <w:tcPr>
            <w:tcW w:w="0" w:type="auto"/>
          </w:tcPr>
          <w:p w14:paraId="44FC33C3" w14:textId="77777777" w:rsidR="00C91419" w:rsidRDefault="00E96D7B">
            <w:pPr>
              <w:jc w:val="center"/>
            </w:pPr>
            <w:r>
              <w:t>0</w:t>
            </w:r>
          </w:p>
        </w:tc>
        <w:tc>
          <w:tcPr>
            <w:tcW w:w="0" w:type="auto"/>
          </w:tcPr>
          <w:p w14:paraId="1A5AA106" w14:textId="77777777" w:rsidR="00C91419" w:rsidRDefault="00E96D7B">
            <w:pPr>
              <w:jc w:val="center"/>
            </w:pPr>
            <w:r>
              <w:t>0</w:t>
            </w:r>
          </w:p>
        </w:tc>
        <w:tc>
          <w:tcPr>
            <w:tcW w:w="0" w:type="auto"/>
          </w:tcPr>
          <w:p w14:paraId="21E02D36" w14:textId="77777777" w:rsidR="00C91419" w:rsidRDefault="00E96D7B">
            <w:pPr>
              <w:jc w:val="center"/>
            </w:pPr>
            <w:r>
              <w:t>105</w:t>
            </w:r>
          </w:p>
        </w:tc>
        <w:tc>
          <w:tcPr>
            <w:tcW w:w="0" w:type="auto"/>
          </w:tcPr>
          <w:p w14:paraId="303335C7" w14:textId="77777777" w:rsidR="00C91419" w:rsidRDefault="00E96D7B">
            <w:pPr>
              <w:jc w:val="center"/>
            </w:pPr>
            <w:r>
              <w:t>184</w:t>
            </w:r>
          </w:p>
        </w:tc>
      </w:tr>
      <w:tr w:rsidR="00C91419" w14:paraId="6609CF81" w14:textId="77777777">
        <w:trPr>
          <w:cantSplit/>
          <w:jc w:val="center"/>
        </w:trPr>
        <w:tc>
          <w:tcPr>
            <w:tcW w:w="0" w:type="auto"/>
          </w:tcPr>
          <w:p w14:paraId="7E7339E9" w14:textId="77777777" w:rsidR="00C91419" w:rsidRDefault="00E96D7B">
            <w:r>
              <w:t>УПК № 2 «ЦМК»</w:t>
            </w:r>
          </w:p>
        </w:tc>
        <w:tc>
          <w:tcPr>
            <w:tcW w:w="0" w:type="auto"/>
          </w:tcPr>
          <w:p w14:paraId="25819FEC" w14:textId="77777777" w:rsidR="00C91419" w:rsidRDefault="00E96D7B">
            <w:pPr>
              <w:jc w:val="center"/>
            </w:pPr>
            <w:r>
              <w:t>0</w:t>
            </w:r>
          </w:p>
        </w:tc>
        <w:tc>
          <w:tcPr>
            <w:tcW w:w="0" w:type="auto"/>
          </w:tcPr>
          <w:p w14:paraId="78E0F95F" w14:textId="77777777" w:rsidR="00C91419" w:rsidRDefault="00E96D7B">
            <w:pPr>
              <w:jc w:val="center"/>
            </w:pPr>
            <w:r>
              <w:t>0</w:t>
            </w:r>
          </w:p>
        </w:tc>
        <w:tc>
          <w:tcPr>
            <w:tcW w:w="0" w:type="auto"/>
          </w:tcPr>
          <w:p w14:paraId="69CBAD24" w14:textId="77777777" w:rsidR="00C91419" w:rsidRDefault="00E96D7B">
            <w:pPr>
              <w:jc w:val="center"/>
            </w:pPr>
            <w:r>
              <w:t>1</w:t>
            </w:r>
          </w:p>
        </w:tc>
        <w:tc>
          <w:tcPr>
            <w:tcW w:w="0" w:type="auto"/>
          </w:tcPr>
          <w:p w14:paraId="45BE3331" w14:textId="77777777" w:rsidR="00C91419" w:rsidRDefault="00E96D7B">
            <w:pPr>
              <w:jc w:val="center"/>
            </w:pPr>
            <w:r>
              <w:t>0</w:t>
            </w:r>
          </w:p>
        </w:tc>
        <w:tc>
          <w:tcPr>
            <w:tcW w:w="0" w:type="auto"/>
          </w:tcPr>
          <w:p w14:paraId="2CBEB4F8" w14:textId="77777777" w:rsidR="00C91419" w:rsidRDefault="00E96D7B">
            <w:pPr>
              <w:jc w:val="center"/>
            </w:pPr>
            <w:r>
              <w:t>34</w:t>
            </w:r>
          </w:p>
        </w:tc>
        <w:tc>
          <w:tcPr>
            <w:tcW w:w="0" w:type="auto"/>
          </w:tcPr>
          <w:p w14:paraId="2B316397" w14:textId="77777777" w:rsidR="00C91419" w:rsidRDefault="00E96D7B">
            <w:pPr>
              <w:jc w:val="center"/>
            </w:pPr>
            <w:r>
              <w:t>0</w:t>
            </w:r>
          </w:p>
        </w:tc>
        <w:tc>
          <w:tcPr>
            <w:tcW w:w="0" w:type="auto"/>
          </w:tcPr>
          <w:p w14:paraId="20C65500" w14:textId="77777777" w:rsidR="00C91419" w:rsidRDefault="00E96D7B">
            <w:pPr>
              <w:jc w:val="center"/>
            </w:pPr>
            <w:r>
              <w:t>13</w:t>
            </w:r>
          </w:p>
        </w:tc>
        <w:tc>
          <w:tcPr>
            <w:tcW w:w="0" w:type="auto"/>
          </w:tcPr>
          <w:p w14:paraId="73B79CDD" w14:textId="77777777" w:rsidR="00C91419" w:rsidRDefault="00E96D7B">
            <w:pPr>
              <w:jc w:val="center"/>
            </w:pPr>
            <w:r>
              <w:t>48</w:t>
            </w:r>
          </w:p>
        </w:tc>
      </w:tr>
      <w:tr w:rsidR="00C91419" w14:paraId="213BE378" w14:textId="77777777">
        <w:trPr>
          <w:cantSplit/>
          <w:jc w:val="center"/>
        </w:trPr>
        <w:tc>
          <w:tcPr>
            <w:tcW w:w="0" w:type="auto"/>
          </w:tcPr>
          <w:p w14:paraId="216A8692" w14:textId="77777777" w:rsidR="00C91419" w:rsidRDefault="00E96D7B">
            <w:r>
              <w:t>УПК № 9 «ГРЭ»</w:t>
            </w:r>
          </w:p>
        </w:tc>
        <w:tc>
          <w:tcPr>
            <w:tcW w:w="0" w:type="auto"/>
          </w:tcPr>
          <w:p w14:paraId="0EB94870" w14:textId="77777777" w:rsidR="00C91419" w:rsidRDefault="00E96D7B">
            <w:pPr>
              <w:jc w:val="center"/>
            </w:pPr>
            <w:r>
              <w:t>0</w:t>
            </w:r>
          </w:p>
        </w:tc>
        <w:tc>
          <w:tcPr>
            <w:tcW w:w="0" w:type="auto"/>
          </w:tcPr>
          <w:p w14:paraId="751CA968" w14:textId="77777777" w:rsidR="00C91419" w:rsidRDefault="00E96D7B">
            <w:pPr>
              <w:jc w:val="center"/>
            </w:pPr>
            <w:r>
              <w:t>0</w:t>
            </w:r>
          </w:p>
        </w:tc>
        <w:tc>
          <w:tcPr>
            <w:tcW w:w="0" w:type="auto"/>
          </w:tcPr>
          <w:p w14:paraId="679BE7E0" w14:textId="77777777" w:rsidR="00C91419" w:rsidRDefault="00E96D7B">
            <w:pPr>
              <w:jc w:val="center"/>
            </w:pPr>
            <w:r>
              <w:t>0</w:t>
            </w:r>
          </w:p>
        </w:tc>
        <w:tc>
          <w:tcPr>
            <w:tcW w:w="0" w:type="auto"/>
          </w:tcPr>
          <w:p w14:paraId="631B6832" w14:textId="77777777" w:rsidR="00C91419" w:rsidRDefault="00E96D7B">
            <w:pPr>
              <w:jc w:val="center"/>
            </w:pPr>
            <w:r>
              <w:t>0</w:t>
            </w:r>
          </w:p>
        </w:tc>
        <w:tc>
          <w:tcPr>
            <w:tcW w:w="0" w:type="auto"/>
          </w:tcPr>
          <w:p w14:paraId="2D792E9E" w14:textId="77777777" w:rsidR="00C91419" w:rsidRDefault="00E96D7B">
            <w:pPr>
              <w:jc w:val="center"/>
            </w:pPr>
            <w:r>
              <w:t>8</w:t>
            </w:r>
          </w:p>
        </w:tc>
        <w:tc>
          <w:tcPr>
            <w:tcW w:w="0" w:type="auto"/>
          </w:tcPr>
          <w:p w14:paraId="1CFE1ED2" w14:textId="77777777" w:rsidR="00C91419" w:rsidRDefault="00E96D7B">
            <w:pPr>
              <w:jc w:val="center"/>
            </w:pPr>
            <w:r>
              <w:t>0</w:t>
            </w:r>
          </w:p>
        </w:tc>
        <w:tc>
          <w:tcPr>
            <w:tcW w:w="0" w:type="auto"/>
          </w:tcPr>
          <w:p w14:paraId="5BF11356" w14:textId="77777777" w:rsidR="00C91419" w:rsidRDefault="00E96D7B">
            <w:pPr>
              <w:jc w:val="center"/>
            </w:pPr>
            <w:r>
              <w:t>0</w:t>
            </w:r>
          </w:p>
        </w:tc>
        <w:tc>
          <w:tcPr>
            <w:tcW w:w="0" w:type="auto"/>
          </w:tcPr>
          <w:p w14:paraId="4A7FBB29" w14:textId="77777777" w:rsidR="00C91419" w:rsidRDefault="00E96D7B">
            <w:pPr>
              <w:jc w:val="center"/>
            </w:pPr>
            <w:r>
              <w:t>8</w:t>
            </w:r>
          </w:p>
        </w:tc>
      </w:tr>
      <w:tr w:rsidR="00C91419" w14:paraId="72069F1A" w14:textId="77777777">
        <w:trPr>
          <w:cantSplit/>
          <w:jc w:val="center"/>
        </w:trPr>
        <w:tc>
          <w:tcPr>
            <w:tcW w:w="0" w:type="auto"/>
          </w:tcPr>
          <w:p w14:paraId="119248B1" w14:textId="77777777" w:rsidR="00C91419" w:rsidRDefault="00E96D7B">
            <w:r>
              <w:t>УПК № 5 «Новый Шерегеш»</w:t>
            </w:r>
          </w:p>
        </w:tc>
        <w:tc>
          <w:tcPr>
            <w:tcW w:w="0" w:type="auto"/>
          </w:tcPr>
          <w:p w14:paraId="33FB5677" w14:textId="77777777" w:rsidR="00C91419" w:rsidRDefault="00E96D7B">
            <w:pPr>
              <w:jc w:val="center"/>
            </w:pPr>
            <w:r>
              <w:t>2</w:t>
            </w:r>
          </w:p>
        </w:tc>
        <w:tc>
          <w:tcPr>
            <w:tcW w:w="0" w:type="auto"/>
          </w:tcPr>
          <w:p w14:paraId="4C30D47E" w14:textId="77777777" w:rsidR="00C91419" w:rsidRDefault="00E96D7B">
            <w:pPr>
              <w:jc w:val="center"/>
            </w:pPr>
            <w:r>
              <w:t>0</w:t>
            </w:r>
          </w:p>
        </w:tc>
        <w:tc>
          <w:tcPr>
            <w:tcW w:w="0" w:type="auto"/>
          </w:tcPr>
          <w:p w14:paraId="0854C7A2" w14:textId="77777777" w:rsidR="00C91419" w:rsidRDefault="00E96D7B">
            <w:pPr>
              <w:jc w:val="center"/>
            </w:pPr>
            <w:r>
              <w:t>15</w:t>
            </w:r>
          </w:p>
        </w:tc>
        <w:tc>
          <w:tcPr>
            <w:tcW w:w="0" w:type="auto"/>
          </w:tcPr>
          <w:p w14:paraId="377B4DDF" w14:textId="77777777" w:rsidR="00C91419" w:rsidRDefault="00E96D7B">
            <w:pPr>
              <w:jc w:val="center"/>
            </w:pPr>
            <w:r>
              <w:t>41</w:t>
            </w:r>
          </w:p>
        </w:tc>
        <w:tc>
          <w:tcPr>
            <w:tcW w:w="0" w:type="auto"/>
          </w:tcPr>
          <w:p w14:paraId="10672A73" w14:textId="77777777" w:rsidR="00C91419" w:rsidRDefault="00E96D7B">
            <w:pPr>
              <w:jc w:val="center"/>
            </w:pPr>
            <w:r>
              <w:t>60</w:t>
            </w:r>
          </w:p>
        </w:tc>
        <w:tc>
          <w:tcPr>
            <w:tcW w:w="0" w:type="auto"/>
          </w:tcPr>
          <w:p w14:paraId="60D4275C" w14:textId="77777777" w:rsidR="00C91419" w:rsidRDefault="00E96D7B">
            <w:pPr>
              <w:jc w:val="center"/>
            </w:pPr>
            <w:r>
              <w:t>0</w:t>
            </w:r>
          </w:p>
        </w:tc>
        <w:tc>
          <w:tcPr>
            <w:tcW w:w="0" w:type="auto"/>
          </w:tcPr>
          <w:p w14:paraId="45F6ED5B" w14:textId="77777777" w:rsidR="00C91419" w:rsidRDefault="00E96D7B">
            <w:pPr>
              <w:jc w:val="center"/>
            </w:pPr>
            <w:r>
              <w:t>261</w:t>
            </w:r>
          </w:p>
        </w:tc>
        <w:tc>
          <w:tcPr>
            <w:tcW w:w="0" w:type="auto"/>
          </w:tcPr>
          <w:p w14:paraId="2CFC9C58" w14:textId="77777777" w:rsidR="00C91419" w:rsidRDefault="00E96D7B">
            <w:pPr>
              <w:jc w:val="center"/>
            </w:pPr>
            <w:r>
              <w:t>379</w:t>
            </w:r>
          </w:p>
        </w:tc>
      </w:tr>
      <w:tr w:rsidR="00C91419" w14:paraId="7BD35927" w14:textId="77777777">
        <w:trPr>
          <w:cantSplit/>
          <w:jc w:val="center"/>
        </w:trPr>
        <w:tc>
          <w:tcPr>
            <w:tcW w:w="0" w:type="auto"/>
          </w:tcPr>
          <w:p w14:paraId="03129F10" w14:textId="77777777" w:rsidR="00C91419" w:rsidRDefault="00E96D7B">
            <w:r>
              <w:t>УПК № 6 «Старый Шерегеш»</w:t>
            </w:r>
          </w:p>
        </w:tc>
        <w:tc>
          <w:tcPr>
            <w:tcW w:w="0" w:type="auto"/>
          </w:tcPr>
          <w:p w14:paraId="7C6CCA9A" w14:textId="77777777" w:rsidR="00C91419" w:rsidRDefault="00E96D7B">
            <w:pPr>
              <w:jc w:val="center"/>
            </w:pPr>
            <w:r>
              <w:t>0</w:t>
            </w:r>
          </w:p>
        </w:tc>
        <w:tc>
          <w:tcPr>
            <w:tcW w:w="0" w:type="auto"/>
          </w:tcPr>
          <w:p w14:paraId="74A57313" w14:textId="77777777" w:rsidR="00C91419" w:rsidRDefault="00E96D7B">
            <w:pPr>
              <w:jc w:val="center"/>
            </w:pPr>
            <w:r>
              <w:t>0</w:t>
            </w:r>
          </w:p>
        </w:tc>
        <w:tc>
          <w:tcPr>
            <w:tcW w:w="0" w:type="auto"/>
          </w:tcPr>
          <w:p w14:paraId="0A3C9DDC" w14:textId="77777777" w:rsidR="00C91419" w:rsidRDefault="00E96D7B">
            <w:pPr>
              <w:jc w:val="center"/>
            </w:pPr>
            <w:r>
              <w:t>66</w:t>
            </w:r>
          </w:p>
        </w:tc>
        <w:tc>
          <w:tcPr>
            <w:tcW w:w="0" w:type="auto"/>
          </w:tcPr>
          <w:p w14:paraId="5280C16F" w14:textId="77777777" w:rsidR="00C91419" w:rsidRDefault="00E96D7B">
            <w:pPr>
              <w:jc w:val="center"/>
            </w:pPr>
            <w:r>
              <w:t>0</w:t>
            </w:r>
          </w:p>
        </w:tc>
        <w:tc>
          <w:tcPr>
            <w:tcW w:w="0" w:type="auto"/>
          </w:tcPr>
          <w:p w14:paraId="3089A83A" w14:textId="77777777" w:rsidR="00C91419" w:rsidRDefault="00E96D7B">
            <w:pPr>
              <w:jc w:val="center"/>
            </w:pPr>
            <w:r>
              <w:t>16</w:t>
            </w:r>
          </w:p>
        </w:tc>
        <w:tc>
          <w:tcPr>
            <w:tcW w:w="0" w:type="auto"/>
          </w:tcPr>
          <w:p w14:paraId="2C0777F0" w14:textId="77777777" w:rsidR="00C91419" w:rsidRDefault="00E96D7B">
            <w:pPr>
              <w:jc w:val="center"/>
            </w:pPr>
            <w:r>
              <w:t>0</w:t>
            </w:r>
          </w:p>
        </w:tc>
        <w:tc>
          <w:tcPr>
            <w:tcW w:w="0" w:type="auto"/>
          </w:tcPr>
          <w:p w14:paraId="3590F4E0" w14:textId="77777777" w:rsidR="00C91419" w:rsidRDefault="00E96D7B">
            <w:pPr>
              <w:jc w:val="center"/>
            </w:pPr>
            <w:r>
              <w:t>56</w:t>
            </w:r>
          </w:p>
        </w:tc>
        <w:tc>
          <w:tcPr>
            <w:tcW w:w="0" w:type="auto"/>
          </w:tcPr>
          <w:p w14:paraId="150F022E" w14:textId="77777777" w:rsidR="00C91419" w:rsidRDefault="00E96D7B">
            <w:pPr>
              <w:jc w:val="center"/>
            </w:pPr>
            <w:r>
              <w:t>138</w:t>
            </w:r>
          </w:p>
        </w:tc>
      </w:tr>
      <w:tr w:rsidR="00C91419" w14:paraId="04D4A064" w14:textId="77777777">
        <w:trPr>
          <w:cantSplit/>
          <w:jc w:val="center"/>
        </w:trPr>
        <w:tc>
          <w:tcPr>
            <w:tcW w:w="0" w:type="auto"/>
          </w:tcPr>
          <w:p w14:paraId="76102114" w14:textId="77777777" w:rsidR="00C91419" w:rsidRDefault="00E96D7B">
            <w:r>
              <w:t>УПК № 7 «Каз»</w:t>
            </w:r>
          </w:p>
        </w:tc>
        <w:tc>
          <w:tcPr>
            <w:tcW w:w="0" w:type="auto"/>
          </w:tcPr>
          <w:p w14:paraId="63D1FC77" w14:textId="77777777" w:rsidR="00C91419" w:rsidRDefault="00E96D7B">
            <w:pPr>
              <w:jc w:val="center"/>
            </w:pPr>
            <w:r>
              <w:t>0</w:t>
            </w:r>
          </w:p>
        </w:tc>
        <w:tc>
          <w:tcPr>
            <w:tcW w:w="0" w:type="auto"/>
          </w:tcPr>
          <w:p w14:paraId="09CF5958" w14:textId="77777777" w:rsidR="00C91419" w:rsidRDefault="00E96D7B">
            <w:pPr>
              <w:jc w:val="center"/>
            </w:pPr>
            <w:r>
              <w:t>0</w:t>
            </w:r>
          </w:p>
        </w:tc>
        <w:tc>
          <w:tcPr>
            <w:tcW w:w="0" w:type="auto"/>
          </w:tcPr>
          <w:p w14:paraId="72A33EF6" w14:textId="77777777" w:rsidR="00C91419" w:rsidRDefault="00E96D7B">
            <w:pPr>
              <w:jc w:val="center"/>
            </w:pPr>
            <w:r>
              <w:t>43</w:t>
            </w:r>
          </w:p>
        </w:tc>
        <w:tc>
          <w:tcPr>
            <w:tcW w:w="0" w:type="auto"/>
          </w:tcPr>
          <w:p w14:paraId="7BB353D5" w14:textId="77777777" w:rsidR="00C91419" w:rsidRDefault="00E96D7B">
            <w:pPr>
              <w:jc w:val="center"/>
            </w:pPr>
            <w:r>
              <w:t>16</w:t>
            </w:r>
          </w:p>
        </w:tc>
        <w:tc>
          <w:tcPr>
            <w:tcW w:w="0" w:type="auto"/>
          </w:tcPr>
          <w:p w14:paraId="29A404F2" w14:textId="77777777" w:rsidR="00C91419" w:rsidRDefault="00E96D7B">
            <w:pPr>
              <w:jc w:val="center"/>
            </w:pPr>
            <w:r>
              <w:t>0</w:t>
            </w:r>
          </w:p>
        </w:tc>
        <w:tc>
          <w:tcPr>
            <w:tcW w:w="0" w:type="auto"/>
          </w:tcPr>
          <w:p w14:paraId="145E876A" w14:textId="77777777" w:rsidR="00C91419" w:rsidRDefault="00E96D7B">
            <w:pPr>
              <w:jc w:val="center"/>
            </w:pPr>
            <w:r>
              <w:t>2</w:t>
            </w:r>
          </w:p>
        </w:tc>
        <w:tc>
          <w:tcPr>
            <w:tcW w:w="0" w:type="auto"/>
          </w:tcPr>
          <w:p w14:paraId="097DBCA3" w14:textId="77777777" w:rsidR="00C91419" w:rsidRDefault="00E96D7B">
            <w:pPr>
              <w:jc w:val="center"/>
            </w:pPr>
            <w:r>
              <w:t>48</w:t>
            </w:r>
          </w:p>
        </w:tc>
        <w:tc>
          <w:tcPr>
            <w:tcW w:w="0" w:type="auto"/>
          </w:tcPr>
          <w:p w14:paraId="37BA6580" w14:textId="77777777" w:rsidR="00C91419" w:rsidRDefault="00E96D7B">
            <w:pPr>
              <w:jc w:val="center"/>
            </w:pPr>
            <w:r>
              <w:t>109</w:t>
            </w:r>
          </w:p>
        </w:tc>
      </w:tr>
      <w:tr w:rsidR="00C91419" w14:paraId="70F4875D" w14:textId="77777777">
        <w:trPr>
          <w:cantSplit/>
          <w:jc w:val="center"/>
        </w:trPr>
        <w:tc>
          <w:tcPr>
            <w:tcW w:w="0" w:type="auto"/>
          </w:tcPr>
          <w:p w14:paraId="6C19DB57" w14:textId="77777777" w:rsidR="00C91419" w:rsidRDefault="00E96D7B">
            <w:r>
              <w:t>УПК № 8 «Мундыбаш»</w:t>
            </w:r>
          </w:p>
        </w:tc>
        <w:tc>
          <w:tcPr>
            <w:tcW w:w="0" w:type="auto"/>
          </w:tcPr>
          <w:p w14:paraId="37008F98" w14:textId="77777777" w:rsidR="00C91419" w:rsidRDefault="00E96D7B">
            <w:pPr>
              <w:jc w:val="center"/>
            </w:pPr>
            <w:r>
              <w:t>0</w:t>
            </w:r>
          </w:p>
        </w:tc>
        <w:tc>
          <w:tcPr>
            <w:tcW w:w="0" w:type="auto"/>
          </w:tcPr>
          <w:p w14:paraId="2B917EC8" w14:textId="77777777" w:rsidR="00C91419" w:rsidRDefault="00E96D7B">
            <w:pPr>
              <w:jc w:val="center"/>
            </w:pPr>
            <w:r>
              <w:t>2</w:t>
            </w:r>
          </w:p>
        </w:tc>
        <w:tc>
          <w:tcPr>
            <w:tcW w:w="0" w:type="auto"/>
          </w:tcPr>
          <w:p w14:paraId="07B979DA" w14:textId="77777777" w:rsidR="00C91419" w:rsidRDefault="00E96D7B">
            <w:pPr>
              <w:jc w:val="center"/>
            </w:pPr>
            <w:r>
              <w:t>20</w:t>
            </w:r>
          </w:p>
        </w:tc>
        <w:tc>
          <w:tcPr>
            <w:tcW w:w="0" w:type="auto"/>
          </w:tcPr>
          <w:p w14:paraId="718466B3" w14:textId="77777777" w:rsidR="00C91419" w:rsidRDefault="00E96D7B">
            <w:pPr>
              <w:jc w:val="center"/>
            </w:pPr>
            <w:r>
              <w:t>20</w:t>
            </w:r>
          </w:p>
        </w:tc>
        <w:tc>
          <w:tcPr>
            <w:tcW w:w="0" w:type="auto"/>
          </w:tcPr>
          <w:p w14:paraId="7F64DE4E" w14:textId="77777777" w:rsidR="00C91419" w:rsidRDefault="00E96D7B">
            <w:pPr>
              <w:jc w:val="center"/>
            </w:pPr>
            <w:r>
              <w:t>13</w:t>
            </w:r>
          </w:p>
        </w:tc>
        <w:tc>
          <w:tcPr>
            <w:tcW w:w="0" w:type="auto"/>
          </w:tcPr>
          <w:p w14:paraId="5BB14B26" w14:textId="77777777" w:rsidR="00C91419" w:rsidRDefault="00E96D7B">
            <w:pPr>
              <w:jc w:val="center"/>
            </w:pPr>
            <w:r>
              <w:t>7</w:t>
            </w:r>
          </w:p>
        </w:tc>
        <w:tc>
          <w:tcPr>
            <w:tcW w:w="0" w:type="auto"/>
          </w:tcPr>
          <w:p w14:paraId="3B9CD18A" w14:textId="77777777" w:rsidR="00C91419" w:rsidRDefault="00E96D7B">
            <w:pPr>
              <w:jc w:val="center"/>
            </w:pPr>
            <w:r>
              <w:t>74</w:t>
            </w:r>
          </w:p>
        </w:tc>
        <w:tc>
          <w:tcPr>
            <w:tcW w:w="0" w:type="auto"/>
          </w:tcPr>
          <w:p w14:paraId="0A1F61B8" w14:textId="77777777" w:rsidR="00C91419" w:rsidRDefault="00E96D7B">
            <w:pPr>
              <w:jc w:val="center"/>
            </w:pPr>
            <w:r>
              <w:t>136</w:t>
            </w:r>
          </w:p>
        </w:tc>
      </w:tr>
      <w:tr w:rsidR="00C91419" w14:paraId="702870B9" w14:textId="77777777">
        <w:trPr>
          <w:cantSplit/>
          <w:jc w:val="center"/>
        </w:trPr>
        <w:tc>
          <w:tcPr>
            <w:tcW w:w="0" w:type="auto"/>
          </w:tcPr>
          <w:p w14:paraId="6FF9EB7A" w14:textId="77777777" w:rsidR="00C91419" w:rsidRDefault="00E96D7B">
            <w:r>
              <w:t>УПК № 10 «Темир-Тау»</w:t>
            </w:r>
          </w:p>
        </w:tc>
        <w:tc>
          <w:tcPr>
            <w:tcW w:w="0" w:type="auto"/>
          </w:tcPr>
          <w:p w14:paraId="61CB885A" w14:textId="77777777" w:rsidR="00C91419" w:rsidRDefault="00E96D7B">
            <w:pPr>
              <w:jc w:val="center"/>
            </w:pPr>
            <w:r>
              <w:t>0</w:t>
            </w:r>
          </w:p>
        </w:tc>
        <w:tc>
          <w:tcPr>
            <w:tcW w:w="0" w:type="auto"/>
          </w:tcPr>
          <w:p w14:paraId="583AC73A" w14:textId="77777777" w:rsidR="00C91419" w:rsidRDefault="00E96D7B">
            <w:pPr>
              <w:jc w:val="center"/>
            </w:pPr>
            <w:r>
              <w:t>0</w:t>
            </w:r>
          </w:p>
        </w:tc>
        <w:tc>
          <w:tcPr>
            <w:tcW w:w="0" w:type="auto"/>
          </w:tcPr>
          <w:p w14:paraId="61F9D070" w14:textId="77777777" w:rsidR="00C91419" w:rsidRDefault="00E96D7B">
            <w:pPr>
              <w:jc w:val="center"/>
            </w:pPr>
            <w:r>
              <w:t>1</w:t>
            </w:r>
          </w:p>
        </w:tc>
        <w:tc>
          <w:tcPr>
            <w:tcW w:w="0" w:type="auto"/>
          </w:tcPr>
          <w:p w14:paraId="47BE46C2" w14:textId="77777777" w:rsidR="00C91419" w:rsidRDefault="00E96D7B">
            <w:pPr>
              <w:jc w:val="center"/>
            </w:pPr>
            <w:r>
              <w:t>2</w:t>
            </w:r>
          </w:p>
        </w:tc>
        <w:tc>
          <w:tcPr>
            <w:tcW w:w="0" w:type="auto"/>
          </w:tcPr>
          <w:p w14:paraId="69AD53CB" w14:textId="77777777" w:rsidR="00C91419" w:rsidRDefault="00E96D7B">
            <w:pPr>
              <w:jc w:val="center"/>
            </w:pPr>
            <w:r>
              <w:t>2</w:t>
            </w:r>
          </w:p>
        </w:tc>
        <w:tc>
          <w:tcPr>
            <w:tcW w:w="0" w:type="auto"/>
          </w:tcPr>
          <w:p w14:paraId="3974925A" w14:textId="77777777" w:rsidR="00C91419" w:rsidRDefault="00E96D7B">
            <w:pPr>
              <w:jc w:val="center"/>
            </w:pPr>
            <w:r>
              <w:t>4</w:t>
            </w:r>
          </w:p>
        </w:tc>
        <w:tc>
          <w:tcPr>
            <w:tcW w:w="0" w:type="auto"/>
          </w:tcPr>
          <w:p w14:paraId="481F46FC" w14:textId="77777777" w:rsidR="00C91419" w:rsidRDefault="00E96D7B">
            <w:pPr>
              <w:jc w:val="center"/>
            </w:pPr>
            <w:r>
              <w:t>34</w:t>
            </w:r>
          </w:p>
        </w:tc>
        <w:tc>
          <w:tcPr>
            <w:tcW w:w="0" w:type="auto"/>
          </w:tcPr>
          <w:p w14:paraId="72F3058A" w14:textId="77777777" w:rsidR="00C91419" w:rsidRDefault="00E96D7B">
            <w:pPr>
              <w:jc w:val="center"/>
            </w:pPr>
            <w:r>
              <w:t>43</w:t>
            </w:r>
          </w:p>
        </w:tc>
      </w:tr>
      <w:tr w:rsidR="00C91419" w14:paraId="1597C106" w14:textId="77777777">
        <w:trPr>
          <w:cantSplit/>
          <w:jc w:val="center"/>
        </w:trPr>
        <w:tc>
          <w:tcPr>
            <w:tcW w:w="0" w:type="auto"/>
          </w:tcPr>
          <w:p w14:paraId="5A795122" w14:textId="77777777" w:rsidR="00C91419" w:rsidRDefault="00E96D7B">
            <w:r>
              <w:t>УПК № 3 «Спасск»</w:t>
            </w:r>
          </w:p>
        </w:tc>
        <w:tc>
          <w:tcPr>
            <w:tcW w:w="0" w:type="auto"/>
          </w:tcPr>
          <w:p w14:paraId="7B2A5CCA" w14:textId="77777777" w:rsidR="00C91419" w:rsidRDefault="00E96D7B">
            <w:pPr>
              <w:jc w:val="center"/>
            </w:pPr>
            <w:r>
              <w:t>0</w:t>
            </w:r>
          </w:p>
        </w:tc>
        <w:tc>
          <w:tcPr>
            <w:tcW w:w="0" w:type="auto"/>
          </w:tcPr>
          <w:p w14:paraId="2336B09D" w14:textId="77777777" w:rsidR="00C91419" w:rsidRDefault="00E96D7B">
            <w:pPr>
              <w:jc w:val="center"/>
            </w:pPr>
            <w:r>
              <w:t>0</w:t>
            </w:r>
          </w:p>
        </w:tc>
        <w:tc>
          <w:tcPr>
            <w:tcW w:w="0" w:type="auto"/>
          </w:tcPr>
          <w:p w14:paraId="04223B00" w14:textId="77777777" w:rsidR="00C91419" w:rsidRDefault="00E96D7B">
            <w:pPr>
              <w:jc w:val="center"/>
            </w:pPr>
            <w:r>
              <w:t>5</w:t>
            </w:r>
          </w:p>
        </w:tc>
        <w:tc>
          <w:tcPr>
            <w:tcW w:w="0" w:type="auto"/>
          </w:tcPr>
          <w:p w14:paraId="303E18D0" w14:textId="77777777" w:rsidR="00C91419" w:rsidRDefault="00E96D7B">
            <w:pPr>
              <w:jc w:val="center"/>
            </w:pPr>
            <w:r>
              <w:t>4</w:t>
            </w:r>
          </w:p>
        </w:tc>
        <w:tc>
          <w:tcPr>
            <w:tcW w:w="0" w:type="auto"/>
          </w:tcPr>
          <w:p w14:paraId="594AA4AD" w14:textId="77777777" w:rsidR="00C91419" w:rsidRDefault="00E96D7B">
            <w:pPr>
              <w:jc w:val="center"/>
            </w:pPr>
            <w:r>
              <w:t>7</w:t>
            </w:r>
          </w:p>
        </w:tc>
        <w:tc>
          <w:tcPr>
            <w:tcW w:w="0" w:type="auto"/>
          </w:tcPr>
          <w:p w14:paraId="1F9C54C5" w14:textId="77777777" w:rsidR="00C91419" w:rsidRDefault="00E96D7B">
            <w:pPr>
              <w:jc w:val="center"/>
            </w:pPr>
            <w:r>
              <w:t>0</w:t>
            </w:r>
          </w:p>
        </w:tc>
        <w:tc>
          <w:tcPr>
            <w:tcW w:w="0" w:type="auto"/>
          </w:tcPr>
          <w:p w14:paraId="4B6CCDD3" w14:textId="77777777" w:rsidR="00C91419" w:rsidRDefault="00E96D7B">
            <w:pPr>
              <w:jc w:val="center"/>
            </w:pPr>
            <w:r>
              <w:t>3</w:t>
            </w:r>
          </w:p>
        </w:tc>
        <w:tc>
          <w:tcPr>
            <w:tcW w:w="0" w:type="auto"/>
          </w:tcPr>
          <w:p w14:paraId="282103B3" w14:textId="77777777" w:rsidR="00C91419" w:rsidRDefault="00E96D7B">
            <w:pPr>
              <w:jc w:val="center"/>
            </w:pPr>
            <w:r>
              <w:t>19</w:t>
            </w:r>
          </w:p>
        </w:tc>
      </w:tr>
      <w:tr w:rsidR="00C91419" w14:paraId="2AB64BD5" w14:textId="77777777">
        <w:trPr>
          <w:cantSplit/>
          <w:jc w:val="center"/>
        </w:trPr>
        <w:tc>
          <w:tcPr>
            <w:tcW w:w="0" w:type="auto"/>
            <w:shd w:val="clear" w:color="auto" w:fill="DBE5F1"/>
          </w:tcPr>
          <w:p w14:paraId="79D4B23B" w14:textId="77777777" w:rsidR="00C91419" w:rsidRDefault="00E96D7B">
            <w:r>
              <w:rPr>
                <w:b/>
              </w:rPr>
              <w:t>Итого</w:t>
            </w:r>
          </w:p>
        </w:tc>
        <w:tc>
          <w:tcPr>
            <w:tcW w:w="0" w:type="auto"/>
            <w:shd w:val="clear" w:color="auto" w:fill="DBE5F1"/>
          </w:tcPr>
          <w:p w14:paraId="6FC68455" w14:textId="77777777" w:rsidR="00C91419" w:rsidRDefault="00E96D7B">
            <w:pPr>
              <w:jc w:val="center"/>
            </w:pPr>
            <w:r>
              <w:rPr>
                <w:b/>
              </w:rPr>
              <w:t>5</w:t>
            </w:r>
          </w:p>
        </w:tc>
        <w:tc>
          <w:tcPr>
            <w:tcW w:w="0" w:type="auto"/>
            <w:shd w:val="clear" w:color="auto" w:fill="DBE5F1"/>
          </w:tcPr>
          <w:p w14:paraId="2DCF974F" w14:textId="77777777" w:rsidR="00C91419" w:rsidRDefault="00E96D7B">
            <w:pPr>
              <w:jc w:val="center"/>
            </w:pPr>
            <w:r>
              <w:rPr>
                <w:b/>
              </w:rPr>
              <w:t>2</w:t>
            </w:r>
          </w:p>
        </w:tc>
        <w:tc>
          <w:tcPr>
            <w:tcW w:w="0" w:type="auto"/>
            <w:shd w:val="clear" w:color="auto" w:fill="DBE5F1"/>
          </w:tcPr>
          <w:p w14:paraId="0FEC70DE" w14:textId="77777777" w:rsidR="00C91419" w:rsidRDefault="00E96D7B">
            <w:pPr>
              <w:jc w:val="center"/>
            </w:pPr>
            <w:r>
              <w:rPr>
                <w:b/>
              </w:rPr>
              <w:t>181</w:t>
            </w:r>
          </w:p>
        </w:tc>
        <w:tc>
          <w:tcPr>
            <w:tcW w:w="0" w:type="auto"/>
            <w:shd w:val="clear" w:color="auto" w:fill="DBE5F1"/>
          </w:tcPr>
          <w:p w14:paraId="7CB2ACD7" w14:textId="77777777" w:rsidR="00C91419" w:rsidRDefault="00E96D7B">
            <w:pPr>
              <w:jc w:val="center"/>
            </w:pPr>
            <w:r>
              <w:rPr>
                <w:b/>
              </w:rPr>
              <w:t>165</w:t>
            </w:r>
          </w:p>
        </w:tc>
        <w:tc>
          <w:tcPr>
            <w:tcW w:w="0" w:type="auto"/>
            <w:shd w:val="clear" w:color="auto" w:fill="DBE5F1"/>
          </w:tcPr>
          <w:p w14:paraId="6D9DBD26" w14:textId="77777777" w:rsidR="00C91419" w:rsidRDefault="00E96D7B">
            <w:pPr>
              <w:jc w:val="center"/>
            </w:pPr>
            <w:r>
              <w:rPr>
                <w:b/>
              </w:rPr>
              <w:t>146</w:t>
            </w:r>
          </w:p>
        </w:tc>
        <w:tc>
          <w:tcPr>
            <w:tcW w:w="0" w:type="auto"/>
            <w:shd w:val="clear" w:color="auto" w:fill="DBE5F1"/>
          </w:tcPr>
          <w:p w14:paraId="576E3D2F" w14:textId="77777777" w:rsidR="00C91419" w:rsidRDefault="00E96D7B">
            <w:pPr>
              <w:jc w:val="center"/>
            </w:pPr>
            <w:r>
              <w:rPr>
                <w:b/>
              </w:rPr>
              <w:t>15</w:t>
            </w:r>
          </w:p>
        </w:tc>
        <w:tc>
          <w:tcPr>
            <w:tcW w:w="0" w:type="auto"/>
            <w:shd w:val="clear" w:color="auto" w:fill="DBE5F1"/>
          </w:tcPr>
          <w:p w14:paraId="3B2E20F2" w14:textId="77777777" w:rsidR="00C91419" w:rsidRDefault="00E96D7B">
            <w:pPr>
              <w:jc w:val="center"/>
            </w:pPr>
            <w:r>
              <w:rPr>
                <w:b/>
              </w:rPr>
              <w:t>780</w:t>
            </w:r>
          </w:p>
        </w:tc>
        <w:tc>
          <w:tcPr>
            <w:tcW w:w="0" w:type="auto"/>
            <w:shd w:val="clear" w:color="auto" w:fill="DBE5F1"/>
          </w:tcPr>
          <w:p w14:paraId="73B2BAD4" w14:textId="77777777" w:rsidR="00C91419" w:rsidRDefault="00E96D7B">
            <w:pPr>
              <w:jc w:val="center"/>
            </w:pPr>
            <w:r>
              <w:rPr>
                <w:b/>
              </w:rPr>
              <w:t>1 294</w:t>
            </w:r>
          </w:p>
        </w:tc>
      </w:tr>
    </w:tbl>
    <w:p w14:paraId="2E87E4C0" w14:textId="77777777" w:rsidR="00B808F9" w:rsidRDefault="00B808F9">
      <w:pPr>
        <w:sectPr w:rsidR="00B808F9" w:rsidSect="00034616">
          <w:footerReference w:type="default" r:id="rId14"/>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E5F6055" w14:textId="77777777" w:rsidR="00C91419" w:rsidRPr="00C74F04" w:rsidRDefault="00E96D7B">
      <w:pPr>
        <w:keepNext/>
        <w:spacing w:before="160"/>
        <w:rPr>
          <w:lang w:val="ru-RU"/>
        </w:rPr>
      </w:pPr>
      <w:r w:rsidRPr="00C74F04">
        <w:rPr>
          <w:b/>
          <w:lang w:val="ru-RU"/>
        </w:rPr>
        <w:t>Таблица 1.9 — Протяжённость тепловых сетей по возрастным группам</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952"/>
        <w:gridCol w:w="5004"/>
        <w:gridCol w:w="1389"/>
      </w:tblGrid>
      <w:tr w:rsidR="00C91419" w14:paraId="22AB3825" w14:textId="77777777">
        <w:trPr>
          <w:cantSplit/>
          <w:tblHeader/>
          <w:jc w:val="center"/>
        </w:trPr>
        <w:tc>
          <w:tcPr>
            <w:tcW w:w="0" w:type="auto"/>
            <w:shd w:val="clear" w:color="auto" w:fill="E2F0D9"/>
          </w:tcPr>
          <w:p w14:paraId="1BFF7AC4" w14:textId="77777777" w:rsidR="00C91419" w:rsidRDefault="00E96D7B">
            <w:pPr>
              <w:jc w:val="center"/>
            </w:pPr>
            <w:r>
              <w:rPr>
                <w:b/>
              </w:rPr>
              <w:t>Возрастная группа</w:t>
            </w:r>
          </w:p>
        </w:tc>
        <w:tc>
          <w:tcPr>
            <w:tcW w:w="0" w:type="auto"/>
            <w:shd w:val="clear" w:color="auto" w:fill="E2F0D9"/>
          </w:tcPr>
          <w:p w14:paraId="33157B88" w14:textId="77777777" w:rsidR="00C91419" w:rsidRPr="00C74F04" w:rsidRDefault="00E96D7B">
            <w:pPr>
              <w:jc w:val="center"/>
              <w:rPr>
                <w:lang w:val="ru-RU"/>
              </w:rPr>
            </w:pPr>
            <w:r w:rsidRPr="00C74F04">
              <w:rPr>
                <w:b/>
                <w:lang w:val="ru-RU"/>
              </w:rPr>
              <w:t>Протяжённость по оси трассы, м</w:t>
            </w:r>
          </w:p>
        </w:tc>
        <w:tc>
          <w:tcPr>
            <w:tcW w:w="0" w:type="auto"/>
            <w:shd w:val="clear" w:color="auto" w:fill="E2F0D9"/>
          </w:tcPr>
          <w:p w14:paraId="5A30F170" w14:textId="77777777" w:rsidR="00C91419" w:rsidRDefault="00E96D7B">
            <w:pPr>
              <w:jc w:val="center"/>
            </w:pPr>
            <w:r>
              <w:rPr>
                <w:b/>
              </w:rPr>
              <w:t>Доля, %</w:t>
            </w:r>
          </w:p>
        </w:tc>
      </w:tr>
      <w:tr w:rsidR="00C91419" w14:paraId="24D62C59" w14:textId="77777777">
        <w:trPr>
          <w:cantSplit/>
          <w:jc w:val="center"/>
        </w:trPr>
        <w:tc>
          <w:tcPr>
            <w:tcW w:w="0" w:type="auto"/>
          </w:tcPr>
          <w:p w14:paraId="1D95B0D8" w14:textId="77777777" w:rsidR="00C91419" w:rsidRDefault="00E96D7B">
            <w:r>
              <w:t>до 5 лет</w:t>
            </w:r>
          </w:p>
        </w:tc>
        <w:tc>
          <w:tcPr>
            <w:tcW w:w="0" w:type="auto"/>
          </w:tcPr>
          <w:p w14:paraId="12AE1A4D" w14:textId="77777777" w:rsidR="00C91419" w:rsidRDefault="00E96D7B">
            <w:pPr>
              <w:jc w:val="center"/>
            </w:pPr>
            <w:r>
              <w:t>3146,5</w:t>
            </w:r>
          </w:p>
        </w:tc>
        <w:tc>
          <w:tcPr>
            <w:tcW w:w="0" w:type="auto"/>
          </w:tcPr>
          <w:p w14:paraId="3C33A88E" w14:textId="77777777" w:rsidR="00C91419" w:rsidRDefault="00E96D7B">
            <w:pPr>
              <w:jc w:val="center"/>
            </w:pPr>
            <w:r>
              <w:t>3,0</w:t>
            </w:r>
          </w:p>
        </w:tc>
      </w:tr>
      <w:tr w:rsidR="00C91419" w14:paraId="7C77CB13" w14:textId="77777777">
        <w:trPr>
          <w:cantSplit/>
          <w:jc w:val="center"/>
        </w:trPr>
        <w:tc>
          <w:tcPr>
            <w:tcW w:w="0" w:type="auto"/>
          </w:tcPr>
          <w:p w14:paraId="4770273A" w14:textId="77777777" w:rsidR="00C91419" w:rsidRDefault="00E96D7B">
            <w:r>
              <w:t>5–10 лет</w:t>
            </w:r>
          </w:p>
        </w:tc>
        <w:tc>
          <w:tcPr>
            <w:tcW w:w="0" w:type="auto"/>
          </w:tcPr>
          <w:p w14:paraId="349DAE31" w14:textId="77777777" w:rsidR="00C91419" w:rsidRDefault="00E96D7B">
            <w:pPr>
              <w:jc w:val="center"/>
            </w:pPr>
            <w:r>
              <w:t>1232,0</w:t>
            </w:r>
          </w:p>
        </w:tc>
        <w:tc>
          <w:tcPr>
            <w:tcW w:w="0" w:type="auto"/>
          </w:tcPr>
          <w:p w14:paraId="20306AA4" w14:textId="77777777" w:rsidR="00C91419" w:rsidRDefault="00E96D7B">
            <w:pPr>
              <w:jc w:val="center"/>
            </w:pPr>
            <w:r>
              <w:t>1,2</w:t>
            </w:r>
          </w:p>
        </w:tc>
      </w:tr>
      <w:tr w:rsidR="00C91419" w14:paraId="0A0135FC" w14:textId="77777777">
        <w:trPr>
          <w:cantSplit/>
          <w:jc w:val="center"/>
        </w:trPr>
        <w:tc>
          <w:tcPr>
            <w:tcW w:w="0" w:type="auto"/>
          </w:tcPr>
          <w:p w14:paraId="1AB68C45" w14:textId="77777777" w:rsidR="00C91419" w:rsidRDefault="00E96D7B">
            <w:r>
              <w:t>10–15 лет</w:t>
            </w:r>
          </w:p>
        </w:tc>
        <w:tc>
          <w:tcPr>
            <w:tcW w:w="0" w:type="auto"/>
          </w:tcPr>
          <w:p w14:paraId="682FE9FD" w14:textId="77777777" w:rsidR="00C91419" w:rsidRDefault="00E96D7B">
            <w:pPr>
              <w:jc w:val="center"/>
            </w:pPr>
            <w:r>
              <w:t>7649,0</w:t>
            </w:r>
          </w:p>
        </w:tc>
        <w:tc>
          <w:tcPr>
            <w:tcW w:w="0" w:type="auto"/>
          </w:tcPr>
          <w:p w14:paraId="11306E39" w14:textId="77777777" w:rsidR="00C91419" w:rsidRDefault="00E96D7B">
            <w:pPr>
              <w:jc w:val="center"/>
            </w:pPr>
            <w:r>
              <w:t>7,2</w:t>
            </w:r>
          </w:p>
        </w:tc>
      </w:tr>
      <w:tr w:rsidR="00C91419" w14:paraId="6BC5E2CB" w14:textId="77777777">
        <w:trPr>
          <w:cantSplit/>
          <w:jc w:val="center"/>
        </w:trPr>
        <w:tc>
          <w:tcPr>
            <w:tcW w:w="0" w:type="auto"/>
          </w:tcPr>
          <w:p w14:paraId="6B80BDA4" w14:textId="77777777" w:rsidR="00C91419" w:rsidRDefault="00E96D7B">
            <w:r>
              <w:t>15–20 лет</w:t>
            </w:r>
          </w:p>
        </w:tc>
        <w:tc>
          <w:tcPr>
            <w:tcW w:w="0" w:type="auto"/>
          </w:tcPr>
          <w:p w14:paraId="44F82627" w14:textId="77777777" w:rsidR="00C91419" w:rsidRDefault="00E96D7B">
            <w:pPr>
              <w:jc w:val="center"/>
            </w:pPr>
            <w:r>
              <w:t>9523,7</w:t>
            </w:r>
          </w:p>
        </w:tc>
        <w:tc>
          <w:tcPr>
            <w:tcW w:w="0" w:type="auto"/>
          </w:tcPr>
          <w:p w14:paraId="7EDC7D75" w14:textId="77777777" w:rsidR="00C91419" w:rsidRDefault="00E96D7B">
            <w:pPr>
              <w:jc w:val="center"/>
            </w:pPr>
            <w:r>
              <w:t>9,0</w:t>
            </w:r>
          </w:p>
        </w:tc>
      </w:tr>
      <w:tr w:rsidR="00C91419" w14:paraId="118D75EE" w14:textId="77777777">
        <w:trPr>
          <w:cantSplit/>
          <w:jc w:val="center"/>
        </w:trPr>
        <w:tc>
          <w:tcPr>
            <w:tcW w:w="0" w:type="auto"/>
          </w:tcPr>
          <w:p w14:paraId="219A782A" w14:textId="77777777" w:rsidR="00C91419" w:rsidRDefault="00E96D7B">
            <w:r>
              <w:t>20–25 лет</w:t>
            </w:r>
          </w:p>
        </w:tc>
        <w:tc>
          <w:tcPr>
            <w:tcW w:w="0" w:type="auto"/>
          </w:tcPr>
          <w:p w14:paraId="3E00A4D2" w14:textId="77777777" w:rsidR="00C91419" w:rsidRDefault="00E96D7B">
            <w:pPr>
              <w:jc w:val="center"/>
            </w:pPr>
            <w:r>
              <w:t>10333,2</w:t>
            </w:r>
          </w:p>
        </w:tc>
        <w:tc>
          <w:tcPr>
            <w:tcW w:w="0" w:type="auto"/>
          </w:tcPr>
          <w:p w14:paraId="39BFE3A8" w14:textId="77777777" w:rsidR="00C91419" w:rsidRDefault="00E96D7B">
            <w:pPr>
              <w:jc w:val="center"/>
            </w:pPr>
            <w:r>
              <w:t>9,8</w:t>
            </w:r>
          </w:p>
        </w:tc>
      </w:tr>
      <w:tr w:rsidR="00C91419" w14:paraId="37467D84" w14:textId="77777777">
        <w:trPr>
          <w:cantSplit/>
          <w:jc w:val="center"/>
        </w:trPr>
        <w:tc>
          <w:tcPr>
            <w:tcW w:w="0" w:type="auto"/>
          </w:tcPr>
          <w:p w14:paraId="7AF1F364" w14:textId="77777777" w:rsidR="00C91419" w:rsidRDefault="00E96D7B">
            <w:r>
              <w:t>25–30 лет</w:t>
            </w:r>
          </w:p>
        </w:tc>
        <w:tc>
          <w:tcPr>
            <w:tcW w:w="0" w:type="auto"/>
          </w:tcPr>
          <w:p w14:paraId="2F132B8E" w14:textId="77777777" w:rsidR="00C91419" w:rsidRDefault="00E96D7B">
            <w:pPr>
              <w:jc w:val="center"/>
            </w:pPr>
            <w:r>
              <w:t>852,0</w:t>
            </w:r>
          </w:p>
        </w:tc>
        <w:tc>
          <w:tcPr>
            <w:tcW w:w="0" w:type="auto"/>
          </w:tcPr>
          <w:p w14:paraId="0D7AB38A" w14:textId="77777777" w:rsidR="00C91419" w:rsidRDefault="00E96D7B">
            <w:pPr>
              <w:jc w:val="center"/>
            </w:pPr>
            <w:r>
              <w:t>0,8</w:t>
            </w:r>
          </w:p>
        </w:tc>
      </w:tr>
      <w:tr w:rsidR="00C91419" w14:paraId="4FB13215" w14:textId="77777777">
        <w:trPr>
          <w:cantSplit/>
          <w:jc w:val="center"/>
        </w:trPr>
        <w:tc>
          <w:tcPr>
            <w:tcW w:w="0" w:type="auto"/>
          </w:tcPr>
          <w:p w14:paraId="2649F644" w14:textId="77777777" w:rsidR="00C91419" w:rsidRDefault="00E96D7B">
            <w:r>
              <w:t>более 30 лет</w:t>
            </w:r>
          </w:p>
        </w:tc>
        <w:tc>
          <w:tcPr>
            <w:tcW w:w="0" w:type="auto"/>
          </w:tcPr>
          <w:p w14:paraId="7E7942DA" w14:textId="77777777" w:rsidR="00C91419" w:rsidRDefault="00E96D7B">
            <w:pPr>
              <w:jc w:val="center"/>
            </w:pPr>
            <w:r>
              <w:t>72800,3</w:t>
            </w:r>
          </w:p>
        </w:tc>
        <w:tc>
          <w:tcPr>
            <w:tcW w:w="0" w:type="auto"/>
          </w:tcPr>
          <w:p w14:paraId="0D068F39" w14:textId="77777777" w:rsidR="00C91419" w:rsidRDefault="00E96D7B">
            <w:pPr>
              <w:jc w:val="center"/>
            </w:pPr>
            <w:r>
              <w:t>69,0</w:t>
            </w:r>
          </w:p>
        </w:tc>
      </w:tr>
      <w:tr w:rsidR="00C91419" w14:paraId="6FB1777F" w14:textId="77777777">
        <w:trPr>
          <w:cantSplit/>
          <w:jc w:val="center"/>
        </w:trPr>
        <w:tc>
          <w:tcPr>
            <w:tcW w:w="0" w:type="auto"/>
            <w:shd w:val="clear" w:color="auto" w:fill="DBE5F1"/>
          </w:tcPr>
          <w:p w14:paraId="5BDB2831" w14:textId="77777777" w:rsidR="00C91419" w:rsidRDefault="00E96D7B">
            <w:r>
              <w:rPr>
                <w:b/>
              </w:rPr>
              <w:t>Итого</w:t>
            </w:r>
          </w:p>
        </w:tc>
        <w:tc>
          <w:tcPr>
            <w:tcW w:w="0" w:type="auto"/>
            <w:shd w:val="clear" w:color="auto" w:fill="DBE5F1"/>
          </w:tcPr>
          <w:p w14:paraId="01A1D478" w14:textId="77777777" w:rsidR="00C91419" w:rsidRDefault="00E96D7B">
            <w:pPr>
              <w:jc w:val="center"/>
            </w:pPr>
            <w:r>
              <w:rPr>
                <w:b/>
              </w:rPr>
              <w:t>105 536,7</w:t>
            </w:r>
          </w:p>
        </w:tc>
        <w:tc>
          <w:tcPr>
            <w:tcW w:w="0" w:type="auto"/>
            <w:shd w:val="clear" w:color="auto" w:fill="DBE5F1"/>
          </w:tcPr>
          <w:p w14:paraId="3860ABF4" w14:textId="77777777" w:rsidR="00C91419" w:rsidRDefault="00E96D7B">
            <w:pPr>
              <w:jc w:val="center"/>
            </w:pPr>
            <w:r>
              <w:rPr>
                <w:b/>
              </w:rPr>
              <w:t>100,0</w:t>
            </w:r>
          </w:p>
        </w:tc>
      </w:tr>
    </w:tbl>
    <w:p w14:paraId="06422FDD" w14:textId="77777777" w:rsidR="007A5E59" w:rsidRPr="001F1187" w:rsidRDefault="0095198F">
      <w:pPr>
        <w:spacing w:before="1200"/>
        <w:jc w:val="center"/>
        <w:rPr>
          <w:lang w:val="ru-RU"/>
        </w:rPr>
      </w:pPr>
      <w:r w:rsidRPr="00C74F04">
        <w:rPr>
          <w:lang w:val="ru-RU"/>
        </w:rPr>
        <w:t>Сети возрастом более тридцати лет составляют 72 800,3 м, или 69,0 процента протяжённости по оси трассы. Это основной фактор, определяющий содержание предложений по тепловым сетям.</w:t>
      </w:r>
    </w:p>
    <w:p w14:paraId="3432D3FA" w14:textId="77777777" w:rsidR="007A5E59" w:rsidRPr="001F1187" w:rsidRDefault="0095198F">
      <w:pPr>
        <w:spacing w:before="1200"/>
        <w:jc w:val="center"/>
        <w:rPr>
          <w:lang w:val="ru-RU"/>
        </w:rPr>
      </w:pPr>
      <w:r w:rsidRPr="00C74F04">
        <w:rPr>
          <w:lang w:val="ru-RU"/>
        </w:rPr>
        <w:t>Превышение нормативного срока службы само по себе доказательством неработоспособности участка не является и мероприятием по замене не становится. Для перехода от возрастного признака к мероприятию требуются сведения о фактическом состоянии, повреждаемости либо гидравлической недостаточности; такими сведениями проект в настоящей редакции не располагает.</w:t>
      </w:r>
    </w:p>
    <w:p w14:paraId="1CFAFB7C" w14:textId="77777777" w:rsidR="007A5E59" w:rsidRPr="001F1187" w:rsidRDefault="0095198F">
      <w:pPr>
        <w:spacing w:before="1200"/>
        <w:jc w:val="center"/>
        <w:rPr>
          <w:lang w:val="ru-RU"/>
        </w:rPr>
      </w:pPr>
      <w:r w:rsidRPr="00C74F04">
        <w:rPr>
          <w:lang w:val="ru-RU"/>
        </w:rPr>
        <w:t>Участки, введённые в 2021–2024 годах, — 4 378,5 м по трём объектам в городе Таштаголе, посёлках Шерегеш и Мундыбаш — подтверждены как существующие на базовый период и в программу замены расчётного периода не включаются.</w:t>
      </w:r>
    </w:p>
    <w:p w14:paraId="638E7978" w14:textId="77777777" w:rsidR="007A4ED8" w:rsidRPr="00C74F04" w:rsidRDefault="009B7F9E">
      <w:pPr>
        <w:rPr>
          <w:lang w:val="ru-RU"/>
        </w:rPr>
      </w:pPr>
      <w:r w:rsidRPr="00C74F04">
        <w:rPr>
          <w:lang w:val="ru-RU"/>
        </w:rPr>
        <w:t>Возрастная структура тепловых сетей приведена на рисунке 2.</w:t>
      </w:r>
    </w:p>
    <w:p w14:paraId="6BD6DDFD" w14:textId="77777777" w:rsidR="00B808F9" w:rsidRPr="00C74F04" w:rsidRDefault="00B808F9">
      <w:pPr>
        <w:rPr>
          <w:lang w:val="ru-RU"/>
        </w:rPr>
        <w:sectPr w:rsidR="00B808F9" w:rsidRPr="00C74F04" w:rsidSect="00034616">
          <w:footerReference w:type="default" r:id="rId15"/>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D0F143E" w14:textId="77777777" w:rsidR="007A4ED8" w:rsidRDefault="009B7F9E">
      <w:pPr>
        <w:keepNext/>
        <w:jc w:val="center"/>
      </w:pPr>
      <w:r>
        <w:rPr>
          <w:noProof/>
          <w:lang w:val="ru-RU" w:eastAsia="ru-RU"/>
        </w:rPr>
        <w:drawing>
          <wp:inline distT="0" distB="0" distL="0" distR="0" wp14:anchorId="71E86A72" wp14:editId="7C489464">
            <wp:extent cx="7560000" cy="390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5.png"/>
                    <pic:cNvPicPr/>
                  </pic:nvPicPr>
                  <pic:blipFill>
                    <a:blip r:embed="rId16"/>
                    <a:stretch>
                      <a:fillRect/>
                    </a:stretch>
                  </pic:blipFill>
                  <pic:spPr>
                    <a:xfrm>
                      <a:off x="0" y="0"/>
                      <a:ext cx="7560000" cy="3906000"/>
                    </a:xfrm>
                    <a:prstGeom prst="rect">
                      <a:avLst/>
                    </a:prstGeom>
                  </pic:spPr>
                </pic:pic>
              </a:graphicData>
            </a:graphic>
          </wp:inline>
        </w:drawing>
      </w:r>
    </w:p>
    <w:p w14:paraId="36886691" w14:textId="77777777" w:rsidR="007A4ED8" w:rsidRPr="00C74F04" w:rsidRDefault="009B7F9E">
      <w:pPr>
        <w:jc w:val="center"/>
        <w:rPr>
          <w:lang w:val="ru-RU"/>
        </w:rPr>
      </w:pPr>
      <w:r w:rsidRPr="00C74F04">
        <w:rPr>
          <w:lang w:val="ru-RU"/>
        </w:rPr>
        <w:t>Рисунок 2 — Возрастная структура тепловых сетей на 2026 год</w:t>
      </w:r>
    </w:p>
    <w:p w14:paraId="29D38C90" w14:textId="77777777" w:rsidR="00B808F9" w:rsidRPr="00C74F04" w:rsidRDefault="00B808F9">
      <w:pPr>
        <w:rPr>
          <w:lang w:val="ru-RU"/>
        </w:rPr>
        <w:sectPr w:rsidR="00B808F9" w:rsidRPr="00C74F04" w:rsidSect="00034616">
          <w:footerReference w:type="default" r:id="rId17"/>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3C43985" w14:textId="77777777" w:rsidR="000772B4" w:rsidRPr="00782666" w:rsidRDefault="00746A89">
      <w:pPr>
        <w:pStyle w:val="31"/>
        <w:rPr>
          <w:sz w:val="28"/>
          <w:szCs w:val="28"/>
          <w:lang w:val="ru-RU"/>
        </w:rPr>
      </w:pPr>
      <w:r w:rsidRPr="00782666">
        <w:rPr>
          <w:sz w:val="28"/>
          <w:szCs w:val="28"/>
          <w:lang w:val="ru-RU"/>
        </w:rPr>
        <w:t>1.3.3. Климатические условия, температурные графики и схемы присоединения</w:t>
      </w:r>
    </w:p>
    <w:p w14:paraId="09DF688E" w14:textId="77777777" w:rsidR="000772B4" w:rsidRDefault="00746A89">
      <w:pPr>
        <w:keepNext/>
        <w:spacing w:before="160"/>
      </w:pPr>
      <w:r>
        <w:rPr>
          <w:b/>
        </w:rPr>
        <w:t>Таблица 1.10 — Расчётные климатические параметры</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5357"/>
        <w:gridCol w:w="3988"/>
      </w:tblGrid>
      <w:tr w:rsidR="000772B4" w14:paraId="1E4FC59F" w14:textId="77777777">
        <w:trPr>
          <w:cantSplit/>
          <w:tblHeader/>
          <w:jc w:val="center"/>
        </w:trPr>
        <w:tc>
          <w:tcPr>
            <w:tcW w:w="0" w:type="auto"/>
            <w:shd w:val="clear" w:color="auto" w:fill="E2F0D9"/>
          </w:tcPr>
          <w:p w14:paraId="5ABABCC4" w14:textId="77777777" w:rsidR="000772B4" w:rsidRDefault="00746A89">
            <w:pPr>
              <w:jc w:val="center"/>
            </w:pPr>
            <w:r>
              <w:rPr>
                <w:b/>
              </w:rPr>
              <w:t>Параметр</w:t>
            </w:r>
          </w:p>
        </w:tc>
        <w:tc>
          <w:tcPr>
            <w:tcW w:w="0" w:type="auto"/>
            <w:shd w:val="clear" w:color="auto" w:fill="E2F0D9"/>
          </w:tcPr>
          <w:p w14:paraId="48E89959" w14:textId="77777777" w:rsidR="000772B4" w:rsidRDefault="00746A89">
            <w:pPr>
              <w:jc w:val="center"/>
            </w:pPr>
            <w:r>
              <w:rPr>
                <w:b/>
              </w:rPr>
              <w:t>Значение</w:t>
            </w:r>
          </w:p>
        </w:tc>
      </w:tr>
      <w:tr w:rsidR="000772B4" w14:paraId="66D456C0" w14:textId="77777777">
        <w:trPr>
          <w:cantSplit/>
          <w:jc w:val="center"/>
        </w:trPr>
        <w:tc>
          <w:tcPr>
            <w:tcW w:w="0" w:type="auto"/>
          </w:tcPr>
          <w:p w14:paraId="755D39E1" w14:textId="77777777" w:rsidR="000772B4" w:rsidRDefault="00746A89">
            <w:r>
              <w:t>Продолжительность отопительного периода</w:t>
            </w:r>
          </w:p>
        </w:tc>
        <w:tc>
          <w:tcPr>
            <w:tcW w:w="0" w:type="auto"/>
          </w:tcPr>
          <w:p w14:paraId="148253C5" w14:textId="77777777" w:rsidR="000772B4" w:rsidRDefault="00746A89">
            <w:pPr>
              <w:jc w:val="center"/>
            </w:pPr>
            <w:r>
              <w:t>5 808 ч/год, эквивалент 242 суток</w:t>
            </w:r>
          </w:p>
        </w:tc>
      </w:tr>
      <w:tr w:rsidR="000772B4" w14:paraId="5775DABF" w14:textId="77777777">
        <w:trPr>
          <w:cantSplit/>
          <w:jc w:val="center"/>
        </w:trPr>
        <w:tc>
          <w:tcPr>
            <w:tcW w:w="0" w:type="auto"/>
          </w:tcPr>
          <w:p w14:paraId="7B10E7B3" w14:textId="77777777" w:rsidR="000772B4" w:rsidRDefault="00746A89">
            <w:r>
              <w:t>Средняя температура отопительного периода</w:t>
            </w:r>
          </w:p>
        </w:tc>
        <w:tc>
          <w:tcPr>
            <w:tcW w:w="0" w:type="auto"/>
          </w:tcPr>
          <w:p w14:paraId="5295CA11" w14:textId="77777777" w:rsidR="000772B4" w:rsidRDefault="00746A89">
            <w:pPr>
              <w:jc w:val="center"/>
            </w:pPr>
            <w:r>
              <w:t>минус 7,9 °C</w:t>
            </w:r>
          </w:p>
        </w:tc>
      </w:tr>
      <w:tr w:rsidR="000772B4" w14:paraId="538F965E" w14:textId="77777777">
        <w:trPr>
          <w:cantSplit/>
          <w:jc w:val="center"/>
        </w:trPr>
        <w:tc>
          <w:tcPr>
            <w:tcW w:w="0" w:type="auto"/>
          </w:tcPr>
          <w:p w14:paraId="5F55B2CB" w14:textId="77777777" w:rsidR="000772B4" w:rsidRDefault="00746A89">
            <w:r>
              <w:t>Расчётная температура наружного воздуха</w:t>
            </w:r>
          </w:p>
        </w:tc>
        <w:tc>
          <w:tcPr>
            <w:tcW w:w="0" w:type="auto"/>
          </w:tcPr>
          <w:p w14:paraId="75B8F4AD" w14:textId="77777777" w:rsidR="000772B4" w:rsidRDefault="00746A89">
            <w:pPr>
              <w:jc w:val="center"/>
            </w:pPr>
            <w:r>
              <w:t>минус 39 °C</w:t>
            </w:r>
          </w:p>
        </w:tc>
      </w:tr>
      <w:tr w:rsidR="000772B4" w14:paraId="11BB4B09" w14:textId="77777777">
        <w:trPr>
          <w:cantSplit/>
          <w:jc w:val="center"/>
        </w:trPr>
        <w:tc>
          <w:tcPr>
            <w:tcW w:w="0" w:type="auto"/>
          </w:tcPr>
          <w:p w14:paraId="4688885D" w14:textId="77777777" w:rsidR="000772B4" w:rsidRDefault="00746A89">
            <w:r>
              <w:t>Расчётная температура воздуха помещений</w:t>
            </w:r>
          </w:p>
        </w:tc>
        <w:tc>
          <w:tcPr>
            <w:tcW w:w="0" w:type="auto"/>
          </w:tcPr>
          <w:p w14:paraId="7EE4270E" w14:textId="77777777" w:rsidR="000772B4" w:rsidRDefault="00746A89">
            <w:pPr>
              <w:jc w:val="center"/>
            </w:pPr>
            <w:r>
              <w:t>плюс 20 °C</w:t>
            </w:r>
          </w:p>
        </w:tc>
      </w:tr>
    </w:tbl>
    <w:p w14:paraId="593A50FD" w14:textId="77777777" w:rsidR="000772B4" w:rsidRDefault="000772B4">
      <w:pPr>
        <w:spacing w:after="40"/>
      </w:pPr>
    </w:p>
    <w:p w14:paraId="2D41E702" w14:textId="77777777" w:rsidR="000772B4" w:rsidRPr="00C74F04" w:rsidRDefault="00746A89">
      <w:pPr>
        <w:spacing w:after="80"/>
        <w:jc w:val="both"/>
        <w:rPr>
          <w:lang w:val="ru-RU"/>
        </w:rPr>
      </w:pPr>
      <w:r w:rsidRPr="00C74F04">
        <w:rPr>
          <w:lang w:val="ru-RU"/>
        </w:rPr>
        <w:t>Температурные графики магистралей подтверждены режимными картами 2025 года, утверждёнными управляющим директором единой теплоснабжающей организации; всего 41 карта по десяти зонам: тринадцать по Таштаголу, восемь по Новому Шерегешу, семь по Старому Шерегешу, по три по Мундыбашу и ЦМК, по две по Казу и Темиртау, по одной по Шалыму, ГРЭ и Спасску.</w:t>
      </w:r>
    </w:p>
    <w:p w14:paraId="5447FD2F" w14:textId="77777777" w:rsidR="000772B4" w:rsidRPr="00C74F04" w:rsidRDefault="00746A89">
      <w:pPr>
        <w:keepNext/>
        <w:spacing w:before="160"/>
        <w:rPr>
          <w:lang w:val="ru-RU"/>
        </w:rPr>
      </w:pPr>
      <w:r w:rsidRPr="00C74F04">
        <w:rPr>
          <w:b/>
          <w:lang w:val="ru-RU"/>
        </w:rPr>
        <w:t>Таблица 1.11 — Температурные графики и схемы присоединения горячего водоснабжения</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484"/>
        <w:gridCol w:w="2369"/>
        <w:gridCol w:w="2146"/>
        <w:gridCol w:w="936"/>
        <w:gridCol w:w="2410"/>
      </w:tblGrid>
      <w:tr w:rsidR="000772B4" w14:paraId="5B6B658B" w14:textId="77777777">
        <w:trPr>
          <w:cantSplit/>
          <w:tblHeader/>
          <w:jc w:val="center"/>
        </w:trPr>
        <w:tc>
          <w:tcPr>
            <w:tcW w:w="0" w:type="auto"/>
            <w:shd w:val="clear" w:color="auto" w:fill="E2F0D9"/>
          </w:tcPr>
          <w:p w14:paraId="68C8DC86" w14:textId="77777777" w:rsidR="000772B4" w:rsidRDefault="00746A89">
            <w:pPr>
              <w:jc w:val="center"/>
            </w:pPr>
            <w:r>
              <w:rPr>
                <w:b/>
              </w:rPr>
              <w:t>Территория</w:t>
            </w:r>
          </w:p>
        </w:tc>
        <w:tc>
          <w:tcPr>
            <w:tcW w:w="0" w:type="auto"/>
            <w:shd w:val="clear" w:color="auto" w:fill="E2F0D9"/>
          </w:tcPr>
          <w:p w14:paraId="7CC0E275" w14:textId="77777777" w:rsidR="000772B4" w:rsidRDefault="00746A89">
            <w:pPr>
              <w:jc w:val="center"/>
            </w:pPr>
            <w:r>
              <w:rPr>
                <w:b/>
              </w:rPr>
              <w:t>Источники</w:t>
            </w:r>
          </w:p>
        </w:tc>
        <w:tc>
          <w:tcPr>
            <w:tcW w:w="0" w:type="auto"/>
            <w:shd w:val="clear" w:color="auto" w:fill="E2F0D9"/>
          </w:tcPr>
          <w:p w14:paraId="0EBCA448" w14:textId="77777777" w:rsidR="000772B4" w:rsidRDefault="00746A89">
            <w:pPr>
              <w:jc w:val="center"/>
            </w:pPr>
            <w:r>
              <w:rPr>
                <w:b/>
              </w:rPr>
              <w:t>Температурный график, °C</w:t>
            </w:r>
          </w:p>
        </w:tc>
        <w:tc>
          <w:tcPr>
            <w:tcW w:w="0" w:type="auto"/>
            <w:shd w:val="clear" w:color="auto" w:fill="E2F0D9"/>
          </w:tcPr>
          <w:p w14:paraId="75F728B5" w14:textId="77777777" w:rsidR="000772B4" w:rsidRDefault="00746A89">
            <w:pPr>
              <w:jc w:val="center"/>
            </w:pPr>
            <w:r>
              <w:rPr>
                <w:b/>
              </w:rPr>
              <w:t>Излом, °C</w:t>
            </w:r>
          </w:p>
        </w:tc>
        <w:tc>
          <w:tcPr>
            <w:tcW w:w="0" w:type="auto"/>
            <w:shd w:val="clear" w:color="auto" w:fill="E2F0D9"/>
          </w:tcPr>
          <w:p w14:paraId="25E19DB1" w14:textId="77777777" w:rsidR="000772B4" w:rsidRDefault="00746A89">
            <w:pPr>
              <w:jc w:val="center"/>
            </w:pPr>
            <w:r>
              <w:rPr>
                <w:b/>
              </w:rPr>
              <w:t>Схема присоединения горячего водоснабжения</w:t>
            </w:r>
          </w:p>
        </w:tc>
      </w:tr>
      <w:tr w:rsidR="000772B4" w14:paraId="1A8D855A" w14:textId="77777777">
        <w:trPr>
          <w:cantSplit/>
          <w:jc w:val="center"/>
        </w:trPr>
        <w:tc>
          <w:tcPr>
            <w:tcW w:w="0" w:type="auto"/>
          </w:tcPr>
          <w:p w14:paraId="422361F5" w14:textId="77777777" w:rsidR="000772B4" w:rsidRDefault="00746A89">
            <w:r>
              <w:t>город Таштагол</w:t>
            </w:r>
          </w:p>
        </w:tc>
        <w:tc>
          <w:tcPr>
            <w:tcW w:w="0" w:type="auto"/>
          </w:tcPr>
          <w:p w14:paraId="6271D363" w14:textId="77777777" w:rsidR="000772B4" w:rsidRDefault="00746A89">
            <w:pPr>
              <w:jc w:val="center"/>
            </w:pPr>
            <w:r>
              <w:t>УПК № 1, УПК № 2 «Шалым», УПК № 2 «ЦМК», УПК № 9 «ГРЭ»</w:t>
            </w:r>
          </w:p>
        </w:tc>
        <w:tc>
          <w:tcPr>
            <w:tcW w:w="0" w:type="auto"/>
          </w:tcPr>
          <w:p w14:paraId="43C75F92" w14:textId="77777777" w:rsidR="000772B4" w:rsidRDefault="00746A89">
            <w:pPr>
              <w:jc w:val="center"/>
            </w:pPr>
            <w:r>
              <w:t>95/70</w:t>
            </w:r>
          </w:p>
        </w:tc>
        <w:tc>
          <w:tcPr>
            <w:tcW w:w="0" w:type="auto"/>
          </w:tcPr>
          <w:p w14:paraId="52AA3F60" w14:textId="77777777" w:rsidR="000772B4" w:rsidRDefault="00746A89">
            <w:pPr>
              <w:jc w:val="center"/>
            </w:pPr>
            <w:r>
              <w:t>55–60</w:t>
            </w:r>
          </w:p>
        </w:tc>
        <w:tc>
          <w:tcPr>
            <w:tcW w:w="0" w:type="auto"/>
          </w:tcPr>
          <w:p w14:paraId="684E2FD2" w14:textId="77777777" w:rsidR="000772B4" w:rsidRDefault="00746A89">
            <w:pPr>
              <w:jc w:val="center"/>
            </w:pPr>
            <w:r>
              <w:t>открытая, двухтрубная</w:t>
            </w:r>
          </w:p>
        </w:tc>
      </w:tr>
      <w:tr w:rsidR="000772B4" w14:paraId="38CC7AE3" w14:textId="77777777">
        <w:trPr>
          <w:cantSplit/>
          <w:jc w:val="center"/>
        </w:trPr>
        <w:tc>
          <w:tcPr>
            <w:tcW w:w="0" w:type="auto"/>
          </w:tcPr>
          <w:p w14:paraId="42417D0D" w14:textId="77777777" w:rsidR="000772B4" w:rsidRDefault="00746A89">
            <w:r>
              <w:t>пгт Шерегеш</w:t>
            </w:r>
          </w:p>
        </w:tc>
        <w:tc>
          <w:tcPr>
            <w:tcW w:w="0" w:type="auto"/>
          </w:tcPr>
          <w:p w14:paraId="65672DC4" w14:textId="77777777" w:rsidR="000772B4" w:rsidRDefault="00746A89">
            <w:pPr>
              <w:jc w:val="center"/>
            </w:pPr>
            <w:r>
              <w:t>УПК № 5, УПК № 6</w:t>
            </w:r>
          </w:p>
        </w:tc>
        <w:tc>
          <w:tcPr>
            <w:tcW w:w="0" w:type="auto"/>
          </w:tcPr>
          <w:p w14:paraId="4253B46F" w14:textId="77777777" w:rsidR="000772B4" w:rsidRDefault="00746A89">
            <w:pPr>
              <w:jc w:val="center"/>
            </w:pPr>
            <w:r>
              <w:t>95/70</w:t>
            </w:r>
          </w:p>
        </w:tc>
        <w:tc>
          <w:tcPr>
            <w:tcW w:w="0" w:type="auto"/>
          </w:tcPr>
          <w:p w14:paraId="203DE64F" w14:textId="77777777" w:rsidR="000772B4" w:rsidRDefault="00746A89">
            <w:pPr>
              <w:jc w:val="center"/>
            </w:pPr>
            <w:r>
              <w:t>60</w:t>
            </w:r>
          </w:p>
        </w:tc>
        <w:tc>
          <w:tcPr>
            <w:tcW w:w="0" w:type="auto"/>
          </w:tcPr>
          <w:p w14:paraId="01B93254" w14:textId="77777777" w:rsidR="000772B4" w:rsidRDefault="00746A89">
            <w:pPr>
              <w:jc w:val="center"/>
            </w:pPr>
            <w:r>
              <w:t>открытая, двухтрубная</w:t>
            </w:r>
          </w:p>
        </w:tc>
      </w:tr>
      <w:tr w:rsidR="000772B4" w14:paraId="32C888D7" w14:textId="77777777">
        <w:trPr>
          <w:cantSplit/>
          <w:jc w:val="center"/>
        </w:trPr>
        <w:tc>
          <w:tcPr>
            <w:tcW w:w="0" w:type="auto"/>
          </w:tcPr>
          <w:p w14:paraId="17931D0D" w14:textId="77777777" w:rsidR="000772B4" w:rsidRDefault="00746A89">
            <w:r>
              <w:t>пгт Каз</w:t>
            </w:r>
          </w:p>
        </w:tc>
        <w:tc>
          <w:tcPr>
            <w:tcW w:w="0" w:type="auto"/>
          </w:tcPr>
          <w:p w14:paraId="01CE4A40" w14:textId="77777777" w:rsidR="000772B4" w:rsidRDefault="00746A89">
            <w:pPr>
              <w:jc w:val="center"/>
            </w:pPr>
            <w:r>
              <w:t>УПК № 7</w:t>
            </w:r>
          </w:p>
        </w:tc>
        <w:tc>
          <w:tcPr>
            <w:tcW w:w="0" w:type="auto"/>
          </w:tcPr>
          <w:p w14:paraId="62033A83" w14:textId="77777777" w:rsidR="000772B4" w:rsidRDefault="00746A89">
            <w:pPr>
              <w:jc w:val="center"/>
            </w:pPr>
            <w:r>
              <w:t>130/65</w:t>
            </w:r>
          </w:p>
        </w:tc>
        <w:tc>
          <w:tcPr>
            <w:tcW w:w="0" w:type="auto"/>
          </w:tcPr>
          <w:p w14:paraId="30E89573" w14:textId="77777777" w:rsidR="000772B4" w:rsidRDefault="00746A89">
            <w:pPr>
              <w:jc w:val="center"/>
            </w:pPr>
            <w:r>
              <w:t>65</w:t>
            </w:r>
          </w:p>
        </w:tc>
        <w:tc>
          <w:tcPr>
            <w:tcW w:w="0" w:type="auto"/>
          </w:tcPr>
          <w:p w14:paraId="65BA2FCC" w14:textId="77777777" w:rsidR="000772B4" w:rsidRDefault="00746A89">
            <w:pPr>
              <w:jc w:val="center"/>
            </w:pPr>
            <w:r>
              <w:t>открытая, двухтрубная</w:t>
            </w:r>
          </w:p>
        </w:tc>
      </w:tr>
      <w:tr w:rsidR="000772B4" w14:paraId="177EF25E" w14:textId="77777777">
        <w:trPr>
          <w:cantSplit/>
          <w:jc w:val="center"/>
        </w:trPr>
        <w:tc>
          <w:tcPr>
            <w:tcW w:w="0" w:type="auto"/>
          </w:tcPr>
          <w:p w14:paraId="523670E1" w14:textId="77777777" w:rsidR="000772B4" w:rsidRDefault="00746A89">
            <w:r>
              <w:t>пгт Спасск</w:t>
            </w:r>
          </w:p>
        </w:tc>
        <w:tc>
          <w:tcPr>
            <w:tcW w:w="0" w:type="auto"/>
          </w:tcPr>
          <w:p w14:paraId="0D953A3D" w14:textId="77777777" w:rsidR="000772B4" w:rsidRDefault="00746A89">
            <w:pPr>
              <w:jc w:val="center"/>
            </w:pPr>
            <w:r>
              <w:t>УПК № 3</w:t>
            </w:r>
          </w:p>
        </w:tc>
        <w:tc>
          <w:tcPr>
            <w:tcW w:w="0" w:type="auto"/>
          </w:tcPr>
          <w:p w14:paraId="30E7E91D" w14:textId="77777777" w:rsidR="000772B4" w:rsidRDefault="00746A89">
            <w:pPr>
              <w:jc w:val="center"/>
            </w:pPr>
            <w:r>
              <w:t>95/70</w:t>
            </w:r>
          </w:p>
        </w:tc>
        <w:tc>
          <w:tcPr>
            <w:tcW w:w="0" w:type="auto"/>
          </w:tcPr>
          <w:p w14:paraId="4BE6C4CB" w14:textId="77777777" w:rsidR="000772B4" w:rsidRDefault="00746A89">
            <w:pPr>
              <w:jc w:val="center"/>
            </w:pPr>
            <w:r>
              <w:t>55</w:t>
            </w:r>
          </w:p>
        </w:tc>
        <w:tc>
          <w:tcPr>
            <w:tcW w:w="0" w:type="auto"/>
          </w:tcPr>
          <w:p w14:paraId="6F186F9E" w14:textId="77777777" w:rsidR="000772B4" w:rsidRDefault="00746A89">
            <w:pPr>
              <w:jc w:val="center"/>
            </w:pPr>
            <w:r>
              <w:t>открытая, двухтрубная</w:t>
            </w:r>
          </w:p>
        </w:tc>
      </w:tr>
      <w:tr w:rsidR="000772B4" w14:paraId="1EB8DCD9" w14:textId="77777777">
        <w:trPr>
          <w:cantSplit/>
          <w:jc w:val="center"/>
        </w:trPr>
        <w:tc>
          <w:tcPr>
            <w:tcW w:w="0" w:type="auto"/>
          </w:tcPr>
          <w:p w14:paraId="7C24BE43" w14:textId="77777777" w:rsidR="000772B4" w:rsidRDefault="00746A89">
            <w:r>
              <w:t>пгт Мундыбаш</w:t>
            </w:r>
          </w:p>
        </w:tc>
        <w:tc>
          <w:tcPr>
            <w:tcW w:w="0" w:type="auto"/>
          </w:tcPr>
          <w:p w14:paraId="28A4006F" w14:textId="77777777" w:rsidR="000772B4" w:rsidRDefault="00746A89">
            <w:pPr>
              <w:jc w:val="center"/>
            </w:pPr>
            <w:r>
              <w:t>УПК № 8</w:t>
            </w:r>
          </w:p>
        </w:tc>
        <w:tc>
          <w:tcPr>
            <w:tcW w:w="0" w:type="auto"/>
          </w:tcPr>
          <w:p w14:paraId="36B171F9" w14:textId="77777777" w:rsidR="000772B4" w:rsidRDefault="00746A89">
            <w:pPr>
              <w:jc w:val="center"/>
            </w:pPr>
            <w:r>
              <w:t>по режимным картам 2025 года</w:t>
            </w:r>
          </w:p>
        </w:tc>
        <w:tc>
          <w:tcPr>
            <w:tcW w:w="0" w:type="auto"/>
          </w:tcPr>
          <w:p w14:paraId="506E3A84" w14:textId="77777777" w:rsidR="000772B4" w:rsidRDefault="00746A89">
            <w:pPr>
              <w:jc w:val="center"/>
            </w:pPr>
            <w:r>
              <w:t>—</w:t>
            </w:r>
          </w:p>
        </w:tc>
        <w:tc>
          <w:tcPr>
            <w:tcW w:w="0" w:type="auto"/>
          </w:tcPr>
          <w:p w14:paraId="2FC7CAB9" w14:textId="77777777" w:rsidR="000772B4" w:rsidRDefault="00746A89">
            <w:pPr>
              <w:jc w:val="center"/>
            </w:pPr>
            <w:r>
              <w:t>двухтрубная сеть, смешанное приготовление</w:t>
            </w:r>
          </w:p>
        </w:tc>
      </w:tr>
      <w:tr w:rsidR="000772B4" w14:paraId="7550AE6A" w14:textId="77777777">
        <w:trPr>
          <w:cantSplit/>
          <w:jc w:val="center"/>
        </w:trPr>
        <w:tc>
          <w:tcPr>
            <w:tcW w:w="0" w:type="auto"/>
          </w:tcPr>
          <w:p w14:paraId="34FD28CE" w14:textId="77777777" w:rsidR="000772B4" w:rsidRDefault="00746A89">
            <w:r>
              <w:t>пгт Темиртау</w:t>
            </w:r>
          </w:p>
        </w:tc>
        <w:tc>
          <w:tcPr>
            <w:tcW w:w="0" w:type="auto"/>
          </w:tcPr>
          <w:p w14:paraId="6F13349C" w14:textId="77777777" w:rsidR="000772B4" w:rsidRDefault="00746A89">
            <w:pPr>
              <w:jc w:val="center"/>
            </w:pPr>
            <w:r>
              <w:t>УПК № 10</w:t>
            </w:r>
          </w:p>
        </w:tc>
        <w:tc>
          <w:tcPr>
            <w:tcW w:w="0" w:type="auto"/>
          </w:tcPr>
          <w:p w14:paraId="4ED63357" w14:textId="77777777" w:rsidR="000772B4" w:rsidRDefault="00746A89">
            <w:pPr>
              <w:jc w:val="center"/>
            </w:pPr>
            <w:r>
              <w:t>по режимным картам 2025 года</w:t>
            </w:r>
          </w:p>
        </w:tc>
        <w:tc>
          <w:tcPr>
            <w:tcW w:w="0" w:type="auto"/>
          </w:tcPr>
          <w:p w14:paraId="0A7C7563" w14:textId="77777777" w:rsidR="000772B4" w:rsidRDefault="00746A89">
            <w:pPr>
              <w:jc w:val="center"/>
            </w:pPr>
            <w:r>
              <w:t>—</w:t>
            </w:r>
          </w:p>
        </w:tc>
        <w:tc>
          <w:tcPr>
            <w:tcW w:w="0" w:type="auto"/>
          </w:tcPr>
          <w:p w14:paraId="63B01634" w14:textId="77777777" w:rsidR="000772B4" w:rsidRDefault="00746A89">
            <w:pPr>
              <w:jc w:val="center"/>
            </w:pPr>
            <w:r>
              <w:t>подлежит уточнению</w:t>
            </w:r>
          </w:p>
        </w:tc>
      </w:tr>
    </w:tbl>
    <w:p w14:paraId="33401D6F" w14:textId="77777777" w:rsidR="000772B4" w:rsidRDefault="000772B4">
      <w:pPr>
        <w:spacing w:after="40"/>
      </w:pPr>
    </w:p>
    <w:p w14:paraId="3DB5E7CB" w14:textId="77777777" w:rsidR="000772B4" w:rsidRPr="00C74F04" w:rsidRDefault="00746A89">
      <w:pPr>
        <w:spacing w:after="80"/>
        <w:jc w:val="both"/>
        <w:rPr>
          <w:lang w:val="ru-RU"/>
        </w:rPr>
      </w:pPr>
      <w:r w:rsidRPr="00C74F04">
        <w:rPr>
          <w:lang w:val="ru-RU"/>
        </w:rPr>
        <w:t>Существенное обстоятельство: схема присоединения горячего водоснабжения по всем раскрытым источникам — открытая. Ранее открытые системы фиксировались только по двум источникам; сведения схем поселений показывают, что открытый водоразбор применяется значительно шире. Это расширяет предмет главы перевода открытых систем на закрытые.</w:t>
      </w:r>
    </w:p>
    <w:p w14:paraId="068A20A1" w14:textId="77777777" w:rsidR="000772B4" w:rsidRPr="00C74F04" w:rsidRDefault="00746A89">
      <w:pPr>
        <w:spacing w:after="80"/>
        <w:jc w:val="both"/>
        <w:rPr>
          <w:lang w:val="ru-RU"/>
        </w:rPr>
      </w:pPr>
      <w:r w:rsidRPr="00C74F04">
        <w:rPr>
          <w:lang w:val="ru-RU"/>
        </w:rPr>
        <w:t>Температурный график зоны УПК № 7 «Каз» — 130/65 °</w:t>
      </w:r>
      <w:r>
        <w:t>C</w:t>
      </w:r>
      <w:r w:rsidRPr="00C74F04">
        <w:rPr>
          <w:lang w:val="ru-RU"/>
        </w:rPr>
        <w:t xml:space="preserve"> — отличается от применяемого на остальных территориях графика 95/70 °</w:t>
      </w:r>
      <w:r>
        <w:t>C</w:t>
      </w:r>
      <w:r w:rsidRPr="00C74F04">
        <w:rPr>
          <w:lang w:val="ru-RU"/>
        </w:rPr>
        <w:t>. Регулирование отпуска центральное качественное по отопительной нагрузке, дополняется местным регулированием в тепловых пунктах.</w:t>
      </w:r>
    </w:p>
    <w:p w14:paraId="7C1277B5" w14:textId="77777777" w:rsidR="007A4ED8" w:rsidRPr="00782666" w:rsidRDefault="009B7F9E">
      <w:pPr>
        <w:pStyle w:val="31"/>
        <w:rPr>
          <w:sz w:val="28"/>
          <w:szCs w:val="28"/>
          <w:lang w:val="ru-RU"/>
        </w:rPr>
      </w:pPr>
      <w:r w:rsidRPr="00782666">
        <w:rPr>
          <w:sz w:val="28"/>
          <w:szCs w:val="28"/>
          <w:lang w:val="ru-RU"/>
        </w:rPr>
        <w:t>1.3.4. Гидравлические режимы и пьезометрические графики</w:t>
      </w:r>
    </w:p>
    <w:p w14:paraId="6B8755EF" w14:textId="77777777" w:rsidR="007A4ED8" w:rsidRPr="00C74F04" w:rsidRDefault="009B7F9E">
      <w:pPr>
        <w:rPr>
          <w:lang w:val="ru-RU"/>
        </w:rPr>
      </w:pPr>
      <w:r w:rsidRPr="00C74F04">
        <w:rPr>
          <w:lang w:val="ru-RU"/>
        </w:rPr>
        <w:t>Настоящая часть раскрывает предмет подпункта «з» пункта 31 требований к схемам теплоснабжения, утверждённых постановлением Правительства Российской Федерации от 22.02.2012 № 154.</w:t>
      </w:r>
    </w:p>
    <w:p w14:paraId="41F8A357" w14:textId="77777777" w:rsidR="007A4ED8" w:rsidRPr="00C74F04" w:rsidRDefault="009B7F9E">
      <w:pPr>
        <w:rPr>
          <w:lang w:val="ru-RU"/>
        </w:rPr>
      </w:pPr>
      <w:r w:rsidRPr="00C74F04">
        <w:rPr>
          <w:lang w:val="ru-RU"/>
        </w:rPr>
        <w:t>В составе исходных материалов имеется гидравлический вывод схем теплоснабжения поселений редакции 2021 года: увеличение диаметров существующих магистралей для покрытия расчётных расходов теплоносителя не требовалось. Вывод относится к состоянию тепловых сетей и тепловых нагрузок 2021 года и на 2026 год автоматически не переносится: за истекший период изменён состав действующих источников, введены новые участки тепловых сетей и определён прирост полной максимальной нагрузки 46,7360 Гкал/ч, основная часть которого — 45,8340 Гкал/ч — приходится на зону УПК № 5 «Новый Шерегеш».</w:t>
      </w:r>
    </w:p>
    <w:p w14:paraId="7A9F21A2" w14:textId="77777777" w:rsidR="007A4ED8" w:rsidRPr="00C74F04" w:rsidRDefault="009B7F9E">
      <w:pPr>
        <w:rPr>
          <w:lang w:val="ru-RU"/>
        </w:rPr>
      </w:pPr>
      <w:r w:rsidRPr="00C74F04">
        <w:rPr>
          <w:lang w:val="ru-RU"/>
        </w:rPr>
        <w:t>Пьезометрические графики магистралей в составе исходных данных отсутствуют и настоящей редакцией не строятся. Их построение требует результатов поверочного гидравлического расчёта: пьезометрический график, принятый условно, фактического распределения располагаемого напора не отражает и предметом подпункта «з» пункта 31 не является.</w:t>
      </w:r>
    </w:p>
    <w:p w14:paraId="45DA4CAC" w14:textId="77777777" w:rsidR="007A4ED8" w:rsidRPr="00C74F04" w:rsidRDefault="009B7F9E">
      <w:pPr>
        <w:rPr>
          <w:lang w:val="ru-RU"/>
        </w:rPr>
      </w:pPr>
      <w:r w:rsidRPr="00C74F04">
        <w:rPr>
          <w:lang w:val="ru-RU"/>
        </w:rPr>
        <w:t>Таблица 1.12 — Состояние гидравлических режимов и пьезометрических графиков по зонам</w:t>
      </w:r>
    </w:p>
    <w:tbl>
      <w:tblPr>
        <w:tblW w:w="5000" w:type="pct"/>
        <w:tblCellMar>
          <w:left w:w="57" w:type="dxa"/>
          <w:right w:w="57" w:type="dxa"/>
        </w:tblCellMar>
        <w:tblLook w:val="04A0" w:firstRow="1" w:lastRow="0" w:firstColumn="1" w:lastColumn="0" w:noHBand="0" w:noVBand="1"/>
      </w:tblPr>
      <w:tblGrid>
        <w:gridCol w:w="619"/>
        <w:gridCol w:w="1814"/>
        <w:gridCol w:w="2558"/>
        <w:gridCol w:w="2329"/>
        <w:gridCol w:w="2035"/>
      </w:tblGrid>
      <w:tr w:rsidR="007A4ED8" w14:paraId="33D3E530" w14:textId="77777777">
        <w:trPr>
          <w:cantSplit/>
          <w:tblHeader/>
        </w:trPr>
        <w:tc>
          <w:tcPr>
            <w:tcW w:w="0" w:type="auto"/>
            <w:shd w:val="clear" w:color="auto" w:fill="E2F0D9"/>
          </w:tcPr>
          <w:p w14:paraId="62BC3009" w14:textId="77777777" w:rsidR="007A4ED8" w:rsidRDefault="009B7F9E">
            <w:pPr>
              <w:jc w:val="center"/>
            </w:pPr>
            <w:r>
              <w:rPr>
                <w:b/>
              </w:rPr>
              <w:t>Зона</w:t>
            </w:r>
          </w:p>
        </w:tc>
        <w:tc>
          <w:tcPr>
            <w:tcW w:w="0" w:type="auto"/>
            <w:shd w:val="clear" w:color="auto" w:fill="E2F0D9"/>
          </w:tcPr>
          <w:p w14:paraId="688BA308" w14:textId="77777777" w:rsidR="007A4ED8" w:rsidRDefault="009B7F9E">
            <w:pPr>
              <w:jc w:val="center"/>
            </w:pPr>
            <w:r>
              <w:rPr>
                <w:b/>
              </w:rPr>
              <w:t>Источник</w:t>
            </w:r>
          </w:p>
        </w:tc>
        <w:tc>
          <w:tcPr>
            <w:tcW w:w="0" w:type="auto"/>
            <w:shd w:val="clear" w:color="auto" w:fill="E2F0D9"/>
          </w:tcPr>
          <w:p w14:paraId="4FFA5AF9" w14:textId="77777777" w:rsidR="007A4ED8" w:rsidRPr="00C74F04" w:rsidRDefault="009B7F9E">
            <w:pPr>
              <w:jc w:val="center"/>
              <w:rPr>
                <w:lang w:val="ru-RU"/>
              </w:rPr>
            </w:pPr>
            <w:r w:rsidRPr="00C74F04">
              <w:rPr>
                <w:b/>
                <w:lang w:val="ru-RU"/>
              </w:rPr>
              <w:t>Гидравлический расчёт в исходных материалах</w:t>
            </w:r>
          </w:p>
        </w:tc>
        <w:tc>
          <w:tcPr>
            <w:tcW w:w="0" w:type="auto"/>
            <w:shd w:val="clear" w:color="auto" w:fill="E2F0D9"/>
          </w:tcPr>
          <w:p w14:paraId="5280DFF7" w14:textId="77777777" w:rsidR="007A4ED8" w:rsidRDefault="009B7F9E">
            <w:pPr>
              <w:jc w:val="center"/>
            </w:pPr>
            <w:r>
              <w:rPr>
                <w:b/>
              </w:rPr>
              <w:t>Пьезометрический график</w:t>
            </w:r>
          </w:p>
        </w:tc>
        <w:tc>
          <w:tcPr>
            <w:tcW w:w="0" w:type="auto"/>
            <w:shd w:val="clear" w:color="auto" w:fill="E2F0D9"/>
          </w:tcPr>
          <w:p w14:paraId="351CFAF2" w14:textId="77777777" w:rsidR="007A4ED8" w:rsidRDefault="009B7F9E">
            <w:pPr>
              <w:jc w:val="center"/>
            </w:pPr>
            <w:r>
              <w:rPr>
                <w:b/>
              </w:rPr>
              <w:t>Состояние</w:t>
            </w:r>
          </w:p>
        </w:tc>
      </w:tr>
      <w:tr w:rsidR="007A4ED8" w14:paraId="7F296C63" w14:textId="77777777">
        <w:trPr>
          <w:cantSplit/>
        </w:trPr>
        <w:tc>
          <w:tcPr>
            <w:tcW w:w="0" w:type="auto"/>
            <w:shd w:val="clear" w:color="auto" w:fill="F2F2F2"/>
          </w:tcPr>
          <w:p w14:paraId="630C4305" w14:textId="77777777" w:rsidR="007A4ED8" w:rsidRDefault="009B7F9E">
            <w:r>
              <w:t>Z-01</w:t>
            </w:r>
          </w:p>
        </w:tc>
        <w:tc>
          <w:tcPr>
            <w:tcW w:w="0" w:type="auto"/>
            <w:shd w:val="clear" w:color="auto" w:fill="FFFFFF"/>
          </w:tcPr>
          <w:p w14:paraId="6873F5D3" w14:textId="77777777" w:rsidR="007A4ED8" w:rsidRDefault="009B7F9E">
            <w:r>
              <w:t>УПК № 1 «Таштагол»</w:t>
            </w:r>
          </w:p>
        </w:tc>
        <w:tc>
          <w:tcPr>
            <w:tcW w:w="0" w:type="auto"/>
            <w:shd w:val="clear" w:color="auto" w:fill="FFFFFF"/>
          </w:tcPr>
          <w:p w14:paraId="43AA85C8" w14:textId="77777777" w:rsidR="007A4ED8" w:rsidRPr="00C74F04" w:rsidRDefault="009B7F9E">
            <w:pPr>
              <w:rPr>
                <w:lang w:val="ru-RU"/>
              </w:rPr>
            </w:pPr>
            <w:r w:rsidRPr="00C74F04">
              <w:rPr>
                <w:lang w:val="ru-RU"/>
              </w:rPr>
              <w:t>вывод 2021 года о достаточности диаметров</w:t>
            </w:r>
          </w:p>
        </w:tc>
        <w:tc>
          <w:tcPr>
            <w:tcW w:w="0" w:type="auto"/>
            <w:shd w:val="clear" w:color="auto" w:fill="FFFFFF"/>
          </w:tcPr>
          <w:p w14:paraId="7FDB133B" w14:textId="77777777" w:rsidR="007A4ED8" w:rsidRDefault="009B7F9E">
            <w:r>
              <w:t>отсутствует</w:t>
            </w:r>
          </w:p>
        </w:tc>
        <w:tc>
          <w:tcPr>
            <w:tcW w:w="0" w:type="auto"/>
            <w:shd w:val="clear" w:color="auto" w:fill="FFFFFF"/>
          </w:tcPr>
          <w:p w14:paraId="127DCCE0" w14:textId="77777777" w:rsidR="007A4ED8" w:rsidRDefault="009B7F9E">
            <w:r>
              <w:t>подлежит выполнению поверочным расчётом</w:t>
            </w:r>
          </w:p>
        </w:tc>
      </w:tr>
      <w:tr w:rsidR="007A4ED8" w14:paraId="4C988586" w14:textId="77777777">
        <w:trPr>
          <w:cantSplit/>
        </w:trPr>
        <w:tc>
          <w:tcPr>
            <w:tcW w:w="0" w:type="auto"/>
            <w:shd w:val="clear" w:color="auto" w:fill="F2F2F2"/>
          </w:tcPr>
          <w:p w14:paraId="733008F3" w14:textId="77777777" w:rsidR="007A4ED8" w:rsidRDefault="009B7F9E">
            <w:r>
              <w:t>Z-07</w:t>
            </w:r>
          </w:p>
        </w:tc>
        <w:tc>
          <w:tcPr>
            <w:tcW w:w="0" w:type="auto"/>
            <w:shd w:val="clear" w:color="auto" w:fill="FFFFFF"/>
          </w:tcPr>
          <w:p w14:paraId="14D43D34" w14:textId="77777777" w:rsidR="007A4ED8" w:rsidRDefault="009B7F9E">
            <w:r>
              <w:t>УПК № 2 «Шалым»</w:t>
            </w:r>
          </w:p>
        </w:tc>
        <w:tc>
          <w:tcPr>
            <w:tcW w:w="0" w:type="auto"/>
            <w:shd w:val="clear" w:color="auto" w:fill="FFFFFF"/>
          </w:tcPr>
          <w:p w14:paraId="2D3CAF29" w14:textId="77777777" w:rsidR="007A4ED8" w:rsidRPr="00C74F04" w:rsidRDefault="009B7F9E">
            <w:pPr>
              <w:rPr>
                <w:lang w:val="ru-RU"/>
              </w:rPr>
            </w:pPr>
            <w:r w:rsidRPr="00C74F04">
              <w:rPr>
                <w:lang w:val="ru-RU"/>
              </w:rPr>
              <w:t>вывод 2021 года о достаточности диаметров</w:t>
            </w:r>
          </w:p>
        </w:tc>
        <w:tc>
          <w:tcPr>
            <w:tcW w:w="0" w:type="auto"/>
            <w:shd w:val="clear" w:color="auto" w:fill="FFFFFF"/>
          </w:tcPr>
          <w:p w14:paraId="0C188560" w14:textId="77777777" w:rsidR="007A4ED8" w:rsidRDefault="009B7F9E">
            <w:r>
              <w:t>отсутствует</w:t>
            </w:r>
          </w:p>
        </w:tc>
        <w:tc>
          <w:tcPr>
            <w:tcW w:w="0" w:type="auto"/>
            <w:shd w:val="clear" w:color="auto" w:fill="FFFFFF"/>
          </w:tcPr>
          <w:p w14:paraId="23C1604F" w14:textId="77777777" w:rsidR="007A4ED8" w:rsidRDefault="009B7F9E">
            <w:r>
              <w:t>подлежит выполнению поверочным расчётом</w:t>
            </w:r>
          </w:p>
        </w:tc>
      </w:tr>
      <w:tr w:rsidR="007A4ED8" w14:paraId="7EF0EF04" w14:textId="77777777">
        <w:trPr>
          <w:cantSplit/>
        </w:trPr>
        <w:tc>
          <w:tcPr>
            <w:tcW w:w="0" w:type="auto"/>
            <w:shd w:val="clear" w:color="auto" w:fill="F2F2F2"/>
          </w:tcPr>
          <w:p w14:paraId="124742D2" w14:textId="77777777" w:rsidR="007A4ED8" w:rsidRDefault="009B7F9E">
            <w:r>
              <w:t>Z-08</w:t>
            </w:r>
          </w:p>
        </w:tc>
        <w:tc>
          <w:tcPr>
            <w:tcW w:w="0" w:type="auto"/>
            <w:shd w:val="clear" w:color="auto" w:fill="FFFFFF"/>
          </w:tcPr>
          <w:p w14:paraId="52DB1D4C" w14:textId="77777777" w:rsidR="007A4ED8" w:rsidRDefault="009B7F9E">
            <w:r>
              <w:t>УПК № 2 «ЦМК»</w:t>
            </w:r>
          </w:p>
        </w:tc>
        <w:tc>
          <w:tcPr>
            <w:tcW w:w="0" w:type="auto"/>
            <w:shd w:val="clear" w:color="auto" w:fill="FFFFFF"/>
          </w:tcPr>
          <w:p w14:paraId="3AFFD07D" w14:textId="77777777" w:rsidR="007A4ED8" w:rsidRPr="00C74F04" w:rsidRDefault="009B7F9E">
            <w:pPr>
              <w:rPr>
                <w:lang w:val="ru-RU"/>
              </w:rPr>
            </w:pPr>
            <w:r w:rsidRPr="00C74F04">
              <w:rPr>
                <w:lang w:val="ru-RU"/>
              </w:rPr>
              <w:t>вывод 2021 года о достаточности диаметров</w:t>
            </w:r>
          </w:p>
        </w:tc>
        <w:tc>
          <w:tcPr>
            <w:tcW w:w="0" w:type="auto"/>
            <w:shd w:val="clear" w:color="auto" w:fill="FFFFFF"/>
          </w:tcPr>
          <w:p w14:paraId="02EE2A20" w14:textId="77777777" w:rsidR="007A4ED8" w:rsidRDefault="009B7F9E">
            <w:r>
              <w:t>отсутствует</w:t>
            </w:r>
          </w:p>
        </w:tc>
        <w:tc>
          <w:tcPr>
            <w:tcW w:w="0" w:type="auto"/>
            <w:shd w:val="clear" w:color="auto" w:fill="FFFFFF"/>
          </w:tcPr>
          <w:p w14:paraId="05D2B185" w14:textId="77777777" w:rsidR="007A4ED8" w:rsidRDefault="009B7F9E">
            <w:r>
              <w:t>подлежит выполнению поверочным расчётом</w:t>
            </w:r>
          </w:p>
        </w:tc>
      </w:tr>
      <w:tr w:rsidR="007A4ED8" w14:paraId="2FBBACA0" w14:textId="77777777">
        <w:trPr>
          <w:cantSplit/>
        </w:trPr>
        <w:tc>
          <w:tcPr>
            <w:tcW w:w="0" w:type="auto"/>
            <w:shd w:val="clear" w:color="auto" w:fill="F2F2F2"/>
          </w:tcPr>
          <w:p w14:paraId="7C0E6A05" w14:textId="77777777" w:rsidR="007A4ED8" w:rsidRDefault="009B7F9E">
            <w:r>
              <w:t>Z-10</w:t>
            </w:r>
          </w:p>
        </w:tc>
        <w:tc>
          <w:tcPr>
            <w:tcW w:w="0" w:type="auto"/>
            <w:shd w:val="clear" w:color="auto" w:fill="FFFFFF"/>
          </w:tcPr>
          <w:p w14:paraId="5006435E" w14:textId="77777777" w:rsidR="007A4ED8" w:rsidRDefault="009B7F9E">
            <w:r>
              <w:t>УПК № 9 «ГРЭ»</w:t>
            </w:r>
          </w:p>
        </w:tc>
        <w:tc>
          <w:tcPr>
            <w:tcW w:w="0" w:type="auto"/>
            <w:shd w:val="clear" w:color="auto" w:fill="FFFFFF"/>
          </w:tcPr>
          <w:p w14:paraId="1B53493D" w14:textId="77777777" w:rsidR="007A4ED8" w:rsidRDefault="009B7F9E">
            <w:r>
              <w:t>не приведён</w:t>
            </w:r>
          </w:p>
        </w:tc>
        <w:tc>
          <w:tcPr>
            <w:tcW w:w="0" w:type="auto"/>
            <w:shd w:val="clear" w:color="auto" w:fill="FFFFFF"/>
          </w:tcPr>
          <w:p w14:paraId="652D65B3" w14:textId="77777777" w:rsidR="007A4ED8" w:rsidRDefault="009B7F9E">
            <w:r>
              <w:t>отсутствует</w:t>
            </w:r>
          </w:p>
        </w:tc>
        <w:tc>
          <w:tcPr>
            <w:tcW w:w="0" w:type="auto"/>
            <w:shd w:val="clear" w:color="auto" w:fill="FFFFFF"/>
          </w:tcPr>
          <w:p w14:paraId="19A37B3E" w14:textId="77777777" w:rsidR="007A4ED8" w:rsidRDefault="009B7F9E">
            <w:r>
              <w:t>подлежит выполнению поверочным расчётом</w:t>
            </w:r>
          </w:p>
        </w:tc>
      </w:tr>
      <w:tr w:rsidR="007A4ED8" w14:paraId="4B4F2C79" w14:textId="77777777">
        <w:trPr>
          <w:cantSplit/>
        </w:trPr>
        <w:tc>
          <w:tcPr>
            <w:tcW w:w="0" w:type="auto"/>
            <w:shd w:val="clear" w:color="auto" w:fill="F2F2F2"/>
          </w:tcPr>
          <w:p w14:paraId="4DDA4B51" w14:textId="77777777" w:rsidR="007A4ED8" w:rsidRDefault="009B7F9E">
            <w:r>
              <w:t>Z-02</w:t>
            </w:r>
          </w:p>
        </w:tc>
        <w:tc>
          <w:tcPr>
            <w:tcW w:w="0" w:type="auto"/>
            <w:shd w:val="clear" w:color="auto" w:fill="FFFFFF"/>
          </w:tcPr>
          <w:p w14:paraId="4A88506C" w14:textId="77777777" w:rsidR="007A4ED8" w:rsidRDefault="009B7F9E">
            <w:r>
              <w:t>УПК № 5 «Новый Шерегеш»</w:t>
            </w:r>
          </w:p>
        </w:tc>
        <w:tc>
          <w:tcPr>
            <w:tcW w:w="0" w:type="auto"/>
            <w:shd w:val="clear" w:color="auto" w:fill="FFFFFF"/>
          </w:tcPr>
          <w:p w14:paraId="6A820B96" w14:textId="77777777" w:rsidR="007A4ED8" w:rsidRPr="00C74F04" w:rsidRDefault="009B7F9E">
            <w:pPr>
              <w:rPr>
                <w:lang w:val="ru-RU"/>
              </w:rPr>
            </w:pPr>
            <w:r w:rsidRPr="00C74F04">
              <w:rPr>
                <w:lang w:val="ru-RU"/>
              </w:rPr>
              <w:t>вывод 2021 года о достаточности диаметров</w:t>
            </w:r>
          </w:p>
        </w:tc>
        <w:tc>
          <w:tcPr>
            <w:tcW w:w="0" w:type="auto"/>
            <w:shd w:val="clear" w:color="auto" w:fill="FFFFFF"/>
          </w:tcPr>
          <w:p w14:paraId="1A0356DB" w14:textId="77777777" w:rsidR="007A4ED8" w:rsidRDefault="009B7F9E">
            <w:r>
              <w:t>отсутствует</w:t>
            </w:r>
          </w:p>
        </w:tc>
        <w:tc>
          <w:tcPr>
            <w:tcW w:w="0" w:type="auto"/>
            <w:shd w:val="clear" w:color="auto" w:fill="FFFFFF"/>
          </w:tcPr>
          <w:p w14:paraId="0D27CF7A" w14:textId="77777777" w:rsidR="007A4ED8" w:rsidRDefault="009B7F9E">
            <w:r>
              <w:t>подлежит выполнению поверочным расчётом</w:t>
            </w:r>
          </w:p>
        </w:tc>
      </w:tr>
      <w:tr w:rsidR="007A4ED8" w14:paraId="43537F45" w14:textId="77777777">
        <w:trPr>
          <w:cantSplit/>
        </w:trPr>
        <w:tc>
          <w:tcPr>
            <w:tcW w:w="0" w:type="auto"/>
            <w:shd w:val="clear" w:color="auto" w:fill="F2F2F2"/>
          </w:tcPr>
          <w:p w14:paraId="3769FDCB" w14:textId="77777777" w:rsidR="007A4ED8" w:rsidRDefault="009B7F9E">
            <w:r>
              <w:t>Z-06</w:t>
            </w:r>
          </w:p>
        </w:tc>
        <w:tc>
          <w:tcPr>
            <w:tcW w:w="0" w:type="auto"/>
            <w:shd w:val="clear" w:color="auto" w:fill="FFFFFF"/>
          </w:tcPr>
          <w:p w14:paraId="783A146F" w14:textId="77777777" w:rsidR="007A4ED8" w:rsidRDefault="009B7F9E">
            <w:r>
              <w:t>УПК № 6 «Старый Шерегеш»</w:t>
            </w:r>
          </w:p>
        </w:tc>
        <w:tc>
          <w:tcPr>
            <w:tcW w:w="0" w:type="auto"/>
            <w:shd w:val="clear" w:color="auto" w:fill="FFFFFF"/>
          </w:tcPr>
          <w:p w14:paraId="672ECF4C" w14:textId="77777777" w:rsidR="007A4ED8" w:rsidRPr="00C74F04" w:rsidRDefault="009B7F9E">
            <w:pPr>
              <w:rPr>
                <w:lang w:val="ru-RU"/>
              </w:rPr>
            </w:pPr>
            <w:r w:rsidRPr="00C74F04">
              <w:rPr>
                <w:lang w:val="ru-RU"/>
              </w:rPr>
              <w:t>вывод 2021 года о достаточности диаметров</w:t>
            </w:r>
          </w:p>
        </w:tc>
        <w:tc>
          <w:tcPr>
            <w:tcW w:w="0" w:type="auto"/>
            <w:shd w:val="clear" w:color="auto" w:fill="FFFFFF"/>
          </w:tcPr>
          <w:p w14:paraId="09D382E2" w14:textId="77777777" w:rsidR="007A4ED8" w:rsidRDefault="009B7F9E">
            <w:r>
              <w:t>отсутствует</w:t>
            </w:r>
          </w:p>
        </w:tc>
        <w:tc>
          <w:tcPr>
            <w:tcW w:w="0" w:type="auto"/>
            <w:shd w:val="clear" w:color="auto" w:fill="FFFFFF"/>
          </w:tcPr>
          <w:p w14:paraId="1250DDA3" w14:textId="77777777" w:rsidR="007A4ED8" w:rsidRDefault="009B7F9E">
            <w:r>
              <w:t>подлежит выполнению поверочным расчётом</w:t>
            </w:r>
          </w:p>
        </w:tc>
      </w:tr>
      <w:tr w:rsidR="007A4ED8" w14:paraId="7471A737" w14:textId="77777777">
        <w:trPr>
          <w:cantSplit/>
        </w:trPr>
        <w:tc>
          <w:tcPr>
            <w:tcW w:w="0" w:type="auto"/>
            <w:shd w:val="clear" w:color="auto" w:fill="F2F2F2"/>
          </w:tcPr>
          <w:p w14:paraId="754657B9" w14:textId="77777777" w:rsidR="007A4ED8" w:rsidRDefault="009B7F9E">
            <w:r>
              <w:t>Z-03</w:t>
            </w:r>
          </w:p>
        </w:tc>
        <w:tc>
          <w:tcPr>
            <w:tcW w:w="0" w:type="auto"/>
            <w:shd w:val="clear" w:color="auto" w:fill="FFFFFF"/>
          </w:tcPr>
          <w:p w14:paraId="26A0565C" w14:textId="77777777" w:rsidR="007A4ED8" w:rsidRDefault="009B7F9E">
            <w:r>
              <w:t>УПК № 7 «Каз»</w:t>
            </w:r>
          </w:p>
        </w:tc>
        <w:tc>
          <w:tcPr>
            <w:tcW w:w="0" w:type="auto"/>
            <w:shd w:val="clear" w:color="auto" w:fill="FFFFFF"/>
          </w:tcPr>
          <w:p w14:paraId="701DCE87" w14:textId="77777777" w:rsidR="007A4ED8" w:rsidRPr="00C74F04" w:rsidRDefault="009B7F9E">
            <w:pPr>
              <w:rPr>
                <w:lang w:val="ru-RU"/>
              </w:rPr>
            </w:pPr>
            <w:r w:rsidRPr="00C74F04">
              <w:rPr>
                <w:lang w:val="ru-RU"/>
              </w:rPr>
              <w:t>вывод 2021 года о достаточности диаметров</w:t>
            </w:r>
          </w:p>
        </w:tc>
        <w:tc>
          <w:tcPr>
            <w:tcW w:w="0" w:type="auto"/>
            <w:shd w:val="clear" w:color="auto" w:fill="FFFFFF"/>
          </w:tcPr>
          <w:p w14:paraId="4288F958" w14:textId="77777777" w:rsidR="007A4ED8" w:rsidRDefault="009B7F9E">
            <w:r>
              <w:t>отсутствует</w:t>
            </w:r>
          </w:p>
        </w:tc>
        <w:tc>
          <w:tcPr>
            <w:tcW w:w="0" w:type="auto"/>
            <w:shd w:val="clear" w:color="auto" w:fill="FFFFFF"/>
          </w:tcPr>
          <w:p w14:paraId="1BD278D1" w14:textId="77777777" w:rsidR="007A4ED8" w:rsidRDefault="009B7F9E">
            <w:r>
              <w:t>подлежит выполнению поверочным расчётом</w:t>
            </w:r>
          </w:p>
        </w:tc>
      </w:tr>
      <w:tr w:rsidR="007A4ED8" w14:paraId="379142E8" w14:textId="77777777">
        <w:trPr>
          <w:cantSplit/>
        </w:trPr>
        <w:tc>
          <w:tcPr>
            <w:tcW w:w="0" w:type="auto"/>
            <w:shd w:val="clear" w:color="auto" w:fill="F2F2F2"/>
          </w:tcPr>
          <w:p w14:paraId="4728D926" w14:textId="77777777" w:rsidR="007A4ED8" w:rsidRDefault="009B7F9E">
            <w:r>
              <w:t>Z-04</w:t>
            </w:r>
          </w:p>
        </w:tc>
        <w:tc>
          <w:tcPr>
            <w:tcW w:w="0" w:type="auto"/>
            <w:shd w:val="clear" w:color="auto" w:fill="FFFFFF"/>
          </w:tcPr>
          <w:p w14:paraId="051F5D80" w14:textId="77777777" w:rsidR="007A4ED8" w:rsidRDefault="009B7F9E">
            <w:r>
              <w:t>УПК № 8 «Мундыбаш»</w:t>
            </w:r>
          </w:p>
        </w:tc>
        <w:tc>
          <w:tcPr>
            <w:tcW w:w="0" w:type="auto"/>
            <w:shd w:val="clear" w:color="auto" w:fill="FFFFFF"/>
          </w:tcPr>
          <w:p w14:paraId="1F52B10C" w14:textId="77777777" w:rsidR="007A4ED8" w:rsidRPr="00C74F04" w:rsidRDefault="009B7F9E">
            <w:pPr>
              <w:rPr>
                <w:lang w:val="ru-RU"/>
              </w:rPr>
            </w:pPr>
            <w:r w:rsidRPr="00C74F04">
              <w:rPr>
                <w:lang w:val="ru-RU"/>
              </w:rPr>
              <w:t>вывод 2021 года о достаточности диаметров</w:t>
            </w:r>
          </w:p>
        </w:tc>
        <w:tc>
          <w:tcPr>
            <w:tcW w:w="0" w:type="auto"/>
            <w:shd w:val="clear" w:color="auto" w:fill="FFFFFF"/>
          </w:tcPr>
          <w:p w14:paraId="425EE004" w14:textId="77777777" w:rsidR="007A4ED8" w:rsidRDefault="009B7F9E">
            <w:r>
              <w:t>отсутствует</w:t>
            </w:r>
          </w:p>
        </w:tc>
        <w:tc>
          <w:tcPr>
            <w:tcW w:w="0" w:type="auto"/>
            <w:shd w:val="clear" w:color="auto" w:fill="FFFFFF"/>
          </w:tcPr>
          <w:p w14:paraId="4CC4DE4E" w14:textId="77777777" w:rsidR="007A4ED8" w:rsidRDefault="009B7F9E">
            <w:r>
              <w:t>подлежит выполнению поверочным расчётом</w:t>
            </w:r>
          </w:p>
        </w:tc>
      </w:tr>
      <w:tr w:rsidR="007A4ED8" w14:paraId="25C9F342" w14:textId="77777777">
        <w:trPr>
          <w:cantSplit/>
        </w:trPr>
        <w:tc>
          <w:tcPr>
            <w:tcW w:w="0" w:type="auto"/>
            <w:shd w:val="clear" w:color="auto" w:fill="F2F2F2"/>
          </w:tcPr>
          <w:p w14:paraId="5AC09FB0" w14:textId="77777777" w:rsidR="007A4ED8" w:rsidRDefault="009B7F9E">
            <w:r>
              <w:t>Z-05</w:t>
            </w:r>
          </w:p>
        </w:tc>
        <w:tc>
          <w:tcPr>
            <w:tcW w:w="0" w:type="auto"/>
            <w:shd w:val="clear" w:color="auto" w:fill="FFFFFF"/>
          </w:tcPr>
          <w:p w14:paraId="2ABB01E0" w14:textId="77777777" w:rsidR="007A4ED8" w:rsidRDefault="009B7F9E">
            <w:r>
              <w:t>УПК № 10 «Темир-Тау»</w:t>
            </w:r>
          </w:p>
        </w:tc>
        <w:tc>
          <w:tcPr>
            <w:tcW w:w="0" w:type="auto"/>
            <w:shd w:val="clear" w:color="auto" w:fill="FFFFFF"/>
          </w:tcPr>
          <w:p w14:paraId="6343A72B" w14:textId="77777777" w:rsidR="007A4ED8" w:rsidRPr="00C74F04" w:rsidRDefault="009B7F9E">
            <w:pPr>
              <w:rPr>
                <w:lang w:val="ru-RU"/>
              </w:rPr>
            </w:pPr>
            <w:r w:rsidRPr="00C74F04">
              <w:rPr>
                <w:lang w:val="ru-RU"/>
              </w:rPr>
              <w:t>вывод 2021 года о достаточности диаметров</w:t>
            </w:r>
          </w:p>
        </w:tc>
        <w:tc>
          <w:tcPr>
            <w:tcW w:w="0" w:type="auto"/>
            <w:shd w:val="clear" w:color="auto" w:fill="FFFFFF"/>
          </w:tcPr>
          <w:p w14:paraId="357110B0" w14:textId="77777777" w:rsidR="007A4ED8" w:rsidRDefault="009B7F9E">
            <w:r>
              <w:t>отсутствует</w:t>
            </w:r>
          </w:p>
        </w:tc>
        <w:tc>
          <w:tcPr>
            <w:tcW w:w="0" w:type="auto"/>
            <w:shd w:val="clear" w:color="auto" w:fill="FFFFFF"/>
          </w:tcPr>
          <w:p w14:paraId="4D99F146" w14:textId="77777777" w:rsidR="007A4ED8" w:rsidRDefault="009B7F9E">
            <w:r>
              <w:t>подлежит выполнению поверочным расчётом</w:t>
            </w:r>
          </w:p>
        </w:tc>
      </w:tr>
      <w:tr w:rsidR="007A4ED8" w14:paraId="221181E1" w14:textId="77777777">
        <w:trPr>
          <w:cantSplit/>
        </w:trPr>
        <w:tc>
          <w:tcPr>
            <w:tcW w:w="0" w:type="auto"/>
            <w:shd w:val="clear" w:color="auto" w:fill="F2F2F2"/>
          </w:tcPr>
          <w:p w14:paraId="4F85E2DF" w14:textId="77777777" w:rsidR="007A4ED8" w:rsidRDefault="009B7F9E">
            <w:r>
              <w:t>Z-09</w:t>
            </w:r>
          </w:p>
        </w:tc>
        <w:tc>
          <w:tcPr>
            <w:tcW w:w="0" w:type="auto"/>
            <w:shd w:val="clear" w:color="auto" w:fill="FFFFFF"/>
          </w:tcPr>
          <w:p w14:paraId="5E5D722E" w14:textId="77777777" w:rsidR="007A4ED8" w:rsidRDefault="009B7F9E">
            <w:r>
              <w:t>УПК № 3 «Спасск»</w:t>
            </w:r>
          </w:p>
        </w:tc>
        <w:tc>
          <w:tcPr>
            <w:tcW w:w="0" w:type="auto"/>
            <w:shd w:val="clear" w:color="auto" w:fill="FFFFFF"/>
          </w:tcPr>
          <w:p w14:paraId="41F24180" w14:textId="77777777" w:rsidR="007A4ED8" w:rsidRPr="00C74F04" w:rsidRDefault="009B7F9E">
            <w:pPr>
              <w:rPr>
                <w:lang w:val="ru-RU"/>
              </w:rPr>
            </w:pPr>
            <w:r w:rsidRPr="00C74F04">
              <w:rPr>
                <w:lang w:val="ru-RU"/>
              </w:rPr>
              <w:t>вывод 2021 года о достаточности диаметров</w:t>
            </w:r>
          </w:p>
        </w:tc>
        <w:tc>
          <w:tcPr>
            <w:tcW w:w="0" w:type="auto"/>
            <w:shd w:val="clear" w:color="auto" w:fill="FFFFFF"/>
          </w:tcPr>
          <w:p w14:paraId="05C7AFD5" w14:textId="77777777" w:rsidR="007A4ED8" w:rsidRDefault="009B7F9E">
            <w:r>
              <w:t>отсутствует</w:t>
            </w:r>
          </w:p>
        </w:tc>
        <w:tc>
          <w:tcPr>
            <w:tcW w:w="0" w:type="auto"/>
            <w:shd w:val="clear" w:color="auto" w:fill="FFFFFF"/>
          </w:tcPr>
          <w:p w14:paraId="58B13A2C" w14:textId="77777777" w:rsidR="007A4ED8" w:rsidRDefault="009B7F9E">
            <w:r>
              <w:t>подлежит выполнению поверочным расчётом</w:t>
            </w:r>
          </w:p>
        </w:tc>
      </w:tr>
    </w:tbl>
    <w:p w14:paraId="14B04AB1" w14:textId="77777777" w:rsidR="007A4ED8" w:rsidRPr="00C74F04" w:rsidRDefault="009B7F9E">
      <w:pPr>
        <w:rPr>
          <w:lang w:val="ru-RU"/>
        </w:rPr>
      </w:pPr>
      <w:r w:rsidRPr="00C74F04">
        <w:rPr>
          <w:lang w:val="ru-RU"/>
        </w:rPr>
        <w:t>Оценка гидравлического режима по каждой зоне выполняется по трём критериям: располагаемый напор в конечных точках не ниже требуемого присоединёнными теплопотребляющими установками; скорости теплоносителя в пределах, допустимых для принятых диаметров; давление в обратном трубопроводе не ниже статического для рельефа зоны. Результаты подлежат включению в схему по мере завершения расчётного контура.</w:t>
      </w:r>
    </w:p>
    <w:p w14:paraId="4A2E1362" w14:textId="77777777" w:rsidR="007A4ED8" w:rsidRPr="00782666" w:rsidRDefault="009B7F9E">
      <w:pPr>
        <w:pStyle w:val="31"/>
        <w:rPr>
          <w:sz w:val="28"/>
          <w:szCs w:val="28"/>
          <w:lang w:val="ru-RU"/>
        </w:rPr>
      </w:pPr>
      <w:r w:rsidRPr="00782666">
        <w:rPr>
          <w:sz w:val="28"/>
          <w:szCs w:val="28"/>
          <w:lang w:val="ru-RU"/>
        </w:rPr>
        <w:t>1.3.5. Статистика отказов тепловых сетей за пятилетний период</w:t>
      </w:r>
    </w:p>
    <w:p w14:paraId="64AA8173" w14:textId="77777777" w:rsidR="007A4ED8" w:rsidRPr="00C74F04" w:rsidRDefault="009B7F9E">
      <w:pPr>
        <w:rPr>
          <w:lang w:val="ru-RU"/>
        </w:rPr>
      </w:pPr>
      <w:r w:rsidRPr="00C74F04">
        <w:rPr>
          <w:lang w:val="ru-RU"/>
        </w:rPr>
        <w:t>Настоящая часть раскрывает предмет подпункта «и» пункта 31 требований к схемам теплоснабжения. Пятилетний период применительно к базовому 2026 году составляют 2021–2025 годы.</w:t>
      </w:r>
    </w:p>
    <w:p w14:paraId="7C34F35D" w14:textId="77777777" w:rsidR="007A4ED8" w:rsidRPr="00C74F04" w:rsidRDefault="009B7F9E">
      <w:pPr>
        <w:rPr>
          <w:lang w:val="ru-RU"/>
        </w:rPr>
      </w:pPr>
      <w:r w:rsidRPr="00C74F04">
        <w:rPr>
          <w:lang w:val="ru-RU"/>
        </w:rPr>
        <w:t>Таблица 1.13 — Сведения об отказах тепловых сетей за 2021–2025 годы</w:t>
      </w:r>
    </w:p>
    <w:tbl>
      <w:tblPr>
        <w:tblW w:w="5000" w:type="pct"/>
        <w:tblCellMar>
          <w:left w:w="57" w:type="dxa"/>
          <w:right w:w="57" w:type="dxa"/>
        </w:tblCellMar>
        <w:tblLook w:val="04A0" w:firstRow="1" w:lastRow="0" w:firstColumn="1" w:lastColumn="0" w:noHBand="0" w:noVBand="1"/>
      </w:tblPr>
      <w:tblGrid>
        <w:gridCol w:w="594"/>
        <w:gridCol w:w="1770"/>
        <w:gridCol w:w="4372"/>
        <w:gridCol w:w="2619"/>
      </w:tblGrid>
      <w:tr w:rsidR="007A4ED8" w14:paraId="15EF3658" w14:textId="77777777">
        <w:trPr>
          <w:cantSplit/>
          <w:tblHeader/>
        </w:trPr>
        <w:tc>
          <w:tcPr>
            <w:tcW w:w="0" w:type="auto"/>
            <w:shd w:val="clear" w:color="auto" w:fill="E2F0D9"/>
          </w:tcPr>
          <w:p w14:paraId="166927C8" w14:textId="77777777" w:rsidR="007A4ED8" w:rsidRDefault="009B7F9E">
            <w:pPr>
              <w:jc w:val="center"/>
            </w:pPr>
            <w:r>
              <w:rPr>
                <w:b/>
              </w:rPr>
              <w:t>Год</w:t>
            </w:r>
          </w:p>
        </w:tc>
        <w:tc>
          <w:tcPr>
            <w:tcW w:w="0" w:type="auto"/>
            <w:shd w:val="clear" w:color="auto" w:fill="E2F0D9"/>
          </w:tcPr>
          <w:p w14:paraId="5B27D3D5" w14:textId="77777777" w:rsidR="007A4ED8" w:rsidRDefault="009B7F9E">
            <w:pPr>
              <w:jc w:val="center"/>
            </w:pPr>
            <w:r>
              <w:rPr>
                <w:b/>
              </w:rPr>
              <w:t>Состояние сведений</w:t>
            </w:r>
          </w:p>
        </w:tc>
        <w:tc>
          <w:tcPr>
            <w:tcW w:w="0" w:type="auto"/>
            <w:shd w:val="clear" w:color="auto" w:fill="E2F0D9"/>
          </w:tcPr>
          <w:p w14:paraId="21F68AB7" w14:textId="77777777" w:rsidR="007A4ED8" w:rsidRDefault="009B7F9E">
            <w:pPr>
              <w:jc w:val="center"/>
            </w:pPr>
            <w:r>
              <w:rPr>
                <w:b/>
              </w:rPr>
              <w:t>Источник сведений</w:t>
            </w:r>
          </w:p>
        </w:tc>
        <w:tc>
          <w:tcPr>
            <w:tcW w:w="0" w:type="auto"/>
            <w:shd w:val="clear" w:color="auto" w:fill="E2F0D9"/>
          </w:tcPr>
          <w:p w14:paraId="0A345D62" w14:textId="77777777" w:rsidR="007A4ED8" w:rsidRDefault="009B7F9E">
            <w:pPr>
              <w:jc w:val="center"/>
            </w:pPr>
            <w:r>
              <w:rPr>
                <w:b/>
              </w:rPr>
              <w:t>Зафиксировано отказов</w:t>
            </w:r>
          </w:p>
        </w:tc>
      </w:tr>
      <w:tr w:rsidR="007A4ED8" w14:paraId="187B2193" w14:textId="77777777">
        <w:trPr>
          <w:cantSplit/>
        </w:trPr>
        <w:tc>
          <w:tcPr>
            <w:tcW w:w="0" w:type="auto"/>
            <w:shd w:val="clear" w:color="auto" w:fill="F2F2F2"/>
          </w:tcPr>
          <w:p w14:paraId="15049B39" w14:textId="77777777" w:rsidR="007A4ED8" w:rsidRDefault="009B7F9E">
            <w:r>
              <w:t>2021</w:t>
            </w:r>
          </w:p>
        </w:tc>
        <w:tc>
          <w:tcPr>
            <w:tcW w:w="0" w:type="auto"/>
            <w:shd w:val="clear" w:color="auto" w:fill="FFFFFF"/>
          </w:tcPr>
          <w:p w14:paraId="6CC39798" w14:textId="77777777" w:rsidR="007A4ED8" w:rsidRDefault="009B7F9E">
            <w:r>
              <w:t>сведения не получены</w:t>
            </w:r>
          </w:p>
        </w:tc>
        <w:tc>
          <w:tcPr>
            <w:tcW w:w="0" w:type="auto"/>
            <w:shd w:val="clear" w:color="auto" w:fill="FFFFFF"/>
          </w:tcPr>
          <w:p w14:paraId="269BA3C6" w14:textId="77777777" w:rsidR="007A4ED8" w:rsidRDefault="009B7F9E">
            <w:r>
              <w:t>—</w:t>
            </w:r>
          </w:p>
        </w:tc>
        <w:tc>
          <w:tcPr>
            <w:tcW w:w="0" w:type="auto"/>
            <w:shd w:val="clear" w:color="auto" w:fill="FFFFFF"/>
          </w:tcPr>
          <w:p w14:paraId="3BE698A7" w14:textId="77777777" w:rsidR="007A4ED8" w:rsidRDefault="009B7F9E">
            <w:r>
              <w:t>не определено</w:t>
            </w:r>
          </w:p>
        </w:tc>
      </w:tr>
      <w:tr w:rsidR="007A4ED8" w14:paraId="5002BD09" w14:textId="77777777">
        <w:trPr>
          <w:cantSplit/>
        </w:trPr>
        <w:tc>
          <w:tcPr>
            <w:tcW w:w="0" w:type="auto"/>
            <w:shd w:val="clear" w:color="auto" w:fill="F2F2F2"/>
          </w:tcPr>
          <w:p w14:paraId="46C3D540" w14:textId="77777777" w:rsidR="007A4ED8" w:rsidRDefault="009B7F9E">
            <w:r>
              <w:t>2022</w:t>
            </w:r>
          </w:p>
        </w:tc>
        <w:tc>
          <w:tcPr>
            <w:tcW w:w="0" w:type="auto"/>
            <w:shd w:val="clear" w:color="auto" w:fill="FFFFFF"/>
          </w:tcPr>
          <w:p w14:paraId="61D8D1B6" w14:textId="77777777" w:rsidR="007A4ED8" w:rsidRDefault="009B7F9E">
            <w:r>
              <w:t>сведения не получены</w:t>
            </w:r>
          </w:p>
        </w:tc>
        <w:tc>
          <w:tcPr>
            <w:tcW w:w="0" w:type="auto"/>
            <w:shd w:val="clear" w:color="auto" w:fill="FFFFFF"/>
          </w:tcPr>
          <w:p w14:paraId="55F22EAC" w14:textId="77777777" w:rsidR="007A4ED8" w:rsidRDefault="009B7F9E">
            <w:r>
              <w:t>—</w:t>
            </w:r>
          </w:p>
        </w:tc>
        <w:tc>
          <w:tcPr>
            <w:tcW w:w="0" w:type="auto"/>
            <w:shd w:val="clear" w:color="auto" w:fill="FFFFFF"/>
          </w:tcPr>
          <w:p w14:paraId="46F56A7B" w14:textId="77777777" w:rsidR="007A4ED8" w:rsidRDefault="009B7F9E">
            <w:r>
              <w:t>не определено</w:t>
            </w:r>
          </w:p>
        </w:tc>
      </w:tr>
      <w:tr w:rsidR="007A4ED8" w14:paraId="41D8CFFA" w14:textId="77777777">
        <w:trPr>
          <w:cantSplit/>
        </w:trPr>
        <w:tc>
          <w:tcPr>
            <w:tcW w:w="0" w:type="auto"/>
            <w:shd w:val="clear" w:color="auto" w:fill="F2F2F2"/>
          </w:tcPr>
          <w:p w14:paraId="141ADFA2" w14:textId="77777777" w:rsidR="007A4ED8" w:rsidRDefault="009B7F9E">
            <w:r>
              <w:t>2023</w:t>
            </w:r>
          </w:p>
        </w:tc>
        <w:tc>
          <w:tcPr>
            <w:tcW w:w="0" w:type="auto"/>
            <w:shd w:val="clear" w:color="auto" w:fill="FFFFFF"/>
          </w:tcPr>
          <w:p w14:paraId="660209C3" w14:textId="77777777" w:rsidR="007A4ED8" w:rsidRDefault="009B7F9E">
            <w:r>
              <w:t>сведения имеются</w:t>
            </w:r>
          </w:p>
        </w:tc>
        <w:tc>
          <w:tcPr>
            <w:tcW w:w="0" w:type="auto"/>
            <w:shd w:val="clear" w:color="auto" w:fill="FFFFFF"/>
          </w:tcPr>
          <w:p w14:paraId="773D7BB7" w14:textId="77777777" w:rsidR="007A4ED8" w:rsidRPr="00C74F04" w:rsidRDefault="009B7F9E">
            <w:pPr>
              <w:rPr>
                <w:lang w:val="ru-RU"/>
              </w:rPr>
            </w:pPr>
            <w:r w:rsidRPr="00C74F04">
              <w:rPr>
                <w:lang w:val="ru-RU"/>
              </w:rPr>
              <w:t>документы актуализации схем теплоснабжения 2026 года</w:t>
            </w:r>
          </w:p>
        </w:tc>
        <w:tc>
          <w:tcPr>
            <w:tcW w:w="0" w:type="auto"/>
            <w:shd w:val="clear" w:color="auto" w:fill="FFFFFF"/>
          </w:tcPr>
          <w:p w14:paraId="0CC021AE" w14:textId="77777777" w:rsidR="007A4ED8" w:rsidRDefault="009B7F9E">
            <w:r>
              <w:t>не зафиксировано</w:t>
            </w:r>
          </w:p>
        </w:tc>
      </w:tr>
      <w:tr w:rsidR="007A4ED8" w14:paraId="15E13B9A" w14:textId="77777777">
        <w:trPr>
          <w:cantSplit/>
        </w:trPr>
        <w:tc>
          <w:tcPr>
            <w:tcW w:w="0" w:type="auto"/>
            <w:shd w:val="clear" w:color="auto" w:fill="F2F2F2"/>
          </w:tcPr>
          <w:p w14:paraId="35AF7367" w14:textId="77777777" w:rsidR="007A4ED8" w:rsidRDefault="009B7F9E">
            <w:r>
              <w:t>2024</w:t>
            </w:r>
          </w:p>
        </w:tc>
        <w:tc>
          <w:tcPr>
            <w:tcW w:w="0" w:type="auto"/>
            <w:shd w:val="clear" w:color="auto" w:fill="FFFFFF"/>
          </w:tcPr>
          <w:p w14:paraId="26EAF822" w14:textId="77777777" w:rsidR="007A4ED8" w:rsidRDefault="009B7F9E">
            <w:r>
              <w:t>сведения имеются</w:t>
            </w:r>
          </w:p>
        </w:tc>
        <w:tc>
          <w:tcPr>
            <w:tcW w:w="0" w:type="auto"/>
            <w:shd w:val="clear" w:color="auto" w:fill="FFFFFF"/>
          </w:tcPr>
          <w:p w14:paraId="1F3DEF4B" w14:textId="77777777" w:rsidR="007A4ED8" w:rsidRPr="00C74F04" w:rsidRDefault="009B7F9E">
            <w:pPr>
              <w:rPr>
                <w:lang w:val="ru-RU"/>
              </w:rPr>
            </w:pPr>
            <w:r w:rsidRPr="00C74F04">
              <w:rPr>
                <w:lang w:val="ru-RU"/>
              </w:rPr>
              <w:t>документы актуализации схем теплоснабжения 2026 года</w:t>
            </w:r>
          </w:p>
        </w:tc>
        <w:tc>
          <w:tcPr>
            <w:tcW w:w="0" w:type="auto"/>
            <w:shd w:val="clear" w:color="auto" w:fill="FFFFFF"/>
          </w:tcPr>
          <w:p w14:paraId="2611D9E7" w14:textId="77777777" w:rsidR="007A4ED8" w:rsidRDefault="009B7F9E">
            <w:r>
              <w:t>не зафиксировано</w:t>
            </w:r>
          </w:p>
        </w:tc>
      </w:tr>
      <w:tr w:rsidR="007A4ED8" w14:paraId="3DB0A308" w14:textId="77777777">
        <w:trPr>
          <w:cantSplit/>
        </w:trPr>
        <w:tc>
          <w:tcPr>
            <w:tcW w:w="0" w:type="auto"/>
            <w:shd w:val="clear" w:color="auto" w:fill="F2F2F2"/>
          </w:tcPr>
          <w:p w14:paraId="7CB83DC3" w14:textId="77777777" w:rsidR="007A4ED8" w:rsidRDefault="009B7F9E">
            <w:r>
              <w:t>2025</w:t>
            </w:r>
          </w:p>
        </w:tc>
        <w:tc>
          <w:tcPr>
            <w:tcW w:w="0" w:type="auto"/>
            <w:shd w:val="clear" w:color="auto" w:fill="FFFFFF"/>
          </w:tcPr>
          <w:p w14:paraId="4326523B" w14:textId="77777777" w:rsidR="007A4ED8" w:rsidRDefault="009B7F9E">
            <w:r>
              <w:t>сведения имеются</w:t>
            </w:r>
          </w:p>
        </w:tc>
        <w:tc>
          <w:tcPr>
            <w:tcW w:w="0" w:type="auto"/>
            <w:shd w:val="clear" w:color="auto" w:fill="FFFFFF"/>
          </w:tcPr>
          <w:p w14:paraId="302D8CF5" w14:textId="77777777" w:rsidR="007A4ED8" w:rsidRPr="00C74F04" w:rsidRDefault="009B7F9E">
            <w:pPr>
              <w:rPr>
                <w:lang w:val="ru-RU"/>
              </w:rPr>
            </w:pPr>
            <w:r w:rsidRPr="00C74F04">
              <w:rPr>
                <w:lang w:val="ru-RU"/>
              </w:rPr>
              <w:t>фактические показатели за 2025 год; документы актуализации 2026 года</w:t>
            </w:r>
          </w:p>
        </w:tc>
        <w:tc>
          <w:tcPr>
            <w:tcW w:w="0" w:type="auto"/>
            <w:shd w:val="clear" w:color="auto" w:fill="FFFFFF"/>
          </w:tcPr>
          <w:p w14:paraId="5E855F94" w14:textId="77777777" w:rsidR="007A4ED8" w:rsidRDefault="009B7F9E">
            <w:r>
              <w:t>не зафиксировано (план 0, факт 0)</w:t>
            </w:r>
          </w:p>
        </w:tc>
      </w:tr>
    </w:tbl>
    <w:p w14:paraId="3C6B43D2" w14:textId="77777777" w:rsidR="007A4ED8" w:rsidRPr="00C74F04" w:rsidRDefault="009B7F9E">
      <w:pPr>
        <w:rPr>
          <w:lang w:val="ru-RU"/>
        </w:rPr>
      </w:pPr>
      <w:r w:rsidRPr="00C74F04">
        <w:rPr>
          <w:lang w:val="ru-RU"/>
        </w:rPr>
        <w:t>По трём годам из пяти — 2023, 2024 и 2025 — отсутствие отказов и вынужденных отключений тепловых сетей и источников тепловой энергии подтверждено документально. По 2021 и 2022 годам сведения в составе исходных данных отсутствуют. Отсутствие сведений нулём не замещается: незаполненный год означает отсутствие данных, а не подтверждённое отсутствие отказов.</w:t>
      </w:r>
    </w:p>
    <w:p w14:paraId="7A15A7ED" w14:textId="77777777" w:rsidR="007A4ED8" w:rsidRPr="00C74F04" w:rsidRDefault="009B7F9E">
      <w:pPr>
        <w:rPr>
          <w:lang w:val="ru-RU"/>
        </w:rPr>
      </w:pPr>
      <w:r w:rsidRPr="00C74F04">
        <w:rPr>
          <w:lang w:val="ru-RU"/>
        </w:rPr>
        <w:t>Отсутствие зафиксированных отказов относится к эксплуатационному слою и структурным резервированием не является: система с низким уровнем резервирования способна отработать отчётный период без отказов, и из отсутствия отказов вывод о наличии резерва мощности или резервирования сетей не следует. Показатели надёжности приведены в разделе 11.</w:t>
      </w:r>
    </w:p>
    <w:p w14:paraId="2BD82ABB" w14:textId="77777777" w:rsidR="007A4ED8" w:rsidRPr="00C74F04" w:rsidRDefault="009B7F9E">
      <w:pPr>
        <w:pStyle w:val="21"/>
        <w:rPr>
          <w:lang w:val="ru-RU"/>
        </w:rPr>
      </w:pPr>
      <w:bookmarkStart w:id="7" w:name="_Toc238015598"/>
      <w:r w:rsidRPr="00C74F04">
        <w:rPr>
          <w:lang w:val="ru-RU"/>
        </w:rPr>
        <w:t>1.4. Зоны действия источников тепловой энергии</w:t>
      </w:r>
      <w:bookmarkEnd w:id="7"/>
    </w:p>
    <w:p w14:paraId="1EEC16B0" w14:textId="77777777" w:rsidR="007A4ED8" w:rsidRPr="00C74F04" w:rsidRDefault="009B7F9E">
      <w:pPr>
        <w:rPr>
          <w:lang w:val="ru-RU"/>
        </w:rPr>
      </w:pPr>
      <w:r w:rsidRPr="00C74F04">
        <w:rPr>
          <w:lang w:val="ru-RU"/>
        </w:rPr>
        <w:t>Межисточниковых связей в границах округа не выявлено: каждый источник работает на собственные тепловые сети, вследствие чего зона действия источника совпадает с зоной действия соответствующей системы теплоснабжения. Ниже приведены территориальные профили зон по населённым пунктам, обеспеченным централизованным теплоснабжением.</w:t>
      </w:r>
    </w:p>
    <w:p w14:paraId="622F0DBD" w14:textId="77777777" w:rsidR="000772B4" w:rsidRPr="00782666" w:rsidRDefault="00746A89">
      <w:pPr>
        <w:pStyle w:val="31"/>
        <w:rPr>
          <w:sz w:val="28"/>
          <w:szCs w:val="28"/>
          <w:lang w:val="ru-RU"/>
        </w:rPr>
      </w:pPr>
      <w:r w:rsidRPr="00782666">
        <w:rPr>
          <w:sz w:val="28"/>
          <w:szCs w:val="28"/>
          <w:lang w:val="ru-RU"/>
        </w:rPr>
        <w:t>1.4.1. Город Таштагол</w:t>
      </w:r>
    </w:p>
    <w:p w14:paraId="422F0784" w14:textId="77777777" w:rsidR="000772B4" w:rsidRPr="00C74F04" w:rsidRDefault="00746A89">
      <w:pPr>
        <w:spacing w:after="80"/>
        <w:jc w:val="both"/>
        <w:rPr>
          <w:lang w:val="ru-RU"/>
        </w:rPr>
      </w:pPr>
      <w:r w:rsidRPr="00C74F04">
        <w:rPr>
          <w:lang w:val="ru-RU"/>
        </w:rPr>
        <w:t xml:space="preserve">Крупнейшая территория округа: 21 209 человек, четыре самостоятельных источника суммарной установленной мощностью </w:t>
      </w:r>
      <w:r>
        <w:t xml:space="preserve">181,70 Гкал/ч, что составляет 38,9 процента мощности округа. </w:t>
      </w:r>
      <w:r w:rsidRPr="00C74F04">
        <w:rPr>
          <w:lang w:val="ru-RU"/>
        </w:rPr>
        <w:t>Единой системой город не является — источники работают на собственные тепловые сети, межисточниковых связей не выявлено.</w:t>
      </w:r>
    </w:p>
    <w:p w14:paraId="21403676" w14:textId="77777777" w:rsidR="00B808F9" w:rsidRPr="00C74F04" w:rsidRDefault="00B808F9">
      <w:pPr>
        <w:rPr>
          <w:lang w:val="ru-RU"/>
        </w:rPr>
        <w:sectPr w:rsidR="00B808F9" w:rsidRPr="00C74F04" w:rsidSect="00034616">
          <w:footerReference w:type="default" r:id="rId18"/>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77608BC" w14:textId="77777777" w:rsidR="000772B4" w:rsidRDefault="00746A89">
      <w:pPr>
        <w:keepNext/>
        <w:spacing w:before="160"/>
      </w:pPr>
      <w:r>
        <w:rPr>
          <w:b/>
        </w:rPr>
        <w:t>Таблица 1.14 — Источники города Таштагол</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760"/>
        <w:gridCol w:w="1801"/>
        <w:gridCol w:w="1666"/>
        <w:gridCol w:w="4346"/>
        <w:gridCol w:w="2045"/>
        <w:gridCol w:w="1068"/>
        <w:gridCol w:w="1591"/>
      </w:tblGrid>
      <w:tr w:rsidR="000772B4" w14:paraId="52141554" w14:textId="77777777">
        <w:trPr>
          <w:cantSplit/>
          <w:tblHeader/>
          <w:jc w:val="center"/>
        </w:trPr>
        <w:tc>
          <w:tcPr>
            <w:tcW w:w="0" w:type="auto"/>
            <w:shd w:val="clear" w:color="auto" w:fill="E2F0D9"/>
          </w:tcPr>
          <w:p w14:paraId="4639F328" w14:textId="77777777" w:rsidR="000772B4" w:rsidRDefault="00746A89">
            <w:pPr>
              <w:jc w:val="center"/>
            </w:pPr>
            <w:r>
              <w:rPr>
                <w:b/>
              </w:rPr>
              <w:t>Источник</w:t>
            </w:r>
          </w:p>
        </w:tc>
        <w:tc>
          <w:tcPr>
            <w:tcW w:w="0" w:type="auto"/>
            <w:shd w:val="clear" w:color="auto" w:fill="E2F0D9"/>
          </w:tcPr>
          <w:p w14:paraId="38321DB9" w14:textId="77777777" w:rsidR="000772B4" w:rsidRDefault="00746A89">
            <w:pPr>
              <w:jc w:val="center"/>
            </w:pPr>
            <w:r>
              <w:rPr>
                <w:b/>
              </w:rPr>
              <w:t>Мощность, Гкал/ч</w:t>
            </w:r>
          </w:p>
        </w:tc>
        <w:tc>
          <w:tcPr>
            <w:tcW w:w="0" w:type="auto"/>
            <w:shd w:val="clear" w:color="auto" w:fill="E2F0D9"/>
          </w:tcPr>
          <w:p w14:paraId="75AB1407" w14:textId="77777777" w:rsidR="000772B4" w:rsidRDefault="00746A89">
            <w:pPr>
              <w:jc w:val="center"/>
            </w:pPr>
            <w:r>
              <w:rPr>
                <w:b/>
              </w:rPr>
              <w:t>Нагрузка, Гкал/ч</w:t>
            </w:r>
          </w:p>
        </w:tc>
        <w:tc>
          <w:tcPr>
            <w:tcW w:w="0" w:type="auto"/>
            <w:shd w:val="clear" w:color="auto" w:fill="E2F0D9"/>
          </w:tcPr>
          <w:p w14:paraId="3F2C37DF" w14:textId="77777777" w:rsidR="000772B4" w:rsidRDefault="00746A89">
            <w:pPr>
              <w:jc w:val="center"/>
            </w:pPr>
            <w:r>
              <w:rPr>
                <w:b/>
              </w:rPr>
              <w:t>Котлы</w:t>
            </w:r>
          </w:p>
        </w:tc>
        <w:tc>
          <w:tcPr>
            <w:tcW w:w="0" w:type="auto"/>
            <w:shd w:val="clear" w:color="auto" w:fill="E2F0D9"/>
          </w:tcPr>
          <w:p w14:paraId="1E682C12" w14:textId="77777777" w:rsidR="000772B4" w:rsidRDefault="00746A89">
            <w:pPr>
              <w:jc w:val="center"/>
            </w:pPr>
            <w:r>
              <w:rPr>
                <w:b/>
              </w:rPr>
              <w:t>Годы ввода</w:t>
            </w:r>
          </w:p>
        </w:tc>
        <w:tc>
          <w:tcPr>
            <w:tcW w:w="0" w:type="auto"/>
            <w:shd w:val="clear" w:color="auto" w:fill="E2F0D9"/>
          </w:tcPr>
          <w:p w14:paraId="1D6F8203" w14:textId="77777777" w:rsidR="000772B4" w:rsidRDefault="00746A89">
            <w:pPr>
              <w:jc w:val="center"/>
            </w:pPr>
            <w:r>
              <w:rPr>
                <w:b/>
              </w:rPr>
              <w:t>Топливо</w:t>
            </w:r>
          </w:p>
        </w:tc>
        <w:tc>
          <w:tcPr>
            <w:tcW w:w="0" w:type="auto"/>
            <w:shd w:val="clear" w:color="auto" w:fill="E2F0D9"/>
          </w:tcPr>
          <w:p w14:paraId="59DB6DE7" w14:textId="77777777" w:rsidR="000772B4" w:rsidRDefault="00746A89">
            <w:pPr>
              <w:jc w:val="center"/>
            </w:pPr>
            <w:r>
              <w:rPr>
                <w:b/>
              </w:rPr>
              <w:t>Газификация</w:t>
            </w:r>
          </w:p>
        </w:tc>
      </w:tr>
      <w:tr w:rsidR="000772B4" w14:paraId="08AB09DD" w14:textId="77777777">
        <w:trPr>
          <w:cantSplit/>
          <w:jc w:val="center"/>
        </w:trPr>
        <w:tc>
          <w:tcPr>
            <w:tcW w:w="0" w:type="auto"/>
          </w:tcPr>
          <w:p w14:paraId="67830C42" w14:textId="77777777" w:rsidR="000772B4" w:rsidRDefault="00746A89">
            <w:r>
              <w:t>УПК № 1</w:t>
            </w:r>
          </w:p>
        </w:tc>
        <w:tc>
          <w:tcPr>
            <w:tcW w:w="0" w:type="auto"/>
          </w:tcPr>
          <w:p w14:paraId="297A2A87" w14:textId="77777777" w:rsidR="000772B4" w:rsidRDefault="00746A89">
            <w:pPr>
              <w:jc w:val="center"/>
            </w:pPr>
            <w:r>
              <w:t>150,00</w:t>
            </w:r>
          </w:p>
        </w:tc>
        <w:tc>
          <w:tcPr>
            <w:tcW w:w="0" w:type="auto"/>
          </w:tcPr>
          <w:p w14:paraId="4EBE3BC2" w14:textId="77777777" w:rsidR="000772B4" w:rsidRDefault="00746A89">
            <w:pPr>
              <w:jc w:val="center"/>
            </w:pPr>
            <w:r>
              <w:t>70,2235</w:t>
            </w:r>
          </w:p>
        </w:tc>
        <w:tc>
          <w:tcPr>
            <w:tcW w:w="0" w:type="auto"/>
          </w:tcPr>
          <w:p w14:paraId="73075C96" w14:textId="77777777" w:rsidR="000772B4" w:rsidRDefault="00746A89">
            <w:pPr>
              <w:jc w:val="center"/>
            </w:pPr>
            <w:r>
              <w:t>пять К-50-14-250 и К-50-40-250 по 30,0</w:t>
            </w:r>
          </w:p>
        </w:tc>
        <w:tc>
          <w:tcPr>
            <w:tcW w:w="0" w:type="auto"/>
          </w:tcPr>
          <w:p w14:paraId="7C77E1E5" w14:textId="77777777" w:rsidR="000772B4" w:rsidRDefault="00746A89">
            <w:pPr>
              <w:jc w:val="center"/>
            </w:pPr>
            <w:r>
              <w:t>1973, 1973, 1974, 1975, 1995</w:t>
            </w:r>
          </w:p>
        </w:tc>
        <w:tc>
          <w:tcPr>
            <w:tcW w:w="0" w:type="auto"/>
          </w:tcPr>
          <w:p w14:paraId="1E2214B1" w14:textId="77777777" w:rsidR="000772B4" w:rsidRDefault="00746A89">
            <w:pPr>
              <w:jc w:val="center"/>
            </w:pPr>
            <w:r>
              <w:t>ДГр 5700</w:t>
            </w:r>
          </w:p>
        </w:tc>
        <w:tc>
          <w:tcPr>
            <w:tcW w:w="0" w:type="auto"/>
          </w:tcPr>
          <w:p w14:paraId="1C807F94" w14:textId="77777777" w:rsidR="000772B4" w:rsidRDefault="00746A89">
            <w:pPr>
              <w:jc w:val="center"/>
            </w:pPr>
            <w:r>
              <w:t>2035</w:t>
            </w:r>
          </w:p>
        </w:tc>
      </w:tr>
      <w:tr w:rsidR="000772B4" w14:paraId="528AB2A9" w14:textId="77777777">
        <w:trPr>
          <w:cantSplit/>
          <w:jc w:val="center"/>
        </w:trPr>
        <w:tc>
          <w:tcPr>
            <w:tcW w:w="0" w:type="auto"/>
          </w:tcPr>
          <w:p w14:paraId="24A6267F" w14:textId="77777777" w:rsidR="000772B4" w:rsidRDefault="00746A89">
            <w:r>
              <w:t>УПК № 2 «Шалым»</w:t>
            </w:r>
          </w:p>
        </w:tc>
        <w:tc>
          <w:tcPr>
            <w:tcW w:w="0" w:type="auto"/>
          </w:tcPr>
          <w:p w14:paraId="151FAD5B" w14:textId="77777777" w:rsidR="000772B4" w:rsidRDefault="00746A89">
            <w:pPr>
              <w:jc w:val="center"/>
            </w:pPr>
            <w:r>
              <w:t>17,00</w:t>
            </w:r>
          </w:p>
        </w:tc>
        <w:tc>
          <w:tcPr>
            <w:tcW w:w="0" w:type="auto"/>
          </w:tcPr>
          <w:p w14:paraId="7B4A4004" w14:textId="77777777" w:rsidR="000772B4" w:rsidRDefault="00746A89">
            <w:pPr>
              <w:jc w:val="center"/>
            </w:pPr>
            <w:r>
              <w:t>3,6279</w:t>
            </w:r>
          </w:p>
        </w:tc>
        <w:tc>
          <w:tcPr>
            <w:tcW w:w="0" w:type="auto"/>
          </w:tcPr>
          <w:p w14:paraId="6A86CFFD" w14:textId="77777777" w:rsidR="000772B4" w:rsidRPr="00C74F04" w:rsidRDefault="00746A89">
            <w:pPr>
              <w:jc w:val="center"/>
              <w:rPr>
                <w:lang w:val="ru-RU"/>
              </w:rPr>
            </w:pPr>
            <w:r w:rsidRPr="00C74F04">
              <w:rPr>
                <w:lang w:val="ru-RU"/>
              </w:rPr>
              <w:t>КВ-Р-7,56-115 6,5; ДКВР-6,5-13 4,0; КВ-Р-7,56-115П 6,5</w:t>
            </w:r>
          </w:p>
        </w:tc>
        <w:tc>
          <w:tcPr>
            <w:tcW w:w="0" w:type="auto"/>
          </w:tcPr>
          <w:p w14:paraId="50E60489" w14:textId="77777777" w:rsidR="000772B4" w:rsidRDefault="00746A89">
            <w:pPr>
              <w:jc w:val="center"/>
            </w:pPr>
            <w:r>
              <w:t>2020, 1996, 2021</w:t>
            </w:r>
          </w:p>
        </w:tc>
        <w:tc>
          <w:tcPr>
            <w:tcW w:w="0" w:type="auto"/>
          </w:tcPr>
          <w:p w14:paraId="2348DDA1" w14:textId="77777777" w:rsidR="000772B4" w:rsidRDefault="00746A89">
            <w:pPr>
              <w:jc w:val="center"/>
            </w:pPr>
            <w:r>
              <w:t>Др 5145</w:t>
            </w:r>
          </w:p>
        </w:tc>
        <w:tc>
          <w:tcPr>
            <w:tcW w:w="0" w:type="auto"/>
          </w:tcPr>
          <w:p w14:paraId="3D6B2582" w14:textId="77777777" w:rsidR="000772B4" w:rsidRDefault="00746A89">
            <w:pPr>
              <w:jc w:val="center"/>
            </w:pPr>
            <w:r>
              <w:t>2035</w:t>
            </w:r>
          </w:p>
        </w:tc>
      </w:tr>
      <w:tr w:rsidR="000772B4" w14:paraId="335C2F7B" w14:textId="77777777">
        <w:trPr>
          <w:cantSplit/>
          <w:jc w:val="center"/>
        </w:trPr>
        <w:tc>
          <w:tcPr>
            <w:tcW w:w="0" w:type="auto"/>
          </w:tcPr>
          <w:p w14:paraId="2DF4CD58" w14:textId="77777777" w:rsidR="000772B4" w:rsidRDefault="00746A89">
            <w:r>
              <w:t>УПК № 2 «ЦМК»</w:t>
            </w:r>
          </w:p>
        </w:tc>
        <w:tc>
          <w:tcPr>
            <w:tcW w:w="0" w:type="auto"/>
          </w:tcPr>
          <w:p w14:paraId="23767B8B" w14:textId="77777777" w:rsidR="000772B4" w:rsidRDefault="00746A89">
            <w:pPr>
              <w:jc w:val="center"/>
            </w:pPr>
            <w:r>
              <w:t>10,20</w:t>
            </w:r>
          </w:p>
        </w:tc>
        <w:tc>
          <w:tcPr>
            <w:tcW w:w="0" w:type="auto"/>
          </w:tcPr>
          <w:p w14:paraId="136E3D6B" w14:textId="77777777" w:rsidR="000772B4" w:rsidRDefault="00746A89">
            <w:pPr>
              <w:jc w:val="center"/>
            </w:pPr>
            <w:r>
              <w:t>2,2233</w:t>
            </w:r>
          </w:p>
        </w:tc>
        <w:tc>
          <w:tcPr>
            <w:tcW w:w="0" w:type="auto"/>
          </w:tcPr>
          <w:p w14:paraId="0736F503" w14:textId="77777777" w:rsidR="000772B4" w:rsidRPr="00C74F04" w:rsidRDefault="00746A89">
            <w:pPr>
              <w:jc w:val="center"/>
              <w:rPr>
                <w:lang w:val="ru-RU"/>
              </w:rPr>
            </w:pPr>
            <w:r w:rsidRPr="00C74F04">
              <w:rPr>
                <w:lang w:val="ru-RU"/>
              </w:rPr>
              <w:t>ДКВр-6,5-14-250КФ 3,9; Е-4-1,4Р 2,4; ДКВр-6,5-14-250КФ 3,9</w:t>
            </w:r>
          </w:p>
        </w:tc>
        <w:tc>
          <w:tcPr>
            <w:tcW w:w="0" w:type="auto"/>
          </w:tcPr>
          <w:p w14:paraId="62621DF9" w14:textId="77777777" w:rsidR="000772B4" w:rsidRDefault="00746A89">
            <w:pPr>
              <w:jc w:val="center"/>
            </w:pPr>
            <w:r>
              <w:t>2014, 1998, 2012</w:t>
            </w:r>
          </w:p>
        </w:tc>
        <w:tc>
          <w:tcPr>
            <w:tcW w:w="0" w:type="auto"/>
          </w:tcPr>
          <w:p w14:paraId="6924C7E6" w14:textId="77777777" w:rsidR="000772B4" w:rsidRDefault="00746A89">
            <w:pPr>
              <w:jc w:val="center"/>
            </w:pPr>
            <w:r>
              <w:t>Др 5145</w:t>
            </w:r>
          </w:p>
        </w:tc>
        <w:tc>
          <w:tcPr>
            <w:tcW w:w="0" w:type="auto"/>
          </w:tcPr>
          <w:p w14:paraId="4315B8B7" w14:textId="77777777" w:rsidR="000772B4" w:rsidRDefault="00746A89">
            <w:pPr>
              <w:jc w:val="center"/>
            </w:pPr>
            <w:r>
              <w:t>2035</w:t>
            </w:r>
          </w:p>
        </w:tc>
      </w:tr>
      <w:tr w:rsidR="000772B4" w14:paraId="48F71B83" w14:textId="77777777">
        <w:trPr>
          <w:cantSplit/>
          <w:jc w:val="center"/>
        </w:trPr>
        <w:tc>
          <w:tcPr>
            <w:tcW w:w="0" w:type="auto"/>
          </w:tcPr>
          <w:p w14:paraId="729643D8" w14:textId="77777777" w:rsidR="000772B4" w:rsidRDefault="00746A89">
            <w:r>
              <w:t>УПК № 9 «ГРЭ»</w:t>
            </w:r>
          </w:p>
        </w:tc>
        <w:tc>
          <w:tcPr>
            <w:tcW w:w="0" w:type="auto"/>
          </w:tcPr>
          <w:p w14:paraId="09B59E39" w14:textId="77777777" w:rsidR="000772B4" w:rsidRDefault="00746A89">
            <w:pPr>
              <w:jc w:val="center"/>
            </w:pPr>
            <w:r>
              <w:t>4,50</w:t>
            </w:r>
          </w:p>
        </w:tc>
        <w:tc>
          <w:tcPr>
            <w:tcW w:w="0" w:type="auto"/>
          </w:tcPr>
          <w:p w14:paraId="1783A1CA" w14:textId="77777777" w:rsidR="000772B4" w:rsidRDefault="00746A89">
            <w:pPr>
              <w:jc w:val="center"/>
            </w:pPr>
            <w:r>
              <w:t>0,5624</w:t>
            </w:r>
          </w:p>
        </w:tc>
        <w:tc>
          <w:tcPr>
            <w:tcW w:w="0" w:type="auto"/>
          </w:tcPr>
          <w:p w14:paraId="2FE274E3" w14:textId="77777777" w:rsidR="000772B4" w:rsidRPr="00C74F04" w:rsidRDefault="00746A89">
            <w:pPr>
              <w:jc w:val="center"/>
              <w:rPr>
                <w:lang w:val="ru-RU"/>
              </w:rPr>
            </w:pPr>
            <w:r w:rsidRPr="00C74F04">
              <w:rPr>
                <w:lang w:val="ru-RU"/>
              </w:rPr>
              <w:t>КВ-1,25; КВр-1,0-1,16; КВр-1,0; КВМ-1,25К</w:t>
            </w:r>
          </w:p>
        </w:tc>
        <w:tc>
          <w:tcPr>
            <w:tcW w:w="0" w:type="auto"/>
          </w:tcPr>
          <w:p w14:paraId="1DAAEC47" w14:textId="77777777" w:rsidR="000772B4" w:rsidRDefault="00746A89">
            <w:pPr>
              <w:jc w:val="center"/>
            </w:pPr>
            <w:r>
              <w:t>2004, 2007, 2009, 2013</w:t>
            </w:r>
          </w:p>
        </w:tc>
        <w:tc>
          <w:tcPr>
            <w:tcW w:w="0" w:type="auto"/>
          </w:tcPr>
          <w:p w14:paraId="41372208" w14:textId="77777777" w:rsidR="000772B4" w:rsidRDefault="00746A89">
            <w:pPr>
              <w:jc w:val="center"/>
            </w:pPr>
            <w:r>
              <w:t>ДГр 5700</w:t>
            </w:r>
          </w:p>
        </w:tc>
        <w:tc>
          <w:tcPr>
            <w:tcW w:w="0" w:type="auto"/>
          </w:tcPr>
          <w:p w14:paraId="7B215642" w14:textId="77777777" w:rsidR="000772B4" w:rsidRDefault="00746A89">
            <w:pPr>
              <w:jc w:val="center"/>
            </w:pPr>
            <w:r>
              <w:t>2035</w:t>
            </w:r>
          </w:p>
        </w:tc>
      </w:tr>
      <w:tr w:rsidR="000772B4" w14:paraId="681F8931" w14:textId="77777777">
        <w:trPr>
          <w:cantSplit/>
          <w:jc w:val="center"/>
        </w:trPr>
        <w:tc>
          <w:tcPr>
            <w:tcW w:w="0" w:type="auto"/>
            <w:shd w:val="clear" w:color="auto" w:fill="DBE5F1"/>
          </w:tcPr>
          <w:p w14:paraId="4AE73C0B" w14:textId="77777777" w:rsidR="000772B4" w:rsidRDefault="00746A89">
            <w:r>
              <w:rPr>
                <w:b/>
              </w:rPr>
              <w:t>Итого</w:t>
            </w:r>
          </w:p>
        </w:tc>
        <w:tc>
          <w:tcPr>
            <w:tcW w:w="0" w:type="auto"/>
            <w:shd w:val="clear" w:color="auto" w:fill="DBE5F1"/>
          </w:tcPr>
          <w:p w14:paraId="23F74877" w14:textId="77777777" w:rsidR="000772B4" w:rsidRDefault="00746A89">
            <w:pPr>
              <w:jc w:val="center"/>
            </w:pPr>
            <w:r>
              <w:rPr>
                <w:b/>
              </w:rPr>
              <w:t>181,70</w:t>
            </w:r>
          </w:p>
        </w:tc>
        <w:tc>
          <w:tcPr>
            <w:tcW w:w="0" w:type="auto"/>
            <w:shd w:val="clear" w:color="auto" w:fill="DBE5F1"/>
          </w:tcPr>
          <w:p w14:paraId="60A3C83B" w14:textId="77777777" w:rsidR="000772B4" w:rsidRDefault="00746A89">
            <w:pPr>
              <w:jc w:val="center"/>
            </w:pPr>
            <w:r>
              <w:rPr>
                <w:b/>
              </w:rPr>
              <w:t>76,6371</w:t>
            </w:r>
          </w:p>
        </w:tc>
        <w:tc>
          <w:tcPr>
            <w:tcW w:w="0" w:type="auto"/>
            <w:shd w:val="clear" w:color="auto" w:fill="DBE5F1"/>
          </w:tcPr>
          <w:p w14:paraId="064578D2" w14:textId="77777777" w:rsidR="000772B4" w:rsidRDefault="00746A89">
            <w:pPr>
              <w:jc w:val="center"/>
            </w:pPr>
            <w:r>
              <w:rPr>
                <w:b/>
              </w:rPr>
              <w:t>пятнадцать</w:t>
            </w:r>
          </w:p>
        </w:tc>
        <w:tc>
          <w:tcPr>
            <w:tcW w:w="0" w:type="auto"/>
            <w:shd w:val="clear" w:color="auto" w:fill="DBE5F1"/>
          </w:tcPr>
          <w:p w14:paraId="3238CDA8" w14:textId="77777777" w:rsidR="000772B4" w:rsidRDefault="00746A89">
            <w:pPr>
              <w:jc w:val="center"/>
            </w:pPr>
            <w:r>
              <w:rPr>
                <w:b/>
              </w:rPr>
              <w:t>—</w:t>
            </w:r>
          </w:p>
        </w:tc>
        <w:tc>
          <w:tcPr>
            <w:tcW w:w="0" w:type="auto"/>
            <w:shd w:val="clear" w:color="auto" w:fill="DBE5F1"/>
          </w:tcPr>
          <w:p w14:paraId="483676CE" w14:textId="77777777" w:rsidR="000772B4" w:rsidRDefault="00746A89">
            <w:pPr>
              <w:jc w:val="center"/>
            </w:pPr>
            <w:r>
              <w:rPr>
                <w:b/>
              </w:rPr>
              <w:t>—</w:t>
            </w:r>
          </w:p>
        </w:tc>
        <w:tc>
          <w:tcPr>
            <w:tcW w:w="0" w:type="auto"/>
            <w:shd w:val="clear" w:color="auto" w:fill="DBE5F1"/>
          </w:tcPr>
          <w:p w14:paraId="6C788F54" w14:textId="77777777" w:rsidR="000772B4" w:rsidRDefault="00746A89">
            <w:pPr>
              <w:jc w:val="center"/>
            </w:pPr>
            <w:r>
              <w:rPr>
                <w:b/>
              </w:rPr>
              <w:t>—</w:t>
            </w:r>
          </w:p>
        </w:tc>
      </w:tr>
    </w:tbl>
    <w:p w14:paraId="1CDF0A6C" w14:textId="77777777" w:rsidR="00B808F9" w:rsidRDefault="00B808F9">
      <w:pPr>
        <w:sectPr w:rsidR="00B808F9" w:rsidSect="00034616">
          <w:footerReference w:type="default" r:id="rId19"/>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39FA11C" w14:textId="77777777" w:rsidR="000772B4" w:rsidRDefault="000772B4">
      <w:pPr>
        <w:spacing w:after="40"/>
      </w:pPr>
    </w:p>
    <w:p w14:paraId="0DF47AC7" w14:textId="77777777" w:rsidR="000772B4" w:rsidRDefault="00746A89">
      <w:pPr>
        <w:spacing w:after="80"/>
        <w:jc w:val="both"/>
      </w:pPr>
      <w:r w:rsidRPr="00C74F04">
        <w:rPr>
          <w:lang w:val="ru-RU"/>
        </w:rPr>
        <w:t xml:space="preserve">УПК № 1 — единственный источник округа с паровыми сетями: паропроводы 4 019 м по пяти участкам и конденсатопровод 1 300 м. Паропроводы связывают котельную с бойлерными № 1 и № 2, потребителем «Евразруда», центральным тепловым пунктом на улице Островского и центральным тепловым пунктом горноспасательной части; годы ввода 1975, 1976 и 2014. По данным расчёта нормативов 2017 года котельная оснащена пятью котлами К-50-14 с камерными топками производительностью </w:t>
      </w:r>
      <w:r>
        <w:t>50 тонн пара в час каждый.</w:t>
      </w:r>
    </w:p>
    <w:p w14:paraId="7716E255" w14:textId="77777777" w:rsidR="000772B4" w:rsidRPr="00C74F04" w:rsidRDefault="00746A89">
      <w:pPr>
        <w:spacing w:after="80"/>
        <w:jc w:val="both"/>
        <w:rPr>
          <w:lang w:val="ru-RU"/>
        </w:rPr>
      </w:pPr>
      <w:r w:rsidRPr="00C74F04">
        <w:rPr>
          <w:lang w:val="ru-RU"/>
        </w:rPr>
        <w:t>УПК № 9 «ГРЭ» — наименьший источник округа и единственный с подтверждённым отсутствием резервного ввода электроснабжения. Резервное водоснабжение обеспечивается баком холодной воды объёмом 6 м³. Нормативы запаса топлива по этой котельной указаны нулевыми.</w:t>
      </w:r>
    </w:p>
    <w:p w14:paraId="43F5C001" w14:textId="77777777" w:rsidR="000772B4" w:rsidRPr="00C74F04" w:rsidRDefault="00746A89">
      <w:pPr>
        <w:spacing w:after="80"/>
        <w:jc w:val="both"/>
        <w:rPr>
          <w:lang w:val="ru-RU"/>
        </w:rPr>
      </w:pPr>
      <w:r w:rsidRPr="00C74F04">
        <w:rPr>
          <w:lang w:val="ru-RU"/>
        </w:rPr>
        <w:t>УПК № 2 «Шалым» имеет два бака холодной воды по 100 м³ и нулевую заявленную производительность водоподготовительной установки. Котельный парк обновлён: два котла из трёх введены в 2020 и 2021 годах, что соответствует решению схемы 2021 года о замене котла КВ-ТС-6,5.</w:t>
      </w:r>
    </w:p>
    <w:p w14:paraId="45D3BA35" w14:textId="77777777" w:rsidR="000772B4" w:rsidRPr="00C74F04" w:rsidRDefault="00746A89">
      <w:pPr>
        <w:spacing w:after="80"/>
        <w:jc w:val="both"/>
        <w:rPr>
          <w:lang w:val="ru-RU"/>
        </w:rPr>
      </w:pPr>
      <w:r w:rsidRPr="00C74F04">
        <w:rPr>
          <w:lang w:val="ru-RU"/>
        </w:rPr>
        <w:t>В городе выведена из работы котельная УПК № 4 «Калинина» с двумя котлами КВр-1,0 и КВр-0,8 суммарной мощностью 1,80 Гкал/ч. Ликвидация с переключением нагрузки на УПК № 1 предусматривалась схемой 2021 года и выполнена.</w:t>
      </w:r>
    </w:p>
    <w:p w14:paraId="669B66E8" w14:textId="77777777" w:rsidR="007A4ED8" w:rsidRPr="00C74F04" w:rsidRDefault="009B7F9E">
      <w:pPr>
        <w:rPr>
          <w:lang w:val="ru-RU"/>
        </w:rPr>
      </w:pPr>
      <w:r w:rsidRPr="00C74F04">
        <w:rPr>
          <w:lang w:val="ru-RU"/>
        </w:rPr>
        <w:t>Схема тепловых сетей территории приведена на рисунке 3.</w:t>
      </w:r>
    </w:p>
    <w:p w14:paraId="72C7C272" w14:textId="77777777" w:rsidR="00B808F9" w:rsidRPr="00C74F04" w:rsidRDefault="00B808F9">
      <w:pPr>
        <w:rPr>
          <w:lang w:val="ru-RU"/>
        </w:rPr>
        <w:sectPr w:rsidR="00B808F9" w:rsidRPr="00C74F04" w:rsidSect="00034616">
          <w:footerReference w:type="default" r:id="rId20"/>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747B8C64" w14:textId="77777777" w:rsidR="007A4ED8" w:rsidRDefault="009B7F9E">
      <w:pPr>
        <w:keepNext/>
        <w:jc w:val="center"/>
      </w:pPr>
      <w:r>
        <w:rPr>
          <w:noProof/>
          <w:lang w:val="ru-RU" w:eastAsia="ru-RU"/>
        </w:rPr>
        <w:drawing>
          <wp:inline distT="0" distB="0" distL="0" distR="0" wp14:anchorId="0771BFA3" wp14:editId="31D174B5">
            <wp:extent cx="7560000" cy="53607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1.png"/>
                    <pic:cNvPicPr/>
                  </pic:nvPicPr>
                  <pic:blipFill>
                    <a:blip r:embed="rId21"/>
                    <a:stretch>
                      <a:fillRect/>
                    </a:stretch>
                  </pic:blipFill>
                  <pic:spPr>
                    <a:xfrm>
                      <a:off x="0" y="0"/>
                      <a:ext cx="7560000" cy="5360726"/>
                    </a:xfrm>
                    <a:prstGeom prst="rect">
                      <a:avLst/>
                    </a:prstGeom>
                  </pic:spPr>
                </pic:pic>
              </a:graphicData>
            </a:graphic>
          </wp:inline>
        </w:drawing>
      </w:r>
    </w:p>
    <w:p w14:paraId="42C5D7A2" w14:textId="77777777" w:rsidR="007A4ED8" w:rsidRPr="00C74F04" w:rsidRDefault="009B7F9E">
      <w:pPr>
        <w:keepNext/>
        <w:jc w:val="center"/>
        <w:rPr>
          <w:lang w:val="ru-RU"/>
        </w:rPr>
      </w:pPr>
      <w:r w:rsidRPr="00C74F04">
        <w:rPr>
          <w:lang w:val="ru-RU"/>
        </w:rPr>
        <w:t>Рисунок 3 — Схема тепловых сетей г. Таштагола, центральный контур</w:t>
      </w:r>
    </w:p>
    <w:p w14:paraId="3AEE2CB5" w14:textId="77777777" w:rsidR="007A4ED8" w:rsidRPr="00C74F04" w:rsidRDefault="009B7F9E">
      <w:pPr>
        <w:jc w:val="center"/>
        <w:rPr>
          <w:lang w:val="ru-RU"/>
        </w:rPr>
      </w:pPr>
      <w:r w:rsidRPr="00C74F04">
        <w:rPr>
          <w:i/>
          <w:lang w:val="ru-RU"/>
        </w:rPr>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14:paraId="5E35E0D6" w14:textId="77777777" w:rsidR="00B808F9" w:rsidRPr="00C07C05" w:rsidRDefault="00B808F9">
      <w:pPr>
        <w:rPr>
          <w:lang w:val="ru-RU"/>
        </w:rPr>
        <w:sectPr w:rsidR="00B808F9" w:rsidRPr="00C07C05" w:rsidSect="00034616">
          <w:footerReference w:type="default" r:id="rId22"/>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3FF5DB7" w14:textId="77777777" w:rsidR="007A4ED8" w:rsidRPr="00C74F04" w:rsidRDefault="009B7F9E">
      <w:pPr>
        <w:rPr>
          <w:lang w:val="ru-RU"/>
        </w:rPr>
      </w:pPr>
      <w:r w:rsidRPr="00C74F04">
        <w:rPr>
          <w:lang w:val="ru-RU"/>
        </w:rPr>
        <w:t>Обособленный восточный контур приведён на рисунке 4.</w:t>
      </w:r>
    </w:p>
    <w:p w14:paraId="06BB0582" w14:textId="77777777" w:rsidR="00B808F9" w:rsidRPr="00C74F04" w:rsidRDefault="00B808F9">
      <w:pPr>
        <w:rPr>
          <w:lang w:val="ru-RU"/>
        </w:rPr>
        <w:sectPr w:rsidR="00B808F9" w:rsidRPr="00C74F04" w:rsidSect="00034616">
          <w:footerReference w:type="default" r:id="rId23"/>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FCEFF67" w14:textId="77777777" w:rsidR="007A4ED8" w:rsidRDefault="009B7F9E">
      <w:pPr>
        <w:keepNext/>
        <w:jc w:val="center"/>
      </w:pPr>
      <w:r>
        <w:rPr>
          <w:noProof/>
          <w:lang w:val="ru-RU" w:eastAsia="ru-RU"/>
        </w:rPr>
        <w:drawing>
          <wp:inline distT="0" distB="0" distL="0" distR="0" wp14:anchorId="4B7708D6" wp14:editId="309AE5B7">
            <wp:extent cx="7560000" cy="536072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2.png"/>
                    <pic:cNvPicPr/>
                  </pic:nvPicPr>
                  <pic:blipFill>
                    <a:blip r:embed="rId24"/>
                    <a:stretch>
                      <a:fillRect/>
                    </a:stretch>
                  </pic:blipFill>
                  <pic:spPr>
                    <a:xfrm>
                      <a:off x="0" y="0"/>
                      <a:ext cx="7560000" cy="5360726"/>
                    </a:xfrm>
                    <a:prstGeom prst="rect">
                      <a:avLst/>
                    </a:prstGeom>
                  </pic:spPr>
                </pic:pic>
              </a:graphicData>
            </a:graphic>
          </wp:inline>
        </w:drawing>
      </w:r>
    </w:p>
    <w:p w14:paraId="5328EE94" w14:textId="77777777" w:rsidR="007A4ED8" w:rsidRPr="00C74F04" w:rsidRDefault="009B7F9E">
      <w:pPr>
        <w:keepNext/>
        <w:jc w:val="center"/>
        <w:rPr>
          <w:lang w:val="ru-RU"/>
        </w:rPr>
      </w:pPr>
      <w:r w:rsidRPr="00C74F04">
        <w:rPr>
          <w:lang w:val="ru-RU"/>
        </w:rPr>
        <w:t>Рисунок 4 — Схема тепловых сетей г. Таштагола, обособленный восточный контур</w:t>
      </w:r>
    </w:p>
    <w:p w14:paraId="64558DA3" w14:textId="77777777" w:rsidR="007A4ED8" w:rsidRPr="00C74F04" w:rsidRDefault="009B7F9E">
      <w:pPr>
        <w:jc w:val="center"/>
        <w:rPr>
          <w:lang w:val="ru-RU"/>
        </w:rPr>
      </w:pPr>
      <w:r w:rsidRPr="00C74F04">
        <w:rPr>
          <w:i/>
          <w:lang w:val="ru-RU"/>
        </w:rPr>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14:paraId="4127994E" w14:textId="77777777" w:rsidR="00B808F9" w:rsidRPr="00C74F04" w:rsidRDefault="00B808F9">
      <w:pPr>
        <w:rPr>
          <w:lang w:val="ru-RU"/>
        </w:rPr>
        <w:sectPr w:rsidR="00B808F9" w:rsidRPr="00C74F04" w:rsidSect="00034616">
          <w:footerReference w:type="default" r:id="rId25"/>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7311F2D" w14:textId="77777777" w:rsidR="000772B4" w:rsidRPr="00782666" w:rsidRDefault="00746A89">
      <w:pPr>
        <w:pStyle w:val="31"/>
        <w:rPr>
          <w:sz w:val="28"/>
          <w:szCs w:val="28"/>
          <w:lang w:val="ru-RU"/>
        </w:rPr>
      </w:pPr>
      <w:r w:rsidRPr="00782666">
        <w:rPr>
          <w:sz w:val="28"/>
          <w:szCs w:val="28"/>
          <w:lang w:val="ru-RU"/>
        </w:rPr>
        <w:t>1.4.2. Посёлок городского типа Шерегеш</w:t>
      </w:r>
    </w:p>
    <w:p w14:paraId="2285D306" w14:textId="77777777" w:rsidR="000772B4" w:rsidRPr="00C74F04" w:rsidRDefault="00746A89">
      <w:pPr>
        <w:spacing w:after="80"/>
        <w:jc w:val="both"/>
        <w:rPr>
          <w:lang w:val="ru-RU"/>
        </w:rPr>
      </w:pPr>
      <w:r w:rsidRPr="00C74F04">
        <w:rPr>
          <w:lang w:val="ru-RU"/>
        </w:rPr>
        <w:t>Вторая по мощности территория: 9 666 человек, два самостоятельных источника суммарной мощностью 138,00 Гкал/ч. Единственная территория округа с прогнозируемым ростом населения — до 10 988 человек к 2031 году и 12 309 человек к 2036 году, то есть на 27,3 процента за горизонт схемы. На эту территорию приходится 98,07 процента прироста тепловой нагрузки округа.</w:t>
      </w:r>
    </w:p>
    <w:p w14:paraId="02FD4036" w14:textId="77777777" w:rsidR="000772B4" w:rsidRPr="00C74F04" w:rsidRDefault="00746A89">
      <w:pPr>
        <w:keepNext/>
        <w:spacing w:before="160"/>
        <w:rPr>
          <w:lang w:val="ru-RU"/>
        </w:rPr>
      </w:pPr>
      <w:r w:rsidRPr="00C74F04">
        <w:rPr>
          <w:b/>
          <w:lang w:val="ru-RU"/>
        </w:rPr>
        <w:t>Таблица 1.15 — Котельное оборудование УПК № 5 «Новый Шерегеш»</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052"/>
        <w:gridCol w:w="3932"/>
        <w:gridCol w:w="1201"/>
        <w:gridCol w:w="2154"/>
        <w:gridCol w:w="1006"/>
      </w:tblGrid>
      <w:tr w:rsidR="000772B4" w14:paraId="4466860D" w14:textId="77777777">
        <w:trPr>
          <w:cantSplit/>
          <w:tblHeader/>
          <w:jc w:val="center"/>
        </w:trPr>
        <w:tc>
          <w:tcPr>
            <w:tcW w:w="0" w:type="auto"/>
            <w:shd w:val="clear" w:color="auto" w:fill="E2F0D9"/>
          </w:tcPr>
          <w:p w14:paraId="4894FF7B" w14:textId="77777777" w:rsidR="000772B4" w:rsidRDefault="00746A89">
            <w:pPr>
              <w:jc w:val="center"/>
            </w:pPr>
            <w:r>
              <w:rPr>
                <w:b/>
              </w:rPr>
              <w:t>№ котла</w:t>
            </w:r>
          </w:p>
        </w:tc>
        <w:tc>
          <w:tcPr>
            <w:tcW w:w="0" w:type="auto"/>
            <w:shd w:val="clear" w:color="auto" w:fill="E2F0D9"/>
          </w:tcPr>
          <w:p w14:paraId="1719DD71" w14:textId="77777777" w:rsidR="000772B4" w:rsidRDefault="00746A89">
            <w:pPr>
              <w:jc w:val="center"/>
            </w:pPr>
            <w:r>
              <w:rPr>
                <w:b/>
              </w:rPr>
              <w:t>Марка</w:t>
            </w:r>
          </w:p>
        </w:tc>
        <w:tc>
          <w:tcPr>
            <w:tcW w:w="0" w:type="auto"/>
            <w:shd w:val="clear" w:color="auto" w:fill="E2F0D9"/>
          </w:tcPr>
          <w:p w14:paraId="5650F4AB" w14:textId="77777777" w:rsidR="000772B4" w:rsidRDefault="00746A89">
            <w:pPr>
              <w:jc w:val="center"/>
            </w:pPr>
            <w:r>
              <w:rPr>
                <w:b/>
              </w:rPr>
              <w:t>Год ввода</w:t>
            </w:r>
          </w:p>
        </w:tc>
        <w:tc>
          <w:tcPr>
            <w:tcW w:w="0" w:type="auto"/>
            <w:shd w:val="clear" w:color="auto" w:fill="E2F0D9"/>
          </w:tcPr>
          <w:p w14:paraId="7AC71BEF" w14:textId="77777777" w:rsidR="000772B4" w:rsidRDefault="00746A89">
            <w:pPr>
              <w:jc w:val="center"/>
            </w:pPr>
            <w:r>
              <w:rPr>
                <w:b/>
              </w:rPr>
              <w:t>Мощность, Гкал/ч</w:t>
            </w:r>
          </w:p>
        </w:tc>
        <w:tc>
          <w:tcPr>
            <w:tcW w:w="0" w:type="auto"/>
            <w:shd w:val="clear" w:color="auto" w:fill="E2F0D9"/>
          </w:tcPr>
          <w:p w14:paraId="43879B88" w14:textId="77777777" w:rsidR="000772B4" w:rsidRDefault="00746A89">
            <w:pPr>
              <w:jc w:val="center"/>
            </w:pPr>
            <w:r>
              <w:rPr>
                <w:b/>
              </w:rPr>
              <w:t>КПД, %</w:t>
            </w:r>
          </w:p>
        </w:tc>
      </w:tr>
      <w:tr w:rsidR="000772B4" w14:paraId="445D8F9E" w14:textId="77777777">
        <w:trPr>
          <w:cantSplit/>
          <w:jc w:val="center"/>
        </w:trPr>
        <w:tc>
          <w:tcPr>
            <w:tcW w:w="0" w:type="auto"/>
          </w:tcPr>
          <w:p w14:paraId="2C316BCD" w14:textId="77777777" w:rsidR="000772B4" w:rsidRDefault="00746A89">
            <w:r>
              <w:t>1</w:t>
            </w:r>
          </w:p>
        </w:tc>
        <w:tc>
          <w:tcPr>
            <w:tcW w:w="0" w:type="auto"/>
          </w:tcPr>
          <w:p w14:paraId="7F017175" w14:textId="77777777" w:rsidR="000772B4" w:rsidRDefault="00746A89">
            <w:pPr>
              <w:jc w:val="center"/>
            </w:pPr>
            <w:r>
              <w:t>ДКВР-20/13</w:t>
            </w:r>
          </w:p>
        </w:tc>
        <w:tc>
          <w:tcPr>
            <w:tcW w:w="0" w:type="auto"/>
          </w:tcPr>
          <w:p w14:paraId="756A9B79" w14:textId="77777777" w:rsidR="000772B4" w:rsidRDefault="00746A89">
            <w:pPr>
              <w:jc w:val="center"/>
            </w:pPr>
            <w:r>
              <w:t>1994</w:t>
            </w:r>
          </w:p>
        </w:tc>
        <w:tc>
          <w:tcPr>
            <w:tcW w:w="0" w:type="auto"/>
          </w:tcPr>
          <w:p w14:paraId="15DB6878" w14:textId="77777777" w:rsidR="000772B4" w:rsidRDefault="00746A89">
            <w:pPr>
              <w:jc w:val="center"/>
            </w:pPr>
            <w:r>
              <w:t>12,0</w:t>
            </w:r>
          </w:p>
        </w:tc>
        <w:tc>
          <w:tcPr>
            <w:tcW w:w="0" w:type="auto"/>
          </w:tcPr>
          <w:p w14:paraId="1D4392A5" w14:textId="77777777" w:rsidR="000772B4" w:rsidRDefault="00746A89">
            <w:pPr>
              <w:jc w:val="center"/>
            </w:pPr>
            <w:r>
              <w:t>72,04</w:t>
            </w:r>
          </w:p>
        </w:tc>
      </w:tr>
      <w:tr w:rsidR="000772B4" w14:paraId="63C01395" w14:textId="77777777">
        <w:trPr>
          <w:cantSplit/>
          <w:jc w:val="center"/>
        </w:trPr>
        <w:tc>
          <w:tcPr>
            <w:tcW w:w="0" w:type="auto"/>
          </w:tcPr>
          <w:p w14:paraId="545B8BC5" w14:textId="77777777" w:rsidR="000772B4" w:rsidRDefault="00746A89">
            <w:r>
              <w:t>2</w:t>
            </w:r>
          </w:p>
        </w:tc>
        <w:tc>
          <w:tcPr>
            <w:tcW w:w="0" w:type="auto"/>
          </w:tcPr>
          <w:p w14:paraId="570DE992" w14:textId="77777777" w:rsidR="000772B4" w:rsidRDefault="00746A89">
            <w:pPr>
              <w:jc w:val="center"/>
            </w:pPr>
            <w:r>
              <w:t>ДКВР 20-13 с топкой ТЧЗМ 2,7 × 5,6</w:t>
            </w:r>
          </w:p>
        </w:tc>
        <w:tc>
          <w:tcPr>
            <w:tcW w:w="0" w:type="auto"/>
          </w:tcPr>
          <w:p w14:paraId="4BC65A2F" w14:textId="77777777" w:rsidR="000772B4" w:rsidRDefault="00746A89">
            <w:pPr>
              <w:jc w:val="center"/>
            </w:pPr>
            <w:r>
              <w:t>1967</w:t>
            </w:r>
          </w:p>
        </w:tc>
        <w:tc>
          <w:tcPr>
            <w:tcW w:w="0" w:type="auto"/>
          </w:tcPr>
          <w:p w14:paraId="137E963E" w14:textId="77777777" w:rsidR="000772B4" w:rsidRDefault="00746A89">
            <w:pPr>
              <w:jc w:val="center"/>
            </w:pPr>
            <w:r>
              <w:t>12,0</w:t>
            </w:r>
          </w:p>
        </w:tc>
        <w:tc>
          <w:tcPr>
            <w:tcW w:w="0" w:type="auto"/>
          </w:tcPr>
          <w:p w14:paraId="7A5681D7" w14:textId="77777777" w:rsidR="000772B4" w:rsidRDefault="00746A89">
            <w:pPr>
              <w:jc w:val="center"/>
            </w:pPr>
            <w:r>
              <w:t>72,04</w:t>
            </w:r>
          </w:p>
        </w:tc>
      </w:tr>
      <w:tr w:rsidR="000772B4" w14:paraId="6059734C" w14:textId="77777777">
        <w:trPr>
          <w:cantSplit/>
          <w:jc w:val="center"/>
        </w:trPr>
        <w:tc>
          <w:tcPr>
            <w:tcW w:w="0" w:type="auto"/>
          </w:tcPr>
          <w:p w14:paraId="5ABC2C58" w14:textId="77777777" w:rsidR="000772B4" w:rsidRDefault="00746A89">
            <w:r>
              <w:t>3</w:t>
            </w:r>
          </w:p>
        </w:tc>
        <w:tc>
          <w:tcPr>
            <w:tcW w:w="0" w:type="auto"/>
          </w:tcPr>
          <w:p w14:paraId="7FFE176A" w14:textId="77777777" w:rsidR="000772B4" w:rsidRDefault="00746A89">
            <w:pPr>
              <w:jc w:val="center"/>
            </w:pPr>
            <w:r>
              <w:t>Е-25-1,4-225 КВ</w:t>
            </w:r>
          </w:p>
        </w:tc>
        <w:tc>
          <w:tcPr>
            <w:tcW w:w="0" w:type="auto"/>
          </w:tcPr>
          <w:p w14:paraId="51D5297B" w14:textId="77777777" w:rsidR="000772B4" w:rsidRDefault="00746A89">
            <w:pPr>
              <w:jc w:val="center"/>
            </w:pPr>
            <w:r>
              <w:t>2016</w:t>
            </w:r>
          </w:p>
        </w:tc>
        <w:tc>
          <w:tcPr>
            <w:tcW w:w="0" w:type="auto"/>
          </w:tcPr>
          <w:p w14:paraId="79A523C7" w14:textId="77777777" w:rsidR="000772B4" w:rsidRDefault="00746A89">
            <w:pPr>
              <w:jc w:val="center"/>
            </w:pPr>
            <w:r>
              <w:t>15,0</w:t>
            </w:r>
          </w:p>
        </w:tc>
        <w:tc>
          <w:tcPr>
            <w:tcW w:w="0" w:type="auto"/>
          </w:tcPr>
          <w:p w14:paraId="4F5A902A" w14:textId="77777777" w:rsidR="000772B4" w:rsidRDefault="00746A89">
            <w:pPr>
              <w:jc w:val="center"/>
            </w:pPr>
            <w:r>
              <w:t>81,67</w:t>
            </w:r>
          </w:p>
        </w:tc>
      </w:tr>
      <w:tr w:rsidR="000772B4" w14:paraId="7BC1A3D9" w14:textId="77777777">
        <w:trPr>
          <w:cantSplit/>
          <w:jc w:val="center"/>
        </w:trPr>
        <w:tc>
          <w:tcPr>
            <w:tcW w:w="0" w:type="auto"/>
          </w:tcPr>
          <w:p w14:paraId="62A914DB" w14:textId="77777777" w:rsidR="000772B4" w:rsidRDefault="00746A89">
            <w:r>
              <w:t>4</w:t>
            </w:r>
          </w:p>
        </w:tc>
        <w:tc>
          <w:tcPr>
            <w:tcW w:w="0" w:type="auto"/>
          </w:tcPr>
          <w:p w14:paraId="0B920521" w14:textId="77777777" w:rsidR="000772B4" w:rsidRDefault="00746A89">
            <w:pPr>
              <w:jc w:val="center"/>
            </w:pPr>
            <w:r>
              <w:t>Е-25-1,4-225 КВ</w:t>
            </w:r>
          </w:p>
        </w:tc>
        <w:tc>
          <w:tcPr>
            <w:tcW w:w="0" w:type="auto"/>
          </w:tcPr>
          <w:p w14:paraId="7BDB8838" w14:textId="77777777" w:rsidR="000772B4" w:rsidRDefault="00746A89">
            <w:pPr>
              <w:jc w:val="center"/>
            </w:pPr>
            <w:r>
              <w:t>2019</w:t>
            </w:r>
          </w:p>
        </w:tc>
        <w:tc>
          <w:tcPr>
            <w:tcW w:w="0" w:type="auto"/>
          </w:tcPr>
          <w:p w14:paraId="3005C641" w14:textId="77777777" w:rsidR="000772B4" w:rsidRDefault="00746A89">
            <w:pPr>
              <w:jc w:val="center"/>
            </w:pPr>
            <w:r>
              <w:t>15,0</w:t>
            </w:r>
          </w:p>
        </w:tc>
        <w:tc>
          <w:tcPr>
            <w:tcW w:w="0" w:type="auto"/>
          </w:tcPr>
          <w:p w14:paraId="68937378" w14:textId="77777777" w:rsidR="000772B4" w:rsidRDefault="00746A89">
            <w:pPr>
              <w:jc w:val="center"/>
            </w:pPr>
            <w:r>
              <w:t>81,67</w:t>
            </w:r>
          </w:p>
        </w:tc>
      </w:tr>
      <w:tr w:rsidR="000772B4" w14:paraId="6A2A859D" w14:textId="77777777">
        <w:trPr>
          <w:cantSplit/>
          <w:jc w:val="center"/>
        </w:trPr>
        <w:tc>
          <w:tcPr>
            <w:tcW w:w="0" w:type="auto"/>
          </w:tcPr>
          <w:p w14:paraId="4EB7B331" w14:textId="77777777" w:rsidR="000772B4" w:rsidRDefault="00746A89">
            <w:r>
              <w:t>5</w:t>
            </w:r>
          </w:p>
        </w:tc>
        <w:tc>
          <w:tcPr>
            <w:tcW w:w="0" w:type="auto"/>
          </w:tcPr>
          <w:p w14:paraId="78624646" w14:textId="77777777" w:rsidR="000772B4" w:rsidRDefault="00746A89">
            <w:pPr>
              <w:jc w:val="center"/>
            </w:pPr>
            <w:r>
              <w:t>КВ-Р-23.26-150</w:t>
            </w:r>
          </w:p>
        </w:tc>
        <w:tc>
          <w:tcPr>
            <w:tcW w:w="0" w:type="auto"/>
          </w:tcPr>
          <w:p w14:paraId="6D2EE5B6" w14:textId="77777777" w:rsidR="000772B4" w:rsidRDefault="00746A89">
            <w:pPr>
              <w:jc w:val="center"/>
            </w:pPr>
            <w:r>
              <w:t>2015</w:t>
            </w:r>
          </w:p>
        </w:tc>
        <w:tc>
          <w:tcPr>
            <w:tcW w:w="0" w:type="auto"/>
          </w:tcPr>
          <w:p w14:paraId="3B2F61BE" w14:textId="77777777" w:rsidR="000772B4" w:rsidRDefault="00746A89">
            <w:pPr>
              <w:jc w:val="center"/>
            </w:pPr>
            <w:r>
              <w:t>20,0</w:t>
            </w:r>
          </w:p>
        </w:tc>
        <w:tc>
          <w:tcPr>
            <w:tcW w:w="0" w:type="auto"/>
          </w:tcPr>
          <w:p w14:paraId="23C57BC9" w14:textId="77777777" w:rsidR="000772B4" w:rsidRDefault="00746A89">
            <w:pPr>
              <w:jc w:val="center"/>
            </w:pPr>
            <w:r>
              <w:t>83,45</w:t>
            </w:r>
          </w:p>
        </w:tc>
      </w:tr>
      <w:tr w:rsidR="000772B4" w14:paraId="7FA13D24" w14:textId="77777777">
        <w:trPr>
          <w:cantSplit/>
          <w:jc w:val="center"/>
        </w:trPr>
        <w:tc>
          <w:tcPr>
            <w:tcW w:w="0" w:type="auto"/>
          </w:tcPr>
          <w:p w14:paraId="7C54CFB1" w14:textId="77777777" w:rsidR="000772B4" w:rsidRDefault="00746A89">
            <w:r>
              <w:t>6</w:t>
            </w:r>
          </w:p>
        </w:tc>
        <w:tc>
          <w:tcPr>
            <w:tcW w:w="0" w:type="auto"/>
          </w:tcPr>
          <w:p w14:paraId="5CB0BC93" w14:textId="77777777" w:rsidR="000772B4" w:rsidRDefault="00746A89">
            <w:pPr>
              <w:jc w:val="center"/>
            </w:pPr>
            <w:r>
              <w:t>КВ-ТС-20-150П</w:t>
            </w:r>
          </w:p>
        </w:tc>
        <w:tc>
          <w:tcPr>
            <w:tcW w:w="0" w:type="auto"/>
          </w:tcPr>
          <w:p w14:paraId="033F363D" w14:textId="77777777" w:rsidR="000772B4" w:rsidRDefault="00746A89">
            <w:pPr>
              <w:jc w:val="center"/>
            </w:pPr>
            <w:r>
              <w:t>1994</w:t>
            </w:r>
          </w:p>
        </w:tc>
        <w:tc>
          <w:tcPr>
            <w:tcW w:w="0" w:type="auto"/>
          </w:tcPr>
          <w:p w14:paraId="2B1065AE" w14:textId="77777777" w:rsidR="000772B4" w:rsidRDefault="00746A89">
            <w:pPr>
              <w:jc w:val="center"/>
            </w:pPr>
            <w:r>
              <w:t>20,0</w:t>
            </w:r>
          </w:p>
        </w:tc>
        <w:tc>
          <w:tcPr>
            <w:tcW w:w="0" w:type="auto"/>
          </w:tcPr>
          <w:p w14:paraId="2F197B70" w14:textId="77777777" w:rsidR="000772B4" w:rsidRDefault="00746A89">
            <w:pPr>
              <w:jc w:val="center"/>
            </w:pPr>
            <w:r>
              <w:t>68,48</w:t>
            </w:r>
          </w:p>
        </w:tc>
      </w:tr>
      <w:tr w:rsidR="000772B4" w14:paraId="47B706F0" w14:textId="77777777">
        <w:trPr>
          <w:cantSplit/>
          <w:jc w:val="center"/>
        </w:trPr>
        <w:tc>
          <w:tcPr>
            <w:tcW w:w="0" w:type="auto"/>
          </w:tcPr>
          <w:p w14:paraId="67B39CE4" w14:textId="77777777" w:rsidR="000772B4" w:rsidRDefault="00746A89">
            <w:r>
              <w:t>7</w:t>
            </w:r>
          </w:p>
        </w:tc>
        <w:tc>
          <w:tcPr>
            <w:tcW w:w="0" w:type="auto"/>
          </w:tcPr>
          <w:p w14:paraId="7096B8C2" w14:textId="77777777" w:rsidR="000772B4" w:rsidRDefault="00746A89">
            <w:pPr>
              <w:jc w:val="center"/>
            </w:pPr>
            <w:r>
              <w:t>КВ-ТС-20-150П</w:t>
            </w:r>
          </w:p>
        </w:tc>
        <w:tc>
          <w:tcPr>
            <w:tcW w:w="0" w:type="auto"/>
          </w:tcPr>
          <w:p w14:paraId="613AD3D3" w14:textId="77777777" w:rsidR="000772B4" w:rsidRDefault="00746A89">
            <w:pPr>
              <w:jc w:val="center"/>
            </w:pPr>
            <w:r>
              <w:t>1994</w:t>
            </w:r>
          </w:p>
        </w:tc>
        <w:tc>
          <w:tcPr>
            <w:tcW w:w="0" w:type="auto"/>
          </w:tcPr>
          <w:p w14:paraId="28DD2E7B" w14:textId="77777777" w:rsidR="000772B4" w:rsidRDefault="00746A89">
            <w:pPr>
              <w:jc w:val="center"/>
            </w:pPr>
            <w:r>
              <w:t>20,0</w:t>
            </w:r>
          </w:p>
        </w:tc>
        <w:tc>
          <w:tcPr>
            <w:tcW w:w="0" w:type="auto"/>
          </w:tcPr>
          <w:p w14:paraId="484CDC94" w14:textId="77777777" w:rsidR="000772B4" w:rsidRDefault="00746A89">
            <w:pPr>
              <w:jc w:val="center"/>
            </w:pPr>
            <w:r>
              <w:t>68,48</w:t>
            </w:r>
          </w:p>
        </w:tc>
      </w:tr>
      <w:tr w:rsidR="000772B4" w14:paraId="710F6A3B" w14:textId="77777777">
        <w:trPr>
          <w:cantSplit/>
          <w:jc w:val="center"/>
        </w:trPr>
        <w:tc>
          <w:tcPr>
            <w:tcW w:w="0" w:type="auto"/>
            <w:shd w:val="clear" w:color="auto" w:fill="DBE5F1"/>
          </w:tcPr>
          <w:p w14:paraId="5391F19D" w14:textId="77777777" w:rsidR="000772B4" w:rsidRDefault="00746A89">
            <w:r>
              <w:rPr>
                <w:b/>
              </w:rPr>
              <w:t>Итого</w:t>
            </w:r>
          </w:p>
        </w:tc>
        <w:tc>
          <w:tcPr>
            <w:tcW w:w="0" w:type="auto"/>
            <w:shd w:val="clear" w:color="auto" w:fill="DBE5F1"/>
          </w:tcPr>
          <w:p w14:paraId="20EEF85E" w14:textId="77777777" w:rsidR="000772B4" w:rsidRDefault="00746A89">
            <w:pPr>
              <w:jc w:val="center"/>
            </w:pPr>
            <w:r>
              <w:rPr>
                <w:b/>
              </w:rPr>
              <w:t>—</w:t>
            </w:r>
          </w:p>
        </w:tc>
        <w:tc>
          <w:tcPr>
            <w:tcW w:w="0" w:type="auto"/>
            <w:shd w:val="clear" w:color="auto" w:fill="DBE5F1"/>
          </w:tcPr>
          <w:p w14:paraId="0ABAE9F2" w14:textId="77777777" w:rsidR="000772B4" w:rsidRDefault="00746A89">
            <w:pPr>
              <w:jc w:val="center"/>
            </w:pPr>
            <w:r>
              <w:rPr>
                <w:b/>
              </w:rPr>
              <w:t>1967–2019</w:t>
            </w:r>
          </w:p>
        </w:tc>
        <w:tc>
          <w:tcPr>
            <w:tcW w:w="0" w:type="auto"/>
            <w:shd w:val="clear" w:color="auto" w:fill="DBE5F1"/>
          </w:tcPr>
          <w:p w14:paraId="3FAD9A71" w14:textId="77777777" w:rsidR="000772B4" w:rsidRDefault="00746A89">
            <w:pPr>
              <w:jc w:val="center"/>
            </w:pPr>
            <w:r>
              <w:rPr>
                <w:b/>
              </w:rPr>
              <w:t>114,0</w:t>
            </w:r>
          </w:p>
        </w:tc>
        <w:tc>
          <w:tcPr>
            <w:tcW w:w="0" w:type="auto"/>
            <w:shd w:val="clear" w:color="auto" w:fill="DBE5F1"/>
          </w:tcPr>
          <w:p w14:paraId="020ABD5E" w14:textId="77777777" w:rsidR="000772B4" w:rsidRDefault="00746A89">
            <w:pPr>
              <w:jc w:val="center"/>
            </w:pPr>
            <w:r>
              <w:rPr>
                <w:b/>
              </w:rPr>
              <w:t>—</w:t>
            </w:r>
          </w:p>
        </w:tc>
      </w:tr>
    </w:tbl>
    <w:p w14:paraId="776B4448" w14:textId="77777777" w:rsidR="000772B4" w:rsidRDefault="000772B4">
      <w:pPr>
        <w:spacing w:after="40"/>
      </w:pPr>
    </w:p>
    <w:p w14:paraId="69276FD2" w14:textId="77777777" w:rsidR="000772B4" w:rsidRPr="00C74F04" w:rsidRDefault="00746A89">
      <w:pPr>
        <w:spacing w:after="80"/>
        <w:jc w:val="both"/>
        <w:rPr>
          <w:lang w:val="ru-RU"/>
        </w:rPr>
      </w:pPr>
      <w:r w:rsidRPr="00C74F04">
        <w:rPr>
          <w:lang w:val="ru-RU"/>
        </w:rPr>
        <w:t>Разброс возраста предельный: пятьдесят два года между котлом № 2 и котлом № 4. Четыре котла — № 1, 2, 6 и 7 — имеют коэффициент полезного действия ниже 73 процентов при суммарной мощности 64,0 Гкал/ч, то есть 56,1 процента мощности источника приходится на оборудование низкой эффективности. Удельный расход условного топлива по этим котлам достигает 208,61 кг у. т./Гкал против 171,19 у наиболее эффективного котла № 5.</w:t>
      </w:r>
    </w:p>
    <w:p w14:paraId="28F9BA42" w14:textId="77777777" w:rsidR="000772B4" w:rsidRPr="00C74F04" w:rsidRDefault="00746A89">
      <w:pPr>
        <w:spacing w:after="80"/>
        <w:jc w:val="both"/>
        <w:rPr>
          <w:lang w:val="ru-RU"/>
        </w:rPr>
      </w:pPr>
      <w:r w:rsidRPr="00C74F04">
        <w:rPr>
          <w:lang w:val="ru-RU"/>
        </w:rPr>
        <w:t>Производительность водоподготовительной установки 26,4 т/ч, баки-аккумуляторы отсутствуют. При открытой системе горячего водоснабжения пиковый водоразбор покрывается непосредственно производительностью установки без демпфирования.</w:t>
      </w:r>
    </w:p>
    <w:p w14:paraId="0F6B5032" w14:textId="77777777" w:rsidR="000772B4" w:rsidRPr="00C74F04" w:rsidRDefault="00746A89">
      <w:pPr>
        <w:spacing w:after="80"/>
        <w:jc w:val="both"/>
        <w:rPr>
          <w:lang w:val="ru-RU"/>
        </w:rPr>
      </w:pPr>
      <w:r w:rsidRPr="00C74F04">
        <w:rPr>
          <w:lang w:val="ru-RU"/>
        </w:rPr>
        <w:t xml:space="preserve">По данным схемы 2021 года на источнике выполнена замена сетевых насосов на </w:t>
      </w:r>
      <w:r>
        <w:t>WILO</w:t>
      </w:r>
      <w:r w:rsidRPr="00C74F04">
        <w:rPr>
          <w:lang w:val="ru-RU"/>
        </w:rPr>
        <w:t xml:space="preserve"> </w:t>
      </w:r>
      <w:r>
        <w:t>IL</w:t>
      </w:r>
      <w:r w:rsidRPr="00C74F04">
        <w:rPr>
          <w:lang w:val="ru-RU"/>
        </w:rPr>
        <w:t xml:space="preserve"> 250/400-90/4 в количестве двух единиц; отмечался коррозионный износ металла деаэраторов ДА 100/25 № 3 и ДА 5/4, а также неисправности дымососа котла № 2 и редукционного регулирующего клапана главного паропровода. Состояние этих элементов на 2026 год не подтверждено.</w:t>
      </w:r>
    </w:p>
    <w:p w14:paraId="22F035F4" w14:textId="77777777" w:rsidR="000772B4" w:rsidRPr="00C74F04" w:rsidRDefault="00746A89">
      <w:pPr>
        <w:spacing w:after="80"/>
        <w:jc w:val="both"/>
        <w:rPr>
          <w:lang w:val="ru-RU"/>
        </w:rPr>
      </w:pPr>
      <w:r w:rsidRPr="00C74F04">
        <w:rPr>
          <w:lang w:val="ru-RU"/>
        </w:rPr>
        <w:t>УПК № 6 «Старый Шерегеш» — четыре котла ДКВр-10-13 и КЕ-10-14 по 6,0 Гкал/ч, годы ввода 1957, 1961, 2011 и 2018. Наиболее старый котёл округа введён в 1957 году. Производительность водоподготовительной установки 5,0 т/ч. Присоединённая нагрузка 2,7972 Гкал/ч при мощности 24,00 Гкал/ч.</w:t>
      </w:r>
    </w:p>
    <w:p w14:paraId="7452966C" w14:textId="77777777" w:rsidR="007A4ED8" w:rsidRPr="00C74F04" w:rsidRDefault="009B7F9E">
      <w:pPr>
        <w:rPr>
          <w:lang w:val="ru-RU"/>
        </w:rPr>
      </w:pPr>
      <w:r w:rsidRPr="00C74F04">
        <w:rPr>
          <w:lang w:val="ru-RU"/>
        </w:rPr>
        <w:t>Схема тепловых сетей территории приведена на рисунке 5.</w:t>
      </w:r>
    </w:p>
    <w:p w14:paraId="1F61A3B3" w14:textId="77777777" w:rsidR="00B808F9" w:rsidRPr="00C74F04" w:rsidRDefault="00B808F9">
      <w:pPr>
        <w:rPr>
          <w:lang w:val="ru-RU"/>
        </w:rPr>
        <w:sectPr w:rsidR="00B808F9" w:rsidRPr="00C74F04" w:rsidSect="00034616">
          <w:footerReference w:type="default" r:id="rId26"/>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7FD1C43E" w14:textId="77777777" w:rsidR="007A4ED8" w:rsidRDefault="009B7F9E">
      <w:pPr>
        <w:keepNext/>
        <w:jc w:val="center"/>
      </w:pPr>
      <w:r>
        <w:rPr>
          <w:noProof/>
          <w:lang w:val="ru-RU" w:eastAsia="ru-RU"/>
        </w:rPr>
        <w:drawing>
          <wp:inline distT="0" distB="0" distL="0" distR="0" wp14:anchorId="416B6D81" wp14:editId="5154C767">
            <wp:extent cx="7560000" cy="53607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3.png"/>
                    <pic:cNvPicPr/>
                  </pic:nvPicPr>
                  <pic:blipFill>
                    <a:blip r:embed="rId27"/>
                    <a:stretch>
                      <a:fillRect/>
                    </a:stretch>
                  </pic:blipFill>
                  <pic:spPr>
                    <a:xfrm>
                      <a:off x="0" y="0"/>
                      <a:ext cx="7560000" cy="5360726"/>
                    </a:xfrm>
                    <a:prstGeom prst="rect">
                      <a:avLst/>
                    </a:prstGeom>
                  </pic:spPr>
                </pic:pic>
              </a:graphicData>
            </a:graphic>
          </wp:inline>
        </w:drawing>
      </w:r>
    </w:p>
    <w:p w14:paraId="2D6283E6" w14:textId="77777777" w:rsidR="007A4ED8" w:rsidRPr="00C74F04" w:rsidRDefault="009B7F9E">
      <w:pPr>
        <w:keepNext/>
        <w:jc w:val="center"/>
        <w:rPr>
          <w:lang w:val="ru-RU"/>
        </w:rPr>
      </w:pPr>
      <w:r w:rsidRPr="00C74F04">
        <w:rPr>
          <w:lang w:val="ru-RU"/>
        </w:rPr>
        <w:t>Рисунок 5 — Схема тепловых сетей пгт Шерегеш, зона УПК № 5 «Новый Шерегеш»</w:t>
      </w:r>
    </w:p>
    <w:p w14:paraId="376ACE52" w14:textId="77777777" w:rsidR="007A4ED8" w:rsidRPr="00C74F04" w:rsidRDefault="009B7F9E">
      <w:pPr>
        <w:jc w:val="center"/>
        <w:rPr>
          <w:lang w:val="ru-RU"/>
        </w:rPr>
      </w:pPr>
      <w:r w:rsidRPr="00C74F04">
        <w:rPr>
          <w:i/>
          <w:lang w:val="ru-RU"/>
        </w:rPr>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14:paraId="1779E95F" w14:textId="77777777" w:rsidR="00B808F9" w:rsidRPr="00C74F04" w:rsidRDefault="00B808F9">
      <w:pPr>
        <w:rPr>
          <w:lang w:val="ru-RU"/>
        </w:rPr>
        <w:sectPr w:rsidR="00B808F9" w:rsidRPr="00C74F04" w:rsidSect="00034616">
          <w:footerReference w:type="default" r:id="rId28"/>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AFAA339" w14:textId="77777777" w:rsidR="007A4ED8" w:rsidRPr="00C74F04" w:rsidRDefault="009B7F9E">
      <w:pPr>
        <w:rPr>
          <w:lang w:val="ru-RU"/>
        </w:rPr>
      </w:pPr>
      <w:r w:rsidRPr="00C74F04">
        <w:rPr>
          <w:lang w:val="ru-RU"/>
        </w:rPr>
        <w:t>Схема зоны УПК № 6 «Старый Шерегеш» приведена на рисунке 6.</w:t>
      </w:r>
    </w:p>
    <w:p w14:paraId="3C54A703" w14:textId="77777777" w:rsidR="00B808F9" w:rsidRPr="00C74F04" w:rsidRDefault="00B808F9">
      <w:pPr>
        <w:rPr>
          <w:lang w:val="ru-RU"/>
        </w:rPr>
        <w:sectPr w:rsidR="00B808F9" w:rsidRPr="00C74F04" w:rsidSect="00034616">
          <w:footerReference w:type="default" r:id="rId29"/>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697E7BF" w14:textId="77777777" w:rsidR="007A4ED8" w:rsidRDefault="009B7F9E">
      <w:pPr>
        <w:keepNext/>
        <w:jc w:val="center"/>
      </w:pPr>
      <w:r>
        <w:rPr>
          <w:noProof/>
          <w:lang w:val="ru-RU" w:eastAsia="ru-RU"/>
        </w:rPr>
        <w:drawing>
          <wp:inline distT="0" distB="0" distL="0" distR="0" wp14:anchorId="3C729695" wp14:editId="130795A4">
            <wp:extent cx="7560000" cy="53607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4.png"/>
                    <pic:cNvPicPr/>
                  </pic:nvPicPr>
                  <pic:blipFill>
                    <a:blip r:embed="rId30"/>
                    <a:stretch>
                      <a:fillRect/>
                    </a:stretch>
                  </pic:blipFill>
                  <pic:spPr>
                    <a:xfrm>
                      <a:off x="0" y="0"/>
                      <a:ext cx="7560000" cy="5360726"/>
                    </a:xfrm>
                    <a:prstGeom prst="rect">
                      <a:avLst/>
                    </a:prstGeom>
                  </pic:spPr>
                </pic:pic>
              </a:graphicData>
            </a:graphic>
          </wp:inline>
        </w:drawing>
      </w:r>
    </w:p>
    <w:p w14:paraId="5CA25311" w14:textId="77777777" w:rsidR="007A4ED8" w:rsidRPr="00C74F04" w:rsidRDefault="009B7F9E">
      <w:pPr>
        <w:keepNext/>
        <w:jc w:val="center"/>
        <w:rPr>
          <w:lang w:val="ru-RU"/>
        </w:rPr>
      </w:pPr>
      <w:r w:rsidRPr="00C74F04">
        <w:rPr>
          <w:lang w:val="ru-RU"/>
        </w:rPr>
        <w:t>Рисунок 6 — Схема тепловых сетей пгт Шерегеш, зона УПК № 6 «Старый Шерегеш»</w:t>
      </w:r>
    </w:p>
    <w:p w14:paraId="5A59945B" w14:textId="77777777" w:rsidR="007A4ED8" w:rsidRPr="00C74F04" w:rsidRDefault="009B7F9E">
      <w:pPr>
        <w:jc w:val="center"/>
        <w:rPr>
          <w:lang w:val="ru-RU"/>
        </w:rPr>
      </w:pPr>
      <w:r w:rsidRPr="00C74F04">
        <w:rPr>
          <w:i/>
          <w:lang w:val="ru-RU"/>
        </w:rPr>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14:paraId="399D5774" w14:textId="77777777" w:rsidR="00B808F9" w:rsidRPr="00C74F04" w:rsidRDefault="00B808F9">
      <w:pPr>
        <w:rPr>
          <w:lang w:val="ru-RU"/>
        </w:rPr>
        <w:sectPr w:rsidR="00B808F9" w:rsidRPr="00C74F04" w:rsidSect="00034616">
          <w:footerReference w:type="default" r:id="rId31"/>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430C24C" w14:textId="77777777" w:rsidR="000772B4" w:rsidRPr="00782666" w:rsidRDefault="00746A89">
      <w:pPr>
        <w:pStyle w:val="31"/>
        <w:rPr>
          <w:sz w:val="28"/>
          <w:szCs w:val="28"/>
          <w:lang w:val="ru-RU"/>
        </w:rPr>
      </w:pPr>
      <w:r w:rsidRPr="00782666">
        <w:rPr>
          <w:sz w:val="28"/>
          <w:szCs w:val="28"/>
          <w:lang w:val="ru-RU"/>
        </w:rPr>
        <w:t>1.4.3. Посёлок городского типа Каз</w:t>
      </w:r>
    </w:p>
    <w:p w14:paraId="3D9AD08D" w14:textId="77777777" w:rsidR="000772B4" w:rsidRPr="00C74F04" w:rsidRDefault="00746A89">
      <w:pPr>
        <w:spacing w:after="80"/>
        <w:jc w:val="both"/>
        <w:rPr>
          <w:lang w:val="ru-RU"/>
        </w:rPr>
      </w:pPr>
      <w:r w:rsidRPr="00C74F04">
        <w:rPr>
          <w:lang w:val="ru-RU"/>
        </w:rPr>
        <w:t>Население 3 975 человек, один источник мощностью 72,00 Гкал/ч при присоединённой нагрузке 9,2933 Гкал/ч. Пять котлов с непрерывной нумерацией 1, 2, 7, 8, 9, что указывает на исторически больший состав оборудования: ДКВР 10-13 1963 года и Е-10-1,4-225 2023 года по 6,0 Гкал/ч, КВ-Р-23.26-150 2016 года и два КВ-ТС-20-150 1989 и 1994 годов по 20,0 Гкал/ч.</w:t>
      </w:r>
    </w:p>
    <w:p w14:paraId="773F7D1F" w14:textId="77777777" w:rsidR="000772B4" w:rsidRPr="00C74F04" w:rsidRDefault="00746A89">
      <w:pPr>
        <w:spacing w:after="80"/>
        <w:jc w:val="both"/>
        <w:rPr>
          <w:lang w:val="ru-RU"/>
        </w:rPr>
      </w:pPr>
      <w:r w:rsidRPr="00C74F04">
        <w:rPr>
          <w:lang w:val="ru-RU"/>
        </w:rPr>
        <w:t>Монтаж котла Е-10-14-225 КВ был предусмотрен схемой 2021 года на 2023 год и выполнен. Температурный график зоны 130/65 °</w:t>
      </w:r>
      <w:r>
        <w:t>C</w:t>
      </w:r>
      <w:r w:rsidRPr="00C74F04">
        <w:rPr>
          <w:lang w:val="ru-RU"/>
        </w:rPr>
        <w:t xml:space="preserve"> с изломом 65 °</w:t>
      </w:r>
      <w:r>
        <w:t>C</w:t>
      </w:r>
      <w:r w:rsidRPr="00C74F04">
        <w:rPr>
          <w:lang w:val="ru-RU"/>
        </w:rPr>
        <w:t xml:space="preserve"> отличается от применяемого на прочих территориях графика 95/70 °</w:t>
      </w:r>
      <w:r>
        <w:t>C</w:t>
      </w:r>
      <w:r w:rsidRPr="00C74F04">
        <w:rPr>
          <w:lang w:val="ru-RU"/>
        </w:rPr>
        <w:t>. Производительность водоподготовительной установки 40 т/ч. По данным 2021 года в зоне действует центральный тепловой пункт военизированной горноспасательной части; часть участков выполнена подземной прокладкой, включая ответвления на многоквартирные дома.</w:t>
      </w:r>
    </w:p>
    <w:p w14:paraId="59B00E8A" w14:textId="77777777" w:rsidR="007A4ED8" w:rsidRPr="00C74F04" w:rsidRDefault="009B7F9E">
      <w:pPr>
        <w:rPr>
          <w:lang w:val="ru-RU"/>
        </w:rPr>
      </w:pPr>
      <w:r w:rsidRPr="00C74F04">
        <w:rPr>
          <w:lang w:val="ru-RU"/>
        </w:rPr>
        <w:t>Схема тепловых сетей территории приведена на рисунке 7.</w:t>
      </w:r>
    </w:p>
    <w:p w14:paraId="522A9CC6" w14:textId="77777777" w:rsidR="00B808F9" w:rsidRPr="00C74F04" w:rsidRDefault="00B808F9">
      <w:pPr>
        <w:rPr>
          <w:lang w:val="ru-RU"/>
        </w:rPr>
        <w:sectPr w:rsidR="00B808F9" w:rsidRPr="00C74F04" w:rsidSect="00034616">
          <w:footerReference w:type="default" r:id="rId32"/>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7CD2D33" w14:textId="77777777" w:rsidR="007A4ED8" w:rsidRDefault="009B7F9E">
      <w:pPr>
        <w:keepNext/>
        <w:jc w:val="center"/>
      </w:pPr>
      <w:r>
        <w:rPr>
          <w:noProof/>
          <w:lang w:val="ru-RU" w:eastAsia="ru-RU"/>
        </w:rPr>
        <w:drawing>
          <wp:inline distT="0" distB="0" distL="0" distR="0" wp14:anchorId="2504814F" wp14:editId="38E1672D">
            <wp:extent cx="7560000" cy="53607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5.png"/>
                    <pic:cNvPicPr/>
                  </pic:nvPicPr>
                  <pic:blipFill>
                    <a:blip r:embed="rId33"/>
                    <a:stretch>
                      <a:fillRect/>
                    </a:stretch>
                  </pic:blipFill>
                  <pic:spPr>
                    <a:xfrm>
                      <a:off x="0" y="0"/>
                      <a:ext cx="7560000" cy="5360726"/>
                    </a:xfrm>
                    <a:prstGeom prst="rect">
                      <a:avLst/>
                    </a:prstGeom>
                  </pic:spPr>
                </pic:pic>
              </a:graphicData>
            </a:graphic>
          </wp:inline>
        </w:drawing>
      </w:r>
    </w:p>
    <w:p w14:paraId="254BCC21" w14:textId="77777777" w:rsidR="007A4ED8" w:rsidRPr="00C74F04" w:rsidRDefault="009B7F9E">
      <w:pPr>
        <w:keepNext/>
        <w:jc w:val="center"/>
        <w:rPr>
          <w:lang w:val="ru-RU"/>
        </w:rPr>
      </w:pPr>
      <w:r w:rsidRPr="00C74F04">
        <w:rPr>
          <w:lang w:val="ru-RU"/>
        </w:rPr>
        <w:t>Рисунок 7 — Схема тепловых сетей пгт Каз, зона УПК № 7</w:t>
      </w:r>
    </w:p>
    <w:p w14:paraId="67E2D638" w14:textId="77777777" w:rsidR="007A4ED8" w:rsidRPr="00C74F04" w:rsidRDefault="009B7F9E">
      <w:pPr>
        <w:jc w:val="center"/>
        <w:rPr>
          <w:lang w:val="ru-RU"/>
        </w:rPr>
      </w:pPr>
      <w:r w:rsidRPr="00C74F04">
        <w:rPr>
          <w:i/>
          <w:lang w:val="ru-RU"/>
        </w:rPr>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14:paraId="04410015" w14:textId="77777777" w:rsidR="00B808F9" w:rsidRPr="00C74F04" w:rsidRDefault="00B808F9">
      <w:pPr>
        <w:rPr>
          <w:lang w:val="ru-RU"/>
        </w:rPr>
        <w:sectPr w:rsidR="00B808F9" w:rsidRPr="00C74F04" w:rsidSect="00034616">
          <w:footerReference w:type="default" r:id="rId34"/>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CACE205" w14:textId="77777777" w:rsidR="000772B4" w:rsidRPr="00782666" w:rsidRDefault="00746A89">
      <w:pPr>
        <w:pStyle w:val="31"/>
        <w:rPr>
          <w:sz w:val="28"/>
          <w:szCs w:val="28"/>
          <w:lang w:val="ru-RU"/>
        </w:rPr>
      </w:pPr>
      <w:r w:rsidRPr="00782666">
        <w:rPr>
          <w:sz w:val="28"/>
          <w:szCs w:val="28"/>
          <w:lang w:val="ru-RU"/>
        </w:rPr>
        <w:t>1.4.4. Посёлок городского типа Мундыбаш</w:t>
      </w:r>
    </w:p>
    <w:p w14:paraId="1F67C318" w14:textId="77777777" w:rsidR="000772B4" w:rsidRPr="00C74F04" w:rsidRDefault="00746A89">
      <w:pPr>
        <w:spacing w:after="80"/>
        <w:jc w:val="both"/>
        <w:rPr>
          <w:lang w:val="ru-RU"/>
        </w:rPr>
      </w:pPr>
      <w:r w:rsidRPr="00C74F04">
        <w:rPr>
          <w:lang w:val="ru-RU"/>
        </w:rPr>
        <w:t>Население 3 883 человека, один источник мощностью 36,00 Гкал/ч. Пять котлов: четыре КЕ 10/14 по 6,0 Гкал/ч 1982–1994 годов и ДКВР 20-13 мощностью 12,0 Гкал/ч 2000 года.</w:t>
      </w:r>
    </w:p>
    <w:p w14:paraId="6AB42B0F" w14:textId="77777777" w:rsidR="000772B4" w:rsidRPr="00C74F04" w:rsidRDefault="00746A89">
      <w:pPr>
        <w:spacing w:after="80"/>
        <w:jc w:val="both"/>
        <w:rPr>
          <w:lang w:val="ru-RU"/>
        </w:rPr>
      </w:pPr>
      <w:r w:rsidRPr="00C74F04">
        <w:rPr>
          <w:lang w:val="ru-RU"/>
        </w:rPr>
        <w:t>Территория с наиболее заметной историей преобразований: решением схемы 2021 года ликвидированы две котельные — УПК № 11 на улице Вокзальной и УПК № 12 на улице Школьной, нагрузка обеих переключена на УПК № 8. Решение выполнено, поэтому присоединённая нагрузка источника 8,5759 Гкал/ч включает нагрузку переключённых потребителей.</w:t>
      </w:r>
    </w:p>
    <w:p w14:paraId="1CE4D942" w14:textId="77777777" w:rsidR="000772B4" w:rsidRDefault="00746A89">
      <w:pPr>
        <w:keepNext/>
        <w:spacing w:before="160"/>
      </w:pPr>
      <w:r w:rsidRPr="00C74F04">
        <w:rPr>
          <w:b/>
          <w:lang w:val="ru-RU"/>
        </w:rPr>
        <w:t xml:space="preserve">Таблица 1.16 — Разграничение понятий по горячему водоснабжению </w:t>
      </w:r>
      <w:r>
        <w:rPr>
          <w:b/>
        </w:rPr>
        <w:t>Мундыбаша</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465"/>
        <w:gridCol w:w="1917"/>
        <w:gridCol w:w="4963"/>
      </w:tblGrid>
      <w:tr w:rsidR="000772B4" w14:paraId="3FE6B378" w14:textId="77777777">
        <w:trPr>
          <w:cantSplit/>
          <w:tblHeader/>
          <w:jc w:val="center"/>
        </w:trPr>
        <w:tc>
          <w:tcPr>
            <w:tcW w:w="0" w:type="auto"/>
            <w:shd w:val="clear" w:color="auto" w:fill="E2F0D9"/>
          </w:tcPr>
          <w:p w14:paraId="126F87A8" w14:textId="77777777" w:rsidR="000772B4" w:rsidRDefault="00746A89">
            <w:pPr>
              <w:jc w:val="center"/>
            </w:pPr>
            <w:r>
              <w:rPr>
                <w:b/>
              </w:rPr>
              <w:t>Признак</w:t>
            </w:r>
          </w:p>
        </w:tc>
        <w:tc>
          <w:tcPr>
            <w:tcW w:w="0" w:type="auto"/>
            <w:shd w:val="clear" w:color="auto" w:fill="E2F0D9"/>
          </w:tcPr>
          <w:p w14:paraId="5BB3E0DE" w14:textId="77777777" w:rsidR="000772B4" w:rsidRDefault="00746A89">
            <w:pPr>
              <w:jc w:val="center"/>
            </w:pPr>
            <w:r>
              <w:rPr>
                <w:b/>
              </w:rPr>
              <w:t>Характеристика</w:t>
            </w:r>
          </w:p>
        </w:tc>
        <w:tc>
          <w:tcPr>
            <w:tcW w:w="0" w:type="auto"/>
            <w:shd w:val="clear" w:color="auto" w:fill="E2F0D9"/>
          </w:tcPr>
          <w:p w14:paraId="1EC67E44" w14:textId="77777777" w:rsidR="000772B4" w:rsidRDefault="00746A89">
            <w:pPr>
              <w:jc w:val="center"/>
            </w:pPr>
            <w:r>
              <w:rPr>
                <w:b/>
              </w:rPr>
              <w:t>Пояснение</w:t>
            </w:r>
          </w:p>
        </w:tc>
      </w:tr>
      <w:tr w:rsidR="000772B4" w:rsidRPr="00C07C05" w14:paraId="7CC61201" w14:textId="77777777">
        <w:trPr>
          <w:cantSplit/>
          <w:jc w:val="center"/>
        </w:trPr>
        <w:tc>
          <w:tcPr>
            <w:tcW w:w="0" w:type="auto"/>
          </w:tcPr>
          <w:p w14:paraId="107FE859" w14:textId="77777777" w:rsidR="000772B4" w:rsidRDefault="00746A89">
            <w:r>
              <w:t>Тепловая сеть</w:t>
            </w:r>
          </w:p>
        </w:tc>
        <w:tc>
          <w:tcPr>
            <w:tcW w:w="0" w:type="auto"/>
          </w:tcPr>
          <w:p w14:paraId="16016B70" w14:textId="77777777" w:rsidR="000772B4" w:rsidRDefault="00746A89">
            <w:pPr>
              <w:jc w:val="center"/>
            </w:pPr>
            <w:r>
              <w:t>двухтрубная</w:t>
            </w:r>
          </w:p>
        </w:tc>
        <w:tc>
          <w:tcPr>
            <w:tcW w:w="0" w:type="auto"/>
          </w:tcPr>
          <w:p w14:paraId="4F8357A4" w14:textId="77777777" w:rsidR="000772B4" w:rsidRPr="00C74F04" w:rsidRDefault="00746A89">
            <w:pPr>
              <w:jc w:val="center"/>
              <w:rPr>
                <w:lang w:val="ru-RU"/>
              </w:rPr>
            </w:pPr>
            <w:r w:rsidRPr="00C74F04">
              <w:rPr>
                <w:lang w:val="ru-RU"/>
              </w:rPr>
              <w:t>подающий и обратный трубопроводы; отдельных трубопроводов горячего водоснабжения нет</w:t>
            </w:r>
          </w:p>
        </w:tc>
      </w:tr>
      <w:tr w:rsidR="000772B4" w:rsidRPr="00C07C05" w14:paraId="233CBE11" w14:textId="77777777">
        <w:trPr>
          <w:cantSplit/>
          <w:jc w:val="center"/>
        </w:trPr>
        <w:tc>
          <w:tcPr>
            <w:tcW w:w="0" w:type="auto"/>
          </w:tcPr>
          <w:p w14:paraId="55ADB1FD" w14:textId="77777777" w:rsidR="000772B4" w:rsidRDefault="00746A89">
            <w:r>
              <w:t>Приготовление горячей воды</w:t>
            </w:r>
          </w:p>
        </w:tc>
        <w:tc>
          <w:tcPr>
            <w:tcW w:w="0" w:type="auto"/>
          </w:tcPr>
          <w:p w14:paraId="03921A0B" w14:textId="77777777" w:rsidR="000772B4" w:rsidRDefault="00746A89">
            <w:pPr>
              <w:jc w:val="center"/>
            </w:pPr>
            <w:r>
              <w:t>смешанное</w:t>
            </w:r>
          </w:p>
        </w:tc>
        <w:tc>
          <w:tcPr>
            <w:tcW w:w="0" w:type="auto"/>
          </w:tcPr>
          <w:p w14:paraId="16FDD763" w14:textId="77777777" w:rsidR="000772B4" w:rsidRPr="00C74F04" w:rsidRDefault="00746A89">
            <w:pPr>
              <w:jc w:val="center"/>
              <w:rPr>
                <w:lang w:val="ru-RU"/>
              </w:rPr>
            </w:pPr>
            <w:r w:rsidRPr="00C74F04">
              <w:rPr>
                <w:lang w:val="ru-RU"/>
              </w:rPr>
              <w:t>применяются различные способы подготовки через соответствующие установки</w:t>
            </w:r>
          </w:p>
        </w:tc>
      </w:tr>
      <w:tr w:rsidR="000772B4" w:rsidRPr="00C07C05" w14:paraId="04829E19" w14:textId="77777777">
        <w:trPr>
          <w:cantSplit/>
          <w:jc w:val="center"/>
        </w:trPr>
        <w:tc>
          <w:tcPr>
            <w:tcW w:w="0" w:type="auto"/>
          </w:tcPr>
          <w:p w14:paraId="6C54687E" w14:textId="77777777" w:rsidR="000772B4" w:rsidRDefault="00746A89">
            <w:r>
              <w:t>Нагрузка горячего водоснабжения источника</w:t>
            </w:r>
          </w:p>
        </w:tc>
        <w:tc>
          <w:tcPr>
            <w:tcW w:w="0" w:type="auto"/>
          </w:tcPr>
          <w:p w14:paraId="7D398D33" w14:textId="77777777" w:rsidR="000772B4" w:rsidRDefault="00746A89">
            <w:pPr>
              <w:jc w:val="center"/>
            </w:pPr>
            <w:r>
              <w:t>0,819 Гкал/ч</w:t>
            </w:r>
          </w:p>
        </w:tc>
        <w:tc>
          <w:tcPr>
            <w:tcW w:w="0" w:type="auto"/>
          </w:tcPr>
          <w:p w14:paraId="23EADF3B" w14:textId="77777777" w:rsidR="000772B4" w:rsidRPr="00C74F04" w:rsidRDefault="00746A89">
            <w:pPr>
              <w:jc w:val="center"/>
              <w:rPr>
                <w:lang w:val="ru-RU"/>
              </w:rPr>
            </w:pPr>
            <w:r w:rsidRPr="00C74F04">
              <w:rPr>
                <w:lang w:val="ru-RU"/>
              </w:rPr>
              <w:t>принята агрегированно по источнику; разделение между открытой и закрытой составляющими не выполнено; итогом по округу не является — округ 11,3909 Гкал/ч</w:t>
            </w:r>
          </w:p>
        </w:tc>
      </w:tr>
      <w:tr w:rsidR="000772B4" w:rsidRPr="00C07C05" w14:paraId="7758A09F" w14:textId="77777777">
        <w:trPr>
          <w:cantSplit/>
          <w:jc w:val="center"/>
        </w:trPr>
        <w:tc>
          <w:tcPr>
            <w:tcW w:w="0" w:type="auto"/>
          </w:tcPr>
          <w:p w14:paraId="21F7D962" w14:textId="77777777" w:rsidR="000772B4" w:rsidRDefault="00746A89">
            <w:r>
              <w:t>Термин «четырёхтрубная сеть»</w:t>
            </w:r>
          </w:p>
        </w:tc>
        <w:tc>
          <w:tcPr>
            <w:tcW w:w="0" w:type="auto"/>
          </w:tcPr>
          <w:p w14:paraId="3C5B5633" w14:textId="77777777" w:rsidR="000772B4" w:rsidRDefault="00746A89">
            <w:pPr>
              <w:jc w:val="center"/>
            </w:pPr>
            <w:r>
              <w:t>не применяется</w:t>
            </w:r>
          </w:p>
        </w:tc>
        <w:tc>
          <w:tcPr>
            <w:tcW w:w="0" w:type="auto"/>
          </w:tcPr>
          <w:p w14:paraId="1706B4F4" w14:textId="77777777" w:rsidR="000772B4" w:rsidRPr="00C74F04" w:rsidRDefault="00746A89">
            <w:pPr>
              <w:jc w:val="center"/>
              <w:rPr>
                <w:lang w:val="ru-RU"/>
              </w:rPr>
            </w:pPr>
            <w:r w:rsidRPr="00C74F04">
              <w:rPr>
                <w:lang w:val="ru-RU"/>
              </w:rPr>
              <w:t>смешанный способ приготовления не означает четырёхтрубной прокладки</w:t>
            </w:r>
          </w:p>
        </w:tc>
      </w:tr>
    </w:tbl>
    <w:p w14:paraId="1E16E581" w14:textId="77777777" w:rsidR="000772B4" w:rsidRPr="00C74F04" w:rsidRDefault="000772B4">
      <w:pPr>
        <w:spacing w:after="40"/>
        <w:rPr>
          <w:lang w:val="ru-RU"/>
        </w:rPr>
      </w:pPr>
    </w:p>
    <w:p w14:paraId="6F6F5582" w14:textId="77777777" w:rsidR="000772B4" w:rsidRPr="00C74F04" w:rsidRDefault="00746A89">
      <w:pPr>
        <w:spacing w:after="80"/>
        <w:jc w:val="both"/>
        <w:rPr>
          <w:lang w:val="ru-RU"/>
        </w:rPr>
      </w:pPr>
      <w:r w:rsidRPr="00C74F04">
        <w:rPr>
          <w:lang w:val="ru-RU"/>
        </w:rPr>
        <w:t>Производительность водоподготовительной установки 60 т/ч, имеется один бак-аккумулятор объёмом 190 м³ — единственный подтверждённый бак-аккумулятор округа.</w:t>
      </w:r>
    </w:p>
    <w:p w14:paraId="1D305FA7" w14:textId="77777777" w:rsidR="007A4ED8" w:rsidRDefault="009B7F9E">
      <w:r w:rsidRPr="00C74F04">
        <w:rPr>
          <w:lang w:val="ru-RU"/>
        </w:rPr>
        <w:t xml:space="preserve">Исходный чертёж по пгт Мундыбаш содержит не сплошную трассировку, а фрагменты: границы раздела балансовой принадлежности и подписи диаметров отдельных участков. </w:t>
      </w:r>
      <w:r>
        <w:t>Они приведены на рисунке 8.</w:t>
      </w:r>
    </w:p>
    <w:p w14:paraId="63D25438" w14:textId="77777777" w:rsidR="00B808F9" w:rsidRDefault="00B808F9">
      <w:pPr>
        <w:sectPr w:rsidR="00B808F9" w:rsidSect="00034616">
          <w:footerReference w:type="default" r:id="rId35"/>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6F5DE49" w14:textId="77777777" w:rsidR="007A4ED8" w:rsidRDefault="009B7F9E">
      <w:pPr>
        <w:keepNext/>
        <w:jc w:val="center"/>
      </w:pPr>
      <w:r>
        <w:rPr>
          <w:noProof/>
          <w:lang w:val="ru-RU" w:eastAsia="ru-RU"/>
        </w:rPr>
        <w:drawing>
          <wp:inline distT="0" distB="0" distL="0" distR="0" wp14:anchorId="3A3FFB05" wp14:editId="438DC835">
            <wp:extent cx="7560000" cy="536072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6.png"/>
                    <pic:cNvPicPr/>
                  </pic:nvPicPr>
                  <pic:blipFill>
                    <a:blip r:embed="rId36"/>
                    <a:stretch>
                      <a:fillRect/>
                    </a:stretch>
                  </pic:blipFill>
                  <pic:spPr>
                    <a:xfrm>
                      <a:off x="0" y="0"/>
                      <a:ext cx="7560000" cy="5360726"/>
                    </a:xfrm>
                    <a:prstGeom prst="rect">
                      <a:avLst/>
                    </a:prstGeom>
                  </pic:spPr>
                </pic:pic>
              </a:graphicData>
            </a:graphic>
          </wp:inline>
        </w:drawing>
      </w:r>
    </w:p>
    <w:p w14:paraId="715D463F" w14:textId="77777777" w:rsidR="007A4ED8" w:rsidRPr="00C74F04" w:rsidRDefault="009B7F9E">
      <w:pPr>
        <w:keepNext/>
        <w:jc w:val="center"/>
        <w:rPr>
          <w:lang w:val="ru-RU"/>
        </w:rPr>
      </w:pPr>
      <w:r w:rsidRPr="00C74F04">
        <w:rPr>
          <w:lang w:val="ru-RU"/>
        </w:rPr>
        <w:t>Рисунок 8 — Фрагменты схемы тепловых сетей пгт Мундыбаш: границы раздела и диаметры участков</w:t>
      </w:r>
    </w:p>
    <w:p w14:paraId="225CD3C7" w14:textId="77777777" w:rsidR="007A4ED8" w:rsidRPr="00C74F04" w:rsidRDefault="009B7F9E">
      <w:pPr>
        <w:jc w:val="center"/>
        <w:rPr>
          <w:lang w:val="ru-RU"/>
        </w:rPr>
      </w:pPr>
      <w:r w:rsidRPr="00C74F04">
        <w:rPr>
          <w:i/>
          <w:lang w:val="ru-RU"/>
        </w:rPr>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14:paraId="5E353A8E" w14:textId="77777777" w:rsidR="00B808F9" w:rsidRPr="00C74F04" w:rsidRDefault="00B808F9">
      <w:pPr>
        <w:rPr>
          <w:lang w:val="ru-RU"/>
        </w:rPr>
        <w:sectPr w:rsidR="00B808F9" w:rsidRPr="00C74F04" w:rsidSect="00034616">
          <w:footerReference w:type="default" r:id="rId37"/>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B143B71" w14:textId="77777777" w:rsidR="000772B4" w:rsidRPr="00782666" w:rsidRDefault="00746A89">
      <w:pPr>
        <w:pStyle w:val="31"/>
        <w:rPr>
          <w:sz w:val="28"/>
          <w:szCs w:val="28"/>
          <w:lang w:val="ru-RU"/>
        </w:rPr>
      </w:pPr>
      <w:r w:rsidRPr="00782666">
        <w:rPr>
          <w:sz w:val="28"/>
          <w:szCs w:val="28"/>
          <w:lang w:val="ru-RU"/>
        </w:rPr>
        <w:t>1.4.5. Посёлок городского типа Темиртау</w:t>
      </w:r>
    </w:p>
    <w:p w14:paraId="1239406F" w14:textId="77777777" w:rsidR="000772B4" w:rsidRPr="00C74F04" w:rsidRDefault="00746A89">
      <w:pPr>
        <w:spacing w:after="80"/>
        <w:jc w:val="both"/>
        <w:rPr>
          <w:lang w:val="ru-RU"/>
        </w:rPr>
      </w:pPr>
      <w:r w:rsidRPr="00C74F04">
        <w:rPr>
          <w:lang w:val="ru-RU"/>
        </w:rPr>
        <w:t>Население 3 438 человек, один источник с тремя котлами ДКВР-20/13 1999, 2000 и 2005 годов. Нумерация котлов 4, 5, 6 указывает на исторически больший состав.</w:t>
      </w:r>
    </w:p>
    <w:p w14:paraId="3969A8C2" w14:textId="77777777" w:rsidR="000772B4" w:rsidRPr="00C74F04" w:rsidRDefault="00746A89">
      <w:pPr>
        <w:spacing w:after="80"/>
        <w:jc w:val="both"/>
        <w:rPr>
          <w:lang w:val="ru-RU"/>
        </w:rPr>
      </w:pPr>
      <w:r w:rsidRPr="00C74F04">
        <w:rPr>
          <w:lang w:val="ru-RU"/>
        </w:rPr>
        <w:t>Установленная мощность источника имеет два значения. Расчёты нормативов 2019 года прежнего оператора в технической таблице указывают единичную мощность 11,2 Гкал/ч на каждый котёл, что даёт 33,60 Гкал/ч, а в текстовой части — суммарную мощность 33,93 Гкал/ч. Обе величины воспроизводятся в материалах 2025 и 2026 годов. Расхождение возникло внутри одного документа до начала разработки настоящей схемы.</w:t>
      </w:r>
    </w:p>
    <w:p w14:paraId="257BEA6D" w14:textId="77777777" w:rsidR="000772B4" w:rsidRPr="00C74F04" w:rsidRDefault="00746A89">
      <w:pPr>
        <w:keepNext/>
        <w:spacing w:before="160"/>
        <w:rPr>
          <w:lang w:val="ru-RU"/>
        </w:rPr>
      </w:pPr>
      <w:r w:rsidRPr="00C74F04">
        <w:rPr>
          <w:b/>
          <w:lang w:val="ru-RU"/>
        </w:rPr>
        <w:t>Таблица 1.17 — Технический состав УПК № 10 по данным 2019 года</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143"/>
        <w:gridCol w:w="5004"/>
        <w:gridCol w:w="2198"/>
      </w:tblGrid>
      <w:tr w:rsidR="000772B4" w14:paraId="79844F1E" w14:textId="77777777">
        <w:trPr>
          <w:cantSplit/>
          <w:tblHeader/>
          <w:jc w:val="center"/>
        </w:trPr>
        <w:tc>
          <w:tcPr>
            <w:tcW w:w="0" w:type="auto"/>
            <w:shd w:val="clear" w:color="auto" w:fill="E2F0D9"/>
          </w:tcPr>
          <w:p w14:paraId="1DDD2A2C" w14:textId="77777777" w:rsidR="000772B4" w:rsidRDefault="00746A89">
            <w:pPr>
              <w:jc w:val="center"/>
            </w:pPr>
            <w:r>
              <w:rPr>
                <w:b/>
              </w:rPr>
              <w:t>Элемент</w:t>
            </w:r>
          </w:p>
        </w:tc>
        <w:tc>
          <w:tcPr>
            <w:tcW w:w="0" w:type="auto"/>
            <w:shd w:val="clear" w:color="auto" w:fill="E2F0D9"/>
          </w:tcPr>
          <w:p w14:paraId="48A793E7" w14:textId="77777777" w:rsidR="000772B4" w:rsidRDefault="00746A89">
            <w:pPr>
              <w:jc w:val="center"/>
            </w:pPr>
            <w:r>
              <w:rPr>
                <w:b/>
              </w:rPr>
              <w:t>Характеристика</w:t>
            </w:r>
          </w:p>
        </w:tc>
        <w:tc>
          <w:tcPr>
            <w:tcW w:w="0" w:type="auto"/>
            <w:shd w:val="clear" w:color="auto" w:fill="E2F0D9"/>
          </w:tcPr>
          <w:p w14:paraId="5FE1EE6A" w14:textId="77777777" w:rsidR="000772B4" w:rsidRDefault="00746A89">
            <w:pPr>
              <w:jc w:val="center"/>
            </w:pPr>
            <w:r>
              <w:rPr>
                <w:b/>
              </w:rPr>
              <w:t>Свежесть сведений</w:t>
            </w:r>
          </w:p>
        </w:tc>
      </w:tr>
      <w:tr w:rsidR="000772B4" w14:paraId="22F319D6" w14:textId="77777777">
        <w:trPr>
          <w:cantSplit/>
          <w:jc w:val="center"/>
        </w:trPr>
        <w:tc>
          <w:tcPr>
            <w:tcW w:w="0" w:type="auto"/>
          </w:tcPr>
          <w:p w14:paraId="63DC2057" w14:textId="77777777" w:rsidR="000772B4" w:rsidRDefault="00746A89">
            <w:r>
              <w:t>Водоподготовка</w:t>
            </w:r>
          </w:p>
        </w:tc>
        <w:tc>
          <w:tcPr>
            <w:tcW w:w="0" w:type="auto"/>
          </w:tcPr>
          <w:p w14:paraId="0ED19FEC" w14:textId="77777777" w:rsidR="000772B4" w:rsidRPr="00C74F04" w:rsidRDefault="00746A89">
            <w:pPr>
              <w:jc w:val="center"/>
              <w:rPr>
                <w:lang w:val="ru-RU"/>
              </w:rPr>
            </w:pPr>
            <w:r w:rsidRPr="00C74F04">
              <w:rPr>
                <w:lang w:val="ru-RU"/>
              </w:rPr>
              <w:t>натрий-катионирование, деаэрация не производится, имеется режимная карта наладки химводоочистки</w:t>
            </w:r>
          </w:p>
        </w:tc>
        <w:tc>
          <w:tcPr>
            <w:tcW w:w="0" w:type="auto"/>
          </w:tcPr>
          <w:p w14:paraId="1AF0CCF2" w14:textId="77777777" w:rsidR="000772B4" w:rsidRDefault="00746A89">
            <w:pPr>
              <w:jc w:val="center"/>
            </w:pPr>
            <w:r>
              <w:t>исторически подтверждено, 2019</w:t>
            </w:r>
          </w:p>
        </w:tc>
      </w:tr>
      <w:tr w:rsidR="000772B4" w14:paraId="2E1CB913" w14:textId="77777777">
        <w:trPr>
          <w:cantSplit/>
          <w:jc w:val="center"/>
        </w:trPr>
        <w:tc>
          <w:tcPr>
            <w:tcW w:w="0" w:type="auto"/>
          </w:tcPr>
          <w:p w14:paraId="6332E9E0" w14:textId="77777777" w:rsidR="000772B4" w:rsidRDefault="00746A89">
            <w:r>
              <w:t>Экономайзеры</w:t>
            </w:r>
          </w:p>
        </w:tc>
        <w:tc>
          <w:tcPr>
            <w:tcW w:w="0" w:type="auto"/>
          </w:tcPr>
          <w:p w14:paraId="33432CFD" w14:textId="77777777" w:rsidR="000772B4" w:rsidRPr="00C74F04" w:rsidRDefault="00746A89">
            <w:pPr>
              <w:jc w:val="center"/>
              <w:rPr>
                <w:lang w:val="ru-RU"/>
              </w:rPr>
            </w:pPr>
            <w:r w:rsidRPr="00C74F04">
              <w:rPr>
                <w:lang w:val="ru-RU"/>
              </w:rPr>
              <w:t>ВКТ-5, температура уходящих газов 180 °</w:t>
            </w:r>
            <w:r>
              <w:t>C</w:t>
            </w:r>
          </w:p>
        </w:tc>
        <w:tc>
          <w:tcPr>
            <w:tcW w:w="0" w:type="auto"/>
          </w:tcPr>
          <w:p w14:paraId="3321ADFE" w14:textId="77777777" w:rsidR="000772B4" w:rsidRDefault="00746A89">
            <w:pPr>
              <w:jc w:val="center"/>
            </w:pPr>
            <w:r>
              <w:t>исторически подтверждено</w:t>
            </w:r>
          </w:p>
        </w:tc>
      </w:tr>
      <w:tr w:rsidR="000772B4" w14:paraId="0A3F88EF" w14:textId="77777777">
        <w:trPr>
          <w:cantSplit/>
          <w:jc w:val="center"/>
        </w:trPr>
        <w:tc>
          <w:tcPr>
            <w:tcW w:w="0" w:type="auto"/>
          </w:tcPr>
          <w:p w14:paraId="1EF4D28A" w14:textId="77777777" w:rsidR="000772B4" w:rsidRDefault="00746A89">
            <w:r>
              <w:t>Тягодутьевое оборудование</w:t>
            </w:r>
          </w:p>
        </w:tc>
        <w:tc>
          <w:tcPr>
            <w:tcW w:w="0" w:type="auto"/>
          </w:tcPr>
          <w:p w14:paraId="313DBA4C" w14:textId="77777777" w:rsidR="000772B4" w:rsidRPr="00C74F04" w:rsidRDefault="00746A89">
            <w:pPr>
              <w:jc w:val="center"/>
              <w:rPr>
                <w:lang w:val="ru-RU"/>
              </w:rPr>
            </w:pPr>
            <w:r w:rsidRPr="00C74F04">
              <w:rPr>
                <w:lang w:val="ru-RU"/>
              </w:rPr>
              <w:t>дымососы Д-15, дутьевой вентилятор ВД-12</w:t>
            </w:r>
          </w:p>
        </w:tc>
        <w:tc>
          <w:tcPr>
            <w:tcW w:w="0" w:type="auto"/>
          </w:tcPr>
          <w:p w14:paraId="2820B7FF" w14:textId="77777777" w:rsidR="000772B4" w:rsidRDefault="00746A89">
            <w:pPr>
              <w:jc w:val="center"/>
            </w:pPr>
            <w:r>
              <w:t>исторически подтверждено</w:t>
            </w:r>
          </w:p>
        </w:tc>
      </w:tr>
      <w:tr w:rsidR="000772B4" w14:paraId="4A36A8C1" w14:textId="77777777">
        <w:trPr>
          <w:cantSplit/>
          <w:jc w:val="center"/>
        </w:trPr>
        <w:tc>
          <w:tcPr>
            <w:tcW w:w="0" w:type="auto"/>
          </w:tcPr>
          <w:p w14:paraId="4274DD64" w14:textId="77777777" w:rsidR="000772B4" w:rsidRDefault="00746A89">
            <w:r>
              <w:t>Очистка дымовых газов</w:t>
            </w:r>
          </w:p>
        </w:tc>
        <w:tc>
          <w:tcPr>
            <w:tcW w:w="0" w:type="auto"/>
          </w:tcPr>
          <w:p w14:paraId="185E1162" w14:textId="77777777" w:rsidR="000772B4" w:rsidRPr="00C74F04" w:rsidRDefault="00746A89">
            <w:pPr>
              <w:jc w:val="center"/>
              <w:rPr>
                <w:lang w:val="ru-RU"/>
              </w:rPr>
            </w:pPr>
            <w:r w:rsidRPr="00C74F04">
              <w:rPr>
                <w:lang w:val="ru-RU"/>
              </w:rPr>
              <w:t>батарейные циклоны, труба высотой 60 м с диаметром устья 2 м</w:t>
            </w:r>
          </w:p>
        </w:tc>
        <w:tc>
          <w:tcPr>
            <w:tcW w:w="0" w:type="auto"/>
          </w:tcPr>
          <w:p w14:paraId="6BCD9E16" w14:textId="77777777" w:rsidR="000772B4" w:rsidRDefault="00746A89">
            <w:pPr>
              <w:jc w:val="center"/>
            </w:pPr>
            <w:r>
              <w:t>исторически подтверждено</w:t>
            </w:r>
          </w:p>
        </w:tc>
      </w:tr>
      <w:tr w:rsidR="000772B4" w14:paraId="0810373B" w14:textId="77777777">
        <w:trPr>
          <w:cantSplit/>
          <w:jc w:val="center"/>
        </w:trPr>
        <w:tc>
          <w:tcPr>
            <w:tcW w:w="0" w:type="auto"/>
          </w:tcPr>
          <w:p w14:paraId="2DF4CA35" w14:textId="77777777" w:rsidR="000772B4" w:rsidRDefault="00746A89">
            <w:r>
              <w:t>Насосное оборудование</w:t>
            </w:r>
          </w:p>
        </w:tc>
        <w:tc>
          <w:tcPr>
            <w:tcW w:w="0" w:type="auto"/>
          </w:tcPr>
          <w:p w14:paraId="22FE21C8" w14:textId="77777777" w:rsidR="000772B4" w:rsidRPr="00C74F04" w:rsidRDefault="00746A89">
            <w:pPr>
              <w:jc w:val="center"/>
              <w:rPr>
                <w:lang w:val="ru-RU"/>
              </w:rPr>
            </w:pPr>
            <w:r w:rsidRPr="00C74F04">
              <w:rPr>
                <w:lang w:val="ru-RU"/>
              </w:rPr>
              <w:t>сетевые насосы К45-80; подпитка от магистрали холодного водоснабжения без насосов за счёт избыточного давления</w:t>
            </w:r>
          </w:p>
        </w:tc>
        <w:tc>
          <w:tcPr>
            <w:tcW w:w="0" w:type="auto"/>
          </w:tcPr>
          <w:p w14:paraId="0A62B6EC" w14:textId="77777777" w:rsidR="000772B4" w:rsidRDefault="00746A89">
            <w:pPr>
              <w:jc w:val="center"/>
            </w:pPr>
            <w:r>
              <w:t>исторически подтверждено</w:t>
            </w:r>
          </w:p>
        </w:tc>
      </w:tr>
      <w:tr w:rsidR="000772B4" w14:paraId="0F839858" w14:textId="77777777">
        <w:trPr>
          <w:cantSplit/>
          <w:jc w:val="center"/>
        </w:trPr>
        <w:tc>
          <w:tcPr>
            <w:tcW w:w="0" w:type="auto"/>
          </w:tcPr>
          <w:p w14:paraId="71238E73" w14:textId="77777777" w:rsidR="000772B4" w:rsidRDefault="00746A89">
            <w:r>
              <w:t>Топливоподача</w:t>
            </w:r>
          </w:p>
        </w:tc>
        <w:tc>
          <w:tcPr>
            <w:tcW w:w="0" w:type="auto"/>
          </w:tcPr>
          <w:p w14:paraId="7C1CBE92" w14:textId="77777777" w:rsidR="000772B4" w:rsidRPr="00C74F04" w:rsidRDefault="00746A89">
            <w:pPr>
              <w:jc w:val="center"/>
              <w:rPr>
                <w:lang w:val="ru-RU"/>
              </w:rPr>
            </w:pPr>
            <w:r w:rsidRPr="00C74F04">
              <w:rPr>
                <w:lang w:val="ru-RU"/>
              </w:rPr>
              <w:t>скреперный подъёмник, дробилки, ленточный конвейер; золоудаление мокрое механическое</w:t>
            </w:r>
          </w:p>
        </w:tc>
        <w:tc>
          <w:tcPr>
            <w:tcW w:w="0" w:type="auto"/>
          </w:tcPr>
          <w:p w14:paraId="75C7DD59" w14:textId="77777777" w:rsidR="000772B4" w:rsidRDefault="00746A89">
            <w:pPr>
              <w:jc w:val="center"/>
            </w:pPr>
            <w:r>
              <w:t>исторически подтверждено</w:t>
            </w:r>
          </w:p>
        </w:tc>
      </w:tr>
      <w:tr w:rsidR="000772B4" w14:paraId="54953953" w14:textId="77777777">
        <w:trPr>
          <w:cantSplit/>
          <w:jc w:val="center"/>
        </w:trPr>
        <w:tc>
          <w:tcPr>
            <w:tcW w:w="0" w:type="auto"/>
          </w:tcPr>
          <w:p w14:paraId="467828EE" w14:textId="77777777" w:rsidR="000772B4" w:rsidRDefault="00746A89">
            <w:r>
              <w:t>Использование пара</w:t>
            </w:r>
          </w:p>
        </w:tc>
        <w:tc>
          <w:tcPr>
            <w:tcW w:w="0" w:type="auto"/>
          </w:tcPr>
          <w:p w14:paraId="0AC71ED0" w14:textId="77777777" w:rsidR="000772B4" w:rsidRDefault="00746A89">
            <w:pPr>
              <w:jc w:val="center"/>
            </w:pPr>
            <w:r>
              <w:t>бойлеры ПСВ 125 и ПСВ 90</w:t>
            </w:r>
          </w:p>
        </w:tc>
        <w:tc>
          <w:tcPr>
            <w:tcW w:w="0" w:type="auto"/>
          </w:tcPr>
          <w:p w14:paraId="13F5B7B4" w14:textId="77777777" w:rsidR="000772B4" w:rsidRDefault="00746A89">
            <w:pPr>
              <w:jc w:val="center"/>
            </w:pPr>
            <w:r>
              <w:t>исторически подтверждено</w:t>
            </w:r>
          </w:p>
        </w:tc>
      </w:tr>
    </w:tbl>
    <w:p w14:paraId="7BC5032F" w14:textId="77777777" w:rsidR="000772B4" w:rsidRDefault="000772B4">
      <w:pPr>
        <w:spacing w:after="40"/>
      </w:pPr>
    </w:p>
    <w:p w14:paraId="501820B4" w14:textId="77777777" w:rsidR="000772B4" w:rsidRPr="00C74F04" w:rsidRDefault="00746A89">
      <w:pPr>
        <w:spacing w:after="80"/>
        <w:jc w:val="both"/>
        <w:rPr>
          <w:lang w:val="ru-RU"/>
        </w:rPr>
      </w:pPr>
      <w:r w:rsidRPr="00C74F04">
        <w:rPr>
          <w:lang w:val="ru-RU"/>
        </w:rPr>
        <w:t>Приведённые сведения относятся к 2019 году и прежнему оператору. В текущее состояние они автоматически не переводятся: наличие подтверждено исторически, современное подтверждение отсутствует. Существенно, что заявленная в материалах актуализации 2026 года нулевая производительность водоподготовительной установки этим сведениям противоречит.</w:t>
      </w:r>
    </w:p>
    <w:p w14:paraId="48AB7255" w14:textId="77777777" w:rsidR="007A4ED8" w:rsidRPr="00C74F04" w:rsidRDefault="009B7F9E">
      <w:pPr>
        <w:rPr>
          <w:lang w:val="ru-RU"/>
        </w:rPr>
      </w:pPr>
      <w:r w:rsidRPr="00C74F04">
        <w:rPr>
          <w:lang w:val="ru-RU"/>
        </w:rPr>
        <w:t>Схема тепловых сетей территории приведена на рисунке 9.</w:t>
      </w:r>
    </w:p>
    <w:p w14:paraId="744DF1A8" w14:textId="77777777" w:rsidR="00B808F9" w:rsidRPr="00C74F04" w:rsidRDefault="00B808F9">
      <w:pPr>
        <w:rPr>
          <w:lang w:val="ru-RU"/>
        </w:rPr>
        <w:sectPr w:rsidR="00B808F9" w:rsidRPr="00C74F04" w:rsidSect="00034616">
          <w:footerReference w:type="default" r:id="rId38"/>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D3C9E82" w14:textId="77777777" w:rsidR="007A4ED8" w:rsidRDefault="009B7F9E">
      <w:pPr>
        <w:keepNext/>
        <w:jc w:val="center"/>
      </w:pPr>
      <w:r>
        <w:rPr>
          <w:noProof/>
          <w:lang w:val="ru-RU" w:eastAsia="ru-RU"/>
        </w:rPr>
        <w:drawing>
          <wp:inline distT="0" distB="0" distL="0" distR="0" wp14:anchorId="3146677B" wp14:editId="74FCA56F">
            <wp:extent cx="7560000" cy="53607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7.png"/>
                    <pic:cNvPicPr/>
                  </pic:nvPicPr>
                  <pic:blipFill>
                    <a:blip r:embed="rId39"/>
                    <a:stretch>
                      <a:fillRect/>
                    </a:stretch>
                  </pic:blipFill>
                  <pic:spPr>
                    <a:xfrm>
                      <a:off x="0" y="0"/>
                      <a:ext cx="7560000" cy="5360726"/>
                    </a:xfrm>
                    <a:prstGeom prst="rect">
                      <a:avLst/>
                    </a:prstGeom>
                  </pic:spPr>
                </pic:pic>
              </a:graphicData>
            </a:graphic>
          </wp:inline>
        </w:drawing>
      </w:r>
    </w:p>
    <w:p w14:paraId="4999D165" w14:textId="77777777" w:rsidR="007A4ED8" w:rsidRPr="00C74F04" w:rsidRDefault="009B7F9E">
      <w:pPr>
        <w:keepNext/>
        <w:jc w:val="center"/>
        <w:rPr>
          <w:lang w:val="ru-RU"/>
        </w:rPr>
      </w:pPr>
      <w:r w:rsidRPr="00C74F04">
        <w:rPr>
          <w:lang w:val="ru-RU"/>
        </w:rPr>
        <w:t>Рисунок 9 — Схема тепловых сетей пгт Темиртау, зона УПК № 10</w:t>
      </w:r>
    </w:p>
    <w:p w14:paraId="2D02E663" w14:textId="77777777" w:rsidR="007A4ED8" w:rsidRPr="00C74F04" w:rsidRDefault="009B7F9E">
      <w:pPr>
        <w:jc w:val="center"/>
        <w:rPr>
          <w:lang w:val="ru-RU"/>
        </w:rPr>
      </w:pPr>
      <w:r w:rsidRPr="00C74F04">
        <w:rPr>
          <w:i/>
          <w:lang w:val="ru-RU"/>
        </w:rPr>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14:paraId="634D1D82" w14:textId="77777777" w:rsidR="00B808F9" w:rsidRPr="00C74F04" w:rsidRDefault="00B808F9">
      <w:pPr>
        <w:rPr>
          <w:lang w:val="ru-RU"/>
        </w:rPr>
        <w:sectPr w:rsidR="00B808F9" w:rsidRPr="00C74F04" w:rsidSect="00034616">
          <w:footerReference w:type="default" r:id="rId40"/>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071F140" w14:textId="77777777" w:rsidR="000772B4" w:rsidRPr="00782666" w:rsidRDefault="00746A89">
      <w:pPr>
        <w:pStyle w:val="31"/>
        <w:rPr>
          <w:sz w:val="28"/>
          <w:szCs w:val="28"/>
          <w:lang w:val="ru-RU"/>
        </w:rPr>
      </w:pPr>
      <w:r w:rsidRPr="00782666">
        <w:rPr>
          <w:sz w:val="28"/>
          <w:szCs w:val="28"/>
          <w:lang w:val="ru-RU"/>
        </w:rPr>
        <w:t>1.4.6. Посёлок городского типа Спасск</w:t>
      </w:r>
    </w:p>
    <w:p w14:paraId="4E40E2BD" w14:textId="77777777" w:rsidR="000772B4" w:rsidRPr="00C74F04" w:rsidRDefault="00746A89">
      <w:pPr>
        <w:spacing w:after="80"/>
        <w:jc w:val="both"/>
        <w:rPr>
          <w:lang w:val="ru-RU"/>
        </w:rPr>
      </w:pPr>
      <w:r w:rsidRPr="00C74F04">
        <w:rPr>
          <w:lang w:val="ru-RU"/>
        </w:rPr>
        <w:t>Наименьшая территория: 1 513 человек, один источник мощностью 5,37 Гкал/ч при присоединённой нагрузке 1,1314 Гкал/ч. Пять котлов малой единичной мощности: два КВц 1,4 по 1,16 Гкал/ч 2001 и 2012 годов, два КВр-1,16 по 0,90 Гкал/ч 2007 года и КВм-1,45 КБД мощностью 1,25 Гкал/ч 2015 года.</w:t>
      </w:r>
    </w:p>
    <w:p w14:paraId="2A47593C" w14:textId="77777777" w:rsidR="000772B4" w:rsidRPr="00C74F04" w:rsidRDefault="00746A89">
      <w:pPr>
        <w:spacing w:after="80"/>
        <w:jc w:val="both"/>
        <w:rPr>
          <w:lang w:val="ru-RU"/>
        </w:rPr>
      </w:pPr>
      <w:r w:rsidRPr="00C74F04">
        <w:rPr>
          <w:lang w:val="ru-RU"/>
        </w:rPr>
        <w:t>Температурный график 95/70 °</w:t>
      </w:r>
      <w:r>
        <w:t>C</w:t>
      </w:r>
      <w:r w:rsidRPr="00C74F04">
        <w:rPr>
          <w:lang w:val="ru-RU"/>
        </w:rPr>
        <w:t xml:space="preserve"> с изломом 55 °</w:t>
      </w:r>
      <w:r>
        <w:t>C</w:t>
      </w:r>
      <w:r w:rsidRPr="00C74F04">
        <w:rPr>
          <w:lang w:val="ru-RU"/>
        </w:rPr>
        <w:t>, система горячего водоснабжения открытая, двухтрубная. Изоляция тепловых сетей выполнена из минеральной ваты. Резервное водоснабжение обеспечивается накопительной ёмкостью, объём которой не указан. Производительность водоподготовительной установки заявлена нулевой.</w:t>
      </w:r>
    </w:p>
    <w:p w14:paraId="0E370DD8" w14:textId="77777777" w:rsidR="000772B4" w:rsidRPr="00C74F04" w:rsidRDefault="00746A89">
      <w:pPr>
        <w:spacing w:after="80"/>
        <w:jc w:val="both"/>
        <w:rPr>
          <w:lang w:val="ru-RU"/>
        </w:rPr>
      </w:pPr>
      <w:r w:rsidRPr="00C74F04">
        <w:rPr>
          <w:lang w:val="ru-RU"/>
        </w:rPr>
        <w:t>Схема поселения 2021 года предлагала перевод потребителей открытой системы на закрытый водоразбор путём реконструкции индивидуальных тепловых пунктов с установкой теплообменников на нужды горячего водоснабжения и содержала ориентировочную стоимость работ. По данным актуализации 2026 года система остаётся открытой; решение не реализовано.</w:t>
      </w:r>
    </w:p>
    <w:p w14:paraId="711AD009" w14:textId="77777777" w:rsidR="007A4ED8" w:rsidRPr="00C74F04" w:rsidRDefault="009B7F9E">
      <w:pPr>
        <w:rPr>
          <w:lang w:val="ru-RU"/>
        </w:rPr>
      </w:pPr>
      <w:r w:rsidRPr="00C74F04">
        <w:rPr>
          <w:lang w:val="ru-RU"/>
        </w:rPr>
        <w:t>Схема тепловых сетей территории приведена на рисунке 10.</w:t>
      </w:r>
    </w:p>
    <w:p w14:paraId="2CABEECB" w14:textId="77777777" w:rsidR="00B808F9" w:rsidRPr="00C74F04" w:rsidRDefault="00B808F9">
      <w:pPr>
        <w:rPr>
          <w:lang w:val="ru-RU"/>
        </w:rPr>
        <w:sectPr w:rsidR="00B808F9" w:rsidRPr="00C74F04" w:rsidSect="00034616">
          <w:footerReference w:type="default" r:id="rId41"/>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AF4AF98" w14:textId="77777777" w:rsidR="007A4ED8" w:rsidRDefault="009B7F9E">
      <w:pPr>
        <w:keepNext/>
        <w:jc w:val="center"/>
      </w:pPr>
      <w:r>
        <w:rPr>
          <w:noProof/>
          <w:lang w:val="ru-RU" w:eastAsia="ru-RU"/>
        </w:rPr>
        <w:drawing>
          <wp:inline distT="0" distB="0" distL="0" distR="0" wp14:anchorId="1B6385AB" wp14:editId="540BABCA">
            <wp:extent cx="7560000" cy="536072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8.png"/>
                    <pic:cNvPicPr/>
                  </pic:nvPicPr>
                  <pic:blipFill>
                    <a:blip r:embed="rId42"/>
                    <a:stretch>
                      <a:fillRect/>
                    </a:stretch>
                  </pic:blipFill>
                  <pic:spPr>
                    <a:xfrm>
                      <a:off x="0" y="0"/>
                      <a:ext cx="7560000" cy="5360726"/>
                    </a:xfrm>
                    <a:prstGeom prst="rect">
                      <a:avLst/>
                    </a:prstGeom>
                  </pic:spPr>
                </pic:pic>
              </a:graphicData>
            </a:graphic>
          </wp:inline>
        </w:drawing>
      </w:r>
    </w:p>
    <w:p w14:paraId="78014FDA" w14:textId="77777777" w:rsidR="007A4ED8" w:rsidRPr="00C74F04" w:rsidRDefault="009B7F9E">
      <w:pPr>
        <w:keepNext/>
        <w:jc w:val="center"/>
        <w:rPr>
          <w:lang w:val="ru-RU"/>
        </w:rPr>
      </w:pPr>
      <w:r w:rsidRPr="00C74F04">
        <w:rPr>
          <w:lang w:val="ru-RU"/>
        </w:rPr>
        <w:t>Рисунок 10 — Схема тепловых сетей пгт Спасск, зона УПК № 3, северная часть</w:t>
      </w:r>
    </w:p>
    <w:p w14:paraId="65616524" w14:textId="77777777" w:rsidR="007A4ED8" w:rsidRPr="00C74F04" w:rsidRDefault="009B7F9E">
      <w:pPr>
        <w:jc w:val="center"/>
        <w:rPr>
          <w:lang w:val="ru-RU"/>
        </w:rPr>
      </w:pPr>
      <w:r w:rsidRPr="00C74F04">
        <w:rPr>
          <w:i/>
          <w:lang w:val="ru-RU"/>
        </w:rPr>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14:paraId="6471F529" w14:textId="77777777" w:rsidR="00B808F9" w:rsidRPr="00C74F04" w:rsidRDefault="00B808F9">
      <w:pPr>
        <w:rPr>
          <w:lang w:val="ru-RU"/>
        </w:rPr>
        <w:sectPr w:rsidR="00B808F9" w:rsidRPr="00C74F04" w:rsidSect="00034616">
          <w:footerReference w:type="default" r:id="rId43"/>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2D712FF" w14:textId="77777777" w:rsidR="007A4ED8" w:rsidRPr="00C74F04" w:rsidRDefault="009B7F9E">
      <w:pPr>
        <w:rPr>
          <w:lang w:val="ru-RU"/>
        </w:rPr>
      </w:pPr>
      <w:r w:rsidRPr="00C74F04">
        <w:rPr>
          <w:lang w:val="ru-RU"/>
        </w:rPr>
        <w:t>Южная часть зоны приведена на рисунке 11.</w:t>
      </w:r>
    </w:p>
    <w:p w14:paraId="10005FBC" w14:textId="77777777" w:rsidR="00B808F9" w:rsidRPr="00C74F04" w:rsidRDefault="00B808F9">
      <w:pPr>
        <w:rPr>
          <w:lang w:val="ru-RU"/>
        </w:rPr>
        <w:sectPr w:rsidR="00B808F9" w:rsidRPr="00C74F04" w:rsidSect="00034616">
          <w:footerReference w:type="default" r:id="rId44"/>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79657162" w14:textId="77777777" w:rsidR="007A4ED8" w:rsidRDefault="009B7F9E">
      <w:pPr>
        <w:keepNext/>
        <w:jc w:val="center"/>
      </w:pPr>
      <w:r>
        <w:rPr>
          <w:noProof/>
          <w:lang w:val="ru-RU" w:eastAsia="ru-RU"/>
        </w:rPr>
        <w:drawing>
          <wp:inline distT="0" distB="0" distL="0" distR="0" wp14:anchorId="5ECA46D6" wp14:editId="110C7382">
            <wp:extent cx="7560000" cy="536072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09.png"/>
                    <pic:cNvPicPr/>
                  </pic:nvPicPr>
                  <pic:blipFill>
                    <a:blip r:embed="rId45"/>
                    <a:stretch>
                      <a:fillRect/>
                    </a:stretch>
                  </pic:blipFill>
                  <pic:spPr>
                    <a:xfrm>
                      <a:off x="0" y="0"/>
                      <a:ext cx="7560000" cy="5360726"/>
                    </a:xfrm>
                    <a:prstGeom prst="rect">
                      <a:avLst/>
                    </a:prstGeom>
                  </pic:spPr>
                </pic:pic>
              </a:graphicData>
            </a:graphic>
          </wp:inline>
        </w:drawing>
      </w:r>
    </w:p>
    <w:p w14:paraId="43BBB563" w14:textId="77777777" w:rsidR="007A4ED8" w:rsidRPr="00C74F04" w:rsidRDefault="009B7F9E">
      <w:pPr>
        <w:keepNext/>
        <w:jc w:val="center"/>
        <w:rPr>
          <w:lang w:val="ru-RU"/>
        </w:rPr>
      </w:pPr>
      <w:r w:rsidRPr="00C74F04">
        <w:rPr>
          <w:lang w:val="ru-RU"/>
        </w:rPr>
        <w:t>Рисунок 11 — Схема тепловых сетей пгт Спасск, зона УПК № 3, южная часть</w:t>
      </w:r>
    </w:p>
    <w:p w14:paraId="132A6950" w14:textId="77777777" w:rsidR="007A4ED8" w:rsidRPr="00C74F04" w:rsidRDefault="009B7F9E">
      <w:pPr>
        <w:jc w:val="center"/>
        <w:rPr>
          <w:lang w:val="ru-RU"/>
        </w:rPr>
      </w:pPr>
      <w:r w:rsidRPr="00C74F04">
        <w:rPr>
          <w:i/>
          <w:lang w:val="ru-RU"/>
        </w:rPr>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14:paraId="5D16ED70" w14:textId="77777777" w:rsidR="00B808F9" w:rsidRPr="00C74F04" w:rsidRDefault="00B808F9">
      <w:pPr>
        <w:rPr>
          <w:lang w:val="ru-RU"/>
        </w:rPr>
        <w:sectPr w:rsidR="00B808F9" w:rsidRPr="00C74F04" w:rsidSect="00034616">
          <w:footerReference w:type="default" r:id="rId46"/>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39FD78D" w14:textId="77777777" w:rsidR="007A4ED8" w:rsidRPr="00C74F04" w:rsidRDefault="009B7F9E">
      <w:pPr>
        <w:pStyle w:val="21"/>
        <w:rPr>
          <w:lang w:val="ru-RU"/>
        </w:rPr>
      </w:pPr>
      <w:bookmarkStart w:id="8" w:name="_Toc238015599"/>
      <w:r w:rsidRPr="00C74F04">
        <w:rPr>
          <w:lang w:val="ru-RU"/>
        </w:rPr>
        <w:t>1.5. Тепловые нагрузки потребителей тепловой энергии, групп потребителей тепловой энергии в зонах действия источников тепловой энергии</w:t>
      </w:r>
      <w:bookmarkEnd w:id="8"/>
    </w:p>
    <w:p w14:paraId="361D0B59" w14:textId="77777777" w:rsidR="000772B4" w:rsidRPr="00782666" w:rsidRDefault="00746A89">
      <w:pPr>
        <w:pStyle w:val="31"/>
        <w:rPr>
          <w:sz w:val="28"/>
          <w:szCs w:val="28"/>
          <w:lang w:val="ru-RU"/>
        </w:rPr>
      </w:pPr>
      <w:r w:rsidRPr="00782666">
        <w:rPr>
          <w:sz w:val="28"/>
          <w:szCs w:val="28"/>
          <w:lang w:val="ru-RU"/>
        </w:rPr>
        <w:t>1.5.1. Тепловые нагрузки потребителей</w:t>
      </w:r>
    </w:p>
    <w:p w14:paraId="134927FB" w14:textId="77777777" w:rsidR="000772B4" w:rsidRPr="00C74F04" w:rsidRDefault="00746A89">
      <w:pPr>
        <w:spacing w:after="80"/>
        <w:jc w:val="both"/>
        <w:rPr>
          <w:lang w:val="ru-RU"/>
        </w:rPr>
      </w:pPr>
      <w:r w:rsidRPr="00C74F04">
        <w:rPr>
          <w:lang w:val="ru-RU"/>
        </w:rPr>
        <w:t>В проекте применяются несколько баз тепловой нагрузки, различных по определению. Присоединённая нагрузка используется для оценки резерва мощности; подключённая договорная нагрузка приведена в материалах актуализации; полная максимальная нагрузка котельной включает потери и собственные нужды. Приведение резерва или дефицита без указания базы не допускается.</w:t>
      </w:r>
    </w:p>
    <w:p w14:paraId="788F8912" w14:textId="77777777" w:rsidR="000772B4" w:rsidRPr="00C74F04" w:rsidRDefault="00746A89">
      <w:pPr>
        <w:keepNext/>
        <w:spacing w:before="160"/>
        <w:rPr>
          <w:lang w:val="ru-RU"/>
        </w:rPr>
      </w:pPr>
      <w:r w:rsidRPr="00C74F04">
        <w:rPr>
          <w:b/>
          <w:lang w:val="ru-RU"/>
        </w:rPr>
        <w:t>Таблица 1.18 — Полная максимальная нагрузка источников по этапам</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132"/>
        <w:gridCol w:w="3418"/>
        <w:gridCol w:w="3795"/>
      </w:tblGrid>
      <w:tr w:rsidR="000772B4" w:rsidRPr="00C07C05" w14:paraId="7A96439C" w14:textId="77777777">
        <w:trPr>
          <w:cantSplit/>
          <w:tblHeader/>
          <w:jc w:val="center"/>
        </w:trPr>
        <w:tc>
          <w:tcPr>
            <w:tcW w:w="0" w:type="auto"/>
            <w:shd w:val="clear" w:color="auto" w:fill="E2F0D9"/>
          </w:tcPr>
          <w:p w14:paraId="358A5CEB" w14:textId="77777777" w:rsidR="000772B4" w:rsidRDefault="00746A89">
            <w:pPr>
              <w:jc w:val="center"/>
            </w:pPr>
            <w:r>
              <w:rPr>
                <w:b/>
              </w:rPr>
              <w:t>Источник</w:t>
            </w:r>
          </w:p>
        </w:tc>
        <w:tc>
          <w:tcPr>
            <w:tcW w:w="0" w:type="auto"/>
            <w:shd w:val="clear" w:color="auto" w:fill="E2F0D9"/>
          </w:tcPr>
          <w:p w14:paraId="181B7412" w14:textId="77777777" w:rsidR="000772B4" w:rsidRPr="00C74F04" w:rsidRDefault="00746A89">
            <w:pPr>
              <w:jc w:val="center"/>
              <w:rPr>
                <w:lang w:val="ru-RU"/>
              </w:rPr>
            </w:pPr>
            <w:r w:rsidRPr="00C74F04">
              <w:rPr>
                <w:b/>
                <w:lang w:val="ru-RU"/>
              </w:rPr>
              <w:t>Полная максимальная нагрузка 2026, Гкал/ч</w:t>
            </w:r>
          </w:p>
        </w:tc>
        <w:tc>
          <w:tcPr>
            <w:tcW w:w="0" w:type="auto"/>
            <w:shd w:val="clear" w:color="auto" w:fill="E2F0D9"/>
          </w:tcPr>
          <w:p w14:paraId="7040A210" w14:textId="77777777" w:rsidR="000772B4" w:rsidRPr="00C74F04" w:rsidRDefault="00746A89">
            <w:pPr>
              <w:jc w:val="center"/>
              <w:rPr>
                <w:lang w:val="ru-RU"/>
              </w:rPr>
            </w:pPr>
            <w:r w:rsidRPr="00C74F04">
              <w:rPr>
                <w:b/>
                <w:lang w:val="ru-RU"/>
              </w:rPr>
              <w:t>Полная максимальная нагрузка 2031 и 2036, Гкал/ч</w:t>
            </w:r>
          </w:p>
        </w:tc>
      </w:tr>
      <w:tr w:rsidR="000772B4" w14:paraId="3AFE29A4" w14:textId="77777777">
        <w:trPr>
          <w:cantSplit/>
          <w:jc w:val="center"/>
        </w:trPr>
        <w:tc>
          <w:tcPr>
            <w:tcW w:w="0" w:type="auto"/>
          </w:tcPr>
          <w:p w14:paraId="71ACA4FD" w14:textId="77777777" w:rsidR="000772B4" w:rsidRDefault="00746A89">
            <w:r>
              <w:t>УПК № 1 Таштагол</w:t>
            </w:r>
          </w:p>
        </w:tc>
        <w:tc>
          <w:tcPr>
            <w:tcW w:w="0" w:type="auto"/>
          </w:tcPr>
          <w:p w14:paraId="07427EB7" w14:textId="77777777" w:rsidR="000772B4" w:rsidRDefault="00746A89">
            <w:pPr>
              <w:jc w:val="center"/>
            </w:pPr>
            <w:r>
              <w:t>93,0532</w:t>
            </w:r>
          </w:p>
        </w:tc>
        <w:tc>
          <w:tcPr>
            <w:tcW w:w="0" w:type="auto"/>
          </w:tcPr>
          <w:p w14:paraId="1D03EF40" w14:textId="77777777" w:rsidR="000772B4" w:rsidRDefault="00746A89">
            <w:pPr>
              <w:jc w:val="center"/>
            </w:pPr>
            <w:r>
              <w:t>93,0532</w:t>
            </w:r>
          </w:p>
        </w:tc>
      </w:tr>
      <w:tr w:rsidR="000772B4" w14:paraId="29E62D39" w14:textId="77777777">
        <w:trPr>
          <w:cantSplit/>
          <w:jc w:val="center"/>
        </w:trPr>
        <w:tc>
          <w:tcPr>
            <w:tcW w:w="0" w:type="auto"/>
          </w:tcPr>
          <w:p w14:paraId="439045AE" w14:textId="77777777" w:rsidR="000772B4" w:rsidRDefault="00746A89">
            <w:r>
              <w:t>УПК № 2 Шалым</w:t>
            </w:r>
          </w:p>
        </w:tc>
        <w:tc>
          <w:tcPr>
            <w:tcW w:w="0" w:type="auto"/>
          </w:tcPr>
          <w:p w14:paraId="10CDFA88" w14:textId="77777777" w:rsidR="000772B4" w:rsidRDefault="00746A89">
            <w:pPr>
              <w:jc w:val="center"/>
            </w:pPr>
            <w:r>
              <w:t>5,8602</w:t>
            </w:r>
          </w:p>
        </w:tc>
        <w:tc>
          <w:tcPr>
            <w:tcW w:w="0" w:type="auto"/>
          </w:tcPr>
          <w:p w14:paraId="4910F079" w14:textId="77777777" w:rsidR="000772B4" w:rsidRDefault="00746A89">
            <w:pPr>
              <w:jc w:val="center"/>
            </w:pPr>
            <w:r>
              <w:t>5,8602</w:t>
            </w:r>
          </w:p>
        </w:tc>
      </w:tr>
      <w:tr w:rsidR="000772B4" w14:paraId="6E4D2041" w14:textId="77777777">
        <w:trPr>
          <w:cantSplit/>
          <w:jc w:val="center"/>
        </w:trPr>
        <w:tc>
          <w:tcPr>
            <w:tcW w:w="0" w:type="auto"/>
          </w:tcPr>
          <w:p w14:paraId="7E61A052" w14:textId="77777777" w:rsidR="000772B4" w:rsidRDefault="00746A89">
            <w:r>
              <w:t>УПК № 2 ЦМК</w:t>
            </w:r>
          </w:p>
        </w:tc>
        <w:tc>
          <w:tcPr>
            <w:tcW w:w="0" w:type="auto"/>
          </w:tcPr>
          <w:p w14:paraId="025067F9" w14:textId="77777777" w:rsidR="000772B4" w:rsidRDefault="00746A89">
            <w:pPr>
              <w:jc w:val="center"/>
            </w:pPr>
            <w:r>
              <w:t>3,7051</w:t>
            </w:r>
          </w:p>
        </w:tc>
        <w:tc>
          <w:tcPr>
            <w:tcW w:w="0" w:type="auto"/>
          </w:tcPr>
          <w:p w14:paraId="61B16A6F" w14:textId="77777777" w:rsidR="000772B4" w:rsidRDefault="00746A89">
            <w:pPr>
              <w:jc w:val="center"/>
            </w:pPr>
            <w:r>
              <w:t>3,7051</w:t>
            </w:r>
          </w:p>
        </w:tc>
      </w:tr>
      <w:tr w:rsidR="000772B4" w14:paraId="2E15AC21" w14:textId="77777777">
        <w:trPr>
          <w:cantSplit/>
          <w:jc w:val="center"/>
        </w:trPr>
        <w:tc>
          <w:tcPr>
            <w:tcW w:w="0" w:type="auto"/>
          </w:tcPr>
          <w:p w14:paraId="1FDB5F17" w14:textId="77777777" w:rsidR="000772B4" w:rsidRDefault="00746A89">
            <w:r>
              <w:t>УПК № 9 ГРЭ</w:t>
            </w:r>
          </w:p>
        </w:tc>
        <w:tc>
          <w:tcPr>
            <w:tcW w:w="0" w:type="auto"/>
          </w:tcPr>
          <w:p w14:paraId="3DDBCA66" w14:textId="77777777" w:rsidR="000772B4" w:rsidRDefault="00746A89">
            <w:pPr>
              <w:jc w:val="center"/>
            </w:pPr>
            <w:r>
              <w:t>1,3330</w:t>
            </w:r>
          </w:p>
        </w:tc>
        <w:tc>
          <w:tcPr>
            <w:tcW w:w="0" w:type="auto"/>
          </w:tcPr>
          <w:p w14:paraId="33F08B1D" w14:textId="77777777" w:rsidR="000772B4" w:rsidRDefault="00746A89">
            <w:pPr>
              <w:jc w:val="center"/>
            </w:pPr>
            <w:r>
              <w:t>1,3330</w:t>
            </w:r>
          </w:p>
        </w:tc>
      </w:tr>
      <w:tr w:rsidR="000772B4" w14:paraId="066CDA3F" w14:textId="77777777">
        <w:trPr>
          <w:cantSplit/>
          <w:jc w:val="center"/>
        </w:trPr>
        <w:tc>
          <w:tcPr>
            <w:tcW w:w="0" w:type="auto"/>
          </w:tcPr>
          <w:p w14:paraId="10794A9A" w14:textId="77777777" w:rsidR="000772B4" w:rsidRDefault="00746A89">
            <w:r>
              <w:t>УПК № 5 Новый Шерегеш</w:t>
            </w:r>
          </w:p>
        </w:tc>
        <w:tc>
          <w:tcPr>
            <w:tcW w:w="0" w:type="auto"/>
          </w:tcPr>
          <w:p w14:paraId="182FBCE8" w14:textId="77777777" w:rsidR="000772B4" w:rsidRDefault="00746A89">
            <w:pPr>
              <w:jc w:val="center"/>
            </w:pPr>
            <w:r>
              <w:t>68,6123</w:t>
            </w:r>
          </w:p>
        </w:tc>
        <w:tc>
          <w:tcPr>
            <w:tcW w:w="0" w:type="auto"/>
          </w:tcPr>
          <w:p w14:paraId="7A6EC447" w14:textId="77777777" w:rsidR="000772B4" w:rsidRDefault="00746A89">
            <w:pPr>
              <w:jc w:val="center"/>
            </w:pPr>
            <w:r>
              <w:t>114,4463</w:t>
            </w:r>
          </w:p>
        </w:tc>
      </w:tr>
      <w:tr w:rsidR="000772B4" w14:paraId="5B9DCC27" w14:textId="77777777">
        <w:trPr>
          <w:cantSplit/>
          <w:jc w:val="center"/>
        </w:trPr>
        <w:tc>
          <w:tcPr>
            <w:tcW w:w="0" w:type="auto"/>
          </w:tcPr>
          <w:p w14:paraId="18FD5F82" w14:textId="77777777" w:rsidR="000772B4" w:rsidRDefault="00746A89">
            <w:r>
              <w:t>УПК № 6 Старый Шерегеш</w:t>
            </w:r>
          </w:p>
        </w:tc>
        <w:tc>
          <w:tcPr>
            <w:tcW w:w="0" w:type="auto"/>
          </w:tcPr>
          <w:p w14:paraId="4B45AFAE" w14:textId="77777777" w:rsidR="000772B4" w:rsidRDefault="00746A89">
            <w:pPr>
              <w:jc w:val="center"/>
            </w:pPr>
            <w:r>
              <w:t>4,6696</w:t>
            </w:r>
          </w:p>
        </w:tc>
        <w:tc>
          <w:tcPr>
            <w:tcW w:w="0" w:type="auto"/>
          </w:tcPr>
          <w:p w14:paraId="4B717B8E" w14:textId="77777777" w:rsidR="000772B4" w:rsidRDefault="00746A89">
            <w:pPr>
              <w:jc w:val="center"/>
            </w:pPr>
            <w:r>
              <w:t>4,6696</w:t>
            </w:r>
          </w:p>
        </w:tc>
      </w:tr>
      <w:tr w:rsidR="000772B4" w14:paraId="6D575EA7" w14:textId="77777777">
        <w:trPr>
          <w:cantSplit/>
          <w:jc w:val="center"/>
        </w:trPr>
        <w:tc>
          <w:tcPr>
            <w:tcW w:w="0" w:type="auto"/>
          </w:tcPr>
          <w:p w14:paraId="4FADDEA4" w14:textId="77777777" w:rsidR="000772B4" w:rsidRDefault="00746A89">
            <w:r>
              <w:t>УПК № 7 Каз</w:t>
            </w:r>
          </w:p>
        </w:tc>
        <w:tc>
          <w:tcPr>
            <w:tcW w:w="0" w:type="auto"/>
          </w:tcPr>
          <w:p w14:paraId="5C4317B0" w14:textId="77777777" w:rsidR="000772B4" w:rsidRDefault="00746A89">
            <w:pPr>
              <w:jc w:val="center"/>
            </w:pPr>
            <w:r>
              <w:t>19,4397</w:t>
            </w:r>
          </w:p>
        </w:tc>
        <w:tc>
          <w:tcPr>
            <w:tcW w:w="0" w:type="auto"/>
          </w:tcPr>
          <w:p w14:paraId="14F09A2D" w14:textId="77777777" w:rsidR="000772B4" w:rsidRDefault="00746A89">
            <w:pPr>
              <w:jc w:val="center"/>
            </w:pPr>
            <w:r>
              <w:t>19,4397</w:t>
            </w:r>
          </w:p>
        </w:tc>
      </w:tr>
      <w:tr w:rsidR="000772B4" w14:paraId="5EA31063" w14:textId="77777777">
        <w:trPr>
          <w:cantSplit/>
          <w:jc w:val="center"/>
        </w:trPr>
        <w:tc>
          <w:tcPr>
            <w:tcW w:w="0" w:type="auto"/>
          </w:tcPr>
          <w:p w14:paraId="4BD7103F" w14:textId="77777777" w:rsidR="000772B4" w:rsidRDefault="00746A89">
            <w:r>
              <w:t>УПК № 8 Мундыбаш</w:t>
            </w:r>
          </w:p>
        </w:tc>
        <w:tc>
          <w:tcPr>
            <w:tcW w:w="0" w:type="auto"/>
          </w:tcPr>
          <w:p w14:paraId="14972A2A" w14:textId="77777777" w:rsidR="000772B4" w:rsidRDefault="00746A89">
            <w:pPr>
              <w:jc w:val="center"/>
            </w:pPr>
            <w:r>
              <w:t>20,2475</w:t>
            </w:r>
          </w:p>
        </w:tc>
        <w:tc>
          <w:tcPr>
            <w:tcW w:w="0" w:type="auto"/>
          </w:tcPr>
          <w:p w14:paraId="0639489B" w14:textId="77777777" w:rsidR="000772B4" w:rsidRDefault="00746A89">
            <w:pPr>
              <w:jc w:val="center"/>
            </w:pPr>
            <w:r>
              <w:t>20,2475</w:t>
            </w:r>
          </w:p>
        </w:tc>
      </w:tr>
      <w:tr w:rsidR="000772B4" w14:paraId="19A0643B" w14:textId="77777777">
        <w:trPr>
          <w:cantSplit/>
          <w:jc w:val="center"/>
        </w:trPr>
        <w:tc>
          <w:tcPr>
            <w:tcW w:w="0" w:type="auto"/>
          </w:tcPr>
          <w:p w14:paraId="30B89B01" w14:textId="77777777" w:rsidR="000772B4" w:rsidRDefault="00746A89">
            <w:r>
              <w:t>УПК № 10 Темир-Тау</w:t>
            </w:r>
          </w:p>
        </w:tc>
        <w:tc>
          <w:tcPr>
            <w:tcW w:w="0" w:type="auto"/>
          </w:tcPr>
          <w:p w14:paraId="351F4490" w14:textId="77777777" w:rsidR="000772B4" w:rsidRDefault="00746A89">
            <w:pPr>
              <w:jc w:val="center"/>
            </w:pPr>
            <w:r>
              <w:t>8,6985</w:t>
            </w:r>
          </w:p>
        </w:tc>
        <w:tc>
          <w:tcPr>
            <w:tcW w:w="0" w:type="auto"/>
          </w:tcPr>
          <w:p w14:paraId="0B9621EE" w14:textId="77777777" w:rsidR="000772B4" w:rsidRDefault="00746A89">
            <w:pPr>
              <w:jc w:val="center"/>
            </w:pPr>
            <w:r>
              <w:t>8,6985</w:t>
            </w:r>
          </w:p>
        </w:tc>
      </w:tr>
      <w:tr w:rsidR="000772B4" w14:paraId="1CBD6E65" w14:textId="77777777">
        <w:trPr>
          <w:cantSplit/>
          <w:jc w:val="center"/>
        </w:trPr>
        <w:tc>
          <w:tcPr>
            <w:tcW w:w="0" w:type="auto"/>
          </w:tcPr>
          <w:p w14:paraId="3931EAD3" w14:textId="77777777" w:rsidR="000772B4" w:rsidRDefault="00746A89">
            <w:r>
              <w:t>УПК № 3 Спасск</w:t>
            </w:r>
          </w:p>
        </w:tc>
        <w:tc>
          <w:tcPr>
            <w:tcW w:w="0" w:type="auto"/>
          </w:tcPr>
          <w:p w14:paraId="4B0A6DC1" w14:textId="77777777" w:rsidR="000772B4" w:rsidRDefault="00746A89">
            <w:pPr>
              <w:jc w:val="center"/>
            </w:pPr>
            <w:r>
              <w:t>1,8761</w:t>
            </w:r>
          </w:p>
        </w:tc>
        <w:tc>
          <w:tcPr>
            <w:tcW w:w="0" w:type="auto"/>
          </w:tcPr>
          <w:p w14:paraId="6A215B6E" w14:textId="77777777" w:rsidR="000772B4" w:rsidRDefault="00746A89">
            <w:pPr>
              <w:jc w:val="center"/>
            </w:pPr>
            <w:r>
              <w:t>1,8761</w:t>
            </w:r>
          </w:p>
        </w:tc>
      </w:tr>
    </w:tbl>
    <w:p w14:paraId="2A40CD98" w14:textId="77777777" w:rsidR="000772B4" w:rsidRDefault="000772B4">
      <w:pPr>
        <w:spacing w:after="40"/>
      </w:pPr>
    </w:p>
    <w:p w14:paraId="131BFCD7" w14:textId="77777777" w:rsidR="000772B4" w:rsidRPr="00C74F04" w:rsidRDefault="00746A89">
      <w:pPr>
        <w:spacing w:after="80"/>
        <w:jc w:val="both"/>
        <w:rPr>
          <w:lang w:val="ru-RU"/>
        </w:rPr>
      </w:pPr>
      <w:r w:rsidRPr="00C74F04">
        <w:rPr>
          <w:lang w:val="ru-RU"/>
        </w:rPr>
        <w:t>Прирост полной максимальной нагрузки к расчётному сроку составляет 46,7360 Гкал/ч и приходится на шесть источников из десяти. Основная его часть — 45,8340 Гкал/ч, или 98,07 процента, — относится к зоне УПК № 5 «Новый Шерегеш» и связана с ростом численности населения посёлка Шерегеш с 9 666 человек в 2026 году до 12 309 человек в 2036 году. Остальные 0,9020 Гкал/ч распределены между УПК № 2 «ЦМК» (0,5310), УПК № 1 «Таштагол» (0,1510), УПК № 6 «Старый Шерегеш» (0,1500), УПК № 7 «Каз» (0,0630) и УПК № 3 «Спасск» (0,0070). По четырём источникам — УПК № 2 «Шалым», УПК № 9 «ГРЭ», УПК № 8 «Мундыбаш» и УПК № 10 «Темир-Тау» — нагрузка на горизонте не изменяется.</w:t>
      </w:r>
    </w:p>
    <w:p w14:paraId="33BF758F" w14:textId="77777777" w:rsidR="000772B4" w:rsidRPr="00782666" w:rsidRDefault="00746A89">
      <w:pPr>
        <w:pStyle w:val="31"/>
        <w:rPr>
          <w:sz w:val="28"/>
          <w:szCs w:val="28"/>
          <w:lang w:val="ru-RU"/>
        </w:rPr>
      </w:pPr>
      <w:r w:rsidRPr="00782666">
        <w:rPr>
          <w:sz w:val="28"/>
          <w:szCs w:val="28"/>
          <w:lang w:val="ru-RU"/>
        </w:rPr>
        <w:t>1.5.2. Тепловая нагрузка горячего водоснабжения</w:t>
      </w:r>
    </w:p>
    <w:p w14:paraId="530DC44B" w14:textId="77777777" w:rsidR="000772B4" w:rsidRPr="00C74F04" w:rsidRDefault="00746A89">
      <w:pPr>
        <w:spacing w:after="80"/>
        <w:jc w:val="both"/>
        <w:rPr>
          <w:lang w:val="ru-RU"/>
        </w:rPr>
      </w:pPr>
      <w:r w:rsidRPr="00C74F04">
        <w:rPr>
          <w:lang w:val="ru-RU"/>
        </w:rPr>
        <w:t>Тепловая нагрузка горячего водоснабжения определена по всем десяти источникам и в сумме составляет 11,3909 Гкал/ч на 2026 год и 11,4029 Гкал/ч на расчётный срок. Наибольшие значения — УПК № 1 «Таштагол» 5,381 и УПК № 5 «Новый Шерегеш» 3,065 Гкал/ч, наименьшее — УПК № 9 «ГРЭ» 0,002 Гкал/ч.</w:t>
      </w:r>
    </w:p>
    <w:p w14:paraId="523046D0" w14:textId="77777777" w:rsidR="000772B4" w:rsidRPr="00C74F04" w:rsidRDefault="00746A89">
      <w:pPr>
        <w:spacing w:after="80"/>
        <w:jc w:val="both"/>
        <w:rPr>
          <w:lang w:val="ru-RU"/>
        </w:rPr>
      </w:pPr>
      <w:r w:rsidRPr="00C74F04">
        <w:rPr>
          <w:lang w:val="ru-RU"/>
        </w:rPr>
        <w:t>По УПК № 8 «Мундыбаш» тепловая сеть двухтрубная, приготовление горячей воды выполняется по смешанной схеме — одна бойлерная открытая, вторая закрытая; нагрузка горячего водоснабжения этого источника принята агрегированно и составляет 0,819 Гкал/ч, разделение между открытой и закрытой составляющими не выполнено. Термин «четырёхтрубная сеть» к этой системе не применяется. Величина 0,819 Гкал/ч относится к одному источнику и итогом по округу не является.</w:t>
      </w:r>
    </w:p>
    <w:p w14:paraId="2119840A" w14:textId="77777777" w:rsidR="000772B4" w:rsidRPr="00C74F04" w:rsidRDefault="00746A89">
      <w:pPr>
        <w:spacing w:after="80"/>
        <w:jc w:val="both"/>
        <w:rPr>
          <w:lang w:val="ru-RU"/>
        </w:rPr>
      </w:pPr>
      <w:r w:rsidRPr="00C74F04">
        <w:rPr>
          <w:lang w:val="ru-RU"/>
        </w:rPr>
        <w:t>Открытый водоразбор подтверждён численно по девяти источникам из десяти — основанием служит ненулевая строка отпуска теплоносителя в балансе подпитки. По восьми источникам схема открытая, по УПК № 8 «Мундыбаш» — смешанная с открытой составляющей 62 183 т/год. По УПК № 9 «ГРЭ» строки баланса теплоносителя не заполнены, однако тип системы установлен: заголовок зоны на листе «Таблица 3.2» и лист «Таблица 7.1» расчётной книги указывают открытую двухтрубную схему с нагрузкой горячего водоснабжения 0,002 Гкал/ч, а утверждаемая часть схемы Таштагольского городского поселения редакции 2021 года содержит по этому источнику 31 индивидуальный тепловой пункт. Не раскрыт только водный баланс.</w:t>
      </w:r>
    </w:p>
    <w:p w14:paraId="6AEB2B61" w14:textId="77777777" w:rsidR="000772B4" w:rsidRPr="00C74F04" w:rsidRDefault="00746A89">
      <w:pPr>
        <w:spacing w:after="80"/>
        <w:jc w:val="both"/>
        <w:rPr>
          <w:lang w:val="ru-RU"/>
        </w:rPr>
      </w:pPr>
      <w:r w:rsidRPr="00C74F04">
        <w:rPr>
          <w:lang w:val="ru-RU"/>
        </w:rPr>
        <w:t>По УПК № 5 «Новый Шерегеш» баки-аккумуляторы отсутствуют, вследствие чего пиковый водоразбор покрывается непосредственно производительностью водоподготовительной установки без демпфирования. Требуемая аварийная подпитка 101,8 т/ч — наибольшая по округу — почти вчетверо превышает производительность установки 26,4 т/ч.</w:t>
      </w:r>
    </w:p>
    <w:p w14:paraId="5AEC0779" w14:textId="77777777" w:rsidR="0030026E" w:rsidRPr="00782666" w:rsidRDefault="0019537C">
      <w:pPr>
        <w:pStyle w:val="31"/>
        <w:rPr>
          <w:sz w:val="28"/>
          <w:szCs w:val="28"/>
          <w:lang w:val="ru-RU"/>
        </w:rPr>
      </w:pPr>
      <w:r w:rsidRPr="00782666">
        <w:rPr>
          <w:sz w:val="28"/>
          <w:szCs w:val="28"/>
          <w:lang w:val="ru-RU"/>
        </w:rPr>
        <w:t>1.5.3. Анализ фактического теплопотребления за 2025 год</w:t>
      </w:r>
    </w:p>
    <w:p w14:paraId="2BE781B4" w14:textId="77777777" w:rsidR="0030026E" w:rsidRPr="00C74F04" w:rsidRDefault="0019537C">
      <w:pPr>
        <w:rPr>
          <w:lang w:val="ru-RU"/>
        </w:rPr>
      </w:pPr>
      <w:r w:rsidRPr="00C74F04">
        <w:rPr>
          <w:lang w:val="ru-RU"/>
        </w:rPr>
        <w:t xml:space="preserve">Настоящий подраздел введён по результатам рассмотрения проекта экспертизой и опирается на два документа, переданных Заказчиком 19 августа 2026 года: сведения о реализации тепловой энергии за 2025 год с выделением объёма, отпущенного по приборам учёта, и реестр теплосчётчиков на 2026 год. Оба документа зарегистрированы в перечне исходных данных как </w:t>
      </w:r>
      <w:r>
        <w:t>SRC</w:t>
      </w:r>
      <w:r w:rsidRPr="00C74F04">
        <w:rPr>
          <w:lang w:val="ru-RU"/>
        </w:rPr>
        <w:t>-</w:t>
      </w:r>
      <w:r>
        <w:t>NEW</w:t>
      </w:r>
      <w:r w:rsidRPr="00C74F04">
        <w:rPr>
          <w:lang w:val="ru-RU"/>
        </w:rPr>
        <w:t>-</w:t>
      </w:r>
      <w:r>
        <w:t>REALIZATION</w:t>
      </w:r>
      <w:r w:rsidRPr="00C74F04">
        <w:rPr>
          <w:lang w:val="ru-RU"/>
        </w:rPr>
        <w:t xml:space="preserve">-2025 и </w:t>
      </w:r>
      <w:r>
        <w:t>SRC</w:t>
      </w:r>
      <w:r w:rsidRPr="00C74F04">
        <w:rPr>
          <w:lang w:val="ru-RU"/>
        </w:rPr>
        <w:t>-</w:t>
      </w:r>
      <w:r>
        <w:t>NEW</w:t>
      </w:r>
      <w:r w:rsidRPr="00C74F04">
        <w:rPr>
          <w:lang w:val="ru-RU"/>
        </w:rPr>
        <w:t>-</w:t>
      </w:r>
      <w:r>
        <w:t>HEAT</w:t>
      </w:r>
      <w:r w:rsidRPr="00C74F04">
        <w:rPr>
          <w:lang w:val="ru-RU"/>
        </w:rPr>
        <w:t>-</w:t>
      </w:r>
      <w:r>
        <w:t>METERS</w:t>
      </w:r>
      <w:r w:rsidRPr="00C74F04">
        <w:rPr>
          <w:lang w:val="ru-RU"/>
        </w:rPr>
        <w:t>-2026.</w:t>
      </w:r>
    </w:p>
    <w:p w14:paraId="6B679A93" w14:textId="77777777" w:rsidR="0030026E" w:rsidRPr="00C74F04" w:rsidRDefault="0019537C">
      <w:pPr>
        <w:rPr>
          <w:lang w:val="ru-RU"/>
        </w:rPr>
      </w:pPr>
      <w:r w:rsidRPr="00C74F04">
        <w:rPr>
          <w:lang w:val="ru-RU"/>
        </w:rPr>
        <w:t>Приводимые ниже величины относятся к фактической реализации тепловой энергии, измеряемой в гигакалориях в год. Расчётной тепловой нагрузкой, измеряемой в гигакалориях в час, они не являются и в балансы тепловой мощности не переносятся.</w:t>
      </w:r>
    </w:p>
    <w:p w14:paraId="00A1DE7C" w14:textId="77777777" w:rsidR="00B808F9" w:rsidRPr="00C74F04" w:rsidRDefault="00B808F9">
      <w:pPr>
        <w:rPr>
          <w:lang w:val="ru-RU"/>
        </w:rPr>
        <w:sectPr w:rsidR="00B808F9" w:rsidRPr="00C74F04" w:rsidSect="00034616">
          <w:footerReference w:type="default" r:id="rId47"/>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CE0EFDF" w14:textId="77777777" w:rsidR="0030026E" w:rsidRPr="00782666" w:rsidRDefault="0019537C">
      <w:pPr>
        <w:rPr>
          <w:b/>
          <w:bCs/>
          <w:lang w:val="ru-RU"/>
        </w:rPr>
      </w:pPr>
      <w:r w:rsidRPr="00782666">
        <w:rPr>
          <w:b/>
          <w:bCs/>
          <w:lang w:val="ru-RU"/>
        </w:rPr>
        <w:t>Таблица 1.19 — Фактическая реализация тепловой энергии за 2025 год, в том числе по приборам учёта</w:t>
      </w:r>
    </w:p>
    <w:tbl>
      <w:tblPr>
        <w:tblW w:w="5000" w:type="pct"/>
        <w:tblCellMar>
          <w:left w:w="57" w:type="dxa"/>
          <w:right w:w="57" w:type="dxa"/>
        </w:tblCellMar>
        <w:tblLook w:val="04A0" w:firstRow="1" w:lastRow="0" w:firstColumn="1" w:lastColumn="0" w:noHBand="0" w:noVBand="1"/>
      </w:tblPr>
      <w:tblGrid>
        <w:gridCol w:w="1901"/>
        <w:gridCol w:w="1844"/>
        <w:gridCol w:w="1660"/>
        <w:gridCol w:w="1575"/>
        <w:gridCol w:w="1693"/>
        <w:gridCol w:w="1440"/>
        <w:gridCol w:w="2087"/>
        <w:gridCol w:w="2087"/>
      </w:tblGrid>
      <w:tr w:rsidR="0030026E" w:rsidRPr="00C07C05" w14:paraId="023514D8" w14:textId="77777777">
        <w:trPr>
          <w:cantSplit/>
          <w:tblHeader/>
        </w:trPr>
        <w:tc>
          <w:tcPr>
            <w:tcW w:w="1080" w:type="dxa"/>
            <w:shd w:val="clear" w:color="auto" w:fill="E2F0D9"/>
          </w:tcPr>
          <w:p w14:paraId="3C5F1A06" w14:textId="77777777" w:rsidR="0030026E" w:rsidRDefault="0019537C">
            <w:pPr>
              <w:jc w:val="center"/>
            </w:pPr>
            <w:r>
              <w:rPr>
                <w:b/>
              </w:rPr>
              <w:t>Территория</w:t>
            </w:r>
          </w:p>
        </w:tc>
        <w:tc>
          <w:tcPr>
            <w:tcW w:w="1080" w:type="dxa"/>
            <w:shd w:val="clear" w:color="auto" w:fill="E2F0D9"/>
          </w:tcPr>
          <w:p w14:paraId="27763F95" w14:textId="77777777" w:rsidR="0030026E" w:rsidRDefault="0019537C">
            <w:pPr>
              <w:jc w:val="center"/>
            </w:pPr>
            <w:r>
              <w:rPr>
                <w:b/>
              </w:rPr>
              <w:t>Реализация всего, Гкал/год</w:t>
            </w:r>
          </w:p>
        </w:tc>
        <w:tc>
          <w:tcPr>
            <w:tcW w:w="1080" w:type="dxa"/>
            <w:shd w:val="clear" w:color="auto" w:fill="E2F0D9"/>
          </w:tcPr>
          <w:p w14:paraId="7E720414" w14:textId="77777777" w:rsidR="0030026E" w:rsidRPr="00C74F04" w:rsidRDefault="0019537C">
            <w:pPr>
              <w:jc w:val="center"/>
              <w:rPr>
                <w:lang w:val="ru-RU"/>
              </w:rPr>
            </w:pPr>
            <w:r w:rsidRPr="00C74F04">
              <w:rPr>
                <w:b/>
                <w:lang w:val="ru-RU"/>
              </w:rPr>
              <w:t>Отпущено по приборам учёта, Гкал/год</w:t>
            </w:r>
          </w:p>
        </w:tc>
        <w:tc>
          <w:tcPr>
            <w:tcW w:w="1080" w:type="dxa"/>
            <w:shd w:val="clear" w:color="auto" w:fill="E2F0D9"/>
          </w:tcPr>
          <w:p w14:paraId="77136202" w14:textId="77777777" w:rsidR="0030026E" w:rsidRDefault="0019537C">
            <w:pPr>
              <w:jc w:val="center"/>
            </w:pPr>
            <w:r>
              <w:rPr>
                <w:b/>
              </w:rPr>
              <w:t>Доля по приборам учёта, %</w:t>
            </w:r>
          </w:p>
        </w:tc>
        <w:tc>
          <w:tcPr>
            <w:tcW w:w="1080" w:type="dxa"/>
            <w:shd w:val="clear" w:color="auto" w:fill="E2F0D9"/>
          </w:tcPr>
          <w:p w14:paraId="3DA3D28D" w14:textId="77777777" w:rsidR="0030026E" w:rsidRPr="00C74F04" w:rsidRDefault="0019537C">
            <w:pPr>
              <w:jc w:val="center"/>
              <w:rPr>
                <w:lang w:val="ru-RU"/>
              </w:rPr>
            </w:pPr>
            <w:r w:rsidRPr="00C74F04">
              <w:rPr>
                <w:b/>
                <w:lang w:val="ru-RU"/>
              </w:rPr>
              <w:t>в том числе население, Гкал/год</w:t>
            </w:r>
          </w:p>
        </w:tc>
        <w:tc>
          <w:tcPr>
            <w:tcW w:w="1080" w:type="dxa"/>
            <w:shd w:val="clear" w:color="auto" w:fill="E2F0D9"/>
          </w:tcPr>
          <w:p w14:paraId="50D12D62" w14:textId="77777777" w:rsidR="0030026E" w:rsidRPr="00C74F04" w:rsidRDefault="0019537C">
            <w:pPr>
              <w:jc w:val="center"/>
              <w:rPr>
                <w:lang w:val="ru-RU"/>
              </w:rPr>
            </w:pPr>
            <w:r w:rsidRPr="00C74F04">
              <w:rPr>
                <w:b/>
                <w:lang w:val="ru-RU"/>
              </w:rPr>
              <w:t>в том числе ПАО «Евраз», Гкал/год</w:t>
            </w:r>
          </w:p>
        </w:tc>
        <w:tc>
          <w:tcPr>
            <w:tcW w:w="1080" w:type="dxa"/>
            <w:shd w:val="clear" w:color="auto" w:fill="E2F0D9"/>
          </w:tcPr>
          <w:p w14:paraId="03C6F15B" w14:textId="77777777" w:rsidR="0030026E" w:rsidRPr="00C74F04" w:rsidRDefault="0019537C">
            <w:pPr>
              <w:jc w:val="center"/>
              <w:rPr>
                <w:lang w:val="ru-RU"/>
              </w:rPr>
            </w:pPr>
            <w:r w:rsidRPr="00C74F04">
              <w:rPr>
                <w:b/>
                <w:lang w:val="ru-RU"/>
              </w:rPr>
              <w:t>в том числе бюджетные организации, Гкал/год</w:t>
            </w:r>
          </w:p>
        </w:tc>
        <w:tc>
          <w:tcPr>
            <w:tcW w:w="1080" w:type="dxa"/>
            <w:shd w:val="clear" w:color="auto" w:fill="E2F0D9"/>
          </w:tcPr>
          <w:p w14:paraId="0225E0FE" w14:textId="77777777" w:rsidR="0030026E" w:rsidRPr="00C74F04" w:rsidRDefault="0019537C">
            <w:pPr>
              <w:jc w:val="center"/>
              <w:rPr>
                <w:lang w:val="ru-RU"/>
              </w:rPr>
            </w:pPr>
            <w:r w:rsidRPr="00C74F04">
              <w:rPr>
                <w:b/>
                <w:lang w:val="ru-RU"/>
              </w:rPr>
              <w:t>в том числе прочие организации, Гкал/год</w:t>
            </w:r>
          </w:p>
        </w:tc>
      </w:tr>
      <w:tr w:rsidR="0030026E" w14:paraId="4ED71A55" w14:textId="77777777">
        <w:trPr>
          <w:cantSplit/>
        </w:trPr>
        <w:tc>
          <w:tcPr>
            <w:tcW w:w="1080" w:type="dxa"/>
            <w:shd w:val="clear" w:color="auto" w:fill="F2F2F2"/>
          </w:tcPr>
          <w:p w14:paraId="496D4829" w14:textId="77777777" w:rsidR="0030026E" w:rsidRDefault="0019537C">
            <w:r>
              <w:t>пгт Спасск</w:t>
            </w:r>
          </w:p>
        </w:tc>
        <w:tc>
          <w:tcPr>
            <w:tcW w:w="1080" w:type="dxa"/>
            <w:shd w:val="clear" w:color="auto" w:fill="FFFFFF"/>
          </w:tcPr>
          <w:p w14:paraId="00762562" w14:textId="77777777" w:rsidR="0030026E" w:rsidRDefault="0019537C">
            <w:r>
              <w:t>3 495,0</w:t>
            </w:r>
          </w:p>
        </w:tc>
        <w:tc>
          <w:tcPr>
            <w:tcW w:w="1080" w:type="dxa"/>
            <w:shd w:val="clear" w:color="auto" w:fill="FFFFFF"/>
          </w:tcPr>
          <w:p w14:paraId="4F84E04A" w14:textId="77777777" w:rsidR="0030026E" w:rsidRDefault="0019537C">
            <w:r>
              <w:t>27,14</w:t>
            </w:r>
          </w:p>
        </w:tc>
        <w:tc>
          <w:tcPr>
            <w:tcW w:w="1080" w:type="dxa"/>
            <w:shd w:val="clear" w:color="auto" w:fill="FFFFFF"/>
          </w:tcPr>
          <w:p w14:paraId="379D5FDC" w14:textId="77777777" w:rsidR="0030026E" w:rsidRDefault="0019537C">
            <w:r>
              <w:t>0,78</w:t>
            </w:r>
          </w:p>
        </w:tc>
        <w:tc>
          <w:tcPr>
            <w:tcW w:w="1080" w:type="dxa"/>
            <w:shd w:val="clear" w:color="auto" w:fill="FFFFFF"/>
          </w:tcPr>
          <w:p w14:paraId="2B734C38" w14:textId="77777777" w:rsidR="0030026E" w:rsidRDefault="0019537C">
            <w:r>
              <w:t>27,14</w:t>
            </w:r>
          </w:p>
        </w:tc>
        <w:tc>
          <w:tcPr>
            <w:tcW w:w="1080" w:type="dxa"/>
            <w:shd w:val="clear" w:color="auto" w:fill="FFFFFF"/>
          </w:tcPr>
          <w:p w14:paraId="013FDD42" w14:textId="77777777" w:rsidR="0030026E" w:rsidRDefault="0019537C">
            <w:r>
              <w:t>—</w:t>
            </w:r>
          </w:p>
        </w:tc>
        <w:tc>
          <w:tcPr>
            <w:tcW w:w="1080" w:type="dxa"/>
            <w:shd w:val="clear" w:color="auto" w:fill="FFFFFF"/>
          </w:tcPr>
          <w:p w14:paraId="0A17E973" w14:textId="77777777" w:rsidR="0030026E" w:rsidRDefault="0019537C">
            <w:r>
              <w:t>—</w:t>
            </w:r>
          </w:p>
        </w:tc>
        <w:tc>
          <w:tcPr>
            <w:tcW w:w="1080" w:type="dxa"/>
            <w:shd w:val="clear" w:color="auto" w:fill="FFFFFF"/>
          </w:tcPr>
          <w:p w14:paraId="5263844B" w14:textId="77777777" w:rsidR="0030026E" w:rsidRDefault="0019537C">
            <w:r>
              <w:t>—</w:t>
            </w:r>
          </w:p>
        </w:tc>
      </w:tr>
      <w:tr w:rsidR="0030026E" w14:paraId="47D3B5F4" w14:textId="77777777">
        <w:trPr>
          <w:cantSplit/>
        </w:trPr>
        <w:tc>
          <w:tcPr>
            <w:tcW w:w="1080" w:type="dxa"/>
            <w:shd w:val="clear" w:color="auto" w:fill="F2F2F2"/>
          </w:tcPr>
          <w:p w14:paraId="2D1A1263" w14:textId="77777777" w:rsidR="0030026E" w:rsidRDefault="0019537C">
            <w:r>
              <w:t>г. Таштагол</w:t>
            </w:r>
          </w:p>
        </w:tc>
        <w:tc>
          <w:tcPr>
            <w:tcW w:w="1080" w:type="dxa"/>
            <w:shd w:val="clear" w:color="auto" w:fill="FFFFFF"/>
          </w:tcPr>
          <w:p w14:paraId="5C401BD5" w14:textId="77777777" w:rsidR="0030026E" w:rsidRDefault="0019537C">
            <w:r>
              <w:t>197 520,0</w:t>
            </w:r>
          </w:p>
        </w:tc>
        <w:tc>
          <w:tcPr>
            <w:tcW w:w="1080" w:type="dxa"/>
            <w:shd w:val="clear" w:color="auto" w:fill="FFFFFF"/>
          </w:tcPr>
          <w:p w14:paraId="2278993E" w14:textId="77777777" w:rsidR="0030026E" w:rsidRDefault="0019537C">
            <w:r>
              <w:t>123 693,32</w:t>
            </w:r>
          </w:p>
        </w:tc>
        <w:tc>
          <w:tcPr>
            <w:tcW w:w="1080" w:type="dxa"/>
            <w:shd w:val="clear" w:color="auto" w:fill="FFFFFF"/>
          </w:tcPr>
          <w:p w14:paraId="079B915B" w14:textId="77777777" w:rsidR="0030026E" w:rsidRDefault="0019537C">
            <w:r>
              <w:t>62,62</w:t>
            </w:r>
          </w:p>
        </w:tc>
        <w:tc>
          <w:tcPr>
            <w:tcW w:w="1080" w:type="dxa"/>
            <w:shd w:val="clear" w:color="auto" w:fill="FFFFFF"/>
          </w:tcPr>
          <w:p w14:paraId="7623FB84" w14:textId="77777777" w:rsidR="0030026E" w:rsidRDefault="0019537C">
            <w:r>
              <w:t>26 115,47</w:t>
            </w:r>
          </w:p>
        </w:tc>
        <w:tc>
          <w:tcPr>
            <w:tcW w:w="1080" w:type="dxa"/>
            <w:shd w:val="clear" w:color="auto" w:fill="FFFFFF"/>
          </w:tcPr>
          <w:p w14:paraId="5D74DE47" w14:textId="77777777" w:rsidR="0030026E" w:rsidRDefault="0019537C">
            <w:r>
              <w:t>82 420,40</w:t>
            </w:r>
          </w:p>
        </w:tc>
        <w:tc>
          <w:tcPr>
            <w:tcW w:w="1080" w:type="dxa"/>
            <w:shd w:val="clear" w:color="auto" w:fill="FFFFFF"/>
          </w:tcPr>
          <w:p w14:paraId="67803636" w14:textId="77777777" w:rsidR="0030026E" w:rsidRDefault="0019537C">
            <w:r>
              <w:t>11 712,16</w:t>
            </w:r>
          </w:p>
        </w:tc>
        <w:tc>
          <w:tcPr>
            <w:tcW w:w="1080" w:type="dxa"/>
            <w:shd w:val="clear" w:color="auto" w:fill="FFFFFF"/>
          </w:tcPr>
          <w:p w14:paraId="3CACAF73" w14:textId="77777777" w:rsidR="0030026E" w:rsidRDefault="0019537C">
            <w:r>
              <w:t>3 445,30</w:t>
            </w:r>
          </w:p>
        </w:tc>
      </w:tr>
      <w:tr w:rsidR="0030026E" w14:paraId="3EB3A673" w14:textId="77777777">
        <w:trPr>
          <w:cantSplit/>
        </w:trPr>
        <w:tc>
          <w:tcPr>
            <w:tcW w:w="1080" w:type="dxa"/>
            <w:shd w:val="clear" w:color="auto" w:fill="F2F2F2"/>
          </w:tcPr>
          <w:p w14:paraId="1FF8300D" w14:textId="77777777" w:rsidR="0030026E" w:rsidRDefault="0019537C">
            <w:r>
              <w:t>пгт Каз</w:t>
            </w:r>
          </w:p>
        </w:tc>
        <w:tc>
          <w:tcPr>
            <w:tcW w:w="1080" w:type="dxa"/>
            <w:shd w:val="clear" w:color="auto" w:fill="FFFFFF"/>
          </w:tcPr>
          <w:p w14:paraId="0F583778" w14:textId="77777777" w:rsidR="0030026E" w:rsidRDefault="0019537C">
            <w:r>
              <w:t>32 399,2</w:t>
            </w:r>
          </w:p>
        </w:tc>
        <w:tc>
          <w:tcPr>
            <w:tcW w:w="1080" w:type="dxa"/>
            <w:shd w:val="clear" w:color="auto" w:fill="FFFFFF"/>
          </w:tcPr>
          <w:p w14:paraId="4654BAC7" w14:textId="77777777" w:rsidR="0030026E" w:rsidRDefault="0019537C">
            <w:r>
              <w:t>18 790,76</w:t>
            </w:r>
          </w:p>
        </w:tc>
        <w:tc>
          <w:tcPr>
            <w:tcW w:w="1080" w:type="dxa"/>
            <w:shd w:val="clear" w:color="auto" w:fill="FFFFFF"/>
          </w:tcPr>
          <w:p w14:paraId="3B8E495F" w14:textId="77777777" w:rsidR="0030026E" w:rsidRDefault="0019537C">
            <w:r>
              <w:t>58,00</w:t>
            </w:r>
          </w:p>
        </w:tc>
        <w:tc>
          <w:tcPr>
            <w:tcW w:w="1080" w:type="dxa"/>
            <w:shd w:val="clear" w:color="auto" w:fill="FFFFFF"/>
          </w:tcPr>
          <w:p w14:paraId="5CA19CA0" w14:textId="77777777" w:rsidR="0030026E" w:rsidRDefault="0019537C">
            <w:r>
              <w:t>5 364,69</w:t>
            </w:r>
          </w:p>
        </w:tc>
        <w:tc>
          <w:tcPr>
            <w:tcW w:w="1080" w:type="dxa"/>
            <w:shd w:val="clear" w:color="auto" w:fill="FFFFFF"/>
          </w:tcPr>
          <w:p w14:paraId="3F027B2B" w14:textId="77777777" w:rsidR="0030026E" w:rsidRDefault="0019537C">
            <w:r>
              <w:t>11 543,60</w:t>
            </w:r>
          </w:p>
        </w:tc>
        <w:tc>
          <w:tcPr>
            <w:tcW w:w="1080" w:type="dxa"/>
            <w:shd w:val="clear" w:color="auto" w:fill="FFFFFF"/>
          </w:tcPr>
          <w:p w14:paraId="5D3C00AD" w14:textId="77777777" w:rsidR="0030026E" w:rsidRDefault="0019537C">
            <w:r>
              <w:t>1 625,14</w:t>
            </w:r>
          </w:p>
        </w:tc>
        <w:tc>
          <w:tcPr>
            <w:tcW w:w="1080" w:type="dxa"/>
            <w:shd w:val="clear" w:color="auto" w:fill="FFFFFF"/>
          </w:tcPr>
          <w:p w14:paraId="61F2E7CE" w14:textId="77777777" w:rsidR="0030026E" w:rsidRDefault="0019537C">
            <w:r>
              <w:t>257,34</w:t>
            </w:r>
          </w:p>
        </w:tc>
      </w:tr>
      <w:tr w:rsidR="0030026E" w14:paraId="4F873964" w14:textId="77777777">
        <w:trPr>
          <w:cantSplit/>
        </w:trPr>
        <w:tc>
          <w:tcPr>
            <w:tcW w:w="1080" w:type="dxa"/>
            <w:shd w:val="clear" w:color="auto" w:fill="F2F2F2"/>
          </w:tcPr>
          <w:p w14:paraId="0D0550BD" w14:textId="77777777" w:rsidR="0030026E" w:rsidRDefault="0019537C">
            <w:r>
              <w:t>пгт Темиртау</w:t>
            </w:r>
          </w:p>
        </w:tc>
        <w:tc>
          <w:tcPr>
            <w:tcW w:w="1080" w:type="dxa"/>
            <w:shd w:val="clear" w:color="auto" w:fill="FFFFFF"/>
          </w:tcPr>
          <w:p w14:paraId="1FF716AA" w14:textId="77777777" w:rsidR="0030026E" w:rsidRDefault="0019537C">
            <w:r>
              <w:t>18 330,5</w:t>
            </w:r>
          </w:p>
        </w:tc>
        <w:tc>
          <w:tcPr>
            <w:tcW w:w="1080" w:type="dxa"/>
            <w:shd w:val="clear" w:color="auto" w:fill="FFFFFF"/>
          </w:tcPr>
          <w:p w14:paraId="652D2D7B" w14:textId="77777777" w:rsidR="0030026E" w:rsidRDefault="0019537C">
            <w:r>
              <w:t>738,50</w:t>
            </w:r>
          </w:p>
        </w:tc>
        <w:tc>
          <w:tcPr>
            <w:tcW w:w="1080" w:type="dxa"/>
            <w:shd w:val="clear" w:color="auto" w:fill="FFFFFF"/>
          </w:tcPr>
          <w:p w14:paraId="1136AA98" w14:textId="77777777" w:rsidR="0030026E" w:rsidRDefault="0019537C">
            <w:r>
              <w:t>4,03</w:t>
            </w:r>
          </w:p>
        </w:tc>
        <w:tc>
          <w:tcPr>
            <w:tcW w:w="1080" w:type="dxa"/>
            <w:shd w:val="clear" w:color="auto" w:fill="FFFFFF"/>
          </w:tcPr>
          <w:p w14:paraId="793B33B3" w14:textId="77777777" w:rsidR="0030026E" w:rsidRDefault="0019537C">
            <w:r>
              <w:t>572,55</w:t>
            </w:r>
          </w:p>
        </w:tc>
        <w:tc>
          <w:tcPr>
            <w:tcW w:w="1080" w:type="dxa"/>
            <w:shd w:val="clear" w:color="auto" w:fill="FFFFFF"/>
          </w:tcPr>
          <w:p w14:paraId="6F3B59DA" w14:textId="77777777" w:rsidR="0030026E" w:rsidRDefault="0019537C">
            <w:r>
              <w:t>—</w:t>
            </w:r>
          </w:p>
        </w:tc>
        <w:tc>
          <w:tcPr>
            <w:tcW w:w="1080" w:type="dxa"/>
            <w:shd w:val="clear" w:color="auto" w:fill="FFFFFF"/>
          </w:tcPr>
          <w:p w14:paraId="52F2FBE7" w14:textId="77777777" w:rsidR="0030026E" w:rsidRDefault="0019537C">
            <w:r>
              <w:t>—</w:t>
            </w:r>
          </w:p>
        </w:tc>
        <w:tc>
          <w:tcPr>
            <w:tcW w:w="1080" w:type="dxa"/>
            <w:shd w:val="clear" w:color="auto" w:fill="FFFFFF"/>
          </w:tcPr>
          <w:p w14:paraId="4EB6A28F" w14:textId="77777777" w:rsidR="0030026E" w:rsidRDefault="0019537C">
            <w:r>
              <w:t>165,95</w:t>
            </w:r>
          </w:p>
        </w:tc>
      </w:tr>
      <w:tr w:rsidR="0030026E" w14:paraId="23CC5E11" w14:textId="77777777">
        <w:trPr>
          <w:cantSplit/>
        </w:trPr>
        <w:tc>
          <w:tcPr>
            <w:tcW w:w="1080" w:type="dxa"/>
            <w:shd w:val="clear" w:color="auto" w:fill="F2F2F2"/>
          </w:tcPr>
          <w:p w14:paraId="11B18B52" w14:textId="77777777" w:rsidR="0030026E" w:rsidRDefault="0019537C">
            <w:r>
              <w:t>пгт Мундыбаш</w:t>
            </w:r>
          </w:p>
        </w:tc>
        <w:tc>
          <w:tcPr>
            <w:tcW w:w="1080" w:type="dxa"/>
            <w:shd w:val="clear" w:color="auto" w:fill="FFFFFF"/>
          </w:tcPr>
          <w:p w14:paraId="633A8208" w14:textId="77777777" w:rsidR="0030026E" w:rsidRDefault="0019537C">
            <w:r>
              <w:t>21 445,3</w:t>
            </w:r>
          </w:p>
        </w:tc>
        <w:tc>
          <w:tcPr>
            <w:tcW w:w="1080" w:type="dxa"/>
            <w:shd w:val="clear" w:color="auto" w:fill="FFFFFF"/>
          </w:tcPr>
          <w:p w14:paraId="569B646A" w14:textId="77777777" w:rsidR="0030026E" w:rsidRDefault="0019537C">
            <w:r>
              <w:t>6 218,47</w:t>
            </w:r>
          </w:p>
        </w:tc>
        <w:tc>
          <w:tcPr>
            <w:tcW w:w="1080" w:type="dxa"/>
            <w:shd w:val="clear" w:color="auto" w:fill="FFFFFF"/>
          </w:tcPr>
          <w:p w14:paraId="22682BD9" w14:textId="77777777" w:rsidR="0030026E" w:rsidRDefault="0019537C">
            <w:r>
              <w:t>28,99</w:t>
            </w:r>
          </w:p>
        </w:tc>
        <w:tc>
          <w:tcPr>
            <w:tcW w:w="1080" w:type="dxa"/>
            <w:shd w:val="clear" w:color="auto" w:fill="FFFFFF"/>
          </w:tcPr>
          <w:p w14:paraId="1166E88B" w14:textId="77777777" w:rsidR="0030026E" w:rsidRDefault="0019537C">
            <w:r>
              <w:t>4 640,29</w:t>
            </w:r>
          </w:p>
        </w:tc>
        <w:tc>
          <w:tcPr>
            <w:tcW w:w="1080" w:type="dxa"/>
            <w:shd w:val="clear" w:color="auto" w:fill="FFFFFF"/>
          </w:tcPr>
          <w:p w14:paraId="33F3E5A1" w14:textId="77777777" w:rsidR="0030026E" w:rsidRDefault="0019537C">
            <w:r>
              <w:t>—</w:t>
            </w:r>
          </w:p>
        </w:tc>
        <w:tc>
          <w:tcPr>
            <w:tcW w:w="1080" w:type="dxa"/>
            <w:shd w:val="clear" w:color="auto" w:fill="FFFFFF"/>
          </w:tcPr>
          <w:p w14:paraId="2EBD0FC1" w14:textId="77777777" w:rsidR="0030026E" w:rsidRDefault="0019537C">
            <w:r>
              <w:t>1 466,75</w:t>
            </w:r>
          </w:p>
        </w:tc>
        <w:tc>
          <w:tcPr>
            <w:tcW w:w="1080" w:type="dxa"/>
            <w:shd w:val="clear" w:color="auto" w:fill="FFFFFF"/>
          </w:tcPr>
          <w:p w14:paraId="261236C8" w14:textId="77777777" w:rsidR="0030026E" w:rsidRDefault="0019537C">
            <w:r>
              <w:t>111,43</w:t>
            </w:r>
          </w:p>
        </w:tc>
      </w:tr>
      <w:tr w:rsidR="0030026E" w14:paraId="109C3E19" w14:textId="77777777">
        <w:trPr>
          <w:cantSplit/>
        </w:trPr>
        <w:tc>
          <w:tcPr>
            <w:tcW w:w="1080" w:type="dxa"/>
            <w:shd w:val="clear" w:color="auto" w:fill="F2F2F2"/>
          </w:tcPr>
          <w:p w14:paraId="7241699F" w14:textId="77777777" w:rsidR="0030026E" w:rsidRDefault="0019537C">
            <w:r>
              <w:t>пгт Шерегеш</w:t>
            </w:r>
          </w:p>
        </w:tc>
        <w:tc>
          <w:tcPr>
            <w:tcW w:w="1080" w:type="dxa"/>
            <w:shd w:val="clear" w:color="auto" w:fill="FFFFFF"/>
          </w:tcPr>
          <w:p w14:paraId="527DE27C" w14:textId="77777777" w:rsidR="0030026E" w:rsidRDefault="0019537C">
            <w:r>
              <w:t>108 240,0</w:t>
            </w:r>
          </w:p>
        </w:tc>
        <w:tc>
          <w:tcPr>
            <w:tcW w:w="1080" w:type="dxa"/>
            <w:shd w:val="clear" w:color="auto" w:fill="FFFFFF"/>
          </w:tcPr>
          <w:p w14:paraId="42669446" w14:textId="77777777" w:rsidR="0030026E" w:rsidRDefault="0019537C">
            <w:r>
              <w:t>50 427,02</w:t>
            </w:r>
          </w:p>
        </w:tc>
        <w:tc>
          <w:tcPr>
            <w:tcW w:w="1080" w:type="dxa"/>
            <w:shd w:val="clear" w:color="auto" w:fill="FFFFFF"/>
          </w:tcPr>
          <w:p w14:paraId="74532A7A" w14:textId="77777777" w:rsidR="0030026E" w:rsidRDefault="0019537C">
            <w:r>
              <w:t>46,59</w:t>
            </w:r>
          </w:p>
        </w:tc>
        <w:tc>
          <w:tcPr>
            <w:tcW w:w="1080" w:type="dxa"/>
            <w:shd w:val="clear" w:color="auto" w:fill="FFFFFF"/>
          </w:tcPr>
          <w:p w14:paraId="35917D7C" w14:textId="77777777" w:rsidR="0030026E" w:rsidRDefault="0019537C">
            <w:r>
              <w:t>9 103,36</w:t>
            </w:r>
          </w:p>
        </w:tc>
        <w:tc>
          <w:tcPr>
            <w:tcW w:w="1080" w:type="dxa"/>
            <w:shd w:val="clear" w:color="auto" w:fill="FFFFFF"/>
          </w:tcPr>
          <w:p w14:paraId="2987DEEE" w14:textId="77777777" w:rsidR="0030026E" w:rsidRDefault="0019537C">
            <w:r>
              <w:t>37 141,68</w:t>
            </w:r>
          </w:p>
        </w:tc>
        <w:tc>
          <w:tcPr>
            <w:tcW w:w="1080" w:type="dxa"/>
            <w:shd w:val="clear" w:color="auto" w:fill="FFFFFF"/>
          </w:tcPr>
          <w:p w14:paraId="5C8024FB" w14:textId="77777777" w:rsidR="0030026E" w:rsidRDefault="0019537C">
            <w:r>
              <w:t>890,57</w:t>
            </w:r>
          </w:p>
        </w:tc>
        <w:tc>
          <w:tcPr>
            <w:tcW w:w="1080" w:type="dxa"/>
            <w:shd w:val="clear" w:color="auto" w:fill="FFFFFF"/>
          </w:tcPr>
          <w:p w14:paraId="3B1786D4" w14:textId="77777777" w:rsidR="0030026E" w:rsidRDefault="0019537C">
            <w:r>
              <w:t>3 291,40</w:t>
            </w:r>
          </w:p>
        </w:tc>
      </w:tr>
      <w:tr w:rsidR="0030026E" w14:paraId="349689F4" w14:textId="77777777">
        <w:trPr>
          <w:cantSplit/>
        </w:trPr>
        <w:tc>
          <w:tcPr>
            <w:tcW w:w="1080" w:type="dxa"/>
            <w:shd w:val="clear" w:color="auto" w:fill="DBE5F1"/>
          </w:tcPr>
          <w:p w14:paraId="5506F8B5" w14:textId="77777777" w:rsidR="0030026E" w:rsidRDefault="0019537C">
            <w:r>
              <w:rPr>
                <w:b/>
              </w:rPr>
              <w:t>Итого по округу</w:t>
            </w:r>
          </w:p>
        </w:tc>
        <w:tc>
          <w:tcPr>
            <w:tcW w:w="1080" w:type="dxa"/>
            <w:shd w:val="clear" w:color="auto" w:fill="DBE5F1"/>
          </w:tcPr>
          <w:p w14:paraId="0780175E" w14:textId="77777777" w:rsidR="0030026E" w:rsidRDefault="0019537C">
            <w:r>
              <w:rPr>
                <w:b/>
              </w:rPr>
              <w:t>381 430,0</w:t>
            </w:r>
          </w:p>
        </w:tc>
        <w:tc>
          <w:tcPr>
            <w:tcW w:w="1080" w:type="dxa"/>
            <w:shd w:val="clear" w:color="auto" w:fill="DBE5F1"/>
          </w:tcPr>
          <w:p w14:paraId="580D1BEE" w14:textId="77777777" w:rsidR="0030026E" w:rsidRDefault="0019537C">
            <w:r>
              <w:rPr>
                <w:b/>
              </w:rPr>
              <w:t>199 895,21</w:t>
            </w:r>
          </w:p>
        </w:tc>
        <w:tc>
          <w:tcPr>
            <w:tcW w:w="1080" w:type="dxa"/>
            <w:shd w:val="clear" w:color="auto" w:fill="DBE5F1"/>
          </w:tcPr>
          <w:p w14:paraId="09F56ECD" w14:textId="77777777" w:rsidR="0030026E" w:rsidRDefault="0019537C">
            <w:r>
              <w:rPr>
                <w:b/>
              </w:rPr>
              <w:t>52,41</w:t>
            </w:r>
          </w:p>
        </w:tc>
        <w:tc>
          <w:tcPr>
            <w:tcW w:w="1080" w:type="dxa"/>
            <w:shd w:val="clear" w:color="auto" w:fill="DBE5F1"/>
          </w:tcPr>
          <w:p w14:paraId="27A8732F" w14:textId="77777777" w:rsidR="0030026E" w:rsidRDefault="0019537C">
            <w:r>
              <w:rPr>
                <w:b/>
              </w:rPr>
              <w:t>45 823,49</w:t>
            </w:r>
          </w:p>
        </w:tc>
        <w:tc>
          <w:tcPr>
            <w:tcW w:w="1080" w:type="dxa"/>
            <w:shd w:val="clear" w:color="auto" w:fill="DBE5F1"/>
          </w:tcPr>
          <w:p w14:paraId="04579B35" w14:textId="77777777" w:rsidR="0030026E" w:rsidRDefault="0019537C">
            <w:r>
              <w:rPr>
                <w:b/>
              </w:rPr>
              <w:t>131 105,68</w:t>
            </w:r>
          </w:p>
        </w:tc>
        <w:tc>
          <w:tcPr>
            <w:tcW w:w="1080" w:type="dxa"/>
            <w:shd w:val="clear" w:color="auto" w:fill="DBE5F1"/>
          </w:tcPr>
          <w:p w14:paraId="2FE9FE85" w14:textId="77777777" w:rsidR="0030026E" w:rsidRDefault="0019537C">
            <w:r>
              <w:rPr>
                <w:b/>
              </w:rPr>
              <w:t>15 694,62</w:t>
            </w:r>
          </w:p>
        </w:tc>
        <w:tc>
          <w:tcPr>
            <w:tcW w:w="1080" w:type="dxa"/>
            <w:shd w:val="clear" w:color="auto" w:fill="DBE5F1"/>
          </w:tcPr>
          <w:p w14:paraId="3ED60BFC" w14:textId="77777777" w:rsidR="0030026E" w:rsidRDefault="0019537C">
            <w:r>
              <w:rPr>
                <w:b/>
              </w:rPr>
              <w:t>7 271,42</w:t>
            </w:r>
          </w:p>
        </w:tc>
      </w:tr>
    </w:tbl>
    <w:p w14:paraId="0E373374" w14:textId="77777777" w:rsidR="00B808F9" w:rsidRDefault="00B808F9">
      <w:pPr>
        <w:sectPr w:rsidR="00B808F9" w:rsidSect="00034616">
          <w:footerReference w:type="default" r:id="rId48"/>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76BDAC80" w14:textId="77777777" w:rsidR="0030026E" w:rsidRPr="00C74F04" w:rsidRDefault="0019537C">
      <w:pPr>
        <w:rPr>
          <w:lang w:val="ru-RU"/>
        </w:rPr>
      </w:pPr>
      <w:r w:rsidRPr="00C74F04">
        <w:rPr>
          <w:lang w:val="ru-RU"/>
        </w:rPr>
        <w:t>Реализация по округу за 2025 год составила 381 430,0 Гкал, из них приборами учёта измерено 199 895,21 Гкал, или 52,41 процента. Разброс по территориям предельно велик: от 0,78 процента по Спасску до 62,62 процента по Таштаголу. Наибольший измеренный объём приходится на ПАО «Евраз» — 131 105,68 Гкал, или 65,59 процента всего объёма, учтённого приборами. Структура потребления по расчётным методам источником не раскрыта и здесь не достраивается.</w:t>
      </w:r>
    </w:p>
    <w:p w14:paraId="658F8FA7" w14:textId="77777777" w:rsidR="00B808F9" w:rsidRPr="00782666" w:rsidRDefault="00B96FD3">
      <w:pPr>
        <w:pStyle w:val="31"/>
        <w:rPr>
          <w:sz w:val="28"/>
          <w:szCs w:val="28"/>
          <w:lang w:val="ru-RU"/>
        </w:rPr>
      </w:pPr>
      <w:r w:rsidRPr="00782666">
        <w:rPr>
          <w:sz w:val="28"/>
          <w:szCs w:val="28"/>
          <w:lang w:val="ru-RU"/>
        </w:rPr>
        <w:t>1.5.4. Состояние коммерческого учёта тепловой энергии и теплоносителя</w:t>
      </w:r>
    </w:p>
    <w:p w14:paraId="4F86DBE6" w14:textId="77777777" w:rsidR="00B808F9" w:rsidRPr="00C74F04" w:rsidRDefault="00B96FD3">
      <w:pPr>
        <w:rPr>
          <w:lang w:val="ru-RU"/>
        </w:rPr>
      </w:pPr>
      <w:r w:rsidRPr="00C74F04">
        <w:rPr>
          <w:lang w:val="ru-RU"/>
        </w:rPr>
        <w:t>Состояние приборного учёта рассматривается самостоятельным подразделом: оно определяет достоверность всех последующих балансов тепловой энергии и является предметом отдельного требования к обосновывающим материалам.</w:t>
      </w:r>
    </w:p>
    <w:p w14:paraId="03AEE56B" w14:textId="77777777" w:rsidR="0030026E" w:rsidRPr="00782666" w:rsidRDefault="0019537C">
      <w:pPr>
        <w:rPr>
          <w:b/>
          <w:bCs/>
          <w:lang w:val="ru-RU"/>
        </w:rPr>
      </w:pPr>
      <w:r w:rsidRPr="00782666">
        <w:rPr>
          <w:b/>
          <w:bCs/>
          <w:lang w:val="ru-RU"/>
        </w:rPr>
        <w:t>Таблица 1.20 — Оснащённость потребителей приборами учёта тепловой энергии на 2026 год</w:t>
      </w:r>
    </w:p>
    <w:tbl>
      <w:tblPr>
        <w:tblW w:w="5000" w:type="pct"/>
        <w:tblCellMar>
          <w:left w:w="57" w:type="dxa"/>
          <w:right w:w="57" w:type="dxa"/>
        </w:tblCellMar>
        <w:tblLook w:val="04A0" w:firstRow="1" w:lastRow="0" w:firstColumn="1" w:lastColumn="0" w:noHBand="0" w:noVBand="1"/>
      </w:tblPr>
      <w:tblGrid>
        <w:gridCol w:w="1850"/>
        <w:gridCol w:w="1849"/>
        <w:gridCol w:w="1849"/>
        <w:gridCol w:w="1958"/>
        <w:gridCol w:w="1849"/>
      </w:tblGrid>
      <w:tr w:rsidR="0030026E" w14:paraId="65204C88" w14:textId="77777777">
        <w:trPr>
          <w:cantSplit/>
          <w:tblHeader/>
        </w:trPr>
        <w:tc>
          <w:tcPr>
            <w:tcW w:w="1728" w:type="dxa"/>
            <w:shd w:val="clear" w:color="auto" w:fill="E2F0D9"/>
          </w:tcPr>
          <w:p w14:paraId="67A3EBB2" w14:textId="77777777" w:rsidR="0030026E" w:rsidRDefault="0019537C">
            <w:pPr>
              <w:jc w:val="center"/>
            </w:pPr>
            <w:r>
              <w:rPr>
                <w:b/>
              </w:rPr>
              <w:t>Территория</w:t>
            </w:r>
          </w:p>
        </w:tc>
        <w:tc>
          <w:tcPr>
            <w:tcW w:w="1728" w:type="dxa"/>
            <w:shd w:val="clear" w:color="auto" w:fill="E2F0D9"/>
          </w:tcPr>
          <w:p w14:paraId="169603DA" w14:textId="77777777" w:rsidR="0030026E" w:rsidRDefault="0019537C">
            <w:pPr>
              <w:jc w:val="center"/>
            </w:pPr>
            <w:r>
              <w:rPr>
                <w:b/>
              </w:rPr>
              <w:t>Объектов в реестре, ед.</w:t>
            </w:r>
          </w:p>
        </w:tc>
        <w:tc>
          <w:tcPr>
            <w:tcW w:w="1728" w:type="dxa"/>
            <w:shd w:val="clear" w:color="auto" w:fill="E2F0D9"/>
          </w:tcPr>
          <w:p w14:paraId="141E8329" w14:textId="77777777" w:rsidR="0030026E" w:rsidRDefault="0019537C">
            <w:pPr>
              <w:jc w:val="center"/>
            </w:pPr>
            <w:r>
              <w:rPr>
                <w:b/>
              </w:rPr>
              <w:t>Прибор учёта установлен, ед.</w:t>
            </w:r>
          </w:p>
        </w:tc>
        <w:tc>
          <w:tcPr>
            <w:tcW w:w="1728" w:type="dxa"/>
            <w:shd w:val="clear" w:color="auto" w:fill="E2F0D9"/>
          </w:tcPr>
          <w:p w14:paraId="719A81E0" w14:textId="77777777" w:rsidR="0030026E" w:rsidRPr="00C74F04" w:rsidRDefault="0019537C">
            <w:pPr>
              <w:jc w:val="center"/>
              <w:rPr>
                <w:lang w:val="ru-RU"/>
              </w:rPr>
            </w:pPr>
            <w:r w:rsidRPr="00C74F04">
              <w:rPr>
                <w:b/>
                <w:lang w:val="ru-RU"/>
              </w:rPr>
              <w:t>Прибор учёта допущен к коммерческому учёту, ед.</w:t>
            </w:r>
          </w:p>
        </w:tc>
        <w:tc>
          <w:tcPr>
            <w:tcW w:w="1728" w:type="dxa"/>
            <w:shd w:val="clear" w:color="auto" w:fill="E2F0D9"/>
          </w:tcPr>
          <w:p w14:paraId="4F75613D" w14:textId="77777777" w:rsidR="0030026E" w:rsidRDefault="0019537C">
            <w:pPr>
              <w:jc w:val="center"/>
            </w:pPr>
            <w:r>
              <w:rPr>
                <w:b/>
              </w:rPr>
              <w:t>Доля допущенных, %</w:t>
            </w:r>
          </w:p>
        </w:tc>
      </w:tr>
      <w:tr w:rsidR="0030026E" w14:paraId="63E06F63" w14:textId="77777777">
        <w:trPr>
          <w:cantSplit/>
        </w:trPr>
        <w:tc>
          <w:tcPr>
            <w:tcW w:w="1728" w:type="dxa"/>
            <w:shd w:val="clear" w:color="auto" w:fill="F2F2F2"/>
          </w:tcPr>
          <w:p w14:paraId="2324E269" w14:textId="77777777" w:rsidR="0030026E" w:rsidRDefault="0019537C">
            <w:r>
              <w:t>г. Таштагол</w:t>
            </w:r>
          </w:p>
        </w:tc>
        <w:tc>
          <w:tcPr>
            <w:tcW w:w="1728" w:type="dxa"/>
            <w:shd w:val="clear" w:color="auto" w:fill="FFFFFF"/>
          </w:tcPr>
          <w:p w14:paraId="590EAA4A" w14:textId="77777777" w:rsidR="0030026E" w:rsidRDefault="0019537C">
            <w:r>
              <w:t>133</w:t>
            </w:r>
          </w:p>
        </w:tc>
        <w:tc>
          <w:tcPr>
            <w:tcW w:w="1728" w:type="dxa"/>
            <w:shd w:val="clear" w:color="auto" w:fill="FFFFFF"/>
          </w:tcPr>
          <w:p w14:paraId="22A7B20D" w14:textId="77777777" w:rsidR="0030026E" w:rsidRDefault="0019537C">
            <w:r>
              <w:t>133</w:t>
            </w:r>
          </w:p>
        </w:tc>
        <w:tc>
          <w:tcPr>
            <w:tcW w:w="1728" w:type="dxa"/>
            <w:shd w:val="clear" w:color="auto" w:fill="FFFFFF"/>
          </w:tcPr>
          <w:p w14:paraId="1666560C" w14:textId="77777777" w:rsidR="0030026E" w:rsidRDefault="0019537C">
            <w:r>
              <w:t>97</w:t>
            </w:r>
          </w:p>
        </w:tc>
        <w:tc>
          <w:tcPr>
            <w:tcW w:w="1728" w:type="dxa"/>
            <w:shd w:val="clear" w:color="auto" w:fill="FFFFFF"/>
          </w:tcPr>
          <w:p w14:paraId="6EFFBC1C" w14:textId="77777777" w:rsidR="0030026E" w:rsidRDefault="0019537C">
            <w:r>
              <w:t>72,9</w:t>
            </w:r>
          </w:p>
        </w:tc>
      </w:tr>
      <w:tr w:rsidR="0030026E" w14:paraId="1D36BFD3" w14:textId="77777777">
        <w:trPr>
          <w:cantSplit/>
        </w:trPr>
        <w:tc>
          <w:tcPr>
            <w:tcW w:w="1728" w:type="dxa"/>
            <w:shd w:val="clear" w:color="auto" w:fill="F2F2F2"/>
          </w:tcPr>
          <w:p w14:paraId="341E147D" w14:textId="77777777" w:rsidR="0030026E" w:rsidRDefault="0019537C">
            <w:r>
              <w:t>пгт Шерегеш</w:t>
            </w:r>
          </w:p>
        </w:tc>
        <w:tc>
          <w:tcPr>
            <w:tcW w:w="1728" w:type="dxa"/>
            <w:shd w:val="clear" w:color="auto" w:fill="FFFFFF"/>
          </w:tcPr>
          <w:p w14:paraId="0104CBFE" w14:textId="77777777" w:rsidR="0030026E" w:rsidRDefault="0019537C">
            <w:r>
              <w:t>95</w:t>
            </w:r>
          </w:p>
        </w:tc>
        <w:tc>
          <w:tcPr>
            <w:tcW w:w="1728" w:type="dxa"/>
            <w:shd w:val="clear" w:color="auto" w:fill="FFFFFF"/>
          </w:tcPr>
          <w:p w14:paraId="301274D0" w14:textId="77777777" w:rsidR="0030026E" w:rsidRDefault="0019537C">
            <w:r>
              <w:t>95</w:t>
            </w:r>
          </w:p>
        </w:tc>
        <w:tc>
          <w:tcPr>
            <w:tcW w:w="1728" w:type="dxa"/>
            <w:shd w:val="clear" w:color="auto" w:fill="FFFFFF"/>
          </w:tcPr>
          <w:p w14:paraId="4F18297A" w14:textId="77777777" w:rsidR="0030026E" w:rsidRDefault="0019537C">
            <w:r>
              <w:t>50</w:t>
            </w:r>
          </w:p>
        </w:tc>
        <w:tc>
          <w:tcPr>
            <w:tcW w:w="1728" w:type="dxa"/>
            <w:shd w:val="clear" w:color="auto" w:fill="FFFFFF"/>
          </w:tcPr>
          <w:p w14:paraId="6CFC1176" w14:textId="77777777" w:rsidR="0030026E" w:rsidRDefault="0019537C">
            <w:r>
              <w:t>52,6</w:t>
            </w:r>
          </w:p>
        </w:tc>
      </w:tr>
      <w:tr w:rsidR="0030026E" w14:paraId="03DB29DC" w14:textId="77777777">
        <w:trPr>
          <w:cantSplit/>
        </w:trPr>
        <w:tc>
          <w:tcPr>
            <w:tcW w:w="1728" w:type="dxa"/>
            <w:shd w:val="clear" w:color="auto" w:fill="F2F2F2"/>
          </w:tcPr>
          <w:p w14:paraId="5869C11E" w14:textId="77777777" w:rsidR="0030026E" w:rsidRDefault="0019537C">
            <w:r>
              <w:t>пгт Каз</w:t>
            </w:r>
          </w:p>
        </w:tc>
        <w:tc>
          <w:tcPr>
            <w:tcW w:w="1728" w:type="dxa"/>
            <w:shd w:val="clear" w:color="auto" w:fill="FFFFFF"/>
          </w:tcPr>
          <w:p w14:paraId="6C226FF7" w14:textId="77777777" w:rsidR="0030026E" w:rsidRDefault="0019537C">
            <w:r>
              <w:t>31</w:t>
            </w:r>
          </w:p>
        </w:tc>
        <w:tc>
          <w:tcPr>
            <w:tcW w:w="1728" w:type="dxa"/>
            <w:shd w:val="clear" w:color="auto" w:fill="FFFFFF"/>
          </w:tcPr>
          <w:p w14:paraId="002E4F4B" w14:textId="77777777" w:rsidR="0030026E" w:rsidRDefault="0019537C">
            <w:r>
              <w:t>30</w:t>
            </w:r>
          </w:p>
        </w:tc>
        <w:tc>
          <w:tcPr>
            <w:tcW w:w="1728" w:type="dxa"/>
            <w:shd w:val="clear" w:color="auto" w:fill="FFFFFF"/>
          </w:tcPr>
          <w:p w14:paraId="0BA4ADC4" w14:textId="77777777" w:rsidR="0030026E" w:rsidRDefault="0019537C">
            <w:r>
              <w:t>27</w:t>
            </w:r>
          </w:p>
        </w:tc>
        <w:tc>
          <w:tcPr>
            <w:tcW w:w="1728" w:type="dxa"/>
            <w:shd w:val="clear" w:color="auto" w:fill="FFFFFF"/>
          </w:tcPr>
          <w:p w14:paraId="47AAF08D" w14:textId="77777777" w:rsidR="0030026E" w:rsidRDefault="0019537C">
            <w:r>
              <w:t>87,1</w:t>
            </w:r>
          </w:p>
        </w:tc>
      </w:tr>
      <w:tr w:rsidR="0030026E" w14:paraId="42B2493A" w14:textId="77777777">
        <w:trPr>
          <w:cantSplit/>
        </w:trPr>
        <w:tc>
          <w:tcPr>
            <w:tcW w:w="1728" w:type="dxa"/>
            <w:shd w:val="clear" w:color="auto" w:fill="F2F2F2"/>
          </w:tcPr>
          <w:p w14:paraId="09E17C8C" w14:textId="77777777" w:rsidR="0030026E" w:rsidRDefault="0019537C">
            <w:r>
              <w:t>пгт Мундыбаш</w:t>
            </w:r>
          </w:p>
        </w:tc>
        <w:tc>
          <w:tcPr>
            <w:tcW w:w="1728" w:type="dxa"/>
            <w:shd w:val="clear" w:color="auto" w:fill="FFFFFF"/>
          </w:tcPr>
          <w:p w14:paraId="2A73AD00" w14:textId="77777777" w:rsidR="0030026E" w:rsidRDefault="0019537C">
            <w:r>
              <w:t>38</w:t>
            </w:r>
          </w:p>
        </w:tc>
        <w:tc>
          <w:tcPr>
            <w:tcW w:w="1728" w:type="dxa"/>
            <w:shd w:val="clear" w:color="auto" w:fill="FFFFFF"/>
          </w:tcPr>
          <w:p w14:paraId="32C09DEF" w14:textId="77777777" w:rsidR="0030026E" w:rsidRDefault="0019537C">
            <w:r>
              <w:t>38</w:t>
            </w:r>
          </w:p>
        </w:tc>
        <w:tc>
          <w:tcPr>
            <w:tcW w:w="1728" w:type="dxa"/>
            <w:shd w:val="clear" w:color="auto" w:fill="FFFFFF"/>
          </w:tcPr>
          <w:p w14:paraId="2277B7DD" w14:textId="77777777" w:rsidR="0030026E" w:rsidRDefault="0019537C">
            <w:r>
              <w:t>25</w:t>
            </w:r>
          </w:p>
        </w:tc>
        <w:tc>
          <w:tcPr>
            <w:tcW w:w="1728" w:type="dxa"/>
            <w:shd w:val="clear" w:color="auto" w:fill="FFFFFF"/>
          </w:tcPr>
          <w:p w14:paraId="65D54B2F" w14:textId="77777777" w:rsidR="0030026E" w:rsidRDefault="0019537C">
            <w:r>
              <w:t>65,8</w:t>
            </w:r>
          </w:p>
        </w:tc>
      </w:tr>
      <w:tr w:rsidR="0030026E" w14:paraId="7B567703" w14:textId="77777777">
        <w:trPr>
          <w:cantSplit/>
        </w:trPr>
        <w:tc>
          <w:tcPr>
            <w:tcW w:w="1728" w:type="dxa"/>
            <w:shd w:val="clear" w:color="auto" w:fill="F2F2F2"/>
          </w:tcPr>
          <w:p w14:paraId="4CB01946" w14:textId="77777777" w:rsidR="0030026E" w:rsidRDefault="0019537C">
            <w:r>
              <w:t>пгт Темиртау</w:t>
            </w:r>
          </w:p>
        </w:tc>
        <w:tc>
          <w:tcPr>
            <w:tcW w:w="1728" w:type="dxa"/>
            <w:shd w:val="clear" w:color="auto" w:fill="FFFFFF"/>
          </w:tcPr>
          <w:p w14:paraId="1AC67F27" w14:textId="77777777" w:rsidR="0030026E" w:rsidRDefault="0019537C">
            <w:r>
              <w:t>13</w:t>
            </w:r>
          </w:p>
        </w:tc>
        <w:tc>
          <w:tcPr>
            <w:tcW w:w="1728" w:type="dxa"/>
            <w:shd w:val="clear" w:color="auto" w:fill="FFFFFF"/>
          </w:tcPr>
          <w:p w14:paraId="4C08C426" w14:textId="77777777" w:rsidR="0030026E" w:rsidRDefault="0019537C">
            <w:r>
              <w:t>13</w:t>
            </w:r>
          </w:p>
        </w:tc>
        <w:tc>
          <w:tcPr>
            <w:tcW w:w="1728" w:type="dxa"/>
            <w:shd w:val="clear" w:color="auto" w:fill="FFFFFF"/>
          </w:tcPr>
          <w:p w14:paraId="0759BC80" w14:textId="77777777" w:rsidR="0030026E" w:rsidRDefault="0019537C">
            <w:r>
              <w:t>2</w:t>
            </w:r>
          </w:p>
        </w:tc>
        <w:tc>
          <w:tcPr>
            <w:tcW w:w="1728" w:type="dxa"/>
            <w:shd w:val="clear" w:color="auto" w:fill="FFFFFF"/>
          </w:tcPr>
          <w:p w14:paraId="18A1340C" w14:textId="77777777" w:rsidR="0030026E" w:rsidRDefault="0019537C">
            <w:r>
              <w:t>15,4</w:t>
            </w:r>
          </w:p>
        </w:tc>
      </w:tr>
      <w:tr w:rsidR="0030026E" w14:paraId="70907E6C" w14:textId="77777777">
        <w:trPr>
          <w:cantSplit/>
        </w:trPr>
        <w:tc>
          <w:tcPr>
            <w:tcW w:w="1728" w:type="dxa"/>
            <w:shd w:val="clear" w:color="auto" w:fill="DBE5F1"/>
          </w:tcPr>
          <w:p w14:paraId="3F20B94F" w14:textId="77777777" w:rsidR="0030026E" w:rsidRDefault="0019537C">
            <w:r>
              <w:rPr>
                <w:b/>
              </w:rPr>
              <w:t>Итого по округу</w:t>
            </w:r>
          </w:p>
        </w:tc>
        <w:tc>
          <w:tcPr>
            <w:tcW w:w="1728" w:type="dxa"/>
            <w:shd w:val="clear" w:color="auto" w:fill="DBE5F1"/>
          </w:tcPr>
          <w:p w14:paraId="6571D20E" w14:textId="77777777" w:rsidR="0030026E" w:rsidRDefault="0019537C">
            <w:r>
              <w:rPr>
                <w:b/>
              </w:rPr>
              <w:t>310</w:t>
            </w:r>
          </w:p>
        </w:tc>
        <w:tc>
          <w:tcPr>
            <w:tcW w:w="1728" w:type="dxa"/>
            <w:shd w:val="clear" w:color="auto" w:fill="DBE5F1"/>
          </w:tcPr>
          <w:p w14:paraId="5A94526E" w14:textId="77777777" w:rsidR="0030026E" w:rsidRDefault="0019537C">
            <w:r>
              <w:rPr>
                <w:b/>
              </w:rPr>
              <w:t>309</w:t>
            </w:r>
          </w:p>
        </w:tc>
        <w:tc>
          <w:tcPr>
            <w:tcW w:w="1728" w:type="dxa"/>
            <w:shd w:val="clear" w:color="auto" w:fill="DBE5F1"/>
          </w:tcPr>
          <w:p w14:paraId="072B1CA8" w14:textId="77777777" w:rsidR="0030026E" w:rsidRDefault="0019537C">
            <w:r>
              <w:rPr>
                <w:b/>
              </w:rPr>
              <w:t>201</w:t>
            </w:r>
          </w:p>
        </w:tc>
        <w:tc>
          <w:tcPr>
            <w:tcW w:w="1728" w:type="dxa"/>
            <w:shd w:val="clear" w:color="auto" w:fill="DBE5F1"/>
          </w:tcPr>
          <w:p w14:paraId="1BF71294" w14:textId="77777777" w:rsidR="0030026E" w:rsidRDefault="0019537C">
            <w:r>
              <w:rPr>
                <w:b/>
              </w:rPr>
              <w:t>64,8</w:t>
            </w:r>
          </w:p>
        </w:tc>
      </w:tr>
    </w:tbl>
    <w:p w14:paraId="724EDA16" w14:textId="77777777" w:rsidR="0030026E" w:rsidRPr="00C74F04" w:rsidRDefault="0019537C">
      <w:pPr>
        <w:rPr>
          <w:lang w:val="ru-RU"/>
        </w:rPr>
      </w:pPr>
      <w:r w:rsidRPr="00C74F04">
        <w:rPr>
          <w:lang w:val="ru-RU"/>
        </w:rPr>
        <w:t>Наличие прибора учёта и допуск прибора к коммерческому учёту — различные показатели. Приборы установлены на 309 объектах из 310, то есть на 99,7 процента, тогда как допущены к коммерческому учёту 201 прибор, то есть 64,8 процента. Ни одна из этих величин не совпадает с долей тепловой энергии, отпущенной по приборам учёта, — 52,41 процента по таблице 1.19: доля объектов и доля энергии измеряют разные вещи, поскольку крупные потребители дают непропорционально большой объём.</w:t>
      </w:r>
    </w:p>
    <w:p w14:paraId="56116AB6" w14:textId="77777777" w:rsidR="0030026E" w:rsidRPr="00C74F04" w:rsidRDefault="0019537C">
      <w:pPr>
        <w:rPr>
          <w:lang w:val="ru-RU"/>
        </w:rPr>
      </w:pPr>
      <w:r w:rsidRPr="00C74F04">
        <w:rPr>
          <w:lang w:val="ru-RU"/>
        </w:rPr>
        <w:t>По категориям потребителей допуск распределён неравномерно: индивидуальные жилые дома — 51 прибор из 55, или 92,7 процента; бюджетные организации — 29 из 32, или 90,6 процента; многоквартирные дома — 120 из 222, или 54,1 процента. Наиболее тяжёлое положение по Темиртау, где допущены 2 прибора из 13, и по многоквартирным домам Шерегеша, где допущены 29 приборов из 73.</w:t>
      </w:r>
    </w:p>
    <w:p w14:paraId="7537B788" w14:textId="77777777" w:rsidR="0030026E" w:rsidRPr="00C74F04" w:rsidRDefault="0019537C">
      <w:pPr>
        <w:rPr>
          <w:lang w:val="ru-RU"/>
        </w:rPr>
      </w:pPr>
      <w:r w:rsidRPr="00C74F04">
        <w:rPr>
          <w:lang w:val="ru-RU"/>
        </w:rPr>
        <w:t>Лист по территории Спасск в реестре теплосчётчиков отсутствует. Отсутствие листа не приравнивается к отсутствию приборов: позиция вынесена в перечень запросов Заказчику. При этом по данным о реализации доля отпуска по приборам учёта в Спасске составляет 0,78 процента, что косвенно указывает на единичный характер учёта в этом посёлке.</w:t>
      </w:r>
    </w:p>
    <w:p w14:paraId="7588E06D" w14:textId="77777777" w:rsidR="007A4ED8" w:rsidRPr="00C74F04" w:rsidRDefault="009B7F9E">
      <w:pPr>
        <w:pStyle w:val="21"/>
        <w:rPr>
          <w:lang w:val="ru-RU"/>
        </w:rPr>
      </w:pPr>
      <w:bookmarkStart w:id="9" w:name="_Toc238015600"/>
      <w:r w:rsidRPr="00C74F04">
        <w:rPr>
          <w:lang w:val="ru-RU"/>
        </w:rPr>
        <w:t>1.6. Балансы тепловой мощности и тепловой нагрузки</w:t>
      </w:r>
      <w:bookmarkEnd w:id="9"/>
    </w:p>
    <w:p w14:paraId="1F16B7E6" w14:textId="77777777" w:rsidR="007A4ED8" w:rsidRPr="00C74F04" w:rsidRDefault="009B7F9E">
      <w:pPr>
        <w:rPr>
          <w:lang w:val="ru-RU"/>
        </w:rPr>
      </w:pPr>
      <w:r w:rsidRPr="00C74F04">
        <w:rPr>
          <w:lang w:val="ru-RU"/>
        </w:rPr>
        <w:t>Настоящая часть приводит баланс тепловой мощности источников и тепловой нагрузки потребителей по состоянию на базовый 2026 год в территориальном разрезе. Поисточниковые балансы, включая перспективные этапы 2031 и 2036 годов, приведены в разделе 4 настоящих обосновывающих материалов.</w:t>
      </w:r>
    </w:p>
    <w:p w14:paraId="4599C799" w14:textId="77777777" w:rsidR="00B808F9" w:rsidRPr="00C74F04" w:rsidRDefault="00B808F9">
      <w:pPr>
        <w:rPr>
          <w:lang w:val="ru-RU"/>
        </w:rPr>
        <w:sectPr w:rsidR="00B808F9" w:rsidRPr="00C74F04" w:rsidSect="00034616">
          <w:footerReference w:type="default" r:id="rId49"/>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78B18A4" w14:textId="77777777" w:rsidR="007A4ED8" w:rsidRPr="00782666" w:rsidRDefault="009B7F9E">
      <w:pPr>
        <w:rPr>
          <w:b/>
          <w:bCs/>
          <w:lang w:val="ru-RU"/>
        </w:rPr>
      </w:pPr>
      <w:r w:rsidRPr="00782666">
        <w:rPr>
          <w:b/>
          <w:bCs/>
          <w:lang w:val="ru-RU"/>
        </w:rPr>
        <w:t>Таблица 1.21 — Баланс тепловой мощности и тепловой нагрузки по территориям на 2026 год</w:t>
      </w:r>
    </w:p>
    <w:tbl>
      <w:tblPr>
        <w:tblW w:w="5000" w:type="pct"/>
        <w:tblCellMar>
          <w:left w:w="57" w:type="dxa"/>
          <w:right w:w="57" w:type="dxa"/>
        </w:tblCellMar>
        <w:tblLook w:val="04A0" w:firstRow="1" w:lastRow="0" w:firstColumn="1" w:lastColumn="0" w:noHBand="0" w:noVBand="1"/>
      </w:tblPr>
      <w:tblGrid>
        <w:gridCol w:w="1638"/>
        <w:gridCol w:w="1664"/>
        <w:gridCol w:w="2716"/>
        <w:gridCol w:w="2675"/>
        <w:gridCol w:w="2991"/>
        <w:gridCol w:w="1328"/>
        <w:gridCol w:w="1275"/>
      </w:tblGrid>
      <w:tr w:rsidR="007A4ED8" w14:paraId="15B6FB92" w14:textId="77777777">
        <w:trPr>
          <w:cantSplit/>
          <w:tblHeader/>
        </w:trPr>
        <w:tc>
          <w:tcPr>
            <w:tcW w:w="0" w:type="auto"/>
            <w:shd w:val="clear" w:color="auto" w:fill="E2F0D9"/>
          </w:tcPr>
          <w:p w14:paraId="6E3D202B" w14:textId="77777777" w:rsidR="007A4ED8" w:rsidRDefault="009B7F9E">
            <w:pPr>
              <w:jc w:val="center"/>
            </w:pPr>
            <w:r>
              <w:rPr>
                <w:b/>
              </w:rPr>
              <w:t>Территория</w:t>
            </w:r>
          </w:p>
        </w:tc>
        <w:tc>
          <w:tcPr>
            <w:tcW w:w="0" w:type="auto"/>
            <w:shd w:val="clear" w:color="auto" w:fill="E2F0D9"/>
          </w:tcPr>
          <w:p w14:paraId="3A081499" w14:textId="77777777" w:rsidR="007A4ED8" w:rsidRDefault="009B7F9E">
            <w:pPr>
              <w:jc w:val="center"/>
            </w:pPr>
            <w:r>
              <w:rPr>
                <w:b/>
              </w:rPr>
              <w:t>Источников, ед.</w:t>
            </w:r>
          </w:p>
        </w:tc>
        <w:tc>
          <w:tcPr>
            <w:tcW w:w="0" w:type="auto"/>
            <w:shd w:val="clear" w:color="auto" w:fill="E2F0D9"/>
          </w:tcPr>
          <w:p w14:paraId="630AF88A" w14:textId="77777777" w:rsidR="007A4ED8" w:rsidRDefault="009B7F9E">
            <w:pPr>
              <w:jc w:val="center"/>
            </w:pPr>
            <w:r>
              <w:rPr>
                <w:b/>
              </w:rPr>
              <w:t>Установленная мощность, Гкал/ч</w:t>
            </w:r>
          </w:p>
        </w:tc>
        <w:tc>
          <w:tcPr>
            <w:tcW w:w="0" w:type="auto"/>
            <w:shd w:val="clear" w:color="auto" w:fill="E2F0D9"/>
          </w:tcPr>
          <w:p w14:paraId="36EDA07F" w14:textId="77777777" w:rsidR="007A4ED8" w:rsidRDefault="009B7F9E">
            <w:pPr>
              <w:jc w:val="center"/>
            </w:pPr>
            <w:r>
              <w:rPr>
                <w:b/>
              </w:rPr>
              <w:t>Располагаемая мощность, Гкал/ч</w:t>
            </w:r>
          </w:p>
        </w:tc>
        <w:tc>
          <w:tcPr>
            <w:tcW w:w="0" w:type="auto"/>
            <w:shd w:val="clear" w:color="auto" w:fill="E2F0D9"/>
          </w:tcPr>
          <w:p w14:paraId="55330439" w14:textId="77777777" w:rsidR="007A4ED8" w:rsidRPr="00C74F04" w:rsidRDefault="009B7F9E">
            <w:pPr>
              <w:jc w:val="center"/>
              <w:rPr>
                <w:lang w:val="ru-RU"/>
              </w:rPr>
            </w:pPr>
            <w:r w:rsidRPr="00C74F04">
              <w:rPr>
                <w:b/>
                <w:lang w:val="ru-RU"/>
              </w:rPr>
              <w:t>Полная максимальная нагрузка, Гкал/ч</w:t>
            </w:r>
          </w:p>
        </w:tc>
        <w:tc>
          <w:tcPr>
            <w:tcW w:w="0" w:type="auto"/>
            <w:shd w:val="clear" w:color="auto" w:fill="E2F0D9"/>
          </w:tcPr>
          <w:p w14:paraId="2135E19D" w14:textId="77777777" w:rsidR="007A4ED8" w:rsidRDefault="009B7F9E">
            <w:pPr>
              <w:jc w:val="center"/>
            </w:pPr>
            <w:r>
              <w:rPr>
                <w:b/>
              </w:rPr>
              <w:t>Резерв, Гкал/ч</w:t>
            </w:r>
          </w:p>
        </w:tc>
        <w:tc>
          <w:tcPr>
            <w:tcW w:w="0" w:type="auto"/>
            <w:shd w:val="clear" w:color="auto" w:fill="E2F0D9"/>
          </w:tcPr>
          <w:p w14:paraId="2B1D14E2" w14:textId="77777777" w:rsidR="007A4ED8" w:rsidRDefault="009B7F9E">
            <w:pPr>
              <w:jc w:val="center"/>
            </w:pPr>
            <w:r>
              <w:rPr>
                <w:b/>
              </w:rPr>
              <w:t>Загрузка, %</w:t>
            </w:r>
          </w:p>
        </w:tc>
      </w:tr>
      <w:tr w:rsidR="007A4ED8" w14:paraId="38105E13" w14:textId="77777777">
        <w:trPr>
          <w:cantSplit/>
        </w:trPr>
        <w:tc>
          <w:tcPr>
            <w:tcW w:w="0" w:type="auto"/>
            <w:shd w:val="clear" w:color="auto" w:fill="F2F2F2"/>
          </w:tcPr>
          <w:p w14:paraId="27DDBEDF" w14:textId="77777777" w:rsidR="007A4ED8" w:rsidRDefault="009B7F9E">
            <w:r>
              <w:t>г. Таштагол</w:t>
            </w:r>
          </w:p>
        </w:tc>
        <w:tc>
          <w:tcPr>
            <w:tcW w:w="0" w:type="auto"/>
            <w:shd w:val="clear" w:color="auto" w:fill="FFFFFF"/>
          </w:tcPr>
          <w:p w14:paraId="00F038A6" w14:textId="77777777" w:rsidR="007A4ED8" w:rsidRDefault="009B7F9E">
            <w:r>
              <w:t>4</w:t>
            </w:r>
          </w:p>
        </w:tc>
        <w:tc>
          <w:tcPr>
            <w:tcW w:w="0" w:type="auto"/>
            <w:shd w:val="clear" w:color="auto" w:fill="FFFFFF"/>
          </w:tcPr>
          <w:p w14:paraId="1AB9DE4C" w14:textId="77777777" w:rsidR="007A4ED8" w:rsidRDefault="009B7F9E">
            <w:r>
              <w:t>181,70</w:t>
            </w:r>
          </w:p>
        </w:tc>
        <w:tc>
          <w:tcPr>
            <w:tcW w:w="0" w:type="auto"/>
            <w:shd w:val="clear" w:color="auto" w:fill="FFFFFF"/>
          </w:tcPr>
          <w:p w14:paraId="6791C09B" w14:textId="77777777" w:rsidR="007A4ED8" w:rsidRDefault="009B7F9E">
            <w:r>
              <w:t>181,70</w:t>
            </w:r>
          </w:p>
        </w:tc>
        <w:tc>
          <w:tcPr>
            <w:tcW w:w="0" w:type="auto"/>
            <w:shd w:val="clear" w:color="auto" w:fill="FFFFFF"/>
          </w:tcPr>
          <w:p w14:paraId="5D96EC16" w14:textId="77777777" w:rsidR="007A4ED8" w:rsidRDefault="009B7F9E">
            <w:r>
              <w:t>103,9515</w:t>
            </w:r>
          </w:p>
        </w:tc>
        <w:tc>
          <w:tcPr>
            <w:tcW w:w="0" w:type="auto"/>
            <w:shd w:val="clear" w:color="auto" w:fill="FFFFFF"/>
          </w:tcPr>
          <w:p w14:paraId="01EBEE33" w14:textId="77777777" w:rsidR="007A4ED8" w:rsidRDefault="009B7F9E">
            <w:r>
              <w:t>77,7485</w:t>
            </w:r>
          </w:p>
        </w:tc>
        <w:tc>
          <w:tcPr>
            <w:tcW w:w="0" w:type="auto"/>
            <w:shd w:val="clear" w:color="auto" w:fill="FFFFFF"/>
          </w:tcPr>
          <w:p w14:paraId="531DC4B6" w14:textId="77777777" w:rsidR="007A4ED8" w:rsidRDefault="009B7F9E">
            <w:r>
              <w:t>57,2</w:t>
            </w:r>
          </w:p>
        </w:tc>
      </w:tr>
      <w:tr w:rsidR="007A4ED8" w14:paraId="1142CD1F" w14:textId="77777777">
        <w:trPr>
          <w:cantSplit/>
        </w:trPr>
        <w:tc>
          <w:tcPr>
            <w:tcW w:w="0" w:type="auto"/>
            <w:shd w:val="clear" w:color="auto" w:fill="F2F2F2"/>
          </w:tcPr>
          <w:p w14:paraId="66F5D538" w14:textId="77777777" w:rsidR="007A4ED8" w:rsidRDefault="009B7F9E">
            <w:r>
              <w:t>пгт Шерегеш</w:t>
            </w:r>
          </w:p>
        </w:tc>
        <w:tc>
          <w:tcPr>
            <w:tcW w:w="0" w:type="auto"/>
            <w:shd w:val="clear" w:color="auto" w:fill="FFFFFF"/>
          </w:tcPr>
          <w:p w14:paraId="0001A8C7" w14:textId="77777777" w:rsidR="007A4ED8" w:rsidRDefault="009B7F9E">
            <w:r>
              <w:t>2</w:t>
            </w:r>
          </w:p>
        </w:tc>
        <w:tc>
          <w:tcPr>
            <w:tcW w:w="0" w:type="auto"/>
            <w:shd w:val="clear" w:color="auto" w:fill="FFFFFF"/>
          </w:tcPr>
          <w:p w14:paraId="5AB48F31" w14:textId="77777777" w:rsidR="007A4ED8" w:rsidRDefault="009B7F9E">
            <w:r>
              <w:t>138,00</w:t>
            </w:r>
          </w:p>
        </w:tc>
        <w:tc>
          <w:tcPr>
            <w:tcW w:w="0" w:type="auto"/>
            <w:shd w:val="clear" w:color="auto" w:fill="FFFFFF"/>
          </w:tcPr>
          <w:p w14:paraId="5BE62DC8" w14:textId="77777777" w:rsidR="007A4ED8" w:rsidRDefault="009B7F9E">
            <w:r>
              <w:t>138,00</w:t>
            </w:r>
          </w:p>
        </w:tc>
        <w:tc>
          <w:tcPr>
            <w:tcW w:w="0" w:type="auto"/>
            <w:shd w:val="clear" w:color="auto" w:fill="FFFFFF"/>
          </w:tcPr>
          <w:p w14:paraId="28773756" w14:textId="77777777" w:rsidR="007A4ED8" w:rsidRDefault="009B7F9E">
            <w:r>
              <w:t>73,2819</w:t>
            </w:r>
          </w:p>
        </w:tc>
        <w:tc>
          <w:tcPr>
            <w:tcW w:w="0" w:type="auto"/>
            <w:shd w:val="clear" w:color="auto" w:fill="FFFFFF"/>
          </w:tcPr>
          <w:p w14:paraId="0092A461" w14:textId="77777777" w:rsidR="007A4ED8" w:rsidRDefault="009B7F9E">
            <w:r>
              <w:t>64,7181</w:t>
            </w:r>
          </w:p>
        </w:tc>
        <w:tc>
          <w:tcPr>
            <w:tcW w:w="0" w:type="auto"/>
            <w:shd w:val="clear" w:color="auto" w:fill="FFFFFF"/>
          </w:tcPr>
          <w:p w14:paraId="14B8D151" w14:textId="77777777" w:rsidR="007A4ED8" w:rsidRDefault="009B7F9E">
            <w:r>
              <w:t>53,1</w:t>
            </w:r>
          </w:p>
        </w:tc>
      </w:tr>
      <w:tr w:rsidR="007A4ED8" w14:paraId="04F75815" w14:textId="77777777">
        <w:trPr>
          <w:cantSplit/>
        </w:trPr>
        <w:tc>
          <w:tcPr>
            <w:tcW w:w="0" w:type="auto"/>
            <w:shd w:val="clear" w:color="auto" w:fill="F2F2F2"/>
          </w:tcPr>
          <w:p w14:paraId="4AC3E22F" w14:textId="77777777" w:rsidR="007A4ED8" w:rsidRDefault="009B7F9E">
            <w:r>
              <w:t>пгт Каз</w:t>
            </w:r>
          </w:p>
        </w:tc>
        <w:tc>
          <w:tcPr>
            <w:tcW w:w="0" w:type="auto"/>
            <w:shd w:val="clear" w:color="auto" w:fill="FFFFFF"/>
          </w:tcPr>
          <w:p w14:paraId="57C904F2" w14:textId="77777777" w:rsidR="007A4ED8" w:rsidRDefault="009B7F9E">
            <w:r>
              <w:t>1</w:t>
            </w:r>
          </w:p>
        </w:tc>
        <w:tc>
          <w:tcPr>
            <w:tcW w:w="0" w:type="auto"/>
            <w:shd w:val="clear" w:color="auto" w:fill="FFFFFF"/>
          </w:tcPr>
          <w:p w14:paraId="55CF8E3B" w14:textId="77777777" w:rsidR="007A4ED8" w:rsidRDefault="009B7F9E">
            <w:r>
              <w:t>72,00</w:t>
            </w:r>
          </w:p>
        </w:tc>
        <w:tc>
          <w:tcPr>
            <w:tcW w:w="0" w:type="auto"/>
            <w:shd w:val="clear" w:color="auto" w:fill="FFFFFF"/>
          </w:tcPr>
          <w:p w14:paraId="169050DE" w14:textId="77777777" w:rsidR="007A4ED8" w:rsidRDefault="009B7F9E">
            <w:r>
              <w:t>72,00</w:t>
            </w:r>
          </w:p>
        </w:tc>
        <w:tc>
          <w:tcPr>
            <w:tcW w:w="0" w:type="auto"/>
            <w:shd w:val="clear" w:color="auto" w:fill="FFFFFF"/>
          </w:tcPr>
          <w:p w14:paraId="397B098C" w14:textId="77777777" w:rsidR="007A4ED8" w:rsidRDefault="009B7F9E">
            <w:r>
              <w:t>19,4397</w:t>
            </w:r>
          </w:p>
        </w:tc>
        <w:tc>
          <w:tcPr>
            <w:tcW w:w="0" w:type="auto"/>
            <w:shd w:val="clear" w:color="auto" w:fill="FFFFFF"/>
          </w:tcPr>
          <w:p w14:paraId="402A22D7" w14:textId="77777777" w:rsidR="007A4ED8" w:rsidRDefault="009B7F9E">
            <w:r>
              <w:t>52,5603</w:t>
            </w:r>
          </w:p>
        </w:tc>
        <w:tc>
          <w:tcPr>
            <w:tcW w:w="0" w:type="auto"/>
            <w:shd w:val="clear" w:color="auto" w:fill="FFFFFF"/>
          </w:tcPr>
          <w:p w14:paraId="2B8769EC" w14:textId="77777777" w:rsidR="007A4ED8" w:rsidRDefault="009B7F9E">
            <w:r>
              <w:t>27,0</w:t>
            </w:r>
          </w:p>
        </w:tc>
      </w:tr>
      <w:tr w:rsidR="007A4ED8" w14:paraId="0A0D2902" w14:textId="77777777">
        <w:trPr>
          <w:cantSplit/>
        </w:trPr>
        <w:tc>
          <w:tcPr>
            <w:tcW w:w="0" w:type="auto"/>
            <w:shd w:val="clear" w:color="auto" w:fill="F2F2F2"/>
          </w:tcPr>
          <w:p w14:paraId="1FFACCD6" w14:textId="77777777" w:rsidR="007A4ED8" w:rsidRDefault="009B7F9E">
            <w:r>
              <w:t>пгт Мундыбаш</w:t>
            </w:r>
          </w:p>
        </w:tc>
        <w:tc>
          <w:tcPr>
            <w:tcW w:w="0" w:type="auto"/>
            <w:shd w:val="clear" w:color="auto" w:fill="FFFFFF"/>
          </w:tcPr>
          <w:p w14:paraId="7390F1D9" w14:textId="77777777" w:rsidR="007A4ED8" w:rsidRDefault="009B7F9E">
            <w:r>
              <w:t>1</w:t>
            </w:r>
          </w:p>
        </w:tc>
        <w:tc>
          <w:tcPr>
            <w:tcW w:w="0" w:type="auto"/>
            <w:shd w:val="clear" w:color="auto" w:fill="FFFFFF"/>
          </w:tcPr>
          <w:p w14:paraId="1A9B164F" w14:textId="77777777" w:rsidR="007A4ED8" w:rsidRDefault="009B7F9E">
            <w:r>
              <w:t>36,00</w:t>
            </w:r>
          </w:p>
        </w:tc>
        <w:tc>
          <w:tcPr>
            <w:tcW w:w="0" w:type="auto"/>
            <w:shd w:val="clear" w:color="auto" w:fill="FFFFFF"/>
          </w:tcPr>
          <w:p w14:paraId="4AB38D92" w14:textId="77777777" w:rsidR="007A4ED8" w:rsidRDefault="009B7F9E">
            <w:r>
              <w:t>36,00</w:t>
            </w:r>
          </w:p>
        </w:tc>
        <w:tc>
          <w:tcPr>
            <w:tcW w:w="0" w:type="auto"/>
            <w:shd w:val="clear" w:color="auto" w:fill="FFFFFF"/>
          </w:tcPr>
          <w:p w14:paraId="654AEEB5" w14:textId="77777777" w:rsidR="007A4ED8" w:rsidRDefault="009B7F9E">
            <w:r>
              <w:t>20,2475</w:t>
            </w:r>
          </w:p>
        </w:tc>
        <w:tc>
          <w:tcPr>
            <w:tcW w:w="0" w:type="auto"/>
            <w:shd w:val="clear" w:color="auto" w:fill="FFFFFF"/>
          </w:tcPr>
          <w:p w14:paraId="06B47956" w14:textId="77777777" w:rsidR="007A4ED8" w:rsidRDefault="009B7F9E">
            <w:r>
              <w:t>15,7525</w:t>
            </w:r>
          </w:p>
        </w:tc>
        <w:tc>
          <w:tcPr>
            <w:tcW w:w="0" w:type="auto"/>
            <w:shd w:val="clear" w:color="auto" w:fill="FFFFFF"/>
          </w:tcPr>
          <w:p w14:paraId="549F9B14" w14:textId="77777777" w:rsidR="007A4ED8" w:rsidRDefault="009B7F9E">
            <w:r>
              <w:t>56,2</w:t>
            </w:r>
          </w:p>
        </w:tc>
      </w:tr>
      <w:tr w:rsidR="007A4ED8" w14:paraId="34E58AFB" w14:textId="77777777">
        <w:trPr>
          <w:cantSplit/>
        </w:trPr>
        <w:tc>
          <w:tcPr>
            <w:tcW w:w="0" w:type="auto"/>
            <w:shd w:val="clear" w:color="auto" w:fill="F2F2F2"/>
          </w:tcPr>
          <w:p w14:paraId="35EAE3EE" w14:textId="77777777" w:rsidR="007A4ED8" w:rsidRDefault="009B7F9E">
            <w:r>
              <w:t>пгт Темиртау</w:t>
            </w:r>
          </w:p>
        </w:tc>
        <w:tc>
          <w:tcPr>
            <w:tcW w:w="0" w:type="auto"/>
            <w:shd w:val="clear" w:color="auto" w:fill="FFFFFF"/>
          </w:tcPr>
          <w:p w14:paraId="0F36EFC4" w14:textId="77777777" w:rsidR="007A4ED8" w:rsidRDefault="009B7F9E">
            <w:r>
              <w:t>1</w:t>
            </w:r>
          </w:p>
        </w:tc>
        <w:tc>
          <w:tcPr>
            <w:tcW w:w="0" w:type="auto"/>
            <w:shd w:val="clear" w:color="auto" w:fill="FFFFFF"/>
          </w:tcPr>
          <w:p w14:paraId="4998DE8F" w14:textId="77777777" w:rsidR="007A4ED8" w:rsidRDefault="009B7F9E">
            <w:r>
              <w:t>33,60</w:t>
            </w:r>
          </w:p>
        </w:tc>
        <w:tc>
          <w:tcPr>
            <w:tcW w:w="0" w:type="auto"/>
            <w:shd w:val="clear" w:color="auto" w:fill="FFFFFF"/>
          </w:tcPr>
          <w:p w14:paraId="089F022C" w14:textId="77777777" w:rsidR="007A4ED8" w:rsidRDefault="009B7F9E">
            <w:r>
              <w:t>33,60</w:t>
            </w:r>
          </w:p>
        </w:tc>
        <w:tc>
          <w:tcPr>
            <w:tcW w:w="0" w:type="auto"/>
            <w:shd w:val="clear" w:color="auto" w:fill="FFFFFF"/>
          </w:tcPr>
          <w:p w14:paraId="57230CE0" w14:textId="77777777" w:rsidR="007A4ED8" w:rsidRDefault="009B7F9E">
            <w:r>
              <w:t>8,6985</w:t>
            </w:r>
          </w:p>
        </w:tc>
        <w:tc>
          <w:tcPr>
            <w:tcW w:w="0" w:type="auto"/>
            <w:shd w:val="clear" w:color="auto" w:fill="FFFFFF"/>
          </w:tcPr>
          <w:p w14:paraId="76B1E4BC" w14:textId="77777777" w:rsidR="007A4ED8" w:rsidRDefault="009B7F9E">
            <w:r>
              <w:t>24,9015</w:t>
            </w:r>
          </w:p>
        </w:tc>
        <w:tc>
          <w:tcPr>
            <w:tcW w:w="0" w:type="auto"/>
            <w:shd w:val="clear" w:color="auto" w:fill="FFFFFF"/>
          </w:tcPr>
          <w:p w14:paraId="21A0E7B3" w14:textId="77777777" w:rsidR="007A4ED8" w:rsidRDefault="009B7F9E">
            <w:r>
              <w:t>25,9</w:t>
            </w:r>
          </w:p>
        </w:tc>
      </w:tr>
      <w:tr w:rsidR="007A4ED8" w14:paraId="16E305C0" w14:textId="77777777">
        <w:trPr>
          <w:cantSplit/>
        </w:trPr>
        <w:tc>
          <w:tcPr>
            <w:tcW w:w="0" w:type="auto"/>
            <w:shd w:val="clear" w:color="auto" w:fill="F2F2F2"/>
          </w:tcPr>
          <w:p w14:paraId="65118790" w14:textId="77777777" w:rsidR="007A4ED8" w:rsidRDefault="009B7F9E">
            <w:r>
              <w:t>пгт Спасск</w:t>
            </w:r>
          </w:p>
        </w:tc>
        <w:tc>
          <w:tcPr>
            <w:tcW w:w="0" w:type="auto"/>
            <w:shd w:val="clear" w:color="auto" w:fill="FFFFFF"/>
          </w:tcPr>
          <w:p w14:paraId="6C8A8AFB" w14:textId="77777777" w:rsidR="007A4ED8" w:rsidRDefault="009B7F9E">
            <w:r>
              <w:t>1</w:t>
            </w:r>
          </w:p>
        </w:tc>
        <w:tc>
          <w:tcPr>
            <w:tcW w:w="0" w:type="auto"/>
            <w:shd w:val="clear" w:color="auto" w:fill="FFFFFF"/>
          </w:tcPr>
          <w:p w14:paraId="1A02C010" w14:textId="77777777" w:rsidR="007A4ED8" w:rsidRDefault="009B7F9E">
            <w:r>
              <w:t>5,37</w:t>
            </w:r>
          </w:p>
        </w:tc>
        <w:tc>
          <w:tcPr>
            <w:tcW w:w="0" w:type="auto"/>
            <w:shd w:val="clear" w:color="auto" w:fill="FFFFFF"/>
          </w:tcPr>
          <w:p w14:paraId="768EE978" w14:textId="77777777" w:rsidR="007A4ED8" w:rsidRDefault="009B7F9E">
            <w:r>
              <w:t>5,37</w:t>
            </w:r>
          </w:p>
        </w:tc>
        <w:tc>
          <w:tcPr>
            <w:tcW w:w="0" w:type="auto"/>
            <w:shd w:val="clear" w:color="auto" w:fill="FFFFFF"/>
          </w:tcPr>
          <w:p w14:paraId="639FA19E" w14:textId="77777777" w:rsidR="007A4ED8" w:rsidRDefault="009B7F9E">
            <w:r>
              <w:t>1,8761</w:t>
            </w:r>
          </w:p>
        </w:tc>
        <w:tc>
          <w:tcPr>
            <w:tcW w:w="0" w:type="auto"/>
            <w:shd w:val="clear" w:color="auto" w:fill="FFFFFF"/>
          </w:tcPr>
          <w:p w14:paraId="7E082281" w14:textId="77777777" w:rsidR="007A4ED8" w:rsidRDefault="009B7F9E">
            <w:r>
              <w:t>3,4939</w:t>
            </w:r>
          </w:p>
        </w:tc>
        <w:tc>
          <w:tcPr>
            <w:tcW w:w="0" w:type="auto"/>
            <w:shd w:val="clear" w:color="auto" w:fill="FFFFFF"/>
          </w:tcPr>
          <w:p w14:paraId="1920B596" w14:textId="77777777" w:rsidR="007A4ED8" w:rsidRDefault="009B7F9E">
            <w:r>
              <w:t>34,9</w:t>
            </w:r>
          </w:p>
        </w:tc>
      </w:tr>
      <w:tr w:rsidR="007A4ED8" w14:paraId="56ED30EF" w14:textId="77777777">
        <w:trPr>
          <w:cantSplit/>
        </w:trPr>
        <w:tc>
          <w:tcPr>
            <w:tcW w:w="0" w:type="auto"/>
            <w:shd w:val="clear" w:color="auto" w:fill="DBE5F1"/>
          </w:tcPr>
          <w:p w14:paraId="1E604A74" w14:textId="77777777" w:rsidR="007A4ED8" w:rsidRDefault="009B7F9E">
            <w:r>
              <w:rPr>
                <w:b/>
              </w:rPr>
              <w:t>Итого по округу</w:t>
            </w:r>
          </w:p>
        </w:tc>
        <w:tc>
          <w:tcPr>
            <w:tcW w:w="0" w:type="auto"/>
            <w:shd w:val="clear" w:color="auto" w:fill="DBE5F1"/>
          </w:tcPr>
          <w:p w14:paraId="6F15045A" w14:textId="77777777" w:rsidR="007A4ED8" w:rsidRDefault="009B7F9E">
            <w:r>
              <w:rPr>
                <w:b/>
              </w:rPr>
              <w:t>10</w:t>
            </w:r>
          </w:p>
        </w:tc>
        <w:tc>
          <w:tcPr>
            <w:tcW w:w="0" w:type="auto"/>
            <w:shd w:val="clear" w:color="auto" w:fill="DBE5F1"/>
          </w:tcPr>
          <w:p w14:paraId="1454E416" w14:textId="77777777" w:rsidR="007A4ED8" w:rsidRDefault="009B7F9E">
            <w:r>
              <w:rPr>
                <w:b/>
              </w:rPr>
              <w:t>466,67</w:t>
            </w:r>
          </w:p>
        </w:tc>
        <w:tc>
          <w:tcPr>
            <w:tcW w:w="0" w:type="auto"/>
            <w:shd w:val="clear" w:color="auto" w:fill="DBE5F1"/>
          </w:tcPr>
          <w:p w14:paraId="17BEEF58" w14:textId="77777777" w:rsidR="007A4ED8" w:rsidRDefault="009B7F9E">
            <w:r>
              <w:rPr>
                <w:b/>
              </w:rPr>
              <w:t>466,67</w:t>
            </w:r>
          </w:p>
        </w:tc>
        <w:tc>
          <w:tcPr>
            <w:tcW w:w="0" w:type="auto"/>
            <w:shd w:val="clear" w:color="auto" w:fill="DBE5F1"/>
          </w:tcPr>
          <w:p w14:paraId="12F0C429" w14:textId="77777777" w:rsidR="007A4ED8" w:rsidRDefault="009B7F9E">
            <w:r>
              <w:rPr>
                <w:b/>
              </w:rPr>
              <w:t>227,4952</w:t>
            </w:r>
          </w:p>
        </w:tc>
        <w:tc>
          <w:tcPr>
            <w:tcW w:w="0" w:type="auto"/>
            <w:shd w:val="clear" w:color="auto" w:fill="DBE5F1"/>
          </w:tcPr>
          <w:p w14:paraId="39A20D6C" w14:textId="77777777" w:rsidR="007A4ED8" w:rsidRDefault="009B7F9E">
            <w:r>
              <w:rPr>
                <w:b/>
              </w:rPr>
              <w:t>239,1748</w:t>
            </w:r>
          </w:p>
        </w:tc>
        <w:tc>
          <w:tcPr>
            <w:tcW w:w="0" w:type="auto"/>
            <w:shd w:val="clear" w:color="auto" w:fill="DBE5F1"/>
          </w:tcPr>
          <w:p w14:paraId="18E9A860" w14:textId="77777777" w:rsidR="007A4ED8" w:rsidRDefault="009B7F9E">
            <w:r>
              <w:rPr>
                <w:b/>
              </w:rPr>
              <w:t>48,7</w:t>
            </w:r>
          </w:p>
        </w:tc>
      </w:tr>
    </w:tbl>
    <w:p w14:paraId="647B144B" w14:textId="77777777" w:rsidR="00B808F9" w:rsidRDefault="00B808F9">
      <w:pPr>
        <w:sectPr w:rsidR="00B808F9" w:rsidSect="00034616">
          <w:footerReference w:type="default" r:id="rId50"/>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0C6686C" w14:textId="77777777" w:rsidR="007A4ED8" w:rsidRPr="00C74F04" w:rsidRDefault="009B7F9E">
      <w:pPr>
        <w:rPr>
          <w:lang w:val="ru-RU"/>
        </w:rPr>
      </w:pPr>
      <w:r w:rsidRPr="00C74F04">
        <w:rPr>
          <w:lang w:val="ru-RU"/>
        </w:rPr>
        <w:t>Суммарная установленная тепловая мощность источников округа составляет 466,67 Гкал/ч при присоединённой нагрузке 147,7096 Гкал/ч; резерв по присоединённой нагрузке — 318,9604 Гкал/ч. Баланс составляется по каждому источнику раздельно; территориальные своды получены агрегированием и балансами зон не подменяются, поскольку межисточниковых связей в границах округа не выявлено.</w:t>
      </w:r>
    </w:p>
    <w:p w14:paraId="36A0D5A5" w14:textId="77777777" w:rsidR="007A4ED8" w:rsidRPr="00C74F04" w:rsidRDefault="009B7F9E">
      <w:pPr>
        <w:rPr>
          <w:lang w:val="ru-RU"/>
        </w:rPr>
      </w:pPr>
      <w:r w:rsidRPr="00C74F04">
        <w:rPr>
          <w:lang w:val="ru-RU"/>
        </w:rPr>
        <w:t>Резерв, приведённый по полной максимальной нагрузке, и резерв, приведённый по присоединённой нагрузке, между собой не сопоставляются: базы нагрузки различны по определению. Приведение резерва без указания базы нагрузки не допускается.</w:t>
      </w:r>
    </w:p>
    <w:p w14:paraId="5330EFAF" w14:textId="77777777" w:rsidR="00B808F9" w:rsidRPr="00C74F04" w:rsidRDefault="00B96FD3">
      <w:pPr>
        <w:rPr>
          <w:lang w:val="ru-RU"/>
        </w:rPr>
      </w:pPr>
      <w:r w:rsidRPr="00C74F04">
        <w:rPr>
          <w:lang w:val="ru-RU"/>
        </w:rPr>
        <w:t>Сводный баланс тепловой мощности по каждому источнику и каждому этапу расчётного периода приведён ниже. Форма построена так, чтобы переход от установленной мощности к резерву прослеживался по строке: установленная мощность, располагаемая мощность, расход на собственные нужды, потери в тепловых сетях, расчётная нагрузка потребителей, полная максимальная нагрузка, тепловая мощность нетто, резерв или дефицит, загрузка оборудования.</w:t>
      </w:r>
    </w:p>
    <w:p w14:paraId="1767F720" w14:textId="77777777" w:rsidR="00B808F9" w:rsidRPr="00C74F04" w:rsidRDefault="00B808F9">
      <w:pPr>
        <w:rPr>
          <w:lang w:val="ru-RU"/>
        </w:rPr>
        <w:sectPr w:rsidR="00B808F9" w:rsidRPr="00C74F04" w:rsidSect="00034616">
          <w:footerReference w:type="default" r:id="rId51"/>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A804558" w14:textId="77777777" w:rsidR="00B808F9" w:rsidRPr="00782666" w:rsidRDefault="00B96FD3">
      <w:pPr>
        <w:rPr>
          <w:b/>
          <w:bCs/>
          <w:lang w:val="ru-RU"/>
        </w:rPr>
      </w:pPr>
      <w:r w:rsidRPr="00782666">
        <w:rPr>
          <w:b/>
          <w:bCs/>
          <w:lang w:val="ru-RU"/>
        </w:rPr>
        <w:t>Таблица 1.22 — Сводный баланс тепловой мощности и тепловой нагрузки по источникам тепловой энергии по этапам расчётного периода, Гкал/ч</w:t>
      </w:r>
    </w:p>
    <w:tbl>
      <w:tblPr>
        <w:tblW w:w="5000" w:type="pct"/>
        <w:tblCellMar>
          <w:left w:w="57" w:type="dxa"/>
          <w:right w:w="57" w:type="dxa"/>
        </w:tblCellMar>
        <w:tblLook w:val="04A0" w:firstRow="1" w:lastRow="0" w:firstColumn="1" w:lastColumn="0" w:noHBand="0" w:noVBand="1"/>
      </w:tblPr>
      <w:tblGrid>
        <w:gridCol w:w="1226"/>
        <w:gridCol w:w="632"/>
        <w:gridCol w:w="1725"/>
        <w:gridCol w:w="1684"/>
        <w:gridCol w:w="1438"/>
        <w:gridCol w:w="1127"/>
        <w:gridCol w:w="1535"/>
        <w:gridCol w:w="1651"/>
        <w:gridCol w:w="1167"/>
        <w:gridCol w:w="1004"/>
        <w:gridCol w:w="1098"/>
      </w:tblGrid>
      <w:tr w:rsidR="00B808F9" w14:paraId="2A509F01" w14:textId="77777777">
        <w:trPr>
          <w:cantSplit/>
          <w:tblHeader/>
        </w:trPr>
        <w:tc>
          <w:tcPr>
            <w:tcW w:w="785" w:type="dxa"/>
            <w:shd w:val="clear" w:color="auto" w:fill="E2F0D9"/>
          </w:tcPr>
          <w:p w14:paraId="75F0F5B7" w14:textId="77777777" w:rsidR="00B808F9" w:rsidRDefault="00B96FD3">
            <w:pPr>
              <w:jc w:val="center"/>
            </w:pPr>
            <w:r>
              <w:rPr>
                <w:b/>
              </w:rPr>
              <w:t>Источник тепловой энергии</w:t>
            </w:r>
          </w:p>
        </w:tc>
        <w:tc>
          <w:tcPr>
            <w:tcW w:w="785" w:type="dxa"/>
            <w:shd w:val="clear" w:color="auto" w:fill="E2F0D9"/>
          </w:tcPr>
          <w:p w14:paraId="380F68E3" w14:textId="77777777" w:rsidR="00B808F9" w:rsidRDefault="00B96FD3">
            <w:pPr>
              <w:jc w:val="center"/>
            </w:pPr>
            <w:r>
              <w:rPr>
                <w:b/>
              </w:rPr>
              <w:t>Этап</w:t>
            </w:r>
          </w:p>
        </w:tc>
        <w:tc>
          <w:tcPr>
            <w:tcW w:w="785" w:type="dxa"/>
            <w:shd w:val="clear" w:color="auto" w:fill="E2F0D9"/>
          </w:tcPr>
          <w:p w14:paraId="4237AC99" w14:textId="77777777" w:rsidR="00B808F9" w:rsidRDefault="00B96FD3">
            <w:pPr>
              <w:jc w:val="center"/>
            </w:pPr>
            <w:r>
              <w:rPr>
                <w:b/>
              </w:rPr>
              <w:t>Установленная мощность</w:t>
            </w:r>
          </w:p>
        </w:tc>
        <w:tc>
          <w:tcPr>
            <w:tcW w:w="785" w:type="dxa"/>
            <w:shd w:val="clear" w:color="auto" w:fill="E2F0D9"/>
          </w:tcPr>
          <w:p w14:paraId="6CE54524" w14:textId="77777777" w:rsidR="00B808F9" w:rsidRDefault="00B96FD3">
            <w:pPr>
              <w:jc w:val="center"/>
            </w:pPr>
            <w:r>
              <w:rPr>
                <w:b/>
              </w:rPr>
              <w:t>Располагаемая мощность</w:t>
            </w:r>
          </w:p>
        </w:tc>
        <w:tc>
          <w:tcPr>
            <w:tcW w:w="785" w:type="dxa"/>
            <w:shd w:val="clear" w:color="auto" w:fill="E2F0D9"/>
          </w:tcPr>
          <w:p w14:paraId="329A74EF" w14:textId="77777777" w:rsidR="00B808F9" w:rsidRDefault="00B96FD3">
            <w:pPr>
              <w:jc w:val="center"/>
            </w:pPr>
            <w:r>
              <w:rPr>
                <w:b/>
              </w:rPr>
              <w:t>Расход на собственные нужды</w:t>
            </w:r>
          </w:p>
        </w:tc>
        <w:tc>
          <w:tcPr>
            <w:tcW w:w="785" w:type="dxa"/>
            <w:shd w:val="clear" w:color="auto" w:fill="E2F0D9"/>
          </w:tcPr>
          <w:p w14:paraId="6A84BC3B" w14:textId="77777777" w:rsidR="00B808F9" w:rsidRDefault="00B96FD3">
            <w:pPr>
              <w:jc w:val="center"/>
            </w:pPr>
            <w:r>
              <w:rPr>
                <w:b/>
              </w:rPr>
              <w:t>Потери в тепловых сетях</w:t>
            </w:r>
          </w:p>
        </w:tc>
        <w:tc>
          <w:tcPr>
            <w:tcW w:w="785" w:type="dxa"/>
            <w:shd w:val="clear" w:color="auto" w:fill="E2F0D9"/>
          </w:tcPr>
          <w:p w14:paraId="0136013F" w14:textId="77777777" w:rsidR="00B808F9" w:rsidRDefault="00B96FD3">
            <w:pPr>
              <w:jc w:val="center"/>
            </w:pPr>
            <w:r>
              <w:rPr>
                <w:b/>
              </w:rPr>
              <w:t>Расчётная нагрузка потребителей</w:t>
            </w:r>
          </w:p>
        </w:tc>
        <w:tc>
          <w:tcPr>
            <w:tcW w:w="785" w:type="dxa"/>
            <w:shd w:val="clear" w:color="auto" w:fill="E2F0D9"/>
          </w:tcPr>
          <w:p w14:paraId="0FDA9140" w14:textId="77777777" w:rsidR="00B808F9" w:rsidRDefault="00B96FD3">
            <w:pPr>
              <w:jc w:val="center"/>
            </w:pPr>
            <w:r>
              <w:rPr>
                <w:b/>
              </w:rPr>
              <w:t>Полная максимальная нагрузка</w:t>
            </w:r>
          </w:p>
        </w:tc>
        <w:tc>
          <w:tcPr>
            <w:tcW w:w="785" w:type="dxa"/>
            <w:shd w:val="clear" w:color="auto" w:fill="E2F0D9"/>
          </w:tcPr>
          <w:p w14:paraId="4F03030A" w14:textId="77777777" w:rsidR="00B808F9" w:rsidRDefault="00B96FD3">
            <w:pPr>
              <w:jc w:val="center"/>
            </w:pPr>
            <w:r>
              <w:rPr>
                <w:b/>
              </w:rPr>
              <w:t>Тепловая мощность нетто</w:t>
            </w:r>
          </w:p>
        </w:tc>
        <w:tc>
          <w:tcPr>
            <w:tcW w:w="785" w:type="dxa"/>
            <w:shd w:val="clear" w:color="auto" w:fill="E2F0D9"/>
          </w:tcPr>
          <w:p w14:paraId="41988437" w14:textId="77777777" w:rsidR="00B808F9" w:rsidRDefault="00B96FD3">
            <w:pPr>
              <w:jc w:val="center"/>
            </w:pPr>
            <w:r>
              <w:rPr>
                <w:b/>
              </w:rPr>
              <w:t>Резерв (+) или дефицит (−)</w:t>
            </w:r>
          </w:p>
        </w:tc>
        <w:tc>
          <w:tcPr>
            <w:tcW w:w="785" w:type="dxa"/>
            <w:shd w:val="clear" w:color="auto" w:fill="E2F0D9"/>
          </w:tcPr>
          <w:p w14:paraId="13151198" w14:textId="77777777" w:rsidR="00B808F9" w:rsidRDefault="00B96FD3">
            <w:pPr>
              <w:jc w:val="center"/>
            </w:pPr>
            <w:r>
              <w:rPr>
                <w:b/>
              </w:rPr>
              <w:t>Загрузка, %</w:t>
            </w:r>
          </w:p>
        </w:tc>
      </w:tr>
      <w:tr w:rsidR="00B808F9" w14:paraId="46152356" w14:textId="77777777">
        <w:trPr>
          <w:cantSplit/>
        </w:trPr>
        <w:tc>
          <w:tcPr>
            <w:tcW w:w="785" w:type="dxa"/>
            <w:shd w:val="clear" w:color="auto" w:fill="F2F2F2"/>
          </w:tcPr>
          <w:p w14:paraId="71F0B856" w14:textId="77777777" w:rsidR="00B808F9" w:rsidRDefault="00B96FD3">
            <w:r>
              <w:t>УПК № 1</w:t>
            </w:r>
          </w:p>
        </w:tc>
        <w:tc>
          <w:tcPr>
            <w:tcW w:w="785" w:type="dxa"/>
            <w:shd w:val="clear" w:color="auto" w:fill="FFFFFF"/>
          </w:tcPr>
          <w:p w14:paraId="3ADCA651" w14:textId="77777777" w:rsidR="00B808F9" w:rsidRDefault="00B96FD3">
            <w:r>
              <w:t>2026</w:t>
            </w:r>
          </w:p>
        </w:tc>
        <w:tc>
          <w:tcPr>
            <w:tcW w:w="785" w:type="dxa"/>
            <w:shd w:val="clear" w:color="auto" w:fill="FFFFFF"/>
          </w:tcPr>
          <w:p w14:paraId="3DE53AA2" w14:textId="77777777" w:rsidR="00B808F9" w:rsidRDefault="00B96FD3">
            <w:r>
              <w:t>150,00</w:t>
            </w:r>
          </w:p>
        </w:tc>
        <w:tc>
          <w:tcPr>
            <w:tcW w:w="785" w:type="dxa"/>
            <w:shd w:val="clear" w:color="auto" w:fill="FFFFFF"/>
          </w:tcPr>
          <w:p w14:paraId="1E071E16" w14:textId="77777777" w:rsidR="00B808F9" w:rsidRDefault="00B96FD3">
            <w:r>
              <w:t>150,00</w:t>
            </w:r>
          </w:p>
        </w:tc>
        <w:tc>
          <w:tcPr>
            <w:tcW w:w="785" w:type="dxa"/>
            <w:shd w:val="clear" w:color="auto" w:fill="FFFFFF"/>
          </w:tcPr>
          <w:p w14:paraId="121A058A" w14:textId="77777777" w:rsidR="00B808F9" w:rsidRDefault="00B96FD3">
            <w:r>
              <w:t>4,5880</w:t>
            </w:r>
          </w:p>
        </w:tc>
        <w:tc>
          <w:tcPr>
            <w:tcW w:w="785" w:type="dxa"/>
            <w:shd w:val="clear" w:color="auto" w:fill="FFFFFF"/>
          </w:tcPr>
          <w:p w14:paraId="0B5346EB" w14:textId="77777777" w:rsidR="00B808F9" w:rsidRDefault="00B96FD3">
            <w:r>
              <w:t>6,9180</w:t>
            </w:r>
          </w:p>
        </w:tc>
        <w:tc>
          <w:tcPr>
            <w:tcW w:w="785" w:type="dxa"/>
            <w:shd w:val="clear" w:color="auto" w:fill="FFFFFF"/>
          </w:tcPr>
          <w:p w14:paraId="14D4594D" w14:textId="77777777" w:rsidR="00B808F9" w:rsidRDefault="00B96FD3">
            <w:r>
              <w:t>81,5472</w:t>
            </w:r>
          </w:p>
        </w:tc>
        <w:tc>
          <w:tcPr>
            <w:tcW w:w="785" w:type="dxa"/>
            <w:shd w:val="clear" w:color="auto" w:fill="FFFFFF"/>
          </w:tcPr>
          <w:p w14:paraId="31728DBB" w14:textId="77777777" w:rsidR="00B808F9" w:rsidRDefault="00B96FD3">
            <w:r>
              <w:t>93,0532</w:t>
            </w:r>
          </w:p>
        </w:tc>
        <w:tc>
          <w:tcPr>
            <w:tcW w:w="785" w:type="dxa"/>
            <w:shd w:val="clear" w:color="auto" w:fill="FFFFFF"/>
          </w:tcPr>
          <w:p w14:paraId="12B3FF9A" w14:textId="77777777" w:rsidR="00B808F9" w:rsidRDefault="00B96FD3">
            <w:r>
              <w:t>142,2207</w:t>
            </w:r>
          </w:p>
        </w:tc>
        <w:tc>
          <w:tcPr>
            <w:tcW w:w="785" w:type="dxa"/>
            <w:shd w:val="clear" w:color="auto" w:fill="FFFFFF"/>
          </w:tcPr>
          <w:p w14:paraId="1E61610F" w14:textId="77777777" w:rsidR="00B808F9" w:rsidRDefault="00B96FD3">
            <w:r>
              <w:t>56,9468</w:t>
            </w:r>
          </w:p>
        </w:tc>
        <w:tc>
          <w:tcPr>
            <w:tcW w:w="785" w:type="dxa"/>
            <w:shd w:val="clear" w:color="auto" w:fill="FFFFFF"/>
          </w:tcPr>
          <w:p w14:paraId="18D53313" w14:textId="77777777" w:rsidR="00B808F9" w:rsidRDefault="00B96FD3">
            <w:r>
              <w:t>62,04</w:t>
            </w:r>
          </w:p>
        </w:tc>
      </w:tr>
      <w:tr w:rsidR="00B808F9" w14:paraId="06AD5ACE" w14:textId="77777777">
        <w:trPr>
          <w:cantSplit/>
        </w:trPr>
        <w:tc>
          <w:tcPr>
            <w:tcW w:w="785" w:type="dxa"/>
            <w:shd w:val="clear" w:color="auto" w:fill="F2F2F2"/>
          </w:tcPr>
          <w:p w14:paraId="33F9865D" w14:textId="77777777" w:rsidR="00B808F9" w:rsidRDefault="00B808F9"/>
        </w:tc>
        <w:tc>
          <w:tcPr>
            <w:tcW w:w="785" w:type="dxa"/>
            <w:shd w:val="clear" w:color="auto" w:fill="FFFFFF"/>
          </w:tcPr>
          <w:p w14:paraId="06A47BC0" w14:textId="77777777" w:rsidR="00B808F9" w:rsidRDefault="00B96FD3">
            <w:r>
              <w:t>2031</w:t>
            </w:r>
          </w:p>
        </w:tc>
        <w:tc>
          <w:tcPr>
            <w:tcW w:w="785" w:type="dxa"/>
            <w:shd w:val="clear" w:color="auto" w:fill="FFFFFF"/>
          </w:tcPr>
          <w:p w14:paraId="6F2C1FAE" w14:textId="77777777" w:rsidR="00B808F9" w:rsidRDefault="00B96FD3">
            <w:r>
              <w:t>150,00</w:t>
            </w:r>
          </w:p>
        </w:tc>
        <w:tc>
          <w:tcPr>
            <w:tcW w:w="785" w:type="dxa"/>
            <w:shd w:val="clear" w:color="auto" w:fill="FFFFFF"/>
          </w:tcPr>
          <w:p w14:paraId="0AC8597D" w14:textId="77777777" w:rsidR="00B808F9" w:rsidRDefault="00B96FD3">
            <w:r>
              <w:t>150,00</w:t>
            </w:r>
          </w:p>
        </w:tc>
        <w:tc>
          <w:tcPr>
            <w:tcW w:w="785" w:type="dxa"/>
            <w:shd w:val="clear" w:color="auto" w:fill="FFFFFF"/>
          </w:tcPr>
          <w:p w14:paraId="431DCCE1" w14:textId="77777777" w:rsidR="00B808F9" w:rsidRDefault="00B96FD3">
            <w:r>
              <w:t>4,5880</w:t>
            </w:r>
          </w:p>
        </w:tc>
        <w:tc>
          <w:tcPr>
            <w:tcW w:w="785" w:type="dxa"/>
            <w:shd w:val="clear" w:color="auto" w:fill="FFFFFF"/>
          </w:tcPr>
          <w:p w14:paraId="69499D9E" w14:textId="77777777" w:rsidR="00B808F9" w:rsidRDefault="00B96FD3">
            <w:r>
              <w:t>6,9180</w:t>
            </w:r>
          </w:p>
        </w:tc>
        <w:tc>
          <w:tcPr>
            <w:tcW w:w="785" w:type="dxa"/>
            <w:shd w:val="clear" w:color="auto" w:fill="FFFFFF"/>
          </w:tcPr>
          <w:p w14:paraId="483093FC" w14:textId="77777777" w:rsidR="00B808F9" w:rsidRDefault="00B96FD3">
            <w:r>
              <w:t>81,6982</w:t>
            </w:r>
          </w:p>
        </w:tc>
        <w:tc>
          <w:tcPr>
            <w:tcW w:w="785" w:type="dxa"/>
            <w:shd w:val="clear" w:color="auto" w:fill="FFFFFF"/>
          </w:tcPr>
          <w:p w14:paraId="0AA9FF5F" w14:textId="77777777" w:rsidR="00B808F9" w:rsidRDefault="00B96FD3">
            <w:r>
              <w:t>93,2042</w:t>
            </w:r>
          </w:p>
        </w:tc>
        <w:tc>
          <w:tcPr>
            <w:tcW w:w="785" w:type="dxa"/>
            <w:shd w:val="clear" w:color="auto" w:fill="FFFFFF"/>
          </w:tcPr>
          <w:p w14:paraId="36B6844D" w14:textId="77777777" w:rsidR="00B808F9" w:rsidRDefault="00B96FD3">
            <w:r>
              <w:t>142,2339</w:t>
            </w:r>
          </w:p>
        </w:tc>
        <w:tc>
          <w:tcPr>
            <w:tcW w:w="785" w:type="dxa"/>
            <w:shd w:val="clear" w:color="auto" w:fill="FFFFFF"/>
          </w:tcPr>
          <w:p w14:paraId="12FE5EEF" w14:textId="77777777" w:rsidR="00B808F9" w:rsidRDefault="00B96FD3">
            <w:r>
              <w:t>56,7958</w:t>
            </w:r>
          </w:p>
        </w:tc>
        <w:tc>
          <w:tcPr>
            <w:tcW w:w="785" w:type="dxa"/>
            <w:shd w:val="clear" w:color="auto" w:fill="FFFFFF"/>
          </w:tcPr>
          <w:p w14:paraId="438CABF3" w14:textId="77777777" w:rsidR="00B808F9" w:rsidRDefault="00B96FD3">
            <w:r>
              <w:t>62,14</w:t>
            </w:r>
          </w:p>
        </w:tc>
      </w:tr>
      <w:tr w:rsidR="00B808F9" w14:paraId="7D7F7592" w14:textId="77777777">
        <w:trPr>
          <w:cantSplit/>
        </w:trPr>
        <w:tc>
          <w:tcPr>
            <w:tcW w:w="785" w:type="dxa"/>
            <w:shd w:val="clear" w:color="auto" w:fill="F2F2F2"/>
          </w:tcPr>
          <w:p w14:paraId="438135ED" w14:textId="77777777" w:rsidR="00B808F9" w:rsidRDefault="00B808F9"/>
        </w:tc>
        <w:tc>
          <w:tcPr>
            <w:tcW w:w="785" w:type="dxa"/>
            <w:shd w:val="clear" w:color="auto" w:fill="FFFFFF"/>
          </w:tcPr>
          <w:p w14:paraId="4EFE9B90" w14:textId="77777777" w:rsidR="00B808F9" w:rsidRDefault="00B96FD3">
            <w:r>
              <w:t>2036</w:t>
            </w:r>
          </w:p>
        </w:tc>
        <w:tc>
          <w:tcPr>
            <w:tcW w:w="785" w:type="dxa"/>
            <w:shd w:val="clear" w:color="auto" w:fill="FFFFFF"/>
          </w:tcPr>
          <w:p w14:paraId="18A2D4AF" w14:textId="77777777" w:rsidR="00B808F9" w:rsidRDefault="00B96FD3">
            <w:r>
              <w:t>150,00</w:t>
            </w:r>
          </w:p>
        </w:tc>
        <w:tc>
          <w:tcPr>
            <w:tcW w:w="785" w:type="dxa"/>
            <w:shd w:val="clear" w:color="auto" w:fill="FFFFFF"/>
          </w:tcPr>
          <w:p w14:paraId="39C5EA3B" w14:textId="77777777" w:rsidR="00B808F9" w:rsidRDefault="00B96FD3">
            <w:r>
              <w:t>150,00</w:t>
            </w:r>
          </w:p>
        </w:tc>
        <w:tc>
          <w:tcPr>
            <w:tcW w:w="785" w:type="dxa"/>
            <w:shd w:val="clear" w:color="auto" w:fill="FFFFFF"/>
          </w:tcPr>
          <w:p w14:paraId="78B7BD29" w14:textId="77777777" w:rsidR="00B808F9" w:rsidRDefault="00B96FD3">
            <w:r>
              <w:t>4,5880</w:t>
            </w:r>
          </w:p>
        </w:tc>
        <w:tc>
          <w:tcPr>
            <w:tcW w:w="785" w:type="dxa"/>
            <w:shd w:val="clear" w:color="auto" w:fill="FFFFFF"/>
          </w:tcPr>
          <w:p w14:paraId="3BE0C508" w14:textId="77777777" w:rsidR="00B808F9" w:rsidRDefault="00B96FD3">
            <w:r>
              <w:t>6,9180</w:t>
            </w:r>
          </w:p>
        </w:tc>
        <w:tc>
          <w:tcPr>
            <w:tcW w:w="785" w:type="dxa"/>
            <w:shd w:val="clear" w:color="auto" w:fill="FFFFFF"/>
          </w:tcPr>
          <w:p w14:paraId="38F3968E" w14:textId="77777777" w:rsidR="00B808F9" w:rsidRDefault="00B96FD3">
            <w:r>
              <w:t>81,6982</w:t>
            </w:r>
          </w:p>
        </w:tc>
        <w:tc>
          <w:tcPr>
            <w:tcW w:w="785" w:type="dxa"/>
            <w:shd w:val="clear" w:color="auto" w:fill="FFFFFF"/>
          </w:tcPr>
          <w:p w14:paraId="73E38679" w14:textId="77777777" w:rsidR="00B808F9" w:rsidRDefault="00B96FD3">
            <w:r>
              <w:t>93,2042</w:t>
            </w:r>
          </w:p>
        </w:tc>
        <w:tc>
          <w:tcPr>
            <w:tcW w:w="785" w:type="dxa"/>
            <w:shd w:val="clear" w:color="auto" w:fill="FFFFFF"/>
          </w:tcPr>
          <w:p w14:paraId="7AAAB555" w14:textId="77777777" w:rsidR="00B808F9" w:rsidRDefault="00B96FD3">
            <w:r>
              <w:t>142,2339</w:t>
            </w:r>
          </w:p>
        </w:tc>
        <w:tc>
          <w:tcPr>
            <w:tcW w:w="785" w:type="dxa"/>
            <w:shd w:val="clear" w:color="auto" w:fill="FFFFFF"/>
          </w:tcPr>
          <w:p w14:paraId="01FB74F2" w14:textId="77777777" w:rsidR="00B808F9" w:rsidRDefault="00B96FD3">
            <w:r>
              <w:t>56,7958</w:t>
            </w:r>
          </w:p>
        </w:tc>
        <w:tc>
          <w:tcPr>
            <w:tcW w:w="785" w:type="dxa"/>
            <w:shd w:val="clear" w:color="auto" w:fill="FFFFFF"/>
          </w:tcPr>
          <w:p w14:paraId="26C20D28" w14:textId="77777777" w:rsidR="00B808F9" w:rsidRDefault="00B96FD3">
            <w:r>
              <w:t>62,14</w:t>
            </w:r>
          </w:p>
        </w:tc>
      </w:tr>
      <w:tr w:rsidR="00B808F9" w14:paraId="2E1DC0E1" w14:textId="77777777">
        <w:trPr>
          <w:cantSplit/>
        </w:trPr>
        <w:tc>
          <w:tcPr>
            <w:tcW w:w="785" w:type="dxa"/>
            <w:shd w:val="clear" w:color="auto" w:fill="F2F2F2"/>
          </w:tcPr>
          <w:p w14:paraId="1DCE622B" w14:textId="77777777" w:rsidR="00B808F9" w:rsidRDefault="00B96FD3">
            <w:r>
              <w:t>УПК № 2 Шалым</w:t>
            </w:r>
          </w:p>
        </w:tc>
        <w:tc>
          <w:tcPr>
            <w:tcW w:w="785" w:type="dxa"/>
            <w:shd w:val="clear" w:color="auto" w:fill="FFFFFF"/>
          </w:tcPr>
          <w:p w14:paraId="1198D67A" w14:textId="77777777" w:rsidR="00B808F9" w:rsidRDefault="00B96FD3">
            <w:r>
              <w:t>2026</w:t>
            </w:r>
          </w:p>
        </w:tc>
        <w:tc>
          <w:tcPr>
            <w:tcW w:w="785" w:type="dxa"/>
            <w:shd w:val="clear" w:color="auto" w:fill="FFFFFF"/>
          </w:tcPr>
          <w:p w14:paraId="2F68CB68" w14:textId="77777777" w:rsidR="00B808F9" w:rsidRDefault="00B96FD3">
            <w:r>
              <w:t>17,00</w:t>
            </w:r>
          </w:p>
        </w:tc>
        <w:tc>
          <w:tcPr>
            <w:tcW w:w="785" w:type="dxa"/>
            <w:shd w:val="clear" w:color="auto" w:fill="FFFFFF"/>
          </w:tcPr>
          <w:p w14:paraId="62501A63" w14:textId="77777777" w:rsidR="00B808F9" w:rsidRDefault="00B96FD3">
            <w:r>
              <w:t>17,00</w:t>
            </w:r>
          </w:p>
        </w:tc>
        <w:tc>
          <w:tcPr>
            <w:tcW w:w="785" w:type="dxa"/>
            <w:shd w:val="clear" w:color="auto" w:fill="FFFFFF"/>
          </w:tcPr>
          <w:p w14:paraId="36113E5A" w14:textId="77777777" w:rsidR="00B808F9" w:rsidRDefault="00B96FD3">
            <w:r>
              <w:t>0,1820</w:t>
            </w:r>
          </w:p>
        </w:tc>
        <w:tc>
          <w:tcPr>
            <w:tcW w:w="785" w:type="dxa"/>
            <w:shd w:val="clear" w:color="auto" w:fill="FFFFFF"/>
          </w:tcPr>
          <w:p w14:paraId="4E91DC3C" w14:textId="77777777" w:rsidR="00B808F9" w:rsidRDefault="00B96FD3">
            <w:r>
              <w:t>0,5420</w:t>
            </w:r>
          </w:p>
        </w:tc>
        <w:tc>
          <w:tcPr>
            <w:tcW w:w="785" w:type="dxa"/>
            <w:shd w:val="clear" w:color="auto" w:fill="FFFFFF"/>
          </w:tcPr>
          <w:p w14:paraId="4CBAC5F5" w14:textId="77777777" w:rsidR="00B808F9" w:rsidRDefault="00B96FD3">
            <w:r>
              <w:t>5,1362</w:t>
            </w:r>
          </w:p>
        </w:tc>
        <w:tc>
          <w:tcPr>
            <w:tcW w:w="785" w:type="dxa"/>
            <w:shd w:val="clear" w:color="auto" w:fill="FFFFFF"/>
          </w:tcPr>
          <w:p w14:paraId="344931E1" w14:textId="77777777" w:rsidR="00B808F9" w:rsidRDefault="00B96FD3">
            <w:r>
              <w:t>5,8602</w:t>
            </w:r>
          </w:p>
        </w:tc>
        <w:tc>
          <w:tcPr>
            <w:tcW w:w="785" w:type="dxa"/>
            <w:shd w:val="clear" w:color="auto" w:fill="FFFFFF"/>
          </w:tcPr>
          <w:p w14:paraId="770B5176" w14:textId="77777777" w:rsidR="00B808F9" w:rsidRDefault="00B96FD3">
            <w:r>
              <w:t>16,4551</w:t>
            </w:r>
          </w:p>
        </w:tc>
        <w:tc>
          <w:tcPr>
            <w:tcW w:w="785" w:type="dxa"/>
            <w:shd w:val="clear" w:color="auto" w:fill="FFFFFF"/>
          </w:tcPr>
          <w:p w14:paraId="08411C13" w14:textId="77777777" w:rsidR="00B808F9" w:rsidRDefault="00B96FD3">
            <w:r>
              <w:t>11,1398</w:t>
            </w:r>
          </w:p>
        </w:tc>
        <w:tc>
          <w:tcPr>
            <w:tcW w:w="785" w:type="dxa"/>
            <w:shd w:val="clear" w:color="auto" w:fill="FFFFFF"/>
          </w:tcPr>
          <w:p w14:paraId="44DEB049" w14:textId="77777777" w:rsidR="00B808F9" w:rsidRDefault="00B96FD3">
            <w:r>
              <w:t>34,47</w:t>
            </w:r>
          </w:p>
        </w:tc>
      </w:tr>
      <w:tr w:rsidR="00B808F9" w14:paraId="40D27EF6" w14:textId="77777777">
        <w:trPr>
          <w:cantSplit/>
        </w:trPr>
        <w:tc>
          <w:tcPr>
            <w:tcW w:w="785" w:type="dxa"/>
            <w:shd w:val="clear" w:color="auto" w:fill="F2F2F2"/>
          </w:tcPr>
          <w:p w14:paraId="467D41D8" w14:textId="77777777" w:rsidR="00B808F9" w:rsidRDefault="00B808F9"/>
        </w:tc>
        <w:tc>
          <w:tcPr>
            <w:tcW w:w="785" w:type="dxa"/>
            <w:shd w:val="clear" w:color="auto" w:fill="FFFFFF"/>
          </w:tcPr>
          <w:p w14:paraId="4E53C798" w14:textId="77777777" w:rsidR="00B808F9" w:rsidRDefault="00B96FD3">
            <w:r>
              <w:t>2031</w:t>
            </w:r>
          </w:p>
        </w:tc>
        <w:tc>
          <w:tcPr>
            <w:tcW w:w="785" w:type="dxa"/>
            <w:shd w:val="clear" w:color="auto" w:fill="FFFFFF"/>
          </w:tcPr>
          <w:p w14:paraId="7F1D0109" w14:textId="77777777" w:rsidR="00B808F9" w:rsidRDefault="00B96FD3">
            <w:r>
              <w:t>17,00</w:t>
            </w:r>
          </w:p>
        </w:tc>
        <w:tc>
          <w:tcPr>
            <w:tcW w:w="785" w:type="dxa"/>
            <w:shd w:val="clear" w:color="auto" w:fill="FFFFFF"/>
          </w:tcPr>
          <w:p w14:paraId="16BDA8EA" w14:textId="77777777" w:rsidR="00B808F9" w:rsidRDefault="00B96FD3">
            <w:r>
              <w:t>17,00</w:t>
            </w:r>
          </w:p>
        </w:tc>
        <w:tc>
          <w:tcPr>
            <w:tcW w:w="785" w:type="dxa"/>
            <w:shd w:val="clear" w:color="auto" w:fill="FFFFFF"/>
          </w:tcPr>
          <w:p w14:paraId="0505C931" w14:textId="77777777" w:rsidR="00B808F9" w:rsidRDefault="00B96FD3">
            <w:r>
              <w:t>0,1820</w:t>
            </w:r>
          </w:p>
        </w:tc>
        <w:tc>
          <w:tcPr>
            <w:tcW w:w="785" w:type="dxa"/>
            <w:shd w:val="clear" w:color="auto" w:fill="FFFFFF"/>
          </w:tcPr>
          <w:p w14:paraId="4A040869" w14:textId="77777777" w:rsidR="00B808F9" w:rsidRDefault="00B96FD3">
            <w:r>
              <w:t>0,5420</w:t>
            </w:r>
          </w:p>
        </w:tc>
        <w:tc>
          <w:tcPr>
            <w:tcW w:w="785" w:type="dxa"/>
            <w:shd w:val="clear" w:color="auto" w:fill="FFFFFF"/>
          </w:tcPr>
          <w:p w14:paraId="17C3730C" w14:textId="77777777" w:rsidR="00B808F9" w:rsidRDefault="00B96FD3">
            <w:r>
              <w:t>5,1362</w:t>
            </w:r>
          </w:p>
        </w:tc>
        <w:tc>
          <w:tcPr>
            <w:tcW w:w="785" w:type="dxa"/>
            <w:shd w:val="clear" w:color="auto" w:fill="FFFFFF"/>
          </w:tcPr>
          <w:p w14:paraId="4021511A" w14:textId="77777777" w:rsidR="00B808F9" w:rsidRDefault="00B96FD3">
            <w:r>
              <w:t>5,8602</w:t>
            </w:r>
          </w:p>
        </w:tc>
        <w:tc>
          <w:tcPr>
            <w:tcW w:w="785" w:type="dxa"/>
            <w:shd w:val="clear" w:color="auto" w:fill="FFFFFF"/>
          </w:tcPr>
          <w:p w14:paraId="59311FB2" w14:textId="77777777" w:rsidR="00B808F9" w:rsidRDefault="00B96FD3">
            <w:r>
              <w:t>16,4551</w:t>
            </w:r>
          </w:p>
        </w:tc>
        <w:tc>
          <w:tcPr>
            <w:tcW w:w="785" w:type="dxa"/>
            <w:shd w:val="clear" w:color="auto" w:fill="FFFFFF"/>
          </w:tcPr>
          <w:p w14:paraId="4C99D3EB" w14:textId="77777777" w:rsidR="00B808F9" w:rsidRDefault="00B96FD3">
            <w:r>
              <w:t>11,1398</w:t>
            </w:r>
          </w:p>
        </w:tc>
        <w:tc>
          <w:tcPr>
            <w:tcW w:w="785" w:type="dxa"/>
            <w:shd w:val="clear" w:color="auto" w:fill="FFFFFF"/>
          </w:tcPr>
          <w:p w14:paraId="4463B98F" w14:textId="77777777" w:rsidR="00B808F9" w:rsidRDefault="00B96FD3">
            <w:r>
              <w:t>34,47</w:t>
            </w:r>
          </w:p>
        </w:tc>
      </w:tr>
      <w:tr w:rsidR="00B808F9" w14:paraId="33A0300D" w14:textId="77777777">
        <w:trPr>
          <w:cantSplit/>
        </w:trPr>
        <w:tc>
          <w:tcPr>
            <w:tcW w:w="785" w:type="dxa"/>
            <w:shd w:val="clear" w:color="auto" w:fill="F2F2F2"/>
          </w:tcPr>
          <w:p w14:paraId="665D7F4D" w14:textId="77777777" w:rsidR="00B808F9" w:rsidRDefault="00B808F9"/>
        </w:tc>
        <w:tc>
          <w:tcPr>
            <w:tcW w:w="785" w:type="dxa"/>
            <w:shd w:val="clear" w:color="auto" w:fill="FFFFFF"/>
          </w:tcPr>
          <w:p w14:paraId="2BE9A84E" w14:textId="77777777" w:rsidR="00B808F9" w:rsidRDefault="00B96FD3">
            <w:r>
              <w:t>2036</w:t>
            </w:r>
          </w:p>
        </w:tc>
        <w:tc>
          <w:tcPr>
            <w:tcW w:w="785" w:type="dxa"/>
            <w:shd w:val="clear" w:color="auto" w:fill="FFFFFF"/>
          </w:tcPr>
          <w:p w14:paraId="3DEA916D" w14:textId="77777777" w:rsidR="00B808F9" w:rsidRDefault="00B96FD3">
            <w:r>
              <w:t>17,00</w:t>
            </w:r>
          </w:p>
        </w:tc>
        <w:tc>
          <w:tcPr>
            <w:tcW w:w="785" w:type="dxa"/>
            <w:shd w:val="clear" w:color="auto" w:fill="FFFFFF"/>
          </w:tcPr>
          <w:p w14:paraId="6AD9DB4F" w14:textId="77777777" w:rsidR="00B808F9" w:rsidRDefault="00B96FD3">
            <w:r>
              <w:t>17,00</w:t>
            </w:r>
          </w:p>
        </w:tc>
        <w:tc>
          <w:tcPr>
            <w:tcW w:w="785" w:type="dxa"/>
            <w:shd w:val="clear" w:color="auto" w:fill="FFFFFF"/>
          </w:tcPr>
          <w:p w14:paraId="42BF684D" w14:textId="77777777" w:rsidR="00B808F9" w:rsidRDefault="00B96FD3">
            <w:r>
              <w:t>0,1820</w:t>
            </w:r>
          </w:p>
        </w:tc>
        <w:tc>
          <w:tcPr>
            <w:tcW w:w="785" w:type="dxa"/>
            <w:shd w:val="clear" w:color="auto" w:fill="FFFFFF"/>
          </w:tcPr>
          <w:p w14:paraId="44111C87" w14:textId="77777777" w:rsidR="00B808F9" w:rsidRDefault="00B96FD3">
            <w:r>
              <w:t>0,5420</w:t>
            </w:r>
          </w:p>
        </w:tc>
        <w:tc>
          <w:tcPr>
            <w:tcW w:w="785" w:type="dxa"/>
            <w:shd w:val="clear" w:color="auto" w:fill="FFFFFF"/>
          </w:tcPr>
          <w:p w14:paraId="5F80369D" w14:textId="77777777" w:rsidR="00B808F9" w:rsidRDefault="00B96FD3">
            <w:r>
              <w:t>5,1362</w:t>
            </w:r>
          </w:p>
        </w:tc>
        <w:tc>
          <w:tcPr>
            <w:tcW w:w="785" w:type="dxa"/>
            <w:shd w:val="clear" w:color="auto" w:fill="FFFFFF"/>
          </w:tcPr>
          <w:p w14:paraId="54BC217D" w14:textId="77777777" w:rsidR="00B808F9" w:rsidRDefault="00B96FD3">
            <w:r>
              <w:t>5,8602</w:t>
            </w:r>
          </w:p>
        </w:tc>
        <w:tc>
          <w:tcPr>
            <w:tcW w:w="785" w:type="dxa"/>
            <w:shd w:val="clear" w:color="auto" w:fill="FFFFFF"/>
          </w:tcPr>
          <w:p w14:paraId="505DAD4C" w14:textId="77777777" w:rsidR="00B808F9" w:rsidRDefault="00B96FD3">
            <w:r>
              <w:t>16,4551</w:t>
            </w:r>
          </w:p>
        </w:tc>
        <w:tc>
          <w:tcPr>
            <w:tcW w:w="785" w:type="dxa"/>
            <w:shd w:val="clear" w:color="auto" w:fill="FFFFFF"/>
          </w:tcPr>
          <w:p w14:paraId="34CE243C" w14:textId="77777777" w:rsidR="00B808F9" w:rsidRDefault="00B96FD3">
            <w:r>
              <w:t>11,1398</w:t>
            </w:r>
          </w:p>
        </w:tc>
        <w:tc>
          <w:tcPr>
            <w:tcW w:w="785" w:type="dxa"/>
            <w:shd w:val="clear" w:color="auto" w:fill="FFFFFF"/>
          </w:tcPr>
          <w:p w14:paraId="6350F3A7" w14:textId="77777777" w:rsidR="00B808F9" w:rsidRDefault="00B96FD3">
            <w:r>
              <w:t>34,47</w:t>
            </w:r>
          </w:p>
        </w:tc>
      </w:tr>
      <w:tr w:rsidR="00B808F9" w14:paraId="03803B6E" w14:textId="77777777">
        <w:trPr>
          <w:cantSplit/>
        </w:trPr>
        <w:tc>
          <w:tcPr>
            <w:tcW w:w="785" w:type="dxa"/>
            <w:shd w:val="clear" w:color="auto" w:fill="F2F2F2"/>
          </w:tcPr>
          <w:p w14:paraId="23602928" w14:textId="77777777" w:rsidR="00B808F9" w:rsidRDefault="00B96FD3">
            <w:r>
              <w:t>УПК № 2 ЦМК</w:t>
            </w:r>
          </w:p>
        </w:tc>
        <w:tc>
          <w:tcPr>
            <w:tcW w:w="785" w:type="dxa"/>
            <w:shd w:val="clear" w:color="auto" w:fill="FFFFFF"/>
          </w:tcPr>
          <w:p w14:paraId="3B17B37B" w14:textId="77777777" w:rsidR="00B808F9" w:rsidRDefault="00B96FD3">
            <w:r>
              <w:t>2026</w:t>
            </w:r>
          </w:p>
        </w:tc>
        <w:tc>
          <w:tcPr>
            <w:tcW w:w="785" w:type="dxa"/>
            <w:shd w:val="clear" w:color="auto" w:fill="FFFFFF"/>
          </w:tcPr>
          <w:p w14:paraId="174D4842" w14:textId="77777777" w:rsidR="00B808F9" w:rsidRDefault="00B96FD3">
            <w:r>
              <w:t>10,20</w:t>
            </w:r>
          </w:p>
        </w:tc>
        <w:tc>
          <w:tcPr>
            <w:tcW w:w="785" w:type="dxa"/>
            <w:shd w:val="clear" w:color="auto" w:fill="FFFFFF"/>
          </w:tcPr>
          <w:p w14:paraId="0AD9C5E6" w14:textId="77777777" w:rsidR="00B808F9" w:rsidRDefault="00B96FD3">
            <w:r>
              <w:t>10,20</w:t>
            </w:r>
          </w:p>
        </w:tc>
        <w:tc>
          <w:tcPr>
            <w:tcW w:w="785" w:type="dxa"/>
            <w:shd w:val="clear" w:color="auto" w:fill="FFFFFF"/>
          </w:tcPr>
          <w:p w14:paraId="5F89CBB0" w14:textId="77777777" w:rsidR="00B808F9" w:rsidRDefault="00B96FD3">
            <w:r>
              <w:t>0,0680</w:t>
            </w:r>
          </w:p>
        </w:tc>
        <w:tc>
          <w:tcPr>
            <w:tcW w:w="785" w:type="dxa"/>
            <w:shd w:val="clear" w:color="auto" w:fill="FFFFFF"/>
          </w:tcPr>
          <w:p w14:paraId="4458158D" w14:textId="77777777" w:rsidR="00B808F9" w:rsidRDefault="00B96FD3">
            <w:r>
              <w:t>0,5890</w:t>
            </w:r>
          </w:p>
        </w:tc>
        <w:tc>
          <w:tcPr>
            <w:tcW w:w="785" w:type="dxa"/>
            <w:shd w:val="clear" w:color="auto" w:fill="FFFFFF"/>
          </w:tcPr>
          <w:p w14:paraId="023F8A4F" w14:textId="77777777" w:rsidR="00B808F9" w:rsidRDefault="00B96FD3">
            <w:r>
              <w:t>3,0481</w:t>
            </w:r>
          </w:p>
        </w:tc>
        <w:tc>
          <w:tcPr>
            <w:tcW w:w="785" w:type="dxa"/>
            <w:shd w:val="clear" w:color="auto" w:fill="FFFFFF"/>
          </w:tcPr>
          <w:p w14:paraId="5AA9A222" w14:textId="77777777" w:rsidR="00B808F9" w:rsidRDefault="00B96FD3">
            <w:r>
              <w:t>3,7051</w:t>
            </w:r>
          </w:p>
        </w:tc>
        <w:tc>
          <w:tcPr>
            <w:tcW w:w="785" w:type="dxa"/>
            <w:shd w:val="clear" w:color="auto" w:fill="FFFFFF"/>
          </w:tcPr>
          <w:p w14:paraId="38BDDD5A" w14:textId="77777777" w:rsidR="00B808F9" w:rsidRDefault="00B96FD3">
            <w:r>
              <w:t>10,0093</w:t>
            </w:r>
          </w:p>
        </w:tc>
        <w:tc>
          <w:tcPr>
            <w:tcW w:w="785" w:type="dxa"/>
            <w:shd w:val="clear" w:color="auto" w:fill="FFFFFF"/>
          </w:tcPr>
          <w:p w14:paraId="66E19EDC" w14:textId="77777777" w:rsidR="00B808F9" w:rsidRDefault="00B96FD3">
            <w:r>
              <w:t>6,4949</w:t>
            </w:r>
          </w:p>
        </w:tc>
        <w:tc>
          <w:tcPr>
            <w:tcW w:w="785" w:type="dxa"/>
            <w:shd w:val="clear" w:color="auto" w:fill="FFFFFF"/>
          </w:tcPr>
          <w:p w14:paraId="78983D9A" w14:textId="77777777" w:rsidR="00B808F9" w:rsidRDefault="00B96FD3">
            <w:r>
              <w:t>36,32</w:t>
            </w:r>
          </w:p>
        </w:tc>
      </w:tr>
      <w:tr w:rsidR="00B808F9" w14:paraId="6A7D4428" w14:textId="77777777">
        <w:trPr>
          <w:cantSplit/>
        </w:trPr>
        <w:tc>
          <w:tcPr>
            <w:tcW w:w="785" w:type="dxa"/>
            <w:shd w:val="clear" w:color="auto" w:fill="F2F2F2"/>
          </w:tcPr>
          <w:p w14:paraId="69748F73" w14:textId="77777777" w:rsidR="00B808F9" w:rsidRDefault="00B808F9"/>
        </w:tc>
        <w:tc>
          <w:tcPr>
            <w:tcW w:w="785" w:type="dxa"/>
            <w:shd w:val="clear" w:color="auto" w:fill="FFFFFF"/>
          </w:tcPr>
          <w:p w14:paraId="37B01A3A" w14:textId="77777777" w:rsidR="00B808F9" w:rsidRDefault="00B96FD3">
            <w:r>
              <w:t>2031</w:t>
            </w:r>
          </w:p>
        </w:tc>
        <w:tc>
          <w:tcPr>
            <w:tcW w:w="785" w:type="dxa"/>
            <w:shd w:val="clear" w:color="auto" w:fill="FFFFFF"/>
          </w:tcPr>
          <w:p w14:paraId="79EAE8AD" w14:textId="77777777" w:rsidR="00B808F9" w:rsidRDefault="00B96FD3">
            <w:r>
              <w:t>10,20</w:t>
            </w:r>
          </w:p>
        </w:tc>
        <w:tc>
          <w:tcPr>
            <w:tcW w:w="785" w:type="dxa"/>
            <w:shd w:val="clear" w:color="auto" w:fill="FFFFFF"/>
          </w:tcPr>
          <w:p w14:paraId="43ED2B3C" w14:textId="77777777" w:rsidR="00B808F9" w:rsidRDefault="00B96FD3">
            <w:r>
              <w:t>10,20</w:t>
            </w:r>
          </w:p>
        </w:tc>
        <w:tc>
          <w:tcPr>
            <w:tcW w:w="785" w:type="dxa"/>
            <w:shd w:val="clear" w:color="auto" w:fill="FFFFFF"/>
          </w:tcPr>
          <w:p w14:paraId="7CA07655" w14:textId="77777777" w:rsidR="00B808F9" w:rsidRDefault="00B96FD3">
            <w:r>
              <w:t>0,0680</w:t>
            </w:r>
          </w:p>
        </w:tc>
        <w:tc>
          <w:tcPr>
            <w:tcW w:w="785" w:type="dxa"/>
            <w:shd w:val="clear" w:color="auto" w:fill="FFFFFF"/>
          </w:tcPr>
          <w:p w14:paraId="32E89D68" w14:textId="77777777" w:rsidR="00B808F9" w:rsidRDefault="00B96FD3">
            <w:r>
              <w:t>0,5890</w:t>
            </w:r>
          </w:p>
        </w:tc>
        <w:tc>
          <w:tcPr>
            <w:tcW w:w="785" w:type="dxa"/>
            <w:shd w:val="clear" w:color="auto" w:fill="FFFFFF"/>
          </w:tcPr>
          <w:p w14:paraId="20EB6272" w14:textId="77777777" w:rsidR="00B808F9" w:rsidRDefault="00B96FD3">
            <w:r>
              <w:t>3,5791</w:t>
            </w:r>
          </w:p>
        </w:tc>
        <w:tc>
          <w:tcPr>
            <w:tcW w:w="785" w:type="dxa"/>
            <w:shd w:val="clear" w:color="auto" w:fill="FFFFFF"/>
          </w:tcPr>
          <w:p w14:paraId="012C63B8" w14:textId="77777777" w:rsidR="00B808F9" w:rsidRDefault="00B96FD3">
            <w:r>
              <w:t>4,2361</w:t>
            </w:r>
          </w:p>
        </w:tc>
        <w:tc>
          <w:tcPr>
            <w:tcW w:w="785" w:type="dxa"/>
            <w:shd w:val="clear" w:color="auto" w:fill="FFFFFF"/>
          </w:tcPr>
          <w:p w14:paraId="1EFA3514" w14:textId="77777777" w:rsidR="00B808F9" w:rsidRDefault="00B96FD3">
            <w:r>
              <w:t>10,0336</w:t>
            </w:r>
          </w:p>
        </w:tc>
        <w:tc>
          <w:tcPr>
            <w:tcW w:w="785" w:type="dxa"/>
            <w:shd w:val="clear" w:color="auto" w:fill="FFFFFF"/>
          </w:tcPr>
          <w:p w14:paraId="7FD312AF" w14:textId="77777777" w:rsidR="00B808F9" w:rsidRDefault="00B96FD3">
            <w:r>
              <w:t>5,9639</w:t>
            </w:r>
          </w:p>
        </w:tc>
        <w:tc>
          <w:tcPr>
            <w:tcW w:w="785" w:type="dxa"/>
            <w:shd w:val="clear" w:color="auto" w:fill="FFFFFF"/>
          </w:tcPr>
          <w:p w14:paraId="5F80C7C9" w14:textId="77777777" w:rsidR="00B808F9" w:rsidRDefault="00B96FD3">
            <w:r>
              <w:t>41,53</w:t>
            </w:r>
          </w:p>
        </w:tc>
      </w:tr>
      <w:tr w:rsidR="00B808F9" w14:paraId="23BE8486" w14:textId="77777777">
        <w:trPr>
          <w:cantSplit/>
        </w:trPr>
        <w:tc>
          <w:tcPr>
            <w:tcW w:w="785" w:type="dxa"/>
            <w:shd w:val="clear" w:color="auto" w:fill="F2F2F2"/>
          </w:tcPr>
          <w:p w14:paraId="62ACA013" w14:textId="77777777" w:rsidR="00B808F9" w:rsidRDefault="00B808F9"/>
        </w:tc>
        <w:tc>
          <w:tcPr>
            <w:tcW w:w="785" w:type="dxa"/>
            <w:shd w:val="clear" w:color="auto" w:fill="FFFFFF"/>
          </w:tcPr>
          <w:p w14:paraId="1385E82D" w14:textId="77777777" w:rsidR="00B808F9" w:rsidRDefault="00B96FD3">
            <w:r>
              <w:t>2036</w:t>
            </w:r>
          </w:p>
        </w:tc>
        <w:tc>
          <w:tcPr>
            <w:tcW w:w="785" w:type="dxa"/>
            <w:shd w:val="clear" w:color="auto" w:fill="FFFFFF"/>
          </w:tcPr>
          <w:p w14:paraId="1328AFB6" w14:textId="77777777" w:rsidR="00B808F9" w:rsidRDefault="00B96FD3">
            <w:r>
              <w:t>10,20</w:t>
            </w:r>
          </w:p>
        </w:tc>
        <w:tc>
          <w:tcPr>
            <w:tcW w:w="785" w:type="dxa"/>
            <w:shd w:val="clear" w:color="auto" w:fill="FFFFFF"/>
          </w:tcPr>
          <w:p w14:paraId="1AE996C9" w14:textId="77777777" w:rsidR="00B808F9" w:rsidRDefault="00B96FD3">
            <w:r>
              <w:t>10,20</w:t>
            </w:r>
          </w:p>
        </w:tc>
        <w:tc>
          <w:tcPr>
            <w:tcW w:w="785" w:type="dxa"/>
            <w:shd w:val="clear" w:color="auto" w:fill="FFFFFF"/>
          </w:tcPr>
          <w:p w14:paraId="0E4A634E" w14:textId="77777777" w:rsidR="00B808F9" w:rsidRDefault="00B96FD3">
            <w:r>
              <w:t>0,0680</w:t>
            </w:r>
          </w:p>
        </w:tc>
        <w:tc>
          <w:tcPr>
            <w:tcW w:w="785" w:type="dxa"/>
            <w:shd w:val="clear" w:color="auto" w:fill="FFFFFF"/>
          </w:tcPr>
          <w:p w14:paraId="56D06959" w14:textId="77777777" w:rsidR="00B808F9" w:rsidRDefault="00B96FD3">
            <w:r>
              <w:t>0,5890</w:t>
            </w:r>
          </w:p>
        </w:tc>
        <w:tc>
          <w:tcPr>
            <w:tcW w:w="785" w:type="dxa"/>
            <w:shd w:val="clear" w:color="auto" w:fill="FFFFFF"/>
          </w:tcPr>
          <w:p w14:paraId="14665626" w14:textId="77777777" w:rsidR="00B808F9" w:rsidRDefault="00B96FD3">
            <w:r>
              <w:t>3,5791</w:t>
            </w:r>
          </w:p>
        </w:tc>
        <w:tc>
          <w:tcPr>
            <w:tcW w:w="785" w:type="dxa"/>
            <w:shd w:val="clear" w:color="auto" w:fill="FFFFFF"/>
          </w:tcPr>
          <w:p w14:paraId="3503A8FA" w14:textId="77777777" w:rsidR="00B808F9" w:rsidRDefault="00B96FD3">
            <w:r>
              <w:t>4,2361</w:t>
            </w:r>
          </w:p>
        </w:tc>
        <w:tc>
          <w:tcPr>
            <w:tcW w:w="785" w:type="dxa"/>
            <w:shd w:val="clear" w:color="auto" w:fill="FFFFFF"/>
          </w:tcPr>
          <w:p w14:paraId="687648FF" w14:textId="77777777" w:rsidR="00B808F9" w:rsidRDefault="00B96FD3">
            <w:r>
              <w:t>10,0336</w:t>
            </w:r>
          </w:p>
        </w:tc>
        <w:tc>
          <w:tcPr>
            <w:tcW w:w="785" w:type="dxa"/>
            <w:shd w:val="clear" w:color="auto" w:fill="FFFFFF"/>
          </w:tcPr>
          <w:p w14:paraId="1CDB5819" w14:textId="77777777" w:rsidR="00B808F9" w:rsidRDefault="00B96FD3">
            <w:r>
              <w:t>5,9639</w:t>
            </w:r>
          </w:p>
        </w:tc>
        <w:tc>
          <w:tcPr>
            <w:tcW w:w="785" w:type="dxa"/>
            <w:shd w:val="clear" w:color="auto" w:fill="FFFFFF"/>
          </w:tcPr>
          <w:p w14:paraId="25CF7B6B" w14:textId="77777777" w:rsidR="00B808F9" w:rsidRDefault="00B96FD3">
            <w:r>
              <w:t>41,53</w:t>
            </w:r>
          </w:p>
        </w:tc>
      </w:tr>
      <w:tr w:rsidR="00B808F9" w14:paraId="49F1A545" w14:textId="77777777">
        <w:trPr>
          <w:cantSplit/>
        </w:trPr>
        <w:tc>
          <w:tcPr>
            <w:tcW w:w="785" w:type="dxa"/>
            <w:shd w:val="clear" w:color="auto" w:fill="F2F2F2"/>
          </w:tcPr>
          <w:p w14:paraId="5EEEDB8C" w14:textId="77777777" w:rsidR="00B808F9" w:rsidRDefault="00B96FD3">
            <w:r>
              <w:t>УПК № 9 ГРЭ</w:t>
            </w:r>
          </w:p>
        </w:tc>
        <w:tc>
          <w:tcPr>
            <w:tcW w:w="785" w:type="dxa"/>
            <w:shd w:val="clear" w:color="auto" w:fill="FFFFFF"/>
          </w:tcPr>
          <w:p w14:paraId="0C698605" w14:textId="77777777" w:rsidR="00B808F9" w:rsidRDefault="00B96FD3">
            <w:r>
              <w:t>2026</w:t>
            </w:r>
          </w:p>
        </w:tc>
        <w:tc>
          <w:tcPr>
            <w:tcW w:w="785" w:type="dxa"/>
            <w:shd w:val="clear" w:color="auto" w:fill="FFFFFF"/>
          </w:tcPr>
          <w:p w14:paraId="47472078" w14:textId="77777777" w:rsidR="00B808F9" w:rsidRDefault="00B96FD3">
            <w:r>
              <w:t>4,50</w:t>
            </w:r>
          </w:p>
        </w:tc>
        <w:tc>
          <w:tcPr>
            <w:tcW w:w="785" w:type="dxa"/>
            <w:shd w:val="clear" w:color="auto" w:fill="FFFFFF"/>
          </w:tcPr>
          <w:p w14:paraId="0EB56D58" w14:textId="77777777" w:rsidR="00B808F9" w:rsidRDefault="00B96FD3">
            <w:r>
              <w:t>4,50</w:t>
            </w:r>
          </w:p>
        </w:tc>
        <w:tc>
          <w:tcPr>
            <w:tcW w:w="785" w:type="dxa"/>
            <w:shd w:val="clear" w:color="auto" w:fill="FFFFFF"/>
          </w:tcPr>
          <w:p w14:paraId="613082F6" w14:textId="77777777" w:rsidR="00B808F9" w:rsidRDefault="00B96FD3">
            <w:r>
              <w:t>0,0710</w:t>
            </w:r>
          </w:p>
        </w:tc>
        <w:tc>
          <w:tcPr>
            <w:tcW w:w="785" w:type="dxa"/>
            <w:shd w:val="clear" w:color="auto" w:fill="FFFFFF"/>
          </w:tcPr>
          <w:p w14:paraId="1D1D07D6" w14:textId="77777777" w:rsidR="00B808F9" w:rsidRDefault="00B96FD3">
            <w:r>
              <w:t>0,5360</w:t>
            </w:r>
          </w:p>
        </w:tc>
        <w:tc>
          <w:tcPr>
            <w:tcW w:w="785" w:type="dxa"/>
            <w:shd w:val="clear" w:color="auto" w:fill="FFFFFF"/>
          </w:tcPr>
          <w:p w14:paraId="7DC268DE" w14:textId="77777777" w:rsidR="00B808F9" w:rsidRDefault="00B96FD3">
            <w:r>
              <w:t>0,7260</w:t>
            </w:r>
          </w:p>
        </w:tc>
        <w:tc>
          <w:tcPr>
            <w:tcW w:w="785" w:type="dxa"/>
            <w:shd w:val="clear" w:color="auto" w:fill="FFFFFF"/>
          </w:tcPr>
          <w:p w14:paraId="263DFB78" w14:textId="77777777" w:rsidR="00B808F9" w:rsidRDefault="00B96FD3">
            <w:r>
              <w:t>1,3330</w:t>
            </w:r>
          </w:p>
        </w:tc>
        <w:tc>
          <w:tcPr>
            <w:tcW w:w="785" w:type="dxa"/>
            <w:shd w:val="clear" w:color="auto" w:fill="FFFFFF"/>
          </w:tcPr>
          <w:p w14:paraId="32E4F6F2" w14:textId="77777777" w:rsidR="00B808F9" w:rsidRDefault="00B96FD3">
            <w:r>
              <w:t>4,2468</w:t>
            </w:r>
          </w:p>
        </w:tc>
        <w:tc>
          <w:tcPr>
            <w:tcW w:w="785" w:type="dxa"/>
            <w:shd w:val="clear" w:color="auto" w:fill="FFFFFF"/>
          </w:tcPr>
          <w:p w14:paraId="14E27F47" w14:textId="77777777" w:rsidR="00B808F9" w:rsidRDefault="00B96FD3">
            <w:r>
              <w:t>3,1670</w:t>
            </w:r>
          </w:p>
        </w:tc>
        <w:tc>
          <w:tcPr>
            <w:tcW w:w="785" w:type="dxa"/>
            <w:shd w:val="clear" w:color="auto" w:fill="FFFFFF"/>
          </w:tcPr>
          <w:p w14:paraId="503986B5" w14:textId="77777777" w:rsidR="00B808F9" w:rsidRDefault="00B96FD3">
            <w:r>
              <w:t>29,62</w:t>
            </w:r>
          </w:p>
        </w:tc>
      </w:tr>
      <w:tr w:rsidR="00B808F9" w14:paraId="0B68554D" w14:textId="77777777">
        <w:trPr>
          <w:cantSplit/>
        </w:trPr>
        <w:tc>
          <w:tcPr>
            <w:tcW w:w="785" w:type="dxa"/>
            <w:shd w:val="clear" w:color="auto" w:fill="F2F2F2"/>
          </w:tcPr>
          <w:p w14:paraId="565E27E6" w14:textId="77777777" w:rsidR="00B808F9" w:rsidRDefault="00B808F9"/>
        </w:tc>
        <w:tc>
          <w:tcPr>
            <w:tcW w:w="785" w:type="dxa"/>
            <w:shd w:val="clear" w:color="auto" w:fill="FFFFFF"/>
          </w:tcPr>
          <w:p w14:paraId="752D889B" w14:textId="77777777" w:rsidR="00B808F9" w:rsidRDefault="00B96FD3">
            <w:r>
              <w:t>2031</w:t>
            </w:r>
          </w:p>
        </w:tc>
        <w:tc>
          <w:tcPr>
            <w:tcW w:w="785" w:type="dxa"/>
            <w:shd w:val="clear" w:color="auto" w:fill="FFFFFF"/>
          </w:tcPr>
          <w:p w14:paraId="6EDE8B48" w14:textId="77777777" w:rsidR="00B808F9" w:rsidRDefault="00B96FD3">
            <w:r>
              <w:t>4,50</w:t>
            </w:r>
          </w:p>
        </w:tc>
        <w:tc>
          <w:tcPr>
            <w:tcW w:w="785" w:type="dxa"/>
            <w:shd w:val="clear" w:color="auto" w:fill="FFFFFF"/>
          </w:tcPr>
          <w:p w14:paraId="6A92356D" w14:textId="77777777" w:rsidR="00B808F9" w:rsidRDefault="00B96FD3">
            <w:r>
              <w:t>4,50</w:t>
            </w:r>
          </w:p>
        </w:tc>
        <w:tc>
          <w:tcPr>
            <w:tcW w:w="785" w:type="dxa"/>
            <w:shd w:val="clear" w:color="auto" w:fill="FFFFFF"/>
          </w:tcPr>
          <w:p w14:paraId="06188293" w14:textId="77777777" w:rsidR="00B808F9" w:rsidRDefault="00B96FD3">
            <w:r>
              <w:t>0,0710</w:t>
            </w:r>
          </w:p>
        </w:tc>
        <w:tc>
          <w:tcPr>
            <w:tcW w:w="785" w:type="dxa"/>
            <w:shd w:val="clear" w:color="auto" w:fill="FFFFFF"/>
          </w:tcPr>
          <w:p w14:paraId="7555EB0F" w14:textId="77777777" w:rsidR="00B808F9" w:rsidRDefault="00B96FD3">
            <w:r>
              <w:t>0,5360</w:t>
            </w:r>
          </w:p>
        </w:tc>
        <w:tc>
          <w:tcPr>
            <w:tcW w:w="785" w:type="dxa"/>
            <w:shd w:val="clear" w:color="auto" w:fill="FFFFFF"/>
          </w:tcPr>
          <w:p w14:paraId="7C279E59" w14:textId="77777777" w:rsidR="00B808F9" w:rsidRDefault="00B96FD3">
            <w:r>
              <w:t>0,7260</w:t>
            </w:r>
          </w:p>
        </w:tc>
        <w:tc>
          <w:tcPr>
            <w:tcW w:w="785" w:type="dxa"/>
            <w:shd w:val="clear" w:color="auto" w:fill="FFFFFF"/>
          </w:tcPr>
          <w:p w14:paraId="16F2BEEF" w14:textId="77777777" w:rsidR="00B808F9" w:rsidRDefault="00B96FD3">
            <w:r>
              <w:t>1,3330</w:t>
            </w:r>
          </w:p>
        </w:tc>
        <w:tc>
          <w:tcPr>
            <w:tcW w:w="785" w:type="dxa"/>
            <w:shd w:val="clear" w:color="auto" w:fill="FFFFFF"/>
          </w:tcPr>
          <w:p w14:paraId="7993A160" w14:textId="77777777" w:rsidR="00B808F9" w:rsidRDefault="00B96FD3">
            <w:r>
              <w:t>4,2468</w:t>
            </w:r>
          </w:p>
        </w:tc>
        <w:tc>
          <w:tcPr>
            <w:tcW w:w="785" w:type="dxa"/>
            <w:shd w:val="clear" w:color="auto" w:fill="FFFFFF"/>
          </w:tcPr>
          <w:p w14:paraId="2FA2D5D0" w14:textId="77777777" w:rsidR="00B808F9" w:rsidRDefault="00B96FD3">
            <w:r>
              <w:t>3,1670</w:t>
            </w:r>
          </w:p>
        </w:tc>
        <w:tc>
          <w:tcPr>
            <w:tcW w:w="785" w:type="dxa"/>
            <w:shd w:val="clear" w:color="auto" w:fill="FFFFFF"/>
          </w:tcPr>
          <w:p w14:paraId="14F162CF" w14:textId="77777777" w:rsidR="00B808F9" w:rsidRDefault="00B96FD3">
            <w:r>
              <w:t>29,62</w:t>
            </w:r>
          </w:p>
        </w:tc>
      </w:tr>
      <w:tr w:rsidR="00B808F9" w14:paraId="07ED5A1F" w14:textId="77777777">
        <w:trPr>
          <w:cantSplit/>
        </w:trPr>
        <w:tc>
          <w:tcPr>
            <w:tcW w:w="785" w:type="dxa"/>
            <w:shd w:val="clear" w:color="auto" w:fill="F2F2F2"/>
          </w:tcPr>
          <w:p w14:paraId="3C9D23FE" w14:textId="77777777" w:rsidR="00B808F9" w:rsidRDefault="00B808F9"/>
        </w:tc>
        <w:tc>
          <w:tcPr>
            <w:tcW w:w="785" w:type="dxa"/>
            <w:shd w:val="clear" w:color="auto" w:fill="FFFFFF"/>
          </w:tcPr>
          <w:p w14:paraId="737AA9E0" w14:textId="77777777" w:rsidR="00B808F9" w:rsidRDefault="00B96FD3">
            <w:r>
              <w:t>2036</w:t>
            </w:r>
          </w:p>
        </w:tc>
        <w:tc>
          <w:tcPr>
            <w:tcW w:w="785" w:type="dxa"/>
            <w:shd w:val="clear" w:color="auto" w:fill="FFFFFF"/>
          </w:tcPr>
          <w:p w14:paraId="43D3F813" w14:textId="77777777" w:rsidR="00B808F9" w:rsidRDefault="00B96FD3">
            <w:r>
              <w:t>4,50</w:t>
            </w:r>
          </w:p>
        </w:tc>
        <w:tc>
          <w:tcPr>
            <w:tcW w:w="785" w:type="dxa"/>
            <w:shd w:val="clear" w:color="auto" w:fill="FFFFFF"/>
          </w:tcPr>
          <w:p w14:paraId="35E0DAED" w14:textId="77777777" w:rsidR="00B808F9" w:rsidRDefault="00B96FD3">
            <w:r>
              <w:t>4,50</w:t>
            </w:r>
          </w:p>
        </w:tc>
        <w:tc>
          <w:tcPr>
            <w:tcW w:w="785" w:type="dxa"/>
            <w:shd w:val="clear" w:color="auto" w:fill="FFFFFF"/>
          </w:tcPr>
          <w:p w14:paraId="0E3B90C4" w14:textId="77777777" w:rsidR="00B808F9" w:rsidRDefault="00B96FD3">
            <w:r>
              <w:t>0,0710</w:t>
            </w:r>
          </w:p>
        </w:tc>
        <w:tc>
          <w:tcPr>
            <w:tcW w:w="785" w:type="dxa"/>
            <w:shd w:val="clear" w:color="auto" w:fill="FFFFFF"/>
          </w:tcPr>
          <w:p w14:paraId="1E2D5A70" w14:textId="77777777" w:rsidR="00B808F9" w:rsidRDefault="00B96FD3">
            <w:r>
              <w:t>0,5360</w:t>
            </w:r>
          </w:p>
        </w:tc>
        <w:tc>
          <w:tcPr>
            <w:tcW w:w="785" w:type="dxa"/>
            <w:shd w:val="clear" w:color="auto" w:fill="FFFFFF"/>
          </w:tcPr>
          <w:p w14:paraId="4CF34D1C" w14:textId="77777777" w:rsidR="00B808F9" w:rsidRDefault="00B96FD3">
            <w:r>
              <w:t>0,7260</w:t>
            </w:r>
          </w:p>
        </w:tc>
        <w:tc>
          <w:tcPr>
            <w:tcW w:w="785" w:type="dxa"/>
            <w:shd w:val="clear" w:color="auto" w:fill="FFFFFF"/>
          </w:tcPr>
          <w:p w14:paraId="2CE1FD85" w14:textId="77777777" w:rsidR="00B808F9" w:rsidRDefault="00B96FD3">
            <w:r>
              <w:t>1,3330</w:t>
            </w:r>
          </w:p>
        </w:tc>
        <w:tc>
          <w:tcPr>
            <w:tcW w:w="785" w:type="dxa"/>
            <w:shd w:val="clear" w:color="auto" w:fill="FFFFFF"/>
          </w:tcPr>
          <w:p w14:paraId="74C7A2B1" w14:textId="77777777" w:rsidR="00B808F9" w:rsidRDefault="00B96FD3">
            <w:r>
              <w:t>4,2468</w:t>
            </w:r>
          </w:p>
        </w:tc>
        <w:tc>
          <w:tcPr>
            <w:tcW w:w="785" w:type="dxa"/>
            <w:shd w:val="clear" w:color="auto" w:fill="FFFFFF"/>
          </w:tcPr>
          <w:p w14:paraId="29B9562A" w14:textId="77777777" w:rsidR="00B808F9" w:rsidRDefault="00B96FD3">
            <w:r>
              <w:t>3,1670</w:t>
            </w:r>
          </w:p>
        </w:tc>
        <w:tc>
          <w:tcPr>
            <w:tcW w:w="785" w:type="dxa"/>
            <w:shd w:val="clear" w:color="auto" w:fill="FFFFFF"/>
          </w:tcPr>
          <w:p w14:paraId="462B5875" w14:textId="77777777" w:rsidR="00B808F9" w:rsidRDefault="00B96FD3">
            <w:r>
              <w:t>29,62</w:t>
            </w:r>
          </w:p>
        </w:tc>
      </w:tr>
      <w:tr w:rsidR="00B808F9" w14:paraId="2EC264E7" w14:textId="77777777">
        <w:trPr>
          <w:cantSplit/>
        </w:trPr>
        <w:tc>
          <w:tcPr>
            <w:tcW w:w="785" w:type="dxa"/>
            <w:shd w:val="clear" w:color="auto" w:fill="F2F2F2"/>
          </w:tcPr>
          <w:p w14:paraId="37A71408" w14:textId="77777777" w:rsidR="00B808F9" w:rsidRDefault="00B96FD3">
            <w:r>
              <w:t>УПК № 5 Новый Шерегеш</w:t>
            </w:r>
          </w:p>
        </w:tc>
        <w:tc>
          <w:tcPr>
            <w:tcW w:w="785" w:type="dxa"/>
            <w:shd w:val="clear" w:color="auto" w:fill="FFFFFF"/>
          </w:tcPr>
          <w:p w14:paraId="1FB8364C" w14:textId="77777777" w:rsidR="00B808F9" w:rsidRDefault="00B96FD3">
            <w:r>
              <w:t>2026</w:t>
            </w:r>
          </w:p>
        </w:tc>
        <w:tc>
          <w:tcPr>
            <w:tcW w:w="785" w:type="dxa"/>
            <w:shd w:val="clear" w:color="auto" w:fill="FFFFFF"/>
          </w:tcPr>
          <w:p w14:paraId="7907CEB5" w14:textId="77777777" w:rsidR="00B808F9" w:rsidRDefault="00B96FD3">
            <w:r>
              <w:t>114,00</w:t>
            </w:r>
          </w:p>
        </w:tc>
        <w:tc>
          <w:tcPr>
            <w:tcW w:w="785" w:type="dxa"/>
            <w:shd w:val="clear" w:color="auto" w:fill="FFFFFF"/>
          </w:tcPr>
          <w:p w14:paraId="3B91F26F" w14:textId="77777777" w:rsidR="00B808F9" w:rsidRDefault="00B96FD3">
            <w:r>
              <w:t>114,00</w:t>
            </w:r>
          </w:p>
        </w:tc>
        <w:tc>
          <w:tcPr>
            <w:tcW w:w="785" w:type="dxa"/>
            <w:shd w:val="clear" w:color="auto" w:fill="FFFFFF"/>
          </w:tcPr>
          <w:p w14:paraId="690E6FC0" w14:textId="77777777" w:rsidR="00B808F9" w:rsidRDefault="00B96FD3">
            <w:r>
              <w:t>2,3360</w:t>
            </w:r>
          </w:p>
        </w:tc>
        <w:tc>
          <w:tcPr>
            <w:tcW w:w="785" w:type="dxa"/>
            <w:shd w:val="clear" w:color="auto" w:fill="FFFFFF"/>
          </w:tcPr>
          <w:p w14:paraId="69E21A60" w14:textId="77777777" w:rsidR="00B808F9" w:rsidRDefault="00B96FD3">
            <w:r>
              <w:t>3,6770</w:t>
            </w:r>
          </w:p>
        </w:tc>
        <w:tc>
          <w:tcPr>
            <w:tcW w:w="785" w:type="dxa"/>
            <w:shd w:val="clear" w:color="auto" w:fill="FFFFFF"/>
          </w:tcPr>
          <w:p w14:paraId="221AB7DC" w14:textId="77777777" w:rsidR="00B808F9" w:rsidRDefault="00B96FD3">
            <w:r>
              <w:t>62,5993</w:t>
            </w:r>
          </w:p>
        </w:tc>
        <w:tc>
          <w:tcPr>
            <w:tcW w:w="785" w:type="dxa"/>
            <w:shd w:val="clear" w:color="auto" w:fill="FFFFFF"/>
          </w:tcPr>
          <w:p w14:paraId="760C245F" w14:textId="77777777" w:rsidR="00B808F9" w:rsidRDefault="00B96FD3">
            <w:r>
              <w:t>68,6123</w:t>
            </w:r>
          </w:p>
        </w:tc>
        <w:tc>
          <w:tcPr>
            <w:tcW w:w="785" w:type="dxa"/>
            <w:shd w:val="clear" w:color="auto" w:fill="FFFFFF"/>
          </w:tcPr>
          <w:p w14:paraId="4ADC4C38" w14:textId="77777777" w:rsidR="00B808F9" w:rsidRDefault="00B96FD3">
            <w:r>
              <w:t>109,9819</w:t>
            </w:r>
          </w:p>
        </w:tc>
        <w:tc>
          <w:tcPr>
            <w:tcW w:w="785" w:type="dxa"/>
            <w:shd w:val="clear" w:color="auto" w:fill="FFFFFF"/>
          </w:tcPr>
          <w:p w14:paraId="0064D5FE" w14:textId="77777777" w:rsidR="00B808F9" w:rsidRDefault="00B96FD3">
            <w:r>
              <w:t>45,3877</w:t>
            </w:r>
          </w:p>
        </w:tc>
        <w:tc>
          <w:tcPr>
            <w:tcW w:w="785" w:type="dxa"/>
            <w:shd w:val="clear" w:color="auto" w:fill="FFFFFF"/>
          </w:tcPr>
          <w:p w14:paraId="377215FD" w14:textId="77777777" w:rsidR="00B808F9" w:rsidRDefault="00B96FD3">
            <w:r>
              <w:t>60,19</w:t>
            </w:r>
          </w:p>
        </w:tc>
      </w:tr>
      <w:tr w:rsidR="00B808F9" w14:paraId="4BE5A50C" w14:textId="77777777">
        <w:trPr>
          <w:cantSplit/>
        </w:trPr>
        <w:tc>
          <w:tcPr>
            <w:tcW w:w="785" w:type="dxa"/>
            <w:shd w:val="clear" w:color="auto" w:fill="F2F2F2"/>
          </w:tcPr>
          <w:p w14:paraId="72A5B98C" w14:textId="77777777" w:rsidR="00B808F9" w:rsidRDefault="00B808F9"/>
        </w:tc>
        <w:tc>
          <w:tcPr>
            <w:tcW w:w="785" w:type="dxa"/>
            <w:shd w:val="clear" w:color="auto" w:fill="FFFFFF"/>
          </w:tcPr>
          <w:p w14:paraId="5ACC2293" w14:textId="77777777" w:rsidR="00B808F9" w:rsidRDefault="00B96FD3">
            <w:r>
              <w:t>2031</w:t>
            </w:r>
          </w:p>
        </w:tc>
        <w:tc>
          <w:tcPr>
            <w:tcW w:w="785" w:type="dxa"/>
            <w:shd w:val="clear" w:color="auto" w:fill="FFFFFF"/>
          </w:tcPr>
          <w:p w14:paraId="64573ED6" w14:textId="77777777" w:rsidR="00B808F9" w:rsidRDefault="00B96FD3">
            <w:r>
              <w:t>114,00</w:t>
            </w:r>
          </w:p>
        </w:tc>
        <w:tc>
          <w:tcPr>
            <w:tcW w:w="785" w:type="dxa"/>
            <w:shd w:val="clear" w:color="auto" w:fill="FFFFFF"/>
          </w:tcPr>
          <w:p w14:paraId="021284FE" w14:textId="77777777" w:rsidR="00B808F9" w:rsidRDefault="00B96FD3">
            <w:r>
              <w:t>114,00</w:t>
            </w:r>
          </w:p>
        </w:tc>
        <w:tc>
          <w:tcPr>
            <w:tcW w:w="785" w:type="dxa"/>
            <w:shd w:val="clear" w:color="auto" w:fill="FFFFFF"/>
          </w:tcPr>
          <w:p w14:paraId="1B84B14F" w14:textId="77777777" w:rsidR="00B808F9" w:rsidRDefault="00B96FD3">
            <w:r>
              <w:t>2,3360</w:t>
            </w:r>
          </w:p>
        </w:tc>
        <w:tc>
          <w:tcPr>
            <w:tcW w:w="785" w:type="dxa"/>
            <w:shd w:val="clear" w:color="auto" w:fill="FFFFFF"/>
          </w:tcPr>
          <w:p w14:paraId="4C92DD8C" w14:textId="77777777" w:rsidR="00B808F9" w:rsidRDefault="00B96FD3">
            <w:r>
              <w:t>3,6770</w:t>
            </w:r>
          </w:p>
        </w:tc>
        <w:tc>
          <w:tcPr>
            <w:tcW w:w="785" w:type="dxa"/>
            <w:shd w:val="clear" w:color="auto" w:fill="FFFFFF"/>
          </w:tcPr>
          <w:p w14:paraId="394A1708" w14:textId="77777777" w:rsidR="00B808F9" w:rsidRDefault="00B96FD3">
            <w:r>
              <w:t>108,4333</w:t>
            </w:r>
          </w:p>
        </w:tc>
        <w:tc>
          <w:tcPr>
            <w:tcW w:w="785" w:type="dxa"/>
            <w:shd w:val="clear" w:color="auto" w:fill="FFFFFF"/>
          </w:tcPr>
          <w:p w14:paraId="6A625935" w14:textId="77777777" w:rsidR="00B808F9" w:rsidRDefault="00B96FD3">
            <w:r>
              <w:t>114,4463</w:t>
            </w:r>
          </w:p>
        </w:tc>
        <w:tc>
          <w:tcPr>
            <w:tcW w:w="785" w:type="dxa"/>
            <w:shd w:val="clear" w:color="auto" w:fill="FFFFFF"/>
          </w:tcPr>
          <w:p w14:paraId="5A053526" w14:textId="77777777" w:rsidR="00B808F9" w:rsidRDefault="00B96FD3">
            <w:r>
              <w:t>111,6246</w:t>
            </w:r>
          </w:p>
        </w:tc>
        <w:tc>
          <w:tcPr>
            <w:tcW w:w="785" w:type="dxa"/>
            <w:shd w:val="clear" w:color="auto" w:fill="FFFFFF"/>
          </w:tcPr>
          <w:p w14:paraId="14D4C60E" w14:textId="77777777" w:rsidR="00B808F9" w:rsidRDefault="00B96FD3">
            <w:r>
              <w:t>-0,4463</w:t>
            </w:r>
          </w:p>
        </w:tc>
        <w:tc>
          <w:tcPr>
            <w:tcW w:w="785" w:type="dxa"/>
            <w:shd w:val="clear" w:color="auto" w:fill="FFFFFF"/>
          </w:tcPr>
          <w:p w14:paraId="41BEB2FF" w14:textId="77777777" w:rsidR="00B808F9" w:rsidRDefault="00B96FD3">
            <w:r>
              <w:t>100,39</w:t>
            </w:r>
          </w:p>
        </w:tc>
      </w:tr>
      <w:tr w:rsidR="00B808F9" w14:paraId="16F32964" w14:textId="77777777">
        <w:trPr>
          <w:cantSplit/>
        </w:trPr>
        <w:tc>
          <w:tcPr>
            <w:tcW w:w="785" w:type="dxa"/>
            <w:shd w:val="clear" w:color="auto" w:fill="F2F2F2"/>
          </w:tcPr>
          <w:p w14:paraId="43F990FB" w14:textId="77777777" w:rsidR="00B808F9" w:rsidRDefault="00B808F9"/>
        </w:tc>
        <w:tc>
          <w:tcPr>
            <w:tcW w:w="785" w:type="dxa"/>
            <w:shd w:val="clear" w:color="auto" w:fill="FFFFFF"/>
          </w:tcPr>
          <w:p w14:paraId="583BBBEF" w14:textId="77777777" w:rsidR="00B808F9" w:rsidRDefault="00B96FD3">
            <w:r>
              <w:t>2036</w:t>
            </w:r>
          </w:p>
        </w:tc>
        <w:tc>
          <w:tcPr>
            <w:tcW w:w="785" w:type="dxa"/>
            <w:shd w:val="clear" w:color="auto" w:fill="FFFFFF"/>
          </w:tcPr>
          <w:p w14:paraId="06A595FF" w14:textId="77777777" w:rsidR="00B808F9" w:rsidRDefault="00B96FD3">
            <w:r>
              <w:t>114,00</w:t>
            </w:r>
          </w:p>
        </w:tc>
        <w:tc>
          <w:tcPr>
            <w:tcW w:w="785" w:type="dxa"/>
            <w:shd w:val="clear" w:color="auto" w:fill="FFFFFF"/>
          </w:tcPr>
          <w:p w14:paraId="197806C5" w14:textId="77777777" w:rsidR="00B808F9" w:rsidRDefault="00B96FD3">
            <w:r>
              <w:t>114,00</w:t>
            </w:r>
          </w:p>
        </w:tc>
        <w:tc>
          <w:tcPr>
            <w:tcW w:w="785" w:type="dxa"/>
            <w:shd w:val="clear" w:color="auto" w:fill="FFFFFF"/>
          </w:tcPr>
          <w:p w14:paraId="2CA870B6" w14:textId="77777777" w:rsidR="00B808F9" w:rsidRDefault="00B96FD3">
            <w:r>
              <w:t>2,3360</w:t>
            </w:r>
          </w:p>
        </w:tc>
        <w:tc>
          <w:tcPr>
            <w:tcW w:w="785" w:type="dxa"/>
            <w:shd w:val="clear" w:color="auto" w:fill="FFFFFF"/>
          </w:tcPr>
          <w:p w14:paraId="54F8B1FC" w14:textId="77777777" w:rsidR="00B808F9" w:rsidRDefault="00B96FD3">
            <w:r>
              <w:t>3,6770</w:t>
            </w:r>
          </w:p>
        </w:tc>
        <w:tc>
          <w:tcPr>
            <w:tcW w:w="785" w:type="dxa"/>
            <w:shd w:val="clear" w:color="auto" w:fill="FFFFFF"/>
          </w:tcPr>
          <w:p w14:paraId="63D0EF67" w14:textId="77777777" w:rsidR="00B808F9" w:rsidRDefault="00B96FD3">
            <w:r>
              <w:t>108,4333</w:t>
            </w:r>
          </w:p>
        </w:tc>
        <w:tc>
          <w:tcPr>
            <w:tcW w:w="785" w:type="dxa"/>
            <w:shd w:val="clear" w:color="auto" w:fill="FFFFFF"/>
          </w:tcPr>
          <w:p w14:paraId="617D40F8" w14:textId="77777777" w:rsidR="00B808F9" w:rsidRDefault="00B96FD3">
            <w:r>
              <w:t>114,4463</w:t>
            </w:r>
          </w:p>
        </w:tc>
        <w:tc>
          <w:tcPr>
            <w:tcW w:w="785" w:type="dxa"/>
            <w:shd w:val="clear" w:color="auto" w:fill="FFFFFF"/>
          </w:tcPr>
          <w:p w14:paraId="1D326248" w14:textId="77777777" w:rsidR="00B808F9" w:rsidRDefault="00B96FD3">
            <w:r>
              <w:t>111,6246</w:t>
            </w:r>
          </w:p>
        </w:tc>
        <w:tc>
          <w:tcPr>
            <w:tcW w:w="785" w:type="dxa"/>
            <w:shd w:val="clear" w:color="auto" w:fill="FFFFFF"/>
          </w:tcPr>
          <w:p w14:paraId="30F1251F" w14:textId="77777777" w:rsidR="00B808F9" w:rsidRDefault="00B96FD3">
            <w:r>
              <w:t>-0,4463</w:t>
            </w:r>
          </w:p>
        </w:tc>
        <w:tc>
          <w:tcPr>
            <w:tcW w:w="785" w:type="dxa"/>
            <w:shd w:val="clear" w:color="auto" w:fill="FFFFFF"/>
          </w:tcPr>
          <w:p w14:paraId="2E29DC3F" w14:textId="77777777" w:rsidR="00B808F9" w:rsidRDefault="00B96FD3">
            <w:r>
              <w:t>100,39</w:t>
            </w:r>
          </w:p>
        </w:tc>
      </w:tr>
      <w:tr w:rsidR="00B808F9" w14:paraId="07B7020D" w14:textId="77777777">
        <w:trPr>
          <w:cantSplit/>
        </w:trPr>
        <w:tc>
          <w:tcPr>
            <w:tcW w:w="785" w:type="dxa"/>
            <w:shd w:val="clear" w:color="auto" w:fill="F2F2F2"/>
          </w:tcPr>
          <w:p w14:paraId="0987A644" w14:textId="77777777" w:rsidR="00B808F9" w:rsidRDefault="00B96FD3">
            <w:r>
              <w:t>УПК № 6 Старый Шерегеш</w:t>
            </w:r>
          </w:p>
        </w:tc>
        <w:tc>
          <w:tcPr>
            <w:tcW w:w="785" w:type="dxa"/>
            <w:shd w:val="clear" w:color="auto" w:fill="FFFFFF"/>
          </w:tcPr>
          <w:p w14:paraId="34023660" w14:textId="77777777" w:rsidR="00B808F9" w:rsidRDefault="00B96FD3">
            <w:r>
              <w:t>2026</w:t>
            </w:r>
          </w:p>
        </w:tc>
        <w:tc>
          <w:tcPr>
            <w:tcW w:w="785" w:type="dxa"/>
            <w:shd w:val="clear" w:color="auto" w:fill="FFFFFF"/>
          </w:tcPr>
          <w:p w14:paraId="53ECD924" w14:textId="77777777" w:rsidR="00B808F9" w:rsidRDefault="00B96FD3">
            <w:r>
              <w:t>24,00</w:t>
            </w:r>
          </w:p>
        </w:tc>
        <w:tc>
          <w:tcPr>
            <w:tcW w:w="785" w:type="dxa"/>
            <w:shd w:val="clear" w:color="auto" w:fill="FFFFFF"/>
          </w:tcPr>
          <w:p w14:paraId="405312DE" w14:textId="77777777" w:rsidR="00B808F9" w:rsidRDefault="00B96FD3">
            <w:r>
              <w:t>24,00</w:t>
            </w:r>
          </w:p>
        </w:tc>
        <w:tc>
          <w:tcPr>
            <w:tcW w:w="785" w:type="dxa"/>
            <w:shd w:val="clear" w:color="auto" w:fill="FFFFFF"/>
          </w:tcPr>
          <w:p w14:paraId="4E07B1DA" w14:textId="77777777" w:rsidR="00B808F9" w:rsidRDefault="00B96FD3">
            <w:r>
              <w:t>0,1850</w:t>
            </w:r>
          </w:p>
        </w:tc>
        <w:tc>
          <w:tcPr>
            <w:tcW w:w="785" w:type="dxa"/>
            <w:shd w:val="clear" w:color="auto" w:fill="FFFFFF"/>
          </w:tcPr>
          <w:p w14:paraId="183EE4EB" w14:textId="77777777" w:rsidR="00B808F9" w:rsidRDefault="00B96FD3">
            <w:r>
              <w:t>1,0790</w:t>
            </w:r>
          </w:p>
        </w:tc>
        <w:tc>
          <w:tcPr>
            <w:tcW w:w="785" w:type="dxa"/>
            <w:shd w:val="clear" w:color="auto" w:fill="FFFFFF"/>
          </w:tcPr>
          <w:p w14:paraId="3FE0D45A" w14:textId="77777777" w:rsidR="00B808F9" w:rsidRDefault="00B96FD3">
            <w:r>
              <w:t>3,4056</w:t>
            </w:r>
          </w:p>
        </w:tc>
        <w:tc>
          <w:tcPr>
            <w:tcW w:w="785" w:type="dxa"/>
            <w:shd w:val="clear" w:color="auto" w:fill="FFFFFF"/>
          </w:tcPr>
          <w:p w14:paraId="2F3F5764" w14:textId="77777777" w:rsidR="00B808F9" w:rsidRDefault="00B96FD3">
            <w:r>
              <w:t>4,6696</w:t>
            </w:r>
          </w:p>
        </w:tc>
        <w:tc>
          <w:tcPr>
            <w:tcW w:w="785" w:type="dxa"/>
            <w:shd w:val="clear" w:color="auto" w:fill="FFFFFF"/>
          </w:tcPr>
          <w:p w14:paraId="2C0850E0" w14:textId="77777777" w:rsidR="00B808F9" w:rsidRDefault="00B96FD3">
            <w:r>
              <w:t>23,0099</w:t>
            </w:r>
          </w:p>
        </w:tc>
        <w:tc>
          <w:tcPr>
            <w:tcW w:w="785" w:type="dxa"/>
            <w:shd w:val="clear" w:color="auto" w:fill="FFFFFF"/>
          </w:tcPr>
          <w:p w14:paraId="56136808" w14:textId="77777777" w:rsidR="00B808F9" w:rsidRDefault="00B96FD3">
            <w:r>
              <w:t>19,3304</w:t>
            </w:r>
          </w:p>
        </w:tc>
        <w:tc>
          <w:tcPr>
            <w:tcW w:w="785" w:type="dxa"/>
            <w:shd w:val="clear" w:color="auto" w:fill="FFFFFF"/>
          </w:tcPr>
          <w:p w14:paraId="418ADFC3" w14:textId="77777777" w:rsidR="00B808F9" w:rsidRDefault="00B96FD3">
            <w:r>
              <w:t>19,46</w:t>
            </w:r>
          </w:p>
        </w:tc>
      </w:tr>
      <w:tr w:rsidR="00B808F9" w14:paraId="1477A8EB" w14:textId="77777777">
        <w:trPr>
          <w:cantSplit/>
        </w:trPr>
        <w:tc>
          <w:tcPr>
            <w:tcW w:w="785" w:type="dxa"/>
            <w:shd w:val="clear" w:color="auto" w:fill="F2F2F2"/>
          </w:tcPr>
          <w:p w14:paraId="12D667C5" w14:textId="77777777" w:rsidR="00B808F9" w:rsidRDefault="00B808F9"/>
        </w:tc>
        <w:tc>
          <w:tcPr>
            <w:tcW w:w="785" w:type="dxa"/>
            <w:shd w:val="clear" w:color="auto" w:fill="FFFFFF"/>
          </w:tcPr>
          <w:p w14:paraId="4657A923" w14:textId="77777777" w:rsidR="00B808F9" w:rsidRDefault="00B96FD3">
            <w:r>
              <w:t>2031</w:t>
            </w:r>
          </w:p>
        </w:tc>
        <w:tc>
          <w:tcPr>
            <w:tcW w:w="785" w:type="dxa"/>
            <w:shd w:val="clear" w:color="auto" w:fill="FFFFFF"/>
          </w:tcPr>
          <w:p w14:paraId="2C0082E0" w14:textId="77777777" w:rsidR="00B808F9" w:rsidRDefault="00B96FD3">
            <w:r>
              <w:t>24,00</w:t>
            </w:r>
          </w:p>
        </w:tc>
        <w:tc>
          <w:tcPr>
            <w:tcW w:w="785" w:type="dxa"/>
            <w:shd w:val="clear" w:color="auto" w:fill="FFFFFF"/>
          </w:tcPr>
          <w:p w14:paraId="2AA99914" w14:textId="77777777" w:rsidR="00B808F9" w:rsidRDefault="00B96FD3">
            <w:r>
              <w:t>24,00</w:t>
            </w:r>
          </w:p>
        </w:tc>
        <w:tc>
          <w:tcPr>
            <w:tcW w:w="785" w:type="dxa"/>
            <w:shd w:val="clear" w:color="auto" w:fill="FFFFFF"/>
          </w:tcPr>
          <w:p w14:paraId="4762559A" w14:textId="77777777" w:rsidR="00B808F9" w:rsidRDefault="00B96FD3">
            <w:r>
              <w:t>0,1850</w:t>
            </w:r>
          </w:p>
        </w:tc>
        <w:tc>
          <w:tcPr>
            <w:tcW w:w="785" w:type="dxa"/>
            <w:shd w:val="clear" w:color="auto" w:fill="FFFFFF"/>
          </w:tcPr>
          <w:p w14:paraId="227ADDC6" w14:textId="77777777" w:rsidR="00B808F9" w:rsidRDefault="00B96FD3">
            <w:r>
              <w:t>1,0790</w:t>
            </w:r>
          </w:p>
        </w:tc>
        <w:tc>
          <w:tcPr>
            <w:tcW w:w="785" w:type="dxa"/>
            <w:shd w:val="clear" w:color="auto" w:fill="FFFFFF"/>
          </w:tcPr>
          <w:p w14:paraId="5E9AACD3" w14:textId="77777777" w:rsidR="00B808F9" w:rsidRDefault="00B96FD3">
            <w:r>
              <w:t>3,5556</w:t>
            </w:r>
          </w:p>
        </w:tc>
        <w:tc>
          <w:tcPr>
            <w:tcW w:w="785" w:type="dxa"/>
            <w:shd w:val="clear" w:color="auto" w:fill="FFFFFF"/>
          </w:tcPr>
          <w:p w14:paraId="6EE507D2" w14:textId="77777777" w:rsidR="00B808F9" w:rsidRDefault="00B96FD3">
            <w:r>
              <w:t>4,8196</w:t>
            </w:r>
          </w:p>
        </w:tc>
        <w:tc>
          <w:tcPr>
            <w:tcW w:w="785" w:type="dxa"/>
            <w:shd w:val="clear" w:color="auto" w:fill="FFFFFF"/>
          </w:tcPr>
          <w:p w14:paraId="6369F614" w14:textId="77777777" w:rsidR="00B808F9" w:rsidRDefault="00B96FD3">
            <w:r>
              <w:t>23,0420</w:t>
            </w:r>
          </w:p>
        </w:tc>
        <w:tc>
          <w:tcPr>
            <w:tcW w:w="785" w:type="dxa"/>
            <w:shd w:val="clear" w:color="auto" w:fill="FFFFFF"/>
          </w:tcPr>
          <w:p w14:paraId="73124198" w14:textId="77777777" w:rsidR="00B808F9" w:rsidRDefault="00B96FD3">
            <w:r>
              <w:t>19,1804</w:t>
            </w:r>
          </w:p>
        </w:tc>
        <w:tc>
          <w:tcPr>
            <w:tcW w:w="785" w:type="dxa"/>
            <w:shd w:val="clear" w:color="auto" w:fill="FFFFFF"/>
          </w:tcPr>
          <w:p w14:paraId="1E6B4661" w14:textId="77777777" w:rsidR="00B808F9" w:rsidRDefault="00B96FD3">
            <w:r>
              <w:t>20,08</w:t>
            </w:r>
          </w:p>
        </w:tc>
      </w:tr>
      <w:tr w:rsidR="00B808F9" w14:paraId="1D467BDA" w14:textId="77777777">
        <w:trPr>
          <w:cantSplit/>
        </w:trPr>
        <w:tc>
          <w:tcPr>
            <w:tcW w:w="785" w:type="dxa"/>
            <w:shd w:val="clear" w:color="auto" w:fill="F2F2F2"/>
          </w:tcPr>
          <w:p w14:paraId="4D980341" w14:textId="77777777" w:rsidR="00B808F9" w:rsidRDefault="00B808F9"/>
        </w:tc>
        <w:tc>
          <w:tcPr>
            <w:tcW w:w="785" w:type="dxa"/>
            <w:shd w:val="clear" w:color="auto" w:fill="FFFFFF"/>
          </w:tcPr>
          <w:p w14:paraId="5BC1C42E" w14:textId="77777777" w:rsidR="00B808F9" w:rsidRDefault="00B96FD3">
            <w:r>
              <w:t>2036</w:t>
            </w:r>
          </w:p>
        </w:tc>
        <w:tc>
          <w:tcPr>
            <w:tcW w:w="785" w:type="dxa"/>
            <w:shd w:val="clear" w:color="auto" w:fill="FFFFFF"/>
          </w:tcPr>
          <w:p w14:paraId="3390044F" w14:textId="77777777" w:rsidR="00B808F9" w:rsidRDefault="00B96FD3">
            <w:r>
              <w:t>24,00</w:t>
            </w:r>
          </w:p>
        </w:tc>
        <w:tc>
          <w:tcPr>
            <w:tcW w:w="785" w:type="dxa"/>
            <w:shd w:val="clear" w:color="auto" w:fill="FFFFFF"/>
          </w:tcPr>
          <w:p w14:paraId="37021E3F" w14:textId="77777777" w:rsidR="00B808F9" w:rsidRDefault="00B96FD3">
            <w:r>
              <w:t>24,00</w:t>
            </w:r>
          </w:p>
        </w:tc>
        <w:tc>
          <w:tcPr>
            <w:tcW w:w="785" w:type="dxa"/>
            <w:shd w:val="clear" w:color="auto" w:fill="FFFFFF"/>
          </w:tcPr>
          <w:p w14:paraId="674F1EAA" w14:textId="77777777" w:rsidR="00B808F9" w:rsidRDefault="00B96FD3">
            <w:r>
              <w:t>0,1850</w:t>
            </w:r>
          </w:p>
        </w:tc>
        <w:tc>
          <w:tcPr>
            <w:tcW w:w="785" w:type="dxa"/>
            <w:shd w:val="clear" w:color="auto" w:fill="FFFFFF"/>
          </w:tcPr>
          <w:p w14:paraId="61586068" w14:textId="77777777" w:rsidR="00B808F9" w:rsidRDefault="00B96FD3">
            <w:r>
              <w:t>1,0790</w:t>
            </w:r>
          </w:p>
        </w:tc>
        <w:tc>
          <w:tcPr>
            <w:tcW w:w="785" w:type="dxa"/>
            <w:shd w:val="clear" w:color="auto" w:fill="FFFFFF"/>
          </w:tcPr>
          <w:p w14:paraId="16777144" w14:textId="77777777" w:rsidR="00B808F9" w:rsidRDefault="00B96FD3">
            <w:r>
              <w:t>3,5556</w:t>
            </w:r>
          </w:p>
        </w:tc>
        <w:tc>
          <w:tcPr>
            <w:tcW w:w="785" w:type="dxa"/>
            <w:shd w:val="clear" w:color="auto" w:fill="FFFFFF"/>
          </w:tcPr>
          <w:p w14:paraId="7F40FE5D" w14:textId="77777777" w:rsidR="00B808F9" w:rsidRDefault="00B96FD3">
            <w:r>
              <w:t>4,8196</w:t>
            </w:r>
          </w:p>
        </w:tc>
        <w:tc>
          <w:tcPr>
            <w:tcW w:w="785" w:type="dxa"/>
            <w:shd w:val="clear" w:color="auto" w:fill="FFFFFF"/>
          </w:tcPr>
          <w:p w14:paraId="7B6B2C9E" w14:textId="77777777" w:rsidR="00B808F9" w:rsidRDefault="00B96FD3">
            <w:r>
              <w:t>23,0420</w:t>
            </w:r>
          </w:p>
        </w:tc>
        <w:tc>
          <w:tcPr>
            <w:tcW w:w="785" w:type="dxa"/>
            <w:shd w:val="clear" w:color="auto" w:fill="FFFFFF"/>
          </w:tcPr>
          <w:p w14:paraId="599BACE5" w14:textId="77777777" w:rsidR="00B808F9" w:rsidRDefault="00B96FD3">
            <w:r>
              <w:t>19,1804</w:t>
            </w:r>
          </w:p>
        </w:tc>
        <w:tc>
          <w:tcPr>
            <w:tcW w:w="785" w:type="dxa"/>
            <w:shd w:val="clear" w:color="auto" w:fill="FFFFFF"/>
          </w:tcPr>
          <w:p w14:paraId="4444C500" w14:textId="77777777" w:rsidR="00B808F9" w:rsidRDefault="00B96FD3">
            <w:r>
              <w:t>20,08</w:t>
            </w:r>
          </w:p>
        </w:tc>
      </w:tr>
      <w:tr w:rsidR="00B808F9" w14:paraId="74C5848A" w14:textId="77777777">
        <w:trPr>
          <w:cantSplit/>
        </w:trPr>
        <w:tc>
          <w:tcPr>
            <w:tcW w:w="785" w:type="dxa"/>
            <w:shd w:val="clear" w:color="auto" w:fill="F2F2F2"/>
          </w:tcPr>
          <w:p w14:paraId="340A0E6C" w14:textId="77777777" w:rsidR="00B808F9" w:rsidRDefault="00B96FD3">
            <w:r>
              <w:t>УПК № 7 Каз</w:t>
            </w:r>
          </w:p>
        </w:tc>
        <w:tc>
          <w:tcPr>
            <w:tcW w:w="785" w:type="dxa"/>
            <w:shd w:val="clear" w:color="auto" w:fill="FFFFFF"/>
          </w:tcPr>
          <w:p w14:paraId="00D80FDE" w14:textId="77777777" w:rsidR="00B808F9" w:rsidRDefault="00B96FD3">
            <w:r>
              <w:t>2026</w:t>
            </w:r>
          </w:p>
        </w:tc>
        <w:tc>
          <w:tcPr>
            <w:tcW w:w="785" w:type="dxa"/>
            <w:shd w:val="clear" w:color="auto" w:fill="FFFFFF"/>
          </w:tcPr>
          <w:p w14:paraId="7BE567D3" w14:textId="77777777" w:rsidR="00B808F9" w:rsidRDefault="00B96FD3">
            <w:r>
              <w:t>72,00</w:t>
            </w:r>
          </w:p>
        </w:tc>
        <w:tc>
          <w:tcPr>
            <w:tcW w:w="785" w:type="dxa"/>
            <w:shd w:val="clear" w:color="auto" w:fill="FFFFFF"/>
          </w:tcPr>
          <w:p w14:paraId="2ACD01FD" w14:textId="77777777" w:rsidR="00B808F9" w:rsidRDefault="00B96FD3">
            <w:r>
              <w:t>72,00</w:t>
            </w:r>
          </w:p>
        </w:tc>
        <w:tc>
          <w:tcPr>
            <w:tcW w:w="785" w:type="dxa"/>
            <w:shd w:val="clear" w:color="auto" w:fill="FFFFFF"/>
          </w:tcPr>
          <w:p w14:paraId="15D2215A" w14:textId="77777777" w:rsidR="00B808F9" w:rsidRDefault="00B96FD3">
            <w:r>
              <w:t>0,5580</w:t>
            </w:r>
          </w:p>
        </w:tc>
        <w:tc>
          <w:tcPr>
            <w:tcW w:w="785" w:type="dxa"/>
            <w:shd w:val="clear" w:color="auto" w:fill="FFFFFF"/>
          </w:tcPr>
          <w:p w14:paraId="39563663" w14:textId="77777777" w:rsidR="00B808F9" w:rsidRDefault="00B96FD3">
            <w:r>
              <w:t>4,8680</w:t>
            </w:r>
          </w:p>
        </w:tc>
        <w:tc>
          <w:tcPr>
            <w:tcW w:w="785" w:type="dxa"/>
            <w:shd w:val="clear" w:color="auto" w:fill="FFFFFF"/>
          </w:tcPr>
          <w:p w14:paraId="3B7152C0" w14:textId="77777777" w:rsidR="00B808F9" w:rsidRDefault="00B96FD3">
            <w:r>
              <w:t>14,0137</w:t>
            </w:r>
          </w:p>
        </w:tc>
        <w:tc>
          <w:tcPr>
            <w:tcW w:w="785" w:type="dxa"/>
            <w:shd w:val="clear" w:color="auto" w:fill="FFFFFF"/>
          </w:tcPr>
          <w:p w14:paraId="058060FA" w14:textId="77777777" w:rsidR="00B808F9" w:rsidRDefault="00B96FD3">
            <w:r>
              <w:t>19,4397</w:t>
            </w:r>
          </w:p>
        </w:tc>
        <w:tc>
          <w:tcPr>
            <w:tcW w:w="785" w:type="dxa"/>
            <w:shd w:val="clear" w:color="auto" w:fill="FFFFFF"/>
          </w:tcPr>
          <w:p w14:paraId="29150667" w14:textId="77777777" w:rsidR="00B808F9" w:rsidRDefault="00B96FD3">
            <w:r>
              <w:t>69,8722</w:t>
            </w:r>
          </w:p>
        </w:tc>
        <w:tc>
          <w:tcPr>
            <w:tcW w:w="785" w:type="dxa"/>
            <w:shd w:val="clear" w:color="auto" w:fill="FFFFFF"/>
          </w:tcPr>
          <w:p w14:paraId="26A35E02" w14:textId="77777777" w:rsidR="00B808F9" w:rsidRDefault="00B96FD3">
            <w:r>
              <w:t>52,5603</w:t>
            </w:r>
          </w:p>
        </w:tc>
        <w:tc>
          <w:tcPr>
            <w:tcW w:w="785" w:type="dxa"/>
            <w:shd w:val="clear" w:color="auto" w:fill="FFFFFF"/>
          </w:tcPr>
          <w:p w14:paraId="645A3C3B" w14:textId="77777777" w:rsidR="00B808F9" w:rsidRDefault="00B96FD3">
            <w:r>
              <w:t>27,00</w:t>
            </w:r>
          </w:p>
        </w:tc>
      </w:tr>
      <w:tr w:rsidR="00B808F9" w14:paraId="71043022" w14:textId="77777777">
        <w:trPr>
          <w:cantSplit/>
        </w:trPr>
        <w:tc>
          <w:tcPr>
            <w:tcW w:w="785" w:type="dxa"/>
            <w:shd w:val="clear" w:color="auto" w:fill="F2F2F2"/>
          </w:tcPr>
          <w:p w14:paraId="587A8B8E" w14:textId="77777777" w:rsidR="00B808F9" w:rsidRDefault="00B808F9"/>
        </w:tc>
        <w:tc>
          <w:tcPr>
            <w:tcW w:w="785" w:type="dxa"/>
            <w:shd w:val="clear" w:color="auto" w:fill="FFFFFF"/>
          </w:tcPr>
          <w:p w14:paraId="7048B64D" w14:textId="77777777" w:rsidR="00B808F9" w:rsidRDefault="00B96FD3">
            <w:r>
              <w:t>2031</w:t>
            </w:r>
          </w:p>
        </w:tc>
        <w:tc>
          <w:tcPr>
            <w:tcW w:w="785" w:type="dxa"/>
            <w:shd w:val="clear" w:color="auto" w:fill="FFFFFF"/>
          </w:tcPr>
          <w:p w14:paraId="3086A182" w14:textId="77777777" w:rsidR="00B808F9" w:rsidRDefault="00B96FD3">
            <w:r>
              <w:t>72,00</w:t>
            </w:r>
          </w:p>
        </w:tc>
        <w:tc>
          <w:tcPr>
            <w:tcW w:w="785" w:type="dxa"/>
            <w:shd w:val="clear" w:color="auto" w:fill="FFFFFF"/>
          </w:tcPr>
          <w:p w14:paraId="37EEC3AE" w14:textId="77777777" w:rsidR="00B808F9" w:rsidRDefault="00B96FD3">
            <w:r>
              <w:t>72,00</w:t>
            </w:r>
          </w:p>
        </w:tc>
        <w:tc>
          <w:tcPr>
            <w:tcW w:w="785" w:type="dxa"/>
            <w:shd w:val="clear" w:color="auto" w:fill="FFFFFF"/>
          </w:tcPr>
          <w:p w14:paraId="5DD5C0AD" w14:textId="77777777" w:rsidR="00B808F9" w:rsidRDefault="00B96FD3">
            <w:r>
              <w:t>0,5600</w:t>
            </w:r>
          </w:p>
        </w:tc>
        <w:tc>
          <w:tcPr>
            <w:tcW w:w="785" w:type="dxa"/>
            <w:shd w:val="clear" w:color="auto" w:fill="FFFFFF"/>
          </w:tcPr>
          <w:p w14:paraId="6C4D9E36" w14:textId="77777777" w:rsidR="00B808F9" w:rsidRDefault="00B96FD3">
            <w:r>
              <w:t>4,8850</w:t>
            </w:r>
          </w:p>
        </w:tc>
        <w:tc>
          <w:tcPr>
            <w:tcW w:w="785" w:type="dxa"/>
            <w:shd w:val="clear" w:color="auto" w:fill="FFFFFF"/>
          </w:tcPr>
          <w:p w14:paraId="78BB76FF" w14:textId="77777777" w:rsidR="00B808F9" w:rsidRDefault="00B96FD3">
            <w:r>
              <w:t>14,0577</w:t>
            </w:r>
          </w:p>
        </w:tc>
        <w:tc>
          <w:tcPr>
            <w:tcW w:w="785" w:type="dxa"/>
            <w:shd w:val="clear" w:color="auto" w:fill="FFFFFF"/>
          </w:tcPr>
          <w:p w14:paraId="4AD11EBB" w14:textId="77777777" w:rsidR="00B808F9" w:rsidRDefault="00B96FD3">
            <w:r>
              <w:t>19,5027</w:t>
            </w:r>
          </w:p>
        </w:tc>
        <w:tc>
          <w:tcPr>
            <w:tcW w:w="785" w:type="dxa"/>
            <w:shd w:val="clear" w:color="auto" w:fill="FFFFFF"/>
          </w:tcPr>
          <w:p w14:paraId="5394BCC8" w14:textId="77777777" w:rsidR="00B808F9" w:rsidRDefault="00B96FD3">
            <w:r>
              <w:t>69,8715</w:t>
            </w:r>
          </w:p>
        </w:tc>
        <w:tc>
          <w:tcPr>
            <w:tcW w:w="785" w:type="dxa"/>
            <w:shd w:val="clear" w:color="auto" w:fill="FFFFFF"/>
          </w:tcPr>
          <w:p w14:paraId="0C1B1E20" w14:textId="77777777" w:rsidR="00B808F9" w:rsidRDefault="00B96FD3">
            <w:r>
              <w:t>52,4973</w:t>
            </w:r>
          </w:p>
        </w:tc>
        <w:tc>
          <w:tcPr>
            <w:tcW w:w="785" w:type="dxa"/>
            <w:shd w:val="clear" w:color="auto" w:fill="FFFFFF"/>
          </w:tcPr>
          <w:p w14:paraId="075F6075" w14:textId="77777777" w:rsidR="00B808F9" w:rsidRDefault="00B96FD3">
            <w:r>
              <w:t>27,09</w:t>
            </w:r>
          </w:p>
        </w:tc>
      </w:tr>
      <w:tr w:rsidR="00B808F9" w14:paraId="18021483" w14:textId="77777777">
        <w:trPr>
          <w:cantSplit/>
        </w:trPr>
        <w:tc>
          <w:tcPr>
            <w:tcW w:w="785" w:type="dxa"/>
            <w:shd w:val="clear" w:color="auto" w:fill="F2F2F2"/>
          </w:tcPr>
          <w:p w14:paraId="48B77B11" w14:textId="77777777" w:rsidR="00B808F9" w:rsidRDefault="00B808F9"/>
        </w:tc>
        <w:tc>
          <w:tcPr>
            <w:tcW w:w="785" w:type="dxa"/>
            <w:shd w:val="clear" w:color="auto" w:fill="FFFFFF"/>
          </w:tcPr>
          <w:p w14:paraId="41F9189D" w14:textId="77777777" w:rsidR="00B808F9" w:rsidRDefault="00B96FD3">
            <w:r>
              <w:t>2036</w:t>
            </w:r>
          </w:p>
        </w:tc>
        <w:tc>
          <w:tcPr>
            <w:tcW w:w="785" w:type="dxa"/>
            <w:shd w:val="clear" w:color="auto" w:fill="FFFFFF"/>
          </w:tcPr>
          <w:p w14:paraId="0C3205EC" w14:textId="77777777" w:rsidR="00B808F9" w:rsidRDefault="00B96FD3">
            <w:r>
              <w:t>72,00</w:t>
            </w:r>
          </w:p>
        </w:tc>
        <w:tc>
          <w:tcPr>
            <w:tcW w:w="785" w:type="dxa"/>
            <w:shd w:val="clear" w:color="auto" w:fill="FFFFFF"/>
          </w:tcPr>
          <w:p w14:paraId="7619DBC3" w14:textId="77777777" w:rsidR="00B808F9" w:rsidRDefault="00B96FD3">
            <w:r>
              <w:t>72,00</w:t>
            </w:r>
          </w:p>
        </w:tc>
        <w:tc>
          <w:tcPr>
            <w:tcW w:w="785" w:type="dxa"/>
            <w:shd w:val="clear" w:color="auto" w:fill="FFFFFF"/>
          </w:tcPr>
          <w:p w14:paraId="5910CE69" w14:textId="77777777" w:rsidR="00B808F9" w:rsidRDefault="00B96FD3">
            <w:r>
              <w:t>0,5600</w:t>
            </w:r>
          </w:p>
        </w:tc>
        <w:tc>
          <w:tcPr>
            <w:tcW w:w="785" w:type="dxa"/>
            <w:shd w:val="clear" w:color="auto" w:fill="FFFFFF"/>
          </w:tcPr>
          <w:p w14:paraId="74CB74AC" w14:textId="77777777" w:rsidR="00B808F9" w:rsidRDefault="00B96FD3">
            <w:r>
              <w:t>4,8850</w:t>
            </w:r>
          </w:p>
        </w:tc>
        <w:tc>
          <w:tcPr>
            <w:tcW w:w="785" w:type="dxa"/>
            <w:shd w:val="clear" w:color="auto" w:fill="FFFFFF"/>
          </w:tcPr>
          <w:p w14:paraId="3C47E538" w14:textId="77777777" w:rsidR="00B808F9" w:rsidRDefault="00B96FD3">
            <w:r>
              <w:t>14,0577</w:t>
            </w:r>
          </w:p>
        </w:tc>
        <w:tc>
          <w:tcPr>
            <w:tcW w:w="785" w:type="dxa"/>
            <w:shd w:val="clear" w:color="auto" w:fill="FFFFFF"/>
          </w:tcPr>
          <w:p w14:paraId="2D315D34" w14:textId="77777777" w:rsidR="00B808F9" w:rsidRDefault="00B96FD3">
            <w:r>
              <w:t>19,5027</w:t>
            </w:r>
          </w:p>
        </w:tc>
        <w:tc>
          <w:tcPr>
            <w:tcW w:w="785" w:type="dxa"/>
            <w:shd w:val="clear" w:color="auto" w:fill="FFFFFF"/>
          </w:tcPr>
          <w:p w14:paraId="59D14EC8" w14:textId="77777777" w:rsidR="00B808F9" w:rsidRDefault="00B96FD3">
            <w:r>
              <w:t>69,8715</w:t>
            </w:r>
          </w:p>
        </w:tc>
        <w:tc>
          <w:tcPr>
            <w:tcW w:w="785" w:type="dxa"/>
            <w:shd w:val="clear" w:color="auto" w:fill="FFFFFF"/>
          </w:tcPr>
          <w:p w14:paraId="4DC84604" w14:textId="77777777" w:rsidR="00B808F9" w:rsidRDefault="00B96FD3">
            <w:r>
              <w:t>52,4973</w:t>
            </w:r>
          </w:p>
        </w:tc>
        <w:tc>
          <w:tcPr>
            <w:tcW w:w="785" w:type="dxa"/>
            <w:shd w:val="clear" w:color="auto" w:fill="FFFFFF"/>
          </w:tcPr>
          <w:p w14:paraId="1732EEDB" w14:textId="77777777" w:rsidR="00B808F9" w:rsidRDefault="00B96FD3">
            <w:r>
              <w:t>27,09</w:t>
            </w:r>
          </w:p>
        </w:tc>
      </w:tr>
      <w:tr w:rsidR="00B808F9" w14:paraId="5B91591B" w14:textId="77777777">
        <w:trPr>
          <w:cantSplit/>
        </w:trPr>
        <w:tc>
          <w:tcPr>
            <w:tcW w:w="785" w:type="dxa"/>
            <w:shd w:val="clear" w:color="auto" w:fill="F2F2F2"/>
          </w:tcPr>
          <w:p w14:paraId="22D9ADF9" w14:textId="77777777" w:rsidR="00B808F9" w:rsidRDefault="00B96FD3">
            <w:r>
              <w:t>УПК № 8 Мундыбаш</w:t>
            </w:r>
          </w:p>
        </w:tc>
        <w:tc>
          <w:tcPr>
            <w:tcW w:w="785" w:type="dxa"/>
            <w:shd w:val="clear" w:color="auto" w:fill="FFFFFF"/>
          </w:tcPr>
          <w:p w14:paraId="13F3EEC5" w14:textId="77777777" w:rsidR="00B808F9" w:rsidRDefault="00B96FD3">
            <w:r>
              <w:t>2026</w:t>
            </w:r>
          </w:p>
        </w:tc>
        <w:tc>
          <w:tcPr>
            <w:tcW w:w="785" w:type="dxa"/>
            <w:shd w:val="clear" w:color="auto" w:fill="FFFFFF"/>
          </w:tcPr>
          <w:p w14:paraId="101BAFB8" w14:textId="77777777" w:rsidR="00B808F9" w:rsidRDefault="00B96FD3">
            <w:r>
              <w:t>36,00</w:t>
            </w:r>
          </w:p>
        </w:tc>
        <w:tc>
          <w:tcPr>
            <w:tcW w:w="785" w:type="dxa"/>
            <w:shd w:val="clear" w:color="auto" w:fill="FFFFFF"/>
          </w:tcPr>
          <w:p w14:paraId="1130E982" w14:textId="77777777" w:rsidR="00B808F9" w:rsidRDefault="00B96FD3">
            <w:r>
              <w:t>36,00</w:t>
            </w:r>
          </w:p>
        </w:tc>
        <w:tc>
          <w:tcPr>
            <w:tcW w:w="785" w:type="dxa"/>
            <w:shd w:val="clear" w:color="auto" w:fill="FFFFFF"/>
          </w:tcPr>
          <w:p w14:paraId="1C7AD487" w14:textId="77777777" w:rsidR="00B808F9" w:rsidRDefault="00B96FD3">
            <w:r>
              <w:t>0,4730</w:t>
            </w:r>
          </w:p>
        </w:tc>
        <w:tc>
          <w:tcPr>
            <w:tcW w:w="785" w:type="dxa"/>
            <w:shd w:val="clear" w:color="auto" w:fill="FFFFFF"/>
          </w:tcPr>
          <w:p w14:paraId="2F3810A4" w14:textId="77777777" w:rsidR="00B808F9" w:rsidRDefault="00B96FD3">
            <w:r>
              <w:t>2,7330</w:t>
            </w:r>
          </w:p>
        </w:tc>
        <w:tc>
          <w:tcPr>
            <w:tcW w:w="785" w:type="dxa"/>
            <w:shd w:val="clear" w:color="auto" w:fill="FFFFFF"/>
          </w:tcPr>
          <w:p w14:paraId="14E33601" w14:textId="77777777" w:rsidR="00B808F9" w:rsidRDefault="00B96FD3">
            <w:r>
              <w:t>17,0415</w:t>
            </w:r>
          </w:p>
        </w:tc>
        <w:tc>
          <w:tcPr>
            <w:tcW w:w="785" w:type="dxa"/>
            <w:shd w:val="clear" w:color="auto" w:fill="FFFFFF"/>
          </w:tcPr>
          <w:p w14:paraId="6B9B7058" w14:textId="77777777" w:rsidR="00B808F9" w:rsidRDefault="00B96FD3">
            <w:r>
              <w:t>20,2475</w:t>
            </w:r>
          </w:p>
        </w:tc>
        <w:tc>
          <w:tcPr>
            <w:tcW w:w="785" w:type="dxa"/>
            <w:shd w:val="clear" w:color="auto" w:fill="FFFFFF"/>
          </w:tcPr>
          <w:p w14:paraId="4531D1B6" w14:textId="77777777" w:rsidR="00B808F9" w:rsidRDefault="00B96FD3">
            <w:r>
              <w:t>35,1389</w:t>
            </w:r>
          </w:p>
        </w:tc>
        <w:tc>
          <w:tcPr>
            <w:tcW w:w="785" w:type="dxa"/>
            <w:shd w:val="clear" w:color="auto" w:fill="FFFFFF"/>
          </w:tcPr>
          <w:p w14:paraId="234702C5" w14:textId="77777777" w:rsidR="00B808F9" w:rsidRDefault="00B96FD3">
            <w:r>
              <w:t>15,7525</w:t>
            </w:r>
          </w:p>
        </w:tc>
        <w:tc>
          <w:tcPr>
            <w:tcW w:w="785" w:type="dxa"/>
            <w:shd w:val="clear" w:color="auto" w:fill="FFFFFF"/>
          </w:tcPr>
          <w:p w14:paraId="7641F643" w14:textId="77777777" w:rsidR="00B808F9" w:rsidRDefault="00B96FD3">
            <w:r>
              <w:t>56,24</w:t>
            </w:r>
          </w:p>
        </w:tc>
      </w:tr>
      <w:tr w:rsidR="00B808F9" w14:paraId="0DC1A5FF" w14:textId="77777777">
        <w:trPr>
          <w:cantSplit/>
        </w:trPr>
        <w:tc>
          <w:tcPr>
            <w:tcW w:w="785" w:type="dxa"/>
            <w:shd w:val="clear" w:color="auto" w:fill="F2F2F2"/>
          </w:tcPr>
          <w:p w14:paraId="721448E2" w14:textId="77777777" w:rsidR="00B808F9" w:rsidRDefault="00B808F9"/>
        </w:tc>
        <w:tc>
          <w:tcPr>
            <w:tcW w:w="785" w:type="dxa"/>
            <w:shd w:val="clear" w:color="auto" w:fill="FFFFFF"/>
          </w:tcPr>
          <w:p w14:paraId="0F3CEB68" w14:textId="77777777" w:rsidR="00B808F9" w:rsidRDefault="00B96FD3">
            <w:r>
              <w:t>2031</w:t>
            </w:r>
          </w:p>
        </w:tc>
        <w:tc>
          <w:tcPr>
            <w:tcW w:w="785" w:type="dxa"/>
            <w:shd w:val="clear" w:color="auto" w:fill="FFFFFF"/>
          </w:tcPr>
          <w:p w14:paraId="2F1FBE70" w14:textId="77777777" w:rsidR="00B808F9" w:rsidRDefault="00B96FD3">
            <w:r>
              <w:t>36,00</w:t>
            </w:r>
          </w:p>
        </w:tc>
        <w:tc>
          <w:tcPr>
            <w:tcW w:w="785" w:type="dxa"/>
            <w:shd w:val="clear" w:color="auto" w:fill="FFFFFF"/>
          </w:tcPr>
          <w:p w14:paraId="6FD9975E" w14:textId="77777777" w:rsidR="00B808F9" w:rsidRDefault="00B96FD3">
            <w:r>
              <w:t>36,00</w:t>
            </w:r>
          </w:p>
        </w:tc>
        <w:tc>
          <w:tcPr>
            <w:tcW w:w="785" w:type="dxa"/>
            <w:shd w:val="clear" w:color="auto" w:fill="FFFFFF"/>
          </w:tcPr>
          <w:p w14:paraId="0990D256" w14:textId="77777777" w:rsidR="00B808F9" w:rsidRDefault="00B96FD3">
            <w:r>
              <w:t>0,4730</w:t>
            </w:r>
          </w:p>
        </w:tc>
        <w:tc>
          <w:tcPr>
            <w:tcW w:w="785" w:type="dxa"/>
            <w:shd w:val="clear" w:color="auto" w:fill="FFFFFF"/>
          </w:tcPr>
          <w:p w14:paraId="13E1D0FC" w14:textId="77777777" w:rsidR="00B808F9" w:rsidRDefault="00B96FD3">
            <w:r>
              <w:t>2,7330</w:t>
            </w:r>
          </w:p>
        </w:tc>
        <w:tc>
          <w:tcPr>
            <w:tcW w:w="785" w:type="dxa"/>
            <w:shd w:val="clear" w:color="auto" w:fill="FFFFFF"/>
          </w:tcPr>
          <w:p w14:paraId="591B1FAC" w14:textId="77777777" w:rsidR="00B808F9" w:rsidRDefault="00B96FD3">
            <w:r>
              <w:t>17,0415</w:t>
            </w:r>
          </w:p>
        </w:tc>
        <w:tc>
          <w:tcPr>
            <w:tcW w:w="785" w:type="dxa"/>
            <w:shd w:val="clear" w:color="auto" w:fill="FFFFFF"/>
          </w:tcPr>
          <w:p w14:paraId="009AF84F" w14:textId="77777777" w:rsidR="00B808F9" w:rsidRDefault="00B96FD3">
            <w:r>
              <w:t>20,2475</w:t>
            </w:r>
          </w:p>
        </w:tc>
        <w:tc>
          <w:tcPr>
            <w:tcW w:w="785" w:type="dxa"/>
            <w:shd w:val="clear" w:color="auto" w:fill="FFFFFF"/>
          </w:tcPr>
          <w:p w14:paraId="5434949D" w14:textId="77777777" w:rsidR="00B808F9" w:rsidRDefault="00B96FD3">
            <w:r>
              <w:t>35,1389</w:t>
            </w:r>
          </w:p>
        </w:tc>
        <w:tc>
          <w:tcPr>
            <w:tcW w:w="785" w:type="dxa"/>
            <w:shd w:val="clear" w:color="auto" w:fill="FFFFFF"/>
          </w:tcPr>
          <w:p w14:paraId="0036216F" w14:textId="77777777" w:rsidR="00B808F9" w:rsidRDefault="00B96FD3">
            <w:r>
              <w:t>15,7525</w:t>
            </w:r>
          </w:p>
        </w:tc>
        <w:tc>
          <w:tcPr>
            <w:tcW w:w="785" w:type="dxa"/>
            <w:shd w:val="clear" w:color="auto" w:fill="FFFFFF"/>
          </w:tcPr>
          <w:p w14:paraId="37AD4876" w14:textId="77777777" w:rsidR="00B808F9" w:rsidRDefault="00B96FD3">
            <w:r>
              <w:t>56,24</w:t>
            </w:r>
          </w:p>
        </w:tc>
      </w:tr>
      <w:tr w:rsidR="00B808F9" w14:paraId="5DA0E9DB" w14:textId="77777777">
        <w:trPr>
          <w:cantSplit/>
        </w:trPr>
        <w:tc>
          <w:tcPr>
            <w:tcW w:w="785" w:type="dxa"/>
            <w:shd w:val="clear" w:color="auto" w:fill="F2F2F2"/>
          </w:tcPr>
          <w:p w14:paraId="5909E24E" w14:textId="77777777" w:rsidR="00B808F9" w:rsidRDefault="00B808F9"/>
        </w:tc>
        <w:tc>
          <w:tcPr>
            <w:tcW w:w="785" w:type="dxa"/>
            <w:shd w:val="clear" w:color="auto" w:fill="FFFFFF"/>
          </w:tcPr>
          <w:p w14:paraId="6B3BACCA" w14:textId="77777777" w:rsidR="00B808F9" w:rsidRDefault="00B96FD3">
            <w:r>
              <w:t>2036</w:t>
            </w:r>
          </w:p>
        </w:tc>
        <w:tc>
          <w:tcPr>
            <w:tcW w:w="785" w:type="dxa"/>
            <w:shd w:val="clear" w:color="auto" w:fill="FFFFFF"/>
          </w:tcPr>
          <w:p w14:paraId="6B60B525" w14:textId="77777777" w:rsidR="00B808F9" w:rsidRDefault="00B96FD3">
            <w:r>
              <w:t>36,00</w:t>
            </w:r>
          </w:p>
        </w:tc>
        <w:tc>
          <w:tcPr>
            <w:tcW w:w="785" w:type="dxa"/>
            <w:shd w:val="clear" w:color="auto" w:fill="FFFFFF"/>
          </w:tcPr>
          <w:p w14:paraId="78123EB4" w14:textId="77777777" w:rsidR="00B808F9" w:rsidRDefault="00B96FD3">
            <w:r>
              <w:t>36,00</w:t>
            </w:r>
          </w:p>
        </w:tc>
        <w:tc>
          <w:tcPr>
            <w:tcW w:w="785" w:type="dxa"/>
            <w:shd w:val="clear" w:color="auto" w:fill="FFFFFF"/>
          </w:tcPr>
          <w:p w14:paraId="6EFC7FBE" w14:textId="77777777" w:rsidR="00B808F9" w:rsidRDefault="00B96FD3">
            <w:r>
              <w:t>0,4730</w:t>
            </w:r>
          </w:p>
        </w:tc>
        <w:tc>
          <w:tcPr>
            <w:tcW w:w="785" w:type="dxa"/>
            <w:shd w:val="clear" w:color="auto" w:fill="FFFFFF"/>
          </w:tcPr>
          <w:p w14:paraId="67BD7BB4" w14:textId="77777777" w:rsidR="00B808F9" w:rsidRDefault="00B96FD3">
            <w:r>
              <w:t>2,7330</w:t>
            </w:r>
          </w:p>
        </w:tc>
        <w:tc>
          <w:tcPr>
            <w:tcW w:w="785" w:type="dxa"/>
            <w:shd w:val="clear" w:color="auto" w:fill="FFFFFF"/>
          </w:tcPr>
          <w:p w14:paraId="6B3FA6F1" w14:textId="77777777" w:rsidR="00B808F9" w:rsidRDefault="00B96FD3">
            <w:r>
              <w:t>17,0415</w:t>
            </w:r>
          </w:p>
        </w:tc>
        <w:tc>
          <w:tcPr>
            <w:tcW w:w="785" w:type="dxa"/>
            <w:shd w:val="clear" w:color="auto" w:fill="FFFFFF"/>
          </w:tcPr>
          <w:p w14:paraId="03F463BD" w14:textId="77777777" w:rsidR="00B808F9" w:rsidRDefault="00B96FD3">
            <w:r>
              <w:t>20,2475</w:t>
            </w:r>
          </w:p>
        </w:tc>
        <w:tc>
          <w:tcPr>
            <w:tcW w:w="785" w:type="dxa"/>
            <w:shd w:val="clear" w:color="auto" w:fill="FFFFFF"/>
          </w:tcPr>
          <w:p w14:paraId="51A30A9F" w14:textId="77777777" w:rsidR="00B808F9" w:rsidRDefault="00B96FD3">
            <w:r>
              <w:t>35,1389</w:t>
            </w:r>
          </w:p>
        </w:tc>
        <w:tc>
          <w:tcPr>
            <w:tcW w:w="785" w:type="dxa"/>
            <w:shd w:val="clear" w:color="auto" w:fill="FFFFFF"/>
          </w:tcPr>
          <w:p w14:paraId="76DB621B" w14:textId="77777777" w:rsidR="00B808F9" w:rsidRDefault="00B96FD3">
            <w:r>
              <w:t>15,7525</w:t>
            </w:r>
          </w:p>
        </w:tc>
        <w:tc>
          <w:tcPr>
            <w:tcW w:w="785" w:type="dxa"/>
            <w:shd w:val="clear" w:color="auto" w:fill="FFFFFF"/>
          </w:tcPr>
          <w:p w14:paraId="594F98AC" w14:textId="77777777" w:rsidR="00B808F9" w:rsidRDefault="00B96FD3">
            <w:r>
              <w:t>56,24</w:t>
            </w:r>
          </w:p>
        </w:tc>
      </w:tr>
      <w:tr w:rsidR="00B808F9" w14:paraId="039A46AD" w14:textId="77777777">
        <w:trPr>
          <w:cantSplit/>
        </w:trPr>
        <w:tc>
          <w:tcPr>
            <w:tcW w:w="785" w:type="dxa"/>
            <w:shd w:val="clear" w:color="auto" w:fill="F2F2F2"/>
          </w:tcPr>
          <w:p w14:paraId="01385B91" w14:textId="77777777" w:rsidR="00B808F9" w:rsidRDefault="00B96FD3">
            <w:r>
              <w:t>УПК № 10 Темир-Тау</w:t>
            </w:r>
          </w:p>
        </w:tc>
        <w:tc>
          <w:tcPr>
            <w:tcW w:w="785" w:type="dxa"/>
            <w:shd w:val="clear" w:color="auto" w:fill="FFFFFF"/>
          </w:tcPr>
          <w:p w14:paraId="6A1D7774" w14:textId="77777777" w:rsidR="00B808F9" w:rsidRDefault="00B96FD3">
            <w:r>
              <w:t>2026</w:t>
            </w:r>
          </w:p>
        </w:tc>
        <w:tc>
          <w:tcPr>
            <w:tcW w:w="785" w:type="dxa"/>
            <w:shd w:val="clear" w:color="auto" w:fill="FFFFFF"/>
          </w:tcPr>
          <w:p w14:paraId="077C9CAC" w14:textId="77777777" w:rsidR="00B808F9" w:rsidRDefault="00B96FD3">
            <w:r>
              <w:t>33,60</w:t>
            </w:r>
          </w:p>
        </w:tc>
        <w:tc>
          <w:tcPr>
            <w:tcW w:w="785" w:type="dxa"/>
            <w:shd w:val="clear" w:color="auto" w:fill="FFFFFF"/>
          </w:tcPr>
          <w:p w14:paraId="52933745" w14:textId="77777777" w:rsidR="00B808F9" w:rsidRDefault="00B96FD3">
            <w:r>
              <w:t>33,60</w:t>
            </w:r>
          </w:p>
        </w:tc>
        <w:tc>
          <w:tcPr>
            <w:tcW w:w="785" w:type="dxa"/>
            <w:shd w:val="clear" w:color="auto" w:fill="FFFFFF"/>
          </w:tcPr>
          <w:p w14:paraId="74BC2229" w14:textId="77777777" w:rsidR="00B808F9" w:rsidRDefault="00B96FD3">
            <w:r>
              <w:t>0,1390</w:t>
            </w:r>
          </w:p>
        </w:tc>
        <w:tc>
          <w:tcPr>
            <w:tcW w:w="785" w:type="dxa"/>
            <w:shd w:val="clear" w:color="auto" w:fill="FFFFFF"/>
          </w:tcPr>
          <w:p w14:paraId="707785C3" w14:textId="77777777" w:rsidR="00B808F9" w:rsidRDefault="00B96FD3">
            <w:r>
              <w:t>0,9150</w:t>
            </w:r>
          </w:p>
        </w:tc>
        <w:tc>
          <w:tcPr>
            <w:tcW w:w="785" w:type="dxa"/>
            <w:shd w:val="clear" w:color="auto" w:fill="FFFFFF"/>
          </w:tcPr>
          <w:p w14:paraId="3453883F" w14:textId="77777777" w:rsidR="00B808F9" w:rsidRDefault="00B96FD3">
            <w:r>
              <w:t>7,6445</w:t>
            </w:r>
          </w:p>
        </w:tc>
        <w:tc>
          <w:tcPr>
            <w:tcW w:w="785" w:type="dxa"/>
            <w:shd w:val="clear" w:color="auto" w:fill="FFFFFF"/>
          </w:tcPr>
          <w:p w14:paraId="039E9CDA" w14:textId="77777777" w:rsidR="00B808F9" w:rsidRDefault="00B96FD3">
            <w:r>
              <w:t>8,6985</w:t>
            </w:r>
          </w:p>
        </w:tc>
        <w:tc>
          <w:tcPr>
            <w:tcW w:w="785" w:type="dxa"/>
            <w:shd w:val="clear" w:color="auto" w:fill="FFFFFF"/>
          </w:tcPr>
          <w:p w14:paraId="76F40101" w14:textId="77777777" w:rsidR="00B808F9" w:rsidRDefault="00B96FD3">
            <w:r>
              <w:t>33,0544</w:t>
            </w:r>
          </w:p>
        </w:tc>
        <w:tc>
          <w:tcPr>
            <w:tcW w:w="785" w:type="dxa"/>
            <w:shd w:val="clear" w:color="auto" w:fill="FFFFFF"/>
          </w:tcPr>
          <w:p w14:paraId="09D76AD8" w14:textId="77777777" w:rsidR="00B808F9" w:rsidRDefault="00B96FD3">
            <w:r>
              <w:t>24,9015</w:t>
            </w:r>
          </w:p>
        </w:tc>
        <w:tc>
          <w:tcPr>
            <w:tcW w:w="785" w:type="dxa"/>
            <w:shd w:val="clear" w:color="auto" w:fill="FFFFFF"/>
          </w:tcPr>
          <w:p w14:paraId="282A8E1A" w14:textId="77777777" w:rsidR="00B808F9" w:rsidRDefault="00B96FD3">
            <w:r>
              <w:t>25,89</w:t>
            </w:r>
          </w:p>
        </w:tc>
      </w:tr>
      <w:tr w:rsidR="00B808F9" w14:paraId="21C295FF" w14:textId="77777777">
        <w:trPr>
          <w:cantSplit/>
        </w:trPr>
        <w:tc>
          <w:tcPr>
            <w:tcW w:w="785" w:type="dxa"/>
            <w:shd w:val="clear" w:color="auto" w:fill="F2F2F2"/>
          </w:tcPr>
          <w:p w14:paraId="50961C69" w14:textId="77777777" w:rsidR="00B808F9" w:rsidRDefault="00B808F9"/>
        </w:tc>
        <w:tc>
          <w:tcPr>
            <w:tcW w:w="785" w:type="dxa"/>
            <w:shd w:val="clear" w:color="auto" w:fill="FFFFFF"/>
          </w:tcPr>
          <w:p w14:paraId="29CCBF83" w14:textId="77777777" w:rsidR="00B808F9" w:rsidRDefault="00B96FD3">
            <w:r>
              <w:t>2031</w:t>
            </w:r>
          </w:p>
        </w:tc>
        <w:tc>
          <w:tcPr>
            <w:tcW w:w="785" w:type="dxa"/>
            <w:shd w:val="clear" w:color="auto" w:fill="FFFFFF"/>
          </w:tcPr>
          <w:p w14:paraId="2EDBD67D" w14:textId="77777777" w:rsidR="00B808F9" w:rsidRDefault="00B96FD3">
            <w:r>
              <w:t>33,60</w:t>
            </w:r>
          </w:p>
        </w:tc>
        <w:tc>
          <w:tcPr>
            <w:tcW w:w="785" w:type="dxa"/>
            <w:shd w:val="clear" w:color="auto" w:fill="FFFFFF"/>
          </w:tcPr>
          <w:p w14:paraId="42C04157" w14:textId="77777777" w:rsidR="00B808F9" w:rsidRDefault="00B96FD3">
            <w:r>
              <w:t>33,60</w:t>
            </w:r>
          </w:p>
        </w:tc>
        <w:tc>
          <w:tcPr>
            <w:tcW w:w="785" w:type="dxa"/>
            <w:shd w:val="clear" w:color="auto" w:fill="FFFFFF"/>
          </w:tcPr>
          <w:p w14:paraId="64978ED4" w14:textId="77777777" w:rsidR="00B808F9" w:rsidRDefault="00B96FD3">
            <w:r>
              <w:t>0,1390</w:t>
            </w:r>
          </w:p>
        </w:tc>
        <w:tc>
          <w:tcPr>
            <w:tcW w:w="785" w:type="dxa"/>
            <w:shd w:val="clear" w:color="auto" w:fill="FFFFFF"/>
          </w:tcPr>
          <w:p w14:paraId="254F4E42" w14:textId="77777777" w:rsidR="00B808F9" w:rsidRDefault="00B96FD3">
            <w:r>
              <w:t>0,9150</w:t>
            </w:r>
          </w:p>
        </w:tc>
        <w:tc>
          <w:tcPr>
            <w:tcW w:w="785" w:type="dxa"/>
            <w:shd w:val="clear" w:color="auto" w:fill="FFFFFF"/>
          </w:tcPr>
          <w:p w14:paraId="6E79FB63" w14:textId="77777777" w:rsidR="00B808F9" w:rsidRDefault="00B96FD3">
            <w:r>
              <w:t>7,6445</w:t>
            </w:r>
          </w:p>
        </w:tc>
        <w:tc>
          <w:tcPr>
            <w:tcW w:w="785" w:type="dxa"/>
            <w:shd w:val="clear" w:color="auto" w:fill="FFFFFF"/>
          </w:tcPr>
          <w:p w14:paraId="58ADF4C2" w14:textId="77777777" w:rsidR="00B808F9" w:rsidRDefault="00B96FD3">
            <w:r>
              <w:t>8,6985</w:t>
            </w:r>
          </w:p>
        </w:tc>
        <w:tc>
          <w:tcPr>
            <w:tcW w:w="785" w:type="dxa"/>
            <w:shd w:val="clear" w:color="auto" w:fill="FFFFFF"/>
          </w:tcPr>
          <w:p w14:paraId="2493909E" w14:textId="77777777" w:rsidR="00B808F9" w:rsidRDefault="00B96FD3">
            <w:r>
              <w:t>33,0544</w:t>
            </w:r>
          </w:p>
        </w:tc>
        <w:tc>
          <w:tcPr>
            <w:tcW w:w="785" w:type="dxa"/>
            <w:shd w:val="clear" w:color="auto" w:fill="FFFFFF"/>
          </w:tcPr>
          <w:p w14:paraId="4C1FC494" w14:textId="77777777" w:rsidR="00B808F9" w:rsidRDefault="00B96FD3">
            <w:r>
              <w:t>24,9015</w:t>
            </w:r>
          </w:p>
        </w:tc>
        <w:tc>
          <w:tcPr>
            <w:tcW w:w="785" w:type="dxa"/>
            <w:shd w:val="clear" w:color="auto" w:fill="FFFFFF"/>
          </w:tcPr>
          <w:p w14:paraId="79C55108" w14:textId="77777777" w:rsidR="00B808F9" w:rsidRDefault="00B96FD3">
            <w:r>
              <w:t>25,89</w:t>
            </w:r>
          </w:p>
        </w:tc>
      </w:tr>
      <w:tr w:rsidR="00B808F9" w14:paraId="05A20FB3" w14:textId="77777777">
        <w:trPr>
          <w:cantSplit/>
        </w:trPr>
        <w:tc>
          <w:tcPr>
            <w:tcW w:w="785" w:type="dxa"/>
            <w:shd w:val="clear" w:color="auto" w:fill="F2F2F2"/>
          </w:tcPr>
          <w:p w14:paraId="4101154E" w14:textId="77777777" w:rsidR="00B808F9" w:rsidRDefault="00B808F9"/>
        </w:tc>
        <w:tc>
          <w:tcPr>
            <w:tcW w:w="785" w:type="dxa"/>
            <w:shd w:val="clear" w:color="auto" w:fill="FFFFFF"/>
          </w:tcPr>
          <w:p w14:paraId="619B179E" w14:textId="77777777" w:rsidR="00B808F9" w:rsidRDefault="00B96FD3">
            <w:r>
              <w:t>2036</w:t>
            </w:r>
          </w:p>
        </w:tc>
        <w:tc>
          <w:tcPr>
            <w:tcW w:w="785" w:type="dxa"/>
            <w:shd w:val="clear" w:color="auto" w:fill="FFFFFF"/>
          </w:tcPr>
          <w:p w14:paraId="15E5F0C7" w14:textId="77777777" w:rsidR="00B808F9" w:rsidRDefault="00B96FD3">
            <w:r>
              <w:t>33,60</w:t>
            </w:r>
          </w:p>
        </w:tc>
        <w:tc>
          <w:tcPr>
            <w:tcW w:w="785" w:type="dxa"/>
            <w:shd w:val="clear" w:color="auto" w:fill="FFFFFF"/>
          </w:tcPr>
          <w:p w14:paraId="3152B6BE" w14:textId="77777777" w:rsidR="00B808F9" w:rsidRDefault="00B96FD3">
            <w:r>
              <w:t>33,60</w:t>
            </w:r>
          </w:p>
        </w:tc>
        <w:tc>
          <w:tcPr>
            <w:tcW w:w="785" w:type="dxa"/>
            <w:shd w:val="clear" w:color="auto" w:fill="FFFFFF"/>
          </w:tcPr>
          <w:p w14:paraId="4D39768E" w14:textId="77777777" w:rsidR="00B808F9" w:rsidRDefault="00B96FD3">
            <w:r>
              <w:t>0,1390</w:t>
            </w:r>
          </w:p>
        </w:tc>
        <w:tc>
          <w:tcPr>
            <w:tcW w:w="785" w:type="dxa"/>
            <w:shd w:val="clear" w:color="auto" w:fill="FFFFFF"/>
          </w:tcPr>
          <w:p w14:paraId="30861621" w14:textId="77777777" w:rsidR="00B808F9" w:rsidRDefault="00B96FD3">
            <w:r>
              <w:t>0,9150</w:t>
            </w:r>
          </w:p>
        </w:tc>
        <w:tc>
          <w:tcPr>
            <w:tcW w:w="785" w:type="dxa"/>
            <w:shd w:val="clear" w:color="auto" w:fill="FFFFFF"/>
          </w:tcPr>
          <w:p w14:paraId="230BC316" w14:textId="77777777" w:rsidR="00B808F9" w:rsidRDefault="00B96FD3">
            <w:r>
              <w:t>7,6445</w:t>
            </w:r>
          </w:p>
        </w:tc>
        <w:tc>
          <w:tcPr>
            <w:tcW w:w="785" w:type="dxa"/>
            <w:shd w:val="clear" w:color="auto" w:fill="FFFFFF"/>
          </w:tcPr>
          <w:p w14:paraId="1547E754" w14:textId="77777777" w:rsidR="00B808F9" w:rsidRDefault="00B96FD3">
            <w:r>
              <w:t>8,6985</w:t>
            </w:r>
          </w:p>
        </w:tc>
        <w:tc>
          <w:tcPr>
            <w:tcW w:w="785" w:type="dxa"/>
            <w:shd w:val="clear" w:color="auto" w:fill="FFFFFF"/>
          </w:tcPr>
          <w:p w14:paraId="02824E2C" w14:textId="77777777" w:rsidR="00B808F9" w:rsidRDefault="00B96FD3">
            <w:r>
              <w:t>33,0544</w:t>
            </w:r>
          </w:p>
        </w:tc>
        <w:tc>
          <w:tcPr>
            <w:tcW w:w="785" w:type="dxa"/>
            <w:shd w:val="clear" w:color="auto" w:fill="FFFFFF"/>
          </w:tcPr>
          <w:p w14:paraId="5BFD9A7E" w14:textId="77777777" w:rsidR="00B808F9" w:rsidRDefault="00B96FD3">
            <w:r>
              <w:t>24,9015</w:t>
            </w:r>
          </w:p>
        </w:tc>
        <w:tc>
          <w:tcPr>
            <w:tcW w:w="785" w:type="dxa"/>
            <w:shd w:val="clear" w:color="auto" w:fill="FFFFFF"/>
          </w:tcPr>
          <w:p w14:paraId="2B1CA992" w14:textId="77777777" w:rsidR="00B808F9" w:rsidRDefault="00B96FD3">
            <w:r>
              <w:t>25,89</w:t>
            </w:r>
          </w:p>
        </w:tc>
      </w:tr>
      <w:tr w:rsidR="00B808F9" w14:paraId="4796B88B" w14:textId="77777777">
        <w:trPr>
          <w:cantSplit/>
        </w:trPr>
        <w:tc>
          <w:tcPr>
            <w:tcW w:w="785" w:type="dxa"/>
            <w:shd w:val="clear" w:color="auto" w:fill="F2F2F2"/>
          </w:tcPr>
          <w:p w14:paraId="3540E858" w14:textId="77777777" w:rsidR="00B808F9" w:rsidRDefault="00B96FD3">
            <w:r>
              <w:t>УПК № 3 Спасск</w:t>
            </w:r>
          </w:p>
        </w:tc>
        <w:tc>
          <w:tcPr>
            <w:tcW w:w="785" w:type="dxa"/>
            <w:shd w:val="clear" w:color="auto" w:fill="FFFFFF"/>
          </w:tcPr>
          <w:p w14:paraId="161E5927" w14:textId="77777777" w:rsidR="00B808F9" w:rsidRDefault="00B96FD3">
            <w:r>
              <w:t>2026</w:t>
            </w:r>
          </w:p>
        </w:tc>
        <w:tc>
          <w:tcPr>
            <w:tcW w:w="785" w:type="dxa"/>
            <w:shd w:val="clear" w:color="auto" w:fill="FFFFFF"/>
          </w:tcPr>
          <w:p w14:paraId="254EF733" w14:textId="77777777" w:rsidR="00B808F9" w:rsidRDefault="00B96FD3">
            <w:r>
              <w:t>5,37</w:t>
            </w:r>
          </w:p>
        </w:tc>
        <w:tc>
          <w:tcPr>
            <w:tcW w:w="785" w:type="dxa"/>
            <w:shd w:val="clear" w:color="auto" w:fill="FFFFFF"/>
          </w:tcPr>
          <w:p w14:paraId="616E24AF" w14:textId="77777777" w:rsidR="00B808F9" w:rsidRDefault="00B96FD3">
            <w:r>
              <w:t>5,37</w:t>
            </w:r>
          </w:p>
        </w:tc>
        <w:tc>
          <w:tcPr>
            <w:tcW w:w="785" w:type="dxa"/>
            <w:shd w:val="clear" w:color="auto" w:fill="FFFFFF"/>
          </w:tcPr>
          <w:p w14:paraId="59824083" w14:textId="77777777" w:rsidR="00B808F9" w:rsidRDefault="00B96FD3">
            <w:r>
              <w:t>0,0460</w:t>
            </w:r>
          </w:p>
        </w:tc>
        <w:tc>
          <w:tcPr>
            <w:tcW w:w="785" w:type="dxa"/>
            <w:shd w:val="clear" w:color="auto" w:fill="FFFFFF"/>
          </w:tcPr>
          <w:p w14:paraId="74F1D3DA" w14:textId="77777777" w:rsidR="00B808F9" w:rsidRDefault="00B96FD3">
            <w:r>
              <w:t>0,3850</w:t>
            </w:r>
          </w:p>
        </w:tc>
        <w:tc>
          <w:tcPr>
            <w:tcW w:w="785" w:type="dxa"/>
            <w:shd w:val="clear" w:color="auto" w:fill="FFFFFF"/>
          </w:tcPr>
          <w:p w14:paraId="7C595278" w14:textId="77777777" w:rsidR="00B808F9" w:rsidRDefault="00B96FD3">
            <w:r>
              <w:t>1,4451</w:t>
            </w:r>
          </w:p>
        </w:tc>
        <w:tc>
          <w:tcPr>
            <w:tcW w:w="785" w:type="dxa"/>
            <w:shd w:val="clear" w:color="auto" w:fill="FFFFFF"/>
          </w:tcPr>
          <w:p w14:paraId="09BDC49A" w14:textId="77777777" w:rsidR="00B808F9" w:rsidRDefault="00B96FD3">
            <w:r>
              <w:t>1,8761</w:t>
            </w:r>
          </w:p>
        </w:tc>
        <w:tc>
          <w:tcPr>
            <w:tcW w:w="785" w:type="dxa"/>
            <w:shd w:val="clear" w:color="auto" w:fill="FFFFFF"/>
          </w:tcPr>
          <w:p w14:paraId="502BF6ED" w14:textId="77777777" w:rsidR="00B808F9" w:rsidRDefault="00B96FD3">
            <w:r>
              <w:t>5,2350</w:t>
            </w:r>
          </w:p>
        </w:tc>
        <w:tc>
          <w:tcPr>
            <w:tcW w:w="785" w:type="dxa"/>
            <w:shd w:val="clear" w:color="auto" w:fill="FFFFFF"/>
          </w:tcPr>
          <w:p w14:paraId="41ACB7AA" w14:textId="77777777" w:rsidR="00B808F9" w:rsidRDefault="00B96FD3">
            <w:r>
              <w:t>3,4939</w:t>
            </w:r>
          </w:p>
        </w:tc>
        <w:tc>
          <w:tcPr>
            <w:tcW w:w="785" w:type="dxa"/>
            <w:shd w:val="clear" w:color="auto" w:fill="FFFFFF"/>
          </w:tcPr>
          <w:p w14:paraId="1A0EDF3C" w14:textId="77777777" w:rsidR="00B808F9" w:rsidRDefault="00B96FD3">
            <w:r>
              <w:t>34,94</w:t>
            </w:r>
          </w:p>
        </w:tc>
      </w:tr>
      <w:tr w:rsidR="00B808F9" w14:paraId="22D08EF2" w14:textId="77777777">
        <w:trPr>
          <w:cantSplit/>
        </w:trPr>
        <w:tc>
          <w:tcPr>
            <w:tcW w:w="785" w:type="dxa"/>
            <w:shd w:val="clear" w:color="auto" w:fill="F2F2F2"/>
          </w:tcPr>
          <w:p w14:paraId="7C328BBA" w14:textId="77777777" w:rsidR="00B808F9" w:rsidRDefault="00B808F9"/>
        </w:tc>
        <w:tc>
          <w:tcPr>
            <w:tcW w:w="785" w:type="dxa"/>
            <w:shd w:val="clear" w:color="auto" w:fill="FFFFFF"/>
          </w:tcPr>
          <w:p w14:paraId="3A27599A" w14:textId="77777777" w:rsidR="00B808F9" w:rsidRDefault="00B96FD3">
            <w:r>
              <w:t>2031</w:t>
            </w:r>
          </w:p>
        </w:tc>
        <w:tc>
          <w:tcPr>
            <w:tcW w:w="785" w:type="dxa"/>
            <w:shd w:val="clear" w:color="auto" w:fill="FFFFFF"/>
          </w:tcPr>
          <w:p w14:paraId="12A54CAE" w14:textId="77777777" w:rsidR="00B808F9" w:rsidRDefault="00B96FD3">
            <w:r>
              <w:t>5,37</w:t>
            </w:r>
          </w:p>
        </w:tc>
        <w:tc>
          <w:tcPr>
            <w:tcW w:w="785" w:type="dxa"/>
            <w:shd w:val="clear" w:color="auto" w:fill="FFFFFF"/>
          </w:tcPr>
          <w:p w14:paraId="6A7B599E" w14:textId="77777777" w:rsidR="00B808F9" w:rsidRDefault="00B96FD3">
            <w:r>
              <w:t>5,37</w:t>
            </w:r>
          </w:p>
        </w:tc>
        <w:tc>
          <w:tcPr>
            <w:tcW w:w="785" w:type="dxa"/>
            <w:shd w:val="clear" w:color="auto" w:fill="FFFFFF"/>
          </w:tcPr>
          <w:p w14:paraId="1929FB43" w14:textId="77777777" w:rsidR="00B808F9" w:rsidRDefault="00B96FD3">
            <w:r>
              <w:t>0,0460</w:t>
            </w:r>
          </w:p>
        </w:tc>
        <w:tc>
          <w:tcPr>
            <w:tcW w:w="785" w:type="dxa"/>
            <w:shd w:val="clear" w:color="auto" w:fill="FFFFFF"/>
          </w:tcPr>
          <w:p w14:paraId="7A98EC4A" w14:textId="77777777" w:rsidR="00B808F9" w:rsidRDefault="00B96FD3">
            <w:r>
              <w:t>0,3870</w:t>
            </w:r>
          </w:p>
        </w:tc>
        <w:tc>
          <w:tcPr>
            <w:tcW w:w="785" w:type="dxa"/>
            <w:shd w:val="clear" w:color="auto" w:fill="FFFFFF"/>
          </w:tcPr>
          <w:p w14:paraId="57ADC080" w14:textId="77777777" w:rsidR="00B808F9" w:rsidRDefault="00B96FD3">
            <w:r>
              <w:t>1,4501</w:t>
            </w:r>
          </w:p>
        </w:tc>
        <w:tc>
          <w:tcPr>
            <w:tcW w:w="785" w:type="dxa"/>
            <w:shd w:val="clear" w:color="auto" w:fill="FFFFFF"/>
          </w:tcPr>
          <w:p w14:paraId="3FBEE4D0" w14:textId="77777777" w:rsidR="00B808F9" w:rsidRDefault="00B96FD3">
            <w:r>
              <w:t>1,8831</w:t>
            </w:r>
          </w:p>
        </w:tc>
        <w:tc>
          <w:tcPr>
            <w:tcW w:w="785" w:type="dxa"/>
            <w:shd w:val="clear" w:color="auto" w:fill="FFFFFF"/>
          </w:tcPr>
          <w:p w14:paraId="195CD223" w14:textId="77777777" w:rsidR="00B808F9" w:rsidRDefault="00B96FD3">
            <w:r>
              <w:t>5,2355</w:t>
            </w:r>
          </w:p>
        </w:tc>
        <w:tc>
          <w:tcPr>
            <w:tcW w:w="785" w:type="dxa"/>
            <w:shd w:val="clear" w:color="auto" w:fill="FFFFFF"/>
          </w:tcPr>
          <w:p w14:paraId="18F642A3" w14:textId="77777777" w:rsidR="00B808F9" w:rsidRDefault="00B96FD3">
            <w:r>
              <w:t>3,4869</w:t>
            </w:r>
          </w:p>
        </w:tc>
        <w:tc>
          <w:tcPr>
            <w:tcW w:w="785" w:type="dxa"/>
            <w:shd w:val="clear" w:color="auto" w:fill="FFFFFF"/>
          </w:tcPr>
          <w:p w14:paraId="3A672A5A" w14:textId="77777777" w:rsidR="00B808F9" w:rsidRDefault="00B96FD3">
            <w:r>
              <w:t>35,07</w:t>
            </w:r>
          </w:p>
        </w:tc>
      </w:tr>
      <w:tr w:rsidR="00B808F9" w14:paraId="239B0D59" w14:textId="77777777">
        <w:trPr>
          <w:cantSplit/>
        </w:trPr>
        <w:tc>
          <w:tcPr>
            <w:tcW w:w="785" w:type="dxa"/>
            <w:shd w:val="clear" w:color="auto" w:fill="F2F2F2"/>
          </w:tcPr>
          <w:p w14:paraId="3608A1FF" w14:textId="77777777" w:rsidR="00B808F9" w:rsidRDefault="00B808F9"/>
        </w:tc>
        <w:tc>
          <w:tcPr>
            <w:tcW w:w="785" w:type="dxa"/>
            <w:shd w:val="clear" w:color="auto" w:fill="FFFFFF"/>
          </w:tcPr>
          <w:p w14:paraId="043B8370" w14:textId="77777777" w:rsidR="00B808F9" w:rsidRDefault="00B96FD3">
            <w:r>
              <w:t>2036</w:t>
            </w:r>
          </w:p>
        </w:tc>
        <w:tc>
          <w:tcPr>
            <w:tcW w:w="785" w:type="dxa"/>
            <w:shd w:val="clear" w:color="auto" w:fill="FFFFFF"/>
          </w:tcPr>
          <w:p w14:paraId="7A2E2452" w14:textId="77777777" w:rsidR="00B808F9" w:rsidRDefault="00B96FD3">
            <w:r>
              <w:t>5,37</w:t>
            </w:r>
          </w:p>
        </w:tc>
        <w:tc>
          <w:tcPr>
            <w:tcW w:w="785" w:type="dxa"/>
            <w:shd w:val="clear" w:color="auto" w:fill="FFFFFF"/>
          </w:tcPr>
          <w:p w14:paraId="57344650" w14:textId="77777777" w:rsidR="00B808F9" w:rsidRDefault="00B96FD3">
            <w:r>
              <w:t>5,37</w:t>
            </w:r>
          </w:p>
        </w:tc>
        <w:tc>
          <w:tcPr>
            <w:tcW w:w="785" w:type="dxa"/>
            <w:shd w:val="clear" w:color="auto" w:fill="FFFFFF"/>
          </w:tcPr>
          <w:p w14:paraId="0B7A53E4" w14:textId="77777777" w:rsidR="00B808F9" w:rsidRDefault="00B96FD3">
            <w:r>
              <w:t>0,0460</w:t>
            </w:r>
          </w:p>
        </w:tc>
        <w:tc>
          <w:tcPr>
            <w:tcW w:w="785" w:type="dxa"/>
            <w:shd w:val="clear" w:color="auto" w:fill="FFFFFF"/>
          </w:tcPr>
          <w:p w14:paraId="6EF109B9" w14:textId="77777777" w:rsidR="00B808F9" w:rsidRDefault="00B96FD3">
            <w:r>
              <w:t>0,3870</w:t>
            </w:r>
          </w:p>
        </w:tc>
        <w:tc>
          <w:tcPr>
            <w:tcW w:w="785" w:type="dxa"/>
            <w:shd w:val="clear" w:color="auto" w:fill="FFFFFF"/>
          </w:tcPr>
          <w:p w14:paraId="300EEB61" w14:textId="77777777" w:rsidR="00B808F9" w:rsidRDefault="00B96FD3">
            <w:r>
              <w:t>1,4501</w:t>
            </w:r>
          </w:p>
        </w:tc>
        <w:tc>
          <w:tcPr>
            <w:tcW w:w="785" w:type="dxa"/>
            <w:shd w:val="clear" w:color="auto" w:fill="FFFFFF"/>
          </w:tcPr>
          <w:p w14:paraId="4768B4BD" w14:textId="77777777" w:rsidR="00B808F9" w:rsidRDefault="00B96FD3">
            <w:r>
              <w:t>1,8831</w:t>
            </w:r>
          </w:p>
        </w:tc>
        <w:tc>
          <w:tcPr>
            <w:tcW w:w="785" w:type="dxa"/>
            <w:shd w:val="clear" w:color="auto" w:fill="FFFFFF"/>
          </w:tcPr>
          <w:p w14:paraId="16EAA1F6" w14:textId="77777777" w:rsidR="00B808F9" w:rsidRDefault="00B96FD3">
            <w:r>
              <w:t>5,2355</w:t>
            </w:r>
          </w:p>
        </w:tc>
        <w:tc>
          <w:tcPr>
            <w:tcW w:w="785" w:type="dxa"/>
            <w:shd w:val="clear" w:color="auto" w:fill="FFFFFF"/>
          </w:tcPr>
          <w:p w14:paraId="4254120A" w14:textId="77777777" w:rsidR="00B808F9" w:rsidRDefault="00B96FD3">
            <w:r>
              <w:t>3,4869</w:t>
            </w:r>
          </w:p>
        </w:tc>
        <w:tc>
          <w:tcPr>
            <w:tcW w:w="785" w:type="dxa"/>
            <w:shd w:val="clear" w:color="auto" w:fill="FFFFFF"/>
          </w:tcPr>
          <w:p w14:paraId="2E44E1E6" w14:textId="77777777" w:rsidR="00B808F9" w:rsidRDefault="00B96FD3">
            <w:r>
              <w:t>35,07</w:t>
            </w:r>
          </w:p>
        </w:tc>
      </w:tr>
      <w:tr w:rsidR="00B808F9" w14:paraId="1CDE2886" w14:textId="77777777">
        <w:trPr>
          <w:cantSplit/>
        </w:trPr>
        <w:tc>
          <w:tcPr>
            <w:tcW w:w="785" w:type="dxa"/>
            <w:shd w:val="clear" w:color="auto" w:fill="DBE5F1"/>
          </w:tcPr>
          <w:p w14:paraId="0E5BCC2D" w14:textId="77777777" w:rsidR="00B808F9" w:rsidRDefault="00B96FD3">
            <w:r>
              <w:rPr>
                <w:b/>
              </w:rPr>
              <w:t>Итого по округу</w:t>
            </w:r>
          </w:p>
        </w:tc>
        <w:tc>
          <w:tcPr>
            <w:tcW w:w="785" w:type="dxa"/>
            <w:shd w:val="clear" w:color="auto" w:fill="DBE5F1"/>
          </w:tcPr>
          <w:p w14:paraId="72B4A0B4" w14:textId="77777777" w:rsidR="00B808F9" w:rsidRDefault="00B96FD3">
            <w:r>
              <w:rPr>
                <w:b/>
              </w:rPr>
              <w:t>2026</w:t>
            </w:r>
          </w:p>
        </w:tc>
        <w:tc>
          <w:tcPr>
            <w:tcW w:w="785" w:type="dxa"/>
            <w:shd w:val="clear" w:color="auto" w:fill="DBE5F1"/>
          </w:tcPr>
          <w:p w14:paraId="168608BD" w14:textId="77777777" w:rsidR="00B808F9" w:rsidRDefault="00B96FD3">
            <w:r>
              <w:rPr>
                <w:b/>
              </w:rPr>
              <w:t>466,67</w:t>
            </w:r>
          </w:p>
        </w:tc>
        <w:tc>
          <w:tcPr>
            <w:tcW w:w="785" w:type="dxa"/>
            <w:shd w:val="clear" w:color="auto" w:fill="DBE5F1"/>
          </w:tcPr>
          <w:p w14:paraId="2F09EB24" w14:textId="77777777" w:rsidR="00B808F9" w:rsidRDefault="00B96FD3">
            <w:r>
              <w:rPr>
                <w:b/>
              </w:rPr>
              <w:t>466,67</w:t>
            </w:r>
          </w:p>
        </w:tc>
        <w:tc>
          <w:tcPr>
            <w:tcW w:w="785" w:type="dxa"/>
            <w:shd w:val="clear" w:color="auto" w:fill="DBE5F1"/>
          </w:tcPr>
          <w:p w14:paraId="2A8E8B90" w14:textId="77777777" w:rsidR="00B808F9" w:rsidRDefault="00B96FD3">
            <w:r>
              <w:rPr>
                <w:b/>
              </w:rPr>
              <w:t>8,6460</w:t>
            </w:r>
          </w:p>
        </w:tc>
        <w:tc>
          <w:tcPr>
            <w:tcW w:w="785" w:type="dxa"/>
            <w:shd w:val="clear" w:color="auto" w:fill="DBE5F1"/>
          </w:tcPr>
          <w:p w14:paraId="398CD1BA" w14:textId="77777777" w:rsidR="00B808F9" w:rsidRDefault="00B96FD3">
            <w:r>
              <w:rPr>
                <w:b/>
              </w:rPr>
              <w:t>22,2420</w:t>
            </w:r>
          </w:p>
        </w:tc>
        <w:tc>
          <w:tcPr>
            <w:tcW w:w="785" w:type="dxa"/>
            <w:shd w:val="clear" w:color="auto" w:fill="DBE5F1"/>
          </w:tcPr>
          <w:p w14:paraId="6A56B22C" w14:textId="77777777" w:rsidR="00B808F9" w:rsidRDefault="00B96FD3">
            <w:r>
              <w:rPr>
                <w:b/>
              </w:rPr>
              <w:t>196,6072</w:t>
            </w:r>
          </w:p>
        </w:tc>
        <w:tc>
          <w:tcPr>
            <w:tcW w:w="785" w:type="dxa"/>
            <w:shd w:val="clear" w:color="auto" w:fill="DBE5F1"/>
          </w:tcPr>
          <w:p w14:paraId="1AFE2784" w14:textId="77777777" w:rsidR="00B808F9" w:rsidRDefault="00B96FD3">
            <w:r>
              <w:rPr>
                <w:b/>
              </w:rPr>
              <w:t>227,4952</w:t>
            </w:r>
          </w:p>
        </w:tc>
        <w:tc>
          <w:tcPr>
            <w:tcW w:w="785" w:type="dxa"/>
            <w:shd w:val="clear" w:color="auto" w:fill="DBE5F1"/>
          </w:tcPr>
          <w:p w14:paraId="233EAB27" w14:textId="77777777" w:rsidR="00B808F9" w:rsidRDefault="00B96FD3">
            <w:r>
              <w:rPr>
                <w:b/>
              </w:rPr>
              <w:t>449,2243</w:t>
            </w:r>
          </w:p>
        </w:tc>
        <w:tc>
          <w:tcPr>
            <w:tcW w:w="785" w:type="dxa"/>
            <w:shd w:val="clear" w:color="auto" w:fill="DBE5F1"/>
          </w:tcPr>
          <w:p w14:paraId="3638B37C" w14:textId="77777777" w:rsidR="00B808F9" w:rsidRDefault="00B96FD3">
            <w:r>
              <w:rPr>
                <w:b/>
              </w:rPr>
              <w:t>239,1748</w:t>
            </w:r>
          </w:p>
        </w:tc>
        <w:tc>
          <w:tcPr>
            <w:tcW w:w="785" w:type="dxa"/>
            <w:shd w:val="clear" w:color="auto" w:fill="DBE5F1"/>
          </w:tcPr>
          <w:p w14:paraId="384A7E5B" w14:textId="77777777" w:rsidR="00B808F9" w:rsidRDefault="00B96FD3">
            <w:r>
              <w:rPr>
                <w:b/>
              </w:rPr>
              <w:t>48,75</w:t>
            </w:r>
          </w:p>
        </w:tc>
      </w:tr>
      <w:tr w:rsidR="00B808F9" w14:paraId="244D7B12" w14:textId="77777777">
        <w:trPr>
          <w:cantSplit/>
        </w:trPr>
        <w:tc>
          <w:tcPr>
            <w:tcW w:w="785" w:type="dxa"/>
            <w:shd w:val="clear" w:color="auto" w:fill="DBE5F1"/>
          </w:tcPr>
          <w:p w14:paraId="11C570C1" w14:textId="77777777" w:rsidR="00B808F9" w:rsidRDefault="00B808F9"/>
        </w:tc>
        <w:tc>
          <w:tcPr>
            <w:tcW w:w="785" w:type="dxa"/>
            <w:shd w:val="clear" w:color="auto" w:fill="DBE5F1"/>
          </w:tcPr>
          <w:p w14:paraId="5E8347F2" w14:textId="77777777" w:rsidR="00B808F9" w:rsidRDefault="00B96FD3">
            <w:r>
              <w:rPr>
                <w:b/>
              </w:rPr>
              <w:t>2031</w:t>
            </w:r>
          </w:p>
        </w:tc>
        <w:tc>
          <w:tcPr>
            <w:tcW w:w="785" w:type="dxa"/>
            <w:shd w:val="clear" w:color="auto" w:fill="DBE5F1"/>
          </w:tcPr>
          <w:p w14:paraId="6D6BF2B7" w14:textId="77777777" w:rsidR="00B808F9" w:rsidRDefault="00B96FD3">
            <w:r>
              <w:rPr>
                <w:b/>
              </w:rPr>
              <w:t>466,67</w:t>
            </w:r>
          </w:p>
        </w:tc>
        <w:tc>
          <w:tcPr>
            <w:tcW w:w="785" w:type="dxa"/>
            <w:shd w:val="clear" w:color="auto" w:fill="DBE5F1"/>
          </w:tcPr>
          <w:p w14:paraId="614B5495" w14:textId="77777777" w:rsidR="00B808F9" w:rsidRDefault="00B96FD3">
            <w:r>
              <w:rPr>
                <w:b/>
              </w:rPr>
              <w:t>466,67</w:t>
            </w:r>
          </w:p>
        </w:tc>
        <w:tc>
          <w:tcPr>
            <w:tcW w:w="785" w:type="dxa"/>
            <w:shd w:val="clear" w:color="auto" w:fill="DBE5F1"/>
          </w:tcPr>
          <w:p w14:paraId="21F8CCF2" w14:textId="77777777" w:rsidR="00B808F9" w:rsidRDefault="00B96FD3">
            <w:r>
              <w:rPr>
                <w:b/>
              </w:rPr>
              <w:t>8,6480</w:t>
            </w:r>
          </w:p>
        </w:tc>
        <w:tc>
          <w:tcPr>
            <w:tcW w:w="785" w:type="dxa"/>
            <w:shd w:val="clear" w:color="auto" w:fill="DBE5F1"/>
          </w:tcPr>
          <w:p w14:paraId="60DB1A35" w14:textId="77777777" w:rsidR="00B808F9" w:rsidRDefault="00B96FD3">
            <w:r>
              <w:rPr>
                <w:b/>
              </w:rPr>
              <w:t>22,2610</w:t>
            </w:r>
          </w:p>
        </w:tc>
        <w:tc>
          <w:tcPr>
            <w:tcW w:w="785" w:type="dxa"/>
            <w:shd w:val="clear" w:color="auto" w:fill="DBE5F1"/>
          </w:tcPr>
          <w:p w14:paraId="5089493B" w14:textId="77777777" w:rsidR="00B808F9" w:rsidRDefault="00B96FD3">
            <w:r>
              <w:rPr>
                <w:b/>
              </w:rPr>
              <w:t>243,3222</w:t>
            </w:r>
          </w:p>
        </w:tc>
        <w:tc>
          <w:tcPr>
            <w:tcW w:w="785" w:type="dxa"/>
            <w:shd w:val="clear" w:color="auto" w:fill="DBE5F1"/>
          </w:tcPr>
          <w:p w14:paraId="3DCB3E71" w14:textId="77777777" w:rsidR="00B808F9" w:rsidRDefault="00B96FD3">
            <w:r>
              <w:rPr>
                <w:b/>
              </w:rPr>
              <w:t>274,2312</w:t>
            </w:r>
          </w:p>
        </w:tc>
        <w:tc>
          <w:tcPr>
            <w:tcW w:w="785" w:type="dxa"/>
            <w:shd w:val="clear" w:color="auto" w:fill="DBE5F1"/>
          </w:tcPr>
          <w:p w14:paraId="39273F01" w14:textId="77777777" w:rsidR="00B808F9" w:rsidRDefault="00B96FD3">
            <w:r>
              <w:rPr>
                <w:b/>
              </w:rPr>
              <w:t>450,9363</w:t>
            </w:r>
          </w:p>
        </w:tc>
        <w:tc>
          <w:tcPr>
            <w:tcW w:w="785" w:type="dxa"/>
            <w:shd w:val="clear" w:color="auto" w:fill="DBE5F1"/>
          </w:tcPr>
          <w:p w14:paraId="31A8EDEB" w14:textId="77777777" w:rsidR="00B808F9" w:rsidRDefault="00B96FD3">
            <w:r>
              <w:rPr>
                <w:b/>
              </w:rPr>
              <w:t>192,4388</w:t>
            </w:r>
          </w:p>
        </w:tc>
        <w:tc>
          <w:tcPr>
            <w:tcW w:w="785" w:type="dxa"/>
            <w:shd w:val="clear" w:color="auto" w:fill="DBE5F1"/>
          </w:tcPr>
          <w:p w14:paraId="38BC2112" w14:textId="77777777" w:rsidR="00B808F9" w:rsidRDefault="00B96FD3">
            <w:r>
              <w:rPr>
                <w:b/>
              </w:rPr>
              <w:t>58,76</w:t>
            </w:r>
          </w:p>
        </w:tc>
      </w:tr>
      <w:tr w:rsidR="00B808F9" w14:paraId="57EAA268" w14:textId="77777777">
        <w:trPr>
          <w:cantSplit/>
        </w:trPr>
        <w:tc>
          <w:tcPr>
            <w:tcW w:w="785" w:type="dxa"/>
            <w:shd w:val="clear" w:color="auto" w:fill="DBE5F1"/>
          </w:tcPr>
          <w:p w14:paraId="4B77189C" w14:textId="77777777" w:rsidR="00B808F9" w:rsidRDefault="00B808F9"/>
        </w:tc>
        <w:tc>
          <w:tcPr>
            <w:tcW w:w="785" w:type="dxa"/>
            <w:shd w:val="clear" w:color="auto" w:fill="DBE5F1"/>
          </w:tcPr>
          <w:p w14:paraId="32F805EB" w14:textId="77777777" w:rsidR="00B808F9" w:rsidRDefault="00B96FD3">
            <w:r>
              <w:rPr>
                <w:b/>
              </w:rPr>
              <w:t>2036</w:t>
            </w:r>
          </w:p>
        </w:tc>
        <w:tc>
          <w:tcPr>
            <w:tcW w:w="785" w:type="dxa"/>
            <w:shd w:val="clear" w:color="auto" w:fill="DBE5F1"/>
          </w:tcPr>
          <w:p w14:paraId="7007DBC4" w14:textId="77777777" w:rsidR="00B808F9" w:rsidRDefault="00B96FD3">
            <w:r>
              <w:rPr>
                <w:b/>
              </w:rPr>
              <w:t>466,67</w:t>
            </w:r>
          </w:p>
        </w:tc>
        <w:tc>
          <w:tcPr>
            <w:tcW w:w="785" w:type="dxa"/>
            <w:shd w:val="clear" w:color="auto" w:fill="DBE5F1"/>
          </w:tcPr>
          <w:p w14:paraId="7886CE68" w14:textId="77777777" w:rsidR="00B808F9" w:rsidRDefault="00B96FD3">
            <w:r>
              <w:rPr>
                <w:b/>
              </w:rPr>
              <w:t>466,67</w:t>
            </w:r>
          </w:p>
        </w:tc>
        <w:tc>
          <w:tcPr>
            <w:tcW w:w="785" w:type="dxa"/>
            <w:shd w:val="clear" w:color="auto" w:fill="DBE5F1"/>
          </w:tcPr>
          <w:p w14:paraId="66A974AC" w14:textId="77777777" w:rsidR="00B808F9" w:rsidRDefault="00B96FD3">
            <w:r>
              <w:rPr>
                <w:b/>
              </w:rPr>
              <w:t>8,6480</w:t>
            </w:r>
          </w:p>
        </w:tc>
        <w:tc>
          <w:tcPr>
            <w:tcW w:w="785" w:type="dxa"/>
            <w:shd w:val="clear" w:color="auto" w:fill="DBE5F1"/>
          </w:tcPr>
          <w:p w14:paraId="0DEDE54C" w14:textId="77777777" w:rsidR="00B808F9" w:rsidRDefault="00B96FD3">
            <w:r>
              <w:rPr>
                <w:b/>
              </w:rPr>
              <w:t>22,2610</w:t>
            </w:r>
          </w:p>
        </w:tc>
        <w:tc>
          <w:tcPr>
            <w:tcW w:w="785" w:type="dxa"/>
            <w:shd w:val="clear" w:color="auto" w:fill="DBE5F1"/>
          </w:tcPr>
          <w:p w14:paraId="7A823CEB" w14:textId="77777777" w:rsidR="00B808F9" w:rsidRDefault="00B96FD3">
            <w:r>
              <w:rPr>
                <w:b/>
              </w:rPr>
              <w:t>243,3222</w:t>
            </w:r>
          </w:p>
        </w:tc>
        <w:tc>
          <w:tcPr>
            <w:tcW w:w="785" w:type="dxa"/>
            <w:shd w:val="clear" w:color="auto" w:fill="DBE5F1"/>
          </w:tcPr>
          <w:p w14:paraId="7167F8EE" w14:textId="77777777" w:rsidR="00B808F9" w:rsidRDefault="00B96FD3">
            <w:r>
              <w:rPr>
                <w:b/>
              </w:rPr>
              <w:t>274,2312</w:t>
            </w:r>
          </w:p>
        </w:tc>
        <w:tc>
          <w:tcPr>
            <w:tcW w:w="785" w:type="dxa"/>
            <w:shd w:val="clear" w:color="auto" w:fill="DBE5F1"/>
          </w:tcPr>
          <w:p w14:paraId="3CC5C284" w14:textId="77777777" w:rsidR="00B808F9" w:rsidRDefault="00B96FD3">
            <w:r>
              <w:rPr>
                <w:b/>
              </w:rPr>
              <w:t>450,9363</w:t>
            </w:r>
          </w:p>
        </w:tc>
        <w:tc>
          <w:tcPr>
            <w:tcW w:w="785" w:type="dxa"/>
            <w:shd w:val="clear" w:color="auto" w:fill="DBE5F1"/>
          </w:tcPr>
          <w:p w14:paraId="09C405C4" w14:textId="77777777" w:rsidR="00B808F9" w:rsidRDefault="00B96FD3">
            <w:r>
              <w:rPr>
                <w:b/>
              </w:rPr>
              <w:t>192,4388</w:t>
            </w:r>
          </w:p>
        </w:tc>
        <w:tc>
          <w:tcPr>
            <w:tcW w:w="785" w:type="dxa"/>
            <w:shd w:val="clear" w:color="auto" w:fill="DBE5F1"/>
          </w:tcPr>
          <w:p w14:paraId="401DF271" w14:textId="77777777" w:rsidR="00B808F9" w:rsidRDefault="00B96FD3">
            <w:r>
              <w:rPr>
                <w:b/>
              </w:rPr>
              <w:t>58,76</w:t>
            </w:r>
          </w:p>
        </w:tc>
      </w:tr>
    </w:tbl>
    <w:p w14:paraId="5F6542F3" w14:textId="77777777" w:rsidR="00B808F9" w:rsidRDefault="00B808F9">
      <w:pPr>
        <w:sectPr w:rsidR="00B808F9" w:rsidSect="00034616">
          <w:footerReference w:type="default" r:id="rId52"/>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AC655F1" w14:textId="77777777" w:rsidR="00B808F9" w:rsidRPr="00C74F04" w:rsidRDefault="00B96FD3">
      <w:pPr>
        <w:rPr>
          <w:lang w:val="ru-RU"/>
        </w:rPr>
      </w:pPr>
      <w:r w:rsidRPr="00C74F04">
        <w:rPr>
          <w:lang w:val="ru-RU"/>
        </w:rPr>
        <w:t>По округу полная максимальная нагрузка возрастает с 227,4952 Гкал/ч на 2026 год до 274,2312 Гкал/ч на 2031 год и далее не изменяется. Резерв располагаемой мощности сокращается с 239,1748 до 192,4388 Гкал/ч, загрузка оборудования возрастает с 48,75 до 58,76 процента. Тепловая мощность нетто по округу составляет 449,2243 Гкал/ч на 2026 год и 450,9363 Гкал/ч на последующих этапах.</w:t>
      </w:r>
    </w:p>
    <w:p w14:paraId="35DBED72" w14:textId="77777777" w:rsidR="00B808F9" w:rsidRPr="00C74F04" w:rsidRDefault="00B96FD3">
      <w:pPr>
        <w:rPr>
          <w:lang w:val="ru-RU"/>
        </w:rPr>
      </w:pPr>
      <w:r w:rsidRPr="00C74F04">
        <w:rPr>
          <w:lang w:val="ru-RU"/>
        </w:rPr>
        <w:t>Располагаемая мощность равна установленной по всем десяти источникам: подтверждённых технических ограничений тепловой мощности теплоснабжающей организацией не заявлено. Ранее применявшееся расчётное ограничение снято как не подтверждённое источником, о чём указано настоящей главой отдельно.</w:t>
      </w:r>
    </w:p>
    <w:p w14:paraId="513101A9" w14:textId="77777777" w:rsidR="0030026E" w:rsidRPr="00C74F04" w:rsidRDefault="0019537C">
      <w:pPr>
        <w:rPr>
          <w:lang w:val="ru-RU"/>
        </w:rPr>
      </w:pPr>
      <w:r w:rsidRPr="00C74F04">
        <w:rPr>
          <w:lang w:val="ru-RU"/>
        </w:rPr>
        <w:t>Наименование графы «Полная максимальная нагрузка» в таблице 1.21 отражает величину, сложенную из трёх составляющих: расчётной максимальной нагрузки потребителей, потерь тепловой энергии в тепловых сетях и расхода на собственные нужды источника. Подключённой нагрузкой эта величина не является. В проекте одновременно применяются три различных базиса тепловой нагрузки, и их смешение приводит к несопоставимым выводам, поэтому они сведены в одну таблицу.</w:t>
      </w:r>
    </w:p>
    <w:p w14:paraId="601982AA" w14:textId="77777777" w:rsidR="00B808F9" w:rsidRPr="00C74F04" w:rsidRDefault="00B808F9">
      <w:pPr>
        <w:rPr>
          <w:lang w:val="ru-RU"/>
        </w:rPr>
        <w:sectPr w:rsidR="00B808F9" w:rsidRPr="00C74F04" w:rsidSect="00034616">
          <w:footerReference w:type="default" r:id="rId53"/>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DB69E88" w14:textId="77777777" w:rsidR="0030026E" w:rsidRPr="00782666" w:rsidRDefault="0019537C">
      <w:pPr>
        <w:rPr>
          <w:b/>
          <w:bCs/>
          <w:lang w:val="ru-RU"/>
        </w:rPr>
      </w:pPr>
      <w:r w:rsidRPr="00782666">
        <w:rPr>
          <w:b/>
          <w:bCs/>
          <w:lang w:val="ru-RU"/>
        </w:rPr>
        <w:t>Таблица 1.23 — Сопоставление базисов тепловой нагрузки по территориям на 2026 год</w:t>
      </w:r>
    </w:p>
    <w:tbl>
      <w:tblPr>
        <w:tblW w:w="5000" w:type="pct"/>
        <w:tblCellMar>
          <w:left w:w="57" w:type="dxa"/>
          <w:right w:w="57" w:type="dxa"/>
        </w:tblCellMar>
        <w:tblLook w:val="04A0" w:firstRow="1" w:lastRow="0" w:firstColumn="1" w:lastColumn="0" w:noHBand="0" w:noVBand="1"/>
      </w:tblPr>
      <w:tblGrid>
        <w:gridCol w:w="1831"/>
        <w:gridCol w:w="2267"/>
        <w:gridCol w:w="2199"/>
        <w:gridCol w:w="1583"/>
        <w:gridCol w:w="1915"/>
        <w:gridCol w:w="2199"/>
        <w:gridCol w:w="2293"/>
      </w:tblGrid>
      <w:tr w:rsidR="0030026E" w:rsidRPr="00C07C05" w14:paraId="60ED0ADC" w14:textId="77777777">
        <w:trPr>
          <w:cantSplit/>
          <w:tblHeader/>
        </w:trPr>
        <w:tc>
          <w:tcPr>
            <w:tcW w:w="1234" w:type="dxa"/>
            <w:shd w:val="clear" w:color="auto" w:fill="E2F0D9"/>
          </w:tcPr>
          <w:p w14:paraId="71EC9B06" w14:textId="77777777" w:rsidR="0030026E" w:rsidRDefault="0019537C">
            <w:pPr>
              <w:jc w:val="center"/>
            </w:pPr>
            <w:r>
              <w:rPr>
                <w:b/>
              </w:rPr>
              <w:t>Территория</w:t>
            </w:r>
          </w:p>
        </w:tc>
        <w:tc>
          <w:tcPr>
            <w:tcW w:w="1234" w:type="dxa"/>
            <w:shd w:val="clear" w:color="auto" w:fill="E2F0D9"/>
          </w:tcPr>
          <w:p w14:paraId="1D042A4C" w14:textId="77777777" w:rsidR="0030026E" w:rsidRDefault="0019537C">
            <w:pPr>
              <w:jc w:val="center"/>
            </w:pPr>
            <w:r>
              <w:rPr>
                <w:b/>
              </w:rPr>
              <w:t>Подключённая нагрузка, Гкал/ч</w:t>
            </w:r>
          </w:p>
        </w:tc>
        <w:tc>
          <w:tcPr>
            <w:tcW w:w="1234" w:type="dxa"/>
            <w:shd w:val="clear" w:color="auto" w:fill="E2F0D9"/>
          </w:tcPr>
          <w:p w14:paraId="43D7557D" w14:textId="77777777" w:rsidR="0030026E" w:rsidRPr="00C74F04" w:rsidRDefault="0019537C">
            <w:pPr>
              <w:jc w:val="center"/>
              <w:rPr>
                <w:lang w:val="ru-RU"/>
              </w:rPr>
            </w:pPr>
            <w:r w:rsidRPr="00C74F04">
              <w:rPr>
                <w:b/>
                <w:lang w:val="ru-RU"/>
              </w:rPr>
              <w:t>Расчётная максимальная нагрузка потребителей, Гкал/ч</w:t>
            </w:r>
          </w:p>
        </w:tc>
        <w:tc>
          <w:tcPr>
            <w:tcW w:w="1234" w:type="dxa"/>
            <w:shd w:val="clear" w:color="auto" w:fill="E2F0D9"/>
          </w:tcPr>
          <w:p w14:paraId="36F778DF" w14:textId="77777777" w:rsidR="0030026E" w:rsidRPr="00C74F04" w:rsidRDefault="0019537C">
            <w:pPr>
              <w:jc w:val="center"/>
              <w:rPr>
                <w:lang w:val="ru-RU"/>
              </w:rPr>
            </w:pPr>
            <w:r w:rsidRPr="00C74F04">
              <w:rPr>
                <w:b/>
                <w:lang w:val="ru-RU"/>
              </w:rPr>
              <w:t>Потери тепловой энергии в сетях, Гкал/ч</w:t>
            </w:r>
          </w:p>
        </w:tc>
        <w:tc>
          <w:tcPr>
            <w:tcW w:w="1234" w:type="dxa"/>
            <w:shd w:val="clear" w:color="auto" w:fill="E2F0D9"/>
          </w:tcPr>
          <w:p w14:paraId="4EE4E265" w14:textId="77777777" w:rsidR="0030026E" w:rsidRPr="00C74F04" w:rsidRDefault="0019537C">
            <w:pPr>
              <w:jc w:val="center"/>
              <w:rPr>
                <w:lang w:val="ru-RU"/>
              </w:rPr>
            </w:pPr>
            <w:r w:rsidRPr="00C74F04">
              <w:rPr>
                <w:b/>
                <w:lang w:val="ru-RU"/>
              </w:rPr>
              <w:t>Расход на собственные нужды, Гкал/ч</w:t>
            </w:r>
          </w:p>
        </w:tc>
        <w:tc>
          <w:tcPr>
            <w:tcW w:w="1234" w:type="dxa"/>
            <w:shd w:val="clear" w:color="auto" w:fill="E2F0D9"/>
          </w:tcPr>
          <w:p w14:paraId="3DCE1F4C" w14:textId="77777777" w:rsidR="0030026E" w:rsidRPr="00C74F04" w:rsidRDefault="0019537C">
            <w:pPr>
              <w:jc w:val="center"/>
              <w:rPr>
                <w:lang w:val="ru-RU"/>
              </w:rPr>
            </w:pPr>
            <w:r w:rsidRPr="00C74F04">
              <w:rPr>
                <w:b/>
                <w:lang w:val="ru-RU"/>
              </w:rPr>
              <w:t>Полная максимальная нагрузка, Гкал/ч</w:t>
            </w:r>
          </w:p>
        </w:tc>
        <w:tc>
          <w:tcPr>
            <w:tcW w:w="1234" w:type="dxa"/>
            <w:shd w:val="clear" w:color="auto" w:fill="E2F0D9"/>
          </w:tcPr>
          <w:p w14:paraId="279381F3" w14:textId="77777777" w:rsidR="0030026E" w:rsidRPr="00C74F04" w:rsidRDefault="0019537C">
            <w:pPr>
              <w:jc w:val="center"/>
              <w:rPr>
                <w:lang w:val="ru-RU"/>
              </w:rPr>
            </w:pPr>
            <w:r w:rsidRPr="00C74F04">
              <w:rPr>
                <w:b/>
                <w:lang w:val="ru-RU"/>
              </w:rPr>
              <w:t>Разность полной и подключённой, Гкал/ч</w:t>
            </w:r>
          </w:p>
        </w:tc>
      </w:tr>
      <w:tr w:rsidR="0030026E" w14:paraId="2B72D993" w14:textId="77777777">
        <w:trPr>
          <w:cantSplit/>
        </w:trPr>
        <w:tc>
          <w:tcPr>
            <w:tcW w:w="1234" w:type="dxa"/>
            <w:shd w:val="clear" w:color="auto" w:fill="F2F2F2"/>
          </w:tcPr>
          <w:p w14:paraId="00C693FC" w14:textId="77777777" w:rsidR="0030026E" w:rsidRDefault="0019537C">
            <w:r>
              <w:t>г. Таштагол</w:t>
            </w:r>
          </w:p>
        </w:tc>
        <w:tc>
          <w:tcPr>
            <w:tcW w:w="1234" w:type="dxa"/>
            <w:shd w:val="clear" w:color="auto" w:fill="FFFFFF"/>
          </w:tcPr>
          <w:p w14:paraId="5D27D9E6" w14:textId="77777777" w:rsidR="0030026E" w:rsidRDefault="0019537C">
            <w:r>
              <w:t>76,6371</w:t>
            </w:r>
          </w:p>
        </w:tc>
        <w:tc>
          <w:tcPr>
            <w:tcW w:w="1234" w:type="dxa"/>
            <w:shd w:val="clear" w:color="auto" w:fill="FFFFFF"/>
          </w:tcPr>
          <w:p w14:paraId="5CDF44F7" w14:textId="77777777" w:rsidR="0030026E" w:rsidRDefault="0019537C">
            <w:r>
              <w:t>90,4575</w:t>
            </w:r>
          </w:p>
        </w:tc>
        <w:tc>
          <w:tcPr>
            <w:tcW w:w="1234" w:type="dxa"/>
            <w:shd w:val="clear" w:color="auto" w:fill="FFFFFF"/>
          </w:tcPr>
          <w:p w14:paraId="7C65990F" w14:textId="77777777" w:rsidR="0030026E" w:rsidRDefault="0019537C">
            <w:r>
              <w:t>8,5850</w:t>
            </w:r>
          </w:p>
        </w:tc>
        <w:tc>
          <w:tcPr>
            <w:tcW w:w="1234" w:type="dxa"/>
            <w:shd w:val="clear" w:color="auto" w:fill="FFFFFF"/>
          </w:tcPr>
          <w:p w14:paraId="60ADD2C7" w14:textId="77777777" w:rsidR="0030026E" w:rsidRDefault="0019537C">
            <w:r>
              <w:t>4,9090</w:t>
            </w:r>
          </w:p>
        </w:tc>
        <w:tc>
          <w:tcPr>
            <w:tcW w:w="1234" w:type="dxa"/>
            <w:shd w:val="clear" w:color="auto" w:fill="FFFFFF"/>
          </w:tcPr>
          <w:p w14:paraId="077BFFBA" w14:textId="77777777" w:rsidR="0030026E" w:rsidRDefault="0019537C">
            <w:r>
              <w:t>103,9515</w:t>
            </w:r>
          </w:p>
        </w:tc>
        <w:tc>
          <w:tcPr>
            <w:tcW w:w="1234" w:type="dxa"/>
            <w:shd w:val="clear" w:color="auto" w:fill="FFFFFF"/>
          </w:tcPr>
          <w:p w14:paraId="3B0E3778" w14:textId="77777777" w:rsidR="0030026E" w:rsidRDefault="0019537C">
            <w:r>
              <w:t>27,3144</w:t>
            </w:r>
          </w:p>
        </w:tc>
      </w:tr>
      <w:tr w:rsidR="0030026E" w14:paraId="774D700B" w14:textId="77777777">
        <w:trPr>
          <w:cantSplit/>
        </w:trPr>
        <w:tc>
          <w:tcPr>
            <w:tcW w:w="1234" w:type="dxa"/>
            <w:shd w:val="clear" w:color="auto" w:fill="F2F2F2"/>
          </w:tcPr>
          <w:p w14:paraId="7011B437" w14:textId="77777777" w:rsidR="0030026E" w:rsidRDefault="0019537C">
            <w:r>
              <w:t>пгт Шерегеш</w:t>
            </w:r>
          </w:p>
        </w:tc>
        <w:tc>
          <w:tcPr>
            <w:tcW w:w="1234" w:type="dxa"/>
            <w:shd w:val="clear" w:color="auto" w:fill="FFFFFF"/>
          </w:tcPr>
          <w:p w14:paraId="723B9DAF" w14:textId="77777777" w:rsidR="0030026E" w:rsidRDefault="0019537C">
            <w:r>
              <w:t>45,4964</w:t>
            </w:r>
          </w:p>
        </w:tc>
        <w:tc>
          <w:tcPr>
            <w:tcW w:w="1234" w:type="dxa"/>
            <w:shd w:val="clear" w:color="auto" w:fill="FFFFFF"/>
          </w:tcPr>
          <w:p w14:paraId="741D3E94" w14:textId="77777777" w:rsidR="0030026E" w:rsidRDefault="0019537C">
            <w:r>
              <w:t>66,0049</w:t>
            </w:r>
          </w:p>
        </w:tc>
        <w:tc>
          <w:tcPr>
            <w:tcW w:w="1234" w:type="dxa"/>
            <w:shd w:val="clear" w:color="auto" w:fill="FFFFFF"/>
          </w:tcPr>
          <w:p w14:paraId="20F6A549" w14:textId="77777777" w:rsidR="0030026E" w:rsidRDefault="0019537C">
            <w:r>
              <w:t>4,7560</w:t>
            </w:r>
          </w:p>
        </w:tc>
        <w:tc>
          <w:tcPr>
            <w:tcW w:w="1234" w:type="dxa"/>
            <w:shd w:val="clear" w:color="auto" w:fill="FFFFFF"/>
          </w:tcPr>
          <w:p w14:paraId="312F9C31" w14:textId="77777777" w:rsidR="0030026E" w:rsidRDefault="0019537C">
            <w:r>
              <w:t>2,5210</w:t>
            </w:r>
          </w:p>
        </w:tc>
        <w:tc>
          <w:tcPr>
            <w:tcW w:w="1234" w:type="dxa"/>
            <w:shd w:val="clear" w:color="auto" w:fill="FFFFFF"/>
          </w:tcPr>
          <w:p w14:paraId="0A87BFE6" w14:textId="77777777" w:rsidR="0030026E" w:rsidRDefault="0019537C">
            <w:r>
              <w:t>73,2819</w:t>
            </w:r>
          </w:p>
        </w:tc>
        <w:tc>
          <w:tcPr>
            <w:tcW w:w="1234" w:type="dxa"/>
            <w:shd w:val="clear" w:color="auto" w:fill="FFFFFF"/>
          </w:tcPr>
          <w:p w14:paraId="14D98198" w14:textId="77777777" w:rsidR="0030026E" w:rsidRDefault="0019537C">
            <w:r>
              <w:t>27,7855</w:t>
            </w:r>
          </w:p>
        </w:tc>
      </w:tr>
      <w:tr w:rsidR="0030026E" w14:paraId="687E08F9" w14:textId="77777777">
        <w:trPr>
          <w:cantSplit/>
        </w:trPr>
        <w:tc>
          <w:tcPr>
            <w:tcW w:w="1234" w:type="dxa"/>
            <w:shd w:val="clear" w:color="auto" w:fill="F2F2F2"/>
          </w:tcPr>
          <w:p w14:paraId="70D04F4D" w14:textId="77777777" w:rsidR="0030026E" w:rsidRDefault="0019537C">
            <w:r>
              <w:t>пгт Каз</w:t>
            </w:r>
          </w:p>
        </w:tc>
        <w:tc>
          <w:tcPr>
            <w:tcW w:w="1234" w:type="dxa"/>
            <w:shd w:val="clear" w:color="auto" w:fill="FFFFFF"/>
          </w:tcPr>
          <w:p w14:paraId="027F402D" w14:textId="77777777" w:rsidR="0030026E" w:rsidRDefault="0019537C">
            <w:r>
              <w:t>9,2933</w:t>
            </w:r>
          </w:p>
        </w:tc>
        <w:tc>
          <w:tcPr>
            <w:tcW w:w="1234" w:type="dxa"/>
            <w:shd w:val="clear" w:color="auto" w:fill="FFFFFF"/>
          </w:tcPr>
          <w:p w14:paraId="66CDB3EB" w14:textId="77777777" w:rsidR="0030026E" w:rsidRDefault="0019537C">
            <w:r>
              <w:t>14,0137</w:t>
            </w:r>
          </w:p>
        </w:tc>
        <w:tc>
          <w:tcPr>
            <w:tcW w:w="1234" w:type="dxa"/>
            <w:shd w:val="clear" w:color="auto" w:fill="FFFFFF"/>
          </w:tcPr>
          <w:p w14:paraId="7C7C39B4" w14:textId="77777777" w:rsidR="0030026E" w:rsidRDefault="0019537C">
            <w:r>
              <w:t>4,8680</w:t>
            </w:r>
          </w:p>
        </w:tc>
        <w:tc>
          <w:tcPr>
            <w:tcW w:w="1234" w:type="dxa"/>
            <w:shd w:val="clear" w:color="auto" w:fill="FFFFFF"/>
          </w:tcPr>
          <w:p w14:paraId="44BE9E7C" w14:textId="77777777" w:rsidR="0030026E" w:rsidRDefault="0019537C">
            <w:r>
              <w:t>0,5580</w:t>
            </w:r>
          </w:p>
        </w:tc>
        <w:tc>
          <w:tcPr>
            <w:tcW w:w="1234" w:type="dxa"/>
            <w:shd w:val="clear" w:color="auto" w:fill="FFFFFF"/>
          </w:tcPr>
          <w:p w14:paraId="5FD2CAB2" w14:textId="77777777" w:rsidR="0030026E" w:rsidRDefault="0019537C">
            <w:r>
              <w:t>19,4397</w:t>
            </w:r>
          </w:p>
        </w:tc>
        <w:tc>
          <w:tcPr>
            <w:tcW w:w="1234" w:type="dxa"/>
            <w:shd w:val="clear" w:color="auto" w:fill="FFFFFF"/>
          </w:tcPr>
          <w:p w14:paraId="34B6EBBA" w14:textId="77777777" w:rsidR="0030026E" w:rsidRDefault="0019537C">
            <w:r>
              <w:t>10,1464</w:t>
            </w:r>
          </w:p>
        </w:tc>
      </w:tr>
      <w:tr w:rsidR="0030026E" w14:paraId="0C7F4EA2" w14:textId="77777777">
        <w:trPr>
          <w:cantSplit/>
        </w:trPr>
        <w:tc>
          <w:tcPr>
            <w:tcW w:w="1234" w:type="dxa"/>
            <w:shd w:val="clear" w:color="auto" w:fill="F2F2F2"/>
          </w:tcPr>
          <w:p w14:paraId="462B2075" w14:textId="77777777" w:rsidR="0030026E" w:rsidRDefault="0019537C">
            <w:r>
              <w:t>пгт Мундыбаш</w:t>
            </w:r>
          </w:p>
        </w:tc>
        <w:tc>
          <w:tcPr>
            <w:tcW w:w="1234" w:type="dxa"/>
            <w:shd w:val="clear" w:color="auto" w:fill="FFFFFF"/>
          </w:tcPr>
          <w:p w14:paraId="7F8906D6" w14:textId="77777777" w:rsidR="0030026E" w:rsidRDefault="0019537C">
            <w:r>
              <w:t>8,5759</w:t>
            </w:r>
          </w:p>
        </w:tc>
        <w:tc>
          <w:tcPr>
            <w:tcW w:w="1234" w:type="dxa"/>
            <w:shd w:val="clear" w:color="auto" w:fill="FFFFFF"/>
          </w:tcPr>
          <w:p w14:paraId="46D833E2" w14:textId="77777777" w:rsidR="0030026E" w:rsidRDefault="0019537C">
            <w:r>
              <w:t>17,0415</w:t>
            </w:r>
          </w:p>
        </w:tc>
        <w:tc>
          <w:tcPr>
            <w:tcW w:w="1234" w:type="dxa"/>
            <w:shd w:val="clear" w:color="auto" w:fill="FFFFFF"/>
          </w:tcPr>
          <w:p w14:paraId="6F4B2D8E" w14:textId="77777777" w:rsidR="0030026E" w:rsidRDefault="0019537C">
            <w:r>
              <w:t>2,7330</w:t>
            </w:r>
          </w:p>
        </w:tc>
        <w:tc>
          <w:tcPr>
            <w:tcW w:w="1234" w:type="dxa"/>
            <w:shd w:val="clear" w:color="auto" w:fill="FFFFFF"/>
          </w:tcPr>
          <w:p w14:paraId="321F933A" w14:textId="77777777" w:rsidR="0030026E" w:rsidRDefault="0019537C">
            <w:r>
              <w:t>0,4730</w:t>
            </w:r>
          </w:p>
        </w:tc>
        <w:tc>
          <w:tcPr>
            <w:tcW w:w="1234" w:type="dxa"/>
            <w:shd w:val="clear" w:color="auto" w:fill="FFFFFF"/>
          </w:tcPr>
          <w:p w14:paraId="005FEE9E" w14:textId="77777777" w:rsidR="0030026E" w:rsidRDefault="0019537C">
            <w:r>
              <w:t>20,2475</w:t>
            </w:r>
          </w:p>
        </w:tc>
        <w:tc>
          <w:tcPr>
            <w:tcW w:w="1234" w:type="dxa"/>
            <w:shd w:val="clear" w:color="auto" w:fill="FFFFFF"/>
          </w:tcPr>
          <w:p w14:paraId="7B51CF01" w14:textId="77777777" w:rsidR="0030026E" w:rsidRDefault="0019537C">
            <w:r>
              <w:t>11,6716</w:t>
            </w:r>
          </w:p>
        </w:tc>
      </w:tr>
      <w:tr w:rsidR="0030026E" w14:paraId="2BE0E7DD" w14:textId="77777777">
        <w:trPr>
          <w:cantSplit/>
        </w:trPr>
        <w:tc>
          <w:tcPr>
            <w:tcW w:w="1234" w:type="dxa"/>
            <w:shd w:val="clear" w:color="auto" w:fill="F2F2F2"/>
          </w:tcPr>
          <w:p w14:paraId="0AF842B2" w14:textId="77777777" w:rsidR="0030026E" w:rsidRDefault="0019537C">
            <w:r>
              <w:t>пгт Темиртау</w:t>
            </w:r>
          </w:p>
        </w:tc>
        <w:tc>
          <w:tcPr>
            <w:tcW w:w="1234" w:type="dxa"/>
            <w:shd w:val="clear" w:color="auto" w:fill="FFFFFF"/>
          </w:tcPr>
          <w:p w14:paraId="71234FB9" w14:textId="77777777" w:rsidR="0030026E" w:rsidRDefault="0019537C">
            <w:r>
              <w:t>6,5755</w:t>
            </w:r>
          </w:p>
        </w:tc>
        <w:tc>
          <w:tcPr>
            <w:tcW w:w="1234" w:type="dxa"/>
            <w:shd w:val="clear" w:color="auto" w:fill="FFFFFF"/>
          </w:tcPr>
          <w:p w14:paraId="72B65AB9" w14:textId="77777777" w:rsidR="0030026E" w:rsidRDefault="0019537C">
            <w:r>
              <w:t>7,6445</w:t>
            </w:r>
          </w:p>
        </w:tc>
        <w:tc>
          <w:tcPr>
            <w:tcW w:w="1234" w:type="dxa"/>
            <w:shd w:val="clear" w:color="auto" w:fill="FFFFFF"/>
          </w:tcPr>
          <w:p w14:paraId="58C36869" w14:textId="77777777" w:rsidR="0030026E" w:rsidRDefault="0019537C">
            <w:r>
              <w:t>0,9150</w:t>
            </w:r>
          </w:p>
        </w:tc>
        <w:tc>
          <w:tcPr>
            <w:tcW w:w="1234" w:type="dxa"/>
            <w:shd w:val="clear" w:color="auto" w:fill="FFFFFF"/>
          </w:tcPr>
          <w:p w14:paraId="5B897210" w14:textId="77777777" w:rsidR="0030026E" w:rsidRDefault="0019537C">
            <w:r>
              <w:t>0,1390</w:t>
            </w:r>
          </w:p>
        </w:tc>
        <w:tc>
          <w:tcPr>
            <w:tcW w:w="1234" w:type="dxa"/>
            <w:shd w:val="clear" w:color="auto" w:fill="FFFFFF"/>
          </w:tcPr>
          <w:p w14:paraId="42E9BB8F" w14:textId="77777777" w:rsidR="0030026E" w:rsidRDefault="0019537C">
            <w:r>
              <w:t>8,6985</w:t>
            </w:r>
          </w:p>
        </w:tc>
        <w:tc>
          <w:tcPr>
            <w:tcW w:w="1234" w:type="dxa"/>
            <w:shd w:val="clear" w:color="auto" w:fill="FFFFFF"/>
          </w:tcPr>
          <w:p w14:paraId="1BCD3E6F" w14:textId="77777777" w:rsidR="0030026E" w:rsidRDefault="0019537C">
            <w:r>
              <w:t>2,1230</w:t>
            </w:r>
          </w:p>
        </w:tc>
      </w:tr>
      <w:tr w:rsidR="0030026E" w14:paraId="6068039D" w14:textId="77777777">
        <w:trPr>
          <w:cantSplit/>
        </w:trPr>
        <w:tc>
          <w:tcPr>
            <w:tcW w:w="1234" w:type="dxa"/>
            <w:shd w:val="clear" w:color="auto" w:fill="F2F2F2"/>
          </w:tcPr>
          <w:p w14:paraId="6E2BE452" w14:textId="77777777" w:rsidR="0030026E" w:rsidRDefault="0019537C">
            <w:r>
              <w:t>пгт Спасск</w:t>
            </w:r>
          </w:p>
        </w:tc>
        <w:tc>
          <w:tcPr>
            <w:tcW w:w="1234" w:type="dxa"/>
            <w:shd w:val="clear" w:color="auto" w:fill="FFFFFF"/>
          </w:tcPr>
          <w:p w14:paraId="24E3123B" w14:textId="77777777" w:rsidR="0030026E" w:rsidRDefault="0019537C">
            <w:r>
              <w:t>1,1314</w:t>
            </w:r>
          </w:p>
        </w:tc>
        <w:tc>
          <w:tcPr>
            <w:tcW w:w="1234" w:type="dxa"/>
            <w:shd w:val="clear" w:color="auto" w:fill="FFFFFF"/>
          </w:tcPr>
          <w:p w14:paraId="363F1F66" w14:textId="77777777" w:rsidR="0030026E" w:rsidRDefault="0019537C">
            <w:r>
              <w:t>1,4451</w:t>
            </w:r>
          </w:p>
        </w:tc>
        <w:tc>
          <w:tcPr>
            <w:tcW w:w="1234" w:type="dxa"/>
            <w:shd w:val="clear" w:color="auto" w:fill="FFFFFF"/>
          </w:tcPr>
          <w:p w14:paraId="2EA46E36" w14:textId="77777777" w:rsidR="0030026E" w:rsidRDefault="0019537C">
            <w:r>
              <w:t>0,3850</w:t>
            </w:r>
          </w:p>
        </w:tc>
        <w:tc>
          <w:tcPr>
            <w:tcW w:w="1234" w:type="dxa"/>
            <w:shd w:val="clear" w:color="auto" w:fill="FFFFFF"/>
          </w:tcPr>
          <w:p w14:paraId="7524E581" w14:textId="77777777" w:rsidR="0030026E" w:rsidRDefault="0019537C">
            <w:r>
              <w:t>0,0460</w:t>
            </w:r>
          </w:p>
        </w:tc>
        <w:tc>
          <w:tcPr>
            <w:tcW w:w="1234" w:type="dxa"/>
            <w:shd w:val="clear" w:color="auto" w:fill="FFFFFF"/>
          </w:tcPr>
          <w:p w14:paraId="2385888A" w14:textId="77777777" w:rsidR="0030026E" w:rsidRDefault="0019537C">
            <w:r>
              <w:t>1,8761</w:t>
            </w:r>
          </w:p>
        </w:tc>
        <w:tc>
          <w:tcPr>
            <w:tcW w:w="1234" w:type="dxa"/>
            <w:shd w:val="clear" w:color="auto" w:fill="FFFFFF"/>
          </w:tcPr>
          <w:p w14:paraId="54D3E794" w14:textId="77777777" w:rsidR="0030026E" w:rsidRDefault="0019537C">
            <w:r>
              <w:t>0,7447</w:t>
            </w:r>
          </w:p>
        </w:tc>
      </w:tr>
      <w:tr w:rsidR="0030026E" w14:paraId="7B5FE402" w14:textId="77777777">
        <w:trPr>
          <w:cantSplit/>
        </w:trPr>
        <w:tc>
          <w:tcPr>
            <w:tcW w:w="1234" w:type="dxa"/>
            <w:shd w:val="clear" w:color="auto" w:fill="DBE5F1"/>
          </w:tcPr>
          <w:p w14:paraId="115F78A0" w14:textId="77777777" w:rsidR="0030026E" w:rsidRDefault="0019537C">
            <w:r>
              <w:rPr>
                <w:b/>
              </w:rPr>
              <w:t>Итого по округу</w:t>
            </w:r>
          </w:p>
        </w:tc>
        <w:tc>
          <w:tcPr>
            <w:tcW w:w="1234" w:type="dxa"/>
            <w:shd w:val="clear" w:color="auto" w:fill="DBE5F1"/>
          </w:tcPr>
          <w:p w14:paraId="16A35CC2" w14:textId="77777777" w:rsidR="0030026E" w:rsidRDefault="0019537C">
            <w:r>
              <w:rPr>
                <w:b/>
              </w:rPr>
              <w:t>147,7096</w:t>
            </w:r>
          </w:p>
        </w:tc>
        <w:tc>
          <w:tcPr>
            <w:tcW w:w="1234" w:type="dxa"/>
            <w:shd w:val="clear" w:color="auto" w:fill="DBE5F1"/>
          </w:tcPr>
          <w:p w14:paraId="142A2EA9" w14:textId="77777777" w:rsidR="0030026E" w:rsidRDefault="0019537C">
            <w:r>
              <w:rPr>
                <w:b/>
              </w:rPr>
              <w:t>196,6072</w:t>
            </w:r>
          </w:p>
        </w:tc>
        <w:tc>
          <w:tcPr>
            <w:tcW w:w="1234" w:type="dxa"/>
            <w:shd w:val="clear" w:color="auto" w:fill="DBE5F1"/>
          </w:tcPr>
          <w:p w14:paraId="314CB501" w14:textId="77777777" w:rsidR="0030026E" w:rsidRDefault="0019537C">
            <w:r>
              <w:rPr>
                <w:b/>
              </w:rPr>
              <w:t>22,2420</w:t>
            </w:r>
          </w:p>
        </w:tc>
        <w:tc>
          <w:tcPr>
            <w:tcW w:w="1234" w:type="dxa"/>
            <w:shd w:val="clear" w:color="auto" w:fill="DBE5F1"/>
          </w:tcPr>
          <w:p w14:paraId="66C8B643" w14:textId="77777777" w:rsidR="0030026E" w:rsidRDefault="0019537C">
            <w:r>
              <w:rPr>
                <w:b/>
              </w:rPr>
              <w:t>8,6460</w:t>
            </w:r>
          </w:p>
        </w:tc>
        <w:tc>
          <w:tcPr>
            <w:tcW w:w="1234" w:type="dxa"/>
            <w:shd w:val="clear" w:color="auto" w:fill="DBE5F1"/>
          </w:tcPr>
          <w:p w14:paraId="3D050C72" w14:textId="77777777" w:rsidR="0030026E" w:rsidRDefault="0019537C">
            <w:r>
              <w:rPr>
                <w:b/>
              </w:rPr>
              <w:t>227,4952</w:t>
            </w:r>
          </w:p>
        </w:tc>
        <w:tc>
          <w:tcPr>
            <w:tcW w:w="1234" w:type="dxa"/>
            <w:shd w:val="clear" w:color="auto" w:fill="DBE5F1"/>
          </w:tcPr>
          <w:p w14:paraId="05BB3EAB" w14:textId="77777777" w:rsidR="0030026E" w:rsidRDefault="0019537C">
            <w:r>
              <w:rPr>
                <w:b/>
              </w:rPr>
              <w:t>79,7856</w:t>
            </w:r>
          </w:p>
        </w:tc>
      </w:tr>
    </w:tbl>
    <w:p w14:paraId="28BB2248" w14:textId="77777777" w:rsidR="00B808F9" w:rsidRDefault="00B808F9">
      <w:pPr>
        <w:sectPr w:rsidR="00B808F9" w:rsidSect="00034616">
          <w:footerReference w:type="default" r:id="rId54"/>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E1ED9E2" w14:textId="77777777" w:rsidR="0030026E" w:rsidRPr="00C74F04" w:rsidRDefault="0019537C">
      <w:pPr>
        <w:rPr>
          <w:lang w:val="ru-RU"/>
        </w:rPr>
      </w:pPr>
      <w:r w:rsidRPr="00C74F04">
        <w:rPr>
          <w:lang w:val="ru-RU"/>
        </w:rPr>
        <w:t>Базис первый — подключённая (присоединённая) нагрузка по действующим договорам теплоснабжения, 147,7096 Гкал/ч по округу. Базис второй — расчётная максимальная нагрузка потребителей, 196,6072 Гкал/ч; она совпадает с годовой моделью спроса расчётной книги и превышает договорную величину, поскольку рассчитывается по нормативам на весь подключённый фонд, а не по заявленным в договорах величинам. Базис третий — полная максимальная нагрузка котельных, 227,4952 Гкал/ч; она больше второго базиса на 22,2420 Гкал/ч потерь в сетях и 8,6460 Гкал/ч собственных нужд. Разность крайних базисов по округу составляет 79,7856 Гкал/ч.</w:t>
      </w:r>
    </w:p>
    <w:p w14:paraId="70996FA4" w14:textId="77777777" w:rsidR="0030026E" w:rsidRPr="00C74F04" w:rsidRDefault="0019537C">
      <w:pPr>
        <w:rPr>
          <w:lang w:val="ru-RU"/>
        </w:rPr>
      </w:pPr>
      <w:r w:rsidRPr="00C74F04">
        <w:rPr>
          <w:lang w:val="ru-RU"/>
        </w:rPr>
        <w:t>Резерв мощности, приведённый к разным базисам, различается на ту же величину, поэтому в каждом выводе схемы базис указывается явно. Замена наименования графы на «подключённая нагрузка» без замены самих величин недопустима: она сделала бы подпись не соответствующей содержанию.</w:t>
      </w:r>
    </w:p>
    <w:p w14:paraId="495CDDCA" w14:textId="77777777" w:rsidR="0030026E" w:rsidRPr="00C74F04" w:rsidRDefault="0019537C">
      <w:pPr>
        <w:rPr>
          <w:lang w:val="ru-RU"/>
        </w:rPr>
      </w:pPr>
      <w:r w:rsidRPr="00C74F04">
        <w:rPr>
          <w:lang w:val="ru-RU"/>
        </w:rPr>
        <w:t>Средневзвешенная плотность тепловой нагрузки определена по пункту П14.3 приложения № 14 к Методическим указаниям, утверждённым приказом Минэнерго России № 212, как частное от деления расчётной тепловой нагрузки потребителей на площадь зоны действия источника. Пункт П14.3.1 выражает площадь в гектарах, поэтому нормативной является величина в гигакалориях в час на гектар; величина на квадратный километр приведена справочно для сопоставления с расчётной книгой.</w:t>
      </w:r>
    </w:p>
    <w:p w14:paraId="0AB567ED" w14:textId="77777777" w:rsidR="0030026E" w:rsidRPr="00782666" w:rsidRDefault="0019537C">
      <w:pPr>
        <w:rPr>
          <w:b/>
          <w:bCs/>
          <w:lang w:val="ru-RU"/>
        </w:rPr>
      </w:pPr>
      <w:r w:rsidRPr="00782666">
        <w:rPr>
          <w:b/>
          <w:bCs/>
          <w:lang w:val="ru-RU"/>
        </w:rPr>
        <w:t>Таблица 1.24 — Средневзвешенная плотность тепловой нагрузки на 2026 год</w:t>
      </w:r>
    </w:p>
    <w:tbl>
      <w:tblPr>
        <w:tblW w:w="5000" w:type="pct"/>
        <w:tblCellMar>
          <w:left w:w="57" w:type="dxa"/>
          <w:right w:w="57" w:type="dxa"/>
        </w:tblCellMar>
        <w:tblLook w:val="04A0" w:firstRow="1" w:lastRow="0" w:firstColumn="1" w:lastColumn="0" w:noHBand="0" w:noVBand="1"/>
      </w:tblPr>
      <w:tblGrid>
        <w:gridCol w:w="1664"/>
        <w:gridCol w:w="1847"/>
        <w:gridCol w:w="1353"/>
        <w:gridCol w:w="1653"/>
        <w:gridCol w:w="1410"/>
        <w:gridCol w:w="1428"/>
      </w:tblGrid>
      <w:tr w:rsidR="0030026E" w:rsidRPr="00C07C05" w14:paraId="4DDD74C2" w14:textId="77777777">
        <w:trPr>
          <w:cantSplit/>
          <w:tblHeader/>
        </w:trPr>
        <w:tc>
          <w:tcPr>
            <w:tcW w:w="1440" w:type="dxa"/>
            <w:shd w:val="clear" w:color="auto" w:fill="E2F0D9"/>
          </w:tcPr>
          <w:p w14:paraId="6C60A4E5" w14:textId="77777777" w:rsidR="0030026E" w:rsidRDefault="0019537C">
            <w:pPr>
              <w:jc w:val="center"/>
            </w:pPr>
            <w:r>
              <w:rPr>
                <w:b/>
              </w:rPr>
              <w:t>Источник тепловой энергии</w:t>
            </w:r>
          </w:p>
        </w:tc>
        <w:tc>
          <w:tcPr>
            <w:tcW w:w="1440" w:type="dxa"/>
            <w:shd w:val="clear" w:color="auto" w:fill="E2F0D9"/>
          </w:tcPr>
          <w:p w14:paraId="52A2CF10" w14:textId="77777777" w:rsidR="0030026E" w:rsidRDefault="0019537C">
            <w:pPr>
              <w:jc w:val="center"/>
            </w:pPr>
            <w:r>
              <w:rPr>
                <w:b/>
              </w:rPr>
              <w:t>Территория</w:t>
            </w:r>
          </w:p>
        </w:tc>
        <w:tc>
          <w:tcPr>
            <w:tcW w:w="1440" w:type="dxa"/>
            <w:shd w:val="clear" w:color="auto" w:fill="E2F0D9"/>
          </w:tcPr>
          <w:p w14:paraId="4AEE8BFA" w14:textId="77777777" w:rsidR="0030026E" w:rsidRDefault="0019537C">
            <w:pPr>
              <w:jc w:val="center"/>
            </w:pPr>
            <w:r>
              <w:rPr>
                <w:b/>
              </w:rPr>
              <w:t>Площадь зоны действия, га</w:t>
            </w:r>
          </w:p>
        </w:tc>
        <w:tc>
          <w:tcPr>
            <w:tcW w:w="1440" w:type="dxa"/>
            <w:shd w:val="clear" w:color="auto" w:fill="E2F0D9"/>
          </w:tcPr>
          <w:p w14:paraId="3C7CD6A1" w14:textId="77777777" w:rsidR="0030026E" w:rsidRPr="00C74F04" w:rsidRDefault="0019537C">
            <w:pPr>
              <w:jc w:val="center"/>
              <w:rPr>
                <w:lang w:val="ru-RU"/>
              </w:rPr>
            </w:pPr>
            <w:r w:rsidRPr="00C74F04">
              <w:rPr>
                <w:b/>
                <w:lang w:val="ru-RU"/>
              </w:rPr>
              <w:t>Расчётная нагрузка потребителей, Гкал/ч</w:t>
            </w:r>
          </w:p>
        </w:tc>
        <w:tc>
          <w:tcPr>
            <w:tcW w:w="1440" w:type="dxa"/>
            <w:shd w:val="clear" w:color="auto" w:fill="E2F0D9"/>
          </w:tcPr>
          <w:p w14:paraId="1C42AC0B" w14:textId="77777777" w:rsidR="0030026E" w:rsidRPr="00C74F04" w:rsidRDefault="0019537C">
            <w:pPr>
              <w:jc w:val="center"/>
              <w:rPr>
                <w:lang w:val="ru-RU"/>
              </w:rPr>
            </w:pPr>
            <w:r w:rsidRPr="00C74F04">
              <w:rPr>
                <w:b/>
                <w:lang w:val="ru-RU"/>
              </w:rPr>
              <w:t>Плотность, Гкал/ч на га</w:t>
            </w:r>
          </w:p>
        </w:tc>
        <w:tc>
          <w:tcPr>
            <w:tcW w:w="1440" w:type="dxa"/>
            <w:shd w:val="clear" w:color="auto" w:fill="E2F0D9"/>
          </w:tcPr>
          <w:p w14:paraId="44CED566" w14:textId="77777777" w:rsidR="0030026E" w:rsidRPr="00C74F04" w:rsidRDefault="0019537C">
            <w:pPr>
              <w:jc w:val="center"/>
              <w:rPr>
                <w:lang w:val="ru-RU"/>
              </w:rPr>
            </w:pPr>
            <w:r w:rsidRPr="00C74F04">
              <w:rPr>
                <w:b/>
                <w:lang w:val="ru-RU"/>
              </w:rPr>
              <w:t>Справочно: плотность, Гкал/ч на км²</w:t>
            </w:r>
          </w:p>
        </w:tc>
      </w:tr>
      <w:tr w:rsidR="0030026E" w14:paraId="7DF137B8" w14:textId="77777777">
        <w:trPr>
          <w:cantSplit/>
        </w:trPr>
        <w:tc>
          <w:tcPr>
            <w:tcW w:w="1440" w:type="dxa"/>
            <w:shd w:val="clear" w:color="auto" w:fill="F2F2F2"/>
          </w:tcPr>
          <w:p w14:paraId="43D513FD" w14:textId="77777777" w:rsidR="0030026E" w:rsidRDefault="0019537C">
            <w:r>
              <w:t>УПК № 1</w:t>
            </w:r>
          </w:p>
        </w:tc>
        <w:tc>
          <w:tcPr>
            <w:tcW w:w="1440" w:type="dxa"/>
            <w:shd w:val="clear" w:color="auto" w:fill="FFFFFF"/>
          </w:tcPr>
          <w:p w14:paraId="606C9EC2" w14:textId="77777777" w:rsidR="0030026E" w:rsidRDefault="0019537C">
            <w:r>
              <w:t>г. Таштагол</w:t>
            </w:r>
          </w:p>
        </w:tc>
        <w:tc>
          <w:tcPr>
            <w:tcW w:w="1440" w:type="dxa"/>
            <w:shd w:val="clear" w:color="auto" w:fill="FFFFFF"/>
          </w:tcPr>
          <w:p w14:paraId="42136E1D" w14:textId="77777777" w:rsidR="0030026E" w:rsidRDefault="0019537C">
            <w:r>
              <w:t>123,40</w:t>
            </w:r>
          </w:p>
        </w:tc>
        <w:tc>
          <w:tcPr>
            <w:tcW w:w="1440" w:type="dxa"/>
            <w:shd w:val="clear" w:color="auto" w:fill="FFFFFF"/>
          </w:tcPr>
          <w:p w14:paraId="7E742F1D" w14:textId="77777777" w:rsidR="0030026E" w:rsidRDefault="0019537C">
            <w:r>
              <w:t>81,5472</w:t>
            </w:r>
          </w:p>
        </w:tc>
        <w:tc>
          <w:tcPr>
            <w:tcW w:w="1440" w:type="dxa"/>
            <w:shd w:val="clear" w:color="auto" w:fill="FFFFFF"/>
          </w:tcPr>
          <w:p w14:paraId="4A4070E8" w14:textId="77777777" w:rsidR="0030026E" w:rsidRDefault="0019537C">
            <w:r>
              <w:t>0,6608</w:t>
            </w:r>
          </w:p>
        </w:tc>
        <w:tc>
          <w:tcPr>
            <w:tcW w:w="1440" w:type="dxa"/>
            <w:shd w:val="clear" w:color="auto" w:fill="FFFFFF"/>
          </w:tcPr>
          <w:p w14:paraId="25385A69" w14:textId="77777777" w:rsidR="0030026E" w:rsidRDefault="0019537C">
            <w:r>
              <w:t>66,0836</w:t>
            </w:r>
          </w:p>
        </w:tc>
      </w:tr>
      <w:tr w:rsidR="0030026E" w14:paraId="648263F9" w14:textId="77777777">
        <w:trPr>
          <w:cantSplit/>
        </w:trPr>
        <w:tc>
          <w:tcPr>
            <w:tcW w:w="1440" w:type="dxa"/>
            <w:shd w:val="clear" w:color="auto" w:fill="F2F2F2"/>
          </w:tcPr>
          <w:p w14:paraId="29F39C49" w14:textId="77777777" w:rsidR="0030026E" w:rsidRDefault="0019537C">
            <w:r>
              <w:t>УПК № 2 Шалым</w:t>
            </w:r>
          </w:p>
        </w:tc>
        <w:tc>
          <w:tcPr>
            <w:tcW w:w="1440" w:type="dxa"/>
            <w:shd w:val="clear" w:color="auto" w:fill="FFFFFF"/>
          </w:tcPr>
          <w:p w14:paraId="01BF5B8A" w14:textId="77777777" w:rsidR="0030026E" w:rsidRDefault="0019537C">
            <w:r>
              <w:t>г. Таштагол</w:t>
            </w:r>
          </w:p>
        </w:tc>
        <w:tc>
          <w:tcPr>
            <w:tcW w:w="1440" w:type="dxa"/>
            <w:shd w:val="clear" w:color="auto" w:fill="FFFFFF"/>
          </w:tcPr>
          <w:p w14:paraId="25276765" w14:textId="77777777" w:rsidR="0030026E" w:rsidRDefault="0019537C">
            <w:r>
              <w:t>18,20</w:t>
            </w:r>
          </w:p>
        </w:tc>
        <w:tc>
          <w:tcPr>
            <w:tcW w:w="1440" w:type="dxa"/>
            <w:shd w:val="clear" w:color="auto" w:fill="FFFFFF"/>
          </w:tcPr>
          <w:p w14:paraId="73B65240" w14:textId="77777777" w:rsidR="0030026E" w:rsidRDefault="0019537C">
            <w:r>
              <w:t>5,1362</w:t>
            </w:r>
          </w:p>
        </w:tc>
        <w:tc>
          <w:tcPr>
            <w:tcW w:w="1440" w:type="dxa"/>
            <w:shd w:val="clear" w:color="auto" w:fill="FFFFFF"/>
          </w:tcPr>
          <w:p w14:paraId="347E59D0" w14:textId="77777777" w:rsidR="0030026E" w:rsidRDefault="0019537C">
            <w:r>
              <w:t>0,2822</w:t>
            </w:r>
          </w:p>
        </w:tc>
        <w:tc>
          <w:tcPr>
            <w:tcW w:w="1440" w:type="dxa"/>
            <w:shd w:val="clear" w:color="auto" w:fill="FFFFFF"/>
          </w:tcPr>
          <w:p w14:paraId="6E483E13" w14:textId="77777777" w:rsidR="0030026E" w:rsidRDefault="0019537C">
            <w:r>
              <w:t>28,2209</w:t>
            </w:r>
          </w:p>
        </w:tc>
      </w:tr>
      <w:tr w:rsidR="0030026E" w14:paraId="54043690" w14:textId="77777777">
        <w:trPr>
          <w:cantSplit/>
        </w:trPr>
        <w:tc>
          <w:tcPr>
            <w:tcW w:w="1440" w:type="dxa"/>
            <w:shd w:val="clear" w:color="auto" w:fill="F2F2F2"/>
          </w:tcPr>
          <w:p w14:paraId="79423812" w14:textId="77777777" w:rsidR="0030026E" w:rsidRDefault="0019537C">
            <w:r>
              <w:t>УПК № 2 ЦМК</w:t>
            </w:r>
          </w:p>
        </w:tc>
        <w:tc>
          <w:tcPr>
            <w:tcW w:w="1440" w:type="dxa"/>
            <w:shd w:val="clear" w:color="auto" w:fill="FFFFFF"/>
          </w:tcPr>
          <w:p w14:paraId="7C6E0AF6" w14:textId="77777777" w:rsidR="0030026E" w:rsidRDefault="0019537C">
            <w:r>
              <w:t>г. Таштагол</w:t>
            </w:r>
          </w:p>
        </w:tc>
        <w:tc>
          <w:tcPr>
            <w:tcW w:w="1440" w:type="dxa"/>
            <w:shd w:val="clear" w:color="auto" w:fill="FFFFFF"/>
          </w:tcPr>
          <w:p w14:paraId="24A78C76" w14:textId="77777777" w:rsidR="0030026E" w:rsidRDefault="0019537C">
            <w:r>
              <w:t>9,70</w:t>
            </w:r>
          </w:p>
        </w:tc>
        <w:tc>
          <w:tcPr>
            <w:tcW w:w="1440" w:type="dxa"/>
            <w:shd w:val="clear" w:color="auto" w:fill="FFFFFF"/>
          </w:tcPr>
          <w:p w14:paraId="4AC43F8B" w14:textId="77777777" w:rsidR="0030026E" w:rsidRDefault="0019537C">
            <w:r>
              <w:t>3,0481</w:t>
            </w:r>
          </w:p>
        </w:tc>
        <w:tc>
          <w:tcPr>
            <w:tcW w:w="1440" w:type="dxa"/>
            <w:shd w:val="clear" w:color="auto" w:fill="FFFFFF"/>
          </w:tcPr>
          <w:p w14:paraId="65C68592" w14:textId="77777777" w:rsidR="0030026E" w:rsidRDefault="0019537C">
            <w:r>
              <w:t>0,3142</w:t>
            </w:r>
          </w:p>
        </w:tc>
        <w:tc>
          <w:tcPr>
            <w:tcW w:w="1440" w:type="dxa"/>
            <w:shd w:val="clear" w:color="auto" w:fill="FFFFFF"/>
          </w:tcPr>
          <w:p w14:paraId="0BFF1639" w14:textId="77777777" w:rsidR="0030026E" w:rsidRDefault="0019537C">
            <w:r>
              <w:t>31,4237</w:t>
            </w:r>
          </w:p>
        </w:tc>
      </w:tr>
      <w:tr w:rsidR="0030026E" w14:paraId="3110539E" w14:textId="77777777">
        <w:trPr>
          <w:cantSplit/>
        </w:trPr>
        <w:tc>
          <w:tcPr>
            <w:tcW w:w="1440" w:type="dxa"/>
            <w:shd w:val="clear" w:color="auto" w:fill="F2F2F2"/>
          </w:tcPr>
          <w:p w14:paraId="40AE1272" w14:textId="77777777" w:rsidR="0030026E" w:rsidRDefault="0019537C">
            <w:r>
              <w:t>УПК № 9 ГРЭ</w:t>
            </w:r>
          </w:p>
        </w:tc>
        <w:tc>
          <w:tcPr>
            <w:tcW w:w="1440" w:type="dxa"/>
            <w:shd w:val="clear" w:color="auto" w:fill="FFFFFF"/>
          </w:tcPr>
          <w:p w14:paraId="71067AF9" w14:textId="77777777" w:rsidR="0030026E" w:rsidRDefault="0019537C">
            <w:r>
              <w:t>г. Таштагол</w:t>
            </w:r>
          </w:p>
        </w:tc>
        <w:tc>
          <w:tcPr>
            <w:tcW w:w="1440" w:type="dxa"/>
            <w:shd w:val="clear" w:color="auto" w:fill="FFFFFF"/>
          </w:tcPr>
          <w:p w14:paraId="20A8A150" w14:textId="77777777" w:rsidR="0030026E" w:rsidRDefault="0019537C">
            <w:r>
              <w:t>4,50</w:t>
            </w:r>
          </w:p>
        </w:tc>
        <w:tc>
          <w:tcPr>
            <w:tcW w:w="1440" w:type="dxa"/>
            <w:shd w:val="clear" w:color="auto" w:fill="FFFFFF"/>
          </w:tcPr>
          <w:p w14:paraId="00414179" w14:textId="77777777" w:rsidR="0030026E" w:rsidRDefault="0019537C">
            <w:r>
              <w:t>0,7260</w:t>
            </w:r>
          </w:p>
        </w:tc>
        <w:tc>
          <w:tcPr>
            <w:tcW w:w="1440" w:type="dxa"/>
            <w:shd w:val="clear" w:color="auto" w:fill="FFFFFF"/>
          </w:tcPr>
          <w:p w14:paraId="62797667" w14:textId="77777777" w:rsidR="0030026E" w:rsidRDefault="0019537C">
            <w:r>
              <w:t>0,1613</w:t>
            </w:r>
          </w:p>
        </w:tc>
        <w:tc>
          <w:tcPr>
            <w:tcW w:w="1440" w:type="dxa"/>
            <w:shd w:val="clear" w:color="auto" w:fill="FFFFFF"/>
          </w:tcPr>
          <w:p w14:paraId="68C03724" w14:textId="77777777" w:rsidR="0030026E" w:rsidRDefault="0019537C">
            <w:r>
              <w:t>16,1333</w:t>
            </w:r>
          </w:p>
        </w:tc>
      </w:tr>
      <w:tr w:rsidR="0030026E" w14:paraId="0CA52350" w14:textId="77777777">
        <w:trPr>
          <w:cantSplit/>
        </w:trPr>
        <w:tc>
          <w:tcPr>
            <w:tcW w:w="1440" w:type="dxa"/>
            <w:shd w:val="clear" w:color="auto" w:fill="F2F2F2"/>
          </w:tcPr>
          <w:p w14:paraId="5A64B1AF" w14:textId="77777777" w:rsidR="0030026E" w:rsidRDefault="0019537C">
            <w:r>
              <w:t>УПК № 5 Новый Шерегеш</w:t>
            </w:r>
          </w:p>
        </w:tc>
        <w:tc>
          <w:tcPr>
            <w:tcW w:w="1440" w:type="dxa"/>
            <w:shd w:val="clear" w:color="auto" w:fill="FFFFFF"/>
          </w:tcPr>
          <w:p w14:paraId="640165E2" w14:textId="77777777" w:rsidR="0030026E" w:rsidRDefault="0019537C">
            <w:r>
              <w:t>пгт Шерегеш</w:t>
            </w:r>
          </w:p>
        </w:tc>
        <w:tc>
          <w:tcPr>
            <w:tcW w:w="1440" w:type="dxa"/>
            <w:shd w:val="clear" w:color="auto" w:fill="FFFFFF"/>
          </w:tcPr>
          <w:p w14:paraId="24AE6ABE" w14:textId="77777777" w:rsidR="0030026E" w:rsidRDefault="0019537C">
            <w:r>
              <w:t>77,43</w:t>
            </w:r>
          </w:p>
        </w:tc>
        <w:tc>
          <w:tcPr>
            <w:tcW w:w="1440" w:type="dxa"/>
            <w:shd w:val="clear" w:color="auto" w:fill="FFFFFF"/>
          </w:tcPr>
          <w:p w14:paraId="5241B41E" w14:textId="77777777" w:rsidR="0030026E" w:rsidRDefault="0019537C">
            <w:r>
              <w:t>62,5993</w:t>
            </w:r>
          </w:p>
        </w:tc>
        <w:tc>
          <w:tcPr>
            <w:tcW w:w="1440" w:type="dxa"/>
            <w:shd w:val="clear" w:color="auto" w:fill="FFFFFF"/>
          </w:tcPr>
          <w:p w14:paraId="3DA7CC79" w14:textId="77777777" w:rsidR="0030026E" w:rsidRDefault="0019537C">
            <w:r>
              <w:t>0,8085</w:t>
            </w:r>
          </w:p>
        </w:tc>
        <w:tc>
          <w:tcPr>
            <w:tcW w:w="1440" w:type="dxa"/>
            <w:shd w:val="clear" w:color="auto" w:fill="FFFFFF"/>
          </w:tcPr>
          <w:p w14:paraId="695C152C" w14:textId="77777777" w:rsidR="0030026E" w:rsidRDefault="0019537C">
            <w:r>
              <w:t>80,8463</w:t>
            </w:r>
          </w:p>
        </w:tc>
      </w:tr>
      <w:tr w:rsidR="0030026E" w14:paraId="0A4270CD" w14:textId="77777777">
        <w:trPr>
          <w:cantSplit/>
        </w:trPr>
        <w:tc>
          <w:tcPr>
            <w:tcW w:w="1440" w:type="dxa"/>
            <w:shd w:val="clear" w:color="auto" w:fill="F2F2F2"/>
          </w:tcPr>
          <w:p w14:paraId="36485DE0" w14:textId="77777777" w:rsidR="0030026E" w:rsidRDefault="0019537C">
            <w:r>
              <w:t>УПК № 6 Старый Шерегеш</w:t>
            </w:r>
          </w:p>
        </w:tc>
        <w:tc>
          <w:tcPr>
            <w:tcW w:w="1440" w:type="dxa"/>
            <w:shd w:val="clear" w:color="auto" w:fill="FFFFFF"/>
          </w:tcPr>
          <w:p w14:paraId="11461B7E" w14:textId="77777777" w:rsidR="0030026E" w:rsidRDefault="0019537C">
            <w:r>
              <w:t>пгт Шерегеш</w:t>
            </w:r>
          </w:p>
        </w:tc>
        <w:tc>
          <w:tcPr>
            <w:tcW w:w="1440" w:type="dxa"/>
            <w:shd w:val="clear" w:color="auto" w:fill="FFFFFF"/>
          </w:tcPr>
          <w:p w14:paraId="49995E54" w14:textId="77777777" w:rsidR="0030026E" w:rsidRDefault="0019537C">
            <w:r>
              <w:t>12,61</w:t>
            </w:r>
          </w:p>
        </w:tc>
        <w:tc>
          <w:tcPr>
            <w:tcW w:w="1440" w:type="dxa"/>
            <w:shd w:val="clear" w:color="auto" w:fill="FFFFFF"/>
          </w:tcPr>
          <w:p w14:paraId="1BC4A724" w14:textId="77777777" w:rsidR="0030026E" w:rsidRDefault="0019537C">
            <w:r>
              <w:t>3,4056</w:t>
            </w:r>
          </w:p>
        </w:tc>
        <w:tc>
          <w:tcPr>
            <w:tcW w:w="1440" w:type="dxa"/>
            <w:shd w:val="clear" w:color="auto" w:fill="FFFFFF"/>
          </w:tcPr>
          <w:p w14:paraId="624CD5C2" w14:textId="77777777" w:rsidR="0030026E" w:rsidRDefault="0019537C">
            <w:r>
              <w:t>0,2701</w:t>
            </w:r>
          </w:p>
        </w:tc>
        <w:tc>
          <w:tcPr>
            <w:tcW w:w="1440" w:type="dxa"/>
            <w:shd w:val="clear" w:color="auto" w:fill="FFFFFF"/>
          </w:tcPr>
          <w:p w14:paraId="38B170D5" w14:textId="77777777" w:rsidR="0030026E" w:rsidRDefault="0019537C">
            <w:r>
              <w:t>27,0071</w:t>
            </w:r>
          </w:p>
        </w:tc>
      </w:tr>
      <w:tr w:rsidR="0030026E" w14:paraId="7AF33889" w14:textId="77777777">
        <w:trPr>
          <w:cantSplit/>
        </w:trPr>
        <w:tc>
          <w:tcPr>
            <w:tcW w:w="1440" w:type="dxa"/>
            <w:shd w:val="clear" w:color="auto" w:fill="F2F2F2"/>
          </w:tcPr>
          <w:p w14:paraId="31EE1EA6" w14:textId="77777777" w:rsidR="0030026E" w:rsidRDefault="0019537C">
            <w:r>
              <w:t>УПК № 7 Каз</w:t>
            </w:r>
          </w:p>
        </w:tc>
        <w:tc>
          <w:tcPr>
            <w:tcW w:w="1440" w:type="dxa"/>
            <w:shd w:val="clear" w:color="auto" w:fill="FFFFFF"/>
          </w:tcPr>
          <w:p w14:paraId="171A864C" w14:textId="77777777" w:rsidR="0030026E" w:rsidRDefault="0019537C">
            <w:r>
              <w:t>пгт Каз</w:t>
            </w:r>
          </w:p>
        </w:tc>
        <w:tc>
          <w:tcPr>
            <w:tcW w:w="1440" w:type="dxa"/>
            <w:shd w:val="clear" w:color="auto" w:fill="FFFFFF"/>
          </w:tcPr>
          <w:p w14:paraId="6F9EC9BA" w14:textId="77777777" w:rsidR="0030026E" w:rsidRDefault="0019537C">
            <w:r>
              <w:t>42,40</w:t>
            </w:r>
          </w:p>
        </w:tc>
        <w:tc>
          <w:tcPr>
            <w:tcW w:w="1440" w:type="dxa"/>
            <w:shd w:val="clear" w:color="auto" w:fill="FFFFFF"/>
          </w:tcPr>
          <w:p w14:paraId="39ADE6A6" w14:textId="77777777" w:rsidR="0030026E" w:rsidRDefault="0019537C">
            <w:r>
              <w:t>14,0137</w:t>
            </w:r>
          </w:p>
        </w:tc>
        <w:tc>
          <w:tcPr>
            <w:tcW w:w="1440" w:type="dxa"/>
            <w:shd w:val="clear" w:color="auto" w:fill="FFFFFF"/>
          </w:tcPr>
          <w:p w14:paraId="5F762E5E" w14:textId="77777777" w:rsidR="0030026E" w:rsidRDefault="0019537C">
            <w:r>
              <w:t>0,3305</w:t>
            </w:r>
          </w:p>
        </w:tc>
        <w:tc>
          <w:tcPr>
            <w:tcW w:w="1440" w:type="dxa"/>
            <w:shd w:val="clear" w:color="auto" w:fill="FFFFFF"/>
          </w:tcPr>
          <w:p w14:paraId="53DDB19A" w14:textId="77777777" w:rsidR="0030026E" w:rsidRDefault="0019537C">
            <w:r>
              <w:t>33,0512</w:t>
            </w:r>
          </w:p>
        </w:tc>
      </w:tr>
      <w:tr w:rsidR="0030026E" w14:paraId="48B1C333" w14:textId="77777777">
        <w:trPr>
          <w:cantSplit/>
        </w:trPr>
        <w:tc>
          <w:tcPr>
            <w:tcW w:w="1440" w:type="dxa"/>
            <w:shd w:val="clear" w:color="auto" w:fill="F2F2F2"/>
          </w:tcPr>
          <w:p w14:paraId="5FCCC692" w14:textId="77777777" w:rsidR="0030026E" w:rsidRDefault="0019537C">
            <w:r>
              <w:t>УПК № 8 Мундыбаш</w:t>
            </w:r>
          </w:p>
        </w:tc>
        <w:tc>
          <w:tcPr>
            <w:tcW w:w="1440" w:type="dxa"/>
            <w:shd w:val="clear" w:color="auto" w:fill="FFFFFF"/>
          </w:tcPr>
          <w:p w14:paraId="4DEAB0F8" w14:textId="77777777" w:rsidR="0030026E" w:rsidRDefault="0019537C">
            <w:r>
              <w:t>пгт Мундыбаш</w:t>
            </w:r>
          </w:p>
        </w:tc>
        <w:tc>
          <w:tcPr>
            <w:tcW w:w="1440" w:type="dxa"/>
            <w:shd w:val="clear" w:color="auto" w:fill="FFFFFF"/>
          </w:tcPr>
          <w:p w14:paraId="3F940371" w14:textId="77777777" w:rsidR="0030026E" w:rsidRDefault="0019537C">
            <w:r>
              <w:t>36,46</w:t>
            </w:r>
          </w:p>
        </w:tc>
        <w:tc>
          <w:tcPr>
            <w:tcW w:w="1440" w:type="dxa"/>
            <w:shd w:val="clear" w:color="auto" w:fill="FFFFFF"/>
          </w:tcPr>
          <w:p w14:paraId="2C54EEBA" w14:textId="77777777" w:rsidR="0030026E" w:rsidRDefault="0019537C">
            <w:r>
              <w:t>17,0415</w:t>
            </w:r>
          </w:p>
        </w:tc>
        <w:tc>
          <w:tcPr>
            <w:tcW w:w="1440" w:type="dxa"/>
            <w:shd w:val="clear" w:color="auto" w:fill="FFFFFF"/>
          </w:tcPr>
          <w:p w14:paraId="515725E5" w14:textId="77777777" w:rsidR="0030026E" w:rsidRDefault="0019537C">
            <w:r>
              <w:t>0,4674</w:t>
            </w:r>
          </w:p>
        </w:tc>
        <w:tc>
          <w:tcPr>
            <w:tcW w:w="1440" w:type="dxa"/>
            <w:shd w:val="clear" w:color="auto" w:fill="FFFFFF"/>
          </w:tcPr>
          <w:p w14:paraId="1755913E" w14:textId="77777777" w:rsidR="0030026E" w:rsidRDefault="0019537C">
            <w:r>
              <w:t>46,7403</w:t>
            </w:r>
          </w:p>
        </w:tc>
      </w:tr>
      <w:tr w:rsidR="0030026E" w14:paraId="590F6291" w14:textId="77777777">
        <w:trPr>
          <w:cantSplit/>
        </w:trPr>
        <w:tc>
          <w:tcPr>
            <w:tcW w:w="1440" w:type="dxa"/>
            <w:shd w:val="clear" w:color="auto" w:fill="F2F2F2"/>
          </w:tcPr>
          <w:p w14:paraId="669A66E6" w14:textId="77777777" w:rsidR="0030026E" w:rsidRDefault="0019537C">
            <w:r>
              <w:t>УПК № 10 Темир-Тау</w:t>
            </w:r>
          </w:p>
        </w:tc>
        <w:tc>
          <w:tcPr>
            <w:tcW w:w="1440" w:type="dxa"/>
            <w:shd w:val="clear" w:color="auto" w:fill="FFFFFF"/>
          </w:tcPr>
          <w:p w14:paraId="4C6A6A8F" w14:textId="77777777" w:rsidR="0030026E" w:rsidRDefault="0019537C">
            <w:r>
              <w:t>пгт Темиртау</w:t>
            </w:r>
          </w:p>
        </w:tc>
        <w:tc>
          <w:tcPr>
            <w:tcW w:w="1440" w:type="dxa"/>
            <w:shd w:val="clear" w:color="auto" w:fill="FFFFFF"/>
          </w:tcPr>
          <w:p w14:paraId="2986C418" w14:textId="77777777" w:rsidR="0030026E" w:rsidRDefault="0019537C">
            <w:r>
              <w:t>42,37</w:t>
            </w:r>
          </w:p>
        </w:tc>
        <w:tc>
          <w:tcPr>
            <w:tcW w:w="1440" w:type="dxa"/>
            <w:shd w:val="clear" w:color="auto" w:fill="FFFFFF"/>
          </w:tcPr>
          <w:p w14:paraId="321DA5E2" w14:textId="77777777" w:rsidR="0030026E" w:rsidRDefault="0019537C">
            <w:r>
              <w:t>7,6445</w:t>
            </w:r>
          </w:p>
        </w:tc>
        <w:tc>
          <w:tcPr>
            <w:tcW w:w="1440" w:type="dxa"/>
            <w:shd w:val="clear" w:color="auto" w:fill="FFFFFF"/>
          </w:tcPr>
          <w:p w14:paraId="3671AEC9" w14:textId="77777777" w:rsidR="0030026E" w:rsidRDefault="0019537C">
            <w:r>
              <w:t>0,1804</w:t>
            </w:r>
          </w:p>
        </w:tc>
        <w:tc>
          <w:tcPr>
            <w:tcW w:w="1440" w:type="dxa"/>
            <w:shd w:val="clear" w:color="auto" w:fill="FFFFFF"/>
          </w:tcPr>
          <w:p w14:paraId="424B2D23" w14:textId="77777777" w:rsidR="0030026E" w:rsidRDefault="0019537C">
            <w:r>
              <w:t>18,0422</w:t>
            </w:r>
          </w:p>
        </w:tc>
      </w:tr>
      <w:tr w:rsidR="0030026E" w14:paraId="0B7133DF" w14:textId="77777777">
        <w:trPr>
          <w:cantSplit/>
        </w:trPr>
        <w:tc>
          <w:tcPr>
            <w:tcW w:w="1440" w:type="dxa"/>
            <w:shd w:val="clear" w:color="auto" w:fill="F2F2F2"/>
          </w:tcPr>
          <w:p w14:paraId="3E454020" w14:textId="77777777" w:rsidR="0030026E" w:rsidRDefault="0019537C">
            <w:r>
              <w:t>УПК № 3 Спасск</w:t>
            </w:r>
          </w:p>
        </w:tc>
        <w:tc>
          <w:tcPr>
            <w:tcW w:w="1440" w:type="dxa"/>
            <w:shd w:val="clear" w:color="auto" w:fill="FFFFFF"/>
          </w:tcPr>
          <w:p w14:paraId="01B9D13D" w14:textId="77777777" w:rsidR="0030026E" w:rsidRDefault="0019537C">
            <w:r>
              <w:t>пгт Спасск</w:t>
            </w:r>
          </w:p>
        </w:tc>
        <w:tc>
          <w:tcPr>
            <w:tcW w:w="1440" w:type="dxa"/>
            <w:shd w:val="clear" w:color="auto" w:fill="FFFFFF"/>
          </w:tcPr>
          <w:p w14:paraId="509CBAD2" w14:textId="77777777" w:rsidR="0030026E" w:rsidRDefault="0019537C">
            <w:r>
              <w:t>0,38</w:t>
            </w:r>
          </w:p>
        </w:tc>
        <w:tc>
          <w:tcPr>
            <w:tcW w:w="1440" w:type="dxa"/>
            <w:shd w:val="clear" w:color="auto" w:fill="FFFFFF"/>
          </w:tcPr>
          <w:p w14:paraId="27B7E3D5" w14:textId="77777777" w:rsidR="0030026E" w:rsidRDefault="0019537C">
            <w:r>
              <w:t>1,4451</w:t>
            </w:r>
          </w:p>
        </w:tc>
        <w:tc>
          <w:tcPr>
            <w:tcW w:w="1440" w:type="dxa"/>
            <w:shd w:val="clear" w:color="auto" w:fill="FFFFFF"/>
          </w:tcPr>
          <w:p w14:paraId="54AC2F2E" w14:textId="77777777" w:rsidR="0030026E" w:rsidRDefault="0019537C">
            <w:r>
              <w:t>3,7545</w:t>
            </w:r>
          </w:p>
        </w:tc>
        <w:tc>
          <w:tcPr>
            <w:tcW w:w="1440" w:type="dxa"/>
            <w:shd w:val="clear" w:color="auto" w:fill="FFFFFF"/>
          </w:tcPr>
          <w:p w14:paraId="6C9AD884" w14:textId="77777777" w:rsidR="0030026E" w:rsidRDefault="0019537C">
            <w:r>
              <w:t>375,4482</w:t>
            </w:r>
          </w:p>
        </w:tc>
      </w:tr>
      <w:tr w:rsidR="0030026E" w14:paraId="215D11A8" w14:textId="77777777">
        <w:trPr>
          <w:cantSplit/>
        </w:trPr>
        <w:tc>
          <w:tcPr>
            <w:tcW w:w="1440" w:type="dxa"/>
            <w:shd w:val="clear" w:color="auto" w:fill="F2F2F2"/>
          </w:tcPr>
          <w:p w14:paraId="10DFA57E" w14:textId="77777777" w:rsidR="0030026E" w:rsidRDefault="0019537C">
            <w:r>
              <w:t>Совокупность зон действия</w:t>
            </w:r>
          </w:p>
        </w:tc>
        <w:tc>
          <w:tcPr>
            <w:tcW w:w="1440" w:type="dxa"/>
            <w:shd w:val="clear" w:color="auto" w:fill="FFFFFF"/>
          </w:tcPr>
          <w:p w14:paraId="6EDC7E14" w14:textId="77777777" w:rsidR="0030026E" w:rsidRDefault="0019537C">
            <w:r>
              <w:t>г. Таштагол</w:t>
            </w:r>
          </w:p>
        </w:tc>
        <w:tc>
          <w:tcPr>
            <w:tcW w:w="1440" w:type="dxa"/>
            <w:shd w:val="clear" w:color="auto" w:fill="FFFFFF"/>
          </w:tcPr>
          <w:p w14:paraId="1BDDC505" w14:textId="77777777" w:rsidR="0030026E" w:rsidRDefault="0019537C">
            <w:r>
              <w:t>155,80</w:t>
            </w:r>
          </w:p>
        </w:tc>
        <w:tc>
          <w:tcPr>
            <w:tcW w:w="1440" w:type="dxa"/>
            <w:shd w:val="clear" w:color="auto" w:fill="FFFFFF"/>
          </w:tcPr>
          <w:p w14:paraId="25DC1F1E" w14:textId="77777777" w:rsidR="0030026E" w:rsidRDefault="0019537C">
            <w:r>
              <w:t>90,4575</w:t>
            </w:r>
          </w:p>
        </w:tc>
        <w:tc>
          <w:tcPr>
            <w:tcW w:w="1440" w:type="dxa"/>
            <w:shd w:val="clear" w:color="auto" w:fill="FFFFFF"/>
          </w:tcPr>
          <w:p w14:paraId="08A2949F" w14:textId="77777777" w:rsidR="0030026E" w:rsidRDefault="0019537C">
            <w:r>
              <w:t>0,5806</w:t>
            </w:r>
          </w:p>
        </w:tc>
        <w:tc>
          <w:tcPr>
            <w:tcW w:w="1440" w:type="dxa"/>
            <w:shd w:val="clear" w:color="auto" w:fill="FFFFFF"/>
          </w:tcPr>
          <w:p w14:paraId="602C5F9E" w14:textId="77777777" w:rsidR="0030026E" w:rsidRDefault="0019537C">
            <w:r>
              <w:t>58,0600</w:t>
            </w:r>
          </w:p>
        </w:tc>
      </w:tr>
      <w:tr w:rsidR="0030026E" w14:paraId="374D96AB" w14:textId="77777777">
        <w:trPr>
          <w:cantSplit/>
        </w:trPr>
        <w:tc>
          <w:tcPr>
            <w:tcW w:w="1440" w:type="dxa"/>
            <w:shd w:val="clear" w:color="auto" w:fill="F2F2F2"/>
          </w:tcPr>
          <w:p w14:paraId="0A7B2B08" w14:textId="77777777" w:rsidR="0030026E" w:rsidRDefault="0019537C">
            <w:r>
              <w:t>Совокупность зон действия</w:t>
            </w:r>
          </w:p>
        </w:tc>
        <w:tc>
          <w:tcPr>
            <w:tcW w:w="1440" w:type="dxa"/>
            <w:shd w:val="clear" w:color="auto" w:fill="FFFFFF"/>
          </w:tcPr>
          <w:p w14:paraId="322E92F2" w14:textId="77777777" w:rsidR="0030026E" w:rsidRDefault="0019537C">
            <w:r>
              <w:t>пгт Шерегеш</w:t>
            </w:r>
          </w:p>
        </w:tc>
        <w:tc>
          <w:tcPr>
            <w:tcW w:w="1440" w:type="dxa"/>
            <w:shd w:val="clear" w:color="auto" w:fill="FFFFFF"/>
          </w:tcPr>
          <w:p w14:paraId="3FC81ADE" w14:textId="77777777" w:rsidR="0030026E" w:rsidRDefault="0019537C">
            <w:r>
              <w:t>90,04</w:t>
            </w:r>
          </w:p>
        </w:tc>
        <w:tc>
          <w:tcPr>
            <w:tcW w:w="1440" w:type="dxa"/>
            <w:shd w:val="clear" w:color="auto" w:fill="FFFFFF"/>
          </w:tcPr>
          <w:p w14:paraId="7ABB7F07" w14:textId="77777777" w:rsidR="0030026E" w:rsidRDefault="0019537C">
            <w:r>
              <w:t>66,0049</w:t>
            </w:r>
          </w:p>
        </w:tc>
        <w:tc>
          <w:tcPr>
            <w:tcW w:w="1440" w:type="dxa"/>
            <w:shd w:val="clear" w:color="auto" w:fill="FFFFFF"/>
          </w:tcPr>
          <w:p w14:paraId="06051B38" w14:textId="77777777" w:rsidR="0030026E" w:rsidRDefault="0019537C">
            <w:r>
              <w:t>0,7331</w:t>
            </w:r>
          </w:p>
        </w:tc>
        <w:tc>
          <w:tcPr>
            <w:tcW w:w="1440" w:type="dxa"/>
            <w:shd w:val="clear" w:color="auto" w:fill="FFFFFF"/>
          </w:tcPr>
          <w:p w14:paraId="0CF1E792" w14:textId="77777777" w:rsidR="0030026E" w:rsidRDefault="0019537C">
            <w:r>
              <w:t>73,3062</w:t>
            </w:r>
          </w:p>
        </w:tc>
      </w:tr>
      <w:tr w:rsidR="0030026E" w14:paraId="4D911879" w14:textId="77777777">
        <w:trPr>
          <w:cantSplit/>
        </w:trPr>
        <w:tc>
          <w:tcPr>
            <w:tcW w:w="1440" w:type="dxa"/>
            <w:shd w:val="clear" w:color="auto" w:fill="F2F2F2"/>
          </w:tcPr>
          <w:p w14:paraId="3699F4AA" w14:textId="77777777" w:rsidR="0030026E" w:rsidRDefault="0019537C">
            <w:r>
              <w:t>Совокупность зон действия</w:t>
            </w:r>
          </w:p>
        </w:tc>
        <w:tc>
          <w:tcPr>
            <w:tcW w:w="1440" w:type="dxa"/>
            <w:shd w:val="clear" w:color="auto" w:fill="FFFFFF"/>
          </w:tcPr>
          <w:p w14:paraId="4B4BEFBB" w14:textId="77777777" w:rsidR="0030026E" w:rsidRDefault="0019537C">
            <w:r>
              <w:t>пгт Каз</w:t>
            </w:r>
          </w:p>
        </w:tc>
        <w:tc>
          <w:tcPr>
            <w:tcW w:w="1440" w:type="dxa"/>
            <w:shd w:val="clear" w:color="auto" w:fill="FFFFFF"/>
          </w:tcPr>
          <w:p w14:paraId="3B38A7D5" w14:textId="77777777" w:rsidR="0030026E" w:rsidRDefault="0019537C">
            <w:r>
              <w:t>42,40</w:t>
            </w:r>
          </w:p>
        </w:tc>
        <w:tc>
          <w:tcPr>
            <w:tcW w:w="1440" w:type="dxa"/>
            <w:shd w:val="clear" w:color="auto" w:fill="FFFFFF"/>
          </w:tcPr>
          <w:p w14:paraId="078B7A7D" w14:textId="77777777" w:rsidR="0030026E" w:rsidRDefault="0019537C">
            <w:r>
              <w:t>14,0137</w:t>
            </w:r>
          </w:p>
        </w:tc>
        <w:tc>
          <w:tcPr>
            <w:tcW w:w="1440" w:type="dxa"/>
            <w:shd w:val="clear" w:color="auto" w:fill="FFFFFF"/>
          </w:tcPr>
          <w:p w14:paraId="0CE6B44D" w14:textId="77777777" w:rsidR="0030026E" w:rsidRDefault="0019537C">
            <w:r>
              <w:t>0,3305</w:t>
            </w:r>
          </w:p>
        </w:tc>
        <w:tc>
          <w:tcPr>
            <w:tcW w:w="1440" w:type="dxa"/>
            <w:shd w:val="clear" w:color="auto" w:fill="FFFFFF"/>
          </w:tcPr>
          <w:p w14:paraId="099FABDE" w14:textId="77777777" w:rsidR="0030026E" w:rsidRDefault="0019537C">
            <w:r>
              <w:t>33,0512</w:t>
            </w:r>
          </w:p>
        </w:tc>
      </w:tr>
      <w:tr w:rsidR="0030026E" w14:paraId="68F325F1" w14:textId="77777777">
        <w:trPr>
          <w:cantSplit/>
        </w:trPr>
        <w:tc>
          <w:tcPr>
            <w:tcW w:w="1440" w:type="dxa"/>
            <w:shd w:val="clear" w:color="auto" w:fill="F2F2F2"/>
          </w:tcPr>
          <w:p w14:paraId="5264B5F8" w14:textId="77777777" w:rsidR="0030026E" w:rsidRDefault="0019537C">
            <w:r>
              <w:t>Совокупность зон действия</w:t>
            </w:r>
          </w:p>
        </w:tc>
        <w:tc>
          <w:tcPr>
            <w:tcW w:w="1440" w:type="dxa"/>
            <w:shd w:val="clear" w:color="auto" w:fill="FFFFFF"/>
          </w:tcPr>
          <w:p w14:paraId="7CA5C707" w14:textId="77777777" w:rsidR="0030026E" w:rsidRDefault="0019537C">
            <w:r>
              <w:t>пгт Мундыбаш</w:t>
            </w:r>
          </w:p>
        </w:tc>
        <w:tc>
          <w:tcPr>
            <w:tcW w:w="1440" w:type="dxa"/>
            <w:shd w:val="clear" w:color="auto" w:fill="FFFFFF"/>
          </w:tcPr>
          <w:p w14:paraId="7ED152DF" w14:textId="77777777" w:rsidR="0030026E" w:rsidRDefault="0019537C">
            <w:r>
              <w:t>36,46</w:t>
            </w:r>
          </w:p>
        </w:tc>
        <w:tc>
          <w:tcPr>
            <w:tcW w:w="1440" w:type="dxa"/>
            <w:shd w:val="clear" w:color="auto" w:fill="FFFFFF"/>
          </w:tcPr>
          <w:p w14:paraId="3F65349D" w14:textId="77777777" w:rsidR="0030026E" w:rsidRDefault="0019537C">
            <w:r>
              <w:t>17,0415</w:t>
            </w:r>
          </w:p>
        </w:tc>
        <w:tc>
          <w:tcPr>
            <w:tcW w:w="1440" w:type="dxa"/>
            <w:shd w:val="clear" w:color="auto" w:fill="FFFFFF"/>
          </w:tcPr>
          <w:p w14:paraId="28A051C3" w14:textId="77777777" w:rsidR="0030026E" w:rsidRDefault="0019537C">
            <w:r>
              <w:t>0,4674</w:t>
            </w:r>
          </w:p>
        </w:tc>
        <w:tc>
          <w:tcPr>
            <w:tcW w:w="1440" w:type="dxa"/>
            <w:shd w:val="clear" w:color="auto" w:fill="FFFFFF"/>
          </w:tcPr>
          <w:p w14:paraId="296D80CE" w14:textId="77777777" w:rsidR="0030026E" w:rsidRDefault="0019537C">
            <w:r>
              <w:t>46,7403</w:t>
            </w:r>
          </w:p>
        </w:tc>
      </w:tr>
      <w:tr w:rsidR="0030026E" w14:paraId="444A2409" w14:textId="77777777">
        <w:trPr>
          <w:cantSplit/>
        </w:trPr>
        <w:tc>
          <w:tcPr>
            <w:tcW w:w="1440" w:type="dxa"/>
            <w:shd w:val="clear" w:color="auto" w:fill="F2F2F2"/>
          </w:tcPr>
          <w:p w14:paraId="530376DA" w14:textId="77777777" w:rsidR="0030026E" w:rsidRDefault="0019537C">
            <w:r>
              <w:t>Совокупность зон действия</w:t>
            </w:r>
          </w:p>
        </w:tc>
        <w:tc>
          <w:tcPr>
            <w:tcW w:w="1440" w:type="dxa"/>
            <w:shd w:val="clear" w:color="auto" w:fill="FFFFFF"/>
          </w:tcPr>
          <w:p w14:paraId="46F35D0A" w14:textId="77777777" w:rsidR="0030026E" w:rsidRDefault="0019537C">
            <w:r>
              <w:t>пгт Темиртау</w:t>
            </w:r>
          </w:p>
        </w:tc>
        <w:tc>
          <w:tcPr>
            <w:tcW w:w="1440" w:type="dxa"/>
            <w:shd w:val="clear" w:color="auto" w:fill="FFFFFF"/>
          </w:tcPr>
          <w:p w14:paraId="01452C4B" w14:textId="77777777" w:rsidR="0030026E" w:rsidRDefault="0019537C">
            <w:r>
              <w:t>42,37</w:t>
            </w:r>
          </w:p>
        </w:tc>
        <w:tc>
          <w:tcPr>
            <w:tcW w:w="1440" w:type="dxa"/>
            <w:shd w:val="clear" w:color="auto" w:fill="FFFFFF"/>
          </w:tcPr>
          <w:p w14:paraId="55C0DCB0" w14:textId="77777777" w:rsidR="0030026E" w:rsidRDefault="0019537C">
            <w:r>
              <w:t>7,6445</w:t>
            </w:r>
          </w:p>
        </w:tc>
        <w:tc>
          <w:tcPr>
            <w:tcW w:w="1440" w:type="dxa"/>
            <w:shd w:val="clear" w:color="auto" w:fill="FFFFFF"/>
          </w:tcPr>
          <w:p w14:paraId="62DF228E" w14:textId="77777777" w:rsidR="0030026E" w:rsidRDefault="0019537C">
            <w:r>
              <w:t>0,1804</w:t>
            </w:r>
          </w:p>
        </w:tc>
        <w:tc>
          <w:tcPr>
            <w:tcW w:w="1440" w:type="dxa"/>
            <w:shd w:val="clear" w:color="auto" w:fill="FFFFFF"/>
          </w:tcPr>
          <w:p w14:paraId="253D85FE" w14:textId="77777777" w:rsidR="0030026E" w:rsidRDefault="0019537C">
            <w:r>
              <w:t>18,0422</w:t>
            </w:r>
          </w:p>
        </w:tc>
      </w:tr>
      <w:tr w:rsidR="0030026E" w14:paraId="478CA4C9" w14:textId="77777777">
        <w:trPr>
          <w:cantSplit/>
        </w:trPr>
        <w:tc>
          <w:tcPr>
            <w:tcW w:w="1440" w:type="dxa"/>
            <w:shd w:val="clear" w:color="auto" w:fill="F2F2F2"/>
          </w:tcPr>
          <w:p w14:paraId="6B554109" w14:textId="77777777" w:rsidR="0030026E" w:rsidRDefault="0019537C">
            <w:r>
              <w:t>Совокупность зон действия</w:t>
            </w:r>
          </w:p>
        </w:tc>
        <w:tc>
          <w:tcPr>
            <w:tcW w:w="1440" w:type="dxa"/>
            <w:shd w:val="clear" w:color="auto" w:fill="FFFFFF"/>
          </w:tcPr>
          <w:p w14:paraId="40ACF952" w14:textId="77777777" w:rsidR="0030026E" w:rsidRDefault="0019537C">
            <w:r>
              <w:t>пгт Спасск</w:t>
            </w:r>
          </w:p>
        </w:tc>
        <w:tc>
          <w:tcPr>
            <w:tcW w:w="1440" w:type="dxa"/>
            <w:shd w:val="clear" w:color="auto" w:fill="FFFFFF"/>
          </w:tcPr>
          <w:p w14:paraId="46E58CCA" w14:textId="77777777" w:rsidR="0030026E" w:rsidRDefault="0019537C">
            <w:r>
              <w:t>0,38</w:t>
            </w:r>
          </w:p>
        </w:tc>
        <w:tc>
          <w:tcPr>
            <w:tcW w:w="1440" w:type="dxa"/>
            <w:shd w:val="clear" w:color="auto" w:fill="FFFFFF"/>
          </w:tcPr>
          <w:p w14:paraId="6F56FE97" w14:textId="77777777" w:rsidR="0030026E" w:rsidRDefault="0019537C">
            <w:r>
              <w:t>1,4451</w:t>
            </w:r>
          </w:p>
        </w:tc>
        <w:tc>
          <w:tcPr>
            <w:tcW w:w="1440" w:type="dxa"/>
            <w:shd w:val="clear" w:color="auto" w:fill="FFFFFF"/>
          </w:tcPr>
          <w:p w14:paraId="7771E58E" w14:textId="77777777" w:rsidR="0030026E" w:rsidRDefault="0019537C">
            <w:r>
              <w:t>3,7545</w:t>
            </w:r>
          </w:p>
        </w:tc>
        <w:tc>
          <w:tcPr>
            <w:tcW w:w="1440" w:type="dxa"/>
            <w:shd w:val="clear" w:color="auto" w:fill="FFFFFF"/>
          </w:tcPr>
          <w:p w14:paraId="67807EC8" w14:textId="77777777" w:rsidR="0030026E" w:rsidRDefault="0019537C">
            <w:r>
              <w:t>375,4482</w:t>
            </w:r>
          </w:p>
        </w:tc>
      </w:tr>
      <w:tr w:rsidR="0030026E" w14:paraId="4EB37F95" w14:textId="77777777">
        <w:trPr>
          <w:cantSplit/>
        </w:trPr>
        <w:tc>
          <w:tcPr>
            <w:tcW w:w="1440" w:type="dxa"/>
            <w:shd w:val="clear" w:color="auto" w:fill="DBE5F1"/>
          </w:tcPr>
          <w:p w14:paraId="799A7C99" w14:textId="77777777" w:rsidR="0030026E" w:rsidRDefault="0019537C">
            <w:r>
              <w:rPr>
                <w:b/>
              </w:rPr>
              <w:t>Совокупность всех зон округа</w:t>
            </w:r>
          </w:p>
        </w:tc>
        <w:tc>
          <w:tcPr>
            <w:tcW w:w="1440" w:type="dxa"/>
            <w:shd w:val="clear" w:color="auto" w:fill="DBE5F1"/>
          </w:tcPr>
          <w:p w14:paraId="36AAE1A9" w14:textId="77777777" w:rsidR="0030026E" w:rsidRDefault="0019537C">
            <w:r>
              <w:rPr>
                <w:b/>
              </w:rPr>
              <w:t>Таштагольский МО</w:t>
            </w:r>
          </w:p>
        </w:tc>
        <w:tc>
          <w:tcPr>
            <w:tcW w:w="1440" w:type="dxa"/>
            <w:shd w:val="clear" w:color="auto" w:fill="DBE5F1"/>
          </w:tcPr>
          <w:p w14:paraId="549FCF69" w14:textId="77777777" w:rsidR="0030026E" w:rsidRDefault="0019537C">
            <w:r>
              <w:rPr>
                <w:b/>
              </w:rPr>
              <w:t>367,45</w:t>
            </w:r>
          </w:p>
        </w:tc>
        <w:tc>
          <w:tcPr>
            <w:tcW w:w="1440" w:type="dxa"/>
            <w:shd w:val="clear" w:color="auto" w:fill="DBE5F1"/>
          </w:tcPr>
          <w:p w14:paraId="11E4BFC5" w14:textId="77777777" w:rsidR="0030026E" w:rsidRDefault="0019537C">
            <w:r>
              <w:rPr>
                <w:b/>
              </w:rPr>
              <w:t>196,6072</w:t>
            </w:r>
          </w:p>
        </w:tc>
        <w:tc>
          <w:tcPr>
            <w:tcW w:w="1440" w:type="dxa"/>
            <w:shd w:val="clear" w:color="auto" w:fill="DBE5F1"/>
          </w:tcPr>
          <w:p w14:paraId="0F9DAD21" w14:textId="77777777" w:rsidR="0030026E" w:rsidRDefault="0019537C">
            <w:r>
              <w:rPr>
                <w:b/>
              </w:rPr>
              <w:t>0,5351</w:t>
            </w:r>
          </w:p>
        </w:tc>
        <w:tc>
          <w:tcPr>
            <w:tcW w:w="1440" w:type="dxa"/>
            <w:shd w:val="clear" w:color="auto" w:fill="DBE5F1"/>
          </w:tcPr>
          <w:p w14:paraId="2F07862F" w14:textId="77777777" w:rsidR="0030026E" w:rsidRDefault="0019537C">
            <w:r>
              <w:rPr>
                <w:b/>
              </w:rPr>
              <w:t>53,5051</w:t>
            </w:r>
          </w:p>
        </w:tc>
      </w:tr>
    </w:tbl>
    <w:p w14:paraId="57324E0B" w14:textId="77777777" w:rsidR="0030026E" w:rsidRPr="00C74F04" w:rsidRDefault="0019537C">
      <w:pPr>
        <w:rPr>
          <w:lang w:val="ru-RU"/>
        </w:rPr>
      </w:pPr>
      <w:r w:rsidRPr="00C74F04">
        <w:rPr>
          <w:lang w:val="ru-RU"/>
        </w:rPr>
        <w:t>Плотность по округу в целом, отнесённая к совокупности зон действия источников, составляет 0,5351 Гкал/ч на гектар при суммарной площади зон 367,45 гектара. Величина, требуемая пунктом П14.3.3, отличается по определению: она относит нагрузку к площади застроенной территории по утверждённому генеральному плану. Эта площадь в составе исходных данных не подтверждена, поэтому окружной показатель в нормативном определении не рассчитан и внесён в перечень остаточных пробелов.</w:t>
      </w:r>
    </w:p>
    <w:p w14:paraId="3FE8F0CF" w14:textId="77777777" w:rsidR="0030026E" w:rsidRPr="00C74F04" w:rsidRDefault="0019537C">
      <w:pPr>
        <w:rPr>
          <w:lang w:val="ru-RU"/>
        </w:rPr>
      </w:pPr>
      <w:r w:rsidRPr="00C74F04">
        <w:rPr>
          <w:lang w:val="ru-RU"/>
        </w:rPr>
        <w:t>Плотность между зонами различается более чем в двадцать три раза. Наименьшая плотность — 0,1613 Гкал/ч на гектар по УПК № 9 «ГРЭ», наибольшая — 3,7545 Гкал/ч на гектар по УПК № 3 «Спасск». Высокое значение по Спасску вызвано предельно малой площадью зоны, 0,38 гектара, при нагрузке 1,4451 Гкал/ч: зона представляет собой компактную группу зданий. Каждый источник работает на собственную тепловую сеть, поэтому зона действия источника и система теплоснабжения в настоящей схеме совпадают.</w:t>
      </w:r>
    </w:p>
    <w:p w14:paraId="666B15DB" w14:textId="77777777" w:rsidR="0030026E" w:rsidRPr="00C74F04" w:rsidRDefault="0019537C">
      <w:pPr>
        <w:rPr>
          <w:lang w:val="ru-RU"/>
        </w:rPr>
      </w:pPr>
      <w:r w:rsidRPr="00C74F04">
        <w:rPr>
          <w:lang w:val="ru-RU"/>
        </w:rPr>
        <w:t>Гидравлические режимы, обеспечивающие передачу тепловой энергии от источника до наиболее удалённого потребителя, характеризуются температурным графиком зоны, расчётной разностью температур в подающем и обратном трубопроводах и расчётным расходом теплоносителя, отнесённым к нагрузке на коллекторах источника.</w:t>
      </w:r>
    </w:p>
    <w:p w14:paraId="35325889" w14:textId="77777777" w:rsidR="00B808F9" w:rsidRPr="00C74F04" w:rsidRDefault="00B808F9">
      <w:pPr>
        <w:rPr>
          <w:lang w:val="ru-RU"/>
        </w:rPr>
        <w:sectPr w:rsidR="00B808F9" w:rsidRPr="00C74F04" w:rsidSect="00034616">
          <w:footerReference w:type="default" r:id="rId55"/>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77B61C6" w14:textId="77777777" w:rsidR="0030026E" w:rsidRPr="00782666" w:rsidRDefault="0019537C">
      <w:pPr>
        <w:rPr>
          <w:b/>
          <w:bCs/>
          <w:lang w:val="ru-RU"/>
        </w:rPr>
      </w:pPr>
      <w:r w:rsidRPr="00782666">
        <w:rPr>
          <w:b/>
          <w:bCs/>
          <w:lang w:val="ru-RU"/>
        </w:rPr>
        <w:t>Таблица 1.25 — Расчётные параметры гидравлических режимов по зонам действия источников на 2026 год</w:t>
      </w:r>
    </w:p>
    <w:tbl>
      <w:tblPr>
        <w:tblW w:w="5000" w:type="pct"/>
        <w:tblCellMar>
          <w:left w:w="57" w:type="dxa"/>
          <w:right w:w="57" w:type="dxa"/>
        </w:tblCellMar>
        <w:tblLook w:val="04A0" w:firstRow="1" w:lastRow="0" w:firstColumn="1" w:lastColumn="0" w:noHBand="0" w:noVBand="1"/>
      </w:tblPr>
      <w:tblGrid>
        <w:gridCol w:w="1618"/>
        <w:gridCol w:w="1812"/>
        <w:gridCol w:w="2386"/>
        <w:gridCol w:w="1819"/>
        <w:gridCol w:w="1979"/>
        <w:gridCol w:w="2267"/>
        <w:gridCol w:w="2406"/>
      </w:tblGrid>
      <w:tr w:rsidR="0030026E" w14:paraId="7587C5BE" w14:textId="77777777">
        <w:trPr>
          <w:cantSplit/>
          <w:tblHeader/>
        </w:trPr>
        <w:tc>
          <w:tcPr>
            <w:tcW w:w="1234" w:type="dxa"/>
            <w:shd w:val="clear" w:color="auto" w:fill="E2F0D9"/>
          </w:tcPr>
          <w:p w14:paraId="0362D940" w14:textId="77777777" w:rsidR="0030026E" w:rsidRDefault="0019537C">
            <w:pPr>
              <w:jc w:val="center"/>
            </w:pPr>
            <w:r>
              <w:rPr>
                <w:b/>
              </w:rPr>
              <w:t>Источник тепловой энергии</w:t>
            </w:r>
          </w:p>
        </w:tc>
        <w:tc>
          <w:tcPr>
            <w:tcW w:w="1234" w:type="dxa"/>
            <w:shd w:val="clear" w:color="auto" w:fill="E2F0D9"/>
          </w:tcPr>
          <w:p w14:paraId="02352A72" w14:textId="77777777" w:rsidR="0030026E" w:rsidRDefault="0019537C">
            <w:pPr>
              <w:jc w:val="center"/>
            </w:pPr>
            <w:r>
              <w:rPr>
                <w:b/>
              </w:rPr>
              <w:t>Территория</w:t>
            </w:r>
          </w:p>
        </w:tc>
        <w:tc>
          <w:tcPr>
            <w:tcW w:w="1234" w:type="dxa"/>
            <w:shd w:val="clear" w:color="auto" w:fill="E2F0D9"/>
          </w:tcPr>
          <w:p w14:paraId="4CAA01C0" w14:textId="77777777" w:rsidR="0030026E" w:rsidRDefault="0019537C">
            <w:pPr>
              <w:jc w:val="center"/>
            </w:pPr>
            <w:r>
              <w:rPr>
                <w:b/>
              </w:rPr>
              <w:t>Температурный график, °C</w:t>
            </w:r>
          </w:p>
        </w:tc>
        <w:tc>
          <w:tcPr>
            <w:tcW w:w="1234" w:type="dxa"/>
            <w:shd w:val="clear" w:color="auto" w:fill="E2F0D9"/>
          </w:tcPr>
          <w:p w14:paraId="3111EE48" w14:textId="77777777" w:rsidR="0030026E" w:rsidRDefault="0019537C">
            <w:pPr>
              <w:jc w:val="center"/>
            </w:pPr>
            <w:r>
              <w:rPr>
                <w:b/>
              </w:rPr>
              <w:t>Расчётная разность температур, °C</w:t>
            </w:r>
          </w:p>
        </w:tc>
        <w:tc>
          <w:tcPr>
            <w:tcW w:w="1234" w:type="dxa"/>
            <w:shd w:val="clear" w:color="auto" w:fill="E2F0D9"/>
          </w:tcPr>
          <w:p w14:paraId="17EF0E3C" w14:textId="77777777" w:rsidR="0030026E" w:rsidRPr="00C74F04" w:rsidRDefault="0019537C">
            <w:pPr>
              <w:jc w:val="center"/>
              <w:rPr>
                <w:lang w:val="ru-RU"/>
              </w:rPr>
            </w:pPr>
            <w:r w:rsidRPr="00C74F04">
              <w:rPr>
                <w:b/>
                <w:lang w:val="ru-RU"/>
              </w:rPr>
              <w:t>Нагрузка на коллекторах, Гкал/ч</w:t>
            </w:r>
          </w:p>
        </w:tc>
        <w:tc>
          <w:tcPr>
            <w:tcW w:w="1234" w:type="dxa"/>
            <w:shd w:val="clear" w:color="auto" w:fill="E2F0D9"/>
          </w:tcPr>
          <w:p w14:paraId="4901D19D" w14:textId="77777777" w:rsidR="0030026E" w:rsidRPr="00C74F04" w:rsidRDefault="0019537C">
            <w:pPr>
              <w:jc w:val="center"/>
              <w:rPr>
                <w:lang w:val="ru-RU"/>
              </w:rPr>
            </w:pPr>
            <w:r w:rsidRPr="00C74F04">
              <w:rPr>
                <w:b/>
                <w:lang w:val="ru-RU"/>
              </w:rPr>
              <w:t>Расчётный расход теплоносителя, т/ч</w:t>
            </w:r>
          </w:p>
        </w:tc>
        <w:tc>
          <w:tcPr>
            <w:tcW w:w="1234" w:type="dxa"/>
            <w:shd w:val="clear" w:color="auto" w:fill="E2F0D9"/>
          </w:tcPr>
          <w:p w14:paraId="65D34841" w14:textId="77777777" w:rsidR="0030026E" w:rsidRDefault="0019537C">
            <w:pPr>
              <w:jc w:val="center"/>
            </w:pPr>
            <w:r>
              <w:rPr>
                <w:b/>
              </w:rPr>
              <w:t>Эквивалентный радиус зоны, км</w:t>
            </w:r>
          </w:p>
        </w:tc>
      </w:tr>
      <w:tr w:rsidR="0030026E" w14:paraId="22687FE2" w14:textId="77777777">
        <w:trPr>
          <w:cantSplit/>
        </w:trPr>
        <w:tc>
          <w:tcPr>
            <w:tcW w:w="1234" w:type="dxa"/>
            <w:shd w:val="clear" w:color="auto" w:fill="F2F2F2"/>
          </w:tcPr>
          <w:p w14:paraId="74BA0BF2" w14:textId="77777777" w:rsidR="0030026E" w:rsidRDefault="0019537C">
            <w:r>
              <w:t>УПК № 1</w:t>
            </w:r>
          </w:p>
        </w:tc>
        <w:tc>
          <w:tcPr>
            <w:tcW w:w="1234" w:type="dxa"/>
            <w:shd w:val="clear" w:color="auto" w:fill="FFFFFF"/>
          </w:tcPr>
          <w:p w14:paraId="206941EB" w14:textId="77777777" w:rsidR="0030026E" w:rsidRDefault="0019537C">
            <w:r>
              <w:t>г. Таштагол</w:t>
            </w:r>
          </w:p>
        </w:tc>
        <w:tc>
          <w:tcPr>
            <w:tcW w:w="1234" w:type="dxa"/>
            <w:shd w:val="clear" w:color="auto" w:fill="FFFFFF"/>
          </w:tcPr>
          <w:p w14:paraId="0112A9B8" w14:textId="77777777" w:rsidR="0030026E" w:rsidRDefault="0019537C">
            <w:r>
              <w:t>95/70</w:t>
            </w:r>
          </w:p>
        </w:tc>
        <w:tc>
          <w:tcPr>
            <w:tcW w:w="1234" w:type="dxa"/>
            <w:shd w:val="clear" w:color="auto" w:fill="FFFFFF"/>
          </w:tcPr>
          <w:p w14:paraId="4405A70C" w14:textId="77777777" w:rsidR="0030026E" w:rsidRDefault="0019537C">
            <w:r>
              <w:t>25</w:t>
            </w:r>
          </w:p>
        </w:tc>
        <w:tc>
          <w:tcPr>
            <w:tcW w:w="1234" w:type="dxa"/>
            <w:shd w:val="clear" w:color="auto" w:fill="FFFFFF"/>
          </w:tcPr>
          <w:p w14:paraId="27E661D6" w14:textId="77777777" w:rsidR="0030026E" w:rsidRDefault="0019537C">
            <w:r>
              <w:t>88,4652</w:t>
            </w:r>
          </w:p>
        </w:tc>
        <w:tc>
          <w:tcPr>
            <w:tcW w:w="1234" w:type="dxa"/>
            <w:shd w:val="clear" w:color="auto" w:fill="FFFFFF"/>
          </w:tcPr>
          <w:p w14:paraId="4C4411F4" w14:textId="77777777" w:rsidR="0030026E" w:rsidRDefault="0019537C">
            <w:r>
              <w:t>3538,6</w:t>
            </w:r>
          </w:p>
        </w:tc>
        <w:tc>
          <w:tcPr>
            <w:tcW w:w="1234" w:type="dxa"/>
            <w:shd w:val="clear" w:color="auto" w:fill="FFFFFF"/>
          </w:tcPr>
          <w:p w14:paraId="6A7194DB" w14:textId="77777777" w:rsidR="0030026E" w:rsidRDefault="0019537C">
            <w:r>
              <w:t>0,627</w:t>
            </w:r>
          </w:p>
        </w:tc>
      </w:tr>
      <w:tr w:rsidR="0030026E" w14:paraId="34025F19" w14:textId="77777777">
        <w:trPr>
          <w:cantSplit/>
        </w:trPr>
        <w:tc>
          <w:tcPr>
            <w:tcW w:w="1234" w:type="dxa"/>
            <w:shd w:val="clear" w:color="auto" w:fill="F2F2F2"/>
          </w:tcPr>
          <w:p w14:paraId="1DFED147" w14:textId="77777777" w:rsidR="0030026E" w:rsidRDefault="0019537C">
            <w:r>
              <w:t>УПК № 2 Шалым</w:t>
            </w:r>
          </w:p>
        </w:tc>
        <w:tc>
          <w:tcPr>
            <w:tcW w:w="1234" w:type="dxa"/>
            <w:shd w:val="clear" w:color="auto" w:fill="FFFFFF"/>
          </w:tcPr>
          <w:p w14:paraId="53AF51E8" w14:textId="77777777" w:rsidR="0030026E" w:rsidRDefault="0019537C">
            <w:r>
              <w:t>г. Таштагол</w:t>
            </w:r>
          </w:p>
        </w:tc>
        <w:tc>
          <w:tcPr>
            <w:tcW w:w="1234" w:type="dxa"/>
            <w:shd w:val="clear" w:color="auto" w:fill="FFFFFF"/>
          </w:tcPr>
          <w:p w14:paraId="07E60534" w14:textId="77777777" w:rsidR="0030026E" w:rsidRDefault="0019537C">
            <w:r>
              <w:t>95/70</w:t>
            </w:r>
          </w:p>
        </w:tc>
        <w:tc>
          <w:tcPr>
            <w:tcW w:w="1234" w:type="dxa"/>
            <w:shd w:val="clear" w:color="auto" w:fill="FFFFFF"/>
          </w:tcPr>
          <w:p w14:paraId="1E626027" w14:textId="77777777" w:rsidR="0030026E" w:rsidRDefault="0019537C">
            <w:r>
              <w:t>25</w:t>
            </w:r>
          </w:p>
        </w:tc>
        <w:tc>
          <w:tcPr>
            <w:tcW w:w="1234" w:type="dxa"/>
            <w:shd w:val="clear" w:color="auto" w:fill="FFFFFF"/>
          </w:tcPr>
          <w:p w14:paraId="3F0F7DDA" w14:textId="77777777" w:rsidR="0030026E" w:rsidRDefault="0019537C">
            <w:r>
              <w:t>5,6782</w:t>
            </w:r>
          </w:p>
        </w:tc>
        <w:tc>
          <w:tcPr>
            <w:tcW w:w="1234" w:type="dxa"/>
            <w:shd w:val="clear" w:color="auto" w:fill="FFFFFF"/>
          </w:tcPr>
          <w:p w14:paraId="505BEB30" w14:textId="77777777" w:rsidR="0030026E" w:rsidRDefault="0019537C">
            <w:r>
              <w:t>227,1</w:t>
            </w:r>
          </w:p>
        </w:tc>
        <w:tc>
          <w:tcPr>
            <w:tcW w:w="1234" w:type="dxa"/>
            <w:shd w:val="clear" w:color="auto" w:fill="FFFFFF"/>
          </w:tcPr>
          <w:p w14:paraId="715A65DA" w14:textId="77777777" w:rsidR="0030026E" w:rsidRDefault="0019537C">
            <w:r>
              <w:t>0,241</w:t>
            </w:r>
          </w:p>
        </w:tc>
      </w:tr>
      <w:tr w:rsidR="0030026E" w14:paraId="5312EE38" w14:textId="77777777">
        <w:trPr>
          <w:cantSplit/>
        </w:trPr>
        <w:tc>
          <w:tcPr>
            <w:tcW w:w="1234" w:type="dxa"/>
            <w:shd w:val="clear" w:color="auto" w:fill="F2F2F2"/>
          </w:tcPr>
          <w:p w14:paraId="5A070225" w14:textId="77777777" w:rsidR="0030026E" w:rsidRDefault="0019537C">
            <w:r>
              <w:t>УПК № 2 ЦМК</w:t>
            </w:r>
          </w:p>
        </w:tc>
        <w:tc>
          <w:tcPr>
            <w:tcW w:w="1234" w:type="dxa"/>
            <w:shd w:val="clear" w:color="auto" w:fill="FFFFFF"/>
          </w:tcPr>
          <w:p w14:paraId="59EA2AE5" w14:textId="77777777" w:rsidR="0030026E" w:rsidRDefault="0019537C">
            <w:r>
              <w:t>г. Таштагол</w:t>
            </w:r>
          </w:p>
        </w:tc>
        <w:tc>
          <w:tcPr>
            <w:tcW w:w="1234" w:type="dxa"/>
            <w:shd w:val="clear" w:color="auto" w:fill="FFFFFF"/>
          </w:tcPr>
          <w:p w14:paraId="077C6AC9" w14:textId="77777777" w:rsidR="0030026E" w:rsidRDefault="0019537C">
            <w:r>
              <w:t>95/70</w:t>
            </w:r>
          </w:p>
        </w:tc>
        <w:tc>
          <w:tcPr>
            <w:tcW w:w="1234" w:type="dxa"/>
            <w:shd w:val="clear" w:color="auto" w:fill="FFFFFF"/>
          </w:tcPr>
          <w:p w14:paraId="4B196175" w14:textId="77777777" w:rsidR="0030026E" w:rsidRDefault="0019537C">
            <w:r>
              <w:t>25</w:t>
            </w:r>
          </w:p>
        </w:tc>
        <w:tc>
          <w:tcPr>
            <w:tcW w:w="1234" w:type="dxa"/>
            <w:shd w:val="clear" w:color="auto" w:fill="FFFFFF"/>
          </w:tcPr>
          <w:p w14:paraId="27BCA770" w14:textId="77777777" w:rsidR="0030026E" w:rsidRDefault="0019537C">
            <w:r>
              <w:t>3,6371</w:t>
            </w:r>
          </w:p>
        </w:tc>
        <w:tc>
          <w:tcPr>
            <w:tcW w:w="1234" w:type="dxa"/>
            <w:shd w:val="clear" w:color="auto" w:fill="FFFFFF"/>
          </w:tcPr>
          <w:p w14:paraId="0B7036AD" w14:textId="77777777" w:rsidR="0030026E" w:rsidRDefault="0019537C">
            <w:r>
              <w:t>145,5</w:t>
            </w:r>
          </w:p>
        </w:tc>
        <w:tc>
          <w:tcPr>
            <w:tcW w:w="1234" w:type="dxa"/>
            <w:shd w:val="clear" w:color="auto" w:fill="FFFFFF"/>
          </w:tcPr>
          <w:p w14:paraId="6AEE4D28" w14:textId="77777777" w:rsidR="0030026E" w:rsidRDefault="0019537C">
            <w:r>
              <w:t>0,176</w:t>
            </w:r>
          </w:p>
        </w:tc>
      </w:tr>
      <w:tr w:rsidR="0030026E" w14:paraId="7C453155" w14:textId="77777777">
        <w:trPr>
          <w:cantSplit/>
        </w:trPr>
        <w:tc>
          <w:tcPr>
            <w:tcW w:w="1234" w:type="dxa"/>
            <w:shd w:val="clear" w:color="auto" w:fill="F2F2F2"/>
          </w:tcPr>
          <w:p w14:paraId="1849A965" w14:textId="77777777" w:rsidR="0030026E" w:rsidRDefault="0019537C">
            <w:r>
              <w:t>УПК № 9 ГРЭ</w:t>
            </w:r>
          </w:p>
        </w:tc>
        <w:tc>
          <w:tcPr>
            <w:tcW w:w="1234" w:type="dxa"/>
            <w:shd w:val="clear" w:color="auto" w:fill="FFFFFF"/>
          </w:tcPr>
          <w:p w14:paraId="5CF4535E" w14:textId="77777777" w:rsidR="0030026E" w:rsidRDefault="0019537C">
            <w:r>
              <w:t>г. Таштагол</w:t>
            </w:r>
          </w:p>
        </w:tc>
        <w:tc>
          <w:tcPr>
            <w:tcW w:w="1234" w:type="dxa"/>
            <w:shd w:val="clear" w:color="auto" w:fill="FFFFFF"/>
          </w:tcPr>
          <w:p w14:paraId="242F2886" w14:textId="77777777" w:rsidR="0030026E" w:rsidRDefault="0019537C">
            <w:r>
              <w:t>95/70</w:t>
            </w:r>
          </w:p>
        </w:tc>
        <w:tc>
          <w:tcPr>
            <w:tcW w:w="1234" w:type="dxa"/>
            <w:shd w:val="clear" w:color="auto" w:fill="FFFFFF"/>
          </w:tcPr>
          <w:p w14:paraId="40325B52" w14:textId="77777777" w:rsidR="0030026E" w:rsidRDefault="0019537C">
            <w:r>
              <w:t>25</w:t>
            </w:r>
          </w:p>
        </w:tc>
        <w:tc>
          <w:tcPr>
            <w:tcW w:w="1234" w:type="dxa"/>
            <w:shd w:val="clear" w:color="auto" w:fill="FFFFFF"/>
          </w:tcPr>
          <w:p w14:paraId="66E62CEE" w14:textId="77777777" w:rsidR="0030026E" w:rsidRDefault="0019537C">
            <w:r>
              <w:t>1,2620</w:t>
            </w:r>
          </w:p>
        </w:tc>
        <w:tc>
          <w:tcPr>
            <w:tcW w:w="1234" w:type="dxa"/>
            <w:shd w:val="clear" w:color="auto" w:fill="FFFFFF"/>
          </w:tcPr>
          <w:p w14:paraId="2756A5FE" w14:textId="77777777" w:rsidR="0030026E" w:rsidRDefault="0019537C">
            <w:r>
              <w:t>50,5</w:t>
            </w:r>
          </w:p>
        </w:tc>
        <w:tc>
          <w:tcPr>
            <w:tcW w:w="1234" w:type="dxa"/>
            <w:shd w:val="clear" w:color="auto" w:fill="FFFFFF"/>
          </w:tcPr>
          <w:p w14:paraId="422ABA98" w14:textId="77777777" w:rsidR="0030026E" w:rsidRDefault="0019537C">
            <w:r>
              <w:t>0,120</w:t>
            </w:r>
          </w:p>
        </w:tc>
      </w:tr>
      <w:tr w:rsidR="0030026E" w14:paraId="61D95266" w14:textId="77777777">
        <w:trPr>
          <w:cantSplit/>
        </w:trPr>
        <w:tc>
          <w:tcPr>
            <w:tcW w:w="1234" w:type="dxa"/>
            <w:shd w:val="clear" w:color="auto" w:fill="F2F2F2"/>
          </w:tcPr>
          <w:p w14:paraId="05827B19" w14:textId="77777777" w:rsidR="0030026E" w:rsidRDefault="0019537C">
            <w:r>
              <w:t>УПК № 5 Новый Шерегеш</w:t>
            </w:r>
          </w:p>
        </w:tc>
        <w:tc>
          <w:tcPr>
            <w:tcW w:w="1234" w:type="dxa"/>
            <w:shd w:val="clear" w:color="auto" w:fill="FFFFFF"/>
          </w:tcPr>
          <w:p w14:paraId="79B9333D" w14:textId="77777777" w:rsidR="0030026E" w:rsidRDefault="0019537C">
            <w:r>
              <w:t>пгт Шерегеш</w:t>
            </w:r>
          </w:p>
        </w:tc>
        <w:tc>
          <w:tcPr>
            <w:tcW w:w="1234" w:type="dxa"/>
            <w:shd w:val="clear" w:color="auto" w:fill="FFFFFF"/>
          </w:tcPr>
          <w:p w14:paraId="50EF9E19" w14:textId="77777777" w:rsidR="0030026E" w:rsidRDefault="0019537C">
            <w:r>
              <w:t>95/70</w:t>
            </w:r>
          </w:p>
        </w:tc>
        <w:tc>
          <w:tcPr>
            <w:tcW w:w="1234" w:type="dxa"/>
            <w:shd w:val="clear" w:color="auto" w:fill="FFFFFF"/>
          </w:tcPr>
          <w:p w14:paraId="13911780" w14:textId="77777777" w:rsidR="0030026E" w:rsidRDefault="0019537C">
            <w:r>
              <w:t>25</w:t>
            </w:r>
          </w:p>
        </w:tc>
        <w:tc>
          <w:tcPr>
            <w:tcW w:w="1234" w:type="dxa"/>
            <w:shd w:val="clear" w:color="auto" w:fill="FFFFFF"/>
          </w:tcPr>
          <w:p w14:paraId="403F4AFD" w14:textId="77777777" w:rsidR="0030026E" w:rsidRDefault="0019537C">
            <w:r>
              <w:t>66,2763</w:t>
            </w:r>
          </w:p>
        </w:tc>
        <w:tc>
          <w:tcPr>
            <w:tcW w:w="1234" w:type="dxa"/>
            <w:shd w:val="clear" w:color="auto" w:fill="FFFFFF"/>
          </w:tcPr>
          <w:p w14:paraId="572C9C4F" w14:textId="77777777" w:rsidR="0030026E" w:rsidRDefault="0019537C">
            <w:r>
              <w:t>2651,1</w:t>
            </w:r>
          </w:p>
        </w:tc>
        <w:tc>
          <w:tcPr>
            <w:tcW w:w="1234" w:type="dxa"/>
            <w:shd w:val="clear" w:color="auto" w:fill="FFFFFF"/>
          </w:tcPr>
          <w:p w14:paraId="657558B7" w14:textId="77777777" w:rsidR="0030026E" w:rsidRDefault="0019537C">
            <w:r>
              <w:t>0,496</w:t>
            </w:r>
          </w:p>
        </w:tc>
      </w:tr>
      <w:tr w:rsidR="0030026E" w14:paraId="3A926B77" w14:textId="77777777">
        <w:trPr>
          <w:cantSplit/>
        </w:trPr>
        <w:tc>
          <w:tcPr>
            <w:tcW w:w="1234" w:type="dxa"/>
            <w:shd w:val="clear" w:color="auto" w:fill="F2F2F2"/>
          </w:tcPr>
          <w:p w14:paraId="693AFECD" w14:textId="77777777" w:rsidR="0030026E" w:rsidRDefault="0019537C">
            <w:r>
              <w:t>УПК № 6 Старый Шерегеш</w:t>
            </w:r>
          </w:p>
        </w:tc>
        <w:tc>
          <w:tcPr>
            <w:tcW w:w="1234" w:type="dxa"/>
            <w:shd w:val="clear" w:color="auto" w:fill="FFFFFF"/>
          </w:tcPr>
          <w:p w14:paraId="174DDFF5" w14:textId="77777777" w:rsidR="0030026E" w:rsidRDefault="0019537C">
            <w:r>
              <w:t>пгт Шерегеш</w:t>
            </w:r>
          </w:p>
        </w:tc>
        <w:tc>
          <w:tcPr>
            <w:tcW w:w="1234" w:type="dxa"/>
            <w:shd w:val="clear" w:color="auto" w:fill="FFFFFF"/>
          </w:tcPr>
          <w:p w14:paraId="2195798C" w14:textId="77777777" w:rsidR="0030026E" w:rsidRDefault="0019537C">
            <w:r>
              <w:t>95/70</w:t>
            </w:r>
          </w:p>
        </w:tc>
        <w:tc>
          <w:tcPr>
            <w:tcW w:w="1234" w:type="dxa"/>
            <w:shd w:val="clear" w:color="auto" w:fill="FFFFFF"/>
          </w:tcPr>
          <w:p w14:paraId="7E64A488" w14:textId="77777777" w:rsidR="0030026E" w:rsidRDefault="0019537C">
            <w:r>
              <w:t>25</w:t>
            </w:r>
          </w:p>
        </w:tc>
        <w:tc>
          <w:tcPr>
            <w:tcW w:w="1234" w:type="dxa"/>
            <w:shd w:val="clear" w:color="auto" w:fill="FFFFFF"/>
          </w:tcPr>
          <w:p w14:paraId="7608E9D8" w14:textId="77777777" w:rsidR="0030026E" w:rsidRDefault="0019537C">
            <w:r>
              <w:t>4,4846</w:t>
            </w:r>
          </w:p>
        </w:tc>
        <w:tc>
          <w:tcPr>
            <w:tcW w:w="1234" w:type="dxa"/>
            <w:shd w:val="clear" w:color="auto" w:fill="FFFFFF"/>
          </w:tcPr>
          <w:p w14:paraId="4EFFE7CC" w14:textId="77777777" w:rsidR="0030026E" w:rsidRDefault="0019537C">
            <w:r>
              <w:t>179,4</w:t>
            </w:r>
          </w:p>
        </w:tc>
        <w:tc>
          <w:tcPr>
            <w:tcW w:w="1234" w:type="dxa"/>
            <w:shd w:val="clear" w:color="auto" w:fill="FFFFFF"/>
          </w:tcPr>
          <w:p w14:paraId="4A6C5F57" w14:textId="77777777" w:rsidR="0030026E" w:rsidRDefault="0019537C">
            <w:r>
              <w:t>0,200</w:t>
            </w:r>
          </w:p>
        </w:tc>
      </w:tr>
      <w:tr w:rsidR="0030026E" w14:paraId="4E02E3B7" w14:textId="77777777">
        <w:trPr>
          <w:cantSplit/>
        </w:trPr>
        <w:tc>
          <w:tcPr>
            <w:tcW w:w="1234" w:type="dxa"/>
            <w:shd w:val="clear" w:color="auto" w:fill="F2F2F2"/>
          </w:tcPr>
          <w:p w14:paraId="1E318C6C" w14:textId="77777777" w:rsidR="0030026E" w:rsidRDefault="0019537C">
            <w:r>
              <w:t>УПК № 7 Каз</w:t>
            </w:r>
          </w:p>
        </w:tc>
        <w:tc>
          <w:tcPr>
            <w:tcW w:w="1234" w:type="dxa"/>
            <w:shd w:val="clear" w:color="auto" w:fill="FFFFFF"/>
          </w:tcPr>
          <w:p w14:paraId="6DE4DD0E" w14:textId="77777777" w:rsidR="0030026E" w:rsidRDefault="0019537C">
            <w:r>
              <w:t>пгт Каз</w:t>
            </w:r>
          </w:p>
        </w:tc>
        <w:tc>
          <w:tcPr>
            <w:tcW w:w="1234" w:type="dxa"/>
            <w:shd w:val="clear" w:color="auto" w:fill="FFFFFF"/>
          </w:tcPr>
          <w:p w14:paraId="0001496B" w14:textId="77777777" w:rsidR="0030026E" w:rsidRDefault="0019537C">
            <w:r>
              <w:t>130/65</w:t>
            </w:r>
          </w:p>
        </w:tc>
        <w:tc>
          <w:tcPr>
            <w:tcW w:w="1234" w:type="dxa"/>
            <w:shd w:val="clear" w:color="auto" w:fill="FFFFFF"/>
          </w:tcPr>
          <w:p w14:paraId="4C6A2D91" w14:textId="77777777" w:rsidR="0030026E" w:rsidRDefault="0019537C">
            <w:r>
              <w:t>65</w:t>
            </w:r>
          </w:p>
        </w:tc>
        <w:tc>
          <w:tcPr>
            <w:tcW w:w="1234" w:type="dxa"/>
            <w:shd w:val="clear" w:color="auto" w:fill="FFFFFF"/>
          </w:tcPr>
          <w:p w14:paraId="2062E726" w14:textId="77777777" w:rsidR="0030026E" w:rsidRDefault="0019537C">
            <w:r>
              <w:t>18,8817</w:t>
            </w:r>
          </w:p>
        </w:tc>
        <w:tc>
          <w:tcPr>
            <w:tcW w:w="1234" w:type="dxa"/>
            <w:shd w:val="clear" w:color="auto" w:fill="FFFFFF"/>
          </w:tcPr>
          <w:p w14:paraId="0D4A6B7C" w14:textId="77777777" w:rsidR="0030026E" w:rsidRDefault="0019537C">
            <w:r>
              <w:t>290,5</w:t>
            </w:r>
          </w:p>
        </w:tc>
        <w:tc>
          <w:tcPr>
            <w:tcW w:w="1234" w:type="dxa"/>
            <w:shd w:val="clear" w:color="auto" w:fill="FFFFFF"/>
          </w:tcPr>
          <w:p w14:paraId="7B0A1CE1" w14:textId="77777777" w:rsidR="0030026E" w:rsidRDefault="0019537C">
            <w:r>
              <w:t>0,367</w:t>
            </w:r>
          </w:p>
        </w:tc>
      </w:tr>
      <w:tr w:rsidR="0030026E" w14:paraId="012B0F5D" w14:textId="77777777">
        <w:trPr>
          <w:cantSplit/>
        </w:trPr>
        <w:tc>
          <w:tcPr>
            <w:tcW w:w="1234" w:type="dxa"/>
            <w:shd w:val="clear" w:color="auto" w:fill="F2F2F2"/>
          </w:tcPr>
          <w:p w14:paraId="5FE6C69C" w14:textId="77777777" w:rsidR="0030026E" w:rsidRDefault="0019537C">
            <w:r>
              <w:t>УПК № 8 Мундыбаш</w:t>
            </w:r>
          </w:p>
        </w:tc>
        <w:tc>
          <w:tcPr>
            <w:tcW w:w="1234" w:type="dxa"/>
            <w:shd w:val="clear" w:color="auto" w:fill="FFFFFF"/>
          </w:tcPr>
          <w:p w14:paraId="335E346D" w14:textId="77777777" w:rsidR="0030026E" w:rsidRDefault="0019537C">
            <w:r>
              <w:t>пгт Мундыбаш</w:t>
            </w:r>
          </w:p>
        </w:tc>
        <w:tc>
          <w:tcPr>
            <w:tcW w:w="1234" w:type="dxa"/>
            <w:shd w:val="clear" w:color="auto" w:fill="FFFFFF"/>
          </w:tcPr>
          <w:p w14:paraId="400E06B3" w14:textId="77777777" w:rsidR="0030026E" w:rsidRDefault="0019537C">
            <w:r>
              <w:t>по режимным картам 2025 года</w:t>
            </w:r>
          </w:p>
        </w:tc>
        <w:tc>
          <w:tcPr>
            <w:tcW w:w="1234" w:type="dxa"/>
            <w:shd w:val="clear" w:color="auto" w:fill="FFFFFF"/>
          </w:tcPr>
          <w:p w14:paraId="7523D758" w14:textId="77777777" w:rsidR="0030026E" w:rsidRDefault="0019537C">
            <w:r>
              <w:t>—</w:t>
            </w:r>
          </w:p>
        </w:tc>
        <w:tc>
          <w:tcPr>
            <w:tcW w:w="1234" w:type="dxa"/>
            <w:shd w:val="clear" w:color="auto" w:fill="FFFFFF"/>
          </w:tcPr>
          <w:p w14:paraId="7B092E65" w14:textId="77777777" w:rsidR="0030026E" w:rsidRDefault="0019537C">
            <w:r>
              <w:t>19,7745</w:t>
            </w:r>
          </w:p>
        </w:tc>
        <w:tc>
          <w:tcPr>
            <w:tcW w:w="1234" w:type="dxa"/>
            <w:shd w:val="clear" w:color="auto" w:fill="FFFFFF"/>
          </w:tcPr>
          <w:p w14:paraId="2A45DA65" w14:textId="77777777" w:rsidR="0030026E" w:rsidRDefault="0019537C">
            <w:r>
              <w:t>н/д</w:t>
            </w:r>
          </w:p>
        </w:tc>
        <w:tc>
          <w:tcPr>
            <w:tcW w:w="1234" w:type="dxa"/>
            <w:shd w:val="clear" w:color="auto" w:fill="FFFFFF"/>
          </w:tcPr>
          <w:p w14:paraId="54D8185A" w14:textId="77777777" w:rsidR="0030026E" w:rsidRDefault="0019537C">
            <w:r>
              <w:t>0,341</w:t>
            </w:r>
          </w:p>
        </w:tc>
      </w:tr>
      <w:tr w:rsidR="0030026E" w14:paraId="3C859FF4" w14:textId="77777777">
        <w:trPr>
          <w:cantSplit/>
        </w:trPr>
        <w:tc>
          <w:tcPr>
            <w:tcW w:w="1234" w:type="dxa"/>
            <w:shd w:val="clear" w:color="auto" w:fill="F2F2F2"/>
          </w:tcPr>
          <w:p w14:paraId="6BF90E04" w14:textId="77777777" w:rsidR="0030026E" w:rsidRDefault="0019537C">
            <w:r>
              <w:t>УПК № 10 Темир-Тау</w:t>
            </w:r>
          </w:p>
        </w:tc>
        <w:tc>
          <w:tcPr>
            <w:tcW w:w="1234" w:type="dxa"/>
            <w:shd w:val="clear" w:color="auto" w:fill="FFFFFF"/>
          </w:tcPr>
          <w:p w14:paraId="4C9BA83D" w14:textId="77777777" w:rsidR="0030026E" w:rsidRDefault="0019537C">
            <w:r>
              <w:t>пгт Темиртау</w:t>
            </w:r>
          </w:p>
        </w:tc>
        <w:tc>
          <w:tcPr>
            <w:tcW w:w="1234" w:type="dxa"/>
            <w:shd w:val="clear" w:color="auto" w:fill="FFFFFF"/>
          </w:tcPr>
          <w:p w14:paraId="0A920A0D" w14:textId="77777777" w:rsidR="0030026E" w:rsidRDefault="0019537C">
            <w:r>
              <w:t>по режимным картам 2025 года</w:t>
            </w:r>
          </w:p>
        </w:tc>
        <w:tc>
          <w:tcPr>
            <w:tcW w:w="1234" w:type="dxa"/>
            <w:shd w:val="clear" w:color="auto" w:fill="FFFFFF"/>
          </w:tcPr>
          <w:p w14:paraId="1F9838B1" w14:textId="77777777" w:rsidR="0030026E" w:rsidRDefault="0019537C">
            <w:r>
              <w:t>—</w:t>
            </w:r>
          </w:p>
        </w:tc>
        <w:tc>
          <w:tcPr>
            <w:tcW w:w="1234" w:type="dxa"/>
            <w:shd w:val="clear" w:color="auto" w:fill="FFFFFF"/>
          </w:tcPr>
          <w:p w14:paraId="2DC398F9" w14:textId="77777777" w:rsidR="0030026E" w:rsidRDefault="0019537C">
            <w:r>
              <w:t>8,5595</w:t>
            </w:r>
          </w:p>
        </w:tc>
        <w:tc>
          <w:tcPr>
            <w:tcW w:w="1234" w:type="dxa"/>
            <w:shd w:val="clear" w:color="auto" w:fill="FFFFFF"/>
          </w:tcPr>
          <w:p w14:paraId="43D0448D" w14:textId="77777777" w:rsidR="0030026E" w:rsidRDefault="0019537C">
            <w:r>
              <w:t>н/д</w:t>
            </w:r>
          </w:p>
        </w:tc>
        <w:tc>
          <w:tcPr>
            <w:tcW w:w="1234" w:type="dxa"/>
            <w:shd w:val="clear" w:color="auto" w:fill="FFFFFF"/>
          </w:tcPr>
          <w:p w14:paraId="27E2A2A0" w14:textId="77777777" w:rsidR="0030026E" w:rsidRDefault="0019537C">
            <w:r>
              <w:t>0,367</w:t>
            </w:r>
          </w:p>
        </w:tc>
      </w:tr>
      <w:tr w:rsidR="0030026E" w14:paraId="30291AB0" w14:textId="77777777">
        <w:trPr>
          <w:cantSplit/>
        </w:trPr>
        <w:tc>
          <w:tcPr>
            <w:tcW w:w="1234" w:type="dxa"/>
            <w:shd w:val="clear" w:color="auto" w:fill="F2F2F2"/>
          </w:tcPr>
          <w:p w14:paraId="6D562695" w14:textId="77777777" w:rsidR="0030026E" w:rsidRDefault="0019537C">
            <w:r>
              <w:t>УПК № 3 Спасск</w:t>
            </w:r>
          </w:p>
        </w:tc>
        <w:tc>
          <w:tcPr>
            <w:tcW w:w="1234" w:type="dxa"/>
            <w:shd w:val="clear" w:color="auto" w:fill="FFFFFF"/>
          </w:tcPr>
          <w:p w14:paraId="1D132542" w14:textId="77777777" w:rsidR="0030026E" w:rsidRDefault="0019537C">
            <w:r>
              <w:t>пгт Спасск</w:t>
            </w:r>
          </w:p>
        </w:tc>
        <w:tc>
          <w:tcPr>
            <w:tcW w:w="1234" w:type="dxa"/>
            <w:shd w:val="clear" w:color="auto" w:fill="FFFFFF"/>
          </w:tcPr>
          <w:p w14:paraId="028903A9" w14:textId="77777777" w:rsidR="0030026E" w:rsidRDefault="0019537C">
            <w:r>
              <w:t>95/70</w:t>
            </w:r>
          </w:p>
        </w:tc>
        <w:tc>
          <w:tcPr>
            <w:tcW w:w="1234" w:type="dxa"/>
            <w:shd w:val="clear" w:color="auto" w:fill="FFFFFF"/>
          </w:tcPr>
          <w:p w14:paraId="5D5E2416" w14:textId="77777777" w:rsidR="0030026E" w:rsidRDefault="0019537C">
            <w:r>
              <w:t>25</w:t>
            </w:r>
          </w:p>
        </w:tc>
        <w:tc>
          <w:tcPr>
            <w:tcW w:w="1234" w:type="dxa"/>
            <w:shd w:val="clear" w:color="auto" w:fill="FFFFFF"/>
          </w:tcPr>
          <w:p w14:paraId="7F9B5AF3" w14:textId="77777777" w:rsidR="0030026E" w:rsidRDefault="0019537C">
            <w:r>
              <w:t>1,8301</w:t>
            </w:r>
          </w:p>
        </w:tc>
        <w:tc>
          <w:tcPr>
            <w:tcW w:w="1234" w:type="dxa"/>
            <w:shd w:val="clear" w:color="auto" w:fill="FFFFFF"/>
          </w:tcPr>
          <w:p w14:paraId="05FD0FE5" w14:textId="77777777" w:rsidR="0030026E" w:rsidRDefault="0019537C">
            <w:r>
              <w:t>73,2</w:t>
            </w:r>
          </w:p>
        </w:tc>
        <w:tc>
          <w:tcPr>
            <w:tcW w:w="1234" w:type="dxa"/>
            <w:shd w:val="clear" w:color="auto" w:fill="FFFFFF"/>
          </w:tcPr>
          <w:p w14:paraId="58578228" w14:textId="77777777" w:rsidR="0030026E" w:rsidRDefault="0019537C">
            <w:r>
              <w:t>0,035</w:t>
            </w:r>
          </w:p>
        </w:tc>
      </w:tr>
    </w:tbl>
    <w:p w14:paraId="33F1A9D4" w14:textId="77777777" w:rsidR="00B808F9" w:rsidRDefault="00B808F9">
      <w:pPr>
        <w:sectPr w:rsidR="00B808F9" w:rsidSect="00034616">
          <w:footerReference w:type="default" r:id="rId56"/>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90D0653" w14:textId="77777777" w:rsidR="0030026E" w:rsidRPr="00C74F04" w:rsidRDefault="0019537C">
      <w:pPr>
        <w:rPr>
          <w:lang w:val="ru-RU"/>
        </w:rPr>
      </w:pPr>
      <w:r w:rsidRPr="00C74F04">
        <w:rPr>
          <w:lang w:val="ru-RU"/>
        </w:rPr>
        <w:t>По восьми зонам температурный график установлен: 95/70 °</w:t>
      </w:r>
      <w:r>
        <w:t>C</w:t>
      </w:r>
      <w:r w:rsidRPr="00C74F04">
        <w:rPr>
          <w:lang w:val="ru-RU"/>
        </w:rPr>
        <w:t xml:space="preserve"> по Таштаголу, Шерегешу и Спасску и 130/65 °</w:t>
      </w:r>
      <w:r>
        <w:t>C</w:t>
      </w:r>
      <w:r w:rsidRPr="00C74F04">
        <w:rPr>
          <w:lang w:val="ru-RU"/>
        </w:rPr>
        <w:t xml:space="preserve"> по Казу. По Мундыбашу и Темиртау графики ведутся режимными картами 2025 года без приведения к типовому виду, поэтому расчётный расход теплоносителя по этим зонам не определён и нулём не замещается.</w:t>
      </w:r>
    </w:p>
    <w:p w14:paraId="63B895F6" w14:textId="77777777" w:rsidR="0030026E" w:rsidRPr="00C74F04" w:rsidRDefault="0019537C">
      <w:pPr>
        <w:rPr>
          <w:lang w:val="ru-RU"/>
        </w:rPr>
      </w:pPr>
      <w:r w:rsidRPr="00C74F04">
        <w:rPr>
          <w:lang w:val="ru-RU"/>
        </w:rPr>
        <w:t>Эквивалентный радиус зоны вычислен по площади зоны действия как радиус равновеликого круга. Это геометрическая характеристика компактности зоны, а не измеренное расстояние до наиболее удалённого потребителя: такое расстояние определяется по трассировке тепловых сетей в электронной модели. Пьезометрические графики и поверочный гидравлический расчёт в составе исходных данных отсутствуют, их состояние по каждой зоне приведено таблицей 1.12; располагаемые напоры и потери давления настоящей редакцией не приводятся, поскольку принятые условно они не отражают фактического распределения.</w:t>
      </w:r>
    </w:p>
    <w:p w14:paraId="3B5DE937" w14:textId="77777777" w:rsidR="0030026E" w:rsidRPr="00C74F04" w:rsidRDefault="0019537C">
      <w:pPr>
        <w:rPr>
          <w:lang w:val="ru-RU"/>
        </w:rPr>
      </w:pPr>
      <w:r w:rsidRPr="00C74F04">
        <w:rPr>
          <w:lang w:val="ru-RU"/>
        </w:rPr>
        <w:t>Дефициты, выявленные расчётом, сведены ниже. Дефицит тепловой мощности и дефицит производительности водоподготовительных установок различны по природе и в одну величину не объединяются.</w:t>
      </w:r>
    </w:p>
    <w:p w14:paraId="1CC8BD92" w14:textId="77777777" w:rsidR="0030026E" w:rsidRPr="00782666" w:rsidRDefault="0019537C">
      <w:pPr>
        <w:rPr>
          <w:b/>
          <w:bCs/>
          <w:lang w:val="ru-RU"/>
        </w:rPr>
      </w:pPr>
      <w:r w:rsidRPr="00782666">
        <w:rPr>
          <w:b/>
          <w:bCs/>
          <w:lang w:val="ru-RU"/>
        </w:rPr>
        <w:t>Таблица 1.26 — Дефициты тепловой мощности и производительности водоподготовительных установок</w:t>
      </w:r>
    </w:p>
    <w:tbl>
      <w:tblPr>
        <w:tblW w:w="5000" w:type="pct"/>
        <w:tblCellMar>
          <w:left w:w="57" w:type="dxa"/>
          <w:right w:w="57" w:type="dxa"/>
        </w:tblCellMar>
        <w:tblLook w:val="04A0" w:firstRow="1" w:lastRow="0" w:firstColumn="1" w:lastColumn="0" w:noHBand="0" w:noVBand="1"/>
      </w:tblPr>
      <w:tblGrid>
        <w:gridCol w:w="1168"/>
        <w:gridCol w:w="2138"/>
        <w:gridCol w:w="701"/>
        <w:gridCol w:w="1154"/>
        <w:gridCol w:w="2157"/>
        <w:gridCol w:w="2037"/>
      </w:tblGrid>
      <w:tr w:rsidR="0030026E" w14:paraId="28E1DA45" w14:textId="77777777">
        <w:trPr>
          <w:cantSplit/>
          <w:tblHeader/>
        </w:trPr>
        <w:tc>
          <w:tcPr>
            <w:tcW w:w="1440" w:type="dxa"/>
            <w:shd w:val="clear" w:color="auto" w:fill="E2F0D9"/>
          </w:tcPr>
          <w:p w14:paraId="5C1D54AB" w14:textId="77777777" w:rsidR="0030026E" w:rsidRDefault="0019537C">
            <w:pPr>
              <w:jc w:val="center"/>
            </w:pPr>
            <w:r>
              <w:rPr>
                <w:b/>
              </w:rPr>
              <w:t>Источник тепловой энергии</w:t>
            </w:r>
          </w:p>
        </w:tc>
        <w:tc>
          <w:tcPr>
            <w:tcW w:w="1440" w:type="dxa"/>
            <w:shd w:val="clear" w:color="auto" w:fill="E2F0D9"/>
          </w:tcPr>
          <w:p w14:paraId="6C45FAA9" w14:textId="77777777" w:rsidR="0030026E" w:rsidRDefault="0019537C">
            <w:pPr>
              <w:jc w:val="center"/>
            </w:pPr>
            <w:r>
              <w:rPr>
                <w:b/>
              </w:rPr>
              <w:t>Вид дефицита</w:t>
            </w:r>
          </w:p>
        </w:tc>
        <w:tc>
          <w:tcPr>
            <w:tcW w:w="1440" w:type="dxa"/>
            <w:shd w:val="clear" w:color="auto" w:fill="E2F0D9"/>
          </w:tcPr>
          <w:p w14:paraId="53AE1DBA" w14:textId="77777777" w:rsidR="0030026E" w:rsidRDefault="0019537C">
            <w:pPr>
              <w:jc w:val="center"/>
            </w:pPr>
            <w:r>
              <w:rPr>
                <w:b/>
              </w:rPr>
              <w:t>Этап</w:t>
            </w:r>
          </w:p>
        </w:tc>
        <w:tc>
          <w:tcPr>
            <w:tcW w:w="1440" w:type="dxa"/>
            <w:shd w:val="clear" w:color="auto" w:fill="E2F0D9"/>
          </w:tcPr>
          <w:p w14:paraId="59B75DFB" w14:textId="77777777" w:rsidR="0030026E" w:rsidRDefault="0019537C">
            <w:pPr>
              <w:jc w:val="center"/>
            </w:pPr>
            <w:r>
              <w:rPr>
                <w:b/>
              </w:rPr>
              <w:t>Величина</w:t>
            </w:r>
          </w:p>
        </w:tc>
        <w:tc>
          <w:tcPr>
            <w:tcW w:w="1440" w:type="dxa"/>
            <w:shd w:val="clear" w:color="auto" w:fill="E2F0D9"/>
          </w:tcPr>
          <w:p w14:paraId="6A9D5839" w14:textId="77777777" w:rsidR="0030026E" w:rsidRDefault="0019537C">
            <w:pPr>
              <w:jc w:val="center"/>
            </w:pPr>
            <w:r>
              <w:rPr>
                <w:b/>
              </w:rPr>
              <w:t>Причина возникновения</w:t>
            </w:r>
          </w:p>
        </w:tc>
        <w:tc>
          <w:tcPr>
            <w:tcW w:w="1440" w:type="dxa"/>
            <w:shd w:val="clear" w:color="auto" w:fill="E2F0D9"/>
          </w:tcPr>
          <w:p w14:paraId="314E6E15" w14:textId="77777777" w:rsidR="0030026E" w:rsidRDefault="0019537C">
            <w:pPr>
              <w:jc w:val="center"/>
            </w:pPr>
            <w:r>
              <w:rPr>
                <w:b/>
              </w:rPr>
              <w:t>Последствия для качества теплоснабжения</w:t>
            </w:r>
          </w:p>
        </w:tc>
      </w:tr>
      <w:tr w:rsidR="0030026E" w:rsidRPr="00C07C05" w14:paraId="5DCDA7AE" w14:textId="77777777">
        <w:trPr>
          <w:cantSplit/>
        </w:trPr>
        <w:tc>
          <w:tcPr>
            <w:tcW w:w="1440" w:type="dxa"/>
            <w:shd w:val="clear" w:color="auto" w:fill="F2F2F2"/>
          </w:tcPr>
          <w:p w14:paraId="7B7F5D35" w14:textId="77777777" w:rsidR="0030026E" w:rsidRDefault="0019537C">
            <w:r>
              <w:t>УПК № 5 «Новый Шерегеш»</w:t>
            </w:r>
          </w:p>
        </w:tc>
        <w:tc>
          <w:tcPr>
            <w:tcW w:w="1440" w:type="dxa"/>
            <w:shd w:val="clear" w:color="auto" w:fill="FFFFFF"/>
          </w:tcPr>
          <w:p w14:paraId="6027B9C8" w14:textId="77777777" w:rsidR="0030026E" w:rsidRDefault="0019537C">
            <w:r>
              <w:t>тепловая мощность</w:t>
            </w:r>
          </w:p>
        </w:tc>
        <w:tc>
          <w:tcPr>
            <w:tcW w:w="1440" w:type="dxa"/>
            <w:shd w:val="clear" w:color="auto" w:fill="FFFFFF"/>
          </w:tcPr>
          <w:p w14:paraId="6F0F0D7D" w14:textId="77777777" w:rsidR="0030026E" w:rsidRDefault="0019537C">
            <w:r>
              <w:t>2031 и 2036 годы</w:t>
            </w:r>
          </w:p>
        </w:tc>
        <w:tc>
          <w:tcPr>
            <w:tcW w:w="1440" w:type="dxa"/>
            <w:shd w:val="clear" w:color="auto" w:fill="FFFFFF"/>
          </w:tcPr>
          <w:p w14:paraId="2F855A77" w14:textId="77777777" w:rsidR="0030026E" w:rsidRDefault="0019537C">
            <w:r>
              <w:t>−0,4463 Гкал/ч</w:t>
            </w:r>
          </w:p>
        </w:tc>
        <w:tc>
          <w:tcPr>
            <w:tcW w:w="1440" w:type="dxa"/>
            <w:shd w:val="clear" w:color="auto" w:fill="FFFFFF"/>
          </w:tcPr>
          <w:p w14:paraId="29EC49FE" w14:textId="77777777" w:rsidR="0030026E" w:rsidRPr="00C74F04" w:rsidRDefault="0019537C">
            <w:pPr>
              <w:rPr>
                <w:lang w:val="ru-RU"/>
              </w:rPr>
            </w:pPr>
            <w:r w:rsidRPr="00C74F04">
              <w:rPr>
                <w:lang w:val="ru-RU"/>
              </w:rPr>
              <w:t>Рост тепловой нагрузки Шерегеша по принятому генплановому сценарию: полная максимальная нагрузка возрастает с 68,6123 до 114,4463 Гкал/ч при неизменной располагаемой мощности 114,000 Гкал/ч</w:t>
            </w:r>
          </w:p>
        </w:tc>
        <w:tc>
          <w:tcPr>
            <w:tcW w:w="1440" w:type="dxa"/>
            <w:shd w:val="clear" w:color="auto" w:fill="FFFFFF"/>
          </w:tcPr>
          <w:p w14:paraId="68DF690B" w14:textId="77777777" w:rsidR="0030026E" w:rsidRPr="00C74F04" w:rsidRDefault="0019537C">
            <w:pPr>
              <w:rPr>
                <w:lang w:val="ru-RU"/>
              </w:rPr>
            </w:pPr>
            <w:r w:rsidRPr="00C74F04">
              <w:rPr>
                <w:lang w:val="ru-RU"/>
              </w:rPr>
              <w:t>Свободный балансовый резерв исчерпан; подключение новой нагрузки сверх учтённой перспективы не обеспечивается без увеличения мощности источника</w:t>
            </w:r>
          </w:p>
        </w:tc>
      </w:tr>
      <w:tr w:rsidR="0030026E" w:rsidRPr="00C07C05" w14:paraId="5700680A" w14:textId="77777777">
        <w:trPr>
          <w:cantSplit/>
        </w:trPr>
        <w:tc>
          <w:tcPr>
            <w:tcW w:w="1440" w:type="dxa"/>
            <w:shd w:val="clear" w:color="auto" w:fill="F2F2F2"/>
          </w:tcPr>
          <w:p w14:paraId="35A6B280" w14:textId="77777777" w:rsidR="0030026E" w:rsidRDefault="0019537C">
            <w:r>
              <w:t>УПК № 2 «Шалым»</w:t>
            </w:r>
          </w:p>
        </w:tc>
        <w:tc>
          <w:tcPr>
            <w:tcW w:w="1440" w:type="dxa"/>
            <w:shd w:val="clear" w:color="auto" w:fill="FFFFFF"/>
          </w:tcPr>
          <w:p w14:paraId="571AAEBE" w14:textId="77777777" w:rsidR="0030026E" w:rsidRDefault="0019537C">
            <w:r>
              <w:t>производительность водоподготовки, нормальный режим</w:t>
            </w:r>
          </w:p>
        </w:tc>
        <w:tc>
          <w:tcPr>
            <w:tcW w:w="1440" w:type="dxa"/>
            <w:shd w:val="clear" w:color="auto" w:fill="FFFFFF"/>
          </w:tcPr>
          <w:p w14:paraId="35AE8B7C" w14:textId="77777777" w:rsidR="0030026E" w:rsidRDefault="0019537C">
            <w:r>
              <w:t>все этапы</w:t>
            </w:r>
          </w:p>
        </w:tc>
        <w:tc>
          <w:tcPr>
            <w:tcW w:w="1440" w:type="dxa"/>
            <w:shd w:val="clear" w:color="auto" w:fill="FFFFFF"/>
          </w:tcPr>
          <w:p w14:paraId="0429F36F" w14:textId="77777777" w:rsidR="0030026E" w:rsidRDefault="0019537C">
            <w:r>
              <w:t>−2,282 т/ч</w:t>
            </w:r>
          </w:p>
        </w:tc>
        <w:tc>
          <w:tcPr>
            <w:tcW w:w="1440" w:type="dxa"/>
            <w:shd w:val="clear" w:color="auto" w:fill="FFFFFF"/>
          </w:tcPr>
          <w:p w14:paraId="586CA591" w14:textId="77777777" w:rsidR="0030026E" w:rsidRPr="00C74F04" w:rsidRDefault="0019537C">
            <w:pPr>
              <w:rPr>
                <w:lang w:val="ru-RU"/>
              </w:rPr>
            </w:pPr>
            <w:r w:rsidRPr="00C74F04">
              <w:rPr>
                <w:lang w:val="ru-RU"/>
              </w:rPr>
              <w:t>Заявленная производительность установки ниже расчётной подпитки тепловой сети</w:t>
            </w:r>
          </w:p>
        </w:tc>
        <w:tc>
          <w:tcPr>
            <w:tcW w:w="1440" w:type="dxa"/>
            <w:shd w:val="clear" w:color="auto" w:fill="FFFFFF"/>
          </w:tcPr>
          <w:p w14:paraId="5B188703" w14:textId="77777777" w:rsidR="0030026E" w:rsidRPr="00C74F04" w:rsidRDefault="0019537C">
            <w:pPr>
              <w:rPr>
                <w:lang w:val="ru-RU"/>
              </w:rPr>
            </w:pPr>
            <w:r w:rsidRPr="00C74F04">
              <w:rPr>
                <w:lang w:val="ru-RU"/>
              </w:rPr>
              <w:t>Восполнение потерь теплоносителя химически не обработанной водой; ускоренная внутренняя коррозия и накипеобразование</w:t>
            </w:r>
          </w:p>
        </w:tc>
      </w:tr>
      <w:tr w:rsidR="0030026E" w14:paraId="37441066" w14:textId="77777777">
        <w:trPr>
          <w:cantSplit/>
        </w:trPr>
        <w:tc>
          <w:tcPr>
            <w:tcW w:w="1440" w:type="dxa"/>
            <w:shd w:val="clear" w:color="auto" w:fill="F2F2F2"/>
          </w:tcPr>
          <w:p w14:paraId="45A41B54" w14:textId="77777777" w:rsidR="0030026E" w:rsidRDefault="0019537C">
            <w:r>
              <w:t>УПК № 10 «Темир-Тау»</w:t>
            </w:r>
          </w:p>
        </w:tc>
        <w:tc>
          <w:tcPr>
            <w:tcW w:w="1440" w:type="dxa"/>
            <w:shd w:val="clear" w:color="auto" w:fill="FFFFFF"/>
          </w:tcPr>
          <w:p w14:paraId="43B93B3C" w14:textId="77777777" w:rsidR="0030026E" w:rsidRDefault="0019537C">
            <w:r>
              <w:t>производительность водоподготовки, нормальный режим</w:t>
            </w:r>
          </w:p>
        </w:tc>
        <w:tc>
          <w:tcPr>
            <w:tcW w:w="1440" w:type="dxa"/>
            <w:shd w:val="clear" w:color="auto" w:fill="FFFFFF"/>
          </w:tcPr>
          <w:p w14:paraId="34223ED8" w14:textId="77777777" w:rsidR="0030026E" w:rsidRDefault="0019537C">
            <w:r>
              <w:t>все этапы</w:t>
            </w:r>
          </w:p>
        </w:tc>
        <w:tc>
          <w:tcPr>
            <w:tcW w:w="1440" w:type="dxa"/>
            <w:shd w:val="clear" w:color="auto" w:fill="FFFFFF"/>
          </w:tcPr>
          <w:p w14:paraId="20D1BA57" w14:textId="77777777" w:rsidR="0030026E" w:rsidRDefault="0019537C">
            <w:r>
              <w:t>−4,052 т/ч</w:t>
            </w:r>
          </w:p>
        </w:tc>
        <w:tc>
          <w:tcPr>
            <w:tcW w:w="1440" w:type="dxa"/>
            <w:shd w:val="clear" w:color="auto" w:fill="FFFFFF"/>
          </w:tcPr>
          <w:p w14:paraId="28E6553A" w14:textId="77777777" w:rsidR="0030026E" w:rsidRPr="00C74F04" w:rsidRDefault="0019537C">
            <w:pPr>
              <w:rPr>
                <w:lang w:val="ru-RU"/>
              </w:rPr>
            </w:pPr>
            <w:r w:rsidRPr="00C74F04">
              <w:rPr>
                <w:lang w:val="ru-RU"/>
              </w:rPr>
              <w:t>Заявленная производительность установки ниже расчётной подпитки тепловой сети</w:t>
            </w:r>
          </w:p>
        </w:tc>
        <w:tc>
          <w:tcPr>
            <w:tcW w:w="1440" w:type="dxa"/>
            <w:shd w:val="clear" w:color="auto" w:fill="FFFFFF"/>
          </w:tcPr>
          <w:p w14:paraId="27605FB3" w14:textId="77777777" w:rsidR="0030026E" w:rsidRDefault="0019537C">
            <w:r>
              <w:t>То же</w:t>
            </w:r>
          </w:p>
        </w:tc>
      </w:tr>
      <w:tr w:rsidR="0030026E" w:rsidRPr="00C07C05" w14:paraId="4495E8EA" w14:textId="77777777">
        <w:trPr>
          <w:cantSplit/>
        </w:trPr>
        <w:tc>
          <w:tcPr>
            <w:tcW w:w="1440" w:type="dxa"/>
            <w:shd w:val="clear" w:color="auto" w:fill="F2F2F2"/>
          </w:tcPr>
          <w:p w14:paraId="4935DFA3" w14:textId="77777777" w:rsidR="0030026E" w:rsidRDefault="0019537C">
            <w:r>
              <w:t>УПК № 5 «Новый Шерегеш»</w:t>
            </w:r>
          </w:p>
        </w:tc>
        <w:tc>
          <w:tcPr>
            <w:tcW w:w="1440" w:type="dxa"/>
            <w:shd w:val="clear" w:color="auto" w:fill="FFFFFF"/>
          </w:tcPr>
          <w:p w14:paraId="32D14E1A" w14:textId="77777777" w:rsidR="0030026E" w:rsidRDefault="0019537C">
            <w:r>
              <w:t>производительность водоподготовки, нормальный режим</w:t>
            </w:r>
          </w:p>
        </w:tc>
        <w:tc>
          <w:tcPr>
            <w:tcW w:w="1440" w:type="dxa"/>
            <w:shd w:val="clear" w:color="auto" w:fill="FFFFFF"/>
          </w:tcPr>
          <w:p w14:paraId="22AE05C7" w14:textId="77777777" w:rsidR="0030026E" w:rsidRDefault="0019537C">
            <w:r>
              <w:t>2026 год; 2031 и 2036 годы</w:t>
            </w:r>
          </w:p>
        </w:tc>
        <w:tc>
          <w:tcPr>
            <w:tcW w:w="1440" w:type="dxa"/>
            <w:shd w:val="clear" w:color="auto" w:fill="FFFFFF"/>
          </w:tcPr>
          <w:p w14:paraId="09205DF7" w14:textId="77777777" w:rsidR="0030026E" w:rsidRDefault="0019537C">
            <w:r>
              <w:t>−0,490 т/ч; −4,25 т/ч</w:t>
            </w:r>
          </w:p>
        </w:tc>
        <w:tc>
          <w:tcPr>
            <w:tcW w:w="1440" w:type="dxa"/>
            <w:shd w:val="clear" w:color="auto" w:fill="FFFFFF"/>
          </w:tcPr>
          <w:p w14:paraId="39C188D3" w14:textId="77777777" w:rsidR="0030026E" w:rsidRPr="00C74F04" w:rsidRDefault="0019537C">
            <w:pPr>
              <w:rPr>
                <w:lang w:val="ru-RU"/>
              </w:rPr>
            </w:pPr>
            <w:r w:rsidRPr="00C74F04">
              <w:rPr>
                <w:lang w:val="ru-RU"/>
              </w:rPr>
              <w:t>Рост нормативных утечек с ростом объёма тепловой сети: подпитка возрастает при производительности установки 26,4 т/ч</w:t>
            </w:r>
          </w:p>
        </w:tc>
        <w:tc>
          <w:tcPr>
            <w:tcW w:w="1440" w:type="dxa"/>
            <w:shd w:val="clear" w:color="auto" w:fill="FFFFFF"/>
          </w:tcPr>
          <w:p w14:paraId="50AAD40D" w14:textId="77777777" w:rsidR="0030026E" w:rsidRPr="00C74F04" w:rsidRDefault="0019537C">
            <w:pPr>
              <w:rPr>
                <w:lang w:val="ru-RU"/>
              </w:rPr>
            </w:pPr>
            <w:r w:rsidRPr="00C74F04">
              <w:rPr>
                <w:lang w:val="ru-RU"/>
              </w:rPr>
              <w:t>То же; дефицит нарастает к расчётному сроку</w:t>
            </w:r>
          </w:p>
        </w:tc>
      </w:tr>
      <w:tr w:rsidR="0030026E" w14:paraId="587D413A" w14:textId="77777777">
        <w:trPr>
          <w:cantSplit/>
        </w:trPr>
        <w:tc>
          <w:tcPr>
            <w:tcW w:w="1440" w:type="dxa"/>
            <w:shd w:val="clear" w:color="auto" w:fill="F2F2F2"/>
          </w:tcPr>
          <w:p w14:paraId="46152BF4" w14:textId="77777777" w:rsidR="0030026E" w:rsidRDefault="0019537C">
            <w:r>
              <w:t>УПК № 3 «Спасск»</w:t>
            </w:r>
          </w:p>
        </w:tc>
        <w:tc>
          <w:tcPr>
            <w:tcW w:w="1440" w:type="dxa"/>
            <w:shd w:val="clear" w:color="auto" w:fill="FFFFFF"/>
          </w:tcPr>
          <w:p w14:paraId="35440C67" w14:textId="77777777" w:rsidR="0030026E" w:rsidRDefault="0019537C">
            <w:r>
              <w:t>производительность водоподготовки, нормальный режим</w:t>
            </w:r>
          </w:p>
        </w:tc>
        <w:tc>
          <w:tcPr>
            <w:tcW w:w="1440" w:type="dxa"/>
            <w:shd w:val="clear" w:color="auto" w:fill="FFFFFF"/>
          </w:tcPr>
          <w:p w14:paraId="0E9CA051" w14:textId="77777777" w:rsidR="0030026E" w:rsidRDefault="0019537C">
            <w:r>
              <w:t>все этапы</w:t>
            </w:r>
          </w:p>
        </w:tc>
        <w:tc>
          <w:tcPr>
            <w:tcW w:w="1440" w:type="dxa"/>
            <w:shd w:val="clear" w:color="auto" w:fill="FFFFFF"/>
          </w:tcPr>
          <w:p w14:paraId="29BEEF30" w14:textId="77777777" w:rsidR="0030026E" w:rsidRDefault="0019537C">
            <w:r>
              <w:t>−0,428 т/ч</w:t>
            </w:r>
          </w:p>
        </w:tc>
        <w:tc>
          <w:tcPr>
            <w:tcW w:w="1440" w:type="dxa"/>
            <w:shd w:val="clear" w:color="auto" w:fill="FFFFFF"/>
          </w:tcPr>
          <w:p w14:paraId="1CEABAEA" w14:textId="77777777" w:rsidR="0030026E" w:rsidRPr="00C74F04" w:rsidRDefault="0019537C">
            <w:pPr>
              <w:rPr>
                <w:lang w:val="ru-RU"/>
              </w:rPr>
            </w:pPr>
            <w:r w:rsidRPr="00C74F04">
              <w:rPr>
                <w:lang w:val="ru-RU"/>
              </w:rPr>
              <w:t>Заявленная производительность установки ниже расчётной подпитки тепловой сети</w:t>
            </w:r>
          </w:p>
        </w:tc>
        <w:tc>
          <w:tcPr>
            <w:tcW w:w="1440" w:type="dxa"/>
            <w:shd w:val="clear" w:color="auto" w:fill="FFFFFF"/>
          </w:tcPr>
          <w:p w14:paraId="74115881" w14:textId="77777777" w:rsidR="0030026E" w:rsidRDefault="0019537C">
            <w:r>
              <w:t>То же</w:t>
            </w:r>
          </w:p>
        </w:tc>
      </w:tr>
      <w:tr w:rsidR="0030026E" w:rsidRPr="00C07C05" w14:paraId="2FEAA4FA" w14:textId="77777777">
        <w:trPr>
          <w:cantSplit/>
        </w:trPr>
        <w:tc>
          <w:tcPr>
            <w:tcW w:w="1440" w:type="dxa"/>
            <w:shd w:val="clear" w:color="auto" w:fill="F2F2F2"/>
          </w:tcPr>
          <w:p w14:paraId="583C2B5B" w14:textId="77777777" w:rsidR="0030026E" w:rsidRDefault="0019537C">
            <w:r>
              <w:t>УПК № 5 «Новый Шерегеш»</w:t>
            </w:r>
          </w:p>
        </w:tc>
        <w:tc>
          <w:tcPr>
            <w:tcW w:w="1440" w:type="dxa"/>
            <w:shd w:val="clear" w:color="auto" w:fill="FFFFFF"/>
          </w:tcPr>
          <w:p w14:paraId="1758215F" w14:textId="77777777" w:rsidR="0030026E" w:rsidRDefault="0019537C">
            <w:r>
              <w:t>производительность водоподготовки, аварийный режим</w:t>
            </w:r>
          </w:p>
        </w:tc>
        <w:tc>
          <w:tcPr>
            <w:tcW w:w="1440" w:type="dxa"/>
            <w:shd w:val="clear" w:color="auto" w:fill="FFFFFF"/>
          </w:tcPr>
          <w:p w14:paraId="2B04EECA" w14:textId="77777777" w:rsidR="0030026E" w:rsidRDefault="0019537C">
            <w:r>
              <w:t>все этапы</w:t>
            </w:r>
          </w:p>
        </w:tc>
        <w:tc>
          <w:tcPr>
            <w:tcW w:w="1440" w:type="dxa"/>
            <w:shd w:val="clear" w:color="auto" w:fill="FFFFFF"/>
          </w:tcPr>
          <w:p w14:paraId="7749747A" w14:textId="77777777" w:rsidR="0030026E" w:rsidRDefault="0019537C">
            <w:r>
              <w:t>−75,40 т/ч</w:t>
            </w:r>
          </w:p>
        </w:tc>
        <w:tc>
          <w:tcPr>
            <w:tcW w:w="1440" w:type="dxa"/>
            <w:shd w:val="clear" w:color="auto" w:fill="FFFFFF"/>
          </w:tcPr>
          <w:p w14:paraId="580655E5" w14:textId="77777777" w:rsidR="0030026E" w:rsidRPr="00C74F04" w:rsidRDefault="0019537C">
            <w:pPr>
              <w:rPr>
                <w:lang w:val="ru-RU"/>
              </w:rPr>
            </w:pPr>
            <w:r w:rsidRPr="00C74F04">
              <w:rPr>
                <w:lang w:val="ru-RU"/>
              </w:rPr>
              <w:t>Аварийная подпитка нормируется объёмом тепловой сети и многократно превышает нормальную</w:t>
            </w:r>
          </w:p>
        </w:tc>
        <w:tc>
          <w:tcPr>
            <w:tcW w:w="1440" w:type="dxa"/>
            <w:shd w:val="clear" w:color="auto" w:fill="FFFFFF"/>
          </w:tcPr>
          <w:p w14:paraId="061A097D" w14:textId="77777777" w:rsidR="0030026E" w:rsidRPr="00C74F04" w:rsidRDefault="0019537C">
            <w:pPr>
              <w:rPr>
                <w:lang w:val="ru-RU"/>
              </w:rPr>
            </w:pPr>
            <w:r w:rsidRPr="00C74F04">
              <w:rPr>
                <w:lang w:val="ru-RU"/>
              </w:rPr>
              <w:t>Восполнение аварийной утечки в нормативный срок не обеспечивается; риск длительного перерыва теплоснабжения при крупном повреждении</w:t>
            </w:r>
          </w:p>
        </w:tc>
      </w:tr>
      <w:tr w:rsidR="0030026E" w14:paraId="29049055" w14:textId="77777777">
        <w:trPr>
          <w:cantSplit/>
        </w:trPr>
        <w:tc>
          <w:tcPr>
            <w:tcW w:w="1440" w:type="dxa"/>
            <w:shd w:val="clear" w:color="auto" w:fill="F2F2F2"/>
          </w:tcPr>
          <w:p w14:paraId="57C7D6DF" w14:textId="77777777" w:rsidR="0030026E" w:rsidRDefault="0019537C">
            <w:r>
              <w:t>УПК № 10 «Темир-Тау»</w:t>
            </w:r>
          </w:p>
        </w:tc>
        <w:tc>
          <w:tcPr>
            <w:tcW w:w="1440" w:type="dxa"/>
            <w:shd w:val="clear" w:color="auto" w:fill="FFFFFF"/>
          </w:tcPr>
          <w:p w14:paraId="288B10DD" w14:textId="77777777" w:rsidR="0030026E" w:rsidRDefault="0019537C">
            <w:r>
              <w:t>производительность водоподготовки, аварийный режим</w:t>
            </w:r>
          </w:p>
        </w:tc>
        <w:tc>
          <w:tcPr>
            <w:tcW w:w="1440" w:type="dxa"/>
            <w:shd w:val="clear" w:color="auto" w:fill="FFFFFF"/>
          </w:tcPr>
          <w:p w14:paraId="7A12BEAE" w14:textId="77777777" w:rsidR="0030026E" w:rsidRDefault="0019537C">
            <w:r>
              <w:t>все этапы</w:t>
            </w:r>
          </w:p>
        </w:tc>
        <w:tc>
          <w:tcPr>
            <w:tcW w:w="1440" w:type="dxa"/>
            <w:shd w:val="clear" w:color="auto" w:fill="FFFFFF"/>
          </w:tcPr>
          <w:p w14:paraId="3C2A1598" w14:textId="77777777" w:rsidR="0030026E" w:rsidRDefault="0019537C">
            <w:r>
              <w:t>−5,40 т/ч</w:t>
            </w:r>
          </w:p>
        </w:tc>
        <w:tc>
          <w:tcPr>
            <w:tcW w:w="1440" w:type="dxa"/>
            <w:shd w:val="clear" w:color="auto" w:fill="FFFFFF"/>
          </w:tcPr>
          <w:p w14:paraId="358B2FC7" w14:textId="77777777" w:rsidR="0030026E" w:rsidRDefault="0019537C">
            <w:r>
              <w:t>То же</w:t>
            </w:r>
          </w:p>
        </w:tc>
        <w:tc>
          <w:tcPr>
            <w:tcW w:w="1440" w:type="dxa"/>
            <w:shd w:val="clear" w:color="auto" w:fill="FFFFFF"/>
          </w:tcPr>
          <w:p w14:paraId="37B4AAAD" w14:textId="77777777" w:rsidR="0030026E" w:rsidRDefault="0019537C">
            <w:r>
              <w:t>То же</w:t>
            </w:r>
          </w:p>
        </w:tc>
      </w:tr>
      <w:tr w:rsidR="0030026E" w14:paraId="0DBCB102" w14:textId="77777777">
        <w:trPr>
          <w:cantSplit/>
        </w:trPr>
        <w:tc>
          <w:tcPr>
            <w:tcW w:w="1440" w:type="dxa"/>
            <w:shd w:val="clear" w:color="auto" w:fill="F2F2F2"/>
          </w:tcPr>
          <w:p w14:paraId="2F21CC6B" w14:textId="77777777" w:rsidR="0030026E" w:rsidRDefault="0019537C">
            <w:r>
              <w:t>УПК № 2 «Шалым»</w:t>
            </w:r>
          </w:p>
        </w:tc>
        <w:tc>
          <w:tcPr>
            <w:tcW w:w="1440" w:type="dxa"/>
            <w:shd w:val="clear" w:color="auto" w:fill="FFFFFF"/>
          </w:tcPr>
          <w:p w14:paraId="3EABFFE9" w14:textId="77777777" w:rsidR="0030026E" w:rsidRDefault="0019537C">
            <w:r>
              <w:t>производительность водоподготовки, аварийный режим</w:t>
            </w:r>
          </w:p>
        </w:tc>
        <w:tc>
          <w:tcPr>
            <w:tcW w:w="1440" w:type="dxa"/>
            <w:shd w:val="clear" w:color="auto" w:fill="FFFFFF"/>
          </w:tcPr>
          <w:p w14:paraId="67855BB8" w14:textId="77777777" w:rsidR="0030026E" w:rsidRDefault="0019537C">
            <w:r>
              <w:t>все этапы</w:t>
            </w:r>
          </w:p>
        </w:tc>
        <w:tc>
          <w:tcPr>
            <w:tcW w:w="1440" w:type="dxa"/>
            <w:shd w:val="clear" w:color="auto" w:fill="FFFFFF"/>
          </w:tcPr>
          <w:p w14:paraId="021C8607" w14:textId="77777777" w:rsidR="0030026E" w:rsidRDefault="0019537C">
            <w:r>
              <w:t>−4,30 т/ч</w:t>
            </w:r>
          </w:p>
        </w:tc>
        <w:tc>
          <w:tcPr>
            <w:tcW w:w="1440" w:type="dxa"/>
            <w:shd w:val="clear" w:color="auto" w:fill="FFFFFF"/>
          </w:tcPr>
          <w:p w14:paraId="1B4E6867" w14:textId="77777777" w:rsidR="0030026E" w:rsidRDefault="0019537C">
            <w:r>
              <w:t>То же</w:t>
            </w:r>
          </w:p>
        </w:tc>
        <w:tc>
          <w:tcPr>
            <w:tcW w:w="1440" w:type="dxa"/>
            <w:shd w:val="clear" w:color="auto" w:fill="FFFFFF"/>
          </w:tcPr>
          <w:p w14:paraId="2A07F131" w14:textId="77777777" w:rsidR="0030026E" w:rsidRDefault="0019537C">
            <w:r>
              <w:t>То же</w:t>
            </w:r>
          </w:p>
        </w:tc>
      </w:tr>
      <w:tr w:rsidR="0030026E" w14:paraId="22C40826" w14:textId="77777777">
        <w:trPr>
          <w:cantSplit/>
        </w:trPr>
        <w:tc>
          <w:tcPr>
            <w:tcW w:w="1440" w:type="dxa"/>
            <w:shd w:val="clear" w:color="auto" w:fill="F2F2F2"/>
          </w:tcPr>
          <w:p w14:paraId="1ADF42CA" w14:textId="77777777" w:rsidR="0030026E" w:rsidRDefault="0019537C">
            <w:r>
              <w:t>УПК № 3 «Спасск»</w:t>
            </w:r>
          </w:p>
        </w:tc>
        <w:tc>
          <w:tcPr>
            <w:tcW w:w="1440" w:type="dxa"/>
            <w:shd w:val="clear" w:color="auto" w:fill="FFFFFF"/>
          </w:tcPr>
          <w:p w14:paraId="0212078B" w14:textId="77777777" w:rsidR="0030026E" w:rsidRDefault="0019537C">
            <w:r>
              <w:t>производительность водоподготовки, аварийный режим</w:t>
            </w:r>
          </w:p>
        </w:tc>
        <w:tc>
          <w:tcPr>
            <w:tcW w:w="1440" w:type="dxa"/>
            <w:shd w:val="clear" w:color="auto" w:fill="FFFFFF"/>
          </w:tcPr>
          <w:p w14:paraId="08B80FE7" w14:textId="77777777" w:rsidR="0030026E" w:rsidRDefault="0019537C">
            <w:r>
              <w:t>все этапы</w:t>
            </w:r>
          </w:p>
        </w:tc>
        <w:tc>
          <w:tcPr>
            <w:tcW w:w="1440" w:type="dxa"/>
            <w:shd w:val="clear" w:color="auto" w:fill="FFFFFF"/>
          </w:tcPr>
          <w:p w14:paraId="1846D170" w14:textId="77777777" w:rsidR="0030026E" w:rsidRDefault="0019537C">
            <w:r>
              <w:t>−1,10 т/ч</w:t>
            </w:r>
          </w:p>
        </w:tc>
        <w:tc>
          <w:tcPr>
            <w:tcW w:w="1440" w:type="dxa"/>
            <w:shd w:val="clear" w:color="auto" w:fill="FFFFFF"/>
          </w:tcPr>
          <w:p w14:paraId="6FDD68DA" w14:textId="77777777" w:rsidR="0030026E" w:rsidRDefault="0019537C">
            <w:r>
              <w:t>То же</w:t>
            </w:r>
          </w:p>
        </w:tc>
        <w:tc>
          <w:tcPr>
            <w:tcW w:w="1440" w:type="dxa"/>
            <w:shd w:val="clear" w:color="auto" w:fill="FFFFFF"/>
          </w:tcPr>
          <w:p w14:paraId="1C0C667A" w14:textId="77777777" w:rsidR="0030026E" w:rsidRDefault="0019537C">
            <w:r>
              <w:t>То же</w:t>
            </w:r>
          </w:p>
        </w:tc>
      </w:tr>
      <w:tr w:rsidR="0030026E" w14:paraId="51B212D5" w14:textId="77777777">
        <w:trPr>
          <w:cantSplit/>
        </w:trPr>
        <w:tc>
          <w:tcPr>
            <w:tcW w:w="1440" w:type="dxa"/>
            <w:shd w:val="clear" w:color="auto" w:fill="F2F2F2"/>
          </w:tcPr>
          <w:p w14:paraId="55796BA0" w14:textId="77777777" w:rsidR="0030026E" w:rsidRDefault="0019537C">
            <w:r>
              <w:t>УПК № 9 «ГРЭ»</w:t>
            </w:r>
          </w:p>
        </w:tc>
        <w:tc>
          <w:tcPr>
            <w:tcW w:w="1440" w:type="dxa"/>
            <w:shd w:val="clear" w:color="auto" w:fill="FFFFFF"/>
          </w:tcPr>
          <w:p w14:paraId="2E22C074" w14:textId="77777777" w:rsidR="0030026E" w:rsidRDefault="0019537C">
            <w:r>
              <w:t>производительность водоподготовки, аварийный режим</w:t>
            </w:r>
          </w:p>
        </w:tc>
        <w:tc>
          <w:tcPr>
            <w:tcW w:w="1440" w:type="dxa"/>
            <w:shd w:val="clear" w:color="auto" w:fill="FFFFFF"/>
          </w:tcPr>
          <w:p w14:paraId="063DE821" w14:textId="77777777" w:rsidR="0030026E" w:rsidRDefault="0019537C">
            <w:r>
              <w:t>все этапы</w:t>
            </w:r>
          </w:p>
        </w:tc>
        <w:tc>
          <w:tcPr>
            <w:tcW w:w="1440" w:type="dxa"/>
            <w:shd w:val="clear" w:color="auto" w:fill="FFFFFF"/>
          </w:tcPr>
          <w:p w14:paraId="0FFEE021" w14:textId="77777777" w:rsidR="0030026E" w:rsidRDefault="0019537C">
            <w:r>
              <w:t>−0,60 т/ч</w:t>
            </w:r>
          </w:p>
        </w:tc>
        <w:tc>
          <w:tcPr>
            <w:tcW w:w="1440" w:type="dxa"/>
            <w:shd w:val="clear" w:color="auto" w:fill="FFFFFF"/>
          </w:tcPr>
          <w:p w14:paraId="3FE916EC" w14:textId="77777777" w:rsidR="0030026E" w:rsidRDefault="0019537C">
            <w:r>
              <w:t>То же</w:t>
            </w:r>
          </w:p>
        </w:tc>
        <w:tc>
          <w:tcPr>
            <w:tcW w:w="1440" w:type="dxa"/>
            <w:shd w:val="clear" w:color="auto" w:fill="FFFFFF"/>
          </w:tcPr>
          <w:p w14:paraId="6C2139C4" w14:textId="77777777" w:rsidR="0030026E" w:rsidRDefault="0019537C">
            <w:r>
              <w:t>То же</w:t>
            </w:r>
          </w:p>
        </w:tc>
      </w:tr>
    </w:tbl>
    <w:p w14:paraId="37894E52" w14:textId="77777777" w:rsidR="0030026E" w:rsidRPr="00C74F04" w:rsidRDefault="0019537C">
      <w:pPr>
        <w:rPr>
          <w:lang w:val="ru-RU"/>
        </w:rPr>
      </w:pPr>
      <w:r w:rsidRPr="00C74F04">
        <w:rPr>
          <w:lang w:val="ru-RU"/>
        </w:rPr>
        <w:t>Дефицит тепловой мощности выявлен по одному источнику из десяти. По остальным девяти располагаемая мощность превышает полную максимальную нагрузку на всех этапах, загрузка оборудования по источникам на 2026 год лежит в пределах от 19,46 процента по УПК № 6 «Старый Шерегеш» до 62,04 процента по УПК № 1. Дефицит производительности водоподготовительных установок в нормальном режиме выявлен по четырём системам, в аварийном — по пяти. Мероприятие по экологическим характеристикам установленную мощность источника не увеличивает и дефицит мощности УПК № 5 не покрывает.</w:t>
      </w:r>
    </w:p>
    <w:p w14:paraId="298E6A92" w14:textId="77777777" w:rsidR="007A4ED8" w:rsidRPr="00C74F04" w:rsidRDefault="009B7F9E">
      <w:pPr>
        <w:pStyle w:val="21"/>
        <w:rPr>
          <w:lang w:val="ru-RU"/>
        </w:rPr>
      </w:pPr>
      <w:bookmarkStart w:id="10" w:name="_Toc238015601"/>
      <w:r w:rsidRPr="00C74F04">
        <w:rPr>
          <w:lang w:val="ru-RU"/>
        </w:rPr>
        <w:t>1.7. Балансы теплоносителя</w:t>
      </w:r>
      <w:bookmarkEnd w:id="10"/>
    </w:p>
    <w:p w14:paraId="579B2127" w14:textId="77777777" w:rsidR="007A4ED8" w:rsidRPr="00C74F04" w:rsidRDefault="009B7F9E">
      <w:pPr>
        <w:rPr>
          <w:lang w:val="ru-RU"/>
        </w:rPr>
      </w:pPr>
      <w:r w:rsidRPr="00C74F04">
        <w:rPr>
          <w:lang w:val="ru-RU"/>
        </w:rPr>
        <w:t>Теплоносителем в системах теплоснабжения округа является вода. Паровые и конденсатные системы относятся исключительно к УПК № 1 «Таштагол» и ведутся отдельным слоем. Баланс теплоносителя существующего положения определяется подпиткой тепловых сетей и производительностью водоподготовительных установок источников.</w:t>
      </w:r>
    </w:p>
    <w:p w14:paraId="7553C542" w14:textId="77777777" w:rsidR="000772B4" w:rsidRDefault="00746A89">
      <w:pPr>
        <w:keepNext/>
        <w:spacing w:before="160"/>
      </w:pPr>
      <w:r>
        <w:rPr>
          <w:b/>
        </w:rPr>
        <w:t>Таблица 1.27 — Водоподготовительные установки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3167"/>
        <w:gridCol w:w="3039"/>
        <w:gridCol w:w="3139"/>
      </w:tblGrid>
      <w:tr w:rsidR="000772B4" w14:paraId="453043D0" w14:textId="77777777">
        <w:trPr>
          <w:cantSplit/>
          <w:tblHeader/>
          <w:jc w:val="center"/>
        </w:trPr>
        <w:tc>
          <w:tcPr>
            <w:tcW w:w="0" w:type="auto"/>
            <w:shd w:val="clear" w:color="auto" w:fill="E2F0D9"/>
          </w:tcPr>
          <w:p w14:paraId="29C36AFE" w14:textId="77777777" w:rsidR="000772B4" w:rsidRDefault="00746A89">
            <w:pPr>
              <w:jc w:val="center"/>
            </w:pPr>
            <w:r>
              <w:rPr>
                <w:b/>
              </w:rPr>
              <w:t>Источник</w:t>
            </w:r>
          </w:p>
        </w:tc>
        <w:tc>
          <w:tcPr>
            <w:tcW w:w="0" w:type="auto"/>
            <w:shd w:val="clear" w:color="auto" w:fill="E2F0D9"/>
          </w:tcPr>
          <w:p w14:paraId="48EC490C" w14:textId="77777777" w:rsidR="000772B4" w:rsidRDefault="00746A89">
            <w:pPr>
              <w:jc w:val="center"/>
            </w:pPr>
            <w:r>
              <w:rPr>
                <w:b/>
              </w:rPr>
              <w:t>Производительность, т/ч</w:t>
            </w:r>
          </w:p>
        </w:tc>
        <w:tc>
          <w:tcPr>
            <w:tcW w:w="0" w:type="auto"/>
            <w:shd w:val="clear" w:color="auto" w:fill="E2F0D9"/>
          </w:tcPr>
          <w:p w14:paraId="2BBB22BC" w14:textId="77777777" w:rsidR="000772B4" w:rsidRDefault="00746A89">
            <w:pPr>
              <w:jc w:val="center"/>
            </w:pPr>
            <w:r>
              <w:rPr>
                <w:b/>
              </w:rPr>
              <w:t>Баки-аккумуляторы</w:t>
            </w:r>
          </w:p>
        </w:tc>
      </w:tr>
      <w:tr w:rsidR="000772B4" w14:paraId="27E2DEF1" w14:textId="77777777">
        <w:trPr>
          <w:cantSplit/>
          <w:jc w:val="center"/>
        </w:trPr>
        <w:tc>
          <w:tcPr>
            <w:tcW w:w="0" w:type="auto"/>
          </w:tcPr>
          <w:p w14:paraId="67A66145" w14:textId="77777777" w:rsidR="000772B4" w:rsidRDefault="00746A89">
            <w:r>
              <w:t>УПК № 1 Таштагол</w:t>
            </w:r>
          </w:p>
        </w:tc>
        <w:tc>
          <w:tcPr>
            <w:tcW w:w="0" w:type="auto"/>
          </w:tcPr>
          <w:p w14:paraId="74EE84AE" w14:textId="77777777" w:rsidR="000772B4" w:rsidRDefault="00746A89">
            <w:pPr>
              <w:jc w:val="center"/>
            </w:pPr>
            <w:r>
              <w:t>120</w:t>
            </w:r>
          </w:p>
        </w:tc>
        <w:tc>
          <w:tcPr>
            <w:tcW w:w="0" w:type="auto"/>
          </w:tcPr>
          <w:p w14:paraId="7D6507A2" w14:textId="77777777" w:rsidR="000772B4" w:rsidRDefault="00746A89">
            <w:pPr>
              <w:jc w:val="center"/>
            </w:pPr>
            <w:r>
              <w:t>нет</w:t>
            </w:r>
          </w:p>
        </w:tc>
      </w:tr>
      <w:tr w:rsidR="000772B4" w14:paraId="032271CD" w14:textId="77777777">
        <w:trPr>
          <w:cantSplit/>
          <w:jc w:val="center"/>
        </w:trPr>
        <w:tc>
          <w:tcPr>
            <w:tcW w:w="0" w:type="auto"/>
          </w:tcPr>
          <w:p w14:paraId="458F9E97" w14:textId="77777777" w:rsidR="000772B4" w:rsidRDefault="00746A89">
            <w:r>
              <w:t>УПК № 2 Шалым</w:t>
            </w:r>
          </w:p>
        </w:tc>
        <w:tc>
          <w:tcPr>
            <w:tcW w:w="0" w:type="auto"/>
          </w:tcPr>
          <w:p w14:paraId="31C3D4EF" w14:textId="77777777" w:rsidR="000772B4" w:rsidRDefault="00746A89">
            <w:pPr>
              <w:jc w:val="center"/>
            </w:pPr>
            <w:r>
              <w:t>0</w:t>
            </w:r>
          </w:p>
        </w:tc>
        <w:tc>
          <w:tcPr>
            <w:tcW w:w="0" w:type="auto"/>
          </w:tcPr>
          <w:p w14:paraId="40CC92A4" w14:textId="77777777" w:rsidR="000772B4" w:rsidRDefault="00746A89">
            <w:pPr>
              <w:jc w:val="center"/>
            </w:pPr>
            <w:r>
              <w:t>2 ед., общая ёмкость 100 м³</w:t>
            </w:r>
          </w:p>
        </w:tc>
      </w:tr>
      <w:tr w:rsidR="000772B4" w14:paraId="4AB739AD" w14:textId="77777777">
        <w:trPr>
          <w:cantSplit/>
          <w:jc w:val="center"/>
        </w:trPr>
        <w:tc>
          <w:tcPr>
            <w:tcW w:w="0" w:type="auto"/>
          </w:tcPr>
          <w:p w14:paraId="5B747F3E" w14:textId="77777777" w:rsidR="000772B4" w:rsidRDefault="00746A89">
            <w:r>
              <w:t>УПК № 2 ЦМК</w:t>
            </w:r>
          </w:p>
        </w:tc>
        <w:tc>
          <w:tcPr>
            <w:tcW w:w="0" w:type="auto"/>
          </w:tcPr>
          <w:p w14:paraId="1F424917" w14:textId="77777777" w:rsidR="000772B4" w:rsidRDefault="00746A89">
            <w:pPr>
              <w:jc w:val="center"/>
            </w:pPr>
            <w:r>
              <w:t>20</w:t>
            </w:r>
          </w:p>
        </w:tc>
        <w:tc>
          <w:tcPr>
            <w:tcW w:w="0" w:type="auto"/>
          </w:tcPr>
          <w:p w14:paraId="4CFAC07C" w14:textId="77777777" w:rsidR="000772B4" w:rsidRDefault="00746A89">
            <w:pPr>
              <w:jc w:val="center"/>
            </w:pPr>
            <w:r>
              <w:t>нет</w:t>
            </w:r>
          </w:p>
        </w:tc>
      </w:tr>
      <w:tr w:rsidR="000772B4" w14:paraId="241AF008" w14:textId="77777777">
        <w:trPr>
          <w:cantSplit/>
          <w:jc w:val="center"/>
        </w:trPr>
        <w:tc>
          <w:tcPr>
            <w:tcW w:w="0" w:type="auto"/>
          </w:tcPr>
          <w:p w14:paraId="722C7983" w14:textId="77777777" w:rsidR="000772B4" w:rsidRDefault="00746A89">
            <w:r>
              <w:t>УПК № 9 ГРЭ</w:t>
            </w:r>
          </w:p>
        </w:tc>
        <w:tc>
          <w:tcPr>
            <w:tcW w:w="0" w:type="auto"/>
          </w:tcPr>
          <w:p w14:paraId="2F3E845C" w14:textId="77777777" w:rsidR="000772B4" w:rsidRDefault="00746A89">
            <w:pPr>
              <w:jc w:val="center"/>
            </w:pPr>
            <w:r>
              <w:t>0</w:t>
            </w:r>
          </w:p>
        </w:tc>
        <w:tc>
          <w:tcPr>
            <w:tcW w:w="0" w:type="auto"/>
          </w:tcPr>
          <w:p w14:paraId="0C689B4F" w14:textId="77777777" w:rsidR="000772B4" w:rsidRDefault="00746A89">
            <w:pPr>
              <w:jc w:val="center"/>
            </w:pPr>
            <w:r>
              <w:t>нет</w:t>
            </w:r>
          </w:p>
        </w:tc>
      </w:tr>
      <w:tr w:rsidR="000772B4" w14:paraId="41614EFB" w14:textId="77777777">
        <w:trPr>
          <w:cantSplit/>
          <w:jc w:val="center"/>
        </w:trPr>
        <w:tc>
          <w:tcPr>
            <w:tcW w:w="0" w:type="auto"/>
          </w:tcPr>
          <w:p w14:paraId="38771D93" w14:textId="77777777" w:rsidR="000772B4" w:rsidRDefault="00746A89">
            <w:r>
              <w:t>УПК № 5 Новый Шерегеш</w:t>
            </w:r>
          </w:p>
        </w:tc>
        <w:tc>
          <w:tcPr>
            <w:tcW w:w="0" w:type="auto"/>
          </w:tcPr>
          <w:p w14:paraId="4CB672DC" w14:textId="77777777" w:rsidR="000772B4" w:rsidRDefault="00746A89">
            <w:pPr>
              <w:jc w:val="center"/>
            </w:pPr>
            <w:r>
              <w:t>26,4</w:t>
            </w:r>
          </w:p>
        </w:tc>
        <w:tc>
          <w:tcPr>
            <w:tcW w:w="0" w:type="auto"/>
          </w:tcPr>
          <w:p w14:paraId="0E612F53" w14:textId="77777777" w:rsidR="000772B4" w:rsidRDefault="00746A89">
            <w:pPr>
              <w:jc w:val="center"/>
            </w:pPr>
            <w:r>
              <w:t>нет</w:t>
            </w:r>
          </w:p>
        </w:tc>
      </w:tr>
      <w:tr w:rsidR="000772B4" w14:paraId="447E1A10" w14:textId="77777777">
        <w:trPr>
          <w:cantSplit/>
          <w:jc w:val="center"/>
        </w:trPr>
        <w:tc>
          <w:tcPr>
            <w:tcW w:w="0" w:type="auto"/>
          </w:tcPr>
          <w:p w14:paraId="4D1FC621" w14:textId="77777777" w:rsidR="000772B4" w:rsidRDefault="00746A89">
            <w:r>
              <w:t>УПК № 6 Старый Шерегеш</w:t>
            </w:r>
          </w:p>
        </w:tc>
        <w:tc>
          <w:tcPr>
            <w:tcW w:w="0" w:type="auto"/>
          </w:tcPr>
          <w:p w14:paraId="5700BCC0" w14:textId="77777777" w:rsidR="000772B4" w:rsidRDefault="00746A89">
            <w:pPr>
              <w:jc w:val="center"/>
            </w:pPr>
            <w:r>
              <w:t>5,0</w:t>
            </w:r>
          </w:p>
        </w:tc>
        <w:tc>
          <w:tcPr>
            <w:tcW w:w="0" w:type="auto"/>
          </w:tcPr>
          <w:p w14:paraId="5255E6A5" w14:textId="77777777" w:rsidR="000772B4" w:rsidRDefault="00746A89">
            <w:pPr>
              <w:jc w:val="center"/>
            </w:pPr>
            <w:r>
              <w:t>нет</w:t>
            </w:r>
          </w:p>
        </w:tc>
      </w:tr>
      <w:tr w:rsidR="000772B4" w14:paraId="7D2EB40B" w14:textId="77777777">
        <w:trPr>
          <w:cantSplit/>
          <w:jc w:val="center"/>
        </w:trPr>
        <w:tc>
          <w:tcPr>
            <w:tcW w:w="0" w:type="auto"/>
          </w:tcPr>
          <w:p w14:paraId="34BAB4A6" w14:textId="77777777" w:rsidR="000772B4" w:rsidRDefault="00746A89">
            <w:r>
              <w:t>УПК № 7 Каз</w:t>
            </w:r>
          </w:p>
        </w:tc>
        <w:tc>
          <w:tcPr>
            <w:tcW w:w="0" w:type="auto"/>
          </w:tcPr>
          <w:p w14:paraId="79B1202A" w14:textId="77777777" w:rsidR="000772B4" w:rsidRDefault="00746A89">
            <w:pPr>
              <w:jc w:val="center"/>
            </w:pPr>
            <w:r>
              <w:t>40</w:t>
            </w:r>
          </w:p>
        </w:tc>
        <w:tc>
          <w:tcPr>
            <w:tcW w:w="0" w:type="auto"/>
          </w:tcPr>
          <w:p w14:paraId="1B2BDFA0" w14:textId="77777777" w:rsidR="000772B4" w:rsidRDefault="00746A89">
            <w:pPr>
              <w:jc w:val="center"/>
            </w:pPr>
            <w:r>
              <w:t>нет</w:t>
            </w:r>
          </w:p>
        </w:tc>
      </w:tr>
      <w:tr w:rsidR="000772B4" w14:paraId="1DA72567" w14:textId="77777777">
        <w:trPr>
          <w:cantSplit/>
          <w:jc w:val="center"/>
        </w:trPr>
        <w:tc>
          <w:tcPr>
            <w:tcW w:w="0" w:type="auto"/>
          </w:tcPr>
          <w:p w14:paraId="03BE0FAC" w14:textId="77777777" w:rsidR="000772B4" w:rsidRDefault="00746A89">
            <w:r>
              <w:t>УПК № 8 Мундыбаш</w:t>
            </w:r>
          </w:p>
        </w:tc>
        <w:tc>
          <w:tcPr>
            <w:tcW w:w="0" w:type="auto"/>
          </w:tcPr>
          <w:p w14:paraId="2D6BEEC3" w14:textId="77777777" w:rsidR="000772B4" w:rsidRDefault="00746A89">
            <w:pPr>
              <w:jc w:val="center"/>
            </w:pPr>
            <w:r>
              <w:t>60</w:t>
            </w:r>
          </w:p>
        </w:tc>
        <w:tc>
          <w:tcPr>
            <w:tcW w:w="0" w:type="auto"/>
          </w:tcPr>
          <w:p w14:paraId="20B367F0" w14:textId="77777777" w:rsidR="000772B4" w:rsidRDefault="00746A89">
            <w:pPr>
              <w:jc w:val="center"/>
            </w:pPr>
            <w:r>
              <w:t>1 шт., 190 м³</w:t>
            </w:r>
          </w:p>
        </w:tc>
      </w:tr>
      <w:tr w:rsidR="000772B4" w14:paraId="79A50FF9" w14:textId="77777777">
        <w:trPr>
          <w:cantSplit/>
          <w:jc w:val="center"/>
        </w:trPr>
        <w:tc>
          <w:tcPr>
            <w:tcW w:w="0" w:type="auto"/>
          </w:tcPr>
          <w:p w14:paraId="30529146" w14:textId="77777777" w:rsidR="000772B4" w:rsidRDefault="00746A89">
            <w:r>
              <w:t>УПК № 10 Темир-Тау</w:t>
            </w:r>
          </w:p>
        </w:tc>
        <w:tc>
          <w:tcPr>
            <w:tcW w:w="0" w:type="auto"/>
          </w:tcPr>
          <w:p w14:paraId="6A9BEE63" w14:textId="77777777" w:rsidR="000772B4" w:rsidRDefault="00746A89">
            <w:pPr>
              <w:jc w:val="center"/>
            </w:pPr>
            <w:r>
              <w:t>0</w:t>
            </w:r>
          </w:p>
        </w:tc>
        <w:tc>
          <w:tcPr>
            <w:tcW w:w="0" w:type="auto"/>
          </w:tcPr>
          <w:p w14:paraId="7B154280" w14:textId="77777777" w:rsidR="000772B4" w:rsidRDefault="00746A89">
            <w:pPr>
              <w:jc w:val="center"/>
            </w:pPr>
            <w:r>
              <w:t>нет</w:t>
            </w:r>
          </w:p>
        </w:tc>
      </w:tr>
      <w:tr w:rsidR="000772B4" w14:paraId="1A480FFB" w14:textId="77777777">
        <w:trPr>
          <w:cantSplit/>
          <w:jc w:val="center"/>
        </w:trPr>
        <w:tc>
          <w:tcPr>
            <w:tcW w:w="0" w:type="auto"/>
          </w:tcPr>
          <w:p w14:paraId="4C62BDD1" w14:textId="77777777" w:rsidR="000772B4" w:rsidRDefault="00746A89">
            <w:r>
              <w:t>УПК № 3 Спасск</w:t>
            </w:r>
          </w:p>
        </w:tc>
        <w:tc>
          <w:tcPr>
            <w:tcW w:w="0" w:type="auto"/>
          </w:tcPr>
          <w:p w14:paraId="0318C63C" w14:textId="77777777" w:rsidR="000772B4" w:rsidRDefault="00746A89">
            <w:pPr>
              <w:jc w:val="center"/>
            </w:pPr>
            <w:r>
              <w:t>0</w:t>
            </w:r>
          </w:p>
        </w:tc>
        <w:tc>
          <w:tcPr>
            <w:tcW w:w="0" w:type="auto"/>
          </w:tcPr>
          <w:p w14:paraId="68798DF6" w14:textId="77777777" w:rsidR="000772B4" w:rsidRDefault="00746A89">
            <w:pPr>
              <w:jc w:val="center"/>
            </w:pPr>
            <w:r>
              <w:t>накопительная ёмкость</w:t>
            </w:r>
          </w:p>
        </w:tc>
      </w:tr>
    </w:tbl>
    <w:p w14:paraId="5999D318" w14:textId="77777777" w:rsidR="000772B4" w:rsidRDefault="000772B4">
      <w:pPr>
        <w:spacing w:after="40"/>
      </w:pPr>
    </w:p>
    <w:p w14:paraId="7D44216C" w14:textId="77777777" w:rsidR="000772B4" w:rsidRPr="00C74F04" w:rsidRDefault="00746A89">
      <w:pPr>
        <w:spacing w:after="80"/>
        <w:jc w:val="both"/>
        <w:rPr>
          <w:lang w:val="ru-RU"/>
        </w:rPr>
      </w:pPr>
      <w:r w:rsidRPr="00C74F04">
        <w:rPr>
          <w:lang w:val="ru-RU"/>
        </w:rPr>
        <w:t>По четырём источникам производительность указана нулевой. Значение квалифицируется как требующее уточнения, а не как подтверждённое отсутствие установки: по УПК № 10 «Темир-Тау» расчёты нормативов 2019 года прямо указывают натрий-катионитовые фильтры с режимной картой наладки химводоочистки.</w:t>
      </w:r>
    </w:p>
    <w:p w14:paraId="39C3270B" w14:textId="77777777" w:rsidR="007A4ED8" w:rsidRPr="00C74F04" w:rsidRDefault="009B7F9E">
      <w:pPr>
        <w:rPr>
          <w:lang w:val="ru-RU"/>
        </w:rPr>
      </w:pPr>
      <w:r w:rsidRPr="00C74F04">
        <w:rPr>
          <w:lang w:val="ru-RU"/>
        </w:rPr>
        <w:t>Годовая подпитка тепловых сетей складывается из нормативных и сверхнормативных утечек, отпуска теплоносителя на нужды горячего водоснабжения при открытом водоразборе и отпуска на производственные нужды. Открытый водоразбор составляет основную часть подпитки: его доля изменяется от 67,4 процента по УПК № 7 «Каз» до 96,2 процента по отдельным зонам.</w:t>
      </w:r>
    </w:p>
    <w:p w14:paraId="0EBD9FC0" w14:textId="77777777" w:rsidR="007A4ED8" w:rsidRPr="00C74F04" w:rsidRDefault="009B7F9E">
      <w:pPr>
        <w:rPr>
          <w:lang w:val="ru-RU"/>
        </w:rPr>
      </w:pPr>
      <w:r w:rsidRPr="00C74F04">
        <w:rPr>
          <w:lang w:val="ru-RU"/>
        </w:rPr>
        <w:t>Развёрнутые балансы производительности водоподготовительных установок и максимального потребления теплоносителя, включая аварийные режимы и перспективные этапы, приведены в разделе 6; количественная связь открытого водоразбора с подпиткой тепловых сетей — в разделе 9.</w:t>
      </w:r>
    </w:p>
    <w:p w14:paraId="1BA6388F" w14:textId="77777777" w:rsidR="0030026E" w:rsidRPr="00C74F04" w:rsidRDefault="0019537C">
      <w:pPr>
        <w:rPr>
          <w:lang w:val="ru-RU"/>
        </w:rPr>
      </w:pPr>
      <w:r w:rsidRPr="00C74F04">
        <w:rPr>
          <w:lang w:val="ru-RU"/>
        </w:rPr>
        <w:t>Годовая динамика отпуска теплоносителя приведена ниже по каждому источнику и по теплоснабжающему предприятию в целом. Подача в тепловую сеть — это подпитка тепловой сети, восполняющая нормативные и сверхнормативные утечки, отпуск теплоносителя на нужды горячего водоснабжения при открытом водоразборе и отпуск на производственные нужды. Отпуск в потребительский рынок — сумма двух последних составляющих, то есть та часть теплоносителя, которая покидает систему у потребителя и в неё не возвращается.</w:t>
      </w:r>
    </w:p>
    <w:p w14:paraId="52D47514" w14:textId="77777777" w:rsidR="00B808F9" w:rsidRPr="00C74F04" w:rsidRDefault="00B808F9">
      <w:pPr>
        <w:rPr>
          <w:lang w:val="ru-RU"/>
        </w:rPr>
        <w:sectPr w:rsidR="00B808F9" w:rsidRPr="00C74F04" w:rsidSect="00034616">
          <w:footerReference w:type="default" r:id="rId57"/>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B9C63C5" w14:textId="77777777" w:rsidR="0030026E" w:rsidRPr="00782666" w:rsidRDefault="0019537C">
      <w:pPr>
        <w:rPr>
          <w:b/>
          <w:bCs/>
          <w:lang w:val="ru-RU"/>
        </w:rPr>
      </w:pPr>
      <w:r w:rsidRPr="00782666">
        <w:rPr>
          <w:b/>
          <w:bCs/>
          <w:lang w:val="ru-RU"/>
        </w:rPr>
        <w:t>Таблица 1.28 — Годовой отпуск теплоносителя в тепловую сеть и в потребительский рынок, т/год</w:t>
      </w:r>
    </w:p>
    <w:tbl>
      <w:tblPr>
        <w:tblW w:w="5000" w:type="pct"/>
        <w:tblCellMar>
          <w:left w:w="57" w:type="dxa"/>
          <w:right w:w="57" w:type="dxa"/>
        </w:tblCellMar>
        <w:tblLook w:val="04A0" w:firstRow="1" w:lastRow="0" w:firstColumn="1" w:lastColumn="0" w:noHBand="0" w:noVBand="1"/>
      </w:tblPr>
      <w:tblGrid>
        <w:gridCol w:w="1112"/>
        <w:gridCol w:w="1735"/>
        <w:gridCol w:w="1040"/>
        <w:gridCol w:w="1040"/>
        <w:gridCol w:w="1040"/>
        <w:gridCol w:w="1040"/>
        <w:gridCol w:w="1040"/>
        <w:gridCol w:w="1040"/>
        <w:gridCol w:w="1040"/>
        <w:gridCol w:w="1040"/>
        <w:gridCol w:w="1040"/>
        <w:gridCol w:w="1040"/>
        <w:gridCol w:w="1040"/>
      </w:tblGrid>
      <w:tr w:rsidR="0030026E" w14:paraId="153B0D8D" w14:textId="77777777">
        <w:trPr>
          <w:cantSplit/>
          <w:tblHeader/>
        </w:trPr>
        <w:tc>
          <w:tcPr>
            <w:tcW w:w="665" w:type="dxa"/>
            <w:shd w:val="clear" w:color="auto" w:fill="E2F0D9"/>
          </w:tcPr>
          <w:p w14:paraId="79AC5ECB" w14:textId="77777777" w:rsidR="0030026E" w:rsidRDefault="0019537C">
            <w:pPr>
              <w:jc w:val="center"/>
            </w:pPr>
            <w:r>
              <w:rPr>
                <w:b/>
              </w:rPr>
              <w:t>Источник тепловой энергии</w:t>
            </w:r>
          </w:p>
        </w:tc>
        <w:tc>
          <w:tcPr>
            <w:tcW w:w="665" w:type="dxa"/>
            <w:shd w:val="clear" w:color="auto" w:fill="E2F0D9"/>
          </w:tcPr>
          <w:p w14:paraId="64BD96F7" w14:textId="77777777" w:rsidR="0030026E" w:rsidRDefault="0019537C">
            <w:pPr>
              <w:jc w:val="center"/>
            </w:pPr>
            <w:r>
              <w:rPr>
                <w:b/>
              </w:rPr>
              <w:t>Показатель</w:t>
            </w:r>
          </w:p>
        </w:tc>
        <w:tc>
          <w:tcPr>
            <w:tcW w:w="665" w:type="dxa"/>
            <w:shd w:val="clear" w:color="auto" w:fill="E2F0D9"/>
          </w:tcPr>
          <w:p w14:paraId="5855806F" w14:textId="77777777" w:rsidR="0030026E" w:rsidRDefault="0019537C">
            <w:pPr>
              <w:jc w:val="center"/>
            </w:pPr>
            <w:r>
              <w:rPr>
                <w:b/>
              </w:rPr>
              <w:t>2026</w:t>
            </w:r>
          </w:p>
        </w:tc>
        <w:tc>
          <w:tcPr>
            <w:tcW w:w="665" w:type="dxa"/>
            <w:shd w:val="clear" w:color="auto" w:fill="E2F0D9"/>
          </w:tcPr>
          <w:p w14:paraId="632D0215" w14:textId="77777777" w:rsidR="0030026E" w:rsidRDefault="0019537C">
            <w:pPr>
              <w:jc w:val="center"/>
            </w:pPr>
            <w:r>
              <w:rPr>
                <w:b/>
              </w:rPr>
              <w:t>2027</w:t>
            </w:r>
          </w:p>
        </w:tc>
        <w:tc>
          <w:tcPr>
            <w:tcW w:w="665" w:type="dxa"/>
            <w:shd w:val="clear" w:color="auto" w:fill="E2F0D9"/>
          </w:tcPr>
          <w:p w14:paraId="50B5BEB6" w14:textId="77777777" w:rsidR="0030026E" w:rsidRDefault="0019537C">
            <w:pPr>
              <w:jc w:val="center"/>
            </w:pPr>
            <w:r>
              <w:rPr>
                <w:b/>
              </w:rPr>
              <w:t>2028</w:t>
            </w:r>
          </w:p>
        </w:tc>
        <w:tc>
          <w:tcPr>
            <w:tcW w:w="665" w:type="dxa"/>
            <w:shd w:val="clear" w:color="auto" w:fill="E2F0D9"/>
          </w:tcPr>
          <w:p w14:paraId="67623936" w14:textId="77777777" w:rsidR="0030026E" w:rsidRDefault="0019537C">
            <w:pPr>
              <w:jc w:val="center"/>
            </w:pPr>
            <w:r>
              <w:rPr>
                <w:b/>
              </w:rPr>
              <w:t>2029</w:t>
            </w:r>
          </w:p>
        </w:tc>
        <w:tc>
          <w:tcPr>
            <w:tcW w:w="665" w:type="dxa"/>
            <w:shd w:val="clear" w:color="auto" w:fill="E2F0D9"/>
          </w:tcPr>
          <w:p w14:paraId="3E39B870" w14:textId="77777777" w:rsidR="0030026E" w:rsidRDefault="0019537C">
            <w:pPr>
              <w:jc w:val="center"/>
            </w:pPr>
            <w:r>
              <w:rPr>
                <w:b/>
              </w:rPr>
              <w:t>2030</w:t>
            </w:r>
          </w:p>
        </w:tc>
        <w:tc>
          <w:tcPr>
            <w:tcW w:w="665" w:type="dxa"/>
            <w:shd w:val="clear" w:color="auto" w:fill="E2F0D9"/>
          </w:tcPr>
          <w:p w14:paraId="47658923" w14:textId="77777777" w:rsidR="0030026E" w:rsidRDefault="0019537C">
            <w:pPr>
              <w:jc w:val="center"/>
            </w:pPr>
            <w:r>
              <w:rPr>
                <w:b/>
              </w:rPr>
              <w:t>2031</w:t>
            </w:r>
          </w:p>
        </w:tc>
        <w:tc>
          <w:tcPr>
            <w:tcW w:w="665" w:type="dxa"/>
            <w:shd w:val="clear" w:color="auto" w:fill="E2F0D9"/>
          </w:tcPr>
          <w:p w14:paraId="1D4AE580" w14:textId="77777777" w:rsidR="0030026E" w:rsidRDefault="0019537C">
            <w:pPr>
              <w:jc w:val="center"/>
            </w:pPr>
            <w:r>
              <w:rPr>
                <w:b/>
              </w:rPr>
              <w:t>2032</w:t>
            </w:r>
          </w:p>
        </w:tc>
        <w:tc>
          <w:tcPr>
            <w:tcW w:w="665" w:type="dxa"/>
            <w:shd w:val="clear" w:color="auto" w:fill="E2F0D9"/>
          </w:tcPr>
          <w:p w14:paraId="5D53148C" w14:textId="77777777" w:rsidR="0030026E" w:rsidRDefault="0019537C">
            <w:pPr>
              <w:jc w:val="center"/>
            </w:pPr>
            <w:r>
              <w:rPr>
                <w:b/>
              </w:rPr>
              <w:t>2033</w:t>
            </w:r>
          </w:p>
        </w:tc>
        <w:tc>
          <w:tcPr>
            <w:tcW w:w="665" w:type="dxa"/>
            <w:shd w:val="clear" w:color="auto" w:fill="E2F0D9"/>
          </w:tcPr>
          <w:p w14:paraId="57482FC6" w14:textId="77777777" w:rsidR="0030026E" w:rsidRDefault="0019537C">
            <w:pPr>
              <w:jc w:val="center"/>
            </w:pPr>
            <w:r>
              <w:rPr>
                <w:b/>
              </w:rPr>
              <w:t>2034</w:t>
            </w:r>
          </w:p>
        </w:tc>
        <w:tc>
          <w:tcPr>
            <w:tcW w:w="665" w:type="dxa"/>
            <w:shd w:val="clear" w:color="auto" w:fill="E2F0D9"/>
          </w:tcPr>
          <w:p w14:paraId="075DB4DF" w14:textId="77777777" w:rsidR="0030026E" w:rsidRDefault="0019537C">
            <w:pPr>
              <w:jc w:val="center"/>
            </w:pPr>
            <w:r>
              <w:rPr>
                <w:b/>
              </w:rPr>
              <w:t>2035</w:t>
            </w:r>
          </w:p>
        </w:tc>
        <w:tc>
          <w:tcPr>
            <w:tcW w:w="665" w:type="dxa"/>
            <w:shd w:val="clear" w:color="auto" w:fill="E2F0D9"/>
          </w:tcPr>
          <w:p w14:paraId="30F07EBE" w14:textId="77777777" w:rsidR="0030026E" w:rsidRDefault="0019537C">
            <w:pPr>
              <w:jc w:val="center"/>
            </w:pPr>
            <w:r>
              <w:rPr>
                <w:b/>
              </w:rPr>
              <w:t>2036</w:t>
            </w:r>
          </w:p>
        </w:tc>
      </w:tr>
      <w:tr w:rsidR="0030026E" w14:paraId="33716C91" w14:textId="77777777">
        <w:trPr>
          <w:cantSplit/>
        </w:trPr>
        <w:tc>
          <w:tcPr>
            <w:tcW w:w="665" w:type="dxa"/>
            <w:shd w:val="clear" w:color="auto" w:fill="F2F2F2"/>
          </w:tcPr>
          <w:p w14:paraId="15839B7D" w14:textId="77777777" w:rsidR="0030026E" w:rsidRDefault="0019537C">
            <w:r>
              <w:t>УПК № 1</w:t>
            </w:r>
          </w:p>
        </w:tc>
        <w:tc>
          <w:tcPr>
            <w:tcW w:w="665" w:type="dxa"/>
            <w:shd w:val="clear" w:color="auto" w:fill="FFFFFF"/>
          </w:tcPr>
          <w:p w14:paraId="74F0C5E6" w14:textId="77777777" w:rsidR="0030026E" w:rsidRDefault="0019537C">
            <w:r>
              <w:t>подача в тепловую сеть</w:t>
            </w:r>
          </w:p>
        </w:tc>
        <w:tc>
          <w:tcPr>
            <w:tcW w:w="665" w:type="dxa"/>
            <w:shd w:val="clear" w:color="auto" w:fill="FFFFFF"/>
          </w:tcPr>
          <w:p w14:paraId="53E5114C" w14:textId="77777777" w:rsidR="0030026E" w:rsidRDefault="0019537C">
            <w:r>
              <w:t>399334</w:t>
            </w:r>
          </w:p>
        </w:tc>
        <w:tc>
          <w:tcPr>
            <w:tcW w:w="665" w:type="dxa"/>
            <w:shd w:val="clear" w:color="auto" w:fill="FFFFFF"/>
          </w:tcPr>
          <w:p w14:paraId="15D57D7C" w14:textId="77777777" w:rsidR="0030026E" w:rsidRDefault="0019537C">
            <w:r>
              <w:t>399334</w:t>
            </w:r>
          </w:p>
        </w:tc>
        <w:tc>
          <w:tcPr>
            <w:tcW w:w="665" w:type="dxa"/>
            <w:shd w:val="clear" w:color="auto" w:fill="FFFFFF"/>
          </w:tcPr>
          <w:p w14:paraId="3A3BAE9A" w14:textId="77777777" w:rsidR="0030026E" w:rsidRDefault="0019537C">
            <w:r>
              <w:t>399333</w:t>
            </w:r>
          </w:p>
        </w:tc>
        <w:tc>
          <w:tcPr>
            <w:tcW w:w="665" w:type="dxa"/>
            <w:shd w:val="clear" w:color="auto" w:fill="FFFFFF"/>
          </w:tcPr>
          <w:p w14:paraId="1EA61866" w14:textId="77777777" w:rsidR="0030026E" w:rsidRDefault="0019537C">
            <w:r>
              <w:t>399333</w:t>
            </w:r>
          </w:p>
        </w:tc>
        <w:tc>
          <w:tcPr>
            <w:tcW w:w="665" w:type="dxa"/>
            <w:shd w:val="clear" w:color="auto" w:fill="FFFFFF"/>
          </w:tcPr>
          <w:p w14:paraId="6502BB59" w14:textId="77777777" w:rsidR="0030026E" w:rsidRDefault="0019537C">
            <w:r>
              <w:t>399332</w:t>
            </w:r>
          </w:p>
        </w:tc>
        <w:tc>
          <w:tcPr>
            <w:tcW w:w="665" w:type="dxa"/>
            <w:shd w:val="clear" w:color="auto" w:fill="FFFFFF"/>
          </w:tcPr>
          <w:p w14:paraId="34DA2B4F" w14:textId="77777777" w:rsidR="0030026E" w:rsidRDefault="0019537C">
            <w:r>
              <w:t>399332</w:t>
            </w:r>
          </w:p>
        </w:tc>
        <w:tc>
          <w:tcPr>
            <w:tcW w:w="665" w:type="dxa"/>
            <w:shd w:val="clear" w:color="auto" w:fill="FFFFFF"/>
          </w:tcPr>
          <w:p w14:paraId="30BC57B5" w14:textId="77777777" w:rsidR="0030026E" w:rsidRDefault="0019537C">
            <w:r>
              <w:t>399332</w:t>
            </w:r>
          </w:p>
        </w:tc>
        <w:tc>
          <w:tcPr>
            <w:tcW w:w="665" w:type="dxa"/>
            <w:shd w:val="clear" w:color="auto" w:fill="FFFFFF"/>
          </w:tcPr>
          <w:p w14:paraId="447D84B5" w14:textId="77777777" w:rsidR="0030026E" w:rsidRDefault="0019537C">
            <w:r>
              <w:t>399332</w:t>
            </w:r>
          </w:p>
        </w:tc>
        <w:tc>
          <w:tcPr>
            <w:tcW w:w="665" w:type="dxa"/>
            <w:shd w:val="clear" w:color="auto" w:fill="FFFFFF"/>
          </w:tcPr>
          <w:p w14:paraId="1E58F84F" w14:textId="77777777" w:rsidR="0030026E" w:rsidRDefault="0019537C">
            <w:r>
              <w:t>399332</w:t>
            </w:r>
          </w:p>
        </w:tc>
        <w:tc>
          <w:tcPr>
            <w:tcW w:w="665" w:type="dxa"/>
            <w:shd w:val="clear" w:color="auto" w:fill="FFFFFF"/>
          </w:tcPr>
          <w:p w14:paraId="563ABF65" w14:textId="77777777" w:rsidR="0030026E" w:rsidRDefault="0019537C">
            <w:r>
              <w:t>399332</w:t>
            </w:r>
          </w:p>
        </w:tc>
        <w:tc>
          <w:tcPr>
            <w:tcW w:w="665" w:type="dxa"/>
            <w:shd w:val="clear" w:color="auto" w:fill="FFFFFF"/>
          </w:tcPr>
          <w:p w14:paraId="26CD7796" w14:textId="77777777" w:rsidR="0030026E" w:rsidRDefault="0019537C">
            <w:r>
              <w:t>399332</w:t>
            </w:r>
          </w:p>
        </w:tc>
      </w:tr>
      <w:tr w:rsidR="0030026E" w14:paraId="6453151B" w14:textId="77777777">
        <w:trPr>
          <w:cantSplit/>
        </w:trPr>
        <w:tc>
          <w:tcPr>
            <w:tcW w:w="665" w:type="dxa"/>
            <w:shd w:val="clear" w:color="auto" w:fill="F2F2F2"/>
          </w:tcPr>
          <w:p w14:paraId="215EBD8F" w14:textId="77777777" w:rsidR="0030026E" w:rsidRDefault="0030026E"/>
        </w:tc>
        <w:tc>
          <w:tcPr>
            <w:tcW w:w="665" w:type="dxa"/>
            <w:shd w:val="clear" w:color="auto" w:fill="FFFFFF"/>
          </w:tcPr>
          <w:p w14:paraId="4A9AEA58" w14:textId="77777777" w:rsidR="0030026E" w:rsidRDefault="0019537C">
            <w:r>
              <w:t>отпуск в потребительский рынок</w:t>
            </w:r>
          </w:p>
        </w:tc>
        <w:tc>
          <w:tcPr>
            <w:tcW w:w="665" w:type="dxa"/>
            <w:shd w:val="clear" w:color="auto" w:fill="FFFFFF"/>
          </w:tcPr>
          <w:p w14:paraId="341D122D" w14:textId="77777777" w:rsidR="0030026E" w:rsidRDefault="0019537C">
            <w:r>
              <w:t>341475</w:t>
            </w:r>
          </w:p>
        </w:tc>
        <w:tc>
          <w:tcPr>
            <w:tcW w:w="665" w:type="dxa"/>
            <w:shd w:val="clear" w:color="auto" w:fill="FFFFFF"/>
          </w:tcPr>
          <w:p w14:paraId="5A4F2AE1" w14:textId="77777777" w:rsidR="0030026E" w:rsidRDefault="0019537C">
            <w:r>
              <w:t>341475</w:t>
            </w:r>
          </w:p>
        </w:tc>
        <w:tc>
          <w:tcPr>
            <w:tcW w:w="665" w:type="dxa"/>
            <w:shd w:val="clear" w:color="auto" w:fill="FFFFFF"/>
          </w:tcPr>
          <w:p w14:paraId="2A2CCE1C" w14:textId="77777777" w:rsidR="0030026E" w:rsidRDefault="0019537C">
            <w:r>
              <w:t>341475</w:t>
            </w:r>
          </w:p>
        </w:tc>
        <w:tc>
          <w:tcPr>
            <w:tcW w:w="665" w:type="dxa"/>
            <w:shd w:val="clear" w:color="auto" w:fill="FFFFFF"/>
          </w:tcPr>
          <w:p w14:paraId="13EBCFE2" w14:textId="77777777" w:rsidR="0030026E" w:rsidRDefault="0019537C">
            <w:r>
              <w:t>341475</w:t>
            </w:r>
          </w:p>
        </w:tc>
        <w:tc>
          <w:tcPr>
            <w:tcW w:w="665" w:type="dxa"/>
            <w:shd w:val="clear" w:color="auto" w:fill="FFFFFF"/>
          </w:tcPr>
          <w:p w14:paraId="5892BE0F" w14:textId="77777777" w:rsidR="0030026E" w:rsidRDefault="0019537C">
            <w:r>
              <w:t>341475</w:t>
            </w:r>
          </w:p>
        </w:tc>
        <w:tc>
          <w:tcPr>
            <w:tcW w:w="665" w:type="dxa"/>
            <w:shd w:val="clear" w:color="auto" w:fill="FFFFFF"/>
          </w:tcPr>
          <w:p w14:paraId="10921EB1" w14:textId="77777777" w:rsidR="0030026E" w:rsidRDefault="0019537C">
            <w:r>
              <w:t>341475</w:t>
            </w:r>
          </w:p>
        </w:tc>
        <w:tc>
          <w:tcPr>
            <w:tcW w:w="665" w:type="dxa"/>
            <w:shd w:val="clear" w:color="auto" w:fill="FFFFFF"/>
          </w:tcPr>
          <w:p w14:paraId="50B02C97" w14:textId="77777777" w:rsidR="0030026E" w:rsidRDefault="0019537C">
            <w:r>
              <w:t>341475</w:t>
            </w:r>
          </w:p>
        </w:tc>
        <w:tc>
          <w:tcPr>
            <w:tcW w:w="665" w:type="dxa"/>
            <w:shd w:val="clear" w:color="auto" w:fill="FFFFFF"/>
          </w:tcPr>
          <w:p w14:paraId="11AB70DA" w14:textId="77777777" w:rsidR="0030026E" w:rsidRDefault="0019537C">
            <w:r>
              <w:t>341475</w:t>
            </w:r>
          </w:p>
        </w:tc>
        <w:tc>
          <w:tcPr>
            <w:tcW w:w="665" w:type="dxa"/>
            <w:shd w:val="clear" w:color="auto" w:fill="FFFFFF"/>
          </w:tcPr>
          <w:p w14:paraId="7915266C" w14:textId="77777777" w:rsidR="0030026E" w:rsidRDefault="0019537C">
            <w:r>
              <w:t>341475</w:t>
            </w:r>
          </w:p>
        </w:tc>
        <w:tc>
          <w:tcPr>
            <w:tcW w:w="665" w:type="dxa"/>
            <w:shd w:val="clear" w:color="auto" w:fill="FFFFFF"/>
          </w:tcPr>
          <w:p w14:paraId="3B6FE529" w14:textId="77777777" w:rsidR="0030026E" w:rsidRDefault="0019537C">
            <w:r>
              <w:t>341475</w:t>
            </w:r>
          </w:p>
        </w:tc>
        <w:tc>
          <w:tcPr>
            <w:tcW w:w="665" w:type="dxa"/>
            <w:shd w:val="clear" w:color="auto" w:fill="FFFFFF"/>
          </w:tcPr>
          <w:p w14:paraId="4EB72D56" w14:textId="77777777" w:rsidR="0030026E" w:rsidRDefault="0019537C">
            <w:r>
              <w:t>341475</w:t>
            </w:r>
          </w:p>
        </w:tc>
      </w:tr>
      <w:tr w:rsidR="0030026E" w14:paraId="1E3F7060" w14:textId="77777777">
        <w:trPr>
          <w:cantSplit/>
        </w:trPr>
        <w:tc>
          <w:tcPr>
            <w:tcW w:w="665" w:type="dxa"/>
            <w:shd w:val="clear" w:color="auto" w:fill="F2F2F2"/>
          </w:tcPr>
          <w:p w14:paraId="625D96FB" w14:textId="77777777" w:rsidR="0030026E" w:rsidRDefault="0019537C">
            <w:r>
              <w:t>УПК № 2 Шалым</w:t>
            </w:r>
          </w:p>
        </w:tc>
        <w:tc>
          <w:tcPr>
            <w:tcW w:w="665" w:type="dxa"/>
            <w:shd w:val="clear" w:color="auto" w:fill="FFFFFF"/>
          </w:tcPr>
          <w:p w14:paraId="3B7603C9" w14:textId="77777777" w:rsidR="0030026E" w:rsidRDefault="0019537C">
            <w:r>
              <w:t>подача в тепловую сеть</w:t>
            </w:r>
          </w:p>
        </w:tc>
        <w:tc>
          <w:tcPr>
            <w:tcW w:w="665" w:type="dxa"/>
            <w:shd w:val="clear" w:color="auto" w:fill="FFFFFF"/>
          </w:tcPr>
          <w:p w14:paraId="397BFF60" w14:textId="77777777" w:rsidR="0030026E" w:rsidRDefault="0019537C">
            <w:r>
              <w:t>19988</w:t>
            </w:r>
          </w:p>
        </w:tc>
        <w:tc>
          <w:tcPr>
            <w:tcW w:w="665" w:type="dxa"/>
            <w:shd w:val="clear" w:color="auto" w:fill="FFFFFF"/>
          </w:tcPr>
          <w:p w14:paraId="6500D90B" w14:textId="77777777" w:rsidR="0030026E" w:rsidRDefault="0019537C">
            <w:r>
              <w:t>19988</w:t>
            </w:r>
          </w:p>
        </w:tc>
        <w:tc>
          <w:tcPr>
            <w:tcW w:w="665" w:type="dxa"/>
            <w:shd w:val="clear" w:color="auto" w:fill="FFFFFF"/>
          </w:tcPr>
          <w:p w14:paraId="6C936CA9" w14:textId="77777777" w:rsidR="0030026E" w:rsidRDefault="0019537C">
            <w:r>
              <w:t>19988</w:t>
            </w:r>
          </w:p>
        </w:tc>
        <w:tc>
          <w:tcPr>
            <w:tcW w:w="665" w:type="dxa"/>
            <w:shd w:val="clear" w:color="auto" w:fill="FFFFFF"/>
          </w:tcPr>
          <w:p w14:paraId="6EBC7E49" w14:textId="77777777" w:rsidR="0030026E" w:rsidRDefault="0019537C">
            <w:r>
              <w:t>19988</w:t>
            </w:r>
          </w:p>
        </w:tc>
        <w:tc>
          <w:tcPr>
            <w:tcW w:w="665" w:type="dxa"/>
            <w:shd w:val="clear" w:color="auto" w:fill="FFFFFF"/>
          </w:tcPr>
          <w:p w14:paraId="5045B021" w14:textId="77777777" w:rsidR="0030026E" w:rsidRDefault="0019537C">
            <w:r>
              <w:t>19988</w:t>
            </w:r>
          </w:p>
        </w:tc>
        <w:tc>
          <w:tcPr>
            <w:tcW w:w="665" w:type="dxa"/>
            <w:shd w:val="clear" w:color="auto" w:fill="FFFFFF"/>
          </w:tcPr>
          <w:p w14:paraId="1C82B456" w14:textId="77777777" w:rsidR="0030026E" w:rsidRDefault="0019537C">
            <w:r>
              <w:t>19988</w:t>
            </w:r>
          </w:p>
        </w:tc>
        <w:tc>
          <w:tcPr>
            <w:tcW w:w="665" w:type="dxa"/>
            <w:shd w:val="clear" w:color="auto" w:fill="FFFFFF"/>
          </w:tcPr>
          <w:p w14:paraId="5D4D129E" w14:textId="77777777" w:rsidR="0030026E" w:rsidRDefault="0019537C">
            <w:r>
              <w:t>19988</w:t>
            </w:r>
          </w:p>
        </w:tc>
        <w:tc>
          <w:tcPr>
            <w:tcW w:w="665" w:type="dxa"/>
            <w:shd w:val="clear" w:color="auto" w:fill="FFFFFF"/>
          </w:tcPr>
          <w:p w14:paraId="70D02D42" w14:textId="77777777" w:rsidR="0030026E" w:rsidRDefault="0019537C">
            <w:r>
              <w:t>19988</w:t>
            </w:r>
          </w:p>
        </w:tc>
        <w:tc>
          <w:tcPr>
            <w:tcW w:w="665" w:type="dxa"/>
            <w:shd w:val="clear" w:color="auto" w:fill="FFFFFF"/>
          </w:tcPr>
          <w:p w14:paraId="7D653276" w14:textId="77777777" w:rsidR="0030026E" w:rsidRDefault="0019537C">
            <w:r>
              <w:t>19988</w:t>
            </w:r>
          </w:p>
        </w:tc>
        <w:tc>
          <w:tcPr>
            <w:tcW w:w="665" w:type="dxa"/>
            <w:shd w:val="clear" w:color="auto" w:fill="FFFFFF"/>
          </w:tcPr>
          <w:p w14:paraId="2E4DD1E1" w14:textId="77777777" w:rsidR="0030026E" w:rsidRDefault="0019537C">
            <w:r>
              <w:t>19988</w:t>
            </w:r>
          </w:p>
        </w:tc>
        <w:tc>
          <w:tcPr>
            <w:tcW w:w="665" w:type="dxa"/>
            <w:shd w:val="clear" w:color="auto" w:fill="FFFFFF"/>
          </w:tcPr>
          <w:p w14:paraId="7A7965B3" w14:textId="77777777" w:rsidR="0030026E" w:rsidRDefault="0019537C">
            <w:r>
              <w:t>19988</w:t>
            </w:r>
          </w:p>
        </w:tc>
      </w:tr>
      <w:tr w:rsidR="0030026E" w14:paraId="14DF49F7" w14:textId="77777777">
        <w:trPr>
          <w:cantSplit/>
        </w:trPr>
        <w:tc>
          <w:tcPr>
            <w:tcW w:w="665" w:type="dxa"/>
            <w:shd w:val="clear" w:color="auto" w:fill="F2F2F2"/>
          </w:tcPr>
          <w:p w14:paraId="02C6DF88" w14:textId="77777777" w:rsidR="0030026E" w:rsidRDefault="0030026E"/>
        </w:tc>
        <w:tc>
          <w:tcPr>
            <w:tcW w:w="665" w:type="dxa"/>
            <w:shd w:val="clear" w:color="auto" w:fill="FFFFFF"/>
          </w:tcPr>
          <w:p w14:paraId="227A10EA" w14:textId="77777777" w:rsidR="0030026E" w:rsidRDefault="0019537C">
            <w:r>
              <w:t>отпуск в потребительский рынок</w:t>
            </w:r>
          </w:p>
        </w:tc>
        <w:tc>
          <w:tcPr>
            <w:tcW w:w="665" w:type="dxa"/>
            <w:shd w:val="clear" w:color="auto" w:fill="FFFFFF"/>
          </w:tcPr>
          <w:p w14:paraId="3FE7B6CE" w14:textId="77777777" w:rsidR="0030026E" w:rsidRDefault="0019537C">
            <w:r>
              <w:t>18157</w:t>
            </w:r>
          </w:p>
        </w:tc>
        <w:tc>
          <w:tcPr>
            <w:tcW w:w="665" w:type="dxa"/>
            <w:shd w:val="clear" w:color="auto" w:fill="FFFFFF"/>
          </w:tcPr>
          <w:p w14:paraId="375CC67E" w14:textId="77777777" w:rsidR="0030026E" w:rsidRDefault="0019537C">
            <w:r>
              <w:t>18157</w:t>
            </w:r>
          </w:p>
        </w:tc>
        <w:tc>
          <w:tcPr>
            <w:tcW w:w="665" w:type="dxa"/>
            <w:shd w:val="clear" w:color="auto" w:fill="FFFFFF"/>
          </w:tcPr>
          <w:p w14:paraId="7D379873" w14:textId="77777777" w:rsidR="0030026E" w:rsidRDefault="0019537C">
            <w:r>
              <w:t>18157</w:t>
            </w:r>
          </w:p>
        </w:tc>
        <w:tc>
          <w:tcPr>
            <w:tcW w:w="665" w:type="dxa"/>
            <w:shd w:val="clear" w:color="auto" w:fill="FFFFFF"/>
          </w:tcPr>
          <w:p w14:paraId="58E07B52" w14:textId="77777777" w:rsidR="0030026E" w:rsidRDefault="0019537C">
            <w:r>
              <w:t>18157</w:t>
            </w:r>
          </w:p>
        </w:tc>
        <w:tc>
          <w:tcPr>
            <w:tcW w:w="665" w:type="dxa"/>
            <w:shd w:val="clear" w:color="auto" w:fill="FFFFFF"/>
          </w:tcPr>
          <w:p w14:paraId="36E7E942" w14:textId="77777777" w:rsidR="0030026E" w:rsidRDefault="0019537C">
            <w:r>
              <w:t>18157</w:t>
            </w:r>
          </w:p>
        </w:tc>
        <w:tc>
          <w:tcPr>
            <w:tcW w:w="665" w:type="dxa"/>
            <w:shd w:val="clear" w:color="auto" w:fill="FFFFFF"/>
          </w:tcPr>
          <w:p w14:paraId="79EC551A" w14:textId="77777777" w:rsidR="0030026E" w:rsidRDefault="0019537C">
            <w:r>
              <w:t>18157</w:t>
            </w:r>
          </w:p>
        </w:tc>
        <w:tc>
          <w:tcPr>
            <w:tcW w:w="665" w:type="dxa"/>
            <w:shd w:val="clear" w:color="auto" w:fill="FFFFFF"/>
          </w:tcPr>
          <w:p w14:paraId="7A89B543" w14:textId="77777777" w:rsidR="0030026E" w:rsidRDefault="0019537C">
            <w:r>
              <w:t>18157</w:t>
            </w:r>
          </w:p>
        </w:tc>
        <w:tc>
          <w:tcPr>
            <w:tcW w:w="665" w:type="dxa"/>
            <w:shd w:val="clear" w:color="auto" w:fill="FFFFFF"/>
          </w:tcPr>
          <w:p w14:paraId="0FFBBE0F" w14:textId="77777777" w:rsidR="0030026E" w:rsidRDefault="0019537C">
            <w:r>
              <w:t>18157</w:t>
            </w:r>
          </w:p>
        </w:tc>
        <w:tc>
          <w:tcPr>
            <w:tcW w:w="665" w:type="dxa"/>
            <w:shd w:val="clear" w:color="auto" w:fill="FFFFFF"/>
          </w:tcPr>
          <w:p w14:paraId="47B6FC85" w14:textId="77777777" w:rsidR="0030026E" w:rsidRDefault="0019537C">
            <w:r>
              <w:t>18157</w:t>
            </w:r>
          </w:p>
        </w:tc>
        <w:tc>
          <w:tcPr>
            <w:tcW w:w="665" w:type="dxa"/>
            <w:shd w:val="clear" w:color="auto" w:fill="FFFFFF"/>
          </w:tcPr>
          <w:p w14:paraId="52026790" w14:textId="77777777" w:rsidR="0030026E" w:rsidRDefault="0019537C">
            <w:r>
              <w:t>18157</w:t>
            </w:r>
          </w:p>
        </w:tc>
        <w:tc>
          <w:tcPr>
            <w:tcW w:w="665" w:type="dxa"/>
            <w:shd w:val="clear" w:color="auto" w:fill="FFFFFF"/>
          </w:tcPr>
          <w:p w14:paraId="414BD2B5" w14:textId="77777777" w:rsidR="0030026E" w:rsidRDefault="0019537C">
            <w:r>
              <w:t>18157</w:t>
            </w:r>
          </w:p>
        </w:tc>
      </w:tr>
      <w:tr w:rsidR="0030026E" w14:paraId="293E3EA1" w14:textId="77777777">
        <w:trPr>
          <w:cantSplit/>
        </w:trPr>
        <w:tc>
          <w:tcPr>
            <w:tcW w:w="665" w:type="dxa"/>
            <w:shd w:val="clear" w:color="auto" w:fill="F2F2F2"/>
          </w:tcPr>
          <w:p w14:paraId="552544E6" w14:textId="77777777" w:rsidR="0030026E" w:rsidRDefault="0019537C">
            <w:r>
              <w:t>УПК № 2 ЦМК</w:t>
            </w:r>
          </w:p>
        </w:tc>
        <w:tc>
          <w:tcPr>
            <w:tcW w:w="665" w:type="dxa"/>
            <w:shd w:val="clear" w:color="auto" w:fill="FFFFFF"/>
          </w:tcPr>
          <w:p w14:paraId="11D0FFED" w14:textId="77777777" w:rsidR="0030026E" w:rsidRDefault="0019537C">
            <w:r>
              <w:t>подача в тепловую сеть</w:t>
            </w:r>
          </w:p>
        </w:tc>
        <w:tc>
          <w:tcPr>
            <w:tcW w:w="665" w:type="dxa"/>
            <w:shd w:val="clear" w:color="auto" w:fill="FFFFFF"/>
          </w:tcPr>
          <w:p w14:paraId="19F6EECF" w14:textId="77777777" w:rsidR="0030026E" w:rsidRDefault="0019537C">
            <w:r>
              <w:t>15007</w:t>
            </w:r>
          </w:p>
        </w:tc>
        <w:tc>
          <w:tcPr>
            <w:tcW w:w="665" w:type="dxa"/>
            <w:shd w:val="clear" w:color="auto" w:fill="FFFFFF"/>
          </w:tcPr>
          <w:p w14:paraId="31342828" w14:textId="77777777" w:rsidR="0030026E" w:rsidRDefault="0019537C">
            <w:r>
              <w:t>15007</w:t>
            </w:r>
          </w:p>
        </w:tc>
        <w:tc>
          <w:tcPr>
            <w:tcW w:w="665" w:type="dxa"/>
            <w:shd w:val="clear" w:color="auto" w:fill="FFFFFF"/>
          </w:tcPr>
          <w:p w14:paraId="38F55FC6" w14:textId="77777777" w:rsidR="0030026E" w:rsidRDefault="0019537C">
            <w:r>
              <w:t>15007</w:t>
            </w:r>
          </w:p>
        </w:tc>
        <w:tc>
          <w:tcPr>
            <w:tcW w:w="665" w:type="dxa"/>
            <w:shd w:val="clear" w:color="auto" w:fill="FFFFFF"/>
          </w:tcPr>
          <w:p w14:paraId="3867EF38" w14:textId="77777777" w:rsidR="0030026E" w:rsidRDefault="0019537C">
            <w:r>
              <w:t>15007</w:t>
            </w:r>
          </w:p>
        </w:tc>
        <w:tc>
          <w:tcPr>
            <w:tcW w:w="665" w:type="dxa"/>
            <w:shd w:val="clear" w:color="auto" w:fill="FFFFFF"/>
          </w:tcPr>
          <w:p w14:paraId="06510B58" w14:textId="77777777" w:rsidR="0030026E" w:rsidRDefault="0019537C">
            <w:r>
              <w:t>15007</w:t>
            </w:r>
          </w:p>
        </w:tc>
        <w:tc>
          <w:tcPr>
            <w:tcW w:w="665" w:type="dxa"/>
            <w:shd w:val="clear" w:color="auto" w:fill="FFFFFF"/>
          </w:tcPr>
          <w:p w14:paraId="6E2CD3D5" w14:textId="77777777" w:rsidR="0030026E" w:rsidRDefault="0019537C">
            <w:r>
              <w:t>15007</w:t>
            </w:r>
          </w:p>
        </w:tc>
        <w:tc>
          <w:tcPr>
            <w:tcW w:w="665" w:type="dxa"/>
            <w:shd w:val="clear" w:color="auto" w:fill="FFFFFF"/>
          </w:tcPr>
          <w:p w14:paraId="48C77A4E" w14:textId="77777777" w:rsidR="0030026E" w:rsidRDefault="0019537C">
            <w:r>
              <w:t>15007</w:t>
            </w:r>
          </w:p>
        </w:tc>
        <w:tc>
          <w:tcPr>
            <w:tcW w:w="665" w:type="dxa"/>
            <w:shd w:val="clear" w:color="auto" w:fill="FFFFFF"/>
          </w:tcPr>
          <w:p w14:paraId="27ABD9C7" w14:textId="77777777" w:rsidR="0030026E" w:rsidRDefault="0019537C">
            <w:r>
              <w:t>15007</w:t>
            </w:r>
          </w:p>
        </w:tc>
        <w:tc>
          <w:tcPr>
            <w:tcW w:w="665" w:type="dxa"/>
            <w:shd w:val="clear" w:color="auto" w:fill="FFFFFF"/>
          </w:tcPr>
          <w:p w14:paraId="06CE8029" w14:textId="77777777" w:rsidR="0030026E" w:rsidRDefault="0019537C">
            <w:r>
              <w:t>15007</w:t>
            </w:r>
          </w:p>
        </w:tc>
        <w:tc>
          <w:tcPr>
            <w:tcW w:w="665" w:type="dxa"/>
            <w:shd w:val="clear" w:color="auto" w:fill="FFFFFF"/>
          </w:tcPr>
          <w:p w14:paraId="3B1768B5" w14:textId="77777777" w:rsidR="0030026E" w:rsidRDefault="0019537C">
            <w:r>
              <w:t>15007</w:t>
            </w:r>
          </w:p>
        </w:tc>
        <w:tc>
          <w:tcPr>
            <w:tcW w:w="665" w:type="dxa"/>
            <w:shd w:val="clear" w:color="auto" w:fill="FFFFFF"/>
          </w:tcPr>
          <w:p w14:paraId="0C18A9FE" w14:textId="77777777" w:rsidR="0030026E" w:rsidRDefault="0019537C">
            <w:r>
              <w:t>15007</w:t>
            </w:r>
          </w:p>
        </w:tc>
      </w:tr>
      <w:tr w:rsidR="0030026E" w14:paraId="7CF58C17" w14:textId="77777777">
        <w:trPr>
          <w:cantSplit/>
        </w:trPr>
        <w:tc>
          <w:tcPr>
            <w:tcW w:w="665" w:type="dxa"/>
            <w:shd w:val="clear" w:color="auto" w:fill="F2F2F2"/>
          </w:tcPr>
          <w:p w14:paraId="53F579A8" w14:textId="77777777" w:rsidR="0030026E" w:rsidRDefault="0030026E"/>
        </w:tc>
        <w:tc>
          <w:tcPr>
            <w:tcW w:w="665" w:type="dxa"/>
            <w:shd w:val="clear" w:color="auto" w:fill="FFFFFF"/>
          </w:tcPr>
          <w:p w14:paraId="0B4913B3" w14:textId="77777777" w:rsidR="0030026E" w:rsidRDefault="0019537C">
            <w:r>
              <w:t>отпуск в потребительский рынок</w:t>
            </w:r>
          </w:p>
        </w:tc>
        <w:tc>
          <w:tcPr>
            <w:tcW w:w="665" w:type="dxa"/>
            <w:shd w:val="clear" w:color="auto" w:fill="FFFFFF"/>
          </w:tcPr>
          <w:p w14:paraId="0D858290" w14:textId="77777777" w:rsidR="0030026E" w:rsidRDefault="0019537C">
            <w:r>
              <w:t>13266</w:t>
            </w:r>
          </w:p>
        </w:tc>
        <w:tc>
          <w:tcPr>
            <w:tcW w:w="665" w:type="dxa"/>
            <w:shd w:val="clear" w:color="auto" w:fill="FFFFFF"/>
          </w:tcPr>
          <w:p w14:paraId="55EE7B32" w14:textId="77777777" w:rsidR="0030026E" w:rsidRDefault="0019537C">
            <w:r>
              <w:t>13266</w:t>
            </w:r>
          </w:p>
        </w:tc>
        <w:tc>
          <w:tcPr>
            <w:tcW w:w="665" w:type="dxa"/>
            <w:shd w:val="clear" w:color="auto" w:fill="FFFFFF"/>
          </w:tcPr>
          <w:p w14:paraId="38F8FF70" w14:textId="77777777" w:rsidR="0030026E" w:rsidRDefault="0019537C">
            <w:r>
              <w:t>13266</w:t>
            </w:r>
          </w:p>
        </w:tc>
        <w:tc>
          <w:tcPr>
            <w:tcW w:w="665" w:type="dxa"/>
            <w:shd w:val="clear" w:color="auto" w:fill="FFFFFF"/>
          </w:tcPr>
          <w:p w14:paraId="436C3019" w14:textId="77777777" w:rsidR="0030026E" w:rsidRDefault="0019537C">
            <w:r>
              <w:t>13266</w:t>
            </w:r>
          </w:p>
        </w:tc>
        <w:tc>
          <w:tcPr>
            <w:tcW w:w="665" w:type="dxa"/>
            <w:shd w:val="clear" w:color="auto" w:fill="FFFFFF"/>
          </w:tcPr>
          <w:p w14:paraId="287E02B4" w14:textId="77777777" w:rsidR="0030026E" w:rsidRDefault="0019537C">
            <w:r>
              <w:t>13266</w:t>
            </w:r>
          </w:p>
        </w:tc>
        <w:tc>
          <w:tcPr>
            <w:tcW w:w="665" w:type="dxa"/>
            <w:shd w:val="clear" w:color="auto" w:fill="FFFFFF"/>
          </w:tcPr>
          <w:p w14:paraId="053A8225" w14:textId="77777777" w:rsidR="0030026E" w:rsidRDefault="0019537C">
            <w:r>
              <w:t>13266</w:t>
            </w:r>
          </w:p>
        </w:tc>
        <w:tc>
          <w:tcPr>
            <w:tcW w:w="665" w:type="dxa"/>
            <w:shd w:val="clear" w:color="auto" w:fill="FFFFFF"/>
          </w:tcPr>
          <w:p w14:paraId="309F753F" w14:textId="77777777" w:rsidR="0030026E" w:rsidRDefault="0019537C">
            <w:r>
              <w:t>13266</w:t>
            </w:r>
          </w:p>
        </w:tc>
        <w:tc>
          <w:tcPr>
            <w:tcW w:w="665" w:type="dxa"/>
            <w:shd w:val="clear" w:color="auto" w:fill="FFFFFF"/>
          </w:tcPr>
          <w:p w14:paraId="7061C761" w14:textId="77777777" w:rsidR="0030026E" w:rsidRDefault="0019537C">
            <w:r>
              <w:t>13266</w:t>
            </w:r>
          </w:p>
        </w:tc>
        <w:tc>
          <w:tcPr>
            <w:tcW w:w="665" w:type="dxa"/>
            <w:shd w:val="clear" w:color="auto" w:fill="FFFFFF"/>
          </w:tcPr>
          <w:p w14:paraId="722AB7BE" w14:textId="77777777" w:rsidR="0030026E" w:rsidRDefault="0019537C">
            <w:r>
              <w:t>13266</w:t>
            </w:r>
          </w:p>
        </w:tc>
        <w:tc>
          <w:tcPr>
            <w:tcW w:w="665" w:type="dxa"/>
            <w:shd w:val="clear" w:color="auto" w:fill="FFFFFF"/>
          </w:tcPr>
          <w:p w14:paraId="6BD7D641" w14:textId="77777777" w:rsidR="0030026E" w:rsidRDefault="0019537C">
            <w:r>
              <w:t>13266</w:t>
            </w:r>
          </w:p>
        </w:tc>
        <w:tc>
          <w:tcPr>
            <w:tcW w:w="665" w:type="dxa"/>
            <w:shd w:val="clear" w:color="auto" w:fill="FFFFFF"/>
          </w:tcPr>
          <w:p w14:paraId="52435A8C" w14:textId="77777777" w:rsidR="0030026E" w:rsidRDefault="0019537C">
            <w:r>
              <w:t>13266</w:t>
            </w:r>
          </w:p>
        </w:tc>
      </w:tr>
      <w:tr w:rsidR="0030026E" w14:paraId="18919FE0" w14:textId="77777777">
        <w:trPr>
          <w:cantSplit/>
        </w:trPr>
        <w:tc>
          <w:tcPr>
            <w:tcW w:w="665" w:type="dxa"/>
            <w:shd w:val="clear" w:color="auto" w:fill="F2F2F2"/>
          </w:tcPr>
          <w:p w14:paraId="730C4963" w14:textId="77777777" w:rsidR="0030026E" w:rsidRDefault="0019537C">
            <w:r>
              <w:t>УПК № 9 ГРЭ</w:t>
            </w:r>
          </w:p>
        </w:tc>
        <w:tc>
          <w:tcPr>
            <w:tcW w:w="665" w:type="dxa"/>
            <w:shd w:val="clear" w:color="auto" w:fill="FFFFFF"/>
          </w:tcPr>
          <w:p w14:paraId="39683EB2" w14:textId="77777777" w:rsidR="0030026E" w:rsidRDefault="0019537C">
            <w:r>
              <w:t>подача в тепловую сеть</w:t>
            </w:r>
          </w:p>
        </w:tc>
        <w:tc>
          <w:tcPr>
            <w:tcW w:w="665" w:type="dxa"/>
            <w:shd w:val="clear" w:color="auto" w:fill="FFFFFF"/>
          </w:tcPr>
          <w:p w14:paraId="6F3A0382" w14:textId="77777777" w:rsidR="0030026E" w:rsidRDefault="0019537C">
            <w:r>
              <w:t>данные требуются</w:t>
            </w:r>
          </w:p>
        </w:tc>
        <w:tc>
          <w:tcPr>
            <w:tcW w:w="665" w:type="dxa"/>
            <w:shd w:val="clear" w:color="auto" w:fill="FFFFFF"/>
          </w:tcPr>
          <w:p w14:paraId="1FA5920E" w14:textId="77777777" w:rsidR="0030026E" w:rsidRDefault="0019537C">
            <w:r>
              <w:t>данные требуются</w:t>
            </w:r>
          </w:p>
        </w:tc>
        <w:tc>
          <w:tcPr>
            <w:tcW w:w="665" w:type="dxa"/>
            <w:shd w:val="clear" w:color="auto" w:fill="FFFFFF"/>
          </w:tcPr>
          <w:p w14:paraId="2DE0F86E" w14:textId="77777777" w:rsidR="0030026E" w:rsidRDefault="0019537C">
            <w:r>
              <w:t>данные требуются</w:t>
            </w:r>
          </w:p>
        </w:tc>
        <w:tc>
          <w:tcPr>
            <w:tcW w:w="665" w:type="dxa"/>
            <w:shd w:val="clear" w:color="auto" w:fill="FFFFFF"/>
          </w:tcPr>
          <w:p w14:paraId="2AA76988" w14:textId="77777777" w:rsidR="0030026E" w:rsidRDefault="0019537C">
            <w:r>
              <w:t>данные требуются</w:t>
            </w:r>
          </w:p>
        </w:tc>
        <w:tc>
          <w:tcPr>
            <w:tcW w:w="665" w:type="dxa"/>
            <w:shd w:val="clear" w:color="auto" w:fill="FFFFFF"/>
          </w:tcPr>
          <w:p w14:paraId="73884A83" w14:textId="77777777" w:rsidR="0030026E" w:rsidRDefault="0019537C">
            <w:r>
              <w:t>данные требуются</w:t>
            </w:r>
          </w:p>
        </w:tc>
        <w:tc>
          <w:tcPr>
            <w:tcW w:w="665" w:type="dxa"/>
            <w:shd w:val="clear" w:color="auto" w:fill="FFFFFF"/>
          </w:tcPr>
          <w:p w14:paraId="4E9F8810" w14:textId="77777777" w:rsidR="0030026E" w:rsidRDefault="0019537C">
            <w:r>
              <w:t>данные требуются</w:t>
            </w:r>
          </w:p>
        </w:tc>
        <w:tc>
          <w:tcPr>
            <w:tcW w:w="665" w:type="dxa"/>
            <w:shd w:val="clear" w:color="auto" w:fill="FFFFFF"/>
          </w:tcPr>
          <w:p w14:paraId="5933AD0C" w14:textId="77777777" w:rsidR="0030026E" w:rsidRDefault="0019537C">
            <w:r>
              <w:t>данные требуются</w:t>
            </w:r>
          </w:p>
        </w:tc>
        <w:tc>
          <w:tcPr>
            <w:tcW w:w="665" w:type="dxa"/>
            <w:shd w:val="clear" w:color="auto" w:fill="FFFFFF"/>
          </w:tcPr>
          <w:p w14:paraId="2E827A08" w14:textId="77777777" w:rsidR="0030026E" w:rsidRDefault="0019537C">
            <w:r>
              <w:t>данные требуются</w:t>
            </w:r>
          </w:p>
        </w:tc>
        <w:tc>
          <w:tcPr>
            <w:tcW w:w="665" w:type="dxa"/>
            <w:shd w:val="clear" w:color="auto" w:fill="FFFFFF"/>
          </w:tcPr>
          <w:p w14:paraId="5E90421F" w14:textId="77777777" w:rsidR="0030026E" w:rsidRDefault="0019537C">
            <w:r>
              <w:t>данные требуются</w:t>
            </w:r>
          </w:p>
        </w:tc>
        <w:tc>
          <w:tcPr>
            <w:tcW w:w="665" w:type="dxa"/>
            <w:shd w:val="clear" w:color="auto" w:fill="FFFFFF"/>
          </w:tcPr>
          <w:p w14:paraId="5F458876" w14:textId="77777777" w:rsidR="0030026E" w:rsidRDefault="0019537C">
            <w:r>
              <w:t>данные требуются</w:t>
            </w:r>
          </w:p>
        </w:tc>
        <w:tc>
          <w:tcPr>
            <w:tcW w:w="665" w:type="dxa"/>
            <w:shd w:val="clear" w:color="auto" w:fill="FFFFFF"/>
          </w:tcPr>
          <w:p w14:paraId="0990F19C" w14:textId="77777777" w:rsidR="0030026E" w:rsidRDefault="0019537C">
            <w:r>
              <w:t>данные требуются</w:t>
            </w:r>
          </w:p>
        </w:tc>
      </w:tr>
      <w:tr w:rsidR="0030026E" w14:paraId="0842B0D3" w14:textId="77777777">
        <w:trPr>
          <w:cantSplit/>
        </w:trPr>
        <w:tc>
          <w:tcPr>
            <w:tcW w:w="665" w:type="dxa"/>
            <w:shd w:val="clear" w:color="auto" w:fill="F2F2F2"/>
          </w:tcPr>
          <w:p w14:paraId="25AF22AD" w14:textId="77777777" w:rsidR="0030026E" w:rsidRDefault="0030026E"/>
        </w:tc>
        <w:tc>
          <w:tcPr>
            <w:tcW w:w="665" w:type="dxa"/>
            <w:shd w:val="clear" w:color="auto" w:fill="FFFFFF"/>
          </w:tcPr>
          <w:p w14:paraId="4AD21991" w14:textId="77777777" w:rsidR="0030026E" w:rsidRDefault="0019537C">
            <w:r>
              <w:t>отпуск в потребительский рынок</w:t>
            </w:r>
          </w:p>
        </w:tc>
        <w:tc>
          <w:tcPr>
            <w:tcW w:w="665" w:type="dxa"/>
            <w:shd w:val="clear" w:color="auto" w:fill="FFFFFF"/>
          </w:tcPr>
          <w:p w14:paraId="792BBDE4" w14:textId="77777777" w:rsidR="0030026E" w:rsidRDefault="0019537C">
            <w:r>
              <w:t>данные требуются</w:t>
            </w:r>
          </w:p>
        </w:tc>
        <w:tc>
          <w:tcPr>
            <w:tcW w:w="665" w:type="dxa"/>
            <w:shd w:val="clear" w:color="auto" w:fill="FFFFFF"/>
          </w:tcPr>
          <w:p w14:paraId="1E20DB73" w14:textId="77777777" w:rsidR="0030026E" w:rsidRDefault="0019537C">
            <w:r>
              <w:t>данные требуются</w:t>
            </w:r>
          </w:p>
        </w:tc>
        <w:tc>
          <w:tcPr>
            <w:tcW w:w="665" w:type="dxa"/>
            <w:shd w:val="clear" w:color="auto" w:fill="FFFFFF"/>
          </w:tcPr>
          <w:p w14:paraId="6D8F9BEC" w14:textId="77777777" w:rsidR="0030026E" w:rsidRDefault="0019537C">
            <w:r>
              <w:t>данные требуются</w:t>
            </w:r>
          </w:p>
        </w:tc>
        <w:tc>
          <w:tcPr>
            <w:tcW w:w="665" w:type="dxa"/>
            <w:shd w:val="clear" w:color="auto" w:fill="FFFFFF"/>
          </w:tcPr>
          <w:p w14:paraId="395DA213" w14:textId="77777777" w:rsidR="0030026E" w:rsidRDefault="0019537C">
            <w:r>
              <w:t>данные требуются</w:t>
            </w:r>
          </w:p>
        </w:tc>
        <w:tc>
          <w:tcPr>
            <w:tcW w:w="665" w:type="dxa"/>
            <w:shd w:val="clear" w:color="auto" w:fill="FFFFFF"/>
          </w:tcPr>
          <w:p w14:paraId="581F77C3" w14:textId="77777777" w:rsidR="0030026E" w:rsidRDefault="0019537C">
            <w:r>
              <w:t>данные требуются</w:t>
            </w:r>
          </w:p>
        </w:tc>
        <w:tc>
          <w:tcPr>
            <w:tcW w:w="665" w:type="dxa"/>
            <w:shd w:val="clear" w:color="auto" w:fill="FFFFFF"/>
          </w:tcPr>
          <w:p w14:paraId="4A424AE8" w14:textId="77777777" w:rsidR="0030026E" w:rsidRDefault="0019537C">
            <w:r>
              <w:t>данные требуются</w:t>
            </w:r>
          </w:p>
        </w:tc>
        <w:tc>
          <w:tcPr>
            <w:tcW w:w="665" w:type="dxa"/>
            <w:shd w:val="clear" w:color="auto" w:fill="FFFFFF"/>
          </w:tcPr>
          <w:p w14:paraId="6C4082AA" w14:textId="77777777" w:rsidR="0030026E" w:rsidRDefault="0019537C">
            <w:r>
              <w:t>данные требуются</w:t>
            </w:r>
          </w:p>
        </w:tc>
        <w:tc>
          <w:tcPr>
            <w:tcW w:w="665" w:type="dxa"/>
            <w:shd w:val="clear" w:color="auto" w:fill="FFFFFF"/>
          </w:tcPr>
          <w:p w14:paraId="01E1B28A" w14:textId="77777777" w:rsidR="0030026E" w:rsidRDefault="0019537C">
            <w:r>
              <w:t>данные требуются</w:t>
            </w:r>
          </w:p>
        </w:tc>
        <w:tc>
          <w:tcPr>
            <w:tcW w:w="665" w:type="dxa"/>
            <w:shd w:val="clear" w:color="auto" w:fill="FFFFFF"/>
          </w:tcPr>
          <w:p w14:paraId="4A8B187F" w14:textId="77777777" w:rsidR="0030026E" w:rsidRDefault="0019537C">
            <w:r>
              <w:t>данные требуются</w:t>
            </w:r>
          </w:p>
        </w:tc>
        <w:tc>
          <w:tcPr>
            <w:tcW w:w="665" w:type="dxa"/>
            <w:shd w:val="clear" w:color="auto" w:fill="FFFFFF"/>
          </w:tcPr>
          <w:p w14:paraId="55379B1A" w14:textId="77777777" w:rsidR="0030026E" w:rsidRDefault="0019537C">
            <w:r>
              <w:t>данные требуются</w:t>
            </w:r>
          </w:p>
        </w:tc>
        <w:tc>
          <w:tcPr>
            <w:tcW w:w="665" w:type="dxa"/>
            <w:shd w:val="clear" w:color="auto" w:fill="FFFFFF"/>
          </w:tcPr>
          <w:p w14:paraId="5146128E" w14:textId="77777777" w:rsidR="0030026E" w:rsidRDefault="0019537C">
            <w:r>
              <w:t>данные требуются</w:t>
            </w:r>
          </w:p>
        </w:tc>
      </w:tr>
      <w:tr w:rsidR="0030026E" w14:paraId="4A2F5483" w14:textId="77777777">
        <w:trPr>
          <w:cantSplit/>
        </w:trPr>
        <w:tc>
          <w:tcPr>
            <w:tcW w:w="665" w:type="dxa"/>
            <w:shd w:val="clear" w:color="auto" w:fill="F2F2F2"/>
          </w:tcPr>
          <w:p w14:paraId="01863CF6" w14:textId="77777777" w:rsidR="0030026E" w:rsidRDefault="0019537C">
            <w:r>
              <w:t>УПК № 5 Новый Шерегеш</w:t>
            </w:r>
          </w:p>
        </w:tc>
        <w:tc>
          <w:tcPr>
            <w:tcW w:w="665" w:type="dxa"/>
            <w:shd w:val="clear" w:color="auto" w:fill="FFFFFF"/>
          </w:tcPr>
          <w:p w14:paraId="15DD6696" w14:textId="77777777" w:rsidR="0030026E" w:rsidRDefault="0019537C">
            <w:r>
              <w:t>подача в тепловую сеть</w:t>
            </w:r>
          </w:p>
        </w:tc>
        <w:tc>
          <w:tcPr>
            <w:tcW w:w="665" w:type="dxa"/>
            <w:shd w:val="clear" w:color="auto" w:fill="FFFFFF"/>
          </w:tcPr>
          <w:p w14:paraId="69B54B54" w14:textId="77777777" w:rsidR="0030026E" w:rsidRDefault="0019537C">
            <w:r>
              <w:t>235554</w:t>
            </w:r>
          </w:p>
        </w:tc>
        <w:tc>
          <w:tcPr>
            <w:tcW w:w="665" w:type="dxa"/>
            <w:shd w:val="clear" w:color="auto" w:fill="FFFFFF"/>
          </w:tcPr>
          <w:p w14:paraId="6B17BBC1" w14:textId="77777777" w:rsidR="0030026E" w:rsidRDefault="0019537C">
            <w:r>
              <w:t>242138</w:t>
            </w:r>
          </w:p>
        </w:tc>
        <w:tc>
          <w:tcPr>
            <w:tcW w:w="665" w:type="dxa"/>
            <w:shd w:val="clear" w:color="auto" w:fill="FFFFFF"/>
          </w:tcPr>
          <w:p w14:paraId="088AC25E" w14:textId="77777777" w:rsidR="0030026E" w:rsidRDefault="0019537C">
            <w:r>
              <w:t>248722</w:t>
            </w:r>
          </w:p>
        </w:tc>
        <w:tc>
          <w:tcPr>
            <w:tcW w:w="665" w:type="dxa"/>
            <w:shd w:val="clear" w:color="auto" w:fill="FFFFFF"/>
          </w:tcPr>
          <w:p w14:paraId="4E4F4F50" w14:textId="77777777" w:rsidR="0030026E" w:rsidRDefault="0019537C">
            <w:r>
              <w:t>255307</w:t>
            </w:r>
          </w:p>
        </w:tc>
        <w:tc>
          <w:tcPr>
            <w:tcW w:w="665" w:type="dxa"/>
            <w:shd w:val="clear" w:color="auto" w:fill="FFFFFF"/>
          </w:tcPr>
          <w:p w14:paraId="53A28E9F" w14:textId="77777777" w:rsidR="0030026E" w:rsidRDefault="0019537C">
            <w:r>
              <w:t>261891</w:t>
            </w:r>
          </w:p>
        </w:tc>
        <w:tc>
          <w:tcPr>
            <w:tcW w:w="665" w:type="dxa"/>
            <w:shd w:val="clear" w:color="auto" w:fill="FFFFFF"/>
          </w:tcPr>
          <w:p w14:paraId="1E464C72" w14:textId="77777777" w:rsidR="0030026E" w:rsidRDefault="0019537C">
            <w:r>
              <w:t>268475</w:t>
            </w:r>
          </w:p>
        </w:tc>
        <w:tc>
          <w:tcPr>
            <w:tcW w:w="665" w:type="dxa"/>
            <w:shd w:val="clear" w:color="auto" w:fill="FFFFFF"/>
          </w:tcPr>
          <w:p w14:paraId="09EF6D5C" w14:textId="77777777" w:rsidR="0030026E" w:rsidRDefault="0019537C">
            <w:r>
              <w:t>268475</w:t>
            </w:r>
          </w:p>
        </w:tc>
        <w:tc>
          <w:tcPr>
            <w:tcW w:w="665" w:type="dxa"/>
            <w:shd w:val="clear" w:color="auto" w:fill="FFFFFF"/>
          </w:tcPr>
          <w:p w14:paraId="414321E3" w14:textId="77777777" w:rsidR="0030026E" w:rsidRDefault="0019537C">
            <w:r>
              <w:t>268475</w:t>
            </w:r>
          </w:p>
        </w:tc>
        <w:tc>
          <w:tcPr>
            <w:tcW w:w="665" w:type="dxa"/>
            <w:shd w:val="clear" w:color="auto" w:fill="FFFFFF"/>
          </w:tcPr>
          <w:p w14:paraId="4777D589" w14:textId="77777777" w:rsidR="0030026E" w:rsidRDefault="0019537C">
            <w:r>
              <w:t>268475</w:t>
            </w:r>
          </w:p>
        </w:tc>
        <w:tc>
          <w:tcPr>
            <w:tcW w:w="665" w:type="dxa"/>
            <w:shd w:val="clear" w:color="auto" w:fill="FFFFFF"/>
          </w:tcPr>
          <w:p w14:paraId="5B47BAF7" w14:textId="77777777" w:rsidR="0030026E" w:rsidRDefault="0019537C">
            <w:r>
              <w:t>268475</w:t>
            </w:r>
          </w:p>
        </w:tc>
        <w:tc>
          <w:tcPr>
            <w:tcW w:w="665" w:type="dxa"/>
            <w:shd w:val="clear" w:color="auto" w:fill="FFFFFF"/>
          </w:tcPr>
          <w:p w14:paraId="69DC7988" w14:textId="77777777" w:rsidR="0030026E" w:rsidRDefault="0019537C">
            <w:r>
              <w:t>268475</w:t>
            </w:r>
          </w:p>
        </w:tc>
      </w:tr>
      <w:tr w:rsidR="0030026E" w14:paraId="5E671661" w14:textId="77777777">
        <w:trPr>
          <w:cantSplit/>
        </w:trPr>
        <w:tc>
          <w:tcPr>
            <w:tcW w:w="665" w:type="dxa"/>
            <w:shd w:val="clear" w:color="auto" w:fill="F2F2F2"/>
          </w:tcPr>
          <w:p w14:paraId="14C9F3F8" w14:textId="77777777" w:rsidR="0030026E" w:rsidRDefault="0030026E"/>
        </w:tc>
        <w:tc>
          <w:tcPr>
            <w:tcW w:w="665" w:type="dxa"/>
            <w:shd w:val="clear" w:color="auto" w:fill="FFFFFF"/>
          </w:tcPr>
          <w:p w14:paraId="22A1246C" w14:textId="77777777" w:rsidR="0030026E" w:rsidRDefault="0019537C">
            <w:r>
              <w:t>отпуск в потребительский рынок</w:t>
            </w:r>
          </w:p>
        </w:tc>
        <w:tc>
          <w:tcPr>
            <w:tcW w:w="665" w:type="dxa"/>
            <w:shd w:val="clear" w:color="auto" w:fill="FFFFFF"/>
          </w:tcPr>
          <w:p w14:paraId="1AFF06F9" w14:textId="77777777" w:rsidR="0030026E" w:rsidRDefault="0019537C">
            <w:r>
              <w:t>217779</w:t>
            </w:r>
          </w:p>
        </w:tc>
        <w:tc>
          <w:tcPr>
            <w:tcW w:w="665" w:type="dxa"/>
            <w:shd w:val="clear" w:color="auto" w:fill="FFFFFF"/>
          </w:tcPr>
          <w:p w14:paraId="44BB39BA" w14:textId="77777777" w:rsidR="0030026E" w:rsidRDefault="0019537C">
            <w:r>
              <w:t>217779</w:t>
            </w:r>
          </w:p>
        </w:tc>
        <w:tc>
          <w:tcPr>
            <w:tcW w:w="665" w:type="dxa"/>
            <w:shd w:val="clear" w:color="auto" w:fill="FFFFFF"/>
          </w:tcPr>
          <w:p w14:paraId="5DA2620B" w14:textId="77777777" w:rsidR="0030026E" w:rsidRDefault="0019537C">
            <w:r>
              <w:t>217779</w:t>
            </w:r>
          </w:p>
        </w:tc>
        <w:tc>
          <w:tcPr>
            <w:tcW w:w="665" w:type="dxa"/>
            <w:shd w:val="clear" w:color="auto" w:fill="FFFFFF"/>
          </w:tcPr>
          <w:p w14:paraId="39983928" w14:textId="77777777" w:rsidR="0030026E" w:rsidRDefault="0019537C">
            <w:r>
              <w:t>217779</w:t>
            </w:r>
          </w:p>
        </w:tc>
        <w:tc>
          <w:tcPr>
            <w:tcW w:w="665" w:type="dxa"/>
            <w:shd w:val="clear" w:color="auto" w:fill="FFFFFF"/>
          </w:tcPr>
          <w:p w14:paraId="1FD5825C" w14:textId="77777777" w:rsidR="0030026E" w:rsidRDefault="0019537C">
            <w:r>
              <w:t>217779</w:t>
            </w:r>
          </w:p>
        </w:tc>
        <w:tc>
          <w:tcPr>
            <w:tcW w:w="665" w:type="dxa"/>
            <w:shd w:val="clear" w:color="auto" w:fill="FFFFFF"/>
          </w:tcPr>
          <w:p w14:paraId="5CF6BA31" w14:textId="77777777" w:rsidR="0030026E" w:rsidRDefault="0019537C">
            <w:r>
              <w:t>217779</w:t>
            </w:r>
          </w:p>
        </w:tc>
        <w:tc>
          <w:tcPr>
            <w:tcW w:w="665" w:type="dxa"/>
            <w:shd w:val="clear" w:color="auto" w:fill="FFFFFF"/>
          </w:tcPr>
          <w:p w14:paraId="0051E18A" w14:textId="77777777" w:rsidR="0030026E" w:rsidRDefault="0019537C">
            <w:r>
              <w:t>217779</w:t>
            </w:r>
          </w:p>
        </w:tc>
        <w:tc>
          <w:tcPr>
            <w:tcW w:w="665" w:type="dxa"/>
            <w:shd w:val="clear" w:color="auto" w:fill="FFFFFF"/>
          </w:tcPr>
          <w:p w14:paraId="604628A6" w14:textId="77777777" w:rsidR="0030026E" w:rsidRDefault="0019537C">
            <w:r>
              <w:t>217779</w:t>
            </w:r>
          </w:p>
        </w:tc>
        <w:tc>
          <w:tcPr>
            <w:tcW w:w="665" w:type="dxa"/>
            <w:shd w:val="clear" w:color="auto" w:fill="FFFFFF"/>
          </w:tcPr>
          <w:p w14:paraId="7E924703" w14:textId="77777777" w:rsidR="0030026E" w:rsidRDefault="0019537C">
            <w:r>
              <w:t>217779</w:t>
            </w:r>
          </w:p>
        </w:tc>
        <w:tc>
          <w:tcPr>
            <w:tcW w:w="665" w:type="dxa"/>
            <w:shd w:val="clear" w:color="auto" w:fill="FFFFFF"/>
          </w:tcPr>
          <w:p w14:paraId="4CBB3D18" w14:textId="77777777" w:rsidR="0030026E" w:rsidRDefault="0019537C">
            <w:r>
              <w:t>217779</w:t>
            </w:r>
          </w:p>
        </w:tc>
        <w:tc>
          <w:tcPr>
            <w:tcW w:w="665" w:type="dxa"/>
            <w:shd w:val="clear" w:color="auto" w:fill="FFFFFF"/>
          </w:tcPr>
          <w:p w14:paraId="46239710" w14:textId="77777777" w:rsidR="0030026E" w:rsidRDefault="0019537C">
            <w:r>
              <w:t>217779</w:t>
            </w:r>
          </w:p>
        </w:tc>
      </w:tr>
      <w:tr w:rsidR="0030026E" w14:paraId="4BBA8BE9" w14:textId="77777777">
        <w:trPr>
          <w:cantSplit/>
        </w:trPr>
        <w:tc>
          <w:tcPr>
            <w:tcW w:w="665" w:type="dxa"/>
            <w:shd w:val="clear" w:color="auto" w:fill="F2F2F2"/>
          </w:tcPr>
          <w:p w14:paraId="33D271B6" w14:textId="77777777" w:rsidR="0030026E" w:rsidRDefault="0019537C">
            <w:r>
              <w:t>УПК № 6 Старый Шерегеш</w:t>
            </w:r>
          </w:p>
        </w:tc>
        <w:tc>
          <w:tcPr>
            <w:tcW w:w="665" w:type="dxa"/>
            <w:shd w:val="clear" w:color="auto" w:fill="FFFFFF"/>
          </w:tcPr>
          <w:p w14:paraId="2B61313B" w14:textId="77777777" w:rsidR="0030026E" w:rsidRDefault="0019537C">
            <w:r>
              <w:t>подача в тепловую сеть</w:t>
            </w:r>
          </w:p>
        </w:tc>
        <w:tc>
          <w:tcPr>
            <w:tcW w:w="665" w:type="dxa"/>
            <w:shd w:val="clear" w:color="auto" w:fill="FFFFFF"/>
          </w:tcPr>
          <w:p w14:paraId="4AAA5D4E" w14:textId="77777777" w:rsidR="0030026E" w:rsidRDefault="0019537C">
            <w:r>
              <w:t>23280</w:t>
            </w:r>
          </w:p>
        </w:tc>
        <w:tc>
          <w:tcPr>
            <w:tcW w:w="665" w:type="dxa"/>
            <w:shd w:val="clear" w:color="auto" w:fill="FFFFFF"/>
          </w:tcPr>
          <w:p w14:paraId="04CA4E02" w14:textId="77777777" w:rsidR="0030026E" w:rsidRDefault="0019537C">
            <w:r>
              <w:t>23280</w:t>
            </w:r>
          </w:p>
        </w:tc>
        <w:tc>
          <w:tcPr>
            <w:tcW w:w="665" w:type="dxa"/>
            <w:shd w:val="clear" w:color="auto" w:fill="FFFFFF"/>
          </w:tcPr>
          <w:p w14:paraId="601F5FF1" w14:textId="77777777" w:rsidR="0030026E" w:rsidRDefault="0019537C">
            <w:r>
              <w:t>23280</w:t>
            </w:r>
          </w:p>
        </w:tc>
        <w:tc>
          <w:tcPr>
            <w:tcW w:w="665" w:type="dxa"/>
            <w:shd w:val="clear" w:color="auto" w:fill="FFFFFF"/>
          </w:tcPr>
          <w:p w14:paraId="2EB089C0" w14:textId="77777777" w:rsidR="0030026E" w:rsidRDefault="0019537C">
            <w:r>
              <w:t>23280</w:t>
            </w:r>
          </w:p>
        </w:tc>
        <w:tc>
          <w:tcPr>
            <w:tcW w:w="665" w:type="dxa"/>
            <w:shd w:val="clear" w:color="auto" w:fill="FFFFFF"/>
          </w:tcPr>
          <w:p w14:paraId="45A1657D" w14:textId="77777777" w:rsidR="0030026E" w:rsidRDefault="0019537C">
            <w:r>
              <w:t>23280</w:t>
            </w:r>
          </w:p>
        </w:tc>
        <w:tc>
          <w:tcPr>
            <w:tcW w:w="665" w:type="dxa"/>
            <w:shd w:val="clear" w:color="auto" w:fill="FFFFFF"/>
          </w:tcPr>
          <w:p w14:paraId="5BBF44F9" w14:textId="77777777" w:rsidR="0030026E" w:rsidRDefault="0019537C">
            <w:r>
              <w:t>23280</w:t>
            </w:r>
          </w:p>
        </w:tc>
        <w:tc>
          <w:tcPr>
            <w:tcW w:w="665" w:type="dxa"/>
            <w:shd w:val="clear" w:color="auto" w:fill="FFFFFF"/>
          </w:tcPr>
          <w:p w14:paraId="53C5F91F" w14:textId="77777777" w:rsidR="0030026E" w:rsidRDefault="0019537C">
            <w:r>
              <w:t>23280</w:t>
            </w:r>
          </w:p>
        </w:tc>
        <w:tc>
          <w:tcPr>
            <w:tcW w:w="665" w:type="dxa"/>
            <w:shd w:val="clear" w:color="auto" w:fill="FFFFFF"/>
          </w:tcPr>
          <w:p w14:paraId="6CF2ECFB" w14:textId="77777777" w:rsidR="0030026E" w:rsidRDefault="0019537C">
            <w:r>
              <w:t>23280</w:t>
            </w:r>
          </w:p>
        </w:tc>
        <w:tc>
          <w:tcPr>
            <w:tcW w:w="665" w:type="dxa"/>
            <w:shd w:val="clear" w:color="auto" w:fill="FFFFFF"/>
          </w:tcPr>
          <w:p w14:paraId="3E7A4767" w14:textId="77777777" w:rsidR="0030026E" w:rsidRDefault="0019537C">
            <w:r>
              <w:t>23280</w:t>
            </w:r>
          </w:p>
        </w:tc>
        <w:tc>
          <w:tcPr>
            <w:tcW w:w="665" w:type="dxa"/>
            <w:shd w:val="clear" w:color="auto" w:fill="FFFFFF"/>
          </w:tcPr>
          <w:p w14:paraId="74121BBF" w14:textId="77777777" w:rsidR="0030026E" w:rsidRDefault="0019537C">
            <w:r>
              <w:t>23280</w:t>
            </w:r>
          </w:p>
        </w:tc>
        <w:tc>
          <w:tcPr>
            <w:tcW w:w="665" w:type="dxa"/>
            <w:shd w:val="clear" w:color="auto" w:fill="FFFFFF"/>
          </w:tcPr>
          <w:p w14:paraId="75BF6CB6" w14:textId="77777777" w:rsidR="0030026E" w:rsidRDefault="0019537C">
            <w:r>
              <w:t>23280</w:t>
            </w:r>
          </w:p>
        </w:tc>
      </w:tr>
      <w:tr w:rsidR="0030026E" w14:paraId="215D8255" w14:textId="77777777">
        <w:trPr>
          <w:cantSplit/>
        </w:trPr>
        <w:tc>
          <w:tcPr>
            <w:tcW w:w="665" w:type="dxa"/>
            <w:shd w:val="clear" w:color="auto" w:fill="F2F2F2"/>
          </w:tcPr>
          <w:p w14:paraId="4E9644FB" w14:textId="77777777" w:rsidR="0030026E" w:rsidRDefault="0030026E"/>
        </w:tc>
        <w:tc>
          <w:tcPr>
            <w:tcW w:w="665" w:type="dxa"/>
            <w:shd w:val="clear" w:color="auto" w:fill="FFFFFF"/>
          </w:tcPr>
          <w:p w14:paraId="75E13B21" w14:textId="77777777" w:rsidR="0030026E" w:rsidRDefault="0019537C">
            <w:r>
              <w:t>отпуск в потребительский рынок</w:t>
            </w:r>
          </w:p>
        </w:tc>
        <w:tc>
          <w:tcPr>
            <w:tcW w:w="665" w:type="dxa"/>
            <w:shd w:val="clear" w:color="auto" w:fill="FFFFFF"/>
          </w:tcPr>
          <w:p w14:paraId="5CA65B0C" w14:textId="77777777" w:rsidR="0030026E" w:rsidRDefault="0019537C">
            <w:r>
              <w:t>22390</w:t>
            </w:r>
          </w:p>
        </w:tc>
        <w:tc>
          <w:tcPr>
            <w:tcW w:w="665" w:type="dxa"/>
            <w:shd w:val="clear" w:color="auto" w:fill="FFFFFF"/>
          </w:tcPr>
          <w:p w14:paraId="74FFB126" w14:textId="77777777" w:rsidR="0030026E" w:rsidRDefault="0019537C">
            <w:r>
              <w:t>22390</w:t>
            </w:r>
          </w:p>
        </w:tc>
        <w:tc>
          <w:tcPr>
            <w:tcW w:w="665" w:type="dxa"/>
            <w:shd w:val="clear" w:color="auto" w:fill="FFFFFF"/>
          </w:tcPr>
          <w:p w14:paraId="103BFE30" w14:textId="77777777" w:rsidR="0030026E" w:rsidRDefault="0019537C">
            <w:r>
              <w:t>22390</w:t>
            </w:r>
          </w:p>
        </w:tc>
        <w:tc>
          <w:tcPr>
            <w:tcW w:w="665" w:type="dxa"/>
            <w:shd w:val="clear" w:color="auto" w:fill="FFFFFF"/>
          </w:tcPr>
          <w:p w14:paraId="689322D2" w14:textId="77777777" w:rsidR="0030026E" w:rsidRDefault="0019537C">
            <w:r>
              <w:t>22390</w:t>
            </w:r>
          </w:p>
        </w:tc>
        <w:tc>
          <w:tcPr>
            <w:tcW w:w="665" w:type="dxa"/>
            <w:shd w:val="clear" w:color="auto" w:fill="FFFFFF"/>
          </w:tcPr>
          <w:p w14:paraId="6FABB2A5" w14:textId="77777777" w:rsidR="0030026E" w:rsidRDefault="0019537C">
            <w:r>
              <w:t>22390</w:t>
            </w:r>
          </w:p>
        </w:tc>
        <w:tc>
          <w:tcPr>
            <w:tcW w:w="665" w:type="dxa"/>
            <w:shd w:val="clear" w:color="auto" w:fill="FFFFFF"/>
          </w:tcPr>
          <w:p w14:paraId="28F15469" w14:textId="77777777" w:rsidR="0030026E" w:rsidRDefault="0019537C">
            <w:r>
              <w:t>22390</w:t>
            </w:r>
          </w:p>
        </w:tc>
        <w:tc>
          <w:tcPr>
            <w:tcW w:w="665" w:type="dxa"/>
            <w:shd w:val="clear" w:color="auto" w:fill="FFFFFF"/>
          </w:tcPr>
          <w:p w14:paraId="4D400C59" w14:textId="77777777" w:rsidR="0030026E" w:rsidRDefault="0019537C">
            <w:r>
              <w:t>22390</w:t>
            </w:r>
          </w:p>
        </w:tc>
        <w:tc>
          <w:tcPr>
            <w:tcW w:w="665" w:type="dxa"/>
            <w:shd w:val="clear" w:color="auto" w:fill="FFFFFF"/>
          </w:tcPr>
          <w:p w14:paraId="2D2681C2" w14:textId="77777777" w:rsidR="0030026E" w:rsidRDefault="0019537C">
            <w:r>
              <w:t>22390</w:t>
            </w:r>
          </w:p>
        </w:tc>
        <w:tc>
          <w:tcPr>
            <w:tcW w:w="665" w:type="dxa"/>
            <w:shd w:val="clear" w:color="auto" w:fill="FFFFFF"/>
          </w:tcPr>
          <w:p w14:paraId="394CB7A2" w14:textId="77777777" w:rsidR="0030026E" w:rsidRDefault="0019537C">
            <w:r>
              <w:t>22390</w:t>
            </w:r>
          </w:p>
        </w:tc>
        <w:tc>
          <w:tcPr>
            <w:tcW w:w="665" w:type="dxa"/>
            <w:shd w:val="clear" w:color="auto" w:fill="FFFFFF"/>
          </w:tcPr>
          <w:p w14:paraId="4F2D989E" w14:textId="77777777" w:rsidR="0030026E" w:rsidRDefault="0019537C">
            <w:r>
              <w:t>22390</w:t>
            </w:r>
          </w:p>
        </w:tc>
        <w:tc>
          <w:tcPr>
            <w:tcW w:w="665" w:type="dxa"/>
            <w:shd w:val="clear" w:color="auto" w:fill="FFFFFF"/>
          </w:tcPr>
          <w:p w14:paraId="2344CC47" w14:textId="77777777" w:rsidR="0030026E" w:rsidRDefault="0019537C">
            <w:r>
              <w:t>22390</w:t>
            </w:r>
          </w:p>
        </w:tc>
      </w:tr>
      <w:tr w:rsidR="0030026E" w14:paraId="69B5E99C" w14:textId="77777777">
        <w:trPr>
          <w:cantSplit/>
        </w:trPr>
        <w:tc>
          <w:tcPr>
            <w:tcW w:w="665" w:type="dxa"/>
            <w:shd w:val="clear" w:color="auto" w:fill="F2F2F2"/>
          </w:tcPr>
          <w:p w14:paraId="1B5DB5BF" w14:textId="77777777" w:rsidR="0030026E" w:rsidRDefault="0019537C">
            <w:r>
              <w:t>УПК № 7 Каз</w:t>
            </w:r>
          </w:p>
        </w:tc>
        <w:tc>
          <w:tcPr>
            <w:tcW w:w="665" w:type="dxa"/>
            <w:shd w:val="clear" w:color="auto" w:fill="FFFFFF"/>
          </w:tcPr>
          <w:p w14:paraId="75122312" w14:textId="77777777" w:rsidR="0030026E" w:rsidRDefault="0019537C">
            <w:r>
              <w:t>подача в тепловую сеть</w:t>
            </w:r>
          </w:p>
        </w:tc>
        <w:tc>
          <w:tcPr>
            <w:tcW w:w="665" w:type="dxa"/>
            <w:shd w:val="clear" w:color="auto" w:fill="FFFFFF"/>
          </w:tcPr>
          <w:p w14:paraId="53D85CB4" w14:textId="77777777" w:rsidR="0030026E" w:rsidRDefault="0019537C">
            <w:r>
              <w:t>113155</w:t>
            </w:r>
          </w:p>
        </w:tc>
        <w:tc>
          <w:tcPr>
            <w:tcW w:w="665" w:type="dxa"/>
            <w:shd w:val="clear" w:color="auto" w:fill="FFFFFF"/>
          </w:tcPr>
          <w:p w14:paraId="2E694646" w14:textId="77777777" w:rsidR="0030026E" w:rsidRDefault="0019537C">
            <w:r>
              <w:t>113155</w:t>
            </w:r>
          </w:p>
        </w:tc>
        <w:tc>
          <w:tcPr>
            <w:tcW w:w="665" w:type="dxa"/>
            <w:shd w:val="clear" w:color="auto" w:fill="FFFFFF"/>
          </w:tcPr>
          <w:p w14:paraId="17B9BFF4" w14:textId="77777777" w:rsidR="0030026E" w:rsidRDefault="0019537C">
            <w:r>
              <w:t>113155</w:t>
            </w:r>
          </w:p>
        </w:tc>
        <w:tc>
          <w:tcPr>
            <w:tcW w:w="665" w:type="dxa"/>
            <w:shd w:val="clear" w:color="auto" w:fill="FFFFFF"/>
          </w:tcPr>
          <w:p w14:paraId="4C05A2EC" w14:textId="77777777" w:rsidR="0030026E" w:rsidRDefault="0019537C">
            <w:r>
              <w:t>113155</w:t>
            </w:r>
          </w:p>
        </w:tc>
        <w:tc>
          <w:tcPr>
            <w:tcW w:w="665" w:type="dxa"/>
            <w:shd w:val="clear" w:color="auto" w:fill="FFFFFF"/>
          </w:tcPr>
          <w:p w14:paraId="0F4802D1" w14:textId="77777777" w:rsidR="0030026E" w:rsidRDefault="0019537C">
            <w:r>
              <w:t>113155</w:t>
            </w:r>
          </w:p>
        </w:tc>
        <w:tc>
          <w:tcPr>
            <w:tcW w:w="665" w:type="dxa"/>
            <w:shd w:val="clear" w:color="auto" w:fill="FFFFFF"/>
          </w:tcPr>
          <w:p w14:paraId="58A0BF8D" w14:textId="77777777" w:rsidR="0030026E" w:rsidRDefault="0019537C">
            <w:r>
              <w:t>113155</w:t>
            </w:r>
          </w:p>
        </w:tc>
        <w:tc>
          <w:tcPr>
            <w:tcW w:w="665" w:type="dxa"/>
            <w:shd w:val="clear" w:color="auto" w:fill="FFFFFF"/>
          </w:tcPr>
          <w:p w14:paraId="29E163D5" w14:textId="77777777" w:rsidR="0030026E" w:rsidRDefault="0019537C">
            <w:r>
              <w:t>113155</w:t>
            </w:r>
          </w:p>
        </w:tc>
        <w:tc>
          <w:tcPr>
            <w:tcW w:w="665" w:type="dxa"/>
            <w:shd w:val="clear" w:color="auto" w:fill="FFFFFF"/>
          </w:tcPr>
          <w:p w14:paraId="46BFB387" w14:textId="77777777" w:rsidR="0030026E" w:rsidRDefault="0019537C">
            <w:r>
              <w:t>113155</w:t>
            </w:r>
          </w:p>
        </w:tc>
        <w:tc>
          <w:tcPr>
            <w:tcW w:w="665" w:type="dxa"/>
            <w:shd w:val="clear" w:color="auto" w:fill="FFFFFF"/>
          </w:tcPr>
          <w:p w14:paraId="43571104" w14:textId="77777777" w:rsidR="0030026E" w:rsidRDefault="0019537C">
            <w:r>
              <w:t>113155</w:t>
            </w:r>
          </w:p>
        </w:tc>
        <w:tc>
          <w:tcPr>
            <w:tcW w:w="665" w:type="dxa"/>
            <w:shd w:val="clear" w:color="auto" w:fill="FFFFFF"/>
          </w:tcPr>
          <w:p w14:paraId="7E34B186" w14:textId="77777777" w:rsidR="0030026E" w:rsidRDefault="0019537C">
            <w:r>
              <w:t>113155</w:t>
            </w:r>
          </w:p>
        </w:tc>
        <w:tc>
          <w:tcPr>
            <w:tcW w:w="665" w:type="dxa"/>
            <w:shd w:val="clear" w:color="auto" w:fill="FFFFFF"/>
          </w:tcPr>
          <w:p w14:paraId="468B512C" w14:textId="77777777" w:rsidR="0030026E" w:rsidRDefault="0019537C">
            <w:r>
              <w:t>113155</w:t>
            </w:r>
          </w:p>
        </w:tc>
      </w:tr>
      <w:tr w:rsidR="0030026E" w14:paraId="4ADB5FAF" w14:textId="77777777">
        <w:trPr>
          <w:cantSplit/>
        </w:trPr>
        <w:tc>
          <w:tcPr>
            <w:tcW w:w="665" w:type="dxa"/>
            <w:shd w:val="clear" w:color="auto" w:fill="F2F2F2"/>
          </w:tcPr>
          <w:p w14:paraId="02D003B5" w14:textId="77777777" w:rsidR="0030026E" w:rsidRDefault="0030026E"/>
        </w:tc>
        <w:tc>
          <w:tcPr>
            <w:tcW w:w="665" w:type="dxa"/>
            <w:shd w:val="clear" w:color="auto" w:fill="FFFFFF"/>
          </w:tcPr>
          <w:p w14:paraId="012AD7CD" w14:textId="77777777" w:rsidR="0030026E" w:rsidRDefault="0019537C">
            <w:r>
              <w:t>отпуск в потребительский рынок</w:t>
            </w:r>
          </w:p>
        </w:tc>
        <w:tc>
          <w:tcPr>
            <w:tcW w:w="665" w:type="dxa"/>
            <w:shd w:val="clear" w:color="auto" w:fill="FFFFFF"/>
          </w:tcPr>
          <w:p w14:paraId="63A58AEC" w14:textId="77777777" w:rsidR="0030026E" w:rsidRDefault="0019537C">
            <w:r>
              <w:t>76529</w:t>
            </w:r>
          </w:p>
        </w:tc>
        <w:tc>
          <w:tcPr>
            <w:tcW w:w="665" w:type="dxa"/>
            <w:shd w:val="clear" w:color="auto" w:fill="FFFFFF"/>
          </w:tcPr>
          <w:p w14:paraId="60CF5A17" w14:textId="77777777" w:rsidR="0030026E" w:rsidRDefault="0019537C">
            <w:r>
              <w:t>76529</w:t>
            </w:r>
          </w:p>
        </w:tc>
        <w:tc>
          <w:tcPr>
            <w:tcW w:w="665" w:type="dxa"/>
            <w:shd w:val="clear" w:color="auto" w:fill="FFFFFF"/>
          </w:tcPr>
          <w:p w14:paraId="0DC013B4" w14:textId="77777777" w:rsidR="0030026E" w:rsidRDefault="0019537C">
            <w:r>
              <w:t>76529</w:t>
            </w:r>
          </w:p>
        </w:tc>
        <w:tc>
          <w:tcPr>
            <w:tcW w:w="665" w:type="dxa"/>
            <w:shd w:val="clear" w:color="auto" w:fill="FFFFFF"/>
          </w:tcPr>
          <w:p w14:paraId="1CC090B9" w14:textId="77777777" w:rsidR="0030026E" w:rsidRDefault="0019537C">
            <w:r>
              <w:t>76529</w:t>
            </w:r>
          </w:p>
        </w:tc>
        <w:tc>
          <w:tcPr>
            <w:tcW w:w="665" w:type="dxa"/>
            <w:shd w:val="clear" w:color="auto" w:fill="FFFFFF"/>
          </w:tcPr>
          <w:p w14:paraId="227CC2C1" w14:textId="77777777" w:rsidR="0030026E" w:rsidRDefault="0019537C">
            <w:r>
              <w:t>76529</w:t>
            </w:r>
          </w:p>
        </w:tc>
        <w:tc>
          <w:tcPr>
            <w:tcW w:w="665" w:type="dxa"/>
            <w:shd w:val="clear" w:color="auto" w:fill="FFFFFF"/>
          </w:tcPr>
          <w:p w14:paraId="27482CC6" w14:textId="77777777" w:rsidR="0030026E" w:rsidRDefault="0019537C">
            <w:r>
              <w:t>76529</w:t>
            </w:r>
          </w:p>
        </w:tc>
        <w:tc>
          <w:tcPr>
            <w:tcW w:w="665" w:type="dxa"/>
            <w:shd w:val="clear" w:color="auto" w:fill="FFFFFF"/>
          </w:tcPr>
          <w:p w14:paraId="16EA666C" w14:textId="77777777" w:rsidR="0030026E" w:rsidRDefault="0019537C">
            <w:r>
              <w:t>76529</w:t>
            </w:r>
          </w:p>
        </w:tc>
        <w:tc>
          <w:tcPr>
            <w:tcW w:w="665" w:type="dxa"/>
            <w:shd w:val="clear" w:color="auto" w:fill="FFFFFF"/>
          </w:tcPr>
          <w:p w14:paraId="39680371" w14:textId="77777777" w:rsidR="0030026E" w:rsidRDefault="0019537C">
            <w:r>
              <w:t>76529</w:t>
            </w:r>
          </w:p>
        </w:tc>
        <w:tc>
          <w:tcPr>
            <w:tcW w:w="665" w:type="dxa"/>
            <w:shd w:val="clear" w:color="auto" w:fill="FFFFFF"/>
          </w:tcPr>
          <w:p w14:paraId="6658E775" w14:textId="77777777" w:rsidR="0030026E" w:rsidRDefault="0019537C">
            <w:r>
              <w:t>76529</w:t>
            </w:r>
          </w:p>
        </w:tc>
        <w:tc>
          <w:tcPr>
            <w:tcW w:w="665" w:type="dxa"/>
            <w:shd w:val="clear" w:color="auto" w:fill="FFFFFF"/>
          </w:tcPr>
          <w:p w14:paraId="7BB4526F" w14:textId="77777777" w:rsidR="0030026E" w:rsidRDefault="0019537C">
            <w:r>
              <w:t>76529</w:t>
            </w:r>
          </w:p>
        </w:tc>
        <w:tc>
          <w:tcPr>
            <w:tcW w:w="665" w:type="dxa"/>
            <w:shd w:val="clear" w:color="auto" w:fill="FFFFFF"/>
          </w:tcPr>
          <w:p w14:paraId="4FCB71D9" w14:textId="77777777" w:rsidR="0030026E" w:rsidRDefault="0019537C">
            <w:r>
              <w:t>76529</w:t>
            </w:r>
          </w:p>
        </w:tc>
      </w:tr>
      <w:tr w:rsidR="0030026E" w14:paraId="41272AE1" w14:textId="77777777">
        <w:trPr>
          <w:cantSplit/>
        </w:trPr>
        <w:tc>
          <w:tcPr>
            <w:tcW w:w="665" w:type="dxa"/>
            <w:shd w:val="clear" w:color="auto" w:fill="F2F2F2"/>
          </w:tcPr>
          <w:p w14:paraId="5CF28BD9" w14:textId="77777777" w:rsidR="0030026E" w:rsidRDefault="0019537C">
            <w:r>
              <w:t>УПК № 8 Мундыбаш</w:t>
            </w:r>
          </w:p>
        </w:tc>
        <w:tc>
          <w:tcPr>
            <w:tcW w:w="665" w:type="dxa"/>
            <w:shd w:val="clear" w:color="auto" w:fill="FFFFFF"/>
          </w:tcPr>
          <w:p w14:paraId="5FEBE46A" w14:textId="77777777" w:rsidR="0030026E" w:rsidRDefault="0019537C">
            <w:r>
              <w:t>подача в тепловую сеть</w:t>
            </w:r>
          </w:p>
        </w:tc>
        <w:tc>
          <w:tcPr>
            <w:tcW w:w="665" w:type="dxa"/>
            <w:shd w:val="clear" w:color="auto" w:fill="FFFFFF"/>
          </w:tcPr>
          <w:p w14:paraId="77A69584" w14:textId="77777777" w:rsidR="0030026E" w:rsidRDefault="0019537C">
            <w:r>
              <w:t>69420</w:t>
            </w:r>
          </w:p>
        </w:tc>
        <w:tc>
          <w:tcPr>
            <w:tcW w:w="665" w:type="dxa"/>
            <w:shd w:val="clear" w:color="auto" w:fill="FFFFFF"/>
          </w:tcPr>
          <w:p w14:paraId="4CC2CF14" w14:textId="77777777" w:rsidR="0030026E" w:rsidRDefault="0019537C">
            <w:r>
              <w:t>69420</w:t>
            </w:r>
          </w:p>
        </w:tc>
        <w:tc>
          <w:tcPr>
            <w:tcW w:w="665" w:type="dxa"/>
            <w:shd w:val="clear" w:color="auto" w:fill="FFFFFF"/>
          </w:tcPr>
          <w:p w14:paraId="688F2248" w14:textId="77777777" w:rsidR="0030026E" w:rsidRDefault="0019537C">
            <w:r>
              <w:t>69420</w:t>
            </w:r>
          </w:p>
        </w:tc>
        <w:tc>
          <w:tcPr>
            <w:tcW w:w="665" w:type="dxa"/>
            <w:shd w:val="clear" w:color="auto" w:fill="FFFFFF"/>
          </w:tcPr>
          <w:p w14:paraId="56231333" w14:textId="77777777" w:rsidR="0030026E" w:rsidRDefault="0019537C">
            <w:r>
              <w:t>69419</w:t>
            </w:r>
          </w:p>
        </w:tc>
        <w:tc>
          <w:tcPr>
            <w:tcW w:w="665" w:type="dxa"/>
            <w:shd w:val="clear" w:color="auto" w:fill="FFFFFF"/>
          </w:tcPr>
          <w:p w14:paraId="1AA46CB6" w14:textId="77777777" w:rsidR="0030026E" w:rsidRDefault="0019537C">
            <w:r>
              <w:t>69419</w:t>
            </w:r>
          </w:p>
        </w:tc>
        <w:tc>
          <w:tcPr>
            <w:tcW w:w="665" w:type="dxa"/>
            <w:shd w:val="clear" w:color="auto" w:fill="FFFFFF"/>
          </w:tcPr>
          <w:p w14:paraId="30EB4C26" w14:textId="77777777" w:rsidR="0030026E" w:rsidRDefault="0019537C">
            <w:r>
              <w:t>69419</w:t>
            </w:r>
          </w:p>
        </w:tc>
        <w:tc>
          <w:tcPr>
            <w:tcW w:w="665" w:type="dxa"/>
            <w:shd w:val="clear" w:color="auto" w:fill="FFFFFF"/>
          </w:tcPr>
          <w:p w14:paraId="4DD512F7" w14:textId="77777777" w:rsidR="0030026E" w:rsidRDefault="0019537C">
            <w:r>
              <w:t>69419</w:t>
            </w:r>
          </w:p>
        </w:tc>
        <w:tc>
          <w:tcPr>
            <w:tcW w:w="665" w:type="dxa"/>
            <w:shd w:val="clear" w:color="auto" w:fill="FFFFFF"/>
          </w:tcPr>
          <w:p w14:paraId="02455A50" w14:textId="77777777" w:rsidR="0030026E" w:rsidRDefault="0019537C">
            <w:r>
              <w:t>69419</w:t>
            </w:r>
          </w:p>
        </w:tc>
        <w:tc>
          <w:tcPr>
            <w:tcW w:w="665" w:type="dxa"/>
            <w:shd w:val="clear" w:color="auto" w:fill="FFFFFF"/>
          </w:tcPr>
          <w:p w14:paraId="39A6549A" w14:textId="77777777" w:rsidR="0030026E" w:rsidRDefault="0019537C">
            <w:r>
              <w:t>69419</w:t>
            </w:r>
          </w:p>
        </w:tc>
        <w:tc>
          <w:tcPr>
            <w:tcW w:w="665" w:type="dxa"/>
            <w:shd w:val="clear" w:color="auto" w:fill="FFFFFF"/>
          </w:tcPr>
          <w:p w14:paraId="3D0871DD" w14:textId="77777777" w:rsidR="0030026E" w:rsidRDefault="0019537C">
            <w:r>
              <w:t>69419</w:t>
            </w:r>
          </w:p>
        </w:tc>
        <w:tc>
          <w:tcPr>
            <w:tcW w:w="665" w:type="dxa"/>
            <w:shd w:val="clear" w:color="auto" w:fill="FFFFFF"/>
          </w:tcPr>
          <w:p w14:paraId="0804F492" w14:textId="77777777" w:rsidR="0030026E" w:rsidRDefault="0019537C">
            <w:r>
              <w:t>69419</w:t>
            </w:r>
          </w:p>
        </w:tc>
      </w:tr>
      <w:tr w:rsidR="0030026E" w14:paraId="234E267D" w14:textId="77777777">
        <w:trPr>
          <w:cantSplit/>
        </w:trPr>
        <w:tc>
          <w:tcPr>
            <w:tcW w:w="665" w:type="dxa"/>
            <w:shd w:val="clear" w:color="auto" w:fill="F2F2F2"/>
          </w:tcPr>
          <w:p w14:paraId="16A4C92A" w14:textId="77777777" w:rsidR="0030026E" w:rsidRDefault="0030026E"/>
        </w:tc>
        <w:tc>
          <w:tcPr>
            <w:tcW w:w="665" w:type="dxa"/>
            <w:shd w:val="clear" w:color="auto" w:fill="FFFFFF"/>
          </w:tcPr>
          <w:p w14:paraId="4AC6186A" w14:textId="77777777" w:rsidR="0030026E" w:rsidRDefault="0019537C">
            <w:r>
              <w:t>отпуск в потребительский рынок</w:t>
            </w:r>
          </w:p>
        </w:tc>
        <w:tc>
          <w:tcPr>
            <w:tcW w:w="665" w:type="dxa"/>
            <w:shd w:val="clear" w:color="auto" w:fill="FFFFFF"/>
          </w:tcPr>
          <w:p w14:paraId="2CA37147" w14:textId="77777777" w:rsidR="0030026E" w:rsidRDefault="0019537C">
            <w:r>
              <w:t>62183</w:t>
            </w:r>
          </w:p>
        </w:tc>
        <w:tc>
          <w:tcPr>
            <w:tcW w:w="665" w:type="dxa"/>
            <w:shd w:val="clear" w:color="auto" w:fill="FFFFFF"/>
          </w:tcPr>
          <w:p w14:paraId="153D714F" w14:textId="77777777" w:rsidR="0030026E" w:rsidRDefault="0019537C">
            <w:r>
              <w:t>62183</w:t>
            </w:r>
          </w:p>
        </w:tc>
        <w:tc>
          <w:tcPr>
            <w:tcW w:w="665" w:type="dxa"/>
            <w:shd w:val="clear" w:color="auto" w:fill="FFFFFF"/>
          </w:tcPr>
          <w:p w14:paraId="7130A63C" w14:textId="77777777" w:rsidR="0030026E" w:rsidRDefault="0019537C">
            <w:r>
              <w:t>62183</w:t>
            </w:r>
          </w:p>
        </w:tc>
        <w:tc>
          <w:tcPr>
            <w:tcW w:w="665" w:type="dxa"/>
            <w:shd w:val="clear" w:color="auto" w:fill="FFFFFF"/>
          </w:tcPr>
          <w:p w14:paraId="72663106" w14:textId="77777777" w:rsidR="0030026E" w:rsidRDefault="0019537C">
            <w:r>
              <w:t>62183</w:t>
            </w:r>
          </w:p>
        </w:tc>
        <w:tc>
          <w:tcPr>
            <w:tcW w:w="665" w:type="dxa"/>
            <w:shd w:val="clear" w:color="auto" w:fill="FFFFFF"/>
          </w:tcPr>
          <w:p w14:paraId="55739C4E" w14:textId="77777777" w:rsidR="0030026E" w:rsidRDefault="0019537C">
            <w:r>
              <w:t>62183</w:t>
            </w:r>
          </w:p>
        </w:tc>
        <w:tc>
          <w:tcPr>
            <w:tcW w:w="665" w:type="dxa"/>
            <w:shd w:val="clear" w:color="auto" w:fill="FFFFFF"/>
          </w:tcPr>
          <w:p w14:paraId="4F40302E" w14:textId="77777777" w:rsidR="0030026E" w:rsidRDefault="0019537C">
            <w:r>
              <w:t>62183</w:t>
            </w:r>
          </w:p>
        </w:tc>
        <w:tc>
          <w:tcPr>
            <w:tcW w:w="665" w:type="dxa"/>
            <w:shd w:val="clear" w:color="auto" w:fill="FFFFFF"/>
          </w:tcPr>
          <w:p w14:paraId="6C85385D" w14:textId="77777777" w:rsidR="0030026E" w:rsidRDefault="0019537C">
            <w:r>
              <w:t>62183</w:t>
            </w:r>
          </w:p>
        </w:tc>
        <w:tc>
          <w:tcPr>
            <w:tcW w:w="665" w:type="dxa"/>
            <w:shd w:val="clear" w:color="auto" w:fill="FFFFFF"/>
          </w:tcPr>
          <w:p w14:paraId="4DD037F4" w14:textId="77777777" w:rsidR="0030026E" w:rsidRDefault="0019537C">
            <w:r>
              <w:t>62183</w:t>
            </w:r>
          </w:p>
        </w:tc>
        <w:tc>
          <w:tcPr>
            <w:tcW w:w="665" w:type="dxa"/>
            <w:shd w:val="clear" w:color="auto" w:fill="FFFFFF"/>
          </w:tcPr>
          <w:p w14:paraId="47FF6255" w14:textId="77777777" w:rsidR="0030026E" w:rsidRDefault="0019537C">
            <w:r>
              <w:t>62183</w:t>
            </w:r>
          </w:p>
        </w:tc>
        <w:tc>
          <w:tcPr>
            <w:tcW w:w="665" w:type="dxa"/>
            <w:shd w:val="clear" w:color="auto" w:fill="FFFFFF"/>
          </w:tcPr>
          <w:p w14:paraId="2B6C36CA" w14:textId="77777777" w:rsidR="0030026E" w:rsidRDefault="0019537C">
            <w:r>
              <w:t>62183</w:t>
            </w:r>
          </w:p>
        </w:tc>
        <w:tc>
          <w:tcPr>
            <w:tcW w:w="665" w:type="dxa"/>
            <w:shd w:val="clear" w:color="auto" w:fill="FFFFFF"/>
          </w:tcPr>
          <w:p w14:paraId="717EAA0A" w14:textId="77777777" w:rsidR="0030026E" w:rsidRDefault="0019537C">
            <w:r>
              <w:t>62183</w:t>
            </w:r>
          </w:p>
        </w:tc>
      </w:tr>
      <w:tr w:rsidR="0030026E" w14:paraId="6626B4BE" w14:textId="77777777">
        <w:trPr>
          <w:cantSplit/>
        </w:trPr>
        <w:tc>
          <w:tcPr>
            <w:tcW w:w="665" w:type="dxa"/>
            <w:shd w:val="clear" w:color="auto" w:fill="F2F2F2"/>
          </w:tcPr>
          <w:p w14:paraId="08274FC6" w14:textId="77777777" w:rsidR="0030026E" w:rsidRDefault="0019537C">
            <w:r>
              <w:t>УПК № 10 Темир-Тау</w:t>
            </w:r>
          </w:p>
        </w:tc>
        <w:tc>
          <w:tcPr>
            <w:tcW w:w="665" w:type="dxa"/>
            <w:shd w:val="clear" w:color="auto" w:fill="FFFFFF"/>
          </w:tcPr>
          <w:p w14:paraId="672C018B" w14:textId="77777777" w:rsidR="0030026E" w:rsidRDefault="0019537C">
            <w:r>
              <w:t>подача в тепловую сеть</w:t>
            </w:r>
          </w:p>
        </w:tc>
        <w:tc>
          <w:tcPr>
            <w:tcW w:w="665" w:type="dxa"/>
            <w:shd w:val="clear" w:color="auto" w:fill="FFFFFF"/>
          </w:tcPr>
          <w:p w14:paraId="1E442E8E" w14:textId="77777777" w:rsidR="0030026E" w:rsidRDefault="0019537C">
            <w:r>
              <w:t>35496</w:t>
            </w:r>
          </w:p>
        </w:tc>
        <w:tc>
          <w:tcPr>
            <w:tcW w:w="665" w:type="dxa"/>
            <w:shd w:val="clear" w:color="auto" w:fill="FFFFFF"/>
          </w:tcPr>
          <w:p w14:paraId="38BAB722" w14:textId="77777777" w:rsidR="0030026E" w:rsidRDefault="0019537C">
            <w:r>
              <w:t>35496</w:t>
            </w:r>
          </w:p>
        </w:tc>
        <w:tc>
          <w:tcPr>
            <w:tcW w:w="665" w:type="dxa"/>
            <w:shd w:val="clear" w:color="auto" w:fill="FFFFFF"/>
          </w:tcPr>
          <w:p w14:paraId="6E105A02" w14:textId="77777777" w:rsidR="0030026E" w:rsidRDefault="0019537C">
            <w:r>
              <w:t>35496</w:t>
            </w:r>
          </w:p>
        </w:tc>
        <w:tc>
          <w:tcPr>
            <w:tcW w:w="665" w:type="dxa"/>
            <w:shd w:val="clear" w:color="auto" w:fill="FFFFFF"/>
          </w:tcPr>
          <w:p w14:paraId="0459E396" w14:textId="77777777" w:rsidR="0030026E" w:rsidRDefault="0019537C">
            <w:r>
              <w:t>35497</w:t>
            </w:r>
          </w:p>
        </w:tc>
        <w:tc>
          <w:tcPr>
            <w:tcW w:w="665" w:type="dxa"/>
            <w:shd w:val="clear" w:color="auto" w:fill="FFFFFF"/>
          </w:tcPr>
          <w:p w14:paraId="077C917E" w14:textId="77777777" w:rsidR="0030026E" w:rsidRDefault="0019537C">
            <w:r>
              <w:t>35497</w:t>
            </w:r>
          </w:p>
        </w:tc>
        <w:tc>
          <w:tcPr>
            <w:tcW w:w="665" w:type="dxa"/>
            <w:shd w:val="clear" w:color="auto" w:fill="FFFFFF"/>
          </w:tcPr>
          <w:p w14:paraId="50E63164" w14:textId="77777777" w:rsidR="0030026E" w:rsidRDefault="0019537C">
            <w:r>
              <w:t>35497</w:t>
            </w:r>
          </w:p>
        </w:tc>
        <w:tc>
          <w:tcPr>
            <w:tcW w:w="665" w:type="dxa"/>
            <w:shd w:val="clear" w:color="auto" w:fill="FFFFFF"/>
          </w:tcPr>
          <w:p w14:paraId="2A01A006" w14:textId="77777777" w:rsidR="0030026E" w:rsidRDefault="0019537C">
            <w:r>
              <w:t>35497</w:t>
            </w:r>
          </w:p>
        </w:tc>
        <w:tc>
          <w:tcPr>
            <w:tcW w:w="665" w:type="dxa"/>
            <w:shd w:val="clear" w:color="auto" w:fill="FFFFFF"/>
          </w:tcPr>
          <w:p w14:paraId="1B64BFBA" w14:textId="77777777" w:rsidR="0030026E" w:rsidRDefault="0019537C">
            <w:r>
              <w:t>35497</w:t>
            </w:r>
          </w:p>
        </w:tc>
        <w:tc>
          <w:tcPr>
            <w:tcW w:w="665" w:type="dxa"/>
            <w:shd w:val="clear" w:color="auto" w:fill="FFFFFF"/>
          </w:tcPr>
          <w:p w14:paraId="031C093B" w14:textId="77777777" w:rsidR="0030026E" w:rsidRDefault="0019537C">
            <w:r>
              <w:t>35497</w:t>
            </w:r>
          </w:p>
        </w:tc>
        <w:tc>
          <w:tcPr>
            <w:tcW w:w="665" w:type="dxa"/>
            <w:shd w:val="clear" w:color="auto" w:fill="FFFFFF"/>
          </w:tcPr>
          <w:p w14:paraId="659ADAEC" w14:textId="77777777" w:rsidR="0030026E" w:rsidRDefault="0019537C">
            <w:r>
              <w:t>35497</w:t>
            </w:r>
          </w:p>
        </w:tc>
        <w:tc>
          <w:tcPr>
            <w:tcW w:w="665" w:type="dxa"/>
            <w:shd w:val="clear" w:color="auto" w:fill="FFFFFF"/>
          </w:tcPr>
          <w:p w14:paraId="00CD7C50" w14:textId="77777777" w:rsidR="0030026E" w:rsidRDefault="0019537C">
            <w:r>
              <w:t>35497</w:t>
            </w:r>
          </w:p>
        </w:tc>
      </w:tr>
      <w:tr w:rsidR="0030026E" w14:paraId="09267877" w14:textId="77777777">
        <w:trPr>
          <w:cantSplit/>
        </w:trPr>
        <w:tc>
          <w:tcPr>
            <w:tcW w:w="665" w:type="dxa"/>
            <w:shd w:val="clear" w:color="auto" w:fill="F2F2F2"/>
          </w:tcPr>
          <w:p w14:paraId="75F0D941" w14:textId="77777777" w:rsidR="0030026E" w:rsidRDefault="0030026E"/>
        </w:tc>
        <w:tc>
          <w:tcPr>
            <w:tcW w:w="665" w:type="dxa"/>
            <w:shd w:val="clear" w:color="auto" w:fill="FFFFFF"/>
          </w:tcPr>
          <w:p w14:paraId="33CB7E10" w14:textId="77777777" w:rsidR="0030026E" w:rsidRDefault="0019537C">
            <w:r>
              <w:t>отпуск в потребительский рынок</w:t>
            </w:r>
          </w:p>
        </w:tc>
        <w:tc>
          <w:tcPr>
            <w:tcW w:w="665" w:type="dxa"/>
            <w:shd w:val="clear" w:color="auto" w:fill="FFFFFF"/>
          </w:tcPr>
          <w:p w14:paraId="20AFF193" w14:textId="77777777" w:rsidR="0030026E" w:rsidRDefault="0019537C">
            <w:r>
              <w:t>29079</w:t>
            </w:r>
          </w:p>
        </w:tc>
        <w:tc>
          <w:tcPr>
            <w:tcW w:w="665" w:type="dxa"/>
            <w:shd w:val="clear" w:color="auto" w:fill="FFFFFF"/>
          </w:tcPr>
          <w:p w14:paraId="18D34C00" w14:textId="77777777" w:rsidR="0030026E" w:rsidRDefault="0019537C">
            <w:r>
              <w:t>29079</w:t>
            </w:r>
          </w:p>
        </w:tc>
        <w:tc>
          <w:tcPr>
            <w:tcW w:w="665" w:type="dxa"/>
            <w:shd w:val="clear" w:color="auto" w:fill="FFFFFF"/>
          </w:tcPr>
          <w:p w14:paraId="7D176D4B" w14:textId="77777777" w:rsidR="0030026E" w:rsidRDefault="0019537C">
            <w:r>
              <w:t>29079</w:t>
            </w:r>
          </w:p>
        </w:tc>
        <w:tc>
          <w:tcPr>
            <w:tcW w:w="665" w:type="dxa"/>
            <w:shd w:val="clear" w:color="auto" w:fill="FFFFFF"/>
          </w:tcPr>
          <w:p w14:paraId="06C8D986" w14:textId="77777777" w:rsidR="0030026E" w:rsidRDefault="0019537C">
            <w:r>
              <w:t>29079</w:t>
            </w:r>
          </w:p>
        </w:tc>
        <w:tc>
          <w:tcPr>
            <w:tcW w:w="665" w:type="dxa"/>
            <w:shd w:val="clear" w:color="auto" w:fill="FFFFFF"/>
          </w:tcPr>
          <w:p w14:paraId="624DA625" w14:textId="77777777" w:rsidR="0030026E" w:rsidRDefault="0019537C">
            <w:r>
              <w:t>29079</w:t>
            </w:r>
          </w:p>
        </w:tc>
        <w:tc>
          <w:tcPr>
            <w:tcW w:w="665" w:type="dxa"/>
            <w:shd w:val="clear" w:color="auto" w:fill="FFFFFF"/>
          </w:tcPr>
          <w:p w14:paraId="57EBC9AF" w14:textId="77777777" w:rsidR="0030026E" w:rsidRDefault="0019537C">
            <w:r>
              <w:t>29079</w:t>
            </w:r>
          </w:p>
        </w:tc>
        <w:tc>
          <w:tcPr>
            <w:tcW w:w="665" w:type="dxa"/>
            <w:shd w:val="clear" w:color="auto" w:fill="FFFFFF"/>
          </w:tcPr>
          <w:p w14:paraId="0BA51C2A" w14:textId="77777777" w:rsidR="0030026E" w:rsidRDefault="0019537C">
            <w:r>
              <w:t>29079</w:t>
            </w:r>
          </w:p>
        </w:tc>
        <w:tc>
          <w:tcPr>
            <w:tcW w:w="665" w:type="dxa"/>
            <w:shd w:val="clear" w:color="auto" w:fill="FFFFFF"/>
          </w:tcPr>
          <w:p w14:paraId="583625B6" w14:textId="77777777" w:rsidR="0030026E" w:rsidRDefault="0019537C">
            <w:r>
              <w:t>29079</w:t>
            </w:r>
          </w:p>
        </w:tc>
        <w:tc>
          <w:tcPr>
            <w:tcW w:w="665" w:type="dxa"/>
            <w:shd w:val="clear" w:color="auto" w:fill="FFFFFF"/>
          </w:tcPr>
          <w:p w14:paraId="3051A8A3" w14:textId="77777777" w:rsidR="0030026E" w:rsidRDefault="0019537C">
            <w:r>
              <w:t>29079</w:t>
            </w:r>
          </w:p>
        </w:tc>
        <w:tc>
          <w:tcPr>
            <w:tcW w:w="665" w:type="dxa"/>
            <w:shd w:val="clear" w:color="auto" w:fill="FFFFFF"/>
          </w:tcPr>
          <w:p w14:paraId="47BF2FCF" w14:textId="77777777" w:rsidR="0030026E" w:rsidRDefault="0019537C">
            <w:r>
              <w:t>29079</w:t>
            </w:r>
          </w:p>
        </w:tc>
        <w:tc>
          <w:tcPr>
            <w:tcW w:w="665" w:type="dxa"/>
            <w:shd w:val="clear" w:color="auto" w:fill="FFFFFF"/>
          </w:tcPr>
          <w:p w14:paraId="0C99F3B1" w14:textId="77777777" w:rsidR="0030026E" w:rsidRDefault="0019537C">
            <w:r>
              <w:t>29079</w:t>
            </w:r>
          </w:p>
        </w:tc>
      </w:tr>
      <w:tr w:rsidR="0030026E" w14:paraId="2E481AE5" w14:textId="77777777">
        <w:trPr>
          <w:cantSplit/>
        </w:trPr>
        <w:tc>
          <w:tcPr>
            <w:tcW w:w="665" w:type="dxa"/>
            <w:shd w:val="clear" w:color="auto" w:fill="F2F2F2"/>
          </w:tcPr>
          <w:p w14:paraId="23E81252" w14:textId="77777777" w:rsidR="0030026E" w:rsidRDefault="0019537C">
            <w:r>
              <w:t>УПК № 3 Спасск</w:t>
            </w:r>
          </w:p>
        </w:tc>
        <w:tc>
          <w:tcPr>
            <w:tcW w:w="665" w:type="dxa"/>
            <w:shd w:val="clear" w:color="auto" w:fill="FFFFFF"/>
          </w:tcPr>
          <w:p w14:paraId="1913AA42" w14:textId="77777777" w:rsidR="0030026E" w:rsidRDefault="0019537C">
            <w:r>
              <w:t>подача в тепловую сеть</w:t>
            </w:r>
          </w:p>
        </w:tc>
        <w:tc>
          <w:tcPr>
            <w:tcW w:w="665" w:type="dxa"/>
            <w:shd w:val="clear" w:color="auto" w:fill="FFFFFF"/>
          </w:tcPr>
          <w:p w14:paraId="227770FB" w14:textId="77777777" w:rsidR="0030026E" w:rsidRDefault="0019537C">
            <w:r>
              <w:t>3745</w:t>
            </w:r>
          </w:p>
        </w:tc>
        <w:tc>
          <w:tcPr>
            <w:tcW w:w="665" w:type="dxa"/>
            <w:shd w:val="clear" w:color="auto" w:fill="FFFFFF"/>
          </w:tcPr>
          <w:p w14:paraId="5B362034" w14:textId="77777777" w:rsidR="0030026E" w:rsidRDefault="0019537C">
            <w:r>
              <w:t>3745</w:t>
            </w:r>
          </w:p>
        </w:tc>
        <w:tc>
          <w:tcPr>
            <w:tcW w:w="665" w:type="dxa"/>
            <w:shd w:val="clear" w:color="auto" w:fill="FFFFFF"/>
          </w:tcPr>
          <w:p w14:paraId="467E4E9F" w14:textId="77777777" w:rsidR="0030026E" w:rsidRDefault="0019537C">
            <w:r>
              <w:t>3745</w:t>
            </w:r>
          </w:p>
        </w:tc>
        <w:tc>
          <w:tcPr>
            <w:tcW w:w="665" w:type="dxa"/>
            <w:shd w:val="clear" w:color="auto" w:fill="FFFFFF"/>
          </w:tcPr>
          <w:p w14:paraId="769AFA88" w14:textId="77777777" w:rsidR="0030026E" w:rsidRDefault="0019537C">
            <w:r>
              <w:t>3745</w:t>
            </w:r>
          </w:p>
        </w:tc>
        <w:tc>
          <w:tcPr>
            <w:tcW w:w="665" w:type="dxa"/>
            <w:shd w:val="clear" w:color="auto" w:fill="FFFFFF"/>
          </w:tcPr>
          <w:p w14:paraId="328A2C44" w14:textId="77777777" w:rsidR="0030026E" w:rsidRDefault="0019537C">
            <w:r>
              <w:t>3745</w:t>
            </w:r>
          </w:p>
        </w:tc>
        <w:tc>
          <w:tcPr>
            <w:tcW w:w="665" w:type="dxa"/>
            <w:shd w:val="clear" w:color="auto" w:fill="FFFFFF"/>
          </w:tcPr>
          <w:p w14:paraId="79D10617" w14:textId="77777777" w:rsidR="0030026E" w:rsidRDefault="0019537C">
            <w:r>
              <w:t>3745</w:t>
            </w:r>
          </w:p>
        </w:tc>
        <w:tc>
          <w:tcPr>
            <w:tcW w:w="665" w:type="dxa"/>
            <w:shd w:val="clear" w:color="auto" w:fill="FFFFFF"/>
          </w:tcPr>
          <w:p w14:paraId="62E394F1" w14:textId="77777777" w:rsidR="0030026E" w:rsidRDefault="0019537C">
            <w:r>
              <w:t>3745</w:t>
            </w:r>
          </w:p>
        </w:tc>
        <w:tc>
          <w:tcPr>
            <w:tcW w:w="665" w:type="dxa"/>
            <w:shd w:val="clear" w:color="auto" w:fill="FFFFFF"/>
          </w:tcPr>
          <w:p w14:paraId="4FD5D3AA" w14:textId="77777777" w:rsidR="0030026E" w:rsidRDefault="0019537C">
            <w:r>
              <w:t>3745</w:t>
            </w:r>
          </w:p>
        </w:tc>
        <w:tc>
          <w:tcPr>
            <w:tcW w:w="665" w:type="dxa"/>
            <w:shd w:val="clear" w:color="auto" w:fill="FFFFFF"/>
          </w:tcPr>
          <w:p w14:paraId="59261319" w14:textId="77777777" w:rsidR="0030026E" w:rsidRDefault="0019537C">
            <w:r>
              <w:t>3745</w:t>
            </w:r>
          </w:p>
        </w:tc>
        <w:tc>
          <w:tcPr>
            <w:tcW w:w="665" w:type="dxa"/>
            <w:shd w:val="clear" w:color="auto" w:fill="FFFFFF"/>
          </w:tcPr>
          <w:p w14:paraId="24B786F7" w14:textId="77777777" w:rsidR="0030026E" w:rsidRDefault="0019537C">
            <w:r>
              <w:t>3745</w:t>
            </w:r>
          </w:p>
        </w:tc>
        <w:tc>
          <w:tcPr>
            <w:tcW w:w="665" w:type="dxa"/>
            <w:shd w:val="clear" w:color="auto" w:fill="FFFFFF"/>
          </w:tcPr>
          <w:p w14:paraId="2FC18640" w14:textId="77777777" w:rsidR="0030026E" w:rsidRDefault="0019537C">
            <w:r>
              <w:t>3745</w:t>
            </w:r>
          </w:p>
        </w:tc>
      </w:tr>
      <w:tr w:rsidR="0030026E" w14:paraId="4EBE22E8" w14:textId="77777777">
        <w:trPr>
          <w:cantSplit/>
        </w:trPr>
        <w:tc>
          <w:tcPr>
            <w:tcW w:w="665" w:type="dxa"/>
            <w:shd w:val="clear" w:color="auto" w:fill="F2F2F2"/>
          </w:tcPr>
          <w:p w14:paraId="1F3C8E46" w14:textId="77777777" w:rsidR="0030026E" w:rsidRDefault="0030026E"/>
        </w:tc>
        <w:tc>
          <w:tcPr>
            <w:tcW w:w="665" w:type="dxa"/>
            <w:shd w:val="clear" w:color="auto" w:fill="FFFFFF"/>
          </w:tcPr>
          <w:p w14:paraId="712AC70D" w14:textId="77777777" w:rsidR="0030026E" w:rsidRDefault="0019537C">
            <w:r>
              <w:t>отпуск в потребительский рынок</w:t>
            </w:r>
          </w:p>
        </w:tc>
        <w:tc>
          <w:tcPr>
            <w:tcW w:w="665" w:type="dxa"/>
            <w:shd w:val="clear" w:color="auto" w:fill="FFFFFF"/>
          </w:tcPr>
          <w:p w14:paraId="112343B3" w14:textId="77777777" w:rsidR="0030026E" w:rsidRDefault="0019537C">
            <w:r>
              <w:t>2932</w:t>
            </w:r>
          </w:p>
        </w:tc>
        <w:tc>
          <w:tcPr>
            <w:tcW w:w="665" w:type="dxa"/>
            <w:shd w:val="clear" w:color="auto" w:fill="FFFFFF"/>
          </w:tcPr>
          <w:p w14:paraId="10E8D4D1" w14:textId="77777777" w:rsidR="0030026E" w:rsidRDefault="0019537C">
            <w:r>
              <w:t>2932</w:t>
            </w:r>
          </w:p>
        </w:tc>
        <w:tc>
          <w:tcPr>
            <w:tcW w:w="665" w:type="dxa"/>
            <w:shd w:val="clear" w:color="auto" w:fill="FFFFFF"/>
          </w:tcPr>
          <w:p w14:paraId="4F38FE89" w14:textId="77777777" w:rsidR="0030026E" w:rsidRDefault="0019537C">
            <w:r>
              <w:t>2932</w:t>
            </w:r>
          </w:p>
        </w:tc>
        <w:tc>
          <w:tcPr>
            <w:tcW w:w="665" w:type="dxa"/>
            <w:shd w:val="clear" w:color="auto" w:fill="FFFFFF"/>
          </w:tcPr>
          <w:p w14:paraId="5889B8D7" w14:textId="77777777" w:rsidR="0030026E" w:rsidRDefault="0019537C">
            <w:r>
              <w:t>2932</w:t>
            </w:r>
          </w:p>
        </w:tc>
        <w:tc>
          <w:tcPr>
            <w:tcW w:w="665" w:type="dxa"/>
            <w:shd w:val="clear" w:color="auto" w:fill="FFFFFF"/>
          </w:tcPr>
          <w:p w14:paraId="3684FF9A" w14:textId="77777777" w:rsidR="0030026E" w:rsidRDefault="0019537C">
            <w:r>
              <w:t>2932</w:t>
            </w:r>
          </w:p>
        </w:tc>
        <w:tc>
          <w:tcPr>
            <w:tcW w:w="665" w:type="dxa"/>
            <w:shd w:val="clear" w:color="auto" w:fill="FFFFFF"/>
          </w:tcPr>
          <w:p w14:paraId="274E7536" w14:textId="77777777" w:rsidR="0030026E" w:rsidRDefault="0019537C">
            <w:r>
              <w:t>2932</w:t>
            </w:r>
          </w:p>
        </w:tc>
        <w:tc>
          <w:tcPr>
            <w:tcW w:w="665" w:type="dxa"/>
            <w:shd w:val="clear" w:color="auto" w:fill="FFFFFF"/>
          </w:tcPr>
          <w:p w14:paraId="07F37049" w14:textId="77777777" w:rsidR="0030026E" w:rsidRDefault="0019537C">
            <w:r>
              <w:t>2932</w:t>
            </w:r>
          </w:p>
        </w:tc>
        <w:tc>
          <w:tcPr>
            <w:tcW w:w="665" w:type="dxa"/>
            <w:shd w:val="clear" w:color="auto" w:fill="FFFFFF"/>
          </w:tcPr>
          <w:p w14:paraId="212767EE" w14:textId="77777777" w:rsidR="0030026E" w:rsidRDefault="0019537C">
            <w:r>
              <w:t>2932</w:t>
            </w:r>
          </w:p>
        </w:tc>
        <w:tc>
          <w:tcPr>
            <w:tcW w:w="665" w:type="dxa"/>
            <w:shd w:val="clear" w:color="auto" w:fill="FFFFFF"/>
          </w:tcPr>
          <w:p w14:paraId="7FCACCE8" w14:textId="77777777" w:rsidR="0030026E" w:rsidRDefault="0019537C">
            <w:r>
              <w:t>2932</w:t>
            </w:r>
          </w:p>
        </w:tc>
        <w:tc>
          <w:tcPr>
            <w:tcW w:w="665" w:type="dxa"/>
            <w:shd w:val="clear" w:color="auto" w:fill="FFFFFF"/>
          </w:tcPr>
          <w:p w14:paraId="2223CA02" w14:textId="77777777" w:rsidR="0030026E" w:rsidRDefault="0019537C">
            <w:r>
              <w:t>2932</w:t>
            </w:r>
          </w:p>
        </w:tc>
        <w:tc>
          <w:tcPr>
            <w:tcW w:w="665" w:type="dxa"/>
            <w:shd w:val="clear" w:color="auto" w:fill="FFFFFF"/>
          </w:tcPr>
          <w:p w14:paraId="52096D97" w14:textId="77777777" w:rsidR="0030026E" w:rsidRDefault="0019537C">
            <w:r>
              <w:t>2932</w:t>
            </w:r>
          </w:p>
        </w:tc>
      </w:tr>
      <w:tr w:rsidR="0030026E" w14:paraId="3E0322FC" w14:textId="77777777">
        <w:trPr>
          <w:cantSplit/>
        </w:trPr>
        <w:tc>
          <w:tcPr>
            <w:tcW w:w="665" w:type="dxa"/>
            <w:shd w:val="clear" w:color="auto" w:fill="DBE5F1"/>
          </w:tcPr>
          <w:p w14:paraId="6F4DEB15" w14:textId="77777777" w:rsidR="0030026E" w:rsidRDefault="0019537C">
            <w:r>
              <w:rPr>
                <w:b/>
              </w:rPr>
              <w:t>Итого по ООО «ЮКЭК»</w:t>
            </w:r>
          </w:p>
        </w:tc>
        <w:tc>
          <w:tcPr>
            <w:tcW w:w="665" w:type="dxa"/>
            <w:shd w:val="clear" w:color="auto" w:fill="DBE5F1"/>
          </w:tcPr>
          <w:p w14:paraId="1B406570" w14:textId="77777777" w:rsidR="0030026E" w:rsidRDefault="0019537C">
            <w:r>
              <w:rPr>
                <w:b/>
              </w:rPr>
              <w:t>подача в тепловую сеть</w:t>
            </w:r>
          </w:p>
        </w:tc>
        <w:tc>
          <w:tcPr>
            <w:tcW w:w="665" w:type="dxa"/>
            <w:shd w:val="clear" w:color="auto" w:fill="DBE5F1"/>
          </w:tcPr>
          <w:p w14:paraId="1080473E" w14:textId="77777777" w:rsidR="0030026E" w:rsidRDefault="0019537C">
            <w:r>
              <w:rPr>
                <w:b/>
              </w:rPr>
              <w:t>914979</w:t>
            </w:r>
          </w:p>
        </w:tc>
        <w:tc>
          <w:tcPr>
            <w:tcW w:w="665" w:type="dxa"/>
            <w:shd w:val="clear" w:color="auto" w:fill="DBE5F1"/>
          </w:tcPr>
          <w:p w14:paraId="2439C8ED" w14:textId="77777777" w:rsidR="0030026E" w:rsidRDefault="0019537C">
            <w:r>
              <w:rPr>
                <w:b/>
              </w:rPr>
              <w:t>921563</w:t>
            </w:r>
          </w:p>
        </w:tc>
        <w:tc>
          <w:tcPr>
            <w:tcW w:w="665" w:type="dxa"/>
            <w:shd w:val="clear" w:color="auto" w:fill="DBE5F1"/>
          </w:tcPr>
          <w:p w14:paraId="57DDF6CD" w14:textId="77777777" w:rsidR="0030026E" w:rsidRDefault="0019537C">
            <w:r>
              <w:rPr>
                <w:b/>
              </w:rPr>
              <w:t>928147</w:t>
            </w:r>
          </w:p>
        </w:tc>
        <w:tc>
          <w:tcPr>
            <w:tcW w:w="665" w:type="dxa"/>
            <w:shd w:val="clear" w:color="auto" w:fill="DBE5F1"/>
          </w:tcPr>
          <w:p w14:paraId="7951F3FB" w14:textId="77777777" w:rsidR="0030026E" w:rsidRDefault="0019537C">
            <w:r>
              <w:rPr>
                <w:b/>
              </w:rPr>
              <w:t>934730</w:t>
            </w:r>
          </w:p>
        </w:tc>
        <w:tc>
          <w:tcPr>
            <w:tcW w:w="665" w:type="dxa"/>
            <w:shd w:val="clear" w:color="auto" w:fill="DBE5F1"/>
          </w:tcPr>
          <w:p w14:paraId="5809D865" w14:textId="77777777" w:rsidR="0030026E" w:rsidRDefault="0019537C">
            <w:r>
              <w:rPr>
                <w:b/>
              </w:rPr>
              <w:t>941314</w:t>
            </w:r>
          </w:p>
        </w:tc>
        <w:tc>
          <w:tcPr>
            <w:tcW w:w="665" w:type="dxa"/>
            <w:shd w:val="clear" w:color="auto" w:fill="DBE5F1"/>
          </w:tcPr>
          <w:p w14:paraId="0CBF9068" w14:textId="77777777" w:rsidR="0030026E" w:rsidRDefault="0019537C">
            <w:r>
              <w:rPr>
                <w:b/>
              </w:rPr>
              <w:t>947898</w:t>
            </w:r>
          </w:p>
        </w:tc>
        <w:tc>
          <w:tcPr>
            <w:tcW w:w="665" w:type="dxa"/>
            <w:shd w:val="clear" w:color="auto" w:fill="DBE5F1"/>
          </w:tcPr>
          <w:p w14:paraId="2C13A6F8" w14:textId="77777777" w:rsidR="0030026E" w:rsidRDefault="0019537C">
            <w:r>
              <w:rPr>
                <w:b/>
              </w:rPr>
              <w:t>947898</w:t>
            </w:r>
          </w:p>
        </w:tc>
        <w:tc>
          <w:tcPr>
            <w:tcW w:w="665" w:type="dxa"/>
            <w:shd w:val="clear" w:color="auto" w:fill="DBE5F1"/>
          </w:tcPr>
          <w:p w14:paraId="08F952FC" w14:textId="77777777" w:rsidR="0030026E" w:rsidRDefault="0019537C">
            <w:r>
              <w:rPr>
                <w:b/>
              </w:rPr>
              <w:t>947898</w:t>
            </w:r>
          </w:p>
        </w:tc>
        <w:tc>
          <w:tcPr>
            <w:tcW w:w="665" w:type="dxa"/>
            <w:shd w:val="clear" w:color="auto" w:fill="DBE5F1"/>
          </w:tcPr>
          <w:p w14:paraId="5FF14DAF" w14:textId="77777777" w:rsidR="0030026E" w:rsidRDefault="0019537C">
            <w:r>
              <w:rPr>
                <w:b/>
              </w:rPr>
              <w:t>947898</w:t>
            </w:r>
          </w:p>
        </w:tc>
        <w:tc>
          <w:tcPr>
            <w:tcW w:w="665" w:type="dxa"/>
            <w:shd w:val="clear" w:color="auto" w:fill="DBE5F1"/>
          </w:tcPr>
          <w:p w14:paraId="473E1EFF" w14:textId="77777777" w:rsidR="0030026E" w:rsidRDefault="0019537C">
            <w:r>
              <w:rPr>
                <w:b/>
              </w:rPr>
              <w:t>947898</w:t>
            </w:r>
          </w:p>
        </w:tc>
        <w:tc>
          <w:tcPr>
            <w:tcW w:w="665" w:type="dxa"/>
            <w:shd w:val="clear" w:color="auto" w:fill="DBE5F1"/>
          </w:tcPr>
          <w:p w14:paraId="3537F01C" w14:textId="77777777" w:rsidR="0030026E" w:rsidRDefault="0019537C">
            <w:r>
              <w:rPr>
                <w:b/>
              </w:rPr>
              <w:t>947898</w:t>
            </w:r>
          </w:p>
        </w:tc>
      </w:tr>
      <w:tr w:rsidR="0030026E" w14:paraId="7EC86347" w14:textId="77777777">
        <w:trPr>
          <w:cantSplit/>
        </w:trPr>
        <w:tc>
          <w:tcPr>
            <w:tcW w:w="665" w:type="dxa"/>
            <w:shd w:val="clear" w:color="auto" w:fill="DBE5F1"/>
          </w:tcPr>
          <w:p w14:paraId="1961FBF6" w14:textId="77777777" w:rsidR="0030026E" w:rsidRDefault="0030026E"/>
        </w:tc>
        <w:tc>
          <w:tcPr>
            <w:tcW w:w="665" w:type="dxa"/>
            <w:shd w:val="clear" w:color="auto" w:fill="DBE5F1"/>
          </w:tcPr>
          <w:p w14:paraId="5F0BBABF" w14:textId="77777777" w:rsidR="0030026E" w:rsidRDefault="0019537C">
            <w:r>
              <w:rPr>
                <w:b/>
              </w:rPr>
              <w:t>отпуск в потребительский рынок</w:t>
            </w:r>
          </w:p>
        </w:tc>
        <w:tc>
          <w:tcPr>
            <w:tcW w:w="665" w:type="dxa"/>
            <w:shd w:val="clear" w:color="auto" w:fill="DBE5F1"/>
          </w:tcPr>
          <w:p w14:paraId="60081BEF" w14:textId="77777777" w:rsidR="0030026E" w:rsidRDefault="0019537C">
            <w:r>
              <w:rPr>
                <w:b/>
              </w:rPr>
              <w:t>783790</w:t>
            </w:r>
          </w:p>
        </w:tc>
        <w:tc>
          <w:tcPr>
            <w:tcW w:w="665" w:type="dxa"/>
            <w:shd w:val="clear" w:color="auto" w:fill="DBE5F1"/>
          </w:tcPr>
          <w:p w14:paraId="322484E7" w14:textId="77777777" w:rsidR="0030026E" w:rsidRDefault="0019537C">
            <w:r>
              <w:rPr>
                <w:b/>
              </w:rPr>
              <w:t>783790</w:t>
            </w:r>
          </w:p>
        </w:tc>
        <w:tc>
          <w:tcPr>
            <w:tcW w:w="665" w:type="dxa"/>
            <w:shd w:val="clear" w:color="auto" w:fill="DBE5F1"/>
          </w:tcPr>
          <w:p w14:paraId="3E0B6D08" w14:textId="77777777" w:rsidR="0030026E" w:rsidRDefault="0019537C">
            <w:r>
              <w:rPr>
                <w:b/>
              </w:rPr>
              <w:t>783790</w:t>
            </w:r>
          </w:p>
        </w:tc>
        <w:tc>
          <w:tcPr>
            <w:tcW w:w="665" w:type="dxa"/>
            <w:shd w:val="clear" w:color="auto" w:fill="DBE5F1"/>
          </w:tcPr>
          <w:p w14:paraId="5762A0F3" w14:textId="77777777" w:rsidR="0030026E" w:rsidRDefault="0019537C">
            <w:r>
              <w:rPr>
                <w:b/>
              </w:rPr>
              <w:t>783790</w:t>
            </w:r>
          </w:p>
        </w:tc>
        <w:tc>
          <w:tcPr>
            <w:tcW w:w="665" w:type="dxa"/>
            <w:shd w:val="clear" w:color="auto" w:fill="DBE5F1"/>
          </w:tcPr>
          <w:p w14:paraId="7DC56A55" w14:textId="77777777" w:rsidR="0030026E" w:rsidRDefault="0019537C">
            <w:r>
              <w:rPr>
                <w:b/>
              </w:rPr>
              <w:t>783790</w:t>
            </w:r>
          </w:p>
        </w:tc>
        <w:tc>
          <w:tcPr>
            <w:tcW w:w="665" w:type="dxa"/>
            <w:shd w:val="clear" w:color="auto" w:fill="DBE5F1"/>
          </w:tcPr>
          <w:p w14:paraId="198D39D7" w14:textId="77777777" w:rsidR="0030026E" w:rsidRDefault="0019537C">
            <w:r>
              <w:rPr>
                <w:b/>
              </w:rPr>
              <w:t>783790</w:t>
            </w:r>
          </w:p>
        </w:tc>
        <w:tc>
          <w:tcPr>
            <w:tcW w:w="665" w:type="dxa"/>
            <w:shd w:val="clear" w:color="auto" w:fill="DBE5F1"/>
          </w:tcPr>
          <w:p w14:paraId="59F0A36D" w14:textId="77777777" w:rsidR="0030026E" w:rsidRDefault="0019537C">
            <w:r>
              <w:rPr>
                <w:b/>
              </w:rPr>
              <w:t>783790</w:t>
            </w:r>
          </w:p>
        </w:tc>
        <w:tc>
          <w:tcPr>
            <w:tcW w:w="665" w:type="dxa"/>
            <w:shd w:val="clear" w:color="auto" w:fill="DBE5F1"/>
          </w:tcPr>
          <w:p w14:paraId="7FBA80E2" w14:textId="77777777" w:rsidR="0030026E" w:rsidRDefault="0019537C">
            <w:r>
              <w:rPr>
                <w:b/>
              </w:rPr>
              <w:t>783790</w:t>
            </w:r>
          </w:p>
        </w:tc>
        <w:tc>
          <w:tcPr>
            <w:tcW w:w="665" w:type="dxa"/>
            <w:shd w:val="clear" w:color="auto" w:fill="DBE5F1"/>
          </w:tcPr>
          <w:p w14:paraId="30EF5AB5" w14:textId="77777777" w:rsidR="0030026E" w:rsidRDefault="0019537C">
            <w:r>
              <w:rPr>
                <w:b/>
              </w:rPr>
              <w:t>783790</w:t>
            </w:r>
          </w:p>
        </w:tc>
        <w:tc>
          <w:tcPr>
            <w:tcW w:w="665" w:type="dxa"/>
            <w:shd w:val="clear" w:color="auto" w:fill="DBE5F1"/>
          </w:tcPr>
          <w:p w14:paraId="6977AE4A" w14:textId="77777777" w:rsidR="0030026E" w:rsidRDefault="0019537C">
            <w:r>
              <w:rPr>
                <w:b/>
              </w:rPr>
              <w:t>783790</w:t>
            </w:r>
          </w:p>
        </w:tc>
        <w:tc>
          <w:tcPr>
            <w:tcW w:w="665" w:type="dxa"/>
            <w:shd w:val="clear" w:color="auto" w:fill="DBE5F1"/>
          </w:tcPr>
          <w:p w14:paraId="2F66333C" w14:textId="77777777" w:rsidR="0030026E" w:rsidRDefault="0019537C">
            <w:r>
              <w:rPr>
                <w:b/>
              </w:rPr>
              <w:t>783790</w:t>
            </w:r>
          </w:p>
        </w:tc>
      </w:tr>
    </w:tbl>
    <w:p w14:paraId="68959CDE" w14:textId="77777777" w:rsidR="00B808F9" w:rsidRDefault="00B808F9">
      <w:pPr>
        <w:sectPr w:rsidR="00B808F9" w:rsidSect="00034616">
          <w:footerReference w:type="default" r:id="rId58"/>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EAFD713" w14:textId="77777777" w:rsidR="0030026E" w:rsidRPr="00C74F04" w:rsidRDefault="0019537C">
      <w:pPr>
        <w:rPr>
          <w:lang w:val="ru-RU"/>
        </w:rPr>
      </w:pPr>
      <w:r w:rsidRPr="00C74F04">
        <w:rPr>
          <w:lang w:val="ru-RU"/>
        </w:rPr>
        <w:t>Реперные величины 2026, 2031 и 2036 годов приняты по расчётной книге; промежуточные годы получены интерполяцией между 2026 и 2031 годами и постоянством с 2031 по 2036 год, что соответствует принятой в книге модели спроса. Подпитка большинства зон по расчётному периоду практически не меняется: она определяется объёмом тепловой сети и нормативами утечек, а не отпуском тепловой энергии. Исключение — УПК № 5 «Новый Шерегеш», где подпитка возрастает с 235 554 до 268 475 т/год вследствие масштабирования нормативных утечек коэффициентом объёма тепловой сети.</w:t>
      </w:r>
    </w:p>
    <w:p w14:paraId="4ADAD95B" w14:textId="77777777" w:rsidR="0030026E" w:rsidRPr="00C74F04" w:rsidRDefault="0019537C">
      <w:pPr>
        <w:rPr>
          <w:lang w:val="ru-RU"/>
        </w:rPr>
      </w:pPr>
      <w:r w:rsidRPr="00C74F04">
        <w:rPr>
          <w:lang w:val="ru-RU"/>
        </w:rPr>
        <w:t>Отпуск в потребительский рынок по округу составляет 783 790 т/год на 2026 год, на расчётном периоде практически не меняется и почти целиком приходится на водоразбор горячего водоснабжения из открытых систем. Именно эта составляющая устраняется при переводе систем на закрытую схему, количественная оценка приведена соответствующим разделом обосновывающих материалов.</w:t>
      </w:r>
    </w:p>
    <w:p w14:paraId="48D14FA6" w14:textId="77777777" w:rsidR="0030026E" w:rsidRPr="00C74F04" w:rsidRDefault="0019537C">
      <w:pPr>
        <w:rPr>
          <w:lang w:val="ru-RU"/>
        </w:rPr>
      </w:pPr>
      <w:r w:rsidRPr="00C74F04">
        <w:rPr>
          <w:lang w:val="ru-RU"/>
        </w:rPr>
        <w:t>По УПК № 9 «ГРЭ» баланс теплоносителя в расчётной книге не заполнен: на 2026 год величины отсутствуют, на 2031 и 2036 годы указан ноль при действующем отпуске тепловой энергии 1289 Гкал/год. Работающий источник с ненулевым отпуском тепловой энергии не может иметь нулевую подпитку, поэтому ноль как установленный факт не принимается: величины обозначены как требующие данных и в итог по предприятию не включены. Позиция внесена в перечень запросов Заказчику.</w:t>
      </w:r>
    </w:p>
    <w:p w14:paraId="20E97A1C" w14:textId="77777777" w:rsidR="007A4ED8" w:rsidRPr="00C74F04" w:rsidRDefault="009B7F9E">
      <w:pPr>
        <w:pStyle w:val="21"/>
        <w:rPr>
          <w:lang w:val="ru-RU"/>
        </w:rPr>
      </w:pPr>
      <w:bookmarkStart w:id="11" w:name="_Toc238015602"/>
      <w:r w:rsidRPr="00C74F04">
        <w:rPr>
          <w:lang w:val="ru-RU"/>
        </w:rPr>
        <w:t>1.8. Топливные балансы источников тепловой энергии и система обеспечения топливом</w:t>
      </w:r>
      <w:bookmarkEnd w:id="11"/>
    </w:p>
    <w:p w14:paraId="37FE3FBE" w14:textId="77777777" w:rsidR="000772B4" w:rsidRPr="00C74F04" w:rsidRDefault="00746A89">
      <w:pPr>
        <w:spacing w:after="80"/>
        <w:jc w:val="both"/>
        <w:rPr>
          <w:lang w:val="ru-RU"/>
        </w:rPr>
      </w:pPr>
      <w:r w:rsidRPr="00C74F04">
        <w:rPr>
          <w:lang w:val="ru-RU"/>
        </w:rPr>
        <w:t>Все источники работают на каменном угле; резервное топливо не применяется, в качестве основного и резервного используется уголь. Нормативы создания запасов топлива установлены документами актуализации 2026 года.</w:t>
      </w:r>
    </w:p>
    <w:p w14:paraId="2FE01F03" w14:textId="77777777" w:rsidR="000772B4" w:rsidRPr="00C74F04" w:rsidRDefault="00746A89">
      <w:pPr>
        <w:keepNext/>
        <w:spacing w:before="160"/>
        <w:rPr>
          <w:lang w:val="ru-RU"/>
        </w:rPr>
      </w:pPr>
      <w:r w:rsidRPr="00C74F04">
        <w:rPr>
          <w:b/>
          <w:lang w:val="ru-RU"/>
        </w:rPr>
        <w:t>Таблица 1.29 — Нормативы запаса топлива, тыс. т</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311"/>
        <w:gridCol w:w="1698"/>
        <w:gridCol w:w="2372"/>
        <w:gridCol w:w="2964"/>
      </w:tblGrid>
      <w:tr w:rsidR="000772B4" w14:paraId="4EDC6823" w14:textId="77777777">
        <w:trPr>
          <w:cantSplit/>
          <w:tblHeader/>
          <w:jc w:val="center"/>
        </w:trPr>
        <w:tc>
          <w:tcPr>
            <w:tcW w:w="0" w:type="auto"/>
            <w:shd w:val="clear" w:color="auto" w:fill="E2F0D9"/>
          </w:tcPr>
          <w:p w14:paraId="44127867" w14:textId="77777777" w:rsidR="000772B4" w:rsidRDefault="00746A89">
            <w:pPr>
              <w:jc w:val="center"/>
            </w:pPr>
            <w:r>
              <w:rPr>
                <w:b/>
              </w:rPr>
              <w:t>Источник</w:t>
            </w:r>
          </w:p>
        </w:tc>
        <w:tc>
          <w:tcPr>
            <w:tcW w:w="0" w:type="auto"/>
            <w:shd w:val="clear" w:color="auto" w:fill="E2F0D9"/>
          </w:tcPr>
          <w:p w14:paraId="13A1D7BE" w14:textId="77777777" w:rsidR="000772B4" w:rsidRDefault="00746A89">
            <w:pPr>
              <w:jc w:val="center"/>
            </w:pPr>
            <w:r>
              <w:rPr>
                <w:b/>
              </w:rPr>
              <w:t>Общий норматив</w:t>
            </w:r>
          </w:p>
        </w:tc>
        <w:tc>
          <w:tcPr>
            <w:tcW w:w="0" w:type="auto"/>
            <w:shd w:val="clear" w:color="auto" w:fill="E2F0D9"/>
          </w:tcPr>
          <w:p w14:paraId="42DE6313" w14:textId="77777777" w:rsidR="000772B4" w:rsidRDefault="00746A89">
            <w:pPr>
              <w:jc w:val="center"/>
            </w:pPr>
            <w:r>
              <w:rPr>
                <w:b/>
              </w:rPr>
              <w:t>Неснижаемый норматив</w:t>
            </w:r>
          </w:p>
        </w:tc>
        <w:tc>
          <w:tcPr>
            <w:tcW w:w="0" w:type="auto"/>
            <w:shd w:val="clear" w:color="auto" w:fill="E2F0D9"/>
          </w:tcPr>
          <w:p w14:paraId="688B9B94" w14:textId="77777777" w:rsidR="000772B4" w:rsidRDefault="00746A89">
            <w:pPr>
              <w:jc w:val="center"/>
            </w:pPr>
            <w:r>
              <w:rPr>
                <w:b/>
              </w:rPr>
              <w:t>Эксплуатационный норматив</w:t>
            </w:r>
          </w:p>
        </w:tc>
      </w:tr>
      <w:tr w:rsidR="000772B4" w14:paraId="030B8881" w14:textId="77777777">
        <w:trPr>
          <w:cantSplit/>
          <w:jc w:val="center"/>
        </w:trPr>
        <w:tc>
          <w:tcPr>
            <w:tcW w:w="0" w:type="auto"/>
          </w:tcPr>
          <w:p w14:paraId="7893EBB7" w14:textId="77777777" w:rsidR="000772B4" w:rsidRDefault="00746A89">
            <w:r>
              <w:t>УПК № 1 Таштагол</w:t>
            </w:r>
          </w:p>
        </w:tc>
        <w:tc>
          <w:tcPr>
            <w:tcW w:w="0" w:type="auto"/>
          </w:tcPr>
          <w:p w14:paraId="5DC6C5FD" w14:textId="77777777" w:rsidR="000772B4" w:rsidRDefault="00746A89">
            <w:pPr>
              <w:jc w:val="center"/>
            </w:pPr>
            <w:r>
              <w:t>18,878</w:t>
            </w:r>
          </w:p>
        </w:tc>
        <w:tc>
          <w:tcPr>
            <w:tcW w:w="0" w:type="auto"/>
          </w:tcPr>
          <w:p w14:paraId="2DA65427" w14:textId="77777777" w:rsidR="000772B4" w:rsidRDefault="00746A89">
            <w:pPr>
              <w:jc w:val="center"/>
            </w:pPr>
            <w:r>
              <w:t>2,846</w:t>
            </w:r>
          </w:p>
        </w:tc>
        <w:tc>
          <w:tcPr>
            <w:tcW w:w="0" w:type="auto"/>
          </w:tcPr>
          <w:p w14:paraId="60F71C74" w14:textId="77777777" w:rsidR="000772B4" w:rsidRDefault="00746A89">
            <w:pPr>
              <w:jc w:val="center"/>
            </w:pPr>
            <w:r>
              <w:t>16,032</w:t>
            </w:r>
          </w:p>
        </w:tc>
      </w:tr>
      <w:tr w:rsidR="000772B4" w14:paraId="72AFF634" w14:textId="77777777">
        <w:trPr>
          <w:cantSplit/>
          <w:jc w:val="center"/>
        </w:trPr>
        <w:tc>
          <w:tcPr>
            <w:tcW w:w="0" w:type="auto"/>
          </w:tcPr>
          <w:p w14:paraId="6C8061BA" w14:textId="77777777" w:rsidR="000772B4" w:rsidRDefault="00746A89">
            <w:r>
              <w:t>УПК № 5 Новый Шерегеш</w:t>
            </w:r>
          </w:p>
        </w:tc>
        <w:tc>
          <w:tcPr>
            <w:tcW w:w="0" w:type="auto"/>
          </w:tcPr>
          <w:p w14:paraId="14320480" w14:textId="77777777" w:rsidR="000772B4" w:rsidRDefault="00746A89">
            <w:pPr>
              <w:jc w:val="center"/>
            </w:pPr>
            <w:r>
              <w:t>12,044</w:t>
            </w:r>
          </w:p>
        </w:tc>
        <w:tc>
          <w:tcPr>
            <w:tcW w:w="0" w:type="auto"/>
          </w:tcPr>
          <w:p w14:paraId="5DE36A81" w14:textId="77777777" w:rsidR="000772B4" w:rsidRDefault="00746A89">
            <w:pPr>
              <w:jc w:val="center"/>
            </w:pPr>
            <w:r>
              <w:t>1,635</w:t>
            </w:r>
          </w:p>
        </w:tc>
        <w:tc>
          <w:tcPr>
            <w:tcW w:w="0" w:type="auto"/>
          </w:tcPr>
          <w:p w14:paraId="7879C60E" w14:textId="77777777" w:rsidR="000772B4" w:rsidRDefault="00746A89">
            <w:pPr>
              <w:jc w:val="center"/>
            </w:pPr>
            <w:r>
              <w:t>10,409</w:t>
            </w:r>
          </w:p>
        </w:tc>
      </w:tr>
      <w:tr w:rsidR="000772B4" w14:paraId="1CD2B46C" w14:textId="77777777">
        <w:trPr>
          <w:cantSplit/>
          <w:jc w:val="center"/>
        </w:trPr>
        <w:tc>
          <w:tcPr>
            <w:tcW w:w="0" w:type="auto"/>
          </w:tcPr>
          <w:p w14:paraId="6385111D" w14:textId="77777777" w:rsidR="000772B4" w:rsidRDefault="00746A89">
            <w:r>
              <w:t>УПК № 7 Каз</w:t>
            </w:r>
          </w:p>
        </w:tc>
        <w:tc>
          <w:tcPr>
            <w:tcW w:w="0" w:type="auto"/>
          </w:tcPr>
          <w:p w14:paraId="02EE78DB" w14:textId="77777777" w:rsidR="000772B4" w:rsidRDefault="00746A89">
            <w:pPr>
              <w:jc w:val="center"/>
            </w:pPr>
            <w:r>
              <w:t>5,997</w:t>
            </w:r>
          </w:p>
        </w:tc>
        <w:tc>
          <w:tcPr>
            <w:tcW w:w="0" w:type="auto"/>
          </w:tcPr>
          <w:p w14:paraId="119F0B94" w14:textId="77777777" w:rsidR="000772B4" w:rsidRDefault="00746A89">
            <w:pPr>
              <w:jc w:val="center"/>
            </w:pPr>
            <w:r>
              <w:t>0,792</w:t>
            </w:r>
          </w:p>
        </w:tc>
        <w:tc>
          <w:tcPr>
            <w:tcW w:w="0" w:type="auto"/>
          </w:tcPr>
          <w:p w14:paraId="1D8BF214" w14:textId="77777777" w:rsidR="000772B4" w:rsidRDefault="00746A89">
            <w:pPr>
              <w:jc w:val="center"/>
            </w:pPr>
            <w:r>
              <w:t>5,205</w:t>
            </w:r>
          </w:p>
        </w:tc>
      </w:tr>
      <w:tr w:rsidR="000772B4" w14:paraId="5CD12F56" w14:textId="77777777">
        <w:trPr>
          <w:cantSplit/>
          <w:jc w:val="center"/>
        </w:trPr>
        <w:tc>
          <w:tcPr>
            <w:tcW w:w="0" w:type="auto"/>
          </w:tcPr>
          <w:p w14:paraId="5A604DD4" w14:textId="77777777" w:rsidR="000772B4" w:rsidRDefault="00746A89">
            <w:r>
              <w:t>УПК № 10 Темир-Тау</w:t>
            </w:r>
          </w:p>
        </w:tc>
        <w:tc>
          <w:tcPr>
            <w:tcW w:w="0" w:type="auto"/>
          </w:tcPr>
          <w:p w14:paraId="3B969981" w14:textId="77777777" w:rsidR="000772B4" w:rsidRDefault="00746A89">
            <w:pPr>
              <w:jc w:val="center"/>
            </w:pPr>
            <w:r>
              <w:t>2,197</w:t>
            </w:r>
          </w:p>
        </w:tc>
        <w:tc>
          <w:tcPr>
            <w:tcW w:w="0" w:type="auto"/>
          </w:tcPr>
          <w:p w14:paraId="1B8BBB63" w14:textId="77777777" w:rsidR="000772B4" w:rsidRDefault="00746A89">
            <w:pPr>
              <w:jc w:val="center"/>
            </w:pPr>
            <w:r>
              <w:t>0,296</w:t>
            </w:r>
          </w:p>
        </w:tc>
        <w:tc>
          <w:tcPr>
            <w:tcW w:w="0" w:type="auto"/>
          </w:tcPr>
          <w:p w14:paraId="5AA0906B" w14:textId="77777777" w:rsidR="000772B4" w:rsidRDefault="00746A89">
            <w:pPr>
              <w:jc w:val="center"/>
            </w:pPr>
            <w:r>
              <w:t>1,901</w:t>
            </w:r>
          </w:p>
        </w:tc>
      </w:tr>
      <w:tr w:rsidR="000772B4" w14:paraId="5FFFCCB5" w14:textId="77777777">
        <w:trPr>
          <w:cantSplit/>
          <w:jc w:val="center"/>
        </w:trPr>
        <w:tc>
          <w:tcPr>
            <w:tcW w:w="0" w:type="auto"/>
          </w:tcPr>
          <w:p w14:paraId="6011E79B" w14:textId="77777777" w:rsidR="000772B4" w:rsidRDefault="00746A89">
            <w:r>
              <w:t>УПК № 8 Мундыбаш</w:t>
            </w:r>
          </w:p>
        </w:tc>
        <w:tc>
          <w:tcPr>
            <w:tcW w:w="0" w:type="auto"/>
          </w:tcPr>
          <w:p w14:paraId="29EF1EB2" w14:textId="77777777" w:rsidR="000772B4" w:rsidRDefault="00746A89">
            <w:pPr>
              <w:jc w:val="center"/>
            </w:pPr>
            <w:r>
              <w:t>1,884</w:t>
            </w:r>
          </w:p>
        </w:tc>
        <w:tc>
          <w:tcPr>
            <w:tcW w:w="0" w:type="auto"/>
          </w:tcPr>
          <w:p w14:paraId="55795008" w14:textId="77777777" w:rsidR="000772B4" w:rsidRDefault="00746A89">
            <w:pPr>
              <w:jc w:val="center"/>
            </w:pPr>
            <w:r>
              <w:t>0,242</w:t>
            </w:r>
          </w:p>
        </w:tc>
        <w:tc>
          <w:tcPr>
            <w:tcW w:w="0" w:type="auto"/>
          </w:tcPr>
          <w:p w14:paraId="2A0013AE" w14:textId="77777777" w:rsidR="000772B4" w:rsidRDefault="00746A89">
            <w:pPr>
              <w:jc w:val="center"/>
            </w:pPr>
            <w:r>
              <w:t>1,642</w:t>
            </w:r>
          </w:p>
        </w:tc>
      </w:tr>
      <w:tr w:rsidR="000772B4" w14:paraId="41E39E19" w14:textId="77777777">
        <w:trPr>
          <w:cantSplit/>
          <w:jc w:val="center"/>
        </w:trPr>
        <w:tc>
          <w:tcPr>
            <w:tcW w:w="0" w:type="auto"/>
          </w:tcPr>
          <w:p w14:paraId="735D1511" w14:textId="77777777" w:rsidR="000772B4" w:rsidRDefault="00746A89">
            <w:r>
              <w:t>УПК № 2 Шалым</w:t>
            </w:r>
          </w:p>
        </w:tc>
        <w:tc>
          <w:tcPr>
            <w:tcW w:w="0" w:type="auto"/>
          </w:tcPr>
          <w:p w14:paraId="54FE1ACC" w14:textId="77777777" w:rsidR="000772B4" w:rsidRDefault="00746A89">
            <w:pPr>
              <w:jc w:val="center"/>
            </w:pPr>
            <w:r>
              <w:t>1,297</w:t>
            </w:r>
          </w:p>
        </w:tc>
        <w:tc>
          <w:tcPr>
            <w:tcW w:w="0" w:type="auto"/>
          </w:tcPr>
          <w:p w14:paraId="3356D40F" w14:textId="77777777" w:rsidR="000772B4" w:rsidRDefault="00746A89">
            <w:pPr>
              <w:jc w:val="center"/>
            </w:pPr>
            <w:r>
              <w:t>0,187</w:t>
            </w:r>
          </w:p>
        </w:tc>
        <w:tc>
          <w:tcPr>
            <w:tcW w:w="0" w:type="auto"/>
          </w:tcPr>
          <w:p w14:paraId="25121606" w14:textId="77777777" w:rsidR="000772B4" w:rsidRDefault="00746A89">
            <w:pPr>
              <w:jc w:val="center"/>
            </w:pPr>
            <w:r>
              <w:t>1,110</w:t>
            </w:r>
          </w:p>
        </w:tc>
      </w:tr>
      <w:tr w:rsidR="000772B4" w14:paraId="0EF9357E" w14:textId="77777777">
        <w:trPr>
          <w:cantSplit/>
          <w:jc w:val="center"/>
        </w:trPr>
        <w:tc>
          <w:tcPr>
            <w:tcW w:w="0" w:type="auto"/>
          </w:tcPr>
          <w:p w14:paraId="54350E95" w14:textId="77777777" w:rsidR="000772B4" w:rsidRDefault="00746A89">
            <w:r>
              <w:t>УПК № 2 ЦМК</w:t>
            </w:r>
          </w:p>
        </w:tc>
        <w:tc>
          <w:tcPr>
            <w:tcW w:w="0" w:type="auto"/>
          </w:tcPr>
          <w:p w14:paraId="127D3A61" w14:textId="77777777" w:rsidR="000772B4" w:rsidRDefault="00746A89">
            <w:pPr>
              <w:jc w:val="center"/>
            </w:pPr>
            <w:r>
              <w:t>0,575</w:t>
            </w:r>
          </w:p>
        </w:tc>
        <w:tc>
          <w:tcPr>
            <w:tcW w:w="0" w:type="auto"/>
          </w:tcPr>
          <w:p w14:paraId="69356351" w14:textId="77777777" w:rsidR="000772B4" w:rsidRDefault="00746A89">
            <w:pPr>
              <w:jc w:val="center"/>
            </w:pPr>
            <w:r>
              <w:t>0,080</w:t>
            </w:r>
          </w:p>
        </w:tc>
        <w:tc>
          <w:tcPr>
            <w:tcW w:w="0" w:type="auto"/>
          </w:tcPr>
          <w:p w14:paraId="40301097" w14:textId="77777777" w:rsidR="000772B4" w:rsidRDefault="00746A89">
            <w:pPr>
              <w:jc w:val="center"/>
            </w:pPr>
            <w:r>
              <w:t>0,495</w:t>
            </w:r>
          </w:p>
        </w:tc>
      </w:tr>
      <w:tr w:rsidR="000772B4" w14:paraId="3AF3BD24" w14:textId="77777777">
        <w:trPr>
          <w:cantSplit/>
          <w:jc w:val="center"/>
        </w:trPr>
        <w:tc>
          <w:tcPr>
            <w:tcW w:w="0" w:type="auto"/>
          </w:tcPr>
          <w:p w14:paraId="0985E4F0" w14:textId="77777777" w:rsidR="000772B4" w:rsidRDefault="00746A89">
            <w:r>
              <w:t>УПК № 3 Спасск</w:t>
            </w:r>
          </w:p>
        </w:tc>
        <w:tc>
          <w:tcPr>
            <w:tcW w:w="0" w:type="auto"/>
          </w:tcPr>
          <w:p w14:paraId="70AC8D92" w14:textId="77777777" w:rsidR="000772B4" w:rsidRDefault="00746A89">
            <w:pPr>
              <w:jc w:val="center"/>
            </w:pPr>
            <w:r>
              <w:t>0,301</w:t>
            </w:r>
          </w:p>
        </w:tc>
        <w:tc>
          <w:tcPr>
            <w:tcW w:w="0" w:type="auto"/>
          </w:tcPr>
          <w:p w14:paraId="26C017B2" w14:textId="77777777" w:rsidR="000772B4" w:rsidRDefault="00746A89">
            <w:pPr>
              <w:jc w:val="center"/>
            </w:pPr>
            <w:r>
              <w:t>0,042</w:t>
            </w:r>
          </w:p>
        </w:tc>
        <w:tc>
          <w:tcPr>
            <w:tcW w:w="0" w:type="auto"/>
          </w:tcPr>
          <w:p w14:paraId="3259D2AB" w14:textId="77777777" w:rsidR="000772B4" w:rsidRDefault="00746A89">
            <w:pPr>
              <w:jc w:val="center"/>
            </w:pPr>
            <w:r>
              <w:t>0,259</w:t>
            </w:r>
          </w:p>
        </w:tc>
      </w:tr>
      <w:tr w:rsidR="000772B4" w14:paraId="5FCB3F42" w14:textId="77777777">
        <w:trPr>
          <w:cantSplit/>
          <w:jc w:val="center"/>
        </w:trPr>
        <w:tc>
          <w:tcPr>
            <w:tcW w:w="0" w:type="auto"/>
          </w:tcPr>
          <w:p w14:paraId="33ABF1CF" w14:textId="77777777" w:rsidR="000772B4" w:rsidRDefault="00746A89">
            <w:r>
              <w:t>УПК № 9 ГРЭ</w:t>
            </w:r>
          </w:p>
        </w:tc>
        <w:tc>
          <w:tcPr>
            <w:tcW w:w="0" w:type="auto"/>
          </w:tcPr>
          <w:p w14:paraId="666862F8" w14:textId="77777777" w:rsidR="000772B4" w:rsidRDefault="00746A89">
            <w:pPr>
              <w:jc w:val="center"/>
            </w:pPr>
            <w:r>
              <w:t>0</w:t>
            </w:r>
          </w:p>
        </w:tc>
        <w:tc>
          <w:tcPr>
            <w:tcW w:w="0" w:type="auto"/>
          </w:tcPr>
          <w:p w14:paraId="4DA9BCF4" w14:textId="77777777" w:rsidR="000772B4" w:rsidRDefault="00746A89">
            <w:pPr>
              <w:jc w:val="center"/>
            </w:pPr>
            <w:r>
              <w:t>0</w:t>
            </w:r>
          </w:p>
        </w:tc>
        <w:tc>
          <w:tcPr>
            <w:tcW w:w="0" w:type="auto"/>
          </w:tcPr>
          <w:p w14:paraId="03C2B5F6" w14:textId="77777777" w:rsidR="000772B4" w:rsidRDefault="00746A89">
            <w:pPr>
              <w:jc w:val="center"/>
            </w:pPr>
            <w:r>
              <w:t>0</w:t>
            </w:r>
          </w:p>
        </w:tc>
      </w:tr>
      <w:tr w:rsidR="000772B4" w14:paraId="32708941" w14:textId="77777777">
        <w:trPr>
          <w:cantSplit/>
          <w:jc w:val="center"/>
        </w:trPr>
        <w:tc>
          <w:tcPr>
            <w:tcW w:w="0" w:type="auto"/>
          </w:tcPr>
          <w:p w14:paraId="1346BD37" w14:textId="77777777" w:rsidR="000772B4" w:rsidRDefault="00746A89">
            <w:r>
              <w:t>УПК № 6 Старый Шерегеш</w:t>
            </w:r>
          </w:p>
        </w:tc>
        <w:tc>
          <w:tcPr>
            <w:tcW w:w="0" w:type="auto"/>
          </w:tcPr>
          <w:p w14:paraId="1BD5B296" w14:textId="77777777" w:rsidR="000772B4" w:rsidRDefault="00746A89">
            <w:pPr>
              <w:jc w:val="center"/>
            </w:pPr>
            <w:r>
              <w:t>не раскрыт</w:t>
            </w:r>
          </w:p>
        </w:tc>
        <w:tc>
          <w:tcPr>
            <w:tcW w:w="0" w:type="auto"/>
          </w:tcPr>
          <w:p w14:paraId="7030E288" w14:textId="77777777" w:rsidR="000772B4" w:rsidRDefault="00746A89">
            <w:pPr>
              <w:jc w:val="center"/>
            </w:pPr>
            <w:r>
              <w:t>—</w:t>
            </w:r>
          </w:p>
        </w:tc>
        <w:tc>
          <w:tcPr>
            <w:tcW w:w="0" w:type="auto"/>
          </w:tcPr>
          <w:p w14:paraId="1E6F6488" w14:textId="77777777" w:rsidR="000772B4" w:rsidRDefault="00746A89">
            <w:pPr>
              <w:jc w:val="center"/>
            </w:pPr>
            <w:r>
              <w:t>—</w:t>
            </w:r>
          </w:p>
        </w:tc>
      </w:tr>
    </w:tbl>
    <w:p w14:paraId="224E3FE8" w14:textId="77777777" w:rsidR="000772B4" w:rsidRDefault="000772B4">
      <w:pPr>
        <w:spacing w:after="40"/>
      </w:pPr>
    </w:p>
    <w:p w14:paraId="2EF67116" w14:textId="77777777" w:rsidR="000772B4" w:rsidRPr="00C74F04" w:rsidRDefault="00746A89">
      <w:pPr>
        <w:spacing w:after="80"/>
        <w:jc w:val="both"/>
        <w:rPr>
          <w:lang w:val="ru-RU"/>
        </w:rPr>
      </w:pPr>
      <w:r w:rsidRPr="00C74F04">
        <w:rPr>
          <w:lang w:val="ru-RU"/>
        </w:rPr>
        <w:t>Соотношение общего норматива как суммы неснижаемого и эксплуатационного выполняется по всем раскрытым источникам. По УПК № 9 «ГРЭ» нормативы указаны нулевыми при одновременно подтверждённом наличии системы резервного топливоснабжения; обстоятельство требует пояснения и подтверждённым отсутствием запаса не квалифицируется.</w:t>
      </w:r>
    </w:p>
    <w:p w14:paraId="3F5D2F9C" w14:textId="77777777" w:rsidR="0030026E" w:rsidRPr="00C74F04" w:rsidRDefault="0019537C">
      <w:pPr>
        <w:rPr>
          <w:lang w:val="ru-RU"/>
        </w:rPr>
      </w:pPr>
      <w:r w:rsidRPr="00C74F04">
        <w:rPr>
          <w:lang w:val="ru-RU"/>
        </w:rPr>
        <w:t>Годовой топливный баланс по каждому источнику и по теплоснабжающему предприятию в целом с указанием марки угля и низшей теплоты сгорания приведён таблицей 10.2 раздела 10 настоящих обосновывающих материалов.</w:t>
      </w:r>
    </w:p>
    <w:p w14:paraId="74F84C9C" w14:textId="77777777" w:rsidR="007A4ED8" w:rsidRPr="00C74F04" w:rsidRDefault="009B7F9E">
      <w:pPr>
        <w:pStyle w:val="21"/>
        <w:rPr>
          <w:lang w:val="ru-RU"/>
        </w:rPr>
      </w:pPr>
      <w:bookmarkStart w:id="12" w:name="_Toc238015603"/>
      <w:r w:rsidRPr="00C74F04">
        <w:rPr>
          <w:lang w:val="ru-RU"/>
        </w:rPr>
        <w:t>1.9. Надёжность теплоснабжения</w:t>
      </w:r>
      <w:bookmarkEnd w:id="12"/>
    </w:p>
    <w:p w14:paraId="749FEDD0" w14:textId="77777777" w:rsidR="000772B4" w:rsidRPr="00C74F04" w:rsidRDefault="00746A89">
      <w:pPr>
        <w:spacing w:after="80"/>
        <w:jc w:val="both"/>
        <w:rPr>
          <w:lang w:val="ru-RU"/>
        </w:rPr>
      </w:pPr>
      <w:r w:rsidRPr="00C74F04">
        <w:rPr>
          <w:lang w:val="ru-RU"/>
        </w:rPr>
        <w:t>Оценка надёжности выполнена отдельным томом обосновывающих материалов. Здесь приводятся только исходные сведения существующего положения.</w:t>
      </w:r>
    </w:p>
    <w:p w14:paraId="36732931" w14:textId="77777777" w:rsidR="000772B4" w:rsidRPr="00C74F04" w:rsidRDefault="00746A89">
      <w:pPr>
        <w:spacing w:after="80"/>
        <w:jc w:val="both"/>
        <w:rPr>
          <w:lang w:val="ru-RU"/>
        </w:rPr>
      </w:pPr>
      <w:r w:rsidRPr="00C74F04">
        <w:rPr>
          <w:lang w:val="ru-RU"/>
        </w:rPr>
        <w:t>За 2025 год прекращений подачи тепловой энергии вследствие технологических нарушений не зафиксировано ни на источниках, ни на тепловых сетях. Отсутствие отказов относится к эксплуатационной статистике и структурным резервированием не является.</w:t>
      </w:r>
    </w:p>
    <w:p w14:paraId="7B00148A" w14:textId="77777777" w:rsidR="000772B4" w:rsidRPr="00C74F04" w:rsidRDefault="00746A89">
      <w:pPr>
        <w:spacing w:after="80"/>
        <w:rPr>
          <w:lang w:val="ru-RU"/>
        </w:rPr>
      </w:pPr>
      <w:r w:rsidRPr="00C74F04">
        <w:rPr>
          <w:i/>
          <w:color w:val="993300"/>
          <w:lang w:val="ru-RU"/>
        </w:rPr>
        <w:t>Показатели надёжности, оценка резервирования и сценарии аварийных режимов приведены в томе «Оценка надёжности теплоснабжения».</w:t>
      </w:r>
    </w:p>
    <w:p w14:paraId="4D20E6DF" w14:textId="77777777" w:rsidR="007A4ED8" w:rsidRPr="00C74F04" w:rsidRDefault="009B7F9E">
      <w:pPr>
        <w:pStyle w:val="21"/>
        <w:rPr>
          <w:lang w:val="ru-RU"/>
        </w:rPr>
      </w:pPr>
      <w:bookmarkStart w:id="13" w:name="_Toc238015604"/>
      <w:r w:rsidRPr="00C74F04">
        <w:rPr>
          <w:lang w:val="ru-RU"/>
        </w:rPr>
        <w:t>1.10. Технико-экономические показатели теплоснабжающих и теплосетевых организаций</w:t>
      </w:r>
      <w:bookmarkEnd w:id="13"/>
    </w:p>
    <w:p w14:paraId="0245D2DB" w14:textId="77777777" w:rsidR="007A5E59" w:rsidRPr="00C74F04" w:rsidRDefault="0095198F">
      <w:pPr>
        <w:ind w:firstLine="709"/>
        <w:jc w:val="both"/>
        <w:rPr>
          <w:lang w:val="ru-RU"/>
        </w:rPr>
      </w:pPr>
      <w:r w:rsidRPr="00C74F04">
        <w:rPr>
          <w:lang w:val="ru-RU"/>
        </w:rPr>
        <w:t>Технико-экономические показатели теплоснабжающей организации приведены по данным ООО «ЮКЭК». При их использовании необходимо учитывать различие периодов: данные за 2025 год охватывают полный календарный год, тогда как данные за 2026 год относятся к периоду январь — июнь и являются частью года. Прямое сопоставление этих величин как двух полных лет некорректно и в настоящей схеме не выполняется.</w:t>
      </w:r>
    </w:p>
    <w:p w14:paraId="4BB6C6DE" w14:textId="77777777" w:rsidR="007A5E59" w:rsidRPr="00C74F04" w:rsidRDefault="0095198F">
      <w:pPr>
        <w:ind w:firstLine="709"/>
        <w:jc w:val="both"/>
        <w:rPr>
          <w:lang w:val="ru-RU"/>
        </w:rPr>
      </w:pPr>
      <w:r w:rsidRPr="00C74F04">
        <w:rPr>
          <w:lang w:val="ru-RU"/>
        </w:rPr>
        <w:t>Показатели, при расчёте которых в исходных материалах возникало деление на ноль, в расчётную книгу не переносились: вместо ошибочного значения приводится фактическое состояние данных.</w:t>
      </w:r>
    </w:p>
    <w:p w14:paraId="3DF80C0A" w14:textId="77777777" w:rsidR="007A4ED8" w:rsidRPr="00C74F04" w:rsidRDefault="009B7F9E">
      <w:pPr>
        <w:pStyle w:val="21"/>
        <w:rPr>
          <w:lang w:val="ru-RU"/>
        </w:rPr>
      </w:pPr>
      <w:bookmarkStart w:id="14" w:name="_Toc238015605"/>
      <w:r w:rsidRPr="00C74F04">
        <w:rPr>
          <w:lang w:val="ru-RU"/>
        </w:rPr>
        <w:t>1.11. Цены (тарифы) в сфере теплоснабжения</w:t>
      </w:r>
      <w:bookmarkEnd w:id="14"/>
    </w:p>
    <w:p w14:paraId="6FF2C0DC" w14:textId="77777777" w:rsidR="007A5E59" w:rsidRPr="00C74F04" w:rsidRDefault="0095198F">
      <w:pPr>
        <w:ind w:firstLine="709"/>
        <w:jc w:val="both"/>
        <w:rPr>
          <w:lang w:val="ru-RU"/>
        </w:rPr>
      </w:pPr>
      <w:r w:rsidRPr="00C74F04">
        <w:rPr>
          <w:lang w:val="ru-RU"/>
        </w:rPr>
        <w:t xml:space="preserve">Тарифы на тепловую энергию, реализуемую </w:t>
      </w:r>
      <w:r w:rsidRPr="00312815">
        <w:rPr>
          <w:lang w:val="ru-RU"/>
        </w:rPr>
        <w:t xml:space="preserve">ООО «ЮКЭК» на потребительском рынке Таштагольского муниципального округа, установлены Региональной энергетической комиссией Кузбасса на долгосрочный период. </w:t>
      </w:r>
      <w:r w:rsidRPr="00C74F04">
        <w:rPr>
          <w:lang w:val="ru-RU"/>
        </w:rPr>
        <w:t>В 2026 году тариф установлен в двухставочной форме, с 2027 года — в одноставочной. Полный ряд величин и разделение утверждённых тарифов и прогнозных значений приведены в разделе 15.</w:t>
      </w:r>
    </w:p>
    <w:p w14:paraId="4EDDA0F9" w14:textId="77777777" w:rsidR="007A4ED8" w:rsidRPr="00C74F04" w:rsidRDefault="009B7F9E">
      <w:pPr>
        <w:pStyle w:val="21"/>
        <w:rPr>
          <w:lang w:val="ru-RU"/>
        </w:rPr>
      </w:pPr>
      <w:bookmarkStart w:id="15" w:name="_Toc238015606"/>
      <w:r w:rsidRPr="00C74F04">
        <w:rPr>
          <w:lang w:val="ru-RU"/>
        </w:rPr>
        <w:t>1.12. Описание существующих технических и технологических проблем в системах теплоснабжения</w:t>
      </w:r>
      <w:bookmarkEnd w:id="15"/>
    </w:p>
    <w:p w14:paraId="27753D69" w14:textId="77777777" w:rsidR="000772B4" w:rsidRDefault="00746A89">
      <w:pPr>
        <w:keepNext/>
        <w:spacing w:before="160"/>
      </w:pPr>
      <w:r>
        <w:rPr>
          <w:b/>
        </w:rPr>
        <w:t>Таблица 1.30 — Реестр существующих проблем</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458"/>
        <w:gridCol w:w="1854"/>
        <w:gridCol w:w="3627"/>
        <w:gridCol w:w="2406"/>
      </w:tblGrid>
      <w:tr w:rsidR="000772B4" w14:paraId="2E749975" w14:textId="77777777">
        <w:trPr>
          <w:cantSplit/>
          <w:tblHeader/>
          <w:jc w:val="center"/>
        </w:trPr>
        <w:tc>
          <w:tcPr>
            <w:tcW w:w="0" w:type="auto"/>
            <w:shd w:val="clear" w:color="auto" w:fill="E2F0D9"/>
          </w:tcPr>
          <w:p w14:paraId="57C1AD86" w14:textId="77777777" w:rsidR="000772B4" w:rsidRDefault="00746A89">
            <w:pPr>
              <w:jc w:val="center"/>
            </w:pPr>
            <w:r>
              <w:rPr>
                <w:b/>
              </w:rPr>
              <w:t>Объект</w:t>
            </w:r>
          </w:p>
        </w:tc>
        <w:tc>
          <w:tcPr>
            <w:tcW w:w="0" w:type="auto"/>
            <w:shd w:val="clear" w:color="auto" w:fill="E2F0D9"/>
          </w:tcPr>
          <w:p w14:paraId="3C2AD95A" w14:textId="77777777" w:rsidR="000772B4" w:rsidRDefault="00746A89">
            <w:pPr>
              <w:jc w:val="center"/>
            </w:pPr>
            <w:r>
              <w:rPr>
                <w:b/>
              </w:rPr>
              <w:t>Характер</w:t>
            </w:r>
          </w:p>
        </w:tc>
        <w:tc>
          <w:tcPr>
            <w:tcW w:w="0" w:type="auto"/>
            <w:shd w:val="clear" w:color="auto" w:fill="E2F0D9"/>
          </w:tcPr>
          <w:p w14:paraId="52E12C35" w14:textId="77777777" w:rsidR="000772B4" w:rsidRDefault="00746A89">
            <w:pPr>
              <w:jc w:val="center"/>
            </w:pPr>
            <w:r>
              <w:rPr>
                <w:b/>
              </w:rPr>
              <w:t>Содержание</w:t>
            </w:r>
          </w:p>
        </w:tc>
        <w:tc>
          <w:tcPr>
            <w:tcW w:w="0" w:type="auto"/>
            <w:shd w:val="clear" w:color="auto" w:fill="E2F0D9"/>
          </w:tcPr>
          <w:p w14:paraId="2369D748" w14:textId="77777777" w:rsidR="000772B4" w:rsidRDefault="00746A89">
            <w:pPr>
              <w:jc w:val="center"/>
            </w:pPr>
            <w:r>
              <w:rPr>
                <w:b/>
              </w:rPr>
              <w:t>Статус</w:t>
            </w:r>
          </w:p>
        </w:tc>
      </w:tr>
      <w:tr w:rsidR="000772B4" w14:paraId="7BE51AF3" w14:textId="77777777">
        <w:trPr>
          <w:cantSplit/>
          <w:jc w:val="center"/>
        </w:trPr>
        <w:tc>
          <w:tcPr>
            <w:tcW w:w="0" w:type="auto"/>
          </w:tcPr>
          <w:p w14:paraId="4A2FEF1A" w14:textId="77777777" w:rsidR="000772B4" w:rsidRDefault="00746A89">
            <w:r>
              <w:t>УПК № 5 Новый Шерегеш</w:t>
            </w:r>
          </w:p>
        </w:tc>
        <w:tc>
          <w:tcPr>
            <w:tcW w:w="0" w:type="auto"/>
          </w:tcPr>
          <w:p w14:paraId="2BF48ADE" w14:textId="77777777" w:rsidR="000772B4" w:rsidRDefault="00746A89">
            <w:pPr>
              <w:jc w:val="center"/>
            </w:pPr>
            <w:r>
              <w:t>мощность</w:t>
            </w:r>
          </w:p>
        </w:tc>
        <w:tc>
          <w:tcPr>
            <w:tcW w:w="0" w:type="auto"/>
          </w:tcPr>
          <w:p w14:paraId="5F8038FE" w14:textId="77777777" w:rsidR="000772B4" w:rsidRPr="00C74F04" w:rsidRDefault="00746A89">
            <w:pPr>
              <w:jc w:val="center"/>
              <w:rPr>
                <w:lang w:val="ru-RU"/>
              </w:rPr>
            </w:pPr>
            <w:r w:rsidRPr="00C74F04">
              <w:rPr>
                <w:lang w:val="ru-RU"/>
              </w:rPr>
              <w:t>загрузка оборудования достигает 100,39 % к 2031 году, резерв по располагаемой мощности минус 0,4463 Гкал/ч</w:t>
            </w:r>
          </w:p>
        </w:tc>
        <w:tc>
          <w:tcPr>
            <w:tcW w:w="0" w:type="auto"/>
          </w:tcPr>
          <w:p w14:paraId="55175A03" w14:textId="77777777" w:rsidR="000772B4" w:rsidRDefault="00746A89">
            <w:pPr>
              <w:jc w:val="center"/>
            </w:pPr>
            <w:r>
              <w:t>текущий факт</w:t>
            </w:r>
          </w:p>
        </w:tc>
      </w:tr>
      <w:tr w:rsidR="000772B4" w14:paraId="34BC7E5A" w14:textId="77777777">
        <w:trPr>
          <w:cantSplit/>
          <w:jc w:val="center"/>
        </w:trPr>
        <w:tc>
          <w:tcPr>
            <w:tcW w:w="0" w:type="auto"/>
          </w:tcPr>
          <w:p w14:paraId="1F47D1C4" w14:textId="77777777" w:rsidR="000772B4" w:rsidRDefault="00746A89">
            <w:r>
              <w:t>УПК № 5 Новый Шерегеш</w:t>
            </w:r>
          </w:p>
        </w:tc>
        <w:tc>
          <w:tcPr>
            <w:tcW w:w="0" w:type="auto"/>
          </w:tcPr>
          <w:p w14:paraId="21471EDA" w14:textId="77777777" w:rsidR="000772B4" w:rsidRDefault="00746A89">
            <w:pPr>
              <w:jc w:val="center"/>
            </w:pPr>
            <w:r>
              <w:t>эффективность</w:t>
            </w:r>
          </w:p>
        </w:tc>
        <w:tc>
          <w:tcPr>
            <w:tcW w:w="0" w:type="auto"/>
          </w:tcPr>
          <w:p w14:paraId="40775215" w14:textId="77777777" w:rsidR="000772B4" w:rsidRPr="00C74F04" w:rsidRDefault="00746A89">
            <w:pPr>
              <w:jc w:val="center"/>
              <w:rPr>
                <w:lang w:val="ru-RU"/>
              </w:rPr>
            </w:pPr>
            <w:r w:rsidRPr="00C74F04">
              <w:rPr>
                <w:lang w:val="ru-RU"/>
              </w:rPr>
              <w:t>четыре котла из семи имеют коэффициент полезного действия ниже 73 %, суммарно 64 Гкал/ч</w:t>
            </w:r>
          </w:p>
        </w:tc>
        <w:tc>
          <w:tcPr>
            <w:tcW w:w="0" w:type="auto"/>
          </w:tcPr>
          <w:p w14:paraId="3C94D502" w14:textId="77777777" w:rsidR="000772B4" w:rsidRDefault="00746A89">
            <w:pPr>
              <w:jc w:val="center"/>
            </w:pPr>
            <w:r>
              <w:t>текущий факт</w:t>
            </w:r>
          </w:p>
        </w:tc>
      </w:tr>
      <w:tr w:rsidR="000772B4" w14:paraId="4FE2AC9F" w14:textId="77777777">
        <w:trPr>
          <w:cantSplit/>
          <w:jc w:val="center"/>
        </w:trPr>
        <w:tc>
          <w:tcPr>
            <w:tcW w:w="0" w:type="auto"/>
          </w:tcPr>
          <w:p w14:paraId="3E480741" w14:textId="77777777" w:rsidR="000772B4" w:rsidRDefault="00746A89">
            <w:r>
              <w:t>УПК № 9 ГРЭ</w:t>
            </w:r>
          </w:p>
        </w:tc>
        <w:tc>
          <w:tcPr>
            <w:tcW w:w="0" w:type="auto"/>
          </w:tcPr>
          <w:p w14:paraId="6C4B2A2B" w14:textId="77777777" w:rsidR="000772B4" w:rsidRDefault="00746A89">
            <w:pPr>
              <w:jc w:val="center"/>
            </w:pPr>
            <w:r>
              <w:t>надёжность</w:t>
            </w:r>
          </w:p>
        </w:tc>
        <w:tc>
          <w:tcPr>
            <w:tcW w:w="0" w:type="auto"/>
          </w:tcPr>
          <w:p w14:paraId="1A9DA07F" w14:textId="77777777" w:rsidR="000772B4" w:rsidRDefault="00746A89">
            <w:pPr>
              <w:jc w:val="center"/>
            </w:pPr>
            <w:r>
              <w:t>резервный ввод электроснабжения отсутствует</w:t>
            </w:r>
          </w:p>
        </w:tc>
        <w:tc>
          <w:tcPr>
            <w:tcW w:w="0" w:type="auto"/>
          </w:tcPr>
          <w:p w14:paraId="2C22D8C4" w14:textId="77777777" w:rsidR="000772B4" w:rsidRDefault="00746A89">
            <w:pPr>
              <w:jc w:val="center"/>
            </w:pPr>
            <w:r>
              <w:t>текущий факт</w:t>
            </w:r>
          </w:p>
        </w:tc>
      </w:tr>
      <w:tr w:rsidR="000772B4" w14:paraId="3D2684B5" w14:textId="77777777">
        <w:trPr>
          <w:cantSplit/>
          <w:jc w:val="center"/>
        </w:trPr>
        <w:tc>
          <w:tcPr>
            <w:tcW w:w="0" w:type="auto"/>
          </w:tcPr>
          <w:p w14:paraId="46052C4C" w14:textId="77777777" w:rsidR="000772B4" w:rsidRDefault="00746A89">
            <w:r>
              <w:t>Все системы</w:t>
            </w:r>
          </w:p>
        </w:tc>
        <w:tc>
          <w:tcPr>
            <w:tcW w:w="0" w:type="auto"/>
          </w:tcPr>
          <w:p w14:paraId="4F8145F6" w14:textId="77777777" w:rsidR="000772B4" w:rsidRDefault="00746A89">
            <w:pPr>
              <w:jc w:val="center"/>
            </w:pPr>
            <w:r>
              <w:t>износ</w:t>
            </w:r>
          </w:p>
        </w:tc>
        <w:tc>
          <w:tcPr>
            <w:tcW w:w="0" w:type="auto"/>
          </w:tcPr>
          <w:p w14:paraId="2D65CCDA" w14:textId="77777777" w:rsidR="000772B4" w:rsidRPr="00C74F04" w:rsidRDefault="00746A89">
            <w:pPr>
              <w:jc w:val="center"/>
              <w:rPr>
                <w:lang w:val="ru-RU"/>
              </w:rPr>
            </w:pPr>
            <w:r w:rsidRPr="00C74F04">
              <w:rPr>
                <w:lang w:val="ru-RU"/>
              </w:rPr>
              <w:t>физический износ тепловых сетей 52 %, зданий и сооружений 58 %, доля ветхих сетей 20–30 %</w:t>
            </w:r>
          </w:p>
        </w:tc>
        <w:tc>
          <w:tcPr>
            <w:tcW w:w="0" w:type="auto"/>
          </w:tcPr>
          <w:p w14:paraId="3570A2E9" w14:textId="77777777" w:rsidR="000772B4" w:rsidRDefault="00746A89">
            <w:pPr>
              <w:jc w:val="center"/>
            </w:pPr>
            <w:r>
              <w:t>текущий факт</w:t>
            </w:r>
          </w:p>
        </w:tc>
      </w:tr>
      <w:tr w:rsidR="000772B4" w:rsidRPr="00C07C05" w14:paraId="415DD5FC" w14:textId="77777777">
        <w:trPr>
          <w:cantSplit/>
          <w:jc w:val="center"/>
        </w:trPr>
        <w:tc>
          <w:tcPr>
            <w:tcW w:w="0" w:type="auto"/>
          </w:tcPr>
          <w:p w14:paraId="09BDF936" w14:textId="77777777" w:rsidR="000772B4" w:rsidRDefault="00746A89">
            <w:r>
              <w:t>Каз, Темиртау, Спасск</w:t>
            </w:r>
          </w:p>
        </w:tc>
        <w:tc>
          <w:tcPr>
            <w:tcW w:w="0" w:type="auto"/>
          </w:tcPr>
          <w:p w14:paraId="580E3DD8" w14:textId="77777777" w:rsidR="000772B4" w:rsidRDefault="00746A89">
            <w:pPr>
              <w:jc w:val="center"/>
            </w:pPr>
            <w:r>
              <w:t>сети</w:t>
            </w:r>
          </w:p>
        </w:tc>
        <w:tc>
          <w:tcPr>
            <w:tcW w:w="0" w:type="auto"/>
          </w:tcPr>
          <w:p w14:paraId="35676E45" w14:textId="77777777" w:rsidR="000772B4" w:rsidRPr="00C74F04" w:rsidRDefault="00746A89">
            <w:pPr>
              <w:jc w:val="center"/>
              <w:rPr>
                <w:lang w:val="ru-RU"/>
              </w:rPr>
            </w:pPr>
            <w:r w:rsidRPr="00C74F04">
              <w:rPr>
                <w:lang w:val="ru-RU"/>
              </w:rPr>
              <w:t>лучевая конфигурация, кольцевых схем нет, резервирующие перемычки отсутствуют</w:t>
            </w:r>
          </w:p>
        </w:tc>
        <w:tc>
          <w:tcPr>
            <w:tcW w:w="0" w:type="auto"/>
          </w:tcPr>
          <w:p w14:paraId="5BFE2EFF" w14:textId="77777777" w:rsidR="000772B4" w:rsidRPr="00C74F04" w:rsidRDefault="00746A89">
            <w:pPr>
              <w:jc w:val="center"/>
              <w:rPr>
                <w:lang w:val="ru-RU"/>
              </w:rPr>
            </w:pPr>
            <w:r w:rsidRPr="00C74F04">
              <w:rPr>
                <w:lang w:val="ru-RU"/>
              </w:rPr>
              <w:t>исторический факт 2021 года, состояние на текущий момент не подтверждено</w:t>
            </w:r>
          </w:p>
        </w:tc>
      </w:tr>
      <w:tr w:rsidR="000772B4" w14:paraId="2A8A6596" w14:textId="77777777">
        <w:trPr>
          <w:cantSplit/>
          <w:jc w:val="center"/>
        </w:trPr>
        <w:tc>
          <w:tcPr>
            <w:tcW w:w="0" w:type="auto"/>
          </w:tcPr>
          <w:p w14:paraId="47E70D39" w14:textId="77777777" w:rsidR="000772B4" w:rsidRPr="00C74F04" w:rsidRDefault="00746A89">
            <w:pPr>
              <w:rPr>
                <w:lang w:val="ru-RU"/>
              </w:rPr>
            </w:pPr>
            <w:r w:rsidRPr="00C74F04">
              <w:rPr>
                <w:lang w:val="ru-RU"/>
              </w:rPr>
              <w:t>Шалым, ГРЭ, Темир-Тау, Спасск</w:t>
            </w:r>
          </w:p>
        </w:tc>
        <w:tc>
          <w:tcPr>
            <w:tcW w:w="0" w:type="auto"/>
          </w:tcPr>
          <w:p w14:paraId="05F31409" w14:textId="77777777" w:rsidR="000772B4" w:rsidRDefault="00746A89">
            <w:pPr>
              <w:jc w:val="center"/>
            </w:pPr>
            <w:r>
              <w:t>водоподготовка</w:t>
            </w:r>
          </w:p>
        </w:tc>
        <w:tc>
          <w:tcPr>
            <w:tcW w:w="0" w:type="auto"/>
          </w:tcPr>
          <w:p w14:paraId="595445F4" w14:textId="77777777" w:rsidR="000772B4" w:rsidRPr="00C74F04" w:rsidRDefault="00746A89">
            <w:pPr>
              <w:jc w:val="center"/>
              <w:rPr>
                <w:lang w:val="ru-RU"/>
              </w:rPr>
            </w:pPr>
            <w:r w:rsidRPr="00C74F04">
              <w:rPr>
                <w:lang w:val="ru-RU"/>
              </w:rPr>
              <w:t>производительность водоподготовительной установки указана нулевой</w:t>
            </w:r>
          </w:p>
        </w:tc>
        <w:tc>
          <w:tcPr>
            <w:tcW w:w="0" w:type="auto"/>
          </w:tcPr>
          <w:p w14:paraId="110C93AF" w14:textId="77777777" w:rsidR="000772B4" w:rsidRDefault="00746A89">
            <w:pPr>
              <w:jc w:val="center"/>
            </w:pPr>
            <w:r>
              <w:t>требует уточнения</w:t>
            </w:r>
          </w:p>
        </w:tc>
      </w:tr>
      <w:tr w:rsidR="000772B4" w14:paraId="70747925" w14:textId="77777777">
        <w:trPr>
          <w:cantSplit/>
          <w:jc w:val="center"/>
        </w:trPr>
        <w:tc>
          <w:tcPr>
            <w:tcW w:w="0" w:type="auto"/>
          </w:tcPr>
          <w:p w14:paraId="1A67EA23" w14:textId="77777777" w:rsidR="000772B4" w:rsidRDefault="00746A89">
            <w:r>
              <w:t>УПК № 5, УПК № 3 Спасск</w:t>
            </w:r>
          </w:p>
        </w:tc>
        <w:tc>
          <w:tcPr>
            <w:tcW w:w="0" w:type="auto"/>
          </w:tcPr>
          <w:p w14:paraId="1F8DEE80" w14:textId="77777777" w:rsidR="000772B4" w:rsidRDefault="00746A89">
            <w:pPr>
              <w:jc w:val="center"/>
            </w:pPr>
            <w:r>
              <w:t>горячее водоснабжение</w:t>
            </w:r>
          </w:p>
        </w:tc>
        <w:tc>
          <w:tcPr>
            <w:tcW w:w="0" w:type="auto"/>
          </w:tcPr>
          <w:p w14:paraId="2303574E" w14:textId="77777777" w:rsidR="000772B4" w:rsidRDefault="00746A89">
            <w:pPr>
              <w:jc w:val="center"/>
            </w:pPr>
            <w:r>
              <w:t>открытые системы горячего водоснабжения</w:t>
            </w:r>
          </w:p>
        </w:tc>
        <w:tc>
          <w:tcPr>
            <w:tcW w:w="0" w:type="auto"/>
          </w:tcPr>
          <w:p w14:paraId="523904A8" w14:textId="77777777" w:rsidR="000772B4" w:rsidRDefault="00746A89">
            <w:pPr>
              <w:jc w:val="center"/>
            </w:pPr>
            <w:r>
              <w:t>текущий факт</w:t>
            </w:r>
          </w:p>
        </w:tc>
      </w:tr>
      <w:tr w:rsidR="000772B4" w14:paraId="281BC6E3" w14:textId="77777777">
        <w:trPr>
          <w:cantSplit/>
          <w:jc w:val="center"/>
        </w:trPr>
        <w:tc>
          <w:tcPr>
            <w:tcW w:w="0" w:type="auto"/>
          </w:tcPr>
          <w:p w14:paraId="3F5871A9" w14:textId="77777777" w:rsidR="000772B4" w:rsidRDefault="00746A89">
            <w:r>
              <w:t>Все системы</w:t>
            </w:r>
          </w:p>
        </w:tc>
        <w:tc>
          <w:tcPr>
            <w:tcW w:w="0" w:type="auto"/>
          </w:tcPr>
          <w:p w14:paraId="3F0D258E" w14:textId="77777777" w:rsidR="000772B4" w:rsidRDefault="00746A89">
            <w:pPr>
              <w:jc w:val="center"/>
            </w:pPr>
            <w:r>
              <w:t>топливо</w:t>
            </w:r>
          </w:p>
        </w:tc>
        <w:tc>
          <w:tcPr>
            <w:tcW w:w="0" w:type="auto"/>
          </w:tcPr>
          <w:p w14:paraId="76668529" w14:textId="77777777" w:rsidR="000772B4" w:rsidRPr="00C74F04" w:rsidRDefault="00746A89">
            <w:pPr>
              <w:jc w:val="center"/>
              <w:rPr>
                <w:lang w:val="ru-RU"/>
              </w:rPr>
            </w:pPr>
            <w:r w:rsidRPr="00C74F04">
              <w:rPr>
                <w:lang w:val="ru-RU"/>
              </w:rPr>
              <w:t>все источники работают на угле, газификация не выполнена</w:t>
            </w:r>
          </w:p>
        </w:tc>
        <w:tc>
          <w:tcPr>
            <w:tcW w:w="0" w:type="auto"/>
          </w:tcPr>
          <w:p w14:paraId="560F6829" w14:textId="77777777" w:rsidR="000772B4" w:rsidRDefault="00746A89">
            <w:pPr>
              <w:jc w:val="center"/>
            </w:pPr>
            <w:r>
              <w:t>текущий факт</w:t>
            </w:r>
          </w:p>
        </w:tc>
      </w:tr>
      <w:tr w:rsidR="000772B4" w14:paraId="459986F0" w14:textId="77777777">
        <w:trPr>
          <w:cantSplit/>
          <w:jc w:val="center"/>
        </w:trPr>
        <w:tc>
          <w:tcPr>
            <w:tcW w:w="0" w:type="auto"/>
          </w:tcPr>
          <w:p w14:paraId="4CA9ABB6" w14:textId="77777777" w:rsidR="000772B4" w:rsidRDefault="00746A89">
            <w:r>
              <w:t>УПК № 1 Таштагол</w:t>
            </w:r>
          </w:p>
        </w:tc>
        <w:tc>
          <w:tcPr>
            <w:tcW w:w="0" w:type="auto"/>
          </w:tcPr>
          <w:p w14:paraId="242D3644" w14:textId="77777777" w:rsidR="000772B4" w:rsidRDefault="00746A89">
            <w:pPr>
              <w:jc w:val="center"/>
            </w:pPr>
            <w:r>
              <w:t>состояние оборудования</w:t>
            </w:r>
          </w:p>
        </w:tc>
        <w:tc>
          <w:tcPr>
            <w:tcW w:w="0" w:type="auto"/>
          </w:tcPr>
          <w:p w14:paraId="75879DAD" w14:textId="77777777" w:rsidR="000772B4" w:rsidRDefault="00746A89">
            <w:pPr>
              <w:jc w:val="center"/>
            </w:pPr>
            <w:r>
              <w:t>пять котлов К-50 1973–1995 годов</w:t>
            </w:r>
          </w:p>
        </w:tc>
        <w:tc>
          <w:tcPr>
            <w:tcW w:w="0" w:type="auto"/>
          </w:tcPr>
          <w:p w14:paraId="6EB8E0EB" w14:textId="77777777" w:rsidR="000772B4" w:rsidRDefault="00746A89">
            <w:pPr>
              <w:jc w:val="center"/>
            </w:pPr>
            <w:r>
              <w:t>текущий факт</w:t>
            </w:r>
          </w:p>
        </w:tc>
      </w:tr>
      <w:tr w:rsidR="000772B4" w14:paraId="2EBA0E3C" w14:textId="77777777">
        <w:trPr>
          <w:cantSplit/>
          <w:jc w:val="center"/>
        </w:trPr>
        <w:tc>
          <w:tcPr>
            <w:tcW w:w="0" w:type="auto"/>
          </w:tcPr>
          <w:p w14:paraId="2DDA90DC" w14:textId="77777777" w:rsidR="000772B4" w:rsidRDefault="00746A89">
            <w:r>
              <w:t>Все системы</w:t>
            </w:r>
          </w:p>
        </w:tc>
        <w:tc>
          <w:tcPr>
            <w:tcW w:w="0" w:type="auto"/>
          </w:tcPr>
          <w:p w14:paraId="34F42270" w14:textId="77777777" w:rsidR="000772B4" w:rsidRDefault="00746A89">
            <w:pPr>
              <w:jc w:val="center"/>
            </w:pPr>
            <w:r>
              <w:t>исходные данные</w:t>
            </w:r>
          </w:p>
        </w:tc>
        <w:tc>
          <w:tcPr>
            <w:tcW w:w="0" w:type="auto"/>
          </w:tcPr>
          <w:p w14:paraId="14D9E65A" w14:textId="77777777" w:rsidR="000772B4" w:rsidRPr="00C74F04" w:rsidRDefault="00746A89">
            <w:pPr>
              <w:jc w:val="center"/>
              <w:rPr>
                <w:lang w:val="ru-RU"/>
              </w:rPr>
            </w:pPr>
            <w:r w:rsidRPr="00C74F04">
              <w:rPr>
                <w:lang w:val="ru-RU"/>
              </w:rPr>
              <w:t>режимный состав котлов, насосное и тягодутьевое оборудование не раскрыты</w:t>
            </w:r>
          </w:p>
        </w:tc>
        <w:tc>
          <w:tcPr>
            <w:tcW w:w="0" w:type="auto"/>
          </w:tcPr>
          <w:p w14:paraId="0666BF00" w14:textId="77777777" w:rsidR="000772B4" w:rsidRDefault="00746A89">
            <w:pPr>
              <w:jc w:val="center"/>
            </w:pPr>
            <w:r>
              <w:t>ожидает сведений Заказчика</w:t>
            </w:r>
          </w:p>
        </w:tc>
      </w:tr>
    </w:tbl>
    <w:p w14:paraId="32C0E638" w14:textId="77777777" w:rsidR="000772B4" w:rsidRDefault="000772B4">
      <w:pPr>
        <w:spacing w:after="40"/>
      </w:pPr>
    </w:p>
    <w:p w14:paraId="2D4CC4B1" w14:textId="77777777" w:rsidR="000772B4" w:rsidRPr="00C74F04" w:rsidRDefault="00746A89">
      <w:pPr>
        <w:spacing w:after="80"/>
        <w:jc w:val="both"/>
        <w:rPr>
          <w:lang w:val="ru-RU"/>
        </w:rPr>
      </w:pPr>
      <w:r w:rsidRPr="00C74F04">
        <w:rPr>
          <w:lang w:val="ru-RU"/>
        </w:rPr>
        <w:t>Проблема отсутствия резервирующих перемычек приведена по данным схем поселений 2021 года. Современный расчётный показатель уровня резервирования этому описанию не соответствует, а расчёт доли резервируемой нагрузки в имеющихся документах не приведён, поэтому состояние на текущий момент не подтверждено.</w:t>
      </w:r>
    </w:p>
    <w:p w14:paraId="752285AD" w14:textId="77777777" w:rsidR="007A5E59" w:rsidRPr="00782666" w:rsidRDefault="0095198F">
      <w:pPr>
        <w:pStyle w:val="1"/>
        <w:rPr>
          <w:color w:val="4F81BD" w:themeColor="accent1"/>
          <w:lang w:val="ru-RU"/>
        </w:rPr>
      </w:pPr>
      <w:bookmarkStart w:id="16" w:name="_Toc238015607"/>
      <w:r w:rsidRPr="00782666">
        <w:rPr>
          <w:color w:val="4F81BD" w:themeColor="accent1"/>
          <w:lang w:val="ru-RU"/>
        </w:rPr>
        <w:t>РАЗДЕЛ 2. СУЩЕСТВУЮЩЕЕ И ПЕРСПЕКТИВНОЕ ПОТРЕБЛЕНИЕ ТЕПЛОВОЙ ЭНЕРГИИ НА ЦЕЛИ ТЕПЛОСНАБЖЕНИЯ</w:t>
      </w:r>
      <w:bookmarkEnd w:id="16"/>
    </w:p>
    <w:p w14:paraId="486F33B6" w14:textId="77777777" w:rsidR="007A5E59" w:rsidRPr="00C74F04" w:rsidRDefault="0095198F">
      <w:pPr>
        <w:ind w:firstLine="709"/>
        <w:jc w:val="both"/>
        <w:rPr>
          <w:lang w:val="ru-RU"/>
        </w:rPr>
      </w:pPr>
      <w:r w:rsidRPr="00C74F04">
        <w:rPr>
          <w:lang w:val="ru-RU"/>
        </w:rPr>
        <w:t>Перспективное потребление тепловой энергии определено по единому демографическому сценарию. Альтернативные сценарии численности населения не рассматриваются, и параллельных рядов перспективы в расчёте нет: весь перспективный слой схемы построен от одного набора величин.</w:t>
      </w:r>
    </w:p>
    <w:p w14:paraId="6D1F9C50" w14:textId="77777777" w:rsidR="007A5E59" w:rsidRPr="00C74F04" w:rsidRDefault="0095198F">
      <w:pPr>
        <w:ind w:firstLine="709"/>
        <w:jc w:val="both"/>
        <w:rPr>
          <w:lang w:val="ru-RU"/>
        </w:rPr>
      </w:pPr>
      <w:r w:rsidRPr="00C74F04">
        <w:rPr>
          <w:lang w:val="ru-RU"/>
        </w:rPr>
        <w:t>Численность населения населённых пунктов, обеспеченных централизованным теплоснабжением, составляет 43 684 человека на базовый 2026 год. Прирост предусмотрен только по пгт Шерегеш и составляет 1 322 человека к 2031 году, что даёт 45 006 человек по шести территориям с централизованным теплоснабжением; к 2036 году численность пгт Шерегеш достигает 12 309 человек. По остальным пяти территориям принята стабилизация на уровне базового года. Основанием служат генеральные планы соответствующих территорий.</w:t>
      </w:r>
    </w:p>
    <w:p w14:paraId="70BCA90A" w14:textId="77777777" w:rsidR="007A5E59" w:rsidRPr="00C74F04" w:rsidRDefault="0095198F">
      <w:pPr>
        <w:ind w:firstLine="709"/>
        <w:jc w:val="both"/>
        <w:rPr>
          <w:lang w:val="ru-RU"/>
        </w:rPr>
      </w:pPr>
      <w:r w:rsidRPr="00C74F04">
        <w:rPr>
          <w:lang w:val="ru-RU"/>
        </w:rPr>
        <w:t>Принятый сценарий отличается от подхода ранее утверждённых схем, в которых перспектива строилась экстраполяцией сложившейся убыли населения и давала снижение численности по всем территориям к концу расчётного периода. Такой подход не учитывал развития туристско-рекреационной территории пгт Шерегеш и вступал в противоречие с генеральными планами. В настоящей редакции годовой ряд численности приведён к принятому сценарию: базовый год сохранён, опорными точками служат 2031 и 2036 годы, промежуточные годы получены линейной интерполяцией между ними.</w:t>
      </w:r>
    </w:p>
    <w:p w14:paraId="10ADC7C4" w14:textId="77777777" w:rsidR="007A5E59" w:rsidRPr="00C74F04" w:rsidRDefault="0095198F">
      <w:pPr>
        <w:ind w:firstLine="709"/>
        <w:jc w:val="both"/>
        <w:rPr>
          <w:lang w:val="ru-RU"/>
        </w:rPr>
      </w:pPr>
      <w:r w:rsidRPr="00C74F04">
        <w:rPr>
          <w:lang w:val="ru-RU"/>
        </w:rPr>
        <w:t>Прирост по пгт Шерегеш связан с перспективными объектами застройки, в том числе с развитием микрорайонов туристско-рекреационной зоны. Именно этот прирост формирует перспективную нагрузку зоны котельной УПК № 5 и, как следствие, отрицательный баланс источника, раскрытый в разделе 4. По остальным территориям стабилизация численности означает сохранение существующей нагрузки на всём расчётном периоде.</w:t>
      </w:r>
    </w:p>
    <w:p w14:paraId="75D569AA" w14:textId="77777777" w:rsidR="007A5E59" w:rsidRPr="00312815" w:rsidRDefault="0095198F">
      <w:pPr>
        <w:ind w:firstLine="709"/>
        <w:jc w:val="both"/>
        <w:rPr>
          <w:lang w:val="ru-RU"/>
        </w:rPr>
      </w:pPr>
      <w:r w:rsidRPr="00C74F04">
        <w:rPr>
          <w:lang w:val="ru-RU"/>
        </w:rPr>
        <w:t xml:space="preserve">Перспективное увеличение площадей жилого фонда и объёмы потребления тепловой энергии приведены в таблицах 2.2 и 2.3. </w:t>
      </w:r>
      <w:r w:rsidRPr="00312815">
        <w:rPr>
          <w:lang w:val="ru-RU"/>
        </w:rPr>
        <w:t>Расчётные объёмы теплопотребления объектами и прогноз изменения тепловой нагрузки потребителей вынесены в приложение</w:t>
      </w:r>
      <w:r w:rsidR="00782666" w:rsidRPr="00782666">
        <w:rPr>
          <w:lang w:val="ru-RU"/>
        </w:rPr>
        <w:t xml:space="preserve"> </w:t>
      </w:r>
      <w:r w:rsidRPr="00312815">
        <w:rPr>
          <w:lang w:val="ru-RU"/>
        </w:rPr>
        <w:t>1.</w:t>
      </w:r>
    </w:p>
    <w:p w14:paraId="17439932" w14:textId="77777777" w:rsidR="007A5E59" w:rsidRPr="00C74F04" w:rsidRDefault="0095198F">
      <w:pPr>
        <w:rPr>
          <w:lang w:val="ru-RU"/>
        </w:rPr>
      </w:pPr>
      <w:r w:rsidRPr="00C74F04">
        <w:rPr>
          <w:b/>
          <w:lang w:val="ru-RU"/>
        </w:rPr>
        <w:t>Таблица 2.1 — Перспектива изменения численности населения (лист «Таблица 2.1»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935"/>
        <w:gridCol w:w="1375"/>
        <w:gridCol w:w="1626"/>
        <w:gridCol w:w="1487"/>
        <w:gridCol w:w="996"/>
        <w:gridCol w:w="965"/>
        <w:gridCol w:w="996"/>
        <w:gridCol w:w="965"/>
      </w:tblGrid>
      <w:tr w:rsidR="007A5E59" w14:paraId="576655B0" w14:textId="77777777">
        <w:trPr>
          <w:cantSplit/>
          <w:tblHeader/>
          <w:jc w:val="center"/>
        </w:trPr>
        <w:tc>
          <w:tcPr>
            <w:tcW w:w="0" w:type="auto"/>
            <w:vMerge w:val="restart"/>
            <w:shd w:val="clear" w:color="auto" w:fill="E2F0D9"/>
            <w:vAlign w:val="center"/>
          </w:tcPr>
          <w:p w14:paraId="1758BF26" w14:textId="77777777" w:rsidR="007A5E59" w:rsidRDefault="0095198F">
            <w:pPr>
              <w:jc w:val="center"/>
            </w:pPr>
            <w:r>
              <w:rPr>
                <w:b/>
              </w:rPr>
              <w:t>№</w:t>
            </w:r>
          </w:p>
        </w:tc>
        <w:tc>
          <w:tcPr>
            <w:tcW w:w="0" w:type="auto"/>
            <w:vMerge w:val="restart"/>
            <w:shd w:val="clear" w:color="auto" w:fill="E2F0D9"/>
            <w:vAlign w:val="center"/>
          </w:tcPr>
          <w:p w14:paraId="42A9E02F" w14:textId="77777777" w:rsidR="007A5E59" w:rsidRDefault="0095198F">
            <w:pPr>
              <w:jc w:val="center"/>
            </w:pPr>
            <w:r>
              <w:rPr>
                <w:b/>
              </w:rPr>
              <w:t>Тип населенного пункта</w:t>
            </w:r>
          </w:p>
        </w:tc>
        <w:tc>
          <w:tcPr>
            <w:tcW w:w="0" w:type="auto"/>
            <w:vMerge w:val="restart"/>
            <w:shd w:val="clear" w:color="auto" w:fill="E2F0D9"/>
            <w:vAlign w:val="center"/>
          </w:tcPr>
          <w:p w14:paraId="0A0A3A94" w14:textId="77777777" w:rsidR="007A5E59" w:rsidRDefault="0095198F">
            <w:pPr>
              <w:jc w:val="center"/>
            </w:pPr>
            <w:r>
              <w:rPr>
                <w:b/>
              </w:rPr>
              <w:t>Наименование населенного пункта</w:t>
            </w:r>
          </w:p>
        </w:tc>
        <w:tc>
          <w:tcPr>
            <w:tcW w:w="0" w:type="auto"/>
            <w:gridSpan w:val="5"/>
            <w:shd w:val="clear" w:color="auto" w:fill="E2F0D9"/>
            <w:vAlign w:val="center"/>
          </w:tcPr>
          <w:p w14:paraId="4575E887" w14:textId="77777777" w:rsidR="007A5E59" w:rsidRDefault="0095198F">
            <w:pPr>
              <w:jc w:val="center"/>
            </w:pPr>
            <w:r>
              <w:rPr>
                <w:b/>
              </w:rPr>
              <w:t>Численность населения, чел</w:t>
            </w:r>
          </w:p>
        </w:tc>
      </w:tr>
      <w:tr w:rsidR="007A5E59" w14:paraId="32F658F6" w14:textId="77777777">
        <w:trPr>
          <w:cantSplit/>
          <w:tblHeader/>
          <w:jc w:val="center"/>
        </w:trPr>
        <w:tc>
          <w:tcPr>
            <w:tcW w:w="0" w:type="auto"/>
            <w:vMerge/>
            <w:shd w:val="clear" w:color="auto" w:fill="E2F0D9"/>
            <w:vAlign w:val="center"/>
          </w:tcPr>
          <w:p w14:paraId="0BF22831" w14:textId="77777777" w:rsidR="007A5E59" w:rsidRDefault="007A5E59">
            <w:pPr>
              <w:jc w:val="center"/>
            </w:pPr>
          </w:p>
        </w:tc>
        <w:tc>
          <w:tcPr>
            <w:tcW w:w="0" w:type="auto"/>
            <w:vMerge/>
            <w:shd w:val="clear" w:color="auto" w:fill="E2F0D9"/>
            <w:vAlign w:val="center"/>
          </w:tcPr>
          <w:p w14:paraId="63FC9ED0" w14:textId="77777777" w:rsidR="007A5E59" w:rsidRDefault="007A5E59">
            <w:pPr>
              <w:jc w:val="center"/>
            </w:pPr>
          </w:p>
        </w:tc>
        <w:tc>
          <w:tcPr>
            <w:tcW w:w="0" w:type="auto"/>
            <w:vMerge/>
            <w:shd w:val="clear" w:color="auto" w:fill="E2F0D9"/>
            <w:vAlign w:val="center"/>
          </w:tcPr>
          <w:p w14:paraId="6D65888C" w14:textId="77777777" w:rsidR="007A5E59" w:rsidRDefault="007A5E59">
            <w:pPr>
              <w:jc w:val="center"/>
            </w:pPr>
          </w:p>
        </w:tc>
        <w:tc>
          <w:tcPr>
            <w:tcW w:w="0" w:type="auto"/>
            <w:shd w:val="clear" w:color="auto" w:fill="E2F0D9"/>
            <w:vAlign w:val="center"/>
          </w:tcPr>
          <w:p w14:paraId="6B344DC8" w14:textId="77777777" w:rsidR="007A5E59" w:rsidRDefault="0095198F">
            <w:pPr>
              <w:jc w:val="center"/>
            </w:pPr>
            <w:r>
              <w:rPr>
                <w:b/>
              </w:rPr>
              <w:t>Фактическая</w:t>
            </w:r>
          </w:p>
        </w:tc>
        <w:tc>
          <w:tcPr>
            <w:tcW w:w="0" w:type="auto"/>
            <w:shd w:val="clear" w:color="auto" w:fill="E2F0D9"/>
            <w:vAlign w:val="center"/>
          </w:tcPr>
          <w:p w14:paraId="5098D34A" w14:textId="77777777" w:rsidR="007A5E59" w:rsidRDefault="0095198F">
            <w:pPr>
              <w:jc w:val="center"/>
            </w:pPr>
            <w:r>
              <w:rPr>
                <w:b/>
              </w:rPr>
              <w:t>Прирост</w:t>
            </w:r>
          </w:p>
        </w:tc>
        <w:tc>
          <w:tcPr>
            <w:tcW w:w="0" w:type="auto"/>
            <w:shd w:val="clear" w:color="auto" w:fill="E2F0D9"/>
            <w:vAlign w:val="center"/>
          </w:tcPr>
          <w:p w14:paraId="11EE8B70" w14:textId="77777777" w:rsidR="007A5E59" w:rsidRDefault="0095198F">
            <w:pPr>
              <w:jc w:val="center"/>
            </w:pPr>
            <w:r>
              <w:rPr>
                <w:b/>
              </w:rPr>
              <w:t>Прогноз</w:t>
            </w:r>
          </w:p>
        </w:tc>
        <w:tc>
          <w:tcPr>
            <w:tcW w:w="0" w:type="auto"/>
            <w:shd w:val="clear" w:color="auto" w:fill="E2F0D9"/>
            <w:vAlign w:val="center"/>
          </w:tcPr>
          <w:p w14:paraId="0767FB18" w14:textId="77777777" w:rsidR="007A5E59" w:rsidRDefault="0095198F">
            <w:pPr>
              <w:jc w:val="center"/>
            </w:pPr>
            <w:r>
              <w:rPr>
                <w:b/>
              </w:rPr>
              <w:t>Прирост</w:t>
            </w:r>
          </w:p>
        </w:tc>
        <w:tc>
          <w:tcPr>
            <w:tcW w:w="0" w:type="auto"/>
            <w:shd w:val="clear" w:color="auto" w:fill="E2F0D9"/>
            <w:vAlign w:val="center"/>
          </w:tcPr>
          <w:p w14:paraId="3B186C0F" w14:textId="77777777" w:rsidR="007A5E59" w:rsidRDefault="0095198F">
            <w:pPr>
              <w:jc w:val="center"/>
            </w:pPr>
            <w:r>
              <w:rPr>
                <w:b/>
              </w:rPr>
              <w:t>Прогноз</w:t>
            </w:r>
          </w:p>
        </w:tc>
      </w:tr>
      <w:tr w:rsidR="007A5E59" w14:paraId="69771BB5" w14:textId="77777777">
        <w:trPr>
          <w:cantSplit/>
          <w:tblHeader/>
          <w:jc w:val="center"/>
        </w:trPr>
        <w:tc>
          <w:tcPr>
            <w:tcW w:w="0" w:type="auto"/>
            <w:vMerge/>
            <w:shd w:val="clear" w:color="auto" w:fill="E2F0D9"/>
            <w:vAlign w:val="center"/>
          </w:tcPr>
          <w:p w14:paraId="2FBFA338" w14:textId="77777777" w:rsidR="007A5E59" w:rsidRDefault="007A5E59">
            <w:pPr>
              <w:jc w:val="center"/>
            </w:pPr>
          </w:p>
        </w:tc>
        <w:tc>
          <w:tcPr>
            <w:tcW w:w="0" w:type="auto"/>
            <w:vMerge/>
            <w:shd w:val="clear" w:color="auto" w:fill="E2F0D9"/>
            <w:vAlign w:val="center"/>
          </w:tcPr>
          <w:p w14:paraId="65E56A9E" w14:textId="77777777" w:rsidR="007A5E59" w:rsidRDefault="007A5E59">
            <w:pPr>
              <w:jc w:val="center"/>
            </w:pPr>
          </w:p>
        </w:tc>
        <w:tc>
          <w:tcPr>
            <w:tcW w:w="0" w:type="auto"/>
            <w:vMerge/>
            <w:shd w:val="clear" w:color="auto" w:fill="E2F0D9"/>
            <w:vAlign w:val="center"/>
          </w:tcPr>
          <w:p w14:paraId="2D380FFC" w14:textId="77777777" w:rsidR="007A5E59" w:rsidRDefault="007A5E59">
            <w:pPr>
              <w:jc w:val="center"/>
            </w:pPr>
          </w:p>
        </w:tc>
        <w:tc>
          <w:tcPr>
            <w:tcW w:w="0" w:type="auto"/>
            <w:shd w:val="clear" w:color="auto" w:fill="E2F0D9"/>
            <w:vAlign w:val="center"/>
          </w:tcPr>
          <w:p w14:paraId="5AC9EF31" w14:textId="77777777" w:rsidR="007A5E59" w:rsidRDefault="0095198F">
            <w:pPr>
              <w:jc w:val="center"/>
            </w:pPr>
            <w:r>
              <w:rPr>
                <w:b/>
              </w:rPr>
              <w:t>2026</w:t>
            </w:r>
          </w:p>
        </w:tc>
        <w:tc>
          <w:tcPr>
            <w:tcW w:w="0" w:type="auto"/>
            <w:gridSpan w:val="2"/>
            <w:shd w:val="clear" w:color="auto" w:fill="E2F0D9"/>
            <w:vAlign w:val="center"/>
          </w:tcPr>
          <w:p w14:paraId="0FEA10EE" w14:textId="77777777" w:rsidR="007A5E59" w:rsidRDefault="0095198F">
            <w:pPr>
              <w:jc w:val="center"/>
            </w:pPr>
            <w:r>
              <w:rPr>
                <w:b/>
              </w:rPr>
              <w:t>2031</w:t>
            </w:r>
          </w:p>
        </w:tc>
        <w:tc>
          <w:tcPr>
            <w:tcW w:w="0" w:type="auto"/>
            <w:gridSpan w:val="2"/>
            <w:shd w:val="clear" w:color="auto" w:fill="E2F0D9"/>
            <w:vAlign w:val="center"/>
          </w:tcPr>
          <w:p w14:paraId="2198440B" w14:textId="77777777" w:rsidR="007A5E59" w:rsidRDefault="0095198F">
            <w:pPr>
              <w:jc w:val="center"/>
            </w:pPr>
            <w:r>
              <w:rPr>
                <w:b/>
              </w:rPr>
              <w:t>2036</w:t>
            </w:r>
          </w:p>
        </w:tc>
      </w:tr>
      <w:tr w:rsidR="007A5E59" w14:paraId="1A5A42D4" w14:textId="77777777">
        <w:trPr>
          <w:cantSplit/>
          <w:tblHeader/>
          <w:jc w:val="center"/>
        </w:trPr>
        <w:tc>
          <w:tcPr>
            <w:tcW w:w="0" w:type="auto"/>
            <w:shd w:val="clear" w:color="auto" w:fill="F2F2F2"/>
            <w:vAlign w:val="center"/>
          </w:tcPr>
          <w:p w14:paraId="196ED40F" w14:textId="77777777" w:rsidR="007A5E59" w:rsidRDefault="0095198F">
            <w:pPr>
              <w:jc w:val="center"/>
            </w:pPr>
            <w:r>
              <w:t>1</w:t>
            </w:r>
          </w:p>
        </w:tc>
        <w:tc>
          <w:tcPr>
            <w:tcW w:w="0" w:type="auto"/>
            <w:shd w:val="clear" w:color="auto" w:fill="F2F2F2"/>
            <w:vAlign w:val="center"/>
          </w:tcPr>
          <w:p w14:paraId="4BCA0D1A" w14:textId="77777777" w:rsidR="007A5E59" w:rsidRDefault="0095198F">
            <w:pPr>
              <w:jc w:val="center"/>
            </w:pPr>
            <w:r>
              <w:t>2</w:t>
            </w:r>
          </w:p>
        </w:tc>
        <w:tc>
          <w:tcPr>
            <w:tcW w:w="0" w:type="auto"/>
            <w:shd w:val="clear" w:color="auto" w:fill="F2F2F2"/>
            <w:vAlign w:val="center"/>
          </w:tcPr>
          <w:p w14:paraId="21658D7E" w14:textId="77777777" w:rsidR="007A5E59" w:rsidRDefault="0095198F">
            <w:pPr>
              <w:jc w:val="center"/>
            </w:pPr>
            <w:r>
              <w:t>3</w:t>
            </w:r>
          </w:p>
        </w:tc>
        <w:tc>
          <w:tcPr>
            <w:tcW w:w="0" w:type="auto"/>
            <w:shd w:val="clear" w:color="auto" w:fill="F2F2F2"/>
            <w:vAlign w:val="center"/>
          </w:tcPr>
          <w:p w14:paraId="4FF1D597" w14:textId="77777777" w:rsidR="007A5E59" w:rsidRDefault="0095198F">
            <w:pPr>
              <w:jc w:val="center"/>
            </w:pPr>
            <w:r>
              <w:t>4</w:t>
            </w:r>
          </w:p>
        </w:tc>
        <w:tc>
          <w:tcPr>
            <w:tcW w:w="0" w:type="auto"/>
            <w:shd w:val="clear" w:color="auto" w:fill="F2F2F2"/>
            <w:vAlign w:val="center"/>
          </w:tcPr>
          <w:p w14:paraId="0B9BF240" w14:textId="77777777" w:rsidR="007A5E59" w:rsidRDefault="0095198F">
            <w:pPr>
              <w:jc w:val="center"/>
            </w:pPr>
            <w:r>
              <w:t>5</w:t>
            </w:r>
          </w:p>
        </w:tc>
        <w:tc>
          <w:tcPr>
            <w:tcW w:w="0" w:type="auto"/>
            <w:shd w:val="clear" w:color="auto" w:fill="F2F2F2"/>
            <w:vAlign w:val="center"/>
          </w:tcPr>
          <w:p w14:paraId="78A94668" w14:textId="77777777" w:rsidR="007A5E59" w:rsidRDefault="0095198F">
            <w:pPr>
              <w:jc w:val="center"/>
            </w:pPr>
            <w:r>
              <w:t>6</w:t>
            </w:r>
          </w:p>
        </w:tc>
        <w:tc>
          <w:tcPr>
            <w:tcW w:w="0" w:type="auto"/>
            <w:shd w:val="clear" w:color="auto" w:fill="F2F2F2"/>
            <w:vAlign w:val="center"/>
          </w:tcPr>
          <w:p w14:paraId="10FEF6B9" w14:textId="77777777" w:rsidR="007A5E59" w:rsidRDefault="0095198F">
            <w:pPr>
              <w:jc w:val="center"/>
            </w:pPr>
            <w:r>
              <w:t>7</w:t>
            </w:r>
          </w:p>
        </w:tc>
        <w:tc>
          <w:tcPr>
            <w:tcW w:w="0" w:type="auto"/>
            <w:shd w:val="clear" w:color="auto" w:fill="F2F2F2"/>
            <w:vAlign w:val="center"/>
          </w:tcPr>
          <w:p w14:paraId="204BE343" w14:textId="77777777" w:rsidR="007A5E59" w:rsidRDefault="0095198F">
            <w:pPr>
              <w:jc w:val="center"/>
            </w:pPr>
            <w:r>
              <w:t>8</w:t>
            </w:r>
          </w:p>
        </w:tc>
      </w:tr>
      <w:tr w:rsidR="007A5E59" w14:paraId="37D27380" w14:textId="77777777">
        <w:trPr>
          <w:jc w:val="center"/>
        </w:trPr>
        <w:tc>
          <w:tcPr>
            <w:tcW w:w="0" w:type="auto"/>
          </w:tcPr>
          <w:p w14:paraId="13C28F6B" w14:textId="77777777" w:rsidR="007A5E59" w:rsidRDefault="0095198F">
            <w:pPr>
              <w:jc w:val="center"/>
            </w:pPr>
            <w:r>
              <w:t>1</w:t>
            </w:r>
          </w:p>
        </w:tc>
        <w:tc>
          <w:tcPr>
            <w:tcW w:w="0" w:type="auto"/>
          </w:tcPr>
          <w:p w14:paraId="2A04AB87" w14:textId="77777777" w:rsidR="007A5E59" w:rsidRDefault="0095198F">
            <w:r>
              <w:t>город</w:t>
            </w:r>
          </w:p>
        </w:tc>
        <w:tc>
          <w:tcPr>
            <w:tcW w:w="0" w:type="auto"/>
          </w:tcPr>
          <w:p w14:paraId="1035219A" w14:textId="77777777" w:rsidR="007A5E59" w:rsidRDefault="0095198F">
            <w:r>
              <w:t>Таштагол</w:t>
            </w:r>
          </w:p>
        </w:tc>
        <w:tc>
          <w:tcPr>
            <w:tcW w:w="0" w:type="auto"/>
          </w:tcPr>
          <w:p w14:paraId="6156D654" w14:textId="77777777" w:rsidR="007A5E59" w:rsidRDefault="0095198F">
            <w:pPr>
              <w:jc w:val="center"/>
            </w:pPr>
            <w:r>
              <w:t>21 209</w:t>
            </w:r>
          </w:p>
        </w:tc>
        <w:tc>
          <w:tcPr>
            <w:tcW w:w="0" w:type="auto"/>
          </w:tcPr>
          <w:p w14:paraId="5B6935FF" w14:textId="77777777" w:rsidR="007A5E59" w:rsidRDefault="0095198F">
            <w:pPr>
              <w:jc w:val="center"/>
            </w:pPr>
            <w:r>
              <w:t>0</w:t>
            </w:r>
          </w:p>
        </w:tc>
        <w:tc>
          <w:tcPr>
            <w:tcW w:w="0" w:type="auto"/>
          </w:tcPr>
          <w:p w14:paraId="6E495D89" w14:textId="77777777" w:rsidR="007A5E59" w:rsidRDefault="0095198F">
            <w:pPr>
              <w:jc w:val="center"/>
            </w:pPr>
            <w:r>
              <w:t>21 209</w:t>
            </w:r>
          </w:p>
        </w:tc>
        <w:tc>
          <w:tcPr>
            <w:tcW w:w="0" w:type="auto"/>
          </w:tcPr>
          <w:p w14:paraId="0F96522D" w14:textId="77777777" w:rsidR="007A5E59" w:rsidRDefault="0095198F">
            <w:pPr>
              <w:jc w:val="center"/>
            </w:pPr>
            <w:r>
              <w:t>0</w:t>
            </w:r>
          </w:p>
        </w:tc>
        <w:tc>
          <w:tcPr>
            <w:tcW w:w="0" w:type="auto"/>
          </w:tcPr>
          <w:p w14:paraId="14DB3023" w14:textId="77777777" w:rsidR="007A5E59" w:rsidRDefault="0095198F">
            <w:pPr>
              <w:jc w:val="center"/>
            </w:pPr>
            <w:r>
              <w:t>21 209</w:t>
            </w:r>
          </w:p>
        </w:tc>
      </w:tr>
      <w:tr w:rsidR="007A5E59" w14:paraId="08978F2A" w14:textId="77777777">
        <w:trPr>
          <w:jc w:val="center"/>
        </w:trPr>
        <w:tc>
          <w:tcPr>
            <w:tcW w:w="0" w:type="auto"/>
          </w:tcPr>
          <w:p w14:paraId="1FA5C59A" w14:textId="77777777" w:rsidR="007A5E59" w:rsidRDefault="0095198F">
            <w:pPr>
              <w:jc w:val="center"/>
            </w:pPr>
            <w:r>
              <w:t>2</w:t>
            </w:r>
          </w:p>
        </w:tc>
        <w:tc>
          <w:tcPr>
            <w:tcW w:w="0" w:type="auto"/>
          </w:tcPr>
          <w:p w14:paraId="359A5F17" w14:textId="77777777" w:rsidR="007A5E59" w:rsidRDefault="0095198F">
            <w:r>
              <w:t>пгт</w:t>
            </w:r>
          </w:p>
        </w:tc>
        <w:tc>
          <w:tcPr>
            <w:tcW w:w="0" w:type="auto"/>
          </w:tcPr>
          <w:p w14:paraId="7E3ECD65" w14:textId="77777777" w:rsidR="007A5E59" w:rsidRDefault="0095198F">
            <w:r>
              <w:t>Шерегеш</w:t>
            </w:r>
          </w:p>
        </w:tc>
        <w:tc>
          <w:tcPr>
            <w:tcW w:w="0" w:type="auto"/>
          </w:tcPr>
          <w:p w14:paraId="4A5A85F0" w14:textId="77777777" w:rsidR="007A5E59" w:rsidRDefault="0095198F">
            <w:pPr>
              <w:jc w:val="center"/>
            </w:pPr>
            <w:r>
              <w:t>9 666</w:t>
            </w:r>
          </w:p>
        </w:tc>
        <w:tc>
          <w:tcPr>
            <w:tcW w:w="0" w:type="auto"/>
          </w:tcPr>
          <w:p w14:paraId="0DD137E9" w14:textId="77777777" w:rsidR="007A5E59" w:rsidRDefault="0095198F">
            <w:pPr>
              <w:jc w:val="center"/>
            </w:pPr>
            <w:r>
              <w:t>1 322</w:t>
            </w:r>
          </w:p>
        </w:tc>
        <w:tc>
          <w:tcPr>
            <w:tcW w:w="0" w:type="auto"/>
          </w:tcPr>
          <w:p w14:paraId="2E5A9274" w14:textId="77777777" w:rsidR="007A5E59" w:rsidRDefault="0095198F">
            <w:pPr>
              <w:jc w:val="center"/>
            </w:pPr>
            <w:r>
              <w:t>10 988</w:t>
            </w:r>
          </w:p>
        </w:tc>
        <w:tc>
          <w:tcPr>
            <w:tcW w:w="0" w:type="auto"/>
          </w:tcPr>
          <w:p w14:paraId="63B13771" w14:textId="77777777" w:rsidR="007A5E59" w:rsidRDefault="0095198F">
            <w:pPr>
              <w:jc w:val="center"/>
            </w:pPr>
            <w:r>
              <w:t>1 321</w:t>
            </w:r>
          </w:p>
        </w:tc>
        <w:tc>
          <w:tcPr>
            <w:tcW w:w="0" w:type="auto"/>
          </w:tcPr>
          <w:p w14:paraId="20A8D8F2" w14:textId="77777777" w:rsidR="007A5E59" w:rsidRDefault="0095198F">
            <w:pPr>
              <w:jc w:val="center"/>
            </w:pPr>
            <w:r>
              <w:t>12 309</w:t>
            </w:r>
          </w:p>
        </w:tc>
      </w:tr>
      <w:tr w:rsidR="007A5E59" w14:paraId="4689C214" w14:textId="77777777">
        <w:trPr>
          <w:jc w:val="center"/>
        </w:trPr>
        <w:tc>
          <w:tcPr>
            <w:tcW w:w="0" w:type="auto"/>
          </w:tcPr>
          <w:p w14:paraId="395BEA2B" w14:textId="77777777" w:rsidR="007A5E59" w:rsidRDefault="0095198F">
            <w:pPr>
              <w:jc w:val="center"/>
            </w:pPr>
            <w:r>
              <w:t>3</w:t>
            </w:r>
          </w:p>
        </w:tc>
        <w:tc>
          <w:tcPr>
            <w:tcW w:w="0" w:type="auto"/>
          </w:tcPr>
          <w:p w14:paraId="16333809" w14:textId="77777777" w:rsidR="007A5E59" w:rsidRDefault="0095198F">
            <w:r>
              <w:t>пгт</w:t>
            </w:r>
          </w:p>
        </w:tc>
        <w:tc>
          <w:tcPr>
            <w:tcW w:w="0" w:type="auto"/>
          </w:tcPr>
          <w:p w14:paraId="45F95E87" w14:textId="77777777" w:rsidR="007A5E59" w:rsidRDefault="0095198F">
            <w:r>
              <w:t>Каз</w:t>
            </w:r>
          </w:p>
        </w:tc>
        <w:tc>
          <w:tcPr>
            <w:tcW w:w="0" w:type="auto"/>
          </w:tcPr>
          <w:p w14:paraId="0AAC2FCC" w14:textId="77777777" w:rsidR="007A5E59" w:rsidRDefault="0095198F">
            <w:pPr>
              <w:jc w:val="center"/>
            </w:pPr>
            <w:r>
              <w:t>3 975</w:t>
            </w:r>
          </w:p>
        </w:tc>
        <w:tc>
          <w:tcPr>
            <w:tcW w:w="0" w:type="auto"/>
          </w:tcPr>
          <w:p w14:paraId="0AB254EB" w14:textId="77777777" w:rsidR="007A5E59" w:rsidRDefault="0095198F">
            <w:pPr>
              <w:jc w:val="center"/>
            </w:pPr>
            <w:r>
              <w:t>0</w:t>
            </w:r>
          </w:p>
        </w:tc>
        <w:tc>
          <w:tcPr>
            <w:tcW w:w="0" w:type="auto"/>
          </w:tcPr>
          <w:p w14:paraId="76706A7F" w14:textId="77777777" w:rsidR="007A5E59" w:rsidRDefault="0095198F">
            <w:pPr>
              <w:jc w:val="center"/>
            </w:pPr>
            <w:r>
              <w:t>3 975</w:t>
            </w:r>
          </w:p>
        </w:tc>
        <w:tc>
          <w:tcPr>
            <w:tcW w:w="0" w:type="auto"/>
          </w:tcPr>
          <w:p w14:paraId="51B29401" w14:textId="77777777" w:rsidR="007A5E59" w:rsidRDefault="0095198F">
            <w:pPr>
              <w:jc w:val="center"/>
            </w:pPr>
            <w:r>
              <w:t>0</w:t>
            </w:r>
          </w:p>
        </w:tc>
        <w:tc>
          <w:tcPr>
            <w:tcW w:w="0" w:type="auto"/>
          </w:tcPr>
          <w:p w14:paraId="4AE4CC98" w14:textId="77777777" w:rsidR="007A5E59" w:rsidRDefault="0095198F">
            <w:pPr>
              <w:jc w:val="center"/>
            </w:pPr>
            <w:r>
              <w:t>3 975</w:t>
            </w:r>
          </w:p>
        </w:tc>
      </w:tr>
      <w:tr w:rsidR="007A5E59" w14:paraId="0F58610F" w14:textId="77777777">
        <w:trPr>
          <w:jc w:val="center"/>
        </w:trPr>
        <w:tc>
          <w:tcPr>
            <w:tcW w:w="0" w:type="auto"/>
          </w:tcPr>
          <w:p w14:paraId="2DE75175" w14:textId="77777777" w:rsidR="007A5E59" w:rsidRDefault="0095198F">
            <w:pPr>
              <w:jc w:val="center"/>
            </w:pPr>
            <w:r>
              <w:t>4</w:t>
            </w:r>
          </w:p>
        </w:tc>
        <w:tc>
          <w:tcPr>
            <w:tcW w:w="0" w:type="auto"/>
          </w:tcPr>
          <w:p w14:paraId="1E2CC754" w14:textId="77777777" w:rsidR="007A5E59" w:rsidRDefault="0095198F">
            <w:r>
              <w:t>пгт</w:t>
            </w:r>
          </w:p>
        </w:tc>
        <w:tc>
          <w:tcPr>
            <w:tcW w:w="0" w:type="auto"/>
          </w:tcPr>
          <w:p w14:paraId="36E7A27B" w14:textId="77777777" w:rsidR="007A5E59" w:rsidRDefault="0095198F">
            <w:r>
              <w:t>Мундыбаш</w:t>
            </w:r>
          </w:p>
        </w:tc>
        <w:tc>
          <w:tcPr>
            <w:tcW w:w="0" w:type="auto"/>
          </w:tcPr>
          <w:p w14:paraId="6F510EAA" w14:textId="77777777" w:rsidR="007A5E59" w:rsidRDefault="0095198F">
            <w:pPr>
              <w:jc w:val="center"/>
            </w:pPr>
            <w:r>
              <w:t>3 883</w:t>
            </w:r>
          </w:p>
        </w:tc>
        <w:tc>
          <w:tcPr>
            <w:tcW w:w="0" w:type="auto"/>
          </w:tcPr>
          <w:p w14:paraId="13AC82A0" w14:textId="77777777" w:rsidR="007A5E59" w:rsidRDefault="0095198F">
            <w:pPr>
              <w:jc w:val="center"/>
            </w:pPr>
            <w:r>
              <w:t>0</w:t>
            </w:r>
          </w:p>
        </w:tc>
        <w:tc>
          <w:tcPr>
            <w:tcW w:w="0" w:type="auto"/>
          </w:tcPr>
          <w:p w14:paraId="5C1BF922" w14:textId="77777777" w:rsidR="007A5E59" w:rsidRDefault="0095198F">
            <w:pPr>
              <w:jc w:val="center"/>
            </w:pPr>
            <w:r>
              <w:t>3 883</w:t>
            </w:r>
          </w:p>
        </w:tc>
        <w:tc>
          <w:tcPr>
            <w:tcW w:w="0" w:type="auto"/>
          </w:tcPr>
          <w:p w14:paraId="3831725B" w14:textId="77777777" w:rsidR="007A5E59" w:rsidRDefault="0095198F">
            <w:pPr>
              <w:jc w:val="center"/>
            </w:pPr>
            <w:r>
              <w:t>0</w:t>
            </w:r>
          </w:p>
        </w:tc>
        <w:tc>
          <w:tcPr>
            <w:tcW w:w="0" w:type="auto"/>
          </w:tcPr>
          <w:p w14:paraId="5BFCE134" w14:textId="77777777" w:rsidR="007A5E59" w:rsidRDefault="0095198F">
            <w:pPr>
              <w:jc w:val="center"/>
            </w:pPr>
            <w:r>
              <w:t>3 883</w:t>
            </w:r>
          </w:p>
        </w:tc>
      </w:tr>
      <w:tr w:rsidR="007A5E59" w14:paraId="05DEC495" w14:textId="77777777">
        <w:trPr>
          <w:jc w:val="center"/>
        </w:trPr>
        <w:tc>
          <w:tcPr>
            <w:tcW w:w="0" w:type="auto"/>
          </w:tcPr>
          <w:p w14:paraId="4C9035C5" w14:textId="77777777" w:rsidR="007A5E59" w:rsidRDefault="0095198F">
            <w:pPr>
              <w:jc w:val="center"/>
            </w:pPr>
            <w:r>
              <w:t>5</w:t>
            </w:r>
          </w:p>
        </w:tc>
        <w:tc>
          <w:tcPr>
            <w:tcW w:w="0" w:type="auto"/>
          </w:tcPr>
          <w:p w14:paraId="536B9EAE" w14:textId="77777777" w:rsidR="007A5E59" w:rsidRDefault="0095198F">
            <w:r>
              <w:t>пгт</w:t>
            </w:r>
          </w:p>
        </w:tc>
        <w:tc>
          <w:tcPr>
            <w:tcW w:w="0" w:type="auto"/>
          </w:tcPr>
          <w:p w14:paraId="62B36A6D" w14:textId="77777777" w:rsidR="007A5E59" w:rsidRDefault="0095198F">
            <w:r>
              <w:t>Темиртау</w:t>
            </w:r>
          </w:p>
        </w:tc>
        <w:tc>
          <w:tcPr>
            <w:tcW w:w="0" w:type="auto"/>
          </w:tcPr>
          <w:p w14:paraId="1806C30C" w14:textId="77777777" w:rsidR="007A5E59" w:rsidRDefault="0095198F">
            <w:pPr>
              <w:jc w:val="center"/>
            </w:pPr>
            <w:r>
              <w:t>3 438</w:t>
            </w:r>
          </w:p>
        </w:tc>
        <w:tc>
          <w:tcPr>
            <w:tcW w:w="0" w:type="auto"/>
          </w:tcPr>
          <w:p w14:paraId="567568F7" w14:textId="77777777" w:rsidR="007A5E59" w:rsidRDefault="0095198F">
            <w:pPr>
              <w:jc w:val="center"/>
            </w:pPr>
            <w:r>
              <w:t>0</w:t>
            </w:r>
          </w:p>
        </w:tc>
        <w:tc>
          <w:tcPr>
            <w:tcW w:w="0" w:type="auto"/>
          </w:tcPr>
          <w:p w14:paraId="7148C21D" w14:textId="77777777" w:rsidR="007A5E59" w:rsidRDefault="0095198F">
            <w:pPr>
              <w:jc w:val="center"/>
            </w:pPr>
            <w:r>
              <w:t>3 438</w:t>
            </w:r>
          </w:p>
        </w:tc>
        <w:tc>
          <w:tcPr>
            <w:tcW w:w="0" w:type="auto"/>
          </w:tcPr>
          <w:p w14:paraId="0F4BD271" w14:textId="77777777" w:rsidR="007A5E59" w:rsidRDefault="0095198F">
            <w:pPr>
              <w:jc w:val="center"/>
            </w:pPr>
            <w:r>
              <w:t>0</w:t>
            </w:r>
          </w:p>
        </w:tc>
        <w:tc>
          <w:tcPr>
            <w:tcW w:w="0" w:type="auto"/>
          </w:tcPr>
          <w:p w14:paraId="6AD4EEEC" w14:textId="77777777" w:rsidR="007A5E59" w:rsidRDefault="0095198F">
            <w:pPr>
              <w:jc w:val="center"/>
            </w:pPr>
            <w:r>
              <w:t>3 438</w:t>
            </w:r>
          </w:p>
        </w:tc>
      </w:tr>
      <w:tr w:rsidR="007A5E59" w14:paraId="1CE8DE18" w14:textId="77777777">
        <w:trPr>
          <w:jc w:val="center"/>
        </w:trPr>
        <w:tc>
          <w:tcPr>
            <w:tcW w:w="0" w:type="auto"/>
          </w:tcPr>
          <w:p w14:paraId="4E282A85" w14:textId="77777777" w:rsidR="007A5E59" w:rsidRDefault="0095198F">
            <w:pPr>
              <w:jc w:val="center"/>
            </w:pPr>
            <w:r>
              <w:t>6</w:t>
            </w:r>
          </w:p>
        </w:tc>
        <w:tc>
          <w:tcPr>
            <w:tcW w:w="0" w:type="auto"/>
          </w:tcPr>
          <w:p w14:paraId="75F41877" w14:textId="77777777" w:rsidR="007A5E59" w:rsidRDefault="0095198F">
            <w:r>
              <w:t>пгт</w:t>
            </w:r>
          </w:p>
        </w:tc>
        <w:tc>
          <w:tcPr>
            <w:tcW w:w="0" w:type="auto"/>
          </w:tcPr>
          <w:p w14:paraId="305B7981" w14:textId="77777777" w:rsidR="007A5E59" w:rsidRDefault="0095198F">
            <w:r>
              <w:t>Спасск</w:t>
            </w:r>
          </w:p>
        </w:tc>
        <w:tc>
          <w:tcPr>
            <w:tcW w:w="0" w:type="auto"/>
          </w:tcPr>
          <w:p w14:paraId="40510F79" w14:textId="77777777" w:rsidR="007A5E59" w:rsidRDefault="0095198F">
            <w:pPr>
              <w:jc w:val="center"/>
            </w:pPr>
            <w:r>
              <w:t>1 513</w:t>
            </w:r>
          </w:p>
        </w:tc>
        <w:tc>
          <w:tcPr>
            <w:tcW w:w="0" w:type="auto"/>
          </w:tcPr>
          <w:p w14:paraId="00CB64FC" w14:textId="77777777" w:rsidR="007A5E59" w:rsidRDefault="0095198F">
            <w:pPr>
              <w:jc w:val="center"/>
            </w:pPr>
            <w:r>
              <w:t>0</w:t>
            </w:r>
          </w:p>
        </w:tc>
        <w:tc>
          <w:tcPr>
            <w:tcW w:w="0" w:type="auto"/>
          </w:tcPr>
          <w:p w14:paraId="15EDCABA" w14:textId="77777777" w:rsidR="007A5E59" w:rsidRDefault="0095198F">
            <w:pPr>
              <w:jc w:val="center"/>
            </w:pPr>
            <w:r>
              <w:t>1 513</w:t>
            </w:r>
          </w:p>
        </w:tc>
        <w:tc>
          <w:tcPr>
            <w:tcW w:w="0" w:type="auto"/>
          </w:tcPr>
          <w:p w14:paraId="5E86F75E" w14:textId="77777777" w:rsidR="007A5E59" w:rsidRDefault="0095198F">
            <w:pPr>
              <w:jc w:val="center"/>
            </w:pPr>
            <w:r>
              <w:t>0</w:t>
            </w:r>
          </w:p>
        </w:tc>
        <w:tc>
          <w:tcPr>
            <w:tcW w:w="0" w:type="auto"/>
          </w:tcPr>
          <w:p w14:paraId="7ACCC685" w14:textId="77777777" w:rsidR="007A5E59" w:rsidRDefault="0095198F">
            <w:pPr>
              <w:jc w:val="center"/>
            </w:pPr>
            <w:r>
              <w:t>1 513</w:t>
            </w:r>
          </w:p>
        </w:tc>
      </w:tr>
      <w:tr w:rsidR="007A5E59" w14:paraId="7A3FBF99" w14:textId="77777777">
        <w:trPr>
          <w:jc w:val="center"/>
        </w:trPr>
        <w:tc>
          <w:tcPr>
            <w:tcW w:w="0" w:type="auto"/>
            <w:shd w:val="clear" w:color="auto" w:fill="DBE5F1"/>
          </w:tcPr>
          <w:p w14:paraId="2C9D0946" w14:textId="77777777" w:rsidR="007A5E59" w:rsidRDefault="0095198F">
            <w:r>
              <w:rPr>
                <w:b/>
              </w:rPr>
              <w:t>ИТОГО</w:t>
            </w:r>
          </w:p>
        </w:tc>
        <w:tc>
          <w:tcPr>
            <w:tcW w:w="0" w:type="auto"/>
            <w:shd w:val="clear" w:color="auto" w:fill="DBE5F1"/>
          </w:tcPr>
          <w:p w14:paraId="1F799201" w14:textId="77777777" w:rsidR="007A5E59" w:rsidRDefault="007A5E59"/>
        </w:tc>
        <w:tc>
          <w:tcPr>
            <w:tcW w:w="0" w:type="auto"/>
            <w:shd w:val="clear" w:color="auto" w:fill="DBE5F1"/>
          </w:tcPr>
          <w:p w14:paraId="15E30675" w14:textId="77777777" w:rsidR="007A5E59" w:rsidRDefault="007A5E59"/>
        </w:tc>
        <w:tc>
          <w:tcPr>
            <w:tcW w:w="0" w:type="auto"/>
            <w:shd w:val="clear" w:color="auto" w:fill="DBE5F1"/>
          </w:tcPr>
          <w:p w14:paraId="417B8507" w14:textId="77777777" w:rsidR="007A5E59" w:rsidRDefault="0095198F">
            <w:pPr>
              <w:jc w:val="center"/>
            </w:pPr>
            <w:r>
              <w:rPr>
                <w:b/>
              </w:rPr>
              <w:t>43 684</w:t>
            </w:r>
          </w:p>
        </w:tc>
        <w:tc>
          <w:tcPr>
            <w:tcW w:w="0" w:type="auto"/>
            <w:shd w:val="clear" w:color="auto" w:fill="DBE5F1"/>
          </w:tcPr>
          <w:p w14:paraId="3AAB452B" w14:textId="77777777" w:rsidR="007A5E59" w:rsidRDefault="0095198F">
            <w:pPr>
              <w:jc w:val="center"/>
            </w:pPr>
            <w:r>
              <w:rPr>
                <w:b/>
              </w:rPr>
              <w:t>1 322</w:t>
            </w:r>
          </w:p>
        </w:tc>
        <w:tc>
          <w:tcPr>
            <w:tcW w:w="0" w:type="auto"/>
            <w:shd w:val="clear" w:color="auto" w:fill="DBE5F1"/>
          </w:tcPr>
          <w:p w14:paraId="5789647A" w14:textId="77777777" w:rsidR="007A5E59" w:rsidRDefault="0095198F">
            <w:pPr>
              <w:jc w:val="center"/>
            </w:pPr>
            <w:r>
              <w:rPr>
                <w:b/>
              </w:rPr>
              <w:t>45 006</w:t>
            </w:r>
          </w:p>
        </w:tc>
        <w:tc>
          <w:tcPr>
            <w:tcW w:w="0" w:type="auto"/>
            <w:shd w:val="clear" w:color="auto" w:fill="DBE5F1"/>
          </w:tcPr>
          <w:p w14:paraId="4CE07EB3" w14:textId="77777777" w:rsidR="007A5E59" w:rsidRDefault="0095198F">
            <w:pPr>
              <w:jc w:val="center"/>
            </w:pPr>
            <w:r>
              <w:rPr>
                <w:b/>
              </w:rPr>
              <w:t>1 321</w:t>
            </w:r>
          </w:p>
        </w:tc>
        <w:tc>
          <w:tcPr>
            <w:tcW w:w="0" w:type="auto"/>
            <w:shd w:val="clear" w:color="auto" w:fill="DBE5F1"/>
          </w:tcPr>
          <w:p w14:paraId="5B6985D2" w14:textId="77777777" w:rsidR="007A5E59" w:rsidRDefault="0095198F">
            <w:pPr>
              <w:jc w:val="center"/>
            </w:pPr>
            <w:r>
              <w:rPr>
                <w:b/>
              </w:rPr>
              <w:t>46 327</w:t>
            </w:r>
          </w:p>
        </w:tc>
      </w:tr>
    </w:tbl>
    <w:p w14:paraId="7AA64983" w14:textId="77777777" w:rsidR="007A5E59" w:rsidRDefault="007A5E59"/>
    <w:p w14:paraId="585F2D62" w14:textId="77777777" w:rsidR="007A5E59" w:rsidRPr="00794D67" w:rsidRDefault="0095198F">
      <w:pPr>
        <w:rPr>
          <w:lang w:val="ru-RU"/>
        </w:rPr>
      </w:pPr>
      <w:r w:rsidRPr="00794D67">
        <w:rPr>
          <w:b/>
          <w:lang w:val="ru-RU"/>
        </w:rPr>
        <w:t>Таблица 2.2 — Перспектива увеличения площадей жилого фонда (лист «Таблица 2.2.1 Б»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1457"/>
        <w:gridCol w:w="2259"/>
        <w:gridCol w:w="1984"/>
        <w:gridCol w:w="825"/>
        <w:gridCol w:w="814"/>
        <w:gridCol w:w="1018"/>
        <w:gridCol w:w="988"/>
      </w:tblGrid>
      <w:tr w:rsidR="007A5E59" w:rsidRPr="00C07C05" w14:paraId="1FA21292" w14:textId="77777777">
        <w:trPr>
          <w:cantSplit/>
          <w:tblHeader/>
          <w:jc w:val="center"/>
        </w:trPr>
        <w:tc>
          <w:tcPr>
            <w:tcW w:w="0" w:type="auto"/>
            <w:vMerge w:val="restart"/>
            <w:shd w:val="clear" w:color="auto" w:fill="E2F0D9"/>
            <w:vAlign w:val="center"/>
          </w:tcPr>
          <w:p w14:paraId="565D001C" w14:textId="77777777" w:rsidR="007A5E59" w:rsidRDefault="0095198F">
            <w:pPr>
              <w:jc w:val="center"/>
            </w:pPr>
            <w:r>
              <w:rPr>
                <w:b/>
              </w:rPr>
              <w:t>№ пп</w:t>
            </w:r>
          </w:p>
        </w:tc>
        <w:tc>
          <w:tcPr>
            <w:tcW w:w="0" w:type="auto"/>
            <w:vMerge w:val="restart"/>
            <w:shd w:val="clear" w:color="auto" w:fill="E2F0D9"/>
            <w:vAlign w:val="center"/>
          </w:tcPr>
          <w:p w14:paraId="48DA2782" w14:textId="77777777" w:rsidR="007A5E59" w:rsidRDefault="0095198F">
            <w:pPr>
              <w:jc w:val="center"/>
            </w:pPr>
            <w:r>
              <w:rPr>
                <w:b/>
              </w:rPr>
              <w:t>Наименование населенного пункта</w:t>
            </w:r>
          </w:p>
        </w:tc>
        <w:tc>
          <w:tcPr>
            <w:tcW w:w="0" w:type="auto"/>
            <w:vMerge w:val="restart"/>
            <w:shd w:val="clear" w:color="auto" w:fill="E2F0D9"/>
            <w:vAlign w:val="center"/>
          </w:tcPr>
          <w:p w14:paraId="742A914C" w14:textId="77777777" w:rsidR="007A5E59" w:rsidRPr="00794D67" w:rsidRDefault="0095198F">
            <w:pPr>
              <w:jc w:val="center"/>
              <w:rPr>
                <w:lang w:val="ru-RU"/>
              </w:rPr>
            </w:pPr>
            <w:r w:rsidRPr="00794D67">
              <w:rPr>
                <w:b/>
                <w:lang w:val="ru-RU"/>
              </w:rPr>
              <w:t>Норма обесп-ти общей площ-ю жил фонда, м2/чел</w:t>
            </w:r>
          </w:p>
        </w:tc>
        <w:tc>
          <w:tcPr>
            <w:tcW w:w="0" w:type="auto"/>
            <w:gridSpan w:val="2"/>
            <w:shd w:val="clear" w:color="auto" w:fill="E2F0D9"/>
            <w:vAlign w:val="center"/>
          </w:tcPr>
          <w:p w14:paraId="2015001B" w14:textId="77777777" w:rsidR="007A5E59" w:rsidRDefault="0095198F">
            <w:pPr>
              <w:jc w:val="center"/>
            </w:pPr>
            <w:r>
              <w:rPr>
                <w:b/>
              </w:rPr>
              <w:t>Прирост населения, чел</w:t>
            </w:r>
          </w:p>
        </w:tc>
        <w:tc>
          <w:tcPr>
            <w:tcW w:w="0" w:type="auto"/>
            <w:gridSpan w:val="2"/>
            <w:shd w:val="clear" w:color="auto" w:fill="E2F0D9"/>
            <w:vAlign w:val="center"/>
          </w:tcPr>
          <w:p w14:paraId="60B1CA13" w14:textId="77777777" w:rsidR="007A5E59" w:rsidRPr="00794D67" w:rsidRDefault="0095198F">
            <w:pPr>
              <w:jc w:val="center"/>
              <w:rPr>
                <w:lang w:val="ru-RU"/>
              </w:rPr>
            </w:pPr>
            <w:r w:rsidRPr="00794D67">
              <w:rPr>
                <w:b/>
                <w:lang w:val="ru-RU"/>
              </w:rPr>
              <w:t>Потребность в новом стр-ве, м2</w:t>
            </w:r>
          </w:p>
        </w:tc>
      </w:tr>
      <w:tr w:rsidR="007A5E59" w14:paraId="0A0217C8" w14:textId="77777777">
        <w:trPr>
          <w:cantSplit/>
          <w:tblHeader/>
          <w:jc w:val="center"/>
        </w:trPr>
        <w:tc>
          <w:tcPr>
            <w:tcW w:w="0" w:type="auto"/>
            <w:vMerge/>
            <w:shd w:val="clear" w:color="auto" w:fill="E2F0D9"/>
            <w:vAlign w:val="center"/>
          </w:tcPr>
          <w:p w14:paraId="27AF3273" w14:textId="77777777" w:rsidR="007A5E59" w:rsidRPr="00794D67" w:rsidRDefault="007A5E59">
            <w:pPr>
              <w:jc w:val="center"/>
              <w:rPr>
                <w:lang w:val="ru-RU"/>
              </w:rPr>
            </w:pPr>
          </w:p>
        </w:tc>
        <w:tc>
          <w:tcPr>
            <w:tcW w:w="0" w:type="auto"/>
            <w:vMerge/>
            <w:shd w:val="clear" w:color="auto" w:fill="E2F0D9"/>
            <w:vAlign w:val="center"/>
          </w:tcPr>
          <w:p w14:paraId="072F1D3A" w14:textId="77777777" w:rsidR="007A5E59" w:rsidRPr="00794D67" w:rsidRDefault="007A5E59">
            <w:pPr>
              <w:jc w:val="center"/>
              <w:rPr>
                <w:lang w:val="ru-RU"/>
              </w:rPr>
            </w:pPr>
          </w:p>
        </w:tc>
        <w:tc>
          <w:tcPr>
            <w:tcW w:w="0" w:type="auto"/>
            <w:vMerge/>
            <w:shd w:val="clear" w:color="auto" w:fill="E2F0D9"/>
            <w:vAlign w:val="center"/>
          </w:tcPr>
          <w:p w14:paraId="3580FD6F" w14:textId="77777777" w:rsidR="007A5E59" w:rsidRPr="00794D67" w:rsidRDefault="007A5E59">
            <w:pPr>
              <w:jc w:val="center"/>
              <w:rPr>
                <w:lang w:val="ru-RU"/>
              </w:rPr>
            </w:pPr>
          </w:p>
        </w:tc>
        <w:tc>
          <w:tcPr>
            <w:tcW w:w="0" w:type="auto"/>
            <w:shd w:val="clear" w:color="auto" w:fill="E2F0D9"/>
            <w:vAlign w:val="center"/>
          </w:tcPr>
          <w:p w14:paraId="30874A1E" w14:textId="77777777" w:rsidR="007A5E59" w:rsidRDefault="0095198F">
            <w:pPr>
              <w:jc w:val="center"/>
            </w:pPr>
            <w:r>
              <w:rPr>
                <w:b/>
              </w:rPr>
              <w:t>2031</w:t>
            </w:r>
          </w:p>
        </w:tc>
        <w:tc>
          <w:tcPr>
            <w:tcW w:w="0" w:type="auto"/>
            <w:shd w:val="clear" w:color="auto" w:fill="E2F0D9"/>
            <w:vAlign w:val="center"/>
          </w:tcPr>
          <w:p w14:paraId="51331C9E" w14:textId="77777777" w:rsidR="007A5E59" w:rsidRDefault="0095198F">
            <w:pPr>
              <w:jc w:val="center"/>
            </w:pPr>
            <w:r>
              <w:rPr>
                <w:b/>
              </w:rPr>
              <w:t>2036</w:t>
            </w:r>
          </w:p>
        </w:tc>
        <w:tc>
          <w:tcPr>
            <w:tcW w:w="0" w:type="auto"/>
            <w:shd w:val="clear" w:color="auto" w:fill="E2F0D9"/>
            <w:vAlign w:val="center"/>
          </w:tcPr>
          <w:p w14:paraId="30DDAA52" w14:textId="77777777" w:rsidR="007A5E59" w:rsidRDefault="0095198F">
            <w:pPr>
              <w:jc w:val="center"/>
            </w:pPr>
            <w:r>
              <w:rPr>
                <w:b/>
              </w:rPr>
              <w:t>2031</w:t>
            </w:r>
          </w:p>
        </w:tc>
        <w:tc>
          <w:tcPr>
            <w:tcW w:w="0" w:type="auto"/>
            <w:shd w:val="clear" w:color="auto" w:fill="E2F0D9"/>
            <w:vAlign w:val="center"/>
          </w:tcPr>
          <w:p w14:paraId="42DBEC39" w14:textId="77777777" w:rsidR="007A5E59" w:rsidRDefault="0095198F">
            <w:pPr>
              <w:jc w:val="center"/>
            </w:pPr>
            <w:r>
              <w:rPr>
                <w:b/>
              </w:rPr>
              <w:t>2036</w:t>
            </w:r>
          </w:p>
        </w:tc>
      </w:tr>
      <w:tr w:rsidR="007A5E59" w14:paraId="270E5621" w14:textId="77777777">
        <w:trPr>
          <w:cantSplit/>
          <w:tblHeader/>
          <w:jc w:val="center"/>
        </w:trPr>
        <w:tc>
          <w:tcPr>
            <w:tcW w:w="0" w:type="auto"/>
            <w:shd w:val="clear" w:color="auto" w:fill="F2F2F2"/>
            <w:vAlign w:val="center"/>
          </w:tcPr>
          <w:p w14:paraId="0D571BAA" w14:textId="77777777" w:rsidR="007A5E59" w:rsidRDefault="0095198F">
            <w:pPr>
              <w:jc w:val="center"/>
            </w:pPr>
            <w:r>
              <w:t>1</w:t>
            </w:r>
          </w:p>
        </w:tc>
        <w:tc>
          <w:tcPr>
            <w:tcW w:w="0" w:type="auto"/>
            <w:shd w:val="clear" w:color="auto" w:fill="F2F2F2"/>
            <w:vAlign w:val="center"/>
          </w:tcPr>
          <w:p w14:paraId="61CD1196" w14:textId="77777777" w:rsidR="007A5E59" w:rsidRDefault="0095198F">
            <w:pPr>
              <w:jc w:val="center"/>
            </w:pPr>
            <w:r>
              <w:t>2</w:t>
            </w:r>
          </w:p>
        </w:tc>
        <w:tc>
          <w:tcPr>
            <w:tcW w:w="0" w:type="auto"/>
            <w:shd w:val="clear" w:color="auto" w:fill="F2F2F2"/>
            <w:vAlign w:val="center"/>
          </w:tcPr>
          <w:p w14:paraId="1328969D" w14:textId="77777777" w:rsidR="007A5E59" w:rsidRDefault="0095198F">
            <w:pPr>
              <w:jc w:val="center"/>
            </w:pPr>
            <w:r>
              <w:t>3</w:t>
            </w:r>
          </w:p>
        </w:tc>
        <w:tc>
          <w:tcPr>
            <w:tcW w:w="0" w:type="auto"/>
            <w:shd w:val="clear" w:color="auto" w:fill="F2F2F2"/>
            <w:vAlign w:val="center"/>
          </w:tcPr>
          <w:p w14:paraId="1726C6D3" w14:textId="77777777" w:rsidR="007A5E59" w:rsidRDefault="0095198F">
            <w:pPr>
              <w:jc w:val="center"/>
            </w:pPr>
            <w:r>
              <w:t>4</w:t>
            </w:r>
          </w:p>
        </w:tc>
        <w:tc>
          <w:tcPr>
            <w:tcW w:w="0" w:type="auto"/>
            <w:shd w:val="clear" w:color="auto" w:fill="F2F2F2"/>
            <w:vAlign w:val="center"/>
          </w:tcPr>
          <w:p w14:paraId="45A6528F" w14:textId="77777777" w:rsidR="007A5E59" w:rsidRDefault="0095198F">
            <w:pPr>
              <w:jc w:val="center"/>
            </w:pPr>
            <w:r>
              <w:t>5</w:t>
            </w:r>
          </w:p>
        </w:tc>
        <w:tc>
          <w:tcPr>
            <w:tcW w:w="0" w:type="auto"/>
            <w:shd w:val="clear" w:color="auto" w:fill="F2F2F2"/>
            <w:vAlign w:val="center"/>
          </w:tcPr>
          <w:p w14:paraId="18BA23D9" w14:textId="77777777" w:rsidR="007A5E59" w:rsidRDefault="0095198F">
            <w:pPr>
              <w:jc w:val="center"/>
            </w:pPr>
            <w:r>
              <w:t>6</w:t>
            </w:r>
          </w:p>
        </w:tc>
        <w:tc>
          <w:tcPr>
            <w:tcW w:w="0" w:type="auto"/>
            <w:shd w:val="clear" w:color="auto" w:fill="F2F2F2"/>
            <w:vAlign w:val="center"/>
          </w:tcPr>
          <w:p w14:paraId="37FE04E3" w14:textId="77777777" w:rsidR="007A5E59" w:rsidRDefault="0095198F">
            <w:pPr>
              <w:jc w:val="center"/>
            </w:pPr>
            <w:r>
              <w:t>7</w:t>
            </w:r>
          </w:p>
        </w:tc>
      </w:tr>
      <w:tr w:rsidR="007A5E59" w14:paraId="070B46D2" w14:textId="77777777">
        <w:trPr>
          <w:jc w:val="center"/>
        </w:trPr>
        <w:tc>
          <w:tcPr>
            <w:tcW w:w="0" w:type="auto"/>
          </w:tcPr>
          <w:p w14:paraId="6C0AE569" w14:textId="77777777" w:rsidR="007A5E59" w:rsidRDefault="0095198F">
            <w:pPr>
              <w:jc w:val="center"/>
            </w:pPr>
            <w:r>
              <w:t>1</w:t>
            </w:r>
          </w:p>
        </w:tc>
        <w:tc>
          <w:tcPr>
            <w:tcW w:w="0" w:type="auto"/>
          </w:tcPr>
          <w:p w14:paraId="790FDA89" w14:textId="77777777" w:rsidR="007A5E59" w:rsidRDefault="0095198F">
            <w:r>
              <w:t>г. Таштагол</w:t>
            </w:r>
          </w:p>
        </w:tc>
        <w:tc>
          <w:tcPr>
            <w:tcW w:w="0" w:type="auto"/>
          </w:tcPr>
          <w:p w14:paraId="703FC176" w14:textId="77777777" w:rsidR="007A5E59" w:rsidRDefault="0095198F">
            <w:pPr>
              <w:jc w:val="center"/>
            </w:pPr>
            <w:r>
              <w:t>20,45</w:t>
            </w:r>
          </w:p>
        </w:tc>
        <w:tc>
          <w:tcPr>
            <w:tcW w:w="0" w:type="auto"/>
          </w:tcPr>
          <w:p w14:paraId="58EDCA45" w14:textId="77777777" w:rsidR="007A5E59" w:rsidRDefault="0095198F">
            <w:pPr>
              <w:jc w:val="center"/>
            </w:pPr>
            <w:r>
              <w:t>0</w:t>
            </w:r>
          </w:p>
        </w:tc>
        <w:tc>
          <w:tcPr>
            <w:tcW w:w="0" w:type="auto"/>
          </w:tcPr>
          <w:p w14:paraId="3575A364" w14:textId="77777777" w:rsidR="007A5E59" w:rsidRDefault="0095198F">
            <w:pPr>
              <w:jc w:val="center"/>
            </w:pPr>
            <w:r>
              <w:t>0</w:t>
            </w:r>
          </w:p>
        </w:tc>
        <w:tc>
          <w:tcPr>
            <w:tcW w:w="0" w:type="auto"/>
          </w:tcPr>
          <w:p w14:paraId="7D0A037F" w14:textId="77777777" w:rsidR="007A5E59" w:rsidRDefault="0095198F">
            <w:pPr>
              <w:jc w:val="center"/>
            </w:pPr>
            <w:r>
              <w:t>0</w:t>
            </w:r>
          </w:p>
        </w:tc>
        <w:tc>
          <w:tcPr>
            <w:tcW w:w="0" w:type="auto"/>
          </w:tcPr>
          <w:p w14:paraId="04352CFB" w14:textId="77777777" w:rsidR="007A5E59" w:rsidRDefault="0095198F">
            <w:pPr>
              <w:jc w:val="center"/>
            </w:pPr>
            <w:r>
              <w:t>0</w:t>
            </w:r>
          </w:p>
        </w:tc>
      </w:tr>
      <w:tr w:rsidR="007A5E59" w14:paraId="16478E7B" w14:textId="77777777">
        <w:trPr>
          <w:jc w:val="center"/>
        </w:trPr>
        <w:tc>
          <w:tcPr>
            <w:tcW w:w="0" w:type="auto"/>
          </w:tcPr>
          <w:p w14:paraId="56A88B27" w14:textId="77777777" w:rsidR="007A5E59" w:rsidRDefault="0095198F">
            <w:pPr>
              <w:jc w:val="center"/>
            </w:pPr>
            <w:r>
              <w:t>2</w:t>
            </w:r>
          </w:p>
        </w:tc>
        <w:tc>
          <w:tcPr>
            <w:tcW w:w="0" w:type="auto"/>
          </w:tcPr>
          <w:p w14:paraId="1AEF3F19" w14:textId="77777777" w:rsidR="007A5E59" w:rsidRDefault="0095198F">
            <w:r>
              <w:t>пгт Шерегеш</w:t>
            </w:r>
          </w:p>
        </w:tc>
        <w:tc>
          <w:tcPr>
            <w:tcW w:w="0" w:type="auto"/>
          </w:tcPr>
          <w:p w14:paraId="67545315" w14:textId="77777777" w:rsidR="007A5E59" w:rsidRDefault="0095198F">
            <w:pPr>
              <w:jc w:val="center"/>
            </w:pPr>
            <w:r>
              <w:t>25</w:t>
            </w:r>
          </w:p>
        </w:tc>
        <w:tc>
          <w:tcPr>
            <w:tcW w:w="0" w:type="auto"/>
          </w:tcPr>
          <w:p w14:paraId="290444E4" w14:textId="77777777" w:rsidR="007A5E59" w:rsidRDefault="0095198F">
            <w:pPr>
              <w:jc w:val="center"/>
            </w:pPr>
            <w:r>
              <w:t>1 322</w:t>
            </w:r>
          </w:p>
        </w:tc>
        <w:tc>
          <w:tcPr>
            <w:tcW w:w="0" w:type="auto"/>
          </w:tcPr>
          <w:p w14:paraId="23D3A6C3" w14:textId="77777777" w:rsidR="007A5E59" w:rsidRDefault="0095198F">
            <w:pPr>
              <w:jc w:val="center"/>
            </w:pPr>
            <w:r>
              <w:t>1 321</w:t>
            </w:r>
          </w:p>
        </w:tc>
        <w:tc>
          <w:tcPr>
            <w:tcW w:w="0" w:type="auto"/>
          </w:tcPr>
          <w:p w14:paraId="09B148B5" w14:textId="77777777" w:rsidR="007A5E59" w:rsidRDefault="0095198F">
            <w:pPr>
              <w:jc w:val="center"/>
            </w:pPr>
            <w:r>
              <w:t>33 050</w:t>
            </w:r>
          </w:p>
        </w:tc>
        <w:tc>
          <w:tcPr>
            <w:tcW w:w="0" w:type="auto"/>
          </w:tcPr>
          <w:p w14:paraId="713EEE44" w14:textId="77777777" w:rsidR="007A5E59" w:rsidRDefault="0095198F">
            <w:pPr>
              <w:jc w:val="center"/>
            </w:pPr>
            <w:r>
              <w:t>33 025</w:t>
            </w:r>
          </w:p>
        </w:tc>
      </w:tr>
      <w:tr w:rsidR="007A5E59" w14:paraId="4FF22791" w14:textId="77777777">
        <w:trPr>
          <w:jc w:val="center"/>
        </w:trPr>
        <w:tc>
          <w:tcPr>
            <w:tcW w:w="0" w:type="auto"/>
          </w:tcPr>
          <w:p w14:paraId="5231CE30" w14:textId="77777777" w:rsidR="007A5E59" w:rsidRDefault="0095198F">
            <w:pPr>
              <w:jc w:val="center"/>
            </w:pPr>
            <w:r>
              <w:t>3</w:t>
            </w:r>
          </w:p>
        </w:tc>
        <w:tc>
          <w:tcPr>
            <w:tcW w:w="0" w:type="auto"/>
          </w:tcPr>
          <w:p w14:paraId="5BBFE88B" w14:textId="77777777" w:rsidR="007A5E59" w:rsidRDefault="0095198F">
            <w:r>
              <w:t>пгт Каз</w:t>
            </w:r>
          </w:p>
        </w:tc>
        <w:tc>
          <w:tcPr>
            <w:tcW w:w="0" w:type="auto"/>
          </w:tcPr>
          <w:p w14:paraId="6C4905EB" w14:textId="77777777" w:rsidR="007A5E59" w:rsidRDefault="0095198F">
            <w:pPr>
              <w:jc w:val="center"/>
            </w:pPr>
            <w:r>
              <w:t>18,90</w:t>
            </w:r>
          </w:p>
        </w:tc>
        <w:tc>
          <w:tcPr>
            <w:tcW w:w="0" w:type="auto"/>
          </w:tcPr>
          <w:p w14:paraId="4874F804" w14:textId="77777777" w:rsidR="007A5E59" w:rsidRDefault="0095198F">
            <w:pPr>
              <w:jc w:val="center"/>
            </w:pPr>
            <w:r>
              <w:t>0</w:t>
            </w:r>
          </w:p>
        </w:tc>
        <w:tc>
          <w:tcPr>
            <w:tcW w:w="0" w:type="auto"/>
          </w:tcPr>
          <w:p w14:paraId="4A5B7DCE" w14:textId="77777777" w:rsidR="007A5E59" w:rsidRDefault="0095198F">
            <w:pPr>
              <w:jc w:val="center"/>
            </w:pPr>
            <w:r>
              <w:t>0</w:t>
            </w:r>
          </w:p>
        </w:tc>
        <w:tc>
          <w:tcPr>
            <w:tcW w:w="0" w:type="auto"/>
          </w:tcPr>
          <w:p w14:paraId="32F62533" w14:textId="77777777" w:rsidR="007A5E59" w:rsidRDefault="0095198F">
            <w:pPr>
              <w:jc w:val="center"/>
            </w:pPr>
            <w:r>
              <w:t>0</w:t>
            </w:r>
          </w:p>
        </w:tc>
        <w:tc>
          <w:tcPr>
            <w:tcW w:w="0" w:type="auto"/>
          </w:tcPr>
          <w:p w14:paraId="27FDD571" w14:textId="77777777" w:rsidR="007A5E59" w:rsidRDefault="0095198F">
            <w:pPr>
              <w:jc w:val="center"/>
            </w:pPr>
            <w:r>
              <w:t>0</w:t>
            </w:r>
          </w:p>
        </w:tc>
      </w:tr>
      <w:tr w:rsidR="007A5E59" w14:paraId="41B3A915" w14:textId="77777777">
        <w:trPr>
          <w:jc w:val="center"/>
        </w:trPr>
        <w:tc>
          <w:tcPr>
            <w:tcW w:w="0" w:type="auto"/>
          </w:tcPr>
          <w:p w14:paraId="17E4C583" w14:textId="77777777" w:rsidR="007A5E59" w:rsidRDefault="0095198F">
            <w:pPr>
              <w:jc w:val="center"/>
            </w:pPr>
            <w:r>
              <w:t>4</w:t>
            </w:r>
          </w:p>
        </w:tc>
        <w:tc>
          <w:tcPr>
            <w:tcW w:w="0" w:type="auto"/>
          </w:tcPr>
          <w:p w14:paraId="3E79F248" w14:textId="77777777" w:rsidR="007A5E59" w:rsidRDefault="0095198F">
            <w:r>
              <w:t>пгт Мундыбаш</w:t>
            </w:r>
          </w:p>
        </w:tc>
        <w:tc>
          <w:tcPr>
            <w:tcW w:w="0" w:type="auto"/>
          </w:tcPr>
          <w:p w14:paraId="675076C4" w14:textId="77777777" w:rsidR="007A5E59" w:rsidRDefault="0095198F">
            <w:pPr>
              <w:jc w:val="center"/>
            </w:pPr>
            <w:r>
              <w:t>24,10</w:t>
            </w:r>
          </w:p>
        </w:tc>
        <w:tc>
          <w:tcPr>
            <w:tcW w:w="0" w:type="auto"/>
          </w:tcPr>
          <w:p w14:paraId="14E92967" w14:textId="77777777" w:rsidR="007A5E59" w:rsidRDefault="0095198F">
            <w:pPr>
              <w:jc w:val="center"/>
            </w:pPr>
            <w:r>
              <w:t>0</w:t>
            </w:r>
          </w:p>
        </w:tc>
        <w:tc>
          <w:tcPr>
            <w:tcW w:w="0" w:type="auto"/>
          </w:tcPr>
          <w:p w14:paraId="4FE612FC" w14:textId="77777777" w:rsidR="007A5E59" w:rsidRDefault="0095198F">
            <w:pPr>
              <w:jc w:val="center"/>
            </w:pPr>
            <w:r>
              <w:t>0</w:t>
            </w:r>
          </w:p>
        </w:tc>
        <w:tc>
          <w:tcPr>
            <w:tcW w:w="0" w:type="auto"/>
          </w:tcPr>
          <w:p w14:paraId="48731AB9" w14:textId="77777777" w:rsidR="007A5E59" w:rsidRDefault="0095198F">
            <w:pPr>
              <w:jc w:val="center"/>
            </w:pPr>
            <w:r>
              <w:t>0</w:t>
            </w:r>
          </w:p>
        </w:tc>
        <w:tc>
          <w:tcPr>
            <w:tcW w:w="0" w:type="auto"/>
          </w:tcPr>
          <w:p w14:paraId="02D5087F" w14:textId="77777777" w:rsidR="007A5E59" w:rsidRDefault="0095198F">
            <w:pPr>
              <w:jc w:val="center"/>
            </w:pPr>
            <w:r>
              <w:t>0</w:t>
            </w:r>
          </w:p>
        </w:tc>
      </w:tr>
      <w:tr w:rsidR="007A5E59" w14:paraId="430618D3" w14:textId="77777777">
        <w:trPr>
          <w:jc w:val="center"/>
        </w:trPr>
        <w:tc>
          <w:tcPr>
            <w:tcW w:w="0" w:type="auto"/>
          </w:tcPr>
          <w:p w14:paraId="246A6645" w14:textId="77777777" w:rsidR="007A5E59" w:rsidRDefault="0095198F">
            <w:pPr>
              <w:jc w:val="center"/>
            </w:pPr>
            <w:r>
              <w:t>5</w:t>
            </w:r>
          </w:p>
        </w:tc>
        <w:tc>
          <w:tcPr>
            <w:tcW w:w="0" w:type="auto"/>
          </w:tcPr>
          <w:p w14:paraId="20E2352B" w14:textId="77777777" w:rsidR="007A5E59" w:rsidRDefault="0095198F">
            <w:r>
              <w:t>пгт Темиртау</w:t>
            </w:r>
          </w:p>
        </w:tc>
        <w:tc>
          <w:tcPr>
            <w:tcW w:w="0" w:type="auto"/>
          </w:tcPr>
          <w:p w14:paraId="211E6CC5" w14:textId="77777777" w:rsidR="007A5E59" w:rsidRDefault="0095198F">
            <w:pPr>
              <w:jc w:val="center"/>
            </w:pPr>
            <w:r>
              <w:t>22</w:t>
            </w:r>
          </w:p>
        </w:tc>
        <w:tc>
          <w:tcPr>
            <w:tcW w:w="0" w:type="auto"/>
          </w:tcPr>
          <w:p w14:paraId="273F733F" w14:textId="77777777" w:rsidR="007A5E59" w:rsidRDefault="0095198F">
            <w:pPr>
              <w:jc w:val="center"/>
            </w:pPr>
            <w:r>
              <w:t>0</w:t>
            </w:r>
          </w:p>
        </w:tc>
        <w:tc>
          <w:tcPr>
            <w:tcW w:w="0" w:type="auto"/>
          </w:tcPr>
          <w:p w14:paraId="4834FBC6" w14:textId="77777777" w:rsidR="007A5E59" w:rsidRDefault="0095198F">
            <w:pPr>
              <w:jc w:val="center"/>
            </w:pPr>
            <w:r>
              <w:t>0</w:t>
            </w:r>
          </w:p>
        </w:tc>
        <w:tc>
          <w:tcPr>
            <w:tcW w:w="0" w:type="auto"/>
          </w:tcPr>
          <w:p w14:paraId="33ABA423" w14:textId="77777777" w:rsidR="007A5E59" w:rsidRDefault="0095198F">
            <w:pPr>
              <w:jc w:val="center"/>
            </w:pPr>
            <w:r>
              <w:t>0</w:t>
            </w:r>
          </w:p>
        </w:tc>
        <w:tc>
          <w:tcPr>
            <w:tcW w:w="0" w:type="auto"/>
          </w:tcPr>
          <w:p w14:paraId="5AC497F3" w14:textId="77777777" w:rsidR="007A5E59" w:rsidRDefault="0095198F">
            <w:pPr>
              <w:jc w:val="center"/>
            </w:pPr>
            <w:r>
              <w:t>0</w:t>
            </w:r>
          </w:p>
        </w:tc>
      </w:tr>
      <w:tr w:rsidR="007A5E59" w14:paraId="341B1F25" w14:textId="77777777">
        <w:trPr>
          <w:jc w:val="center"/>
        </w:trPr>
        <w:tc>
          <w:tcPr>
            <w:tcW w:w="0" w:type="auto"/>
          </w:tcPr>
          <w:p w14:paraId="5BF31E6F" w14:textId="77777777" w:rsidR="007A5E59" w:rsidRDefault="0095198F">
            <w:pPr>
              <w:jc w:val="center"/>
            </w:pPr>
            <w:r>
              <w:t>6</w:t>
            </w:r>
          </w:p>
        </w:tc>
        <w:tc>
          <w:tcPr>
            <w:tcW w:w="0" w:type="auto"/>
          </w:tcPr>
          <w:p w14:paraId="18E3629E" w14:textId="77777777" w:rsidR="007A5E59" w:rsidRDefault="0095198F">
            <w:r>
              <w:t>пгт Спасск</w:t>
            </w:r>
          </w:p>
        </w:tc>
        <w:tc>
          <w:tcPr>
            <w:tcW w:w="0" w:type="auto"/>
          </w:tcPr>
          <w:p w14:paraId="664AF627" w14:textId="77777777" w:rsidR="007A5E59" w:rsidRDefault="0095198F">
            <w:pPr>
              <w:jc w:val="center"/>
            </w:pPr>
            <w:r>
              <w:t>9,70</w:t>
            </w:r>
          </w:p>
        </w:tc>
        <w:tc>
          <w:tcPr>
            <w:tcW w:w="0" w:type="auto"/>
          </w:tcPr>
          <w:p w14:paraId="64D21D31" w14:textId="77777777" w:rsidR="007A5E59" w:rsidRDefault="0095198F">
            <w:pPr>
              <w:jc w:val="center"/>
            </w:pPr>
            <w:r>
              <w:t>0</w:t>
            </w:r>
          </w:p>
        </w:tc>
        <w:tc>
          <w:tcPr>
            <w:tcW w:w="0" w:type="auto"/>
          </w:tcPr>
          <w:p w14:paraId="6BB6D7A2" w14:textId="77777777" w:rsidR="007A5E59" w:rsidRDefault="0095198F">
            <w:pPr>
              <w:jc w:val="center"/>
            </w:pPr>
            <w:r>
              <w:t>0</w:t>
            </w:r>
          </w:p>
        </w:tc>
        <w:tc>
          <w:tcPr>
            <w:tcW w:w="0" w:type="auto"/>
          </w:tcPr>
          <w:p w14:paraId="607B6533" w14:textId="77777777" w:rsidR="007A5E59" w:rsidRDefault="0095198F">
            <w:pPr>
              <w:jc w:val="center"/>
            </w:pPr>
            <w:r>
              <w:t>0</w:t>
            </w:r>
          </w:p>
        </w:tc>
        <w:tc>
          <w:tcPr>
            <w:tcW w:w="0" w:type="auto"/>
          </w:tcPr>
          <w:p w14:paraId="78E63F66" w14:textId="77777777" w:rsidR="007A5E59" w:rsidRDefault="0095198F">
            <w:pPr>
              <w:jc w:val="center"/>
            </w:pPr>
            <w:r>
              <w:t>0</w:t>
            </w:r>
          </w:p>
        </w:tc>
      </w:tr>
      <w:tr w:rsidR="007A5E59" w14:paraId="59EA3350" w14:textId="77777777">
        <w:trPr>
          <w:jc w:val="center"/>
        </w:trPr>
        <w:tc>
          <w:tcPr>
            <w:tcW w:w="0" w:type="auto"/>
          </w:tcPr>
          <w:p w14:paraId="0F86A849" w14:textId="77777777" w:rsidR="007A5E59" w:rsidRDefault="0095198F">
            <w:r>
              <w:t>Примечания:</w:t>
            </w:r>
          </w:p>
        </w:tc>
        <w:tc>
          <w:tcPr>
            <w:tcW w:w="0" w:type="auto"/>
          </w:tcPr>
          <w:p w14:paraId="3BF2A3D4" w14:textId="77777777" w:rsidR="007A5E59" w:rsidRDefault="007A5E59"/>
        </w:tc>
        <w:tc>
          <w:tcPr>
            <w:tcW w:w="0" w:type="auto"/>
          </w:tcPr>
          <w:p w14:paraId="6683D567" w14:textId="77777777" w:rsidR="007A5E59" w:rsidRDefault="007A5E59"/>
        </w:tc>
        <w:tc>
          <w:tcPr>
            <w:tcW w:w="0" w:type="auto"/>
          </w:tcPr>
          <w:p w14:paraId="6A9EC501" w14:textId="77777777" w:rsidR="007A5E59" w:rsidRDefault="007A5E59"/>
        </w:tc>
        <w:tc>
          <w:tcPr>
            <w:tcW w:w="0" w:type="auto"/>
          </w:tcPr>
          <w:p w14:paraId="67F8A97A" w14:textId="77777777" w:rsidR="007A5E59" w:rsidRDefault="007A5E59"/>
        </w:tc>
        <w:tc>
          <w:tcPr>
            <w:tcW w:w="0" w:type="auto"/>
          </w:tcPr>
          <w:p w14:paraId="498A9FA9" w14:textId="77777777" w:rsidR="007A5E59" w:rsidRDefault="007A5E59"/>
        </w:tc>
        <w:tc>
          <w:tcPr>
            <w:tcW w:w="0" w:type="auto"/>
          </w:tcPr>
          <w:p w14:paraId="661BF746" w14:textId="77777777" w:rsidR="007A5E59" w:rsidRDefault="007A5E59"/>
        </w:tc>
      </w:tr>
      <w:tr w:rsidR="007A5E59" w14:paraId="26AF56AA" w14:textId="77777777">
        <w:trPr>
          <w:jc w:val="center"/>
        </w:trPr>
        <w:tc>
          <w:tcPr>
            <w:tcW w:w="0" w:type="auto"/>
            <w:shd w:val="clear" w:color="auto" w:fill="DBE5F1"/>
          </w:tcPr>
          <w:p w14:paraId="08BF59B6" w14:textId="77777777" w:rsidR="007A5E59" w:rsidRDefault="0095198F">
            <w:r>
              <w:rPr>
                <w:b/>
              </w:rPr>
              <w:t>ИТОГО</w:t>
            </w:r>
          </w:p>
        </w:tc>
        <w:tc>
          <w:tcPr>
            <w:tcW w:w="0" w:type="auto"/>
            <w:shd w:val="clear" w:color="auto" w:fill="DBE5F1"/>
          </w:tcPr>
          <w:p w14:paraId="2FE13FD5" w14:textId="77777777" w:rsidR="007A5E59" w:rsidRDefault="007A5E59"/>
        </w:tc>
        <w:tc>
          <w:tcPr>
            <w:tcW w:w="0" w:type="auto"/>
            <w:shd w:val="clear" w:color="auto" w:fill="DBE5F1"/>
          </w:tcPr>
          <w:p w14:paraId="6F5AA85D" w14:textId="77777777" w:rsidR="007A5E59" w:rsidRDefault="007A5E59"/>
        </w:tc>
        <w:tc>
          <w:tcPr>
            <w:tcW w:w="0" w:type="auto"/>
            <w:shd w:val="clear" w:color="auto" w:fill="DBE5F1"/>
          </w:tcPr>
          <w:p w14:paraId="03F9FDC3" w14:textId="77777777" w:rsidR="007A5E59" w:rsidRDefault="0095198F">
            <w:pPr>
              <w:jc w:val="center"/>
            </w:pPr>
            <w:r>
              <w:rPr>
                <w:b/>
              </w:rPr>
              <w:t>1 322</w:t>
            </w:r>
          </w:p>
        </w:tc>
        <w:tc>
          <w:tcPr>
            <w:tcW w:w="0" w:type="auto"/>
            <w:shd w:val="clear" w:color="auto" w:fill="DBE5F1"/>
          </w:tcPr>
          <w:p w14:paraId="2888CCA0" w14:textId="77777777" w:rsidR="007A5E59" w:rsidRDefault="0095198F">
            <w:pPr>
              <w:jc w:val="center"/>
            </w:pPr>
            <w:r>
              <w:rPr>
                <w:b/>
              </w:rPr>
              <w:t>1 321</w:t>
            </w:r>
          </w:p>
        </w:tc>
        <w:tc>
          <w:tcPr>
            <w:tcW w:w="0" w:type="auto"/>
            <w:shd w:val="clear" w:color="auto" w:fill="DBE5F1"/>
          </w:tcPr>
          <w:p w14:paraId="231EE51A" w14:textId="77777777" w:rsidR="007A5E59" w:rsidRDefault="0095198F">
            <w:pPr>
              <w:jc w:val="center"/>
            </w:pPr>
            <w:r>
              <w:rPr>
                <w:b/>
              </w:rPr>
              <w:t>33 050</w:t>
            </w:r>
          </w:p>
        </w:tc>
        <w:tc>
          <w:tcPr>
            <w:tcW w:w="0" w:type="auto"/>
            <w:shd w:val="clear" w:color="auto" w:fill="DBE5F1"/>
          </w:tcPr>
          <w:p w14:paraId="7347DB27" w14:textId="77777777" w:rsidR="007A5E59" w:rsidRDefault="0095198F">
            <w:pPr>
              <w:jc w:val="center"/>
            </w:pPr>
            <w:r>
              <w:rPr>
                <w:b/>
              </w:rPr>
              <w:t>33 025</w:t>
            </w:r>
          </w:p>
        </w:tc>
      </w:tr>
    </w:tbl>
    <w:p w14:paraId="2F9C7606" w14:textId="77777777" w:rsidR="007A5E59" w:rsidRPr="00794D67" w:rsidRDefault="0095198F">
      <w:pPr>
        <w:spacing w:after="0"/>
        <w:ind w:firstLine="709"/>
        <w:jc w:val="both"/>
        <w:rPr>
          <w:lang w:val="ru-RU"/>
        </w:rPr>
      </w:pPr>
      <w:r w:rsidRPr="00794D67">
        <w:rPr>
          <w:lang w:val="ru-RU"/>
        </w:rPr>
        <w:t>1. Применённый базис. Графы 6-7 рассчитаны как прирост населения (графы 4-5) × норма жилищной обеспеченности (графа 3). Прирост населения поступает формулой из Т1.4.</w:t>
      </w:r>
    </w:p>
    <w:p w14:paraId="20689BD9" w14:textId="77777777" w:rsidR="007A5E59" w:rsidRPr="00794D67" w:rsidRDefault="0095198F">
      <w:pPr>
        <w:spacing w:after="0"/>
        <w:ind w:firstLine="709"/>
        <w:jc w:val="both"/>
        <w:rPr>
          <w:lang w:val="ru-RU"/>
        </w:rPr>
      </w:pPr>
      <w:r w:rsidRPr="00794D67">
        <w:rPr>
          <w:lang w:val="ru-RU"/>
        </w:rPr>
        <w:t>2. Приоритет источника. Прямые данные генерального плана по новому жилищному строительству имеют приоритет над расчётом от населения, однако в корпусе они даны на горизонт целиком, без разбивки по периодам 2031 и 2036. Периодизация выполнена расчётом от населения.</w:t>
      </w:r>
    </w:p>
    <w:p w14:paraId="682F9B3D" w14:textId="77777777" w:rsidR="007A5E59" w:rsidRPr="00794D67" w:rsidRDefault="0095198F">
      <w:pPr>
        <w:spacing w:after="0"/>
        <w:ind w:firstLine="709"/>
        <w:jc w:val="both"/>
        <w:rPr>
          <w:lang w:val="ru-RU"/>
        </w:rPr>
      </w:pPr>
      <w:r w:rsidRPr="00794D67">
        <w:rPr>
          <w:lang w:val="ru-RU"/>
        </w:rPr>
        <w:t>3. Прямые площади генеральных планов (контрольная величина, тыс. м², на горизонт документа): пгт Шерегеш — 134,15 (генплан 2025, горизонт 2039, население на расчётный срок +5366 чел.); г. Таштагол — 333,28; пгт Каз — 72,22; пгт Темиртау — 70,00.</w:t>
      </w:r>
    </w:p>
    <w:p w14:paraId="056350F9" w14:textId="77777777" w:rsidR="007A5E59" w:rsidRPr="00794D67" w:rsidRDefault="0095198F">
      <w:pPr>
        <w:spacing w:after="0"/>
        <w:ind w:firstLine="709"/>
        <w:jc w:val="both"/>
        <w:rPr>
          <w:lang w:val="ru-RU"/>
        </w:rPr>
      </w:pPr>
      <w:r w:rsidRPr="00794D67">
        <w:rPr>
          <w:lang w:val="ru-RU"/>
        </w:rPr>
        <w:t>4. Статус прямых площадей. Для пгт Шерегеш источник действующий. Для г. Таштагол, пгт Каз и пгт Темиртау генеральные планы 2008-2010 гг.: расчётный горизонт истёк, а абсолютная проектная численность опровергнута фактом 2025 года, поэтому абсолютные проектные показатели этих генеральных планов как действующая расчётная база не используются. Как источник сценарных направлений развития указанные материалы пригодны.</w:t>
      </w:r>
    </w:p>
    <w:p w14:paraId="4E2623D1" w14:textId="77777777" w:rsidR="007A5E59" w:rsidRPr="00794D67" w:rsidRDefault="0095198F">
      <w:pPr>
        <w:spacing w:after="0"/>
        <w:ind w:firstLine="709"/>
        <w:jc w:val="both"/>
        <w:rPr>
          <w:lang w:val="ru-RU"/>
        </w:rPr>
      </w:pPr>
      <w:r w:rsidRPr="00794D67">
        <w:rPr>
          <w:lang w:val="ru-RU"/>
        </w:rPr>
        <w:t>5. Нулевые значения. Нули по г. Таштагол, пгт Каз, пгт Мундыбаш, пгт Темиртау и пгт Спасск отражают принятый настоящей схемой сценарий стабилизации численности населения и не являются подтверждённым отсутствием жилищного строительства. По пгт Шерегеш принят рост численности: 9 666 человек в 2026 году, 10 988 человек в 2031 году и 12 309 человек в 2036 году.</w:t>
      </w:r>
    </w:p>
    <w:p w14:paraId="2838EE15" w14:textId="77777777" w:rsidR="007A5E59" w:rsidRPr="00794D67" w:rsidRDefault="0095198F">
      <w:pPr>
        <w:spacing w:after="0"/>
        <w:ind w:firstLine="709"/>
        <w:jc w:val="both"/>
        <w:rPr>
          <w:lang w:val="ru-RU"/>
        </w:rPr>
      </w:pPr>
      <w:r w:rsidRPr="00794D67">
        <w:rPr>
          <w:lang w:val="ru-RU"/>
        </w:rPr>
        <w:t>6. Двойной счёт. Прямые площади генплана в расчёт тепловой нагрузки Т1.6 не включаются: развитие пгт Шерегеш уже учтено адресным приростом спроса из схемы редакции 2026 по конкретным объектам развития. Второй путь включения того же развития запрещён.</w:t>
      </w:r>
    </w:p>
    <w:p w14:paraId="2B125759" w14:textId="77777777" w:rsidR="007A5E59" w:rsidRPr="00794D67" w:rsidRDefault="007A5E59">
      <w:pPr>
        <w:rPr>
          <w:lang w:val="ru-RU"/>
        </w:rPr>
      </w:pPr>
    </w:p>
    <w:p w14:paraId="79ADC240" w14:textId="77777777" w:rsidR="007A5E59" w:rsidRPr="00794D67" w:rsidRDefault="0095198F">
      <w:pPr>
        <w:rPr>
          <w:lang w:val="ru-RU"/>
        </w:rPr>
      </w:pPr>
      <w:r w:rsidRPr="00794D67">
        <w:rPr>
          <w:b/>
          <w:lang w:val="ru-RU"/>
        </w:rPr>
        <w:t>Таблица 2.3 — Существующие и перспективные объёмы потребления тепловой энергии (лист «Таблица 2.3 Б»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603"/>
        <w:gridCol w:w="2725"/>
        <w:gridCol w:w="1363"/>
        <w:gridCol w:w="1003"/>
        <w:gridCol w:w="1811"/>
        <w:gridCol w:w="920"/>
        <w:gridCol w:w="920"/>
      </w:tblGrid>
      <w:tr w:rsidR="007A5E59" w14:paraId="30BA0467" w14:textId="77777777">
        <w:trPr>
          <w:cantSplit/>
          <w:tblHeader/>
          <w:jc w:val="center"/>
        </w:trPr>
        <w:tc>
          <w:tcPr>
            <w:tcW w:w="0" w:type="auto"/>
            <w:vMerge w:val="restart"/>
            <w:shd w:val="clear" w:color="auto" w:fill="E2F0D9"/>
            <w:vAlign w:val="center"/>
          </w:tcPr>
          <w:p w14:paraId="1A02180C" w14:textId="77777777" w:rsidR="007A5E59" w:rsidRDefault="0095198F">
            <w:pPr>
              <w:jc w:val="center"/>
            </w:pPr>
            <w:r>
              <w:rPr>
                <w:b/>
              </w:rPr>
              <w:t>№ пп</w:t>
            </w:r>
          </w:p>
        </w:tc>
        <w:tc>
          <w:tcPr>
            <w:tcW w:w="0" w:type="auto"/>
            <w:vMerge w:val="restart"/>
            <w:shd w:val="clear" w:color="auto" w:fill="E2F0D9"/>
            <w:vAlign w:val="center"/>
          </w:tcPr>
          <w:p w14:paraId="5D615581" w14:textId="77777777" w:rsidR="007A5E59" w:rsidRDefault="0095198F">
            <w:pPr>
              <w:jc w:val="center"/>
            </w:pPr>
            <w:r>
              <w:rPr>
                <w:b/>
              </w:rPr>
              <w:t>Наименование источника</w:t>
            </w:r>
          </w:p>
        </w:tc>
        <w:tc>
          <w:tcPr>
            <w:tcW w:w="0" w:type="auto"/>
            <w:vMerge w:val="restart"/>
            <w:shd w:val="clear" w:color="auto" w:fill="E2F0D9"/>
            <w:vAlign w:val="center"/>
          </w:tcPr>
          <w:p w14:paraId="7A1A2B33" w14:textId="77777777" w:rsidR="007A5E59" w:rsidRDefault="0095198F">
            <w:pPr>
              <w:jc w:val="center"/>
            </w:pPr>
            <w:r>
              <w:rPr>
                <w:b/>
              </w:rPr>
              <w:t>Тип нагрузки</w:t>
            </w:r>
          </w:p>
        </w:tc>
        <w:tc>
          <w:tcPr>
            <w:tcW w:w="0" w:type="auto"/>
            <w:vMerge w:val="restart"/>
            <w:shd w:val="clear" w:color="auto" w:fill="E2F0D9"/>
            <w:vAlign w:val="center"/>
          </w:tcPr>
          <w:p w14:paraId="58F82E99" w14:textId="77777777" w:rsidR="007A5E59" w:rsidRDefault="0095198F">
            <w:pPr>
              <w:jc w:val="center"/>
            </w:pPr>
            <w:r>
              <w:rPr>
                <w:b/>
              </w:rPr>
              <w:t>Ед изм.</w:t>
            </w:r>
          </w:p>
        </w:tc>
        <w:tc>
          <w:tcPr>
            <w:tcW w:w="0" w:type="auto"/>
            <w:gridSpan w:val="3"/>
            <w:shd w:val="clear" w:color="auto" w:fill="E2F0D9"/>
            <w:vAlign w:val="center"/>
          </w:tcPr>
          <w:p w14:paraId="44209326" w14:textId="77777777" w:rsidR="007A5E59" w:rsidRDefault="0095198F">
            <w:pPr>
              <w:jc w:val="center"/>
            </w:pPr>
            <w:r>
              <w:rPr>
                <w:b/>
              </w:rPr>
              <w:t>Полная максимальная нагрузка котельной</w:t>
            </w:r>
          </w:p>
        </w:tc>
      </w:tr>
      <w:tr w:rsidR="007A5E59" w14:paraId="5B2843FB" w14:textId="77777777">
        <w:trPr>
          <w:cantSplit/>
          <w:tblHeader/>
          <w:jc w:val="center"/>
        </w:trPr>
        <w:tc>
          <w:tcPr>
            <w:tcW w:w="0" w:type="auto"/>
            <w:vMerge/>
            <w:shd w:val="clear" w:color="auto" w:fill="E2F0D9"/>
            <w:vAlign w:val="center"/>
          </w:tcPr>
          <w:p w14:paraId="6B47B6F6" w14:textId="77777777" w:rsidR="007A5E59" w:rsidRDefault="007A5E59">
            <w:pPr>
              <w:jc w:val="center"/>
            </w:pPr>
          </w:p>
        </w:tc>
        <w:tc>
          <w:tcPr>
            <w:tcW w:w="0" w:type="auto"/>
            <w:vMerge/>
            <w:shd w:val="clear" w:color="auto" w:fill="E2F0D9"/>
            <w:vAlign w:val="center"/>
          </w:tcPr>
          <w:p w14:paraId="3942E983" w14:textId="77777777" w:rsidR="007A5E59" w:rsidRDefault="007A5E59">
            <w:pPr>
              <w:jc w:val="center"/>
            </w:pPr>
          </w:p>
        </w:tc>
        <w:tc>
          <w:tcPr>
            <w:tcW w:w="0" w:type="auto"/>
            <w:vMerge/>
            <w:shd w:val="clear" w:color="auto" w:fill="E2F0D9"/>
            <w:vAlign w:val="center"/>
          </w:tcPr>
          <w:p w14:paraId="57052107" w14:textId="77777777" w:rsidR="007A5E59" w:rsidRDefault="007A5E59">
            <w:pPr>
              <w:jc w:val="center"/>
            </w:pPr>
          </w:p>
        </w:tc>
        <w:tc>
          <w:tcPr>
            <w:tcW w:w="0" w:type="auto"/>
            <w:vMerge/>
            <w:shd w:val="clear" w:color="auto" w:fill="E2F0D9"/>
            <w:vAlign w:val="center"/>
          </w:tcPr>
          <w:p w14:paraId="7AD0EC98" w14:textId="77777777" w:rsidR="007A5E59" w:rsidRDefault="007A5E59">
            <w:pPr>
              <w:jc w:val="center"/>
            </w:pPr>
          </w:p>
        </w:tc>
        <w:tc>
          <w:tcPr>
            <w:tcW w:w="0" w:type="auto"/>
            <w:shd w:val="clear" w:color="auto" w:fill="E2F0D9"/>
            <w:vAlign w:val="center"/>
          </w:tcPr>
          <w:p w14:paraId="3C11885E" w14:textId="77777777" w:rsidR="007A5E59" w:rsidRDefault="0095198F">
            <w:pPr>
              <w:jc w:val="center"/>
            </w:pPr>
            <w:r>
              <w:rPr>
                <w:b/>
              </w:rPr>
              <w:t>2026</w:t>
            </w:r>
          </w:p>
        </w:tc>
        <w:tc>
          <w:tcPr>
            <w:tcW w:w="0" w:type="auto"/>
            <w:shd w:val="clear" w:color="auto" w:fill="E2F0D9"/>
            <w:vAlign w:val="center"/>
          </w:tcPr>
          <w:p w14:paraId="07A94F73" w14:textId="77777777" w:rsidR="007A5E59" w:rsidRDefault="0095198F">
            <w:pPr>
              <w:jc w:val="center"/>
            </w:pPr>
            <w:r>
              <w:rPr>
                <w:b/>
              </w:rPr>
              <w:t>2031</w:t>
            </w:r>
          </w:p>
        </w:tc>
        <w:tc>
          <w:tcPr>
            <w:tcW w:w="0" w:type="auto"/>
            <w:shd w:val="clear" w:color="auto" w:fill="E2F0D9"/>
            <w:vAlign w:val="center"/>
          </w:tcPr>
          <w:p w14:paraId="0559A554" w14:textId="77777777" w:rsidR="007A5E59" w:rsidRDefault="0095198F">
            <w:pPr>
              <w:jc w:val="center"/>
            </w:pPr>
            <w:r>
              <w:rPr>
                <w:b/>
              </w:rPr>
              <w:t>2036</w:t>
            </w:r>
          </w:p>
        </w:tc>
      </w:tr>
      <w:tr w:rsidR="007A5E59" w14:paraId="63F7E5E8" w14:textId="77777777">
        <w:trPr>
          <w:cantSplit/>
          <w:tblHeader/>
          <w:jc w:val="center"/>
        </w:trPr>
        <w:tc>
          <w:tcPr>
            <w:tcW w:w="0" w:type="auto"/>
            <w:shd w:val="clear" w:color="auto" w:fill="F2F2F2"/>
            <w:vAlign w:val="center"/>
          </w:tcPr>
          <w:p w14:paraId="32C4E46D" w14:textId="77777777" w:rsidR="007A5E59" w:rsidRDefault="0095198F">
            <w:pPr>
              <w:jc w:val="center"/>
            </w:pPr>
            <w:r>
              <w:t>1</w:t>
            </w:r>
          </w:p>
        </w:tc>
        <w:tc>
          <w:tcPr>
            <w:tcW w:w="0" w:type="auto"/>
            <w:shd w:val="clear" w:color="auto" w:fill="F2F2F2"/>
            <w:vAlign w:val="center"/>
          </w:tcPr>
          <w:p w14:paraId="467C072F" w14:textId="77777777" w:rsidR="007A5E59" w:rsidRDefault="0095198F">
            <w:pPr>
              <w:jc w:val="center"/>
            </w:pPr>
            <w:r>
              <w:t>2</w:t>
            </w:r>
          </w:p>
        </w:tc>
        <w:tc>
          <w:tcPr>
            <w:tcW w:w="0" w:type="auto"/>
            <w:shd w:val="clear" w:color="auto" w:fill="F2F2F2"/>
            <w:vAlign w:val="center"/>
          </w:tcPr>
          <w:p w14:paraId="1F2C6AE5" w14:textId="77777777" w:rsidR="007A5E59" w:rsidRDefault="0095198F">
            <w:pPr>
              <w:jc w:val="center"/>
            </w:pPr>
            <w:r>
              <w:t>3</w:t>
            </w:r>
          </w:p>
        </w:tc>
        <w:tc>
          <w:tcPr>
            <w:tcW w:w="0" w:type="auto"/>
            <w:shd w:val="clear" w:color="auto" w:fill="F2F2F2"/>
            <w:vAlign w:val="center"/>
          </w:tcPr>
          <w:p w14:paraId="060D9E59" w14:textId="77777777" w:rsidR="007A5E59" w:rsidRDefault="0095198F">
            <w:pPr>
              <w:jc w:val="center"/>
            </w:pPr>
            <w:r>
              <w:t>4</w:t>
            </w:r>
          </w:p>
        </w:tc>
        <w:tc>
          <w:tcPr>
            <w:tcW w:w="0" w:type="auto"/>
            <w:shd w:val="clear" w:color="auto" w:fill="F2F2F2"/>
            <w:vAlign w:val="center"/>
          </w:tcPr>
          <w:p w14:paraId="538076ED" w14:textId="77777777" w:rsidR="007A5E59" w:rsidRDefault="0095198F">
            <w:pPr>
              <w:jc w:val="center"/>
            </w:pPr>
            <w:r>
              <w:t>5</w:t>
            </w:r>
          </w:p>
        </w:tc>
        <w:tc>
          <w:tcPr>
            <w:tcW w:w="0" w:type="auto"/>
            <w:shd w:val="clear" w:color="auto" w:fill="F2F2F2"/>
            <w:vAlign w:val="center"/>
          </w:tcPr>
          <w:p w14:paraId="025F3D97" w14:textId="77777777" w:rsidR="007A5E59" w:rsidRDefault="0095198F">
            <w:pPr>
              <w:jc w:val="center"/>
            </w:pPr>
            <w:r>
              <w:t>6</w:t>
            </w:r>
          </w:p>
        </w:tc>
        <w:tc>
          <w:tcPr>
            <w:tcW w:w="0" w:type="auto"/>
            <w:shd w:val="clear" w:color="auto" w:fill="F2F2F2"/>
            <w:vAlign w:val="center"/>
          </w:tcPr>
          <w:p w14:paraId="1ACA7504" w14:textId="77777777" w:rsidR="007A5E59" w:rsidRDefault="0095198F">
            <w:pPr>
              <w:jc w:val="center"/>
            </w:pPr>
            <w:r>
              <w:t>7</w:t>
            </w:r>
          </w:p>
        </w:tc>
      </w:tr>
      <w:tr w:rsidR="007A5E59" w14:paraId="4AEE8D2C" w14:textId="77777777">
        <w:trPr>
          <w:jc w:val="center"/>
        </w:trPr>
        <w:tc>
          <w:tcPr>
            <w:tcW w:w="0" w:type="auto"/>
          </w:tcPr>
          <w:p w14:paraId="383BE2C1" w14:textId="77777777" w:rsidR="007A5E59" w:rsidRDefault="0095198F">
            <w:r>
              <w:t>1.</w:t>
            </w:r>
          </w:p>
        </w:tc>
        <w:tc>
          <w:tcPr>
            <w:tcW w:w="0" w:type="auto"/>
          </w:tcPr>
          <w:p w14:paraId="6C76C80C" w14:textId="77777777" w:rsidR="007A5E59" w:rsidRDefault="0095198F">
            <w:r>
              <w:t>г. Таштагол</w:t>
            </w:r>
          </w:p>
        </w:tc>
        <w:tc>
          <w:tcPr>
            <w:tcW w:w="0" w:type="auto"/>
          </w:tcPr>
          <w:p w14:paraId="23E56E92" w14:textId="77777777" w:rsidR="007A5E59" w:rsidRDefault="007A5E59"/>
        </w:tc>
        <w:tc>
          <w:tcPr>
            <w:tcW w:w="0" w:type="auto"/>
          </w:tcPr>
          <w:p w14:paraId="33CF9468" w14:textId="77777777" w:rsidR="007A5E59" w:rsidRDefault="007A5E59"/>
        </w:tc>
        <w:tc>
          <w:tcPr>
            <w:tcW w:w="0" w:type="auto"/>
          </w:tcPr>
          <w:p w14:paraId="3D7D2A8E" w14:textId="77777777" w:rsidR="007A5E59" w:rsidRDefault="007A5E59"/>
        </w:tc>
        <w:tc>
          <w:tcPr>
            <w:tcW w:w="0" w:type="auto"/>
          </w:tcPr>
          <w:p w14:paraId="05D65C16" w14:textId="77777777" w:rsidR="007A5E59" w:rsidRDefault="007A5E59"/>
        </w:tc>
        <w:tc>
          <w:tcPr>
            <w:tcW w:w="0" w:type="auto"/>
          </w:tcPr>
          <w:p w14:paraId="0B976AF2" w14:textId="77777777" w:rsidR="007A5E59" w:rsidRDefault="007A5E59"/>
        </w:tc>
      </w:tr>
      <w:tr w:rsidR="007A5E59" w14:paraId="340556E3" w14:textId="77777777">
        <w:trPr>
          <w:jc w:val="center"/>
        </w:trPr>
        <w:tc>
          <w:tcPr>
            <w:tcW w:w="0" w:type="auto"/>
          </w:tcPr>
          <w:p w14:paraId="3CAAA0DC" w14:textId="77777777" w:rsidR="007A5E59" w:rsidRDefault="0095198F">
            <w:r>
              <w:t>1.1.</w:t>
            </w:r>
          </w:p>
        </w:tc>
        <w:tc>
          <w:tcPr>
            <w:tcW w:w="0" w:type="auto"/>
          </w:tcPr>
          <w:p w14:paraId="78E9E385" w14:textId="77777777" w:rsidR="007A5E59" w:rsidRDefault="0095198F">
            <w:r>
              <w:t>ЕТО № 001 — ООО «ЮКЭК»</w:t>
            </w:r>
          </w:p>
        </w:tc>
        <w:tc>
          <w:tcPr>
            <w:tcW w:w="0" w:type="auto"/>
          </w:tcPr>
          <w:p w14:paraId="3FCA7015" w14:textId="77777777" w:rsidR="007A5E59" w:rsidRDefault="007A5E59"/>
        </w:tc>
        <w:tc>
          <w:tcPr>
            <w:tcW w:w="0" w:type="auto"/>
          </w:tcPr>
          <w:p w14:paraId="543ABEC1" w14:textId="77777777" w:rsidR="007A5E59" w:rsidRDefault="007A5E59"/>
        </w:tc>
        <w:tc>
          <w:tcPr>
            <w:tcW w:w="0" w:type="auto"/>
          </w:tcPr>
          <w:p w14:paraId="6CB4C5E1" w14:textId="77777777" w:rsidR="007A5E59" w:rsidRDefault="007A5E59"/>
        </w:tc>
        <w:tc>
          <w:tcPr>
            <w:tcW w:w="0" w:type="auto"/>
          </w:tcPr>
          <w:p w14:paraId="6E184BC9" w14:textId="77777777" w:rsidR="007A5E59" w:rsidRDefault="007A5E59"/>
        </w:tc>
        <w:tc>
          <w:tcPr>
            <w:tcW w:w="0" w:type="auto"/>
          </w:tcPr>
          <w:p w14:paraId="35205262" w14:textId="77777777" w:rsidR="007A5E59" w:rsidRDefault="007A5E59"/>
        </w:tc>
      </w:tr>
      <w:tr w:rsidR="007A5E59" w14:paraId="35C5E131" w14:textId="77777777">
        <w:trPr>
          <w:jc w:val="center"/>
        </w:trPr>
        <w:tc>
          <w:tcPr>
            <w:tcW w:w="0" w:type="auto"/>
          </w:tcPr>
          <w:p w14:paraId="4BE321C6" w14:textId="77777777" w:rsidR="007A5E59" w:rsidRDefault="0095198F">
            <w:r>
              <w:t>1.1.1</w:t>
            </w:r>
          </w:p>
        </w:tc>
        <w:tc>
          <w:tcPr>
            <w:tcW w:w="0" w:type="auto"/>
          </w:tcPr>
          <w:p w14:paraId="63938491" w14:textId="77777777" w:rsidR="007A5E59" w:rsidRDefault="0095198F">
            <w:r>
              <w:t>Котельная «Производственно-отопительная УПК № 1»</w:t>
            </w:r>
          </w:p>
        </w:tc>
        <w:tc>
          <w:tcPr>
            <w:tcW w:w="0" w:type="auto"/>
          </w:tcPr>
          <w:p w14:paraId="2D518E23" w14:textId="77777777" w:rsidR="007A5E59" w:rsidRDefault="0095198F">
            <w:r>
              <w:t>Отопление</w:t>
            </w:r>
          </w:p>
        </w:tc>
        <w:tc>
          <w:tcPr>
            <w:tcW w:w="0" w:type="auto"/>
          </w:tcPr>
          <w:p w14:paraId="2CC697ED" w14:textId="77777777" w:rsidR="007A5E59" w:rsidRDefault="0095198F">
            <w:r>
              <w:t>Гкал/ч</w:t>
            </w:r>
          </w:p>
        </w:tc>
        <w:tc>
          <w:tcPr>
            <w:tcW w:w="0" w:type="auto"/>
          </w:tcPr>
          <w:p w14:paraId="59BF3650" w14:textId="77777777" w:rsidR="007A5E59" w:rsidRDefault="0095198F">
            <w:pPr>
              <w:jc w:val="center"/>
            </w:pPr>
            <w:r>
              <w:t>47,338</w:t>
            </w:r>
          </w:p>
        </w:tc>
        <w:tc>
          <w:tcPr>
            <w:tcW w:w="0" w:type="auto"/>
          </w:tcPr>
          <w:p w14:paraId="17938563" w14:textId="77777777" w:rsidR="007A5E59" w:rsidRDefault="0095198F">
            <w:pPr>
              <w:jc w:val="center"/>
            </w:pPr>
            <w:r>
              <w:t>47,489</w:t>
            </w:r>
          </w:p>
        </w:tc>
        <w:tc>
          <w:tcPr>
            <w:tcW w:w="0" w:type="auto"/>
          </w:tcPr>
          <w:p w14:paraId="1170F724" w14:textId="77777777" w:rsidR="007A5E59" w:rsidRDefault="0095198F">
            <w:pPr>
              <w:jc w:val="center"/>
            </w:pPr>
            <w:r>
              <w:t>47,489</w:t>
            </w:r>
          </w:p>
        </w:tc>
      </w:tr>
      <w:tr w:rsidR="007A5E59" w14:paraId="3A5DFFEF" w14:textId="77777777">
        <w:trPr>
          <w:jc w:val="center"/>
        </w:trPr>
        <w:tc>
          <w:tcPr>
            <w:tcW w:w="0" w:type="auto"/>
          </w:tcPr>
          <w:p w14:paraId="035CE8B9" w14:textId="77777777" w:rsidR="007A5E59" w:rsidRDefault="007A5E59"/>
        </w:tc>
        <w:tc>
          <w:tcPr>
            <w:tcW w:w="0" w:type="auto"/>
          </w:tcPr>
          <w:p w14:paraId="1E58C578" w14:textId="77777777" w:rsidR="007A5E59" w:rsidRDefault="007A5E59"/>
        </w:tc>
        <w:tc>
          <w:tcPr>
            <w:tcW w:w="0" w:type="auto"/>
          </w:tcPr>
          <w:p w14:paraId="4E9C5247" w14:textId="77777777" w:rsidR="007A5E59" w:rsidRDefault="007A5E59"/>
        </w:tc>
        <w:tc>
          <w:tcPr>
            <w:tcW w:w="0" w:type="auto"/>
          </w:tcPr>
          <w:p w14:paraId="5E0D44C9" w14:textId="77777777" w:rsidR="007A5E59" w:rsidRDefault="0095198F">
            <w:r>
              <w:t>Гкал/год</w:t>
            </w:r>
          </w:p>
        </w:tc>
        <w:tc>
          <w:tcPr>
            <w:tcW w:w="0" w:type="auto"/>
          </w:tcPr>
          <w:p w14:paraId="3E14A870" w14:textId="77777777" w:rsidR="007A5E59" w:rsidRDefault="0095198F">
            <w:pPr>
              <w:jc w:val="center"/>
            </w:pPr>
            <w:r>
              <w:t>74 392,60</w:t>
            </w:r>
          </w:p>
        </w:tc>
        <w:tc>
          <w:tcPr>
            <w:tcW w:w="0" w:type="auto"/>
          </w:tcPr>
          <w:p w14:paraId="398EAD3A" w14:textId="77777777" w:rsidR="007A5E59" w:rsidRDefault="0095198F">
            <w:pPr>
              <w:jc w:val="center"/>
            </w:pPr>
            <w:r>
              <w:t>74 629,90</w:t>
            </w:r>
          </w:p>
        </w:tc>
        <w:tc>
          <w:tcPr>
            <w:tcW w:w="0" w:type="auto"/>
          </w:tcPr>
          <w:p w14:paraId="31984A0F" w14:textId="77777777" w:rsidR="007A5E59" w:rsidRDefault="0095198F">
            <w:pPr>
              <w:jc w:val="center"/>
            </w:pPr>
            <w:r>
              <w:t>74 629,90</w:t>
            </w:r>
          </w:p>
        </w:tc>
      </w:tr>
      <w:tr w:rsidR="007A5E59" w14:paraId="2865E56E" w14:textId="77777777">
        <w:trPr>
          <w:jc w:val="center"/>
        </w:trPr>
        <w:tc>
          <w:tcPr>
            <w:tcW w:w="0" w:type="auto"/>
          </w:tcPr>
          <w:p w14:paraId="43304F89" w14:textId="77777777" w:rsidR="007A5E59" w:rsidRDefault="007A5E59"/>
        </w:tc>
        <w:tc>
          <w:tcPr>
            <w:tcW w:w="0" w:type="auto"/>
          </w:tcPr>
          <w:p w14:paraId="2F682133" w14:textId="77777777" w:rsidR="007A5E59" w:rsidRDefault="007A5E59"/>
        </w:tc>
        <w:tc>
          <w:tcPr>
            <w:tcW w:w="0" w:type="auto"/>
          </w:tcPr>
          <w:p w14:paraId="48CE609E" w14:textId="77777777" w:rsidR="007A5E59" w:rsidRDefault="0095198F">
            <w:r>
              <w:t>Вентиляция</w:t>
            </w:r>
          </w:p>
        </w:tc>
        <w:tc>
          <w:tcPr>
            <w:tcW w:w="0" w:type="auto"/>
          </w:tcPr>
          <w:p w14:paraId="305D64FE" w14:textId="77777777" w:rsidR="007A5E59" w:rsidRDefault="0095198F">
            <w:r>
              <w:t>Гкал/ч</w:t>
            </w:r>
          </w:p>
        </w:tc>
        <w:tc>
          <w:tcPr>
            <w:tcW w:w="0" w:type="auto"/>
          </w:tcPr>
          <w:p w14:paraId="09F824B7" w14:textId="77777777" w:rsidR="007A5E59" w:rsidRDefault="0095198F">
            <w:pPr>
              <w:jc w:val="center"/>
            </w:pPr>
            <w:r>
              <w:t>5,328</w:t>
            </w:r>
          </w:p>
        </w:tc>
        <w:tc>
          <w:tcPr>
            <w:tcW w:w="0" w:type="auto"/>
          </w:tcPr>
          <w:p w14:paraId="0FA53C0D" w14:textId="77777777" w:rsidR="007A5E59" w:rsidRDefault="0095198F">
            <w:pPr>
              <w:jc w:val="center"/>
            </w:pPr>
            <w:r>
              <w:t>5,328</w:t>
            </w:r>
          </w:p>
        </w:tc>
        <w:tc>
          <w:tcPr>
            <w:tcW w:w="0" w:type="auto"/>
          </w:tcPr>
          <w:p w14:paraId="50FD81B5" w14:textId="77777777" w:rsidR="007A5E59" w:rsidRDefault="0095198F">
            <w:pPr>
              <w:jc w:val="center"/>
            </w:pPr>
            <w:r>
              <w:t>5,328</w:t>
            </w:r>
          </w:p>
        </w:tc>
      </w:tr>
      <w:tr w:rsidR="007A5E59" w14:paraId="1DDB95DC" w14:textId="77777777">
        <w:trPr>
          <w:jc w:val="center"/>
        </w:trPr>
        <w:tc>
          <w:tcPr>
            <w:tcW w:w="0" w:type="auto"/>
          </w:tcPr>
          <w:p w14:paraId="681F7D48" w14:textId="77777777" w:rsidR="007A5E59" w:rsidRDefault="007A5E59"/>
        </w:tc>
        <w:tc>
          <w:tcPr>
            <w:tcW w:w="0" w:type="auto"/>
          </w:tcPr>
          <w:p w14:paraId="1B162892" w14:textId="77777777" w:rsidR="007A5E59" w:rsidRDefault="007A5E59"/>
        </w:tc>
        <w:tc>
          <w:tcPr>
            <w:tcW w:w="0" w:type="auto"/>
          </w:tcPr>
          <w:p w14:paraId="3C1F34B8" w14:textId="77777777" w:rsidR="007A5E59" w:rsidRDefault="007A5E59"/>
        </w:tc>
        <w:tc>
          <w:tcPr>
            <w:tcW w:w="0" w:type="auto"/>
          </w:tcPr>
          <w:p w14:paraId="14363BDB" w14:textId="77777777" w:rsidR="007A5E59" w:rsidRDefault="0095198F">
            <w:r>
              <w:t>Гкал/год</w:t>
            </w:r>
          </w:p>
        </w:tc>
        <w:tc>
          <w:tcPr>
            <w:tcW w:w="0" w:type="auto"/>
          </w:tcPr>
          <w:p w14:paraId="7FA2FF32" w14:textId="77777777" w:rsidR="007A5E59" w:rsidRDefault="0095198F">
            <w:pPr>
              <w:jc w:val="center"/>
            </w:pPr>
            <w:r>
              <w:t>8 373,40</w:t>
            </w:r>
          </w:p>
        </w:tc>
        <w:tc>
          <w:tcPr>
            <w:tcW w:w="0" w:type="auto"/>
          </w:tcPr>
          <w:p w14:paraId="2B251BAC" w14:textId="77777777" w:rsidR="007A5E59" w:rsidRDefault="0095198F">
            <w:pPr>
              <w:jc w:val="center"/>
            </w:pPr>
            <w:r>
              <w:t>8 373,40</w:t>
            </w:r>
          </w:p>
        </w:tc>
        <w:tc>
          <w:tcPr>
            <w:tcW w:w="0" w:type="auto"/>
          </w:tcPr>
          <w:p w14:paraId="49A36EB9" w14:textId="77777777" w:rsidR="007A5E59" w:rsidRDefault="0095198F">
            <w:pPr>
              <w:jc w:val="center"/>
            </w:pPr>
            <w:r>
              <w:t>8 373,40</w:t>
            </w:r>
          </w:p>
        </w:tc>
      </w:tr>
      <w:tr w:rsidR="007A5E59" w14:paraId="4933BB68" w14:textId="77777777">
        <w:trPr>
          <w:jc w:val="center"/>
        </w:trPr>
        <w:tc>
          <w:tcPr>
            <w:tcW w:w="0" w:type="auto"/>
          </w:tcPr>
          <w:p w14:paraId="0C10ECEC" w14:textId="77777777" w:rsidR="007A5E59" w:rsidRDefault="007A5E59"/>
        </w:tc>
        <w:tc>
          <w:tcPr>
            <w:tcW w:w="0" w:type="auto"/>
          </w:tcPr>
          <w:p w14:paraId="005DBE9A" w14:textId="77777777" w:rsidR="007A5E59" w:rsidRDefault="007A5E59"/>
        </w:tc>
        <w:tc>
          <w:tcPr>
            <w:tcW w:w="0" w:type="auto"/>
          </w:tcPr>
          <w:p w14:paraId="2765DB82" w14:textId="77777777" w:rsidR="007A5E59" w:rsidRDefault="0095198F">
            <w:r>
              <w:t>ГВС</w:t>
            </w:r>
          </w:p>
        </w:tc>
        <w:tc>
          <w:tcPr>
            <w:tcW w:w="0" w:type="auto"/>
          </w:tcPr>
          <w:p w14:paraId="09A2E199" w14:textId="77777777" w:rsidR="007A5E59" w:rsidRDefault="0095198F">
            <w:r>
              <w:t>м3/час</w:t>
            </w:r>
          </w:p>
        </w:tc>
        <w:tc>
          <w:tcPr>
            <w:tcW w:w="0" w:type="auto"/>
          </w:tcPr>
          <w:p w14:paraId="48B56480" w14:textId="77777777" w:rsidR="007A5E59" w:rsidRDefault="0095198F">
            <w:pPr>
              <w:jc w:val="center"/>
            </w:pPr>
            <w:r>
              <w:t>97,836</w:t>
            </w:r>
          </w:p>
        </w:tc>
        <w:tc>
          <w:tcPr>
            <w:tcW w:w="0" w:type="auto"/>
          </w:tcPr>
          <w:p w14:paraId="71DD6BFF" w14:textId="77777777" w:rsidR="007A5E59" w:rsidRDefault="0095198F">
            <w:pPr>
              <w:jc w:val="center"/>
            </w:pPr>
            <w:r>
              <w:t>97,836</w:t>
            </w:r>
          </w:p>
        </w:tc>
        <w:tc>
          <w:tcPr>
            <w:tcW w:w="0" w:type="auto"/>
          </w:tcPr>
          <w:p w14:paraId="56850C3F" w14:textId="77777777" w:rsidR="007A5E59" w:rsidRDefault="0095198F">
            <w:pPr>
              <w:jc w:val="center"/>
            </w:pPr>
            <w:r>
              <w:t>97,836</w:t>
            </w:r>
          </w:p>
        </w:tc>
      </w:tr>
      <w:tr w:rsidR="007A5E59" w14:paraId="29922362" w14:textId="77777777">
        <w:trPr>
          <w:jc w:val="center"/>
        </w:trPr>
        <w:tc>
          <w:tcPr>
            <w:tcW w:w="0" w:type="auto"/>
          </w:tcPr>
          <w:p w14:paraId="60A95B8C" w14:textId="77777777" w:rsidR="007A5E59" w:rsidRDefault="007A5E59"/>
        </w:tc>
        <w:tc>
          <w:tcPr>
            <w:tcW w:w="0" w:type="auto"/>
          </w:tcPr>
          <w:p w14:paraId="5C29F0BC" w14:textId="77777777" w:rsidR="007A5E59" w:rsidRDefault="007A5E59"/>
        </w:tc>
        <w:tc>
          <w:tcPr>
            <w:tcW w:w="0" w:type="auto"/>
          </w:tcPr>
          <w:p w14:paraId="50054532" w14:textId="77777777" w:rsidR="007A5E59" w:rsidRDefault="007A5E59"/>
        </w:tc>
        <w:tc>
          <w:tcPr>
            <w:tcW w:w="0" w:type="auto"/>
          </w:tcPr>
          <w:p w14:paraId="753C7464" w14:textId="77777777" w:rsidR="007A5E59" w:rsidRDefault="0095198F">
            <w:r>
              <w:t>Гкал/ч</w:t>
            </w:r>
          </w:p>
        </w:tc>
        <w:tc>
          <w:tcPr>
            <w:tcW w:w="0" w:type="auto"/>
          </w:tcPr>
          <w:p w14:paraId="2B4A0961" w14:textId="77777777" w:rsidR="007A5E59" w:rsidRDefault="0095198F">
            <w:pPr>
              <w:jc w:val="center"/>
            </w:pPr>
            <w:r>
              <w:t>5,381</w:t>
            </w:r>
          </w:p>
        </w:tc>
        <w:tc>
          <w:tcPr>
            <w:tcW w:w="0" w:type="auto"/>
          </w:tcPr>
          <w:p w14:paraId="52569B30" w14:textId="77777777" w:rsidR="007A5E59" w:rsidRDefault="0095198F">
            <w:pPr>
              <w:jc w:val="center"/>
            </w:pPr>
            <w:r>
              <w:t>5,381</w:t>
            </w:r>
          </w:p>
        </w:tc>
        <w:tc>
          <w:tcPr>
            <w:tcW w:w="0" w:type="auto"/>
          </w:tcPr>
          <w:p w14:paraId="5F8C6F2E" w14:textId="77777777" w:rsidR="007A5E59" w:rsidRDefault="0095198F">
            <w:pPr>
              <w:jc w:val="center"/>
            </w:pPr>
            <w:r>
              <w:t>5,381</w:t>
            </w:r>
          </w:p>
        </w:tc>
      </w:tr>
      <w:tr w:rsidR="007A5E59" w14:paraId="251969FC" w14:textId="77777777">
        <w:trPr>
          <w:jc w:val="center"/>
        </w:trPr>
        <w:tc>
          <w:tcPr>
            <w:tcW w:w="0" w:type="auto"/>
          </w:tcPr>
          <w:p w14:paraId="6664411D" w14:textId="77777777" w:rsidR="007A5E59" w:rsidRDefault="007A5E59"/>
        </w:tc>
        <w:tc>
          <w:tcPr>
            <w:tcW w:w="0" w:type="auto"/>
          </w:tcPr>
          <w:p w14:paraId="2F22DF8F" w14:textId="77777777" w:rsidR="007A5E59" w:rsidRDefault="007A5E59"/>
        </w:tc>
        <w:tc>
          <w:tcPr>
            <w:tcW w:w="0" w:type="auto"/>
          </w:tcPr>
          <w:p w14:paraId="67E74B9C" w14:textId="77777777" w:rsidR="007A5E59" w:rsidRDefault="007A5E59"/>
        </w:tc>
        <w:tc>
          <w:tcPr>
            <w:tcW w:w="0" w:type="auto"/>
          </w:tcPr>
          <w:p w14:paraId="2F4C97A2" w14:textId="77777777" w:rsidR="007A5E59" w:rsidRDefault="0095198F">
            <w:r>
              <w:t>Гкал/год</w:t>
            </w:r>
          </w:p>
        </w:tc>
        <w:tc>
          <w:tcPr>
            <w:tcW w:w="0" w:type="auto"/>
          </w:tcPr>
          <w:p w14:paraId="2861F446" w14:textId="77777777" w:rsidR="007A5E59" w:rsidRDefault="0095198F">
            <w:pPr>
              <w:jc w:val="center"/>
            </w:pPr>
            <w:r>
              <w:t>43 050,40</w:t>
            </w:r>
          </w:p>
        </w:tc>
        <w:tc>
          <w:tcPr>
            <w:tcW w:w="0" w:type="auto"/>
          </w:tcPr>
          <w:p w14:paraId="50E4F3C6" w14:textId="77777777" w:rsidR="007A5E59" w:rsidRDefault="0095198F">
            <w:pPr>
              <w:jc w:val="center"/>
            </w:pPr>
            <w:r>
              <w:t>43 050,40</w:t>
            </w:r>
          </w:p>
        </w:tc>
        <w:tc>
          <w:tcPr>
            <w:tcW w:w="0" w:type="auto"/>
          </w:tcPr>
          <w:p w14:paraId="7A68E4AB" w14:textId="77777777" w:rsidR="007A5E59" w:rsidRDefault="0095198F">
            <w:pPr>
              <w:jc w:val="center"/>
            </w:pPr>
            <w:r>
              <w:t>43 050,40</w:t>
            </w:r>
          </w:p>
        </w:tc>
      </w:tr>
      <w:tr w:rsidR="007A5E59" w14:paraId="6409C185" w14:textId="77777777">
        <w:trPr>
          <w:jc w:val="center"/>
        </w:trPr>
        <w:tc>
          <w:tcPr>
            <w:tcW w:w="0" w:type="auto"/>
          </w:tcPr>
          <w:p w14:paraId="5B03B7BF" w14:textId="77777777" w:rsidR="007A5E59" w:rsidRDefault="007A5E59"/>
        </w:tc>
        <w:tc>
          <w:tcPr>
            <w:tcW w:w="0" w:type="auto"/>
          </w:tcPr>
          <w:p w14:paraId="38ACF400" w14:textId="77777777" w:rsidR="007A5E59" w:rsidRDefault="007A5E59"/>
        </w:tc>
        <w:tc>
          <w:tcPr>
            <w:tcW w:w="0" w:type="auto"/>
          </w:tcPr>
          <w:p w14:paraId="5E198721" w14:textId="77777777" w:rsidR="007A5E59" w:rsidRDefault="0095198F">
            <w:r>
              <w:t>Пар</w:t>
            </w:r>
          </w:p>
        </w:tc>
        <w:tc>
          <w:tcPr>
            <w:tcW w:w="0" w:type="auto"/>
          </w:tcPr>
          <w:p w14:paraId="1461E2BE" w14:textId="77777777" w:rsidR="007A5E59" w:rsidRDefault="0095198F">
            <w:r>
              <w:t>Гкал/ч</w:t>
            </w:r>
          </w:p>
        </w:tc>
        <w:tc>
          <w:tcPr>
            <w:tcW w:w="0" w:type="auto"/>
          </w:tcPr>
          <w:p w14:paraId="0A446021" w14:textId="77777777" w:rsidR="007A5E59" w:rsidRDefault="0095198F">
            <w:pPr>
              <w:jc w:val="center"/>
            </w:pPr>
            <w:r>
              <w:t>23,500</w:t>
            </w:r>
          </w:p>
        </w:tc>
        <w:tc>
          <w:tcPr>
            <w:tcW w:w="0" w:type="auto"/>
          </w:tcPr>
          <w:p w14:paraId="7C2881F0" w14:textId="77777777" w:rsidR="007A5E59" w:rsidRDefault="0095198F">
            <w:pPr>
              <w:jc w:val="center"/>
            </w:pPr>
            <w:r>
              <w:t>23,500</w:t>
            </w:r>
          </w:p>
        </w:tc>
        <w:tc>
          <w:tcPr>
            <w:tcW w:w="0" w:type="auto"/>
          </w:tcPr>
          <w:p w14:paraId="390DDDFB" w14:textId="77777777" w:rsidR="007A5E59" w:rsidRDefault="0095198F">
            <w:pPr>
              <w:jc w:val="center"/>
            </w:pPr>
            <w:r>
              <w:t>23,500</w:t>
            </w:r>
          </w:p>
        </w:tc>
      </w:tr>
      <w:tr w:rsidR="007A5E59" w14:paraId="75898C27" w14:textId="77777777">
        <w:trPr>
          <w:jc w:val="center"/>
        </w:trPr>
        <w:tc>
          <w:tcPr>
            <w:tcW w:w="0" w:type="auto"/>
          </w:tcPr>
          <w:p w14:paraId="6551F543" w14:textId="77777777" w:rsidR="007A5E59" w:rsidRDefault="007A5E59"/>
        </w:tc>
        <w:tc>
          <w:tcPr>
            <w:tcW w:w="0" w:type="auto"/>
          </w:tcPr>
          <w:p w14:paraId="143B0567" w14:textId="77777777" w:rsidR="007A5E59" w:rsidRDefault="007A5E59"/>
        </w:tc>
        <w:tc>
          <w:tcPr>
            <w:tcW w:w="0" w:type="auto"/>
          </w:tcPr>
          <w:p w14:paraId="374AEFC6" w14:textId="77777777" w:rsidR="007A5E59" w:rsidRDefault="007A5E59"/>
        </w:tc>
        <w:tc>
          <w:tcPr>
            <w:tcW w:w="0" w:type="auto"/>
          </w:tcPr>
          <w:p w14:paraId="50DD50FA" w14:textId="77777777" w:rsidR="007A5E59" w:rsidRDefault="0095198F">
            <w:r>
              <w:t>Гкал/год</w:t>
            </w:r>
          </w:p>
        </w:tc>
        <w:tc>
          <w:tcPr>
            <w:tcW w:w="0" w:type="auto"/>
          </w:tcPr>
          <w:p w14:paraId="55785CB0" w14:textId="77777777" w:rsidR="007A5E59" w:rsidRDefault="0095198F">
            <w:pPr>
              <w:jc w:val="center"/>
            </w:pPr>
            <w:r>
              <w:t>90 083,00</w:t>
            </w:r>
          </w:p>
        </w:tc>
        <w:tc>
          <w:tcPr>
            <w:tcW w:w="0" w:type="auto"/>
          </w:tcPr>
          <w:p w14:paraId="0588ABED" w14:textId="77777777" w:rsidR="007A5E59" w:rsidRDefault="0095198F">
            <w:pPr>
              <w:jc w:val="center"/>
            </w:pPr>
            <w:r>
              <w:t>90 083,00</w:t>
            </w:r>
          </w:p>
        </w:tc>
        <w:tc>
          <w:tcPr>
            <w:tcW w:w="0" w:type="auto"/>
          </w:tcPr>
          <w:p w14:paraId="67384A5C" w14:textId="77777777" w:rsidR="007A5E59" w:rsidRDefault="0095198F">
            <w:pPr>
              <w:jc w:val="center"/>
            </w:pPr>
            <w:r>
              <w:t>90 083,00</w:t>
            </w:r>
          </w:p>
        </w:tc>
      </w:tr>
      <w:tr w:rsidR="007A5E59" w14:paraId="0ACF3146" w14:textId="77777777">
        <w:trPr>
          <w:jc w:val="center"/>
        </w:trPr>
        <w:tc>
          <w:tcPr>
            <w:tcW w:w="0" w:type="auto"/>
          </w:tcPr>
          <w:p w14:paraId="38D2A11D" w14:textId="77777777" w:rsidR="007A5E59" w:rsidRDefault="0095198F">
            <w:r>
              <w:t>1.1.2</w:t>
            </w:r>
          </w:p>
        </w:tc>
        <w:tc>
          <w:tcPr>
            <w:tcW w:w="0" w:type="auto"/>
          </w:tcPr>
          <w:p w14:paraId="037BB393" w14:textId="77777777" w:rsidR="007A5E59" w:rsidRPr="00794D67" w:rsidRDefault="0095198F">
            <w:pPr>
              <w:rPr>
                <w:lang w:val="ru-RU"/>
              </w:rPr>
            </w:pPr>
            <w:r w:rsidRPr="00794D67">
              <w:rPr>
                <w:lang w:val="ru-RU"/>
              </w:rPr>
              <w:t>Котельная «Производственно-отопительная УПК № 2 Шалым»</w:t>
            </w:r>
          </w:p>
        </w:tc>
        <w:tc>
          <w:tcPr>
            <w:tcW w:w="0" w:type="auto"/>
          </w:tcPr>
          <w:p w14:paraId="3BA4C04E" w14:textId="77777777" w:rsidR="007A5E59" w:rsidRDefault="0095198F">
            <w:r>
              <w:t>Отопление</w:t>
            </w:r>
          </w:p>
        </w:tc>
        <w:tc>
          <w:tcPr>
            <w:tcW w:w="0" w:type="auto"/>
          </w:tcPr>
          <w:p w14:paraId="3A724920" w14:textId="77777777" w:rsidR="007A5E59" w:rsidRDefault="0095198F">
            <w:r>
              <w:t>Гкал/ч</w:t>
            </w:r>
          </w:p>
        </w:tc>
        <w:tc>
          <w:tcPr>
            <w:tcW w:w="0" w:type="auto"/>
          </w:tcPr>
          <w:p w14:paraId="4D6C33D4" w14:textId="77777777" w:rsidR="007A5E59" w:rsidRDefault="0095198F">
            <w:pPr>
              <w:jc w:val="center"/>
            </w:pPr>
            <w:r>
              <w:t>4,359</w:t>
            </w:r>
          </w:p>
        </w:tc>
        <w:tc>
          <w:tcPr>
            <w:tcW w:w="0" w:type="auto"/>
          </w:tcPr>
          <w:p w14:paraId="4B0D38BC" w14:textId="77777777" w:rsidR="007A5E59" w:rsidRDefault="0095198F">
            <w:pPr>
              <w:jc w:val="center"/>
            </w:pPr>
            <w:r>
              <w:t>4,359</w:t>
            </w:r>
          </w:p>
        </w:tc>
        <w:tc>
          <w:tcPr>
            <w:tcW w:w="0" w:type="auto"/>
          </w:tcPr>
          <w:p w14:paraId="554673A4" w14:textId="77777777" w:rsidR="007A5E59" w:rsidRDefault="0095198F">
            <w:pPr>
              <w:jc w:val="center"/>
            </w:pPr>
            <w:r>
              <w:t>4,359</w:t>
            </w:r>
          </w:p>
        </w:tc>
      </w:tr>
      <w:tr w:rsidR="007A5E59" w14:paraId="3D8D3014" w14:textId="77777777">
        <w:trPr>
          <w:jc w:val="center"/>
        </w:trPr>
        <w:tc>
          <w:tcPr>
            <w:tcW w:w="0" w:type="auto"/>
          </w:tcPr>
          <w:p w14:paraId="49A203F9" w14:textId="77777777" w:rsidR="007A5E59" w:rsidRDefault="007A5E59"/>
        </w:tc>
        <w:tc>
          <w:tcPr>
            <w:tcW w:w="0" w:type="auto"/>
          </w:tcPr>
          <w:p w14:paraId="677F547A" w14:textId="77777777" w:rsidR="007A5E59" w:rsidRDefault="007A5E59"/>
        </w:tc>
        <w:tc>
          <w:tcPr>
            <w:tcW w:w="0" w:type="auto"/>
          </w:tcPr>
          <w:p w14:paraId="1AD8B12D" w14:textId="77777777" w:rsidR="007A5E59" w:rsidRDefault="007A5E59"/>
        </w:tc>
        <w:tc>
          <w:tcPr>
            <w:tcW w:w="0" w:type="auto"/>
          </w:tcPr>
          <w:p w14:paraId="0611D18F" w14:textId="77777777" w:rsidR="007A5E59" w:rsidRDefault="0095198F">
            <w:r>
              <w:t>Гкал/год</w:t>
            </w:r>
          </w:p>
        </w:tc>
        <w:tc>
          <w:tcPr>
            <w:tcW w:w="0" w:type="auto"/>
          </w:tcPr>
          <w:p w14:paraId="74A115FD" w14:textId="77777777" w:rsidR="007A5E59" w:rsidRDefault="0095198F">
            <w:pPr>
              <w:jc w:val="center"/>
            </w:pPr>
            <w:r>
              <w:t>8 555,20</w:t>
            </w:r>
          </w:p>
        </w:tc>
        <w:tc>
          <w:tcPr>
            <w:tcW w:w="0" w:type="auto"/>
          </w:tcPr>
          <w:p w14:paraId="62D59035" w14:textId="77777777" w:rsidR="007A5E59" w:rsidRDefault="0095198F">
            <w:pPr>
              <w:jc w:val="center"/>
            </w:pPr>
            <w:r>
              <w:t>8 555,20</w:t>
            </w:r>
          </w:p>
        </w:tc>
        <w:tc>
          <w:tcPr>
            <w:tcW w:w="0" w:type="auto"/>
          </w:tcPr>
          <w:p w14:paraId="360A207D" w14:textId="77777777" w:rsidR="007A5E59" w:rsidRDefault="0095198F">
            <w:pPr>
              <w:jc w:val="center"/>
            </w:pPr>
            <w:r>
              <w:t>8 555,20</w:t>
            </w:r>
          </w:p>
        </w:tc>
      </w:tr>
      <w:tr w:rsidR="007A5E59" w14:paraId="7AFD519F" w14:textId="77777777">
        <w:trPr>
          <w:jc w:val="center"/>
        </w:trPr>
        <w:tc>
          <w:tcPr>
            <w:tcW w:w="0" w:type="auto"/>
          </w:tcPr>
          <w:p w14:paraId="6C7A52D8" w14:textId="77777777" w:rsidR="007A5E59" w:rsidRDefault="007A5E59"/>
        </w:tc>
        <w:tc>
          <w:tcPr>
            <w:tcW w:w="0" w:type="auto"/>
          </w:tcPr>
          <w:p w14:paraId="2BC911AB" w14:textId="77777777" w:rsidR="007A5E59" w:rsidRDefault="007A5E59"/>
        </w:tc>
        <w:tc>
          <w:tcPr>
            <w:tcW w:w="0" w:type="auto"/>
          </w:tcPr>
          <w:p w14:paraId="5BB7A7DC" w14:textId="77777777" w:rsidR="007A5E59" w:rsidRDefault="0095198F">
            <w:r>
              <w:t>Вентиляция</w:t>
            </w:r>
          </w:p>
        </w:tc>
        <w:tc>
          <w:tcPr>
            <w:tcW w:w="0" w:type="auto"/>
          </w:tcPr>
          <w:p w14:paraId="2FAF7B7D" w14:textId="77777777" w:rsidR="007A5E59" w:rsidRDefault="0095198F">
            <w:r>
              <w:t>Гкал/ч</w:t>
            </w:r>
          </w:p>
        </w:tc>
        <w:tc>
          <w:tcPr>
            <w:tcW w:w="0" w:type="auto"/>
          </w:tcPr>
          <w:p w14:paraId="7A2138B5" w14:textId="77777777" w:rsidR="007A5E59" w:rsidRDefault="0095198F">
            <w:pPr>
              <w:jc w:val="center"/>
            </w:pPr>
            <w:r>
              <w:t>0,395</w:t>
            </w:r>
          </w:p>
        </w:tc>
        <w:tc>
          <w:tcPr>
            <w:tcW w:w="0" w:type="auto"/>
          </w:tcPr>
          <w:p w14:paraId="678970D6" w14:textId="77777777" w:rsidR="007A5E59" w:rsidRDefault="0095198F">
            <w:pPr>
              <w:jc w:val="center"/>
            </w:pPr>
            <w:r>
              <w:t>0,395</w:t>
            </w:r>
          </w:p>
        </w:tc>
        <w:tc>
          <w:tcPr>
            <w:tcW w:w="0" w:type="auto"/>
          </w:tcPr>
          <w:p w14:paraId="1EBAAFF7" w14:textId="77777777" w:rsidR="007A5E59" w:rsidRDefault="0095198F">
            <w:pPr>
              <w:jc w:val="center"/>
            </w:pPr>
            <w:r>
              <w:t>0,395</w:t>
            </w:r>
          </w:p>
        </w:tc>
      </w:tr>
      <w:tr w:rsidR="007A5E59" w14:paraId="1C61C5E6" w14:textId="77777777">
        <w:trPr>
          <w:jc w:val="center"/>
        </w:trPr>
        <w:tc>
          <w:tcPr>
            <w:tcW w:w="0" w:type="auto"/>
          </w:tcPr>
          <w:p w14:paraId="6331381F" w14:textId="77777777" w:rsidR="007A5E59" w:rsidRDefault="007A5E59"/>
        </w:tc>
        <w:tc>
          <w:tcPr>
            <w:tcW w:w="0" w:type="auto"/>
          </w:tcPr>
          <w:p w14:paraId="7242E4BC" w14:textId="77777777" w:rsidR="007A5E59" w:rsidRDefault="007A5E59"/>
        </w:tc>
        <w:tc>
          <w:tcPr>
            <w:tcW w:w="0" w:type="auto"/>
          </w:tcPr>
          <w:p w14:paraId="0B4DFA95" w14:textId="77777777" w:rsidR="007A5E59" w:rsidRDefault="007A5E59"/>
        </w:tc>
        <w:tc>
          <w:tcPr>
            <w:tcW w:w="0" w:type="auto"/>
          </w:tcPr>
          <w:p w14:paraId="4992EA63" w14:textId="77777777" w:rsidR="007A5E59" w:rsidRDefault="0095198F">
            <w:r>
              <w:t>Гкал/год</w:t>
            </w:r>
          </w:p>
        </w:tc>
        <w:tc>
          <w:tcPr>
            <w:tcW w:w="0" w:type="auto"/>
          </w:tcPr>
          <w:p w14:paraId="2436C403" w14:textId="77777777" w:rsidR="007A5E59" w:rsidRDefault="0095198F">
            <w:pPr>
              <w:jc w:val="center"/>
            </w:pPr>
            <w:r>
              <w:t>775,90</w:t>
            </w:r>
          </w:p>
        </w:tc>
        <w:tc>
          <w:tcPr>
            <w:tcW w:w="0" w:type="auto"/>
          </w:tcPr>
          <w:p w14:paraId="640A7E14" w14:textId="77777777" w:rsidR="007A5E59" w:rsidRDefault="0095198F">
            <w:pPr>
              <w:jc w:val="center"/>
            </w:pPr>
            <w:r>
              <w:t>775,90</w:t>
            </w:r>
          </w:p>
        </w:tc>
        <w:tc>
          <w:tcPr>
            <w:tcW w:w="0" w:type="auto"/>
          </w:tcPr>
          <w:p w14:paraId="0193C10D" w14:textId="77777777" w:rsidR="007A5E59" w:rsidRDefault="0095198F">
            <w:pPr>
              <w:jc w:val="center"/>
            </w:pPr>
            <w:r>
              <w:t>775,90</w:t>
            </w:r>
          </w:p>
        </w:tc>
      </w:tr>
      <w:tr w:rsidR="007A5E59" w14:paraId="7B3053A8" w14:textId="77777777">
        <w:trPr>
          <w:jc w:val="center"/>
        </w:trPr>
        <w:tc>
          <w:tcPr>
            <w:tcW w:w="0" w:type="auto"/>
          </w:tcPr>
          <w:p w14:paraId="6DF1C88B" w14:textId="77777777" w:rsidR="007A5E59" w:rsidRDefault="007A5E59"/>
        </w:tc>
        <w:tc>
          <w:tcPr>
            <w:tcW w:w="0" w:type="auto"/>
          </w:tcPr>
          <w:p w14:paraId="6FA7667B" w14:textId="77777777" w:rsidR="007A5E59" w:rsidRDefault="007A5E59"/>
        </w:tc>
        <w:tc>
          <w:tcPr>
            <w:tcW w:w="0" w:type="auto"/>
          </w:tcPr>
          <w:p w14:paraId="04136729" w14:textId="77777777" w:rsidR="007A5E59" w:rsidRDefault="0095198F">
            <w:r>
              <w:t>ГВС</w:t>
            </w:r>
          </w:p>
        </w:tc>
        <w:tc>
          <w:tcPr>
            <w:tcW w:w="0" w:type="auto"/>
          </w:tcPr>
          <w:p w14:paraId="776947B7" w14:textId="77777777" w:rsidR="007A5E59" w:rsidRDefault="0095198F">
            <w:r>
              <w:t>м3/час</w:t>
            </w:r>
          </w:p>
        </w:tc>
        <w:tc>
          <w:tcPr>
            <w:tcW w:w="0" w:type="auto"/>
          </w:tcPr>
          <w:p w14:paraId="1CF11DAF" w14:textId="77777777" w:rsidR="007A5E59" w:rsidRDefault="0095198F">
            <w:pPr>
              <w:jc w:val="center"/>
            </w:pPr>
            <w:r>
              <w:t>7,640</w:t>
            </w:r>
          </w:p>
        </w:tc>
        <w:tc>
          <w:tcPr>
            <w:tcW w:w="0" w:type="auto"/>
          </w:tcPr>
          <w:p w14:paraId="690C931F" w14:textId="77777777" w:rsidR="007A5E59" w:rsidRDefault="0095198F">
            <w:pPr>
              <w:jc w:val="center"/>
            </w:pPr>
            <w:r>
              <w:t>7,640</w:t>
            </w:r>
          </w:p>
        </w:tc>
        <w:tc>
          <w:tcPr>
            <w:tcW w:w="0" w:type="auto"/>
          </w:tcPr>
          <w:p w14:paraId="2274F038" w14:textId="77777777" w:rsidR="007A5E59" w:rsidRDefault="0095198F">
            <w:pPr>
              <w:jc w:val="center"/>
            </w:pPr>
            <w:r>
              <w:t>7,640</w:t>
            </w:r>
          </w:p>
        </w:tc>
      </w:tr>
      <w:tr w:rsidR="007A5E59" w14:paraId="209AA24B" w14:textId="77777777">
        <w:trPr>
          <w:jc w:val="center"/>
        </w:trPr>
        <w:tc>
          <w:tcPr>
            <w:tcW w:w="0" w:type="auto"/>
          </w:tcPr>
          <w:p w14:paraId="08064088" w14:textId="77777777" w:rsidR="007A5E59" w:rsidRDefault="007A5E59"/>
        </w:tc>
        <w:tc>
          <w:tcPr>
            <w:tcW w:w="0" w:type="auto"/>
          </w:tcPr>
          <w:p w14:paraId="72E6557B" w14:textId="77777777" w:rsidR="007A5E59" w:rsidRDefault="007A5E59"/>
        </w:tc>
        <w:tc>
          <w:tcPr>
            <w:tcW w:w="0" w:type="auto"/>
          </w:tcPr>
          <w:p w14:paraId="096A32BE" w14:textId="77777777" w:rsidR="007A5E59" w:rsidRDefault="007A5E59"/>
        </w:tc>
        <w:tc>
          <w:tcPr>
            <w:tcW w:w="0" w:type="auto"/>
          </w:tcPr>
          <w:p w14:paraId="4A295B98" w14:textId="77777777" w:rsidR="007A5E59" w:rsidRDefault="0095198F">
            <w:r>
              <w:t>Гкал/ч</w:t>
            </w:r>
          </w:p>
        </w:tc>
        <w:tc>
          <w:tcPr>
            <w:tcW w:w="0" w:type="auto"/>
          </w:tcPr>
          <w:p w14:paraId="2FABB561" w14:textId="77777777" w:rsidR="007A5E59" w:rsidRDefault="0095198F">
            <w:pPr>
              <w:jc w:val="center"/>
            </w:pPr>
            <w:r>
              <w:t>0,382</w:t>
            </w:r>
          </w:p>
        </w:tc>
        <w:tc>
          <w:tcPr>
            <w:tcW w:w="0" w:type="auto"/>
          </w:tcPr>
          <w:p w14:paraId="695A17F0" w14:textId="77777777" w:rsidR="007A5E59" w:rsidRDefault="0095198F">
            <w:pPr>
              <w:jc w:val="center"/>
            </w:pPr>
            <w:r>
              <w:t>0,382</w:t>
            </w:r>
          </w:p>
        </w:tc>
        <w:tc>
          <w:tcPr>
            <w:tcW w:w="0" w:type="auto"/>
          </w:tcPr>
          <w:p w14:paraId="405539E3" w14:textId="77777777" w:rsidR="007A5E59" w:rsidRDefault="0095198F">
            <w:pPr>
              <w:jc w:val="center"/>
            </w:pPr>
            <w:r>
              <w:t>0,382</w:t>
            </w:r>
          </w:p>
        </w:tc>
      </w:tr>
      <w:tr w:rsidR="007A5E59" w14:paraId="68C993D3" w14:textId="77777777">
        <w:trPr>
          <w:jc w:val="center"/>
        </w:trPr>
        <w:tc>
          <w:tcPr>
            <w:tcW w:w="0" w:type="auto"/>
          </w:tcPr>
          <w:p w14:paraId="6750CF24" w14:textId="77777777" w:rsidR="007A5E59" w:rsidRDefault="007A5E59"/>
        </w:tc>
        <w:tc>
          <w:tcPr>
            <w:tcW w:w="0" w:type="auto"/>
          </w:tcPr>
          <w:p w14:paraId="22278540" w14:textId="77777777" w:rsidR="007A5E59" w:rsidRDefault="007A5E59"/>
        </w:tc>
        <w:tc>
          <w:tcPr>
            <w:tcW w:w="0" w:type="auto"/>
          </w:tcPr>
          <w:p w14:paraId="612FB4AD" w14:textId="77777777" w:rsidR="007A5E59" w:rsidRDefault="007A5E59"/>
        </w:tc>
        <w:tc>
          <w:tcPr>
            <w:tcW w:w="0" w:type="auto"/>
          </w:tcPr>
          <w:p w14:paraId="7E33352C" w14:textId="77777777" w:rsidR="007A5E59" w:rsidRDefault="0095198F">
            <w:r>
              <w:t>Гкал/год</w:t>
            </w:r>
          </w:p>
        </w:tc>
        <w:tc>
          <w:tcPr>
            <w:tcW w:w="0" w:type="auto"/>
          </w:tcPr>
          <w:p w14:paraId="0D8BE182" w14:textId="77777777" w:rsidR="007A5E59" w:rsidRDefault="0095198F">
            <w:pPr>
              <w:jc w:val="center"/>
            </w:pPr>
            <w:r>
              <w:t>2 997,80</w:t>
            </w:r>
          </w:p>
        </w:tc>
        <w:tc>
          <w:tcPr>
            <w:tcW w:w="0" w:type="auto"/>
          </w:tcPr>
          <w:p w14:paraId="4A56E9E7" w14:textId="77777777" w:rsidR="007A5E59" w:rsidRDefault="0095198F">
            <w:pPr>
              <w:jc w:val="center"/>
            </w:pPr>
            <w:r>
              <w:t>2 997,80</w:t>
            </w:r>
          </w:p>
        </w:tc>
        <w:tc>
          <w:tcPr>
            <w:tcW w:w="0" w:type="auto"/>
          </w:tcPr>
          <w:p w14:paraId="03582D2C" w14:textId="77777777" w:rsidR="007A5E59" w:rsidRDefault="0095198F">
            <w:pPr>
              <w:jc w:val="center"/>
            </w:pPr>
            <w:r>
              <w:t>2 997,80</w:t>
            </w:r>
          </w:p>
        </w:tc>
      </w:tr>
      <w:tr w:rsidR="007A5E59" w14:paraId="4E157BAB" w14:textId="77777777">
        <w:trPr>
          <w:jc w:val="center"/>
        </w:trPr>
        <w:tc>
          <w:tcPr>
            <w:tcW w:w="0" w:type="auto"/>
          </w:tcPr>
          <w:p w14:paraId="1838F141" w14:textId="77777777" w:rsidR="007A5E59" w:rsidRDefault="0095198F">
            <w:r>
              <w:t>1.1.3</w:t>
            </w:r>
          </w:p>
        </w:tc>
        <w:tc>
          <w:tcPr>
            <w:tcW w:w="0" w:type="auto"/>
          </w:tcPr>
          <w:p w14:paraId="5B8BF7CB" w14:textId="77777777" w:rsidR="007A5E59" w:rsidRPr="00794D67" w:rsidRDefault="0095198F">
            <w:pPr>
              <w:rPr>
                <w:lang w:val="ru-RU"/>
              </w:rPr>
            </w:pPr>
            <w:r w:rsidRPr="00794D67">
              <w:rPr>
                <w:lang w:val="ru-RU"/>
              </w:rPr>
              <w:t>Котельная «Производственно-отопительная УПК № 2 ЦМК»</w:t>
            </w:r>
          </w:p>
        </w:tc>
        <w:tc>
          <w:tcPr>
            <w:tcW w:w="0" w:type="auto"/>
          </w:tcPr>
          <w:p w14:paraId="23AE14E5" w14:textId="77777777" w:rsidR="007A5E59" w:rsidRDefault="0095198F">
            <w:r>
              <w:t>Отопление</w:t>
            </w:r>
          </w:p>
        </w:tc>
        <w:tc>
          <w:tcPr>
            <w:tcW w:w="0" w:type="auto"/>
          </w:tcPr>
          <w:p w14:paraId="6864491D" w14:textId="77777777" w:rsidR="007A5E59" w:rsidRDefault="0095198F">
            <w:r>
              <w:t>Гкал/ч</w:t>
            </w:r>
          </w:p>
        </w:tc>
        <w:tc>
          <w:tcPr>
            <w:tcW w:w="0" w:type="auto"/>
          </w:tcPr>
          <w:p w14:paraId="6A55D904" w14:textId="77777777" w:rsidR="007A5E59" w:rsidRDefault="0095198F">
            <w:pPr>
              <w:jc w:val="center"/>
            </w:pPr>
            <w:r>
              <w:t>2,839</w:t>
            </w:r>
          </w:p>
        </w:tc>
        <w:tc>
          <w:tcPr>
            <w:tcW w:w="0" w:type="auto"/>
          </w:tcPr>
          <w:p w14:paraId="7A73557A" w14:textId="77777777" w:rsidR="007A5E59" w:rsidRDefault="0095198F">
            <w:pPr>
              <w:jc w:val="center"/>
            </w:pPr>
            <w:r>
              <w:t>3,370</w:t>
            </w:r>
          </w:p>
        </w:tc>
        <w:tc>
          <w:tcPr>
            <w:tcW w:w="0" w:type="auto"/>
          </w:tcPr>
          <w:p w14:paraId="35A32028" w14:textId="77777777" w:rsidR="007A5E59" w:rsidRDefault="0095198F">
            <w:pPr>
              <w:jc w:val="center"/>
            </w:pPr>
            <w:r>
              <w:t>3,370</w:t>
            </w:r>
          </w:p>
        </w:tc>
      </w:tr>
      <w:tr w:rsidR="007A5E59" w14:paraId="311A1F47" w14:textId="77777777">
        <w:trPr>
          <w:jc w:val="center"/>
        </w:trPr>
        <w:tc>
          <w:tcPr>
            <w:tcW w:w="0" w:type="auto"/>
          </w:tcPr>
          <w:p w14:paraId="2936207F" w14:textId="77777777" w:rsidR="007A5E59" w:rsidRDefault="007A5E59"/>
        </w:tc>
        <w:tc>
          <w:tcPr>
            <w:tcW w:w="0" w:type="auto"/>
          </w:tcPr>
          <w:p w14:paraId="1C8965A8" w14:textId="77777777" w:rsidR="007A5E59" w:rsidRDefault="007A5E59"/>
        </w:tc>
        <w:tc>
          <w:tcPr>
            <w:tcW w:w="0" w:type="auto"/>
          </w:tcPr>
          <w:p w14:paraId="5E0D9660" w14:textId="77777777" w:rsidR="007A5E59" w:rsidRDefault="007A5E59"/>
        </w:tc>
        <w:tc>
          <w:tcPr>
            <w:tcW w:w="0" w:type="auto"/>
          </w:tcPr>
          <w:p w14:paraId="4A4ED17E" w14:textId="77777777" w:rsidR="007A5E59" w:rsidRDefault="0095198F">
            <w:r>
              <w:t>Гкал/год</w:t>
            </w:r>
          </w:p>
        </w:tc>
        <w:tc>
          <w:tcPr>
            <w:tcW w:w="0" w:type="auto"/>
          </w:tcPr>
          <w:p w14:paraId="4CC7A8D6" w14:textId="77777777" w:rsidR="007A5E59" w:rsidRDefault="0095198F">
            <w:pPr>
              <w:jc w:val="center"/>
            </w:pPr>
            <w:r>
              <w:t>3 128,30</w:t>
            </w:r>
          </w:p>
        </w:tc>
        <w:tc>
          <w:tcPr>
            <w:tcW w:w="0" w:type="auto"/>
          </w:tcPr>
          <w:p w14:paraId="22A50052" w14:textId="77777777" w:rsidR="007A5E59" w:rsidRDefault="0095198F">
            <w:pPr>
              <w:jc w:val="center"/>
            </w:pPr>
            <w:r>
              <w:t>3 713,35</w:t>
            </w:r>
          </w:p>
        </w:tc>
        <w:tc>
          <w:tcPr>
            <w:tcW w:w="0" w:type="auto"/>
          </w:tcPr>
          <w:p w14:paraId="2F0A16D1" w14:textId="77777777" w:rsidR="007A5E59" w:rsidRDefault="0095198F">
            <w:pPr>
              <w:jc w:val="center"/>
            </w:pPr>
            <w:r>
              <w:t>3 713,35</w:t>
            </w:r>
          </w:p>
        </w:tc>
      </w:tr>
      <w:tr w:rsidR="007A5E59" w14:paraId="5112BCFE" w14:textId="77777777">
        <w:trPr>
          <w:jc w:val="center"/>
        </w:trPr>
        <w:tc>
          <w:tcPr>
            <w:tcW w:w="0" w:type="auto"/>
          </w:tcPr>
          <w:p w14:paraId="522EA7FB" w14:textId="77777777" w:rsidR="007A5E59" w:rsidRDefault="007A5E59"/>
        </w:tc>
        <w:tc>
          <w:tcPr>
            <w:tcW w:w="0" w:type="auto"/>
          </w:tcPr>
          <w:p w14:paraId="62EF2312" w14:textId="77777777" w:rsidR="007A5E59" w:rsidRDefault="007A5E59"/>
        </w:tc>
        <w:tc>
          <w:tcPr>
            <w:tcW w:w="0" w:type="auto"/>
          </w:tcPr>
          <w:p w14:paraId="0B21500B" w14:textId="77777777" w:rsidR="007A5E59" w:rsidRDefault="0095198F">
            <w:r>
              <w:t>Вентиляция</w:t>
            </w:r>
          </w:p>
        </w:tc>
        <w:tc>
          <w:tcPr>
            <w:tcW w:w="0" w:type="auto"/>
          </w:tcPr>
          <w:p w14:paraId="18087C0F" w14:textId="77777777" w:rsidR="007A5E59" w:rsidRDefault="0095198F">
            <w:r>
              <w:t>Гкал/ч</w:t>
            </w:r>
          </w:p>
        </w:tc>
        <w:tc>
          <w:tcPr>
            <w:tcW w:w="0" w:type="auto"/>
          </w:tcPr>
          <w:p w14:paraId="188BF88F" w14:textId="77777777" w:rsidR="007A5E59" w:rsidRDefault="0095198F">
            <w:pPr>
              <w:jc w:val="center"/>
            </w:pPr>
            <w:r>
              <w:t>0,081</w:t>
            </w:r>
          </w:p>
        </w:tc>
        <w:tc>
          <w:tcPr>
            <w:tcW w:w="0" w:type="auto"/>
          </w:tcPr>
          <w:p w14:paraId="4CCB46C3" w14:textId="77777777" w:rsidR="007A5E59" w:rsidRDefault="0095198F">
            <w:pPr>
              <w:jc w:val="center"/>
            </w:pPr>
            <w:r>
              <w:t>0,081</w:t>
            </w:r>
          </w:p>
        </w:tc>
        <w:tc>
          <w:tcPr>
            <w:tcW w:w="0" w:type="auto"/>
          </w:tcPr>
          <w:p w14:paraId="2D668540" w14:textId="77777777" w:rsidR="007A5E59" w:rsidRDefault="0095198F">
            <w:pPr>
              <w:jc w:val="center"/>
            </w:pPr>
            <w:r>
              <w:t>0,081</w:t>
            </w:r>
          </w:p>
        </w:tc>
      </w:tr>
      <w:tr w:rsidR="007A5E59" w14:paraId="08EC32A4" w14:textId="77777777">
        <w:trPr>
          <w:jc w:val="center"/>
        </w:trPr>
        <w:tc>
          <w:tcPr>
            <w:tcW w:w="0" w:type="auto"/>
          </w:tcPr>
          <w:p w14:paraId="56E946D2" w14:textId="77777777" w:rsidR="007A5E59" w:rsidRDefault="007A5E59"/>
        </w:tc>
        <w:tc>
          <w:tcPr>
            <w:tcW w:w="0" w:type="auto"/>
          </w:tcPr>
          <w:p w14:paraId="4E4ECB5E" w14:textId="77777777" w:rsidR="007A5E59" w:rsidRDefault="007A5E59"/>
        </w:tc>
        <w:tc>
          <w:tcPr>
            <w:tcW w:w="0" w:type="auto"/>
          </w:tcPr>
          <w:p w14:paraId="3FDCB043" w14:textId="77777777" w:rsidR="007A5E59" w:rsidRDefault="007A5E59"/>
        </w:tc>
        <w:tc>
          <w:tcPr>
            <w:tcW w:w="0" w:type="auto"/>
          </w:tcPr>
          <w:p w14:paraId="1062CF63" w14:textId="77777777" w:rsidR="007A5E59" w:rsidRDefault="0095198F">
            <w:r>
              <w:t>Гкал/год</w:t>
            </w:r>
          </w:p>
        </w:tc>
        <w:tc>
          <w:tcPr>
            <w:tcW w:w="0" w:type="auto"/>
          </w:tcPr>
          <w:p w14:paraId="39BAC2A9" w14:textId="77777777" w:rsidR="007A5E59" w:rsidRDefault="0095198F">
            <w:pPr>
              <w:jc w:val="center"/>
            </w:pPr>
            <w:r>
              <w:t>89,00</w:t>
            </w:r>
          </w:p>
        </w:tc>
        <w:tc>
          <w:tcPr>
            <w:tcW w:w="0" w:type="auto"/>
          </w:tcPr>
          <w:p w14:paraId="4CCAA1FD" w14:textId="77777777" w:rsidR="007A5E59" w:rsidRDefault="0095198F">
            <w:pPr>
              <w:jc w:val="center"/>
            </w:pPr>
            <w:r>
              <w:t>89,00</w:t>
            </w:r>
          </w:p>
        </w:tc>
        <w:tc>
          <w:tcPr>
            <w:tcW w:w="0" w:type="auto"/>
          </w:tcPr>
          <w:p w14:paraId="14B54386" w14:textId="77777777" w:rsidR="007A5E59" w:rsidRDefault="0095198F">
            <w:pPr>
              <w:jc w:val="center"/>
            </w:pPr>
            <w:r>
              <w:t>89,00</w:t>
            </w:r>
          </w:p>
        </w:tc>
      </w:tr>
      <w:tr w:rsidR="007A5E59" w14:paraId="30158004" w14:textId="77777777">
        <w:trPr>
          <w:jc w:val="center"/>
        </w:trPr>
        <w:tc>
          <w:tcPr>
            <w:tcW w:w="0" w:type="auto"/>
          </w:tcPr>
          <w:p w14:paraId="685F7194" w14:textId="77777777" w:rsidR="007A5E59" w:rsidRDefault="007A5E59"/>
        </w:tc>
        <w:tc>
          <w:tcPr>
            <w:tcW w:w="0" w:type="auto"/>
          </w:tcPr>
          <w:p w14:paraId="309516DB" w14:textId="77777777" w:rsidR="007A5E59" w:rsidRDefault="007A5E59"/>
        </w:tc>
        <w:tc>
          <w:tcPr>
            <w:tcW w:w="0" w:type="auto"/>
          </w:tcPr>
          <w:p w14:paraId="629A8C19" w14:textId="77777777" w:rsidR="007A5E59" w:rsidRDefault="0095198F">
            <w:r>
              <w:t>ГВС</w:t>
            </w:r>
          </w:p>
        </w:tc>
        <w:tc>
          <w:tcPr>
            <w:tcW w:w="0" w:type="auto"/>
          </w:tcPr>
          <w:p w14:paraId="5DFD924B" w14:textId="77777777" w:rsidR="007A5E59" w:rsidRDefault="0095198F">
            <w:r>
              <w:t>м3/час</w:t>
            </w:r>
          </w:p>
        </w:tc>
        <w:tc>
          <w:tcPr>
            <w:tcW w:w="0" w:type="auto"/>
          </w:tcPr>
          <w:p w14:paraId="63E220B5" w14:textId="77777777" w:rsidR="007A5E59" w:rsidRDefault="0095198F">
            <w:pPr>
              <w:jc w:val="center"/>
            </w:pPr>
            <w:r>
              <w:t>2,560</w:t>
            </w:r>
          </w:p>
        </w:tc>
        <w:tc>
          <w:tcPr>
            <w:tcW w:w="0" w:type="auto"/>
          </w:tcPr>
          <w:p w14:paraId="750DBB4F" w14:textId="77777777" w:rsidR="007A5E59" w:rsidRDefault="0095198F">
            <w:pPr>
              <w:jc w:val="center"/>
            </w:pPr>
            <w:r>
              <w:t>2,560</w:t>
            </w:r>
          </w:p>
        </w:tc>
        <w:tc>
          <w:tcPr>
            <w:tcW w:w="0" w:type="auto"/>
          </w:tcPr>
          <w:p w14:paraId="2AD7B3B2" w14:textId="77777777" w:rsidR="007A5E59" w:rsidRDefault="0095198F">
            <w:pPr>
              <w:jc w:val="center"/>
            </w:pPr>
            <w:r>
              <w:t>2,560</w:t>
            </w:r>
          </w:p>
        </w:tc>
      </w:tr>
      <w:tr w:rsidR="007A5E59" w14:paraId="7C17C109" w14:textId="77777777">
        <w:trPr>
          <w:jc w:val="center"/>
        </w:trPr>
        <w:tc>
          <w:tcPr>
            <w:tcW w:w="0" w:type="auto"/>
          </w:tcPr>
          <w:p w14:paraId="43DCF6D0" w14:textId="77777777" w:rsidR="007A5E59" w:rsidRDefault="007A5E59"/>
        </w:tc>
        <w:tc>
          <w:tcPr>
            <w:tcW w:w="0" w:type="auto"/>
          </w:tcPr>
          <w:p w14:paraId="0EF56FD8" w14:textId="77777777" w:rsidR="007A5E59" w:rsidRDefault="007A5E59"/>
        </w:tc>
        <w:tc>
          <w:tcPr>
            <w:tcW w:w="0" w:type="auto"/>
          </w:tcPr>
          <w:p w14:paraId="78D0629E" w14:textId="77777777" w:rsidR="007A5E59" w:rsidRDefault="007A5E59"/>
        </w:tc>
        <w:tc>
          <w:tcPr>
            <w:tcW w:w="0" w:type="auto"/>
          </w:tcPr>
          <w:p w14:paraId="6D644D98" w14:textId="77777777" w:rsidR="007A5E59" w:rsidRDefault="0095198F">
            <w:r>
              <w:t>Гкал/ч</w:t>
            </w:r>
          </w:p>
        </w:tc>
        <w:tc>
          <w:tcPr>
            <w:tcW w:w="0" w:type="auto"/>
          </w:tcPr>
          <w:p w14:paraId="3C01A659" w14:textId="77777777" w:rsidR="007A5E59" w:rsidRDefault="0095198F">
            <w:pPr>
              <w:jc w:val="center"/>
            </w:pPr>
            <w:r>
              <w:t>0,128</w:t>
            </w:r>
          </w:p>
        </w:tc>
        <w:tc>
          <w:tcPr>
            <w:tcW w:w="0" w:type="auto"/>
          </w:tcPr>
          <w:p w14:paraId="26576DFD" w14:textId="77777777" w:rsidR="007A5E59" w:rsidRDefault="0095198F">
            <w:pPr>
              <w:jc w:val="center"/>
            </w:pPr>
            <w:r>
              <w:t>0,128</w:t>
            </w:r>
          </w:p>
        </w:tc>
        <w:tc>
          <w:tcPr>
            <w:tcW w:w="0" w:type="auto"/>
          </w:tcPr>
          <w:p w14:paraId="03234B98" w14:textId="77777777" w:rsidR="007A5E59" w:rsidRDefault="0095198F">
            <w:pPr>
              <w:jc w:val="center"/>
            </w:pPr>
            <w:r>
              <w:t>0,128</w:t>
            </w:r>
          </w:p>
        </w:tc>
      </w:tr>
      <w:tr w:rsidR="007A5E59" w14:paraId="74A09F38" w14:textId="77777777">
        <w:trPr>
          <w:jc w:val="center"/>
        </w:trPr>
        <w:tc>
          <w:tcPr>
            <w:tcW w:w="0" w:type="auto"/>
          </w:tcPr>
          <w:p w14:paraId="365566AA" w14:textId="77777777" w:rsidR="007A5E59" w:rsidRDefault="007A5E59"/>
        </w:tc>
        <w:tc>
          <w:tcPr>
            <w:tcW w:w="0" w:type="auto"/>
          </w:tcPr>
          <w:p w14:paraId="05506400" w14:textId="77777777" w:rsidR="007A5E59" w:rsidRDefault="007A5E59"/>
        </w:tc>
        <w:tc>
          <w:tcPr>
            <w:tcW w:w="0" w:type="auto"/>
          </w:tcPr>
          <w:p w14:paraId="7818F81D" w14:textId="77777777" w:rsidR="007A5E59" w:rsidRDefault="007A5E59"/>
        </w:tc>
        <w:tc>
          <w:tcPr>
            <w:tcW w:w="0" w:type="auto"/>
          </w:tcPr>
          <w:p w14:paraId="70F35F80" w14:textId="77777777" w:rsidR="007A5E59" w:rsidRDefault="0095198F">
            <w:r>
              <w:t>Гкал/год</w:t>
            </w:r>
          </w:p>
        </w:tc>
        <w:tc>
          <w:tcPr>
            <w:tcW w:w="0" w:type="auto"/>
          </w:tcPr>
          <w:p w14:paraId="43A3B227" w14:textId="77777777" w:rsidR="007A5E59" w:rsidRDefault="0095198F">
            <w:pPr>
              <w:jc w:val="center"/>
            </w:pPr>
            <w:r>
              <w:t>1 682,70</w:t>
            </w:r>
          </w:p>
        </w:tc>
        <w:tc>
          <w:tcPr>
            <w:tcW w:w="0" w:type="auto"/>
          </w:tcPr>
          <w:p w14:paraId="79F6575C" w14:textId="77777777" w:rsidR="007A5E59" w:rsidRDefault="0095198F">
            <w:pPr>
              <w:jc w:val="center"/>
            </w:pPr>
            <w:r>
              <w:t>1 682,70</w:t>
            </w:r>
          </w:p>
        </w:tc>
        <w:tc>
          <w:tcPr>
            <w:tcW w:w="0" w:type="auto"/>
          </w:tcPr>
          <w:p w14:paraId="7A82526A" w14:textId="77777777" w:rsidR="007A5E59" w:rsidRDefault="0095198F">
            <w:pPr>
              <w:jc w:val="center"/>
            </w:pPr>
            <w:r>
              <w:t>1 682,70</w:t>
            </w:r>
          </w:p>
        </w:tc>
      </w:tr>
      <w:tr w:rsidR="007A5E59" w14:paraId="12E9CC5B" w14:textId="77777777">
        <w:trPr>
          <w:jc w:val="center"/>
        </w:trPr>
        <w:tc>
          <w:tcPr>
            <w:tcW w:w="0" w:type="auto"/>
          </w:tcPr>
          <w:p w14:paraId="51092B24" w14:textId="77777777" w:rsidR="007A5E59" w:rsidRDefault="0095198F">
            <w:r>
              <w:t>1.1.4</w:t>
            </w:r>
          </w:p>
        </w:tc>
        <w:tc>
          <w:tcPr>
            <w:tcW w:w="0" w:type="auto"/>
          </w:tcPr>
          <w:p w14:paraId="67C8F165" w14:textId="77777777" w:rsidR="007A5E59" w:rsidRPr="00794D67" w:rsidRDefault="0095198F">
            <w:pPr>
              <w:rPr>
                <w:lang w:val="ru-RU"/>
              </w:rPr>
            </w:pPr>
            <w:r w:rsidRPr="00794D67">
              <w:rPr>
                <w:lang w:val="ru-RU"/>
              </w:rPr>
              <w:t>Котельная «Производственно-отопительная УПК № 9 ГРЭ»</w:t>
            </w:r>
          </w:p>
        </w:tc>
        <w:tc>
          <w:tcPr>
            <w:tcW w:w="0" w:type="auto"/>
          </w:tcPr>
          <w:p w14:paraId="22E1B06C" w14:textId="77777777" w:rsidR="007A5E59" w:rsidRDefault="0095198F">
            <w:r>
              <w:t>Отопление</w:t>
            </w:r>
          </w:p>
        </w:tc>
        <w:tc>
          <w:tcPr>
            <w:tcW w:w="0" w:type="auto"/>
          </w:tcPr>
          <w:p w14:paraId="4739D4F5" w14:textId="77777777" w:rsidR="007A5E59" w:rsidRDefault="0095198F">
            <w:r>
              <w:t>Гкал/ч</w:t>
            </w:r>
          </w:p>
        </w:tc>
        <w:tc>
          <w:tcPr>
            <w:tcW w:w="0" w:type="auto"/>
          </w:tcPr>
          <w:p w14:paraId="10AB9DEA" w14:textId="77777777" w:rsidR="007A5E59" w:rsidRDefault="0095198F">
            <w:pPr>
              <w:jc w:val="center"/>
            </w:pPr>
            <w:r>
              <w:t>0,724</w:t>
            </w:r>
          </w:p>
        </w:tc>
        <w:tc>
          <w:tcPr>
            <w:tcW w:w="0" w:type="auto"/>
          </w:tcPr>
          <w:p w14:paraId="22D5C47F" w14:textId="77777777" w:rsidR="007A5E59" w:rsidRDefault="0095198F">
            <w:pPr>
              <w:jc w:val="center"/>
            </w:pPr>
            <w:r>
              <w:t>0,724</w:t>
            </w:r>
          </w:p>
        </w:tc>
        <w:tc>
          <w:tcPr>
            <w:tcW w:w="0" w:type="auto"/>
          </w:tcPr>
          <w:p w14:paraId="7DDFEF3C" w14:textId="77777777" w:rsidR="007A5E59" w:rsidRDefault="0095198F">
            <w:pPr>
              <w:jc w:val="center"/>
            </w:pPr>
            <w:r>
              <w:t>0,724</w:t>
            </w:r>
          </w:p>
        </w:tc>
      </w:tr>
      <w:tr w:rsidR="007A5E59" w14:paraId="28FF3AE2" w14:textId="77777777">
        <w:trPr>
          <w:jc w:val="center"/>
        </w:trPr>
        <w:tc>
          <w:tcPr>
            <w:tcW w:w="0" w:type="auto"/>
          </w:tcPr>
          <w:p w14:paraId="2E5186C4" w14:textId="77777777" w:rsidR="007A5E59" w:rsidRDefault="007A5E59"/>
        </w:tc>
        <w:tc>
          <w:tcPr>
            <w:tcW w:w="0" w:type="auto"/>
          </w:tcPr>
          <w:p w14:paraId="08ABE087" w14:textId="77777777" w:rsidR="007A5E59" w:rsidRDefault="007A5E59"/>
        </w:tc>
        <w:tc>
          <w:tcPr>
            <w:tcW w:w="0" w:type="auto"/>
          </w:tcPr>
          <w:p w14:paraId="44D14DEB" w14:textId="77777777" w:rsidR="007A5E59" w:rsidRDefault="007A5E59"/>
        </w:tc>
        <w:tc>
          <w:tcPr>
            <w:tcW w:w="0" w:type="auto"/>
          </w:tcPr>
          <w:p w14:paraId="2CA71706" w14:textId="77777777" w:rsidR="007A5E59" w:rsidRDefault="0095198F">
            <w:r>
              <w:t>Гкал/год</w:t>
            </w:r>
          </w:p>
        </w:tc>
        <w:tc>
          <w:tcPr>
            <w:tcW w:w="0" w:type="auto"/>
          </w:tcPr>
          <w:p w14:paraId="212B152D" w14:textId="77777777" w:rsidR="007A5E59" w:rsidRDefault="0095198F">
            <w:pPr>
              <w:jc w:val="center"/>
            </w:pPr>
            <w:r>
              <w:t>1 268,80</w:t>
            </w:r>
          </w:p>
        </w:tc>
        <w:tc>
          <w:tcPr>
            <w:tcW w:w="0" w:type="auto"/>
          </w:tcPr>
          <w:p w14:paraId="0CD82A94" w14:textId="77777777" w:rsidR="007A5E59" w:rsidRDefault="0095198F">
            <w:pPr>
              <w:jc w:val="center"/>
            </w:pPr>
            <w:r>
              <w:t>1 268,80</w:t>
            </w:r>
          </w:p>
        </w:tc>
        <w:tc>
          <w:tcPr>
            <w:tcW w:w="0" w:type="auto"/>
          </w:tcPr>
          <w:p w14:paraId="5BE63154" w14:textId="77777777" w:rsidR="007A5E59" w:rsidRDefault="0095198F">
            <w:pPr>
              <w:jc w:val="center"/>
            </w:pPr>
            <w:r>
              <w:t>1 268,80</w:t>
            </w:r>
          </w:p>
        </w:tc>
      </w:tr>
      <w:tr w:rsidR="007A5E59" w14:paraId="4E9723BB" w14:textId="77777777">
        <w:trPr>
          <w:jc w:val="center"/>
        </w:trPr>
        <w:tc>
          <w:tcPr>
            <w:tcW w:w="0" w:type="auto"/>
          </w:tcPr>
          <w:p w14:paraId="6282C1FF" w14:textId="77777777" w:rsidR="007A5E59" w:rsidRDefault="007A5E59"/>
        </w:tc>
        <w:tc>
          <w:tcPr>
            <w:tcW w:w="0" w:type="auto"/>
          </w:tcPr>
          <w:p w14:paraId="4D5941EE" w14:textId="77777777" w:rsidR="007A5E59" w:rsidRDefault="007A5E59"/>
        </w:tc>
        <w:tc>
          <w:tcPr>
            <w:tcW w:w="0" w:type="auto"/>
          </w:tcPr>
          <w:p w14:paraId="74432FAF" w14:textId="77777777" w:rsidR="007A5E59" w:rsidRDefault="0095198F">
            <w:r>
              <w:t>Вентиляция</w:t>
            </w:r>
          </w:p>
        </w:tc>
        <w:tc>
          <w:tcPr>
            <w:tcW w:w="0" w:type="auto"/>
          </w:tcPr>
          <w:p w14:paraId="50893FD0" w14:textId="77777777" w:rsidR="007A5E59" w:rsidRDefault="0095198F">
            <w:r>
              <w:t>Гкал/ч</w:t>
            </w:r>
          </w:p>
        </w:tc>
        <w:tc>
          <w:tcPr>
            <w:tcW w:w="0" w:type="auto"/>
          </w:tcPr>
          <w:p w14:paraId="3C61F67D" w14:textId="77777777" w:rsidR="007A5E59" w:rsidRDefault="007A5E59"/>
        </w:tc>
        <w:tc>
          <w:tcPr>
            <w:tcW w:w="0" w:type="auto"/>
          </w:tcPr>
          <w:p w14:paraId="1539F0C8" w14:textId="77777777" w:rsidR="007A5E59" w:rsidRDefault="007A5E59"/>
        </w:tc>
        <w:tc>
          <w:tcPr>
            <w:tcW w:w="0" w:type="auto"/>
          </w:tcPr>
          <w:p w14:paraId="6AD6D430" w14:textId="77777777" w:rsidR="007A5E59" w:rsidRDefault="007A5E59"/>
        </w:tc>
      </w:tr>
      <w:tr w:rsidR="007A5E59" w14:paraId="3A502E41" w14:textId="77777777">
        <w:trPr>
          <w:jc w:val="center"/>
        </w:trPr>
        <w:tc>
          <w:tcPr>
            <w:tcW w:w="0" w:type="auto"/>
          </w:tcPr>
          <w:p w14:paraId="1742A529" w14:textId="77777777" w:rsidR="007A5E59" w:rsidRDefault="007A5E59"/>
        </w:tc>
        <w:tc>
          <w:tcPr>
            <w:tcW w:w="0" w:type="auto"/>
          </w:tcPr>
          <w:p w14:paraId="72C6E2C5" w14:textId="77777777" w:rsidR="007A5E59" w:rsidRDefault="007A5E59"/>
        </w:tc>
        <w:tc>
          <w:tcPr>
            <w:tcW w:w="0" w:type="auto"/>
          </w:tcPr>
          <w:p w14:paraId="52F68757" w14:textId="77777777" w:rsidR="007A5E59" w:rsidRDefault="007A5E59"/>
        </w:tc>
        <w:tc>
          <w:tcPr>
            <w:tcW w:w="0" w:type="auto"/>
          </w:tcPr>
          <w:p w14:paraId="56B30479" w14:textId="77777777" w:rsidR="007A5E59" w:rsidRDefault="0095198F">
            <w:r>
              <w:t>Гкал/год</w:t>
            </w:r>
          </w:p>
        </w:tc>
        <w:tc>
          <w:tcPr>
            <w:tcW w:w="0" w:type="auto"/>
          </w:tcPr>
          <w:p w14:paraId="2CBF7711" w14:textId="77777777" w:rsidR="007A5E59" w:rsidRDefault="007A5E59"/>
        </w:tc>
        <w:tc>
          <w:tcPr>
            <w:tcW w:w="0" w:type="auto"/>
          </w:tcPr>
          <w:p w14:paraId="48478A3D" w14:textId="77777777" w:rsidR="007A5E59" w:rsidRDefault="007A5E59"/>
        </w:tc>
        <w:tc>
          <w:tcPr>
            <w:tcW w:w="0" w:type="auto"/>
          </w:tcPr>
          <w:p w14:paraId="7B8F0F70" w14:textId="77777777" w:rsidR="007A5E59" w:rsidRDefault="007A5E59"/>
        </w:tc>
      </w:tr>
      <w:tr w:rsidR="007A5E59" w14:paraId="34511C89" w14:textId="77777777">
        <w:trPr>
          <w:jc w:val="center"/>
        </w:trPr>
        <w:tc>
          <w:tcPr>
            <w:tcW w:w="0" w:type="auto"/>
          </w:tcPr>
          <w:p w14:paraId="310B431D" w14:textId="77777777" w:rsidR="007A5E59" w:rsidRDefault="007A5E59"/>
        </w:tc>
        <w:tc>
          <w:tcPr>
            <w:tcW w:w="0" w:type="auto"/>
          </w:tcPr>
          <w:p w14:paraId="181A7EAA" w14:textId="77777777" w:rsidR="007A5E59" w:rsidRDefault="007A5E59"/>
        </w:tc>
        <w:tc>
          <w:tcPr>
            <w:tcW w:w="0" w:type="auto"/>
          </w:tcPr>
          <w:p w14:paraId="4B79EC0A" w14:textId="77777777" w:rsidR="007A5E59" w:rsidRDefault="0095198F">
            <w:r>
              <w:t>ГВС</w:t>
            </w:r>
          </w:p>
        </w:tc>
        <w:tc>
          <w:tcPr>
            <w:tcW w:w="0" w:type="auto"/>
          </w:tcPr>
          <w:p w14:paraId="1F6122E3" w14:textId="77777777" w:rsidR="007A5E59" w:rsidRDefault="0095198F">
            <w:r>
              <w:t>м3/час</w:t>
            </w:r>
          </w:p>
        </w:tc>
        <w:tc>
          <w:tcPr>
            <w:tcW w:w="0" w:type="auto"/>
          </w:tcPr>
          <w:p w14:paraId="6C841D7A" w14:textId="77777777" w:rsidR="007A5E59" w:rsidRDefault="0095198F">
            <w:pPr>
              <w:jc w:val="center"/>
            </w:pPr>
            <w:r>
              <w:t>0,036</w:t>
            </w:r>
          </w:p>
        </w:tc>
        <w:tc>
          <w:tcPr>
            <w:tcW w:w="0" w:type="auto"/>
          </w:tcPr>
          <w:p w14:paraId="236BC84F" w14:textId="77777777" w:rsidR="007A5E59" w:rsidRDefault="0095198F">
            <w:pPr>
              <w:jc w:val="center"/>
            </w:pPr>
            <w:r>
              <w:t>0,036</w:t>
            </w:r>
          </w:p>
        </w:tc>
        <w:tc>
          <w:tcPr>
            <w:tcW w:w="0" w:type="auto"/>
          </w:tcPr>
          <w:p w14:paraId="78F04341" w14:textId="77777777" w:rsidR="007A5E59" w:rsidRDefault="0095198F">
            <w:pPr>
              <w:jc w:val="center"/>
            </w:pPr>
            <w:r>
              <w:t>0,036</w:t>
            </w:r>
          </w:p>
        </w:tc>
      </w:tr>
      <w:tr w:rsidR="007A5E59" w14:paraId="2DC202E4" w14:textId="77777777">
        <w:trPr>
          <w:jc w:val="center"/>
        </w:trPr>
        <w:tc>
          <w:tcPr>
            <w:tcW w:w="0" w:type="auto"/>
          </w:tcPr>
          <w:p w14:paraId="26C07A6E" w14:textId="77777777" w:rsidR="007A5E59" w:rsidRDefault="007A5E59"/>
        </w:tc>
        <w:tc>
          <w:tcPr>
            <w:tcW w:w="0" w:type="auto"/>
          </w:tcPr>
          <w:p w14:paraId="41258C74" w14:textId="77777777" w:rsidR="007A5E59" w:rsidRDefault="007A5E59"/>
        </w:tc>
        <w:tc>
          <w:tcPr>
            <w:tcW w:w="0" w:type="auto"/>
          </w:tcPr>
          <w:p w14:paraId="588A0459" w14:textId="77777777" w:rsidR="007A5E59" w:rsidRDefault="007A5E59"/>
        </w:tc>
        <w:tc>
          <w:tcPr>
            <w:tcW w:w="0" w:type="auto"/>
          </w:tcPr>
          <w:p w14:paraId="41D5ABBD" w14:textId="77777777" w:rsidR="007A5E59" w:rsidRDefault="0095198F">
            <w:r>
              <w:t>Гкал/ч</w:t>
            </w:r>
          </w:p>
        </w:tc>
        <w:tc>
          <w:tcPr>
            <w:tcW w:w="0" w:type="auto"/>
          </w:tcPr>
          <w:p w14:paraId="3D2A5098" w14:textId="77777777" w:rsidR="007A5E59" w:rsidRDefault="0095198F">
            <w:pPr>
              <w:jc w:val="center"/>
            </w:pPr>
            <w:r>
              <w:t>0,002</w:t>
            </w:r>
          </w:p>
        </w:tc>
        <w:tc>
          <w:tcPr>
            <w:tcW w:w="0" w:type="auto"/>
          </w:tcPr>
          <w:p w14:paraId="1B62B661" w14:textId="77777777" w:rsidR="007A5E59" w:rsidRDefault="0095198F">
            <w:pPr>
              <w:jc w:val="center"/>
            </w:pPr>
            <w:r>
              <w:t>0,002</w:t>
            </w:r>
          </w:p>
        </w:tc>
        <w:tc>
          <w:tcPr>
            <w:tcW w:w="0" w:type="auto"/>
          </w:tcPr>
          <w:p w14:paraId="34FB74F1" w14:textId="77777777" w:rsidR="007A5E59" w:rsidRDefault="0095198F">
            <w:pPr>
              <w:jc w:val="center"/>
            </w:pPr>
            <w:r>
              <w:t>0,002</w:t>
            </w:r>
          </w:p>
        </w:tc>
      </w:tr>
      <w:tr w:rsidR="007A5E59" w14:paraId="7F54D66C" w14:textId="77777777">
        <w:trPr>
          <w:jc w:val="center"/>
        </w:trPr>
        <w:tc>
          <w:tcPr>
            <w:tcW w:w="0" w:type="auto"/>
          </w:tcPr>
          <w:p w14:paraId="06F5A74B" w14:textId="77777777" w:rsidR="007A5E59" w:rsidRDefault="007A5E59"/>
        </w:tc>
        <w:tc>
          <w:tcPr>
            <w:tcW w:w="0" w:type="auto"/>
          </w:tcPr>
          <w:p w14:paraId="191FA025" w14:textId="77777777" w:rsidR="007A5E59" w:rsidRDefault="007A5E59"/>
        </w:tc>
        <w:tc>
          <w:tcPr>
            <w:tcW w:w="0" w:type="auto"/>
          </w:tcPr>
          <w:p w14:paraId="6D4F723F" w14:textId="77777777" w:rsidR="007A5E59" w:rsidRDefault="007A5E59"/>
        </w:tc>
        <w:tc>
          <w:tcPr>
            <w:tcW w:w="0" w:type="auto"/>
          </w:tcPr>
          <w:p w14:paraId="1BDECDAE" w14:textId="77777777" w:rsidR="007A5E59" w:rsidRDefault="0095198F">
            <w:r>
              <w:t>Гкал/год</w:t>
            </w:r>
          </w:p>
        </w:tc>
        <w:tc>
          <w:tcPr>
            <w:tcW w:w="0" w:type="auto"/>
          </w:tcPr>
          <w:p w14:paraId="4D854A2D" w14:textId="77777777" w:rsidR="007A5E59" w:rsidRDefault="0095198F">
            <w:pPr>
              <w:jc w:val="center"/>
            </w:pPr>
            <w:r>
              <w:t>20,20</w:t>
            </w:r>
          </w:p>
        </w:tc>
        <w:tc>
          <w:tcPr>
            <w:tcW w:w="0" w:type="auto"/>
          </w:tcPr>
          <w:p w14:paraId="0D7B8282" w14:textId="77777777" w:rsidR="007A5E59" w:rsidRDefault="0095198F">
            <w:pPr>
              <w:jc w:val="center"/>
            </w:pPr>
            <w:r>
              <w:t>20,20</w:t>
            </w:r>
          </w:p>
        </w:tc>
        <w:tc>
          <w:tcPr>
            <w:tcW w:w="0" w:type="auto"/>
          </w:tcPr>
          <w:p w14:paraId="564A66C1" w14:textId="77777777" w:rsidR="007A5E59" w:rsidRDefault="0095198F">
            <w:pPr>
              <w:jc w:val="center"/>
            </w:pPr>
            <w:r>
              <w:t>20,20</w:t>
            </w:r>
          </w:p>
        </w:tc>
      </w:tr>
      <w:tr w:rsidR="007A5E59" w14:paraId="38829358" w14:textId="77777777">
        <w:trPr>
          <w:jc w:val="center"/>
        </w:trPr>
        <w:tc>
          <w:tcPr>
            <w:tcW w:w="0" w:type="auto"/>
          </w:tcPr>
          <w:p w14:paraId="74B2E50B" w14:textId="77777777" w:rsidR="007A5E59" w:rsidRDefault="0095198F">
            <w:r>
              <w:t>№ пп</w:t>
            </w:r>
          </w:p>
        </w:tc>
        <w:tc>
          <w:tcPr>
            <w:tcW w:w="0" w:type="auto"/>
          </w:tcPr>
          <w:p w14:paraId="0E09C1EC" w14:textId="77777777" w:rsidR="007A5E59" w:rsidRDefault="0095198F">
            <w:r>
              <w:t>Наименование источника</w:t>
            </w:r>
          </w:p>
        </w:tc>
        <w:tc>
          <w:tcPr>
            <w:tcW w:w="0" w:type="auto"/>
          </w:tcPr>
          <w:p w14:paraId="27613601" w14:textId="77777777" w:rsidR="007A5E59" w:rsidRDefault="0095198F">
            <w:r>
              <w:t>Тип нагрузки</w:t>
            </w:r>
          </w:p>
        </w:tc>
        <w:tc>
          <w:tcPr>
            <w:tcW w:w="0" w:type="auto"/>
          </w:tcPr>
          <w:p w14:paraId="576191D7" w14:textId="77777777" w:rsidR="007A5E59" w:rsidRDefault="0095198F">
            <w:r>
              <w:t>Ед изм.</w:t>
            </w:r>
          </w:p>
        </w:tc>
        <w:tc>
          <w:tcPr>
            <w:tcW w:w="0" w:type="auto"/>
          </w:tcPr>
          <w:p w14:paraId="5524B7E6" w14:textId="77777777" w:rsidR="007A5E59" w:rsidRDefault="0095198F">
            <w:r>
              <w:t>Полная максимальная нагрузка котельной</w:t>
            </w:r>
          </w:p>
        </w:tc>
        <w:tc>
          <w:tcPr>
            <w:tcW w:w="0" w:type="auto"/>
          </w:tcPr>
          <w:p w14:paraId="7CAFE7BD" w14:textId="77777777" w:rsidR="007A5E59" w:rsidRDefault="007A5E59"/>
        </w:tc>
        <w:tc>
          <w:tcPr>
            <w:tcW w:w="0" w:type="auto"/>
          </w:tcPr>
          <w:p w14:paraId="035A412A" w14:textId="77777777" w:rsidR="007A5E59" w:rsidRDefault="007A5E59"/>
        </w:tc>
      </w:tr>
      <w:tr w:rsidR="007A5E59" w14:paraId="6B4CE34D" w14:textId="77777777">
        <w:trPr>
          <w:jc w:val="center"/>
        </w:trPr>
        <w:tc>
          <w:tcPr>
            <w:tcW w:w="0" w:type="auto"/>
          </w:tcPr>
          <w:p w14:paraId="045B5B75" w14:textId="77777777" w:rsidR="007A5E59" w:rsidRDefault="007A5E59"/>
        </w:tc>
        <w:tc>
          <w:tcPr>
            <w:tcW w:w="0" w:type="auto"/>
          </w:tcPr>
          <w:p w14:paraId="3FD04BBB" w14:textId="77777777" w:rsidR="007A5E59" w:rsidRDefault="007A5E59"/>
        </w:tc>
        <w:tc>
          <w:tcPr>
            <w:tcW w:w="0" w:type="auto"/>
          </w:tcPr>
          <w:p w14:paraId="34F60F90" w14:textId="77777777" w:rsidR="007A5E59" w:rsidRDefault="007A5E59"/>
        </w:tc>
        <w:tc>
          <w:tcPr>
            <w:tcW w:w="0" w:type="auto"/>
          </w:tcPr>
          <w:p w14:paraId="5EBFDDDA" w14:textId="77777777" w:rsidR="007A5E59" w:rsidRDefault="007A5E59"/>
        </w:tc>
        <w:tc>
          <w:tcPr>
            <w:tcW w:w="0" w:type="auto"/>
          </w:tcPr>
          <w:p w14:paraId="01AEEC89" w14:textId="77777777" w:rsidR="007A5E59" w:rsidRDefault="0095198F">
            <w:pPr>
              <w:jc w:val="center"/>
            </w:pPr>
            <w:r>
              <w:t>2026</w:t>
            </w:r>
          </w:p>
        </w:tc>
        <w:tc>
          <w:tcPr>
            <w:tcW w:w="0" w:type="auto"/>
          </w:tcPr>
          <w:p w14:paraId="2EB4EC4F" w14:textId="77777777" w:rsidR="007A5E59" w:rsidRDefault="0095198F">
            <w:pPr>
              <w:jc w:val="center"/>
            </w:pPr>
            <w:r>
              <w:t>2031</w:t>
            </w:r>
          </w:p>
        </w:tc>
        <w:tc>
          <w:tcPr>
            <w:tcW w:w="0" w:type="auto"/>
          </w:tcPr>
          <w:p w14:paraId="6DDA5071" w14:textId="77777777" w:rsidR="007A5E59" w:rsidRDefault="0095198F">
            <w:pPr>
              <w:jc w:val="center"/>
            </w:pPr>
            <w:r>
              <w:t>2036</w:t>
            </w:r>
          </w:p>
        </w:tc>
      </w:tr>
      <w:tr w:rsidR="007A5E59" w14:paraId="5E4F85FD" w14:textId="77777777">
        <w:trPr>
          <w:jc w:val="center"/>
        </w:trPr>
        <w:tc>
          <w:tcPr>
            <w:tcW w:w="0" w:type="auto"/>
          </w:tcPr>
          <w:p w14:paraId="7FB902AC" w14:textId="77777777" w:rsidR="007A5E59" w:rsidRDefault="0095198F">
            <w:pPr>
              <w:jc w:val="center"/>
            </w:pPr>
            <w:r>
              <w:t>1</w:t>
            </w:r>
          </w:p>
        </w:tc>
        <w:tc>
          <w:tcPr>
            <w:tcW w:w="0" w:type="auto"/>
          </w:tcPr>
          <w:p w14:paraId="77A86A81" w14:textId="77777777" w:rsidR="007A5E59" w:rsidRDefault="0095198F">
            <w:pPr>
              <w:jc w:val="center"/>
            </w:pPr>
            <w:r>
              <w:t>2</w:t>
            </w:r>
          </w:p>
        </w:tc>
        <w:tc>
          <w:tcPr>
            <w:tcW w:w="0" w:type="auto"/>
          </w:tcPr>
          <w:p w14:paraId="130AD7F8" w14:textId="77777777" w:rsidR="007A5E59" w:rsidRDefault="0095198F">
            <w:pPr>
              <w:jc w:val="center"/>
            </w:pPr>
            <w:r>
              <w:t>3</w:t>
            </w:r>
          </w:p>
        </w:tc>
        <w:tc>
          <w:tcPr>
            <w:tcW w:w="0" w:type="auto"/>
          </w:tcPr>
          <w:p w14:paraId="220BF75F" w14:textId="77777777" w:rsidR="007A5E59" w:rsidRDefault="0095198F">
            <w:pPr>
              <w:jc w:val="center"/>
            </w:pPr>
            <w:r>
              <w:t>4</w:t>
            </w:r>
          </w:p>
        </w:tc>
        <w:tc>
          <w:tcPr>
            <w:tcW w:w="0" w:type="auto"/>
          </w:tcPr>
          <w:p w14:paraId="401DCCC8" w14:textId="77777777" w:rsidR="007A5E59" w:rsidRDefault="0095198F">
            <w:pPr>
              <w:jc w:val="center"/>
            </w:pPr>
            <w:r>
              <w:t>5</w:t>
            </w:r>
          </w:p>
        </w:tc>
        <w:tc>
          <w:tcPr>
            <w:tcW w:w="0" w:type="auto"/>
          </w:tcPr>
          <w:p w14:paraId="5245E341" w14:textId="77777777" w:rsidR="007A5E59" w:rsidRDefault="0095198F">
            <w:pPr>
              <w:jc w:val="center"/>
            </w:pPr>
            <w:r>
              <w:t>6</w:t>
            </w:r>
          </w:p>
        </w:tc>
        <w:tc>
          <w:tcPr>
            <w:tcW w:w="0" w:type="auto"/>
          </w:tcPr>
          <w:p w14:paraId="5E2C2335" w14:textId="77777777" w:rsidR="007A5E59" w:rsidRDefault="0095198F">
            <w:pPr>
              <w:jc w:val="center"/>
            </w:pPr>
            <w:r>
              <w:t>7</w:t>
            </w:r>
          </w:p>
        </w:tc>
      </w:tr>
      <w:tr w:rsidR="007A5E59" w14:paraId="69068301" w14:textId="77777777">
        <w:trPr>
          <w:jc w:val="center"/>
        </w:trPr>
        <w:tc>
          <w:tcPr>
            <w:tcW w:w="0" w:type="auto"/>
          </w:tcPr>
          <w:p w14:paraId="2BD41DAB" w14:textId="77777777" w:rsidR="007A5E59" w:rsidRDefault="0095198F">
            <w:r>
              <w:t>2.</w:t>
            </w:r>
          </w:p>
        </w:tc>
        <w:tc>
          <w:tcPr>
            <w:tcW w:w="0" w:type="auto"/>
          </w:tcPr>
          <w:p w14:paraId="0382EC09" w14:textId="77777777" w:rsidR="007A5E59" w:rsidRDefault="0095198F">
            <w:r>
              <w:t>пгт Шерегеш</w:t>
            </w:r>
          </w:p>
        </w:tc>
        <w:tc>
          <w:tcPr>
            <w:tcW w:w="0" w:type="auto"/>
          </w:tcPr>
          <w:p w14:paraId="50A5D09D" w14:textId="77777777" w:rsidR="007A5E59" w:rsidRDefault="007A5E59"/>
        </w:tc>
        <w:tc>
          <w:tcPr>
            <w:tcW w:w="0" w:type="auto"/>
          </w:tcPr>
          <w:p w14:paraId="0440EB7C" w14:textId="77777777" w:rsidR="007A5E59" w:rsidRDefault="007A5E59"/>
        </w:tc>
        <w:tc>
          <w:tcPr>
            <w:tcW w:w="0" w:type="auto"/>
          </w:tcPr>
          <w:p w14:paraId="49969C5C" w14:textId="77777777" w:rsidR="007A5E59" w:rsidRDefault="007A5E59"/>
        </w:tc>
        <w:tc>
          <w:tcPr>
            <w:tcW w:w="0" w:type="auto"/>
          </w:tcPr>
          <w:p w14:paraId="31F9449F" w14:textId="77777777" w:rsidR="007A5E59" w:rsidRDefault="007A5E59"/>
        </w:tc>
        <w:tc>
          <w:tcPr>
            <w:tcW w:w="0" w:type="auto"/>
          </w:tcPr>
          <w:p w14:paraId="42CA6160" w14:textId="77777777" w:rsidR="007A5E59" w:rsidRDefault="007A5E59"/>
        </w:tc>
      </w:tr>
      <w:tr w:rsidR="007A5E59" w14:paraId="3BBA57A6" w14:textId="77777777">
        <w:trPr>
          <w:jc w:val="center"/>
        </w:trPr>
        <w:tc>
          <w:tcPr>
            <w:tcW w:w="0" w:type="auto"/>
          </w:tcPr>
          <w:p w14:paraId="39DCA31E" w14:textId="77777777" w:rsidR="007A5E59" w:rsidRDefault="0095198F">
            <w:r>
              <w:t>2.1.</w:t>
            </w:r>
          </w:p>
        </w:tc>
        <w:tc>
          <w:tcPr>
            <w:tcW w:w="0" w:type="auto"/>
          </w:tcPr>
          <w:p w14:paraId="606A82FF" w14:textId="77777777" w:rsidR="007A5E59" w:rsidRDefault="0095198F">
            <w:r>
              <w:t>ЕТО № 001 — ООО «ЮКЭК»</w:t>
            </w:r>
          </w:p>
        </w:tc>
        <w:tc>
          <w:tcPr>
            <w:tcW w:w="0" w:type="auto"/>
          </w:tcPr>
          <w:p w14:paraId="71306D51" w14:textId="77777777" w:rsidR="007A5E59" w:rsidRDefault="007A5E59"/>
        </w:tc>
        <w:tc>
          <w:tcPr>
            <w:tcW w:w="0" w:type="auto"/>
          </w:tcPr>
          <w:p w14:paraId="69DE9FDA" w14:textId="77777777" w:rsidR="007A5E59" w:rsidRDefault="007A5E59"/>
        </w:tc>
        <w:tc>
          <w:tcPr>
            <w:tcW w:w="0" w:type="auto"/>
          </w:tcPr>
          <w:p w14:paraId="1CA76FE6" w14:textId="77777777" w:rsidR="007A5E59" w:rsidRDefault="007A5E59"/>
        </w:tc>
        <w:tc>
          <w:tcPr>
            <w:tcW w:w="0" w:type="auto"/>
          </w:tcPr>
          <w:p w14:paraId="5E7C8E23" w14:textId="77777777" w:rsidR="007A5E59" w:rsidRDefault="007A5E59"/>
        </w:tc>
        <w:tc>
          <w:tcPr>
            <w:tcW w:w="0" w:type="auto"/>
          </w:tcPr>
          <w:p w14:paraId="6B65CEC5" w14:textId="77777777" w:rsidR="007A5E59" w:rsidRDefault="007A5E59"/>
        </w:tc>
      </w:tr>
      <w:tr w:rsidR="007A5E59" w14:paraId="59A1B19E" w14:textId="77777777">
        <w:trPr>
          <w:jc w:val="center"/>
        </w:trPr>
        <w:tc>
          <w:tcPr>
            <w:tcW w:w="0" w:type="auto"/>
          </w:tcPr>
          <w:p w14:paraId="76C14D59" w14:textId="77777777" w:rsidR="007A5E59" w:rsidRDefault="0095198F">
            <w:r>
              <w:t>2.1.1</w:t>
            </w:r>
          </w:p>
        </w:tc>
        <w:tc>
          <w:tcPr>
            <w:tcW w:w="0" w:type="auto"/>
          </w:tcPr>
          <w:p w14:paraId="70C14B8F" w14:textId="77777777" w:rsidR="007A5E59" w:rsidRPr="00794D67" w:rsidRDefault="0095198F">
            <w:pPr>
              <w:rPr>
                <w:lang w:val="ru-RU"/>
              </w:rPr>
            </w:pPr>
            <w:r w:rsidRPr="00794D67">
              <w:rPr>
                <w:lang w:val="ru-RU"/>
              </w:rPr>
              <w:t>Котельная «Производственно-отопительная УПК № 5 Новый Шерегеш» (с бойлерной)</w:t>
            </w:r>
          </w:p>
        </w:tc>
        <w:tc>
          <w:tcPr>
            <w:tcW w:w="0" w:type="auto"/>
          </w:tcPr>
          <w:p w14:paraId="427CB372" w14:textId="77777777" w:rsidR="007A5E59" w:rsidRDefault="0095198F">
            <w:r>
              <w:t>Отопление</w:t>
            </w:r>
          </w:p>
        </w:tc>
        <w:tc>
          <w:tcPr>
            <w:tcW w:w="0" w:type="auto"/>
          </w:tcPr>
          <w:p w14:paraId="44FCF80D" w14:textId="77777777" w:rsidR="007A5E59" w:rsidRDefault="0095198F">
            <w:r>
              <w:t>Гкал/ч</w:t>
            </w:r>
          </w:p>
        </w:tc>
        <w:tc>
          <w:tcPr>
            <w:tcW w:w="0" w:type="auto"/>
          </w:tcPr>
          <w:p w14:paraId="37C4EA2F" w14:textId="77777777" w:rsidR="007A5E59" w:rsidRDefault="0095198F">
            <w:pPr>
              <w:jc w:val="center"/>
            </w:pPr>
            <w:r>
              <w:t>59,434</w:t>
            </w:r>
          </w:p>
        </w:tc>
        <w:tc>
          <w:tcPr>
            <w:tcW w:w="0" w:type="auto"/>
          </w:tcPr>
          <w:p w14:paraId="1858D04A" w14:textId="77777777" w:rsidR="007A5E59" w:rsidRDefault="0095198F">
            <w:pPr>
              <w:jc w:val="center"/>
            </w:pPr>
            <w:r>
              <w:t>105,268</w:t>
            </w:r>
          </w:p>
        </w:tc>
        <w:tc>
          <w:tcPr>
            <w:tcW w:w="0" w:type="auto"/>
          </w:tcPr>
          <w:p w14:paraId="223B57BD" w14:textId="77777777" w:rsidR="007A5E59" w:rsidRDefault="0095198F">
            <w:pPr>
              <w:jc w:val="center"/>
            </w:pPr>
            <w:r>
              <w:t>105,268</w:t>
            </w:r>
          </w:p>
        </w:tc>
      </w:tr>
      <w:tr w:rsidR="007A5E59" w14:paraId="5EA71EF5" w14:textId="77777777">
        <w:trPr>
          <w:jc w:val="center"/>
        </w:trPr>
        <w:tc>
          <w:tcPr>
            <w:tcW w:w="0" w:type="auto"/>
          </w:tcPr>
          <w:p w14:paraId="2B27F0F0" w14:textId="77777777" w:rsidR="007A5E59" w:rsidRDefault="007A5E59"/>
        </w:tc>
        <w:tc>
          <w:tcPr>
            <w:tcW w:w="0" w:type="auto"/>
          </w:tcPr>
          <w:p w14:paraId="3652E84D" w14:textId="77777777" w:rsidR="007A5E59" w:rsidRDefault="007A5E59"/>
        </w:tc>
        <w:tc>
          <w:tcPr>
            <w:tcW w:w="0" w:type="auto"/>
          </w:tcPr>
          <w:p w14:paraId="25A6A5E5" w14:textId="77777777" w:rsidR="007A5E59" w:rsidRDefault="007A5E59"/>
        </w:tc>
        <w:tc>
          <w:tcPr>
            <w:tcW w:w="0" w:type="auto"/>
          </w:tcPr>
          <w:p w14:paraId="05370674" w14:textId="77777777" w:rsidR="007A5E59" w:rsidRDefault="0095198F">
            <w:r>
              <w:t>Гкал/год</w:t>
            </w:r>
          </w:p>
        </w:tc>
        <w:tc>
          <w:tcPr>
            <w:tcW w:w="0" w:type="auto"/>
          </w:tcPr>
          <w:p w14:paraId="2AFF55D3" w14:textId="77777777" w:rsidR="007A5E59" w:rsidRDefault="0095198F">
            <w:pPr>
              <w:jc w:val="center"/>
            </w:pPr>
            <w:r>
              <w:t>226 131,40</w:t>
            </w:r>
          </w:p>
        </w:tc>
        <w:tc>
          <w:tcPr>
            <w:tcW w:w="0" w:type="auto"/>
          </w:tcPr>
          <w:p w14:paraId="208C56A5" w14:textId="77777777" w:rsidR="007A5E59" w:rsidRDefault="0095198F">
            <w:pPr>
              <w:jc w:val="center"/>
            </w:pPr>
            <w:r>
              <w:t>400 518,23</w:t>
            </w:r>
          </w:p>
        </w:tc>
        <w:tc>
          <w:tcPr>
            <w:tcW w:w="0" w:type="auto"/>
          </w:tcPr>
          <w:p w14:paraId="42E4CD5C" w14:textId="77777777" w:rsidR="007A5E59" w:rsidRDefault="0095198F">
            <w:pPr>
              <w:jc w:val="center"/>
            </w:pPr>
            <w:r>
              <w:t>400 518,23</w:t>
            </w:r>
          </w:p>
        </w:tc>
      </w:tr>
      <w:tr w:rsidR="007A5E59" w14:paraId="52576348" w14:textId="77777777">
        <w:trPr>
          <w:jc w:val="center"/>
        </w:trPr>
        <w:tc>
          <w:tcPr>
            <w:tcW w:w="0" w:type="auto"/>
          </w:tcPr>
          <w:p w14:paraId="4C5B835B" w14:textId="77777777" w:rsidR="007A5E59" w:rsidRDefault="007A5E59"/>
        </w:tc>
        <w:tc>
          <w:tcPr>
            <w:tcW w:w="0" w:type="auto"/>
          </w:tcPr>
          <w:p w14:paraId="6DCB188A" w14:textId="77777777" w:rsidR="007A5E59" w:rsidRDefault="007A5E59"/>
        </w:tc>
        <w:tc>
          <w:tcPr>
            <w:tcW w:w="0" w:type="auto"/>
          </w:tcPr>
          <w:p w14:paraId="23796836" w14:textId="77777777" w:rsidR="007A5E59" w:rsidRDefault="0095198F">
            <w:r>
              <w:t>Вентиляция</w:t>
            </w:r>
          </w:p>
        </w:tc>
        <w:tc>
          <w:tcPr>
            <w:tcW w:w="0" w:type="auto"/>
          </w:tcPr>
          <w:p w14:paraId="039F9FAF" w14:textId="77777777" w:rsidR="007A5E59" w:rsidRDefault="0095198F">
            <w:r>
              <w:t>Гкал/ч</w:t>
            </w:r>
          </w:p>
        </w:tc>
        <w:tc>
          <w:tcPr>
            <w:tcW w:w="0" w:type="auto"/>
          </w:tcPr>
          <w:p w14:paraId="1DBDBBAB" w14:textId="77777777" w:rsidR="007A5E59" w:rsidRDefault="007A5E59"/>
        </w:tc>
        <w:tc>
          <w:tcPr>
            <w:tcW w:w="0" w:type="auto"/>
          </w:tcPr>
          <w:p w14:paraId="12D5405A" w14:textId="77777777" w:rsidR="007A5E59" w:rsidRDefault="007A5E59"/>
        </w:tc>
        <w:tc>
          <w:tcPr>
            <w:tcW w:w="0" w:type="auto"/>
          </w:tcPr>
          <w:p w14:paraId="1A127D23" w14:textId="77777777" w:rsidR="007A5E59" w:rsidRDefault="007A5E59"/>
        </w:tc>
      </w:tr>
      <w:tr w:rsidR="007A5E59" w14:paraId="252D82D5" w14:textId="77777777">
        <w:trPr>
          <w:jc w:val="center"/>
        </w:trPr>
        <w:tc>
          <w:tcPr>
            <w:tcW w:w="0" w:type="auto"/>
          </w:tcPr>
          <w:p w14:paraId="7D88AA81" w14:textId="77777777" w:rsidR="007A5E59" w:rsidRDefault="007A5E59"/>
        </w:tc>
        <w:tc>
          <w:tcPr>
            <w:tcW w:w="0" w:type="auto"/>
          </w:tcPr>
          <w:p w14:paraId="7F01FF89" w14:textId="77777777" w:rsidR="007A5E59" w:rsidRDefault="007A5E59"/>
        </w:tc>
        <w:tc>
          <w:tcPr>
            <w:tcW w:w="0" w:type="auto"/>
          </w:tcPr>
          <w:p w14:paraId="0AB52189" w14:textId="77777777" w:rsidR="007A5E59" w:rsidRDefault="007A5E59"/>
        </w:tc>
        <w:tc>
          <w:tcPr>
            <w:tcW w:w="0" w:type="auto"/>
          </w:tcPr>
          <w:p w14:paraId="61D4347F" w14:textId="77777777" w:rsidR="007A5E59" w:rsidRDefault="0095198F">
            <w:r>
              <w:t>Гкал/год</w:t>
            </w:r>
          </w:p>
        </w:tc>
        <w:tc>
          <w:tcPr>
            <w:tcW w:w="0" w:type="auto"/>
          </w:tcPr>
          <w:p w14:paraId="24EEE107" w14:textId="77777777" w:rsidR="007A5E59" w:rsidRDefault="007A5E59"/>
        </w:tc>
        <w:tc>
          <w:tcPr>
            <w:tcW w:w="0" w:type="auto"/>
          </w:tcPr>
          <w:p w14:paraId="7B3B8ACD" w14:textId="77777777" w:rsidR="007A5E59" w:rsidRDefault="007A5E59"/>
        </w:tc>
        <w:tc>
          <w:tcPr>
            <w:tcW w:w="0" w:type="auto"/>
          </w:tcPr>
          <w:p w14:paraId="3648E2B1" w14:textId="77777777" w:rsidR="007A5E59" w:rsidRDefault="007A5E59"/>
        </w:tc>
      </w:tr>
      <w:tr w:rsidR="007A5E59" w14:paraId="7CE1CFB4" w14:textId="77777777">
        <w:trPr>
          <w:jc w:val="center"/>
        </w:trPr>
        <w:tc>
          <w:tcPr>
            <w:tcW w:w="0" w:type="auto"/>
          </w:tcPr>
          <w:p w14:paraId="5E00F9BF" w14:textId="77777777" w:rsidR="007A5E59" w:rsidRDefault="007A5E59"/>
        </w:tc>
        <w:tc>
          <w:tcPr>
            <w:tcW w:w="0" w:type="auto"/>
          </w:tcPr>
          <w:p w14:paraId="667A0274" w14:textId="77777777" w:rsidR="007A5E59" w:rsidRDefault="007A5E59"/>
        </w:tc>
        <w:tc>
          <w:tcPr>
            <w:tcW w:w="0" w:type="auto"/>
          </w:tcPr>
          <w:p w14:paraId="71BD15D2" w14:textId="77777777" w:rsidR="007A5E59" w:rsidRDefault="0095198F">
            <w:r>
              <w:t>ГВС</w:t>
            </w:r>
          </w:p>
        </w:tc>
        <w:tc>
          <w:tcPr>
            <w:tcW w:w="0" w:type="auto"/>
          </w:tcPr>
          <w:p w14:paraId="7DFB18E3" w14:textId="77777777" w:rsidR="007A5E59" w:rsidRDefault="0095198F">
            <w:r>
              <w:t>м3/час</w:t>
            </w:r>
          </w:p>
        </w:tc>
        <w:tc>
          <w:tcPr>
            <w:tcW w:w="0" w:type="auto"/>
          </w:tcPr>
          <w:p w14:paraId="24F6C98F" w14:textId="77777777" w:rsidR="007A5E59" w:rsidRDefault="0095198F">
            <w:pPr>
              <w:jc w:val="center"/>
            </w:pPr>
            <w:r>
              <w:t>55,727</w:t>
            </w:r>
          </w:p>
        </w:tc>
        <w:tc>
          <w:tcPr>
            <w:tcW w:w="0" w:type="auto"/>
          </w:tcPr>
          <w:p w14:paraId="2A9F27A0" w14:textId="77777777" w:rsidR="007A5E59" w:rsidRDefault="0095198F">
            <w:pPr>
              <w:jc w:val="center"/>
            </w:pPr>
            <w:r>
              <w:t>55,727</w:t>
            </w:r>
          </w:p>
        </w:tc>
        <w:tc>
          <w:tcPr>
            <w:tcW w:w="0" w:type="auto"/>
          </w:tcPr>
          <w:p w14:paraId="36BFF334" w14:textId="77777777" w:rsidR="007A5E59" w:rsidRDefault="0095198F">
            <w:pPr>
              <w:jc w:val="center"/>
            </w:pPr>
            <w:r>
              <w:t>55,727</w:t>
            </w:r>
          </w:p>
        </w:tc>
      </w:tr>
      <w:tr w:rsidR="007A5E59" w14:paraId="60B7578C" w14:textId="77777777">
        <w:trPr>
          <w:jc w:val="center"/>
        </w:trPr>
        <w:tc>
          <w:tcPr>
            <w:tcW w:w="0" w:type="auto"/>
          </w:tcPr>
          <w:p w14:paraId="7DEA26F8" w14:textId="77777777" w:rsidR="007A5E59" w:rsidRDefault="007A5E59"/>
        </w:tc>
        <w:tc>
          <w:tcPr>
            <w:tcW w:w="0" w:type="auto"/>
          </w:tcPr>
          <w:p w14:paraId="1AE5FE98" w14:textId="77777777" w:rsidR="007A5E59" w:rsidRDefault="007A5E59"/>
        </w:tc>
        <w:tc>
          <w:tcPr>
            <w:tcW w:w="0" w:type="auto"/>
          </w:tcPr>
          <w:p w14:paraId="0464C27F" w14:textId="77777777" w:rsidR="007A5E59" w:rsidRDefault="007A5E59"/>
        </w:tc>
        <w:tc>
          <w:tcPr>
            <w:tcW w:w="0" w:type="auto"/>
          </w:tcPr>
          <w:p w14:paraId="28863B3C" w14:textId="77777777" w:rsidR="007A5E59" w:rsidRDefault="0095198F">
            <w:r>
              <w:t>Гкал/ч</w:t>
            </w:r>
          </w:p>
        </w:tc>
        <w:tc>
          <w:tcPr>
            <w:tcW w:w="0" w:type="auto"/>
          </w:tcPr>
          <w:p w14:paraId="409B3002" w14:textId="77777777" w:rsidR="007A5E59" w:rsidRDefault="0095198F">
            <w:pPr>
              <w:jc w:val="center"/>
            </w:pPr>
            <w:r>
              <w:t>3,065</w:t>
            </w:r>
          </w:p>
        </w:tc>
        <w:tc>
          <w:tcPr>
            <w:tcW w:w="0" w:type="auto"/>
          </w:tcPr>
          <w:p w14:paraId="1C8D93F2" w14:textId="77777777" w:rsidR="007A5E59" w:rsidRDefault="0095198F">
            <w:pPr>
              <w:jc w:val="center"/>
            </w:pPr>
            <w:r>
              <w:t>3,065</w:t>
            </w:r>
          </w:p>
        </w:tc>
        <w:tc>
          <w:tcPr>
            <w:tcW w:w="0" w:type="auto"/>
          </w:tcPr>
          <w:p w14:paraId="7E716EDF" w14:textId="77777777" w:rsidR="007A5E59" w:rsidRDefault="0095198F">
            <w:pPr>
              <w:jc w:val="center"/>
            </w:pPr>
            <w:r>
              <w:t>3,065</w:t>
            </w:r>
          </w:p>
        </w:tc>
      </w:tr>
      <w:tr w:rsidR="007A5E59" w14:paraId="3EE6CDA5" w14:textId="77777777">
        <w:trPr>
          <w:jc w:val="center"/>
        </w:trPr>
        <w:tc>
          <w:tcPr>
            <w:tcW w:w="0" w:type="auto"/>
          </w:tcPr>
          <w:p w14:paraId="74A67D7B" w14:textId="77777777" w:rsidR="007A5E59" w:rsidRDefault="007A5E59"/>
        </w:tc>
        <w:tc>
          <w:tcPr>
            <w:tcW w:w="0" w:type="auto"/>
          </w:tcPr>
          <w:p w14:paraId="3228DFE8" w14:textId="77777777" w:rsidR="007A5E59" w:rsidRDefault="007A5E59"/>
        </w:tc>
        <w:tc>
          <w:tcPr>
            <w:tcW w:w="0" w:type="auto"/>
          </w:tcPr>
          <w:p w14:paraId="65228372" w14:textId="77777777" w:rsidR="007A5E59" w:rsidRDefault="007A5E59"/>
        </w:tc>
        <w:tc>
          <w:tcPr>
            <w:tcW w:w="0" w:type="auto"/>
          </w:tcPr>
          <w:p w14:paraId="7819A725" w14:textId="77777777" w:rsidR="007A5E59" w:rsidRDefault="0095198F">
            <w:r>
              <w:t>Гкал/год</w:t>
            </w:r>
          </w:p>
        </w:tc>
        <w:tc>
          <w:tcPr>
            <w:tcW w:w="0" w:type="auto"/>
          </w:tcPr>
          <w:p w14:paraId="0B2E2484" w14:textId="77777777" w:rsidR="007A5E59" w:rsidRDefault="0095198F">
            <w:pPr>
              <w:jc w:val="center"/>
            </w:pPr>
            <w:r>
              <w:t>35 381,40</w:t>
            </w:r>
          </w:p>
        </w:tc>
        <w:tc>
          <w:tcPr>
            <w:tcW w:w="0" w:type="auto"/>
          </w:tcPr>
          <w:p w14:paraId="043B88FD" w14:textId="77777777" w:rsidR="007A5E59" w:rsidRDefault="0095198F">
            <w:pPr>
              <w:jc w:val="center"/>
            </w:pPr>
            <w:r>
              <w:t>35 381,40</w:t>
            </w:r>
          </w:p>
        </w:tc>
        <w:tc>
          <w:tcPr>
            <w:tcW w:w="0" w:type="auto"/>
          </w:tcPr>
          <w:p w14:paraId="7B030BC0" w14:textId="77777777" w:rsidR="007A5E59" w:rsidRDefault="0095198F">
            <w:pPr>
              <w:jc w:val="center"/>
            </w:pPr>
            <w:r>
              <w:t>35 381,40</w:t>
            </w:r>
          </w:p>
        </w:tc>
      </w:tr>
      <w:tr w:rsidR="007A5E59" w14:paraId="0D564F5A" w14:textId="77777777">
        <w:trPr>
          <w:jc w:val="center"/>
        </w:trPr>
        <w:tc>
          <w:tcPr>
            <w:tcW w:w="0" w:type="auto"/>
          </w:tcPr>
          <w:p w14:paraId="376C0763" w14:textId="77777777" w:rsidR="007A5E59" w:rsidRDefault="007A5E59"/>
        </w:tc>
        <w:tc>
          <w:tcPr>
            <w:tcW w:w="0" w:type="auto"/>
          </w:tcPr>
          <w:p w14:paraId="46642FA4" w14:textId="77777777" w:rsidR="007A5E59" w:rsidRDefault="007A5E59"/>
        </w:tc>
        <w:tc>
          <w:tcPr>
            <w:tcW w:w="0" w:type="auto"/>
          </w:tcPr>
          <w:p w14:paraId="0C8475C8" w14:textId="77777777" w:rsidR="007A5E59" w:rsidRDefault="0095198F">
            <w:r>
              <w:t>Пар</w:t>
            </w:r>
          </w:p>
        </w:tc>
        <w:tc>
          <w:tcPr>
            <w:tcW w:w="0" w:type="auto"/>
          </w:tcPr>
          <w:p w14:paraId="50A72CE8" w14:textId="77777777" w:rsidR="007A5E59" w:rsidRDefault="0095198F">
            <w:r>
              <w:t>Гкал/ч</w:t>
            </w:r>
          </w:p>
        </w:tc>
        <w:tc>
          <w:tcPr>
            <w:tcW w:w="0" w:type="auto"/>
          </w:tcPr>
          <w:p w14:paraId="3872A36A" w14:textId="77777777" w:rsidR="007A5E59" w:rsidRDefault="0095198F">
            <w:pPr>
              <w:jc w:val="center"/>
            </w:pPr>
            <w:r>
              <w:t>0,100</w:t>
            </w:r>
          </w:p>
        </w:tc>
        <w:tc>
          <w:tcPr>
            <w:tcW w:w="0" w:type="auto"/>
          </w:tcPr>
          <w:p w14:paraId="20F3D8E6" w14:textId="77777777" w:rsidR="007A5E59" w:rsidRDefault="0095198F">
            <w:pPr>
              <w:jc w:val="center"/>
            </w:pPr>
            <w:r>
              <w:t>0,100</w:t>
            </w:r>
          </w:p>
        </w:tc>
        <w:tc>
          <w:tcPr>
            <w:tcW w:w="0" w:type="auto"/>
          </w:tcPr>
          <w:p w14:paraId="45D4BCA8" w14:textId="77777777" w:rsidR="007A5E59" w:rsidRDefault="0095198F">
            <w:pPr>
              <w:jc w:val="center"/>
            </w:pPr>
            <w:r>
              <w:t>0,100</w:t>
            </w:r>
          </w:p>
        </w:tc>
      </w:tr>
      <w:tr w:rsidR="007A5E59" w14:paraId="055AB18C" w14:textId="77777777">
        <w:trPr>
          <w:jc w:val="center"/>
        </w:trPr>
        <w:tc>
          <w:tcPr>
            <w:tcW w:w="0" w:type="auto"/>
          </w:tcPr>
          <w:p w14:paraId="432EECC3" w14:textId="77777777" w:rsidR="007A5E59" w:rsidRDefault="007A5E59"/>
        </w:tc>
        <w:tc>
          <w:tcPr>
            <w:tcW w:w="0" w:type="auto"/>
          </w:tcPr>
          <w:p w14:paraId="7A3DD019" w14:textId="77777777" w:rsidR="007A5E59" w:rsidRDefault="007A5E59"/>
        </w:tc>
        <w:tc>
          <w:tcPr>
            <w:tcW w:w="0" w:type="auto"/>
          </w:tcPr>
          <w:p w14:paraId="3065586D" w14:textId="77777777" w:rsidR="007A5E59" w:rsidRDefault="007A5E59"/>
        </w:tc>
        <w:tc>
          <w:tcPr>
            <w:tcW w:w="0" w:type="auto"/>
          </w:tcPr>
          <w:p w14:paraId="3AFE257D" w14:textId="77777777" w:rsidR="007A5E59" w:rsidRDefault="0095198F">
            <w:r>
              <w:t>Гкал/год</w:t>
            </w:r>
          </w:p>
        </w:tc>
        <w:tc>
          <w:tcPr>
            <w:tcW w:w="0" w:type="auto"/>
          </w:tcPr>
          <w:p w14:paraId="42F108B9" w14:textId="77777777" w:rsidR="007A5E59" w:rsidRDefault="0095198F">
            <w:pPr>
              <w:jc w:val="center"/>
            </w:pPr>
            <w:r>
              <w:t>2 024,40</w:t>
            </w:r>
          </w:p>
        </w:tc>
        <w:tc>
          <w:tcPr>
            <w:tcW w:w="0" w:type="auto"/>
          </w:tcPr>
          <w:p w14:paraId="33E872A8" w14:textId="77777777" w:rsidR="007A5E59" w:rsidRDefault="0095198F">
            <w:pPr>
              <w:jc w:val="center"/>
            </w:pPr>
            <w:r>
              <w:t>2 024,40</w:t>
            </w:r>
          </w:p>
        </w:tc>
        <w:tc>
          <w:tcPr>
            <w:tcW w:w="0" w:type="auto"/>
          </w:tcPr>
          <w:p w14:paraId="77835B83" w14:textId="77777777" w:rsidR="007A5E59" w:rsidRDefault="0095198F">
            <w:pPr>
              <w:jc w:val="center"/>
            </w:pPr>
            <w:r>
              <w:t>2 024,40</w:t>
            </w:r>
          </w:p>
        </w:tc>
      </w:tr>
      <w:tr w:rsidR="007A5E59" w14:paraId="1B82E2FF" w14:textId="77777777">
        <w:trPr>
          <w:jc w:val="center"/>
        </w:trPr>
        <w:tc>
          <w:tcPr>
            <w:tcW w:w="0" w:type="auto"/>
          </w:tcPr>
          <w:p w14:paraId="0359EC34" w14:textId="77777777" w:rsidR="007A5E59" w:rsidRDefault="0095198F">
            <w:r>
              <w:t>2.1.2</w:t>
            </w:r>
          </w:p>
        </w:tc>
        <w:tc>
          <w:tcPr>
            <w:tcW w:w="0" w:type="auto"/>
          </w:tcPr>
          <w:p w14:paraId="2BC73E0A" w14:textId="77777777" w:rsidR="007A5E59" w:rsidRPr="00794D67" w:rsidRDefault="0095198F">
            <w:pPr>
              <w:rPr>
                <w:lang w:val="ru-RU"/>
              </w:rPr>
            </w:pPr>
            <w:r w:rsidRPr="00794D67">
              <w:rPr>
                <w:lang w:val="ru-RU"/>
              </w:rPr>
              <w:t>Котельная «Производственно-отопительная УПК № 6 Старый Шерегеш»</w:t>
            </w:r>
          </w:p>
        </w:tc>
        <w:tc>
          <w:tcPr>
            <w:tcW w:w="0" w:type="auto"/>
          </w:tcPr>
          <w:p w14:paraId="15A3D37C" w14:textId="77777777" w:rsidR="007A5E59" w:rsidRDefault="0095198F">
            <w:r>
              <w:t>Отопление</w:t>
            </w:r>
          </w:p>
        </w:tc>
        <w:tc>
          <w:tcPr>
            <w:tcW w:w="0" w:type="auto"/>
          </w:tcPr>
          <w:p w14:paraId="48F50B52" w14:textId="77777777" w:rsidR="007A5E59" w:rsidRDefault="0095198F">
            <w:r>
              <w:t>Гкал/ч</w:t>
            </w:r>
          </w:p>
        </w:tc>
        <w:tc>
          <w:tcPr>
            <w:tcW w:w="0" w:type="auto"/>
          </w:tcPr>
          <w:p w14:paraId="7BC0295E" w14:textId="77777777" w:rsidR="007A5E59" w:rsidRDefault="0095198F">
            <w:pPr>
              <w:jc w:val="center"/>
            </w:pPr>
            <w:r>
              <w:t>2,933</w:t>
            </w:r>
          </w:p>
        </w:tc>
        <w:tc>
          <w:tcPr>
            <w:tcW w:w="0" w:type="auto"/>
          </w:tcPr>
          <w:p w14:paraId="16000086" w14:textId="77777777" w:rsidR="007A5E59" w:rsidRDefault="0095198F">
            <w:pPr>
              <w:jc w:val="center"/>
            </w:pPr>
            <w:r>
              <w:t>3,083</w:t>
            </w:r>
          </w:p>
        </w:tc>
        <w:tc>
          <w:tcPr>
            <w:tcW w:w="0" w:type="auto"/>
          </w:tcPr>
          <w:p w14:paraId="1920D472" w14:textId="77777777" w:rsidR="007A5E59" w:rsidRDefault="0095198F">
            <w:pPr>
              <w:jc w:val="center"/>
            </w:pPr>
            <w:r>
              <w:t>3,083</w:t>
            </w:r>
          </w:p>
        </w:tc>
      </w:tr>
      <w:tr w:rsidR="007A5E59" w14:paraId="091D2E53" w14:textId="77777777">
        <w:trPr>
          <w:jc w:val="center"/>
        </w:trPr>
        <w:tc>
          <w:tcPr>
            <w:tcW w:w="0" w:type="auto"/>
          </w:tcPr>
          <w:p w14:paraId="074B125A" w14:textId="77777777" w:rsidR="007A5E59" w:rsidRDefault="007A5E59"/>
        </w:tc>
        <w:tc>
          <w:tcPr>
            <w:tcW w:w="0" w:type="auto"/>
          </w:tcPr>
          <w:p w14:paraId="660BC5A2" w14:textId="77777777" w:rsidR="007A5E59" w:rsidRDefault="007A5E59"/>
        </w:tc>
        <w:tc>
          <w:tcPr>
            <w:tcW w:w="0" w:type="auto"/>
          </w:tcPr>
          <w:p w14:paraId="6CA9C7DE" w14:textId="77777777" w:rsidR="007A5E59" w:rsidRDefault="007A5E59"/>
        </w:tc>
        <w:tc>
          <w:tcPr>
            <w:tcW w:w="0" w:type="auto"/>
          </w:tcPr>
          <w:p w14:paraId="48657EB1" w14:textId="77777777" w:rsidR="007A5E59" w:rsidRDefault="0095198F">
            <w:r>
              <w:t>Гкал/год</w:t>
            </w:r>
          </w:p>
        </w:tc>
        <w:tc>
          <w:tcPr>
            <w:tcW w:w="0" w:type="auto"/>
          </w:tcPr>
          <w:p w14:paraId="78BA2DA1" w14:textId="77777777" w:rsidR="007A5E59" w:rsidRDefault="0095198F">
            <w:pPr>
              <w:jc w:val="center"/>
            </w:pPr>
            <w:r>
              <w:t>4 507,80</w:t>
            </w:r>
          </w:p>
        </w:tc>
        <w:tc>
          <w:tcPr>
            <w:tcW w:w="0" w:type="auto"/>
          </w:tcPr>
          <w:p w14:paraId="197577D2" w14:textId="77777777" w:rsidR="007A5E59" w:rsidRDefault="0095198F">
            <w:pPr>
              <w:jc w:val="center"/>
            </w:pPr>
            <w:r>
              <w:t>4 738,35</w:t>
            </w:r>
          </w:p>
        </w:tc>
        <w:tc>
          <w:tcPr>
            <w:tcW w:w="0" w:type="auto"/>
          </w:tcPr>
          <w:p w14:paraId="4A82705B" w14:textId="77777777" w:rsidR="007A5E59" w:rsidRDefault="0095198F">
            <w:pPr>
              <w:jc w:val="center"/>
            </w:pPr>
            <w:r>
              <w:t>4 738,35</w:t>
            </w:r>
          </w:p>
        </w:tc>
      </w:tr>
      <w:tr w:rsidR="007A5E59" w14:paraId="7A67891F" w14:textId="77777777">
        <w:trPr>
          <w:jc w:val="center"/>
        </w:trPr>
        <w:tc>
          <w:tcPr>
            <w:tcW w:w="0" w:type="auto"/>
          </w:tcPr>
          <w:p w14:paraId="3F86E2C5" w14:textId="77777777" w:rsidR="007A5E59" w:rsidRDefault="007A5E59"/>
        </w:tc>
        <w:tc>
          <w:tcPr>
            <w:tcW w:w="0" w:type="auto"/>
          </w:tcPr>
          <w:p w14:paraId="34B67762" w14:textId="77777777" w:rsidR="007A5E59" w:rsidRDefault="007A5E59"/>
        </w:tc>
        <w:tc>
          <w:tcPr>
            <w:tcW w:w="0" w:type="auto"/>
          </w:tcPr>
          <w:p w14:paraId="570EBFF2" w14:textId="77777777" w:rsidR="007A5E59" w:rsidRDefault="0095198F">
            <w:r>
              <w:t>Вентиляция</w:t>
            </w:r>
          </w:p>
        </w:tc>
        <w:tc>
          <w:tcPr>
            <w:tcW w:w="0" w:type="auto"/>
          </w:tcPr>
          <w:p w14:paraId="6BE67C7B" w14:textId="77777777" w:rsidR="007A5E59" w:rsidRDefault="0095198F">
            <w:r>
              <w:t>Гкал/ч</w:t>
            </w:r>
          </w:p>
        </w:tc>
        <w:tc>
          <w:tcPr>
            <w:tcW w:w="0" w:type="auto"/>
          </w:tcPr>
          <w:p w14:paraId="04426529" w14:textId="77777777" w:rsidR="007A5E59" w:rsidRDefault="0095198F">
            <w:pPr>
              <w:jc w:val="center"/>
            </w:pPr>
            <w:r>
              <w:t>0,000</w:t>
            </w:r>
          </w:p>
        </w:tc>
        <w:tc>
          <w:tcPr>
            <w:tcW w:w="0" w:type="auto"/>
          </w:tcPr>
          <w:p w14:paraId="022F8DB8" w14:textId="77777777" w:rsidR="007A5E59" w:rsidRDefault="0095198F">
            <w:pPr>
              <w:jc w:val="center"/>
            </w:pPr>
            <w:r>
              <w:t>0,000</w:t>
            </w:r>
          </w:p>
        </w:tc>
        <w:tc>
          <w:tcPr>
            <w:tcW w:w="0" w:type="auto"/>
          </w:tcPr>
          <w:p w14:paraId="755C8BAE" w14:textId="77777777" w:rsidR="007A5E59" w:rsidRDefault="0095198F">
            <w:pPr>
              <w:jc w:val="center"/>
            </w:pPr>
            <w:r>
              <w:t>0,000</w:t>
            </w:r>
          </w:p>
        </w:tc>
      </w:tr>
      <w:tr w:rsidR="007A5E59" w14:paraId="03DF1C5B" w14:textId="77777777">
        <w:trPr>
          <w:jc w:val="center"/>
        </w:trPr>
        <w:tc>
          <w:tcPr>
            <w:tcW w:w="0" w:type="auto"/>
          </w:tcPr>
          <w:p w14:paraId="71046537" w14:textId="77777777" w:rsidR="007A5E59" w:rsidRDefault="007A5E59"/>
        </w:tc>
        <w:tc>
          <w:tcPr>
            <w:tcW w:w="0" w:type="auto"/>
          </w:tcPr>
          <w:p w14:paraId="50ABF208" w14:textId="77777777" w:rsidR="007A5E59" w:rsidRDefault="007A5E59"/>
        </w:tc>
        <w:tc>
          <w:tcPr>
            <w:tcW w:w="0" w:type="auto"/>
          </w:tcPr>
          <w:p w14:paraId="6F70EAE7" w14:textId="77777777" w:rsidR="007A5E59" w:rsidRDefault="007A5E59"/>
        </w:tc>
        <w:tc>
          <w:tcPr>
            <w:tcW w:w="0" w:type="auto"/>
          </w:tcPr>
          <w:p w14:paraId="59F0A37E" w14:textId="77777777" w:rsidR="007A5E59" w:rsidRDefault="0095198F">
            <w:r>
              <w:t>Гкал/год</w:t>
            </w:r>
          </w:p>
        </w:tc>
        <w:tc>
          <w:tcPr>
            <w:tcW w:w="0" w:type="auto"/>
          </w:tcPr>
          <w:p w14:paraId="7FBCF11C" w14:textId="77777777" w:rsidR="007A5E59" w:rsidRDefault="0095198F">
            <w:pPr>
              <w:jc w:val="center"/>
            </w:pPr>
            <w:r>
              <w:t>0,00</w:t>
            </w:r>
          </w:p>
        </w:tc>
        <w:tc>
          <w:tcPr>
            <w:tcW w:w="0" w:type="auto"/>
          </w:tcPr>
          <w:p w14:paraId="0E7AC54C" w14:textId="77777777" w:rsidR="007A5E59" w:rsidRDefault="0095198F">
            <w:pPr>
              <w:jc w:val="center"/>
            </w:pPr>
            <w:r>
              <w:t>0,00</w:t>
            </w:r>
          </w:p>
        </w:tc>
        <w:tc>
          <w:tcPr>
            <w:tcW w:w="0" w:type="auto"/>
          </w:tcPr>
          <w:p w14:paraId="16EFAD7C" w14:textId="77777777" w:rsidR="007A5E59" w:rsidRDefault="0095198F">
            <w:pPr>
              <w:jc w:val="center"/>
            </w:pPr>
            <w:r>
              <w:t>0,00</w:t>
            </w:r>
          </w:p>
        </w:tc>
      </w:tr>
      <w:tr w:rsidR="007A5E59" w14:paraId="7233F9A5" w14:textId="77777777">
        <w:trPr>
          <w:jc w:val="center"/>
        </w:trPr>
        <w:tc>
          <w:tcPr>
            <w:tcW w:w="0" w:type="auto"/>
          </w:tcPr>
          <w:p w14:paraId="214F8C47" w14:textId="77777777" w:rsidR="007A5E59" w:rsidRDefault="007A5E59"/>
        </w:tc>
        <w:tc>
          <w:tcPr>
            <w:tcW w:w="0" w:type="auto"/>
          </w:tcPr>
          <w:p w14:paraId="03C542A2" w14:textId="77777777" w:rsidR="007A5E59" w:rsidRDefault="007A5E59"/>
        </w:tc>
        <w:tc>
          <w:tcPr>
            <w:tcW w:w="0" w:type="auto"/>
          </w:tcPr>
          <w:p w14:paraId="4199F53A" w14:textId="77777777" w:rsidR="007A5E59" w:rsidRDefault="0095198F">
            <w:r>
              <w:t>ГВС</w:t>
            </w:r>
          </w:p>
        </w:tc>
        <w:tc>
          <w:tcPr>
            <w:tcW w:w="0" w:type="auto"/>
          </w:tcPr>
          <w:p w14:paraId="4A618AA3" w14:textId="77777777" w:rsidR="007A5E59" w:rsidRDefault="0095198F">
            <w:r>
              <w:t>м3/час</w:t>
            </w:r>
          </w:p>
        </w:tc>
        <w:tc>
          <w:tcPr>
            <w:tcW w:w="0" w:type="auto"/>
          </w:tcPr>
          <w:p w14:paraId="1B105D84" w14:textId="77777777" w:rsidR="007A5E59" w:rsidRDefault="0095198F">
            <w:pPr>
              <w:jc w:val="center"/>
            </w:pPr>
            <w:r>
              <w:t>4,800</w:t>
            </w:r>
          </w:p>
        </w:tc>
        <w:tc>
          <w:tcPr>
            <w:tcW w:w="0" w:type="auto"/>
          </w:tcPr>
          <w:p w14:paraId="5DE063AC" w14:textId="77777777" w:rsidR="007A5E59" w:rsidRDefault="0095198F">
            <w:pPr>
              <w:jc w:val="center"/>
            </w:pPr>
            <w:r>
              <w:t>4,800</w:t>
            </w:r>
          </w:p>
        </w:tc>
        <w:tc>
          <w:tcPr>
            <w:tcW w:w="0" w:type="auto"/>
          </w:tcPr>
          <w:p w14:paraId="045CABB5" w14:textId="77777777" w:rsidR="007A5E59" w:rsidRDefault="0095198F">
            <w:pPr>
              <w:jc w:val="center"/>
            </w:pPr>
            <w:r>
              <w:t>4,800</w:t>
            </w:r>
          </w:p>
        </w:tc>
      </w:tr>
      <w:tr w:rsidR="007A5E59" w14:paraId="579C81AB" w14:textId="77777777">
        <w:trPr>
          <w:jc w:val="center"/>
        </w:trPr>
        <w:tc>
          <w:tcPr>
            <w:tcW w:w="0" w:type="auto"/>
          </w:tcPr>
          <w:p w14:paraId="4EFD264D" w14:textId="77777777" w:rsidR="007A5E59" w:rsidRDefault="007A5E59"/>
        </w:tc>
        <w:tc>
          <w:tcPr>
            <w:tcW w:w="0" w:type="auto"/>
          </w:tcPr>
          <w:p w14:paraId="60B33F72" w14:textId="77777777" w:rsidR="007A5E59" w:rsidRDefault="007A5E59"/>
        </w:tc>
        <w:tc>
          <w:tcPr>
            <w:tcW w:w="0" w:type="auto"/>
          </w:tcPr>
          <w:p w14:paraId="5795F2B2" w14:textId="77777777" w:rsidR="007A5E59" w:rsidRDefault="007A5E59"/>
        </w:tc>
        <w:tc>
          <w:tcPr>
            <w:tcW w:w="0" w:type="auto"/>
          </w:tcPr>
          <w:p w14:paraId="2E8C814A" w14:textId="77777777" w:rsidR="007A5E59" w:rsidRDefault="0095198F">
            <w:r>
              <w:t>Гкал/ч</w:t>
            </w:r>
          </w:p>
        </w:tc>
        <w:tc>
          <w:tcPr>
            <w:tcW w:w="0" w:type="auto"/>
          </w:tcPr>
          <w:p w14:paraId="5F48B991" w14:textId="77777777" w:rsidR="007A5E59" w:rsidRDefault="0095198F">
            <w:pPr>
              <w:jc w:val="center"/>
            </w:pPr>
            <w:r>
              <w:t>0,264</w:t>
            </w:r>
          </w:p>
        </w:tc>
        <w:tc>
          <w:tcPr>
            <w:tcW w:w="0" w:type="auto"/>
          </w:tcPr>
          <w:p w14:paraId="0403C6AC" w14:textId="77777777" w:rsidR="007A5E59" w:rsidRDefault="0095198F">
            <w:pPr>
              <w:jc w:val="center"/>
            </w:pPr>
            <w:r>
              <w:t>0,264</w:t>
            </w:r>
          </w:p>
        </w:tc>
        <w:tc>
          <w:tcPr>
            <w:tcW w:w="0" w:type="auto"/>
          </w:tcPr>
          <w:p w14:paraId="1FE9638B" w14:textId="77777777" w:rsidR="007A5E59" w:rsidRDefault="0095198F">
            <w:pPr>
              <w:jc w:val="center"/>
            </w:pPr>
            <w:r>
              <w:t>0,264</w:t>
            </w:r>
          </w:p>
        </w:tc>
      </w:tr>
      <w:tr w:rsidR="007A5E59" w14:paraId="4B3A07BE" w14:textId="77777777">
        <w:trPr>
          <w:jc w:val="center"/>
        </w:trPr>
        <w:tc>
          <w:tcPr>
            <w:tcW w:w="0" w:type="auto"/>
          </w:tcPr>
          <w:p w14:paraId="2A27637A" w14:textId="77777777" w:rsidR="007A5E59" w:rsidRDefault="007A5E59"/>
        </w:tc>
        <w:tc>
          <w:tcPr>
            <w:tcW w:w="0" w:type="auto"/>
          </w:tcPr>
          <w:p w14:paraId="441FF771" w14:textId="77777777" w:rsidR="007A5E59" w:rsidRDefault="007A5E59"/>
        </w:tc>
        <w:tc>
          <w:tcPr>
            <w:tcW w:w="0" w:type="auto"/>
          </w:tcPr>
          <w:p w14:paraId="196485C4" w14:textId="77777777" w:rsidR="007A5E59" w:rsidRDefault="007A5E59"/>
        </w:tc>
        <w:tc>
          <w:tcPr>
            <w:tcW w:w="0" w:type="auto"/>
          </w:tcPr>
          <w:p w14:paraId="406C7044" w14:textId="77777777" w:rsidR="007A5E59" w:rsidRDefault="0095198F">
            <w:r>
              <w:t>Гкал/год</w:t>
            </w:r>
          </w:p>
        </w:tc>
        <w:tc>
          <w:tcPr>
            <w:tcW w:w="0" w:type="auto"/>
          </w:tcPr>
          <w:p w14:paraId="1B1BC629" w14:textId="77777777" w:rsidR="007A5E59" w:rsidRDefault="0095198F">
            <w:pPr>
              <w:jc w:val="center"/>
            </w:pPr>
            <w:r>
              <w:t>3 505,50</w:t>
            </w:r>
          </w:p>
        </w:tc>
        <w:tc>
          <w:tcPr>
            <w:tcW w:w="0" w:type="auto"/>
          </w:tcPr>
          <w:p w14:paraId="138DC420" w14:textId="77777777" w:rsidR="007A5E59" w:rsidRDefault="0095198F">
            <w:pPr>
              <w:jc w:val="center"/>
            </w:pPr>
            <w:r>
              <w:t>3 505,50</w:t>
            </w:r>
          </w:p>
        </w:tc>
        <w:tc>
          <w:tcPr>
            <w:tcW w:w="0" w:type="auto"/>
          </w:tcPr>
          <w:p w14:paraId="40A9C010" w14:textId="77777777" w:rsidR="007A5E59" w:rsidRDefault="0095198F">
            <w:pPr>
              <w:jc w:val="center"/>
            </w:pPr>
            <w:r>
              <w:t>3 505,50</w:t>
            </w:r>
          </w:p>
        </w:tc>
      </w:tr>
      <w:tr w:rsidR="007A5E59" w14:paraId="0E79669F" w14:textId="77777777">
        <w:trPr>
          <w:jc w:val="center"/>
        </w:trPr>
        <w:tc>
          <w:tcPr>
            <w:tcW w:w="0" w:type="auto"/>
          </w:tcPr>
          <w:p w14:paraId="0C47ED60" w14:textId="77777777" w:rsidR="007A5E59" w:rsidRDefault="007A5E59"/>
        </w:tc>
        <w:tc>
          <w:tcPr>
            <w:tcW w:w="0" w:type="auto"/>
          </w:tcPr>
          <w:p w14:paraId="3E6A3E30" w14:textId="77777777" w:rsidR="007A5E59" w:rsidRDefault="007A5E59"/>
        </w:tc>
        <w:tc>
          <w:tcPr>
            <w:tcW w:w="0" w:type="auto"/>
          </w:tcPr>
          <w:p w14:paraId="0CE087C4" w14:textId="77777777" w:rsidR="007A5E59" w:rsidRDefault="0095198F">
            <w:r>
              <w:t>Пар</w:t>
            </w:r>
          </w:p>
        </w:tc>
        <w:tc>
          <w:tcPr>
            <w:tcW w:w="0" w:type="auto"/>
          </w:tcPr>
          <w:p w14:paraId="1CC512E4" w14:textId="77777777" w:rsidR="007A5E59" w:rsidRDefault="0095198F">
            <w:r>
              <w:t>Гкал/ч</w:t>
            </w:r>
          </w:p>
        </w:tc>
        <w:tc>
          <w:tcPr>
            <w:tcW w:w="0" w:type="auto"/>
          </w:tcPr>
          <w:p w14:paraId="4F728081" w14:textId="77777777" w:rsidR="007A5E59" w:rsidRDefault="0095198F">
            <w:pPr>
              <w:jc w:val="center"/>
            </w:pPr>
            <w:r>
              <w:t>0,209</w:t>
            </w:r>
          </w:p>
        </w:tc>
        <w:tc>
          <w:tcPr>
            <w:tcW w:w="0" w:type="auto"/>
          </w:tcPr>
          <w:p w14:paraId="76B8C03C" w14:textId="77777777" w:rsidR="007A5E59" w:rsidRDefault="0095198F">
            <w:pPr>
              <w:jc w:val="center"/>
            </w:pPr>
            <w:r>
              <w:t>0,209</w:t>
            </w:r>
          </w:p>
        </w:tc>
        <w:tc>
          <w:tcPr>
            <w:tcW w:w="0" w:type="auto"/>
          </w:tcPr>
          <w:p w14:paraId="28B3A2CD" w14:textId="77777777" w:rsidR="007A5E59" w:rsidRDefault="0095198F">
            <w:pPr>
              <w:jc w:val="center"/>
            </w:pPr>
            <w:r>
              <w:t>0,209</w:t>
            </w:r>
          </w:p>
        </w:tc>
      </w:tr>
      <w:tr w:rsidR="007A5E59" w14:paraId="18072A1B" w14:textId="77777777">
        <w:trPr>
          <w:jc w:val="center"/>
        </w:trPr>
        <w:tc>
          <w:tcPr>
            <w:tcW w:w="0" w:type="auto"/>
          </w:tcPr>
          <w:p w14:paraId="62629490" w14:textId="77777777" w:rsidR="007A5E59" w:rsidRDefault="007A5E59"/>
        </w:tc>
        <w:tc>
          <w:tcPr>
            <w:tcW w:w="0" w:type="auto"/>
          </w:tcPr>
          <w:p w14:paraId="7AEA37FE" w14:textId="77777777" w:rsidR="007A5E59" w:rsidRDefault="007A5E59"/>
        </w:tc>
        <w:tc>
          <w:tcPr>
            <w:tcW w:w="0" w:type="auto"/>
          </w:tcPr>
          <w:p w14:paraId="067309C2" w14:textId="77777777" w:rsidR="007A5E59" w:rsidRDefault="007A5E59"/>
        </w:tc>
        <w:tc>
          <w:tcPr>
            <w:tcW w:w="0" w:type="auto"/>
          </w:tcPr>
          <w:p w14:paraId="0649FBF8" w14:textId="77777777" w:rsidR="007A5E59" w:rsidRDefault="0095198F">
            <w:r>
              <w:t>Гкал/год</w:t>
            </w:r>
          </w:p>
        </w:tc>
        <w:tc>
          <w:tcPr>
            <w:tcW w:w="0" w:type="auto"/>
          </w:tcPr>
          <w:p w14:paraId="5F541E2D" w14:textId="77777777" w:rsidR="007A5E59" w:rsidRDefault="0095198F">
            <w:pPr>
              <w:jc w:val="center"/>
            </w:pPr>
            <w:r>
              <w:t>2 251,20</w:t>
            </w:r>
          </w:p>
        </w:tc>
        <w:tc>
          <w:tcPr>
            <w:tcW w:w="0" w:type="auto"/>
          </w:tcPr>
          <w:p w14:paraId="39169052" w14:textId="77777777" w:rsidR="007A5E59" w:rsidRDefault="0095198F">
            <w:pPr>
              <w:jc w:val="center"/>
            </w:pPr>
            <w:r>
              <w:t>2 251,20</w:t>
            </w:r>
          </w:p>
        </w:tc>
        <w:tc>
          <w:tcPr>
            <w:tcW w:w="0" w:type="auto"/>
          </w:tcPr>
          <w:p w14:paraId="31AB69D0" w14:textId="77777777" w:rsidR="007A5E59" w:rsidRDefault="0095198F">
            <w:pPr>
              <w:jc w:val="center"/>
            </w:pPr>
            <w:r>
              <w:t>2 251,20</w:t>
            </w:r>
          </w:p>
        </w:tc>
      </w:tr>
      <w:tr w:rsidR="007A5E59" w14:paraId="6BAEC002" w14:textId="77777777">
        <w:trPr>
          <w:jc w:val="center"/>
        </w:trPr>
        <w:tc>
          <w:tcPr>
            <w:tcW w:w="0" w:type="auto"/>
          </w:tcPr>
          <w:p w14:paraId="65E7039B" w14:textId="77777777" w:rsidR="007A5E59" w:rsidRDefault="0095198F">
            <w:r>
              <w:t>3.</w:t>
            </w:r>
          </w:p>
        </w:tc>
        <w:tc>
          <w:tcPr>
            <w:tcW w:w="0" w:type="auto"/>
          </w:tcPr>
          <w:p w14:paraId="6A823B2E" w14:textId="77777777" w:rsidR="007A5E59" w:rsidRDefault="0095198F">
            <w:r>
              <w:t>пгт Каз</w:t>
            </w:r>
          </w:p>
        </w:tc>
        <w:tc>
          <w:tcPr>
            <w:tcW w:w="0" w:type="auto"/>
          </w:tcPr>
          <w:p w14:paraId="212546CE" w14:textId="77777777" w:rsidR="007A5E59" w:rsidRDefault="007A5E59"/>
        </w:tc>
        <w:tc>
          <w:tcPr>
            <w:tcW w:w="0" w:type="auto"/>
          </w:tcPr>
          <w:p w14:paraId="2E1A0050" w14:textId="77777777" w:rsidR="007A5E59" w:rsidRDefault="007A5E59"/>
        </w:tc>
        <w:tc>
          <w:tcPr>
            <w:tcW w:w="0" w:type="auto"/>
          </w:tcPr>
          <w:p w14:paraId="368ACEBC" w14:textId="77777777" w:rsidR="007A5E59" w:rsidRDefault="007A5E59"/>
        </w:tc>
        <w:tc>
          <w:tcPr>
            <w:tcW w:w="0" w:type="auto"/>
          </w:tcPr>
          <w:p w14:paraId="0629DBB1" w14:textId="77777777" w:rsidR="007A5E59" w:rsidRDefault="007A5E59"/>
        </w:tc>
        <w:tc>
          <w:tcPr>
            <w:tcW w:w="0" w:type="auto"/>
          </w:tcPr>
          <w:p w14:paraId="0EDDBD2A" w14:textId="77777777" w:rsidR="007A5E59" w:rsidRDefault="007A5E59"/>
        </w:tc>
      </w:tr>
      <w:tr w:rsidR="007A5E59" w14:paraId="64813876" w14:textId="77777777">
        <w:trPr>
          <w:jc w:val="center"/>
        </w:trPr>
        <w:tc>
          <w:tcPr>
            <w:tcW w:w="0" w:type="auto"/>
          </w:tcPr>
          <w:p w14:paraId="2A08FF12" w14:textId="77777777" w:rsidR="007A5E59" w:rsidRDefault="0095198F">
            <w:r>
              <w:t>3.1.</w:t>
            </w:r>
          </w:p>
        </w:tc>
        <w:tc>
          <w:tcPr>
            <w:tcW w:w="0" w:type="auto"/>
          </w:tcPr>
          <w:p w14:paraId="362E1035" w14:textId="77777777" w:rsidR="007A5E59" w:rsidRDefault="0095198F">
            <w:r>
              <w:t>ЕТО № 001 — ООО «ЮКЭК»</w:t>
            </w:r>
          </w:p>
        </w:tc>
        <w:tc>
          <w:tcPr>
            <w:tcW w:w="0" w:type="auto"/>
          </w:tcPr>
          <w:p w14:paraId="2030A3B6" w14:textId="77777777" w:rsidR="007A5E59" w:rsidRDefault="007A5E59"/>
        </w:tc>
        <w:tc>
          <w:tcPr>
            <w:tcW w:w="0" w:type="auto"/>
          </w:tcPr>
          <w:p w14:paraId="05054A86" w14:textId="77777777" w:rsidR="007A5E59" w:rsidRDefault="007A5E59"/>
        </w:tc>
        <w:tc>
          <w:tcPr>
            <w:tcW w:w="0" w:type="auto"/>
          </w:tcPr>
          <w:p w14:paraId="37089C25" w14:textId="77777777" w:rsidR="007A5E59" w:rsidRDefault="007A5E59"/>
        </w:tc>
        <w:tc>
          <w:tcPr>
            <w:tcW w:w="0" w:type="auto"/>
          </w:tcPr>
          <w:p w14:paraId="605B0A63" w14:textId="77777777" w:rsidR="007A5E59" w:rsidRDefault="007A5E59"/>
        </w:tc>
        <w:tc>
          <w:tcPr>
            <w:tcW w:w="0" w:type="auto"/>
          </w:tcPr>
          <w:p w14:paraId="1FAA54BA" w14:textId="77777777" w:rsidR="007A5E59" w:rsidRDefault="007A5E59"/>
        </w:tc>
      </w:tr>
      <w:tr w:rsidR="007A5E59" w14:paraId="7AFD0D01" w14:textId="77777777">
        <w:trPr>
          <w:jc w:val="center"/>
        </w:trPr>
        <w:tc>
          <w:tcPr>
            <w:tcW w:w="0" w:type="auto"/>
          </w:tcPr>
          <w:p w14:paraId="4C5FFF5A" w14:textId="77777777" w:rsidR="007A5E59" w:rsidRDefault="0095198F">
            <w:r>
              <w:t>3.1.1</w:t>
            </w:r>
          </w:p>
        </w:tc>
        <w:tc>
          <w:tcPr>
            <w:tcW w:w="0" w:type="auto"/>
          </w:tcPr>
          <w:p w14:paraId="19D3FC89" w14:textId="77777777" w:rsidR="007A5E59" w:rsidRPr="00794D67" w:rsidRDefault="0095198F">
            <w:pPr>
              <w:rPr>
                <w:lang w:val="ru-RU"/>
              </w:rPr>
            </w:pPr>
            <w:r w:rsidRPr="00794D67">
              <w:rPr>
                <w:lang w:val="ru-RU"/>
              </w:rPr>
              <w:t>Котельная «Производственно-отопительная УПК № 7 Каз»</w:t>
            </w:r>
          </w:p>
        </w:tc>
        <w:tc>
          <w:tcPr>
            <w:tcW w:w="0" w:type="auto"/>
          </w:tcPr>
          <w:p w14:paraId="748BC944" w14:textId="77777777" w:rsidR="007A5E59" w:rsidRDefault="0095198F">
            <w:r>
              <w:t>Отопление</w:t>
            </w:r>
          </w:p>
        </w:tc>
        <w:tc>
          <w:tcPr>
            <w:tcW w:w="0" w:type="auto"/>
          </w:tcPr>
          <w:p w14:paraId="31B52A11" w14:textId="77777777" w:rsidR="007A5E59" w:rsidRDefault="0095198F">
            <w:r>
              <w:t>Гкал/ч</w:t>
            </w:r>
          </w:p>
        </w:tc>
        <w:tc>
          <w:tcPr>
            <w:tcW w:w="0" w:type="auto"/>
          </w:tcPr>
          <w:p w14:paraId="0E1BAB77" w14:textId="77777777" w:rsidR="007A5E59" w:rsidRDefault="0095198F">
            <w:pPr>
              <w:jc w:val="center"/>
            </w:pPr>
            <w:r>
              <w:t>12,039</w:t>
            </w:r>
          </w:p>
        </w:tc>
        <w:tc>
          <w:tcPr>
            <w:tcW w:w="0" w:type="auto"/>
          </w:tcPr>
          <w:p w14:paraId="568DAD2D" w14:textId="77777777" w:rsidR="007A5E59" w:rsidRDefault="0095198F">
            <w:pPr>
              <w:jc w:val="center"/>
            </w:pPr>
            <w:r>
              <w:t>12,072</w:t>
            </w:r>
          </w:p>
        </w:tc>
        <w:tc>
          <w:tcPr>
            <w:tcW w:w="0" w:type="auto"/>
          </w:tcPr>
          <w:p w14:paraId="143972FD" w14:textId="77777777" w:rsidR="007A5E59" w:rsidRDefault="0095198F">
            <w:pPr>
              <w:jc w:val="center"/>
            </w:pPr>
            <w:r>
              <w:t>12,072</w:t>
            </w:r>
          </w:p>
        </w:tc>
      </w:tr>
      <w:tr w:rsidR="007A5E59" w14:paraId="7221E48C" w14:textId="77777777">
        <w:trPr>
          <w:jc w:val="center"/>
        </w:trPr>
        <w:tc>
          <w:tcPr>
            <w:tcW w:w="0" w:type="auto"/>
          </w:tcPr>
          <w:p w14:paraId="58E8C8F0" w14:textId="77777777" w:rsidR="007A5E59" w:rsidRDefault="007A5E59"/>
        </w:tc>
        <w:tc>
          <w:tcPr>
            <w:tcW w:w="0" w:type="auto"/>
          </w:tcPr>
          <w:p w14:paraId="7571767A" w14:textId="77777777" w:rsidR="007A5E59" w:rsidRDefault="007A5E59"/>
        </w:tc>
        <w:tc>
          <w:tcPr>
            <w:tcW w:w="0" w:type="auto"/>
          </w:tcPr>
          <w:p w14:paraId="1CDB179D" w14:textId="77777777" w:rsidR="007A5E59" w:rsidRDefault="007A5E59"/>
        </w:tc>
        <w:tc>
          <w:tcPr>
            <w:tcW w:w="0" w:type="auto"/>
          </w:tcPr>
          <w:p w14:paraId="1C25AE17" w14:textId="77777777" w:rsidR="007A5E59" w:rsidRDefault="0095198F">
            <w:r>
              <w:t>Гкал/год</w:t>
            </w:r>
          </w:p>
        </w:tc>
        <w:tc>
          <w:tcPr>
            <w:tcW w:w="0" w:type="auto"/>
          </w:tcPr>
          <w:p w14:paraId="6C9469D7" w14:textId="77777777" w:rsidR="007A5E59" w:rsidRDefault="0095198F">
            <w:pPr>
              <w:jc w:val="center"/>
            </w:pPr>
            <w:r>
              <w:t>37 452,60</w:t>
            </w:r>
          </w:p>
        </w:tc>
        <w:tc>
          <w:tcPr>
            <w:tcW w:w="0" w:type="auto"/>
          </w:tcPr>
          <w:p w14:paraId="14AD53DF" w14:textId="77777777" w:rsidR="007A5E59" w:rsidRDefault="0095198F">
            <w:pPr>
              <w:jc w:val="center"/>
            </w:pPr>
            <w:r>
              <w:t>37 587,00</w:t>
            </w:r>
          </w:p>
        </w:tc>
        <w:tc>
          <w:tcPr>
            <w:tcW w:w="0" w:type="auto"/>
          </w:tcPr>
          <w:p w14:paraId="587741BD" w14:textId="77777777" w:rsidR="007A5E59" w:rsidRDefault="0095198F">
            <w:pPr>
              <w:jc w:val="center"/>
            </w:pPr>
            <w:r>
              <w:t>37 587,00</w:t>
            </w:r>
          </w:p>
        </w:tc>
      </w:tr>
      <w:tr w:rsidR="007A5E59" w14:paraId="1AE34B19" w14:textId="77777777">
        <w:trPr>
          <w:jc w:val="center"/>
        </w:trPr>
        <w:tc>
          <w:tcPr>
            <w:tcW w:w="0" w:type="auto"/>
          </w:tcPr>
          <w:p w14:paraId="1949B67D" w14:textId="77777777" w:rsidR="007A5E59" w:rsidRDefault="007A5E59"/>
        </w:tc>
        <w:tc>
          <w:tcPr>
            <w:tcW w:w="0" w:type="auto"/>
          </w:tcPr>
          <w:p w14:paraId="3BEA94FB" w14:textId="77777777" w:rsidR="007A5E59" w:rsidRDefault="007A5E59"/>
        </w:tc>
        <w:tc>
          <w:tcPr>
            <w:tcW w:w="0" w:type="auto"/>
          </w:tcPr>
          <w:p w14:paraId="3162242C" w14:textId="77777777" w:rsidR="007A5E59" w:rsidRDefault="0095198F">
            <w:r>
              <w:t>Вентиляция</w:t>
            </w:r>
          </w:p>
        </w:tc>
        <w:tc>
          <w:tcPr>
            <w:tcW w:w="0" w:type="auto"/>
          </w:tcPr>
          <w:p w14:paraId="1D126E4C" w14:textId="77777777" w:rsidR="007A5E59" w:rsidRDefault="0095198F">
            <w:r>
              <w:t>Гкал/ч</w:t>
            </w:r>
          </w:p>
        </w:tc>
        <w:tc>
          <w:tcPr>
            <w:tcW w:w="0" w:type="auto"/>
          </w:tcPr>
          <w:p w14:paraId="671E29EE" w14:textId="77777777" w:rsidR="007A5E59" w:rsidRDefault="0095198F">
            <w:pPr>
              <w:jc w:val="center"/>
            </w:pPr>
            <w:r>
              <w:t>0,922</w:t>
            </w:r>
          </w:p>
        </w:tc>
        <w:tc>
          <w:tcPr>
            <w:tcW w:w="0" w:type="auto"/>
          </w:tcPr>
          <w:p w14:paraId="0B3B84E1" w14:textId="77777777" w:rsidR="007A5E59" w:rsidRDefault="0095198F">
            <w:pPr>
              <w:jc w:val="center"/>
            </w:pPr>
            <w:r>
              <w:t>0,922</w:t>
            </w:r>
          </w:p>
        </w:tc>
        <w:tc>
          <w:tcPr>
            <w:tcW w:w="0" w:type="auto"/>
          </w:tcPr>
          <w:p w14:paraId="0565510E" w14:textId="77777777" w:rsidR="007A5E59" w:rsidRDefault="0095198F">
            <w:pPr>
              <w:jc w:val="center"/>
            </w:pPr>
            <w:r>
              <w:t>0,922</w:t>
            </w:r>
          </w:p>
        </w:tc>
      </w:tr>
      <w:tr w:rsidR="007A5E59" w14:paraId="4780648D" w14:textId="77777777">
        <w:trPr>
          <w:jc w:val="center"/>
        </w:trPr>
        <w:tc>
          <w:tcPr>
            <w:tcW w:w="0" w:type="auto"/>
          </w:tcPr>
          <w:p w14:paraId="1CC4BCB9" w14:textId="77777777" w:rsidR="007A5E59" w:rsidRDefault="007A5E59"/>
        </w:tc>
        <w:tc>
          <w:tcPr>
            <w:tcW w:w="0" w:type="auto"/>
          </w:tcPr>
          <w:p w14:paraId="4288D95A" w14:textId="77777777" w:rsidR="007A5E59" w:rsidRDefault="007A5E59"/>
        </w:tc>
        <w:tc>
          <w:tcPr>
            <w:tcW w:w="0" w:type="auto"/>
          </w:tcPr>
          <w:p w14:paraId="17072ADD" w14:textId="77777777" w:rsidR="007A5E59" w:rsidRDefault="007A5E59"/>
        </w:tc>
        <w:tc>
          <w:tcPr>
            <w:tcW w:w="0" w:type="auto"/>
          </w:tcPr>
          <w:p w14:paraId="0904199C" w14:textId="77777777" w:rsidR="007A5E59" w:rsidRDefault="0095198F">
            <w:r>
              <w:t>Гкал/год</w:t>
            </w:r>
          </w:p>
        </w:tc>
        <w:tc>
          <w:tcPr>
            <w:tcW w:w="0" w:type="auto"/>
          </w:tcPr>
          <w:p w14:paraId="7D57276C" w14:textId="77777777" w:rsidR="007A5E59" w:rsidRDefault="0095198F">
            <w:pPr>
              <w:jc w:val="center"/>
            </w:pPr>
            <w:r>
              <w:t>2 868,40</w:t>
            </w:r>
          </w:p>
        </w:tc>
        <w:tc>
          <w:tcPr>
            <w:tcW w:w="0" w:type="auto"/>
          </w:tcPr>
          <w:p w14:paraId="13904B74" w14:textId="77777777" w:rsidR="007A5E59" w:rsidRDefault="0095198F">
            <w:pPr>
              <w:jc w:val="center"/>
            </w:pPr>
            <w:r>
              <w:t>2 868,40</w:t>
            </w:r>
          </w:p>
        </w:tc>
        <w:tc>
          <w:tcPr>
            <w:tcW w:w="0" w:type="auto"/>
          </w:tcPr>
          <w:p w14:paraId="21AB664D" w14:textId="77777777" w:rsidR="007A5E59" w:rsidRDefault="0095198F">
            <w:pPr>
              <w:jc w:val="center"/>
            </w:pPr>
            <w:r>
              <w:t>2 868,40</w:t>
            </w:r>
          </w:p>
        </w:tc>
      </w:tr>
      <w:tr w:rsidR="007A5E59" w14:paraId="2EEEF606" w14:textId="77777777">
        <w:trPr>
          <w:jc w:val="center"/>
        </w:trPr>
        <w:tc>
          <w:tcPr>
            <w:tcW w:w="0" w:type="auto"/>
          </w:tcPr>
          <w:p w14:paraId="239E4121" w14:textId="77777777" w:rsidR="007A5E59" w:rsidRDefault="007A5E59"/>
        </w:tc>
        <w:tc>
          <w:tcPr>
            <w:tcW w:w="0" w:type="auto"/>
          </w:tcPr>
          <w:p w14:paraId="0935428B" w14:textId="77777777" w:rsidR="007A5E59" w:rsidRDefault="007A5E59"/>
        </w:tc>
        <w:tc>
          <w:tcPr>
            <w:tcW w:w="0" w:type="auto"/>
          </w:tcPr>
          <w:p w14:paraId="5B4680C6" w14:textId="77777777" w:rsidR="007A5E59" w:rsidRDefault="0095198F">
            <w:r>
              <w:t>ГВС</w:t>
            </w:r>
          </w:p>
        </w:tc>
        <w:tc>
          <w:tcPr>
            <w:tcW w:w="0" w:type="auto"/>
          </w:tcPr>
          <w:p w14:paraId="3AC70133" w14:textId="77777777" w:rsidR="007A5E59" w:rsidRDefault="0095198F">
            <w:r>
              <w:t>м3/час</w:t>
            </w:r>
          </w:p>
        </w:tc>
        <w:tc>
          <w:tcPr>
            <w:tcW w:w="0" w:type="auto"/>
          </w:tcPr>
          <w:p w14:paraId="7F85D020" w14:textId="77777777" w:rsidR="007A5E59" w:rsidRDefault="0095198F">
            <w:pPr>
              <w:jc w:val="center"/>
            </w:pPr>
            <w:r>
              <w:t>17,550</w:t>
            </w:r>
          </w:p>
        </w:tc>
        <w:tc>
          <w:tcPr>
            <w:tcW w:w="0" w:type="auto"/>
          </w:tcPr>
          <w:p w14:paraId="4B8E4A38" w14:textId="77777777" w:rsidR="007A5E59" w:rsidRDefault="0095198F">
            <w:pPr>
              <w:jc w:val="center"/>
            </w:pPr>
            <w:r>
              <w:t>17,733</w:t>
            </w:r>
          </w:p>
        </w:tc>
        <w:tc>
          <w:tcPr>
            <w:tcW w:w="0" w:type="auto"/>
          </w:tcPr>
          <w:p w14:paraId="2CC22415" w14:textId="77777777" w:rsidR="007A5E59" w:rsidRDefault="0095198F">
            <w:pPr>
              <w:jc w:val="center"/>
            </w:pPr>
            <w:r>
              <w:t>17,733</w:t>
            </w:r>
          </w:p>
        </w:tc>
      </w:tr>
      <w:tr w:rsidR="007A5E59" w14:paraId="10EE7C59" w14:textId="77777777">
        <w:trPr>
          <w:jc w:val="center"/>
        </w:trPr>
        <w:tc>
          <w:tcPr>
            <w:tcW w:w="0" w:type="auto"/>
          </w:tcPr>
          <w:p w14:paraId="20610718" w14:textId="77777777" w:rsidR="007A5E59" w:rsidRDefault="007A5E59"/>
        </w:tc>
        <w:tc>
          <w:tcPr>
            <w:tcW w:w="0" w:type="auto"/>
          </w:tcPr>
          <w:p w14:paraId="4559DF10" w14:textId="77777777" w:rsidR="007A5E59" w:rsidRDefault="007A5E59"/>
        </w:tc>
        <w:tc>
          <w:tcPr>
            <w:tcW w:w="0" w:type="auto"/>
          </w:tcPr>
          <w:p w14:paraId="23CF3D42" w14:textId="77777777" w:rsidR="007A5E59" w:rsidRDefault="007A5E59"/>
        </w:tc>
        <w:tc>
          <w:tcPr>
            <w:tcW w:w="0" w:type="auto"/>
          </w:tcPr>
          <w:p w14:paraId="606DDBA6" w14:textId="77777777" w:rsidR="007A5E59" w:rsidRDefault="0095198F">
            <w:r>
              <w:t>Гкал/ч</w:t>
            </w:r>
          </w:p>
        </w:tc>
        <w:tc>
          <w:tcPr>
            <w:tcW w:w="0" w:type="auto"/>
          </w:tcPr>
          <w:p w14:paraId="719064DD" w14:textId="77777777" w:rsidR="007A5E59" w:rsidRDefault="0095198F">
            <w:pPr>
              <w:jc w:val="center"/>
            </w:pPr>
            <w:r>
              <w:t>1,053</w:t>
            </w:r>
          </w:p>
        </w:tc>
        <w:tc>
          <w:tcPr>
            <w:tcW w:w="0" w:type="auto"/>
          </w:tcPr>
          <w:p w14:paraId="4B7A7243" w14:textId="77777777" w:rsidR="007A5E59" w:rsidRDefault="0095198F">
            <w:pPr>
              <w:jc w:val="center"/>
            </w:pPr>
            <w:r>
              <w:t>1,064</w:t>
            </w:r>
          </w:p>
        </w:tc>
        <w:tc>
          <w:tcPr>
            <w:tcW w:w="0" w:type="auto"/>
          </w:tcPr>
          <w:p w14:paraId="337E5779" w14:textId="77777777" w:rsidR="007A5E59" w:rsidRDefault="0095198F">
            <w:pPr>
              <w:jc w:val="center"/>
            </w:pPr>
            <w:r>
              <w:t>1,064</w:t>
            </w:r>
          </w:p>
        </w:tc>
      </w:tr>
      <w:tr w:rsidR="007A5E59" w14:paraId="6C26DC16" w14:textId="77777777">
        <w:trPr>
          <w:jc w:val="center"/>
        </w:trPr>
        <w:tc>
          <w:tcPr>
            <w:tcW w:w="0" w:type="auto"/>
          </w:tcPr>
          <w:p w14:paraId="28252F6F" w14:textId="77777777" w:rsidR="007A5E59" w:rsidRDefault="007A5E59"/>
        </w:tc>
        <w:tc>
          <w:tcPr>
            <w:tcW w:w="0" w:type="auto"/>
          </w:tcPr>
          <w:p w14:paraId="35998BA4" w14:textId="77777777" w:rsidR="007A5E59" w:rsidRDefault="007A5E59"/>
        </w:tc>
        <w:tc>
          <w:tcPr>
            <w:tcW w:w="0" w:type="auto"/>
          </w:tcPr>
          <w:p w14:paraId="5E8EF602" w14:textId="77777777" w:rsidR="007A5E59" w:rsidRDefault="007A5E59"/>
        </w:tc>
        <w:tc>
          <w:tcPr>
            <w:tcW w:w="0" w:type="auto"/>
          </w:tcPr>
          <w:p w14:paraId="2D8085FE" w14:textId="77777777" w:rsidR="007A5E59" w:rsidRDefault="0095198F">
            <w:r>
              <w:t>Гкал/год</w:t>
            </w:r>
          </w:p>
        </w:tc>
        <w:tc>
          <w:tcPr>
            <w:tcW w:w="0" w:type="auto"/>
          </w:tcPr>
          <w:p w14:paraId="36A11DE4" w14:textId="77777777" w:rsidR="007A5E59" w:rsidRDefault="0095198F">
            <w:pPr>
              <w:jc w:val="center"/>
            </w:pPr>
            <w:r>
              <w:t>10 945,40</w:t>
            </w:r>
          </w:p>
        </w:tc>
        <w:tc>
          <w:tcPr>
            <w:tcW w:w="0" w:type="auto"/>
          </w:tcPr>
          <w:p w14:paraId="5E048BA4" w14:textId="77777777" w:rsidR="007A5E59" w:rsidRDefault="0095198F">
            <w:pPr>
              <w:jc w:val="center"/>
            </w:pPr>
            <w:r>
              <w:t>11 066,00</w:t>
            </w:r>
          </w:p>
        </w:tc>
        <w:tc>
          <w:tcPr>
            <w:tcW w:w="0" w:type="auto"/>
          </w:tcPr>
          <w:p w14:paraId="6F6E0E48" w14:textId="77777777" w:rsidR="007A5E59" w:rsidRDefault="0095198F">
            <w:pPr>
              <w:jc w:val="center"/>
            </w:pPr>
            <w:r>
              <w:t>11 066,00</w:t>
            </w:r>
          </w:p>
        </w:tc>
      </w:tr>
      <w:tr w:rsidR="007A5E59" w14:paraId="084C6DD0" w14:textId="77777777">
        <w:trPr>
          <w:jc w:val="center"/>
        </w:trPr>
        <w:tc>
          <w:tcPr>
            <w:tcW w:w="0" w:type="auto"/>
          </w:tcPr>
          <w:p w14:paraId="29D6229E" w14:textId="77777777" w:rsidR="007A5E59" w:rsidRDefault="0095198F">
            <w:r>
              <w:t>№ пп</w:t>
            </w:r>
          </w:p>
        </w:tc>
        <w:tc>
          <w:tcPr>
            <w:tcW w:w="0" w:type="auto"/>
          </w:tcPr>
          <w:p w14:paraId="16FACD29" w14:textId="77777777" w:rsidR="007A5E59" w:rsidRDefault="0095198F">
            <w:r>
              <w:t>Наименование источника</w:t>
            </w:r>
          </w:p>
        </w:tc>
        <w:tc>
          <w:tcPr>
            <w:tcW w:w="0" w:type="auto"/>
          </w:tcPr>
          <w:p w14:paraId="2E9D557E" w14:textId="77777777" w:rsidR="007A5E59" w:rsidRDefault="0095198F">
            <w:r>
              <w:t>Тип нагрузки</w:t>
            </w:r>
          </w:p>
        </w:tc>
        <w:tc>
          <w:tcPr>
            <w:tcW w:w="0" w:type="auto"/>
          </w:tcPr>
          <w:p w14:paraId="64E59412" w14:textId="77777777" w:rsidR="007A5E59" w:rsidRDefault="0095198F">
            <w:r>
              <w:t>Ед изм.</w:t>
            </w:r>
          </w:p>
        </w:tc>
        <w:tc>
          <w:tcPr>
            <w:tcW w:w="0" w:type="auto"/>
          </w:tcPr>
          <w:p w14:paraId="566E5373" w14:textId="77777777" w:rsidR="007A5E59" w:rsidRDefault="0095198F">
            <w:r>
              <w:t>Полная максимальная нагрузка котельной</w:t>
            </w:r>
          </w:p>
        </w:tc>
        <w:tc>
          <w:tcPr>
            <w:tcW w:w="0" w:type="auto"/>
          </w:tcPr>
          <w:p w14:paraId="6184459B" w14:textId="77777777" w:rsidR="007A5E59" w:rsidRDefault="007A5E59"/>
        </w:tc>
        <w:tc>
          <w:tcPr>
            <w:tcW w:w="0" w:type="auto"/>
          </w:tcPr>
          <w:p w14:paraId="2A6F3B8E" w14:textId="77777777" w:rsidR="007A5E59" w:rsidRDefault="007A5E59"/>
        </w:tc>
      </w:tr>
      <w:tr w:rsidR="007A5E59" w14:paraId="382319DE" w14:textId="77777777">
        <w:trPr>
          <w:jc w:val="center"/>
        </w:trPr>
        <w:tc>
          <w:tcPr>
            <w:tcW w:w="0" w:type="auto"/>
          </w:tcPr>
          <w:p w14:paraId="771D7304" w14:textId="77777777" w:rsidR="007A5E59" w:rsidRDefault="007A5E59"/>
        </w:tc>
        <w:tc>
          <w:tcPr>
            <w:tcW w:w="0" w:type="auto"/>
          </w:tcPr>
          <w:p w14:paraId="3FD251F8" w14:textId="77777777" w:rsidR="007A5E59" w:rsidRDefault="007A5E59"/>
        </w:tc>
        <w:tc>
          <w:tcPr>
            <w:tcW w:w="0" w:type="auto"/>
          </w:tcPr>
          <w:p w14:paraId="029F7821" w14:textId="77777777" w:rsidR="007A5E59" w:rsidRDefault="007A5E59"/>
        </w:tc>
        <w:tc>
          <w:tcPr>
            <w:tcW w:w="0" w:type="auto"/>
          </w:tcPr>
          <w:p w14:paraId="3AD04615" w14:textId="77777777" w:rsidR="007A5E59" w:rsidRDefault="007A5E59"/>
        </w:tc>
        <w:tc>
          <w:tcPr>
            <w:tcW w:w="0" w:type="auto"/>
          </w:tcPr>
          <w:p w14:paraId="631D6108" w14:textId="77777777" w:rsidR="007A5E59" w:rsidRDefault="0095198F">
            <w:pPr>
              <w:jc w:val="center"/>
            </w:pPr>
            <w:r>
              <w:t>2026</w:t>
            </w:r>
          </w:p>
        </w:tc>
        <w:tc>
          <w:tcPr>
            <w:tcW w:w="0" w:type="auto"/>
          </w:tcPr>
          <w:p w14:paraId="792052BC" w14:textId="77777777" w:rsidR="007A5E59" w:rsidRDefault="0095198F">
            <w:pPr>
              <w:jc w:val="center"/>
            </w:pPr>
            <w:r>
              <w:t>2031</w:t>
            </w:r>
          </w:p>
        </w:tc>
        <w:tc>
          <w:tcPr>
            <w:tcW w:w="0" w:type="auto"/>
          </w:tcPr>
          <w:p w14:paraId="6812E68A" w14:textId="77777777" w:rsidR="007A5E59" w:rsidRDefault="0095198F">
            <w:pPr>
              <w:jc w:val="center"/>
            </w:pPr>
            <w:r>
              <w:t>2036</w:t>
            </w:r>
          </w:p>
        </w:tc>
      </w:tr>
      <w:tr w:rsidR="007A5E59" w14:paraId="70A50F3C" w14:textId="77777777">
        <w:trPr>
          <w:jc w:val="center"/>
        </w:trPr>
        <w:tc>
          <w:tcPr>
            <w:tcW w:w="0" w:type="auto"/>
          </w:tcPr>
          <w:p w14:paraId="35A43C68" w14:textId="77777777" w:rsidR="007A5E59" w:rsidRDefault="0095198F">
            <w:pPr>
              <w:jc w:val="center"/>
            </w:pPr>
            <w:r>
              <w:t>1</w:t>
            </w:r>
          </w:p>
        </w:tc>
        <w:tc>
          <w:tcPr>
            <w:tcW w:w="0" w:type="auto"/>
          </w:tcPr>
          <w:p w14:paraId="78AE24B0" w14:textId="77777777" w:rsidR="007A5E59" w:rsidRDefault="0095198F">
            <w:pPr>
              <w:jc w:val="center"/>
            </w:pPr>
            <w:r>
              <w:t>2</w:t>
            </w:r>
          </w:p>
        </w:tc>
        <w:tc>
          <w:tcPr>
            <w:tcW w:w="0" w:type="auto"/>
          </w:tcPr>
          <w:p w14:paraId="4BC27C02" w14:textId="77777777" w:rsidR="007A5E59" w:rsidRDefault="0095198F">
            <w:pPr>
              <w:jc w:val="center"/>
            </w:pPr>
            <w:r>
              <w:t>3</w:t>
            </w:r>
          </w:p>
        </w:tc>
        <w:tc>
          <w:tcPr>
            <w:tcW w:w="0" w:type="auto"/>
          </w:tcPr>
          <w:p w14:paraId="7F1C2D2B" w14:textId="77777777" w:rsidR="007A5E59" w:rsidRDefault="0095198F">
            <w:pPr>
              <w:jc w:val="center"/>
            </w:pPr>
            <w:r>
              <w:t>4</w:t>
            </w:r>
          </w:p>
        </w:tc>
        <w:tc>
          <w:tcPr>
            <w:tcW w:w="0" w:type="auto"/>
          </w:tcPr>
          <w:p w14:paraId="76FDBFA8" w14:textId="77777777" w:rsidR="007A5E59" w:rsidRDefault="0095198F">
            <w:pPr>
              <w:jc w:val="center"/>
            </w:pPr>
            <w:r>
              <w:t>5</w:t>
            </w:r>
          </w:p>
        </w:tc>
        <w:tc>
          <w:tcPr>
            <w:tcW w:w="0" w:type="auto"/>
          </w:tcPr>
          <w:p w14:paraId="7FAE85BD" w14:textId="77777777" w:rsidR="007A5E59" w:rsidRDefault="0095198F">
            <w:pPr>
              <w:jc w:val="center"/>
            </w:pPr>
            <w:r>
              <w:t>6</w:t>
            </w:r>
          </w:p>
        </w:tc>
        <w:tc>
          <w:tcPr>
            <w:tcW w:w="0" w:type="auto"/>
          </w:tcPr>
          <w:p w14:paraId="654DB1A6" w14:textId="77777777" w:rsidR="007A5E59" w:rsidRDefault="0095198F">
            <w:pPr>
              <w:jc w:val="center"/>
            </w:pPr>
            <w:r>
              <w:t>7</w:t>
            </w:r>
          </w:p>
        </w:tc>
      </w:tr>
      <w:tr w:rsidR="007A5E59" w14:paraId="3B5F3D72" w14:textId="77777777">
        <w:trPr>
          <w:jc w:val="center"/>
        </w:trPr>
        <w:tc>
          <w:tcPr>
            <w:tcW w:w="0" w:type="auto"/>
          </w:tcPr>
          <w:p w14:paraId="07465A26" w14:textId="77777777" w:rsidR="007A5E59" w:rsidRDefault="0095198F">
            <w:r>
              <w:t>4.</w:t>
            </w:r>
          </w:p>
        </w:tc>
        <w:tc>
          <w:tcPr>
            <w:tcW w:w="0" w:type="auto"/>
          </w:tcPr>
          <w:p w14:paraId="30FD2644" w14:textId="77777777" w:rsidR="007A5E59" w:rsidRDefault="0095198F">
            <w:r>
              <w:t>пгт Мундыбаш</w:t>
            </w:r>
          </w:p>
        </w:tc>
        <w:tc>
          <w:tcPr>
            <w:tcW w:w="0" w:type="auto"/>
          </w:tcPr>
          <w:p w14:paraId="7AB1DCF6" w14:textId="77777777" w:rsidR="007A5E59" w:rsidRDefault="007A5E59"/>
        </w:tc>
        <w:tc>
          <w:tcPr>
            <w:tcW w:w="0" w:type="auto"/>
          </w:tcPr>
          <w:p w14:paraId="1476B68A" w14:textId="77777777" w:rsidR="007A5E59" w:rsidRDefault="007A5E59"/>
        </w:tc>
        <w:tc>
          <w:tcPr>
            <w:tcW w:w="0" w:type="auto"/>
          </w:tcPr>
          <w:p w14:paraId="294598A3" w14:textId="77777777" w:rsidR="007A5E59" w:rsidRDefault="007A5E59"/>
        </w:tc>
        <w:tc>
          <w:tcPr>
            <w:tcW w:w="0" w:type="auto"/>
          </w:tcPr>
          <w:p w14:paraId="6DFD6A25" w14:textId="77777777" w:rsidR="007A5E59" w:rsidRDefault="007A5E59"/>
        </w:tc>
        <w:tc>
          <w:tcPr>
            <w:tcW w:w="0" w:type="auto"/>
          </w:tcPr>
          <w:p w14:paraId="2DDE11D7" w14:textId="77777777" w:rsidR="007A5E59" w:rsidRDefault="007A5E59"/>
        </w:tc>
      </w:tr>
      <w:tr w:rsidR="007A5E59" w14:paraId="477A6A72" w14:textId="77777777">
        <w:trPr>
          <w:jc w:val="center"/>
        </w:trPr>
        <w:tc>
          <w:tcPr>
            <w:tcW w:w="0" w:type="auto"/>
          </w:tcPr>
          <w:p w14:paraId="4FC51E2C" w14:textId="77777777" w:rsidR="007A5E59" w:rsidRDefault="0095198F">
            <w:r>
              <w:t>4.1.</w:t>
            </w:r>
          </w:p>
        </w:tc>
        <w:tc>
          <w:tcPr>
            <w:tcW w:w="0" w:type="auto"/>
          </w:tcPr>
          <w:p w14:paraId="58235D11" w14:textId="77777777" w:rsidR="007A5E59" w:rsidRDefault="0095198F">
            <w:r>
              <w:t>ЕТО № 001 — ООО «ЮКЭК»</w:t>
            </w:r>
          </w:p>
        </w:tc>
        <w:tc>
          <w:tcPr>
            <w:tcW w:w="0" w:type="auto"/>
          </w:tcPr>
          <w:p w14:paraId="5FB64245" w14:textId="77777777" w:rsidR="007A5E59" w:rsidRDefault="007A5E59"/>
        </w:tc>
        <w:tc>
          <w:tcPr>
            <w:tcW w:w="0" w:type="auto"/>
          </w:tcPr>
          <w:p w14:paraId="6E193CE3" w14:textId="77777777" w:rsidR="007A5E59" w:rsidRDefault="007A5E59"/>
        </w:tc>
        <w:tc>
          <w:tcPr>
            <w:tcW w:w="0" w:type="auto"/>
          </w:tcPr>
          <w:p w14:paraId="5941B8EA" w14:textId="77777777" w:rsidR="007A5E59" w:rsidRDefault="007A5E59"/>
        </w:tc>
        <w:tc>
          <w:tcPr>
            <w:tcW w:w="0" w:type="auto"/>
          </w:tcPr>
          <w:p w14:paraId="495FCAF0" w14:textId="77777777" w:rsidR="007A5E59" w:rsidRDefault="007A5E59"/>
        </w:tc>
        <w:tc>
          <w:tcPr>
            <w:tcW w:w="0" w:type="auto"/>
          </w:tcPr>
          <w:p w14:paraId="7AF94289" w14:textId="77777777" w:rsidR="007A5E59" w:rsidRDefault="007A5E59"/>
        </w:tc>
      </w:tr>
      <w:tr w:rsidR="007A5E59" w14:paraId="061041CD" w14:textId="77777777">
        <w:trPr>
          <w:jc w:val="center"/>
        </w:trPr>
        <w:tc>
          <w:tcPr>
            <w:tcW w:w="0" w:type="auto"/>
          </w:tcPr>
          <w:p w14:paraId="3E5267D0" w14:textId="77777777" w:rsidR="007A5E59" w:rsidRDefault="0095198F">
            <w:r>
              <w:t>4.1.1</w:t>
            </w:r>
          </w:p>
        </w:tc>
        <w:tc>
          <w:tcPr>
            <w:tcW w:w="0" w:type="auto"/>
          </w:tcPr>
          <w:p w14:paraId="7A656C94" w14:textId="77777777" w:rsidR="007A5E59" w:rsidRPr="00794D67" w:rsidRDefault="0095198F">
            <w:pPr>
              <w:rPr>
                <w:lang w:val="ru-RU"/>
              </w:rPr>
            </w:pPr>
            <w:r w:rsidRPr="00794D67">
              <w:rPr>
                <w:lang w:val="ru-RU"/>
              </w:rPr>
              <w:t>Котельная «Производственно-отопительная УПК № 8 Мундыбаш»</w:t>
            </w:r>
          </w:p>
        </w:tc>
        <w:tc>
          <w:tcPr>
            <w:tcW w:w="0" w:type="auto"/>
          </w:tcPr>
          <w:p w14:paraId="200357B0" w14:textId="77777777" w:rsidR="007A5E59" w:rsidRDefault="0095198F">
            <w:r>
              <w:t>Отопление</w:t>
            </w:r>
          </w:p>
        </w:tc>
        <w:tc>
          <w:tcPr>
            <w:tcW w:w="0" w:type="auto"/>
          </w:tcPr>
          <w:p w14:paraId="3B47C066" w14:textId="77777777" w:rsidR="007A5E59" w:rsidRDefault="0095198F">
            <w:r>
              <w:t>Гкал/ч</w:t>
            </w:r>
          </w:p>
        </w:tc>
        <w:tc>
          <w:tcPr>
            <w:tcW w:w="0" w:type="auto"/>
          </w:tcPr>
          <w:p w14:paraId="4AACCB24" w14:textId="77777777" w:rsidR="007A5E59" w:rsidRDefault="0095198F">
            <w:pPr>
              <w:jc w:val="center"/>
            </w:pPr>
            <w:r>
              <w:t>15,772</w:t>
            </w:r>
          </w:p>
        </w:tc>
        <w:tc>
          <w:tcPr>
            <w:tcW w:w="0" w:type="auto"/>
          </w:tcPr>
          <w:p w14:paraId="61FA05DC" w14:textId="77777777" w:rsidR="007A5E59" w:rsidRDefault="0095198F">
            <w:pPr>
              <w:jc w:val="center"/>
            </w:pPr>
            <w:r>
              <w:t>15,772</w:t>
            </w:r>
          </w:p>
        </w:tc>
        <w:tc>
          <w:tcPr>
            <w:tcW w:w="0" w:type="auto"/>
          </w:tcPr>
          <w:p w14:paraId="4FBFA455" w14:textId="77777777" w:rsidR="007A5E59" w:rsidRDefault="0095198F">
            <w:pPr>
              <w:jc w:val="center"/>
            </w:pPr>
            <w:r>
              <w:t>15,772</w:t>
            </w:r>
          </w:p>
        </w:tc>
      </w:tr>
      <w:tr w:rsidR="007A5E59" w14:paraId="55B52816" w14:textId="77777777">
        <w:trPr>
          <w:jc w:val="center"/>
        </w:trPr>
        <w:tc>
          <w:tcPr>
            <w:tcW w:w="0" w:type="auto"/>
          </w:tcPr>
          <w:p w14:paraId="38B8FEAF" w14:textId="77777777" w:rsidR="007A5E59" w:rsidRDefault="007A5E59"/>
        </w:tc>
        <w:tc>
          <w:tcPr>
            <w:tcW w:w="0" w:type="auto"/>
          </w:tcPr>
          <w:p w14:paraId="2C0F55AB" w14:textId="77777777" w:rsidR="007A5E59" w:rsidRDefault="007A5E59"/>
        </w:tc>
        <w:tc>
          <w:tcPr>
            <w:tcW w:w="0" w:type="auto"/>
          </w:tcPr>
          <w:p w14:paraId="63564FA5" w14:textId="77777777" w:rsidR="007A5E59" w:rsidRDefault="007A5E59"/>
        </w:tc>
        <w:tc>
          <w:tcPr>
            <w:tcW w:w="0" w:type="auto"/>
          </w:tcPr>
          <w:p w14:paraId="013A5492" w14:textId="77777777" w:rsidR="007A5E59" w:rsidRDefault="0095198F">
            <w:r>
              <w:t>Гкал/год</w:t>
            </w:r>
          </w:p>
        </w:tc>
        <w:tc>
          <w:tcPr>
            <w:tcW w:w="0" w:type="auto"/>
          </w:tcPr>
          <w:p w14:paraId="35CB2088" w14:textId="77777777" w:rsidR="007A5E59" w:rsidRDefault="0095198F">
            <w:pPr>
              <w:jc w:val="center"/>
            </w:pPr>
            <w:r>
              <w:t>12 669,60</w:t>
            </w:r>
          </w:p>
        </w:tc>
        <w:tc>
          <w:tcPr>
            <w:tcW w:w="0" w:type="auto"/>
          </w:tcPr>
          <w:p w14:paraId="4CABE3CA" w14:textId="77777777" w:rsidR="007A5E59" w:rsidRDefault="0095198F">
            <w:pPr>
              <w:jc w:val="center"/>
            </w:pPr>
            <w:r>
              <w:t>12 669,60</w:t>
            </w:r>
          </w:p>
        </w:tc>
        <w:tc>
          <w:tcPr>
            <w:tcW w:w="0" w:type="auto"/>
          </w:tcPr>
          <w:p w14:paraId="794E8E47" w14:textId="77777777" w:rsidR="007A5E59" w:rsidRDefault="0095198F">
            <w:pPr>
              <w:jc w:val="center"/>
            </w:pPr>
            <w:r>
              <w:t>12 669,60</w:t>
            </w:r>
          </w:p>
        </w:tc>
      </w:tr>
      <w:tr w:rsidR="007A5E59" w14:paraId="78264600" w14:textId="77777777">
        <w:trPr>
          <w:jc w:val="center"/>
        </w:trPr>
        <w:tc>
          <w:tcPr>
            <w:tcW w:w="0" w:type="auto"/>
          </w:tcPr>
          <w:p w14:paraId="21CFBC38" w14:textId="77777777" w:rsidR="007A5E59" w:rsidRDefault="007A5E59"/>
        </w:tc>
        <w:tc>
          <w:tcPr>
            <w:tcW w:w="0" w:type="auto"/>
          </w:tcPr>
          <w:p w14:paraId="39747D39" w14:textId="77777777" w:rsidR="007A5E59" w:rsidRDefault="007A5E59"/>
        </w:tc>
        <w:tc>
          <w:tcPr>
            <w:tcW w:w="0" w:type="auto"/>
          </w:tcPr>
          <w:p w14:paraId="44F4B51F" w14:textId="77777777" w:rsidR="007A5E59" w:rsidRDefault="0095198F">
            <w:r>
              <w:t>Вентиляция</w:t>
            </w:r>
          </w:p>
        </w:tc>
        <w:tc>
          <w:tcPr>
            <w:tcW w:w="0" w:type="auto"/>
          </w:tcPr>
          <w:p w14:paraId="7AD52FB0" w14:textId="77777777" w:rsidR="007A5E59" w:rsidRDefault="0095198F">
            <w:r>
              <w:t>Гкал/ч</w:t>
            </w:r>
          </w:p>
        </w:tc>
        <w:tc>
          <w:tcPr>
            <w:tcW w:w="0" w:type="auto"/>
          </w:tcPr>
          <w:p w14:paraId="5F937370" w14:textId="77777777" w:rsidR="007A5E59" w:rsidRDefault="0095198F">
            <w:pPr>
              <w:jc w:val="center"/>
            </w:pPr>
            <w:r>
              <w:t>0,451</w:t>
            </w:r>
          </w:p>
        </w:tc>
        <w:tc>
          <w:tcPr>
            <w:tcW w:w="0" w:type="auto"/>
          </w:tcPr>
          <w:p w14:paraId="36C07D4F" w14:textId="77777777" w:rsidR="007A5E59" w:rsidRDefault="0095198F">
            <w:pPr>
              <w:jc w:val="center"/>
            </w:pPr>
            <w:r>
              <w:t>0,451</w:t>
            </w:r>
          </w:p>
        </w:tc>
        <w:tc>
          <w:tcPr>
            <w:tcW w:w="0" w:type="auto"/>
          </w:tcPr>
          <w:p w14:paraId="11940F93" w14:textId="77777777" w:rsidR="007A5E59" w:rsidRDefault="0095198F">
            <w:pPr>
              <w:jc w:val="center"/>
            </w:pPr>
            <w:r>
              <w:t>0,451</w:t>
            </w:r>
          </w:p>
        </w:tc>
      </w:tr>
      <w:tr w:rsidR="007A5E59" w14:paraId="543BC4BC" w14:textId="77777777">
        <w:trPr>
          <w:jc w:val="center"/>
        </w:trPr>
        <w:tc>
          <w:tcPr>
            <w:tcW w:w="0" w:type="auto"/>
          </w:tcPr>
          <w:p w14:paraId="6F5878C4" w14:textId="77777777" w:rsidR="007A5E59" w:rsidRDefault="007A5E59"/>
        </w:tc>
        <w:tc>
          <w:tcPr>
            <w:tcW w:w="0" w:type="auto"/>
          </w:tcPr>
          <w:p w14:paraId="301DE054" w14:textId="77777777" w:rsidR="007A5E59" w:rsidRDefault="007A5E59"/>
        </w:tc>
        <w:tc>
          <w:tcPr>
            <w:tcW w:w="0" w:type="auto"/>
          </w:tcPr>
          <w:p w14:paraId="0533CA5D" w14:textId="77777777" w:rsidR="007A5E59" w:rsidRDefault="007A5E59"/>
        </w:tc>
        <w:tc>
          <w:tcPr>
            <w:tcW w:w="0" w:type="auto"/>
          </w:tcPr>
          <w:p w14:paraId="2EE70F14" w14:textId="77777777" w:rsidR="007A5E59" w:rsidRDefault="0095198F">
            <w:r>
              <w:t>Гкал/год</w:t>
            </w:r>
          </w:p>
        </w:tc>
        <w:tc>
          <w:tcPr>
            <w:tcW w:w="0" w:type="auto"/>
          </w:tcPr>
          <w:p w14:paraId="713A3C11" w14:textId="77777777" w:rsidR="007A5E59" w:rsidRDefault="0095198F">
            <w:pPr>
              <w:jc w:val="center"/>
            </w:pPr>
            <w:r>
              <w:t>361,90</w:t>
            </w:r>
          </w:p>
        </w:tc>
        <w:tc>
          <w:tcPr>
            <w:tcW w:w="0" w:type="auto"/>
          </w:tcPr>
          <w:p w14:paraId="621F5528" w14:textId="77777777" w:rsidR="007A5E59" w:rsidRDefault="0095198F">
            <w:pPr>
              <w:jc w:val="center"/>
            </w:pPr>
            <w:r>
              <w:t>361,90</w:t>
            </w:r>
          </w:p>
        </w:tc>
        <w:tc>
          <w:tcPr>
            <w:tcW w:w="0" w:type="auto"/>
          </w:tcPr>
          <w:p w14:paraId="6712B878" w14:textId="77777777" w:rsidR="007A5E59" w:rsidRDefault="0095198F">
            <w:pPr>
              <w:jc w:val="center"/>
            </w:pPr>
            <w:r>
              <w:t>361,90</w:t>
            </w:r>
          </w:p>
        </w:tc>
      </w:tr>
      <w:tr w:rsidR="007A5E59" w14:paraId="175AAA6F" w14:textId="77777777">
        <w:trPr>
          <w:jc w:val="center"/>
        </w:trPr>
        <w:tc>
          <w:tcPr>
            <w:tcW w:w="0" w:type="auto"/>
          </w:tcPr>
          <w:p w14:paraId="13F744C7" w14:textId="77777777" w:rsidR="007A5E59" w:rsidRDefault="007A5E59"/>
        </w:tc>
        <w:tc>
          <w:tcPr>
            <w:tcW w:w="0" w:type="auto"/>
          </w:tcPr>
          <w:p w14:paraId="10165007" w14:textId="77777777" w:rsidR="007A5E59" w:rsidRDefault="007A5E59"/>
        </w:tc>
        <w:tc>
          <w:tcPr>
            <w:tcW w:w="0" w:type="auto"/>
          </w:tcPr>
          <w:p w14:paraId="4308C5D4" w14:textId="77777777" w:rsidR="007A5E59" w:rsidRDefault="0095198F">
            <w:r>
              <w:t>ГВС</w:t>
            </w:r>
          </w:p>
        </w:tc>
        <w:tc>
          <w:tcPr>
            <w:tcW w:w="0" w:type="auto"/>
          </w:tcPr>
          <w:p w14:paraId="429A3314" w14:textId="77777777" w:rsidR="007A5E59" w:rsidRDefault="0095198F">
            <w:r>
              <w:t>м3/час</w:t>
            </w:r>
          </w:p>
        </w:tc>
        <w:tc>
          <w:tcPr>
            <w:tcW w:w="0" w:type="auto"/>
          </w:tcPr>
          <w:p w14:paraId="30A650AC" w14:textId="77777777" w:rsidR="007A5E59" w:rsidRDefault="0095198F">
            <w:pPr>
              <w:jc w:val="center"/>
            </w:pPr>
            <w:r>
              <w:t>14,891</w:t>
            </w:r>
          </w:p>
        </w:tc>
        <w:tc>
          <w:tcPr>
            <w:tcW w:w="0" w:type="auto"/>
          </w:tcPr>
          <w:p w14:paraId="7771981E" w14:textId="77777777" w:rsidR="007A5E59" w:rsidRDefault="0095198F">
            <w:pPr>
              <w:jc w:val="center"/>
            </w:pPr>
            <w:r>
              <w:t>14,891</w:t>
            </w:r>
          </w:p>
        </w:tc>
        <w:tc>
          <w:tcPr>
            <w:tcW w:w="0" w:type="auto"/>
          </w:tcPr>
          <w:p w14:paraId="5BE5BB98" w14:textId="77777777" w:rsidR="007A5E59" w:rsidRDefault="0095198F">
            <w:pPr>
              <w:jc w:val="center"/>
            </w:pPr>
            <w:r>
              <w:t>14,891</w:t>
            </w:r>
          </w:p>
        </w:tc>
      </w:tr>
      <w:tr w:rsidR="007A5E59" w14:paraId="6D7EFEB1" w14:textId="77777777">
        <w:trPr>
          <w:jc w:val="center"/>
        </w:trPr>
        <w:tc>
          <w:tcPr>
            <w:tcW w:w="0" w:type="auto"/>
          </w:tcPr>
          <w:p w14:paraId="0C49339A" w14:textId="77777777" w:rsidR="007A5E59" w:rsidRDefault="007A5E59"/>
        </w:tc>
        <w:tc>
          <w:tcPr>
            <w:tcW w:w="0" w:type="auto"/>
          </w:tcPr>
          <w:p w14:paraId="6F4D5529" w14:textId="77777777" w:rsidR="007A5E59" w:rsidRDefault="007A5E59"/>
        </w:tc>
        <w:tc>
          <w:tcPr>
            <w:tcW w:w="0" w:type="auto"/>
          </w:tcPr>
          <w:p w14:paraId="04C90B45" w14:textId="77777777" w:rsidR="007A5E59" w:rsidRDefault="007A5E59"/>
        </w:tc>
        <w:tc>
          <w:tcPr>
            <w:tcW w:w="0" w:type="auto"/>
          </w:tcPr>
          <w:p w14:paraId="2FC215D5" w14:textId="77777777" w:rsidR="007A5E59" w:rsidRDefault="0095198F">
            <w:r>
              <w:t>Гкал/ч</w:t>
            </w:r>
          </w:p>
        </w:tc>
        <w:tc>
          <w:tcPr>
            <w:tcW w:w="0" w:type="auto"/>
          </w:tcPr>
          <w:p w14:paraId="43CC55F5" w14:textId="77777777" w:rsidR="007A5E59" w:rsidRDefault="0095198F">
            <w:pPr>
              <w:jc w:val="center"/>
            </w:pPr>
            <w:r>
              <w:t>0,819</w:t>
            </w:r>
          </w:p>
        </w:tc>
        <w:tc>
          <w:tcPr>
            <w:tcW w:w="0" w:type="auto"/>
          </w:tcPr>
          <w:p w14:paraId="110A8015" w14:textId="77777777" w:rsidR="007A5E59" w:rsidRDefault="0095198F">
            <w:pPr>
              <w:jc w:val="center"/>
            </w:pPr>
            <w:r>
              <w:t>0,819</w:t>
            </w:r>
          </w:p>
        </w:tc>
        <w:tc>
          <w:tcPr>
            <w:tcW w:w="0" w:type="auto"/>
          </w:tcPr>
          <w:p w14:paraId="5AE06491" w14:textId="77777777" w:rsidR="007A5E59" w:rsidRDefault="0095198F">
            <w:pPr>
              <w:jc w:val="center"/>
            </w:pPr>
            <w:r>
              <w:t>0,819</w:t>
            </w:r>
          </w:p>
        </w:tc>
      </w:tr>
      <w:tr w:rsidR="007A5E59" w14:paraId="528193E8" w14:textId="77777777">
        <w:trPr>
          <w:jc w:val="center"/>
        </w:trPr>
        <w:tc>
          <w:tcPr>
            <w:tcW w:w="0" w:type="auto"/>
          </w:tcPr>
          <w:p w14:paraId="3BFDBB58" w14:textId="77777777" w:rsidR="007A5E59" w:rsidRDefault="007A5E59"/>
        </w:tc>
        <w:tc>
          <w:tcPr>
            <w:tcW w:w="0" w:type="auto"/>
          </w:tcPr>
          <w:p w14:paraId="1009004E" w14:textId="77777777" w:rsidR="007A5E59" w:rsidRDefault="007A5E59"/>
        </w:tc>
        <w:tc>
          <w:tcPr>
            <w:tcW w:w="0" w:type="auto"/>
          </w:tcPr>
          <w:p w14:paraId="445D61F0" w14:textId="77777777" w:rsidR="007A5E59" w:rsidRDefault="007A5E59"/>
        </w:tc>
        <w:tc>
          <w:tcPr>
            <w:tcW w:w="0" w:type="auto"/>
          </w:tcPr>
          <w:p w14:paraId="4D831778" w14:textId="77777777" w:rsidR="007A5E59" w:rsidRDefault="0095198F">
            <w:r>
              <w:t>Гкал/год</w:t>
            </w:r>
          </w:p>
        </w:tc>
        <w:tc>
          <w:tcPr>
            <w:tcW w:w="0" w:type="auto"/>
          </w:tcPr>
          <w:p w14:paraId="392823EC" w14:textId="77777777" w:rsidR="007A5E59" w:rsidRDefault="0095198F">
            <w:pPr>
              <w:jc w:val="center"/>
            </w:pPr>
            <w:r>
              <w:t>8 377,40</w:t>
            </w:r>
          </w:p>
        </w:tc>
        <w:tc>
          <w:tcPr>
            <w:tcW w:w="0" w:type="auto"/>
          </w:tcPr>
          <w:p w14:paraId="53F6D998" w14:textId="77777777" w:rsidR="007A5E59" w:rsidRDefault="0095198F">
            <w:pPr>
              <w:jc w:val="center"/>
            </w:pPr>
            <w:r>
              <w:t>8 377,40</w:t>
            </w:r>
          </w:p>
        </w:tc>
        <w:tc>
          <w:tcPr>
            <w:tcW w:w="0" w:type="auto"/>
          </w:tcPr>
          <w:p w14:paraId="40067349" w14:textId="77777777" w:rsidR="007A5E59" w:rsidRDefault="0095198F">
            <w:pPr>
              <w:jc w:val="center"/>
            </w:pPr>
            <w:r>
              <w:t>8 377,40</w:t>
            </w:r>
          </w:p>
        </w:tc>
      </w:tr>
      <w:tr w:rsidR="007A5E59" w14:paraId="0D7F546A" w14:textId="77777777">
        <w:trPr>
          <w:jc w:val="center"/>
        </w:trPr>
        <w:tc>
          <w:tcPr>
            <w:tcW w:w="0" w:type="auto"/>
          </w:tcPr>
          <w:p w14:paraId="501403B2" w14:textId="77777777" w:rsidR="007A5E59" w:rsidRDefault="0095198F">
            <w:r>
              <w:t>5.</w:t>
            </w:r>
          </w:p>
        </w:tc>
        <w:tc>
          <w:tcPr>
            <w:tcW w:w="0" w:type="auto"/>
          </w:tcPr>
          <w:p w14:paraId="2ADEAA64" w14:textId="77777777" w:rsidR="007A5E59" w:rsidRDefault="0095198F">
            <w:r>
              <w:t>пгт Темиртау</w:t>
            </w:r>
          </w:p>
        </w:tc>
        <w:tc>
          <w:tcPr>
            <w:tcW w:w="0" w:type="auto"/>
          </w:tcPr>
          <w:p w14:paraId="3B3B994B" w14:textId="77777777" w:rsidR="007A5E59" w:rsidRDefault="007A5E59"/>
        </w:tc>
        <w:tc>
          <w:tcPr>
            <w:tcW w:w="0" w:type="auto"/>
          </w:tcPr>
          <w:p w14:paraId="7874995A" w14:textId="77777777" w:rsidR="007A5E59" w:rsidRDefault="007A5E59"/>
        </w:tc>
        <w:tc>
          <w:tcPr>
            <w:tcW w:w="0" w:type="auto"/>
          </w:tcPr>
          <w:p w14:paraId="2C2BF9FF" w14:textId="77777777" w:rsidR="007A5E59" w:rsidRDefault="007A5E59"/>
        </w:tc>
        <w:tc>
          <w:tcPr>
            <w:tcW w:w="0" w:type="auto"/>
          </w:tcPr>
          <w:p w14:paraId="2E227F7C" w14:textId="77777777" w:rsidR="007A5E59" w:rsidRDefault="007A5E59"/>
        </w:tc>
        <w:tc>
          <w:tcPr>
            <w:tcW w:w="0" w:type="auto"/>
          </w:tcPr>
          <w:p w14:paraId="7C817556" w14:textId="77777777" w:rsidR="007A5E59" w:rsidRDefault="007A5E59"/>
        </w:tc>
      </w:tr>
      <w:tr w:rsidR="007A5E59" w14:paraId="18DFDBE2" w14:textId="77777777">
        <w:trPr>
          <w:jc w:val="center"/>
        </w:trPr>
        <w:tc>
          <w:tcPr>
            <w:tcW w:w="0" w:type="auto"/>
          </w:tcPr>
          <w:p w14:paraId="68D616D6" w14:textId="77777777" w:rsidR="007A5E59" w:rsidRDefault="0095198F">
            <w:r>
              <w:t>5.1.</w:t>
            </w:r>
          </w:p>
        </w:tc>
        <w:tc>
          <w:tcPr>
            <w:tcW w:w="0" w:type="auto"/>
          </w:tcPr>
          <w:p w14:paraId="7836EFA6" w14:textId="77777777" w:rsidR="007A5E59" w:rsidRDefault="0095198F">
            <w:r>
              <w:t>ЕТО № 001 — ООО «ЮКЭК»</w:t>
            </w:r>
          </w:p>
        </w:tc>
        <w:tc>
          <w:tcPr>
            <w:tcW w:w="0" w:type="auto"/>
          </w:tcPr>
          <w:p w14:paraId="6E94A053" w14:textId="77777777" w:rsidR="007A5E59" w:rsidRDefault="007A5E59"/>
        </w:tc>
        <w:tc>
          <w:tcPr>
            <w:tcW w:w="0" w:type="auto"/>
          </w:tcPr>
          <w:p w14:paraId="56D77514" w14:textId="77777777" w:rsidR="007A5E59" w:rsidRDefault="007A5E59"/>
        </w:tc>
        <w:tc>
          <w:tcPr>
            <w:tcW w:w="0" w:type="auto"/>
          </w:tcPr>
          <w:p w14:paraId="22B373E2" w14:textId="77777777" w:rsidR="007A5E59" w:rsidRDefault="007A5E59"/>
        </w:tc>
        <w:tc>
          <w:tcPr>
            <w:tcW w:w="0" w:type="auto"/>
          </w:tcPr>
          <w:p w14:paraId="597162FE" w14:textId="77777777" w:rsidR="007A5E59" w:rsidRDefault="007A5E59"/>
        </w:tc>
        <w:tc>
          <w:tcPr>
            <w:tcW w:w="0" w:type="auto"/>
          </w:tcPr>
          <w:p w14:paraId="6DEF8575" w14:textId="77777777" w:rsidR="007A5E59" w:rsidRDefault="007A5E59"/>
        </w:tc>
      </w:tr>
      <w:tr w:rsidR="007A5E59" w14:paraId="380BB8AA" w14:textId="77777777">
        <w:trPr>
          <w:jc w:val="center"/>
        </w:trPr>
        <w:tc>
          <w:tcPr>
            <w:tcW w:w="0" w:type="auto"/>
          </w:tcPr>
          <w:p w14:paraId="5F0322AC" w14:textId="77777777" w:rsidR="007A5E59" w:rsidRDefault="0095198F">
            <w:r>
              <w:t>5.1.1</w:t>
            </w:r>
          </w:p>
        </w:tc>
        <w:tc>
          <w:tcPr>
            <w:tcW w:w="0" w:type="auto"/>
          </w:tcPr>
          <w:p w14:paraId="16561BD2" w14:textId="77777777" w:rsidR="007A5E59" w:rsidRPr="00794D67" w:rsidRDefault="0095198F">
            <w:pPr>
              <w:rPr>
                <w:lang w:val="ru-RU"/>
              </w:rPr>
            </w:pPr>
            <w:r w:rsidRPr="00794D67">
              <w:rPr>
                <w:lang w:val="ru-RU"/>
              </w:rPr>
              <w:t>Котельная «Производственно-отопительная УПК № 10 Темир-Тау»</w:t>
            </w:r>
          </w:p>
        </w:tc>
        <w:tc>
          <w:tcPr>
            <w:tcW w:w="0" w:type="auto"/>
          </w:tcPr>
          <w:p w14:paraId="0075FA05" w14:textId="77777777" w:rsidR="007A5E59" w:rsidRDefault="0095198F">
            <w:r>
              <w:t>Отопление</w:t>
            </w:r>
          </w:p>
        </w:tc>
        <w:tc>
          <w:tcPr>
            <w:tcW w:w="0" w:type="auto"/>
          </w:tcPr>
          <w:p w14:paraId="4905442B" w14:textId="77777777" w:rsidR="007A5E59" w:rsidRDefault="0095198F">
            <w:r>
              <w:t>Гкал/ч</w:t>
            </w:r>
          </w:p>
        </w:tc>
        <w:tc>
          <w:tcPr>
            <w:tcW w:w="0" w:type="auto"/>
          </w:tcPr>
          <w:p w14:paraId="6A1501DB" w14:textId="77777777" w:rsidR="007A5E59" w:rsidRDefault="0095198F">
            <w:pPr>
              <w:jc w:val="center"/>
            </w:pPr>
            <w:r>
              <w:t>7,209</w:t>
            </w:r>
          </w:p>
        </w:tc>
        <w:tc>
          <w:tcPr>
            <w:tcW w:w="0" w:type="auto"/>
          </w:tcPr>
          <w:p w14:paraId="42F52ADD" w14:textId="77777777" w:rsidR="007A5E59" w:rsidRDefault="0095198F">
            <w:pPr>
              <w:jc w:val="center"/>
            </w:pPr>
            <w:r>
              <w:t>7,209</w:t>
            </w:r>
          </w:p>
        </w:tc>
        <w:tc>
          <w:tcPr>
            <w:tcW w:w="0" w:type="auto"/>
          </w:tcPr>
          <w:p w14:paraId="527A473C" w14:textId="77777777" w:rsidR="007A5E59" w:rsidRDefault="0095198F">
            <w:pPr>
              <w:jc w:val="center"/>
            </w:pPr>
            <w:r>
              <w:t>7,209</w:t>
            </w:r>
          </w:p>
        </w:tc>
      </w:tr>
      <w:tr w:rsidR="007A5E59" w14:paraId="443CCDB3" w14:textId="77777777">
        <w:trPr>
          <w:jc w:val="center"/>
        </w:trPr>
        <w:tc>
          <w:tcPr>
            <w:tcW w:w="0" w:type="auto"/>
          </w:tcPr>
          <w:p w14:paraId="34B832DE" w14:textId="77777777" w:rsidR="007A5E59" w:rsidRDefault="007A5E59"/>
        </w:tc>
        <w:tc>
          <w:tcPr>
            <w:tcW w:w="0" w:type="auto"/>
          </w:tcPr>
          <w:p w14:paraId="198431B6" w14:textId="77777777" w:rsidR="007A5E59" w:rsidRDefault="007A5E59"/>
        </w:tc>
        <w:tc>
          <w:tcPr>
            <w:tcW w:w="0" w:type="auto"/>
          </w:tcPr>
          <w:p w14:paraId="7F73DC65" w14:textId="77777777" w:rsidR="007A5E59" w:rsidRDefault="007A5E59"/>
        </w:tc>
        <w:tc>
          <w:tcPr>
            <w:tcW w:w="0" w:type="auto"/>
          </w:tcPr>
          <w:p w14:paraId="1ADB0142" w14:textId="77777777" w:rsidR="007A5E59" w:rsidRDefault="0095198F">
            <w:r>
              <w:t>Гкал/год</w:t>
            </w:r>
          </w:p>
        </w:tc>
        <w:tc>
          <w:tcPr>
            <w:tcW w:w="0" w:type="auto"/>
          </w:tcPr>
          <w:p w14:paraId="5ECC1079" w14:textId="77777777" w:rsidR="007A5E59" w:rsidRDefault="0095198F">
            <w:pPr>
              <w:jc w:val="center"/>
            </w:pPr>
            <w:r>
              <w:t>18 642,90</w:t>
            </w:r>
          </w:p>
        </w:tc>
        <w:tc>
          <w:tcPr>
            <w:tcW w:w="0" w:type="auto"/>
          </w:tcPr>
          <w:p w14:paraId="55A0E772" w14:textId="77777777" w:rsidR="007A5E59" w:rsidRDefault="0095198F">
            <w:pPr>
              <w:jc w:val="center"/>
            </w:pPr>
            <w:r>
              <w:t>18 642,90</w:t>
            </w:r>
          </w:p>
        </w:tc>
        <w:tc>
          <w:tcPr>
            <w:tcW w:w="0" w:type="auto"/>
          </w:tcPr>
          <w:p w14:paraId="18DBD310" w14:textId="77777777" w:rsidR="007A5E59" w:rsidRDefault="0095198F">
            <w:pPr>
              <w:jc w:val="center"/>
            </w:pPr>
            <w:r>
              <w:t>18 642,90</w:t>
            </w:r>
          </w:p>
        </w:tc>
      </w:tr>
      <w:tr w:rsidR="007A5E59" w14:paraId="732CD0C6" w14:textId="77777777">
        <w:trPr>
          <w:jc w:val="center"/>
        </w:trPr>
        <w:tc>
          <w:tcPr>
            <w:tcW w:w="0" w:type="auto"/>
          </w:tcPr>
          <w:p w14:paraId="6BAC3167" w14:textId="77777777" w:rsidR="007A5E59" w:rsidRDefault="007A5E59"/>
        </w:tc>
        <w:tc>
          <w:tcPr>
            <w:tcW w:w="0" w:type="auto"/>
          </w:tcPr>
          <w:p w14:paraId="47F03367" w14:textId="77777777" w:rsidR="007A5E59" w:rsidRDefault="007A5E59"/>
        </w:tc>
        <w:tc>
          <w:tcPr>
            <w:tcW w:w="0" w:type="auto"/>
          </w:tcPr>
          <w:p w14:paraId="64F0E157" w14:textId="77777777" w:rsidR="007A5E59" w:rsidRDefault="0095198F">
            <w:r>
              <w:t>Вентиляция</w:t>
            </w:r>
          </w:p>
        </w:tc>
        <w:tc>
          <w:tcPr>
            <w:tcW w:w="0" w:type="auto"/>
          </w:tcPr>
          <w:p w14:paraId="0801A82A" w14:textId="77777777" w:rsidR="007A5E59" w:rsidRDefault="0095198F">
            <w:r>
              <w:t>Гкал/ч</w:t>
            </w:r>
          </w:p>
        </w:tc>
        <w:tc>
          <w:tcPr>
            <w:tcW w:w="0" w:type="auto"/>
          </w:tcPr>
          <w:p w14:paraId="429D19C4" w14:textId="77777777" w:rsidR="007A5E59" w:rsidRDefault="0095198F">
            <w:pPr>
              <w:jc w:val="center"/>
            </w:pPr>
            <w:r>
              <w:t>0,178</w:t>
            </w:r>
          </w:p>
        </w:tc>
        <w:tc>
          <w:tcPr>
            <w:tcW w:w="0" w:type="auto"/>
          </w:tcPr>
          <w:p w14:paraId="1FF24B1F" w14:textId="77777777" w:rsidR="007A5E59" w:rsidRDefault="0095198F">
            <w:pPr>
              <w:jc w:val="center"/>
            </w:pPr>
            <w:r>
              <w:t>0,178</w:t>
            </w:r>
          </w:p>
        </w:tc>
        <w:tc>
          <w:tcPr>
            <w:tcW w:w="0" w:type="auto"/>
          </w:tcPr>
          <w:p w14:paraId="2D38B2B7" w14:textId="77777777" w:rsidR="007A5E59" w:rsidRDefault="0095198F">
            <w:pPr>
              <w:jc w:val="center"/>
            </w:pPr>
            <w:r>
              <w:t>0,178</w:t>
            </w:r>
          </w:p>
        </w:tc>
      </w:tr>
      <w:tr w:rsidR="007A5E59" w14:paraId="2CE3EF44" w14:textId="77777777">
        <w:trPr>
          <w:jc w:val="center"/>
        </w:trPr>
        <w:tc>
          <w:tcPr>
            <w:tcW w:w="0" w:type="auto"/>
          </w:tcPr>
          <w:p w14:paraId="195221E9" w14:textId="77777777" w:rsidR="007A5E59" w:rsidRDefault="007A5E59"/>
        </w:tc>
        <w:tc>
          <w:tcPr>
            <w:tcW w:w="0" w:type="auto"/>
          </w:tcPr>
          <w:p w14:paraId="7EEBA35C" w14:textId="77777777" w:rsidR="007A5E59" w:rsidRDefault="007A5E59"/>
        </w:tc>
        <w:tc>
          <w:tcPr>
            <w:tcW w:w="0" w:type="auto"/>
          </w:tcPr>
          <w:p w14:paraId="30E6F7B5" w14:textId="77777777" w:rsidR="007A5E59" w:rsidRDefault="007A5E59"/>
        </w:tc>
        <w:tc>
          <w:tcPr>
            <w:tcW w:w="0" w:type="auto"/>
          </w:tcPr>
          <w:p w14:paraId="27B9BB30" w14:textId="77777777" w:rsidR="007A5E59" w:rsidRDefault="0095198F">
            <w:r>
              <w:t>Гкал/год</w:t>
            </w:r>
          </w:p>
        </w:tc>
        <w:tc>
          <w:tcPr>
            <w:tcW w:w="0" w:type="auto"/>
          </w:tcPr>
          <w:p w14:paraId="1B4EF183" w14:textId="77777777" w:rsidR="007A5E59" w:rsidRDefault="0095198F">
            <w:pPr>
              <w:jc w:val="center"/>
            </w:pPr>
            <w:r>
              <w:t>461,30</w:t>
            </w:r>
          </w:p>
        </w:tc>
        <w:tc>
          <w:tcPr>
            <w:tcW w:w="0" w:type="auto"/>
          </w:tcPr>
          <w:p w14:paraId="3E93F699" w14:textId="77777777" w:rsidR="007A5E59" w:rsidRDefault="0095198F">
            <w:pPr>
              <w:jc w:val="center"/>
            </w:pPr>
            <w:r>
              <w:t>461,30</w:t>
            </w:r>
          </w:p>
        </w:tc>
        <w:tc>
          <w:tcPr>
            <w:tcW w:w="0" w:type="auto"/>
          </w:tcPr>
          <w:p w14:paraId="4D681469" w14:textId="77777777" w:rsidR="007A5E59" w:rsidRDefault="0095198F">
            <w:pPr>
              <w:jc w:val="center"/>
            </w:pPr>
            <w:r>
              <w:t>461,30</w:t>
            </w:r>
          </w:p>
        </w:tc>
      </w:tr>
      <w:tr w:rsidR="007A5E59" w14:paraId="3CEE6A7E" w14:textId="77777777">
        <w:trPr>
          <w:jc w:val="center"/>
        </w:trPr>
        <w:tc>
          <w:tcPr>
            <w:tcW w:w="0" w:type="auto"/>
          </w:tcPr>
          <w:p w14:paraId="3F5EC57E" w14:textId="77777777" w:rsidR="007A5E59" w:rsidRDefault="007A5E59"/>
        </w:tc>
        <w:tc>
          <w:tcPr>
            <w:tcW w:w="0" w:type="auto"/>
          </w:tcPr>
          <w:p w14:paraId="31CB38AF" w14:textId="77777777" w:rsidR="007A5E59" w:rsidRDefault="007A5E59"/>
        </w:tc>
        <w:tc>
          <w:tcPr>
            <w:tcW w:w="0" w:type="auto"/>
          </w:tcPr>
          <w:p w14:paraId="5C4A571B" w14:textId="77777777" w:rsidR="007A5E59" w:rsidRDefault="0095198F">
            <w:r>
              <w:t>ГВС</w:t>
            </w:r>
          </w:p>
        </w:tc>
        <w:tc>
          <w:tcPr>
            <w:tcW w:w="0" w:type="auto"/>
          </w:tcPr>
          <w:p w14:paraId="2AFC963B" w14:textId="77777777" w:rsidR="007A5E59" w:rsidRDefault="0095198F">
            <w:r>
              <w:t>м3/час</w:t>
            </w:r>
          </w:p>
        </w:tc>
        <w:tc>
          <w:tcPr>
            <w:tcW w:w="0" w:type="auto"/>
          </w:tcPr>
          <w:p w14:paraId="371C0CBB" w14:textId="77777777" w:rsidR="007A5E59" w:rsidRDefault="0095198F">
            <w:pPr>
              <w:jc w:val="center"/>
            </w:pPr>
            <w:r>
              <w:t>4,671</w:t>
            </w:r>
          </w:p>
        </w:tc>
        <w:tc>
          <w:tcPr>
            <w:tcW w:w="0" w:type="auto"/>
          </w:tcPr>
          <w:p w14:paraId="4A213DB8" w14:textId="77777777" w:rsidR="007A5E59" w:rsidRDefault="0095198F">
            <w:pPr>
              <w:jc w:val="center"/>
            </w:pPr>
            <w:r>
              <w:t>4,671</w:t>
            </w:r>
          </w:p>
        </w:tc>
        <w:tc>
          <w:tcPr>
            <w:tcW w:w="0" w:type="auto"/>
          </w:tcPr>
          <w:p w14:paraId="7849A93C" w14:textId="77777777" w:rsidR="007A5E59" w:rsidRDefault="0095198F">
            <w:pPr>
              <w:jc w:val="center"/>
            </w:pPr>
            <w:r>
              <w:t>4,671</w:t>
            </w:r>
          </w:p>
        </w:tc>
      </w:tr>
      <w:tr w:rsidR="007A5E59" w14:paraId="1DDE37E0" w14:textId="77777777">
        <w:trPr>
          <w:jc w:val="center"/>
        </w:trPr>
        <w:tc>
          <w:tcPr>
            <w:tcW w:w="0" w:type="auto"/>
          </w:tcPr>
          <w:p w14:paraId="21783BD1" w14:textId="77777777" w:rsidR="007A5E59" w:rsidRDefault="007A5E59"/>
        </w:tc>
        <w:tc>
          <w:tcPr>
            <w:tcW w:w="0" w:type="auto"/>
          </w:tcPr>
          <w:p w14:paraId="1C9B84D0" w14:textId="77777777" w:rsidR="007A5E59" w:rsidRDefault="007A5E59"/>
        </w:tc>
        <w:tc>
          <w:tcPr>
            <w:tcW w:w="0" w:type="auto"/>
          </w:tcPr>
          <w:p w14:paraId="1542E8C5" w14:textId="77777777" w:rsidR="007A5E59" w:rsidRDefault="007A5E59"/>
        </w:tc>
        <w:tc>
          <w:tcPr>
            <w:tcW w:w="0" w:type="auto"/>
          </w:tcPr>
          <w:p w14:paraId="42E892CD" w14:textId="77777777" w:rsidR="007A5E59" w:rsidRDefault="0095198F">
            <w:r>
              <w:t>Гкал/ч</w:t>
            </w:r>
          </w:p>
        </w:tc>
        <w:tc>
          <w:tcPr>
            <w:tcW w:w="0" w:type="auto"/>
          </w:tcPr>
          <w:p w14:paraId="6F549604" w14:textId="77777777" w:rsidR="007A5E59" w:rsidRDefault="0095198F">
            <w:pPr>
              <w:jc w:val="center"/>
            </w:pPr>
            <w:r>
              <w:t>0,257</w:t>
            </w:r>
          </w:p>
        </w:tc>
        <w:tc>
          <w:tcPr>
            <w:tcW w:w="0" w:type="auto"/>
          </w:tcPr>
          <w:p w14:paraId="1B0C059A" w14:textId="77777777" w:rsidR="007A5E59" w:rsidRDefault="0095198F">
            <w:pPr>
              <w:jc w:val="center"/>
            </w:pPr>
            <w:r>
              <w:t>0,257</w:t>
            </w:r>
          </w:p>
        </w:tc>
        <w:tc>
          <w:tcPr>
            <w:tcW w:w="0" w:type="auto"/>
          </w:tcPr>
          <w:p w14:paraId="373F9905" w14:textId="77777777" w:rsidR="007A5E59" w:rsidRDefault="0095198F">
            <w:pPr>
              <w:jc w:val="center"/>
            </w:pPr>
            <w:r>
              <w:t>0,257</w:t>
            </w:r>
          </w:p>
        </w:tc>
      </w:tr>
      <w:tr w:rsidR="007A5E59" w14:paraId="6174AF1A" w14:textId="77777777">
        <w:trPr>
          <w:jc w:val="center"/>
        </w:trPr>
        <w:tc>
          <w:tcPr>
            <w:tcW w:w="0" w:type="auto"/>
          </w:tcPr>
          <w:p w14:paraId="711244CB" w14:textId="77777777" w:rsidR="007A5E59" w:rsidRDefault="007A5E59"/>
        </w:tc>
        <w:tc>
          <w:tcPr>
            <w:tcW w:w="0" w:type="auto"/>
          </w:tcPr>
          <w:p w14:paraId="64E61754" w14:textId="77777777" w:rsidR="007A5E59" w:rsidRDefault="007A5E59"/>
        </w:tc>
        <w:tc>
          <w:tcPr>
            <w:tcW w:w="0" w:type="auto"/>
          </w:tcPr>
          <w:p w14:paraId="6A19EDD2" w14:textId="77777777" w:rsidR="007A5E59" w:rsidRDefault="007A5E59"/>
        </w:tc>
        <w:tc>
          <w:tcPr>
            <w:tcW w:w="0" w:type="auto"/>
          </w:tcPr>
          <w:p w14:paraId="7FC5783D" w14:textId="77777777" w:rsidR="007A5E59" w:rsidRDefault="0095198F">
            <w:r>
              <w:t>Гкал/год</w:t>
            </w:r>
          </w:p>
        </w:tc>
        <w:tc>
          <w:tcPr>
            <w:tcW w:w="0" w:type="auto"/>
          </w:tcPr>
          <w:p w14:paraId="55A2AC07" w14:textId="77777777" w:rsidR="007A5E59" w:rsidRDefault="0095198F">
            <w:pPr>
              <w:jc w:val="center"/>
            </w:pPr>
            <w:r>
              <w:t>3 243,10</w:t>
            </w:r>
          </w:p>
        </w:tc>
        <w:tc>
          <w:tcPr>
            <w:tcW w:w="0" w:type="auto"/>
          </w:tcPr>
          <w:p w14:paraId="5CAE69B9" w14:textId="77777777" w:rsidR="007A5E59" w:rsidRDefault="0095198F">
            <w:pPr>
              <w:jc w:val="center"/>
            </w:pPr>
            <w:r>
              <w:t>3 243,10</w:t>
            </w:r>
          </w:p>
        </w:tc>
        <w:tc>
          <w:tcPr>
            <w:tcW w:w="0" w:type="auto"/>
          </w:tcPr>
          <w:p w14:paraId="2A1ACE9A" w14:textId="77777777" w:rsidR="007A5E59" w:rsidRDefault="0095198F">
            <w:pPr>
              <w:jc w:val="center"/>
            </w:pPr>
            <w:r>
              <w:t>3 243,10</w:t>
            </w:r>
          </w:p>
        </w:tc>
      </w:tr>
      <w:tr w:rsidR="007A5E59" w14:paraId="6164BDA2" w14:textId="77777777">
        <w:trPr>
          <w:jc w:val="center"/>
        </w:trPr>
        <w:tc>
          <w:tcPr>
            <w:tcW w:w="0" w:type="auto"/>
          </w:tcPr>
          <w:p w14:paraId="546E6B62" w14:textId="77777777" w:rsidR="007A5E59" w:rsidRDefault="0095198F">
            <w:r>
              <w:t>№ пп</w:t>
            </w:r>
          </w:p>
        </w:tc>
        <w:tc>
          <w:tcPr>
            <w:tcW w:w="0" w:type="auto"/>
          </w:tcPr>
          <w:p w14:paraId="2B1A80DE" w14:textId="77777777" w:rsidR="007A5E59" w:rsidRDefault="0095198F">
            <w:r>
              <w:t>Наименование источника</w:t>
            </w:r>
          </w:p>
        </w:tc>
        <w:tc>
          <w:tcPr>
            <w:tcW w:w="0" w:type="auto"/>
          </w:tcPr>
          <w:p w14:paraId="32CE9E90" w14:textId="77777777" w:rsidR="007A5E59" w:rsidRDefault="0095198F">
            <w:r>
              <w:t>Тип нагрузки</w:t>
            </w:r>
          </w:p>
        </w:tc>
        <w:tc>
          <w:tcPr>
            <w:tcW w:w="0" w:type="auto"/>
          </w:tcPr>
          <w:p w14:paraId="3BA5D2F4" w14:textId="77777777" w:rsidR="007A5E59" w:rsidRDefault="0095198F">
            <w:r>
              <w:t>Ед изм.</w:t>
            </w:r>
          </w:p>
        </w:tc>
        <w:tc>
          <w:tcPr>
            <w:tcW w:w="0" w:type="auto"/>
          </w:tcPr>
          <w:p w14:paraId="639AAFE8" w14:textId="77777777" w:rsidR="007A5E59" w:rsidRDefault="0095198F">
            <w:r>
              <w:t>Полная максимальная нагрузка котельной</w:t>
            </w:r>
          </w:p>
        </w:tc>
        <w:tc>
          <w:tcPr>
            <w:tcW w:w="0" w:type="auto"/>
          </w:tcPr>
          <w:p w14:paraId="405B4C3F" w14:textId="77777777" w:rsidR="007A5E59" w:rsidRDefault="007A5E59"/>
        </w:tc>
        <w:tc>
          <w:tcPr>
            <w:tcW w:w="0" w:type="auto"/>
          </w:tcPr>
          <w:p w14:paraId="0988D51F" w14:textId="77777777" w:rsidR="007A5E59" w:rsidRDefault="007A5E59"/>
        </w:tc>
      </w:tr>
      <w:tr w:rsidR="007A5E59" w14:paraId="5C14FCAE" w14:textId="77777777">
        <w:trPr>
          <w:jc w:val="center"/>
        </w:trPr>
        <w:tc>
          <w:tcPr>
            <w:tcW w:w="0" w:type="auto"/>
          </w:tcPr>
          <w:p w14:paraId="70CBD29B" w14:textId="77777777" w:rsidR="007A5E59" w:rsidRDefault="007A5E59"/>
        </w:tc>
        <w:tc>
          <w:tcPr>
            <w:tcW w:w="0" w:type="auto"/>
          </w:tcPr>
          <w:p w14:paraId="565B6D95" w14:textId="77777777" w:rsidR="007A5E59" w:rsidRDefault="007A5E59"/>
        </w:tc>
        <w:tc>
          <w:tcPr>
            <w:tcW w:w="0" w:type="auto"/>
          </w:tcPr>
          <w:p w14:paraId="0C87CEEA" w14:textId="77777777" w:rsidR="007A5E59" w:rsidRDefault="007A5E59"/>
        </w:tc>
        <w:tc>
          <w:tcPr>
            <w:tcW w:w="0" w:type="auto"/>
          </w:tcPr>
          <w:p w14:paraId="51199C0E" w14:textId="77777777" w:rsidR="007A5E59" w:rsidRDefault="007A5E59"/>
        </w:tc>
        <w:tc>
          <w:tcPr>
            <w:tcW w:w="0" w:type="auto"/>
          </w:tcPr>
          <w:p w14:paraId="5E84B600" w14:textId="77777777" w:rsidR="007A5E59" w:rsidRDefault="0095198F">
            <w:pPr>
              <w:jc w:val="center"/>
            </w:pPr>
            <w:r>
              <w:t>2026</w:t>
            </w:r>
          </w:p>
        </w:tc>
        <w:tc>
          <w:tcPr>
            <w:tcW w:w="0" w:type="auto"/>
          </w:tcPr>
          <w:p w14:paraId="244713F0" w14:textId="77777777" w:rsidR="007A5E59" w:rsidRDefault="0095198F">
            <w:pPr>
              <w:jc w:val="center"/>
            </w:pPr>
            <w:r>
              <w:t>2031</w:t>
            </w:r>
          </w:p>
        </w:tc>
        <w:tc>
          <w:tcPr>
            <w:tcW w:w="0" w:type="auto"/>
          </w:tcPr>
          <w:p w14:paraId="55D4B447" w14:textId="77777777" w:rsidR="007A5E59" w:rsidRDefault="0095198F">
            <w:pPr>
              <w:jc w:val="center"/>
            </w:pPr>
            <w:r>
              <w:t>2036</w:t>
            </w:r>
          </w:p>
        </w:tc>
      </w:tr>
      <w:tr w:rsidR="007A5E59" w14:paraId="5FDF6853" w14:textId="77777777">
        <w:trPr>
          <w:jc w:val="center"/>
        </w:trPr>
        <w:tc>
          <w:tcPr>
            <w:tcW w:w="0" w:type="auto"/>
          </w:tcPr>
          <w:p w14:paraId="2C2E86D7" w14:textId="77777777" w:rsidR="007A5E59" w:rsidRDefault="0095198F">
            <w:pPr>
              <w:jc w:val="center"/>
            </w:pPr>
            <w:r>
              <w:t>1</w:t>
            </w:r>
          </w:p>
        </w:tc>
        <w:tc>
          <w:tcPr>
            <w:tcW w:w="0" w:type="auto"/>
          </w:tcPr>
          <w:p w14:paraId="0FF7A19A" w14:textId="77777777" w:rsidR="007A5E59" w:rsidRDefault="0095198F">
            <w:pPr>
              <w:jc w:val="center"/>
            </w:pPr>
            <w:r>
              <w:t>2</w:t>
            </w:r>
          </w:p>
        </w:tc>
        <w:tc>
          <w:tcPr>
            <w:tcW w:w="0" w:type="auto"/>
          </w:tcPr>
          <w:p w14:paraId="29FF4CF7" w14:textId="77777777" w:rsidR="007A5E59" w:rsidRDefault="0095198F">
            <w:pPr>
              <w:jc w:val="center"/>
            </w:pPr>
            <w:r>
              <w:t>3</w:t>
            </w:r>
          </w:p>
        </w:tc>
        <w:tc>
          <w:tcPr>
            <w:tcW w:w="0" w:type="auto"/>
          </w:tcPr>
          <w:p w14:paraId="4238662A" w14:textId="77777777" w:rsidR="007A5E59" w:rsidRDefault="0095198F">
            <w:pPr>
              <w:jc w:val="center"/>
            </w:pPr>
            <w:r>
              <w:t>4</w:t>
            </w:r>
          </w:p>
        </w:tc>
        <w:tc>
          <w:tcPr>
            <w:tcW w:w="0" w:type="auto"/>
          </w:tcPr>
          <w:p w14:paraId="08B42936" w14:textId="77777777" w:rsidR="007A5E59" w:rsidRDefault="0095198F">
            <w:pPr>
              <w:jc w:val="center"/>
            </w:pPr>
            <w:r>
              <w:t>5</w:t>
            </w:r>
          </w:p>
        </w:tc>
        <w:tc>
          <w:tcPr>
            <w:tcW w:w="0" w:type="auto"/>
          </w:tcPr>
          <w:p w14:paraId="029DA8D4" w14:textId="77777777" w:rsidR="007A5E59" w:rsidRDefault="0095198F">
            <w:pPr>
              <w:jc w:val="center"/>
            </w:pPr>
            <w:r>
              <w:t>6</w:t>
            </w:r>
          </w:p>
        </w:tc>
        <w:tc>
          <w:tcPr>
            <w:tcW w:w="0" w:type="auto"/>
          </w:tcPr>
          <w:p w14:paraId="756286EF" w14:textId="77777777" w:rsidR="007A5E59" w:rsidRDefault="0095198F">
            <w:pPr>
              <w:jc w:val="center"/>
            </w:pPr>
            <w:r>
              <w:t>7</w:t>
            </w:r>
          </w:p>
        </w:tc>
      </w:tr>
      <w:tr w:rsidR="007A5E59" w14:paraId="3665094B" w14:textId="77777777">
        <w:trPr>
          <w:jc w:val="center"/>
        </w:trPr>
        <w:tc>
          <w:tcPr>
            <w:tcW w:w="0" w:type="auto"/>
          </w:tcPr>
          <w:p w14:paraId="18B21F7B" w14:textId="77777777" w:rsidR="007A5E59" w:rsidRDefault="0095198F">
            <w:r>
              <w:t>6.</w:t>
            </w:r>
          </w:p>
        </w:tc>
        <w:tc>
          <w:tcPr>
            <w:tcW w:w="0" w:type="auto"/>
          </w:tcPr>
          <w:p w14:paraId="046E77AC" w14:textId="77777777" w:rsidR="007A5E59" w:rsidRDefault="0095198F">
            <w:r>
              <w:t>пгт Спасск</w:t>
            </w:r>
          </w:p>
        </w:tc>
        <w:tc>
          <w:tcPr>
            <w:tcW w:w="0" w:type="auto"/>
          </w:tcPr>
          <w:p w14:paraId="1CF1A7A0" w14:textId="77777777" w:rsidR="007A5E59" w:rsidRDefault="007A5E59"/>
        </w:tc>
        <w:tc>
          <w:tcPr>
            <w:tcW w:w="0" w:type="auto"/>
          </w:tcPr>
          <w:p w14:paraId="7DB86A0E" w14:textId="77777777" w:rsidR="007A5E59" w:rsidRDefault="007A5E59"/>
        </w:tc>
        <w:tc>
          <w:tcPr>
            <w:tcW w:w="0" w:type="auto"/>
          </w:tcPr>
          <w:p w14:paraId="26C99F7C" w14:textId="77777777" w:rsidR="007A5E59" w:rsidRDefault="007A5E59"/>
        </w:tc>
        <w:tc>
          <w:tcPr>
            <w:tcW w:w="0" w:type="auto"/>
          </w:tcPr>
          <w:p w14:paraId="1FF83064" w14:textId="77777777" w:rsidR="007A5E59" w:rsidRDefault="007A5E59"/>
        </w:tc>
        <w:tc>
          <w:tcPr>
            <w:tcW w:w="0" w:type="auto"/>
          </w:tcPr>
          <w:p w14:paraId="0F6525BA" w14:textId="77777777" w:rsidR="007A5E59" w:rsidRDefault="007A5E59"/>
        </w:tc>
      </w:tr>
      <w:tr w:rsidR="007A5E59" w14:paraId="649225B0" w14:textId="77777777">
        <w:trPr>
          <w:jc w:val="center"/>
        </w:trPr>
        <w:tc>
          <w:tcPr>
            <w:tcW w:w="0" w:type="auto"/>
          </w:tcPr>
          <w:p w14:paraId="5D2248FA" w14:textId="77777777" w:rsidR="007A5E59" w:rsidRDefault="0095198F">
            <w:r>
              <w:t>6.1.</w:t>
            </w:r>
          </w:p>
        </w:tc>
        <w:tc>
          <w:tcPr>
            <w:tcW w:w="0" w:type="auto"/>
          </w:tcPr>
          <w:p w14:paraId="07568AA5" w14:textId="77777777" w:rsidR="007A5E59" w:rsidRDefault="0095198F">
            <w:r>
              <w:t>ЕТО № 001 — ООО «ЮКЭК»</w:t>
            </w:r>
          </w:p>
        </w:tc>
        <w:tc>
          <w:tcPr>
            <w:tcW w:w="0" w:type="auto"/>
          </w:tcPr>
          <w:p w14:paraId="1E119E08" w14:textId="77777777" w:rsidR="007A5E59" w:rsidRDefault="007A5E59"/>
        </w:tc>
        <w:tc>
          <w:tcPr>
            <w:tcW w:w="0" w:type="auto"/>
          </w:tcPr>
          <w:p w14:paraId="24E85454" w14:textId="77777777" w:rsidR="007A5E59" w:rsidRDefault="007A5E59"/>
        </w:tc>
        <w:tc>
          <w:tcPr>
            <w:tcW w:w="0" w:type="auto"/>
          </w:tcPr>
          <w:p w14:paraId="7FF7CF90" w14:textId="77777777" w:rsidR="007A5E59" w:rsidRDefault="007A5E59"/>
        </w:tc>
        <w:tc>
          <w:tcPr>
            <w:tcW w:w="0" w:type="auto"/>
          </w:tcPr>
          <w:p w14:paraId="60E2B83A" w14:textId="77777777" w:rsidR="007A5E59" w:rsidRDefault="007A5E59"/>
        </w:tc>
        <w:tc>
          <w:tcPr>
            <w:tcW w:w="0" w:type="auto"/>
          </w:tcPr>
          <w:p w14:paraId="74C27F14" w14:textId="77777777" w:rsidR="007A5E59" w:rsidRDefault="007A5E59"/>
        </w:tc>
      </w:tr>
      <w:tr w:rsidR="007A5E59" w14:paraId="1AC00F17" w14:textId="77777777">
        <w:trPr>
          <w:jc w:val="center"/>
        </w:trPr>
        <w:tc>
          <w:tcPr>
            <w:tcW w:w="0" w:type="auto"/>
          </w:tcPr>
          <w:p w14:paraId="55BCC1DA" w14:textId="77777777" w:rsidR="007A5E59" w:rsidRDefault="0095198F">
            <w:r>
              <w:t>6.1.1</w:t>
            </w:r>
          </w:p>
        </w:tc>
        <w:tc>
          <w:tcPr>
            <w:tcW w:w="0" w:type="auto"/>
          </w:tcPr>
          <w:p w14:paraId="4565BE22" w14:textId="77777777" w:rsidR="007A5E59" w:rsidRPr="00794D67" w:rsidRDefault="0095198F">
            <w:pPr>
              <w:rPr>
                <w:lang w:val="ru-RU"/>
              </w:rPr>
            </w:pPr>
            <w:r w:rsidRPr="00794D67">
              <w:rPr>
                <w:lang w:val="ru-RU"/>
              </w:rPr>
              <w:t>Котельная «Производственно-отопительная УПК № 3 Спасск»</w:t>
            </w:r>
          </w:p>
        </w:tc>
        <w:tc>
          <w:tcPr>
            <w:tcW w:w="0" w:type="auto"/>
          </w:tcPr>
          <w:p w14:paraId="6B3BF471" w14:textId="77777777" w:rsidR="007A5E59" w:rsidRDefault="0095198F">
            <w:r>
              <w:t>Отопление</w:t>
            </w:r>
          </w:p>
        </w:tc>
        <w:tc>
          <w:tcPr>
            <w:tcW w:w="0" w:type="auto"/>
          </w:tcPr>
          <w:p w14:paraId="761D87F0" w14:textId="77777777" w:rsidR="007A5E59" w:rsidRDefault="0095198F">
            <w:r>
              <w:t>Гкал/ч</w:t>
            </w:r>
          </w:p>
        </w:tc>
        <w:tc>
          <w:tcPr>
            <w:tcW w:w="0" w:type="auto"/>
          </w:tcPr>
          <w:p w14:paraId="65F4E9D0" w14:textId="77777777" w:rsidR="007A5E59" w:rsidRDefault="0095198F">
            <w:pPr>
              <w:jc w:val="center"/>
            </w:pPr>
            <w:r>
              <w:t>1,291</w:t>
            </w:r>
          </w:p>
        </w:tc>
        <w:tc>
          <w:tcPr>
            <w:tcW w:w="0" w:type="auto"/>
          </w:tcPr>
          <w:p w14:paraId="7FBAB27D" w14:textId="77777777" w:rsidR="007A5E59" w:rsidRDefault="0095198F">
            <w:pPr>
              <w:jc w:val="center"/>
            </w:pPr>
            <w:r>
              <w:t>1,295</w:t>
            </w:r>
          </w:p>
        </w:tc>
        <w:tc>
          <w:tcPr>
            <w:tcW w:w="0" w:type="auto"/>
          </w:tcPr>
          <w:p w14:paraId="385E7520" w14:textId="77777777" w:rsidR="007A5E59" w:rsidRDefault="0095198F">
            <w:pPr>
              <w:jc w:val="center"/>
            </w:pPr>
            <w:r>
              <w:t>1,295</w:t>
            </w:r>
          </w:p>
        </w:tc>
      </w:tr>
      <w:tr w:rsidR="007A5E59" w14:paraId="787E4C57" w14:textId="77777777">
        <w:trPr>
          <w:jc w:val="center"/>
        </w:trPr>
        <w:tc>
          <w:tcPr>
            <w:tcW w:w="0" w:type="auto"/>
          </w:tcPr>
          <w:p w14:paraId="550F9D40" w14:textId="77777777" w:rsidR="007A5E59" w:rsidRDefault="007A5E59"/>
        </w:tc>
        <w:tc>
          <w:tcPr>
            <w:tcW w:w="0" w:type="auto"/>
          </w:tcPr>
          <w:p w14:paraId="53108D6B" w14:textId="77777777" w:rsidR="007A5E59" w:rsidRDefault="007A5E59"/>
        </w:tc>
        <w:tc>
          <w:tcPr>
            <w:tcW w:w="0" w:type="auto"/>
          </w:tcPr>
          <w:p w14:paraId="3D0E34A9" w14:textId="77777777" w:rsidR="007A5E59" w:rsidRDefault="007A5E59"/>
        </w:tc>
        <w:tc>
          <w:tcPr>
            <w:tcW w:w="0" w:type="auto"/>
          </w:tcPr>
          <w:p w14:paraId="65071BB9" w14:textId="77777777" w:rsidR="007A5E59" w:rsidRDefault="0095198F">
            <w:r>
              <w:t>Гкал/год</w:t>
            </w:r>
          </w:p>
        </w:tc>
        <w:tc>
          <w:tcPr>
            <w:tcW w:w="0" w:type="auto"/>
          </w:tcPr>
          <w:p w14:paraId="5CBF6A5D" w14:textId="77777777" w:rsidR="007A5E59" w:rsidRDefault="0095198F">
            <w:pPr>
              <w:jc w:val="center"/>
            </w:pPr>
            <w:r>
              <w:t>2 628,70</w:t>
            </w:r>
          </w:p>
        </w:tc>
        <w:tc>
          <w:tcPr>
            <w:tcW w:w="0" w:type="auto"/>
          </w:tcPr>
          <w:p w14:paraId="366049AD" w14:textId="77777777" w:rsidR="007A5E59" w:rsidRDefault="0095198F">
            <w:pPr>
              <w:jc w:val="center"/>
            </w:pPr>
            <w:r>
              <w:t>2 643,60</w:t>
            </w:r>
          </w:p>
        </w:tc>
        <w:tc>
          <w:tcPr>
            <w:tcW w:w="0" w:type="auto"/>
          </w:tcPr>
          <w:p w14:paraId="26F74E29" w14:textId="77777777" w:rsidR="007A5E59" w:rsidRDefault="0095198F">
            <w:pPr>
              <w:jc w:val="center"/>
            </w:pPr>
            <w:r>
              <w:t>2 643,60</w:t>
            </w:r>
          </w:p>
        </w:tc>
      </w:tr>
      <w:tr w:rsidR="007A5E59" w14:paraId="53DDA59C" w14:textId="77777777">
        <w:trPr>
          <w:jc w:val="center"/>
        </w:trPr>
        <w:tc>
          <w:tcPr>
            <w:tcW w:w="0" w:type="auto"/>
          </w:tcPr>
          <w:p w14:paraId="20439075" w14:textId="77777777" w:rsidR="007A5E59" w:rsidRDefault="007A5E59"/>
        </w:tc>
        <w:tc>
          <w:tcPr>
            <w:tcW w:w="0" w:type="auto"/>
          </w:tcPr>
          <w:p w14:paraId="5B098CE1" w14:textId="77777777" w:rsidR="007A5E59" w:rsidRDefault="007A5E59"/>
        </w:tc>
        <w:tc>
          <w:tcPr>
            <w:tcW w:w="0" w:type="auto"/>
          </w:tcPr>
          <w:p w14:paraId="186E6C4E" w14:textId="77777777" w:rsidR="007A5E59" w:rsidRDefault="0095198F">
            <w:r>
              <w:t>Вентиляция</w:t>
            </w:r>
          </w:p>
        </w:tc>
        <w:tc>
          <w:tcPr>
            <w:tcW w:w="0" w:type="auto"/>
          </w:tcPr>
          <w:p w14:paraId="5F3DBAA2" w14:textId="77777777" w:rsidR="007A5E59" w:rsidRDefault="0095198F">
            <w:r>
              <w:t>Гкал/ч</w:t>
            </w:r>
          </w:p>
        </w:tc>
        <w:tc>
          <w:tcPr>
            <w:tcW w:w="0" w:type="auto"/>
          </w:tcPr>
          <w:p w14:paraId="5E2DD1EF" w14:textId="77777777" w:rsidR="007A5E59" w:rsidRDefault="0095198F">
            <w:pPr>
              <w:jc w:val="center"/>
            </w:pPr>
            <w:r>
              <w:t>0,114</w:t>
            </w:r>
          </w:p>
        </w:tc>
        <w:tc>
          <w:tcPr>
            <w:tcW w:w="0" w:type="auto"/>
          </w:tcPr>
          <w:p w14:paraId="1EDBAC0C" w14:textId="77777777" w:rsidR="007A5E59" w:rsidRDefault="0095198F">
            <w:pPr>
              <w:jc w:val="center"/>
            </w:pPr>
            <w:r>
              <w:t>0,114</w:t>
            </w:r>
          </w:p>
        </w:tc>
        <w:tc>
          <w:tcPr>
            <w:tcW w:w="0" w:type="auto"/>
          </w:tcPr>
          <w:p w14:paraId="6C640340" w14:textId="77777777" w:rsidR="007A5E59" w:rsidRDefault="0095198F">
            <w:pPr>
              <w:jc w:val="center"/>
            </w:pPr>
            <w:r>
              <w:t>0,114</w:t>
            </w:r>
          </w:p>
        </w:tc>
      </w:tr>
      <w:tr w:rsidR="007A5E59" w14:paraId="00DCD367" w14:textId="77777777">
        <w:trPr>
          <w:jc w:val="center"/>
        </w:trPr>
        <w:tc>
          <w:tcPr>
            <w:tcW w:w="0" w:type="auto"/>
          </w:tcPr>
          <w:p w14:paraId="79273925" w14:textId="77777777" w:rsidR="007A5E59" w:rsidRDefault="007A5E59"/>
        </w:tc>
        <w:tc>
          <w:tcPr>
            <w:tcW w:w="0" w:type="auto"/>
          </w:tcPr>
          <w:p w14:paraId="70C83AB9" w14:textId="77777777" w:rsidR="007A5E59" w:rsidRDefault="007A5E59"/>
        </w:tc>
        <w:tc>
          <w:tcPr>
            <w:tcW w:w="0" w:type="auto"/>
          </w:tcPr>
          <w:p w14:paraId="4C81B5D4" w14:textId="77777777" w:rsidR="007A5E59" w:rsidRDefault="007A5E59"/>
        </w:tc>
        <w:tc>
          <w:tcPr>
            <w:tcW w:w="0" w:type="auto"/>
          </w:tcPr>
          <w:p w14:paraId="27297224" w14:textId="77777777" w:rsidR="007A5E59" w:rsidRDefault="0095198F">
            <w:r>
              <w:t>Гкал/год</w:t>
            </w:r>
          </w:p>
        </w:tc>
        <w:tc>
          <w:tcPr>
            <w:tcW w:w="0" w:type="auto"/>
          </w:tcPr>
          <w:p w14:paraId="7C0C86AC" w14:textId="77777777" w:rsidR="007A5E59" w:rsidRDefault="0095198F">
            <w:pPr>
              <w:jc w:val="center"/>
            </w:pPr>
            <w:r>
              <w:t>232,30</w:t>
            </w:r>
          </w:p>
        </w:tc>
        <w:tc>
          <w:tcPr>
            <w:tcW w:w="0" w:type="auto"/>
          </w:tcPr>
          <w:p w14:paraId="07976C26" w14:textId="77777777" w:rsidR="007A5E59" w:rsidRDefault="0095198F">
            <w:pPr>
              <w:jc w:val="center"/>
            </w:pPr>
            <w:r>
              <w:t>232,30</w:t>
            </w:r>
          </w:p>
        </w:tc>
        <w:tc>
          <w:tcPr>
            <w:tcW w:w="0" w:type="auto"/>
          </w:tcPr>
          <w:p w14:paraId="571CA46D" w14:textId="77777777" w:rsidR="007A5E59" w:rsidRDefault="0095198F">
            <w:pPr>
              <w:jc w:val="center"/>
            </w:pPr>
            <w:r>
              <w:t>232,30</w:t>
            </w:r>
          </w:p>
        </w:tc>
      </w:tr>
      <w:tr w:rsidR="007A5E59" w14:paraId="71AAAA5C" w14:textId="77777777">
        <w:trPr>
          <w:jc w:val="center"/>
        </w:trPr>
        <w:tc>
          <w:tcPr>
            <w:tcW w:w="0" w:type="auto"/>
          </w:tcPr>
          <w:p w14:paraId="32A6B5D0" w14:textId="77777777" w:rsidR="007A5E59" w:rsidRDefault="007A5E59"/>
        </w:tc>
        <w:tc>
          <w:tcPr>
            <w:tcW w:w="0" w:type="auto"/>
          </w:tcPr>
          <w:p w14:paraId="4099CA86" w14:textId="77777777" w:rsidR="007A5E59" w:rsidRDefault="007A5E59"/>
        </w:tc>
        <w:tc>
          <w:tcPr>
            <w:tcW w:w="0" w:type="auto"/>
          </w:tcPr>
          <w:p w14:paraId="66FB537A" w14:textId="77777777" w:rsidR="007A5E59" w:rsidRDefault="0095198F">
            <w:r>
              <w:t>ГВС</w:t>
            </w:r>
          </w:p>
        </w:tc>
        <w:tc>
          <w:tcPr>
            <w:tcW w:w="0" w:type="auto"/>
          </w:tcPr>
          <w:p w14:paraId="52BE5AEB" w14:textId="77777777" w:rsidR="007A5E59" w:rsidRDefault="0095198F">
            <w:r>
              <w:t>м3/час</w:t>
            </w:r>
          </w:p>
        </w:tc>
        <w:tc>
          <w:tcPr>
            <w:tcW w:w="0" w:type="auto"/>
          </w:tcPr>
          <w:p w14:paraId="6BB2BCEA" w14:textId="77777777" w:rsidR="007A5E59" w:rsidRDefault="0095198F">
            <w:pPr>
              <w:jc w:val="center"/>
            </w:pPr>
            <w:r>
              <w:t>0,800</w:t>
            </w:r>
          </w:p>
        </w:tc>
        <w:tc>
          <w:tcPr>
            <w:tcW w:w="0" w:type="auto"/>
          </w:tcPr>
          <w:p w14:paraId="43064B27" w14:textId="77777777" w:rsidR="007A5E59" w:rsidRDefault="0095198F">
            <w:pPr>
              <w:jc w:val="center"/>
            </w:pPr>
            <w:r>
              <w:t>0,820</w:t>
            </w:r>
          </w:p>
        </w:tc>
        <w:tc>
          <w:tcPr>
            <w:tcW w:w="0" w:type="auto"/>
          </w:tcPr>
          <w:p w14:paraId="637DF19B" w14:textId="77777777" w:rsidR="007A5E59" w:rsidRDefault="0095198F">
            <w:pPr>
              <w:jc w:val="center"/>
            </w:pPr>
            <w:r>
              <w:t>0,820</w:t>
            </w:r>
          </w:p>
        </w:tc>
      </w:tr>
      <w:tr w:rsidR="007A5E59" w14:paraId="1B45FD05" w14:textId="77777777">
        <w:trPr>
          <w:jc w:val="center"/>
        </w:trPr>
        <w:tc>
          <w:tcPr>
            <w:tcW w:w="0" w:type="auto"/>
          </w:tcPr>
          <w:p w14:paraId="3B569092" w14:textId="77777777" w:rsidR="007A5E59" w:rsidRDefault="007A5E59"/>
        </w:tc>
        <w:tc>
          <w:tcPr>
            <w:tcW w:w="0" w:type="auto"/>
          </w:tcPr>
          <w:p w14:paraId="02F50257" w14:textId="77777777" w:rsidR="007A5E59" w:rsidRDefault="007A5E59"/>
        </w:tc>
        <w:tc>
          <w:tcPr>
            <w:tcW w:w="0" w:type="auto"/>
          </w:tcPr>
          <w:p w14:paraId="0C677A28" w14:textId="77777777" w:rsidR="007A5E59" w:rsidRDefault="007A5E59"/>
        </w:tc>
        <w:tc>
          <w:tcPr>
            <w:tcW w:w="0" w:type="auto"/>
          </w:tcPr>
          <w:p w14:paraId="78C60CFF" w14:textId="77777777" w:rsidR="007A5E59" w:rsidRDefault="0095198F">
            <w:r>
              <w:t>Гкал/ч</w:t>
            </w:r>
          </w:p>
        </w:tc>
        <w:tc>
          <w:tcPr>
            <w:tcW w:w="0" w:type="auto"/>
          </w:tcPr>
          <w:p w14:paraId="60ED99DF" w14:textId="77777777" w:rsidR="007A5E59" w:rsidRDefault="0095198F">
            <w:pPr>
              <w:jc w:val="center"/>
            </w:pPr>
            <w:r>
              <w:t>0,040</w:t>
            </w:r>
          </w:p>
        </w:tc>
        <w:tc>
          <w:tcPr>
            <w:tcW w:w="0" w:type="auto"/>
          </w:tcPr>
          <w:p w14:paraId="1634EBB0" w14:textId="77777777" w:rsidR="007A5E59" w:rsidRDefault="0095198F">
            <w:pPr>
              <w:jc w:val="center"/>
            </w:pPr>
            <w:r>
              <w:t>0,041</w:t>
            </w:r>
          </w:p>
        </w:tc>
        <w:tc>
          <w:tcPr>
            <w:tcW w:w="0" w:type="auto"/>
          </w:tcPr>
          <w:p w14:paraId="07427317" w14:textId="77777777" w:rsidR="007A5E59" w:rsidRDefault="0095198F">
            <w:pPr>
              <w:jc w:val="center"/>
            </w:pPr>
            <w:r>
              <w:t>0,041</w:t>
            </w:r>
          </w:p>
        </w:tc>
      </w:tr>
      <w:tr w:rsidR="007A5E59" w14:paraId="4793A2EA" w14:textId="77777777">
        <w:trPr>
          <w:jc w:val="center"/>
        </w:trPr>
        <w:tc>
          <w:tcPr>
            <w:tcW w:w="0" w:type="auto"/>
          </w:tcPr>
          <w:p w14:paraId="67085D1D" w14:textId="77777777" w:rsidR="007A5E59" w:rsidRDefault="007A5E59"/>
        </w:tc>
        <w:tc>
          <w:tcPr>
            <w:tcW w:w="0" w:type="auto"/>
          </w:tcPr>
          <w:p w14:paraId="46E9197F" w14:textId="77777777" w:rsidR="007A5E59" w:rsidRDefault="007A5E59"/>
        </w:tc>
        <w:tc>
          <w:tcPr>
            <w:tcW w:w="0" w:type="auto"/>
          </w:tcPr>
          <w:p w14:paraId="7783EF8E" w14:textId="77777777" w:rsidR="007A5E59" w:rsidRDefault="007A5E59"/>
        </w:tc>
        <w:tc>
          <w:tcPr>
            <w:tcW w:w="0" w:type="auto"/>
          </w:tcPr>
          <w:p w14:paraId="1B8A134C" w14:textId="77777777" w:rsidR="007A5E59" w:rsidRDefault="0095198F">
            <w:r>
              <w:t>Гкал/год</w:t>
            </w:r>
          </w:p>
        </w:tc>
        <w:tc>
          <w:tcPr>
            <w:tcW w:w="0" w:type="auto"/>
          </w:tcPr>
          <w:p w14:paraId="1B131611" w14:textId="77777777" w:rsidR="007A5E59" w:rsidRDefault="0095198F">
            <w:pPr>
              <w:jc w:val="center"/>
            </w:pPr>
            <w:r>
              <w:t>325,30</w:t>
            </w:r>
          </w:p>
        </w:tc>
        <w:tc>
          <w:tcPr>
            <w:tcW w:w="0" w:type="auto"/>
          </w:tcPr>
          <w:p w14:paraId="46423A48" w14:textId="77777777" w:rsidR="007A5E59" w:rsidRDefault="0095198F">
            <w:pPr>
              <w:jc w:val="center"/>
            </w:pPr>
            <w:r>
              <w:t>333,40</w:t>
            </w:r>
          </w:p>
        </w:tc>
        <w:tc>
          <w:tcPr>
            <w:tcW w:w="0" w:type="auto"/>
          </w:tcPr>
          <w:p w14:paraId="75C2A728" w14:textId="77777777" w:rsidR="007A5E59" w:rsidRDefault="0095198F">
            <w:pPr>
              <w:jc w:val="center"/>
            </w:pPr>
            <w:r>
              <w:t>333,40</w:t>
            </w:r>
          </w:p>
        </w:tc>
      </w:tr>
    </w:tbl>
    <w:p w14:paraId="05DDCEBE" w14:textId="77777777" w:rsidR="00312815" w:rsidRDefault="00312815">
      <w:pPr>
        <w:pStyle w:val="1"/>
        <w:rPr>
          <w:lang w:val="ru-RU"/>
        </w:rPr>
      </w:pPr>
      <w:bookmarkStart w:id="17" w:name="_Toc238015608"/>
    </w:p>
    <w:p w14:paraId="2950F96F" w14:textId="77777777" w:rsidR="00312815" w:rsidRDefault="00312815">
      <w:pPr>
        <w:rPr>
          <w:rFonts w:asciiTheme="majorHAnsi" w:eastAsiaTheme="majorEastAsia" w:hAnsiTheme="majorHAnsi" w:cstheme="majorBidi"/>
          <w:b/>
          <w:bCs/>
          <w:color w:val="365F91" w:themeColor="accent1" w:themeShade="BF"/>
          <w:sz w:val="32"/>
          <w:szCs w:val="32"/>
          <w:lang w:val="ru-RU"/>
        </w:rPr>
      </w:pPr>
      <w:r>
        <w:rPr>
          <w:lang w:val="ru-RU"/>
        </w:rPr>
        <w:br w:type="page"/>
      </w:r>
    </w:p>
    <w:p w14:paraId="227DE9D3" w14:textId="77777777" w:rsidR="007A5E59" w:rsidRPr="00782666" w:rsidRDefault="0095198F">
      <w:pPr>
        <w:pStyle w:val="1"/>
        <w:rPr>
          <w:color w:val="4F81BD" w:themeColor="accent1"/>
          <w:lang w:val="ru-RU"/>
        </w:rPr>
      </w:pPr>
      <w:r w:rsidRPr="00782666">
        <w:rPr>
          <w:color w:val="4F81BD" w:themeColor="accent1"/>
          <w:lang w:val="ru-RU"/>
        </w:rPr>
        <w:t>РАЗДЕЛ 3. ЭЛЕКТРОННАЯ МОДЕЛЬ СИСТЕМЫ ТЕПЛОСНАБЖЕНИЯ МУНИЦИПАЛЬНОГО ОКРУГА</w:t>
      </w:r>
      <w:bookmarkEnd w:id="17"/>
    </w:p>
    <w:p w14:paraId="537FF69A" w14:textId="77777777" w:rsidR="007A5E59" w:rsidRPr="00794D67" w:rsidRDefault="0095198F">
      <w:pPr>
        <w:ind w:firstLine="709"/>
        <w:jc w:val="both"/>
        <w:rPr>
          <w:lang w:val="ru-RU"/>
        </w:rPr>
      </w:pPr>
      <w:r w:rsidRPr="00794D67">
        <w:rPr>
          <w:lang w:val="ru-RU"/>
        </w:rPr>
        <w:t>Электронная модель системы теплоснабжения Таштагольского муниципального округа предусмотрена проектным решением. Требованиями к схемам теплоснабжения её разработка для муниципального образования с численностью населения менее ста тысяч человек обязательной не является, однако проектом принято решение о её разработке, а результаты моделирования подлежат интеграции в схему теплоснабжения.</w:t>
      </w:r>
    </w:p>
    <w:p w14:paraId="6F245F90" w14:textId="77777777" w:rsidR="007A5E59" w:rsidRPr="00794D67" w:rsidRDefault="0095198F">
      <w:pPr>
        <w:ind w:firstLine="709"/>
        <w:jc w:val="both"/>
        <w:rPr>
          <w:lang w:val="ru-RU"/>
        </w:rPr>
      </w:pPr>
      <w:r w:rsidRPr="00794D67">
        <w:rPr>
          <w:lang w:val="ru-RU"/>
        </w:rPr>
        <w:t>На дату настоящей редакции часть результатов расчётного моделирования в схему ещё не интегрирована, поэтому гидравлические расчёты режимов, наладочные расчёты и пьезометрические графики в составе обосновывающих материалов не приводятся. Выполненные балансовые расчёты являются самостоятельным доказательным слоем: балансы тепловой мощности и нагрузки по каждому источнику, балансы теплоносителя и производительности водоподготовительных установок, топливные балансы и поучастковая база тепловых сетей построены независимо от гидравлической модели и её результатами не обусловлены.</w:t>
      </w:r>
    </w:p>
    <w:p w14:paraId="61730D8C" w14:textId="77777777" w:rsidR="00312815" w:rsidRDefault="0095198F">
      <w:pPr>
        <w:ind w:firstLine="709"/>
        <w:jc w:val="both"/>
        <w:rPr>
          <w:lang w:val="ru-RU"/>
        </w:rPr>
      </w:pPr>
      <w:r w:rsidRPr="00794D67">
        <w:rPr>
          <w:lang w:val="ru-RU"/>
        </w:rPr>
        <w:t>Вопросы, требующие поверочного гидравлического и аварийного моделирования — в частности распределение располагаемого напора, достаточность диаметров при перспективной нагрузке зоны УПК № 5 «Новый Шерегеш», фактический уровень сетевого резервирования и последствия аварийных режимов, — уточняются окончательно после интеграции результатов электронной модели. Отсутствие конкретного результата моделирования в настоящей редакции означает, что он ещё не получен, а не что модель не разрабатывается.</w:t>
      </w:r>
    </w:p>
    <w:p w14:paraId="15DBA5FA" w14:textId="77777777" w:rsidR="007A5E59" w:rsidRPr="00C07C05" w:rsidRDefault="00312815" w:rsidP="00312815">
      <w:pPr>
        <w:rPr>
          <w:lang w:val="ru-RU"/>
        </w:rPr>
      </w:pPr>
      <w:r>
        <w:rPr>
          <w:lang w:val="ru-RU"/>
        </w:rPr>
        <w:br w:type="page"/>
      </w:r>
    </w:p>
    <w:p w14:paraId="267B33CD" w14:textId="77777777" w:rsidR="007A5E59" w:rsidRPr="00782666" w:rsidRDefault="0095198F">
      <w:pPr>
        <w:pStyle w:val="1"/>
        <w:spacing w:before="1200"/>
        <w:jc w:val="center"/>
        <w:rPr>
          <w:color w:val="4F81BD" w:themeColor="accent1"/>
          <w:lang w:val="ru-RU"/>
        </w:rPr>
      </w:pPr>
      <w:bookmarkStart w:id="18" w:name="_Toc238015609"/>
      <w:r w:rsidRPr="00782666">
        <w:rPr>
          <w:color w:val="4F81BD" w:themeColor="accent1"/>
          <w:lang w:val="ru-RU"/>
        </w:rPr>
        <w:t>РАЗДЕЛ 4. СУЩЕСТВУЮЩИЕ И ПЕРСПЕКТИВНЫЕ БАЛАНСЫ ТЕПЛОВОЙ МОЩНОСТИ ИСТОЧНИКОВ ТЕПЛОВОЙ ЭНЕРГИИ И ТЕПЛОВОЙ НАГРУЗКИ ПОТРЕБИТЕЛЕЙ</w:t>
      </w:r>
      <w:bookmarkEnd w:id="18"/>
    </w:p>
    <w:p w14:paraId="5F7EF9FD" w14:textId="77777777" w:rsidR="000772B4" w:rsidRPr="00782666" w:rsidRDefault="00746A89">
      <w:pPr>
        <w:pStyle w:val="21"/>
        <w:rPr>
          <w:lang w:val="ru-RU"/>
        </w:rPr>
      </w:pPr>
      <w:bookmarkStart w:id="19" w:name="_Toc238015610"/>
      <w:r w:rsidRPr="00782666">
        <w:rPr>
          <w:lang w:val="ru-RU"/>
        </w:rPr>
        <w:t>4.1. Методика и применяемые величины</w:t>
      </w:r>
      <w:bookmarkEnd w:id="19"/>
    </w:p>
    <w:p w14:paraId="254959CB" w14:textId="77777777" w:rsidR="000772B4" w:rsidRPr="00794D67" w:rsidRDefault="00746A89">
      <w:pPr>
        <w:spacing w:after="80"/>
        <w:jc w:val="both"/>
        <w:rPr>
          <w:lang w:val="ru-RU"/>
        </w:rPr>
      </w:pPr>
      <w:r w:rsidRPr="00794D67">
        <w:rPr>
          <w:lang w:val="ru-RU"/>
        </w:rPr>
        <w:t>Баланс тепловой мощности составляется по каждому источнику отдельно. Территориальные своды получаются агрегированием и балансами зон не подменяются.</w:t>
      </w:r>
    </w:p>
    <w:p w14:paraId="0A069665" w14:textId="77777777" w:rsidR="000772B4" w:rsidRPr="00794D67" w:rsidRDefault="00746A89">
      <w:pPr>
        <w:keepNext/>
        <w:spacing w:before="160"/>
        <w:rPr>
          <w:lang w:val="ru-RU"/>
        </w:rPr>
      </w:pPr>
      <w:r w:rsidRPr="00794D67">
        <w:rPr>
          <w:b/>
          <w:lang w:val="ru-RU"/>
        </w:rPr>
        <w:t>Таблица 4.1 — Применяемые базы мощности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749"/>
        <w:gridCol w:w="3883"/>
        <w:gridCol w:w="2713"/>
      </w:tblGrid>
      <w:tr w:rsidR="000772B4" w14:paraId="327BC07F" w14:textId="77777777">
        <w:trPr>
          <w:cantSplit/>
          <w:tblHeader/>
          <w:jc w:val="center"/>
        </w:trPr>
        <w:tc>
          <w:tcPr>
            <w:tcW w:w="0" w:type="auto"/>
            <w:shd w:val="clear" w:color="auto" w:fill="E2F0D9"/>
          </w:tcPr>
          <w:p w14:paraId="39C44568" w14:textId="77777777" w:rsidR="000772B4" w:rsidRDefault="00746A89">
            <w:pPr>
              <w:jc w:val="center"/>
            </w:pPr>
            <w:r>
              <w:rPr>
                <w:b/>
              </w:rPr>
              <w:t>Величина</w:t>
            </w:r>
          </w:p>
        </w:tc>
        <w:tc>
          <w:tcPr>
            <w:tcW w:w="0" w:type="auto"/>
            <w:shd w:val="clear" w:color="auto" w:fill="E2F0D9"/>
          </w:tcPr>
          <w:p w14:paraId="39A780C5" w14:textId="77777777" w:rsidR="000772B4" w:rsidRDefault="00746A89">
            <w:pPr>
              <w:jc w:val="center"/>
            </w:pPr>
            <w:r>
              <w:rPr>
                <w:b/>
              </w:rPr>
              <w:t>Определение</w:t>
            </w:r>
          </w:p>
        </w:tc>
        <w:tc>
          <w:tcPr>
            <w:tcW w:w="0" w:type="auto"/>
            <w:shd w:val="clear" w:color="auto" w:fill="E2F0D9"/>
          </w:tcPr>
          <w:p w14:paraId="6A03E52C" w14:textId="77777777" w:rsidR="000772B4" w:rsidRDefault="00746A89">
            <w:pPr>
              <w:jc w:val="center"/>
            </w:pPr>
            <w:r>
              <w:rPr>
                <w:b/>
              </w:rPr>
              <w:t>Источник</w:t>
            </w:r>
          </w:p>
        </w:tc>
      </w:tr>
      <w:tr w:rsidR="000772B4" w14:paraId="62744814" w14:textId="77777777">
        <w:trPr>
          <w:cantSplit/>
          <w:jc w:val="center"/>
        </w:trPr>
        <w:tc>
          <w:tcPr>
            <w:tcW w:w="0" w:type="auto"/>
          </w:tcPr>
          <w:p w14:paraId="5094971C" w14:textId="77777777" w:rsidR="000772B4" w:rsidRDefault="00746A89">
            <w:r>
              <w:t>Установленная мощность</w:t>
            </w:r>
          </w:p>
        </w:tc>
        <w:tc>
          <w:tcPr>
            <w:tcW w:w="0" w:type="auto"/>
          </w:tcPr>
          <w:p w14:paraId="6F75F83E" w14:textId="77777777" w:rsidR="000772B4" w:rsidRPr="00794D67" w:rsidRDefault="00746A89">
            <w:pPr>
              <w:jc w:val="center"/>
              <w:rPr>
                <w:lang w:val="ru-RU"/>
              </w:rPr>
            </w:pPr>
            <w:r w:rsidRPr="00794D67">
              <w:rPr>
                <w:lang w:val="ru-RU"/>
              </w:rPr>
              <w:t>сумма единичных мощностей установленных котлов</w:t>
            </w:r>
          </w:p>
        </w:tc>
        <w:tc>
          <w:tcPr>
            <w:tcW w:w="0" w:type="auto"/>
          </w:tcPr>
          <w:p w14:paraId="1BC15205" w14:textId="77777777" w:rsidR="000772B4" w:rsidRDefault="00746A89">
            <w:pPr>
              <w:jc w:val="center"/>
            </w:pPr>
            <w:r>
              <w:t>перечень котлов на 31.07.2026</w:t>
            </w:r>
          </w:p>
        </w:tc>
      </w:tr>
      <w:tr w:rsidR="000772B4" w14:paraId="573CAB10" w14:textId="77777777">
        <w:trPr>
          <w:cantSplit/>
          <w:jc w:val="center"/>
        </w:trPr>
        <w:tc>
          <w:tcPr>
            <w:tcW w:w="0" w:type="auto"/>
          </w:tcPr>
          <w:p w14:paraId="21FE254C" w14:textId="77777777" w:rsidR="000772B4" w:rsidRDefault="00746A89">
            <w:r>
              <w:t>Подтверждённые технические ограничения</w:t>
            </w:r>
          </w:p>
        </w:tc>
        <w:tc>
          <w:tcPr>
            <w:tcW w:w="0" w:type="auto"/>
          </w:tcPr>
          <w:p w14:paraId="2DE99C04" w14:textId="77777777" w:rsidR="000772B4" w:rsidRDefault="00746A89">
            <w:pPr>
              <w:jc w:val="center"/>
            </w:pPr>
            <w:r>
              <w:t>ограничения мощности, подтверждённые источником</w:t>
            </w:r>
          </w:p>
        </w:tc>
        <w:tc>
          <w:tcPr>
            <w:tcW w:w="0" w:type="auto"/>
          </w:tcPr>
          <w:p w14:paraId="76132343" w14:textId="77777777" w:rsidR="000772B4" w:rsidRDefault="00746A89">
            <w:pPr>
              <w:jc w:val="center"/>
            </w:pPr>
            <w:r>
              <w:t>материалы актуализации 2026; приняты нулевыми</w:t>
            </w:r>
          </w:p>
        </w:tc>
      </w:tr>
      <w:tr w:rsidR="000772B4" w14:paraId="087D2BB0" w14:textId="77777777">
        <w:trPr>
          <w:cantSplit/>
          <w:jc w:val="center"/>
        </w:trPr>
        <w:tc>
          <w:tcPr>
            <w:tcW w:w="0" w:type="auto"/>
          </w:tcPr>
          <w:p w14:paraId="4D7B6A0A" w14:textId="77777777" w:rsidR="000772B4" w:rsidRDefault="00746A89">
            <w:r>
              <w:t>Располагаемая мощность</w:t>
            </w:r>
          </w:p>
        </w:tc>
        <w:tc>
          <w:tcPr>
            <w:tcW w:w="0" w:type="auto"/>
          </w:tcPr>
          <w:p w14:paraId="129FEAAF" w14:textId="77777777" w:rsidR="000772B4" w:rsidRPr="00794D67" w:rsidRDefault="00746A89">
            <w:pPr>
              <w:jc w:val="center"/>
              <w:rPr>
                <w:lang w:val="ru-RU"/>
              </w:rPr>
            </w:pPr>
            <w:r w:rsidRPr="00794D67">
              <w:rPr>
                <w:lang w:val="ru-RU"/>
              </w:rPr>
              <w:t>установленная мощность за вычетом подтверждённых ограничений</w:t>
            </w:r>
          </w:p>
        </w:tc>
        <w:tc>
          <w:tcPr>
            <w:tcW w:w="0" w:type="auto"/>
          </w:tcPr>
          <w:p w14:paraId="1BFB0861" w14:textId="77777777" w:rsidR="000772B4" w:rsidRDefault="00746A89">
            <w:pPr>
              <w:jc w:val="center"/>
            </w:pPr>
            <w:r>
              <w:t>расчёт</w:t>
            </w:r>
          </w:p>
        </w:tc>
      </w:tr>
      <w:tr w:rsidR="000772B4" w14:paraId="6B13267D" w14:textId="77777777">
        <w:trPr>
          <w:cantSplit/>
          <w:jc w:val="center"/>
        </w:trPr>
        <w:tc>
          <w:tcPr>
            <w:tcW w:w="0" w:type="auto"/>
          </w:tcPr>
          <w:p w14:paraId="4501A620" w14:textId="77777777" w:rsidR="000772B4" w:rsidRDefault="00746A89">
            <w:r>
              <w:t>Мощность «нетто»</w:t>
            </w:r>
          </w:p>
        </w:tc>
        <w:tc>
          <w:tcPr>
            <w:tcW w:w="0" w:type="auto"/>
          </w:tcPr>
          <w:p w14:paraId="6B4EF363" w14:textId="77777777" w:rsidR="000772B4" w:rsidRPr="00794D67" w:rsidRDefault="00746A89">
            <w:pPr>
              <w:jc w:val="center"/>
              <w:rPr>
                <w:lang w:val="ru-RU"/>
              </w:rPr>
            </w:pPr>
            <w:r w:rsidRPr="00794D67">
              <w:rPr>
                <w:lang w:val="ru-RU"/>
              </w:rPr>
              <w:t>располагаемая мощность за вычетом собственных нужд</w:t>
            </w:r>
          </w:p>
        </w:tc>
        <w:tc>
          <w:tcPr>
            <w:tcW w:w="0" w:type="auto"/>
          </w:tcPr>
          <w:p w14:paraId="4EDC0E08" w14:textId="77777777" w:rsidR="000772B4" w:rsidRDefault="00746A89">
            <w:pPr>
              <w:jc w:val="center"/>
            </w:pPr>
            <w:r>
              <w:t>расчёт</w:t>
            </w:r>
          </w:p>
        </w:tc>
      </w:tr>
      <w:tr w:rsidR="000772B4" w14:paraId="28B89615" w14:textId="77777777">
        <w:trPr>
          <w:cantSplit/>
          <w:jc w:val="center"/>
        </w:trPr>
        <w:tc>
          <w:tcPr>
            <w:tcW w:w="0" w:type="auto"/>
          </w:tcPr>
          <w:p w14:paraId="58B88497" w14:textId="77777777" w:rsidR="000772B4" w:rsidRPr="00794D67" w:rsidRDefault="00746A89">
            <w:pPr>
              <w:rPr>
                <w:lang w:val="ru-RU"/>
              </w:rPr>
            </w:pPr>
            <w:r w:rsidRPr="00794D67">
              <w:rPr>
                <w:lang w:val="ru-RU"/>
              </w:rPr>
              <w:t>Остаток при выводе крупнейшего котла</w:t>
            </w:r>
          </w:p>
        </w:tc>
        <w:tc>
          <w:tcPr>
            <w:tcW w:w="0" w:type="auto"/>
          </w:tcPr>
          <w:p w14:paraId="39C3865F" w14:textId="77777777" w:rsidR="000772B4" w:rsidRPr="00794D67" w:rsidRDefault="00746A89">
            <w:pPr>
              <w:jc w:val="center"/>
              <w:rPr>
                <w:lang w:val="ru-RU"/>
              </w:rPr>
            </w:pPr>
            <w:r w:rsidRPr="00794D67">
              <w:rPr>
                <w:lang w:val="ru-RU"/>
              </w:rPr>
              <w:t>установленная мощность за вычетом единичной мощности крупнейшего котла</w:t>
            </w:r>
          </w:p>
        </w:tc>
        <w:tc>
          <w:tcPr>
            <w:tcW w:w="0" w:type="auto"/>
          </w:tcPr>
          <w:p w14:paraId="1D06CB79" w14:textId="77777777" w:rsidR="000772B4" w:rsidRDefault="00746A89">
            <w:pPr>
              <w:jc w:val="center"/>
            </w:pPr>
            <w:r>
              <w:t>расчёт, характер скрининга</w:t>
            </w:r>
          </w:p>
        </w:tc>
      </w:tr>
    </w:tbl>
    <w:p w14:paraId="4C627527" w14:textId="77777777" w:rsidR="000772B4" w:rsidRDefault="000772B4">
      <w:pPr>
        <w:spacing w:after="40"/>
      </w:pPr>
    </w:p>
    <w:p w14:paraId="7835249E" w14:textId="77777777" w:rsidR="000772B4" w:rsidRDefault="00746A89">
      <w:pPr>
        <w:keepNext/>
        <w:spacing w:before="160"/>
      </w:pPr>
      <w:r>
        <w:rPr>
          <w:b/>
        </w:rPr>
        <w:t>Таблица 4.2 — Применяемые базы нагрузки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481"/>
        <w:gridCol w:w="3678"/>
        <w:gridCol w:w="3186"/>
      </w:tblGrid>
      <w:tr w:rsidR="000772B4" w14:paraId="20740E44" w14:textId="77777777">
        <w:trPr>
          <w:cantSplit/>
          <w:tblHeader/>
          <w:jc w:val="center"/>
        </w:trPr>
        <w:tc>
          <w:tcPr>
            <w:tcW w:w="0" w:type="auto"/>
            <w:shd w:val="clear" w:color="auto" w:fill="E2F0D9"/>
          </w:tcPr>
          <w:p w14:paraId="29CABE3B" w14:textId="77777777" w:rsidR="000772B4" w:rsidRDefault="00746A89">
            <w:pPr>
              <w:jc w:val="center"/>
            </w:pPr>
            <w:r>
              <w:rPr>
                <w:b/>
              </w:rPr>
              <w:t>Величина</w:t>
            </w:r>
          </w:p>
        </w:tc>
        <w:tc>
          <w:tcPr>
            <w:tcW w:w="0" w:type="auto"/>
            <w:shd w:val="clear" w:color="auto" w:fill="E2F0D9"/>
          </w:tcPr>
          <w:p w14:paraId="61F0A896" w14:textId="77777777" w:rsidR="000772B4" w:rsidRDefault="00746A89">
            <w:pPr>
              <w:jc w:val="center"/>
            </w:pPr>
            <w:r>
              <w:rPr>
                <w:b/>
              </w:rPr>
              <w:t>Определение</w:t>
            </w:r>
          </w:p>
        </w:tc>
        <w:tc>
          <w:tcPr>
            <w:tcW w:w="0" w:type="auto"/>
            <w:shd w:val="clear" w:color="auto" w:fill="E2F0D9"/>
          </w:tcPr>
          <w:p w14:paraId="68806372" w14:textId="77777777" w:rsidR="000772B4" w:rsidRDefault="00746A89">
            <w:pPr>
              <w:jc w:val="center"/>
            </w:pPr>
            <w:r>
              <w:rPr>
                <w:b/>
              </w:rPr>
              <w:t>Состояние</w:t>
            </w:r>
          </w:p>
        </w:tc>
      </w:tr>
      <w:tr w:rsidR="000772B4" w14:paraId="14B8AFF6" w14:textId="77777777">
        <w:trPr>
          <w:cantSplit/>
          <w:jc w:val="center"/>
        </w:trPr>
        <w:tc>
          <w:tcPr>
            <w:tcW w:w="0" w:type="auto"/>
          </w:tcPr>
          <w:p w14:paraId="1F54183A" w14:textId="77777777" w:rsidR="000772B4" w:rsidRDefault="00746A89">
            <w:r>
              <w:t>Присоединённая нагрузка</w:t>
            </w:r>
          </w:p>
        </w:tc>
        <w:tc>
          <w:tcPr>
            <w:tcW w:w="0" w:type="auto"/>
          </w:tcPr>
          <w:p w14:paraId="78323485" w14:textId="77777777" w:rsidR="000772B4" w:rsidRDefault="00746A89">
            <w:pPr>
              <w:jc w:val="center"/>
            </w:pPr>
            <w:r>
              <w:t>нагрузка присоединённых потребителей</w:t>
            </w:r>
          </w:p>
        </w:tc>
        <w:tc>
          <w:tcPr>
            <w:tcW w:w="0" w:type="auto"/>
          </w:tcPr>
          <w:p w14:paraId="3915CF26" w14:textId="77777777" w:rsidR="000772B4" w:rsidRDefault="00746A89">
            <w:pPr>
              <w:jc w:val="center"/>
            </w:pPr>
            <w:r>
              <w:t>применяется по всем источникам</w:t>
            </w:r>
          </w:p>
        </w:tc>
      </w:tr>
      <w:tr w:rsidR="000772B4" w:rsidRPr="00C07C05" w14:paraId="6BD77214" w14:textId="77777777">
        <w:trPr>
          <w:cantSplit/>
          <w:jc w:val="center"/>
        </w:trPr>
        <w:tc>
          <w:tcPr>
            <w:tcW w:w="0" w:type="auto"/>
          </w:tcPr>
          <w:p w14:paraId="0C432AF7" w14:textId="77777777" w:rsidR="000772B4" w:rsidRDefault="00746A89">
            <w:r>
              <w:t>Подключённая договорная нагрузка</w:t>
            </w:r>
          </w:p>
        </w:tc>
        <w:tc>
          <w:tcPr>
            <w:tcW w:w="0" w:type="auto"/>
          </w:tcPr>
          <w:p w14:paraId="07D3FADC" w14:textId="77777777" w:rsidR="000772B4" w:rsidRDefault="00746A89">
            <w:pPr>
              <w:jc w:val="center"/>
            </w:pPr>
            <w:r>
              <w:t>нагрузка по договорам теплоснабжения</w:t>
            </w:r>
          </w:p>
        </w:tc>
        <w:tc>
          <w:tcPr>
            <w:tcW w:w="0" w:type="auto"/>
          </w:tcPr>
          <w:p w14:paraId="6A4B7514" w14:textId="77777777" w:rsidR="000772B4" w:rsidRPr="00794D67" w:rsidRDefault="00746A89">
            <w:pPr>
              <w:jc w:val="center"/>
              <w:rPr>
                <w:lang w:val="ru-RU"/>
              </w:rPr>
            </w:pPr>
            <w:r w:rsidRPr="00794D67">
              <w:rPr>
                <w:lang w:val="ru-RU"/>
              </w:rPr>
              <w:t>раскрыта только по УПК № 5; по остальным сведения требуются</w:t>
            </w:r>
          </w:p>
        </w:tc>
      </w:tr>
      <w:tr w:rsidR="000772B4" w:rsidRPr="00C07C05" w14:paraId="4EDFC59A" w14:textId="77777777">
        <w:trPr>
          <w:cantSplit/>
          <w:jc w:val="center"/>
        </w:trPr>
        <w:tc>
          <w:tcPr>
            <w:tcW w:w="0" w:type="auto"/>
          </w:tcPr>
          <w:p w14:paraId="43406619" w14:textId="77777777" w:rsidR="000772B4" w:rsidRDefault="00746A89">
            <w:r>
              <w:t>Полная максимальная нагрузка</w:t>
            </w:r>
          </w:p>
        </w:tc>
        <w:tc>
          <w:tcPr>
            <w:tcW w:w="0" w:type="auto"/>
          </w:tcPr>
          <w:p w14:paraId="1899983D" w14:textId="77777777" w:rsidR="000772B4" w:rsidRPr="00794D67" w:rsidRDefault="00746A89">
            <w:pPr>
              <w:jc w:val="center"/>
              <w:rPr>
                <w:lang w:val="ru-RU"/>
              </w:rPr>
            </w:pPr>
            <w:r w:rsidRPr="00794D67">
              <w:rPr>
                <w:lang w:val="ru-RU"/>
              </w:rPr>
              <w:t>присоединённая нагрузка с потерями в сетях и собственными нуждами</w:t>
            </w:r>
          </w:p>
        </w:tc>
        <w:tc>
          <w:tcPr>
            <w:tcW w:w="0" w:type="auto"/>
          </w:tcPr>
          <w:p w14:paraId="577216C1" w14:textId="77777777" w:rsidR="000772B4" w:rsidRPr="00794D67" w:rsidRDefault="00746A89">
            <w:pPr>
              <w:jc w:val="center"/>
              <w:rPr>
                <w:lang w:val="ru-RU"/>
              </w:rPr>
            </w:pPr>
            <w:r w:rsidRPr="00794D67">
              <w:rPr>
                <w:lang w:val="ru-RU"/>
              </w:rPr>
              <w:t>применяется по всем источникам и всем этапам</w:t>
            </w:r>
          </w:p>
        </w:tc>
      </w:tr>
    </w:tbl>
    <w:p w14:paraId="79AC7677" w14:textId="77777777" w:rsidR="000772B4" w:rsidRPr="00794D67" w:rsidRDefault="000772B4">
      <w:pPr>
        <w:spacing w:after="40"/>
        <w:rPr>
          <w:lang w:val="ru-RU"/>
        </w:rPr>
      </w:pPr>
    </w:p>
    <w:p w14:paraId="6849A50B" w14:textId="77777777" w:rsidR="000772B4" w:rsidRPr="00794D67" w:rsidRDefault="00746A89">
      <w:pPr>
        <w:spacing w:after="80"/>
        <w:jc w:val="both"/>
        <w:rPr>
          <w:lang w:val="ru-RU"/>
        </w:rPr>
      </w:pPr>
      <w:r w:rsidRPr="00794D67">
        <w:rPr>
          <w:lang w:val="ru-RU"/>
        </w:rPr>
        <w:t>Приведение резерва или дефицита без указания базы нагрузки не допускается. Ранее применявшееся расчётное ограничение мощности источниками не подтверждено и снято; величины, полученные при нём, действующими не являются.</w:t>
      </w:r>
    </w:p>
    <w:p w14:paraId="6C4D93E6" w14:textId="77777777" w:rsidR="000772B4" w:rsidRPr="00782666" w:rsidRDefault="00746A89">
      <w:pPr>
        <w:pStyle w:val="21"/>
        <w:rPr>
          <w:lang w:val="ru-RU"/>
        </w:rPr>
      </w:pPr>
      <w:bookmarkStart w:id="20" w:name="_Toc238015611"/>
      <w:r w:rsidRPr="00782666">
        <w:rPr>
          <w:lang w:val="ru-RU"/>
        </w:rPr>
        <w:t>4.2. Баланс тепловой мощности по источникам</w:t>
      </w:r>
      <w:bookmarkEnd w:id="20"/>
    </w:p>
    <w:p w14:paraId="772FD6E3" w14:textId="77777777" w:rsidR="00B808F9" w:rsidRPr="00794D67" w:rsidRDefault="00B808F9">
      <w:pPr>
        <w:rPr>
          <w:lang w:val="ru-RU"/>
        </w:rPr>
        <w:sectPr w:rsidR="00B808F9" w:rsidRPr="00794D67" w:rsidSect="00034616">
          <w:footerReference w:type="default" r:id="rId59"/>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153B7E2" w14:textId="77777777" w:rsidR="000772B4" w:rsidRPr="00794D67" w:rsidRDefault="00746A89">
      <w:pPr>
        <w:keepNext/>
        <w:spacing w:before="160"/>
        <w:rPr>
          <w:lang w:val="ru-RU"/>
        </w:rPr>
      </w:pPr>
      <w:r w:rsidRPr="00794D67">
        <w:rPr>
          <w:b/>
          <w:lang w:val="ru-RU"/>
        </w:rPr>
        <w:t>Таблица 4.3 — Балансы мощности по этапам</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878"/>
        <w:gridCol w:w="2207"/>
        <w:gridCol w:w="2166"/>
        <w:gridCol w:w="2603"/>
        <w:gridCol w:w="2869"/>
        <w:gridCol w:w="1144"/>
        <w:gridCol w:w="1410"/>
      </w:tblGrid>
      <w:tr w:rsidR="000772B4" w14:paraId="7016E143" w14:textId="77777777">
        <w:trPr>
          <w:cantSplit/>
          <w:tblHeader/>
          <w:jc w:val="center"/>
        </w:trPr>
        <w:tc>
          <w:tcPr>
            <w:tcW w:w="0" w:type="auto"/>
            <w:shd w:val="clear" w:color="auto" w:fill="E2F0D9"/>
          </w:tcPr>
          <w:p w14:paraId="03C1FE7F" w14:textId="77777777" w:rsidR="000772B4" w:rsidRDefault="00746A89">
            <w:pPr>
              <w:jc w:val="center"/>
            </w:pPr>
            <w:r>
              <w:rPr>
                <w:b/>
              </w:rPr>
              <w:t>Источник</w:t>
            </w:r>
          </w:p>
        </w:tc>
        <w:tc>
          <w:tcPr>
            <w:tcW w:w="0" w:type="auto"/>
            <w:shd w:val="clear" w:color="auto" w:fill="E2F0D9"/>
          </w:tcPr>
          <w:p w14:paraId="444CF3C1" w14:textId="77777777" w:rsidR="000772B4" w:rsidRDefault="00746A89">
            <w:pPr>
              <w:jc w:val="center"/>
            </w:pPr>
            <w:r>
              <w:rPr>
                <w:b/>
              </w:rPr>
              <w:t>Установленная мощность</w:t>
            </w:r>
          </w:p>
        </w:tc>
        <w:tc>
          <w:tcPr>
            <w:tcW w:w="0" w:type="auto"/>
            <w:shd w:val="clear" w:color="auto" w:fill="E2F0D9"/>
          </w:tcPr>
          <w:p w14:paraId="572FF921" w14:textId="77777777" w:rsidR="000772B4" w:rsidRDefault="00746A89">
            <w:pPr>
              <w:jc w:val="center"/>
            </w:pPr>
            <w:r>
              <w:rPr>
                <w:b/>
              </w:rPr>
              <w:t>Располагаемая мощность</w:t>
            </w:r>
          </w:p>
        </w:tc>
        <w:tc>
          <w:tcPr>
            <w:tcW w:w="0" w:type="auto"/>
            <w:shd w:val="clear" w:color="auto" w:fill="E2F0D9"/>
          </w:tcPr>
          <w:p w14:paraId="6675428C" w14:textId="77777777" w:rsidR="000772B4" w:rsidRDefault="00746A89">
            <w:pPr>
              <w:jc w:val="center"/>
            </w:pPr>
            <w:r>
              <w:rPr>
                <w:b/>
              </w:rPr>
              <w:t>Полная максимальная нагрузка 2026</w:t>
            </w:r>
          </w:p>
        </w:tc>
        <w:tc>
          <w:tcPr>
            <w:tcW w:w="0" w:type="auto"/>
            <w:shd w:val="clear" w:color="auto" w:fill="E2F0D9"/>
          </w:tcPr>
          <w:p w14:paraId="3B86F3B7" w14:textId="77777777" w:rsidR="000772B4" w:rsidRDefault="00746A89">
            <w:pPr>
              <w:jc w:val="center"/>
            </w:pPr>
            <w:r>
              <w:rPr>
                <w:b/>
              </w:rPr>
              <w:t>Полная максимальная нагрузка 2031 и 2036</w:t>
            </w:r>
          </w:p>
        </w:tc>
        <w:tc>
          <w:tcPr>
            <w:tcW w:w="0" w:type="auto"/>
            <w:shd w:val="clear" w:color="auto" w:fill="E2F0D9"/>
          </w:tcPr>
          <w:p w14:paraId="43407AD0" w14:textId="77777777" w:rsidR="000772B4" w:rsidRDefault="00746A89">
            <w:pPr>
              <w:jc w:val="center"/>
            </w:pPr>
            <w:r>
              <w:rPr>
                <w:b/>
              </w:rPr>
              <w:t>Резерв 2026</w:t>
            </w:r>
          </w:p>
        </w:tc>
        <w:tc>
          <w:tcPr>
            <w:tcW w:w="0" w:type="auto"/>
            <w:shd w:val="clear" w:color="auto" w:fill="E2F0D9"/>
          </w:tcPr>
          <w:p w14:paraId="1BB45468" w14:textId="77777777" w:rsidR="000772B4" w:rsidRDefault="00746A89">
            <w:pPr>
              <w:jc w:val="center"/>
            </w:pPr>
            <w:r>
              <w:rPr>
                <w:b/>
              </w:rPr>
              <w:t>Резерв 2031 и 2036</w:t>
            </w:r>
          </w:p>
        </w:tc>
      </w:tr>
      <w:tr w:rsidR="000772B4" w14:paraId="677BF71B" w14:textId="77777777">
        <w:trPr>
          <w:cantSplit/>
          <w:jc w:val="center"/>
        </w:trPr>
        <w:tc>
          <w:tcPr>
            <w:tcW w:w="0" w:type="auto"/>
          </w:tcPr>
          <w:p w14:paraId="38CCAC1F" w14:textId="77777777" w:rsidR="000772B4" w:rsidRDefault="00746A89">
            <w:r>
              <w:t>УПК № 1 Таштагол</w:t>
            </w:r>
          </w:p>
        </w:tc>
        <w:tc>
          <w:tcPr>
            <w:tcW w:w="0" w:type="auto"/>
          </w:tcPr>
          <w:p w14:paraId="1EF3E094" w14:textId="77777777" w:rsidR="000772B4" w:rsidRDefault="00746A89">
            <w:pPr>
              <w:jc w:val="center"/>
            </w:pPr>
            <w:r>
              <w:t>150,00</w:t>
            </w:r>
          </w:p>
        </w:tc>
        <w:tc>
          <w:tcPr>
            <w:tcW w:w="0" w:type="auto"/>
          </w:tcPr>
          <w:p w14:paraId="0CFB53E7" w14:textId="77777777" w:rsidR="000772B4" w:rsidRDefault="00746A89">
            <w:pPr>
              <w:jc w:val="center"/>
            </w:pPr>
            <w:r>
              <w:t>150,00</w:t>
            </w:r>
          </w:p>
        </w:tc>
        <w:tc>
          <w:tcPr>
            <w:tcW w:w="0" w:type="auto"/>
          </w:tcPr>
          <w:p w14:paraId="20CE78FF" w14:textId="77777777" w:rsidR="000772B4" w:rsidRDefault="00746A89">
            <w:pPr>
              <w:jc w:val="center"/>
            </w:pPr>
            <w:r>
              <w:t>93,0532</w:t>
            </w:r>
          </w:p>
        </w:tc>
        <w:tc>
          <w:tcPr>
            <w:tcW w:w="0" w:type="auto"/>
          </w:tcPr>
          <w:p w14:paraId="2C048B55" w14:textId="77777777" w:rsidR="000772B4" w:rsidRDefault="00746A89">
            <w:pPr>
              <w:jc w:val="center"/>
            </w:pPr>
            <w:r>
              <w:t>93,2042</w:t>
            </w:r>
          </w:p>
        </w:tc>
        <w:tc>
          <w:tcPr>
            <w:tcW w:w="0" w:type="auto"/>
          </w:tcPr>
          <w:p w14:paraId="4561F44D" w14:textId="77777777" w:rsidR="000772B4" w:rsidRDefault="00746A89">
            <w:pPr>
              <w:jc w:val="center"/>
            </w:pPr>
            <w:r>
              <w:t>56,9468</w:t>
            </w:r>
          </w:p>
        </w:tc>
        <w:tc>
          <w:tcPr>
            <w:tcW w:w="0" w:type="auto"/>
          </w:tcPr>
          <w:p w14:paraId="59E5FF32" w14:textId="77777777" w:rsidR="000772B4" w:rsidRDefault="00746A89">
            <w:pPr>
              <w:jc w:val="center"/>
            </w:pPr>
            <w:r>
              <w:t>56,7958</w:t>
            </w:r>
          </w:p>
        </w:tc>
      </w:tr>
      <w:tr w:rsidR="000772B4" w14:paraId="02CAF8D2" w14:textId="77777777">
        <w:trPr>
          <w:cantSplit/>
          <w:jc w:val="center"/>
        </w:trPr>
        <w:tc>
          <w:tcPr>
            <w:tcW w:w="0" w:type="auto"/>
          </w:tcPr>
          <w:p w14:paraId="19C3ADC3" w14:textId="77777777" w:rsidR="000772B4" w:rsidRDefault="00746A89">
            <w:r>
              <w:t>УПК № 2 Шалым</w:t>
            </w:r>
          </w:p>
        </w:tc>
        <w:tc>
          <w:tcPr>
            <w:tcW w:w="0" w:type="auto"/>
          </w:tcPr>
          <w:p w14:paraId="02EDDB59" w14:textId="77777777" w:rsidR="000772B4" w:rsidRDefault="00746A89">
            <w:pPr>
              <w:jc w:val="center"/>
            </w:pPr>
            <w:r>
              <w:t>17,00</w:t>
            </w:r>
          </w:p>
        </w:tc>
        <w:tc>
          <w:tcPr>
            <w:tcW w:w="0" w:type="auto"/>
          </w:tcPr>
          <w:p w14:paraId="7A04A013" w14:textId="77777777" w:rsidR="000772B4" w:rsidRDefault="00746A89">
            <w:pPr>
              <w:jc w:val="center"/>
            </w:pPr>
            <w:r>
              <w:t>17,00</w:t>
            </w:r>
          </w:p>
        </w:tc>
        <w:tc>
          <w:tcPr>
            <w:tcW w:w="0" w:type="auto"/>
          </w:tcPr>
          <w:p w14:paraId="1E7DE255" w14:textId="77777777" w:rsidR="000772B4" w:rsidRDefault="00746A89">
            <w:pPr>
              <w:jc w:val="center"/>
            </w:pPr>
            <w:r>
              <w:t>5,8602</w:t>
            </w:r>
          </w:p>
        </w:tc>
        <w:tc>
          <w:tcPr>
            <w:tcW w:w="0" w:type="auto"/>
          </w:tcPr>
          <w:p w14:paraId="5E6090CC" w14:textId="77777777" w:rsidR="000772B4" w:rsidRDefault="00746A89">
            <w:pPr>
              <w:jc w:val="center"/>
            </w:pPr>
            <w:r>
              <w:t>5,8602</w:t>
            </w:r>
          </w:p>
        </w:tc>
        <w:tc>
          <w:tcPr>
            <w:tcW w:w="0" w:type="auto"/>
          </w:tcPr>
          <w:p w14:paraId="399FCB9C" w14:textId="77777777" w:rsidR="000772B4" w:rsidRDefault="00746A89">
            <w:pPr>
              <w:jc w:val="center"/>
            </w:pPr>
            <w:r>
              <w:t>11,1398</w:t>
            </w:r>
          </w:p>
        </w:tc>
        <w:tc>
          <w:tcPr>
            <w:tcW w:w="0" w:type="auto"/>
          </w:tcPr>
          <w:p w14:paraId="4252EFEC" w14:textId="77777777" w:rsidR="000772B4" w:rsidRDefault="00746A89">
            <w:pPr>
              <w:jc w:val="center"/>
            </w:pPr>
            <w:r>
              <w:t>11,1398</w:t>
            </w:r>
          </w:p>
        </w:tc>
      </w:tr>
      <w:tr w:rsidR="000772B4" w14:paraId="3F64F111" w14:textId="77777777">
        <w:trPr>
          <w:cantSplit/>
          <w:jc w:val="center"/>
        </w:trPr>
        <w:tc>
          <w:tcPr>
            <w:tcW w:w="0" w:type="auto"/>
          </w:tcPr>
          <w:p w14:paraId="3FB839BA" w14:textId="77777777" w:rsidR="000772B4" w:rsidRDefault="00746A89">
            <w:r>
              <w:t>УПК № 2 ЦМК</w:t>
            </w:r>
          </w:p>
        </w:tc>
        <w:tc>
          <w:tcPr>
            <w:tcW w:w="0" w:type="auto"/>
          </w:tcPr>
          <w:p w14:paraId="198B5936" w14:textId="77777777" w:rsidR="000772B4" w:rsidRDefault="00746A89">
            <w:pPr>
              <w:jc w:val="center"/>
            </w:pPr>
            <w:r>
              <w:t>10,20</w:t>
            </w:r>
          </w:p>
        </w:tc>
        <w:tc>
          <w:tcPr>
            <w:tcW w:w="0" w:type="auto"/>
          </w:tcPr>
          <w:p w14:paraId="11EA1F6C" w14:textId="77777777" w:rsidR="000772B4" w:rsidRDefault="00746A89">
            <w:pPr>
              <w:jc w:val="center"/>
            </w:pPr>
            <w:r>
              <w:t>10,20</w:t>
            </w:r>
          </w:p>
        </w:tc>
        <w:tc>
          <w:tcPr>
            <w:tcW w:w="0" w:type="auto"/>
          </w:tcPr>
          <w:p w14:paraId="5DC42B8E" w14:textId="77777777" w:rsidR="000772B4" w:rsidRDefault="00746A89">
            <w:pPr>
              <w:jc w:val="center"/>
            </w:pPr>
            <w:r>
              <w:t>3,7051</w:t>
            </w:r>
          </w:p>
        </w:tc>
        <w:tc>
          <w:tcPr>
            <w:tcW w:w="0" w:type="auto"/>
          </w:tcPr>
          <w:p w14:paraId="49C7BEB4" w14:textId="77777777" w:rsidR="000772B4" w:rsidRDefault="00746A89">
            <w:pPr>
              <w:jc w:val="center"/>
            </w:pPr>
            <w:r>
              <w:t>4,2361</w:t>
            </w:r>
          </w:p>
        </w:tc>
        <w:tc>
          <w:tcPr>
            <w:tcW w:w="0" w:type="auto"/>
          </w:tcPr>
          <w:p w14:paraId="0EEBCA3F" w14:textId="77777777" w:rsidR="000772B4" w:rsidRDefault="00746A89">
            <w:pPr>
              <w:jc w:val="center"/>
            </w:pPr>
            <w:r>
              <w:t>6,4949</w:t>
            </w:r>
          </w:p>
        </w:tc>
        <w:tc>
          <w:tcPr>
            <w:tcW w:w="0" w:type="auto"/>
          </w:tcPr>
          <w:p w14:paraId="06BA97F9" w14:textId="77777777" w:rsidR="000772B4" w:rsidRDefault="00746A89">
            <w:pPr>
              <w:jc w:val="center"/>
            </w:pPr>
            <w:r>
              <w:t>5,9639</w:t>
            </w:r>
          </w:p>
        </w:tc>
      </w:tr>
      <w:tr w:rsidR="000772B4" w14:paraId="540F95E6" w14:textId="77777777">
        <w:trPr>
          <w:cantSplit/>
          <w:jc w:val="center"/>
        </w:trPr>
        <w:tc>
          <w:tcPr>
            <w:tcW w:w="0" w:type="auto"/>
          </w:tcPr>
          <w:p w14:paraId="1E80E934" w14:textId="77777777" w:rsidR="000772B4" w:rsidRDefault="00746A89">
            <w:r>
              <w:t>УПК № 9 ГРЭ</w:t>
            </w:r>
          </w:p>
        </w:tc>
        <w:tc>
          <w:tcPr>
            <w:tcW w:w="0" w:type="auto"/>
          </w:tcPr>
          <w:p w14:paraId="527F2311" w14:textId="77777777" w:rsidR="000772B4" w:rsidRDefault="00746A89">
            <w:pPr>
              <w:jc w:val="center"/>
            </w:pPr>
            <w:r>
              <w:t>4,50</w:t>
            </w:r>
          </w:p>
        </w:tc>
        <w:tc>
          <w:tcPr>
            <w:tcW w:w="0" w:type="auto"/>
          </w:tcPr>
          <w:p w14:paraId="72711F56" w14:textId="77777777" w:rsidR="000772B4" w:rsidRDefault="00746A89">
            <w:pPr>
              <w:jc w:val="center"/>
            </w:pPr>
            <w:r>
              <w:t>4,50</w:t>
            </w:r>
          </w:p>
        </w:tc>
        <w:tc>
          <w:tcPr>
            <w:tcW w:w="0" w:type="auto"/>
          </w:tcPr>
          <w:p w14:paraId="78CC101D" w14:textId="77777777" w:rsidR="000772B4" w:rsidRDefault="00746A89">
            <w:pPr>
              <w:jc w:val="center"/>
            </w:pPr>
            <w:r>
              <w:t>1,3330</w:t>
            </w:r>
          </w:p>
        </w:tc>
        <w:tc>
          <w:tcPr>
            <w:tcW w:w="0" w:type="auto"/>
          </w:tcPr>
          <w:p w14:paraId="47931BB3" w14:textId="77777777" w:rsidR="000772B4" w:rsidRDefault="00746A89">
            <w:pPr>
              <w:jc w:val="center"/>
            </w:pPr>
            <w:r>
              <w:t>1,3330</w:t>
            </w:r>
          </w:p>
        </w:tc>
        <w:tc>
          <w:tcPr>
            <w:tcW w:w="0" w:type="auto"/>
          </w:tcPr>
          <w:p w14:paraId="719A82E8" w14:textId="77777777" w:rsidR="000772B4" w:rsidRDefault="00746A89">
            <w:pPr>
              <w:jc w:val="center"/>
            </w:pPr>
            <w:r>
              <w:t>3,1670</w:t>
            </w:r>
          </w:p>
        </w:tc>
        <w:tc>
          <w:tcPr>
            <w:tcW w:w="0" w:type="auto"/>
          </w:tcPr>
          <w:p w14:paraId="4F9CF92A" w14:textId="77777777" w:rsidR="000772B4" w:rsidRDefault="00746A89">
            <w:pPr>
              <w:jc w:val="center"/>
            </w:pPr>
            <w:r>
              <w:t>3,1670</w:t>
            </w:r>
          </w:p>
        </w:tc>
      </w:tr>
      <w:tr w:rsidR="000772B4" w14:paraId="03A4C461" w14:textId="77777777">
        <w:trPr>
          <w:cantSplit/>
          <w:jc w:val="center"/>
        </w:trPr>
        <w:tc>
          <w:tcPr>
            <w:tcW w:w="0" w:type="auto"/>
          </w:tcPr>
          <w:p w14:paraId="74F689FE" w14:textId="77777777" w:rsidR="000772B4" w:rsidRDefault="00746A89">
            <w:r>
              <w:t>УПК № 5 Новый Шерегеш</w:t>
            </w:r>
          </w:p>
        </w:tc>
        <w:tc>
          <w:tcPr>
            <w:tcW w:w="0" w:type="auto"/>
          </w:tcPr>
          <w:p w14:paraId="3118D5A0" w14:textId="77777777" w:rsidR="000772B4" w:rsidRDefault="00746A89">
            <w:pPr>
              <w:jc w:val="center"/>
            </w:pPr>
            <w:r>
              <w:t>114,00</w:t>
            </w:r>
          </w:p>
        </w:tc>
        <w:tc>
          <w:tcPr>
            <w:tcW w:w="0" w:type="auto"/>
          </w:tcPr>
          <w:p w14:paraId="20C83AD0" w14:textId="77777777" w:rsidR="000772B4" w:rsidRDefault="00746A89">
            <w:pPr>
              <w:jc w:val="center"/>
            </w:pPr>
            <w:r>
              <w:t>114,00</w:t>
            </w:r>
          </w:p>
        </w:tc>
        <w:tc>
          <w:tcPr>
            <w:tcW w:w="0" w:type="auto"/>
          </w:tcPr>
          <w:p w14:paraId="3C84EF51" w14:textId="77777777" w:rsidR="000772B4" w:rsidRDefault="00746A89">
            <w:pPr>
              <w:jc w:val="center"/>
            </w:pPr>
            <w:r>
              <w:t>68,6123</w:t>
            </w:r>
          </w:p>
        </w:tc>
        <w:tc>
          <w:tcPr>
            <w:tcW w:w="0" w:type="auto"/>
          </w:tcPr>
          <w:p w14:paraId="52DDC147" w14:textId="77777777" w:rsidR="000772B4" w:rsidRDefault="00746A89">
            <w:pPr>
              <w:jc w:val="center"/>
            </w:pPr>
            <w:r>
              <w:t>114,4463</w:t>
            </w:r>
          </w:p>
        </w:tc>
        <w:tc>
          <w:tcPr>
            <w:tcW w:w="0" w:type="auto"/>
          </w:tcPr>
          <w:p w14:paraId="204CAC3E" w14:textId="77777777" w:rsidR="000772B4" w:rsidRDefault="00746A89">
            <w:pPr>
              <w:jc w:val="center"/>
            </w:pPr>
            <w:r>
              <w:t>45,3877</w:t>
            </w:r>
          </w:p>
        </w:tc>
        <w:tc>
          <w:tcPr>
            <w:tcW w:w="0" w:type="auto"/>
          </w:tcPr>
          <w:p w14:paraId="38788C22" w14:textId="77777777" w:rsidR="000772B4" w:rsidRDefault="00746A89">
            <w:pPr>
              <w:jc w:val="center"/>
            </w:pPr>
            <w:r>
              <w:t>−0,4463</w:t>
            </w:r>
          </w:p>
        </w:tc>
      </w:tr>
      <w:tr w:rsidR="000772B4" w14:paraId="5B6F9B9D" w14:textId="77777777">
        <w:trPr>
          <w:cantSplit/>
          <w:jc w:val="center"/>
        </w:trPr>
        <w:tc>
          <w:tcPr>
            <w:tcW w:w="0" w:type="auto"/>
          </w:tcPr>
          <w:p w14:paraId="630E706A" w14:textId="77777777" w:rsidR="000772B4" w:rsidRDefault="00746A89">
            <w:r>
              <w:t>УПК № 6 Старый Шерегеш</w:t>
            </w:r>
          </w:p>
        </w:tc>
        <w:tc>
          <w:tcPr>
            <w:tcW w:w="0" w:type="auto"/>
          </w:tcPr>
          <w:p w14:paraId="3BFB6EAC" w14:textId="77777777" w:rsidR="000772B4" w:rsidRDefault="00746A89">
            <w:pPr>
              <w:jc w:val="center"/>
            </w:pPr>
            <w:r>
              <w:t>24,00</w:t>
            </w:r>
          </w:p>
        </w:tc>
        <w:tc>
          <w:tcPr>
            <w:tcW w:w="0" w:type="auto"/>
          </w:tcPr>
          <w:p w14:paraId="37D17FFF" w14:textId="77777777" w:rsidR="000772B4" w:rsidRDefault="00746A89">
            <w:pPr>
              <w:jc w:val="center"/>
            </w:pPr>
            <w:r>
              <w:t>24,00</w:t>
            </w:r>
          </w:p>
        </w:tc>
        <w:tc>
          <w:tcPr>
            <w:tcW w:w="0" w:type="auto"/>
          </w:tcPr>
          <w:p w14:paraId="7B28265C" w14:textId="77777777" w:rsidR="000772B4" w:rsidRDefault="00746A89">
            <w:pPr>
              <w:jc w:val="center"/>
            </w:pPr>
            <w:r>
              <w:t>4,6696</w:t>
            </w:r>
          </w:p>
        </w:tc>
        <w:tc>
          <w:tcPr>
            <w:tcW w:w="0" w:type="auto"/>
          </w:tcPr>
          <w:p w14:paraId="4E5497A0" w14:textId="77777777" w:rsidR="000772B4" w:rsidRDefault="00746A89">
            <w:pPr>
              <w:jc w:val="center"/>
            </w:pPr>
            <w:r>
              <w:t>4,8196</w:t>
            </w:r>
          </w:p>
        </w:tc>
        <w:tc>
          <w:tcPr>
            <w:tcW w:w="0" w:type="auto"/>
          </w:tcPr>
          <w:p w14:paraId="1E49A6E0" w14:textId="77777777" w:rsidR="000772B4" w:rsidRDefault="00746A89">
            <w:pPr>
              <w:jc w:val="center"/>
            </w:pPr>
            <w:r>
              <w:t>19,3304</w:t>
            </w:r>
          </w:p>
        </w:tc>
        <w:tc>
          <w:tcPr>
            <w:tcW w:w="0" w:type="auto"/>
          </w:tcPr>
          <w:p w14:paraId="0A939960" w14:textId="77777777" w:rsidR="000772B4" w:rsidRDefault="00746A89">
            <w:pPr>
              <w:jc w:val="center"/>
            </w:pPr>
            <w:r>
              <w:t>19,1804</w:t>
            </w:r>
          </w:p>
        </w:tc>
      </w:tr>
      <w:tr w:rsidR="000772B4" w14:paraId="23F1D65B" w14:textId="77777777">
        <w:trPr>
          <w:cantSplit/>
          <w:jc w:val="center"/>
        </w:trPr>
        <w:tc>
          <w:tcPr>
            <w:tcW w:w="0" w:type="auto"/>
          </w:tcPr>
          <w:p w14:paraId="63B1C886" w14:textId="77777777" w:rsidR="000772B4" w:rsidRDefault="00746A89">
            <w:r>
              <w:t>УПК № 7 Каз</w:t>
            </w:r>
          </w:p>
        </w:tc>
        <w:tc>
          <w:tcPr>
            <w:tcW w:w="0" w:type="auto"/>
          </w:tcPr>
          <w:p w14:paraId="3666AB80" w14:textId="77777777" w:rsidR="000772B4" w:rsidRDefault="00746A89">
            <w:pPr>
              <w:jc w:val="center"/>
            </w:pPr>
            <w:r>
              <w:t>72,00</w:t>
            </w:r>
          </w:p>
        </w:tc>
        <w:tc>
          <w:tcPr>
            <w:tcW w:w="0" w:type="auto"/>
          </w:tcPr>
          <w:p w14:paraId="1BCE19C8" w14:textId="77777777" w:rsidR="000772B4" w:rsidRDefault="00746A89">
            <w:pPr>
              <w:jc w:val="center"/>
            </w:pPr>
            <w:r>
              <w:t>72,00</w:t>
            </w:r>
          </w:p>
        </w:tc>
        <w:tc>
          <w:tcPr>
            <w:tcW w:w="0" w:type="auto"/>
          </w:tcPr>
          <w:p w14:paraId="4CBFBDAF" w14:textId="77777777" w:rsidR="000772B4" w:rsidRDefault="00746A89">
            <w:pPr>
              <w:jc w:val="center"/>
            </w:pPr>
            <w:r>
              <w:t>19,4397</w:t>
            </w:r>
          </w:p>
        </w:tc>
        <w:tc>
          <w:tcPr>
            <w:tcW w:w="0" w:type="auto"/>
          </w:tcPr>
          <w:p w14:paraId="72DCCCF8" w14:textId="77777777" w:rsidR="000772B4" w:rsidRDefault="00746A89">
            <w:pPr>
              <w:jc w:val="center"/>
            </w:pPr>
            <w:r>
              <w:t>19,5027</w:t>
            </w:r>
          </w:p>
        </w:tc>
        <w:tc>
          <w:tcPr>
            <w:tcW w:w="0" w:type="auto"/>
          </w:tcPr>
          <w:p w14:paraId="1BB0439A" w14:textId="77777777" w:rsidR="000772B4" w:rsidRDefault="00746A89">
            <w:pPr>
              <w:jc w:val="center"/>
            </w:pPr>
            <w:r>
              <w:t>52,5603</w:t>
            </w:r>
          </w:p>
        </w:tc>
        <w:tc>
          <w:tcPr>
            <w:tcW w:w="0" w:type="auto"/>
          </w:tcPr>
          <w:p w14:paraId="541E2803" w14:textId="77777777" w:rsidR="000772B4" w:rsidRDefault="00746A89">
            <w:pPr>
              <w:jc w:val="center"/>
            </w:pPr>
            <w:r>
              <w:t>52,4973</w:t>
            </w:r>
          </w:p>
        </w:tc>
      </w:tr>
      <w:tr w:rsidR="000772B4" w14:paraId="3C6D8C43" w14:textId="77777777">
        <w:trPr>
          <w:cantSplit/>
          <w:jc w:val="center"/>
        </w:trPr>
        <w:tc>
          <w:tcPr>
            <w:tcW w:w="0" w:type="auto"/>
          </w:tcPr>
          <w:p w14:paraId="0FB91DAE" w14:textId="77777777" w:rsidR="000772B4" w:rsidRDefault="00746A89">
            <w:r>
              <w:t>УПК № 8 Мундыбаш</w:t>
            </w:r>
          </w:p>
        </w:tc>
        <w:tc>
          <w:tcPr>
            <w:tcW w:w="0" w:type="auto"/>
          </w:tcPr>
          <w:p w14:paraId="4BB44DAA" w14:textId="77777777" w:rsidR="000772B4" w:rsidRDefault="00746A89">
            <w:pPr>
              <w:jc w:val="center"/>
            </w:pPr>
            <w:r>
              <w:t>36,00</w:t>
            </w:r>
          </w:p>
        </w:tc>
        <w:tc>
          <w:tcPr>
            <w:tcW w:w="0" w:type="auto"/>
          </w:tcPr>
          <w:p w14:paraId="5F144819" w14:textId="77777777" w:rsidR="000772B4" w:rsidRDefault="00746A89">
            <w:pPr>
              <w:jc w:val="center"/>
            </w:pPr>
            <w:r>
              <w:t>36,00</w:t>
            </w:r>
          </w:p>
        </w:tc>
        <w:tc>
          <w:tcPr>
            <w:tcW w:w="0" w:type="auto"/>
          </w:tcPr>
          <w:p w14:paraId="281EE304" w14:textId="77777777" w:rsidR="000772B4" w:rsidRDefault="00746A89">
            <w:pPr>
              <w:jc w:val="center"/>
            </w:pPr>
            <w:r>
              <w:t>20,2475</w:t>
            </w:r>
          </w:p>
        </w:tc>
        <w:tc>
          <w:tcPr>
            <w:tcW w:w="0" w:type="auto"/>
          </w:tcPr>
          <w:p w14:paraId="43F7D490" w14:textId="77777777" w:rsidR="000772B4" w:rsidRDefault="00746A89">
            <w:pPr>
              <w:jc w:val="center"/>
            </w:pPr>
            <w:r>
              <w:t>20,2475</w:t>
            </w:r>
          </w:p>
        </w:tc>
        <w:tc>
          <w:tcPr>
            <w:tcW w:w="0" w:type="auto"/>
          </w:tcPr>
          <w:p w14:paraId="15A2766D" w14:textId="77777777" w:rsidR="000772B4" w:rsidRDefault="00746A89">
            <w:pPr>
              <w:jc w:val="center"/>
            </w:pPr>
            <w:r>
              <w:t>15,7525</w:t>
            </w:r>
          </w:p>
        </w:tc>
        <w:tc>
          <w:tcPr>
            <w:tcW w:w="0" w:type="auto"/>
          </w:tcPr>
          <w:p w14:paraId="14A5EC79" w14:textId="77777777" w:rsidR="000772B4" w:rsidRDefault="00746A89">
            <w:pPr>
              <w:jc w:val="center"/>
            </w:pPr>
            <w:r>
              <w:t>15,7525</w:t>
            </w:r>
          </w:p>
        </w:tc>
      </w:tr>
      <w:tr w:rsidR="000772B4" w14:paraId="5135F342" w14:textId="77777777">
        <w:trPr>
          <w:cantSplit/>
          <w:jc w:val="center"/>
        </w:trPr>
        <w:tc>
          <w:tcPr>
            <w:tcW w:w="0" w:type="auto"/>
          </w:tcPr>
          <w:p w14:paraId="51AAC9EB" w14:textId="77777777" w:rsidR="000772B4" w:rsidRDefault="00746A89">
            <w:r>
              <w:t>УПК № 10 Темир-Тау</w:t>
            </w:r>
          </w:p>
        </w:tc>
        <w:tc>
          <w:tcPr>
            <w:tcW w:w="0" w:type="auto"/>
          </w:tcPr>
          <w:p w14:paraId="20112593" w14:textId="77777777" w:rsidR="000772B4" w:rsidRDefault="00746A89">
            <w:pPr>
              <w:jc w:val="center"/>
            </w:pPr>
            <w:r>
              <w:t>33,60</w:t>
            </w:r>
          </w:p>
        </w:tc>
        <w:tc>
          <w:tcPr>
            <w:tcW w:w="0" w:type="auto"/>
          </w:tcPr>
          <w:p w14:paraId="4CDB2CC7" w14:textId="77777777" w:rsidR="000772B4" w:rsidRDefault="00746A89">
            <w:pPr>
              <w:jc w:val="center"/>
            </w:pPr>
            <w:r>
              <w:t>33,60</w:t>
            </w:r>
          </w:p>
        </w:tc>
        <w:tc>
          <w:tcPr>
            <w:tcW w:w="0" w:type="auto"/>
          </w:tcPr>
          <w:p w14:paraId="0F51A6DD" w14:textId="77777777" w:rsidR="000772B4" w:rsidRDefault="00746A89">
            <w:pPr>
              <w:jc w:val="center"/>
            </w:pPr>
            <w:r>
              <w:t>8,6985</w:t>
            </w:r>
          </w:p>
        </w:tc>
        <w:tc>
          <w:tcPr>
            <w:tcW w:w="0" w:type="auto"/>
          </w:tcPr>
          <w:p w14:paraId="4A7B1439" w14:textId="77777777" w:rsidR="000772B4" w:rsidRDefault="00746A89">
            <w:pPr>
              <w:jc w:val="center"/>
            </w:pPr>
            <w:r>
              <w:t>8,6985</w:t>
            </w:r>
          </w:p>
        </w:tc>
        <w:tc>
          <w:tcPr>
            <w:tcW w:w="0" w:type="auto"/>
          </w:tcPr>
          <w:p w14:paraId="6EC3A16D" w14:textId="77777777" w:rsidR="000772B4" w:rsidRDefault="00746A89">
            <w:pPr>
              <w:jc w:val="center"/>
            </w:pPr>
            <w:r>
              <w:t>24,9015</w:t>
            </w:r>
          </w:p>
        </w:tc>
        <w:tc>
          <w:tcPr>
            <w:tcW w:w="0" w:type="auto"/>
          </w:tcPr>
          <w:p w14:paraId="6214C0D1" w14:textId="77777777" w:rsidR="000772B4" w:rsidRDefault="00746A89">
            <w:pPr>
              <w:jc w:val="center"/>
            </w:pPr>
            <w:r>
              <w:t>24,9015</w:t>
            </w:r>
          </w:p>
        </w:tc>
      </w:tr>
      <w:tr w:rsidR="000772B4" w14:paraId="13DEE221" w14:textId="77777777">
        <w:trPr>
          <w:cantSplit/>
          <w:jc w:val="center"/>
        </w:trPr>
        <w:tc>
          <w:tcPr>
            <w:tcW w:w="0" w:type="auto"/>
          </w:tcPr>
          <w:p w14:paraId="1DC202F2" w14:textId="77777777" w:rsidR="000772B4" w:rsidRDefault="00746A89">
            <w:r>
              <w:t>УПК № 3 Спасск</w:t>
            </w:r>
          </w:p>
        </w:tc>
        <w:tc>
          <w:tcPr>
            <w:tcW w:w="0" w:type="auto"/>
          </w:tcPr>
          <w:p w14:paraId="36F7BAD5" w14:textId="77777777" w:rsidR="000772B4" w:rsidRDefault="00746A89">
            <w:pPr>
              <w:jc w:val="center"/>
            </w:pPr>
            <w:r>
              <w:t>5,37</w:t>
            </w:r>
          </w:p>
        </w:tc>
        <w:tc>
          <w:tcPr>
            <w:tcW w:w="0" w:type="auto"/>
          </w:tcPr>
          <w:p w14:paraId="58C74AB4" w14:textId="77777777" w:rsidR="000772B4" w:rsidRDefault="00746A89">
            <w:pPr>
              <w:jc w:val="center"/>
            </w:pPr>
            <w:r>
              <w:t>5,37</w:t>
            </w:r>
          </w:p>
        </w:tc>
        <w:tc>
          <w:tcPr>
            <w:tcW w:w="0" w:type="auto"/>
          </w:tcPr>
          <w:p w14:paraId="7089C69C" w14:textId="77777777" w:rsidR="000772B4" w:rsidRDefault="00746A89">
            <w:pPr>
              <w:jc w:val="center"/>
            </w:pPr>
            <w:r>
              <w:t>1,8761</w:t>
            </w:r>
          </w:p>
        </w:tc>
        <w:tc>
          <w:tcPr>
            <w:tcW w:w="0" w:type="auto"/>
          </w:tcPr>
          <w:p w14:paraId="70954C19" w14:textId="77777777" w:rsidR="000772B4" w:rsidRDefault="00746A89">
            <w:pPr>
              <w:jc w:val="center"/>
            </w:pPr>
            <w:r>
              <w:t>1,8831</w:t>
            </w:r>
          </w:p>
        </w:tc>
        <w:tc>
          <w:tcPr>
            <w:tcW w:w="0" w:type="auto"/>
          </w:tcPr>
          <w:p w14:paraId="2A955DFC" w14:textId="77777777" w:rsidR="000772B4" w:rsidRDefault="00746A89">
            <w:pPr>
              <w:jc w:val="center"/>
            </w:pPr>
            <w:r>
              <w:t>3,4939</w:t>
            </w:r>
          </w:p>
        </w:tc>
        <w:tc>
          <w:tcPr>
            <w:tcW w:w="0" w:type="auto"/>
          </w:tcPr>
          <w:p w14:paraId="3F434C9C" w14:textId="77777777" w:rsidR="000772B4" w:rsidRDefault="00746A89">
            <w:pPr>
              <w:jc w:val="center"/>
            </w:pPr>
            <w:r>
              <w:t>3,4869</w:t>
            </w:r>
          </w:p>
        </w:tc>
      </w:tr>
      <w:tr w:rsidR="000772B4" w14:paraId="22F8577A" w14:textId="77777777">
        <w:trPr>
          <w:cantSplit/>
          <w:jc w:val="center"/>
        </w:trPr>
        <w:tc>
          <w:tcPr>
            <w:tcW w:w="0" w:type="auto"/>
            <w:shd w:val="clear" w:color="auto" w:fill="DBE5F1"/>
          </w:tcPr>
          <w:p w14:paraId="6895BD37" w14:textId="77777777" w:rsidR="000772B4" w:rsidRDefault="00746A89">
            <w:r>
              <w:rPr>
                <w:b/>
              </w:rPr>
              <w:t>Итого</w:t>
            </w:r>
          </w:p>
        </w:tc>
        <w:tc>
          <w:tcPr>
            <w:tcW w:w="0" w:type="auto"/>
            <w:shd w:val="clear" w:color="auto" w:fill="DBE5F1"/>
          </w:tcPr>
          <w:p w14:paraId="5388CDC8" w14:textId="77777777" w:rsidR="000772B4" w:rsidRDefault="00746A89">
            <w:pPr>
              <w:jc w:val="center"/>
            </w:pPr>
            <w:r>
              <w:rPr>
                <w:b/>
              </w:rPr>
              <w:t>466,67</w:t>
            </w:r>
          </w:p>
        </w:tc>
        <w:tc>
          <w:tcPr>
            <w:tcW w:w="0" w:type="auto"/>
            <w:shd w:val="clear" w:color="auto" w:fill="DBE5F1"/>
          </w:tcPr>
          <w:p w14:paraId="424B5396" w14:textId="77777777" w:rsidR="000772B4" w:rsidRDefault="00746A89">
            <w:pPr>
              <w:jc w:val="center"/>
            </w:pPr>
            <w:r>
              <w:rPr>
                <w:b/>
              </w:rPr>
              <w:t>466,67</w:t>
            </w:r>
          </w:p>
        </w:tc>
        <w:tc>
          <w:tcPr>
            <w:tcW w:w="0" w:type="auto"/>
            <w:shd w:val="clear" w:color="auto" w:fill="DBE5F1"/>
          </w:tcPr>
          <w:p w14:paraId="5ED28AD7" w14:textId="77777777" w:rsidR="000772B4" w:rsidRDefault="00746A89">
            <w:pPr>
              <w:jc w:val="center"/>
            </w:pPr>
            <w:r>
              <w:rPr>
                <w:b/>
              </w:rPr>
              <w:t>227,4952</w:t>
            </w:r>
          </w:p>
        </w:tc>
        <w:tc>
          <w:tcPr>
            <w:tcW w:w="0" w:type="auto"/>
            <w:shd w:val="clear" w:color="auto" w:fill="DBE5F1"/>
          </w:tcPr>
          <w:p w14:paraId="4E2542C8" w14:textId="77777777" w:rsidR="000772B4" w:rsidRDefault="00746A89">
            <w:pPr>
              <w:jc w:val="center"/>
            </w:pPr>
            <w:r>
              <w:rPr>
                <w:b/>
              </w:rPr>
              <w:t>274,2312</w:t>
            </w:r>
          </w:p>
        </w:tc>
        <w:tc>
          <w:tcPr>
            <w:tcW w:w="0" w:type="auto"/>
            <w:shd w:val="clear" w:color="auto" w:fill="DBE5F1"/>
          </w:tcPr>
          <w:p w14:paraId="067FC2FC" w14:textId="77777777" w:rsidR="000772B4" w:rsidRDefault="00746A89">
            <w:pPr>
              <w:jc w:val="center"/>
            </w:pPr>
            <w:r>
              <w:rPr>
                <w:b/>
              </w:rPr>
              <w:t>239,1748</w:t>
            </w:r>
          </w:p>
        </w:tc>
        <w:tc>
          <w:tcPr>
            <w:tcW w:w="0" w:type="auto"/>
            <w:shd w:val="clear" w:color="auto" w:fill="DBE5F1"/>
          </w:tcPr>
          <w:p w14:paraId="6E67E63B" w14:textId="77777777" w:rsidR="000772B4" w:rsidRDefault="00746A89">
            <w:pPr>
              <w:jc w:val="center"/>
            </w:pPr>
            <w:r>
              <w:rPr>
                <w:b/>
              </w:rPr>
              <w:t>192,4388</w:t>
            </w:r>
          </w:p>
        </w:tc>
      </w:tr>
    </w:tbl>
    <w:p w14:paraId="2C40A87B" w14:textId="77777777" w:rsidR="00B808F9" w:rsidRDefault="00B808F9">
      <w:pPr>
        <w:sectPr w:rsidR="00B808F9" w:rsidSect="00034616">
          <w:footerReference w:type="default" r:id="rId60"/>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78C4343" w14:textId="77777777" w:rsidR="000772B4" w:rsidRDefault="000772B4">
      <w:pPr>
        <w:spacing w:after="40"/>
      </w:pPr>
    </w:p>
    <w:p w14:paraId="6AFD2D3D" w14:textId="77777777" w:rsidR="000772B4" w:rsidRPr="00794D67" w:rsidRDefault="00746A89">
      <w:pPr>
        <w:spacing w:after="80"/>
        <w:jc w:val="both"/>
        <w:rPr>
          <w:lang w:val="ru-RU"/>
        </w:rPr>
      </w:pPr>
      <w:r w:rsidRPr="00794D67">
        <w:rPr>
          <w:lang w:val="ru-RU"/>
        </w:rPr>
        <w:t>Контроль баланса: 466,67 − 227,4952 = 239,1748 на 2026 год и 466,67 − 274,2312 = 192,4388 на 2031 и 2036 годы. Суммарная загрузка мощности округа возрастает с 48,75 до 58,76 процента.</w:t>
      </w:r>
    </w:p>
    <w:p w14:paraId="0DBD7D71" w14:textId="77777777" w:rsidR="000772B4" w:rsidRPr="00794D67" w:rsidRDefault="00746A89">
      <w:pPr>
        <w:spacing w:after="80"/>
        <w:jc w:val="both"/>
        <w:rPr>
          <w:lang w:val="ru-RU"/>
        </w:rPr>
      </w:pPr>
      <w:r w:rsidRPr="00794D67">
        <w:rPr>
          <w:lang w:val="ru-RU"/>
        </w:rPr>
        <w:t>Отдельно приводится баланс по присоединённой нагрузке — без потерь в сетях и собственных нужд. Эта база применяется при оценке возможности подключения новых потребителей и с полной максимальной нагрузкой не смешивается.</w:t>
      </w:r>
    </w:p>
    <w:p w14:paraId="39820A54" w14:textId="77777777" w:rsidR="000772B4" w:rsidRPr="00794D67" w:rsidRDefault="00746A89">
      <w:pPr>
        <w:keepNext/>
        <w:spacing w:before="160"/>
        <w:rPr>
          <w:lang w:val="ru-RU"/>
        </w:rPr>
      </w:pPr>
      <w:r w:rsidRPr="00794D67">
        <w:rPr>
          <w:b/>
          <w:lang w:val="ru-RU"/>
        </w:rPr>
        <w:t>Таблица 4.4 — Резерв по присоединённой нагрузке на 2026 год</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635"/>
        <w:gridCol w:w="1997"/>
        <w:gridCol w:w="2159"/>
        <w:gridCol w:w="2352"/>
        <w:gridCol w:w="1202"/>
      </w:tblGrid>
      <w:tr w:rsidR="000772B4" w14:paraId="52BAD5F5" w14:textId="77777777">
        <w:trPr>
          <w:cantSplit/>
          <w:tblHeader/>
          <w:jc w:val="center"/>
        </w:trPr>
        <w:tc>
          <w:tcPr>
            <w:tcW w:w="0" w:type="auto"/>
            <w:shd w:val="clear" w:color="auto" w:fill="E2F0D9"/>
          </w:tcPr>
          <w:p w14:paraId="4CD30DC9" w14:textId="77777777" w:rsidR="000772B4" w:rsidRDefault="00746A89">
            <w:pPr>
              <w:jc w:val="center"/>
            </w:pPr>
            <w:r>
              <w:rPr>
                <w:b/>
              </w:rPr>
              <w:t>Источник</w:t>
            </w:r>
          </w:p>
        </w:tc>
        <w:tc>
          <w:tcPr>
            <w:tcW w:w="0" w:type="auto"/>
            <w:shd w:val="clear" w:color="auto" w:fill="E2F0D9"/>
          </w:tcPr>
          <w:p w14:paraId="57C4A69E" w14:textId="77777777" w:rsidR="000772B4" w:rsidRDefault="00746A89">
            <w:pPr>
              <w:jc w:val="center"/>
            </w:pPr>
            <w:r>
              <w:rPr>
                <w:b/>
              </w:rPr>
              <w:t>Располагаемая мощность</w:t>
            </w:r>
          </w:p>
        </w:tc>
        <w:tc>
          <w:tcPr>
            <w:tcW w:w="0" w:type="auto"/>
            <w:shd w:val="clear" w:color="auto" w:fill="E2F0D9"/>
          </w:tcPr>
          <w:p w14:paraId="2E38E9FE" w14:textId="77777777" w:rsidR="000772B4" w:rsidRDefault="00746A89">
            <w:pPr>
              <w:jc w:val="center"/>
            </w:pPr>
            <w:r>
              <w:rPr>
                <w:b/>
              </w:rPr>
              <w:t>Присоединённая нагрузка</w:t>
            </w:r>
          </w:p>
        </w:tc>
        <w:tc>
          <w:tcPr>
            <w:tcW w:w="0" w:type="auto"/>
            <w:shd w:val="clear" w:color="auto" w:fill="E2F0D9"/>
          </w:tcPr>
          <w:p w14:paraId="58759302" w14:textId="77777777" w:rsidR="000772B4" w:rsidRDefault="00746A89">
            <w:pPr>
              <w:jc w:val="center"/>
            </w:pPr>
            <w:r>
              <w:rPr>
                <w:b/>
              </w:rPr>
              <w:t>Резерв по присоединённой нагрузке</w:t>
            </w:r>
          </w:p>
        </w:tc>
        <w:tc>
          <w:tcPr>
            <w:tcW w:w="0" w:type="auto"/>
            <w:shd w:val="clear" w:color="auto" w:fill="E2F0D9"/>
          </w:tcPr>
          <w:p w14:paraId="3195967C" w14:textId="77777777" w:rsidR="000772B4" w:rsidRDefault="00746A89">
            <w:pPr>
              <w:jc w:val="center"/>
            </w:pPr>
            <w:r>
              <w:rPr>
                <w:b/>
              </w:rPr>
              <w:t>Загрузка, %</w:t>
            </w:r>
          </w:p>
        </w:tc>
      </w:tr>
      <w:tr w:rsidR="000772B4" w14:paraId="77B0CB04" w14:textId="77777777">
        <w:trPr>
          <w:cantSplit/>
          <w:jc w:val="center"/>
        </w:trPr>
        <w:tc>
          <w:tcPr>
            <w:tcW w:w="0" w:type="auto"/>
          </w:tcPr>
          <w:p w14:paraId="64AEF9B5" w14:textId="77777777" w:rsidR="000772B4" w:rsidRDefault="00746A89">
            <w:r>
              <w:t>УПК № 1 Таштагол</w:t>
            </w:r>
          </w:p>
        </w:tc>
        <w:tc>
          <w:tcPr>
            <w:tcW w:w="0" w:type="auto"/>
          </w:tcPr>
          <w:p w14:paraId="27AE8F90" w14:textId="77777777" w:rsidR="000772B4" w:rsidRDefault="00746A89">
            <w:pPr>
              <w:jc w:val="center"/>
            </w:pPr>
            <w:r>
              <w:t>150,00</w:t>
            </w:r>
          </w:p>
        </w:tc>
        <w:tc>
          <w:tcPr>
            <w:tcW w:w="0" w:type="auto"/>
          </w:tcPr>
          <w:p w14:paraId="6EC655FC" w14:textId="77777777" w:rsidR="000772B4" w:rsidRDefault="00746A89">
            <w:pPr>
              <w:jc w:val="center"/>
            </w:pPr>
            <w:r>
              <w:t>70,2235</w:t>
            </w:r>
          </w:p>
        </w:tc>
        <w:tc>
          <w:tcPr>
            <w:tcW w:w="0" w:type="auto"/>
          </w:tcPr>
          <w:p w14:paraId="49DD9A1C" w14:textId="77777777" w:rsidR="000772B4" w:rsidRDefault="00746A89">
            <w:pPr>
              <w:jc w:val="center"/>
            </w:pPr>
            <w:r>
              <w:t>79,7765</w:t>
            </w:r>
          </w:p>
        </w:tc>
        <w:tc>
          <w:tcPr>
            <w:tcW w:w="0" w:type="auto"/>
          </w:tcPr>
          <w:p w14:paraId="556DFDDC" w14:textId="77777777" w:rsidR="000772B4" w:rsidRDefault="00746A89">
            <w:pPr>
              <w:jc w:val="center"/>
            </w:pPr>
            <w:r>
              <w:t>46,82</w:t>
            </w:r>
          </w:p>
        </w:tc>
      </w:tr>
      <w:tr w:rsidR="000772B4" w14:paraId="3A5A6E2D" w14:textId="77777777">
        <w:trPr>
          <w:cantSplit/>
          <w:jc w:val="center"/>
        </w:trPr>
        <w:tc>
          <w:tcPr>
            <w:tcW w:w="0" w:type="auto"/>
          </w:tcPr>
          <w:p w14:paraId="54696072" w14:textId="77777777" w:rsidR="000772B4" w:rsidRDefault="00746A89">
            <w:r>
              <w:t>УПК № 2 Шалым</w:t>
            </w:r>
          </w:p>
        </w:tc>
        <w:tc>
          <w:tcPr>
            <w:tcW w:w="0" w:type="auto"/>
          </w:tcPr>
          <w:p w14:paraId="69A5E953" w14:textId="77777777" w:rsidR="000772B4" w:rsidRDefault="00746A89">
            <w:pPr>
              <w:jc w:val="center"/>
            </w:pPr>
            <w:r>
              <w:t>17,00</w:t>
            </w:r>
          </w:p>
        </w:tc>
        <w:tc>
          <w:tcPr>
            <w:tcW w:w="0" w:type="auto"/>
          </w:tcPr>
          <w:p w14:paraId="1CF51548" w14:textId="77777777" w:rsidR="000772B4" w:rsidRDefault="00746A89">
            <w:pPr>
              <w:jc w:val="center"/>
            </w:pPr>
            <w:r>
              <w:t>3,6279</w:t>
            </w:r>
          </w:p>
        </w:tc>
        <w:tc>
          <w:tcPr>
            <w:tcW w:w="0" w:type="auto"/>
          </w:tcPr>
          <w:p w14:paraId="013E35DD" w14:textId="77777777" w:rsidR="000772B4" w:rsidRDefault="00746A89">
            <w:pPr>
              <w:jc w:val="center"/>
            </w:pPr>
            <w:r>
              <w:t>13,3721</w:t>
            </w:r>
          </w:p>
        </w:tc>
        <w:tc>
          <w:tcPr>
            <w:tcW w:w="0" w:type="auto"/>
          </w:tcPr>
          <w:p w14:paraId="4AA5166F" w14:textId="77777777" w:rsidR="000772B4" w:rsidRDefault="00746A89">
            <w:pPr>
              <w:jc w:val="center"/>
            </w:pPr>
            <w:r>
              <w:t>21,34</w:t>
            </w:r>
          </w:p>
        </w:tc>
      </w:tr>
      <w:tr w:rsidR="000772B4" w14:paraId="2C0AE17E" w14:textId="77777777">
        <w:trPr>
          <w:cantSplit/>
          <w:jc w:val="center"/>
        </w:trPr>
        <w:tc>
          <w:tcPr>
            <w:tcW w:w="0" w:type="auto"/>
          </w:tcPr>
          <w:p w14:paraId="3A418F16" w14:textId="77777777" w:rsidR="000772B4" w:rsidRDefault="00746A89">
            <w:r>
              <w:t>УПК № 2 ЦМК</w:t>
            </w:r>
          </w:p>
        </w:tc>
        <w:tc>
          <w:tcPr>
            <w:tcW w:w="0" w:type="auto"/>
          </w:tcPr>
          <w:p w14:paraId="001B1790" w14:textId="77777777" w:rsidR="000772B4" w:rsidRDefault="00746A89">
            <w:pPr>
              <w:jc w:val="center"/>
            </w:pPr>
            <w:r>
              <w:t>10,20</w:t>
            </w:r>
          </w:p>
        </w:tc>
        <w:tc>
          <w:tcPr>
            <w:tcW w:w="0" w:type="auto"/>
          </w:tcPr>
          <w:p w14:paraId="2A639740" w14:textId="77777777" w:rsidR="000772B4" w:rsidRDefault="00746A89">
            <w:pPr>
              <w:jc w:val="center"/>
            </w:pPr>
            <w:r>
              <w:t>2,2233</w:t>
            </w:r>
          </w:p>
        </w:tc>
        <w:tc>
          <w:tcPr>
            <w:tcW w:w="0" w:type="auto"/>
          </w:tcPr>
          <w:p w14:paraId="49AE44F9" w14:textId="77777777" w:rsidR="000772B4" w:rsidRDefault="00746A89">
            <w:pPr>
              <w:jc w:val="center"/>
            </w:pPr>
            <w:r>
              <w:t>7,9767</w:t>
            </w:r>
          </w:p>
        </w:tc>
        <w:tc>
          <w:tcPr>
            <w:tcW w:w="0" w:type="auto"/>
          </w:tcPr>
          <w:p w14:paraId="3D98DAB3" w14:textId="77777777" w:rsidR="000772B4" w:rsidRDefault="00746A89">
            <w:pPr>
              <w:jc w:val="center"/>
            </w:pPr>
            <w:r>
              <w:t>21,80</w:t>
            </w:r>
          </w:p>
        </w:tc>
      </w:tr>
      <w:tr w:rsidR="000772B4" w14:paraId="53237168" w14:textId="77777777">
        <w:trPr>
          <w:cantSplit/>
          <w:jc w:val="center"/>
        </w:trPr>
        <w:tc>
          <w:tcPr>
            <w:tcW w:w="0" w:type="auto"/>
          </w:tcPr>
          <w:p w14:paraId="387957CB" w14:textId="77777777" w:rsidR="000772B4" w:rsidRDefault="00746A89">
            <w:r>
              <w:t>УПК № 9 ГРЭ</w:t>
            </w:r>
          </w:p>
        </w:tc>
        <w:tc>
          <w:tcPr>
            <w:tcW w:w="0" w:type="auto"/>
          </w:tcPr>
          <w:p w14:paraId="2229E95B" w14:textId="77777777" w:rsidR="000772B4" w:rsidRDefault="00746A89">
            <w:pPr>
              <w:jc w:val="center"/>
            </w:pPr>
            <w:r>
              <w:t>4,50</w:t>
            </w:r>
          </w:p>
        </w:tc>
        <w:tc>
          <w:tcPr>
            <w:tcW w:w="0" w:type="auto"/>
          </w:tcPr>
          <w:p w14:paraId="3CE9FD09" w14:textId="77777777" w:rsidR="000772B4" w:rsidRDefault="00746A89">
            <w:pPr>
              <w:jc w:val="center"/>
            </w:pPr>
            <w:r>
              <w:t>0,5624</w:t>
            </w:r>
          </w:p>
        </w:tc>
        <w:tc>
          <w:tcPr>
            <w:tcW w:w="0" w:type="auto"/>
          </w:tcPr>
          <w:p w14:paraId="779D05DA" w14:textId="77777777" w:rsidR="000772B4" w:rsidRDefault="00746A89">
            <w:pPr>
              <w:jc w:val="center"/>
            </w:pPr>
            <w:r>
              <w:t>3,9376</w:t>
            </w:r>
          </w:p>
        </w:tc>
        <w:tc>
          <w:tcPr>
            <w:tcW w:w="0" w:type="auto"/>
          </w:tcPr>
          <w:p w14:paraId="5DF67641" w14:textId="77777777" w:rsidR="000772B4" w:rsidRDefault="00746A89">
            <w:pPr>
              <w:jc w:val="center"/>
            </w:pPr>
            <w:r>
              <w:t>12,50</w:t>
            </w:r>
          </w:p>
        </w:tc>
      </w:tr>
      <w:tr w:rsidR="000772B4" w14:paraId="75280C03" w14:textId="77777777">
        <w:trPr>
          <w:cantSplit/>
          <w:jc w:val="center"/>
        </w:trPr>
        <w:tc>
          <w:tcPr>
            <w:tcW w:w="0" w:type="auto"/>
          </w:tcPr>
          <w:p w14:paraId="11C27BCD" w14:textId="77777777" w:rsidR="000772B4" w:rsidRDefault="00746A89">
            <w:r>
              <w:t>УПК № 5 Новый Шерегеш</w:t>
            </w:r>
          </w:p>
        </w:tc>
        <w:tc>
          <w:tcPr>
            <w:tcW w:w="0" w:type="auto"/>
          </w:tcPr>
          <w:p w14:paraId="6D1412DB" w14:textId="77777777" w:rsidR="000772B4" w:rsidRDefault="00746A89">
            <w:pPr>
              <w:jc w:val="center"/>
            </w:pPr>
            <w:r>
              <w:t>114,00</w:t>
            </w:r>
          </w:p>
        </w:tc>
        <w:tc>
          <w:tcPr>
            <w:tcW w:w="0" w:type="auto"/>
          </w:tcPr>
          <w:p w14:paraId="36243BEB" w14:textId="77777777" w:rsidR="000772B4" w:rsidRDefault="00746A89">
            <w:pPr>
              <w:jc w:val="center"/>
            </w:pPr>
            <w:r>
              <w:t>42,6992</w:t>
            </w:r>
          </w:p>
        </w:tc>
        <w:tc>
          <w:tcPr>
            <w:tcW w:w="0" w:type="auto"/>
          </w:tcPr>
          <w:p w14:paraId="271B70A0" w14:textId="77777777" w:rsidR="000772B4" w:rsidRDefault="00746A89">
            <w:pPr>
              <w:jc w:val="center"/>
            </w:pPr>
            <w:r>
              <w:t>71,3008</w:t>
            </w:r>
          </w:p>
        </w:tc>
        <w:tc>
          <w:tcPr>
            <w:tcW w:w="0" w:type="auto"/>
          </w:tcPr>
          <w:p w14:paraId="62BC8430" w14:textId="77777777" w:rsidR="000772B4" w:rsidRDefault="00746A89">
            <w:pPr>
              <w:jc w:val="center"/>
            </w:pPr>
            <w:r>
              <w:t>37,46</w:t>
            </w:r>
          </w:p>
        </w:tc>
      </w:tr>
      <w:tr w:rsidR="000772B4" w14:paraId="685C145E" w14:textId="77777777">
        <w:trPr>
          <w:cantSplit/>
          <w:jc w:val="center"/>
        </w:trPr>
        <w:tc>
          <w:tcPr>
            <w:tcW w:w="0" w:type="auto"/>
          </w:tcPr>
          <w:p w14:paraId="1C61C27B" w14:textId="77777777" w:rsidR="000772B4" w:rsidRDefault="00746A89">
            <w:r>
              <w:t>УПК № 6 Старый Шерегеш</w:t>
            </w:r>
          </w:p>
        </w:tc>
        <w:tc>
          <w:tcPr>
            <w:tcW w:w="0" w:type="auto"/>
          </w:tcPr>
          <w:p w14:paraId="6D6EB808" w14:textId="77777777" w:rsidR="000772B4" w:rsidRDefault="00746A89">
            <w:pPr>
              <w:jc w:val="center"/>
            </w:pPr>
            <w:r>
              <w:t>24,00</w:t>
            </w:r>
          </w:p>
        </w:tc>
        <w:tc>
          <w:tcPr>
            <w:tcW w:w="0" w:type="auto"/>
          </w:tcPr>
          <w:p w14:paraId="4B96F275" w14:textId="77777777" w:rsidR="000772B4" w:rsidRDefault="00746A89">
            <w:pPr>
              <w:jc w:val="center"/>
            </w:pPr>
            <w:r>
              <w:t>2,7972</w:t>
            </w:r>
          </w:p>
        </w:tc>
        <w:tc>
          <w:tcPr>
            <w:tcW w:w="0" w:type="auto"/>
          </w:tcPr>
          <w:p w14:paraId="78E04D8A" w14:textId="77777777" w:rsidR="000772B4" w:rsidRDefault="00746A89">
            <w:pPr>
              <w:jc w:val="center"/>
            </w:pPr>
            <w:r>
              <w:t>21,2028</w:t>
            </w:r>
          </w:p>
        </w:tc>
        <w:tc>
          <w:tcPr>
            <w:tcW w:w="0" w:type="auto"/>
          </w:tcPr>
          <w:p w14:paraId="500B9B92" w14:textId="77777777" w:rsidR="000772B4" w:rsidRDefault="00746A89">
            <w:pPr>
              <w:jc w:val="center"/>
            </w:pPr>
            <w:r>
              <w:t>11,65</w:t>
            </w:r>
          </w:p>
        </w:tc>
      </w:tr>
      <w:tr w:rsidR="000772B4" w14:paraId="6214E4D7" w14:textId="77777777">
        <w:trPr>
          <w:cantSplit/>
          <w:jc w:val="center"/>
        </w:trPr>
        <w:tc>
          <w:tcPr>
            <w:tcW w:w="0" w:type="auto"/>
          </w:tcPr>
          <w:p w14:paraId="2F863C4E" w14:textId="77777777" w:rsidR="000772B4" w:rsidRDefault="00746A89">
            <w:r>
              <w:t>УПК № 7 Каз</w:t>
            </w:r>
          </w:p>
        </w:tc>
        <w:tc>
          <w:tcPr>
            <w:tcW w:w="0" w:type="auto"/>
          </w:tcPr>
          <w:p w14:paraId="4BC4543A" w14:textId="77777777" w:rsidR="000772B4" w:rsidRDefault="00746A89">
            <w:pPr>
              <w:jc w:val="center"/>
            </w:pPr>
            <w:r>
              <w:t>72,00</w:t>
            </w:r>
          </w:p>
        </w:tc>
        <w:tc>
          <w:tcPr>
            <w:tcW w:w="0" w:type="auto"/>
          </w:tcPr>
          <w:p w14:paraId="45E01162" w14:textId="77777777" w:rsidR="000772B4" w:rsidRDefault="00746A89">
            <w:pPr>
              <w:jc w:val="center"/>
            </w:pPr>
            <w:r>
              <w:t>9,2933</w:t>
            </w:r>
          </w:p>
        </w:tc>
        <w:tc>
          <w:tcPr>
            <w:tcW w:w="0" w:type="auto"/>
          </w:tcPr>
          <w:p w14:paraId="4007AE0D" w14:textId="77777777" w:rsidR="000772B4" w:rsidRDefault="00746A89">
            <w:pPr>
              <w:jc w:val="center"/>
            </w:pPr>
            <w:r>
              <w:t>62,7067</w:t>
            </w:r>
          </w:p>
        </w:tc>
        <w:tc>
          <w:tcPr>
            <w:tcW w:w="0" w:type="auto"/>
          </w:tcPr>
          <w:p w14:paraId="01ACED36" w14:textId="77777777" w:rsidR="000772B4" w:rsidRDefault="00746A89">
            <w:pPr>
              <w:jc w:val="center"/>
            </w:pPr>
            <w:r>
              <w:t>12,91</w:t>
            </w:r>
          </w:p>
        </w:tc>
      </w:tr>
      <w:tr w:rsidR="000772B4" w14:paraId="1B5A967E" w14:textId="77777777">
        <w:trPr>
          <w:cantSplit/>
          <w:jc w:val="center"/>
        </w:trPr>
        <w:tc>
          <w:tcPr>
            <w:tcW w:w="0" w:type="auto"/>
          </w:tcPr>
          <w:p w14:paraId="569BFD19" w14:textId="77777777" w:rsidR="000772B4" w:rsidRDefault="00746A89">
            <w:r>
              <w:t>УПК № 8 Мундыбаш</w:t>
            </w:r>
          </w:p>
        </w:tc>
        <w:tc>
          <w:tcPr>
            <w:tcW w:w="0" w:type="auto"/>
          </w:tcPr>
          <w:p w14:paraId="394995A1" w14:textId="77777777" w:rsidR="000772B4" w:rsidRDefault="00746A89">
            <w:pPr>
              <w:jc w:val="center"/>
            </w:pPr>
            <w:r>
              <w:t>36,00</w:t>
            </w:r>
          </w:p>
        </w:tc>
        <w:tc>
          <w:tcPr>
            <w:tcW w:w="0" w:type="auto"/>
          </w:tcPr>
          <w:p w14:paraId="56FE0A64" w14:textId="77777777" w:rsidR="000772B4" w:rsidRDefault="00746A89">
            <w:pPr>
              <w:jc w:val="center"/>
            </w:pPr>
            <w:r>
              <w:t>8,5759</w:t>
            </w:r>
          </w:p>
        </w:tc>
        <w:tc>
          <w:tcPr>
            <w:tcW w:w="0" w:type="auto"/>
          </w:tcPr>
          <w:p w14:paraId="6AE1946A" w14:textId="77777777" w:rsidR="000772B4" w:rsidRDefault="00746A89">
            <w:pPr>
              <w:jc w:val="center"/>
            </w:pPr>
            <w:r>
              <w:t>27,4241</w:t>
            </w:r>
          </w:p>
        </w:tc>
        <w:tc>
          <w:tcPr>
            <w:tcW w:w="0" w:type="auto"/>
          </w:tcPr>
          <w:p w14:paraId="6B078A89" w14:textId="77777777" w:rsidR="000772B4" w:rsidRDefault="00746A89">
            <w:pPr>
              <w:jc w:val="center"/>
            </w:pPr>
            <w:r>
              <w:t>23,82</w:t>
            </w:r>
          </w:p>
        </w:tc>
      </w:tr>
      <w:tr w:rsidR="000772B4" w14:paraId="7857169A" w14:textId="77777777">
        <w:trPr>
          <w:cantSplit/>
          <w:jc w:val="center"/>
        </w:trPr>
        <w:tc>
          <w:tcPr>
            <w:tcW w:w="0" w:type="auto"/>
          </w:tcPr>
          <w:p w14:paraId="7D4C28D3" w14:textId="77777777" w:rsidR="000772B4" w:rsidRDefault="00746A89">
            <w:r>
              <w:t>УПК № 10 Темир-Тау</w:t>
            </w:r>
          </w:p>
        </w:tc>
        <w:tc>
          <w:tcPr>
            <w:tcW w:w="0" w:type="auto"/>
          </w:tcPr>
          <w:p w14:paraId="6DC72AAC" w14:textId="77777777" w:rsidR="000772B4" w:rsidRDefault="00746A89">
            <w:pPr>
              <w:jc w:val="center"/>
            </w:pPr>
            <w:r>
              <w:t>33,60</w:t>
            </w:r>
          </w:p>
        </w:tc>
        <w:tc>
          <w:tcPr>
            <w:tcW w:w="0" w:type="auto"/>
          </w:tcPr>
          <w:p w14:paraId="0CBD0ACA" w14:textId="77777777" w:rsidR="000772B4" w:rsidRDefault="00746A89">
            <w:pPr>
              <w:jc w:val="center"/>
            </w:pPr>
            <w:r>
              <w:t>6,5755</w:t>
            </w:r>
          </w:p>
        </w:tc>
        <w:tc>
          <w:tcPr>
            <w:tcW w:w="0" w:type="auto"/>
          </w:tcPr>
          <w:p w14:paraId="4B539610" w14:textId="77777777" w:rsidR="000772B4" w:rsidRDefault="00746A89">
            <w:pPr>
              <w:jc w:val="center"/>
            </w:pPr>
            <w:r>
              <w:t>27,0245</w:t>
            </w:r>
          </w:p>
        </w:tc>
        <w:tc>
          <w:tcPr>
            <w:tcW w:w="0" w:type="auto"/>
          </w:tcPr>
          <w:p w14:paraId="60B0C3DE" w14:textId="77777777" w:rsidR="000772B4" w:rsidRDefault="00746A89">
            <w:pPr>
              <w:jc w:val="center"/>
            </w:pPr>
            <w:r>
              <w:t>19,57</w:t>
            </w:r>
          </w:p>
        </w:tc>
      </w:tr>
      <w:tr w:rsidR="000772B4" w14:paraId="3B8B55B9" w14:textId="77777777">
        <w:trPr>
          <w:cantSplit/>
          <w:jc w:val="center"/>
        </w:trPr>
        <w:tc>
          <w:tcPr>
            <w:tcW w:w="0" w:type="auto"/>
          </w:tcPr>
          <w:p w14:paraId="400B14EC" w14:textId="77777777" w:rsidR="000772B4" w:rsidRDefault="00746A89">
            <w:r>
              <w:t>УПК № 3 Спасск</w:t>
            </w:r>
          </w:p>
        </w:tc>
        <w:tc>
          <w:tcPr>
            <w:tcW w:w="0" w:type="auto"/>
          </w:tcPr>
          <w:p w14:paraId="042E68B2" w14:textId="77777777" w:rsidR="000772B4" w:rsidRDefault="00746A89">
            <w:pPr>
              <w:jc w:val="center"/>
            </w:pPr>
            <w:r>
              <w:t>5,37</w:t>
            </w:r>
          </w:p>
        </w:tc>
        <w:tc>
          <w:tcPr>
            <w:tcW w:w="0" w:type="auto"/>
          </w:tcPr>
          <w:p w14:paraId="037328AB" w14:textId="77777777" w:rsidR="000772B4" w:rsidRDefault="00746A89">
            <w:pPr>
              <w:jc w:val="center"/>
            </w:pPr>
            <w:r>
              <w:t>1,1314</w:t>
            </w:r>
          </w:p>
        </w:tc>
        <w:tc>
          <w:tcPr>
            <w:tcW w:w="0" w:type="auto"/>
          </w:tcPr>
          <w:p w14:paraId="73EBDDD8" w14:textId="77777777" w:rsidR="000772B4" w:rsidRDefault="00746A89">
            <w:pPr>
              <w:jc w:val="center"/>
            </w:pPr>
            <w:r>
              <w:t>4,2386</w:t>
            </w:r>
          </w:p>
        </w:tc>
        <w:tc>
          <w:tcPr>
            <w:tcW w:w="0" w:type="auto"/>
          </w:tcPr>
          <w:p w14:paraId="3AAA8A60" w14:textId="77777777" w:rsidR="000772B4" w:rsidRDefault="00746A89">
            <w:pPr>
              <w:jc w:val="center"/>
            </w:pPr>
            <w:r>
              <w:t>21,07</w:t>
            </w:r>
          </w:p>
        </w:tc>
      </w:tr>
      <w:tr w:rsidR="000772B4" w14:paraId="140935CA" w14:textId="77777777">
        <w:trPr>
          <w:cantSplit/>
          <w:jc w:val="center"/>
        </w:trPr>
        <w:tc>
          <w:tcPr>
            <w:tcW w:w="0" w:type="auto"/>
            <w:shd w:val="clear" w:color="auto" w:fill="DBE5F1"/>
          </w:tcPr>
          <w:p w14:paraId="6B6473AB" w14:textId="77777777" w:rsidR="000772B4" w:rsidRDefault="00746A89">
            <w:r>
              <w:rPr>
                <w:b/>
              </w:rPr>
              <w:t>Итого</w:t>
            </w:r>
          </w:p>
        </w:tc>
        <w:tc>
          <w:tcPr>
            <w:tcW w:w="0" w:type="auto"/>
            <w:shd w:val="clear" w:color="auto" w:fill="DBE5F1"/>
          </w:tcPr>
          <w:p w14:paraId="07B662AE" w14:textId="77777777" w:rsidR="000772B4" w:rsidRDefault="00746A89">
            <w:pPr>
              <w:jc w:val="center"/>
            </w:pPr>
            <w:r>
              <w:rPr>
                <w:b/>
              </w:rPr>
              <w:t>466,67</w:t>
            </w:r>
          </w:p>
        </w:tc>
        <w:tc>
          <w:tcPr>
            <w:tcW w:w="0" w:type="auto"/>
            <w:shd w:val="clear" w:color="auto" w:fill="DBE5F1"/>
          </w:tcPr>
          <w:p w14:paraId="7AF474EA" w14:textId="77777777" w:rsidR="000772B4" w:rsidRDefault="00746A89">
            <w:pPr>
              <w:jc w:val="center"/>
            </w:pPr>
            <w:r>
              <w:rPr>
                <w:b/>
              </w:rPr>
              <w:t>147,7096</w:t>
            </w:r>
          </w:p>
        </w:tc>
        <w:tc>
          <w:tcPr>
            <w:tcW w:w="0" w:type="auto"/>
            <w:shd w:val="clear" w:color="auto" w:fill="DBE5F1"/>
          </w:tcPr>
          <w:p w14:paraId="0F362EB2" w14:textId="77777777" w:rsidR="000772B4" w:rsidRDefault="00746A89">
            <w:pPr>
              <w:jc w:val="center"/>
            </w:pPr>
            <w:r>
              <w:rPr>
                <w:b/>
              </w:rPr>
              <w:t>318,9604</w:t>
            </w:r>
          </w:p>
        </w:tc>
        <w:tc>
          <w:tcPr>
            <w:tcW w:w="0" w:type="auto"/>
            <w:shd w:val="clear" w:color="auto" w:fill="DBE5F1"/>
          </w:tcPr>
          <w:p w14:paraId="2CAA158B" w14:textId="77777777" w:rsidR="000772B4" w:rsidRDefault="00746A89">
            <w:pPr>
              <w:jc w:val="center"/>
            </w:pPr>
            <w:r>
              <w:rPr>
                <w:b/>
              </w:rPr>
              <w:t>31,65</w:t>
            </w:r>
          </w:p>
        </w:tc>
      </w:tr>
    </w:tbl>
    <w:p w14:paraId="40613404" w14:textId="77777777" w:rsidR="000772B4" w:rsidRDefault="000772B4">
      <w:pPr>
        <w:spacing w:after="40"/>
      </w:pPr>
    </w:p>
    <w:p w14:paraId="6C1548AE" w14:textId="77777777" w:rsidR="000772B4" w:rsidRPr="00794D67" w:rsidRDefault="00746A89">
      <w:pPr>
        <w:spacing w:after="80"/>
        <w:jc w:val="both"/>
        <w:rPr>
          <w:lang w:val="ru-RU"/>
        </w:rPr>
      </w:pPr>
      <w:r w:rsidRPr="00794D67">
        <w:rPr>
          <w:lang w:val="ru-RU"/>
        </w:rPr>
        <w:t>Контроль: 466,67 − 147,7096 = 318,9604 Гкал/ч. Итоговые значения балансов формируются расчётом из поисточниковых строк и приведены в расчётных таблицах схемы.</w:t>
      </w:r>
    </w:p>
    <w:p w14:paraId="07922324" w14:textId="77777777" w:rsidR="000772B4" w:rsidRPr="00794D67" w:rsidRDefault="00746A89">
      <w:pPr>
        <w:spacing w:after="80"/>
        <w:jc w:val="both"/>
        <w:rPr>
          <w:lang w:val="ru-RU"/>
        </w:rPr>
      </w:pPr>
      <w:r w:rsidRPr="00794D67">
        <w:rPr>
          <w:lang w:val="ru-RU"/>
        </w:rPr>
        <w:t>Прирост полной максимальной нагрузки за горизонт составляет 46,7360 Гкал/ч. Он распределён неравномерно: 45,8340 Гкал/ч приходится на зону УПК № 5 «Новый Шерегеш», остальные 0,9020 Гкал/ч — на пять источников, где предусмотрено подключение перспективных потребителей.</w:t>
      </w:r>
    </w:p>
    <w:p w14:paraId="0C5ACD29" w14:textId="77777777" w:rsidR="000772B4" w:rsidRDefault="00746A89">
      <w:pPr>
        <w:keepNext/>
        <w:spacing w:before="160"/>
      </w:pPr>
      <w:r>
        <w:rPr>
          <w:b/>
        </w:rPr>
        <w:t>Таблица 4.5 — Прирост нагрузки за горизонт</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3963"/>
        <w:gridCol w:w="2574"/>
        <w:gridCol w:w="2808"/>
      </w:tblGrid>
      <w:tr w:rsidR="000772B4" w14:paraId="749EF7D1" w14:textId="77777777">
        <w:trPr>
          <w:cantSplit/>
          <w:tblHeader/>
          <w:jc w:val="center"/>
        </w:trPr>
        <w:tc>
          <w:tcPr>
            <w:tcW w:w="0" w:type="auto"/>
            <w:shd w:val="clear" w:color="auto" w:fill="E2F0D9"/>
          </w:tcPr>
          <w:p w14:paraId="127D5066" w14:textId="77777777" w:rsidR="000772B4" w:rsidRDefault="00746A89">
            <w:pPr>
              <w:jc w:val="center"/>
            </w:pPr>
            <w:r>
              <w:rPr>
                <w:b/>
              </w:rPr>
              <w:t>Источник</w:t>
            </w:r>
          </w:p>
        </w:tc>
        <w:tc>
          <w:tcPr>
            <w:tcW w:w="0" w:type="auto"/>
            <w:shd w:val="clear" w:color="auto" w:fill="E2F0D9"/>
          </w:tcPr>
          <w:p w14:paraId="6C821CDD" w14:textId="77777777" w:rsidR="000772B4" w:rsidRDefault="00746A89">
            <w:pPr>
              <w:jc w:val="center"/>
            </w:pPr>
            <w:r>
              <w:rPr>
                <w:b/>
              </w:rPr>
              <w:t>Прирост, Гкал/ч</w:t>
            </w:r>
          </w:p>
        </w:tc>
        <w:tc>
          <w:tcPr>
            <w:tcW w:w="0" w:type="auto"/>
            <w:shd w:val="clear" w:color="auto" w:fill="E2F0D9"/>
          </w:tcPr>
          <w:p w14:paraId="569A32E2" w14:textId="77777777" w:rsidR="000772B4" w:rsidRDefault="00746A89">
            <w:pPr>
              <w:jc w:val="center"/>
            </w:pPr>
            <w:r>
              <w:rPr>
                <w:b/>
              </w:rPr>
              <w:t>Доля прироста, %</w:t>
            </w:r>
          </w:p>
        </w:tc>
      </w:tr>
      <w:tr w:rsidR="000772B4" w14:paraId="7D9536FA" w14:textId="77777777">
        <w:trPr>
          <w:cantSplit/>
          <w:jc w:val="center"/>
        </w:trPr>
        <w:tc>
          <w:tcPr>
            <w:tcW w:w="0" w:type="auto"/>
          </w:tcPr>
          <w:p w14:paraId="11960676" w14:textId="77777777" w:rsidR="000772B4" w:rsidRDefault="00746A89">
            <w:r>
              <w:t>УПК № 5 Новый Шерегеш</w:t>
            </w:r>
          </w:p>
        </w:tc>
        <w:tc>
          <w:tcPr>
            <w:tcW w:w="0" w:type="auto"/>
          </w:tcPr>
          <w:p w14:paraId="4382A852" w14:textId="77777777" w:rsidR="000772B4" w:rsidRDefault="00746A89">
            <w:pPr>
              <w:jc w:val="center"/>
            </w:pPr>
            <w:r>
              <w:t>45,8340</w:t>
            </w:r>
          </w:p>
        </w:tc>
        <w:tc>
          <w:tcPr>
            <w:tcW w:w="0" w:type="auto"/>
          </w:tcPr>
          <w:p w14:paraId="06802843" w14:textId="77777777" w:rsidR="000772B4" w:rsidRDefault="00746A89">
            <w:pPr>
              <w:jc w:val="center"/>
            </w:pPr>
            <w:r>
              <w:t>98,07</w:t>
            </w:r>
          </w:p>
        </w:tc>
      </w:tr>
      <w:tr w:rsidR="000772B4" w14:paraId="5082D244" w14:textId="77777777">
        <w:trPr>
          <w:cantSplit/>
          <w:jc w:val="center"/>
        </w:trPr>
        <w:tc>
          <w:tcPr>
            <w:tcW w:w="0" w:type="auto"/>
          </w:tcPr>
          <w:p w14:paraId="606B0E34" w14:textId="77777777" w:rsidR="000772B4" w:rsidRDefault="00746A89">
            <w:r>
              <w:t>УПК № 2 ЦМК</w:t>
            </w:r>
          </w:p>
        </w:tc>
        <w:tc>
          <w:tcPr>
            <w:tcW w:w="0" w:type="auto"/>
          </w:tcPr>
          <w:p w14:paraId="060CC4A0" w14:textId="77777777" w:rsidR="000772B4" w:rsidRDefault="00746A89">
            <w:pPr>
              <w:jc w:val="center"/>
            </w:pPr>
            <w:r>
              <w:t>0,5310</w:t>
            </w:r>
          </w:p>
        </w:tc>
        <w:tc>
          <w:tcPr>
            <w:tcW w:w="0" w:type="auto"/>
          </w:tcPr>
          <w:p w14:paraId="32DFD889" w14:textId="77777777" w:rsidR="000772B4" w:rsidRDefault="00746A89">
            <w:pPr>
              <w:jc w:val="center"/>
            </w:pPr>
            <w:r>
              <w:t>1,14</w:t>
            </w:r>
          </w:p>
        </w:tc>
      </w:tr>
      <w:tr w:rsidR="000772B4" w14:paraId="18A348E6" w14:textId="77777777">
        <w:trPr>
          <w:cantSplit/>
          <w:jc w:val="center"/>
        </w:trPr>
        <w:tc>
          <w:tcPr>
            <w:tcW w:w="0" w:type="auto"/>
          </w:tcPr>
          <w:p w14:paraId="45C95405" w14:textId="77777777" w:rsidR="000772B4" w:rsidRDefault="00746A89">
            <w:r>
              <w:t>УПК № 1 Таштагол</w:t>
            </w:r>
          </w:p>
        </w:tc>
        <w:tc>
          <w:tcPr>
            <w:tcW w:w="0" w:type="auto"/>
          </w:tcPr>
          <w:p w14:paraId="57A90B12" w14:textId="77777777" w:rsidR="000772B4" w:rsidRDefault="00746A89">
            <w:pPr>
              <w:jc w:val="center"/>
            </w:pPr>
            <w:r>
              <w:t>0,1510</w:t>
            </w:r>
          </w:p>
        </w:tc>
        <w:tc>
          <w:tcPr>
            <w:tcW w:w="0" w:type="auto"/>
          </w:tcPr>
          <w:p w14:paraId="0B1AA7C8" w14:textId="77777777" w:rsidR="000772B4" w:rsidRDefault="00746A89">
            <w:pPr>
              <w:jc w:val="center"/>
            </w:pPr>
            <w:r>
              <w:t>0,32</w:t>
            </w:r>
          </w:p>
        </w:tc>
      </w:tr>
      <w:tr w:rsidR="000772B4" w14:paraId="2F9D4759" w14:textId="77777777">
        <w:trPr>
          <w:cantSplit/>
          <w:jc w:val="center"/>
        </w:trPr>
        <w:tc>
          <w:tcPr>
            <w:tcW w:w="0" w:type="auto"/>
          </w:tcPr>
          <w:p w14:paraId="4B305D98" w14:textId="77777777" w:rsidR="000772B4" w:rsidRDefault="00746A89">
            <w:r>
              <w:t>УПК № 6 Старый Шерегеш</w:t>
            </w:r>
          </w:p>
        </w:tc>
        <w:tc>
          <w:tcPr>
            <w:tcW w:w="0" w:type="auto"/>
          </w:tcPr>
          <w:p w14:paraId="19837959" w14:textId="77777777" w:rsidR="000772B4" w:rsidRDefault="00746A89">
            <w:pPr>
              <w:jc w:val="center"/>
            </w:pPr>
            <w:r>
              <w:t>0,1500</w:t>
            </w:r>
          </w:p>
        </w:tc>
        <w:tc>
          <w:tcPr>
            <w:tcW w:w="0" w:type="auto"/>
          </w:tcPr>
          <w:p w14:paraId="63D2F8BD" w14:textId="77777777" w:rsidR="000772B4" w:rsidRDefault="00746A89">
            <w:pPr>
              <w:jc w:val="center"/>
            </w:pPr>
            <w:r>
              <w:t>0,32</w:t>
            </w:r>
          </w:p>
        </w:tc>
      </w:tr>
      <w:tr w:rsidR="000772B4" w14:paraId="1228B339" w14:textId="77777777">
        <w:trPr>
          <w:cantSplit/>
          <w:jc w:val="center"/>
        </w:trPr>
        <w:tc>
          <w:tcPr>
            <w:tcW w:w="0" w:type="auto"/>
          </w:tcPr>
          <w:p w14:paraId="3FC6EF42" w14:textId="77777777" w:rsidR="000772B4" w:rsidRDefault="00746A89">
            <w:r>
              <w:t>УПК № 7 Каз</w:t>
            </w:r>
          </w:p>
        </w:tc>
        <w:tc>
          <w:tcPr>
            <w:tcW w:w="0" w:type="auto"/>
          </w:tcPr>
          <w:p w14:paraId="4DD58D38" w14:textId="77777777" w:rsidR="000772B4" w:rsidRDefault="00746A89">
            <w:pPr>
              <w:jc w:val="center"/>
            </w:pPr>
            <w:r>
              <w:t>0,0630</w:t>
            </w:r>
          </w:p>
        </w:tc>
        <w:tc>
          <w:tcPr>
            <w:tcW w:w="0" w:type="auto"/>
          </w:tcPr>
          <w:p w14:paraId="149779CF" w14:textId="77777777" w:rsidR="000772B4" w:rsidRDefault="00746A89">
            <w:pPr>
              <w:jc w:val="center"/>
            </w:pPr>
            <w:r>
              <w:t>0,13</w:t>
            </w:r>
          </w:p>
        </w:tc>
      </w:tr>
      <w:tr w:rsidR="000772B4" w14:paraId="0008F565" w14:textId="77777777">
        <w:trPr>
          <w:cantSplit/>
          <w:jc w:val="center"/>
        </w:trPr>
        <w:tc>
          <w:tcPr>
            <w:tcW w:w="0" w:type="auto"/>
          </w:tcPr>
          <w:p w14:paraId="3E704DF3" w14:textId="77777777" w:rsidR="000772B4" w:rsidRDefault="00746A89">
            <w:r>
              <w:t>УПК № 3 Спасск</w:t>
            </w:r>
          </w:p>
        </w:tc>
        <w:tc>
          <w:tcPr>
            <w:tcW w:w="0" w:type="auto"/>
          </w:tcPr>
          <w:p w14:paraId="756B3E9D" w14:textId="77777777" w:rsidR="000772B4" w:rsidRDefault="00746A89">
            <w:pPr>
              <w:jc w:val="center"/>
            </w:pPr>
            <w:r>
              <w:t>0,0070</w:t>
            </w:r>
          </w:p>
        </w:tc>
        <w:tc>
          <w:tcPr>
            <w:tcW w:w="0" w:type="auto"/>
          </w:tcPr>
          <w:p w14:paraId="2E4DF6FC" w14:textId="77777777" w:rsidR="000772B4" w:rsidRDefault="00746A89">
            <w:pPr>
              <w:jc w:val="center"/>
            </w:pPr>
            <w:r>
              <w:t>0,02</w:t>
            </w:r>
          </w:p>
        </w:tc>
      </w:tr>
      <w:tr w:rsidR="000772B4" w14:paraId="1A791A57" w14:textId="77777777">
        <w:trPr>
          <w:cantSplit/>
          <w:jc w:val="center"/>
        </w:trPr>
        <w:tc>
          <w:tcPr>
            <w:tcW w:w="0" w:type="auto"/>
            <w:shd w:val="clear" w:color="auto" w:fill="DBE5F1"/>
          </w:tcPr>
          <w:p w14:paraId="72BAE0FB" w14:textId="77777777" w:rsidR="000772B4" w:rsidRDefault="00746A89">
            <w:r>
              <w:rPr>
                <w:b/>
              </w:rPr>
              <w:t>Итого</w:t>
            </w:r>
          </w:p>
        </w:tc>
        <w:tc>
          <w:tcPr>
            <w:tcW w:w="0" w:type="auto"/>
            <w:shd w:val="clear" w:color="auto" w:fill="DBE5F1"/>
          </w:tcPr>
          <w:p w14:paraId="0655ED5B" w14:textId="77777777" w:rsidR="000772B4" w:rsidRDefault="00746A89">
            <w:pPr>
              <w:jc w:val="center"/>
            </w:pPr>
            <w:r>
              <w:rPr>
                <w:b/>
              </w:rPr>
              <w:t>46,7360</w:t>
            </w:r>
          </w:p>
        </w:tc>
        <w:tc>
          <w:tcPr>
            <w:tcW w:w="0" w:type="auto"/>
            <w:shd w:val="clear" w:color="auto" w:fill="DBE5F1"/>
          </w:tcPr>
          <w:p w14:paraId="297F7A07" w14:textId="77777777" w:rsidR="000772B4" w:rsidRDefault="00746A89">
            <w:pPr>
              <w:jc w:val="center"/>
            </w:pPr>
            <w:r>
              <w:rPr>
                <w:b/>
              </w:rPr>
              <w:t>100,00</w:t>
            </w:r>
          </w:p>
        </w:tc>
      </w:tr>
    </w:tbl>
    <w:p w14:paraId="32F42D22" w14:textId="77777777" w:rsidR="000772B4" w:rsidRDefault="000772B4">
      <w:pPr>
        <w:spacing w:after="40"/>
      </w:pPr>
    </w:p>
    <w:p w14:paraId="5C744DA9" w14:textId="77777777" w:rsidR="000772B4" w:rsidRPr="00794D67" w:rsidRDefault="00746A89">
      <w:pPr>
        <w:spacing w:after="80"/>
        <w:jc w:val="both"/>
        <w:rPr>
          <w:lang w:val="ru-RU"/>
        </w:rPr>
      </w:pPr>
      <w:r w:rsidRPr="00794D67">
        <w:rPr>
          <w:lang w:val="ru-RU"/>
        </w:rPr>
        <w:t>По четырём источникам — УПК № 2 «Шалым», УПК № 9 «ГРЭ», УПК № 8 «Мундыбаш» и УПК № 10 «Темир-Тау» — нагрузка на горизонте не изменяется.</w:t>
      </w:r>
    </w:p>
    <w:p w14:paraId="74D44434" w14:textId="77777777" w:rsidR="007A4ED8" w:rsidRPr="00794D67" w:rsidRDefault="009B7F9E">
      <w:pPr>
        <w:rPr>
          <w:lang w:val="ru-RU"/>
        </w:rPr>
      </w:pPr>
      <w:r w:rsidRPr="00794D67">
        <w:rPr>
          <w:lang w:val="ru-RU"/>
        </w:rPr>
        <w:t>Соотношение установленной, располагаемой мощности и тепловой нагрузки приведено на рисунке 12.</w:t>
      </w:r>
    </w:p>
    <w:p w14:paraId="0E4969BE" w14:textId="77777777" w:rsidR="00B808F9" w:rsidRPr="00794D67" w:rsidRDefault="00B808F9">
      <w:pPr>
        <w:rPr>
          <w:lang w:val="ru-RU"/>
        </w:rPr>
        <w:sectPr w:rsidR="00B808F9" w:rsidRPr="00794D67" w:rsidSect="00034616">
          <w:footerReference w:type="default" r:id="rId61"/>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16A5266" w14:textId="77777777" w:rsidR="007A4ED8" w:rsidRDefault="009B7F9E">
      <w:pPr>
        <w:keepNext/>
        <w:jc w:val="center"/>
      </w:pPr>
      <w:r>
        <w:rPr>
          <w:noProof/>
          <w:lang w:val="ru-RU" w:eastAsia="ru-RU"/>
        </w:rPr>
        <w:drawing>
          <wp:inline distT="0" distB="0" distL="0" distR="0" wp14:anchorId="25B80E0E" wp14:editId="21000209">
            <wp:extent cx="7560000" cy="3906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1.png"/>
                    <pic:cNvPicPr/>
                  </pic:nvPicPr>
                  <pic:blipFill>
                    <a:blip r:embed="rId62"/>
                    <a:stretch>
                      <a:fillRect/>
                    </a:stretch>
                  </pic:blipFill>
                  <pic:spPr>
                    <a:xfrm>
                      <a:off x="0" y="0"/>
                      <a:ext cx="7560000" cy="3906000"/>
                    </a:xfrm>
                    <a:prstGeom prst="rect">
                      <a:avLst/>
                    </a:prstGeom>
                  </pic:spPr>
                </pic:pic>
              </a:graphicData>
            </a:graphic>
          </wp:inline>
        </w:drawing>
      </w:r>
    </w:p>
    <w:p w14:paraId="56E7EB9E" w14:textId="77777777" w:rsidR="007A4ED8" w:rsidRPr="00794D67" w:rsidRDefault="009B7F9E">
      <w:pPr>
        <w:keepNext/>
        <w:jc w:val="center"/>
        <w:rPr>
          <w:lang w:val="ru-RU"/>
        </w:rPr>
      </w:pPr>
      <w:r w:rsidRPr="00794D67">
        <w:rPr>
          <w:lang w:val="ru-RU"/>
        </w:rPr>
        <w:t>Рисунок 12 — Тепловая мощность и тепловая нагрузка источников на 2026 год</w:t>
      </w:r>
    </w:p>
    <w:p w14:paraId="1A470110" w14:textId="77777777" w:rsidR="00B808F9" w:rsidRPr="00794D67" w:rsidRDefault="00B808F9">
      <w:pPr>
        <w:rPr>
          <w:lang w:val="ru-RU"/>
        </w:rPr>
        <w:sectPr w:rsidR="00B808F9" w:rsidRPr="00794D67" w:rsidSect="00034616">
          <w:footerReference w:type="default" r:id="rId63"/>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1009589" w14:textId="77777777" w:rsidR="007A4ED8" w:rsidRPr="00794D67" w:rsidRDefault="009B7F9E">
      <w:pPr>
        <w:rPr>
          <w:lang w:val="ru-RU"/>
        </w:rPr>
      </w:pPr>
      <w:r w:rsidRPr="00794D67">
        <w:rPr>
          <w:lang w:val="ru-RU"/>
        </w:rPr>
        <w:t>Загрузка располагаемой мощности по этапам приведена на рисунке 13.</w:t>
      </w:r>
    </w:p>
    <w:p w14:paraId="7E75709F" w14:textId="77777777" w:rsidR="00B808F9" w:rsidRPr="00794D67" w:rsidRDefault="00B808F9">
      <w:pPr>
        <w:rPr>
          <w:lang w:val="ru-RU"/>
        </w:rPr>
        <w:sectPr w:rsidR="00B808F9" w:rsidRPr="00794D67" w:rsidSect="00034616">
          <w:footerReference w:type="default" r:id="rId64"/>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7A6E8B61" w14:textId="77777777" w:rsidR="007A4ED8" w:rsidRDefault="009B7F9E">
      <w:pPr>
        <w:keepNext/>
        <w:jc w:val="center"/>
      </w:pPr>
      <w:r>
        <w:rPr>
          <w:noProof/>
          <w:lang w:val="ru-RU" w:eastAsia="ru-RU"/>
        </w:rPr>
        <w:drawing>
          <wp:inline distT="0" distB="0" distL="0" distR="0" wp14:anchorId="185AC9AC" wp14:editId="6DF77A03">
            <wp:extent cx="7560000" cy="3906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2.png"/>
                    <pic:cNvPicPr/>
                  </pic:nvPicPr>
                  <pic:blipFill>
                    <a:blip r:embed="rId65"/>
                    <a:stretch>
                      <a:fillRect/>
                    </a:stretch>
                  </pic:blipFill>
                  <pic:spPr>
                    <a:xfrm>
                      <a:off x="0" y="0"/>
                      <a:ext cx="7560000" cy="3906000"/>
                    </a:xfrm>
                    <a:prstGeom prst="rect">
                      <a:avLst/>
                    </a:prstGeom>
                  </pic:spPr>
                </pic:pic>
              </a:graphicData>
            </a:graphic>
          </wp:inline>
        </w:drawing>
      </w:r>
    </w:p>
    <w:p w14:paraId="7DE5FFBF" w14:textId="77777777" w:rsidR="007A4ED8" w:rsidRPr="00794D67" w:rsidRDefault="009B7F9E">
      <w:pPr>
        <w:keepNext/>
        <w:jc w:val="center"/>
        <w:rPr>
          <w:lang w:val="ru-RU"/>
        </w:rPr>
      </w:pPr>
      <w:r w:rsidRPr="00794D67">
        <w:rPr>
          <w:lang w:val="ru-RU"/>
        </w:rPr>
        <w:t>Рисунок 13 — Загрузка располагаемой мощности источников по этапам расчётного периода</w:t>
      </w:r>
    </w:p>
    <w:p w14:paraId="7B9137CC" w14:textId="77777777" w:rsidR="00B808F9" w:rsidRPr="00794D67" w:rsidRDefault="00B808F9">
      <w:pPr>
        <w:rPr>
          <w:lang w:val="ru-RU"/>
        </w:rPr>
        <w:sectPr w:rsidR="00B808F9" w:rsidRPr="00794D67" w:rsidSect="00034616">
          <w:footerReference w:type="default" r:id="rId66"/>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D167F3B" w14:textId="77777777" w:rsidR="007A4ED8" w:rsidRPr="00794D67" w:rsidRDefault="009B7F9E">
      <w:pPr>
        <w:rPr>
          <w:lang w:val="ru-RU"/>
        </w:rPr>
      </w:pPr>
      <w:r w:rsidRPr="00794D67">
        <w:rPr>
          <w:lang w:val="ru-RU"/>
        </w:rPr>
        <w:t>Резерв тепловой мощности по этапам приведён на рисунке 14.</w:t>
      </w:r>
    </w:p>
    <w:p w14:paraId="331BA020" w14:textId="77777777" w:rsidR="00B808F9" w:rsidRPr="00794D67" w:rsidRDefault="00B808F9">
      <w:pPr>
        <w:rPr>
          <w:lang w:val="ru-RU"/>
        </w:rPr>
        <w:sectPr w:rsidR="00B808F9" w:rsidRPr="00794D67" w:rsidSect="00034616">
          <w:footerReference w:type="default" r:id="rId67"/>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5DAAD1D" w14:textId="77777777" w:rsidR="007A4ED8" w:rsidRDefault="009B7F9E">
      <w:pPr>
        <w:keepNext/>
        <w:jc w:val="center"/>
      </w:pPr>
      <w:r>
        <w:rPr>
          <w:noProof/>
          <w:lang w:val="ru-RU" w:eastAsia="ru-RU"/>
        </w:rPr>
        <w:drawing>
          <wp:inline distT="0" distB="0" distL="0" distR="0" wp14:anchorId="4A10BD93" wp14:editId="7F458D3C">
            <wp:extent cx="7560000" cy="3906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3.png"/>
                    <pic:cNvPicPr/>
                  </pic:nvPicPr>
                  <pic:blipFill>
                    <a:blip r:embed="rId68"/>
                    <a:stretch>
                      <a:fillRect/>
                    </a:stretch>
                  </pic:blipFill>
                  <pic:spPr>
                    <a:xfrm>
                      <a:off x="0" y="0"/>
                      <a:ext cx="7560000" cy="3906000"/>
                    </a:xfrm>
                    <a:prstGeom prst="rect">
                      <a:avLst/>
                    </a:prstGeom>
                  </pic:spPr>
                </pic:pic>
              </a:graphicData>
            </a:graphic>
          </wp:inline>
        </w:drawing>
      </w:r>
    </w:p>
    <w:p w14:paraId="713001EE" w14:textId="77777777" w:rsidR="007A4ED8" w:rsidRPr="00794D67" w:rsidRDefault="009B7F9E">
      <w:pPr>
        <w:jc w:val="center"/>
        <w:rPr>
          <w:lang w:val="ru-RU"/>
        </w:rPr>
      </w:pPr>
      <w:r w:rsidRPr="00794D67">
        <w:rPr>
          <w:lang w:val="ru-RU"/>
        </w:rPr>
        <w:t>Рисунок 14 — Резерв тепловой мощности источников по этапам расчётного периода</w:t>
      </w:r>
    </w:p>
    <w:p w14:paraId="59C703D7" w14:textId="77777777" w:rsidR="00B808F9" w:rsidRPr="00794D67" w:rsidRDefault="00B808F9">
      <w:pPr>
        <w:rPr>
          <w:lang w:val="ru-RU"/>
        </w:rPr>
        <w:sectPr w:rsidR="00B808F9" w:rsidRPr="00794D67" w:rsidSect="00034616">
          <w:footerReference w:type="default" r:id="rId69"/>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2EB3D07" w14:textId="77777777" w:rsidR="000772B4" w:rsidRPr="00782666" w:rsidRDefault="00746A89">
      <w:pPr>
        <w:pStyle w:val="21"/>
        <w:rPr>
          <w:lang w:val="ru-RU"/>
        </w:rPr>
      </w:pPr>
      <w:bookmarkStart w:id="21" w:name="_Toc238015612"/>
      <w:r w:rsidRPr="00782666">
        <w:rPr>
          <w:lang w:val="ru-RU"/>
        </w:rPr>
        <w:t>4.3. Территориальные своды</w:t>
      </w:r>
      <w:bookmarkEnd w:id="21"/>
    </w:p>
    <w:p w14:paraId="5590FAED" w14:textId="77777777" w:rsidR="000772B4" w:rsidRPr="00794D67" w:rsidRDefault="00746A89">
      <w:pPr>
        <w:keepNext/>
        <w:spacing w:before="160"/>
        <w:rPr>
          <w:lang w:val="ru-RU"/>
        </w:rPr>
      </w:pPr>
      <w:r w:rsidRPr="00794D67">
        <w:rPr>
          <w:b/>
          <w:lang w:val="ru-RU"/>
        </w:rPr>
        <w:t>Таблица 4.6 — Балансы по территориям</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451"/>
        <w:gridCol w:w="921"/>
        <w:gridCol w:w="2020"/>
        <w:gridCol w:w="1900"/>
        <w:gridCol w:w="1956"/>
        <w:gridCol w:w="1097"/>
      </w:tblGrid>
      <w:tr w:rsidR="000772B4" w14:paraId="79DE466F" w14:textId="77777777">
        <w:trPr>
          <w:cantSplit/>
          <w:tblHeader/>
          <w:jc w:val="center"/>
        </w:trPr>
        <w:tc>
          <w:tcPr>
            <w:tcW w:w="0" w:type="auto"/>
            <w:shd w:val="clear" w:color="auto" w:fill="E2F0D9"/>
          </w:tcPr>
          <w:p w14:paraId="35F73795" w14:textId="77777777" w:rsidR="000772B4" w:rsidRDefault="00746A89">
            <w:pPr>
              <w:jc w:val="center"/>
            </w:pPr>
            <w:r>
              <w:rPr>
                <w:b/>
              </w:rPr>
              <w:t>Территория</w:t>
            </w:r>
          </w:p>
        </w:tc>
        <w:tc>
          <w:tcPr>
            <w:tcW w:w="0" w:type="auto"/>
            <w:shd w:val="clear" w:color="auto" w:fill="E2F0D9"/>
          </w:tcPr>
          <w:p w14:paraId="681C0EAA" w14:textId="77777777" w:rsidR="000772B4" w:rsidRDefault="00746A89">
            <w:pPr>
              <w:jc w:val="center"/>
            </w:pPr>
            <w:r>
              <w:rPr>
                <w:b/>
              </w:rPr>
              <w:t>Систем</w:t>
            </w:r>
          </w:p>
        </w:tc>
        <w:tc>
          <w:tcPr>
            <w:tcW w:w="0" w:type="auto"/>
            <w:shd w:val="clear" w:color="auto" w:fill="E2F0D9"/>
          </w:tcPr>
          <w:p w14:paraId="176B9129" w14:textId="77777777" w:rsidR="000772B4" w:rsidRDefault="00746A89">
            <w:pPr>
              <w:jc w:val="center"/>
            </w:pPr>
            <w:r>
              <w:rPr>
                <w:b/>
              </w:rPr>
              <w:t>Установленная и располагаемая мощность</w:t>
            </w:r>
          </w:p>
        </w:tc>
        <w:tc>
          <w:tcPr>
            <w:tcW w:w="0" w:type="auto"/>
            <w:shd w:val="clear" w:color="auto" w:fill="E2F0D9"/>
          </w:tcPr>
          <w:p w14:paraId="14AC9FF9" w14:textId="77777777" w:rsidR="000772B4" w:rsidRDefault="00746A89">
            <w:pPr>
              <w:jc w:val="center"/>
            </w:pPr>
            <w:r>
              <w:rPr>
                <w:b/>
              </w:rPr>
              <w:t>Полная максимальная нагрузка 2026</w:t>
            </w:r>
          </w:p>
        </w:tc>
        <w:tc>
          <w:tcPr>
            <w:tcW w:w="0" w:type="auto"/>
            <w:shd w:val="clear" w:color="auto" w:fill="E2F0D9"/>
          </w:tcPr>
          <w:p w14:paraId="3D81D146" w14:textId="77777777" w:rsidR="000772B4" w:rsidRDefault="00746A89">
            <w:pPr>
              <w:jc w:val="center"/>
            </w:pPr>
            <w:r>
              <w:rPr>
                <w:b/>
              </w:rPr>
              <w:t>Полная максимальная нагрузка 2031 и 2036</w:t>
            </w:r>
          </w:p>
        </w:tc>
        <w:tc>
          <w:tcPr>
            <w:tcW w:w="0" w:type="auto"/>
            <w:shd w:val="clear" w:color="auto" w:fill="E2F0D9"/>
          </w:tcPr>
          <w:p w14:paraId="38463EA6" w14:textId="77777777" w:rsidR="000772B4" w:rsidRDefault="00746A89">
            <w:pPr>
              <w:jc w:val="center"/>
            </w:pPr>
            <w:r>
              <w:rPr>
                <w:b/>
              </w:rPr>
              <w:t>Резерв 2031 и 2036</w:t>
            </w:r>
          </w:p>
        </w:tc>
      </w:tr>
      <w:tr w:rsidR="000772B4" w14:paraId="20681ECC" w14:textId="77777777">
        <w:trPr>
          <w:cantSplit/>
          <w:jc w:val="center"/>
        </w:trPr>
        <w:tc>
          <w:tcPr>
            <w:tcW w:w="0" w:type="auto"/>
          </w:tcPr>
          <w:p w14:paraId="5F411240" w14:textId="77777777" w:rsidR="000772B4" w:rsidRDefault="00746A89">
            <w:r>
              <w:t>город Таштагол</w:t>
            </w:r>
          </w:p>
        </w:tc>
        <w:tc>
          <w:tcPr>
            <w:tcW w:w="0" w:type="auto"/>
          </w:tcPr>
          <w:p w14:paraId="5E65F9E3" w14:textId="77777777" w:rsidR="000772B4" w:rsidRDefault="00746A89">
            <w:pPr>
              <w:jc w:val="center"/>
            </w:pPr>
            <w:r>
              <w:t>4</w:t>
            </w:r>
          </w:p>
        </w:tc>
        <w:tc>
          <w:tcPr>
            <w:tcW w:w="0" w:type="auto"/>
          </w:tcPr>
          <w:p w14:paraId="0930751A" w14:textId="77777777" w:rsidR="000772B4" w:rsidRDefault="00746A89">
            <w:pPr>
              <w:jc w:val="center"/>
            </w:pPr>
            <w:r>
              <w:t>181,70</w:t>
            </w:r>
          </w:p>
        </w:tc>
        <w:tc>
          <w:tcPr>
            <w:tcW w:w="0" w:type="auto"/>
          </w:tcPr>
          <w:p w14:paraId="23090EAF" w14:textId="77777777" w:rsidR="000772B4" w:rsidRDefault="00746A89">
            <w:pPr>
              <w:jc w:val="center"/>
            </w:pPr>
            <w:r>
              <w:t>103,9515</w:t>
            </w:r>
          </w:p>
        </w:tc>
        <w:tc>
          <w:tcPr>
            <w:tcW w:w="0" w:type="auto"/>
          </w:tcPr>
          <w:p w14:paraId="2D8517CE" w14:textId="77777777" w:rsidR="000772B4" w:rsidRDefault="00746A89">
            <w:pPr>
              <w:jc w:val="center"/>
            </w:pPr>
            <w:r>
              <w:t>104,6335</w:t>
            </w:r>
          </w:p>
        </w:tc>
        <w:tc>
          <w:tcPr>
            <w:tcW w:w="0" w:type="auto"/>
          </w:tcPr>
          <w:p w14:paraId="65EF1792" w14:textId="77777777" w:rsidR="000772B4" w:rsidRDefault="00746A89">
            <w:pPr>
              <w:jc w:val="center"/>
            </w:pPr>
            <w:r>
              <w:t>77,0665</w:t>
            </w:r>
          </w:p>
        </w:tc>
      </w:tr>
      <w:tr w:rsidR="000772B4" w14:paraId="7F03C9B5" w14:textId="77777777">
        <w:trPr>
          <w:cantSplit/>
          <w:jc w:val="center"/>
        </w:trPr>
        <w:tc>
          <w:tcPr>
            <w:tcW w:w="0" w:type="auto"/>
          </w:tcPr>
          <w:p w14:paraId="55723B05" w14:textId="77777777" w:rsidR="000772B4" w:rsidRDefault="00746A89">
            <w:r>
              <w:t>пгт Шерегеш</w:t>
            </w:r>
          </w:p>
        </w:tc>
        <w:tc>
          <w:tcPr>
            <w:tcW w:w="0" w:type="auto"/>
          </w:tcPr>
          <w:p w14:paraId="1A4F1087" w14:textId="77777777" w:rsidR="000772B4" w:rsidRDefault="00746A89">
            <w:pPr>
              <w:jc w:val="center"/>
            </w:pPr>
            <w:r>
              <w:t>2</w:t>
            </w:r>
          </w:p>
        </w:tc>
        <w:tc>
          <w:tcPr>
            <w:tcW w:w="0" w:type="auto"/>
          </w:tcPr>
          <w:p w14:paraId="6639B91F" w14:textId="77777777" w:rsidR="000772B4" w:rsidRDefault="00746A89">
            <w:pPr>
              <w:jc w:val="center"/>
            </w:pPr>
            <w:r>
              <w:t>138,00</w:t>
            </w:r>
          </w:p>
        </w:tc>
        <w:tc>
          <w:tcPr>
            <w:tcW w:w="0" w:type="auto"/>
          </w:tcPr>
          <w:p w14:paraId="4F7FCF4D" w14:textId="77777777" w:rsidR="000772B4" w:rsidRDefault="00746A89">
            <w:pPr>
              <w:jc w:val="center"/>
            </w:pPr>
            <w:r>
              <w:t>73,2819</w:t>
            </w:r>
          </w:p>
        </w:tc>
        <w:tc>
          <w:tcPr>
            <w:tcW w:w="0" w:type="auto"/>
          </w:tcPr>
          <w:p w14:paraId="75408C2B" w14:textId="77777777" w:rsidR="000772B4" w:rsidRDefault="00746A89">
            <w:pPr>
              <w:jc w:val="center"/>
            </w:pPr>
            <w:r>
              <w:t>119,2659</w:t>
            </w:r>
          </w:p>
        </w:tc>
        <w:tc>
          <w:tcPr>
            <w:tcW w:w="0" w:type="auto"/>
          </w:tcPr>
          <w:p w14:paraId="484E4D99" w14:textId="77777777" w:rsidR="000772B4" w:rsidRDefault="00746A89">
            <w:pPr>
              <w:jc w:val="center"/>
            </w:pPr>
            <w:r>
              <w:t>18,7341</w:t>
            </w:r>
          </w:p>
        </w:tc>
      </w:tr>
      <w:tr w:rsidR="000772B4" w14:paraId="6454FF29" w14:textId="77777777">
        <w:trPr>
          <w:cantSplit/>
          <w:jc w:val="center"/>
        </w:trPr>
        <w:tc>
          <w:tcPr>
            <w:tcW w:w="0" w:type="auto"/>
          </w:tcPr>
          <w:p w14:paraId="4F5E30DF" w14:textId="77777777" w:rsidR="000772B4" w:rsidRDefault="00746A89">
            <w:r>
              <w:t>пгт Каз</w:t>
            </w:r>
          </w:p>
        </w:tc>
        <w:tc>
          <w:tcPr>
            <w:tcW w:w="0" w:type="auto"/>
          </w:tcPr>
          <w:p w14:paraId="6B85A843" w14:textId="77777777" w:rsidR="000772B4" w:rsidRDefault="00746A89">
            <w:pPr>
              <w:jc w:val="center"/>
            </w:pPr>
            <w:r>
              <w:t>1</w:t>
            </w:r>
          </w:p>
        </w:tc>
        <w:tc>
          <w:tcPr>
            <w:tcW w:w="0" w:type="auto"/>
          </w:tcPr>
          <w:p w14:paraId="0194F699" w14:textId="77777777" w:rsidR="000772B4" w:rsidRDefault="00746A89">
            <w:pPr>
              <w:jc w:val="center"/>
            </w:pPr>
            <w:r>
              <w:t>72,00</w:t>
            </w:r>
          </w:p>
        </w:tc>
        <w:tc>
          <w:tcPr>
            <w:tcW w:w="0" w:type="auto"/>
          </w:tcPr>
          <w:p w14:paraId="4AC5008E" w14:textId="77777777" w:rsidR="000772B4" w:rsidRDefault="00746A89">
            <w:pPr>
              <w:jc w:val="center"/>
            </w:pPr>
            <w:r>
              <w:t>19,4397</w:t>
            </w:r>
          </w:p>
        </w:tc>
        <w:tc>
          <w:tcPr>
            <w:tcW w:w="0" w:type="auto"/>
          </w:tcPr>
          <w:p w14:paraId="02B3318A" w14:textId="77777777" w:rsidR="000772B4" w:rsidRDefault="00746A89">
            <w:pPr>
              <w:jc w:val="center"/>
            </w:pPr>
            <w:r>
              <w:t>19,5027</w:t>
            </w:r>
          </w:p>
        </w:tc>
        <w:tc>
          <w:tcPr>
            <w:tcW w:w="0" w:type="auto"/>
          </w:tcPr>
          <w:p w14:paraId="2F8033EE" w14:textId="77777777" w:rsidR="000772B4" w:rsidRDefault="00746A89">
            <w:pPr>
              <w:jc w:val="center"/>
            </w:pPr>
            <w:r>
              <w:t>52,4973</w:t>
            </w:r>
          </w:p>
        </w:tc>
      </w:tr>
      <w:tr w:rsidR="000772B4" w14:paraId="68DDDF98" w14:textId="77777777">
        <w:trPr>
          <w:cantSplit/>
          <w:jc w:val="center"/>
        </w:trPr>
        <w:tc>
          <w:tcPr>
            <w:tcW w:w="0" w:type="auto"/>
          </w:tcPr>
          <w:p w14:paraId="2BCDC69A" w14:textId="77777777" w:rsidR="000772B4" w:rsidRDefault="00746A89">
            <w:r>
              <w:t>пгт Мундыбаш</w:t>
            </w:r>
          </w:p>
        </w:tc>
        <w:tc>
          <w:tcPr>
            <w:tcW w:w="0" w:type="auto"/>
          </w:tcPr>
          <w:p w14:paraId="1048BB58" w14:textId="77777777" w:rsidR="000772B4" w:rsidRDefault="00746A89">
            <w:pPr>
              <w:jc w:val="center"/>
            </w:pPr>
            <w:r>
              <w:t>1</w:t>
            </w:r>
          </w:p>
        </w:tc>
        <w:tc>
          <w:tcPr>
            <w:tcW w:w="0" w:type="auto"/>
          </w:tcPr>
          <w:p w14:paraId="5147D7B0" w14:textId="77777777" w:rsidR="000772B4" w:rsidRDefault="00746A89">
            <w:pPr>
              <w:jc w:val="center"/>
            </w:pPr>
            <w:r>
              <w:t>36,00</w:t>
            </w:r>
          </w:p>
        </w:tc>
        <w:tc>
          <w:tcPr>
            <w:tcW w:w="0" w:type="auto"/>
          </w:tcPr>
          <w:p w14:paraId="4C2A6808" w14:textId="77777777" w:rsidR="000772B4" w:rsidRDefault="00746A89">
            <w:pPr>
              <w:jc w:val="center"/>
            </w:pPr>
            <w:r>
              <w:t>20,2475</w:t>
            </w:r>
          </w:p>
        </w:tc>
        <w:tc>
          <w:tcPr>
            <w:tcW w:w="0" w:type="auto"/>
          </w:tcPr>
          <w:p w14:paraId="11E5E6BB" w14:textId="77777777" w:rsidR="000772B4" w:rsidRDefault="00746A89">
            <w:pPr>
              <w:jc w:val="center"/>
            </w:pPr>
            <w:r>
              <w:t>20,2475</w:t>
            </w:r>
          </w:p>
        </w:tc>
        <w:tc>
          <w:tcPr>
            <w:tcW w:w="0" w:type="auto"/>
          </w:tcPr>
          <w:p w14:paraId="3BD15605" w14:textId="77777777" w:rsidR="000772B4" w:rsidRDefault="00746A89">
            <w:pPr>
              <w:jc w:val="center"/>
            </w:pPr>
            <w:r>
              <w:t>15,7525</w:t>
            </w:r>
          </w:p>
        </w:tc>
      </w:tr>
      <w:tr w:rsidR="000772B4" w14:paraId="3A2D5009" w14:textId="77777777">
        <w:trPr>
          <w:cantSplit/>
          <w:jc w:val="center"/>
        </w:trPr>
        <w:tc>
          <w:tcPr>
            <w:tcW w:w="0" w:type="auto"/>
          </w:tcPr>
          <w:p w14:paraId="22D7CBFF" w14:textId="77777777" w:rsidR="000772B4" w:rsidRDefault="00746A89">
            <w:r>
              <w:t>пгт Темиртау</w:t>
            </w:r>
          </w:p>
        </w:tc>
        <w:tc>
          <w:tcPr>
            <w:tcW w:w="0" w:type="auto"/>
          </w:tcPr>
          <w:p w14:paraId="4BB9C031" w14:textId="77777777" w:rsidR="000772B4" w:rsidRDefault="00746A89">
            <w:pPr>
              <w:jc w:val="center"/>
            </w:pPr>
            <w:r>
              <w:t>1</w:t>
            </w:r>
          </w:p>
        </w:tc>
        <w:tc>
          <w:tcPr>
            <w:tcW w:w="0" w:type="auto"/>
          </w:tcPr>
          <w:p w14:paraId="300EE760" w14:textId="77777777" w:rsidR="000772B4" w:rsidRDefault="00746A89">
            <w:pPr>
              <w:jc w:val="center"/>
            </w:pPr>
            <w:r>
              <w:t>33,60</w:t>
            </w:r>
          </w:p>
        </w:tc>
        <w:tc>
          <w:tcPr>
            <w:tcW w:w="0" w:type="auto"/>
          </w:tcPr>
          <w:p w14:paraId="46CF23F8" w14:textId="77777777" w:rsidR="000772B4" w:rsidRDefault="00746A89">
            <w:pPr>
              <w:jc w:val="center"/>
            </w:pPr>
            <w:r>
              <w:t>8,6985</w:t>
            </w:r>
          </w:p>
        </w:tc>
        <w:tc>
          <w:tcPr>
            <w:tcW w:w="0" w:type="auto"/>
          </w:tcPr>
          <w:p w14:paraId="13A3AF9F" w14:textId="77777777" w:rsidR="000772B4" w:rsidRDefault="00746A89">
            <w:pPr>
              <w:jc w:val="center"/>
            </w:pPr>
            <w:r>
              <w:t>8,6985</w:t>
            </w:r>
          </w:p>
        </w:tc>
        <w:tc>
          <w:tcPr>
            <w:tcW w:w="0" w:type="auto"/>
          </w:tcPr>
          <w:p w14:paraId="09952807" w14:textId="77777777" w:rsidR="000772B4" w:rsidRDefault="00746A89">
            <w:pPr>
              <w:jc w:val="center"/>
            </w:pPr>
            <w:r>
              <w:t>24,9015</w:t>
            </w:r>
          </w:p>
        </w:tc>
      </w:tr>
      <w:tr w:rsidR="000772B4" w14:paraId="47EDE797" w14:textId="77777777">
        <w:trPr>
          <w:cantSplit/>
          <w:jc w:val="center"/>
        </w:trPr>
        <w:tc>
          <w:tcPr>
            <w:tcW w:w="0" w:type="auto"/>
          </w:tcPr>
          <w:p w14:paraId="77644BA6" w14:textId="77777777" w:rsidR="000772B4" w:rsidRDefault="00746A89">
            <w:r>
              <w:t>пгт Спасск</w:t>
            </w:r>
          </w:p>
        </w:tc>
        <w:tc>
          <w:tcPr>
            <w:tcW w:w="0" w:type="auto"/>
          </w:tcPr>
          <w:p w14:paraId="5DB70C19" w14:textId="77777777" w:rsidR="000772B4" w:rsidRDefault="00746A89">
            <w:pPr>
              <w:jc w:val="center"/>
            </w:pPr>
            <w:r>
              <w:t>1</w:t>
            </w:r>
          </w:p>
        </w:tc>
        <w:tc>
          <w:tcPr>
            <w:tcW w:w="0" w:type="auto"/>
          </w:tcPr>
          <w:p w14:paraId="52581165" w14:textId="77777777" w:rsidR="000772B4" w:rsidRDefault="00746A89">
            <w:pPr>
              <w:jc w:val="center"/>
            </w:pPr>
            <w:r>
              <w:t>5,37</w:t>
            </w:r>
          </w:p>
        </w:tc>
        <w:tc>
          <w:tcPr>
            <w:tcW w:w="0" w:type="auto"/>
          </w:tcPr>
          <w:p w14:paraId="17A02244" w14:textId="77777777" w:rsidR="000772B4" w:rsidRDefault="00746A89">
            <w:pPr>
              <w:jc w:val="center"/>
            </w:pPr>
            <w:r>
              <w:t>1,8761</w:t>
            </w:r>
          </w:p>
        </w:tc>
        <w:tc>
          <w:tcPr>
            <w:tcW w:w="0" w:type="auto"/>
          </w:tcPr>
          <w:p w14:paraId="754F449F" w14:textId="77777777" w:rsidR="000772B4" w:rsidRDefault="00746A89">
            <w:pPr>
              <w:jc w:val="center"/>
            </w:pPr>
            <w:r>
              <w:t>1,8831</w:t>
            </w:r>
          </w:p>
        </w:tc>
        <w:tc>
          <w:tcPr>
            <w:tcW w:w="0" w:type="auto"/>
          </w:tcPr>
          <w:p w14:paraId="7D087142" w14:textId="77777777" w:rsidR="000772B4" w:rsidRDefault="00746A89">
            <w:pPr>
              <w:jc w:val="center"/>
            </w:pPr>
            <w:r>
              <w:t>3,4869</w:t>
            </w:r>
          </w:p>
        </w:tc>
      </w:tr>
      <w:tr w:rsidR="000772B4" w14:paraId="1620722E" w14:textId="77777777">
        <w:trPr>
          <w:cantSplit/>
          <w:jc w:val="center"/>
        </w:trPr>
        <w:tc>
          <w:tcPr>
            <w:tcW w:w="0" w:type="auto"/>
            <w:shd w:val="clear" w:color="auto" w:fill="DBE5F1"/>
          </w:tcPr>
          <w:p w14:paraId="0CDA5404" w14:textId="77777777" w:rsidR="000772B4" w:rsidRDefault="00746A89">
            <w:r>
              <w:rPr>
                <w:b/>
              </w:rPr>
              <w:t>Итого</w:t>
            </w:r>
          </w:p>
        </w:tc>
        <w:tc>
          <w:tcPr>
            <w:tcW w:w="0" w:type="auto"/>
            <w:shd w:val="clear" w:color="auto" w:fill="DBE5F1"/>
          </w:tcPr>
          <w:p w14:paraId="2ED5CDDC" w14:textId="77777777" w:rsidR="000772B4" w:rsidRDefault="00746A89">
            <w:pPr>
              <w:jc w:val="center"/>
            </w:pPr>
            <w:r>
              <w:rPr>
                <w:b/>
              </w:rPr>
              <w:t>10</w:t>
            </w:r>
          </w:p>
        </w:tc>
        <w:tc>
          <w:tcPr>
            <w:tcW w:w="0" w:type="auto"/>
            <w:shd w:val="clear" w:color="auto" w:fill="DBE5F1"/>
          </w:tcPr>
          <w:p w14:paraId="5B47316F" w14:textId="77777777" w:rsidR="000772B4" w:rsidRDefault="00746A89">
            <w:pPr>
              <w:jc w:val="center"/>
            </w:pPr>
            <w:r>
              <w:rPr>
                <w:b/>
              </w:rPr>
              <w:t>466,67</w:t>
            </w:r>
          </w:p>
        </w:tc>
        <w:tc>
          <w:tcPr>
            <w:tcW w:w="0" w:type="auto"/>
            <w:shd w:val="clear" w:color="auto" w:fill="DBE5F1"/>
          </w:tcPr>
          <w:p w14:paraId="55405839" w14:textId="77777777" w:rsidR="000772B4" w:rsidRDefault="00746A89">
            <w:pPr>
              <w:jc w:val="center"/>
            </w:pPr>
            <w:r>
              <w:rPr>
                <w:b/>
              </w:rPr>
              <w:t>227,4952</w:t>
            </w:r>
          </w:p>
        </w:tc>
        <w:tc>
          <w:tcPr>
            <w:tcW w:w="0" w:type="auto"/>
            <w:shd w:val="clear" w:color="auto" w:fill="DBE5F1"/>
          </w:tcPr>
          <w:p w14:paraId="208567F0" w14:textId="77777777" w:rsidR="000772B4" w:rsidRDefault="00746A89">
            <w:pPr>
              <w:jc w:val="center"/>
            </w:pPr>
            <w:r>
              <w:rPr>
                <w:b/>
              </w:rPr>
              <w:t>274,2312</w:t>
            </w:r>
          </w:p>
        </w:tc>
        <w:tc>
          <w:tcPr>
            <w:tcW w:w="0" w:type="auto"/>
            <w:shd w:val="clear" w:color="auto" w:fill="DBE5F1"/>
          </w:tcPr>
          <w:p w14:paraId="38F124E0" w14:textId="77777777" w:rsidR="000772B4" w:rsidRDefault="00746A89">
            <w:pPr>
              <w:jc w:val="center"/>
            </w:pPr>
            <w:r>
              <w:rPr>
                <w:b/>
              </w:rPr>
              <w:t>192,4388</w:t>
            </w:r>
          </w:p>
        </w:tc>
      </w:tr>
    </w:tbl>
    <w:p w14:paraId="75C90927" w14:textId="77777777" w:rsidR="000772B4" w:rsidRDefault="000772B4">
      <w:pPr>
        <w:spacing w:after="40"/>
      </w:pPr>
    </w:p>
    <w:p w14:paraId="3C711115" w14:textId="77777777" w:rsidR="000772B4" w:rsidRPr="00794D67" w:rsidRDefault="00746A89">
      <w:pPr>
        <w:spacing w:after="80"/>
        <w:jc w:val="both"/>
        <w:rPr>
          <w:lang w:val="ru-RU"/>
        </w:rPr>
      </w:pPr>
      <w:r w:rsidRPr="00794D67">
        <w:rPr>
          <w:lang w:val="ru-RU"/>
        </w:rPr>
        <w:t>Территориальный свод является агрегированием и балансом зоны не является: источники в границах одного населённого пункта гидравлически независимы, межисточниковых связей не выявлено.</w:t>
      </w:r>
    </w:p>
    <w:p w14:paraId="58A92C77" w14:textId="77777777" w:rsidR="007A4ED8" w:rsidRPr="00794D67" w:rsidRDefault="009B7F9E">
      <w:pPr>
        <w:rPr>
          <w:lang w:val="ru-RU"/>
        </w:rPr>
      </w:pPr>
      <w:r w:rsidRPr="00794D67">
        <w:rPr>
          <w:lang w:val="ru-RU"/>
        </w:rPr>
        <w:t>Распределение прироста нагрузки по источникам приведено на рисунке 15.</w:t>
      </w:r>
    </w:p>
    <w:p w14:paraId="6D1BC943" w14:textId="77777777" w:rsidR="00B808F9" w:rsidRPr="00794D67" w:rsidRDefault="00B808F9">
      <w:pPr>
        <w:rPr>
          <w:lang w:val="ru-RU"/>
        </w:rPr>
        <w:sectPr w:rsidR="00B808F9" w:rsidRPr="00794D67" w:rsidSect="00034616">
          <w:footerReference w:type="default" r:id="rId70"/>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E050F17" w14:textId="77777777" w:rsidR="007A4ED8" w:rsidRDefault="009B7F9E">
      <w:pPr>
        <w:keepNext/>
        <w:jc w:val="center"/>
      </w:pPr>
      <w:r>
        <w:rPr>
          <w:noProof/>
          <w:lang w:val="ru-RU" w:eastAsia="ru-RU"/>
        </w:rPr>
        <w:drawing>
          <wp:inline distT="0" distB="0" distL="0" distR="0" wp14:anchorId="2A483906" wp14:editId="2FC06955">
            <wp:extent cx="7560000" cy="3906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4.png"/>
                    <pic:cNvPicPr/>
                  </pic:nvPicPr>
                  <pic:blipFill>
                    <a:blip r:embed="rId71"/>
                    <a:stretch>
                      <a:fillRect/>
                    </a:stretch>
                  </pic:blipFill>
                  <pic:spPr>
                    <a:xfrm>
                      <a:off x="0" y="0"/>
                      <a:ext cx="7560000" cy="3906000"/>
                    </a:xfrm>
                    <a:prstGeom prst="rect">
                      <a:avLst/>
                    </a:prstGeom>
                  </pic:spPr>
                </pic:pic>
              </a:graphicData>
            </a:graphic>
          </wp:inline>
        </w:drawing>
      </w:r>
    </w:p>
    <w:p w14:paraId="0320DA06" w14:textId="77777777" w:rsidR="007A4ED8" w:rsidRPr="00794D67" w:rsidRDefault="009B7F9E">
      <w:pPr>
        <w:jc w:val="center"/>
        <w:rPr>
          <w:lang w:val="ru-RU"/>
        </w:rPr>
      </w:pPr>
      <w:r w:rsidRPr="00794D67">
        <w:rPr>
          <w:lang w:val="ru-RU"/>
        </w:rPr>
        <w:t>Рисунок 15 — Прирост полной максимальной тепловой нагрузки за расчётный период</w:t>
      </w:r>
    </w:p>
    <w:p w14:paraId="1E58C48A" w14:textId="77777777" w:rsidR="00B808F9" w:rsidRPr="00794D67" w:rsidRDefault="00B808F9">
      <w:pPr>
        <w:rPr>
          <w:lang w:val="ru-RU"/>
        </w:rPr>
        <w:sectPr w:rsidR="00B808F9" w:rsidRPr="00794D67" w:rsidSect="00034616">
          <w:footerReference w:type="default" r:id="rId72"/>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E78A9FE" w14:textId="77777777" w:rsidR="000772B4" w:rsidRPr="00782666" w:rsidRDefault="00746A89">
      <w:pPr>
        <w:pStyle w:val="21"/>
        <w:rPr>
          <w:lang w:val="ru-RU"/>
        </w:rPr>
      </w:pPr>
      <w:bookmarkStart w:id="22" w:name="_Toc238015613"/>
      <w:r w:rsidRPr="00782666">
        <w:rPr>
          <w:lang w:val="ru-RU"/>
        </w:rPr>
        <w:t xml:space="preserve">4.4. Скрининг режима </w:t>
      </w:r>
      <w:r w:rsidRPr="00782666">
        <w:t>N</w:t>
      </w:r>
      <w:r w:rsidRPr="00782666">
        <w:rPr>
          <w:lang w:val="ru-RU"/>
        </w:rPr>
        <w:t>−1</w:t>
      </w:r>
      <w:bookmarkEnd w:id="22"/>
    </w:p>
    <w:p w14:paraId="061E472D" w14:textId="77777777" w:rsidR="000772B4" w:rsidRPr="00794D67" w:rsidRDefault="00746A89">
      <w:pPr>
        <w:spacing w:after="80"/>
        <w:jc w:val="both"/>
        <w:rPr>
          <w:lang w:val="ru-RU"/>
        </w:rPr>
      </w:pPr>
      <w:r w:rsidRPr="00794D67">
        <w:rPr>
          <w:lang w:val="ru-RU"/>
        </w:rPr>
        <w:t>Приведённый расчёт является скринингом паспортных мощностей и нормативную оценку надёжности не заменяет. Он не учитывает режимный состав, производительность насосного оборудования, тягодутьевой тракт, топливоподачу, водоподготовку и пропускную способность сети.</w:t>
      </w:r>
    </w:p>
    <w:p w14:paraId="529D2AEA" w14:textId="77777777" w:rsidR="000772B4" w:rsidRDefault="00746A89">
      <w:pPr>
        <w:keepNext/>
        <w:spacing w:before="160"/>
      </w:pPr>
      <w:r>
        <w:rPr>
          <w:b/>
        </w:rPr>
        <w:t>Таблица 4.7 — Скрининг вывода крупнейшего котла</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321"/>
        <w:gridCol w:w="1824"/>
        <w:gridCol w:w="1562"/>
        <w:gridCol w:w="1049"/>
        <w:gridCol w:w="1784"/>
        <w:gridCol w:w="1805"/>
      </w:tblGrid>
      <w:tr w:rsidR="000772B4" w14:paraId="54BD65B4" w14:textId="77777777">
        <w:trPr>
          <w:cantSplit/>
          <w:tblHeader/>
          <w:jc w:val="center"/>
        </w:trPr>
        <w:tc>
          <w:tcPr>
            <w:tcW w:w="0" w:type="auto"/>
            <w:shd w:val="clear" w:color="auto" w:fill="E2F0D9"/>
          </w:tcPr>
          <w:p w14:paraId="72843B3B" w14:textId="77777777" w:rsidR="000772B4" w:rsidRDefault="00746A89">
            <w:pPr>
              <w:jc w:val="center"/>
            </w:pPr>
            <w:r>
              <w:rPr>
                <w:b/>
              </w:rPr>
              <w:t>Источник</w:t>
            </w:r>
          </w:p>
        </w:tc>
        <w:tc>
          <w:tcPr>
            <w:tcW w:w="0" w:type="auto"/>
            <w:shd w:val="clear" w:color="auto" w:fill="E2F0D9"/>
          </w:tcPr>
          <w:p w14:paraId="55E139AC" w14:textId="77777777" w:rsidR="000772B4" w:rsidRDefault="00746A89">
            <w:pPr>
              <w:jc w:val="center"/>
            </w:pPr>
            <w:r>
              <w:rPr>
                <w:b/>
              </w:rPr>
              <w:t>Установленная мощность</w:t>
            </w:r>
          </w:p>
        </w:tc>
        <w:tc>
          <w:tcPr>
            <w:tcW w:w="0" w:type="auto"/>
            <w:shd w:val="clear" w:color="auto" w:fill="E2F0D9"/>
          </w:tcPr>
          <w:p w14:paraId="3C6E6369" w14:textId="77777777" w:rsidR="000772B4" w:rsidRDefault="00746A89">
            <w:pPr>
              <w:jc w:val="center"/>
            </w:pPr>
            <w:r>
              <w:rPr>
                <w:b/>
              </w:rPr>
              <w:t>Крупнейший котёл</w:t>
            </w:r>
          </w:p>
        </w:tc>
        <w:tc>
          <w:tcPr>
            <w:tcW w:w="0" w:type="auto"/>
            <w:shd w:val="clear" w:color="auto" w:fill="E2F0D9"/>
          </w:tcPr>
          <w:p w14:paraId="71E88A82" w14:textId="77777777" w:rsidR="000772B4" w:rsidRDefault="00746A89">
            <w:pPr>
              <w:jc w:val="center"/>
            </w:pPr>
            <w:r>
              <w:rPr>
                <w:b/>
              </w:rPr>
              <w:t>Остаток при N−1</w:t>
            </w:r>
          </w:p>
        </w:tc>
        <w:tc>
          <w:tcPr>
            <w:tcW w:w="0" w:type="auto"/>
            <w:shd w:val="clear" w:color="auto" w:fill="E2F0D9"/>
          </w:tcPr>
          <w:p w14:paraId="0116957E" w14:textId="77777777" w:rsidR="000772B4" w:rsidRDefault="00746A89">
            <w:pPr>
              <w:jc w:val="center"/>
            </w:pPr>
            <w:r>
              <w:rPr>
                <w:b/>
              </w:rPr>
              <w:t>Полная максимальная нагрузка 2026</w:t>
            </w:r>
          </w:p>
        </w:tc>
        <w:tc>
          <w:tcPr>
            <w:tcW w:w="0" w:type="auto"/>
            <w:shd w:val="clear" w:color="auto" w:fill="E2F0D9"/>
          </w:tcPr>
          <w:p w14:paraId="5A71A46A" w14:textId="77777777" w:rsidR="000772B4" w:rsidRDefault="00746A89">
            <w:pPr>
              <w:jc w:val="center"/>
            </w:pPr>
            <w:r>
              <w:rPr>
                <w:b/>
              </w:rPr>
              <w:t>Полная максимальная нагрузка 2031 и 2036</w:t>
            </w:r>
          </w:p>
        </w:tc>
      </w:tr>
      <w:tr w:rsidR="000772B4" w14:paraId="3802E27E" w14:textId="77777777">
        <w:trPr>
          <w:cantSplit/>
          <w:jc w:val="center"/>
        </w:trPr>
        <w:tc>
          <w:tcPr>
            <w:tcW w:w="0" w:type="auto"/>
          </w:tcPr>
          <w:p w14:paraId="00F37E9D" w14:textId="77777777" w:rsidR="000772B4" w:rsidRDefault="00746A89">
            <w:r>
              <w:t>УПК № 1 Таштагол</w:t>
            </w:r>
          </w:p>
        </w:tc>
        <w:tc>
          <w:tcPr>
            <w:tcW w:w="0" w:type="auto"/>
          </w:tcPr>
          <w:p w14:paraId="184D06CF" w14:textId="77777777" w:rsidR="000772B4" w:rsidRDefault="00746A89">
            <w:pPr>
              <w:jc w:val="center"/>
            </w:pPr>
            <w:r>
              <w:t>150,00</w:t>
            </w:r>
          </w:p>
        </w:tc>
        <w:tc>
          <w:tcPr>
            <w:tcW w:w="0" w:type="auto"/>
          </w:tcPr>
          <w:p w14:paraId="5E0AE866" w14:textId="77777777" w:rsidR="000772B4" w:rsidRDefault="00746A89">
            <w:pPr>
              <w:jc w:val="center"/>
            </w:pPr>
            <w:r>
              <w:t>30,00</w:t>
            </w:r>
          </w:p>
        </w:tc>
        <w:tc>
          <w:tcPr>
            <w:tcW w:w="0" w:type="auto"/>
          </w:tcPr>
          <w:p w14:paraId="6382750B" w14:textId="77777777" w:rsidR="000772B4" w:rsidRDefault="00746A89">
            <w:pPr>
              <w:jc w:val="center"/>
            </w:pPr>
            <w:r>
              <w:t>120,00</w:t>
            </w:r>
          </w:p>
        </w:tc>
        <w:tc>
          <w:tcPr>
            <w:tcW w:w="0" w:type="auto"/>
          </w:tcPr>
          <w:p w14:paraId="1ED12361" w14:textId="77777777" w:rsidR="000772B4" w:rsidRDefault="00746A89">
            <w:pPr>
              <w:jc w:val="center"/>
            </w:pPr>
            <w:r>
              <w:t>93,0532</w:t>
            </w:r>
          </w:p>
        </w:tc>
        <w:tc>
          <w:tcPr>
            <w:tcW w:w="0" w:type="auto"/>
          </w:tcPr>
          <w:p w14:paraId="584707CB" w14:textId="77777777" w:rsidR="000772B4" w:rsidRDefault="00746A89">
            <w:pPr>
              <w:jc w:val="center"/>
            </w:pPr>
            <w:r>
              <w:t>93,2042</w:t>
            </w:r>
          </w:p>
        </w:tc>
      </w:tr>
      <w:tr w:rsidR="000772B4" w14:paraId="352C0455" w14:textId="77777777">
        <w:trPr>
          <w:cantSplit/>
          <w:jc w:val="center"/>
        </w:trPr>
        <w:tc>
          <w:tcPr>
            <w:tcW w:w="0" w:type="auto"/>
          </w:tcPr>
          <w:p w14:paraId="61B7DD41" w14:textId="77777777" w:rsidR="000772B4" w:rsidRDefault="00746A89">
            <w:r>
              <w:t>УПК № 2 Шалым</w:t>
            </w:r>
          </w:p>
        </w:tc>
        <w:tc>
          <w:tcPr>
            <w:tcW w:w="0" w:type="auto"/>
          </w:tcPr>
          <w:p w14:paraId="65AFEC84" w14:textId="77777777" w:rsidR="000772B4" w:rsidRDefault="00746A89">
            <w:pPr>
              <w:jc w:val="center"/>
            </w:pPr>
            <w:r>
              <w:t>17,00</w:t>
            </w:r>
          </w:p>
        </w:tc>
        <w:tc>
          <w:tcPr>
            <w:tcW w:w="0" w:type="auto"/>
          </w:tcPr>
          <w:p w14:paraId="29115EFE" w14:textId="77777777" w:rsidR="000772B4" w:rsidRDefault="00746A89">
            <w:pPr>
              <w:jc w:val="center"/>
            </w:pPr>
            <w:r>
              <w:t>6,50</w:t>
            </w:r>
          </w:p>
        </w:tc>
        <w:tc>
          <w:tcPr>
            <w:tcW w:w="0" w:type="auto"/>
          </w:tcPr>
          <w:p w14:paraId="1A76045A" w14:textId="77777777" w:rsidR="000772B4" w:rsidRDefault="00746A89">
            <w:pPr>
              <w:jc w:val="center"/>
            </w:pPr>
            <w:r>
              <w:t>10,50</w:t>
            </w:r>
          </w:p>
        </w:tc>
        <w:tc>
          <w:tcPr>
            <w:tcW w:w="0" w:type="auto"/>
          </w:tcPr>
          <w:p w14:paraId="3C91AE83" w14:textId="77777777" w:rsidR="000772B4" w:rsidRDefault="00746A89">
            <w:pPr>
              <w:jc w:val="center"/>
            </w:pPr>
            <w:r>
              <w:t>5,8602</w:t>
            </w:r>
          </w:p>
        </w:tc>
        <w:tc>
          <w:tcPr>
            <w:tcW w:w="0" w:type="auto"/>
          </w:tcPr>
          <w:p w14:paraId="3BE0ABCF" w14:textId="77777777" w:rsidR="000772B4" w:rsidRDefault="00746A89">
            <w:pPr>
              <w:jc w:val="center"/>
            </w:pPr>
            <w:r>
              <w:t>5,8602</w:t>
            </w:r>
          </w:p>
        </w:tc>
      </w:tr>
      <w:tr w:rsidR="000772B4" w14:paraId="1402FF57" w14:textId="77777777">
        <w:trPr>
          <w:cantSplit/>
          <w:jc w:val="center"/>
        </w:trPr>
        <w:tc>
          <w:tcPr>
            <w:tcW w:w="0" w:type="auto"/>
          </w:tcPr>
          <w:p w14:paraId="74AF0C70" w14:textId="77777777" w:rsidR="000772B4" w:rsidRDefault="00746A89">
            <w:r>
              <w:t>УПК № 2 ЦМК</w:t>
            </w:r>
          </w:p>
        </w:tc>
        <w:tc>
          <w:tcPr>
            <w:tcW w:w="0" w:type="auto"/>
          </w:tcPr>
          <w:p w14:paraId="7A7D238A" w14:textId="77777777" w:rsidR="000772B4" w:rsidRDefault="00746A89">
            <w:pPr>
              <w:jc w:val="center"/>
            </w:pPr>
            <w:r>
              <w:t>10,20</w:t>
            </w:r>
          </w:p>
        </w:tc>
        <w:tc>
          <w:tcPr>
            <w:tcW w:w="0" w:type="auto"/>
          </w:tcPr>
          <w:p w14:paraId="2DC952E7" w14:textId="77777777" w:rsidR="000772B4" w:rsidRDefault="00746A89">
            <w:pPr>
              <w:jc w:val="center"/>
            </w:pPr>
            <w:r>
              <w:t>3,90</w:t>
            </w:r>
          </w:p>
        </w:tc>
        <w:tc>
          <w:tcPr>
            <w:tcW w:w="0" w:type="auto"/>
          </w:tcPr>
          <w:p w14:paraId="1F7E45CE" w14:textId="77777777" w:rsidR="000772B4" w:rsidRDefault="00746A89">
            <w:pPr>
              <w:jc w:val="center"/>
            </w:pPr>
            <w:r>
              <w:t>6,30</w:t>
            </w:r>
          </w:p>
        </w:tc>
        <w:tc>
          <w:tcPr>
            <w:tcW w:w="0" w:type="auto"/>
          </w:tcPr>
          <w:p w14:paraId="4A48BA2A" w14:textId="77777777" w:rsidR="000772B4" w:rsidRDefault="00746A89">
            <w:pPr>
              <w:jc w:val="center"/>
            </w:pPr>
            <w:r>
              <w:t>3,7051</w:t>
            </w:r>
          </w:p>
        </w:tc>
        <w:tc>
          <w:tcPr>
            <w:tcW w:w="0" w:type="auto"/>
          </w:tcPr>
          <w:p w14:paraId="631ABE4A" w14:textId="77777777" w:rsidR="000772B4" w:rsidRDefault="00746A89">
            <w:pPr>
              <w:jc w:val="center"/>
            </w:pPr>
            <w:r>
              <w:t>4,2361</w:t>
            </w:r>
          </w:p>
        </w:tc>
      </w:tr>
      <w:tr w:rsidR="000772B4" w14:paraId="21287FF2" w14:textId="77777777">
        <w:trPr>
          <w:cantSplit/>
          <w:jc w:val="center"/>
        </w:trPr>
        <w:tc>
          <w:tcPr>
            <w:tcW w:w="0" w:type="auto"/>
          </w:tcPr>
          <w:p w14:paraId="520A7A01" w14:textId="77777777" w:rsidR="000772B4" w:rsidRDefault="00746A89">
            <w:r>
              <w:t>УПК № 9 ГРЭ</w:t>
            </w:r>
          </w:p>
        </w:tc>
        <w:tc>
          <w:tcPr>
            <w:tcW w:w="0" w:type="auto"/>
          </w:tcPr>
          <w:p w14:paraId="76F76A8D" w14:textId="77777777" w:rsidR="000772B4" w:rsidRDefault="00746A89">
            <w:pPr>
              <w:jc w:val="center"/>
            </w:pPr>
            <w:r>
              <w:t>4,50</w:t>
            </w:r>
          </w:p>
        </w:tc>
        <w:tc>
          <w:tcPr>
            <w:tcW w:w="0" w:type="auto"/>
          </w:tcPr>
          <w:p w14:paraId="0CBF9C89" w14:textId="77777777" w:rsidR="000772B4" w:rsidRDefault="00746A89">
            <w:pPr>
              <w:jc w:val="center"/>
            </w:pPr>
            <w:r>
              <w:t>1,25</w:t>
            </w:r>
          </w:p>
        </w:tc>
        <w:tc>
          <w:tcPr>
            <w:tcW w:w="0" w:type="auto"/>
          </w:tcPr>
          <w:p w14:paraId="2DE4EA3E" w14:textId="77777777" w:rsidR="000772B4" w:rsidRDefault="00746A89">
            <w:pPr>
              <w:jc w:val="center"/>
            </w:pPr>
            <w:r>
              <w:t>3,25</w:t>
            </w:r>
          </w:p>
        </w:tc>
        <w:tc>
          <w:tcPr>
            <w:tcW w:w="0" w:type="auto"/>
          </w:tcPr>
          <w:p w14:paraId="41FB2863" w14:textId="77777777" w:rsidR="000772B4" w:rsidRDefault="00746A89">
            <w:pPr>
              <w:jc w:val="center"/>
            </w:pPr>
            <w:r>
              <w:t>1,3330</w:t>
            </w:r>
          </w:p>
        </w:tc>
        <w:tc>
          <w:tcPr>
            <w:tcW w:w="0" w:type="auto"/>
          </w:tcPr>
          <w:p w14:paraId="5B492BF7" w14:textId="77777777" w:rsidR="000772B4" w:rsidRDefault="00746A89">
            <w:pPr>
              <w:jc w:val="center"/>
            </w:pPr>
            <w:r>
              <w:t>1,3330</w:t>
            </w:r>
          </w:p>
        </w:tc>
      </w:tr>
      <w:tr w:rsidR="000772B4" w14:paraId="70C1291F" w14:textId="77777777">
        <w:trPr>
          <w:cantSplit/>
          <w:jc w:val="center"/>
        </w:trPr>
        <w:tc>
          <w:tcPr>
            <w:tcW w:w="0" w:type="auto"/>
          </w:tcPr>
          <w:p w14:paraId="29C118E5" w14:textId="77777777" w:rsidR="000772B4" w:rsidRDefault="00746A89">
            <w:r>
              <w:t>УПК № 5 Новый Шерегеш</w:t>
            </w:r>
          </w:p>
        </w:tc>
        <w:tc>
          <w:tcPr>
            <w:tcW w:w="0" w:type="auto"/>
          </w:tcPr>
          <w:p w14:paraId="6FE4C295" w14:textId="77777777" w:rsidR="000772B4" w:rsidRDefault="00746A89">
            <w:pPr>
              <w:jc w:val="center"/>
            </w:pPr>
            <w:r>
              <w:t>114,00</w:t>
            </w:r>
          </w:p>
        </w:tc>
        <w:tc>
          <w:tcPr>
            <w:tcW w:w="0" w:type="auto"/>
          </w:tcPr>
          <w:p w14:paraId="3609D394" w14:textId="77777777" w:rsidR="000772B4" w:rsidRDefault="00746A89">
            <w:pPr>
              <w:jc w:val="center"/>
            </w:pPr>
            <w:r>
              <w:t>20,00</w:t>
            </w:r>
          </w:p>
        </w:tc>
        <w:tc>
          <w:tcPr>
            <w:tcW w:w="0" w:type="auto"/>
          </w:tcPr>
          <w:p w14:paraId="32069B93" w14:textId="77777777" w:rsidR="000772B4" w:rsidRDefault="00746A89">
            <w:pPr>
              <w:jc w:val="center"/>
            </w:pPr>
            <w:r>
              <w:t>94,00</w:t>
            </w:r>
          </w:p>
        </w:tc>
        <w:tc>
          <w:tcPr>
            <w:tcW w:w="0" w:type="auto"/>
          </w:tcPr>
          <w:p w14:paraId="428B22D4" w14:textId="77777777" w:rsidR="000772B4" w:rsidRDefault="00746A89">
            <w:pPr>
              <w:jc w:val="center"/>
            </w:pPr>
            <w:r>
              <w:t>68,6123</w:t>
            </w:r>
          </w:p>
        </w:tc>
        <w:tc>
          <w:tcPr>
            <w:tcW w:w="0" w:type="auto"/>
          </w:tcPr>
          <w:p w14:paraId="6EC40358" w14:textId="77777777" w:rsidR="000772B4" w:rsidRDefault="00746A89">
            <w:pPr>
              <w:jc w:val="center"/>
            </w:pPr>
            <w:r>
              <w:t>114,4463</w:t>
            </w:r>
          </w:p>
        </w:tc>
      </w:tr>
      <w:tr w:rsidR="000772B4" w14:paraId="7A09E6F4" w14:textId="77777777">
        <w:trPr>
          <w:cantSplit/>
          <w:jc w:val="center"/>
        </w:trPr>
        <w:tc>
          <w:tcPr>
            <w:tcW w:w="0" w:type="auto"/>
          </w:tcPr>
          <w:p w14:paraId="3D5388AB" w14:textId="77777777" w:rsidR="000772B4" w:rsidRDefault="00746A89">
            <w:r>
              <w:t>УПК № 6 Старый Шерегеш</w:t>
            </w:r>
          </w:p>
        </w:tc>
        <w:tc>
          <w:tcPr>
            <w:tcW w:w="0" w:type="auto"/>
          </w:tcPr>
          <w:p w14:paraId="48AECC15" w14:textId="77777777" w:rsidR="000772B4" w:rsidRDefault="00746A89">
            <w:pPr>
              <w:jc w:val="center"/>
            </w:pPr>
            <w:r>
              <w:t>24,00</w:t>
            </w:r>
          </w:p>
        </w:tc>
        <w:tc>
          <w:tcPr>
            <w:tcW w:w="0" w:type="auto"/>
          </w:tcPr>
          <w:p w14:paraId="74D811CD" w14:textId="77777777" w:rsidR="000772B4" w:rsidRDefault="00746A89">
            <w:pPr>
              <w:jc w:val="center"/>
            </w:pPr>
            <w:r>
              <w:t>6,00</w:t>
            </w:r>
          </w:p>
        </w:tc>
        <w:tc>
          <w:tcPr>
            <w:tcW w:w="0" w:type="auto"/>
          </w:tcPr>
          <w:p w14:paraId="202FCCF3" w14:textId="77777777" w:rsidR="000772B4" w:rsidRDefault="00746A89">
            <w:pPr>
              <w:jc w:val="center"/>
            </w:pPr>
            <w:r>
              <w:t>18,00</w:t>
            </w:r>
          </w:p>
        </w:tc>
        <w:tc>
          <w:tcPr>
            <w:tcW w:w="0" w:type="auto"/>
          </w:tcPr>
          <w:p w14:paraId="64D65A45" w14:textId="77777777" w:rsidR="000772B4" w:rsidRDefault="00746A89">
            <w:pPr>
              <w:jc w:val="center"/>
            </w:pPr>
            <w:r>
              <w:t>4,6696</w:t>
            </w:r>
          </w:p>
        </w:tc>
        <w:tc>
          <w:tcPr>
            <w:tcW w:w="0" w:type="auto"/>
          </w:tcPr>
          <w:p w14:paraId="0E51FAA9" w14:textId="77777777" w:rsidR="000772B4" w:rsidRDefault="00746A89">
            <w:pPr>
              <w:jc w:val="center"/>
            </w:pPr>
            <w:r>
              <w:t>4,8196</w:t>
            </w:r>
          </w:p>
        </w:tc>
      </w:tr>
      <w:tr w:rsidR="000772B4" w14:paraId="3D7B4C0E" w14:textId="77777777">
        <w:trPr>
          <w:cantSplit/>
          <w:jc w:val="center"/>
        </w:trPr>
        <w:tc>
          <w:tcPr>
            <w:tcW w:w="0" w:type="auto"/>
          </w:tcPr>
          <w:p w14:paraId="68EE1C5E" w14:textId="77777777" w:rsidR="000772B4" w:rsidRDefault="00746A89">
            <w:r>
              <w:t>УПК № 7 Каз</w:t>
            </w:r>
          </w:p>
        </w:tc>
        <w:tc>
          <w:tcPr>
            <w:tcW w:w="0" w:type="auto"/>
          </w:tcPr>
          <w:p w14:paraId="11C33A90" w14:textId="77777777" w:rsidR="000772B4" w:rsidRDefault="00746A89">
            <w:pPr>
              <w:jc w:val="center"/>
            </w:pPr>
            <w:r>
              <w:t>72,00</w:t>
            </w:r>
          </w:p>
        </w:tc>
        <w:tc>
          <w:tcPr>
            <w:tcW w:w="0" w:type="auto"/>
          </w:tcPr>
          <w:p w14:paraId="09AA55D2" w14:textId="77777777" w:rsidR="000772B4" w:rsidRDefault="00746A89">
            <w:pPr>
              <w:jc w:val="center"/>
            </w:pPr>
            <w:r>
              <w:t>20,00</w:t>
            </w:r>
          </w:p>
        </w:tc>
        <w:tc>
          <w:tcPr>
            <w:tcW w:w="0" w:type="auto"/>
          </w:tcPr>
          <w:p w14:paraId="66AB12E8" w14:textId="77777777" w:rsidR="000772B4" w:rsidRDefault="00746A89">
            <w:pPr>
              <w:jc w:val="center"/>
            </w:pPr>
            <w:r>
              <w:t>52,00</w:t>
            </w:r>
          </w:p>
        </w:tc>
        <w:tc>
          <w:tcPr>
            <w:tcW w:w="0" w:type="auto"/>
          </w:tcPr>
          <w:p w14:paraId="4C014245" w14:textId="77777777" w:rsidR="000772B4" w:rsidRDefault="00746A89">
            <w:pPr>
              <w:jc w:val="center"/>
            </w:pPr>
            <w:r>
              <w:t>19,4397</w:t>
            </w:r>
          </w:p>
        </w:tc>
        <w:tc>
          <w:tcPr>
            <w:tcW w:w="0" w:type="auto"/>
          </w:tcPr>
          <w:p w14:paraId="675831CC" w14:textId="77777777" w:rsidR="000772B4" w:rsidRDefault="00746A89">
            <w:pPr>
              <w:jc w:val="center"/>
            </w:pPr>
            <w:r>
              <w:t>19,5027</w:t>
            </w:r>
          </w:p>
        </w:tc>
      </w:tr>
      <w:tr w:rsidR="000772B4" w14:paraId="7148E982" w14:textId="77777777">
        <w:trPr>
          <w:cantSplit/>
          <w:jc w:val="center"/>
        </w:trPr>
        <w:tc>
          <w:tcPr>
            <w:tcW w:w="0" w:type="auto"/>
          </w:tcPr>
          <w:p w14:paraId="3E2192F9" w14:textId="77777777" w:rsidR="000772B4" w:rsidRDefault="00746A89">
            <w:r>
              <w:t>УПК № 8 Мундыбаш</w:t>
            </w:r>
          </w:p>
        </w:tc>
        <w:tc>
          <w:tcPr>
            <w:tcW w:w="0" w:type="auto"/>
          </w:tcPr>
          <w:p w14:paraId="291024CA" w14:textId="77777777" w:rsidR="000772B4" w:rsidRDefault="00746A89">
            <w:pPr>
              <w:jc w:val="center"/>
            </w:pPr>
            <w:r>
              <w:t>36,00</w:t>
            </w:r>
          </w:p>
        </w:tc>
        <w:tc>
          <w:tcPr>
            <w:tcW w:w="0" w:type="auto"/>
          </w:tcPr>
          <w:p w14:paraId="6B60140D" w14:textId="77777777" w:rsidR="000772B4" w:rsidRDefault="00746A89">
            <w:pPr>
              <w:jc w:val="center"/>
            </w:pPr>
            <w:r>
              <w:t>12,00</w:t>
            </w:r>
          </w:p>
        </w:tc>
        <w:tc>
          <w:tcPr>
            <w:tcW w:w="0" w:type="auto"/>
          </w:tcPr>
          <w:p w14:paraId="5FEE192D" w14:textId="77777777" w:rsidR="000772B4" w:rsidRDefault="00746A89">
            <w:pPr>
              <w:jc w:val="center"/>
            </w:pPr>
            <w:r>
              <w:t>24,00</w:t>
            </w:r>
          </w:p>
        </w:tc>
        <w:tc>
          <w:tcPr>
            <w:tcW w:w="0" w:type="auto"/>
          </w:tcPr>
          <w:p w14:paraId="4C48C743" w14:textId="77777777" w:rsidR="000772B4" w:rsidRDefault="00746A89">
            <w:pPr>
              <w:jc w:val="center"/>
            </w:pPr>
            <w:r>
              <w:t>20,2475</w:t>
            </w:r>
          </w:p>
        </w:tc>
        <w:tc>
          <w:tcPr>
            <w:tcW w:w="0" w:type="auto"/>
          </w:tcPr>
          <w:p w14:paraId="1F112F1B" w14:textId="77777777" w:rsidR="000772B4" w:rsidRDefault="00746A89">
            <w:pPr>
              <w:jc w:val="center"/>
            </w:pPr>
            <w:r>
              <w:t>20,2475</w:t>
            </w:r>
          </w:p>
        </w:tc>
      </w:tr>
      <w:tr w:rsidR="000772B4" w14:paraId="58495A8E" w14:textId="77777777">
        <w:trPr>
          <w:cantSplit/>
          <w:jc w:val="center"/>
        </w:trPr>
        <w:tc>
          <w:tcPr>
            <w:tcW w:w="0" w:type="auto"/>
          </w:tcPr>
          <w:p w14:paraId="1533241A" w14:textId="77777777" w:rsidR="000772B4" w:rsidRDefault="00746A89">
            <w:r>
              <w:t>УПК № 10 Темир-Тау</w:t>
            </w:r>
          </w:p>
        </w:tc>
        <w:tc>
          <w:tcPr>
            <w:tcW w:w="0" w:type="auto"/>
          </w:tcPr>
          <w:p w14:paraId="65FCC74B" w14:textId="77777777" w:rsidR="000772B4" w:rsidRDefault="00746A89">
            <w:pPr>
              <w:jc w:val="center"/>
            </w:pPr>
            <w:r>
              <w:t>33,60</w:t>
            </w:r>
          </w:p>
        </w:tc>
        <w:tc>
          <w:tcPr>
            <w:tcW w:w="0" w:type="auto"/>
          </w:tcPr>
          <w:p w14:paraId="2D767DE3" w14:textId="77777777" w:rsidR="000772B4" w:rsidRDefault="00746A89">
            <w:pPr>
              <w:jc w:val="center"/>
            </w:pPr>
            <w:r>
              <w:t>11,20</w:t>
            </w:r>
          </w:p>
        </w:tc>
        <w:tc>
          <w:tcPr>
            <w:tcW w:w="0" w:type="auto"/>
          </w:tcPr>
          <w:p w14:paraId="35C827AF" w14:textId="77777777" w:rsidR="000772B4" w:rsidRDefault="00746A89">
            <w:pPr>
              <w:jc w:val="center"/>
            </w:pPr>
            <w:r>
              <w:t>22,40</w:t>
            </w:r>
          </w:p>
        </w:tc>
        <w:tc>
          <w:tcPr>
            <w:tcW w:w="0" w:type="auto"/>
          </w:tcPr>
          <w:p w14:paraId="5AA74395" w14:textId="77777777" w:rsidR="000772B4" w:rsidRDefault="00746A89">
            <w:pPr>
              <w:jc w:val="center"/>
            </w:pPr>
            <w:r>
              <w:t>8,6985</w:t>
            </w:r>
          </w:p>
        </w:tc>
        <w:tc>
          <w:tcPr>
            <w:tcW w:w="0" w:type="auto"/>
          </w:tcPr>
          <w:p w14:paraId="5DD89141" w14:textId="77777777" w:rsidR="000772B4" w:rsidRDefault="00746A89">
            <w:pPr>
              <w:jc w:val="center"/>
            </w:pPr>
            <w:r>
              <w:t>8,6985</w:t>
            </w:r>
          </w:p>
        </w:tc>
      </w:tr>
      <w:tr w:rsidR="000772B4" w14:paraId="5DB28EE3" w14:textId="77777777">
        <w:trPr>
          <w:cantSplit/>
          <w:jc w:val="center"/>
        </w:trPr>
        <w:tc>
          <w:tcPr>
            <w:tcW w:w="0" w:type="auto"/>
          </w:tcPr>
          <w:p w14:paraId="1123E1AA" w14:textId="77777777" w:rsidR="000772B4" w:rsidRDefault="00746A89">
            <w:r>
              <w:t>УПК № 3 Спасск</w:t>
            </w:r>
          </w:p>
        </w:tc>
        <w:tc>
          <w:tcPr>
            <w:tcW w:w="0" w:type="auto"/>
          </w:tcPr>
          <w:p w14:paraId="2894F5B3" w14:textId="77777777" w:rsidR="000772B4" w:rsidRDefault="00746A89">
            <w:pPr>
              <w:jc w:val="center"/>
            </w:pPr>
            <w:r>
              <w:t>5,37</w:t>
            </w:r>
          </w:p>
        </w:tc>
        <w:tc>
          <w:tcPr>
            <w:tcW w:w="0" w:type="auto"/>
          </w:tcPr>
          <w:p w14:paraId="75A29DAE" w14:textId="77777777" w:rsidR="000772B4" w:rsidRDefault="00746A89">
            <w:pPr>
              <w:jc w:val="center"/>
            </w:pPr>
            <w:r>
              <w:t>1,25</w:t>
            </w:r>
          </w:p>
        </w:tc>
        <w:tc>
          <w:tcPr>
            <w:tcW w:w="0" w:type="auto"/>
          </w:tcPr>
          <w:p w14:paraId="7A880B40" w14:textId="77777777" w:rsidR="000772B4" w:rsidRDefault="00746A89">
            <w:pPr>
              <w:jc w:val="center"/>
            </w:pPr>
            <w:r>
              <w:t>4,12</w:t>
            </w:r>
          </w:p>
        </w:tc>
        <w:tc>
          <w:tcPr>
            <w:tcW w:w="0" w:type="auto"/>
          </w:tcPr>
          <w:p w14:paraId="50249DF2" w14:textId="77777777" w:rsidR="000772B4" w:rsidRDefault="00746A89">
            <w:pPr>
              <w:jc w:val="center"/>
            </w:pPr>
            <w:r>
              <w:t>1,8761</w:t>
            </w:r>
          </w:p>
        </w:tc>
        <w:tc>
          <w:tcPr>
            <w:tcW w:w="0" w:type="auto"/>
          </w:tcPr>
          <w:p w14:paraId="27CC24F5" w14:textId="77777777" w:rsidR="000772B4" w:rsidRDefault="00746A89">
            <w:pPr>
              <w:jc w:val="center"/>
            </w:pPr>
            <w:r>
              <w:t>1,8831</w:t>
            </w:r>
          </w:p>
        </w:tc>
      </w:tr>
    </w:tbl>
    <w:p w14:paraId="26208A09" w14:textId="77777777" w:rsidR="000772B4" w:rsidRDefault="000772B4">
      <w:pPr>
        <w:spacing w:after="40"/>
      </w:pPr>
    </w:p>
    <w:p w14:paraId="495C4081" w14:textId="77777777" w:rsidR="000772B4" w:rsidRPr="00794D67" w:rsidRDefault="00746A89">
      <w:pPr>
        <w:spacing w:after="80"/>
        <w:jc w:val="both"/>
        <w:rPr>
          <w:lang w:val="ru-RU"/>
        </w:rPr>
      </w:pPr>
      <w:r w:rsidRPr="00794D67">
        <w:rPr>
          <w:lang w:val="ru-RU"/>
        </w:rPr>
        <w:t>По девяти источникам остаток при выводе крупнейшего котла превышает полную максимальную нагрузку на всех этапах. По УПК № 5 «Новый Шерегеш» остаток 94,00 Гкал/ч на 2026 год превышает нагрузку 68,6123 Гкал/ч, а на 2031 и 2036 годы оказывается ниже нагрузки 114,4463 Гкал/ч на 20,4463 Гкал/ч.</w:t>
      </w:r>
    </w:p>
    <w:p w14:paraId="73236868" w14:textId="77777777" w:rsidR="000772B4" w:rsidRPr="00782666" w:rsidRDefault="00746A89">
      <w:pPr>
        <w:pStyle w:val="21"/>
        <w:rPr>
          <w:lang w:val="ru-RU"/>
        </w:rPr>
      </w:pPr>
      <w:bookmarkStart w:id="23" w:name="_Toc238015614"/>
      <w:r w:rsidRPr="00782666">
        <w:rPr>
          <w:lang w:val="ru-RU"/>
        </w:rPr>
        <w:t>4.5. УПК № 5 «Новый Шерегеш» — раздельные величины</w:t>
      </w:r>
      <w:bookmarkEnd w:id="23"/>
    </w:p>
    <w:p w14:paraId="30694BED" w14:textId="77777777" w:rsidR="000772B4" w:rsidRPr="00794D67" w:rsidRDefault="00746A89">
      <w:pPr>
        <w:spacing w:after="80"/>
        <w:jc w:val="both"/>
        <w:rPr>
          <w:lang w:val="ru-RU"/>
        </w:rPr>
      </w:pPr>
      <w:r w:rsidRPr="00794D67">
        <w:rPr>
          <w:lang w:val="ru-RU"/>
        </w:rPr>
        <w:t>По этому источнику в обращении находятся несколько разных величин. Их смешение недопустимо, поэтому они приводятся раздельно с указанием базы.</w:t>
      </w:r>
    </w:p>
    <w:p w14:paraId="52929D89" w14:textId="77777777" w:rsidR="000772B4" w:rsidRDefault="00746A89">
      <w:pPr>
        <w:keepNext/>
        <w:spacing w:before="160"/>
      </w:pPr>
      <w:r>
        <w:rPr>
          <w:b/>
        </w:rPr>
        <w:t>Таблица 4.8 — Балансовые величины УПК № 5</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710"/>
        <w:gridCol w:w="2784"/>
        <w:gridCol w:w="1393"/>
        <w:gridCol w:w="2458"/>
      </w:tblGrid>
      <w:tr w:rsidR="000772B4" w14:paraId="58A99671" w14:textId="77777777">
        <w:trPr>
          <w:cantSplit/>
          <w:tblHeader/>
          <w:jc w:val="center"/>
        </w:trPr>
        <w:tc>
          <w:tcPr>
            <w:tcW w:w="0" w:type="auto"/>
            <w:shd w:val="clear" w:color="auto" w:fill="E2F0D9"/>
          </w:tcPr>
          <w:p w14:paraId="5DB273D3" w14:textId="77777777" w:rsidR="000772B4" w:rsidRDefault="00746A89">
            <w:pPr>
              <w:jc w:val="center"/>
            </w:pPr>
            <w:r>
              <w:rPr>
                <w:b/>
              </w:rPr>
              <w:t>Величина</w:t>
            </w:r>
          </w:p>
        </w:tc>
        <w:tc>
          <w:tcPr>
            <w:tcW w:w="0" w:type="auto"/>
            <w:shd w:val="clear" w:color="auto" w:fill="E2F0D9"/>
          </w:tcPr>
          <w:p w14:paraId="22124470" w14:textId="77777777" w:rsidR="000772B4" w:rsidRDefault="00746A89">
            <w:pPr>
              <w:jc w:val="center"/>
            </w:pPr>
            <w:r>
              <w:rPr>
                <w:b/>
              </w:rPr>
              <w:t>База</w:t>
            </w:r>
          </w:p>
        </w:tc>
        <w:tc>
          <w:tcPr>
            <w:tcW w:w="0" w:type="auto"/>
            <w:shd w:val="clear" w:color="auto" w:fill="E2F0D9"/>
          </w:tcPr>
          <w:p w14:paraId="31D84DE9" w14:textId="77777777" w:rsidR="000772B4" w:rsidRDefault="00746A89">
            <w:pPr>
              <w:jc w:val="center"/>
            </w:pPr>
            <w:r>
              <w:rPr>
                <w:b/>
              </w:rPr>
              <w:t>Значение, Гкал/ч</w:t>
            </w:r>
          </w:p>
        </w:tc>
        <w:tc>
          <w:tcPr>
            <w:tcW w:w="0" w:type="auto"/>
            <w:shd w:val="clear" w:color="auto" w:fill="E2F0D9"/>
          </w:tcPr>
          <w:p w14:paraId="5231B996" w14:textId="77777777" w:rsidR="000772B4" w:rsidRDefault="00746A89">
            <w:pPr>
              <w:jc w:val="center"/>
            </w:pPr>
            <w:r>
              <w:rPr>
                <w:b/>
              </w:rPr>
              <w:t>Характер</w:t>
            </w:r>
          </w:p>
        </w:tc>
      </w:tr>
      <w:tr w:rsidR="000772B4" w14:paraId="5DD84179" w14:textId="77777777">
        <w:trPr>
          <w:cantSplit/>
          <w:jc w:val="center"/>
        </w:trPr>
        <w:tc>
          <w:tcPr>
            <w:tcW w:w="0" w:type="auto"/>
          </w:tcPr>
          <w:p w14:paraId="7CFD5CEA" w14:textId="77777777" w:rsidR="000772B4" w:rsidRDefault="00746A89">
            <w:r>
              <w:t>Установленная мощность</w:t>
            </w:r>
          </w:p>
        </w:tc>
        <w:tc>
          <w:tcPr>
            <w:tcW w:w="0" w:type="auto"/>
          </w:tcPr>
          <w:p w14:paraId="1EE2847B" w14:textId="77777777" w:rsidR="000772B4" w:rsidRDefault="00746A89">
            <w:pPr>
              <w:jc w:val="center"/>
            </w:pPr>
            <w:r>
              <w:t>—</w:t>
            </w:r>
          </w:p>
        </w:tc>
        <w:tc>
          <w:tcPr>
            <w:tcW w:w="0" w:type="auto"/>
          </w:tcPr>
          <w:p w14:paraId="730125BE" w14:textId="77777777" w:rsidR="000772B4" w:rsidRDefault="00746A89">
            <w:pPr>
              <w:jc w:val="center"/>
            </w:pPr>
            <w:r>
              <w:t>114,000</w:t>
            </w:r>
          </w:p>
        </w:tc>
        <w:tc>
          <w:tcPr>
            <w:tcW w:w="0" w:type="auto"/>
          </w:tcPr>
          <w:p w14:paraId="0E11D9AC" w14:textId="77777777" w:rsidR="000772B4" w:rsidRDefault="00746A89">
            <w:pPr>
              <w:jc w:val="center"/>
            </w:pPr>
            <w:r>
              <w:t>паспортная</w:t>
            </w:r>
          </w:p>
        </w:tc>
      </w:tr>
      <w:tr w:rsidR="000772B4" w14:paraId="51E6ABA9" w14:textId="77777777">
        <w:trPr>
          <w:cantSplit/>
          <w:jc w:val="center"/>
        </w:trPr>
        <w:tc>
          <w:tcPr>
            <w:tcW w:w="0" w:type="auto"/>
          </w:tcPr>
          <w:p w14:paraId="4C549C51" w14:textId="77777777" w:rsidR="000772B4" w:rsidRDefault="00746A89">
            <w:r>
              <w:t>Располагаемая мощность</w:t>
            </w:r>
          </w:p>
        </w:tc>
        <w:tc>
          <w:tcPr>
            <w:tcW w:w="0" w:type="auto"/>
          </w:tcPr>
          <w:p w14:paraId="64FDB5B3" w14:textId="77777777" w:rsidR="000772B4" w:rsidRDefault="00746A89">
            <w:pPr>
              <w:jc w:val="center"/>
            </w:pPr>
            <w:r>
              <w:t>установленная минус подтверждённые ограничения</w:t>
            </w:r>
          </w:p>
        </w:tc>
        <w:tc>
          <w:tcPr>
            <w:tcW w:w="0" w:type="auto"/>
          </w:tcPr>
          <w:p w14:paraId="743091E7" w14:textId="77777777" w:rsidR="000772B4" w:rsidRDefault="00746A89">
            <w:pPr>
              <w:jc w:val="center"/>
            </w:pPr>
            <w:r>
              <w:t>114,000</w:t>
            </w:r>
          </w:p>
        </w:tc>
        <w:tc>
          <w:tcPr>
            <w:tcW w:w="0" w:type="auto"/>
          </w:tcPr>
          <w:p w14:paraId="065A511E" w14:textId="77777777" w:rsidR="000772B4" w:rsidRDefault="00746A89">
            <w:pPr>
              <w:jc w:val="center"/>
            </w:pPr>
            <w:r>
              <w:t>расчётная</w:t>
            </w:r>
          </w:p>
        </w:tc>
      </w:tr>
      <w:tr w:rsidR="000772B4" w14:paraId="21AADD8A" w14:textId="77777777">
        <w:trPr>
          <w:cantSplit/>
          <w:jc w:val="center"/>
        </w:trPr>
        <w:tc>
          <w:tcPr>
            <w:tcW w:w="0" w:type="auto"/>
          </w:tcPr>
          <w:p w14:paraId="19546257" w14:textId="77777777" w:rsidR="000772B4" w:rsidRDefault="00746A89">
            <w:r>
              <w:t>Резерв на 2026 год</w:t>
            </w:r>
          </w:p>
        </w:tc>
        <w:tc>
          <w:tcPr>
            <w:tcW w:w="0" w:type="auto"/>
          </w:tcPr>
          <w:p w14:paraId="554D6551" w14:textId="77777777" w:rsidR="000772B4" w:rsidRDefault="00746A89">
            <w:pPr>
              <w:jc w:val="center"/>
            </w:pPr>
            <w:r>
              <w:t>полная максимальная нагрузка 68,6123</w:t>
            </w:r>
          </w:p>
        </w:tc>
        <w:tc>
          <w:tcPr>
            <w:tcW w:w="0" w:type="auto"/>
          </w:tcPr>
          <w:p w14:paraId="1534B9BB" w14:textId="77777777" w:rsidR="000772B4" w:rsidRDefault="00746A89">
            <w:pPr>
              <w:jc w:val="center"/>
            </w:pPr>
            <w:r>
              <w:t>+45,3877</w:t>
            </w:r>
          </w:p>
        </w:tc>
        <w:tc>
          <w:tcPr>
            <w:tcW w:w="0" w:type="auto"/>
          </w:tcPr>
          <w:p w14:paraId="22C60497" w14:textId="77777777" w:rsidR="000772B4" w:rsidRDefault="00746A89">
            <w:pPr>
              <w:jc w:val="center"/>
            </w:pPr>
            <w:r>
              <w:t>расчётный</w:t>
            </w:r>
          </w:p>
        </w:tc>
      </w:tr>
      <w:tr w:rsidR="000772B4" w14:paraId="3B67CE38" w14:textId="77777777">
        <w:trPr>
          <w:cantSplit/>
          <w:jc w:val="center"/>
        </w:trPr>
        <w:tc>
          <w:tcPr>
            <w:tcW w:w="0" w:type="auto"/>
          </w:tcPr>
          <w:p w14:paraId="3301B1F4" w14:textId="77777777" w:rsidR="000772B4" w:rsidRDefault="00746A89">
            <w:r>
              <w:t>Резерв на 2031 и 2036 годы</w:t>
            </w:r>
          </w:p>
        </w:tc>
        <w:tc>
          <w:tcPr>
            <w:tcW w:w="0" w:type="auto"/>
          </w:tcPr>
          <w:p w14:paraId="6314A7AB" w14:textId="77777777" w:rsidR="000772B4" w:rsidRDefault="00746A89">
            <w:pPr>
              <w:jc w:val="center"/>
            </w:pPr>
            <w:r>
              <w:t>полная максимальная нагрузка 114,4463</w:t>
            </w:r>
          </w:p>
        </w:tc>
        <w:tc>
          <w:tcPr>
            <w:tcW w:w="0" w:type="auto"/>
          </w:tcPr>
          <w:p w14:paraId="2A7136A5" w14:textId="77777777" w:rsidR="000772B4" w:rsidRDefault="00746A89">
            <w:pPr>
              <w:jc w:val="center"/>
            </w:pPr>
            <w:r>
              <w:t>−0,4463</w:t>
            </w:r>
          </w:p>
        </w:tc>
        <w:tc>
          <w:tcPr>
            <w:tcW w:w="0" w:type="auto"/>
          </w:tcPr>
          <w:p w14:paraId="544A2484" w14:textId="77777777" w:rsidR="000772B4" w:rsidRDefault="00746A89">
            <w:pPr>
              <w:jc w:val="center"/>
            </w:pPr>
            <w:r>
              <w:t>расчётный, вспомогательный признак</w:t>
            </w:r>
          </w:p>
        </w:tc>
      </w:tr>
      <w:tr w:rsidR="000772B4" w14:paraId="53138970" w14:textId="77777777">
        <w:trPr>
          <w:cantSplit/>
          <w:jc w:val="center"/>
        </w:trPr>
        <w:tc>
          <w:tcPr>
            <w:tcW w:w="0" w:type="auto"/>
          </w:tcPr>
          <w:p w14:paraId="185F1443" w14:textId="77777777" w:rsidR="000772B4" w:rsidRPr="00794D67" w:rsidRDefault="00746A89">
            <w:pPr>
              <w:rPr>
                <w:lang w:val="ru-RU"/>
              </w:rPr>
            </w:pPr>
            <w:r w:rsidRPr="00794D67">
              <w:rPr>
                <w:lang w:val="ru-RU"/>
              </w:rPr>
              <w:t xml:space="preserve">Скрининг </w:t>
            </w:r>
            <w:r>
              <w:t>N</w:t>
            </w:r>
            <w:r w:rsidRPr="00794D67">
              <w:rPr>
                <w:lang w:val="ru-RU"/>
              </w:rPr>
              <w:t>−1 по подключённой договорной нагрузке</w:t>
            </w:r>
          </w:p>
        </w:tc>
        <w:tc>
          <w:tcPr>
            <w:tcW w:w="0" w:type="auto"/>
          </w:tcPr>
          <w:p w14:paraId="1299009F" w14:textId="77777777" w:rsidR="000772B4" w:rsidRDefault="00746A89">
            <w:pPr>
              <w:jc w:val="center"/>
            </w:pPr>
            <w:r>
              <w:t>договорная 85,828</w:t>
            </w:r>
          </w:p>
        </w:tc>
        <w:tc>
          <w:tcPr>
            <w:tcW w:w="0" w:type="auto"/>
          </w:tcPr>
          <w:p w14:paraId="12B982AC" w14:textId="77777777" w:rsidR="000772B4" w:rsidRDefault="00746A89">
            <w:pPr>
              <w:jc w:val="center"/>
            </w:pPr>
            <w:r>
              <w:t>+8,172</w:t>
            </w:r>
          </w:p>
        </w:tc>
        <w:tc>
          <w:tcPr>
            <w:tcW w:w="0" w:type="auto"/>
          </w:tcPr>
          <w:p w14:paraId="71D6A8B8" w14:textId="77777777" w:rsidR="000772B4" w:rsidRDefault="00746A89">
            <w:pPr>
              <w:jc w:val="center"/>
            </w:pPr>
            <w:r>
              <w:t>скрининг</w:t>
            </w:r>
          </w:p>
        </w:tc>
      </w:tr>
      <w:tr w:rsidR="000772B4" w14:paraId="24A7E41A" w14:textId="77777777">
        <w:trPr>
          <w:cantSplit/>
          <w:jc w:val="center"/>
        </w:trPr>
        <w:tc>
          <w:tcPr>
            <w:tcW w:w="0" w:type="auto"/>
          </w:tcPr>
          <w:p w14:paraId="2F8C6B6D" w14:textId="77777777" w:rsidR="000772B4" w:rsidRPr="00794D67" w:rsidRDefault="00746A89">
            <w:pPr>
              <w:rPr>
                <w:lang w:val="ru-RU"/>
              </w:rPr>
            </w:pPr>
            <w:r w:rsidRPr="00794D67">
              <w:rPr>
                <w:lang w:val="ru-RU"/>
              </w:rPr>
              <w:t xml:space="preserve">Скрининг </w:t>
            </w:r>
            <w:r>
              <w:t>N</w:t>
            </w:r>
            <w:r w:rsidRPr="00794D67">
              <w:rPr>
                <w:lang w:val="ru-RU"/>
              </w:rPr>
              <w:t>−1 по полной максимальной нагрузке</w:t>
            </w:r>
          </w:p>
        </w:tc>
        <w:tc>
          <w:tcPr>
            <w:tcW w:w="0" w:type="auto"/>
          </w:tcPr>
          <w:p w14:paraId="3901F0FE" w14:textId="77777777" w:rsidR="000772B4" w:rsidRDefault="00746A89">
            <w:pPr>
              <w:jc w:val="center"/>
            </w:pPr>
            <w:r>
              <w:t>полная максимальная 114,4463</w:t>
            </w:r>
          </w:p>
        </w:tc>
        <w:tc>
          <w:tcPr>
            <w:tcW w:w="0" w:type="auto"/>
          </w:tcPr>
          <w:p w14:paraId="1A870330" w14:textId="77777777" w:rsidR="000772B4" w:rsidRDefault="00746A89">
            <w:pPr>
              <w:jc w:val="center"/>
            </w:pPr>
            <w:r>
              <w:t>−20,4463</w:t>
            </w:r>
          </w:p>
        </w:tc>
        <w:tc>
          <w:tcPr>
            <w:tcW w:w="0" w:type="auto"/>
          </w:tcPr>
          <w:p w14:paraId="489203C8" w14:textId="77777777" w:rsidR="000772B4" w:rsidRDefault="00746A89">
            <w:pPr>
              <w:jc w:val="center"/>
            </w:pPr>
            <w:r>
              <w:t>скрининг</w:t>
            </w:r>
          </w:p>
        </w:tc>
      </w:tr>
    </w:tbl>
    <w:p w14:paraId="57E6881E" w14:textId="77777777" w:rsidR="000772B4" w:rsidRDefault="000772B4">
      <w:pPr>
        <w:spacing w:after="40"/>
      </w:pPr>
    </w:p>
    <w:p w14:paraId="4200DC76" w14:textId="77777777" w:rsidR="000772B4" w:rsidRPr="00794D67" w:rsidRDefault="00746A89">
      <w:pPr>
        <w:spacing w:after="80"/>
        <w:jc w:val="both"/>
        <w:rPr>
          <w:lang w:val="ru-RU"/>
        </w:rPr>
      </w:pPr>
      <w:r w:rsidRPr="00794D67">
        <w:rPr>
          <w:lang w:val="ru-RU"/>
        </w:rPr>
        <w:t>Величины −0,4463 и −20,4463 Гкал/ч относятся к разным расчётам и объединению в один дефицит не подлежат. Загрузка оборудования составляет 60,19 процента на 2026 год и 100,39 процента на 2031 и 2036 годы.</w:t>
      </w:r>
    </w:p>
    <w:p w14:paraId="3616747B" w14:textId="77777777" w:rsidR="000772B4" w:rsidRPr="00782666" w:rsidRDefault="00746A89">
      <w:pPr>
        <w:pStyle w:val="21"/>
        <w:rPr>
          <w:lang w:val="ru-RU"/>
        </w:rPr>
      </w:pPr>
      <w:bookmarkStart w:id="24" w:name="_Toc238015615"/>
      <w:r w:rsidRPr="00782666">
        <w:rPr>
          <w:lang w:val="ru-RU"/>
        </w:rPr>
        <w:t>4.6. Установленная мощность УПК № 10 «Темир-Тау»</w:t>
      </w:r>
      <w:bookmarkEnd w:id="24"/>
    </w:p>
    <w:p w14:paraId="167F75D1" w14:textId="77777777" w:rsidR="000772B4" w:rsidRPr="00794D67" w:rsidRDefault="00746A89">
      <w:pPr>
        <w:spacing w:after="80"/>
        <w:jc w:val="both"/>
        <w:rPr>
          <w:lang w:val="ru-RU"/>
        </w:rPr>
      </w:pPr>
      <w:r w:rsidRPr="00794D67">
        <w:rPr>
          <w:lang w:val="ru-RU"/>
        </w:rPr>
        <w:t>В расчётах принято значение 33,60 Гкал/ч. Альтернативное значение 33,93 Гкал/ч даёт итог по округу 467,00 Гкал/ч вместо 466,67.</w:t>
      </w:r>
    </w:p>
    <w:p w14:paraId="32D79251" w14:textId="77777777" w:rsidR="000772B4" w:rsidRPr="00794D67" w:rsidRDefault="00746A89">
      <w:pPr>
        <w:keepNext/>
        <w:spacing w:before="160"/>
        <w:rPr>
          <w:lang w:val="ru-RU"/>
        </w:rPr>
      </w:pPr>
      <w:r w:rsidRPr="00794D67">
        <w:rPr>
          <w:b/>
          <w:lang w:val="ru-RU"/>
        </w:rPr>
        <w:t>Таблица 4.9 — Чувствительность баланса к значению мощности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4642"/>
        <w:gridCol w:w="1808"/>
        <w:gridCol w:w="1808"/>
        <w:gridCol w:w="1087"/>
      </w:tblGrid>
      <w:tr w:rsidR="000772B4" w14:paraId="2E1C947C" w14:textId="77777777">
        <w:trPr>
          <w:cantSplit/>
          <w:tblHeader/>
          <w:jc w:val="center"/>
        </w:trPr>
        <w:tc>
          <w:tcPr>
            <w:tcW w:w="0" w:type="auto"/>
            <w:shd w:val="clear" w:color="auto" w:fill="E2F0D9"/>
          </w:tcPr>
          <w:p w14:paraId="1314FA88" w14:textId="77777777" w:rsidR="000772B4" w:rsidRDefault="00746A89">
            <w:pPr>
              <w:jc w:val="center"/>
            </w:pPr>
            <w:r>
              <w:rPr>
                <w:b/>
              </w:rPr>
              <w:t>Показатель</w:t>
            </w:r>
          </w:p>
        </w:tc>
        <w:tc>
          <w:tcPr>
            <w:tcW w:w="0" w:type="auto"/>
            <w:shd w:val="clear" w:color="auto" w:fill="E2F0D9"/>
          </w:tcPr>
          <w:p w14:paraId="26DBE35D" w14:textId="77777777" w:rsidR="000772B4" w:rsidRDefault="00746A89">
            <w:pPr>
              <w:jc w:val="center"/>
            </w:pPr>
            <w:r>
              <w:rPr>
                <w:b/>
              </w:rPr>
              <w:t>При 33,60 Гкал/ч</w:t>
            </w:r>
          </w:p>
        </w:tc>
        <w:tc>
          <w:tcPr>
            <w:tcW w:w="0" w:type="auto"/>
            <w:shd w:val="clear" w:color="auto" w:fill="E2F0D9"/>
          </w:tcPr>
          <w:p w14:paraId="5CAE23DA" w14:textId="77777777" w:rsidR="000772B4" w:rsidRDefault="00746A89">
            <w:pPr>
              <w:jc w:val="center"/>
            </w:pPr>
            <w:r>
              <w:rPr>
                <w:b/>
              </w:rPr>
              <w:t>При 33,93 Гкал/ч</w:t>
            </w:r>
          </w:p>
        </w:tc>
        <w:tc>
          <w:tcPr>
            <w:tcW w:w="0" w:type="auto"/>
            <w:shd w:val="clear" w:color="auto" w:fill="E2F0D9"/>
          </w:tcPr>
          <w:p w14:paraId="1FA23D76" w14:textId="77777777" w:rsidR="000772B4" w:rsidRDefault="00746A89">
            <w:pPr>
              <w:jc w:val="center"/>
            </w:pPr>
            <w:r>
              <w:rPr>
                <w:b/>
              </w:rPr>
              <w:t>Разность</w:t>
            </w:r>
          </w:p>
        </w:tc>
      </w:tr>
      <w:tr w:rsidR="000772B4" w14:paraId="12A97810" w14:textId="77777777">
        <w:trPr>
          <w:cantSplit/>
          <w:jc w:val="center"/>
        </w:trPr>
        <w:tc>
          <w:tcPr>
            <w:tcW w:w="0" w:type="auto"/>
          </w:tcPr>
          <w:p w14:paraId="197930DE" w14:textId="77777777" w:rsidR="000772B4" w:rsidRPr="00794D67" w:rsidRDefault="00746A89">
            <w:pPr>
              <w:rPr>
                <w:lang w:val="ru-RU"/>
              </w:rPr>
            </w:pPr>
            <w:r w:rsidRPr="00794D67">
              <w:rPr>
                <w:lang w:val="ru-RU"/>
              </w:rPr>
              <w:t>Установленная и располагаемая мощность округа</w:t>
            </w:r>
          </w:p>
        </w:tc>
        <w:tc>
          <w:tcPr>
            <w:tcW w:w="0" w:type="auto"/>
          </w:tcPr>
          <w:p w14:paraId="595463A1" w14:textId="77777777" w:rsidR="000772B4" w:rsidRDefault="00746A89">
            <w:pPr>
              <w:jc w:val="center"/>
            </w:pPr>
            <w:r>
              <w:t>466,67</w:t>
            </w:r>
          </w:p>
        </w:tc>
        <w:tc>
          <w:tcPr>
            <w:tcW w:w="0" w:type="auto"/>
          </w:tcPr>
          <w:p w14:paraId="157EED0F" w14:textId="77777777" w:rsidR="000772B4" w:rsidRDefault="00746A89">
            <w:pPr>
              <w:jc w:val="center"/>
            </w:pPr>
            <w:r>
              <w:t>467,00</w:t>
            </w:r>
          </w:p>
        </w:tc>
        <w:tc>
          <w:tcPr>
            <w:tcW w:w="0" w:type="auto"/>
          </w:tcPr>
          <w:p w14:paraId="41591C8F" w14:textId="77777777" w:rsidR="000772B4" w:rsidRDefault="00746A89">
            <w:pPr>
              <w:jc w:val="center"/>
            </w:pPr>
            <w:r>
              <w:t>0,33</w:t>
            </w:r>
          </w:p>
        </w:tc>
      </w:tr>
      <w:tr w:rsidR="000772B4" w14:paraId="3158448D" w14:textId="77777777">
        <w:trPr>
          <w:cantSplit/>
          <w:jc w:val="center"/>
        </w:trPr>
        <w:tc>
          <w:tcPr>
            <w:tcW w:w="0" w:type="auto"/>
          </w:tcPr>
          <w:p w14:paraId="0A6FB6B0" w14:textId="77777777" w:rsidR="000772B4" w:rsidRPr="00794D67" w:rsidRDefault="00746A89">
            <w:pPr>
              <w:rPr>
                <w:lang w:val="ru-RU"/>
              </w:rPr>
            </w:pPr>
            <w:r w:rsidRPr="00794D67">
              <w:rPr>
                <w:lang w:val="ru-RU"/>
              </w:rPr>
              <w:t>Резерв по округу на 2031 и 2036 годы</w:t>
            </w:r>
          </w:p>
        </w:tc>
        <w:tc>
          <w:tcPr>
            <w:tcW w:w="0" w:type="auto"/>
          </w:tcPr>
          <w:p w14:paraId="7AC02C3D" w14:textId="77777777" w:rsidR="000772B4" w:rsidRDefault="00746A89">
            <w:pPr>
              <w:jc w:val="center"/>
            </w:pPr>
            <w:r>
              <w:t>192,4388</w:t>
            </w:r>
          </w:p>
        </w:tc>
        <w:tc>
          <w:tcPr>
            <w:tcW w:w="0" w:type="auto"/>
          </w:tcPr>
          <w:p w14:paraId="396E2A1B" w14:textId="77777777" w:rsidR="000772B4" w:rsidRDefault="00746A89">
            <w:pPr>
              <w:jc w:val="center"/>
            </w:pPr>
            <w:r>
              <w:t>192,7688</w:t>
            </w:r>
          </w:p>
        </w:tc>
        <w:tc>
          <w:tcPr>
            <w:tcW w:w="0" w:type="auto"/>
          </w:tcPr>
          <w:p w14:paraId="525210B8" w14:textId="77777777" w:rsidR="000772B4" w:rsidRDefault="00746A89">
            <w:pPr>
              <w:jc w:val="center"/>
            </w:pPr>
            <w:r>
              <w:t>0,33</w:t>
            </w:r>
          </w:p>
        </w:tc>
      </w:tr>
      <w:tr w:rsidR="000772B4" w14:paraId="38801832" w14:textId="77777777">
        <w:trPr>
          <w:cantSplit/>
          <w:jc w:val="center"/>
        </w:trPr>
        <w:tc>
          <w:tcPr>
            <w:tcW w:w="0" w:type="auto"/>
          </w:tcPr>
          <w:p w14:paraId="224AA9AB" w14:textId="77777777" w:rsidR="000772B4" w:rsidRPr="00794D67" w:rsidRDefault="00746A89">
            <w:pPr>
              <w:rPr>
                <w:lang w:val="ru-RU"/>
              </w:rPr>
            </w:pPr>
            <w:r w:rsidRPr="00794D67">
              <w:rPr>
                <w:lang w:val="ru-RU"/>
              </w:rPr>
              <w:t>Резерв зоны Темиртау на 2031 и 2036 годы</w:t>
            </w:r>
          </w:p>
        </w:tc>
        <w:tc>
          <w:tcPr>
            <w:tcW w:w="0" w:type="auto"/>
          </w:tcPr>
          <w:p w14:paraId="255BD3CC" w14:textId="77777777" w:rsidR="000772B4" w:rsidRDefault="00746A89">
            <w:pPr>
              <w:jc w:val="center"/>
            </w:pPr>
            <w:r>
              <w:t>24,9015</w:t>
            </w:r>
          </w:p>
        </w:tc>
        <w:tc>
          <w:tcPr>
            <w:tcW w:w="0" w:type="auto"/>
          </w:tcPr>
          <w:p w14:paraId="4ED9084F" w14:textId="77777777" w:rsidR="000772B4" w:rsidRDefault="00746A89">
            <w:pPr>
              <w:jc w:val="center"/>
            </w:pPr>
            <w:r>
              <w:t>25,2315</w:t>
            </w:r>
          </w:p>
        </w:tc>
        <w:tc>
          <w:tcPr>
            <w:tcW w:w="0" w:type="auto"/>
          </w:tcPr>
          <w:p w14:paraId="7720984F" w14:textId="77777777" w:rsidR="000772B4" w:rsidRDefault="00746A89">
            <w:pPr>
              <w:jc w:val="center"/>
            </w:pPr>
            <w:r>
              <w:t>0,33</w:t>
            </w:r>
          </w:p>
        </w:tc>
      </w:tr>
      <w:tr w:rsidR="000772B4" w14:paraId="1706A4A1" w14:textId="77777777">
        <w:trPr>
          <w:cantSplit/>
          <w:jc w:val="center"/>
        </w:trPr>
        <w:tc>
          <w:tcPr>
            <w:tcW w:w="0" w:type="auto"/>
          </w:tcPr>
          <w:p w14:paraId="252CF5A1" w14:textId="77777777" w:rsidR="000772B4" w:rsidRPr="00794D67" w:rsidRDefault="00746A89">
            <w:pPr>
              <w:rPr>
                <w:lang w:val="ru-RU"/>
              </w:rPr>
            </w:pPr>
            <w:r w:rsidRPr="00794D67">
              <w:rPr>
                <w:lang w:val="ru-RU"/>
              </w:rPr>
              <w:t>Загрузка мощности округа на 2031 и 2036 годы, %</w:t>
            </w:r>
          </w:p>
        </w:tc>
        <w:tc>
          <w:tcPr>
            <w:tcW w:w="0" w:type="auto"/>
          </w:tcPr>
          <w:p w14:paraId="48D7F58F" w14:textId="77777777" w:rsidR="000772B4" w:rsidRDefault="00746A89">
            <w:pPr>
              <w:jc w:val="center"/>
            </w:pPr>
            <w:r>
              <w:t>58,76</w:t>
            </w:r>
          </w:p>
        </w:tc>
        <w:tc>
          <w:tcPr>
            <w:tcW w:w="0" w:type="auto"/>
          </w:tcPr>
          <w:p w14:paraId="1FF44126" w14:textId="77777777" w:rsidR="000772B4" w:rsidRDefault="00746A89">
            <w:pPr>
              <w:jc w:val="center"/>
            </w:pPr>
            <w:r>
              <w:t>58,72</w:t>
            </w:r>
          </w:p>
        </w:tc>
        <w:tc>
          <w:tcPr>
            <w:tcW w:w="0" w:type="auto"/>
          </w:tcPr>
          <w:p w14:paraId="78740C3E" w14:textId="77777777" w:rsidR="000772B4" w:rsidRDefault="00746A89">
            <w:pPr>
              <w:jc w:val="center"/>
            </w:pPr>
            <w:r>
              <w:t>0,04</w:t>
            </w:r>
          </w:p>
        </w:tc>
      </w:tr>
    </w:tbl>
    <w:p w14:paraId="74E682EF" w14:textId="77777777" w:rsidR="000772B4" w:rsidRDefault="000772B4">
      <w:pPr>
        <w:spacing w:after="40"/>
      </w:pPr>
    </w:p>
    <w:p w14:paraId="4A3A11D8" w14:textId="77777777" w:rsidR="000772B4" w:rsidRPr="00794D67" w:rsidRDefault="00746A89">
      <w:pPr>
        <w:spacing w:after="80"/>
        <w:jc w:val="both"/>
        <w:rPr>
          <w:lang w:val="ru-RU"/>
        </w:rPr>
      </w:pPr>
      <w:r w:rsidRPr="00794D67">
        <w:rPr>
          <w:lang w:val="ru-RU"/>
        </w:rPr>
        <w:t>Разность 0,33 Гкал/ч составляет 0,07 процента мощности округа и 0,98 процента мощности зоны. Ни один вывод балансов при переходе от одного значения к другому не меняется: дефицитов не возникает и не исчезает. Расхождение фиксируется как нематериальное для балансов, но подлежит разрешению паспортом котла.</w:t>
      </w:r>
    </w:p>
    <w:p w14:paraId="30CB7199" w14:textId="77777777" w:rsidR="000772B4" w:rsidRPr="00782666" w:rsidRDefault="00746A89">
      <w:pPr>
        <w:pStyle w:val="21"/>
        <w:rPr>
          <w:lang w:val="ru-RU"/>
        </w:rPr>
      </w:pPr>
      <w:bookmarkStart w:id="25" w:name="_Toc238015616"/>
      <w:r w:rsidRPr="00782666">
        <w:rPr>
          <w:lang w:val="ru-RU"/>
        </w:rPr>
        <w:t>4.7. Следствия для мастер-плана и пробелы</w:t>
      </w:r>
      <w:bookmarkEnd w:id="25"/>
    </w:p>
    <w:p w14:paraId="07D1C42A" w14:textId="77777777" w:rsidR="000772B4" w:rsidRPr="00C07C05" w:rsidRDefault="00746A89">
      <w:pPr>
        <w:spacing w:after="80"/>
        <w:jc w:val="both"/>
        <w:rPr>
          <w:lang w:val="ru-RU"/>
        </w:rPr>
      </w:pPr>
      <w:r w:rsidRPr="00794D67">
        <w:rPr>
          <w:lang w:val="ru-RU"/>
        </w:rPr>
        <w:t xml:space="preserve">Балансы подтверждают, что мощностных ограничений развития по девяти источникам из десяти нет: резерв на расчётный срок составляет от 3,4869 Гкал/ч по Спасску до 56,7958 Гкал/ч по УПК № 1. </w:t>
      </w:r>
      <w:r w:rsidRPr="00C07C05">
        <w:rPr>
          <w:lang w:val="ru-RU"/>
        </w:rPr>
        <w:t>Единственная зона без свободного резерва — УПК № 5.</w:t>
      </w:r>
    </w:p>
    <w:p w14:paraId="155F40F9" w14:textId="77777777" w:rsidR="000772B4" w:rsidRPr="00794D67" w:rsidRDefault="00746A89">
      <w:pPr>
        <w:spacing w:after="80"/>
        <w:jc w:val="both"/>
        <w:rPr>
          <w:lang w:val="ru-RU"/>
        </w:rPr>
      </w:pPr>
      <w:r w:rsidRPr="00794D67">
        <w:rPr>
          <w:lang w:val="ru-RU"/>
        </w:rPr>
        <w:t>Перевод источников на природный газ установленную мощность не изменяет, поэтому балансы мощности на 2031 и 2036 годы от календаря газификации не зависят.</w:t>
      </w:r>
    </w:p>
    <w:p w14:paraId="024C4F67" w14:textId="77777777" w:rsidR="00312815" w:rsidRDefault="00746A89">
      <w:pPr>
        <w:spacing w:after="80"/>
        <w:rPr>
          <w:i/>
          <w:color w:val="993300"/>
          <w:lang w:val="ru-RU"/>
        </w:rPr>
      </w:pPr>
      <w:r w:rsidRPr="00794D67">
        <w:rPr>
          <w:i/>
          <w:color w:val="993300"/>
          <w:lang w:val="ru-RU"/>
        </w:rPr>
        <w:t>Подлежит уточнению по данным эксплуатирующей организации: подключённая договорная нагрузка по девяти источникам; режимный состав котлов для перехода от скрининга к эксплуатационной оценке резерва.</w:t>
      </w:r>
    </w:p>
    <w:p w14:paraId="448EC5B6" w14:textId="77777777" w:rsidR="000772B4" w:rsidRPr="00C07C05" w:rsidRDefault="00312815" w:rsidP="00312815">
      <w:pPr>
        <w:rPr>
          <w:i/>
          <w:color w:val="993300"/>
          <w:lang w:val="ru-RU"/>
        </w:rPr>
      </w:pPr>
      <w:r>
        <w:rPr>
          <w:i/>
          <w:color w:val="993300"/>
          <w:lang w:val="ru-RU"/>
        </w:rPr>
        <w:br w:type="page"/>
      </w:r>
    </w:p>
    <w:p w14:paraId="34439FCD" w14:textId="77777777" w:rsidR="007A5E59" w:rsidRPr="00782666" w:rsidRDefault="0095198F">
      <w:pPr>
        <w:pStyle w:val="1"/>
        <w:spacing w:before="1200"/>
        <w:jc w:val="center"/>
        <w:rPr>
          <w:color w:val="4F81BD" w:themeColor="accent1"/>
          <w:lang w:val="ru-RU"/>
        </w:rPr>
      </w:pPr>
      <w:bookmarkStart w:id="26" w:name="_Toc238015617"/>
      <w:r w:rsidRPr="00782666">
        <w:rPr>
          <w:color w:val="4F81BD" w:themeColor="accent1"/>
          <w:lang w:val="ru-RU"/>
        </w:rPr>
        <w:t>РАЗДЕЛ 5. МАСТЕР-ПЛАН РАЗВИТИЯ СИСТЕМ ТЕПЛОСНАБЖЕНИЯ МУНИЦИПАЛЬНОГО ОКРУГА</w:t>
      </w:r>
      <w:bookmarkEnd w:id="26"/>
    </w:p>
    <w:p w14:paraId="21564D4C" w14:textId="77777777" w:rsidR="000772B4" w:rsidRPr="00782666" w:rsidRDefault="00746A89">
      <w:pPr>
        <w:pStyle w:val="21"/>
        <w:rPr>
          <w:lang w:val="ru-RU"/>
        </w:rPr>
      </w:pPr>
      <w:bookmarkStart w:id="27" w:name="_Toc238015618"/>
      <w:r w:rsidRPr="00782666">
        <w:rPr>
          <w:lang w:val="ru-RU"/>
        </w:rPr>
        <w:t>5.1. Исходные условия развития</w:t>
      </w:r>
      <w:bookmarkEnd w:id="27"/>
    </w:p>
    <w:p w14:paraId="06E01D93" w14:textId="77777777" w:rsidR="000772B4" w:rsidRPr="00794D67" w:rsidRDefault="00746A89">
      <w:pPr>
        <w:spacing w:after="80"/>
        <w:jc w:val="both"/>
        <w:rPr>
          <w:lang w:val="ru-RU"/>
        </w:rPr>
      </w:pPr>
      <w:r w:rsidRPr="00794D67">
        <w:rPr>
          <w:lang w:val="ru-RU"/>
        </w:rPr>
        <w:t>Существующее положение определяет следующие исходные условия для мастер-плана.</w:t>
      </w:r>
    </w:p>
    <w:p w14:paraId="5EDB5662" w14:textId="77777777" w:rsidR="000772B4" w:rsidRDefault="00746A89">
      <w:pPr>
        <w:keepNext/>
        <w:spacing w:before="160"/>
      </w:pPr>
      <w:r>
        <w:rPr>
          <w:b/>
        </w:rPr>
        <w:t>Таблица 5.1 — Условия, определяющие развитие</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985"/>
        <w:gridCol w:w="4659"/>
        <w:gridCol w:w="2701"/>
      </w:tblGrid>
      <w:tr w:rsidR="000772B4" w14:paraId="33760C88" w14:textId="77777777">
        <w:trPr>
          <w:cantSplit/>
          <w:tblHeader/>
          <w:jc w:val="center"/>
        </w:trPr>
        <w:tc>
          <w:tcPr>
            <w:tcW w:w="0" w:type="auto"/>
            <w:shd w:val="clear" w:color="auto" w:fill="E2F0D9"/>
          </w:tcPr>
          <w:p w14:paraId="1F8DE078" w14:textId="77777777" w:rsidR="000772B4" w:rsidRDefault="00746A89">
            <w:pPr>
              <w:jc w:val="center"/>
            </w:pPr>
            <w:r>
              <w:rPr>
                <w:b/>
              </w:rPr>
              <w:t>Условие</w:t>
            </w:r>
          </w:p>
        </w:tc>
        <w:tc>
          <w:tcPr>
            <w:tcW w:w="0" w:type="auto"/>
            <w:shd w:val="clear" w:color="auto" w:fill="E2F0D9"/>
          </w:tcPr>
          <w:p w14:paraId="20E92088" w14:textId="77777777" w:rsidR="000772B4" w:rsidRDefault="00746A89">
            <w:pPr>
              <w:jc w:val="center"/>
            </w:pPr>
            <w:r>
              <w:rPr>
                <w:b/>
              </w:rPr>
              <w:t>Содержание</w:t>
            </w:r>
          </w:p>
        </w:tc>
        <w:tc>
          <w:tcPr>
            <w:tcW w:w="0" w:type="auto"/>
            <w:shd w:val="clear" w:color="auto" w:fill="E2F0D9"/>
          </w:tcPr>
          <w:p w14:paraId="2A91B914" w14:textId="77777777" w:rsidR="000772B4" w:rsidRDefault="00746A89">
            <w:pPr>
              <w:jc w:val="center"/>
            </w:pPr>
            <w:r>
              <w:rPr>
                <w:b/>
              </w:rPr>
              <w:t>Следствие для развития</w:t>
            </w:r>
          </w:p>
        </w:tc>
      </w:tr>
      <w:tr w:rsidR="000772B4" w:rsidRPr="00C07C05" w14:paraId="711104FD" w14:textId="77777777">
        <w:trPr>
          <w:cantSplit/>
          <w:jc w:val="center"/>
        </w:trPr>
        <w:tc>
          <w:tcPr>
            <w:tcW w:w="0" w:type="auto"/>
          </w:tcPr>
          <w:p w14:paraId="52CB9632" w14:textId="77777777" w:rsidR="000772B4" w:rsidRDefault="00746A89">
            <w:r>
              <w:t>Газификация</w:t>
            </w:r>
          </w:p>
        </w:tc>
        <w:tc>
          <w:tcPr>
            <w:tcW w:w="0" w:type="auto"/>
          </w:tcPr>
          <w:p w14:paraId="674DDF5E" w14:textId="77777777" w:rsidR="000772B4" w:rsidRPr="00794D67" w:rsidRDefault="00746A89">
            <w:pPr>
              <w:jc w:val="center"/>
              <w:rPr>
                <w:lang w:val="ru-RU"/>
              </w:rPr>
            </w:pPr>
            <w:r w:rsidRPr="00794D67">
              <w:rPr>
                <w:lang w:val="ru-RU"/>
              </w:rPr>
              <w:t>программа подготовки потребителей к приёму газа от 16.07.2024 с календарным графиком и договор поставки газа от 19.08.2024</w:t>
            </w:r>
          </w:p>
        </w:tc>
        <w:tc>
          <w:tcPr>
            <w:tcW w:w="0" w:type="auto"/>
          </w:tcPr>
          <w:p w14:paraId="317F05DF" w14:textId="77777777" w:rsidR="000772B4" w:rsidRPr="00794D67" w:rsidRDefault="00746A89">
            <w:pPr>
              <w:jc w:val="center"/>
              <w:rPr>
                <w:lang w:val="ru-RU"/>
              </w:rPr>
            </w:pPr>
            <w:r w:rsidRPr="00794D67">
              <w:rPr>
                <w:lang w:val="ru-RU"/>
              </w:rPr>
              <w:t>основной драйвер преобразования всех десяти источников</w:t>
            </w:r>
          </w:p>
        </w:tc>
      </w:tr>
      <w:tr w:rsidR="000772B4" w:rsidRPr="00C07C05" w14:paraId="023AFB8C" w14:textId="77777777">
        <w:trPr>
          <w:cantSplit/>
          <w:jc w:val="center"/>
        </w:trPr>
        <w:tc>
          <w:tcPr>
            <w:tcW w:w="0" w:type="auto"/>
          </w:tcPr>
          <w:p w14:paraId="34F95AF7" w14:textId="77777777" w:rsidR="000772B4" w:rsidRDefault="00746A89">
            <w:r>
              <w:t>Рост нагрузки</w:t>
            </w:r>
          </w:p>
        </w:tc>
        <w:tc>
          <w:tcPr>
            <w:tcW w:w="0" w:type="auto"/>
          </w:tcPr>
          <w:p w14:paraId="5D2395B6" w14:textId="77777777" w:rsidR="000772B4" w:rsidRPr="00794D67" w:rsidRDefault="00746A89">
            <w:pPr>
              <w:jc w:val="center"/>
              <w:rPr>
                <w:lang w:val="ru-RU"/>
              </w:rPr>
            </w:pPr>
            <w:r w:rsidRPr="00794D67">
              <w:rPr>
                <w:lang w:val="ru-RU"/>
              </w:rPr>
              <w:t>прирост сосредоточен в зоне УПК № 5, население Шерегеша растёт с 9 666 до 12 309 человек</w:t>
            </w:r>
          </w:p>
        </w:tc>
        <w:tc>
          <w:tcPr>
            <w:tcW w:w="0" w:type="auto"/>
          </w:tcPr>
          <w:p w14:paraId="39335B1B" w14:textId="77777777" w:rsidR="000772B4" w:rsidRPr="00794D67" w:rsidRDefault="00746A89">
            <w:pPr>
              <w:jc w:val="center"/>
              <w:rPr>
                <w:lang w:val="ru-RU"/>
              </w:rPr>
            </w:pPr>
            <w:r w:rsidRPr="00794D67">
              <w:rPr>
                <w:lang w:val="ru-RU"/>
              </w:rPr>
              <w:t>определяет решение по мощности зоны Шерегеша</w:t>
            </w:r>
          </w:p>
        </w:tc>
      </w:tr>
      <w:tr w:rsidR="000772B4" w14:paraId="07E4B278" w14:textId="77777777">
        <w:trPr>
          <w:cantSplit/>
          <w:jc w:val="center"/>
        </w:trPr>
        <w:tc>
          <w:tcPr>
            <w:tcW w:w="0" w:type="auto"/>
          </w:tcPr>
          <w:p w14:paraId="2BD0CA15" w14:textId="77777777" w:rsidR="000772B4" w:rsidRDefault="00746A89">
            <w:r>
              <w:t>Износ</w:t>
            </w:r>
          </w:p>
        </w:tc>
        <w:tc>
          <w:tcPr>
            <w:tcW w:w="0" w:type="auto"/>
          </w:tcPr>
          <w:p w14:paraId="03E53F28" w14:textId="77777777" w:rsidR="000772B4" w:rsidRDefault="00746A89">
            <w:pPr>
              <w:jc w:val="center"/>
            </w:pPr>
            <w:r>
              <w:t>сети 52 %, ветхих 20–30 %</w:t>
            </w:r>
          </w:p>
        </w:tc>
        <w:tc>
          <w:tcPr>
            <w:tcW w:w="0" w:type="auto"/>
          </w:tcPr>
          <w:p w14:paraId="0CB49C81" w14:textId="77777777" w:rsidR="000772B4" w:rsidRDefault="00746A89">
            <w:pPr>
              <w:jc w:val="center"/>
            </w:pPr>
            <w:r>
              <w:t>определяет объём замены сетей</w:t>
            </w:r>
          </w:p>
        </w:tc>
      </w:tr>
      <w:tr w:rsidR="000772B4" w14:paraId="4F458280" w14:textId="77777777">
        <w:trPr>
          <w:cantSplit/>
          <w:jc w:val="center"/>
        </w:trPr>
        <w:tc>
          <w:tcPr>
            <w:tcW w:w="0" w:type="auto"/>
          </w:tcPr>
          <w:p w14:paraId="6B9F6282" w14:textId="77777777" w:rsidR="000772B4" w:rsidRDefault="00746A89">
            <w:r>
              <w:t>Состояние оборудования</w:t>
            </w:r>
          </w:p>
        </w:tc>
        <w:tc>
          <w:tcPr>
            <w:tcW w:w="0" w:type="auto"/>
          </w:tcPr>
          <w:p w14:paraId="5C9308EA" w14:textId="77777777" w:rsidR="000772B4" w:rsidRPr="00794D67" w:rsidRDefault="00746A89">
            <w:pPr>
              <w:jc w:val="center"/>
              <w:rPr>
                <w:lang w:val="ru-RU"/>
              </w:rPr>
            </w:pPr>
            <w:r w:rsidRPr="00794D67">
              <w:rPr>
                <w:lang w:val="ru-RU"/>
              </w:rPr>
              <w:t>парк котлов от 1957 года, четыре котла УПК № 5 с КПД ниже 73 %</w:t>
            </w:r>
          </w:p>
        </w:tc>
        <w:tc>
          <w:tcPr>
            <w:tcW w:w="0" w:type="auto"/>
          </w:tcPr>
          <w:p w14:paraId="0FC9E43C" w14:textId="77777777" w:rsidR="000772B4" w:rsidRDefault="00746A89">
            <w:pPr>
              <w:jc w:val="center"/>
            </w:pPr>
            <w:r>
              <w:t>определяет очерёдность замещения</w:t>
            </w:r>
          </w:p>
        </w:tc>
      </w:tr>
      <w:tr w:rsidR="000772B4" w:rsidRPr="00C07C05" w14:paraId="37362632" w14:textId="77777777">
        <w:trPr>
          <w:cantSplit/>
          <w:jc w:val="center"/>
        </w:trPr>
        <w:tc>
          <w:tcPr>
            <w:tcW w:w="0" w:type="auto"/>
          </w:tcPr>
          <w:p w14:paraId="38AC44E3" w14:textId="77777777" w:rsidR="000772B4" w:rsidRDefault="00746A89">
            <w:r>
              <w:t>Открытые системы</w:t>
            </w:r>
          </w:p>
        </w:tc>
        <w:tc>
          <w:tcPr>
            <w:tcW w:w="0" w:type="auto"/>
          </w:tcPr>
          <w:p w14:paraId="43DB90E1" w14:textId="77777777" w:rsidR="000772B4" w:rsidRPr="00794D67" w:rsidRDefault="00746A89">
            <w:pPr>
              <w:jc w:val="center"/>
              <w:rPr>
                <w:lang w:val="ru-RU"/>
              </w:rPr>
            </w:pPr>
            <w:r w:rsidRPr="00794D67">
              <w:rPr>
                <w:lang w:val="ru-RU"/>
              </w:rPr>
              <w:t>открытый водоразбор подтверждён численно по девяти источникам из десяти</w:t>
            </w:r>
          </w:p>
        </w:tc>
        <w:tc>
          <w:tcPr>
            <w:tcW w:w="0" w:type="auto"/>
          </w:tcPr>
          <w:p w14:paraId="5951EE77" w14:textId="77777777" w:rsidR="000772B4" w:rsidRPr="00794D67" w:rsidRDefault="00746A89">
            <w:pPr>
              <w:jc w:val="center"/>
              <w:rPr>
                <w:lang w:val="ru-RU"/>
              </w:rPr>
            </w:pPr>
            <w:r w:rsidRPr="00794D67">
              <w:rPr>
                <w:lang w:val="ru-RU"/>
              </w:rPr>
              <w:t>требует решения о переводе в масштабе округа</w:t>
            </w:r>
          </w:p>
        </w:tc>
      </w:tr>
      <w:tr w:rsidR="000772B4" w:rsidRPr="00C07C05" w14:paraId="3B1F6EEE" w14:textId="77777777">
        <w:trPr>
          <w:cantSplit/>
          <w:jc w:val="center"/>
        </w:trPr>
        <w:tc>
          <w:tcPr>
            <w:tcW w:w="0" w:type="auto"/>
          </w:tcPr>
          <w:p w14:paraId="33641346" w14:textId="77777777" w:rsidR="000772B4" w:rsidRDefault="00746A89">
            <w:r>
              <w:t>Водоподготовка</w:t>
            </w:r>
          </w:p>
        </w:tc>
        <w:tc>
          <w:tcPr>
            <w:tcW w:w="0" w:type="auto"/>
          </w:tcPr>
          <w:p w14:paraId="2144265E" w14:textId="77777777" w:rsidR="000772B4" w:rsidRPr="00794D67" w:rsidRDefault="00746A89">
            <w:pPr>
              <w:jc w:val="center"/>
              <w:rPr>
                <w:lang w:val="ru-RU"/>
              </w:rPr>
            </w:pPr>
            <w:r w:rsidRPr="00794D67">
              <w:rPr>
                <w:lang w:val="ru-RU"/>
              </w:rPr>
              <w:t>дефицит производительности по четырём источникам, из них по трём заявленная производительность нулевая</w:t>
            </w:r>
          </w:p>
        </w:tc>
        <w:tc>
          <w:tcPr>
            <w:tcW w:w="0" w:type="auto"/>
          </w:tcPr>
          <w:p w14:paraId="4E80B7FE" w14:textId="77777777" w:rsidR="000772B4" w:rsidRPr="00794D67" w:rsidRDefault="00746A89">
            <w:pPr>
              <w:jc w:val="center"/>
              <w:rPr>
                <w:lang w:val="ru-RU"/>
              </w:rPr>
            </w:pPr>
            <w:r w:rsidRPr="00794D67">
              <w:rPr>
                <w:lang w:val="ru-RU"/>
              </w:rPr>
              <w:t>требует уточнения технологии и мер по водоподготовке</w:t>
            </w:r>
          </w:p>
        </w:tc>
      </w:tr>
      <w:tr w:rsidR="000772B4" w14:paraId="5512BBB6" w14:textId="77777777">
        <w:trPr>
          <w:cantSplit/>
          <w:jc w:val="center"/>
        </w:trPr>
        <w:tc>
          <w:tcPr>
            <w:tcW w:w="0" w:type="auto"/>
          </w:tcPr>
          <w:p w14:paraId="3FEF6A44" w14:textId="77777777" w:rsidR="000772B4" w:rsidRDefault="00746A89">
            <w:r>
              <w:t>Резервирование</w:t>
            </w:r>
          </w:p>
        </w:tc>
        <w:tc>
          <w:tcPr>
            <w:tcW w:w="0" w:type="auto"/>
          </w:tcPr>
          <w:p w14:paraId="5ECC8952" w14:textId="77777777" w:rsidR="000772B4" w:rsidRPr="00794D67" w:rsidRDefault="00746A89">
            <w:pPr>
              <w:jc w:val="center"/>
              <w:rPr>
                <w:lang w:val="ru-RU"/>
              </w:rPr>
            </w:pPr>
            <w:r w:rsidRPr="00794D67">
              <w:rPr>
                <w:lang w:val="ru-RU"/>
              </w:rPr>
              <w:t>подтверждённое отсутствие резервного ввода по одному источнику</w:t>
            </w:r>
          </w:p>
        </w:tc>
        <w:tc>
          <w:tcPr>
            <w:tcW w:w="0" w:type="auto"/>
          </w:tcPr>
          <w:p w14:paraId="67BCE7BA" w14:textId="77777777" w:rsidR="000772B4" w:rsidRDefault="00746A89">
            <w:pPr>
              <w:jc w:val="center"/>
            </w:pPr>
            <w:r>
              <w:t>определяет меры надёжности</w:t>
            </w:r>
          </w:p>
        </w:tc>
      </w:tr>
    </w:tbl>
    <w:p w14:paraId="4AB81998" w14:textId="77777777" w:rsidR="000772B4" w:rsidRDefault="000772B4">
      <w:pPr>
        <w:spacing w:after="40"/>
      </w:pPr>
    </w:p>
    <w:p w14:paraId="13BACC51" w14:textId="77777777" w:rsidR="000772B4" w:rsidRPr="00794D67" w:rsidRDefault="00746A89">
      <w:pPr>
        <w:spacing w:after="80"/>
        <w:jc w:val="both"/>
        <w:rPr>
          <w:lang w:val="ru-RU"/>
        </w:rPr>
      </w:pPr>
      <w:r w:rsidRPr="00794D67">
        <w:rPr>
          <w:lang w:val="ru-RU"/>
        </w:rPr>
        <w:t>Существенное изменение по сравнению с ранее утверждёнными схемами поселений: в 2021 году газификация территории региональной программой не предусматривалась и перевод источников на природный газ схемами не планировался. Появление программы газификации 2024 года изменяет исходные условия развития принципиально.</w:t>
      </w:r>
    </w:p>
    <w:p w14:paraId="003CE8B7" w14:textId="77777777" w:rsidR="000772B4" w:rsidRPr="00782666" w:rsidRDefault="00746A89">
      <w:pPr>
        <w:pStyle w:val="21"/>
        <w:rPr>
          <w:lang w:val="ru-RU"/>
        </w:rPr>
      </w:pPr>
      <w:bookmarkStart w:id="28" w:name="_Toc238015619"/>
      <w:r w:rsidRPr="00782666">
        <w:rPr>
          <w:lang w:val="ru-RU"/>
        </w:rPr>
        <w:t>5.2. Цели и принципы</w:t>
      </w:r>
      <w:bookmarkEnd w:id="28"/>
    </w:p>
    <w:p w14:paraId="3BB86B2E" w14:textId="77777777" w:rsidR="000772B4" w:rsidRPr="00794D67" w:rsidRDefault="00746A89">
      <w:pPr>
        <w:spacing w:after="80"/>
        <w:jc w:val="both"/>
        <w:rPr>
          <w:lang w:val="ru-RU"/>
        </w:rPr>
      </w:pPr>
      <w:r w:rsidRPr="00794D67">
        <w:rPr>
          <w:lang w:val="ru-RU"/>
        </w:rPr>
        <w:t>Мастер-план определяет вариант развития систем теплоснабжения округа, обеспечивающий надёжное покрытие спроса на тепловую мощность существующих и перспективных потребителей. Вариант выбирается сопоставлением альтернатив, а не назначается.</w:t>
      </w:r>
    </w:p>
    <w:p w14:paraId="2CF48E1E" w14:textId="77777777" w:rsidR="000772B4" w:rsidRPr="00794D67" w:rsidRDefault="00746A89">
      <w:pPr>
        <w:spacing w:after="80"/>
        <w:jc w:val="both"/>
        <w:rPr>
          <w:lang w:val="ru-RU"/>
        </w:rPr>
      </w:pPr>
      <w:r w:rsidRPr="00794D67">
        <w:rPr>
          <w:lang w:val="ru-RU"/>
        </w:rPr>
        <w:t>Мастер-план опирается на существующее положение, изложенное отдельным томом, и не повторяет его. Каждое решение прослеживается от выявленной проблемы через источник и расчёт к мероприятию.</w:t>
      </w:r>
    </w:p>
    <w:p w14:paraId="3CFCE4EC" w14:textId="77777777" w:rsidR="000772B4" w:rsidRPr="00782666" w:rsidRDefault="00746A89">
      <w:pPr>
        <w:pStyle w:val="21"/>
        <w:rPr>
          <w:lang w:val="ru-RU"/>
        </w:rPr>
      </w:pPr>
      <w:bookmarkStart w:id="29" w:name="_Toc238015620"/>
      <w:r w:rsidRPr="00782666">
        <w:rPr>
          <w:lang w:val="ru-RU"/>
        </w:rPr>
        <w:t>5.3. Драйверы развития</w:t>
      </w:r>
      <w:bookmarkEnd w:id="29"/>
    </w:p>
    <w:p w14:paraId="4CE70B46" w14:textId="77777777" w:rsidR="000772B4" w:rsidRPr="00794D67" w:rsidRDefault="00746A89">
      <w:pPr>
        <w:spacing w:after="80"/>
        <w:jc w:val="both"/>
        <w:rPr>
          <w:lang w:val="ru-RU"/>
        </w:rPr>
      </w:pPr>
      <w:r w:rsidRPr="00794D67">
        <w:rPr>
          <w:lang w:val="ru-RU"/>
        </w:rPr>
        <w:t>Принципиальное отличие настоящей редакции от ранее утверждённых схем поселений состоит в изменении внешних условий. Схемы редакции 2021 года прямо фиксировали, что территория не газифицирована, региональной программой газификация не предусмотрена и перевод источников на природный газ схемами не планируется.</w:t>
      </w:r>
    </w:p>
    <w:p w14:paraId="56A85897" w14:textId="77777777" w:rsidR="000772B4" w:rsidRDefault="00746A89">
      <w:pPr>
        <w:keepNext/>
        <w:spacing w:before="160"/>
      </w:pPr>
      <w:r>
        <w:rPr>
          <w:b/>
        </w:rPr>
        <w:t>Таблица 5.2 — Драйверы развития</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624"/>
        <w:gridCol w:w="4813"/>
        <w:gridCol w:w="1908"/>
      </w:tblGrid>
      <w:tr w:rsidR="000772B4" w14:paraId="4B129478" w14:textId="77777777">
        <w:trPr>
          <w:cantSplit/>
          <w:tblHeader/>
          <w:jc w:val="center"/>
        </w:trPr>
        <w:tc>
          <w:tcPr>
            <w:tcW w:w="0" w:type="auto"/>
            <w:shd w:val="clear" w:color="auto" w:fill="E2F0D9"/>
          </w:tcPr>
          <w:p w14:paraId="135B82BB" w14:textId="77777777" w:rsidR="000772B4" w:rsidRDefault="00746A89">
            <w:pPr>
              <w:jc w:val="center"/>
            </w:pPr>
            <w:r>
              <w:rPr>
                <w:b/>
              </w:rPr>
              <w:t>Драйвер</w:t>
            </w:r>
          </w:p>
        </w:tc>
        <w:tc>
          <w:tcPr>
            <w:tcW w:w="0" w:type="auto"/>
            <w:shd w:val="clear" w:color="auto" w:fill="E2F0D9"/>
          </w:tcPr>
          <w:p w14:paraId="38B30CA9" w14:textId="77777777" w:rsidR="000772B4" w:rsidRDefault="00746A89">
            <w:pPr>
              <w:jc w:val="center"/>
            </w:pPr>
            <w:r>
              <w:rPr>
                <w:b/>
              </w:rPr>
              <w:t>Содержание</w:t>
            </w:r>
          </w:p>
        </w:tc>
        <w:tc>
          <w:tcPr>
            <w:tcW w:w="0" w:type="auto"/>
            <w:shd w:val="clear" w:color="auto" w:fill="E2F0D9"/>
          </w:tcPr>
          <w:p w14:paraId="47F9893C" w14:textId="77777777" w:rsidR="000772B4" w:rsidRDefault="00746A89">
            <w:pPr>
              <w:jc w:val="center"/>
            </w:pPr>
            <w:r>
              <w:rPr>
                <w:b/>
              </w:rPr>
              <w:t>Охват</w:t>
            </w:r>
          </w:p>
        </w:tc>
      </w:tr>
      <w:tr w:rsidR="000772B4" w14:paraId="42F0118D" w14:textId="77777777">
        <w:trPr>
          <w:cantSplit/>
          <w:jc w:val="center"/>
        </w:trPr>
        <w:tc>
          <w:tcPr>
            <w:tcW w:w="0" w:type="auto"/>
          </w:tcPr>
          <w:p w14:paraId="22D698FC" w14:textId="77777777" w:rsidR="000772B4" w:rsidRDefault="00746A89">
            <w:r>
              <w:t>Газификация</w:t>
            </w:r>
          </w:p>
        </w:tc>
        <w:tc>
          <w:tcPr>
            <w:tcW w:w="0" w:type="auto"/>
          </w:tcPr>
          <w:p w14:paraId="1DB7C9C6" w14:textId="77777777" w:rsidR="000772B4" w:rsidRPr="00794D67" w:rsidRDefault="00746A89">
            <w:pPr>
              <w:jc w:val="center"/>
              <w:rPr>
                <w:lang w:val="ru-RU"/>
              </w:rPr>
            </w:pPr>
            <w:r w:rsidRPr="00794D67">
              <w:rPr>
                <w:lang w:val="ru-RU"/>
              </w:rPr>
              <w:t>программа подготовки потребителей к приёму газа от 16.07.2024 с календарным графиком; договор поставки газа от 19.08.2024</w:t>
            </w:r>
          </w:p>
        </w:tc>
        <w:tc>
          <w:tcPr>
            <w:tcW w:w="0" w:type="auto"/>
          </w:tcPr>
          <w:p w14:paraId="2EC47CAF" w14:textId="77777777" w:rsidR="000772B4" w:rsidRDefault="00746A89">
            <w:pPr>
              <w:jc w:val="center"/>
            </w:pPr>
            <w:r>
              <w:t>все десять источников</w:t>
            </w:r>
          </w:p>
        </w:tc>
      </w:tr>
      <w:tr w:rsidR="000772B4" w14:paraId="2B05F70D" w14:textId="77777777">
        <w:trPr>
          <w:cantSplit/>
          <w:jc w:val="center"/>
        </w:trPr>
        <w:tc>
          <w:tcPr>
            <w:tcW w:w="0" w:type="auto"/>
          </w:tcPr>
          <w:p w14:paraId="0EDE2F1C" w14:textId="77777777" w:rsidR="000772B4" w:rsidRDefault="00746A89">
            <w:r>
              <w:t>Рост тепловой нагрузки</w:t>
            </w:r>
          </w:p>
        </w:tc>
        <w:tc>
          <w:tcPr>
            <w:tcW w:w="0" w:type="auto"/>
          </w:tcPr>
          <w:p w14:paraId="7CC1F353" w14:textId="77777777" w:rsidR="000772B4" w:rsidRPr="00794D67" w:rsidRDefault="00746A89">
            <w:pPr>
              <w:jc w:val="center"/>
              <w:rPr>
                <w:lang w:val="ru-RU"/>
              </w:rPr>
            </w:pPr>
            <w:r w:rsidRPr="00794D67">
              <w:rPr>
                <w:lang w:val="ru-RU"/>
              </w:rPr>
              <w:t>население посёлка Шерегеш растёт с 9 666 человек в 2026 году до 12 309 в 2036 году; полная максимальная нагрузка зоны достигает 114,4463 Гкал/ч</w:t>
            </w:r>
          </w:p>
        </w:tc>
        <w:tc>
          <w:tcPr>
            <w:tcW w:w="0" w:type="auto"/>
          </w:tcPr>
          <w:p w14:paraId="37A0B329" w14:textId="77777777" w:rsidR="000772B4" w:rsidRDefault="00746A89">
            <w:pPr>
              <w:jc w:val="center"/>
            </w:pPr>
            <w:r>
              <w:t>зона УПК № 5</w:t>
            </w:r>
          </w:p>
        </w:tc>
      </w:tr>
      <w:tr w:rsidR="000772B4" w14:paraId="4EE8BCDC" w14:textId="77777777">
        <w:trPr>
          <w:cantSplit/>
          <w:jc w:val="center"/>
        </w:trPr>
        <w:tc>
          <w:tcPr>
            <w:tcW w:w="0" w:type="auto"/>
          </w:tcPr>
          <w:p w14:paraId="1EE36852" w14:textId="77777777" w:rsidR="000772B4" w:rsidRDefault="00746A89">
            <w:r>
              <w:t>Износ тепловых сетей</w:t>
            </w:r>
          </w:p>
        </w:tc>
        <w:tc>
          <w:tcPr>
            <w:tcW w:w="0" w:type="auto"/>
          </w:tcPr>
          <w:p w14:paraId="1525C6EB" w14:textId="77777777" w:rsidR="000772B4" w:rsidRPr="00794D67" w:rsidRDefault="00746A89">
            <w:pPr>
              <w:jc w:val="center"/>
              <w:rPr>
                <w:lang w:val="ru-RU"/>
              </w:rPr>
            </w:pPr>
            <w:r w:rsidRPr="00794D67">
              <w:rPr>
                <w:lang w:val="ru-RU"/>
              </w:rPr>
              <w:t>физический износ 52 %, доля ветхих участков 20–30 %</w:t>
            </w:r>
          </w:p>
        </w:tc>
        <w:tc>
          <w:tcPr>
            <w:tcW w:w="0" w:type="auto"/>
          </w:tcPr>
          <w:p w14:paraId="654CD087" w14:textId="77777777" w:rsidR="000772B4" w:rsidRDefault="00746A89">
            <w:pPr>
              <w:jc w:val="center"/>
            </w:pPr>
            <w:r>
              <w:t>все зоны</w:t>
            </w:r>
          </w:p>
        </w:tc>
      </w:tr>
      <w:tr w:rsidR="000772B4" w14:paraId="2CE70F49" w14:textId="77777777">
        <w:trPr>
          <w:cantSplit/>
          <w:jc w:val="center"/>
        </w:trPr>
        <w:tc>
          <w:tcPr>
            <w:tcW w:w="0" w:type="auto"/>
          </w:tcPr>
          <w:p w14:paraId="51A21A63" w14:textId="77777777" w:rsidR="000772B4" w:rsidRDefault="00746A89">
            <w:r>
              <w:t>Состояние котельного оборудования</w:t>
            </w:r>
          </w:p>
        </w:tc>
        <w:tc>
          <w:tcPr>
            <w:tcW w:w="0" w:type="auto"/>
          </w:tcPr>
          <w:p w14:paraId="52DB3955" w14:textId="77777777" w:rsidR="000772B4" w:rsidRPr="00794D67" w:rsidRDefault="00746A89">
            <w:pPr>
              <w:jc w:val="center"/>
              <w:rPr>
                <w:lang w:val="ru-RU"/>
              </w:rPr>
            </w:pPr>
            <w:r w:rsidRPr="00794D67">
              <w:rPr>
                <w:lang w:val="ru-RU"/>
              </w:rPr>
              <w:t>парк от 1957 года; четыре котла УПК № 5 с коэффициентом полезного действия ниже 73 %</w:t>
            </w:r>
          </w:p>
        </w:tc>
        <w:tc>
          <w:tcPr>
            <w:tcW w:w="0" w:type="auto"/>
          </w:tcPr>
          <w:p w14:paraId="3F3344E6" w14:textId="77777777" w:rsidR="000772B4" w:rsidRDefault="00746A89">
            <w:pPr>
              <w:jc w:val="center"/>
            </w:pPr>
            <w:r>
              <w:t>УПК № 1, УПК № 5, УПК № 6</w:t>
            </w:r>
          </w:p>
        </w:tc>
      </w:tr>
      <w:tr w:rsidR="000772B4" w14:paraId="7E2A65DC" w14:textId="77777777">
        <w:trPr>
          <w:cantSplit/>
          <w:jc w:val="center"/>
        </w:trPr>
        <w:tc>
          <w:tcPr>
            <w:tcW w:w="0" w:type="auto"/>
          </w:tcPr>
          <w:p w14:paraId="3742344B" w14:textId="77777777" w:rsidR="000772B4" w:rsidRDefault="00746A89">
            <w:r>
              <w:t>Открытые системы горячего водоснабжения</w:t>
            </w:r>
          </w:p>
        </w:tc>
        <w:tc>
          <w:tcPr>
            <w:tcW w:w="0" w:type="auto"/>
          </w:tcPr>
          <w:p w14:paraId="01DCF3BF" w14:textId="77777777" w:rsidR="000772B4" w:rsidRPr="00794D67" w:rsidRDefault="00746A89">
            <w:pPr>
              <w:jc w:val="center"/>
              <w:rPr>
                <w:lang w:val="ru-RU"/>
              </w:rPr>
            </w:pPr>
            <w:r w:rsidRPr="00794D67">
              <w:rPr>
                <w:lang w:val="ru-RU"/>
              </w:rPr>
              <w:t>открытый водоразбор подтверждён численно по девяти источникам из десяти — 782 784 т/год; по УПК № 8 схема смешанная с открытой составляющей; нагрузка горячего водоснабжения округа 11,3909 Гкал/ч</w:t>
            </w:r>
          </w:p>
        </w:tc>
        <w:tc>
          <w:tcPr>
            <w:tcW w:w="0" w:type="auto"/>
          </w:tcPr>
          <w:p w14:paraId="147F9957" w14:textId="77777777" w:rsidR="000772B4" w:rsidRDefault="00746A89">
            <w:pPr>
              <w:jc w:val="center"/>
            </w:pPr>
            <w:r>
              <w:t>все десять зон</w:t>
            </w:r>
          </w:p>
        </w:tc>
      </w:tr>
      <w:tr w:rsidR="000772B4" w:rsidRPr="00C07C05" w14:paraId="25B07666" w14:textId="77777777">
        <w:trPr>
          <w:cantSplit/>
          <w:jc w:val="center"/>
        </w:trPr>
        <w:tc>
          <w:tcPr>
            <w:tcW w:w="0" w:type="auto"/>
          </w:tcPr>
          <w:p w14:paraId="3B92B62A" w14:textId="77777777" w:rsidR="000772B4" w:rsidRDefault="00746A89">
            <w:r>
              <w:t>Дефицит производительности водоподготовки</w:t>
            </w:r>
          </w:p>
        </w:tc>
        <w:tc>
          <w:tcPr>
            <w:tcW w:w="0" w:type="auto"/>
          </w:tcPr>
          <w:p w14:paraId="06632BDF" w14:textId="77777777" w:rsidR="000772B4" w:rsidRPr="00794D67" w:rsidRDefault="00746A89">
            <w:pPr>
              <w:jc w:val="center"/>
              <w:rPr>
                <w:lang w:val="ru-RU"/>
              </w:rPr>
            </w:pPr>
            <w:r w:rsidRPr="00794D67">
              <w:rPr>
                <w:lang w:val="ru-RU"/>
              </w:rPr>
              <w:t>четыре источника: УПК № 10 −4,05 т/ч, УПК № 2 Шалым −2,28, УПК № 5 −0,49, УПК № 3 −0,43 т/ч</w:t>
            </w:r>
          </w:p>
        </w:tc>
        <w:tc>
          <w:tcPr>
            <w:tcW w:w="0" w:type="auto"/>
          </w:tcPr>
          <w:p w14:paraId="2596CFD9" w14:textId="77777777" w:rsidR="000772B4" w:rsidRPr="00794D67" w:rsidRDefault="00746A89">
            <w:pPr>
              <w:jc w:val="center"/>
              <w:rPr>
                <w:lang w:val="ru-RU"/>
              </w:rPr>
            </w:pPr>
            <w:r w:rsidRPr="00794D67">
              <w:rPr>
                <w:lang w:val="ru-RU"/>
              </w:rPr>
              <w:t>УПК № 2 Шалым, УПК № 5, УПК № 10, УПК № 3</w:t>
            </w:r>
          </w:p>
        </w:tc>
      </w:tr>
      <w:tr w:rsidR="000772B4" w14:paraId="2EE815AD" w14:textId="77777777">
        <w:trPr>
          <w:cantSplit/>
          <w:jc w:val="center"/>
        </w:trPr>
        <w:tc>
          <w:tcPr>
            <w:tcW w:w="0" w:type="auto"/>
          </w:tcPr>
          <w:p w14:paraId="7DBAF43A" w14:textId="77777777" w:rsidR="000772B4" w:rsidRDefault="00746A89">
            <w:r>
              <w:t>Резервирование электроснабжения</w:t>
            </w:r>
          </w:p>
        </w:tc>
        <w:tc>
          <w:tcPr>
            <w:tcW w:w="0" w:type="auto"/>
          </w:tcPr>
          <w:p w14:paraId="083858B9" w14:textId="77777777" w:rsidR="000772B4" w:rsidRDefault="00746A89">
            <w:pPr>
              <w:jc w:val="center"/>
            </w:pPr>
            <w:r>
              <w:t>подтверждённое отсутствие резервного ввода</w:t>
            </w:r>
          </w:p>
        </w:tc>
        <w:tc>
          <w:tcPr>
            <w:tcW w:w="0" w:type="auto"/>
          </w:tcPr>
          <w:p w14:paraId="74B06A39" w14:textId="77777777" w:rsidR="000772B4" w:rsidRDefault="00746A89">
            <w:pPr>
              <w:jc w:val="center"/>
            </w:pPr>
            <w:r>
              <w:t>УПК № 9</w:t>
            </w:r>
          </w:p>
        </w:tc>
      </w:tr>
    </w:tbl>
    <w:p w14:paraId="18946930" w14:textId="77777777" w:rsidR="000772B4" w:rsidRDefault="000772B4">
      <w:pPr>
        <w:spacing w:after="40"/>
      </w:pPr>
    </w:p>
    <w:p w14:paraId="10941A07" w14:textId="77777777" w:rsidR="000772B4" w:rsidRDefault="00746A89">
      <w:pPr>
        <w:pStyle w:val="21"/>
      </w:pPr>
      <w:bookmarkStart w:id="30" w:name="_Toc238015621"/>
      <w:r w:rsidRPr="00782666">
        <w:t>5.4. Ограничения</w:t>
      </w:r>
      <w:bookmarkEnd w:id="30"/>
    </w:p>
    <w:p w14:paraId="1CB72BE1" w14:textId="77777777" w:rsidR="000772B4" w:rsidRPr="00794D67" w:rsidRDefault="00746A89">
      <w:pPr>
        <w:spacing w:after="80"/>
        <w:jc w:val="both"/>
        <w:rPr>
          <w:lang w:val="ru-RU"/>
        </w:rPr>
      </w:pPr>
      <w:r w:rsidRPr="00794D67">
        <w:rPr>
          <w:lang w:val="ru-RU"/>
        </w:rPr>
        <w:t xml:space="preserve">Мастер-план учитывает следующие ограничения доказательной базы. Календарный график газификации не содержит года по УПК № 5 и УПК № 6. </w:t>
      </w:r>
      <w:r w:rsidRPr="00312815">
        <w:rPr>
          <w:lang w:val="ru-RU"/>
        </w:rPr>
        <w:t xml:space="preserve">Режимный состав котлов, состав насосного и тягодутьевого оборудования не раскрыты, вследствие чего эксплуатационное резервирование источников не установлено. </w:t>
      </w:r>
      <w:r w:rsidRPr="00794D67">
        <w:rPr>
          <w:lang w:val="ru-RU"/>
        </w:rPr>
        <w:t>Фактический уровень резервирования тепловых сетей подлежит определению расчётом. Установленная мощность УПК № 10 имеет два значения. Производительность водоподготовительных установок по четырём источникам требует уточнения.</w:t>
      </w:r>
    </w:p>
    <w:p w14:paraId="3A1B0618" w14:textId="77777777" w:rsidR="000772B4" w:rsidRPr="00794D67" w:rsidRDefault="00746A89">
      <w:pPr>
        <w:spacing w:after="80"/>
        <w:jc w:val="both"/>
        <w:rPr>
          <w:lang w:val="ru-RU"/>
        </w:rPr>
      </w:pPr>
      <w:r w:rsidRPr="00794D67">
        <w:rPr>
          <w:lang w:val="ru-RU"/>
        </w:rPr>
        <w:t>Перечисленные обстоятельства ограничивают отдельные решения, но разработке мастер-плана в целом не препятствуют.</w:t>
      </w:r>
    </w:p>
    <w:p w14:paraId="39C598C4" w14:textId="77777777" w:rsidR="000772B4" w:rsidRPr="00794D67" w:rsidRDefault="00746A89">
      <w:pPr>
        <w:pStyle w:val="21"/>
        <w:rPr>
          <w:lang w:val="ru-RU"/>
        </w:rPr>
      </w:pPr>
      <w:bookmarkStart w:id="31" w:name="_Toc238015622"/>
      <w:r w:rsidRPr="00782666">
        <w:rPr>
          <w:lang w:val="ru-RU"/>
        </w:rPr>
        <w:t>5.5. Варианты развития</w:t>
      </w:r>
      <w:bookmarkEnd w:id="31"/>
    </w:p>
    <w:p w14:paraId="6C826D12" w14:textId="77777777" w:rsidR="000772B4" w:rsidRPr="00794D67" w:rsidRDefault="00746A89">
      <w:pPr>
        <w:spacing w:after="80"/>
        <w:jc w:val="both"/>
        <w:rPr>
          <w:lang w:val="ru-RU"/>
        </w:rPr>
      </w:pPr>
      <w:r w:rsidRPr="00794D67">
        <w:rPr>
          <w:lang w:val="ru-RU"/>
        </w:rPr>
        <w:t>Сформированы варианты, для каждого из которых имеется источниковое или расчётное основание. Вариант, основания для которого не найдено, не формируется.</w:t>
      </w:r>
    </w:p>
    <w:p w14:paraId="629F2B85" w14:textId="77777777" w:rsidR="000772B4" w:rsidRPr="00794D67" w:rsidRDefault="00746A89">
      <w:pPr>
        <w:keepNext/>
        <w:spacing w:before="160"/>
        <w:rPr>
          <w:lang w:val="ru-RU"/>
        </w:rPr>
      </w:pPr>
      <w:r w:rsidRPr="00794D67">
        <w:rPr>
          <w:b/>
          <w:lang w:val="ru-RU"/>
        </w:rPr>
        <w:t>Таблица 5.3 — Рассматриваемые варианты</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043"/>
        <w:gridCol w:w="1855"/>
        <w:gridCol w:w="3820"/>
        <w:gridCol w:w="2627"/>
      </w:tblGrid>
      <w:tr w:rsidR="000772B4" w14:paraId="4A7511A7" w14:textId="77777777">
        <w:trPr>
          <w:cantSplit/>
          <w:tblHeader/>
          <w:jc w:val="center"/>
        </w:trPr>
        <w:tc>
          <w:tcPr>
            <w:tcW w:w="0" w:type="auto"/>
            <w:shd w:val="clear" w:color="auto" w:fill="E2F0D9"/>
          </w:tcPr>
          <w:p w14:paraId="0F558162" w14:textId="77777777" w:rsidR="000772B4" w:rsidRDefault="00746A89">
            <w:pPr>
              <w:jc w:val="center"/>
            </w:pPr>
            <w:r>
              <w:rPr>
                <w:b/>
              </w:rPr>
              <w:t>Вариант</w:t>
            </w:r>
          </w:p>
        </w:tc>
        <w:tc>
          <w:tcPr>
            <w:tcW w:w="0" w:type="auto"/>
            <w:shd w:val="clear" w:color="auto" w:fill="E2F0D9"/>
          </w:tcPr>
          <w:p w14:paraId="5E514DF0" w14:textId="77777777" w:rsidR="000772B4" w:rsidRDefault="00746A89">
            <w:pPr>
              <w:jc w:val="center"/>
            </w:pPr>
            <w:r>
              <w:rPr>
                <w:b/>
              </w:rPr>
              <w:t>Наименование</w:t>
            </w:r>
          </w:p>
        </w:tc>
        <w:tc>
          <w:tcPr>
            <w:tcW w:w="0" w:type="auto"/>
            <w:shd w:val="clear" w:color="auto" w:fill="E2F0D9"/>
          </w:tcPr>
          <w:p w14:paraId="7027D902" w14:textId="77777777" w:rsidR="000772B4" w:rsidRDefault="00746A89">
            <w:pPr>
              <w:jc w:val="center"/>
            </w:pPr>
            <w:r>
              <w:rPr>
                <w:b/>
              </w:rPr>
              <w:t>Содержание</w:t>
            </w:r>
          </w:p>
        </w:tc>
        <w:tc>
          <w:tcPr>
            <w:tcW w:w="0" w:type="auto"/>
            <w:shd w:val="clear" w:color="auto" w:fill="E2F0D9"/>
          </w:tcPr>
          <w:p w14:paraId="43BD265A" w14:textId="77777777" w:rsidR="000772B4" w:rsidRDefault="00746A89">
            <w:pPr>
              <w:jc w:val="center"/>
            </w:pPr>
            <w:r>
              <w:rPr>
                <w:b/>
              </w:rPr>
              <w:t>Основание</w:t>
            </w:r>
          </w:p>
        </w:tc>
      </w:tr>
      <w:tr w:rsidR="000772B4" w14:paraId="2C17876A" w14:textId="77777777">
        <w:trPr>
          <w:cantSplit/>
          <w:jc w:val="center"/>
        </w:trPr>
        <w:tc>
          <w:tcPr>
            <w:tcW w:w="0" w:type="auto"/>
          </w:tcPr>
          <w:p w14:paraId="08330E09" w14:textId="77777777" w:rsidR="000772B4" w:rsidRDefault="00746A89">
            <w:r>
              <w:t>V0</w:t>
            </w:r>
          </w:p>
        </w:tc>
        <w:tc>
          <w:tcPr>
            <w:tcW w:w="0" w:type="auto"/>
          </w:tcPr>
          <w:p w14:paraId="29AE24FF" w14:textId="77777777" w:rsidR="000772B4" w:rsidRDefault="00746A89">
            <w:pPr>
              <w:jc w:val="center"/>
            </w:pPr>
            <w:r>
              <w:t>Инерционный</w:t>
            </w:r>
          </w:p>
        </w:tc>
        <w:tc>
          <w:tcPr>
            <w:tcW w:w="0" w:type="auto"/>
          </w:tcPr>
          <w:p w14:paraId="18CE072E" w14:textId="77777777" w:rsidR="000772B4" w:rsidRPr="00794D67" w:rsidRDefault="00746A89">
            <w:pPr>
              <w:jc w:val="center"/>
              <w:rPr>
                <w:lang w:val="ru-RU"/>
              </w:rPr>
            </w:pPr>
            <w:r w:rsidRPr="00794D67">
              <w:rPr>
                <w:lang w:val="ru-RU"/>
              </w:rPr>
              <w:t>сохранение существующей угольной конфигурации; только подключение перспективной нагрузки к действующим сетям</w:t>
            </w:r>
          </w:p>
        </w:tc>
        <w:tc>
          <w:tcPr>
            <w:tcW w:w="0" w:type="auto"/>
          </w:tcPr>
          <w:p w14:paraId="32F6408F" w14:textId="77777777" w:rsidR="000772B4" w:rsidRDefault="00746A89">
            <w:pPr>
              <w:jc w:val="center"/>
            </w:pPr>
            <w:r>
              <w:t>базовый вариант сравнения</w:t>
            </w:r>
          </w:p>
        </w:tc>
      </w:tr>
      <w:tr w:rsidR="000772B4" w:rsidRPr="00C07C05" w14:paraId="222C945A" w14:textId="77777777">
        <w:trPr>
          <w:cantSplit/>
          <w:jc w:val="center"/>
        </w:trPr>
        <w:tc>
          <w:tcPr>
            <w:tcW w:w="0" w:type="auto"/>
          </w:tcPr>
          <w:p w14:paraId="1DB2C2B4" w14:textId="77777777" w:rsidR="000772B4" w:rsidRDefault="00746A89">
            <w:r>
              <w:t>V1</w:t>
            </w:r>
          </w:p>
        </w:tc>
        <w:tc>
          <w:tcPr>
            <w:tcW w:w="0" w:type="auto"/>
          </w:tcPr>
          <w:p w14:paraId="6DE43B05" w14:textId="77777777" w:rsidR="000772B4" w:rsidRDefault="00746A89">
            <w:pPr>
              <w:jc w:val="center"/>
            </w:pPr>
            <w:r>
              <w:t>Газификация и замещение</w:t>
            </w:r>
          </w:p>
        </w:tc>
        <w:tc>
          <w:tcPr>
            <w:tcW w:w="0" w:type="auto"/>
          </w:tcPr>
          <w:p w14:paraId="67B92188" w14:textId="77777777" w:rsidR="000772B4" w:rsidRPr="00794D67" w:rsidRDefault="00746A89">
            <w:pPr>
              <w:jc w:val="center"/>
              <w:rPr>
                <w:lang w:val="ru-RU"/>
              </w:rPr>
            </w:pPr>
            <w:r w:rsidRPr="00794D67">
              <w:rPr>
                <w:lang w:val="ru-RU"/>
              </w:rPr>
              <w:t>перевод источников на природный газ по подтверждённому графику; замещение изношенного и низкоэффективного оборудования; замена ветхих участков сетей</w:t>
            </w:r>
          </w:p>
        </w:tc>
        <w:tc>
          <w:tcPr>
            <w:tcW w:w="0" w:type="auto"/>
          </w:tcPr>
          <w:p w14:paraId="44483BD8" w14:textId="77777777" w:rsidR="000772B4" w:rsidRPr="00794D67" w:rsidRDefault="00746A89">
            <w:pPr>
              <w:jc w:val="center"/>
              <w:rPr>
                <w:lang w:val="ru-RU"/>
              </w:rPr>
            </w:pPr>
            <w:r w:rsidRPr="00794D67">
              <w:rPr>
                <w:lang w:val="ru-RU"/>
              </w:rPr>
              <w:t>программа газификации 2024 года и договор поставки газа</w:t>
            </w:r>
          </w:p>
        </w:tc>
      </w:tr>
      <w:tr w:rsidR="000772B4" w:rsidRPr="00C07C05" w14:paraId="0532BDD1" w14:textId="77777777">
        <w:trPr>
          <w:cantSplit/>
          <w:jc w:val="center"/>
        </w:trPr>
        <w:tc>
          <w:tcPr>
            <w:tcW w:w="0" w:type="auto"/>
          </w:tcPr>
          <w:p w14:paraId="23441418" w14:textId="77777777" w:rsidR="000772B4" w:rsidRDefault="00746A89">
            <w:r>
              <w:t>V2</w:t>
            </w:r>
          </w:p>
        </w:tc>
        <w:tc>
          <w:tcPr>
            <w:tcW w:w="0" w:type="auto"/>
          </w:tcPr>
          <w:p w14:paraId="05C39691" w14:textId="77777777" w:rsidR="000772B4" w:rsidRDefault="00746A89">
            <w:pPr>
              <w:jc w:val="center"/>
            </w:pPr>
            <w:r>
              <w:t>Газификация и надёжность</w:t>
            </w:r>
          </w:p>
        </w:tc>
        <w:tc>
          <w:tcPr>
            <w:tcW w:w="0" w:type="auto"/>
          </w:tcPr>
          <w:p w14:paraId="3B73F4D8" w14:textId="77777777" w:rsidR="000772B4" w:rsidRPr="00794D67" w:rsidRDefault="00746A89">
            <w:pPr>
              <w:jc w:val="center"/>
              <w:rPr>
                <w:lang w:val="ru-RU"/>
              </w:rPr>
            </w:pPr>
            <w:r w:rsidRPr="00794D67">
              <w:rPr>
                <w:lang w:val="ru-RU"/>
              </w:rPr>
              <w:t xml:space="preserve">мероприятия варианта </w:t>
            </w:r>
            <w:r>
              <w:t>V</w:t>
            </w:r>
            <w:r w:rsidRPr="00794D67">
              <w:rPr>
                <w:lang w:val="ru-RU"/>
              </w:rPr>
              <w:t>1 и дополнительно резервирование электроснабжения, водоподготовки и сетевых связей там, где выявлена потребность</w:t>
            </w:r>
          </w:p>
        </w:tc>
        <w:tc>
          <w:tcPr>
            <w:tcW w:w="0" w:type="auto"/>
          </w:tcPr>
          <w:p w14:paraId="6A84D6D6" w14:textId="77777777" w:rsidR="000772B4" w:rsidRPr="00794D67" w:rsidRDefault="00746A89">
            <w:pPr>
              <w:jc w:val="center"/>
              <w:rPr>
                <w:lang w:val="ru-RU"/>
              </w:rPr>
            </w:pPr>
            <w:r w:rsidRPr="00794D67">
              <w:rPr>
                <w:lang w:val="ru-RU"/>
              </w:rPr>
              <w:t>подтверждённое отсутствие резервного ввода; износ сетей; открытые системы</w:t>
            </w:r>
          </w:p>
        </w:tc>
      </w:tr>
      <w:tr w:rsidR="000772B4" w:rsidRPr="00C07C05" w14:paraId="55ECF0AF" w14:textId="77777777">
        <w:trPr>
          <w:cantSplit/>
          <w:jc w:val="center"/>
        </w:trPr>
        <w:tc>
          <w:tcPr>
            <w:tcW w:w="0" w:type="auto"/>
          </w:tcPr>
          <w:p w14:paraId="06A8A7E3" w14:textId="77777777" w:rsidR="000772B4" w:rsidRDefault="00746A89">
            <w:r>
              <w:t>V3</w:t>
            </w:r>
          </w:p>
        </w:tc>
        <w:tc>
          <w:tcPr>
            <w:tcW w:w="0" w:type="auto"/>
          </w:tcPr>
          <w:p w14:paraId="0F3D6258" w14:textId="77777777" w:rsidR="000772B4" w:rsidRDefault="00746A89">
            <w:pPr>
              <w:jc w:val="center"/>
            </w:pPr>
            <w:r>
              <w:t>Структурная оптимизация</w:t>
            </w:r>
          </w:p>
        </w:tc>
        <w:tc>
          <w:tcPr>
            <w:tcW w:w="0" w:type="auto"/>
          </w:tcPr>
          <w:p w14:paraId="40F28A42" w14:textId="77777777" w:rsidR="000772B4" w:rsidRPr="00794D67" w:rsidRDefault="00746A89">
            <w:pPr>
              <w:jc w:val="center"/>
              <w:rPr>
                <w:lang w:val="ru-RU"/>
              </w:rPr>
            </w:pPr>
            <w:r w:rsidRPr="00794D67">
              <w:rPr>
                <w:lang w:val="ru-RU"/>
              </w:rPr>
              <w:t>изменение конфигурации источников, перераспределение нагрузок, объединение зон</w:t>
            </w:r>
          </w:p>
        </w:tc>
        <w:tc>
          <w:tcPr>
            <w:tcW w:w="0" w:type="auto"/>
          </w:tcPr>
          <w:p w14:paraId="33AED9F9" w14:textId="77777777" w:rsidR="000772B4" w:rsidRPr="00794D67" w:rsidRDefault="00746A89">
            <w:pPr>
              <w:jc w:val="center"/>
              <w:rPr>
                <w:lang w:val="ru-RU"/>
              </w:rPr>
            </w:pPr>
            <w:r w:rsidRPr="00794D67">
              <w:rPr>
                <w:lang w:val="ru-RU"/>
              </w:rPr>
              <w:t>НЕ ФОРМИРУЕТСЯ — источникового и расчётного основания нет</w:t>
            </w:r>
          </w:p>
        </w:tc>
      </w:tr>
    </w:tbl>
    <w:p w14:paraId="7DDA517F" w14:textId="77777777" w:rsidR="000772B4" w:rsidRPr="00794D67" w:rsidRDefault="000772B4">
      <w:pPr>
        <w:spacing w:after="40"/>
        <w:rPr>
          <w:lang w:val="ru-RU"/>
        </w:rPr>
      </w:pPr>
    </w:p>
    <w:p w14:paraId="3B7572DE" w14:textId="77777777" w:rsidR="000772B4" w:rsidRPr="00794D67" w:rsidRDefault="00746A89">
      <w:pPr>
        <w:spacing w:after="80"/>
        <w:jc w:val="both"/>
        <w:rPr>
          <w:lang w:val="ru-RU"/>
        </w:rPr>
      </w:pPr>
      <w:r w:rsidRPr="00794D67">
        <w:rPr>
          <w:lang w:val="ru-RU"/>
        </w:rPr>
        <w:t xml:space="preserve">Вариант </w:t>
      </w:r>
      <w:r>
        <w:t>V</w:t>
      </w:r>
      <w:r w:rsidRPr="00794D67">
        <w:rPr>
          <w:lang w:val="ru-RU"/>
        </w:rPr>
        <w:t>3 не формируется намеренно. Межисточниковых связей в округе не выявлено: каждый источник работает на собственную тепловую сеть, расстояния между населёнными пунктами значительны. Перераспределение нагрузок между зонами технически не обосновано имеющимися материалами. Создание варианта без основания означало бы искусственную альтернативу.</w:t>
      </w:r>
    </w:p>
    <w:p w14:paraId="23C480B2" w14:textId="77777777" w:rsidR="000772B4" w:rsidRPr="00794D67" w:rsidRDefault="00746A89">
      <w:pPr>
        <w:spacing w:after="80"/>
        <w:jc w:val="both"/>
        <w:rPr>
          <w:lang w:val="ru-RU"/>
        </w:rPr>
      </w:pPr>
      <w:r w:rsidRPr="00794D67">
        <w:rPr>
          <w:lang w:val="ru-RU"/>
        </w:rPr>
        <w:t>Ранее утверждённые схемы поселений применяли двухсценарную структуру: сценарий, ограниченный подключением перспективной нагрузки, и сценарий, дополненный мероприятиями по оборудованию. Приоритетным во всех шести схемах принимался второй. Настоящий мастер-план сохраняет эту логику, дополняя её вариантом надёжности и фактором газификации, отсутствовавшим в 2021 году.</w:t>
      </w:r>
    </w:p>
    <w:p w14:paraId="448A0288" w14:textId="77777777" w:rsidR="000772B4" w:rsidRPr="00782666" w:rsidRDefault="00746A89">
      <w:pPr>
        <w:pStyle w:val="21"/>
        <w:rPr>
          <w:lang w:val="ru-RU"/>
        </w:rPr>
      </w:pPr>
      <w:bookmarkStart w:id="32" w:name="_Toc238015623"/>
      <w:r w:rsidRPr="00782666">
        <w:rPr>
          <w:lang w:val="ru-RU"/>
        </w:rPr>
        <w:t>5.6. Критерии сопоставления</w:t>
      </w:r>
      <w:bookmarkEnd w:id="32"/>
    </w:p>
    <w:p w14:paraId="7D8FFB63" w14:textId="77777777" w:rsidR="000772B4" w:rsidRPr="00794D67" w:rsidRDefault="00746A89">
      <w:pPr>
        <w:keepNext/>
        <w:spacing w:before="160"/>
        <w:rPr>
          <w:lang w:val="ru-RU"/>
        </w:rPr>
      </w:pPr>
      <w:r w:rsidRPr="00794D67">
        <w:rPr>
          <w:b/>
          <w:lang w:val="ru-RU"/>
        </w:rPr>
        <w:t>Таблица 5.4 — Сопоставление вариантов по критериям</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247"/>
        <w:gridCol w:w="2229"/>
        <w:gridCol w:w="2504"/>
        <w:gridCol w:w="2365"/>
      </w:tblGrid>
      <w:tr w:rsidR="000772B4" w14:paraId="344FB2A8" w14:textId="77777777">
        <w:trPr>
          <w:cantSplit/>
          <w:tblHeader/>
          <w:jc w:val="center"/>
        </w:trPr>
        <w:tc>
          <w:tcPr>
            <w:tcW w:w="0" w:type="auto"/>
            <w:shd w:val="clear" w:color="auto" w:fill="E2F0D9"/>
          </w:tcPr>
          <w:p w14:paraId="17ABF8F5" w14:textId="77777777" w:rsidR="000772B4" w:rsidRDefault="00746A89">
            <w:pPr>
              <w:jc w:val="center"/>
            </w:pPr>
            <w:r>
              <w:rPr>
                <w:b/>
              </w:rPr>
              <w:t>Критерий</w:t>
            </w:r>
          </w:p>
        </w:tc>
        <w:tc>
          <w:tcPr>
            <w:tcW w:w="0" w:type="auto"/>
            <w:shd w:val="clear" w:color="auto" w:fill="E2F0D9"/>
          </w:tcPr>
          <w:p w14:paraId="3B7A8960" w14:textId="77777777" w:rsidR="000772B4" w:rsidRDefault="00746A89">
            <w:pPr>
              <w:jc w:val="center"/>
            </w:pPr>
            <w:r>
              <w:rPr>
                <w:b/>
              </w:rPr>
              <w:t>V0 инерционный</w:t>
            </w:r>
          </w:p>
        </w:tc>
        <w:tc>
          <w:tcPr>
            <w:tcW w:w="0" w:type="auto"/>
            <w:shd w:val="clear" w:color="auto" w:fill="E2F0D9"/>
          </w:tcPr>
          <w:p w14:paraId="66F4EE75" w14:textId="77777777" w:rsidR="000772B4" w:rsidRDefault="00746A89">
            <w:pPr>
              <w:jc w:val="center"/>
            </w:pPr>
            <w:r>
              <w:rPr>
                <w:b/>
              </w:rPr>
              <w:t>V1 газификация</w:t>
            </w:r>
          </w:p>
        </w:tc>
        <w:tc>
          <w:tcPr>
            <w:tcW w:w="0" w:type="auto"/>
            <w:shd w:val="clear" w:color="auto" w:fill="E2F0D9"/>
          </w:tcPr>
          <w:p w14:paraId="5D6CDC63" w14:textId="77777777" w:rsidR="000772B4" w:rsidRDefault="00746A89">
            <w:pPr>
              <w:jc w:val="center"/>
            </w:pPr>
            <w:r>
              <w:rPr>
                <w:b/>
              </w:rPr>
              <w:t>V2 газификация и надёжность</w:t>
            </w:r>
          </w:p>
        </w:tc>
      </w:tr>
      <w:tr w:rsidR="000772B4" w14:paraId="13E104F7" w14:textId="77777777">
        <w:trPr>
          <w:cantSplit/>
          <w:jc w:val="center"/>
        </w:trPr>
        <w:tc>
          <w:tcPr>
            <w:tcW w:w="0" w:type="auto"/>
          </w:tcPr>
          <w:p w14:paraId="7085B810" w14:textId="77777777" w:rsidR="000772B4" w:rsidRDefault="00746A89">
            <w:r>
              <w:t>Покрытие перспективной нагрузки</w:t>
            </w:r>
          </w:p>
        </w:tc>
        <w:tc>
          <w:tcPr>
            <w:tcW w:w="0" w:type="auto"/>
          </w:tcPr>
          <w:p w14:paraId="54F32044" w14:textId="77777777" w:rsidR="000772B4" w:rsidRPr="00794D67" w:rsidRDefault="00746A89">
            <w:pPr>
              <w:jc w:val="center"/>
              <w:rPr>
                <w:lang w:val="ru-RU"/>
              </w:rPr>
            </w:pPr>
            <w:r w:rsidRPr="00794D67">
              <w:rPr>
                <w:lang w:val="ru-RU"/>
              </w:rPr>
              <w:t>по зоне УПК № 5 не обеспечивается</w:t>
            </w:r>
          </w:p>
        </w:tc>
        <w:tc>
          <w:tcPr>
            <w:tcW w:w="0" w:type="auto"/>
          </w:tcPr>
          <w:p w14:paraId="0E29C49F" w14:textId="77777777" w:rsidR="000772B4" w:rsidRPr="00794D67" w:rsidRDefault="00746A89">
            <w:pPr>
              <w:jc w:val="center"/>
              <w:rPr>
                <w:lang w:val="ru-RU"/>
              </w:rPr>
            </w:pPr>
            <w:r w:rsidRPr="00794D67">
              <w:rPr>
                <w:lang w:val="ru-RU"/>
              </w:rPr>
              <w:t>по зоне УПК № 5 требует отдельного решения</w:t>
            </w:r>
          </w:p>
        </w:tc>
        <w:tc>
          <w:tcPr>
            <w:tcW w:w="0" w:type="auto"/>
          </w:tcPr>
          <w:p w14:paraId="7368BB29" w14:textId="77777777" w:rsidR="000772B4" w:rsidRDefault="00746A89">
            <w:pPr>
              <w:jc w:val="center"/>
            </w:pPr>
            <w:r>
              <w:t>то же</w:t>
            </w:r>
          </w:p>
        </w:tc>
      </w:tr>
      <w:tr w:rsidR="000772B4" w14:paraId="776BF86A" w14:textId="77777777">
        <w:trPr>
          <w:cantSplit/>
          <w:jc w:val="center"/>
        </w:trPr>
        <w:tc>
          <w:tcPr>
            <w:tcW w:w="0" w:type="auto"/>
          </w:tcPr>
          <w:p w14:paraId="3A882EF4" w14:textId="77777777" w:rsidR="000772B4" w:rsidRDefault="00746A89">
            <w:r>
              <w:t>Запас мощности</w:t>
            </w:r>
          </w:p>
        </w:tc>
        <w:tc>
          <w:tcPr>
            <w:tcW w:w="0" w:type="auto"/>
          </w:tcPr>
          <w:p w14:paraId="157E1B76" w14:textId="77777777" w:rsidR="000772B4" w:rsidRDefault="00746A89">
            <w:pPr>
              <w:jc w:val="center"/>
            </w:pPr>
            <w:r>
              <w:t>сохраняется существующий</w:t>
            </w:r>
          </w:p>
        </w:tc>
        <w:tc>
          <w:tcPr>
            <w:tcW w:w="0" w:type="auto"/>
          </w:tcPr>
          <w:p w14:paraId="21F04906" w14:textId="77777777" w:rsidR="000772B4" w:rsidRDefault="00746A89">
            <w:pPr>
              <w:jc w:val="center"/>
            </w:pPr>
            <w:r>
              <w:t>сохраняется</w:t>
            </w:r>
          </w:p>
        </w:tc>
        <w:tc>
          <w:tcPr>
            <w:tcW w:w="0" w:type="auto"/>
          </w:tcPr>
          <w:p w14:paraId="1A2E25C7" w14:textId="77777777" w:rsidR="000772B4" w:rsidRDefault="00746A89">
            <w:pPr>
              <w:jc w:val="center"/>
            </w:pPr>
            <w:r>
              <w:t>сохраняется</w:t>
            </w:r>
          </w:p>
        </w:tc>
      </w:tr>
      <w:tr w:rsidR="000772B4" w14:paraId="2D37D567" w14:textId="77777777">
        <w:trPr>
          <w:cantSplit/>
          <w:jc w:val="center"/>
        </w:trPr>
        <w:tc>
          <w:tcPr>
            <w:tcW w:w="0" w:type="auto"/>
          </w:tcPr>
          <w:p w14:paraId="0425F266" w14:textId="77777777" w:rsidR="000772B4" w:rsidRDefault="00746A89">
            <w:r>
              <w:t>Режим N−1</w:t>
            </w:r>
          </w:p>
        </w:tc>
        <w:tc>
          <w:tcPr>
            <w:tcW w:w="0" w:type="auto"/>
          </w:tcPr>
          <w:p w14:paraId="3ED0D825" w14:textId="77777777" w:rsidR="000772B4" w:rsidRDefault="00746A89">
            <w:pPr>
              <w:jc w:val="center"/>
            </w:pPr>
            <w:r>
              <w:t>по зоне УПК № 5 отрицателен</w:t>
            </w:r>
          </w:p>
        </w:tc>
        <w:tc>
          <w:tcPr>
            <w:tcW w:w="0" w:type="auto"/>
          </w:tcPr>
          <w:p w14:paraId="6D00D9E8" w14:textId="77777777" w:rsidR="000772B4" w:rsidRDefault="00746A89">
            <w:pPr>
              <w:jc w:val="center"/>
            </w:pPr>
            <w:r>
              <w:t>отрицателен</w:t>
            </w:r>
          </w:p>
        </w:tc>
        <w:tc>
          <w:tcPr>
            <w:tcW w:w="0" w:type="auto"/>
          </w:tcPr>
          <w:p w14:paraId="54B48AA6" w14:textId="77777777" w:rsidR="000772B4" w:rsidRDefault="00746A89">
            <w:pPr>
              <w:jc w:val="center"/>
            </w:pPr>
            <w:r>
              <w:t>подлежит проверке расчётом</w:t>
            </w:r>
          </w:p>
        </w:tc>
      </w:tr>
      <w:tr w:rsidR="000772B4" w14:paraId="51F069AE" w14:textId="77777777">
        <w:trPr>
          <w:cantSplit/>
          <w:jc w:val="center"/>
        </w:trPr>
        <w:tc>
          <w:tcPr>
            <w:tcW w:w="0" w:type="auto"/>
          </w:tcPr>
          <w:p w14:paraId="520294C0" w14:textId="77777777" w:rsidR="000772B4" w:rsidRDefault="00746A89">
            <w:r>
              <w:t>Гидравлическая осуществимость</w:t>
            </w:r>
          </w:p>
        </w:tc>
        <w:tc>
          <w:tcPr>
            <w:tcW w:w="0" w:type="auto"/>
          </w:tcPr>
          <w:p w14:paraId="48117CC4" w14:textId="77777777" w:rsidR="000772B4" w:rsidRDefault="00746A89">
            <w:pPr>
              <w:jc w:val="center"/>
            </w:pPr>
            <w:r>
              <w:t>существующая</w:t>
            </w:r>
          </w:p>
        </w:tc>
        <w:tc>
          <w:tcPr>
            <w:tcW w:w="0" w:type="auto"/>
          </w:tcPr>
          <w:p w14:paraId="61EC3E12" w14:textId="77777777" w:rsidR="000772B4" w:rsidRDefault="00746A89">
            <w:pPr>
              <w:jc w:val="center"/>
            </w:pPr>
            <w:r>
              <w:t>подлежит проверке</w:t>
            </w:r>
          </w:p>
        </w:tc>
        <w:tc>
          <w:tcPr>
            <w:tcW w:w="0" w:type="auto"/>
          </w:tcPr>
          <w:p w14:paraId="3F1634B2" w14:textId="77777777" w:rsidR="000772B4" w:rsidRDefault="00746A89">
            <w:pPr>
              <w:jc w:val="center"/>
            </w:pPr>
            <w:r>
              <w:t>подлежит проверке</w:t>
            </w:r>
          </w:p>
        </w:tc>
      </w:tr>
      <w:tr w:rsidR="000772B4" w14:paraId="4F6E6A75" w14:textId="77777777">
        <w:trPr>
          <w:cantSplit/>
          <w:jc w:val="center"/>
        </w:trPr>
        <w:tc>
          <w:tcPr>
            <w:tcW w:w="0" w:type="auto"/>
          </w:tcPr>
          <w:p w14:paraId="0F1309F6" w14:textId="77777777" w:rsidR="000772B4" w:rsidRDefault="00746A89">
            <w:r>
              <w:t>Состояние оборудования</w:t>
            </w:r>
          </w:p>
        </w:tc>
        <w:tc>
          <w:tcPr>
            <w:tcW w:w="0" w:type="auto"/>
          </w:tcPr>
          <w:p w14:paraId="6871DC5C" w14:textId="77777777" w:rsidR="000772B4" w:rsidRDefault="00746A89">
            <w:pPr>
              <w:jc w:val="center"/>
            </w:pPr>
            <w:r>
              <w:t>ухудшается</w:t>
            </w:r>
          </w:p>
        </w:tc>
        <w:tc>
          <w:tcPr>
            <w:tcW w:w="0" w:type="auto"/>
          </w:tcPr>
          <w:p w14:paraId="731FA5E3" w14:textId="77777777" w:rsidR="000772B4" w:rsidRDefault="00746A89">
            <w:pPr>
              <w:jc w:val="center"/>
            </w:pPr>
            <w:r>
              <w:t>улучшается по замещаемым котлам</w:t>
            </w:r>
          </w:p>
        </w:tc>
        <w:tc>
          <w:tcPr>
            <w:tcW w:w="0" w:type="auto"/>
          </w:tcPr>
          <w:p w14:paraId="202BE7F5" w14:textId="77777777" w:rsidR="000772B4" w:rsidRDefault="00746A89">
            <w:pPr>
              <w:jc w:val="center"/>
            </w:pPr>
            <w:r>
              <w:t>то же</w:t>
            </w:r>
          </w:p>
        </w:tc>
      </w:tr>
      <w:tr w:rsidR="000772B4" w14:paraId="71BA99AD" w14:textId="77777777">
        <w:trPr>
          <w:cantSplit/>
          <w:jc w:val="center"/>
        </w:trPr>
        <w:tc>
          <w:tcPr>
            <w:tcW w:w="0" w:type="auto"/>
          </w:tcPr>
          <w:p w14:paraId="59F6FD25" w14:textId="77777777" w:rsidR="000772B4" w:rsidRDefault="00746A89">
            <w:r>
              <w:t>Износ сетей</w:t>
            </w:r>
          </w:p>
        </w:tc>
        <w:tc>
          <w:tcPr>
            <w:tcW w:w="0" w:type="auto"/>
          </w:tcPr>
          <w:p w14:paraId="735A4AD5" w14:textId="77777777" w:rsidR="000772B4" w:rsidRDefault="00746A89">
            <w:pPr>
              <w:jc w:val="center"/>
            </w:pPr>
            <w:r>
              <w:t>нарастает</w:t>
            </w:r>
          </w:p>
        </w:tc>
        <w:tc>
          <w:tcPr>
            <w:tcW w:w="0" w:type="auto"/>
          </w:tcPr>
          <w:p w14:paraId="69F5B7C6" w14:textId="77777777" w:rsidR="000772B4" w:rsidRDefault="00746A89">
            <w:pPr>
              <w:jc w:val="center"/>
            </w:pPr>
            <w:r>
              <w:t>снижается по заменяемым участкам</w:t>
            </w:r>
          </w:p>
        </w:tc>
        <w:tc>
          <w:tcPr>
            <w:tcW w:w="0" w:type="auto"/>
          </w:tcPr>
          <w:p w14:paraId="12982470" w14:textId="77777777" w:rsidR="000772B4" w:rsidRDefault="00746A89">
            <w:pPr>
              <w:jc w:val="center"/>
            </w:pPr>
            <w:r>
              <w:t>снижается</w:t>
            </w:r>
          </w:p>
        </w:tc>
      </w:tr>
      <w:tr w:rsidR="000772B4" w14:paraId="3D85C535" w14:textId="77777777">
        <w:trPr>
          <w:cantSplit/>
          <w:jc w:val="center"/>
        </w:trPr>
        <w:tc>
          <w:tcPr>
            <w:tcW w:w="0" w:type="auto"/>
          </w:tcPr>
          <w:p w14:paraId="1EA67C82" w14:textId="77777777" w:rsidR="000772B4" w:rsidRDefault="00746A89">
            <w:r>
              <w:t>Топливная эффективность</w:t>
            </w:r>
          </w:p>
        </w:tc>
        <w:tc>
          <w:tcPr>
            <w:tcW w:w="0" w:type="auto"/>
          </w:tcPr>
          <w:p w14:paraId="74034809" w14:textId="77777777" w:rsidR="000772B4" w:rsidRDefault="00746A89">
            <w:pPr>
              <w:jc w:val="center"/>
            </w:pPr>
            <w:r>
              <w:t>без изменений</w:t>
            </w:r>
          </w:p>
        </w:tc>
        <w:tc>
          <w:tcPr>
            <w:tcW w:w="0" w:type="auto"/>
          </w:tcPr>
          <w:p w14:paraId="3CEF860B" w14:textId="77777777" w:rsidR="000772B4" w:rsidRPr="00794D67" w:rsidRDefault="00746A89">
            <w:pPr>
              <w:jc w:val="center"/>
              <w:rPr>
                <w:lang w:val="ru-RU"/>
              </w:rPr>
            </w:pPr>
            <w:r w:rsidRPr="00794D67">
              <w:rPr>
                <w:lang w:val="ru-RU"/>
              </w:rPr>
              <w:t>повышается при переходе на газ</w:t>
            </w:r>
          </w:p>
        </w:tc>
        <w:tc>
          <w:tcPr>
            <w:tcW w:w="0" w:type="auto"/>
          </w:tcPr>
          <w:p w14:paraId="4BF628BD" w14:textId="77777777" w:rsidR="000772B4" w:rsidRDefault="00746A89">
            <w:pPr>
              <w:jc w:val="center"/>
            </w:pPr>
            <w:r>
              <w:t>повышается</w:t>
            </w:r>
          </w:p>
        </w:tc>
      </w:tr>
      <w:tr w:rsidR="000772B4" w14:paraId="42C657A4" w14:textId="77777777">
        <w:trPr>
          <w:cantSplit/>
          <w:jc w:val="center"/>
        </w:trPr>
        <w:tc>
          <w:tcPr>
            <w:tcW w:w="0" w:type="auto"/>
          </w:tcPr>
          <w:p w14:paraId="4FEB6755" w14:textId="77777777" w:rsidR="000772B4" w:rsidRDefault="00746A89">
            <w:r>
              <w:t>Экологический эффект</w:t>
            </w:r>
          </w:p>
        </w:tc>
        <w:tc>
          <w:tcPr>
            <w:tcW w:w="0" w:type="auto"/>
          </w:tcPr>
          <w:p w14:paraId="14E802FF" w14:textId="77777777" w:rsidR="000772B4" w:rsidRDefault="00746A89">
            <w:pPr>
              <w:jc w:val="center"/>
            </w:pPr>
            <w:r>
              <w:t>отсутствует</w:t>
            </w:r>
          </w:p>
        </w:tc>
        <w:tc>
          <w:tcPr>
            <w:tcW w:w="0" w:type="auto"/>
          </w:tcPr>
          <w:p w14:paraId="23C79F52" w14:textId="77777777" w:rsidR="000772B4" w:rsidRDefault="00746A89">
            <w:pPr>
              <w:jc w:val="center"/>
            </w:pPr>
            <w:r>
              <w:t>снижение выбросов</w:t>
            </w:r>
          </w:p>
        </w:tc>
        <w:tc>
          <w:tcPr>
            <w:tcW w:w="0" w:type="auto"/>
          </w:tcPr>
          <w:p w14:paraId="3C37C67C" w14:textId="77777777" w:rsidR="000772B4" w:rsidRDefault="00746A89">
            <w:pPr>
              <w:jc w:val="center"/>
            </w:pPr>
            <w:r>
              <w:t>снижение выбросов</w:t>
            </w:r>
          </w:p>
        </w:tc>
      </w:tr>
      <w:tr w:rsidR="000772B4" w:rsidRPr="00C07C05" w14:paraId="548A5BB5" w14:textId="77777777">
        <w:trPr>
          <w:cantSplit/>
          <w:jc w:val="center"/>
        </w:trPr>
        <w:tc>
          <w:tcPr>
            <w:tcW w:w="0" w:type="auto"/>
          </w:tcPr>
          <w:p w14:paraId="4E1D0B30" w14:textId="77777777" w:rsidR="000772B4" w:rsidRDefault="00746A89">
            <w:r>
              <w:t>Капитальные вложения</w:t>
            </w:r>
          </w:p>
        </w:tc>
        <w:tc>
          <w:tcPr>
            <w:tcW w:w="0" w:type="auto"/>
          </w:tcPr>
          <w:p w14:paraId="4B431DC2" w14:textId="77777777" w:rsidR="000772B4" w:rsidRDefault="00746A89">
            <w:pPr>
              <w:jc w:val="center"/>
            </w:pPr>
            <w:r>
              <w:t>не требуются</w:t>
            </w:r>
          </w:p>
        </w:tc>
        <w:tc>
          <w:tcPr>
            <w:tcW w:w="0" w:type="auto"/>
          </w:tcPr>
          <w:p w14:paraId="68D975D7" w14:textId="77777777" w:rsidR="000772B4" w:rsidRDefault="00746A89">
            <w:pPr>
              <w:jc w:val="center"/>
            </w:pPr>
            <w:r>
              <w:t>1 539 328,0 тыс. руб. ориентировочно</w:t>
            </w:r>
          </w:p>
        </w:tc>
        <w:tc>
          <w:tcPr>
            <w:tcW w:w="0" w:type="auto"/>
          </w:tcPr>
          <w:p w14:paraId="798A9530" w14:textId="77777777" w:rsidR="000772B4" w:rsidRPr="00794D67" w:rsidRDefault="00746A89">
            <w:pPr>
              <w:jc w:val="center"/>
              <w:rPr>
                <w:lang w:val="ru-RU"/>
              </w:rPr>
            </w:pPr>
            <w:r w:rsidRPr="00794D67">
              <w:rPr>
                <w:lang w:val="ru-RU"/>
              </w:rPr>
              <w:t>то же и дополнительно не определено</w:t>
            </w:r>
          </w:p>
        </w:tc>
      </w:tr>
      <w:tr w:rsidR="000772B4" w14:paraId="3DE88683" w14:textId="77777777">
        <w:trPr>
          <w:cantSplit/>
          <w:jc w:val="center"/>
        </w:trPr>
        <w:tc>
          <w:tcPr>
            <w:tcW w:w="0" w:type="auto"/>
          </w:tcPr>
          <w:p w14:paraId="5AECFF9A" w14:textId="77777777" w:rsidR="000772B4" w:rsidRDefault="00746A89">
            <w:r>
              <w:t>Тарифные последствия</w:t>
            </w:r>
          </w:p>
        </w:tc>
        <w:tc>
          <w:tcPr>
            <w:tcW w:w="0" w:type="auto"/>
          </w:tcPr>
          <w:p w14:paraId="51169069" w14:textId="77777777" w:rsidR="000772B4" w:rsidRDefault="00746A89">
            <w:pPr>
              <w:jc w:val="center"/>
            </w:pPr>
            <w:r>
              <w:t>без изменений</w:t>
            </w:r>
          </w:p>
        </w:tc>
        <w:tc>
          <w:tcPr>
            <w:tcW w:w="0" w:type="auto"/>
          </w:tcPr>
          <w:p w14:paraId="69AEE156" w14:textId="77777777" w:rsidR="000772B4" w:rsidRDefault="00746A89">
            <w:pPr>
              <w:jc w:val="center"/>
            </w:pPr>
            <w:r>
              <w:t>подлежат оценке</w:t>
            </w:r>
          </w:p>
        </w:tc>
        <w:tc>
          <w:tcPr>
            <w:tcW w:w="0" w:type="auto"/>
          </w:tcPr>
          <w:p w14:paraId="75078E3C" w14:textId="77777777" w:rsidR="000772B4" w:rsidRDefault="00746A89">
            <w:pPr>
              <w:jc w:val="center"/>
            </w:pPr>
            <w:r>
              <w:t>подлежат оценке</w:t>
            </w:r>
          </w:p>
        </w:tc>
      </w:tr>
      <w:tr w:rsidR="000772B4" w:rsidRPr="00C07C05" w14:paraId="3116C537" w14:textId="77777777">
        <w:trPr>
          <w:cantSplit/>
          <w:jc w:val="center"/>
        </w:trPr>
        <w:tc>
          <w:tcPr>
            <w:tcW w:w="0" w:type="auto"/>
          </w:tcPr>
          <w:p w14:paraId="1C7D2D07" w14:textId="77777777" w:rsidR="000772B4" w:rsidRDefault="00746A89">
            <w:r>
              <w:t>Реализуемость до 2036 года</w:t>
            </w:r>
          </w:p>
        </w:tc>
        <w:tc>
          <w:tcPr>
            <w:tcW w:w="0" w:type="auto"/>
          </w:tcPr>
          <w:p w14:paraId="09352C6E" w14:textId="77777777" w:rsidR="000772B4" w:rsidRDefault="00746A89">
            <w:pPr>
              <w:jc w:val="center"/>
            </w:pPr>
            <w:r>
              <w:t>обеспечена</w:t>
            </w:r>
          </w:p>
        </w:tc>
        <w:tc>
          <w:tcPr>
            <w:tcW w:w="0" w:type="auto"/>
          </w:tcPr>
          <w:p w14:paraId="57F624FE" w14:textId="77777777" w:rsidR="000772B4" w:rsidRPr="00794D67" w:rsidRDefault="00746A89">
            <w:pPr>
              <w:jc w:val="center"/>
              <w:rPr>
                <w:lang w:val="ru-RU"/>
              </w:rPr>
            </w:pPr>
            <w:r w:rsidRPr="00794D67">
              <w:rPr>
                <w:lang w:val="ru-RU"/>
              </w:rPr>
              <w:t>по восьми источникам подтверждена графиком</w:t>
            </w:r>
          </w:p>
        </w:tc>
        <w:tc>
          <w:tcPr>
            <w:tcW w:w="0" w:type="auto"/>
          </w:tcPr>
          <w:p w14:paraId="18F6047C" w14:textId="77777777" w:rsidR="000772B4" w:rsidRPr="00794D67" w:rsidRDefault="00746A89">
            <w:pPr>
              <w:jc w:val="center"/>
              <w:rPr>
                <w:lang w:val="ru-RU"/>
              </w:rPr>
            </w:pPr>
            <w:r w:rsidRPr="00794D67">
              <w:rPr>
                <w:lang w:val="ru-RU"/>
              </w:rPr>
              <w:t>зависит от получения недостающих сведений</w:t>
            </w:r>
          </w:p>
        </w:tc>
      </w:tr>
      <w:tr w:rsidR="000772B4" w14:paraId="79453634" w14:textId="77777777">
        <w:trPr>
          <w:cantSplit/>
          <w:jc w:val="center"/>
        </w:trPr>
        <w:tc>
          <w:tcPr>
            <w:tcW w:w="0" w:type="auto"/>
          </w:tcPr>
          <w:p w14:paraId="5198A359" w14:textId="77777777" w:rsidR="000772B4" w:rsidRDefault="00746A89">
            <w:r>
              <w:t>Соответствие внешним программам</w:t>
            </w:r>
          </w:p>
        </w:tc>
        <w:tc>
          <w:tcPr>
            <w:tcW w:w="0" w:type="auto"/>
          </w:tcPr>
          <w:p w14:paraId="67BF7B66" w14:textId="77777777" w:rsidR="000772B4" w:rsidRDefault="00746A89">
            <w:pPr>
              <w:jc w:val="center"/>
            </w:pPr>
            <w:r>
              <w:t>противоречит программе газификации</w:t>
            </w:r>
          </w:p>
        </w:tc>
        <w:tc>
          <w:tcPr>
            <w:tcW w:w="0" w:type="auto"/>
          </w:tcPr>
          <w:p w14:paraId="37EDF1BD" w14:textId="77777777" w:rsidR="000772B4" w:rsidRDefault="00746A89">
            <w:pPr>
              <w:jc w:val="center"/>
            </w:pPr>
            <w:r>
              <w:t>соответствует</w:t>
            </w:r>
          </w:p>
        </w:tc>
        <w:tc>
          <w:tcPr>
            <w:tcW w:w="0" w:type="auto"/>
          </w:tcPr>
          <w:p w14:paraId="3E5FB8E6" w14:textId="77777777" w:rsidR="000772B4" w:rsidRDefault="00746A89">
            <w:pPr>
              <w:jc w:val="center"/>
            </w:pPr>
            <w:r>
              <w:t>соответствует</w:t>
            </w:r>
          </w:p>
        </w:tc>
      </w:tr>
    </w:tbl>
    <w:p w14:paraId="6F3D633F" w14:textId="77777777" w:rsidR="000772B4" w:rsidRDefault="000772B4">
      <w:pPr>
        <w:spacing w:after="40"/>
      </w:pPr>
    </w:p>
    <w:p w14:paraId="2115598E" w14:textId="77777777" w:rsidR="000772B4" w:rsidRPr="00794D67" w:rsidRDefault="00746A89">
      <w:pPr>
        <w:spacing w:after="80"/>
        <w:jc w:val="both"/>
        <w:rPr>
          <w:lang w:val="ru-RU"/>
        </w:rPr>
      </w:pPr>
      <w:r w:rsidRPr="00794D67">
        <w:rPr>
          <w:lang w:val="ru-RU"/>
        </w:rPr>
        <w:t xml:space="preserve">Решение по каждой системе состоит из двух независимых слоёв. Слой базового пути определяет топливную и мощностную конфигурацию: </w:t>
      </w:r>
      <w:r>
        <w:t>BASE</w:t>
      </w:r>
      <w:r w:rsidRPr="00794D67">
        <w:rPr>
          <w:lang w:val="ru-RU"/>
        </w:rPr>
        <w:t>-</w:t>
      </w:r>
      <w:r>
        <w:t>V</w:t>
      </w:r>
      <w:r w:rsidRPr="00794D67">
        <w:rPr>
          <w:lang w:val="ru-RU"/>
        </w:rPr>
        <w:t xml:space="preserve">0 — инерционное сохранение угольной генерации, </w:t>
      </w:r>
      <w:r>
        <w:t>BASE</w:t>
      </w:r>
      <w:r w:rsidRPr="00794D67">
        <w:rPr>
          <w:lang w:val="ru-RU"/>
        </w:rPr>
        <w:t>-</w:t>
      </w:r>
      <w:r>
        <w:t>V</w:t>
      </w:r>
      <w:r w:rsidRPr="00794D67">
        <w:rPr>
          <w:lang w:val="ru-RU"/>
        </w:rPr>
        <w:t xml:space="preserve">1 — газификация и замещение изношенного оборудования. Слой надёжности накладывается на базовый путь и от него не зависит: </w:t>
      </w:r>
      <w:r>
        <w:t>R</w:t>
      </w:r>
      <w:r w:rsidRPr="00794D67">
        <w:rPr>
          <w:lang w:val="ru-RU"/>
        </w:rPr>
        <w:t xml:space="preserve">0 — пакет не применяется, </w:t>
      </w:r>
      <w:r>
        <w:t>R</w:t>
      </w:r>
      <w:r w:rsidRPr="00794D67">
        <w:rPr>
          <w:lang w:val="ru-RU"/>
        </w:rPr>
        <w:t>1 — применяется.</w:t>
      </w:r>
    </w:p>
    <w:p w14:paraId="4B196531" w14:textId="77777777" w:rsidR="000772B4" w:rsidRPr="00794D67" w:rsidRDefault="00746A89">
      <w:pPr>
        <w:spacing w:after="80"/>
        <w:jc w:val="both"/>
        <w:rPr>
          <w:lang w:val="ru-RU"/>
        </w:rPr>
      </w:pPr>
      <w:r>
        <w:t>BASE</w:t>
      </w:r>
      <w:r w:rsidRPr="00794D67">
        <w:rPr>
          <w:lang w:val="ru-RU"/>
        </w:rPr>
        <w:t>-</w:t>
      </w:r>
      <w:r>
        <w:t>V</w:t>
      </w:r>
      <w:r w:rsidRPr="00794D67">
        <w:rPr>
          <w:lang w:val="ru-RU"/>
        </w:rPr>
        <w:t xml:space="preserve">0 отклоняется: он противоречит утверждённой программе газификации, не улучшает состояние оборудования и не обеспечивает покрытие перспективной нагрузки зоны УПК № 5. </w:t>
      </w:r>
      <w:r>
        <w:t>BASE</w:t>
      </w:r>
      <w:r w:rsidRPr="00794D67">
        <w:rPr>
          <w:lang w:val="ru-RU"/>
        </w:rPr>
        <w:t>-</w:t>
      </w:r>
      <w:r>
        <w:t>V</w:t>
      </w:r>
      <w:r w:rsidRPr="00794D67">
        <w:rPr>
          <w:lang w:val="ru-RU"/>
        </w:rPr>
        <w:t xml:space="preserve">1 принимается по всем десяти системам. Пакет </w:t>
      </w:r>
      <w:r>
        <w:t>R</w:t>
      </w:r>
      <w:r w:rsidRPr="00794D67">
        <w:rPr>
          <w:lang w:val="ru-RU"/>
        </w:rPr>
        <w:t xml:space="preserve">1 применяется по шести системам, </w:t>
      </w:r>
      <w:r>
        <w:t>R</w:t>
      </w:r>
      <w:r w:rsidRPr="00794D67">
        <w:rPr>
          <w:lang w:val="ru-RU"/>
        </w:rPr>
        <w:t xml:space="preserve">0 — по четырём. Прежние обозначения соотносятся так: </w:t>
      </w:r>
      <w:r>
        <w:t>V</w:t>
      </w:r>
      <w:r w:rsidRPr="00794D67">
        <w:rPr>
          <w:lang w:val="ru-RU"/>
        </w:rPr>
        <w:t xml:space="preserve">1 = </w:t>
      </w:r>
      <w:r>
        <w:t>BASE</w:t>
      </w:r>
      <w:r w:rsidRPr="00794D67">
        <w:rPr>
          <w:lang w:val="ru-RU"/>
        </w:rPr>
        <w:t>-</w:t>
      </w:r>
      <w:r>
        <w:t>V</w:t>
      </w:r>
      <w:r w:rsidRPr="00794D67">
        <w:rPr>
          <w:lang w:val="ru-RU"/>
        </w:rPr>
        <w:t xml:space="preserve">1 + </w:t>
      </w:r>
      <w:r>
        <w:t>R</w:t>
      </w:r>
      <w:r w:rsidRPr="00794D67">
        <w:rPr>
          <w:lang w:val="ru-RU"/>
        </w:rPr>
        <w:t xml:space="preserve">0, </w:t>
      </w:r>
      <w:r>
        <w:t>V</w:t>
      </w:r>
      <w:r w:rsidRPr="00794D67">
        <w:rPr>
          <w:lang w:val="ru-RU"/>
        </w:rPr>
        <w:t xml:space="preserve">2 = </w:t>
      </w:r>
      <w:r>
        <w:t>BASE</w:t>
      </w:r>
      <w:r w:rsidRPr="00794D67">
        <w:rPr>
          <w:lang w:val="ru-RU"/>
        </w:rPr>
        <w:t>-</w:t>
      </w:r>
      <w:r>
        <w:t>V</w:t>
      </w:r>
      <w:r w:rsidRPr="00794D67">
        <w:rPr>
          <w:lang w:val="ru-RU"/>
        </w:rPr>
        <w:t xml:space="preserve">1 + </w:t>
      </w:r>
      <w:r>
        <w:t>R</w:t>
      </w:r>
      <w:r w:rsidRPr="00794D67">
        <w:rPr>
          <w:lang w:val="ru-RU"/>
        </w:rPr>
        <w:t xml:space="preserve">1, </w:t>
      </w:r>
      <w:r>
        <w:t>V</w:t>
      </w:r>
      <w:r w:rsidRPr="00794D67">
        <w:rPr>
          <w:lang w:val="ru-RU"/>
        </w:rPr>
        <w:t xml:space="preserve">0 = </w:t>
      </w:r>
      <w:r>
        <w:t>BASE</w:t>
      </w:r>
      <w:r w:rsidRPr="00794D67">
        <w:rPr>
          <w:lang w:val="ru-RU"/>
        </w:rPr>
        <w:t>-</w:t>
      </w:r>
      <w:r>
        <w:t>V</w:t>
      </w:r>
      <w:r w:rsidRPr="00794D67">
        <w:rPr>
          <w:lang w:val="ru-RU"/>
        </w:rPr>
        <w:t xml:space="preserve">0 + </w:t>
      </w:r>
      <w:r>
        <w:t>R</w:t>
      </w:r>
      <w:r w:rsidRPr="00794D67">
        <w:rPr>
          <w:lang w:val="ru-RU"/>
        </w:rPr>
        <w:t>0; смысл решений не изменился, устранено перекрытие вариантов.</w:t>
      </w:r>
    </w:p>
    <w:p w14:paraId="284BE304" w14:textId="77777777" w:rsidR="000772B4" w:rsidRPr="00782666" w:rsidRDefault="00746A89">
      <w:pPr>
        <w:pStyle w:val="21"/>
        <w:rPr>
          <w:lang w:val="ru-RU"/>
        </w:rPr>
      </w:pPr>
      <w:bookmarkStart w:id="33" w:name="_Toc238015624"/>
      <w:r w:rsidRPr="00782666">
        <w:rPr>
          <w:lang w:val="ru-RU"/>
        </w:rPr>
        <w:t>5.7. Предпочтительный вариант по системам</w:t>
      </w:r>
      <w:bookmarkEnd w:id="33"/>
    </w:p>
    <w:p w14:paraId="0250DE9C" w14:textId="77777777" w:rsidR="000772B4" w:rsidRPr="00794D67" w:rsidRDefault="00746A89">
      <w:pPr>
        <w:keepNext/>
        <w:spacing w:before="160"/>
        <w:rPr>
          <w:lang w:val="ru-RU"/>
        </w:rPr>
      </w:pPr>
      <w:r w:rsidRPr="00794D67">
        <w:rPr>
          <w:b/>
          <w:lang w:val="ru-RU"/>
        </w:rPr>
        <w:t>Таблица 5.5 — Решения мастер-плана</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713"/>
        <w:gridCol w:w="1464"/>
        <w:gridCol w:w="1043"/>
        <w:gridCol w:w="1608"/>
        <w:gridCol w:w="1870"/>
        <w:gridCol w:w="1647"/>
      </w:tblGrid>
      <w:tr w:rsidR="000772B4" w14:paraId="6401D80A" w14:textId="77777777">
        <w:trPr>
          <w:cantSplit/>
          <w:tblHeader/>
          <w:jc w:val="center"/>
        </w:trPr>
        <w:tc>
          <w:tcPr>
            <w:tcW w:w="0" w:type="auto"/>
            <w:shd w:val="clear" w:color="auto" w:fill="E2F0D9"/>
          </w:tcPr>
          <w:p w14:paraId="7378A517" w14:textId="77777777" w:rsidR="000772B4" w:rsidRDefault="00746A89">
            <w:pPr>
              <w:jc w:val="center"/>
            </w:pPr>
            <w:r>
              <w:rPr>
                <w:b/>
              </w:rPr>
              <w:t>Территория</w:t>
            </w:r>
          </w:p>
        </w:tc>
        <w:tc>
          <w:tcPr>
            <w:tcW w:w="0" w:type="auto"/>
            <w:shd w:val="clear" w:color="auto" w:fill="E2F0D9"/>
          </w:tcPr>
          <w:p w14:paraId="766259D1" w14:textId="77777777" w:rsidR="000772B4" w:rsidRDefault="00746A89">
            <w:pPr>
              <w:jc w:val="center"/>
            </w:pPr>
            <w:r>
              <w:rPr>
                <w:b/>
              </w:rPr>
              <w:t>Источник</w:t>
            </w:r>
          </w:p>
        </w:tc>
        <w:tc>
          <w:tcPr>
            <w:tcW w:w="0" w:type="auto"/>
            <w:shd w:val="clear" w:color="auto" w:fill="E2F0D9"/>
          </w:tcPr>
          <w:p w14:paraId="361C9E70" w14:textId="77777777" w:rsidR="000772B4" w:rsidRDefault="00746A89">
            <w:pPr>
              <w:jc w:val="center"/>
            </w:pPr>
            <w:r>
              <w:rPr>
                <w:b/>
              </w:rPr>
              <w:t>Вариант</w:t>
            </w:r>
          </w:p>
        </w:tc>
        <w:tc>
          <w:tcPr>
            <w:tcW w:w="0" w:type="auto"/>
            <w:shd w:val="clear" w:color="auto" w:fill="E2F0D9"/>
          </w:tcPr>
          <w:p w14:paraId="02F6FDBE" w14:textId="77777777" w:rsidR="000772B4" w:rsidRDefault="00746A89">
            <w:pPr>
              <w:jc w:val="center"/>
            </w:pPr>
            <w:r>
              <w:rPr>
                <w:b/>
              </w:rPr>
              <w:t>Год газификации</w:t>
            </w:r>
          </w:p>
        </w:tc>
        <w:tc>
          <w:tcPr>
            <w:tcW w:w="0" w:type="auto"/>
            <w:shd w:val="clear" w:color="auto" w:fill="E2F0D9"/>
          </w:tcPr>
          <w:p w14:paraId="58710756" w14:textId="77777777" w:rsidR="000772B4" w:rsidRDefault="00746A89">
            <w:pPr>
              <w:jc w:val="center"/>
            </w:pPr>
            <w:r>
              <w:rPr>
                <w:b/>
              </w:rPr>
              <w:t>Капитальные вложения, тыс. руб.</w:t>
            </w:r>
          </w:p>
        </w:tc>
        <w:tc>
          <w:tcPr>
            <w:tcW w:w="0" w:type="auto"/>
            <w:shd w:val="clear" w:color="auto" w:fill="E2F0D9"/>
          </w:tcPr>
          <w:p w14:paraId="0333599F" w14:textId="77777777" w:rsidR="000772B4" w:rsidRDefault="00746A89">
            <w:pPr>
              <w:jc w:val="center"/>
            </w:pPr>
            <w:r>
              <w:rPr>
                <w:b/>
              </w:rPr>
              <w:t>Состояние решения</w:t>
            </w:r>
          </w:p>
        </w:tc>
      </w:tr>
      <w:tr w:rsidR="000772B4" w14:paraId="484F4DC6" w14:textId="77777777">
        <w:trPr>
          <w:cantSplit/>
          <w:jc w:val="center"/>
        </w:trPr>
        <w:tc>
          <w:tcPr>
            <w:tcW w:w="0" w:type="auto"/>
          </w:tcPr>
          <w:p w14:paraId="35C9E914" w14:textId="77777777" w:rsidR="000772B4" w:rsidRDefault="00746A89">
            <w:r>
              <w:t>Таштагольская</w:t>
            </w:r>
          </w:p>
        </w:tc>
        <w:tc>
          <w:tcPr>
            <w:tcW w:w="0" w:type="auto"/>
          </w:tcPr>
          <w:p w14:paraId="1DFF6EE6" w14:textId="77777777" w:rsidR="000772B4" w:rsidRDefault="00746A89">
            <w:pPr>
              <w:jc w:val="center"/>
            </w:pPr>
            <w:r>
              <w:t>УПК № 1</w:t>
            </w:r>
          </w:p>
        </w:tc>
        <w:tc>
          <w:tcPr>
            <w:tcW w:w="0" w:type="auto"/>
          </w:tcPr>
          <w:p w14:paraId="6B4E1DBB" w14:textId="77777777" w:rsidR="000772B4" w:rsidRDefault="00746A89">
            <w:pPr>
              <w:jc w:val="center"/>
            </w:pPr>
            <w:r>
              <w:t>V1</w:t>
            </w:r>
          </w:p>
        </w:tc>
        <w:tc>
          <w:tcPr>
            <w:tcW w:w="0" w:type="auto"/>
          </w:tcPr>
          <w:p w14:paraId="2ED78745" w14:textId="77777777" w:rsidR="000772B4" w:rsidRDefault="00746A89">
            <w:pPr>
              <w:jc w:val="center"/>
            </w:pPr>
            <w:r>
              <w:t>2035</w:t>
            </w:r>
          </w:p>
        </w:tc>
        <w:tc>
          <w:tcPr>
            <w:tcW w:w="0" w:type="auto"/>
          </w:tcPr>
          <w:p w14:paraId="1D6D311E" w14:textId="77777777" w:rsidR="000772B4" w:rsidRDefault="00746A89">
            <w:pPr>
              <w:jc w:val="center"/>
            </w:pPr>
            <w:r>
              <w:t>382 000,0</w:t>
            </w:r>
          </w:p>
        </w:tc>
        <w:tc>
          <w:tcPr>
            <w:tcW w:w="0" w:type="auto"/>
          </w:tcPr>
          <w:p w14:paraId="01021795" w14:textId="77777777" w:rsidR="000772B4" w:rsidRDefault="00746A89">
            <w:pPr>
              <w:jc w:val="center"/>
            </w:pPr>
            <w:r>
              <w:t>CONFIRMED</w:t>
            </w:r>
          </w:p>
        </w:tc>
      </w:tr>
      <w:tr w:rsidR="000772B4" w14:paraId="2A7C2D0E" w14:textId="77777777">
        <w:trPr>
          <w:cantSplit/>
          <w:jc w:val="center"/>
        </w:trPr>
        <w:tc>
          <w:tcPr>
            <w:tcW w:w="0" w:type="auto"/>
          </w:tcPr>
          <w:p w14:paraId="256789F0" w14:textId="77777777" w:rsidR="000772B4" w:rsidRDefault="00746A89">
            <w:r>
              <w:t>Таштагольская</w:t>
            </w:r>
          </w:p>
        </w:tc>
        <w:tc>
          <w:tcPr>
            <w:tcW w:w="0" w:type="auto"/>
          </w:tcPr>
          <w:p w14:paraId="10237570" w14:textId="77777777" w:rsidR="000772B4" w:rsidRDefault="00746A89">
            <w:pPr>
              <w:jc w:val="center"/>
            </w:pPr>
            <w:r>
              <w:t>УПК № 2 Шалым</w:t>
            </w:r>
          </w:p>
        </w:tc>
        <w:tc>
          <w:tcPr>
            <w:tcW w:w="0" w:type="auto"/>
          </w:tcPr>
          <w:p w14:paraId="3B5CF479" w14:textId="77777777" w:rsidR="000772B4" w:rsidRDefault="00746A89">
            <w:pPr>
              <w:jc w:val="center"/>
            </w:pPr>
            <w:r>
              <w:t>V1</w:t>
            </w:r>
          </w:p>
        </w:tc>
        <w:tc>
          <w:tcPr>
            <w:tcW w:w="0" w:type="auto"/>
          </w:tcPr>
          <w:p w14:paraId="781B94EE" w14:textId="77777777" w:rsidR="000772B4" w:rsidRDefault="00746A89">
            <w:pPr>
              <w:jc w:val="center"/>
            </w:pPr>
            <w:r>
              <w:t>2035</w:t>
            </w:r>
          </w:p>
        </w:tc>
        <w:tc>
          <w:tcPr>
            <w:tcW w:w="0" w:type="auto"/>
          </w:tcPr>
          <w:p w14:paraId="552D5988" w14:textId="77777777" w:rsidR="000772B4" w:rsidRDefault="00746A89">
            <w:pPr>
              <w:jc w:val="center"/>
            </w:pPr>
            <w:r>
              <w:t>59 289,0</w:t>
            </w:r>
          </w:p>
        </w:tc>
        <w:tc>
          <w:tcPr>
            <w:tcW w:w="0" w:type="auto"/>
          </w:tcPr>
          <w:p w14:paraId="47D0A5F9" w14:textId="77777777" w:rsidR="000772B4" w:rsidRDefault="00746A89">
            <w:pPr>
              <w:jc w:val="center"/>
            </w:pPr>
            <w:r>
              <w:t>ожидает сведений</w:t>
            </w:r>
          </w:p>
        </w:tc>
      </w:tr>
      <w:tr w:rsidR="000772B4" w14:paraId="7F4FA426" w14:textId="77777777">
        <w:trPr>
          <w:cantSplit/>
          <w:jc w:val="center"/>
        </w:trPr>
        <w:tc>
          <w:tcPr>
            <w:tcW w:w="0" w:type="auto"/>
          </w:tcPr>
          <w:p w14:paraId="78D945A1" w14:textId="77777777" w:rsidR="000772B4" w:rsidRDefault="00746A89">
            <w:r>
              <w:t>Таштагольская</w:t>
            </w:r>
          </w:p>
        </w:tc>
        <w:tc>
          <w:tcPr>
            <w:tcW w:w="0" w:type="auto"/>
          </w:tcPr>
          <w:p w14:paraId="42511FA2" w14:textId="77777777" w:rsidR="000772B4" w:rsidRDefault="00746A89">
            <w:pPr>
              <w:jc w:val="center"/>
            </w:pPr>
            <w:r>
              <w:t>УПК № 2 ЦМК</w:t>
            </w:r>
          </w:p>
        </w:tc>
        <w:tc>
          <w:tcPr>
            <w:tcW w:w="0" w:type="auto"/>
          </w:tcPr>
          <w:p w14:paraId="3D37644A" w14:textId="77777777" w:rsidR="000772B4" w:rsidRDefault="00746A89">
            <w:pPr>
              <w:jc w:val="center"/>
            </w:pPr>
            <w:r>
              <w:t>V1</w:t>
            </w:r>
          </w:p>
        </w:tc>
        <w:tc>
          <w:tcPr>
            <w:tcW w:w="0" w:type="auto"/>
          </w:tcPr>
          <w:p w14:paraId="110F4DF1" w14:textId="77777777" w:rsidR="000772B4" w:rsidRDefault="00746A89">
            <w:pPr>
              <w:jc w:val="center"/>
            </w:pPr>
            <w:r>
              <w:t>2035</w:t>
            </w:r>
          </w:p>
        </w:tc>
        <w:tc>
          <w:tcPr>
            <w:tcW w:w="0" w:type="auto"/>
          </w:tcPr>
          <w:p w14:paraId="132DCEFA" w14:textId="77777777" w:rsidR="000772B4" w:rsidRDefault="00746A89">
            <w:pPr>
              <w:jc w:val="center"/>
            </w:pPr>
            <w:r>
              <w:t>29 644,0</w:t>
            </w:r>
          </w:p>
        </w:tc>
        <w:tc>
          <w:tcPr>
            <w:tcW w:w="0" w:type="auto"/>
          </w:tcPr>
          <w:p w14:paraId="5F69F7AD" w14:textId="77777777" w:rsidR="000772B4" w:rsidRDefault="00746A89">
            <w:pPr>
              <w:jc w:val="center"/>
            </w:pPr>
            <w:r>
              <w:t>CONFIRMED</w:t>
            </w:r>
          </w:p>
        </w:tc>
      </w:tr>
      <w:tr w:rsidR="000772B4" w14:paraId="4F2A2B7F" w14:textId="77777777">
        <w:trPr>
          <w:cantSplit/>
          <w:jc w:val="center"/>
        </w:trPr>
        <w:tc>
          <w:tcPr>
            <w:tcW w:w="0" w:type="auto"/>
          </w:tcPr>
          <w:p w14:paraId="2D59531F" w14:textId="77777777" w:rsidR="000772B4" w:rsidRDefault="00746A89">
            <w:r>
              <w:t>Таштагольская</w:t>
            </w:r>
          </w:p>
        </w:tc>
        <w:tc>
          <w:tcPr>
            <w:tcW w:w="0" w:type="auto"/>
          </w:tcPr>
          <w:p w14:paraId="56D695EA" w14:textId="77777777" w:rsidR="000772B4" w:rsidRDefault="00746A89">
            <w:pPr>
              <w:jc w:val="center"/>
            </w:pPr>
            <w:r>
              <w:t>УПК № 9 ГРЭ</w:t>
            </w:r>
          </w:p>
        </w:tc>
        <w:tc>
          <w:tcPr>
            <w:tcW w:w="0" w:type="auto"/>
          </w:tcPr>
          <w:p w14:paraId="0142210E" w14:textId="77777777" w:rsidR="000772B4" w:rsidRDefault="00746A89">
            <w:pPr>
              <w:jc w:val="center"/>
            </w:pPr>
            <w:r>
              <w:t>V2</w:t>
            </w:r>
          </w:p>
        </w:tc>
        <w:tc>
          <w:tcPr>
            <w:tcW w:w="0" w:type="auto"/>
          </w:tcPr>
          <w:p w14:paraId="60FAD0E7" w14:textId="77777777" w:rsidR="000772B4" w:rsidRDefault="00746A89">
            <w:pPr>
              <w:jc w:val="center"/>
            </w:pPr>
            <w:r>
              <w:t>2035</w:t>
            </w:r>
          </w:p>
        </w:tc>
        <w:tc>
          <w:tcPr>
            <w:tcW w:w="0" w:type="auto"/>
          </w:tcPr>
          <w:p w14:paraId="112D1E51" w14:textId="77777777" w:rsidR="000772B4" w:rsidRDefault="00746A89">
            <w:pPr>
              <w:jc w:val="center"/>
            </w:pPr>
            <w:r>
              <w:t>17 786,0 + не определено</w:t>
            </w:r>
          </w:p>
        </w:tc>
        <w:tc>
          <w:tcPr>
            <w:tcW w:w="0" w:type="auto"/>
          </w:tcPr>
          <w:p w14:paraId="0AF0B3B0" w14:textId="77777777" w:rsidR="000772B4" w:rsidRDefault="00746A89">
            <w:pPr>
              <w:jc w:val="center"/>
            </w:pPr>
            <w:r>
              <w:t>ожидает сведений</w:t>
            </w:r>
          </w:p>
        </w:tc>
      </w:tr>
      <w:tr w:rsidR="000772B4" w14:paraId="4DC77A9C" w14:textId="77777777">
        <w:trPr>
          <w:cantSplit/>
          <w:jc w:val="center"/>
        </w:trPr>
        <w:tc>
          <w:tcPr>
            <w:tcW w:w="0" w:type="auto"/>
          </w:tcPr>
          <w:p w14:paraId="1FD388B2" w14:textId="77777777" w:rsidR="000772B4" w:rsidRDefault="00746A89">
            <w:r>
              <w:t>Шерегешская</w:t>
            </w:r>
          </w:p>
        </w:tc>
        <w:tc>
          <w:tcPr>
            <w:tcW w:w="0" w:type="auto"/>
          </w:tcPr>
          <w:p w14:paraId="112FDB2D" w14:textId="77777777" w:rsidR="000772B4" w:rsidRDefault="00746A89">
            <w:pPr>
              <w:jc w:val="center"/>
            </w:pPr>
            <w:r>
              <w:t>УПК № 5 Новый Шерегеш</w:t>
            </w:r>
          </w:p>
        </w:tc>
        <w:tc>
          <w:tcPr>
            <w:tcW w:w="0" w:type="auto"/>
          </w:tcPr>
          <w:p w14:paraId="73F7FDE6" w14:textId="77777777" w:rsidR="000772B4" w:rsidRDefault="00746A89">
            <w:pPr>
              <w:jc w:val="center"/>
            </w:pPr>
            <w:r>
              <w:t>V2</w:t>
            </w:r>
          </w:p>
        </w:tc>
        <w:tc>
          <w:tcPr>
            <w:tcW w:w="0" w:type="auto"/>
          </w:tcPr>
          <w:p w14:paraId="0BD4555F" w14:textId="77777777" w:rsidR="000772B4" w:rsidRDefault="00746A89">
            <w:pPr>
              <w:jc w:val="center"/>
            </w:pPr>
            <w:r>
              <w:t>уточняется</w:t>
            </w:r>
          </w:p>
        </w:tc>
        <w:tc>
          <w:tcPr>
            <w:tcW w:w="0" w:type="auto"/>
          </w:tcPr>
          <w:p w14:paraId="6BDBD7E1" w14:textId="77777777" w:rsidR="000772B4" w:rsidRDefault="00746A89">
            <w:pPr>
              <w:jc w:val="center"/>
            </w:pPr>
            <w:r>
              <w:t>652 186,0 + не определено</w:t>
            </w:r>
          </w:p>
        </w:tc>
        <w:tc>
          <w:tcPr>
            <w:tcW w:w="0" w:type="auto"/>
          </w:tcPr>
          <w:p w14:paraId="6BF5BFAF" w14:textId="77777777" w:rsidR="000772B4" w:rsidRDefault="00746A89">
            <w:pPr>
              <w:jc w:val="center"/>
            </w:pPr>
            <w:r>
              <w:t>решение ГИПа</w:t>
            </w:r>
          </w:p>
        </w:tc>
      </w:tr>
      <w:tr w:rsidR="000772B4" w14:paraId="6B9BDCAF" w14:textId="77777777">
        <w:trPr>
          <w:cantSplit/>
          <w:jc w:val="center"/>
        </w:trPr>
        <w:tc>
          <w:tcPr>
            <w:tcW w:w="0" w:type="auto"/>
          </w:tcPr>
          <w:p w14:paraId="78B78B02" w14:textId="77777777" w:rsidR="000772B4" w:rsidRDefault="00746A89">
            <w:r>
              <w:t>Шерегешская</w:t>
            </w:r>
          </w:p>
        </w:tc>
        <w:tc>
          <w:tcPr>
            <w:tcW w:w="0" w:type="auto"/>
          </w:tcPr>
          <w:p w14:paraId="345CD1D9" w14:textId="77777777" w:rsidR="000772B4" w:rsidRDefault="00746A89">
            <w:pPr>
              <w:jc w:val="center"/>
            </w:pPr>
            <w:r>
              <w:t>УПК № 6 Старый Шерегеш</w:t>
            </w:r>
          </w:p>
        </w:tc>
        <w:tc>
          <w:tcPr>
            <w:tcW w:w="0" w:type="auto"/>
          </w:tcPr>
          <w:p w14:paraId="67EB5110" w14:textId="77777777" w:rsidR="000772B4" w:rsidRDefault="00746A89">
            <w:pPr>
              <w:jc w:val="center"/>
            </w:pPr>
            <w:r>
              <w:t>V1</w:t>
            </w:r>
          </w:p>
        </w:tc>
        <w:tc>
          <w:tcPr>
            <w:tcW w:w="0" w:type="auto"/>
          </w:tcPr>
          <w:p w14:paraId="4991CDD8" w14:textId="77777777" w:rsidR="000772B4" w:rsidRDefault="00746A89">
            <w:pPr>
              <w:jc w:val="center"/>
            </w:pPr>
            <w:r>
              <w:t>уточняется</w:t>
            </w:r>
          </w:p>
        </w:tc>
        <w:tc>
          <w:tcPr>
            <w:tcW w:w="0" w:type="auto"/>
          </w:tcPr>
          <w:p w14:paraId="7992BB0C" w14:textId="77777777" w:rsidR="000772B4" w:rsidRDefault="00746A89">
            <w:pPr>
              <w:jc w:val="center"/>
            </w:pPr>
            <w:r>
              <w:t>41 502,0</w:t>
            </w:r>
          </w:p>
        </w:tc>
        <w:tc>
          <w:tcPr>
            <w:tcW w:w="0" w:type="auto"/>
          </w:tcPr>
          <w:p w14:paraId="0D1EA490" w14:textId="77777777" w:rsidR="000772B4" w:rsidRDefault="00746A89">
            <w:pPr>
              <w:jc w:val="center"/>
            </w:pPr>
            <w:r>
              <w:t>ожидает сведений</w:t>
            </w:r>
          </w:p>
        </w:tc>
      </w:tr>
      <w:tr w:rsidR="000772B4" w14:paraId="0FF4362A" w14:textId="77777777">
        <w:trPr>
          <w:cantSplit/>
          <w:jc w:val="center"/>
        </w:trPr>
        <w:tc>
          <w:tcPr>
            <w:tcW w:w="0" w:type="auto"/>
          </w:tcPr>
          <w:p w14:paraId="556E2480" w14:textId="77777777" w:rsidR="000772B4" w:rsidRDefault="00746A89">
            <w:r>
              <w:t>Казская</w:t>
            </w:r>
          </w:p>
        </w:tc>
        <w:tc>
          <w:tcPr>
            <w:tcW w:w="0" w:type="auto"/>
          </w:tcPr>
          <w:p w14:paraId="7D7B374F" w14:textId="77777777" w:rsidR="000772B4" w:rsidRDefault="00746A89">
            <w:pPr>
              <w:jc w:val="center"/>
            </w:pPr>
            <w:r>
              <w:t>УПК № 7 Каз</w:t>
            </w:r>
          </w:p>
        </w:tc>
        <w:tc>
          <w:tcPr>
            <w:tcW w:w="0" w:type="auto"/>
          </w:tcPr>
          <w:p w14:paraId="7B05D8B7" w14:textId="77777777" w:rsidR="000772B4" w:rsidRDefault="00746A89">
            <w:pPr>
              <w:jc w:val="center"/>
            </w:pPr>
            <w:r>
              <w:t>V2</w:t>
            </w:r>
          </w:p>
        </w:tc>
        <w:tc>
          <w:tcPr>
            <w:tcW w:w="0" w:type="auto"/>
          </w:tcPr>
          <w:p w14:paraId="2A57F0F9" w14:textId="77777777" w:rsidR="000772B4" w:rsidRDefault="00746A89">
            <w:pPr>
              <w:jc w:val="center"/>
            </w:pPr>
            <w:r>
              <w:t>2034</w:t>
            </w:r>
          </w:p>
        </w:tc>
        <w:tc>
          <w:tcPr>
            <w:tcW w:w="0" w:type="auto"/>
          </w:tcPr>
          <w:p w14:paraId="0AC44A1D" w14:textId="77777777" w:rsidR="000772B4" w:rsidRDefault="00746A89">
            <w:pPr>
              <w:jc w:val="center"/>
            </w:pPr>
            <w:r>
              <w:t>177 868,0 + не определено</w:t>
            </w:r>
          </w:p>
        </w:tc>
        <w:tc>
          <w:tcPr>
            <w:tcW w:w="0" w:type="auto"/>
          </w:tcPr>
          <w:p w14:paraId="275C0338" w14:textId="77777777" w:rsidR="000772B4" w:rsidRDefault="00746A89">
            <w:pPr>
              <w:jc w:val="center"/>
            </w:pPr>
            <w:r>
              <w:t>ожидает модели</w:t>
            </w:r>
          </w:p>
        </w:tc>
      </w:tr>
      <w:tr w:rsidR="000772B4" w14:paraId="4A6B0519" w14:textId="77777777">
        <w:trPr>
          <w:cantSplit/>
          <w:jc w:val="center"/>
        </w:trPr>
        <w:tc>
          <w:tcPr>
            <w:tcW w:w="0" w:type="auto"/>
          </w:tcPr>
          <w:p w14:paraId="26CEB34A" w14:textId="77777777" w:rsidR="000772B4" w:rsidRDefault="00746A89">
            <w:r>
              <w:t>Мундыбашская</w:t>
            </w:r>
          </w:p>
        </w:tc>
        <w:tc>
          <w:tcPr>
            <w:tcW w:w="0" w:type="auto"/>
          </w:tcPr>
          <w:p w14:paraId="62C0E30A" w14:textId="77777777" w:rsidR="000772B4" w:rsidRDefault="00746A89">
            <w:pPr>
              <w:jc w:val="center"/>
            </w:pPr>
            <w:r>
              <w:t>УПК № 8 Мундыбаш</w:t>
            </w:r>
          </w:p>
        </w:tc>
        <w:tc>
          <w:tcPr>
            <w:tcW w:w="0" w:type="auto"/>
          </w:tcPr>
          <w:p w14:paraId="1CD2E993" w14:textId="77777777" w:rsidR="000772B4" w:rsidRDefault="00746A89">
            <w:pPr>
              <w:jc w:val="center"/>
            </w:pPr>
            <w:r>
              <w:t>V1</w:t>
            </w:r>
          </w:p>
        </w:tc>
        <w:tc>
          <w:tcPr>
            <w:tcW w:w="0" w:type="auto"/>
          </w:tcPr>
          <w:p w14:paraId="6257784E" w14:textId="77777777" w:rsidR="000772B4" w:rsidRDefault="00746A89">
            <w:pPr>
              <w:jc w:val="center"/>
            </w:pPr>
            <w:r>
              <w:t>2034</w:t>
            </w:r>
          </w:p>
        </w:tc>
        <w:tc>
          <w:tcPr>
            <w:tcW w:w="0" w:type="auto"/>
          </w:tcPr>
          <w:p w14:paraId="50AF2240" w14:textId="77777777" w:rsidR="000772B4" w:rsidRDefault="00746A89">
            <w:pPr>
              <w:jc w:val="center"/>
            </w:pPr>
            <w:r>
              <w:t>78 262,0</w:t>
            </w:r>
          </w:p>
        </w:tc>
        <w:tc>
          <w:tcPr>
            <w:tcW w:w="0" w:type="auto"/>
          </w:tcPr>
          <w:p w14:paraId="69C1C9E3" w14:textId="77777777" w:rsidR="000772B4" w:rsidRDefault="00746A89">
            <w:pPr>
              <w:jc w:val="center"/>
            </w:pPr>
            <w:r>
              <w:t>CONFIRMED</w:t>
            </w:r>
          </w:p>
        </w:tc>
      </w:tr>
      <w:tr w:rsidR="000772B4" w14:paraId="527A68FE" w14:textId="77777777">
        <w:trPr>
          <w:cantSplit/>
          <w:jc w:val="center"/>
        </w:trPr>
        <w:tc>
          <w:tcPr>
            <w:tcW w:w="0" w:type="auto"/>
          </w:tcPr>
          <w:p w14:paraId="06AF5EB0" w14:textId="77777777" w:rsidR="000772B4" w:rsidRDefault="00746A89">
            <w:r>
              <w:t>Темиртауская</w:t>
            </w:r>
          </w:p>
        </w:tc>
        <w:tc>
          <w:tcPr>
            <w:tcW w:w="0" w:type="auto"/>
          </w:tcPr>
          <w:p w14:paraId="10D027CF" w14:textId="77777777" w:rsidR="000772B4" w:rsidRDefault="00746A89">
            <w:pPr>
              <w:jc w:val="center"/>
            </w:pPr>
            <w:r>
              <w:t>УПК № 10 Темир-Тау</w:t>
            </w:r>
          </w:p>
        </w:tc>
        <w:tc>
          <w:tcPr>
            <w:tcW w:w="0" w:type="auto"/>
          </w:tcPr>
          <w:p w14:paraId="1C93E793" w14:textId="77777777" w:rsidR="000772B4" w:rsidRDefault="00746A89">
            <w:pPr>
              <w:jc w:val="center"/>
            </w:pPr>
            <w:r>
              <w:t>V1</w:t>
            </w:r>
          </w:p>
        </w:tc>
        <w:tc>
          <w:tcPr>
            <w:tcW w:w="0" w:type="auto"/>
          </w:tcPr>
          <w:p w14:paraId="7127AECB" w14:textId="77777777" w:rsidR="000772B4" w:rsidRDefault="00746A89">
            <w:pPr>
              <w:jc w:val="center"/>
            </w:pPr>
            <w:r>
              <w:t>2034</w:t>
            </w:r>
          </w:p>
        </w:tc>
        <w:tc>
          <w:tcPr>
            <w:tcW w:w="0" w:type="auto"/>
          </w:tcPr>
          <w:p w14:paraId="1A698B06" w14:textId="77777777" w:rsidR="000772B4" w:rsidRDefault="00746A89">
            <w:pPr>
              <w:jc w:val="center"/>
            </w:pPr>
            <w:r>
              <w:t>71 147,0</w:t>
            </w:r>
          </w:p>
        </w:tc>
        <w:tc>
          <w:tcPr>
            <w:tcW w:w="0" w:type="auto"/>
          </w:tcPr>
          <w:p w14:paraId="5E072099" w14:textId="77777777" w:rsidR="000772B4" w:rsidRDefault="00746A89">
            <w:pPr>
              <w:jc w:val="center"/>
            </w:pPr>
            <w:r>
              <w:t>ожидает сведений</w:t>
            </w:r>
          </w:p>
        </w:tc>
      </w:tr>
      <w:tr w:rsidR="000772B4" w14:paraId="0E2E2CA7" w14:textId="77777777">
        <w:trPr>
          <w:cantSplit/>
          <w:jc w:val="center"/>
        </w:trPr>
        <w:tc>
          <w:tcPr>
            <w:tcW w:w="0" w:type="auto"/>
          </w:tcPr>
          <w:p w14:paraId="3D1AC931" w14:textId="77777777" w:rsidR="000772B4" w:rsidRDefault="00746A89">
            <w:r>
              <w:t>Спасская</w:t>
            </w:r>
          </w:p>
        </w:tc>
        <w:tc>
          <w:tcPr>
            <w:tcW w:w="0" w:type="auto"/>
          </w:tcPr>
          <w:p w14:paraId="47A52C60" w14:textId="77777777" w:rsidR="000772B4" w:rsidRDefault="00746A89">
            <w:pPr>
              <w:jc w:val="center"/>
            </w:pPr>
            <w:r>
              <w:t>УПК № 3 Спасск</w:t>
            </w:r>
          </w:p>
        </w:tc>
        <w:tc>
          <w:tcPr>
            <w:tcW w:w="0" w:type="auto"/>
          </w:tcPr>
          <w:p w14:paraId="26A434F8" w14:textId="77777777" w:rsidR="000772B4" w:rsidRDefault="00746A89">
            <w:pPr>
              <w:jc w:val="center"/>
            </w:pPr>
            <w:r>
              <w:t>V2</w:t>
            </w:r>
          </w:p>
        </w:tc>
        <w:tc>
          <w:tcPr>
            <w:tcW w:w="0" w:type="auto"/>
          </w:tcPr>
          <w:p w14:paraId="0490DC9F" w14:textId="77777777" w:rsidR="000772B4" w:rsidRDefault="00746A89">
            <w:pPr>
              <w:jc w:val="center"/>
            </w:pPr>
            <w:r>
              <w:t>2035</w:t>
            </w:r>
          </w:p>
        </w:tc>
        <w:tc>
          <w:tcPr>
            <w:tcW w:w="0" w:type="auto"/>
          </w:tcPr>
          <w:p w14:paraId="446C8106" w14:textId="77777777" w:rsidR="000772B4" w:rsidRDefault="00746A89">
            <w:pPr>
              <w:jc w:val="center"/>
            </w:pPr>
            <w:r>
              <w:t>29 644,0 + не определено</w:t>
            </w:r>
          </w:p>
        </w:tc>
        <w:tc>
          <w:tcPr>
            <w:tcW w:w="0" w:type="auto"/>
          </w:tcPr>
          <w:p w14:paraId="119EA50A" w14:textId="77777777" w:rsidR="000772B4" w:rsidRDefault="00746A89">
            <w:pPr>
              <w:jc w:val="center"/>
            </w:pPr>
            <w:r>
              <w:t>варианты не разрешены</w:t>
            </w:r>
          </w:p>
        </w:tc>
      </w:tr>
    </w:tbl>
    <w:p w14:paraId="1C73C91A" w14:textId="77777777" w:rsidR="000772B4" w:rsidRDefault="000772B4">
      <w:pPr>
        <w:spacing w:after="40"/>
      </w:pPr>
    </w:p>
    <w:p w14:paraId="20F6BA65" w14:textId="77777777" w:rsidR="000772B4" w:rsidRPr="00794D67" w:rsidRDefault="00746A89">
      <w:pPr>
        <w:spacing w:after="80"/>
        <w:jc w:val="both"/>
        <w:rPr>
          <w:lang w:val="ru-RU"/>
        </w:rPr>
      </w:pPr>
      <w:r w:rsidRPr="00794D67">
        <w:rPr>
          <w:lang w:val="ru-RU"/>
        </w:rPr>
        <w:t>Подтверждённых решений три: УПК № 1, УПК № 2 ЦМК и УПК № 8 «Мундыбаш». Остальные семь имеют предпочтительный вариант, но требуют получения недостающих сведений, результатов моделирования либо решения главного инженера проекта.</w:t>
      </w:r>
    </w:p>
    <w:p w14:paraId="34598743" w14:textId="77777777" w:rsidR="000772B4" w:rsidRPr="00782666" w:rsidRDefault="00746A89">
      <w:pPr>
        <w:pStyle w:val="31"/>
        <w:rPr>
          <w:sz w:val="28"/>
          <w:szCs w:val="28"/>
          <w:lang w:val="ru-RU"/>
        </w:rPr>
      </w:pPr>
      <w:r w:rsidRPr="00782666">
        <w:rPr>
          <w:sz w:val="28"/>
          <w:szCs w:val="28"/>
          <w:lang w:val="ru-RU"/>
        </w:rPr>
        <w:t>5.7.1. Последствия инерционного варианта</w:t>
      </w:r>
    </w:p>
    <w:p w14:paraId="69A6F59F" w14:textId="77777777" w:rsidR="000772B4" w:rsidRPr="00794D67" w:rsidRDefault="00746A89">
      <w:pPr>
        <w:spacing w:after="80"/>
        <w:jc w:val="both"/>
        <w:rPr>
          <w:lang w:val="ru-RU"/>
        </w:rPr>
      </w:pPr>
      <w:r w:rsidRPr="00794D67">
        <w:rPr>
          <w:lang w:val="ru-RU"/>
        </w:rPr>
        <w:t xml:space="preserve">Отклонение варианта </w:t>
      </w:r>
      <w:r>
        <w:t>V</w:t>
      </w:r>
      <w:r w:rsidRPr="00794D67">
        <w:rPr>
          <w:lang w:val="ru-RU"/>
        </w:rPr>
        <w:t>0 обосновывается его последствиями, а не общим соображением о предпочтительности газа.</w:t>
      </w:r>
    </w:p>
    <w:p w14:paraId="4529BE43" w14:textId="77777777" w:rsidR="000772B4" w:rsidRPr="00794D67" w:rsidRDefault="00746A89">
      <w:pPr>
        <w:keepNext/>
        <w:spacing w:before="160"/>
        <w:rPr>
          <w:lang w:val="ru-RU"/>
        </w:rPr>
      </w:pPr>
      <w:r w:rsidRPr="00794D67">
        <w:rPr>
          <w:b/>
          <w:lang w:val="ru-RU"/>
        </w:rPr>
        <w:t>Таблица 5.6 — Последствия сохранения существующей конфигурации к 2036 году</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187"/>
        <w:gridCol w:w="4451"/>
        <w:gridCol w:w="2707"/>
      </w:tblGrid>
      <w:tr w:rsidR="000772B4" w14:paraId="56316449" w14:textId="77777777">
        <w:trPr>
          <w:cantSplit/>
          <w:tblHeader/>
          <w:jc w:val="center"/>
        </w:trPr>
        <w:tc>
          <w:tcPr>
            <w:tcW w:w="0" w:type="auto"/>
            <w:shd w:val="clear" w:color="auto" w:fill="E2F0D9"/>
          </w:tcPr>
          <w:p w14:paraId="6D74E096" w14:textId="77777777" w:rsidR="000772B4" w:rsidRDefault="00746A89">
            <w:pPr>
              <w:jc w:val="center"/>
            </w:pPr>
            <w:r>
              <w:rPr>
                <w:b/>
              </w:rPr>
              <w:t>Аспект</w:t>
            </w:r>
          </w:p>
        </w:tc>
        <w:tc>
          <w:tcPr>
            <w:tcW w:w="0" w:type="auto"/>
            <w:shd w:val="clear" w:color="auto" w:fill="E2F0D9"/>
          </w:tcPr>
          <w:p w14:paraId="37D8C8F0" w14:textId="77777777" w:rsidR="000772B4" w:rsidRDefault="00746A89">
            <w:pPr>
              <w:jc w:val="center"/>
            </w:pPr>
            <w:r>
              <w:rPr>
                <w:b/>
              </w:rPr>
              <w:t>Состояние при варианте V0</w:t>
            </w:r>
          </w:p>
        </w:tc>
        <w:tc>
          <w:tcPr>
            <w:tcW w:w="0" w:type="auto"/>
            <w:shd w:val="clear" w:color="auto" w:fill="E2F0D9"/>
          </w:tcPr>
          <w:p w14:paraId="12A16F24" w14:textId="77777777" w:rsidR="000772B4" w:rsidRDefault="00746A89">
            <w:pPr>
              <w:jc w:val="center"/>
            </w:pPr>
            <w:r>
              <w:rPr>
                <w:b/>
              </w:rPr>
              <w:t>Оценка</w:t>
            </w:r>
          </w:p>
        </w:tc>
      </w:tr>
      <w:tr w:rsidR="000772B4" w:rsidRPr="00C07C05" w14:paraId="66C1A4D5" w14:textId="77777777">
        <w:trPr>
          <w:cantSplit/>
          <w:jc w:val="center"/>
        </w:trPr>
        <w:tc>
          <w:tcPr>
            <w:tcW w:w="0" w:type="auto"/>
          </w:tcPr>
          <w:p w14:paraId="3FE124CD" w14:textId="77777777" w:rsidR="000772B4" w:rsidRDefault="00746A89">
            <w:r>
              <w:t>Топливо</w:t>
            </w:r>
          </w:p>
        </w:tc>
        <w:tc>
          <w:tcPr>
            <w:tcW w:w="0" w:type="auto"/>
          </w:tcPr>
          <w:p w14:paraId="3B4DB5F9" w14:textId="77777777" w:rsidR="000772B4" w:rsidRPr="00794D67" w:rsidRDefault="00746A89">
            <w:pPr>
              <w:jc w:val="center"/>
              <w:rPr>
                <w:lang w:val="ru-RU"/>
              </w:rPr>
            </w:pPr>
            <w:r w:rsidRPr="00794D67">
              <w:rPr>
                <w:lang w:val="ru-RU"/>
              </w:rPr>
              <w:t>все десять источников продолжают работать на каменном угле марок ДГр и Др</w:t>
            </w:r>
          </w:p>
        </w:tc>
        <w:tc>
          <w:tcPr>
            <w:tcW w:w="0" w:type="auto"/>
          </w:tcPr>
          <w:p w14:paraId="2F4AE1B5" w14:textId="77777777" w:rsidR="000772B4" w:rsidRPr="00794D67" w:rsidRDefault="00746A89">
            <w:pPr>
              <w:jc w:val="center"/>
              <w:rPr>
                <w:lang w:val="ru-RU"/>
              </w:rPr>
            </w:pPr>
            <w:r w:rsidRPr="00794D67">
              <w:rPr>
                <w:lang w:val="ru-RU"/>
              </w:rPr>
              <w:t>противоречит программе подготовки потребителей к приёму газа</w:t>
            </w:r>
          </w:p>
        </w:tc>
      </w:tr>
      <w:tr w:rsidR="000772B4" w:rsidRPr="00C07C05" w14:paraId="310A2657" w14:textId="77777777">
        <w:trPr>
          <w:cantSplit/>
          <w:jc w:val="center"/>
        </w:trPr>
        <w:tc>
          <w:tcPr>
            <w:tcW w:w="0" w:type="auto"/>
          </w:tcPr>
          <w:p w14:paraId="2DDD758B" w14:textId="77777777" w:rsidR="000772B4" w:rsidRDefault="00746A89">
            <w:r>
              <w:t>Возраст оборудования</w:t>
            </w:r>
          </w:p>
        </w:tc>
        <w:tc>
          <w:tcPr>
            <w:tcW w:w="0" w:type="auto"/>
          </w:tcPr>
          <w:p w14:paraId="23F31A22" w14:textId="77777777" w:rsidR="000772B4" w:rsidRPr="00794D67" w:rsidRDefault="00746A89">
            <w:pPr>
              <w:jc w:val="center"/>
              <w:rPr>
                <w:lang w:val="ru-RU"/>
              </w:rPr>
            </w:pPr>
            <w:r w:rsidRPr="00794D67">
              <w:rPr>
                <w:lang w:val="ru-RU"/>
              </w:rPr>
              <w:t>котлы 1957–1975 годов достигают возраста 61–79 лет</w:t>
            </w:r>
          </w:p>
        </w:tc>
        <w:tc>
          <w:tcPr>
            <w:tcW w:w="0" w:type="auto"/>
          </w:tcPr>
          <w:p w14:paraId="403E4C83" w14:textId="77777777" w:rsidR="000772B4" w:rsidRPr="00794D67" w:rsidRDefault="00746A89">
            <w:pPr>
              <w:jc w:val="center"/>
              <w:rPr>
                <w:lang w:val="ru-RU"/>
              </w:rPr>
            </w:pPr>
            <w:r w:rsidRPr="00794D67">
              <w:rPr>
                <w:lang w:val="ru-RU"/>
              </w:rPr>
              <w:t>нарастание отказов и затрат на ремонт</w:t>
            </w:r>
          </w:p>
        </w:tc>
      </w:tr>
      <w:tr w:rsidR="000772B4" w14:paraId="54C61BEF" w14:textId="77777777">
        <w:trPr>
          <w:cantSplit/>
          <w:jc w:val="center"/>
        </w:trPr>
        <w:tc>
          <w:tcPr>
            <w:tcW w:w="0" w:type="auto"/>
          </w:tcPr>
          <w:p w14:paraId="6D6DAEE5" w14:textId="77777777" w:rsidR="000772B4" w:rsidRDefault="00746A89">
            <w:r>
              <w:t>Эффективность</w:t>
            </w:r>
          </w:p>
        </w:tc>
        <w:tc>
          <w:tcPr>
            <w:tcW w:w="0" w:type="auto"/>
          </w:tcPr>
          <w:p w14:paraId="23DB787C" w14:textId="77777777" w:rsidR="000772B4" w:rsidRPr="00794D67" w:rsidRDefault="00746A89">
            <w:pPr>
              <w:jc w:val="center"/>
              <w:rPr>
                <w:lang w:val="ru-RU"/>
              </w:rPr>
            </w:pPr>
            <w:r w:rsidRPr="00794D67">
              <w:rPr>
                <w:lang w:val="ru-RU"/>
              </w:rPr>
              <w:t>сохраняется четыре котла УПК № 5 с коэффициентом полезного действия ниже 73 процентов при 56,1 процента мощности источника</w:t>
            </w:r>
          </w:p>
        </w:tc>
        <w:tc>
          <w:tcPr>
            <w:tcW w:w="0" w:type="auto"/>
          </w:tcPr>
          <w:p w14:paraId="35A9F91A" w14:textId="77777777" w:rsidR="000772B4" w:rsidRDefault="00746A89">
            <w:pPr>
              <w:jc w:val="center"/>
            </w:pPr>
            <w:r>
              <w:t>перерасход топлива сохраняется</w:t>
            </w:r>
          </w:p>
        </w:tc>
      </w:tr>
      <w:tr w:rsidR="000772B4" w14:paraId="309CF260" w14:textId="77777777">
        <w:trPr>
          <w:cantSplit/>
          <w:jc w:val="center"/>
        </w:trPr>
        <w:tc>
          <w:tcPr>
            <w:tcW w:w="0" w:type="auto"/>
          </w:tcPr>
          <w:p w14:paraId="4F2A7039" w14:textId="77777777" w:rsidR="000772B4" w:rsidRDefault="00746A89">
            <w:r>
              <w:t>Тепловые сети</w:t>
            </w:r>
          </w:p>
        </w:tc>
        <w:tc>
          <w:tcPr>
            <w:tcW w:w="0" w:type="auto"/>
          </w:tcPr>
          <w:p w14:paraId="2A2010BA" w14:textId="77777777" w:rsidR="000772B4" w:rsidRPr="00794D67" w:rsidRDefault="00746A89">
            <w:pPr>
              <w:jc w:val="center"/>
              <w:rPr>
                <w:lang w:val="ru-RU"/>
              </w:rPr>
            </w:pPr>
            <w:r w:rsidRPr="00794D67">
              <w:rPr>
                <w:lang w:val="ru-RU"/>
              </w:rPr>
              <w:t>износ 52 процента нарастает, доля ветхих участков увеличивается</w:t>
            </w:r>
          </w:p>
        </w:tc>
        <w:tc>
          <w:tcPr>
            <w:tcW w:w="0" w:type="auto"/>
          </w:tcPr>
          <w:p w14:paraId="2B2E7721" w14:textId="77777777" w:rsidR="000772B4" w:rsidRDefault="00746A89">
            <w:pPr>
              <w:jc w:val="center"/>
            </w:pPr>
            <w:r>
              <w:t>рост числа повреждений</w:t>
            </w:r>
          </w:p>
        </w:tc>
      </w:tr>
      <w:tr w:rsidR="000772B4" w14:paraId="1140820B" w14:textId="77777777">
        <w:trPr>
          <w:cantSplit/>
          <w:jc w:val="center"/>
        </w:trPr>
        <w:tc>
          <w:tcPr>
            <w:tcW w:w="0" w:type="auto"/>
          </w:tcPr>
          <w:p w14:paraId="100B07FF" w14:textId="77777777" w:rsidR="000772B4" w:rsidRDefault="00746A89">
            <w:r>
              <w:t>Экология</w:t>
            </w:r>
          </w:p>
        </w:tc>
        <w:tc>
          <w:tcPr>
            <w:tcW w:w="0" w:type="auto"/>
          </w:tcPr>
          <w:p w14:paraId="123E812E" w14:textId="77777777" w:rsidR="000772B4" w:rsidRPr="00794D67" w:rsidRDefault="00746A89">
            <w:pPr>
              <w:jc w:val="center"/>
              <w:rPr>
                <w:lang w:val="ru-RU"/>
              </w:rPr>
            </w:pPr>
            <w:r w:rsidRPr="00794D67">
              <w:rPr>
                <w:lang w:val="ru-RU"/>
              </w:rPr>
              <w:t>выбросы от сжигания угля сохраняются на существующем уровне</w:t>
            </w:r>
          </w:p>
        </w:tc>
        <w:tc>
          <w:tcPr>
            <w:tcW w:w="0" w:type="auto"/>
          </w:tcPr>
          <w:p w14:paraId="02EE7664" w14:textId="77777777" w:rsidR="000772B4" w:rsidRDefault="00746A89">
            <w:pPr>
              <w:jc w:val="center"/>
            </w:pPr>
            <w:r>
              <w:t>эффект отсутствует</w:t>
            </w:r>
          </w:p>
        </w:tc>
      </w:tr>
      <w:tr w:rsidR="000772B4" w14:paraId="4DA5BD40" w14:textId="77777777">
        <w:trPr>
          <w:cantSplit/>
          <w:jc w:val="center"/>
        </w:trPr>
        <w:tc>
          <w:tcPr>
            <w:tcW w:w="0" w:type="auto"/>
          </w:tcPr>
          <w:p w14:paraId="72C99DD0" w14:textId="77777777" w:rsidR="000772B4" w:rsidRDefault="00746A89">
            <w:r>
              <w:t>Покрытие нагрузки</w:t>
            </w:r>
          </w:p>
        </w:tc>
        <w:tc>
          <w:tcPr>
            <w:tcW w:w="0" w:type="auto"/>
          </w:tcPr>
          <w:p w14:paraId="3BB81FC9" w14:textId="77777777" w:rsidR="000772B4" w:rsidRPr="00794D67" w:rsidRDefault="00746A89">
            <w:pPr>
              <w:jc w:val="center"/>
              <w:rPr>
                <w:lang w:val="ru-RU"/>
              </w:rPr>
            </w:pPr>
            <w:r w:rsidRPr="00794D67">
              <w:rPr>
                <w:lang w:val="ru-RU"/>
              </w:rPr>
              <w:t>по зоне УПК № 5 перспективная нагрузка 114,4463 Гкал/ч превышает располагаемую мощность 114,000 Гкал/ч</w:t>
            </w:r>
          </w:p>
        </w:tc>
        <w:tc>
          <w:tcPr>
            <w:tcW w:w="0" w:type="auto"/>
          </w:tcPr>
          <w:p w14:paraId="21A8392A" w14:textId="77777777" w:rsidR="000772B4" w:rsidRDefault="00746A89">
            <w:pPr>
              <w:jc w:val="center"/>
            </w:pPr>
            <w:r>
              <w:t>свободный резерв отсутствует</w:t>
            </w:r>
          </w:p>
        </w:tc>
      </w:tr>
      <w:tr w:rsidR="000772B4" w14:paraId="6F37870B" w14:textId="77777777">
        <w:trPr>
          <w:cantSplit/>
          <w:jc w:val="center"/>
        </w:trPr>
        <w:tc>
          <w:tcPr>
            <w:tcW w:w="0" w:type="auto"/>
          </w:tcPr>
          <w:p w14:paraId="6A5A148B" w14:textId="77777777" w:rsidR="000772B4" w:rsidRDefault="00746A89">
            <w:r>
              <w:t>Соответствие внешним программам</w:t>
            </w:r>
          </w:p>
        </w:tc>
        <w:tc>
          <w:tcPr>
            <w:tcW w:w="0" w:type="auto"/>
          </w:tcPr>
          <w:p w14:paraId="1CD2FF9A" w14:textId="77777777" w:rsidR="000772B4" w:rsidRPr="00794D67" w:rsidRDefault="00746A89">
            <w:pPr>
              <w:jc w:val="center"/>
              <w:rPr>
                <w:lang w:val="ru-RU"/>
              </w:rPr>
            </w:pPr>
            <w:r w:rsidRPr="00794D67">
              <w:rPr>
                <w:lang w:val="ru-RU"/>
              </w:rPr>
              <w:t>договор поставки газа от 19.08.2024 не реализуется</w:t>
            </w:r>
          </w:p>
        </w:tc>
        <w:tc>
          <w:tcPr>
            <w:tcW w:w="0" w:type="auto"/>
          </w:tcPr>
          <w:p w14:paraId="65A46805" w14:textId="77777777" w:rsidR="000772B4" w:rsidRDefault="00746A89">
            <w:pPr>
              <w:jc w:val="center"/>
            </w:pPr>
            <w:r>
              <w:t>прямое противоречие</w:t>
            </w:r>
          </w:p>
        </w:tc>
      </w:tr>
    </w:tbl>
    <w:p w14:paraId="40449B2B" w14:textId="77777777" w:rsidR="000772B4" w:rsidRDefault="000772B4">
      <w:pPr>
        <w:spacing w:after="40"/>
      </w:pPr>
    </w:p>
    <w:p w14:paraId="2301A94C" w14:textId="77777777" w:rsidR="000772B4" w:rsidRPr="00794D67" w:rsidRDefault="00746A89">
      <w:pPr>
        <w:spacing w:after="80"/>
        <w:jc w:val="both"/>
        <w:rPr>
          <w:lang w:val="ru-RU"/>
        </w:rPr>
      </w:pPr>
      <w:r w:rsidRPr="00794D67">
        <w:rPr>
          <w:lang w:val="ru-RU"/>
        </w:rPr>
        <w:t xml:space="preserve">Вариант </w:t>
      </w:r>
      <w:r>
        <w:t>V</w:t>
      </w:r>
      <w:r w:rsidRPr="00794D67">
        <w:rPr>
          <w:lang w:val="ru-RU"/>
        </w:rPr>
        <w:t>0 отклоняется по совокупности: противоречие утверждённой программе газификации, нарастающий износ оборудования и сетей, отсутствие покрытия перспективной нагрузки зоны Шерегеша.</w:t>
      </w:r>
    </w:p>
    <w:p w14:paraId="11C898F0" w14:textId="77777777" w:rsidR="000772B4" w:rsidRPr="00782666" w:rsidRDefault="00746A89">
      <w:pPr>
        <w:pStyle w:val="31"/>
        <w:rPr>
          <w:sz w:val="28"/>
          <w:szCs w:val="28"/>
          <w:lang w:val="ru-RU"/>
        </w:rPr>
      </w:pPr>
      <w:r w:rsidRPr="00782666">
        <w:rPr>
          <w:sz w:val="28"/>
          <w:szCs w:val="28"/>
          <w:lang w:val="ru-RU"/>
        </w:rPr>
        <w:t>5.7.2. Досье развития по системам</w:t>
      </w:r>
    </w:p>
    <w:p w14:paraId="579FD7DF" w14:textId="77777777" w:rsidR="00B808F9" w:rsidRPr="00794D67" w:rsidRDefault="00B808F9">
      <w:pPr>
        <w:rPr>
          <w:lang w:val="ru-RU"/>
        </w:rPr>
        <w:sectPr w:rsidR="00B808F9" w:rsidRPr="00794D67" w:rsidSect="00034616">
          <w:footerReference w:type="default" r:id="rId73"/>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A29780E" w14:textId="77777777" w:rsidR="000772B4" w:rsidRPr="00794D67" w:rsidRDefault="00746A89">
      <w:pPr>
        <w:keepNext/>
        <w:spacing w:before="160"/>
        <w:rPr>
          <w:lang w:val="ru-RU"/>
        </w:rPr>
      </w:pPr>
      <w:r w:rsidRPr="00794D67">
        <w:rPr>
          <w:b/>
          <w:lang w:val="ru-RU"/>
        </w:rPr>
        <w:t>Таблица 5.7 — Развитие источников тепловой энергии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611"/>
        <w:gridCol w:w="1381"/>
        <w:gridCol w:w="1246"/>
        <w:gridCol w:w="2709"/>
        <w:gridCol w:w="1583"/>
        <w:gridCol w:w="2407"/>
        <w:gridCol w:w="1382"/>
        <w:gridCol w:w="1958"/>
      </w:tblGrid>
      <w:tr w:rsidR="000772B4" w14:paraId="1F6C8FAE" w14:textId="77777777">
        <w:trPr>
          <w:cantSplit/>
          <w:tblHeader/>
          <w:jc w:val="center"/>
        </w:trPr>
        <w:tc>
          <w:tcPr>
            <w:tcW w:w="0" w:type="auto"/>
            <w:shd w:val="clear" w:color="auto" w:fill="E2F0D9"/>
          </w:tcPr>
          <w:p w14:paraId="13EF7619" w14:textId="77777777" w:rsidR="000772B4" w:rsidRDefault="00746A89">
            <w:pPr>
              <w:jc w:val="center"/>
            </w:pPr>
            <w:r>
              <w:rPr>
                <w:b/>
              </w:rPr>
              <w:t>Источник</w:t>
            </w:r>
          </w:p>
        </w:tc>
        <w:tc>
          <w:tcPr>
            <w:tcW w:w="0" w:type="auto"/>
            <w:shd w:val="clear" w:color="auto" w:fill="E2F0D9"/>
          </w:tcPr>
          <w:p w14:paraId="64925BB8" w14:textId="77777777" w:rsidR="000772B4" w:rsidRDefault="00746A89">
            <w:pPr>
              <w:jc w:val="center"/>
            </w:pPr>
            <w:r>
              <w:rPr>
                <w:b/>
              </w:rPr>
              <w:t>Мощность, Гкал/ч</w:t>
            </w:r>
          </w:p>
        </w:tc>
        <w:tc>
          <w:tcPr>
            <w:tcW w:w="0" w:type="auto"/>
            <w:shd w:val="clear" w:color="auto" w:fill="E2F0D9"/>
          </w:tcPr>
          <w:p w14:paraId="5DD59C5A" w14:textId="77777777" w:rsidR="000772B4" w:rsidRDefault="00746A89">
            <w:pPr>
              <w:jc w:val="center"/>
            </w:pPr>
            <w:r>
              <w:rPr>
                <w:b/>
              </w:rPr>
              <w:t>Нагрузка, Гкал/ч</w:t>
            </w:r>
          </w:p>
        </w:tc>
        <w:tc>
          <w:tcPr>
            <w:tcW w:w="0" w:type="auto"/>
            <w:shd w:val="clear" w:color="auto" w:fill="E2F0D9"/>
          </w:tcPr>
          <w:p w14:paraId="66DC01DC" w14:textId="77777777" w:rsidR="000772B4" w:rsidRDefault="00746A89">
            <w:pPr>
              <w:jc w:val="center"/>
            </w:pPr>
            <w:r>
              <w:rPr>
                <w:b/>
              </w:rPr>
              <w:t>Определяющее обстоятельство</w:t>
            </w:r>
          </w:p>
        </w:tc>
        <w:tc>
          <w:tcPr>
            <w:tcW w:w="0" w:type="auto"/>
            <w:shd w:val="clear" w:color="auto" w:fill="E2F0D9"/>
          </w:tcPr>
          <w:p w14:paraId="2140349C" w14:textId="77777777" w:rsidR="000772B4" w:rsidRDefault="00746A89">
            <w:pPr>
              <w:jc w:val="center"/>
            </w:pPr>
            <w:r>
              <w:rPr>
                <w:b/>
              </w:rPr>
              <w:t>Год газификации</w:t>
            </w:r>
          </w:p>
        </w:tc>
        <w:tc>
          <w:tcPr>
            <w:tcW w:w="0" w:type="auto"/>
            <w:shd w:val="clear" w:color="auto" w:fill="E2F0D9"/>
          </w:tcPr>
          <w:p w14:paraId="372EF66D" w14:textId="77777777" w:rsidR="000772B4" w:rsidRDefault="00746A89">
            <w:pPr>
              <w:jc w:val="center"/>
            </w:pPr>
            <w:r>
              <w:rPr>
                <w:b/>
              </w:rPr>
              <w:t>Требуемое преобразование</w:t>
            </w:r>
          </w:p>
        </w:tc>
        <w:tc>
          <w:tcPr>
            <w:tcW w:w="0" w:type="auto"/>
            <w:shd w:val="clear" w:color="auto" w:fill="E2F0D9"/>
          </w:tcPr>
          <w:p w14:paraId="1FB07E74" w14:textId="77777777" w:rsidR="000772B4" w:rsidRDefault="00746A89">
            <w:pPr>
              <w:jc w:val="center"/>
            </w:pPr>
            <w:r>
              <w:rPr>
                <w:b/>
              </w:rPr>
              <w:t>Вложения, тыс. руб.</w:t>
            </w:r>
          </w:p>
        </w:tc>
        <w:tc>
          <w:tcPr>
            <w:tcW w:w="0" w:type="auto"/>
            <w:shd w:val="clear" w:color="auto" w:fill="E2F0D9"/>
          </w:tcPr>
          <w:p w14:paraId="50EFED39" w14:textId="77777777" w:rsidR="000772B4" w:rsidRDefault="00746A89">
            <w:pPr>
              <w:jc w:val="center"/>
            </w:pPr>
            <w:r>
              <w:rPr>
                <w:b/>
              </w:rPr>
              <w:t>Состояние решения</w:t>
            </w:r>
          </w:p>
        </w:tc>
      </w:tr>
      <w:tr w:rsidR="000772B4" w14:paraId="7EB476F9" w14:textId="77777777">
        <w:trPr>
          <w:cantSplit/>
          <w:jc w:val="center"/>
        </w:trPr>
        <w:tc>
          <w:tcPr>
            <w:tcW w:w="0" w:type="auto"/>
          </w:tcPr>
          <w:p w14:paraId="22D0D63D" w14:textId="77777777" w:rsidR="000772B4" w:rsidRDefault="00746A89">
            <w:r>
              <w:t>УПК № 1 Таштагол</w:t>
            </w:r>
          </w:p>
        </w:tc>
        <w:tc>
          <w:tcPr>
            <w:tcW w:w="0" w:type="auto"/>
          </w:tcPr>
          <w:p w14:paraId="40B79556" w14:textId="77777777" w:rsidR="000772B4" w:rsidRDefault="00746A89">
            <w:pPr>
              <w:jc w:val="center"/>
            </w:pPr>
            <w:r>
              <w:t>150,00</w:t>
            </w:r>
          </w:p>
        </w:tc>
        <w:tc>
          <w:tcPr>
            <w:tcW w:w="0" w:type="auto"/>
          </w:tcPr>
          <w:p w14:paraId="5DE8E067" w14:textId="77777777" w:rsidR="000772B4" w:rsidRDefault="00746A89">
            <w:pPr>
              <w:jc w:val="center"/>
            </w:pPr>
            <w:r>
              <w:t>70,2235</w:t>
            </w:r>
          </w:p>
        </w:tc>
        <w:tc>
          <w:tcPr>
            <w:tcW w:w="0" w:type="auto"/>
          </w:tcPr>
          <w:p w14:paraId="49F5B94B" w14:textId="77777777" w:rsidR="000772B4" w:rsidRDefault="00746A89">
            <w:pPr>
              <w:jc w:val="center"/>
            </w:pPr>
            <w:r>
              <w:t>пять котлов К-50 1973–1995 годов</w:t>
            </w:r>
          </w:p>
        </w:tc>
        <w:tc>
          <w:tcPr>
            <w:tcW w:w="0" w:type="auto"/>
          </w:tcPr>
          <w:p w14:paraId="72D23EF8" w14:textId="77777777" w:rsidR="000772B4" w:rsidRDefault="00746A89">
            <w:pPr>
              <w:jc w:val="center"/>
            </w:pPr>
            <w:r>
              <w:t>2035</w:t>
            </w:r>
          </w:p>
        </w:tc>
        <w:tc>
          <w:tcPr>
            <w:tcW w:w="0" w:type="auto"/>
          </w:tcPr>
          <w:p w14:paraId="06C6B04D" w14:textId="77777777" w:rsidR="000772B4" w:rsidRPr="00794D67" w:rsidRDefault="00746A89">
            <w:pPr>
              <w:jc w:val="center"/>
              <w:rPr>
                <w:lang w:val="ru-RU"/>
              </w:rPr>
            </w:pPr>
            <w:r w:rsidRPr="00794D67">
              <w:rPr>
                <w:lang w:val="ru-RU"/>
              </w:rPr>
              <w:t>перевод существующих котлоагрегатов либо новое оборудование</w:t>
            </w:r>
          </w:p>
        </w:tc>
        <w:tc>
          <w:tcPr>
            <w:tcW w:w="0" w:type="auto"/>
          </w:tcPr>
          <w:p w14:paraId="0F66255C" w14:textId="77777777" w:rsidR="000772B4" w:rsidRDefault="00746A89">
            <w:pPr>
              <w:jc w:val="center"/>
            </w:pPr>
            <w:r>
              <w:t>382 000,0</w:t>
            </w:r>
          </w:p>
        </w:tc>
        <w:tc>
          <w:tcPr>
            <w:tcW w:w="0" w:type="auto"/>
          </w:tcPr>
          <w:p w14:paraId="5CB3F46A" w14:textId="77777777" w:rsidR="000772B4" w:rsidRDefault="00746A89">
            <w:pPr>
              <w:jc w:val="center"/>
            </w:pPr>
            <w:r>
              <w:t>решение подтверждено</w:t>
            </w:r>
          </w:p>
        </w:tc>
      </w:tr>
      <w:tr w:rsidR="000772B4" w14:paraId="25592FDD" w14:textId="77777777">
        <w:trPr>
          <w:cantSplit/>
          <w:jc w:val="center"/>
        </w:trPr>
        <w:tc>
          <w:tcPr>
            <w:tcW w:w="0" w:type="auto"/>
          </w:tcPr>
          <w:p w14:paraId="6C4520F2" w14:textId="77777777" w:rsidR="000772B4" w:rsidRDefault="00746A89">
            <w:r>
              <w:t>УПК № 2 «Шалым»</w:t>
            </w:r>
          </w:p>
        </w:tc>
        <w:tc>
          <w:tcPr>
            <w:tcW w:w="0" w:type="auto"/>
          </w:tcPr>
          <w:p w14:paraId="330DD2BC" w14:textId="77777777" w:rsidR="000772B4" w:rsidRDefault="00746A89">
            <w:pPr>
              <w:jc w:val="center"/>
            </w:pPr>
            <w:r>
              <w:t>17,00</w:t>
            </w:r>
          </w:p>
        </w:tc>
        <w:tc>
          <w:tcPr>
            <w:tcW w:w="0" w:type="auto"/>
          </w:tcPr>
          <w:p w14:paraId="345A42A6" w14:textId="77777777" w:rsidR="000772B4" w:rsidRDefault="00746A89">
            <w:pPr>
              <w:jc w:val="center"/>
            </w:pPr>
            <w:r>
              <w:t>3,6279</w:t>
            </w:r>
          </w:p>
        </w:tc>
        <w:tc>
          <w:tcPr>
            <w:tcW w:w="0" w:type="auto"/>
          </w:tcPr>
          <w:p w14:paraId="05BBB7AB" w14:textId="77777777" w:rsidR="000772B4" w:rsidRDefault="00746A89">
            <w:pPr>
              <w:jc w:val="center"/>
            </w:pPr>
            <w:r>
              <w:t>парк обновлён в 2020–2021 годах</w:t>
            </w:r>
          </w:p>
        </w:tc>
        <w:tc>
          <w:tcPr>
            <w:tcW w:w="0" w:type="auto"/>
          </w:tcPr>
          <w:p w14:paraId="0D81DB0A" w14:textId="77777777" w:rsidR="000772B4" w:rsidRDefault="00746A89">
            <w:pPr>
              <w:jc w:val="center"/>
            </w:pPr>
            <w:r>
              <w:t>2035</w:t>
            </w:r>
          </w:p>
        </w:tc>
        <w:tc>
          <w:tcPr>
            <w:tcW w:w="0" w:type="auto"/>
          </w:tcPr>
          <w:p w14:paraId="49BCBFC9" w14:textId="77777777" w:rsidR="000772B4" w:rsidRDefault="00746A89">
            <w:pPr>
              <w:jc w:val="center"/>
            </w:pPr>
            <w:r>
              <w:t>то же</w:t>
            </w:r>
          </w:p>
        </w:tc>
        <w:tc>
          <w:tcPr>
            <w:tcW w:w="0" w:type="auto"/>
          </w:tcPr>
          <w:p w14:paraId="691661DA" w14:textId="77777777" w:rsidR="000772B4" w:rsidRDefault="00746A89">
            <w:pPr>
              <w:jc w:val="center"/>
            </w:pPr>
            <w:r>
              <w:t>59 289,0</w:t>
            </w:r>
          </w:p>
        </w:tc>
        <w:tc>
          <w:tcPr>
            <w:tcW w:w="0" w:type="auto"/>
          </w:tcPr>
          <w:p w14:paraId="1AB4CE40" w14:textId="77777777" w:rsidR="000772B4" w:rsidRDefault="00746A89">
            <w:pPr>
              <w:jc w:val="center"/>
            </w:pPr>
            <w:r>
              <w:t>ожидает сведений по водоподготовке</w:t>
            </w:r>
          </w:p>
        </w:tc>
      </w:tr>
      <w:tr w:rsidR="000772B4" w14:paraId="059FEEE7" w14:textId="77777777">
        <w:trPr>
          <w:cantSplit/>
          <w:jc w:val="center"/>
        </w:trPr>
        <w:tc>
          <w:tcPr>
            <w:tcW w:w="0" w:type="auto"/>
          </w:tcPr>
          <w:p w14:paraId="698DF71E" w14:textId="77777777" w:rsidR="000772B4" w:rsidRDefault="00746A89">
            <w:r>
              <w:t>УПК № 2 «ЦМК»</w:t>
            </w:r>
          </w:p>
        </w:tc>
        <w:tc>
          <w:tcPr>
            <w:tcW w:w="0" w:type="auto"/>
          </w:tcPr>
          <w:p w14:paraId="064E1ED5" w14:textId="77777777" w:rsidR="000772B4" w:rsidRDefault="00746A89">
            <w:pPr>
              <w:jc w:val="center"/>
            </w:pPr>
            <w:r>
              <w:t>10,20</w:t>
            </w:r>
          </w:p>
        </w:tc>
        <w:tc>
          <w:tcPr>
            <w:tcW w:w="0" w:type="auto"/>
          </w:tcPr>
          <w:p w14:paraId="7E017830" w14:textId="77777777" w:rsidR="000772B4" w:rsidRDefault="00746A89">
            <w:pPr>
              <w:jc w:val="center"/>
            </w:pPr>
            <w:r>
              <w:t>2,2233</w:t>
            </w:r>
          </w:p>
        </w:tc>
        <w:tc>
          <w:tcPr>
            <w:tcW w:w="0" w:type="auto"/>
          </w:tcPr>
          <w:p w14:paraId="196CCD17" w14:textId="77777777" w:rsidR="000772B4" w:rsidRDefault="00746A89">
            <w:pPr>
              <w:jc w:val="center"/>
            </w:pPr>
            <w:r>
              <w:t>котлы 1998–2014 годов</w:t>
            </w:r>
          </w:p>
        </w:tc>
        <w:tc>
          <w:tcPr>
            <w:tcW w:w="0" w:type="auto"/>
          </w:tcPr>
          <w:p w14:paraId="7E04A45F" w14:textId="77777777" w:rsidR="000772B4" w:rsidRDefault="00746A89">
            <w:pPr>
              <w:jc w:val="center"/>
            </w:pPr>
            <w:r>
              <w:t>2035</w:t>
            </w:r>
          </w:p>
        </w:tc>
        <w:tc>
          <w:tcPr>
            <w:tcW w:w="0" w:type="auto"/>
          </w:tcPr>
          <w:p w14:paraId="1322D97C" w14:textId="77777777" w:rsidR="000772B4" w:rsidRDefault="00746A89">
            <w:pPr>
              <w:jc w:val="center"/>
            </w:pPr>
            <w:r>
              <w:t>то же</w:t>
            </w:r>
          </w:p>
        </w:tc>
        <w:tc>
          <w:tcPr>
            <w:tcW w:w="0" w:type="auto"/>
          </w:tcPr>
          <w:p w14:paraId="3AFE1F06" w14:textId="77777777" w:rsidR="000772B4" w:rsidRDefault="00746A89">
            <w:pPr>
              <w:jc w:val="center"/>
            </w:pPr>
            <w:r>
              <w:t>29 644,0</w:t>
            </w:r>
          </w:p>
        </w:tc>
        <w:tc>
          <w:tcPr>
            <w:tcW w:w="0" w:type="auto"/>
          </w:tcPr>
          <w:p w14:paraId="41F8ECC4" w14:textId="77777777" w:rsidR="000772B4" w:rsidRDefault="00746A89">
            <w:pPr>
              <w:jc w:val="center"/>
            </w:pPr>
            <w:r>
              <w:t>решение подтверждено</w:t>
            </w:r>
          </w:p>
        </w:tc>
      </w:tr>
      <w:tr w:rsidR="000772B4" w:rsidRPr="00C07C05" w14:paraId="2D090411" w14:textId="77777777">
        <w:trPr>
          <w:cantSplit/>
          <w:jc w:val="center"/>
        </w:trPr>
        <w:tc>
          <w:tcPr>
            <w:tcW w:w="0" w:type="auto"/>
          </w:tcPr>
          <w:p w14:paraId="639CC345" w14:textId="77777777" w:rsidR="000772B4" w:rsidRDefault="00746A89">
            <w:r>
              <w:t>УПК № 9 «ГРЭ»</w:t>
            </w:r>
          </w:p>
        </w:tc>
        <w:tc>
          <w:tcPr>
            <w:tcW w:w="0" w:type="auto"/>
          </w:tcPr>
          <w:p w14:paraId="0FFC267B" w14:textId="77777777" w:rsidR="000772B4" w:rsidRDefault="00746A89">
            <w:pPr>
              <w:jc w:val="center"/>
            </w:pPr>
            <w:r>
              <w:t>4,50</w:t>
            </w:r>
          </w:p>
        </w:tc>
        <w:tc>
          <w:tcPr>
            <w:tcW w:w="0" w:type="auto"/>
          </w:tcPr>
          <w:p w14:paraId="575CEC30" w14:textId="77777777" w:rsidR="000772B4" w:rsidRDefault="00746A89">
            <w:pPr>
              <w:jc w:val="center"/>
            </w:pPr>
            <w:r>
              <w:t>0,5624</w:t>
            </w:r>
          </w:p>
        </w:tc>
        <w:tc>
          <w:tcPr>
            <w:tcW w:w="0" w:type="auto"/>
          </w:tcPr>
          <w:p w14:paraId="22DDCD6C" w14:textId="77777777" w:rsidR="000772B4" w:rsidRDefault="00746A89">
            <w:pPr>
              <w:jc w:val="center"/>
            </w:pPr>
            <w:r>
              <w:t>резервный ввод электроснабжения отсутствует</w:t>
            </w:r>
          </w:p>
        </w:tc>
        <w:tc>
          <w:tcPr>
            <w:tcW w:w="0" w:type="auto"/>
          </w:tcPr>
          <w:p w14:paraId="321E75DC" w14:textId="77777777" w:rsidR="000772B4" w:rsidRDefault="00746A89">
            <w:pPr>
              <w:jc w:val="center"/>
            </w:pPr>
            <w:r>
              <w:t>2035</w:t>
            </w:r>
          </w:p>
        </w:tc>
        <w:tc>
          <w:tcPr>
            <w:tcW w:w="0" w:type="auto"/>
          </w:tcPr>
          <w:p w14:paraId="559C59A7" w14:textId="77777777" w:rsidR="000772B4" w:rsidRPr="00794D67" w:rsidRDefault="00746A89">
            <w:pPr>
              <w:jc w:val="center"/>
              <w:rPr>
                <w:lang w:val="ru-RU"/>
              </w:rPr>
            </w:pPr>
            <w:r w:rsidRPr="00794D67">
              <w:rPr>
                <w:lang w:val="ru-RU"/>
              </w:rPr>
              <w:t>перевод и обеспечение резервного питания</w:t>
            </w:r>
          </w:p>
        </w:tc>
        <w:tc>
          <w:tcPr>
            <w:tcW w:w="0" w:type="auto"/>
          </w:tcPr>
          <w:p w14:paraId="6A28489D" w14:textId="77777777" w:rsidR="000772B4" w:rsidRDefault="00746A89">
            <w:pPr>
              <w:jc w:val="center"/>
            </w:pPr>
            <w:r>
              <w:t>17 786,0 и не определено</w:t>
            </w:r>
          </w:p>
        </w:tc>
        <w:tc>
          <w:tcPr>
            <w:tcW w:w="0" w:type="auto"/>
          </w:tcPr>
          <w:p w14:paraId="26768CEC" w14:textId="77777777" w:rsidR="000772B4" w:rsidRPr="00794D67" w:rsidRDefault="00746A89">
            <w:pPr>
              <w:jc w:val="center"/>
              <w:rPr>
                <w:lang w:val="ru-RU"/>
              </w:rPr>
            </w:pPr>
            <w:r w:rsidRPr="00794D67">
              <w:rPr>
                <w:lang w:val="ru-RU"/>
              </w:rPr>
              <w:t>ожидает сведений об автономном источнике</w:t>
            </w:r>
          </w:p>
        </w:tc>
      </w:tr>
      <w:tr w:rsidR="000772B4" w14:paraId="5102D50B" w14:textId="77777777">
        <w:trPr>
          <w:cantSplit/>
          <w:jc w:val="center"/>
        </w:trPr>
        <w:tc>
          <w:tcPr>
            <w:tcW w:w="0" w:type="auto"/>
          </w:tcPr>
          <w:p w14:paraId="4DEDBAD8" w14:textId="77777777" w:rsidR="000772B4" w:rsidRDefault="00746A89">
            <w:r>
              <w:t>УПК № 5 «Новый Шерегеш»</w:t>
            </w:r>
          </w:p>
        </w:tc>
        <w:tc>
          <w:tcPr>
            <w:tcW w:w="0" w:type="auto"/>
          </w:tcPr>
          <w:p w14:paraId="3425D2ED" w14:textId="77777777" w:rsidR="000772B4" w:rsidRDefault="00746A89">
            <w:pPr>
              <w:jc w:val="center"/>
            </w:pPr>
            <w:r>
              <w:t>114,00</w:t>
            </w:r>
          </w:p>
        </w:tc>
        <w:tc>
          <w:tcPr>
            <w:tcW w:w="0" w:type="auto"/>
          </w:tcPr>
          <w:p w14:paraId="2A199B80" w14:textId="77777777" w:rsidR="000772B4" w:rsidRDefault="00746A89">
            <w:pPr>
              <w:jc w:val="center"/>
            </w:pPr>
            <w:r>
              <w:t>42,6992</w:t>
            </w:r>
          </w:p>
        </w:tc>
        <w:tc>
          <w:tcPr>
            <w:tcW w:w="0" w:type="auto"/>
          </w:tcPr>
          <w:p w14:paraId="336F4954" w14:textId="77777777" w:rsidR="000772B4" w:rsidRPr="00794D67" w:rsidRDefault="00746A89">
            <w:pPr>
              <w:jc w:val="center"/>
              <w:rPr>
                <w:lang w:val="ru-RU"/>
              </w:rPr>
            </w:pPr>
            <w:r w:rsidRPr="00794D67">
              <w:rPr>
                <w:lang w:val="ru-RU"/>
              </w:rPr>
              <w:t>четыре котла с КПД ниже 73 процентов; перспективная нагрузка превышает мощность</w:t>
            </w:r>
          </w:p>
        </w:tc>
        <w:tc>
          <w:tcPr>
            <w:tcW w:w="0" w:type="auto"/>
          </w:tcPr>
          <w:p w14:paraId="4F5CEE76" w14:textId="77777777" w:rsidR="000772B4" w:rsidRDefault="00746A89">
            <w:pPr>
              <w:jc w:val="center"/>
            </w:pPr>
            <w:r>
              <w:t>срок уточняется</w:t>
            </w:r>
          </w:p>
        </w:tc>
        <w:tc>
          <w:tcPr>
            <w:tcW w:w="0" w:type="auto"/>
          </w:tcPr>
          <w:p w14:paraId="3B3501A1" w14:textId="77777777" w:rsidR="000772B4" w:rsidRPr="00794D67" w:rsidRDefault="00746A89">
            <w:pPr>
              <w:jc w:val="center"/>
              <w:rPr>
                <w:lang w:val="ru-RU"/>
              </w:rPr>
            </w:pPr>
            <w:r w:rsidRPr="00794D67">
              <w:rPr>
                <w:lang w:val="ru-RU"/>
              </w:rPr>
              <w:t>перевод, замещение низкоэффективных котлов, решение по мощности</w:t>
            </w:r>
          </w:p>
        </w:tc>
        <w:tc>
          <w:tcPr>
            <w:tcW w:w="0" w:type="auto"/>
          </w:tcPr>
          <w:p w14:paraId="7B8C5261" w14:textId="77777777" w:rsidR="000772B4" w:rsidRDefault="00746A89">
            <w:pPr>
              <w:jc w:val="center"/>
            </w:pPr>
            <w:r>
              <w:t>652 186,0 и не определено</w:t>
            </w:r>
          </w:p>
        </w:tc>
        <w:tc>
          <w:tcPr>
            <w:tcW w:w="0" w:type="auto"/>
          </w:tcPr>
          <w:p w14:paraId="51414BB9" w14:textId="77777777" w:rsidR="000772B4" w:rsidRDefault="00746A89">
            <w:pPr>
              <w:jc w:val="center"/>
            </w:pPr>
            <w:r>
              <w:t>решение главного инженера проекта</w:t>
            </w:r>
          </w:p>
        </w:tc>
      </w:tr>
      <w:tr w:rsidR="000772B4" w14:paraId="16B38B7D" w14:textId="77777777">
        <w:trPr>
          <w:cantSplit/>
          <w:jc w:val="center"/>
        </w:trPr>
        <w:tc>
          <w:tcPr>
            <w:tcW w:w="0" w:type="auto"/>
          </w:tcPr>
          <w:p w14:paraId="74B3E2DB" w14:textId="77777777" w:rsidR="000772B4" w:rsidRDefault="00746A89">
            <w:r>
              <w:t>УПК № 6 «Старый Шерегеш»</w:t>
            </w:r>
          </w:p>
        </w:tc>
        <w:tc>
          <w:tcPr>
            <w:tcW w:w="0" w:type="auto"/>
          </w:tcPr>
          <w:p w14:paraId="3412DFEC" w14:textId="77777777" w:rsidR="000772B4" w:rsidRDefault="00746A89">
            <w:pPr>
              <w:jc w:val="center"/>
            </w:pPr>
            <w:r>
              <w:t>24,00</w:t>
            </w:r>
          </w:p>
        </w:tc>
        <w:tc>
          <w:tcPr>
            <w:tcW w:w="0" w:type="auto"/>
          </w:tcPr>
          <w:p w14:paraId="53253E05" w14:textId="77777777" w:rsidR="000772B4" w:rsidRDefault="00746A89">
            <w:pPr>
              <w:jc w:val="center"/>
            </w:pPr>
            <w:r>
              <w:t>2,7972</w:t>
            </w:r>
          </w:p>
        </w:tc>
        <w:tc>
          <w:tcPr>
            <w:tcW w:w="0" w:type="auto"/>
          </w:tcPr>
          <w:p w14:paraId="56C92520" w14:textId="77777777" w:rsidR="000772B4" w:rsidRPr="00794D67" w:rsidRDefault="00746A89">
            <w:pPr>
              <w:jc w:val="center"/>
              <w:rPr>
                <w:lang w:val="ru-RU"/>
              </w:rPr>
            </w:pPr>
            <w:r w:rsidRPr="00794D67">
              <w:rPr>
                <w:lang w:val="ru-RU"/>
              </w:rPr>
              <w:t>котёл 1957 года, наиболее старый в округе</w:t>
            </w:r>
          </w:p>
        </w:tc>
        <w:tc>
          <w:tcPr>
            <w:tcW w:w="0" w:type="auto"/>
          </w:tcPr>
          <w:p w14:paraId="7DA21842" w14:textId="77777777" w:rsidR="000772B4" w:rsidRDefault="00746A89">
            <w:pPr>
              <w:jc w:val="center"/>
            </w:pPr>
            <w:r>
              <w:t>срок уточняется</w:t>
            </w:r>
          </w:p>
        </w:tc>
        <w:tc>
          <w:tcPr>
            <w:tcW w:w="0" w:type="auto"/>
          </w:tcPr>
          <w:p w14:paraId="4E89A1CC" w14:textId="77777777" w:rsidR="000772B4" w:rsidRDefault="00746A89">
            <w:pPr>
              <w:jc w:val="center"/>
            </w:pPr>
            <w:r>
              <w:t>перевод существующих котлоагрегатов</w:t>
            </w:r>
          </w:p>
        </w:tc>
        <w:tc>
          <w:tcPr>
            <w:tcW w:w="0" w:type="auto"/>
          </w:tcPr>
          <w:p w14:paraId="1110F8D6" w14:textId="77777777" w:rsidR="000772B4" w:rsidRDefault="00746A89">
            <w:pPr>
              <w:jc w:val="center"/>
            </w:pPr>
            <w:r>
              <w:t>41 502,0</w:t>
            </w:r>
          </w:p>
        </w:tc>
        <w:tc>
          <w:tcPr>
            <w:tcW w:w="0" w:type="auto"/>
          </w:tcPr>
          <w:p w14:paraId="5326E888" w14:textId="77777777" w:rsidR="000772B4" w:rsidRDefault="00746A89">
            <w:pPr>
              <w:jc w:val="center"/>
            </w:pPr>
            <w:r>
              <w:t>ожидает срока газификации</w:t>
            </w:r>
          </w:p>
        </w:tc>
      </w:tr>
      <w:tr w:rsidR="000772B4" w14:paraId="213A8B4A" w14:textId="77777777">
        <w:trPr>
          <w:cantSplit/>
          <w:jc w:val="center"/>
        </w:trPr>
        <w:tc>
          <w:tcPr>
            <w:tcW w:w="0" w:type="auto"/>
          </w:tcPr>
          <w:p w14:paraId="00FB0B56" w14:textId="77777777" w:rsidR="000772B4" w:rsidRDefault="00746A89">
            <w:r>
              <w:t>УПК № 7 «Каз»</w:t>
            </w:r>
          </w:p>
        </w:tc>
        <w:tc>
          <w:tcPr>
            <w:tcW w:w="0" w:type="auto"/>
          </w:tcPr>
          <w:p w14:paraId="39EE9C50" w14:textId="77777777" w:rsidR="000772B4" w:rsidRDefault="00746A89">
            <w:pPr>
              <w:jc w:val="center"/>
            </w:pPr>
            <w:r>
              <w:t>72,00</w:t>
            </w:r>
          </w:p>
        </w:tc>
        <w:tc>
          <w:tcPr>
            <w:tcW w:w="0" w:type="auto"/>
          </w:tcPr>
          <w:p w14:paraId="11EF7A24" w14:textId="77777777" w:rsidR="000772B4" w:rsidRDefault="00746A89">
            <w:pPr>
              <w:jc w:val="center"/>
            </w:pPr>
            <w:r>
              <w:t>9,2933</w:t>
            </w:r>
          </w:p>
        </w:tc>
        <w:tc>
          <w:tcPr>
            <w:tcW w:w="0" w:type="auto"/>
          </w:tcPr>
          <w:p w14:paraId="2B2D6430" w14:textId="77777777" w:rsidR="000772B4" w:rsidRPr="00794D67" w:rsidRDefault="00746A89">
            <w:pPr>
              <w:jc w:val="center"/>
              <w:rPr>
                <w:lang w:val="ru-RU"/>
              </w:rPr>
            </w:pPr>
            <w:r w:rsidRPr="00794D67">
              <w:rPr>
                <w:lang w:val="ru-RU"/>
              </w:rPr>
              <w:t>график 130/65; перемычек нет по данным 2021 года</w:t>
            </w:r>
          </w:p>
        </w:tc>
        <w:tc>
          <w:tcPr>
            <w:tcW w:w="0" w:type="auto"/>
          </w:tcPr>
          <w:p w14:paraId="07694641" w14:textId="77777777" w:rsidR="000772B4" w:rsidRDefault="00746A89">
            <w:pPr>
              <w:jc w:val="center"/>
            </w:pPr>
            <w:r>
              <w:t>2034</w:t>
            </w:r>
          </w:p>
        </w:tc>
        <w:tc>
          <w:tcPr>
            <w:tcW w:w="0" w:type="auto"/>
          </w:tcPr>
          <w:p w14:paraId="6CB8E3A8" w14:textId="77777777" w:rsidR="000772B4" w:rsidRDefault="00746A89">
            <w:pPr>
              <w:jc w:val="center"/>
            </w:pPr>
            <w:r>
              <w:t>перевод и резервирование сети</w:t>
            </w:r>
          </w:p>
        </w:tc>
        <w:tc>
          <w:tcPr>
            <w:tcW w:w="0" w:type="auto"/>
          </w:tcPr>
          <w:p w14:paraId="0C029F24" w14:textId="77777777" w:rsidR="000772B4" w:rsidRDefault="00746A89">
            <w:pPr>
              <w:jc w:val="center"/>
            </w:pPr>
            <w:r>
              <w:t>177 868,0 и не определено</w:t>
            </w:r>
          </w:p>
        </w:tc>
        <w:tc>
          <w:tcPr>
            <w:tcW w:w="0" w:type="auto"/>
          </w:tcPr>
          <w:p w14:paraId="5B9FEC56" w14:textId="77777777" w:rsidR="000772B4" w:rsidRDefault="00746A89">
            <w:pPr>
              <w:jc w:val="center"/>
            </w:pPr>
            <w:r>
              <w:t>ожидает результата моделирования</w:t>
            </w:r>
          </w:p>
        </w:tc>
      </w:tr>
      <w:tr w:rsidR="000772B4" w14:paraId="59DA0374" w14:textId="77777777">
        <w:trPr>
          <w:cantSplit/>
          <w:jc w:val="center"/>
        </w:trPr>
        <w:tc>
          <w:tcPr>
            <w:tcW w:w="0" w:type="auto"/>
          </w:tcPr>
          <w:p w14:paraId="5DFE6CE0" w14:textId="77777777" w:rsidR="000772B4" w:rsidRDefault="00746A89">
            <w:r>
              <w:t>УПК № 8 «Мундыбаш»</w:t>
            </w:r>
          </w:p>
        </w:tc>
        <w:tc>
          <w:tcPr>
            <w:tcW w:w="0" w:type="auto"/>
          </w:tcPr>
          <w:p w14:paraId="04A3A2CC" w14:textId="77777777" w:rsidR="000772B4" w:rsidRDefault="00746A89">
            <w:pPr>
              <w:jc w:val="center"/>
            </w:pPr>
            <w:r>
              <w:t>36,00</w:t>
            </w:r>
          </w:p>
        </w:tc>
        <w:tc>
          <w:tcPr>
            <w:tcW w:w="0" w:type="auto"/>
          </w:tcPr>
          <w:p w14:paraId="14A92249" w14:textId="77777777" w:rsidR="000772B4" w:rsidRDefault="00746A89">
            <w:pPr>
              <w:jc w:val="center"/>
            </w:pPr>
            <w:r>
              <w:t>8,5759</w:t>
            </w:r>
          </w:p>
        </w:tc>
        <w:tc>
          <w:tcPr>
            <w:tcW w:w="0" w:type="auto"/>
          </w:tcPr>
          <w:p w14:paraId="37950A82" w14:textId="77777777" w:rsidR="000772B4" w:rsidRPr="00794D67" w:rsidRDefault="00746A89">
            <w:pPr>
              <w:jc w:val="center"/>
              <w:rPr>
                <w:lang w:val="ru-RU"/>
              </w:rPr>
            </w:pPr>
            <w:r w:rsidRPr="00794D67">
              <w:rPr>
                <w:lang w:val="ru-RU"/>
              </w:rPr>
              <w:t>принял нагрузку двух ликвидированных котельных</w:t>
            </w:r>
          </w:p>
        </w:tc>
        <w:tc>
          <w:tcPr>
            <w:tcW w:w="0" w:type="auto"/>
          </w:tcPr>
          <w:p w14:paraId="6BC0FBB5" w14:textId="77777777" w:rsidR="000772B4" w:rsidRDefault="00746A89">
            <w:pPr>
              <w:jc w:val="center"/>
            </w:pPr>
            <w:r>
              <w:t>2034</w:t>
            </w:r>
          </w:p>
        </w:tc>
        <w:tc>
          <w:tcPr>
            <w:tcW w:w="0" w:type="auto"/>
          </w:tcPr>
          <w:p w14:paraId="658550D4" w14:textId="77777777" w:rsidR="000772B4" w:rsidRDefault="00746A89">
            <w:pPr>
              <w:jc w:val="center"/>
            </w:pPr>
            <w:r>
              <w:t>перевод существующих котлоагрегатов</w:t>
            </w:r>
          </w:p>
        </w:tc>
        <w:tc>
          <w:tcPr>
            <w:tcW w:w="0" w:type="auto"/>
          </w:tcPr>
          <w:p w14:paraId="467ABB71" w14:textId="77777777" w:rsidR="000772B4" w:rsidRDefault="00746A89">
            <w:pPr>
              <w:jc w:val="center"/>
            </w:pPr>
            <w:r>
              <w:t>78 262,0</w:t>
            </w:r>
          </w:p>
        </w:tc>
        <w:tc>
          <w:tcPr>
            <w:tcW w:w="0" w:type="auto"/>
          </w:tcPr>
          <w:p w14:paraId="6D75C380" w14:textId="77777777" w:rsidR="000772B4" w:rsidRDefault="00746A89">
            <w:pPr>
              <w:jc w:val="center"/>
            </w:pPr>
            <w:r>
              <w:t>решение подтверждено</w:t>
            </w:r>
          </w:p>
        </w:tc>
      </w:tr>
      <w:tr w:rsidR="000772B4" w14:paraId="7F4CED19" w14:textId="77777777">
        <w:trPr>
          <w:cantSplit/>
          <w:jc w:val="center"/>
        </w:trPr>
        <w:tc>
          <w:tcPr>
            <w:tcW w:w="0" w:type="auto"/>
          </w:tcPr>
          <w:p w14:paraId="1BC36005" w14:textId="77777777" w:rsidR="000772B4" w:rsidRDefault="00746A89">
            <w:r>
              <w:t>УПК № 10 «Темир-Тау»</w:t>
            </w:r>
          </w:p>
        </w:tc>
        <w:tc>
          <w:tcPr>
            <w:tcW w:w="0" w:type="auto"/>
          </w:tcPr>
          <w:p w14:paraId="3147625B" w14:textId="77777777" w:rsidR="000772B4" w:rsidRDefault="00746A89">
            <w:pPr>
              <w:jc w:val="center"/>
            </w:pPr>
            <w:r>
              <w:t>33,60</w:t>
            </w:r>
          </w:p>
        </w:tc>
        <w:tc>
          <w:tcPr>
            <w:tcW w:w="0" w:type="auto"/>
          </w:tcPr>
          <w:p w14:paraId="1A94FBED" w14:textId="77777777" w:rsidR="000772B4" w:rsidRDefault="00746A89">
            <w:pPr>
              <w:jc w:val="center"/>
            </w:pPr>
            <w:r>
              <w:t>6,5755</w:t>
            </w:r>
          </w:p>
        </w:tc>
        <w:tc>
          <w:tcPr>
            <w:tcW w:w="0" w:type="auto"/>
          </w:tcPr>
          <w:p w14:paraId="609175C8" w14:textId="77777777" w:rsidR="000772B4" w:rsidRPr="00794D67" w:rsidRDefault="00746A89">
            <w:pPr>
              <w:jc w:val="center"/>
              <w:rPr>
                <w:lang w:val="ru-RU"/>
              </w:rPr>
            </w:pPr>
            <w:r w:rsidRPr="00794D67">
              <w:rPr>
                <w:lang w:val="ru-RU"/>
              </w:rPr>
              <w:t>конфликт установленной мощности не разрешён</w:t>
            </w:r>
          </w:p>
        </w:tc>
        <w:tc>
          <w:tcPr>
            <w:tcW w:w="0" w:type="auto"/>
          </w:tcPr>
          <w:p w14:paraId="47606CD2" w14:textId="77777777" w:rsidR="000772B4" w:rsidRDefault="00746A89">
            <w:pPr>
              <w:jc w:val="center"/>
            </w:pPr>
            <w:r>
              <w:t>2034</w:t>
            </w:r>
          </w:p>
        </w:tc>
        <w:tc>
          <w:tcPr>
            <w:tcW w:w="0" w:type="auto"/>
          </w:tcPr>
          <w:p w14:paraId="593B9518" w14:textId="77777777" w:rsidR="000772B4" w:rsidRDefault="00746A89">
            <w:pPr>
              <w:jc w:val="center"/>
            </w:pPr>
            <w:r>
              <w:t>перевод существующих котлоагрегатов</w:t>
            </w:r>
          </w:p>
        </w:tc>
        <w:tc>
          <w:tcPr>
            <w:tcW w:w="0" w:type="auto"/>
          </w:tcPr>
          <w:p w14:paraId="5DD3ADA2" w14:textId="77777777" w:rsidR="000772B4" w:rsidRDefault="00746A89">
            <w:pPr>
              <w:jc w:val="center"/>
            </w:pPr>
            <w:r>
              <w:t>71 147,0</w:t>
            </w:r>
          </w:p>
        </w:tc>
        <w:tc>
          <w:tcPr>
            <w:tcW w:w="0" w:type="auto"/>
          </w:tcPr>
          <w:p w14:paraId="1CB8F99E" w14:textId="77777777" w:rsidR="000772B4" w:rsidRDefault="00746A89">
            <w:pPr>
              <w:jc w:val="center"/>
            </w:pPr>
            <w:r>
              <w:t>ожидает паспорта котла</w:t>
            </w:r>
          </w:p>
        </w:tc>
      </w:tr>
      <w:tr w:rsidR="000772B4" w:rsidRPr="00C07C05" w14:paraId="6B35E43D" w14:textId="77777777">
        <w:trPr>
          <w:cantSplit/>
          <w:jc w:val="center"/>
        </w:trPr>
        <w:tc>
          <w:tcPr>
            <w:tcW w:w="0" w:type="auto"/>
          </w:tcPr>
          <w:p w14:paraId="4530DBF5" w14:textId="77777777" w:rsidR="000772B4" w:rsidRDefault="00746A89">
            <w:r>
              <w:t>УПК № 3 «Спасск»</w:t>
            </w:r>
          </w:p>
        </w:tc>
        <w:tc>
          <w:tcPr>
            <w:tcW w:w="0" w:type="auto"/>
          </w:tcPr>
          <w:p w14:paraId="7E7313DA" w14:textId="77777777" w:rsidR="000772B4" w:rsidRDefault="00746A89">
            <w:pPr>
              <w:jc w:val="center"/>
            </w:pPr>
            <w:r>
              <w:t>5,37</w:t>
            </w:r>
          </w:p>
        </w:tc>
        <w:tc>
          <w:tcPr>
            <w:tcW w:w="0" w:type="auto"/>
          </w:tcPr>
          <w:p w14:paraId="1FCD87D6" w14:textId="77777777" w:rsidR="000772B4" w:rsidRDefault="00746A89">
            <w:pPr>
              <w:jc w:val="center"/>
            </w:pPr>
            <w:r>
              <w:t>1,1314</w:t>
            </w:r>
          </w:p>
        </w:tc>
        <w:tc>
          <w:tcPr>
            <w:tcW w:w="0" w:type="auto"/>
          </w:tcPr>
          <w:p w14:paraId="2AE0D71D" w14:textId="77777777" w:rsidR="000772B4" w:rsidRPr="00794D67" w:rsidRDefault="00746A89">
            <w:pPr>
              <w:jc w:val="center"/>
              <w:rPr>
                <w:lang w:val="ru-RU"/>
              </w:rPr>
            </w:pPr>
            <w:r w:rsidRPr="00794D67">
              <w:rPr>
                <w:lang w:val="ru-RU"/>
              </w:rPr>
              <w:t>дефицит производительности водоподготовки −0,43 т/ч при заявленной нулевой производительности</w:t>
            </w:r>
          </w:p>
        </w:tc>
        <w:tc>
          <w:tcPr>
            <w:tcW w:w="0" w:type="auto"/>
          </w:tcPr>
          <w:p w14:paraId="0EA93A1F" w14:textId="77777777" w:rsidR="000772B4" w:rsidRDefault="00746A89">
            <w:pPr>
              <w:jc w:val="center"/>
            </w:pPr>
            <w:r>
              <w:t>2035</w:t>
            </w:r>
          </w:p>
        </w:tc>
        <w:tc>
          <w:tcPr>
            <w:tcW w:w="0" w:type="auto"/>
          </w:tcPr>
          <w:p w14:paraId="0D276EC9" w14:textId="77777777" w:rsidR="000772B4" w:rsidRPr="00794D67" w:rsidRDefault="00746A89">
            <w:pPr>
              <w:jc w:val="center"/>
              <w:rPr>
                <w:lang w:val="ru-RU"/>
              </w:rPr>
            </w:pPr>
            <w:r w:rsidRPr="00794D67">
              <w:rPr>
                <w:lang w:val="ru-RU"/>
              </w:rPr>
              <w:t>перевод и решение по водоподготовке</w:t>
            </w:r>
          </w:p>
        </w:tc>
        <w:tc>
          <w:tcPr>
            <w:tcW w:w="0" w:type="auto"/>
          </w:tcPr>
          <w:p w14:paraId="3CD1DF59" w14:textId="77777777" w:rsidR="000772B4" w:rsidRDefault="00746A89">
            <w:pPr>
              <w:jc w:val="center"/>
            </w:pPr>
            <w:r>
              <w:t>29 644,0 и не определено</w:t>
            </w:r>
          </w:p>
        </w:tc>
        <w:tc>
          <w:tcPr>
            <w:tcW w:w="0" w:type="auto"/>
          </w:tcPr>
          <w:p w14:paraId="5A723A5D" w14:textId="77777777" w:rsidR="000772B4" w:rsidRPr="00794D67" w:rsidRDefault="00746A89">
            <w:pPr>
              <w:jc w:val="center"/>
              <w:rPr>
                <w:lang w:val="ru-RU"/>
              </w:rPr>
            </w:pPr>
            <w:r w:rsidRPr="00794D67">
              <w:rPr>
                <w:lang w:val="ru-RU"/>
              </w:rPr>
              <w:t>ожидает сведений о технологии водоподготовки</w:t>
            </w:r>
          </w:p>
        </w:tc>
      </w:tr>
    </w:tbl>
    <w:p w14:paraId="0D81EBEE" w14:textId="77777777" w:rsidR="00B808F9" w:rsidRPr="00794D67" w:rsidRDefault="00B808F9">
      <w:pPr>
        <w:rPr>
          <w:lang w:val="ru-RU"/>
        </w:rPr>
        <w:sectPr w:rsidR="00B808F9" w:rsidRPr="00794D67" w:rsidSect="00034616">
          <w:footerReference w:type="default" r:id="rId74"/>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C44AF00" w14:textId="77777777" w:rsidR="000772B4" w:rsidRPr="00794D67" w:rsidRDefault="000772B4">
      <w:pPr>
        <w:spacing w:after="40"/>
        <w:rPr>
          <w:lang w:val="ru-RU"/>
        </w:rPr>
      </w:pPr>
    </w:p>
    <w:p w14:paraId="01FA6CEB" w14:textId="77777777" w:rsidR="000772B4" w:rsidRPr="00794D67" w:rsidRDefault="00746A89">
      <w:pPr>
        <w:spacing w:after="80"/>
        <w:jc w:val="both"/>
        <w:rPr>
          <w:lang w:val="ru-RU"/>
        </w:rPr>
      </w:pPr>
      <w:r w:rsidRPr="00794D67">
        <w:rPr>
          <w:lang w:val="ru-RU"/>
        </w:rPr>
        <w:t>Перевод на природный газ не означает одинакового технического решения. Материалы допускают перевод существующих котлоагрегатов либо установку нового оборудования; решения взаимоисключающие, суммированию не подлежат, выбор определяется проектной документацией по каждому источнику.</w:t>
      </w:r>
    </w:p>
    <w:p w14:paraId="7F3125A5" w14:textId="77777777" w:rsidR="000772B4" w:rsidRPr="00782666" w:rsidRDefault="00746A89">
      <w:pPr>
        <w:pStyle w:val="21"/>
        <w:rPr>
          <w:lang w:val="ru-RU"/>
        </w:rPr>
      </w:pPr>
      <w:bookmarkStart w:id="34" w:name="_Toc238015625"/>
      <w:r w:rsidRPr="00782666">
        <w:rPr>
          <w:lang w:val="ru-RU"/>
        </w:rPr>
        <w:t>5.8. УПК № 5 «Новый Шерегеш» — узловое решение</w:t>
      </w:r>
      <w:bookmarkEnd w:id="34"/>
    </w:p>
    <w:p w14:paraId="1B7E2694" w14:textId="77777777" w:rsidR="000772B4" w:rsidRPr="00794D67" w:rsidRDefault="00746A89">
      <w:pPr>
        <w:spacing w:after="80"/>
        <w:jc w:val="both"/>
        <w:rPr>
          <w:lang w:val="ru-RU"/>
        </w:rPr>
      </w:pPr>
      <w:r w:rsidRPr="00794D67">
        <w:rPr>
          <w:lang w:val="ru-RU"/>
        </w:rPr>
        <w:t xml:space="preserve">Единственная зона округа, где перспективная нагрузка превышает располагаемую мощность, и единственная, где скрининг режима </w:t>
      </w:r>
      <w:r>
        <w:t>N</w:t>
      </w:r>
      <w:r w:rsidRPr="00794D67">
        <w:rPr>
          <w:lang w:val="ru-RU"/>
        </w:rPr>
        <w:t>−1 даёт отрицательный результат.</w:t>
      </w:r>
    </w:p>
    <w:p w14:paraId="519ABB14" w14:textId="77777777" w:rsidR="000772B4" w:rsidRDefault="00746A89">
      <w:pPr>
        <w:keepNext/>
        <w:spacing w:before="160"/>
      </w:pPr>
      <w:r>
        <w:rPr>
          <w:b/>
        </w:rPr>
        <w:t>Таблица 5.8 — Баланс мощности зоны</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6353"/>
        <w:gridCol w:w="1304"/>
        <w:gridCol w:w="1688"/>
      </w:tblGrid>
      <w:tr w:rsidR="000772B4" w14:paraId="6A243E9D" w14:textId="77777777">
        <w:trPr>
          <w:cantSplit/>
          <w:tblHeader/>
          <w:jc w:val="center"/>
        </w:trPr>
        <w:tc>
          <w:tcPr>
            <w:tcW w:w="0" w:type="auto"/>
            <w:shd w:val="clear" w:color="auto" w:fill="E2F0D9"/>
          </w:tcPr>
          <w:p w14:paraId="3807DAC3" w14:textId="77777777" w:rsidR="000772B4" w:rsidRDefault="00746A89">
            <w:pPr>
              <w:jc w:val="center"/>
            </w:pPr>
            <w:r>
              <w:rPr>
                <w:b/>
              </w:rPr>
              <w:t>Показатель</w:t>
            </w:r>
          </w:p>
        </w:tc>
        <w:tc>
          <w:tcPr>
            <w:tcW w:w="0" w:type="auto"/>
            <w:shd w:val="clear" w:color="auto" w:fill="E2F0D9"/>
          </w:tcPr>
          <w:p w14:paraId="20604548" w14:textId="77777777" w:rsidR="000772B4" w:rsidRDefault="00746A89">
            <w:pPr>
              <w:jc w:val="center"/>
            </w:pPr>
            <w:r>
              <w:rPr>
                <w:b/>
              </w:rPr>
              <w:t>2026</w:t>
            </w:r>
          </w:p>
        </w:tc>
        <w:tc>
          <w:tcPr>
            <w:tcW w:w="0" w:type="auto"/>
            <w:shd w:val="clear" w:color="auto" w:fill="E2F0D9"/>
          </w:tcPr>
          <w:p w14:paraId="284E97DA" w14:textId="77777777" w:rsidR="000772B4" w:rsidRDefault="00746A89">
            <w:pPr>
              <w:jc w:val="center"/>
            </w:pPr>
            <w:r>
              <w:rPr>
                <w:b/>
              </w:rPr>
              <w:t>2031 и 2036</w:t>
            </w:r>
          </w:p>
        </w:tc>
      </w:tr>
      <w:tr w:rsidR="000772B4" w14:paraId="3C131E79" w14:textId="77777777">
        <w:trPr>
          <w:cantSplit/>
          <w:jc w:val="center"/>
        </w:trPr>
        <w:tc>
          <w:tcPr>
            <w:tcW w:w="0" w:type="auto"/>
          </w:tcPr>
          <w:p w14:paraId="0B8304A0" w14:textId="77777777" w:rsidR="000772B4" w:rsidRDefault="00746A89">
            <w:r>
              <w:t>Установленная мощность, Гкал/ч</w:t>
            </w:r>
          </w:p>
        </w:tc>
        <w:tc>
          <w:tcPr>
            <w:tcW w:w="0" w:type="auto"/>
          </w:tcPr>
          <w:p w14:paraId="3C551DB4" w14:textId="77777777" w:rsidR="000772B4" w:rsidRDefault="00746A89">
            <w:pPr>
              <w:jc w:val="center"/>
            </w:pPr>
            <w:r>
              <w:t>114,000</w:t>
            </w:r>
          </w:p>
        </w:tc>
        <w:tc>
          <w:tcPr>
            <w:tcW w:w="0" w:type="auto"/>
          </w:tcPr>
          <w:p w14:paraId="28616958" w14:textId="77777777" w:rsidR="000772B4" w:rsidRDefault="00746A89">
            <w:pPr>
              <w:jc w:val="center"/>
            </w:pPr>
            <w:r>
              <w:t>114,000</w:t>
            </w:r>
          </w:p>
        </w:tc>
      </w:tr>
      <w:tr w:rsidR="000772B4" w14:paraId="683B6840" w14:textId="77777777">
        <w:trPr>
          <w:cantSplit/>
          <w:jc w:val="center"/>
        </w:trPr>
        <w:tc>
          <w:tcPr>
            <w:tcW w:w="0" w:type="auto"/>
          </w:tcPr>
          <w:p w14:paraId="4484E910" w14:textId="77777777" w:rsidR="000772B4" w:rsidRDefault="00746A89">
            <w:r>
              <w:t>Располагаемая мощность, Гкал/ч</w:t>
            </w:r>
          </w:p>
        </w:tc>
        <w:tc>
          <w:tcPr>
            <w:tcW w:w="0" w:type="auto"/>
          </w:tcPr>
          <w:p w14:paraId="39EDF43D" w14:textId="77777777" w:rsidR="000772B4" w:rsidRDefault="00746A89">
            <w:pPr>
              <w:jc w:val="center"/>
            </w:pPr>
            <w:r>
              <w:t>114,000</w:t>
            </w:r>
          </w:p>
        </w:tc>
        <w:tc>
          <w:tcPr>
            <w:tcW w:w="0" w:type="auto"/>
          </w:tcPr>
          <w:p w14:paraId="78BF9170" w14:textId="77777777" w:rsidR="000772B4" w:rsidRDefault="00746A89">
            <w:pPr>
              <w:jc w:val="center"/>
            </w:pPr>
            <w:r>
              <w:t>114,000</w:t>
            </w:r>
          </w:p>
        </w:tc>
      </w:tr>
      <w:tr w:rsidR="000772B4" w14:paraId="00C17CE3" w14:textId="77777777">
        <w:trPr>
          <w:cantSplit/>
          <w:jc w:val="center"/>
        </w:trPr>
        <w:tc>
          <w:tcPr>
            <w:tcW w:w="0" w:type="auto"/>
          </w:tcPr>
          <w:p w14:paraId="4A1B551D" w14:textId="77777777" w:rsidR="000772B4" w:rsidRPr="00794D67" w:rsidRDefault="00746A89">
            <w:pPr>
              <w:rPr>
                <w:lang w:val="ru-RU"/>
              </w:rPr>
            </w:pPr>
            <w:r w:rsidRPr="00794D67">
              <w:rPr>
                <w:lang w:val="ru-RU"/>
              </w:rPr>
              <w:t>Полная максимальная нагрузка, Гкал/ч</w:t>
            </w:r>
          </w:p>
        </w:tc>
        <w:tc>
          <w:tcPr>
            <w:tcW w:w="0" w:type="auto"/>
          </w:tcPr>
          <w:p w14:paraId="159D08AA" w14:textId="77777777" w:rsidR="000772B4" w:rsidRDefault="00746A89">
            <w:pPr>
              <w:jc w:val="center"/>
            </w:pPr>
            <w:r>
              <w:t>68,6123</w:t>
            </w:r>
          </w:p>
        </w:tc>
        <w:tc>
          <w:tcPr>
            <w:tcW w:w="0" w:type="auto"/>
          </w:tcPr>
          <w:p w14:paraId="44620E0A" w14:textId="77777777" w:rsidR="000772B4" w:rsidRDefault="00746A89">
            <w:pPr>
              <w:jc w:val="center"/>
            </w:pPr>
            <w:r>
              <w:t>114,4463</w:t>
            </w:r>
          </w:p>
        </w:tc>
      </w:tr>
      <w:tr w:rsidR="000772B4" w14:paraId="39E9D2B8" w14:textId="77777777">
        <w:trPr>
          <w:cantSplit/>
          <w:jc w:val="center"/>
        </w:trPr>
        <w:tc>
          <w:tcPr>
            <w:tcW w:w="0" w:type="auto"/>
          </w:tcPr>
          <w:p w14:paraId="19E0CF7B" w14:textId="77777777" w:rsidR="000772B4" w:rsidRPr="00794D67" w:rsidRDefault="00746A89">
            <w:pPr>
              <w:rPr>
                <w:lang w:val="ru-RU"/>
              </w:rPr>
            </w:pPr>
            <w:r w:rsidRPr="00794D67">
              <w:rPr>
                <w:lang w:val="ru-RU"/>
              </w:rPr>
              <w:t>Резерв по располагаемой мощности, Гкал/ч</w:t>
            </w:r>
          </w:p>
        </w:tc>
        <w:tc>
          <w:tcPr>
            <w:tcW w:w="0" w:type="auto"/>
          </w:tcPr>
          <w:p w14:paraId="6084724E" w14:textId="77777777" w:rsidR="000772B4" w:rsidRDefault="00746A89">
            <w:pPr>
              <w:jc w:val="center"/>
            </w:pPr>
            <w:r>
              <w:t>+45,3877</w:t>
            </w:r>
          </w:p>
        </w:tc>
        <w:tc>
          <w:tcPr>
            <w:tcW w:w="0" w:type="auto"/>
          </w:tcPr>
          <w:p w14:paraId="542210C2" w14:textId="77777777" w:rsidR="000772B4" w:rsidRDefault="00746A89">
            <w:pPr>
              <w:jc w:val="center"/>
            </w:pPr>
            <w:r>
              <w:t>−0,4463</w:t>
            </w:r>
          </w:p>
        </w:tc>
      </w:tr>
      <w:tr w:rsidR="000772B4" w14:paraId="7B672F27" w14:textId="77777777">
        <w:trPr>
          <w:cantSplit/>
          <w:jc w:val="center"/>
        </w:trPr>
        <w:tc>
          <w:tcPr>
            <w:tcW w:w="0" w:type="auto"/>
          </w:tcPr>
          <w:p w14:paraId="5A45BA6E" w14:textId="77777777" w:rsidR="000772B4" w:rsidRDefault="00746A89">
            <w:r>
              <w:t>Загрузка оборудования, %</w:t>
            </w:r>
          </w:p>
        </w:tc>
        <w:tc>
          <w:tcPr>
            <w:tcW w:w="0" w:type="auto"/>
          </w:tcPr>
          <w:p w14:paraId="400DE2C8" w14:textId="77777777" w:rsidR="000772B4" w:rsidRDefault="00746A89">
            <w:pPr>
              <w:jc w:val="center"/>
            </w:pPr>
            <w:r>
              <w:t>60,19</w:t>
            </w:r>
          </w:p>
        </w:tc>
        <w:tc>
          <w:tcPr>
            <w:tcW w:w="0" w:type="auto"/>
          </w:tcPr>
          <w:p w14:paraId="6FC1DDCF" w14:textId="77777777" w:rsidR="000772B4" w:rsidRDefault="00746A89">
            <w:pPr>
              <w:jc w:val="center"/>
            </w:pPr>
            <w:r>
              <w:t>100,39</w:t>
            </w:r>
          </w:p>
        </w:tc>
      </w:tr>
      <w:tr w:rsidR="000772B4" w14:paraId="4176FB37" w14:textId="77777777">
        <w:trPr>
          <w:cantSplit/>
          <w:jc w:val="center"/>
        </w:trPr>
        <w:tc>
          <w:tcPr>
            <w:tcW w:w="0" w:type="auto"/>
          </w:tcPr>
          <w:p w14:paraId="4088ED2B" w14:textId="77777777" w:rsidR="000772B4" w:rsidRPr="00794D67" w:rsidRDefault="00746A89">
            <w:pPr>
              <w:rPr>
                <w:lang w:val="ru-RU"/>
              </w:rPr>
            </w:pPr>
            <w:r w:rsidRPr="00794D67">
              <w:rPr>
                <w:lang w:val="ru-RU"/>
              </w:rPr>
              <w:t>Остаток при выводе крупнейшего котла, Гкал/ч</w:t>
            </w:r>
          </w:p>
        </w:tc>
        <w:tc>
          <w:tcPr>
            <w:tcW w:w="0" w:type="auto"/>
          </w:tcPr>
          <w:p w14:paraId="5FFF6A27" w14:textId="77777777" w:rsidR="000772B4" w:rsidRDefault="00746A89">
            <w:pPr>
              <w:jc w:val="center"/>
            </w:pPr>
            <w:r>
              <w:t>94,000</w:t>
            </w:r>
          </w:p>
        </w:tc>
        <w:tc>
          <w:tcPr>
            <w:tcW w:w="0" w:type="auto"/>
          </w:tcPr>
          <w:p w14:paraId="64984AB5" w14:textId="77777777" w:rsidR="000772B4" w:rsidRDefault="00746A89">
            <w:pPr>
              <w:jc w:val="center"/>
            </w:pPr>
            <w:r>
              <w:t>94,000</w:t>
            </w:r>
          </w:p>
        </w:tc>
      </w:tr>
    </w:tbl>
    <w:p w14:paraId="0C903152" w14:textId="77777777" w:rsidR="000772B4" w:rsidRDefault="000772B4">
      <w:pPr>
        <w:spacing w:after="40"/>
      </w:pPr>
    </w:p>
    <w:p w14:paraId="12C0BD15" w14:textId="77777777" w:rsidR="000772B4" w:rsidRPr="00794D67" w:rsidRDefault="00746A89">
      <w:pPr>
        <w:spacing w:after="80"/>
        <w:jc w:val="both"/>
        <w:rPr>
          <w:lang w:val="ru-RU"/>
        </w:rPr>
      </w:pPr>
      <w:r w:rsidRPr="00794D67">
        <w:rPr>
          <w:lang w:val="ru-RU"/>
        </w:rPr>
        <w:t xml:space="preserve">Величина минус 0,4463 Гкал/ч является вспомогательным признаком отсутствия свободного балансового резерва и самостоятельным обоснованием крупной реконструкции не служит. Основаниями решения по зоне выступают совокупно: коэффициент полезного действия четырёх котлов из семи ниже 73 % при их суммарной мощности 64 Гкал/ч, что составляет более половины мощности источника; возраст оборудования от 1967 года; отрицательный результат скрининга режима </w:t>
      </w:r>
      <w:r>
        <w:t>N</w:t>
      </w:r>
      <w:r w:rsidRPr="00794D67">
        <w:rPr>
          <w:lang w:val="ru-RU"/>
        </w:rPr>
        <w:t>−1 при перспективной нагрузке; предстоящий перевод источника на природный газ.</w:t>
      </w:r>
    </w:p>
    <w:p w14:paraId="07227B24" w14:textId="77777777" w:rsidR="000772B4" w:rsidRPr="00794D67" w:rsidRDefault="00746A89">
      <w:pPr>
        <w:spacing w:after="80"/>
        <w:jc w:val="both"/>
        <w:rPr>
          <w:lang w:val="ru-RU"/>
        </w:rPr>
      </w:pPr>
      <w:r w:rsidRPr="00794D67">
        <w:rPr>
          <w:lang w:val="ru-RU"/>
        </w:rPr>
        <w:t>Проектное решение по реконструкции источника в составе исходных данных отсутствует, перспективная мощность в настоящей редакции не назначается. Мероприятие газификации мощность источника не увеличивает; мероприятие установки второй ступени газоочистки имеет экологический эффект и балансовую задачу не решает.</w:t>
      </w:r>
    </w:p>
    <w:p w14:paraId="50DAC382" w14:textId="77777777" w:rsidR="000772B4" w:rsidRPr="00794D67" w:rsidRDefault="00746A89">
      <w:pPr>
        <w:spacing w:after="80"/>
        <w:rPr>
          <w:lang w:val="ru-RU"/>
        </w:rPr>
      </w:pPr>
      <w:r w:rsidRPr="00794D67">
        <w:rPr>
          <w:i/>
          <w:color w:val="993300"/>
          <w:lang w:val="ru-RU"/>
        </w:rPr>
        <w:t>Требуется решение главного инженера проекта: выбор между увеличением мощности источника, уточнением перспективной нагрузки и ограничением подключений. Решение принимается после получения результатов моделирования аварийных режимов и уточнения состава договорной нагрузки.</w:t>
      </w:r>
    </w:p>
    <w:p w14:paraId="738B2B3D" w14:textId="77777777" w:rsidR="000772B4" w:rsidRPr="00782666" w:rsidRDefault="00746A89">
      <w:pPr>
        <w:pStyle w:val="21"/>
        <w:rPr>
          <w:lang w:val="ru-RU"/>
        </w:rPr>
      </w:pPr>
      <w:bookmarkStart w:id="35" w:name="_Toc238015626"/>
      <w:r w:rsidRPr="00782666">
        <w:rPr>
          <w:lang w:val="ru-RU"/>
        </w:rPr>
        <w:t>5.9. Газификация</w:t>
      </w:r>
      <w:bookmarkEnd w:id="35"/>
    </w:p>
    <w:p w14:paraId="3D06BB45" w14:textId="77777777" w:rsidR="000772B4" w:rsidRPr="00794D67" w:rsidRDefault="00746A89">
      <w:pPr>
        <w:keepNext/>
        <w:spacing w:before="160"/>
        <w:rPr>
          <w:lang w:val="ru-RU"/>
        </w:rPr>
      </w:pPr>
      <w:r w:rsidRPr="00794D67">
        <w:rPr>
          <w:b/>
          <w:lang w:val="ru-RU"/>
        </w:rPr>
        <w:t>Таблица 5.9 — Календарь перевода источников на природный газ</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390"/>
        <w:gridCol w:w="3639"/>
        <w:gridCol w:w="4316"/>
      </w:tblGrid>
      <w:tr w:rsidR="000772B4" w14:paraId="3505ACFA" w14:textId="77777777">
        <w:trPr>
          <w:cantSplit/>
          <w:tblHeader/>
          <w:jc w:val="center"/>
        </w:trPr>
        <w:tc>
          <w:tcPr>
            <w:tcW w:w="0" w:type="auto"/>
            <w:shd w:val="clear" w:color="auto" w:fill="E2F0D9"/>
          </w:tcPr>
          <w:p w14:paraId="464B2680" w14:textId="77777777" w:rsidR="000772B4" w:rsidRDefault="00746A89">
            <w:pPr>
              <w:jc w:val="center"/>
            </w:pPr>
            <w:r>
              <w:rPr>
                <w:b/>
              </w:rPr>
              <w:t>Год</w:t>
            </w:r>
          </w:p>
        </w:tc>
        <w:tc>
          <w:tcPr>
            <w:tcW w:w="0" w:type="auto"/>
            <w:shd w:val="clear" w:color="auto" w:fill="E2F0D9"/>
          </w:tcPr>
          <w:p w14:paraId="4C10CD92" w14:textId="77777777" w:rsidR="000772B4" w:rsidRDefault="00746A89">
            <w:pPr>
              <w:jc w:val="center"/>
            </w:pPr>
            <w:r>
              <w:rPr>
                <w:b/>
              </w:rPr>
              <w:t>Источники</w:t>
            </w:r>
          </w:p>
        </w:tc>
        <w:tc>
          <w:tcPr>
            <w:tcW w:w="0" w:type="auto"/>
            <w:shd w:val="clear" w:color="auto" w:fill="E2F0D9"/>
          </w:tcPr>
          <w:p w14:paraId="3BAB4869" w14:textId="77777777" w:rsidR="000772B4" w:rsidRDefault="00746A89">
            <w:pPr>
              <w:jc w:val="center"/>
            </w:pPr>
            <w:r>
              <w:rPr>
                <w:b/>
              </w:rPr>
              <w:t>Основание</w:t>
            </w:r>
          </w:p>
        </w:tc>
      </w:tr>
      <w:tr w:rsidR="000772B4" w14:paraId="3655D4AC" w14:textId="77777777">
        <w:trPr>
          <w:cantSplit/>
          <w:jc w:val="center"/>
        </w:trPr>
        <w:tc>
          <w:tcPr>
            <w:tcW w:w="0" w:type="auto"/>
          </w:tcPr>
          <w:p w14:paraId="35C9BB94" w14:textId="77777777" w:rsidR="000772B4" w:rsidRDefault="00746A89">
            <w:r>
              <w:t>2034</w:t>
            </w:r>
          </w:p>
        </w:tc>
        <w:tc>
          <w:tcPr>
            <w:tcW w:w="0" w:type="auto"/>
          </w:tcPr>
          <w:p w14:paraId="172DDE8E" w14:textId="77777777" w:rsidR="000772B4" w:rsidRDefault="00746A89">
            <w:pPr>
              <w:jc w:val="center"/>
            </w:pPr>
            <w:r>
              <w:t>УПК № 7 «Каз», УПК № 8 «Мундыбаш», УПК № 10 «Темир-Тау»</w:t>
            </w:r>
          </w:p>
        </w:tc>
        <w:tc>
          <w:tcPr>
            <w:tcW w:w="0" w:type="auto"/>
          </w:tcPr>
          <w:p w14:paraId="55BFB37E" w14:textId="77777777" w:rsidR="000772B4" w:rsidRDefault="00746A89">
            <w:pPr>
              <w:jc w:val="center"/>
            </w:pPr>
            <w:r>
              <w:t>календарный график программы от 16.07.2024</w:t>
            </w:r>
          </w:p>
        </w:tc>
      </w:tr>
      <w:tr w:rsidR="000772B4" w14:paraId="15301BCE" w14:textId="77777777">
        <w:trPr>
          <w:cantSplit/>
          <w:jc w:val="center"/>
        </w:trPr>
        <w:tc>
          <w:tcPr>
            <w:tcW w:w="0" w:type="auto"/>
          </w:tcPr>
          <w:p w14:paraId="15CC938B" w14:textId="77777777" w:rsidR="000772B4" w:rsidRDefault="00746A89">
            <w:r>
              <w:t>2035</w:t>
            </w:r>
          </w:p>
        </w:tc>
        <w:tc>
          <w:tcPr>
            <w:tcW w:w="0" w:type="auto"/>
          </w:tcPr>
          <w:p w14:paraId="6444F2CB" w14:textId="77777777" w:rsidR="000772B4" w:rsidRDefault="00746A89">
            <w:pPr>
              <w:jc w:val="center"/>
            </w:pPr>
            <w:r>
              <w:t>УПК № 1, УПК № 2 «Шалым», УПК № 2 «ЦМК», УПК № 3 «Спасск», УПК № 9 «ГРЭ»</w:t>
            </w:r>
          </w:p>
        </w:tc>
        <w:tc>
          <w:tcPr>
            <w:tcW w:w="0" w:type="auto"/>
          </w:tcPr>
          <w:p w14:paraId="44233189" w14:textId="77777777" w:rsidR="000772B4" w:rsidRDefault="00746A89">
            <w:pPr>
              <w:jc w:val="center"/>
            </w:pPr>
            <w:r>
              <w:t>то же</w:t>
            </w:r>
          </w:p>
        </w:tc>
      </w:tr>
      <w:tr w:rsidR="000772B4" w:rsidRPr="00C07C05" w14:paraId="113DB62F" w14:textId="77777777">
        <w:trPr>
          <w:cantSplit/>
          <w:jc w:val="center"/>
        </w:trPr>
        <w:tc>
          <w:tcPr>
            <w:tcW w:w="0" w:type="auto"/>
          </w:tcPr>
          <w:p w14:paraId="71A768CD" w14:textId="77777777" w:rsidR="000772B4" w:rsidRDefault="00746A89">
            <w:r>
              <w:t>срок уточняется</w:t>
            </w:r>
          </w:p>
        </w:tc>
        <w:tc>
          <w:tcPr>
            <w:tcW w:w="0" w:type="auto"/>
          </w:tcPr>
          <w:p w14:paraId="3E6C7ECD" w14:textId="77777777" w:rsidR="000772B4" w:rsidRPr="00794D67" w:rsidRDefault="00746A89">
            <w:pPr>
              <w:jc w:val="center"/>
              <w:rPr>
                <w:lang w:val="ru-RU"/>
              </w:rPr>
            </w:pPr>
            <w:r w:rsidRPr="00794D67">
              <w:rPr>
                <w:lang w:val="ru-RU"/>
              </w:rPr>
              <w:t>УПК № 5 «Новый Шерегеш», УПК № 6 «Старый Шерегеш»</w:t>
            </w:r>
          </w:p>
        </w:tc>
        <w:tc>
          <w:tcPr>
            <w:tcW w:w="0" w:type="auto"/>
          </w:tcPr>
          <w:p w14:paraId="634961E7" w14:textId="77777777" w:rsidR="000772B4" w:rsidRPr="00794D67" w:rsidRDefault="00746A89">
            <w:pPr>
              <w:jc w:val="center"/>
              <w:rPr>
                <w:lang w:val="ru-RU"/>
              </w:rPr>
            </w:pPr>
            <w:r w:rsidRPr="00794D67">
              <w:rPr>
                <w:lang w:val="ru-RU"/>
              </w:rPr>
              <w:t>перевод подтверждён договором поставки газа; календарный график по этим источникам в программе отсутствует</w:t>
            </w:r>
          </w:p>
        </w:tc>
      </w:tr>
    </w:tbl>
    <w:p w14:paraId="0782E5B2" w14:textId="77777777" w:rsidR="000772B4" w:rsidRPr="00794D67" w:rsidRDefault="000772B4">
      <w:pPr>
        <w:spacing w:after="40"/>
        <w:rPr>
          <w:lang w:val="ru-RU"/>
        </w:rPr>
      </w:pPr>
    </w:p>
    <w:p w14:paraId="43B28F1E" w14:textId="77777777" w:rsidR="000772B4" w:rsidRPr="00794D67" w:rsidRDefault="00746A89">
      <w:pPr>
        <w:spacing w:after="80"/>
        <w:jc w:val="both"/>
        <w:rPr>
          <w:lang w:val="ru-RU"/>
        </w:rPr>
      </w:pPr>
      <w:r w:rsidRPr="00794D67">
        <w:rPr>
          <w:lang w:val="ru-RU"/>
        </w:rPr>
        <w:t>Фиктивный год источникам, по которым график отсутствует, не назначается.</w:t>
      </w:r>
    </w:p>
    <w:p w14:paraId="3429473E" w14:textId="77777777" w:rsidR="000772B4" w:rsidRPr="00794D67" w:rsidRDefault="00746A89">
      <w:pPr>
        <w:spacing w:after="80"/>
        <w:jc w:val="both"/>
        <w:rPr>
          <w:lang w:val="ru-RU"/>
        </w:rPr>
      </w:pPr>
      <w:r w:rsidRPr="00794D67">
        <w:rPr>
          <w:lang w:val="ru-RU"/>
        </w:rPr>
        <w:t>Перевод на природный газ не означает одинакового технического решения для всех источников. Материалы допускают два взаимоисключающих решения — перевод существующих котлоагрегатов либо установку нового оборудования. Варианты одновременной реализации не подлежат и суммированию не поддаются; окончательный выбор определяется проектной документацией.</w:t>
      </w:r>
    </w:p>
    <w:p w14:paraId="2E9EEB18" w14:textId="77777777" w:rsidR="000772B4" w:rsidRPr="00794D67" w:rsidRDefault="00746A89">
      <w:pPr>
        <w:spacing w:after="80"/>
        <w:rPr>
          <w:lang w:val="ru-RU"/>
        </w:rPr>
      </w:pPr>
      <w:r w:rsidRPr="00794D67">
        <w:rPr>
          <w:i/>
          <w:color w:val="993300"/>
          <w:lang w:val="ru-RU"/>
        </w:rPr>
        <w:t>Проектное решение принимается по каждому источнику отдельно: перевод существующих котлов, замена котлов, замена горелочных устройств либо новое оборудование.</w:t>
      </w:r>
    </w:p>
    <w:p w14:paraId="21ADBBD5" w14:textId="77777777" w:rsidR="000772B4" w:rsidRPr="00782666" w:rsidRDefault="00746A89">
      <w:pPr>
        <w:pStyle w:val="21"/>
        <w:rPr>
          <w:lang w:val="ru-RU"/>
        </w:rPr>
      </w:pPr>
      <w:bookmarkStart w:id="36" w:name="_Toc238015627"/>
      <w:r w:rsidRPr="00782666">
        <w:rPr>
          <w:lang w:val="ru-RU"/>
        </w:rPr>
        <w:t>5.10. Тепловые сети</w:t>
      </w:r>
      <w:bookmarkEnd w:id="36"/>
    </w:p>
    <w:p w14:paraId="210B9221" w14:textId="77777777" w:rsidR="000772B4" w:rsidRPr="00794D67" w:rsidRDefault="00746A89">
      <w:pPr>
        <w:spacing w:after="80"/>
        <w:jc w:val="both"/>
        <w:rPr>
          <w:lang w:val="ru-RU"/>
        </w:rPr>
      </w:pPr>
      <w:r w:rsidRPr="00794D67">
        <w:rPr>
          <w:lang w:val="ru-RU"/>
        </w:rPr>
        <w:t>Замена ветхих участков предусматривается по всем зонам исходя из доли ветхих сетей 20–30 процентов и физического износа 52 процента. Конкретный перечень участков формируется по реестру из 1 294 участков с учётом года прокладки и диаметра.</w:t>
      </w:r>
    </w:p>
    <w:p w14:paraId="53F1B4DC" w14:textId="77777777" w:rsidR="000772B4" w:rsidRPr="00794D67" w:rsidRDefault="00746A89">
      <w:pPr>
        <w:spacing w:after="80"/>
        <w:jc w:val="both"/>
        <w:rPr>
          <w:lang w:val="ru-RU"/>
        </w:rPr>
      </w:pPr>
      <w:r w:rsidRPr="00794D67">
        <w:rPr>
          <w:lang w:val="ru-RU"/>
        </w:rPr>
        <w:t>Участки, введённые в эксплуатацию в 2021–2024 годах суммарной длиной 4 378,5 м, к замене на горизонте схемы не предусматриваются: при принятом сроке службы 25 лет технического основания для этого нет.</w:t>
      </w:r>
    </w:p>
    <w:p w14:paraId="7AB43096" w14:textId="77777777" w:rsidR="000772B4" w:rsidRPr="00794D67" w:rsidRDefault="00746A89">
      <w:pPr>
        <w:spacing w:after="80"/>
        <w:rPr>
          <w:lang w:val="ru-RU"/>
        </w:rPr>
      </w:pPr>
      <w:r w:rsidRPr="00794D67">
        <w:rPr>
          <w:i/>
          <w:color w:val="993300"/>
          <w:lang w:val="ru-RU"/>
        </w:rPr>
        <w:t>Уточняется по результатам расчётного моделирования: решение об устройстве резервирующих связей принимается по результату определения фактической доли резервируемой тепловой нагрузки по зонам.</w:t>
      </w:r>
    </w:p>
    <w:p w14:paraId="6DB8F46F" w14:textId="77777777" w:rsidR="000772B4" w:rsidRPr="00794D67" w:rsidRDefault="00746A89">
      <w:pPr>
        <w:pStyle w:val="21"/>
        <w:rPr>
          <w:lang w:val="ru-RU"/>
        </w:rPr>
      </w:pPr>
      <w:bookmarkStart w:id="37" w:name="_Toc238015628"/>
      <w:r w:rsidRPr="00782666">
        <w:rPr>
          <w:lang w:val="ru-RU"/>
        </w:rPr>
        <w:t>5.11. Горячее водоснабжение</w:t>
      </w:r>
      <w:bookmarkEnd w:id="37"/>
    </w:p>
    <w:p w14:paraId="6B862F99" w14:textId="77777777" w:rsidR="000772B4" w:rsidRPr="00794D67" w:rsidRDefault="00746A89">
      <w:pPr>
        <w:spacing w:after="80"/>
        <w:jc w:val="both"/>
        <w:rPr>
          <w:lang w:val="ru-RU"/>
        </w:rPr>
      </w:pPr>
      <w:r w:rsidRPr="00794D67">
        <w:rPr>
          <w:lang w:val="ru-RU"/>
        </w:rPr>
        <w:t>Открытые системы подтверждены по УПК № 5 «Новый Шерегеш» и УПК № 3 «Спасск». Схема ранее утверждённого Спасского поселения предлагала перевод потребителей на закрытый водоразбор путём реконструкции индивидуальных тепловых пунктов с установкой теплообменников на нужды горячего водоснабжения. Это решение принимается как исходное для проработки.</w:t>
      </w:r>
    </w:p>
    <w:p w14:paraId="15DCE25E" w14:textId="77777777" w:rsidR="000772B4" w:rsidRPr="00794D67" w:rsidRDefault="00746A89">
      <w:pPr>
        <w:spacing w:after="80"/>
        <w:jc w:val="both"/>
        <w:rPr>
          <w:lang w:val="ru-RU"/>
        </w:rPr>
      </w:pPr>
      <w:r w:rsidRPr="00794D67">
        <w:rPr>
          <w:lang w:val="ru-RU"/>
        </w:rPr>
        <w:t>По УПК № 8 «Мундыбаш» тепловая сеть двухтрубная, приготовление горячей воды смешанное; перевод не требуется.</w:t>
      </w:r>
    </w:p>
    <w:p w14:paraId="55E4E546" w14:textId="77777777" w:rsidR="000772B4" w:rsidRPr="00794D67" w:rsidRDefault="00746A89">
      <w:pPr>
        <w:spacing w:after="80"/>
        <w:rPr>
          <w:lang w:val="ru-RU"/>
        </w:rPr>
      </w:pPr>
      <w:r w:rsidRPr="00794D67">
        <w:rPr>
          <w:i/>
          <w:color w:val="993300"/>
          <w:lang w:val="ru-RU"/>
        </w:rPr>
        <w:t>выбор между альтернативами не сделан: выбор между реконструкцией индивидуальных тепловых пунктов и сохранением существующих схем требует расчёта балансов теплоносителя и подтверждения конфигурации водоподготовки четырёх источников.</w:t>
      </w:r>
    </w:p>
    <w:p w14:paraId="493C7FF4" w14:textId="77777777" w:rsidR="000772B4" w:rsidRPr="00344E69" w:rsidRDefault="00746A89">
      <w:pPr>
        <w:pStyle w:val="21"/>
        <w:rPr>
          <w:lang w:val="ru-RU"/>
        </w:rPr>
      </w:pPr>
      <w:bookmarkStart w:id="38" w:name="_Toc238015629"/>
      <w:r w:rsidRPr="00344E69">
        <w:rPr>
          <w:lang w:val="ru-RU"/>
        </w:rPr>
        <w:t>5.12. Надёжность</w:t>
      </w:r>
      <w:bookmarkEnd w:id="38"/>
    </w:p>
    <w:p w14:paraId="31057F18" w14:textId="77777777" w:rsidR="000772B4" w:rsidRPr="00794D67" w:rsidRDefault="00746A89">
      <w:pPr>
        <w:spacing w:after="80"/>
        <w:jc w:val="both"/>
        <w:rPr>
          <w:lang w:val="ru-RU"/>
        </w:rPr>
      </w:pPr>
      <w:r w:rsidRPr="00794D67">
        <w:rPr>
          <w:lang w:val="ru-RU"/>
        </w:rPr>
        <w:t>По УПК № 9 «ГРЭ» подтверждено отсутствие резервного ввода электроснабжения. Мероприятие по обеспечению резервного питания включается в мастер-план; выбор между устройством второго ввода и установкой автономного источника требует сведений о наличии такого источника.</w:t>
      </w:r>
    </w:p>
    <w:p w14:paraId="3AE99230" w14:textId="77777777" w:rsidR="000772B4" w:rsidRPr="00794D67" w:rsidRDefault="00746A89">
      <w:pPr>
        <w:spacing w:after="80"/>
        <w:jc w:val="both"/>
        <w:rPr>
          <w:lang w:val="ru-RU"/>
        </w:rPr>
      </w:pPr>
      <w:r w:rsidRPr="00794D67">
        <w:rPr>
          <w:lang w:val="ru-RU"/>
        </w:rPr>
        <w:t>Решения по резервированию тепловых сетей принимаются после определения фактической доли резервируемой нагрузки. Оценка надёжности изложена отдельным томом.</w:t>
      </w:r>
    </w:p>
    <w:p w14:paraId="2D9A0671" w14:textId="77777777" w:rsidR="000772B4" w:rsidRPr="00794D67" w:rsidRDefault="00746A89">
      <w:pPr>
        <w:pStyle w:val="21"/>
        <w:rPr>
          <w:lang w:val="ru-RU"/>
        </w:rPr>
      </w:pPr>
      <w:bookmarkStart w:id="39" w:name="_Toc238015630"/>
      <w:r w:rsidRPr="00782666">
        <w:rPr>
          <w:lang w:val="ru-RU"/>
        </w:rPr>
        <w:t>5.13. Итоговая конфигурация</w:t>
      </w:r>
      <w:bookmarkEnd w:id="39"/>
    </w:p>
    <w:p w14:paraId="08F5F013" w14:textId="77777777" w:rsidR="000772B4" w:rsidRPr="00794D67" w:rsidRDefault="00746A89">
      <w:pPr>
        <w:keepNext/>
        <w:spacing w:before="160"/>
        <w:rPr>
          <w:lang w:val="ru-RU"/>
        </w:rPr>
      </w:pPr>
      <w:r w:rsidRPr="00794D67">
        <w:rPr>
          <w:b/>
          <w:lang w:val="ru-RU"/>
        </w:rPr>
        <w:t>Таблица 5.10 — Конфигурация систем на 2031 и 2036 годы</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3103"/>
        <w:gridCol w:w="2662"/>
        <w:gridCol w:w="3580"/>
      </w:tblGrid>
      <w:tr w:rsidR="000772B4" w14:paraId="3ACC0C56" w14:textId="77777777">
        <w:trPr>
          <w:cantSplit/>
          <w:tblHeader/>
          <w:jc w:val="center"/>
        </w:trPr>
        <w:tc>
          <w:tcPr>
            <w:tcW w:w="0" w:type="auto"/>
            <w:shd w:val="clear" w:color="auto" w:fill="E2F0D9"/>
          </w:tcPr>
          <w:p w14:paraId="5E07C644" w14:textId="77777777" w:rsidR="000772B4" w:rsidRDefault="00746A89">
            <w:pPr>
              <w:jc w:val="center"/>
            </w:pPr>
            <w:r>
              <w:rPr>
                <w:b/>
              </w:rPr>
              <w:t>Источник</w:t>
            </w:r>
          </w:p>
        </w:tc>
        <w:tc>
          <w:tcPr>
            <w:tcW w:w="0" w:type="auto"/>
            <w:shd w:val="clear" w:color="auto" w:fill="E2F0D9"/>
          </w:tcPr>
          <w:p w14:paraId="6B4E15D6" w14:textId="77777777" w:rsidR="000772B4" w:rsidRDefault="00746A89">
            <w:pPr>
              <w:jc w:val="center"/>
            </w:pPr>
            <w:r>
              <w:rPr>
                <w:b/>
              </w:rPr>
              <w:t>Состояние на 2031 год</w:t>
            </w:r>
          </w:p>
        </w:tc>
        <w:tc>
          <w:tcPr>
            <w:tcW w:w="0" w:type="auto"/>
            <w:shd w:val="clear" w:color="auto" w:fill="E2F0D9"/>
          </w:tcPr>
          <w:p w14:paraId="2DA8AB9A" w14:textId="77777777" w:rsidR="000772B4" w:rsidRDefault="00746A89">
            <w:pPr>
              <w:jc w:val="center"/>
            </w:pPr>
            <w:r>
              <w:rPr>
                <w:b/>
              </w:rPr>
              <w:t>Состояние на 2036 год</w:t>
            </w:r>
          </w:p>
        </w:tc>
      </w:tr>
      <w:tr w:rsidR="000772B4" w14:paraId="67EA9194" w14:textId="77777777">
        <w:trPr>
          <w:cantSplit/>
          <w:jc w:val="center"/>
        </w:trPr>
        <w:tc>
          <w:tcPr>
            <w:tcW w:w="0" w:type="auto"/>
          </w:tcPr>
          <w:p w14:paraId="41020D78" w14:textId="77777777" w:rsidR="000772B4" w:rsidRDefault="00746A89">
            <w:r>
              <w:t>УПК № 1 Таштагол</w:t>
            </w:r>
          </w:p>
        </w:tc>
        <w:tc>
          <w:tcPr>
            <w:tcW w:w="0" w:type="auto"/>
          </w:tcPr>
          <w:p w14:paraId="06CB805A" w14:textId="77777777" w:rsidR="000772B4" w:rsidRDefault="00746A89">
            <w:pPr>
              <w:jc w:val="center"/>
            </w:pPr>
            <w:r>
              <w:t>уголь</w:t>
            </w:r>
          </w:p>
        </w:tc>
        <w:tc>
          <w:tcPr>
            <w:tcW w:w="0" w:type="auto"/>
          </w:tcPr>
          <w:p w14:paraId="4807A24F" w14:textId="77777777" w:rsidR="000772B4" w:rsidRDefault="00746A89">
            <w:pPr>
              <w:jc w:val="center"/>
            </w:pPr>
            <w:r>
              <w:t>природный газ, 2035</w:t>
            </w:r>
          </w:p>
        </w:tc>
      </w:tr>
      <w:tr w:rsidR="000772B4" w14:paraId="49DC040C" w14:textId="77777777">
        <w:trPr>
          <w:cantSplit/>
          <w:jc w:val="center"/>
        </w:trPr>
        <w:tc>
          <w:tcPr>
            <w:tcW w:w="0" w:type="auto"/>
          </w:tcPr>
          <w:p w14:paraId="2CDFD5A6" w14:textId="77777777" w:rsidR="000772B4" w:rsidRDefault="00746A89">
            <w:r>
              <w:t>УПК № 2 Шалым</w:t>
            </w:r>
          </w:p>
        </w:tc>
        <w:tc>
          <w:tcPr>
            <w:tcW w:w="0" w:type="auto"/>
          </w:tcPr>
          <w:p w14:paraId="221416F3" w14:textId="77777777" w:rsidR="000772B4" w:rsidRDefault="00746A89">
            <w:pPr>
              <w:jc w:val="center"/>
            </w:pPr>
            <w:r>
              <w:t>уголь</w:t>
            </w:r>
          </w:p>
        </w:tc>
        <w:tc>
          <w:tcPr>
            <w:tcW w:w="0" w:type="auto"/>
          </w:tcPr>
          <w:p w14:paraId="77C1335A" w14:textId="77777777" w:rsidR="000772B4" w:rsidRDefault="00746A89">
            <w:pPr>
              <w:jc w:val="center"/>
            </w:pPr>
            <w:r>
              <w:t>природный газ, 2035</w:t>
            </w:r>
          </w:p>
        </w:tc>
      </w:tr>
      <w:tr w:rsidR="000772B4" w14:paraId="02D3066B" w14:textId="77777777">
        <w:trPr>
          <w:cantSplit/>
          <w:jc w:val="center"/>
        </w:trPr>
        <w:tc>
          <w:tcPr>
            <w:tcW w:w="0" w:type="auto"/>
          </w:tcPr>
          <w:p w14:paraId="1894200C" w14:textId="77777777" w:rsidR="000772B4" w:rsidRDefault="00746A89">
            <w:r>
              <w:t>УПК № 2 ЦМК</w:t>
            </w:r>
          </w:p>
        </w:tc>
        <w:tc>
          <w:tcPr>
            <w:tcW w:w="0" w:type="auto"/>
          </w:tcPr>
          <w:p w14:paraId="059E1E1E" w14:textId="77777777" w:rsidR="000772B4" w:rsidRDefault="00746A89">
            <w:pPr>
              <w:jc w:val="center"/>
            </w:pPr>
            <w:r>
              <w:t>уголь</w:t>
            </w:r>
          </w:p>
        </w:tc>
        <w:tc>
          <w:tcPr>
            <w:tcW w:w="0" w:type="auto"/>
          </w:tcPr>
          <w:p w14:paraId="1DF60964" w14:textId="77777777" w:rsidR="000772B4" w:rsidRDefault="00746A89">
            <w:pPr>
              <w:jc w:val="center"/>
            </w:pPr>
            <w:r>
              <w:t>природный газ, 2035</w:t>
            </w:r>
          </w:p>
        </w:tc>
      </w:tr>
      <w:tr w:rsidR="000772B4" w14:paraId="38E818C3" w14:textId="77777777">
        <w:trPr>
          <w:cantSplit/>
          <w:jc w:val="center"/>
        </w:trPr>
        <w:tc>
          <w:tcPr>
            <w:tcW w:w="0" w:type="auto"/>
          </w:tcPr>
          <w:p w14:paraId="74A9D61D" w14:textId="77777777" w:rsidR="000772B4" w:rsidRDefault="00746A89">
            <w:r>
              <w:t>УПК № 9 ГРЭ</w:t>
            </w:r>
          </w:p>
        </w:tc>
        <w:tc>
          <w:tcPr>
            <w:tcW w:w="0" w:type="auto"/>
          </w:tcPr>
          <w:p w14:paraId="32880CED" w14:textId="77777777" w:rsidR="000772B4" w:rsidRDefault="00746A89">
            <w:pPr>
              <w:jc w:val="center"/>
            </w:pPr>
            <w:r>
              <w:t>уголь</w:t>
            </w:r>
          </w:p>
        </w:tc>
        <w:tc>
          <w:tcPr>
            <w:tcW w:w="0" w:type="auto"/>
          </w:tcPr>
          <w:p w14:paraId="2864AA5A" w14:textId="77777777" w:rsidR="000772B4" w:rsidRDefault="00746A89">
            <w:pPr>
              <w:jc w:val="center"/>
            </w:pPr>
            <w:r>
              <w:t>природный газ, 2035</w:t>
            </w:r>
          </w:p>
        </w:tc>
      </w:tr>
      <w:tr w:rsidR="000772B4" w14:paraId="3931FBA7" w14:textId="77777777">
        <w:trPr>
          <w:cantSplit/>
          <w:jc w:val="center"/>
        </w:trPr>
        <w:tc>
          <w:tcPr>
            <w:tcW w:w="0" w:type="auto"/>
          </w:tcPr>
          <w:p w14:paraId="3B0AB10E" w14:textId="77777777" w:rsidR="000772B4" w:rsidRDefault="00746A89">
            <w:r>
              <w:t>УПК № 5 Новый Шерегеш</w:t>
            </w:r>
          </w:p>
        </w:tc>
        <w:tc>
          <w:tcPr>
            <w:tcW w:w="0" w:type="auto"/>
          </w:tcPr>
          <w:p w14:paraId="2437331D" w14:textId="77777777" w:rsidR="000772B4" w:rsidRDefault="00746A89">
            <w:pPr>
              <w:jc w:val="center"/>
            </w:pPr>
            <w:r>
              <w:t>уголь</w:t>
            </w:r>
          </w:p>
        </w:tc>
        <w:tc>
          <w:tcPr>
            <w:tcW w:w="0" w:type="auto"/>
          </w:tcPr>
          <w:p w14:paraId="74B0AEE2" w14:textId="77777777" w:rsidR="000772B4" w:rsidRDefault="00746A89">
            <w:pPr>
              <w:jc w:val="center"/>
            </w:pPr>
            <w:r>
              <w:t>природный газ, срок уточняется</w:t>
            </w:r>
          </w:p>
        </w:tc>
      </w:tr>
      <w:tr w:rsidR="000772B4" w14:paraId="7B061C61" w14:textId="77777777">
        <w:trPr>
          <w:cantSplit/>
          <w:jc w:val="center"/>
        </w:trPr>
        <w:tc>
          <w:tcPr>
            <w:tcW w:w="0" w:type="auto"/>
          </w:tcPr>
          <w:p w14:paraId="4D9010B5" w14:textId="77777777" w:rsidR="000772B4" w:rsidRDefault="00746A89">
            <w:r>
              <w:t>УПК № 6 Старый Шерегеш</w:t>
            </w:r>
          </w:p>
        </w:tc>
        <w:tc>
          <w:tcPr>
            <w:tcW w:w="0" w:type="auto"/>
          </w:tcPr>
          <w:p w14:paraId="2ADDBDD5" w14:textId="77777777" w:rsidR="000772B4" w:rsidRDefault="00746A89">
            <w:pPr>
              <w:jc w:val="center"/>
            </w:pPr>
            <w:r>
              <w:t>уголь</w:t>
            </w:r>
          </w:p>
        </w:tc>
        <w:tc>
          <w:tcPr>
            <w:tcW w:w="0" w:type="auto"/>
          </w:tcPr>
          <w:p w14:paraId="17C85233" w14:textId="77777777" w:rsidR="000772B4" w:rsidRDefault="00746A89">
            <w:pPr>
              <w:jc w:val="center"/>
            </w:pPr>
            <w:r>
              <w:t>природный газ, срок уточняется</w:t>
            </w:r>
          </w:p>
        </w:tc>
      </w:tr>
      <w:tr w:rsidR="000772B4" w14:paraId="5DCBC9BB" w14:textId="77777777">
        <w:trPr>
          <w:cantSplit/>
          <w:jc w:val="center"/>
        </w:trPr>
        <w:tc>
          <w:tcPr>
            <w:tcW w:w="0" w:type="auto"/>
          </w:tcPr>
          <w:p w14:paraId="347BBBBC" w14:textId="77777777" w:rsidR="000772B4" w:rsidRDefault="00746A89">
            <w:r>
              <w:t>УПК № 7 Каз</w:t>
            </w:r>
          </w:p>
        </w:tc>
        <w:tc>
          <w:tcPr>
            <w:tcW w:w="0" w:type="auto"/>
          </w:tcPr>
          <w:p w14:paraId="09DDF6F0" w14:textId="77777777" w:rsidR="000772B4" w:rsidRDefault="00746A89">
            <w:pPr>
              <w:jc w:val="center"/>
            </w:pPr>
            <w:r>
              <w:t>уголь</w:t>
            </w:r>
          </w:p>
        </w:tc>
        <w:tc>
          <w:tcPr>
            <w:tcW w:w="0" w:type="auto"/>
          </w:tcPr>
          <w:p w14:paraId="23570E49" w14:textId="77777777" w:rsidR="000772B4" w:rsidRDefault="00746A89">
            <w:pPr>
              <w:jc w:val="center"/>
            </w:pPr>
            <w:r>
              <w:t>природный газ, 2034</w:t>
            </w:r>
          </w:p>
        </w:tc>
      </w:tr>
      <w:tr w:rsidR="000772B4" w14:paraId="42D04C3E" w14:textId="77777777">
        <w:trPr>
          <w:cantSplit/>
          <w:jc w:val="center"/>
        </w:trPr>
        <w:tc>
          <w:tcPr>
            <w:tcW w:w="0" w:type="auto"/>
          </w:tcPr>
          <w:p w14:paraId="6E06E226" w14:textId="77777777" w:rsidR="000772B4" w:rsidRDefault="00746A89">
            <w:r>
              <w:t>УПК № 8 Мундыбаш</w:t>
            </w:r>
          </w:p>
        </w:tc>
        <w:tc>
          <w:tcPr>
            <w:tcW w:w="0" w:type="auto"/>
          </w:tcPr>
          <w:p w14:paraId="191EB621" w14:textId="77777777" w:rsidR="000772B4" w:rsidRDefault="00746A89">
            <w:pPr>
              <w:jc w:val="center"/>
            </w:pPr>
            <w:r>
              <w:t>уголь</w:t>
            </w:r>
          </w:p>
        </w:tc>
        <w:tc>
          <w:tcPr>
            <w:tcW w:w="0" w:type="auto"/>
          </w:tcPr>
          <w:p w14:paraId="4A3DE03C" w14:textId="77777777" w:rsidR="000772B4" w:rsidRDefault="00746A89">
            <w:pPr>
              <w:jc w:val="center"/>
            </w:pPr>
            <w:r>
              <w:t>природный газ, 2034</w:t>
            </w:r>
          </w:p>
        </w:tc>
      </w:tr>
      <w:tr w:rsidR="000772B4" w14:paraId="1F5BAA40" w14:textId="77777777">
        <w:trPr>
          <w:cantSplit/>
          <w:jc w:val="center"/>
        </w:trPr>
        <w:tc>
          <w:tcPr>
            <w:tcW w:w="0" w:type="auto"/>
          </w:tcPr>
          <w:p w14:paraId="4C09B652" w14:textId="77777777" w:rsidR="000772B4" w:rsidRDefault="00746A89">
            <w:r>
              <w:t>УПК № 10 Темир-Тау</w:t>
            </w:r>
          </w:p>
        </w:tc>
        <w:tc>
          <w:tcPr>
            <w:tcW w:w="0" w:type="auto"/>
          </w:tcPr>
          <w:p w14:paraId="2BA452CA" w14:textId="77777777" w:rsidR="000772B4" w:rsidRDefault="00746A89">
            <w:pPr>
              <w:jc w:val="center"/>
            </w:pPr>
            <w:r>
              <w:t>уголь</w:t>
            </w:r>
          </w:p>
        </w:tc>
        <w:tc>
          <w:tcPr>
            <w:tcW w:w="0" w:type="auto"/>
          </w:tcPr>
          <w:p w14:paraId="5A08D18B" w14:textId="77777777" w:rsidR="000772B4" w:rsidRDefault="00746A89">
            <w:pPr>
              <w:jc w:val="center"/>
            </w:pPr>
            <w:r>
              <w:t>природный газ, 2034</w:t>
            </w:r>
          </w:p>
        </w:tc>
      </w:tr>
      <w:tr w:rsidR="000772B4" w14:paraId="62652456" w14:textId="77777777">
        <w:trPr>
          <w:cantSplit/>
          <w:jc w:val="center"/>
        </w:trPr>
        <w:tc>
          <w:tcPr>
            <w:tcW w:w="0" w:type="auto"/>
          </w:tcPr>
          <w:p w14:paraId="1A9F0A2E" w14:textId="77777777" w:rsidR="000772B4" w:rsidRDefault="00746A89">
            <w:r>
              <w:t>УПК № 3 Спасск</w:t>
            </w:r>
          </w:p>
        </w:tc>
        <w:tc>
          <w:tcPr>
            <w:tcW w:w="0" w:type="auto"/>
          </w:tcPr>
          <w:p w14:paraId="625651A3" w14:textId="77777777" w:rsidR="000772B4" w:rsidRDefault="00746A89">
            <w:pPr>
              <w:jc w:val="center"/>
            </w:pPr>
            <w:r>
              <w:t>уголь</w:t>
            </w:r>
          </w:p>
        </w:tc>
        <w:tc>
          <w:tcPr>
            <w:tcW w:w="0" w:type="auto"/>
          </w:tcPr>
          <w:p w14:paraId="2486CCA2" w14:textId="77777777" w:rsidR="000772B4" w:rsidRDefault="00746A89">
            <w:pPr>
              <w:jc w:val="center"/>
            </w:pPr>
            <w:r>
              <w:t>природный газ, 2035</w:t>
            </w:r>
          </w:p>
        </w:tc>
      </w:tr>
    </w:tbl>
    <w:p w14:paraId="5D2FEE01" w14:textId="77777777" w:rsidR="000772B4" w:rsidRDefault="000772B4">
      <w:pPr>
        <w:spacing w:after="40"/>
      </w:pPr>
    </w:p>
    <w:p w14:paraId="12CA7262" w14:textId="77777777" w:rsidR="000772B4" w:rsidRPr="00794D67" w:rsidRDefault="00746A89">
      <w:pPr>
        <w:spacing w:after="80"/>
        <w:jc w:val="both"/>
        <w:rPr>
          <w:lang w:val="ru-RU"/>
        </w:rPr>
      </w:pPr>
      <w:r w:rsidRPr="00794D67">
        <w:rPr>
          <w:lang w:val="ru-RU"/>
        </w:rPr>
        <w:t>К 2031 году все источники сохраняют угольное топливо: календарный график относит перевод к 2034 и 2035 годам. К расчётному сроку 2036 года перевод на природный газ выполнен по восьми источникам с подтверждённым годом и предусмотрен по двум источникам, срок по которым подлежит уточнению.</w:t>
      </w:r>
    </w:p>
    <w:p w14:paraId="7B92E128" w14:textId="77777777" w:rsidR="000772B4" w:rsidRPr="00794D67" w:rsidRDefault="00746A89">
      <w:pPr>
        <w:spacing w:after="80"/>
        <w:jc w:val="both"/>
        <w:rPr>
          <w:lang w:val="ru-RU"/>
        </w:rPr>
      </w:pPr>
      <w:r w:rsidRPr="00794D67">
        <w:rPr>
          <w:lang w:val="ru-RU"/>
        </w:rPr>
        <w:t>Установленная мощность источников на горизонте не изменяется, за исключением зоны УПК № 5, решение по которой не принято.</w:t>
      </w:r>
    </w:p>
    <w:p w14:paraId="4CD4A747" w14:textId="77777777" w:rsidR="000772B4" w:rsidRPr="00782666" w:rsidRDefault="00746A89">
      <w:pPr>
        <w:pStyle w:val="21"/>
        <w:rPr>
          <w:lang w:val="ru-RU"/>
        </w:rPr>
      </w:pPr>
      <w:bookmarkStart w:id="40" w:name="_Toc238015631"/>
      <w:r w:rsidRPr="00782666">
        <w:rPr>
          <w:lang w:val="ru-RU"/>
        </w:rPr>
        <w:t>5.14. Капитальные вложения</w:t>
      </w:r>
      <w:bookmarkEnd w:id="40"/>
    </w:p>
    <w:p w14:paraId="1522306D" w14:textId="77777777" w:rsidR="000772B4" w:rsidRPr="00794D67" w:rsidRDefault="00746A89">
      <w:pPr>
        <w:keepNext/>
        <w:spacing w:before="160"/>
        <w:rPr>
          <w:lang w:val="ru-RU"/>
        </w:rPr>
      </w:pPr>
      <w:r w:rsidRPr="00794D67">
        <w:rPr>
          <w:b/>
          <w:lang w:val="ru-RU"/>
        </w:rPr>
        <w:t>Таблица 5.11 — Объёмы капитальных вложений</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635"/>
        <w:gridCol w:w="1397"/>
        <w:gridCol w:w="1432"/>
        <w:gridCol w:w="3881"/>
      </w:tblGrid>
      <w:tr w:rsidR="000772B4" w14:paraId="2D79B941" w14:textId="77777777">
        <w:trPr>
          <w:cantSplit/>
          <w:tblHeader/>
          <w:jc w:val="center"/>
        </w:trPr>
        <w:tc>
          <w:tcPr>
            <w:tcW w:w="0" w:type="auto"/>
            <w:shd w:val="clear" w:color="auto" w:fill="E2F0D9"/>
          </w:tcPr>
          <w:p w14:paraId="5BA89312" w14:textId="77777777" w:rsidR="000772B4" w:rsidRDefault="00746A89">
            <w:pPr>
              <w:jc w:val="center"/>
            </w:pPr>
            <w:r>
              <w:rPr>
                <w:b/>
              </w:rPr>
              <w:t>Группа мероприятий</w:t>
            </w:r>
          </w:p>
        </w:tc>
        <w:tc>
          <w:tcPr>
            <w:tcW w:w="0" w:type="auto"/>
            <w:shd w:val="clear" w:color="auto" w:fill="E2F0D9"/>
          </w:tcPr>
          <w:p w14:paraId="6D1F12B2" w14:textId="77777777" w:rsidR="000772B4" w:rsidRDefault="00746A89">
            <w:pPr>
              <w:jc w:val="center"/>
            </w:pPr>
            <w:r>
              <w:rPr>
                <w:b/>
              </w:rPr>
              <w:t>Количество</w:t>
            </w:r>
          </w:p>
        </w:tc>
        <w:tc>
          <w:tcPr>
            <w:tcW w:w="0" w:type="auto"/>
            <w:shd w:val="clear" w:color="auto" w:fill="E2F0D9"/>
          </w:tcPr>
          <w:p w14:paraId="5C1D2BDA" w14:textId="77777777" w:rsidR="000772B4" w:rsidRDefault="00746A89">
            <w:pPr>
              <w:jc w:val="center"/>
            </w:pPr>
            <w:r>
              <w:rPr>
                <w:b/>
              </w:rPr>
              <w:t>Объём, тыс. руб.</w:t>
            </w:r>
          </w:p>
        </w:tc>
        <w:tc>
          <w:tcPr>
            <w:tcW w:w="0" w:type="auto"/>
            <w:shd w:val="clear" w:color="auto" w:fill="E2F0D9"/>
          </w:tcPr>
          <w:p w14:paraId="66282754" w14:textId="77777777" w:rsidR="000772B4" w:rsidRDefault="00746A89">
            <w:pPr>
              <w:jc w:val="center"/>
            </w:pPr>
            <w:r>
              <w:rPr>
                <w:b/>
              </w:rPr>
              <w:t>Характер оценки</w:t>
            </w:r>
          </w:p>
        </w:tc>
      </w:tr>
      <w:tr w:rsidR="000772B4" w:rsidRPr="00C07C05" w14:paraId="4F43E3EC" w14:textId="77777777">
        <w:trPr>
          <w:cantSplit/>
          <w:jc w:val="center"/>
        </w:trPr>
        <w:tc>
          <w:tcPr>
            <w:tcW w:w="0" w:type="auto"/>
          </w:tcPr>
          <w:p w14:paraId="31C4B021" w14:textId="77777777" w:rsidR="000772B4" w:rsidRPr="00794D67" w:rsidRDefault="00746A89">
            <w:pPr>
              <w:rPr>
                <w:lang w:val="ru-RU"/>
              </w:rPr>
            </w:pPr>
            <w:r w:rsidRPr="00794D67">
              <w:rPr>
                <w:lang w:val="ru-RU"/>
              </w:rPr>
              <w:t>Перевод источников на природный газ</w:t>
            </w:r>
          </w:p>
        </w:tc>
        <w:tc>
          <w:tcPr>
            <w:tcW w:w="0" w:type="auto"/>
          </w:tcPr>
          <w:p w14:paraId="61A5C0B2" w14:textId="77777777" w:rsidR="000772B4" w:rsidRDefault="00746A89">
            <w:pPr>
              <w:jc w:val="center"/>
            </w:pPr>
            <w:r>
              <w:t>10</w:t>
            </w:r>
          </w:p>
        </w:tc>
        <w:tc>
          <w:tcPr>
            <w:tcW w:w="0" w:type="auto"/>
          </w:tcPr>
          <w:p w14:paraId="2EDE5D48" w14:textId="77777777" w:rsidR="000772B4" w:rsidRDefault="00746A89">
            <w:pPr>
              <w:jc w:val="center"/>
            </w:pPr>
            <w:r>
              <w:t>1 539 328,0</w:t>
            </w:r>
          </w:p>
        </w:tc>
        <w:tc>
          <w:tcPr>
            <w:tcW w:w="0" w:type="auto"/>
          </w:tcPr>
          <w:p w14:paraId="23AD6D39" w14:textId="77777777" w:rsidR="000772B4" w:rsidRPr="00794D67" w:rsidRDefault="00746A89">
            <w:pPr>
              <w:jc w:val="center"/>
              <w:rPr>
                <w:lang w:val="ru-RU"/>
              </w:rPr>
            </w:pPr>
            <w:r w:rsidRPr="00794D67">
              <w:rPr>
                <w:lang w:val="ru-RU"/>
              </w:rPr>
              <w:t>ориентировочная, цены 2024 года с налогом на добавленную стоимость</w:t>
            </w:r>
          </w:p>
        </w:tc>
      </w:tr>
      <w:tr w:rsidR="000772B4" w:rsidRPr="00C07C05" w14:paraId="44518781" w14:textId="77777777">
        <w:trPr>
          <w:cantSplit/>
          <w:jc w:val="center"/>
        </w:trPr>
        <w:tc>
          <w:tcPr>
            <w:tcW w:w="0" w:type="auto"/>
          </w:tcPr>
          <w:p w14:paraId="7A8BA1C2" w14:textId="77777777" w:rsidR="000772B4" w:rsidRDefault="00746A89">
            <w:r>
              <w:t>Повышение экологических характеристик</w:t>
            </w:r>
          </w:p>
        </w:tc>
        <w:tc>
          <w:tcPr>
            <w:tcW w:w="0" w:type="auto"/>
          </w:tcPr>
          <w:p w14:paraId="59C98530" w14:textId="77777777" w:rsidR="000772B4" w:rsidRDefault="00746A89">
            <w:pPr>
              <w:jc w:val="center"/>
            </w:pPr>
            <w:r>
              <w:t>1</w:t>
            </w:r>
          </w:p>
        </w:tc>
        <w:tc>
          <w:tcPr>
            <w:tcW w:w="0" w:type="auto"/>
          </w:tcPr>
          <w:p w14:paraId="23076A11" w14:textId="77777777" w:rsidR="000772B4" w:rsidRDefault="00746A89">
            <w:pPr>
              <w:jc w:val="center"/>
            </w:pPr>
            <w:r>
              <w:t>не определён</w:t>
            </w:r>
          </w:p>
        </w:tc>
        <w:tc>
          <w:tcPr>
            <w:tcW w:w="0" w:type="auto"/>
          </w:tcPr>
          <w:p w14:paraId="6E7CC9AB" w14:textId="77777777" w:rsidR="000772B4" w:rsidRPr="00794D67" w:rsidRDefault="00746A89">
            <w:pPr>
              <w:jc w:val="center"/>
              <w:rPr>
                <w:lang w:val="ru-RU"/>
              </w:rPr>
            </w:pPr>
            <w:r w:rsidRPr="00794D67">
              <w:rPr>
                <w:lang w:val="ru-RU"/>
              </w:rPr>
              <w:t>отдельной строкой в инвестиционной программе не выделен</w:t>
            </w:r>
          </w:p>
        </w:tc>
      </w:tr>
      <w:tr w:rsidR="000772B4" w14:paraId="7B69C972" w14:textId="77777777">
        <w:trPr>
          <w:cantSplit/>
          <w:jc w:val="center"/>
        </w:trPr>
        <w:tc>
          <w:tcPr>
            <w:tcW w:w="0" w:type="auto"/>
          </w:tcPr>
          <w:p w14:paraId="06C82660" w14:textId="77777777" w:rsidR="000772B4" w:rsidRDefault="00746A89">
            <w:r>
              <w:t>Мероприятия надёжности</w:t>
            </w:r>
          </w:p>
        </w:tc>
        <w:tc>
          <w:tcPr>
            <w:tcW w:w="0" w:type="auto"/>
          </w:tcPr>
          <w:p w14:paraId="4774E16E" w14:textId="77777777" w:rsidR="000772B4" w:rsidRDefault="00746A89">
            <w:pPr>
              <w:jc w:val="center"/>
            </w:pPr>
            <w:r>
              <w:t>5</w:t>
            </w:r>
          </w:p>
        </w:tc>
        <w:tc>
          <w:tcPr>
            <w:tcW w:w="0" w:type="auto"/>
          </w:tcPr>
          <w:p w14:paraId="69F90769" w14:textId="77777777" w:rsidR="000772B4" w:rsidRDefault="00746A89">
            <w:pPr>
              <w:jc w:val="center"/>
            </w:pPr>
            <w:r>
              <w:t>не определён</w:t>
            </w:r>
          </w:p>
        </w:tc>
        <w:tc>
          <w:tcPr>
            <w:tcW w:w="0" w:type="auto"/>
          </w:tcPr>
          <w:p w14:paraId="119E27CE" w14:textId="77777777" w:rsidR="000772B4" w:rsidRDefault="00746A89">
            <w:pPr>
              <w:jc w:val="center"/>
            </w:pPr>
            <w:r>
              <w:t>ожидают исходных данных</w:t>
            </w:r>
          </w:p>
        </w:tc>
      </w:tr>
      <w:tr w:rsidR="000772B4" w14:paraId="125D4EEA" w14:textId="77777777">
        <w:trPr>
          <w:cantSplit/>
          <w:jc w:val="center"/>
        </w:trPr>
        <w:tc>
          <w:tcPr>
            <w:tcW w:w="0" w:type="auto"/>
            <w:shd w:val="clear" w:color="auto" w:fill="DBE5F1"/>
          </w:tcPr>
          <w:p w14:paraId="246222C9" w14:textId="77777777" w:rsidR="000772B4" w:rsidRDefault="00746A89">
            <w:r>
              <w:rPr>
                <w:b/>
              </w:rPr>
              <w:t>Итого определённых объёмов</w:t>
            </w:r>
          </w:p>
        </w:tc>
        <w:tc>
          <w:tcPr>
            <w:tcW w:w="0" w:type="auto"/>
            <w:shd w:val="clear" w:color="auto" w:fill="DBE5F1"/>
          </w:tcPr>
          <w:p w14:paraId="63DD42F9" w14:textId="77777777" w:rsidR="000772B4" w:rsidRDefault="00746A89">
            <w:pPr>
              <w:jc w:val="center"/>
            </w:pPr>
            <w:r>
              <w:rPr>
                <w:b/>
              </w:rPr>
              <w:t>10</w:t>
            </w:r>
          </w:p>
        </w:tc>
        <w:tc>
          <w:tcPr>
            <w:tcW w:w="0" w:type="auto"/>
            <w:shd w:val="clear" w:color="auto" w:fill="DBE5F1"/>
          </w:tcPr>
          <w:p w14:paraId="3A5F2F03" w14:textId="77777777" w:rsidR="000772B4" w:rsidRDefault="00746A89">
            <w:pPr>
              <w:jc w:val="center"/>
            </w:pPr>
            <w:r>
              <w:rPr>
                <w:b/>
              </w:rPr>
              <w:t>1 539 328,0</w:t>
            </w:r>
          </w:p>
        </w:tc>
        <w:tc>
          <w:tcPr>
            <w:tcW w:w="0" w:type="auto"/>
            <w:shd w:val="clear" w:color="auto" w:fill="DBE5F1"/>
          </w:tcPr>
          <w:p w14:paraId="709B56C9" w14:textId="77777777" w:rsidR="000772B4" w:rsidRDefault="00746A89">
            <w:pPr>
              <w:jc w:val="center"/>
            </w:pPr>
            <w:r>
              <w:rPr>
                <w:b/>
              </w:rPr>
              <w:t>—</w:t>
            </w:r>
          </w:p>
        </w:tc>
      </w:tr>
    </w:tbl>
    <w:p w14:paraId="20A91E15" w14:textId="77777777" w:rsidR="000772B4" w:rsidRDefault="000772B4">
      <w:pPr>
        <w:spacing w:after="40"/>
      </w:pPr>
    </w:p>
    <w:p w14:paraId="12F3D284" w14:textId="77777777" w:rsidR="000772B4" w:rsidRPr="00794D67" w:rsidRDefault="00746A89">
      <w:pPr>
        <w:spacing w:after="80"/>
        <w:jc w:val="both"/>
        <w:rPr>
          <w:lang w:val="ru-RU"/>
        </w:rPr>
      </w:pPr>
      <w:r w:rsidRPr="00794D67">
        <w:rPr>
          <w:lang w:val="ru-RU"/>
        </w:rPr>
        <w:t>Отсутствие стоимостной оценки по шести мероприятиям нулевой стоимостью не является. Приведённая величина к уровню цен расчётного года не пересчитывалась и утверждённым объёмом капитальных вложений не является.</w:t>
      </w:r>
    </w:p>
    <w:p w14:paraId="2EDFBEFD" w14:textId="77777777" w:rsidR="000772B4" w:rsidRPr="00794D67" w:rsidRDefault="00746A89">
      <w:pPr>
        <w:spacing w:after="80"/>
        <w:jc w:val="both"/>
        <w:rPr>
          <w:lang w:val="ru-RU"/>
        </w:rPr>
      </w:pPr>
      <w:r w:rsidRPr="00794D67">
        <w:rPr>
          <w:lang w:val="ru-RU"/>
        </w:rPr>
        <w:t>Стоимостные диапазоны по ряду источников отражают два взаимоисключающих технических решения и между собой не суммируются.</w:t>
      </w:r>
    </w:p>
    <w:p w14:paraId="58AEA9C1" w14:textId="77777777" w:rsidR="000772B4" w:rsidRPr="00344E69" w:rsidRDefault="00746A89">
      <w:pPr>
        <w:pStyle w:val="31"/>
        <w:rPr>
          <w:sz w:val="28"/>
          <w:szCs w:val="28"/>
          <w:lang w:val="ru-RU"/>
        </w:rPr>
      </w:pPr>
      <w:r w:rsidRPr="00344E69">
        <w:rPr>
          <w:sz w:val="28"/>
          <w:szCs w:val="28"/>
          <w:lang w:val="ru-RU"/>
        </w:rPr>
        <w:t>5.14.1. Временная шкала реализации</w:t>
      </w:r>
    </w:p>
    <w:p w14:paraId="3FB333A5" w14:textId="77777777" w:rsidR="000772B4" w:rsidRPr="00794D67" w:rsidRDefault="00746A89">
      <w:pPr>
        <w:keepNext/>
        <w:spacing w:before="160"/>
        <w:rPr>
          <w:lang w:val="ru-RU"/>
        </w:rPr>
      </w:pPr>
      <w:r w:rsidRPr="00794D67">
        <w:rPr>
          <w:b/>
          <w:lang w:val="ru-RU"/>
        </w:rPr>
        <w:t>Таблица 5.12 — Шкала мероприятий</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845"/>
        <w:gridCol w:w="2258"/>
        <w:gridCol w:w="1584"/>
        <w:gridCol w:w="1848"/>
        <w:gridCol w:w="1810"/>
      </w:tblGrid>
      <w:tr w:rsidR="000772B4" w14:paraId="7D638C23" w14:textId="77777777">
        <w:trPr>
          <w:cantSplit/>
          <w:tblHeader/>
          <w:jc w:val="center"/>
        </w:trPr>
        <w:tc>
          <w:tcPr>
            <w:tcW w:w="0" w:type="auto"/>
            <w:shd w:val="clear" w:color="auto" w:fill="E2F0D9"/>
          </w:tcPr>
          <w:p w14:paraId="58D1154F" w14:textId="77777777" w:rsidR="000772B4" w:rsidRDefault="00746A89">
            <w:pPr>
              <w:jc w:val="center"/>
            </w:pPr>
            <w:r>
              <w:rPr>
                <w:b/>
              </w:rPr>
              <w:t>Период</w:t>
            </w:r>
          </w:p>
        </w:tc>
        <w:tc>
          <w:tcPr>
            <w:tcW w:w="0" w:type="auto"/>
            <w:shd w:val="clear" w:color="auto" w:fill="E2F0D9"/>
          </w:tcPr>
          <w:p w14:paraId="682B65C4" w14:textId="77777777" w:rsidR="000772B4" w:rsidRDefault="00746A89">
            <w:pPr>
              <w:jc w:val="center"/>
            </w:pPr>
            <w:r>
              <w:rPr>
                <w:b/>
              </w:rPr>
              <w:t>Газификация</w:t>
            </w:r>
          </w:p>
        </w:tc>
        <w:tc>
          <w:tcPr>
            <w:tcW w:w="0" w:type="auto"/>
            <w:shd w:val="clear" w:color="auto" w:fill="E2F0D9"/>
          </w:tcPr>
          <w:p w14:paraId="63EC09E3" w14:textId="77777777" w:rsidR="000772B4" w:rsidRDefault="00746A89">
            <w:pPr>
              <w:jc w:val="center"/>
            </w:pPr>
            <w:r>
              <w:rPr>
                <w:b/>
              </w:rPr>
              <w:t>Сети</w:t>
            </w:r>
          </w:p>
        </w:tc>
        <w:tc>
          <w:tcPr>
            <w:tcW w:w="0" w:type="auto"/>
            <w:shd w:val="clear" w:color="auto" w:fill="E2F0D9"/>
          </w:tcPr>
          <w:p w14:paraId="714422B4" w14:textId="77777777" w:rsidR="000772B4" w:rsidRDefault="00746A89">
            <w:pPr>
              <w:jc w:val="center"/>
            </w:pPr>
            <w:r>
              <w:rPr>
                <w:b/>
              </w:rPr>
              <w:t>Горячее водоснабжение</w:t>
            </w:r>
          </w:p>
        </w:tc>
        <w:tc>
          <w:tcPr>
            <w:tcW w:w="0" w:type="auto"/>
            <w:shd w:val="clear" w:color="auto" w:fill="E2F0D9"/>
          </w:tcPr>
          <w:p w14:paraId="5DF43A0A" w14:textId="77777777" w:rsidR="000772B4" w:rsidRDefault="00746A89">
            <w:pPr>
              <w:jc w:val="center"/>
            </w:pPr>
            <w:r>
              <w:rPr>
                <w:b/>
              </w:rPr>
              <w:t>Надёжность</w:t>
            </w:r>
          </w:p>
        </w:tc>
      </w:tr>
      <w:tr w:rsidR="000772B4" w14:paraId="239D1959" w14:textId="77777777">
        <w:trPr>
          <w:cantSplit/>
          <w:jc w:val="center"/>
        </w:trPr>
        <w:tc>
          <w:tcPr>
            <w:tcW w:w="0" w:type="auto"/>
          </w:tcPr>
          <w:p w14:paraId="6F041A3E" w14:textId="77777777" w:rsidR="000772B4" w:rsidRDefault="00746A89">
            <w:r>
              <w:t>2026</w:t>
            </w:r>
          </w:p>
        </w:tc>
        <w:tc>
          <w:tcPr>
            <w:tcW w:w="0" w:type="auto"/>
          </w:tcPr>
          <w:p w14:paraId="0B6F9C5C" w14:textId="77777777" w:rsidR="000772B4" w:rsidRPr="00794D67" w:rsidRDefault="00746A89">
            <w:pPr>
              <w:jc w:val="center"/>
              <w:rPr>
                <w:lang w:val="ru-RU"/>
              </w:rPr>
            </w:pPr>
            <w:r w:rsidRPr="00794D67">
              <w:rPr>
                <w:lang w:val="ru-RU"/>
              </w:rPr>
              <w:t>подготовительные работы; все источники на угле</w:t>
            </w:r>
          </w:p>
        </w:tc>
        <w:tc>
          <w:tcPr>
            <w:tcW w:w="0" w:type="auto"/>
          </w:tcPr>
          <w:p w14:paraId="53CE352F" w14:textId="77777777" w:rsidR="000772B4" w:rsidRDefault="00746A89">
            <w:pPr>
              <w:jc w:val="center"/>
            </w:pPr>
            <w:r>
              <w:t>замена ветхих участков</w:t>
            </w:r>
          </w:p>
        </w:tc>
        <w:tc>
          <w:tcPr>
            <w:tcW w:w="0" w:type="auto"/>
          </w:tcPr>
          <w:p w14:paraId="28DB3C05" w14:textId="77777777" w:rsidR="000772B4" w:rsidRDefault="00746A89">
            <w:pPr>
              <w:jc w:val="center"/>
            </w:pPr>
            <w:r>
              <w:t>решение не принято</w:t>
            </w:r>
          </w:p>
        </w:tc>
        <w:tc>
          <w:tcPr>
            <w:tcW w:w="0" w:type="auto"/>
          </w:tcPr>
          <w:p w14:paraId="7D9A4D86" w14:textId="77777777" w:rsidR="000772B4" w:rsidRDefault="00746A89">
            <w:pPr>
              <w:jc w:val="center"/>
            </w:pPr>
            <w:r>
              <w:t>обеспечение резервного питания УПК № 9</w:t>
            </w:r>
          </w:p>
        </w:tc>
      </w:tr>
      <w:tr w:rsidR="000772B4" w14:paraId="0D8844D8" w14:textId="77777777">
        <w:trPr>
          <w:cantSplit/>
          <w:jc w:val="center"/>
        </w:trPr>
        <w:tc>
          <w:tcPr>
            <w:tcW w:w="0" w:type="auto"/>
          </w:tcPr>
          <w:p w14:paraId="5CE234FC" w14:textId="77777777" w:rsidR="000772B4" w:rsidRDefault="00746A89">
            <w:r>
              <w:t>2027–2030</w:t>
            </w:r>
          </w:p>
        </w:tc>
        <w:tc>
          <w:tcPr>
            <w:tcW w:w="0" w:type="auto"/>
          </w:tcPr>
          <w:p w14:paraId="6D179697" w14:textId="77777777" w:rsidR="000772B4" w:rsidRDefault="00746A89">
            <w:pPr>
              <w:jc w:val="center"/>
            </w:pPr>
            <w:r>
              <w:t>подготовительные работы</w:t>
            </w:r>
          </w:p>
        </w:tc>
        <w:tc>
          <w:tcPr>
            <w:tcW w:w="0" w:type="auto"/>
          </w:tcPr>
          <w:p w14:paraId="3CF9000A" w14:textId="77777777" w:rsidR="000772B4" w:rsidRDefault="00746A89">
            <w:pPr>
              <w:jc w:val="center"/>
            </w:pPr>
            <w:r>
              <w:t>замена ветхих участков</w:t>
            </w:r>
          </w:p>
        </w:tc>
        <w:tc>
          <w:tcPr>
            <w:tcW w:w="0" w:type="auto"/>
          </w:tcPr>
          <w:p w14:paraId="378349BD" w14:textId="77777777" w:rsidR="000772B4" w:rsidRDefault="00746A89">
            <w:pPr>
              <w:jc w:val="center"/>
            </w:pPr>
            <w:r>
              <w:t>проработка перевода открытых систем</w:t>
            </w:r>
          </w:p>
        </w:tc>
        <w:tc>
          <w:tcPr>
            <w:tcW w:w="0" w:type="auto"/>
          </w:tcPr>
          <w:p w14:paraId="42B0A3CA" w14:textId="77777777" w:rsidR="000772B4" w:rsidRDefault="00746A89">
            <w:pPr>
              <w:jc w:val="center"/>
            </w:pPr>
            <w:r>
              <w:t>мероприятия по результатам моделирования</w:t>
            </w:r>
          </w:p>
        </w:tc>
      </w:tr>
      <w:tr w:rsidR="000772B4" w14:paraId="71009FFA" w14:textId="77777777">
        <w:trPr>
          <w:cantSplit/>
          <w:jc w:val="center"/>
        </w:trPr>
        <w:tc>
          <w:tcPr>
            <w:tcW w:w="0" w:type="auto"/>
          </w:tcPr>
          <w:p w14:paraId="3FC5B862" w14:textId="77777777" w:rsidR="000772B4" w:rsidRDefault="00746A89">
            <w:r>
              <w:t>2031 — промежуточный этап</w:t>
            </w:r>
          </w:p>
        </w:tc>
        <w:tc>
          <w:tcPr>
            <w:tcW w:w="0" w:type="auto"/>
          </w:tcPr>
          <w:p w14:paraId="1F3F5DFF" w14:textId="77777777" w:rsidR="000772B4" w:rsidRDefault="00746A89">
            <w:pPr>
              <w:jc w:val="center"/>
            </w:pPr>
            <w:r>
              <w:t>источники на угле</w:t>
            </w:r>
          </w:p>
        </w:tc>
        <w:tc>
          <w:tcPr>
            <w:tcW w:w="0" w:type="auto"/>
          </w:tcPr>
          <w:p w14:paraId="5D05C3AC" w14:textId="77777777" w:rsidR="000772B4" w:rsidRDefault="00746A89">
            <w:pPr>
              <w:jc w:val="center"/>
            </w:pPr>
            <w:r>
              <w:t>замена продолжается</w:t>
            </w:r>
          </w:p>
        </w:tc>
        <w:tc>
          <w:tcPr>
            <w:tcW w:w="0" w:type="auto"/>
          </w:tcPr>
          <w:p w14:paraId="413074A0" w14:textId="77777777" w:rsidR="000772B4" w:rsidRDefault="00746A89">
            <w:pPr>
              <w:jc w:val="center"/>
            </w:pPr>
            <w:r>
              <w:t>решение подлежит принятию</w:t>
            </w:r>
          </w:p>
        </w:tc>
        <w:tc>
          <w:tcPr>
            <w:tcW w:w="0" w:type="auto"/>
          </w:tcPr>
          <w:p w14:paraId="7AF7017A" w14:textId="77777777" w:rsidR="000772B4" w:rsidRDefault="00746A89">
            <w:pPr>
              <w:jc w:val="center"/>
            </w:pPr>
            <w:r>
              <w:t>по результатам моделирования</w:t>
            </w:r>
          </w:p>
        </w:tc>
      </w:tr>
      <w:tr w:rsidR="000772B4" w14:paraId="3D05A12D" w14:textId="77777777">
        <w:trPr>
          <w:cantSplit/>
          <w:jc w:val="center"/>
        </w:trPr>
        <w:tc>
          <w:tcPr>
            <w:tcW w:w="0" w:type="auto"/>
          </w:tcPr>
          <w:p w14:paraId="400620FF" w14:textId="77777777" w:rsidR="000772B4" w:rsidRDefault="00746A89">
            <w:r>
              <w:t>2032–2033</w:t>
            </w:r>
          </w:p>
        </w:tc>
        <w:tc>
          <w:tcPr>
            <w:tcW w:w="0" w:type="auto"/>
          </w:tcPr>
          <w:p w14:paraId="462CB51F" w14:textId="77777777" w:rsidR="000772B4" w:rsidRDefault="00746A89">
            <w:pPr>
              <w:jc w:val="center"/>
            </w:pPr>
            <w:r>
              <w:t>подготовительные работы</w:t>
            </w:r>
          </w:p>
        </w:tc>
        <w:tc>
          <w:tcPr>
            <w:tcW w:w="0" w:type="auto"/>
          </w:tcPr>
          <w:p w14:paraId="3C2D41F9" w14:textId="77777777" w:rsidR="000772B4" w:rsidRDefault="00746A89">
            <w:pPr>
              <w:jc w:val="center"/>
            </w:pPr>
            <w:r>
              <w:t>замена продолжается</w:t>
            </w:r>
          </w:p>
        </w:tc>
        <w:tc>
          <w:tcPr>
            <w:tcW w:w="0" w:type="auto"/>
          </w:tcPr>
          <w:p w14:paraId="2F48D3E3" w14:textId="77777777" w:rsidR="000772B4" w:rsidRDefault="00746A89">
            <w:pPr>
              <w:jc w:val="center"/>
            </w:pPr>
            <w:r>
              <w:t>—</w:t>
            </w:r>
          </w:p>
        </w:tc>
        <w:tc>
          <w:tcPr>
            <w:tcW w:w="0" w:type="auto"/>
          </w:tcPr>
          <w:p w14:paraId="17F56A8F" w14:textId="77777777" w:rsidR="000772B4" w:rsidRDefault="00746A89">
            <w:pPr>
              <w:jc w:val="center"/>
            </w:pPr>
            <w:r>
              <w:t>—</w:t>
            </w:r>
          </w:p>
        </w:tc>
      </w:tr>
      <w:tr w:rsidR="000772B4" w14:paraId="0D5B0943" w14:textId="77777777">
        <w:trPr>
          <w:cantSplit/>
          <w:jc w:val="center"/>
        </w:trPr>
        <w:tc>
          <w:tcPr>
            <w:tcW w:w="0" w:type="auto"/>
          </w:tcPr>
          <w:p w14:paraId="1C052227" w14:textId="77777777" w:rsidR="000772B4" w:rsidRDefault="00746A89">
            <w:r>
              <w:t>2034</w:t>
            </w:r>
          </w:p>
        </w:tc>
        <w:tc>
          <w:tcPr>
            <w:tcW w:w="0" w:type="auto"/>
          </w:tcPr>
          <w:p w14:paraId="0BFBEDBD" w14:textId="77777777" w:rsidR="000772B4" w:rsidRDefault="00746A89">
            <w:pPr>
              <w:jc w:val="center"/>
            </w:pPr>
            <w:r>
              <w:t>перевод УПК № 7, УПК № 8, УПК № 10</w:t>
            </w:r>
          </w:p>
        </w:tc>
        <w:tc>
          <w:tcPr>
            <w:tcW w:w="0" w:type="auto"/>
          </w:tcPr>
          <w:p w14:paraId="5ADC2EA5" w14:textId="77777777" w:rsidR="000772B4" w:rsidRDefault="00746A89">
            <w:pPr>
              <w:jc w:val="center"/>
            </w:pPr>
            <w:r>
              <w:t>замена продолжается</w:t>
            </w:r>
          </w:p>
        </w:tc>
        <w:tc>
          <w:tcPr>
            <w:tcW w:w="0" w:type="auto"/>
          </w:tcPr>
          <w:p w14:paraId="4BF6589E" w14:textId="77777777" w:rsidR="000772B4" w:rsidRDefault="00746A89">
            <w:pPr>
              <w:jc w:val="center"/>
            </w:pPr>
            <w:r>
              <w:t>—</w:t>
            </w:r>
          </w:p>
        </w:tc>
        <w:tc>
          <w:tcPr>
            <w:tcW w:w="0" w:type="auto"/>
          </w:tcPr>
          <w:p w14:paraId="44B275B9" w14:textId="77777777" w:rsidR="000772B4" w:rsidRDefault="00746A89">
            <w:pPr>
              <w:jc w:val="center"/>
            </w:pPr>
            <w:r>
              <w:t>—</w:t>
            </w:r>
          </w:p>
        </w:tc>
      </w:tr>
      <w:tr w:rsidR="000772B4" w14:paraId="3BDDF761" w14:textId="77777777">
        <w:trPr>
          <w:cantSplit/>
          <w:jc w:val="center"/>
        </w:trPr>
        <w:tc>
          <w:tcPr>
            <w:tcW w:w="0" w:type="auto"/>
          </w:tcPr>
          <w:p w14:paraId="787EF4A7" w14:textId="77777777" w:rsidR="000772B4" w:rsidRDefault="00746A89">
            <w:r>
              <w:t>2035</w:t>
            </w:r>
          </w:p>
        </w:tc>
        <w:tc>
          <w:tcPr>
            <w:tcW w:w="0" w:type="auto"/>
          </w:tcPr>
          <w:p w14:paraId="397C960A" w14:textId="77777777" w:rsidR="000772B4" w:rsidRDefault="00746A89">
            <w:pPr>
              <w:jc w:val="center"/>
            </w:pPr>
            <w:r>
              <w:t>перевод УПК № 1, УПК № 2 «Шалым», УПК № 2 «ЦМК», УПК № 3, УПК № 9</w:t>
            </w:r>
          </w:p>
        </w:tc>
        <w:tc>
          <w:tcPr>
            <w:tcW w:w="0" w:type="auto"/>
          </w:tcPr>
          <w:p w14:paraId="7B94E2B5" w14:textId="77777777" w:rsidR="000772B4" w:rsidRDefault="00746A89">
            <w:pPr>
              <w:jc w:val="center"/>
            </w:pPr>
            <w:r>
              <w:t>замена продолжается</w:t>
            </w:r>
          </w:p>
        </w:tc>
        <w:tc>
          <w:tcPr>
            <w:tcW w:w="0" w:type="auto"/>
          </w:tcPr>
          <w:p w14:paraId="19CA3B3C" w14:textId="77777777" w:rsidR="000772B4" w:rsidRDefault="00746A89">
            <w:pPr>
              <w:jc w:val="center"/>
            </w:pPr>
            <w:r>
              <w:t>—</w:t>
            </w:r>
          </w:p>
        </w:tc>
        <w:tc>
          <w:tcPr>
            <w:tcW w:w="0" w:type="auto"/>
          </w:tcPr>
          <w:p w14:paraId="7E4F1B79" w14:textId="77777777" w:rsidR="000772B4" w:rsidRDefault="00746A89">
            <w:pPr>
              <w:jc w:val="center"/>
            </w:pPr>
            <w:r>
              <w:t>—</w:t>
            </w:r>
          </w:p>
        </w:tc>
      </w:tr>
      <w:tr w:rsidR="000772B4" w14:paraId="4744B7E2" w14:textId="77777777">
        <w:trPr>
          <w:cantSplit/>
          <w:jc w:val="center"/>
        </w:trPr>
        <w:tc>
          <w:tcPr>
            <w:tcW w:w="0" w:type="auto"/>
          </w:tcPr>
          <w:p w14:paraId="4D6818FB" w14:textId="77777777" w:rsidR="000772B4" w:rsidRDefault="00746A89">
            <w:r>
              <w:t>срок уточняется</w:t>
            </w:r>
          </w:p>
        </w:tc>
        <w:tc>
          <w:tcPr>
            <w:tcW w:w="0" w:type="auto"/>
          </w:tcPr>
          <w:p w14:paraId="2D933FBC" w14:textId="77777777" w:rsidR="000772B4" w:rsidRDefault="00746A89">
            <w:pPr>
              <w:jc w:val="center"/>
            </w:pPr>
            <w:r>
              <w:t>перевод УПК № 5 и УПК № 6</w:t>
            </w:r>
          </w:p>
        </w:tc>
        <w:tc>
          <w:tcPr>
            <w:tcW w:w="0" w:type="auto"/>
          </w:tcPr>
          <w:p w14:paraId="0500CE04" w14:textId="77777777" w:rsidR="000772B4" w:rsidRDefault="00746A89">
            <w:pPr>
              <w:jc w:val="center"/>
            </w:pPr>
            <w:r>
              <w:t>—</w:t>
            </w:r>
          </w:p>
        </w:tc>
        <w:tc>
          <w:tcPr>
            <w:tcW w:w="0" w:type="auto"/>
          </w:tcPr>
          <w:p w14:paraId="0AEC2435" w14:textId="77777777" w:rsidR="000772B4" w:rsidRDefault="00746A89">
            <w:pPr>
              <w:jc w:val="center"/>
            </w:pPr>
            <w:r>
              <w:t>—</w:t>
            </w:r>
          </w:p>
        </w:tc>
        <w:tc>
          <w:tcPr>
            <w:tcW w:w="0" w:type="auto"/>
          </w:tcPr>
          <w:p w14:paraId="2035B3F0" w14:textId="77777777" w:rsidR="000772B4" w:rsidRDefault="00746A89">
            <w:pPr>
              <w:jc w:val="center"/>
            </w:pPr>
            <w:r>
              <w:t>—</w:t>
            </w:r>
          </w:p>
        </w:tc>
      </w:tr>
      <w:tr w:rsidR="000772B4" w14:paraId="1EEECEAB" w14:textId="77777777">
        <w:trPr>
          <w:cantSplit/>
          <w:jc w:val="center"/>
        </w:trPr>
        <w:tc>
          <w:tcPr>
            <w:tcW w:w="0" w:type="auto"/>
          </w:tcPr>
          <w:p w14:paraId="324F2DB2" w14:textId="77777777" w:rsidR="000772B4" w:rsidRDefault="00746A89">
            <w:r>
              <w:t>2036 — расчётный срок</w:t>
            </w:r>
          </w:p>
        </w:tc>
        <w:tc>
          <w:tcPr>
            <w:tcW w:w="0" w:type="auto"/>
          </w:tcPr>
          <w:p w14:paraId="2298E247" w14:textId="77777777" w:rsidR="000772B4" w:rsidRPr="00794D67" w:rsidRDefault="00746A89">
            <w:pPr>
              <w:jc w:val="center"/>
              <w:rPr>
                <w:lang w:val="ru-RU"/>
              </w:rPr>
            </w:pPr>
            <w:r w:rsidRPr="00794D67">
              <w:rPr>
                <w:lang w:val="ru-RU"/>
              </w:rPr>
              <w:t>перевод выполнен по восьми источникам</w:t>
            </w:r>
          </w:p>
        </w:tc>
        <w:tc>
          <w:tcPr>
            <w:tcW w:w="0" w:type="auto"/>
          </w:tcPr>
          <w:p w14:paraId="5E2D84C0" w14:textId="77777777" w:rsidR="000772B4" w:rsidRDefault="00746A89">
            <w:pPr>
              <w:jc w:val="center"/>
            </w:pPr>
            <w:r>
              <w:t>замена завершена</w:t>
            </w:r>
          </w:p>
        </w:tc>
        <w:tc>
          <w:tcPr>
            <w:tcW w:w="0" w:type="auto"/>
          </w:tcPr>
          <w:p w14:paraId="134A941E" w14:textId="77777777" w:rsidR="000772B4" w:rsidRDefault="00746A89">
            <w:pPr>
              <w:jc w:val="center"/>
            </w:pPr>
            <w:r>
              <w:t>по принятому решению</w:t>
            </w:r>
          </w:p>
        </w:tc>
        <w:tc>
          <w:tcPr>
            <w:tcW w:w="0" w:type="auto"/>
          </w:tcPr>
          <w:p w14:paraId="2F20F8A0" w14:textId="77777777" w:rsidR="000772B4" w:rsidRDefault="00746A89">
            <w:pPr>
              <w:jc w:val="center"/>
            </w:pPr>
            <w:r>
              <w:t>по принятым решениям</w:t>
            </w:r>
          </w:p>
        </w:tc>
      </w:tr>
    </w:tbl>
    <w:p w14:paraId="4A7B46F8" w14:textId="77777777" w:rsidR="000772B4" w:rsidRDefault="000772B4">
      <w:pPr>
        <w:spacing w:after="40"/>
      </w:pPr>
    </w:p>
    <w:p w14:paraId="765E718E" w14:textId="77777777" w:rsidR="000772B4" w:rsidRPr="00794D67" w:rsidRDefault="00746A89">
      <w:pPr>
        <w:spacing w:after="80"/>
        <w:jc w:val="both"/>
        <w:rPr>
          <w:lang w:val="ru-RU"/>
        </w:rPr>
      </w:pPr>
      <w:r w:rsidRPr="00794D67">
        <w:rPr>
          <w:lang w:val="ru-RU"/>
        </w:rPr>
        <w:t>Существенная особенность календаря: перевод на природный газ отнесён к 2034 и 2035 годам, то есть к последним трём годам горизонта. На промежуточном этапе 2031 года все десять источников продолжают работать на каменном угле. Мероприятия по замене ветхих участков сетей и по надёжности от календаря газификации не зависят и выполняются раньше.</w:t>
      </w:r>
    </w:p>
    <w:p w14:paraId="20375025" w14:textId="77777777" w:rsidR="000772B4" w:rsidRPr="00344E69" w:rsidRDefault="00746A89">
      <w:pPr>
        <w:pStyle w:val="31"/>
        <w:rPr>
          <w:sz w:val="28"/>
          <w:szCs w:val="28"/>
          <w:lang w:val="ru-RU"/>
        </w:rPr>
      </w:pPr>
      <w:r w:rsidRPr="00344E69">
        <w:rPr>
          <w:sz w:val="28"/>
          <w:szCs w:val="28"/>
          <w:lang w:val="ru-RU"/>
        </w:rPr>
        <w:t>5.14.2. Горячее водоснабжение</w:t>
      </w:r>
    </w:p>
    <w:p w14:paraId="050A6327" w14:textId="77777777" w:rsidR="000772B4" w:rsidRPr="00794D67" w:rsidRDefault="00746A89">
      <w:pPr>
        <w:spacing w:after="80"/>
        <w:jc w:val="both"/>
        <w:rPr>
          <w:lang w:val="ru-RU"/>
        </w:rPr>
      </w:pPr>
      <w:r w:rsidRPr="00794D67">
        <w:rPr>
          <w:lang w:val="ru-RU"/>
        </w:rPr>
        <w:t>Открытый водоразбор численно подтверждён по девяти системам из десяти и составляет 782 784 т/год. Предмет охватывает все шесть централизованных территорий округа. Полная проработка приведена отдельной главой обосновывающих материалов по переводу открытых систем; ниже — слой мастер-плана.</w:t>
      </w:r>
    </w:p>
    <w:p w14:paraId="7A8A7C1F" w14:textId="77777777" w:rsidR="000772B4" w:rsidRPr="00794D67" w:rsidRDefault="00746A89">
      <w:pPr>
        <w:keepNext/>
        <w:spacing w:before="160"/>
        <w:rPr>
          <w:lang w:val="ru-RU"/>
        </w:rPr>
      </w:pPr>
      <w:r w:rsidRPr="00794D67">
        <w:rPr>
          <w:b/>
          <w:lang w:val="ru-RU"/>
        </w:rPr>
        <w:t>Таблица 5.13 — Слой горячего водоснабжения мастер-плана</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281"/>
        <w:gridCol w:w="1601"/>
        <w:gridCol w:w="1613"/>
        <w:gridCol w:w="1604"/>
        <w:gridCol w:w="1521"/>
        <w:gridCol w:w="1725"/>
      </w:tblGrid>
      <w:tr w:rsidR="000772B4" w14:paraId="2B304E8A" w14:textId="77777777">
        <w:trPr>
          <w:cantSplit/>
          <w:tblHeader/>
          <w:jc w:val="center"/>
        </w:trPr>
        <w:tc>
          <w:tcPr>
            <w:tcW w:w="0" w:type="auto"/>
            <w:shd w:val="clear" w:color="auto" w:fill="E2F0D9"/>
          </w:tcPr>
          <w:p w14:paraId="2DC8B0DE" w14:textId="77777777" w:rsidR="000772B4" w:rsidRDefault="00746A89">
            <w:pPr>
              <w:jc w:val="center"/>
            </w:pPr>
            <w:r>
              <w:rPr>
                <w:b/>
              </w:rPr>
              <w:t>Система</w:t>
            </w:r>
          </w:p>
        </w:tc>
        <w:tc>
          <w:tcPr>
            <w:tcW w:w="0" w:type="auto"/>
            <w:shd w:val="clear" w:color="auto" w:fill="E2F0D9"/>
          </w:tcPr>
          <w:p w14:paraId="0735F504" w14:textId="77777777" w:rsidR="000772B4" w:rsidRDefault="00746A89">
            <w:pPr>
              <w:jc w:val="center"/>
            </w:pPr>
            <w:r>
              <w:rPr>
                <w:b/>
              </w:rPr>
              <w:t>Состояние на 2026 год</w:t>
            </w:r>
          </w:p>
        </w:tc>
        <w:tc>
          <w:tcPr>
            <w:tcW w:w="0" w:type="auto"/>
            <w:shd w:val="clear" w:color="auto" w:fill="E2F0D9"/>
          </w:tcPr>
          <w:p w14:paraId="3C054F0E" w14:textId="77777777" w:rsidR="000772B4" w:rsidRDefault="00746A89">
            <w:pPr>
              <w:jc w:val="center"/>
            </w:pPr>
            <w:r>
              <w:rPr>
                <w:b/>
              </w:rPr>
              <w:t>Целевое состояние</w:t>
            </w:r>
          </w:p>
        </w:tc>
        <w:tc>
          <w:tcPr>
            <w:tcW w:w="0" w:type="auto"/>
            <w:shd w:val="clear" w:color="auto" w:fill="E2F0D9"/>
          </w:tcPr>
          <w:p w14:paraId="32B69332" w14:textId="77777777" w:rsidR="000772B4" w:rsidRDefault="00746A89">
            <w:pPr>
              <w:jc w:val="center"/>
            </w:pPr>
            <w:r>
              <w:rPr>
                <w:b/>
              </w:rPr>
              <w:t>Мероприятие</w:t>
            </w:r>
          </w:p>
        </w:tc>
        <w:tc>
          <w:tcPr>
            <w:tcW w:w="0" w:type="auto"/>
            <w:shd w:val="clear" w:color="auto" w:fill="E2F0D9"/>
          </w:tcPr>
          <w:p w14:paraId="2139A71A" w14:textId="77777777" w:rsidR="000772B4" w:rsidRDefault="00746A89">
            <w:pPr>
              <w:jc w:val="center"/>
            </w:pPr>
            <w:r>
              <w:rPr>
                <w:b/>
              </w:rPr>
              <w:t>Очерёдность и период</w:t>
            </w:r>
          </w:p>
        </w:tc>
        <w:tc>
          <w:tcPr>
            <w:tcW w:w="0" w:type="auto"/>
            <w:shd w:val="clear" w:color="auto" w:fill="E2F0D9"/>
          </w:tcPr>
          <w:p w14:paraId="3BCC644A" w14:textId="77777777" w:rsidR="000772B4" w:rsidRDefault="00746A89">
            <w:pPr>
              <w:jc w:val="center"/>
            </w:pPr>
            <w:r>
              <w:rPr>
                <w:b/>
              </w:rPr>
              <w:t>Зависимость</w:t>
            </w:r>
          </w:p>
        </w:tc>
      </w:tr>
      <w:tr w:rsidR="000772B4" w14:paraId="30A34461" w14:textId="77777777">
        <w:trPr>
          <w:cantSplit/>
          <w:jc w:val="center"/>
        </w:trPr>
        <w:tc>
          <w:tcPr>
            <w:tcW w:w="0" w:type="auto"/>
          </w:tcPr>
          <w:p w14:paraId="7741CDEF" w14:textId="77777777" w:rsidR="000772B4" w:rsidRDefault="00746A89">
            <w:r>
              <w:t>УПК № 1 Таштагол</w:t>
            </w:r>
          </w:p>
        </w:tc>
        <w:tc>
          <w:tcPr>
            <w:tcW w:w="0" w:type="auto"/>
          </w:tcPr>
          <w:p w14:paraId="328646CE" w14:textId="77777777" w:rsidR="000772B4" w:rsidRDefault="00746A89">
            <w:pPr>
              <w:jc w:val="center"/>
            </w:pPr>
            <w:r>
              <w:t>открытая, 341 475 т/год</w:t>
            </w:r>
          </w:p>
        </w:tc>
        <w:tc>
          <w:tcPr>
            <w:tcW w:w="0" w:type="auto"/>
          </w:tcPr>
          <w:p w14:paraId="645725C6" w14:textId="77777777" w:rsidR="000772B4" w:rsidRDefault="00746A89">
            <w:pPr>
              <w:jc w:val="center"/>
            </w:pPr>
            <w:r>
              <w:t>закрытая</w:t>
            </w:r>
          </w:p>
        </w:tc>
        <w:tc>
          <w:tcPr>
            <w:tcW w:w="0" w:type="auto"/>
          </w:tcPr>
          <w:p w14:paraId="7E510E11" w14:textId="77777777" w:rsidR="000772B4" w:rsidRDefault="00746A89">
            <w:pPr>
              <w:jc w:val="center"/>
            </w:pPr>
            <w:r>
              <w:t>MS-DHW-01</w:t>
            </w:r>
          </w:p>
        </w:tc>
        <w:tc>
          <w:tcPr>
            <w:tcW w:w="0" w:type="auto"/>
          </w:tcPr>
          <w:p w14:paraId="0695AD06" w14:textId="77777777" w:rsidR="000772B4" w:rsidRDefault="00746A89">
            <w:pPr>
              <w:jc w:val="center"/>
            </w:pPr>
            <w:r>
              <w:t>P0, 2027–2031</w:t>
            </w:r>
          </w:p>
        </w:tc>
        <w:tc>
          <w:tcPr>
            <w:tcW w:w="0" w:type="auto"/>
          </w:tcPr>
          <w:p w14:paraId="371B629F" w14:textId="77777777" w:rsidR="000772B4" w:rsidRDefault="00746A89">
            <w:pPr>
              <w:jc w:val="center"/>
            </w:pPr>
            <w:r>
              <w:t>режим регулирования: α = 0,1137 &gt; 0,1</w:t>
            </w:r>
          </w:p>
        </w:tc>
      </w:tr>
      <w:tr w:rsidR="000772B4" w:rsidRPr="00C07C05" w14:paraId="0A4FB5AC" w14:textId="77777777">
        <w:trPr>
          <w:cantSplit/>
          <w:jc w:val="center"/>
        </w:trPr>
        <w:tc>
          <w:tcPr>
            <w:tcW w:w="0" w:type="auto"/>
          </w:tcPr>
          <w:p w14:paraId="0283162F" w14:textId="77777777" w:rsidR="000772B4" w:rsidRDefault="00746A89">
            <w:r>
              <w:t>УПК № 2 Шалым</w:t>
            </w:r>
          </w:p>
        </w:tc>
        <w:tc>
          <w:tcPr>
            <w:tcW w:w="0" w:type="auto"/>
          </w:tcPr>
          <w:p w14:paraId="79F6AD7C" w14:textId="77777777" w:rsidR="000772B4" w:rsidRDefault="00746A89">
            <w:pPr>
              <w:jc w:val="center"/>
            </w:pPr>
            <w:r>
              <w:t>открытая, 18 157 т/год</w:t>
            </w:r>
          </w:p>
        </w:tc>
        <w:tc>
          <w:tcPr>
            <w:tcW w:w="0" w:type="auto"/>
          </w:tcPr>
          <w:p w14:paraId="076A78E5" w14:textId="77777777" w:rsidR="000772B4" w:rsidRDefault="00746A89">
            <w:pPr>
              <w:jc w:val="center"/>
            </w:pPr>
            <w:r>
              <w:t>закрытая</w:t>
            </w:r>
          </w:p>
        </w:tc>
        <w:tc>
          <w:tcPr>
            <w:tcW w:w="0" w:type="auto"/>
          </w:tcPr>
          <w:p w14:paraId="1AACA390" w14:textId="77777777" w:rsidR="000772B4" w:rsidRDefault="00746A89">
            <w:pPr>
              <w:jc w:val="center"/>
            </w:pPr>
            <w:r>
              <w:t>MS-DHW-02</w:t>
            </w:r>
          </w:p>
        </w:tc>
        <w:tc>
          <w:tcPr>
            <w:tcW w:w="0" w:type="auto"/>
          </w:tcPr>
          <w:p w14:paraId="6C0B91E5" w14:textId="77777777" w:rsidR="000772B4" w:rsidRDefault="00746A89">
            <w:pPr>
              <w:jc w:val="center"/>
            </w:pPr>
            <w:r>
              <w:t>P2, 2031–2036</w:t>
            </w:r>
          </w:p>
        </w:tc>
        <w:tc>
          <w:tcPr>
            <w:tcW w:w="0" w:type="auto"/>
          </w:tcPr>
          <w:p w14:paraId="12E8DC14" w14:textId="77777777" w:rsidR="000772B4" w:rsidRPr="00794D67" w:rsidRDefault="00746A89">
            <w:pPr>
              <w:jc w:val="center"/>
              <w:rPr>
                <w:lang w:val="ru-RU"/>
              </w:rPr>
            </w:pPr>
            <w:r w:rsidRPr="00794D67">
              <w:rPr>
                <w:lang w:val="ru-RU"/>
              </w:rPr>
              <w:t>остаточный дефицит подпитки −0,209 т/ч сохраняется</w:t>
            </w:r>
          </w:p>
        </w:tc>
      </w:tr>
      <w:tr w:rsidR="000772B4" w14:paraId="3877F15A" w14:textId="77777777">
        <w:trPr>
          <w:cantSplit/>
          <w:jc w:val="center"/>
        </w:trPr>
        <w:tc>
          <w:tcPr>
            <w:tcW w:w="0" w:type="auto"/>
          </w:tcPr>
          <w:p w14:paraId="2EF9491F" w14:textId="77777777" w:rsidR="000772B4" w:rsidRDefault="00746A89">
            <w:r>
              <w:t>УПК № 2 ЦМК</w:t>
            </w:r>
          </w:p>
        </w:tc>
        <w:tc>
          <w:tcPr>
            <w:tcW w:w="0" w:type="auto"/>
          </w:tcPr>
          <w:p w14:paraId="2C770899" w14:textId="77777777" w:rsidR="000772B4" w:rsidRDefault="00746A89">
            <w:pPr>
              <w:jc w:val="center"/>
            </w:pPr>
            <w:r>
              <w:t>открытая, 13 266 т/год</w:t>
            </w:r>
          </w:p>
        </w:tc>
        <w:tc>
          <w:tcPr>
            <w:tcW w:w="0" w:type="auto"/>
          </w:tcPr>
          <w:p w14:paraId="6D91A35B" w14:textId="77777777" w:rsidR="000772B4" w:rsidRDefault="00746A89">
            <w:pPr>
              <w:jc w:val="center"/>
            </w:pPr>
            <w:r>
              <w:t>закрытая</w:t>
            </w:r>
          </w:p>
        </w:tc>
        <w:tc>
          <w:tcPr>
            <w:tcW w:w="0" w:type="auto"/>
          </w:tcPr>
          <w:p w14:paraId="0734C8BB" w14:textId="77777777" w:rsidR="000772B4" w:rsidRDefault="00746A89">
            <w:pPr>
              <w:jc w:val="center"/>
            </w:pPr>
            <w:r>
              <w:t>MS-DHW-03</w:t>
            </w:r>
          </w:p>
        </w:tc>
        <w:tc>
          <w:tcPr>
            <w:tcW w:w="0" w:type="auto"/>
          </w:tcPr>
          <w:p w14:paraId="0F056C5A" w14:textId="77777777" w:rsidR="000772B4" w:rsidRDefault="00746A89">
            <w:pPr>
              <w:jc w:val="center"/>
            </w:pPr>
            <w:r>
              <w:t>P2, 2031–2036</w:t>
            </w:r>
          </w:p>
        </w:tc>
        <w:tc>
          <w:tcPr>
            <w:tcW w:w="0" w:type="auto"/>
          </w:tcPr>
          <w:p w14:paraId="5E1A77EF" w14:textId="77777777" w:rsidR="000772B4" w:rsidRDefault="00746A89">
            <w:pPr>
              <w:jc w:val="center"/>
            </w:pPr>
            <w:r>
              <w:t>зависимостей нет</w:t>
            </w:r>
          </w:p>
        </w:tc>
      </w:tr>
      <w:tr w:rsidR="000772B4" w14:paraId="4ED69198" w14:textId="77777777">
        <w:trPr>
          <w:cantSplit/>
          <w:jc w:val="center"/>
        </w:trPr>
        <w:tc>
          <w:tcPr>
            <w:tcW w:w="0" w:type="auto"/>
          </w:tcPr>
          <w:p w14:paraId="6C72E841" w14:textId="77777777" w:rsidR="000772B4" w:rsidRDefault="00746A89">
            <w:r>
              <w:t>УПК № 9 ГРЭ</w:t>
            </w:r>
          </w:p>
        </w:tc>
        <w:tc>
          <w:tcPr>
            <w:tcW w:w="0" w:type="auto"/>
          </w:tcPr>
          <w:p w14:paraId="0F44E84C" w14:textId="77777777" w:rsidR="000772B4" w:rsidRDefault="00746A89">
            <w:pPr>
              <w:jc w:val="center"/>
            </w:pPr>
            <w:r>
              <w:t>открытая, водоразбор не раскрыт</w:t>
            </w:r>
          </w:p>
        </w:tc>
        <w:tc>
          <w:tcPr>
            <w:tcW w:w="0" w:type="auto"/>
          </w:tcPr>
          <w:p w14:paraId="619067A0" w14:textId="77777777" w:rsidR="000772B4" w:rsidRDefault="00746A89">
            <w:pPr>
              <w:jc w:val="center"/>
            </w:pPr>
            <w:r>
              <w:t>подлежит определению</w:t>
            </w:r>
          </w:p>
        </w:tc>
        <w:tc>
          <w:tcPr>
            <w:tcW w:w="0" w:type="auto"/>
          </w:tcPr>
          <w:p w14:paraId="7BE451EB" w14:textId="77777777" w:rsidR="000772B4" w:rsidRDefault="00746A89">
            <w:pPr>
              <w:jc w:val="center"/>
            </w:pPr>
            <w:r>
              <w:t>MS-DHW-04</w:t>
            </w:r>
          </w:p>
        </w:tc>
        <w:tc>
          <w:tcPr>
            <w:tcW w:w="0" w:type="auto"/>
          </w:tcPr>
          <w:p w14:paraId="01279AB0" w14:textId="77777777" w:rsidR="000772B4" w:rsidRDefault="00746A89">
            <w:pPr>
              <w:jc w:val="center"/>
            </w:pPr>
            <w:r>
              <w:t>P3, подлежит определению</w:t>
            </w:r>
          </w:p>
        </w:tc>
        <w:tc>
          <w:tcPr>
            <w:tcW w:w="0" w:type="auto"/>
          </w:tcPr>
          <w:p w14:paraId="6765FE38" w14:textId="77777777" w:rsidR="000772B4" w:rsidRDefault="00746A89">
            <w:pPr>
              <w:jc w:val="center"/>
            </w:pPr>
            <w:r>
              <w:t>баланс теплоносителя не раскрыт</w:t>
            </w:r>
          </w:p>
        </w:tc>
      </w:tr>
      <w:tr w:rsidR="000772B4" w:rsidRPr="00C07C05" w14:paraId="2E3606DF" w14:textId="77777777">
        <w:trPr>
          <w:cantSplit/>
          <w:jc w:val="center"/>
        </w:trPr>
        <w:tc>
          <w:tcPr>
            <w:tcW w:w="0" w:type="auto"/>
          </w:tcPr>
          <w:p w14:paraId="189C6510" w14:textId="77777777" w:rsidR="000772B4" w:rsidRDefault="00746A89">
            <w:r>
              <w:t>УПК № 5 Новый Шерегеш</w:t>
            </w:r>
          </w:p>
        </w:tc>
        <w:tc>
          <w:tcPr>
            <w:tcW w:w="0" w:type="auto"/>
          </w:tcPr>
          <w:p w14:paraId="42DDDF6B" w14:textId="77777777" w:rsidR="000772B4" w:rsidRDefault="00746A89">
            <w:pPr>
              <w:jc w:val="center"/>
            </w:pPr>
            <w:r>
              <w:t>открытая, 217 064 т/год</w:t>
            </w:r>
          </w:p>
        </w:tc>
        <w:tc>
          <w:tcPr>
            <w:tcW w:w="0" w:type="auto"/>
          </w:tcPr>
          <w:p w14:paraId="54D0E615" w14:textId="77777777" w:rsidR="000772B4" w:rsidRDefault="00746A89">
            <w:pPr>
              <w:jc w:val="center"/>
            </w:pPr>
            <w:r>
              <w:t>закрытая</w:t>
            </w:r>
          </w:p>
        </w:tc>
        <w:tc>
          <w:tcPr>
            <w:tcW w:w="0" w:type="auto"/>
          </w:tcPr>
          <w:p w14:paraId="6D17A824" w14:textId="77777777" w:rsidR="000772B4" w:rsidRDefault="00746A89">
            <w:pPr>
              <w:jc w:val="center"/>
            </w:pPr>
            <w:r>
              <w:t>MS-DHW-05</w:t>
            </w:r>
          </w:p>
        </w:tc>
        <w:tc>
          <w:tcPr>
            <w:tcW w:w="0" w:type="auto"/>
          </w:tcPr>
          <w:p w14:paraId="3F9A583A" w14:textId="77777777" w:rsidR="000772B4" w:rsidRDefault="00746A89">
            <w:pPr>
              <w:jc w:val="center"/>
            </w:pPr>
            <w:r>
              <w:t>P0, 2027–2031</w:t>
            </w:r>
          </w:p>
        </w:tc>
        <w:tc>
          <w:tcPr>
            <w:tcW w:w="0" w:type="auto"/>
          </w:tcPr>
          <w:p w14:paraId="1F377952" w14:textId="77777777" w:rsidR="000772B4" w:rsidRPr="00794D67" w:rsidRDefault="00746A89">
            <w:pPr>
              <w:jc w:val="center"/>
              <w:rPr>
                <w:lang w:val="ru-RU"/>
              </w:rPr>
            </w:pPr>
            <w:r w:rsidRPr="00794D67">
              <w:rPr>
                <w:lang w:val="ru-RU"/>
              </w:rPr>
              <w:t>перевод закрывает дефицит подпитки: −0,490 → +24,289 т/ч</w:t>
            </w:r>
          </w:p>
        </w:tc>
      </w:tr>
      <w:tr w:rsidR="000772B4" w:rsidRPr="00C07C05" w14:paraId="7548DADA" w14:textId="77777777">
        <w:trPr>
          <w:cantSplit/>
          <w:jc w:val="center"/>
        </w:trPr>
        <w:tc>
          <w:tcPr>
            <w:tcW w:w="0" w:type="auto"/>
          </w:tcPr>
          <w:p w14:paraId="69B268CF" w14:textId="77777777" w:rsidR="000772B4" w:rsidRDefault="00746A89">
            <w:r>
              <w:t>УПК № 6 Старый Шерегеш</w:t>
            </w:r>
          </w:p>
        </w:tc>
        <w:tc>
          <w:tcPr>
            <w:tcW w:w="0" w:type="auto"/>
          </w:tcPr>
          <w:p w14:paraId="7C6BB832" w14:textId="77777777" w:rsidR="000772B4" w:rsidRDefault="00746A89">
            <w:pPr>
              <w:jc w:val="center"/>
            </w:pPr>
            <w:r>
              <w:t>открытая, 22 390 т/год</w:t>
            </w:r>
          </w:p>
        </w:tc>
        <w:tc>
          <w:tcPr>
            <w:tcW w:w="0" w:type="auto"/>
          </w:tcPr>
          <w:p w14:paraId="4B863EB0" w14:textId="77777777" w:rsidR="000772B4" w:rsidRDefault="00746A89">
            <w:pPr>
              <w:jc w:val="center"/>
            </w:pPr>
            <w:r>
              <w:t>закрытая</w:t>
            </w:r>
          </w:p>
        </w:tc>
        <w:tc>
          <w:tcPr>
            <w:tcW w:w="0" w:type="auto"/>
          </w:tcPr>
          <w:p w14:paraId="781FCEC2" w14:textId="77777777" w:rsidR="000772B4" w:rsidRDefault="00746A89">
            <w:pPr>
              <w:jc w:val="center"/>
            </w:pPr>
            <w:r>
              <w:t>MS-DHW-06</w:t>
            </w:r>
          </w:p>
        </w:tc>
        <w:tc>
          <w:tcPr>
            <w:tcW w:w="0" w:type="auto"/>
          </w:tcPr>
          <w:p w14:paraId="774BED19" w14:textId="77777777" w:rsidR="000772B4" w:rsidRDefault="00746A89">
            <w:pPr>
              <w:jc w:val="center"/>
            </w:pPr>
            <w:r>
              <w:t>P2, 2031–2036</w:t>
            </w:r>
          </w:p>
        </w:tc>
        <w:tc>
          <w:tcPr>
            <w:tcW w:w="0" w:type="auto"/>
          </w:tcPr>
          <w:p w14:paraId="36D3C567" w14:textId="77777777" w:rsidR="000772B4" w:rsidRPr="00794D67" w:rsidRDefault="00746A89">
            <w:pPr>
              <w:jc w:val="center"/>
              <w:rPr>
                <w:lang w:val="ru-RU"/>
              </w:rPr>
            </w:pPr>
            <w:r w:rsidRPr="00794D67">
              <w:rPr>
                <w:lang w:val="ru-RU"/>
              </w:rPr>
              <w:t>наибольшая доля ГВС в подпитке — 96,2 %</w:t>
            </w:r>
          </w:p>
        </w:tc>
      </w:tr>
      <w:tr w:rsidR="000772B4" w:rsidRPr="00C07C05" w14:paraId="108E6005" w14:textId="77777777">
        <w:trPr>
          <w:cantSplit/>
          <w:jc w:val="center"/>
        </w:trPr>
        <w:tc>
          <w:tcPr>
            <w:tcW w:w="0" w:type="auto"/>
          </w:tcPr>
          <w:p w14:paraId="0700E69E" w14:textId="77777777" w:rsidR="000772B4" w:rsidRDefault="00746A89">
            <w:r>
              <w:t>УПК № 7 Каз</w:t>
            </w:r>
          </w:p>
        </w:tc>
        <w:tc>
          <w:tcPr>
            <w:tcW w:w="0" w:type="auto"/>
          </w:tcPr>
          <w:p w14:paraId="489BF3F8" w14:textId="77777777" w:rsidR="000772B4" w:rsidRDefault="00746A89">
            <w:pPr>
              <w:jc w:val="center"/>
            </w:pPr>
            <w:r>
              <w:t>открытая, 76 238 т/год</w:t>
            </w:r>
          </w:p>
        </w:tc>
        <w:tc>
          <w:tcPr>
            <w:tcW w:w="0" w:type="auto"/>
          </w:tcPr>
          <w:p w14:paraId="21EB5041" w14:textId="77777777" w:rsidR="000772B4" w:rsidRDefault="00746A89">
            <w:pPr>
              <w:jc w:val="center"/>
            </w:pPr>
            <w:r>
              <w:t>закрытая</w:t>
            </w:r>
          </w:p>
        </w:tc>
        <w:tc>
          <w:tcPr>
            <w:tcW w:w="0" w:type="auto"/>
          </w:tcPr>
          <w:p w14:paraId="5B729B50" w14:textId="77777777" w:rsidR="000772B4" w:rsidRDefault="00746A89">
            <w:pPr>
              <w:jc w:val="center"/>
            </w:pPr>
            <w:r>
              <w:t>MS-DHW-07</w:t>
            </w:r>
          </w:p>
        </w:tc>
        <w:tc>
          <w:tcPr>
            <w:tcW w:w="0" w:type="auto"/>
          </w:tcPr>
          <w:p w14:paraId="56BD33C3" w14:textId="77777777" w:rsidR="000772B4" w:rsidRDefault="00746A89">
            <w:pPr>
              <w:jc w:val="center"/>
            </w:pPr>
            <w:r>
              <w:t>P1, 2027–2031</w:t>
            </w:r>
          </w:p>
        </w:tc>
        <w:tc>
          <w:tcPr>
            <w:tcW w:w="0" w:type="auto"/>
          </w:tcPr>
          <w:p w14:paraId="3377A8AA" w14:textId="77777777" w:rsidR="000772B4" w:rsidRPr="00794D67" w:rsidRDefault="00746A89">
            <w:pPr>
              <w:jc w:val="center"/>
              <w:rPr>
                <w:lang w:val="ru-RU"/>
              </w:rPr>
            </w:pPr>
            <w:r w:rsidRPr="00794D67">
              <w:rPr>
                <w:lang w:val="ru-RU"/>
              </w:rPr>
              <w:t>график 130/65 °</w:t>
            </w:r>
            <w:r>
              <w:t>C</w:t>
            </w:r>
            <w:r w:rsidRPr="00794D67">
              <w:rPr>
                <w:lang w:val="ru-RU"/>
              </w:rPr>
              <w:t>; решения других территорий не переносятся</w:t>
            </w:r>
          </w:p>
        </w:tc>
      </w:tr>
      <w:tr w:rsidR="000772B4" w:rsidRPr="00C07C05" w14:paraId="3DFEC26C" w14:textId="77777777">
        <w:trPr>
          <w:cantSplit/>
          <w:jc w:val="center"/>
        </w:trPr>
        <w:tc>
          <w:tcPr>
            <w:tcW w:w="0" w:type="auto"/>
          </w:tcPr>
          <w:p w14:paraId="410666A0" w14:textId="77777777" w:rsidR="000772B4" w:rsidRDefault="00746A89">
            <w:r>
              <w:t>УПК № 8 Мундыбаш</w:t>
            </w:r>
          </w:p>
        </w:tc>
        <w:tc>
          <w:tcPr>
            <w:tcW w:w="0" w:type="auto"/>
          </w:tcPr>
          <w:p w14:paraId="2D9BD48E" w14:textId="77777777" w:rsidR="000772B4" w:rsidRPr="00794D67" w:rsidRDefault="00746A89">
            <w:pPr>
              <w:jc w:val="center"/>
              <w:rPr>
                <w:lang w:val="ru-RU"/>
              </w:rPr>
            </w:pPr>
            <w:r w:rsidRPr="00794D67">
              <w:rPr>
                <w:lang w:val="ru-RU"/>
              </w:rPr>
              <w:t>смешанная, открытая составляющая 62 183 т/год</w:t>
            </w:r>
          </w:p>
        </w:tc>
        <w:tc>
          <w:tcPr>
            <w:tcW w:w="0" w:type="auto"/>
          </w:tcPr>
          <w:p w14:paraId="4E36098D" w14:textId="77777777" w:rsidR="000772B4" w:rsidRDefault="00746A89">
            <w:pPr>
              <w:jc w:val="center"/>
            </w:pPr>
            <w:r>
              <w:t>закрытая по открытой составляющей</w:t>
            </w:r>
          </w:p>
        </w:tc>
        <w:tc>
          <w:tcPr>
            <w:tcW w:w="0" w:type="auto"/>
          </w:tcPr>
          <w:p w14:paraId="0A194862" w14:textId="77777777" w:rsidR="000772B4" w:rsidRDefault="00746A89">
            <w:pPr>
              <w:jc w:val="center"/>
            </w:pPr>
            <w:r>
              <w:t>MS-DHW-08</w:t>
            </w:r>
          </w:p>
        </w:tc>
        <w:tc>
          <w:tcPr>
            <w:tcW w:w="0" w:type="auto"/>
          </w:tcPr>
          <w:p w14:paraId="06FA8922" w14:textId="77777777" w:rsidR="000772B4" w:rsidRDefault="00746A89">
            <w:pPr>
              <w:jc w:val="center"/>
            </w:pPr>
            <w:r>
              <w:t>P1, 2031–2036</w:t>
            </w:r>
          </w:p>
        </w:tc>
        <w:tc>
          <w:tcPr>
            <w:tcW w:w="0" w:type="auto"/>
          </w:tcPr>
          <w:p w14:paraId="546B934D" w14:textId="77777777" w:rsidR="000772B4" w:rsidRPr="00794D67" w:rsidRDefault="00746A89">
            <w:pPr>
              <w:jc w:val="center"/>
              <w:rPr>
                <w:lang w:val="ru-RU"/>
              </w:rPr>
            </w:pPr>
            <w:r w:rsidRPr="00794D67">
              <w:rPr>
                <w:lang w:val="ru-RU"/>
              </w:rPr>
              <w:t>разделение нагрузки 0,819 Гкал/ч не выполнено</w:t>
            </w:r>
          </w:p>
        </w:tc>
      </w:tr>
      <w:tr w:rsidR="000772B4" w:rsidRPr="00C07C05" w14:paraId="78323072" w14:textId="77777777">
        <w:trPr>
          <w:cantSplit/>
          <w:jc w:val="center"/>
        </w:trPr>
        <w:tc>
          <w:tcPr>
            <w:tcW w:w="0" w:type="auto"/>
          </w:tcPr>
          <w:p w14:paraId="71756DB7" w14:textId="77777777" w:rsidR="000772B4" w:rsidRDefault="00746A89">
            <w:r>
              <w:t>УПК № 10 Темир-Тау</w:t>
            </w:r>
          </w:p>
        </w:tc>
        <w:tc>
          <w:tcPr>
            <w:tcW w:w="0" w:type="auto"/>
          </w:tcPr>
          <w:p w14:paraId="40FF066F" w14:textId="77777777" w:rsidR="000772B4" w:rsidRDefault="00746A89">
            <w:pPr>
              <w:jc w:val="center"/>
            </w:pPr>
            <w:r>
              <w:t>открытая, 29 079 т/год</w:t>
            </w:r>
          </w:p>
        </w:tc>
        <w:tc>
          <w:tcPr>
            <w:tcW w:w="0" w:type="auto"/>
          </w:tcPr>
          <w:p w14:paraId="12A69B08" w14:textId="77777777" w:rsidR="000772B4" w:rsidRDefault="00746A89">
            <w:pPr>
              <w:jc w:val="center"/>
            </w:pPr>
            <w:r>
              <w:t>закрытая</w:t>
            </w:r>
          </w:p>
        </w:tc>
        <w:tc>
          <w:tcPr>
            <w:tcW w:w="0" w:type="auto"/>
          </w:tcPr>
          <w:p w14:paraId="1C96390E" w14:textId="77777777" w:rsidR="000772B4" w:rsidRDefault="00746A89">
            <w:pPr>
              <w:jc w:val="center"/>
            </w:pPr>
            <w:r>
              <w:t>MS-DHW-09</w:t>
            </w:r>
          </w:p>
        </w:tc>
        <w:tc>
          <w:tcPr>
            <w:tcW w:w="0" w:type="auto"/>
          </w:tcPr>
          <w:p w14:paraId="4A179BF0" w14:textId="77777777" w:rsidR="000772B4" w:rsidRDefault="00746A89">
            <w:pPr>
              <w:jc w:val="center"/>
            </w:pPr>
            <w:r>
              <w:t>P1, 2027–2031</w:t>
            </w:r>
          </w:p>
        </w:tc>
        <w:tc>
          <w:tcPr>
            <w:tcW w:w="0" w:type="auto"/>
          </w:tcPr>
          <w:p w14:paraId="06C61577" w14:textId="77777777" w:rsidR="000772B4" w:rsidRPr="00794D67" w:rsidRDefault="00746A89">
            <w:pPr>
              <w:jc w:val="center"/>
              <w:rPr>
                <w:lang w:val="ru-RU"/>
              </w:rPr>
            </w:pPr>
            <w:r w:rsidRPr="00794D67">
              <w:rPr>
                <w:lang w:val="ru-RU"/>
              </w:rPr>
              <w:t>остаточный дефицит подпитки −0,733 т/ч сохраняется</w:t>
            </w:r>
          </w:p>
        </w:tc>
      </w:tr>
      <w:tr w:rsidR="000772B4" w:rsidRPr="00C07C05" w14:paraId="6BEF3F55" w14:textId="77777777">
        <w:trPr>
          <w:cantSplit/>
          <w:jc w:val="center"/>
        </w:trPr>
        <w:tc>
          <w:tcPr>
            <w:tcW w:w="0" w:type="auto"/>
          </w:tcPr>
          <w:p w14:paraId="38798ACA" w14:textId="77777777" w:rsidR="000772B4" w:rsidRDefault="00746A89">
            <w:r>
              <w:t>УПК № 3 Спасск</w:t>
            </w:r>
          </w:p>
        </w:tc>
        <w:tc>
          <w:tcPr>
            <w:tcW w:w="0" w:type="auto"/>
          </w:tcPr>
          <w:p w14:paraId="29CE2726" w14:textId="77777777" w:rsidR="000772B4" w:rsidRDefault="00746A89">
            <w:pPr>
              <w:jc w:val="center"/>
            </w:pPr>
            <w:r>
              <w:t>открытая, 2 932 т/год</w:t>
            </w:r>
          </w:p>
        </w:tc>
        <w:tc>
          <w:tcPr>
            <w:tcW w:w="0" w:type="auto"/>
          </w:tcPr>
          <w:p w14:paraId="64C0A662" w14:textId="77777777" w:rsidR="000772B4" w:rsidRDefault="00746A89">
            <w:pPr>
              <w:jc w:val="center"/>
            </w:pPr>
            <w:r>
              <w:t>закрытая</w:t>
            </w:r>
          </w:p>
        </w:tc>
        <w:tc>
          <w:tcPr>
            <w:tcW w:w="0" w:type="auto"/>
          </w:tcPr>
          <w:p w14:paraId="4DBBE5AD" w14:textId="77777777" w:rsidR="000772B4" w:rsidRDefault="00746A89">
            <w:pPr>
              <w:jc w:val="center"/>
            </w:pPr>
            <w:r>
              <w:t>MS-DHW-10</w:t>
            </w:r>
          </w:p>
        </w:tc>
        <w:tc>
          <w:tcPr>
            <w:tcW w:w="0" w:type="auto"/>
          </w:tcPr>
          <w:p w14:paraId="3C670327" w14:textId="77777777" w:rsidR="000772B4" w:rsidRDefault="00746A89">
            <w:pPr>
              <w:jc w:val="center"/>
            </w:pPr>
            <w:r>
              <w:t>P3, 2031–2036</w:t>
            </w:r>
          </w:p>
        </w:tc>
        <w:tc>
          <w:tcPr>
            <w:tcW w:w="0" w:type="auto"/>
          </w:tcPr>
          <w:p w14:paraId="56F0B8D2" w14:textId="77777777" w:rsidR="000772B4" w:rsidRPr="00794D67" w:rsidRDefault="00746A89">
            <w:pPr>
              <w:jc w:val="center"/>
              <w:rPr>
                <w:lang w:val="ru-RU"/>
              </w:rPr>
            </w:pPr>
            <w:r w:rsidRPr="00794D67">
              <w:rPr>
                <w:lang w:val="ru-RU"/>
              </w:rPr>
              <w:t>остаточный дефицит подпитки −0,093 т/ч сохраняется</w:t>
            </w:r>
          </w:p>
        </w:tc>
      </w:tr>
    </w:tbl>
    <w:p w14:paraId="545D810F" w14:textId="77777777" w:rsidR="000772B4" w:rsidRPr="00794D67" w:rsidRDefault="000772B4">
      <w:pPr>
        <w:spacing w:after="40"/>
        <w:rPr>
          <w:lang w:val="ru-RU"/>
        </w:rPr>
      </w:pPr>
    </w:p>
    <w:p w14:paraId="222D0CEB" w14:textId="77777777" w:rsidR="000772B4" w:rsidRPr="00794D67" w:rsidRDefault="00746A89">
      <w:pPr>
        <w:spacing w:after="80"/>
        <w:jc w:val="both"/>
        <w:rPr>
          <w:lang w:val="ru-RU"/>
        </w:rPr>
      </w:pPr>
      <w:r w:rsidRPr="00794D67">
        <w:rPr>
          <w:lang w:val="ru-RU"/>
        </w:rPr>
        <w:t>Состояние перехода по всем системам — предпочтительное решение, подлежит расчётному подтверждению, по УПК № 9 «ГРЭ» — предпочтительное решение, подлежит подтверждению сведениями эксплуатирующей организации. Утверждённым решением ни один переход не является: стоимость и число тепловых пунктов на 2026 год не определены.</w:t>
      </w:r>
    </w:p>
    <w:p w14:paraId="35555F80" w14:textId="77777777" w:rsidR="000772B4" w:rsidRPr="00794D67" w:rsidRDefault="00746A89">
      <w:pPr>
        <w:spacing w:after="80"/>
        <w:jc w:val="both"/>
        <w:rPr>
          <w:lang w:val="ru-RU"/>
        </w:rPr>
      </w:pPr>
      <w:r w:rsidRPr="00794D67">
        <w:rPr>
          <w:lang w:val="ru-RU"/>
        </w:rPr>
        <w:t>Исторические решения приняты схемами поселений редакций 2021 и 2023 годов по всем системам и ни по одной не реализованы. Совокупная историческая оценка — 434 441 тыс. руб. без НДС в ценах 2021 года. Она является ранее принятой величиной, а не текущей потребностью в капитальных вложениях.</w:t>
      </w:r>
    </w:p>
    <w:p w14:paraId="273D79F5" w14:textId="77777777" w:rsidR="000772B4" w:rsidRPr="00794D67" w:rsidRDefault="00746A89">
      <w:pPr>
        <w:spacing w:after="80"/>
        <w:jc w:val="both"/>
        <w:rPr>
          <w:lang w:val="ru-RU"/>
        </w:rPr>
      </w:pPr>
      <w:r w:rsidRPr="00794D67">
        <w:rPr>
          <w:lang w:val="ru-RU"/>
        </w:rPr>
        <w:t>Перевод на закрытую схему и газификация источников — независимые мероприятия и единого года не имеют: первое выполняется на стороне потребителя, второе на источнике.</w:t>
      </w:r>
    </w:p>
    <w:p w14:paraId="7C7C7847" w14:textId="77777777" w:rsidR="000772B4" w:rsidRPr="00344E69" w:rsidRDefault="00746A89">
      <w:pPr>
        <w:pStyle w:val="31"/>
        <w:rPr>
          <w:sz w:val="28"/>
          <w:szCs w:val="28"/>
          <w:lang w:val="ru-RU"/>
        </w:rPr>
      </w:pPr>
      <w:r w:rsidRPr="00344E69">
        <w:rPr>
          <w:sz w:val="28"/>
          <w:szCs w:val="28"/>
          <w:lang w:val="ru-RU"/>
        </w:rPr>
        <w:t>5.14.3. Отклонённые решения</w:t>
      </w:r>
    </w:p>
    <w:p w14:paraId="4E1F388C" w14:textId="77777777" w:rsidR="000772B4" w:rsidRPr="00794D67" w:rsidRDefault="00746A89">
      <w:pPr>
        <w:keepNext/>
        <w:spacing w:before="160"/>
        <w:rPr>
          <w:lang w:val="ru-RU"/>
        </w:rPr>
      </w:pPr>
      <w:r w:rsidRPr="00794D67">
        <w:rPr>
          <w:b/>
          <w:lang w:val="ru-RU"/>
        </w:rPr>
        <w:t>Таблица 5.14 — Рассмотренные и отклонённые решения</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922"/>
        <w:gridCol w:w="2273"/>
        <w:gridCol w:w="4150"/>
      </w:tblGrid>
      <w:tr w:rsidR="000772B4" w14:paraId="32BD801D" w14:textId="77777777">
        <w:trPr>
          <w:cantSplit/>
          <w:tblHeader/>
          <w:jc w:val="center"/>
        </w:trPr>
        <w:tc>
          <w:tcPr>
            <w:tcW w:w="0" w:type="auto"/>
            <w:shd w:val="clear" w:color="auto" w:fill="E2F0D9"/>
          </w:tcPr>
          <w:p w14:paraId="1EC93D56" w14:textId="77777777" w:rsidR="000772B4" w:rsidRDefault="00746A89">
            <w:pPr>
              <w:jc w:val="center"/>
            </w:pPr>
            <w:r>
              <w:rPr>
                <w:b/>
              </w:rPr>
              <w:t>Решение</w:t>
            </w:r>
          </w:p>
        </w:tc>
        <w:tc>
          <w:tcPr>
            <w:tcW w:w="0" w:type="auto"/>
            <w:shd w:val="clear" w:color="auto" w:fill="E2F0D9"/>
          </w:tcPr>
          <w:p w14:paraId="2942C3FE" w14:textId="77777777" w:rsidR="000772B4" w:rsidRDefault="00746A89">
            <w:pPr>
              <w:jc w:val="center"/>
            </w:pPr>
            <w:r>
              <w:rPr>
                <w:b/>
              </w:rPr>
              <w:t>Рассматривалось для</w:t>
            </w:r>
          </w:p>
        </w:tc>
        <w:tc>
          <w:tcPr>
            <w:tcW w:w="0" w:type="auto"/>
            <w:shd w:val="clear" w:color="auto" w:fill="E2F0D9"/>
          </w:tcPr>
          <w:p w14:paraId="0165A026" w14:textId="77777777" w:rsidR="000772B4" w:rsidRDefault="00746A89">
            <w:pPr>
              <w:jc w:val="center"/>
            </w:pPr>
            <w:r>
              <w:rPr>
                <w:b/>
              </w:rPr>
              <w:t>Причина отклонения</w:t>
            </w:r>
          </w:p>
        </w:tc>
      </w:tr>
      <w:tr w:rsidR="000772B4" w:rsidRPr="00C07C05" w14:paraId="308C8846" w14:textId="77777777">
        <w:trPr>
          <w:cantSplit/>
          <w:jc w:val="center"/>
        </w:trPr>
        <w:tc>
          <w:tcPr>
            <w:tcW w:w="0" w:type="auto"/>
          </w:tcPr>
          <w:p w14:paraId="2AE895C1" w14:textId="77777777" w:rsidR="000772B4" w:rsidRDefault="00746A89">
            <w:r>
              <w:t>Сохранение угольной конфигурации</w:t>
            </w:r>
          </w:p>
        </w:tc>
        <w:tc>
          <w:tcPr>
            <w:tcW w:w="0" w:type="auto"/>
          </w:tcPr>
          <w:p w14:paraId="37C5DB74" w14:textId="77777777" w:rsidR="000772B4" w:rsidRDefault="00746A89">
            <w:pPr>
              <w:jc w:val="center"/>
            </w:pPr>
            <w:r>
              <w:t>все источники</w:t>
            </w:r>
          </w:p>
        </w:tc>
        <w:tc>
          <w:tcPr>
            <w:tcW w:w="0" w:type="auto"/>
          </w:tcPr>
          <w:p w14:paraId="3C80B42A" w14:textId="77777777" w:rsidR="000772B4" w:rsidRPr="00794D67" w:rsidRDefault="00746A89">
            <w:pPr>
              <w:jc w:val="center"/>
              <w:rPr>
                <w:lang w:val="ru-RU"/>
              </w:rPr>
            </w:pPr>
            <w:r w:rsidRPr="00794D67">
              <w:rPr>
                <w:lang w:val="ru-RU"/>
              </w:rPr>
              <w:t>противоречит программе газификации; износ нарастает; нагрузка зоны Шерегеша не покрывается</w:t>
            </w:r>
          </w:p>
        </w:tc>
      </w:tr>
      <w:tr w:rsidR="000772B4" w:rsidRPr="00C07C05" w14:paraId="0CF00A0D" w14:textId="77777777">
        <w:trPr>
          <w:cantSplit/>
          <w:jc w:val="center"/>
        </w:trPr>
        <w:tc>
          <w:tcPr>
            <w:tcW w:w="0" w:type="auto"/>
          </w:tcPr>
          <w:p w14:paraId="1A54B72E" w14:textId="77777777" w:rsidR="000772B4" w:rsidRPr="00794D67" w:rsidRDefault="00746A89">
            <w:pPr>
              <w:rPr>
                <w:lang w:val="ru-RU"/>
              </w:rPr>
            </w:pPr>
            <w:r w:rsidRPr="00794D67">
              <w:rPr>
                <w:lang w:val="ru-RU"/>
              </w:rPr>
              <w:t>Объединение зон и перераспределение нагрузок</w:t>
            </w:r>
          </w:p>
        </w:tc>
        <w:tc>
          <w:tcPr>
            <w:tcW w:w="0" w:type="auto"/>
          </w:tcPr>
          <w:p w14:paraId="3F0419B5" w14:textId="77777777" w:rsidR="000772B4" w:rsidRDefault="00746A89">
            <w:pPr>
              <w:jc w:val="center"/>
            </w:pPr>
            <w:r>
              <w:t>округ</w:t>
            </w:r>
          </w:p>
        </w:tc>
        <w:tc>
          <w:tcPr>
            <w:tcW w:w="0" w:type="auto"/>
          </w:tcPr>
          <w:p w14:paraId="1B5AFEDC" w14:textId="77777777" w:rsidR="000772B4" w:rsidRPr="00794D67" w:rsidRDefault="00746A89">
            <w:pPr>
              <w:jc w:val="center"/>
              <w:rPr>
                <w:lang w:val="ru-RU"/>
              </w:rPr>
            </w:pPr>
            <w:r w:rsidRPr="00794D67">
              <w:rPr>
                <w:lang w:val="ru-RU"/>
              </w:rPr>
              <w:t>межисточниковых связей не выявлено; расстояния между населёнными пунктами значительны; техническое основание отсутствует</w:t>
            </w:r>
          </w:p>
        </w:tc>
      </w:tr>
      <w:tr w:rsidR="000772B4" w:rsidRPr="00C07C05" w14:paraId="2ED2F530" w14:textId="77777777">
        <w:trPr>
          <w:cantSplit/>
          <w:jc w:val="center"/>
        </w:trPr>
        <w:tc>
          <w:tcPr>
            <w:tcW w:w="0" w:type="auto"/>
          </w:tcPr>
          <w:p w14:paraId="6FBE5D2D" w14:textId="77777777" w:rsidR="000772B4" w:rsidRDefault="00746A89">
            <w:r>
              <w:t>Строительство новых источников</w:t>
            </w:r>
          </w:p>
        </w:tc>
        <w:tc>
          <w:tcPr>
            <w:tcW w:w="0" w:type="auto"/>
          </w:tcPr>
          <w:p w14:paraId="750979FC" w14:textId="77777777" w:rsidR="000772B4" w:rsidRDefault="00746A89">
            <w:pPr>
              <w:jc w:val="center"/>
            </w:pPr>
            <w:r>
              <w:t>зона УПК № 5</w:t>
            </w:r>
          </w:p>
        </w:tc>
        <w:tc>
          <w:tcPr>
            <w:tcW w:w="0" w:type="auto"/>
          </w:tcPr>
          <w:p w14:paraId="0799B575" w14:textId="77777777" w:rsidR="000772B4" w:rsidRPr="00794D67" w:rsidRDefault="00746A89">
            <w:pPr>
              <w:jc w:val="center"/>
              <w:rPr>
                <w:lang w:val="ru-RU"/>
              </w:rPr>
            </w:pPr>
            <w:r w:rsidRPr="00794D67">
              <w:rPr>
                <w:lang w:val="ru-RU"/>
              </w:rPr>
              <w:t>проектных решений в составе исходных данных нет; назначение мощности без расчёта не допускается</w:t>
            </w:r>
          </w:p>
        </w:tc>
      </w:tr>
      <w:tr w:rsidR="000772B4" w:rsidRPr="00C07C05" w14:paraId="31E9361D" w14:textId="77777777">
        <w:trPr>
          <w:cantSplit/>
          <w:jc w:val="center"/>
        </w:trPr>
        <w:tc>
          <w:tcPr>
            <w:tcW w:w="0" w:type="auto"/>
          </w:tcPr>
          <w:p w14:paraId="6E15084E" w14:textId="77777777" w:rsidR="000772B4" w:rsidRPr="00794D67" w:rsidRDefault="00746A89">
            <w:pPr>
              <w:rPr>
                <w:lang w:val="ru-RU"/>
              </w:rPr>
            </w:pPr>
            <w:r w:rsidRPr="00794D67">
              <w:rPr>
                <w:lang w:val="ru-RU"/>
              </w:rPr>
              <w:t>Возврат в работу выведенных котельных УПК № 4, № 11, № 12</w:t>
            </w:r>
          </w:p>
        </w:tc>
        <w:tc>
          <w:tcPr>
            <w:tcW w:w="0" w:type="auto"/>
          </w:tcPr>
          <w:p w14:paraId="37EC7852" w14:textId="77777777" w:rsidR="000772B4" w:rsidRDefault="00746A89">
            <w:pPr>
              <w:jc w:val="center"/>
            </w:pPr>
            <w:r>
              <w:t>Таштагол, Мундыбаш</w:t>
            </w:r>
          </w:p>
        </w:tc>
        <w:tc>
          <w:tcPr>
            <w:tcW w:w="0" w:type="auto"/>
          </w:tcPr>
          <w:p w14:paraId="05D0AF7E" w14:textId="77777777" w:rsidR="000772B4" w:rsidRPr="00794D67" w:rsidRDefault="00746A89">
            <w:pPr>
              <w:jc w:val="center"/>
              <w:rPr>
                <w:lang w:val="ru-RU"/>
              </w:rPr>
            </w:pPr>
            <w:r w:rsidRPr="00794D67">
              <w:rPr>
                <w:lang w:val="ru-RU"/>
              </w:rPr>
              <w:t>вывод выполнен по решениям схем 2021 года, нагрузка переключена; технического основания для возврата нет</w:t>
            </w:r>
          </w:p>
        </w:tc>
      </w:tr>
      <w:tr w:rsidR="000772B4" w:rsidRPr="00C07C05" w14:paraId="211B8E37" w14:textId="77777777">
        <w:trPr>
          <w:cantSplit/>
          <w:jc w:val="center"/>
        </w:trPr>
        <w:tc>
          <w:tcPr>
            <w:tcW w:w="0" w:type="auto"/>
          </w:tcPr>
          <w:p w14:paraId="5ACDB8FF" w14:textId="77777777" w:rsidR="000772B4" w:rsidRPr="00794D67" w:rsidRDefault="00746A89">
            <w:pPr>
              <w:rPr>
                <w:lang w:val="ru-RU"/>
              </w:rPr>
            </w:pPr>
            <w:r w:rsidRPr="00794D67">
              <w:rPr>
                <w:lang w:val="ru-RU"/>
              </w:rPr>
              <w:t>Замена участков сетей 2021–2024 годов ввода</w:t>
            </w:r>
          </w:p>
        </w:tc>
        <w:tc>
          <w:tcPr>
            <w:tcW w:w="0" w:type="auto"/>
          </w:tcPr>
          <w:p w14:paraId="213EECE6" w14:textId="77777777" w:rsidR="000772B4" w:rsidRDefault="00746A89">
            <w:pPr>
              <w:jc w:val="center"/>
            </w:pPr>
            <w:r>
              <w:t>Таштагол, Шерегеш, Мундыбаш</w:t>
            </w:r>
          </w:p>
        </w:tc>
        <w:tc>
          <w:tcPr>
            <w:tcW w:w="0" w:type="auto"/>
          </w:tcPr>
          <w:p w14:paraId="0612FA5E" w14:textId="77777777" w:rsidR="000772B4" w:rsidRPr="00794D67" w:rsidRDefault="00746A89">
            <w:pPr>
              <w:jc w:val="center"/>
              <w:rPr>
                <w:lang w:val="ru-RU"/>
              </w:rPr>
            </w:pPr>
            <w:r w:rsidRPr="00794D67">
              <w:rPr>
                <w:lang w:val="ru-RU"/>
              </w:rPr>
              <w:t>при сроке службы 25 лет технического основания нет</w:t>
            </w:r>
          </w:p>
        </w:tc>
      </w:tr>
    </w:tbl>
    <w:p w14:paraId="392B91F2" w14:textId="77777777" w:rsidR="000772B4" w:rsidRPr="00794D67" w:rsidRDefault="000772B4">
      <w:pPr>
        <w:spacing w:after="40"/>
        <w:rPr>
          <w:lang w:val="ru-RU"/>
        </w:rPr>
      </w:pPr>
    </w:p>
    <w:p w14:paraId="578AD312" w14:textId="77777777" w:rsidR="000772B4" w:rsidRPr="00344E69" w:rsidRDefault="00746A89">
      <w:pPr>
        <w:pStyle w:val="21"/>
        <w:rPr>
          <w:lang w:val="ru-RU"/>
        </w:rPr>
      </w:pPr>
      <w:bookmarkStart w:id="41" w:name="_Toc238015632"/>
      <w:r w:rsidRPr="00344E69">
        <w:rPr>
          <w:lang w:val="ru-RU"/>
        </w:rPr>
        <w:t>5.15. Зависимости и риски</w:t>
      </w:r>
      <w:bookmarkEnd w:id="41"/>
    </w:p>
    <w:p w14:paraId="03D0316F" w14:textId="77777777" w:rsidR="000772B4" w:rsidRPr="00794D67" w:rsidRDefault="00746A89">
      <w:pPr>
        <w:keepNext/>
        <w:spacing w:before="160"/>
        <w:rPr>
          <w:lang w:val="ru-RU"/>
        </w:rPr>
      </w:pPr>
      <w:r w:rsidRPr="00794D67">
        <w:rPr>
          <w:b/>
          <w:lang w:val="ru-RU"/>
        </w:rPr>
        <w:t>Таблица 5.15 — Открытые зависимости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3048"/>
        <w:gridCol w:w="3296"/>
        <w:gridCol w:w="3001"/>
      </w:tblGrid>
      <w:tr w:rsidR="000772B4" w14:paraId="0A44684D" w14:textId="77777777">
        <w:trPr>
          <w:cantSplit/>
          <w:tblHeader/>
          <w:jc w:val="center"/>
        </w:trPr>
        <w:tc>
          <w:tcPr>
            <w:tcW w:w="0" w:type="auto"/>
            <w:shd w:val="clear" w:color="auto" w:fill="E2F0D9"/>
          </w:tcPr>
          <w:p w14:paraId="65052545" w14:textId="77777777" w:rsidR="000772B4" w:rsidRDefault="00746A89">
            <w:pPr>
              <w:jc w:val="center"/>
            </w:pPr>
            <w:r>
              <w:rPr>
                <w:b/>
              </w:rPr>
              <w:t>Предмет</w:t>
            </w:r>
          </w:p>
        </w:tc>
        <w:tc>
          <w:tcPr>
            <w:tcW w:w="0" w:type="auto"/>
            <w:shd w:val="clear" w:color="auto" w:fill="E2F0D9"/>
          </w:tcPr>
          <w:p w14:paraId="1173BFE1" w14:textId="77777777" w:rsidR="000772B4" w:rsidRDefault="00746A89">
            <w:pPr>
              <w:jc w:val="center"/>
            </w:pPr>
            <w:r>
              <w:rPr>
                <w:b/>
              </w:rPr>
              <w:t>Влияние на мастер-план</w:t>
            </w:r>
          </w:p>
        </w:tc>
        <w:tc>
          <w:tcPr>
            <w:tcW w:w="0" w:type="auto"/>
            <w:shd w:val="clear" w:color="auto" w:fill="E2F0D9"/>
          </w:tcPr>
          <w:p w14:paraId="2094DF3A" w14:textId="77777777" w:rsidR="000772B4" w:rsidRDefault="00746A89">
            <w:pPr>
              <w:jc w:val="center"/>
            </w:pPr>
            <w:r>
              <w:rPr>
                <w:b/>
              </w:rPr>
              <w:t>Источник разрешения</w:t>
            </w:r>
          </w:p>
        </w:tc>
      </w:tr>
      <w:tr w:rsidR="000772B4" w14:paraId="21A1758F" w14:textId="77777777">
        <w:trPr>
          <w:cantSplit/>
          <w:jc w:val="center"/>
        </w:trPr>
        <w:tc>
          <w:tcPr>
            <w:tcW w:w="0" w:type="auto"/>
          </w:tcPr>
          <w:p w14:paraId="7D61F63C" w14:textId="77777777" w:rsidR="000772B4" w:rsidRPr="00794D67" w:rsidRDefault="00746A89">
            <w:pPr>
              <w:rPr>
                <w:lang w:val="ru-RU"/>
              </w:rPr>
            </w:pPr>
            <w:r w:rsidRPr="00794D67">
              <w:rPr>
                <w:lang w:val="ru-RU"/>
              </w:rPr>
              <w:t>Срок газификации УПК № 5 и УПК № 6</w:t>
            </w:r>
          </w:p>
        </w:tc>
        <w:tc>
          <w:tcPr>
            <w:tcW w:w="0" w:type="auto"/>
          </w:tcPr>
          <w:p w14:paraId="323058B4" w14:textId="77777777" w:rsidR="000772B4" w:rsidRPr="00794D67" w:rsidRDefault="00746A89">
            <w:pPr>
              <w:jc w:val="center"/>
              <w:rPr>
                <w:lang w:val="ru-RU"/>
              </w:rPr>
            </w:pPr>
            <w:r w:rsidRPr="00794D67">
              <w:rPr>
                <w:lang w:val="ru-RU"/>
              </w:rPr>
              <w:t>не позволяет отнести мероприятия к конкретному году</w:t>
            </w:r>
          </w:p>
        </w:tc>
        <w:tc>
          <w:tcPr>
            <w:tcW w:w="0" w:type="auto"/>
          </w:tcPr>
          <w:p w14:paraId="03C7C371" w14:textId="77777777" w:rsidR="000772B4" w:rsidRDefault="00746A89">
            <w:pPr>
              <w:jc w:val="center"/>
            </w:pPr>
            <w:r>
              <w:t>календарный график Заказчика</w:t>
            </w:r>
          </w:p>
        </w:tc>
      </w:tr>
      <w:tr w:rsidR="000772B4" w:rsidRPr="00C07C05" w14:paraId="4A21406E" w14:textId="77777777">
        <w:trPr>
          <w:cantSplit/>
          <w:jc w:val="center"/>
        </w:trPr>
        <w:tc>
          <w:tcPr>
            <w:tcW w:w="0" w:type="auto"/>
          </w:tcPr>
          <w:p w14:paraId="4A27A892" w14:textId="77777777" w:rsidR="000772B4" w:rsidRPr="00794D67" w:rsidRDefault="00746A89">
            <w:pPr>
              <w:rPr>
                <w:lang w:val="ru-RU"/>
              </w:rPr>
            </w:pPr>
            <w:r w:rsidRPr="00794D67">
              <w:rPr>
                <w:lang w:val="ru-RU"/>
              </w:rPr>
              <w:t>Решение по мощности зоны УПК № 5</w:t>
            </w:r>
          </w:p>
        </w:tc>
        <w:tc>
          <w:tcPr>
            <w:tcW w:w="0" w:type="auto"/>
          </w:tcPr>
          <w:p w14:paraId="6E7AB6AA" w14:textId="77777777" w:rsidR="000772B4" w:rsidRDefault="00746A89">
            <w:pPr>
              <w:jc w:val="center"/>
            </w:pPr>
            <w:r>
              <w:t>определяет покрытие перспективной нагрузки</w:t>
            </w:r>
          </w:p>
        </w:tc>
        <w:tc>
          <w:tcPr>
            <w:tcW w:w="0" w:type="auto"/>
          </w:tcPr>
          <w:p w14:paraId="74BE787D" w14:textId="77777777" w:rsidR="000772B4" w:rsidRPr="00794D67" w:rsidRDefault="00746A89">
            <w:pPr>
              <w:jc w:val="center"/>
              <w:rPr>
                <w:lang w:val="ru-RU"/>
              </w:rPr>
            </w:pPr>
            <w:r w:rsidRPr="00794D67">
              <w:rPr>
                <w:lang w:val="ru-RU"/>
              </w:rPr>
              <w:t>решение главного инженера проекта после расчётов</w:t>
            </w:r>
          </w:p>
        </w:tc>
      </w:tr>
      <w:tr w:rsidR="000772B4" w14:paraId="6AC86E5A" w14:textId="77777777">
        <w:trPr>
          <w:cantSplit/>
          <w:jc w:val="center"/>
        </w:trPr>
        <w:tc>
          <w:tcPr>
            <w:tcW w:w="0" w:type="auto"/>
          </w:tcPr>
          <w:p w14:paraId="78B1A0E3" w14:textId="77777777" w:rsidR="000772B4" w:rsidRDefault="00746A89">
            <w:r>
              <w:t>Фактический уровень резервирования сетей</w:t>
            </w:r>
          </w:p>
        </w:tc>
        <w:tc>
          <w:tcPr>
            <w:tcW w:w="0" w:type="auto"/>
          </w:tcPr>
          <w:p w14:paraId="51761801" w14:textId="77777777" w:rsidR="000772B4" w:rsidRPr="00794D67" w:rsidRDefault="00746A89">
            <w:pPr>
              <w:jc w:val="center"/>
              <w:rPr>
                <w:lang w:val="ru-RU"/>
              </w:rPr>
            </w:pPr>
            <w:r w:rsidRPr="00794D67">
              <w:rPr>
                <w:lang w:val="ru-RU"/>
              </w:rPr>
              <w:t>определяет объём мероприятий по сетям</w:t>
            </w:r>
          </w:p>
        </w:tc>
        <w:tc>
          <w:tcPr>
            <w:tcW w:w="0" w:type="auto"/>
          </w:tcPr>
          <w:p w14:paraId="3A83BBCD" w14:textId="77777777" w:rsidR="000772B4" w:rsidRDefault="00746A89">
            <w:pPr>
              <w:jc w:val="center"/>
            </w:pPr>
            <w:r>
              <w:t>результаты моделирования</w:t>
            </w:r>
          </w:p>
        </w:tc>
      </w:tr>
      <w:tr w:rsidR="000772B4" w14:paraId="2D5EA28C" w14:textId="77777777">
        <w:trPr>
          <w:cantSplit/>
          <w:jc w:val="center"/>
        </w:trPr>
        <w:tc>
          <w:tcPr>
            <w:tcW w:w="0" w:type="auto"/>
          </w:tcPr>
          <w:p w14:paraId="263E6C75" w14:textId="77777777" w:rsidR="000772B4" w:rsidRDefault="00746A89">
            <w:r>
              <w:t>Конфигурация водоподготовки четырёх источников</w:t>
            </w:r>
          </w:p>
        </w:tc>
        <w:tc>
          <w:tcPr>
            <w:tcW w:w="0" w:type="auto"/>
          </w:tcPr>
          <w:p w14:paraId="43D37E6C" w14:textId="77777777" w:rsidR="000772B4" w:rsidRPr="00794D67" w:rsidRDefault="00746A89">
            <w:pPr>
              <w:jc w:val="center"/>
              <w:rPr>
                <w:lang w:val="ru-RU"/>
              </w:rPr>
            </w:pPr>
            <w:r w:rsidRPr="00794D67">
              <w:rPr>
                <w:lang w:val="ru-RU"/>
              </w:rPr>
              <w:t>определяет решение по горячему водоснабжению</w:t>
            </w:r>
          </w:p>
        </w:tc>
        <w:tc>
          <w:tcPr>
            <w:tcW w:w="0" w:type="auto"/>
          </w:tcPr>
          <w:p w14:paraId="23A5DEBC" w14:textId="77777777" w:rsidR="000772B4" w:rsidRDefault="00746A89">
            <w:pPr>
              <w:jc w:val="center"/>
            </w:pPr>
            <w:r>
              <w:t>сведения Заказчика</w:t>
            </w:r>
          </w:p>
        </w:tc>
      </w:tr>
      <w:tr w:rsidR="000772B4" w14:paraId="4F553D0A" w14:textId="77777777">
        <w:trPr>
          <w:cantSplit/>
          <w:jc w:val="center"/>
        </w:trPr>
        <w:tc>
          <w:tcPr>
            <w:tcW w:w="0" w:type="auto"/>
          </w:tcPr>
          <w:p w14:paraId="228E9CF1" w14:textId="77777777" w:rsidR="000772B4" w:rsidRDefault="00746A89">
            <w:r>
              <w:t>Установленная мощность УПК № 10</w:t>
            </w:r>
          </w:p>
        </w:tc>
        <w:tc>
          <w:tcPr>
            <w:tcW w:w="0" w:type="auto"/>
          </w:tcPr>
          <w:p w14:paraId="54279959" w14:textId="77777777" w:rsidR="000772B4" w:rsidRPr="00794D67" w:rsidRDefault="00746A89">
            <w:pPr>
              <w:jc w:val="center"/>
              <w:rPr>
                <w:lang w:val="ru-RU"/>
              </w:rPr>
            </w:pPr>
            <w:r w:rsidRPr="00794D67">
              <w:rPr>
                <w:lang w:val="ru-RU"/>
              </w:rPr>
              <w:t>влияет на итог по округу</w:t>
            </w:r>
          </w:p>
        </w:tc>
        <w:tc>
          <w:tcPr>
            <w:tcW w:w="0" w:type="auto"/>
          </w:tcPr>
          <w:p w14:paraId="0E32D655" w14:textId="77777777" w:rsidR="000772B4" w:rsidRDefault="00746A89">
            <w:pPr>
              <w:jc w:val="center"/>
            </w:pPr>
            <w:r>
              <w:t>паспорт котла</w:t>
            </w:r>
          </w:p>
        </w:tc>
      </w:tr>
      <w:tr w:rsidR="000772B4" w14:paraId="3E8AA850" w14:textId="77777777">
        <w:trPr>
          <w:cantSplit/>
          <w:jc w:val="center"/>
        </w:trPr>
        <w:tc>
          <w:tcPr>
            <w:tcW w:w="0" w:type="auto"/>
          </w:tcPr>
          <w:p w14:paraId="14139163" w14:textId="77777777" w:rsidR="000772B4" w:rsidRDefault="00746A89">
            <w:r>
              <w:t>Режимный состав котлов</w:t>
            </w:r>
          </w:p>
        </w:tc>
        <w:tc>
          <w:tcPr>
            <w:tcW w:w="0" w:type="auto"/>
          </w:tcPr>
          <w:p w14:paraId="4DBD33E4" w14:textId="77777777" w:rsidR="000772B4" w:rsidRDefault="00746A89">
            <w:pPr>
              <w:jc w:val="center"/>
            </w:pPr>
            <w:r>
              <w:t>определяет эксплуатационное резервирование</w:t>
            </w:r>
          </w:p>
        </w:tc>
        <w:tc>
          <w:tcPr>
            <w:tcW w:w="0" w:type="auto"/>
          </w:tcPr>
          <w:p w14:paraId="6E7CA31E" w14:textId="77777777" w:rsidR="000772B4" w:rsidRDefault="00746A89">
            <w:pPr>
              <w:jc w:val="center"/>
            </w:pPr>
            <w:r>
              <w:t>сведения Заказчика</w:t>
            </w:r>
          </w:p>
        </w:tc>
      </w:tr>
    </w:tbl>
    <w:p w14:paraId="6867ECFC" w14:textId="77777777" w:rsidR="000772B4" w:rsidRDefault="000772B4">
      <w:pPr>
        <w:spacing w:after="40"/>
      </w:pPr>
    </w:p>
    <w:p w14:paraId="75FB7D46" w14:textId="77777777" w:rsidR="00312815" w:rsidRDefault="00746A89">
      <w:pPr>
        <w:spacing w:after="80"/>
        <w:jc w:val="both"/>
        <w:rPr>
          <w:lang w:val="ru-RU"/>
        </w:rPr>
      </w:pPr>
      <w:r w:rsidRPr="00794D67">
        <w:rPr>
          <w:lang w:val="ru-RU"/>
        </w:rPr>
        <w:t>Основной риск мастер-плана состоит в том, что перевод на природный газ отнесён к 2034 и 2035 годам, то есть к концу горизонта схемы. До этого момента все источники работают на угле, а износ оборудования и сетей продолжает нарастать. Мероприятия по замене ветхих участков и по надёжности выполняются независимо от газификации.</w:t>
      </w:r>
    </w:p>
    <w:p w14:paraId="4C01DEB0" w14:textId="77777777" w:rsidR="000772B4" w:rsidRPr="00C07C05" w:rsidRDefault="00312815" w:rsidP="00312815">
      <w:pPr>
        <w:rPr>
          <w:lang w:val="ru-RU"/>
        </w:rPr>
      </w:pPr>
      <w:r>
        <w:rPr>
          <w:lang w:val="ru-RU"/>
        </w:rPr>
        <w:br w:type="page"/>
      </w:r>
    </w:p>
    <w:p w14:paraId="7EC8F44E" w14:textId="77777777" w:rsidR="007A5E59" w:rsidRPr="00344E69" w:rsidRDefault="0095198F">
      <w:pPr>
        <w:pStyle w:val="1"/>
        <w:spacing w:before="1200"/>
        <w:jc w:val="center"/>
        <w:rPr>
          <w:color w:val="4F81BD" w:themeColor="accent1"/>
          <w:lang w:val="ru-RU"/>
        </w:rPr>
      </w:pPr>
      <w:bookmarkStart w:id="42" w:name="_Toc238015633"/>
      <w:r w:rsidRPr="00344E69">
        <w:rPr>
          <w:color w:val="4F81BD" w:themeColor="accent1"/>
          <w:lang w:val="ru-RU"/>
        </w:rPr>
        <w:t>РАЗДЕЛ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42"/>
    </w:p>
    <w:p w14:paraId="7E514387" w14:textId="77777777" w:rsidR="000772B4" w:rsidRPr="00344E69" w:rsidRDefault="00746A89">
      <w:pPr>
        <w:pStyle w:val="21"/>
        <w:rPr>
          <w:lang w:val="ru-RU"/>
        </w:rPr>
      </w:pPr>
      <w:bookmarkStart w:id="43" w:name="_Toc238015634"/>
      <w:r w:rsidRPr="00344E69">
        <w:rPr>
          <w:lang w:val="ru-RU"/>
        </w:rPr>
        <w:t>6.1. Терминология и разграничение</w:t>
      </w:r>
      <w:bookmarkEnd w:id="43"/>
    </w:p>
    <w:p w14:paraId="0E98812A" w14:textId="77777777" w:rsidR="000772B4" w:rsidRPr="00794D67" w:rsidRDefault="00746A89">
      <w:pPr>
        <w:spacing w:after="80"/>
        <w:jc w:val="both"/>
        <w:rPr>
          <w:lang w:val="ru-RU"/>
        </w:rPr>
      </w:pPr>
      <w:r w:rsidRPr="00794D67">
        <w:rPr>
          <w:lang w:val="ru-RU"/>
        </w:rPr>
        <w:t>Баланс теплоносителя балансом тепловой мощности не является и из него не выводится. Ниже разграничены величины, которые в отраслевой практике нередко смешиваются.</w:t>
      </w:r>
    </w:p>
    <w:p w14:paraId="0B9FEA20" w14:textId="77777777" w:rsidR="000772B4" w:rsidRPr="00794D67" w:rsidRDefault="00746A89">
      <w:pPr>
        <w:keepNext/>
        <w:spacing w:before="160"/>
        <w:rPr>
          <w:lang w:val="ru-RU"/>
        </w:rPr>
      </w:pPr>
      <w:r w:rsidRPr="00794D67">
        <w:rPr>
          <w:b/>
          <w:lang w:val="ru-RU"/>
        </w:rPr>
        <w:t>Таблица 6.1 — Разграничение величин</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3754"/>
        <w:gridCol w:w="4342"/>
        <w:gridCol w:w="1249"/>
      </w:tblGrid>
      <w:tr w:rsidR="000772B4" w14:paraId="5D60DE07" w14:textId="77777777">
        <w:trPr>
          <w:cantSplit/>
          <w:tblHeader/>
          <w:jc w:val="center"/>
        </w:trPr>
        <w:tc>
          <w:tcPr>
            <w:tcW w:w="0" w:type="auto"/>
            <w:shd w:val="clear" w:color="auto" w:fill="E2F0D9"/>
          </w:tcPr>
          <w:p w14:paraId="10E57424" w14:textId="77777777" w:rsidR="000772B4" w:rsidRDefault="00746A89">
            <w:pPr>
              <w:jc w:val="center"/>
            </w:pPr>
            <w:r>
              <w:rPr>
                <w:b/>
              </w:rPr>
              <w:t>Величина</w:t>
            </w:r>
          </w:p>
        </w:tc>
        <w:tc>
          <w:tcPr>
            <w:tcW w:w="0" w:type="auto"/>
            <w:shd w:val="clear" w:color="auto" w:fill="E2F0D9"/>
          </w:tcPr>
          <w:p w14:paraId="4DA54A7D" w14:textId="77777777" w:rsidR="000772B4" w:rsidRDefault="00746A89">
            <w:pPr>
              <w:jc w:val="center"/>
            </w:pPr>
            <w:r>
              <w:rPr>
                <w:b/>
              </w:rPr>
              <w:t>Содержание</w:t>
            </w:r>
          </w:p>
        </w:tc>
        <w:tc>
          <w:tcPr>
            <w:tcW w:w="0" w:type="auto"/>
            <w:shd w:val="clear" w:color="auto" w:fill="E2F0D9"/>
          </w:tcPr>
          <w:p w14:paraId="59278D34" w14:textId="77777777" w:rsidR="000772B4" w:rsidRDefault="00746A89">
            <w:pPr>
              <w:jc w:val="center"/>
            </w:pPr>
            <w:r>
              <w:rPr>
                <w:b/>
              </w:rPr>
              <w:t>Единица</w:t>
            </w:r>
          </w:p>
        </w:tc>
      </w:tr>
      <w:tr w:rsidR="000772B4" w14:paraId="0D02EED8" w14:textId="77777777">
        <w:trPr>
          <w:cantSplit/>
          <w:jc w:val="center"/>
        </w:trPr>
        <w:tc>
          <w:tcPr>
            <w:tcW w:w="0" w:type="auto"/>
          </w:tcPr>
          <w:p w14:paraId="6832A016" w14:textId="77777777" w:rsidR="000772B4" w:rsidRDefault="00746A89">
            <w:r>
              <w:t>Тепловые потери в сетях</w:t>
            </w:r>
          </w:p>
        </w:tc>
        <w:tc>
          <w:tcPr>
            <w:tcW w:w="0" w:type="auto"/>
          </w:tcPr>
          <w:p w14:paraId="79345B42" w14:textId="77777777" w:rsidR="000772B4" w:rsidRPr="00794D67" w:rsidRDefault="00746A89">
            <w:pPr>
              <w:jc w:val="center"/>
              <w:rPr>
                <w:lang w:val="ru-RU"/>
              </w:rPr>
            </w:pPr>
            <w:r w:rsidRPr="00794D67">
              <w:rPr>
                <w:lang w:val="ru-RU"/>
              </w:rPr>
              <w:t>потери тепловой энергии через изоляцию и с утечками</w:t>
            </w:r>
          </w:p>
        </w:tc>
        <w:tc>
          <w:tcPr>
            <w:tcW w:w="0" w:type="auto"/>
          </w:tcPr>
          <w:p w14:paraId="689DE910" w14:textId="77777777" w:rsidR="000772B4" w:rsidRDefault="00746A89">
            <w:pPr>
              <w:jc w:val="center"/>
            </w:pPr>
            <w:r>
              <w:t>Гкал</w:t>
            </w:r>
          </w:p>
        </w:tc>
      </w:tr>
      <w:tr w:rsidR="000772B4" w:rsidRPr="00C07C05" w14:paraId="7F829638" w14:textId="77777777">
        <w:trPr>
          <w:cantSplit/>
          <w:jc w:val="center"/>
        </w:trPr>
        <w:tc>
          <w:tcPr>
            <w:tcW w:w="0" w:type="auto"/>
          </w:tcPr>
          <w:p w14:paraId="44919AC0" w14:textId="77777777" w:rsidR="000772B4" w:rsidRDefault="00746A89">
            <w:r>
              <w:t>Потери теплоносителя</w:t>
            </w:r>
          </w:p>
        </w:tc>
        <w:tc>
          <w:tcPr>
            <w:tcW w:w="0" w:type="auto"/>
          </w:tcPr>
          <w:p w14:paraId="20EAA021" w14:textId="77777777" w:rsidR="000772B4" w:rsidRDefault="00746A89">
            <w:pPr>
              <w:jc w:val="center"/>
            </w:pPr>
            <w:r>
              <w:t>нормативные утечки сетевой воды</w:t>
            </w:r>
          </w:p>
        </w:tc>
        <w:tc>
          <w:tcPr>
            <w:tcW w:w="0" w:type="auto"/>
          </w:tcPr>
          <w:p w14:paraId="640DC670" w14:textId="77777777" w:rsidR="000772B4" w:rsidRPr="00794D67" w:rsidRDefault="00746A89">
            <w:pPr>
              <w:jc w:val="center"/>
              <w:rPr>
                <w:lang w:val="ru-RU"/>
              </w:rPr>
            </w:pPr>
            <w:r w:rsidRPr="00794D67">
              <w:rPr>
                <w:lang w:val="ru-RU"/>
              </w:rPr>
              <w:t>т/год либо т/ч</w:t>
            </w:r>
          </w:p>
        </w:tc>
      </w:tr>
      <w:tr w:rsidR="000772B4" w:rsidRPr="00C07C05" w14:paraId="12BF61BE" w14:textId="77777777">
        <w:trPr>
          <w:cantSplit/>
          <w:jc w:val="center"/>
        </w:trPr>
        <w:tc>
          <w:tcPr>
            <w:tcW w:w="0" w:type="auto"/>
          </w:tcPr>
          <w:p w14:paraId="4FC9D2E3" w14:textId="77777777" w:rsidR="000772B4" w:rsidRDefault="00746A89">
            <w:r>
              <w:t>Отпуск теплоносителя</w:t>
            </w:r>
          </w:p>
        </w:tc>
        <w:tc>
          <w:tcPr>
            <w:tcW w:w="0" w:type="auto"/>
          </w:tcPr>
          <w:p w14:paraId="0CAC21B7" w14:textId="77777777" w:rsidR="000772B4" w:rsidRPr="00794D67" w:rsidRDefault="00746A89">
            <w:pPr>
              <w:jc w:val="center"/>
              <w:rPr>
                <w:lang w:val="ru-RU"/>
              </w:rPr>
            </w:pPr>
            <w:r w:rsidRPr="00794D67">
              <w:rPr>
                <w:lang w:val="ru-RU"/>
              </w:rPr>
              <w:t>водоразбор потребителей при открытой системе горячего водоснабжения</w:t>
            </w:r>
          </w:p>
        </w:tc>
        <w:tc>
          <w:tcPr>
            <w:tcW w:w="0" w:type="auto"/>
          </w:tcPr>
          <w:p w14:paraId="42961563" w14:textId="77777777" w:rsidR="000772B4" w:rsidRPr="00794D67" w:rsidRDefault="00746A89">
            <w:pPr>
              <w:jc w:val="center"/>
              <w:rPr>
                <w:lang w:val="ru-RU"/>
              </w:rPr>
            </w:pPr>
            <w:r w:rsidRPr="00794D67">
              <w:rPr>
                <w:lang w:val="ru-RU"/>
              </w:rPr>
              <w:t>т/год либо т/ч</w:t>
            </w:r>
          </w:p>
        </w:tc>
      </w:tr>
      <w:tr w:rsidR="000772B4" w:rsidRPr="00C07C05" w14:paraId="12C64A6C" w14:textId="77777777">
        <w:trPr>
          <w:cantSplit/>
          <w:jc w:val="center"/>
        </w:trPr>
        <w:tc>
          <w:tcPr>
            <w:tcW w:w="0" w:type="auto"/>
          </w:tcPr>
          <w:p w14:paraId="53156347" w14:textId="77777777" w:rsidR="000772B4" w:rsidRDefault="00746A89">
            <w:r>
              <w:t>Подпитка тепловой сети</w:t>
            </w:r>
          </w:p>
        </w:tc>
        <w:tc>
          <w:tcPr>
            <w:tcW w:w="0" w:type="auto"/>
          </w:tcPr>
          <w:p w14:paraId="768E8FE7" w14:textId="77777777" w:rsidR="000772B4" w:rsidRPr="00794D67" w:rsidRDefault="00746A89">
            <w:pPr>
              <w:jc w:val="center"/>
              <w:rPr>
                <w:lang w:val="ru-RU"/>
              </w:rPr>
            </w:pPr>
            <w:r w:rsidRPr="00794D67">
              <w:rPr>
                <w:lang w:val="ru-RU"/>
              </w:rPr>
              <w:t>сумма потерь теплоносителя и отпуска теплоносителя</w:t>
            </w:r>
          </w:p>
        </w:tc>
        <w:tc>
          <w:tcPr>
            <w:tcW w:w="0" w:type="auto"/>
          </w:tcPr>
          <w:p w14:paraId="56338D73" w14:textId="77777777" w:rsidR="000772B4" w:rsidRPr="00794D67" w:rsidRDefault="00746A89">
            <w:pPr>
              <w:jc w:val="center"/>
              <w:rPr>
                <w:lang w:val="ru-RU"/>
              </w:rPr>
            </w:pPr>
            <w:r w:rsidRPr="00794D67">
              <w:rPr>
                <w:lang w:val="ru-RU"/>
              </w:rPr>
              <w:t>т/год либо т/ч</w:t>
            </w:r>
          </w:p>
        </w:tc>
      </w:tr>
      <w:tr w:rsidR="000772B4" w14:paraId="3D6CF307" w14:textId="77777777">
        <w:trPr>
          <w:cantSplit/>
          <w:jc w:val="center"/>
        </w:trPr>
        <w:tc>
          <w:tcPr>
            <w:tcW w:w="0" w:type="auto"/>
          </w:tcPr>
          <w:p w14:paraId="5C21DC50" w14:textId="77777777" w:rsidR="000772B4" w:rsidRDefault="00746A89">
            <w:r>
              <w:t>Производительность водоподготовительной установки</w:t>
            </w:r>
          </w:p>
        </w:tc>
        <w:tc>
          <w:tcPr>
            <w:tcW w:w="0" w:type="auto"/>
          </w:tcPr>
          <w:p w14:paraId="1A0DC30E" w14:textId="77777777" w:rsidR="000772B4" w:rsidRDefault="00746A89">
            <w:pPr>
              <w:jc w:val="center"/>
            </w:pPr>
            <w:r>
              <w:t>располагаемая производительность</w:t>
            </w:r>
          </w:p>
        </w:tc>
        <w:tc>
          <w:tcPr>
            <w:tcW w:w="0" w:type="auto"/>
          </w:tcPr>
          <w:p w14:paraId="1D00A955" w14:textId="77777777" w:rsidR="000772B4" w:rsidRDefault="00746A89">
            <w:pPr>
              <w:jc w:val="center"/>
            </w:pPr>
            <w:r>
              <w:t>т/ч</w:t>
            </w:r>
          </w:p>
        </w:tc>
      </w:tr>
      <w:tr w:rsidR="000772B4" w14:paraId="31B3411D" w14:textId="77777777">
        <w:trPr>
          <w:cantSplit/>
          <w:jc w:val="center"/>
        </w:trPr>
        <w:tc>
          <w:tcPr>
            <w:tcW w:w="0" w:type="auto"/>
          </w:tcPr>
          <w:p w14:paraId="17B42285" w14:textId="77777777" w:rsidR="000772B4" w:rsidRDefault="00746A89">
            <w:r>
              <w:t>Аварийная подпитка</w:t>
            </w:r>
          </w:p>
        </w:tc>
        <w:tc>
          <w:tcPr>
            <w:tcW w:w="0" w:type="auto"/>
          </w:tcPr>
          <w:p w14:paraId="749D0D06" w14:textId="77777777" w:rsidR="000772B4" w:rsidRPr="00794D67" w:rsidRDefault="00746A89">
            <w:pPr>
              <w:jc w:val="center"/>
              <w:rPr>
                <w:lang w:val="ru-RU"/>
              </w:rPr>
            </w:pPr>
            <w:r w:rsidRPr="00794D67">
              <w:rPr>
                <w:lang w:val="ru-RU"/>
              </w:rPr>
              <w:t>нормируемый объём подпитки в аварийном режиме</w:t>
            </w:r>
          </w:p>
        </w:tc>
        <w:tc>
          <w:tcPr>
            <w:tcW w:w="0" w:type="auto"/>
          </w:tcPr>
          <w:p w14:paraId="48098EAC" w14:textId="77777777" w:rsidR="000772B4" w:rsidRDefault="00746A89">
            <w:pPr>
              <w:jc w:val="center"/>
            </w:pPr>
            <w:r>
              <w:t>т/ч</w:t>
            </w:r>
          </w:p>
        </w:tc>
      </w:tr>
    </w:tbl>
    <w:p w14:paraId="44D5CD34" w14:textId="77777777" w:rsidR="000772B4" w:rsidRDefault="000772B4">
      <w:pPr>
        <w:spacing w:after="40"/>
      </w:pPr>
    </w:p>
    <w:p w14:paraId="592E0B4C" w14:textId="77777777" w:rsidR="000772B4" w:rsidRPr="00794D67" w:rsidRDefault="00746A89">
      <w:pPr>
        <w:spacing w:after="80"/>
        <w:jc w:val="both"/>
        <w:rPr>
          <w:lang w:val="ru-RU"/>
        </w:rPr>
      </w:pPr>
      <w:r w:rsidRPr="00794D67">
        <w:rPr>
          <w:lang w:val="ru-RU"/>
        </w:rPr>
        <w:t>Величины в тоннах и в гигакалориях не суммируются. Годовые и часовые величины между собой не сопоставляются без приведения.</w:t>
      </w:r>
    </w:p>
    <w:p w14:paraId="5674406B" w14:textId="77777777" w:rsidR="000772B4" w:rsidRPr="00344E69" w:rsidRDefault="00746A89">
      <w:pPr>
        <w:pStyle w:val="21"/>
        <w:rPr>
          <w:lang w:val="ru-RU"/>
        </w:rPr>
      </w:pPr>
      <w:bookmarkStart w:id="44" w:name="_Toc238015635"/>
      <w:r w:rsidRPr="00344E69">
        <w:rPr>
          <w:lang w:val="ru-RU"/>
        </w:rPr>
        <w:t>6.2. Классификация систем горячего водоснабжения</w:t>
      </w:r>
      <w:bookmarkEnd w:id="44"/>
    </w:p>
    <w:p w14:paraId="44D83298" w14:textId="77777777" w:rsidR="000772B4" w:rsidRPr="00794D67" w:rsidRDefault="00746A89">
      <w:pPr>
        <w:spacing w:after="80"/>
        <w:jc w:val="both"/>
        <w:rPr>
          <w:lang w:val="ru-RU"/>
        </w:rPr>
      </w:pPr>
      <w:r w:rsidRPr="00794D67">
        <w:rPr>
          <w:lang w:val="ru-RU"/>
        </w:rPr>
        <w:t>Балансовые расчёты дают численное подтверждение схемы горячего водоснабжения: ненулевой отпуск теплоносителя означает открытый водоразбор.</w:t>
      </w:r>
    </w:p>
    <w:p w14:paraId="3519D65F" w14:textId="77777777" w:rsidR="000772B4" w:rsidRDefault="00746A89">
      <w:pPr>
        <w:keepNext/>
        <w:spacing w:before="160"/>
      </w:pPr>
      <w:r>
        <w:rPr>
          <w:b/>
        </w:rPr>
        <w:t>Таблица 6.2 — Схемы горячего водоснабжения</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044"/>
        <w:gridCol w:w="2454"/>
        <w:gridCol w:w="2821"/>
        <w:gridCol w:w="2026"/>
      </w:tblGrid>
      <w:tr w:rsidR="000772B4" w14:paraId="7EDF6CC3" w14:textId="77777777">
        <w:trPr>
          <w:cantSplit/>
          <w:tblHeader/>
          <w:jc w:val="center"/>
        </w:trPr>
        <w:tc>
          <w:tcPr>
            <w:tcW w:w="0" w:type="auto"/>
            <w:shd w:val="clear" w:color="auto" w:fill="E2F0D9"/>
          </w:tcPr>
          <w:p w14:paraId="3B41DC98" w14:textId="77777777" w:rsidR="000772B4" w:rsidRDefault="00746A89">
            <w:pPr>
              <w:jc w:val="center"/>
            </w:pPr>
            <w:r>
              <w:rPr>
                <w:b/>
              </w:rPr>
              <w:t>Источник</w:t>
            </w:r>
          </w:p>
        </w:tc>
        <w:tc>
          <w:tcPr>
            <w:tcW w:w="0" w:type="auto"/>
            <w:shd w:val="clear" w:color="auto" w:fill="E2F0D9"/>
          </w:tcPr>
          <w:p w14:paraId="68B88424" w14:textId="77777777" w:rsidR="000772B4" w:rsidRDefault="00746A89">
            <w:pPr>
              <w:jc w:val="center"/>
            </w:pPr>
            <w:r>
              <w:rPr>
                <w:b/>
              </w:rPr>
              <w:t>Отпуск теплоносителя, т/год</w:t>
            </w:r>
          </w:p>
        </w:tc>
        <w:tc>
          <w:tcPr>
            <w:tcW w:w="0" w:type="auto"/>
            <w:shd w:val="clear" w:color="auto" w:fill="E2F0D9"/>
          </w:tcPr>
          <w:p w14:paraId="09B23984" w14:textId="77777777" w:rsidR="000772B4" w:rsidRDefault="00746A89">
            <w:pPr>
              <w:jc w:val="center"/>
            </w:pPr>
            <w:r>
              <w:rPr>
                <w:b/>
              </w:rPr>
              <w:t>Схема горячего водоснабжения</w:t>
            </w:r>
          </w:p>
        </w:tc>
        <w:tc>
          <w:tcPr>
            <w:tcW w:w="0" w:type="auto"/>
            <w:shd w:val="clear" w:color="auto" w:fill="E2F0D9"/>
          </w:tcPr>
          <w:p w14:paraId="155527AA" w14:textId="77777777" w:rsidR="000772B4" w:rsidRDefault="00746A89">
            <w:pPr>
              <w:jc w:val="center"/>
            </w:pPr>
            <w:r>
              <w:rPr>
                <w:b/>
              </w:rPr>
              <w:t>Основание</w:t>
            </w:r>
          </w:p>
        </w:tc>
      </w:tr>
      <w:tr w:rsidR="000772B4" w14:paraId="092850EC" w14:textId="77777777">
        <w:trPr>
          <w:cantSplit/>
          <w:jc w:val="center"/>
        </w:trPr>
        <w:tc>
          <w:tcPr>
            <w:tcW w:w="0" w:type="auto"/>
          </w:tcPr>
          <w:p w14:paraId="5C5C6408" w14:textId="77777777" w:rsidR="000772B4" w:rsidRDefault="00746A89">
            <w:r>
              <w:t>УПК № 1 Таштагол</w:t>
            </w:r>
          </w:p>
        </w:tc>
        <w:tc>
          <w:tcPr>
            <w:tcW w:w="0" w:type="auto"/>
          </w:tcPr>
          <w:p w14:paraId="5F767606" w14:textId="77777777" w:rsidR="000772B4" w:rsidRDefault="00746A89">
            <w:pPr>
              <w:jc w:val="center"/>
            </w:pPr>
            <w:r>
              <w:t>341 475</w:t>
            </w:r>
          </w:p>
        </w:tc>
        <w:tc>
          <w:tcPr>
            <w:tcW w:w="0" w:type="auto"/>
          </w:tcPr>
          <w:p w14:paraId="5E9AAC54" w14:textId="77777777" w:rsidR="000772B4" w:rsidRDefault="00746A89">
            <w:pPr>
              <w:jc w:val="center"/>
            </w:pPr>
            <w:r>
              <w:t>открытая</w:t>
            </w:r>
          </w:p>
        </w:tc>
        <w:tc>
          <w:tcPr>
            <w:tcW w:w="0" w:type="auto"/>
          </w:tcPr>
          <w:p w14:paraId="6ED1FEC9" w14:textId="77777777" w:rsidR="000772B4" w:rsidRDefault="00746A89">
            <w:pPr>
              <w:jc w:val="center"/>
            </w:pPr>
            <w:r>
              <w:t>численно подтверждена</w:t>
            </w:r>
          </w:p>
        </w:tc>
      </w:tr>
      <w:tr w:rsidR="000772B4" w14:paraId="2394B321" w14:textId="77777777">
        <w:trPr>
          <w:cantSplit/>
          <w:jc w:val="center"/>
        </w:trPr>
        <w:tc>
          <w:tcPr>
            <w:tcW w:w="0" w:type="auto"/>
          </w:tcPr>
          <w:p w14:paraId="6AB5106D" w14:textId="77777777" w:rsidR="000772B4" w:rsidRDefault="00746A89">
            <w:r>
              <w:t>УПК № 2 Шалым</w:t>
            </w:r>
          </w:p>
        </w:tc>
        <w:tc>
          <w:tcPr>
            <w:tcW w:w="0" w:type="auto"/>
          </w:tcPr>
          <w:p w14:paraId="3F440342" w14:textId="77777777" w:rsidR="000772B4" w:rsidRDefault="00746A89">
            <w:pPr>
              <w:jc w:val="center"/>
            </w:pPr>
            <w:r>
              <w:t>18 157</w:t>
            </w:r>
          </w:p>
        </w:tc>
        <w:tc>
          <w:tcPr>
            <w:tcW w:w="0" w:type="auto"/>
          </w:tcPr>
          <w:p w14:paraId="2F3DD6C4" w14:textId="77777777" w:rsidR="000772B4" w:rsidRDefault="00746A89">
            <w:pPr>
              <w:jc w:val="center"/>
            </w:pPr>
            <w:r>
              <w:t>открытая</w:t>
            </w:r>
          </w:p>
        </w:tc>
        <w:tc>
          <w:tcPr>
            <w:tcW w:w="0" w:type="auto"/>
          </w:tcPr>
          <w:p w14:paraId="7264E43B" w14:textId="77777777" w:rsidR="000772B4" w:rsidRDefault="00746A89">
            <w:pPr>
              <w:jc w:val="center"/>
            </w:pPr>
            <w:r>
              <w:t>численно подтверждена</w:t>
            </w:r>
          </w:p>
        </w:tc>
      </w:tr>
      <w:tr w:rsidR="000772B4" w14:paraId="566788EC" w14:textId="77777777">
        <w:trPr>
          <w:cantSplit/>
          <w:jc w:val="center"/>
        </w:trPr>
        <w:tc>
          <w:tcPr>
            <w:tcW w:w="0" w:type="auto"/>
          </w:tcPr>
          <w:p w14:paraId="1AA8D108" w14:textId="77777777" w:rsidR="000772B4" w:rsidRDefault="00746A89">
            <w:r>
              <w:t>УПК № 2 ЦМК</w:t>
            </w:r>
          </w:p>
        </w:tc>
        <w:tc>
          <w:tcPr>
            <w:tcW w:w="0" w:type="auto"/>
          </w:tcPr>
          <w:p w14:paraId="5967E3CA" w14:textId="77777777" w:rsidR="000772B4" w:rsidRDefault="00746A89">
            <w:pPr>
              <w:jc w:val="center"/>
            </w:pPr>
            <w:r>
              <w:t>13 266</w:t>
            </w:r>
          </w:p>
        </w:tc>
        <w:tc>
          <w:tcPr>
            <w:tcW w:w="0" w:type="auto"/>
          </w:tcPr>
          <w:p w14:paraId="019AABF5" w14:textId="77777777" w:rsidR="000772B4" w:rsidRDefault="00746A89">
            <w:pPr>
              <w:jc w:val="center"/>
            </w:pPr>
            <w:r>
              <w:t>открытая</w:t>
            </w:r>
          </w:p>
        </w:tc>
        <w:tc>
          <w:tcPr>
            <w:tcW w:w="0" w:type="auto"/>
          </w:tcPr>
          <w:p w14:paraId="25C374E0" w14:textId="77777777" w:rsidR="000772B4" w:rsidRDefault="00746A89">
            <w:pPr>
              <w:jc w:val="center"/>
            </w:pPr>
            <w:r>
              <w:t>численно подтверждена</w:t>
            </w:r>
          </w:p>
        </w:tc>
      </w:tr>
      <w:tr w:rsidR="000772B4" w14:paraId="2D06F5D3" w14:textId="77777777">
        <w:trPr>
          <w:cantSplit/>
          <w:jc w:val="center"/>
        </w:trPr>
        <w:tc>
          <w:tcPr>
            <w:tcW w:w="0" w:type="auto"/>
          </w:tcPr>
          <w:p w14:paraId="5CFC9904" w14:textId="77777777" w:rsidR="000772B4" w:rsidRDefault="00746A89">
            <w:r>
              <w:t>УПК № 9 ГРЭ</w:t>
            </w:r>
          </w:p>
        </w:tc>
        <w:tc>
          <w:tcPr>
            <w:tcW w:w="0" w:type="auto"/>
          </w:tcPr>
          <w:p w14:paraId="6187175A" w14:textId="77777777" w:rsidR="000772B4" w:rsidRDefault="00746A89">
            <w:pPr>
              <w:jc w:val="center"/>
            </w:pPr>
            <w:r>
              <w:t>нет данных</w:t>
            </w:r>
          </w:p>
        </w:tc>
        <w:tc>
          <w:tcPr>
            <w:tcW w:w="0" w:type="auto"/>
          </w:tcPr>
          <w:p w14:paraId="1697BCED" w14:textId="77777777" w:rsidR="000772B4" w:rsidRDefault="00746A89">
            <w:pPr>
              <w:jc w:val="center"/>
            </w:pPr>
            <w:r>
              <w:t>не установлена</w:t>
            </w:r>
          </w:p>
        </w:tc>
        <w:tc>
          <w:tcPr>
            <w:tcW w:w="0" w:type="auto"/>
          </w:tcPr>
          <w:p w14:paraId="563792C8" w14:textId="77777777" w:rsidR="000772B4" w:rsidRDefault="00746A89">
            <w:pPr>
              <w:jc w:val="center"/>
            </w:pPr>
            <w:r>
              <w:t>сведения отсутствуют</w:t>
            </w:r>
          </w:p>
        </w:tc>
      </w:tr>
      <w:tr w:rsidR="000772B4" w14:paraId="39401AD9" w14:textId="77777777">
        <w:trPr>
          <w:cantSplit/>
          <w:jc w:val="center"/>
        </w:trPr>
        <w:tc>
          <w:tcPr>
            <w:tcW w:w="0" w:type="auto"/>
          </w:tcPr>
          <w:p w14:paraId="7F115A18" w14:textId="77777777" w:rsidR="000772B4" w:rsidRDefault="00746A89">
            <w:r>
              <w:t>УПК № 5 Новый Шерегеш</w:t>
            </w:r>
          </w:p>
        </w:tc>
        <w:tc>
          <w:tcPr>
            <w:tcW w:w="0" w:type="auto"/>
          </w:tcPr>
          <w:p w14:paraId="57BA3EA2" w14:textId="77777777" w:rsidR="000772B4" w:rsidRDefault="00746A89">
            <w:pPr>
              <w:jc w:val="center"/>
            </w:pPr>
            <w:r>
              <w:t>217 064</w:t>
            </w:r>
          </w:p>
        </w:tc>
        <w:tc>
          <w:tcPr>
            <w:tcW w:w="0" w:type="auto"/>
          </w:tcPr>
          <w:p w14:paraId="1F01A6B1" w14:textId="77777777" w:rsidR="000772B4" w:rsidRDefault="00746A89">
            <w:pPr>
              <w:jc w:val="center"/>
            </w:pPr>
            <w:r>
              <w:t>открытая</w:t>
            </w:r>
          </w:p>
        </w:tc>
        <w:tc>
          <w:tcPr>
            <w:tcW w:w="0" w:type="auto"/>
          </w:tcPr>
          <w:p w14:paraId="1D64A5FA" w14:textId="77777777" w:rsidR="000772B4" w:rsidRDefault="00746A89">
            <w:pPr>
              <w:jc w:val="center"/>
            </w:pPr>
            <w:r>
              <w:t>численно подтверждена</w:t>
            </w:r>
          </w:p>
        </w:tc>
      </w:tr>
      <w:tr w:rsidR="000772B4" w14:paraId="0749E2D2" w14:textId="77777777">
        <w:trPr>
          <w:cantSplit/>
          <w:jc w:val="center"/>
        </w:trPr>
        <w:tc>
          <w:tcPr>
            <w:tcW w:w="0" w:type="auto"/>
          </w:tcPr>
          <w:p w14:paraId="6B52C50E" w14:textId="77777777" w:rsidR="000772B4" w:rsidRDefault="00746A89">
            <w:r>
              <w:t>УПК № 6 Старый Шерегеш</w:t>
            </w:r>
          </w:p>
        </w:tc>
        <w:tc>
          <w:tcPr>
            <w:tcW w:w="0" w:type="auto"/>
          </w:tcPr>
          <w:p w14:paraId="615E9C33" w14:textId="77777777" w:rsidR="000772B4" w:rsidRDefault="00746A89">
            <w:pPr>
              <w:jc w:val="center"/>
            </w:pPr>
            <w:r>
              <w:t>22 390</w:t>
            </w:r>
          </w:p>
        </w:tc>
        <w:tc>
          <w:tcPr>
            <w:tcW w:w="0" w:type="auto"/>
          </w:tcPr>
          <w:p w14:paraId="059B42F2" w14:textId="77777777" w:rsidR="000772B4" w:rsidRDefault="00746A89">
            <w:pPr>
              <w:jc w:val="center"/>
            </w:pPr>
            <w:r>
              <w:t>открытая</w:t>
            </w:r>
          </w:p>
        </w:tc>
        <w:tc>
          <w:tcPr>
            <w:tcW w:w="0" w:type="auto"/>
          </w:tcPr>
          <w:p w14:paraId="3063FF67" w14:textId="77777777" w:rsidR="000772B4" w:rsidRDefault="00746A89">
            <w:pPr>
              <w:jc w:val="center"/>
            </w:pPr>
            <w:r>
              <w:t>численно подтверждена</w:t>
            </w:r>
          </w:p>
        </w:tc>
      </w:tr>
      <w:tr w:rsidR="000772B4" w14:paraId="1AD8F7B7" w14:textId="77777777">
        <w:trPr>
          <w:cantSplit/>
          <w:jc w:val="center"/>
        </w:trPr>
        <w:tc>
          <w:tcPr>
            <w:tcW w:w="0" w:type="auto"/>
          </w:tcPr>
          <w:p w14:paraId="388F41F2" w14:textId="77777777" w:rsidR="000772B4" w:rsidRDefault="00746A89">
            <w:r>
              <w:t>УПК № 7 Каз</w:t>
            </w:r>
          </w:p>
        </w:tc>
        <w:tc>
          <w:tcPr>
            <w:tcW w:w="0" w:type="auto"/>
          </w:tcPr>
          <w:p w14:paraId="6AE1A878" w14:textId="77777777" w:rsidR="000772B4" w:rsidRDefault="00746A89">
            <w:pPr>
              <w:jc w:val="center"/>
            </w:pPr>
            <w:r>
              <w:t>76 238</w:t>
            </w:r>
          </w:p>
        </w:tc>
        <w:tc>
          <w:tcPr>
            <w:tcW w:w="0" w:type="auto"/>
          </w:tcPr>
          <w:p w14:paraId="6E08EF57" w14:textId="77777777" w:rsidR="000772B4" w:rsidRDefault="00746A89">
            <w:pPr>
              <w:jc w:val="center"/>
            </w:pPr>
            <w:r>
              <w:t>открытая</w:t>
            </w:r>
          </w:p>
        </w:tc>
        <w:tc>
          <w:tcPr>
            <w:tcW w:w="0" w:type="auto"/>
          </w:tcPr>
          <w:p w14:paraId="67D2BE3C" w14:textId="77777777" w:rsidR="000772B4" w:rsidRDefault="00746A89">
            <w:pPr>
              <w:jc w:val="center"/>
            </w:pPr>
            <w:r>
              <w:t>численно подтверждена</w:t>
            </w:r>
          </w:p>
        </w:tc>
      </w:tr>
      <w:tr w:rsidR="000772B4" w14:paraId="6DB1CC59" w14:textId="77777777">
        <w:trPr>
          <w:cantSplit/>
          <w:jc w:val="center"/>
        </w:trPr>
        <w:tc>
          <w:tcPr>
            <w:tcW w:w="0" w:type="auto"/>
          </w:tcPr>
          <w:p w14:paraId="10A3DAE2" w14:textId="77777777" w:rsidR="000772B4" w:rsidRDefault="00746A89">
            <w:r>
              <w:t>УПК № 8 Мундыбаш</w:t>
            </w:r>
          </w:p>
        </w:tc>
        <w:tc>
          <w:tcPr>
            <w:tcW w:w="0" w:type="auto"/>
          </w:tcPr>
          <w:p w14:paraId="7910DACD" w14:textId="77777777" w:rsidR="000772B4" w:rsidRDefault="00746A89">
            <w:pPr>
              <w:jc w:val="center"/>
            </w:pPr>
            <w:r>
              <w:t>62 183</w:t>
            </w:r>
          </w:p>
        </w:tc>
        <w:tc>
          <w:tcPr>
            <w:tcW w:w="0" w:type="auto"/>
          </w:tcPr>
          <w:p w14:paraId="16A6EE59" w14:textId="77777777" w:rsidR="000772B4" w:rsidRDefault="00746A89">
            <w:pPr>
              <w:jc w:val="center"/>
            </w:pPr>
            <w:r>
              <w:t>смешанная, с открытой составляющей</w:t>
            </w:r>
          </w:p>
        </w:tc>
        <w:tc>
          <w:tcPr>
            <w:tcW w:w="0" w:type="auto"/>
          </w:tcPr>
          <w:p w14:paraId="1D129A2F" w14:textId="77777777" w:rsidR="000772B4" w:rsidRDefault="00746A89">
            <w:pPr>
              <w:jc w:val="center"/>
            </w:pPr>
            <w:r>
              <w:t>численно подтверждена</w:t>
            </w:r>
          </w:p>
        </w:tc>
      </w:tr>
      <w:tr w:rsidR="000772B4" w14:paraId="24D93A09" w14:textId="77777777">
        <w:trPr>
          <w:cantSplit/>
          <w:jc w:val="center"/>
        </w:trPr>
        <w:tc>
          <w:tcPr>
            <w:tcW w:w="0" w:type="auto"/>
          </w:tcPr>
          <w:p w14:paraId="58F952EA" w14:textId="77777777" w:rsidR="000772B4" w:rsidRDefault="00746A89">
            <w:r>
              <w:t>УПК № 10 Темир-Тау</w:t>
            </w:r>
          </w:p>
        </w:tc>
        <w:tc>
          <w:tcPr>
            <w:tcW w:w="0" w:type="auto"/>
          </w:tcPr>
          <w:p w14:paraId="6FEEBA17" w14:textId="77777777" w:rsidR="000772B4" w:rsidRDefault="00746A89">
            <w:pPr>
              <w:jc w:val="center"/>
            </w:pPr>
            <w:r>
              <w:t>29 079</w:t>
            </w:r>
          </w:p>
        </w:tc>
        <w:tc>
          <w:tcPr>
            <w:tcW w:w="0" w:type="auto"/>
          </w:tcPr>
          <w:p w14:paraId="3465F174" w14:textId="77777777" w:rsidR="000772B4" w:rsidRDefault="00746A89">
            <w:pPr>
              <w:jc w:val="center"/>
            </w:pPr>
            <w:r>
              <w:t>открытая</w:t>
            </w:r>
          </w:p>
        </w:tc>
        <w:tc>
          <w:tcPr>
            <w:tcW w:w="0" w:type="auto"/>
          </w:tcPr>
          <w:p w14:paraId="45ECB499" w14:textId="77777777" w:rsidR="000772B4" w:rsidRDefault="00746A89">
            <w:pPr>
              <w:jc w:val="center"/>
            </w:pPr>
            <w:r>
              <w:t>численно подтверждена</w:t>
            </w:r>
          </w:p>
        </w:tc>
      </w:tr>
      <w:tr w:rsidR="000772B4" w14:paraId="0B996EC0" w14:textId="77777777">
        <w:trPr>
          <w:cantSplit/>
          <w:jc w:val="center"/>
        </w:trPr>
        <w:tc>
          <w:tcPr>
            <w:tcW w:w="0" w:type="auto"/>
          </w:tcPr>
          <w:p w14:paraId="3C9426B0" w14:textId="77777777" w:rsidR="000772B4" w:rsidRDefault="00746A89">
            <w:r>
              <w:t>УПК № 3 Спасск</w:t>
            </w:r>
          </w:p>
        </w:tc>
        <w:tc>
          <w:tcPr>
            <w:tcW w:w="0" w:type="auto"/>
          </w:tcPr>
          <w:p w14:paraId="1A9D095A" w14:textId="77777777" w:rsidR="000772B4" w:rsidRDefault="00746A89">
            <w:pPr>
              <w:jc w:val="center"/>
            </w:pPr>
            <w:r>
              <w:t>2 932</w:t>
            </w:r>
          </w:p>
        </w:tc>
        <w:tc>
          <w:tcPr>
            <w:tcW w:w="0" w:type="auto"/>
          </w:tcPr>
          <w:p w14:paraId="157C8C40" w14:textId="77777777" w:rsidR="000772B4" w:rsidRDefault="00746A89">
            <w:pPr>
              <w:jc w:val="center"/>
            </w:pPr>
            <w:r>
              <w:t>открытая</w:t>
            </w:r>
          </w:p>
        </w:tc>
        <w:tc>
          <w:tcPr>
            <w:tcW w:w="0" w:type="auto"/>
          </w:tcPr>
          <w:p w14:paraId="661D42D2" w14:textId="77777777" w:rsidR="000772B4" w:rsidRDefault="00746A89">
            <w:pPr>
              <w:jc w:val="center"/>
            </w:pPr>
            <w:r>
              <w:t>численно подтверждена</w:t>
            </w:r>
          </w:p>
        </w:tc>
      </w:tr>
    </w:tbl>
    <w:p w14:paraId="183A63EA" w14:textId="77777777" w:rsidR="000772B4" w:rsidRDefault="000772B4">
      <w:pPr>
        <w:spacing w:after="40"/>
      </w:pPr>
    </w:p>
    <w:p w14:paraId="1317C946" w14:textId="77777777" w:rsidR="000772B4" w:rsidRPr="00794D67" w:rsidRDefault="00746A89">
      <w:pPr>
        <w:spacing w:after="80"/>
        <w:jc w:val="both"/>
        <w:rPr>
          <w:lang w:val="ru-RU"/>
        </w:rPr>
      </w:pPr>
      <w:r w:rsidRPr="00794D67">
        <w:rPr>
          <w:lang w:val="ru-RU"/>
        </w:rPr>
        <w:t>Открытый водоразбор подтверждён численно по восьми источникам, ещё по одному — УПК № 8 «Мундыбаш» — подтверждена открытая составляющая при смешанном приготовлении. По УПК № 9 «ГРЭ» данные отсутствуют.</w:t>
      </w:r>
    </w:p>
    <w:p w14:paraId="12913DED" w14:textId="77777777" w:rsidR="000772B4" w:rsidRPr="00794D67" w:rsidRDefault="00746A89">
      <w:pPr>
        <w:spacing w:after="80"/>
        <w:jc w:val="both"/>
        <w:rPr>
          <w:lang w:val="ru-RU"/>
        </w:rPr>
      </w:pPr>
      <w:r w:rsidRPr="00794D67">
        <w:rPr>
          <w:lang w:val="ru-RU"/>
        </w:rPr>
        <w:t>По УПК № 8 «Мундыбаш» тепловая сеть двухтрубная; смешанное приготовление горячей воды четырёхтрубной прокладки не означает. Суммарная нагрузка горячего водоснабжения принята агрегированно и составляет 0,819 Гкал/ч.</w:t>
      </w:r>
    </w:p>
    <w:p w14:paraId="6901691D" w14:textId="77777777" w:rsidR="000772B4" w:rsidRPr="00794D67" w:rsidRDefault="00746A89">
      <w:pPr>
        <w:spacing w:after="80"/>
        <w:jc w:val="both"/>
        <w:rPr>
          <w:lang w:val="ru-RU"/>
        </w:rPr>
      </w:pPr>
      <w:r w:rsidRPr="00794D67">
        <w:rPr>
          <w:lang w:val="ru-RU"/>
        </w:rPr>
        <w:t>Масштаб предмета существенно шире, чем предполагалось ранее: открытые системы подтверждены не по двум, а по девяти источникам из десяти.</w:t>
      </w:r>
    </w:p>
    <w:p w14:paraId="762A6A54" w14:textId="77777777" w:rsidR="000772B4" w:rsidRPr="00344E69" w:rsidRDefault="00746A89">
      <w:pPr>
        <w:pStyle w:val="21"/>
        <w:rPr>
          <w:lang w:val="ru-RU"/>
        </w:rPr>
      </w:pPr>
      <w:bookmarkStart w:id="45" w:name="_Toc238015636"/>
      <w:r w:rsidRPr="00344E69">
        <w:rPr>
          <w:lang w:val="ru-RU"/>
        </w:rPr>
        <w:t>6.3. Баланс подпитки тепловых сетей</w:t>
      </w:r>
      <w:bookmarkEnd w:id="45"/>
    </w:p>
    <w:p w14:paraId="543E0ED4" w14:textId="77777777" w:rsidR="00B808F9" w:rsidRPr="00794D67" w:rsidRDefault="00B808F9">
      <w:pPr>
        <w:rPr>
          <w:lang w:val="ru-RU"/>
        </w:rPr>
        <w:sectPr w:rsidR="00B808F9" w:rsidRPr="00794D67" w:rsidSect="00034616">
          <w:footerReference w:type="default" r:id="rId75"/>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BCBADA9" w14:textId="77777777" w:rsidR="000772B4" w:rsidRPr="00794D67" w:rsidRDefault="00746A89">
      <w:pPr>
        <w:keepNext/>
        <w:spacing w:before="160"/>
        <w:rPr>
          <w:lang w:val="ru-RU"/>
        </w:rPr>
      </w:pPr>
      <w:r w:rsidRPr="00794D67">
        <w:rPr>
          <w:b/>
          <w:lang w:val="ru-RU"/>
        </w:rPr>
        <w:t>Таблица 6.3 — Годовой баланс теплоносителя</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687"/>
        <w:gridCol w:w="1513"/>
        <w:gridCol w:w="2300"/>
        <w:gridCol w:w="3107"/>
        <w:gridCol w:w="1776"/>
        <w:gridCol w:w="1944"/>
        <w:gridCol w:w="1950"/>
      </w:tblGrid>
      <w:tr w:rsidR="000772B4" w:rsidRPr="00C07C05" w14:paraId="1A9CE0C8" w14:textId="77777777">
        <w:trPr>
          <w:cantSplit/>
          <w:tblHeader/>
          <w:jc w:val="center"/>
        </w:trPr>
        <w:tc>
          <w:tcPr>
            <w:tcW w:w="0" w:type="auto"/>
            <w:shd w:val="clear" w:color="auto" w:fill="E2F0D9"/>
          </w:tcPr>
          <w:p w14:paraId="7FD213A4" w14:textId="77777777" w:rsidR="000772B4" w:rsidRDefault="00746A89">
            <w:pPr>
              <w:jc w:val="center"/>
            </w:pPr>
            <w:r>
              <w:rPr>
                <w:b/>
              </w:rPr>
              <w:t>Источник</w:t>
            </w:r>
          </w:p>
        </w:tc>
        <w:tc>
          <w:tcPr>
            <w:tcW w:w="0" w:type="auto"/>
            <w:shd w:val="clear" w:color="auto" w:fill="E2F0D9"/>
          </w:tcPr>
          <w:p w14:paraId="39488678" w14:textId="77777777" w:rsidR="000772B4" w:rsidRDefault="00746A89">
            <w:pPr>
              <w:jc w:val="center"/>
            </w:pPr>
            <w:r>
              <w:rPr>
                <w:b/>
              </w:rPr>
              <w:t>Подпитка всего, т/год</w:t>
            </w:r>
          </w:p>
        </w:tc>
        <w:tc>
          <w:tcPr>
            <w:tcW w:w="0" w:type="auto"/>
            <w:shd w:val="clear" w:color="auto" w:fill="E2F0D9"/>
          </w:tcPr>
          <w:p w14:paraId="2E5B883B" w14:textId="77777777" w:rsidR="000772B4" w:rsidRPr="00794D67" w:rsidRDefault="00746A89">
            <w:pPr>
              <w:jc w:val="center"/>
              <w:rPr>
                <w:lang w:val="ru-RU"/>
              </w:rPr>
            </w:pPr>
            <w:r w:rsidRPr="00794D67">
              <w:rPr>
                <w:b/>
                <w:lang w:val="ru-RU"/>
              </w:rPr>
              <w:t>в том числе нормативные утечки, т/год</w:t>
            </w:r>
          </w:p>
        </w:tc>
        <w:tc>
          <w:tcPr>
            <w:tcW w:w="0" w:type="auto"/>
            <w:shd w:val="clear" w:color="auto" w:fill="E2F0D9"/>
          </w:tcPr>
          <w:p w14:paraId="088602B9" w14:textId="77777777" w:rsidR="000772B4" w:rsidRPr="00794D67" w:rsidRDefault="00746A89">
            <w:pPr>
              <w:jc w:val="center"/>
              <w:rPr>
                <w:lang w:val="ru-RU"/>
              </w:rPr>
            </w:pPr>
            <w:r w:rsidRPr="00794D67">
              <w:rPr>
                <w:b/>
                <w:lang w:val="ru-RU"/>
              </w:rPr>
              <w:t>в том числе отпуск на производственные нужды, т/год</w:t>
            </w:r>
          </w:p>
        </w:tc>
        <w:tc>
          <w:tcPr>
            <w:tcW w:w="0" w:type="auto"/>
            <w:shd w:val="clear" w:color="auto" w:fill="E2F0D9"/>
          </w:tcPr>
          <w:p w14:paraId="18232B08" w14:textId="77777777" w:rsidR="000772B4" w:rsidRPr="00794D67" w:rsidRDefault="00746A89">
            <w:pPr>
              <w:jc w:val="center"/>
              <w:rPr>
                <w:lang w:val="ru-RU"/>
              </w:rPr>
            </w:pPr>
            <w:r w:rsidRPr="00794D67">
              <w:rPr>
                <w:b/>
                <w:lang w:val="ru-RU"/>
              </w:rPr>
              <w:t>в том числе отпуск на нужды ГВС, т/год</w:t>
            </w:r>
          </w:p>
        </w:tc>
        <w:tc>
          <w:tcPr>
            <w:tcW w:w="0" w:type="auto"/>
            <w:shd w:val="clear" w:color="auto" w:fill="E2F0D9"/>
          </w:tcPr>
          <w:p w14:paraId="183691BF" w14:textId="77777777" w:rsidR="000772B4" w:rsidRDefault="00746A89">
            <w:pPr>
              <w:jc w:val="center"/>
            </w:pPr>
            <w:r>
              <w:rPr>
                <w:b/>
              </w:rPr>
              <w:t>Расхождение контроля, т/год</w:t>
            </w:r>
          </w:p>
        </w:tc>
        <w:tc>
          <w:tcPr>
            <w:tcW w:w="0" w:type="auto"/>
            <w:shd w:val="clear" w:color="auto" w:fill="E2F0D9"/>
          </w:tcPr>
          <w:p w14:paraId="00821CF0" w14:textId="77777777" w:rsidR="000772B4" w:rsidRPr="00794D67" w:rsidRDefault="00746A89">
            <w:pPr>
              <w:jc w:val="center"/>
              <w:rPr>
                <w:lang w:val="ru-RU"/>
              </w:rPr>
            </w:pPr>
            <w:r w:rsidRPr="00794D67">
              <w:rPr>
                <w:b/>
                <w:lang w:val="ru-RU"/>
              </w:rPr>
              <w:t>Удельный расход подпитки, м³/Гкал</w:t>
            </w:r>
          </w:p>
        </w:tc>
      </w:tr>
      <w:tr w:rsidR="000772B4" w14:paraId="5CD59BC1" w14:textId="77777777">
        <w:trPr>
          <w:cantSplit/>
          <w:jc w:val="center"/>
        </w:trPr>
        <w:tc>
          <w:tcPr>
            <w:tcW w:w="0" w:type="auto"/>
          </w:tcPr>
          <w:p w14:paraId="0F6817FA" w14:textId="77777777" w:rsidR="000772B4" w:rsidRDefault="00746A89">
            <w:r>
              <w:t>УПК № 1 Таштагол</w:t>
            </w:r>
          </w:p>
        </w:tc>
        <w:tc>
          <w:tcPr>
            <w:tcW w:w="0" w:type="auto"/>
          </w:tcPr>
          <w:p w14:paraId="276C7D18" w14:textId="77777777" w:rsidR="000772B4" w:rsidRDefault="00746A89">
            <w:pPr>
              <w:jc w:val="center"/>
            </w:pPr>
            <w:r>
              <w:t>399 334</w:t>
            </w:r>
          </w:p>
        </w:tc>
        <w:tc>
          <w:tcPr>
            <w:tcW w:w="0" w:type="auto"/>
          </w:tcPr>
          <w:p w14:paraId="0807C472" w14:textId="77777777" w:rsidR="000772B4" w:rsidRDefault="00746A89">
            <w:pPr>
              <w:jc w:val="center"/>
            </w:pPr>
            <w:r>
              <w:t>57 857</w:t>
            </w:r>
          </w:p>
        </w:tc>
        <w:tc>
          <w:tcPr>
            <w:tcW w:w="0" w:type="auto"/>
          </w:tcPr>
          <w:p w14:paraId="2D080685" w14:textId="77777777" w:rsidR="000772B4" w:rsidRDefault="00746A89">
            <w:pPr>
              <w:jc w:val="center"/>
            </w:pPr>
            <w:r>
              <w:t>0</w:t>
            </w:r>
          </w:p>
        </w:tc>
        <w:tc>
          <w:tcPr>
            <w:tcW w:w="0" w:type="auto"/>
          </w:tcPr>
          <w:p w14:paraId="27EEE7E2" w14:textId="77777777" w:rsidR="000772B4" w:rsidRDefault="00746A89">
            <w:pPr>
              <w:jc w:val="center"/>
            </w:pPr>
            <w:r>
              <w:t>341 475</w:t>
            </w:r>
          </w:p>
        </w:tc>
        <w:tc>
          <w:tcPr>
            <w:tcW w:w="0" w:type="auto"/>
          </w:tcPr>
          <w:p w14:paraId="134296D8" w14:textId="77777777" w:rsidR="000772B4" w:rsidRDefault="00746A89">
            <w:pPr>
              <w:jc w:val="center"/>
            </w:pPr>
            <w:r>
              <w:t>+2</w:t>
            </w:r>
          </w:p>
        </w:tc>
        <w:tc>
          <w:tcPr>
            <w:tcW w:w="0" w:type="auto"/>
          </w:tcPr>
          <w:p w14:paraId="7CA18E1B" w14:textId="77777777" w:rsidR="000772B4" w:rsidRDefault="00746A89">
            <w:pPr>
              <w:jc w:val="center"/>
            </w:pPr>
            <w:r>
              <w:t>1,85</w:t>
            </w:r>
          </w:p>
        </w:tc>
      </w:tr>
      <w:tr w:rsidR="000772B4" w14:paraId="3618BEBD" w14:textId="77777777">
        <w:trPr>
          <w:cantSplit/>
          <w:jc w:val="center"/>
        </w:trPr>
        <w:tc>
          <w:tcPr>
            <w:tcW w:w="0" w:type="auto"/>
          </w:tcPr>
          <w:p w14:paraId="09C5199A" w14:textId="77777777" w:rsidR="000772B4" w:rsidRDefault="00746A89">
            <w:r>
              <w:t>УПК № 2 Шалым</w:t>
            </w:r>
          </w:p>
        </w:tc>
        <w:tc>
          <w:tcPr>
            <w:tcW w:w="0" w:type="auto"/>
          </w:tcPr>
          <w:p w14:paraId="6973DE4B" w14:textId="77777777" w:rsidR="000772B4" w:rsidRDefault="00746A89">
            <w:pPr>
              <w:jc w:val="center"/>
            </w:pPr>
            <w:r>
              <w:t>19 988</w:t>
            </w:r>
          </w:p>
        </w:tc>
        <w:tc>
          <w:tcPr>
            <w:tcW w:w="0" w:type="auto"/>
          </w:tcPr>
          <w:p w14:paraId="1D23C9AD" w14:textId="77777777" w:rsidR="000772B4" w:rsidRDefault="00746A89">
            <w:pPr>
              <w:jc w:val="center"/>
            </w:pPr>
            <w:r>
              <w:t>1 831</w:t>
            </w:r>
          </w:p>
        </w:tc>
        <w:tc>
          <w:tcPr>
            <w:tcW w:w="0" w:type="auto"/>
          </w:tcPr>
          <w:p w14:paraId="00FCB0F1" w14:textId="77777777" w:rsidR="000772B4" w:rsidRDefault="00746A89">
            <w:pPr>
              <w:jc w:val="center"/>
            </w:pPr>
            <w:r>
              <w:t>0</w:t>
            </w:r>
          </w:p>
        </w:tc>
        <w:tc>
          <w:tcPr>
            <w:tcW w:w="0" w:type="auto"/>
          </w:tcPr>
          <w:p w14:paraId="791CBEC7" w14:textId="77777777" w:rsidR="000772B4" w:rsidRDefault="00746A89">
            <w:pPr>
              <w:jc w:val="center"/>
            </w:pPr>
            <w:r>
              <w:t>18 157</w:t>
            </w:r>
          </w:p>
        </w:tc>
        <w:tc>
          <w:tcPr>
            <w:tcW w:w="0" w:type="auto"/>
          </w:tcPr>
          <w:p w14:paraId="5ECFBF18" w14:textId="77777777" w:rsidR="000772B4" w:rsidRDefault="00746A89">
            <w:pPr>
              <w:jc w:val="center"/>
            </w:pPr>
            <w:r>
              <w:t>0</w:t>
            </w:r>
          </w:p>
        </w:tc>
        <w:tc>
          <w:tcPr>
            <w:tcW w:w="0" w:type="auto"/>
          </w:tcPr>
          <w:p w14:paraId="62E2E930" w14:textId="77777777" w:rsidR="000772B4" w:rsidRDefault="00746A89">
            <w:pPr>
              <w:jc w:val="center"/>
            </w:pPr>
            <w:r>
              <w:t>1,62</w:t>
            </w:r>
          </w:p>
        </w:tc>
      </w:tr>
      <w:tr w:rsidR="000772B4" w14:paraId="18D24DF3" w14:textId="77777777">
        <w:trPr>
          <w:cantSplit/>
          <w:jc w:val="center"/>
        </w:trPr>
        <w:tc>
          <w:tcPr>
            <w:tcW w:w="0" w:type="auto"/>
          </w:tcPr>
          <w:p w14:paraId="6E5A2C81" w14:textId="77777777" w:rsidR="000772B4" w:rsidRDefault="00746A89">
            <w:r>
              <w:t>УПК № 2 ЦМК</w:t>
            </w:r>
          </w:p>
        </w:tc>
        <w:tc>
          <w:tcPr>
            <w:tcW w:w="0" w:type="auto"/>
          </w:tcPr>
          <w:p w14:paraId="146A3485" w14:textId="77777777" w:rsidR="000772B4" w:rsidRDefault="00746A89">
            <w:pPr>
              <w:jc w:val="center"/>
            </w:pPr>
            <w:r>
              <w:t>15 007</w:t>
            </w:r>
          </w:p>
        </w:tc>
        <w:tc>
          <w:tcPr>
            <w:tcW w:w="0" w:type="auto"/>
          </w:tcPr>
          <w:p w14:paraId="496D9C45" w14:textId="77777777" w:rsidR="000772B4" w:rsidRDefault="00746A89">
            <w:pPr>
              <w:jc w:val="center"/>
            </w:pPr>
            <w:r>
              <w:t>1 741</w:t>
            </w:r>
          </w:p>
        </w:tc>
        <w:tc>
          <w:tcPr>
            <w:tcW w:w="0" w:type="auto"/>
          </w:tcPr>
          <w:p w14:paraId="0D10E7A0" w14:textId="77777777" w:rsidR="000772B4" w:rsidRDefault="00746A89">
            <w:pPr>
              <w:jc w:val="center"/>
            </w:pPr>
            <w:r>
              <w:t>0</w:t>
            </w:r>
          </w:p>
        </w:tc>
        <w:tc>
          <w:tcPr>
            <w:tcW w:w="0" w:type="auto"/>
          </w:tcPr>
          <w:p w14:paraId="5C928F75" w14:textId="77777777" w:rsidR="000772B4" w:rsidRDefault="00746A89">
            <w:pPr>
              <w:jc w:val="center"/>
            </w:pPr>
            <w:r>
              <w:t>13 266</w:t>
            </w:r>
          </w:p>
        </w:tc>
        <w:tc>
          <w:tcPr>
            <w:tcW w:w="0" w:type="auto"/>
          </w:tcPr>
          <w:p w14:paraId="7D966D64" w14:textId="77777777" w:rsidR="000772B4" w:rsidRDefault="00746A89">
            <w:pPr>
              <w:jc w:val="center"/>
            </w:pPr>
            <w:r>
              <w:t>0</w:t>
            </w:r>
          </w:p>
        </w:tc>
        <w:tc>
          <w:tcPr>
            <w:tcW w:w="0" w:type="auto"/>
          </w:tcPr>
          <w:p w14:paraId="0EEF9921" w14:textId="77777777" w:rsidR="000772B4" w:rsidRDefault="00746A89">
            <w:pPr>
              <w:jc w:val="center"/>
            </w:pPr>
            <w:r>
              <w:t>3,06</w:t>
            </w:r>
          </w:p>
        </w:tc>
      </w:tr>
      <w:tr w:rsidR="000772B4" w14:paraId="664E54B3" w14:textId="77777777">
        <w:trPr>
          <w:cantSplit/>
          <w:jc w:val="center"/>
        </w:trPr>
        <w:tc>
          <w:tcPr>
            <w:tcW w:w="0" w:type="auto"/>
          </w:tcPr>
          <w:p w14:paraId="57051747" w14:textId="77777777" w:rsidR="000772B4" w:rsidRDefault="00746A89">
            <w:r>
              <w:t>УПК № 9 ГРЭ</w:t>
            </w:r>
          </w:p>
        </w:tc>
        <w:tc>
          <w:tcPr>
            <w:tcW w:w="0" w:type="auto"/>
          </w:tcPr>
          <w:p w14:paraId="795ADAE0" w14:textId="77777777" w:rsidR="000772B4" w:rsidRDefault="00746A89">
            <w:pPr>
              <w:jc w:val="center"/>
            </w:pPr>
            <w:r>
              <w:t>нет данных</w:t>
            </w:r>
          </w:p>
        </w:tc>
        <w:tc>
          <w:tcPr>
            <w:tcW w:w="0" w:type="auto"/>
          </w:tcPr>
          <w:p w14:paraId="2D8BCCA5" w14:textId="77777777" w:rsidR="000772B4" w:rsidRDefault="00746A89">
            <w:pPr>
              <w:jc w:val="center"/>
            </w:pPr>
            <w:r>
              <w:t>нет данных</w:t>
            </w:r>
          </w:p>
        </w:tc>
        <w:tc>
          <w:tcPr>
            <w:tcW w:w="0" w:type="auto"/>
          </w:tcPr>
          <w:p w14:paraId="6736A6C9" w14:textId="77777777" w:rsidR="000772B4" w:rsidRDefault="00746A89">
            <w:pPr>
              <w:jc w:val="center"/>
            </w:pPr>
            <w:r>
              <w:t>0</w:t>
            </w:r>
          </w:p>
        </w:tc>
        <w:tc>
          <w:tcPr>
            <w:tcW w:w="0" w:type="auto"/>
          </w:tcPr>
          <w:p w14:paraId="36A96CD9" w14:textId="77777777" w:rsidR="000772B4" w:rsidRDefault="00746A89">
            <w:pPr>
              <w:jc w:val="center"/>
            </w:pPr>
            <w:r>
              <w:t>нет данных</w:t>
            </w:r>
          </w:p>
        </w:tc>
        <w:tc>
          <w:tcPr>
            <w:tcW w:w="0" w:type="auto"/>
          </w:tcPr>
          <w:p w14:paraId="1CC19607" w14:textId="77777777" w:rsidR="000772B4" w:rsidRDefault="00746A89">
            <w:pPr>
              <w:jc w:val="center"/>
            </w:pPr>
            <w:r>
              <w:t>0</w:t>
            </w:r>
          </w:p>
        </w:tc>
        <w:tc>
          <w:tcPr>
            <w:tcW w:w="0" w:type="auto"/>
          </w:tcPr>
          <w:p w14:paraId="49A5522D" w14:textId="77777777" w:rsidR="000772B4" w:rsidRDefault="00746A89">
            <w:pPr>
              <w:jc w:val="center"/>
            </w:pPr>
            <w:r>
              <w:t>—</w:t>
            </w:r>
          </w:p>
        </w:tc>
      </w:tr>
      <w:tr w:rsidR="000772B4" w14:paraId="3CD9C135" w14:textId="77777777">
        <w:trPr>
          <w:cantSplit/>
          <w:jc w:val="center"/>
        </w:trPr>
        <w:tc>
          <w:tcPr>
            <w:tcW w:w="0" w:type="auto"/>
          </w:tcPr>
          <w:p w14:paraId="66143463" w14:textId="77777777" w:rsidR="000772B4" w:rsidRDefault="00746A89">
            <w:r>
              <w:t>УПК № 5 Новый Шерегеш</w:t>
            </w:r>
          </w:p>
        </w:tc>
        <w:tc>
          <w:tcPr>
            <w:tcW w:w="0" w:type="auto"/>
          </w:tcPr>
          <w:p w14:paraId="302AA03E" w14:textId="77777777" w:rsidR="000772B4" w:rsidRDefault="00746A89">
            <w:pPr>
              <w:jc w:val="center"/>
            </w:pPr>
            <w:r>
              <w:t>235 554</w:t>
            </w:r>
          </w:p>
        </w:tc>
        <w:tc>
          <w:tcPr>
            <w:tcW w:w="0" w:type="auto"/>
          </w:tcPr>
          <w:p w14:paraId="6E52420A" w14:textId="77777777" w:rsidR="000772B4" w:rsidRDefault="00746A89">
            <w:pPr>
              <w:jc w:val="center"/>
            </w:pPr>
            <w:r>
              <w:t>17 775</w:t>
            </w:r>
          </w:p>
        </w:tc>
        <w:tc>
          <w:tcPr>
            <w:tcW w:w="0" w:type="auto"/>
          </w:tcPr>
          <w:p w14:paraId="64BC5977" w14:textId="77777777" w:rsidR="000772B4" w:rsidRDefault="00746A89">
            <w:pPr>
              <w:jc w:val="center"/>
            </w:pPr>
            <w:r>
              <w:t>715</w:t>
            </w:r>
          </w:p>
        </w:tc>
        <w:tc>
          <w:tcPr>
            <w:tcW w:w="0" w:type="auto"/>
          </w:tcPr>
          <w:p w14:paraId="28C1105C" w14:textId="77777777" w:rsidR="000772B4" w:rsidRDefault="00746A89">
            <w:pPr>
              <w:jc w:val="center"/>
            </w:pPr>
            <w:r>
              <w:t>217 064</w:t>
            </w:r>
          </w:p>
        </w:tc>
        <w:tc>
          <w:tcPr>
            <w:tcW w:w="0" w:type="auto"/>
          </w:tcPr>
          <w:p w14:paraId="119D6301" w14:textId="77777777" w:rsidR="000772B4" w:rsidRDefault="00746A89">
            <w:pPr>
              <w:jc w:val="center"/>
            </w:pPr>
            <w:r>
              <w:t>0</w:t>
            </w:r>
          </w:p>
        </w:tc>
        <w:tc>
          <w:tcPr>
            <w:tcW w:w="0" w:type="auto"/>
          </w:tcPr>
          <w:p w14:paraId="5DEBDF13" w14:textId="77777777" w:rsidR="000772B4" w:rsidRDefault="00746A89">
            <w:pPr>
              <w:jc w:val="center"/>
            </w:pPr>
            <w:r>
              <w:t>0,89</w:t>
            </w:r>
          </w:p>
        </w:tc>
      </w:tr>
      <w:tr w:rsidR="000772B4" w14:paraId="24E1B7FC" w14:textId="77777777">
        <w:trPr>
          <w:cantSplit/>
          <w:jc w:val="center"/>
        </w:trPr>
        <w:tc>
          <w:tcPr>
            <w:tcW w:w="0" w:type="auto"/>
          </w:tcPr>
          <w:p w14:paraId="08D5D7EA" w14:textId="77777777" w:rsidR="000772B4" w:rsidRDefault="00746A89">
            <w:r>
              <w:t>УПК № 6 Старый Шерегеш</w:t>
            </w:r>
          </w:p>
        </w:tc>
        <w:tc>
          <w:tcPr>
            <w:tcW w:w="0" w:type="auto"/>
          </w:tcPr>
          <w:p w14:paraId="0EC8CE54" w14:textId="77777777" w:rsidR="000772B4" w:rsidRDefault="00746A89">
            <w:pPr>
              <w:jc w:val="center"/>
            </w:pPr>
            <w:r>
              <w:t>23 280</w:t>
            </w:r>
          </w:p>
        </w:tc>
        <w:tc>
          <w:tcPr>
            <w:tcW w:w="0" w:type="auto"/>
          </w:tcPr>
          <w:p w14:paraId="48A02756" w14:textId="77777777" w:rsidR="000772B4" w:rsidRDefault="00746A89">
            <w:pPr>
              <w:jc w:val="center"/>
            </w:pPr>
            <w:r>
              <w:t>890</w:t>
            </w:r>
          </w:p>
        </w:tc>
        <w:tc>
          <w:tcPr>
            <w:tcW w:w="0" w:type="auto"/>
          </w:tcPr>
          <w:p w14:paraId="4311D845" w14:textId="77777777" w:rsidR="000772B4" w:rsidRDefault="00746A89">
            <w:pPr>
              <w:jc w:val="center"/>
            </w:pPr>
            <w:r>
              <w:t>0</w:t>
            </w:r>
          </w:p>
        </w:tc>
        <w:tc>
          <w:tcPr>
            <w:tcW w:w="0" w:type="auto"/>
          </w:tcPr>
          <w:p w14:paraId="1EA2BA97" w14:textId="77777777" w:rsidR="000772B4" w:rsidRDefault="00746A89">
            <w:pPr>
              <w:jc w:val="center"/>
            </w:pPr>
            <w:r>
              <w:t>22 390</w:t>
            </w:r>
          </w:p>
        </w:tc>
        <w:tc>
          <w:tcPr>
            <w:tcW w:w="0" w:type="auto"/>
          </w:tcPr>
          <w:p w14:paraId="63DCFF6E" w14:textId="77777777" w:rsidR="000772B4" w:rsidRDefault="00746A89">
            <w:pPr>
              <w:jc w:val="center"/>
            </w:pPr>
            <w:r>
              <w:t>0</w:t>
            </w:r>
          </w:p>
        </w:tc>
        <w:tc>
          <w:tcPr>
            <w:tcW w:w="0" w:type="auto"/>
          </w:tcPr>
          <w:p w14:paraId="3040113A" w14:textId="77777777" w:rsidR="000772B4" w:rsidRDefault="00746A89">
            <w:pPr>
              <w:jc w:val="center"/>
            </w:pPr>
            <w:r>
              <w:t>2,27</w:t>
            </w:r>
          </w:p>
        </w:tc>
      </w:tr>
      <w:tr w:rsidR="000772B4" w14:paraId="456C320A" w14:textId="77777777">
        <w:trPr>
          <w:cantSplit/>
          <w:jc w:val="center"/>
        </w:trPr>
        <w:tc>
          <w:tcPr>
            <w:tcW w:w="0" w:type="auto"/>
          </w:tcPr>
          <w:p w14:paraId="025C1731" w14:textId="77777777" w:rsidR="000772B4" w:rsidRDefault="00746A89">
            <w:r>
              <w:t>УПК № 7 Каз</w:t>
            </w:r>
          </w:p>
        </w:tc>
        <w:tc>
          <w:tcPr>
            <w:tcW w:w="0" w:type="auto"/>
          </w:tcPr>
          <w:p w14:paraId="21F261B5" w14:textId="77777777" w:rsidR="000772B4" w:rsidRDefault="00746A89">
            <w:pPr>
              <w:jc w:val="center"/>
            </w:pPr>
            <w:r>
              <w:t>113 155</w:t>
            </w:r>
          </w:p>
        </w:tc>
        <w:tc>
          <w:tcPr>
            <w:tcW w:w="0" w:type="auto"/>
          </w:tcPr>
          <w:p w14:paraId="6A9B2B5B" w14:textId="77777777" w:rsidR="000772B4" w:rsidRDefault="00746A89">
            <w:pPr>
              <w:jc w:val="center"/>
            </w:pPr>
            <w:r>
              <w:t>36 626</w:t>
            </w:r>
          </w:p>
        </w:tc>
        <w:tc>
          <w:tcPr>
            <w:tcW w:w="0" w:type="auto"/>
          </w:tcPr>
          <w:p w14:paraId="5DDB214A" w14:textId="77777777" w:rsidR="000772B4" w:rsidRDefault="00746A89">
            <w:pPr>
              <w:jc w:val="center"/>
            </w:pPr>
            <w:r>
              <w:t>291</w:t>
            </w:r>
          </w:p>
        </w:tc>
        <w:tc>
          <w:tcPr>
            <w:tcW w:w="0" w:type="auto"/>
          </w:tcPr>
          <w:p w14:paraId="3A990EEA" w14:textId="77777777" w:rsidR="000772B4" w:rsidRDefault="00746A89">
            <w:pPr>
              <w:jc w:val="center"/>
            </w:pPr>
            <w:r>
              <w:t>76 238</w:t>
            </w:r>
          </w:p>
        </w:tc>
        <w:tc>
          <w:tcPr>
            <w:tcW w:w="0" w:type="auto"/>
          </w:tcPr>
          <w:p w14:paraId="1CDE0A97" w14:textId="77777777" w:rsidR="000772B4" w:rsidRDefault="00746A89">
            <w:pPr>
              <w:jc w:val="center"/>
            </w:pPr>
            <w:r>
              <w:t>0</w:t>
            </w:r>
          </w:p>
        </w:tc>
        <w:tc>
          <w:tcPr>
            <w:tcW w:w="0" w:type="auto"/>
          </w:tcPr>
          <w:p w14:paraId="0D4905B2" w14:textId="77777777" w:rsidR="000772B4" w:rsidRDefault="00746A89">
            <w:pPr>
              <w:jc w:val="center"/>
            </w:pPr>
            <w:r>
              <w:t>2,21</w:t>
            </w:r>
          </w:p>
        </w:tc>
      </w:tr>
      <w:tr w:rsidR="000772B4" w14:paraId="766AD1A3" w14:textId="77777777">
        <w:trPr>
          <w:cantSplit/>
          <w:jc w:val="center"/>
        </w:trPr>
        <w:tc>
          <w:tcPr>
            <w:tcW w:w="0" w:type="auto"/>
          </w:tcPr>
          <w:p w14:paraId="62C88232" w14:textId="77777777" w:rsidR="000772B4" w:rsidRDefault="00746A89">
            <w:r>
              <w:t>УПК № 8 Мундыбаш</w:t>
            </w:r>
          </w:p>
        </w:tc>
        <w:tc>
          <w:tcPr>
            <w:tcW w:w="0" w:type="auto"/>
          </w:tcPr>
          <w:p w14:paraId="4137ACD4" w14:textId="77777777" w:rsidR="000772B4" w:rsidRDefault="00746A89">
            <w:pPr>
              <w:jc w:val="center"/>
            </w:pPr>
            <w:r>
              <w:t>69 420</w:t>
            </w:r>
          </w:p>
        </w:tc>
        <w:tc>
          <w:tcPr>
            <w:tcW w:w="0" w:type="auto"/>
          </w:tcPr>
          <w:p w14:paraId="0FEE13BD" w14:textId="77777777" w:rsidR="000772B4" w:rsidRDefault="00746A89">
            <w:pPr>
              <w:jc w:val="center"/>
            </w:pPr>
            <w:r>
              <w:t>7 236</w:t>
            </w:r>
          </w:p>
        </w:tc>
        <w:tc>
          <w:tcPr>
            <w:tcW w:w="0" w:type="auto"/>
          </w:tcPr>
          <w:p w14:paraId="3B780184" w14:textId="77777777" w:rsidR="000772B4" w:rsidRDefault="00746A89">
            <w:pPr>
              <w:jc w:val="center"/>
            </w:pPr>
            <w:r>
              <w:t>0</w:t>
            </w:r>
          </w:p>
        </w:tc>
        <w:tc>
          <w:tcPr>
            <w:tcW w:w="0" w:type="auto"/>
          </w:tcPr>
          <w:p w14:paraId="05DF0637" w14:textId="77777777" w:rsidR="000772B4" w:rsidRDefault="00746A89">
            <w:pPr>
              <w:jc w:val="center"/>
            </w:pPr>
            <w:r>
              <w:t>62 183</w:t>
            </w:r>
          </w:p>
        </w:tc>
        <w:tc>
          <w:tcPr>
            <w:tcW w:w="0" w:type="auto"/>
          </w:tcPr>
          <w:p w14:paraId="57FE169D" w14:textId="77777777" w:rsidR="000772B4" w:rsidRDefault="00746A89">
            <w:pPr>
              <w:jc w:val="center"/>
            </w:pPr>
            <w:r>
              <w:t>+1</w:t>
            </w:r>
          </w:p>
        </w:tc>
        <w:tc>
          <w:tcPr>
            <w:tcW w:w="0" w:type="auto"/>
          </w:tcPr>
          <w:p w14:paraId="49B66C70" w14:textId="77777777" w:rsidR="000772B4" w:rsidRDefault="00746A89">
            <w:pPr>
              <w:jc w:val="center"/>
            </w:pPr>
            <w:r>
              <w:t>3,24</w:t>
            </w:r>
          </w:p>
        </w:tc>
      </w:tr>
      <w:tr w:rsidR="000772B4" w14:paraId="175D6735" w14:textId="77777777">
        <w:trPr>
          <w:cantSplit/>
          <w:jc w:val="center"/>
        </w:trPr>
        <w:tc>
          <w:tcPr>
            <w:tcW w:w="0" w:type="auto"/>
          </w:tcPr>
          <w:p w14:paraId="7AF948F5" w14:textId="77777777" w:rsidR="000772B4" w:rsidRDefault="00746A89">
            <w:r>
              <w:t>УПК № 10 Темир-Тау</w:t>
            </w:r>
          </w:p>
        </w:tc>
        <w:tc>
          <w:tcPr>
            <w:tcW w:w="0" w:type="auto"/>
          </w:tcPr>
          <w:p w14:paraId="4870CAD3" w14:textId="77777777" w:rsidR="000772B4" w:rsidRDefault="00746A89">
            <w:pPr>
              <w:jc w:val="center"/>
            </w:pPr>
            <w:r>
              <w:t>35 496</w:t>
            </w:r>
          </w:p>
        </w:tc>
        <w:tc>
          <w:tcPr>
            <w:tcW w:w="0" w:type="auto"/>
          </w:tcPr>
          <w:p w14:paraId="2A21E92E" w14:textId="77777777" w:rsidR="000772B4" w:rsidRDefault="00746A89">
            <w:pPr>
              <w:jc w:val="center"/>
            </w:pPr>
            <w:r>
              <w:t>6 418</w:t>
            </w:r>
          </w:p>
        </w:tc>
        <w:tc>
          <w:tcPr>
            <w:tcW w:w="0" w:type="auto"/>
          </w:tcPr>
          <w:p w14:paraId="71FB4C18" w14:textId="77777777" w:rsidR="000772B4" w:rsidRDefault="00746A89">
            <w:pPr>
              <w:jc w:val="center"/>
            </w:pPr>
            <w:r>
              <w:t>0</w:t>
            </w:r>
          </w:p>
        </w:tc>
        <w:tc>
          <w:tcPr>
            <w:tcW w:w="0" w:type="auto"/>
          </w:tcPr>
          <w:p w14:paraId="50A3325F" w14:textId="77777777" w:rsidR="000772B4" w:rsidRDefault="00746A89">
            <w:pPr>
              <w:jc w:val="center"/>
            </w:pPr>
            <w:r>
              <w:t>29 079</w:t>
            </w:r>
          </w:p>
        </w:tc>
        <w:tc>
          <w:tcPr>
            <w:tcW w:w="0" w:type="auto"/>
          </w:tcPr>
          <w:p w14:paraId="1FD057E1" w14:textId="77777777" w:rsidR="000772B4" w:rsidRDefault="00746A89">
            <w:pPr>
              <w:jc w:val="center"/>
            </w:pPr>
            <w:r>
              <w:t>−1</w:t>
            </w:r>
          </w:p>
        </w:tc>
        <w:tc>
          <w:tcPr>
            <w:tcW w:w="0" w:type="auto"/>
          </w:tcPr>
          <w:p w14:paraId="16C825C3" w14:textId="77777777" w:rsidR="000772B4" w:rsidRDefault="00746A89">
            <w:pPr>
              <w:jc w:val="center"/>
            </w:pPr>
            <w:r>
              <w:t>1,59</w:t>
            </w:r>
          </w:p>
        </w:tc>
      </w:tr>
      <w:tr w:rsidR="000772B4" w14:paraId="7EF48C95" w14:textId="77777777">
        <w:trPr>
          <w:cantSplit/>
          <w:jc w:val="center"/>
        </w:trPr>
        <w:tc>
          <w:tcPr>
            <w:tcW w:w="0" w:type="auto"/>
          </w:tcPr>
          <w:p w14:paraId="754D2D06" w14:textId="77777777" w:rsidR="000772B4" w:rsidRDefault="00746A89">
            <w:r>
              <w:t>УПК № 3 Спасск</w:t>
            </w:r>
          </w:p>
        </w:tc>
        <w:tc>
          <w:tcPr>
            <w:tcW w:w="0" w:type="auto"/>
          </w:tcPr>
          <w:p w14:paraId="2CC5380A" w14:textId="77777777" w:rsidR="000772B4" w:rsidRDefault="00746A89">
            <w:pPr>
              <w:jc w:val="center"/>
            </w:pPr>
            <w:r>
              <w:t>3 745</w:t>
            </w:r>
          </w:p>
        </w:tc>
        <w:tc>
          <w:tcPr>
            <w:tcW w:w="0" w:type="auto"/>
          </w:tcPr>
          <w:p w14:paraId="2503B106" w14:textId="77777777" w:rsidR="000772B4" w:rsidRDefault="00746A89">
            <w:pPr>
              <w:jc w:val="center"/>
            </w:pPr>
            <w:r>
              <w:t>813</w:t>
            </w:r>
          </w:p>
        </w:tc>
        <w:tc>
          <w:tcPr>
            <w:tcW w:w="0" w:type="auto"/>
          </w:tcPr>
          <w:p w14:paraId="19AB0168" w14:textId="77777777" w:rsidR="000772B4" w:rsidRDefault="00746A89">
            <w:pPr>
              <w:jc w:val="center"/>
            </w:pPr>
            <w:r>
              <w:t>0</w:t>
            </w:r>
          </w:p>
        </w:tc>
        <w:tc>
          <w:tcPr>
            <w:tcW w:w="0" w:type="auto"/>
          </w:tcPr>
          <w:p w14:paraId="5061BE88" w14:textId="77777777" w:rsidR="000772B4" w:rsidRDefault="00746A89">
            <w:pPr>
              <w:jc w:val="center"/>
            </w:pPr>
            <w:r>
              <w:t>2 932</w:t>
            </w:r>
          </w:p>
        </w:tc>
        <w:tc>
          <w:tcPr>
            <w:tcW w:w="0" w:type="auto"/>
          </w:tcPr>
          <w:p w14:paraId="50D759BF" w14:textId="77777777" w:rsidR="000772B4" w:rsidRDefault="00746A89">
            <w:pPr>
              <w:jc w:val="center"/>
            </w:pPr>
            <w:r>
              <w:t>0</w:t>
            </w:r>
          </w:p>
        </w:tc>
        <w:tc>
          <w:tcPr>
            <w:tcW w:w="0" w:type="auto"/>
          </w:tcPr>
          <w:p w14:paraId="709AD544" w14:textId="77777777" w:rsidR="000772B4" w:rsidRDefault="00746A89">
            <w:pPr>
              <w:jc w:val="center"/>
            </w:pPr>
            <w:r>
              <w:t>1,18</w:t>
            </w:r>
          </w:p>
        </w:tc>
      </w:tr>
    </w:tbl>
    <w:p w14:paraId="06C22C24" w14:textId="77777777" w:rsidR="00B808F9" w:rsidRDefault="00B808F9">
      <w:pPr>
        <w:sectPr w:rsidR="00B808F9" w:rsidSect="00034616">
          <w:footerReference w:type="default" r:id="rId76"/>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22405DE" w14:textId="77777777" w:rsidR="000772B4" w:rsidRDefault="000772B4">
      <w:pPr>
        <w:spacing w:after="40"/>
      </w:pPr>
    </w:p>
    <w:p w14:paraId="1B01F69C" w14:textId="77777777" w:rsidR="000772B4" w:rsidRPr="00794D67" w:rsidRDefault="00746A89">
      <w:pPr>
        <w:spacing w:after="80"/>
        <w:jc w:val="both"/>
        <w:rPr>
          <w:lang w:val="ru-RU"/>
        </w:rPr>
      </w:pPr>
      <w:r w:rsidRPr="00794D67">
        <w:rPr>
          <w:lang w:val="ru-RU"/>
        </w:rPr>
        <w:t>Контроль: подпитка равна сумме нормативных утечек, сверхнормативных утечек, отпуска на производственные нужды и отпуска на нужды горячего водоснабжения. Сверхнормативные утечки по всем источникам приняты нулевыми. Отпуск на производственные нужды ненулевой по двум источникам — УПК № 5 и УПК № 7; к горячему водоснабжению он не относится.</w:t>
      </w:r>
    </w:p>
    <w:p w14:paraId="355E73CC" w14:textId="77777777" w:rsidR="000772B4" w:rsidRPr="00794D67" w:rsidRDefault="00746A89">
      <w:pPr>
        <w:spacing w:after="80"/>
        <w:jc w:val="both"/>
        <w:rPr>
          <w:lang w:val="ru-RU"/>
        </w:rPr>
      </w:pPr>
      <w:r w:rsidRPr="00794D67">
        <w:rPr>
          <w:lang w:val="ru-RU"/>
        </w:rPr>
        <w:t>Контроль сходится точно по шести раскрытым источникам. По трём источникам заявленная подпитка расходится с суммой составляющих на 1–2 т/год: УПК № 1 +2, УПК № 8 +1, УПК № 10 −1 т/год. Расхождения находятся на уровне округления исходных данных и на выводы балансов не влияют, но фиксируются.</w:t>
      </w:r>
    </w:p>
    <w:p w14:paraId="038D2AA3" w14:textId="77777777" w:rsidR="000772B4" w:rsidRPr="00312815" w:rsidRDefault="00746A89">
      <w:pPr>
        <w:spacing w:after="80"/>
        <w:jc w:val="both"/>
        <w:rPr>
          <w:lang w:val="ru-RU"/>
        </w:rPr>
      </w:pPr>
      <w:r w:rsidRPr="00794D67">
        <w:rPr>
          <w:lang w:val="ru-RU"/>
        </w:rPr>
        <w:t xml:space="preserve">Удельный расход подпиточной воды различается более чем втрое: от 0,89 м³/Гкал по УПК № 5 до 3,24 м³/Гкал по УПК № 8. </w:t>
      </w:r>
      <w:r w:rsidRPr="00312815">
        <w:rPr>
          <w:lang w:val="ru-RU"/>
        </w:rPr>
        <w:t>Различие определяется долей отпуска теплоносителя в структуре подпитки и протяжённостью сетей относительно отпуска тепловой энергии.</w:t>
      </w:r>
    </w:p>
    <w:p w14:paraId="59A9544E" w14:textId="77777777" w:rsidR="000772B4" w:rsidRPr="00344E69" w:rsidRDefault="00746A89">
      <w:pPr>
        <w:pStyle w:val="21"/>
        <w:rPr>
          <w:lang w:val="ru-RU"/>
        </w:rPr>
      </w:pPr>
      <w:bookmarkStart w:id="46" w:name="_Toc238015637"/>
      <w:r w:rsidRPr="00344E69">
        <w:rPr>
          <w:lang w:val="ru-RU"/>
        </w:rPr>
        <w:t>6.4. Баланс производительности водоподготовительных установок</w:t>
      </w:r>
      <w:bookmarkEnd w:id="46"/>
    </w:p>
    <w:p w14:paraId="50140ACD" w14:textId="77777777" w:rsidR="000772B4" w:rsidRPr="00794D67" w:rsidRDefault="00746A89">
      <w:pPr>
        <w:keepNext/>
        <w:spacing w:before="160"/>
        <w:rPr>
          <w:lang w:val="ru-RU"/>
        </w:rPr>
      </w:pPr>
      <w:r w:rsidRPr="00794D67">
        <w:rPr>
          <w:b/>
          <w:lang w:val="ru-RU"/>
        </w:rPr>
        <w:t>Таблица 6.4 — Часовой баланс водоподготовки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211"/>
        <w:gridCol w:w="2271"/>
        <w:gridCol w:w="2283"/>
        <w:gridCol w:w="1194"/>
        <w:gridCol w:w="1270"/>
        <w:gridCol w:w="1116"/>
      </w:tblGrid>
      <w:tr w:rsidR="000772B4" w:rsidRPr="00C07C05" w14:paraId="35B6B46E" w14:textId="77777777">
        <w:trPr>
          <w:cantSplit/>
          <w:tblHeader/>
          <w:jc w:val="center"/>
        </w:trPr>
        <w:tc>
          <w:tcPr>
            <w:tcW w:w="0" w:type="auto"/>
            <w:shd w:val="clear" w:color="auto" w:fill="E2F0D9"/>
          </w:tcPr>
          <w:p w14:paraId="2BEF4BD7" w14:textId="77777777" w:rsidR="000772B4" w:rsidRDefault="00746A89">
            <w:pPr>
              <w:jc w:val="center"/>
            </w:pPr>
            <w:r>
              <w:rPr>
                <w:b/>
              </w:rPr>
              <w:t>Источник</w:t>
            </w:r>
          </w:p>
        </w:tc>
        <w:tc>
          <w:tcPr>
            <w:tcW w:w="0" w:type="auto"/>
            <w:shd w:val="clear" w:color="auto" w:fill="E2F0D9"/>
          </w:tcPr>
          <w:p w14:paraId="163D4A21" w14:textId="77777777" w:rsidR="000772B4" w:rsidRDefault="00746A89">
            <w:pPr>
              <w:jc w:val="center"/>
            </w:pPr>
            <w:r>
              <w:rPr>
                <w:b/>
              </w:rPr>
              <w:t>Производительность установки, т/ч</w:t>
            </w:r>
          </w:p>
        </w:tc>
        <w:tc>
          <w:tcPr>
            <w:tcW w:w="0" w:type="auto"/>
            <w:shd w:val="clear" w:color="auto" w:fill="E2F0D9"/>
          </w:tcPr>
          <w:p w14:paraId="4851915B" w14:textId="77777777" w:rsidR="000772B4" w:rsidRDefault="00746A89">
            <w:pPr>
              <w:jc w:val="center"/>
            </w:pPr>
            <w:r>
              <w:rPr>
                <w:b/>
              </w:rPr>
              <w:t>Требуемая производительность, т/ч</w:t>
            </w:r>
          </w:p>
        </w:tc>
        <w:tc>
          <w:tcPr>
            <w:tcW w:w="0" w:type="auto"/>
            <w:shd w:val="clear" w:color="auto" w:fill="E2F0D9"/>
          </w:tcPr>
          <w:p w14:paraId="7C4220D4" w14:textId="77777777" w:rsidR="000772B4" w:rsidRDefault="00746A89">
            <w:pPr>
              <w:jc w:val="center"/>
            </w:pPr>
            <w:r>
              <w:rPr>
                <w:b/>
              </w:rPr>
              <w:t>Подпитка, т/ч</w:t>
            </w:r>
          </w:p>
        </w:tc>
        <w:tc>
          <w:tcPr>
            <w:tcW w:w="0" w:type="auto"/>
            <w:shd w:val="clear" w:color="auto" w:fill="E2F0D9"/>
          </w:tcPr>
          <w:p w14:paraId="0FF25DE1" w14:textId="77777777" w:rsidR="000772B4" w:rsidRDefault="00746A89">
            <w:pPr>
              <w:jc w:val="center"/>
            </w:pPr>
            <w:r>
              <w:rPr>
                <w:b/>
              </w:rPr>
              <w:t>Аварийная подпитка, т/ч</w:t>
            </w:r>
          </w:p>
        </w:tc>
        <w:tc>
          <w:tcPr>
            <w:tcW w:w="0" w:type="auto"/>
            <w:shd w:val="clear" w:color="auto" w:fill="E2F0D9"/>
          </w:tcPr>
          <w:p w14:paraId="600833C3" w14:textId="77777777" w:rsidR="000772B4" w:rsidRPr="00794D67" w:rsidRDefault="00746A89">
            <w:pPr>
              <w:jc w:val="center"/>
              <w:rPr>
                <w:lang w:val="ru-RU"/>
              </w:rPr>
            </w:pPr>
            <w:r w:rsidRPr="00794D67">
              <w:rPr>
                <w:b/>
                <w:lang w:val="ru-RU"/>
              </w:rPr>
              <w:t>Резерв или дефицит, т/ч</w:t>
            </w:r>
          </w:p>
        </w:tc>
      </w:tr>
      <w:tr w:rsidR="000772B4" w14:paraId="7D33A039" w14:textId="77777777">
        <w:trPr>
          <w:cantSplit/>
          <w:jc w:val="center"/>
        </w:trPr>
        <w:tc>
          <w:tcPr>
            <w:tcW w:w="0" w:type="auto"/>
          </w:tcPr>
          <w:p w14:paraId="3D34ABB7" w14:textId="77777777" w:rsidR="000772B4" w:rsidRDefault="00746A89">
            <w:r>
              <w:t>УПК № 1 Таштагол</w:t>
            </w:r>
          </w:p>
        </w:tc>
        <w:tc>
          <w:tcPr>
            <w:tcW w:w="0" w:type="auto"/>
          </w:tcPr>
          <w:p w14:paraId="28AC5776" w14:textId="77777777" w:rsidR="000772B4" w:rsidRDefault="00746A89">
            <w:pPr>
              <w:jc w:val="center"/>
            </w:pPr>
            <w:r>
              <w:t>120</w:t>
            </w:r>
          </w:p>
        </w:tc>
        <w:tc>
          <w:tcPr>
            <w:tcW w:w="0" w:type="auto"/>
          </w:tcPr>
          <w:p w14:paraId="76A40462" w14:textId="77777777" w:rsidR="000772B4" w:rsidRDefault="00746A89">
            <w:pPr>
              <w:jc w:val="center"/>
            </w:pPr>
            <w:r>
              <w:t>47,2</w:t>
            </w:r>
          </w:p>
        </w:tc>
        <w:tc>
          <w:tcPr>
            <w:tcW w:w="0" w:type="auto"/>
          </w:tcPr>
          <w:p w14:paraId="0D491E7D" w14:textId="77777777" w:rsidR="000772B4" w:rsidRDefault="00746A89">
            <w:pPr>
              <w:jc w:val="center"/>
            </w:pPr>
            <w:r>
              <w:t>45,59</w:t>
            </w:r>
          </w:p>
        </w:tc>
        <w:tc>
          <w:tcPr>
            <w:tcW w:w="0" w:type="auto"/>
          </w:tcPr>
          <w:p w14:paraId="492350B1" w14:textId="77777777" w:rsidR="000772B4" w:rsidRDefault="00746A89">
            <w:pPr>
              <w:jc w:val="center"/>
            </w:pPr>
            <w:r>
              <w:t>55</w:t>
            </w:r>
          </w:p>
        </w:tc>
        <w:tc>
          <w:tcPr>
            <w:tcW w:w="0" w:type="auto"/>
          </w:tcPr>
          <w:p w14:paraId="6ADB6160" w14:textId="77777777" w:rsidR="000772B4" w:rsidRDefault="00746A89">
            <w:pPr>
              <w:jc w:val="center"/>
            </w:pPr>
            <w:r>
              <w:t>+74,41</w:t>
            </w:r>
          </w:p>
        </w:tc>
      </w:tr>
      <w:tr w:rsidR="000772B4" w14:paraId="137341D9" w14:textId="77777777">
        <w:trPr>
          <w:cantSplit/>
          <w:jc w:val="center"/>
        </w:trPr>
        <w:tc>
          <w:tcPr>
            <w:tcW w:w="0" w:type="auto"/>
          </w:tcPr>
          <w:p w14:paraId="4096B0C1" w14:textId="77777777" w:rsidR="000772B4" w:rsidRDefault="00746A89">
            <w:r>
              <w:t>УПК № 2 Шалым</w:t>
            </w:r>
          </w:p>
        </w:tc>
        <w:tc>
          <w:tcPr>
            <w:tcW w:w="0" w:type="auto"/>
          </w:tcPr>
          <w:p w14:paraId="7007B44D" w14:textId="77777777" w:rsidR="000772B4" w:rsidRDefault="00746A89">
            <w:pPr>
              <w:jc w:val="center"/>
            </w:pPr>
            <w:r>
              <w:t>0</w:t>
            </w:r>
          </w:p>
        </w:tc>
        <w:tc>
          <w:tcPr>
            <w:tcW w:w="0" w:type="auto"/>
          </w:tcPr>
          <w:p w14:paraId="729CE628" w14:textId="77777777" w:rsidR="000772B4" w:rsidRDefault="00746A89">
            <w:pPr>
              <w:jc w:val="center"/>
            </w:pPr>
            <w:r>
              <w:t>3,4</w:t>
            </w:r>
          </w:p>
        </w:tc>
        <w:tc>
          <w:tcPr>
            <w:tcW w:w="0" w:type="auto"/>
          </w:tcPr>
          <w:p w14:paraId="083673DC" w14:textId="77777777" w:rsidR="000772B4" w:rsidRDefault="00746A89">
            <w:pPr>
              <w:jc w:val="center"/>
            </w:pPr>
            <w:r>
              <w:t>2,28</w:t>
            </w:r>
          </w:p>
        </w:tc>
        <w:tc>
          <w:tcPr>
            <w:tcW w:w="0" w:type="auto"/>
          </w:tcPr>
          <w:p w14:paraId="2C0784FB" w14:textId="77777777" w:rsidR="000772B4" w:rsidRDefault="00746A89">
            <w:pPr>
              <w:jc w:val="center"/>
            </w:pPr>
            <w:r>
              <w:t>4,3</w:t>
            </w:r>
          </w:p>
        </w:tc>
        <w:tc>
          <w:tcPr>
            <w:tcW w:w="0" w:type="auto"/>
          </w:tcPr>
          <w:p w14:paraId="378564A8" w14:textId="77777777" w:rsidR="000772B4" w:rsidRDefault="00746A89">
            <w:pPr>
              <w:jc w:val="center"/>
            </w:pPr>
            <w:r>
              <w:t>−2,28</w:t>
            </w:r>
          </w:p>
        </w:tc>
      </w:tr>
      <w:tr w:rsidR="000772B4" w14:paraId="437DD662" w14:textId="77777777">
        <w:trPr>
          <w:cantSplit/>
          <w:jc w:val="center"/>
        </w:trPr>
        <w:tc>
          <w:tcPr>
            <w:tcW w:w="0" w:type="auto"/>
          </w:tcPr>
          <w:p w14:paraId="47B1D9E1" w14:textId="77777777" w:rsidR="000772B4" w:rsidRDefault="00746A89">
            <w:r>
              <w:t>УПК № 2 ЦМК</w:t>
            </w:r>
          </w:p>
        </w:tc>
        <w:tc>
          <w:tcPr>
            <w:tcW w:w="0" w:type="auto"/>
          </w:tcPr>
          <w:p w14:paraId="0D00617C" w14:textId="77777777" w:rsidR="000772B4" w:rsidRDefault="00746A89">
            <w:pPr>
              <w:jc w:val="center"/>
            </w:pPr>
            <w:r>
              <w:t>20</w:t>
            </w:r>
          </w:p>
        </w:tc>
        <w:tc>
          <w:tcPr>
            <w:tcW w:w="0" w:type="auto"/>
          </w:tcPr>
          <w:p w14:paraId="62A8963B" w14:textId="77777777" w:rsidR="000772B4" w:rsidRDefault="00746A89">
            <w:pPr>
              <w:jc w:val="center"/>
            </w:pPr>
            <w:r>
              <w:t>1,8</w:t>
            </w:r>
          </w:p>
        </w:tc>
        <w:tc>
          <w:tcPr>
            <w:tcW w:w="0" w:type="auto"/>
          </w:tcPr>
          <w:p w14:paraId="78983A82" w14:textId="77777777" w:rsidR="000772B4" w:rsidRDefault="00746A89">
            <w:pPr>
              <w:jc w:val="center"/>
            </w:pPr>
            <w:r>
              <w:t>1,71</w:t>
            </w:r>
          </w:p>
        </w:tc>
        <w:tc>
          <w:tcPr>
            <w:tcW w:w="0" w:type="auto"/>
          </w:tcPr>
          <w:p w14:paraId="03098EB5" w14:textId="77777777" w:rsidR="000772B4" w:rsidRDefault="00746A89">
            <w:pPr>
              <w:jc w:val="center"/>
            </w:pPr>
            <w:r>
              <w:t>1,4</w:t>
            </w:r>
          </w:p>
        </w:tc>
        <w:tc>
          <w:tcPr>
            <w:tcW w:w="0" w:type="auto"/>
          </w:tcPr>
          <w:p w14:paraId="20B46470" w14:textId="77777777" w:rsidR="000772B4" w:rsidRDefault="00746A89">
            <w:pPr>
              <w:jc w:val="center"/>
            </w:pPr>
            <w:r>
              <w:t>+18,29</w:t>
            </w:r>
          </w:p>
        </w:tc>
      </w:tr>
      <w:tr w:rsidR="000772B4" w14:paraId="7576B6E2" w14:textId="77777777">
        <w:trPr>
          <w:cantSplit/>
          <w:jc w:val="center"/>
        </w:trPr>
        <w:tc>
          <w:tcPr>
            <w:tcW w:w="0" w:type="auto"/>
          </w:tcPr>
          <w:p w14:paraId="4D965933" w14:textId="77777777" w:rsidR="000772B4" w:rsidRDefault="00746A89">
            <w:r>
              <w:t>УПК № 9 ГРЭ</w:t>
            </w:r>
          </w:p>
        </w:tc>
        <w:tc>
          <w:tcPr>
            <w:tcW w:w="0" w:type="auto"/>
          </w:tcPr>
          <w:p w14:paraId="1BE8CD13" w14:textId="77777777" w:rsidR="000772B4" w:rsidRDefault="00746A89">
            <w:pPr>
              <w:jc w:val="center"/>
            </w:pPr>
            <w:r>
              <w:t>0</w:t>
            </w:r>
          </w:p>
        </w:tc>
        <w:tc>
          <w:tcPr>
            <w:tcW w:w="0" w:type="auto"/>
          </w:tcPr>
          <w:p w14:paraId="4D1019AF" w14:textId="77777777" w:rsidR="000772B4" w:rsidRDefault="00746A89">
            <w:pPr>
              <w:jc w:val="center"/>
            </w:pPr>
            <w:r>
              <w:t>0,1</w:t>
            </w:r>
          </w:p>
        </w:tc>
        <w:tc>
          <w:tcPr>
            <w:tcW w:w="0" w:type="auto"/>
          </w:tcPr>
          <w:p w14:paraId="7DB628DC" w14:textId="77777777" w:rsidR="000772B4" w:rsidRDefault="00746A89">
            <w:pPr>
              <w:jc w:val="center"/>
            </w:pPr>
            <w:r>
              <w:t>0</w:t>
            </w:r>
          </w:p>
        </w:tc>
        <w:tc>
          <w:tcPr>
            <w:tcW w:w="0" w:type="auto"/>
          </w:tcPr>
          <w:p w14:paraId="504A7B67" w14:textId="77777777" w:rsidR="000772B4" w:rsidRDefault="00746A89">
            <w:pPr>
              <w:jc w:val="center"/>
            </w:pPr>
            <w:r>
              <w:t>0,6</w:t>
            </w:r>
          </w:p>
        </w:tc>
        <w:tc>
          <w:tcPr>
            <w:tcW w:w="0" w:type="auto"/>
          </w:tcPr>
          <w:p w14:paraId="546D0572" w14:textId="77777777" w:rsidR="000772B4" w:rsidRDefault="00746A89">
            <w:pPr>
              <w:jc w:val="center"/>
            </w:pPr>
            <w:r>
              <w:t>не определён</w:t>
            </w:r>
          </w:p>
        </w:tc>
      </w:tr>
      <w:tr w:rsidR="000772B4" w14:paraId="4D40D542" w14:textId="77777777">
        <w:trPr>
          <w:cantSplit/>
          <w:jc w:val="center"/>
        </w:trPr>
        <w:tc>
          <w:tcPr>
            <w:tcW w:w="0" w:type="auto"/>
          </w:tcPr>
          <w:p w14:paraId="6652FF73" w14:textId="77777777" w:rsidR="000772B4" w:rsidRDefault="00746A89">
            <w:r>
              <w:t>УПК № 5 Новый Шерегеш</w:t>
            </w:r>
          </w:p>
        </w:tc>
        <w:tc>
          <w:tcPr>
            <w:tcW w:w="0" w:type="auto"/>
          </w:tcPr>
          <w:p w14:paraId="191EC8A7" w14:textId="77777777" w:rsidR="000772B4" w:rsidRDefault="00746A89">
            <w:pPr>
              <w:jc w:val="center"/>
            </w:pPr>
            <w:r>
              <w:t>26,4</w:t>
            </w:r>
          </w:p>
        </w:tc>
        <w:tc>
          <w:tcPr>
            <w:tcW w:w="0" w:type="auto"/>
          </w:tcPr>
          <w:p w14:paraId="4D047B65" w14:textId="77777777" w:rsidR="000772B4" w:rsidRDefault="00746A89">
            <w:pPr>
              <w:jc w:val="center"/>
            </w:pPr>
            <w:r>
              <w:t>29,9</w:t>
            </w:r>
          </w:p>
        </w:tc>
        <w:tc>
          <w:tcPr>
            <w:tcW w:w="0" w:type="auto"/>
          </w:tcPr>
          <w:p w14:paraId="3FFEAB88" w14:textId="77777777" w:rsidR="000772B4" w:rsidRDefault="00746A89">
            <w:pPr>
              <w:jc w:val="center"/>
            </w:pPr>
            <w:r>
              <w:t>26,89</w:t>
            </w:r>
          </w:p>
        </w:tc>
        <w:tc>
          <w:tcPr>
            <w:tcW w:w="0" w:type="auto"/>
          </w:tcPr>
          <w:p w14:paraId="28075214" w14:textId="77777777" w:rsidR="000772B4" w:rsidRDefault="00746A89">
            <w:pPr>
              <w:jc w:val="center"/>
            </w:pPr>
            <w:r>
              <w:t>101,8</w:t>
            </w:r>
          </w:p>
        </w:tc>
        <w:tc>
          <w:tcPr>
            <w:tcW w:w="0" w:type="auto"/>
          </w:tcPr>
          <w:p w14:paraId="3BE4A2A8" w14:textId="77777777" w:rsidR="000772B4" w:rsidRDefault="00746A89">
            <w:pPr>
              <w:jc w:val="center"/>
            </w:pPr>
            <w:r>
              <w:t>−0,49</w:t>
            </w:r>
          </w:p>
        </w:tc>
      </w:tr>
      <w:tr w:rsidR="000772B4" w14:paraId="69A9BD9E" w14:textId="77777777">
        <w:trPr>
          <w:cantSplit/>
          <w:jc w:val="center"/>
        </w:trPr>
        <w:tc>
          <w:tcPr>
            <w:tcW w:w="0" w:type="auto"/>
          </w:tcPr>
          <w:p w14:paraId="4B4210BB" w14:textId="77777777" w:rsidR="000772B4" w:rsidRDefault="00746A89">
            <w:r>
              <w:t>УПК № 6 Старый Шерегеш</w:t>
            </w:r>
          </w:p>
        </w:tc>
        <w:tc>
          <w:tcPr>
            <w:tcW w:w="0" w:type="auto"/>
          </w:tcPr>
          <w:p w14:paraId="4088A1E9" w14:textId="77777777" w:rsidR="000772B4" w:rsidRDefault="00746A89">
            <w:pPr>
              <w:jc w:val="center"/>
            </w:pPr>
            <w:r>
              <w:t>5</w:t>
            </w:r>
          </w:p>
        </w:tc>
        <w:tc>
          <w:tcPr>
            <w:tcW w:w="0" w:type="auto"/>
          </w:tcPr>
          <w:p w14:paraId="54B84887" w14:textId="77777777" w:rsidR="000772B4" w:rsidRDefault="00746A89">
            <w:pPr>
              <w:jc w:val="center"/>
            </w:pPr>
            <w:r>
              <w:t>2,8</w:t>
            </w:r>
          </w:p>
        </w:tc>
        <w:tc>
          <w:tcPr>
            <w:tcW w:w="0" w:type="auto"/>
          </w:tcPr>
          <w:p w14:paraId="3CC33790" w14:textId="77777777" w:rsidR="000772B4" w:rsidRDefault="00746A89">
            <w:pPr>
              <w:jc w:val="center"/>
            </w:pPr>
            <w:r>
              <w:t>2,66</w:t>
            </w:r>
          </w:p>
        </w:tc>
        <w:tc>
          <w:tcPr>
            <w:tcW w:w="0" w:type="auto"/>
          </w:tcPr>
          <w:p w14:paraId="283764F5" w14:textId="77777777" w:rsidR="000772B4" w:rsidRDefault="00746A89">
            <w:pPr>
              <w:jc w:val="center"/>
            </w:pPr>
            <w:r>
              <w:t>2,1</w:t>
            </w:r>
          </w:p>
        </w:tc>
        <w:tc>
          <w:tcPr>
            <w:tcW w:w="0" w:type="auto"/>
          </w:tcPr>
          <w:p w14:paraId="7028D614" w14:textId="77777777" w:rsidR="000772B4" w:rsidRDefault="00746A89">
            <w:pPr>
              <w:jc w:val="center"/>
            </w:pPr>
            <w:r>
              <w:t>+2,34</w:t>
            </w:r>
          </w:p>
        </w:tc>
      </w:tr>
      <w:tr w:rsidR="000772B4" w14:paraId="6B88DA3F" w14:textId="77777777">
        <w:trPr>
          <w:cantSplit/>
          <w:jc w:val="center"/>
        </w:trPr>
        <w:tc>
          <w:tcPr>
            <w:tcW w:w="0" w:type="auto"/>
          </w:tcPr>
          <w:p w14:paraId="2FDC3615" w14:textId="77777777" w:rsidR="000772B4" w:rsidRDefault="00746A89">
            <w:r>
              <w:t>УПК № 7 Каз</w:t>
            </w:r>
          </w:p>
        </w:tc>
        <w:tc>
          <w:tcPr>
            <w:tcW w:w="0" w:type="auto"/>
          </w:tcPr>
          <w:p w14:paraId="2E139BBF" w14:textId="77777777" w:rsidR="000772B4" w:rsidRDefault="00746A89">
            <w:pPr>
              <w:jc w:val="center"/>
            </w:pPr>
            <w:r>
              <w:t>40</w:t>
            </w:r>
          </w:p>
        </w:tc>
        <w:tc>
          <w:tcPr>
            <w:tcW w:w="0" w:type="auto"/>
          </w:tcPr>
          <w:p w14:paraId="414AB93E" w14:textId="77777777" w:rsidR="000772B4" w:rsidRDefault="00746A89">
            <w:pPr>
              <w:jc w:val="center"/>
            </w:pPr>
            <w:r>
              <w:t>13,5</w:t>
            </w:r>
          </w:p>
        </w:tc>
        <w:tc>
          <w:tcPr>
            <w:tcW w:w="0" w:type="auto"/>
          </w:tcPr>
          <w:p w14:paraId="6AB1449B" w14:textId="77777777" w:rsidR="000772B4" w:rsidRDefault="00746A89">
            <w:pPr>
              <w:jc w:val="center"/>
            </w:pPr>
            <w:r>
              <w:t>12,92</w:t>
            </w:r>
          </w:p>
        </w:tc>
        <w:tc>
          <w:tcPr>
            <w:tcW w:w="0" w:type="auto"/>
          </w:tcPr>
          <w:p w14:paraId="2DA1DA48" w14:textId="77777777" w:rsidR="000772B4" w:rsidRDefault="00746A89">
            <w:pPr>
              <w:jc w:val="center"/>
            </w:pPr>
            <w:r>
              <w:t>19,4</w:t>
            </w:r>
          </w:p>
        </w:tc>
        <w:tc>
          <w:tcPr>
            <w:tcW w:w="0" w:type="auto"/>
          </w:tcPr>
          <w:p w14:paraId="353FCC2E" w14:textId="77777777" w:rsidR="000772B4" w:rsidRDefault="00746A89">
            <w:pPr>
              <w:jc w:val="center"/>
            </w:pPr>
            <w:r>
              <w:t>+27,08</w:t>
            </w:r>
          </w:p>
        </w:tc>
      </w:tr>
      <w:tr w:rsidR="000772B4" w14:paraId="2E4A4777" w14:textId="77777777">
        <w:trPr>
          <w:cantSplit/>
          <w:jc w:val="center"/>
        </w:trPr>
        <w:tc>
          <w:tcPr>
            <w:tcW w:w="0" w:type="auto"/>
          </w:tcPr>
          <w:p w14:paraId="7C29A569" w14:textId="77777777" w:rsidR="000772B4" w:rsidRDefault="00746A89">
            <w:r>
              <w:t>УПК № 8 Мундыбаш</w:t>
            </w:r>
          </w:p>
        </w:tc>
        <w:tc>
          <w:tcPr>
            <w:tcW w:w="0" w:type="auto"/>
          </w:tcPr>
          <w:p w14:paraId="64BB972B" w14:textId="77777777" w:rsidR="000772B4" w:rsidRDefault="00746A89">
            <w:pPr>
              <w:jc w:val="center"/>
            </w:pPr>
            <w:r>
              <w:t>60</w:t>
            </w:r>
          </w:p>
        </w:tc>
        <w:tc>
          <w:tcPr>
            <w:tcW w:w="0" w:type="auto"/>
          </w:tcPr>
          <w:p w14:paraId="0BA3275D" w14:textId="77777777" w:rsidR="000772B4" w:rsidRDefault="00746A89">
            <w:pPr>
              <w:jc w:val="center"/>
            </w:pPr>
            <w:r>
              <w:t>8,3</w:t>
            </w:r>
          </w:p>
        </w:tc>
        <w:tc>
          <w:tcPr>
            <w:tcW w:w="0" w:type="auto"/>
          </w:tcPr>
          <w:p w14:paraId="0D29CCFE" w14:textId="77777777" w:rsidR="000772B4" w:rsidRDefault="00746A89">
            <w:pPr>
              <w:jc w:val="center"/>
            </w:pPr>
            <w:r>
              <w:t>7,92</w:t>
            </w:r>
          </w:p>
        </w:tc>
        <w:tc>
          <w:tcPr>
            <w:tcW w:w="0" w:type="auto"/>
          </w:tcPr>
          <w:p w14:paraId="17A9D437" w14:textId="77777777" w:rsidR="000772B4" w:rsidRDefault="00746A89">
            <w:pPr>
              <w:jc w:val="center"/>
            </w:pPr>
            <w:r>
              <w:t>7,2</w:t>
            </w:r>
          </w:p>
        </w:tc>
        <w:tc>
          <w:tcPr>
            <w:tcW w:w="0" w:type="auto"/>
          </w:tcPr>
          <w:p w14:paraId="693EEE56" w14:textId="77777777" w:rsidR="000772B4" w:rsidRDefault="00746A89">
            <w:pPr>
              <w:jc w:val="center"/>
            </w:pPr>
            <w:r>
              <w:t>+52,08</w:t>
            </w:r>
          </w:p>
        </w:tc>
      </w:tr>
      <w:tr w:rsidR="000772B4" w14:paraId="3A926B95" w14:textId="77777777">
        <w:trPr>
          <w:cantSplit/>
          <w:jc w:val="center"/>
        </w:trPr>
        <w:tc>
          <w:tcPr>
            <w:tcW w:w="0" w:type="auto"/>
          </w:tcPr>
          <w:p w14:paraId="72A45B1F" w14:textId="77777777" w:rsidR="000772B4" w:rsidRDefault="00746A89">
            <w:r>
              <w:t>УПК № 10 Темир-Тау</w:t>
            </w:r>
          </w:p>
        </w:tc>
        <w:tc>
          <w:tcPr>
            <w:tcW w:w="0" w:type="auto"/>
          </w:tcPr>
          <w:p w14:paraId="2648ABA0" w14:textId="77777777" w:rsidR="000772B4" w:rsidRDefault="00746A89">
            <w:pPr>
              <w:jc w:val="center"/>
            </w:pPr>
            <w:r>
              <w:t>0</w:t>
            </w:r>
          </w:p>
        </w:tc>
        <w:tc>
          <w:tcPr>
            <w:tcW w:w="0" w:type="auto"/>
          </w:tcPr>
          <w:p w14:paraId="4CECDA3D" w14:textId="77777777" w:rsidR="000772B4" w:rsidRDefault="00746A89">
            <w:pPr>
              <w:jc w:val="center"/>
            </w:pPr>
            <w:r>
              <w:t>6,1</w:t>
            </w:r>
          </w:p>
        </w:tc>
        <w:tc>
          <w:tcPr>
            <w:tcW w:w="0" w:type="auto"/>
          </w:tcPr>
          <w:p w14:paraId="357D2A15" w14:textId="77777777" w:rsidR="000772B4" w:rsidRDefault="00746A89">
            <w:pPr>
              <w:jc w:val="center"/>
            </w:pPr>
            <w:r>
              <w:t>4,05</w:t>
            </w:r>
          </w:p>
        </w:tc>
        <w:tc>
          <w:tcPr>
            <w:tcW w:w="0" w:type="auto"/>
          </w:tcPr>
          <w:p w14:paraId="1DC42BE4" w14:textId="77777777" w:rsidR="000772B4" w:rsidRDefault="00746A89">
            <w:pPr>
              <w:jc w:val="center"/>
            </w:pPr>
            <w:r>
              <w:t>5,4</w:t>
            </w:r>
          </w:p>
        </w:tc>
        <w:tc>
          <w:tcPr>
            <w:tcW w:w="0" w:type="auto"/>
          </w:tcPr>
          <w:p w14:paraId="09D48F84" w14:textId="77777777" w:rsidR="000772B4" w:rsidRDefault="00746A89">
            <w:pPr>
              <w:jc w:val="center"/>
            </w:pPr>
            <w:r>
              <w:t>−4,05</w:t>
            </w:r>
          </w:p>
        </w:tc>
      </w:tr>
      <w:tr w:rsidR="000772B4" w14:paraId="08B3835B" w14:textId="77777777">
        <w:trPr>
          <w:cantSplit/>
          <w:jc w:val="center"/>
        </w:trPr>
        <w:tc>
          <w:tcPr>
            <w:tcW w:w="0" w:type="auto"/>
          </w:tcPr>
          <w:p w14:paraId="1E36088D" w14:textId="77777777" w:rsidR="000772B4" w:rsidRDefault="00746A89">
            <w:r>
              <w:t>УПК № 3 Спасск</w:t>
            </w:r>
          </w:p>
        </w:tc>
        <w:tc>
          <w:tcPr>
            <w:tcW w:w="0" w:type="auto"/>
          </w:tcPr>
          <w:p w14:paraId="19F2BF66" w14:textId="77777777" w:rsidR="000772B4" w:rsidRDefault="00746A89">
            <w:pPr>
              <w:jc w:val="center"/>
            </w:pPr>
            <w:r>
              <w:t>0</w:t>
            </w:r>
          </w:p>
        </w:tc>
        <w:tc>
          <w:tcPr>
            <w:tcW w:w="0" w:type="auto"/>
          </w:tcPr>
          <w:p w14:paraId="10A56C0C" w14:textId="77777777" w:rsidR="000772B4" w:rsidRDefault="00746A89">
            <w:pPr>
              <w:jc w:val="center"/>
            </w:pPr>
            <w:r>
              <w:t>0,6</w:t>
            </w:r>
          </w:p>
        </w:tc>
        <w:tc>
          <w:tcPr>
            <w:tcW w:w="0" w:type="auto"/>
          </w:tcPr>
          <w:p w14:paraId="352EC07B" w14:textId="77777777" w:rsidR="000772B4" w:rsidRDefault="00746A89">
            <w:pPr>
              <w:jc w:val="center"/>
            </w:pPr>
            <w:r>
              <w:t>0,43</w:t>
            </w:r>
          </w:p>
        </w:tc>
        <w:tc>
          <w:tcPr>
            <w:tcW w:w="0" w:type="auto"/>
          </w:tcPr>
          <w:p w14:paraId="5D9B0A65" w14:textId="77777777" w:rsidR="000772B4" w:rsidRDefault="00746A89">
            <w:pPr>
              <w:jc w:val="center"/>
            </w:pPr>
            <w:r>
              <w:t>1,1</w:t>
            </w:r>
          </w:p>
        </w:tc>
        <w:tc>
          <w:tcPr>
            <w:tcW w:w="0" w:type="auto"/>
          </w:tcPr>
          <w:p w14:paraId="1FEAAB1F" w14:textId="77777777" w:rsidR="000772B4" w:rsidRDefault="00746A89">
            <w:pPr>
              <w:jc w:val="center"/>
            </w:pPr>
            <w:r>
              <w:t>−0,43</w:t>
            </w:r>
          </w:p>
        </w:tc>
      </w:tr>
    </w:tbl>
    <w:p w14:paraId="69C2EB49" w14:textId="77777777" w:rsidR="000772B4" w:rsidRDefault="000772B4">
      <w:pPr>
        <w:spacing w:after="40"/>
      </w:pPr>
    </w:p>
    <w:p w14:paraId="75C93651" w14:textId="77777777" w:rsidR="000772B4" w:rsidRPr="00794D67" w:rsidRDefault="00746A89">
      <w:pPr>
        <w:spacing w:after="80"/>
        <w:jc w:val="both"/>
        <w:rPr>
          <w:lang w:val="ru-RU"/>
        </w:rPr>
      </w:pPr>
      <w:r w:rsidRPr="00794D67">
        <w:rPr>
          <w:lang w:val="ru-RU"/>
        </w:rPr>
        <w:t>Расчёт выявляет дефицит производительности водоподготовительных установок по четырём источникам: УПК № 2 «Шалым» минус 2,28 т/ч, УПК № 10 «Темир-Тау» минус 4,05 т/ч, УПК № 5 «Новый Шерегеш» минус 0,49 т/ч, УПК № 3 «Спасск» минус 0,43 т/ч.</w:t>
      </w:r>
    </w:p>
    <w:p w14:paraId="4335C9B8" w14:textId="77777777" w:rsidR="000772B4" w:rsidRPr="00794D67" w:rsidRDefault="00746A89">
      <w:pPr>
        <w:spacing w:after="80"/>
        <w:jc w:val="both"/>
        <w:rPr>
          <w:lang w:val="ru-RU"/>
        </w:rPr>
      </w:pPr>
      <w:r w:rsidRPr="00794D67">
        <w:rPr>
          <w:lang w:val="ru-RU"/>
        </w:rPr>
        <w:t>По трём из четырёх источников заявленная производительность равна нулю при ненулевой требуемой. Это расхождение исходных данных: по УПК № 10 «Темир-Тау» расчёты нормативов 2019 года прямо указывают натрий-катионитовые фильтры с режимной картой наладки химводоочистки, то есть водоподготовка на источнике существовала. Нулевое значение подтверждённым отсутствием установки не является.</w:t>
      </w:r>
    </w:p>
    <w:p w14:paraId="01888146" w14:textId="77777777" w:rsidR="000772B4" w:rsidRPr="00794D67" w:rsidRDefault="00746A89">
      <w:pPr>
        <w:spacing w:after="80"/>
        <w:jc w:val="both"/>
        <w:rPr>
          <w:lang w:val="ru-RU"/>
        </w:rPr>
      </w:pPr>
      <w:r w:rsidRPr="00794D67">
        <w:rPr>
          <w:lang w:val="ru-RU"/>
        </w:rPr>
        <w:t>По УПК № 5 «Новый Шерегеш» дефицит 0,49 т/ч на 2026 год возникает при производительности установки 26,4 т/ч и подпитке 26,890 т/ч. На 2031 и 2036 годы дефицит возрастает до 4,25 т/ч вследствие роста нормативных утечек. Баки-аккумуляторы отсутствуют, поэтому пиковый водоразбор демпфирования не имеет. Требуемая аварийная подпитка 101,8 т/ч — наибольшая по округу, почти вчетверо превышает производительность установки; резерв в аварийном режиме составляет −75,40 т/ч.</w:t>
      </w:r>
    </w:p>
    <w:p w14:paraId="6CD3FD58" w14:textId="77777777" w:rsidR="000772B4" w:rsidRPr="00794D67" w:rsidRDefault="00746A89">
      <w:pPr>
        <w:spacing w:after="80"/>
        <w:jc w:val="both"/>
        <w:rPr>
          <w:lang w:val="ru-RU"/>
        </w:rPr>
      </w:pPr>
      <w:r w:rsidRPr="00794D67">
        <w:rPr>
          <w:lang w:val="ru-RU"/>
        </w:rPr>
        <w:t>Дефицит в аварийном режиме выявлен по пяти источникам: УПК № 5 −75,40, УПК № 10 −5,40, УПК № 2 «Шалым» −4,30, УПК № 3 «Спасск» −1,10 и УПК № 9 «ГРЭ» −0,60 т/ч. Аварийная подпитка нормируется объёмом тепловой сети и выполняется химически не обработанной и не деаэрированной водой.</w:t>
      </w:r>
    </w:p>
    <w:p w14:paraId="1BAB0B8A" w14:textId="77777777" w:rsidR="000772B4" w:rsidRPr="00794D67" w:rsidRDefault="00746A89">
      <w:pPr>
        <w:spacing w:after="80"/>
        <w:rPr>
          <w:lang w:val="ru-RU"/>
        </w:rPr>
      </w:pPr>
      <w:r w:rsidRPr="00794D67">
        <w:rPr>
          <w:i/>
          <w:color w:val="993300"/>
          <w:lang w:val="ru-RU"/>
        </w:rPr>
        <w:t>Подлежит уточнению по данным эксплуатирующей организации: фактическая технология и производительность водоподготовки по УПК № 2 «Шалым», УПК № 9 «ГРЭ», УПК № 10 «Темир-Тау» и УПК № 3 «Спасск».</w:t>
      </w:r>
    </w:p>
    <w:p w14:paraId="0BE661D0" w14:textId="77777777" w:rsidR="007A4ED8" w:rsidRPr="00794D67" w:rsidRDefault="009B7F9E">
      <w:pPr>
        <w:rPr>
          <w:lang w:val="ru-RU"/>
        </w:rPr>
      </w:pPr>
      <w:r w:rsidRPr="00794D67">
        <w:rPr>
          <w:lang w:val="ru-RU"/>
        </w:rPr>
        <w:t>Соотношение производительности водоподготовительных установок и потребности в подпитке приведено на рисунке 16.</w:t>
      </w:r>
    </w:p>
    <w:p w14:paraId="20431047" w14:textId="77777777" w:rsidR="00B808F9" w:rsidRPr="00794D67" w:rsidRDefault="00B808F9">
      <w:pPr>
        <w:rPr>
          <w:lang w:val="ru-RU"/>
        </w:rPr>
        <w:sectPr w:rsidR="00B808F9" w:rsidRPr="00794D67" w:rsidSect="00034616">
          <w:footerReference w:type="default" r:id="rId77"/>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7D4319C" w14:textId="77777777" w:rsidR="007A4ED8" w:rsidRDefault="009B7F9E">
      <w:pPr>
        <w:keepNext/>
        <w:jc w:val="center"/>
      </w:pPr>
      <w:r>
        <w:rPr>
          <w:noProof/>
          <w:lang w:val="ru-RU" w:eastAsia="ru-RU"/>
        </w:rPr>
        <w:drawing>
          <wp:inline distT="0" distB="0" distL="0" distR="0" wp14:anchorId="0395A6AB" wp14:editId="1F2797DC">
            <wp:extent cx="7560000" cy="3906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07.png"/>
                    <pic:cNvPicPr/>
                  </pic:nvPicPr>
                  <pic:blipFill>
                    <a:blip r:embed="rId78"/>
                    <a:stretch>
                      <a:fillRect/>
                    </a:stretch>
                  </pic:blipFill>
                  <pic:spPr>
                    <a:xfrm>
                      <a:off x="0" y="0"/>
                      <a:ext cx="7560000" cy="3906000"/>
                    </a:xfrm>
                    <a:prstGeom prst="rect">
                      <a:avLst/>
                    </a:prstGeom>
                  </pic:spPr>
                </pic:pic>
              </a:graphicData>
            </a:graphic>
          </wp:inline>
        </w:drawing>
      </w:r>
    </w:p>
    <w:p w14:paraId="328001E4" w14:textId="77777777" w:rsidR="007A4ED8" w:rsidRPr="00794D67" w:rsidRDefault="009B7F9E">
      <w:pPr>
        <w:jc w:val="center"/>
        <w:rPr>
          <w:lang w:val="ru-RU"/>
        </w:rPr>
      </w:pPr>
      <w:r w:rsidRPr="00794D67">
        <w:rPr>
          <w:lang w:val="ru-RU"/>
        </w:rPr>
        <w:t>Рисунок 16 — Производительность водоподготовительных установок и потребность в подпитке</w:t>
      </w:r>
    </w:p>
    <w:p w14:paraId="73D567F5" w14:textId="77777777" w:rsidR="00B808F9" w:rsidRPr="00794D67" w:rsidRDefault="00B808F9">
      <w:pPr>
        <w:rPr>
          <w:lang w:val="ru-RU"/>
        </w:rPr>
        <w:sectPr w:rsidR="00B808F9" w:rsidRPr="00794D67" w:rsidSect="00034616">
          <w:footerReference w:type="default" r:id="rId79"/>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D0223EE" w14:textId="77777777" w:rsidR="000772B4" w:rsidRPr="00344E69" w:rsidRDefault="00746A89">
      <w:pPr>
        <w:pStyle w:val="21"/>
        <w:rPr>
          <w:lang w:val="ru-RU"/>
        </w:rPr>
      </w:pPr>
      <w:bookmarkStart w:id="47" w:name="_Toc238015638"/>
      <w:r w:rsidRPr="00344E69">
        <w:rPr>
          <w:lang w:val="ru-RU"/>
        </w:rPr>
        <w:t>6.5. Паровые и конденсатные системы</w:t>
      </w:r>
      <w:bookmarkEnd w:id="47"/>
    </w:p>
    <w:p w14:paraId="36293A1A" w14:textId="77777777" w:rsidR="000772B4" w:rsidRPr="00794D67" w:rsidRDefault="00746A89">
      <w:pPr>
        <w:spacing w:after="80"/>
        <w:jc w:val="both"/>
        <w:rPr>
          <w:lang w:val="ru-RU"/>
        </w:rPr>
      </w:pPr>
      <w:r w:rsidRPr="00794D67">
        <w:rPr>
          <w:lang w:val="ru-RU"/>
        </w:rPr>
        <w:t>Паровая нагрузка относится к УПК № 1, УПК № 5 и УПК № 6 и учитывается отдельным слоем. Паровая нагрузка в гигакалориях в час с массовым расходом пара без приведения не сопоставляется.</w:t>
      </w:r>
    </w:p>
    <w:p w14:paraId="66A6CCB6" w14:textId="77777777" w:rsidR="000772B4" w:rsidRDefault="00746A89">
      <w:pPr>
        <w:keepNext/>
        <w:spacing w:before="160"/>
      </w:pPr>
      <w:r>
        <w:rPr>
          <w:b/>
        </w:rPr>
        <w:t>Таблица 6.5 — Паровые и конденсатные сети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4104"/>
        <w:gridCol w:w="2038"/>
        <w:gridCol w:w="1293"/>
        <w:gridCol w:w="971"/>
        <w:gridCol w:w="939"/>
      </w:tblGrid>
      <w:tr w:rsidR="000772B4" w14:paraId="4F23FEF4" w14:textId="77777777">
        <w:trPr>
          <w:cantSplit/>
          <w:tblHeader/>
          <w:jc w:val="center"/>
        </w:trPr>
        <w:tc>
          <w:tcPr>
            <w:tcW w:w="0" w:type="auto"/>
            <w:shd w:val="clear" w:color="auto" w:fill="E2F0D9"/>
          </w:tcPr>
          <w:p w14:paraId="28085715" w14:textId="77777777" w:rsidR="000772B4" w:rsidRDefault="00746A89">
            <w:pPr>
              <w:jc w:val="center"/>
            </w:pPr>
            <w:r>
              <w:rPr>
                <w:b/>
              </w:rPr>
              <w:t>Участок</w:t>
            </w:r>
          </w:p>
        </w:tc>
        <w:tc>
          <w:tcPr>
            <w:tcW w:w="0" w:type="auto"/>
            <w:shd w:val="clear" w:color="auto" w:fill="E2F0D9"/>
          </w:tcPr>
          <w:p w14:paraId="630188DC" w14:textId="77777777" w:rsidR="000772B4" w:rsidRDefault="00746A89">
            <w:pPr>
              <w:jc w:val="center"/>
            </w:pPr>
            <w:r>
              <w:rPr>
                <w:b/>
              </w:rPr>
              <w:t>Вид трубопровода</w:t>
            </w:r>
          </w:p>
        </w:tc>
        <w:tc>
          <w:tcPr>
            <w:tcW w:w="0" w:type="auto"/>
            <w:shd w:val="clear" w:color="auto" w:fill="E2F0D9"/>
          </w:tcPr>
          <w:p w14:paraId="4CEC3DA8" w14:textId="77777777" w:rsidR="000772B4" w:rsidRDefault="00746A89">
            <w:pPr>
              <w:jc w:val="center"/>
            </w:pPr>
            <w:r>
              <w:rPr>
                <w:b/>
              </w:rPr>
              <w:t>Диаметр, мм</w:t>
            </w:r>
          </w:p>
        </w:tc>
        <w:tc>
          <w:tcPr>
            <w:tcW w:w="0" w:type="auto"/>
            <w:shd w:val="clear" w:color="auto" w:fill="E2F0D9"/>
          </w:tcPr>
          <w:p w14:paraId="1E0638CA" w14:textId="77777777" w:rsidR="000772B4" w:rsidRDefault="00746A89">
            <w:pPr>
              <w:jc w:val="center"/>
            </w:pPr>
            <w:r>
              <w:rPr>
                <w:b/>
              </w:rPr>
              <w:t>Длина, м</w:t>
            </w:r>
          </w:p>
        </w:tc>
        <w:tc>
          <w:tcPr>
            <w:tcW w:w="0" w:type="auto"/>
            <w:shd w:val="clear" w:color="auto" w:fill="E2F0D9"/>
          </w:tcPr>
          <w:p w14:paraId="6FBD604B" w14:textId="77777777" w:rsidR="000772B4" w:rsidRDefault="00746A89">
            <w:pPr>
              <w:jc w:val="center"/>
            </w:pPr>
            <w:r>
              <w:rPr>
                <w:b/>
              </w:rPr>
              <w:t>Год ввода</w:t>
            </w:r>
          </w:p>
        </w:tc>
      </w:tr>
      <w:tr w:rsidR="000772B4" w14:paraId="0108D9B1" w14:textId="77777777">
        <w:trPr>
          <w:cantSplit/>
          <w:jc w:val="center"/>
        </w:trPr>
        <w:tc>
          <w:tcPr>
            <w:tcW w:w="0" w:type="auto"/>
          </w:tcPr>
          <w:p w14:paraId="32F8AB16" w14:textId="77777777" w:rsidR="000772B4" w:rsidRDefault="00746A89">
            <w:r>
              <w:t>Котельная — Бойлерная № 1</w:t>
            </w:r>
          </w:p>
        </w:tc>
        <w:tc>
          <w:tcPr>
            <w:tcW w:w="0" w:type="auto"/>
          </w:tcPr>
          <w:p w14:paraId="08C839AC" w14:textId="77777777" w:rsidR="000772B4" w:rsidRDefault="00746A89">
            <w:pPr>
              <w:jc w:val="center"/>
            </w:pPr>
            <w:r>
              <w:t>паропровод</w:t>
            </w:r>
          </w:p>
        </w:tc>
        <w:tc>
          <w:tcPr>
            <w:tcW w:w="0" w:type="auto"/>
          </w:tcPr>
          <w:p w14:paraId="04592453" w14:textId="77777777" w:rsidR="000772B4" w:rsidRDefault="00746A89">
            <w:pPr>
              <w:jc w:val="center"/>
            </w:pPr>
            <w:r>
              <w:t>159</w:t>
            </w:r>
          </w:p>
        </w:tc>
        <w:tc>
          <w:tcPr>
            <w:tcW w:w="0" w:type="auto"/>
          </w:tcPr>
          <w:p w14:paraId="6AD33767" w14:textId="77777777" w:rsidR="000772B4" w:rsidRDefault="00746A89">
            <w:pPr>
              <w:jc w:val="center"/>
            </w:pPr>
            <w:r>
              <w:t>104</w:t>
            </w:r>
          </w:p>
        </w:tc>
        <w:tc>
          <w:tcPr>
            <w:tcW w:w="0" w:type="auto"/>
          </w:tcPr>
          <w:p w14:paraId="44014D8C" w14:textId="77777777" w:rsidR="000772B4" w:rsidRDefault="00746A89">
            <w:pPr>
              <w:jc w:val="center"/>
            </w:pPr>
            <w:r>
              <w:t>1975</w:t>
            </w:r>
          </w:p>
        </w:tc>
      </w:tr>
      <w:tr w:rsidR="000772B4" w14:paraId="54639676" w14:textId="77777777">
        <w:trPr>
          <w:cantSplit/>
          <w:jc w:val="center"/>
        </w:trPr>
        <w:tc>
          <w:tcPr>
            <w:tcW w:w="0" w:type="auto"/>
          </w:tcPr>
          <w:p w14:paraId="4B940902" w14:textId="77777777" w:rsidR="000772B4" w:rsidRDefault="00746A89">
            <w:r>
              <w:t>АБК — Бойлерная № 2</w:t>
            </w:r>
          </w:p>
        </w:tc>
        <w:tc>
          <w:tcPr>
            <w:tcW w:w="0" w:type="auto"/>
          </w:tcPr>
          <w:p w14:paraId="092A63EE" w14:textId="77777777" w:rsidR="000772B4" w:rsidRDefault="00746A89">
            <w:pPr>
              <w:jc w:val="center"/>
            </w:pPr>
            <w:r>
              <w:t>паропровод</w:t>
            </w:r>
          </w:p>
        </w:tc>
        <w:tc>
          <w:tcPr>
            <w:tcW w:w="0" w:type="auto"/>
          </w:tcPr>
          <w:p w14:paraId="3A484401" w14:textId="77777777" w:rsidR="000772B4" w:rsidRDefault="00746A89">
            <w:pPr>
              <w:jc w:val="center"/>
            </w:pPr>
            <w:r>
              <w:t>108</w:t>
            </w:r>
          </w:p>
        </w:tc>
        <w:tc>
          <w:tcPr>
            <w:tcW w:w="0" w:type="auto"/>
          </w:tcPr>
          <w:p w14:paraId="0165AA17" w14:textId="77777777" w:rsidR="000772B4" w:rsidRDefault="00746A89">
            <w:pPr>
              <w:jc w:val="center"/>
            </w:pPr>
            <w:r>
              <w:t>320</w:t>
            </w:r>
          </w:p>
        </w:tc>
        <w:tc>
          <w:tcPr>
            <w:tcW w:w="0" w:type="auto"/>
          </w:tcPr>
          <w:p w14:paraId="343AF206" w14:textId="77777777" w:rsidR="000772B4" w:rsidRDefault="00746A89">
            <w:pPr>
              <w:jc w:val="center"/>
            </w:pPr>
            <w:r>
              <w:t>1975</w:t>
            </w:r>
          </w:p>
        </w:tc>
      </w:tr>
      <w:tr w:rsidR="000772B4" w14:paraId="24CB13FD" w14:textId="77777777">
        <w:trPr>
          <w:cantSplit/>
          <w:jc w:val="center"/>
        </w:trPr>
        <w:tc>
          <w:tcPr>
            <w:tcW w:w="0" w:type="auto"/>
          </w:tcPr>
          <w:p w14:paraId="0B9020BF" w14:textId="77777777" w:rsidR="000772B4" w:rsidRDefault="00746A89">
            <w:r>
              <w:t>Котельная — Евразруда</w:t>
            </w:r>
          </w:p>
        </w:tc>
        <w:tc>
          <w:tcPr>
            <w:tcW w:w="0" w:type="auto"/>
          </w:tcPr>
          <w:p w14:paraId="33450286" w14:textId="77777777" w:rsidR="000772B4" w:rsidRDefault="00746A89">
            <w:pPr>
              <w:jc w:val="center"/>
            </w:pPr>
            <w:r>
              <w:t>паропровод</w:t>
            </w:r>
          </w:p>
        </w:tc>
        <w:tc>
          <w:tcPr>
            <w:tcW w:w="0" w:type="auto"/>
          </w:tcPr>
          <w:p w14:paraId="797E9EED" w14:textId="77777777" w:rsidR="000772B4" w:rsidRDefault="00746A89">
            <w:pPr>
              <w:jc w:val="center"/>
            </w:pPr>
            <w:r>
              <w:t>530</w:t>
            </w:r>
          </w:p>
        </w:tc>
        <w:tc>
          <w:tcPr>
            <w:tcW w:w="0" w:type="auto"/>
          </w:tcPr>
          <w:p w14:paraId="09A3D88C" w14:textId="77777777" w:rsidR="000772B4" w:rsidRDefault="00746A89">
            <w:pPr>
              <w:jc w:val="center"/>
            </w:pPr>
            <w:r>
              <w:t>95</w:t>
            </w:r>
          </w:p>
        </w:tc>
        <w:tc>
          <w:tcPr>
            <w:tcW w:w="0" w:type="auto"/>
          </w:tcPr>
          <w:p w14:paraId="6DB71C71" w14:textId="77777777" w:rsidR="000772B4" w:rsidRDefault="00746A89">
            <w:pPr>
              <w:jc w:val="center"/>
            </w:pPr>
            <w:r>
              <w:t>1976</w:t>
            </w:r>
          </w:p>
        </w:tc>
      </w:tr>
      <w:tr w:rsidR="000772B4" w14:paraId="1AC8A251" w14:textId="77777777">
        <w:trPr>
          <w:cantSplit/>
          <w:jc w:val="center"/>
        </w:trPr>
        <w:tc>
          <w:tcPr>
            <w:tcW w:w="0" w:type="auto"/>
          </w:tcPr>
          <w:p w14:paraId="1DCA8AFB" w14:textId="77777777" w:rsidR="000772B4" w:rsidRDefault="00746A89">
            <w:r w:rsidRPr="00794D67">
              <w:rPr>
                <w:lang w:val="ru-RU"/>
              </w:rPr>
              <w:t xml:space="preserve">Котельная — центральный тепловой пункт, ул. </w:t>
            </w:r>
            <w:r>
              <w:t>Островского</w:t>
            </w:r>
          </w:p>
        </w:tc>
        <w:tc>
          <w:tcPr>
            <w:tcW w:w="0" w:type="auto"/>
          </w:tcPr>
          <w:p w14:paraId="7E429041" w14:textId="77777777" w:rsidR="000772B4" w:rsidRDefault="00746A89">
            <w:pPr>
              <w:jc w:val="center"/>
            </w:pPr>
            <w:r>
              <w:t>паропровод</w:t>
            </w:r>
          </w:p>
        </w:tc>
        <w:tc>
          <w:tcPr>
            <w:tcW w:w="0" w:type="auto"/>
          </w:tcPr>
          <w:p w14:paraId="5AA4FBFB" w14:textId="77777777" w:rsidR="000772B4" w:rsidRDefault="00746A89">
            <w:pPr>
              <w:jc w:val="center"/>
            </w:pPr>
            <w:r>
              <w:t>159</w:t>
            </w:r>
          </w:p>
        </w:tc>
        <w:tc>
          <w:tcPr>
            <w:tcW w:w="0" w:type="auto"/>
          </w:tcPr>
          <w:p w14:paraId="0663BB75" w14:textId="77777777" w:rsidR="000772B4" w:rsidRDefault="00746A89">
            <w:pPr>
              <w:jc w:val="center"/>
            </w:pPr>
            <w:r>
              <w:t>1 300</w:t>
            </w:r>
          </w:p>
        </w:tc>
        <w:tc>
          <w:tcPr>
            <w:tcW w:w="0" w:type="auto"/>
          </w:tcPr>
          <w:p w14:paraId="3B1B20DD" w14:textId="77777777" w:rsidR="000772B4" w:rsidRDefault="00746A89">
            <w:pPr>
              <w:jc w:val="center"/>
            </w:pPr>
            <w:r>
              <w:t>2014</w:t>
            </w:r>
          </w:p>
        </w:tc>
      </w:tr>
      <w:tr w:rsidR="000772B4" w14:paraId="30A9F861" w14:textId="77777777">
        <w:trPr>
          <w:cantSplit/>
          <w:jc w:val="center"/>
        </w:trPr>
        <w:tc>
          <w:tcPr>
            <w:tcW w:w="0" w:type="auto"/>
          </w:tcPr>
          <w:p w14:paraId="1E07C3B6" w14:textId="77777777" w:rsidR="000772B4" w:rsidRPr="00794D67" w:rsidRDefault="00746A89">
            <w:pPr>
              <w:rPr>
                <w:lang w:val="ru-RU"/>
              </w:rPr>
            </w:pPr>
            <w:r w:rsidRPr="00794D67">
              <w:rPr>
                <w:lang w:val="ru-RU"/>
              </w:rPr>
              <w:t>Центральный тепловой пункт горноспасательной части</w:t>
            </w:r>
          </w:p>
        </w:tc>
        <w:tc>
          <w:tcPr>
            <w:tcW w:w="0" w:type="auto"/>
          </w:tcPr>
          <w:p w14:paraId="2AEBDF21" w14:textId="77777777" w:rsidR="000772B4" w:rsidRDefault="00746A89">
            <w:pPr>
              <w:jc w:val="center"/>
            </w:pPr>
            <w:r>
              <w:t>паропровод</w:t>
            </w:r>
          </w:p>
        </w:tc>
        <w:tc>
          <w:tcPr>
            <w:tcW w:w="0" w:type="auto"/>
          </w:tcPr>
          <w:p w14:paraId="35DBCFCD" w14:textId="77777777" w:rsidR="000772B4" w:rsidRDefault="00746A89">
            <w:pPr>
              <w:jc w:val="center"/>
            </w:pPr>
            <w:r>
              <w:t>159</w:t>
            </w:r>
          </w:p>
        </w:tc>
        <w:tc>
          <w:tcPr>
            <w:tcW w:w="0" w:type="auto"/>
          </w:tcPr>
          <w:p w14:paraId="4CBFCB01" w14:textId="77777777" w:rsidR="000772B4" w:rsidRDefault="00746A89">
            <w:pPr>
              <w:jc w:val="center"/>
            </w:pPr>
            <w:r>
              <w:t>2 200</w:t>
            </w:r>
          </w:p>
        </w:tc>
        <w:tc>
          <w:tcPr>
            <w:tcW w:w="0" w:type="auto"/>
          </w:tcPr>
          <w:p w14:paraId="74DBD5E7" w14:textId="77777777" w:rsidR="000772B4" w:rsidRDefault="00746A89">
            <w:pPr>
              <w:jc w:val="center"/>
            </w:pPr>
            <w:r>
              <w:t>2014</w:t>
            </w:r>
          </w:p>
        </w:tc>
      </w:tr>
      <w:tr w:rsidR="000772B4" w14:paraId="4DEBD747" w14:textId="77777777">
        <w:trPr>
          <w:cantSplit/>
          <w:jc w:val="center"/>
        </w:trPr>
        <w:tc>
          <w:tcPr>
            <w:tcW w:w="0" w:type="auto"/>
          </w:tcPr>
          <w:p w14:paraId="03AA65A7" w14:textId="77777777" w:rsidR="000772B4" w:rsidRPr="00794D67" w:rsidRDefault="00746A89">
            <w:pPr>
              <w:rPr>
                <w:lang w:val="ru-RU"/>
              </w:rPr>
            </w:pPr>
            <w:r w:rsidRPr="00794D67">
              <w:rPr>
                <w:lang w:val="ru-RU"/>
              </w:rPr>
              <w:t>Возврат конденсата от центрального теплового пункта</w:t>
            </w:r>
          </w:p>
        </w:tc>
        <w:tc>
          <w:tcPr>
            <w:tcW w:w="0" w:type="auto"/>
          </w:tcPr>
          <w:p w14:paraId="3B0A64ED" w14:textId="77777777" w:rsidR="000772B4" w:rsidRDefault="00746A89">
            <w:pPr>
              <w:jc w:val="center"/>
            </w:pPr>
            <w:r>
              <w:t>конденсатопровод</w:t>
            </w:r>
          </w:p>
        </w:tc>
        <w:tc>
          <w:tcPr>
            <w:tcW w:w="0" w:type="auto"/>
          </w:tcPr>
          <w:p w14:paraId="18CEA6DA" w14:textId="77777777" w:rsidR="000772B4" w:rsidRDefault="00746A89">
            <w:pPr>
              <w:jc w:val="center"/>
            </w:pPr>
            <w:r>
              <w:t>65</w:t>
            </w:r>
          </w:p>
        </w:tc>
        <w:tc>
          <w:tcPr>
            <w:tcW w:w="0" w:type="auto"/>
          </w:tcPr>
          <w:p w14:paraId="4AE3A900" w14:textId="77777777" w:rsidR="000772B4" w:rsidRDefault="00746A89">
            <w:pPr>
              <w:jc w:val="center"/>
            </w:pPr>
            <w:r>
              <w:t>1 300</w:t>
            </w:r>
          </w:p>
        </w:tc>
        <w:tc>
          <w:tcPr>
            <w:tcW w:w="0" w:type="auto"/>
          </w:tcPr>
          <w:p w14:paraId="1AD73A7F" w14:textId="77777777" w:rsidR="000772B4" w:rsidRDefault="00746A89">
            <w:pPr>
              <w:jc w:val="center"/>
            </w:pPr>
            <w:r>
              <w:t>2014</w:t>
            </w:r>
          </w:p>
        </w:tc>
      </w:tr>
      <w:tr w:rsidR="000772B4" w14:paraId="598820E8" w14:textId="77777777">
        <w:trPr>
          <w:cantSplit/>
          <w:jc w:val="center"/>
        </w:trPr>
        <w:tc>
          <w:tcPr>
            <w:tcW w:w="0" w:type="auto"/>
            <w:shd w:val="clear" w:color="auto" w:fill="DBE5F1"/>
          </w:tcPr>
          <w:p w14:paraId="6BAEA106" w14:textId="77777777" w:rsidR="000772B4" w:rsidRDefault="00746A89">
            <w:r>
              <w:rPr>
                <w:b/>
              </w:rPr>
              <w:t>Итого паропроводы</w:t>
            </w:r>
          </w:p>
        </w:tc>
        <w:tc>
          <w:tcPr>
            <w:tcW w:w="0" w:type="auto"/>
            <w:shd w:val="clear" w:color="auto" w:fill="DBE5F1"/>
          </w:tcPr>
          <w:p w14:paraId="2564420A" w14:textId="77777777" w:rsidR="000772B4" w:rsidRDefault="00746A89">
            <w:pPr>
              <w:jc w:val="center"/>
            </w:pPr>
            <w:r>
              <w:rPr>
                <w:b/>
              </w:rPr>
              <w:t>—</w:t>
            </w:r>
          </w:p>
        </w:tc>
        <w:tc>
          <w:tcPr>
            <w:tcW w:w="0" w:type="auto"/>
            <w:shd w:val="clear" w:color="auto" w:fill="DBE5F1"/>
          </w:tcPr>
          <w:p w14:paraId="124651FA" w14:textId="77777777" w:rsidR="000772B4" w:rsidRDefault="00746A89">
            <w:pPr>
              <w:jc w:val="center"/>
            </w:pPr>
            <w:r>
              <w:rPr>
                <w:b/>
              </w:rPr>
              <w:t>—</w:t>
            </w:r>
          </w:p>
        </w:tc>
        <w:tc>
          <w:tcPr>
            <w:tcW w:w="0" w:type="auto"/>
            <w:shd w:val="clear" w:color="auto" w:fill="DBE5F1"/>
          </w:tcPr>
          <w:p w14:paraId="2EC39D37" w14:textId="77777777" w:rsidR="000772B4" w:rsidRDefault="00746A89">
            <w:pPr>
              <w:jc w:val="center"/>
            </w:pPr>
            <w:r>
              <w:rPr>
                <w:b/>
              </w:rPr>
              <w:t>4 019</w:t>
            </w:r>
          </w:p>
        </w:tc>
        <w:tc>
          <w:tcPr>
            <w:tcW w:w="0" w:type="auto"/>
            <w:shd w:val="clear" w:color="auto" w:fill="DBE5F1"/>
          </w:tcPr>
          <w:p w14:paraId="21732611" w14:textId="77777777" w:rsidR="000772B4" w:rsidRDefault="00746A89">
            <w:pPr>
              <w:jc w:val="center"/>
            </w:pPr>
            <w:r>
              <w:rPr>
                <w:b/>
              </w:rPr>
              <w:t>—</w:t>
            </w:r>
          </w:p>
        </w:tc>
      </w:tr>
      <w:tr w:rsidR="000772B4" w14:paraId="30CBF540" w14:textId="77777777">
        <w:trPr>
          <w:cantSplit/>
          <w:jc w:val="center"/>
        </w:trPr>
        <w:tc>
          <w:tcPr>
            <w:tcW w:w="0" w:type="auto"/>
            <w:shd w:val="clear" w:color="auto" w:fill="DBE5F1"/>
          </w:tcPr>
          <w:p w14:paraId="5663501A" w14:textId="77777777" w:rsidR="000772B4" w:rsidRDefault="00746A89">
            <w:r>
              <w:rPr>
                <w:b/>
              </w:rPr>
              <w:t>Итого конденсатопроводы</w:t>
            </w:r>
          </w:p>
        </w:tc>
        <w:tc>
          <w:tcPr>
            <w:tcW w:w="0" w:type="auto"/>
            <w:shd w:val="clear" w:color="auto" w:fill="DBE5F1"/>
          </w:tcPr>
          <w:p w14:paraId="3B04DDE5" w14:textId="77777777" w:rsidR="000772B4" w:rsidRDefault="00746A89">
            <w:pPr>
              <w:jc w:val="center"/>
            </w:pPr>
            <w:r>
              <w:rPr>
                <w:b/>
              </w:rPr>
              <w:t>—</w:t>
            </w:r>
          </w:p>
        </w:tc>
        <w:tc>
          <w:tcPr>
            <w:tcW w:w="0" w:type="auto"/>
            <w:shd w:val="clear" w:color="auto" w:fill="DBE5F1"/>
          </w:tcPr>
          <w:p w14:paraId="44C17BF9" w14:textId="77777777" w:rsidR="000772B4" w:rsidRDefault="00746A89">
            <w:pPr>
              <w:jc w:val="center"/>
            </w:pPr>
            <w:r>
              <w:rPr>
                <w:b/>
              </w:rPr>
              <w:t>—</w:t>
            </w:r>
          </w:p>
        </w:tc>
        <w:tc>
          <w:tcPr>
            <w:tcW w:w="0" w:type="auto"/>
            <w:shd w:val="clear" w:color="auto" w:fill="DBE5F1"/>
          </w:tcPr>
          <w:p w14:paraId="4DBDDADE" w14:textId="77777777" w:rsidR="000772B4" w:rsidRDefault="00746A89">
            <w:pPr>
              <w:jc w:val="center"/>
            </w:pPr>
            <w:r>
              <w:rPr>
                <w:b/>
              </w:rPr>
              <w:t>1 300</w:t>
            </w:r>
          </w:p>
        </w:tc>
        <w:tc>
          <w:tcPr>
            <w:tcW w:w="0" w:type="auto"/>
            <w:shd w:val="clear" w:color="auto" w:fill="DBE5F1"/>
          </w:tcPr>
          <w:p w14:paraId="07826792" w14:textId="77777777" w:rsidR="000772B4" w:rsidRDefault="00746A89">
            <w:pPr>
              <w:jc w:val="center"/>
            </w:pPr>
            <w:r>
              <w:rPr>
                <w:b/>
              </w:rPr>
              <w:t>—</w:t>
            </w:r>
          </w:p>
        </w:tc>
      </w:tr>
      <w:tr w:rsidR="000772B4" w14:paraId="2F19D0DE" w14:textId="77777777">
        <w:trPr>
          <w:cantSplit/>
          <w:jc w:val="center"/>
        </w:trPr>
        <w:tc>
          <w:tcPr>
            <w:tcW w:w="0" w:type="auto"/>
            <w:shd w:val="clear" w:color="auto" w:fill="DBE5F1"/>
          </w:tcPr>
          <w:p w14:paraId="1B8C6E58" w14:textId="77777777" w:rsidR="000772B4" w:rsidRDefault="00746A89">
            <w:r>
              <w:rPr>
                <w:b/>
              </w:rPr>
              <w:t>Всего</w:t>
            </w:r>
          </w:p>
        </w:tc>
        <w:tc>
          <w:tcPr>
            <w:tcW w:w="0" w:type="auto"/>
            <w:shd w:val="clear" w:color="auto" w:fill="DBE5F1"/>
          </w:tcPr>
          <w:p w14:paraId="7571F47E" w14:textId="77777777" w:rsidR="000772B4" w:rsidRDefault="00746A89">
            <w:pPr>
              <w:jc w:val="center"/>
            </w:pPr>
            <w:r>
              <w:rPr>
                <w:b/>
              </w:rPr>
              <w:t>—</w:t>
            </w:r>
          </w:p>
        </w:tc>
        <w:tc>
          <w:tcPr>
            <w:tcW w:w="0" w:type="auto"/>
            <w:shd w:val="clear" w:color="auto" w:fill="DBE5F1"/>
          </w:tcPr>
          <w:p w14:paraId="2FBD6D67" w14:textId="77777777" w:rsidR="000772B4" w:rsidRDefault="00746A89">
            <w:pPr>
              <w:jc w:val="center"/>
            </w:pPr>
            <w:r>
              <w:rPr>
                <w:b/>
              </w:rPr>
              <w:t>—</w:t>
            </w:r>
          </w:p>
        </w:tc>
        <w:tc>
          <w:tcPr>
            <w:tcW w:w="0" w:type="auto"/>
            <w:shd w:val="clear" w:color="auto" w:fill="DBE5F1"/>
          </w:tcPr>
          <w:p w14:paraId="111AC3FD" w14:textId="77777777" w:rsidR="000772B4" w:rsidRDefault="00746A89">
            <w:pPr>
              <w:jc w:val="center"/>
            </w:pPr>
            <w:r>
              <w:rPr>
                <w:b/>
              </w:rPr>
              <w:t>5 319</w:t>
            </w:r>
          </w:p>
        </w:tc>
        <w:tc>
          <w:tcPr>
            <w:tcW w:w="0" w:type="auto"/>
            <w:shd w:val="clear" w:color="auto" w:fill="DBE5F1"/>
          </w:tcPr>
          <w:p w14:paraId="4ADD83E5" w14:textId="77777777" w:rsidR="000772B4" w:rsidRDefault="00746A89">
            <w:pPr>
              <w:jc w:val="center"/>
            </w:pPr>
            <w:r>
              <w:rPr>
                <w:b/>
              </w:rPr>
              <w:t>—</w:t>
            </w:r>
          </w:p>
        </w:tc>
      </w:tr>
    </w:tbl>
    <w:p w14:paraId="0C6EA4FA" w14:textId="77777777" w:rsidR="000772B4" w:rsidRDefault="000772B4">
      <w:pPr>
        <w:spacing w:after="40"/>
      </w:pPr>
    </w:p>
    <w:p w14:paraId="0BBBB383" w14:textId="77777777" w:rsidR="000772B4" w:rsidRPr="00794D67" w:rsidRDefault="00746A89">
      <w:pPr>
        <w:spacing w:after="80"/>
        <w:jc w:val="both"/>
        <w:rPr>
          <w:lang w:val="ru-RU"/>
        </w:rPr>
      </w:pPr>
      <w:r w:rsidRPr="00794D67">
        <w:rPr>
          <w:lang w:val="ru-RU"/>
        </w:rPr>
        <w:t>Паровые и конденсатные сети в протяжённость водяных тепловых сетей 105 536,70 м не входят и отдельным инфраструктурным слоем не смешиваются.</w:t>
      </w:r>
    </w:p>
    <w:p w14:paraId="3AE24DE8" w14:textId="77777777" w:rsidR="000772B4" w:rsidRPr="00794D67" w:rsidRDefault="00746A89">
      <w:pPr>
        <w:spacing w:after="80"/>
        <w:rPr>
          <w:lang w:val="ru-RU"/>
        </w:rPr>
      </w:pPr>
      <w:r w:rsidRPr="00794D67">
        <w:rPr>
          <w:i/>
          <w:color w:val="993300"/>
          <w:lang w:val="ru-RU"/>
        </w:rPr>
        <w:t>Подлежит уточнению по данным эксплуатирующей организации: массовый расход пара и фактический процент возврата конденсата.</w:t>
      </w:r>
    </w:p>
    <w:p w14:paraId="16D3824B" w14:textId="77777777" w:rsidR="000772B4" w:rsidRPr="00344E69" w:rsidRDefault="00746A89">
      <w:pPr>
        <w:pStyle w:val="21"/>
        <w:rPr>
          <w:lang w:val="ru-RU"/>
        </w:rPr>
      </w:pPr>
      <w:bookmarkStart w:id="48" w:name="_Toc238015639"/>
      <w:r w:rsidRPr="00344E69">
        <w:rPr>
          <w:lang w:val="ru-RU"/>
        </w:rPr>
        <w:t>6.6. Перспективные изменения и пробелы</w:t>
      </w:r>
      <w:bookmarkEnd w:id="48"/>
    </w:p>
    <w:p w14:paraId="4B3A35E3" w14:textId="77777777" w:rsidR="000772B4" w:rsidRPr="00794D67" w:rsidRDefault="00746A89">
      <w:pPr>
        <w:spacing w:after="80"/>
        <w:jc w:val="both"/>
        <w:rPr>
          <w:lang w:val="ru-RU"/>
        </w:rPr>
      </w:pPr>
      <w:r w:rsidRPr="00794D67">
        <w:rPr>
          <w:lang w:val="ru-RU"/>
        </w:rPr>
        <w:t>Балансы теплоносителя на 2031 и 2036 годы не изменяются по девяти источникам из десяти: подпитка и отпуск теплоносителя приняты постоянными.</w:t>
      </w:r>
    </w:p>
    <w:p w14:paraId="1332199D" w14:textId="77777777" w:rsidR="000772B4" w:rsidRPr="00794D67" w:rsidRDefault="00746A89">
      <w:pPr>
        <w:spacing w:after="80"/>
        <w:jc w:val="both"/>
        <w:rPr>
          <w:lang w:val="ru-RU"/>
        </w:rPr>
      </w:pPr>
      <w:r w:rsidRPr="00794D67">
        <w:rPr>
          <w:lang w:val="ru-RU"/>
        </w:rPr>
        <w:t>Исключение — УПК № 5 «Новый Шерегеш». Нормативные утечки этой зоны масштабируются коэффициентом объёма тепловой сети 2,85207 и растут с 17 775 до 50 696 т/год, вследствие чего подпитка увеличивается с 235 554 до 268 475 т/год, то есть с 26,890 до 30,648 т/ч. Дефицит производительности водоподготовительной установки по этому источнику соответственно возрастает с −0,49 до −4,25 т/ч. Величина −0,49 относится только к 2026 году.</w:t>
      </w:r>
    </w:p>
    <w:p w14:paraId="040D4ED7" w14:textId="77777777" w:rsidR="000772B4" w:rsidRPr="00794D67" w:rsidRDefault="00746A89">
      <w:pPr>
        <w:spacing w:after="80"/>
        <w:jc w:val="both"/>
        <w:rPr>
          <w:lang w:val="ru-RU"/>
        </w:rPr>
      </w:pPr>
      <w:r w:rsidRPr="00794D67">
        <w:rPr>
          <w:lang w:val="ru-RU"/>
        </w:rPr>
        <w:t>Отпуск теплоносителя на нужды горячего водоснабжения по УПК № 5 при этом принят постоянным — 217 064 т/год на всех этапах, несмотря на рост численности населения посёлка Шерегеш на 27,3 процента. Непоследовательность исходного расчёта фиксируется; самостоятельного пересчёта не производится.</w:t>
      </w:r>
    </w:p>
    <w:p w14:paraId="0D96476E" w14:textId="77777777" w:rsidR="000772B4" w:rsidRPr="00794D67" w:rsidRDefault="00746A89">
      <w:pPr>
        <w:spacing w:after="80"/>
        <w:jc w:val="both"/>
        <w:rPr>
          <w:lang w:val="ru-RU"/>
        </w:rPr>
      </w:pPr>
      <w:r w:rsidRPr="00794D67">
        <w:rPr>
          <w:lang w:val="ru-RU"/>
        </w:rPr>
        <w:t>Перевод открытых систем на закрытые устранил бы отпуск теплоносителя, составляющий основную часть подпитки: по УПК № 1 это 341 475 из 399 334 т/год, по УПК № 5 — 217 064 из 235 554 т/год. Соответственно снизилась бы и требуемая производительность водоподготовительных установок, что закрыло бы выявленный дефицит по четырём источникам.</w:t>
      </w:r>
    </w:p>
    <w:p w14:paraId="593EF8B6" w14:textId="77777777" w:rsidR="00312815" w:rsidRDefault="00746A89">
      <w:pPr>
        <w:spacing w:after="80"/>
        <w:jc w:val="both"/>
        <w:rPr>
          <w:lang w:val="ru-RU"/>
        </w:rPr>
      </w:pPr>
      <w:r w:rsidRPr="00794D67">
        <w:rPr>
          <w:lang w:val="ru-RU"/>
        </w:rPr>
        <w:t>Количественная оценка эффекта перевода выполнена отдельной главой обосновывающих материалов по переводу открытых систем горячего водоснабжения. Её результат: подпитка снижается до суммы нормативных утечек и отпуска на производственные нужды, а дефицит производительности водоподготовки закрывается только по УПК № 5, поскольку по трём остальным дефицитным источникам заявленная производительность установок нулевая. Аварийная подпитка переводом не изменяется.</w:t>
      </w:r>
    </w:p>
    <w:p w14:paraId="5FD84F55" w14:textId="77777777" w:rsidR="000772B4" w:rsidRPr="00C07C05" w:rsidRDefault="00312815" w:rsidP="00312815">
      <w:pPr>
        <w:rPr>
          <w:lang w:val="ru-RU"/>
        </w:rPr>
      </w:pPr>
      <w:r>
        <w:rPr>
          <w:lang w:val="ru-RU"/>
        </w:rPr>
        <w:br w:type="page"/>
      </w:r>
    </w:p>
    <w:p w14:paraId="08685B54" w14:textId="77777777" w:rsidR="007A5E59" w:rsidRPr="00344E69" w:rsidRDefault="0095198F">
      <w:pPr>
        <w:pStyle w:val="1"/>
        <w:rPr>
          <w:color w:val="4F81BD" w:themeColor="accent1"/>
          <w:lang w:val="ru-RU"/>
        </w:rPr>
      </w:pPr>
      <w:bookmarkStart w:id="49" w:name="_Toc238015640"/>
      <w:r w:rsidRPr="00344E69">
        <w:rPr>
          <w:color w:val="4F81BD" w:themeColor="accent1"/>
          <w:lang w:val="ru-RU"/>
        </w:rPr>
        <w:t>РАЗДЕЛ 7. ПРЕДЛОЖЕНИЯ ПО СТРОИТЕЛЬСТВУ, РЕКОНСТРУКЦИИ, ТЕХНИЧЕСКОМУ ПЕРЕВООРУЖЕНИЮ И (ИЛИ) МОДЕРНИЗАЦИИ ИСТОЧНИКОВ ТЕПЛОВОЙ ЭНЕРГИИ</w:t>
      </w:r>
      <w:bookmarkEnd w:id="49"/>
    </w:p>
    <w:p w14:paraId="26846B20" w14:textId="77777777" w:rsidR="007A4ED8" w:rsidRPr="00794D67" w:rsidRDefault="009B7F9E">
      <w:pPr>
        <w:pStyle w:val="21"/>
        <w:rPr>
          <w:lang w:val="ru-RU"/>
        </w:rPr>
      </w:pPr>
      <w:bookmarkStart w:id="50" w:name="_Toc238015641"/>
      <w:r w:rsidRPr="00794D67">
        <w:rPr>
          <w:lang w:val="ru-RU"/>
        </w:rPr>
        <w:t>7.1. Основания и состав предложений по источникам тепловой энергии</w:t>
      </w:r>
      <w:bookmarkEnd w:id="50"/>
    </w:p>
    <w:p w14:paraId="410E7AA6" w14:textId="77777777" w:rsidR="007A5E59" w:rsidRPr="00C07C05" w:rsidRDefault="0095198F">
      <w:pPr>
        <w:ind w:firstLine="709"/>
        <w:jc w:val="both"/>
        <w:rPr>
          <w:lang w:val="ru-RU"/>
        </w:rPr>
      </w:pPr>
      <w:r w:rsidRPr="00794D67">
        <w:rPr>
          <w:lang w:val="ru-RU"/>
        </w:rPr>
        <w:t xml:space="preserve">Предложения по строительству, реконструкции и техническому перевооружению источников тепловой энергии сформированы по газификационному пакету Заказчика и приведены в таблице 7.1. </w:t>
      </w:r>
      <w:r w:rsidRPr="00C07C05">
        <w:rPr>
          <w:lang w:val="ru-RU"/>
        </w:rPr>
        <w:t>Предложения по техническому перевооружению и модернизации приведены в таблице 7.2.</w:t>
      </w:r>
    </w:p>
    <w:p w14:paraId="63840BD8" w14:textId="77777777" w:rsidR="007A5E59" w:rsidRPr="00794D67" w:rsidRDefault="0095198F">
      <w:pPr>
        <w:ind w:firstLine="709"/>
        <w:jc w:val="both"/>
        <w:rPr>
          <w:lang w:val="ru-RU"/>
        </w:rPr>
      </w:pPr>
      <w:r w:rsidRPr="00794D67">
        <w:rPr>
          <w:lang w:val="ru-RU"/>
        </w:rPr>
        <w:t>Основанием мероприятий служат программа подготовки потребителей к приёму газа от 16.07.2024 с календарным графиком и договор поставки газа ООО «Газпром межрегионгаз Кемерово» с ООО «ЮКЭК» от 19.08.2024 № 30/011/9756. Стоимостные показатели приняты по пояснительной записке ООО «ЮКЭК» об ориентировочной стоимости газификации.</w:t>
      </w:r>
    </w:p>
    <w:p w14:paraId="5BC739A1" w14:textId="77777777" w:rsidR="007A5E59" w:rsidRPr="00794D67" w:rsidRDefault="0095198F">
      <w:pPr>
        <w:ind w:firstLine="709"/>
        <w:jc w:val="both"/>
        <w:rPr>
          <w:lang w:val="ru-RU"/>
        </w:rPr>
      </w:pPr>
      <w:r w:rsidRPr="00794D67">
        <w:rPr>
          <w:lang w:val="ru-RU"/>
        </w:rPr>
        <w:t>Сроки реализации приняты по дате ввода в эксплуатацию согласно графику от 16.07.2024. На 2034 год отнесены УПК № 7 «Каз», УПК № 8 «Мундыбаш» и УПК № 10 «Темир-Тау». На 2035 год отнесены УПК № 1 г. Таштагол, УПК № 2 «Шалым», УПК № 2 «ЦМК», УПК № 3 «Спасск» и УПК № 9 «ГРЭ». По УПК № 5 «Новый Шерегеш» и УПК № 6 «Старый Шерегеш» перевод на природный газ подтверждается договором поставки газа и стоимостными материалами, однако календарный график по этим источникам в программе отсутствует, поэтому срок реализации указан в пределах горизонта схемы 2026–2036 годов и точным годом не подтверждён.</w:t>
      </w:r>
    </w:p>
    <w:p w14:paraId="04FABF5E" w14:textId="77777777" w:rsidR="007A5E59" w:rsidRPr="00794D67" w:rsidRDefault="0095198F">
      <w:pPr>
        <w:ind w:firstLine="709"/>
        <w:jc w:val="both"/>
        <w:rPr>
          <w:lang w:val="ru-RU"/>
        </w:rPr>
      </w:pPr>
      <w:r w:rsidRPr="00794D67">
        <w:rPr>
          <w:lang w:val="ru-RU"/>
        </w:rPr>
        <w:t>Стоимость мероприятий является ориентировочной, приведена по материалам ООО «ЮКЭК» в уровне цен 2024 года с налогом на добавленную стоимость и к уровню цен расчётного года не пересчитывалась; утверждённым объёмом капитальных вложений она не является. Приведённые по ряду источников диапазоны стоимости отражают два альтернативных технических решения — перевод существующих котлоагрегатов либо установку новых. Эти варианты являются взаимоисключающими, одновременной реализации не подлежат и суммированию между собой не поддаются. Окончательный вариант определяется проектной документацией.</w:t>
      </w:r>
    </w:p>
    <w:p w14:paraId="228C1F84" w14:textId="77777777" w:rsidR="007A5E59" w:rsidRPr="00794D67" w:rsidRDefault="0095198F">
      <w:pPr>
        <w:ind w:firstLine="709"/>
        <w:jc w:val="both"/>
        <w:rPr>
          <w:lang w:val="ru-RU"/>
        </w:rPr>
      </w:pPr>
      <w:r w:rsidRPr="00794D67">
        <w:rPr>
          <w:lang w:val="ru-RU"/>
        </w:rPr>
        <w:t>В базовом 2026 году все источники работают на каменном угле. Перевод на природный газ относится к перспективному состоянию после реализации указанных мероприятий и топливный баланс базового года не изменяет. Экологический эффект мероприятий состоит в снижении выбросов загрязняющих веществ при замещении угольного топлива природным газом и наступает по мере ввода объектов газификации.</w:t>
      </w:r>
    </w:p>
    <w:p w14:paraId="74A1BE6D" w14:textId="77777777" w:rsidR="007A5E59" w:rsidRPr="00312815" w:rsidRDefault="0095198F">
      <w:pPr>
        <w:ind w:firstLine="709"/>
        <w:jc w:val="both"/>
        <w:rPr>
          <w:lang w:val="ru-RU"/>
        </w:rPr>
      </w:pPr>
      <w:r w:rsidRPr="00794D67">
        <w:rPr>
          <w:lang w:val="ru-RU"/>
        </w:rPr>
        <w:t xml:space="preserve">Мероприятия по переводу источников на природный газ не имеют прямых предшественников в ранее утверждённых схемах поселений: реестры проектов тех редакций содержали мероприятия по замене оборудования и участков сетей в существующем топливном режиме. Единственным реализованным мероприятием сопоставимого масштаба является ликвидация котельных УПК № 11 и УПК № 12 в пгт Мундыбаш с переключением потребителей на котельную </w:t>
      </w:r>
      <w:r w:rsidRPr="00312815">
        <w:rPr>
          <w:lang w:val="ru-RU"/>
        </w:rPr>
        <w:t>УПК № 8, предусмотренная актуализацией схемы Мундыбашского поселения и выполненная; её результат учтён в составе действующих источников настоящей схемы.</w:t>
      </w:r>
    </w:p>
    <w:p w14:paraId="7C1353A1" w14:textId="77777777" w:rsidR="007A5E59" w:rsidRPr="00794D67" w:rsidRDefault="0095198F">
      <w:pPr>
        <w:ind w:firstLine="709"/>
        <w:jc w:val="both"/>
        <w:rPr>
          <w:lang w:val="ru-RU"/>
        </w:rPr>
      </w:pPr>
      <w:r w:rsidRPr="00794D67">
        <w:rPr>
          <w:lang w:val="ru-RU"/>
        </w:rPr>
        <w:t>Реконструкция производственно-отопительной котельной в г. Таштагол, выполненная в 2019–2020 годах в рамках инвестиционной программы ООО «ЮКЭК» на 2017–2031 годы, относится к реализованным мероприятиям предшествующего периода и в перечень предложений на 2026–2036 годы не входит.</w:t>
      </w:r>
    </w:p>
    <w:p w14:paraId="0C7C4765" w14:textId="77777777" w:rsidR="007A5E59" w:rsidRPr="00794D67" w:rsidRDefault="0095198F">
      <w:pPr>
        <w:rPr>
          <w:lang w:val="ru-RU"/>
        </w:rPr>
      </w:pPr>
      <w:r w:rsidRPr="00794D67">
        <w:rPr>
          <w:b/>
          <w:lang w:val="ru-RU"/>
        </w:rPr>
        <w:t>Таблица 7.1 — Предложения по реконструкции источников тепловой энергии (лист «Таблица 6.1»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356"/>
        <w:gridCol w:w="3820"/>
        <w:gridCol w:w="1467"/>
        <w:gridCol w:w="2752"/>
        <w:gridCol w:w="950"/>
      </w:tblGrid>
      <w:tr w:rsidR="007A5E59" w14:paraId="053E1AD3" w14:textId="77777777">
        <w:trPr>
          <w:cantSplit/>
          <w:tblHeader/>
          <w:jc w:val="center"/>
        </w:trPr>
        <w:tc>
          <w:tcPr>
            <w:tcW w:w="0" w:type="auto"/>
            <w:shd w:val="clear" w:color="auto" w:fill="E2F0D9"/>
            <w:vAlign w:val="center"/>
          </w:tcPr>
          <w:p w14:paraId="16CBA391" w14:textId="77777777" w:rsidR="007A5E59" w:rsidRDefault="0095198F">
            <w:pPr>
              <w:jc w:val="center"/>
            </w:pPr>
            <w:r>
              <w:rPr>
                <w:b/>
              </w:rPr>
              <w:t>№</w:t>
            </w:r>
          </w:p>
        </w:tc>
        <w:tc>
          <w:tcPr>
            <w:tcW w:w="0" w:type="auto"/>
            <w:shd w:val="clear" w:color="auto" w:fill="E2F0D9"/>
            <w:vAlign w:val="center"/>
          </w:tcPr>
          <w:p w14:paraId="1D4EBC28" w14:textId="77777777" w:rsidR="007A5E59" w:rsidRDefault="0095198F">
            <w:pPr>
              <w:jc w:val="center"/>
            </w:pPr>
            <w:r>
              <w:rPr>
                <w:b/>
              </w:rPr>
              <w:t>Наименование мероприятия</w:t>
            </w:r>
          </w:p>
        </w:tc>
        <w:tc>
          <w:tcPr>
            <w:tcW w:w="0" w:type="auto"/>
            <w:shd w:val="clear" w:color="auto" w:fill="E2F0D9"/>
            <w:vAlign w:val="center"/>
          </w:tcPr>
          <w:p w14:paraId="70951322" w14:textId="77777777" w:rsidR="007A5E59" w:rsidRDefault="0095198F">
            <w:pPr>
              <w:jc w:val="center"/>
            </w:pPr>
            <w:r>
              <w:rPr>
                <w:b/>
              </w:rPr>
              <w:t>Год</w:t>
            </w:r>
          </w:p>
        </w:tc>
        <w:tc>
          <w:tcPr>
            <w:tcW w:w="0" w:type="auto"/>
            <w:shd w:val="clear" w:color="auto" w:fill="E2F0D9"/>
            <w:vAlign w:val="center"/>
          </w:tcPr>
          <w:p w14:paraId="220BFFEE" w14:textId="77777777" w:rsidR="007A5E59" w:rsidRDefault="0095198F">
            <w:pPr>
              <w:jc w:val="center"/>
            </w:pPr>
            <w:r>
              <w:rPr>
                <w:b/>
              </w:rPr>
              <w:t>Цель мероприятия</w:t>
            </w:r>
          </w:p>
        </w:tc>
        <w:tc>
          <w:tcPr>
            <w:tcW w:w="0" w:type="auto"/>
            <w:shd w:val="clear" w:color="auto" w:fill="E2F0D9"/>
            <w:vAlign w:val="center"/>
          </w:tcPr>
          <w:p w14:paraId="41661B9D" w14:textId="77777777" w:rsidR="007A5E59" w:rsidRDefault="0095198F">
            <w:pPr>
              <w:jc w:val="center"/>
            </w:pPr>
            <w:r>
              <w:rPr>
                <w:b/>
              </w:rPr>
              <w:t>Ст-ть, тыс. руб.</w:t>
            </w:r>
          </w:p>
        </w:tc>
      </w:tr>
      <w:tr w:rsidR="007A5E59" w14:paraId="7B64C9B7" w14:textId="77777777">
        <w:trPr>
          <w:cantSplit/>
          <w:tblHeader/>
          <w:jc w:val="center"/>
        </w:trPr>
        <w:tc>
          <w:tcPr>
            <w:tcW w:w="0" w:type="auto"/>
            <w:shd w:val="clear" w:color="auto" w:fill="F2F2F2"/>
            <w:vAlign w:val="center"/>
          </w:tcPr>
          <w:p w14:paraId="3A97BA63" w14:textId="77777777" w:rsidR="007A5E59" w:rsidRDefault="0095198F">
            <w:pPr>
              <w:jc w:val="center"/>
            </w:pPr>
            <w:r>
              <w:t>1</w:t>
            </w:r>
          </w:p>
        </w:tc>
        <w:tc>
          <w:tcPr>
            <w:tcW w:w="0" w:type="auto"/>
            <w:shd w:val="clear" w:color="auto" w:fill="F2F2F2"/>
            <w:vAlign w:val="center"/>
          </w:tcPr>
          <w:p w14:paraId="69D64878" w14:textId="77777777" w:rsidR="007A5E59" w:rsidRDefault="0095198F">
            <w:pPr>
              <w:jc w:val="center"/>
            </w:pPr>
            <w:r>
              <w:t>2</w:t>
            </w:r>
          </w:p>
        </w:tc>
        <w:tc>
          <w:tcPr>
            <w:tcW w:w="0" w:type="auto"/>
            <w:shd w:val="clear" w:color="auto" w:fill="F2F2F2"/>
            <w:vAlign w:val="center"/>
          </w:tcPr>
          <w:p w14:paraId="5CA721FF" w14:textId="77777777" w:rsidR="007A5E59" w:rsidRDefault="0095198F">
            <w:pPr>
              <w:jc w:val="center"/>
            </w:pPr>
            <w:r>
              <w:t>3</w:t>
            </w:r>
          </w:p>
        </w:tc>
        <w:tc>
          <w:tcPr>
            <w:tcW w:w="0" w:type="auto"/>
            <w:shd w:val="clear" w:color="auto" w:fill="F2F2F2"/>
            <w:vAlign w:val="center"/>
          </w:tcPr>
          <w:p w14:paraId="12D01DE3" w14:textId="77777777" w:rsidR="007A5E59" w:rsidRDefault="0095198F">
            <w:pPr>
              <w:jc w:val="center"/>
            </w:pPr>
            <w:r>
              <w:t>4</w:t>
            </w:r>
          </w:p>
        </w:tc>
        <w:tc>
          <w:tcPr>
            <w:tcW w:w="0" w:type="auto"/>
            <w:shd w:val="clear" w:color="auto" w:fill="F2F2F2"/>
            <w:vAlign w:val="center"/>
          </w:tcPr>
          <w:p w14:paraId="551756AB" w14:textId="77777777" w:rsidR="007A5E59" w:rsidRDefault="0095198F">
            <w:pPr>
              <w:jc w:val="center"/>
            </w:pPr>
            <w:r>
              <w:t>5</w:t>
            </w:r>
          </w:p>
        </w:tc>
      </w:tr>
      <w:tr w:rsidR="007A5E59" w14:paraId="21C59B3F" w14:textId="77777777">
        <w:trPr>
          <w:jc w:val="center"/>
        </w:trPr>
        <w:tc>
          <w:tcPr>
            <w:tcW w:w="0" w:type="auto"/>
          </w:tcPr>
          <w:p w14:paraId="649B6B63" w14:textId="77777777" w:rsidR="007A5E59" w:rsidRDefault="0095198F">
            <w:pPr>
              <w:jc w:val="center"/>
            </w:pPr>
            <w:r>
              <w:t>1</w:t>
            </w:r>
          </w:p>
        </w:tc>
        <w:tc>
          <w:tcPr>
            <w:tcW w:w="0" w:type="auto"/>
          </w:tcPr>
          <w:p w14:paraId="3973A32F" w14:textId="77777777" w:rsidR="007A5E59" w:rsidRPr="00794D67" w:rsidRDefault="0095198F">
            <w:pPr>
              <w:rPr>
                <w:lang w:val="ru-RU"/>
              </w:rPr>
            </w:pPr>
            <w:r w:rsidRPr="00794D67">
              <w:rPr>
                <w:lang w:val="ru-RU"/>
              </w:rPr>
              <w:t>Реконструкция котельной УПК № 1 г. Таштагол с переводом на природный газ (перевод существующих котлоагрегатов)</w:t>
            </w:r>
          </w:p>
        </w:tc>
        <w:tc>
          <w:tcPr>
            <w:tcW w:w="0" w:type="auto"/>
          </w:tcPr>
          <w:p w14:paraId="24482355" w14:textId="77777777" w:rsidR="007A5E59" w:rsidRDefault="0095198F">
            <w:pPr>
              <w:jc w:val="center"/>
            </w:pPr>
            <w:r>
              <w:t>2035</w:t>
            </w:r>
          </w:p>
        </w:tc>
        <w:tc>
          <w:tcPr>
            <w:tcW w:w="0" w:type="auto"/>
          </w:tcPr>
          <w:p w14:paraId="7E8044DF" w14:textId="77777777" w:rsidR="007A5E59" w:rsidRPr="00794D67" w:rsidRDefault="0095198F">
            <w:pPr>
              <w:rPr>
                <w:lang w:val="ru-RU"/>
              </w:rPr>
            </w:pPr>
            <w:r w:rsidRPr="00794D67">
              <w:rPr>
                <w:lang w:val="ru-RU"/>
              </w:rPr>
              <w:t>Перевод источника с угольного топлива на природный газ, снижение выбросов загрязняющих веществ</w:t>
            </w:r>
          </w:p>
        </w:tc>
        <w:tc>
          <w:tcPr>
            <w:tcW w:w="0" w:type="auto"/>
          </w:tcPr>
          <w:p w14:paraId="19DF2CC7" w14:textId="77777777" w:rsidR="007A5E59" w:rsidRDefault="0095198F">
            <w:pPr>
              <w:jc w:val="center"/>
            </w:pPr>
            <w:r>
              <w:t>382 000,0</w:t>
            </w:r>
          </w:p>
        </w:tc>
      </w:tr>
      <w:tr w:rsidR="007A5E59" w14:paraId="5074F900" w14:textId="77777777">
        <w:trPr>
          <w:jc w:val="center"/>
        </w:trPr>
        <w:tc>
          <w:tcPr>
            <w:tcW w:w="0" w:type="auto"/>
          </w:tcPr>
          <w:p w14:paraId="34E18845" w14:textId="77777777" w:rsidR="007A5E59" w:rsidRDefault="0095198F">
            <w:pPr>
              <w:jc w:val="center"/>
            </w:pPr>
            <w:r>
              <w:t>2</w:t>
            </w:r>
          </w:p>
        </w:tc>
        <w:tc>
          <w:tcPr>
            <w:tcW w:w="0" w:type="auto"/>
          </w:tcPr>
          <w:p w14:paraId="4B358460" w14:textId="77777777" w:rsidR="007A5E59" w:rsidRPr="00794D67" w:rsidRDefault="0095198F">
            <w:pPr>
              <w:rPr>
                <w:lang w:val="ru-RU"/>
              </w:rPr>
            </w:pPr>
            <w:r w:rsidRPr="00794D67">
              <w:rPr>
                <w:lang w:val="ru-RU"/>
              </w:rPr>
              <w:t>Реконструкция котельной УПК № 2 Шалым (г. Таштагол) с переводом на природный газ (перевод существующих котлоагрегатов либо новая газовая котельная)</w:t>
            </w:r>
          </w:p>
        </w:tc>
        <w:tc>
          <w:tcPr>
            <w:tcW w:w="0" w:type="auto"/>
          </w:tcPr>
          <w:p w14:paraId="5F243163" w14:textId="77777777" w:rsidR="007A5E59" w:rsidRDefault="0095198F">
            <w:pPr>
              <w:jc w:val="center"/>
            </w:pPr>
            <w:r>
              <w:t>2035</w:t>
            </w:r>
          </w:p>
        </w:tc>
        <w:tc>
          <w:tcPr>
            <w:tcW w:w="0" w:type="auto"/>
          </w:tcPr>
          <w:p w14:paraId="0A878CFE" w14:textId="77777777" w:rsidR="007A5E59" w:rsidRPr="00794D67" w:rsidRDefault="0095198F">
            <w:pPr>
              <w:rPr>
                <w:lang w:val="ru-RU"/>
              </w:rPr>
            </w:pPr>
            <w:r w:rsidRPr="00794D67">
              <w:rPr>
                <w:lang w:val="ru-RU"/>
              </w:rPr>
              <w:t>Перевод источника с угольного топлива на природный газ, снижение выбросов загрязняющих веществ</w:t>
            </w:r>
          </w:p>
        </w:tc>
        <w:tc>
          <w:tcPr>
            <w:tcW w:w="0" w:type="auto"/>
          </w:tcPr>
          <w:p w14:paraId="0D38A094" w14:textId="77777777" w:rsidR="007A5E59" w:rsidRDefault="0095198F">
            <w:r>
              <w:t>53 360,0–59 289,0</w:t>
            </w:r>
          </w:p>
        </w:tc>
      </w:tr>
      <w:tr w:rsidR="007A5E59" w14:paraId="428DF64F" w14:textId="77777777">
        <w:trPr>
          <w:jc w:val="center"/>
        </w:trPr>
        <w:tc>
          <w:tcPr>
            <w:tcW w:w="0" w:type="auto"/>
          </w:tcPr>
          <w:p w14:paraId="3281476C" w14:textId="77777777" w:rsidR="007A5E59" w:rsidRDefault="0095198F">
            <w:pPr>
              <w:jc w:val="center"/>
            </w:pPr>
            <w:r>
              <w:t>3</w:t>
            </w:r>
          </w:p>
        </w:tc>
        <w:tc>
          <w:tcPr>
            <w:tcW w:w="0" w:type="auto"/>
          </w:tcPr>
          <w:p w14:paraId="249DCC95" w14:textId="77777777" w:rsidR="007A5E59" w:rsidRPr="00794D67" w:rsidRDefault="0095198F">
            <w:pPr>
              <w:rPr>
                <w:lang w:val="ru-RU"/>
              </w:rPr>
            </w:pPr>
            <w:r w:rsidRPr="00794D67">
              <w:rPr>
                <w:lang w:val="ru-RU"/>
              </w:rPr>
              <w:t>Реконструкция котельной УПК № 2 ЦМК (г. Таштагол) с переводом на природный газ (перевод существующих либо установка новых газовых котлоагрегатов)</w:t>
            </w:r>
          </w:p>
        </w:tc>
        <w:tc>
          <w:tcPr>
            <w:tcW w:w="0" w:type="auto"/>
          </w:tcPr>
          <w:p w14:paraId="54BE3B81" w14:textId="77777777" w:rsidR="007A5E59" w:rsidRDefault="0095198F">
            <w:pPr>
              <w:jc w:val="center"/>
            </w:pPr>
            <w:r>
              <w:t>2035</w:t>
            </w:r>
          </w:p>
        </w:tc>
        <w:tc>
          <w:tcPr>
            <w:tcW w:w="0" w:type="auto"/>
          </w:tcPr>
          <w:p w14:paraId="20FDB9BA" w14:textId="77777777" w:rsidR="007A5E59" w:rsidRPr="00794D67" w:rsidRDefault="0095198F">
            <w:pPr>
              <w:rPr>
                <w:lang w:val="ru-RU"/>
              </w:rPr>
            </w:pPr>
            <w:r w:rsidRPr="00794D67">
              <w:rPr>
                <w:lang w:val="ru-RU"/>
              </w:rPr>
              <w:t>Перевод источника с угольного топлива на природный газ, снижение выбросов загрязняющих веществ</w:t>
            </w:r>
          </w:p>
        </w:tc>
        <w:tc>
          <w:tcPr>
            <w:tcW w:w="0" w:type="auto"/>
          </w:tcPr>
          <w:p w14:paraId="40CAE3B2" w14:textId="77777777" w:rsidR="007A5E59" w:rsidRDefault="0095198F">
            <w:r>
              <w:t>26 680,0–29 644,0</w:t>
            </w:r>
          </w:p>
        </w:tc>
      </w:tr>
      <w:tr w:rsidR="007A5E59" w14:paraId="61E68B03" w14:textId="77777777">
        <w:trPr>
          <w:jc w:val="center"/>
        </w:trPr>
        <w:tc>
          <w:tcPr>
            <w:tcW w:w="0" w:type="auto"/>
          </w:tcPr>
          <w:p w14:paraId="5B2F1BF3" w14:textId="77777777" w:rsidR="007A5E59" w:rsidRDefault="0095198F">
            <w:pPr>
              <w:jc w:val="center"/>
            </w:pPr>
            <w:r>
              <w:t>4</w:t>
            </w:r>
          </w:p>
        </w:tc>
        <w:tc>
          <w:tcPr>
            <w:tcW w:w="0" w:type="auto"/>
          </w:tcPr>
          <w:p w14:paraId="39501EA8" w14:textId="77777777" w:rsidR="007A5E59" w:rsidRPr="00794D67" w:rsidRDefault="0095198F">
            <w:pPr>
              <w:rPr>
                <w:lang w:val="ru-RU"/>
              </w:rPr>
            </w:pPr>
            <w:r w:rsidRPr="00794D67">
              <w:rPr>
                <w:lang w:val="ru-RU"/>
              </w:rPr>
              <w:t>Реконструкция котельной УПК № 3 Спасск (пгт Спасск) с переводом на природный газ (установка новых газовых котлоагрегатов)</w:t>
            </w:r>
          </w:p>
        </w:tc>
        <w:tc>
          <w:tcPr>
            <w:tcW w:w="0" w:type="auto"/>
          </w:tcPr>
          <w:p w14:paraId="51B4E3A7" w14:textId="77777777" w:rsidR="007A5E59" w:rsidRDefault="0095198F">
            <w:pPr>
              <w:jc w:val="center"/>
            </w:pPr>
            <w:r>
              <w:t>2035</w:t>
            </w:r>
          </w:p>
        </w:tc>
        <w:tc>
          <w:tcPr>
            <w:tcW w:w="0" w:type="auto"/>
          </w:tcPr>
          <w:p w14:paraId="238E6898" w14:textId="77777777" w:rsidR="007A5E59" w:rsidRPr="00794D67" w:rsidRDefault="0095198F">
            <w:pPr>
              <w:rPr>
                <w:lang w:val="ru-RU"/>
              </w:rPr>
            </w:pPr>
            <w:r w:rsidRPr="00794D67">
              <w:rPr>
                <w:lang w:val="ru-RU"/>
              </w:rPr>
              <w:t>Перевод источника с угольного топлива на природный газ, снижение выбросов загрязняющих веществ</w:t>
            </w:r>
          </w:p>
        </w:tc>
        <w:tc>
          <w:tcPr>
            <w:tcW w:w="0" w:type="auto"/>
          </w:tcPr>
          <w:p w14:paraId="294F4A6A" w14:textId="77777777" w:rsidR="007A5E59" w:rsidRDefault="0095198F">
            <w:pPr>
              <w:jc w:val="center"/>
            </w:pPr>
            <w:r>
              <w:t>29 644,0</w:t>
            </w:r>
          </w:p>
        </w:tc>
      </w:tr>
      <w:tr w:rsidR="007A5E59" w14:paraId="41542716" w14:textId="77777777">
        <w:trPr>
          <w:jc w:val="center"/>
        </w:trPr>
        <w:tc>
          <w:tcPr>
            <w:tcW w:w="0" w:type="auto"/>
          </w:tcPr>
          <w:p w14:paraId="646FEF5E" w14:textId="77777777" w:rsidR="007A5E59" w:rsidRDefault="0095198F">
            <w:pPr>
              <w:jc w:val="center"/>
            </w:pPr>
            <w:r>
              <w:t>5</w:t>
            </w:r>
          </w:p>
        </w:tc>
        <w:tc>
          <w:tcPr>
            <w:tcW w:w="0" w:type="auto"/>
          </w:tcPr>
          <w:p w14:paraId="353EDDF6" w14:textId="77777777" w:rsidR="007A5E59" w:rsidRPr="00794D67" w:rsidRDefault="0095198F">
            <w:pPr>
              <w:rPr>
                <w:lang w:val="ru-RU"/>
              </w:rPr>
            </w:pPr>
            <w:r w:rsidRPr="00794D67">
              <w:rPr>
                <w:lang w:val="ru-RU"/>
              </w:rPr>
              <w:t>Реконструкция котельной УПК № 5 Новый Шерегеш (пгт Шерегеш) с переводом на природный газ (перевод существующих либо установка новых газовых котлоагрегатов)</w:t>
            </w:r>
          </w:p>
        </w:tc>
        <w:tc>
          <w:tcPr>
            <w:tcW w:w="0" w:type="auto"/>
          </w:tcPr>
          <w:p w14:paraId="47D60706" w14:textId="77777777" w:rsidR="007A5E59" w:rsidRDefault="0095198F">
            <w:r>
              <w:t>2026–2036, срок уточняется</w:t>
            </w:r>
          </w:p>
        </w:tc>
        <w:tc>
          <w:tcPr>
            <w:tcW w:w="0" w:type="auto"/>
          </w:tcPr>
          <w:p w14:paraId="78D85727" w14:textId="77777777" w:rsidR="007A5E59" w:rsidRPr="00794D67" w:rsidRDefault="0095198F">
            <w:pPr>
              <w:rPr>
                <w:lang w:val="ru-RU"/>
              </w:rPr>
            </w:pPr>
            <w:r w:rsidRPr="00794D67">
              <w:rPr>
                <w:lang w:val="ru-RU"/>
              </w:rPr>
              <w:t>Перевод источника с угольного топлива на природный газ, снижение выбросов загрязняющих веществ</w:t>
            </w:r>
          </w:p>
        </w:tc>
        <w:tc>
          <w:tcPr>
            <w:tcW w:w="0" w:type="auto"/>
          </w:tcPr>
          <w:p w14:paraId="1E947B8A" w14:textId="77777777" w:rsidR="007A5E59" w:rsidRDefault="0095198F">
            <w:r>
              <w:t>423 920,0–652 186,0</w:t>
            </w:r>
          </w:p>
        </w:tc>
      </w:tr>
      <w:tr w:rsidR="007A5E59" w14:paraId="07E495D2" w14:textId="77777777">
        <w:trPr>
          <w:jc w:val="center"/>
        </w:trPr>
        <w:tc>
          <w:tcPr>
            <w:tcW w:w="0" w:type="auto"/>
          </w:tcPr>
          <w:p w14:paraId="546C5B8C" w14:textId="77777777" w:rsidR="007A5E59" w:rsidRDefault="0095198F">
            <w:pPr>
              <w:jc w:val="center"/>
            </w:pPr>
            <w:r>
              <w:t>6</w:t>
            </w:r>
          </w:p>
        </w:tc>
        <w:tc>
          <w:tcPr>
            <w:tcW w:w="0" w:type="auto"/>
          </w:tcPr>
          <w:p w14:paraId="5C00DA8E" w14:textId="77777777" w:rsidR="007A5E59" w:rsidRPr="00794D67" w:rsidRDefault="0095198F">
            <w:pPr>
              <w:rPr>
                <w:lang w:val="ru-RU"/>
              </w:rPr>
            </w:pPr>
            <w:r w:rsidRPr="00794D67">
              <w:rPr>
                <w:lang w:val="ru-RU"/>
              </w:rPr>
              <w:t>Реконструкция котельной УПК № 6 Старый Шерегеш (пгт Шерегеш) с переводом на природный газ (установка новых газовых котлоагрегатов)</w:t>
            </w:r>
          </w:p>
        </w:tc>
        <w:tc>
          <w:tcPr>
            <w:tcW w:w="0" w:type="auto"/>
          </w:tcPr>
          <w:p w14:paraId="27CD6B7B" w14:textId="77777777" w:rsidR="007A5E59" w:rsidRDefault="0095198F">
            <w:r>
              <w:t>2026–2036, срок уточняется</w:t>
            </w:r>
          </w:p>
        </w:tc>
        <w:tc>
          <w:tcPr>
            <w:tcW w:w="0" w:type="auto"/>
          </w:tcPr>
          <w:p w14:paraId="0EA104C2" w14:textId="77777777" w:rsidR="007A5E59" w:rsidRPr="00794D67" w:rsidRDefault="0095198F">
            <w:pPr>
              <w:rPr>
                <w:lang w:val="ru-RU"/>
              </w:rPr>
            </w:pPr>
            <w:r w:rsidRPr="00794D67">
              <w:rPr>
                <w:lang w:val="ru-RU"/>
              </w:rPr>
              <w:t>Перевод источника с угольного топлива на природный газ, снижение выбросов загрязняющих веществ</w:t>
            </w:r>
          </w:p>
        </w:tc>
        <w:tc>
          <w:tcPr>
            <w:tcW w:w="0" w:type="auto"/>
          </w:tcPr>
          <w:p w14:paraId="52404D5C" w14:textId="77777777" w:rsidR="007A5E59" w:rsidRDefault="0095198F">
            <w:pPr>
              <w:jc w:val="center"/>
            </w:pPr>
            <w:r>
              <w:t>41 502,0</w:t>
            </w:r>
          </w:p>
        </w:tc>
      </w:tr>
      <w:tr w:rsidR="007A5E59" w14:paraId="69F60D60" w14:textId="77777777">
        <w:trPr>
          <w:jc w:val="center"/>
        </w:trPr>
        <w:tc>
          <w:tcPr>
            <w:tcW w:w="0" w:type="auto"/>
          </w:tcPr>
          <w:p w14:paraId="67545322" w14:textId="77777777" w:rsidR="007A5E59" w:rsidRDefault="0095198F">
            <w:pPr>
              <w:jc w:val="center"/>
            </w:pPr>
            <w:r>
              <w:t>7</w:t>
            </w:r>
          </w:p>
        </w:tc>
        <w:tc>
          <w:tcPr>
            <w:tcW w:w="0" w:type="auto"/>
          </w:tcPr>
          <w:p w14:paraId="290621E2" w14:textId="77777777" w:rsidR="007A5E59" w:rsidRPr="00794D67" w:rsidRDefault="0095198F">
            <w:pPr>
              <w:rPr>
                <w:lang w:val="ru-RU"/>
              </w:rPr>
            </w:pPr>
            <w:r w:rsidRPr="00794D67">
              <w:rPr>
                <w:lang w:val="ru-RU"/>
              </w:rPr>
              <w:t>Реконструкция котельной УПК № 7 Каз (пгт Каз) с переводом на природный газ (перевод существующих либо установка новых газовых котлоагрегатов)</w:t>
            </w:r>
          </w:p>
        </w:tc>
        <w:tc>
          <w:tcPr>
            <w:tcW w:w="0" w:type="auto"/>
          </w:tcPr>
          <w:p w14:paraId="6B4EAF78" w14:textId="77777777" w:rsidR="007A5E59" w:rsidRDefault="0095198F">
            <w:pPr>
              <w:jc w:val="center"/>
            </w:pPr>
            <w:r>
              <w:t>2034</w:t>
            </w:r>
          </w:p>
        </w:tc>
        <w:tc>
          <w:tcPr>
            <w:tcW w:w="0" w:type="auto"/>
          </w:tcPr>
          <w:p w14:paraId="44AE7CAA" w14:textId="77777777" w:rsidR="007A5E59" w:rsidRPr="00794D67" w:rsidRDefault="0095198F">
            <w:pPr>
              <w:rPr>
                <w:lang w:val="ru-RU"/>
              </w:rPr>
            </w:pPr>
            <w:r w:rsidRPr="00794D67">
              <w:rPr>
                <w:lang w:val="ru-RU"/>
              </w:rPr>
              <w:t>Перевод источника с угольного топлива на природный газ, снижение выбросов загрязняющих веществ</w:t>
            </w:r>
          </w:p>
        </w:tc>
        <w:tc>
          <w:tcPr>
            <w:tcW w:w="0" w:type="auto"/>
          </w:tcPr>
          <w:p w14:paraId="74F15926" w14:textId="77777777" w:rsidR="007A5E59" w:rsidRDefault="0095198F">
            <w:r>
              <w:t>115 614,0–177 868,0</w:t>
            </w:r>
          </w:p>
        </w:tc>
      </w:tr>
      <w:tr w:rsidR="007A5E59" w14:paraId="04792493" w14:textId="77777777">
        <w:trPr>
          <w:jc w:val="center"/>
        </w:trPr>
        <w:tc>
          <w:tcPr>
            <w:tcW w:w="0" w:type="auto"/>
          </w:tcPr>
          <w:p w14:paraId="1F6BFE68" w14:textId="77777777" w:rsidR="007A5E59" w:rsidRDefault="0095198F">
            <w:pPr>
              <w:jc w:val="center"/>
            </w:pPr>
            <w:r>
              <w:t>8</w:t>
            </w:r>
          </w:p>
        </w:tc>
        <w:tc>
          <w:tcPr>
            <w:tcW w:w="0" w:type="auto"/>
          </w:tcPr>
          <w:p w14:paraId="0D0BB027" w14:textId="77777777" w:rsidR="007A5E59" w:rsidRPr="00794D67" w:rsidRDefault="0095198F">
            <w:pPr>
              <w:rPr>
                <w:lang w:val="ru-RU"/>
              </w:rPr>
            </w:pPr>
            <w:r w:rsidRPr="00794D67">
              <w:rPr>
                <w:lang w:val="ru-RU"/>
              </w:rPr>
              <w:t>Реконструкция котельной УПК № 8 Мундыбаш (пгт Мундыбаш) с переводом на природный газ (установка новых газовых котлоагрегатов либо перевод существующих)</w:t>
            </w:r>
          </w:p>
        </w:tc>
        <w:tc>
          <w:tcPr>
            <w:tcW w:w="0" w:type="auto"/>
          </w:tcPr>
          <w:p w14:paraId="14718FE1" w14:textId="77777777" w:rsidR="007A5E59" w:rsidRDefault="0095198F">
            <w:pPr>
              <w:jc w:val="center"/>
            </w:pPr>
            <w:r>
              <w:t>2034</w:t>
            </w:r>
          </w:p>
        </w:tc>
        <w:tc>
          <w:tcPr>
            <w:tcW w:w="0" w:type="auto"/>
          </w:tcPr>
          <w:p w14:paraId="63A957B2" w14:textId="77777777" w:rsidR="007A5E59" w:rsidRPr="00794D67" w:rsidRDefault="0095198F">
            <w:pPr>
              <w:rPr>
                <w:lang w:val="ru-RU"/>
              </w:rPr>
            </w:pPr>
            <w:r w:rsidRPr="00794D67">
              <w:rPr>
                <w:lang w:val="ru-RU"/>
              </w:rPr>
              <w:t>Перевод источника с угольного топлива на природный газ, снижение выбросов загрязняющих веществ</w:t>
            </w:r>
          </w:p>
        </w:tc>
        <w:tc>
          <w:tcPr>
            <w:tcW w:w="0" w:type="auto"/>
          </w:tcPr>
          <w:p w14:paraId="729620E7" w14:textId="77777777" w:rsidR="007A5E59" w:rsidRDefault="0095198F">
            <w:r>
              <w:t>71 147,0–78 262,0</w:t>
            </w:r>
          </w:p>
        </w:tc>
      </w:tr>
      <w:tr w:rsidR="007A5E59" w14:paraId="24AD444F" w14:textId="77777777">
        <w:trPr>
          <w:jc w:val="center"/>
        </w:trPr>
        <w:tc>
          <w:tcPr>
            <w:tcW w:w="0" w:type="auto"/>
          </w:tcPr>
          <w:p w14:paraId="367CC92F" w14:textId="77777777" w:rsidR="007A5E59" w:rsidRDefault="0095198F">
            <w:pPr>
              <w:jc w:val="center"/>
            </w:pPr>
            <w:r>
              <w:t>9</w:t>
            </w:r>
          </w:p>
        </w:tc>
        <w:tc>
          <w:tcPr>
            <w:tcW w:w="0" w:type="auto"/>
          </w:tcPr>
          <w:p w14:paraId="6C3EE93D" w14:textId="77777777" w:rsidR="007A5E59" w:rsidRPr="00794D67" w:rsidRDefault="0095198F">
            <w:pPr>
              <w:rPr>
                <w:lang w:val="ru-RU"/>
              </w:rPr>
            </w:pPr>
            <w:r w:rsidRPr="00794D67">
              <w:rPr>
                <w:lang w:val="ru-RU"/>
              </w:rPr>
              <w:t>Реконструкция котельной УПК № 9 ГРЭ (г. Таштагол) с переводом на природный газ (новая газовая котельная)</w:t>
            </w:r>
          </w:p>
        </w:tc>
        <w:tc>
          <w:tcPr>
            <w:tcW w:w="0" w:type="auto"/>
          </w:tcPr>
          <w:p w14:paraId="4486A8D8" w14:textId="77777777" w:rsidR="007A5E59" w:rsidRDefault="0095198F">
            <w:pPr>
              <w:jc w:val="center"/>
            </w:pPr>
            <w:r>
              <w:t>2035</w:t>
            </w:r>
          </w:p>
        </w:tc>
        <w:tc>
          <w:tcPr>
            <w:tcW w:w="0" w:type="auto"/>
          </w:tcPr>
          <w:p w14:paraId="7D083EA8" w14:textId="77777777" w:rsidR="007A5E59" w:rsidRPr="00794D67" w:rsidRDefault="0095198F">
            <w:pPr>
              <w:rPr>
                <w:lang w:val="ru-RU"/>
              </w:rPr>
            </w:pPr>
            <w:r w:rsidRPr="00794D67">
              <w:rPr>
                <w:lang w:val="ru-RU"/>
              </w:rPr>
              <w:t>Перевод источника с угольного топлива на природный газ, снижение выбросов загрязняющих веществ</w:t>
            </w:r>
          </w:p>
        </w:tc>
        <w:tc>
          <w:tcPr>
            <w:tcW w:w="0" w:type="auto"/>
          </w:tcPr>
          <w:p w14:paraId="4058AB37" w14:textId="77777777" w:rsidR="007A5E59" w:rsidRDefault="0095198F">
            <w:pPr>
              <w:jc w:val="center"/>
            </w:pPr>
            <w:r>
              <w:t>17 786,0</w:t>
            </w:r>
          </w:p>
        </w:tc>
      </w:tr>
      <w:tr w:rsidR="007A5E59" w14:paraId="5AF91E8E" w14:textId="77777777">
        <w:trPr>
          <w:jc w:val="center"/>
        </w:trPr>
        <w:tc>
          <w:tcPr>
            <w:tcW w:w="0" w:type="auto"/>
          </w:tcPr>
          <w:p w14:paraId="262250AF" w14:textId="77777777" w:rsidR="007A5E59" w:rsidRDefault="0095198F">
            <w:pPr>
              <w:jc w:val="center"/>
            </w:pPr>
            <w:r>
              <w:t>10</w:t>
            </w:r>
          </w:p>
        </w:tc>
        <w:tc>
          <w:tcPr>
            <w:tcW w:w="0" w:type="auto"/>
          </w:tcPr>
          <w:p w14:paraId="0D7E1614" w14:textId="77777777" w:rsidR="007A5E59" w:rsidRPr="00794D67" w:rsidRDefault="0095198F">
            <w:pPr>
              <w:rPr>
                <w:lang w:val="ru-RU"/>
              </w:rPr>
            </w:pPr>
            <w:r w:rsidRPr="00794D67">
              <w:rPr>
                <w:lang w:val="ru-RU"/>
              </w:rPr>
              <w:t>Реконструкция котельной УПК № 10 Темир-Тау (пгт Темиртау) с переводом на природный газ (перевод существующих либо установка новых газовых котлоагрегатов)</w:t>
            </w:r>
          </w:p>
        </w:tc>
        <w:tc>
          <w:tcPr>
            <w:tcW w:w="0" w:type="auto"/>
          </w:tcPr>
          <w:p w14:paraId="3921C233" w14:textId="77777777" w:rsidR="007A5E59" w:rsidRDefault="0095198F">
            <w:pPr>
              <w:jc w:val="center"/>
            </w:pPr>
            <w:r>
              <w:t>2034</w:t>
            </w:r>
          </w:p>
        </w:tc>
        <w:tc>
          <w:tcPr>
            <w:tcW w:w="0" w:type="auto"/>
          </w:tcPr>
          <w:p w14:paraId="5F23FC90" w14:textId="77777777" w:rsidR="007A5E59" w:rsidRPr="00794D67" w:rsidRDefault="0095198F">
            <w:pPr>
              <w:rPr>
                <w:lang w:val="ru-RU"/>
              </w:rPr>
            </w:pPr>
            <w:r w:rsidRPr="00794D67">
              <w:rPr>
                <w:lang w:val="ru-RU"/>
              </w:rPr>
              <w:t>Перевод источника с угольного топлива на природный газ, снижение выбросов загрязняющих веществ</w:t>
            </w:r>
          </w:p>
        </w:tc>
        <w:tc>
          <w:tcPr>
            <w:tcW w:w="0" w:type="auto"/>
          </w:tcPr>
          <w:p w14:paraId="029CF895" w14:textId="77777777" w:rsidR="007A5E59" w:rsidRDefault="0095198F">
            <w:r>
              <w:t>71 000,0–71 147,0</w:t>
            </w:r>
          </w:p>
        </w:tc>
      </w:tr>
    </w:tbl>
    <w:p w14:paraId="221610CC" w14:textId="77777777" w:rsidR="007A5E59" w:rsidRPr="00794D67" w:rsidRDefault="0095198F">
      <w:pPr>
        <w:spacing w:after="0"/>
        <w:ind w:firstLine="709"/>
        <w:jc w:val="both"/>
        <w:rPr>
          <w:lang w:val="ru-RU"/>
        </w:rPr>
      </w:pPr>
      <w:r w:rsidRPr="00794D67">
        <w:rPr>
          <w:lang w:val="ru-RU"/>
        </w:rPr>
        <w:t>1. Мероприятия по переводу котельных на природный газ приняты по программе подготовки потребителей к приёму газа от 16.07.2024, договору поставки газа ООО «Газпром межрегионгаз Кемерово» с ООО «ЮКЭК» от 19.08.2024 № 30/011/9756 и пояснительной записке ООО «ЮКЭК» по ориентировочной стоимости газификации.</w:t>
      </w:r>
    </w:p>
    <w:p w14:paraId="438F191B" w14:textId="77777777" w:rsidR="007A5E59" w:rsidRPr="00794D67" w:rsidRDefault="0095198F">
      <w:pPr>
        <w:spacing w:after="0"/>
        <w:ind w:firstLine="709"/>
        <w:jc w:val="both"/>
        <w:rPr>
          <w:lang w:val="ru-RU"/>
        </w:rPr>
      </w:pPr>
      <w:r w:rsidRPr="00794D67">
        <w:rPr>
          <w:lang w:val="ru-RU"/>
        </w:rPr>
        <w:t>2. Год указан по дате ввода в эксплуатацию согласно графику от 16.07.2024. По УПК № 5 Новый Шерегеш и УПК № 6 Старый Шерегеш перспективный перевод на природный газ подтверждается договором поставки газа и стоимостными материалами, однако календарный график по этим источникам в программе отсутствует, поэтому срок реализации указан в пределах горизонта схемы.</w:t>
      </w:r>
    </w:p>
    <w:p w14:paraId="63C30715" w14:textId="77777777" w:rsidR="007A5E59" w:rsidRPr="00794D67" w:rsidRDefault="0095198F">
      <w:pPr>
        <w:spacing w:after="0"/>
        <w:ind w:firstLine="709"/>
        <w:jc w:val="both"/>
        <w:rPr>
          <w:lang w:val="ru-RU"/>
        </w:rPr>
      </w:pPr>
      <w:r w:rsidRPr="00794D67">
        <w:rPr>
          <w:lang w:val="ru-RU"/>
        </w:rPr>
        <w:t>3. Стоимость ориентировочная, по материалам ООО «ЮКЭК», уровень цен 2024 года, с НДС; к уровню цен расчётного года не пересчитывалась и утверждённым объёмом капитальных вложений не является. Диапазон отражает два альтернативных технических решения — перевод существующих котлоагрегатов либо установку новых; они являются взаимоисключающими вариантами и одновременной реализации не подлежат. Окончательный вариант определяется проектной документацией.</w:t>
      </w:r>
    </w:p>
    <w:p w14:paraId="4BF3AE82" w14:textId="77777777" w:rsidR="007A5E59" w:rsidRPr="00794D67" w:rsidRDefault="0095198F">
      <w:pPr>
        <w:spacing w:after="0"/>
        <w:ind w:firstLine="709"/>
        <w:jc w:val="both"/>
        <w:rPr>
          <w:lang w:val="ru-RU"/>
        </w:rPr>
      </w:pPr>
      <w:r w:rsidRPr="00794D67">
        <w:rPr>
          <w:lang w:val="ru-RU"/>
        </w:rPr>
        <w:t>4. Реконструкция производственно-отопительной котельной в г. Таштагол выполнена в 2019–2020 годах (инвестиционная программа ООО «ЮКЭК» на 2017–2031, мероприятие 3.2.6) и в перечень предложений на 2026–2036 годы не входит.</w:t>
      </w:r>
    </w:p>
    <w:p w14:paraId="5E7A910F" w14:textId="77777777" w:rsidR="007A5E59" w:rsidRPr="00794D67" w:rsidRDefault="0095198F">
      <w:pPr>
        <w:spacing w:after="0"/>
        <w:ind w:firstLine="709"/>
        <w:jc w:val="both"/>
        <w:rPr>
          <w:lang w:val="ru-RU"/>
        </w:rPr>
      </w:pPr>
      <w:r w:rsidRPr="00794D67">
        <w:rPr>
          <w:lang w:val="ru-RU"/>
        </w:rPr>
        <w:t>5. В базовом 2026 году источники работают на каменном угле; перевод на природный газ относится к перспективному состоянию после реализации указанных мероприятий и топливный баланс базового года не изменяет.</w:t>
      </w:r>
    </w:p>
    <w:p w14:paraId="1F1BD281" w14:textId="77777777" w:rsidR="007A5E59" w:rsidRPr="00794D67" w:rsidRDefault="007A5E59">
      <w:pPr>
        <w:rPr>
          <w:lang w:val="ru-RU"/>
        </w:rPr>
      </w:pPr>
    </w:p>
    <w:p w14:paraId="0967617A" w14:textId="77777777" w:rsidR="007A5E59" w:rsidRPr="00794D67" w:rsidRDefault="0095198F">
      <w:pPr>
        <w:rPr>
          <w:lang w:val="ru-RU"/>
        </w:rPr>
      </w:pPr>
      <w:r w:rsidRPr="00794D67">
        <w:rPr>
          <w:b/>
          <w:lang w:val="ru-RU"/>
        </w:rPr>
        <w:t>Таблица 7.2 — Предложения по техническому перевооружению и модернизации источников (лист «Таблица 6.2»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655"/>
        <w:gridCol w:w="4171"/>
        <w:gridCol w:w="839"/>
        <w:gridCol w:w="2773"/>
        <w:gridCol w:w="907"/>
      </w:tblGrid>
      <w:tr w:rsidR="007A5E59" w14:paraId="436361F1" w14:textId="77777777">
        <w:trPr>
          <w:cantSplit/>
          <w:tblHeader/>
          <w:jc w:val="center"/>
        </w:trPr>
        <w:tc>
          <w:tcPr>
            <w:tcW w:w="0" w:type="auto"/>
            <w:shd w:val="clear" w:color="auto" w:fill="E2F0D9"/>
            <w:vAlign w:val="center"/>
          </w:tcPr>
          <w:p w14:paraId="5E134B27" w14:textId="77777777" w:rsidR="007A5E59" w:rsidRDefault="0095198F">
            <w:pPr>
              <w:jc w:val="center"/>
            </w:pPr>
            <w:r>
              <w:rPr>
                <w:b/>
              </w:rPr>
              <w:t>№</w:t>
            </w:r>
          </w:p>
        </w:tc>
        <w:tc>
          <w:tcPr>
            <w:tcW w:w="0" w:type="auto"/>
            <w:shd w:val="clear" w:color="auto" w:fill="E2F0D9"/>
            <w:vAlign w:val="center"/>
          </w:tcPr>
          <w:p w14:paraId="2536FC19" w14:textId="77777777" w:rsidR="007A5E59" w:rsidRDefault="0095198F">
            <w:pPr>
              <w:jc w:val="center"/>
            </w:pPr>
            <w:r>
              <w:rPr>
                <w:b/>
              </w:rPr>
              <w:t>Наименование мероприятия</w:t>
            </w:r>
          </w:p>
        </w:tc>
        <w:tc>
          <w:tcPr>
            <w:tcW w:w="0" w:type="auto"/>
            <w:shd w:val="clear" w:color="auto" w:fill="E2F0D9"/>
            <w:vAlign w:val="center"/>
          </w:tcPr>
          <w:p w14:paraId="49721842" w14:textId="77777777" w:rsidR="007A5E59" w:rsidRDefault="0095198F">
            <w:pPr>
              <w:jc w:val="center"/>
            </w:pPr>
            <w:r>
              <w:rPr>
                <w:b/>
              </w:rPr>
              <w:t>Год</w:t>
            </w:r>
          </w:p>
        </w:tc>
        <w:tc>
          <w:tcPr>
            <w:tcW w:w="0" w:type="auto"/>
            <w:shd w:val="clear" w:color="auto" w:fill="E2F0D9"/>
            <w:vAlign w:val="center"/>
          </w:tcPr>
          <w:p w14:paraId="39197943" w14:textId="77777777" w:rsidR="007A5E59" w:rsidRDefault="0095198F">
            <w:pPr>
              <w:jc w:val="center"/>
            </w:pPr>
            <w:r>
              <w:rPr>
                <w:b/>
              </w:rPr>
              <w:t>Цель мероприятия</w:t>
            </w:r>
          </w:p>
        </w:tc>
        <w:tc>
          <w:tcPr>
            <w:tcW w:w="0" w:type="auto"/>
            <w:shd w:val="clear" w:color="auto" w:fill="E2F0D9"/>
            <w:vAlign w:val="center"/>
          </w:tcPr>
          <w:p w14:paraId="214DDEA7" w14:textId="77777777" w:rsidR="007A5E59" w:rsidRDefault="0095198F">
            <w:pPr>
              <w:jc w:val="center"/>
            </w:pPr>
            <w:r>
              <w:rPr>
                <w:b/>
              </w:rPr>
              <w:t>Ст-ть, тыс. руб.</w:t>
            </w:r>
          </w:p>
        </w:tc>
      </w:tr>
      <w:tr w:rsidR="007A5E59" w14:paraId="77D07F90" w14:textId="77777777">
        <w:trPr>
          <w:cantSplit/>
          <w:tblHeader/>
          <w:jc w:val="center"/>
        </w:trPr>
        <w:tc>
          <w:tcPr>
            <w:tcW w:w="0" w:type="auto"/>
            <w:shd w:val="clear" w:color="auto" w:fill="F2F2F2"/>
            <w:vAlign w:val="center"/>
          </w:tcPr>
          <w:p w14:paraId="56B13A02" w14:textId="77777777" w:rsidR="007A5E59" w:rsidRDefault="0095198F">
            <w:pPr>
              <w:jc w:val="center"/>
            </w:pPr>
            <w:r>
              <w:t>1</w:t>
            </w:r>
          </w:p>
        </w:tc>
        <w:tc>
          <w:tcPr>
            <w:tcW w:w="0" w:type="auto"/>
            <w:shd w:val="clear" w:color="auto" w:fill="F2F2F2"/>
            <w:vAlign w:val="center"/>
          </w:tcPr>
          <w:p w14:paraId="680B484C" w14:textId="77777777" w:rsidR="007A5E59" w:rsidRDefault="0095198F">
            <w:pPr>
              <w:jc w:val="center"/>
            </w:pPr>
            <w:r>
              <w:t>2</w:t>
            </w:r>
          </w:p>
        </w:tc>
        <w:tc>
          <w:tcPr>
            <w:tcW w:w="0" w:type="auto"/>
            <w:shd w:val="clear" w:color="auto" w:fill="F2F2F2"/>
            <w:vAlign w:val="center"/>
          </w:tcPr>
          <w:p w14:paraId="13E18931" w14:textId="77777777" w:rsidR="007A5E59" w:rsidRDefault="0095198F">
            <w:pPr>
              <w:jc w:val="center"/>
            </w:pPr>
            <w:r>
              <w:t>3</w:t>
            </w:r>
          </w:p>
        </w:tc>
        <w:tc>
          <w:tcPr>
            <w:tcW w:w="0" w:type="auto"/>
            <w:shd w:val="clear" w:color="auto" w:fill="F2F2F2"/>
            <w:vAlign w:val="center"/>
          </w:tcPr>
          <w:p w14:paraId="4E58E0C3" w14:textId="77777777" w:rsidR="007A5E59" w:rsidRDefault="0095198F">
            <w:pPr>
              <w:jc w:val="center"/>
            </w:pPr>
            <w:r>
              <w:t>4</w:t>
            </w:r>
          </w:p>
        </w:tc>
        <w:tc>
          <w:tcPr>
            <w:tcW w:w="0" w:type="auto"/>
            <w:shd w:val="clear" w:color="auto" w:fill="F2F2F2"/>
            <w:vAlign w:val="center"/>
          </w:tcPr>
          <w:p w14:paraId="42B36903" w14:textId="77777777" w:rsidR="007A5E59" w:rsidRDefault="0095198F">
            <w:pPr>
              <w:jc w:val="center"/>
            </w:pPr>
            <w:r>
              <w:t>5</w:t>
            </w:r>
          </w:p>
        </w:tc>
      </w:tr>
      <w:tr w:rsidR="007A5E59" w:rsidRPr="00C07C05" w14:paraId="15290479" w14:textId="77777777">
        <w:trPr>
          <w:jc w:val="center"/>
        </w:trPr>
        <w:tc>
          <w:tcPr>
            <w:tcW w:w="0" w:type="auto"/>
          </w:tcPr>
          <w:p w14:paraId="14BAB199" w14:textId="77777777" w:rsidR="007A5E59" w:rsidRDefault="0095198F">
            <w:r>
              <w:t>1.1.1.</w:t>
            </w:r>
          </w:p>
        </w:tc>
        <w:tc>
          <w:tcPr>
            <w:tcW w:w="0" w:type="auto"/>
          </w:tcPr>
          <w:p w14:paraId="593BFED7" w14:textId="77777777" w:rsidR="007A5E59" w:rsidRPr="00794D67" w:rsidRDefault="0095198F">
            <w:pPr>
              <w:rPr>
                <w:lang w:val="ru-RU"/>
              </w:rPr>
            </w:pPr>
            <w:r w:rsidRPr="00794D67">
              <w:rPr>
                <w:lang w:val="ru-RU"/>
              </w:rPr>
              <w:t>Техническое перевооружение котельной с установкой второй ступени газоочистки на котлах № 4, 5, 6, 7</w:t>
            </w:r>
          </w:p>
        </w:tc>
        <w:tc>
          <w:tcPr>
            <w:tcW w:w="0" w:type="auto"/>
          </w:tcPr>
          <w:p w14:paraId="6DAC6A26" w14:textId="77777777" w:rsidR="007A5E59" w:rsidRDefault="0095198F">
            <w:r>
              <w:t>2023–2031</w:t>
            </w:r>
          </w:p>
        </w:tc>
        <w:tc>
          <w:tcPr>
            <w:tcW w:w="0" w:type="auto"/>
          </w:tcPr>
          <w:p w14:paraId="0A71312A" w14:textId="77777777" w:rsidR="007A5E59" w:rsidRPr="00794D67" w:rsidRDefault="0095198F">
            <w:pPr>
              <w:rPr>
                <w:lang w:val="ru-RU"/>
              </w:rPr>
            </w:pPr>
            <w:r w:rsidRPr="00794D67">
              <w:rPr>
                <w:lang w:val="ru-RU"/>
              </w:rPr>
              <w:t>Снижение негативного воздействия на окружающую среду</w:t>
            </w:r>
          </w:p>
        </w:tc>
        <w:tc>
          <w:tcPr>
            <w:tcW w:w="0" w:type="auto"/>
          </w:tcPr>
          <w:p w14:paraId="3377C764" w14:textId="77777777" w:rsidR="007A5E59" w:rsidRPr="00794D67" w:rsidRDefault="007A5E59">
            <w:pPr>
              <w:rPr>
                <w:lang w:val="ru-RU"/>
              </w:rPr>
            </w:pPr>
          </w:p>
        </w:tc>
      </w:tr>
    </w:tbl>
    <w:p w14:paraId="619D51D3" w14:textId="77777777" w:rsidR="007A5E59" w:rsidRPr="00794D67" w:rsidRDefault="0095198F">
      <w:pPr>
        <w:spacing w:after="0"/>
        <w:ind w:firstLine="709"/>
        <w:jc w:val="both"/>
        <w:rPr>
          <w:lang w:val="ru-RU"/>
        </w:rPr>
      </w:pPr>
      <w:r w:rsidRPr="00794D67">
        <w:rPr>
          <w:lang w:val="ru-RU"/>
        </w:rPr>
        <w:t>1. пгт Шерегеш</w:t>
      </w:r>
    </w:p>
    <w:p w14:paraId="6B58EA82" w14:textId="77777777" w:rsidR="007A5E59" w:rsidRPr="00794D67" w:rsidRDefault="0095198F">
      <w:pPr>
        <w:spacing w:after="0"/>
        <w:ind w:firstLine="709"/>
        <w:jc w:val="both"/>
        <w:rPr>
          <w:lang w:val="ru-RU"/>
        </w:rPr>
      </w:pPr>
      <w:r w:rsidRPr="00794D67">
        <w:rPr>
          <w:lang w:val="ru-RU"/>
        </w:rPr>
        <w:t>2. 1.1. Котельная «Производственно-отопительная УПК № 5 Новый Шерегеш»</w:t>
      </w:r>
    </w:p>
    <w:p w14:paraId="4D297BC8" w14:textId="77777777" w:rsidR="007A5E59" w:rsidRPr="00794D67" w:rsidRDefault="0095198F">
      <w:pPr>
        <w:spacing w:after="0"/>
        <w:ind w:firstLine="709"/>
        <w:jc w:val="both"/>
        <w:rPr>
          <w:lang w:val="ru-RU"/>
        </w:rPr>
      </w:pPr>
      <w:r w:rsidRPr="00794D67">
        <w:rPr>
          <w:lang w:val="ru-RU"/>
        </w:rPr>
        <w:t>3. В таблицу включены мероприятия, срок реализации которых заходит в период 2026–2036 годов. Источник — инвестиционная программа ООО «ЮКЭК» на 2017–2031 годы (мероприятие 4.3).</w:t>
      </w:r>
    </w:p>
    <w:p w14:paraId="4B7E798D" w14:textId="77777777" w:rsidR="007A5E59" w:rsidRPr="00794D67" w:rsidRDefault="0095198F">
      <w:pPr>
        <w:spacing w:after="0"/>
        <w:ind w:firstLine="709"/>
        <w:jc w:val="both"/>
        <w:rPr>
          <w:lang w:val="ru-RU"/>
        </w:rPr>
      </w:pPr>
      <w:r w:rsidRPr="00794D67">
        <w:rPr>
          <w:lang w:val="ru-RU"/>
        </w:rPr>
        <w:t>4. Мероприятия, выполненные в 2017–2024 годах, в настоящую таблицу не включены: они характеризуют достигнутое состояние источников, а не предложения схемы.</w:t>
      </w:r>
    </w:p>
    <w:p w14:paraId="4E0A0484" w14:textId="77777777" w:rsidR="007A5E59" w:rsidRPr="00794D67" w:rsidRDefault="0095198F">
      <w:pPr>
        <w:spacing w:after="0"/>
        <w:ind w:firstLine="709"/>
        <w:jc w:val="both"/>
        <w:rPr>
          <w:lang w:val="ru-RU"/>
        </w:rPr>
      </w:pPr>
      <w:r w:rsidRPr="00794D67">
        <w:rPr>
          <w:lang w:val="ru-RU"/>
        </w:rPr>
        <w:t>5. Стоимость. Инвестиционная программа не выделяет стоимость мероприятия 4.3 отдельной строкой, а предельный размер расходов по концессионному соглашению относится к соглашению в целом. Значение не проставлено: отсутствие данных не равно нулевой стоимости.</w:t>
      </w:r>
    </w:p>
    <w:p w14:paraId="715C242D" w14:textId="77777777" w:rsidR="007A5E59" w:rsidRPr="00794D67" w:rsidRDefault="0095198F">
      <w:pPr>
        <w:spacing w:after="0"/>
        <w:ind w:firstLine="709"/>
        <w:jc w:val="both"/>
        <w:rPr>
          <w:lang w:val="ru-RU"/>
        </w:rPr>
      </w:pPr>
      <w:r w:rsidRPr="00794D67">
        <w:rPr>
          <w:lang w:val="ru-RU"/>
        </w:rPr>
        <w:t>6. Мероприятие 4.3 даёт экологический эффект и установленную мощность источника не увеличивает. Дефицит мощности УПК № 5, выявленный расчётом к 2031 году, им не покрывается.</w:t>
      </w:r>
    </w:p>
    <w:p w14:paraId="76E4C596" w14:textId="77777777" w:rsidR="007A5E59" w:rsidRPr="00794D67" w:rsidRDefault="007A5E59">
      <w:pPr>
        <w:rPr>
          <w:lang w:val="ru-RU"/>
        </w:rPr>
      </w:pPr>
    </w:p>
    <w:p w14:paraId="417CF36B" w14:textId="77777777" w:rsidR="007A5E59" w:rsidRPr="001F1187" w:rsidRDefault="0095198F">
      <w:pPr>
        <w:pStyle w:val="21"/>
        <w:spacing w:before="1200"/>
        <w:jc w:val="center"/>
        <w:rPr>
          <w:lang w:val="ru-RU"/>
        </w:rPr>
      </w:pPr>
      <w:bookmarkStart w:id="51" w:name="_Toc238015642"/>
      <w:r w:rsidRPr="00794D67">
        <w:rPr>
          <w:lang w:val="ru-RU"/>
        </w:rPr>
        <w:t>7.2. Решения по каждому источнику тепловой энергии</w:t>
      </w:r>
      <w:bookmarkEnd w:id="51"/>
    </w:p>
    <w:p w14:paraId="7193274F" w14:textId="77777777" w:rsidR="007A5E59" w:rsidRPr="001F1187" w:rsidRDefault="0095198F">
      <w:pPr>
        <w:spacing w:before="1200"/>
        <w:jc w:val="center"/>
        <w:rPr>
          <w:lang w:val="ru-RU"/>
        </w:rPr>
      </w:pPr>
      <w:r w:rsidRPr="00794D67">
        <w:rPr>
          <w:lang w:val="ru-RU"/>
        </w:rPr>
        <w:t>Ниже по каждому из десяти источников сведены текущее состояние, выявленная проблема, нагрузки по этапам, принимаемое техническое решение и его зависимости. Мероприятия приведены сквозными идентификаторами реестра мероприятий схемы.</w:t>
      </w:r>
    </w:p>
    <w:p w14:paraId="355800EE" w14:textId="77777777" w:rsidR="00B808F9" w:rsidRPr="00794D67" w:rsidRDefault="00B808F9">
      <w:pPr>
        <w:rPr>
          <w:lang w:val="ru-RU"/>
        </w:rPr>
        <w:sectPr w:rsidR="00B808F9" w:rsidRPr="00794D67" w:rsidSect="00034616">
          <w:footerReference w:type="default" r:id="rId80"/>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C286E6D" w14:textId="77777777" w:rsidR="00C91419" w:rsidRPr="00794D67" w:rsidRDefault="00E96D7B">
      <w:pPr>
        <w:keepNext/>
        <w:spacing w:before="160"/>
        <w:rPr>
          <w:lang w:val="ru-RU"/>
        </w:rPr>
      </w:pPr>
      <w:r w:rsidRPr="00794D67">
        <w:rPr>
          <w:b/>
          <w:lang w:val="ru-RU"/>
        </w:rPr>
        <w:t>Таблица 7.3 — Решения по источникам тепловой энергии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645"/>
        <w:gridCol w:w="1883"/>
        <w:gridCol w:w="1828"/>
        <w:gridCol w:w="1828"/>
        <w:gridCol w:w="3612"/>
        <w:gridCol w:w="1541"/>
        <w:gridCol w:w="1940"/>
      </w:tblGrid>
      <w:tr w:rsidR="00C91419" w14:paraId="4AF5D3E2" w14:textId="77777777">
        <w:trPr>
          <w:cantSplit/>
          <w:tblHeader/>
          <w:jc w:val="center"/>
        </w:trPr>
        <w:tc>
          <w:tcPr>
            <w:tcW w:w="0" w:type="auto"/>
            <w:shd w:val="clear" w:color="auto" w:fill="E2F0D9"/>
          </w:tcPr>
          <w:p w14:paraId="0620F569" w14:textId="77777777" w:rsidR="00C91419" w:rsidRDefault="00E96D7B">
            <w:pPr>
              <w:jc w:val="center"/>
            </w:pPr>
            <w:r>
              <w:rPr>
                <w:b/>
              </w:rPr>
              <w:t>Источник</w:t>
            </w:r>
          </w:p>
        </w:tc>
        <w:tc>
          <w:tcPr>
            <w:tcW w:w="0" w:type="auto"/>
            <w:shd w:val="clear" w:color="auto" w:fill="E2F0D9"/>
          </w:tcPr>
          <w:p w14:paraId="39737E42" w14:textId="77777777" w:rsidR="00C91419" w:rsidRDefault="00E96D7B">
            <w:pPr>
              <w:jc w:val="center"/>
            </w:pPr>
            <w:r>
              <w:rPr>
                <w:b/>
              </w:rPr>
              <w:t>Установленная мощность</w:t>
            </w:r>
          </w:p>
        </w:tc>
        <w:tc>
          <w:tcPr>
            <w:tcW w:w="0" w:type="auto"/>
            <w:shd w:val="clear" w:color="auto" w:fill="E2F0D9"/>
          </w:tcPr>
          <w:p w14:paraId="1EBF7DE6" w14:textId="77777777" w:rsidR="00C91419" w:rsidRDefault="00E96D7B">
            <w:pPr>
              <w:jc w:val="center"/>
            </w:pPr>
            <w:r>
              <w:rPr>
                <w:b/>
              </w:rPr>
              <w:t>Полная максимальная 2026</w:t>
            </w:r>
          </w:p>
        </w:tc>
        <w:tc>
          <w:tcPr>
            <w:tcW w:w="0" w:type="auto"/>
            <w:shd w:val="clear" w:color="auto" w:fill="E2F0D9"/>
          </w:tcPr>
          <w:p w14:paraId="334DA4D1" w14:textId="77777777" w:rsidR="00C91419" w:rsidRDefault="00E96D7B">
            <w:pPr>
              <w:jc w:val="center"/>
            </w:pPr>
            <w:r>
              <w:rPr>
                <w:b/>
              </w:rPr>
              <w:t>Полная максимальная 2036</w:t>
            </w:r>
          </w:p>
        </w:tc>
        <w:tc>
          <w:tcPr>
            <w:tcW w:w="0" w:type="auto"/>
            <w:shd w:val="clear" w:color="auto" w:fill="E2F0D9"/>
          </w:tcPr>
          <w:p w14:paraId="44B8AB9C" w14:textId="77777777" w:rsidR="00C91419" w:rsidRDefault="00E96D7B">
            <w:pPr>
              <w:jc w:val="center"/>
            </w:pPr>
            <w:r>
              <w:rPr>
                <w:b/>
              </w:rPr>
              <w:t>Выявленная проблема</w:t>
            </w:r>
          </w:p>
        </w:tc>
        <w:tc>
          <w:tcPr>
            <w:tcW w:w="0" w:type="auto"/>
            <w:shd w:val="clear" w:color="auto" w:fill="E2F0D9"/>
          </w:tcPr>
          <w:p w14:paraId="7B9C56A9" w14:textId="77777777" w:rsidR="00C91419" w:rsidRDefault="00E96D7B">
            <w:pPr>
              <w:jc w:val="center"/>
            </w:pPr>
            <w:r>
              <w:rPr>
                <w:b/>
              </w:rPr>
              <w:t>Перевод на природный газ</w:t>
            </w:r>
          </w:p>
        </w:tc>
        <w:tc>
          <w:tcPr>
            <w:tcW w:w="0" w:type="auto"/>
            <w:shd w:val="clear" w:color="auto" w:fill="E2F0D9"/>
          </w:tcPr>
          <w:p w14:paraId="37B58D2D" w14:textId="77777777" w:rsidR="00C91419" w:rsidRDefault="00E96D7B">
            <w:pPr>
              <w:jc w:val="center"/>
            </w:pPr>
            <w:r>
              <w:rPr>
                <w:b/>
              </w:rPr>
              <w:t>Мероприятия</w:t>
            </w:r>
          </w:p>
        </w:tc>
      </w:tr>
      <w:tr w:rsidR="00C91419" w14:paraId="7530749C" w14:textId="77777777">
        <w:trPr>
          <w:cantSplit/>
          <w:jc w:val="center"/>
        </w:trPr>
        <w:tc>
          <w:tcPr>
            <w:tcW w:w="0" w:type="auto"/>
          </w:tcPr>
          <w:p w14:paraId="53CE6B74" w14:textId="77777777" w:rsidR="00C91419" w:rsidRDefault="00E96D7B">
            <w:r>
              <w:t>УПК № 1 «Таштагол»</w:t>
            </w:r>
          </w:p>
        </w:tc>
        <w:tc>
          <w:tcPr>
            <w:tcW w:w="0" w:type="auto"/>
          </w:tcPr>
          <w:p w14:paraId="30FD1FA0" w14:textId="77777777" w:rsidR="00C91419" w:rsidRDefault="00E96D7B">
            <w:pPr>
              <w:jc w:val="center"/>
            </w:pPr>
            <w:r>
              <w:t>150,0000</w:t>
            </w:r>
          </w:p>
        </w:tc>
        <w:tc>
          <w:tcPr>
            <w:tcW w:w="0" w:type="auto"/>
          </w:tcPr>
          <w:p w14:paraId="79B318D6" w14:textId="77777777" w:rsidR="00C91419" w:rsidRDefault="00E96D7B">
            <w:pPr>
              <w:jc w:val="center"/>
            </w:pPr>
            <w:r>
              <w:t>93,0532</w:t>
            </w:r>
          </w:p>
        </w:tc>
        <w:tc>
          <w:tcPr>
            <w:tcW w:w="0" w:type="auto"/>
          </w:tcPr>
          <w:p w14:paraId="66CCB02B" w14:textId="77777777" w:rsidR="00C91419" w:rsidRDefault="00E96D7B">
            <w:pPr>
              <w:jc w:val="center"/>
            </w:pPr>
            <w:r>
              <w:t>93,2042</w:t>
            </w:r>
          </w:p>
        </w:tc>
        <w:tc>
          <w:tcPr>
            <w:tcW w:w="0" w:type="auto"/>
          </w:tcPr>
          <w:p w14:paraId="558F4726" w14:textId="77777777" w:rsidR="00C91419" w:rsidRPr="00794D67" w:rsidRDefault="00E96D7B">
            <w:pPr>
              <w:jc w:val="center"/>
              <w:rPr>
                <w:lang w:val="ru-RU"/>
              </w:rPr>
            </w:pPr>
            <w:r w:rsidRPr="00794D67">
              <w:rPr>
                <w:lang w:val="ru-RU"/>
              </w:rPr>
              <w:t>условие преобладания отопительной нагрузки не выполняется: отношение нагрузки горячего водоснабжения к отопительной 0,1137; наибольший водоразбор округа</w:t>
            </w:r>
          </w:p>
        </w:tc>
        <w:tc>
          <w:tcPr>
            <w:tcW w:w="0" w:type="auto"/>
          </w:tcPr>
          <w:p w14:paraId="74A95B5C" w14:textId="77777777" w:rsidR="00C91419" w:rsidRDefault="00E96D7B">
            <w:pPr>
              <w:jc w:val="center"/>
            </w:pPr>
            <w:r>
              <w:t>перевод на газ — 2035</w:t>
            </w:r>
          </w:p>
        </w:tc>
        <w:tc>
          <w:tcPr>
            <w:tcW w:w="0" w:type="auto"/>
          </w:tcPr>
          <w:p w14:paraId="2022E178" w14:textId="77777777" w:rsidR="00C91419" w:rsidRDefault="00E96D7B">
            <w:pPr>
              <w:jc w:val="center"/>
            </w:pPr>
            <w:r>
              <w:t>MS-G-01; MS-DHW-01</w:t>
            </w:r>
          </w:p>
        </w:tc>
      </w:tr>
      <w:tr w:rsidR="00C91419" w14:paraId="164E40B3" w14:textId="77777777">
        <w:trPr>
          <w:cantSplit/>
          <w:jc w:val="center"/>
        </w:trPr>
        <w:tc>
          <w:tcPr>
            <w:tcW w:w="0" w:type="auto"/>
          </w:tcPr>
          <w:p w14:paraId="5EF67177" w14:textId="77777777" w:rsidR="00C91419" w:rsidRDefault="00E96D7B">
            <w:r>
              <w:t>УПК № 2 «Шалым»</w:t>
            </w:r>
          </w:p>
        </w:tc>
        <w:tc>
          <w:tcPr>
            <w:tcW w:w="0" w:type="auto"/>
          </w:tcPr>
          <w:p w14:paraId="2F6BD88B" w14:textId="77777777" w:rsidR="00C91419" w:rsidRDefault="00E96D7B">
            <w:pPr>
              <w:jc w:val="center"/>
            </w:pPr>
            <w:r>
              <w:t>17,0000</w:t>
            </w:r>
          </w:p>
        </w:tc>
        <w:tc>
          <w:tcPr>
            <w:tcW w:w="0" w:type="auto"/>
          </w:tcPr>
          <w:p w14:paraId="575F1F11" w14:textId="77777777" w:rsidR="00C91419" w:rsidRDefault="00E96D7B">
            <w:pPr>
              <w:jc w:val="center"/>
            </w:pPr>
            <w:r>
              <w:t>5,8602</w:t>
            </w:r>
          </w:p>
        </w:tc>
        <w:tc>
          <w:tcPr>
            <w:tcW w:w="0" w:type="auto"/>
          </w:tcPr>
          <w:p w14:paraId="7737AF75" w14:textId="77777777" w:rsidR="00C91419" w:rsidRDefault="00E96D7B">
            <w:pPr>
              <w:jc w:val="center"/>
            </w:pPr>
            <w:r>
              <w:t>5,8602</w:t>
            </w:r>
          </w:p>
        </w:tc>
        <w:tc>
          <w:tcPr>
            <w:tcW w:w="0" w:type="auto"/>
          </w:tcPr>
          <w:p w14:paraId="2E530501" w14:textId="77777777" w:rsidR="00C91419" w:rsidRPr="00794D67" w:rsidRDefault="00E96D7B">
            <w:pPr>
              <w:jc w:val="center"/>
              <w:rPr>
                <w:lang w:val="ru-RU"/>
              </w:rPr>
            </w:pPr>
            <w:r w:rsidRPr="00794D67">
              <w:rPr>
                <w:lang w:val="ru-RU"/>
              </w:rPr>
              <w:t>заявленная производительность водоподготовки нулевая при требуемой 3,4 т/ч; дефицит подпитки в нормальном и аварийном режимах</w:t>
            </w:r>
          </w:p>
        </w:tc>
        <w:tc>
          <w:tcPr>
            <w:tcW w:w="0" w:type="auto"/>
          </w:tcPr>
          <w:p w14:paraId="41F3C79D" w14:textId="77777777" w:rsidR="00C91419" w:rsidRDefault="00E96D7B">
            <w:pPr>
              <w:jc w:val="center"/>
            </w:pPr>
            <w:r>
              <w:t>перевод на газ — 2035</w:t>
            </w:r>
          </w:p>
        </w:tc>
        <w:tc>
          <w:tcPr>
            <w:tcW w:w="0" w:type="auto"/>
          </w:tcPr>
          <w:p w14:paraId="403D9A1E" w14:textId="77777777" w:rsidR="00C91419" w:rsidRDefault="00E96D7B">
            <w:pPr>
              <w:jc w:val="center"/>
            </w:pPr>
            <w:r>
              <w:t>MS-G-02; MS-R-05; MS-DHW-02</w:t>
            </w:r>
          </w:p>
        </w:tc>
      </w:tr>
      <w:tr w:rsidR="00C91419" w14:paraId="226BF488" w14:textId="77777777">
        <w:trPr>
          <w:cantSplit/>
          <w:jc w:val="center"/>
        </w:trPr>
        <w:tc>
          <w:tcPr>
            <w:tcW w:w="0" w:type="auto"/>
          </w:tcPr>
          <w:p w14:paraId="5314D7A9" w14:textId="77777777" w:rsidR="00C91419" w:rsidRDefault="00E96D7B">
            <w:r>
              <w:t>УПК № 2 «ЦМК»</w:t>
            </w:r>
          </w:p>
        </w:tc>
        <w:tc>
          <w:tcPr>
            <w:tcW w:w="0" w:type="auto"/>
          </w:tcPr>
          <w:p w14:paraId="61A256EB" w14:textId="77777777" w:rsidR="00C91419" w:rsidRDefault="00E96D7B">
            <w:pPr>
              <w:jc w:val="center"/>
            </w:pPr>
            <w:r>
              <w:t>10,2000</w:t>
            </w:r>
          </w:p>
        </w:tc>
        <w:tc>
          <w:tcPr>
            <w:tcW w:w="0" w:type="auto"/>
          </w:tcPr>
          <w:p w14:paraId="2BED5E1F" w14:textId="77777777" w:rsidR="00C91419" w:rsidRDefault="00E96D7B">
            <w:pPr>
              <w:jc w:val="center"/>
            </w:pPr>
            <w:r>
              <w:t>3,7051</w:t>
            </w:r>
          </w:p>
        </w:tc>
        <w:tc>
          <w:tcPr>
            <w:tcW w:w="0" w:type="auto"/>
          </w:tcPr>
          <w:p w14:paraId="4C40A28E" w14:textId="77777777" w:rsidR="00C91419" w:rsidRDefault="00E96D7B">
            <w:pPr>
              <w:jc w:val="center"/>
            </w:pPr>
            <w:r>
              <w:t>4,2361</w:t>
            </w:r>
          </w:p>
        </w:tc>
        <w:tc>
          <w:tcPr>
            <w:tcW w:w="0" w:type="auto"/>
          </w:tcPr>
          <w:p w14:paraId="66A8EC83" w14:textId="77777777" w:rsidR="00C91419" w:rsidRPr="00794D67" w:rsidRDefault="00E96D7B">
            <w:pPr>
              <w:jc w:val="center"/>
              <w:rPr>
                <w:lang w:val="ru-RU"/>
              </w:rPr>
            </w:pPr>
            <w:r w:rsidRPr="00794D67">
              <w:rPr>
                <w:lang w:val="ru-RU"/>
              </w:rPr>
              <w:t>самостоятельных технических проблем по имеющимся сведениям не выявлено</w:t>
            </w:r>
          </w:p>
        </w:tc>
        <w:tc>
          <w:tcPr>
            <w:tcW w:w="0" w:type="auto"/>
          </w:tcPr>
          <w:p w14:paraId="79865001" w14:textId="77777777" w:rsidR="00C91419" w:rsidRDefault="00E96D7B">
            <w:pPr>
              <w:jc w:val="center"/>
            </w:pPr>
            <w:r>
              <w:t>перевод на газ — 2035</w:t>
            </w:r>
          </w:p>
        </w:tc>
        <w:tc>
          <w:tcPr>
            <w:tcW w:w="0" w:type="auto"/>
          </w:tcPr>
          <w:p w14:paraId="30B81E37" w14:textId="77777777" w:rsidR="00C91419" w:rsidRDefault="00E96D7B">
            <w:pPr>
              <w:jc w:val="center"/>
            </w:pPr>
            <w:r>
              <w:t>MS-G-03; MS-DHW-03</w:t>
            </w:r>
          </w:p>
        </w:tc>
      </w:tr>
      <w:tr w:rsidR="00C91419" w14:paraId="11214691" w14:textId="77777777">
        <w:trPr>
          <w:cantSplit/>
          <w:jc w:val="center"/>
        </w:trPr>
        <w:tc>
          <w:tcPr>
            <w:tcW w:w="0" w:type="auto"/>
          </w:tcPr>
          <w:p w14:paraId="2290C300" w14:textId="77777777" w:rsidR="00C91419" w:rsidRDefault="00E96D7B">
            <w:r>
              <w:t>УПК № 9 «ГРЭ»</w:t>
            </w:r>
          </w:p>
        </w:tc>
        <w:tc>
          <w:tcPr>
            <w:tcW w:w="0" w:type="auto"/>
          </w:tcPr>
          <w:p w14:paraId="26959651" w14:textId="77777777" w:rsidR="00C91419" w:rsidRDefault="00E96D7B">
            <w:pPr>
              <w:jc w:val="center"/>
            </w:pPr>
            <w:r>
              <w:t>4,5000</w:t>
            </w:r>
          </w:p>
        </w:tc>
        <w:tc>
          <w:tcPr>
            <w:tcW w:w="0" w:type="auto"/>
          </w:tcPr>
          <w:p w14:paraId="53B4678F" w14:textId="77777777" w:rsidR="00C91419" w:rsidRDefault="00E96D7B">
            <w:pPr>
              <w:jc w:val="center"/>
            </w:pPr>
            <w:r>
              <w:t>1,3330</w:t>
            </w:r>
          </w:p>
        </w:tc>
        <w:tc>
          <w:tcPr>
            <w:tcW w:w="0" w:type="auto"/>
          </w:tcPr>
          <w:p w14:paraId="4AF5B363" w14:textId="77777777" w:rsidR="00C91419" w:rsidRDefault="00E96D7B">
            <w:pPr>
              <w:jc w:val="center"/>
            </w:pPr>
            <w:r>
              <w:t>1,3330</w:t>
            </w:r>
          </w:p>
        </w:tc>
        <w:tc>
          <w:tcPr>
            <w:tcW w:w="0" w:type="auto"/>
          </w:tcPr>
          <w:p w14:paraId="4EEFC005" w14:textId="77777777" w:rsidR="00C91419" w:rsidRPr="00794D67" w:rsidRDefault="00E96D7B">
            <w:pPr>
              <w:jc w:val="center"/>
              <w:rPr>
                <w:lang w:val="ru-RU"/>
              </w:rPr>
            </w:pPr>
            <w:r w:rsidRPr="00794D67">
              <w:rPr>
                <w:lang w:val="ru-RU"/>
              </w:rPr>
              <w:t>баланс теплоносителя не раскрыт; единственный ввод электроснабжения; показатель Кэ 0,6 — ниже остальных источников</w:t>
            </w:r>
          </w:p>
        </w:tc>
        <w:tc>
          <w:tcPr>
            <w:tcW w:w="0" w:type="auto"/>
          </w:tcPr>
          <w:p w14:paraId="5EA65E99" w14:textId="77777777" w:rsidR="00C91419" w:rsidRDefault="00E96D7B">
            <w:pPr>
              <w:jc w:val="center"/>
            </w:pPr>
            <w:r>
              <w:t>перевод на газ — 2035</w:t>
            </w:r>
          </w:p>
        </w:tc>
        <w:tc>
          <w:tcPr>
            <w:tcW w:w="0" w:type="auto"/>
          </w:tcPr>
          <w:p w14:paraId="2F880B2B" w14:textId="77777777" w:rsidR="00C91419" w:rsidRDefault="00E96D7B">
            <w:pPr>
              <w:jc w:val="center"/>
            </w:pPr>
            <w:r>
              <w:t>MS-G-09; MS-R-01; MS-DHW-04</w:t>
            </w:r>
          </w:p>
        </w:tc>
      </w:tr>
      <w:tr w:rsidR="00C91419" w14:paraId="04F57B27" w14:textId="77777777">
        <w:trPr>
          <w:cantSplit/>
          <w:jc w:val="center"/>
        </w:trPr>
        <w:tc>
          <w:tcPr>
            <w:tcW w:w="0" w:type="auto"/>
          </w:tcPr>
          <w:p w14:paraId="449CE944" w14:textId="77777777" w:rsidR="00C91419" w:rsidRDefault="00E96D7B">
            <w:r>
              <w:t>УПК № 5 «Новый Шерегеш»</w:t>
            </w:r>
          </w:p>
        </w:tc>
        <w:tc>
          <w:tcPr>
            <w:tcW w:w="0" w:type="auto"/>
          </w:tcPr>
          <w:p w14:paraId="52AD9F35" w14:textId="77777777" w:rsidR="00C91419" w:rsidRDefault="00E96D7B">
            <w:pPr>
              <w:jc w:val="center"/>
            </w:pPr>
            <w:r>
              <w:t>114,0000</w:t>
            </w:r>
          </w:p>
        </w:tc>
        <w:tc>
          <w:tcPr>
            <w:tcW w:w="0" w:type="auto"/>
          </w:tcPr>
          <w:p w14:paraId="69C1955C" w14:textId="77777777" w:rsidR="00C91419" w:rsidRDefault="00E96D7B">
            <w:pPr>
              <w:jc w:val="center"/>
            </w:pPr>
            <w:r>
              <w:t>68,6123</w:t>
            </w:r>
          </w:p>
        </w:tc>
        <w:tc>
          <w:tcPr>
            <w:tcW w:w="0" w:type="auto"/>
          </w:tcPr>
          <w:p w14:paraId="428BD3D9" w14:textId="77777777" w:rsidR="00C91419" w:rsidRDefault="00E96D7B">
            <w:pPr>
              <w:jc w:val="center"/>
            </w:pPr>
            <w:r>
              <w:t>114,4463</w:t>
            </w:r>
          </w:p>
        </w:tc>
        <w:tc>
          <w:tcPr>
            <w:tcW w:w="0" w:type="auto"/>
          </w:tcPr>
          <w:p w14:paraId="094AF51E" w14:textId="77777777" w:rsidR="00C91419" w:rsidRPr="00794D67" w:rsidRDefault="00E96D7B">
            <w:pPr>
              <w:jc w:val="center"/>
              <w:rPr>
                <w:lang w:val="ru-RU"/>
              </w:rPr>
            </w:pPr>
            <w:r w:rsidRPr="00794D67">
              <w:rPr>
                <w:lang w:val="ru-RU"/>
              </w:rPr>
              <w:t>наибольший прирост нагрузки округа; отсутствие свободного резерва на расчётный срок; дефицит подпитки, растущий к 2031 году; аварийный дефицит подпитки 75,40 т/ч; баки-аккумуляторы</w:t>
            </w:r>
          </w:p>
        </w:tc>
        <w:tc>
          <w:tcPr>
            <w:tcW w:w="0" w:type="auto"/>
          </w:tcPr>
          <w:p w14:paraId="1BAA25BD" w14:textId="77777777" w:rsidR="00C91419" w:rsidRPr="00794D67" w:rsidRDefault="00E96D7B">
            <w:pPr>
              <w:jc w:val="center"/>
              <w:rPr>
                <w:lang w:val="ru-RU"/>
              </w:rPr>
            </w:pPr>
            <w:r w:rsidRPr="00794D67">
              <w:rPr>
                <w:lang w:val="ru-RU"/>
              </w:rPr>
              <w:t>перевод на газ — срок уточняется</w:t>
            </w:r>
          </w:p>
        </w:tc>
        <w:tc>
          <w:tcPr>
            <w:tcW w:w="0" w:type="auto"/>
          </w:tcPr>
          <w:p w14:paraId="69769315" w14:textId="77777777" w:rsidR="00C91419" w:rsidRDefault="00E96D7B">
            <w:pPr>
              <w:jc w:val="center"/>
            </w:pPr>
            <w:r>
              <w:t>MS-G-05; MS-E-01; MS-R-03; MS-R-06; MS-DHW-05</w:t>
            </w:r>
          </w:p>
        </w:tc>
      </w:tr>
      <w:tr w:rsidR="00C91419" w14:paraId="06B53619" w14:textId="77777777">
        <w:trPr>
          <w:cantSplit/>
          <w:jc w:val="center"/>
        </w:trPr>
        <w:tc>
          <w:tcPr>
            <w:tcW w:w="0" w:type="auto"/>
          </w:tcPr>
          <w:p w14:paraId="58823792" w14:textId="77777777" w:rsidR="00C91419" w:rsidRDefault="00E96D7B">
            <w:r>
              <w:t>УПК № 6 «Старый Шерегеш»</w:t>
            </w:r>
          </w:p>
        </w:tc>
        <w:tc>
          <w:tcPr>
            <w:tcW w:w="0" w:type="auto"/>
          </w:tcPr>
          <w:p w14:paraId="169AC2EB" w14:textId="77777777" w:rsidR="00C91419" w:rsidRDefault="00E96D7B">
            <w:pPr>
              <w:jc w:val="center"/>
            </w:pPr>
            <w:r>
              <w:t>24,0000</w:t>
            </w:r>
          </w:p>
        </w:tc>
        <w:tc>
          <w:tcPr>
            <w:tcW w:w="0" w:type="auto"/>
          </w:tcPr>
          <w:p w14:paraId="4A3473E8" w14:textId="77777777" w:rsidR="00C91419" w:rsidRDefault="00E96D7B">
            <w:pPr>
              <w:jc w:val="center"/>
            </w:pPr>
            <w:r>
              <w:t>4,6696</w:t>
            </w:r>
          </w:p>
        </w:tc>
        <w:tc>
          <w:tcPr>
            <w:tcW w:w="0" w:type="auto"/>
          </w:tcPr>
          <w:p w14:paraId="594F7082" w14:textId="77777777" w:rsidR="00C91419" w:rsidRDefault="00E96D7B">
            <w:pPr>
              <w:jc w:val="center"/>
            </w:pPr>
            <w:r>
              <w:t>4,8196</w:t>
            </w:r>
          </w:p>
        </w:tc>
        <w:tc>
          <w:tcPr>
            <w:tcW w:w="0" w:type="auto"/>
          </w:tcPr>
          <w:p w14:paraId="579C1446" w14:textId="77777777" w:rsidR="00C91419" w:rsidRPr="00794D67" w:rsidRDefault="00E96D7B">
            <w:pPr>
              <w:jc w:val="center"/>
              <w:rPr>
                <w:lang w:val="ru-RU"/>
              </w:rPr>
            </w:pPr>
            <w:r w:rsidRPr="00794D67">
              <w:rPr>
                <w:lang w:val="ru-RU"/>
              </w:rPr>
              <w:t>наибольшая доля горячего водоснабжения в подпитке — 96,2 процента</w:t>
            </w:r>
          </w:p>
        </w:tc>
        <w:tc>
          <w:tcPr>
            <w:tcW w:w="0" w:type="auto"/>
          </w:tcPr>
          <w:p w14:paraId="19C2B499" w14:textId="77777777" w:rsidR="00C91419" w:rsidRPr="00794D67" w:rsidRDefault="00E96D7B">
            <w:pPr>
              <w:jc w:val="center"/>
              <w:rPr>
                <w:lang w:val="ru-RU"/>
              </w:rPr>
            </w:pPr>
            <w:r w:rsidRPr="00794D67">
              <w:rPr>
                <w:lang w:val="ru-RU"/>
              </w:rPr>
              <w:t>перевод на газ — срок уточняется</w:t>
            </w:r>
          </w:p>
        </w:tc>
        <w:tc>
          <w:tcPr>
            <w:tcW w:w="0" w:type="auto"/>
          </w:tcPr>
          <w:p w14:paraId="5D970C06" w14:textId="77777777" w:rsidR="00C91419" w:rsidRDefault="00E96D7B">
            <w:pPr>
              <w:jc w:val="center"/>
            </w:pPr>
            <w:r>
              <w:t>MS-G-06; MS-DHW-06</w:t>
            </w:r>
          </w:p>
        </w:tc>
      </w:tr>
      <w:tr w:rsidR="00C91419" w14:paraId="2347AA03" w14:textId="77777777">
        <w:trPr>
          <w:cantSplit/>
          <w:jc w:val="center"/>
        </w:trPr>
        <w:tc>
          <w:tcPr>
            <w:tcW w:w="0" w:type="auto"/>
          </w:tcPr>
          <w:p w14:paraId="70E9107B" w14:textId="77777777" w:rsidR="00C91419" w:rsidRDefault="00E96D7B">
            <w:r>
              <w:t>УПК № 7 «Каз»</w:t>
            </w:r>
          </w:p>
        </w:tc>
        <w:tc>
          <w:tcPr>
            <w:tcW w:w="0" w:type="auto"/>
          </w:tcPr>
          <w:p w14:paraId="382A2FC0" w14:textId="77777777" w:rsidR="00C91419" w:rsidRDefault="00E96D7B">
            <w:pPr>
              <w:jc w:val="center"/>
            </w:pPr>
            <w:r>
              <w:t>72,0000</w:t>
            </w:r>
          </w:p>
        </w:tc>
        <w:tc>
          <w:tcPr>
            <w:tcW w:w="0" w:type="auto"/>
          </w:tcPr>
          <w:p w14:paraId="4576B656" w14:textId="77777777" w:rsidR="00C91419" w:rsidRDefault="00E96D7B">
            <w:pPr>
              <w:jc w:val="center"/>
            </w:pPr>
            <w:r>
              <w:t>19,4397</w:t>
            </w:r>
          </w:p>
        </w:tc>
        <w:tc>
          <w:tcPr>
            <w:tcW w:w="0" w:type="auto"/>
          </w:tcPr>
          <w:p w14:paraId="763DD60F" w14:textId="77777777" w:rsidR="00C91419" w:rsidRDefault="00E96D7B">
            <w:pPr>
              <w:jc w:val="center"/>
            </w:pPr>
            <w:r>
              <w:t>19,5027</w:t>
            </w:r>
          </w:p>
        </w:tc>
        <w:tc>
          <w:tcPr>
            <w:tcW w:w="0" w:type="auto"/>
          </w:tcPr>
          <w:p w14:paraId="3D49EEF7" w14:textId="77777777" w:rsidR="00C91419" w:rsidRPr="00794D67" w:rsidRDefault="00E96D7B">
            <w:pPr>
              <w:jc w:val="center"/>
              <w:rPr>
                <w:lang w:val="ru-RU"/>
              </w:rPr>
            </w:pPr>
            <w:r w:rsidRPr="00794D67">
              <w:rPr>
                <w:lang w:val="ru-RU"/>
              </w:rPr>
              <w:t>наибольшая доля нормативных утечек округа; температурный график отличается от остальных систем</w:t>
            </w:r>
          </w:p>
        </w:tc>
        <w:tc>
          <w:tcPr>
            <w:tcW w:w="0" w:type="auto"/>
          </w:tcPr>
          <w:p w14:paraId="58615AC3" w14:textId="77777777" w:rsidR="00C91419" w:rsidRDefault="00E96D7B">
            <w:pPr>
              <w:jc w:val="center"/>
            </w:pPr>
            <w:r>
              <w:t>перевод на газ — 2034</w:t>
            </w:r>
          </w:p>
        </w:tc>
        <w:tc>
          <w:tcPr>
            <w:tcW w:w="0" w:type="auto"/>
          </w:tcPr>
          <w:p w14:paraId="29E3CD4C" w14:textId="77777777" w:rsidR="00C91419" w:rsidRDefault="00E96D7B">
            <w:pPr>
              <w:jc w:val="center"/>
            </w:pPr>
            <w:r>
              <w:t>MS-G-07; MS-DHW-07</w:t>
            </w:r>
          </w:p>
        </w:tc>
      </w:tr>
      <w:tr w:rsidR="00C91419" w14:paraId="2ED6682F" w14:textId="77777777">
        <w:trPr>
          <w:cantSplit/>
          <w:jc w:val="center"/>
        </w:trPr>
        <w:tc>
          <w:tcPr>
            <w:tcW w:w="0" w:type="auto"/>
          </w:tcPr>
          <w:p w14:paraId="0F5200EC" w14:textId="77777777" w:rsidR="00C91419" w:rsidRDefault="00E96D7B">
            <w:r>
              <w:t>УПК № 8 «Мундыбаш»</w:t>
            </w:r>
          </w:p>
        </w:tc>
        <w:tc>
          <w:tcPr>
            <w:tcW w:w="0" w:type="auto"/>
          </w:tcPr>
          <w:p w14:paraId="57FA0A51" w14:textId="77777777" w:rsidR="00C91419" w:rsidRDefault="00E96D7B">
            <w:pPr>
              <w:jc w:val="center"/>
            </w:pPr>
            <w:r>
              <w:t>36,0000</w:t>
            </w:r>
          </w:p>
        </w:tc>
        <w:tc>
          <w:tcPr>
            <w:tcW w:w="0" w:type="auto"/>
          </w:tcPr>
          <w:p w14:paraId="2E6AA230" w14:textId="77777777" w:rsidR="00C91419" w:rsidRDefault="00E96D7B">
            <w:pPr>
              <w:jc w:val="center"/>
            </w:pPr>
            <w:r>
              <w:t>20,2475</w:t>
            </w:r>
          </w:p>
        </w:tc>
        <w:tc>
          <w:tcPr>
            <w:tcW w:w="0" w:type="auto"/>
          </w:tcPr>
          <w:p w14:paraId="4BDCE055" w14:textId="77777777" w:rsidR="00C91419" w:rsidRDefault="00E96D7B">
            <w:pPr>
              <w:jc w:val="center"/>
            </w:pPr>
            <w:r>
              <w:t>20,2475</w:t>
            </w:r>
          </w:p>
        </w:tc>
        <w:tc>
          <w:tcPr>
            <w:tcW w:w="0" w:type="auto"/>
          </w:tcPr>
          <w:p w14:paraId="7396EEFF" w14:textId="77777777" w:rsidR="00C91419" w:rsidRPr="00794D67" w:rsidRDefault="00E96D7B">
            <w:pPr>
              <w:jc w:val="center"/>
              <w:rPr>
                <w:lang w:val="ru-RU"/>
              </w:rPr>
            </w:pPr>
            <w:r w:rsidRPr="00794D67">
              <w:rPr>
                <w:lang w:val="ru-RU"/>
              </w:rPr>
              <w:t>смешанное приготовление горячей воды; доля открытой составляющей не выделена</w:t>
            </w:r>
          </w:p>
        </w:tc>
        <w:tc>
          <w:tcPr>
            <w:tcW w:w="0" w:type="auto"/>
          </w:tcPr>
          <w:p w14:paraId="005BAFD7" w14:textId="77777777" w:rsidR="00C91419" w:rsidRDefault="00E96D7B">
            <w:pPr>
              <w:jc w:val="center"/>
            </w:pPr>
            <w:r>
              <w:t>перевод на газ — 2034</w:t>
            </w:r>
          </w:p>
        </w:tc>
        <w:tc>
          <w:tcPr>
            <w:tcW w:w="0" w:type="auto"/>
          </w:tcPr>
          <w:p w14:paraId="587580AE" w14:textId="77777777" w:rsidR="00C91419" w:rsidRDefault="00E96D7B">
            <w:pPr>
              <w:jc w:val="center"/>
            </w:pPr>
            <w:r>
              <w:t>MS-G-08; MS-DHW-08</w:t>
            </w:r>
          </w:p>
        </w:tc>
      </w:tr>
      <w:tr w:rsidR="00C91419" w14:paraId="6798A9FA" w14:textId="77777777">
        <w:trPr>
          <w:cantSplit/>
          <w:jc w:val="center"/>
        </w:trPr>
        <w:tc>
          <w:tcPr>
            <w:tcW w:w="0" w:type="auto"/>
          </w:tcPr>
          <w:p w14:paraId="7267942F" w14:textId="77777777" w:rsidR="00C91419" w:rsidRDefault="00E96D7B">
            <w:r>
              <w:t>УПК № 10 «Темир-Тау»</w:t>
            </w:r>
          </w:p>
        </w:tc>
        <w:tc>
          <w:tcPr>
            <w:tcW w:w="0" w:type="auto"/>
          </w:tcPr>
          <w:p w14:paraId="0AACC95C" w14:textId="77777777" w:rsidR="00C91419" w:rsidRDefault="00E96D7B">
            <w:pPr>
              <w:jc w:val="center"/>
            </w:pPr>
            <w:r>
              <w:t>33,6000</w:t>
            </w:r>
          </w:p>
        </w:tc>
        <w:tc>
          <w:tcPr>
            <w:tcW w:w="0" w:type="auto"/>
          </w:tcPr>
          <w:p w14:paraId="21B592AF" w14:textId="77777777" w:rsidR="00C91419" w:rsidRDefault="00E96D7B">
            <w:pPr>
              <w:jc w:val="center"/>
            </w:pPr>
            <w:r>
              <w:t>8,6985</w:t>
            </w:r>
          </w:p>
        </w:tc>
        <w:tc>
          <w:tcPr>
            <w:tcW w:w="0" w:type="auto"/>
          </w:tcPr>
          <w:p w14:paraId="4DC90942" w14:textId="77777777" w:rsidR="00C91419" w:rsidRDefault="00E96D7B">
            <w:pPr>
              <w:jc w:val="center"/>
            </w:pPr>
            <w:r>
              <w:t>8,6985</w:t>
            </w:r>
          </w:p>
        </w:tc>
        <w:tc>
          <w:tcPr>
            <w:tcW w:w="0" w:type="auto"/>
          </w:tcPr>
          <w:p w14:paraId="3474FFF8" w14:textId="77777777" w:rsidR="00C91419" w:rsidRPr="00794D67" w:rsidRDefault="00E96D7B">
            <w:pPr>
              <w:jc w:val="center"/>
              <w:rPr>
                <w:lang w:val="ru-RU"/>
              </w:rPr>
            </w:pPr>
            <w:r w:rsidRPr="00794D67">
              <w:rPr>
                <w:lang w:val="ru-RU"/>
              </w:rPr>
              <w:t>заявленная производительность водоподготовки нулевая; наибольший дефицит подпитки округа; конфликт установленной мощности 33,60 против 33,93 Гкал/ч</w:t>
            </w:r>
          </w:p>
        </w:tc>
        <w:tc>
          <w:tcPr>
            <w:tcW w:w="0" w:type="auto"/>
          </w:tcPr>
          <w:p w14:paraId="078CA284" w14:textId="77777777" w:rsidR="00C91419" w:rsidRDefault="00E96D7B">
            <w:pPr>
              <w:jc w:val="center"/>
            </w:pPr>
            <w:r>
              <w:t>перевод на газ — 2034</w:t>
            </w:r>
          </w:p>
        </w:tc>
        <w:tc>
          <w:tcPr>
            <w:tcW w:w="0" w:type="auto"/>
          </w:tcPr>
          <w:p w14:paraId="39435821" w14:textId="77777777" w:rsidR="00C91419" w:rsidRDefault="00E96D7B">
            <w:pPr>
              <w:jc w:val="center"/>
            </w:pPr>
            <w:r>
              <w:t>MS-G-10; MS-R-05; MS-DHW-09</w:t>
            </w:r>
          </w:p>
        </w:tc>
      </w:tr>
      <w:tr w:rsidR="00C91419" w14:paraId="6792E8B6" w14:textId="77777777">
        <w:trPr>
          <w:cantSplit/>
          <w:jc w:val="center"/>
        </w:trPr>
        <w:tc>
          <w:tcPr>
            <w:tcW w:w="0" w:type="auto"/>
          </w:tcPr>
          <w:p w14:paraId="66BDBA4E" w14:textId="77777777" w:rsidR="00C91419" w:rsidRDefault="00E96D7B">
            <w:r>
              <w:t>УПК № 3 «Спасск»</w:t>
            </w:r>
          </w:p>
        </w:tc>
        <w:tc>
          <w:tcPr>
            <w:tcW w:w="0" w:type="auto"/>
          </w:tcPr>
          <w:p w14:paraId="17A11E0D" w14:textId="77777777" w:rsidR="00C91419" w:rsidRDefault="00E96D7B">
            <w:pPr>
              <w:jc w:val="center"/>
            </w:pPr>
            <w:r>
              <w:t>5,3700</w:t>
            </w:r>
          </w:p>
        </w:tc>
        <w:tc>
          <w:tcPr>
            <w:tcW w:w="0" w:type="auto"/>
          </w:tcPr>
          <w:p w14:paraId="1B0A98CA" w14:textId="77777777" w:rsidR="00C91419" w:rsidRDefault="00E96D7B">
            <w:pPr>
              <w:jc w:val="center"/>
            </w:pPr>
            <w:r>
              <w:t>1,8761</w:t>
            </w:r>
          </w:p>
        </w:tc>
        <w:tc>
          <w:tcPr>
            <w:tcW w:w="0" w:type="auto"/>
          </w:tcPr>
          <w:p w14:paraId="00943C7A" w14:textId="77777777" w:rsidR="00C91419" w:rsidRDefault="00E96D7B">
            <w:pPr>
              <w:jc w:val="center"/>
            </w:pPr>
            <w:r>
              <w:t>1,8831</w:t>
            </w:r>
          </w:p>
        </w:tc>
        <w:tc>
          <w:tcPr>
            <w:tcW w:w="0" w:type="auto"/>
          </w:tcPr>
          <w:p w14:paraId="51E0C58C" w14:textId="77777777" w:rsidR="00C91419" w:rsidRPr="00794D67" w:rsidRDefault="00E96D7B">
            <w:pPr>
              <w:jc w:val="center"/>
              <w:rPr>
                <w:lang w:val="ru-RU"/>
              </w:rPr>
            </w:pPr>
            <w:r w:rsidRPr="00794D67">
              <w:rPr>
                <w:lang w:val="ru-RU"/>
              </w:rPr>
              <w:t>заявленная производительность водоподготовки нулевая; наименьший водоразбор округа</w:t>
            </w:r>
          </w:p>
        </w:tc>
        <w:tc>
          <w:tcPr>
            <w:tcW w:w="0" w:type="auto"/>
          </w:tcPr>
          <w:p w14:paraId="370772AA" w14:textId="77777777" w:rsidR="00C91419" w:rsidRDefault="00E96D7B">
            <w:pPr>
              <w:jc w:val="center"/>
            </w:pPr>
            <w:r>
              <w:t>перевод на газ — 2035</w:t>
            </w:r>
          </w:p>
        </w:tc>
        <w:tc>
          <w:tcPr>
            <w:tcW w:w="0" w:type="auto"/>
          </w:tcPr>
          <w:p w14:paraId="33C6AACA" w14:textId="77777777" w:rsidR="00C91419" w:rsidRDefault="00E96D7B">
            <w:pPr>
              <w:jc w:val="center"/>
            </w:pPr>
            <w:r>
              <w:t>MS-G-04; MS-R-05; MS-DHW-10</w:t>
            </w:r>
          </w:p>
        </w:tc>
      </w:tr>
    </w:tbl>
    <w:p w14:paraId="09F68C73" w14:textId="77777777" w:rsidR="00B808F9" w:rsidRDefault="00B808F9">
      <w:pPr>
        <w:sectPr w:rsidR="00B808F9" w:rsidSect="00034616">
          <w:footerReference w:type="default" r:id="rId81"/>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276D4B1" w14:textId="77777777" w:rsidR="007A5E59" w:rsidRPr="001F1187" w:rsidRDefault="0095198F">
      <w:pPr>
        <w:spacing w:before="1200"/>
        <w:jc w:val="center"/>
        <w:rPr>
          <w:lang w:val="ru-RU"/>
        </w:rPr>
      </w:pPr>
      <w:r w:rsidRPr="00794D67">
        <w:rPr>
          <w:lang w:val="ru-RU"/>
        </w:rPr>
        <w:t>Состав технического перевооружения при переводе на природный газ настоящей схемой не предопределяется. Перечень заменяемого и устанавливаемого оборудования — котлы либо горелочные устройства, автоматика безопасности и регулирования, газовое оборудование, дымовые тракты, при необходимости насосное оборудование и водоподготовка — определяется проектной документацией по каждому источнику отдельно.</w:t>
      </w:r>
    </w:p>
    <w:p w14:paraId="33CA7DFE" w14:textId="77777777" w:rsidR="00312815" w:rsidRDefault="0095198F">
      <w:pPr>
        <w:spacing w:before="1200"/>
        <w:jc w:val="center"/>
        <w:rPr>
          <w:lang w:val="ru-RU"/>
        </w:rPr>
      </w:pPr>
      <w:r w:rsidRPr="00794D67">
        <w:rPr>
          <w:lang w:val="ru-RU"/>
        </w:rPr>
        <w:t>Перевод на природный газ установленную тепловую мощность источников не изменяет и самостоятельным решением вопросов надёжности, водоподготовки и горячего водоснабжения не является: соответствующие мероприятия учитываются отдельно.</w:t>
      </w:r>
    </w:p>
    <w:p w14:paraId="7A503E21" w14:textId="77777777" w:rsidR="007A5E59" w:rsidRPr="00C07C05" w:rsidRDefault="00312815" w:rsidP="00312815">
      <w:pPr>
        <w:rPr>
          <w:lang w:val="ru-RU"/>
        </w:rPr>
      </w:pPr>
      <w:r>
        <w:rPr>
          <w:lang w:val="ru-RU"/>
        </w:rPr>
        <w:br w:type="page"/>
      </w:r>
    </w:p>
    <w:p w14:paraId="736C756A" w14:textId="77777777" w:rsidR="007A5E59" w:rsidRPr="00344E69" w:rsidRDefault="0095198F">
      <w:pPr>
        <w:pStyle w:val="1"/>
        <w:rPr>
          <w:color w:val="4F81BD" w:themeColor="accent1"/>
          <w:lang w:val="ru-RU"/>
        </w:rPr>
      </w:pPr>
      <w:bookmarkStart w:id="52" w:name="_Toc238015643"/>
      <w:r w:rsidRPr="00344E69">
        <w:rPr>
          <w:color w:val="4F81BD" w:themeColor="accent1"/>
          <w:lang w:val="ru-RU"/>
        </w:rPr>
        <w:t>РАЗДЕЛ 8. ПРЕДЛОЖЕНИЯ ПО СТРОИТЕЛЬСТВУ, РЕКОНСТРУКЦИИ И (ИЛИ) МОДЕРНИЗАЦИИ ТЕПЛОВЫХ СЕТЕЙ</w:t>
      </w:r>
      <w:bookmarkEnd w:id="52"/>
    </w:p>
    <w:p w14:paraId="22E16669" w14:textId="77777777" w:rsidR="007A4ED8" w:rsidRPr="00794D67" w:rsidRDefault="009B7F9E">
      <w:pPr>
        <w:pStyle w:val="21"/>
        <w:rPr>
          <w:lang w:val="ru-RU"/>
        </w:rPr>
      </w:pPr>
      <w:bookmarkStart w:id="53" w:name="_Toc238015644"/>
      <w:r w:rsidRPr="00794D67">
        <w:rPr>
          <w:lang w:val="ru-RU"/>
        </w:rPr>
        <w:t>8.1. Состав и объёмы предложений по тепловым сетям</w:t>
      </w:r>
      <w:bookmarkEnd w:id="53"/>
    </w:p>
    <w:p w14:paraId="3C228A35" w14:textId="77777777" w:rsidR="007A5E59" w:rsidRPr="00794D67" w:rsidRDefault="0095198F">
      <w:pPr>
        <w:ind w:firstLine="709"/>
        <w:jc w:val="both"/>
        <w:rPr>
          <w:lang w:val="ru-RU"/>
        </w:rPr>
      </w:pPr>
      <w:r w:rsidRPr="00794D67">
        <w:rPr>
          <w:lang w:val="ru-RU"/>
        </w:rPr>
        <w:t>Предложения по строительству и реконструкции тепловых сетей сформированы по протяжённости участков, подлежащих замене, и приведены на листе «Таблица 6.1» расчётной книги совместно с общей протяжённостью сетей по каждому источнику.</w:t>
      </w:r>
    </w:p>
    <w:p w14:paraId="141CF8B6" w14:textId="77777777" w:rsidR="007A5E59" w:rsidRPr="00794D67" w:rsidRDefault="0095198F">
      <w:pPr>
        <w:ind w:firstLine="709"/>
        <w:jc w:val="both"/>
        <w:rPr>
          <w:lang w:val="ru-RU"/>
        </w:rPr>
      </w:pPr>
      <w:r w:rsidRPr="00794D67">
        <w:rPr>
          <w:lang w:val="ru-RU"/>
        </w:rPr>
        <w:t>Основанием служит поучастковая база из 1 294 участков с указанием диаметра, года ввода и длины по оси трассы, приведённая в приложении 4. Она позволяет отнести объём замены к конкретным участкам, а не к усреднённой доле протяжённости, как это делалось в ранее утверждённых схемах поселений.</w:t>
      </w:r>
    </w:p>
    <w:p w14:paraId="367E0F59" w14:textId="77777777" w:rsidR="007A5E59" w:rsidRPr="00794D67" w:rsidRDefault="0095198F">
      <w:pPr>
        <w:ind w:firstLine="709"/>
        <w:jc w:val="both"/>
        <w:rPr>
          <w:lang w:val="ru-RU"/>
        </w:rPr>
      </w:pPr>
      <w:r w:rsidRPr="00794D67">
        <w:rPr>
          <w:lang w:val="ru-RU"/>
        </w:rPr>
        <w:t>Средневзвешенный срок эксплуатации сетей округа составляет 39,4 года, а характерные причины отказов, зафиксированные в схемах поселений, связаны с коррозионным износом металла и качеством монтажа. Этим определяется как объём замены, так и приоритет: в первую очередь подлежат замене участки наибольшего возраста в зонах с круглогодичной подачей теплоносителя, где сеть не выводится из работы на летний период.</w:t>
      </w:r>
    </w:p>
    <w:p w14:paraId="1D1F89C6" w14:textId="77777777" w:rsidR="007A5E59" w:rsidRPr="00794D67" w:rsidRDefault="0095198F">
      <w:pPr>
        <w:ind w:firstLine="709"/>
        <w:jc w:val="both"/>
        <w:rPr>
          <w:lang w:val="ru-RU"/>
        </w:rPr>
      </w:pPr>
      <w:r w:rsidRPr="00794D67">
        <w:rPr>
          <w:lang w:val="ru-RU"/>
        </w:rPr>
        <w:t>На уровне схемы объёмы замены определены по сроку эксплуатации участков. При замене участков без изменения трассировки исходно рассматривается сохранение существующих диаметров. Окончательные диаметры и гидравлические параметры уточняются проектной документацией и, при необходимости, поверочным гидравлическим расчётом. Для зоны котельной УПК № 5 «Новый Шерегеш» такой расчёт обязателен с учётом перспективного прироста нагрузки; его выполнение возможно после разработки электронной модели либо в составе проектной документации по реконструкции источника.</w:t>
      </w:r>
    </w:p>
    <w:p w14:paraId="5DF52C7F" w14:textId="77777777" w:rsidR="007A5E59" w:rsidRPr="00794D67" w:rsidRDefault="0095198F">
      <w:pPr>
        <w:ind w:firstLine="709"/>
        <w:jc w:val="both"/>
        <w:rPr>
          <w:lang w:val="ru-RU"/>
        </w:rPr>
      </w:pPr>
      <w:r w:rsidRPr="00794D67">
        <w:rPr>
          <w:lang w:val="ru-RU"/>
        </w:rPr>
        <w:t>Отдельно учтены участки, построенные для переключения потребителей ликвидированных котельных пгт Мундыбаш: они введены в эксплуатацию недавно, находятся в начале срока службы и в объём замены на расчётном периоде не включаются.</w:t>
      </w:r>
    </w:p>
    <w:p w14:paraId="21B8ED7D" w14:textId="77777777" w:rsidR="007A5E59" w:rsidRPr="001F1187" w:rsidRDefault="0095198F">
      <w:pPr>
        <w:pStyle w:val="21"/>
        <w:spacing w:before="1200"/>
        <w:jc w:val="center"/>
        <w:rPr>
          <w:lang w:val="ru-RU"/>
        </w:rPr>
      </w:pPr>
      <w:bookmarkStart w:id="54" w:name="_Toc238015645"/>
      <w:r w:rsidRPr="00794D67">
        <w:rPr>
          <w:lang w:val="ru-RU"/>
        </w:rPr>
        <w:t>8.2. Основания для реконструкции тепловых сетей</w:t>
      </w:r>
      <w:bookmarkEnd w:id="54"/>
    </w:p>
    <w:p w14:paraId="4E7B96B9" w14:textId="77777777" w:rsidR="007A5E59" w:rsidRPr="001F1187" w:rsidRDefault="0095198F">
      <w:pPr>
        <w:spacing w:before="1200"/>
        <w:jc w:val="center"/>
        <w:rPr>
          <w:lang w:val="ru-RU"/>
        </w:rPr>
      </w:pPr>
      <w:r w:rsidRPr="00794D67">
        <w:rPr>
          <w:lang w:val="ru-RU"/>
        </w:rPr>
        <w:t>Отбор участков выполнен от реестра участков, а не от общих формулировок. Возрастной признак принят как основание для обследования, а не как основание для замены.</w:t>
      </w:r>
    </w:p>
    <w:p w14:paraId="76520787" w14:textId="77777777" w:rsidR="00B808F9" w:rsidRPr="00794D67" w:rsidRDefault="00B808F9">
      <w:pPr>
        <w:rPr>
          <w:lang w:val="ru-RU"/>
        </w:rPr>
        <w:sectPr w:rsidR="00B808F9" w:rsidRPr="00794D67" w:rsidSect="00034616">
          <w:footerReference w:type="default" r:id="rId82"/>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3F7BB75" w14:textId="77777777" w:rsidR="00C91419" w:rsidRPr="00794D67" w:rsidRDefault="00E96D7B">
      <w:pPr>
        <w:keepNext/>
        <w:spacing w:before="160"/>
        <w:rPr>
          <w:lang w:val="ru-RU"/>
        </w:rPr>
      </w:pPr>
      <w:r w:rsidRPr="00794D67">
        <w:rPr>
          <w:b/>
          <w:lang w:val="ru-RU"/>
        </w:rPr>
        <w:t>Таблица 8.1 — Кандидаты мероприятий по тепловым сетям</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521"/>
        <w:gridCol w:w="1452"/>
        <w:gridCol w:w="2124"/>
        <w:gridCol w:w="2822"/>
        <w:gridCol w:w="2537"/>
        <w:gridCol w:w="1604"/>
        <w:gridCol w:w="2217"/>
      </w:tblGrid>
      <w:tr w:rsidR="00C91419" w14:paraId="5FD90414" w14:textId="77777777">
        <w:trPr>
          <w:cantSplit/>
          <w:tblHeader/>
          <w:jc w:val="center"/>
        </w:trPr>
        <w:tc>
          <w:tcPr>
            <w:tcW w:w="0" w:type="auto"/>
            <w:shd w:val="clear" w:color="auto" w:fill="E2F0D9"/>
          </w:tcPr>
          <w:p w14:paraId="11DF4342" w14:textId="77777777" w:rsidR="00C91419" w:rsidRDefault="00E96D7B">
            <w:pPr>
              <w:jc w:val="center"/>
            </w:pPr>
            <w:r>
              <w:rPr>
                <w:b/>
              </w:rPr>
              <w:t>Обозначение</w:t>
            </w:r>
          </w:p>
        </w:tc>
        <w:tc>
          <w:tcPr>
            <w:tcW w:w="0" w:type="auto"/>
            <w:shd w:val="clear" w:color="auto" w:fill="E2F0D9"/>
          </w:tcPr>
          <w:p w14:paraId="3D2406F4" w14:textId="77777777" w:rsidR="00C91419" w:rsidRDefault="00E96D7B">
            <w:pPr>
              <w:jc w:val="center"/>
            </w:pPr>
            <w:r>
              <w:rPr>
                <w:b/>
              </w:rPr>
              <w:t>Территория</w:t>
            </w:r>
          </w:p>
        </w:tc>
        <w:tc>
          <w:tcPr>
            <w:tcW w:w="0" w:type="auto"/>
            <w:shd w:val="clear" w:color="auto" w:fill="E2F0D9"/>
          </w:tcPr>
          <w:p w14:paraId="2A2B9F86" w14:textId="77777777" w:rsidR="00C91419" w:rsidRDefault="00E96D7B">
            <w:pPr>
              <w:jc w:val="center"/>
            </w:pPr>
            <w:r>
              <w:rPr>
                <w:b/>
              </w:rPr>
              <w:t>Группа участков</w:t>
            </w:r>
          </w:p>
        </w:tc>
        <w:tc>
          <w:tcPr>
            <w:tcW w:w="0" w:type="auto"/>
            <w:shd w:val="clear" w:color="auto" w:fill="E2F0D9"/>
          </w:tcPr>
          <w:p w14:paraId="6693AC32" w14:textId="77777777" w:rsidR="00C91419" w:rsidRDefault="00E96D7B">
            <w:pPr>
              <w:jc w:val="center"/>
            </w:pPr>
            <w:r>
              <w:rPr>
                <w:b/>
              </w:rPr>
              <w:t>Основание</w:t>
            </w:r>
          </w:p>
        </w:tc>
        <w:tc>
          <w:tcPr>
            <w:tcW w:w="0" w:type="auto"/>
            <w:shd w:val="clear" w:color="auto" w:fill="E2F0D9"/>
          </w:tcPr>
          <w:p w14:paraId="4A41F62C" w14:textId="77777777" w:rsidR="00C91419" w:rsidRDefault="00E96D7B">
            <w:pPr>
              <w:jc w:val="center"/>
            </w:pPr>
            <w:r>
              <w:rPr>
                <w:b/>
              </w:rPr>
              <w:t>Рекомендуемое действие</w:t>
            </w:r>
          </w:p>
        </w:tc>
        <w:tc>
          <w:tcPr>
            <w:tcW w:w="0" w:type="auto"/>
            <w:shd w:val="clear" w:color="auto" w:fill="E2F0D9"/>
          </w:tcPr>
          <w:p w14:paraId="5F8DC110" w14:textId="77777777" w:rsidR="00C91419" w:rsidRDefault="00E96D7B">
            <w:pPr>
              <w:jc w:val="center"/>
            </w:pPr>
            <w:r>
              <w:rPr>
                <w:b/>
              </w:rPr>
              <w:t>Мероприятие</w:t>
            </w:r>
          </w:p>
        </w:tc>
        <w:tc>
          <w:tcPr>
            <w:tcW w:w="0" w:type="auto"/>
            <w:shd w:val="clear" w:color="auto" w:fill="E2F0D9"/>
          </w:tcPr>
          <w:p w14:paraId="5C345CCD" w14:textId="77777777" w:rsidR="00C91419" w:rsidRDefault="00E96D7B">
            <w:pPr>
              <w:jc w:val="center"/>
            </w:pPr>
            <w:r>
              <w:rPr>
                <w:b/>
              </w:rPr>
              <w:t>Состояние</w:t>
            </w:r>
          </w:p>
        </w:tc>
      </w:tr>
      <w:tr w:rsidR="00C91419" w14:paraId="39D7532C" w14:textId="77777777">
        <w:trPr>
          <w:cantSplit/>
          <w:jc w:val="center"/>
        </w:trPr>
        <w:tc>
          <w:tcPr>
            <w:tcW w:w="0" w:type="auto"/>
          </w:tcPr>
          <w:p w14:paraId="237E6AC7" w14:textId="77777777" w:rsidR="00C91419" w:rsidRDefault="00E96D7B">
            <w:r>
              <w:t>NC-01</w:t>
            </w:r>
          </w:p>
        </w:tc>
        <w:tc>
          <w:tcPr>
            <w:tcW w:w="0" w:type="auto"/>
          </w:tcPr>
          <w:p w14:paraId="43D32344" w14:textId="77777777" w:rsidR="00C91419" w:rsidRDefault="00E96D7B">
            <w:pPr>
              <w:jc w:val="center"/>
            </w:pPr>
            <w:r>
              <w:t>г. Таштагол</w:t>
            </w:r>
          </w:p>
        </w:tc>
        <w:tc>
          <w:tcPr>
            <w:tcW w:w="0" w:type="auto"/>
          </w:tcPr>
          <w:p w14:paraId="15FCD2C7" w14:textId="77777777" w:rsidR="00C91419" w:rsidRPr="00794D67" w:rsidRDefault="00E96D7B">
            <w:pPr>
              <w:jc w:val="center"/>
              <w:rPr>
                <w:lang w:val="ru-RU"/>
              </w:rPr>
            </w:pPr>
            <w:r w:rsidRPr="00794D67">
              <w:rPr>
                <w:lang w:val="ru-RU"/>
              </w:rPr>
              <w:t>группа участков возрастом более 30 лет</w:t>
            </w:r>
          </w:p>
        </w:tc>
        <w:tc>
          <w:tcPr>
            <w:tcW w:w="0" w:type="auto"/>
          </w:tcPr>
          <w:p w14:paraId="1F2EE56D" w14:textId="77777777" w:rsidR="00C91419" w:rsidRPr="00794D67" w:rsidRDefault="00E96D7B">
            <w:pPr>
              <w:jc w:val="center"/>
              <w:rPr>
                <w:lang w:val="ru-RU"/>
              </w:rPr>
            </w:pPr>
            <w:r w:rsidRPr="00794D67">
              <w:rPr>
                <w:lang w:val="ru-RU"/>
              </w:rPr>
              <w:t>нормативный срок службы превышен: 186 участков, 30246.3 м по оси трассы</w:t>
            </w:r>
          </w:p>
        </w:tc>
        <w:tc>
          <w:tcPr>
            <w:tcW w:w="0" w:type="auto"/>
          </w:tcPr>
          <w:p w14:paraId="652444DC" w14:textId="77777777" w:rsidR="00C91419" w:rsidRPr="00794D67" w:rsidRDefault="00E96D7B">
            <w:pPr>
              <w:jc w:val="center"/>
              <w:rPr>
                <w:lang w:val="ru-RU"/>
              </w:rPr>
            </w:pPr>
            <w:r w:rsidRPr="00794D67">
              <w:rPr>
                <w:lang w:val="ru-RU"/>
              </w:rPr>
              <w:t>обследование технического состояния с последующим определением объёма замены</w:t>
            </w:r>
          </w:p>
        </w:tc>
        <w:tc>
          <w:tcPr>
            <w:tcW w:w="0" w:type="auto"/>
          </w:tcPr>
          <w:p w14:paraId="3B72A9F4" w14:textId="77777777" w:rsidR="00C91419" w:rsidRDefault="00E96D7B">
            <w:pPr>
              <w:jc w:val="center"/>
            </w:pPr>
            <w:r>
              <w:t>MS-R-02</w:t>
            </w:r>
          </w:p>
        </w:tc>
        <w:tc>
          <w:tcPr>
            <w:tcW w:w="0" w:type="auto"/>
          </w:tcPr>
          <w:p w14:paraId="38EEBD0C" w14:textId="77777777" w:rsidR="00C91419" w:rsidRDefault="00E96D7B">
            <w:pPr>
              <w:jc w:val="center"/>
            </w:pPr>
            <w:r>
              <w:t>требуется обследование технического состояния</w:t>
            </w:r>
          </w:p>
        </w:tc>
      </w:tr>
      <w:tr w:rsidR="00C91419" w14:paraId="3A3D2EC9" w14:textId="77777777">
        <w:trPr>
          <w:cantSplit/>
          <w:jc w:val="center"/>
        </w:trPr>
        <w:tc>
          <w:tcPr>
            <w:tcW w:w="0" w:type="auto"/>
          </w:tcPr>
          <w:p w14:paraId="149E8259" w14:textId="77777777" w:rsidR="00C91419" w:rsidRDefault="00E96D7B">
            <w:r>
              <w:t>NC-02</w:t>
            </w:r>
          </w:p>
        </w:tc>
        <w:tc>
          <w:tcPr>
            <w:tcW w:w="0" w:type="auto"/>
          </w:tcPr>
          <w:p w14:paraId="1FFB4F20" w14:textId="77777777" w:rsidR="00C91419" w:rsidRDefault="00E96D7B">
            <w:pPr>
              <w:jc w:val="center"/>
            </w:pPr>
            <w:r>
              <w:t>г. Таштагол</w:t>
            </w:r>
          </w:p>
        </w:tc>
        <w:tc>
          <w:tcPr>
            <w:tcW w:w="0" w:type="auto"/>
          </w:tcPr>
          <w:p w14:paraId="07173A59" w14:textId="77777777" w:rsidR="00C91419" w:rsidRDefault="00E96D7B">
            <w:pPr>
              <w:jc w:val="center"/>
            </w:pPr>
            <w:r>
              <w:t>участки, введённые в 2021–2024 годах</w:t>
            </w:r>
          </w:p>
        </w:tc>
        <w:tc>
          <w:tcPr>
            <w:tcW w:w="0" w:type="auto"/>
          </w:tcPr>
          <w:p w14:paraId="212612E5" w14:textId="77777777" w:rsidR="00C91419" w:rsidRPr="00794D67" w:rsidRDefault="00E96D7B">
            <w:pPr>
              <w:jc w:val="center"/>
              <w:rPr>
                <w:lang w:val="ru-RU"/>
              </w:rPr>
            </w:pPr>
            <w:r w:rsidRPr="00794D67">
              <w:rPr>
                <w:lang w:val="ru-RU"/>
              </w:rPr>
              <w:t>участки подтверждены Заказчиком как существующие на базовый период: 3 участков, 2348.5 м</w:t>
            </w:r>
          </w:p>
        </w:tc>
        <w:tc>
          <w:tcPr>
            <w:tcW w:w="0" w:type="auto"/>
          </w:tcPr>
          <w:p w14:paraId="4CAF9543" w14:textId="77777777" w:rsidR="00C91419" w:rsidRPr="00794D67" w:rsidRDefault="00E96D7B">
            <w:pPr>
              <w:jc w:val="center"/>
              <w:rPr>
                <w:lang w:val="ru-RU"/>
              </w:rPr>
            </w:pPr>
            <w:r w:rsidRPr="00794D67">
              <w:rPr>
                <w:lang w:val="ru-RU"/>
              </w:rPr>
              <w:t>замена не требуется на расчётном периоде</w:t>
            </w:r>
          </w:p>
        </w:tc>
        <w:tc>
          <w:tcPr>
            <w:tcW w:w="0" w:type="auto"/>
          </w:tcPr>
          <w:p w14:paraId="06FDFC6B" w14:textId="77777777" w:rsidR="00C91419" w:rsidRDefault="00E96D7B">
            <w:pPr>
              <w:jc w:val="center"/>
            </w:pPr>
            <w:r>
              <w:t>—</w:t>
            </w:r>
          </w:p>
        </w:tc>
        <w:tc>
          <w:tcPr>
            <w:tcW w:w="0" w:type="auto"/>
          </w:tcPr>
          <w:p w14:paraId="58C93683" w14:textId="77777777" w:rsidR="00C91419" w:rsidRDefault="00E96D7B">
            <w:pPr>
              <w:jc w:val="center"/>
            </w:pPr>
            <w:r>
              <w:t>мероприятие не требуется</w:t>
            </w:r>
          </w:p>
        </w:tc>
      </w:tr>
      <w:tr w:rsidR="00C91419" w14:paraId="649C26B9" w14:textId="77777777">
        <w:trPr>
          <w:cantSplit/>
          <w:jc w:val="center"/>
        </w:trPr>
        <w:tc>
          <w:tcPr>
            <w:tcW w:w="0" w:type="auto"/>
          </w:tcPr>
          <w:p w14:paraId="58389DC6" w14:textId="77777777" w:rsidR="00C91419" w:rsidRDefault="00E96D7B">
            <w:r>
              <w:t>NC-03</w:t>
            </w:r>
          </w:p>
        </w:tc>
        <w:tc>
          <w:tcPr>
            <w:tcW w:w="0" w:type="auto"/>
          </w:tcPr>
          <w:p w14:paraId="0F099D15" w14:textId="77777777" w:rsidR="00C91419" w:rsidRDefault="00E96D7B">
            <w:pPr>
              <w:jc w:val="center"/>
            </w:pPr>
            <w:r>
              <w:t>г. Таштагол</w:t>
            </w:r>
          </w:p>
        </w:tc>
        <w:tc>
          <w:tcPr>
            <w:tcW w:w="0" w:type="auto"/>
          </w:tcPr>
          <w:p w14:paraId="7EDBF489" w14:textId="77777777" w:rsidR="00C91419" w:rsidRPr="00794D67" w:rsidRDefault="00E96D7B">
            <w:pPr>
              <w:jc w:val="center"/>
              <w:rPr>
                <w:lang w:val="ru-RU"/>
              </w:rPr>
            </w:pPr>
            <w:r w:rsidRPr="00794D67">
              <w:rPr>
                <w:lang w:val="ru-RU"/>
              </w:rPr>
              <w:t>группа участков возрастом более 30 лет</w:t>
            </w:r>
          </w:p>
        </w:tc>
        <w:tc>
          <w:tcPr>
            <w:tcW w:w="0" w:type="auto"/>
          </w:tcPr>
          <w:p w14:paraId="574117AA" w14:textId="77777777" w:rsidR="00C91419" w:rsidRPr="00794D67" w:rsidRDefault="00E96D7B">
            <w:pPr>
              <w:jc w:val="center"/>
              <w:rPr>
                <w:lang w:val="ru-RU"/>
              </w:rPr>
            </w:pPr>
            <w:r w:rsidRPr="00794D67">
              <w:rPr>
                <w:lang w:val="ru-RU"/>
              </w:rPr>
              <w:t>нормативный срок службы превышен: 105 участков, 2885.0 м по оси трассы</w:t>
            </w:r>
          </w:p>
        </w:tc>
        <w:tc>
          <w:tcPr>
            <w:tcW w:w="0" w:type="auto"/>
          </w:tcPr>
          <w:p w14:paraId="7735C42C" w14:textId="77777777" w:rsidR="00C91419" w:rsidRPr="00794D67" w:rsidRDefault="00E96D7B">
            <w:pPr>
              <w:jc w:val="center"/>
              <w:rPr>
                <w:lang w:val="ru-RU"/>
              </w:rPr>
            </w:pPr>
            <w:r w:rsidRPr="00794D67">
              <w:rPr>
                <w:lang w:val="ru-RU"/>
              </w:rPr>
              <w:t>обследование технического состояния с последующим определением объёма замены</w:t>
            </w:r>
          </w:p>
        </w:tc>
        <w:tc>
          <w:tcPr>
            <w:tcW w:w="0" w:type="auto"/>
          </w:tcPr>
          <w:p w14:paraId="64B3D002" w14:textId="77777777" w:rsidR="00C91419" w:rsidRDefault="00E96D7B">
            <w:pPr>
              <w:jc w:val="center"/>
            </w:pPr>
            <w:r>
              <w:t>MS-R-02</w:t>
            </w:r>
          </w:p>
        </w:tc>
        <w:tc>
          <w:tcPr>
            <w:tcW w:w="0" w:type="auto"/>
          </w:tcPr>
          <w:p w14:paraId="613FB8A9" w14:textId="77777777" w:rsidR="00C91419" w:rsidRDefault="00E96D7B">
            <w:pPr>
              <w:jc w:val="center"/>
            </w:pPr>
            <w:r>
              <w:t>требуется обследование технического состояния</w:t>
            </w:r>
          </w:p>
        </w:tc>
      </w:tr>
      <w:tr w:rsidR="00C91419" w14:paraId="7C186715" w14:textId="77777777">
        <w:trPr>
          <w:cantSplit/>
          <w:jc w:val="center"/>
        </w:trPr>
        <w:tc>
          <w:tcPr>
            <w:tcW w:w="0" w:type="auto"/>
          </w:tcPr>
          <w:p w14:paraId="558686A9" w14:textId="77777777" w:rsidR="00C91419" w:rsidRDefault="00E96D7B">
            <w:r>
              <w:t>NC-04</w:t>
            </w:r>
          </w:p>
        </w:tc>
        <w:tc>
          <w:tcPr>
            <w:tcW w:w="0" w:type="auto"/>
          </w:tcPr>
          <w:p w14:paraId="24E8DA1D" w14:textId="77777777" w:rsidR="00C91419" w:rsidRDefault="00E96D7B">
            <w:pPr>
              <w:jc w:val="center"/>
            </w:pPr>
            <w:r>
              <w:t>г. Таштагол</w:t>
            </w:r>
          </w:p>
        </w:tc>
        <w:tc>
          <w:tcPr>
            <w:tcW w:w="0" w:type="auto"/>
          </w:tcPr>
          <w:p w14:paraId="14044069" w14:textId="77777777" w:rsidR="00C91419" w:rsidRPr="00794D67" w:rsidRDefault="00E96D7B">
            <w:pPr>
              <w:jc w:val="center"/>
              <w:rPr>
                <w:lang w:val="ru-RU"/>
              </w:rPr>
            </w:pPr>
            <w:r w:rsidRPr="00794D67">
              <w:rPr>
                <w:lang w:val="ru-RU"/>
              </w:rPr>
              <w:t>группа участков возрастом более 30 лет</w:t>
            </w:r>
          </w:p>
        </w:tc>
        <w:tc>
          <w:tcPr>
            <w:tcW w:w="0" w:type="auto"/>
          </w:tcPr>
          <w:p w14:paraId="0227C6A1" w14:textId="77777777" w:rsidR="00C91419" w:rsidRPr="00794D67" w:rsidRDefault="00E96D7B">
            <w:pPr>
              <w:jc w:val="center"/>
              <w:rPr>
                <w:lang w:val="ru-RU"/>
              </w:rPr>
            </w:pPr>
            <w:r w:rsidRPr="00794D67">
              <w:rPr>
                <w:lang w:val="ru-RU"/>
              </w:rPr>
              <w:t>нормативный срок службы превышен: 13 участков, 629.0 м по оси трассы</w:t>
            </w:r>
          </w:p>
        </w:tc>
        <w:tc>
          <w:tcPr>
            <w:tcW w:w="0" w:type="auto"/>
          </w:tcPr>
          <w:p w14:paraId="4AFBB0BB" w14:textId="77777777" w:rsidR="00C91419" w:rsidRPr="00794D67" w:rsidRDefault="00E96D7B">
            <w:pPr>
              <w:jc w:val="center"/>
              <w:rPr>
                <w:lang w:val="ru-RU"/>
              </w:rPr>
            </w:pPr>
            <w:r w:rsidRPr="00794D67">
              <w:rPr>
                <w:lang w:val="ru-RU"/>
              </w:rPr>
              <w:t>обследование технического состояния с последующим определением объёма замены</w:t>
            </w:r>
          </w:p>
        </w:tc>
        <w:tc>
          <w:tcPr>
            <w:tcW w:w="0" w:type="auto"/>
          </w:tcPr>
          <w:p w14:paraId="34B7D027" w14:textId="77777777" w:rsidR="00C91419" w:rsidRDefault="00E96D7B">
            <w:pPr>
              <w:jc w:val="center"/>
            </w:pPr>
            <w:r>
              <w:t>MS-R-02</w:t>
            </w:r>
          </w:p>
        </w:tc>
        <w:tc>
          <w:tcPr>
            <w:tcW w:w="0" w:type="auto"/>
          </w:tcPr>
          <w:p w14:paraId="0AB926F6" w14:textId="77777777" w:rsidR="00C91419" w:rsidRDefault="00E96D7B">
            <w:pPr>
              <w:jc w:val="center"/>
            </w:pPr>
            <w:r>
              <w:t>требуется обследование технического состояния</w:t>
            </w:r>
          </w:p>
        </w:tc>
      </w:tr>
      <w:tr w:rsidR="00C91419" w14:paraId="22676808" w14:textId="77777777">
        <w:trPr>
          <w:cantSplit/>
          <w:jc w:val="center"/>
        </w:trPr>
        <w:tc>
          <w:tcPr>
            <w:tcW w:w="0" w:type="auto"/>
          </w:tcPr>
          <w:p w14:paraId="4F3787EA" w14:textId="77777777" w:rsidR="00C91419" w:rsidRDefault="00E96D7B">
            <w:r>
              <w:t>NC-05</w:t>
            </w:r>
          </w:p>
        </w:tc>
        <w:tc>
          <w:tcPr>
            <w:tcW w:w="0" w:type="auto"/>
          </w:tcPr>
          <w:p w14:paraId="2065FC71" w14:textId="77777777" w:rsidR="00C91419" w:rsidRDefault="00E96D7B">
            <w:pPr>
              <w:jc w:val="center"/>
            </w:pPr>
            <w:r>
              <w:t>пгт Шерегеш</w:t>
            </w:r>
          </w:p>
        </w:tc>
        <w:tc>
          <w:tcPr>
            <w:tcW w:w="0" w:type="auto"/>
          </w:tcPr>
          <w:p w14:paraId="03924C21" w14:textId="77777777" w:rsidR="00C91419" w:rsidRPr="00794D67" w:rsidRDefault="00E96D7B">
            <w:pPr>
              <w:jc w:val="center"/>
              <w:rPr>
                <w:lang w:val="ru-RU"/>
              </w:rPr>
            </w:pPr>
            <w:r w:rsidRPr="00794D67">
              <w:rPr>
                <w:lang w:val="ru-RU"/>
              </w:rPr>
              <w:t>группа участков возрастом более 30 лет</w:t>
            </w:r>
          </w:p>
        </w:tc>
        <w:tc>
          <w:tcPr>
            <w:tcW w:w="0" w:type="auto"/>
          </w:tcPr>
          <w:p w14:paraId="1E7F2FA2" w14:textId="77777777" w:rsidR="00C91419" w:rsidRPr="00794D67" w:rsidRDefault="00E96D7B">
            <w:pPr>
              <w:jc w:val="center"/>
              <w:rPr>
                <w:lang w:val="ru-RU"/>
              </w:rPr>
            </w:pPr>
            <w:r w:rsidRPr="00794D67">
              <w:rPr>
                <w:lang w:val="ru-RU"/>
              </w:rPr>
              <w:t>нормативный срок службы превышен: 261 участков, 12962.0 м по оси трассы</w:t>
            </w:r>
          </w:p>
        </w:tc>
        <w:tc>
          <w:tcPr>
            <w:tcW w:w="0" w:type="auto"/>
          </w:tcPr>
          <w:p w14:paraId="105322AF" w14:textId="77777777" w:rsidR="00C91419" w:rsidRPr="00794D67" w:rsidRDefault="00E96D7B">
            <w:pPr>
              <w:jc w:val="center"/>
              <w:rPr>
                <w:lang w:val="ru-RU"/>
              </w:rPr>
            </w:pPr>
            <w:r w:rsidRPr="00794D67">
              <w:rPr>
                <w:lang w:val="ru-RU"/>
              </w:rPr>
              <w:t>обследование технического состояния с последующим определением объёма замены</w:t>
            </w:r>
          </w:p>
        </w:tc>
        <w:tc>
          <w:tcPr>
            <w:tcW w:w="0" w:type="auto"/>
          </w:tcPr>
          <w:p w14:paraId="60665C54" w14:textId="77777777" w:rsidR="00C91419" w:rsidRDefault="00E96D7B">
            <w:pPr>
              <w:jc w:val="center"/>
            </w:pPr>
            <w:r>
              <w:t>MS-R-02</w:t>
            </w:r>
          </w:p>
        </w:tc>
        <w:tc>
          <w:tcPr>
            <w:tcW w:w="0" w:type="auto"/>
          </w:tcPr>
          <w:p w14:paraId="51F0EAAA" w14:textId="77777777" w:rsidR="00C91419" w:rsidRDefault="00E96D7B">
            <w:pPr>
              <w:jc w:val="center"/>
            </w:pPr>
            <w:r>
              <w:t>требуется обследование технического состояния</w:t>
            </w:r>
          </w:p>
        </w:tc>
      </w:tr>
      <w:tr w:rsidR="00C91419" w14:paraId="44E5855C" w14:textId="77777777">
        <w:trPr>
          <w:cantSplit/>
          <w:jc w:val="center"/>
        </w:trPr>
        <w:tc>
          <w:tcPr>
            <w:tcW w:w="0" w:type="auto"/>
          </w:tcPr>
          <w:p w14:paraId="740EC070" w14:textId="77777777" w:rsidR="00C91419" w:rsidRDefault="00E96D7B">
            <w:r>
              <w:t>NC-06</w:t>
            </w:r>
          </w:p>
        </w:tc>
        <w:tc>
          <w:tcPr>
            <w:tcW w:w="0" w:type="auto"/>
          </w:tcPr>
          <w:p w14:paraId="74F9781A" w14:textId="77777777" w:rsidR="00C91419" w:rsidRDefault="00E96D7B">
            <w:pPr>
              <w:jc w:val="center"/>
            </w:pPr>
            <w:r>
              <w:t>пгт Шерегеш</w:t>
            </w:r>
          </w:p>
        </w:tc>
        <w:tc>
          <w:tcPr>
            <w:tcW w:w="0" w:type="auto"/>
          </w:tcPr>
          <w:p w14:paraId="2181818C" w14:textId="77777777" w:rsidR="00C91419" w:rsidRDefault="00E96D7B">
            <w:pPr>
              <w:jc w:val="center"/>
            </w:pPr>
            <w:r>
              <w:t>участки, введённые в 2021–2024 годах</w:t>
            </w:r>
          </w:p>
        </w:tc>
        <w:tc>
          <w:tcPr>
            <w:tcW w:w="0" w:type="auto"/>
          </w:tcPr>
          <w:p w14:paraId="00539455" w14:textId="77777777" w:rsidR="00C91419" w:rsidRPr="00794D67" w:rsidRDefault="00E96D7B">
            <w:pPr>
              <w:jc w:val="center"/>
              <w:rPr>
                <w:lang w:val="ru-RU"/>
              </w:rPr>
            </w:pPr>
            <w:r w:rsidRPr="00794D67">
              <w:rPr>
                <w:lang w:val="ru-RU"/>
              </w:rPr>
              <w:t>участки подтверждены Заказчиком как существующие на базовый период: 2 участков, 798.0 м</w:t>
            </w:r>
          </w:p>
        </w:tc>
        <w:tc>
          <w:tcPr>
            <w:tcW w:w="0" w:type="auto"/>
          </w:tcPr>
          <w:p w14:paraId="216E2466" w14:textId="77777777" w:rsidR="00C91419" w:rsidRPr="00794D67" w:rsidRDefault="00E96D7B">
            <w:pPr>
              <w:jc w:val="center"/>
              <w:rPr>
                <w:lang w:val="ru-RU"/>
              </w:rPr>
            </w:pPr>
            <w:r w:rsidRPr="00794D67">
              <w:rPr>
                <w:lang w:val="ru-RU"/>
              </w:rPr>
              <w:t>замена не требуется на расчётном периоде</w:t>
            </w:r>
          </w:p>
        </w:tc>
        <w:tc>
          <w:tcPr>
            <w:tcW w:w="0" w:type="auto"/>
          </w:tcPr>
          <w:p w14:paraId="19771448" w14:textId="77777777" w:rsidR="00C91419" w:rsidRDefault="00E96D7B">
            <w:pPr>
              <w:jc w:val="center"/>
            </w:pPr>
            <w:r>
              <w:t>—</w:t>
            </w:r>
          </w:p>
        </w:tc>
        <w:tc>
          <w:tcPr>
            <w:tcW w:w="0" w:type="auto"/>
          </w:tcPr>
          <w:p w14:paraId="0851CB00" w14:textId="77777777" w:rsidR="00C91419" w:rsidRDefault="00E96D7B">
            <w:pPr>
              <w:jc w:val="center"/>
            </w:pPr>
            <w:r>
              <w:t>мероприятие не требуется</w:t>
            </w:r>
          </w:p>
        </w:tc>
      </w:tr>
      <w:tr w:rsidR="00C91419" w14:paraId="68CAE834" w14:textId="77777777">
        <w:trPr>
          <w:cantSplit/>
          <w:jc w:val="center"/>
        </w:trPr>
        <w:tc>
          <w:tcPr>
            <w:tcW w:w="0" w:type="auto"/>
          </w:tcPr>
          <w:p w14:paraId="3439E367" w14:textId="77777777" w:rsidR="00C91419" w:rsidRDefault="00E96D7B">
            <w:r>
              <w:t>NC-07</w:t>
            </w:r>
          </w:p>
        </w:tc>
        <w:tc>
          <w:tcPr>
            <w:tcW w:w="0" w:type="auto"/>
          </w:tcPr>
          <w:p w14:paraId="2BD5BD1D" w14:textId="77777777" w:rsidR="00C91419" w:rsidRDefault="00E96D7B">
            <w:pPr>
              <w:jc w:val="center"/>
            </w:pPr>
            <w:r>
              <w:t>пгт Шерегеш</w:t>
            </w:r>
          </w:p>
        </w:tc>
        <w:tc>
          <w:tcPr>
            <w:tcW w:w="0" w:type="auto"/>
          </w:tcPr>
          <w:p w14:paraId="41C4BB15" w14:textId="77777777" w:rsidR="00C91419" w:rsidRPr="00794D67" w:rsidRDefault="00E96D7B">
            <w:pPr>
              <w:jc w:val="center"/>
              <w:rPr>
                <w:lang w:val="ru-RU"/>
              </w:rPr>
            </w:pPr>
            <w:r w:rsidRPr="00794D67">
              <w:rPr>
                <w:lang w:val="ru-RU"/>
              </w:rPr>
              <w:t>группа участков возрастом более 30 лет</w:t>
            </w:r>
          </w:p>
        </w:tc>
        <w:tc>
          <w:tcPr>
            <w:tcW w:w="0" w:type="auto"/>
          </w:tcPr>
          <w:p w14:paraId="3349DB4A" w14:textId="77777777" w:rsidR="00C91419" w:rsidRPr="00794D67" w:rsidRDefault="00E96D7B">
            <w:pPr>
              <w:jc w:val="center"/>
              <w:rPr>
                <w:lang w:val="ru-RU"/>
              </w:rPr>
            </w:pPr>
            <w:r w:rsidRPr="00794D67">
              <w:rPr>
                <w:lang w:val="ru-RU"/>
              </w:rPr>
              <w:t>нормативный срок службы превышен: 56 участков, 1654.5 м по оси трассы</w:t>
            </w:r>
          </w:p>
        </w:tc>
        <w:tc>
          <w:tcPr>
            <w:tcW w:w="0" w:type="auto"/>
          </w:tcPr>
          <w:p w14:paraId="336E6460" w14:textId="77777777" w:rsidR="00C91419" w:rsidRPr="00794D67" w:rsidRDefault="00E96D7B">
            <w:pPr>
              <w:jc w:val="center"/>
              <w:rPr>
                <w:lang w:val="ru-RU"/>
              </w:rPr>
            </w:pPr>
            <w:r w:rsidRPr="00794D67">
              <w:rPr>
                <w:lang w:val="ru-RU"/>
              </w:rPr>
              <w:t>обследование технического состояния с последующим определением объёма замены</w:t>
            </w:r>
          </w:p>
        </w:tc>
        <w:tc>
          <w:tcPr>
            <w:tcW w:w="0" w:type="auto"/>
          </w:tcPr>
          <w:p w14:paraId="2D0D7D16" w14:textId="77777777" w:rsidR="00C91419" w:rsidRDefault="00E96D7B">
            <w:pPr>
              <w:jc w:val="center"/>
            </w:pPr>
            <w:r>
              <w:t>MS-R-02</w:t>
            </w:r>
          </w:p>
        </w:tc>
        <w:tc>
          <w:tcPr>
            <w:tcW w:w="0" w:type="auto"/>
          </w:tcPr>
          <w:p w14:paraId="79847008" w14:textId="77777777" w:rsidR="00C91419" w:rsidRDefault="00E96D7B">
            <w:pPr>
              <w:jc w:val="center"/>
            </w:pPr>
            <w:r>
              <w:t>требуется обследование технического состояния</w:t>
            </w:r>
          </w:p>
        </w:tc>
      </w:tr>
      <w:tr w:rsidR="00C91419" w14:paraId="21BBF036" w14:textId="77777777">
        <w:trPr>
          <w:cantSplit/>
          <w:jc w:val="center"/>
        </w:trPr>
        <w:tc>
          <w:tcPr>
            <w:tcW w:w="0" w:type="auto"/>
          </w:tcPr>
          <w:p w14:paraId="4B3AF220" w14:textId="77777777" w:rsidR="00C91419" w:rsidRDefault="00E96D7B">
            <w:r>
              <w:t>NC-08</w:t>
            </w:r>
          </w:p>
        </w:tc>
        <w:tc>
          <w:tcPr>
            <w:tcW w:w="0" w:type="auto"/>
          </w:tcPr>
          <w:p w14:paraId="2F678A4C" w14:textId="77777777" w:rsidR="00C91419" w:rsidRDefault="00E96D7B">
            <w:pPr>
              <w:jc w:val="center"/>
            </w:pPr>
            <w:r>
              <w:t>пгт Каз</w:t>
            </w:r>
          </w:p>
        </w:tc>
        <w:tc>
          <w:tcPr>
            <w:tcW w:w="0" w:type="auto"/>
          </w:tcPr>
          <w:p w14:paraId="323142D4" w14:textId="77777777" w:rsidR="00C91419" w:rsidRPr="00794D67" w:rsidRDefault="00E96D7B">
            <w:pPr>
              <w:jc w:val="center"/>
              <w:rPr>
                <w:lang w:val="ru-RU"/>
              </w:rPr>
            </w:pPr>
            <w:r w:rsidRPr="00794D67">
              <w:rPr>
                <w:lang w:val="ru-RU"/>
              </w:rPr>
              <w:t>группа участков возрастом более 30 лет</w:t>
            </w:r>
          </w:p>
        </w:tc>
        <w:tc>
          <w:tcPr>
            <w:tcW w:w="0" w:type="auto"/>
          </w:tcPr>
          <w:p w14:paraId="26DD81DB" w14:textId="77777777" w:rsidR="00C91419" w:rsidRPr="00794D67" w:rsidRDefault="00E96D7B">
            <w:pPr>
              <w:jc w:val="center"/>
              <w:rPr>
                <w:lang w:val="ru-RU"/>
              </w:rPr>
            </w:pPr>
            <w:r w:rsidRPr="00794D67">
              <w:rPr>
                <w:lang w:val="ru-RU"/>
              </w:rPr>
              <w:t>нормативный срок службы превышен: 48 участков, 7393.5 м по оси трассы</w:t>
            </w:r>
          </w:p>
        </w:tc>
        <w:tc>
          <w:tcPr>
            <w:tcW w:w="0" w:type="auto"/>
          </w:tcPr>
          <w:p w14:paraId="1ACB62F0" w14:textId="77777777" w:rsidR="00C91419" w:rsidRPr="00794D67" w:rsidRDefault="00E96D7B">
            <w:pPr>
              <w:jc w:val="center"/>
              <w:rPr>
                <w:lang w:val="ru-RU"/>
              </w:rPr>
            </w:pPr>
            <w:r w:rsidRPr="00794D67">
              <w:rPr>
                <w:lang w:val="ru-RU"/>
              </w:rPr>
              <w:t>обследование технического состояния с последующим определением объёма замены</w:t>
            </w:r>
          </w:p>
        </w:tc>
        <w:tc>
          <w:tcPr>
            <w:tcW w:w="0" w:type="auto"/>
          </w:tcPr>
          <w:p w14:paraId="079F4365" w14:textId="77777777" w:rsidR="00C91419" w:rsidRDefault="00E96D7B">
            <w:pPr>
              <w:jc w:val="center"/>
            </w:pPr>
            <w:r>
              <w:t>MS-R-02</w:t>
            </w:r>
          </w:p>
        </w:tc>
        <w:tc>
          <w:tcPr>
            <w:tcW w:w="0" w:type="auto"/>
          </w:tcPr>
          <w:p w14:paraId="03E921A2" w14:textId="77777777" w:rsidR="00C91419" w:rsidRDefault="00E96D7B">
            <w:pPr>
              <w:jc w:val="center"/>
            </w:pPr>
            <w:r>
              <w:t>требуется обследование технического состояния</w:t>
            </w:r>
          </w:p>
        </w:tc>
      </w:tr>
      <w:tr w:rsidR="00C91419" w14:paraId="5BAAE988" w14:textId="77777777">
        <w:trPr>
          <w:cantSplit/>
          <w:jc w:val="center"/>
        </w:trPr>
        <w:tc>
          <w:tcPr>
            <w:tcW w:w="0" w:type="auto"/>
          </w:tcPr>
          <w:p w14:paraId="41FB0F79" w14:textId="77777777" w:rsidR="00C91419" w:rsidRDefault="00E96D7B">
            <w:r>
              <w:t>NC-09</w:t>
            </w:r>
          </w:p>
        </w:tc>
        <w:tc>
          <w:tcPr>
            <w:tcW w:w="0" w:type="auto"/>
          </w:tcPr>
          <w:p w14:paraId="578D7636" w14:textId="77777777" w:rsidR="00C91419" w:rsidRDefault="00E96D7B">
            <w:pPr>
              <w:jc w:val="center"/>
            </w:pPr>
            <w:r>
              <w:t>пгт Мундыбаш</w:t>
            </w:r>
          </w:p>
        </w:tc>
        <w:tc>
          <w:tcPr>
            <w:tcW w:w="0" w:type="auto"/>
          </w:tcPr>
          <w:p w14:paraId="68FCECFA" w14:textId="77777777" w:rsidR="00C91419" w:rsidRPr="00794D67" w:rsidRDefault="00E96D7B">
            <w:pPr>
              <w:jc w:val="center"/>
              <w:rPr>
                <w:lang w:val="ru-RU"/>
              </w:rPr>
            </w:pPr>
            <w:r w:rsidRPr="00794D67">
              <w:rPr>
                <w:lang w:val="ru-RU"/>
              </w:rPr>
              <w:t>группа участков возрастом более 30 лет</w:t>
            </w:r>
          </w:p>
        </w:tc>
        <w:tc>
          <w:tcPr>
            <w:tcW w:w="0" w:type="auto"/>
          </w:tcPr>
          <w:p w14:paraId="4A1C1A39" w14:textId="77777777" w:rsidR="00C91419" w:rsidRPr="00794D67" w:rsidRDefault="00E96D7B">
            <w:pPr>
              <w:jc w:val="center"/>
              <w:rPr>
                <w:lang w:val="ru-RU"/>
              </w:rPr>
            </w:pPr>
            <w:r w:rsidRPr="00794D67">
              <w:rPr>
                <w:lang w:val="ru-RU"/>
              </w:rPr>
              <w:t>нормативный срок службы превышен: 74 участков, 6294.0 м по оси трассы</w:t>
            </w:r>
          </w:p>
        </w:tc>
        <w:tc>
          <w:tcPr>
            <w:tcW w:w="0" w:type="auto"/>
          </w:tcPr>
          <w:p w14:paraId="3326C9A9" w14:textId="77777777" w:rsidR="00C91419" w:rsidRPr="00794D67" w:rsidRDefault="00E96D7B">
            <w:pPr>
              <w:jc w:val="center"/>
              <w:rPr>
                <w:lang w:val="ru-RU"/>
              </w:rPr>
            </w:pPr>
            <w:r w:rsidRPr="00794D67">
              <w:rPr>
                <w:lang w:val="ru-RU"/>
              </w:rPr>
              <w:t>обследование технического состояния с последующим определением объёма замены</w:t>
            </w:r>
          </w:p>
        </w:tc>
        <w:tc>
          <w:tcPr>
            <w:tcW w:w="0" w:type="auto"/>
          </w:tcPr>
          <w:p w14:paraId="721320C6" w14:textId="77777777" w:rsidR="00C91419" w:rsidRDefault="00E96D7B">
            <w:pPr>
              <w:jc w:val="center"/>
            </w:pPr>
            <w:r>
              <w:t>MS-R-02</w:t>
            </w:r>
          </w:p>
        </w:tc>
        <w:tc>
          <w:tcPr>
            <w:tcW w:w="0" w:type="auto"/>
          </w:tcPr>
          <w:p w14:paraId="62DD379A" w14:textId="77777777" w:rsidR="00C91419" w:rsidRDefault="00E96D7B">
            <w:pPr>
              <w:jc w:val="center"/>
            </w:pPr>
            <w:r>
              <w:t>требуется обследование технического состояния</w:t>
            </w:r>
          </w:p>
        </w:tc>
      </w:tr>
      <w:tr w:rsidR="00C91419" w14:paraId="0172BCD1" w14:textId="77777777">
        <w:trPr>
          <w:cantSplit/>
          <w:jc w:val="center"/>
        </w:trPr>
        <w:tc>
          <w:tcPr>
            <w:tcW w:w="0" w:type="auto"/>
          </w:tcPr>
          <w:p w14:paraId="46CDF766" w14:textId="77777777" w:rsidR="00C91419" w:rsidRDefault="00E96D7B">
            <w:r>
              <w:t>NC-10</w:t>
            </w:r>
          </w:p>
        </w:tc>
        <w:tc>
          <w:tcPr>
            <w:tcW w:w="0" w:type="auto"/>
          </w:tcPr>
          <w:p w14:paraId="6698DA98" w14:textId="77777777" w:rsidR="00C91419" w:rsidRDefault="00E96D7B">
            <w:pPr>
              <w:jc w:val="center"/>
            </w:pPr>
            <w:r>
              <w:t>пгт Мундыбаш</w:t>
            </w:r>
          </w:p>
        </w:tc>
        <w:tc>
          <w:tcPr>
            <w:tcW w:w="0" w:type="auto"/>
          </w:tcPr>
          <w:p w14:paraId="1106F18F" w14:textId="77777777" w:rsidR="00C91419" w:rsidRDefault="00E96D7B">
            <w:pPr>
              <w:jc w:val="center"/>
            </w:pPr>
            <w:r>
              <w:t>участки, введённые в 2021–2024 годах</w:t>
            </w:r>
          </w:p>
        </w:tc>
        <w:tc>
          <w:tcPr>
            <w:tcW w:w="0" w:type="auto"/>
          </w:tcPr>
          <w:p w14:paraId="526DA37C" w14:textId="77777777" w:rsidR="00C91419" w:rsidRPr="00794D67" w:rsidRDefault="00E96D7B">
            <w:pPr>
              <w:jc w:val="center"/>
              <w:rPr>
                <w:lang w:val="ru-RU"/>
              </w:rPr>
            </w:pPr>
            <w:r w:rsidRPr="00794D67">
              <w:rPr>
                <w:lang w:val="ru-RU"/>
              </w:rPr>
              <w:t>участки подтверждены Заказчиком как существующие на базовый период: 2 участков, 1232.0 м</w:t>
            </w:r>
          </w:p>
        </w:tc>
        <w:tc>
          <w:tcPr>
            <w:tcW w:w="0" w:type="auto"/>
          </w:tcPr>
          <w:p w14:paraId="5325B026" w14:textId="77777777" w:rsidR="00C91419" w:rsidRPr="00794D67" w:rsidRDefault="00E96D7B">
            <w:pPr>
              <w:jc w:val="center"/>
              <w:rPr>
                <w:lang w:val="ru-RU"/>
              </w:rPr>
            </w:pPr>
            <w:r w:rsidRPr="00794D67">
              <w:rPr>
                <w:lang w:val="ru-RU"/>
              </w:rPr>
              <w:t>замена не требуется на расчётном периоде</w:t>
            </w:r>
          </w:p>
        </w:tc>
        <w:tc>
          <w:tcPr>
            <w:tcW w:w="0" w:type="auto"/>
          </w:tcPr>
          <w:p w14:paraId="67E3956B" w14:textId="77777777" w:rsidR="00C91419" w:rsidRDefault="00E96D7B">
            <w:pPr>
              <w:jc w:val="center"/>
            </w:pPr>
            <w:r>
              <w:t>—</w:t>
            </w:r>
          </w:p>
        </w:tc>
        <w:tc>
          <w:tcPr>
            <w:tcW w:w="0" w:type="auto"/>
          </w:tcPr>
          <w:p w14:paraId="20E80E21" w14:textId="77777777" w:rsidR="00C91419" w:rsidRDefault="00E96D7B">
            <w:pPr>
              <w:jc w:val="center"/>
            </w:pPr>
            <w:r>
              <w:t>мероприятие не требуется</w:t>
            </w:r>
          </w:p>
        </w:tc>
      </w:tr>
      <w:tr w:rsidR="00C91419" w14:paraId="1C3D80DE" w14:textId="77777777">
        <w:trPr>
          <w:cantSplit/>
          <w:jc w:val="center"/>
        </w:trPr>
        <w:tc>
          <w:tcPr>
            <w:tcW w:w="0" w:type="auto"/>
          </w:tcPr>
          <w:p w14:paraId="29C25393" w14:textId="77777777" w:rsidR="00C91419" w:rsidRDefault="00E96D7B">
            <w:r>
              <w:t>NC-11</w:t>
            </w:r>
          </w:p>
        </w:tc>
        <w:tc>
          <w:tcPr>
            <w:tcW w:w="0" w:type="auto"/>
          </w:tcPr>
          <w:p w14:paraId="1F0D0A58" w14:textId="77777777" w:rsidR="00C91419" w:rsidRDefault="00E96D7B">
            <w:pPr>
              <w:jc w:val="center"/>
            </w:pPr>
            <w:r>
              <w:t>пгт Темиртау</w:t>
            </w:r>
          </w:p>
        </w:tc>
        <w:tc>
          <w:tcPr>
            <w:tcW w:w="0" w:type="auto"/>
          </w:tcPr>
          <w:p w14:paraId="52528C13" w14:textId="77777777" w:rsidR="00C91419" w:rsidRPr="00794D67" w:rsidRDefault="00E96D7B">
            <w:pPr>
              <w:jc w:val="center"/>
              <w:rPr>
                <w:lang w:val="ru-RU"/>
              </w:rPr>
            </w:pPr>
            <w:r w:rsidRPr="00794D67">
              <w:rPr>
                <w:lang w:val="ru-RU"/>
              </w:rPr>
              <w:t>группа участков возрастом более 30 лет</w:t>
            </w:r>
          </w:p>
        </w:tc>
        <w:tc>
          <w:tcPr>
            <w:tcW w:w="0" w:type="auto"/>
          </w:tcPr>
          <w:p w14:paraId="43D49CA4" w14:textId="77777777" w:rsidR="00C91419" w:rsidRPr="00794D67" w:rsidRDefault="00E96D7B">
            <w:pPr>
              <w:jc w:val="center"/>
              <w:rPr>
                <w:lang w:val="ru-RU"/>
              </w:rPr>
            </w:pPr>
            <w:r w:rsidRPr="00794D67">
              <w:rPr>
                <w:lang w:val="ru-RU"/>
              </w:rPr>
              <w:t>нормативный срок службы превышен: 34 участков, 10251.0 м по оси трассы</w:t>
            </w:r>
          </w:p>
        </w:tc>
        <w:tc>
          <w:tcPr>
            <w:tcW w:w="0" w:type="auto"/>
          </w:tcPr>
          <w:p w14:paraId="4E8A18BE" w14:textId="77777777" w:rsidR="00C91419" w:rsidRPr="00794D67" w:rsidRDefault="00E96D7B">
            <w:pPr>
              <w:jc w:val="center"/>
              <w:rPr>
                <w:lang w:val="ru-RU"/>
              </w:rPr>
            </w:pPr>
            <w:r w:rsidRPr="00794D67">
              <w:rPr>
                <w:lang w:val="ru-RU"/>
              </w:rPr>
              <w:t>обследование технического состояния с последующим определением объёма замены</w:t>
            </w:r>
          </w:p>
        </w:tc>
        <w:tc>
          <w:tcPr>
            <w:tcW w:w="0" w:type="auto"/>
          </w:tcPr>
          <w:p w14:paraId="22E410B5" w14:textId="77777777" w:rsidR="00C91419" w:rsidRDefault="00E96D7B">
            <w:pPr>
              <w:jc w:val="center"/>
            </w:pPr>
            <w:r>
              <w:t>MS-R-02</w:t>
            </w:r>
          </w:p>
        </w:tc>
        <w:tc>
          <w:tcPr>
            <w:tcW w:w="0" w:type="auto"/>
          </w:tcPr>
          <w:p w14:paraId="2261C7DF" w14:textId="77777777" w:rsidR="00C91419" w:rsidRDefault="00E96D7B">
            <w:pPr>
              <w:jc w:val="center"/>
            </w:pPr>
            <w:r>
              <w:t>требуется обследование технического состояния</w:t>
            </w:r>
          </w:p>
        </w:tc>
      </w:tr>
      <w:tr w:rsidR="00C91419" w14:paraId="4ABEE7DE" w14:textId="77777777">
        <w:trPr>
          <w:cantSplit/>
          <w:jc w:val="center"/>
        </w:trPr>
        <w:tc>
          <w:tcPr>
            <w:tcW w:w="0" w:type="auto"/>
          </w:tcPr>
          <w:p w14:paraId="7E8589BB" w14:textId="77777777" w:rsidR="00C91419" w:rsidRDefault="00E96D7B">
            <w:r>
              <w:t>NC-12</w:t>
            </w:r>
          </w:p>
        </w:tc>
        <w:tc>
          <w:tcPr>
            <w:tcW w:w="0" w:type="auto"/>
          </w:tcPr>
          <w:p w14:paraId="6401B6E7" w14:textId="77777777" w:rsidR="00C91419" w:rsidRDefault="00E96D7B">
            <w:pPr>
              <w:jc w:val="center"/>
            </w:pPr>
            <w:r>
              <w:t>пгт Спасск</w:t>
            </w:r>
          </w:p>
        </w:tc>
        <w:tc>
          <w:tcPr>
            <w:tcW w:w="0" w:type="auto"/>
          </w:tcPr>
          <w:p w14:paraId="30D2B261" w14:textId="77777777" w:rsidR="00C91419" w:rsidRPr="00794D67" w:rsidRDefault="00E96D7B">
            <w:pPr>
              <w:jc w:val="center"/>
              <w:rPr>
                <w:lang w:val="ru-RU"/>
              </w:rPr>
            </w:pPr>
            <w:r w:rsidRPr="00794D67">
              <w:rPr>
                <w:lang w:val="ru-RU"/>
              </w:rPr>
              <w:t>группа участков возрастом более 30 лет</w:t>
            </w:r>
          </w:p>
        </w:tc>
        <w:tc>
          <w:tcPr>
            <w:tcW w:w="0" w:type="auto"/>
          </w:tcPr>
          <w:p w14:paraId="1E1213C0" w14:textId="77777777" w:rsidR="00C91419" w:rsidRPr="00794D67" w:rsidRDefault="00E96D7B">
            <w:pPr>
              <w:jc w:val="center"/>
              <w:rPr>
                <w:lang w:val="ru-RU"/>
              </w:rPr>
            </w:pPr>
            <w:r w:rsidRPr="00794D67">
              <w:rPr>
                <w:lang w:val="ru-RU"/>
              </w:rPr>
              <w:t>нормативный срок службы превышен: 3 участков, 485.0 м по оси трассы</w:t>
            </w:r>
          </w:p>
        </w:tc>
        <w:tc>
          <w:tcPr>
            <w:tcW w:w="0" w:type="auto"/>
          </w:tcPr>
          <w:p w14:paraId="368C5E6E" w14:textId="77777777" w:rsidR="00C91419" w:rsidRPr="00794D67" w:rsidRDefault="00E96D7B">
            <w:pPr>
              <w:jc w:val="center"/>
              <w:rPr>
                <w:lang w:val="ru-RU"/>
              </w:rPr>
            </w:pPr>
            <w:r w:rsidRPr="00794D67">
              <w:rPr>
                <w:lang w:val="ru-RU"/>
              </w:rPr>
              <w:t>обследование технического состояния с последующим определением объёма замены</w:t>
            </w:r>
          </w:p>
        </w:tc>
        <w:tc>
          <w:tcPr>
            <w:tcW w:w="0" w:type="auto"/>
          </w:tcPr>
          <w:p w14:paraId="420F65D9" w14:textId="77777777" w:rsidR="00C91419" w:rsidRDefault="00E96D7B">
            <w:pPr>
              <w:jc w:val="center"/>
            </w:pPr>
            <w:r>
              <w:t>MS-R-02</w:t>
            </w:r>
          </w:p>
        </w:tc>
        <w:tc>
          <w:tcPr>
            <w:tcW w:w="0" w:type="auto"/>
          </w:tcPr>
          <w:p w14:paraId="63C2FF09" w14:textId="77777777" w:rsidR="00C91419" w:rsidRDefault="00E96D7B">
            <w:pPr>
              <w:jc w:val="center"/>
            </w:pPr>
            <w:r>
              <w:t>требуется обследование технического состояния</w:t>
            </w:r>
          </w:p>
        </w:tc>
      </w:tr>
      <w:tr w:rsidR="00C91419" w:rsidRPr="00C07C05" w14:paraId="59E6426A" w14:textId="77777777">
        <w:trPr>
          <w:cantSplit/>
          <w:jc w:val="center"/>
        </w:trPr>
        <w:tc>
          <w:tcPr>
            <w:tcW w:w="0" w:type="auto"/>
          </w:tcPr>
          <w:p w14:paraId="18D20332" w14:textId="77777777" w:rsidR="00C91419" w:rsidRDefault="00E96D7B">
            <w:r>
              <w:t>NC-13</w:t>
            </w:r>
          </w:p>
        </w:tc>
        <w:tc>
          <w:tcPr>
            <w:tcW w:w="0" w:type="auto"/>
          </w:tcPr>
          <w:p w14:paraId="4BD15CF2" w14:textId="77777777" w:rsidR="00C91419" w:rsidRDefault="00E96D7B">
            <w:pPr>
              <w:jc w:val="center"/>
            </w:pPr>
            <w:r>
              <w:t>все территории</w:t>
            </w:r>
          </w:p>
        </w:tc>
        <w:tc>
          <w:tcPr>
            <w:tcW w:w="0" w:type="auto"/>
          </w:tcPr>
          <w:p w14:paraId="39E78A34" w14:textId="77777777" w:rsidR="00C91419" w:rsidRPr="00794D67" w:rsidRDefault="00E96D7B">
            <w:pPr>
              <w:jc w:val="center"/>
              <w:rPr>
                <w:lang w:val="ru-RU"/>
              </w:rPr>
            </w:pPr>
            <w:r w:rsidRPr="00794D67">
              <w:rPr>
                <w:lang w:val="ru-RU"/>
              </w:rPr>
              <w:t>устройство резервирующих связей тепловых сетей</w:t>
            </w:r>
          </w:p>
        </w:tc>
        <w:tc>
          <w:tcPr>
            <w:tcW w:w="0" w:type="auto"/>
          </w:tcPr>
          <w:p w14:paraId="02ADC203" w14:textId="77777777" w:rsidR="00C91419" w:rsidRPr="00794D67" w:rsidRDefault="00E96D7B">
            <w:pPr>
              <w:jc w:val="center"/>
              <w:rPr>
                <w:lang w:val="ru-RU"/>
              </w:rPr>
            </w:pPr>
            <w:r w:rsidRPr="00794D67">
              <w:rPr>
                <w:lang w:val="ru-RU"/>
              </w:rPr>
              <w:t>межисточниковых и внутризонных резервирующих связей не выявлено</w:t>
            </w:r>
          </w:p>
        </w:tc>
        <w:tc>
          <w:tcPr>
            <w:tcW w:w="0" w:type="auto"/>
          </w:tcPr>
          <w:p w14:paraId="5EF8ADC0" w14:textId="77777777" w:rsidR="00C91419" w:rsidRPr="00794D67" w:rsidRDefault="00E96D7B">
            <w:pPr>
              <w:jc w:val="center"/>
              <w:rPr>
                <w:lang w:val="ru-RU"/>
              </w:rPr>
            </w:pPr>
            <w:r w:rsidRPr="00794D67">
              <w:rPr>
                <w:lang w:val="ru-RU"/>
              </w:rPr>
              <w:t>определение необходимости и состава связей по результатам расчётного моделирования</w:t>
            </w:r>
          </w:p>
        </w:tc>
        <w:tc>
          <w:tcPr>
            <w:tcW w:w="0" w:type="auto"/>
          </w:tcPr>
          <w:p w14:paraId="052E9598" w14:textId="77777777" w:rsidR="00C91419" w:rsidRDefault="00E96D7B">
            <w:pPr>
              <w:jc w:val="center"/>
            </w:pPr>
            <w:r>
              <w:t>MS-R-04</w:t>
            </w:r>
          </w:p>
        </w:tc>
        <w:tc>
          <w:tcPr>
            <w:tcW w:w="0" w:type="auto"/>
          </w:tcPr>
          <w:p w14:paraId="672D8F7B" w14:textId="77777777" w:rsidR="00C91419" w:rsidRPr="00794D67" w:rsidRDefault="00E96D7B">
            <w:pPr>
              <w:jc w:val="center"/>
              <w:rPr>
                <w:lang w:val="ru-RU"/>
              </w:rPr>
            </w:pPr>
            <w:r w:rsidRPr="00794D67">
              <w:rPr>
                <w:lang w:val="ru-RU"/>
              </w:rPr>
              <w:t>решение принимается по результатам расчётного моделирования</w:t>
            </w:r>
          </w:p>
        </w:tc>
      </w:tr>
    </w:tbl>
    <w:p w14:paraId="718EC973" w14:textId="77777777" w:rsidR="00B808F9" w:rsidRPr="00794D67" w:rsidRDefault="00B808F9">
      <w:pPr>
        <w:rPr>
          <w:lang w:val="ru-RU"/>
        </w:rPr>
        <w:sectPr w:rsidR="00B808F9" w:rsidRPr="00794D67" w:rsidSect="00034616">
          <w:footerReference w:type="default" r:id="rId83"/>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DD34507" w14:textId="77777777" w:rsidR="007A5E59" w:rsidRPr="001F1187" w:rsidRDefault="0095198F">
      <w:pPr>
        <w:spacing w:before="1200"/>
        <w:jc w:val="center"/>
        <w:rPr>
          <w:lang w:val="ru-RU"/>
        </w:rPr>
      </w:pPr>
      <w:r w:rsidRPr="00794D67">
        <w:rPr>
          <w:lang w:val="ru-RU"/>
        </w:rPr>
        <w:t>По девяти системам сформирована потребность в обследовании технического состояния участков возрастом более тридцати лет. По трём системам участки, введённые в 2021–2024 годах, отнесены к не требующим мероприятий. Устройство резервирующих связей отнесено к решениям, принимаемым по результатам расчётного моделирования.</w:t>
      </w:r>
    </w:p>
    <w:p w14:paraId="7D0BE7F2" w14:textId="77777777" w:rsidR="007A5E59" w:rsidRPr="001F1187" w:rsidRDefault="0095198F">
      <w:pPr>
        <w:spacing w:before="1200"/>
        <w:jc w:val="center"/>
        <w:rPr>
          <w:lang w:val="ru-RU"/>
        </w:rPr>
      </w:pPr>
      <w:r w:rsidRPr="00794D67">
        <w:rPr>
          <w:lang w:val="ru-RU"/>
        </w:rPr>
        <w:t>Мероприятия по замене конкретных участков в настоящей редакции не формируются: перечень заменяемых участков определяется после обследования технического состояния и проверки гидравлической достаточности.</w:t>
      </w:r>
    </w:p>
    <w:p w14:paraId="4CCE16EA" w14:textId="77777777" w:rsidR="007A5E59" w:rsidRPr="001F1187" w:rsidRDefault="0095198F">
      <w:pPr>
        <w:pStyle w:val="21"/>
        <w:spacing w:before="1200"/>
        <w:jc w:val="center"/>
        <w:rPr>
          <w:lang w:val="ru-RU"/>
        </w:rPr>
      </w:pPr>
      <w:bookmarkStart w:id="55" w:name="_Toc238015646"/>
      <w:r w:rsidRPr="00794D67">
        <w:rPr>
          <w:lang w:val="ru-RU"/>
        </w:rPr>
        <w:t>8.3. Графические материалы и их источники</w:t>
      </w:r>
      <w:bookmarkEnd w:id="55"/>
    </w:p>
    <w:p w14:paraId="1951ED58" w14:textId="77777777" w:rsidR="007A5E59" w:rsidRPr="001F1187" w:rsidRDefault="0095198F">
      <w:pPr>
        <w:spacing w:before="1200"/>
        <w:jc w:val="center"/>
        <w:rPr>
          <w:lang w:val="ru-RU"/>
        </w:rPr>
      </w:pPr>
      <w:r w:rsidRPr="00794D67">
        <w:rPr>
          <w:lang w:val="ru-RU"/>
        </w:rPr>
        <w:t xml:space="preserve">В составе переданных материалов имеются рабочие схемы тепловых сетей в формате </w:t>
      </w:r>
      <w:r>
        <w:t>AutoCAD</w:t>
      </w:r>
      <w:r w:rsidRPr="00794D67">
        <w:rPr>
          <w:lang w:val="ru-RU"/>
        </w:rPr>
        <w:t xml:space="preserve"> по всем шести территориям с централизованным теплоснабжением. Схемы выполнены в условных координатах без назначенной системы координат и содержат рабочие слои без атрибутивной семантики.</w:t>
      </w:r>
    </w:p>
    <w:p w14:paraId="770B16BE" w14:textId="77777777" w:rsidR="00C91419" w:rsidRPr="00794D67" w:rsidRDefault="00E96D7B">
      <w:pPr>
        <w:keepNext/>
        <w:spacing w:before="160"/>
        <w:rPr>
          <w:lang w:val="ru-RU"/>
        </w:rPr>
      </w:pPr>
      <w:r w:rsidRPr="00794D67">
        <w:rPr>
          <w:b/>
          <w:lang w:val="ru-RU"/>
        </w:rPr>
        <w:t>Таблица 8.2 — Рабочие схемы тепловых сетей в составе исходных материалов</w:t>
      </w:r>
    </w:p>
    <w:tbl>
      <w:tblPr>
        <w:tblW w:w="5000" w:type="pct"/>
        <w:tblCellMar>
          <w:left w:w="57" w:type="dxa"/>
          <w:right w:w="57" w:type="dxa"/>
        </w:tblCellMar>
        <w:tblLook w:val="04A0" w:firstRow="1" w:lastRow="0" w:firstColumn="1" w:lastColumn="0" w:noHBand="0" w:noVBand="1"/>
      </w:tblPr>
      <w:tblGrid>
        <w:gridCol w:w="1521"/>
        <w:gridCol w:w="1612"/>
        <w:gridCol w:w="1383"/>
        <w:gridCol w:w="1032"/>
        <w:gridCol w:w="2257"/>
        <w:gridCol w:w="1550"/>
      </w:tblGrid>
      <w:tr w:rsidR="007A4ED8" w14:paraId="3643430B" w14:textId="77777777">
        <w:trPr>
          <w:cantSplit/>
          <w:tblHeader/>
        </w:trPr>
        <w:tc>
          <w:tcPr>
            <w:tcW w:w="0" w:type="auto"/>
            <w:shd w:val="clear" w:color="auto" w:fill="E2F0D9"/>
          </w:tcPr>
          <w:p w14:paraId="7F7465B0" w14:textId="77777777" w:rsidR="007A4ED8" w:rsidRDefault="009B7F9E">
            <w:pPr>
              <w:jc w:val="center"/>
            </w:pPr>
            <w:r>
              <w:rPr>
                <w:b/>
              </w:rPr>
              <w:t>Обозначение</w:t>
            </w:r>
          </w:p>
        </w:tc>
        <w:tc>
          <w:tcPr>
            <w:tcW w:w="0" w:type="auto"/>
            <w:shd w:val="clear" w:color="auto" w:fill="E2F0D9"/>
          </w:tcPr>
          <w:p w14:paraId="2F6E1C15" w14:textId="77777777" w:rsidR="007A4ED8" w:rsidRDefault="009B7F9E">
            <w:pPr>
              <w:jc w:val="center"/>
            </w:pPr>
            <w:r>
              <w:rPr>
                <w:b/>
              </w:rPr>
              <w:t>Территория</w:t>
            </w:r>
          </w:p>
        </w:tc>
        <w:tc>
          <w:tcPr>
            <w:tcW w:w="0" w:type="auto"/>
            <w:shd w:val="clear" w:color="auto" w:fill="E2F0D9"/>
          </w:tcPr>
          <w:p w14:paraId="2E3810F2" w14:textId="77777777" w:rsidR="007A4ED8" w:rsidRDefault="009B7F9E">
            <w:pPr>
              <w:jc w:val="center"/>
            </w:pPr>
            <w:r>
              <w:rPr>
                <w:b/>
              </w:rPr>
              <w:t>Дата чертежа</w:t>
            </w:r>
          </w:p>
        </w:tc>
        <w:tc>
          <w:tcPr>
            <w:tcW w:w="0" w:type="auto"/>
            <w:shd w:val="clear" w:color="auto" w:fill="E2F0D9"/>
          </w:tcPr>
          <w:p w14:paraId="37EEDA0C" w14:textId="77777777" w:rsidR="007A4ED8" w:rsidRDefault="009B7F9E">
            <w:pPr>
              <w:jc w:val="center"/>
            </w:pPr>
            <w:r>
              <w:rPr>
                <w:b/>
              </w:rPr>
              <w:t>Охват</w:t>
            </w:r>
          </w:p>
        </w:tc>
        <w:tc>
          <w:tcPr>
            <w:tcW w:w="0" w:type="auto"/>
            <w:shd w:val="clear" w:color="auto" w:fill="E2F0D9"/>
          </w:tcPr>
          <w:p w14:paraId="612FD8CC" w14:textId="77777777" w:rsidR="007A4ED8" w:rsidRDefault="009B7F9E">
            <w:pPr>
              <w:jc w:val="center"/>
            </w:pPr>
            <w:r>
              <w:rPr>
                <w:b/>
              </w:rPr>
              <w:t>Состояние чтения</w:t>
            </w:r>
          </w:p>
        </w:tc>
        <w:tc>
          <w:tcPr>
            <w:tcW w:w="0" w:type="auto"/>
            <w:shd w:val="clear" w:color="auto" w:fill="E2F0D9"/>
          </w:tcPr>
          <w:p w14:paraId="039CED2B" w14:textId="77777777" w:rsidR="007A4ED8" w:rsidRDefault="009B7F9E">
            <w:pPr>
              <w:jc w:val="center"/>
            </w:pPr>
            <w:r>
              <w:rPr>
                <w:b/>
              </w:rPr>
              <w:t>Построенная схема</w:t>
            </w:r>
          </w:p>
        </w:tc>
      </w:tr>
      <w:tr w:rsidR="007A4ED8" w14:paraId="75289161" w14:textId="77777777">
        <w:trPr>
          <w:cantSplit/>
        </w:trPr>
        <w:tc>
          <w:tcPr>
            <w:tcW w:w="0" w:type="auto"/>
            <w:shd w:val="clear" w:color="auto" w:fill="F2F2F2"/>
          </w:tcPr>
          <w:p w14:paraId="4D6FCE38" w14:textId="77777777" w:rsidR="007A4ED8" w:rsidRDefault="009B7F9E">
            <w:r>
              <w:t>DWG-01</w:t>
            </w:r>
          </w:p>
        </w:tc>
        <w:tc>
          <w:tcPr>
            <w:tcW w:w="0" w:type="auto"/>
            <w:shd w:val="clear" w:color="auto" w:fill="FFFFFF"/>
          </w:tcPr>
          <w:p w14:paraId="55471049" w14:textId="77777777" w:rsidR="007A4ED8" w:rsidRDefault="009B7F9E">
            <w:r>
              <w:t>г. Таштагол: УПК № 1, УПК № 2 «Шалым», УПК № 2 «ЦМК», УПК № 9 «ГРЭ»</w:t>
            </w:r>
          </w:p>
        </w:tc>
        <w:tc>
          <w:tcPr>
            <w:tcW w:w="0" w:type="auto"/>
            <w:shd w:val="clear" w:color="auto" w:fill="FFFFFF"/>
          </w:tcPr>
          <w:p w14:paraId="2248A779" w14:textId="77777777" w:rsidR="007A4ED8" w:rsidRDefault="009B7F9E">
            <w:r>
              <w:t>не установлена</w:t>
            </w:r>
          </w:p>
        </w:tc>
        <w:tc>
          <w:tcPr>
            <w:tcW w:w="0" w:type="auto"/>
            <w:shd w:val="clear" w:color="auto" w:fill="FFFFFF"/>
          </w:tcPr>
          <w:p w14:paraId="584D9676" w14:textId="77777777" w:rsidR="007A4ED8" w:rsidRDefault="009B7F9E">
            <w:r>
              <w:t>четыре системы города</w:t>
            </w:r>
          </w:p>
        </w:tc>
        <w:tc>
          <w:tcPr>
            <w:tcW w:w="0" w:type="auto"/>
            <w:shd w:val="clear" w:color="auto" w:fill="FFFFFF"/>
          </w:tcPr>
          <w:p w14:paraId="33920DFA" w14:textId="77777777" w:rsidR="007A4ED8" w:rsidRPr="00794D67" w:rsidRDefault="009B7F9E">
            <w:pPr>
              <w:rPr>
                <w:lang w:val="ru-RU"/>
              </w:rPr>
            </w:pPr>
            <w:r w:rsidRPr="00794D67">
              <w:rPr>
                <w:lang w:val="ru-RU"/>
              </w:rPr>
              <w:t>прочитан полностью после исправления структуры файла преобразования: 22 781 объект, 4 208 текстовых подписей</w:t>
            </w:r>
          </w:p>
        </w:tc>
        <w:tc>
          <w:tcPr>
            <w:tcW w:w="0" w:type="auto"/>
            <w:shd w:val="clear" w:color="auto" w:fill="FFFFFF"/>
          </w:tcPr>
          <w:p w14:paraId="052EF2E3" w14:textId="77777777" w:rsidR="007A4ED8" w:rsidRDefault="009B7F9E">
            <w:r>
              <w:t>рисунки 3 и 4</w:t>
            </w:r>
          </w:p>
        </w:tc>
      </w:tr>
      <w:tr w:rsidR="007A4ED8" w14:paraId="0D9CD028" w14:textId="77777777">
        <w:trPr>
          <w:cantSplit/>
        </w:trPr>
        <w:tc>
          <w:tcPr>
            <w:tcW w:w="0" w:type="auto"/>
            <w:shd w:val="clear" w:color="auto" w:fill="F2F2F2"/>
          </w:tcPr>
          <w:p w14:paraId="305E28CE" w14:textId="77777777" w:rsidR="007A4ED8" w:rsidRDefault="009B7F9E">
            <w:r>
              <w:t>DWG-02</w:t>
            </w:r>
          </w:p>
        </w:tc>
        <w:tc>
          <w:tcPr>
            <w:tcW w:w="0" w:type="auto"/>
            <w:shd w:val="clear" w:color="auto" w:fill="FFFFFF"/>
          </w:tcPr>
          <w:p w14:paraId="27503656" w14:textId="77777777" w:rsidR="007A4ED8" w:rsidRDefault="009B7F9E">
            <w:r>
              <w:t>г. Таштагол, УПК № 9 «ГРЭ»</w:t>
            </w:r>
          </w:p>
        </w:tc>
        <w:tc>
          <w:tcPr>
            <w:tcW w:w="0" w:type="auto"/>
            <w:shd w:val="clear" w:color="auto" w:fill="FFFFFF"/>
          </w:tcPr>
          <w:p w14:paraId="4B41505E" w14:textId="77777777" w:rsidR="007A4ED8" w:rsidRDefault="009B7F9E">
            <w:r>
              <w:t>не установлена</w:t>
            </w:r>
          </w:p>
        </w:tc>
        <w:tc>
          <w:tcPr>
            <w:tcW w:w="0" w:type="auto"/>
            <w:shd w:val="clear" w:color="auto" w:fill="FFFFFF"/>
          </w:tcPr>
          <w:p w14:paraId="23B4F8CC" w14:textId="77777777" w:rsidR="007A4ED8" w:rsidRDefault="009B7F9E">
            <w:r>
              <w:t>система УПК № 9</w:t>
            </w:r>
          </w:p>
        </w:tc>
        <w:tc>
          <w:tcPr>
            <w:tcW w:w="0" w:type="auto"/>
            <w:shd w:val="clear" w:color="auto" w:fill="FFFFFF"/>
          </w:tcPr>
          <w:p w14:paraId="70B96AFF" w14:textId="77777777" w:rsidR="007A4ED8" w:rsidRPr="00794D67" w:rsidRDefault="009B7F9E">
            <w:pPr>
              <w:rPr>
                <w:lang w:val="ru-RU"/>
              </w:rPr>
            </w:pPr>
            <w:r w:rsidRPr="00794D67">
              <w:rPr>
                <w:lang w:val="ru-RU"/>
              </w:rPr>
              <w:t>пространство модели не содержит графических объектов; листовое пространство — два видовых экрана; слои относятся к топографической основе</w:t>
            </w:r>
          </w:p>
        </w:tc>
        <w:tc>
          <w:tcPr>
            <w:tcW w:w="0" w:type="auto"/>
            <w:shd w:val="clear" w:color="auto" w:fill="FFFFFF"/>
          </w:tcPr>
          <w:p w14:paraId="144A9E05" w14:textId="77777777" w:rsidR="007A4ED8" w:rsidRDefault="009B7F9E">
            <w:r>
              <w:t>не построена</w:t>
            </w:r>
          </w:p>
        </w:tc>
      </w:tr>
      <w:tr w:rsidR="007A4ED8" w14:paraId="41E3BCF1" w14:textId="77777777">
        <w:trPr>
          <w:cantSplit/>
        </w:trPr>
        <w:tc>
          <w:tcPr>
            <w:tcW w:w="0" w:type="auto"/>
            <w:shd w:val="clear" w:color="auto" w:fill="F2F2F2"/>
          </w:tcPr>
          <w:p w14:paraId="53EA33B2" w14:textId="77777777" w:rsidR="007A4ED8" w:rsidRDefault="009B7F9E">
            <w:r>
              <w:t>DWG-03</w:t>
            </w:r>
          </w:p>
        </w:tc>
        <w:tc>
          <w:tcPr>
            <w:tcW w:w="0" w:type="auto"/>
            <w:shd w:val="clear" w:color="auto" w:fill="FFFFFF"/>
          </w:tcPr>
          <w:p w14:paraId="5ACE1119" w14:textId="77777777" w:rsidR="007A4ED8" w:rsidRDefault="009B7F9E">
            <w:r>
              <w:t>пгт Шерегеш</w:t>
            </w:r>
          </w:p>
        </w:tc>
        <w:tc>
          <w:tcPr>
            <w:tcW w:w="0" w:type="auto"/>
            <w:shd w:val="clear" w:color="auto" w:fill="FFFFFF"/>
          </w:tcPr>
          <w:p w14:paraId="2E72D954" w14:textId="77777777" w:rsidR="007A4ED8" w:rsidRDefault="009B7F9E">
            <w:r>
              <w:t>25.02.2025</w:t>
            </w:r>
          </w:p>
        </w:tc>
        <w:tc>
          <w:tcPr>
            <w:tcW w:w="0" w:type="auto"/>
            <w:shd w:val="clear" w:color="auto" w:fill="FFFFFF"/>
          </w:tcPr>
          <w:p w14:paraId="07083EEA" w14:textId="77777777" w:rsidR="007A4ED8" w:rsidRDefault="009B7F9E">
            <w:r>
              <w:t>зоны УПК № 5 и УПК № 6</w:t>
            </w:r>
          </w:p>
        </w:tc>
        <w:tc>
          <w:tcPr>
            <w:tcW w:w="0" w:type="auto"/>
            <w:shd w:val="clear" w:color="auto" w:fill="FFFFFF"/>
          </w:tcPr>
          <w:p w14:paraId="626250DA" w14:textId="77777777" w:rsidR="007A4ED8" w:rsidRPr="00794D67" w:rsidRDefault="009B7F9E">
            <w:pPr>
              <w:rPr>
                <w:lang w:val="ru-RU"/>
              </w:rPr>
            </w:pPr>
            <w:r w:rsidRPr="00794D67">
              <w:rPr>
                <w:lang w:val="ru-RU"/>
              </w:rPr>
              <w:t>прочитан полностью: 23 768 объектов, 4 893 подписи, из них 595 подписей условных диаметров</w:t>
            </w:r>
          </w:p>
        </w:tc>
        <w:tc>
          <w:tcPr>
            <w:tcW w:w="0" w:type="auto"/>
            <w:shd w:val="clear" w:color="auto" w:fill="FFFFFF"/>
          </w:tcPr>
          <w:p w14:paraId="70C49DB9" w14:textId="77777777" w:rsidR="007A4ED8" w:rsidRDefault="009B7F9E">
            <w:r>
              <w:t>рисунки 5 и 6</w:t>
            </w:r>
          </w:p>
        </w:tc>
      </w:tr>
      <w:tr w:rsidR="007A4ED8" w14:paraId="1ECEB7F2" w14:textId="77777777">
        <w:trPr>
          <w:cantSplit/>
        </w:trPr>
        <w:tc>
          <w:tcPr>
            <w:tcW w:w="0" w:type="auto"/>
            <w:shd w:val="clear" w:color="auto" w:fill="F2F2F2"/>
          </w:tcPr>
          <w:p w14:paraId="58D43168" w14:textId="77777777" w:rsidR="007A4ED8" w:rsidRDefault="009B7F9E">
            <w:r>
              <w:t>DWG-04</w:t>
            </w:r>
          </w:p>
        </w:tc>
        <w:tc>
          <w:tcPr>
            <w:tcW w:w="0" w:type="auto"/>
            <w:shd w:val="clear" w:color="auto" w:fill="FFFFFF"/>
          </w:tcPr>
          <w:p w14:paraId="5F784409" w14:textId="77777777" w:rsidR="007A4ED8" w:rsidRDefault="009B7F9E">
            <w:r>
              <w:t>пгт Каз, пгт Мундыбаш</w:t>
            </w:r>
          </w:p>
        </w:tc>
        <w:tc>
          <w:tcPr>
            <w:tcW w:w="0" w:type="auto"/>
            <w:shd w:val="clear" w:color="auto" w:fill="FFFFFF"/>
          </w:tcPr>
          <w:p w14:paraId="23D704A2" w14:textId="77777777" w:rsidR="007A4ED8" w:rsidRDefault="009B7F9E">
            <w:r>
              <w:t>10.09.2018</w:t>
            </w:r>
          </w:p>
        </w:tc>
        <w:tc>
          <w:tcPr>
            <w:tcW w:w="0" w:type="auto"/>
            <w:shd w:val="clear" w:color="auto" w:fill="FFFFFF"/>
          </w:tcPr>
          <w:p w14:paraId="0AD97BE5" w14:textId="77777777" w:rsidR="007A4ED8" w:rsidRDefault="009B7F9E">
            <w:r>
              <w:t>две системы</w:t>
            </w:r>
          </w:p>
        </w:tc>
        <w:tc>
          <w:tcPr>
            <w:tcW w:w="0" w:type="auto"/>
            <w:shd w:val="clear" w:color="auto" w:fill="FFFFFF"/>
          </w:tcPr>
          <w:p w14:paraId="5472A6C7" w14:textId="77777777" w:rsidR="007A4ED8" w:rsidRPr="00794D67" w:rsidRDefault="009B7F9E">
            <w:pPr>
              <w:rPr>
                <w:lang w:val="ru-RU"/>
              </w:rPr>
            </w:pPr>
            <w:r w:rsidRPr="00794D67">
              <w:rPr>
                <w:lang w:val="ru-RU"/>
              </w:rPr>
              <w:t>прочитан полностью: 4 383 объекта, 1 002 подписи; по пгт Мундыбаш трассировка фрагментарна</w:t>
            </w:r>
          </w:p>
        </w:tc>
        <w:tc>
          <w:tcPr>
            <w:tcW w:w="0" w:type="auto"/>
            <w:shd w:val="clear" w:color="auto" w:fill="FFFFFF"/>
          </w:tcPr>
          <w:p w14:paraId="4D750F09" w14:textId="77777777" w:rsidR="007A4ED8" w:rsidRDefault="009B7F9E">
            <w:r>
              <w:t>рисунки 7 и 8</w:t>
            </w:r>
          </w:p>
        </w:tc>
      </w:tr>
      <w:tr w:rsidR="007A4ED8" w14:paraId="7F5A0CC4" w14:textId="77777777">
        <w:trPr>
          <w:cantSplit/>
        </w:trPr>
        <w:tc>
          <w:tcPr>
            <w:tcW w:w="0" w:type="auto"/>
            <w:shd w:val="clear" w:color="auto" w:fill="F2F2F2"/>
          </w:tcPr>
          <w:p w14:paraId="7B737310" w14:textId="77777777" w:rsidR="007A4ED8" w:rsidRDefault="009B7F9E">
            <w:r>
              <w:t>DWG-05</w:t>
            </w:r>
          </w:p>
        </w:tc>
        <w:tc>
          <w:tcPr>
            <w:tcW w:w="0" w:type="auto"/>
            <w:shd w:val="clear" w:color="auto" w:fill="FFFFFF"/>
          </w:tcPr>
          <w:p w14:paraId="171216D7" w14:textId="77777777" w:rsidR="007A4ED8" w:rsidRDefault="009B7F9E">
            <w:r>
              <w:t>пгт Темиртау</w:t>
            </w:r>
          </w:p>
        </w:tc>
        <w:tc>
          <w:tcPr>
            <w:tcW w:w="0" w:type="auto"/>
            <w:shd w:val="clear" w:color="auto" w:fill="FFFFFF"/>
          </w:tcPr>
          <w:p w14:paraId="2C02EA7B" w14:textId="77777777" w:rsidR="007A4ED8" w:rsidRDefault="009B7F9E">
            <w:r>
              <w:t>не установлена</w:t>
            </w:r>
          </w:p>
        </w:tc>
        <w:tc>
          <w:tcPr>
            <w:tcW w:w="0" w:type="auto"/>
            <w:shd w:val="clear" w:color="auto" w:fill="FFFFFF"/>
          </w:tcPr>
          <w:p w14:paraId="06EA4941" w14:textId="77777777" w:rsidR="007A4ED8" w:rsidRDefault="009B7F9E">
            <w:r>
              <w:t>система УПК № 10</w:t>
            </w:r>
          </w:p>
        </w:tc>
        <w:tc>
          <w:tcPr>
            <w:tcW w:w="0" w:type="auto"/>
            <w:shd w:val="clear" w:color="auto" w:fill="FFFFFF"/>
          </w:tcPr>
          <w:p w14:paraId="6508EA8C" w14:textId="77777777" w:rsidR="007A4ED8" w:rsidRDefault="009B7F9E">
            <w:r>
              <w:t>прочитан полностью: 10 290 объектов, 1 913 подписей</w:t>
            </w:r>
          </w:p>
        </w:tc>
        <w:tc>
          <w:tcPr>
            <w:tcW w:w="0" w:type="auto"/>
            <w:shd w:val="clear" w:color="auto" w:fill="FFFFFF"/>
          </w:tcPr>
          <w:p w14:paraId="221AF5F2" w14:textId="77777777" w:rsidR="007A4ED8" w:rsidRDefault="009B7F9E">
            <w:r>
              <w:t>рисунок 9</w:t>
            </w:r>
          </w:p>
        </w:tc>
      </w:tr>
      <w:tr w:rsidR="007A4ED8" w14:paraId="176CAA83" w14:textId="77777777">
        <w:trPr>
          <w:cantSplit/>
        </w:trPr>
        <w:tc>
          <w:tcPr>
            <w:tcW w:w="0" w:type="auto"/>
            <w:shd w:val="clear" w:color="auto" w:fill="F2F2F2"/>
          </w:tcPr>
          <w:p w14:paraId="3CA8C2D3" w14:textId="77777777" w:rsidR="007A4ED8" w:rsidRDefault="009B7F9E">
            <w:r>
              <w:t>DWG-06</w:t>
            </w:r>
          </w:p>
        </w:tc>
        <w:tc>
          <w:tcPr>
            <w:tcW w:w="0" w:type="auto"/>
            <w:shd w:val="clear" w:color="auto" w:fill="FFFFFF"/>
          </w:tcPr>
          <w:p w14:paraId="3146E9CD" w14:textId="77777777" w:rsidR="007A4ED8" w:rsidRDefault="009B7F9E">
            <w:r>
              <w:t>пгт Спасск</w:t>
            </w:r>
          </w:p>
        </w:tc>
        <w:tc>
          <w:tcPr>
            <w:tcW w:w="0" w:type="auto"/>
            <w:shd w:val="clear" w:color="auto" w:fill="FFFFFF"/>
          </w:tcPr>
          <w:p w14:paraId="08842C73" w14:textId="77777777" w:rsidR="007A4ED8" w:rsidRDefault="009B7F9E">
            <w:r>
              <w:t>не установлена</w:t>
            </w:r>
          </w:p>
        </w:tc>
        <w:tc>
          <w:tcPr>
            <w:tcW w:w="0" w:type="auto"/>
            <w:shd w:val="clear" w:color="auto" w:fill="FFFFFF"/>
          </w:tcPr>
          <w:p w14:paraId="51A9FC7C" w14:textId="77777777" w:rsidR="007A4ED8" w:rsidRDefault="009B7F9E">
            <w:r>
              <w:t>система УПК № 3</w:t>
            </w:r>
          </w:p>
        </w:tc>
        <w:tc>
          <w:tcPr>
            <w:tcW w:w="0" w:type="auto"/>
            <w:shd w:val="clear" w:color="auto" w:fill="FFFFFF"/>
          </w:tcPr>
          <w:p w14:paraId="0148108B" w14:textId="77777777" w:rsidR="007A4ED8" w:rsidRDefault="009B7F9E">
            <w:r>
              <w:t>прочитан полностью: 3 405 объектов, 859 подписей</w:t>
            </w:r>
          </w:p>
        </w:tc>
        <w:tc>
          <w:tcPr>
            <w:tcW w:w="0" w:type="auto"/>
            <w:shd w:val="clear" w:color="auto" w:fill="FFFFFF"/>
          </w:tcPr>
          <w:p w14:paraId="44AF62C3" w14:textId="77777777" w:rsidR="007A4ED8" w:rsidRDefault="009B7F9E">
            <w:r>
              <w:t>рисунки 10, 11 и 17</w:t>
            </w:r>
          </w:p>
        </w:tc>
      </w:tr>
    </w:tbl>
    <w:p w14:paraId="3ED61019" w14:textId="77777777" w:rsidR="007A5E59" w:rsidRPr="001F1187" w:rsidRDefault="0095198F">
      <w:pPr>
        <w:spacing w:before="1200"/>
        <w:jc w:val="center"/>
        <w:rPr>
          <w:lang w:val="ru-RU"/>
        </w:rPr>
      </w:pPr>
      <w:r w:rsidRPr="00794D67">
        <w:rPr>
          <w:lang w:val="ru-RU"/>
        </w:rPr>
        <w:t>Схемы использованы как средство сверки состава и трассировки участков. Атрибуты участков — протяжённость, диаметр, год ввода, способ прокладки — принимаются по реестру участков редакции 2026 года, поскольку он отражает подтверждённое состояние на базовый период. По схеме посёлка Темиртау текстовые подписи диаметров подтверждают двухтрубную прокладку и соответствуют классам диаметров реестра.</w:t>
      </w:r>
    </w:p>
    <w:p w14:paraId="353464E0" w14:textId="77777777" w:rsidR="007A4ED8" w:rsidRPr="00794D67" w:rsidRDefault="009B7F9E">
      <w:pPr>
        <w:rPr>
          <w:lang w:val="ru-RU"/>
        </w:rPr>
      </w:pPr>
      <w:r w:rsidRPr="00794D67">
        <w:rPr>
          <w:lang w:val="ru-RU"/>
        </w:rPr>
        <w:t>Углублённый разбор рабочих чертежей выполнен повторно с проверкой пространства модели, листового пространства, блоков, внешних ссылок и состояния видимости слоёв. По пяти чертежам из шести содержимое пространства модели прочитано полностью. По двум чертежам — по г. Таштаголу и по УПК № 9 «ГРЭ» — потребовалось предварительное исправление структуры файла преобразования: значения отдельных текстовых объектов содержали неэкранированный перевод строки, а отдельные записи таблиц не имели имени.</w:t>
      </w:r>
    </w:p>
    <w:p w14:paraId="360EBE64" w14:textId="77777777" w:rsidR="007A4ED8" w:rsidRPr="00794D67" w:rsidRDefault="009B7F9E">
      <w:pPr>
        <w:rPr>
          <w:lang w:val="ru-RU"/>
        </w:rPr>
      </w:pPr>
      <w:r w:rsidRPr="00794D67">
        <w:rPr>
          <w:lang w:val="ru-RU"/>
        </w:rPr>
        <w:t>Ранее зафиксированное ограничение по пгт Шерегеш снимается. Чертёж содержит два самостоятельных листа — «Схема тепловых сетей п. Н-Шерегеш» и «Схема тепловых сетей пгт. Ст-Шерегеш», то есть охватывает обе системы посёлка, включая зону УПК № 6 «Старый Шерегеш». Кроме того, чертёж содержит 595 подписей условных диаметров и паспорта участков, применяемые как дополнительный слой сверки с реестром.</w:t>
      </w:r>
    </w:p>
    <w:p w14:paraId="6EAAD413" w14:textId="77777777" w:rsidR="007A4ED8" w:rsidRPr="00794D67" w:rsidRDefault="009B7F9E">
      <w:pPr>
        <w:rPr>
          <w:lang w:val="ru-RU"/>
        </w:rPr>
      </w:pPr>
      <w:r w:rsidRPr="00794D67">
        <w:rPr>
          <w:lang w:val="ru-RU"/>
        </w:rPr>
        <w:t>По чертежу УПК № 9 «ГРЭ» результат отрицательный и установлен доказательно: пространство модели не содержит ни одного графического объекта, листовое пространство содержит только два видовых экрана, блоки чертежа исчерпываются стандартными обозначениями стрелок, внешние ссылки отсутствуют, а определённые в файле слои относятся к топографической основе — ручьи, дороги, железная дорога, улицы, здания, комплексная застройка. Трассировка тепловых сетей зоны УПК № 9 в переданном чертеже отсутствует, вследствие чего схема этой зоны по имеющимся материалам не построена.</w:t>
      </w:r>
    </w:p>
    <w:p w14:paraId="2A96BD43" w14:textId="77777777" w:rsidR="007A4ED8" w:rsidRPr="00794D67" w:rsidRDefault="009B7F9E">
      <w:pPr>
        <w:rPr>
          <w:lang w:val="ru-RU"/>
        </w:rPr>
      </w:pPr>
      <w:r w:rsidRPr="00794D67">
        <w:rPr>
          <w:lang w:val="ru-RU"/>
        </w:rPr>
        <w:t>По пгт Мундыбаш чертёж содержит не сплошную трассировку, а фрагменты: границы раздела балансовой принадлежности и подписи диаметров отдельных участков. Сплошная сеть, показанная на том же листе, относится к водопроводу и канализации и к тепловым сетям не принадлежит. Схема по этой территории построена в объёме имеющихся фрагментов.</w:t>
      </w:r>
    </w:p>
    <w:p w14:paraId="73E77D97" w14:textId="77777777" w:rsidR="007A4ED8" w:rsidRPr="00794D67" w:rsidRDefault="009B7F9E">
      <w:pPr>
        <w:rPr>
          <w:lang w:val="ru-RU"/>
        </w:rPr>
      </w:pPr>
      <w:r w:rsidRPr="00794D67">
        <w:rPr>
          <w:lang w:val="ru-RU"/>
        </w:rPr>
        <w:t>Построенные технические схемы приведены в части 1.4 настоящих обосновывающих материалов: рисунки 3 и 4 — г. Таштагол, рисунки 5 и 6 — пгт Шерегеш, рисунок 7 — пгт Каз, рисунок 8 — пгт Мундыбаш, рисунок 9 — пгт Темиртау, рисунки 10 и 11 — пгт Спасск. Все схемы выполнены в условной системе координат: назначение координат, наложение на географическую подложку и указание географического масштаба недопустимы, поскольку исходные чертежи геодезической привязки не имеют.</w:t>
      </w:r>
    </w:p>
    <w:p w14:paraId="12CA0A49" w14:textId="77777777" w:rsidR="007A5E59" w:rsidRPr="001F1187" w:rsidRDefault="0095198F">
      <w:pPr>
        <w:spacing w:before="1200"/>
        <w:jc w:val="center"/>
        <w:rPr>
          <w:lang w:val="ru-RU"/>
        </w:rPr>
      </w:pPr>
      <w:r w:rsidRPr="00794D67">
        <w:rPr>
          <w:lang w:val="ru-RU"/>
        </w:rPr>
        <w:t>Построение карт перспективных тепловых сетей выполняется на основе перечисленных материалов и реестра участков. Перспективные участки изображаются только там, где их трассировка определена; реконструкция существующего участка новой трассой не изображается.</w:t>
      </w:r>
    </w:p>
    <w:p w14:paraId="6BF952E1" w14:textId="77777777" w:rsidR="007A4ED8" w:rsidRPr="00794D67" w:rsidRDefault="009B7F9E">
      <w:pPr>
        <w:rPr>
          <w:lang w:val="ru-RU"/>
        </w:rPr>
      </w:pPr>
      <w:r w:rsidRPr="00794D67">
        <w:rPr>
          <w:lang w:val="ru-RU"/>
        </w:rPr>
        <w:t>Схема рекомендуемых диаметров трубопроводов по пгт Спасск приведена на рисунке 17.</w:t>
      </w:r>
    </w:p>
    <w:p w14:paraId="56ED8310" w14:textId="77777777" w:rsidR="00B808F9" w:rsidRPr="00794D67" w:rsidRDefault="00B808F9">
      <w:pPr>
        <w:rPr>
          <w:lang w:val="ru-RU"/>
        </w:rPr>
        <w:sectPr w:rsidR="00B808F9" w:rsidRPr="00794D67" w:rsidSect="00034616">
          <w:footerReference w:type="default" r:id="rId84"/>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70C9EA6E" w14:textId="77777777" w:rsidR="007A4ED8" w:rsidRDefault="009B7F9E">
      <w:pPr>
        <w:keepNext/>
        <w:jc w:val="center"/>
      </w:pPr>
      <w:r>
        <w:rPr>
          <w:noProof/>
          <w:lang w:val="ru-RU" w:eastAsia="ru-RU"/>
        </w:rPr>
        <w:drawing>
          <wp:inline distT="0" distB="0" distL="0" distR="0" wp14:anchorId="4CF98D11" wp14:editId="1CA59D38">
            <wp:extent cx="7560000" cy="53607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10.png"/>
                    <pic:cNvPicPr/>
                  </pic:nvPicPr>
                  <pic:blipFill>
                    <a:blip r:embed="rId85"/>
                    <a:stretch>
                      <a:fillRect/>
                    </a:stretch>
                  </pic:blipFill>
                  <pic:spPr>
                    <a:xfrm>
                      <a:off x="0" y="0"/>
                      <a:ext cx="7560000" cy="5360726"/>
                    </a:xfrm>
                    <a:prstGeom prst="rect">
                      <a:avLst/>
                    </a:prstGeom>
                  </pic:spPr>
                </pic:pic>
              </a:graphicData>
            </a:graphic>
          </wp:inline>
        </w:drawing>
      </w:r>
    </w:p>
    <w:p w14:paraId="0D337434" w14:textId="77777777" w:rsidR="007A4ED8" w:rsidRPr="00794D67" w:rsidRDefault="009B7F9E">
      <w:pPr>
        <w:keepNext/>
        <w:jc w:val="center"/>
        <w:rPr>
          <w:lang w:val="ru-RU"/>
        </w:rPr>
      </w:pPr>
      <w:r w:rsidRPr="00794D67">
        <w:rPr>
          <w:lang w:val="ru-RU"/>
        </w:rPr>
        <w:t>Рисунок 17 — Рекомендуемые диаметры трубопроводов, пгт Спасск</w:t>
      </w:r>
    </w:p>
    <w:p w14:paraId="09FD9449" w14:textId="77777777" w:rsidR="007A4ED8" w:rsidRPr="00794D67" w:rsidRDefault="009B7F9E">
      <w:pPr>
        <w:jc w:val="center"/>
        <w:rPr>
          <w:lang w:val="ru-RU"/>
        </w:rPr>
      </w:pPr>
      <w:r w:rsidRPr="00794D67">
        <w:rPr>
          <w:i/>
          <w:lang w:val="ru-RU"/>
        </w:rPr>
        <w:t>Схема выполнена в условной системе координат по исходному рабочему чертежу; атрибутивные характеристики участков актуализированы по реестру тепловых сетей 2026 года. Схема не является геодезически привязанной картой.</w:t>
      </w:r>
    </w:p>
    <w:p w14:paraId="602E5A22" w14:textId="77777777" w:rsidR="00B808F9" w:rsidRPr="00C07C05" w:rsidRDefault="00B808F9">
      <w:pPr>
        <w:rPr>
          <w:lang w:val="ru-RU"/>
        </w:rPr>
        <w:sectPr w:rsidR="00B808F9" w:rsidRPr="00C07C05" w:rsidSect="00034616">
          <w:footerReference w:type="default" r:id="rId86"/>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D44AB3B" w14:textId="77777777" w:rsidR="007A5E59" w:rsidRPr="00344E69" w:rsidRDefault="0095198F" w:rsidP="00312815">
      <w:pPr>
        <w:pStyle w:val="1"/>
        <w:spacing w:before="1200"/>
        <w:rPr>
          <w:color w:val="4F81BD" w:themeColor="accent1"/>
          <w:lang w:val="ru-RU"/>
        </w:rPr>
      </w:pPr>
      <w:bookmarkStart w:id="56" w:name="_Toc238015647"/>
      <w:r w:rsidRPr="00344E69">
        <w:rPr>
          <w:color w:val="4F81BD" w:themeColor="accent1"/>
          <w:lang w:val="ru-RU"/>
        </w:rPr>
        <w:t>РАЗДЕЛ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56"/>
    </w:p>
    <w:p w14:paraId="7E69F150" w14:textId="77777777" w:rsidR="000772B4" w:rsidRPr="00344E69" w:rsidRDefault="00746A89">
      <w:pPr>
        <w:pStyle w:val="21"/>
        <w:rPr>
          <w:lang w:val="ru-RU"/>
        </w:rPr>
      </w:pPr>
      <w:bookmarkStart w:id="57" w:name="_Toc238015648"/>
      <w:r w:rsidRPr="00344E69">
        <w:rPr>
          <w:lang w:val="ru-RU"/>
        </w:rPr>
        <w:t>9.1. Нормативное назначение главы</w:t>
      </w:r>
      <w:bookmarkEnd w:id="57"/>
    </w:p>
    <w:p w14:paraId="415B8612" w14:textId="77777777" w:rsidR="000772B4" w:rsidRPr="00794D67" w:rsidRDefault="00746A89">
      <w:pPr>
        <w:spacing w:after="80"/>
        <w:jc w:val="both"/>
        <w:rPr>
          <w:lang w:val="ru-RU"/>
        </w:rPr>
      </w:pPr>
      <w:r w:rsidRPr="00794D67">
        <w:rPr>
          <w:lang w:val="ru-RU"/>
        </w:rPr>
        <w:t>Глава раскрывает предмет подпункта «и» пункта 23 требований к схемам теплоснабжения: предложения по переводу открытых систем теплоснабжения и горячего водоснабжения в закрытые системы горячего водоснабжения. Решения, принимаемые по результатам главы, закрепляются соответствующим разделом утверждаемой части.</w:t>
      </w:r>
    </w:p>
    <w:p w14:paraId="6F332BB1" w14:textId="77777777" w:rsidR="000772B4" w:rsidRPr="00794D67" w:rsidRDefault="00746A89">
      <w:pPr>
        <w:spacing w:after="80"/>
        <w:jc w:val="both"/>
        <w:rPr>
          <w:lang w:val="ru-RU"/>
        </w:rPr>
      </w:pPr>
      <w:r w:rsidRPr="00794D67">
        <w:rPr>
          <w:lang w:val="ru-RU"/>
        </w:rPr>
        <w:t>Правовое основание предмета — часть 9 статьи 29 Федерального закона от 27.07.2010 № 190-ФЗ «О теплоснабжении»: с 1 января 2013 года не допускается подключение объектов капитального строительства к централизованным открытым системам для нужд горячего водоснабжения путём отбора теплоносителя, а с 1 января 2022 года не допускается само использование таких систем для нужд горячего водоснабжения.</w:t>
      </w:r>
    </w:p>
    <w:p w14:paraId="19200643" w14:textId="77777777" w:rsidR="000772B4" w:rsidRPr="00794D67" w:rsidRDefault="00746A89">
      <w:pPr>
        <w:spacing w:after="80"/>
        <w:jc w:val="both"/>
        <w:rPr>
          <w:lang w:val="ru-RU"/>
        </w:rPr>
      </w:pPr>
      <w:r w:rsidRPr="00794D67">
        <w:rPr>
          <w:lang w:val="ru-RU"/>
        </w:rPr>
        <w:t>Срок, установленный законом, наступил до начала разработки настоящей схемы. По состоянию на 2026 год открытый водоразбор в округе сохраняется. Настоящая глава фиксирует это положение как факт, установленный расчётными балансами, и определяет технические пути его устранения.</w:t>
      </w:r>
    </w:p>
    <w:p w14:paraId="7C9CED9C" w14:textId="77777777" w:rsidR="000772B4" w:rsidRPr="00344E69" w:rsidRDefault="00746A89">
      <w:pPr>
        <w:pStyle w:val="21"/>
        <w:rPr>
          <w:lang w:val="ru-RU"/>
        </w:rPr>
      </w:pPr>
      <w:bookmarkStart w:id="58" w:name="_Toc238015649"/>
      <w:r w:rsidRPr="00344E69">
        <w:rPr>
          <w:lang w:val="ru-RU"/>
        </w:rPr>
        <w:t>9.2. Разграничение понятий</w:t>
      </w:r>
      <w:bookmarkEnd w:id="58"/>
    </w:p>
    <w:p w14:paraId="2B547F7F" w14:textId="77777777" w:rsidR="000772B4" w:rsidRPr="00794D67" w:rsidRDefault="00746A89">
      <w:pPr>
        <w:spacing w:after="80"/>
        <w:jc w:val="both"/>
        <w:rPr>
          <w:lang w:val="ru-RU"/>
        </w:rPr>
      </w:pPr>
      <w:r w:rsidRPr="00794D67">
        <w:rPr>
          <w:lang w:val="ru-RU"/>
        </w:rPr>
        <w:t>Три различные характеристики системы в отраслевой практике регулярно смешиваются. В настоящей главе они разведены и не подменяют друг друга.</w:t>
      </w:r>
    </w:p>
    <w:p w14:paraId="63ABEE7F" w14:textId="77777777" w:rsidR="000772B4" w:rsidRDefault="00746A89">
      <w:pPr>
        <w:keepNext/>
        <w:spacing w:before="160"/>
      </w:pPr>
      <w:r>
        <w:rPr>
          <w:b/>
        </w:rPr>
        <w:t>Таблица 9.1 — Разграничиваемые характеристики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940"/>
        <w:gridCol w:w="3043"/>
        <w:gridCol w:w="3362"/>
      </w:tblGrid>
      <w:tr w:rsidR="000772B4" w14:paraId="7D889219" w14:textId="77777777">
        <w:trPr>
          <w:cantSplit/>
          <w:tblHeader/>
          <w:jc w:val="center"/>
        </w:trPr>
        <w:tc>
          <w:tcPr>
            <w:tcW w:w="0" w:type="auto"/>
            <w:shd w:val="clear" w:color="auto" w:fill="E2F0D9"/>
          </w:tcPr>
          <w:p w14:paraId="55E9634A" w14:textId="77777777" w:rsidR="000772B4" w:rsidRDefault="00746A89">
            <w:pPr>
              <w:jc w:val="center"/>
            </w:pPr>
            <w:r>
              <w:rPr>
                <w:b/>
              </w:rPr>
              <w:t>Характеристика</w:t>
            </w:r>
          </w:p>
        </w:tc>
        <w:tc>
          <w:tcPr>
            <w:tcW w:w="0" w:type="auto"/>
            <w:shd w:val="clear" w:color="auto" w:fill="E2F0D9"/>
          </w:tcPr>
          <w:p w14:paraId="7592EFF6" w14:textId="77777777" w:rsidR="000772B4" w:rsidRDefault="00746A89">
            <w:pPr>
              <w:jc w:val="center"/>
            </w:pPr>
            <w:r>
              <w:rPr>
                <w:b/>
              </w:rPr>
              <w:t>Содержание</w:t>
            </w:r>
          </w:p>
        </w:tc>
        <w:tc>
          <w:tcPr>
            <w:tcW w:w="0" w:type="auto"/>
            <w:shd w:val="clear" w:color="auto" w:fill="E2F0D9"/>
          </w:tcPr>
          <w:p w14:paraId="210CA7A8" w14:textId="77777777" w:rsidR="000772B4" w:rsidRDefault="00746A89">
            <w:pPr>
              <w:jc w:val="center"/>
            </w:pPr>
            <w:r>
              <w:rPr>
                <w:b/>
              </w:rPr>
              <w:t>Значения по округу</w:t>
            </w:r>
          </w:p>
        </w:tc>
      </w:tr>
      <w:tr w:rsidR="000772B4" w:rsidRPr="00C07C05" w14:paraId="12093DF5" w14:textId="77777777">
        <w:trPr>
          <w:cantSplit/>
          <w:jc w:val="center"/>
        </w:trPr>
        <w:tc>
          <w:tcPr>
            <w:tcW w:w="0" w:type="auto"/>
          </w:tcPr>
          <w:p w14:paraId="7B59C084" w14:textId="77777777" w:rsidR="000772B4" w:rsidRDefault="00746A89">
            <w:r>
              <w:t>Схема тепловой сети</w:t>
            </w:r>
          </w:p>
        </w:tc>
        <w:tc>
          <w:tcPr>
            <w:tcW w:w="0" w:type="auto"/>
          </w:tcPr>
          <w:p w14:paraId="3D3B7679" w14:textId="77777777" w:rsidR="000772B4" w:rsidRDefault="00746A89">
            <w:pPr>
              <w:jc w:val="center"/>
            </w:pPr>
            <w:r>
              <w:t>число трубопроводов прокладки</w:t>
            </w:r>
          </w:p>
        </w:tc>
        <w:tc>
          <w:tcPr>
            <w:tcW w:w="0" w:type="auto"/>
          </w:tcPr>
          <w:p w14:paraId="2D3CD6CD" w14:textId="77777777" w:rsidR="000772B4" w:rsidRPr="00794D67" w:rsidRDefault="00746A89">
            <w:pPr>
              <w:jc w:val="center"/>
              <w:rPr>
                <w:lang w:val="ru-RU"/>
              </w:rPr>
            </w:pPr>
            <w:r w:rsidRPr="00794D67">
              <w:rPr>
                <w:lang w:val="ru-RU"/>
              </w:rPr>
              <w:t>двухтрубная по всем десяти системам</w:t>
            </w:r>
          </w:p>
        </w:tc>
      </w:tr>
      <w:tr w:rsidR="000772B4" w:rsidRPr="00C07C05" w14:paraId="7350F29B" w14:textId="77777777">
        <w:trPr>
          <w:cantSplit/>
          <w:jc w:val="center"/>
        </w:trPr>
        <w:tc>
          <w:tcPr>
            <w:tcW w:w="0" w:type="auto"/>
          </w:tcPr>
          <w:p w14:paraId="079A9E6C" w14:textId="77777777" w:rsidR="000772B4" w:rsidRDefault="00746A89">
            <w:r>
              <w:t>Способ приготовления горячей воды</w:t>
            </w:r>
          </w:p>
        </w:tc>
        <w:tc>
          <w:tcPr>
            <w:tcW w:w="0" w:type="auto"/>
          </w:tcPr>
          <w:p w14:paraId="51BC5479" w14:textId="77777777" w:rsidR="000772B4" w:rsidRDefault="00746A89">
            <w:pPr>
              <w:jc w:val="center"/>
            </w:pPr>
            <w:r>
              <w:t>открытый, закрытый либо смешанный</w:t>
            </w:r>
          </w:p>
        </w:tc>
        <w:tc>
          <w:tcPr>
            <w:tcW w:w="0" w:type="auto"/>
          </w:tcPr>
          <w:p w14:paraId="41018B7C" w14:textId="77777777" w:rsidR="000772B4" w:rsidRPr="00794D67" w:rsidRDefault="00746A89">
            <w:pPr>
              <w:jc w:val="center"/>
              <w:rPr>
                <w:lang w:val="ru-RU"/>
              </w:rPr>
            </w:pPr>
            <w:r w:rsidRPr="00794D67">
              <w:rPr>
                <w:lang w:val="ru-RU"/>
              </w:rPr>
              <w:t>открытый по девяти системам, смешанный по УПК № 8</w:t>
            </w:r>
          </w:p>
        </w:tc>
      </w:tr>
      <w:tr w:rsidR="000772B4" w:rsidRPr="00C07C05" w14:paraId="5AD84428" w14:textId="77777777">
        <w:trPr>
          <w:cantSplit/>
          <w:jc w:val="center"/>
        </w:trPr>
        <w:tc>
          <w:tcPr>
            <w:tcW w:w="0" w:type="auto"/>
          </w:tcPr>
          <w:p w14:paraId="037806FE" w14:textId="77777777" w:rsidR="000772B4" w:rsidRDefault="00746A89">
            <w:r>
              <w:t>Фактический водоразбор теплоносителя</w:t>
            </w:r>
          </w:p>
        </w:tc>
        <w:tc>
          <w:tcPr>
            <w:tcW w:w="0" w:type="auto"/>
          </w:tcPr>
          <w:p w14:paraId="2EB0FA4B" w14:textId="77777777" w:rsidR="000772B4" w:rsidRPr="00794D67" w:rsidRDefault="00746A89">
            <w:pPr>
              <w:jc w:val="center"/>
              <w:rPr>
                <w:lang w:val="ru-RU"/>
              </w:rPr>
            </w:pPr>
            <w:r w:rsidRPr="00794D67">
              <w:rPr>
                <w:lang w:val="ru-RU"/>
              </w:rPr>
              <w:t>масса отбираемого теплоносителя, т/ч и т/год</w:t>
            </w:r>
          </w:p>
        </w:tc>
        <w:tc>
          <w:tcPr>
            <w:tcW w:w="0" w:type="auto"/>
          </w:tcPr>
          <w:p w14:paraId="567ED5AD" w14:textId="77777777" w:rsidR="000772B4" w:rsidRPr="00794D67" w:rsidRDefault="00746A89">
            <w:pPr>
              <w:jc w:val="center"/>
              <w:rPr>
                <w:lang w:val="ru-RU"/>
              </w:rPr>
            </w:pPr>
            <w:r w:rsidRPr="00794D67">
              <w:rPr>
                <w:lang w:val="ru-RU"/>
              </w:rPr>
              <w:t>от 2 932 до 341 475 т/год; по УПК № 9 не раскрыт</w:t>
            </w:r>
          </w:p>
        </w:tc>
      </w:tr>
    </w:tbl>
    <w:p w14:paraId="35BBAB77" w14:textId="77777777" w:rsidR="000772B4" w:rsidRPr="00794D67" w:rsidRDefault="000772B4">
      <w:pPr>
        <w:spacing w:after="40"/>
        <w:rPr>
          <w:lang w:val="ru-RU"/>
        </w:rPr>
      </w:pPr>
    </w:p>
    <w:p w14:paraId="7BADD483" w14:textId="77777777" w:rsidR="000772B4" w:rsidRPr="00794D67" w:rsidRDefault="00746A89">
      <w:pPr>
        <w:spacing w:after="80"/>
        <w:jc w:val="both"/>
        <w:rPr>
          <w:lang w:val="ru-RU"/>
        </w:rPr>
      </w:pPr>
      <w:r w:rsidRPr="00794D67">
        <w:rPr>
          <w:lang w:val="ru-RU"/>
        </w:rPr>
        <w:t>Наличие открытого водоразбора четырёхтрубной прокладки не означает. Это особенно существенно для УПК № 8 «Мундыбаш»: приготовление горячей воды выполняется по смешанной схеме — одна бойлерная открытая, вторая закрытая, — тогда как тепловая сеть остаётся двухтрубной. Термин «четырёхтрубная сеть» к этой системе не применяется.</w:t>
      </w:r>
    </w:p>
    <w:p w14:paraId="56BE8F16" w14:textId="77777777" w:rsidR="000772B4" w:rsidRPr="00794D67" w:rsidRDefault="00746A89">
      <w:pPr>
        <w:keepNext/>
        <w:spacing w:before="160"/>
        <w:rPr>
          <w:lang w:val="ru-RU"/>
        </w:rPr>
      </w:pPr>
      <w:r w:rsidRPr="00794D67">
        <w:rPr>
          <w:b/>
          <w:lang w:val="ru-RU"/>
        </w:rPr>
        <w:t>Таблица 9.2 — Разграничение массовых и тепловых величин горячего водоснабжения</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3489"/>
        <w:gridCol w:w="3414"/>
        <w:gridCol w:w="1069"/>
        <w:gridCol w:w="1373"/>
      </w:tblGrid>
      <w:tr w:rsidR="000772B4" w14:paraId="378D554A" w14:textId="77777777">
        <w:trPr>
          <w:cantSplit/>
          <w:tblHeader/>
          <w:jc w:val="center"/>
        </w:trPr>
        <w:tc>
          <w:tcPr>
            <w:tcW w:w="0" w:type="auto"/>
            <w:shd w:val="clear" w:color="auto" w:fill="E2F0D9"/>
          </w:tcPr>
          <w:p w14:paraId="6784359A" w14:textId="77777777" w:rsidR="000772B4" w:rsidRDefault="00746A89">
            <w:pPr>
              <w:jc w:val="center"/>
            </w:pPr>
            <w:r>
              <w:rPr>
                <w:b/>
              </w:rPr>
              <w:t>Идентификатор величины</w:t>
            </w:r>
          </w:p>
        </w:tc>
        <w:tc>
          <w:tcPr>
            <w:tcW w:w="0" w:type="auto"/>
            <w:shd w:val="clear" w:color="auto" w:fill="E2F0D9"/>
          </w:tcPr>
          <w:p w14:paraId="56094363" w14:textId="77777777" w:rsidR="000772B4" w:rsidRDefault="00746A89">
            <w:pPr>
              <w:jc w:val="center"/>
            </w:pPr>
            <w:r>
              <w:rPr>
                <w:b/>
              </w:rPr>
              <w:t>Содержание</w:t>
            </w:r>
          </w:p>
        </w:tc>
        <w:tc>
          <w:tcPr>
            <w:tcW w:w="0" w:type="auto"/>
            <w:shd w:val="clear" w:color="auto" w:fill="E2F0D9"/>
          </w:tcPr>
          <w:p w14:paraId="3C6B2321" w14:textId="77777777" w:rsidR="000772B4" w:rsidRDefault="00746A89">
            <w:pPr>
              <w:jc w:val="center"/>
            </w:pPr>
            <w:r>
              <w:rPr>
                <w:b/>
              </w:rPr>
              <w:t>Единица</w:t>
            </w:r>
          </w:p>
        </w:tc>
        <w:tc>
          <w:tcPr>
            <w:tcW w:w="0" w:type="auto"/>
            <w:shd w:val="clear" w:color="auto" w:fill="E2F0D9"/>
          </w:tcPr>
          <w:p w14:paraId="752F6D9F" w14:textId="77777777" w:rsidR="000772B4" w:rsidRDefault="00746A89">
            <w:pPr>
              <w:jc w:val="center"/>
            </w:pPr>
            <w:r>
              <w:rPr>
                <w:b/>
              </w:rPr>
              <w:t>Итог по округу</w:t>
            </w:r>
          </w:p>
        </w:tc>
      </w:tr>
      <w:tr w:rsidR="000772B4" w14:paraId="16977A9C" w14:textId="77777777">
        <w:trPr>
          <w:cantSplit/>
          <w:jc w:val="center"/>
        </w:trPr>
        <w:tc>
          <w:tcPr>
            <w:tcW w:w="0" w:type="auto"/>
          </w:tcPr>
          <w:p w14:paraId="440DBA58" w14:textId="77777777" w:rsidR="000772B4" w:rsidRDefault="00746A89">
            <w:r>
              <w:t>тепловая нагрузка горячего водоснабжения</w:t>
            </w:r>
          </w:p>
        </w:tc>
        <w:tc>
          <w:tcPr>
            <w:tcW w:w="0" w:type="auto"/>
          </w:tcPr>
          <w:p w14:paraId="5DB2A03A" w14:textId="77777777" w:rsidR="000772B4" w:rsidRDefault="00746A89">
            <w:pPr>
              <w:jc w:val="center"/>
            </w:pPr>
            <w:r>
              <w:t>тепловая нагрузка горячего водоснабжения</w:t>
            </w:r>
          </w:p>
        </w:tc>
        <w:tc>
          <w:tcPr>
            <w:tcW w:w="0" w:type="auto"/>
          </w:tcPr>
          <w:p w14:paraId="28B9BE3E" w14:textId="77777777" w:rsidR="000772B4" w:rsidRDefault="00746A89">
            <w:pPr>
              <w:jc w:val="center"/>
            </w:pPr>
            <w:r>
              <w:t>Гкал/ч</w:t>
            </w:r>
          </w:p>
        </w:tc>
        <w:tc>
          <w:tcPr>
            <w:tcW w:w="0" w:type="auto"/>
          </w:tcPr>
          <w:p w14:paraId="78C41CF2" w14:textId="77777777" w:rsidR="000772B4" w:rsidRDefault="00746A89">
            <w:pPr>
              <w:jc w:val="center"/>
            </w:pPr>
            <w:r>
              <w:t>11,3909</w:t>
            </w:r>
          </w:p>
        </w:tc>
      </w:tr>
      <w:tr w:rsidR="000772B4" w14:paraId="6ED916EB" w14:textId="77777777">
        <w:trPr>
          <w:cantSplit/>
          <w:jc w:val="center"/>
        </w:trPr>
        <w:tc>
          <w:tcPr>
            <w:tcW w:w="0" w:type="auto"/>
          </w:tcPr>
          <w:p w14:paraId="4C476E8A" w14:textId="77777777" w:rsidR="000772B4" w:rsidRDefault="00746A89">
            <w:r>
              <w:t>расчётный максимально-часовой водоразбор</w:t>
            </w:r>
          </w:p>
        </w:tc>
        <w:tc>
          <w:tcPr>
            <w:tcW w:w="0" w:type="auto"/>
          </w:tcPr>
          <w:p w14:paraId="6B6882FD" w14:textId="77777777" w:rsidR="000772B4" w:rsidRDefault="00746A89">
            <w:pPr>
              <w:jc w:val="center"/>
            </w:pPr>
            <w:r>
              <w:t>расчётный максимально-часовой водоразбор</w:t>
            </w:r>
          </w:p>
        </w:tc>
        <w:tc>
          <w:tcPr>
            <w:tcW w:w="0" w:type="auto"/>
          </w:tcPr>
          <w:p w14:paraId="23762277" w14:textId="77777777" w:rsidR="000772B4" w:rsidRDefault="00746A89">
            <w:pPr>
              <w:jc w:val="center"/>
            </w:pPr>
            <w:r>
              <w:t>м³/ч</w:t>
            </w:r>
          </w:p>
        </w:tc>
        <w:tc>
          <w:tcPr>
            <w:tcW w:w="0" w:type="auto"/>
          </w:tcPr>
          <w:p w14:paraId="06150122" w14:textId="77777777" w:rsidR="000772B4" w:rsidRDefault="00746A89">
            <w:pPr>
              <w:jc w:val="center"/>
            </w:pPr>
            <w:r>
              <w:t>206,51</w:t>
            </w:r>
          </w:p>
        </w:tc>
      </w:tr>
      <w:tr w:rsidR="000772B4" w14:paraId="764E4AD5" w14:textId="77777777">
        <w:trPr>
          <w:cantSplit/>
          <w:jc w:val="center"/>
        </w:trPr>
        <w:tc>
          <w:tcPr>
            <w:tcW w:w="0" w:type="auto"/>
          </w:tcPr>
          <w:p w14:paraId="19511D99" w14:textId="77777777" w:rsidR="000772B4" w:rsidRPr="00794D67" w:rsidRDefault="00746A89">
            <w:pPr>
              <w:rPr>
                <w:lang w:val="ru-RU"/>
              </w:rPr>
            </w:pPr>
            <w:r w:rsidRPr="00794D67">
              <w:rPr>
                <w:lang w:val="ru-RU"/>
              </w:rPr>
              <w:t>годовой отпуск теплоносителя на нужды ГВС</w:t>
            </w:r>
          </w:p>
        </w:tc>
        <w:tc>
          <w:tcPr>
            <w:tcW w:w="0" w:type="auto"/>
          </w:tcPr>
          <w:p w14:paraId="57E94388" w14:textId="77777777" w:rsidR="000772B4" w:rsidRPr="00794D67" w:rsidRDefault="00746A89">
            <w:pPr>
              <w:jc w:val="center"/>
              <w:rPr>
                <w:lang w:val="ru-RU"/>
              </w:rPr>
            </w:pPr>
            <w:r w:rsidRPr="00794D67">
              <w:rPr>
                <w:lang w:val="ru-RU"/>
              </w:rPr>
              <w:t>годовой отпуск теплоносителя на нужды ГВС</w:t>
            </w:r>
          </w:p>
        </w:tc>
        <w:tc>
          <w:tcPr>
            <w:tcW w:w="0" w:type="auto"/>
          </w:tcPr>
          <w:p w14:paraId="2AD0A727" w14:textId="77777777" w:rsidR="000772B4" w:rsidRDefault="00746A89">
            <w:pPr>
              <w:jc w:val="center"/>
            </w:pPr>
            <w:r>
              <w:t>т/год</w:t>
            </w:r>
          </w:p>
        </w:tc>
        <w:tc>
          <w:tcPr>
            <w:tcW w:w="0" w:type="auto"/>
          </w:tcPr>
          <w:p w14:paraId="21A9487B" w14:textId="77777777" w:rsidR="000772B4" w:rsidRDefault="00746A89">
            <w:pPr>
              <w:jc w:val="center"/>
            </w:pPr>
            <w:r>
              <w:t>782 784</w:t>
            </w:r>
          </w:p>
        </w:tc>
      </w:tr>
    </w:tbl>
    <w:p w14:paraId="3499B767" w14:textId="77777777" w:rsidR="000772B4" w:rsidRDefault="000772B4">
      <w:pPr>
        <w:spacing w:after="40"/>
      </w:pPr>
    </w:p>
    <w:p w14:paraId="081DC529" w14:textId="77777777" w:rsidR="000772B4" w:rsidRPr="00794D67" w:rsidRDefault="00746A89">
      <w:pPr>
        <w:spacing w:after="80"/>
        <w:jc w:val="both"/>
        <w:rPr>
          <w:lang w:val="ru-RU"/>
        </w:rPr>
      </w:pPr>
      <w:r w:rsidRPr="00794D67">
        <w:rPr>
          <w:lang w:val="ru-RU"/>
        </w:rPr>
        <w:t xml:space="preserve">Гигакалории в час и тонны в час </w:t>
      </w:r>
      <w:r w:rsidR="00344E69" w:rsidRPr="00794D67">
        <w:rPr>
          <w:lang w:val="ru-RU"/>
        </w:rPr>
        <w:t>не смешиваются,</w:t>
      </w:r>
      <w:r w:rsidRPr="00794D67">
        <w:rPr>
          <w:lang w:val="ru-RU"/>
        </w:rPr>
        <w:t xml:space="preserve"> и одна величина из другой без указания температурного перепада не выводится.</w:t>
      </w:r>
    </w:p>
    <w:p w14:paraId="79216818" w14:textId="77777777" w:rsidR="000772B4" w:rsidRPr="00344E69" w:rsidRDefault="00746A89">
      <w:pPr>
        <w:pStyle w:val="21"/>
        <w:rPr>
          <w:lang w:val="ru-RU"/>
        </w:rPr>
      </w:pPr>
      <w:bookmarkStart w:id="59" w:name="_Toc238015650"/>
      <w:r w:rsidRPr="00344E69">
        <w:rPr>
          <w:lang w:val="ru-RU"/>
        </w:rPr>
        <w:t>9.3. Существующая структура горячего водоснабжения округа</w:t>
      </w:r>
      <w:bookmarkEnd w:id="59"/>
    </w:p>
    <w:p w14:paraId="11A35563" w14:textId="77777777" w:rsidR="000772B4" w:rsidRPr="00794D67" w:rsidRDefault="00746A89">
      <w:pPr>
        <w:spacing w:after="80"/>
        <w:jc w:val="both"/>
        <w:rPr>
          <w:lang w:val="ru-RU"/>
        </w:rPr>
      </w:pPr>
      <w:r w:rsidRPr="00794D67">
        <w:rPr>
          <w:lang w:val="ru-RU"/>
        </w:rPr>
        <w:t>Классификация построена по двум независимым основаниям: типу присоединения, заданному расчётной книгой, и численному подтверждению отпуска теплоносителя на нужды горячего водоснабжения. Основания совпадают по девяти системам и расходятся по одной.</w:t>
      </w:r>
    </w:p>
    <w:p w14:paraId="420F6366" w14:textId="77777777" w:rsidR="000772B4" w:rsidRPr="00794D67" w:rsidRDefault="00746A89">
      <w:pPr>
        <w:keepNext/>
        <w:spacing w:before="160"/>
        <w:rPr>
          <w:lang w:val="ru-RU"/>
        </w:rPr>
      </w:pPr>
      <w:r w:rsidRPr="00794D67">
        <w:rPr>
          <w:b/>
          <w:lang w:val="ru-RU"/>
        </w:rPr>
        <w:t>Таблица 9.3 — Состояние систем горячего водоснабжения</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384"/>
        <w:gridCol w:w="1825"/>
        <w:gridCol w:w="1882"/>
        <w:gridCol w:w="1233"/>
        <w:gridCol w:w="1480"/>
        <w:gridCol w:w="1541"/>
      </w:tblGrid>
      <w:tr w:rsidR="000772B4" w14:paraId="371492AA" w14:textId="77777777">
        <w:trPr>
          <w:cantSplit/>
          <w:tblHeader/>
          <w:jc w:val="center"/>
        </w:trPr>
        <w:tc>
          <w:tcPr>
            <w:tcW w:w="0" w:type="auto"/>
            <w:shd w:val="clear" w:color="auto" w:fill="E2F0D9"/>
          </w:tcPr>
          <w:p w14:paraId="63650EE1" w14:textId="77777777" w:rsidR="000772B4" w:rsidRDefault="00746A89">
            <w:pPr>
              <w:jc w:val="center"/>
            </w:pPr>
            <w:r>
              <w:rPr>
                <w:b/>
              </w:rPr>
              <w:t>Источник</w:t>
            </w:r>
          </w:p>
        </w:tc>
        <w:tc>
          <w:tcPr>
            <w:tcW w:w="0" w:type="auto"/>
            <w:shd w:val="clear" w:color="auto" w:fill="E2F0D9"/>
          </w:tcPr>
          <w:p w14:paraId="36F8AAE0" w14:textId="77777777" w:rsidR="000772B4" w:rsidRDefault="00746A89">
            <w:pPr>
              <w:jc w:val="center"/>
            </w:pPr>
            <w:r>
              <w:rPr>
                <w:b/>
              </w:rPr>
              <w:t>Способ приготовления</w:t>
            </w:r>
          </w:p>
        </w:tc>
        <w:tc>
          <w:tcPr>
            <w:tcW w:w="0" w:type="auto"/>
            <w:shd w:val="clear" w:color="auto" w:fill="E2F0D9"/>
          </w:tcPr>
          <w:p w14:paraId="7CC024BE" w14:textId="77777777" w:rsidR="000772B4" w:rsidRDefault="00746A89">
            <w:pPr>
              <w:jc w:val="center"/>
            </w:pPr>
            <w:r>
              <w:rPr>
                <w:b/>
              </w:rPr>
              <w:t>Отпуск теплоносителя, т/год</w:t>
            </w:r>
          </w:p>
        </w:tc>
        <w:tc>
          <w:tcPr>
            <w:tcW w:w="0" w:type="auto"/>
            <w:shd w:val="clear" w:color="auto" w:fill="E2F0D9"/>
          </w:tcPr>
          <w:p w14:paraId="724E9743" w14:textId="77777777" w:rsidR="000772B4" w:rsidRDefault="00746A89">
            <w:pPr>
              <w:jc w:val="center"/>
            </w:pPr>
            <w:r>
              <w:rPr>
                <w:b/>
              </w:rPr>
              <w:t>Нагрузка ГВС, Гкал/ч</w:t>
            </w:r>
          </w:p>
        </w:tc>
        <w:tc>
          <w:tcPr>
            <w:tcW w:w="0" w:type="auto"/>
            <w:shd w:val="clear" w:color="auto" w:fill="E2F0D9"/>
          </w:tcPr>
          <w:p w14:paraId="4C0DEA7D" w14:textId="77777777" w:rsidR="000772B4" w:rsidRDefault="00746A89">
            <w:pPr>
              <w:jc w:val="center"/>
            </w:pPr>
            <w:r>
              <w:rPr>
                <w:b/>
              </w:rPr>
              <w:t>Водоразбор расчётный, м³/ч</w:t>
            </w:r>
          </w:p>
        </w:tc>
        <w:tc>
          <w:tcPr>
            <w:tcW w:w="0" w:type="auto"/>
            <w:shd w:val="clear" w:color="auto" w:fill="E2F0D9"/>
          </w:tcPr>
          <w:p w14:paraId="4CE98EB5" w14:textId="77777777" w:rsidR="000772B4" w:rsidRDefault="00746A89">
            <w:pPr>
              <w:jc w:val="center"/>
            </w:pPr>
            <w:r>
              <w:rPr>
                <w:b/>
              </w:rPr>
              <w:t>Открытый водоразбор</w:t>
            </w:r>
          </w:p>
        </w:tc>
      </w:tr>
      <w:tr w:rsidR="000772B4" w14:paraId="60756E97" w14:textId="77777777">
        <w:trPr>
          <w:cantSplit/>
          <w:jc w:val="center"/>
        </w:trPr>
        <w:tc>
          <w:tcPr>
            <w:tcW w:w="0" w:type="auto"/>
          </w:tcPr>
          <w:p w14:paraId="2B4B6697" w14:textId="77777777" w:rsidR="000772B4" w:rsidRDefault="00746A89">
            <w:r>
              <w:t>УПК № 1 Таштагол</w:t>
            </w:r>
          </w:p>
        </w:tc>
        <w:tc>
          <w:tcPr>
            <w:tcW w:w="0" w:type="auto"/>
          </w:tcPr>
          <w:p w14:paraId="06AB78BD" w14:textId="77777777" w:rsidR="000772B4" w:rsidRDefault="00746A89">
            <w:pPr>
              <w:jc w:val="center"/>
            </w:pPr>
            <w:r>
              <w:t>открытая</w:t>
            </w:r>
          </w:p>
        </w:tc>
        <w:tc>
          <w:tcPr>
            <w:tcW w:w="0" w:type="auto"/>
          </w:tcPr>
          <w:p w14:paraId="7B43A1E1" w14:textId="77777777" w:rsidR="000772B4" w:rsidRDefault="00746A89">
            <w:pPr>
              <w:jc w:val="center"/>
            </w:pPr>
            <w:r>
              <w:t>341 475</w:t>
            </w:r>
          </w:p>
        </w:tc>
        <w:tc>
          <w:tcPr>
            <w:tcW w:w="0" w:type="auto"/>
          </w:tcPr>
          <w:p w14:paraId="6CA62FEB" w14:textId="77777777" w:rsidR="000772B4" w:rsidRDefault="00746A89">
            <w:pPr>
              <w:jc w:val="center"/>
            </w:pPr>
            <w:r>
              <w:t>5,3810</w:t>
            </w:r>
          </w:p>
        </w:tc>
        <w:tc>
          <w:tcPr>
            <w:tcW w:w="0" w:type="auto"/>
          </w:tcPr>
          <w:p w14:paraId="3E893BE3" w14:textId="77777777" w:rsidR="000772B4" w:rsidRDefault="00746A89">
            <w:pPr>
              <w:jc w:val="center"/>
            </w:pPr>
            <w:r>
              <w:t>97,84</w:t>
            </w:r>
          </w:p>
        </w:tc>
        <w:tc>
          <w:tcPr>
            <w:tcW w:w="0" w:type="auto"/>
          </w:tcPr>
          <w:p w14:paraId="31CB5480" w14:textId="77777777" w:rsidR="000772B4" w:rsidRDefault="00746A89">
            <w:pPr>
              <w:jc w:val="center"/>
            </w:pPr>
            <w:r>
              <w:t>подтверждён численно</w:t>
            </w:r>
          </w:p>
        </w:tc>
      </w:tr>
      <w:tr w:rsidR="000772B4" w14:paraId="3D145F12" w14:textId="77777777">
        <w:trPr>
          <w:cantSplit/>
          <w:jc w:val="center"/>
        </w:trPr>
        <w:tc>
          <w:tcPr>
            <w:tcW w:w="0" w:type="auto"/>
          </w:tcPr>
          <w:p w14:paraId="14208A9F" w14:textId="77777777" w:rsidR="000772B4" w:rsidRDefault="00746A89">
            <w:r>
              <w:t>УПК № 2 Шалым</w:t>
            </w:r>
          </w:p>
        </w:tc>
        <w:tc>
          <w:tcPr>
            <w:tcW w:w="0" w:type="auto"/>
          </w:tcPr>
          <w:p w14:paraId="3F72C197" w14:textId="77777777" w:rsidR="000772B4" w:rsidRDefault="00746A89">
            <w:pPr>
              <w:jc w:val="center"/>
            </w:pPr>
            <w:r>
              <w:t>открытая</w:t>
            </w:r>
          </w:p>
        </w:tc>
        <w:tc>
          <w:tcPr>
            <w:tcW w:w="0" w:type="auto"/>
          </w:tcPr>
          <w:p w14:paraId="307990CD" w14:textId="77777777" w:rsidR="000772B4" w:rsidRDefault="00746A89">
            <w:pPr>
              <w:jc w:val="center"/>
            </w:pPr>
            <w:r>
              <w:t>18 157</w:t>
            </w:r>
          </w:p>
        </w:tc>
        <w:tc>
          <w:tcPr>
            <w:tcW w:w="0" w:type="auto"/>
          </w:tcPr>
          <w:p w14:paraId="42B4E53C" w14:textId="77777777" w:rsidR="000772B4" w:rsidRDefault="00746A89">
            <w:pPr>
              <w:jc w:val="center"/>
            </w:pPr>
            <w:r>
              <w:t>0,3820</w:t>
            </w:r>
          </w:p>
        </w:tc>
        <w:tc>
          <w:tcPr>
            <w:tcW w:w="0" w:type="auto"/>
          </w:tcPr>
          <w:p w14:paraId="30CB03B1" w14:textId="77777777" w:rsidR="000772B4" w:rsidRDefault="00746A89">
            <w:pPr>
              <w:jc w:val="center"/>
            </w:pPr>
            <w:r>
              <w:t>7,64</w:t>
            </w:r>
          </w:p>
        </w:tc>
        <w:tc>
          <w:tcPr>
            <w:tcW w:w="0" w:type="auto"/>
          </w:tcPr>
          <w:p w14:paraId="77596F6B" w14:textId="77777777" w:rsidR="000772B4" w:rsidRDefault="00746A89">
            <w:pPr>
              <w:jc w:val="center"/>
            </w:pPr>
            <w:r>
              <w:t>подтверждён численно</w:t>
            </w:r>
          </w:p>
        </w:tc>
      </w:tr>
      <w:tr w:rsidR="000772B4" w14:paraId="6F0D5D0A" w14:textId="77777777">
        <w:trPr>
          <w:cantSplit/>
          <w:jc w:val="center"/>
        </w:trPr>
        <w:tc>
          <w:tcPr>
            <w:tcW w:w="0" w:type="auto"/>
          </w:tcPr>
          <w:p w14:paraId="5190117A" w14:textId="77777777" w:rsidR="000772B4" w:rsidRDefault="00746A89">
            <w:r>
              <w:t>УПК № 2 ЦМК</w:t>
            </w:r>
          </w:p>
        </w:tc>
        <w:tc>
          <w:tcPr>
            <w:tcW w:w="0" w:type="auto"/>
          </w:tcPr>
          <w:p w14:paraId="1EFB4A4B" w14:textId="77777777" w:rsidR="000772B4" w:rsidRDefault="00746A89">
            <w:pPr>
              <w:jc w:val="center"/>
            </w:pPr>
            <w:r>
              <w:t>открытая</w:t>
            </w:r>
          </w:p>
        </w:tc>
        <w:tc>
          <w:tcPr>
            <w:tcW w:w="0" w:type="auto"/>
          </w:tcPr>
          <w:p w14:paraId="295DD1F9" w14:textId="77777777" w:rsidR="000772B4" w:rsidRDefault="00746A89">
            <w:pPr>
              <w:jc w:val="center"/>
            </w:pPr>
            <w:r>
              <w:t>13 266</w:t>
            </w:r>
          </w:p>
        </w:tc>
        <w:tc>
          <w:tcPr>
            <w:tcW w:w="0" w:type="auto"/>
          </w:tcPr>
          <w:p w14:paraId="0F4D162D" w14:textId="77777777" w:rsidR="000772B4" w:rsidRDefault="00746A89">
            <w:pPr>
              <w:jc w:val="center"/>
            </w:pPr>
            <w:r>
              <w:t>0,1280</w:t>
            </w:r>
          </w:p>
        </w:tc>
        <w:tc>
          <w:tcPr>
            <w:tcW w:w="0" w:type="auto"/>
          </w:tcPr>
          <w:p w14:paraId="1B587239" w14:textId="77777777" w:rsidR="000772B4" w:rsidRDefault="00746A89">
            <w:pPr>
              <w:jc w:val="center"/>
            </w:pPr>
            <w:r>
              <w:t>2,56</w:t>
            </w:r>
          </w:p>
        </w:tc>
        <w:tc>
          <w:tcPr>
            <w:tcW w:w="0" w:type="auto"/>
          </w:tcPr>
          <w:p w14:paraId="2B22BF30" w14:textId="77777777" w:rsidR="000772B4" w:rsidRDefault="00746A89">
            <w:pPr>
              <w:jc w:val="center"/>
            </w:pPr>
            <w:r>
              <w:t>подтверждён численно</w:t>
            </w:r>
          </w:p>
        </w:tc>
      </w:tr>
      <w:tr w:rsidR="000772B4" w14:paraId="341D9D49" w14:textId="77777777">
        <w:trPr>
          <w:cantSplit/>
          <w:jc w:val="center"/>
        </w:trPr>
        <w:tc>
          <w:tcPr>
            <w:tcW w:w="0" w:type="auto"/>
          </w:tcPr>
          <w:p w14:paraId="6EB74935" w14:textId="77777777" w:rsidR="000772B4" w:rsidRDefault="00746A89">
            <w:r>
              <w:t>УПК № 9 ГРЭ</w:t>
            </w:r>
          </w:p>
        </w:tc>
        <w:tc>
          <w:tcPr>
            <w:tcW w:w="0" w:type="auto"/>
          </w:tcPr>
          <w:p w14:paraId="08806AC5" w14:textId="77777777" w:rsidR="000772B4" w:rsidRDefault="00746A89">
            <w:pPr>
              <w:jc w:val="center"/>
            </w:pPr>
            <w:r>
              <w:t>открытая</w:t>
            </w:r>
          </w:p>
        </w:tc>
        <w:tc>
          <w:tcPr>
            <w:tcW w:w="0" w:type="auto"/>
          </w:tcPr>
          <w:p w14:paraId="418CCC6D" w14:textId="77777777" w:rsidR="000772B4" w:rsidRDefault="00746A89">
            <w:pPr>
              <w:jc w:val="center"/>
            </w:pPr>
            <w:r>
              <w:t>не раскрыт</w:t>
            </w:r>
          </w:p>
        </w:tc>
        <w:tc>
          <w:tcPr>
            <w:tcW w:w="0" w:type="auto"/>
          </w:tcPr>
          <w:p w14:paraId="518B48AA" w14:textId="77777777" w:rsidR="000772B4" w:rsidRDefault="00746A89">
            <w:pPr>
              <w:jc w:val="center"/>
            </w:pPr>
            <w:r>
              <w:t>0,0020</w:t>
            </w:r>
          </w:p>
        </w:tc>
        <w:tc>
          <w:tcPr>
            <w:tcW w:w="0" w:type="auto"/>
          </w:tcPr>
          <w:p w14:paraId="676F7E24" w14:textId="77777777" w:rsidR="000772B4" w:rsidRDefault="00746A89">
            <w:pPr>
              <w:jc w:val="center"/>
            </w:pPr>
            <w:r>
              <w:t>0,04</w:t>
            </w:r>
          </w:p>
        </w:tc>
        <w:tc>
          <w:tcPr>
            <w:tcW w:w="0" w:type="auto"/>
          </w:tcPr>
          <w:p w14:paraId="3B4729DB" w14:textId="77777777" w:rsidR="000772B4" w:rsidRDefault="00746A89">
            <w:pPr>
              <w:jc w:val="center"/>
            </w:pPr>
            <w:r>
              <w:t>численно не подтверждён</w:t>
            </w:r>
          </w:p>
        </w:tc>
      </w:tr>
      <w:tr w:rsidR="000772B4" w14:paraId="3E158611" w14:textId="77777777">
        <w:trPr>
          <w:cantSplit/>
          <w:jc w:val="center"/>
        </w:trPr>
        <w:tc>
          <w:tcPr>
            <w:tcW w:w="0" w:type="auto"/>
          </w:tcPr>
          <w:p w14:paraId="6F27D47B" w14:textId="77777777" w:rsidR="000772B4" w:rsidRDefault="00746A89">
            <w:r>
              <w:t>УПК № 5 Новый Шерегеш</w:t>
            </w:r>
          </w:p>
        </w:tc>
        <w:tc>
          <w:tcPr>
            <w:tcW w:w="0" w:type="auto"/>
          </w:tcPr>
          <w:p w14:paraId="660F6027" w14:textId="77777777" w:rsidR="000772B4" w:rsidRDefault="00746A89">
            <w:pPr>
              <w:jc w:val="center"/>
            </w:pPr>
            <w:r>
              <w:t>открытая</w:t>
            </w:r>
          </w:p>
        </w:tc>
        <w:tc>
          <w:tcPr>
            <w:tcW w:w="0" w:type="auto"/>
          </w:tcPr>
          <w:p w14:paraId="76E8A08A" w14:textId="77777777" w:rsidR="000772B4" w:rsidRDefault="00746A89">
            <w:pPr>
              <w:jc w:val="center"/>
            </w:pPr>
            <w:r>
              <w:t>217 064</w:t>
            </w:r>
          </w:p>
        </w:tc>
        <w:tc>
          <w:tcPr>
            <w:tcW w:w="0" w:type="auto"/>
          </w:tcPr>
          <w:p w14:paraId="5563CF4F" w14:textId="77777777" w:rsidR="000772B4" w:rsidRDefault="00746A89">
            <w:pPr>
              <w:jc w:val="center"/>
            </w:pPr>
            <w:r>
              <w:t>3,0650</w:t>
            </w:r>
          </w:p>
        </w:tc>
        <w:tc>
          <w:tcPr>
            <w:tcW w:w="0" w:type="auto"/>
          </w:tcPr>
          <w:p w14:paraId="7114E93B" w14:textId="77777777" w:rsidR="000772B4" w:rsidRDefault="00746A89">
            <w:pPr>
              <w:jc w:val="center"/>
            </w:pPr>
            <w:r>
              <w:t>55,73</w:t>
            </w:r>
          </w:p>
        </w:tc>
        <w:tc>
          <w:tcPr>
            <w:tcW w:w="0" w:type="auto"/>
          </w:tcPr>
          <w:p w14:paraId="4A446CFA" w14:textId="77777777" w:rsidR="000772B4" w:rsidRDefault="00746A89">
            <w:pPr>
              <w:jc w:val="center"/>
            </w:pPr>
            <w:r>
              <w:t>подтверждён численно</w:t>
            </w:r>
          </w:p>
        </w:tc>
      </w:tr>
      <w:tr w:rsidR="000772B4" w14:paraId="303F2CC7" w14:textId="77777777">
        <w:trPr>
          <w:cantSplit/>
          <w:jc w:val="center"/>
        </w:trPr>
        <w:tc>
          <w:tcPr>
            <w:tcW w:w="0" w:type="auto"/>
          </w:tcPr>
          <w:p w14:paraId="5AC50C72" w14:textId="77777777" w:rsidR="000772B4" w:rsidRDefault="00746A89">
            <w:r>
              <w:t>УПК № 6 Старый Шерегеш</w:t>
            </w:r>
          </w:p>
        </w:tc>
        <w:tc>
          <w:tcPr>
            <w:tcW w:w="0" w:type="auto"/>
          </w:tcPr>
          <w:p w14:paraId="547B5C30" w14:textId="77777777" w:rsidR="000772B4" w:rsidRDefault="00746A89">
            <w:pPr>
              <w:jc w:val="center"/>
            </w:pPr>
            <w:r>
              <w:t>открытая</w:t>
            </w:r>
          </w:p>
        </w:tc>
        <w:tc>
          <w:tcPr>
            <w:tcW w:w="0" w:type="auto"/>
          </w:tcPr>
          <w:p w14:paraId="1B8C710F" w14:textId="77777777" w:rsidR="000772B4" w:rsidRDefault="00746A89">
            <w:pPr>
              <w:jc w:val="center"/>
            </w:pPr>
            <w:r>
              <w:t>22 390</w:t>
            </w:r>
          </w:p>
        </w:tc>
        <w:tc>
          <w:tcPr>
            <w:tcW w:w="0" w:type="auto"/>
          </w:tcPr>
          <w:p w14:paraId="75DA1B32" w14:textId="77777777" w:rsidR="000772B4" w:rsidRDefault="00746A89">
            <w:pPr>
              <w:jc w:val="center"/>
            </w:pPr>
            <w:r>
              <w:t>0,2640</w:t>
            </w:r>
          </w:p>
        </w:tc>
        <w:tc>
          <w:tcPr>
            <w:tcW w:w="0" w:type="auto"/>
          </w:tcPr>
          <w:p w14:paraId="4B5249B2" w14:textId="77777777" w:rsidR="000772B4" w:rsidRDefault="00746A89">
            <w:pPr>
              <w:jc w:val="center"/>
            </w:pPr>
            <w:r>
              <w:t>4,80</w:t>
            </w:r>
          </w:p>
        </w:tc>
        <w:tc>
          <w:tcPr>
            <w:tcW w:w="0" w:type="auto"/>
          </w:tcPr>
          <w:p w14:paraId="2EE2074F" w14:textId="77777777" w:rsidR="000772B4" w:rsidRDefault="00746A89">
            <w:pPr>
              <w:jc w:val="center"/>
            </w:pPr>
            <w:r>
              <w:t>подтверждён численно</w:t>
            </w:r>
          </w:p>
        </w:tc>
      </w:tr>
      <w:tr w:rsidR="000772B4" w14:paraId="62F3CD96" w14:textId="77777777">
        <w:trPr>
          <w:cantSplit/>
          <w:jc w:val="center"/>
        </w:trPr>
        <w:tc>
          <w:tcPr>
            <w:tcW w:w="0" w:type="auto"/>
          </w:tcPr>
          <w:p w14:paraId="02A5A849" w14:textId="77777777" w:rsidR="000772B4" w:rsidRDefault="00746A89">
            <w:r>
              <w:t>УПК № 7 Каз</w:t>
            </w:r>
          </w:p>
        </w:tc>
        <w:tc>
          <w:tcPr>
            <w:tcW w:w="0" w:type="auto"/>
          </w:tcPr>
          <w:p w14:paraId="2835B1C4" w14:textId="77777777" w:rsidR="000772B4" w:rsidRDefault="00746A89">
            <w:pPr>
              <w:jc w:val="center"/>
            </w:pPr>
            <w:r>
              <w:t>открытая</w:t>
            </w:r>
          </w:p>
        </w:tc>
        <w:tc>
          <w:tcPr>
            <w:tcW w:w="0" w:type="auto"/>
          </w:tcPr>
          <w:p w14:paraId="2EF17D5B" w14:textId="77777777" w:rsidR="000772B4" w:rsidRDefault="00746A89">
            <w:pPr>
              <w:jc w:val="center"/>
            </w:pPr>
            <w:r>
              <w:t>76 238</w:t>
            </w:r>
          </w:p>
        </w:tc>
        <w:tc>
          <w:tcPr>
            <w:tcW w:w="0" w:type="auto"/>
          </w:tcPr>
          <w:p w14:paraId="0162CBAD" w14:textId="77777777" w:rsidR="000772B4" w:rsidRDefault="00746A89">
            <w:pPr>
              <w:jc w:val="center"/>
            </w:pPr>
            <w:r>
              <w:t>1,0530</w:t>
            </w:r>
          </w:p>
        </w:tc>
        <w:tc>
          <w:tcPr>
            <w:tcW w:w="0" w:type="auto"/>
          </w:tcPr>
          <w:p w14:paraId="462C677E" w14:textId="77777777" w:rsidR="000772B4" w:rsidRDefault="00746A89">
            <w:pPr>
              <w:jc w:val="center"/>
            </w:pPr>
            <w:r>
              <w:t>17,55</w:t>
            </w:r>
          </w:p>
        </w:tc>
        <w:tc>
          <w:tcPr>
            <w:tcW w:w="0" w:type="auto"/>
          </w:tcPr>
          <w:p w14:paraId="308B16BB" w14:textId="77777777" w:rsidR="000772B4" w:rsidRDefault="00746A89">
            <w:pPr>
              <w:jc w:val="center"/>
            </w:pPr>
            <w:r>
              <w:t>подтверждён численно</w:t>
            </w:r>
          </w:p>
        </w:tc>
      </w:tr>
      <w:tr w:rsidR="000772B4" w14:paraId="7D279154" w14:textId="77777777">
        <w:trPr>
          <w:cantSplit/>
          <w:jc w:val="center"/>
        </w:trPr>
        <w:tc>
          <w:tcPr>
            <w:tcW w:w="0" w:type="auto"/>
          </w:tcPr>
          <w:p w14:paraId="3E22E289" w14:textId="77777777" w:rsidR="000772B4" w:rsidRDefault="00746A89">
            <w:r>
              <w:t>УПК № 8 Мундыбаш</w:t>
            </w:r>
          </w:p>
        </w:tc>
        <w:tc>
          <w:tcPr>
            <w:tcW w:w="0" w:type="auto"/>
          </w:tcPr>
          <w:p w14:paraId="5B5982F3" w14:textId="77777777" w:rsidR="000772B4" w:rsidRDefault="00746A89">
            <w:pPr>
              <w:jc w:val="center"/>
            </w:pPr>
            <w:r>
              <w:t>смешанная</w:t>
            </w:r>
          </w:p>
        </w:tc>
        <w:tc>
          <w:tcPr>
            <w:tcW w:w="0" w:type="auto"/>
          </w:tcPr>
          <w:p w14:paraId="140194AC" w14:textId="77777777" w:rsidR="000772B4" w:rsidRDefault="00746A89">
            <w:pPr>
              <w:jc w:val="center"/>
            </w:pPr>
            <w:r>
              <w:t>62 183</w:t>
            </w:r>
          </w:p>
        </w:tc>
        <w:tc>
          <w:tcPr>
            <w:tcW w:w="0" w:type="auto"/>
          </w:tcPr>
          <w:p w14:paraId="1BB14FA5" w14:textId="77777777" w:rsidR="000772B4" w:rsidRDefault="00746A89">
            <w:pPr>
              <w:jc w:val="center"/>
            </w:pPr>
            <w:r>
              <w:t>0,8190</w:t>
            </w:r>
          </w:p>
        </w:tc>
        <w:tc>
          <w:tcPr>
            <w:tcW w:w="0" w:type="auto"/>
          </w:tcPr>
          <w:p w14:paraId="7C493984" w14:textId="77777777" w:rsidR="000772B4" w:rsidRDefault="00746A89">
            <w:pPr>
              <w:jc w:val="center"/>
            </w:pPr>
            <w:r>
              <w:t>14,89</w:t>
            </w:r>
          </w:p>
        </w:tc>
        <w:tc>
          <w:tcPr>
            <w:tcW w:w="0" w:type="auto"/>
          </w:tcPr>
          <w:p w14:paraId="20306F39" w14:textId="77777777" w:rsidR="000772B4" w:rsidRDefault="00746A89">
            <w:pPr>
              <w:jc w:val="center"/>
            </w:pPr>
            <w:r>
              <w:t>подтверждён численно</w:t>
            </w:r>
          </w:p>
        </w:tc>
      </w:tr>
      <w:tr w:rsidR="000772B4" w14:paraId="0F3FA85A" w14:textId="77777777">
        <w:trPr>
          <w:cantSplit/>
          <w:jc w:val="center"/>
        </w:trPr>
        <w:tc>
          <w:tcPr>
            <w:tcW w:w="0" w:type="auto"/>
          </w:tcPr>
          <w:p w14:paraId="71FF497C" w14:textId="77777777" w:rsidR="000772B4" w:rsidRDefault="00746A89">
            <w:r>
              <w:t>УПК № 10 Темир-Тау</w:t>
            </w:r>
          </w:p>
        </w:tc>
        <w:tc>
          <w:tcPr>
            <w:tcW w:w="0" w:type="auto"/>
          </w:tcPr>
          <w:p w14:paraId="69B3118E" w14:textId="77777777" w:rsidR="000772B4" w:rsidRDefault="00746A89">
            <w:pPr>
              <w:jc w:val="center"/>
            </w:pPr>
            <w:r>
              <w:t>открытая</w:t>
            </w:r>
          </w:p>
        </w:tc>
        <w:tc>
          <w:tcPr>
            <w:tcW w:w="0" w:type="auto"/>
          </w:tcPr>
          <w:p w14:paraId="15B56A00" w14:textId="77777777" w:rsidR="000772B4" w:rsidRDefault="00746A89">
            <w:pPr>
              <w:jc w:val="center"/>
            </w:pPr>
            <w:r>
              <w:t>29 079</w:t>
            </w:r>
          </w:p>
        </w:tc>
        <w:tc>
          <w:tcPr>
            <w:tcW w:w="0" w:type="auto"/>
          </w:tcPr>
          <w:p w14:paraId="6BB04DAD" w14:textId="77777777" w:rsidR="000772B4" w:rsidRDefault="00746A89">
            <w:pPr>
              <w:jc w:val="center"/>
            </w:pPr>
            <w:r>
              <w:t>0,2569</w:t>
            </w:r>
          </w:p>
        </w:tc>
        <w:tc>
          <w:tcPr>
            <w:tcW w:w="0" w:type="auto"/>
          </w:tcPr>
          <w:p w14:paraId="65A0D138" w14:textId="77777777" w:rsidR="000772B4" w:rsidRDefault="00746A89">
            <w:pPr>
              <w:jc w:val="center"/>
            </w:pPr>
            <w:r>
              <w:t>4,67</w:t>
            </w:r>
          </w:p>
        </w:tc>
        <w:tc>
          <w:tcPr>
            <w:tcW w:w="0" w:type="auto"/>
          </w:tcPr>
          <w:p w14:paraId="6587366C" w14:textId="77777777" w:rsidR="000772B4" w:rsidRDefault="00746A89">
            <w:pPr>
              <w:jc w:val="center"/>
            </w:pPr>
            <w:r>
              <w:t>подтверждён численно</w:t>
            </w:r>
          </w:p>
        </w:tc>
      </w:tr>
      <w:tr w:rsidR="000772B4" w14:paraId="4F423AA8" w14:textId="77777777">
        <w:trPr>
          <w:cantSplit/>
          <w:jc w:val="center"/>
        </w:trPr>
        <w:tc>
          <w:tcPr>
            <w:tcW w:w="0" w:type="auto"/>
          </w:tcPr>
          <w:p w14:paraId="182A3361" w14:textId="77777777" w:rsidR="000772B4" w:rsidRDefault="00746A89">
            <w:r>
              <w:t>УПК № 3 Спасск</w:t>
            </w:r>
          </w:p>
        </w:tc>
        <w:tc>
          <w:tcPr>
            <w:tcW w:w="0" w:type="auto"/>
          </w:tcPr>
          <w:p w14:paraId="2601C9EF" w14:textId="77777777" w:rsidR="000772B4" w:rsidRDefault="00746A89">
            <w:pPr>
              <w:jc w:val="center"/>
            </w:pPr>
            <w:r>
              <w:t>открытая</w:t>
            </w:r>
          </w:p>
        </w:tc>
        <w:tc>
          <w:tcPr>
            <w:tcW w:w="0" w:type="auto"/>
          </w:tcPr>
          <w:p w14:paraId="2DACAA6B" w14:textId="77777777" w:rsidR="000772B4" w:rsidRDefault="00746A89">
            <w:pPr>
              <w:jc w:val="center"/>
            </w:pPr>
            <w:r>
              <w:t>2 932</w:t>
            </w:r>
          </w:p>
        </w:tc>
        <w:tc>
          <w:tcPr>
            <w:tcW w:w="0" w:type="auto"/>
          </w:tcPr>
          <w:p w14:paraId="5412A77B" w14:textId="77777777" w:rsidR="000772B4" w:rsidRDefault="00746A89">
            <w:pPr>
              <w:jc w:val="center"/>
            </w:pPr>
            <w:r>
              <w:t>0,0400</w:t>
            </w:r>
          </w:p>
        </w:tc>
        <w:tc>
          <w:tcPr>
            <w:tcW w:w="0" w:type="auto"/>
          </w:tcPr>
          <w:p w14:paraId="6AB00700" w14:textId="77777777" w:rsidR="000772B4" w:rsidRDefault="00746A89">
            <w:pPr>
              <w:jc w:val="center"/>
            </w:pPr>
            <w:r>
              <w:t>0,80</w:t>
            </w:r>
          </w:p>
        </w:tc>
        <w:tc>
          <w:tcPr>
            <w:tcW w:w="0" w:type="auto"/>
          </w:tcPr>
          <w:p w14:paraId="7E098BB9" w14:textId="77777777" w:rsidR="000772B4" w:rsidRDefault="00746A89">
            <w:pPr>
              <w:jc w:val="center"/>
            </w:pPr>
            <w:r>
              <w:t>подтверждён численно</w:t>
            </w:r>
          </w:p>
        </w:tc>
      </w:tr>
      <w:tr w:rsidR="000772B4" w14:paraId="163238DF" w14:textId="77777777">
        <w:trPr>
          <w:cantSplit/>
          <w:jc w:val="center"/>
        </w:trPr>
        <w:tc>
          <w:tcPr>
            <w:tcW w:w="0" w:type="auto"/>
            <w:shd w:val="clear" w:color="auto" w:fill="DBE5F1"/>
          </w:tcPr>
          <w:p w14:paraId="3AD12203" w14:textId="77777777" w:rsidR="000772B4" w:rsidRDefault="00746A89">
            <w:r>
              <w:rPr>
                <w:b/>
              </w:rPr>
              <w:t>Итого</w:t>
            </w:r>
          </w:p>
        </w:tc>
        <w:tc>
          <w:tcPr>
            <w:tcW w:w="0" w:type="auto"/>
            <w:shd w:val="clear" w:color="auto" w:fill="DBE5F1"/>
          </w:tcPr>
          <w:p w14:paraId="0412A4E9" w14:textId="77777777" w:rsidR="000772B4" w:rsidRDefault="00746A89">
            <w:pPr>
              <w:jc w:val="center"/>
            </w:pPr>
            <w:r>
              <w:rPr>
                <w:b/>
              </w:rPr>
              <w:t>—</w:t>
            </w:r>
          </w:p>
        </w:tc>
        <w:tc>
          <w:tcPr>
            <w:tcW w:w="0" w:type="auto"/>
            <w:shd w:val="clear" w:color="auto" w:fill="DBE5F1"/>
          </w:tcPr>
          <w:p w14:paraId="5A4D2DA0" w14:textId="77777777" w:rsidR="000772B4" w:rsidRDefault="00746A89">
            <w:pPr>
              <w:jc w:val="center"/>
            </w:pPr>
            <w:r>
              <w:rPr>
                <w:b/>
              </w:rPr>
              <w:t>782 784</w:t>
            </w:r>
          </w:p>
        </w:tc>
        <w:tc>
          <w:tcPr>
            <w:tcW w:w="0" w:type="auto"/>
            <w:shd w:val="clear" w:color="auto" w:fill="DBE5F1"/>
          </w:tcPr>
          <w:p w14:paraId="5DDC28B1" w14:textId="77777777" w:rsidR="000772B4" w:rsidRDefault="00746A89">
            <w:pPr>
              <w:jc w:val="center"/>
            </w:pPr>
            <w:r>
              <w:rPr>
                <w:b/>
              </w:rPr>
              <w:t>11,3909</w:t>
            </w:r>
          </w:p>
        </w:tc>
        <w:tc>
          <w:tcPr>
            <w:tcW w:w="0" w:type="auto"/>
            <w:shd w:val="clear" w:color="auto" w:fill="DBE5F1"/>
          </w:tcPr>
          <w:p w14:paraId="6211F8C6" w14:textId="77777777" w:rsidR="000772B4" w:rsidRDefault="00746A89">
            <w:pPr>
              <w:jc w:val="center"/>
            </w:pPr>
            <w:r>
              <w:rPr>
                <w:b/>
              </w:rPr>
              <w:t>206,51</w:t>
            </w:r>
          </w:p>
        </w:tc>
        <w:tc>
          <w:tcPr>
            <w:tcW w:w="0" w:type="auto"/>
            <w:shd w:val="clear" w:color="auto" w:fill="DBE5F1"/>
          </w:tcPr>
          <w:p w14:paraId="6681A20A" w14:textId="77777777" w:rsidR="000772B4" w:rsidRDefault="00746A89">
            <w:pPr>
              <w:jc w:val="center"/>
            </w:pPr>
            <w:r>
              <w:rPr>
                <w:b/>
              </w:rPr>
              <w:t>9 из 10</w:t>
            </w:r>
          </w:p>
        </w:tc>
      </w:tr>
    </w:tbl>
    <w:p w14:paraId="1FBC7152" w14:textId="77777777" w:rsidR="000772B4" w:rsidRDefault="000772B4">
      <w:pPr>
        <w:spacing w:after="40"/>
      </w:pPr>
    </w:p>
    <w:p w14:paraId="1B541402" w14:textId="77777777" w:rsidR="000772B4" w:rsidRPr="00794D67" w:rsidRDefault="00746A89">
      <w:pPr>
        <w:spacing w:after="80"/>
        <w:jc w:val="both"/>
        <w:rPr>
          <w:lang w:val="ru-RU"/>
        </w:rPr>
      </w:pPr>
      <w:r w:rsidRPr="00794D67">
        <w:rPr>
          <w:lang w:val="ru-RU"/>
        </w:rPr>
        <w:t>Открытый водоразбор численно подтверждён по девяти системам из десяти. По восьми из них способ приготовления открытый, по УПК № 8 «Мундыбаш» — смешанный с открытой составляющей 62 183 т/год.</w:t>
      </w:r>
    </w:p>
    <w:p w14:paraId="03905391" w14:textId="77777777" w:rsidR="000772B4" w:rsidRPr="00794D67" w:rsidRDefault="00746A89">
      <w:pPr>
        <w:spacing w:after="80"/>
        <w:jc w:val="both"/>
        <w:rPr>
          <w:lang w:val="ru-RU"/>
        </w:rPr>
      </w:pPr>
      <w:r w:rsidRPr="00794D67">
        <w:rPr>
          <w:lang w:val="ru-RU"/>
        </w:rPr>
        <w:t>По УПК № 9 «ГРЭ» строки баланса теплоносителя в расчётной книге не заполнены, однако система не является неклассифицированной: заголовок зоны на листе «Таблица 3.2» расчётной книги прямо указывает открытую схему, лист «Таблица 7.1» приводит тип присоединения «открытая, двухтрубная» и нагрузку горячего водоснабжения 0,002 Гкал/ч, а утверждаемая часть схемы Таштагольского городского поселения редакции 2021 года содержит по этому источнику 31 индивидуальный тепловой пункт с классифицированной нагрузкой горячего водоснабжения. Таким образом, тип системы установлен тремя независимыми источниками; не раскрыт только водный баланс.</w:t>
      </w:r>
    </w:p>
    <w:p w14:paraId="52E2960D" w14:textId="77777777" w:rsidR="000772B4" w:rsidRPr="00794D67" w:rsidRDefault="00746A89">
      <w:pPr>
        <w:spacing w:after="80"/>
        <w:jc w:val="both"/>
        <w:rPr>
          <w:lang w:val="ru-RU"/>
        </w:rPr>
      </w:pPr>
      <w:r w:rsidRPr="00794D67">
        <w:rPr>
          <w:lang w:val="ru-RU"/>
        </w:rPr>
        <w:t>Нагрузка горячего водоснабжения определена по всем десяти системам и в сумме составляет 11,3909 Гкал/ч. Величина 0,819 Гкал/ч относится к УПК № 8 «Мундыбаш» и итогом по округу не является.</w:t>
      </w:r>
    </w:p>
    <w:p w14:paraId="59A34949" w14:textId="77777777" w:rsidR="000772B4" w:rsidRPr="00344E69" w:rsidRDefault="00746A89">
      <w:pPr>
        <w:pStyle w:val="31"/>
        <w:rPr>
          <w:sz w:val="28"/>
          <w:szCs w:val="28"/>
          <w:lang w:val="ru-RU"/>
        </w:rPr>
      </w:pPr>
      <w:r w:rsidRPr="00344E69">
        <w:rPr>
          <w:sz w:val="28"/>
          <w:szCs w:val="28"/>
          <w:lang w:val="ru-RU"/>
        </w:rPr>
        <w:t>9.3.1. Методика перехода от нагрузки к водоразбору</w:t>
      </w:r>
    </w:p>
    <w:p w14:paraId="683F6A2E" w14:textId="77777777" w:rsidR="000772B4" w:rsidRPr="00794D67" w:rsidRDefault="00746A89">
      <w:pPr>
        <w:spacing w:after="80"/>
        <w:jc w:val="both"/>
        <w:rPr>
          <w:lang w:val="ru-RU"/>
        </w:rPr>
      </w:pPr>
      <w:r w:rsidRPr="00794D67">
        <w:rPr>
          <w:lang w:val="ru-RU"/>
        </w:rPr>
        <w:t xml:space="preserve">Расчётный максимально-часовой водоразбор получен из тепловой нагрузки по формуле расчётной книги: </w:t>
      </w:r>
      <w:r>
        <w:t>G</w:t>
      </w:r>
      <w:r w:rsidRPr="00794D67">
        <w:rPr>
          <w:lang w:val="ru-RU"/>
        </w:rPr>
        <w:t xml:space="preserve"> = </w:t>
      </w:r>
      <w:r>
        <w:t>Q</w:t>
      </w:r>
      <w:r w:rsidRPr="00794D67">
        <w:rPr>
          <w:lang w:val="ru-RU"/>
        </w:rPr>
        <w:t xml:space="preserve"> / (</w:t>
      </w:r>
      <w:r>
        <w:t>t</w:t>
      </w:r>
      <w:r w:rsidRPr="00794D67">
        <w:rPr>
          <w:lang w:val="ru-RU"/>
        </w:rPr>
        <w:t xml:space="preserve">_гв − </w:t>
      </w:r>
      <w:r>
        <w:t>t</w:t>
      </w:r>
      <w:r w:rsidRPr="00794D67">
        <w:rPr>
          <w:lang w:val="ru-RU"/>
        </w:rPr>
        <w:t xml:space="preserve">_хв) · 1000, где </w:t>
      </w:r>
      <w:r>
        <w:t>G</w:t>
      </w:r>
      <w:r w:rsidRPr="00794D67">
        <w:rPr>
          <w:lang w:val="ru-RU"/>
        </w:rPr>
        <w:t xml:space="preserve"> — водоразбор, м³/ч; </w:t>
      </w:r>
      <w:r>
        <w:t>Q</w:t>
      </w:r>
      <w:r w:rsidRPr="00794D67">
        <w:rPr>
          <w:lang w:val="ru-RU"/>
        </w:rPr>
        <w:t xml:space="preserve"> — нагрузка горячего водоснабжения, Гкал/ч; </w:t>
      </w:r>
      <w:r>
        <w:t>t</w:t>
      </w:r>
      <w:r w:rsidRPr="00794D67">
        <w:rPr>
          <w:lang w:val="ru-RU"/>
        </w:rPr>
        <w:t>_гв — температура горячей воды, принятая равной температуре излома температурного графика соответствующей системы, °</w:t>
      </w:r>
      <w:r>
        <w:t>C</w:t>
      </w:r>
      <w:r w:rsidRPr="00794D67">
        <w:rPr>
          <w:lang w:val="ru-RU"/>
        </w:rPr>
        <w:t xml:space="preserve">; </w:t>
      </w:r>
      <w:r>
        <w:t>t</w:t>
      </w:r>
      <w:r w:rsidRPr="00794D67">
        <w:rPr>
          <w:lang w:val="ru-RU"/>
        </w:rPr>
        <w:t>_хв — температура холодной воды, принятая равной 5 °</w:t>
      </w:r>
      <w:r>
        <w:t>C</w:t>
      </w:r>
      <w:r w:rsidRPr="00794D67">
        <w:rPr>
          <w:lang w:val="ru-RU"/>
        </w:rPr>
        <w:t>.</w:t>
      </w:r>
    </w:p>
    <w:p w14:paraId="63D95FCB" w14:textId="77777777" w:rsidR="000772B4" w:rsidRDefault="00746A89">
      <w:pPr>
        <w:keepNext/>
        <w:spacing w:before="160"/>
      </w:pPr>
      <w:r>
        <w:rPr>
          <w:b/>
        </w:rPr>
        <w:t>Таблица 9.4 — Температурные основания расчёта водоразбора</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390"/>
        <w:gridCol w:w="1966"/>
        <w:gridCol w:w="1619"/>
        <w:gridCol w:w="1679"/>
        <w:gridCol w:w="1237"/>
        <w:gridCol w:w="1454"/>
      </w:tblGrid>
      <w:tr w:rsidR="000772B4" w14:paraId="35B6A90F" w14:textId="77777777">
        <w:trPr>
          <w:cantSplit/>
          <w:tblHeader/>
          <w:jc w:val="center"/>
        </w:trPr>
        <w:tc>
          <w:tcPr>
            <w:tcW w:w="0" w:type="auto"/>
            <w:shd w:val="clear" w:color="auto" w:fill="E2F0D9"/>
          </w:tcPr>
          <w:p w14:paraId="253CDCF8" w14:textId="77777777" w:rsidR="000772B4" w:rsidRDefault="00746A89">
            <w:pPr>
              <w:jc w:val="center"/>
            </w:pPr>
            <w:r>
              <w:rPr>
                <w:b/>
              </w:rPr>
              <w:t>Источник</w:t>
            </w:r>
          </w:p>
        </w:tc>
        <w:tc>
          <w:tcPr>
            <w:tcW w:w="0" w:type="auto"/>
            <w:shd w:val="clear" w:color="auto" w:fill="E2F0D9"/>
          </w:tcPr>
          <w:p w14:paraId="2AF5D0FD" w14:textId="77777777" w:rsidR="000772B4" w:rsidRDefault="00746A89">
            <w:pPr>
              <w:jc w:val="center"/>
            </w:pPr>
            <w:r>
              <w:rPr>
                <w:b/>
              </w:rPr>
              <w:t>Температурный график, °C</w:t>
            </w:r>
          </w:p>
        </w:tc>
        <w:tc>
          <w:tcPr>
            <w:tcW w:w="0" w:type="auto"/>
            <w:shd w:val="clear" w:color="auto" w:fill="E2F0D9"/>
          </w:tcPr>
          <w:p w14:paraId="335F4AE9" w14:textId="77777777" w:rsidR="000772B4" w:rsidRDefault="00746A89">
            <w:pPr>
              <w:jc w:val="center"/>
            </w:pPr>
            <w:r>
              <w:rPr>
                <w:b/>
              </w:rPr>
              <w:t>Температура излома, °C</w:t>
            </w:r>
          </w:p>
        </w:tc>
        <w:tc>
          <w:tcPr>
            <w:tcW w:w="0" w:type="auto"/>
            <w:shd w:val="clear" w:color="auto" w:fill="E2F0D9"/>
          </w:tcPr>
          <w:p w14:paraId="69C98DAE" w14:textId="77777777" w:rsidR="000772B4" w:rsidRDefault="00746A89">
            <w:pPr>
              <w:jc w:val="center"/>
            </w:pPr>
            <w:r>
              <w:rPr>
                <w:b/>
              </w:rPr>
              <w:t>Температура холодной воды, °C</w:t>
            </w:r>
          </w:p>
        </w:tc>
        <w:tc>
          <w:tcPr>
            <w:tcW w:w="0" w:type="auto"/>
            <w:shd w:val="clear" w:color="auto" w:fill="E2F0D9"/>
          </w:tcPr>
          <w:p w14:paraId="744D3F86" w14:textId="77777777" w:rsidR="000772B4" w:rsidRDefault="00746A89">
            <w:pPr>
              <w:jc w:val="center"/>
            </w:pPr>
            <w:r>
              <w:rPr>
                <w:b/>
              </w:rPr>
              <w:t>Нагрузка ГВС, Гкал/ч</w:t>
            </w:r>
          </w:p>
        </w:tc>
        <w:tc>
          <w:tcPr>
            <w:tcW w:w="0" w:type="auto"/>
            <w:shd w:val="clear" w:color="auto" w:fill="E2F0D9"/>
          </w:tcPr>
          <w:p w14:paraId="528AE66C" w14:textId="77777777" w:rsidR="000772B4" w:rsidRDefault="00746A89">
            <w:pPr>
              <w:jc w:val="center"/>
            </w:pPr>
            <w:r>
              <w:rPr>
                <w:b/>
              </w:rPr>
              <w:t>Водоразбор, м³/ч</w:t>
            </w:r>
          </w:p>
        </w:tc>
      </w:tr>
      <w:tr w:rsidR="000772B4" w14:paraId="0DBB8C83" w14:textId="77777777">
        <w:trPr>
          <w:cantSplit/>
          <w:jc w:val="center"/>
        </w:trPr>
        <w:tc>
          <w:tcPr>
            <w:tcW w:w="0" w:type="auto"/>
          </w:tcPr>
          <w:p w14:paraId="3B806689" w14:textId="77777777" w:rsidR="000772B4" w:rsidRDefault="00746A89">
            <w:r>
              <w:t>УПК № 1 Таштагол</w:t>
            </w:r>
          </w:p>
        </w:tc>
        <w:tc>
          <w:tcPr>
            <w:tcW w:w="0" w:type="auto"/>
          </w:tcPr>
          <w:p w14:paraId="47EA778D" w14:textId="77777777" w:rsidR="000772B4" w:rsidRDefault="00746A89">
            <w:pPr>
              <w:jc w:val="center"/>
            </w:pPr>
            <w:r>
              <w:t>95/70</w:t>
            </w:r>
          </w:p>
        </w:tc>
        <w:tc>
          <w:tcPr>
            <w:tcW w:w="0" w:type="auto"/>
          </w:tcPr>
          <w:p w14:paraId="08F937A4" w14:textId="77777777" w:rsidR="000772B4" w:rsidRDefault="00746A89">
            <w:pPr>
              <w:jc w:val="center"/>
            </w:pPr>
            <w:r>
              <w:t>60</w:t>
            </w:r>
          </w:p>
        </w:tc>
        <w:tc>
          <w:tcPr>
            <w:tcW w:w="0" w:type="auto"/>
          </w:tcPr>
          <w:p w14:paraId="5BD832C4" w14:textId="77777777" w:rsidR="000772B4" w:rsidRDefault="00746A89">
            <w:pPr>
              <w:jc w:val="center"/>
            </w:pPr>
            <w:r>
              <w:t>5</w:t>
            </w:r>
          </w:p>
        </w:tc>
        <w:tc>
          <w:tcPr>
            <w:tcW w:w="0" w:type="auto"/>
          </w:tcPr>
          <w:p w14:paraId="10207F25" w14:textId="77777777" w:rsidR="000772B4" w:rsidRDefault="00746A89">
            <w:pPr>
              <w:jc w:val="center"/>
            </w:pPr>
            <w:r>
              <w:t>5,3810</w:t>
            </w:r>
          </w:p>
        </w:tc>
        <w:tc>
          <w:tcPr>
            <w:tcW w:w="0" w:type="auto"/>
          </w:tcPr>
          <w:p w14:paraId="49BA5E2C" w14:textId="77777777" w:rsidR="000772B4" w:rsidRDefault="00746A89">
            <w:pPr>
              <w:jc w:val="center"/>
            </w:pPr>
            <w:r>
              <w:t>97,84</w:t>
            </w:r>
          </w:p>
        </w:tc>
      </w:tr>
      <w:tr w:rsidR="000772B4" w14:paraId="5CFCBE44" w14:textId="77777777">
        <w:trPr>
          <w:cantSplit/>
          <w:jc w:val="center"/>
        </w:trPr>
        <w:tc>
          <w:tcPr>
            <w:tcW w:w="0" w:type="auto"/>
          </w:tcPr>
          <w:p w14:paraId="6F0A3EDA" w14:textId="77777777" w:rsidR="000772B4" w:rsidRDefault="00746A89">
            <w:r>
              <w:t>УПК № 2 Шалым</w:t>
            </w:r>
          </w:p>
        </w:tc>
        <w:tc>
          <w:tcPr>
            <w:tcW w:w="0" w:type="auto"/>
          </w:tcPr>
          <w:p w14:paraId="771A130C" w14:textId="77777777" w:rsidR="000772B4" w:rsidRDefault="00746A89">
            <w:pPr>
              <w:jc w:val="center"/>
            </w:pPr>
            <w:r>
              <w:t>95/70</w:t>
            </w:r>
          </w:p>
        </w:tc>
        <w:tc>
          <w:tcPr>
            <w:tcW w:w="0" w:type="auto"/>
          </w:tcPr>
          <w:p w14:paraId="3E59BC41" w14:textId="77777777" w:rsidR="000772B4" w:rsidRDefault="00746A89">
            <w:pPr>
              <w:jc w:val="center"/>
            </w:pPr>
            <w:r>
              <w:t>55</w:t>
            </w:r>
          </w:p>
        </w:tc>
        <w:tc>
          <w:tcPr>
            <w:tcW w:w="0" w:type="auto"/>
          </w:tcPr>
          <w:p w14:paraId="1397DE0F" w14:textId="77777777" w:rsidR="000772B4" w:rsidRDefault="00746A89">
            <w:pPr>
              <w:jc w:val="center"/>
            </w:pPr>
            <w:r>
              <w:t>5</w:t>
            </w:r>
          </w:p>
        </w:tc>
        <w:tc>
          <w:tcPr>
            <w:tcW w:w="0" w:type="auto"/>
          </w:tcPr>
          <w:p w14:paraId="442EB420" w14:textId="77777777" w:rsidR="000772B4" w:rsidRDefault="00746A89">
            <w:pPr>
              <w:jc w:val="center"/>
            </w:pPr>
            <w:r>
              <w:t>0,3820</w:t>
            </w:r>
          </w:p>
        </w:tc>
        <w:tc>
          <w:tcPr>
            <w:tcW w:w="0" w:type="auto"/>
          </w:tcPr>
          <w:p w14:paraId="4EC0FED3" w14:textId="77777777" w:rsidR="000772B4" w:rsidRDefault="00746A89">
            <w:pPr>
              <w:jc w:val="center"/>
            </w:pPr>
            <w:r>
              <w:t>7,64</w:t>
            </w:r>
          </w:p>
        </w:tc>
      </w:tr>
      <w:tr w:rsidR="000772B4" w14:paraId="0545A8FA" w14:textId="77777777">
        <w:trPr>
          <w:cantSplit/>
          <w:jc w:val="center"/>
        </w:trPr>
        <w:tc>
          <w:tcPr>
            <w:tcW w:w="0" w:type="auto"/>
          </w:tcPr>
          <w:p w14:paraId="671C19D5" w14:textId="77777777" w:rsidR="000772B4" w:rsidRDefault="00746A89">
            <w:r>
              <w:t>УПК № 2 ЦМК</w:t>
            </w:r>
          </w:p>
        </w:tc>
        <w:tc>
          <w:tcPr>
            <w:tcW w:w="0" w:type="auto"/>
          </w:tcPr>
          <w:p w14:paraId="3C17E622" w14:textId="77777777" w:rsidR="000772B4" w:rsidRDefault="00746A89">
            <w:pPr>
              <w:jc w:val="center"/>
            </w:pPr>
            <w:r>
              <w:t>95/70</w:t>
            </w:r>
          </w:p>
        </w:tc>
        <w:tc>
          <w:tcPr>
            <w:tcW w:w="0" w:type="auto"/>
          </w:tcPr>
          <w:p w14:paraId="7BE47373" w14:textId="77777777" w:rsidR="000772B4" w:rsidRDefault="00746A89">
            <w:pPr>
              <w:jc w:val="center"/>
            </w:pPr>
            <w:r>
              <w:t>55</w:t>
            </w:r>
          </w:p>
        </w:tc>
        <w:tc>
          <w:tcPr>
            <w:tcW w:w="0" w:type="auto"/>
          </w:tcPr>
          <w:p w14:paraId="062DFF76" w14:textId="77777777" w:rsidR="000772B4" w:rsidRDefault="00746A89">
            <w:pPr>
              <w:jc w:val="center"/>
            </w:pPr>
            <w:r>
              <w:t>5</w:t>
            </w:r>
          </w:p>
        </w:tc>
        <w:tc>
          <w:tcPr>
            <w:tcW w:w="0" w:type="auto"/>
          </w:tcPr>
          <w:p w14:paraId="2DAE0EEF" w14:textId="77777777" w:rsidR="000772B4" w:rsidRDefault="00746A89">
            <w:pPr>
              <w:jc w:val="center"/>
            </w:pPr>
            <w:r>
              <w:t>0,1280</w:t>
            </w:r>
          </w:p>
        </w:tc>
        <w:tc>
          <w:tcPr>
            <w:tcW w:w="0" w:type="auto"/>
          </w:tcPr>
          <w:p w14:paraId="097FC217" w14:textId="77777777" w:rsidR="000772B4" w:rsidRDefault="00746A89">
            <w:pPr>
              <w:jc w:val="center"/>
            </w:pPr>
            <w:r>
              <w:t>2,56</w:t>
            </w:r>
          </w:p>
        </w:tc>
      </w:tr>
      <w:tr w:rsidR="000772B4" w14:paraId="11F16D80" w14:textId="77777777">
        <w:trPr>
          <w:cantSplit/>
          <w:jc w:val="center"/>
        </w:trPr>
        <w:tc>
          <w:tcPr>
            <w:tcW w:w="0" w:type="auto"/>
          </w:tcPr>
          <w:p w14:paraId="5C703046" w14:textId="77777777" w:rsidR="000772B4" w:rsidRDefault="00746A89">
            <w:r>
              <w:t>УПК № 9 ГРЭ</w:t>
            </w:r>
          </w:p>
        </w:tc>
        <w:tc>
          <w:tcPr>
            <w:tcW w:w="0" w:type="auto"/>
          </w:tcPr>
          <w:p w14:paraId="56F8C2C6" w14:textId="77777777" w:rsidR="000772B4" w:rsidRDefault="00746A89">
            <w:pPr>
              <w:jc w:val="center"/>
            </w:pPr>
            <w:r>
              <w:t>95/70</w:t>
            </w:r>
          </w:p>
        </w:tc>
        <w:tc>
          <w:tcPr>
            <w:tcW w:w="0" w:type="auto"/>
          </w:tcPr>
          <w:p w14:paraId="2054FB80" w14:textId="77777777" w:rsidR="000772B4" w:rsidRDefault="00746A89">
            <w:pPr>
              <w:jc w:val="center"/>
            </w:pPr>
            <w:r>
              <w:t>60</w:t>
            </w:r>
          </w:p>
        </w:tc>
        <w:tc>
          <w:tcPr>
            <w:tcW w:w="0" w:type="auto"/>
          </w:tcPr>
          <w:p w14:paraId="7741219B" w14:textId="77777777" w:rsidR="000772B4" w:rsidRDefault="00746A89">
            <w:pPr>
              <w:jc w:val="center"/>
            </w:pPr>
            <w:r>
              <w:t>5</w:t>
            </w:r>
          </w:p>
        </w:tc>
        <w:tc>
          <w:tcPr>
            <w:tcW w:w="0" w:type="auto"/>
          </w:tcPr>
          <w:p w14:paraId="18B33BC9" w14:textId="77777777" w:rsidR="000772B4" w:rsidRDefault="00746A89">
            <w:pPr>
              <w:jc w:val="center"/>
            </w:pPr>
            <w:r>
              <w:t>0,0020</w:t>
            </w:r>
          </w:p>
        </w:tc>
        <w:tc>
          <w:tcPr>
            <w:tcW w:w="0" w:type="auto"/>
          </w:tcPr>
          <w:p w14:paraId="2F0946E4" w14:textId="77777777" w:rsidR="000772B4" w:rsidRDefault="00746A89">
            <w:pPr>
              <w:jc w:val="center"/>
            </w:pPr>
            <w:r>
              <w:t>0,04</w:t>
            </w:r>
          </w:p>
        </w:tc>
      </w:tr>
      <w:tr w:rsidR="000772B4" w14:paraId="2EF49286" w14:textId="77777777">
        <w:trPr>
          <w:cantSplit/>
          <w:jc w:val="center"/>
        </w:trPr>
        <w:tc>
          <w:tcPr>
            <w:tcW w:w="0" w:type="auto"/>
          </w:tcPr>
          <w:p w14:paraId="760284B7" w14:textId="77777777" w:rsidR="000772B4" w:rsidRDefault="00746A89">
            <w:r>
              <w:t>УПК № 5 Новый Шерегеш</w:t>
            </w:r>
          </w:p>
        </w:tc>
        <w:tc>
          <w:tcPr>
            <w:tcW w:w="0" w:type="auto"/>
          </w:tcPr>
          <w:p w14:paraId="59AA49AE" w14:textId="77777777" w:rsidR="000772B4" w:rsidRDefault="00746A89">
            <w:pPr>
              <w:jc w:val="center"/>
            </w:pPr>
            <w:r>
              <w:t>95/70</w:t>
            </w:r>
          </w:p>
        </w:tc>
        <w:tc>
          <w:tcPr>
            <w:tcW w:w="0" w:type="auto"/>
          </w:tcPr>
          <w:p w14:paraId="74D972F2" w14:textId="77777777" w:rsidR="000772B4" w:rsidRDefault="00746A89">
            <w:pPr>
              <w:jc w:val="center"/>
            </w:pPr>
            <w:r>
              <w:t>60</w:t>
            </w:r>
          </w:p>
        </w:tc>
        <w:tc>
          <w:tcPr>
            <w:tcW w:w="0" w:type="auto"/>
          </w:tcPr>
          <w:p w14:paraId="551BACD7" w14:textId="77777777" w:rsidR="000772B4" w:rsidRDefault="00746A89">
            <w:pPr>
              <w:jc w:val="center"/>
            </w:pPr>
            <w:r>
              <w:t>5</w:t>
            </w:r>
          </w:p>
        </w:tc>
        <w:tc>
          <w:tcPr>
            <w:tcW w:w="0" w:type="auto"/>
          </w:tcPr>
          <w:p w14:paraId="21C2A8EC" w14:textId="77777777" w:rsidR="000772B4" w:rsidRDefault="00746A89">
            <w:pPr>
              <w:jc w:val="center"/>
            </w:pPr>
            <w:r>
              <w:t>3,0650</w:t>
            </w:r>
          </w:p>
        </w:tc>
        <w:tc>
          <w:tcPr>
            <w:tcW w:w="0" w:type="auto"/>
          </w:tcPr>
          <w:p w14:paraId="43D72007" w14:textId="77777777" w:rsidR="000772B4" w:rsidRDefault="00746A89">
            <w:pPr>
              <w:jc w:val="center"/>
            </w:pPr>
            <w:r>
              <w:t>55,73</w:t>
            </w:r>
          </w:p>
        </w:tc>
      </w:tr>
      <w:tr w:rsidR="000772B4" w14:paraId="1303B65C" w14:textId="77777777">
        <w:trPr>
          <w:cantSplit/>
          <w:jc w:val="center"/>
        </w:trPr>
        <w:tc>
          <w:tcPr>
            <w:tcW w:w="0" w:type="auto"/>
          </w:tcPr>
          <w:p w14:paraId="77A5DA52" w14:textId="77777777" w:rsidR="000772B4" w:rsidRDefault="00746A89">
            <w:r>
              <w:t>УПК № 6 Старый Шерегеш</w:t>
            </w:r>
          </w:p>
        </w:tc>
        <w:tc>
          <w:tcPr>
            <w:tcW w:w="0" w:type="auto"/>
          </w:tcPr>
          <w:p w14:paraId="30B56C1C" w14:textId="77777777" w:rsidR="000772B4" w:rsidRDefault="00746A89">
            <w:pPr>
              <w:jc w:val="center"/>
            </w:pPr>
            <w:r>
              <w:t>95/70</w:t>
            </w:r>
          </w:p>
        </w:tc>
        <w:tc>
          <w:tcPr>
            <w:tcW w:w="0" w:type="auto"/>
          </w:tcPr>
          <w:p w14:paraId="3B012C70" w14:textId="77777777" w:rsidR="000772B4" w:rsidRDefault="00746A89">
            <w:pPr>
              <w:jc w:val="center"/>
            </w:pPr>
            <w:r>
              <w:t>60</w:t>
            </w:r>
          </w:p>
        </w:tc>
        <w:tc>
          <w:tcPr>
            <w:tcW w:w="0" w:type="auto"/>
          </w:tcPr>
          <w:p w14:paraId="37129C5B" w14:textId="77777777" w:rsidR="000772B4" w:rsidRDefault="00746A89">
            <w:pPr>
              <w:jc w:val="center"/>
            </w:pPr>
            <w:r>
              <w:t>5</w:t>
            </w:r>
          </w:p>
        </w:tc>
        <w:tc>
          <w:tcPr>
            <w:tcW w:w="0" w:type="auto"/>
          </w:tcPr>
          <w:p w14:paraId="60051677" w14:textId="77777777" w:rsidR="000772B4" w:rsidRDefault="00746A89">
            <w:pPr>
              <w:jc w:val="center"/>
            </w:pPr>
            <w:r>
              <w:t>0,2640</w:t>
            </w:r>
          </w:p>
        </w:tc>
        <w:tc>
          <w:tcPr>
            <w:tcW w:w="0" w:type="auto"/>
          </w:tcPr>
          <w:p w14:paraId="3E3BB10B" w14:textId="77777777" w:rsidR="000772B4" w:rsidRDefault="00746A89">
            <w:pPr>
              <w:jc w:val="center"/>
            </w:pPr>
            <w:r>
              <w:t>4,80</w:t>
            </w:r>
          </w:p>
        </w:tc>
      </w:tr>
      <w:tr w:rsidR="000772B4" w14:paraId="501D1FD8" w14:textId="77777777">
        <w:trPr>
          <w:cantSplit/>
          <w:jc w:val="center"/>
        </w:trPr>
        <w:tc>
          <w:tcPr>
            <w:tcW w:w="0" w:type="auto"/>
          </w:tcPr>
          <w:p w14:paraId="1077A637" w14:textId="77777777" w:rsidR="000772B4" w:rsidRDefault="00746A89">
            <w:r>
              <w:t>УПК № 7 Каз</w:t>
            </w:r>
          </w:p>
        </w:tc>
        <w:tc>
          <w:tcPr>
            <w:tcW w:w="0" w:type="auto"/>
          </w:tcPr>
          <w:p w14:paraId="593047B2" w14:textId="77777777" w:rsidR="000772B4" w:rsidRDefault="00746A89">
            <w:pPr>
              <w:jc w:val="center"/>
            </w:pPr>
            <w:r>
              <w:t>130/65</w:t>
            </w:r>
          </w:p>
        </w:tc>
        <w:tc>
          <w:tcPr>
            <w:tcW w:w="0" w:type="auto"/>
          </w:tcPr>
          <w:p w14:paraId="2C3B6EF4" w14:textId="77777777" w:rsidR="000772B4" w:rsidRDefault="00746A89">
            <w:pPr>
              <w:jc w:val="center"/>
            </w:pPr>
            <w:r>
              <w:t>65</w:t>
            </w:r>
          </w:p>
        </w:tc>
        <w:tc>
          <w:tcPr>
            <w:tcW w:w="0" w:type="auto"/>
          </w:tcPr>
          <w:p w14:paraId="7F1C40B5" w14:textId="77777777" w:rsidR="000772B4" w:rsidRDefault="00746A89">
            <w:pPr>
              <w:jc w:val="center"/>
            </w:pPr>
            <w:r>
              <w:t>5</w:t>
            </w:r>
          </w:p>
        </w:tc>
        <w:tc>
          <w:tcPr>
            <w:tcW w:w="0" w:type="auto"/>
          </w:tcPr>
          <w:p w14:paraId="79EB5730" w14:textId="77777777" w:rsidR="000772B4" w:rsidRDefault="00746A89">
            <w:pPr>
              <w:jc w:val="center"/>
            </w:pPr>
            <w:r>
              <w:t>1,0530</w:t>
            </w:r>
          </w:p>
        </w:tc>
        <w:tc>
          <w:tcPr>
            <w:tcW w:w="0" w:type="auto"/>
          </w:tcPr>
          <w:p w14:paraId="547CBAF5" w14:textId="77777777" w:rsidR="000772B4" w:rsidRDefault="00746A89">
            <w:pPr>
              <w:jc w:val="center"/>
            </w:pPr>
            <w:r>
              <w:t>17,55</w:t>
            </w:r>
          </w:p>
        </w:tc>
      </w:tr>
      <w:tr w:rsidR="000772B4" w14:paraId="21E81618" w14:textId="77777777">
        <w:trPr>
          <w:cantSplit/>
          <w:jc w:val="center"/>
        </w:trPr>
        <w:tc>
          <w:tcPr>
            <w:tcW w:w="0" w:type="auto"/>
          </w:tcPr>
          <w:p w14:paraId="085B8F51" w14:textId="77777777" w:rsidR="000772B4" w:rsidRDefault="00746A89">
            <w:r>
              <w:t>УПК № 8 Мундыбаш</w:t>
            </w:r>
          </w:p>
        </w:tc>
        <w:tc>
          <w:tcPr>
            <w:tcW w:w="0" w:type="auto"/>
          </w:tcPr>
          <w:p w14:paraId="3B95D4D7" w14:textId="77777777" w:rsidR="000772B4" w:rsidRDefault="00746A89">
            <w:pPr>
              <w:jc w:val="center"/>
            </w:pPr>
            <w:r>
              <w:t>95/70</w:t>
            </w:r>
          </w:p>
        </w:tc>
        <w:tc>
          <w:tcPr>
            <w:tcW w:w="0" w:type="auto"/>
          </w:tcPr>
          <w:p w14:paraId="7E1321B4" w14:textId="77777777" w:rsidR="000772B4" w:rsidRDefault="00746A89">
            <w:pPr>
              <w:jc w:val="center"/>
            </w:pPr>
            <w:r>
              <w:t>60</w:t>
            </w:r>
          </w:p>
        </w:tc>
        <w:tc>
          <w:tcPr>
            <w:tcW w:w="0" w:type="auto"/>
          </w:tcPr>
          <w:p w14:paraId="3F010248" w14:textId="77777777" w:rsidR="000772B4" w:rsidRDefault="00746A89">
            <w:pPr>
              <w:jc w:val="center"/>
            </w:pPr>
            <w:r>
              <w:t>5</w:t>
            </w:r>
          </w:p>
        </w:tc>
        <w:tc>
          <w:tcPr>
            <w:tcW w:w="0" w:type="auto"/>
          </w:tcPr>
          <w:p w14:paraId="24C162CB" w14:textId="77777777" w:rsidR="000772B4" w:rsidRDefault="00746A89">
            <w:pPr>
              <w:jc w:val="center"/>
            </w:pPr>
            <w:r>
              <w:t>0,8190</w:t>
            </w:r>
          </w:p>
        </w:tc>
        <w:tc>
          <w:tcPr>
            <w:tcW w:w="0" w:type="auto"/>
          </w:tcPr>
          <w:p w14:paraId="29F7C909" w14:textId="77777777" w:rsidR="000772B4" w:rsidRDefault="00746A89">
            <w:pPr>
              <w:jc w:val="center"/>
            </w:pPr>
            <w:r>
              <w:t>14,89</w:t>
            </w:r>
          </w:p>
        </w:tc>
      </w:tr>
      <w:tr w:rsidR="000772B4" w14:paraId="3780C09D" w14:textId="77777777">
        <w:trPr>
          <w:cantSplit/>
          <w:jc w:val="center"/>
        </w:trPr>
        <w:tc>
          <w:tcPr>
            <w:tcW w:w="0" w:type="auto"/>
          </w:tcPr>
          <w:p w14:paraId="5FA4568E" w14:textId="77777777" w:rsidR="000772B4" w:rsidRDefault="00746A89">
            <w:r>
              <w:t>УПК № 10 Темир-Тау</w:t>
            </w:r>
          </w:p>
        </w:tc>
        <w:tc>
          <w:tcPr>
            <w:tcW w:w="0" w:type="auto"/>
          </w:tcPr>
          <w:p w14:paraId="3E997C7F" w14:textId="77777777" w:rsidR="000772B4" w:rsidRDefault="00746A89">
            <w:pPr>
              <w:jc w:val="center"/>
            </w:pPr>
            <w:r>
              <w:t>95/70</w:t>
            </w:r>
          </w:p>
        </w:tc>
        <w:tc>
          <w:tcPr>
            <w:tcW w:w="0" w:type="auto"/>
          </w:tcPr>
          <w:p w14:paraId="2149F818" w14:textId="77777777" w:rsidR="000772B4" w:rsidRDefault="00746A89">
            <w:pPr>
              <w:jc w:val="center"/>
            </w:pPr>
            <w:r>
              <w:t>60</w:t>
            </w:r>
          </w:p>
        </w:tc>
        <w:tc>
          <w:tcPr>
            <w:tcW w:w="0" w:type="auto"/>
          </w:tcPr>
          <w:p w14:paraId="2DBF7009" w14:textId="77777777" w:rsidR="000772B4" w:rsidRDefault="00746A89">
            <w:pPr>
              <w:jc w:val="center"/>
            </w:pPr>
            <w:r>
              <w:t>5</w:t>
            </w:r>
          </w:p>
        </w:tc>
        <w:tc>
          <w:tcPr>
            <w:tcW w:w="0" w:type="auto"/>
          </w:tcPr>
          <w:p w14:paraId="2439CF68" w14:textId="77777777" w:rsidR="000772B4" w:rsidRDefault="00746A89">
            <w:pPr>
              <w:jc w:val="center"/>
            </w:pPr>
            <w:r>
              <w:t>0,2569</w:t>
            </w:r>
          </w:p>
        </w:tc>
        <w:tc>
          <w:tcPr>
            <w:tcW w:w="0" w:type="auto"/>
          </w:tcPr>
          <w:p w14:paraId="58D67CDB" w14:textId="77777777" w:rsidR="000772B4" w:rsidRDefault="00746A89">
            <w:pPr>
              <w:jc w:val="center"/>
            </w:pPr>
            <w:r>
              <w:t>4,67</w:t>
            </w:r>
          </w:p>
        </w:tc>
      </w:tr>
      <w:tr w:rsidR="000772B4" w14:paraId="3D12409D" w14:textId="77777777">
        <w:trPr>
          <w:cantSplit/>
          <w:jc w:val="center"/>
        </w:trPr>
        <w:tc>
          <w:tcPr>
            <w:tcW w:w="0" w:type="auto"/>
          </w:tcPr>
          <w:p w14:paraId="616A25D1" w14:textId="77777777" w:rsidR="000772B4" w:rsidRDefault="00746A89">
            <w:r>
              <w:t>УПК № 3 Спасск</w:t>
            </w:r>
          </w:p>
        </w:tc>
        <w:tc>
          <w:tcPr>
            <w:tcW w:w="0" w:type="auto"/>
          </w:tcPr>
          <w:p w14:paraId="4039BA83" w14:textId="77777777" w:rsidR="000772B4" w:rsidRDefault="00746A89">
            <w:pPr>
              <w:jc w:val="center"/>
            </w:pPr>
            <w:r>
              <w:t>95/70</w:t>
            </w:r>
          </w:p>
        </w:tc>
        <w:tc>
          <w:tcPr>
            <w:tcW w:w="0" w:type="auto"/>
          </w:tcPr>
          <w:p w14:paraId="01B50989" w14:textId="77777777" w:rsidR="000772B4" w:rsidRDefault="00746A89">
            <w:pPr>
              <w:jc w:val="center"/>
            </w:pPr>
            <w:r>
              <w:t>55</w:t>
            </w:r>
          </w:p>
        </w:tc>
        <w:tc>
          <w:tcPr>
            <w:tcW w:w="0" w:type="auto"/>
          </w:tcPr>
          <w:p w14:paraId="193B8D5C" w14:textId="77777777" w:rsidR="000772B4" w:rsidRDefault="00746A89">
            <w:pPr>
              <w:jc w:val="center"/>
            </w:pPr>
            <w:r>
              <w:t>5</w:t>
            </w:r>
          </w:p>
        </w:tc>
        <w:tc>
          <w:tcPr>
            <w:tcW w:w="0" w:type="auto"/>
          </w:tcPr>
          <w:p w14:paraId="1CAACBEE" w14:textId="77777777" w:rsidR="000772B4" w:rsidRDefault="00746A89">
            <w:pPr>
              <w:jc w:val="center"/>
            </w:pPr>
            <w:r>
              <w:t>0,0400</w:t>
            </w:r>
          </w:p>
        </w:tc>
        <w:tc>
          <w:tcPr>
            <w:tcW w:w="0" w:type="auto"/>
          </w:tcPr>
          <w:p w14:paraId="5F5E3B35" w14:textId="77777777" w:rsidR="000772B4" w:rsidRDefault="00746A89">
            <w:pPr>
              <w:jc w:val="center"/>
            </w:pPr>
            <w:r>
              <w:t>0,80</w:t>
            </w:r>
          </w:p>
        </w:tc>
      </w:tr>
    </w:tbl>
    <w:p w14:paraId="00459125" w14:textId="77777777" w:rsidR="000772B4" w:rsidRDefault="000772B4">
      <w:pPr>
        <w:spacing w:after="40"/>
      </w:pPr>
    </w:p>
    <w:p w14:paraId="07DDDE36" w14:textId="77777777" w:rsidR="000772B4" w:rsidRPr="00794D67" w:rsidRDefault="00746A89">
      <w:pPr>
        <w:spacing w:after="80"/>
        <w:jc w:val="both"/>
        <w:rPr>
          <w:lang w:val="ru-RU"/>
        </w:rPr>
      </w:pPr>
      <w:r w:rsidRPr="00794D67">
        <w:rPr>
          <w:lang w:val="ru-RU"/>
        </w:rPr>
        <w:t>Универсальный график 95/70 °</w:t>
      </w:r>
      <w:r>
        <w:t>C</w:t>
      </w:r>
      <w:r w:rsidRPr="00794D67">
        <w:rPr>
          <w:lang w:val="ru-RU"/>
        </w:rPr>
        <w:t xml:space="preserve"> ко всем системам неприменим: по зоне УПК № 7 «Каз» действует график 130/65 °</w:t>
      </w:r>
      <w:r>
        <w:t>C</w:t>
      </w:r>
      <w:r w:rsidRPr="00794D67">
        <w:rPr>
          <w:lang w:val="ru-RU"/>
        </w:rPr>
        <w:t xml:space="preserve"> с изломом 65 °</w:t>
      </w:r>
      <w:r>
        <w:t>C</w:t>
      </w:r>
      <w:r w:rsidRPr="00794D67">
        <w:rPr>
          <w:lang w:val="ru-RU"/>
        </w:rPr>
        <w:t>. Расчёт водоразбора выполнен по фактическому излому каждой системы, а не по единому значению.</w:t>
      </w:r>
    </w:p>
    <w:p w14:paraId="65A25FB6" w14:textId="77777777" w:rsidR="000772B4" w:rsidRPr="00794D67" w:rsidRDefault="00746A89">
      <w:pPr>
        <w:spacing w:after="80"/>
        <w:jc w:val="both"/>
        <w:rPr>
          <w:lang w:val="ru-RU"/>
        </w:rPr>
      </w:pPr>
      <w:r w:rsidRPr="00794D67">
        <w:rPr>
          <w:lang w:val="ru-RU"/>
        </w:rPr>
        <w:t>Среднечасовой водоразбор, получаемый делением годового отпуска на 8 760 часов, и расчётный максимально-часовой водоразбор — разные величины. По округу они соотносятся как 89,36 и 206,51 м³/ч. Баланс водоподготовки в расчётной книге построен на среднечасовой величине; это свойство исходного расчёта фиксируется и самостоятельно не переопределяется.</w:t>
      </w:r>
    </w:p>
    <w:p w14:paraId="213EA3C6" w14:textId="77777777" w:rsidR="000772B4" w:rsidRPr="00344E69" w:rsidRDefault="00746A89">
      <w:pPr>
        <w:pStyle w:val="21"/>
        <w:rPr>
          <w:lang w:val="ru-RU"/>
        </w:rPr>
      </w:pPr>
      <w:bookmarkStart w:id="60" w:name="_Toc238015651"/>
      <w:r w:rsidRPr="00344E69">
        <w:rPr>
          <w:lang w:val="ru-RU"/>
        </w:rPr>
        <w:t>9.4. Связь открытого водоразбора с балансом теплоносителя</w:t>
      </w:r>
      <w:bookmarkEnd w:id="60"/>
    </w:p>
    <w:p w14:paraId="7B1DA53D" w14:textId="77777777" w:rsidR="000772B4" w:rsidRPr="00794D67" w:rsidRDefault="00746A89">
      <w:pPr>
        <w:spacing w:after="80"/>
        <w:jc w:val="both"/>
        <w:rPr>
          <w:lang w:val="ru-RU"/>
        </w:rPr>
      </w:pPr>
      <w:r w:rsidRPr="00794D67">
        <w:rPr>
          <w:lang w:val="ru-RU"/>
        </w:rPr>
        <w:t>Открытый водоразбор — основная составляющая подпитки тепловых сетей округа. Именно поэтому перевод на закрытую схему является не только правовым требованием, но и мерой водного баланса.</w:t>
      </w:r>
    </w:p>
    <w:p w14:paraId="3B590BD9" w14:textId="77777777" w:rsidR="00B808F9" w:rsidRPr="00794D67" w:rsidRDefault="00B808F9">
      <w:pPr>
        <w:rPr>
          <w:lang w:val="ru-RU"/>
        </w:rPr>
        <w:sectPr w:rsidR="00B808F9" w:rsidRPr="00794D67" w:rsidSect="00034616">
          <w:footerReference w:type="default" r:id="rId87"/>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22852E1" w14:textId="77777777" w:rsidR="000772B4" w:rsidRPr="00794D67" w:rsidRDefault="00746A89">
      <w:pPr>
        <w:keepNext/>
        <w:spacing w:before="160"/>
        <w:rPr>
          <w:lang w:val="ru-RU"/>
        </w:rPr>
      </w:pPr>
      <w:r w:rsidRPr="00794D67">
        <w:rPr>
          <w:b/>
          <w:lang w:val="ru-RU"/>
        </w:rPr>
        <w:t>Таблица 9.5 — Структура подпитки тепловых сетей, т/год</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216"/>
        <w:gridCol w:w="1998"/>
        <w:gridCol w:w="2114"/>
        <w:gridCol w:w="2729"/>
        <w:gridCol w:w="2641"/>
        <w:gridCol w:w="1407"/>
        <w:gridCol w:w="1172"/>
      </w:tblGrid>
      <w:tr w:rsidR="000772B4" w14:paraId="45913E5C" w14:textId="77777777">
        <w:trPr>
          <w:cantSplit/>
          <w:tblHeader/>
          <w:jc w:val="center"/>
        </w:trPr>
        <w:tc>
          <w:tcPr>
            <w:tcW w:w="0" w:type="auto"/>
            <w:shd w:val="clear" w:color="auto" w:fill="E2F0D9"/>
          </w:tcPr>
          <w:p w14:paraId="400073C8" w14:textId="77777777" w:rsidR="000772B4" w:rsidRDefault="00746A89">
            <w:pPr>
              <w:jc w:val="center"/>
            </w:pPr>
            <w:r>
              <w:rPr>
                <w:b/>
              </w:rPr>
              <w:t>Источник</w:t>
            </w:r>
          </w:p>
        </w:tc>
        <w:tc>
          <w:tcPr>
            <w:tcW w:w="0" w:type="auto"/>
            <w:shd w:val="clear" w:color="auto" w:fill="E2F0D9"/>
          </w:tcPr>
          <w:p w14:paraId="6C6684AA" w14:textId="77777777" w:rsidR="000772B4" w:rsidRDefault="00746A89">
            <w:pPr>
              <w:jc w:val="center"/>
            </w:pPr>
            <w:r>
              <w:rPr>
                <w:b/>
              </w:rPr>
              <w:t>Подпитка заявленная</w:t>
            </w:r>
          </w:p>
        </w:tc>
        <w:tc>
          <w:tcPr>
            <w:tcW w:w="0" w:type="auto"/>
            <w:shd w:val="clear" w:color="auto" w:fill="E2F0D9"/>
          </w:tcPr>
          <w:p w14:paraId="33FC52C3" w14:textId="77777777" w:rsidR="000772B4" w:rsidRDefault="00746A89">
            <w:pPr>
              <w:jc w:val="center"/>
            </w:pPr>
            <w:r>
              <w:rPr>
                <w:b/>
              </w:rPr>
              <w:t>Нормативные утечки</w:t>
            </w:r>
          </w:p>
        </w:tc>
        <w:tc>
          <w:tcPr>
            <w:tcW w:w="0" w:type="auto"/>
            <w:shd w:val="clear" w:color="auto" w:fill="E2F0D9"/>
          </w:tcPr>
          <w:p w14:paraId="71FFD6FB" w14:textId="77777777" w:rsidR="000772B4" w:rsidRDefault="00746A89">
            <w:pPr>
              <w:jc w:val="center"/>
            </w:pPr>
            <w:r>
              <w:rPr>
                <w:b/>
              </w:rPr>
              <w:t>Сверхнормативные утечки</w:t>
            </w:r>
          </w:p>
        </w:tc>
        <w:tc>
          <w:tcPr>
            <w:tcW w:w="0" w:type="auto"/>
            <w:shd w:val="clear" w:color="auto" w:fill="E2F0D9"/>
          </w:tcPr>
          <w:p w14:paraId="7EE75AB5" w14:textId="77777777" w:rsidR="000772B4" w:rsidRDefault="00746A89">
            <w:pPr>
              <w:jc w:val="center"/>
            </w:pPr>
            <w:r>
              <w:rPr>
                <w:b/>
              </w:rPr>
              <w:t>Производственные нужды</w:t>
            </w:r>
          </w:p>
        </w:tc>
        <w:tc>
          <w:tcPr>
            <w:tcW w:w="0" w:type="auto"/>
            <w:shd w:val="clear" w:color="auto" w:fill="E2F0D9"/>
          </w:tcPr>
          <w:p w14:paraId="0C8FD7F4" w14:textId="77777777" w:rsidR="000772B4" w:rsidRDefault="00746A89">
            <w:pPr>
              <w:jc w:val="center"/>
            </w:pPr>
            <w:r>
              <w:rPr>
                <w:b/>
              </w:rPr>
              <w:t>Отпуск на ГВС</w:t>
            </w:r>
          </w:p>
        </w:tc>
        <w:tc>
          <w:tcPr>
            <w:tcW w:w="0" w:type="auto"/>
            <w:shd w:val="clear" w:color="auto" w:fill="E2F0D9"/>
          </w:tcPr>
          <w:p w14:paraId="055C6B69" w14:textId="77777777" w:rsidR="000772B4" w:rsidRDefault="00746A89">
            <w:pPr>
              <w:jc w:val="center"/>
            </w:pPr>
            <w:r>
              <w:rPr>
                <w:b/>
              </w:rPr>
              <w:t>Доля ГВС, %</w:t>
            </w:r>
          </w:p>
        </w:tc>
      </w:tr>
      <w:tr w:rsidR="000772B4" w14:paraId="384B944B" w14:textId="77777777">
        <w:trPr>
          <w:cantSplit/>
          <w:jc w:val="center"/>
        </w:trPr>
        <w:tc>
          <w:tcPr>
            <w:tcW w:w="0" w:type="auto"/>
          </w:tcPr>
          <w:p w14:paraId="7012377F" w14:textId="77777777" w:rsidR="000772B4" w:rsidRDefault="00746A89">
            <w:r>
              <w:t>УПК № 1 Таштагол</w:t>
            </w:r>
          </w:p>
        </w:tc>
        <w:tc>
          <w:tcPr>
            <w:tcW w:w="0" w:type="auto"/>
          </w:tcPr>
          <w:p w14:paraId="05E7E872" w14:textId="77777777" w:rsidR="000772B4" w:rsidRDefault="00746A89">
            <w:pPr>
              <w:jc w:val="center"/>
            </w:pPr>
            <w:r>
              <w:t>399 334</w:t>
            </w:r>
          </w:p>
        </w:tc>
        <w:tc>
          <w:tcPr>
            <w:tcW w:w="0" w:type="auto"/>
          </w:tcPr>
          <w:p w14:paraId="2CCD00B5" w14:textId="77777777" w:rsidR="000772B4" w:rsidRDefault="00746A89">
            <w:pPr>
              <w:jc w:val="center"/>
            </w:pPr>
            <w:r>
              <w:t>57 857</w:t>
            </w:r>
          </w:p>
        </w:tc>
        <w:tc>
          <w:tcPr>
            <w:tcW w:w="0" w:type="auto"/>
          </w:tcPr>
          <w:p w14:paraId="4FA0E86F" w14:textId="77777777" w:rsidR="000772B4" w:rsidRDefault="00746A89">
            <w:pPr>
              <w:jc w:val="center"/>
            </w:pPr>
            <w:r>
              <w:t>0</w:t>
            </w:r>
          </w:p>
        </w:tc>
        <w:tc>
          <w:tcPr>
            <w:tcW w:w="0" w:type="auto"/>
          </w:tcPr>
          <w:p w14:paraId="6B01CB81" w14:textId="77777777" w:rsidR="000772B4" w:rsidRDefault="00746A89">
            <w:pPr>
              <w:jc w:val="center"/>
            </w:pPr>
            <w:r>
              <w:t>0</w:t>
            </w:r>
          </w:p>
        </w:tc>
        <w:tc>
          <w:tcPr>
            <w:tcW w:w="0" w:type="auto"/>
          </w:tcPr>
          <w:p w14:paraId="3EE90442" w14:textId="77777777" w:rsidR="000772B4" w:rsidRDefault="00746A89">
            <w:pPr>
              <w:jc w:val="center"/>
            </w:pPr>
            <w:r>
              <w:t>341 475</w:t>
            </w:r>
          </w:p>
        </w:tc>
        <w:tc>
          <w:tcPr>
            <w:tcW w:w="0" w:type="auto"/>
          </w:tcPr>
          <w:p w14:paraId="0C551D24" w14:textId="77777777" w:rsidR="000772B4" w:rsidRDefault="00746A89">
            <w:pPr>
              <w:jc w:val="center"/>
            </w:pPr>
            <w:r>
              <w:t>85,5</w:t>
            </w:r>
          </w:p>
        </w:tc>
      </w:tr>
      <w:tr w:rsidR="000772B4" w14:paraId="30AF23E2" w14:textId="77777777">
        <w:trPr>
          <w:cantSplit/>
          <w:jc w:val="center"/>
        </w:trPr>
        <w:tc>
          <w:tcPr>
            <w:tcW w:w="0" w:type="auto"/>
          </w:tcPr>
          <w:p w14:paraId="4684CD26" w14:textId="77777777" w:rsidR="000772B4" w:rsidRDefault="00746A89">
            <w:r>
              <w:t>УПК № 2 Шалым</w:t>
            </w:r>
          </w:p>
        </w:tc>
        <w:tc>
          <w:tcPr>
            <w:tcW w:w="0" w:type="auto"/>
          </w:tcPr>
          <w:p w14:paraId="6FBF04B7" w14:textId="77777777" w:rsidR="000772B4" w:rsidRDefault="00746A89">
            <w:pPr>
              <w:jc w:val="center"/>
            </w:pPr>
            <w:r>
              <w:t>19 988</w:t>
            </w:r>
          </w:p>
        </w:tc>
        <w:tc>
          <w:tcPr>
            <w:tcW w:w="0" w:type="auto"/>
          </w:tcPr>
          <w:p w14:paraId="0E24DF7D" w14:textId="77777777" w:rsidR="000772B4" w:rsidRDefault="00746A89">
            <w:pPr>
              <w:jc w:val="center"/>
            </w:pPr>
            <w:r>
              <w:t>1 831</w:t>
            </w:r>
          </w:p>
        </w:tc>
        <w:tc>
          <w:tcPr>
            <w:tcW w:w="0" w:type="auto"/>
          </w:tcPr>
          <w:p w14:paraId="379E6D64" w14:textId="77777777" w:rsidR="000772B4" w:rsidRDefault="00746A89">
            <w:pPr>
              <w:jc w:val="center"/>
            </w:pPr>
            <w:r>
              <w:t>0</w:t>
            </w:r>
          </w:p>
        </w:tc>
        <w:tc>
          <w:tcPr>
            <w:tcW w:w="0" w:type="auto"/>
          </w:tcPr>
          <w:p w14:paraId="53D76AE5" w14:textId="77777777" w:rsidR="000772B4" w:rsidRDefault="00746A89">
            <w:pPr>
              <w:jc w:val="center"/>
            </w:pPr>
            <w:r>
              <w:t>0</w:t>
            </w:r>
          </w:p>
        </w:tc>
        <w:tc>
          <w:tcPr>
            <w:tcW w:w="0" w:type="auto"/>
          </w:tcPr>
          <w:p w14:paraId="0A2CBDAB" w14:textId="77777777" w:rsidR="000772B4" w:rsidRDefault="00746A89">
            <w:pPr>
              <w:jc w:val="center"/>
            </w:pPr>
            <w:r>
              <w:t>18 157</w:t>
            </w:r>
          </w:p>
        </w:tc>
        <w:tc>
          <w:tcPr>
            <w:tcW w:w="0" w:type="auto"/>
          </w:tcPr>
          <w:p w14:paraId="717500DD" w14:textId="77777777" w:rsidR="000772B4" w:rsidRDefault="00746A89">
            <w:pPr>
              <w:jc w:val="center"/>
            </w:pPr>
            <w:r>
              <w:t>90,8</w:t>
            </w:r>
          </w:p>
        </w:tc>
      </w:tr>
      <w:tr w:rsidR="000772B4" w14:paraId="1DD2214C" w14:textId="77777777">
        <w:trPr>
          <w:cantSplit/>
          <w:jc w:val="center"/>
        </w:trPr>
        <w:tc>
          <w:tcPr>
            <w:tcW w:w="0" w:type="auto"/>
          </w:tcPr>
          <w:p w14:paraId="4A0069D8" w14:textId="77777777" w:rsidR="000772B4" w:rsidRDefault="00746A89">
            <w:r>
              <w:t>УПК № 2 ЦМК</w:t>
            </w:r>
          </w:p>
        </w:tc>
        <w:tc>
          <w:tcPr>
            <w:tcW w:w="0" w:type="auto"/>
          </w:tcPr>
          <w:p w14:paraId="0CE96E05" w14:textId="77777777" w:rsidR="000772B4" w:rsidRDefault="00746A89">
            <w:pPr>
              <w:jc w:val="center"/>
            </w:pPr>
            <w:r>
              <w:t>15 007</w:t>
            </w:r>
          </w:p>
        </w:tc>
        <w:tc>
          <w:tcPr>
            <w:tcW w:w="0" w:type="auto"/>
          </w:tcPr>
          <w:p w14:paraId="722E7487" w14:textId="77777777" w:rsidR="000772B4" w:rsidRDefault="00746A89">
            <w:pPr>
              <w:jc w:val="center"/>
            </w:pPr>
            <w:r>
              <w:t>1 741</w:t>
            </w:r>
          </w:p>
        </w:tc>
        <w:tc>
          <w:tcPr>
            <w:tcW w:w="0" w:type="auto"/>
          </w:tcPr>
          <w:p w14:paraId="7B396084" w14:textId="77777777" w:rsidR="000772B4" w:rsidRDefault="00746A89">
            <w:pPr>
              <w:jc w:val="center"/>
            </w:pPr>
            <w:r>
              <w:t>0</w:t>
            </w:r>
          </w:p>
        </w:tc>
        <w:tc>
          <w:tcPr>
            <w:tcW w:w="0" w:type="auto"/>
          </w:tcPr>
          <w:p w14:paraId="6338A35C" w14:textId="77777777" w:rsidR="000772B4" w:rsidRDefault="00746A89">
            <w:pPr>
              <w:jc w:val="center"/>
            </w:pPr>
            <w:r>
              <w:t>0</w:t>
            </w:r>
          </w:p>
        </w:tc>
        <w:tc>
          <w:tcPr>
            <w:tcW w:w="0" w:type="auto"/>
          </w:tcPr>
          <w:p w14:paraId="0EDFE08F" w14:textId="77777777" w:rsidR="000772B4" w:rsidRDefault="00746A89">
            <w:pPr>
              <w:jc w:val="center"/>
            </w:pPr>
            <w:r>
              <w:t>13 266</w:t>
            </w:r>
          </w:p>
        </w:tc>
        <w:tc>
          <w:tcPr>
            <w:tcW w:w="0" w:type="auto"/>
          </w:tcPr>
          <w:p w14:paraId="3DB68326" w14:textId="77777777" w:rsidR="000772B4" w:rsidRDefault="00746A89">
            <w:pPr>
              <w:jc w:val="center"/>
            </w:pPr>
            <w:r>
              <w:t>88,4</w:t>
            </w:r>
          </w:p>
        </w:tc>
      </w:tr>
      <w:tr w:rsidR="000772B4" w14:paraId="4C429DD5" w14:textId="77777777">
        <w:trPr>
          <w:cantSplit/>
          <w:jc w:val="center"/>
        </w:trPr>
        <w:tc>
          <w:tcPr>
            <w:tcW w:w="0" w:type="auto"/>
          </w:tcPr>
          <w:p w14:paraId="215427F1" w14:textId="77777777" w:rsidR="000772B4" w:rsidRDefault="00746A89">
            <w:r>
              <w:t>УПК № 9 ГРЭ</w:t>
            </w:r>
          </w:p>
        </w:tc>
        <w:tc>
          <w:tcPr>
            <w:tcW w:w="0" w:type="auto"/>
          </w:tcPr>
          <w:p w14:paraId="348D1F65" w14:textId="77777777" w:rsidR="000772B4" w:rsidRDefault="00746A89">
            <w:pPr>
              <w:jc w:val="center"/>
            </w:pPr>
            <w:r>
              <w:t>не раскрыта</w:t>
            </w:r>
          </w:p>
        </w:tc>
        <w:tc>
          <w:tcPr>
            <w:tcW w:w="0" w:type="auto"/>
          </w:tcPr>
          <w:p w14:paraId="24FA2D2D" w14:textId="77777777" w:rsidR="000772B4" w:rsidRDefault="00746A89">
            <w:pPr>
              <w:jc w:val="center"/>
            </w:pPr>
            <w:r>
              <w:t>нет данных</w:t>
            </w:r>
          </w:p>
        </w:tc>
        <w:tc>
          <w:tcPr>
            <w:tcW w:w="0" w:type="auto"/>
          </w:tcPr>
          <w:p w14:paraId="2CA3D5C4" w14:textId="77777777" w:rsidR="000772B4" w:rsidRDefault="00746A89">
            <w:pPr>
              <w:jc w:val="center"/>
            </w:pPr>
            <w:r>
              <w:t>нет данных</w:t>
            </w:r>
          </w:p>
        </w:tc>
        <w:tc>
          <w:tcPr>
            <w:tcW w:w="0" w:type="auto"/>
          </w:tcPr>
          <w:p w14:paraId="244C7F72" w14:textId="77777777" w:rsidR="000772B4" w:rsidRDefault="00746A89">
            <w:pPr>
              <w:jc w:val="center"/>
            </w:pPr>
            <w:r>
              <w:t>нет данных</w:t>
            </w:r>
          </w:p>
        </w:tc>
        <w:tc>
          <w:tcPr>
            <w:tcW w:w="0" w:type="auto"/>
          </w:tcPr>
          <w:p w14:paraId="25C1F795" w14:textId="77777777" w:rsidR="000772B4" w:rsidRDefault="00746A89">
            <w:pPr>
              <w:jc w:val="center"/>
            </w:pPr>
            <w:r>
              <w:t>нет данных</w:t>
            </w:r>
          </w:p>
        </w:tc>
        <w:tc>
          <w:tcPr>
            <w:tcW w:w="0" w:type="auto"/>
          </w:tcPr>
          <w:p w14:paraId="1D43C754" w14:textId="77777777" w:rsidR="000772B4" w:rsidRDefault="00746A89">
            <w:pPr>
              <w:jc w:val="center"/>
            </w:pPr>
            <w:r>
              <w:t>—</w:t>
            </w:r>
          </w:p>
        </w:tc>
      </w:tr>
      <w:tr w:rsidR="000772B4" w14:paraId="5AC3942E" w14:textId="77777777">
        <w:trPr>
          <w:cantSplit/>
          <w:jc w:val="center"/>
        </w:trPr>
        <w:tc>
          <w:tcPr>
            <w:tcW w:w="0" w:type="auto"/>
          </w:tcPr>
          <w:p w14:paraId="32ADD6B0" w14:textId="77777777" w:rsidR="000772B4" w:rsidRDefault="00746A89">
            <w:r>
              <w:t>УПК № 5 Новый Шерегеш</w:t>
            </w:r>
          </w:p>
        </w:tc>
        <w:tc>
          <w:tcPr>
            <w:tcW w:w="0" w:type="auto"/>
          </w:tcPr>
          <w:p w14:paraId="5211DD67" w14:textId="77777777" w:rsidR="000772B4" w:rsidRDefault="00746A89">
            <w:pPr>
              <w:jc w:val="center"/>
            </w:pPr>
            <w:r>
              <w:t>235 554</w:t>
            </w:r>
          </w:p>
        </w:tc>
        <w:tc>
          <w:tcPr>
            <w:tcW w:w="0" w:type="auto"/>
          </w:tcPr>
          <w:p w14:paraId="12678C7E" w14:textId="77777777" w:rsidR="000772B4" w:rsidRDefault="00746A89">
            <w:pPr>
              <w:jc w:val="center"/>
            </w:pPr>
            <w:r>
              <w:t>17 775</w:t>
            </w:r>
          </w:p>
        </w:tc>
        <w:tc>
          <w:tcPr>
            <w:tcW w:w="0" w:type="auto"/>
          </w:tcPr>
          <w:p w14:paraId="2985699C" w14:textId="77777777" w:rsidR="000772B4" w:rsidRDefault="00746A89">
            <w:pPr>
              <w:jc w:val="center"/>
            </w:pPr>
            <w:r>
              <w:t>0</w:t>
            </w:r>
          </w:p>
        </w:tc>
        <w:tc>
          <w:tcPr>
            <w:tcW w:w="0" w:type="auto"/>
          </w:tcPr>
          <w:p w14:paraId="7E31431C" w14:textId="77777777" w:rsidR="000772B4" w:rsidRDefault="00746A89">
            <w:pPr>
              <w:jc w:val="center"/>
            </w:pPr>
            <w:r>
              <w:t>715</w:t>
            </w:r>
          </w:p>
        </w:tc>
        <w:tc>
          <w:tcPr>
            <w:tcW w:w="0" w:type="auto"/>
          </w:tcPr>
          <w:p w14:paraId="42E88747" w14:textId="77777777" w:rsidR="000772B4" w:rsidRDefault="00746A89">
            <w:pPr>
              <w:jc w:val="center"/>
            </w:pPr>
            <w:r>
              <w:t>217 064</w:t>
            </w:r>
          </w:p>
        </w:tc>
        <w:tc>
          <w:tcPr>
            <w:tcW w:w="0" w:type="auto"/>
          </w:tcPr>
          <w:p w14:paraId="6D9A7D3E" w14:textId="77777777" w:rsidR="000772B4" w:rsidRDefault="00746A89">
            <w:pPr>
              <w:jc w:val="center"/>
            </w:pPr>
            <w:r>
              <w:t>92,2</w:t>
            </w:r>
          </w:p>
        </w:tc>
      </w:tr>
      <w:tr w:rsidR="000772B4" w14:paraId="306AE49A" w14:textId="77777777">
        <w:trPr>
          <w:cantSplit/>
          <w:jc w:val="center"/>
        </w:trPr>
        <w:tc>
          <w:tcPr>
            <w:tcW w:w="0" w:type="auto"/>
          </w:tcPr>
          <w:p w14:paraId="1C188ED7" w14:textId="77777777" w:rsidR="000772B4" w:rsidRDefault="00746A89">
            <w:r>
              <w:t>УПК № 6 Старый Шерегеш</w:t>
            </w:r>
          </w:p>
        </w:tc>
        <w:tc>
          <w:tcPr>
            <w:tcW w:w="0" w:type="auto"/>
          </w:tcPr>
          <w:p w14:paraId="752C97AF" w14:textId="77777777" w:rsidR="000772B4" w:rsidRDefault="00746A89">
            <w:pPr>
              <w:jc w:val="center"/>
            </w:pPr>
            <w:r>
              <w:t>23 280</w:t>
            </w:r>
          </w:p>
        </w:tc>
        <w:tc>
          <w:tcPr>
            <w:tcW w:w="0" w:type="auto"/>
          </w:tcPr>
          <w:p w14:paraId="4AC3FCA6" w14:textId="77777777" w:rsidR="000772B4" w:rsidRDefault="00746A89">
            <w:pPr>
              <w:jc w:val="center"/>
            </w:pPr>
            <w:r>
              <w:t>890</w:t>
            </w:r>
          </w:p>
        </w:tc>
        <w:tc>
          <w:tcPr>
            <w:tcW w:w="0" w:type="auto"/>
          </w:tcPr>
          <w:p w14:paraId="5BC051AE" w14:textId="77777777" w:rsidR="000772B4" w:rsidRDefault="00746A89">
            <w:pPr>
              <w:jc w:val="center"/>
            </w:pPr>
            <w:r>
              <w:t>0</w:t>
            </w:r>
          </w:p>
        </w:tc>
        <w:tc>
          <w:tcPr>
            <w:tcW w:w="0" w:type="auto"/>
          </w:tcPr>
          <w:p w14:paraId="7C0A7732" w14:textId="77777777" w:rsidR="000772B4" w:rsidRDefault="00746A89">
            <w:pPr>
              <w:jc w:val="center"/>
            </w:pPr>
            <w:r>
              <w:t>0</w:t>
            </w:r>
          </w:p>
        </w:tc>
        <w:tc>
          <w:tcPr>
            <w:tcW w:w="0" w:type="auto"/>
          </w:tcPr>
          <w:p w14:paraId="388BA416" w14:textId="77777777" w:rsidR="000772B4" w:rsidRDefault="00746A89">
            <w:pPr>
              <w:jc w:val="center"/>
            </w:pPr>
            <w:r>
              <w:t>22 390</w:t>
            </w:r>
          </w:p>
        </w:tc>
        <w:tc>
          <w:tcPr>
            <w:tcW w:w="0" w:type="auto"/>
          </w:tcPr>
          <w:p w14:paraId="6022C19F" w14:textId="77777777" w:rsidR="000772B4" w:rsidRDefault="00746A89">
            <w:pPr>
              <w:jc w:val="center"/>
            </w:pPr>
            <w:r>
              <w:t>96,2</w:t>
            </w:r>
          </w:p>
        </w:tc>
      </w:tr>
      <w:tr w:rsidR="000772B4" w14:paraId="179B9B33" w14:textId="77777777">
        <w:trPr>
          <w:cantSplit/>
          <w:jc w:val="center"/>
        </w:trPr>
        <w:tc>
          <w:tcPr>
            <w:tcW w:w="0" w:type="auto"/>
          </w:tcPr>
          <w:p w14:paraId="0FD0BABF" w14:textId="77777777" w:rsidR="000772B4" w:rsidRDefault="00746A89">
            <w:r>
              <w:t>УПК № 7 Каз</w:t>
            </w:r>
          </w:p>
        </w:tc>
        <w:tc>
          <w:tcPr>
            <w:tcW w:w="0" w:type="auto"/>
          </w:tcPr>
          <w:p w14:paraId="5598D9D9" w14:textId="77777777" w:rsidR="000772B4" w:rsidRDefault="00746A89">
            <w:pPr>
              <w:jc w:val="center"/>
            </w:pPr>
            <w:r>
              <w:t>113 155</w:t>
            </w:r>
          </w:p>
        </w:tc>
        <w:tc>
          <w:tcPr>
            <w:tcW w:w="0" w:type="auto"/>
          </w:tcPr>
          <w:p w14:paraId="63EA36F7" w14:textId="77777777" w:rsidR="000772B4" w:rsidRDefault="00746A89">
            <w:pPr>
              <w:jc w:val="center"/>
            </w:pPr>
            <w:r>
              <w:t>36 626</w:t>
            </w:r>
          </w:p>
        </w:tc>
        <w:tc>
          <w:tcPr>
            <w:tcW w:w="0" w:type="auto"/>
          </w:tcPr>
          <w:p w14:paraId="2B4B9978" w14:textId="77777777" w:rsidR="000772B4" w:rsidRDefault="00746A89">
            <w:pPr>
              <w:jc w:val="center"/>
            </w:pPr>
            <w:r>
              <w:t>0</w:t>
            </w:r>
          </w:p>
        </w:tc>
        <w:tc>
          <w:tcPr>
            <w:tcW w:w="0" w:type="auto"/>
          </w:tcPr>
          <w:p w14:paraId="0E4B4E1D" w14:textId="77777777" w:rsidR="000772B4" w:rsidRDefault="00746A89">
            <w:pPr>
              <w:jc w:val="center"/>
            </w:pPr>
            <w:r>
              <w:t>291</w:t>
            </w:r>
          </w:p>
        </w:tc>
        <w:tc>
          <w:tcPr>
            <w:tcW w:w="0" w:type="auto"/>
          </w:tcPr>
          <w:p w14:paraId="7A0066E1" w14:textId="77777777" w:rsidR="000772B4" w:rsidRDefault="00746A89">
            <w:pPr>
              <w:jc w:val="center"/>
            </w:pPr>
            <w:r>
              <w:t>76 238</w:t>
            </w:r>
          </w:p>
        </w:tc>
        <w:tc>
          <w:tcPr>
            <w:tcW w:w="0" w:type="auto"/>
          </w:tcPr>
          <w:p w14:paraId="7C77B65A" w14:textId="77777777" w:rsidR="000772B4" w:rsidRDefault="00746A89">
            <w:pPr>
              <w:jc w:val="center"/>
            </w:pPr>
            <w:r>
              <w:t>67,4</w:t>
            </w:r>
          </w:p>
        </w:tc>
      </w:tr>
      <w:tr w:rsidR="000772B4" w14:paraId="6058ED13" w14:textId="77777777">
        <w:trPr>
          <w:cantSplit/>
          <w:jc w:val="center"/>
        </w:trPr>
        <w:tc>
          <w:tcPr>
            <w:tcW w:w="0" w:type="auto"/>
          </w:tcPr>
          <w:p w14:paraId="479DBAC9" w14:textId="77777777" w:rsidR="000772B4" w:rsidRDefault="00746A89">
            <w:r>
              <w:t>УПК № 8 Мундыбаш</w:t>
            </w:r>
          </w:p>
        </w:tc>
        <w:tc>
          <w:tcPr>
            <w:tcW w:w="0" w:type="auto"/>
          </w:tcPr>
          <w:p w14:paraId="091380E6" w14:textId="77777777" w:rsidR="000772B4" w:rsidRDefault="00746A89">
            <w:pPr>
              <w:jc w:val="center"/>
            </w:pPr>
            <w:r>
              <w:t>69 420</w:t>
            </w:r>
          </w:p>
        </w:tc>
        <w:tc>
          <w:tcPr>
            <w:tcW w:w="0" w:type="auto"/>
          </w:tcPr>
          <w:p w14:paraId="4C449CCB" w14:textId="77777777" w:rsidR="000772B4" w:rsidRDefault="00746A89">
            <w:pPr>
              <w:jc w:val="center"/>
            </w:pPr>
            <w:r>
              <w:t>7 236</w:t>
            </w:r>
          </w:p>
        </w:tc>
        <w:tc>
          <w:tcPr>
            <w:tcW w:w="0" w:type="auto"/>
          </w:tcPr>
          <w:p w14:paraId="7F3FFC25" w14:textId="77777777" w:rsidR="000772B4" w:rsidRDefault="00746A89">
            <w:pPr>
              <w:jc w:val="center"/>
            </w:pPr>
            <w:r>
              <w:t>0</w:t>
            </w:r>
          </w:p>
        </w:tc>
        <w:tc>
          <w:tcPr>
            <w:tcW w:w="0" w:type="auto"/>
          </w:tcPr>
          <w:p w14:paraId="54B926EE" w14:textId="77777777" w:rsidR="000772B4" w:rsidRDefault="00746A89">
            <w:pPr>
              <w:jc w:val="center"/>
            </w:pPr>
            <w:r>
              <w:t>0</w:t>
            </w:r>
          </w:p>
        </w:tc>
        <w:tc>
          <w:tcPr>
            <w:tcW w:w="0" w:type="auto"/>
          </w:tcPr>
          <w:p w14:paraId="5E174C4E" w14:textId="77777777" w:rsidR="000772B4" w:rsidRDefault="00746A89">
            <w:pPr>
              <w:jc w:val="center"/>
            </w:pPr>
            <w:r>
              <w:t>62 183</w:t>
            </w:r>
          </w:p>
        </w:tc>
        <w:tc>
          <w:tcPr>
            <w:tcW w:w="0" w:type="auto"/>
          </w:tcPr>
          <w:p w14:paraId="3ED72FFE" w14:textId="77777777" w:rsidR="000772B4" w:rsidRDefault="00746A89">
            <w:pPr>
              <w:jc w:val="center"/>
            </w:pPr>
            <w:r>
              <w:t>89,6</w:t>
            </w:r>
          </w:p>
        </w:tc>
      </w:tr>
      <w:tr w:rsidR="000772B4" w14:paraId="31920D06" w14:textId="77777777">
        <w:trPr>
          <w:cantSplit/>
          <w:jc w:val="center"/>
        </w:trPr>
        <w:tc>
          <w:tcPr>
            <w:tcW w:w="0" w:type="auto"/>
          </w:tcPr>
          <w:p w14:paraId="4E8BEEE2" w14:textId="77777777" w:rsidR="000772B4" w:rsidRDefault="00746A89">
            <w:r>
              <w:t>УПК № 10 Темир-Тау</w:t>
            </w:r>
          </w:p>
        </w:tc>
        <w:tc>
          <w:tcPr>
            <w:tcW w:w="0" w:type="auto"/>
          </w:tcPr>
          <w:p w14:paraId="69582D0A" w14:textId="77777777" w:rsidR="000772B4" w:rsidRDefault="00746A89">
            <w:pPr>
              <w:jc w:val="center"/>
            </w:pPr>
            <w:r>
              <w:t>35 496</w:t>
            </w:r>
          </w:p>
        </w:tc>
        <w:tc>
          <w:tcPr>
            <w:tcW w:w="0" w:type="auto"/>
          </w:tcPr>
          <w:p w14:paraId="76C4C9C6" w14:textId="77777777" w:rsidR="000772B4" w:rsidRDefault="00746A89">
            <w:pPr>
              <w:jc w:val="center"/>
            </w:pPr>
            <w:r>
              <w:t>6 418</w:t>
            </w:r>
          </w:p>
        </w:tc>
        <w:tc>
          <w:tcPr>
            <w:tcW w:w="0" w:type="auto"/>
          </w:tcPr>
          <w:p w14:paraId="767D9568" w14:textId="77777777" w:rsidR="000772B4" w:rsidRDefault="00746A89">
            <w:pPr>
              <w:jc w:val="center"/>
            </w:pPr>
            <w:r>
              <w:t>0</w:t>
            </w:r>
          </w:p>
        </w:tc>
        <w:tc>
          <w:tcPr>
            <w:tcW w:w="0" w:type="auto"/>
          </w:tcPr>
          <w:p w14:paraId="4AD9A6F3" w14:textId="77777777" w:rsidR="000772B4" w:rsidRDefault="00746A89">
            <w:pPr>
              <w:jc w:val="center"/>
            </w:pPr>
            <w:r>
              <w:t>0</w:t>
            </w:r>
          </w:p>
        </w:tc>
        <w:tc>
          <w:tcPr>
            <w:tcW w:w="0" w:type="auto"/>
          </w:tcPr>
          <w:p w14:paraId="1AE68EF9" w14:textId="77777777" w:rsidR="000772B4" w:rsidRDefault="00746A89">
            <w:pPr>
              <w:jc w:val="center"/>
            </w:pPr>
            <w:r>
              <w:t>29 079</w:t>
            </w:r>
          </w:p>
        </w:tc>
        <w:tc>
          <w:tcPr>
            <w:tcW w:w="0" w:type="auto"/>
          </w:tcPr>
          <w:p w14:paraId="1A07A001" w14:textId="77777777" w:rsidR="000772B4" w:rsidRDefault="00746A89">
            <w:pPr>
              <w:jc w:val="center"/>
            </w:pPr>
            <w:r>
              <w:t>81,9</w:t>
            </w:r>
          </w:p>
        </w:tc>
      </w:tr>
      <w:tr w:rsidR="000772B4" w14:paraId="074B18E3" w14:textId="77777777">
        <w:trPr>
          <w:cantSplit/>
          <w:jc w:val="center"/>
        </w:trPr>
        <w:tc>
          <w:tcPr>
            <w:tcW w:w="0" w:type="auto"/>
          </w:tcPr>
          <w:p w14:paraId="4B0A5DAB" w14:textId="77777777" w:rsidR="000772B4" w:rsidRDefault="00746A89">
            <w:r>
              <w:t>УПК № 3 Спасск</w:t>
            </w:r>
          </w:p>
        </w:tc>
        <w:tc>
          <w:tcPr>
            <w:tcW w:w="0" w:type="auto"/>
          </w:tcPr>
          <w:p w14:paraId="67B855B1" w14:textId="77777777" w:rsidR="000772B4" w:rsidRDefault="00746A89">
            <w:pPr>
              <w:jc w:val="center"/>
            </w:pPr>
            <w:r>
              <w:t>3 745</w:t>
            </w:r>
          </w:p>
        </w:tc>
        <w:tc>
          <w:tcPr>
            <w:tcW w:w="0" w:type="auto"/>
          </w:tcPr>
          <w:p w14:paraId="25BC48B6" w14:textId="77777777" w:rsidR="000772B4" w:rsidRDefault="00746A89">
            <w:pPr>
              <w:jc w:val="center"/>
            </w:pPr>
            <w:r>
              <w:t>813</w:t>
            </w:r>
          </w:p>
        </w:tc>
        <w:tc>
          <w:tcPr>
            <w:tcW w:w="0" w:type="auto"/>
          </w:tcPr>
          <w:p w14:paraId="433E26B0" w14:textId="77777777" w:rsidR="000772B4" w:rsidRDefault="00746A89">
            <w:pPr>
              <w:jc w:val="center"/>
            </w:pPr>
            <w:r>
              <w:t>0</w:t>
            </w:r>
          </w:p>
        </w:tc>
        <w:tc>
          <w:tcPr>
            <w:tcW w:w="0" w:type="auto"/>
          </w:tcPr>
          <w:p w14:paraId="425F0D19" w14:textId="77777777" w:rsidR="000772B4" w:rsidRDefault="00746A89">
            <w:pPr>
              <w:jc w:val="center"/>
            </w:pPr>
            <w:r>
              <w:t>0</w:t>
            </w:r>
          </w:p>
        </w:tc>
        <w:tc>
          <w:tcPr>
            <w:tcW w:w="0" w:type="auto"/>
          </w:tcPr>
          <w:p w14:paraId="538645C8" w14:textId="77777777" w:rsidR="000772B4" w:rsidRDefault="00746A89">
            <w:pPr>
              <w:jc w:val="center"/>
            </w:pPr>
            <w:r>
              <w:t>2 932</w:t>
            </w:r>
          </w:p>
        </w:tc>
        <w:tc>
          <w:tcPr>
            <w:tcW w:w="0" w:type="auto"/>
          </w:tcPr>
          <w:p w14:paraId="612FF15B" w14:textId="77777777" w:rsidR="000772B4" w:rsidRDefault="00746A89">
            <w:pPr>
              <w:jc w:val="center"/>
            </w:pPr>
            <w:r>
              <w:t>78,3</w:t>
            </w:r>
          </w:p>
        </w:tc>
      </w:tr>
    </w:tbl>
    <w:p w14:paraId="6706745C" w14:textId="77777777" w:rsidR="00B808F9" w:rsidRDefault="00B808F9">
      <w:pPr>
        <w:sectPr w:rsidR="00B808F9" w:rsidSect="00034616">
          <w:footerReference w:type="default" r:id="rId88"/>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7DAADA97" w14:textId="77777777" w:rsidR="000772B4" w:rsidRDefault="000772B4">
      <w:pPr>
        <w:spacing w:after="40"/>
      </w:pPr>
    </w:p>
    <w:p w14:paraId="1E90C5A6" w14:textId="77777777" w:rsidR="000772B4" w:rsidRPr="00794D67" w:rsidRDefault="00746A89">
      <w:pPr>
        <w:spacing w:after="80"/>
        <w:jc w:val="both"/>
        <w:rPr>
          <w:lang w:val="ru-RU"/>
        </w:rPr>
      </w:pPr>
      <w:r w:rsidRPr="00794D67">
        <w:rPr>
          <w:lang w:val="ru-RU"/>
        </w:rPr>
        <w:t>Доля горячего водоснабжения в подпитке изменяется от 67,4 процента по УПК № 7 «Каз» до 96,2 процента по УПК № 6 «Старый Шерегеш». Ни по одной системе перевод не обнуляет подпитку полностью.</w:t>
      </w:r>
    </w:p>
    <w:p w14:paraId="32FB2F46" w14:textId="77777777" w:rsidR="000772B4" w:rsidRPr="00794D67" w:rsidRDefault="00746A89">
      <w:pPr>
        <w:spacing w:after="80"/>
        <w:jc w:val="both"/>
        <w:rPr>
          <w:lang w:val="ru-RU"/>
        </w:rPr>
      </w:pPr>
      <w:r w:rsidRPr="00794D67">
        <w:rPr>
          <w:lang w:val="ru-RU"/>
        </w:rPr>
        <w:t>Отпуск теплоносителя на производственные нужды присутствует по двум системам — УПК № 5 «Новый Шерегеш» 715 т/год и УПК № 7 «Каз» 291 т/год. Эта составляющая к горячему водоснабжению не относится и при переводе сохраняется.</w:t>
      </w:r>
    </w:p>
    <w:p w14:paraId="69514C38" w14:textId="77777777" w:rsidR="000772B4" w:rsidRPr="00794D67" w:rsidRDefault="00746A89">
      <w:pPr>
        <w:pStyle w:val="31"/>
        <w:rPr>
          <w:lang w:val="ru-RU"/>
        </w:rPr>
      </w:pPr>
      <w:r w:rsidRPr="00794D67">
        <w:rPr>
          <w:color w:val="000000"/>
          <w:lang w:val="ru-RU"/>
        </w:rPr>
        <w:t>9.4.1. Расхождения контрольной суммы</w:t>
      </w:r>
    </w:p>
    <w:p w14:paraId="6EE5FE98" w14:textId="77777777" w:rsidR="000772B4" w:rsidRPr="00794D67" w:rsidRDefault="00746A89">
      <w:pPr>
        <w:spacing w:after="80"/>
        <w:jc w:val="both"/>
        <w:rPr>
          <w:lang w:val="ru-RU"/>
        </w:rPr>
      </w:pPr>
      <w:r w:rsidRPr="00794D67">
        <w:rPr>
          <w:lang w:val="ru-RU"/>
        </w:rPr>
        <w:t>Контроль расчётной книги сопоставляет заявленную подпитку с суммой составляющих. По трём зонам суммы не совпадают. Расхождения находятся на уровне округления и на выводы главы не влияют, но фиксируются, поскольку ранее сообщалось о сходимости контроля по всем раскрытым системам.</w:t>
      </w:r>
    </w:p>
    <w:p w14:paraId="08650FE6" w14:textId="77777777" w:rsidR="000772B4" w:rsidRDefault="00746A89">
      <w:pPr>
        <w:keepNext/>
        <w:spacing w:before="160"/>
      </w:pPr>
      <w:r>
        <w:rPr>
          <w:b/>
        </w:rPr>
        <w:t>Таблица 9.6 — Расхождения контрольной суммы подпитки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030"/>
        <w:gridCol w:w="2590"/>
        <w:gridCol w:w="2743"/>
        <w:gridCol w:w="1982"/>
      </w:tblGrid>
      <w:tr w:rsidR="000772B4" w14:paraId="395B51E7" w14:textId="77777777">
        <w:trPr>
          <w:cantSplit/>
          <w:tblHeader/>
          <w:jc w:val="center"/>
        </w:trPr>
        <w:tc>
          <w:tcPr>
            <w:tcW w:w="0" w:type="auto"/>
            <w:shd w:val="clear" w:color="auto" w:fill="E2F0D9"/>
          </w:tcPr>
          <w:p w14:paraId="281F95A4" w14:textId="77777777" w:rsidR="000772B4" w:rsidRDefault="00746A89">
            <w:pPr>
              <w:jc w:val="center"/>
            </w:pPr>
            <w:r>
              <w:rPr>
                <w:b/>
              </w:rPr>
              <w:t>Источник</w:t>
            </w:r>
          </w:p>
        </w:tc>
        <w:tc>
          <w:tcPr>
            <w:tcW w:w="0" w:type="auto"/>
            <w:shd w:val="clear" w:color="auto" w:fill="E2F0D9"/>
          </w:tcPr>
          <w:p w14:paraId="5EBC7910" w14:textId="77777777" w:rsidR="000772B4" w:rsidRDefault="00746A89">
            <w:pPr>
              <w:jc w:val="center"/>
            </w:pPr>
            <w:r>
              <w:rPr>
                <w:b/>
              </w:rPr>
              <w:t>Заявленная подпитка, т/год</w:t>
            </w:r>
          </w:p>
        </w:tc>
        <w:tc>
          <w:tcPr>
            <w:tcW w:w="0" w:type="auto"/>
            <w:shd w:val="clear" w:color="auto" w:fill="E2F0D9"/>
          </w:tcPr>
          <w:p w14:paraId="7F7D3566" w14:textId="77777777" w:rsidR="000772B4" w:rsidRDefault="00746A89">
            <w:pPr>
              <w:jc w:val="center"/>
            </w:pPr>
            <w:r>
              <w:rPr>
                <w:b/>
              </w:rPr>
              <w:t>Сумма составляющих, т/год</w:t>
            </w:r>
          </w:p>
        </w:tc>
        <w:tc>
          <w:tcPr>
            <w:tcW w:w="0" w:type="auto"/>
            <w:shd w:val="clear" w:color="auto" w:fill="E2F0D9"/>
          </w:tcPr>
          <w:p w14:paraId="01767B0D" w14:textId="77777777" w:rsidR="000772B4" w:rsidRDefault="00746A89">
            <w:pPr>
              <w:jc w:val="center"/>
            </w:pPr>
            <w:r>
              <w:rPr>
                <w:b/>
              </w:rPr>
              <w:t>Расхождение, т/год</w:t>
            </w:r>
          </w:p>
        </w:tc>
      </w:tr>
      <w:tr w:rsidR="000772B4" w14:paraId="48BA8C24" w14:textId="77777777">
        <w:trPr>
          <w:cantSplit/>
          <w:jc w:val="center"/>
        </w:trPr>
        <w:tc>
          <w:tcPr>
            <w:tcW w:w="0" w:type="auto"/>
          </w:tcPr>
          <w:p w14:paraId="7F61DCE3" w14:textId="77777777" w:rsidR="000772B4" w:rsidRDefault="00746A89">
            <w:r>
              <w:t>УПК № 1 Таштагол</w:t>
            </w:r>
          </w:p>
        </w:tc>
        <w:tc>
          <w:tcPr>
            <w:tcW w:w="0" w:type="auto"/>
          </w:tcPr>
          <w:p w14:paraId="6863F131" w14:textId="77777777" w:rsidR="000772B4" w:rsidRDefault="00746A89">
            <w:pPr>
              <w:jc w:val="center"/>
            </w:pPr>
            <w:r>
              <w:t>399 334</w:t>
            </w:r>
          </w:p>
        </w:tc>
        <w:tc>
          <w:tcPr>
            <w:tcW w:w="0" w:type="auto"/>
          </w:tcPr>
          <w:p w14:paraId="5D28C109" w14:textId="77777777" w:rsidR="000772B4" w:rsidRDefault="00746A89">
            <w:pPr>
              <w:jc w:val="center"/>
            </w:pPr>
            <w:r>
              <w:t>399 332</w:t>
            </w:r>
          </w:p>
        </w:tc>
        <w:tc>
          <w:tcPr>
            <w:tcW w:w="0" w:type="auto"/>
          </w:tcPr>
          <w:p w14:paraId="7F82671C" w14:textId="77777777" w:rsidR="000772B4" w:rsidRDefault="00746A89">
            <w:pPr>
              <w:jc w:val="center"/>
            </w:pPr>
            <w:r>
              <w:t>2</w:t>
            </w:r>
          </w:p>
        </w:tc>
      </w:tr>
      <w:tr w:rsidR="000772B4" w14:paraId="0FB5C1A4" w14:textId="77777777">
        <w:trPr>
          <w:cantSplit/>
          <w:jc w:val="center"/>
        </w:trPr>
        <w:tc>
          <w:tcPr>
            <w:tcW w:w="0" w:type="auto"/>
          </w:tcPr>
          <w:p w14:paraId="379F1B5E" w14:textId="77777777" w:rsidR="000772B4" w:rsidRDefault="00746A89">
            <w:r>
              <w:t>УПК № 8 Мундыбаш</w:t>
            </w:r>
          </w:p>
        </w:tc>
        <w:tc>
          <w:tcPr>
            <w:tcW w:w="0" w:type="auto"/>
          </w:tcPr>
          <w:p w14:paraId="6DE9BA44" w14:textId="77777777" w:rsidR="000772B4" w:rsidRDefault="00746A89">
            <w:pPr>
              <w:jc w:val="center"/>
            </w:pPr>
            <w:r>
              <w:t>69 420</w:t>
            </w:r>
          </w:p>
        </w:tc>
        <w:tc>
          <w:tcPr>
            <w:tcW w:w="0" w:type="auto"/>
          </w:tcPr>
          <w:p w14:paraId="3A9BA9BB" w14:textId="77777777" w:rsidR="000772B4" w:rsidRDefault="00746A89">
            <w:pPr>
              <w:jc w:val="center"/>
            </w:pPr>
            <w:r>
              <w:t>69 419</w:t>
            </w:r>
          </w:p>
        </w:tc>
        <w:tc>
          <w:tcPr>
            <w:tcW w:w="0" w:type="auto"/>
          </w:tcPr>
          <w:p w14:paraId="00CB3B7C" w14:textId="77777777" w:rsidR="000772B4" w:rsidRDefault="00746A89">
            <w:pPr>
              <w:jc w:val="center"/>
            </w:pPr>
            <w:r>
              <w:t>1</w:t>
            </w:r>
          </w:p>
        </w:tc>
      </w:tr>
      <w:tr w:rsidR="000772B4" w14:paraId="4F7D6E9C" w14:textId="77777777">
        <w:trPr>
          <w:cantSplit/>
          <w:jc w:val="center"/>
        </w:trPr>
        <w:tc>
          <w:tcPr>
            <w:tcW w:w="0" w:type="auto"/>
          </w:tcPr>
          <w:p w14:paraId="4AD26FE5" w14:textId="77777777" w:rsidR="000772B4" w:rsidRDefault="00746A89">
            <w:r>
              <w:t>УПК № 10 Темир-Тау</w:t>
            </w:r>
          </w:p>
        </w:tc>
        <w:tc>
          <w:tcPr>
            <w:tcW w:w="0" w:type="auto"/>
          </w:tcPr>
          <w:p w14:paraId="061B75D4" w14:textId="77777777" w:rsidR="000772B4" w:rsidRDefault="00746A89">
            <w:pPr>
              <w:jc w:val="center"/>
            </w:pPr>
            <w:r>
              <w:t>35 496</w:t>
            </w:r>
          </w:p>
        </w:tc>
        <w:tc>
          <w:tcPr>
            <w:tcW w:w="0" w:type="auto"/>
          </w:tcPr>
          <w:p w14:paraId="668408B3" w14:textId="77777777" w:rsidR="000772B4" w:rsidRDefault="00746A89">
            <w:pPr>
              <w:jc w:val="center"/>
            </w:pPr>
            <w:r>
              <w:t>35 497</w:t>
            </w:r>
          </w:p>
        </w:tc>
        <w:tc>
          <w:tcPr>
            <w:tcW w:w="0" w:type="auto"/>
          </w:tcPr>
          <w:p w14:paraId="724EAE30" w14:textId="77777777" w:rsidR="000772B4" w:rsidRDefault="00746A89">
            <w:pPr>
              <w:jc w:val="center"/>
            </w:pPr>
            <w:r>
              <w:t>−1</w:t>
            </w:r>
          </w:p>
        </w:tc>
      </w:tr>
    </w:tbl>
    <w:p w14:paraId="1A09243A" w14:textId="77777777" w:rsidR="000772B4" w:rsidRDefault="000772B4">
      <w:pPr>
        <w:spacing w:after="40"/>
      </w:pPr>
    </w:p>
    <w:p w14:paraId="6BBF7878" w14:textId="77777777" w:rsidR="000772B4" w:rsidRPr="00794D67" w:rsidRDefault="00746A89">
      <w:pPr>
        <w:spacing w:after="80"/>
        <w:jc w:val="both"/>
        <w:rPr>
          <w:lang w:val="ru-RU"/>
        </w:rPr>
      </w:pPr>
      <w:r w:rsidRPr="00794D67">
        <w:rPr>
          <w:lang w:val="ru-RU"/>
        </w:rPr>
        <w:t>По остальным шести раскрытым системам контроль сходится точно.</w:t>
      </w:r>
    </w:p>
    <w:p w14:paraId="2B7D84AA" w14:textId="77777777" w:rsidR="000772B4" w:rsidRPr="00344E69" w:rsidRDefault="00746A89">
      <w:pPr>
        <w:pStyle w:val="21"/>
        <w:rPr>
          <w:lang w:val="ru-RU"/>
        </w:rPr>
      </w:pPr>
      <w:bookmarkStart w:id="61" w:name="_Toc238015652"/>
      <w:r w:rsidRPr="00344E69">
        <w:rPr>
          <w:lang w:val="ru-RU"/>
        </w:rPr>
        <w:t>9.5. Связь с производительностью водоподготовительных установок</w:t>
      </w:r>
      <w:bookmarkEnd w:id="61"/>
    </w:p>
    <w:p w14:paraId="095724FC" w14:textId="77777777" w:rsidR="000772B4" w:rsidRPr="00794D67" w:rsidRDefault="00746A89">
      <w:pPr>
        <w:spacing w:after="80"/>
        <w:jc w:val="both"/>
        <w:rPr>
          <w:lang w:val="ru-RU"/>
        </w:rPr>
      </w:pPr>
      <w:r w:rsidRPr="00794D67">
        <w:rPr>
          <w:lang w:val="ru-RU"/>
        </w:rPr>
        <w:t>Баланс водоподготовки — центральное техническое следствие открытого водоразбора. Ниже приведено состояние до перевода.</w:t>
      </w:r>
    </w:p>
    <w:p w14:paraId="6F328600" w14:textId="77777777" w:rsidR="00B808F9" w:rsidRPr="00794D67" w:rsidRDefault="00B808F9">
      <w:pPr>
        <w:rPr>
          <w:lang w:val="ru-RU"/>
        </w:rPr>
        <w:sectPr w:rsidR="00B808F9" w:rsidRPr="00794D67" w:rsidSect="00034616">
          <w:footerReference w:type="default" r:id="rId89"/>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04B9F85" w14:textId="77777777" w:rsidR="000772B4" w:rsidRPr="00794D67" w:rsidRDefault="00746A89">
      <w:pPr>
        <w:keepNext/>
        <w:spacing w:before="160"/>
        <w:rPr>
          <w:lang w:val="ru-RU"/>
        </w:rPr>
      </w:pPr>
      <w:r w:rsidRPr="00794D67">
        <w:rPr>
          <w:b/>
          <w:lang w:val="ru-RU"/>
        </w:rPr>
        <w:t>Таблица 9.7 — Баланс водоподготовки до перевода, т/ч</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329"/>
        <w:gridCol w:w="2761"/>
        <w:gridCol w:w="1535"/>
        <w:gridCol w:w="1877"/>
        <w:gridCol w:w="2023"/>
        <w:gridCol w:w="2480"/>
        <w:gridCol w:w="1272"/>
      </w:tblGrid>
      <w:tr w:rsidR="000772B4" w14:paraId="4BF5F515" w14:textId="77777777">
        <w:trPr>
          <w:cantSplit/>
          <w:tblHeader/>
          <w:jc w:val="center"/>
        </w:trPr>
        <w:tc>
          <w:tcPr>
            <w:tcW w:w="0" w:type="auto"/>
            <w:shd w:val="clear" w:color="auto" w:fill="E2F0D9"/>
          </w:tcPr>
          <w:p w14:paraId="70336BFC" w14:textId="77777777" w:rsidR="000772B4" w:rsidRDefault="00746A89">
            <w:pPr>
              <w:jc w:val="center"/>
            </w:pPr>
            <w:r>
              <w:rPr>
                <w:b/>
              </w:rPr>
              <w:t>Источник</w:t>
            </w:r>
          </w:p>
        </w:tc>
        <w:tc>
          <w:tcPr>
            <w:tcW w:w="0" w:type="auto"/>
            <w:shd w:val="clear" w:color="auto" w:fill="E2F0D9"/>
          </w:tcPr>
          <w:p w14:paraId="7FC28500" w14:textId="77777777" w:rsidR="000772B4" w:rsidRDefault="00746A89">
            <w:pPr>
              <w:jc w:val="center"/>
            </w:pPr>
            <w:r>
              <w:rPr>
                <w:b/>
              </w:rPr>
              <w:t>Производительность ВПУ</w:t>
            </w:r>
          </w:p>
        </w:tc>
        <w:tc>
          <w:tcPr>
            <w:tcW w:w="0" w:type="auto"/>
            <w:shd w:val="clear" w:color="auto" w:fill="E2F0D9"/>
          </w:tcPr>
          <w:p w14:paraId="64755326" w14:textId="77777777" w:rsidR="000772B4" w:rsidRDefault="00746A89">
            <w:pPr>
              <w:jc w:val="center"/>
            </w:pPr>
            <w:r>
              <w:rPr>
                <w:b/>
              </w:rPr>
              <w:t>Подпитка 2026</w:t>
            </w:r>
          </w:p>
        </w:tc>
        <w:tc>
          <w:tcPr>
            <w:tcW w:w="0" w:type="auto"/>
            <w:shd w:val="clear" w:color="auto" w:fill="E2F0D9"/>
          </w:tcPr>
          <w:p w14:paraId="0403C647" w14:textId="77777777" w:rsidR="000772B4" w:rsidRDefault="00746A89">
            <w:pPr>
              <w:jc w:val="center"/>
            </w:pPr>
            <w:r>
              <w:rPr>
                <w:b/>
              </w:rPr>
              <w:t>Резерв или дефицит</w:t>
            </w:r>
          </w:p>
        </w:tc>
        <w:tc>
          <w:tcPr>
            <w:tcW w:w="0" w:type="auto"/>
            <w:shd w:val="clear" w:color="auto" w:fill="E2F0D9"/>
          </w:tcPr>
          <w:p w14:paraId="1FDA53BB" w14:textId="77777777" w:rsidR="000772B4" w:rsidRDefault="00746A89">
            <w:pPr>
              <w:jc w:val="center"/>
            </w:pPr>
            <w:r>
              <w:rPr>
                <w:b/>
              </w:rPr>
              <w:t>Аварийная подпитка</w:t>
            </w:r>
          </w:p>
        </w:tc>
        <w:tc>
          <w:tcPr>
            <w:tcW w:w="0" w:type="auto"/>
            <w:shd w:val="clear" w:color="auto" w:fill="E2F0D9"/>
          </w:tcPr>
          <w:p w14:paraId="15CB00C8" w14:textId="77777777" w:rsidR="000772B4" w:rsidRDefault="00746A89">
            <w:pPr>
              <w:jc w:val="center"/>
            </w:pPr>
            <w:r>
              <w:rPr>
                <w:b/>
              </w:rPr>
              <w:t>Резерв в аварийном режиме</w:t>
            </w:r>
          </w:p>
        </w:tc>
        <w:tc>
          <w:tcPr>
            <w:tcW w:w="0" w:type="auto"/>
            <w:shd w:val="clear" w:color="auto" w:fill="E2F0D9"/>
          </w:tcPr>
          <w:p w14:paraId="27E9B5F3" w14:textId="77777777" w:rsidR="000772B4" w:rsidRDefault="00746A89">
            <w:pPr>
              <w:jc w:val="center"/>
            </w:pPr>
            <w:r>
              <w:rPr>
                <w:b/>
              </w:rPr>
              <w:t>Баки, шт. / м³</w:t>
            </w:r>
          </w:p>
        </w:tc>
      </w:tr>
      <w:tr w:rsidR="000772B4" w14:paraId="53DE136D" w14:textId="77777777">
        <w:trPr>
          <w:cantSplit/>
          <w:jc w:val="center"/>
        </w:trPr>
        <w:tc>
          <w:tcPr>
            <w:tcW w:w="0" w:type="auto"/>
          </w:tcPr>
          <w:p w14:paraId="35C7FD3F" w14:textId="77777777" w:rsidR="000772B4" w:rsidRDefault="00746A89">
            <w:r>
              <w:t>УПК № 1 Таштагол</w:t>
            </w:r>
          </w:p>
        </w:tc>
        <w:tc>
          <w:tcPr>
            <w:tcW w:w="0" w:type="auto"/>
          </w:tcPr>
          <w:p w14:paraId="544B32D3" w14:textId="77777777" w:rsidR="000772B4" w:rsidRDefault="00746A89">
            <w:pPr>
              <w:jc w:val="center"/>
            </w:pPr>
            <w:r>
              <w:t>120,0</w:t>
            </w:r>
          </w:p>
        </w:tc>
        <w:tc>
          <w:tcPr>
            <w:tcW w:w="0" w:type="auto"/>
          </w:tcPr>
          <w:p w14:paraId="63E9B9CB" w14:textId="77777777" w:rsidR="000772B4" w:rsidRDefault="00746A89">
            <w:pPr>
              <w:jc w:val="center"/>
            </w:pPr>
            <w:r>
              <w:t>45,586</w:t>
            </w:r>
          </w:p>
        </w:tc>
        <w:tc>
          <w:tcPr>
            <w:tcW w:w="0" w:type="auto"/>
          </w:tcPr>
          <w:p w14:paraId="1889853A" w14:textId="77777777" w:rsidR="000772B4" w:rsidRDefault="00746A89">
            <w:pPr>
              <w:jc w:val="center"/>
            </w:pPr>
            <w:r>
              <w:t>74,414</w:t>
            </w:r>
          </w:p>
        </w:tc>
        <w:tc>
          <w:tcPr>
            <w:tcW w:w="0" w:type="auto"/>
          </w:tcPr>
          <w:p w14:paraId="6EC8CBCC" w14:textId="77777777" w:rsidR="000772B4" w:rsidRDefault="00746A89">
            <w:pPr>
              <w:jc w:val="center"/>
            </w:pPr>
            <w:r>
              <w:t>55,0</w:t>
            </w:r>
          </w:p>
        </w:tc>
        <w:tc>
          <w:tcPr>
            <w:tcW w:w="0" w:type="auto"/>
          </w:tcPr>
          <w:p w14:paraId="283F4720" w14:textId="77777777" w:rsidR="000772B4" w:rsidRDefault="00746A89">
            <w:pPr>
              <w:jc w:val="center"/>
            </w:pPr>
            <w:r>
              <w:t>65,00</w:t>
            </w:r>
          </w:p>
        </w:tc>
        <w:tc>
          <w:tcPr>
            <w:tcW w:w="0" w:type="auto"/>
          </w:tcPr>
          <w:p w14:paraId="1E984D66" w14:textId="77777777" w:rsidR="000772B4" w:rsidRDefault="00746A89">
            <w:pPr>
              <w:jc w:val="center"/>
            </w:pPr>
            <w:r>
              <w:t>0 / 0</w:t>
            </w:r>
          </w:p>
        </w:tc>
      </w:tr>
      <w:tr w:rsidR="000772B4" w14:paraId="2F25822E" w14:textId="77777777">
        <w:trPr>
          <w:cantSplit/>
          <w:jc w:val="center"/>
        </w:trPr>
        <w:tc>
          <w:tcPr>
            <w:tcW w:w="0" w:type="auto"/>
          </w:tcPr>
          <w:p w14:paraId="099C207B" w14:textId="77777777" w:rsidR="000772B4" w:rsidRDefault="00746A89">
            <w:r>
              <w:t>УПК № 2 Шалым</w:t>
            </w:r>
          </w:p>
        </w:tc>
        <w:tc>
          <w:tcPr>
            <w:tcW w:w="0" w:type="auto"/>
          </w:tcPr>
          <w:p w14:paraId="4596C708" w14:textId="77777777" w:rsidR="000772B4" w:rsidRDefault="00746A89">
            <w:pPr>
              <w:jc w:val="center"/>
            </w:pPr>
            <w:r>
              <w:t>0,0</w:t>
            </w:r>
          </w:p>
        </w:tc>
        <w:tc>
          <w:tcPr>
            <w:tcW w:w="0" w:type="auto"/>
          </w:tcPr>
          <w:p w14:paraId="445E4829" w14:textId="77777777" w:rsidR="000772B4" w:rsidRDefault="00746A89">
            <w:pPr>
              <w:jc w:val="center"/>
            </w:pPr>
            <w:r>
              <w:t>2,282</w:t>
            </w:r>
          </w:p>
        </w:tc>
        <w:tc>
          <w:tcPr>
            <w:tcW w:w="0" w:type="auto"/>
          </w:tcPr>
          <w:p w14:paraId="700326F5" w14:textId="77777777" w:rsidR="000772B4" w:rsidRDefault="00746A89">
            <w:pPr>
              <w:jc w:val="center"/>
            </w:pPr>
            <w:r>
              <w:t>−2,282</w:t>
            </w:r>
          </w:p>
        </w:tc>
        <w:tc>
          <w:tcPr>
            <w:tcW w:w="0" w:type="auto"/>
          </w:tcPr>
          <w:p w14:paraId="43FA6B95" w14:textId="77777777" w:rsidR="000772B4" w:rsidRDefault="00746A89">
            <w:pPr>
              <w:jc w:val="center"/>
            </w:pPr>
            <w:r>
              <w:t>4,3</w:t>
            </w:r>
          </w:p>
        </w:tc>
        <w:tc>
          <w:tcPr>
            <w:tcW w:w="0" w:type="auto"/>
          </w:tcPr>
          <w:p w14:paraId="78FE003A" w14:textId="77777777" w:rsidR="000772B4" w:rsidRDefault="00746A89">
            <w:pPr>
              <w:jc w:val="center"/>
            </w:pPr>
            <w:r>
              <w:t>−4,30</w:t>
            </w:r>
          </w:p>
        </w:tc>
        <w:tc>
          <w:tcPr>
            <w:tcW w:w="0" w:type="auto"/>
          </w:tcPr>
          <w:p w14:paraId="435BADC0" w14:textId="77777777" w:rsidR="000772B4" w:rsidRDefault="00746A89">
            <w:pPr>
              <w:jc w:val="center"/>
            </w:pPr>
            <w:r>
              <w:t>2 / 100</w:t>
            </w:r>
          </w:p>
        </w:tc>
      </w:tr>
      <w:tr w:rsidR="000772B4" w14:paraId="164CE984" w14:textId="77777777">
        <w:trPr>
          <w:cantSplit/>
          <w:jc w:val="center"/>
        </w:trPr>
        <w:tc>
          <w:tcPr>
            <w:tcW w:w="0" w:type="auto"/>
          </w:tcPr>
          <w:p w14:paraId="4CFFF9F9" w14:textId="77777777" w:rsidR="000772B4" w:rsidRDefault="00746A89">
            <w:r>
              <w:t>УПК № 2 ЦМК</w:t>
            </w:r>
          </w:p>
        </w:tc>
        <w:tc>
          <w:tcPr>
            <w:tcW w:w="0" w:type="auto"/>
          </w:tcPr>
          <w:p w14:paraId="1325A871" w14:textId="77777777" w:rsidR="000772B4" w:rsidRDefault="00746A89">
            <w:pPr>
              <w:jc w:val="center"/>
            </w:pPr>
            <w:r>
              <w:t>20,0</w:t>
            </w:r>
          </w:p>
        </w:tc>
        <w:tc>
          <w:tcPr>
            <w:tcW w:w="0" w:type="auto"/>
          </w:tcPr>
          <w:p w14:paraId="26BBA881" w14:textId="77777777" w:rsidR="000772B4" w:rsidRDefault="00746A89">
            <w:pPr>
              <w:jc w:val="center"/>
            </w:pPr>
            <w:r>
              <w:t>1,713</w:t>
            </w:r>
          </w:p>
        </w:tc>
        <w:tc>
          <w:tcPr>
            <w:tcW w:w="0" w:type="auto"/>
          </w:tcPr>
          <w:p w14:paraId="083C3236" w14:textId="77777777" w:rsidR="000772B4" w:rsidRDefault="00746A89">
            <w:pPr>
              <w:jc w:val="center"/>
            </w:pPr>
            <w:r>
              <w:t>18,287</w:t>
            </w:r>
          </w:p>
        </w:tc>
        <w:tc>
          <w:tcPr>
            <w:tcW w:w="0" w:type="auto"/>
          </w:tcPr>
          <w:p w14:paraId="085EF0D3" w14:textId="77777777" w:rsidR="000772B4" w:rsidRDefault="00746A89">
            <w:pPr>
              <w:jc w:val="center"/>
            </w:pPr>
            <w:r>
              <w:t>1,4</w:t>
            </w:r>
          </w:p>
        </w:tc>
        <w:tc>
          <w:tcPr>
            <w:tcW w:w="0" w:type="auto"/>
          </w:tcPr>
          <w:p w14:paraId="3D4992C3" w14:textId="77777777" w:rsidR="000772B4" w:rsidRDefault="00746A89">
            <w:pPr>
              <w:jc w:val="center"/>
            </w:pPr>
            <w:r>
              <w:t>18,60</w:t>
            </w:r>
          </w:p>
        </w:tc>
        <w:tc>
          <w:tcPr>
            <w:tcW w:w="0" w:type="auto"/>
          </w:tcPr>
          <w:p w14:paraId="4A9020F3" w14:textId="77777777" w:rsidR="000772B4" w:rsidRDefault="00746A89">
            <w:pPr>
              <w:jc w:val="center"/>
            </w:pPr>
            <w:r>
              <w:t>0 / 0</w:t>
            </w:r>
          </w:p>
        </w:tc>
      </w:tr>
      <w:tr w:rsidR="000772B4" w14:paraId="1F6E3834" w14:textId="77777777">
        <w:trPr>
          <w:cantSplit/>
          <w:jc w:val="center"/>
        </w:trPr>
        <w:tc>
          <w:tcPr>
            <w:tcW w:w="0" w:type="auto"/>
          </w:tcPr>
          <w:p w14:paraId="1FA71B43" w14:textId="77777777" w:rsidR="000772B4" w:rsidRDefault="00746A89">
            <w:r>
              <w:t>УПК № 9 ГРЭ</w:t>
            </w:r>
          </w:p>
        </w:tc>
        <w:tc>
          <w:tcPr>
            <w:tcW w:w="0" w:type="auto"/>
          </w:tcPr>
          <w:p w14:paraId="68CD968E" w14:textId="77777777" w:rsidR="000772B4" w:rsidRDefault="00746A89">
            <w:pPr>
              <w:jc w:val="center"/>
            </w:pPr>
            <w:r>
              <w:t>0,0</w:t>
            </w:r>
          </w:p>
        </w:tc>
        <w:tc>
          <w:tcPr>
            <w:tcW w:w="0" w:type="auto"/>
          </w:tcPr>
          <w:p w14:paraId="3215AEC9" w14:textId="77777777" w:rsidR="000772B4" w:rsidRDefault="00746A89">
            <w:pPr>
              <w:jc w:val="center"/>
            </w:pPr>
            <w:r>
              <w:t>не определён</w:t>
            </w:r>
          </w:p>
        </w:tc>
        <w:tc>
          <w:tcPr>
            <w:tcW w:w="0" w:type="auto"/>
          </w:tcPr>
          <w:p w14:paraId="04DF2FC3" w14:textId="77777777" w:rsidR="000772B4" w:rsidRDefault="00746A89">
            <w:pPr>
              <w:jc w:val="center"/>
            </w:pPr>
            <w:r>
              <w:t>не определён</w:t>
            </w:r>
          </w:p>
        </w:tc>
        <w:tc>
          <w:tcPr>
            <w:tcW w:w="0" w:type="auto"/>
          </w:tcPr>
          <w:p w14:paraId="0137FE0C" w14:textId="77777777" w:rsidR="000772B4" w:rsidRDefault="00746A89">
            <w:pPr>
              <w:jc w:val="center"/>
            </w:pPr>
            <w:r>
              <w:t>0,6</w:t>
            </w:r>
          </w:p>
        </w:tc>
        <w:tc>
          <w:tcPr>
            <w:tcW w:w="0" w:type="auto"/>
          </w:tcPr>
          <w:p w14:paraId="5C19BA4B" w14:textId="77777777" w:rsidR="000772B4" w:rsidRDefault="00746A89">
            <w:pPr>
              <w:jc w:val="center"/>
            </w:pPr>
            <w:r>
              <w:t>−0,60</w:t>
            </w:r>
          </w:p>
        </w:tc>
        <w:tc>
          <w:tcPr>
            <w:tcW w:w="0" w:type="auto"/>
          </w:tcPr>
          <w:p w14:paraId="620CC854" w14:textId="77777777" w:rsidR="000772B4" w:rsidRDefault="00746A89">
            <w:pPr>
              <w:jc w:val="center"/>
            </w:pPr>
            <w:r>
              <w:t>0 / 0</w:t>
            </w:r>
          </w:p>
        </w:tc>
      </w:tr>
      <w:tr w:rsidR="000772B4" w14:paraId="05B15DBC" w14:textId="77777777">
        <w:trPr>
          <w:cantSplit/>
          <w:jc w:val="center"/>
        </w:trPr>
        <w:tc>
          <w:tcPr>
            <w:tcW w:w="0" w:type="auto"/>
          </w:tcPr>
          <w:p w14:paraId="626ED5C4" w14:textId="77777777" w:rsidR="000772B4" w:rsidRDefault="00746A89">
            <w:r>
              <w:t>УПК № 5 Новый Шерегеш</w:t>
            </w:r>
          </w:p>
        </w:tc>
        <w:tc>
          <w:tcPr>
            <w:tcW w:w="0" w:type="auto"/>
          </w:tcPr>
          <w:p w14:paraId="510BA6DB" w14:textId="77777777" w:rsidR="000772B4" w:rsidRDefault="00746A89">
            <w:pPr>
              <w:jc w:val="center"/>
            </w:pPr>
            <w:r>
              <w:t>26,4</w:t>
            </w:r>
          </w:p>
        </w:tc>
        <w:tc>
          <w:tcPr>
            <w:tcW w:w="0" w:type="auto"/>
          </w:tcPr>
          <w:p w14:paraId="470CF38E" w14:textId="77777777" w:rsidR="000772B4" w:rsidRDefault="00746A89">
            <w:pPr>
              <w:jc w:val="center"/>
            </w:pPr>
            <w:r>
              <w:t>26,890</w:t>
            </w:r>
          </w:p>
        </w:tc>
        <w:tc>
          <w:tcPr>
            <w:tcW w:w="0" w:type="auto"/>
          </w:tcPr>
          <w:p w14:paraId="56E859D0" w14:textId="77777777" w:rsidR="000772B4" w:rsidRDefault="00746A89">
            <w:pPr>
              <w:jc w:val="center"/>
            </w:pPr>
            <w:r>
              <w:t>−0,490</w:t>
            </w:r>
          </w:p>
        </w:tc>
        <w:tc>
          <w:tcPr>
            <w:tcW w:w="0" w:type="auto"/>
          </w:tcPr>
          <w:p w14:paraId="2ACA687D" w14:textId="77777777" w:rsidR="000772B4" w:rsidRDefault="00746A89">
            <w:pPr>
              <w:jc w:val="center"/>
            </w:pPr>
            <w:r>
              <w:t>101,8</w:t>
            </w:r>
          </w:p>
        </w:tc>
        <w:tc>
          <w:tcPr>
            <w:tcW w:w="0" w:type="auto"/>
          </w:tcPr>
          <w:p w14:paraId="32175AC7" w14:textId="77777777" w:rsidR="000772B4" w:rsidRDefault="00746A89">
            <w:pPr>
              <w:jc w:val="center"/>
            </w:pPr>
            <w:r>
              <w:t>−75,40</w:t>
            </w:r>
          </w:p>
        </w:tc>
        <w:tc>
          <w:tcPr>
            <w:tcW w:w="0" w:type="auto"/>
          </w:tcPr>
          <w:p w14:paraId="45025631" w14:textId="77777777" w:rsidR="000772B4" w:rsidRDefault="00746A89">
            <w:pPr>
              <w:jc w:val="center"/>
            </w:pPr>
            <w:r>
              <w:t>0 / 0</w:t>
            </w:r>
          </w:p>
        </w:tc>
      </w:tr>
      <w:tr w:rsidR="000772B4" w14:paraId="1EBF57BC" w14:textId="77777777">
        <w:trPr>
          <w:cantSplit/>
          <w:jc w:val="center"/>
        </w:trPr>
        <w:tc>
          <w:tcPr>
            <w:tcW w:w="0" w:type="auto"/>
          </w:tcPr>
          <w:p w14:paraId="0065B72A" w14:textId="77777777" w:rsidR="000772B4" w:rsidRDefault="00746A89">
            <w:r>
              <w:t>УПК № 6 Старый Шерегеш</w:t>
            </w:r>
          </w:p>
        </w:tc>
        <w:tc>
          <w:tcPr>
            <w:tcW w:w="0" w:type="auto"/>
          </w:tcPr>
          <w:p w14:paraId="59306CC5" w14:textId="77777777" w:rsidR="000772B4" w:rsidRDefault="00746A89">
            <w:pPr>
              <w:jc w:val="center"/>
            </w:pPr>
            <w:r>
              <w:t>5,0</w:t>
            </w:r>
          </w:p>
        </w:tc>
        <w:tc>
          <w:tcPr>
            <w:tcW w:w="0" w:type="auto"/>
          </w:tcPr>
          <w:p w14:paraId="31C9A958" w14:textId="77777777" w:rsidR="000772B4" w:rsidRDefault="00746A89">
            <w:pPr>
              <w:jc w:val="center"/>
            </w:pPr>
            <w:r>
              <w:t>2,658</w:t>
            </w:r>
          </w:p>
        </w:tc>
        <w:tc>
          <w:tcPr>
            <w:tcW w:w="0" w:type="auto"/>
          </w:tcPr>
          <w:p w14:paraId="20726CC9" w14:textId="77777777" w:rsidR="000772B4" w:rsidRDefault="00746A89">
            <w:pPr>
              <w:jc w:val="center"/>
            </w:pPr>
            <w:r>
              <w:t>2,342</w:t>
            </w:r>
          </w:p>
        </w:tc>
        <w:tc>
          <w:tcPr>
            <w:tcW w:w="0" w:type="auto"/>
          </w:tcPr>
          <w:p w14:paraId="60C4305C" w14:textId="77777777" w:rsidR="000772B4" w:rsidRDefault="00746A89">
            <w:pPr>
              <w:jc w:val="center"/>
            </w:pPr>
            <w:r>
              <w:t>2,1</w:t>
            </w:r>
          </w:p>
        </w:tc>
        <w:tc>
          <w:tcPr>
            <w:tcW w:w="0" w:type="auto"/>
          </w:tcPr>
          <w:p w14:paraId="6180355A" w14:textId="77777777" w:rsidR="000772B4" w:rsidRDefault="00746A89">
            <w:pPr>
              <w:jc w:val="center"/>
            </w:pPr>
            <w:r>
              <w:t>2,90</w:t>
            </w:r>
          </w:p>
        </w:tc>
        <w:tc>
          <w:tcPr>
            <w:tcW w:w="0" w:type="auto"/>
          </w:tcPr>
          <w:p w14:paraId="0E8BA82C" w14:textId="77777777" w:rsidR="000772B4" w:rsidRDefault="00746A89">
            <w:pPr>
              <w:jc w:val="center"/>
            </w:pPr>
            <w:r>
              <w:t>0 / 0</w:t>
            </w:r>
          </w:p>
        </w:tc>
      </w:tr>
      <w:tr w:rsidR="000772B4" w14:paraId="6D7EFC2F" w14:textId="77777777">
        <w:trPr>
          <w:cantSplit/>
          <w:jc w:val="center"/>
        </w:trPr>
        <w:tc>
          <w:tcPr>
            <w:tcW w:w="0" w:type="auto"/>
          </w:tcPr>
          <w:p w14:paraId="2D95802B" w14:textId="77777777" w:rsidR="000772B4" w:rsidRDefault="00746A89">
            <w:r>
              <w:t>УПК № 7 Каз</w:t>
            </w:r>
          </w:p>
        </w:tc>
        <w:tc>
          <w:tcPr>
            <w:tcW w:w="0" w:type="auto"/>
          </w:tcPr>
          <w:p w14:paraId="5B62C64A" w14:textId="77777777" w:rsidR="000772B4" w:rsidRDefault="00746A89">
            <w:pPr>
              <w:jc w:val="center"/>
            </w:pPr>
            <w:r>
              <w:t>40,0</w:t>
            </w:r>
          </w:p>
        </w:tc>
        <w:tc>
          <w:tcPr>
            <w:tcW w:w="0" w:type="auto"/>
          </w:tcPr>
          <w:p w14:paraId="775DE876" w14:textId="77777777" w:rsidR="000772B4" w:rsidRDefault="00746A89">
            <w:pPr>
              <w:jc w:val="center"/>
            </w:pPr>
            <w:r>
              <w:t>12,917</w:t>
            </w:r>
          </w:p>
        </w:tc>
        <w:tc>
          <w:tcPr>
            <w:tcW w:w="0" w:type="auto"/>
          </w:tcPr>
          <w:p w14:paraId="68ABE010" w14:textId="77777777" w:rsidR="000772B4" w:rsidRDefault="00746A89">
            <w:pPr>
              <w:jc w:val="center"/>
            </w:pPr>
            <w:r>
              <w:t>27,083</w:t>
            </w:r>
          </w:p>
        </w:tc>
        <w:tc>
          <w:tcPr>
            <w:tcW w:w="0" w:type="auto"/>
          </w:tcPr>
          <w:p w14:paraId="24BFC6EA" w14:textId="77777777" w:rsidR="000772B4" w:rsidRDefault="00746A89">
            <w:pPr>
              <w:jc w:val="center"/>
            </w:pPr>
            <w:r>
              <w:t>19,4</w:t>
            </w:r>
          </w:p>
        </w:tc>
        <w:tc>
          <w:tcPr>
            <w:tcW w:w="0" w:type="auto"/>
          </w:tcPr>
          <w:p w14:paraId="6C3ED792" w14:textId="77777777" w:rsidR="000772B4" w:rsidRDefault="00746A89">
            <w:pPr>
              <w:jc w:val="center"/>
            </w:pPr>
            <w:r>
              <w:t>20,60</w:t>
            </w:r>
          </w:p>
        </w:tc>
        <w:tc>
          <w:tcPr>
            <w:tcW w:w="0" w:type="auto"/>
          </w:tcPr>
          <w:p w14:paraId="41E0F0B4" w14:textId="77777777" w:rsidR="000772B4" w:rsidRDefault="00746A89">
            <w:pPr>
              <w:jc w:val="center"/>
            </w:pPr>
            <w:r>
              <w:t>0 / 0</w:t>
            </w:r>
          </w:p>
        </w:tc>
      </w:tr>
      <w:tr w:rsidR="000772B4" w14:paraId="4B5883BC" w14:textId="77777777">
        <w:trPr>
          <w:cantSplit/>
          <w:jc w:val="center"/>
        </w:trPr>
        <w:tc>
          <w:tcPr>
            <w:tcW w:w="0" w:type="auto"/>
          </w:tcPr>
          <w:p w14:paraId="3B9D8C43" w14:textId="77777777" w:rsidR="000772B4" w:rsidRDefault="00746A89">
            <w:r>
              <w:t>УПК № 8 Мундыбаш</w:t>
            </w:r>
          </w:p>
        </w:tc>
        <w:tc>
          <w:tcPr>
            <w:tcW w:w="0" w:type="auto"/>
          </w:tcPr>
          <w:p w14:paraId="261AC37A" w14:textId="77777777" w:rsidR="000772B4" w:rsidRDefault="00746A89">
            <w:pPr>
              <w:jc w:val="center"/>
            </w:pPr>
            <w:r>
              <w:t>60,0</w:t>
            </w:r>
          </w:p>
        </w:tc>
        <w:tc>
          <w:tcPr>
            <w:tcW w:w="0" w:type="auto"/>
          </w:tcPr>
          <w:p w14:paraId="6BC9F0B1" w14:textId="77777777" w:rsidR="000772B4" w:rsidRDefault="00746A89">
            <w:pPr>
              <w:jc w:val="center"/>
            </w:pPr>
            <w:r>
              <w:t>7,925</w:t>
            </w:r>
          </w:p>
        </w:tc>
        <w:tc>
          <w:tcPr>
            <w:tcW w:w="0" w:type="auto"/>
          </w:tcPr>
          <w:p w14:paraId="3D239A2E" w14:textId="77777777" w:rsidR="000772B4" w:rsidRDefault="00746A89">
            <w:pPr>
              <w:jc w:val="center"/>
            </w:pPr>
            <w:r>
              <w:t>52,075</w:t>
            </w:r>
          </w:p>
        </w:tc>
        <w:tc>
          <w:tcPr>
            <w:tcW w:w="0" w:type="auto"/>
          </w:tcPr>
          <w:p w14:paraId="19DEB57F" w14:textId="77777777" w:rsidR="000772B4" w:rsidRDefault="00746A89">
            <w:pPr>
              <w:jc w:val="center"/>
            </w:pPr>
            <w:r>
              <w:t>7,2</w:t>
            </w:r>
          </w:p>
        </w:tc>
        <w:tc>
          <w:tcPr>
            <w:tcW w:w="0" w:type="auto"/>
          </w:tcPr>
          <w:p w14:paraId="0FE59A5D" w14:textId="77777777" w:rsidR="000772B4" w:rsidRDefault="00746A89">
            <w:pPr>
              <w:jc w:val="center"/>
            </w:pPr>
            <w:r>
              <w:t>52,80</w:t>
            </w:r>
          </w:p>
        </w:tc>
        <w:tc>
          <w:tcPr>
            <w:tcW w:w="0" w:type="auto"/>
          </w:tcPr>
          <w:p w14:paraId="765F915D" w14:textId="77777777" w:rsidR="000772B4" w:rsidRDefault="00746A89">
            <w:pPr>
              <w:jc w:val="center"/>
            </w:pPr>
            <w:r>
              <w:t>1 / 190</w:t>
            </w:r>
          </w:p>
        </w:tc>
      </w:tr>
      <w:tr w:rsidR="000772B4" w14:paraId="3E4B3968" w14:textId="77777777">
        <w:trPr>
          <w:cantSplit/>
          <w:jc w:val="center"/>
        </w:trPr>
        <w:tc>
          <w:tcPr>
            <w:tcW w:w="0" w:type="auto"/>
          </w:tcPr>
          <w:p w14:paraId="1DC2B351" w14:textId="77777777" w:rsidR="000772B4" w:rsidRDefault="00746A89">
            <w:r>
              <w:t>УПК № 10 Темир-Тау</w:t>
            </w:r>
          </w:p>
        </w:tc>
        <w:tc>
          <w:tcPr>
            <w:tcW w:w="0" w:type="auto"/>
          </w:tcPr>
          <w:p w14:paraId="5165F31B" w14:textId="77777777" w:rsidR="000772B4" w:rsidRDefault="00746A89">
            <w:pPr>
              <w:jc w:val="center"/>
            </w:pPr>
            <w:r>
              <w:t>0,0</w:t>
            </w:r>
          </w:p>
        </w:tc>
        <w:tc>
          <w:tcPr>
            <w:tcW w:w="0" w:type="auto"/>
          </w:tcPr>
          <w:p w14:paraId="4F2C33FD" w14:textId="77777777" w:rsidR="000772B4" w:rsidRDefault="00746A89">
            <w:pPr>
              <w:jc w:val="center"/>
            </w:pPr>
            <w:r>
              <w:t>4,052</w:t>
            </w:r>
          </w:p>
        </w:tc>
        <w:tc>
          <w:tcPr>
            <w:tcW w:w="0" w:type="auto"/>
          </w:tcPr>
          <w:p w14:paraId="6DD3614D" w14:textId="77777777" w:rsidR="000772B4" w:rsidRDefault="00746A89">
            <w:pPr>
              <w:jc w:val="center"/>
            </w:pPr>
            <w:r>
              <w:t>−4,052</w:t>
            </w:r>
          </w:p>
        </w:tc>
        <w:tc>
          <w:tcPr>
            <w:tcW w:w="0" w:type="auto"/>
          </w:tcPr>
          <w:p w14:paraId="6148B27E" w14:textId="77777777" w:rsidR="000772B4" w:rsidRDefault="00746A89">
            <w:pPr>
              <w:jc w:val="center"/>
            </w:pPr>
            <w:r>
              <w:t>5,4</w:t>
            </w:r>
          </w:p>
        </w:tc>
        <w:tc>
          <w:tcPr>
            <w:tcW w:w="0" w:type="auto"/>
          </w:tcPr>
          <w:p w14:paraId="3CF47ECA" w14:textId="77777777" w:rsidR="000772B4" w:rsidRDefault="00746A89">
            <w:pPr>
              <w:jc w:val="center"/>
            </w:pPr>
            <w:r>
              <w:t>−5,40</w:t>
            </w:r>
          </w:p>
        </w:tc>
        <w:tc>
          <w:tcPr>
            <w:tcW w:w="0" w:type="auto"/>
          </w:tcPr>
          <w:p w14:paraId="0AB0DE42" w14:textId="77777777" w:rsidR="000772B4" w:rsidRDefault="00746A89">
            <w:pPr>
              <w:jc w:val="center"/>
            </w:pPr>
            <w:r>
              <w:t>0 / 0</w:t>
            </w:r>
          </w:p>
        </w:tc>
      </w:tr>
      <w:tr w:rsidR="000772B4" w14:paraId="5CF1D14B" w14:textId="77777777">
        <w:trPr>
          <w:cantSplit/>
          <w:jc w:val="center"/>
        </w:trPr>
        <w:tc>
          <w:tcPr>
            <w:tcW w:w="0" w:type="auto"/>
          </w:tcPr>
          <w:p w14:paraId="66E623CB" w14:textId="77777777" w:rsidR="000772B4" w:rsidRDefault="00746A89">
            <w:r>
              <w:t>УПК № 3 Спасск</w:t>
            </w:r>
          </w:p>
        </w:tc>
        <w:tc>
          <w:tcPr>
            <w:tcW w:w="0" w:type="auto"/>
          </w:tcPr>
          <w:p w14:paraId="25F81ADC" w14:textId="77777777" w:rsidR="000772B4" w:rsidRDefault="00746A89">
            <w:pPr>
              <w:jc w:val="center"/>
            </w:pPr>
            <w:r>
              <w:t>0,0</w:t>
            </w:r>
          </w:p>
        </w:tc>
        <w:tc>
          <w:tcPr>
            <w:tcW w:w="0" w:type="auto"/>
          </w:tcPr>
          <w:p w14:paraId="3A2B23EB" w14:textId="77777777" w:rsidR="000772B4" w:rsidRDefault="00746A89">
            <w:pPr>
              <w:jc w:val="center"/>
            </w:pPr>
            <w:r>
              <w:t>0,428</w:t>
            </w:r>
          </w:p>
        </w:tc>
        <w:tc>
          <w:tcPr>
            <w:tcW w:w="0" w:type="auto"/>
          </w:tcPr>
          <w:p w14:paraId="240DB87A" w14:textId="77777777" w:rsidR="000772B4" w:rsidRDefault="00746A89">
            <w:pPr>
              <w:jc w:val="center"/>
            </w:pPr>
            <w:r>
              <w:t>−0,428</w:t>
            </w:r>
          </w:p>
        </w:tc>
        <w:tc>
          <w:tcPr>
            <w:tcW w:w="0" w:type="auto"/>
          </w:tcPr>
          <w:p w14:paraId="3D6AEC73" w14:textId="77777777" w:rsidR="000772B4" w:rsidRDefault="00746A89">
            <w:pPr>
              <w:jc w:val="center"/>
            </w:pPr>
            <w:r>
              <w:t>1,1</w:t>
            </w:r>
          </w:p>
        </w:tc>
        <w:tc>
          <w:tcPr>
            <w:tcW w:w="0" w:type="auto"/>
          </w:tcPr>
          <w:p w14:paraId="49FDC03C" w14:textId="77777777" w:rsidR="000772B4" w:rsidRDefault="00746A89">
            <w:pPr>
              <w:jc w:val="center"/>
            </w:pPr>
            <w:r>
              <w:t>−1,10</w:t>
            </w:r>
          </w:p>
        </w:tc>
        <w:tc>
          <w:tcPr>
            <w:tcW w:w="0" w:type="auto"/>
          </w:tcPr>
          <w:p w14:paraId="26C48A13" w14:textId="77777777" w:rsidR="000772B4" w:rsidRDefault="00746A89">
            <w:pPr>
              <w:jc w:val="center"/>
            </w:pPr>
            <w:r>
              <w:t>0 / 0</w:t>
            </w:r>
          </w:p>
        </w:tc>
      </w:tr>
    </w:tbl>
    <w:p w14:paraId="43F714A5" w14:textId="77777777" w:rsidR="00B808F9" w:rsidRDefault="00B808F9">
      <w:pPr>
        <w:sectPr w:rsidR="00B808F9" w:rsidSect="00034616">
          <w:footerReference w:type="default" r:id="rId90"/>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78DFD514" w14:textId="77777777" w:rsidR="000772B4" w:rsidRDefault="000772B4">
      <w:pPr>
        <w:spacing w:after="40"/>
      </w:pPr>
    </w:p>
    <w:p w14:paraId="3DFE69FC" w14:textId="77777777" w:rsidR="000772B4" w:rsidRPr="00794D67" w:rsidRDefault="00746A89">
      <w:pPr>
        <w:spacing w:after="80"/>
        <w:jc w:val="both"/>
        <w:rPr>
          <w:lang w:val="ru-RU"/>
        </w:rPr>
      </w:pPr>
      <w:r w:rsidRPr="00794D67">
        <w:rPr>
          <w:lang w:val="ru-RU"/>
        </w:rPr>
        <w:t>В нормальном режиме дефицит выявлен по четырём системам: УПК № 10 «Темир-Тау» −4,052, УПК № 2 «Шалым» −2,282, УПК № 5 «Новый Шерегеш» −0,490, УПК № 3 «Спасск» −0,428 т/ч. Все четыре значения проверены по ячейкам расчётной книги, а не перенесены из текста.</w:t>
      </w:r>
    </w:p>
    <w:p w14:paraId="6434BCFD" w14:textId="77777777" w:rsidR="000772B4" w:rsidRPr="00794D67" w:rsidRDefault="00746A89">
      <w:pPr>
        <w:spacing w:after="80"/>
        <w:jc w:val="both"/>
        <w:rPr>
          <w:lang w:val="ru-RU"/>
        </w:rPr>
      </w:pPr>
      <w:r w:rsidRPr="00794D67">
        <w:rPr>
          <w:lang w:val="ru-RU"/>
        </w:rPr>
        <w:t>В аварийном режиме дефицит выявлен по пяти системам: УПК № 5 −75,40, УПК № 10 −5,40, УПК № 2 «Шалым» −4,30, УПК № 3 «Спасск» −1,10, УПК № 9 «ГРЭ» −0,60 т/ч. Аварийный слой баланса ранее в проекте не раскрывался.</w:t>
      </w:r>
    </w:p>
    <w:p w14:paraId="56432AF2" w14:textId="77777777" w:rsidR="000772B4" w:rsidRPr="00794D67" w:rsidRDefault="00746A89">
      <w:pPr>
        <w:spacing w:after="80"/>
        <w:jc w:val="both"/>
        <w:rPr>
          <w:lang w:val="ru-RU"/>
        </w:rPr>
      </w:pPr>
      <w:r w:rsidRPr="00794D67">
        <w:rPr>
          <w:lang w:val="ru-RU"/>
        </w:rPr>
        <w:t>По трём системам — УПК № 2 «Шалым», УПК № 10 «Темир-Тау» и УПК № 3 «Спасск» — заявленная производительность установки равна нулю при ненулевой требуемой. Нулевое значение подтверждённым отсутствием водоподготовки не является: по УПК № 10 «Темир-Тау» расчёты нормативов 2019 года прямо указывают натрий-катионитовые фильтры и режимную карту наладки химводоочистки. Статус исторический, на 2026 год требует подтверждения.</w:t>
      </w:r>
    </w:p>
    <w:p w14:paraId="69D37B79" w14:textId="77777777" w:rsidR="000772B4" w:rsidRPr="00794D67" w:rsidRDefault="00746A89">
      <w:pPr>
        <w:spacing w:after="80"/>
        <w:jc w:val="both"/>
        <w:rPr>
          <w:lang w:val="ru-RU"/>
        </w:rPr>
      </w:pPr>
      <w:r w:rsidRPr="00794D67">
        <w:rPr>
          <w:lang w:val="ru-RU"/>
        </w:rPr>
        <w:t xml:space="preserve">Баки-аккумуляторы имеются только по двум системам: УПК № 2 «Шалым» — 2 бака общей ёмкостью </w:t>
      </w:r>
      <w:r>
        <w:t xml:space="preserve">100 м³ и УПК № 8 «Мундыбаш» — 1 бак 190 м³. </w:t>
      </w:r>
      <w:r w:rsidRPr="00794D67">
        <w:rPr>
          <w:lang w:val="ru-RU"/>
        </w:rPr>
        <w:t>По остальным восьми системам баки отсутствуют. Новые баки настоящей главой не назначаются.</w:t>
      </w:r>
    </w:p>
    <w:p w14:paraId="7134D0EF" w14:textId="77777777" w:rsidR="000772B4" w:rsidRPr="00344E69" w:rsidRDefault="00746A89">
      <w:pPr>
        <w:pStyle w:val="21"/>
        <w:rPr>
          <w:lang w:val="ru-RU"/>
        </w:rPr>
      </w:pPr>
      <w:bookmarkStart w:id="62" w:name="_Toc238015653"/>
      <w:r w:rsidRPr="00344E69">
        <w:rPr>
          <w:lang w:val="ru-RU"/>
        </w:rPr>
        <w:t>9.6. Исторические решения 2021 и 2023 годов</w:t>
      </w:r>
      <w:bookmarkEnd w:id="62"/>
    </w:p>
    <w:p w14:paraId="124043F5" w14:textId="77777777" w:rsidR="000772B4" w:rsidRPr="00794D67" w:rsidRDefault="00746A89">
      <w:pPr>
        <w:spacing w:after="80"/>
        <w:jc w:val="both"/>
        <w:rPr>
          <w:lang w:val="ru-RU"/>
        </w:rPr>
      </w:pPr>
      <w:r w:rsidRPr="00794D67">
        <w:rPr>
          <w:lang w:val="ru-RU"/>
        </w:rPr>
        <w:t>Перевод открытых систем на закрытые не является новым для округа предметом. Решения приняты схемами теплоснабжения шести поселений и по пяти территориям содержат количественную проработку — число тепловых пунктов и стоимость.</w:t>
      </w:r>
    </w:p>
    <w:p w14:paraId="467BCD78" w14:textId="77777777" w:rsidR="000772B4" w:rsidRDefault="00746A89">
      <w:pPr>
        <w:keepNext/>
        <w:spacing w:before="160"/>
      </w:pPr>
      <w:r>
        <w:rPr>
          <w:b/>
        </w:rPr>
        <w:t>Таблица 9.8 — Исторические решения по переводу</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764"/>
        <w:gridCol w:w="1093"/>
        <w:gridCol w:w="2251"/>
        <w:gridCol w:w="1285"/>
        <w:gridCol w:w="1518"/>
        <w:gridCol w:w="1434"/>
      </w:tblGrid>
      <w:tr w:rsidR="000772B4" w14:paraId="2D181545" w14:textId="77777777">
        <w:trPr>
          <w:cantSplit/>
          <w:tblHeader/>
          <w:jc w:val="center"/>
        </w:trPr>
        <w:tc>
          <w:tcPr>
            <w:tcW w:w="0" w:type="auto"/>
            <w:shd w:val="clear" w:color="auto" w:fill="E2F0D9"/>
          </w:tcPr>
          <w:p w14:paraId="168648AB" w14:textId="77777777" w:rsidR="000772B4" w:rsidRDefault="00746A89">
            <w:pPr>
              <w:jc w:val="center"/>
            </w:pPr>
            <w:r>
              <w:rPr>
                <w:b/>
              </w:rPr>
              <w:t>Источник</w:t>
            </w:r>
          </w:p>
        </w:tc>
        <w:tc>
          <w:tcPr>
            <w:tcW w:w="0" w:type="auto"/>
            <w:shd w:val="clear" w:color="auto" w:fill="E2F0D9"/>
          </w:tcPr>
          <w:p w14:paraId="389E73F4" w14:textId="77777777" w:rsidR="000772B4" w:rsidRDefault="00746A89">
            <w:pPr>
              <w:jc w:val="center"/>
            </w:pPr>
            <w:r>
              <w:rPr>
                <w:b/>
              </w:rPr>
              <w:t>Год решения</w:t>
            </w:r>
          </w:p>
        </w:tc>
        <w:tc>
          <w:tcPr>
            <w:tcW w:w="0" w:type="auto"/>
            <w:shd w:val="clear" w:color="auto" w:fill="E2F0D9"/>
          </w:tcPr>
          <w:p w14:paraId="31D33B72" w14:textId="77777777" w:rsidR="000772B4" w:rsidRDefault="00746A89">
            <w:pPr>
              <w:jc w:val="center"/>
            </w:pPr>
            <w:r>
              <w:rPr>
                <w:b/>
              </w:rPr>
              <w:t>Техническое решение</w:t>
            </w:r>
          </w:p>
        </w:tc>
        <w:tc>
          <w:tcPr>
            <w:tcW w:w="0" w:type="auto"/>
            <w:shd w:val="clear" w:color="auto" w:fill="E2F0D9"/>
          </w:tcPr>
          <w:p w14:paraId="0F9C5C29" w14:textId="77777777" w:rsidR="000772B4" w:rsidRDefault="00746A89">
            <w:pPr>
              <w:jc w:val="center"/>
            </w:pPr>
            <w:r>
              <w:rPr>
                <w:b/>
              </w:rPr>
              <w:t>Тепловых пунктов, шт.</w:t>
            </w:r>
          </w:p>
        </w:tc>
        <w:tc>
          <w:tcPr>
            <w:tcW w:w="0" w:type="auto"/>
            <w:shd w:val="clear" w:color="auto" w:fill="E2F0D9"/>
          </w:tcPr>
          <w:p w14:paraId="7C8838E7" w14:textId="77777777" w:rsidR="000772B4" w:rsidRPr="00794D67" w:rsidRDefault="00746A89">
            <w:pPr>
              <w:jc w:val="center"/>
              <w:rPr>
                <w:lang w:val="ru-RU"/>
              </w:rPr>
            </w:pPr>
            <w:r w:rsidRPr="00794D67">
              <w:rPr>
                <w:b/>
                <w:lang w:val="ru-RU"/>
              </w:rPr>
              <w:t>Стоимость, тыс. руб. цены 2021 без НДС</w:t>
            </w:r>
          </w:p>
        </w:tc>
        <w:tc>
          <w:tcPr>
            <w:tcW w:w="0" w:type="auto"/>
            <w:shd w:val="clear" w:color="auto" w:fill="E2F0D9"/>
          </w:tcPr>
          <w:p w14:paraId="10FBF5F9" w14:textId="77777777" w:rsidR="000772B4" w:rsidRDefault="00746A89">
            <w:pPr>
              <w:jc w:val="center"/>
            </w:pPr>
            <w:r>
              <w:rPr>
                <w:b/>
              </w:rPr>
              <w:t>Исполнение</w:t>
            </w:r>
          </w:p>
        </w:tc>
      </w:tr>
      <w:tr w:rsidR="000772B4" w14:paraId="20479753" w14:textId="77777777">
        <w:trPr>
          <w:cantSplit/>
          <w:jc w:val="center"/>
        </w:trPr>
        <w:tc>
          <w:tcPr>
            <w:tcW w:w="0" w:type="auto"/>
          </w:tcPr>
          <w:p w14:paraId="0FF4BA4E" w14:textId="77777777" w:rsidR="000772B4" w:rsidRDefault="00746A89">
            <w:r>
              <w:t>УПК № 1 Таштагол</w:t>
            </w:r>
          </w:p>
        </w:tc>
        <w:tc>
          <w:tcPr>
            <w:tcW w:w="0" w:type="auto"/>
          </w:tcPr>
          <w:p w14:paraId="3A9C0BB1" w14:textId="77777777" w:rsidR="000772B4" w:rsidRDefault="00746A89">
            <w:pPr>
              <w:jc w:val="center"/>
            </w:pPr>
            <w:r>
              <w:t>2021</w:t>
            </w:r>
          </w:p>
        </w:tc>
        <w:tc>
          <w:tcPr>
            <w:tcW w:w="0" w:type="auto"/>
          </w:tcPr>
          <w:p w14:paraId="0F795879" w14:textId="77777777" w:rsidR="000772B4" w:rsidRPr="00794D67" w:rsidRDefault="00746A89">
            <w:pPr>
              <w:jc w:val="center"/>
              <w:rPr>
                <w:lang w:val="ru-RU"/>
              </w:rPr>
            </w:pPr>
            <w:r w:rsidRPr="00794D67">
              <w:rPr>
                <w:lang w:val="ru-RU"/>
              </w:rPr>
              <w:t>реконструкция и монтаж ИТП с теплообменниками</w:t>
            </w:r>
          </w:p>
        </w:tc>
        <w:tc>
          <w:tcPr>
            <w:tcW w:w="0" w:type="auto"/>
          </w:tcPr>
          <w:p w14:paraId="3D43E543" w14:textId="77777777" w:rsidR="000772B4" w:rsidRDefault="00746A89">
            <w:pPr>
              <w:jc w:val="center"/>
            </w:pPr>
            <w:r>
              <w:t>407</w:t>
            </w:r>
          </w:p>
        </w:tc>
        <w:tc>
          <w:tcPr>
            <w:tcW w:w="0" w:type="auto"/>
          </w:tcPr>
          <w:p w14:paraId="70BF03DE" w14:textId="77777777" w:rsidR="000772B4" w:rsidRDefault="00746A89">
            <w:pPr>
              <w:jc w:val="center"/>
            </w:pPr>
            <w:r>
              <w:t>143 842</w:t>
            </w:r>
          </w:p>
        </w:tc>
        <w:tc>
          <w:tcPr>
            <w:tcW w:w="0" w:type="auto"/>
          </w:tcPr>
          <w:p w14:paraId="6B045541" w14:textId="77777777" w:rsidR="000772B4" w:rsidRDefault="00746A89">
            <w:pPr>
              <w:jc w:val="center"/>
            </w:pPr>
            <w:r>
              <w:t>не выполнено</w:t>
            </w:r>
          </w:p>
        </w:tc>
      </w:tr>
      <w:tr w:rsidR="000772B4" w14:paraId="31899622" w14:textId="77777777">
        <w:trPr>
          <w:cantSplit/>
          <w:jc w:val="center"/>
        </w:trPr>
        <w:tc>
          <w:tcPr>
            <w:tcW w:w="0" w:type="auto"/>
          </w:tcPr>
          <w:p w14:paraId="7585169A" w14:textId="77777777" w:rsidR="000772B4" w:rsidRDefault="00746A89">
            <w:r>
              <w:t>УПК № 2 Шалым</w:t>
            </w:r>
          </w:p>
        </w:tc>
        <w:tc>
          <w:tcPr>
            <w:tcW w:w="0" w:type="auto"/>
          </w:tcPr>
          <w:p w14:paraId="0DC10EC7" w14:textId="77777777" w:rsidR="000772B4" w:rsidRDefault="00746A89">
            <w:pPr>
              <w:jc w:val="center"/>
            </w:pPr>
            <w:r>
              <w:t>2021</w:t>
            </w:r>
          </w:p>
        </w:tc>
        <w:tc>
          <w:tcPr>
            <w:tcW w:w="0" w:type="auto"/>
          </w:tcPr>
          <w:p w14:paraId="4260B372" w14:textId="77777777" w:rsidR="000772B4" w:rsidRPr="00794D67" w:rsidRDefault="00746A89">
            <w:pPr>
              <w:jc w:val="center"/>
              <w:rPr>
                <w:lang w:val="ru-RU"/>
              </w:rPr>
            </w:pPr>
            <w:r w:rsidRPr="00794D67">
              <w:rPr>
                <w:lang w:val="ru-RU"/>
              </w:rPr>
              <w:t>реконструкция и монтаж ИТП с теплообменниками</w:t>
            </w:r>
          </w:p>
        </w:tc>
        <w:tc>
          <w:tcPr>
            <w:tcW w:w="0" w:type="auto"/>
          </w:tcPr>
          <w:p w14:paraId="12D0FD60" w14:textId="77777777" w:rsidR="000772B4" w:rsidRDefault="00746A89">
            <w:pPr>
              <w:jc w:val="center"/>
            </w:pPr>
            <w:r>
              <w:t>90</w:t>
            </w:r>
          </w:p>
        </w:tc>
        <w:tc>
          <w:tcPr>
            <w:tcW w:w="0" w:type="auto"/>
          </w:tcPr>
          <w:p w14:paraId="769500FF" w14:textId="77777777" w:rsidR="000772B4" w:rsidRDefault="00746A89">
            <w:pPr>
              <w:jc w:val="center"/>
            </w:pPr>
            <w:r>
              <w:t>31 330</w:t>
            </w:r>
          </w:p>
        </w:tc>
        <w:tc>
          <w:tcPr>
            <w:tcW w:w="0" w:type="auto"/>
          </w:tcPr>
          <w:p w14:paraId="4D542E86" w14:textId="77777777" w:rsidR="000772B4" w:rsidRDefault="00746A89">
            <w:pPr>
              <w:jc w:val="center"/>
            </w:pPr>
            <w:r>
              <w:t>не выполнено</w:t>
            </w:r>
          </w:p>
        </w:tc>
      </w:tr>
      <w:tr w:rsidR="000772B4" w14:paraId="27BE0615" w14:textId="77777777">
        <w:trPr>
          <w:cantSplit/>
          <w:jc w:val="center"/>
        </w:trPr>
        <w:tc>
          <w:tcPr>
            <w:tcW w:w="0" w:type="auto"/>
          </w:tcPr>
          <w:p w14:paraId="06516CD3" w14:textId="77777777" w:rsidR="000772B4" w:rsidRDefault="00746A89">
            <w:r>
              <w:t>УПК № 2 ЦМК</w:t>
            </w:r>
          </w:p>
        </w:tc>
        <w:tc>
          <w:tcPr>
            <w:tcW w:w="0" w:type="auto"/>
          </w:tcPr>
          <w:p w14:paraId="7CC87F4A" w14:textId="77777777" w:rsidR="000772B4" w:rsidRDefault="00746A89">
            <w:pPr>
              <w:jc w:val="center"/>
            </w:pPr>
            <w:r>
              <w:t>2021</w:t>
            </w:r>
          </w:p>
        </w:tc>
        <w:tc>
          <w:tcPr>
            <w:tcW w:w="0" w:type="auto"/>
          </w:tcPr>
          <w:p w14:paraId="32C83345" w14:textId="77777777" w:rsidR="000772B4" w:rsidRPr="00794D67" w:rsidRDefault="00746A89">
            <w:pPr>
              <w:jc w:val="center"/>
              <w:rPr>
                <w:lang w:val="ru-RU"/>
              </w:rPr>
            </w:pPr>
            <w:r w:rsidRPr="00794D67">
              <w:rPr>
                <w:lang w:val="ru-RU"/>
              </w:rPr>
              <w:t>реконструкция и монтаж ИТП с теплообменниками</w:t>
            </w:r>
          </w:p>
        </w:tc>
        <w:tc>
          <w:tcPr>
            <w:tcW w:w="0" w:type="auto"/>
          </w:tcPr>
          <w:p w14:paraId="45639B6F" w14:textId="77777777" w:rsidR="000772B4" w:rsidRDefault="00746A89">
            <w:pPr>
              <w:jc w:val="center"/>
            </w:pPr>
            <w:r>
              <w:t>29</w:t>
            </w:r>
          </w:p>
        </w:tc>
        <w:tc>
          <w:tcPr>
            <w:tcW w:w="0" w:type="auto"/>
          </w:tcPr>
          <w:p w14:paraId="194EC219" w14:textId="77777777" w:rsidR="000772B4" w:rsidRDefault="00746A89">
            <w:pPr>
              <w:jc w:val="center"/>
            </w:pPr>
            <w:r>
              <w:t>9 955</w:t>
            </w:r>
          </w:p>
        </w:tc>
        <w:tc>
          <w:tcPr>
            <w:tcW w:w="0" w:type="auto"/>
          </w:tcPr>
          <w:p w14:paraId="7D790B93" w14:textId="77777777" w:rsidR="000772B4" w:rsidRDefault="00746A89">
            <w:pPr>
              <w:jc w:val="center"/>
            </w:pPr>
            <w:r>
              <w:t>не выполнено</w:t>
            </w:r>
          </w:p>
        </w:tc>
      </w:tr>
      <w:tr w:rsidR="000772B4" w14:paraId="53A2DE29" w14:textId="77777777">
        <w:trPr>
          <w:cantSplit/>
          <w:jc w:val="center"/>
        </w:trPr>
        <w:tc>
          <w:tcPr>
            <w:tcW w:w="0" w:type="auto"/>
          </w:tcPr>
          <w:p w14:paraId="3FFC1AE3" w14:textId="77777777" w:rsidR="000772B4" w:rsidRDefault="00746A89">
            <w:r>
              <w:t>УПК № 9 ГРЭ</w:t>
            </w:r>
          </w:p>
        </w:tc>
        <w:tc>
          <w:tcPr>
            <w:tcW w:w="0" w:type="auto"/>
          </w:tcPr>
          <w:p w14:paraId="45A04657" w14:textId="77777777" w:rsidR="000772B4" w:rsidRDefault="00746A89">
            <w:pPr>
              <w:jc w:val="center"/>
            </w:pPr>
            <w:r>
              <w:t>2021</w:t>
            </w:r>
          </w:p>
        </w:tc>
        <w:tc>
          <w:tcPr>
            <w:tcW w:w="0" w:type="auto"/>
          </w:tcPr>
          <w:p w14:paraId="30B74336" w14:textId="77777777" w:rsidR="000772B4" w:rsidRPr="00794D67" w:rsidRDefault="00746A89">
            <w:pPr>
              <w:jc w:val="center"/>
              <w:rPr>
                <w:lang w:val="ru-RU"/>
              </w:rPr>
            </w:pPr>
            <w:r w:rsidRPr="00794D67">
              <w:rPr>
                <w:lang w:val="ru-RU"/>
              </w:rPr>
              <w:t>реконструкция и монтаж ИТП с теплообменниками</w:t>
            </w:r>
          </w:p>
        </w:tc>
        <w:tc>
          <w:tcPr>
            <w:tcW w:w="0" w:type="auto"/>
          </w:tcPr>
          <w:p w14:paraId="019A2CA9" w14:textId="77777777" w:rsidR="000772B4" w:rsidRDefault="00746A89">
            <w:pPr>
              <w:jc w:val="center"/>
            </w:pPr>
            <w:r>
              <w:t>31</w:t>
            </w:r>
          </w:p>
        </w:tc>
        <w:tc>
          <w:tcPr>
            <w:tcW w:w="0" w:type="auto"/>
          </w:tcPr>
          <w:p w14:paraId="12B01229" w14:textId="77777777" w:rsidR="000772B4" w:rsidRDefault="00746A89">
            <w:pPr>
              <w:jc w:val="center"/>
            </w:pPr>
            <w:r>
              <w:t>10 574</w:t>
            </w:r>
          </w:p>
        </w:tc>
        <w:tc>
          <w:tcPr>
            <w:tcW w:w="0" w:type="auto"/>
          </w:tcPr>
          <w:p w14:paraId="07B55C4E" w14:textId="77777777" w:rsidR="000772B4" w:rsidRDefault="00746A89">
            <w:pPr>
              <w:jc w:val="center"/>
            </w:pPr>
            <w:r>
              <w:t>не выполнено</w:t>
            </w:r>
          </w:p>
        </w:tc>
      </w:tr>
      <w:tr w:rsidR="000772B4" w14:paraId="6E7322C9" w14:textId="77777777">
        <w:trPr>
          <w:cantSplit/>
          <w:jc w:val="center"/>
        </w:trPr>
        <w:tc>
          <w:tcPr>
            <w:tcW w:w="0" w:type="auto"/>
          </w:tcPr>
          <w:p w14:paraId="2A31A778" w14:textId="77777777" w:rsidR="000772B4" w:rsidRDefault="00746A89">
            <w:r>
              <w:t>УПК № 5 Новый Шерегеш</w:t>
            </w:r>
          </w:p>
        </w:tc>
        <w:tc>
          <w:tcPr>
            <w:tcW w:w="0" w:type="auto"/>
          </w:tcPr>
          <w:p w14:paraId="4DF27D36" w14:textId="77777777" w:rsidR="000772B4" w:rsidRDefault="00746A89">
            <w:pPr>
              <w:jc w:val="center"/>
            </w:pPr>
            <w:r>
              <w:t>2023</w:t>
            </w:r>
          </w:p>
        </w:tc>
        <w:tc>
          <w:tcPr>
            <w:tcW w:w="0" w:type="auto"/>
          </w:tcPr>
          <w:p w14:paraId="6ABA598E" w14:textId="77777777" w:rsidR="000772B4" w:rsidRPr="00794D67" w:rsidRDefault="00746A89">
            <w:pPr>
              <w:jc w:val="center"/>
              <w:rPr>
                <w:lang w:val="ru-RU"/>
              </w:rPr>
            </w:pPr>
            <w:r w:rsidRPr="00794D67">
              <w:rPr>
                <w:lang w:val="ru-RU"/>
              </w:rPr>
              <w:t>реконструкция и монтаж ИТП с теплообменниками</w:t>
            </w:r>
          </w:p>
        </w:tc>
        <w:tc>
          <w:tcPr>
            <w:tcW w:w="0" w:type="auto"/>
          </w:tcPr>
          <w:p w14:paraId="0A0A8DBB" w14:textId="77777777" w:rsidR="000772B4" w:rsidRDefault="00746A89">
            <w:pPr>
              <w:jc w:val="center"/>
            </w:pPr>
            <w:r>
              <w:t>241</w:t>
            </w:r>
          </w:p>
        </w:tc>
        <w:tc>
          <w:tcPr>
            <w:tcW w:w="0" w:type="auto"/>
          </w:tcPr>
          <w:p w14:paraId="51EBFD0C" w14:textId="77777777" w:rsidR="000772B4" w:rsidRDefault="00746A89">
            <w:pPr>
              <w:jc w:val="center"/>
            </w:pPr>
            <w:r>
              <w:t>83 934</w:t>
            </w:r>
          </w:p>
        </w:tc>
        <w:tc>
          <w:tcPr>
            <w:tcW w:w="0" w:type="auto"/>
          </w:tcPr>
          <w:p w14:paraId="6557A573" w14:textId="77777777" w:rsidR="000772B4" w:rsidRDefault="00746A89">
            <w:pPr>
              <w:jc w:val="center"/>
            </w:pPr>
            <w:r>
              <w:t>не выполнено</w:t>
            </w:r>
          </w:p>
        </w:tc>
      </w:tr>
      <w:tr w:rsidR="000772B4" w14:paraId="5BD59BAC" w14:textId="77777777">
        <w:trPr>
          <w:cantSplit/>
          <w:jc w:val="center"/>
        </w:trPr>
        <w:tc>
          <w:tcPr>
            <w:tcW w:w="0" w:type="auto"/>
          </w:tcPr>
          <w:p w14:paraId="520A7C71" w14:textId="77777777" w:rsidR="000772B4" w:rsidRDefault="00746A89">
            <w:r>
              <w:t>УПК № 6 Старый Шерегеш</w:t>
            </w:r>
          </w:p>
        </w:tc>
        <w:tc>
          <w:tcPr>
            <w:tcW w:w="0" w:type="auto"/>
          </w:tcPr>
          <w:p w14:paraId="7754EBF7" w14:textId="77777777" w:rsidR="000772B4" w:rsidRDefault="00746A89">
            <w:pPr>
              <w:jc w:val="center"/>
            </w:pPr>
            <w:r>
              <w:t>2023</w:t>
            </w:r>
          </w:p>
        </w:tc>
        <w:tc>
          <w:tcPr>
            <w:tcW w:w="0" w:type="auto"/>
          </w:tcPr>
          <w:p w14:paraId="0FED58AC" w14:textId="77777777" w:rsidR="000772B4" w:rsidRPr="00794D67" w:rsidRDefault="00746A89">
            <w:pPr>
              <w:jc w:val="center"/>
              <w:rPr>
                <w:lang w:val="ru-RU"/>
              </w:rPr>
            </w:pPr>
            <w:r w:rsidRPr="00794D67">
              <w:rPr>
                <w:lang w:val="ru-RU"/>
              </w:rPr>
              <w:t>реконструкция и монтаж ИТП с теплообменниками</w:t>
            </w:r>
          </w:p>
        </w:tc>
        <w:tc>
          <w:tcPr>
            <w:tcW w:w="0" w:type="auto"/>
          </w:tcPr>
          <w:p w14:paraId="1F6F6E5E" w14:textId="77777777" w:rsidR="000772B4" w:rsidRDefault="00746A89">
            <w:pPr>
              <w:jc w:val="center"/>
            </w:pPr>
            <w:r>
              <w:t>69</w:t>
            </w:r>
          </w:p>
        </w:tc>
        <w:tc>
          <w:tcPr>
            <w:tcW w:w="0" w:type="auto"/>
          </w:tcPr>
          <w:p w14:paraId="10E9C240" w14:textId="77777777" w:rsidR="000772B4" w:rsidRDefault="00746A89">
            <w:pPr>
              <w:jc w:val="center"/>
            </w:pPr>
            <w:r>
              <w:t>23 479</w:t>
            </w:r>
          </w:p>
        </w:tc>
        <w:tc>
          <w:tcPr>
            <w:tcW w:w="0" w:type="auto"/>
          </w:tcPr>
          <w:p w14:paraId="72CDCA45" w14:textId="77777777" w:rsidR="000772B4" w:rsidRDefault="00746A89">
            <w:pPr>
              <w:jc w:val="center"/>
            </w:pPr>
            <w:r>
              <w:t>не выполнено</w:t>
            </w:r>
          </w:p>
        </w:tc>
      </w:tr>
      <w:tr w:rsidR="000772B4" w14:paraId="34F4DA71" w14:textId="77777777">
        <w:trPr>
          <w:cantSplit/>
          <w:jc w:val="center"/>
        </w:trPr>
        <w:tc>
          <w:tcPr>
            <w:tcW w:w="0" w:type="auto"/>
          </w:tcPr>
          <w:p w14:paraId="2CC1F0D3" w14:textId="77777777" w:rsidR="000772B4" w:rsidRDefault="00746A89">
            <w:r>
              <w:t>УПК № 7 Каз</w:t>
            </w:r>
          </w:p>
        </w:tc>
        <w:tc>
          <w:tcPr>
            <w:tcW w:w="0" w:type="auto"/>
          </w:tcPr>
          <w:p w14:paraId="2740923D" w14:textId="77777777" w:rsidR="000772B4" w:rsidRDefault="00746A89">
            <w:pPr>
              <w:jc w:val="center"/>
            </w:pPr>
            <w:r>
              <w:t>2021</w:t>
            </w:r>
          </w:p>
        </w:tc>
        <w:tc>
          <w:tcPr>
            <w:tcW w:w="0" w:type="auto"/>
          </w:tcPr>
          <w:p w14:paraId="733701DA" w14:textId="77777777" w:rsidR="000772B4" w:rsidRPr="00794D67" w:rsidRDefault="00746A89">
            <w:pPr>
              <w:jc w:val="center"/>
              <w:rPr>
                <w:lang w:val="ru-RU"/>
              </w:rPr>
            </w:pPr>
            <w:r w:rsidRPr="00794D67">
              <w:rPr>
                <w:lang w:val="ru-RU"/>
              </w:rPr>
              <w:t>реконструкция и монтаж ИТП с теплообменниками</w:t>
            </w:r>
          </w:p>
        </w:tc>
        <w:tc>
          <w:tcPr>
            <w:tcW w:w="0" w:type="auto"/>
          </w:tcPr>
          <w:p w14:paraId="204F0447" w14:textId="77777777" w:rsidR="000772B4" w:rsidRDefault="00746A89">
            <w:pPr>
              <w:jc w:val="center"/>
            </w:pPr>
            <w:r>
              <w:t>110</w:t>
            </w:r>
          </w:p>
        </w:tc>
        <w:tc>
          <w:tcPr>
            <w:tcW w:w="0" w:type="auto"/>
          </w:tcPr>
          <w:p w14:paraId="1263E9D8" w14:textId="77777777" w:rsidR="000772B4" w:rsidRDefault="00746A89">
            <w:pPr>
              <w:jc w:val="center"/>
            </w:pPr>
            <w:r>
              <w:t>38 147</w:t>
            </w:r>
          </w:p>
        </w:tc>
        <w:tc>
          <w:tcPr>
            <w:tcW w:w="0" w:type="auto"/>
          </w:tcPr>
          <w:p w14:paraId="1E0EB2FA" w14:textId="77777777" w:rsidR="000772B4" w:rsidRDefault="00746A89">
            <w:pPr>
              <w:jc w:val="center"/>
            </w:pPr>
            <w:r>
              <w:t>не выполнено</w:t>
            </w:r>
          </w:p>
        </w:tc>
      </w:tr>
      <w:tr w:rsidR="000772B4" w14:paraId="1C8E6F69" w14:textId="77777777">
        <w:trPr>
          <w:cantSplit/>
          <w:jc w:val="center"/>
        </w:trPr>
        <w:tc>
          <w:tcPr>
            <w:tcW w:w="0" w:type="auto"/>
          </w:tcPr>
          <w:p w14:paraId="306CEEAE" w14:textId="77777777" w:rsidR="000772B4" w:rsidRDefault="00746A89">
            <w:r>
              <w:t>УПК № 8 Мундыбаш</w:t>
            </w:r>
          </w:p>
        </w:tc>
        <w:tc>
          <w:tcPr>
            <w:tcW w:w="0" w:type="auto"/>
          </w:tcPr>
          <w:p w14:paraId="5E0D4394" w14:textId="77777777" w:rsidR="000772B4" w:rsidRDefault="00746A89">
            <w:pPr>
              <w:jc w:val="center"/>
            </w:pPr>
            <w:r>
              <w:t>2021</w:t>
            </w:r>
          </w:p>
        </w:tc>
        <w:tc>
          <w:tcPr>
            <w:tcW w:w="0" w:type="auto"/>
          </w:tcPr>
          <w:p w14:paraId="3DE671B6" w14:textId="77777777" w:rsidR="000772B4" w:rsidRPr="00794D67" w:rsidRDefault="00746A89">
            <w:pPr>
              <w:jc w:val="center"/>
              <w:rPr>
                <w:lang w:val="ru-RU"/>
              </w:rPr>
            </w:pPr>
            <w:r w:rsidRPr="00794D67">
              <w:rPr>
                <w:lang w:val="ru-RU"/>
              </w:rPr>
              <w:t>реконструкция и монтаж ИТП с теплообменниками</w:t>
            </w:r>
          </w:p>
        </w:tc>
        <w:tc>
          <w:tcPr>
            <w:tcW w:w="0" w:type="auto"/>
          </w:tcPr>
          <w:p w14:paraId="4CA53100" w14:textId="77777777" w:rsidR="000772B4" w:rsidRDefault="00746A89">
            <w:pPr>
              <w:jc w:val="center"/>
            </w:pPr>
            <w:r>
              <w:t>73</w:t>
            </w:r>
          </w:p>
        </w:tc>
        <w:tc>
          <w:tcPr>
            <w:tcW w:w="0" w:type="auto"/>
          </w:tcPr>
          <w:p w14:paraId="7855BDB0" w14:textId="77777777" w:rsidR="000772B4" w:rsidRDefault="00746A89">
            <w:pPr>
              <w:jc w:val="center"/>
            </w:pPr>
            <w:r>
              <w:t>25 103</w:t>
            </w:r>
          </w:p>
        </w:tc>
        <w:tc>
          <w:tcPr>
            <w:tcW w:w="0" w:type="auto"/>
          </w:tcPr>
          <w:p w14:paraId="0C5B1056" w14:textId="77777777" w:rsidR="000772B4" w:rsidRDefault="00746A89">
            <w:pPr>
              <w:jc w:val="center"/>
            </w:pPr>
            <w:r>
              <w:t>не выполнено</w:t>
            </w:r>
          </w:p>
        </w:tc>
      </w:tr>
      <w:tr w:rsidR="000772B4" w14:paraId="68B22778" w14:textId="77777777">
        <w:trPr>
          <w:cantSplit/>
          <w:jc w:val="center"/>
        </w:trPr>
        <w:tc>
          <w:tcPr>
            <w:tcW w:w="0" w:type="auto"/>
          </w:tcPr>
          <w:p w14:paraId="1F54E384" w14:textId="77777777" w:rsidR="000772B4" w:rsidRDefault="00746A89">
            <w:r>
              <w:t>УПК № 10 Темир-Тау</w:t>
            </w:r>
          </w:p>
        </w:tc>
        <w:tc>
          <w:tcPr>
            <w:tcW w:w="0" w:type="auto"/>
          </w:tcPr>
          <w:p w14:paraId="16A906AA" w14:textId="77777777" w:rsidR="000772B4" w:rsidRDefault="00746A89">
            <w:pPr>
              <w:jc w:val="center"/>
            </w:pPr>
            <w:r>
              <w:t>2021</w:t>
            </w:r>
          </w:p>
        </w:tc>
        <w:tc>
          <w:tcPr>
            <w:tcW w:w="0" w:type="auto"/>
          </w:tcPr>
          <w:p w14:paraId="6D7154B6" w14:textId="77777777" w:rsidR="000772B4" w:rsidRPr="00794D67" w:rsidRDefault="00746A89">
            <w:pPr>
              <w:jc w:val="center"/>
              <w:rPr>
                <w:lang w:val="ru-RU"/>
              </w:rPr>
            </w:pPr>
            <w:r w:rsidRPr="00794D67">
              <w:rPr>
                <w:lang w:val="ru-RU"/>
              </w:rPr>
              <w:t>реконструкция и монтаж ИТП с теплообменниками</w:t>
            </w:r>
          </w:p>
        </w:tc>
        <w:tc>
          <w:tcPr>
            <w:tcW w:w="0" w:type="auto"/>
          </w:tcPr>
          <w:p w14:paraId="2FCBC9B9" w14:textId="77777777" w:rsidR="000772B4" w:rsidRDefault="00746A89">
            <w:pPr>
              <w:jc w:val="center"/>
            </w:pPr>
            <w:r>
              <w:t>119</w:t>
            </w:r>
          </w:p>
        </w:tc>
        <w:tc>
          <w:tcPr>
            <w:tcW w:w="0" w:type="auto"/>
          </w:tcPr>
          <w:p w14:paraId="38067E92" w14:textId="77777777" w:rsidR="000772B4" w:rsidRDefault="00746A89">
            <w:pPr>
              <w:jc w:val="center"/>
            </w:pPr>
            <w:r>
              <w:t>40 577</w:t>
            </w:r>
          </w:p>
        </w:tc>
        <w:tc>
          <w:tcPr>
            <w:tcW w:w="0" w:type="auto"/>
          </w:tcPr>
          <w:p w14:paraId="6C328200" w14:textId="77777777" w:rsidR="000772B4" w:rsidRDefault="00746A89">
            <w:pPr>
              <w:jc w:val="center"/>
            </w:pPr>
            <w:r>
              <w:t>не выполнено</w:t>
            </w:r>
          </w:p>
        </w:tc>
      </w:tr>
      <w:tr w:rsidR="000772B4" w14:paraId="0C4AE10E" w14:textId="77777777">
        <w:trPr>
          <w:cantSplit/>
          <w:jc w:val="center"/>
        </w:trPr>
        <w:tc>
          <w:tcPr>
            <w:tcW w:w="0" w:type="auto"/>
          </w:tcPr>
          <w:p w14:paraId="15A10EF9" w14:textId="77777777" w:rsidR="000772B4" w:rsidRDefault="00746A89">
            <w:r>
              <w:t>УПК № 3 Спасск</w:t>
            </w:r>
          </w:p>
        </w:tc>
        <w:tc>
          <w:tcPr>
            <w:tcW w:w="0" w:type="auto"/>
          </w:tcPr>
          <w:p w14:paraId="5EC81AE8" w14:textId="77777777" w:rsidR="000772B4" w:rsidRDefault="00746A89">
            <w:pPr>
              <w:jc w:val="center"/>
            </w:pPr>
            <w:r>
              <w:t>2021</w:t>
            </w:r>
          </w:p>
        </w:tc>
        <w:tc>
          <w:tcPr>
            <w:tcW w:w="0" w:type="auto"/>
          </w:tcPr>
          <w:p w14:paraId="3DBD15D1" w14:textId="77777777" w:rsidR="000772B4" w:rsidRPr="00794D67" w:rsidRDefault="00746A89">
            <w:pPr>
              <w:jc w:val="center"/>
              <w:rPr>
                <w:lang w:val="ru-RU"/>
              </w:rPr>
            </w:pPr>
            <w:r w:rsidRPr="00794D67">
              <w:rPr>
                <w:lang w:val="ru-RU"/>
              </w:rPr>
              <w:t>реконструкция и монтаж ИТП с теплообменниками</w:t>
            </w:r>
          </w:p>
        </w:tc>
        <w:tc>
          <w:tcPr>
            <w:tcW w:w="0" w:type="auto"/>
          </w:tcPr>
          <w:p w14:paraId="19FABD1C" w14:textId="77777777" w:rsidR="000772B4" w:rsidRDefault="00746A89">
            <w:pPr>
              <w:jc w:val="center"/>
            </w:pPr>
            <w:r>
              <w:t>не раскрыто</w:t>
            </w:r>
          </w:p>
        </w:tc>
        <w:tc>
          <w:tcPr>
            <w:tcW w:w="0" w:type="auto"/>
          </w:tcPr>
          <w:p w14:paraId="433587E7" w14:textId="77777777" w:rsidR="000772B4" w:rsidRDefault="00746A89">
            <w:pPr>
              <w:jc w:val="center"/>
            </w:pPr>
            <w:r>
              <w:t>27 500</w:t>
            </w:r>
          </w:p>
        </w:tc>
        <w:tc>
          <w:tcPr>
            <w:tcW w:w="0" w:type="auto"/>
          </w:tcPr>
          <w:p w14:paraId="77AB939D" w14:textId="77777777" w:rsidR="000772B4" w:rsidRDefault="00746A89">
            <w:pPr>
              <w:jc w:val="center"/>
            </w:pPr>
            <w:r>
              <w:t>не выполнено</w:t>
            </w:r>
          </w:p>
        </w:tc>
      </w:tr>
      <w:tr w:rsidR="000772B4" w14:paraId="30FB2331" w14:textId="77777777">
        <w:trPr>
          <w:cantSplit/>
          <w:jc w:val="center"/>
        </w:trPr>
        <w:tc>
          <w:tcPr>
            <w:tcW w:w="0" w:type="auto"/>
            <w:shd w:val="clear" w:color="auto" w:fill="DBE5F1"/>
          </w:tcPr>
          <w:p w14:paraId="2FA882AB" w14:textId="77777777" w:rsidR="000772B4" w:rsidRDefault="00746A89">
            <w:r>
              <w:rPr>
                <w:b/>
              </w:rPr>
              <w:t>Итого по действующим источникам</w:t>
            </w:r>
          </w:p>
        </w:tc>
        <w:tc>
          <w:tcPr>
            <w:tcW w:w="0" w:type="auto"/>
            <w:shd w:val="clear" w:color="auto" w:fill="DBE5F1"/>
          </w:tcPr>
          <w:p w14:paraId="6EA9B6E1" w14:textId="77777777" w:rsidR="000772B4" w:rsidRDefault="00746A89">
            <w:pPr>
              <w:jc w:val="center"/>
            </w:pPr>
            <w:r>
              <w:rPr>
                <w:b/>
              </w:rPr>
              <w:t>—</w:t>
            </w:r>
          </w:p>
        </w:tc>
        <w:tc>
          <w:tcPr>
            <w:tcW w:w="0" w:type="auto"/>
            <w:shd w:val="clear" w:color="auto" w:fill="DBE5F1"/>
          </w:tcPr>
          <w:p w14:paraId="7FD9D0FE" w14:textId="77777777" w:rsidR="000772B4" w:rsidRDefault="00746A89">
            <w:pPr>
              <w:jc w:val="center"/>
            </w:pPr>
            <w:r>
              <w:rPr>
                <w:b/>
              </w:rPr>
              <w:t>—</w:t>
            </w:r>
          </w:p>
        </w:tc>
        <w:tc>
          <w:tcPr>
            <w:tcW w:w="0" w:type="auto"/>
            <w:shd w:val="clear" w:color="auto" w:fill="DBE5F1"/>
          </w:tcPr>
          <w:p w14:paraId="623398D5" w14:textId="77777777" w:rsidR="000772B4" w:rsidRDefault="00746A89">
            <w:pPr>
              <w:jc w:val="center"/>
            </w:pPr>
            <w:r>
              <w:rPr>
                <w:b/>
              </w:rPr>
              <w:t>1169 и Спасск</w:t>
            </w:r>
          </w:p>
        </w:tc>
        <w:tc>
          <w:tcPr>
            <w:tcW w:w="0" w:type="auto"/>
            <w:shd w:val="clear" w:color="auto" w:fill="DBE5F1"/>
          </w:tcPr>
          <w:p w14:paraId="707B0741" w14:textId="77777777" w:rsidR="000772B4" w:rsidRDefault="00746A89">
            <w:pPr>
              <w:jc w:val="center"/>
            </w:pPr>
            <w:r>
              <w:rPr>
                <w:b/>
              </w:rPr>
              <w:t>434 441</w:t>
            </w:r>
          </w:p>
        </w:tc>
        <w:tc>
          <w:tcPr>
            <w:tcW w:w="0" w:type="auto"/>
            <w:shd w:val="clear" w:color="auto" w:fill="DBE5F1"/>
          </w:tcPr>
          <w:p w14:paraId="3AD24DB0" w14:textId="77777777" w:rsidR="000772B4" w:rsidRDefault="00746A89">
            <w:pPr>
              <w:jc w:val="center"/>
            </w:pPr>
            <w:r>
              <w:rPr>
                <w:b/>
              </w:rPr>
              <w:t>—</w:t>
            </w:r>
          </w:p>
        </w:tc>
      </w:tr>
    </w:tbl>
    <w:p w14:paraId="2D81E8DE" w14:textId="77777777" w:rsidR="000772B4" w:rsidRDefault="000772B4">
      <w:pPr>
        <w:spacing w:after="40"/>
      </w:pPr>
    </w:p>
    <w:p w14:paraId="6BCF4CDC" w14:textId="77777777" w:rsidR="000772B4" w:rsidRPr="00794D67" w:rsidRDefault="00746A89">
      <w:pPr>
        <w:spacing w:after="80"/>
        <w:jc w:val="both"/>
        <w:rPr>
          <w:lang w:val="ru-RU"/>
        </w:rPr>
      </w:pPr>
      <w:r w:rsidRPr="00794D67">
        <w:rPr>
          <w:lang w:val="ru-RU"/>
        </w:rPr>
        <w:t xml:space="preserve">Наиболее свежее решение — постановление администрации Шерегешского городского поселения № 49-п от 02.06.2023 об актуализации схемы на 2024 год: 241 тепловой пункт по УПК № 5 и 69 по УПК № 6 общей стоимостью </w:t>
      </w:r>
      <w:r>
        <w:t xml:space="preserve">107 413 тыс. руб. </w:t>
      </w:r>
      <w:r w:rsidRPr="00794D67">
        <w:rPr>
          <w:lang w:val="ru-RU"/>
        </w:rPr>
        <w:t>Все остальные решения относятся к актуализации на 2022 год редакции 2021 года.</w:t>
      </w:r>
    </w:p>
    <w:p w14:paraId="0AC48751" w14:textId="77777777" w:rsidR="000772B4" w:rsidRDefault="00746A89">
      <w:pPr>
        <w:spacing w:after="80"/>
        <w:jc w:val="both"/>
      </w:pPr>
      <w:r w:rsidRPr="00794D67">
        <w:rPr>
          <w:lang w:val="ru-RU"/>
        </w:rPr>
        <w:t xml:space="preserve">Из состава исключены два решения по выведенным источникам: УПК № 4 «Калинина» — 3 тепловых пункта и 1 038 тыс. руб., УПК № 12 «Школьная» — 4 тепловых пункта и 1 360 тыс. руб. </w:t>
      </w:r>
      <w:r>
        <w:t>Статус этих решений — SUPERSEDED.</w:t>
      </w:r>
    </w:p>
    <w:p w14:paraId="3087D76A" w14:textId="77777777" w:rsidR="000772B4" w:rsidRPr="00794D67" w:rsidRDefault="00746A89">
      <w:pPr>
        <w:spacing w:after="80"/>
        <w:jc w:val="both"/>
        <w:rPr>
          <w:lang w:val="ru-RU"/>
        </w:rPr>
      </w:pPr>
      <w:r w:rsidRPr="00794D67">
        <w:rPr>
          <w:lang w:val="ru-RU"/>
        </w:rPr>
        <w:t>Полная глава по переводу открытых систем имеется только по двум территориям — Казу и Темиртау. По Таштаголу, Шерегешу и Мундыбашу количественные данные извлечены из утверждаемых частей, по Спасску — из главы 5 «Мастер-план». Глава по переводу открытых систем по Спасску в корпусе отсутствует.</w:t>
      </w:r>
    </w:p>
    <w:p w14:paraId="665FBEB2" w14:textId="77777777" w:rsidR="000772B4" w:rsidRPr="00794D67" w:rsidRDefault="00746A89">
      <w:pPr>
        <w:spacing w:after="80"/>
        <w:jc w:val="both"/>
        <w:rPr>
          <w:lang w:val="ru-RU"/>
        </w:rPr>
      </w:pPr>
      <w:r w:rsidRPr="00794D67">
        <w:rPr>
          <w:lang w:val="ru-RU"/>
        </w:rPr>
        <w:t>В таблицах исторических глав Каза и Темиртау обнаружен дефект оформления источника: подписи таблиц называют иное муниципальное образование, тогда как строки таблиц и сводные таблицы инвестиций относятся к правильным источникам округа. Данные приняты по строкам таблиц; подписи признаны технической ошибкой исходных документов. Данные иных муниципальных образований не переносились.</w:t>
      </w:r>
    </w:p>
    <w:p w14:paraId="02238D8E" w14:textId="77777777" w:rsidR="000772B4" w:rsidRPr="00344E69" w:rsidRDefault="00746A89">
      <w:pPr>
        <w:pStyle w:val="31"/>
        <w:rPr>
          <w:sz w:val="28"/>
          <w:szCs w:val="28"/>
          <w:lang w:val="ru-RU"/>
        </w:rPr>
      </w:pPr>
      <w:r w:rsidRPr="00344E69">
        <w:rPr>
          <w:sz w:val="28"/>
          <w:szCs w:val="28"/>
          <w:lang w:val="ru-RU"/>
        </w:rPr>
        <w:t>9.6.1. Результат реализации 2021–2026 годов</w:t>
      </w:r>
    </w:p>
    <w:p w14:paraId="28FA40BA" w14:textId="77777777" w:rsidR="000772B4" w:rsidRPr="00794D67" w:rsidRDefault="00746A89">
      <w:pPr>
        <w:spacing w:after="80"/>
        <w:jc w:val="both"/>
        <w:rPr>
          <w:lang w:val="ru-RU"/>
        </w:rPr>
      </w:pPr>
      <w:r w:rsidRPr="00794D67">
        <w:rPr>
          <w:lang w:val="ru-RU"/>
        </w:rPr>
        <w:t>Ни одно из решений не реализовано. Доказательство прямое и не требует дополнительного запроса: если бы перевод состоялся, строка отпуска теплоносителя на нужды горячего водоснабжения в балансе 2026 года была бы нулевой. Она ненулевая по всем девяти раскрытым системам и в сумме составляет 782</w:t>
      </w:r>
      <w:r>
        <w:t> </w:t>
      </w:r>
      <w:r w:rsidRPr="00794D67">
        <w:rPr>
          <w:lang w:val="ru-RU"/>
        </w:rPr>
        <w:t>784 т/год.</w:t>
      </w:r>
    </w:p>
    <w:p w14:paraId="2391E5A2" w14:textId="77777777" w:rsidR="000772B4" w:rsidRPr="00794D67" w:rsidRDefault="00746A89">
      <w:pPr>
        <w:spacing w:after="80"/>
        <w:jc w:val="both"/>
        <w:rPr>
          <w:lang w:val="ru-RU"/>
        </w:rPr>
      </w:pPr>
      <w:r w:rsidRPr="00794D67">
        <w:rPr>
          <w:lang w:val="ru-RU"/>
        </w:rPr>
        <w:t>Установленный законом срок — 1 января 2022 года — истёк, решения схем поселений приняты, финансирование не обеспечено, работы не выполнены. Это положение является исходным для настоящей схемы.</w:t>
      </w:r>
    </w:p>
    <w:p w14:paraId="2F233BF6" w14:textId="77777777" w:rsidR="000772B4" w:rsidRPr="00344E69" w:rsidRDefault="00746A89">
      <w:pPr>
        <w:pStyle w:val="31"/>
        <w:rPr>
          <w:sz w:val="28"/>
          <w:szCs w:val="28"/>
          <w:lang w:val="ru-RU"/>
        </w:rPr>
      </w:pPr>
      <w:r w:rsidRPr="00344E69">
        <w:rPr>
          <w:sz w:val="28"/>
          <w:szCs w:val="28"/>
          <w:lang w:val="ru-RU"/>
        </w:rPr>
        <w:t>9.6.2. Техническое содержание исторического решения</w:t>
      </w:r>
    </w:p>
    <w:p w14:paraId="75C02A79" w14:textId="77777777" w:rsidR="000772B4" w:rsidRPr="00794D67" w:rsidRDefault="00746A89">
      <w:pPr>
        <w:spacing w:after="80"/>
        <w:jc w:val="both"/>
        <w:rPr>
          <w:lang w:val="ru-RU"/>
        </w:rPr>
      </w:pPr>
      <w:r w:rsidRPr="00794D67">
        <w:rPr>
          <w:lang w:val="ru-RU"/>
        </w:rPr>
        <w:t>Историческое решение содержит проработку, пригодную к переиспользованию, и три вывода, которые настоящая глава принимает как исходные и подлежащие подтверждению на 2026 год.</w:t>
      </w:r>
    </w:p>
    <w:p w14:paraId="682A698D" w14:textId="77777777" w:rsidR="000772B4" w:rsidRDefault="00746A89">
      <w:pPr>
        <w:keepNext/>
        <w:spacing w:before="160"/>
      </w:pPr>
      <w:r>
        <w:rPr>
          <w:b/>
        </w:rPr>
        <w:t>Таблица 9.9 — Положения исторического решения</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071"/>
        <w:gridCol w:w="4880"/>
        <w:gridCol w:w="2394"/>
      </w:tblGrid>
      <w:tr w:rsidR="000772B4" w14:paraId="0B657605" w14:textId="77777777">
        <w:trPr>
          <w:cantSplit/>
          <w:tblHeader/>
          <w:jc w:val="center"/>
        </w:trPr>
        <w:tc>
          <w:tcPr>
            <w:tcW w:w="0" w:type="auto"/>
            <w:shd w:val="clear" w:color="auto" w:fill="E2F0D9"/>
          </w:tcPr>
          <w:p w14:paraId="3E204155" w14:textId="77777777" w:rsidR="000772B4" w:rsidRDefault="00746A89">
            <w:pPr>
              <w:jc w:val="center"/>
            </w:pPr>
            <w:r>
              <w:rPr>
                <w:b/>
              </w:rPr>
              <w:t>Положение</w:t>
            </w:r>
          </w:p>
        </w:tc>
        <w:tc>
          <w:tcPr>
            <w:tcW w:w="0" w:type="auto"/>
            <w:shd w:val="clear" w:color="auto" w:fill="E2F0D9"/>
          </w:tcPr>
          <w:p w14:paraId="76771E10" w14:textId="77777777" w:rsidR="000772B4" w:rsidRDefault="00746A89">
            <w:pPr>
              <w:jc w:val="center"/>
            </w:pPr>
            <w:r>
              <w:rPr>
                <w:b/>
              </w:rPr>
              <w:t>Содержание</w:t>
            </w:r>
          </w:p>
        </w:tc>
        <w:tc>
          <w:tcPr>
            <w:tcW w:w="0" w:type="auto"/>
            <w:shd w:val="clear" w:color="auto" w:fill="E2F0D9"/>
          </w:tcPr>
          <w:p w14:paraId="52C930E4" w14:textId="77777777" w:rsidR="000772B4" w:rsidRDefault="00746A89">
            <w:pPr>
              <w:jc w:val="center"/>
            </w:pPr>
            <w:r>
              <w:rPr>
                <w:b/>
              </w:rPr>
              <w:t>Статус на 2026 год</w:t>
            </w:r>
          </w:p>
        </w:tc>
      </w:tr>
      <w:tr w:rsidR="000772B4" w14:paraId="2A487FF2" w14:textId="77777777">
        <w:trPr>
          <w:cantSplit/>
          <w:jc w:val="center"/>
        </w:trPr>
        <w:tc>
          <w:tcPr>
            <w:tcW w:w="0" w:type="auto"/>
          </w:tcPr>
          <w:p w14:paraId="4E6D5377" w14:textId="77777777" w:rsidR="000772B4" w:rsidRDefault="00746A89">
            <w:r>
              <w:t>Способ перевода</w:t>
            </w:r>
          </w:p>
        </w:tc>
        <w:tc>
          <w:tcPr>
            <w:tcW w:w="0" w:type="auto"/>
          </w:tcPr>
          <w:p w14:paraId="5327D82B" w14:textId="77777777" w:rsidR="000772B4" w:rsidRPr="00794D67" w:rsidRDefault="00746A89">
            <w:pPr>
              <w:jc w:val="center"/>
              <w:rPr>
                <w:lang w:val="ru-RU"/>
              </w:rPr>
            </w:pPr>
            <w:r w:rsidRPr="00794D67">
              <w:rPr>
                <w:lang w:val="ru-RU"/>
              </w:rPr>
              <w:t>реконструкция индивидуальных тепловых пунктов потребителей с установкой теплообменников на нужды горячего водоснабжения при сохранении существующих схем присоединения отопления и вентиляции</w:t>
            </w:r>
          </w:p>
        </w:tc>
        <w:tc>
          <w:tcPr>
            <w:tcW w:w="0" w:type="auto"/>
          </w:tcPr>
          <w:p w14:paraId="3A9CBE97" w14:textId="77777777" w:rsidR="000772B4" w:rsidRDefault="00746A89">
            <w:pPr>
              <w:jc w:val="center"/>
            </w:pPr>
            <w:r>
              <w:t>принимается как базовый</w:t>
            </w:r>
          </w:p>
        </w:tc>
      </w:tr>
      <w:tr w:rsidR="000772B4" w14:paraId="2E449454" w14:textId="77777777">
        <w:trPr>
          <w:cantSplit/>
          <w:jc w:val="center"/>
        </w:trPr>
        <w:tc>
          <w:tcPr>
            <w:tcW w:w="0" w:type="auto"/>
          </w:tcPr>
          <w:p w14:paraId="3A613FA1" w14:textId="77777777" w:rsidR="000772B4" w:rsidRDefault="00746A89">
            <w:r>
              <w:t>Схемы присоединения подогревателей</w:t>
            </w:r>
          </w:p>
        </w:tc>
        <w:tc>
          <w:tcPr>
            <w:tcW w:w="0" w:type="auto"/>
          </w:tcPr>
          <w:p w14:paraId="3FD2DFBA" w14:textId="77777777" w:rsidR="000772B4" w:rsidRPr="00794D67" w:rsidRDefault="00746A89">
            <w:pPr>
              <w:jc w:val="center"/>
              <w:rPr>
                <w:lang w:val="ru-RU"/>
              </w:rPr>
            </w:pPr>
            <w:r w:rsidRPr="00794D67">
              <w:rPr>
                <w:lang w:val="ru-RU"/>
              </w:rPr>
              <w:t>одноступенчатая параллельная и двухступенчатая смешанная; выбор — на последующих стадиях проектирования</w:t>
            </w:r>
          </w:p>
        </w:tc>
        <w:tc>
          <w:tcPr>
            <w:tcW w:w="0" w:type="auto"/>
          </w:tcPr>
          <w:p w14:paraId="17DDAD0D" w14:textId="77777777" w:rsidR="000772B4" w:rsidRDefault="00746A89">
            <w:pPr>
              <w:jc w:val="center"/>
            </w:pPr>
            <w:r>
              <w:t>подтверждается; проектных решений нет</w:t>
            </w:r>
          </w:p>
        </w:tc>
      </w:tr>
      <w:tr w:rsidR="000772B4" w14:paraId="0A7AEA65" w14:textId="77777777">
        <w:trPr>
          <w:cantSplit/>
          <w:jc w:val="center"/>
        </w:trPr>
        <w:tc>
          <w:tcPr>
            <w:tcW w:w="0" w:type="auto"/>
          </w:tcPr>
          <w:p w14:paraId="17FB34BB" w14:textId="77777777" w:rsidR="000772B4" w:rsidRDefault="00746A89">
            <w:r>
              <w:t>Регулирование отпуска</w:t>
            </w:r>
          </w:p>
        </w:tc>
        <w:tc>
          <w:tcPr>
            <w:tcW w:w="0" w:type="auto"/>
          </w:tcPr>
          <w:p w14:paraId="1B22B816" w14:textId="77777777" w:rsidR="000772B4" w:rsidRPr="00794D67" w:rsidRDefault="00746A89">
            <w:pPr>
              <w:jc w:val="center"/>
              <w:rPr>
                <w:lang w:val="ru-RU"/>
              </w:rPr>
            </w:pPr>
            <w:r w:rsidRPr="00794D67">
              <w:rPr>
                <w:lang w:val="ru-RU"/>
              </w:rPr>
              <w:t xml:space="preserve">центральное качественное по отопительному графику со спрямлением для нужд горячего водоснабжения при </w:t>
            </w:r>
            <w:r>
              <w:t>α</w:t>
            </w:r>
            <w:r w:rsidRPr="00794D67">
              <w:rPr>
                <w:lang w:val="ru-RU"/>
              </w:rPr>
              <w:t xml:space="preserve"> = </w:t>
            </w:r>
            <w:r>
              <w:t>Q</w:t>
            </w:r>
            <w:r w:rsidRPr="00794D67">
              <w:rPr>
                <w:lang w:val="ru-RU"/>
              </w:rPr>
              <w:t>гвс/</w:t>
            </w:r>
            <w:r>
              <w:t>Q</w:t>
            </w:r>
            <w:r w:rsidRPr="00794D67">
              <w:rPr>
                <w:lang w:val="ru-RU"/>
              </w:rPr>
              <w:t>от ≤ 0,1</w:t>
            </w:r>
          </w:p>
        </w:tc>
        <w:tc>
          <w:tcPr>
            <w:tcW w:w="0" w:type="auto"/>
          </w:tcPr>
          <w:p w14:paraId="1DFCE8C7" w14:textId="77777777" w:rsidR="000772B4" w:rsidRDefault="00746A89">
            <w:pPr>
              <w:jc w:val="center"/>
            </w:pPr>
            <w:r>
              <w:t>проверено расчётом, см. подраздел 9.8</w:t>
            </w:r>
          </w:p>
        </w:tc>
      </w:tr>
      <w:tr w:rsidR="000772B4" w:rsidRPr="00C07C05" w14:paraId="0E81EE7D" w14:textId="77777777">
        <w:trPr>
          <w:cantSplit/>
          <w:jc w:val="center"/>
        </w:trPr>
        <w:tc>
          <w:tcPr>
            <w:tcW w:w="0" w:type="auto"/>
          </w:tcPr>
          <w:p w14:paraId="287EDED6" w14:textId="77777777" w:rsidR="000772B4" w:rsidRDefault="00746A89">
            <w:r>
              <w:t>Реконструкция сетей</w:t>
            </w:r>
          </w:p>
        </w:tc>
        <w:tc>
          <w:tcPr>
            <w:tcW w:w="0" w:type="auto"/>
          </w:tcPr>
          <w:p w14:paraId="26378FC9" w14:textId="77777777" w:rsidR="000772B4" w:rsidRPr="00794D67" w:rsidRDefault="00746A89">
            <w:pPr>
              <w:jc w:val="center"/>
              <w:rPr>
                <w:lang w:val="ru-RU"/>
              </w:rPr>
            </w:pPr>
            <w:r w:rsidRPr="00794D67">
              <w:rPr>
                <w:lang w:val="ru-RU"/>
              </w:rPr>
              <w:t>увеличение диаметров трубопроводов не требуется по результатам гидравлического расчёта существующих сетей</w:t>
            </w:r>
          </w:p>
        </w:tc>
        <w:tc>
          <w:tcPr>
            <w:tcW w:w="0" w:type="auto"/>
          </w:tcPr>
          <w:p w14:paraId="3C93D5E8" w14:textId="77777777" w:rsidR="000772B4" w:rsidRPr="00794D67" w:rsidRDefault="00746A89">
            <w:pPr>
              <w:jc w:val="center"/>
              <w:rPr>
                <w:lang w:val="ru-RU"/>
              </w:rPr>
            </w:pPr>
            <w:r w:rsidRPr="00794D67">
              <w:rPr>
                <w:lang w:val="ru-RU"/>
              </w:rPr>
              <w:t>подлежит проверке гидравлическим расчётом на 2026 год</w:t>
            </w:r>
          </w:p>
        </w:tc>
      </w:tr>
      <w:tr w:rsidR="000772B4" w:rsidRPr="00C07C05" w14:paraId="62004C16" w14:textId="77777777">
        <w:trPr>
          <w:cantSplit/>
          <w:jc w:val="center"/>
        </w:trPr>
        <w:tc>
          <w:tcPr>
            <w:tcW w:w="0" w:type="auto"/>
          </w:tcPr>
          <w:p w14:paraId="29A6F6A5" w14:textId="77777777" w:rsidR="000772B4" w:rsidRDefault="00746A89">
            <w:r>
              <w:t>Эффект на водоподготовку</w:t>
            </w:r>
          </w:p>
        </w:tc>
        <w:tc>
          <w:tcPr>
            <w:tcW w:w="0" w:type="auto"/>
          </w:tcPr>
          <w:p w14:paraId="0550EB7E" w14:textId="77777777" w:rsidR="000772B4" w:rsidRPr="00794D67" w:rsidRDefault="00746A89">
            <w:pPr>
              <w:jc w:val="center"/>
              <w:rPr>
                <w:lang w:val="ru-RU"/>
              </w:rPr>
            </w:pPr>
            <w:r w:rsidRPr="00794D67">
              <w:rPr>
                <w:lang w:val="ru-RU"/>
              </w:rPr>
              <w:t>снижение объёмов химводоподготовки; количественная оценка снижения затрат сочтена невозможной</w:t>
            </w:r>
          </w:p>
        </w:tc>
        <w:tc>
          <w:tcPr>
            <w:tcW w:w="0" w:type="auto"/>
          </w:tcPr>
          <w:p w14:paraId="0C66E232" w14:textId="77777777" w:rsidR="000772B4" w:rsidRPr="00794D67" w:rsidRDefault="00746A89">
            <w:pPr>
              <w:jc w:val="center"/>
              <w:rPr>
                <w:lang w:val="ru-RU"/>
              </w:rPr>
            </w:pPr>
            <w:r w:rsidRPr="00794D67">
              <w:rPr>
                <w:lang w:val="ru-RU"/>
              </w:rPr>
              <w:t>водный эффект рассчитан, см. подраздел 9.7</w:t>
            </w:r>
          </w:p>
        </w:tc>
      </w:tr>
      <w:tr w:rsidR="000772B4" w14:paraId="0F4617CE" w14:textId="77777777">
        <w:trPr>
          <w:cantSplit/>
          <w:jc w:val="center"/>
        </w:trPr>
        <w:tc>
          <w:tcPr>
            <w:tcW w:w="0" w:type="auto"/>
          </w:tcPr>
          <w:p w14:paraId="4073E379" w14:textId="77777777" w:rsidR="000772B4" w:rsidRDefault="00746A89">
            <w:r>
              <w:t>Источники инвестиций</w:t>
            </w:r>
          </w:p>
        </w:tc>
        <w:tc>
          <w:tcPr>
            <w:tcW w:w="0" w:type="auto"/>
          </w:tcPr>
          <w:p w14:paraId="38EA7FFC" w14:textId="77777777" w:rsidR="000772B4" w:rsidRPr="00794D67" w:rsidRDefault="00746A89">
            <w:pPr>
              <w:jc w:val="center"/>
              <w:rPr>
                <w:lang w:val="ru-RU"/>
              </w:rPr>
            </w:pPr>
            <w:r w:rsidRPr="00794D67">
              <w:rPr>
                <w:lang w:val="ru-RU"/>
              </w:rPr>
              <w:t>объекты социальной сферы — областной и местный бюджет; жильё и прочие объекты — средства собственников</w:t>
            </w:r>
          </w:p>
        </w:tc>
        <w:tc>
          <w:tcPr>
            <w:tcW w:w="0" w:type="auto"/>
          </w:tcPr>
          <w:p w14:paraId="173CB706" w14:textId="77777777" w:rsidR="000772B4" w:rsidRDefault="00746A89">
            <w:pPr>
              <w:jc w:val="center"/>
            </w:pPr>
            <w:r>
              <w:t>решение не принято</w:t>
            </w:r>
          </w:p>
        </w:tc>
      </w:tr>
    </w:tbl>
    <w:p w14:paraId="0F0BFD46" w14:textId="77777777" w:rsidR="000772B4" w:rsidRDefault="000772B4" w:rsidP="00344E69">
      <w:pPr>
        <w:spacing w:after="40"/>
      </w:pPr>
    </w:p>
    <w:p w14:paraId="5A002C30" w14:textId="77777777" w:rsidR="000772B4" w:rsidRPr="00344E69" w:rsidRDefault="00746A89">
      <w:pPr>
        <w:pStyle w:val="21"/>
      </w:pPr>
      <w:bookmarkStart w:id="63" w:name="_Toc238015654"/>
      <w:r w:rsidRPr="00344E69">
        <w:t>9.7. Водный баланс после перевода</w:t>
      </w:r>
      <w:bookmarkEnd w:id="63"/>
    </w:p>
    <w:p w14:paraId="53AC0B66" w14:textId="77777777" w:rsidR="000772B4" w:rsidRPr="00794D67" w:rsidRDefault="00746A89">
      <w:pPr>
        <w:spacing w:after="80"/>
        <w:jc w:val="both"/>
        <w:rPr>
          <w:lang w:val="ru-RU"/>
        </w:rPr>
      </w:pPr>
      <w:r w:rsidRPr="00794D67">
        <w:rPr>
          <w:lang w:val="ru-RU"/>
        </w:rPr>
        <w:t>Расчёт выполнен по методике, воспроизведённой из главы 6 схем Каза и Темиртау редакции 2021 года, где приведены балансы производительности водоподготовительных установок «с учётом перехода на закрытый водоразбор». В этих балансах строка отпуска теплоносителя на цели горячего водоснабжения обнуляется, а прочие составляющие сохраняются.</w:t>
      </w:r>
    </w:p>
    <w:p w14:paraId="0A3E195B" w14:textId="77777777" w:rsidR="000772B4" w:rsidRPr="00794D67" w:rsidRDefault="00746A89">
      <w:pPr>
        <w:spacing w:after="80"/>
        <w:jc w:val="both"/>
        <w:rPr>
          <w:lang w:val="ru-RU"/>
        </w:rPr>
      </w:pPr>
      <w:r w:rsidRPr="00794D67">
        <w:rPr>
          <w:lang w:val="ru-RU"/>
        </w:rPr>
        <w:t>Формула расчёта: подпитка после перевода = нормативные утечки + сверхнормативные утечки + отпуск на производственные нужды. Закрывается только составляющая открытого водоразбора.</w:t>
      </w:r>
    </w:p>
    <w:p w14:paraId="0B5F6E9C" w14:textId="77777777" w:rsidR="000772B4" w:rsidRPr="00794D67" w:rsidRDefault="00746A89">
      <w:pPr>
        <w:spacing w:after="80"/>
        <w:jc w:val="both"/>
        <w:rPr>
          <w:lang w:val="ru-RU"/>
        </w:rPr>
      </w:pPr>
      <w:r w:rsidRPr="00794D67">
        <w:rPr>
          <w:lang w:val="ru-RU"/>
        </w:rPr>
        <w:t>Контрольная сверка метода: по УПК № 7 «Каз» исторический источник даёт подпитку после перевода 36 917 т/год и резерв установки 35,6 т/ч. Настоящий расчёт из составляющих даёт 36 917 т/год и 35,786 т/ч. Совпадение подтверждает, что метод воспроизведён верно, а не сконструирован заново.</w:t>
      </w:r>
    </w:p>
    <w:p w14:paraId="67231323" w14:textId="77777777" w:rsidR="00B808F9" w:rsidRPr="00794D67" w:rsidRDefault="00B808F9">
      <w:pPr>
        <w:rPr>
          <w:lang w:val="ru-RU"/>
        </w:rPr>
        <w:sectPr w:rsidR="00B808F9" w:rsidRPr="00794D67" w:rsidSect="00034616">
          <w:footerReference w:type="default" r:id="rId91"/>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7A215F5" w14:textId="77777777" w:rsidR="000772B4" w:rsidRPr="00794D67" w:rsidRDefault="00746A89">
      <w:pPr>
        <w:keepNext/>
        <w:spacing w:before="160"/>
        <w:rPr>
          <w:lang w:val="ru-RU"/>
        </w:rPr>
      </w:pPr>
      <w:r w:rsidRPr="00794D67">
        <w:rPr>
          <w:b/>
          <w:lang w:val="ru-RU"/>
        </w:rPr>
        <w:t>Таблица 9.10 — Баланс водоподготовки до и после перевода, т/ч</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3419"/>
        <w:gridCol w:w="757"/>
        <w:gridCol w:w="1822"/>
        <w:gridCol w:w="1700"/>
        <w:gridCol w:w="2155"/>
        <w:gridCol w:w="1737"/>
        <w:gridCol w:w="2687"/>
      </w:tblGrid>
      <w:tr w:rsidR="000772B4" w14:paraId="335D9998" w14:textId="77777777">
        <w:trPr>
          <w:cantSplit/>
          <w:tblHeader/>
          <w:jc w:val="center"/>
        </w:trPr>
        <w:tc>
          <w:tcPr>
            <w:tcW w:w="0" w:type="auto"/>
            <w:shd w:val="clear" w:color="auto" w:fill="E2F0D9"/>
          </w:tcPr>
          <w:p w14:paraId="30313597" w14:textId="77777777" w:rsidR="000772B4" w:rsidRDefault="00746A89">
            <w:pPr>
              <w:jc w:val="center"/>
            </w:pPr>
            <w:r>
              <w:rPr>
                <w:b/>
              </w:rPr>
              <w:t>Источник</w:t>
            </w:r>
          </w:p>
        </w:tc>
        <w:tc>
          <w:tcPr>
            <w:tcW w:w="0" w:type="auto"/>
            <w:shd w:val="clear" w:color="auto" w:fill="E2F0D9"/>
          </w:tcPr>
          <w:p w14:paraId="6AE1B6AC" w14:textId="77777777" w:rsidR="000772B4" w:rsidRDefault="00746A89">
            <w:pPr>
              <w:jc w:val="center"/>
            </w:pPr>
            <w:r>
              <w:rPr>
                <w:b/>
              </w:rPr>
              <w:t>ВПУ</w:t>
            </w:r>
          </w:p>
        </w:tc>
        <w:tc>
          <w:tcPr>
            <w:tcW w:w="0" w:type="auto"/>
            <w:shd w:val="clear" w:color="auto" w:fill="E2F0D9"/>
          </w:tcPr>
          <w:p w14:paraId="7029D600" w14:textId="77777777" w:rsidR="000772B4" w:rsidRDefault="00746A89">
            <w:pPr>
              <w:jc w:val="center"/>
            </w:pPr>
            <w:r>
              <w:rPr>
                <w:b/>
              </w:rPr>
              <w:t>Подпитка до</w:t>
            </w:r>
          </w:p>
        </w:tc>
        <w:tc>
          <w:tcPr>
            <w:tcW w:w="0" w:type="auto"/>
            <w:shd w:val="clear" w:color="auto" w:fill="E2F0D9"/>
          </w:tcPr>
          <w:p w14:paraId="10039F09" w14:textId="77777777" w:rsidR="000772B4" w:rsidRDefault="00746A89">
            <w:pPr>
              <w:jc w:val="center"/>
            </w:pPr>
            <w:r>
              <w:rPr>
                <w:b/>
              </w:rPr>
              <w:t>Резерв до</w:t>
            </w:r>
          </w:p>
        </w:tc>
        <w:tc>
          <w:tcPr>
            <w:tcW w:w="0" w:type="auto"/>
            <w:shd w:val="clear" w:color="auto" w:fill="E2F0D9"/>
          </w:tcPr>
          <w:p w14:paraId="75F8D86F" w14:textId="77777777" w:rsidR="000772B4" w:rsidRDefault="00746A89">
            <w:pPr>
              <w:jc w:val="center"/>
            </w:pPr>
            <w:r>
              <w:rPr>
                <w:b/>
              </w:rPr>
              <w:t>Подпитка после</w:t>
            </w:r>
          </w:p>
        </w:tc>
        <w:tc>
          <w:tcPr>
            <w:tcW w:w="0" w:type="auto"/>
            <w:shd w:val="clear" w:color="auto" w:fill="E2F0D9"/>
          </w:tcPr>
          <w:p w14:paraId="6694150E" w14:textId="77777777" w:rsidR="000772B4" w:rsidRDefault="00746A89">
            <w:pPr>
              <w:jc w:val="center"/>
            </w:pPr>
            <w:r>
              <w:rPr>
                <w:b/>
              </w:rPr>
              <w:t>Резерв после</w:t>
            </w:r>
          </w:p>
        </w:tc>
        <w:tc>
          <w:tcPr>
            <w:tcW w:w="0" w:type="auto"/>
            <w:shd w:val="clear" w:color="auto" w:fill="E2F0D9"/>
          </w:tcPr>
          <w:p w14:paraId="59F8A84E" w14:textId="77777777" w:rsidR="000772B4" w:rsidRDefault="00746A89">
            <w:pPr>
              <w:jc w:val="center"/>
            </w:pPr>
            <w:r>
              <w:rPr>
                <w:b/>
              </w:rPr>
              <w:t>Результат</w:t>
            </w:r>
          </w:p>
        </w:tc>
      </w:tr>
      <w:tr w:rsidR="000772B4" w14:paraId="5FCB88B5" w14:textId="77777777">
        <w:trPr>
          <w:cantSplit/>
          <w:jc w:val="center"/>
        </w:trPr>
        <w:tc>
          <w:tcPr>
            <w:tcW w:w="0" w:type="auto"/>
          </w:tcPr>
          <w:p w14:paraId="28DA2D38" w14:textId="77777777" w:rsidR="000772B4" w:rsidRDefault="00746A89">
            <w:r>
              <w:t>УПК № 1 Таштагол</w:t>
            </w:r>
          </w:p>
        </w:tc>
        <w:tc>
          <w:tcPr>
            <w:tcW w:w="0" w:type="auto"/>
          </w:tcPr>
          <w:p w14:paraId="55057E61" w14:textId="77777777" w:rsidR="000772B4" w:rsidRDefault="00746A89">
            <w:pPr>
              <w:jc w:val="center"/>
            </w:pPr>
            <w:r>
              <w:t>120,0</w:t>
            </w:r>
          </w:p>
        </w:tc>
        <w:tc>
          <w:tcPr>
            <w:tcW w:w="0" w:type="auto"/>
          </w:tcPr>
          <w:p w14:paraId="4ECE428D" w14:textId="77777777" w:rsidR="000772B4" w:rsidRDefault="00746A89">
            <w:pPr>
              <w:jc w:val="center"/>
            </w:pPr>
            <w:r>
              <w:t>45,586</w:t>
            </w:r>
          </w:p>
        </w:tc>
        <w:tc>
          <w:tcPr>
            <w:tcW w:w="0" w:type="auto"/>
          </w:tcPr>
          <w:p w14:paraId="59DC09F7" w14:textId="77777777" w:rsidR="000772B4" w:rsidRDefault="00746A89">
            <w:pPr>
              <w:jc w:val="center"/>
            </w:pPr>
            <w:r>
              <w:t>74,414</w:t>
            </w:r>
          </w:p>
        </w:tc>
        <w:tc>
          <w:tcPr>
            <w:tcW w:w="0" w:type="auto"/>
          </w:tcPr>
          <w:p w14:paraId="69773466" w14:textId="77777777" w:rsidR="000772B4" w:rsidRDefault="00746A89">
            <w:pPr>
              <w:jc w:val="center"/>
            </w:pPr>
            <w:r>
              <w:t>6,605</w:t>
            </w:r>
          </w:p>
        </w:tc>
        <w:tc>
          <w:tcPr>
            <w:tcW w:w="0" w:type="auto"/>
          </w:tcPr>
          <w:p w14:paraId="1D222DEF" w14:textId="77777777" w:rsidR="000772B4" w:rsidRDefault="00746A89">
            <w:pPr>
              <w:jc w:val="center"/>
            </w:pPr>
            <w:r>
              <w:t>113,395</w:t>
            </w:r>
          </w:p>
        </w:tc>
        <w:tc>
          <w:tcPr>
            <w:tcW w:w="0" w:type="auto"/>
          </w:tcPr>
          <w:p w14:paraId="4348ED7C" w14:textId="77777777" w:rsidR="000772B4" w:rsidRDefault="00746A89">
            <w:pPr>
              <w:jc w:val="center"/>
            </w:pPr>
            <w:r>
              <w:t>резерв увеличивается</w:t>
            </w:r>
          </w:p>
        </w:tc>
      </w:tr>
      <w:tr w:rsidR="000772B4" w14:paraId="3534425E" w14:textId="77777777">
        <w:trPr>
          <w:cantSplit/>
          <w:jc w:val="center"/>
        </w:trPr>
        <w:tc>
          <w:tcPr>
            <w:tcW w:w="0" w:type="auto"/>
          </w:tcPr>
          <w:p w14:paraId="1E487FB7" w14:textId="77777777" w:rsidR="000772B4" w:rsidRDefault="00746A89">
            <w:r>
              <w:t>УПК № 2 Шалым</w:t>
            </w:r>
          </w:p>
        </w:tc>
        <w:tc>
          <w:tcPr>
            <w:tcW w:w="0" w:type="auto"/>
          </w:tcPr>
          <w:p w14:paraId="5E5861E6" w14:textId="77777777" w:rsidR="000772B4" w:rsidRDefault="00746A89">
            <w:pPr>
              <w:jc w:val="center"/>
            </w:pPr>
            <w:r>
              <w:t>0,0</w:t>
            </w:r>
          </w:p>
        </w:tc>
        <w:tc>
          <w:tcPr>
            <w:tcW w:w="0" w:type="auto"/>
          </w:tcPr>
          <w:p w14:paraId="7FB0AD43" w14:textId="77777777" w:rsidR="000772B4" w:rsidRDefault="00746A89">
            <w:pPr>
              <w:jc w:val="center"/>
            </w:pPr>
            <w:r>
              <w:t>2,282</w:t>
            </w:r>
          </w:p>
        </w:tc>
        <w:tc>
          <w:tcPr>
            <w:tcW w:w="0" w:type="auto"/>
          </w:tcPr>
          <w:p w14:paraId="37F3D515" w14:textId="77777777" w:rsidR="000772B4" w:rsidRDefault="00746A89">
            <w:pPr>
              <w:jc w:val="center"/>
            </w:pPr>
            <w:r>
              <w:t>−2,282</w:t>
            </w:r>
          </w:p>
        </w:tc>
        <w:tc>
          <w:tcPr>
            <w:tcW w:w="0" w:type="auto"/>
          </w:tcPr>
          <w:p w14:paraId="20425648" w14:textId="77777777" w:rsidR="000772B4" w:rsidRDefault="00746A89">
            <w:pPr>
              <w:jc w:val="center"/>
            </w:pPr>
            <w:r>
              <w:t>0,209</w:t>
            </w:r>
          </w:p>
        </w:tc>
        <w:tc>
          <w:tcPr>
            <w:tcW w:w="0" w:type="auto"/>
          </w:tcPr>
          <w:p w14:paraId="2BF4BEDB" w14:textId="77777777" w:rsidR="000772B4" w:rsidRDefault="00746A89">
            <w:pPr>
              <w:jc w:val="center"/>
            </w:pPr>
            <w:r>
              <w:t>−0,209</w:t>
            </w:r>
          </w:p>
        </w:tc>
        <w:tc>
          <w:tcPr>
            <w:tcW w:w="0" w:type="auto"/>
          </w:tcPr>
          <w:p w14:paraId="674AA1F6" w14:textId="77777777" w:rsidR="000772B4" w:rsidRDefault="00746A89">
            <w:pPr>
              <w:jc w:val="center"/>
            </w:pPr>
            <w:r>
              <w:t>дефицит сохраняется</w:t>
            </w:r>
          </w:p>
        </w:tc>
      </w:tr>
      <w:tr w:rsidR="000772B4" w14:paraId="7DEEF98B" w14:textId="77777777">
        <w:trPr>
          <w:cantSplit/>
          <w:jc w:val="center"/>
        </w:trPr>
        <w:tc>
          <w:tcPr>
            <w:tcW w:w="0" w:type="auto"/>
          </w:tcPr>
          <w:p w14:paraId="30E2EE7C" w14:textId="77777777" w:rsidR="000772B4" w:rsidRDefault="00746A89">
            <w:r>
              <w:t>УПК № 2 ЦМК</w:t>
            </w:r>
          </w:p>
        </w:tc>
        <w:tc>
          <w:tcPr>
            <w:tcW w:w="0" w:type="auto"/>
          </w:tcPr>
          <w:p w14:paraId="0CE3D8D3" w14:textId="77777777" w:rsidR="000772B4" w:rsidRDefault="00746A89">
            <w:pPr>
              <w:jc w:val="center"/>
            </w:pPr>
            <w:r>
              <w:t>20,0</w:t>
            </w:r>
          </w:p>
        </w:tc>
        <w:tc>
          <w:tcPr>
            <w:tcW w:w="0" w:type="auto"/>
          </w:tcPr>
          <w:p w14:paraId="1C01DEF6" w14:textId="77777777" w:rsidR="000772B4" w:rsidRDefault="00746A89">
            <w:pPr>
              <w:jc w:val="center"/>
            </w:pPr>
            <w:r>
              <w:t>1,713</w:t>
            </w:r>
          </w:p>
        </w:tc>
        <w:tc>
          <w:tcPr>
            <w:tcW w:w="0" w:type="auto"/>
          </w:tcPr>
          <w:p w14:paraId="0ED341B6" w14:textId="77777777" w:rsidR="000772B4" w:rsidRDefault="00746A89">
            <w:pPr>
              <w:jc w:val="center"/>
            </w:pPr>
            <w:r>
              <w:t>18,287</w:t>
            </w:r>
          </w:p>
        </w:tc>
        <w:tc>
          <w:tcPr>
            <w:tcW w:w="0" w:type="auto"/>
          </w:tcPr>
          <w:p w14:paraId="598C9B63" w14:textId="77777777" w:rsidR="000772B4" w:rsidRDefault="00746A89">
            <w:pPr>
              <w:jc w:val="center"/>
            </w:pPr>
            <w:r>
              <w:t>0,199</w:t>
            </w:r>
          </w:p>
        </w:tc>
        <w:tc>
          <w:tcPr>
            <w:tcW w:w="0" w:type="auto"/>
          </w:tcPr>
          <w:p w14:paraId="02320E9E" w14:textId="77777777" w:rsidR="000772B4" w:rsidRDefault="00746A89">
            <w:pPr>
              <w:jc w:val="center"/>
            </w:pPr>
            <w:r>
              <w:t>19,801</w:t>
            </w:r>
          </w:p>
        </w:tc>
        <w:tc>
          <w:tcPr>
            <w:tcW w:w="0" w:type="auto"/>
          </w:tcPr>
          <w:p w14:paraId="55677B38" w14:textId="77777777" w:rsidR="000772B4" w:rsidRDefault="00746A89">
            <w:pPr>
              <w:jc w:val="center"/>
            </w:pPr>
            <w:r>
              <w:t>резерв увеличивается</w:t>
            </w:r>
          </w:p>
        </w:tc>
      </w:tr>
      <w:tr w:rsidR="000772B4" w14:paraId="0D9A937B" w14:textId="77777777">
        <w:trPr>
          <w:cantSplit/>
          <w:jc w:val="center"/>
        </w:trPr>
        <w:tc>
          <w:tcPr>
            <w:tcW w:w="0" w:type="auto"/>
          </w:tcPr>
          <w:p w14:paraId="53E85769" w14:textId="77777777" w:rsidR="000772B4" w:rsidRDefault="00746A89">
            <w:r>
              <w:t>УПК № 9 ГРЭ</w:t>
            </w:r>
          </w:p>
        </w:tc>
        <w:tc>
          <w:tcPr>
            <w:tcW w:w="0" w:type="auto"/>
          </w:tcPr>
          <w:p w14:paraId="136E322F" w14:textId="77777777" w:rsidR="000772B4" w:rsidRDefault="00746A89">
            <w:pPr>
              <w:jc w:val="center"/>
            </w:pPr>
            <w:r>
              <w:t>0,0</w:t>
            </w:r>
          </w:p>
        </w:tc>
        <w:tc>
          <w:tcPr>
            <w:tcW w:w="0" w:type="auto"/>
          </w:tcPr>
          <w:p w14:paraId="05880327" w14:textId="77777777" w:rsidR="000772B4" w:rsidRDefault="00746A89">
            <w:pPr>
              <w:jc w:val="center"/>
            </w:pPr>
            <w:r>
              <w:t>не определена</w:t>
            </w:r>
          </w:p>
        </w:tc>
        <w:tc>
          <w:tcPr>
            <w:tcW w:w="0" w:type="auto"/>
          </w:tcPr>
          <w:p w14:paraId="4DEDACFC" w14:textId="77777777" w:rsidR="000772B4" w:rsidRDefault="00746A89">
            <w:pPr>
              <w:jc w:val="center"/>
            </w:pPr>
            <w:r>
              <w:t>не определён</w:t>
            </w:r>
          </w:p>
        </w:tc>
        <w:tc>
          <w:tcPr>
            <w:tcW w:w="0" w:type="auto"/>
          </w:tcPr>
          <w:p w14:paraId="321213C4" w14:textId="77777777" w:rsidR="000772B4" w:rsidRDefault="00746A89">
            <w:pPr>
              <w:jc w:val="center"/>
            </w:pPr>
            <w:r>
              <w:t>не определена</w:t>
            </w:r>
          </w:p>
        </w:tc>
        <w:tc>
          <w:tcPr>
            <w:tcW w:w="0" w:type="auto"/>
          </w:tcPr>
          <w:p w14:paraId="7A8D2655" w14:textId="77777777" w:rsidR="000772B4" w:rsidRDefault="00746A89">
            <w:pPr>
              <w:jc w:val="center"/>
            </w:pPr>
            <w:r>
              <w:t>не определён</w:t>
            </w:r>
          </w:p>
        </w:tc>
        <w:tc>
          <w:tcPr>
            <w:tcW w:w="0" w:type="auto"/>
          </w:tcPr>
          <w:p w14:paraId="14048CCF" w14:textId="77777777" w:rsidR="000772B4" w:rsidRDefault="00746A89">
            <w:pPr>
              <w:jc w:val="center"/>
            </w:pPr>
            <w:r>
              <w:t>расчёт невозможен</w:t>
            </w:r>
          </w:p>
        </w:tc>
      </w:tr>
      <w:tr w:rsidR="000772B4" w14:paraId="4F71235E" w14:textId="77777777">
        <w:trPr>
          <w:cantSplit/>
          <w:jc w:val="center"/>
        </w:trPr>
        <w:tc>
          <w:tcPr>
            <w:tcW w:w="0" w:type="auto"/>
          </w:tcPr>
          <w:p w14:paraId="7E188496" w14:textId="77777777" w:rsidR="000772B4" w:rsidRDefault="00746A89">
            <w:r>
              <w:t>УПК № 5 Новый Шерегеш</w:t>
            </w:r>
          </w:p>
        </w:tc>
        <w:tc>
          <w:tcPr>
            <w:tcW w:w="0" w:type="auto"/>
          </w:tcPr>
          <w:p w14:paraId="0DA36375" w14:textId="77777777" w:rsidR="000772B4" w:rsidRDefault="00746A89">
            <w:pPr>
              <w:jc w:val="center"/>
            </w:pPr>
            <w:r>
              <w:t>26,4</w:t>
            </w:r>
          </w:p>
        </w:tc>
        <w:tc>
          <w:tcPr>
            <w:tcW w:w="0" w:type="auto"/>
          </w:tcPr>
          <w:p w14:paraId="502B47CF" w14:textId="77777777" w:rsidR="000772B4" w:rsidRDefault="00746A89">
            <w:pPr>
              <w:jc w:val="center"/>
            </w:pPr>
            <w:r>
              <w:t>26,890</w:t>
            </w:r>
          </w:p>
        </w:tc>
        <w:tc>
          <w:tcPr>
            <w:tcW w:w="0" w:type="auto"/>
          </w:tcPr>
          <w:p w14:paraId="276EB4E8" w14:textId="77777777" w:rsidR="000772B4" w:rsidRDefault="00746A89">
            <w:pPr>
              <w:jc w:val="center"/>
            </w:pPr>
            <w:r>
              <w:t>−0,490</w:t>
            </w:r>
          </w:p>
        </w:tc>
        <w:tc>
          <w:tcPr>
            <w:tcW w:w="0" w:type="auto"/>
          </w:tcPr>
          <w:p w14:paraId="5D1EE08D" w14:textId="77777777" w:rsidR="000772B4" w:rsidRDefault="00746A89">
            <w:pPr>
              <w:jc w:val="center"/>
            </w:pPr>
            <w:r>
              <w:t>2,111</w:t>
            </w:r>
          </w:p>
        </w:tc>
        <w:tc>
          <w:tcPr>
            <w:tcW w:w="0" w:type="auto"/>
          </w:tcPr>
          <w:p w14:paraId="04996AE0" w14:textId="77777777" w:rsidR="000772B4" w:rsidRDefault="00746A89">
            <w:pPr>
              <w:jc w:val="center"/>
            </w:pPr>
            <w:r>
              <w:t>24,289</w:t>
            </w:r>
          </w:p>
        </w:tc>
        <w:tc>
          <w:tcPr>
            <w:tcW w:w="0" w:type="auto"/>
          </w:tcPr>
          <w:p w14:paraId="0CA5CB33" w14:textId="77777777" w:rsidR="000772B4" w:rsidRDefault="00746A89">
            <w:pPr>
              <w:jc w:val="center"/>
            </w:pPr>
            <w:r>
              <w:t>дефицит закрывается</w:t>
            </w:r>
          </w:p>
        </w:tc>
      </w:tr>
      <w:tr w:rsidR="000772B4" w14:paraId="286D0811" w14:textId="77777777">
        <w:trPr>
          <w:cantSplit/>
          <w:jc w:val="center"/>
        </w:trPr>
        <w:tc>
          <w:tcPr>
            <w:tcW w:w="0" w:type="auto"/>
          </w:tcPr>
          <w:p w14:paraId="42669DB2" w14:textId="77777777" w:rsidR="000772B4" w:rsidRDefault="00746A89">
            <w:r>
              <w:t>УПК № 6 Старый Шерегеш</w:t>
            </w:r>
          </w:p>
        </w:tc>
        <w:tc>
          <w:tcPr>
            <w:tcW w:w="0" w:type="auto"/>
          </w:tcPr>
          <w:p w14:paraId="75BC999E" w14:textId="77777777" w:rsidR="000772B4" w:rsidRDefault="00746A89">
            <w:pPr>
              <w:jc w:val="center"/>
            </w:pPr>
            <w:r>
              <w:t>5,0</w:t>
            </w:r>
          </w:p>
        </w:tc>
        <w:tc>
          <w:tcPr>
            <w:tcW w:w="0" w:type="auto"/>
          </w:tcPr>
          <w:p w14:paraId="5F5E2813" w14:textId="77777777" w:rsidR="000772B4" w:rsidRDefault="00746A89">
            <w:pPr>
              <w:jc w:val="center"/>
            </w:pPr>
            <w:r>
              <w:t>2,658</w:t>
            </w:r>
          </w:p>
        </w:tc>
        <w:tc>
          <w:tcPr>
            <w:tcW w:w="0" w:type="auto"/>
          </w:tcPr>
          <w:p w14:paraId="3A344D79" w14:textId="77777777" w:rsidR="000772B4" w:rsidRDefault="00746A89">
            <w:pPr>
              <w:jc w:val="center"/>
            </w:pPr>
            <w:r>
              <w:t>2,342</w:t>
            </w:r>
          </w:p>
        </w:tc>
        <w:tc>
          <w:tcPr>
            <w:tcW w:w="0" w:type="auto"/>
          </w:tcPr>
          <w:p w14:paraId="038CFC5E" w14:textId="77777777" w:rsidR="000772B4" w:rsidRDefault="00746A89">
            <w:pPr>
              <w:jc w:val="center"/>
            </w:pPr>
            <w:r>
              <w:t>0,102</w:t>
            </w:r>
          </w:p>
        </w:tc>
        <w:tc>
          <w:tcPr>
            <w:tcW w:w="0" w:type="auto"/>
          </w:tcPr>
          <w:p w14:paraId="52BA5AB8" w14:textId="77777777" w:rsidR="000772B4" w:rsidRDefault="00746A89">
            <w:pPr>
              <w:jc w:val="center"/>
            </w:pPr>
            <w:r>
              <w:t>4,898</w:t>
            </w:r>
          </w:p>
        </w:tc>
        <w:tc>
          <w:tcPr>
            <w:tcW w:w="0" w:type="auto"/>
          </w:tcPr>
          <w:p w14:paraId="52372400" w14:textId="77777777" w:rsidR="000772B4" w:rsidRDefault="00746A89">
            <w:pPr>
              <w:jc w:val="center"/>
            </w:pPr>
            <w:r>
              <w:t>резерв увеличивается</w:t>
            </w:r>
          </w:p>
        </w:tc>
      </w:tr>
      <w:tr w:rsidR="000772B4" w14:paraId="136130CA" w14:textId="77777777">
        <w:trPr>
          <w:cantSplit/>
          <w:jc w:val="center"/>
        </w:trPr>
        <w:tc>
          <w:tcPr>
            <w:tcW w:w="0" w:type="auto"/>
          </w:tcPr>
          <w:p w14:paraId="79DB3583" w14:textId="77777777" w:rsidR="000772B4" w:rsidRDefault="00746A89">
            <w:r>
              <w:t>УПК № 7 Каз</w:t>
            </w:r>
          </w:p>
        </w:tc>
        <w:tc>
          <w:tcPr>
            <w:tcW w:w="0" w:type="auto"/>
          </w:tcPr>
          <w:p w14:paraId="69A0CB6A" w14:textId="77777777" w:rsidR="000772B4" w:rsidRDefault="00746A89">
            <w:pPr>
              <w:jc w:val="center"/>
            </w:pPr>
            <w:r>
              <w:t>40,0</w:t>
            </w:r>
          </w:p>
        </w:tc>
        <w:tc>
          <w:tcPr>
            <w:tcW w:w="0" w:type="auto"/>
          </w:tcPr>
          <w:p w14:paraId="58A87FD7" w14:textId="77777777" w:rsidR="000772B4" w:rsidRDefault="00746A89">
            <w:pPr>
              <w:jc w:val="center"/>
            </w:pPr>
            <w:r>
              <w:t>12,917</w:t>
            </w:r>
          </w:p>
        </w:tc>
        <w:tc>
          <w:tcPr>
            <w:tcW w:w="0" w:type="auto"/>
          </w:tcPr>
          <w:p w14:paraId="533D4F3E" w14:textId="77777777" w:rsidR="000772B4" w:rsidRDefault="00746A89">
            <w:pPr>
              <w:jc w:val="center"/>
            </w:pPr>
            <w:r>
              <w:t>27,083</w:t>
            </w:r>
          </w:p>
        </w:tc>
        <w:tc>
          <w:tcPr>
            <w:tcW w:w="0" w:type="auto"/>
          </w:tcPr>
          <w:p w14:paraId="7215EC31" w14:textId="77777777" w:rsidR="000772B4" w:rsidRDefault="00746A89">
            <w:pPr>
              <w:jc w:val="center"/>
            </w:pPr>
            <w:r>
              <w:t>4,214</w:t>
            </w:r>
          </w:p>
        </w:tc>
        <w:tc>
          <w:tcPr>
            <w:tcW w:w="0" w:type="auto"/>
          </w:tcPr>
          <w:p w14:paraId="4E12F881" w14:textId="77777777" w:rsidR="000772B4" w:rsidRDefault="00746A89">
            <w:pPr>
              <w:jc w:val="center"/>
            </w:pPr>
            <w:r>
              <w:t>35,786</w:t>
            </w:r>
          </w:p>
        </w:tc>
        <w:tc>
          <w:tcPr>
            <w:tcW w:w="0" w:type="auto"/>
          </w:tcPr>
          <w:p w14:paraId="48D44B7F" w14:textId="77777777" w:rsidR="000772B4" w:rsidRDefault="00746A89">
            <w:pPr>
              <w:jc w:val="center"/>
            </w:pPr>
            <w:r>
              <w:t>резерв увеличивается</w:t>
            </w:r>
          </w:p>
        </w:tc>
      </w:tr>
      <w:tr w:rsidR="000772B4" w14:paraId="636ED8FE" w14:textId="77777777">
        <w:trPr>
          <w:cantSplit/>
          <w:jc w:val="center"/>
        </w:trPr>
        <w:tc>
          <w:tcPr>
            <w:tcW w:w="0" w:type="auto"/>
          </w:tcPr>
          <w:p w14:paraId="12996D35" w14:textId="77777777" w:rsidR="000772B4" w:rsidRDefault="00746A89">
            <w:r>
              <w:t>УПК № 8 Мундыбаш</w:t>
            </w:r>
          </w:p>
        </w:tc>
        <w:tc>
          <w:tcPr>
            <w:tcW w:w="0" w:type="auto"/>
          </w:tcPr>
          <w:p w14:paraId="22FF4A18" w14:textId="77777777" w:rsidR="000772B4" w:rsidRDefault="00746A89">
            <w:pPr>
              <w:jc w:val="center"/>
            </w:pPr>
            <w:r>
              <w:t>60,0</w:t>
            </w:r>
          </w:p>
        </w:tc>
        <w:tc>
          <w:tcPr>
            <w:tcW w:w="0" w:type="auto"/>
          </w:tcPr>
          <w:p w14:paraId="36CA4B44" w14:textId="77777777" w:rsidR="000772B4" w:rsidRDefault="00746A89">
            <w:pPr>
              <w:jc w:val="center"/>
            </w:pPr>
            <w:r>
              <w:t>7,925</w:t>
            </w:r>
          </w:p>
        </w:tc>
        <w:tc>
          <w:tcPr>
            <w:tcW w:w="0" w:type="auto"/>
          </w:tcPr>
          <w:p w14:paraId="09B653A9" w14:textId="77777777" w:rsidR="000772B4" w:rsidRDefault="00746A89">
            <w:pPr>
              <w:jc w:val="center"/>
            </w:pPr>
            <w:r>
              <w:t>52,075</w:t>
            </w:r>
          </w:p>
        </w:tc>
        <w:tc>
          <w:tcPr>
            <w:tcW w:w="0" w:type="auto"/>
          </w:tcPr>
          <w:p w14:paraId="32B439B6" w14:textId="77777777" w:rsidR="000772B4" w:rsidRDefault="00746A89">
            <w:pPr>
              <w:jc w:val="center"/>
            </w:pPr>
            <w:r>
              <w:t>0,826</w:t>
            </w:r>
          </w:p>
        </w:tc>
        <w:tc>
          <w:tcPr>
            <w:tcW w:w="0" w:type="auto"/>
          </w:tcPr>
          <w:p w14:paraId="4716C140" w14:textId="77777777" w:rsidR="000772B4" w:rsidRDefault="00746A89">
            <w:pPr>
              <w:jc w:val="center"/>
            </w:pPr>
            <w:r>
              <w:t>59,174</w:t>
            </w:r>
          </w:p>
        </w:tc>
        <w:tc>
          <w:tcPr>
            <w:tcW w:w="0" w:type="auto"/>
          </w:tcPr>
          <w:p w14:paraId="4F008EB0" w14:textId="77777777" w:rsidR="000772B4" w:rsidRDefault="00746A89">
            <w:pPr>
              <w:jc w:val="center"/>
            </w:pPr>
            <w:r>
              <w:t>резерв увеличивается</w:t>
            </w:r>
          </w:p>
        </w:tc>
      </w:tr>
      <w:tr w:rsidR="000772B4" w14:paraId="7FDCC1B5" w14:textId="77777777">
        <w:trPr>
          <w:cantSplit/>
          <w:jc w:val="center"/>
        </w:trPr>
        <w:tc>
          <w:tcPr>
            <w:tcW w:w="0" w:type="auto"/>
          </w:tcPr>
          <w:p w14:paraId="2E87670F" w14:textId="77777777" w:rsidR="000772B4" w:rsidRDefault="00746A89">
            <w:r>
              <w:t>УПК № 10 Темир-Тау</w:t>
            </w:r>
          </w:p>
        </w:tc>
        <w:tc>
          <w:tcPr>
            <w:tcW w:w="0" w:type="auto"/>
          </w:tcPr>
          <w:p w14:paraId="1B897BAD" w14:textId="77777777" w:rsidR="000772B4" w:rsidRDefault="00746A89">
            <w:pPr>
              <w:jc w:val="center"/>
            </w:pPr>
            <w:r>
              <w:t>0,0</w:t>
            </w:r>
          </w:p>
        </w:tc>
        <w:tc>
          <w:tcPr>
            <w:tcW w:w="0" w:type="auto"/>
          </w:tcPr>
          <w:p w14:paraId="045A4B6E" w14:textId="77777777" w:rsidR="000772B4" w:rsidRDefault="00746A89">
            <w:pPr>
              <w:jc w:val="center"/>
            </w:pPr>
            <w:r>
              <w:t>4,052</w:t>
            </w:r>
          </w:p>
        </w:tc>
        <w:tc>
          <w:tcPr>
            <w:tcW w:w="0" w:type="auto"/>
          </w:tcPr>
          <w:p w14:paraId="170C7B8D" w14:textId="77777777" w:rsidR="000772B4" w:rsidRDefault="00746A89">
            <w:pPr>
              <w:jc w:val="center"/>
            </w:pPr>
            <w:r>
              <w:t>−4,052</w:t>
            </w:r>
          </w:p>
        </w:tc>
        <w:tc>
          <w:tcPr>
            <w:tcW w:w="0" w:type="auto"/>
          </w:tcPr>
          <w:p w14:paraId="54EC99BA" w14:textId="77777777" w:rsidR="000772B4" w:rsidRDefault="00746A89">
            <w:pPr>
              <w:jc w:val="center"/>
            </w:pPr>
            <w:r>
              <w:t>0,733</w:t>
            </w:r>
          </w:p>
        </w:tc>
        <w:tc>
          <w:tcPr>
            <w:tcW w:w="0" w:type="auto"/>
          </w:tcPr>
          <w:p w14:paraId="13D255AE" w14:textId="77777777" w:rsidR="000772B4" w:rsidRDefault="00746A89">
            <w:pPr>
              <w:jc w:val="center"/>
            </w:pPr>
            <w:r>
              <w:t>−0,733</w:t>
            </w:r>
          </w:p>
        </w:tc>
        <w:tc>
          <w:tcPr>
            <w:tcW w:w="0" w:type="auto"/>
          </w:tcPr>
          <w:p w14:paraId="072DB747" w14:textId="77777777" w:rsidR="000772B4" w:rsidRDefault="00746A89">
            <w:pPr>
              <w:jc w:val="center"/>
            </w:pPr>
            <w:r>
              <w:t>дефицит сохраняется</w:t>
            </w:r>
          </w:p>
        </w:tc>
      </w:tr>
      <w:tr w:rsidR="000772B4" w14:paraId="6DC16C6F" w14:textId="77777777">
        <w:trPr>
          <w:cantSplit/>
          <w:jc w:val="center"/>
        </w:trPr>
        <w:tc>
          <w:tcPr>
            <w:tcW w:w="0" w:type="auto"/>
          </w:tcPr>
          <w:p w14:paraId="53002F52" w14:textId="77777777" w:rsidR="000772B4" w:rsidRDefault="00746A89">
            <w:r>
              <w:t>УПК № 3 Спасск</w:t>
            </w:r>
          </w:p>
        </w:tc>
        <w:tc>
          <w:tcPr>
            <w:tcW w:w="0" w:type="auto"/>
          </w:tcPr>
          <w:p w14:paraId="49242C4A" w14:textId="77777777" w:rsidR="000772B4" w:rsidRDefault="00746A89">
            <w:pPr>
              <w:jc w:val="center"/>
            </w:pPr>
            <w:r>
              <w:t>0,0</w:t>
            </w:r>
          </w:p>
        </w:tc>
        <w:tc>
          <w:tcPr>
            <w:tcW w:w="0" w:type="auto"/>
          </w:tcPr>
          <w:p w14:paraId="0BC3E203" w14:textId="77777777" w:rsidR="000772B4" w:rsidRDefault="00746A89">
            <w:pPr>
              <w:jc w:val="center"/>
            </w:pPr>
            <w:r>
              <w:t>0,428</w:t>
            </w:r>
          </w:p>
        </w:tc>
        <w:tc>
          <w:tcPr>
            <w:tcW w:w="0" w:type="auto"/>
          </w:tcPr>
          <w:p w14:paraId="74C2395F" w14:textId="77777777" w:rsidR="000772B4" w:rsidRDefault="00746A89">
            <w:pPr>
              <w:jc w:val="center"/>
            </w:pPr>
            <w:r>
              <w:t>−0,428</w:t>
            </w:r>
          </w:p>
        </w:tc>
        <w:tc>
          <w:tcPr>
            <w:tcW w:w="0" w:type="auto"/>
          </w:tcPr>
          <w:p w14:paraId="5A1FD8C3" w14:textId="77777777" w:rsidR="000772B4" w:rsidRDefault="00746A89">
            <w:pPr>
              <w:jc w:val="center"/>
            </w:pPr>
            <w:r>
              <w:t>0,093</w:t>
            </w:r>
          </w:p>
        </w:tc>
        <w:tc>
          <w:tcPr>
            <w:tcW w:w="0" w:type="auto"/>
          </w:tcPr>
          <w:p w14:paraId="12CB965F" w14:textId="77777777" w:rsidR="000772B4" w:rsidRDefault="00746A89">
            <w:pPr>
              <w:jc w:val="center"/>
            </w:pPr>
            <w:r>
              <w:t>−0,093</w:t>
            </w:r>
          </w:p>
        </w:tc>
        <w:tc>
          <w:tcPr>
            <w:tcW w:w="0" w:type="auto"/>
          </w:tcPr>
          <w:p w14:paraId="275472B6" w14:textId="77777777" w:rsidR="000772B4" w:rsidRDefault="00746A89">
            <w:pPr>
              <w:jc w:val="center"/>
            </w:pPr>
            <w:r>
              <w:t>дефицит сохраняется</w:t>
            </w:r>
          </w:p>
        </w:tc>
      </w:tr>
    </w:tbl>
    <w:p w14:paraId="3069C0A2" w14:textId="77777777" w:rsidR="00B808F9" w:rsidRDefault="00B808F9">
      <w:pPr>
        <w:sectPr w:rsidR="00B808F9" w:rsidSect="00034616">
          <w:footerReference w:type="default" r:id="rId92"/>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40FC650" w14:textId="77777777" w:rsidR="000772B4" w:rsidRDefault="000772B4">
      <w:pPr>
        <w:spacing w:after="40"/>
      </w:pPr>
    </w:p>
    <w:p w14:paraId="4C37E57F" w14:textId="77777777" w:rsidR="000772B4" w:rsidRPr="00794D67" w:rsidRDefault="00746A89">
      <w:pPr>
        <w:spacing w:after="80"/>
        <w:jc w:val="both"/>
        <w:rPr>
          <w:lang w:val="ru-RU"/>
        </w:rPr>
      </w:pPr>
      <w:r w:rsidRPr="00794D67">
        <w:rPr>
          <w:lang w:val="ru-RU"/>
        </w:rPr>
        <w:t>Главный вывод раздела: перевод на закрытую схему устраняет дефицит производительности водоподготовки **только по одной системе из четырёх дефицитных** — по УПК № 5 «Новый Шерегеш», где резерв меняется с −0,490 на +24,289 т/ч.</w:t>
      </w:r>
    </w:p>
    <w:p w14:paraId="176C0B56" w14:textId="77777777" w:rsidR="000772B4" w:rsidRPr="00794D67" w:rsidRDefault="00746A89">
      <w:pPr>
        <w:spacing w:after="80"/>
        <w:jc w:val="both"/>
        <w:rPr>
          <w:lang w:val="ru-RU"/>
        </w:rPr>
      </w:pPr>
      <w:r w:rsidRPr="00794D67">
        <w:rPr>
          <w:lang w:val="ru-RU"/>
        </w:rPr>
        <w:t>По УПК № 2 «Шалым», УПК № 10 «Темир-Тау» и УПК № 3 «Спасск» дефицит уменьшается по величине, но сохраняется: −2,282 → −0,209; −4,052 → −0,733; −0,428 → −0,093 т/ч. Причина одна и та же: заявленная производительность установки на этих источниках нулевая, поэтому любой ненулевой остаток подпитки даёт дефицит. Утверждение о том, что перевод на закрытую схему решает вопрос водоподготовки, для этих трёх систем неверно.</w:t>
      </w:r>
    </w:p>
    <w:p w14:paraId="26FB9FAF" w14:textId="77777777" w:rsidR="000772B4" w:rsidRPr="00794D67" w:rsidRDefault="00746A89">
      <w:pPr>
        <w:spacing w:after="80"/>
        <w:jc w:val="both"/>
        <w:rPr>
          <w:lang w:val="ru-RU"/>
        </w:rPr>
      </w:pPr>
      <w:r w:rsidRPr="00794D67">
        <w:rPr>
          <w:lang w:val="ru-RU"/>
        </w:rPr>
        <w:t>По УПК № 5 «Новый Шерегеш» расчёт выполнен на два этапа, поскольку перспективная подпитка этой зоны отличается от текущей: нормативные утечки масштабируются коэффициентом объёма сети 2,85207 и растут с 17 775 до 50 696 т/год. До перевода резерв составляет −0,490 т/ч на 2026 год и −4,248 т/ч на 2031 и 2036 годы; после перевода — +24,289 и +20,531 т/ч соответственно.</w:t>
      </w:r>
    </w:p>
    <w:p w14:paraId="1E29D451" w14:textId="77777777" w:rsidR="000772B4" w:rsidRPr="00344E69" w:rsidRDefault="00746A89">
      <w:pPr>
        <w:pStyle w:val="31"/>
        <w:rPr>
          <w:sz w:val="28"/>
          <w:szCs w:val="28"/>
          <w:lang w:val="ru-RU"/>
        </w:rPr>
      </w:pPr>
      <w:r w:rsidRPr="00344E69">
        <w:rPr>
          <w:sz w:val="28"/>
          <w:szCs w:val="28"/>
          <w:lang w:val="ru-RU"/>
        </w:rPr>
        <w:t>9.7.1. Что перевод не закрывает</w:t>
      </w:r>
    </w:p>
    <w:p w14:paraId="45C2F5CD" w14:textId="77777777" w:rsidR="000772B4" w:rsidRPr="00794D67" w:rsidRDefault="00746A89">
      <w:pPr>
        <w:spacing w:after="80"/>
        <w:jc w:val="both"/>
        <w:rPr>
          <w:lang w:val="ru-RU"/>
        </w:rPr>
      </w:pPr>
      <w:r w:rsidRPr="00794D67">
        <w:rPr>
          <w:lang w:val="ru-RU"/>
        </w:rPr>
        <w:t>Обнуление подпитки после перевода не наступает ни по одной системе. Сохраняются нормативные утечки, отпуск на производственные нужды и аварийная подпитка.</w:t>
      </w:r>
    </w:p>
    <w:p w14:paraId="635C9329" w14:textId="77777777" w:rsidR="000772B4" w:rsidRPr="00794D67" w:rsidRDefault="00746A89">
      <w:pPr>
        <w:keepNext/>
        <w:spacing w:before="160"/>
        <w:rPr>
          <w:lang w:val="ru-RU"/>
        </w:rPr>
      </w:pPr>
      <w:r w:rsidRPr="00794D67">
        <w:rPr>
          <w:b/>
          <w:lang w:val="ru-RU"/>
        </w:rPr>
        <w:t>Таблица 9.11 — Аварийный режим: перевод эффекта не даёт</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764"/>
        <w:gridCol w:w="2564"/>
        <w:gridCol w:w="1655"/>
        <w:gridCol w:w="1856"/>
        <w:gridCol w:w="1506"/>
      </w:tblGrid>
      <w:tr w:rsidR="000772B4" w14:paraId="6D413AF4" w14:textId="77777777">
        <w:trPr>
          <w:cantSplit/>
          <w:tblHeader/>
          <w:jc w:val="center"/>
        </w:trPr>
        <w:tc>
          <w:tcPr>
            <w:tcW w:w="0" w:type="auto"/>
            <w:shd w:val="clear" w:color="auto" w:fill="E2F0D9"/>
          </w:tcPr>
          <w:p w14:paraId="718675FE" w14:textId="77777777" w:rsidR="000772B4" w:rsidRDefault="00746A89">
            <w:pPr>
              <w:jc w:val="center"/>
            </w:pPr>
            <w:r>
              <w:rPr>
                <w:b/>
              </w:rPr>
              <w:t>Источник</w:t>
            </w:r>
          </w:p>
        </w:tc>
        <w:tc>
          <w:tcPr>
            <w:tcW w:w="0" w:type="auto"/>
            <w:shd w:val="clear" w:color="auto" w:fill="E2F0D9"/>
          </w:tcPr>
          <w:p w14:paraId="4E6972E8" w14:textId="77777777" w:rsidR="000772B4" w:rsidRDefault="00746A89">
            <w:pPr>
              <w:jc w:val="center"/>
            </w:pPr>
            <w:r>
              <w:rPr>
                <w:b/>
              </w:rPr>
              <w:t>Производительность ВПУ</w:t>
            </w:r>
          </w:p>
        </w:tc>
        <w:tc>
          <w:tcPr>
            <w:tcW w:w="0" w:type="auto"/>
            <w:shd w:val="clear" w:color="auto" w:fill="E2F0D9"/>
          </w:tcPr>
          <w:p w14:paraId="3E69FBD5" w14:textId="77777777" w:rsidR="000772B4" w:rsidRDefault="00746A89">
            <w:pPr>
              <w:jc w:val="center"/>
            </w:pPr>
            <w:r>
              <w:rPr>
                <w:b/>
              </w:rPr>
              <w:t>Аварийная подпитка</w:t>
            </w:r>
          </w:p>
        </w:tc>
        <w:tc>
          <w:tcPr>
            <w:tcW w:w="0" w:type="auto"/>
            <w:shd w:val="clear" w:color="auto" w:fill="E2F0D9"/>
          </w:tcPr>
          <w:p w14:paraId="02EEF426" w14:textId="77777777" w:rsidR="000772B4" w:rsidRDefault="00746A89">
            <w:pPr>
              <w:jc w:val="center"/>
            </w:pPr>
            <w:r>
              <w:rPr>
                <w:b/>
              </w:rPr>
              <w:t>Резерв в аварийном режиме</w:t>
            </w:r>
          </w:p>
        </w:tc>
        <w:tc>
          <w:tcPr>
            <w:tcW w:w="0" w:type="auto"/>
            <w:shd w:val="clear" w:color="auto" w:fill="E2F0D9"/>
          </w:tcPr>
          <w:p w14:paraId="2418FA26" w14:textId="77777777" w:rsidR="000772B4" w:rsidRDefault="00746A89">
            <w:pPr>
              <w:jc w:val="center"/>
            </w:pPr>
            <w:r>
              <w:rPr>
                <w:b/>
              </w:rPr>
              <w:t>Влияние перевода</w:t>
            </w:r>
          </w:p>
        </w:tc>
      </w:tr>
      <w:tr w:rsidR="000772B4" w14:paraId="5EACF123" w14:textId="77777777">
        <w:trPr>
          <w:cantSplit/>
          <w:jc w:val="center"/>
        </w:trPr>
        <w:tc>
          <w:tcPr>
            <w:tcW w:w="0" w:type="auto"/>
          </w:tcPr>
          <w:p w14:paraId="7A7F877E" w14:textId="77777777" w:rsidR="000772B4" w:rsidRDefault="00746A89">
            <w:r>
              <w:t>УПК № 1 Таштагол</w:t>
            </w:r>
          </w:p>
        </w:tc>
        <w:tc>
          <w:tcPr>
            <w:tcW w:w="0" w:type="auto"/>
          </w:tcPr>
          <w:p w14:paraId="097DD980" w14:textId="77777777" w:rsidR="000772B4" w:rsidRDefault="00746A89">
            <w:pPr>
              <w:jc w:val="center"/>
            </w:pPr>
            <w:r>
              <w:t>120,0</w:t>
            </w:r>
          </w:p>
        </w:tc>
        <w:tc>
          <w:tcPr>
            <w:tcW w:w="0" w:type="auto"/>
          </w:tcPr>
          <w:p w14:paraId="3C0DA631" w14:textId="77777777" w:rsidR="000772B4" w:rsidRDefault="00746A89">
            <w:pPr>
              <w:jc w:val="center"/>
            </w:pPr>
            <w:r>
              <w:t>55,0</w:t>
            </w:r>
          </w:p>
        </w:tc>
        <w:tc>
          <w:tcPr>
            <w:tcW w:w="0" w:type="auto"/>
          </w:tcPr>
          <w:p w14:paraId="72AD8375" w14:textId="77777777" w:rsidR="000772B4" w:rsidRDefault="00746A89">
            <w:pPr>
              <w:jc w:val="center"/>
            </w:pPr>
            <w:r>
              <w:t>65,00</w:t>
            </w:r>
          </w:p>
        </w:tc>
        <w:tc>
          <w:tcPr>
            <w:tcW w:w="0" w:type="auto"/>
          </w:tcPr>
          <w:p w14:paraId="059921A9" w14:textId="77777777" w:rsidR="000772B4" w:rsidRDefault="00746A89">
            <w:pPr>
              <w:jc w:val="center"/>
            </w:pPr>
            <w:r>
              <w:t>не изменяется</w:t>
            </w:r>
          </w:p>
        </w:tc>
      </w:tr>
      <w:tr w:rsidR="000772B4" w14:paraId="5F01C630" w14:textId="77777777">
        <w:trPr>
          <w:cantSplit/>
          <w:jc w:val="center"/>
        </w:trPr>
        <w:tc>
          <w:tcPr>
            <w:tcW w:w="0" w:type="auto"/>
          </w:tcPr>
          <w:p w14:paraId="2BABB404" w14:textId="77777777" w:rsidR="000772B4" w:rsidRDefault="00746A89">
            <w:r>
              <w:t>УПК № 2 Шалым</w:t>
            </w:r>
          </w:p>
        </w:tc>
        <w:tc>
          <w:tcPr>
            <w:tcW w:w="0" w:type="auto"/>
          </w:tcPr>
          <w:p w14:paraId="7525D14C" w14:textId="77777777" w:rsidR="000772B4" w:rsidRDefault="00746A89">
            <w:pPr>
              <w:jc w:val="center"/>
            </w:pPr>
            <w:r>
              <w:t>0,0</w:t>
            </w:r>
          </w:p>
        </w:tc>
        <w:tc>
          <w:tcPr>
            <w:tcW w:w="0" w:type="auto"/>
          </w:tcPr>
          <w:p w14:paraId="46DB3444" w14:textId="77777777" w:rsidR="000772B4" w:rsidRDefault="00746A89">
            <w:pPr>
              <w:jc w:val="center"/>
            </w:pPr>
            <w:r>
              <w:t>4,3</w:t>
            </w:r>
          </w:p>
        </w:tc>
        <w:tc>
          <w:tcPr>
            <w:tcW w:w="0" w:type="auto"/>
          </w:tcPr>
          <w:p w14:paraId="6270DEA8" w14:textId="77777777" w:rsidR="000772B4" w:rsidRDefault="00746A89">
            <w:pPr>
              <w:jc w:val="center"/>
            </w:pPr>
            <w:r>
              <w:t>−4,30</w:t>
            </w:r>
          </w:p>
        </w:tc>
        <w:tc>
          <w:tcPr>
            <w:tcW w:w="0" w:type="auto"/>
          </w:tcPr>
          <w:p w14:paraId="1F1AB796" w14:textId="77777777" w:rsidR="000772B4" w:rsidRDefault="00746A89">
            <w:pPr>
              <w:jc w:val="center"/>
            </w:pPr>
            <w:r>
              <w:t>не изменяется</w:t>
            </w:r>
          </w:p>
        </w:tc>
      </w:tr>
      <w:tr w:rsidR="000772B4" w14:paraId="36BAC4B4" w14:textId="77777777">
        <w:trPr>
          <w:cantSplit/>
          <w:jc w:val="center"/>
        </w:trPr>
        <w:tc>
          <w:tcPr>
            <w:tcW w:w="0" w:type="auto"/>
          </w:tcPr>
          <w:p w14:paraId="621D1154" w14:textId="77777777" w:rsidR="000772B4" w:rsidRDefault="00746A89">
            <w:r>
              <w:t>УПК № 2 ЦМК</w:t>
            </w:r>
          </w:p>
        </w:tc>
        <w:tc>
          <w:tcPr>
            <w:tcW w:w="0" w:type="auto"/>
          </w:tcPr>
          <w:p w14:paraId="102EA0F4" w14:textId="77777777" w:rsidR="000772B4" w:rsidRDefault="00746A89">
            <w:pPr>
              <w:jc w:val="center"/>
            </w:pPr>
            <w:r>
              <w:t>20,0</w:t>
            </w:r>
          </w:p>
        </w:tc>
        <w:tc>
          <w:tcPr>
            <w:tcW w:w="0" w:type="auto"/>
          </w:tcPr>
          <w:p w14:paraId="67E17785" w14:textId="77777777" w:rsidR="000772B4" w:rsidRDefault="00746A89">
            <w:pPr>
              <w:jc w:val="center"/>
            </w:pPr>
            <w:r>
              <w:t>1,4</w:t>
            </w:r>
          </w:p>
        </w:tc>
        <w:tc>
          <w:tcPr>
            <w:tcW w:w="0" w:type="auto"/>
          </w:tcPr>
          <w:p w14:paraId="4FB32313" w14:textId="77777777" w:rsidR="000772B4" w:rsidRDefault="00746A89">
            <w:pPr>
              <w:jc w:val="center"/>
            </w:pPr>
            <w:r>
              <w:t>18,60</w:t>
            </w:r>
          </w:p>
        </w:tc>
        <w:tc>
          <w:tcPr>
            <w:tcW w:w="0" w:type="auto"/>
          </w:tcPr>
          <w:p w14:paraId="2655701D" w14:textId="77777777" w:rsidR="000772B4" w:rsidRDefault="00746A89">
            <w:pPr>
              <w:jc w:val="center"/>
            </w:pPr>
            <w:r>
              <w:t>не изменяется</w:t>
            </w:r>
          </w:p>
        </w:tc>
      </w:tr>
      <w:tr w:rsidR="000772B4" w14:paraId="13C7E675" w14:textId="77777777">
        <w:trPr>
          <w:cantSplit/>
          <w:jc w:val="center"/>
        </w:trPr>
        <w:tc>
          <w:tcPr>
            <w:tcW w:w="0" w:type="auto"/>
          </w:tcPr>
          <w:p w14:paraId="361901C3" w14:textId="77777777" w:rsidR="000772B4" w:rsidRDefault="00746A89">
            <w:r>
              <w:t>УПК № 9 ГРЭ</w:t>
            </w:r>
          </w:p>
        </w:tc>
        <w:tc>
          <w:tcPr>
            <w:tcW w:w="0" w:type="auto"/>
          </w:tcPr>
          <w:p w14:paraId="78655D8B" w14:textId="77777777" w:rsidR="000772B4" w:rsidRDefault="00746A89">
            <w:pPr>
              <w:jc w:val="center"/>
            </w:pPr>
            <w:r>
              <w:t>0,0</w:t>
            </w:r>
          </w:p>
        </w:tc>
        <w:tc>
          <w:tcPr>
            <w:tcW w:w="0" w:type="auto"/>
          </w:tcPr>
          <w:p w14:paraId="63C2972E" w14:textId="77777777" w:rsidR="000772B4" w:rsidRDefault="00746A89">
            <w:pPr>
              <w:jc w:val="center"/>
            </w:pPr>
            <w:r>
              <w:t>0,6</w:t>
            </w:r>
          </w:p>
        </w:tc>
        <w:tc>
          <w:tcPr>
            <w:tcW w:w="0" w:type="auto"/>
          </w:tcPr>
          <w:p w14:paraId="3B2E98F3" w14:textId="77777777" w:rsidR="000772B4" w:rsidRDefault="00746A89">
            <w:pPr>
              <w:jc w:val="center"/>
            </w:pPr>
            <w:r>
              <w:t>−0,60</w:t>
            </w:r>
          </w:p>
        </w:tc>
        <w:tc>
          <w:tcPr>
            <w:tcW w:w="0" w:type="auto"/>
          </w:tcPr>
          <w:p w14:paraId="05AE88EF" w14:textId="77777777" w:rsidR="000772B4" w:rsidRDefault="00746A89">
            <w:pPr>
              <w:jc w:val="center"/>
            </w:pPr>
            <w:r>
              <w:t>не изменяется</w:t>
            </w:r>
          </w:p>
        </w:tc>
      </w:tr>
      <w:tr w:rsidR="000772B4" w14:paraId="2D526FEC" w14:textId="77777777">
        <w:trPr>
          <w:cantSplit/>
          <w:jc w:val="center"/>
        </w:trPr>
        <w:tc>
          <w:tcPr>
            <w:tcW w:w="0" w:type="auto"/>
          </w:tcPr>
          <w:p w14:paraId="76E0E1BB" w14:textId="77777777" w:rsidR="000772B4" w:rsidRDefault="00746A89">
            <w:r>
              <w:t>УПК № 5 Новый Шерегеш</w:t>
            </w:r>
          </w:p>
        </w:tc>
        <w:tc>
          <w:tcPr>
            <w:tcW w:w="0" w:type="auto"/>
          </w:tcPr>
          <w:p w14:paraId="2C40AADC" w14:textId="77777777" w:rsidR="000772B4" w:rsidRDefault="00746A89">
            <w:pPr>
              <w:jc w:val="center"/>
            </w:pPr>
            <w:r>
              <w:t>26,4</w:t>
            </w:r>
          </w:p>
        </w:tc>
        <w:tc>
          <w:tcPr>
            <w:tcW w:w="0" w:type="auto"/>
          </w:tcPr>
          <w:p w14:paraId="47E7915D" w14:textId="77777777" w:rsidR="000772B4" w:rsidRDefault="00746A89">
            <w:pPr>
              <w:jc w:val="center"/>
            </w:pPr>
            <w:r>
              <w:t>101,8</w:t>
            </w:r>
          </w:p>
        </w:tc>
        <w:tc>
          <w:tcPr>
            <w:tcW w:w="0" w:type="auto"/>
          </w:tcPr>
          <w:p w14:paraId="19C075A7" w14:textId="77777777" w:rsidR="000772B4" w:rsidRDefault="00746A89">
            <w:pPr>
              <w:jc w:val="center"/>
            </w:pPr>
            <w:r>
              <w:t>−75,40</w:t>
            </w:r>
          </w:p>
        </w:tc>
        <w:tc>
          <w:tcPr>
            <w:tcW w:w="0" w:type="auto"/>
          </w:tcPr>
          <w:p w14:paraId="076E4B7B" w14:textId="77777777" w:rsidR="000772B4" w:rsidRDefault="00746A89">
            <w:pPr>
              <w:jc w:val="center"/>
            </w:pPr>
            <w:r>
              <w:t>не изменяется</w:t>
            </w:r>
          </w:p>
        </w:tc>
      </w:tr>
      <w:tr w:rsidR="000772B4" w14:paraId="6514B3C0" w14:textId="77777777">
        <w:trPr>
          <w:cantSplit/>
          <w:jc w:val="center"/>
        </w:trPr>
        <w:tc>
          <w:tcPr>
            <w:tcW w:w="0" w:type="auto"/>
          </w:tcPr>
          <w:p w14:paraId="4E9C7A17" w14:textId="77777777" w:rsidR="000772B4" w:rsidRDefault="00746A89">
            <w:r>
              <w:t>УПК № 6 Старый Шерегеш</w:t>
            </w:r>
          </w:p>
        </w:tc>
        <w:tc>
          <w:tcPr>
            <w:tcW w:w="0" w:type="auto"/>
          </w:tcPr>
          <w:p w14:paraId="64049786" w14:textId="77777777" w:rsidR="000772B4" w:rsidRDefault="00746A89">
            <w:pPr>
              <w:jc w:val="center"/>
            </w:pPr>
            <w:r>
              <w:t>5,0</w:t>
            </w:r>
          </w:p>
        </w:tc>
        <w:tc>
          <w:tcPr>
            <w:tcW w:w="0" w:type="auto"/>
          </w:tcPr>
          <w:p w14:paraId="1F35E159" w14:textId="77777777" w:rsidR="000772B4" w:rsidRDefault="00746A89">
            <w:pPr>
              <w:jc w:val="center"/>
            </w:pPr>
            <w:r>
              <w:t>2,1</w:t>
            </w:r>
          </w:p>
        </w:tc>
        <w:tc>
          <w:tcPr>
            <w:tcW w:w="0" w:type="auto"/>
          </w:tcPr>
          <w:p w14:paraId="7112DBDC" w14:textId="77777777" w:rsidR="000772B4" w:rsidRDefault="00746A89">
            <w:pPr>
              <w:jc w:val="center"/>
            </w:pPr>
            <w:r>
              <w:t>2,90</w:t>
            </w:r>
          </w:p>
        </w:tc>
        <w:tc>
          <w:tcPr>
            <w:tcW w:w="0" w:type="auto"/>
          </w:tcPr>
          <w:p w14:paraId="7B898087" w14:textId="77777777" w:rsidR="000772B4" w:rsidRDefault="00746A89">
            <w:pPr>
              <w:jc w:val="center"/>
            </w:pPr>
            <w:r>
              <w:t>не изменяется</w:t>
            </w:r>
          </w:p>
        </w:tc>
      </w:tr>
      <w:tr w:rsidR="000772B4" w14:paraId="1302B4DD" w14:textId="77777777">
        <w:trPr>
          <w:cantSplit/>
          <w:jc w:val="center"/>
        </w:trPr>
        <w:tc>
          <w:tcPr>
            <w:tcW w:w="0" w:type="auto"/>
          </w:tcPr>
          <w:p w14:paraId="6640BE90" w14:textId="77777777" w:rsidR="000772B4" w:rsidRDefault="00746A89">
            <w:r>
              <w:t>УПК № 7 Каз</w:t>
            </w:r>
          </w:p>
        </w:tc>
        <w:tc>
          <w:tcPr>
            <w:tcW w:w="0" w:type="auto"/>
          </w:tcPr>
          <w:p w14:paraId="5CDB9724" w14:textId="77777777" w:rsidR="000772B4" w:rsidRDefault="00746A89">
            <w:pPr>
              <w:jc w:val="center"/>
            </w:pPr>
            <w:r>
              <w:t>40,0</w:t>
            </w:r>
          </w:p>
        </w:tc>
        <w:tc>
          <w:tcPr>
            <w:tcW w:w="0" w:type="auto"/>
          </w:tcPr>
          <w:p w14:paraId="6F423171" w14:textId="77777777" w:rsidR="000772B4" w:rsidRDefault="00746A89">
            <w:pPr>
              <w:jc w:val="center"/>
            </w:pPr>
            <w:r>
              <w:t>19,4</w:t>
            </w:r>
          </w:p>
        </w:tc>
        <w:tc>
          <w:tcPr>
            <w:tcW w:w="0" w:type="auto"/>
          </w:tcPr>
          <w:p w14:paraId="596FB56F" w14:textId="77777777" w:rsidR="000772B4" w:rsidRDefault="00746A89">
            <w:pPr>
              <w:jc w:val="center"/>
            </w:pPr>
            <w:r>
              <w:t>20,60</w:t>
            </w:r>
          </w:p>
        </w:tc>
        <w:tc>
          <w:tcPr>
            <w:tcW w:w="0" w:type="auto"/>
          </w:tcPr>
          <w:p w14:paraId="2D90470E" w14:textId="77777777" w:rsidR="000772B4" w:rsidRDefault="00746A89">
            <w:pPr>
              <w:jc w:val="center"/>
            </w:pPr>
            <w:r>
              <w:t>не изменяется</w:t>
            </w:r>
          </w:p>
        </w:tc>
      </w:tr>
      <w:tr w:rsidR="000772B4" w14:paraId="0B039B77" w14:textId="77777777">
        <w:trPr>
          <w:cantSplit/>
          <w:jc w:val="center"/>
        </w:trPr>
        <w:tc>
          <w:tcPr>
            <w:tcW w:w="0" w:type="auto"/>
          </w:tcPr>
          <w:p w14:paraId="69E12E6A" w14:textId="77777777" w:rsidR="000772B4" w:rsidRDefault="00746A89">
            <w:r>
              <w:t>УПК № 8 Мундыбаш</w:t>
            </w:r>
          </w:p>
        </w:tc>
        <w:tc>
          <w:tcPr>
            <w:tcW w:w="0" w:type="auto"/>
          </w:tcPr>
          <w:p w14:paraId="7EBE982F" w14:textId="77777777" w:rsidR="000772B4" w:rsidRDefault="00746A89">
            <w:pPr>
              <w:jc w:val="center"/>
            </w:pPr>
            <w:r>
              <w:t>60,0</w:t>
            </w:r>
          </w:p>
        </w:tc>
        <w:tc>
          <w:tcPr>
            <w:tcW w:w="0" w:type="auto"/>
          </w:tcPr>
          <w:p w14:paraId="70E130B1" w14:textId="77777777" w:rsidR="000772B4" w:rsidRDefault="00746A89">
            <w:pPr>
              <w:jc w:val="center"/>
            </w:pPr>
            <w:r>
              <w:t>7,2</w:t>
            </w:r>
          </w:p>
        </w:tc>
        <w:tc>
          <w:tcPr>
            <w:tcW w:w="0" w:type="auto"/>
          </w:tcPr>
          <w:p w14:paraId="0A15EC9E" w14:textId="77777777" w:rsidR="000772B4" w:rsidRDefault="00746A89">
            <w:pPr>
              <w:jc w:val="center"/>
            </w:pPr>
            <w:r>
              <w:t>52,80</w:t>
            </w:r>
          </w:p>
        </w:tc>
        <w:tc>
          <w:tcPr>
            <w:tcW w:w="0" w:type="auto"/>
          </w:tcPr>
          <w:p w14:paraId="062315AF" w14:textId="77777777" w:rsidR="000772B4" w:rsidRDefault="00746A89">
            <w:pPr>
              <w:jc w:val="center"/>
            </w:pPr>
            <w:r>
              <w:t>не изменяется</w:t>
            </w:r>
          </w:p>
        </w:tc>
      </w:tr>
      <w:tr w:rsidR="000772B4" w14:paraId="49203D0E" w14:textId="77777777">
        <w:trPr>
          <w:cantSplit/>
          <w:jc w:val="center"/>
        </w:trPr>
        <w:tc>
          <w:tcPr>
            <w:tcW w:w="0" w:type="auto"/>
          </w:tcPr>
          <w:p w14:paraId="246FE33F" w14:textId="77777777" w:rsidR="000772B4" w:rsidRDefault="00746A89">
            <w:r>
              <w:t>УПК № 10 Темир-Тау</w:t>
            </w:r>
          </w:p>
        </w:tc>
        <w:tc>
          <w:tcPr>
            <w:tcW w:w="0" w:type="auto"/>
          </w:tcPr>
          <w:p w14:paraId="736DB882" w14:textId="77777777" w:rsidR="000772B4" w:rsidRDefault="00746A89">
            <w:pPr>
              <w:jc w:val="center"/>
            </w:pPr>
            <w:r>
              <w:t>0,0</w:t>
            </w:r>
          </w:p>
        </w:tc>
        <w:tc>
          <w:tcPr>
            <w:tcW w:w="0" w:type="auto"/>
          </w:tcPr>
          <w:p w14:paraId="534C3E26" w14:textId="77777777" w:rsidR="000772B4" w:rsidRDefault="00746A89">
            <w:pPr>
              <w:jc w:val="center"/>
            </w:pPr>
            <w:r>
              <w:t>5,4</w:t>
            </w:r>
          </w:p>
        </w:tc>
        <w:tc>
          <w:tcPr>
            <w:tcW w:w="0" w:type="auto"/>
          </w:tcPr>
          <w:p w14:paraId="2EF91970" w14:textId="77777777" w:rsidR="000772B4" w:rsidRDefault="00746A89">
            <w:pPr>
              <w:jc w:val="center"/>
            </w:pPr>
            <w:r>
              <w:t>−5,40</w:t>
            </w:r>
          </w:p>
        </w:tc>
        <w:tc>
          <w:tcPr>
            <w:tcW w:w="0" w:type="auto"/>
          </w:tcPr>
          <w:p w14:paraId="2551AB2A" w14:textId="77777777" w:rsidR="000772B4" w:rsidRDefault="00746A89">
            <w:pPr>
              <w:jc w:val="center"/>
            </w:pPr>
            <w:r>
              <w:t>не изменяется</w:t>
            </w:r>
          </w:p>
        </w:tc>
      </w:tr>
      <w:tr w:rsidR="000772B4" w14:paraId="25F8C05F" w14:textId="77777777">
        <w:trPr>
          <w:cantSplit/>
          <w:jc w:val="center"/>
        </w:trPr>
        <w:tc>
          <w:tcPr>
            <w:tcW w:w="0" w:type="auto"/>
          </w:tcPr>
          <w:p w14:paraId="74D310E8" w14:textId="77777777" w:rsidR="000772B4" w:rsidRDefault="00746A89">
            <w:r>
              <w:t>УПК № 3 Спасск</w:t>
            </w:r>
          </w:p>
        </w:tc>
        <w:tc>
          <w:tcPr>
            <w:tcW w:w="0" w:type="auto"/>
          </w:tcPr>
          <w:p w14:paraId="603C97C7" w14:textId="77777777" w:rsidR="000772B4" w:rsidRDefault="00746A89">
            <w:pPr>
              <w:jc w:val="center"/>
            </w:pPr>
            <w:r>
              <w:t>0,0</w:t>
            </w:r>
          </w:p>
        </w:tc>
        <w:tc>
          <w:tcPr>
            <w:tcW w:w="0" w:type="auto"/>
          </w:tcPr>
          <w:p w14:paraId="0F97A51B" w14:textId="77777777" w:rsidR="000772B4" w:rsidRDefault="00746A89">
            <w:pPr>
              <w:jc w:val="center"/>
            </w:pPr>
            <w:r>
              <w:t>1,1</w:t>
            </w:r>
          </w:p>
        </w:tc>
        <w:tc>
          <w:tcPr>
            <w:tcW w:w="0" w:type="auto"/>
          </w:tcPr>
          <w:p w14:paraId="47A5C14B" w14:textId="77777777" w:rsidR="000772B4" w:rsidRDefault="00746A89">
            <w:pPr>
              <w:jc w:val="center"/>
            </w:pPr>
            <w:r>
              <w:t>−1,10</w:t>
            </w:r>
          </w:p>
        </w:tc>
        <w:tc>
          <w:tcPr>
            <w:tcW w:w="0" w:type="auto"/>
          </w:tcPr>
          <w:p w14:paraId="3CF534D6" w14:textId="77777777" w:rsidR="000772B4" w:rsidRDefault="00746A89">
            <w:pPr>
              <w:jc w:val="center"/>
            </w:pPr>
            <w:r>
              <w:t>не изменяется</w:t>
            </w:r>
          </w:p>
        </w:tc>
      </w:tr>
    </w:tbl>
    <w:p w14:paraId="52F8D30E" w14:textId="77777777" w:rsidR="000772B4" w:rsidRDefault="000772B4">
      <w:pPr>
        <w:spacing w:after="40"/>
      </w:pPr>
    </w:p>
    <w:p w14:paraId="2EC5920F" w14:textId="77777777" w:rsidR="000772B4" w:rsidRPr="00794D67" w:rsidRDefault="00746A89">
      <w:pPr>
        <w:spacing w:after="80"/>
        <w:jc w:val="both"/>
        <w:rPr>
          <w:lang w:val="ru-RU"/>
        </w:rPr>
      </w:pPr>
      <w:r w:rsidRPr="00794D67">
        <w:rPr>
          <w:lang w:val="ru-RU"/>
        </w:rPr>
        <w:t>Аварийная подпитка нормируется объёмом тепловой сети, а не водоразбором горячего водоснабжения, и выполняется химически не обработанной и не деаэрированной водой. Перевод на закрытую схему её не изменяет. Аварийный дефицит по пяти системам сохраняется и является самостоятельным предметом мероприятий надёжности.</w:t>
      </w:r>
    </w:p>
    <w:p w14:paraId="6C811859" w14:textId="77777777" w:rsidR="000772B4" w:rsidRPr="00344E69" w:rsidRDefault="00746A89">
      <w:pPr>
        <w:pStyle w:val="21"/>
        <w:rPr>
          <w:lang w:val="ru-RU"/>
        </w:rPr>
      </w:pPr>
      <w:bookmarkStart w:id="64" w:name="_Toc238015655"/>
      <w:r w:rsidRPr="00344E69">
        <w:rPr>
          <w:lang w:val="ru-RU"/>
        </w:rPr>
        <w:t>9.8. Температурный режим, гидравлика и сторона потребителя</w:t>
      </w:r>
      <w:bookmarkEnd w:id="64"/>
    </w:p>
    <w:p w14:paraId="2F8FF270" w14:textId="77777777" w:rsidR="000772B4" w:rsidRPr="00794D67" w:rsidRDefault="00746A89">
      <w:pPr>
        <w:spacing w:after="80"/>
        <w:jc w:val="both"/>
        <w:rPr>
          <w:lang w:val="ru-RU"/>
        </w:rPr>
      </w:pPr>
      <w:r w:rsidRPr="00794D67">
        <w:rPr>
          <w:lang w:val="ru-RU"/>
        </w:rPr>
        <w:t xml:space="preserve">Историческое решение опирается на условие преобладания отопительной нагрузки: при </w:t>
      </w:r>
      <w:r>
        <w:t>α</w:t>
      </w:r>
      <w:r w:rsidRPr="00794D67">
        <w:rPr>
          <w:lang w:val="ru-RU"/>
        </w:rPr>
        <w:t xml:space="preserve"> = </w:t>
      </w:r>
      <w:r>
        <w:t>Q</w:t>
      </w:r>
      <w:r w:rsidRPr="00794D67">
        <w:rPr>
          <w:lang w:val="ru-RU"/>
        </w:rPr>
        <w:t>гвс/</w:t>
      </w:r>
      <w:r>
        <w:t>Q</w:t>
      </w:r>
      <w:r w:rsidRPr="00794D67">
        <w:rPr>
          <w:lang w:val="ru-RU"/>
        </w:rPr>
        <w:t>от ≤ 0,1 регулирование отпуска сохраняется по отопительному графику со спрямлением в тёплый период для нужд горячего водоснабжения. Условие проверено по каждой системе.</w:t>
      </w:r>
    </w:p>
    <w:p w14:paraId="40547FF0" w14:textId="77777777" w:rsidR="000772B4" w:rsidRPr="00794D67" w:rsidRDefault="00746A89">
      <w:pPr>
        <w:keepNext/>
        <w:spacing w:before="160"/>
        <w:rPr>
          <w:lang w:val="ru-RU"/>
        </w:rPr>
      </w:pPr>
      <w:r w:rsidRPr="00794D67">
        <w:rPr>
          <w:b/>
          <w:lang w:val="ru-RU"/>
        </w:rPr>
        <w:t>Таблица 9.12 — Проверка условия сохранения отопительного графика</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978"/>
        <w:gridCol w:w="2114"/>
        <w:gridCol w:w="1733"/>
        <w:gridCol w:w="774"/>
        <w:gridCol w:w="1162"/>
        <w:gridCol w:w="1584"/>
      </w:tblGrid>
      <w:tr w:rsidR="000772B4" w14:paraId="5873E266" w14:textId="77777777">
        <w:trPr>
          <w:cantSplit/>
          <w:tblHeader/>
          <w:jc w:val="center"/>
        </w:trPr>
        <w:tc>
          <w:tcPr>
            <w:tcW w:w="0" w:type="auto"/>
            <w:shd w:val="clear" w:color="auto" w:fill="E2F0D9"/>
          </w:tcPr>
          <w:p w14:paraId="04BCFE72" w14:textId="77777777" w:rsidR="000772B4" w:rsidRDefault="00746A89">
            <w:pPr>
              <w:jc w:val="center"/>
            </w:pPr>
            <w:r>
              <w:rPr>
                <w:b/>
              </w:rPr>
              <w:t>Источник</w:t>
            </w:r>
          </w:p>
        </w:tc>
        <w:tc>
          <w:tcPr>
            <w:tcW w:w="0" w:type="auto"/>
            <w:shd w:val="clear" w:color="auto" w:fill="E2F0D9"/>
          </w:tcPr>
          <w:p w14:paraId="617A103D" w14:textId="77777777" w:rsidR="000772B4" w:rsidRDefault="00746A89">
            <w:pPr>
              <w:jc w:val="center"/>
            </w:pPr>
            <w:r>
              <w:rPr>
                <w:b/>
              </w:rPr>
              <w:t>Нагрузка отопления, Гкал/ч</w:t>
            </w:r>
          </w:p>
        </w:tc>
        <w:tc>
          <w:tcPr>
            <w:tcW w:w="0" w:type="auto"/>
            <w:shd w:val="clear" w:color="auto" w:fill="E2F0D9"/>
          </w:tcPr>
          <w:p w14:paraId="22CDD02D" w14:textId="77777777" w:rsidR="000772B4" w:rsidRDefault="00746A89">
            <w:pPr>
              <w:jc w:val="center"/>
            </w:pPr>
            <w:r>
              <w:rPr>
                <w:b/>
              </w:rPr>
              <w:t>Нагрузка ГВС, Гкал/ч</w:t>
            </w:r>
          </w:p>
        </w:tc>
        <w:tc>
          <w:tcPr>
            <w:tcW w:w="0" w:type="auto"/>
            <w:shd w:val="clear" w:color="auto" w:fill="E2F0D9"/>
          </w:tcPr>
          <w:p w14:paraId="4CB803EC" w14:textId="77777777" w:rsidR="000772B4" w:rsidRDefault="00746A89">
            <w:pPr>
              <w:jc w:val="center"/>
            </w:pPr>
            <w:r>
              <w:rPr>
                <w:b/>
              </w:rPr>
              <w:t>α</w:t>
            </w:r>
          </w:p>
        </w:tc>
        <w:tc>
          <w:tcPr>
            <w:tcW w:w="0" w:type="auto"/>
            <w:shd w:val="clear" w:color="auto" w:fill="E2F0D9"/>
          </w:tcPr>
          <w:p w14:paraId="4A7B49B4" w14:textId="77777777" w:rsidR="000772B4" w:rsidRDefault="00746A89">
            <w:pPr>
              <w:jc w:val="center"/>
            </w:pPr>
            <w:r>
              <w:rPr>
                <w:b/>
              </w:rPr>
              <w:t>График, °C</w:t>
            </w:r>
          </w:p>
        </w:tc>
        <w:tc>
          <w:tcPr>
            <w:tcW w:w="0" w:type="auto"/>
            <w:shd w:val="clear" w:color="auto" w:fill="E2F0D9"/>
          </w:tcPr>
          <w:p w14:paraId="76C7577A" w14:textId="77777777" w:rsidR="000772B4" w:rsidRDefault="00746A89">
            <w:pPr>
              <w:jc w:val="center"/>
            </w:pPr>
            <w:r>
              <w:rPr>
                <w:b/>
              </w:rPr>
              <w:t>Условие α ≤ 0,1</w:t>
            </w:r>
          </w:p>
        </w:tc>
      </w:tr>
      <w:tr w:rsidR="000772B4" w14:paraId="3EFEBE4A" w14:textId="77777777">
        <w:trPr>
          <w:cantSplit/>
          <w:jc w:val="center"/>
        </w:trPr>
        <w:tc>
          <w:tcPr>
            <w:tcW w:w="0" w:type="auto"/>
          </w:tcPr>
          <w:p w14:paraId="70C13F4A" w14:textId="77777777" w:rsidR="000772B4" w:rsidRDefault="00746A89">
            <w:r>
              <w:t>УПК № 1 Таштагол</w:t>
            </w:r>
          </w:p>
        </w:tc>
        <w:tc>
          <w:tcPr>
            <w:tcW w:w="0" w:type="auto"/>
          </w:tcPr>
          <w:p w14:paraId="40A5EABA" w14:textId="77777777" w:rsidR="000772B4" w:rsidRDefault="00746A89">
            <w:pPr>
              <w:jc w:val="center"/>
            </w:pPr>
            <w:r>
              <w:t>47,3380</w:t>
            </w:r>
          </w:p>
        </w:tc>
        <w:tc>
          <w:tcPr>
            <w:tcW w:w="0" w:type="auto"/>
          </w:tcPr>
          <w:p w14:paraId="382AAA54" w14:textId="77777777" w:rsidR="000772B4" w:rsidRDefault="00746A89">
            <w:pPr>
              <w:jc w:val="center"/>
            </w:pPr>
            <w:r>
              <w:t>5,3810</w:t>
            </w:r>
          </w:p>
        </w:tc>
        <w:tc>
          <w:tcPr>
            <w:tcW w:w="0" w:type="auto"/>
          </w:tcPr>
          <w:p w14:paraId="57D51A4D" w14:textId="77777777" w:rsidR="000772B4" w:rsidRDefault="00746A89">
            <w:pPr>
              <w:jc w:val="center"/>
            </w:pPr>
            <w:r>
              <w:t>0,1137</w:t>
            </w:r>
          </w:p>
        </w:tc>
        <w:tc>
          <w:tcPr>
            <w:tcW w:w="0" w:type="auto"/>
          </w:tcPr>
          <w:p w14:paraId="255EE83F" w14:textId="77777777" w:rsidR="000772B4" w:rsidRDefault="00746A89">
            <w:pPr>
              <w:jc w:val="center"/>
            </w:pPr>
            <w:r>
              <w:t>95/70</w:t>
            </w:r>
          </w:p>
        </w:tc>
        <w:tc>
          <w:tcPr>
            <w:tcW w:w="0" w:type="auto"/>
          </w:tcPr>
          <w:p w14:paraId="45007E6C" w14:textId="77777777" w:rsidR="000772B4" w:rsidRDefault="00746A89">
            <w:pPr>
              <w:jc w:val="center"/>
            </w:pPr>
            <w:r>
              <w:t>НЕ выполняется</w:t>
            </w:r>
          </w:p>
        </w:tc>
      </w:tr>
      <w:tr w:rsidR="000772B4" w14:paraId="0D8C77EF" w14:textId="77777777">
        <w:trPr>
          <w:cantSplit/>
          <w:jc w:val="center"/>
        </w:trPr>
        <w:tc>
          <w:tcPr>
            <w:tcW w:w="0" w:type="auto"/>
          </w:tcPr>
          <w:p w14:paraId="4DD6FA8B" w14:textId="77777777" w:rsidR="000772B4" w:rsidRDefault="00746A89">
            <w:r>
              <w:t>УПК № 2 Шалым</w:t>
            </w:r>
          </w:p>
        </w:tc>
        <w:tc>
          <w:tcPr>
            <w:tcW w:w="0" w:type="auto"/>
          </w:tcPr>
          <w:p w14:paraId="4B568248" w14:textId="77777777" w:rsidR="000772B4" w:rsidRDefault="00746A89">
            <w:pPr>
              <w:jc w:val="center"/>
            </w:pPr>
            <w:r>
              <w:t>4,3589</w:t>
            </w:r>
          </w:p>
        </w:tc>
        <w:tc>
          <w:tcPr>
            <w:tcW w:w="0" w:type="auto"/>
          </w:tcPr>
          <w:p w14:paraId="50D0F18D" w14:textId="77777777" w:rsidR="000772B4" w:rsidRDefault="00746A89">
            <w:pPr>
              <w:jc w:val="center"/>
            </w:pPr>
            <w:r>
              <w:t>0,3820</w:t>
            </w:r>
          </w:p>
        </w:tc>
        <w:tc>
          <w:tcPr>
            <w:tcW w:w="0" w:type="auto"/>
          </w:tcPr>
          <w:p w14:paraId="7ACF8F8D" w14:textId="77777777" w:rsidR="000772B4" w:rsidRDefault="00746A89">
            <w:pPr>
              <w:jc w:val="center"/>
            </w:pPr>
            <w:r>
              <w:t>0,0876</w:t>
            </w:r>
          </w:p>
        </w:tc>
        <w:tc>
          <w:tcPr>
            <w:tcW w:w="0" w:type="auto"/>
          </w:tcPr>
          <w:p w14:paraId="07C3128E" w14:textId="77777777" w:rsidR="000772B4" w:rsidRDefault="00746A89">
            <w:pPr>
              <w:jc w:val="center"/>
            </w:pPr>
            <w:r>
              <w:t>95/70</w:t>
            </w:r>
          </w:p>
        </w:tc>
        <w:tc>
          <w:tcPr>
            <w:tcW w:w="0" w:type="auto"/>
          </w:tcPr>
          <w:p w14:paraId="61AB8EA7" w14:textId="77777777" w:rsidR="000772B4" w:rsidRDefault="00746A89">
            <w:pPr>
              <w:jc w:val="center"/>
            </w:pPr>
            <w:r>
              <w:t>выполняется</w:t>
            </w:r>
          </w:p>
        </w:tc>
      </w:tr>
      <w:tr w:rsidR="000772B4" w14:paraId="7434B98D" w14:textId="77777777">
        <w:trPr>
          <w:cantSplit/>
          <w:jc w:val="center"/>
        </w:trPr>
        <w:tc>
          <w:tcPr>
            <w:tcW w:w="0" w:type="auto"/>
          </w:tcPr>
          <w:p w14:paraId="60E1C871" w14:textId="77777777" w:rsidR="000772B4" w:rsidRDefault="00746A89">
            <w:r>
              <w:t>УПК № 2 ЦМК</w:t>
            </w:r>
          </w:p>
        </w:tc>
        <w:tc>
          <w:tcPr>
            <w:tcW w:w="0" w:type="auto"/>
          </w:tcPr>
          <w:p w14:paraId="50D36EDE" w14:textId="77777777" w:rsidR="000772B4" w:rsidRDefault="00746A89">
            <w:pPr>
              <w:jc w:val="center"/>
            </w:pPr>
            <w:r>
              <w:t>2,8393</w:t>
            </w:r>
          </w:p>
        </w:tc>
        <w:tc>
          <w:tcPr>
            <w:tcW w:w="0" w:type="auto"/>
          </w:tcPr>
          <w:p w14:paraId="5A510FFE" w14:textId="77777777" w:rsidR="000772B4" w:rsidRDefault="00746A89">
            <w:pPr>
              <w:jc w:val="center"/>
            </w:pPr>
            <w:r>
              <w:t>0,1280</w:t>
            </w:r>
          </w:p>
        </w:tc>
        <w:tc>
          <w:tcPr>
            <w:tcW w:w="0" w:type="auto"/>
          </w:tcPr>
          <w:p w14:paraId="72DF58D7" w14:textId="77777777" w:rsidR="000772B4" w:rsidRDefault="00746A89">
            <w:pPr>
              <w:jc w:val="center"/>
            </w:pPr>
            <w:r>
              <w:t>0,0451</w:t>
            </w:r>
          </w:p>
        </w:tc>
        <w:tc>
          <w:tcPr>
            <w:tcW w:w="0" w:type="auto"/>
          </w:tcPr>
          <w:p w14:paraId="7D601A93" w14:textId="77777777" w:rsidR="000772B4" w:rsidRDefault="00746A89">
            <w:pPr>
              <w:jc w:val="center"/>
            </w:pPr>
            <w:r>
              <w:t>95/70</w:t>
            </w:r>
          </w:p>
        </w:tc>
        <w:tc>
          <w:tcPr>
            <w:tcW w:w="0" w:type="auto"/>
          </w:tcPr>
          <w:p w14:paraId="6AE87DF3" w14:textId="77777777" w:rsidR="000772B4" w:rsidRDefault="00746A89">
            <w:pPr>
              <w:jc w:val="center"/>
            </w:pPr>
            <w:r>
              <w:t>выполняется</w:t>
            </w:r>
          </w:p>
        </w:tc>
      </w:tr>
      <w:tr w:rsidR="000772B4" w14:paraId="5E9D10EC" w14:textId="77777777">
        <w:trPr>
          <w:cantSplit/>
          <w:jc w:val="center"/>
        </w:trPr>
        <w:tc>
          <w:tcPr>
            <w:tcW w:w="0" w:type="auto"/>
          </w:tcPr>
          <w:p w14:paraId="25BF542E" w14:textId="77777777" w:rsidR="000772B4" w:rsidRDefault="00746A89">
            <w:r>
              <w:t>УПК № 9 ГРЭ</w:t>
            </w:r>
          </w:p>
        </w:tc>
        <w:tc>
          <w:tcPr>
            <w:tcW w:w="0" w:type="auto"/>
          </w:tcPr>
          <w:p w14:paraId="380D293A" w14:textId="77777777" w:rsidR="000772B4" w:rsidRDefault="00746A89">
            <w:pPr>
              <w:jc w:val="center"/>
            </w:pPr>
            <w:r>
              <w:t>0,7240</w:t>
            </w:r>
          </w:p>
        </w:tc>
        <w:tc>
          <w:tcPr>
            <w:tcW w:w="0" w:type="auto"/>
          </w:tcPr>
          <w:p w14:paraId="6BF3589B" w14:textId="77777777" w:rsidR="000772B4" w:rsidRDefault="00746A89">
            <w:pPr>
              <w:jc w:val="center"/>
            </w:pPr>
            <w:r>
              <w:t>0,0020</w:t>
            </w:r>
          </w:p>
        </w:tc>
        <w:tc>
          <w:tcPr>
            <w:tcW w:w="0" w:type="auto"/>
          </w:tcPr>
          <w:p w14:paraId="719B1789" w14:textId="77777777" w:rsidR="000772B4" w:rsidRDefault="00746A89">
            <w:pPr>
              <w:jc w:val="center"/>
            </w:pPr>
            <w:r>
              <w:t>0,0028</w:t>
            </w:r>
          </w:p>
        </w:tc>
        <w:tc>
          <w:tcPr>
            <w:tcW w:w="0" w:type="auto"/>
          </w:tcPr>
          <w:p w14:paraId="65E2CBE4" w14:textId="77777777" w:rsidR="000772B4" w:rsidRDefault="00746A89">
            <w:pPr>
              <w:jc w:val="center"/>
            </w:pPr>
            <w:r>
              <w:t>95/70</w:t>
            </w:r>
          </w:p>
        </w:tc>
        <w:tc>
          <w:tcPr>
            <w:tcW w:w="0" w:type="auto"/>
          </w:tcPr>
          <w:p w14:paraId="48B4E409" w14:textId="77777777" w:rsidR="000772B4" w:rsidRDefault="00746A89">
            <w:pPr>
              <w:jc w:val="center"/>
            </w:pPr>
            <w:r>
              <w:t>выполняется</w:t>
            </w:r>
          </w:p>
        </w:tc>
      </w:tr>
      <w:tr w:rsidR="000772B4" w14:paraId="0508FAA3" w14:textId="77777777">
        <w:trPr>
          <w:cantSplit/>
          <w:jc w:val="center"/>
        </w:trPr>
        <w:tc>
          <w:tcPr>
            <w:tcW w:w="0" w:type="auto"/>
          </w:tcPr>
          <w:p w14:paraId="4A9F1DE7" w14:textId="77777777" w:rsidR="000772B4" w:rsidRDefault="00746A89">
            <w:r>
              <w:t>УПК № 5 Новый Шерегеш</w:t>
            </w:r>
          </w:p>
        </w:tc>
        <w:tc>
          <w:tcPr>
            <w:tcW w:w="0" w:type="auto"/>
          </w:tcPr>
          <w:p w14:paraId="554AFD89" w14:textId="77777777" w:rsidR="000772B4" w:rsidRDefault="00746A89">
            <w:pPr>
              <w:jc w:val="center"/>
            </w:pPr>
            <w:r>
              <w:t>59,4340</w:t>
            </w:r>
          </w:p>
        </w:tc>
        <w:tc>
          <w:tcPr>
            <w:tcW w:w="0" w:type="auto"/>
          </w:tcPr>
          <w:p w14:paraId="38ED49B6" w14:textId="77777777" w:rsidR="000772B4" w:rsidRDefault="00746A89">
            <w:pPr>
              <w:jc w:val="center"/>
            </w:pPr>
            <w:r>
              <w:t>3,0650</w:t>
            </w:r>
          </w:p>
        </w:tc>
        <w:tc>
          <w:tcPr>
            <w:tcW w:w="0" w:type="auto"/>
          </w:tcPr>
          <w:p w14:paraId="023195E6" w14:textId="77777777" w:rsidR="000772B4" w:rsidRDefault="00746A89">
            <w:pPr>
              <w:jc w:val="center"/>
            </w:pPr>
            <w:r>
              <w:t>0,0516</w:t>
            </w:r>
          </w:p>
        </w:tc>
        <w:tc>
          <w:tcPr>
            <w:tcW w:w="0" w:type="auto"/>
          </w:tcPr>
          <w:p w14:paraId="435056AC" w14:textId="77777777" w:rsidR="000772B4" w:rsidRDefault="00746A89">
            <w:pPr>
              <w:jc w:val="center"/>
            </w:pPr>
            <w:r>
              <w:t>95/70</w:t>
            </w:r>
          </w:p>
        </w:tc>
        <w:tc>
          <w:tcPr>
            <w:tcW w:w="0" w:type="auto"/>
          </w:tcPr>
          <w:p w14:paraId="7C19CE36" w14:textId="77777777" w:rsidR="000772B4" w:rsidRDefault="00746A89">
            <w:pPr>
              <w:jc w:val="center"/>
            </w:pPr>
            <w:r>
              <w:t>выполняется</w:t>
            </w:r>
          </w:p>
        </w:tc>
      </w:tr>
      <w:tr w:rsidR="000772B4" w14:paraId="29B17FF2" w14:textId="77777777">
        <w:trPr>
          <w:cantSplit/>
          <w:jc w:val="center"/>
        </w:trPr>
        <w:tc>
          <w:tcPr>
            <w:tcW w:w="0" w:type="auto"/>
          </w:tcPr>
          <w:p w14:paraId="4483ECFF" w14:textId="77777777" w:rsidR="000772B4" w:rsidRDefault="00746A89">
            <w:r>
              <w:t>УПК № 6 Старый Шерегеш</w:t>
            </w:r>
          </w:p>
        </w:tc>
        <w:tc>
          <w:tcPr>
            <w:tcW w:w="0" w:type="auto"/>
          </w:tcPr>
          <w:p w14:paraId="1427CBCE" w14:textId="77777777" w:rsidR="000772B4" w:rsidRDefault="00746A89">
            <w:pPr>
              <w:jc w:val="center"/>
            </w:pPr>
            <w:r>
              <w:t>2,9328</w:t>
            </w:r>
          </w:p>
        </w:tc>
        <w:tc>
          <w:tcPr>
            <w:tcW w:w="0" w:type="auto"/>
          </w:tcPr>
          <w:p w14:paraId="55C25728" w14:textId="77777777" w:rsidR="000772B4" w:rsidRDefault="00746A89">
            <w:pPr>
              <w:jc w:val="center"/>
            </w:pPr>
            <w:r>
              <w:t>0,2640</w:t>
            </w:r>
          </w:p>
        </w:tc>
        <w:tc>
          <w:tcPr>
            <w:tcW w:w="0" w:type="auto"/>
          </w:tcPr>
          <w:p w14:paraId="1B9671A6" w14:textId="77777777" w:rsidR="000772B4" w:rsidRDefault="00746A89">
            <w:pPr>
              <w:jc w:val="center"/>
            </w:pPr>
            <w:r>
              <w:t>0,0900</w:t>
            </w:r>
          </w:p>
        </w:tc>
        <w:tc>
          <w:tcPr>
            <w:tcW w:w="0" w:type="auto"/>
          </w:tcPr>
          <w:p w14:paraId="7592B828" w14:textId="77777777" w:rsidR="000772B4" w:rsidRDefault="00746A89">
            <w:pPr>
              <w:jc w:val="center"/>
            </w:pPr>
            <w:r>
              <w:t>95/70</w:t>
            </w:r>
          </w:p>
        </w:tc>
        <w:tc>
          <w:tcPr>
            <w:tcW w:w="0" w:type="auto"/>
          </w:tcPr>
          <w:p w14:paraId="18AFC1FB" w14:textId="77777777" w:rsidR="000772B4" w:rsidRDefault="00746A89">
            <w:pPr>
              <w:jc w:val="center"/>
            </w:pPr>
            <w:r>
              <w:t>выполняется</w:t>
            </w:r>
          </w:p>
        </w:tc>
      </w:tr>
      <w:tr w:rsidR="000772B4" w14:paraId="76C62481" w14:textId="77777777">
        <w:trPr>
          <w:cantSplit/>
          <w:jc w:val="center"/>
        </w:trPr>
        <w:tc>
          <w:tcPr>
            <w:tcW w:w="0" w:type="auto"/>
          </w:tcPr>
          <w:p w14:paraId="19861E83" w14:textId="77777777" w:rsidR="000772B4" w:rsidRDefault="00746A89">
            <w:r>
              <w:t>УПК № 7 Каз</w:t>
            </w:r>
          </w:p>
        </w:tc>
        <w:tc>
          <w:tcPr>
            <w:tcW w:w="0" w:type="auto"/>
          </w:tcPr>
          <w:p w14:paraId="494D58E3" w14:textId="77777777" w:rsidR="000772B4" w:rsidRDefault="00746A89">
            <w:pPr>
              <w:jc w:val="center"/>
            </w:pPr>
            <w:r>
              <w:t>12,0387</w:t>
            </w:r>
          </w:p>
        </w:tc>
        <w:tc>
          <w:tcPr>
            <w:tcW w:w="0" w:type="auto"/>
          </w:tcPr>
          <w:p w14:paraId="3757D960" w14:textId="77777777" w:rsidR="000772B4" w:rsidRDefault="00746A89">
            <w:pPr>
              <w:jc w:val="center"/>
            </w:pPr>
            <w:r>
              <w:t>1,0530</w:t>
            </w:r>
          </w:p>
        </w:tc>
        <w:tc>
          <w:tcPr>
            <w:tcW w:w="0" w:type="auto"/>
          </w:tcPr>
          <w:p w14:paraId="403B1AB5" w14:textId="77777777" w:rsidR="000772B4" w:rsidRDefault="00746A89">
            <w:pPr>
              <w:jc w:val="center"/>
            </w:pPr>
            <w:r>
              <w:t>0,0875</w:t>
            </w:r>
          </w:p>
        </w:tc>
        <w:tc>
          <w:tcPr>
            <w:tcW w:w="0" w:type="auto"/>
          </w:tcPr>
          <w:p w14:paraId="367C5BA2" w14:textId="77777777" w:rsidR="000772B4" w:rsidRDefault="00746A89">
            <w:pPr>
              <w:jc w:val="center"/>
            </w:pPr>
            <w:r>
              <w:t>130/65</w:t>
            </w:r>
          </w:p>
        </w:tc>
        <w:tc>
          <w:tcPr>
            <w:tcW w:w="0" w:type="auto"/>
          </w:tcPr>
          <w:p w14:paraId="5BD43370" w14:textId="77777777" w:rsidR="000772B4" w:rsidRDefault="00746A89">
            <w:pPr>
              <w:jc w:val="center"/>
            </w:pPr>
            <w:r>
              <w:t>выполняется</w:t>
            </w:r>
          </w:p>
        </w:tc>
      </w:tr>
      <w:tr w:rsidR="000772B4" w14:paraId="44CE3F8A" w14:textId="77777777">
        <w:trPr>
          <w:cantSplit/>
          <w:jc w:val="center"/>
        </w:trPr>
        <w:tc>
          <w:tcPr>
            <w:tcW w:w="0" w:type="auto"/>
          </w:tcPr>
          <w:p w14:paraId="2A735A62" w14:textId="77777777" w:rsidR="000772B4" w:rsidRDefault="00746A89">
            <w:r>
              <w:t>УПК № 8 Мундыбаш</w:t>
            </w:r>
          </w:p>
        </w:tc>
        <w:tc>
          <w:tcPr>
            <w:tcW w:w="0" w:type="auto"/>
          </w:tcPr>
          <w:p w14:paraId="265F1C46" w14:textId="77777777" w:rsidR="000772B4" w:rsidRDefault="00746A89">
            <w:pPr>
              <w:jc w:val="center"/>
            </w:pPr>
            <w:r>
              <w:t>15,7720</w:t>
            </w:r>
          </w:p>
        </w:tc>
        <w:tc>
          <w:tcPr>
            <w:tcW w:w="0" w:type="auto"/>
          </w:tcPr>
          <w:p w14:paraId="29CC6586" w14:textId="77777777" w:rsidR="000772B4" w:rsidRDefault="00746A89">
            <w:pPr>
              <w:jc w:val="center"/>
            </w:pPr>
            <w:r>
              <w:t>0,8190</w:t>
            </w:r>
          </w:p>
        </w:tc>
        <w:tc>
          <w:tcPr>
            <w:tcW w:w="0" w:type="auto"/>
          </w:tcPr>
          <w:p w14:paraId="215F9315" w14:textId="77777777" w:rsidR="000772B4" w:rsidRDefault="00746A89">
            <w:pPr>
              <w:jc w:val="center"/>
            </w:pPr>
            <w:r>
              <w:t>0,0519</w:t>
            </w:r>
          </w:p>
        </w:tc>
        <w:tc>
          <w:tcPr>
            <w:tcW w:w="0" w:type="auto"/>
          </w:tcPr>
          <w:p w14:paraId="6A9A5874" w14:textId="77777777" w:rsidR="000772B4" w:rsidRDefault="00746A89">
            <w:pPr>
              <w:jc w:val="center"/>
            </w:pPr>
            <w:r>
              <w:t>95/70</w:t>
            </w:r>
          </w:p>
        </w:tc>
        <w:tc>
          <w:tcPr>
            <w:tcW w:w="0" w:type="auto"/>
          </w:tcPr>
          <w:p w14:paraId="3E405373" w14:textId="77777777" w:rsidR="000772B4" w:rsidRDefault="00746A89">
            <w:pPr>
              <w:jc w:val="center"/>
            </w:pPr>
            <w:r>
              <w:t>выполняется</w:t>
            </w:r>
          </w:p>
        </w:tc>
      </w:tr>
      <w:tr w:rsidR="000772B4" w14:paraId="2FF6203D" w14:textId="77777777">
        <w:trPr>
          <w:cantSplit/>
          <w:jc w:val="center"/>
        </w:trPr>
        <w:tc>
          <w:tcPr>
            <w:tcW w:w="0" w:type="auto"/>
          </w:tcPr>
          <w:p w14:paraId="37686607" w14:textId="77777777" w:rsidR="000772B4" w:rsidRDefault="00746A89">
            <w:r>
              <w:t>УПК № 10 Темир-Тау</w:t>
            </w:r>
          </w:p>
        </w:tc>
        <w:tc>
          <w:tcPr>
            <w:tcW w:w="0" w:type="auto"/>
          </w:tcPr>
          <w:p w14:paraId="3B1EECAA" w14:textId="77777777" w:rsidR="000772B4" w:rsidRDefault="00746A89">
            <w:pPr>
              <w:jc w:val="center"/>
            </w:pPr>
            <w:r>
              <w:t>7,2092</w:t>
            </w:r>
          </w:p>
        </w:tc>
        <w:tc>
          <w:tcPr>
            <w:tcW w:w="0" w:type="auto"/>
          </w:tcPr>
          <w:p w14:paraId="2C6A1298" w14:textId="77777777" w:rsidR="000772B4" w:rsidRDefault="00746A89">
            <w:pPr>
              <w:jc w:val="center"/>
            </w:pPr>
            <w:r>
              <w:t>0,2569</w:t>
            </w:r>
          </w:p>
        </w:tc>
        <w:tc>
          <w:tcPr>
            <w:tcW w:w="0" w:type="auto"/>
          </w:tcPr>
          <w:p w14:paraId="7C582D14" w14:textId="77777777" w:rsidR="000772B4" w:rsidRDefault="00746A89">
            <w:pPr>
              <w:jc w:val="center"/>
            </w:pPr>
            <w:r>
              <w:t>0,0356</w:t>
            </w:r>
          </w:p>
        </w:tc>
        <w:tc>
          <w:tcPr>
            <w:tcW w:w="0" w:type="auto"/>
          </w:tcPr>
          <w:p w14:paraId="5DC64CA1" w14:textId="77777777" w:rsidR="000772B4" w:rsidRDefault="00746A89">
            <w:pPr>
              <w:jc w:val="center"/>
            </w:pPr>
            <w:r>
              <w:t>95/70</w:t>
            </w:r>
          </w:p>
        </w:tc>
        <w:tc>
          <w:tcPr>
            <w:tcW w:w="0" w:type="auto"/>
          </w:tcPr>
          <w:p w14:paraId="1B7699C7" w14:textId="77777777" w:rsidR="000772B4" w:rsidRDefault="00746A89">
            <w:pPr>
              <w:jc w:val="center"/>
            </w:pPr>
            <w:r>
              <w:t>выполняется</w:t>
            </w:r>
          </w:p>
        </w:tc>
      </w:tr>
      <w:tr w:rsidR="000772B4" w14:paraId="15A7CA29" w14:textId="77777777">
        <w:trPr>
          <w:cantSplit/>
          <w:jc w:val="center"/>
        </w:trPr>
        <w:tc>
          <w:tcPr>
            <w:tcW w:w="0" w:type="auto"/>
          </w:tcPr>
          <w:p w14:paraId="103F9FCD" w14:textId="77777777" w:rsidR="000772B4" w:rsidRDefault="00746A89">
            <w:r>
              <w:t>УПК № 3 Спасск</w:t>
            </w:r>
          </w:p>
        </w:tc>
        <w:tc>
          <w:tcPr>
            <w:tcW w:w="0" w:type="auto"/>
          </w:tcPr>
          <w:p w14:paraId="73E23491" w14:textId="77777777" w:rsidR="000772B4" w:rsidRDefault="00746A89">
            <w:pPr>
              <w:jc w:val="center"/>
            </w:pPr>
            <w:r>
              <w:t>1,2910</w:t>
            </w:r>
          </w:p>
        </w:tc>
        <w:tc>
          <w:tcPr>
            <w:tcW w:w="0" w:type="auto"/>
          </w:tcPr>
          <w:p w14:paraId="48078840" w14:textId="77777777" w:rsidR="000772B4" w:rsidRDefault="00746A89">
            <w:pPr>
              <w:jc w:val="center"/>
            </w:pPr>
            <w:r>
              <w:t>0,0400</w:t>
            </w:r>
          </w:p>
        </w:tc>
        <w:tc>
          <w:tcPr>
            <w:tcW w:w="0" w:type="auto"/>
          </w:tcPr>
          <w:p w14:paraId="6402D68A" w14:textId="77777777" w:rsidR="000772B4" w:rsidRDefault="00746A89">
            <w:pPr>
              <w:jc w:val="center"/>
            </w:pPr>
            <w:r>
              <w:t>0,0310</w:t>
            </w:r>
          </w:p>
        </w:tc>
        <w:tc>
          <w:tcPr>
            <w:tcW w:w="0" w:type="auto"/>
          </w:tcPr>
          <w:p w14:paraId="5BED5D6C" w14:textId="77777777" w:rsidR="000772B4" w:rsidRDefault="00746A89">
            <w:pPr>
              <w:jc w:val="center"/>
            </w:pPr>
            <w:r>
              <w:t>95/70</w:t>
            </w:r>
          </w:p>
        </w:tc>
        <w:tc>
          <w:tcPr>
            <w:tcW w:w="0" w:type="auto"/>
          </w:tcPr>
          <w:p w14:paraId="3C25EAA7" w14:textId="77777777" w:rsidR="000772B4" w:rsidRDefault="00746A89">
            <w:pPr>
              <w:jc w:val="center"/>
            </w:pPr>
            <w:r>
              <w:t>выполняется</w:t>
            </w:r>
          </w:p>
        </w:tc>
      </w:tr>
    </w:tbl>
    <w:p w14:paraId="610330ED" w14:textId="77777777" w:rsidR="000772B4" w:rsidRDefault="000772B4">
      <w:pPr>
        <w:spacing w:after="40"/>
      </w:pPr>
    </w:p>
    <w:p w14:paraId="5278F07A" w14:textId="77777777" w:rsidR="000772B4" w:rsidRPr="00794D67" w:rsidRDefault="00746A89">
      <w:pPr>
        <w:spacing w:after="80"/>
        <w:jc w:val="both"/>
        <w:rPr>
          <w:lang w:val="ru-RU"/>
        </w:rPr>
      </w:pPr>
      <w:r w:rsidRPr="00794D67">
        <w:rPr>
          <w:lang w:val="ru-RU"/>
        </w:rPr>
        <w:t xml:space="preserve">Условие выполняется по девяти системам и не выполняется по УПК № 1 «Таштагол», где </w:t>
      </w:r>
      <w:r>
        <w:t>α</w:t>
      </w:r>
      <w:r w:rsidRPr="00794D67">
        <w:rPr>
          <w:lang w:val="ru-RU"/>
        </w:rPr>
        <w:t xml:space="preserve"> = 0,1137. Для этой системы вывод исторического решения о сохранении отопительного графика автоматически не переносится: режим регулирования после перевода подлежит отдельному обоснованию. Это первый случай, когда решение по системам Таштагола различается внутри одной территории.</w:t>
      </w:r>
    </w:p>
    <w:p w14:paraId="04AE663E" w14:textId="77777777" w:rsidR="000772B4" w:rsidRPr="00794D67" w:rsidRDefault="00746A89">
      <w:pPr>
        <w:spacing w:after="80"/>
        <w:jc w:val="both"/>
        <w:rPr>
          <w:lang w:val="ru-RU"/>
        </w:rPr>
      </w:pPr>
      <w:r w:rsidRPr="00794D67">
        <w:rPr>
          <w:lang w:val="ru-RU"/>
        </w:rPr>
        <w:t>Зона УПК № 7 «Каз» работает по графику 130/65 °</w:t>
      </w:r>
      <w:r>
        <w:t>C</w:t>
      </w:r>
      <w:r w:rsidRPr="00794D67">
        <w:rPr>
          <w:lang w:val="ru-RU"/>
        </w:rPr>
        <w:t xml:space="preserve"> с изломом 65 °</w:t>
      </w:r>
      <w:r>
        <w:t>C</w:t>
      </w:r>
      <w:r w:rsidRPr="00794D67">
        <w:rPr>
          <w:lang w:val="ru-RU"/>
        </w:rPr>
        <w:t>. Решение по Спасску, где график 95/70 °</w:t>
      </w:r>
      <w:r>
        <w:t>C</w:t>
      </w:r>
      <w:r w:rsidRPr="00794D67">
        <w:rPr>
          <w:lang w:val="ru-RU"/>
        </w:rPr>
        <w:t xml:space="preserve"> с изломом 55 °</w:t>
      </w:r>
      <w:r>
        <w:t>C</w:t>
      </w:r>
      <w:r w:rsidRPr="00794D67">
        <w:rPr>
          <w:lang w:val="ru-RU"/>
        </w:rPr>
        <w:t>, на Каз не переносится: температура приготовления горячей воды и, следовательно, подбор теплообменников различаются.</w:t>
      </w:r>
    </w:p>
    <w:p w14:paraId="31951DE9" w14:textId="77777777" w:rsidR="000772B4" w:rsidRPr="00344E69" w:rsidRDefault="00746A89">
      <w:pPr>
        <w:pStyle w:val="31"/>
        <w:rPr>
          <w:sz w:val="28"/>
          <w:szCs w:val="28"/>
          <w:lang w:val="ru-RU"/>
        </w:rPr>
      </w:pPr>
      <w:r w:rsidRPr="00344E69">
        <w:rPr>
          <w:sz w:val="28"/>
          <w:szCs w:val="28"/>
          <w:lang w:val="ru-RU"/>
        </w:rPr>
        <w:t>9.8.1. Гидравлические последствия</w:t>
      </w:r>
    </w:p>
    <w:p w14:paraId="40A92EC3" w14:textId="77777777" w:rsidR="000772B4" w:rsidRPr="00794D67" w:rsidRDefault="00746A89">
      <w:pPr>
        <w:spacing w:after="80"/>
        <w:jc w:val="both"/>
        <w:rPr>
          <w:lang w:val="ru-RU"/>
        </w:rPr>
      </w:pPr>
      <w:r w:rsidRPr="00794D67">
        <w:rPr>
          <w:lang w:val="ru-RU"/>
        </w:rPr>
        <w:t>Переход на закрытое приготовление изменяет расход сетевой воды, распределение расходов по обратному трубопроводу и режим подпиточных насосов. Историческое решение по Казу и Темиртау содержит вывод, что увеличения диаметров трубопроводов не требуется, и опирается на выполненный гидравлический расчёт существующих сетей.</w:t>
      </w:r>
    </w:p>
    <w:p w14:paraId="3573D4BE" w14:textId="77777777" w:rsidR="000772B4" w:rsidRPr="00794D67" w:rsidRDefault="00746A89">
      <w:pPr>
        <w:spacing w:after="80"/>
        <w:jc w:val="both"/>
        <w:rPr>
          <w:lang w:val="ru-RU"/>
        </w:rPr>
      </w:pPr>
      <w:r w:rsidRPr="00794D67">
        <w:rPr>
          <w:lang w:val="ru-RU"/>
        </w:rPr>
        <w:t>Этот вывод относится к состоянию сетей 2021 года и на 2026 год автоматически не распространяется. Статус — подлежит проверке гидравлическим расчётом. Утверждение об улучшении гидравлического режима вследствие перевода в настоящей главе не делается: расчёт не выполнялся.</w:t>
      </w:r>
    </w:p>
    <w:p w14:paraId="37B55810" w14:textId="77777777" w:rsidR="000772B4" w:rsidRDefault="00746A89">
      <w:pPr>
        <w:keepNext/>
        <w:spacing w:before="160"/>
      </w:pPr>
      <w:r>
        <w:rPr>
          <w:b/>
        </w:rPr>
        <w:t>Таблица 9.13 — Потребность в электронной модели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030"/>
        <w:gridCol w:w="2885"/>
        <w:gridCol w:w="4430"/>
      </w:tblGrid>
      <w:tr w:rsidR="000772B4" w14:paraId="7D809A06" w14:textId="77777777">
        <w:trPr>
          <w:cantSplit/>
          <w:tblHeader/>
          <w:jc w:val="center"/>
        </w:trPr>
        <w:tc>
          <w:tcPr>
            <w:tcW w:w="0" w:type="auto"/>
            <w:shd w:val="clear" w:color="auto" w:fill="E2F0D9"/>
          </w:tcPr>
          <w:p w14:paraId="43002BE3" w14:textId="77777777" w:rsidR="000772B4" w:rsidRDefault="00746A89">
            <w:pPr>
              <w:jc w:val="center"/>
            </w:pPr>
            <w:r>
              <w:rPr>
                <w:b/>
              </w:rPr>
              <w:t>Источник</w:t>
            </w:r>
          </w:p>
        </w:tc>
        <w:tc>
          <w:tcPr>
            <w:tcW w:w="0" w:type="auto"/>
            <w:shd w:val="clear" w:color="auto" w:fill="E2F0D9"/>
          </w:tcPr>
          <w:p w14:paraId="78A087A4" w14:textId="77777777" w:rsidR="000772B4" w:rsidRDefault="00746A89">
            <w:pPr>
              <w:jc w:val="center"/>
            </w:pPr>
            <w:r>
              <w:rPr>
                <w:b/>
              </w:rPr>
              <w:t>Статус зависимости от модели</w:t>
            </w:r>
          </w:p>
        </w:tc>
        <w:tc>
          <w:tcPr>
            <w:tcW w:w="0" w:type="auto"/>
            <w:shd w:val="clear" w:color="auto" w:fill="E2F0D9"/>
          </w:tcPr>
          <w:p w14:paraId="41809929" w14:textId="77777777" w:rsidR="000772B4" w:rsidRDefault="00746A89">
            <w:pPr>
              <w:jc w:val="center"/>
            </w:pPr>
            <w:r>
              <w:rPr>
                <w:b/>
              </w:rPr>
              <w:t>Основание</w:t>
            </w:r>
          </w:p>
        </w:tc>
      </w:tr>
      <w:tr w:rsidR="000772B4" w:rsidRPr="00C07C05" w14:paraId="50910DF5" w14:textId="77777777">
        <w:trPr>
          <w:cantSplit/>
          <w:jc w:val="center"/>
        </w:trPr>
        <w:tc>
          <w:tcPr>
            <w:tcW w:w="0" w:type="auto"/>
          </w:tcPr>
          <w:p w14:paraId="49A1DA1B" w14:textId="77777777" w:rsidR="000772B4" w:rsidRDefault="00746A89">
            <w:r>
              <w:t>УПК № 1 Таштагол</w:t>
            </w:r>
          </w:p>
        </w:tc>
        <w:tc>
          <w:tcPr>
            <w:tcW w:w="0" w:type="auto"/>
          </w:tcPr>
          <w:p w14:paraId="61391672" w14:textId="77777777" w:rsidR="000772B4" w:rsidRDefault="00746A89">
            <w:pPr>
              <w:jc w:val="center"/>
            </w:pPr>
            <w:r>
              <w:t>расчётное моделирование рекомендуется</w:t>
            </w:r>
          </w:p>
        </w:tc>
        <w:tc>
          <w:tcPr>
            <w:tcW w:w="0" w:type="auto"/>
          </w:tcPr>
          <w:p w14:paraId="661F0F0B" w14:textId="77777777" w:rsidR="000772B4" w:rsidRPr="00794D67" w:rsidRDefault="00746A89">
            <w:pPr>
              <w:jc w:val="center"/>
              <w:rPr>
                <w:lang w:val="ru-RU"/>
              </w:rPr>
            </w:pPr>
            <w:r w:rsidRPr="00794D67">
              <w:rPr>
                <w:lang w:val="ru-RU"/>
              </w:rPr>
              <w:t xml:space="preserve">крупнейший водоразбор округа и невыполнение условия </w:t>
            </w:r>
            <w:r>
              <w:t>α</w:t>
            </w:r>
            <w:r w:rsidRPr="00794D67">
              <w:rPr>
                <w:lang w:val="ru-RU"/>
              </w:rPr>
              <w:t xml:space="preserve"> ≤ 0,1</w:t>
            </w:r>
          </w:p>
        </w:tc>
      </w:tr>
      <w:tr w:rsidR="000772B4" w14:paraId="6D8F34FC" w14:textId="77777777">
        <w:trPr>
          <w:cantSplit/>
          <w:jc w:val="center"/>
        </w:trPr>
        <w:tc>
          <w:tcPr>
            <w:tcW w:w="0" w:type="auto"/>
          </w:tcPr>
          <w:p w14:paraId="67D15E99" w14:textId="77777777" w:rsidR="000772B4" w:rsidRDefault="00746A89">
            <w:r>
              <w:t>УПК № 2 Шалым</w:t>
            </w:r>
          </w:p>
        </w:tc>
        <w:tc>
          <w:tcPr>
            <w:tcW w:w="0" w:type="auto"/>
          </w:tcPr>
          <w:p w14:paraId="6626F151" w14:textId="77777777" w:rsidR="000772B4" w:rsidRDefault="00746A89">
            <w:pPr>
              <w:jc w:val="center"/>
            </w:pPr>
            <w:r>
              <w:t>расчётное моделирование не требуется</w:t>
            </w:r>
          </w:p>
        </w:tc>
        <w:tc>
          <w:tcPr>
            <w:tcW w:w="0" w:type="auto"/>
          </w:tcPr>
          <w:p w14:paraId="7F04932E" w14:textId="77777777" w:rsidR="000772B4" w:rsidRDefault="00746A89">
            <w:pPr>
              <w:jc w:val="center"/>
            </w:pPr>
            <w:r>
              <w:t>масштаб изменения расходов незначителен</w:t>
            </w:r>
          </w:p>
        </w:tc>
      </w:tr>
      <w:tr w:rsidR="000772B4" w14:paraId="216DB9EB" w14:textId="77777777">
        <w:trPr>
          <w:cantSplit/>
          <w:jc w:val="center"/>
        </w:trPr>
        <w:tc>
          <w:tcPr>
            <w:tcW w:w="0" w:type="auto"/>
          </w:tcPr>
          <w:p w14:paraId="29F08954" w14:textId="77777777" w:rsidR="000772B4" w:rsidRDefault="00746A89">
            <w:r>
              <w:t>УПК № 2 ЦМК</w:t>
            </w:r>
          </w:p>
        </w:tc>
        <w:tc>
          <w:tcPr>
            <w:tcW w:w="0" w:type="auto"/>
          </w:tcPr>
          <w:p w14:paraId="0BD13702" w14:textId="77777777" w:rsidR="000772B4" w:rsidRDefault="00746A89">
            <w:pPr>
              <w:jc w:val="center"/>
            </w:pPr>
            <w:r>
              <w:t>расчётное моделирование не требуется</w:t>
            </w:r>
          </w:p>
        </w:tc>
        <w:tc>
          <w:tcPr>
            <w:tcW w:w="0" w:type="auto"/>
          </w:tcPr>
          <w:p w14:paraId="7437F2E2" w14:textId="77777777" w:rsidR="000772B4" w:rsidRDefault="00746A89">
            <w:pPr>
              <w:jc w:val="center"/>
            </w:pPr>
            <w:r>
              <w:t>масштаб изменения расходов незначителен</w:t>
            </w:r>
          </w:p>
        </w:tc>
      </w:tr>
      <w:tr w:rsidR="000772B4" w14:paraId="21F701BC" w14:textId="77777777">
        <w:trPr>
          <w:cantSplit/>
          <w:jc w:val="center"/>
        </w:trPr>
        <w:tc>
          <w:tcPr>
            <w:tcW w:w="0" w:type="auto"/>
          </w:tcPr>
          <w:p w14:paraId="098242EB" w14:textId="77777777" w:rsidR="000772B4" w:rsidRDefault="00746A89">
            <w:r>
              <w:t>УПК № 9 ГРЭ</w:t>
            </w:r>
          </w:p>
        </w:tc>
        <w:tc>
          <w:tcPr>
            <w:tcW w:w="0" w:type="auto"/>
          </w:tcPr>
          <w:p w14:paraId="654DDCFA" w14:textId="77777777" w:rsidR="000772B4" w:rsidRDefault="00746A89">
            <w:pPr>
              <w:jc w:val="center"/>
            </w:pPr>
            <w:r>
              <w:t>расчётное моделирование не требуется</w:t>
            </w:r>
          </w:p>
        </w:tc>
        <w:tc>
          <w:tcPr>
            <w:tcW w:w="0" w:type="auto"/>
          </w:tcPr>
          <w:p w14:paraId="77235814" w14:textId="77777777" w:rsidR="000772B4" w:rsidRDefault="00746A89">
            <w:pPr>
              <w:jc w:val="center"/>
            </w:pPr>
            <w:r>
              <w:t>масштаб изменения расходов незначителен</w:t>
            </w:r>
          </w:p>
        </w:tc>
      </w:tr>
      <w:tr w:rsidR="000772B4" w:rsidRPr="00C07C05" w14:paraId="2F98E138" w14:textId="77777777">
        <w:trPr>
          <w:cantSplit/>
          <w:jc w:val="center"/>
        </w:trPr>
        <w:tc>
          <w:tcPr>
            <w:tcW w:w="0" w:type="auto"/>
          </w:tcPr>
          <w:p w14:paraId="1C0A568D" w14:textId="77777777" w:rsidR="000772B4" w:rsidRDefault="00746A89">
            <w:r>
              <w:t>УПК № 5 Новый Шерегеш</w:t>
            </w:r>
          </w:p>
        </w:tc>
        <w:tc>
          <w:tcPr>
            <w:tcW w:w="0" w:type="auto"/>
          </w:tcPr>
          <w:p w14:paraId="53A71D1D" w14:textId="77777777" w:rsidR="000772B4" w:rsidRDefault="00746A89">
            <w:pPr>
              <w:jc w:val="center"/>
            </w:pPr>
            <w:r>
              <w:t>расчётное моделирование рекомендуется</w:t>
            </w:r>
          </w:p>
        </w:tc>
        <w:tc>
          <w:tcPr>
            <w:tcW w:w="0" w:type="auto"/>
          </w:tcPr>
          <w:p w14:paraId="4D14BCB9" w14:textId="77777777" w:rsidR="000772B4" w:rsidRPr="00794D67" w:rsidRDefault="00746A89">
            <w:pPr>
              <w:jc w:val="center"/>
              <w:rPr>
                <w:lang w:val="ru-RU"/>
              </w:rPr>
            </w:pPr>
            <w:r w:rsidRPr="00794D67">
              <w:rPr>
                <w:lang w:val="ru-RU"/>
              </w:rPr>
              <w:t>наибольший прирост нагрузки округа и дефицит подпитки</w:t>
            </w:r>
          </w:p>
        </w:tc>
      </w:tr>
      <w:tr w:rsidR="000772B4" w14:paraId="4598A132" w14:textId="77777777">
        <w:trPr>
          <w:cantSplit/>
          <w:jc w:val="center"/>
        </w:trPr>
        <w:tc>
          <w:tcPr>
            <w:tcW w:w="0" w:type="auto"/>
          </w:tcPr>
          <w:p w14:paraId="1704FD49" w14:textId="77777777" w:rsidR="000772B4" w:rsidRDefault="00746A89">
            <w:r>
              <w:t>УПК № 6 Старый Шерегеш</w:t>
            </w:r>
          </w:p>
        </w:tc>
        <w:tc>
          <w:tcPr>
            <w:tcW w:w="0" w:type="auto"/>
          </w:tcPr>
          <w:p w14:paraId="35758820" w14:textId="77777777" w:rsidR="000772B4" w:rsidRDefault="00746A89">
            <w:pPr>
              <w:jc w:val="center"/>
            </w:pPr>
            <w:r>
              <w:t>расчётное моделирование не требуется</w:t>
            </w:r>
          </w:p>
        </w:tc>
        <w:tc>
          <w:tcPr>
            <w:tcW w:w="0" w:type="auto"/>
          </w:tcPr>
          <w:p w14:paraId="78F40CB6" w14:textId="77777777" w:rsidR="000772B4" w:rsidRDefault="00746A89">
            <w:pPr>
              <w:jc w:val="center"/>
            </w:pPr>
            <w:r>
              <w:t>масштаб изменения расходов незначителен</w:t>
            </w:r>
          </w:p>
        </w:tc>
      </w:tr>
      <w:tr w:rsidR="000772B4" w:rsidRPr="00C07C05" w14:paraId="1B13331C" w14:textId="77777777">
        <w:trPr>
          <w:cantSplit/>
          <w:jc w:val="center"/>
        </w:trPr>
        <w:tc>
          <w:tcPr>
            <w:tcW w:w="0" w:type="auto"/>
          </w:tcPr>
          <w:p w14:paraId="0B6CD768" w14:textId="77777777" w:rsidR="000772B4" w:rsidRDefault="00746A89">
            <w:r>
              <w:t>УПК № 7 Каз</w:t>
            </w:r>
          </w:p>
        </w:tc>
        <w:tc>
          <w:tcPr>
            <w:tcW w:w="0" w:type="auto"/>
          </w:tcPr>
          <w:p w14:paraId="699054E5" w14:textId="77777777" w:rsidR="000772B4" w:rsidRDefault="00746A89">
            <w:pPr>
              <w:jc w:val="center"/>
            </w:pPr>
            <w:r>
              <w:t>расчётное моделирование рекомендуется</w:t>
            </w:r>
          </w:p>
        </w:tc>
        <w:tc>
          <w:tcPr>
            <w:tcW w:w="0" w:type="auto"/>
          </w:tcPr>
          <w:p w14:paraId="6115C429" w14:textId="77777777" w:rsidR="000772B4" w:rsidRPr="00794D67" w:rsidRDefault="00746A89">
            <w:pPr>
              <w:jc w:val="center"/>
              <w:rPr>
                <w:lang w:val="ru-RU"/>
              </w:rPr>
            </w:pPr>
            <w:r w:rsidRPr="00794D67">
              <w:rPr>
                <w:lang w:val="ru-RU"/>
              </w:rPr>
              <w:t>отличный температурный график и наибольшая доля нормативных утечек</w:t>
            </w:r>
          </w:p>
        </w:tc>
      </w:tr>
      <w:tr w:rsidR="000772B4" w14:paraId="6B0E931A" w14:textId="77777777">
        <w:trPr>
          <w:cantSplit/>
          <w:jc w:val="center"/>
        </w:trPr>
        <w:tc>
          <w:tcPr>
            <w:tcW w:w="0" w:type="auto"/>
          </w:tcPr>
          <w:p w14:paraId="4A9C8752" w14:textId="77777777" w:rsidR="000772B4" w:rsidRDefault="00746A89">
            <w:r>
              <w:t>УПК № 8 Мундыбаш</w:t>
            </w:r>
          </w:p>
        </w:tc>
        <w:tc>
          <w:tcPr>
            <w:tcW w:w="0" w:type="auto"/>
          </w:tcPr>
          <w:p w14:paraId="72003FEF" w14:textId="77777777" w:rsidR="000772B4" w:rsidRDefault="00746A89">
            <w:pPr>
              <w:jc w:val="center"/>
            </w:pPr>
            <w:r>
              <w:t>расчётное моделирование не требуется</w:t>
            </w:r>
          </w:p>
        </w:tc>
        <w:tc>
          <w:tcPr>
            <w:tcW w:w="0" w:type="auto"/>
          </w:tcPr>
          <w:p w14:paraId="0EA1AA4A" w14:textId="77777777" w:rsidR="000772B4" w:rsidRDefault="00746A89">
            <w:pPr>
              <w:jc w:val="center"/>
            </w:pPr>
            <w:r>
              <w:t>масштаб изменения расходов незначителен</w:t>
            </w:r>
          </w:p>
        </w:tc>
      </w:tr>
      <w:tr w:rsidR="000772B4" w14:paraId="0FB9A12C" w14:textId="77777777">
        <w:trPr>
          <w:cantSplit/>
          <w:jc w:val="center"/>
        </w:trPr>
        <w:tc>
          <w:tcPr>
            <w:tcW w:w="0" w:type="auto"/>
          </w:tcPr>
          <w:p w14:paraId="292E2B75" w14:textId="77777777" w:rsidR="000772B4" w:rsidRDefault="00746A89">
            <w:r>
              <w:t>УПК № 10 Темир-Тау</w:t>
            </w:r>
          </w:p>
        </w:tc>
        <w:tc>
          <w:tcPr>
            <w:tcW w:w="0" w:type="auto"/>
          </w:tcPr>
          <w:p w14:paraId="6B45E744" w14:textId="77777777" w:rsidR="000772B4" w:rsidRDefault="00746A89">
            <w:pPr>
              <w:jc w:val="center"/>
            </w:pPr>
            <w:r>
              <w:t>расчётное моделирование не требуется</w:t>
            </w:r>
          </w:p>
        </w:tc>
        <w:tc>
          <w:tcPr>
            <w:tcW w:w="0" w:type="auto"/>
          </w:tcPr>
          <w:p w14:paraId="73C60BA5" w14:textId="77777777" w:rsidR="000772B4" w:rsidRDefault="00746A89">
            <w:pPr>
              <w:jc w:val="center"/>
            </w:pPr>
            <w:r>
              <w:t>масштаб изменения расходов незначителен</w:t>
            </w:r>
          </w:p>
        </w:tc>
      </w:tr>
      <w:tr w:rsidR="000772B4" w14:paraId="19D17308" w14:textId="77777777">
        <w:trPr>
          <w:cantSplit/>
          <w:jc w:val="center"/>
        </w:trPr>
        <w:tc>
          <w:tcPr>
            <w:tcW w:w="0" w:type="auto"/>
          </w:tcPr>
          <w:p w14:paraId="5F68BB92" w14:textId="77777777" w:rsidR="000772B4" w:rsidRDefault="00746A89">
            <w:r>
              <w:t>УПК № 3 Спасск</w:t>
            </w:r>
          </w:p>
        </w:tc>
        <w:tc>
          <w:tcPr>
            <w:tcW w:w="0" w:type="auto"/>
          </w:tcPr>
          <w:p w14:paraId="4FF0BEC8" w14:textId="77777777" w:rsidR="000772B4" w:rsidRDefault="00746A89">
            <w:pPr>
              <w:jc w:val="center"/>
            </w:pPr>
            <w:r>
              <w:t>расчётное моделирование не требуется</w:t>
            </w:r>
          </w:p>
        </w:tc>
        <w:tc>
          <w:tcPr>
            <w:tcW w:w="0" w:type="auto"/>
          </w:tcPr>
          <w:p w14:paraId="61D3EA54" w14:textId="77777777" w:rsidR="000772B4" w:rsidRDefault="00746A89">
            <w:pPr>
              <w:jc w:val="center"/>
            </w:pPr>
            <w:r>
              <w:t>масштаб изменения расходов незначителен</w:t>
            </w:r>
          </w:p>
        </w:tc>
      </w:tr>
    </w:tbl>
    <w:p w14:paraId="1336BD92" w14:textId="77777777" w:rsidR="000772B4" w:rsidRDefault="000772B4">
      <w:pPr>
        <w:spacing w:after="40"/>
      </w:pPr>
    </w:p>
    <w:p w14:paraId="36133E57" w14:textId="77777777" w:rsidR="000772B4" w:rsidRPr="00794D67" w:rsidRDefault="00746A89">
      <w:pPr>
        <w:spacing w:after="80"/>
        <w:jc w:val="both"/>
        <w:rPr>
          <w:lang w:val="ru-RU"/>
        </w:rPr>
      </w:pPr>
      <w:r w:rsidRPr="00794D67">
        <w:rPr>
          <w:lang w:val="ru-RU"/>
        </w:rPr>
        <w:t xml:space="preserve">Ни по одной системе статус окончательное решение принимается по результатам расчётного моделирования по варианту </w:t>
      </w:r>
      <w:r>
        <w:t>DHW</w:t>
      </w:r>
      <w:r w:rsidRPr="00794D67">
        <w:rPr>
          <w:lang w:val="ru-RU"/>
        </w:rPr>
        <w:t>-</w:t>
      </w:r>
      <w:r>
        <w:t>V</w:t>
      </w:r>
      <w:r w:rsidRPr="00794D67">
        <w:rPr>
          <w:lang w:val="ru-RU"/>
        </w:rPr>
        <w:t xml:space="preserve">1 не установлен: решение о способе перевода принимается без модели. Модель требуется для варианта </w:t>
      </w:r>
      <w:r>
        <w:t>DHW</w:t>
      </w:r>
      <w:r w:rsidRPr="00794D67">
        <w:rPr>
          <w:lang w:val="ru-RU"/>
        </w:rPr>
        <w:t>-</w:t>
      </w:r>
      <w:r>
        <w:t>V</w:t>
      </w:r>
      <w:r w:rsidRPr="00794D67">
        <w:rPr>
          <w:lang w:val="ru-RU"/>
        </w:rPr>
        <w:t>2 и для проверки режимов по трём указанным системам.</w:t>
      </w:r>
    </w:p>
    <w:p w14:paraId="1B4B6134" w14:textId="77777777" w:rsidR="000772B4" w:rsidRPr="00344E69" w:rsidRDefault="00746A89">
      <w:pPr>
        <w:pStyle w:val="31"/>
        <w:rPr>
          <w:sz w:val="28"/>
          <w:szCs w:val="28"/>
          <w:lang w:val="ru-RU"/>
        </w:rPr>
      </w:pPr>
      <w:r w:rsidRPr="00344E69">
        <w:rPr>
          <w:sz w:val="28"/>
          <w:szCs w:val="28"/>
          <w:lang w:val="ru-RU"/>
        </w:rPr>
        <w:t>9.8.2. Сторона потребителя</w:t>
      </w:r>
    </w:p>
    <w:p w14:paraId="35DCDA50" w14:textId="77777777" w:rsidR="000772B4" w:rsidRPr="00794D67" w:rsidRDefault="00746A89">
      <w:pPr>
        <w:spacing w:after="80"/>
        <w:jc w:val="both"/>
        <w:rPr>
          <w:lang w:val="ru-RU"/>
        </w:rPr>
      </w:pPr>
      <w:r w:rsidRPr="00794D67">
        <w:rPr>
          <w:lang w:val="ru-RU"/>
        </w:rPr>
        <w:t xml:space="preserve">Вариант </w:t>
      </w:r>
      <w:r>
        <w:t>DHW</w:t>
      </w:r>
      <w:r w:rsidRPr="00794D67">
        <w:rPr>
          <w:lang w:val="ru-RU"/>
        </w:rPr>
        <w:t>-</w:t>
      </w:r>
      <w:r>
        <w:t>V</w:t>
      </w:r>
      <w:r w:rsidRPr="00794D67">
        <w:rPr>
          <w:lang w:val="ru-RU"/>
        </w:rPr>
        <w:t>1 требует индивидуального теплового пункта у каждого потребителя с нагрузкой горячего водоснабжения. Историческое число тепловых пунктов известно по девяти системам из десяти.</w:t>
      </w:r>
    </w:p>
    <w:p w14:paraId="74B00168" w14:textId="77777777" w:rsidR="000772B4" w:rsidRPr="00794D67" w:rsidRDefault="00746A89">
      <w:pPr>
        <w:spacing w:after="80"/>
        <w:jc w:val="both"/>
        <w:rPr>
          <w:lang w:val="ru-RU"/>
        </w:rPr>
      </w:pPr>
      <w:r w:rsidRPr="00794D67">
        <w:rPr>
          <w:lang w:val="ru-RU"/>
        </w:rPr>
        <w:t>Собственного реестра потребителей с числом объектов настоящая схема не содержит: примечание 3 к листу «Таблица 7.1» расчётной книги прямо указывает, что графы количества потребителей не заполнены, поскольку корпус исходных данных не содержит числа потребителей. Поэтому число тепловых пунктов принимается по историческим решениям как ориентир и подлежит актуализации; собственных значений не назначается.</w:t>
      </w:r>
    </w:p>
    <w:p w14:paraId="1F32E486" w14:textId="77777777" w:rsidR="000772B4" w:rsidRPr="00794D67" w:rsidRDefault="00746A89">
      <w:pPr>
        <w:spacing w:after="80"/>
        <w:jc w:val="both"/>
        <w:rPr>
          <w:lang w:val="ru-RU"/>
        </w:rPr>
      </w:pPr>
      <w:r w:rsidRPr="00794D67">
        <w:rPr>
          <w:lang w:val="ru-RU"/>
        </w:rPr>
        <w:t>Наличие свободных площадей в существующих тепловых пунктах, состояние вводов, обеспеченность электроснабжением и потребность в автоматизации по объектам не раскрыты. Статус — подлежит уточнению по исходным данным.</w:t>
      </w:r>
    </w:p>
    <w:p w14:paraId="7E75B853" w14:textId="77777777" w:rsidR="000772B4" w:rsidRPr="00344E69" w:rsidRDefault="00746A89">
      <w:pPr>
        <w:pStyle w:val="21"/>
        <w:rPr>
          <w:lang w:val="ru-RU"/>
        </w:rPr>
      </w:pPr>
      <w:bookmarkStart w:id="65" w:name="_Toc238015656"/>
      <w:r w:rsidRPr="00344E69">
        <w:rPr>
          <w:lang w:val="ru-RU"/>
        </w:rPr>
        <w:t>9.9. Варианты преобразования</w:t>
      </w:r>
      <w:bookmarkEnd w:id="65"/>
    </w:p>
    <w:p w14:paraId="052D4B95" w14:textId="77777777" w:rsidR="000772B4" w:rsidRPr="00794D67" w:rsidRDefault="00746A89">
      <w:pPr>
        <w:spacing w:after="80"/>
        <w:jc w:val="both"/>
        <w:rPr>
          <w:lang w:val="ru-RU"/>
        </w:rPr>
      </w:pPr>
      <w:r w:rsidRPr="00794D67">
        <w:rPr>
          <w:lang w:val="ru-RU"/>
        </w:rPr>
        <w:t>Рассматриваются четыре класса решений. Класс применяется к системе только если он имеет для неё инженерный смысл; искусственное построение всех классов по каждой системе не производится.</w:t>
      </w:r>
    </w:p>
    <w:p w14:paraId="35B93752" w14:textId="77777777" w:rsidR="000772B4" w:rsidRDefault="00746A89">
      <w:pPr>
        <w:keepNext/>
        <w:spacing w:before="160"/>
      </w:pPr>
      <w:r>
        <w:rPr>
          <w:b/>
        </w:rPr>
        <w:t>Таблица 9.14 — Классы решений</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843"/>
        <w:gridCol w:w="5038"/>
        <w:gridCol w:w="3464"/>
      </w:tblGrid>
      <w:tr w:rsidR="000772B4" w14:paraId="68B3B0F7" w14:textId="77777777">
        <w:trPr>
          <w:cantSplit/>
          <w:tblHeader/>
          <w:jc w:val="center"/>
        </w:trPr>
        <w:tc>
          <w:tcPr>
            <w:tcW w:w="0" w:type="auto"/>
            <w:shd w:val="clear" w:color="auto" w:fill="E2F0D9"/>
          </w:tcPr>
          <w:p w14:paraId="1D8C145E" w14:textId="77777777" w:rsidR="000772B4" w:rsidRDefault="00746A89">
            <w:pPr>
              <w:jc w:val="center"/>
            </w:pPr>
            <w:r>
              <w:rPr>
                <w:b/>
              </w:rPr>
              <w:t>ID</w:t>
            </w:r>
          </w:p>
        </w:tc>
        <w:tc>
          <w:tcPr>
            <w:tcW w:w="0" w:type="auto"/>
            <w:shd w:val="clear" w:color="auto" w:fill="E2F0D9"/>
          </w:tcPr>
          <w:p w14:paraId="21F609E1" w14:textId="77777777" w:rsidR="000772B4" w:rsidRDefault="00746A89">
            <w:pPr>
              <w:jc w:val="center"/>
            </w:pPr>
            <w:r>
              <w:rPr>
                <w:b/>
              </w:rPr>
              <w:t>Содержание</w:t>
            </w:r>
          </w:p>
        </w:tc>
        <w:tc>
          <w:tcPr>
            <w:tcW w:w="0" w:type="auto"/>
            <w:shd w:val="clear" w:color="auto" w:fill="E2F0D9"/>
          </w:tcPr>
          <w:p w14:paraId="76E5CB43" w14:textId="77777777" w:rsidR="000772B4" w:rsidRDefault="00746A89">
            <w:pPr>
              <w:jc w:val="center"/>
            </w:pPr>
            <w:r>
              <w:rPr>
                <w:b/>
              </w:rPr>
              <w:t>Применимость по округу</w:t>
            </w:r>
          </w:p>
        </w:tc>
      </w:tr>
      <w:tr w:rsidR="000772B4" w:rsidRPr="00312815" w14:paraId="754B2559" w14:textId="77777777">
        <w:trPr>
          <w:cantSplit/>
          <w:jc w:val="center"/>
        </w:trPr>
        <w:tc>
          <w:tcPr>
            <w:tcW w:w="0" w:type="auto"/>
          </w:tcPr>
          <w:p w14:paraId="5098D5A9" w14:textId="77777777" w:rsidR="000772B4" w:rsidRDefault="00746A89">
            <w:r>
              <w:t>DHW-V0</w:t>
            </w:r>
          </w:p>
        </w:tc>
        <w:tc>
          <w:tcPr>
            <w:tcW w:w="0" w:type="auto"/>
          </w:tcPr>
          <w:p w14:paraId="12499DBF" w14:textId="77777777" w:rsidR="000772B4" w:rsidRPr="00794D67" w:rsidRDefault="00746A89">
            <w:pPr>
              <w:jc w:val="center"/>
              <w:rPr>
                <w:lang w:val="ru-RU"/>
              </w:rPr>
            </w:pPr>
            <w:r w:rsidRPr="00794D67">
              <w:rPr>
                <w:lang w:val="ru-RU"/>
              </w:rPr>
              <w:t>сохранение существующей открытой схемы на расчётный период</w:t>
            </w:r>
          </w:p>
        </w:tc>
        <w:tc>
          <w:tcPr>
            <w:tcW w:w="0" w:type="auto"/>
          </w:tcPr>
          <w:p w14:paraId="2D356AB3" w14:textId="77777777" w:rsidR="000772B4" w:rsidRPr="00312815" w:rsidRDefault="00746A89">
            <w:pPr>
              <w:jc w:val="center"/>
              <w:rPr>
                <w:lang w:val="ru-RU"/>
              </w:rPr>
            </w:pPr>
            <w:r w:rsidRPr="00312815">
              <w:rPr>
                <w:lang w:val="ru-RU"/>
              </w:rPr>
              <w:t>отклонён по всем системам частью 9 статьи 29 Федерального закона № 190-ФЗ</w:t>
            </w:r>
          </w:p>
        </w:tc>
      </w:tr>
      <w:tr w:rsidR="000772B4" w:rsidRPr="00C07C05" w14:paraId="61CC75F7" w14:textId="77777777">
        <w:trPr>
          <w:cantSplit/>
          <w:jc w:val="center"/>
        </w:trPr>
        <w:tc>
          <w:tcPr>
            <w:tcW w:w="0" w:type="auto"/>
          </w:tcPr>
          <w:p w14:paraId="5EE4BCBE" w14:textId="77777777" w:rsidR="000772B4" w:rsidRDefault="00746A89">
            <w:r>
              <w:t>DHW-V1</w:t>
            </w:r>
          </w:p>
        </w:tc>
        <w:tc>
          <w:tcPr>
            <w:tcW w:w="0" w:type="auto"/>
          </w:tcPr>
          <w:p w14:paraId="0829B725" w14:textId="77777777" w:rsidR="000772B4" w:rsidRPr="00794D67" w:rsidRDefault="00746A89">
            <w:pPr>
              <w:jc w:val="center"/>
              <w:rPr>
                <w:lang w:val="ru-RU"/>
              </w:rPr>
            </w:pPr>
            <w:r w:rsidRPr="00794D67">
              <w:rPr>
                <w:lang w:val="ru-RU"/>
              </w:rPr>
              <w:t>закрытое приготовление в индивидуальных тепловых пунктах потребителей с установкой теплообменников</w:t>
            </w:r>
          </w:p>
        </w:tc>
        <w:tc>
          <w:tcPr>
            <w:tcW w:w="0" w:type="auto"/>
          </w:tcPr>
          <w:p w14:paraId="4363AC0E" w14:textId="77777777" w:rsidR="000772B4" w:rsidRPr="00794D67" w:rsidRDefault="00746A89">
            <w:pPr>
              <w:jc w:val="center"/>
              <w:rPr>
                <w:lang w:val="ru-RU"/>
              </w:rPr>
            </w:pPr>
            <w:r w:rsidRPr="00794D67">
              <w:rPr>
                <w:lang w:val="ru-RU"/>
              </w:rPr>
              <w:t>применим по всем десяти системам; проработан исторически по девяти</w:t>
            </w:r>
          </w:p>
        </w:tc>
      </w:tr>
      <w:tr w:rsidR="000772B4" w:rsidRPr="00C07C05" w14:paraId="340E2DD1" w14:textId="77777777">
        <w:trPr>
          <w:cantSplit/>
          <w:jc w:val="center"/>
        </w:trPr>
        <w:tc>
          <w:tcPr>
            <w:tcW w:w="0" w:type="auto"/>
          </w:tcPr>
          <w:p w14:paraId="7BD67F9C" w14:textId="77777777" w:rsidR="000772B4" w:rsidRDefault="00746A89">
            <w:r>
              <w:t>DHW-V2</w:t>
            </w:r>
          </w:p>
        </w:tc>
        <w:tc>
          <w:tcPr>
            <w:tcW w:w="0" w:type="auto"/>
          </w:tcPr>
          <w:p w14:paraId="6EEA7FAD" w14:textId="77777777" w:rsidR="000772B4" w:rsidRPr="00794D67" w:rsidRDefault="00746A89">
            <w:pPr>
              <w:jc w:val="center"/>
              <w:rPr>
                <w:lang w:val="ru-RU"/>
              </w:rPr>
            </w:pPr>
            <w:r w:rsidRPr="00794D67">
              <w:rPr>
                <w:lang w:val="ru-RU"/>
              </w:rPr>
              <w:t>групповое приготовление в центральных тепловых пунктах со строительством распределительных сетей горячего водоснабжения</w:t>
            </w:r>
          </w:p>
        </w:tc>
        <w:tc>
          <w:tcPr>
            <w:tcW w:w="0" w:type="auto"/>
          </w:tcPr>
          <w:p w14:paraId="3531015D" w14:textId="77777777" w:rsidR="000772B4" w:rsidRPr="00794D67" w:rsidRDefault="00746A89">
            <w:pPr>
              <w:jc w:val="center"/>
              <w:rPr>
                <w:lang w:val="ru-RU"/>
              </w:rPr>
            </w:pPr>
            <w:r w:rsidRPr="00794D67">
              <w:rPr>
                <w:lang w:val="ru-RU"/>
              </w:rPr>
              <w:t>рассматривается по УПК № 1 и УПК № 5; по остальным неприменимо</w:t>
            </w:r>
          </w:p>
        </w:tc>
      </w:tr>
      <w:tr w:rsidR="000772B4" w:rsidRPr="00C07C05" w14:paraId="71BCFABE" w14:textId="77777777">
        <w:trPr>
          <w:cantSplit/>
          <w:jc w:val="center"/>
        </w:trPr>
        <w:tc>
          <w:tcPr>
            <w:tcW w:w="0" w:type="auto"/>
          </w:tcPr>
          <w:p w14:paraId="1F008D62" w14:textId="77777777" w:rsidR="000772B4" w:rsidRDefault="00746A89">
            <w:r>
              <w:t>DHW-V3</w:t>
            </w:r>
          </w:p>
        </w:tc>
        <w:tc>
          <w:tcPr>
            <w:tcW w:w="0" w:type="auto"/>
          </w:tcPr>
          <w:p w14:paraId="733CB600" w14:textId="77777777" w:rsidR="000772B4" w:rsidRPr="00794D67" w:rsidRDefault="00746A89">
            <w:pPr>
              <w:jc w:val="center"/>
              <w:rPr>
                <w:lang w:val="ru-RU"/>
              </w:rPr>
            </w:pPr>
            <w:r w:rsidRPr="00794D67">
              <w:rPr>
                <w:lang w:val="ru-RU"/>
              </w:rPr>
              <w:t>иное решение, имеющее источниковое либо проектное основание</w:t>
            </w:r>
          </w:p>
        </w:tc>
        <w:tc>
          <w:tcPr>
            <w:tcW w:w="0" w:type="auto"/>
          </w:tcPr>
          <w:p w14:paraId="7B1F1030" w14:textId="77777777" w:rsidR="000772B4" w:rsidRPr="00794D67" w:rsidRDefault="00746A89">
            <w:pPr>
              <w:jc w:val="center"/>
              <w:rPr>
                <w:lang w:val="ru-RU"/>
              </w:rPr>
            </w:pPr>
            <w:r w:rsidRPr="00794D67">
              <w:rPr>
                <w:lang w:val="ru-RU"/>
              </w:rPr>
              <w:t>в корпусе исходных данных оснований не выявлено</w:t>
            </w:r>
          </w:p>
        </w:tc>
      </w:tr>
    </w:tbl>
    <w:p w14:paraId="79EC4E38" w14:textId="77777777" w:rsidR="000772B4" w:rsidRPr="00794D67" w:rsidRDefault="000772B4">
      <w:pPr>
        <w:spacing w:after="40"/>
        <w:rPr>
          <w:lang w:val="ru-RU"/>
        </w:rPr>
      </w:pPr>
    </w:p>
    <w:p w14:paraId="7981BCA4" w14:textId="77777777" w:rsidR="000772B4" w:rsidRPr="00794D67" w:rsidRDefault="00746A89">
      <w:pPr>
        <w:spacing w:after="80"/>
        <w:jc w:val="both"/>
        <w:rPr>
          <w:lang w:val="ru-RU"/>
        </w:rPr>
      </w:pPr>
      <w:r w:rsidRPr="00794D67">
        <w:rPr>
          <w:lang w:val="ru-RU"/>
        </w:rPr>
        <w:t xml:space="preserve">Вариант </w:t>
      </w:r>
      <w:r>
        <w:t>DHW</w:t>
      </w:r>
      <w:r w:rsidRPr="00794D67">
        <w:rPr>
          <w:lang w:val="ru-RU"/>
        </w:rPr>
        <w:t>-</w:t>
      </w:r>
      <w:r>
        <w:t>V</w:t>
      </w:r>
      <w:r w:rsidRPr="00794D67">
        <w:rPr>
          <w:lang w:val="ru-RU"/>
        </w:rPr>
        <w:t>0 приводится не как альтернатива, а как база сравнения: он показывает сохраняющиеся величины водоразбора и дефицита. Правовым основанием он не располагает и предпочтительным быть не может.</w:t>
      </w:r>
    </w:p>
    <w:p w14:paraId="012EDAFD" w14:textId="77777777" w:rsidR="000772B4" w:rsidRPr="00794D67" w:rsidRDefault="00746A89">
      <w:pPr>
        <w:spacing w:after="80"/>
        <w:jc w:val="both"/>
        <w:rPr>
          <w:lang w:val="ru-RU"/>
        </w:rPr>
      </w:pPr>
      <w:r w:rsidRPr="00794D67">
        <w:rPr>
          <w:lang w:val="ru-RU"/>
        </w:rPr>
        <w:t xml:space="preserve">Вариант </w:t>
      </w:r>
      <w:r>
        <w:t>DHW</w:t>
      </w:r>
      <w:r w:rsidRPr="00794D67">
        <w:rPr>
          <w:lang w:val="ru-RU"/>
        </w:rPr>
        <w:t>-</w:t>
      </w:r>
      <w:r>
        <w:t>V</w:t>
      </w:r>
      <w:r w:rsidRPr="00794D67">
        <w:rPr>
          <w:lang w:val="ru-RU"/>
        </w:rPr>
        <w:t xml:space="preserve">2 ограничен двумя системами с наибольшей сосредоточенной нагрузкой горячего водоснабжения — УПК № 1 (5,381 Гкал/ч) и УПК № 5 (3,065 Гкал/ч). По остальным восьми системам нагрузка составляет от 0,002 до 1,064 Гкал/ч и рассредоточена, что делает строительство отдельных сетей горячего водоснабжения экономически необоснованным. Стоимость </w:t>
      </w:r>
      <w:r>
        <w:t>DHW</w:t>
      </w:r>
      <w:r w:rsidRPr="00794D67">
        <w:rPr>
          <w:lang w:val="ru-RU"/>
        </w:rPr>
        <w:t>-</w:t>
      </w:r>
      <w:r>
        <w:t>V</w:t>
      </w:r>
      <w:r w:rsidRPr="00794D67">
        <w:rPr>
          <w:lang w:val="ru-RU"/>
        </w:rPr>
        <w:t xml:space="preserve">2 не определена и с </w:t>
      </w:r>
      <w:r>
        <w:t>DHW</w:t>
      </w:r>
      <w:r w:rsidRPr="00794D67">
        <w:rPr>
          <w:lang w:val="ru-RU"/>
        </w:rPr>
        <w:t>-</w:t>
      </w:r>
      <w:r>
        <w:t>V</w:t>
      </w:r>
      <w:r w:rsidRPr="00794D67">
        <w:rPr>
          <w:lang w:val="ru-RU"/>
        </w:rPr>
        <w:t>1 не суммируется.</w:t>
      </w:r>
    </w:p>
    <w:p w14:paraId="7D93D5AD" w14:textId="77777777" w:rsidR="000772B4" w:rsidRPr="00794D67" w:rsidRDefault="00746A89">
      <w:pPr>
        <w:spacing w:after="80"/>
        <w:jc w:val="both"/>
        <w:rPr>
          <w:lang w:val="ru-RU"/>
        </w:rPr>
      </w:pPr>
      <w:r w:rsidRPr="00794D67">
        <w:rPr>
          <w:lang w:val="ru-RU"/>
        </w:rPr>
        <w:t xml:space="preserve">Вариант </w:t>
      </w:r>
      <w:r>
        <w:t>DHW</w:t>
      </w:r>
      <w:r w:rsidRPr="00794D67">
        <w:rPr>
          <w:lang w:val="ru-RU"/>
        </w:rPr>
        <w:t>-</w:t>
      </w:r>
      <w:r>
        <w:t>V</w:t>
      </w:r>
      <w:r w:rsidRPr="00794D67">
        <w:rPr>
          <w:lang w:val="ru-RU"/>
        </w:rPr>
        <w:t>3 не формируется: в исходных данных нет ни проектных решений, ни источниковых указаний на иной способ. Изобретение варианта без основания не производится.</w:t>
      </w:r>
    </w:p>
    <w:p w14:paraId="2B794FC7" w14:textId="77777777" w:rsidR="000772B4" w:rsidRPr="00344E69" w:rsidRDefault="00746A89">
      <w:pPr>
        <w:pStyle w:val="31"/>
        <w:rPr>
          <w:sz w:val="28"/>
          <w:szCs w:val="28"/>
          <w:lang w:val="ru-RU"/>
        </w:rPr>
      </w:pPr>
      <w:r w:rsidRPr="00344E69">
        <w:rPr>
          <w:sz w:val="28"/>
          <w:szCs w:val="28"/>
          <w:lang w:val="ru-RU"/>
        </w:rPr>
        <w:t>9.9.1. Сопоставление вариантов по последствиям</w:t>
      </w:r>
    </w:p>
    <w:p w14:paraId="67F642F5" w14:textId="77777777" w:rsidR="000772B4" w:rsidRPr="00794D67" w:rsidRDefault="00746A89">
      <w:pPr>
        <w:keepNext/>
        <w:spacing w:before="160"/>
        <w:rPr>
          <w:lang w:val="ru-RU"/>
        </w:rPr>
      </w:pPr>
      <w:r w:rsidRPr="00794D67">
        <w:rPr>
          <w:b/>
          <w:lang w:val="ru-RU"/>
        </w:rPr>
        <w:t>Таблица 9.15 — Последствия вариантов</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262"/>
        <w:gridCol w:w="2003"/>
        <w:gridCol w:w="2524"/>
        <w:gridCol w:w="2556"/>
      </w:tblGrid>
      <w:tr w:rsidR="000772B4" w14:paraId="6D7F248D" w14:textId="77777777">
        <w:trPr>
          <w:cantSplit/>
          <w:tblHeader/>
          <w:jc w:val="center"/>
        </w:trPr>
        <w:tc>
          <w:tcPr>
            <w:tcW w:w="0" w:type="auto"/>
            <w:shd w:val="clear" w:color="auto" w:fill="E2F0D9"/>
          </w:tcPr>
          <w:p w14:paraId="6D739DA6" w14:textId="77777777" w:rsidR="000772B4" w:rsidRDefault="00746A89">
            <w:pPr>
              <w:jc w:val="center"/>
            </w:pPr>
            <w:r>
              <w:rPr>
                <w:b/>
              </w:rPr>
              <w:t>Последствие</w:t>
            </w:r>
          </w:p>
        </w:tc>
        <w:tc>
          <w:tcPr>
            <w:tcW w:w="0" w:type="auto"/>
            <w:shd w:val="clear" w:color="auto" w:fill="E2F0D9"/>
          </w:tcPr>
          <w:p w14:paraId="0773D1AF" w14:textId="77777777" w:rsidR="000772B4" w:rsidRDefault="00746A89">
            <w:pPr>
              <w:jc w:val="center"/>
            </w:pPr>
            <w:r>
              <w:rPr>
                <w:b/>
              </w:rPr>
              <w:t>DHW-V0</w:t>
            </w:r>
          </w:p>
        </w:tc>
        <w:tc>
          <w:tcPr>
            <w:tcW w:w="0" w:type="auto"/>
            <w:shd w:val="clear" w:color="auto" w:fill="E2F0D9"/>
          </w:tcPr>
          <w:p w14:paraId="013FDB1A" w14:textId="77777777" w:rsidR="000772B4" w:rsidRDefault="00746A89">
            <w:pPr>
              <w:jc w:val="center"/>
            </w:pPr>
            <w:r>
              <w:rPr>
                <w:b/>
              </w:rPr>
              <w:t>DHW-V1</w:t>
            </w:r>
          </w:p>
        </w:tc>
        <w:tc>
          <w:tcPr>
            <w:tcW w:w="0" w:type="auto"/>
            <w:shd w:val="clear" w:color="auto" w:fill="E2F0D9"/>
          </w:tcPr>
          <w:p w14:paraId="09C53496" w14:textId="77777777" w:rsidR="000772B4" w:rsidRDefault="00746A89">
            <w:pPr>
              <w:jc w:val="center"/>
            </w:pPr>
            <w:r>
              <w:rPr>
                <w:b/>
              </w:rPr>
              <w:t>DHW-V2</w:t>
            </w:r>
          </w:p>
        </w:tc>
      </w:tr>
      <w:tr w:rsidR="000772B4" w14:paraId="19E9D3A4" w14:textId="77777777">
        <w:trPr>
          <w:cantSplit/>
          <w:jc w:val="center"/>
        </w:trPr>
        <w:tc>
          <w:tcPr>
            <w:tcW w:w="0" w:type="auto"/>
          </w:tcPr>
          <w:p w14:paraId="41AA1432" w14:textId="77777777" w:rsidR="000772B4" w:rsidRDefault="00746A89">
            <w:r>
              <w:t>Соответствие закону</w:t>
            </w:r>
          </w:p>
        </w:tc>
        <w:tc>
          <w:tcPr>
            <w:tcW w:w="0" w:type="auto"/>
          </w:tcPr>
          <w:p w14:paraId="34D591AA" w14:textId="77777777" w:rsidR="000772B4" w:rsidRDefault="00746A89">
            <w:pPr>
              <w:jc w:val="center"/>
            </w:pPr>
            <w:r>
              <w:t>не соответствует</w:t>
            </w:r>
          </w:p>
        </w:tc>
        <w:tc>
          <w:tcPr>
            <w:tcW w:w="0" w:type="auto"/>
          </w:tcPr>
          <w:p w14:paraId="0041F5E3" w14:textId="77777777" w:rsidR="000772B4" w:rsidRDefault="00746A89">
            <w:pPr>
              <w:jc w:val="center"/>
            </w:pPr>
            <w:r>
              <w:t>соответствует</w:t>
            </w:r>
          </w:p>
        </w:tc>
        <w:tc>
          <w:tcPr>
            <w:tcW w:w="0" w:type="auto"/>
          </w:tcPr>
          <w:p w14:paraId="7D82B1BE" w14:textId="77777777" w:rsidR="000772B4" w:rsidRDefault="00746A89">
            <w:pPr>
              <w:jc w:val="center"/>
            </w:pPr>
            <w:r>
              <w:t>соответствует</w:t>
            </w:r>
          </w:p>
        </w:tc>
      </w:tr>
      <w:tr w:rsidR="000772B4" w14:paraId="15E95FCE" w14:textId="77777777">
        <w:trPr>
          <w:cantSplit/>
          <w:jc w:val="center"/>
        </w:trPr>
        <w:tc>
          <w:tcPr>
            <w:tcW w:w="0" w:type="auto"/>
          </w:tcPr>
          <w:p w14:paraId="3A6907FB" w14:textId="77777777" w:rsidR="000772B4" w:rsidRDefault="00746A89">
            <w:r>
              <w:t>Водоразбор теплоносителя</w:t>
            </w:r>
          </w:p>
        </w:tc>
        <w:tc>
          <w:tcPr>
            <w:tcW w:w="0" w:type="auto"/>
          </w:tcPr>
          <w:p w14:paraId="6A63F402" w14:textId="77777777" w:rsidR="000772B4" w:rsidRDefault="00746A89">
            <w:pPr>
              <w:jc w:val="center"/>
            </w:pPr>
            <w:r>
              <w:t>сохраняется 782 784 т/год</w:t>
            </w:r>
          </w:p>
        </w:tc>
        <w:tc>
          <w:tcPr>
            <w:tcW w:w="0" w:type="auto"/>
          </w:tcPr>
          <w:p w14:paraId="1794EA0A" w14:textId="77777777" w:rsidR="000772B4" w:rsidRDefault="00746A89">
            <w:pPr>
              <w:jc w:val="center"/>
            </w:pPr>
            <w:r>
              <w:t>закрывается</w:t>
            </w:r>
          </w:p>
        </w:tc>
        <w:tc>
          <w:tcPr>
            <w:tcW w:w="0" w:type="auto"/>
          </w:tcPr>
          <w:p w14:paraId="46E33808" w14:textId="77777777" w:rsidR="000772B4" w:rsidRDefault="00746A89">
            <w:pPr>
              <w:jc w:val="center"/>
            </w:pPr>
            <w:r>
              <w:t>закрывается</w:t>
            </w:r>
          </w:p>
        </w:tc>
      </w:tr>
      <w:tr w:rsidR="000772B4" w14:paraId="5ADF3E01" w14:textId="77777777">
        <w:trPr>
          <w:cantSplit/>
          <w:jc w:val="center"/>
        </w:trPr>
        <w:tc>
          <w:tcPr>
            <w:tcW w:w="0" w:type="auto"/>
          </w:tcPr>
          <w:p w14:paraId="350D0D98" w14:textId="77777777" w:rsidR="000772B4" w:rsidRDefault="00746A89">
            <w:r>
              <w:t>Подпитка тепловых сетей</w:t>
            </w:r>
          </w:p>
        </w:tc>
        <w:tc>
          <w:tcPr>
            <w:tcW w:w="0" w:type="auto"/>
          </w:tcPr>
          <w:p w14:paraId="50CF5D0E" w14:textId="77777777" w:rsidR="000772B4" w:rsidRDefault="00746A89">
            <w:pPr>
              <w:jc w:val="center"/>
            </w:pPr>
            <w:r>
              <w:t>без изменений</w:t>
            </w:r>
          </w:p>
        </w:tc>
        <w:tc>
          <w:tcPr>
            <w:tcW w:w="0" w:type="auto"/>
          </w:tcPr>
          <w:p w14:paraId="3E31BDF3" w14:textId="77777777" w:rsidR="000772B4" w:rsidRPr="00794D67" w:rsidRDefault="00746A89">
            <w:pPr>
              <w:jc w:val="center"/>
              <w:rPr>
                <w:lang w:val="ru-RU"/>
              </w:rPr>
            </w:pPr>
            <w:r w:rsidRPr="00794D67">
              <w:rPr>
                <w:lang w:val="ru-RU"/>
              </w:rPr>
              <w:t>снижается по всем раскрытым системам</w:t>
            </w:r>
          </w:p>
        </w:tc>
        <w:tc>
          <w:tcPr>
            <w:tcW w:w="0" w:type="auto"/>
          </w:tcPr>
          <w:p w14:paraId="1550E148" w14:textId="77777777" w:rsidR="000772B4" w:rsidRDefault="00746A89">
            <w:pPr>
              <w:jc w:val="center"/>
            </w:pPr>
            <w:r>
              <w:t>снижается так же</w:t>
            </w:r>
          </w:p>
        </w:tc>
      </w:tr>
      <w:tr w:rsidR="000772B4" w14:paraId="2329F7C7" w14:textId="77777777">
        <w:trPr>
          <w:cantSplit/>
          <w:jc w:val="center"/>
        </w:trPr>
        <w:tc>
          <w:tcPr>
            <w:tcW w:w="0" w:type="auto"/>
          </w:tcPr>
          <w:p w14:paraId="415A84B4" w14:textId="77777777" w:rsidR="000772B4" w:rsidRPr="00794D67" w:rsidRDefault="00746A89">
            <w:pPr>
              <w:rPr>
                <w:lang w:val="ru-RU"/>
              </w:rPr>
            </w:pPr>
            <w:r w:rsidRPr="00794D67">
              <w:rPr>
                <w:lang w:val="ru-RU"/>
              </w:rPr>
              <w:t>Дефицит ВПУ в нормальном режиме</w:t>
            </w:r>
          </w:p>
        </w:tc>
        <w:tc>
          <w:tcPr>
            <w:tcW w:w="0" w:type="auto"/>
          </w:tcPr>
          <w:p w14:paraId="48A1CD26" w14:textId="77777777" w:rsidR="000772B4" w:rsidRDefault="00746A89">
            <w:pPr>
              <w:jc w:val="center"/>
            </w:pPr>
            <w:r>
              <w:t>сохраняется по четырём системам</w:t>
            </w:r>
          </w:p>
        </w:tc>
        <w:tc>
          <w:tcPr>
            <w:tcW w:w="0" w:type="auto"/>
          </w:tcPr>
          <w:p w14:paraId="024809E5" w14:textId="77777777" w:rsidR="000772B4" w:rsidRPr="00794D67" w:rsidRDefault="00746A89">
            <w:pPr>
              <w:jc w:val="center"/>
              <w:rPr>
                <w:lang w:val="ru-RU"/>
              </w:rPr>
            </w:pPr>
            <w:r w:rsidRPr="00794D67">
              <w:rPr>
                <w:lang w:val="ru-RU"/>
              </w:rPr>
              <w:t>закрывается по одной, уменьшается по трём</w:t>
            </w:r>
          </w:p>
        </w:tc>
        <w:tc>
          <w:tcPr>
            <w:tcW w:w="0" w:type="auto"/>
          </w:tcPr>
          <w:p w14:paraId="20B03690" w14:textId="77777777" w:rsidR="000772B4" w:rsidRDefault="00746A89">
            <w:pPr>
              <w:jc w:val="center"/>
            </w:pPr>
            <w:r>
              <w:t>то же</w:t>
            </w:r>
          </w:p>
        </w:tc>
      </w:tr>
      <w:tr w:rsidR="000772B4" w14:paraId="7BF308FD" w14:textId="77777777">
        <w:trPr>
          <w:cantSplit/>
          <w:jc w:val="center"/>
        </w:trPr>
        <w:tc>
          <w:tcPr>
            <w:tcW w:w="0" w:type="auto"/>
          </w:tcPr>
          <w:p w14:paraId="1C134006" w14:textId="77777777" w:rsidR="000772B4" w:rsidRPr="00794D67" w:rsidRDefault="00746A89">
            <w:pPr>
              <w:rPr>
                <w:lang w:val="ru-RU"/>
              </w:rPr>
            </w:pPr>
            <w:r w:rsidRPr="00794D67">
              <w:rPr>
                <w:lang w:val="ru-RU"/>
              </w:rPr>
              <w:t>Дефицит ВПУ в аварийном режиме</w:t>
            </w:r>
          </w:p>
        </w:tc>
        <w:tc>
          <w:tcPr>
            <w:tcW w:w="0" w:type="auto"/>
          </w:tcPr>
          <w:p w14:paraId="298BD888" w14:textId="77777777" w:rsidR="000772B4" w:rsidRDefault="00746A89">
            <w:pPr>
              <w:jc w:val="center"/>
            </w:pPr>
            <w:r>
              <w:t>сохраняется по пяти системам</w:t>
            </w:r>
          </w:p>
        </w:tc>
        <w:tc>
          <w:tcPr>
            <w:tcW w:w="0" w:type="auto"/>
          </w:tcPr>
          <w:p w14:paraId="74FEB5A4" w14:textId="77777777" w:rsidR="000772B4" w:rsidRDefault="00746A89">
            <w:pPr>
              <w:jc w:val="center"/>
            </w:pPr>
            <w:r>
              <w:t>не изменяется</w:t>
            </w:r>
          </w:p>
        </w:tc>
        <w:tc>
          <w:tcPr>
            <w:tcW w:w="0" w:type="auto"/>
          </w:tcPr>
          <w:p w14:paraId="6A8B456B" w14:textId="77777777" w:rsidR="000772B4" w:rsidRDefault="00746A89">
            <w:pPr>
              <w:jc w:val="center"/>
            </w:pPr>
            <w:r>
              <w:t>не изменяется</w:t>
            </w:r>
          </w:p>
        </w:tc>
      </w:tr>
      <w:tr w:rsidR="000772B4" w14:paraId="3C001655" w14:textId="77777777">
        <w:trPr>
          <w:cantSplit/>
          <w:jc w:val="center"/>
        </w:trPr>
        <w:tc>
          <w:tcPr>
            <w:tcW w:w="0" w:type="auto"/>
          </w:tcPr>
          <w:p w14:paraId="35ACBA10" w14:textId="77777777" w:rsidR="000772B4" w:rsidRDefault="00746A89">
            <w:r>
              <w:t>Тепловая мощность источников</w:t>
            </w:r>
          </w:p>
        </w:tc>
        <w:tc>
          <w:tcPr>
            <w:tcW w:w="0" w:type="auto"/>
          </w:tcPr>
          <w:p w14:paraId="3E6ABDDF" w14:textId="77777777" w:rsidR="000772B4" w:rsidRDefault="00746A89">
            <w:pPr>
              <w:jc w:val="center"/>
            </w:pPr>
            <w:r>
              <w:t>не меняется</w:t>
            </w:r>
          </w:p>
        </w:tc>
        <w:tc>
          <w:tcPr>
            <w:tcW w:w="0" w:type="auto"/>
          </w:tcPr>
          <w:p w14:paraId="2002E77C" w14:textId="77777777" w:rsidR="000772B4" w:rsidRDefault="00746A89">
            <w:pPr>
              <w:jc w:val="center"/>
            </w:pPr>
            <w:r>
              <w:t>не меняется</w:t>
            </w:r>
          </w:p>
        </w:tc>
        <w:tc>
          <w:tcPr>
            <w:tcW w:w="0" w:type="auto"/>
          </w:tcPr>
          <w:p w14:paraId="2A7740DD" w14:textId="77777777" w:rsidR="000772B4" w:rsidRDefault="00746A89">
            <w:pPr>
              <w:jc w:val="center"/>
            </w:pPr>
            <w:r>
              <w:t>не меняется</w:t>
            </w:r>
          </w:p>
        </w:tc>
      </w:tr>
      <w:tr w:rsidR="000772B4" w:rsidRPr="00C07C05" w14:paraId="4C5F8BD3" w14:textId="77777777">
        <w:trPr>
          <w:cantSplit/>
          <w:jc w:val="center"/>
        </w:trPr>
        <w:tc>
          <w:tcPr>
            <w:tcW w:w="0" w:type="auto"/>
          </w:tcPr>
          <w:p w14:paraId="6A658F9F" w14:textId="77777777" w:rsidR="000772B4" w:rsidRDefault="00746A89">
            <w:r>
              <w:t>Тепловые сети</w:t>
            </w:r>
          </w:p>
        </w:tc>
        <w:tc>
          <w:tcPr>
            <w:tcW w:w="0" w:type="auto"/>
          </w:tcPr>
          <w:p w14:paraId="5543B14F" w14:textId="77777777" w:rsidR="000772B4" w:rsidRDefault="00746A89">
            <w:pPr>
              <w:jc w:val="center"/>
            </w:pPr>
            <w:r>
              <w:t>без изменений</w:t>
            </w:r>
          </w:p>
        </w:tc>
        <w:tc>
          <w:tcPr>
            <w:tcW w:w="0" w:type="auto"/>
          </w:tcPr>
          <w:p w14:paraId="20F608C8" w14:textId="77777777" w:rsidR="000772B4" w:rsidRPr="00794D67" w:rsidRDefault="00746A89">
            <w:pPr>
              <w:jc w:val="center"/>
              <w:rPr>
                <w:lang w:val="ru-RU"/>
              </w:rPr>
            </w:pPr>
            <w:r w:rsidRPr="00794D67">
              <w:rPr>
                <w:lang w:val="ru-RU"/>
              </w:rPr>
              <w:t>увеличения диаметров не требуется по расчёту 2021 года</w:t>
            </w:r>
          </w:p>
        </w:tc>
        <w:tc>
          <w:tcPr>
            <w:tcW w:w="0" w:type="auto"/>
          </w:tcPr>
          <w:p w14:paraId="19BB9569" w14:textId="77777777" w:rsidR="000772B4" w:rsidRPr="00794D67" w:rsidRDefault="00746A89">
            <w:pPr>
              <w:jc w:val="center"/>
              <w:rPr>
                <w:lang w:val="ru-RU"/>
              </w:rPr>
            </w:pPr>
            <w:r w:rsidRPr="00794D67">
              <w:rPr>
                <w:lang w:val="ru-RU"/>
              </w:rPr>
              <w:t>требует строительства сетей горячего водоснабжения</w:t>
            </w:r>
          </w:p>
        </w:tc>
      </w:tr>
      <w:tr w:rsidR="000772B4" w14:paraId="518AE231" w14:textId="77777777">
        <w:trPr>
          <w:cantSplit/>
          <w:jc w:val="center"/>
        </w:trPr>
        <w:tc>
          <w:tcPr>
            <w:tcW w:w="0" w:type="auto"/>
          </w:tcPr>
          <w:p w14:paraId="0883FDB7" w14:textId="77777777" w:rsidR="000772B4" w:rsidRDefault="00746A89">
            <w:r>
              <w:t>Сторона потребителя</w:t>
            </w:r>
          </w:p>
        </w:tc>
        <w:tc>
          <w:tcPr>
            <w:tcW w:w="0" w:type="auto"/>
          </w:tcPr>
          <w:p w14:paraId="4AA903B6" w14:textId="77777777" w:rsidR="000772B4" w:rsidRDefault="00746A89">
            <w:pPr>
              <w:jc w:val="center"/>
            </w:pPr>
            <w:r>
              <w:t>без изменений</w:t>
            </w:r>
          </w:p>
        </w:tc>
        <w:tc>
          <w:tcPr>
            <w:tcW w:w="0" w:type="auto"/>
          </w:tcPr>
          <w:p w14:paraId="510039BA" w14:textId="77777777" w:rsidR="000772B4" w:rsidRPr="00794D67" w:rsidRDefault="00746A89">
            <w:pPr>
              <w:jc w:val="center"/>
              <w:rPr>
                <w:lang w:val="ru-RU"/>
              </w:rPr>
            </w:pPr>
            <w:r w:rsidRPr="00794D67">
              <w:rPr>
                <w:lang w:val="ru-RU"/>
              </w:rPr>
              <w:t>тепловой пункт у каждого потребителя</w:t>
            </w:r>
          </w:p>
        </w:tc>
        <w:tc>
          <w:tcPr>
            <w:tcW w:w="0" w:type="auto"/>
          </w:tcPr>
          <w:p w14:paraId="10B381E5" w14:textId="77777777" w:rsidR="000772B4" w:rsidRDefault="00746A89">
            <w:pPr>
              <w:jc w:val="center"/>
            </w:pPr>
            <w:r>
              <w:t>сети до потребителя</w:t>
            </w:r>
          </w:p>
        </w:tc>
      </w:tr>
      <w:tr w:rsidR="000772B4" w14:paraId="20AE48A9" w14:textId="77777777">
        <w:trPr>
          <w:cantSplit/>
          <w:jc w:val="center"/>
        </w:trPr>
        <w:tc>
          <w:tcPr>
            <w:tcW w:w="0" w:type="auto"/>
          </w:tcPr>
          <w:p w14:paraId="58144DE3" w14:textId="77777777" w:rsidR="000772B4" w:rsidRDefault="00746A89">
            <w:r>
              <w:t>Температурный график</w:t>
            </w:r>
          </w:p>
        </w:tc>
        <w:tc>
          <w:tcPr>
            <w:tcW w:w="0" w:type="auto"/>
          </w:tcPr>
          <w:p w14:paraId="1DFCE05F" w14:textId="77777777" w:rsidR="000772B4" w:rsidRDefault="00746A89">
            <w:pPr>
              <w:jc w:val="center"/>
            </w:pPr>
            <w:r>
              <w:t>без изменений</w:t>
            </w:r>
          </w:p>
        </w:tc>
        <w:tc>
          <w:tcPr>
            <w:tcW w:w="0" w:type="auto"/>
          </w:tcPr>
          <w:p w14:paraId="09386D5D" w14:textId="77777777" w:rsidR="000772B4" w:rsidRPr="00794D67" w:rsidRDefault="00746A89">
            <w:pPr>
              <w:jc w:val="center"/>
              <w:rPr>
                <w:lang w:val="ru-RU"/>
              </w:rPr>
            </w:pPr>
            <w:r w:rsidRPr="00794D67">
              <w:rPr>
                <w:lang w:val="ru-RU"/>
              </w:rPr>
              <w:t>сохраняется со спрямлением, кроме УПК № 1</w:t>
            </w:r>
          </w:p>
        </w:tc>
        <w:tc>
          <w:tcPr>
            <w:tcW w:w="0" w:type="auto"/>
          </w:tcPr>
          <w:p w14:paraId="54C83BE3" w14:textId="77777777" w:rsidR="000772B4" w:rsidRDefault="00746A89">
            <w:pPr>
              <w:jc w:val="center"/>
            </w:pPr>
            <w:r>
              <w:t>то же</w:t>
            </w:r>
          </w:p>
        </w:tc>
      </w:tr>
      <w:tr w:rsidR="000772B4" w14:paraId="6FBE9A03" w14:textId="77777777">
        <w:trPr>
          <w:cantSplit/>
          <w:jc w:val="center"/>
        </w:trPr>
        <w:tc>
          <w:tcPr>
            <w:tcW w:w="0" w:type="auto"/>
          </w:tcPr>
          <w:p w14:paraId="59264306" w14:textId="77777777" w:rsidR="000772B4" w:rsidRDefault="00746A89">
            <w:r>
              <w:t>Капитальные вложения</w:t>
            </w:r>
          </w:p>
        </w:tc>
        <w:tc>
          <w:tcPr>
            <w:tcW w:w="0" w:type="auto"/>
          </w:tcPr>
          <w:p w14:paraId="2BE62FE5" w14:textId="77777777" w:rsidR="000772B4" w:rsidRDefault="00746A89">
            <w:pPr>
              <w:jc w:val="center"/>
            </w:pPr>
            <w:r>
              <w:t>не требуются</w:t>
            </w:r>
          </w:p>
        </w:tc>
        <w:tc>
          <w:tcPr>
            <w:tcW w:w="0" w:type="auto"/>
          </w:tcPr>
          <w:p w14:paraId="38C8418E" w14:textId="77777777" w:rsidR="000772B4" w:rsidRPr="00794D67" w:rsidRDefault="00746A89">
            <w:pPr>
              <w:jc w:val="center"/>
              <w:rPr>
                <w:lang w:val="ru-RU"/>
              </w:rPr>
            </w:pPr>
            <w:r w:rsidRPr="00794D67">
              <w:rPr>
                <w:lang w:val="ru-RU"/>
              </w:rPr>
              <w:t>историческая оценка 434 441 тыс. руб. в ценах 2021</w:t>
            </w:r>
          </w:p>
        </w:tc>
        <w:tc>
          <w:tcPr>
            <w:tcW w:w="0" w:type="auto"/>
          </w:tcPr>
          <w:p w14:paraId="7587A47F" w14:textId="77777777" w:rsidR="000772B4" w:rsidRDefault="00746A89">
            <w:pPr>
              <w:jc w:val="center"/>
            </w:pPr>
            <w:r>
              <w:t>стоимость подлежит определению</w:t>
            </w:r>
          </w:p>
        </w:tc>
      </w:tr>
      <w:tr w:rsidR="000772B4" w14:paraId="52F535B1" w14:textId="77777777">
        <w:trPr>
          <w:cantSplit/>
          <w:jc w:val="center"/>
        </w:trPr>
        <w:tc>
          <w:tcPr>
            <w:tcW w:w="0" w:type="auto"/>
          </w:tcPr>
          <w:p w14:paraId="7E276B48" w14:textId="77777777" w:rsidR="000772B4" w:rsidRDefault="00746A89">
            <w:r>
              <w:t>Взаимодействие с газификацией</w:t>
            </w:r>
          </w:p>
        </w:tc>
        <w:tc>
          <w:tcPr>
            <w:tcW w:w="0" w:type="auto"/>
          </w:tcPr>
          <w:p w14:paraId="494BB5A6" w14:textId="77777777" w:rsidR="000772B4" w:rsidRDefault="00746A89">
            <w:pPr>
              <w:jc w:val="center"/>
            </w:pPr>
            <w:r>
              <w:t>нет</w:t>
            </w:r>
          </w:p>
        </w:tc>
        <w:tc>
          <w:tcPr>
            <w:tcW w:w="0" w:type="auto"/>
          </w:tcPr>
          <w:p w14:paraId="78846AF5" w14:textId="77777777" w:rsidR="000772B4" w:rsidRDefault="00746A89">
            <w:pPr>
              <w:jc w:val="center"/>
            </w:pPr>
            <w:r>
              <w:t>независимо</w:t>
            </w:r>
          </w:p>
        </w:tc>
        <w:tc>
          <w:tcPr>
            <w:tcW w:w="0" w:type="auto"/>
          </w:tcPr>
          <w:p w14:paraId="0B08280D" w14:textId="77777777" w:rsidR="000772B4" w:rsidRDefault="00746A89">
            <w:pPr>
              <w:jc w:val="center"/>
            </w:pPr>
            <w:r>
              <w:t>независимо</w:t>
            </w:r>
          </w:p>
        </w:tc>
      </w:tr>
    </w:tbl>
    <w:p w14:paraId="24199F45" w14:textId="77777777" w:rsidR="000772B4" w:rsidRDefault="000772B4">
      <w:pPr>
        <w:spacing w:after="40"/>
      </w:pPr>
    </w:p>
    <w:p w14:paraId="05FFD6FD" w14:textId="77777777" w:rsidR="000772B4" w:rsidRPr="00794D67" w:rsidRDefault="00746A89">
      <w:pPr>
        <w:spacing w:after="80"/>
        <w:jc w:val="both"/>
        <w:rPr>
          <w:lang w:val="ru-RU"/>
        </w:rPr>
      </w:pPr>
      <w:r w:rsidRPr="00794D67">
        <w:rPr>
          <w:lang w:val="ru-RU"/>
        </w:rPr>
        <w:t>Историческая оценка 434 441 тыс. руб. в ценах 2021 года без НДС относится к девяти действующим источникам с раскрытой стоимостью. Она является исторической величиной, а не текущей потребностью в капитальных вложениях.</w:t>
      </w:r>
    </w:p>
    <w:p w14:paraId="42E74EDF" w14:textId="77777777" w:rsidR="000772B4" w:rsidRPr="00794D67" w:rsidRDefault="00746A89">
      <w:pPr>
        <w:pStyle w:val="21"/>
        <w:rPr>
          <w:lang w:val="ru-RU"/>
        </w:rPr>
      </w:pPr>
      <w:bookmarkStart w:id="66" w:name="_Toc238015657"/>
      <w:r w:rsidRPr="00344E69">
        <w:rPr>
          <w:lang w:val="ru-RU"/>
        </w:rPr>
        <w:t>9.10. Пообъектные досье систем</w:t>
      </w:r>
      <w:bookmarkEnd w:id="66"/>
    </w:p>
    <w:p w14:paraId="3EC9AC3C" w14:textId="77777777" w:rsidR="000772B4" w:rsidRPr="00794D67" w:rsidRDefault="00746A89">
      <w:pPr>
        <w:spacing w:after="80"/>
        <w:jc w:val="both"/>
        <w:rPr>
          <w:lang w:val="ru-RU"/>
        </w:rPr>
      </w:pPr>
      <w:r w:rsidRPr="00794D67">
        <w:rPr>
          <w:lang w:val="ru-RU"/>
        </w:rPr>
        <w:t>По каждой из десяти систем приведено состояние, проблемы, историческое решение, применимые варианты, расчётный эффект и принимаемое решение. Решения различаются по системам: девять систем с открытым водоразбором не означают девять одинаковых решений.</w:t>
      </w:r>
    </w:p>
    <w:p w14:paraId="59E150DD" w14:textId="77777777" w:rsidR="000772B4" w:rsidRPr="00344E69" w:rsidRDefault="00746A89">
      <w:pPr>
        <w:pStyle w:val="31"/>
        <w:rPr>
          <w:sz w:val="28"/>
          <w:szCs w:val="28"/>
          <w:lang w:val="ru-RU"/>
        </w:rPr>
      </w:pPr>
      <w:r w:rsidRPr="00344E69">
        <w:rPr>
          <w:sz w:val="28"/>
          <w:szCs w:val="28"/>
          <w:lang w:val="ru-RU"/>
        </w:rPr>
        <w:t>9.10.1. УПК № 1 Таштагол (</w:t>
      </w:r>
      <w:r w:rsidRPr="00344E69">
        <w:rPr>
          <w:sz w:val="28"/>
          <w:szCs w:val="28"/>
        </w:rPr>
        <w:t>SYS</w:t>
      </w:r>
      <w:r w:rsidRPr="00344E69">
        <w:rPr>
          <w:sz w:val="28"/>
          <w:szCs w:val="28"/>
          <w:lang w:val="ru-RU"/>
        </w:rPr>
        <w:t>-01, г. Таштагол)</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923"/>
        <w:gridCol w:w="6422"/>
      </w:tblGrid>
      <w:tr w:rsidR="000772B4" w14:paraId="3A3C9E48" w14:textId="77777777">
        <w:trPr>
          <w:cantSplit/>
          <w:tblHeader/>
          <w:jc w:val="center"/>
        </w:trPr>
        <w:tc>
          <w:tcPr>
            <w:tcW w:w="0" w:type="auto"/>
            <w:shd w:val="clear" w:color="auto" w:fill="E2F0D9"/>
          </w:tcPr>
          <w:p w14:paraId="33E80AAC" w14:textId="77777777" w:rsidR="000772B4" w:rsidRDefault="00746A89">
            <w:pPr>
              <w:jc w:val="center"/>
            </w:pPr>
            <w:r>
              <w:rPr>
                <w:b/>
              </w:rPr>
              <w:t>Позиция досье</w:t>
            </w:r>
          </w:p>
        </w:tc>
        <w:tc>
          <w:tcPr>
            <w:tcW w:w="0" w:type="auto"/>
            <w:shd w:val="clear" w:color="auto" w:fill="E2F0D9"/>
          </w:tcPr>
          <w:p w14:paraId="67EE40E6" w14:textId="77777777" w:rsidR="000772B4" w:rsidRDefault="00746A89">
            <w:pPr>
              <w:jc w:val="center"/>
            </w:pPr>
            <w:r>
              <w:rPr>
                <w:b/>
              </w:rPr>
              <w:t>Содержание</w:t>
            </w:r>
          </w:p>
        </w:tc>
      </w:tr>
      <w:tr w:rsidR="000772B4" w:rsidRPr="00C07C05" w14:paraId="1477DD74" w14:textId="77777777">
        <w:trPr>
          <w:cantSplit/>
          <w:jc w:val="center"/>
        </w:trPr>
        <w:tc>
          <w:tcPr>
            <w:tcW w:w="0" w:type="auto"/>
          </w:tcPr>
          <w:p w14:paraId="42910B1F" w14:textId="77777777" w:rsidR="000772B4" w:rsidRDefault="00746A89">
            <w:r>
              <w:t>Существующая конфигурация</w:t>
            </w:r>
          </w:p>
        </w:tc>
        <w:tc>
          <w:tcPr>
            <w:tcW w:w="0" w:type="auto"/>
          </w:tcPr>
          <w:p w14:paraId="51646B5E" w14:textId="77777777" w:rsidR="000772B4" w:rsidRPr="00794D67" w:rsidRDefault="00746A89">
            <w:pPr>
              <w:jc w:val="center"/>
              <w:rPr>
                <w:lang w:val="ru-RU"/>
              </w:rPr>
            </w:pPr>
            <w:r w:rsidRPr="00794D67">
              <w:rPr>
                <w:lang w:val="ru-RU"/>
              </w:rPr>
              <w:t>открытая, сеть двухтрубная, график 95/70 с изломом 60 °</w:t>
            </w:r>
            <w:r>
              <w:t>C</w:t>
            </w:r>
          </w:p>
        </w:tc>
      </w:tr>
      <w:tr w:rsidR="000772B4" w:rsidRPr="00C07C05" w14:paraId="494965AD" w14:textId="77777777">
        <w:trPr>
          <w:cantSplit/>
          <w:jc w:val="center"/>
        </w:trPr>
        <w:tc>
          <w:tcPr>
            <w:tcW w:w="0" w:type="auto"/>
          </w:tcPr>
          <w:p w14:paraId="5577589F" w14:textId="77777777" w:rsidR="000772B4" w:rsidRDefault="00746A89">
            <w:r>
              <w:t>Открытый водоразбор</w:t>
            </w:r>
          </w:p>
        </w:tc>
        <w:tc>
          <w:tcPr>
            <w:tcW w:w="0" w:type="auto"/>
          </w:tcPr>
          <w:p w14:paraId="5E8FAF6A" w14:textId="77777777" w:rsidR="000772B4" w:rsidRPr="00794D67" w:rsidRDefault="00746A89">
            <w:pPr>
              <w:jc w:val="center"/>
              <w:rPr>
                <w:lang w:val="ru-RU"/>
              </w:rPr>
            </w:pPr>
            <w:r w:rsidRPr="00794D67">
              <w:rPr>
                <w:lang w:val="ru-RU"/>
              </w:rPr>
              <w:t>341</w:t>
            </w:r>
            <w:r>
              <w:t> </w:t>
            </w:r>
            <w:r w:rsidRPr="00794D67">
              <w:rPr>
                <w:lang w:val="ru-RU"/>
              </w:rPr>
              <w:t>475 т/год, среднечасовой 38,981 т/ч</w:t>
            </w:r>
          </w:p>
        </w:tc>
      </w:tr>
      <w:tr w:rsidR="000772B4" w:rsidRPr="00C07C05" w14:paraId="73C9ACC3" w14:textId="77777777">
        <w:trPr>
          <w:cantSplit/>
          <w:jc w:val="center"/>
        </w:trPr>
        <w:tc>
          <w:tcPr>
            <w:tcW w:w="0" w:type="auto"/>
          </w:tcPr>
          <w:p w14:paraId="1FCE7478" w14:textId="77777777" w:rsidR="000772B4" w:rsidRDefault="00746A89">
            <w:r>
              <w:t>Нагрузка горячего водоснабжения</w:t>
            </w:r>
          </w:p>
        </w:tc>
        <w:tc>
          <w:tcPr>
            <w:tcW w:w="0" w:type="auto"/>
          </w:tcPr>
          <w:p w14:paraId="4E56D22B" w14:textId="77777777" w:rsidR="000772B4" w:rsidRPr="00794D67" w:rsidRDefault="00746A89">
            <w:pPr>
              <w:jc w:val="center"/>
              <w:rPr>
                <w:lang w:val="ru-RU"/>
              </w:rPr>
            </w:pPr>
            <w:r w:rsidRPr="00794D67">
              <w:rPr>
                <w:lang w:val="ru-RU"/>
              </w:rPr>
              <w:t>5,3810 Гкал/ч; расчётный максимально-часовой водоразбор 97,84 м³/ч</w:t>
            </w:r>
          </w:p>
        </w:tc>
      </w:tr>
      <w:tr w:rsidR="000772B4" w14:paraId="4FDBA5D6" w14:textId="77777777">
        <w:trPr>
          <w:cantSplit/>
          <w:jc w:val="center"/>
        </w:trPr>
        <w:tc>
          <w:tcPr>
            <w:tcW w:w="0" w:type="auto"/>
          </w:tcPr>
          <w:p w14:paraId="1AF59952" w14:textId="77777777" w:rsidR="000772B4" w:rsidRDefault="00746A89">
            <w:r>
              <w:t>Отношение α = Qгвс/Qот</w:t>
            </w:r>
          </w:p>
        </w:tc>
        <w:tc>
          <w:tcPr>
            <w:tcW w:w="0" w:type="auto"/>
          </w:tcPr>
          <w:p w14:paraId="5B07A898" w14:textId="77777777" w:rsidR="000772B4" w:rsidRDefault="00746A89">
            <w:pPr>
              <w:jc w:val="center"/>
            </w:pPr>
            <w:r>
              <w:t>0,1137 — условие α ≤ 0,1 НЕ выполняется</w:t>
            </w:r>
          </w:p>
        </w:tc>
      </w:tr>
      <w:tr w:rsidR="000772B4" w14:paraId="7F16C82C" w14:textId="77777777">
        <w:trPr>
          <w:cantSplit/>
          <w:jc w:val="center"/>
        </w:trPr>
        <w:tc>
          <w:tcPr>
            <w:tcW w:w="0" w:type="auto"/>
          </w:tcPr>
          <w:p w14:paraId="3875DBAF" w14:textId="77777777" w:rsidR="000772B4" w:rsidRDefault="00746A89">
            <w:r>
              <w:t>Тип тепловой сети</w:t>
            </w:r>
          </w:p>
        </w:tc>
        <w:tc>
          <w:tcPr>
            <w:tcW w:w="0" w:type="auto"/>
          </w:tcPr>
          <w:p w14:paraId="1C79935B" w14:textId="77777777" w:rsidR="000772B4" w:rsidRDefault="00746A89">
            <w:pPr>
              <w:jc w:val="center"/>
            </w:pPr>
            <w:r>
              <w:t>двухтрубная</w:t>
            </w:r>
          </w:p>
        </w:tc>
      </w:tr>
      <w:tr w:rsidR="000772B4" w14:paraId="0DF17412" w14:textId="77777777">
        <w:trPr>
          <w:cantSplit/>
          <w:jc w:val="center"/>
        </w:trPr>
        <w:tc>
          <w:tcPr>
            <w:tcW w:w="0" w:type="auto"/>
          </w:tcPr>
          <w:p w14:paraId="280A3014" w14:textId="77777777" w:rsidR="000772B4" w:rsidRDefault="00746A89">
            <w:r>
              <w:t>Установленная мощность источника</w:t>
            </w:r>
          </w:p>
        </w:tc>
        <w:tc>
          <w:tcPr>
            <w:tcW w:w="0" w:type="auto"/>
          </w:tcPr>
          <w:p w14:paraId="29E33EEB" w14:textId="77777777" w:rsidR="000772B4" w:rsidRDefault="00746A89">
            <w:pPr>
              <w:jc w:val="center"/>
            </w:pPr>
            <w:r>
              <w:t>150,00 Гкал/ч</w:t>
            </w:r>
          </w:p>
        </w:tc>
      </w:tr>
      <w:tr w:rsidR="000772B4" w14:paraId="78BA708E" w14:textId="77777777">
        <w:trPr>
          <w:cantSplit/>
          <w:jc w:val="center"/>
        </w:trPr>
        <w:tc>
          <w:tcPr>
            <w:tcW w:w="0" w:type="auto"/>
          </w:tcPr>
          <w:p w14:paraId="02FEA0F2" w14:textId="77777777" w:rsidR="000772B4" w:rsidRDefault="00746A89">
            <w:r>
              <w:t>Водоподготовительная установка</w:t>
            </w:r>
          </w:p>
        </w:tc>
        <w:tc>
          <w:tcPr>
            <w:tcW w:w="0" w:type="auto"/>
          </w:tcPr>
          <w:p w14:paraId="7D71258C" w14:textId="77777777" w:rsidR="000772B4" w:rsidRDefault="00746A89">
            <w:pPr>
              <w:jc w:val="center"/>
            </w:pPr>
            <w:r>
              <w:t>120,0 т/ч</w:t>
            </w:r>
          </w:p>
        </w:tc>
      </w:tr>
      <w:tr w:rsidR="000772B4" w14:paraId="2BC48062" w14:textId="77777777">
        <w:trPr>
          <w:cantSplit/>
          <w:jc w:val="center"/>
        </w:trPr>
        <w:tc>
          <w:tcPr>
            <w:tcW w:w="0" w:type="auto"/>
          </w:tcPr>
          <w:p w14:paraId="237D02BB" w14:textId="77777777" w:rsidR="000772B4" w:rsidRDefault="00746A89">
            <w:r>
              <w:t>Баки-аккумуляторы</w:t>
            </w:r>
          </w:p>
        </w:tc>
        <w:tc>
          <w:tcPr>
            <w:tcW w:w="0" w:type="auto"/>
          </w:tcPr>
          <w:p w14:paraId="0DDE7F40" w14:textId="77777777" w:rsidR="000772B4" w:rsidRDefault="00746A89">
            <w:pPr>
              <w:jc w:val="center"/>
            </w:pPr>
            <w:r>
              <w:t>отсутствуют</w:t>
            </w:r>
          </w:p>
        </w:tc>
      </w:tr>
      <w:tr w:rsidR="000772B4" w:rsidRPr="00C07C05" w14:paraId="0444B2BA" w14:textId="77777777">
        <w:trPr>
          <w:cantSplit/>
          <w:jc w:val="center"/>
        </w:trPr>
        <w:tc>
          <w:tcPr>
            <w:tcW w:w="0" w:type="auto"/>
          </w:tcPr>
          <w:p w14:paraId="2C7E0A0B" w14:textId="77777777" w:rsidR="000772B4" w:rsidRDefault="00746A89">
            <w:r>
              <w:t>Подпитка тепловой сети</w:t>
            </w:r>
          </w:p>
        </w:tc>
        <w:tc>
          <w:tcPr>
            <w:tcW w:w="0" w:type="auto"/>
          </w:tcPr>
          <w:p w14:paraId="7A5404AF" w14:textId="77777777" w:rsidR="000772B4" w:rsidRPr="00794D67" w:rsidRDefault="00746A89">
            <w:pPr>
              <w:jc w:val="center"/>
              <w:rPr>
                <w:lang w:val="ru-RU"/>
              </w:rPr>
            </w:pPr>
            <w:r w:rsidRPr="00794D67">
              <w:rPr>
                <w:lang w:val="ru-RU"/>
              </w:rPr>
              <w:t>45,586 т/ч в 2026 году, 45,586 т/ч в 2031 и 2036 годах</w:t>
            </w:r>
          </w:p>
        </w:tc>
      </w:tr>
      <w:tr w:rsidR="000772B4" w:rsidRPr="00C07C05" w14:paraId="6A402FC2" w14:textId="77777777">
        <w:trPr>
          <w:cantSplit/>
          <w:jc w:val="center"/>
        </w:trPr>
        <w:tc>
          <w:tcPr>
            <w:tcW w:w="0" w:type="auto"/>
          </w:tcPr>
          <w:p w14:paraId="5A893481" w14:textId="77777777" w:rsidR="000772B4" w:rsidRDefault="00746A89">
            <w:r>
              <w:t>Аварийная подпитка</w:t>
            </w:r>
          </w:p>
        </w:tc>
        <w:tc>
          <w:tcPr>
            <w:tcW w:w="0" w:type="auto"/>
          </w:tcPr>
          <w:p w14:paraId="5CB015C6" w14:textId="77777777" w:rsidR="000772B4" w:rsidRPr="00794D67" w:rsidRDefault="00746A89">
            <w:pPr>
              <w:jc w:val="center"/>
              <w:rPr>
                <w:lang w:val="ru-RU"/>
              </w:rPr>
            </w:pPr>
            <w:r w:rsidRPr="00794D67">
              <w:rPr>
                <w:lang w:val="ru-RU"/>
              </w:rPr>
              <w:t>55,0 т/ч; резерв 65,00 т/ч</w:t>
            </w:r>
          </w:p>
        </w:tc>
      </w:tr>
      <w:tr w:rsidR="000772B4" w:rsidRPr="00C07C05" w14:paraId="43DC7DC8" w14:textId="77777777">
        <w:trPr>
          <w:cantSplit/>
          <w:jc w:val="center"/>
        </w:trPr>
        <w:tc>
          <w:tcPr>
            <w:tcW w:w="0" w:type="auto"/>
          </w:tcPr>
          <w:p w14:paraId="3B7515B8" w14:textId="77777777" w:rsidR="000772B4" w:rsidRDefault="00746A89">
            <w:r>
              <w:t>Текущие проблемы</w:t>
            </w:r>
          </w:p>
        </w:tc>
        <w:tc>
          <w:tcPr>
            <w:tcW w:w="0" w:type="auto"/>
          </w:tcPr>
          <w:p w14:paraId="15CF116F" w14:textId="77777777" w:rsidR="000772B4" w:rsidRPr="00794D67" w:rsidRDefault="00746A89">
            <w:pPr>
              <w:jc w:val="center"/>
              <w:rPr>
                <w:lang w:val="ru-RU"/>
              </w:rPr>
            </w:pPr>
            <w:r w:rsidRPr="00794D67">
              <w:rPr>
                <w:lang w:val="ru-RU"/>
              </w:rPr>
              <w:t xml:space="preserve">крупнейший водоразбор округа 341 475 т/год; условие </w:t>
            </w:r>
            <w:r>
              <w:t>α</w:t>
            </w:r>
            <w:r w:rsidRPr="00794D67">
              <w:rPr>
                <w:lang w:val="ru-RU"/>
              </w:rPr>
              <w:t xml:space="preserve"> ≤ 0,1 не выполняется (</w:t>
            </w:r>
            <w:r>
              <w:t>α</w:t>
            </w:r>
            <w:r w:rsidRPr="00794D67">
              <w:rPr>
                <w:lang w:val="ru-RU"/>
              </w:rPr>
              <w:t xml:space="preserve"> = 0,1137), режим регулирования после перевода подлежит обоснованию</w:t>
            </w:r>
          </w:p>
        </w:tc>
      </w:tr>
      <w:tr w:rsidR="000772B4" w:rsidRPr="00C07C05" w14:paraId="7DA9F42A" w14:textId="77777777">
        <w:trPr>
          <w:cantSplit/>
          <w:jc w:val="center"/>
        </w:trPr>
        <w:tc>
          <w:tcPr>
            <w:tcW w:w="0" w:type="auto"/>
          </w:tcPr>
          <w:p w14:paraId="7CD22CCE" w14:textId="77777777" w:rsidR="000772B4" w:rsidRDefault="00746A89">
            <w:r>
              <w:t>Историческое решение</w:t>
            </w:r>
          </w:p>
        </w:tc>
        <w:tc>
          <w:tcPr>
            <w:tcW w:w="0" w:type="auto"/>
          </w:tcPr>
          <w:p w14:paraId="260DE229" w14:textId="77777777" w:rsidR="000772B4" w:rsidRPr="00794D67" w:rsidRDefault="00746A89">
            <w:pPr>
              <w:jc w:val="center"/>
              <w:rPr>
                <w:lang w:val="ru-RU"/>
              </w:rPr>
            </w:pPr>
            <w:r w:rsidRPr="00794D67">
              <w:rPr>
                <w:lang w:val="ru-RU"/>
              </w:rPr>
              <w:t>утверждаемая часть схемы Таштагольского городского поселения 2021 года, таблица 7.1: 407 тепловых пунктов, 143 842 тыс. руб.</w:t>
            </w:r>
          </w:p>
        </w:tc>
      </w:tr>
      <w:tr w:rsidR="000772B4" w:rsidRPr="00C07C05" w14:paraId="17537424" w14:textId="77777777">
        <w:trPr>
          <w:cantSplit/>
          <w:jc w:val="center"/>
        </w:trPr>
        <w:tc>
          <w:tcPr>
            <w:tcW w:w="0" w:type="auto"/>
          </w:tcPr>
          <w:p w14:paraId="7C08F514" w14:textId="77777777" w:rsidR="000772B4" w:rsidRDefault="00746A89">
            <w:r>
              <w:t>Применимые варианты</w:t>
            </w:r>
          </w:p>
        </w:tc>
        <w:tc>
          <w:tcPr>
            <w:tcW w:w="0" w:type="auto"/>
          </w:tcPr>
          <w:p w14:paraId="7EAEE9FC" w14:textId="77777777" w:rsidR="000772B4" w:rsidRPr="00794D67" w:rsidRDefault="00746A89">
            <w:pPr>
              <w:jc w:val="center"/>
              <w:rPr>
                <w:lang w:val="ru-RU"/>
              </w:rPr>
            </w:pPr>
            <w:r>
              <w:t>DHW</w:t>
            </w:r>
            <w:r w:rsidRPr="00794D67">
              <w:rPr>
                <w:lang w:val="ru-RU"/>
              </w:rPr>
              <w:t>-</w:t>
            </w:r>
            <w:r>
              <w:t>V</w:t>
            </w:r>
            <w:r w:rsidRPr="00794D67">
              <w:rPr>
                <w:lang w:val="ru-RU"/>
              </w:rPr>
              <w:t xml:space="preserve">1 — предпочтителен; </w:t>
            </w:r>
            <w:r>
              <w:t>DHW</w:t>
            </w:r>
            <w:r w:rsidRPr="00794D67">
              <w:rPr>
                <w:lang w:val="ru-RU"/>
              </w:rPr>
              <w:t>-</w:t>
            </w:r>
            <w:r>
              <w:t>V</w:t>
            </w:r>
            <w:r w:rsidRPr="00794D67">
              <w:rPr>
                <w:lang w:val="ru-RU"/>
              </w:rPr>
              <w:t>2 — рассматривается как альтернатива при наибольшей сосредоточенной нагрузке округа, не разрешён</w:t>
            </w:r>
          </w:p>
        </w:tc>
      </w:tr>
      <w:tr w:rsidR="000772B4" w:rsidRPr="00C07C05" w14:paraId="2E7A5036" w14:textId="77777777">
        <w:trPr>
          <w:cantSplit/>
          <w:jc w:val="center"/>
        </w:trPr>
        <w:tc>
          <w:tcPr>
            <w:tcW w:w="0" w:type="auto"/>
          </w:tcPr>
          <w:p w14:paraId="779B4BD6" w14:textId="77777777" w:rsidR="000772B4" w:rsidRDefault="00746A89">
            <w:r>
              <w:t>Расчётный эффект перевода</w:t>
            </w:r>
          </w:p>
        </w:tc>
        <w:tc>
          <w:tcPr>
            <w:tcW w:w="0" w:type="auto"/>
          </w:tcPr>
          <w:p w14:paraId="1BB94AE1" w14:textId="77777777" w:rsidR="000772B4" w:rsidRPr="00794D67" w:rsidRDefault="00746A89">
            <w:pPr>
              <w:jc w:val="center"/>
              <w:rPr>
                <w:lang w:val="ru-RU"/>
              </w:rPr>
            </w:pPr>
            <w:r w:rsidRPr="00794D67">
              <w:rPr>
                <w:lang w:val="ru-RU"/>
              </w:rPr>
              <w:t>подпитка 45,586 → 6,605 т/ч; резерв ВПУ 74,414 → 113,395 т/ч</w:t>
            </w:r>
          </w:p>
        </w:tc>
      </w:tr>
      <w:tr w:rsidR="000772B4" w:rsidRPr="00C07C05" w14:paraId="07253DCA" w14:textId="77777777">
        <w:trPr>
          <w:cantSplit/>
          <w:jc w:val="center"/>
        </w:trPr>
        <w:tc>
          <w:tcPr>
            <w:tcW w:w="0" w:type="auto"/>
          </w:tcPr>
          <w:p w14:paraId="2564037B" w14:textId="77777777" w:rsidR="000772B4" w:rsidRDefault="00746A89">
            <w:r>
              <w:t>Потребность в расчётах</w:t>
            </w:r>
          </w:p>
        </w:tc>
        <w:tc>
          <w:tcPr>
            <w:tcW w:w="0" w:type="auto"/>
          </w:tcPr>
          <w:p w14:paraId="08E653B0" w14:textId="77777777" w:rsidR="000772B4" w:rsidRPr="00794D67" w:rsidRDefault="00746A89">
            <w:pPr>
              <w:jc w:val="center"/>
              <w:rPr>
                <w:lang w:val="ru-RU"/>
              </w:rPr>
            </w:pPr>
            <w:r w:rsidRPr="00794D67">
              <w:rPr>
                <w:lang w:val="ru-RU"/>
              </w:rPr>
              <w:t>водный эффект рассчитан; подлежит проверке гидравлическим расчётом на 2026 год</w:t>
            </w:r>
          </w:p>
        </w:tc>
      </w:tr>
      <w:tr w:rsidR="000772B4" w:rsidRPr="00C07C05" w14:paraId="415248CC" w14:textId="77777777">
        <w:trPr>
          <w:cantSplit/>
          <w:jc w:val="center"/>
        </w:trPr>
        <w:tc>
          <w:tcPr>
            <w:tcW w:w="0" w:type="auto"/>
          </w:tcPr>
          <w:p w14:paraId="3AC0205C" w14:textId="77777777" w:rsidR="000772B4" w:rsidRDefault="00746A89">
            <w:r>
              <w:t>Капитальные вложения</w:t>
            </w:r>
          </w:p>
        </w:tc>
        <w:tc>
          <w:tcPr>
            <w:tcW w:w="0" w:type="auto"/>
          </w:tcPr>
          <w:p w14:paraId="77A6492D" w14:textId="77777777" w:rsidR="000772B4" w:rsidRPr="00794D67" w:rsidRDefault="00746A89">
            <w:pPr>
              <w:jc w:val="center"/>
              <w:rPr>
                <w:lang w:val="ru-RU"/>
              </w:rPr>
            </w:pPr>
            <w:r w:rsidRPr="00794D67">
              <w:rPr>
                <w:lang w:val="ru-RU"/>
              </w:rPr>
              <w:t>ранее оценённая стоимость 143</w:t>
            </w:r>
            <w:r>
              <w:t> </w:t>
            </w:r>
            <w:r w:rsidRPr="00794D67">
              <w:rPr>
                <w:lang w:val="ru-RU"/>
              </w:rPr>
              <w:t>842 тыс. руб. в ценах 2021 года без НДС; текущая потребность в капитальных вложениях подлежит определению</w:t>
            </w:r>
          </w:p>
        </w:tc>
      </w:tr>
      <w:tr w:rsidR="000772B4" w14:paraId="7FEA0D6F" w14:textId="77777777">
        <w:trPr>
          <w:cantSplit/>
          <w:jc w:val="center"/>
        </w:trPr>
        <w:tc>
          <w:tcPr>
            <w:tcW w:w="0" w:type="auto"/>
          </w:tcPr>
          <w:p w14:paraId="0CBF80EC" w14:textId="77777777" w:rsidR="000772B4" w:rsidRDefault="00746A89">
            <w:r>
              <w:t>Зависимость от электронной модели</w:t>
            </w:r>
          </w:p>
        </w:tc>
        <w:tc>
          <w:tcPr>
            <w:tcW w:w="0" w:type="auto"/>
          </w:tcPr>
          <w:p w14:paraId="29C183CD" w14:textId="77777777" w:rsidR="000772B4" w:rsidRDefault="00746A89">
            <w:pPr>
              <w:jc w:val="center"/>
            </w:pPr>
            <w:r>
              <w:t>расчётное моделирование рекомендуется</w:t>
            </w:r>
          </w:p>
        </w:tc>
      </w:tr>
      <w:tr w:rsidR="000772B4" w:rsidRPr="00C07C05" w14:paraId="4817BE7A" w14:textId="77777777">
        <w:trPr>
          <w:cantSplit/>
          <w:jc w:val="center"/>
        </w:trPr>
        <w:tc>
          <w:tcPr>
            <w:tcW w:w="0" w:type="auto"/>
          </w:tcPr>
          <w:p w14:paraId="511263D8" w14:textId="77777777" w:rsidR="000772B4" w:rsidRDefault="00746A89">
            <w:r>
              <w:t>Взаимодействие с газификацией</w:t>
            </w:r>
          </w:p>
        </w:tc>
        <w:tc>
          <w:tcPr>
            <w:tcW w:w="0" w:type="auto"/>
          </w:tcPr>
          <w:p w14:paraId="498D2D82" w14:textId="77777777" w:rsidR="000772B4" w:rsidRPr="00794D67" w:rsidRDefault="00746A89">
            <w:pPr>
              <w:jc w:val="center"/>
              <w:rPr>
                <w:lang w:val="ru-RU"/>
              </w:rPr>
            </w:pPr>
            <w:r>
              <w:t>INDEPENDENT</w:t>
            </w:r>
            <w:r w:rsidRPr="00794D67">
              <w:rPr>
                <w:lang w:val="ru-RU"/>
              </w:rPr>
              <w:t xml:space="preserve"> — мероприятие на стороне потребителя; газификация источника 2035 на перевод не влияет</w:t>
            </w:r>
          </w:p>
        </w:tc>
      </w:tr>
      <w:tr w:rsidR="000772B4" w:rsidRPr="00C07C05" w14:paraId="54EC8656" w14:textId="77777777">
        <w:trPr>
          <w:cantSplit/>
          <w:jc w:val="center"/>
        </w:trPr>
        <w:tc>
          <w:tcPr>
            <w:tcW w:w="0" w:type="auto"/>
          </w:tcPr>
          <w:p w14:paraId="51F31786" w14:textId="77777777" w:rsidR="000772B4" w:rsidRDefault="00746A89">
            <w:r>
              <w:t>Принимаемое решение</w:t>
            </w:r>
          </w:p>
        </w:tc>
        <w:tc>
          <w:tcPr>
            <w:tcW w:w="0" w:type="auto"/>
          </w:tcPr>
          <w:p w14:paraId="75DA5B46" w14:textId="77777777" w:rsidR="000772B4" w:rsidRPr="00794D67" w:rsidRDefault="00746A89">
            <w:pPr>
              <w:jc w:val="center"/>
              <w:rPr>
                <w:lang w:val="ru-RU"/>
              </w:rPr>
            </w:pPr>
            <w:r>
              <w:t>DHW</w:t>
            </w:r>
            <w:r w:rsidRPr="00794D67">
              <w:rPr>
                <w:lang w:val="ru-RU"/>
              </w:rPr>
              <w:t>-</w:t>
            </w:r>
            <w:r>
              <w:t>V</w:t>
            </w:r>
            <w:r w:rsidRPr="00794D67">
              <w:rPr>
                <w:lang w:val="ru-RU"/>
              </w:rPr>
              <w:t xml:space="preserve">1, очерёдность </w:t>
            </w:r>
            <w:r>
              <w:t>P</w:t>
            </w:r>
            <w:r w:rsidRPr="00794D67">
              <w:rPr>
                <w:lang w:val="ru-RU"/>
              </w:rPr>
              <w:t>0, период 2027–2031</w:t>
            </w:r>
          </w:p>
        </w:tc>
      </w:tr>
      <w:tr w:rsidR="000772B4" w:rsidRPr="00C07C05" w14:paraId="276CA3A0" w14:textId="77777777">
        <w:trPr>
          <w:cantSplit/>
          <w:jc w:val="center"/>
        </w:trPr>
        <w:tc>
          <w:tcPr>
            <w:tcW w:w="0" w:type="auto"/>
          </w:tcPr>
          <w:p w14:paraId="10EA7F77" w14:textId="77777777" w:rsidR="000772B4" w:rsidRDefault="00746A89">
            <w:r>
              <w:t>Состояние решения</w:t>
            </w:r>
          </w:p>
        </w:tc>
        <w:tc>
          <w:tcPr>
            <w:tcW w:w="0" w:type="auto"/>
          </w:tcPr>
          <w:p w14:paraId="0F28B321"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r>
      <w:tr w:rsidR="000772B4" w14:paraId="36F19A00" w14:textId="77777777">
        <w:trPr>
          <w:cantSplit/>
          <w:jc w:val="center"/>
        </w:trPr>
        <w:tc>
          <w:tcPr>
            <w:tcW w:w="0" w:type="auto"/>
          </w:tcPr>
          <w:p w14:paraId="0DCDF22B" w14:textId="77777777" w:rsidR="000772B4" w:rsidRDefault="00746A89">
            <w:r>
              <w:t>Состояние на 2031 год</w:t>
            </w:r>
          </w:p>
        </w:tc>
        <w:tc>
          <w:tcPr>
            <w:tcW w:w="0" w:type="auto"/>
          </w:tcPr>
          <w:p w14:paraId="30D00236" w14:textId="77777777" w:rsidR="000772B4" w:rsidRDefault="00746A89">
            <w:pPr>
              <w:jc w:val="center"/>
            </w:pPr>
            <w:r>
              <w:t>перевод выполнен</w:t>
            </w:r>
          </w:p>
        </w:tc>
      </w:tr>
      <w:tr w:rsidR="000772B4" w14:paraId="03D2FDA5" w14:textId="77777777">
        <w:trPr>
          <w:cantSplit/>
          <w:jc w:val="center"/>
        </w:trPr>
        <w:tc>
          <w:tcPr>
            <w:tcW w:w="0" w:type="auto"/>
          </w:tcPr>
          <w:p w14:paraId="6DADB74E" w14:textId="77777777" w:rsidR="000772B4" w:rsidRDefault="00746A89">
            <w:r>
              <w:t>Состояние на 2036 год</w:t>
            </w:r>
          </w:p>
        </w:tc>
        <w:tc>
          <w:tcPr>
            <w:tcW w:w="0" w:type="auto"/>
          </w:tcPr>
          <w:p w14:paraId="3C5E2C37" w14:textId="77777777" w:rsidR="000772B4" w:rsidRDefault="00746A89">
            <w:pPr>
              <w:jc w:val="center"/>
            </w:pPr>
            <w:r>
              <w:t>закрытая схема</w:t>
            </w:r>
          </w:p>
        </w:tc>
      </w:tr>
    </w:tbl>
    <w:p w14:paraId="5059573E" w14:textId="77777777" w:rsidR="000772B4" w:rsidRDefault="000772B4">
      <w:pPr>
        <w:spacing w:after="40"/>
      </w:pPr>
    </w:p>
    <w:p w14:paraId="0E74B720" w14:textId="77777777" w:rsidR="000772B4" w:rsidRPr="00344E69" w:rsidRDefault="00746A89">
      <w:pPr>
        <w:pStyle w:val="31"/>
        <w:rPr>
          <w:sz w:val="28"/>
          <w:szCs w:val="28"/>
        </w:rPr>
      </w:pPr>
      <w:r w:rsidRPr="00344E69">
        <w:rPr>
          <w:sz w:val="28"/>
          <w:szCs w:val="28"/>
        </w:rPr>
        <w:t>9.10.2. УПК № 2 Шалым (SYS-02, г. Таштагол)</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936"/>
        <w:gridCol w:w="6409"/>
      </w:tblGrid>
      <w:tr w:rsidR="000772B4" w14:paraId="7ED22A1C" w14:textId="77777777">
        <w:trPr>
          <w:cantSplit/>
          <w:tblHeader/>
          <w:jc w:val="center"/>
        </w:trPr>
        <w:tc>
          <w:tcPr>
            <w:tcW w:w="0" w:type="auto"/>
            <w:shd w:val="clear" w:color="auto" w:fill="E2F0D9"/>
          </w:tcPr>
          <w:p w14:paraId="2EA1F2AF" w14:textId="77777777" w:rsidR="000772B4" w:rsidRDefault="00746A89">
            <w:pPr>
              <w:jc w:val="center"/>
            </w:pPr>
            <w:r>
              <w:rPr>
                <w:b/>
              </w:rPr>
              <w:t>Позиция досье</w:t>
            </w:r>
          </w:p>
        </w:tc>
        <w:tc>
          <w:tcPr>
            <w:tcW w:w="0" w:type="auto"/>
            <w:shd w:val="clear" w:color="auto" w:fill="E2F0D9"/>
          </w:tcPr>
          <w:p w14:paraId="15E7F5EC" w14:textId="77777777" w:rsidR="000772B4" w:rsidRDefault="00746A89">
            <w:pPr>
              <w:jc w:val="center"/>
            </w:pPr>
            <w:r>
              <w:rPr>
                <w:b/>
              </w:rPr>
              <w:t>Содержание</w:t>
            </w:r>
          </w:p>
        </w:tc>
      </w:tr>
      <w:tr w:rsidR="000772B4" w:rsidRPr="00C07C05" w14:paraId="151E9736" w14:textId="77777777">
        <w:trPr>
          <w:cantSplit/>
          <w:jc w:val="center"/>
        </w:trPr>
        <w:tc>
          <w:tcPr>
            <w:tcW w:w="0" w:type="auto"/>
          </w:tcPr>
          <w:p w14:paraId="5FA66A08" w14:textId="77777777" w:rsidR="000772B4" w:rsidRDefault="00746A89">
            <w:r>
              <w:t>Существующая конфигурация</w:t>
            </w:r>
          </w:p>
        </w:tc>
        <w:tc>
          <w:tcPr>
            <w:tcW w:w="0" w:type="auto"/>
          </w:tcPr>
          <w:p w14:paraId="0E3EAA79" w14:textId="77777777" w:rsidR="000772B4" w:rsidRPr="00794D67" w:rsidRDefault="00746A89">
            <w:pPr>
              <w:jc w:val="center"/>
              <w:rPr>
                <w:lang w:val="ru-RU"/>
              </w:rPr>
            </w:pPr>
            <w:r w:rsidRPr="00794D67">
              <w:rPr>
                <w:lang w:val="ru-RU"/>
              </w:rPr>
              <w:t>открытая, сеть двухтрубная, график 95/70 с изломом 55 °</w:t>
            </w:r>
            <w:r>
              <w:t>C</w:t>
            </w:r>
          </w:p>
        </w:tc>
      </w:tr>
      <w:tr w:rsidR="000772B4" w:rsidRPr="00C07C05" w14:paraId="20ACF829" w14:textId="77777777">
        <w:trPr>
          <w:cantSplit/>
          <w:jc w:val="center"/>
        </w:trPr>
        <w:tc>
          <w:tcPr>
            <w:tcW w:w="0" w:type="auto"/>
          </w:tcPr>
          <w:p w14:paraId="519BAF62" w14:textId="77777777" w:rsidR="000772B4" w:rsidRDefault="00746A89">
            <w:r>
              <w:t>Открытый водоразбор</w:t>
            </w:r>
          </w:p>
        </w:tc>
        <w:tc>
          <w:tcPr>
            <w:tcW w:w="0" w:type="auto"/>
          </w:tcPr>
          <w:p w14:paraId="5CA4285A" w14:textId="77777777" w:rsidR="000772B4" w:rsidRPr="00794D67" w:rsidRDefault="00746A89">
            <w:pPr>
              <w:jc w:val="center"/>
              <w:rPr>
                <w:lang w:val="ru-RU"/>
              </w:rPr>
            </w:pPr>
            <w:r w:rsidRPr="00794D67">
              <w:rPr>
                <w:lang w:val="ru-RU"/>
              </w:rPr>
              <w:t>18</w:t>
            </w:r>
            <w:r>
              <w:t> </w:t>
            </w:r>
            <w:r w:rsidRPr="00794D67">
              <w:rPr>
                <w:lang w:val="ru-RU"/>
              </w:rPr>
              <w:t>157 т/год, среднечасовой 2,073 т/ч</w:t>
            </w:r>
          </w:p>
        </w:tc>
      </w:tr>
      <w:tr w:rsidR="000772B4" w:rsidRPr="00C07C05" w14:paraId="4646C19F" w14:textId="77777777">
        <w:trPr>
          <w:cantSplit/>
          <w:jc w:val="center"/>
        </w:trPr>
        <w:tc>
          <w:tcPr>
            <w:tcW w:w="0" w:type="auto"/>
          </w:tcPr>
          <w:p w14:paraId="26B91337" w14:textId="77777777" w:rsidR="000772B4" w:rsidRDefault="00746A89">
            <w:r>
              <w:t>Нагрузка горячего водоснабжения</w:t>
            </w:r>
          </w:p>
        </w:tc>
        <w:tc>
          <w:tcPr>
            <w:tcW w:w="0" w:type="auto"/>
          </w:tcPr>
          <w:p w14:paraId="2522E20D" w14:textId="77777777" w:rsidR="000772B4" w:rsidRPr="00794D67" w:rsidRDefault="00746A89">
            <w:pPr>
              <w:jc w:val="center"/>
              <w:rPr>
                <w:lang w:val="ru-RU"/>
              </w:rPr>
            </w:pPr>
            <w:r w:rsidRPr="00794D67">
              <w:rPr>
                <w:lang w:val="ru-RU"/>
              </w:rPr>
              <w:t>0,3820 Гкал/ч; расчётный максимально-часовой водоразбор 7,64 м³/ч</w:t>
            </w:r>
          </w:p>
        </w:tc>
      </w:tr>
      <w:tr w:rsidR="000772B4" w14:paraId="0869C874" w14:textId="77777777">
        <w:trPr>
          <w:cantSplit/>
          <w:jc w:val="center"/>
        </w:trPr>
        <w:tc>
          <w:tcPr>
            <w:tcW w:w="0" w:type="auto"/>
          </w:tcPr>
          <w:p w14:paraId="237ED3BE" w14:textId="77777777" w:rsidR="000772B4" w:rsidRDefault="00746A89">
            <w:r>
              <w:t>Отношение α = Qгвс/Qот</w:t>
            </w:r>
          </w:p>
        </w:tc>
        <w:tc>
          <w:tcPr>
            <w:tcW w:w="0" w:type="auto"/>
          </w:tcPr>
          <w:p w14:paraId="538DF7D7" w14:textId="77777777" w:rsidR="000772B4" w:rsidRDefault="00746A89">
            <w:pPr>
              <w:jc w:val="center"/>
            </w:pPr>
            <w:r>
              <w:t>0,0876 — условие α ≤ 0,1 выполняется</w:t>
            </w:r>
          </w:p>
        </w:tc>
      </w:tr>
      <w:tr w:rsidR="000772B4" w14:paraId="25EE802A" w14:textId="77777777">
        <w:trPr>
          <w:cantSplit/>
          <w:jc w:val="center"/>
        </w:trPr>
        <w:tc>
          <w:tcPr>
            <w:tcW w:w="0" w:type="auto"/>
          </w:tcPr>
          <w:p w14:paraId="5D3BB958" w14:textId="77777777" w:rsidR="000772B4" w:rsidRDefault="00746A89">
            <w:r>
              <w:t>Тип тепловой сети</w:t>
            </w:r>
          </w:p>
        </w:tc>
        <w:tc>
          <w:tcPr>
            <w:tcW w:w="0" w:type="auto"/>
          </w:tcPr>
          <w:p w14:paraId="57424F71" w14:textId="77777777" w:rsidR="000772B4" w:rsidRDefault="00746A89">
            <w:pPr>
              <w:jc w:val="center"/>
            </w:pPr>
            <w:r>
              <w:t>двухтрубная</w:t>
            </w:r>
          </w:p>
        </w:tc>
      </w:tr>
      <w:tr w:rsidR="000772B4" w14:paraId="6D89A29C" w14:textId="77777777">
        <w:trPr>
          <w:cantSplit/>
          <w:jc w:val="center"/>
        </w:trPr>
        <w:tc>
          <w:tcPr>
            <w:tcW w:w="0" w:type="auto"/>
          </w:tcPr>
          <w:p w14:paraId="49B78421" w14:textId="77777777" w:rsidR="000772B4" w:rsidRDefault="00746A89">
            <w:r>
              <w:t>Установленная мощность источника</w:t>
            </w:r>
          </w:p>
        </w:tc>
        <w:tc>
          <w:tcPr>
            <w:tcW w:w="0" w:type="auto"/>
          </w:tcPr>
          <w:p w14:paraId="2054BAA9" w14:textId="77777777" w:rsidR="000772B4" w:rsidRDefault="00746A89">
            <w:pPr>
              <w:jc w:val="center"/>
            </w:pPr>
            <w:r>
              <w:t>17,00 Гкал/ч</w:t>
            </w:r>
          </w:p>
        </w:tc>
      </w:tr>
      <w:tr w:rsidR="000772B4" w:rsidRPr="00C07C05" w14:paraId="19D92A51" w14:textId="77777777">
        <w:trPr>
          <w:cantSplit/>
          <w:jc w:val="center"/>
        </w:trPr>
        <w:tc>
          <w:tcPr>
            <w:tcW w:w="0" w:type="auto"/>
          </w:tcPr>
          <w:p w14:paraId="543023DF" w14:textId="77777777" w:rsidR="000772B4" w:rsidRDefault="00746A89">
            <w:r>
              <w:t>Водоподготовительная установка</w:t>
            </w:r>
          </w:p>
        </w:tc>
        <w:tc>
          <w:tcPr>
            <w:tcW w:w="0" w:type="auto"/>
          </w:tcPr>
          <w:p w14:paraId="55DCFCC0" w14:textId="77777777" w:rsidR="000772B4" w:rsidRPr="00794D67" w:rsidRDefault="00746A89">
            <w:pPr>
              <w:jc w:val="center"/>
              <w:rPr>
                <w:lang w:val="ru-RU"/>
              </w:rPr>
            </w:pPr>
            <w:r w:rsidRPr="00794D67">
              <w:rPr>
                <w:lang w:val="ru-RU"/>
              </w:rPr>
              <w:t>0 т/ч заявленной производительности — нулевое значение производительности не равнозначно отсутствию установки</w:t>
            </w:r>
          </w:p>
        </w:tc>
      </w:tr>
      <w:tr w:rsidR="000772B4" w14:paraId="4ADCBA1A" w14:textId="77777777">
        <w:trPr>
          <w:cantSplit/>
          <w:jc w:val="center"/>
        </w:trPr>
        <w:tc>
          <w:tcPr>
            <w:tcW w:w="0" w:type="auto"/>
          </w:tcPr>
          <w:p w14:paraId="3B3933BA" w14:textId="77777777" w:rsidR="000772B4" w:rsidRDefault="00746A89">
            <w:r>
              <w:t>Баки-аккумуляторы</w:t>
            </w:r>
          </w:p>
        </w:tc>
        <w:tc>
          <w:tcPr>
            <w:tcW w:w="0" w:type="auto"/>
          </w:tcPr>
          <w:p w14:paraId="1C82394B" w14:textId="77777777" w:rsidR="000772B4" w:rsidRDefault="00746A89">
            <w:pPr>
              <w:jc w:val="center"/>
            </w:pPr>
            <w:r>
              <w:t>2 ед., 100 м³</w:t>
            </w:r>
          </w:p>
        </w:tc>
      </w:tr>
      <w:tr w:rsidR="000772B4" w14:paraId="7285375D" w14:textId="77777777">
        <w:trPr>
          <w:cantSplit/>
          <w:jc w:val="center"/>
        </w:trPr>
        <w:tc>
          <w:tcPr>
            <w:tcW w:w="0" w:type="auto"/>
          </w:tcPr>
          <w:p w14:paraId="10DC58B5" w14:textId="77777777" w:rsidR="000772B4" w:rsidRDefault="00746A89">
            <w:r>
              <w:t>Подпитка тепловой сети</w:t>
            </w:r>
          </w:p>
        </w:tc>
        <w:tc>
          <w:tcPr>
            <w:tcW w:w="0" w:type="auto"/>
          </w:tcPr>
          <w:p w14:paraId="7043C263" w14:textId="77777777" w:rsidR="000772B4" w:rsidRDefault="00746A89">
            <w:pPr>
              <w:jc w:val="center"/>
            </w:pPr>
            <w:r>
              <w:t>2,282 т/ч в 2026 году</w:t>
            </w:r>
          </w:p>
        </w:tc>
      </w:tr>
      <w:tr w:rsidR="000772B4" w:rsidRPr="00C07C05" w14:paraId="0D319146" w14:textId="77777777">
        <w:trPr>
          <w:cantSplit/>
          <w:jc w:val="center"/>
        </w:trPr>
        <w:tc>
          <w:tcPr>
            <w:tcW w:w="0" w:type="auto"/>
          </w:tcPr>
          <w:p w14:paraId="7BA9DE19" w14:textId="77777777" w:rsidR="000772B4" w:rsidRDefault="00746A89">
            <w:r>
              <w:t>Аварийная подпитка</w:t>
            </w:r>
          </w:p>
        </w:tc>
        <w:tc>
          <w:tcPr>
            <w:tcW w:w="0" w:type="auto"/>
          </w:tcPr>
          <w:p w14:paraId="3EBA53E7" w14:textId="77777777" w:rsidR="000772B4" w:rsidRPr="00794D67" w:rsidRDefault="00746A89">
            <w:pPr>
              <w:jc w:val="center"/>
              <w:rPr>
                <w:lang w:val="ru-RU"/>
              </w:rPr>
            </w:pPr>
            <w:r w:rsidRPr="00794D67">
              <w:rPr>
                <w:lang w:val="ru-RU"/>
              </w:rPr>
              <w:t>4,3 т/ч; резерв −4,30 т/ч</w:t>
            </w:r>
          </w:p>
        </w:tc>
      </w:tr>
      <w:tr w:rsidR="000772B4" w:rsidRPr="00C07C05" w14:paraId="7C6A80E3" w14:textId="77777777">
        <w:trPr>
          <w:cantSplit/>
          <w:jc w:val="center"/>
        </w:trPr>
        <w:tc>
          <w:tcPr>
            <w:tcW w:w="0" w:type="auto"/>
          </w:tcPr>
          <w:p w14:paraId="419EE16D" w14:textId="77777777" w:rsidR="000772B4" w:rsidRDefault="00746A89">
            <w:r>
              <w:t>Текущие проблемы</w:t>
            </w:r>
          </w:p>
        </w:tc>
        <w:tc>
          <w:tcPr>
            <w:tcW w:w="0" w:type="auto"/>
          </w:tcPr>
          <w:p w14:paraId="073AF8E1" w14:textId="77777777" w:rsidR="000772B4" w:rsidRPr="00794D67" w:rsidRDefault="00746A89">
            <w:pPr>
              <w:jc w:val="center"/>
              <w:rPr>
                <w:lang w:val="ru-RU"/>
              </w:rPr>
            </w:pPr>
            <w:r w:rsidRPr="00794D67">
              <w:rPr>
                <w:lang w:val="ru-RU"/>
              </w:rPr>
              <w:t>заявленная производительность водоподготовки нулевая при требуемой 3,4 т/ч; дефицит подпитки −2,282 т/ч, аварийный −4,30 т/ч</w:t>
            </w:r>
          </w:p>
        </w:tc>
      </w:tr>
      <w:tr w:rsidR="000772B4" w:rsidRPr="00C07C05" w14:paraId="4EDEED42" w14:textId="77777777">
        <w:trPr>
          <w:cantSplit/>
          <w:jc w:val="center"/>
        </w:trPr>
        <w:tc>
          <w:tcPr>
            <w:tcW w:w="0" w:type="auto"/>
          </w:tcPr>
          <w:p w14:paraId="1CDF8AAA" w14:textId="77777777" w:rsidR="000772B4" w:rsidRDefault="00746A89">
            <w:r>
              <w:t>Историческое решение</w:t>
            </w:r>
          </w:p>
        </w:tc>
        <w:tc>
          <w:tcPr>
            <w:tcW w:w="0" w:type="auto"/>
          </w:tcPr>
          <w:p w14:paraId="46D75B86" w14:textId="77777777" w:rsidR="000772B4" w:rsidRPr="00794D67" w:rsidRDefault="00746A89">
            <w:pPr>
              <w:jc w:val="center"/>
              <w:rPr>
                <w:lang w:val="ru-RU"/>
              </w:rPr>
            </w:pPr>
            <w:r w:rsidRPr="00794D67">
              <w:rPr>
                <w:lang w:val="ru-RU"/>
              </w:rPr>
              <w:t>там же: 90 тепловых пунктов, 31 330 тыс. руб.</w:t>
            </w:r>
          </w:p>
        </w:tc>
      </w:tr>
      <w:tr w:rsidR="000772B4" w:rsidRPr="00C07C05" w14:paraId="7B871B32" w14:textId="77777777">
        <w:trPr>
          <w:cantSplit/>
          <w:jc w:val="center"/>
        </w:trPr>
        <w:tc>
          <w:tcPr>
            <w:tcW w:w="0" w:type="auto"/>
          </w:tcPr>
          <w:p w14:paraId="5940E50D" w14:textId="77777777" w:rsidR="000772B4" w:rsidRDefault="00746A89">
            <w:r>
              <w:t>Применимые варианты</w:t>
            </w:r>
          </w:p>
        </w:tc>
        <w:tc>
          <w:tcPr>
            <w:tcW w:w="0" w:type="auto"/>
          </w:tcPr>
          <w:p w14:paraId="29A00907" w14:textId="77777777" w:rsidR="000772B4" w:rsidRPr="00794D67" w:rsidRDefault="00746A89">
            <w:pPr>
              <w:jc w:val="center"/>
              <w:rPr>
                <w:lang w:val="ru-RU"/>
              </w:rPr>
            </w:pPr>
            <w:r>
              <w:t>DHW</w:t>
            </w:r>
            <w:r w:rsidRPr="00794D67">
              <w:rPr>
                <w:lang w:val="ru-RU"/>
              </w:rPr>
              <w:t>-</w:t>
            </w:r>
            <w:r>
              <w:t>V</w:t>
            </w:r>
            <w:r w:rsidRPr="00794D67">
              <w:rPr>
                <w:lang w:val="ru-RU"/>
              </w:rPr>
              <w:t xml:space="preserve">1 — предпочтителен; </w:t>
            </w:r>
            <w:r>
              <w:t>DHW</w:t>
            </w:r>
            <w:r w:rsidRPr="00794D67">
              <w:rPr>
                <w:lang w:val="ru-RU"/>
              </w:rPr>
              <w:t>-</w:t>
            </w:r>
            <w:r>
              <w:t>V</w:t>
            </w:r>
            <w:r w:rsidRPr="00794D67">
              <w:rPr>
                <w:lang w:val="ru-RU"/>
              </w:rPr>
              <w:t xml:space="preserve">2 неприменимо по масштабу и рассредоточенности нагрузки; </w:t>
            </w:r>
            <w:r>
              <w:t>DHW</w:t>
            </w:r>
            <w:r w:rsidRPr="00794D67">
              <w:rPr>
                <w:lang w:val="ru-RU"/>
              </w:rPr>
              <w:t>-</w:t>
            </w:r>
            <w:r>
              <w:t>V</w:t>
            </w:r>
            <w:r w:rsidRPr="00794D67">
              <w:rPr>
                <w:lang w:val="ru-RU"/>
              </w:rPr>
              <w:t>0 отклонён законом</w:t>
            </w:r>
          </w:p>
        </w:tc>
      </w:tr>
      <w:tr w:rsidR="000772B4" w:rsidRPr="00C07C05" w14:paraId="6B1DB875" w14:textId="77777777">
        <w:trPr>
          <w:cantSplit/>
          <w:jc w:val="center"/>
        </w:trPr>
        <w:tc>
          <w:tcPr>
            <w:tcW w:w="0" w:type="auto"/>
          </w:tcPr>
          <w:p w14:paraId="092B3C36" w14:textId="77777777" w:rsidR="000772B4" w:rsidRDefault="00746A89">
            <w:r>
              <w:t>Расчётный эффект перевода</w:t>
            </w:r>
          </w:p>
        </w:tc>
        <w:tc>
          <w:tcPr>
            <w:tcW w:w="0" w:type="auto"/>
          </w:tcPr>
          <w:p w14:paraId="5AB19E96" w14:textId="77777777" w:rsidR="000772B4" w:rsidRPr="00794D67" w:rsidRDefault="00746A89">
            <w:pPr>
              <w:jc w:val="center"/>
              <w:rPr>
                <w:lang w:val="ru-RU"/>
              </w:rPr>
            </w:pPr>
            <w:r w:rsidRPr="00794D67">
              <w:rPr>
                <w:lang w:val="ru-RU"/>
              </w:rPr>
              <w:t>подпитка 2,282 → 0,209 т/ч; резерв ВПУ −2,282 → −0,209 т/ч; дефицит уменьшается, но сохраняется</w:t>
            </w:r>
          </w:p>
        </w:tc>
      </w:tr>
      <w:tr w:rsidR="000772B4" w:rsidRPr="00C07C05" w14:paraId="64F25223" w14:textId="77777777">
        <w:trPr>
          <w:cantSplit/>
          <w:jc w:val="center"/>
        </w:trPr>
        <w:tc>
          <w:tcPr>
            <w:tcW w:w="0" w:type="auto"/>
          </w:tcPr>
          <w:p w14:paraId="6E3A43C8" w14:textId="77777777" w:rsidR="000772B4" w:rsidRDefault="00746A89">
            <w:r>
              <w:t>Потребность в расчётах</w:t>
            </w:r>
          </w:p>
        </w:tc>
        <w:tc>
          <w:tcPr>
            <w:tcW w:w="0" w:type="auto"/>
          </w:tcPr>
          <w:p w14:paraId="4C47436C" w14:textId="77777777" w:rsidR="000772B4" w:rsidRPr="00794D67" w:rsidRDefault="00746A89">
            <w:pPr>
              <w:jc w:val="center"/>
              <w:rPr>
                <w:lang w:val="ru-RU"/>
              </w:rPr>
            </w:pPr>
            <w:r w:rsidRPr="00794D67">
              <w:rPr>
                <w:lang w:val="ru-RU"/>
              </w:rPr>
              <w:t>водный эффект рассчитан; подлежит проверке гидравлическим расчётом на 2026 год</w:t>
            </w:r>
          </w:p>
        </w:tc>
      </w:tr>
      <w:tr w:rsidR="000772B4" w:rsidRPr="00C07C05" w14:paraId="582EAE41" w14:textId="77777777">
        <w:trPr>
          <w:cantSplit/>
          <w:jc w:val="center"/>
        </w:trPr>
        <w:tc>
          <w:tcPr>
            <w:tcW w:w="0" w:type="auto"/>
          </w:tcPr>
          <w:p w14:paraId="3F45E2A1" w14:textId="77777777" w:rsidR="000772B4" w:rsidRDefault="00746A89">
            <w:r>
              <w:t>Капитальные вложения</w:t>
            </w:r>
          </w:p>
        </w:tc>
        <w:tc>
          <w:tcPr>
            <w:tcW w:w="0" w:type="auto"/>
          </w:tcPr>
          <w:p w14:paraId="77141320" w14:textId="77777777" w:rsidR="000772B4" w:rsidRPr="00794D67" w:rsidRDefault="00746A89">
            <w:pPr>
              <w:jc w:val="center"/>
              <w:rPr>
                <w:lang w:val="ru-RU"/>
              </w:rPr>
            </w:pPr>
            <w:r w:rsidRPr="00794D67">
              <w:rPr>
                <w:lang w:val="ru-RU"/>
              </w:rPr>
              <w:t>ранее оценённая стоимость 31</w:t>
            </w:r>
            <w:r>
              <w:t> </w:t>
            </w:r>
            <w:r w:rsidRPr="00794D67">
              <w:rPr>
                <w:lang w:val="ru-RU"/>
              </w:rPr>
              <w:t>330 тыс. руб. в ценах 2021 года без НДС; текущая потребность в капитальных вложениях подлежит определению</w:t>
            </w:r>
          </w:p>
        </w:tc>
      </w:tr>
      <w:tr w:rsidR="000772B4" w14:paraId="72E61127" w14:textId="77777777">
        <w:trPr>
          <w:cantSplit/>
          <w:jc w:val="center"/>
        </w:trPr>
        <w:tc>
          <w:tcPr>
            <w:tcW w:w="0" w:type="auto"/>
          </w:tcPr>
          <w:p w14:paraId="11DFE8BB" w14:textId="77777777" w:rsidR="000772B4" w:rsidRDefault="00746A89">
            <w:r>
              <w:t>Зависимость от электронной модели</w:t>
            </w:r>
          </w:p>
        </w:tc>
        <w:tc>
          <w:tcPr>
            <w:tcW w:w="0" w:type="auto"/>
          </w:tcPr>
          <w:p w14:paraId="55EFFDBD" w14:textId="77777777" w:rsidR="000772B4" w:rsidRDefault="00746A89">
            <w:pPr>
              <w:jc w:val="center"/>
            </w:pPr>
            <w:r>
              <w:t>расчётное моделирование не требуется</w:t>
            </w:r>
          </w:p>
        </w:tc>
      </w:tr>
      <w:tr w:rsidR="000772B4" w:rsidRPr="00C07C05" w14:paraId="4EAD7B6A" w14:textId="77777777">
        <w:trPr>
          <w:cantSplit/>
          <w:jc w:val="center"/>
        </w:trPr>
        <w:tc>
          <w:tcPr>
            <w:tcW w:w="0" w:type="auto"/>
          </w:tcPr>
          <w:p w14:paraId="7F2CE8AB" w14:textId="77777777" w:rsidR="000772B4" w:rsidRDefault="00746A89">
            <w:r>
              <w:t>Взаимодействие с газификацией</w:t>
            </w:r>
          </w:p>
        </w:tc>
        <w:tc>
          <w:tcPr>
            <w:tcW w:w="0" w:type="auto"/>
          </w:tcPr>
          <w:p w14:paraId="78E6F0B6" w14:textId="77777777" w:rsidR="000772B4" w:rsidRPr="00794D67" w:rsidRDefault="00746A89">
            <w:pPr>
              <w:jc w:val="center"/>
              <w:rPr>
                <w:lang w:val="ru-RU"/>
              </w:rPr>
            </w:pPr>
            <w:r>
              <w:t>INDEPENDENT</w:t>
            </w:r>
            <w:r w:rsidRPr="00794D67">
              <w:rPr>
                <w:lang w:val="ru-RU"/>
              </w:rPr>
              <w:t xml:space="preserve"> — мероприятие на стороне потребителя; газификация источника 2035 на перевод не влияет</w:t>
            </w:r>
          </w:p>
        </w:tc>
      </w:tr>
      <w:tr w:rsidR="000772B4" w:rsidRPr="00C07C05" w14:paraId="10225309" w14:textId="77777777">
        <w:trPr>
          <w:cantSplit/>
          <w:jc w:val="center"/>
        </w:trPr>
        <w:tc>
          <w:tcPr>
            <w:tcW w:w="0" w:type="auto"/>
          </w:tcPr>
          <w:p w14:paraId="706470BD" w14:textId="77777777" w:rsidR="000772B4" w:rsidRDefault="00746A89">
            <w:r>
              <w:t>Принимаемое решение</w:t>
            </w:r>
          </w:p>
        </w:tc>
        <w:tc>
          <w:tcPr>
            <w:tcW w:w="0" w:type="auto"/>
          </w:tcPr>
          <w:p w14:paraId="5845FDB1" w14:textId="77777777" w:rsidR="000772B4" w:rsidRPr="00794D67" w:rsidRDefault="00746A89">
            <w:pPr>
              <w:jc w:val="center"/>
              <w:rPr>
                <w:lang w:val="ru-RU"/>
              </w:rPr>
            </w:pPr>
            <w:r>
              <w:t>DHW</w:t>
            </w:r>
            <w:r w:rsidRPr="00794D67">
              <w:rPr>
                <w:lang w:val="ru-RU"/>
              </w:rPr>
              <w:t>-</w:t>
            </w:r>
            <w:r>
              <w:t>V</w:t>
            </w:r>
            <w:r w:rsidRPr="00794D67">
              <w:rPr>
                <w:lang w:val="ru-RU"/>
              </w:rPr>
              <w:t xml:space="preserve">1, очерёдность </w:t>
            </w:r>
            <w:r>
              <w:t>P</w:t>
            </w:r>
            <w:r w:rsidRPr="00794D67">
              <w:rPr>
                <w:lang w:val="ru-RU"/>
              </w:rPr>
              <w:t>2, период 2031–2036</w:t>
            </w:r>
          </w:p>
        </w:tc>
      </w:tr>
      <w:tr w:rsidR="000772B4" w:rsidRPr="00C07C05" w14:paraId="1C022412" w14:textId="77777777">
        <w:trPr>
          <w:cantSplit/>
          <w:jc w:val="center"/>
        </w:trPr>
        <w:tc>
          <w:tcPr>
            <w:tcW w:w="0" w:type="auto"/>
          </w:tcPr>
          <w:p w14:paraId="0FD82AAF" w14:textId="77777777" w:rsidR="000772B4" w:rsidRDefault="00746A89">
            <w:r>
              <w:t>Состояние решения</w:t>
            </w:r>
          </w:p>
        </w:tc>
        <w:tc>
          <w:tcPr>
            <w:tcW w:w="0" w:type="auto"/>
          </w:tcPr>
          <w:p w14:paraId="72EA27B4"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r>
      <w:tr w:rsidR="000772B4" w14:paraId="41008126" w14:textId="77777777">
        <w:trPr>
          <w:cantSplit/>
          <w:jc w:val="center"/>
        </w:trPr>
        <w:tc>
          <w:tcPr>
            <w:tcW w:w="0" w:type="auto"/>
          </w:tcPr>
          <w:p w14:paraId="192E8DCC" w14:textId="77777777" w:rsidR="000772B4" w:rsidRDefault="00746A89">
            <w:r>
              <w:t>Состояние на 2031 год</w:t>
            </w:r>
          </w:p>
        </w:tc>
        <w:tc>
          <w:tcPr>
            <w:tcW w:w="0" w:type="auto"/>
          </w:tcPr>
          <w:p w14:paraId="2A029AFC" w14:textId="77777777" w:rsidR="000772B4" w:rsidRDefault="00746A89">
            <w:pPr>
              <w:jc w:val="center"/>
            </w:pPr>
            <w:r>
              <w:t>перевод не начат</w:t>
            </w:r>
          </w:p>
        </w:tc>
      </w:tr>
      <w:tr w:rsidR="000772B4" w14:paraId="6B2ADA01" w14:textId="77777777">
        <w:trPr>
          <w:cantSplit/>
          <w:jc w:val="center"/>
        </w:trPr>
        <w:tc>
          <w:tcPr>
            <w:tcW w:w="0" w:type="auto"/>
          </w:tcPr>
          <w:p w14:paraId="4B677335" w14:textId="77777777" w:rsidR="000772B4" w:rsidRDefault="00746A89">
            <w:r>
              <w:t>Состояние на 2036 год</w:t>
            </w:r>
          </w:p>
        </w:tc>
        <w:tc>
          <w:tcPr>
            <w:tcW w:w="0" w:type="auto"/>
          </w:tcPr>
          <w:p w14:paraId="5ABBA161" w14:textId="77777777" w:rsidR="000772B4" w:rsidRDefault="00746A89">
            <w:pPr>
              <w:jc w:val="center"/>
            </w:pPr>
            <w:r>
              <w:t>закрытая схема</w:t>
            </w:r>
          </w:p>
        </w:tc>
      </w:tr>
    </w:tbl>
    <w:p w14:paraId="65FA5B69" w14:textId="77777777" w:rsidR="000772B4" w:rsidRDefault="000772B4">
      <w:pPr>
        <w:spacing w:after="40"/>
      </w:pPr>
    </w:p>
    <w:p w14:paraId="5091BF82" w14:textId="77777777" w:rsidR="000772B4" w:rsidRPr="00344E69" w:rsidRDefault="00746A89">
      <w:pPr>
        <w:pStyle w:val="31"/>
        <w:rPr>
          <w:sz w:val="28"/>
          <w:szCs w:val="28"/>
        </w:rPr>
      </w:pPr>
      <w:r w:rsidRPr="00344E69">
        <w:rPr>
          <w:sz w:val="28"/>
          <w:szCs w:val="28"/>
        </w:rPr>
        <w:t>9.10.3. УПК № 2 ЦМК (SYS-03, г. Таштагол)</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942"/>
        <w:gridCol w:w="6403"/>
      </w:tblGrid>
      <w:tr w:rsidR="000772B4" w14:paraId="0D253C4F" w14:textId="77777777">
        <w:trPr>
          <w:cantSplit/>
          <w:tblHeader/>
          <w:jc w:val="center"/>
        </w:trPr>
        <w:tc>
          <w:tcPr>
            <w:tcW w:w="0" w:type="auto"/>
            <w:shd w:val="clear" w:color="auto" w:fill="E2F0D9"/>
          </w:tcPr>
          <w:p w14:paraId="026CBB71" w14:textId="77777777" w:rsidR="000772B4" w:rsidRDefault="00746A89">
            <w:pPr>
              <w:jc w:val="center"/>
            </w:pPr>
            <w:r>
              <w:rPr>
                <w:b/>
              </w:rPr>
              <w:t>Позиция досье</w:t>
            </w:r>
          </w:p>
        </w:tc>
        <w:tc>
          <w:tcPr>
            <w:tcW w:w="0" w:type="auto"/>
            <w:shd w:val="clear" w:color="auto" w:fill="E2F0D9"/>
          </w:tcPr>
          <w:p w14:paraId="205F9008" w14:textId="77777777" w:rsidR="000772B4" w:rsidRDefault="00746A89">
            <w:pPr>
              <w:jc w:val="center"/>
            </w:pPr>
            <w:r>
              <w:rPr>
                <w:b/>
              </w:rPr>
              <w:t>Содержание</w:t>
            </w:r>
          </w:p>
        </w:tc>
      </w:tr>
      <w:tr w:rsidR="000772B4" w:rsidRPr="00C07C05" w14:paraId="582797F7" w14:textId="77777777">
        <w:trPr>
          <w:cantSplit/>
          <w:jc w:val="center"/>
        </w:trPr>
        <w:tc>
          <w:tcPr>
            <w:tcW w:w="0" w:type="auto"/>
          </w:tcPr>
          <w:p w14:paraId="68874C0F" w14:textId="77777777" w:rsidR="000772B4" w:rsidRDefault="00746A89">
            <w:r>
              <w:t>Существующая конфигурация</w:t>
            </w:r>
          </w:p>
        </w:tc>
        <w:tc>
          <w:tcPr>
            <w:tcW w:w="0" w:type="auto"/>
          </w:tcPr>
          <w:p w14:paraId="297DBF7B" w14:textId="77777777" w:rsidR="000772B4" w:rsidRPr="00794D67" w:rsidRDefault="00746A89">
            <w:pPr>
              <w:jc w:val="center"/>
              <w:rPr>
                <w:lang w:val="ru-RU"/>
              </w:rPr>
            </w:pPr>
            <w:r w:rsidRPr="00794D67">
              <w:rPr>
                <w:lang w:val="ru-RU"/>
              </w:rPr>
              <w:t>открытая, сеть двухтрубная, график 95/70 с изломом 55 °</w:t>
            </w:r>
            <w:r>
              <w:t>C</w:t>
            </w:r>
          </w:p>
        </w:tc>
      </w:tr>
      <w:tr w:rsidR="000772B4" w:rsidRPr="00C07C05" w14:paraId="5798804C" w14:textId="77777777">
        <w:trPr>
          <w:cantSplit/>
          <w:jc w:val="center"/>
        </w:trPr>
        <w:tc>
          <w:tcPr>
            <w:tcW w:w="0" w:type="auto"/>
          </w:tcPr>
          <w:p w14:paraId="01FDC71C" w14:textId="77777777" w:rsidR="000772B4" w:rsidRDefault="00746A89">
            <w:r>
              <w:t>Открытый водоразбор</w:t>
            </w:r>
          </w:p>
        </w:tc>
        <w:tc>
          <w:tcPr>
            <w:tcW w:w="0" w:type="auto"/>
          </w:tcPr>
          <w:p w14:paraId="7FCC319E" w14:textId="77777777" w:rsidR="000772B4" w:rsidRPr="00794D67" w:rsidRDefault="00746A89">
            <w:pPr>
              <w:jc w:val="center"/>
              <w:rPr>
                <w:lang w:val="ru-RU"/>
              </w:rPr>
            </w:pPr>
            <w:r w:rsidRPr="00794D67">
              <w:rPr>
                <w:lang w:val="ru-RU"/>
              </w:rPr>
              <w:t>13</w:t>
            </w:r>
            <w:r>
              <w:t> </w:t>
            </w:r>
            <w:r w:rsidRPr="00794D67">
              <w:rPr>
                <w:lang w:val="ru-RU"/>
              </w:rPr>
              <w:t>266 т/год, среднечасовой 1,514 т/ч</w:t>
            </w:r>
          </w:p>
        </w:tc>
      </w:tr>
      <w:tr w:rsidR="000772B4" w:rsidRPr="00C07C05" w14:paraId="29F6BC74" w14:textId="77777777">
        <w:trPr>
          <w:cantSplit/>
          <w:jc w:val="center"/>
        </w:trPr>
        <w:tc>
          <w:tcPr>
            <w:tcW w:w="0" w:type="auto"/>
          </w:tcPr>
          <w:p w14:paraId="107EC4CB" w14:textId="77777777" w:rsidR="000772B4" w:rsidRDefault="00746A89">
            <w:r>
              <w:t>Нагрузка горячего водоснабжения</w:t>
            </w:r>
          </w:p>
        </w:tc>
        <w:tc>
          <w:tcPr>
            <w:tcW w:w="0" w:type="auto"/>
          </w:tcPr>
          <w:p w14:paraId="6A5069C6" w14:textId="77777777" w:rsidR="000772B4" w:rsidRPr="00794D67" w:rsidRDefault="00746A89">
            <w:pPr>
              <w:jc w:val="center"/>
              <w:rPr>
                <w:lang w:val="ru-RU"/>
              </w:rPr>
            </w:pPr>
            <w:r w:rsidRPr="00794D67">
              <w:rPr>
                <w:lang w:val="ru-RU"/>
              </w:rPr>
              <w:t>0,1280 Гкал/ч; расчётный максимально-часовой водоразбор 2,56 м³/ч</w:t>
            </w:r>
          </w:p>
        </w:tc>
      </w:tr>
      <w:tr w:rsidR="000772B4" w14:paraId="64216960" w14:textId="77777777">
        <w:trPr>
          <w:cantSplit/>
          <w:jc w:val="center"/>
        </w:trPr>
        <w:tc>
          <w:tcPr>
            <w:tcW w:w="0" w:type="auto"/>
          </w:tcPr>
          <w:p w14:paraId="79A87AB7" w14:textId="77777777" w:rsidR="000772B4" w:rsidRDefault="00746A89">
            <w:r>
              <w:t>Отношение α = Qгвс/Qот</w:t>
            </w:r>
          </w:p>
        </w:tc>
        <w:tc>
          <w:tcPr>
            <w:tcW w:w="0" w:type="auto"/>
          </w:tcPr>
          <w:p w14:paraId="4F78B0BF" w14:textId="77777777" w:rsidR="000772B4" w:rsidRDefault="00746A89">
            <w:pPr>
              <w:jc w:val="center"/>
            </w:pPr>
            <w:r>
              <w:t>0,0451 — условие α ≤ 0,1 выполняется</w:t>
            </w:r>
          </w:p>
        </w:tc>
      </w:tr>
      <w:tr w:rsidR="000772B4" w14:paraId="5E703A36" w14:textId="77777777">
        <w:trPr>
          <w:cantSplit/>
          <w:jc w:val="center"/>
        </w:trPr>
        <w:tc>
          <w:tcPr>
            <w:tcW w:w="0" w:type="auto"/>
          </w:tcPr>
          <w:p w14:paraId="70D4677B" w14:textId="77777777" w:rsidR="000772B4" w:rsidRDefault="00746A89">
            <w:r>
              <w:t>Тип тепловой сети</w:t>
            </w:r>
          </w:p>
        </w:tc>
        <w:tc>
          <w:tcPr>
            <w:tcW w:w="0" w:type="auto"/>
          </w:tcPr>
          <w:p w14:paraId="1F92D132" w14:textId="77777777" w:rsidR="000772B4" w:rsidRDefault="00746A89">
            <w:pPr>
              <w:jc w:val="center"/>
            </w:pPr>
            <w:r>
              <w:t>двухтрубная</w:t>
            </w:r>
          </w:p>
        </w:tc>
      </w:tr>
      <w:tr w:rsidR="000772B4" w14:paraId="752D3F6B" w14:textId="77777777">
        <w:trPr>
          <w:cantSplit/>
          <w:jc w:val="center"/>
        </w:trPr>
        <w:tc>
          <w:tcPr>
            <w:tcW w:w="0" w:type="auto"/>
          </w:tcPr>
          <w:p w14:paraId="12761BA9" w14:textId="77777777" w:rsidR="000772B4" w:rsidRDefault="00746A89">
            <w:r>
              <w:t>Установленная мощность источника</w:t>
            </w:r>
          </w:p>
        </w:tc>
        <w:tc>
          <w:tcPr>
            <w:tcW w:w="0" w:type="auto"/>
          </w:tcPr>
          <w:p w14:paraId="580FE767" w14:textId="77777777" w:rsidR="000772B4" w:rsidRDefault="00746A89">
            <w:pPr>
              <w:jc w:val="center"/>
            </w:pPr>
            <w:r>
              <w:t>10,20 Гкал/ч</w:t>
            </w:r>
          </w:p>
        </w:tc>
      </w:tr>
      <w:tr w:rsidR="000772B4" w14:paraId="06B65EFA" w14:textId="77777777">
        <w:trPr>
          <w:cantSplit/>
          <w:jc w:val="center"/>
        </w:trPr>
        <w:tc>
          <w:tcPr>
            <w:tcW w:w="0" w:type="auto"/>
          </w:tcPr>
          <w:p w14:paraId="63E6E661" w14:textId="77777777" w:rsidR="000772B4" w:rsidRDefault="00746A89">
            <w:r>
              <w:t>Водоподготовительная установка</w:t>
            </w:r>
          </w:p>
        </w:tc>
        <w:tc>
          <w:tcPr>
            <w:tcW w:w="0" w:type="auto"/>
          </w:tcPr>
          <w:p w14:paraId="2C20F07B" w14:textId="77777777" w:rsidR="000772B4" w:rsidRDefault="00746A89">
            <w:pPr>
              <w:jc w:val="center"/>
            </w:pPr>
            <w:r>
              <w:t>20,0 т/ч</w:t>
            </w:r>
          </w:p>
        </w:tc>
      </w:tr>
      <w:tr w:rsidR="000772B4" w14:paraId="3FB17113" w14:textId="77777777">
        <w:trPr>
          <w:cantSplit/>
          <w:jc w:val="center"/>
        </w:trPr>
        <w:tc>
          <w:tcPr>
            <w:tcW w:w="0" w:type="auto"/>
          </w:tcPr>
          <w:p w14:paraId="1D664A74" w14:textId="77777777" w:rsidR="000772B4" w:rsidRDefault="00746A89">
            <w:r>
              <w:t>Баки-аккумуляторы</w:t>
            </w:r>
          </w:p>
        </w:tc>
        <w:tc>
          <w:tcPr>
            <w:tcW w:w="0" w:type="auto"/>
          </w:tcPr>
          <w:p w14:paraId="78430F5E" w14:textId="77777777" w:rsidR="000772B4" w:rsidRDefault="00746A89">
            <w:pPr>
              <w:jc w:val="center"/>
            </w:pPr>
            <w:r>
              <w:t>отсутствуют</w:t>
            </w:r>
          </w:p>
        </w:tc>
      </w:tr>
      <w:tr w:rsidR="000772B4" w14:paraId="76D2228D" w14:textId="77777777">
        <w:trPr>
          <w:cantSplit/>
          <w:jc w:val="center"/>
        </w:trPr>
        <w:tc>
          <w:tcPr>
            <w:tcW w:w="0" w:type="auto"/>
          </w:tcPr>
          <w:p w14:paraId="154BBD59" w14:textId="77777777" w:rsidR="000772B4" w:rsidRDefault="00746A89">
            <w:r>
              <w:t>Подпитка тепловой сети</w:t>
            </w:r>
          </w:p>
        </w:tc>
        <w:tc>
          <w:tcPr>
            <w:tcW w:w="0" w:type="auto"/>
          </w:tcPr>
          <w:p w14:paraId="15ABB1D6" w14:textId="77777777" w:rsidR="000772B4" w:rsidRDefault="00746A89">
            <w:pPr>
              <w:jc w:val="center"/>
            </w:pPr>
            <w:r>
              <w:t>1,713 т/ч в 2026 году</w:t>
            </w:r>
          </w:p>
        </w:tc>
      </w:tr>
      <w:tr w:rsidR="000772B4" w:rsidRPr="00C07C05" w14:paraId="39A7A2F9" w14:textId="77777777">
        <w:trPr>
          <w:cantSplit/>
          <w:jc w:val="center"/>
        </w:trPr>
        <w:tc>
          <w:tcPr>
            <w:tcW w:w="0" w:type="auto"/>
          </w:tcPr>
          <w:p w14:paraId="768463D2" w14:textId="77777777" w:rsidR="000772B4" w:rsidRDefault="00746A89">
            <w:r>
              <w:t>Аварийная подпитка</w:t>
            </w:r>
          </w:p>
        </w:tc>
        <w:tc>
          <w:tcPr>
            <w:tcW w:w="0" w:type="auto"/>
          </w:tcPr>
          <w:p w14:paraId="4FF65F02" w14:textId="77777777" w:rsidR="000772B4" w:rsidRPr="00794D67" w:rsidRDefault="00746A89">
            <w:pPr>
              <w:jc w:val="center"/>
              <w:rPr>
                <w:lang w:val="ru-RU"/>
              </w:rPr>
            </w:pPr>
            <w:r w:rsidRPr="00794D67">
              <w:rPr>
                <w:lang w:val="ru-RU"/>
              </w:rPr>
              <w:t>1,4 т/ч; резерв 18,60 т/ч</w:t>
            </w:r>
          </w:p>
        </w:tc>
      </w:tr>
      <w:tr w:rsidR="000772B4" w:rsidRPr="00C07C05" w14:paraId="5F3441A9" w14:textId="77777777">
        <w:trPr>
          <w:cantSplit/>
          <w:jc w:val="center"/>
        </w:trPr>
        <w:tc>
          <w:tcPr>
            <w:tcW w:w="0" w:type="auto"/>
          </w:tcPr>
          <w:p w14:paraId="6F23FCBA" w14:textId="77777777" w:rsidR="000772B4" w:rsidRDefault="00746A89">
            <w:r>
              <w:t>Текущие проблемы</w:t>
            </w:r>
          </w:p>
        </w:tc>
        <w:tc>
          <w:tcPr>
            <w:tcW w:w="0" w:type="auto"/>
          </w:tcPr>
          <w:p w14:paraId="52A35658" w14:textId="77777777" w:rsidR="000772B4" w:rsidRPr="00794D67" w:rsidRDefault="00746A89">
            <w:pPr>
              <w:jc w:val="center"/>
              <w:rPr>
                <w:lang w:val="ru-RU"/>
              </w:rPr>
            </w:pPr>
            <w:r w:rsidRPr="00794D67">
              <w:rPr>
                <w:lang w:val="ru-RU"/>
              </w:rPr>
              <w:t>самостоятельных проблем водного баланса не выявлено; резерв подпитки 18,287 т/ч</w:t>
            </w:r>
          </w:p>
        </w:tc>
      </w:tr>
      <w:tr w:rsidR="000772B4" w:rsidRPr="00C07C05" w14:paraId="5F77AA17" w14:textId="77777777">
        <w:trPr>
          <w:cantSplit/>
          <w:jc w:val="center"/>
        </w:trPr>
        <w:tc>
          <w:tcPr>
            <w:tcW w:w="0" w:type="auto"/>
          </w:tcPr>
          <w:p w14:paraId="72C7EC79" w14:textId="77777777" w:rsidR="000772B4" w:rsidRDefault="00746A89">
            <w:r>
              <w:t>Историческое решение</w:t>
            </w:r>
          </w:p>
        </w:tc>
        <w:tc>
          <w:tcPr>
            <w:tcW w:w="0" w:type="auto"/>
          </w:tcPr>
          <w:p w14:paraId="7AC7D65D" w14:textId="77777777" w:rsidR="000772B4" w:rsidRPr="00794D67" w:rsidRDefault="00746A89">
            <w:pPr>
              <w:jc w:val="center"/>
              <w:rPr>
                <w:lang w:val="ru-RU"/>
              </w:rPr>
            </w:pPr>
            <w:r w:rsidRPr="00794D67">
              <w:rPr>
                <w:lang w:val="ru-RU"/>
              </w:rPr>
              <w:t>там же: 29 тепловых пунктов, 9 955 тыс. руб.</w:t>
            </w:r>
          </w:p>
        </w:tc>
      </w:tr>
      <w:tr w:rsidR="000772B4" w:rsidRPr="00C07C05" w14:paraId="39BE68E4" w14:textId="77777777">
        <w:trPr>
          <w:cantSplit/>
          <w:jc w:val="center"/>
        </w:trPr>
        <w:tc>
          <w:tcPr>
            <w:tcW w:w="0" w:type="auto"/>
          </w:tcPr>
          <w:p w14:paraId="0CC51B63" w14:textId="77777777" w:rsidR="000772B4" w:rsidRDefault="00746A89">
            <w:r>
              <w:t>Применимые варианты</w:t>
            </w:r>
          </w:p>
        </w:tc>
        <w:tc>
          <w:tcPr>
            <w:tcW w:w="0" w:type="auto"/>
          </w:tcPr>
          <w:p w14:paraId="00B84F14" w14:textId="77777777" w:rsidR="000772B4" w:rsidRPr="00794D67" w:rsidRDefault="00746A89">
            <w:pPr>
              <w:jc w:val="center"/>
              <w:rPr>
                <w:lang w:val="ru-RU"/>
              </w:rPr>
            </w:pPr>
            <w:r>
              <w:t>DHW</w:t>
            </w:r>
            <w:r w:rsidRPr="00794D67">
              <w:rPr>
                <w:lang w:val="ru-RU"/>
              </w:rPr>
              <w:t>-</w:t>
            </w:r>
            <w:r>
              <w:t>V</w:t>
            </w:r>
            <w:r w:rsidRPr="00794D67">
              <w:rPr>
                <w:lang w:val="ru-RU"/>
              </w:rPr>
              <w:t xml:space="preserve">1 — предпочтителен; </w:t>
            </w:r>
            <w:r>
              <w:t>DHW</w:t>
            </w:r>
            <w:r w:rsidRPr="00794D67">
              <w:rPr>
                <w:lang w:val="ru-RU"/>
              </w:rPr>
              <w:t>-</w:t>
            </w:r>
            <w:r>
              <w:t>V</w:t>
            </w:r>
            <w:r w:rsidRPr="00794D67">
              <w:rPr>
                <w:lang w:val="ru-RU"/>
              </w:rPr>
              <w:t xml:space="preserve">2 неприменимо по масштабу и рассредоточенности нагрузки; </w:t>
            </w:r>
            <w:r>
              <w:t>DHW</w:t>
            </w:r>
            <w:r w:rsidRPr="00794D67">
              <w:rPr>
                <w:lang w:val="ru-RU"/>
              </w:rPr>
              <w:t>-</w:t>
            </w:r>
            <w:r>
              <w:t>V</w:t>
            </w:r>
            <w:r w:rsidRPr="00794D67">
              <w:rPr>
                <w:lang w:val="ru-RU"/>
              </w:rPr>
              <w:t>0 отклонён законом</w:t>
            </w:r>
          </w:p>
        </w:tc>
      </w:tr>
      <w:tr w:rsidR="000772B4" w:rsidRPr="00C07C05" w14:paraId="06389D0B" w14:textId="77777777">
        <w:trPr>
          <w:cantSplit/>
          <w:jc w:val="center"/>
        </w:trPr>
        <w:tc>
          <w:tcPr>
            <w:tcW w:w="0" w:type="auto"/>
          </w:tcPr>
          <w:p w14:paraId="58CAB643" w14:textId="77777777" w:rsidR="000772B4" w:rsidRDefault="00746A89">
            <w:r>
              <w:t>Расчётный эффект перевода</w:t>
            </w:r>
          </w:p>
        </w:tc>
        <w:tc>
          <w:tcPr>
            <w:tcW w:w="0" w:type="auto"/>
          </w:tcPr>
          <w:p w14:paraId="73BF1FEC" w14:textId="77777777" w:rsidR="000772B4" w:rsidRPr="00794D67" w:rsidRDefault="00746A89">
            <w:pPr>
              <w:jc w:val="center"/>
              <w:rPr>
                <w:lang w:val="ru-RU"/>
              </w:rPr>
            </w:pPr>
            <w:r w:rsidRPr="00794D67">
              <w:rPr>
                <w:lang w:val="ru-RU"/>
              </w:rPr>
              <w:t>подпитка 1,713 → 0,199 т/ч; резерв ВПУ 18,287 → 19,801 т/ч</w:t>
            </w:r>
          </w:p>
        </w:tc>
      </w:tr>
      <w:tr w:rsidR="000772B4" w:rsidRPr="00C07C05" w14:paraId="5B99FFA2" w14:textId="77777777">
        <w:trPr>
          <w:cantSplit/>
          <w:jc w:val="center"/>
        </w:trPr>
        <w:tc>
          <w:tcPr>
            <w:tcW w:w="0" w:type="auto"/>
          </w:tcPr>
          <w:p w14:paraId="44ED6FA9" w14:textId="77777777" w:rsidR="000772B4" w:rsidRDefault="00746A89">
            <w:r>
              <w:t>Потребность в расчётах</w:t>
            </w:r>
          </w:p>
        </w:tc>
        <w:tc>
          <w:tcPr>
            <w:tcW w:w="0" w:type="auto"/>
          </w:tcPr>
          <w:p w14:paraId="63E176DE" w14:textId="77777777" w:rsidR="000772B4" w:rsidRPr="00794D67" w:rsidRDefault="00746A89">
            <w:pPr>
              <w:jc w:val="center"/>
              <w:rPr>
                <w:lang w:val="ru-RU"/>
              </w:rPr>
            </w:pPr>
            <w:r w:rsidRPr="00794D67">
              <w:rPr>
                <w:lang w:val="ru-RU"/>
              </w:rPr>
              <w:t>водный эффект рассчитан; подлежит проверке гидравлическим расчётом на 2026 год</w:t>
            </w:r>
          </w:p>
        </w:tc>
      </w:tr>
      <w:tr w:rsidR="000772B4" w:rsidRPr="00C07C05" w14:paraId="6EFCFA8E" w14:textId="77777777">
        <w:trPr>
          <w:cantSplit/>
          <w:jc w:val="center"/>
        </w:trPr>
        <w:tc>
          <w:tcPr>
            <w:tcW w:w="0" w:type="auto"/>
          </w:tcPr>
          <w:p w14:paraId="3DF0D3A7" w14:textId="77777777" w:rsidR="000772B4" w:rsidRDefault="00746A89">
            <w:r>
              <w:t>Капитальные вложения</w:t>
            </w:r>
          </w:p>
        </w:tc>
        <w:tc>
          <w:tcPr>
            <w:tcW w:w="0" w:type="auto"/>
          </w:tcPr>
          <w:p w14:paraId="5AF4736D" w14:textId="77777777" w:rsidR="000772B4" w:rsidRPr="00794D67" w:rsidRDefault="00746A89">
            <w:pPr>
              <w:jc w:val="center"/>
              <w:rPr>
                <w:lang w:val="ru-RU"/>
              </w:rPr>
            </w:pPr>
            <w:r w:rsidRPr="00794D67">
              <w:rPr>
                <w:lang w:val="ru-RU"/>
              </w:rPr>
              <w:t>ранее оценённая стоимость 9</w:t>
            </w:r>
            <w:r>
              <w:t> </w:t>
            </w:r>
            <w:r w:rsidRPr="00794D67">
              <w:rPr>
                <w:lang w:val="ru-RU"/>
              </w:rPr>
              <w:t>955 тыс. руб. в ценах 2021 года без НДС; текущая потребность в капитальных вложениях подлежит определению</w:t>
            </w:r>
          </w:p>
        </w:tc>
      </w:tr>
      <w:tr w:rsidR="000772B4" w14:paraId="355DA6E3" w14:textId="77777777">
        <w:trPr>
          <w:cantSplit/>
          <w:jc w:val="center"/>
        </w:trPr>
        <w:tc>
          <w:tcPr>
            <w:tcW w:w="0" w:type="auto"/>
          </w:tcPr>
          <w:p w14:paraId="7A25113E" w14:textId="77777777" w:rsidR="000772B4" w:rsidRDefault="00746A89">
            <w:r>
              <w:t>Зависимость от электронной модели</w:t>
            </w:r>
          </w:p>
        </w:tc>
        <w:tc>
          <w:tcPr>
            <w:tcW w:w="0" w:type="auto"/>
          </w:tcPr>
          <w:p w14:paraId="7B137ADF" w14:textId="77777777" w:rsidR="000772B4" w:rsidRDefault="00746A89">
            <w:pPr>
              <w:jc w:val="center"/>
            </w:pPr>
            <w:r>
              <w:t>расчётное моделирование не требуется</w:t>
            </w:r>
          </w:p>
        </w:tc>
      </w:tr>
      <w:tr w:rsidR="000772B4" w:rsidRPr="00C07C05" w14:paraId="3C9AF324" w14:textId="77777777">
        <w:trPr>
          <w:cantSplit/>
          <w:jc w:val="center"/>
        </w:trPr>
        <w:tc>
          <w:tcPr>
            <w:tcW w:w="0" w:type="auto"/>
          </w:tcPr>
          <w:p w14:paraId="64D81F44" w14:textId="77777777" w:rsidR="000772B4" w:rsidRDefault="00746A89">
            <w:r>
              <w:t>Взаимодействие с газификацией</w:t>
            </w:r>
          </w:p>
        </w:tc>
        <w:tc>
          <w:tcPr>
            <w:tcW w:w="0" w:type="auto"/>
          </w:tcPr>
          <w:p w14:paraId="52345482" w14:textId="77777777" w:rsidR="000772B4" w:rsidRPr="00794D67" w:rsidRDefault="00746A89">
            <w:pPr>
              <w:jc w:val="center"/>
              <w:rPr>
                <w:lang w:val="ru-RU"/>
              </w:rPr>
            </w:pPr>
            <w:r>
              <w:t>INDEPENDENT</w:t>
            </w:r>
            <w:r w:rsidRPr="00794D67">
              <w:rPr>
                <w:lang w:val="ru-RU"/>
              </w:rPr>
              <w:t xml:space="preserve"> — мероприятие на стороне потребителя; газификация источника 2035 на перевод не влияет</w:t>
            </w:r>
          </w:p>
        </w:tc>
      </w:tr>
      <w:tr w:rsidR="000772B4" w:rsidRPr="00C07C05" w14:paraId="2F88C77F" w14:textId="77777777">
        <w:trPr>
          <w:cantSplit/>
          <w:jc w:val="center"/>
        </w:trPr>
        <w:tc>
          <w:tcPr>
            <w:tcW w:w="0" w:type="auto"/>
          </w:tcPr>
          <w:p w14:paraId="1F6E85D8" w14:textId="77777777" w:rsidR="000772B4" w:rsidRDefault="00746A89">
            <w:r>
              <w:t>Принимаемое решение</w:t>
            </w:r>
          </w:p>
        </w:tc>
        <w:tc>
          <w:tcPr>
            <w:tcW w:w="0" w:type="auto"/>
          </w:tcPr>
          <w:p w14:paraId="6E117A2B" w14:textId="77777777" w:rsidR="000772B4" w:rsidRPr="00794D67" w:rsidRDefault="00746A89">
            <w:pPr>
              <w:jc w:val="center"/>
              <w:rPr>
                <w:lang w:val="ru-RU"/>
              </w:rPr>
            </w:pPr>
            <w:r>
              <w:t>DHW</w:t>
            </w:r>
            <w:r w:rsidRPr="00794D67">
              <w:rPr>
                <w:lang w:val="ru-RU"/>
              </w:rPr>
              <w:t>-</w:t>
            </w:r>
            <w:r>
              <w:t>V</w:t>
            </w:r>
            <w:r w:rsidRPr="00794D67">
              <w:rPr>
                <w:lang w:val="ru-RU"/>
              </w:rPr>
              <w:t xml:space="preserve">1, очерёдность </w:t>
            </w:r>
            <w:r>
              <w:t>P</w:t>
            </w:r>
            <w:r w:rsidRPr="00794D67">
              <w:rPr>
                <w:lang w:val="ru-RU"/>
              </w:rPr>
              <w:t>2, период 2031–2036</w:t>
            </w:r>
          </w:p>
        </w:tc>
      </w:tr>
      <w:tr w:rsidR="000772B4" w:rsidRPr="00C07C05" w14:paraId="095A40A9" w14:textId="77777777">
        <w:trPr>
          <w:cantSplit/>
          <w:jc w:val="center"/>
        </w:trPr>
        <w:tc>
          <w:tcPr>
            <w:tcW w:w="0" w:type="auto"/>
          </w:tcPr>
          <w:p w14:paraId="2D5A20FD" w14:textId="77777777" w:rsidR="000772B4" w:rsidRDefault="00746A89">
            <w:r>
              <w:t>Состояние решения</w:t>
            </w:r>
          </w:p>
        </w:tc>
        <w:tc>
          <w:tcPr>
            <w:tcW w:w="0" w:type="auto"/>
          </w:tcPr>
          <w:p w14:paraId="75B0592E"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r>
      <w:tr w:rsidR="000772B4" w14:paraId="4D27C94F" w14:textId="77777777">
        <w:trPr>
          <w:cantSplit/>
          <w:jc w:val="center"/>
        </w:trPr>
        <w:tc>
          <w:tcPr>
            <w:tcW w:w="0" w:type="auto"/>
          </w:tcPr>
          <w:p w14:paraId="666F4C1D" w14:textId="77777777" w:rsidR="000772B4" w:rsidRDefault="00746A89">
            <w:r>
              <w:t>Состояние на 2031 год</w:t>
            </w:r>
          </w:p>
        </w:tc>
        <w:tc>
          <w:tcPr>
            <w:tcW w:w="0" w:type="auto"/>
          </w:tcPr>
          <w:p w14:paraId="56C7E1A1" w14:textId="77777777" w:rsidR="000772B4" w:rsidRDefault="00746A89">
            <w:pPr>
              <w:jc w:val="center"/>
            </w:pPr>
            <w:r>
              <w:t>перевод не начат</w:t>
            </w:r>
          </w:p>
        </w:tc>
      </w:tr>
      <w:tr w:rsidR="000772B4" w14:paraId="00F4A0E9" w14:textId="77777777">
        <w:trPr>
          <w:cantSplit/>
          <w:jc w:val="center"/>
        </w:trPr>
        <w:tc>
          <w:tcPr>
            <w:tcW w:w="0" w:type="auto"/>
          </w:tcPr>
          <w:p w14:paraId="0A62C427" w14:textId="77777777" w:rsidR="000772B4" w:rsidRDefault="00746A89">
            <w:r>
              <w:t>Состояние на 2036 год</w:t>
            </w:r>
          </w:p>
        </w:tc>
        <w:tc>
          <w:tcPr>
            <w:tcW w:w="0" w:type="auto"/>
          </w:tcPr>
          <w:p w14:paraId="0A0BC797" w14:textId="77777777" w:rsidR="000772B4" w:rsidRDefault="00746A89">
            <w:pPr>
              <w:jc w:val="center"/>
            </w:pPr>
            <w:r>
              <w:t>закрытая схема</w:t>
            </w:r>
          </w:p>
        </w:tc>
      </w:tr>
    </w:tbl>
    <w:p w14:paraId="43CDAED6" w14:textId="77777777" w:rsidR="000772B4" w:rsidRDefault="000772B4">
      <w:pPr>
        <w:spacing w:after="40"/>
      </w:pPr>
    </w:p>
    <w:p w14:paraId="44B91751" w14:textId="77777777" w:rsidR="000772B4" w:rsidRPr="00344E69" w:rsidRDefault="00746A89">
      <w:pPr>
        <w:pStyle w:val="31"/>
        <w:rPr>
          <w:sz w:val="28"/>
          <w:szCs w:val="28"/>
        </w:rPr>
      </w:pPr>
      <w:r w:rsidRPr="00344E69">
        <w:rPr>
          <w:sz w:val="28"/>
          <w:szCs w:val="28"/>
        </w:rPr>
        <w:t>9.10.4. УПК № 9 ГРЭ (SYS-04, г. Таштагол)</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885"/>
        <w:gridCol w:w="6460"/>
      </w:tblGrid>
      <w:tr w:rsidR="000772B4" w14:paraId="1E14A901" w14:textId="77777777">
        <w:trPr>
          <w:cantSplit/>
          <w:tblHeader/>
          <w:jc w:val="center"/>
        </w:trPr>
        <w:tc>
          <w:tcPr>
            <w:tcW w:w="0" w:type="auto"/>
            <w:shd w:val="clear" w:color="auto" w:fill="E2F0D9"/>
          </w:tcPr>
          <w:p w14:paraId="0BC05FFC" w14:textId="77777777" w:rsidR="000772B4" w:rsidRDefault="00746A89">
            <w:pPr>
              <w:jc w:val="center"/>
            </w:pPr>
            <w:r>
              <w:rPr>
                <w:b/>
              </w:rPr>
              <w:t>Позиция досье</w:t>
            </w:r>
          </w:p>
        </w:tc>
        <w:tc>
          <w:tcPr>
            <w:tcW w:w="0" w:type="auto"/>
            <w:shd w:val="clear" w:color="auto" w:fill="E2F0D9"/>
          </w:tcPr>
          <w:p w14:paraId="6E2F0D0D" w14:textId="77777777" w:rsidR="000772B4" w:rsidRDefault="00746A89">
            <w:pPr>
              <w:jc w:val="center"/>
            </w:pPr>
            <w:r>
              <w:rPr>
                <w:b/>
              </w:rPr>
              <w:t>Содержание</w:t>
            </w:r>
          </w:p>
        </w:tc>
      </w:tr>
      <w:tr w:rsidR="000772B4" w:rsidRPr="00C07C05" w14:paraId="629C8752" w14:textId="77777777">
        <w:trPr>
          <w:cantSplit/>
          <w:jc w:val="center"/>
        </w:trPr>
        <w:tc>
          <w:tcPr>
            <w:tcW w:w="0" w:type="auto"/>
          </w:tcPr>
          <w:p w14:paraId="19A459D1" w14:textId="77777777" w:rsidR="000772B4" w:rsidRDefault="00746A89">
            <w:r>
              <w:t>Существующая конфигурация</w:t>
            </w:r>
          </w:p>
        </w:tc>
        <w:tc>
          <w:tcPr>
            <w:tcW w:w="0" w:type="auto"/>
          </w:tcPr>
          <w:p w14:paraId="51166138" w14:textId="77777777" w:rsidR="000772B4" w:rsidRPr="00794D67" w:rsidRDefault="00746A89">
            <w:pPr>
              <w:jc w:val="center"/>
              <w:rPr>
                <w:lang w:val="ru-RU"/>
              </w:rPr>
            </w:pPr>
            <w:r w:rsidRPr="00794D67">
              <w:rPr>
                <w:lang w:val="ru-RU"/>
              </w:rPr>
              <w:t>открытая, сеть двухтрубная, график 95/70 с изломом 60 °</w:t>
            </w:r>
            <w:r>
              <w:t>C</w:t>
            </w:r>
          </w:p>
        </w:tc>
      </w:tr>
      <w:tr w:rsidR="000772B4" w14:paraId="55801C5E" w14:textId="77777777">
        <w:trPr>
          <w:cantSplit/>
          <w:jc w:val="center"/>
        </w:trPr>
        <w:tc>
          <w:tcPr>
            <w:tcW w:w="0" w:type="auto"/>
          </w:tcPr>
          <w:p w14:paraId="2A0036CC" w14:textId="77777777" w:rsidR="000772B4" w:rsidRDefault="00746A89">
            <w:r>
              <w:t>Открытый водоразбор</w:t>
            </w:r>
          </w:p>
        </w:tc>
        <w:tc>
          <w:tcPr>
            <w:tcW w:w="0" w:type="auto"/>
          </w:tcPr>
          <w:p w14:paraId="6542FA10" w14:textId="77777777" w:rsidR="000772B4" w:rsidRDefault="00746A89">
            <w:pPr>
              <w:jc w:val="center"/>
            </w:pPr>
            <w:r>
              <w:t>численно не раскрыт</w:t>
            </w:r>
          </w:p>
        </w:tc>
      </w:tr>
      <w:tr w:rsidR="000772B4" w:rsidRPr="00C07C05" w14:paraId="47BDD8DB" w14:textId="77777777">
        <w:trPr>
          <w:cantSplit/>
          <w:jc w:val="center"/>
        </w:trPr>
        <w:tc>
          <w:tcPr>
            <w:tcW w:w="0" w:type="auto"/>
          </w:tcPr>
          <w:p w14:paraId="2ECD12D9" w14:textId="77777777" w:rsidR="000772B4" w:rsidRDefault="00746A89">
            <w:r>
              <w:t>Нагрузка горячего водоснабжения</w:t>
            </w:r>
          </w:p>
        </w:tc>
        <w:tc>
          <w:tcPr>
            <w:tcW w:w="0" w:type="auto"/>
          </w:tcPr>
          <w:p w14:paraId="0C58DA5D" w14:textId="77777777" w:rsidR="000772B4" w:rsidRPr="00794D67" w:rsidRDefault="00746A89">
            <w:pPr>
              <w:jc w:val="center"/>
              <w:rPr>
                <w:lang w:val="ru-RU"/>
              </w:rPr>
            </w:pPr>
            <w:r w:rsidRPr="00794D67">
              <w:rPr>
                <w:lang w:val="ru-RU"/>
              </w:rPr>
              <w:t>0,0020 Гкал/ч; расчётный максимально-часовой водоразбор 0,04 м³/ч</w:t>
            </w:r>
          </w:p>
        </w:tc>
      </w:tr>
      <w:tr w:rsidR="000772B4" w14:paraId="1406C7A5" w14:textId="77777777">
        <w:trPr>
          <w:cantSplit/>
          <w:jc w:val="center"/>
        </w:trPr>
        <w:tc>
          <w:tcPr>
            <w:tcW w:w="0" w:type="auto"/>
          </w:tcPr>
          <w:p w14:paraId="593536CE" w14:textId="77777777" w:rsidR="000772B4" w:rsidRDefault="00746A89">
            <w:r>
              <w:t>Отношение α = Qгвс/Qот</w:t>
            </w:r>
          </w:p>
        </w:tc>
        <w:tc>
          <w:tcPr>
            <w:tcW w:w="0" w:type="auto"/>
          </w:tcPr>
          <w:p w14:paraId="6984503B" w14:textId="77777777" w:rsidR="000772B4" w:rsidRDefault="00746A89">
            <w:pPr>
              <w:jc w:val="center"/>
            </w:pPr>
            <w:r>
              <w:t>0,0028 — условие α ≤ 0,1 выполняется</w:t>
            </w:r>
          </w:p>
        </w:tc>
      </w:tr>
      <w:tr w:rsidR="000772B4" w14:paraId="2E565334" w14:textId="77777777">
        <w:trPr>
          <w:cantSplit/>
          <w:jc w:val="center"/>
        </w:trPr>
        <w:tc>
          <w:tcPr>
            <w:tcW w:w="0" w:type="auto"/>
          </w:tcPr>
          <w:p w14:paraId="6325C11B" w14:textId="77777777" w:rsidR="000772B4" w:rsidRDefault="00746A89">
            <w:r>
              <w:t>Тип тепловой сети</w:t>
            </w:r>
          </w:p>
        </w:tc>
        <w:tc>
          <w:tcPr>
            <w:tcW w:w="0" w:type="auto"/>
          </w:tcPr>
          <w:p w14:paraId="3A6E238B" w14:textId="77777777" w:rsidR="000772B4" w:rsidRDefault="00746A89">
            <w:pPr>
              <w:jc w:val="center"/>
            </w:pPr>
            <w:r>
              <w:t>двухтрубная</w:t>
            </w:r>
          </w:p>
        </w:tc>
      </w:tr>
      <w:tr w:rsidR="000772B4" w14:paraId="2CC69536" w14:textId="77777777">
        <w:trPr>
          <w:cantSplit/>
          <w:jc w:val="center"/>
        </w:trPr>
        <w:tc>
          <w:tcPr>
            <w:tcW w:w="0" w:type="auto"/>
          </w:tcPr>
          <w:p w14:paraId="40C2C536" w14:textId="77777777" w:rsidR="000772B4" w:rsidRDefault="00746A89">
            <w:r>
              <w:t>Установленная мощность источника</w:t>
            </w:r>
          </w:p>
        </w:tc>
        <w:tc>
          <w:tcPr>
            <w:tcW w:w="0" w:type="auto"/>
          </w:tcPr>
          <w:p w14:paraId="0B1481DC" w14:textId="77777777" w:rsidR="000772B4" w:rsidRDefault="00746A89">
            <w:pPr>
              <w:jc w:val="center"/>
            </w:pPr>
            <w:r>
              <w:t>4,50 Гкал/ч</w:t>
            </w:r>
          </w:p>
        </w:tc>
      </w:tr>
      <w:tr w:rsidR="000772B4" w:rsidRPr="00C07C05" w14:paraId="38A92844" w14:textId="77777777">
        <w:trPr>
          <w:cantSplit/>
          <w:jc w:val="center"/>
        </w:trPr>
        <w:tc>
          <w:tcPr>
            <w:tcW w:w="0" w:type="auto"/>
          </w:tcPr>
          <w:p w14:paraId="59570C9C" w14:textId="77777777" w:rsidR="000772B4" w:rsidRDefault="00746A89">
            <w:r>
              <w:t>Водоподготовительная установка</w:t>
            </w:r>
          </w:p>
        </w:tc>
        <w:tc>
          <w:tcPr>
            <w:tcW w:w="0" w:type="auto"/>
          </w:tcPr>
          <w:p w14:paraId="7B8BAE43" w14:textId="77777777" w:rsidR="000772B4" w:rsidRPr="00794D67" w:rsidRDefault="00746A89">
            <w:pPr>
              <w:jc w:val="center"/>
              <w:rPr>
                <w:lang w:val="ru-RU"/>
              </w:rPr>
            </w:pPr>
            <w:r w:rsidRPr="00794D67">
              <w:rPr>
                <w:lang w:val="ru-RU"/>
              </w:rPr>
              <w:t>0 т/ч заявленной производительности — нулевое значение производительности не равнозначно отсутствию установки</w:t>
            </w:r>
          </w:p>
        </w:tc>
      </w:tr>
      <w:tr w:rsidR="000772B4" w14:paraId="2429FE83" w14:textId="77777777">
        <w:trPr>
          <w:cantSplit/>
          <w:jc w:val="center"/>
        </w:trPr>
        <w:tc>
          <w:tcPr>
            <w:tcW w:w="0" w:type="auto"/>
          </w:tcPr>
          <w:p w14:paraId="4C7A9025" w14:textId="77777777" w:rsidR="000772B4" w:rsidRDefault="00746A89">
            <w:r>
              <w:t>Баки-аккумуляторы</w:t>
            </w:r>
          </w:p>
        </w:tc>
        <w:tc>
          <w:tcPr>
            <w:tcW w:w="0" w:type="auto"/>
          </w:tcPr>
          <w:p w14:paraId="14F8B44F" w14:textId="77777777" w:rsidR="000772B4" w:rsidRDefault="00746A89">
            <w:pPr>
              <w:jc w:val="center"/>
            </w:pPr>
            <w:r>
              <w:t>отсутствуют</w:t>
            </w:r>
          </w:p>
        </w:tc>
      </w:tr>
      <w:tr w:rsidR="000772B4" w14:paraId="072556C3" w14:textId="77777777">
        <w:trPr>
          <w:cantSplit/>
          <w:jc w:val="center"/>
        </w:trPr>
        <w:tc>
          <w:tcPr>
            <w:tcW w:w="0" w:type="auto"/>
          </w:tcPr>
          <w:p w14:paraId="7A15A9D3" w14:textId="77777777" w:rsidR="000772B4" w:rsidRDefault="00746A89">
            <w:r>
              <w:t>Подпитка тепловой сети</w:t>
            </w:r>
          </w:p>
        </w:tc>
        <w:tc>
          <w:tcPr>
            <w:tcW w:w="0" w:type="auto"/>
          </w:tcPr>
          <w:p w14:paraId="2C20F35F" w14:textId="77777777" w:rsidR="000772B4" w:rsidRDefault="00746A89">
            <w:pPr>
              <w:jc w:val="center"/>
            </w:pPr>
            <w:r>
              <w:t>не раскрыта</w:t>
            </w:r>
          </w:p>
        </w:tc>
      </w:tr>
      <w:tr w:rsidR="000772B4" w:rsidRPr="00C07C05" w14:paraId="31C8CC84" w14:textId="77777777">
        <w:trPr>
          <w:cantSplit/>
          <w:jc w:val="center"/>
        </w:trPr>
        <w:tc>
          <w:tcPr>
            <w:tcW w:w="0" w:type="auto"/>
          </w:tcPr>
          <w:p w14:paraId="3E7E22C0" w14:textId="77777777" w:rsidR="000772B4" w:rsidRDefault="00746A89">
            <w:r>
              <w:t>Аварийная подпитка</w:t>
            </w:r>
          </w:p>
        </w:tc>
        <w:tc>
          <w:tcPr>
            <w:tcW w:w="0" w:type="auto"/>
          </w:tcPr>
          <w:p w14:paraId="0807E42A" w14:textId="77777777" w:rsidR="000772B4" w:rsidRPr="00794D67" w:rsidRDefault="00746A89">
            <w:pPr>
              <w:jc w:val="center"/>
              <w:rPr>
                <w:lang w:val="ru-RU"/>
              </w:rPr>
            </w:pPr>
            <w:r w:rsidRPr="00794D67">
              <w:rPr>
                <w:lang w:val="ru-RU"/>
              </w:rPr>
              <w:t>0,6 т/ч; резерв −0,60 т/ч</w:t>
            </w:r>
          </w:p>
        </w:tc>
      </w:tr>
      <w:tr w:rsidR="000772B4" w:rsidRPr="00C07C05" w14:paraId="22F23898" w14:textId="77777777">
        <w:trPr>
          <w:cantSplit/>
          <w:jc w:val="center"/>
        </w:trPr>
        <w:tc>
          <w:tcPr>
            <w:tcW w:w="0" w:type="auto"/>
          </w:tcPr>
          <w:p w14:paraId="7F5AB2B3" w14:textId="77777777" w:rsidR="000772B4" w:rsidRDefault="00746A89">
            <w:r>
              <w:t>Текущие проблемы</w:t>
            </w:r>
          </w:p>
        </w:tc>
        <w:tc>
          <w:tcPr>
            <w:tcW w:w="0" w:type="auto"/>
          </w:tcPr>
          <w:p w14:paraId="5586798F" w14:textId="77777777" w:rsidR="000772B4" w:rsidRPr="00794D67" w:rsidRDefault="00746A89">
            <w:pPr>
              <w:jc w:val="center"/>
              <w:rPr>
                <w:lang w:val="ru-RU"/>
              </w:rPr>
            </w:pPr>
            <w:r w:rsidRPr="00794D67">
              <w:rPr>
                <w:lang w:val="ru-RU"/>
              </w:rPr>
              <w:t>баланс теплоносителя не раскрыт; тип системы установлен, водоразбор не определён; аварийный дефицит −0,60 т/ч при нулевой заявленной производительности</w:t>
            </w:r>
          </w:p>
        </w:tc>
      </w:tr>
      <w:tr w:rsidR="000772B4" w:rsidRPr="00C07C05" w14:paraId="1E32B031" w14:textId="77777777">
        <w:trPr>
          <w:cantSplit/>
          <w:jc w:val="center"/>
        </w:trPr>
        <w:tc>
          <w:tcPr>
            <w:tcW w:w="0" w:type="auto"/>
          </w:tcPr>
          <w:p w14:paraId="4171EA4C" w14:textId="77777777" w:rsidR="000772B4" w:rsidRDefault="00746A89">
            <w:r>
              <w:t>Историческое решение</w:t>
            </w:r>
          </w:p>
        </w:tc>
        <w:tc>
          <w:tcPr>
            <w:tcW w:w="0" w:type="auto"/>
          </w:tcPr>
          <w:p w14:paraId="4A363F99" w14:textId="77777777" w:rsidR="000772B4" w:rsidRPr="00794D67" w:rsidRDefault="00746A89">
            <w:pPr>
              <w:jc w:val="center"/>
              <w:rPr>
                <w:lang w:val="ru-RU"/>
              </w:rPr>
            </w:pPr>
            <w:r w:rsidRPr="00794D67">
              <w:rPr>
                <w:lang w:val="ru-RU"/>
              </w:rPr>
              <w:t>там же: 31 тепловой пункт, 10 574 тыс. руб. — наличие пунктов подтверждает открытую систему</w:t>
            </w:r>
          </w:p>
        </w:tc>
      </w:tr>
      <w:tr w:rsidR="000772B4" w:rsidRPr="00C07C05" w14:paraId="07470F54" w14:textId="77777777">
        <w:trPr>
          <w:cantSplit/>
          <w:jc w:val="center"/>
        </w:trPr>
        <w:tc>
          <w:tcPr>
            <w:tcW w:w="0" w:type="auto"/>
          </w:tcPr>
          <w:p w14:paraId="199E18F3" w14:textId="77777777" w:rsidR="000772B4" w:rsidRDefault="00746A89">
            <w:r>
              <w:t>Применимые варианты</w:t>
            </w:r>
          </w:p>
        </w:tc>
        <w:tc>
          <w:tcPr>
            <w:tcW w:w="0" w:type="auto"/>
          </w:tcPr>
          <w:p w14:paraId="612FF140" w14:textId="77777777" w:rsidR="000772B4" w:rsidRPr="00794D67" w:rsidRDefault="00746A89">
            <w:pPr>
              <w:jc w:val="center"/>
              <w:rPr>
                <w:lang w:val="ru-RU"/>
              </w:rPr>
            </w:pPr>
            <w:r>
              <w:t>DHW</w:t>
            </w:r>
            <w:r w:rsidRPr="00794D67">
              <w:rPr>
                <w:lang w:val="ru-RU"/>
              </w:rPr>
              <w:t>-</w:t>
            </w:r>
            <w:r>
              <w:t>V</w:t>
            </w:r>
            <w:r w:rsidRPr="00794D67">
              <w:rPr>
                <w:lang w:val="ru-RU"/>
              </w:rPr>
              <w:t xml:space="preserve">1 — предпочтителен; </w:t>
            </w:r>
            <w:r>
              <w:t>DHW</w:t>
            </w:r>
            <w:r w:rsidRPr="00794D67">
              <w:rPr>
                <w:lang w:val="ru-RU"/>
              </w:rPr>
              <w:t>-</w:t>
            </w:r>
            <w:r>
              <w:t>V</w:t>
            </w:r>
            <w:r w:rsidRPr="00794D67">
              <w:rPr>
                <w:lang w:val="ru-RU"/>
              </w:rPr>
              <w:t xml:space="preserve">2 неприменимо по масштабу и рассредоточенности нагрузки; </w:t>
            </w:r>
            <w:r>
              <w:t>DHW</w:t>
            </w:r>
            <w:r w:rsidRPr="00794D67">
              <w:rPr>
                <w:lang w:val="ru-RU"/>
              </w:rPr>
              <w:t>-</w:t>
            </w:r>
            <w:r>
              <w:t>V</w:t>
            </w:r>
            <w:r w:rsidRPr="00794D67">
              <w:rPr>
                <w:lang w:val="ru-RU"/>
              </w:rPr>
              <w:t>0 отклонён законом</w:t>
            </w:r>
          </w:p>
        </w:tc>
      </w:tr>
      <w:tr w:rsidR="000772B4" w14:paraId="689738AF" w14:textId="77777777">
        <w:trPr>
          <w:cantSplit/>
          <w:jc w:val="center"/>
        </w:trPr>
        <w:tc>
          <w:tcPr>
            <w:tcW w:w="0" w:type="auto"/>
          </w:tcPr>
          <w:p w14:paraId="4C23AC48" w14:textId="77777777" w:rsidR="000772B4" w:rsidRDefault="00746A89">
            <w:r>
              <w:t>Расчётный эффект перевода</w:t>
            </w:r>
          </w:p>
        </w:tc>
        <w:tc>
          <w:tcPr>
            <w:tcW w:w="0" w:type="auto"/>
          </w:tcPr>
          <w:p w14:paraId="0F952ACA" w14:textId="77777777" w:rsidR="000772B4" w:rsidRDefault="00746A89">
            <w:pPr>
              <w:jc w:val="center"/>
            </w:pPr>
            <w:r>
              <w:t>расчёт невозможен — данных нет</w:t>
            </w:r>
          </w:p>
        </w:tc>
      </w:tr>
      <w:tr w:rsidR="000772B4" w:rsidRPr="00C07C05" w14:paraId="7ACC2C03" w14:textId="77777777">
        <w:trPr>
          <w:cantSplit/>
          <w:jc w:val="center"/>
        </w:trPr>
        <w:tc>
          <w:tcPr>
            <w:tcW w:w="0" w:type="auto"/>
          </w:tcPr>
          <w:p w14:paraId="0C667F59" w14:textId="77777777" w:rsidR="000772B4" w:rsidRDefault="00746A89">
            <w:r>
              <w:t>Потребность в расчётах</w:t>
            </w:r>
          </w:p>
        </w:tc>
        <w:tc>
          <w:tcPr>
            <w:tcW w:w="0" w:type="auto"/>
          </w:tcPr>
          <w:p w14:paraId="533030C7" w14:textId="77777777" w:rsidR="000772B4" w:rsidRPr="00794D67" w:rsidRDefault="00746A89">
            <w:pPr>
              <w:jc w:val="center"/>
              <w:rPr>
                <w:lang w:val="ru-RU"/>
              </w:rPr>
            </w:pPr>
            <w:r w:rsidRPr="00794D67">
              <w:rPr>
                <w:lang w:val="ru-RU"/>
              </w:rPr>
              <w:t>расчёт водного баланса после перевода подлежит выполнению — баланс теплоносителя не раскрыт</w:t>
            </w:r>
          </w:p>
        </w:tc>
      </w:tr>
      <w:tr w:rsidR="000772B4" w:rsidRPr="00C07C05" w14:paraId="356282FE" w14:textId="77777777">
        <w:trPr>
          <w:cantSplit/>
          <w:jc w:val="center"/>
        </w:trPr>
        <w:tc>
          <w:tcPr>
            <w:tcW w:w="0" w:type="auto"/>
          </w:tcPr>
          <w:p w14:paraId="05C17A9C" w14:textId="77777777" w:rsidR="000772B4" w:rsidRDefault="00746A89">
            <w:r>
              <w:t>Капитальные вложения</w:t>
            </w:r>
          </w:p>
        </w:tc>
        <w:tc>
          <w:tcPr>
            <w:tcW w:w="0" w:type="auto"/>
          </w:tcPr>
          <w:p w14:paraId="6A896E8A" w14:textId="77777777" w:rsidR="000772B4" w:rsidRPr="00794D67" w:rsidRDefault="00746A89">
            <w:pPr>
              <w:jc w:val="center"/>
              <w:rPr>
                <w:lang w:val="ru-RU"/>
              </w:rPr>
            </w:pPr>
            <w:r w:rsidRPr="00794D67">
              <w:rPr>
                <w:lang w:val="ru-RU"/>
              </w:rPr>
              <w:t>ранее оценённая стоимость 10</w:t>
            </w:r>
            <w:r>
              <w:t> </w:t>
            </w:r>
            <w:r w:rsidRPr="00794D67">
              <w:rPr>
                <w:lang w:val="ru-RU"/>
              </w:rPr>
              <w:t>574 тыс. руб. в ценах 2021 года без НДС; текущая потребность в капитальных вложениях подлежит определению</w:t>
            </w:r>
          </w:p>
        </w:tc>
      </w:tr>
      <w:tr w:rsidR="000772B4" w14:paraId="30B8370D" w14:textId="77777777">
        <w:trPr>
          <w:cantSplit/>
          <w:jc w:val="center"/>
        </w:trPr>
        <w:tc>
          <w:tcPr>
            <w:tcW w:w="0" w:type="auto"/>
          </w:tcPr>
          <w:p w14:paraId="1F482277" w14:textId="77777777" w:rsidR="000772B4" w:rsidRDefault="00746A89">
            <w:r>
              <w:t>Зависимость от электронной модели</w:t>
            </w:r>
          </w:p>
        </w:tc>
        <w:tc>
          <w:tcPr>
            <w:tcW w:w="0" w:type="auto"/>
          </w:tcPr>
          <w:p w14:paraId="2D5F010E" w14:textId="77777777" w:rsidR="000772B4" w:rsidRDefault="00746A89">
            <w:pPr>
              <w:jc w:val="center"/>
            </w:pPr>
            <w:r>
              <w:t>расчётное моделирование не требуется</w:t>
            </w:r>
          </w:p>
        </w:tc>
      </w:tr>
      <w:tr w:rsidR="000772B4" w:rsidRPr="00C07C05" w14:paraId="7D96EFE8" w14:textId="77777777">
        <w:trPr>
          <w:cantSplit/>
          <w:jc w:val="center"/>
        </w:trPr>
        <w:tc>
          <w:tcPr>
            <w:tcW w:w="0" w:type="auto"/>
          </w:tcPr>
          <w:p w14:paraId="2624B3B5" w14:textId="77777777" w:rsidR="000772B4" w:rsidRDefault="00746A89">
            <w:r>
              <w:t>Взаимодействие с газификацией</w:t>
            </w:r>
          </w:p>
        </w:tc>
        <w:tc>
          <w:tcPr>
            <w:tcW w:w="0" w:type="auto"/>
          </w:tcPr>
          <w:p w14:paraId="690EF341" w14:textId="77777777" w:rsidR="000772B4" w:rsidRPr="00794D67" w:rsidRDefault="00746A89">
            <w:pPr>
              <w:jc w:val="center"/>
              <w:rPr>
                <w:lang w:val="ru-RU"/>
              </w:rPr>
            </w:pPr>
            <w:r>
              <w:t>INDEPENDENT</w:t>
            </w:r>
            <w:r w:rsidRPr="00794D67">
              <w:rPr>
                <w:lang w:val="ru-RU"/>
              </w:rPr>
              <w:t xml:space="preserve"> — мероприятие на стороне потребителя; газификация источника 2035 на перевод не влияет</w:t>
            </w:r>
          </w:p>
        </w:tc>
      </w:tr>
      <w:tr w:rsidR="000772B4" w:rsidRPr="00C07C05" w14:paraId="71FE12FA" w14:textId="77777777">
        <w:trPr>
          <w:cantSplit/>
          <w:jc w:val="center"/>
        </w:trPr>
        <w:tc>
          <w:tcPr>
            <w:tcW w:w="0" w:type="auto"/>
          </w:tcPr>
          <w:p w14:paraId="227E9BAF" w14:textId="77777777" w:rsidR="000772B4" w:rsidRDefault="00746A89">
            <w:r>
              <w:t>Принимаемое решение</w:t>
            </w:r>
          </w:p>
        </w:tc>
        <w:tc>
          <w:tcPr>
            <w:tcW w:w="0" w:type="auto"/>
          </w:tcPr>
          <w:p w14:paraId="6E273A8D" w14:textId="77777777" w:rsidR="000772B4" w:rsidRPr="00794D67" w:rsidRDefault="00746A89">
            <w:pPr>
              <w:jc w:val="center"/>
              <w:rPr>
                <w:lang w:val="ru-RU"/>
              </w:rPr>
            </w:pPr>
            <w:r>
              <w:t>DHW</w:t>
            </w:r>
            <w:r w:rsidRPr="00794D67">
              <w:rPr>
                <w:lang w:val="ru-RU"/>
              </w:rPr>
              <w:t>-</w:t>
            </w:r>
            <w:r>
              <w:t>V</w:t>
            </w:r>
            <w:r w:rsidRPr="00794D67">
              <w:rPr>
                <w:lang w:val="ru-RU"/>
              </w:rPr>
              <w:t xml:space="preserve">1 предварительно, очерёдность </w:t>
            </w:r>
            <w:r>
              <w:t>P</w:t>
            </w:r>
            <w:r w:rsidRPr="00794D67">
              <w:rPr>
                <w:lang w:val="ru-RU"/>
              </w:rPr>
              <w:t>3, период подлежит определению</w:t>
            </w:r>
          </w:p>
        </w:tc>
      </w:tr>
      <w:tr w:rsidR="000772B4" w:rsidRPr="00C07C05" w14:paraId="6FA47095" w14:textId="77777777">
        <w:trPr>
          <w:cantSplit/>
          <w:jc w:val="center"/>
        </w:trPr>
        <w:tc>
          <w:tcPr>
            <w:tcW w:w="0" w:type="auto"/>
          </w:tcPr>
          <w:p w14:paraId="3B2B066B" w14:textId="77777777" w:rsidR="000772B4" w:rsidRDefault="00746A89">
            <w:r>
              <w:t>Состояние решения</w:t>
            </w:r>
          </w:p>
        </w:tc>
        <w:tc>
          <w:tcPr>
            <w:tcW w:w="0" w:type="auto"/>
          </w:tcPr>
          <w:p w14:paraId="7CA20B9D" w14:textId="77777777" w:rsidR="000772B4" w:rsidRPr="00794D67" w:rsidRDefault="00746A89">
            <w:pPr>
              <w:jc w:val="center"/>
              <w:rPr>
                <w:lang w:val="ru-RU"/>
              </w:rPr>
            </w:pPr>
            <w:r w:rsidRPr="00794D67">
              <w:rPr>
                <w:lang w:val="ru-RU"/>
              </w:rPr>
              <w:t>предпочтительное решение, подлежит подтверждению сведениями эксплуатирующей организации</w:t>
            </w:r>
          </w:p>
        </w:tc>
      </w:tr>
      <w:tr w:rsidR="000772B4" w14:paraId="30F3ABD8" w14:textId="77777777">
        <w:trPr>
          <w:cantSplit/>
          <w:jc w:val="center"/>
        </w:trPr>
        <w:tc>
          <w:tcPr>
            <w:tcW w:w="0" w:type="auto"/>
          </w:tcPr>
          <w:p w14:paraId="127FE95C" w14:textId="77777777" w:rsidR="000772B4" w:rsidRDefault="00746A89">
            <w:r>
              <w:t>Состояние на 2031 год</w:t>
            </w:r>
          </w:p>
        </w:tc>
        <w:tc>
          <w:tcPr>
            <w:tcW w:w="0" w:type="auto"/>
          </w:tcPr>
          <w:p w14:paraId="5028312F" w14:textId="77777777" w:rsidR="000772B4" w:rsidRDefault="00746A89">
            <w:pPr>
              <w:jc w:val="center"/>
            </w:pPr>
            <w:r>
              <w:t>решение не принято</w:t>
            </w:r>
          </w:p>
        </w:tc>
      </w:tr>
      <w:tr w:rsidR="000772B4" w14:paraId="3EA724BF" w14:textId="77777777">
        <w:trPr>
          <w:cantSplit/>
          <w:jc w:val="center"/>
        </w:trPr>
        <w:tc>
          <w:tcPr>
            <w:tcW w:w="0" w:type="auto"/>
          </w:tcPr>
          <w:p w14:paraId="0F145A29" w14:textId="77777777" w:rsidR="000772B4" w:rsidRDefault="00746A89">
            <w:r>
              <w:t>Состояние на 2036 год</w:t>
            </w:r>
          </w:p>
        </w:tc>
        <w:tc>
          <w:tcPr>
            <w:tcW w:w="0" w:type="auto"/>
          </w:tcPr>
          <w:p w14:paraId="1AD37E76" w14:textId="77777777" w:rsidR="000772B4" w:rsidRDefault="00746A89">
            <w:pPr>
              <w:jc w:val="center"/>
            </w:pPr>
            <w:r>
              <w:t>решение не принято</w:t>
            </w:r>
          </w:p>
        </w:tc>
      </w:tr>
    </w:tbl>
    <w:p w14:paraId="2D398FDA" w14:textId="77777777" w:rsidR="000772B4" w:rsidRDefault="000772B4">
      <w:pPr>
        <w:spacing w:after="40"/>
      </w:pPr>
    </w:p>
    <w:p w14:paraId="14505738" w14:textId="77777777" w:rsidR="000772B4" w:rsidRDefault="00746A89">
      <w:pPr>
        <w:pStyle w:val="31"/>
      </w:pPr>
      <w:r>
        <w:rPr>
          <w:color w:val="000000"/>
        </w:rPr>
        <w:t>9.10.5. УПК № 5 Новый Шерегеш (SYS-05, пгт Шерегеш)</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951"/>
        <w:gridCol w:w="6394"/>
      </w:tblGrid>
      <w:tr w:rsidR="000772B4" w14:paraId="506062F7" w14:textId="77777777">
        <w:trPr>
          <w:cantSplit/>
          <w:tblHeader/>
          <w:jc w:val="center"/>
        </w:trPr>
        <w:tc>
          <w:tcPr>
            <w:tcW w:w="0" w:type="auto"/>
            <w:shd w:val="clear" w:color="auto" w:fill="E2F0D9"/>
          </w:tcPr>
          <w:p w14:paraId="692EBB95" w14:textId="77777777" w:rsidR="000772B4" w:rsidRDefault="00746A89">
            <w:pPr>
              <w:jc w:val="center"/>
            </w:pPr>
            <w:r>
              <w:rPr>
                <w:b/>
              </w:rPr>
              <w:t>Позиция досье</w:t>
            </w:r>
          </w:p>
        </w:tc>
        <w:tc>
          <w:tcPr>
            <w:tcW w:w="0" w:type="auto"/>
            <w:shd w:val="clear" w:color="auto" w:fill="E2F0D9"/>
          </w:tcPr>
          <w:p w14:paraId="40DF44D4" w14:textId="77777777" w:rsidR="000772B4" w:rsidRDefault="00746A89">
            <w:pPr>
              <w:jc w:val="center"/>
            </w:pPr>
            <w:r>
              <w:rPr>
                <w:b/>
              </w:rPr>
              <w:t>Содержание</w:t>
            </w:r>
          </w:p>
        </w:tc>
      </w:tr>
      <w:tr w:rsidR="000772B4" w:rsidRPr="00C07C05" w14:paraId="7C624D78" w14:textId="77777777">
        <w:trPr>
          <w:cantSplit/>
          <w:jc w:val="center"/>
        </w:trPr>
        <w:tc>
          <w:tcPr>
            <w:tcW w:w="0" w:type="auto"/>
          </w:tcPr>
          <w:p w14:paraId="1CC1716E" w14:textId="77777777" w:rsidR="000772B4" w:rsidRDefault="00746A89">
            <w:r>
              <w:t>Существующая конфигурация</w:t>
            </w:r>
          </w:p>
        </w:tc>
        <w:tc>
          <w:tcPr>
            <w:tcW w:w="0" w:type="auto"/>
          </w:tcPr>
          <w:p w14:paraId="44293851" w14:textId="77777777" w:rsidR="000772B4" w:rsidRPr="00794D67" w:rsidRDefault="00746A89">
            <w:pPr>
              <w:jc w:val="center"/>
              <w:rPr>
                <w:lang w:val="ru-RU"/>
              </w:rPr>
            </w:pPr>
            <w:r w:rsidRPr="00794D67">
              <w:rPr>
                <w:lang w:val="ru-RU"/>
              </w:rPr>
              <w:t>открытая, сеть двухтрубная, график 95/70 с изломом 60 °</w:t>
            </w:r>
            <w:r>
              <w:t>C</w:t>
            </w:r>
          </w:p>
        </w:tc>
      </w:tr>
      <w:tr w:rsidR="000772B4" w:rsidRPr="00C07C05" w14:paraId="36C73095" w14:textId="77777777">
        <w:trPr>
          <w:cantSplit/>
          <w:jc w:val="center"/>
        </w:trPr>
        <w:tc>
          <w:tcPr>
            <w:tcW w:w="0" w:type="auto"/>
          </w:tcPr>
          <w:p w14:paraId="6242F0D3" w14:textId="77777777" w:rsidR="000772B4" w:rsidRDefault="00746A89">
            <w:r>
              <w:t>Открытый водоразбор</w:t>
            </w:r>
          </w:p>
        </w:tc>
        <w:tc>
          <w:tcPr>
            <w:tcW w:w="0" w:type="auto"/>
          </w:tcPr>
          <w:p w14:paraId="3D1DAEC9" w14:textId="77777777" w:rsidR="000772B4" w:rsidRPr="00794D67" w:rsidRDefault="00746A89">
            <w:pPr>
              <w:jc w:val="center"/>
              <w:rPr>
                <w:lang w:val="ru-RU"/>
              </w:rPr>
            </w:pPr>
            <w:r w:rsidRPr="00794D67">
              <w:rPr>
                <w:lang w:val="ru-RU"/>
              </w:rPr>
              <w:t>217</w:t>
            </w:r>
            <w:r>
              <w:t> </w:t>
            </w:r>
            <w:r w:rsidRPr="00794D67">
              <w:rPr>
                <w:lang w:val="ru-RU"/>
              </w:rPr>
              <w:t>064 т/год, среднечасовой 24,779 т/ч</w:t>
            </w:r>
          </w:p>
        </w:tc>
      </w:tr>
      <w:tr w:rsidR="000772B4" w:rsidRPr="00C07C05" w14:paraId="3FDC3A90" w14:textId="77777777">
        <w:trPr>
          <w:cantSplit/>
          <w:jc w:val="center"/>
        </w:trPr>
        <w:tc>
          <w:tcPr>
            <w:tcW w:w="0" w:type="auto"/>
          </w:tcPr>
          <w:p w14:paraId="129F9C9F" w14:textId="77777777" w:rsidR="000772B4" w:rsidRDefault="00746A89">
            <w:r>
              <w:t>Нагрузка горячего водоснабжения</w:t>
            </w:r>
          </w:p>
        </w:tc>
        <w:tc>
          <w:tcPr>
            <w:tcW w:w="0" w:type="auto"/>
          </w:tcPr>
          <w:p w14:paraId="10484719" w14:textId="77777777" w:rsidR="000772B4" w:rsidRPr="00794D67" w:rsidRDefault="00746A89">
            <w:pPr>
              <w:jc w:val="center"/>
              <w:rPr>
                <w:lang w:val="ru-RU"/>
              </w:rPr>
            </w:pPr>
            <w:r w:rsidRPr="00794D67">
              <w:rPr>
                <w:lang w:val="ru-RU"/>
              </w:rPr>
              <w:t>3,0650 Гкал/ч; расчётный максимально-часовой водоразбор 55,73 м³/ч</w:t>
            </w:r>
          </w:p>
        </w:tc>
      </w:tr>
      <w:tr w:rsidR="000772B4" w14:paraId="12829F5C" w14:textId="77777777">
        <w:trPr>
          <w:cantSplit/>
          <w:jc w:val="center"/>
        </w:trPr>
        <w:tc>
          <w:tcPr>
            <w:tcW w:w="0" w:type="auto"/>
          </w:tcPr>
          <w:p w14:paraId="7EBF6DCA" w14:textId="77777777" w:rsidR="000772B4" w:rsidRDefault="00746A89">
            <w:r>
              <w:t>Отношение α = Qгвс/Qот</w:t>
            </w:r>
          </w:p>
        </w:tc>
        <w:tc>
          <w:tcPr>
            <w:tcW w:w="0" w:type="auto"/>
          </w:tcPr>
          <w:p w14:paraId="10E3E987" w14:textId="77777777" w:rsidR="000772B4" w:rsidRDefault="00746A89">
            <w:pPr>
              <w:jc w:val="center"/>
            </w:pPr>
            <w:r>
              <w:t>0,0516 — условие α ≤ 0,1 выполняется</w:t>
            </w:r>
          </w:p>
        </w:tc>
      </w:tr>
      <w:tr w:rsidR="000772B4" w14:paraId="11B2853D" w14:textId="77777777">
        <w:trPr>
          <w:cantSplit/>
          <w:jc w:val="center"/>
        </w:trPr>
        <w:tc>
          <w:tcPr>
            <w:tcW w:w="0" w:type="auto"/>
          </w:tcPr>
          <w:p w14:paraId="3828528E" w14:textId="77777777" w:rsidR="000772B4" w:rsidRDefault="00746A89">
            <w:r>
              <w:t>Тип тепловой сети</w:t>
            </w:r>
          </w:p>
        </w:tc>
        <w:tc>
          <w:tcPr>
            <w:tcW w:w="0" w:type="auto"/>
          </w:tcPr>
          <w:p w14:paraId="7DF3EC05" w14:textId="77777777" w:rsidR="000772B4" w:rsidRDefault="00746A89">
            <w:pPr>
              <w:jc w:val="center"/>
            </w:pPr>
            <w:r>
              <w:t>двухтрубная</w:t>
            </w:r>
          </w:p>
        </w:tc>
      </w:tr>
      <w:tr w:rsidR="000772B4" w14:paraId="05E3EC6C" w14:textId="77777777">
        <w:trPr>
          <w:cantSplit/>
          <w:jc w:val="center"/>
        </w:trPr>
        <w:tc>
          <w:tcPr>
            <w:tcW w:w="0" w:type="auto"/>
          </w:tcPr>
          <w:p w14:paraId="08AE2DBC" w14:textId="77777777" w:rsidR="000772B4" w:rsidRDefault="00746A89">
            <w:r>
              <w:t>Установленная мощность источника</w:t>
            </w:r>
          </w:p>
        </w:tc>
        <w:tc>
          <w:tcPr>
            <w:tcW w:w="0" w:type="auto"/>
          </w:tcPr>
          <w:p w14:paraId="1D1D3E18" w14:textId="77777777" w:rsidR="000772B4" w:rsidRDefault="00746A89">
            <w:pPr>
              <w:jc w:val="center"/>
            </w:pPr>
            <w:r>
              <w:t>114,00 Гкал/ч</w:t>
            </w:r>
          </w:p>
        </w:tc>
      </w:tr>
      <w:tr w:rsidR="000772B4" w14:paraId="09630D8C" w14:textId="77777777">
        <w:trPr>
          <w:cantSplit/>
          <w:jc w:val="center"/>
        </w:trPr>
        <w:tc>
          <w:tcPr>
            <w:tcW w:w="0" w:type="auto"/>
          </w:tcPr>
          <w:p w14:paraId="13F1AC93" w14:textId="77777777" w:rsidR="000772B4" w:rsidRDefault="00746A89">
            <w:r>
              <w:t>Водоподготовительная установка</w:t>
            </w:r>
          </w:p>
        </w:tc>
        <w:tc>
          <w:tcPr>
            <w:tcW w:w="0" w:type="auto"/>
          </w:tcPr>
          <w:p w14:paraId="397645DD" w14:textId="77777777" w:rsidR="000772B4" w:rsidRDefault="00746A89">
            <w:pPr>
              <w:jc w:val="center"/>
            </w:pPr>
            <w:r>
              <w:t>26,4 т/ч</w:t>
            </w:r>
          </w:p>
        </w:tc>
      </w:tr>
      <w:tr w:rsidR="000772B4" w14:paraId="2C33E531" w14:textId="77777777">
        <w:trPr>
          <w:cantSplit/>
          <w:jc w:val="center"/>
        </w:trPr>
        <w:tc>
          <w:tcPr>
            <w:tcW w:w="0" w:type="auto"/>
          </w:tcPr>
          <w:p w14:paraId="380B7AAB" w14:textId="77777777" w:rsidR="000772B4" w:rsidRDefault="00746A89">
            <w:r>
              <w:t>Баки-аккумуляторы</w:t>
            </w:r>
          </w:p>
        </w:tc>
        <w:tc>
          <w:tcPr>
            <w:tcW w:w="0" w:type="auto"/>
          </w:tcPr>
          <w:p w14:paraId="2B6DBE8D" w14:textId="77777777" w:rsidR="000772B4" w:rsidRDefault="00746A89">
            <w:pPr>
              <w:jc w:val="center"/>
            </w:pPr>
            <w:r>
              <w:t>отсутствуют</w:t>
            </w:r>
          </w:p>
        </w:tc>
      </w:tr>
      <w:tr w:rsidR="000772B4" w:rsidRPr="00C07C05" w14:paraId="2951357C" w14:textId="77777777">
        <w:trPr>
          <w:cantSplit/>
          <w:jc w:val="center"/>
        </w:trPr>
        <w:tc>
          <w:tcPr>
            <w:tcW w:w="0" w:type="auto"/>
          </w:tcPr>
          <w:p w14:paraId="5DEC4498" w14:textId="77777777" w:rsidR="000772B4" w:rsidRDefault="00746A89">
            <w:r>
              <w:t>Подпитка тепловой сети</w:t>
            </w:r>
          </w:p>
        </w:tc>
        <w:tc>
          <w:tcPr>
            <w:tcW w:w="0" w:type="auto"/>
          </w:tcPr>
          <w:p w14:paraId="4C10531C" w14:textId="77777777" w:rsidR="000772B4" w:rsidRPr="00794D67" w:rsidRDefault="00746A89">
            <w:pPr>
              <w:jc w:val="center"/>
              <w:rPr>
                <w:lang w:val="ru-RU"/>
              </w:rPr>
            </w:pPr>
            <w:r w:rsidRPr="00794D67">
              <w:rPr>
                <w:lang w:val="ru-RU"/>
              </w:rPr>
              <w:t>26,890 т/ч в 2026 году, 30,648 т/ч в 2031 и 2036 годах</w:t>
            </w:r>
          </w:p>
        </w:tc>
      </w:tr>
      <w:tr w:rsidR="000772B4" w:rsidRPr="00C07C05" w14:paraId="30ECE95A" w14:textId="77777777">
        <w:trPr>
          <w:cantSplit/>
          <w:jc w:val="center"/>
        </w:trPr>
        <w:tc>
          <w:tcPr>
            <w:tcW w:w="0" w:type="auto"/>
          </w:tcPr>
          <w:p w14:paraId="2B7DA77F" w14:textId="77777777" w:rsidR="000772B4" w:rsidRDefault="00746A89">
            <w:r>
              <w:t>Аварийная подпитка</w:t>
            </w:r>
          </w:p>
        </w:tc>
        <w:tc>
          <w:tcPr>
            <w:tcW w:w="0" w:type="auto"/>
          </w:tcPr>
          <w:p w14:paraId="0E8F77A0" w14:textId="77777777" w:rsidR="000772B4" w:rsidRPr="00794D67" w:rsidRDefault="00746A89">
            <w:pPr>
              <w:jc w:val="center"/>
              <w:rPr>
                <w:lang w:val="ru-RU"/>
              </w:rPr>
            </w:pPr>
            <w:r w:rsidRPr="00794D67">
              <w:rPr>
                <w:lang w:val="ru-RU"/>
              </w:rPr>
              <w:t>101,8 т/ч; резерв −75,40 т/ч</w:t>
            </w:r>
          </w:p>
        </w:tc>
      </w:tr>
      <w:tr w:rsidR="000772B4" w:rsidRPr="00C07C05" w14:paraId="706F38A2" w14:textId="77777777">
        <w:trPr>
          <w:cantSplit/>
          <w:jc w:val="center"/>
        </w:trPr>
        <w:tc>
          <w:tcPr>
            <w:tcW w:w="0" w:type="auto"/>
          </w:tcPr>
          <w:p w14:paraId="0BC0EC54" w14:textId="77777777" w:rsidR="000772B4" w:rsidRDefault="00746A89">
            <w:r>
              <w:t>Текущие проблемы</w:t>
            </w:r>
          </w:p>
        </w:tc>
        <w:tc>
          <w:tcPr>
            <w:tcW w:w="0" w:type="auto"/>
          </w:tcPr>
          <w:p w14:paraId="033702B3" w14:textId="77777777" w:rsidR="000772B4" w:rsidRPr="00794D67" w:rsidRDefault="00746A89">
            <w:pPr>
              <w:jc w:val="center"/>
              <w:rPr>
                <w:lang w:val="ru-RU"/>
              </w:rPr>
            </w:pPr>
            <w:r w:rsidRPr="00794D67">
              <w:rPr>
                <w:lang w:val="ru-RU"/>
              </w:rPr>
              <w:t>дефицит подпитки −0,490 т/ч на 2026 и −4,248 т/ч на 2031; аварийный дефицит −75,40 т/ч; баки-аккумуляторы отсутствуют</w:t>
            </w:r>
          </w:p>
        </w:tc>
      </w:tr>
      <w:tr w:rsidR="000772B4" w:rsidRPr="00C07C05" w14:paraId="5236D933" w14:textId="77777777">
        <w:trPr>
          <w:cantSplit/>
          <w:jc w:val="center"/>
        </w:trPr>
        <w:tc>
          <w:tcPr>
            <w:tcW w:w="0" w:type="auto"/>
          </w:tcPr>
          <w:p w14:paraId="75DC941D" w14:textId="77777777" w:rsidR="000772B4" w:rsidRDefault="00746A89">
            <w:r>
              <w:t>Историческое решение</w:t>
            </w:r>
          </w:p>
        </w:tc>
        <w:tc>
          <w:tcPr>
            <w:tcW w:w="0" w:type="auto"/>
          </w:tcPr>
          <w:p w14:paraId="2A2B17A5" w14:textId="77777777" w:rsidR="000772B4" w:rsidRPr="00794D67" w:rsidRDefault="00746A89">
            <w:pPr>
              <w:jc w:val="center"/>
              <w:rPr>
                <w:lang w:val="ru-RU"/>
              </w:rPr>
            </w:pPr>
            <w:r w:rsidRPr="00794D67">
              <w:rPr>
                <w:lang w:val="ru-RU"/>
              </w:rPr>
              <w:t>постановление № 49-п от 02.06.2023, актуализация на 2024: 241 тепловой пункт, 83 934 тыс. руб.</w:t>
            </w:r>
          </w:p>
        </w:tc>
      </w:tr>
      <w:tr w:rsidR="000772B4" w:rsidRPr="00C07C05" w14:paraId="54C9EB1C" w14:textId="77777777">
        <w:trPr>
          <w:cantSplit/>
          <w:jc w:val="center"/>
        </w:trPr>
        <w:tc>
          <w:tcPr>
            <w:tcW w:w="0" w:type="auto"/>
          </w:tcPr>
          <w:p w14:paraId="1D376594" w14:textId="77777777" w:rsidR="000772B4" w:rsidRDefault="00746A89">
            <w:r>
              <w:t>Применимые варианты</w:t>
            </w:r>
          </w:p>
        </w:tc>
        <w:tc>
          <w:tcPr>
            <w:tcW w:w="0" w:type="auto"/>
          </w:tcPr>
          <w:p w14:paraId="71408F64" w14:textId="77777777" w:rsidR="000772B4" w:rsidRPr="00794D67" w:rsidRDefault="00746A89">
            <w:pPr>
              <w:jc w:val="center"/>
              <w:rPr>
                <w:lang w:val="ru-RU"/>
              </w:rPr>
            </w:pPr>
            <w:r>
              <w:t>DHW</w:t>
            </w:r>
            <w:r w:rsidRPr="00794D67">
              <w:rPr>
                <w:lang w:val="ru-RU"/>
              </w:rPr>
              <w:t>-</w:t>
            </w:r>
            <w:r>
              <w:t>V</w:t>
            </w:r>
            <w:r w:rsidRPr="00794D67">
              <w:rPr>
                <w:lang w:val="ru-RU"/>
              </w:rPr>
              <w:t xml:space="preserve">1 — предпочтителен; </w:t>
            </w:r>
            <w:r>
              <w:t>DHW</w:t>
            </w:r>
            <w:r w:rsidRPr="00794D67">
              <w:rPr>
                <w:lang w:val="ru-RU"/>
              </w:rPr>
              <w:t>-</w:t>
            </w:r>
            <w:r>
              <w:t>V</w:t>
            </w:r>
            <w:r w:rsidRPr="00794D67">
              <w:rPr>
                <w:lang w:val="ru-RU"/>
              </w:rPr>
              <w:t>2 — рассматривается как альтернатива, не разрешён</w:t>
            </w:r>
          </w:p>
        </w:tc>
      </w:tr>
      <w:tr w:rsidR="000772B4" w:rsidRPr="00C07C05" w14:paraId="4BC2AD4B" w14:textId="77777777">
        <w:trPr>
          <w:cantSplit/>
          <w:jc w:val="center"/>
        </w:trPr>
        <w:tc>
          <w:tcPr>
            <w:tcW w:w="0" w:type="auto"/>
          </w:tcPr>
          <w:p w14:paraId="614D6DB5" w14:textId="77777777" w:rsidR="000772B4" w:rsidRDefault="00746A89">
            <w:r>
              <w:t>Расчётный эффект перевода</w:t>
            </w:r>
          </w:p>
        </w:tc>
        <w:tc>
          <w:tcPr>
            <w:tcW w:w="0" w:type="auto"/>
          </w:tcPr>
          <w:p w14:paraId="72769F1A" w14:textId="77777777" w:rsidR="000772B4" w:rsidRPr="00794D67" w:rsidRDefault="00746A89">
            <w:pPr>
              <w:jc w:val="center"/>
              <w:rPr>
                <w:lang w:val="ru-RU"/>
              </w:rPr>
            </w:pPr>
            <w:r w:rsidRPr="00794D67">
              <w:rPr>
                <w:lang w:val="ru-RU"/>
              </w:rPr>
              <w:t>подпитка 26,890 → 2,111 т/ч; резерв ВПУ −0,490 → 24,289 т/ч; дефицит закрывается</w:t>
            </w:r>
          </w:p>
        </w:tc>
      </w:tr>
      <w:tr w:rsidR="000772B4" w:rsidRPr="00C07C05" w14:paraId="68500D4D" w14:textId="77777777">
        <w:trPr>
          <w:cantSplit/>
          <w:jc w:val="center"/>
        </w:trPr>
        <w:tc>
          <w:tcPr>
            <w:tcW w:w="0" w:type="auto"/>
          </w:tcPr>
          <w:p w14:paraId="067EF209" w14:textId="77777777" w:rsidR="000772B4" w:rsidRDefault="00746A89">
            <w:r>
              <w:t>Потребность в расчётах</w:t>
            </w:r>
          </w:p>
        </w:tc>
        <w:tc>
          <w:tcPr>
            <w:tcW w:w="0" w:type="auto"/>
          </w:tcPr>
          <w:p w14:paraId="4F180A4D" w14:textId="77777777" w:rsidR="000772B4" w:rsidRPr="00794D67" w:rsidRDefault="00746A89">
            <w:pPr>
              <w:jc w:val="center"/>
              <w:rPr>
                <w:lang w:val="ru-RU"/>
              </w:rPr>
            </w:pPr>
            <w:r w:rsidRPr="00794D67">
              <w:rPr>
                <w:lang w:val="ru-RU"/>
              </w:rPr>
              <w:t>водный эффект рассчитан; подлежит проверке гидравлическим расчётом на 2026 год</w:t>
            </w:r>
          </w:p>
        </w:tc>
      </w:tr>
      <w:tr w:rsidR="000772B4" w:rsidRPr="00C07C05" w14:paraId="38872CF1" w14:textId="77777777">
        <w:trPr>
          <w:cantSplit/>
          <w:jc w:val="center"/>
        </w:trPr>
        <w:tc>
          <w:tcPr>
            <w:tcW w:w="0" w:type="auto"/>
          </w:tcPr>
          <w:p w14:paraId="621B414D" w14:textId="77777777" w:rsidR="000772B4" w:rsidRDefault="00746A89">
            <w:r>
              <w:t>Капитальные вложения</w:t>
            </w:r>
          </w:p>
        </w:tc>
        <w:tc>
          <w:tcPr>
            <w:tcW w:w="0" w:type="auto"/>
          </w:tcPr>
          <w:p w14:paraId="4AA50A41" w14:textId="77777777" w:rsidR="000772B4" w:rsidRPr="00794D67" w:rsidRDefault="00746A89">
            <w:pPr>
              <w:jc w:val="center"/>
              <w:rPr>
                <w:lang w:val="ru-RU"/>
              </w:rPr>
            </w:pPr>
            <w:r w:rsidRPr="00794D67">
              <w:rPr>
                <w:lang w:val="ru-RU"/>
              </w:rPr>
              <w:t>ранее оценённая стоимость 83</w:t>
            </w:r>
            <w:r>
              <w:t> </w:t>
            </w:r>
            <w:r w:rsidRPr="00794D67">
              <w:rPr>
                <w:lang w:val="ru-RU"/>
              </w:rPr>
              <w:t>934 тыс. руб. в ценах 2021 года без НДС; текущая потребность в капитальных вложениях подлежит определению</w:t>
            </w:r>
          </w:p>
        </w:tc>
      </w:tr>
      <w:tr w:rsidR="000772B4" w14:paraId="3987A901" w14:textId="77777777">
        <w:trPr>
          <w:cantSplit/>
          <w:jc w:val="center"/>
        </w:trPr>
        <w:tc>
          <w:tcPr>
            <w:tcW w:w="0" w:type="auto"/>
          </w:tcPr>
          <w:p w14:paraId="34D3DE69" w14:textId="77777777" w:rsidR="000772B4" w:rsidRDefault="00746A89">
            <w:r>
              <w:t>Зависимость от электронной модели</w:t>
            </w:r>
          </w:p>
        </w:tc>
        <w:tc>
          <w:tcPr>
            <w:tcW w:w="0" w:type="auto"/>
          </w:tcPr>
          <w:p w14:paraId="3F083936" w14:textId="77777777" w:rsidR="000772B4" w:rsidRDefault="00746A89">
            <w:pPr>
              <w:jc w:val="center"/>
            </w:pPr>
            <w:r>
              <w:t>расчётное моделирование рекомендуется</w:t>
            </w:r>
          </w:p>
        </w:tc>
      </w:tr>
      <w:tr w:rsidR="000772B4" w:rsidRPr="00C07C05" w14:paraId="0E708AC8" w14:textId="77777777">
        <w:trPr>
          <w:cantSplit/>
          <w:jc w:val="center"/>
        </w:trPr>
        <w:tc>
          <w:tcPr>
            <w:tcW w:w="0" w:type="auto"/>
          </w:tcPr>
          <w:p w14:paraId="246B63C8" w14:textId="77777777" w:rsidR="000772B4" w:rsidRDefault="00746A89">
            <w:r>
              <w:t>Взаимодействие с газификацией</w:t>
            </w:r>
          </w:p>
        </w:tc>
        <w:tc>
          <w:tcPr>
            <w:tcW w:w="0" w:type="auto"/>
          </w:tcPr>
          <w:p w14:paraId="46DFB005" w14:textId="77777777" w:rsidR="000772B4" w:rsidRPr="00794D67" w:rsidRDefault="00746A89">
            <w:pPr>
              <w:jc w:val="center"/>
              <w:rPr>
                <w:lang w:val="ru-RU"/>
              </w:rPr>
            </w:pPr>
            <w:r>
              <w:t>INDEPENDENT</w:t>
            </w:r>
            <w:r w:rsidRPr="00794D67">
              <w:rPr>
                <w:lang w:val="ru-RU"/>
              </w:rPr>
              <w:t xml:space="preserve"> — мероприятие на стороне потребителя; газификация источника срок уточняется на перевод не влияет</w:t>
            </w:r>
          </w:p>
        </w:tc>
      </w:tr>
      <w:tr w:rsidR="000772B4" w:rsidRPr="00C07C05" w14:paraId="10DBDEED" w14:textId="77777777">
        <w:trPr>
          <w:cantSplit/>
          <w:jc w:val="center"/>
        </w:trPr>
        <w:tc>
          <w:tcPr>
            <w:tcW w:w="0" w:type="auto"/>
          </w:tcPr>
          <w:p w14:paraId="0E88E1C4" w14:textId="77777777" w:rsidR="000772B4" w:rsidRDefault="00746A89">
            <w:r>
              <w:t>Принимаемое решение</w:t>
            </w:r>
          </w:p>
        </w:tc>
        <w:tc>
          <w:tcPr>
            <w:tcW w:w="0" w:type="auto"/>
          </w:tcPr>
          <w:p w14:paraId="3449DE24" w14:textId="77777777" w:rsidR="000772B4" w:rsidRPr="00794D67" w:rsidRDefault="00746A89">
            <w:pPr>
              <w:jc w:val="center"/>
              <w:rPr>
                <w:lang w:val="ru-RU"/>
              </w:rPr>
            </w:pPr>
            <w:r>
              <w:t>DHW</w:t>
            </w:r>
            <w:r w:rsidRPr="00794D67">
              <w:rPr>
                <w:lang w:val="ru-RU"/>
              </w:rPr>
              <w:t>-</w:t>
            </w:r>
            <w:r>
              <w:t>V</w:t>
            </w:r>
            <w:r w:rsidRPr="00794D67">
              <w:rPr>
                <w:lang w:val="ru-RU"/>
              </w:rPr>
              <w:t xml:space="preserve">1, очерёдность </w:t>
            </w:r>
            <w:r>
              <w:t>P</w:t>
            </w:r>
            <w:r w:rsidRPr="00794D67">
              <w:rPr>
                <w:lang w:val="ru-RU"/>
              </w:rPr>
              <w:t>0, период 2027–2031</w:t>
            </w:r>
          </w:p>
        </w:tc>
      </w:tr>
      <w:tr w:rsidR="000772B4" w:rsidRPr="00C07C05" w14:paraId="1F283BF9" w14:textId="77777777">
        <w:trPr>
          <w:cantSplit/>
          <w:jc w:val="center"/>
        </w:trPr>
        <w:tc>
          <w:tcPr>
            <w:tcW w:w="0" w:type="auto"/>
          </w:tcPr>
          <w:p w14:paraId="5E03E763" w14:textId="77777777" w:rsidR="000772B4" w:rsidRDefault="00746A89">
            <w:r>
              <w:t>Состояние решения</w:t>
            </w:r>
          </w:p>
        </w:tc>
        <w:tc>
          <w:tcPr>
            <w:tcW w:w="0" w:type="auto"/>
          </w:tcPr>
          <w:p w14:paraId="56D0B122"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r>
      <w:tr w:rsidR="000772B4" w14:paraId="36E646D7" w14:textId="77777777">
        <w:trPr>
          <w:cantSplit/>
          <w:jc w:val="center"/>
        </w:trPr>
        <w:tc>
          <w:tcPr>
            <w:tcW w:w="0" w:type="auto"/>
          </w:tcPr>
          <w:p w14:paraId="65917208" w14:textId="77777777" w:rsidR="000772B4" w:rsidRDefault="00746A89">
            <w:r>
              <w:t>Состояние на 2031 год</w:t>
            </w:r>
          </w:p>
        </w:tc>
        <w:tc>
          <w:tcPr>
            <w:tcW w:w="0" w:type="auto"/>
          </w:tcPr>
          <w:p w14:paraId="17D08E0D" w14:textId="77777777" w:rsidR="000772B4" w:rsidRDefault="00746A89">
            <w:pPr>
              <w:jc w:val="center"/>
            </w:pPr>
            <w:r>
              <w:t>перевод выполнен</w:t>
            </w:r>
          </w:p>
        </w:tc>
      </w:tr>
      <w:tr w:rsidR="000772B4" w14:paraId="1E11BD64" w14:textId="77777777">
        <w:trPr>
          <w:cantSplit/>
          <w:jc w:val="center"/>
        </w:trPr>
        <w:tc>
          <w:tcPr>
            <w:tcW w:w="0" w:type="auto"/>
          </w:tcPr>
          <w:p w14:paraId="3B386FD6" w14:textId="77777777" w:rsidR="000772B4" w:rsidRDefault="00746A89">
            <w:r>
              <w:t>Состояние на 2036 год</w:t>
            </w:r>
          </w:p>
        </w:tc>
        <w:tc>
          <w:tcPr>
            <w:tcW w:w="0" w:type="auto"/>
          </w:tcPr>
          <w:p w14:paraId="7F273463" w14:textId="77777777" w:rsidR="000772B4" w:rsidRDefault="00746A89">
            <w:pPr>
              <w:jc w:val="center"/>
            </w:pPr>
            <w:r>
              <w:t>закрытая схема</w:t>
            </w:r>
          </w:p>
        </w:tc>
      </w:tr>
    </w:tbl>
    <w:p w14:paraId="299B6FE2" w14:textId="77777777" w:rsidR="000772B4" w:rsidRDefault="000772B4">
      <w:pPr>
        <w:spacing w:after="40"/>
      </w:pPr>
    </w:p>
    <w:p w14:paraId="4B2000AD" w14:textId="77777777" w:rsidR="000772B4" w:rsidRPr="00344E69" w:rsidRDefault="00746A89">
      <w:pPr>
        <w:pStyle w:val="31"/>
        <w:rPr>
          <w:sz w:val="28"/>
          <w:szCs w:val="28"/>
        </w:rPr>
      </w:pPr>
      <w:r w:rsidRPr="00344E69">
        <w:rPr>
          <w:sz w:val="28"/>
          <w:szCs w:val="28"/>
        </w:rPr>
        <w:t>9.10.6. УПК № 6 Старый Шерегеш (SYS-06, пгт Шерегеш)</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938"/>
        <w:gridCol w:w="6407"/>
      </w:tblGrid>
      <w:tr w:rsidR="000772B4" w14:paraId="6325CE87" w14:textId="77777777">
        <w:trPr>
          <w:cantSplit/>
          <w:tblHeader/>
          <w:jc w:val="center"/>
        </w:trPr>
        <w:tc>
          <w:tcPr>
            <w:tcW w:w="0" w:type="auto"/>
            <w:shd w:val="clear" w:color="auto" w:fill="E2F0D9"/>
          </w:tcPr>
          <w:p w14:paraId="25C6C2F1" w14:textId="77777777" w:rsidR="000772B4" w:rsidRDefault="00746A89">
            <w:pPr>
              <w:jc w:val="center"/>
            </w:pPr>
            <w:r>
              <w:rPr>
                <w:b/>
              </w:rPr>
              <w:t>Позиция досье</w:t>
            </w:r>
          </w:p>
        </w:tc>
        <w:tc>
          <w:tcPr>
            <w:tcW w:w="0" w:type="auto"/>
            <w:shd w:val="clear" w:color="auto" w:fill="E2F0D9"/>
          </w:tcPr>
          <w:p w14:paraId="55316613" w14:textId="77777777" w:rsidR="000772B4" w:rsidRDefault="00746A89">
            <w:pPr>
              <w:jc w:val="center"/>
            </w:pPr>
            <w:r>
              <w:rPr>
                <w:b/>
              </w:rPr>
              <w:t>Содержание</w:t>
            </w:r>
          </w:p>
        </w:tc>
      </w:tr>
      <w:tr w:rsidR="000772B4" w:rsidRPr="00C07C05" w14:paraId="67F2149E" w14:textId="77777777">
        <w:trPr>
          <w:cantSplit/>
          <w:jc w:val="center"/>
        </w:trPr>
        <w:tc>
          <w:tcPr>
            <w:tcW w:w="0" w:type="auto"/>
          </w:tcPr>
          <w:p w14:paraId="3C70F2E6" w14:textId="77777777" w:rsidR="000772B4" w:rsidRDefault="00746A89">
            <w:r>
              <w:t>Существующая конфигурация</w:t>
            </w:r>
          </w:p>
        </w:tc>
        <w:tc>
          <w:tcPr>
            <w:tcW w:w="0" w:type="auto"/>
          </w:tcPr>
          <w:p w14:paraId="542343EF" w14:textId="77777777" w:rsidR="000772B4" w:rsidRPr="00794D67" w:rsidRDefault="00746A89">
            <w:pPr>
              <w:jc w:val="center"/>
              <w:rPr>
                <w:lang w:val="ru-RU"/>
              </w:rPr>
            </w:pPr>
            <w:r w:rsidRPr="00794D67">
              <w:rPr>
                <w:lang w:val="ru-RU"/>
              </w:rPr>
              <w:t>открытая, сеть двухтрубная, график 95/70 с изломом 60 °</w:t>
            </w:r>
            <w:r>
              <w:t>C</w:t>
            </w:r>
          </w:p>
        </w:tc>
      </w:tr>
      <w:tr w:rsidR="000772B4" w:rsidRPr="00C07C05" w14:paraId="08BD5739" w14:textId="77777777">
        <w:trPr>
          <w:cantSplit/>
          <w:jc w:val="center"/>
        </w:trPr>
        <w:tc>
          <w:tcPr>
            <w:tcW w:w="0" w:type="auto"/>
          </w:tcPr>
          <w:p w14:paraId="4D0DE7B6" w14:textId="77777777" w:rsidR="000772B4" w:rsidRDefault="00746A89">
            <w:r>
              <w:t>Открытый водоразбор</w:t>
            </w:r>
          </w:p>
        </w:tc>
        <w:tc>
          <w:tcPr>
            <w:tcW w:w="0" w:type="auto"/>
          </w:tcPr>
          <w:p w14:paraId="297F03B1" w14:textId="77777777" w:rsidR="000772B4" w:rsidRPr="00794D67" w:rsidRDefault="00746A89">
            <w:pPr>
              <w:jc w:val="center"/>
              <w:rPr>
                <w:lang w:val="ru-RU"/>
              </w:rPr>
            </w:pPr>
            <w:r w:rsidRPr="00794D67">
              <w:rPr>
                <w:lang w:val="ru-RU"/>
              </w:rPr>
              <w:t>22</w:t>
            </w:r>
            <w:r>
              <w:t> </w:t>
            </w:r>
            <w:r w:rsidRPr="00794D67">
              <w:rPr>
                <w:lang w:val="ru-RU"/>
              </w:rPr>
              <w:t>390 т/год, среднечасовой 2,556 т/ч</w:t>
            </w:r>
          </w:p>
        </w:tc>
      </w:tr>
      <w:tr w:rsidR="000772B4" w:rsidRPr="00C07C05" w14:paraId="6CA338EC" w14:textId="77777777">
        <w:trPr>
          <w:cantSplit/>
          <w:jc w:val="center"/>
        </w:trPr>
        <w:tc>
          <w:tcPr>
            <w:tcW w:w="0" w:type="auto"/>
          </w:tcPr>
          <w:p w14:paraId="62C7E8D7" w14:textId="77777777" w:rsidR="000772B4" w:rsidRDefault="00746A89">
            <w:r>
              <w:t>Нагрузка горячего водоснабжения</w:t>
            </w:r>
          </w:p>
        </w:tc>
        <w:tc>
          <w:tcPr>
            <w:tcW w:w="0" w:type="auto"/>
          </w:tcPr>
          <w:p w14:paraId="2A3C76B8" w14:textId="77777777" w:rsidR="000772B4" w:rsidRPr="00794D67" w:rsidRDefault="00746A89">
            <w:pPr>
              <w:jc w:val="center"/>
              <w:rPr>
                <w:lang w:val="ru-RU"/>
              </w:rPr>
            </w:pPr>
            <w:r w:rsidRPr="00794D67">
              <w:rPr>
                <w:lang w:val="ru-RU"/>
              </w:rPr>
              <w:t>0,2640 Гкал/ч; расчётный максимально-часовой водоразбор 4,80 м³/ч</w:t>
            </w:r>
          </w:p>
        </w:tc>
      </w:tr>
      <w:tr w:rsidR="000772B4" w14:paraId="3C5008D5" w14:textId="77777777">
        <w:trPr>
          <w:cantSplit/>
          <w:jc w:val="center"/>
        </w:trPr>
        <w:tc>
          <w:tcPr>
            <w:tcW w:w="0" w:type="auto"/>
          </w:tcPr>
          <w:p w14:paraId="4CCBABE5" w14:textId="77777777" w:rsidR="000772B4" w:rsidRDefault="00746A89">
            <w:r>
              <w:t>Отношение α = Qгвс/Qот</w:t>
            </w:r>
          </w:p>
        </w:tc>
        <w:tc>
          <w:tcPr>
            <w:tcW w:w="0" w:type="auto"/>
          </w:tcPr>
          <w:p w14:paraId="3C8E5B44" w14:textId="77777777" w:rsidR="000772B4" w:rsidRDefault="00746A89">
            <w:pPr>
              <w:jc w:val="center"/>
            </w:pPr>
            <w:r>
              <w:t>0,0900 — условие α ≤ 0,1 выполняется</w:t>
            </w:r>
          </w:p>
        </w:tc>
      </w:tr>
      <w:tr w:rsidR="000772B4" w14:paraId="49C97619" w14:textId="77777777">
        <w:trPr>
          <w:cantSplit/>
          <w:jc w:val="center"/>
        </w:trPr>
        <w:tc>
          <w:tcPr>
            <w:tcW w:w="0" w:type="auto"/>
          </w:tcPr>
          <w:p w14:paraId="656FB801" w14:textId="77777777" w:rsidR="000772B4" w:rsidRDefault="00746A89">
            <w:r>
              <w:t>Тип тепловой сети</w:t>
            </w:r>
          </w:p>
        </w:tc>
        <w:tc>
          <w:tcPr>
            <w:tcW w:w="0" w:type="auto"/>
          </w:tcPr>
          <w:p w14:paraId="09F2FC65" w14:textId="77777777" w:rsidR="000772B4" w:rsidRDefault="00746A89">
            <w:pPr>
              <w:jc w:val="center"/>
            </w:pPr>
            <w:r>
              <w:t>двухтрубная</w:t>
            </w:r>
          </w:p>
        </w:tc>
      </w:tr>
      <w:tr w:rsidR="000772B4" w14:paraId="768A145F" w14:textId="77777777">
        <w:trPr>
          <w:cantSplit/>
          <w:jc w:val="center"/>
        </w:trPr>
        <w:tc>
          <w:tcPr>
            <w:tcW w:w="0" w:type="auto"/>
          </w:tcPr>
          <w:p w14:paraId="50C47AE4" w14:textId="77777777" w:rsidR="000772B4" w:rsidRDefault="00746A89">
            <w:r>
              <w:t>Установленная мощность источника</w:t>
            </w:r>
          </w:p>
        </w:tc>
        <w:tc>
          <w:tcPr>
            <w:tcW w:w="0" w:type="auto"/>
          </w:tcPr>
          <w:p w14:paraId="1CAB668E" w14:textId="77777777" w:rsidR="000772B4" w:rsidRDefault="00746A89">
            <w:pPr>
              <w:jc w:val="center"/>
            </w:pPr>
            <w:r>
              <w:t>24,00 Гкал/ч</w:t>
            </w:r>
          </w:p>
        </w:tc>
      </w:tr>
      <w:tr w:rsidR="000772B4" w14:paraId="282A1767" w14:textId="77777777">
        <w:trPr>
          <w:cantSplit/>
          <w:jc w:val="center"/>
        </w:trPr>
        <w:tc>
          <w:tcPr>
            <w:tcW w:w="0" w:type="auto"/>
          </w:tcPr>
          <w:p w14:paraId="2A3C88F5" w14:textId="77777777" w:rsidR="000772B4" w:rsidRDefault="00746A89">
            <w:r>
              <w:t>Водоподготовительная установка</w:t>
            </w:r>
          </w:p>
        </w:tc>
        <w:tc>
          <w:tcPr>
            <w:tcW w:w="0" w:type="auto"/>
          </w:tcPr>
          <w:p w14:paraId="6F5EF000" w14:textId="77777777" w:rsidR="000772B4" w:rsidRDefault="00746A89">
            <w:pPr>
              <w:jc w:val="center"/>
            </w:pPr>
            <w:r>
              <w:t>5,0 т/ч</w:t>
            </w:r>
          </w:p>
        </w:tc>
      </w:tr>
      <w:tr w:rsidR="000772B4" w14:paraId="7BD919A6" w14:textId="77777777">
        <w:trPr>
          <w:cantSplit/>
          <w:jc w:val="center"/>
        </w:trPr>
        <w:tc>
          <w:tcPr>
            <w:tcW w:w="0" w:type="auto"/>
          </w:tcPr>
          <w:p w14:paraId="71D0975E" w14:textId="77777777" w:rsidR="000772B4" w:rsidRDefault="00746A89">
            <w:r>
              <w:t>Баки-аккумуляторы</w:t>
            </w:r>
          </w:p>
        </w:tc>
        <w:tc>
          <w:tcPr>
            <w:tcW w:w="0" w:type="auto"/>
          </w:tcPr>
          <w:p w14:paraId="6A4BDFE4" w14:textId="77777777" w:rsidR="000772B4" w:rsidRDefault="00746A89">
            <w:pPr>
              <w:jc w:val="center"/>
            </w:pPr>
            <w:r>
              <w:t>отсутствуют</w:t>
            </w:r>
          </w:p>
        </w:tc>
      </w:tr>
      <w:tr w:rsidR="000772B4" w14:paraId="3CE9EA59" w14:textId="77777777">
        <w:trPr>
          <w:cantSplit/>
          <w:jc w:val="center"/>
        </w:trPr>
        <w:tc>
          <w:tcPr>
            <w:tcW w:w="0" w:type="auto"/>
          </w:tcPr>
          <w:p w14:paraId="52B9DDC1" w14:textId="77777777" w:rsidR="000772B4" w:rsidRDefault="00746A89">
            <w:r>
              <w:t>Подпитка тепловой сети</w:t>
            </w:r>
          </w:p>
        </w:tc>
        <w:tc>
          <w:tcPr>
            <w:tcW w:w="0" w:type="auto"/>
          </w:tcPr>
          <w:p w14:paraId="3F7D170B" w14:textId="77777777" w:rsidR="000772B4" w:rsidRDefault="00746A89">
            <w:pPr>
              <w:jc w:val="center"/>
            </w:pPr>
            <w:r>
              <w:t>2,658 т/ч в 2026 году</w:t>
            </w:r>
          </w:p>
        </w:tc>
      </w:tr>
      <w:tr w:rsidR="000772B4" w:rsidRPr="00C07C05" w14:paraId="4ACC8BC1" w14:textId="77777777">
        <w:trPr>
          <w:cantSplit/>
          <w:jc w:val="center"/>
        </w:trPr>
        <w:tc>
          <w:tcPr>
            <w:tcW w:w="0" w:type="auto"/>
          </w:tcPr>
          <w:p w14:paraId="74D01AA4" w14:textId="77777777" w:rsidR="000772B4" w:rsidRDefault="00746A89">
            <w:r>
              <w:t>Аварийная подпитка</w:t>
            </w:r>
          </w:p>
        </w:tc>
        <w:tc>
          <w:tcPr>
            <w:tcW w:w="0" w:type="auto"/>
          </w:tcPr>
          <w:p w14:paraId="6E9AFC43" w14:textId="77777777" w:rsidR="000772B4" w:rsidRPr="00794D67" w:rsidRDefault="00746A89">
            <w:pPr>
              <w:jc w:val="center"/>
              <w:rPr>
                <w:lang w:val="ru-RU"/>
              </w:rPr>
            </w:pPr>
            <w:r w:rsidRPr="00794D67">
              <w:rPr>
                <w:lang w:val="ru-RU"/>
              </w:rPr>
              <w:t>2,1 т/ч; резерв 2,90 т/ч</w:t>
            </w:r>
          </w:p>
        </w:tc>
      </w:tr>
      <w:tr w:rsidR="000772B4" w:rsidRPr="00C07C05" w14:paraId="4DB31102" w14:textId="77777777">
        <w:trPr>
          <w:cantSplit/>
          <w:jc w:val="center"/>
        </w:trPr>
        <w:tc>
          <w:tcPr>
            <w:tcW w:w="0" w:type="auto"/>
          </w:tcPr>
          <w:p w14:paraId="241A36DE" w14:textId="77777777" w:rsidR="000772B4" w:rsidRDefault="00746A89">
            <w:r>
              <w:t>Текущие проблемы</w:t>
            </w:r>
          </w:p>
        </w:tc>
        <w:tc>
          <w:tcPr>
            <w:tcW w:w="0" w:type="auto"/>
          </w:tcPr>
          <w:p w14:paraId="1CB7AEA1" w14:textId="77777777" w:rsidR="000772B4" w:rsidRPr="00794D67" w:rsidRDefault="00746A89">
            <w:pPr>
              <w:jc w:val="center"/>
              <w:rPr>
                <w:lang w:val="ru-RU"/>
              </w:rPr>
            </w:pPr>
            <w:r w:rsidRPr="00794D67">
              <w:rPr>
                <w:lang w:val="ru-RU"/>
              </w:rPr>
              <w:t>наибольшая доля горячего водоснабжения в подпитке округа — 96,2 процента; резерв подпитки 2,342 т/ч невелик</w:t>
            </w:r>
          </w:p>
        </w:tc>
      </w:tr>
      <w:tr w:rsidR="000772B4" w:rsidRPr="00C07C05" w14:paraId="3B0FD87C" w14:textId="77777777">
        <w:trPr>
          <w:cantSplit/>
          <w:jc w:val="center"/>
        </w:trPr>
        <w:tc>
          <w:tcPr>
            <w:tcW w:w="0" w:type="auto"/>
          </w:tcPr>
          <w:p w14:paraId="69A04E3E" w14:textId="77777777" w:rsidR="000772B4" w:rsidRDefault="00746A89">
            <w:r>
              <w:t>Историческое решение</w:t>
            </w:r>
          </w:p>
        </w:tc>
        <w:tc>
          <w:tcPr>
            <w:tcW w:w="0" w:type="auto"/>
          </w:tcPr>
          <w:p w14:paraId="45E69C88" w14:textId="77777777" w:rsidR="000772B4" w:rsidRPr="00794D67" w:rsidRDefault="00746A89">
            <w:pPr>
              <w:jc w:val="center"/>
              <w:rPr>
                <w:lang w:val="ru-RU"/>
              </w:rPr>
            </w:pPr>
            <w:r w:rsidRPr="00794D67">
              <w:rPr>
                <w:lang w:val="ru-RU"/>
              </w:rPr>
              <w:t>там же: 69 тепловых пунктов, 23 479 тыс. руб.</w:t>
            </w:r>
          </w:p>
        </w:tc>
      </w:tr>
      <w:tr w:rsidR="000772B4" w:rsidRPr="00C07C05" w14:paraId="6D593FE2" w14:textId="77777777">
        <w:trPr>
          <w:cantSplit/>
          <w:jc w:val="center"/>
        </w:trPr>
        <w:tc>
          <w:tcPr>
            <w:tcW w:w="0" w:type="auto"/>
          </w:tcPr>
          <w:p w14:paraId="69F0E709" w14:textId="77777777" w:rsidR="000772B4" w:rsidRDefault="00746A89">
            <w:r>
              <w:t>Применимые варианты</w:t>
            </w:r>
          </w:p>
        </w:tc>
        <w:tc>
          <w:tcPr>
            <w:tcW w:w="0" w:type="auto"/>
          </w:tcPr>
          <w:p w14:paraId="59DC23E0" w14:textId="77777777" w:rsidR="000772B4" w:rsidRPr="00794D67" w:rsidRDefault="00746A89">
            <w:pPr>
              <w:jc w:val="center"/>
              <w:rPr>
                <w:lang w:val="ru-RU"/>
              </w:rPr>
            </w:pPr>
            <w:r>
              <w:t>DHW</w:t>
            </w:r>
            <w:r w:rsidRPr="00794D67">
              <w:rPr>
                <w:lang w:val="ru-RU"/>
              </w:rPr>
              <w:t>-</w:t>
            </w:r>
            <w:r>
              <w:t>V</w:t>
            </w:r>
            <w:r w:rsidRPr="00794D67">
              <w:rPr>
                <w:lang w:val="ru-RU"/>
              </w:rPr>
              <w:t xml:space="preserve">1 — предпочтителен; </w:t>
            </w:r>
            <w:r>
              <w:t>DHW</w:t>
            </w:r>
            <w:r w:rsidRPr="00794D67">
              <w:rPr>
                <w:lang w:val="ru-RU"/>
              </w:rPr>
              <w:t>-</w:t>
            </w:r>
            <w:r>
              <w:t>V</w:t>
            </w:r>
            <w:r w:rsidRPr="00794D67">
              <w:rPr>
                <w:lang w:val="ru-RU"/>
              </w:rPr>
              <w:t xml:space="preserve">2 неприменимо по масштабу и рассредоточенности нагрузки; </w:t>
            </w:r>
            <w:r>
              <w:t>DHW</w:t>
            </w:r>
            <w:r w:rsidRPr="00794D67">
              <w:rPr>
                <w:lang w:val="ru-RU"/>
              </w:rPr>
              <w:t>-</w:t>
            </w:r>
            <w:r>
              <w:t>V</w:t>
            </w:r>
            <w:r w:rsidRPr="00794D67">
              <w:rPr>
                <w:lang w:val="ru-RU"/>
              </w:rPr>
              <w:t>0 отклонён законом</w:t>
            </w:r>
          </w:p>
        </w:tc>
      </w:tr>
      <w:tr w:rsidR="000772B4" w:rsidRPr="00C07C05" w14:paraId="7D0CAEB5" w14:textId="77777777">
        <w:trPr>
          <w:cantSplit/>
          <w:jc w:val="center"/>
        </w:trPr>
        <w:tc>
          <w:tcPr>
            <w:tcW w:w="0" w:type="auto"/>
          </w:tcPr>
          <w:p w14:paraId="13F4B671" w14:textId="77777777" w:rsidR="000772B4" w:rsidRDefault="00746A89">
            <w:r>
              <w:t>Расчётный эффект перевода</w:t>
            </w:r>
          </w:p>
        </w:tc>
        <w:tc>
          <w:tcPr>
            <w:tcW w:w="0" w:type="auto"/>
          </w:tcPr>
          <w:p w14:paraId="2E07D1E9" w14:textId="77777777" w:rsidR="000772B4" w:rsidRPr="00794D67" w:rsidRDefault="00746A89">
            <w:pPr>
              <w:jc w:val="center"/>
              <w:rPr>
                <w:lang w:val="ru-RU"/>
              </w:rPr>
            </w:pPr>
            <w:r w:rsidRPr="00794D67">
              <w:rPr>
                <w:lang w:val="ru-RU"/>
              </w:rPr>
              <w:t>подпитка 2,658 → 0,102 т/ч; резерв ВПУ 2,342 → 4,898 т/ч</w:t>
            </w:r>
          </w:p>
        </w:tc>
      </w:tr>
      <w:tr w:rsidR="000772B4" w:rsidRPr="00C07C05" w14:paraId="5144DB64" w14:textId="77777777">
        <w:trPr>
          <w:cantSplit/>
          <w:jc w:val="center"/>
        </w:trPr>
        <w:tc>
          <w:tcPr>
            <w:tcW w:w="0" w:type="auto"/>
          </w:tcPr>
          <w:p w14:paraId="6A975880" w14:textId="77777777" w:rsidR="000772B4" w:rsidRDefault="00746A89">
            <w:r>
              <w:t>Потребность в расчётах</w:t>
            </w:r>
          </w:p>
        </w:tc>
        <w:tc>
          <w:tcPr>
            <w:tcW w:w="0" w:type="auto"/>
          </w:tcPr>
          <w:p w14:paraId="4B2B255A" w14:textId="77777777" w:rsidR="000772B4" w:rsidRPr="00794D67" w:rsidRDefault="00746A89">
            <w:pPr>
              <w:jc w:val="center"/>
              <w:rPr>
                <w:lang w:val="ru-RU"/>
              </w:rPr>
            </w:pPr>
            <w:r w:rsidRPr="00794D67">
              <w:rPr>
                <w:lang w:val="ru-RU"/>
              </w:rPr>
              <w:t>водный эффект рассчитан; подлежит проверке гидравлическим расчётом на 2026 год</w:t>
            </w:r>
          </w:p>
        </w:tc>
      </w:tr>
      <w:tr w:rsidR="000772B4" w:rsidRPr="00C07C05" w14:paraId="74522F02" w14:textId="77777777">
        <w:trPr>
          <w:cantSplit/>
          <w:jc w:val="center"/>
        </w:trPr>
        <w:tc>
          <w:tcPr>
            <w:tcW w:w="0" w:type="auto"/>
          </w:tcPr>
          <w:p w14:paraId="59A1622B" w14:textId="77777777" w:rsidR="000772B4" w:rsidRDefault="00746A89">
            <w:r>
              <w:t>Капитальные вложения</w:t>
            </w:r>
          </w:p>
        </w:tc>
        <w:tc>
          <w:tcPr>
            <w:tcW w:w="0" w:type="auto"/>
          </w:tcPr>
          <w:p w14:paraId="1F3FF978" w14:textId="77777777" w:rsidR="000772B4" w:rsidRPr="00794D67" w:rsidRDefault="00746A89">
            <w:pPr>
              <w:jc w:val="center"/>
              <w:rPr>
                <w:lang w:val="ru-RU"/>
              </w:rPr>
            </w:pPr>
            <w:r w:rsidRPr="00794D67">
              <w:rPr>
                <w:lang w:val="ru-RU"/>
              </w:rPr>
              <w:t>ранее оценённая стоимость 23</w:t>
            </w:r>
            <w:r>
              <w:t> </w:t>
            </w:r>
            <w:r w:rsidRPr="00794D67">
              <w:rPr>
                <w:lang w:val="ru-RU"/>
              </w:rPr>
              <w:t>479 тыс. руб. в ценах 2021 года без НДС; текущая потребность в капитальных вложениях подлежит определению</w:t>
            </w:r>
          </w:p>
        </w:tc>
      </w:tr>
      <w:tr w:rsidR="000772B4" w14:paraId="3C51BD8E" w14:textId="77777777">
        <w:trPr>
          <w:cantSplit/>
          <w:jc w:val="center"/>
        </w:trPr>
        <w:tc>
          <w:tcPr>
            <w:tcW w:w="0" w:type="auto"/>
          </w:tcPr>
          <w:p w14:paraId="0FE24555" w14:textId="77777777" w:rsidR="000772B4" w:rsidRDefault="00746A89">
            <w:r>
              <w:t>Зависимость от электронной модели</w:t>
            </w:r>
          </w:p>
        </w:tc>
        <w:tc>
          <w:tcPr>
            <w:tcW w:w="0" w:type="auto"/>
          </w:tcPr>
          <w:p w14:paraId="768A8D0A" w14:textId="77777777" w:rsidR="000772B4" w:rsidRDefault="00746A89">
            <w:pPr>
              <w:jc w:val="center"/>
            </w:pPr>
            <w:r>
              <w:t>расчётное моделирование не требуется</w:t>
            </w:r>
          </w:p>
        </w:tc>
      </w:tr>
      <w:tr w:rsidR="000772B4" w:rsidRPr="00C07C05" w14:paraId="68E39855" w14:textId="77777777">
        <w:trPr>
          <w:cantSplit/>
          <w:jc w:val="center"/>
        </w:trPr>
        <w:tc>
          <w:tcPr>
            <w:tcW w:w="0" w:type="auto"/>
          </w:tcPr>
          <w:p w14:paraId="26E1D36B" w14:textId="77777777" w:rsidR="000772B4" w:rsidRDefault="00746A89">
            <w:r>
              <w:t>Взаимодействие с газификацией</w:t>
            </w:r>
          </w:p>
        </w:tc>
        <w:tc>
          <w:tcPr>
            <w:tcW w:w="0" w:type="auto"/>
          </w:tcPr>
          <w:p w14:paraId="407879C0" w14:textId="77777777" w:rsidR="000772B4" w:rsidRPr="00794D67" w:rsidRDefault="00746A89">
            <w:pPr>
              <w:jc w:val="center"/>
              <w:rPr>
                <w:lang w:val="ru-RU"/>
              </w:rPr>
            </w:pPr>
            <w:r>
              <w:t>INDEPENDENT</w:t>
            </w:r>
            <w:r w:rsidRPr="00794D67">
              <w:rPr>
                <w:lang w:val="ru-RU"/>
              </w:rPr>
              <w:t xml:space="preserve"> — мероприятие на стороне потребителя; газификация источника срок уточняется на перевод не влияет</w:t>
            </w:r>
          </w:p>
        </w:tc>
      </w:tr>
      <w:tr w:rsidR="000772B4" w:rsidRPr="00C07C05" w14:paraId="6011C4C3" w14:textId="77777777">
        <w:trPr>
          <w:cantSplit/>
          <w:jc w:val="center"/>
        </w:trPr>
        <w:tc>
          <w:tcPr>
            <w:tcW w:w="0" w:type="auto"/>
          </w:tcPr>
          <w:p w14:paraId="7E57F00F" w14:textId="77777777" w:rsidR="000772B4" w:rsidRDefault="00746A89">
            <w:r>
              <w:t>Принимаемое решение</w:t>
            </w:r>
          </w:p>
        </w:tc>
        <w:tc>
          <w:tcPr>
            <w:tcW w:w="0" w:type="auto"/>
          </w:tcPr>
          <w:p w14:paraId="0EA160F8" w14:textId="77777777" w:rsidR="000772B4" w:rsidRPr="00794D67" w:rsidRDefault="00746A89">
            <w:pPr>
              <w:jc w:val="center"/>
              <w:rPr>
                <w:lang w:val="ru-RU"/>
              </w:rPr>
            </w:pPr>
            <w:r>
              <w:t>DHW</w:t>
            </w:r>
            <w:r w:rsidRPr="00794D67">
              <w:rPr>
                <w:lang w:val="ru-RU"/>
              </w:rPr>
              <w:t>-</w:t>
            </w:r>
            <w:r>
              <w:t>V</w:t>
            </w:r>
            <w:r w:rsidRPr="00794D67">
              <w:rPr>
                <w:lang w:val="ru-RU"/>
              </w:rPr>
              <w:t xml:space="preserve">1, очерёдность </w:t>
            </w:r>
            <w:r>
              <w:t>P</w:t>
            </w:r>
            <w:r w:rsidRPr="00794D67">
              <w:rPr>
                <w:lang w:val="ru-RU"/>
              </w:rPr>
              <w:t>2, период 2031–2036</w:t>
            </w:r>
          </w:p>
        </w:tc>
      </w:tr>
      <w:tr w:rsidR="000772B4" w:rsidRPr="00C07C05" w14:paraId="669412EA" w14:textId="77777777">
        <w:trPr>
          <w:cantSplit/>
          <w:jc w:val="center"/>
        </w:trPr>
        <w:tc>
          <w:tcPr>
            <w:tcW w:w="0" w:type="auto"/>
          </w:tcPr>
          <w:p w14:paraId="24B64F4C" w14:textId="77777777" w:rsidR="000772B4" w:rsidRDefault="00746A89">
            <w:r>
              <w:t>Состояние решения</w:t>
            </w:r>
          </w:p>
        </w:tc>
        <w:tc>
          <w:tcPr>
            <w:tcW w:w="0" w:type="auto"/>
          </w:tcPr>
          <w:p w14:paraId="010CE404"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r>
      <w:tr w:rsidR="000772B4" w14:paraId="75EF068B" w14:textId="77777777">
        <w:trPr>
          <w:cantSplit/>
          <w:jc w:val="center"/>
        </w:trPr>
        <w:tc>
          <w:tcPr>
            <w:tcW w:w="0" w:type="auto"/>
          </w:tcPr>
          <w:p w14:paraId="59A69451" w14:textId="77777777" w:rsidR="000772B4" w:rsidRDefault="00746A89">
            <w:r>
              <w:t>Состояние на 2031 год</w:t>
            </w:r>
          </w:p>
        </w:tc>
        <w:tc>
          <w:tcPr>
            <w:tcW w:w="0" w:type="auto"/>
          </w:tcPr>
          <w:p w14:paraId="6694CFA6" w14:textId="77777777" w:rsidR="000772B4" w:rsidRDefault="00746A89">
            <w:pPr>
              <w:jc w:val="center"/>
            </w:pPr>
            <w:r>
              <w:t>перевод не начат</w:t>
            </w:r>
          </w:p>
        </w:tc>
      </w:tr>
      <w:tr w:rsidR="000772B4" w14:paraId="5CACDA01" w14:textId="77777777">
        <w:trPr>
          <w:cantSplit/>
          <w:jc w:val="center"/>
        </w:trPr>
        <w:tc>
          <w:tcPr>
            <w:tcW w:w="0" w:type="auto"/>
          </w:tcPr>
          <w:p w14:paraId="6DDAEA45" w14:textId="77777777" w:rsidR="000772B4" w:rsidRDefault="00746A89">
            <w:r>
              <w:t>Состояние на 2036 год</w:t>
            </w:r>
          </w:p>
        </w:tc>
        <w:tc>
          <w:tcPr>
            <w:tcW w:w="0" w:type="auto"/>
          </w:tcPr>
          <w:p w14:paraId="025A48F0" w14:textId="77777777" w:rsidR="000772B4" w:rsidRDefault="00746A89">
            <w:pPr>
              <w:jc w:val="center"/>
            </w:pPr>
            <w:r>
              <w:t>закрытая схема</w:t>
            </w:r>
          </w:p>
        </w:tc>
      </w:tr>
    </w:tbl>
    <w:p w14:paraId="6E3448C1" w14:textId="77777777" w:rsidR="000772B4" w:rsidRDefault="000772B4">
      <w:pPr>
        <w:spacing w:after="40"/>
      </w:pPr>
    </w:p>
    <w:p w14:paraId="66D816A3" w14:textId="77777777" w:rsidR="000772B4" w:rsidRPr="00344E69" w:rsidRDefault="00746A89">
      <w:pPr>
        <w:pStyle w:val="31"/>
        <w:rPr>
          <w:sz w:val="28"/>
          <w:szCs w:val="28"/>
          <w:lang w:val="ru-RU"/>
        </w:rPr>
      </w:pPr>
      <w:r w:rsidRPr="00344E69">
        <w:rPr>
          <w:sz w:val="28"/>
          <w:szCs w:val="28"/>
          <w:lang w:val="ru-RU"/>
        </w:rPr>
        <w:t>9.10.7. УПК № 7 Каз (</w:t>
      </w:r>
      <w:r w:rsidRPr="00344E69">
        <w:rPr>
          <w:sz w:val="28"/>
          <w:szCs w:val="28"/>
        </w:rPr>
        <w:t>SYS</w:t>
      </w:r>
      <w:r w:rsidRPr="00344E69">
        <w:rPr>
          <w:sz w:val="28"/>
          <w:szCs w:val="28"/>
          <w:lang w:val="ru-RU"/>
        </w:rPr>
        <w:t>-07, пгт Каз)</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788"/>
        <w:gridCol w:w="6557"/>
      </w:tblGrid>
      <w:tr w:rsidR="000772B4" w14:paraId="75D2733F" w14:textId="77777777">
        <w:trPr>
          <w:cantSplit/>
          <w:tblHeader/>
          <w:jc w:val="center"/>
        </w:trPr>
        <w:tc>
          <w:tcPr>
            <w:tcW w:w="0" w:type="auto"/>
            <w:shd w:val="clear" w:color="auto" w:fill="E2F0D9"/>
          </w:tcPr>
          <w:p w14:paraId="0AE9553E" w14:textId="77777777" w:rsidR="000772B4" w:rsidRDefault="00746A89">
            <w:pPr>
              <w:jc w:val="center"/>
            </w:pPr>
            <w:r>
              <w:rPr>
                <w:b/>
              </w:rPr>
              <w:t>Позиция досье</w:t>
            </w:r>
          </w:p>
        </w:tc>
        <w:tc>
          <w:tcPr>
            <w:tcW w:w="0" w:type="auto"/>
            <w:shd w:val="clear" w:color="auto" w:fill="E2F0D9"/>
          </w:tcPr>
          <w:p w14:paraId="3477DFD3" w14:textId="77777777" w:rsidR="000772B4" w:rsidRDefault="00746A89">
            <w:pPr>
              <w:jc w:val="center"/>
            </w:pPr>
            <w:r>
              <w:rPr>
                <w:b/>
              </w:rPr>
              <w:t>Содержание</w:t>
            </w:r>
          </w:p>
        </w:tc>
      </w:tr>
      <w:tr w:rsidR="000772B4" w:rsidRPr="00C07C05" w14:paraId="59D39EC1" w14:textId="77777777">
        <w:trPr>
          <w:cantSplit/>
          <w:jc w:val="center"/>
        </w:trPr>
        <w:tc>
          <w:tcPr>
            <w:tcW w:w="0" w:type="auto"/>
          </w:tcPr>
          <w:p w14:paraId="259C30AC" w14:textId="77777777" w:rsidR="000772B4" w:rsidRDefault="00746A89">
            <w:r>
              <w:t>Существующая конфигурация</w:t>
            </w:r>
          </w:p>
        </w:tc>
        <w:tc>
          <w:tcPr>
            <w:tcW w:w="0" w:type="auto"/>
          </w:tcPr>
          <w:p w14:paraId="740408D4" w14:textId="77777777" w:rsidR="000772B4" w:rsidRPr="00794D67" w:rsidRDefault="00746A89">
            <w:pPr>
              <w:jc w:val="center"/>
              <w:rPr>
                <w:lang w:val="ru-RU"/>
              </w:rPr>
            </w:pPr>
            <w:r w:rsidRPr="00794D67">
              <w:rPr>
                <w:lang w:val="ru-RU"/>
              </w:rPr>
              <w:t>открытая, сеть двухтрубная, график 130/65 с изломом 65 °</w:t>
            </w:r>
            <w:r>
              <w:t>C</w:t>
            </w:r>
          </w:p>
        </w:tc>
      </w:tr>
      <w:tr w:rsidR="000772B4" w:rsidRPr="00C07C05" w14:paraId="3BCFBA58" w14:textId="77777777">
        <w:trPr>
          <w:cantSplit/>
          <w:jc w:val="center"/>
        </w:trPr>
        <w:tc>
          <w:tcPr>
            <w:tcW w:w="0" w:type="auto"/>
          </w:tcPr>
          <w:p w14:paraId="267E4821" w14:textId="77777777" w:rsidR="000772B4" w:rsidRDefault="00746A89">
            <w:r>
              <w:t>Открытый водоразбор</w:t>
            </w:r>
          </w:p>
        </w:tc>
        <w:tc>
          <w:tcPr>
            <w:tcW w:w="0" w:type="auto"/>
          </w:tcPr>
          <w:p w14:paraId="55A1D0AF" w14:textId="77777777" w:rsidR="000772B4" w:rsidRPr="00794D67" w:rsidRDefault="00746A89">
            <w:pPr>
              <w:jc w:val="center"/>
              <w:rPr>
                <w:lang w:val="ru-RU"/>
              </w:rPr>
            </w:pPr>
            <w:r w:rsidRPr="00794D67">
              <w:rPr>
                <w:lang w:val="ru-RU"/>
              </w:rPr>
              <w:t>76</w:t>
            </w:r>
            <w:r>
              <w:t> </w:t>
            </w:r>
            <w:r w:rsidRPr="00794D67">
              <w:rPr>
                <w:lang w:val="ru-RU"/>
              </w:rPr>
              <w:t>238 т/год, среднечасовой 8,703 т/ч</w:t>
            </w:r>
          </w:p>
        </w:tc>
      </w:tr>
      <w:tr w:rsidR="000772B4" w:rsidRPr="00C07C05" w14:paraId="527C1AB7" w14:textId="77777777">
        <w:trPr>
          <w:cantSplit/>
          <w:jc w:val="center"/>
        </w:trPr>
        <w:tc>
          <w:tcPr>
            <w:tcW w:w="0" w:type="auto"/>
          </w:tcPr>
          <w:p w14:paraId="2B2C839C" w14:textId="77777777" w:rsidR="000772B4" w:rsidRDefault="00746A89">
            <w:r>
              <w:t>Нагрузка горячего водоснабжения</w:t>
            </w:r>
          </w:p>
        </w:tc>
        <w:tc>
          <w:tcPr>
            <w:tcW w:w="0" w:type="auto"/>
          </w:tcPr>
          <w:p w14:paraId="65C1AFA4" w14:textId="77777777" w:rsidR="000772B4" w:rsidRPr="00794D67" w:rsidRDefault="00746A89">
            <w:pPr>
              <w:jc w:val="center"/>
              <w:rPr>
                <w:lang w:val="ru-RU"/>
              </w:rPr>
            </w:pPr>
            <w:r w:rsidRPr="00794D67">
              <w:rPr>
                <w:lang w:val="ru-RU"/>
              </w:rPr>
              <w:t>1,0530 Гкал/ч; расчётный максимально-часовой водоразбор 17,55 м³/ч</w:t>
            </w:r>
          </w:p>
        </w:tc>
      </w:tr>
      <w:tr w:rsidR="000772B4" w14:paraId="34BFCCDD" w14:textId="77777777">
        <w:trPr>
          <w:cantSplit/>
          <w:jc w:val="center"/>
        </w:trPr>
        <w:tc>
          <w:tcPr>
            <w:tcW w:w="0" w:type="auto"/>
          </w:tcPr>
          <w:p w14:paraId="7E19CD25" w14:textId="77777777" w:rsidR="000772B4" w:rsidRDefault="00746A89">
            <w:r>
              <w:t>Отношение α = Qгвс/Qот</w:t>
            </w:r>
          </w:p>
        </w:tc>
        <w:tc>
          <w:tcPr>
            <w:tcW w:w="0" w:type="auto"/>
          </w:tcPr>
          <w:p w14:paraId="3EE00F82" w14:textId="77777777" w:rsidR="000772B4" w:rsidRDefault="00746A89">
            <w:pPr>
              <w:jc w:val="center"/>
            </w:pPr>
            <w:r>
              <w:t>0,0875 — условие α ≤ 0,1 выполняется</w:t>
            </w:r>
          </w:p>
        </w:tc>
      </w:tr>
      <w:tr w:rsidR="000772B4" w14:paraId="375078E9" w14:textId="77777777">
        <w:trPr>
          <w:cantSplit/>
          <w:jc w:val="center"/>
        </w:trPr>
        <w:tc>
          <w:tcPr>
            <w:tcW w:w="0" w:type="auto"/>
          </w:tcPr>
          <w:p w14:paraId="3D22FD92" w14:textId="77777777" w:rsidR="000772B4" w:rsidRDefault="00746A89">
            <w:r>
              <w:t>Тип тепловой сети</w:t>
            </w:r>
          </w:p>
        </w:tc>
        <w:tc>
          <w:tcPr>
            <w:tcW w:w="0" w:type="auto"/>
          </w:tcPr>
          <w:p w14:paraId="0266A83A" w14:textId="77777777" w:rsidR="000772B4" w:rsidRDefault="00746A89">
            <w:pPr>
              <w:jc w:val="center"/>
            </w:pPr>
            <w:r>
              <w:t>двухтрубная</w:t>
            </w:r>
          </w:p>
        </w:tc>
      </w:tr>
      <w:tr w:rsidR="000772B4" w14:paraId="6A92E416" w14:textId="77777777">
        <w:trPr>
          <w:cantSplit/>
          <w:jc w:val="center"/>
        </w:trPr>
        <w:tc>
          <w:tcPr>
            <w:tcW w:w="0" w:type="auto"/>
          </w:tcPr>
          <w:p w14:paraId="253B5332" w14:textId="77777777" w:rsidR="000772B4" w:rsidRDefault="00746A89">
            <w:r>
              <w:t>Установленная мощность источника</w:t>
            </w:r>
          </w:p>
        </w:tc>
        <w:tc>
          <w:tcPr>
            <w:tcW w:w="0" w:type="auto"/>
          </w:tcPr>
          <w:p w14:paraId="6FF379C1" w14:textId="77777777" w:rsidR="000772B4" w:rsidRDefault="00746A89">
            <w:pPr>
              <w:jc w:val="center"/>
            </w:pPr>
            <w:r>
              <w:t>72,00 Гкал/ч</w:t>
            </w:r>
          </w:p>
        </w:tc>
      </w:tr>
      <w:tr w:rsidR="000772B4" w14:paraId="26DD81B0" w14:textId="77777777">
        <w:trPr>
          <w:cantSplit/>
          <w:jc w:val="center"/>
        </w:trPr>
        <w:tc>
          <w:tcPr>
            <w:tcW w:w="0" w:type="auto"/>
          </w:tcPr>
          <w:p w14:paraId="20450D51" w14:textId="77777777" w:rsidR="000772B4" w:rsidRDefault="00746A89">
            <w:r>
              <w:t>Водоподготовительная установка</w:t>
            </w:r>
          </w:p>
        </w:tc>
        <w:tc>
          <w:tcPr>
            <w:tcW w:w="0" w:type="auto"/>
          </w:tcPr>
          <w:p w14:paraId="141C906E" w14:textId="77777777" w:rsidR="000772B4" w:rsidRDefault="00746A89">
            <w:pPr>
              <w:jc w:val="center"/>
            </w:pPr>
            <w:r>
              <w:t>40,0 т/ч</w:t>
            </w:r>
          </w:p>
        </w:tc>
      </w:tr>
      <w:tr w:rsidR="000772B4" w14:paraId="50519EDF" w14:textId="77777777">
        <w:trPr>
          <w:cantSplit/>
          <w:jc w:val="center"/>
        </w:trPr>
        <w:tc>
          <w:tcPr>
            <w:tcW w:w="0" w:type="auto"/>
          </w:tcPr>
          <w:p w14:paraId="1AC4F97B" w14:textId="77777777" w:rsidR="000772B4" w:rsidRDefault="00746A89">
            <w:r>
              <w:t>Баки-аккумуляторы</w:t>
            </w:r>
          </w:p>
        </w:tc>
        <w:tc>
          <w:tcPr>
            <w:tcW w:w="0" w:type="auto"/>
          </w:tcPr>
          <w:p w14:paraId="11A3B489" w14:textId="77777777" w:rsidR="000772B4" w:rsidRDefault="00746A89">
            <w:pPr>
              <w:jc w:val="center"/>
            </w:pPr>
            <w:r>
              <w:t>отсутствуют</w:t>
            </w:r>
          </w:p>
        </w:tc>
      </w:tr>
      <w:tr w:rsidR="000772B4" w14:paraId="509DFED1" w14:textId="77777777">
        <w:trPr>
          <w:cantSplit/>
          <w:jc w:val="center"/>
        </w:trPr>
        <w:tc>
          <w:tcPr>
            <w:tcW w:w="0" w:type="auto"/>
          </w:tcPr>
          <w:p w14:paraId="6648A634" w14:textId="77777777" w:rsidR="000772B4" w:rsidRDefault="00746A89">
            <w:r>
              <w:t>Подпитка тепловой сети</w:t>
            </w:r>
          </w:p>
        </w:tc>
        <w:tc>
          <w:tcPr>
            <w:tcW w:w="0" w:type="auto"/>
          </w:tcPr>
          <w:p w14:paraId="0C1D06E4" w14:textId="77777777" w:rsidR="000772B4" w:rsidRDefault="00746A89">
            <w:pPr>
              <w:jc w:val="center"/>
            </w:pPr>
            <w:r>
              <w:t>12,917 т/ч в 2026 году</w:t>
            </w:r>
          </w:p>
        </w:tc>
      </w:tr>
      <w:tr w:rsidR="000772B4" w:rsidRPr="00C07C05" w14:paraId="5D8204A0" w14:textId="77777777">
        <w:trPr>
          <w:cantSplit/>
          <w:jc w:val="center"/>
        </w:trPr>
        <w:tc>
          <w:tcPr>
            <w:tcW w:w="0" w:type="auto"/>
          </w:tcPr>
          <w:p w14:paraId="58457549" w14:textId="77777777" w:rsidR="000772B4" w:rsidRDefault="00746A89">
            <w:r>
              <w:t>Аварийная подпитка</w:t>
            </w:r>
          </w:p>
        </w:tc>
        <w:tc>
          <w:tcPr>
            <w:tcW w:w="0" w:type="auto"/>
          </w:tcPr>
          <w:p w14:paraId="7BB157CB" w14:textId="77777777" w:rsidR="000772B4" w:rsidRPr="00794D67" w:rsidRDefault="00746A89">
            <w:pPr>
              <w:jc w:val="center"/>
              <w:rPr>
                <w:lang w:val="ru-RU"/>
              </w:rPr>
            </w:pPr>
            <w:r w:rsidRPr="00794D67">
              <w:rPr>
                <w:lang w:val="ru-RU"/>
              </w:rPr>
              <w:t>19,4 т/ч; резерв 20,60 т/ч</w:t>
            </w:r>
          </w:p>
        </w:tc>
      </w:tr>
      <w:tr w:rsidR="000772B4" w:rsidRPr="00C07C05" w14:paraId="7730800F" w14:textId="77777777">
        <w:trPr>
          <w:cantSplit/>
          <w:jc w:val="center"/>
        </w:trPr>
        <w:tc>
          <w:tcPr>
            <w:tcW w:w="0" w:type="auto"/>
          </w:tcPr>
          <w:p w14:paraId="5FF84DF5" w14:textId="77777777" w:rsidR="000772B4" w:rsidRDefault="00746A89">
            <w:r>
              <w:t>Текущие проблемы</w:t>
            </w:r>
          </w:p>
        </w:tc>
        <w:tc>
          <w:tcPr>
            <w:tcW w:w="0" w:type="auto"/>
          </w:tcPr>
          <w:p w14:paraId="53D3960E" w14:textId="77777777" w:rsidR="000772B4" w:rsidRPr="00794D67" w:rsidRDefault="00746A89">
            <w:pPr>
              <w:jc w:val="center"/>
              <w:rPr>
                <w:lang w:val="ru-RU"/>
              </w:rPr>
            </w:pPr>
            <w:r w:rsidRPr="00794D67">
              <w:rPr>
                <w:lang w:val="ru-RU"/>
              </w:rPr>
              <w:t>наибольшая доля нормативных утечек округа — 36 626 из 113 155 т/год; температурный график отличается от остальных систем</w:t>
            </w:r>
          </w:p>
        </w:tc>
      </w:tr>
      <w:tr w:rsidR="000772B4" w:rsidRPr="00C07C05" w14:paraId="4BE6E130" w14:textId="77777777">
        <w:trPr>
          <w:cantSplit/>
          <w:jc w:val="center"/>
        </w:trPr>
        <w:tc>
          <w:tcPr>
            <w:tcW w:w="0" w:type="auto"/>
          </w:tcPr>
          <w:p w14:paraId="1AADABA6" w14:textId="77777777" w:rsidR="000772B4" w:rsidRDefault="00746A89">
            <w:r>
              <w:t>Историческое решение</w:t>
            </w:r>
          </w:p>
        </w:tc>
        <w:tc>
          <w:tcPr>
            <w:tcW w:w="0" w:type="auto"/>
          </w:tcPr>
          <w:p w14:paraId="139EBDDF" w14:textId="77777777" w:rsidR="000772B4" w:rsidRPr="00794D67" w:rsidRDefault="00746A89">
            <w:pPr>
              <w:jc w:val="center"/>
              <w:rPr>
                <w:lang w:val="ru-RU"/>
              </w:rPr>
            </w:pPr>
            <w:r w:rsidRPr="00794D67">
              <w:rPr>
                <w:lang w:val="ru-RU"/>
              </w:rPr>
              <w:t>обосновывающие материалы, глава 9 редакции 2021 года: 110 тепловых пунктов, 38 147 тыс. руб.; полное технико-экономическое обоснование, гидравлический расчёт и предложения по источникам инвестиций</w:t>
            </w:r>
          </w:p>
        </w:tc>
      </w:tr>
      <w:tr w:rsidR="000772B4" w:rsidRPr="00C07C05" w14:paraId="50CF3E97" w14:textId="77777777">
        <w:trPr>
          <w:cantSplit/>
          <w:jc w:val="center"/>
        </w:trPr>
        <w:tc>
          <w:tcPr>
            <w:tcW w:w="0" w:type="auto"/>
          </w:tcPr>
          <w:p w14:paraId="7359CBB8" w14:textId="77777777" w:rsidR="000772B4" w:rsidRDefault="00746A89">
            <w:r>
              <w:t>Применимые варианты</w:t>
            </w:r>
          </w:p>
        </w:tc>
        <w:tc>
          <w:tcPr>
            <w:tcW w:w="0" w:type="auto"/>
          </w:tcPr>
          <w:p w14:paraId="56E95784" w14:textId="77777777" w:rsidR="000772B4" w:rsidRPr="00794D67" w:rsidRDefault="00746A89">
            <w:pPr>
              <w:jc w:val="center"/>
              <w:rPr>
                <w:lang w:val="ru-RU"/>
              </w:rPr>
            </w:pPr>
            <w:r>
              <w:t>DHW</w:t>
            </w:r>
            <w:r w:rsidRPr="00794D67">
              <w:rPr>
                <w:lang w:val="ru-RU"/>
              </w:rPr>
              <w:t>-</w:t>
            </w:r>
            <w:r>
              <w:t>V</w:t>
            </w:r>
            <w:r w:rsidRPr="00794D67">
              <w:rPr>
                <w:lang w:val="ru-RU"/>
              </w:rPr>
              <w:t xml:space="preserve">1 — предпочтителен; </w:t>
            </w:r>
            <w:r>
              <w:t>DHW</w:t>
            </w:r>
            <w:r w:rsidRPr="00794D67">
              <w:rPr>
                <w:lang w:val="ru-RU"/>
              </w:rPr>
              <w:t>-</w:t>
            </w:r>
            <w:r>
              <w:t>V</w:t>
            </w:r>
            <w:r w:rsidRPr="00794D67">
              <w:rPr>
                <w:lang w:val="ru-RU"/>
              </w:rPr>
              <w:t xml:space="preserve">2 неприменимо по масштабу и рассредоточенности нагрузки; </w:t>
            </w:r>
            <w:r>
              <w:t>DHW</w:t>
            </w:r>
            <w:r w:rsidRPr="00794D67">
              <w:rPr>
                <w:lang w:val="ru-RU"/>
              </w:rPr>
              <w:t>-</w:t>
            </w:r>
            <w:r>
              <w:t>V</w:t>
            </w:r>
            <w:r w:rsidRPr="00794D67">
              <w:rPr>
                <w:lang w:val="ru-RU"/>
              </w:rPr>
              <w:t>0 отклонён законом</w:t>
            </w:r>
          </w:p>
        </w:tc>
      </w:tr>
      <w:tr w:rsidR="000772B4" w:rsidRPr="00C07C05" w14:paraId="4030886F" w14:textId="77777777">
        <w:trPr>
          <w:cantSplit/>
          <w:jc w:val="center"/>
        </w:trPr>
        <w:tc>
          <w:tcPr>
            <w:tcW w:w="0" w:type="auto"/>
          </w:tcPr>
          <w:p w14:paraId="39A10651" w14:textId="77777777" w:rsidR="000772B4" w:rsidRDefault="00746A89">
            <w:r>
              <w:t>Расчётный эффект перевода</w:t>
            </w:r>
          </w:p>
        </w:tc>
        <w:tc>
          <w:tcPr>
            <w:tcW w:w="0" w:type="auto"/>
          </w:tcPr>
          <w:p w14:paraId="717C14A2" w14:textId="77777777" w:rsidR="000772B4" w:rsidRPr="00794D67" w:rsidRDefault="00746A89">
            <w:pPr>
              <w:jc w:val="center"/>
              <w:rPr>
                <w:lang w:val="ru-RU"/>
              </w:rPr>
            </w:pPr>
            <w:r w:rsidRPr="00794D67">
              <w:rPr>
                <w:lang w:val="ru-RU"/>
              </w:rPr>
              <w:t>подпитка 12,917 → 4,214 т/ч; резерв ВПУ 27,083 → 35,786 т/ч</w:t>
            </w:r>
          </w:p>
        </w:tc>
      </w:tr>
      <w:tr w:rsidR="000772B4" w:rsidRPr="00C07C05" w14:paraId="54DDEBC7" w14:textId="77777777">
        <w:trPr>
          <w:cantSplit/>
          <w:jc w:val="center"/>
        </w:trPr>
        <w:tc>
          <w:tcPr>
            <w:tcW w:w="0" w:type="auto"/>
          </w:tcPr>
          <w:p w14:paraId="20EECE49" w14:textId="77777777" w:rsidR="000772B4" w:rsidRDefault="00746A89">
            <w:r>
              <w:t>Потребность в расчётах</w:t>
            </w:r>
          </w:p>
        </w:tc>
        <w:tc>
          <w:tcPr>
            <w:tcW w:w="0" w:type="auto"/>
          </w:tcPr>
          <w:p w14:paraId="046C96B2" w14:textId="77777777" w:rsidR="000772B4" w:rsidRPr="00794D67" w:rsidRDefault="00746A89">
            <w:pPr>
              <w:jc w:val="center"/>
              <w:rPr>
                <w:lang w:val="ru-RU"/>
              </w:rPr>
            </w:pPr>
            <w:r w:rsidRPr="00794D67">
              <w:rPr>
                <w:lang w:val="ru-RU"/>
              </w:rPr>
              <w:t>водный эффект рассчитан; подлежит проверке гидравлическим расчётом на 2026 год</w:t>
            </w:r>
          </w:p>
        </w:tc>
      </w:tr>
      <w:tr w:rsidR="000772B4" w:rsidRPr="00C07C05" w14:paraId="73FBB734" w14:textId="77777777">
        <w:trPr>
          <w:cantSplit/>
          <w:jc w:val="center"/>
        </w:trPr>
        <w:tc>
          <w:tcPr>
            <w:tcW w:w="0" w:type="auto"/>
          </w:tcPr>
          <w:p w14:paraId="60AB0536" w14:textId="77777777" w:rsidR="000772B4" w:rsidRDefault="00746A89">
            <w:r>
              <w:t>Капитальные вложения</w:t>
            </w:r>
          </w:p>
        </w:tc>
        <w:tc>
          <w:tcPr>
            <w:tcW w:w="0" w:type="auto"/>
          </w:tcPr>
          <w:p w14:paraId="1BF3D33E" w14:textId="77777777" w:rsidR="000772B4" w:rsidRPr="00794D67" w:rsidRDefault="00746A89">
            <w:pPr>
              <w:jc w:val="center"/>
              <w:rPr>
                <w:lang w:val="ru-RU"/>
              </w:rPr>
            </w:pPr>
            <w:r w:rsidRPr="00794D67">
              <w:rPr>
                <w:lang w:val="ru-RU"/>
              </w:rPr>
              <w:t>ранее оценённая стоимость 38</w:t>
            </w:r>
            <w:r>
              <w:t> </w:t>
            </w:r>
            <w:r w:rsidRPr="00794D67">
              <w:rPr>
                <w:lang w:val="ru-RU"/>
              </w:rPr>
              <w:t>147 тыс. руб. в ценах 2021 года без НДС; текущая потребность в капитальных вложениях подлежит определению</w:t>
            </w:r>
          </w:p>
        </w:tc>
      </w:tr>
      <w:tr w:rsidR="000772B4" w14:paraId="537275BE" w14:textId="77777777">
        <w:trPr>
          <w:cantSplit/>
          <w:jc w:val="center"/>
        </w:trPr>
        <w:tc>
          <w:tcPr>
            <w:tcW w:w="0" w:type="auto"/>
          </w:tcPr>
          <w:p w14:paraId="1AB04340" w14:textId="77777777" w:rsidR="000772B4" w:rsidRDefault="00746A89">
            <w:r>
              <w:t>Зависимость от электронной модели</w:t>
            </w:r>
          </w:p>
        </w:tc>
        <w:tc>
          <w:tcPr>
            <w:tcW w:w="0" w:type="auto"/>
          </w:tcPr>
          <w:p w14:paraId="77109D60" w14:textId="77777777" w:rsidR="000772B4" w:rsidRDefault="00746A89">
            <w:pPr>
              <w:jc w:val="center"/>
            </w:pPr>
            <w:r>
              <w:t>расчётное моделирование рекомендуется</w:t>
            </w:r>
          </w:p>
        </w:tc>
      </w:tr>
      <w:tr w:rsidR="000772B4" w:rsidRPr="00C07C05" w14:paraId="09C96227" w14:textId="77777777">
        <w:trPr>
          <w:cantSplit/>
          <w:jc w:val="center"/>
        </w:trPr>
        <w:tc>
          <w:tcPr>
            <w:tcW w:w="0" w:type="auto"/>
          </w:tcPr>
          <w:p w14:paraId="691BDC41" w14:textId="77777777" w:rsidR="000772B4" w:rsidRDefault="00746A89">
            <w:r>
              <w:t>Взаимодействие с газификацией</w:t>
            </w:r>
          </w:p>
        </w:tc>
        <w:tc>
          <w:tcPr>
            <w:tcW w:w="0" w:type="auto"/>
          </w:tcPr>
          <w:p w14:paraId="6CDD8878" w14:textId="77777777" w:rsidR="000772B4" w:rsidRPr="00794D67" w:rsidRDefault="00746A89">
            <w:pPr>
              <w:jc w:val="center"/>
              <w:rPr>
                <w:lang w:val="ru-RU"/>
              </w:rPr>
            </w:pPr>
            <w:r>
              <w:t>INDEPENDENT</w:t>
            </w:r>
            <w:r w:rsidRPr="00794D67">
              <w:rPr>
                <w:lang w:val="ru-RU"/>
              </w:rPr>
              <w:t xml:space="preserve"> — мероприятие на стороне потребителя; газификация источника 2034 на перевод не влияет</w:t>
            </w:r>
          </w:p>
        </w:tc>
      </w:tr>
      <w:tr w:rsidR="000772B4" w:rsidRPr="00C07C05" w14:paraId="53EF1403" w14:textId="77777777">
        <w:trPr>
          <w:cantSplit/>
          <w:jc w:val="center"/>
        </w:trPr>
        <w:tc>
          <w:tcPr>
            <w:tcW w:w="0" w:type="auto"/>
          </w:tcPr>
          <w:p w14:paraId="0DC71DB4" w14:textId="77777777" w:rsidR="000772B4" w:rsidRDefault="00746A89">
            <w:r>
              <w:t>Принимаемое решение</w:t>
            </w:r>
          </w:p>
        </w:tc>
        <w:tc>
          <w:tcPr>
            <w:tcW w:w="0" w:type="auto"/>
          </w:tcPr>
          <w:p w14:paraId="2ACB4A53" w14:textId="77777777" w:rsidR="000772B4" w:rsidRPr="00794D67" w:rsidRDefault="00746A89">
            <w:pPr>
              <w:jc w:val="center"/>
              <w:rPr>
                <w:lang w:val="ru-RU"/>
              </w:rPr>
            </w:pPr>
            <w:r>
              <w:t>DHW</w:t>
            </w:r>
            <w:r w:rsidRPr="00794D67">
              <w:rPr>
                <w:lang w:val="ru-RU"/>
              </w:rPr>
              <w:t>-</w:t>
            </w:r>
            <w:r>
              <w:t>V</w:t>
            </w:r>
            <w:r w:rsidRPr="00794D67">
              <w:rPr>
                <w:lang w:val="ru-RU"/>
              </w:rPr>
              <w:t xml:space="preserve">1, очерёдность </w:t>
            </w:r>
            <w:r>
              <w:t>P</w:t>
            </w:r>
            <w:r w:rsidRPr="00794D67">
              <w:rPr>
                <w:lang w:val="ru-RU"/>
              </w:rPr>
              <w:t>1, период 2027–2031</w:t>
            </w:r>
          </w:p>
        </w:tc>
      </w:tr>
      <w:tr w:rsidR="000772B4" w:rsidRPr="00C07C05" w14:paraId="5F2D46AD" w14:textId="77777777">
        <w:trPr>
          <w:cantSplit/>
          <w:jc w:val="center"/>
        </w:trPr>
        <w:tc>
          <w:tcPr>
            <w:tcW w:w="0" w:type="auto"/>
          </w:tcPr>
          <w:p w14:paraId="15DFAA55" w14:textId="77777777" w:rsidR="000772B4" w:rsidRDefault="00746A89">
            <w:r>
              <w:t>Состояние решения</w:t>
            </w:r>
          </w:p>
        </w:tc>
        <w:tc>
          <w:tcPr>
            <w:tcW w:w="0" w:type="auto"/>
          </w:tcPr>
          <w:p w14:paraId="4096404B"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r>
      <w:tr w:rsidR="000772B4" w14:paraId="1AF282A0" w14:textId="77777777">
        <w:trPr>
          <w:cantSplit/>
          <w:jc w:val="center"/>
        </w:trPr>
        <w:tc>
          <w:tcPr>
            <w:tcW w:w="0" w:type="auto"/>
          </w:tcPr>
          <w:p w14:paraId="66FD34FC" w14:textId="77777777" w:rsidR="000772B4" w:rsidRDefault="00746A89">
            <w:r>
              <w:t>Состояние на 2031 год</w:t>
            </w:r>
          </w:p>
        </w:tc>
        <w:tc>
          <w:tcPr>
            <w:tcW w:w="0" w:type="auto"/>
          </w:tcPr>
          <w:p w14:paraId="1AE69518" w14:textId="77777777" w:rsidR="000772B4" w:rsidRDefault="00746A89">
            <w:pPr>
              <w:jc w:val="center"/>
            </w:pPr>
            <w:r>
              <w:t>перевод выполнен</w:t>
            </w:r>
          </w:p>
        </w:tc>
      </w:tr>
      <w:tr w:rsidR="000772B4" w14:paraId="49B00791" w14:textId="77777777">
        <w:trPr>
          <w:cantSplit/>
          <w:jc w:val="center"/>
        </w:trPr>
        <w:tc>
          <w:tcPr>
            <w:tcW w:w="0" w:type="auto"/>
          </w:tcPr>
          <w:p w14:paraId="648A03D9" w14:textId="77777777" w:rsidR="000772B4" w:rsidRDefault="00746A89">
            <w:r>
              <w:t>Состояние на 2036 год</w:t>
            </w:r>
          </w:p>
        </w:tc>
        <w:tc>
          <w:tcPr>
            <w:tcW w:w="0" w:type="auto"/>
          </w:tcPr>
          <w:p w14:paraId="1DC27FDD" w14:textId="77777777" w:rsidR="000772B4" w:rsidRDefault="00746A89">
            <w:pPr>
              <w:jc w:val="center"/>
            </w:pPr>
            <w:r>
              <w:t>закрытая схема</w:t>
            </w:r>
          </w:p>
        </w:tc>
      </w:tr>
    </w:tbl>
    <w:p w14:paraId="011F2E0E" w14:textId="77777777" w:rsidR="000772B4" w:rsidRDefault="000772B4">
      <w:pPr>
        <w:spacing w:after="40"/>
      </w:pPr>
    </w:p>
    <w:p w14:paraId="2436838A" w14:textId="77777777" w:rsidR="000772B4" w:rsidRPr="00344E69" w:rsidRDefault="00746A89">
      <w:pPr>
        <w:pStyle w:val="31"/>
        <w:rPr>
          <w:sz w:val="28"/>
          <w:szCs w:val="28"/>
        </w:rPr>
      </w:pPr>
      <w:r w:rsidRPr="00344E69">
        <w:rPr>
          <w:sz w:val="28"/>
          <w:szCs w:val="28"/>
        </w:rPr>
        <w:t>9.10.8. УПК № 8 Мундыбаш (SYS-08, пгт Мундыбаш)</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938"/>
        <w:gridCol w:w="6407"/>
      </w:tblGrid>
      <w:tr w:rsidR="000772B4" w14:paraId="2A879729" w14:textId="77777777">
        <w:trPr>
          <w:cantSplit/>
          <w:tblHeader/>
          <w:jc w:val="center"/>
        </w:trPr>
        <w:tc>
          <w:tcPr>
            <w:tcW w:w="0" w:type="auto"/>
            <w:shd w:val="clear" w:color="auto" w:fill="E2F0D9"/>
          </w:tcPr>
          <w:p w14:paraId="5A60FE4E" w14:textId="77777777" w:rsidR="000772B4" w:rsidRDefault="00746A89">
            <w:pPr>
              <w:jc w:val="center"/>
            </w:pPr>
            <w:r>
              <w:rPr>
                <w:b/>
              </w:rPr>
              <w:t>Позиция досье</w:t>
            </w:r>
          </w:p>
        </w:tc>
        <w:tc>
          <w:tcPr>
            <w:tcW w:w="0" w:type="auto"/>
            <w:shd w:val="clear" w:color="auto" w:fill="E2F0D9"/>
          </w:tcPr>
          <w:p w14:paraId="5608CC04" w14:textId="77777777" w:rsidR="000772B4" w:rsidRDefault="00746A89">
            <w:pPr>
              <w:jc w:val="center"/>
            </w:pPr>
            <w:r>
              <w:rPr>
                <w:b/>
              </w:rPr>
              <w:t>Содержание</w:t>
            </w:r>
          </w:p>
        </w:tc>
      </w:tr>
      <w:tr w:rsidR="000772B4" w:rsidRPr="00C07C05" w14:paraId="0BE3855C" w14:textId="77777777">
        <w:trPr>
          <w:cantSplit/>
          <w:jc w:val="center"/>
        </w:trPr>
        <w:tc>
          <w:tcPr>
            <w:tcW w:w="0" w:type="auto"/>
          </w:tcPr>
          <w:p w14:paraId="2EBED457" w14:textId="77777777" w:rsidR="000772B4" w:rsidRDefault="00746A89">
            <w:r>
              <w:t>Существующая конфигурация</w:t>
            </w:r>
          </w:p>
        </w:tc>
        <w:tc>
          <w:tcPr>
            <w:tcW w:w="0" w:type="auto"/>
          </w:tcPr>
          <w:p w14:paraId="69E4DC47" w14:textId="77777777" w:rsidR="000772B4" w:rsidRPr="00794D67" w:rsidRDefault="00746A89">
            <w:pPr>
              <w:jc w:val="center"/>
              <w:rPr>
                <w:lang w:val="ru-RU"/>
              </w:rPr>
            </w:pPr>
            <w:r w:rsidRPr="00794D67">
              <w:rPr>
                <w:lang w:val="ru-RU"/>
              </w:rPr>
              <w:t>смешанная, сеть двухтрубная, график 95/70 с изломом 60 °</w:t>
            </w:r>
            <w:r>
              <w:t>C</w:t>
            </w:r>
          </w:p>
        </w:tc>
      </w:tr>
      <w:tr w:rsidR="000772B4" w:rsidRPr="00C07C05" w14:paraId="28F6C6CA" w14:textId="77777777">
        <w:trPr>
          <w:cantSplit/>
          <w:jc w:val="center"/>
        </w:trPr>
        <w:tc>
          <w:tcPr>
            <w:tcW w:w="0" w:type="auto"/>
          </w:tcPr>
          <w:p w14:paraId="327FCDAD" w14:textId="77777777" w:rsidR="000772B4" w:rsidRDefault="00746A89">
            <w:r>
              <w:t>Открытый водоразбор</w:t>
            </w:r>
          </w:p>
        </w:tc>
        <w:tc>
          <w:tcPr>
            <w:tcW w:w="0" w:type="auto"/>
          </w:tcPr>
          <w:p w14:paraId="6C02229D" w14:textId="77777777" w:rsidR="000772B4" w:rsidRPr="00794D67" w:rsidRDefault="00746A89">
            <w:pPr>
              <w:jc w:val="center"/>
              <w:rPr>
                <w:lang w:val="ru-RU"/>
              </w:rPr>
            </w:pPr>
            <w:r w:rsidRPr="00794D67">
              <w:rPr>
                <w:lang w:val="ru-RU"/>
              </w:rPr>
              <w:t>62</w:t>
            </w:r>
            <w:r>
              <w:t> </w:t>
            </w:r>
            <w:r w:rsidRPr="00794D67">
              <w:rPr>
                <w:lang w:val="ru-RU"/>
              </w:rPr>
              <w:t>183 т/год, среднечасовой 7,099 т/ч</w:t>
            </w:r>
          </w:p>
        </w:tc>
      </w:tr>
      <w:tr w:rsidR="000772B4" w:rsidRPr="00C07C05" w14:paraId="549085FF" w14:textId="77777777">
        <w:trPr>
          <w:cantSplit/>
          <w:jc w:val="center"/>
        </w:trPr>
        <w:tc>
          <w:tcPr>
            <w:tcW w:w="0" w:type="auto"/>
          </w:tcPr>
          <w:p w14:paraId="1E3500A3" w14:textId="77777777" w:rsidR="000772B4" w:rsidRDefault="00746A89">
            <w:r>
              <w:t>Нагрузка горячего водоснабжения</w:t>
            </w:r>
          </w:p>
        </w:tc>
        <w:tc>
          <w:tcPr>
            <w:tcW w:w="0" w:type="auto"/>
          </w:tcPr>
          <w:p w14:paraId="72662B1A" w14:textId="77777777" w:rsidR="000772B4" w:rsidRPr="00794D67" w:rsidRDefault="00746A89">
            <w:pPr>
              <w:jc w:val="center"/>
              <w:rPr>
                <w:lang w:val="ru-RU"/>
              </w:rPr>
            </w:pPr>
            <w:r w:rsidRPr="00794D67">
              <w:rPr>
                <w:lang w:val="ru-RU"/>
              </w:rPr>
              <w:t>0,8190 Гкал/ч; расчётный максимально-часовой водоразбор 14,89 м³/ч</w:t>
            </w:r>
          </w:p>
        </w:tc>
      </w:tr>
      <w:tr w:rsidR="000772B4" w14:paraId="2B179062" w14:textId="77777777">
        <w:trPr>
          <w:cantSplit/>
          <w:jc w:val="center"/>
        </w:trPr>
        <w:tc>
          <w:tcPr>
            <w:tcW w:w="0" w:type="auto"/>
          </w:tcPr>
          <w:p w14:paraId="477163B9" w14:textId="77777777" w:rsidR="000772B4" w:rsidRDefault="00746A89">
            <w:r>
              <w:t>Отношение α = Qгвс/Qот</w:t>
            </w:r>
          </w:p>
        </w:tc>
        <w:tc>
          <w:tcPr>
            <w:tcW w:w="0" w:type="auto"/>
          </w:tcPr>
          <w:p w14:paraId="640B931C" w14:textId="77777777" w:rsidR="000772B4" w:rsidRDefault="00746A89">
            <w:pPr>
              <w:jc w:val="center"/>
            </w:pPr>
            <w:r>
              <w:t>0,0519 — условие α ≤ 0,1 выполняется</w:t>
            </w:r>
          </w:p>
        </w:tc>
      </w:tr>
      <w:tr w:rsidR="000772B4" w14:paraId="7BD0A224" w14:textId="77777777">
        <w:trPr>
          <w:cantSplit/>
          <w:jc w:val="center"/>
        </w:trPr>
        <w:tc>
          <w:tcPr>
            <w:tcW w:w="0" w:type="auto"/>
          </w:tcPr>
          <w:p w14:paraId="420AD911" w14:textId="77777777" w:rsidR="000772B4" w:rsidRDefault="00746A89">
            <w:r>
              <w:t>Тип тепловой сети</w:t>
            </w:r>
          </w:p>
        </w:tc>
        <w:tc>
          <w:tcPr>
            <w:tcW w:w="0" w:type="auto"/>
          </w:tcPr>
          <w:p w14:paraId="3536365F" w14:textId="77777777" w:rsidR="000772B4" w:rsidRDefault="00746A89">
            <w:pPr>
              <w:jc w:val="center"/>
            </w:pPr>
            <w:r>
              <w:t>двухтрубная</w:t>
            </w:r>
          </w:p>
        </w:tc>
      </w:tr>
      <w:tr w:rsidR="000772B4" w14:paraId="0AE7CFF6" w14:textId="77777777">
        <w:trPr>
          <w:cantSplit/>
          <w:jc w:val="center"/>
        </w:trPr>
        <w:tc>
          <w:tcPr>
            <w:tcW w:w="0" w:type="auto"/>
          </w:tcPr>
          <w:p w14:paraId="0DE931CC" w14:textId="77777777" w:rsidR="000772B4" w:rsidRDefault="00746A89">
            <w:r>
              <w:t>Установленная мощность источника</w:t>
            </w:r>
          </w:p>
        </w:tc>
        <w:tc>
          <w:tcPr>
            <w:tcW w:w="0" w:type="auto"/>
          </w:tcPr>
          <w:p w14:paraId="4628162E" w14:textId="77777777" w:rsidR="000772B4" w:rsidRDefault="00746A89">
            <w:pPr>
              <w:jc w:val="center"/>
            </w:pPr>
            <w:r>
              <w:t>36,00 Гкал/ч</w:t>
            </w:r>
          </w:p>
        </w:tc>
      </w:tr>
      <w:tr w:rsidR="000772B4" w14:paraId="726E36DE" w14:textId="77777777">
        <w:trPr>
          <w:cantSplit/>
          <w:jc w:val="center"/>
        </w:trPr>
        <w:tc>
          <w:tcPr>
            <w:tcW w:w="0" w:type="auto"/>
          </w:tcPr>
          <w:p w14:paraId="7A21BD65" w14:textId="77777777" w:rsidR="000772B4" w:rsidRDefault="00746A89">
            <w:r>
              <w:t>Водоподготовительная установка</w:t>
            </w:r>
          </w:p>
        </w:tc>
        <w:tc>
          <w:tcPr>
            <w:tcW w:w="0" w:type="auto"/>
          </w:tcPr>
          <w:p w14:paraId="7B6BD242" w14:textId="77777777" w:rsidR="000772B4" w:rsidRDefault="00746A89">
            <w:pPr>
              <w:jc w:val="center"/>
            </w:pPr>
            <w:r>
              <w:t>60,0 т/ч</w:t>
            </w:r>
          </w:p>
        </w:tc>
      </w:tr>
      <w:tr w:rsidR="000772B4" w14:paraId="4B2FB3C8" w14:textId="77777777">
        <w:trPr>
          <w:cantSplit/>
          <w:jc w:val="center"/>
        </w:trPr>
        <w:tc>
          <w:tcPr>
            <w:tcW w:w="0" w:type="auto"/>
          </w:tcPr>
          <w:p w14:paraId="093BDD76" w14:textId="77777777" w:rsidR="000772B4" w:rsidRDefault="00746A89">
            <w:r>
              <w:t>Баки-аккумуляторы</w:t>
            </w:r>
          </w:p>
        </w:tc>
        <w:tc>
          <w:tcPr>
            <w:tcW w:w="0" w:type="auto"/>
          </w:tcPr>
          <w:p w14:paraId="58ABA041" w14:textId="77777777" w:rsidR="000772B4" w:rsidRDefault="00746A89">
            <w:pPr>
              <w:jc w:val="center"/>
            </w:pPr>
            <w:r>
              <w:t>1 ед., 190 м³</w:t>
            </w:r>
          </w:p>
        </w:tc>
      </w:tr>
      <w:tr w:rsidR="000772B4" w:rsidRPr="00C07C05" w14:paraId="186F16EF" w14:textId="77777777">
        <w:trPr>
          <w:cantSplit/>
          <w:jc w:val="center"/>
        </w:trPr>
        <w:tc>
          <w:tcPr>
            <w:tcW w:w="0" w:type="auto"/>
          </w:tcPr>
          <w:p w14:paraId="0010D527" w14:textId="77777777" w:rsidR="000772B4" w:rsidRDefault="00746A89">
            <w:r>
              <w:t>Подпитка тепловой сети</w:t>
            </w:r>
          </w:p>
        </w:tc>
        <w:tc>
          <w:tcPr>
            <w:tcW w:w="0" w:type="auto"/>
          </w:tcPr>
          <w:p w14:paraId="20CDF650" w14:textId="77777777" w:rsidR="000772B4" w:rsidRPr="00794D67" w:rsidRDefault="00746A89">
            <w:pPr>
              <w:jc w:val="center"/>
              <w:rPr>
                <w:lang w:val="ru-RU"/>
              </w:rPr>
            </w:pPr>
            <w:r w:rsidRPr="00794D67">
              <w:rPr>
                <w:lang w:val="ru-RU"/>
              </w:rPr>
              <w:t>7,925 т/ч в 2026 году, 7,925 т/ч в 2031 и 2036 годах</w:t>
            </w:r>
          </w:p>
        </w:tc>
      </w:tr>
      <w:tr w:rsidR="000772B4" w:rsidRPr="00C07C05" w14:paraId="5EE4B32E" w14:textId="77777777">
        <w:trPr>
          <w:cantSplit/>
          <w:jc w:val="center"/>
        </w:trPr>
        <w:tc>
          <w:tcPr>
            <w:tcW w:w="0" w:type="auto"/>
          </w:tcPr>
          <w:p w14:paraId="78CF94F4" w14:textId="77777777" w:rsidR="000772B4" w:rsidRDefault="00746A89">
            <w:r>
              <w:t>Аварийная подпитка</w:t>
            </w:r>
          </w:p>
        </w:tc>
        <w:tc>
          <w:tcPr>
            <w:tcW w:w="0" w:type="auto"/>
          </w:tcPr>
          <w:p w14:paraId="4E925571" w14:textId="77777777" w:rsidR="000772B4" w:rsidRPr="00794D67" w:rsidRDefault="00746A89">
            <w:pPr>
              <w:jc w:val="center"/>
              <w:rPr>
                <w:lang w:val="ru-RU"/>
              </w:rPr>
            </w:pPr>
            <w:r w:rsidRPr="00794D67">
              <w:rPr>
                <w:lang w:val="ru-RU"/>
              </w:rPr>
              <w:t>7,2 т/ч; резерв 52,80 т/ч</w:t>
            </w:r>
          </w:p>
        </w:tc>
      </w:tr>
      <w:tr w:rsidR="000772B4" w:rsidRPr="00C07C05" w14:paraId="25418633" w14:textId="77777777">
        <w:trPr>
          <w:cantSplit/>
          <w:jc w:val="center"/>
        </w:trPr>
        <w:tc>
          <w:tcPr>
            <w:tcW w:w="0" w:type="auto"/>
          </w:tcPr>
          <w:p w14:paraId="06BAD178" w14:textId="77777777" w:rsidR="000772B4" w:rsidRDefault="00746A89">
            <w:r>
              <w:t>Текущие проблемы</w:t>
            </w:r>
          </w:p>
        </w:tc>
        <w:tc>
          <w:tcPr>
            <w:tcW w:w="0" w:type="auto"/>
          </w:tcPr>
          <w:p w14:paraId="48028F55" w14:textId="77777777" w:rsidR="000772B4" w:rsidRPr="00794D67" w:rsidRDefault="00746A89">
            <w:pPr>
              <w:jc w:val="center"/>
              <w:rPr>
                <w:lang w:val="ru-RU"/>
              </w:rPr>
            </w:pPr>
            <w:r w:rsidRPr="00794D67">
              <w:rPr>
                <w:lang w:val="ru-RU"/>
              </w:rPr>
              <w:t>смешанное приготовление: доля открытой составляющей в нагрузке 0,819 Гкал/ч не выделена</w:t>
            </w:r>
          </w:p>
        </w:tc>
      </w:tr>
      <w:tr w:rsidR="000772B4" w:rsidRPr="00C07C05" w14:paraId="4BB1F2AA" w14:textId="77777777">
        <w:trPr>
          <w:cantSplit/>
          <w:jc w:val="center"/>
        </w:trPr>
        <w:tc>
          <w:tcPr>
            <w:tcW w:w="0" w:type="auto"/>
          </w:tcPr>
          <w:p w14:paraId="5DC60F98" w14:textId="77777777" w:rsidR="000772B4" w:rsidRDefault="00746A89">
            <w:r>
              <w:t>Историческое решение</w:t>
            </w:r>
          </w:p>
        </w:tc>
        <w:tc>
          <w:tcPr>
            <w:tcW w:w="0" w:type="auto"/>
          </w:tcPr>
          <w:p w14:paraId="1251157C" w14:textId="77777777" w:rsidR="000772B4" w:rsidRPr="00794D67" w:rsidRDefault="00746A89">
            <w:pPr>
              <w:jc w:val="center"/>
              <w:rPr>
                <w:lang w:val="ru-RU"/>
              </w:rPr>
            </w:pPr>
            <w:r w:rsidRPr="00794D67">
              <w:rPr>
                <w:lang w:val="ru-RU"/>
              </w:rPr>
              <w:t>утверждаемая часть схемы Мундыбашского городского поселения 2021 года: 73 тепловых пункта, 25 103 тыс. руб.</w:t>
            </w:r>
          </w:p>
        </w:tc>
      </w:tr>
      <w:tr w:rsidR="000772B4" w:rsidRPr="00C07C05" w14:paraId="22E7B3F5" w14:textId="77777777">
        <w:trPr>
          <w:cantSplit/>
          <w:jc w:val="center"/>
        </w:trPr>
        <w:tc>
          <w:tcPr>
            <w:tcW w:w="0" w:type="auto"/>
          </w:tcPr>
          <w:p w14:paraId="04B73B94" w14:textId="77777777" w:rsidR="000772B4" w:rsidRDefault="00746A89">
            <w:r>
              <w:t>Применимые варианты</w:t>
            </w:r>
          </w:p>
        </w:tc>
        <w:tc>
          <w:tcPr>
            <w:tcW w:w="0" w:type="auto"/>
          </w:tcPr>
          <w:p w14:paraId="04754BC0" w14:textId="77777777" w:rsidR="000772B4" w:rsidRPr="00794D67" w:rsidRDefault="00746A89">
            <w:pPr>
              <w:jc w:val="center"/>
              <w:rPr>
                <w:lang w:val="ru-RU"/>
              </w:rPr>
            </w:pPr>
            <w:r>
              <w:t>DHW</w:t>
            </w:r>
            <w:r w:rsidRPr="00794D67">
              <w:rPr>
                <w:lang w:val="ru-RU"/>
              </w:rPr>
              <w:t>-</w:t>
            </w:r>
            <w:r>
              <w:t>V</w:t>
            </w:r>
            <w:r w:rsidRPr="00794D67">
              <w:rPr>
                <w:lang w:val="ru-RU"/>
              </w:rPr>
              <w:t xml:space="preserve">1 — предпочтителен; </w:t>
            </w:r>
            <w:r>
              <w:t>DHW</w:t>
            </w:r>
            <w:r w:rsidRPr="00794D67">
              <w:rPr>
                <w:lang w:val="ru-RU"/>
              </w:rPr>
              <w:t>-</w:t>
            </w:r>
            <w:r>
              <w:t>V</w:t>
            </w:r>
            <w:r w:rsidRPr="00794D67">
              <w:rPr>
                <w:lang w:val="ru-RU"/>
              </w:rPr>
              <w:t xml:space="preserve">2 неприменимо по масштабу и рассредоточенности нагрузки; </w:t>
            </w:r>
            <w:r>
              <w:t>DHW</w:t>
            </w:r>
            <w:r w:rsidRPr="00794D67">
              <w:rPr>
                <w:lang w:val="ru-RU"/>
              </w:rPr>
              <w:t>-</w:t>
            </w:r>
            <w:r>
              <w:t>V</w:t>
            </w:r>
            <w:r w:rsidRPr="00794D67">
              <w:rPr>
                <w:lang w:val="ru-RU"/>
              </w:rPr>
              <w:t>0 отклонён законом</w:t>
            </w:r>
          </w:p>
        </w:tc>
      </w:tr>
      <w:tr w:rsidR="000772B4" w:rsidRPr="00C07C05" w14:paraId="6071492C" w14:textId="77777777">
        <w:trPr>
          <w:cantSplit/>
          <w:jc w:val="center"/>
        </w:trPr>
        <w:tc>
          <w:tcPr>
            <w:tcW w:w="0" w:type="auto"/>
          </w:tcPr>
          <w:p w14:paraId="2DEF821D" w14:textId="77777777" w:rsidR="000772B4" w:rsidRDefault="00746A89">
            <w:r>
              <w:t>Расчётный эффект перевода</w:t>
            </w:r>
          </w:p>
        </w:tc>
        <w:tc>
          <w:tcPr>
            <w:tcW w:w="0" w:type="auto"/>
          </w:tcPr>
          <w:p w14:paraId="585F70A5" w14:textId="77777777" w:rsidR="000772B4" w:rsidRPr="00794D67" w:rsidRDefault="00746A89">
            <w:pPr>
              <w:jc w:val="center"/>
              <w:rPr>
                <w:lang w:val="ru-RU"/>
              </w:rPr>
            </w:pPr>
            <w:r w:rsidRPr="00794D67">
              <w:rPr>
                <w:lang w:val="ru-RU"/>
              </w:rPr>
              <w:t>подпитка 7,925 → 0,826 т/ч; резерв ВПУ 52,075 → 59,174 т/ч</w:t>
            </w:r>
          </w:p>
        </w:tc>
      </w:tr>
      <w:tr w:rsidR="000772B4" w:rsidRPr="00C07C05" w14:paraId="60A65D2E" w14:textId="77777777">
        <w:trPr>
          <w:cantSplit/>
          <w:jc w:val="center"/>
        </w:trPr>
        <w:tc>
          <w:tcPr>
            <w:tcW w:w="0" w:type="auto"/>
          </w:tcPr>
          <w:p w14:paraId="75111804" w14:textId="77777777" w:rsidR="000772B4" w:rsidRDefault="00746A89">
            <w:r>
              <w:t>Потребность в расчётах</w:t>
            </w:r>
          </w:p>
        </w:tc>
        <w:tc>
          <w:tcPr>
            <w:tcW w:w="0" w:type="auto"/>
          </w:tcPr>
          <w:p w14:paraId="2BD33509" w14:textId="77777777" w:rsidR="000772B4" w:rsidRPr="00794D67" w:rsidRDefault="00746A89">
            <w:pPr>
              <w:jc w:val="center"/>
              <w:rPr>
                <w:lang w:val="ru-RU"/>
              </w:rPr>
            </w:pPr>
            <w:r w:rsidRPr="00794D67">
              <w:rPr>
                <w:lang w:val="ru-RU"/>
              </w:rPr>
              <w:t>водный эффект рассчитан; разделение нагрузки 0,819 Гкал/ч между открытой и закрытой составляющими подлежит расчёту</w:t>
            </w:r>
          </w:p>
        </w:tc>
      </w:tr>
      <w:tr w:rsidR="000772B4" w:rsidRPr="00C07C05" w14:paraId="55FF8219" w14:textId="77777777">
        <w:trPr>
          <w:cantSplit/>
          <w:jc w:val="center"/>
        </w:trPr>
        <w:tc>
          <w:tcPr>
            <w:tcW w:w="0" w:type="auto"/>
          </w:tcPr>
          <w:p w14:paraId="69518F6A" w14:textId="77777777" w:rsidR="000772B4" w:rsidRDefault="00746A89">
            <w:r>
              <w:t>Капитальные вложения</w:t>
            </w:r>
          </w:p>
        </w:tc>
        <w:tc>
          <w:tcPr>
            <w:tcW w:w="0" w:type="auto"/>
          </w:tcPr>
          <w:p w14:paraId="78F7D050" w14:textId="77777777" w:rsidR="000772B4" w:rsidRPr="00794D67" w:rsidRDefault="00746A89">
            <w:pPr>
              <w:jc w:val="center"/>
              <w:rPr>
                <w:lang w:val="ru-RU"/>
              </w:rPr>
            </w:pPr>
            <w:r w:rsidRPr="00794D67">
              <w:rPr>
                <w:lang w:val="ru-RU"/>
              </w:rPr>
              <w:t>ранее оценённая стоимость 25</w:t>
            </w:r>
            <w:r>
              <w:t> </w:t>
            </w:r>
            <w:r w:rsidRPr="00794D67">
              <w:rPr>
                <w:lang w:val="ru-RU"/>
              </w:rPr>
              <w:t>103 тыс. руб. в ценах 2021 года без НДС; текущая потребность в капитальных вложениях подлежит определению</w:t>
            </w:r>
          </w:p>
        </w:tc>
      </w:tr>
      <w:tr w:rsidR="000772B4" w14:paraId="3AB6437F" w14:textId="77777777">
        <w:trPr>
          <w:cantSplit/>
          <w:jc w:val="center"/>
        </w:trPr>
        <w:tc>
          <w:tcPr>
            <w:tcW w:w="0" w:type="auto"/>
          </w:tcPr>
          <w:p w14:paraId="462EEECB" w14:textId="77777777" w:rsidR="000772B4" w:rsidRDefault="00746A89">
            <w:r>
              <w:t>Зависимость от электронной модели</w:t>
            </w:r>
          </w:p>
        </w:tc>
        <w:tc>
          <w:tcPr>
            <w:tcW w:w="0" w:type="auto"/>
          </w:tcPr>
          <w:p w14:paraId="118BC94D" w14:textId="77777777" w:rsidR="000772B4" w:rsidRDefault="00746A89">
            <w:pPr>
              <w:jc w:val="center"/>
            </w:pPr>
            <w:r>
              <w:t>расчётное моделирование не требуется</w:t>
            </w:r>
          </w:p>
        </w:tc>
      </w:tr>
      <w:tr w:rsidR="000772B4" w:rsidRPr="00C07C05" w14:paraId="369BC2C3" w14:textId="77777777">
        <w:trPr>
          <w:cantSplit/>
          <w:jc w:val="center"/>
        </w:trPr>
        <w:tc>
          <w:tcPr>
            <w:tcW w:w="0" w:type="auto"/>
          </w:tcPr>
          <w:p w14:paraId="7D4845A3" w14:textId="77777777" w:rsidR="000772B4" w:rsidRDefault="00746A89">
            <w:r>
              <w:t>Взаимодействие с газификацией</w:t>
            </w:r>
          </w:p>
        </w:tc>
        <w:tc>
          <w:tcPr>
            <w:tcW w:w="0" w:type="auto"/>
          </w:tcPr>
          <w:p w14:paraId="58A46AA3" w14:textId="77777777" w:rsidR="000772B4" w:rsidRPr="00794D67" w:rsidRDefault="00746A89">
            <w:pPr>
              <w:jc w:val="center"/>
              <w:rPr>
                <w:lang w:val="ru-RU"/>
              </w:rPr>
            </w:pPr>
            <w:r>
              <w:t>INDEPENDENT</w:t>
            </w:r>
            <w:r w:rsidRPr="00794D67">
              <w:rPr>
                <w:lang w:val="ru-RU"/>
              </w:rPr>
              <w:t xml:space="preserve"> — мероприятие на стороне потребителя; газификация источника 2034 на перевод не влияет</w:t>
            </w:r>
          </w:p>
        </w:tc>
      </w:tr>
      <w:tr w:rsidR="000772B4" w:rsidRPr="00C07C05" w14:paraId="65CAC7D7" w14:textId="77777777">
        <w:trPr>
          <w:cantSplit/>
          <w:jc w:val="center"/>
        </w:trPr>
        <w:tc>
          <w:tcPr>
            <w:tcW w:w="0" w:type="auto"/>
          </w:tcPr>
          <w:p w14:paraId="108B7AA0" w14:textId="77777777" w:rsidR="000772B4" w:rsidRDefault="00746A89">
            <w:r>
              <w:t>Принимаемое решение</w:t>
            </w:r>
          </w:p>
        </w:tc>
        <w:tc>
          <w:tcPr>
            <w:tcW w:w="0" w:type="auto"/>
          </w:tcPr>
          <w:p w14:paraId="51EC000D" w14:textId="77777777" w:rsidR="000772B4" w:rsidRPr="00794D67" w:rsidRDefault="00746A89">
            <w:pPr>
              <w:jc w:val="center"/>
              <w:rPr>
                <w:lang w:val="ru-RU"/>
              </w:rPr>
            </w:pPr>
            <w:r>
              <w:t>DHW</w:t>
            </w:r>
            <w:r w:rsidRPr="00794D67">
              <w:rPr>
                <w:lang w:val="ru-RU"/>
              </w:rPr>
              <w:t>-</w:t>
            </w:r>
            <w:r>
              <w:t>V</w:t>
            </w:r>
            <w:r w:rsidRPr="00794D67">
              <w:rPr>
                <w:lang w:val="ru-RU"/>
              </w:rPr>
              <w:t xml:space="preserve">1, очерёдность </w:t>
            </w:r>
            <w:r>
              <w:t>P</w:t>
            </w:r>
            <w:r w:rsidRPr="00794D67">
              <w:rPr>
                <w:lang w:val="ru-RU"/>
              </w:rPr>
              <w:t>1, период 2031–2036</w:t>
            </w:r>
          </w:p>
        </w:tc>
      </w:tr>
      <w:tr w:rsidR="000772B4" w:rsidRPr="00C07C05" w14:paraId="4DDBFDA3" w14:textId="77777777">
        <w:trPr>
          <w:cantSplit/>
          <w:jc w:val="center"/>
        </w:trPr>
        <w:tc>
          <w:tcPr>
            <w:tcW w:w="0" w:type="auto"/>
          </w:tcPr>
          <w:p w14:paraId="2F616A22" w14:textId="77777777" w:rsidR="000772B4" w:rsidRDefault="00746A89">
            <w:r>
              <w:t>Состояние решения</w:t>
            </w:r>
          </w:p>
        </w:tc>
        <w:tc>
          <w:tcPr>
            <w:tcW w:w="0" w:type="auto"/>
          </w:tcPr>
          <w:p w14:paraId="47316AD3"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r>
      <w:tr w:rsidR="000772B4" w14:paraId="1F8AB894" w14:textId="77777777">
        <w:trPr>
          <w:cantSplit/>
          <w:jc w:val="center"/>
        </w:trPr>
        <w:tc>
          <w:tcPr>
            <w:tcW w:w="0" w:type="auto"/>
          </w:tcPr>
          <w:p w14:paraId="0B9E4004" w14:textId="77777777" w:rsidR="000772B4" w:rsidRDefault="00746A89">
            <w:r>
              <w:t>Состояние на 2031 год</w:t>
            </w:r>
          </w:p>
        </w:tc>
        <w:tc>
          <w:tcPr>
            <w:tcW w:w="0" w:type="auto"/>
          </w:tcPr>
          <w:p w14:paraId="510A9F36" w14:textId="77777777" w:rsidR="000772B4" w:rsidRDefault="00746A89">
            <w:pPr>
              <w:jc w:val="center"/>
            </w:pPr>
            <w:r>
              <w:t>перевод не начат</w:t>
            </w:r>
          </w:p>
        </w:tc>
      </w:tr>
      <w:tr w:rsidR="000772B4" w14:paraId="3EB2650A" w14:textId="77777777">
        <w:trPr>
          <w:cantSplit/>
          <w:jc w:val="center"/>
        </w:trPr>
        <w:tc>
          <w:tcPr>
            <w:tcW w:w="0" w:type="auto"/>
          </w:tcPr>
          <w:p w14:paraId="27D7D711" w14:textId="77777777" w:rsidR="000772B4" w:rsidRDefault="00746A89">
            <w:r>
              <w:t>Состояние на 2036 год</w:t>
            </w:r>
          </w:p>
        </w:tc>
        <w:tc>
          <w:tcPr>
            <w:tcW w:w="0" w:type="auto"/>
          </w:tcPr>
          <w:p w14:paraId="1E625DBA" w14:textId="77777777" w:rsidR="000772B4" w:rsidRDefault="00746A89">
            <w:pPr>
              <w:jc w:val="center"/>
            </w:pPr>
            <w:r>
              <w:t>закрытая схема</w:t>
            </w:r>
          </w:p>
        </w:tc>
      </w:tr>
    </w:tbl>
    <w:p w14:paraId="5CDAFA83" w14:textId="77777777" w:rsidR="000772B4" w:rsidRPr="00344E69" w:rsidRDefault="000772B4">
      <w:pPr>
        <w:spacing w:after="40"/>
        <w:rPr>
          <w:color w:val="4F81BD" w:themeColor="accent1"/>
          <w:sz w:val="28"/>
          <w:szCs w:val="28"/>
        </w:rPr>
      </w:pPr>
    </w:p>
    <w:p w14:paraId="57C9512D" w14:textId="77777777" w:rsidR="000772B4" w:rsidRPr="00344E69" w:rsidRDefault="00746A89">
      <w:pPr>
        <w:pStyle w:val="31"/>
        <w:rPr>
          <w:sz w:val="28"/>
          <w:szCs w:val="28"/>
        </w:rPr>
      </w:pPr>
      <w:r w:rsidRPr="00344E69">
        <w:rPr>
          <w:sz w:val="28"/>
          <w:szCs w:val="28"/>
        </w:rPr>
        <w:t>9.10.9. УПК № 10 Темир-Тау (SYS-09, пгт Темиртау)</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905"/>
        <w:gridCol w:w="6440"/>
      </w:tblGrid>
      <w:tr w:rsidR="000772B4" w14:paraId="702B58E2" w14:textId="77777777">
        <w:trPr>
          <w:cantSplit/>
          <w:tblHeader/>
          <w:jc w:val="center"/>
        </w:trPr>
        <w:tc>
          <w:tcPr>
            <w:tcW w:w="0" w:type="auto"/>
            <w:shd w:val="clear" w:color="auto" w:fill="E2F0D9"/>
          </w:tcPr>
          <w:p w14:paraId="613C002A" w14:textId="77777777" w:rsidR="000772B4" w:rsidRDefault="00746A89">
            <w:pPr>
              <w:jc w:val="center"/>
            </w:pPr>
            <w:r>
              <w:rPr>
                <w:b/>
              </w:rPr>
              <w:t>Позиция досье</w:t>
            </w:r>
          </w:p>
        </w:tc>
        <w:tc>
          <w:tcPr>
            <w:tcW w:w="0" w:type="auto"/>
            <w:shd w:val="clear" w:color="auto" w:fill="E2F0D9"/>
          </w:tcPr>
          <w:p w14:paraId="55DF3CC6" w14:textId="77777777" w:rsidR="000772B4" w:rsidRDefault="00746A89">
            <w:pPr>
              <w:jc w:val="center"/>
            </w:pPr>
            <w:r>
              <w:rPr>
                <w:b/>
              </w:rPr>
              <w:t>Содержание</w:t>
            </w:r>
          </w:p>
        </w:tc>
      </w:tr>
      <w:tr w:rsidR="000772B4" w:rsidRPr="00C07C05" w14:paraId="399B5F95" w14:textId="77777777">
        <w:trPr>
          <w:cantSplit/>
          <w:jc w:val="center"/>
        </w:trPr>
        <w:tc>
          <w:tcPr>
            <w:tcW w:w="0" w:type="auto"/>
          </w:tcPr>
          <w:p w14:paraId="49FDD7F4" w14:textId="77777777" w:rsidR="000772B4" w:rsidRDefault="00746A89">
            <w:r>
              <w:t>Существующая конфигурация</w:t>
            </w:r>
          </w:p>
        </w:tc>
        <w:tc>
          <w:tcPr>
            <w:tcW w:w="0" w:type="auto"/>
          </w:tcPr>
          <w:p w14:paraId="2A527D3D" w14:textId="77777777" w:rsidR="000772B4" w:rsidRPr="00794D67" w:rsidRDefault="00746A89">
            <w:pPr>
              <w:jc w:val="center"/>
              <w:rPr>
                <w:lang w:val="ru-RU"/>
              </w:rPr>
            </w:pPr>
            <w:r w:rsidRPr="00794D67">
              <w:rPr>
                <w:lang w:val="ru-RU"/>
              </w:rPr>
              <w:t>открытая, сеть двухтрубная, график 95/70 с изломом 60 °</w:t>
            </w:r>
            <w:r>
              <w:t>C</w:t>
            </w:r>
          </w:p>
        </w:tc>
      </w:tr>
      <w:tr w:rsidR="000772B4" w:rsidRPr="00C07C05" w14:paraId="7D2B3A86" w14:textId="77777777">
        <w:trPr>
          <w:cantSplit/>
          <w:jc w:val="center"/>
        </w:trPr>
        <w:tc>
          <w:tcPr>
            <w:tcW w:w="0" w:type="auto"/>
          </w:tcPr>
          <w:p w14:paraId="18AEA97A" w14:textId="77777777" w:rsidR="000772B4" w:rsidRDefault="00746A89">
            <w:r>
              <w:t>Открытый водоразбор</w:t>
            </w:r>
          </w:p>
        </w:tc>
        <w:tc>
          <w:tcPr>
            <w:tcW w:w="0" w:type="auto"/>
          </w:tcPr>
          <w:p w14:paraId="7FA878B2" w14:textId="77777777" w:rsidR="000772B4" w:rsidRPr="00794D67" w:rsidRDefault="00746A89">
            <w:pPr>
              <w:jc w:val="center"/>
              <w:rPr>
                <w:lang w:val="ru-RU"/>
              </w:rPr>
            </w:pPr>
            <w:r w:rsidRPr="00794D67">
              <w:rPr>
                <w:lang w:val="ru-RU"/>
              </w:rPr>
              <w:t>29</w:t>
            </w:r>
            <w:r>
              <w:t> </w:t>
            </w:r>
            <w:r w:rsidRPr="00794D67">
              <w:rPr>
                <w:lang w:val="ru-RU"/>
              </w:rPr>
              <w:t>079 т/год, среднечасовой 3,320 т/ч</w:t>
            </w:r>
          </w:p>
        </w:tc>
      </w:tr>
      <w:tr w:rsidR="000772B4" w:rsidRPr="00C07C05" w14:paraId="67F311CA" w14:textId="77777777">
        <w:trPr>
          <w:cantSplit/>
          <w:jc w:val="center"/>
        </w:trPr>
        <w:tc>
          <w:tcPr>
            <w:tcW w:w="0" w:type="auto"/>
          </w:tcPr>
          <w:p w14:paraId="7E711C3D" w14:textId="77777777" w:rsidR="000772B4" w:rsidRDefault="00746A89">
            <w:r>
              <w:t>Нагрузка горячего водоснабжения</w:t>
            </w:r>
          </w:p>
        </w:tc>
        <w:tc>
          <w:tcPr>
            <w:tcW w:w="0" w:type="auto"/>
          </w:tcPr>
          <w:p w14:paraId="54555036" w14:textId="77777777" w:rsidR="000772B4" w:rsidRPr="00794D67" w:rsidRDefault="00746A89">
            <w:pPr>
              <w:jc w:val="center"/>
              <w:rPr>
                <w:lang w:val="ru-RU"/>
              </w:rPr>
            </w:pPr>
            <w:r w:rsidRPr="00794D67">
              <w:rPr>
                <w:lang w:val="ru-RU"/>
              </w:rPr>
              <w:t>0,2569 Гкал/ч; расчётный максимально-часовой водоразбор 4,67 м³/ч</w:t>
            </w:r>
          </w:p>
        </w:tc>
      </w:tr>
      <w:tr w:rsidR="000772B4" w14:paraId="357AF72A" w14:textId="77777777">
        <w:trPr>
          <w:cantSplit/>
          <w:jc w:val="center"/>
        </w:trPr>
        <w:tc>
          <w:tcPr>
            <w:tcW w:w="0" w:type="auto"/>
          </w:tcPr>
          <w:p w14:paraId="72FE5AFB" w14:textId="77777777" w:rsidR="000772B4" w:rsidRDefault="00746A89">
            <w:r>
              <w:t>Отношение α = Qгвс/Qот</w:t>
            </w:r>
          </w:p>
        </w:tc>
        <w:tc>
          <w:tcPr>
            <w:tcW w:w="0" w:type="auto"/>
          </w:tcPr>
          <w:p w14:paraId="22F53EE7" w14:textId="77777777" w:rsidR="000772B4" w:rsidRDefault="00746A89">
            <w:pPr>
              <w:jc w:val="center"/>
            </w:pPr>
            <w:r>
              <w:t>0,0356 — условие α ≤ 0,1 выполняется</w:t>
            </w:r>
          </w:p>
        </w:tc>
      </w:tr>
      <w:tr w:rsidR="000772B4" w14:paraId="147E2E8C" w14:textId="77777777">
        <w:trPr>
          <w:cantSplit/>
          <w:jc w:val="center"/>
        </w:trPr>
        <w:tc>
          <w:tcPr>
            <w:tcW w:w="0" w:type="auto"/>
          </w:tcPr>
          <w:p w14:paraId="4968D887" w14:textId="77777777" w:rsidR="000772B4" w:rsidRDefault="00746A89">
            <w:r>
              <w:t>Тип тепловой сети</w:t>
            </w:r>
          </w:p>
        </w:tc>
        <w:tc>
          <w:tcPr>
            <w:tcW w:w="0" w:type="auto"/>
          </w:tcPr>
          <w:p w14:paraId="56479DD1" w14:textId="77777777" w:rsidR="000772B4" w:rsidRDefault="00746A89">
            <w:pPr>
              <w:jc w:val="center"/>
            </w:pPr>
            <w:r>
              <w:t>двухтрубная</w:t>
            </w:r>
          </w:p>
        </w:tc>
      </w:tr>
      <w:tr w:rsidR="000772B4" w14:paraId="71AB6299" w14:textId="77777777">
        <w:trPr>
          <w:cantSplit/>
          <w:jc w:val="center"/>
        </w:trPr>
        <w:tc>
          <w:tcPr>
            <w:tcW w:w="0" w:type="auto"/>
          </w:tcPr>
          <w:p w14:paraId="47CC7F9C" w14:textId="77777777" w:rsidR="000772B4" w:rsidRDefault="00746A89">
            <w:r>
              <w:t>Установленная мощность источника</w:t>
            </w:r>
          </w:p>
        </w:tc>
        <w:tc>
          <w:tcPr>
            <w:tcW w:w="0" w:type="auto"/>
          </w:tcPr>
          <w:p w14:paraId="0B4859D8" w14:textId="77777777" w:rsidR="000772B4" w:rsidRDefault="00746A89">
            <w:pPr>
              <w:jc w:val="center"/>
            </w:pPr>
            <w:r>
              <w:t>33,60 Гкал/ч</w:t>
            </w:r>
          </w:p>
        </w:tc>
      </w:tr>
      <w:tr w:rsidR="000772B4" w:rsidRPr="00C07C05" w14:paraId="691F2290" w14:textId="77777777">
        <w:trPr>
          <w:cantSplit/>
          <w:jc w:val="center"/>
        </w:trPr>
        <w:tc>
          <w:tcPr>
            <w:tcW w:w="0" w:type="auto"/>
          </w:tcPr>
          <w:p w14:paraId="56F26B16" w14:textId="77777777" w:rsidR="000772B4" w:rsidRDefault="00746A89">
            <w:r>
              <w:t>Водоподготовительная установка</w:t>
            </w:r>
          </w:p>
        </w:tc>
        <w:tc>
          <w:tcPr>
            <w:tcW w:w="0" w:type="auto"/>
          </w:tcPr>
          <w:p w14:paraId="2D030D3A" w14:textId="77777777" w:rsidR="000772B4" w:rsidRPr="00794D67" w:rsidRDefault="00746A89">
            <w:pPr>
              <w:jc w:val="center"/>
              <w:rPr>
                <w:lang w:val="ru-RU"/>
              </w:rPr>
            </w:pPr>
            <w:r w:rsidRPr="00794D67">
              <w:rPr>
                <w:lang w:val="ru-RU"/>
              </w:rPr>
              <w:t>0 т/ч заявленной производительности — нулевое значение производительности не равнозначно отсутствию установки</w:t>
            </w:r>
          </w:p>
        </w:tc>
      </w:tr>
      <w:tr w:rsidR="000772B4" w14:paraId="7A3B2CEB" w14:textId="77777777">
        <w:trPr>
          <w:cantSplit/>
          <w:jc w:val="center"/>
        </w:trPr>
        <w:tc>
          <w:tcPr>
            <w:tcW w:w="0" w:type="auto"/>
          </w:tcPr>
          <w:p w14:paraId="6A7DECDD" w14:textId="77777777" w:rsidR="000772B4" w:rsidRDefault="00746A89">
            <w:r>
              <w:t>Баки-аккумуляторы</w:t>
            </w:r>
          </w:p>
        </w:tc>
        <w:tc>
          <w:tcPr>
            <w:tcW w:w="0" w:type="auto"/>
          </w:tcPr>
          <w:p w14:paraId="7BF4D278" w14:textId="77777777" w:rsidR="000772B4" w:rsidRDefault="00746A89">
            <w:pPr>
              <w:jc w:val="center"/>
            </w:pPr>
            <w:r>
              <w:t>отсутствуют</w:t>
            </w:r>
          </w:p>
        </w:tc>
      </w:tr>
      <w:tr w:rsidR="000772B4" w:rsidRPr="00C07C05" w14:paraId="46523F07" w14:textId="77777777">
        <w:trPr>
          <w:cantSplit/>
          <w:jc w:val="center"/>
        </w:trPr>
        <w:tc>
          <w:tcPr>
            <w:tcW w:w="0" w:type="auto"/>
          </w:tcPr>
          <w:p w14:paraId="4B371FCB" w14:textId="77777777" w:rsidR="000772B4" w:rsidRDefault="00746A89">
            <w:r>
              <w:t>Подпитка тепловой сети</w:t>
            </w:r>
          </w:p>
        </w:tc>
        <w:tc>
          <w:tcPr>
            <w:tcW w:w="0" w:type="auto"/>
          </w:tcPr>
          <w:p w14:paraId="1CCB824B" w14:textId="77777777" w:rsidR="000772B4" w:rsidRPr="00794D67" w:rsidRDefault="00746A89">
            <w:pPr>
              <w:jc w:val="center"/>
              <w:rPr>
                <w:lang w:val="ru-RU"/>
              </w:rPr>
            </w:pPr>
            <w:r w:rsidRPr="00794D67">
              <w:rPr>
                <w:lang w:val="ru-RU"/>
              </w:rPr>
              <w:t>4,052 т/ч в 2026 году, 4,052 т/ч в 2031 и 2036 годах</w:t>
            </w:r>
          </w:p>
        </w:tc>
      </w:tr>
      <w:tr w:rsidR="000772B4" w:rsidRPr="00C07C05" w14:paraId="476C802A" w14:textId="77777777">
        <w:trPr>
          <w:cantSplit/>
          <w:jc w:val="center"/>
        </w:trPr>
        <w:tc>
          <w:tcPr>
            <w:tcW w:w="0" w:type="auto"/>
          </w:tcPr>
          <w:p w14:paraId="5C48C9D5" w14:textId="77777777" w:rsidR="000772B4" w:rsidRDefault="00746A89">
            <w:r>
              <w:t>Аварийная подпитка</w:t>
            </w:r>
          </w:p>
        </w:tc>
        <w:tc>
          <w:tcPr>
            <w:tcW w:w="0" w:type="auto"/>
          </w:tcPr>
          <w:p w14:paraId="6F73C57F" w14:textId="77777777" w:rsidR="000772B4" w:rsidRPr="00794D67" w:rsidRDefault="00746A89">
            <w:pPr>
              <w:jc w:val="center"/>
              <w:rPr>
                <w:lang w:val="ru-RU"/>
              </w:rPr>
            </w:pPr>
            <w:r w:rsidRPr="00794D67">
              <w:rPr>
                <w:lang w:val="ru-RU"/>
              </w:rPr>
              <w:t>5,4 т/ч; резерв −5,40 т/ч</w:t>
            </w:r>
          </w:p>
        </w:tc>
      </w:tr>
      <w:tr w:rsidR="000772B4" w:rsidRPr="00C07C05" w14:paraId="23EA5810" w14:textId="77777777">
        <w:trPr>
          <w:cantSplit/>
          <w:jc w:val="center"/>
        </w:trPr>
        <w:tc>
          <w:tcPr>
            <w:tcW w:w="0" w:type="auto"/>
          </w:tcPr>
          <w:p w14:paraId="287D9BCF" w14:textId="77777777" w:rsidR="000772B4" w:rsidRDefault="00746A89">
            <w:r>
              <w:t>Текущие проблемы</w:t>
            </w:r>
          </w:p>
        </w:tc>
        <w:tc>
          <w:tcPr>
            <w:tcW w:w="0" w:type="auto"/>
          </w:tcPr>
          <w:p w14:paraId="75CF11CA" w14:textId="77777777" w:rsidR="000772B4" w:rsidRPr="00794D67" w:rsidRDefault="00746A89">
            <w:pPr>
              <w:jc w:val="center"/>
              <w:rPr>
                <w:lang w:val="ru-RU"/>
              </w:rPr>
            </w:pPr>
            <w:r w:rsidRPr="00794D67">
              <w:rPr>
                <w:lang w:val="ru-RU"/>
              </w:rPr>
              <w:t>наибольший дефицит подпитки округа −4,052 т/ч при нулевой заявленной производительности; аварийный дефицит −5,40 т/ч</w:t>
            </w:r>
          </w:p>
        </w:tc>
      </w:tr>
      <w:tr w:rsidR="000772B4" w:rsidRPr="00C07C05" w14:paraId="0BA82AA5" w14:textId="77777777">
        <w:trPr>
          <w:cantSplit/>
          <w:jc w:val="center"/>
        </w:trPr>
        <w:tc>
          <w:tcPr>
            <w:tcW w:w="0" w:type="auto"/>
          </w:tcPr>
          <w:p w14:paraId="70412405" w14:textId="77777777" w:rsidR="000772B4" w:rsidRDefault="00746A89">
            <w:r>
              <w:t>Историческое решение</w:t>
            </w:r>
          </w:p>
        </w:tc>
        <w:tc>
          <w:tcPr>
            <w:tcW w:w="0" w:type="auto"/>
          </w:tcPr>
          <w:p w14:paraId="0E0FB53A" w14:textId="77777777" w:rsidR="000772B4" w:rsidRPr="00794D67" w:rsidRDefault="00746A89">
            <w:pPr>
              <w:jc w:val="center"/>
              <w:rPr>
                <w:lang w:val="ru-RU"/>
              </w:rPr>
            </w:pPr>
            <w:r w:rsidRPr="00794D67">
              <w:rPr>
                <w:lang w:val="ru-RU"/>
              </w:rPr>
              <w:t>обосновывающие материалы, глава 9 редакции 2021 года: 119 тепловых пунктов, 40 577 тыс. руб.; глава 6 содержит двухэтапный баланс после перевода</w:t>
            </w:r>
          </w:p>
        </w:tc>
      </w:tr>
      <w:tr w:rsidR="000772B4" w:rsidRPr="00C07C05" w14:paraId="5074A51F" w14:textId="77777777">
        <w:trPr>
          <w:cantSplit/>
          <w:jc w:val="center"/>
        </w:trPr>
        <w:tc>
          <w:tcPr>
            <w:tcW w:w="0" w:type="auto"/>
          </w:tcPr>
          <w:p w14:paraId="4D78B4BD" w14:textId="77777777" w:rsidR="000772B4" w:rsidRDefault="00746A89">
            <w:r>
              <w:t>Применимые варианты</w:t>
            </w:r>
          </w:p>
        </w:tc>
        <w:tc>
          <w:tcPr>
            <w:tcW w:w="0" w:type="auto"/>
          </w:tcPr>
          <w:p w14:paraId="2ABA845D" w14:textId="77777777" w:rsidR="000772B4" w:rsidRPr="00794D67" w:rsidRDefault="00746A89">
            <w:pPr>
              <w:jc w:val="center"/>
              <w:rPr>
                <w:lang w:val="ru-RU"/>
              </w:rPr>
            </w:pPr>
            <w:r>
              <w:t>DHW</w:t>
            </w:r>
            <w:r w:rsidRPr="00794D67">
              <w:rPr>
                <w:lang w:val="ru-RU"/>
              </w:rPr>
              <w:t>-</w:t>
            </w:r>
            <w:r>
              <w:t>V</w:t>
            </w:r>
            <w:r w:rsidRPr="00794D67">
              <w:rPr>
                <w:lang w:val="ru-RU"/>
              </w:rPr>
              <w:t xml:space="preserve">1 — предпочтителен; </w:t>
            </w:r>
            <w:r>
              <w:t>DHW</w:t>
            </w:r>
            <w:r w:rsidRPr="00794D67">
              <w:rPr>
                <w:lang w:val="ru-RU"/>
              </w:rPr>
              <w:t>-</w:t>
            </w:r>
            <w:r>
              <w:t>V</w:t>
            </w:r>
            <w:r w:rsidRPr="00794D67">
              <w:rPr>
                <w:lang w:val="ru-RU"/>
              </w:rPr>
              <w:t xml:space="preserve">2 неприменимо по масштабу и рассредоточенности нагрузки; </w:t>
            </w:r>
            <w:r>
              <w:t>DHW</w:t>
            </w:r>
            <w:r w:rsidRPr="00794D67">
              <w:rPr>
                <w:lang w:val="ru-RU"/>
              </w:rPr>
              <w:t>-</w:t>
            </w:r>
            <w:r>
              <w:t>V</w:t>
            </w:r>
            <w:r w:rsidRPr="00794D67">
              <w:rPr>
                <w:lang w:val="ru-RU"/>
              </w:rPr>
              <w:t>0 отклонён законом</w:t>
            </w:r>
          </w:p>
        </w:tc>
      </w:tr>
      <w:tr w:rsidR="000772B4" w:rsidRPr="00C07C05" w14:paraId="30FF7D6C" w14:textId="77777777">
        <w:trPr>
          <w:cantSplit/>
          <w:jc w:val="center"/>
        </w:trPr>
        <w:tc>
          <w:tcPr>
            <w:tcW w:w="0" w:type="auto"/>
          </w:tcPr>
          <w:p w14:paraId="25EF7F17" w14:textId="77777777" w:rsidR="000772B4" w:rsidRDefault="00746A89">
            <w:r>
              <w:t>Расчётный эффект перевода</w:t>
            </w:r>
          </w:p>
        </w:tc>
        <w:tc>
          <w:tcPr>
            <w:tcW w:w="0" w:type="auto"/>
          </w:tcPr>
          <w:p w14:paraId="6FEB4D40" w14:textId="77777777" w:rsidR="000772B4" w:rsidRPr="00794D67" w:rsidRDefault="00746A89">
            <w:pPr>
              <w:jc w:val="center"/>
              <w:rPr>
                <w:lang w:val="ru-RU"/>
              </w:rPr>
            </w:pPr>
            <w:r w:rsidRPr="00794D67">
              <w:rPr>
                <w:lang w:val="ru-RU"/>
              </w:rPr>
              <w:t>подпитка 4,052 → 0,733 т/ч; резерв ВПУ −4,052 → −0,733 т/ч; дефицит уменьшается, но сохраняется</w:t>
            </w:r>
          </w:p>
        </w:tc>
      </w:tr>
      <w:tr w:rsidR="000772B4" w:rsidRPr="00C07C05" w14:paraId="1C308442" w14:textId="77777777">
        <w:trPr>
          <w:cantSplit/>
          <w:jc w:val="center"/>
        </w:trPr>
        <w:tc>
          <w:tcPr>
            <w:tcW w:w="0" w:type="auto"/>
          </w:tcPr>
          <w:p w14:paraId="547B64BC" w14:textId="77777777" w:rsidR="000772B4" w:rsidRDefault="00746A89">
            <w:r>
              <w:t>Потребность в расчётах</w:t>
            </w:r>
          </w:p>
        </w:tc>
        <w:tc>
          <w:tcPr>
            <w:tcW w:w="0" w:type="auto"/>
          </w:tcPr>
          <w:p w14:paraId="1CD46B99" w14:textId="77777777" w:rsidR="000772B4" w:rsidRPr="00794D67" w:rsidRDefault="00746A89">
            <w:pPr>
              <w:jc w:val="center"/>
              <w:rPr>
                <w:lang w:val="ru-RU"/>
              </w:rPr>
            </w:pPr>
            <w:r w:rsidRPr="00794D67">
              <w:rPr>
                <w:lang w:val="ru-RU"/>
              </w:rPr>
              <w:t>водный эффект рассчитан; подлежит проверке гидравлическим расчётом на 2026 год</w:t>
            </w:r>
          </w:p>
        </w:tc>
      </w:tr>
      <w:tr w:rsidR="000772B4" w:rsidRPr="00C07C05" w14:paraId="4039FF40" w14:textId="77777777">
        <w:trPr>
          <w:cantSplit/>
          <w:jc w:val="center"/>
        </w:trPr>
        <w:tc>
          <w:tcPr>
            <w:tcW w:w="0" w:type="auto"/>
          </w:tcPr>
          <w:p w14:paraId="0C4E89E2" w14:textId="77777777" w:rsidR="000772B4" w:rsidRDefault="00746A89">
            <w:r>
              <w:t>Капитальные вложения</w:t>
            </w:r>
          </w:p>
        </w:tc>
        <w:tc>
          <w:tcPr>
            <w:tcW w:w="0" w:type="auto"/>
          </w:tcPr>
          <w:p w14:paraId="3C0C5587" w14:textId="77777777" w:rsidR="000772B4" w:rsidRPr="00794D67" w:rsidRDefault="00746A89">
            <w:pPr>
              <w:jc w:val="center"/>
              <w:rPr>
                <w:lang w:val="ru-RU"/>
              </w:rPr>
            </w:pPr>
            <w:r w:rsidRPr="00794D67">
              <w:rPr>
                <w:lang w:val="ru-RU"/>
              </w:rPr>
              <w:t>ранее оценённая стоимость 40</w:t>
            </w:r>
            <w:r>
              <w:t> </w:t>
            </w:r>
            <w:r w:rsidRPr="00794D67">
              <w:rPr>
                <w:lang w:val="ru-RU"/>
              </w:rPr>
              <w:t>577 тыс. руб. в ценах 2021 года без НДС; текущая потребность в капитальных вложениях подлежит определению</w:t>
            </w:r>
          </w:p>
        </w:tc>
      </w:tr>
      <w:tr w:rsidR="000772B4" w14:paraId="3CF0C25C" w14:textId="77777777">
        <w:trPr>
          <w:cantSplit/>
          <w:jc w:val="center"/>
        </w:trPr>
        <w:tc>
          <w:tcPr>
            <w:tcW w:w="0" w:type="auto"/>
          </w:tcPr>
          <w:p w14:paraId="0C02009C" w14:textId="77777777" w:rsidR="000772B4" w:rsidRDefault="00746A89">
            <w:r>
              <w:t>Зависимость от электронной модели</w:t>
            </w:r>
          </w:p>
        </w:tc>
        <w:tc>
          <w:tcPr>
            <w:tcW w:w="0" w:type="auto"/>
          </w:tcPr>
          <w:p w14:paraId="43DE29A7" w14:textId="77777777" w:rsidR="000772B4" w:rsidRDefault="00746A89">
            <w:pPr>
              <w:jc w:val="center"/>
            </w:pPr>
            <w:r>
              <w:t>расчётное моделирование не требуется</w:t>
            </w:r>
          </w:p>
        </w:tc>
      </w:tr>
      <w:tr w:rsidR="000772B4" w:rsidRPr="00C07C05" w14:paraId="78CF7EB2" w14:textId="77777777">
        <w:trPr>
          <w:cantSplit/>
          <w:jc w:val="center"/>
        </w:trPr>
        <w:tc>
          <w:tcPr>
            <w:tcW w:w="0" w:type="auto"/>
          </w:tcPr>
          <w:p w14:paraId="7B5D2354" w14:textId="77777777" w:rsidR="000772B4" w:rsidRDefault="00746A89">
            <w:r>
              <w:t>Взаимодействие с газификацией</w:t>
            </w:r>
          </w:p>
        </w:tc>
        <w:tc>
          <w:tcPr>
            <w:tcW w:w="0" w:type="auto"/>
          </w:tcPr>
          <w:p w14:paraId="3F213A89" w14:textId="77777777" w:rsidR="000772B4" w:rsidRPr="00794D67" w:rsidRDefault="00746A89">
            <w:pPr>
              <w:jc w:val="center"/>
              <w:rPr>
                <w:lang w:val="ru-RU"/>
              </w:rPr>
            </w:pPr>
            <w:r>
              <w:t>INDEPENDENT</w:t>
            </w:r>
            <w:r w:rsidRPr="00794D67">
              <w:rPr>
                <w:lang w:val="ru-RU"/>
              </w:rPr>
              <w:t xml:space="preserve"> — мероприятие на стороне потребителя; газификация источника 2034 на перевод не влияет</w:t>
            </w:r>
          </w:p>
        </w:tc>
      </w:tr>
      <w:tr w:rsidR="000772B4" w:rsidRPr="00C07C05" w14:paraId="46447B66" w14:textId="77777777">
        <w:trPr>
          <w:cantSplit/>
          <w:jc w:val="center"/>
        </w:trPr>
        <w:tc>
          <w:tcPr>
            <w:tcW w:w="0" w:type="auto"/>
          </w:tcPr>
          <w:p w14:paraId="4B3C6634" w14:textId="77777777" w:rsidR="000772B4" w:rsidRDefault="00746A89">
            <w:r>
              <w:t>Принимаемое решение</w:t>
            </w:r>
          </w:p>
        </w:tc>
        <w:tc>
          <w:tcPr>
            <w:tcW w:w="0" w:type="auto"/>
          </w:tcPr>
          <w:p w14:paraId="6729B653" w14:textId="77777777" w:rsidR="000772B4" w:rsidRPr="00794D67" w:rsidRDefault="00746A89">
            <w:pPr>
              <w:jc w:val="center"/>
              <w:rPr>
                <w:lang w:val="ru-RU"/>
              </w:rPr>
            </w:pPr>
            <w:r>
              <w:t>DHW</w:t>
            </w:r>
            <w:r w:rsidRPr="00794D67">
              <w:rPr>
                <w:lang w:val="ru-RU"/>
              </w:rPr>
              <w:t>-</w:t>
            </w:r>
            <w:r>
              <w:t>V</w:t>
            </w:r>
            <w:r w:rsidRPr="00794D67">
              <w:rPr>
                <w:lang w:val="ru-RU"/>
              </w:rPr>
              <w:t xml:space="preserve">1, очерёдность </w:t>
            </w:r>
            <w:r>
              <w:t>P</w:t>
            </w:r>
            <w:r w:rsidRPr="00794D67">
              <w:rPr>
                <w:lang w:val="ru-RU"/>
              </w:rPr>
              <w:t>1, период 2027–2031</w:t>
            </w:r>
          </w:p>
        </w:tc>
      </w:tr>
      <w:tr w:rsidR="000772B4" w:rsidRPr="00C07C05" w14:paraId="1B50D815" w14:textId="77777777">
        <w:trPr>
          <w:cantSplit/>
          <w:jc w:val="center"/>
        </w:trPr>
        <w:tc>
          <w:tcPr>
            <w:tcW w:w="0" w:type="auto"/>
          </w:tcPr>
          <w:p w14:paraId="4C3ECB73" w14:textId="77777777" w:rsidR="000772B4" w:rsidRDefault="00746A89">
            <w:r>
              <w:t>Состояние решения</w:t>
            </w:r>
          </w:p>
        </w:tc>
        <w:tc>
          <w:tcPr>
            <w:tcW w:w="0" w:type="auto"/>
          </w:tcPr>
          <w:p w14:paraId="200FDAFD"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r>
      <w:tr w:rsidR="000772B4" w14:paraId="11F3F80F" w14:textId="77777777">
        <w:trPr>
          <w:cantSplit/>
          <w:jc w:val="center"/>
        </w:trPr>
        <w:tc>
          <w:tcPr>
            <w:tcW w:w="0" w:type="auto"/>
          </w:tcPr>
          <w:p w14:paraId="077E4BA3" w14:textId="77777777" w:rsidR="000772B4" w:rsidRDefault="00746A89">
            <w:r>
              <w:t>Состояние на 2031 год</w:t>
            </w:r>
          </w:p>
        </w:tc>
        <w:tc>
          <w:tcPr>
            <w:tcW w:w="0" w:type="auto"/>
          </w:tcPr>
          <w:p w14:paraId="132873ED" w14:textId="77777777" w:rsidR="000772B4" w:rsidRDefault="00746A89">
            <w:pPr>
              <w:jc w:val="center"/>
            </w:pPr>
            <w:r>
              <w:t>перевод выполнен</w:t>
            </w:r>
          </w:p>
        </w:tc>
      </w:tr>
      <w:tr w:rsidR="000772B4" w14:paraId="670DCAD4" w14:textId="77777777">
        <w:trPr>
          <w:cantSplit/>
          <w:jc w:val="center"/>
        </w:trPr>
        <w:tc>
          <w:tcPr>
            <w:tcW w:w="0" w:type="auto"/>
          </w:tcPr>
          <w:p w14:paraId="57800A53" w14:textId="77777777" w:rsidR="000772B4" w:rsidRDefault="00746A89">
            <w:r>
              <w:t>Состояние на 2036 год</w:t>
            </w:r>
          </w:p>
        </w:tc>
        <w:tc>
          <w:tcPr>
            <w:tcW w:w="0" w:type="auto"/>
          </w:tcPr>
          <w:p w14:paraId="6618F8CD" w14:textId="77777777" w:rsidR="000772B4" w:rsidRDefault="00746A89">
            <w:pPr>
              <w:jc w:val="center"/>
            </w:pPr>
            <w:r>
              <w:t>закрытая схема</w:t>
            </w:r>
          </w:p>
        </w:tc>
      </w:tr>
    </w:tbl>
    <w:p w14:paraId="172B189C" w14:textId="77777777" w:rsidR="000772B4" w:rsidRDefault="000772B4">
      <w:pPr>
        <w:spacing w:after="40"/>
      </w:pPr>
    </w:p>
    <w:p w14:paraId="6B5BDA3B" w14:textId="77777777" w:rsidR="000772B4" w:rsidRPr="00344E69" w:rsidRDefault="00746A89">
      <w:pPr>
        <w:pStyle w:val="31"/>
        <w:rPr>
          <w:sz w:val="28"/>
          <w:szCs w:val="28"/>
          <w:lang w:val="ru-RU"/>
        </w:rPr>
      </w:pPr>
      <w:r w:rsidRPr="00344E69">
        <w:rPr>
          <w:sz w:val="28"/>
          <w:szCs w:val="28"/>
          <w:lang w:val="ru-RU"/>
        </w:rPr>
        <w:t>9.10.10. УПК № 3 Спасск (</w:t>
      </w:r>
      <w:r w:rsidRPr="00344E69">
        <w:rPr>
          <w:sz w:val="28"/>
          <w:szCs w:val="28"/>
        </w:rPr>
        <w:t>SYS</w:t>
      </w:r>
      <w:r w:rsidRPr="00344E69">
        <w:rPr>
          <w:sz w:val="28"/>
          <w:szCs w:val="28"/>
          <w:lang w:val="ru-RU"/>
        </w:rPr>
        <w:t>-10, пгт Спасск)</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899"/>
        <w:gridCol w:w="6446"/>
      </w:tblGrid>
      <w:tr w:rsidR="000772B4" w14:paraId="1DD88E35" w14:textId="77777777">
        <w:trPr>
          <w:cantSplit/>
          <w:tblHeader/>
          <w:jc w:val="center"/>
        </w:trPr>
        <w:tc>
          <w:tcPr>
            <w:tcW w:w="0" w:type="auto"/>
            <w:shd w:val="clear" w:color="auto" w:fill="E2F0D9"/>
          </w:tcPr>
          <w:p w14:paraId="3DD0072A" w14:textId="77777777" w:rsidR="000772B4" w:rsidRDefault="00746A89">
            <w:pPr>
              <w:jc w:val="center"/>
            </w:pPr>
            <w:r>
              <w:rPr>
                <w:b/>
              </w:rPr>
              <w:t>Позиция досье</w:t>
            </w:r>
          </w:p>
        </w:tc>
        <w:tc>
          <w:tcPr>
            <w:tcW w:w="0" w:type="auto"/>
            <w:shd w:val="clear" w:color="auto" w:fill="E2F0D9"/>
          </w:tcPr>
          <w:p w14:paraId="70AFA84D" w14:textId="77777777" w:rsidR="000772B4" w:rsidRDefault="00746A89">
            <w:pPr>
              <w:jc w:val="center"/>
            </w:pPr>
            <w:r>
              <w:rPr>
                <w:b/>
              </w:rPr>
              <w:t>Содержание</w:t>
            </w:r>
          </w:p>
        </w:tc>
      </w:tr>
      <w:tr w:rsidR="000772B4" w:rsidRPr="00C07C05" w14:paraId="62727783" w14:textId="77777777">
        <w:trPr>
          <w:cantSplit/>
          <w:jc w:val="center"/>
        </w:trPr>
        <w:tc>
          <w:tcPr>
            <w:tcW w:w="0" w:type="auto"/>
          </w:tcPr>
          <w:p w14:paraId="17D44107" w14:textId="77777777" w:rsidR="000772B4" w:rsidRDefault="00746A89">
            <w:r>
              <w:t>Существующая конфигурация</w:t>
            </w:r>
          </w:p>
        </w:tc>
        <w:tc>
          <w:tcPr>
            <w:tcW w:w="0" w:type="auto"/>
          </w:tcPr>
          <w:p w14:paraId="44CF5EBE" w14:textId="77777777" w:rsidR="000772B4" w:rsidRPr="00794D67" w:rsidRDefault="00746A89">
            <w:pPr>
              <w:jc w:val="center"/>
              <w:rPr>
                <w:lang w:val="ru-RU"/>
              </w:rPr>
            </w:pPr>
            <w:r w:rsidRPr="00794D67">
              <w:rPr>
                <w:lang w:val="ru-RU"/>
              </w:rPr>
              <w:t>открытая, сеть двухтрубная, график 95/70 с изломом 55 °</w:t>
            </w:r>
            <w:r>
              <w:t>C</w:t>
            </w:r>
          </w:p>
        </w:tc>
      </w:tr>
      <w:tr w:rsidR="000772B4" w:rsidRPr="00C07C05" w14:paraId="6F9F9C44" w14:textId="77777777">
        <w:trPr>
          <w:cantSplit/>
          <w:jc w:val="center"/>
        </w:trPr>
        <w:tc>
          <w:tcPr>
            <w:tcW w:w="0" w:type="auto"/>
          </w:tcPr>
          <w:p w14:paraId="5C5FCA49" w14:textId="77777777" w:rsidR="000772B4" w:rsidRDefault="00746A89">
            <w:r>
              <w:t>Открытый водоразбор</w:t>
            </w:r>
          </w:p>
        </w:tc>
        <w:tc>
          <w:tcPr>
            <w:tcW w:w="0" w:type="auto"/>
          </w:tcPr>
          <w:p w14:paraId="61E0295C" w14:textId="77777777" w:rsidR="000772B4" w:rsidRPr="00794D67" w:rsidRDefault="00746A89">
            <w:pPr>
              <w:jc w:val="center"/>
              <w:rPr>
                <w:lang w:val="ru-RU"/>
              </w:rPr>
            </w:pPr>
            <w:r w:rsidRPr="00794D67">
              <w:rPr>
                <w:lang w:val="ru-RU"/>
              </w:rPr>
              <w:t>2</w:t>
            </w:r>
            <w:r>
              <w:t> </w:t>
            </w:r>
            <w:r w:rsidRPr="00794D67">
              <w:rPr>
                <w:lang w:val="ru-RU"/>
              </w:rPr>
              <w:t>932 т/год, среднечасовой 0,335 т/ч</w:t>
            </w:r>
          </w:p>
        </w:tc>
      </w:tr>
      <w:tr w:rsidR="000772B4" w:rsidRPr="00C07C05" w14:paraId="0A92C2EC" w14:textId="77777777">
        <w:trPr>
          <w:cantSplit/>
          <w:jc w:val="center"/>
        </w:trPr>
        <w:tc>
          <w:tcPr>
            <w:tcW w:w="0" w:type="auto"/>
          </w:tcPr>
          <w:p w14:paraId="593AC17B" w14:textId="77777777" w:rsidR="000772B4" w:rsidRDefault="00746A89">
            <w:r>
              <w:t>Нагрузка горячего водоснабжения</w:t>
            </w:r>
          </w:p>
        </w:tc>
        <w:tc>
          <w:tcPr>
            <w:tcW w:w="0" w:type="auto"/>
          </w:tcPr>
          <w:p w14:paraId="3E1D715D" w14:textId="77777777" w:rsidR="000772B4" w:rsidRPr="00794D67" w:rsidRDefault="00746A89">
            <w:pPr>
              <w:jc w:val="center"/>
              <w:rPr>
                <w:lang w:val="ru-RU"/>
              </w:rPr>
            </w:pPr>
            <w:r w:rsidRPr="00794D67">
              <w:rPr>
                <w:lang w:val="ru-RU"/>
              </w:rPr>
              <w:t>0,0400 Гкал/ч; расчётный максимально-часовой водоразбор 0,80 м³/ч</w:t>
            </w:r>
          </w:p>
        </w:tc>
      </w:tr>
      <w:tr w:rsidR="000772B4" w14:paraId="45320766" w14:textId="77777777">
        <w:trPr>
          <w:cantSplit/>
          <w:jc w:val="center"/>
        </w:trPr>
        <w:tc>
          <w:tcPr>
            <w:tcW w:w="0" w:type="auto"/>
          </w:tcPr>
          <w:p w14:paraId="3B4C8BCF" w14:textId="77777777" w:rsidR="000772B4" w:rsidRDefault="00746A89">
            <w:r>
              <w:t>Отношение α = Qгвс/Qот</w:t>
            </w:r>
          </w:p>
        </w:tc>
        <w:tc>
          <w:tcPr>
            <w:tcW w:w="0" w:type="auto"/>
          </w:tcPr>
          <w:p w14:paraId="029C6742" w14:textId="77777777" w:rsidR="000772B4" w:rsidRDefault="00746A89">
            <w:pPr>
              <w:jc w:val="center"/>
            </w:pPr>
            <w:r>
              <w:t>0,0310 — условие α ≤ 0,1 выполняется</w:t>
            </w:r>
          </w:p>
        </w:tc>
      </w:tr>
      <w:tr w:rsidR="000772B4" w14:paraId="14CD0D8C" w14:textId="77777777">
        <w:trPr>
          <w:cantSplit/>
          <w:jc w:val="center"/>
        </w:trPr>
        <w:tc>
          <w:tcPr>
            <w:tcW w:w="0" w:type="auto"/>
          </w:tcPr>
          <w:p w14:paraId="2B52A548" w14:textId="77777777" w:rsidR="000772B4" w:rsidRDefault="00746A89">
            <w:r>
              <w:t>Тип тепловой сети</w:t>
            </w:r>
          </w:p>
        </w:tc>
        <w:tc>
          <w:tcPr>
            <w:tcW w:w="0" w:type="auto"/>
          </w:tcPr>
          <w:p w14:paraId="1C9B81BE" w14:textId="77777777" w:rsidR="000772B4" w:rsidRDefault="00746A89">
            <w:pPr>
              <w:jc w:val="center"/>
            </w:pPr>
            <w:r>
              <w:t>двухтрубная</w:t>
            </w:r>
          </w:p>
        </w:tc>
      </w:tr>
      <w:tr w:rsidR="000772B4" w14:paraId="7433560C" w14:textId="77777777">
        <w:trPr>
          <w:cantSplit/>
          <w:jc w:val="center"/>
        </w:trPr>
        <w:tc>
          <w:tcPr>
            <w:tcW w:w="0" w:type="auto"/>
          </w:tcPr>
          <w:p w14:paraId="198D7E31" w14:textId="77777777" w:rsidR="000772B4" w:rsidRDefault="00746A89">
            <w:r>
              <w:t>Установленная мощность источника</w:t>
            </w:r>
          </w:p>
        </w:tc>
        <w:tc>
          <w:tcPr>
            <w:tcW w:w="0" w:type="auto"/>
          </w:tcPr>
          <w:p w14:paraId="642ED878" w14:textId="77777777" w:rsidR="000772B4" w:rsidRDefault="00746A89">
            <w:pPr>
              <w:jc w:val="center"/>
            </w:pPr>
            <w:r>
              <w:t>5,37 Гкал/ч</w:t>
            </w:r>
          </w:p>
        </w:tc>
      </w:tr>
      <w:tr w:rsidR="000772B4" w:rsidRPr="00C07C05" w14:paraId="31745E08" w14:textId="77777777">
        <w:trPr>
          <w:cantSplit/>
          <w:jc w:val="center"/>
        </w:trPr>
        <w:tc>
          <w:tcPr>
            <w:tcW w:w="0" w:type="auto"/>
          </w:tcPr>
          <w:p w14:paraId="7078FE1F" w14:textId="77777777" w:rsidR="000772B4" w:rsidRDefault="00746A89">
            <w:r>
              <w:t>Водоподготовительная установка</w:t>
            </w:r>
          </w:p>
        </w:tc>
        <w:tc>
          <w:tcPr>
            <w:tcW w:w="0" w:type="auto"/>
          </w:tcPr>
          <w:p w14:paraId="6CB9DD86" w14:textId="77777777" w:rsidR="000772B4" w:rsidRPr="00794D67" w:rsidRDefault="00746A89">
            <w:pPr>
              <w:jc w:val="center"/>
              <w:rPr>
                <w:lang w:val="ru-RU"/>
              </w:rPr>
            </w:pPr>
            <w:r w:rsidRPr="00794D67">
              <w:rPr>
                <w:lang w:val="ru-RU"/>
              </w:rPr>
              <w:t>0 т/ч заявленной производительности — нулевое значение производительности не равнозначно отсутствию установки</w:t>
            </w:r>
          </w:p>
        </w:tc>
      </w:tr>
      <w:tr w:rsidR="000772B4" w14:paraId="24F0AB50" w14:textId="77777777">
        <w:trPr>
          <w:cantSplit/>
          <w:jc w:val="center"/>
        </w:trPr>
        <w:tc>
          <w:tcPr>
            <w:tcW w:w="0" w:type="auto"/>
          </w:tcPr>
          <w:p w14:paraId="58483897" w14:textId="77777777" w:rsidR="000772B4" w:rsidRDefault="00746A89">
            <w:r>
              <w:t>Баки-аккумуляторы</w:t>
            </w:r>
          </w:p>
        </w:tc>
        <w:tc>
          <w:tcPr>
            <w:tcW w:w="0" w:type="auto"/>
          </w:tcPr>
          <w:p w14:paraId="65AFD0F8" w14:textId="77777777" w:rsidR="000772B4" w:rsidRDefault="00746A89">
            <w:pPr>
              <w:jc w:val="center"/>
            </w:pPr>
            <w:r>
              <w:t>отсутствуют</w:t>
            </w:r>
          </w:p>
        </w:tc>
      </w:tr>
      <w:tr w:rsidR="000772B4" w14:paraId="29719688" w14:textId="77777777">
        <w:trPr>
          <w:cantSplit/>
          <w:jc w:val="center"/>
        </w:trPr>
        <w:tc>
          <w:tcPr>
            <w:tcW w:w="0" w:type="auto"/>
          </w:tcPr>
          <w:p w14:paraId="3FE8E126" w14:textId="77777777" w:rsidR="000772B4" w:rsidRDefault="00746A89">
            <w:r>
              <w:t>Подпитка тепловой сети</w:t>
            </w:r>
          </w:p>
        </w:tc>
        <w:tc>
          <w:tcPr>
            <w:tcW w:w="0" w:type="auto"/>
          </w:tcPr>
          <w:p w14:paraId="64123469" w14:textId="77777777" w:rsidR="000772B4" w:rsidRDefault="00746A89">
            <w:pPr>
              <w:jc w:val="center"/>
            </w:pPr>
            <w:r>
              <w:t>0,428 т/ч в 2026 году</w:t>
            </w:r>
          </w:p>
        </w:tc>
      </w:tr>
      <w:tr w:rsidR="000772B4" w:rsidRPr="00C07C05" w14:paraId="0FF8DAC7" w14:textId="77777777">
        <w:trPr>
          <w:cantSplit/>
          <w:jc w:val="center"/>
        </w:trPr>
        <w:tc>
          <w:tcPr>
            <w:tcW w:w="0" w:type="auto"/>
          </w:tcPr>
          <w:p w14:paraId="05A8B8F3" w14:textId="77777777" w:rsidR="000772B4" w:rsidRDefault="00746A89">
            <w:r>
              <w:t>Аварийная подпитка</w:t>
            </w:r>
          </w:p>
        </w:tc>
        <w:tc>
          <w:tcPr>
            <w:tcW w:w="0" w:type="auto"/>
          </w:tcPr>
          <w:p w14:paraId="34CBF814" w14:textId="77777777" w:rsidR="000772B4" w:rsidRPr="00794D67" w:rsidRDefault="00746A89">
            <w:pPr>
              <w:jc w:val="center"/>
              <w:rPr>
                <w:lang w:val="ru-RU"/>
              </w:rPr>
            </w:pPr>
            <w:r w:rsidRPr="00794D67">
              <w:rPr>
                <w:lang w:val="ru-RU"/>
              </w:rPr>
              <w:t>1,1 т/ч; резерв −1,10 т/ч</w:t>
            </w:r>
          </w:p>
        </w:tc>
      </w:tr>
      <w:tr w:rsidR="000772B4" w:rsidRPr="00C07C05" w14:paraId="48D2ACB4" w14:textId="77777777">
        <w:trPr>
          <w:cantSplit/>
          <w:jc w:val="center"/>
        </w:trPr>
        <w:tc>
          <w:tcPr>
            <w:tcW w:w="0" w:type="auto"/>
          </w:tcPr>
          <w:p w14:paraId="58EDD105" w14:textId="77777777" w:rsidR="000772B4" w:rsidRDefault="00746A89">
            <w:r>
              <w:t>Текущие проблемы</w:t>
            </w:r>
          </w:p>
        </w:tc>
        <w:tc>
          <w:tcPr>
            <w:tcW w:w="0" w:type="auto"/>
          </w:tcPr>
          <w:p w14:paraId="367886A8" w14:textId="77777777" w:rsidR="000772B4" w:rsidRPr="00794D67" w:rsidRDefault="00746A89">
            <w:pPr>
              <w:jc w:val="center"/>
              <w:rPr>
                <w:lang w:val="ru-RU"/>
              </w:rPr>
            </w:pPr>
            <w:r w:rsidRPr="00794D67">
              <w:rPr>
                <w:lang w:val="ru-RU"/>
              </w:rPr>
              <w:t>наименьший водоразбор округа; дефицит подпитки −0,428 т/ч при нулевой заявленной производительности</w:t>
            </w:r>
          </w:p>
        </w:tc>
      </w:tr>
      <w:tr w:rsidR="000772B4" w:rsidRPr="00C07C05" w14:paraId="7FE7D5DA" w14:textId="77777777">
        <w:trPr>
          <w:cantSplit/>
          <w:jc w:val="center"/>
        </w:trPr>
        <w:tc>
          <w:tcPr>
            <w:tcW w:w="0" w:type="auto"/>
          </w:tcPr>
          <w:p w14:paraId="55384EC7" w14:textId="77777777" w:rsidR="000772B4" w:rsidRDefault="00746A89">
            <w:r>
              <w:t>Историческое решение</w:t>
            </w:r>
          </w:p>
        </w:tc>
        <w:tc>
          <w:tcPr>
            <w:tcW w:w="0" w:type="auto"/>
          </w:tcPr>
          <w:p w14:paraId="6C331CE1" w14:textId="77777777" w:rsidR="000772B4" w:rsidRPr="00794D67" w:rsidRDefault="00746A89">
            <w:pPr>
              <w:jc w:val="center"/>
              <w:rPr>
                <w:lang w:val="ru-RU"/>
              </w:rPr>
            </w:pPr>
            <w:r w:rsidRPr="00794D67">
              <w:rPr>
                <w:lang w:val="ru-RU"/>
              </w:rPr>
              <w:t>обосновывающие материалы, глава 5 «Мастер-план» 2021 года: 27 500 тыс. руб.; глава 9 в корпусе отсутствует, число пунктов по редакции 2014–2030 — 79</w:t>
            </w:r>
          </w:p>
        </w:tc>
      </w:tr>
      <w:tr w:rsidR="000772B4" w:rsidRPr="00C07C05" w14:paraId="2DAA5B06" w14:textId="77777777">
        <w:trPr>
          <w:cantSplit/>
          <w:jc w:val="center"/>
        </w:trPr>
        <w:tc>
          <w:tcPr>
            <w:tcW w:w="0" w:type="auto"/>
          </w:tcPr>
          <w:p w14:paraId="7C03FE9C" w14:textId="77777777" w:rsidR="000772B4" w:rsidRDefault="00746A89">
            <w:r>
              <w:t>Применимые варианты</w:t>
            </w:r>
          </w:p>
        </w:tc>
        <w:tc>
          <w:tcPr>
            <w:tcW w:w="0" w:type="auto"/>
          </w:tcPr>
          <w:p w14:paraId="404B8E99" w14:textId="77777777" w:rsidR="000772B4" w:rsidRPr="00794D67" w:rsidRDefault="00746A89">
            <w:pPr>
              <w:jc w:val="center"/>
              <w:rPr>
                <w:lang w:val="ru-RU"/>
              </w:rPr>
            </w:pPr>
            <w:r>
              <w:t>DHW</w:t>
            </w:r>
            <w:r w:rsidRPr="00794D67">
              <w:rPr>
                <w:lang w:val="ru-RU"/>
              </w:rPr>
              <w:t>-</w:t>
            </w:r>
            <w:r>
              <w:t>V</w:t>
            </w:r>
            <w:r w:rsidRPr="00794D67">
              <w:rPr>
                <w:lang w:val="ru-RU"/>
              </w:rPr>
              <w:t xml:space="preserve">1 — предпочтителен; </w:t>
            </w:r>
            <w:r>
              <w:t>DHW</w:t>
            </w:r>
            <w:r w:rsidRPr="00794D67">
              <w:rPr>
                <w:lang w:val="ru-RU"/>
              </w:rPr>
              <w:t>-</w:t>
            </w:r>
            <w:r>
              <w:t>V</w:t>
            </w:r>
            <w:r w:rsidRPr="00794D67">
              <w:rPr>
                <w:lang w:val="ru-RU"/>
              </w:rPr>
              <w:t xml:space="preserve">2 неприменимо по масштабу и рассредоточенности нагрузки; </w:t>
            </w:r>
            <w:r>
              <w:t>DHW</w:t>
            </w:r>
            <w:r w:rsidRPr="00794D67">
              <w:rPr>
                <w:lang w:val="ru-RU"/>
              </w:rPr>
              <w:t>-</w:t>
            </w:r>
            <w:r>
              <w:t>V</w:t>
            </w:r>
            <w:r w:rsidRPr="00794D67">
              <w:rPr>
                <w:lang w:val="ru-RU"/>
              </w:rPr>
              <w:t>0 отклонён законом</w:t>
            </w:r>
          </w:p>
        </w:tc>
      </w:tr>
      <w:tr w:rsidR="000772B4" w:rsidRPr="00C07C05" w14:paraId="79F7684B" w14:textId="77777777">
        <w:trPr>
          <w:cantSplit/>
          <w:jc w:val="center"/>
        </w:trPr>
        <w:tc>
          <w:tcPr>
            <w:tcW w:w="0" w:type="auto"/>
          </w:tcPr>
          <w:p w14:paraId="7B72CE0B" w14:textId="77777777" w:rsidR="000772B4" w:rsidRDefault="00746A89">
            <w:r>
              <w:t>Расчётный эффект перевода</w:t>
            </w:r>
          </w:p>
        </w:tc>
        <w:tc>
          <w:tcPr>
            <w:tcW w:w="0" w:type="auto"/>
          </w:tcPr>
          <w:p w14:paraId="7E57662A" w14:textId="77777777" w:rsidR="000772B4" w:rsidRPr="00794D67" w:rsidRDefault="00746A89">
            <w:pPr>
              <w:jc w:val="center"/>
              <w:rPr>
                <w:lang w:val="ru-RU"/>
              </w:rPr>
            </w:pPr>
            <w:r w:rsidRPr="00794D67">
              <w:rPr>
                <w:lang w:val="ru-RU"/>
              </w:rPr>
              <w:t>подпитка 0,428 → 0,093 т/ч; резерв ВПУ −0,428 → −0,093 т/ч; дефицит уменьшается, но сохраняется</w:t>
            </w:r>
          </w:p>
        </w:tc>
      </w:tr>
      <w:tr w:rsidR="000772B4" w:rsidRPr="00C07C05" w14:paraId="35777CD1" w14:textId="77777777">
        <w:trPr>
          <w:cantSplit/>
          <w:jc w:val="center"/>
        </w:trPr>
        <w:tc>
          <w:tcPr>
            <w:tcW w:w="0" w:type="auto"/>
          </w:tcPr>
          <w:p w14:paraId="2368FC02" w14:textId="77777777" w:rsidR="000772B4" w:rsidRDefault="00746A89">
            <w:r>
              <w:t>Потребность в расчётах</w:t>
            </w:r>
          </w:p>
        </w:tc>
        <w:tc>
          <w:tcPr>
            <w:tcW w:w="0" w:type="auto"/>
          </w:tcPr>
          <w:p w14:paraId="0D98AED3" w14:textId="77777777" w:rsidR="000772B4" w:rsidRPr="00794D67" w:rsidRDefault="00746A89">
            <w:pPr>
              <w:jc w:val="center"/>
              <w:rPr>
                <w:lang w:val="ru-RU"/>
              </w:rPr>
            </w:pPr>
            <w:r w:rsidRPr="00794D67">
              <w:rPr>
                <w:lang w:val="ru-RU"/>
              </w:rPr>
              <w:t>водный эффект рассчитан; подлежит проверке гидравлическим расчётом на 2026 год</w:t>
            </w:r>
          </w:p>
        </w:tc>
      </w:tr>
      <w:tr w:rsidR="000772B4" w:rsidRPr="00C07C05" w14:paraId="110C5DA1" w14:textId="77777777">
        <w:trPr>
          <w:cantSplit/>
          <w:jc w:val="center"/>
        </w:trPr>
        <w:tc>
          <w:tcPr>
            <w:tcW w:w="0" w:type="auto"/>
          </w:tcPr>
          <w:p w14:paraId="43FC1F30" w14:textId="77777777" w:rsidR="000772B4" w:rsidRDefault="00746A89">
            <w:r>
              <w:t>Капитальные вложения</w:t>
            </w:r>
          </w:p>
        </w:tc>
        <w:tc>
          <w:tcPr>
            <w:tcW w:w="0" w:type="auto"/>
          </w:tcPr>
          <w:p w14:paraId="3A45564B" w14:textId="77777777" w:rsidR="000772B4" w:rsidRPr="00794D67" w:rsidRDefault="00746A89">
            <w:pPr>
              <w:jc w:val="center"/>
              <w:rPr>
                <w:lang w:val="ru-RU"/>
              </w:rPr>
            </w:pPr>
            <w:r w:rsidRPr="00794D67">
              <w:rPr>
                <w:lang w:val="ru-RU"/>
              </w:rPr>
              <w:t>ранее оценённая стоимость 27</w:t>
            </w:r>
            <w:r>
              <w:t> </w:t>
            </w:r>
            <w:r w:rsidRPr="00794D67">
              <w:rPr>
                <w:lang w:val="ru-RU"/>
              </w:rPr>
              <w:t>500 тыс. руб. в ценах 2021 года без НДС; текущая потребность в капитальных вложениях подлежит определению</w:t>
            </w:r>
          </w:p>
        </w:tc>
      </w:tr>
      <w:tr w:rsidR="000772B4" w14:paraId="6F01CC25" w14:textId="77777777">
        <w:trPr>
          <w:cantSplit/>
          <w:jc w:val="center"/>
        </w:trPr>
        <w:tc>
          <w:tcPr>
            <w:tcW w:w="0" w:type="auto"/>
          </w:tcPr>
          <w:p w14:paraId="2270AFEC" w14:textId="77777777" w:rsidR="000772B4" w:rsidRDefault="00746A89">
            <w:r>
              <w:t>Зависимость от электронной модели</w:t>
            </w:r>
          </w:p>
        </w:tc>
        <w:tc>
          <w:tcPr>
            <w:tcW w:w="0" w:type="auto"/>
          </w:tcPr>
          <w:p w14:paraId="5819C0AF" w14:textId="77777777" w:rsidR="000772B4" w:rsidRDefault="00746A89">
            <w:pPr>
              <w:jc w:val="center"/>
            </w:pPr>
            <w:r>
              <w:t>расчётное моделирование не требуется</w:t>
            </w:r>
          </w:p>
        </w:tc>
      </w:tr>
      <w:tr w:rsidR="000772B4" w:rsidRPr="00C07C05" w14:paraId="66D7A8DF" w14:textId="77777777">
        <w:trPr>
          <w:cantSplit/>
          <w:jc w:val="center"/>
        </w:trPr>
        <w:tc>
          <w:tcPr>
            <w:tcW w:w="0" w:type="auto"/>
          </w:tcPr>
          <w:p w14:paraId="330187BA" w14:textId="77777777" w:rsidR="000772B4" w:rsidRDefault="00746A89">
            <w:r>
              <w:t>Взаимодействие с газификацией</w:t>
            </w:r>
          </w:p>
        </w:tc>
        <w:tc>
          <w:tcPr>
            <w:tcW w:w="0" w:type="auto"/>
          </w:tcPr>
          <w:p w14:paraId="5CC0ADC8" w14:textId="77777777" w:rsidR="000772B4" w:rsidRPr="00794D67" w:rsidRDefault="00746A89">
            <w:pPr>
              <w:jc w:val="center"/>
              <w:rPr>
                <w:lang w:val="ru-RU"/>
              </w:rPr>
            </w:pPr>
            <w:r>
              <w:t>INDEPENDENT</w:t>
            </w:r>
            <w:r w:rsidRPr="00794D67">
              <w:rPr>
                <w:lang w:val="ru-RU"/>
              </w:rPr>
              <w:t xml:space="preserve"> — мероприятие на стороне потребителя; газификация источника 2035 на перевод не влияет</w:t>
            </w:r>
          </w:p>
        </w:tc>
      </w:tr>
      <w:tr w:rsidR="000772B4" w:rsidRPr="00C07C05" w14:paraId="309CD623" w14:textId="77777777">
        <w:trPr>
          <w:cantSplit/>
          <w:jc w:val="center"/>
        </w:trPr>
        <w:tc>
          <w:tcPr>
            <w:tcW w:w="0" w:type="auto"/>
          </w:tcPr>
          <w:p w14:paraId="7A765D55" w14:textId="77777777" w:rsidR="000772B4" w:rsidRDefault="00746A89">
            <w:r>
              <w:t>Принимаемое решение</w:t>
            </w:r>
          </w:p>
        </w:tc>
        <w:tc>
          <w:tcPr>
            <w:tcW w:w="0" w:type="auto"/>
          </w:tcPr>
          <w:p w14:paraId="29E77C6B" w14:textId="77777777" w:rsidR="000772B4" w:rsidRPr="00794D67" w:rsidRDefault="00746A89">
            <w:pPr>
              <w:jc w:val="center"/>
              <w:rPr>
                <w:lang w:val="ru-RU"/>
              </w:rPr>
            </w:pPr>
            <w:r>
              <w:t>DHW</w:t>
            </w:r>
            <w:r w:rsidRPr="00794D67">
              <w:rPr>
                <w:lang w:val="ru-RU"/>
              </w:rPr>
              <w:t>-</w:t>
            </w:r>
            <w:r>
              <w:t>V</w:t>
            </w:r>
            <w:r w:rsidRPr="00794D67">
              <w:rPr>
                <w:lang w:val="ru-RU"/>
              </w:rPr>
              <w:t xml:space="preserve">1, очерёдность </w:t>
            </w:r>
            <w:r>
              <w:t>P</w:t>
            </w:r>
            <w:r w:rsidRPr="00794D67">
              <w:rPr>
                <w:lang w:val="ru-RU"/>
              </w:rPr>
              <w:t>3, период 2031–2036</w:t>
            </w:r>
          </w:p>
        </w:tc>
      </w:tr>
      <w:tr w:rsidR="000772B4" w:rsidRPr="00C07C05" w14:paraId="71F752A5" w14:textId="77777777">
        <w:trPr>
          <w:cantSplit/>
          <w:jc w:val="center"/>
        </w:trPr>
        <w:tc>
          <w:tcPr>
            <w:tcW w:w="0" w:type="auto"/>
          </w:tcPr>
          <w:p w14:paraId="0BCFB836" w14:textId="77777777" w:rsidR="000772B4" w:rsidRDefault="00746A89">
            <w:r>
              <w:t>Состояние решения</w:t>
            </w:r>
          </w:p>
        </w:tc>
        <w:tc>
          <w:tcPr>
            <w:tcW w:w="0" w:type="auto"/>
          </w:tcPr>
          <w:p w14:paraId="3ADAABA3"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r>
      <w:tr w:rsidR="000772B4" w14:paraId="4714E53A" w14:textId="77777777">
        <w:trPr>
          <w:cantSplit/>
          <w:jc w:val="center"/>
        </w:trPr>
        <w:tc>
          <w:tcPr>
            <w:tcW w:w="0" w:type="auto"/>
          </w:tcPr>
          <w:p w14:paraId="382A7A41" w14:textId="77777777" w:rsidR="000772B4" w:rsidRDefault="00746A89">
            <w:r>
              <w:t>Состояние на 2031 год</w:t>
            </w:r>
          </w:p>
        </w:tc>
        <w:tc>
          <w:tcPr>
            <w:tcW w:w="0" w:type="auto"/>
          </w:tcPr>
          <w:p w14:paraId="50A0E242" w14:textId="77777777" w:rsidR="000772B4" w:rsidRDefault="00746A89">
            <w:pPr>
              <w:jc w:val="center"/>
            </w:pPr>
            <w:r>
              <w:t>перевод не начат</w:t>
            </w:r>
          </w:p>
        </w:tc>
      </w:tr>
      <w:tr w:rsidR="000772B4" w14:paraId="7DCFCEF9" w14:textId="77777777">
        <w:trPr>
          <w:cantSplit/>
          <w:jc w:val="center"/>
        </w:trPr>
        <w:tc>
          <w:tcPr>
            <w:tcW w:w="0" w:type="auto"/>
          </w:tcPr>
          <w:p w14:paraId="07AAC774" w14:textId="77777777" w:rsidR="000772B4" w:rsidRDefault="00746A89">
            <w:r>
              <w:t>Состояние на 2036 год</w:t>
            </w:r>
          </w:p>
        </w:tc>
        <w:tc>
          <w:tcPr>
            <w:tcW w:w="0" w:type="auto"/>
          </w:tcPr>
          <w:p w14:paraId="3DB25767" w14:textId="77777777" w:rsidR="000772B4" w:rsidRDefault="00746A89">
            <w:pPr>
              <w:jc w:val="center"/>
            </w:pPr>
            <w:r>
              <w:t>закрытая схема</w:t>
            </w:r>
          </w:p>
        </w:tc>
      </w:tr>
    </w:tbl>
    <w:p w14:paraId="28442E61" w14:textId="77777777" w:rsidR="000772B4" w:rsidRDefault="000772B4">
      <w:pPr>
        <w:spacing w:after="40"/>
      </w:pPr>
    </w:p>
    <w:p w14:paraId="5AB405E5" w14:textId="77777777" w:rsidR="000772B4" w:rsidRPr="00344E69" w:rsidRDefault="00746A89">
      <w:pPr>
        <w:pStyle w:val="21"/>
      </w:pPr>
      <w:bookmarkStart w:id="67" w:name="_Toc238015658"/>
      <w:r w:rsidRPr="00344E69">
        <w:t>9.11. Принимаемые решения</w:t>
      </w:r>
      <w:bookmarkEnd w:id="67"/>
    </w:p>
    <w:p w14:paraId="4753070B" w14:textId="77777777" w:rsidR="000772B4" w:rsidRDefault="00746A89">
      <w:pPr>
        <w:keepNext/>
        <w:spacing w:before="160"/>
      </w:pPr>
      <w:r>
        <w:rPr>
          <w:b/>
        </w:rPr>
        <w:t>Таблица 9.16 — Решения по системам</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178"/>
        <w:gridCol w:w="2085"/>
        <w:gridCol w:w="1398"/>
        <w:gridCol w:w="1368"/>
        <w:gridCol w:w="1835"/>
        <w:gridCol w:w="1481"/>
      </w:tblGrid>
      <w:tr w:rsidR="000772B4" w14:paraId="35859DC2" w14:textId="77777777">
        <w:trPr>
          <w:cantSplit/>
          <w:tblHeader/>
          <w:jc w:val="center"/>
        </w:trPr>
        <w:tc>
          <w:tcPr>
            <w:tcW w:w="0" w:type="auto"/>
            <w:shd w:val="clear" w:color="auto" w:fill="E2F0D9"/>
          </w:tcPr>
          <w:p w14:paraId="57421D91" w14:textId="77777777" w:rsidR="000772B4" w:rsidRDefault="00746A89">
            <w:pPr>
              <w:jc w:val="center"/>
            </w:pPr>
            <w:r>
              <w:rPr>
                <w:b/>
              </w:rPr>
              <w:t>Источник</w:t>
            </w:r>
          </w:p>
        </w:tc>
        <w:tc>
          <w:tcPr>
            <w:tcW w:w="0" w:type="auto"/>
            <w:shd w:val="clear" w:color="auto" w:fill="E2F0D9"/>
          </w:tcPr>
          <w:p w14:paraId="1E752516" w14:textId="77777777" w:rsidR="000772B4" w:rsidRDefault="00746A89">
            <w:pPr>
              <w:jc w:val="center"/>
            </w:pPr>
            <w:r>
              <w:rPr>
                <w:b/>
              </w:rPr>
              <w:t>Предпочтительный вариант</w:t>
            </w:r>
          </w:p>
        </w:tc>
        <w:tc>
          <w:tcPr>
            <w:tcW w:w="0" w:type="auto"/>
            <w:shd w:val="clear" w:color="auto" w:fill="E2F0D9"/>
          </w:tcPr>
          <w:p w14:paraId="0F1C7591" w14:textId="77777777" w:rsidR="000772B4" w:rsidRDefault="00746A89">
            <w:pPr>
              <w:jc w:val="center"/>
            </w:pPr>
            <w:r>
              <w:rPr>
                <w:b/>
              </w:rPr>
              <w:t>Очерёдность</w:t>
            </w:r>
          </w:p>
        </w:tc>
        <w:tc>
          <w:tcPr>
            <w:tcW w:w="0" w:type="auto"/>
            <w:shd w:val="clear" w:color="auto" w:fill="E2F0D9"/>
          </w:tcPr>
          <w:p w14:paraId="51D6F478" w14:textId="77777777" w:rsidR="000772B4" w:rsidRDefault="00746A89">
            <w:pPr>
              <w:jc w:val="center"/>
            </w:pPr>
            <w:r>
              <w:rPr>
                <w:b/>
              </w:rPr>
              <w:t>Период</w:t>
            </w:r>
          </w:p>
        </w:tc>
        <w:tc>
          <w:tcPr>
            <w:tcW w:w="0" w:type="auto"/>
            <w:shd w:val="clear" w:color="auto" w:fill="E2F0D9"/>
          </w:tcPr>
          <w:p w14:paraId="3E6D93A8" w14:textId="77777777" w:rsidR="000772B4" w:rsidRDefault="00746A89">
            <w:pPr>
              <w:jc w:val="center"/>
            </w:pPr>
            <w:r>
              <w:rPr>
                <w:b/>
              </w:rPr>
              <w:t>Состояние решения</w:t>
            </w:r>
          </w:p>
        </w:tc>
        <w:tc>
          <w:tcPr>
            <w:tcW w:w="0" w:type="auto"/>
            <w:shd w:val="clear" w:color="auto" w:fill="E2F0D9"/>
          </w:tcPr>
          <w:p w14:paraId="0CC67BBC" w14:textId="77777777" w:rsidR="000772B4" w:rsidRDefault="00746A89">
            <w:pPr>
              <w:jc w:val="center"/>
            </w:pPr>
            <w:r>
              <w:rPr>
                <w:b/>
              </w:rPr>
              <w:t>Мероприятие</w:t>
            </w:r>
          </w:p>
        </w:tc>
      </w:tr>
      <w:tr w:rsidR="000772B4" w14:paraId="1A485F8B" w14:textId="77777777">
        <w:trPr>
          <w:cantSplit/>
          <w:jc w:val="center"/>
        </w:trPr>
        <w:tc>
          <w:tcPr>
            <w:tcW w:w="0" w:type="auto"/>
          </w:tcPr>
          <w:p w14:paraId="6201F9BC" w14:textId="77777777" w:rsidR="000772B4" w:rsidRDefault="00746A89">
            <w:r>
              <w:t>УПК № 1 Таштагол</w:t>
            </w:r>
          </w:p>
        </w:tc>
        <w:tc>
          <w:tcPr>
            <w:tcW w:w="0" w:type="auto"/>
          </w:tcPr>
          <w:p w14:paraId="00D68E79" w14:textId="77777777" w:rsidR="000772B4" w:rsidRDefault="00746A89">
            <w:pPr>
              <w:jc w:val="center"/>
            </w:pPr>
            <w:r>
              <w:t>DHW-V1</w:t>
            </w:r>
          </w:p>
        </w:tc>
        <w:tc>
          <w:tcPr>
            <w:tcW w:w="0" w:type="auto"/>
          </w:tcPr>
          <w:p w14:paraId="42245E05" w14:textId="77777777" w:rsidR="000772B4" w:rsidRDefault="00746A89">
            <w:pPr>
              <w:jc w:val="center"/>
            </w:pPr>
            <w:r>
              <w:t>P0</w:t>
            </w:r>
          </w:p>
        </w:tc>
        <w:tc>
          <w:tcPr>
            <w:tcW w:w="0" w:type="auto"/>
          </w:tcPr>
          <w:p w14:paraId="0837CA26" w14:textId="77777777" w:rsidR="000772B4" w:rsidRDefault="00746A89">
            <w:pPr>
              <w:jc w:val="center"/>
            </w:pPr>
            <w:r>
              <w:t>2027–2031</w:t>
            </w:r>
          </w:p>
        </w:tc>
        <w:tc>
          <w:tcPr>
            <w:tcW w:w="0" w:type="auto"/>
          </w:tcPr>
          <w:p w14:paraId="5F52DB0F"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c>
          <w:tcPr>
            <w:tcW w:w="0" w:type="auto"/>
          </w:tcPr>
          <w:p w14:paraId="08AAC4B1" w14:textId="77777777" w:rsidR="000772B4" w:rsidRDefault="00746A89">
            <w:pPr>
              <w:jc w:val="center"/>
            </w:pPr>
            <w:r>
              <w:t>MS-DHW-01</w:t>
            </w:r>
          </w:p>
        </w:tc>
      </w:tr>
      <w:tr w:rsidR="000772B4" w14:paraId="689F4057" w14:textId="77777777">
        <w:trPr>
          <w:cantSplit/>
          <w:jc w:val="center"/>
        </w:trPr>
        <w:tc>
          <w:tcPr>
            <w:tcW w:w="0" w:type="auto"/>
          </w:tcPr>
          <w:p w14:paraId="65861589" w14:textId="77777777" w:rsidR="000772B4" w:rsidRDefault="00746A89">
            <w:r>
              <w:t>УПК № 2 Шалым</w:t>
            </w:r>
          </w:p>
        </w:tc>
        <w:tc>
          <w:tcPr>
            <w:tcW w:w="0" w:type="auto"/>
          </w:tcPr>
          <w:p w14:paraId="63F511E4" w14:textId="77777777" w:rsidR="000772B4" w:rsidRDefault="00746A89">
            <w:pPr>
              <w:jc w:val="center"/>
            </w:pPr>
            <w:r>
              <w:t>DHW-V1</w:t>
            </w:r>
          </w:p>
        </w:tc>
        <w:tc>
          <w:tcPr>
            <w:tcW w:w="0" w:type="auto"/>
          </w:tcPr>
          <w:p w14:paraId="4BBC51F6" w14:textId="77777777" w:rsidR="000772B4" w:rsidRDefault="00746A89">
            <w:pPr>
              <w:jc w:val="center"/>
            </w:pPr>
            <w:r>
              <w:t>P2</w:t>
            </w:r>
          </w:p>
        </w:tc>
        <w:tc>
          <w:tcPr>
            <w:tcW w:w="0" w:type="auto"/>
          </w:tcPr>
          <w:p w14:paraId="12A1270E" w14:textId="77777777" w:rsidR="000772B4" w:rsidRDefault="00746A89">
            <w:pPr>
              <w:jc w:val="center"/>
            </w:pPr>
            <w:r>
              <w:t>2031–2036</w:t>
            </w:r>
          </w:p>
        </w:tc>
        <w:tc>
          <w:tcPr>
            <w:tcW w:w="0" w:type="auto"/>
          </w:tcPr>
          <w:p w14:paraId="4B641203"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c>
          <w:tcPr>
            <w:tcW w:w="0" w:type="auto"/>
          </w:tcPr>
          <w:p w14:paraId="5913D355" w14:textId="77777777" w:rsidR="000772B4" w:rsidRDefault="00746A89">
            <w:pPr>
              <w:jc w:val="center"/>
            </w:pPr>
            <w:r>
              <w:t>MS-DHW-02</w:t>
            </w:r>
          </w:p>
        </w:tc>
      </w:tr>
      <w:tr w:rsidR="000772B4" w14:paraId="2A30A9CF" w14:textId="77777777">
        <w:trPr>
          <w:cantSplit/>
          <w:jc w:val="center"/>
        </w:trPr>
        <w:tc>
          <w:tcPr>
            <w:tcW w:w="0" w:type="auto"/>
          </w:tcPr>
          <w:p w14:paraId="407428FD" w14:textId="77777777" w:rsidR="000772B4" w:rsidRDefault="00746A89">
            <w:r>
              <w:t>УПК № 2 ЦМК</w:t>
            </w:r>
          </w:p>
        </w:tc>
        <w:tc>
          <w:tcPr>
            <w:tcW w:w="0" w:type="auto"/>
          </w:tcPr>
          <w:p w14:paraId="43555484" w14:textId="77777777" w:rsidR="000772B4" w:rsidRDefault="00746A89">
            <w:pPr>
              <w:jc w:val="center"/>
            </w:pPr>
            <w:r>
              <w:t>DHW-V1</w:t>
            </w:r>
          </w:p>
        </w:tc>
        <w:tc>
          <w:tcPr>
            <w:tcW w:w="0" w:type="auto"/>
          </w:tcPr>
          <w:p w14:paraId="3B98274B" w14:textId="77777777" w:rsidR="000772B4" w:rsidRDefault="00746A89">
            <w:pPr>
              <w:jc w:val="center"/>
            </w:pPr>
            <w:r>
              <w:t>P2</w:t>
            </w:r>
          </w:p>
        </w:tc>
        <w:tc>
          <w:tcPr>
            <w:tcW w:w="0" w:type="auto"/>
          </w:tcPr>
          <w:p w14:paraId="57282BD5" w14:textId="77777777" w:rsidR="000772B4" w:rsidRDefault="00746A89">
            <w:pPr>
              <w:jc w:val="center"/>
            </w:pPr>
            <w:r>
              <w:t>2031–2036</w:t>
            </w:r>
          </w:p>
        </w:tc>
        <w:tc>
          <w:tcPr>
            <w:tcW w:w="0" w:type="auto"/>
          </w:tcPr>
          <w:p w14:paraId="3B265E13"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c>
          <w:tcPr>
            <w:tcW w:w="0" w:type="auto"/>
          </w:tcPr>
          <w:p w14:paraId="49F3D49F" w14:textId="77777777" w:rsidR="000772B4" w:rsidRDefault="00746A89">
            <w:pPr>
              <w:jc w:val="center"/>
            </w:pPr>
            <w:r>
              <w:t>MS-DHW-03</w:t>
            </w:r>
          </w:p>
        </w:tc>
      </w:tr>
      <w:tr w:rsidR="000772B4" w14:paraId="3DA56EED" w14:textId="77777777">
        <w:trPr>
          <w:cantSplit/>
          <w:jc w:val="center"/>
        </w:trPr>
        <w:tc>
          <w:tcPr>
            <w:tcW w:w="0" w:type="auto"/>
          </w:tcPr>
          <w:p w14:paraId="27EF4012" w14:textId="77777777" w:rsidR="000772B4" w:rsidRDefault="00746A89">
            <w:r>
              <w:t>УПК № 9 ГРЭ</w:t>
            </w:r>
          </w:p>
        </w:tc>
        <w:tc>
          <w:tcPr>
            <w:tcW w:w="0" w:type="auto"/>
          </w:tcPr>
          <w:p w14:paraId="2079AC29" w14:textId="77777777" w:rsidR="000772B4" w:rsidRDefault="00746A89">
            <w:pPr>
              <w:jc w:val="center"/>
            </w:pPr>
            <w:r>
              <w:t>DHW-V1 предварительно</w:t>
            </w:r>
          </w:p>
        </w:tc>
        <w:tc>
          <w:tcPr>
            <w:tcW w:w="0" w:type="auto"/>
          </w:tcPr>
          <w:p w14:paraId="76CE6E84" w14:textId="77777777" w:rsidR="000772B4" w:rsidRDefault="00746A89">
            <w:pPr>
              <w:jc w:val="center"/>
            </w:pPr>
            <w:r>
              <w:t>P3</w:t>
            </w:r>
          </w:p>
        </w:tc>
        <w:tc>
          <w:tcPr>
            <w:tcW w:w="0" w:type="auto"/>
          </w:tcPr>
          <w:p w14:paraId="6872C50C" w14:textId="77777777" w:rsidR="000772B4" w:rsidRDefault="00746A89">
            <w:pPr>
              <w:jc w:val="center"/>
            </w:pPr>
            <w:r>
              <w:t>подлежит определению</w:t>
            </w:r>
          </w:p>
        </w:tc>
        <w:tc>
          <w:tcPr>
            <w:tcW w:w="0" w:type="auto"/>
          </w:tcPr>
          <w:p w14:paraId="15FE4A62" w14:textId="77777777" w:rsidR="000772B4" w:rsidRPr="00794D67" w:rsidRDefault="00746A89">
            <w:pPr>
              <w:jc w:val="center"/>
              <w:rPr>
                <w:lang w:val="ru-RU"/>
              </w:rPr>
            </w:pPr>
            <w:r w:rsidRPr="00794D67">
              <w:rPr>
                <w:lang w:val="ru-RU"/>
              </w:rPr>
              <w:t>предпочтительное решение, подлежит подтверждению сведениями эксплуатирующей организации</w:t>
            </w:r>
          </w:p>
        </w:tc>
        <w:tc>
          <w:tcPr>
            <w:tcW w:w="0" w:type="auto"/>
          </w:tcPr>
          <w:p w14:paraId="57785017" w14:textId="77777777" w:rsidR="000772B4" w:rsidRDefault="00746A89">
            <w:pPr>
              <w:jc w:val="center"/>
            </w:pPr>
            <w:r>
              <w:t>MS-DHW-04</w:t>
            </w:r>
          </w:p>
        </w:tc>
      </w:tr>
      <w:tr w:rsidR="000772B4" w14:paraId="58430A5B" w14:textId="77777777">
        <w:trPr>
          <w:cantSplit/>
          <w:jc w:val="center"/>
        </w:trPr>
        <w:tc>
          <w:tcPr>
            <w:tcW w:w="0" w:type="auto"/>
          </w:tcPr>
          <w:p w14:paraId="0E9D5B82" w14:textId="77777777" w:rsidR="000772B4" w:rsidRDefault="00746A89">
            <w:r>
              <w:t>УПК № 5 Новый Шерегеш</w:t>
            </w:r>
          </w:p>
        </w:tc>
        <w:tc>
          <w:tcPr>
            <w:tcW w:w="0" w:type="auto"/>
          </w:tcPr>
          <w:p w14:paraId="45CC42CC" w14:textId="77777777" w:rsidR="000772B4" w:rsidRDefault="00746A89">
            <w:pPr>
              <w:jc w:val="center"/>
            </w:pPr>
            <w:r>
              <w:t>DHW-V1</w:t>
            </w:r>
          </w:p>
        </w:tc>
        <w:tc>
          <w:tcPr>
            <w:tcW w:w="0" w:type="auto"/>
          </w:tcPr>
          <w:p w14:paraId="482B6B45" w14:textId="77777777" w:rsidR="000772B4" w:rsidRDefault="00746A89">
            <w:pPr>
              <w:jc w:val="center"/>
            </w:pPr>
            <w:r>
              <w:t>P0</w:t>
            </w:r>
          </w:p>
        </w:tc>
        <w:tc>
          <w:tcPr>
            <w:tcW w:w="0" w:type="auto"/>
          </w:tcPr>
          <w:p w14:paraId="44BF03C4" w14:textId="77777777" w:rsidR="000772B4" w:rsidRDefault="00746A89">
            <w:pPr>
              <w:jc w:val="center"/>
            </w:pPr>
            <w:r>
              <w:t>2027–2031</w:t>
            </w:r>
          </w:p>
        </w:tc>
        <w:tc>
          <w:tcPr>
            <w:tcW w:w="0" w:type="auto"/>
          </w:tcPr>
          <w:p w14:paraId="6F005DE7"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c>
          <w:tcPr>
            <w:tcW w:w="0" w:type="auto"/>
          </w:tcPr>
          <w:p w14:paraId="7C1F4FBD" w14:textId="77777777" w:rsidR="000772B4" w:rsidRDefault="00746A89">
            <w:pPr>
              <w:jc w:val="center"/>
            </w:pPr>
            <w:r>
              <w:t>MS-DHW-05</w:t>
            </w:r>
          </w:p>
        </w:tc>
      </w:tr>
      <w:tr w:rsidR="000772B4" w14:paraId="2C802314" w14:textId="77777777">
        <w:trPr>
          <w:cantSplit/>
          <w:jc w:val="center"/>
        </w:trPr>
        <w:tc>
          <w:tcPr>
            <w:tcW w:w="0" w:type="auto"/>
          </w:tcPr>
          <w:p w14:paraId="1EF13946" w14:textId="77777777" w:rsidR="000772B4" w:rsidRDefault="00746A89">
            <w:r>
              <w:t>УПК № 6 Старый Шерегеш</w:t>
            </w:r>
          </w:p>
        </w:tc>
        <w:tc>
          <w:tcPr>
            <w:tcW w:w="0" w:type="auto"/>
          </w:tcPr>
          <w:p w14:paraId="272F01B5" w14:textId="77777777" w:rsidR="000772B4" w:rsidRDefault="00746A89">
            <w:pPr>
              <w:jc w:val="center"/>
            </w:pPr>
            <w:r>
              <w:t>DHW-V1</w:t>
            </w:r>
          </w:p>
        </w:tc>
        <w:tc>
          <w:tcPr>
            <w:tcW w:w="0" w:type="auto"/>
          </w:tcPr>
          <w:p w14:paraId="516136F9" w14:textId="77777777" w:rsidR="000772B4" w:rsidRDefault="00746A89">
            <w:pPr>
              <w:jc w:val="center"/>
            </w:pPr>
            <w:r>
              <w:t>P2</w:t>
            </w:r>
          </w:p>
        </w:tc>
        <w:tc>
          <w:tcPr>
            <w:tcW w:w="0" w:type="auto"/>
          </w:tcPr>
          <w:p w14:paraId="1986CD78" w14:textId="77777777" w:rsidR="000772B4" w:rsidRDefault="00746A89">
            <w:pPr>
              <w:jc w:val="center"/>
            </w:pPr>
            <w:r>
              <w:t>2031–2036</w:t>
            </w:r>
          </w:p>
        </w:tc>
        <w:tc>
          <w:tcPr>
            <w:tcW w:w="0" w:type="auto"/>
          </w:tcPr>
          <w:p w14:paraId="6385345B"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c>
          <w:tcPr>
            <w:tcW w:w="0" w:type="auto"/>
          </w:tcPr>
          <w:p w14:paraId="08367701" w14:textId="77777777" w:rsidR="000772B4" w:rsidRDefault="00746A89">
            <w:pPr>
              <w:jc w:val="center"/>
            </w:pPr>
            <w:r>
              <w:t>MS-DHW-06</w:t>
            </w:r>
          </w:p>
        </w:tc>
      </w:tr>
      <w:tr w:rsidR="000772B4" w14:paraId="0BE19DBB" w14:textId="77777777">
        <w:trPr>
          <w:cantSplit/>
          <w:jc w:val="center"/>
        </w:trPr>
        <w:tc>
          <w:tcPr>
            <w:tcW w:w="0" w:type="auto"/>
          </w:tcPr>
          <w:p w14:paraId="4ACE7534" w14:textId="77777777" w:rsidR="000772B4" w:rsidRDefault="00746A89">
            <w:r>
              <w:t>УПК № 7 Каз</w:t>
            </w:r>
          </w:p>
        </w:tc>
        <w:tc>
          <w:tcPr>
            <w:tcW w:w="0" w:type="auto"/>
          </w:tcPr>
          <w:p w14:paraId="6D733BE8" w14:textId="77777777" w:rsidR="000772B4" w:rsidRDefault="00746A89">
            <w:pPr>
              <w:jc w:val="center"/>
            </w:pPr>
            <w:r>
              <w:t>DHW-V1</w:t>
            </w:r>
          </w:p>
        </w:tc>
        <w:tc>
          <w:tcPr>
            <w:tcW w:w="0" w:type="auto"/>
          </w:tcPr>
          <w:p w14:paraId="78CE2252" w14:textId="77777777" w:rsidR="000772B4" w:rsidRDefault="00746A89">
            <w:pPr>
              <w:jc w:val="center"/>
            </w:pPr>
            <w:r>
              <w:t>P1</w:t>
            </w:r>
          </w:p>
        </w:tc>
        <w:tc>
          <w:tcPr>
            <w:tcW w:w="0" w:type="auto"/>
          </w:tcPr>
          <w:p w14:paraId="1707AB7D" w14:textId="77777777" w:rsidR="000772B4" w:rsidRDefault="00746A89">
            <w:pPr>
              <w:jc w:val="center"/>
            </w:pPr>
            <w:r>
              <w:t>2027–2031</w:t>
            </w:r>
          </w:p>
        </w:tc>
        <w:tc>
          <w:tcPr>
            <w:tcW w:w="0" w:type="auto"/>
          </w:tcPr>
          <w:p w14:paraId="1C4A8C17"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c>
          <w:tcPr>
            <w:tcW w:w="0" w:type="auto"/>
          </w:tcPr>
          <w:p w14:paraId="72ED123D" w14:textId="77777777" w:rsidR="000772B4" w:rsidRDefault="00746A89">
            <w:pPr>
              <w:jc w:val="center"/>
            </w:pPr>
            <w:r>
              <w:t>MS-DHW-07</w:t>
            </w:r>
          </w:p>
        </w:tc>
      </w:tr>
      <w:tr w:rsidR="000772B4" w14:paraId="6F3EF942" w14:textId="77777777">
        <w:trPr>
          <w:cantSplit/>
          <w:jc w:val="center"/>
        </w:trPr>
        <w:tc>
          <w:tcPr>
            <w:tcW w:w="0" w:type="auto"/>
          </w:tcPr>
          <w:p w14:paraId="696CD43D" w14:textId="77777777" w:rsidR="000772B4" w:rsidRDefault="00746A89">
            <w:r>
              <w:t>УПК № 8 Мундыбаш</w:t>
            </w:r>
          </w:p>
        </w:tc>
        <w:tc>
          <w:tcPr>
            <w:tcW w:w="0" w:type="auto"/>
          </w:tcPr>
          <w:p w14:paraId="0F17290A" w14:textId="77777777" w:rsidR="000772B4" w:rsidRDefault="00746A89">
            <w:pPr>
              <w:jc w:val="center"/>
            </w:pPr>
            <w:r>
              <w:t>DHW-V1</w:t>
            </w:r>
          </w:p>
        </w:tc>
        <w:tc>
          <w:tcPr>
            <w:tcW w:w="0" w:type="auto"/>
          </w:tcPr>
          <w:p w14:paraId="068E284C" w14:textId="77777777" w:rsidR="000772B4" w:rsidRDefault="00746A89">
            <w:pPr>
              <w:jc w:val="center"/>
            </w:pPr>
            <w:r>
              <w:t>P1</w:t>
            </w:r>
          </w:p>
        </w:tc>
        <w:tc>
          <w:tcPr>
            <w:tcW w:w="0" w:type="auto"/>
          </w:tcPr>
          <w:p w14:paraId="16AC9FEA" w14:textId="77777777" w:rsidR="000772B4" w:rsidRDefault="00746A89">
            <w:pPr>
              <w:jc w:val="center"/>
            </w:pPr>
            <w:r>
              <w:t>2031–2036</w:t>
            </w:r>
          </w:p>
        </w:tc>
        <w:tc>
          <w:tcPr>
            <w:tcW w:w="0" w:type="auto"/>
          </w:tcPr>
          <w:p w14:paraId="777F7F3D"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c>
          <w:tcPr>
            <w:tcW w:w="0" w:type="auto"/>
          </w:tcPr>
          <w:p w14:paraId="71413FF1" w14:textId="77777777" w:rsidR="000772B4" w:rsidRDefault="00746A89">
            <w:pPr>
              <w:jc w:val="center"/>
            </w:pPr>
            <w:r>
              <w:t>MS-DHW-08</w:t>
            </w:r>
          </w:p>
        </w:tc>
      </w:tr>
      <w:tr w:rsidR="000772B4" w14:paraId="2CCAE365" w14:textId="77777777">
        <w:trPr>
          <w:cantSplit/>
          <w:jc w:val="center"/>
        </w:trPr>
        <w:tc>
          <w:tcPr>
            <w:tcW w:w="0" w:type="auto"/>
          </w:tcPr>
          <w:p w14:paraId="5DED4ACB" w14:textId="77777777" w:rsidR="000772B4" w:rsidRDefault="00746A89">
            <w:r>
              <w:t>УПК № 10 Темир-Тау</w:t>
            </w:r>
          </w:p>
        </w:tc>
        <w:tc>
          <w:tcPr>
            <w:tcW w:w="0" w:type="auto"/>
          </w:tcPr>
          <w:p w14:paraId="735B2449" w14:textId="77777777" w:rsidR="000772B4" w:rsidRDefault="00746A89">
            <w:pPr>
              <w:jc w:val="center"/>
            </w:pPr>
            <w:r>
              <w:t>DHW-V1</w:t>
            </w:r>
          </w:p>
        </w:tc>
        <w:tc>
          <w:tcPr>
            <w:tcW w:w="0" w:type="auto"/>
          </w:tcPr>
          <w:p w14:paraId="0A8BFCDC" w14:textId="77777777" w:rsidR="000772B4" w:rsidRDefault="00746A89">
            <w:pPr>
              <w:jc w:val="center"/>
            </w:pPr>
            <w:r>
              <w:t>P1</w:t>
            </w:r>
          </w:p>
        </w:tc>
        <w:tc>
          <w:tcPr>
            <w:tcW w:w="0" w:type="auto"/>
          </w:tcPr>
          <w:p w14:paraId="37702C9C" w14:textId="77777777" w:rsidR="000772B4" w:rsidRDefault="00746A89">
            <w:pPr>
              <w:jc w:val="center"/>
            </w:pPr>
            <w:r>
              <w:t>2027–2031</w:t>
            </w:r>
          </w:p>
        </w:tc>
        <w:tc>
          <w:tcPr>
            <w:tcW w:w="0" w:type="auto"/>
          </w:tcPr>
          <w:p w14:paraId="656C2859"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c>
          <w:tcPr>
            <w:tcW w:w="0" w:type="auto"/>
          </w:tcPr>
          <w:p w14:paraId="0154C9B5" w14:textId="77777777" w:rsidR="000772B4" w:rsidRDefault="00746A89">
            <w:pPr>
              <w:jc w:val="center"/>
            </w:pPr>
            <w:r>
              <w:t>MS-DHW-09</w:t>
            </w:r>
          </w:p>
        </w:tc>
      </w:tr>
      <w:tr w:rsidR="000772B4" w14:paraId="4FDB9ED0" w14:textId="77777777">
        <w:trPr>
          <w:cantSplit/>
          <w:jc w:val="center"/>
        </w:trPr>
        <w:tc>
          <w:tcPr>
            <w:tcW w:w="0" w:type="auto"/>
          </w:tcPr>
          <w:p w14:paraId="7E826DD5" w14:textId="77777777" w:rsidR="000772B4" w:rsidRDefault="00746A89">
            <w:r>
              <w:t>УПК № 3 Спасск</w:t>
            </w:r>
          </w:p>
        </w:tc>
        <w:tc>
          <w:tcPr>
            <w:tcW w:w="0" w:type="auto"/>
          </w:tcPr>
          <w:p w14:paraId="6CBC8F68" w14:textId="77777777" w:rsidR="000772B4" w:rsidRDefault="00746A89">
            <w:pPr>
              <w:jc w:val="center"/>
            </w:pPr>
            <w:r>
              <w:t>DHW-V1</w:t>
            </w:r>
          </w:p>
        </w:tc>
        <w:tc>
          <w:tcPr>
            <w:tcW w:w="0" w:type="auto"/>
          </w:tcPr>
          <w:p w14:paraId="18D67727" w14:textId="77777777" w:rsidR="000772B4" w:rsidRDefault="00746A89">
            <w:pPr>
              <w:jc w:val="center"/>
            </w:pPr>
            <w:r>
              <w:t>P3</w:t>
            </w:r>
          </w:p>
        </w:tc>
        <w:tc>
          <w:tcPr>
            <w:tcW w:w="0" w:type="auto"/>
          </w:tcPr>
          <w:p w14:paraId="76A5DC12" w14:textId="77777777" w:rsidR="000772B4" w:rsidRDefault="00746A89">
            <w:pPr>
              <w:jc w:val="center"/>
            </w:pPr>
            <w:r>
              <w:t>2031–2036</w:t>
            </w:r>
          </w:p>
        </w:tc>
        <w:tc>
          <w:tcPr>
            <w:tcW w:w="0" w:type="auto"/>
          </w:tcPr>
          <w:p w14:paraId="53F894A0" w14:textId="77777777" w:rsidR="000772B4" w:rsidRPr="00794D67" w:rsidRDefault="00746A89">
            <w:pPr>
              <w:jc w:val="center"/>
              <w:rPr>
                <w:lang w:val="ru-RU"/>
              </w:rPr>
            </w:pPr>
            <w:r w:rsidRPr="00794D67">
              <w:rPr>
                <w:lang w:val="ru-RU"/>
              </w:rPr>
              <w:t>предпочтительное решение, подлежит расчётному подтверждению</w:t>
            </w:r>
          </w:p>
        </w:tc>
        <w:tc>
          <w:tcPr>
            <w:tcW w:w="0" w:type="auto"/>
          </w:tcPr>
          <w:p w14:paraId="026AA229" w14:textId="77777777" w:rsidR="000772B4" w:rsidRDefault="00746A89">
            <w:pPr>
              <w:jc w:val="center"/>
            </w:pPr>
            <w:r>
              <w:t>MS-DHW-10</w:t>
            </w:r>
          </w:p>
        </w:tc>
      </w:tr>
    </w:tbl>
    <w:p w14:paraId="376879F1" w14:textId="77777777" w:rsidR="000772B4" w:rsidRDefault="000772B4">
      <w:pPr>
        <w:spacing w:after="40"/>
      </w:pPr>
    </w:p>
    <w:p w14:paraId="3E1ADE01" w14:textId="77777777" w:rsidR="000772B4" w:rsidRPr="00794D67" w:rsidRDefault="00746A89">
      <w:pPr>
        <w:spacing w:after="80"/>
        <w:jc w:val="both"/>
        <w:rPr>
          <w:lang w:val="ru-RU"/>
        </w:rPr>
      </w:pPr>
      <w:r w:rsidRPr="00794D67">
        <w:rPr>
          <w:lang w:val="ru-RU"/>
        </w:rPr>
        <w:t>По девяти системам решение принято на уровне варианта и очерёдности и ожидает расчётного подтверждения гидравлики и актуализации числа тепловых пунктов. По УПК № 9 «ГРЭ» решение предварительное: оно принимается по типу системы, но количественного основания не имеет до раскрытия баланса теплоносителя.</w:t>
      </w:r>
    </w:p>
    <w:p w14:paraId="27C3A2D5" w14:textId="77777777" w:rsidR="000772B4" w:rsidRPr="00794D67" w:rsidRDefault="00746A89">
      <w:pPr>
        <w:spacing w:after="80"/>
        <w:jc w:val="both"/>
        <w:rPr>
          <w:lang w:val="ru-RU"/>
        </w:rPr>
      </w:pPr>
      <w:r w:rsidRPr="00794D67">
        <w:rPr>
          <w:lang w:val="ru-RU"/>
        </w:rPr>
        <w:t>Ни по одной системе решение перевод не требуется не принято: правовое требование распространяется на все системы с открытым водоразбором. По УПК № 8 «Мундыбаш» перевод относится к открытой составляющей смешанной схемы; закрытая составляющая уже существует и переводу не подлежит.</w:t>
      </w:r>
    </w:p>
    <w:p w14:paraId="174A9063" w14:textId="77777777" w:rsidR="000772B4" w:rsidRPr="00344E69" w:rsidRDefault="00746A89">
      <w:pPr>
        <w:pStyle w:val="21"/>
        <w:rPr>
          <w:lang w:val="ru-RU"/>
        </w:rPr>
      </w:pPr>
      <w:bookmarkStart w:id="68" w:name="_Toc238015659"/>
      <w:r w:rsidRPr="00344E69">
        <w:rPr>
          <w:lang w:val="ru-RU"/>
        </w:rPr>
        <w:t>9.12. Мероприятия и капитальные вложения</w:t>
      </w:r>
      <w:bookmarkEnd w:id="68"/>
    </w:p>
    <w:p w14:paraId="2291D2A0" w14:textId="77777777" w:rsidR="000772B4" w:rsidRPr="00794D67" w:rsidRDefault="00746A89">
      <w:pPr>
        <w:spacing w:after="80"/>
        <w:jc w:val="both"/>
        <w:rPr>
          <w:lang w:val="ru-RU"/>
        </w:rPr>
      </w:pPr>
      <w:r w:rsidRPr="00794D67">
        <w:rPr>
          <w:lang w:val="ru-RU"/>
        </w:rPr>
        <w:t xml:space="preserve">Капитальные вложения разделены по составляющим. Альтернативные варианты не суммируются: в предпочтительный вариант включается только </w:t>
      </w:r>
      <w:r>
        <w:t>DHW</w:t>
      </w:r>
      <w:r w:rsidRPr="00794D67">
        <w:rPr>
          <w:lang w:val="ru-RU"/>
        </w:rPr>
        <w:t>-</w:t>
      </w:r>
      <w:r>
        <w:t>V</w:t>
      </w:r>
      <w:r w:rsidRPr="00794D67">
        <w:rPr>
          <w:lang w:val="ru-RU"/>
        </w:rPr>
        <w:t>1.</w:t>
      </w:r>
    </w:p>
    <w:p w14:paraId="4F4A017E" w14:textId="77777777" w:rsidR="000772B4" w:rsidRDefault="00746A89">
      <w:pPr>
        <w:keepNext/>
        <w:spacing w:before="160"/>
      </w:pPr>
      <w:r>
        <w:rPr>
          <w:b/>
        </w:rPr>
        <w:t>Таблица 9.17 — Структура капитальных вложений</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925"/>
        <w:gridCol w:w="2871"/>
        <w:gridCol w:w="3549"/>
      </w:tblGrid>
      <w:tr w:rsidR="000772B4" w14:paraId="39857622" w14:textId="77777777">
        <w:trPr>
          <w:cantSplit/>
          <w:tblHeader/>
          <w:jc w:val="center"/>
        </w:trPr>
        <w:tc>
          <w:tcPr>
            <w:tcW w:w="0" w:type="auto"/>
            <w:shd w:val="clear" w:color="auto" w:fill="E2F0D9"/>
          </w:tcPr>
          <w:p w14:paraId="65280F8B" w14:textId="77777777" w:rsidR="000772B4" w:rsidRDefault="00746A89">
            <w:pPr>
              <w:jc w:val="center"/>
            </w:pPr>
            <w:r>
              <w:rPr>
                <w:b/>
              </w:rPr>
              <w:t>Составляющая</w:t>
            </w:r>
          </w:p>
        </w:tc>
        <w:tc>
          <w:tcPr>
            <w:tcW w:w="0" w:type="auto"/>
            <w:shd w:val="clear" w:color="auto" w:fill="E2F0D9"/>
          </w:tcPr>
          <w:p w14:paraId="4CE9405B" w14:textId="77777777" w:rsidR="000772B4" w:rsidRDefault="00746A89">
            <w:pPr>
              <w:jc w:val="center"/>
            </w:pPr>
            <w:r>
              <w:rPr>
                <w:b/>
              </w:rPr>
              <w:t>Состояние</w:t>
            </w:r>
          </w:p>
        </w:tc>
        <w:tc>
          <w:tcPr>
            <w:tcW w:w="0" w:type="auto"/>
            <w:shd w:val="clear" w:color="auto" w:fill="E2F0D9"/>
          </w:tcPr>
          <w:p w14:paraId="2B56BC60" w14:textId="77777777" w:rsidR="000772B4" w:rsidRDefault="00746A89">
            <w:pPr>
              <w:jc w:val="center"/>
            </w:pPr>
            <w:r>
              <w:rPr>
                <w:b/>
              </w:rPr>
              <w:t>Основание</w:t>
            </w:r>
          </w:p>
        </w:tc>
      </w:tr>
      <w:tr w:rsidR="000772B4" w:rsidRPr="00C07C05" w14:paraId="7EE9E996" w14:textId="77777777">
        <w:trPr>
          <w:cantSplit/>
          <w:jc w:val="center"/>
        </w:trPr>
        <w:tc>
          <w:tcPr>
            <w:tcW w:w="0" w:type="auto"/>
          </w:tcPr>
          <w:p w14:paraId="5011C639" w14:textId="77777777" w:rsidR="000772B4" w:rsidRDefault="00746A89">
            <w:r>
              <w:t>Тепловые пункты потребителей</w:t>
            </w:r>
          </w:p>
        </w:tc>
        <w:tc>
          <w:tcPr>
            <w:tcW w:w="0" w:type="auto"/>
          </w:tcPr>
          <w:p w14:paraId="54EE6AAC" w14:textId="77777777" w:rsidR="000772B4" w:rsidRPr="00794D67" w:rsidRDefault="00746A89">
            <w:pPr>
              <w:jc w:val="center"/>
              <w:rPr>
                <w:lang w:val="ru-RU"/>
              </w:rPr>
            </w:pPr>
            <w:r w:rsidRPr="00794D67">
              <w:rPr>
                <w:lang w:val="ru-RU"/>
              </w:rPr>
              <w:t>ранее оценённая стоимость 434 441 тыс. руб. в ценах 2021 без НДС</w:t>
            </w:r>
          </w:p>
        </w:tc>
        <w:tc>
          <w:tcPr>
            <w:tcW w:w="0" w:type="auto"/>
          </w:tcPr>
          <w:p w14:paraId="597F2CE3" w14:textId="77777777" w:rsidR="000772B4" w:rsidRPr="00794D67" w:rsidRDefault="00746A89">
            <w:pPr>
              <w:jc w:val="center"/>
              <w:rPr>
                <w:lang w:val="ru-RU"/>
              </w:rPr>
            </w:pPr>
            <w:r w:rsidRPr="00794D67">
              <w:rPr>
                <w:lang w:val="ru-RU"/>
              </w:rPr>
              <w:t>исторические решения 2021 и 2023 годов по девяти источникам</w:t>
            </w:r>
          </w:p>
        </w:tc>
      </w:tr>
      <w:tr w:rsidR="000772B4" w:rsidRPr="00C07C05" w14:paraId="39903D4E" w14:textId="77777777">
        <w:trPr>
          <w:cantSplit/>
          <w:jc w:val="center"/>
        </w:trPr>
        <w:tc>
          <w:tcPr>
            <w:tcW w:w="0" w:type="auto"/>
          </w:tcPr>
          <w:p w14:paraId="6EB3199F" w14:textId="77777777" w:rsidR="000772B4" w:rsidRDefault="00746A89">
            <w:r>
              <w:t>Центральные и групповые сооружения</w:t>
            </w:r>
          </w:p>
        </w:tc>
        <w:tc>
          <w:tcPr>
            <w:tcW w:w="0" w:type="auto"/>
          </w:tcPr>
          <w:p w14:paraId="67EAEBF6" w14:textId="77777777" w:rsidR="000772B4" w:rsidRDefault="00746A89">
            <w:pPr>
              <w:jc w:val="center"/>
            </w:pPr>
            <w:r>
              <w:t>стоимость подлежит определению</w:t>
            </w:r>
          </w:p>
        </w:tc>
        <w:tc>
          <w:tcPr>
            <w:tcW w:w="0" w:type="auto"/>
          </w:tcPr>
          <w:p w14:paraId="3A6B184E" w14:textId="77777777" w:rsidR="000772B4" w:rsidRPr="00794D67" w:rsidRDefault="00746A89">
            <w:pPr>
              <w:jc w:val="center"/>
              <w:rPr>
                <w:lang w:val="ru-RU"/>
              </w:rPr>
            </w:pPr>
            <w:r w:rsidRPr="00794D67">
              <w:rPr>
                <w:lang w:val="ru-RU"/>
              </w:rPr>
              <w:t xml:space="preserve">относится к варианту </w:t>
            </w:r>
            <w:r>
              <w:t>DHW</w:t>
            </w:r>
            <w:r w:rsidRPr="00794D67">
              <w:rPr>
                <w:lang w:val="ru-RU"/>
              </w:rPr>
              <w:t>-</w:t>
            </w:r>
            <w:r>
              <w:t>V</w:t>
            </w:r>
            <w:r w:rsidRPr="00794D67">
              <w:rPr>
                <w:lang w:val="ru-RU"/>
              </w:rPr>
              <w:t>2, решение не принято</w:t>
            </w:r>
          </w:p>
        </w:tc>
      </w:tr>
      <w:tr w:rsidR="000772B4" w:rsidRPr="00C07C05" w14:paraId="0F03C174" w14:textId="77777777">
        <w:trPr>
          <w:cantSplit/>
          <w:jc w:val="center"/>
        </w:trPr>
        <w:tc>
          <w:tcPr>
            <w:tcW w:w="0" w:type="auto"/>
          </w:tcPr>
          <w:p w14:paraId="6D8CB26C" w14:textId="77777777" w:rsidR="000772B4" w:rsidRDefault="00746A89">
            <w:r>
              <w:t>Реконструкция тепловых сетей</w:t>
            </w:r>
          </w:p>
        </w:tc>
        <w:tc>
          <w:tcPr>
            <w:tcW w:w="0" w:type="auto"/>
          </w:tcPr>
          <w:p w14:paraId="49A5D850" w14:textId="77777777" w:rsidR="000772B4" w:rsidRDefault="00746A89">
            <w:pPr>
              <w:jc w:val="center"/>
            </w:pPr>
            <w:r>
              <w:t>стоимость подлежит определению</w:t>
            </w:r>
          </w:p>
        </w:tc>
        <w:tc>
          <w:tcPr>
            <w:tcW w:w="0" w:type="auto"/>
          </w:tcPr>
          <w:p w14:paraId="7A68514C" w14:textId="77777777" w:rsidR="000772B4" w:rsidRPr="00794D67" w:rsidRDefault="00746A89">
            <w:pPr>
              <w:jc w:val="center"/>
              <w:rPr>
                <w:lang w:val="ru-RU"/>
              </w:rPr>
            </w:pPr>
            <w:r w:rsidRPr="00794D67">
              <w:rPr>
                <w:lang w:val="ru-RU"/>
              </w:rPr>
              <w:t>по расчёту 2021 года увеличения диаметров не требуется; проверка на 2026 не выполнена</w:t>
            </w:r>
          </w:p>
        </w:tc>
      </w:tr>
      <w:tr w:rsidR="000772B4" w:rsidRPr="00C07C05" w14:paraId="2541A259" w14:textId="77777777">
        <w:trPr>
          <w:cantSplit/>
          <w:jc w:val="center"/>
        </w:trPr>
        <w:tc>
          <w:tcPr>
            <w:tcW w:w="0" w:type="auto"/>
          </w:tcPr>
          <w:p w14:paraId="1E2147E6" w14:textId="77777777" w:rsidR="000772B4" w:rsidRDefault="00746A89">
            <w:r>
              <w:t>Реконструкция источников</w:t>
            </w:r>
          </w:p>
        </w:tc>
        <w:tc>
          <w:tcPr>
            <w:tcW w:w="0" w:type="auto"/>
          </w:tcPr>
          <w:p w14:paraId="7DD00457" w14:textId="77777777" w:rsidR="000772B4" w:rsidRDefault="00746A89">
            <w:pPr>
              <w:jc w:val="center"/>
            </w:pPr>
            <w:r>
              <w:t>стоимость подлежит определению</w:t>
            </w:r>
          </w:p>
        </w:tc>
        <w:tc>
          <w:tcPr>
            <w:tcW w:w="0" w:type="auto"/>
          </w:tcPr>
          <w:p w14:paraId="304369E1" w14:textId="77777777" w:rsidR="000772B4" w:rsidRPr="00794D67" w:rsidRDefault="00746A89">
            <w:pPr>
              <w:jc w:val="center"/>
              <w:rPr>
                <w:lang w:val="ru-RU"/>
              </w:rPr>
            </w:pPr>
            <w:r w:rsidRPr="00794D67">
              <w:rPr>
                <w:lang w:val="ru-RU"/>
              </w:rPr>
              <w:t>установленная мощность при переводе не изменяется</w:t>
            </w:r>
          </w:p>
        </w:tc>
      </w:tr>
      <w:tr w:rsidR="000772B4" w:rsidRPr="00312815" w14:paraId="7A4CC3E5" w14:textId="77777777">
        <w:trPr>
          <w:cantSplit/>
          <w:jc w:val="center"/>
        </w:trPr>
        <w:tc>
          <w:tcPr>
            <w:tcW w:w="0" w:type="auto"/>
          </w:tcPr>
          <w:p w14:paraId="61FE005B" w14:textId="77777777" w:rsidR="000772B4" w:rsidRDefault="00746A89">
            <w:r>
              <w:t>Водоподготовительные установки</w:t>
            </w:r>
          </w:p>
        </w:tc>
        <w:tc>
          <w:tcPr>
            <w:tcW w:w="0" w:type="auto"/>
          </w:tcPr>
          <w:p w14:paraId="68607C99" w14:textId="77777777" w:rsidR="000772B4" w:rsidRDefault="00746A89">
            <w:pPr>
              <w:jc w:val="center"/>
            </w:pPr>
            <w:r>
              <w:t>стоимость подлежит определению</w:t>
            </w:r>
          </w:p>
        </w:tc>
        <w:tc>
          <w:tcPr>
            <w:tcW w:w="0" w:type="auto"/>
          </w:tcPr>
          <w:p w14:paraId="5898D5BE" w14:textId="77777777" w:rsidR="000772B4" w:rsidRPr="00312815" w:rsidRDefault="00746A89">
            <w:pPr>
              <w:jc w:val="center"/>
              <w:rPr>
                <w:lang w:val="ru-RU"/>
              </w:rPr>
            </w:pPr>
            <w:r w:rsidRPr="00312815">
              <w:rPr>
                <w:lang w:val="ru-RU"/>
              </w:rPr>
              <w:t xml:space="preserve">относится к мероприятию </w:t>
            </w:r>
            <w:r>
              <w:t>MS</w:t>
            </w:r>
            <w:r w:rsidRPr="00312815">
              <w:rPr>
                <w:lang w:val="ru-RU"/>
              </w:rPr>
              <w:t>-</w:t>
            </w:r>
            <w:r>
              <w:t>R</w:t>
            </w:r>
            <w:r w:rsidRPr="00312815">
              <w:rPr>
                <w:lang w:val="ru-RU"/>
              </w:rPr>
              <w:t>-05 по четырём источникам</w:t>
            </w:r>
          </w:p>
        </w:tc>
      </w:tr>
      <w:tr w:rsidR="000772B4" w14:paraId="01E7F9F7" w14:textId="77777777">
        <w:trPr>
          <w:cantSplit/>
          <w:jc w:val="center"/>
        </w:trPr>
        <w:tc>
          <w:tcPr>
            <w:tcW w:w="0" w:type="auto"/>
          </w:tcPr>
          <w:p w14:paraId="6E041B47" w14:textId="77777777" w:rsidR="000772B4" w:rsidRDefault="00746A89">
            <w:r>
              <w:t>Насосное оборудование</w:t>
            </w:r>
          </w:p>
        </w:tc>
        <w:tc>
          <w:tcPr>
            <w:tcW w:w="0" w:type="auto"/>
          </w:tcPr>
          <w:p w14:paraId="2E9772FF" w14:textId="77777777" w:rsidR="000772B4" w:rsidRDefault="00746A89">
            <w:pPr>
              <w:jc w:val="center"/>
            </w:pPr>
            <w:r>
              <w:t>стоимость подлежит определению</w:t>
            </w:r>
          </w:p>
        </w:tc>
        <w:tc>
          <w:tcPr>
            <w:tcW w:w="0" w:type="auto"/>
          </w:tcPr>
          <w:p w14:paraId="03237263" w14:textId="77777777" w:rsidR="000772B4" w:rsidRDefault="00746A89">
            <w:pPr>
              <w:jc w:val="center"/>
            </w:pPr>
            <w:r>
              <w:t>состав не раскрыт</w:t>
            </w:r>
          </w:p>
        </w:tc>
      </w:tr>
      <w:tr w:rsidR="000772B4" w:rsidRPr="00C07C05" w14:paraId="3879C1E5" w14:textId="77777777">
        <w:trPr>
          <w:cantSplit/>
          <w:jc w:val="center"/>
        </w:trPr>
        <w:tc>
          <w:tcPr>
            <w:tcW w:w="0" w:type="auto"/>
          </w:tcPr>
          <w:p w14:paraId="3B6D1C79" w14:textId="77777777" w:rsidR="000772B4" w:rsidRDefault="00746A89">
            <w:r>
              <w:t>Автоматизация</w:t>
            </w:r>
          </w:p>
        </w:tc>
        <w:tc>
          <w:tcPr>
            <w:tcW w:w="0" w:type="auto"/>
          </w:tcPr>
          <w:p w14:paraId="63EA3115" w14:textId="77777777" w:rsidR="000772B4" w:rsidRDefault="00746A89">
            <w:pPr>
              <w:jc w:val="center"/>
            </w:pPr>
            <w:r>
              <w:t>стоимость подлежит определению</w:t>
            </w:r>
          </w:p>
        </w:tc>
        <w:tc>
          <w:tcPr>
            <w:tcW w:w="0" w:type="auto"/>
          </w:tcPr>
          <w:p w14:paraId="2A69D0BE" w14:textId="77777777" w:rsidR="000772B4" w:rsidRPr="00794D67" w:rsidRDefault="00746A89">
            <w:pPr>
              <w:jc w:val="center"/>
              <w:rPr>
                <w:lang w:val="ru-RU"/>
              </w:rPr>
            </w:pPr>
            <w:r w:rsidRPr="00794D67">
              <w:rPr>
                <w:lang w:val="ru-RU"/>
              </w:rPr>
              <w:t>потребность по объектам не определена</w:t>
            </w:r>
          </w:p>
        </w:tc>
      </w:tr>
      <w:tr w:rsidR="000772B4" w14:paraId="63CB45C3" w14:textId="77777777">
        <w:trPr>
          <w:cantSplit/>
          <w:jc w:val="center"/>
        </w:trPr>
        <w:tc>
          <w:tcPr>
            <w:tcW w:w="0" w:type="auto"/>
          </w:tcPr>
          <w:p w14:paraId="321042DD" w14:textId="77777777" w:rsidR="000772B4" w:rsidRDefault="00746A89">
            <w:r>
              <w:t>Сопутствующие работы</w:t>
            </w:r>
          </w:p>
        </w:tc>
        <w:tc>
          <w:tcPr>
            <w:tcW w:w="0" w:type="auto"/>
          </w:tcPr>
          <w:p w14:paraId="34E1D581" w14:textId="77777777" w:rsidR="000772B4" w:rsidRDefault="00746A89">
            <w:pPr>
              <w:jc w:val="center"/>
            </w:pPr>
            <w:r>
              <w:t>стоимость подлежит определению</w:t>
            </w:r>
          </w:p>
        </w:tc>
        <w:tc>
          <w:tcPr>
            <w:tcW w:w="0" w:type="auto"/>
          </w:tcPr>
          <w:p w14:paraId="56C878B3" w14:textId="77777777" w:rsidR="000772B4" w:rsidRDefault="00746A89">
            <w:pPr>
              <w:jc w:val="center"/>
            </w:pPr>
            <w:r>
              <w:t>состав не определён</w:t>
            </w:r>
          </w:p>
        </w:tc>
      </w:tr>
    </w:tbl>
    <w:p w14:paraId="084048C6" w14:textId="77777777" w:rsidR="000772B4" w:rsidRDefault="000772B4">
      <w:pPr>
        <w:spacing w:after="40"/>
      </w:pPr>
    </w:p>
    <w:p w14:paraId="25347BDE" w14:textId="77777777" w:rsidR="000772B4" w:rsidRPr="00794D67" w:rsidRDefault="00746A89">
      <w:pPr>
        <w:spacing w:after="80"/>
        <w:jc w:val="both"/>
        <w:rPr>
          <w:lang w:val="ru-RU"/>
        </w:rPr>
      </w:pPr>
      <w:r w:rsidRPr="00794D67">
        <w:rPr>
          <w:lang w:val="ru-RU"/>
        </w:rPr>
        <w:t>Историческая стоимость текущей потребностью в капитальных вложениях не является: она приведена в ценах 2021 года без налога на добавленную стоимость, опирается на число тепловых пунктов, не актуализированное на 2026 год, и не учитывает изменения состава потребителей. Индексация в настоящей главе не выполняется — индекс-дефлятор для этого не определён.</w:t>
      </w:r>
    </w:p>
    <w:p w14:paraId="6980C65E" w14:textId="77777777" w:rsidR="000772B4" w:rsidRPr="00794D67" w:rsidRDefault="00746A89">
      <w:pPr>
        <w:spacing w:after="80"/>
        <w:jc w:val="both"/>
        <w:rPr>
          <w:lang w:val="ru-RU"/>
        </w:rPr>
      </w:pPr>
      <w:r w:rsidRPr="00794D67">
        <w:rPr>
          <w:lang w:val="ru-RU"/>
        </w:rPr>
        <w:t>Отсутствие текущей стоимости нулём не замещается. Ни по одной составляющей значение 0 не проставлено.</w:t>
      </w:r>
    </w:p>
    <w:p w14:paraId="0C46F25F" w14:textId="77777777" w:rsidR="000772B4" w:rsidRPr="00312815" w:rsidRDefault="00746A89">
      <w:pPr>
        <w:spacing w:after="80"/>
        <w:jc w:val="both"/>
        <w:rPr>
          <w:lang w:val="ru-RU"/>
        </w:rPr>
      </w:pPr>
      <w:r w:rsidRPr="00794D67">
        <w:rPr>
          <w:lang w:val="ru-RU"/>
        </w:rPr>
        <w:t xml:space="preserve">Источники финансирования не определены. Историческое предложение — бюджетные средства для объектов социальной сферы и средства собственников для жилья и прочих объектов — принимается как рассмотренная альтернатива, а не как принятое решение. </w:t>
      </w:r>
      <w:r w:rsidRPr="00312815">
        <w:rPr>
          <w:lang w:val="ru-RU"/>
        </w:rPr>
        <w:t>Правовая рамка задана частью 8 статьи 40 Федерального закона от 07.12.2011 № 416-ФЗ: программы финансирования включаются в инвестиционные программы теплоснабжающих организаций, а затраты учитываются в тарифах.</w:t>
      </w:r>
    </w:p>
    <w:p w14:paraId="18CCE168" w14:textId="77777777" w:rsidR="000772B4" w:rsidRPr="00344E69" w:rsidRDefault="00746A89">
      <w:pPr>
        <w:pStyle w:val="21"/>
        <w:rPr>
          <w:lang w:val="ru-RU"/>
        </w:rPr>
      </w:pPr>
      <w:bookmarkStart w:id="69" w:name="_Toc238015660"/>
      <w:r w:rsidRPr="00344E69">
        <w:rPr>
          <w:lang w:val="ru-RU"/>
        </w:rPr>
        <w:t>9.13. Этапность</w:t>
      </w:r>
      <w:bookmarkEnd w:id="69"/>
    </w:p>
    <w:p w14:paraId="06F023C8" w14:textId="77777777" w:rsidR="000772B4" w:rsidRPr="00794D67" w:rsidRDefault="00746A89">
      <w:pPr>
        <w:spacing w:after="80"/>
        <w:jc w:val="both"/>
        <w:rPr>
          <w:lang w:val="ru-RU"/>
        </w:rPr>
      </w:pPr>
      <w:r w:rsidRPr="00794D67">
        <w:rPr>
          <w:lang w:val="ru-RU"/>
        </w:rPr>
        <w:t>Одновременный перевод девяти систем не планируется. Очерёдность построена по прозрачным классам, а не по числовому баллу: числовой балл при разнородных критериях был бы искусственным.</w:t>
      </w:r>
    </w:p>
    <w:p w14:paraId="459970B2" w14:textId="77777777" w:rsidR="000772B4" w:rsidRDefault="00746A89">
      <w:pPr>
        <w:keepNext/>
        <w:spacing w:before="160"/>
      </w:pPr>
      <w:r>
        <w:rPr>
          <w:b/>
        </w:rPr>
        <w:t>Таблица 9.18 — Классы очерёдности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756"/>
        <w:gridCol w:w="4317"/>
        <w:gridCol w:w="2122"/>
        <w:gridCol w:w="2150"/>
      </w:tblGrid>
      <w:tr w:rsidR="000772B4" w14:paraId="2493018D" w14:textId="77777777">
        <w:trPr>
          <w:cantSplit/>
          <w:tblHeader/>
          <w:jc w:val="center"/>
        </w:trPr>
        <w:tc>
          <w:tcPr>
            <w:tcW w:w="0" w:type="auto"/>
            <w:shd w:val="clear" w:color="auto" w:fill="E2F0D9"/>
          </w:tcPr>
          <w:p w14:paraId="2A85299E" w14:textId="77777777" w:rsidR="000772B4" w:rsidRDefault="00746A89">
            <w:pPr>
              <w:jc w:val="center"/>
            </w:pPr>
            <w:r>
              <w:rPr>
                <w:b/>
              </w:rPr>
              <w:t>Класс</w:t>
            </w:r>
          </w:p>
        </w:tc>
        <w:tc>
          <w:tcPr>
            <w:tcW w:w="0" w:type="auto"/>
            <w:shd w:val="clear" w:color="auto" w:fill="E2F0D9"/>
          </w:tcPr>
          <w:p w14:paraId="519A5AC7" w14:textId="77777777" w:rsidR="000772B4" w:rsidRDefault="00746A89">
            <w:pPr>
              <w:jc w:val="center"/>
            </w:pPr>
            <w:r>
              <w:rPr>
                <w:b/>
              </w:rPr>
              <w:t>Основание отнесения</w:t>
            </w:r>
          </w:p>
        </w:tc>
        <w:tc>
          <w:tcPr>
            <w:tcW w:w="0" w:type="auto"/>
            <w:shd w:val="clear" w:color="auto" w:fill="E2F0D9"/>
          </w:tcPr>
          <w:p w14:paraId="29996FF7" w14:textId="77777777" w:rsidR="000772B4" w:rsidRDefault="00746A89">
            <w:pPr>
              <w:jc w:val="center"/>
            </w:pPr>
            <w:r>
              <w:rPr>
                <w:b/>
              </w:rPr>
              <w:t>Системы</w:t>
            </w:r>
          </w:p>
        </w:tc>
        <w:tc>
          <w:tcPr>
            <w:tcW w:w="0" w:type="auto"/>
            <w:shd w:val="clear" w:color="auto" w:fill="E2F0D9"/>
          </w:tcPr>
          <w:p w14:paraId="7E69313E" w14:textId="77777777" w:rsidR="000772B4" w:rsidRDefault="00746A89">
            <w:pPr>
              <w:jc w:val="center"/>
            </w:pPr>
            <w:r>
              <w:rPr>
                <w:b/>
              </w:rPr>
              <w:t>Период</w:t>
            </w:r>
          </w:p>
        </w:tc>
      </w:tr>
      <w:tr w:rsidR="000772B4" w14:paraId="69C7DF22" w14:textId="77777777">
        <w:trPr>
          <w:cantSplit/>
          <w:jc w:val="center"/>
        </w:trPr>
        <w:tc>
          <w:tcPr>
            <w:tcW w:w="0" w:type="auto"/>
          </w:tcPr>
          <w:p w14:paraId="36AF3299" w14:textId="77777777" w:rsidR="000772B4" w:rsidRDefault="00746A89">
            <w:r>
              <w:t>P0</w:t>
            </w:r>
          </w:p>
        </w:tc>
        <w:tc>
          <w:tcPr>
            <w:tcW w:w="0" w:type="auto"/>
          </w:tcPr>
          <w:p w14:paraId="7A34F025" w14:textId="77777777" w:rsidR="000772B4" w:rsidRPr="00794D67" w:rsidRDefault="00746A89">
            <w:pPr>
              <w:jc w:val="center"/>
              <w:rPr>
                <w:lang w:val="ru-RU"/>
              </w:rPr>
            </w:pPr>
            <w:r w:rsidRPr="00794D67">
              <w:rPr>
                <w:lang w:val="ru-RU"/>
              </w:rPr>
              <w:t>наибольший водоразбор округа либо совпадение крупного водоразбора с действующим дефицитом подпитки</w:t>
            </w:r>
          </w:p>
        </w:tc>
        <w:tc>
          <w:tcPr>
            <w:tcW w:w="0" w:type="auto"/>
          </w:tcPr>
          <w:p w14:paraId="5BEDB01A" w14:textId="77777777" w:rsidR="000772B4" w:rsidRDefault="00746A89">
            <w:pPr>
              <w:jc w:val="center"/>
            </w:pPr>
            <w:r>
              <w:t>УПК № 1, УПК № 5</w:t>
            </w:r>
          </w:p>
        </w:tc>
        <w:tc>
          <w:tcPr>
            <w:tcW w:w="0" w:type="auto"/>
          </w:tcPr>
          <w:p w14:paraId="4889CE9B" w14:textId="77777777" w:rsidR="000772B4" w:rsidRDefault="00746A89">
            <w:pPr>
              <w:jc w:val="center"/>
            </w:pPr>
            <w:r>
              <w:t>2027–2031</w:t>
            </w:r>
          </w:p>
        </w:tc>
      </w:tr>
      <w:tr w:rsidR="000772B4" w14:paraId="547F36F0" w14:textId="77777777">
        <w:trPr>
          <w:cantSplit/>
          <w:jc w:val="center"/>
        </w:trPr>
        <w:tc>
          <w:tcPr>
            <w:tcW w:w="0" w:type="auto"/>
          </w:tcPr>
          <w:p w14:paraId="33C7F87D" w14:textId="77777777" w:rsidR="000772B4" w:rsidRDefault="00746A89">
            <w:r>
              <w:t>P1</w:t>
            </w:r>
          </w:p>
        </w:tc>
        <w:tc>
          <w:tcPr>
            <w:tcW w:w="0" w:type="auto"/>
          </w:tcPr>
          <w:p w14:paraId="1994A4C9" w14:textId="77777777" w:rsidR="000772B4" w:rsidRPr="00794D67" w:rsidRDefault="00746A89">
            <w:pPr>
              <w:jc w:val="center"/>
              <w:rPr>
                <w:lang w:val="ru-RU"/>
              </w:rPr>
            </w:pPr>
            <w:r w:rsidRPr="00794D67">
              <w:rPr>
                <w:lang w:val="ru-RU"/>
              </w:rPr>
              <w:t>крупный водоразбор либо наибольший дефицит подпитки при наличии проектной проработки</w:t>
            </w:r>
          </w:p>
        </w:tc>
        <w:tc>
          <w:tcPr>
            <w:tcW w:w="0" w:type="auto"/>
          </w:tcPr>
          <w:p w14:paraId="76827088" w14:textId="77777777" w:rsidR="000772B4" w:rsidRDefault="00746A89">
            <w:pPr>
              <w:jc w:val="center"/>
            </w:pPr>
            <w:r>
              <w:t>УПК № 7, УПК № 8, УПК № 10</w:t>
            </w:r>
          </w:p>
        </w:tc>
        <w:tc>
          <w:tcPr>
            <w:tcW w:w="0" w:type="auto"/>
          </w:tcPr>
          <w:p w14:paraId="0524167C" w14:textId="77777777" w:rsidR="000772B4" w:rsidRDefault="00746A89">
            <w:pPr>
              <w:jc w:val="center"/>
            </w:pPr>
            <w:r>
              <w:t>2027–2031 и 2031–2036</w:t>
            </w:r>
          </w:p>
        </w:tc>
      </w:tr>
      <w:tr w:rsidR="000772B4" w14:paraId="30F84A85" w14:textId="77777777">
        <w:trPr>
          <w:cantSplit/>
          <w:jc w:val="center"/>
        </w:trPr>
        <w:tc>
          <w:tcPr>
            <w:tcW w:w="0" w:type="auto"/>
          </w:tcPr>
          <w:p w14:paraId="2F6B6F41" w14:textId="77777777" w:rsidR="000772B4" w:rsidRDefault="00746A89">
            <w:r>
              <w:t>P2</w:t>
            </w:r>
          </w:p>
        </w:tc>
        <w:tc>
          <w:tcPr>
            <w:tcW w:w="0" w:type="auto"/>
          </w:tcPr>
          <w:p w14:paraId="4797D0D4" w14:textId="77777777" w:rsidR="000772B4" w:rsidRPr="00794D67" w:rsidRDefault="00746A89">
            <w:pPr>
              <w:jc w:val="center"/>
              <w:rPr>
                <w:lang w:val="ru-RU"/>
              </w:rPr>
            </w:pPr>
            <w:r w:rsidRPr="00794D67">
              <w:rPr>
                <w:lang w:val="ru-RU"/>
              </w:rPr>
              <w:t>средний водоразбор без критичного дефицита</w:t>
            </w:r>
          </w:p>
        </w:tc>
        <w:tc>
          <w:tcPr>
            <w:tcW w:w="0" w:type="auto"/>
          </w:tcPr>
          <w:p w14:paraId="2633220B" w14:textId="77777777" w:rsidR="000772B4" w:rsidRPr="00794D67" w:rsidRDefault="00746A89">
            <w:pPr>
              <w:jc w:val="center"/>
              <w:rPr>
                <w:lang w:val="ru-RU"/>
              </w:rPr>
            </w:pPr>
            <w:r w:rsidRPr="00794D67">
              <w:rPr>
                <w:lang w:val="ru-RU"/>
              </w:rPr>
              <w:t>УПК № 2 Шалым, УПК № 2 ЦМК, УПК № 6</w:t>
            </w:r>
          </w:p>
        </w:tc>
        <w:tc>
          <w:tcPr>
            <w:tcW w:w="0" w:type="auto"/>
          </w:tcPr>
          <w:p w14:paraId="12ADCF59" w14:textId="77777777" w:rsidR="000772B4" w:rsidRDefault="00746A89">
            <w:pPr>
              <w:jc w:val="center"/>
            </w:pPr>
            <w:r>
              <w:t>2031–2036</w:t>
            </w:r>
          </w:p>
        </w:tc>
      </w:tr>
      <w:tr w:rsidR="000772B4" w14:paraId="24A01886" w14:textId="77777777">
        <w:trPr>
          <w:cantSplit/>
          <w:jc w:val="center"/>
        </w:trPr>
        <w:tc>
          <w:tcPr>
            <w:tcW w:w="0" w:type="auto"/>
          </w:tcPr>
          <w:p w14:paraId="404FAB34" w14:textId="77777777" w:rsidR="000772B4" w:rsidRDefault="00746A89">
            <w:r>
              <w:t>P3</w:t>
            </w:r>
          </w:p>
        </w:tc>
        <w:tc>
          <w:tcPr>
            <w:tcW w:w="0" w:type="auto"/>
          </w:tcPr>
          <w:p w14:paraId="4B67D064" w14:textId="77777777" w:rsidR="000772B4" w:rsidRPr="00794D67" w:rsidRDefault="00746A89">
            <w:pPr>
              <w:jc w:val="center"/>
              <w:rPr>
                <w:lang w:val="ru-RU"/>
              </w:rPr>
            </w:pPr>
            <w:r w:rsidRPr="00794D67">
              <w:rPr>
                <w:lang w:val="ru-RU"/>
              </w:rPr>
              <w:t>наименьший водоразбор либо отсутствие раскрытых данных</w:t>
            </w:r>
          </w:p>
        </w:tc>
        <w:tc>
          <w:tcPr>
            <w:tcW w:w="0" w:type="auto"/>
          </w:tcPr>
          <w:p w14:paraId="68B278BF" w14:textId="77777777" w:rsidR="000772B4" w:rsidRDefault="00746A89">
            <w:pPr>
              <w:jc w:val="center"/>
            </w:pPr>
            <w:r>
              <w:t>УПК № 3 Спасск, УПК № 9 ГРЭ</w:t>
            </w:r>
          </w:p>
        </w:tc>
        <w:tc>
          <w:tcPr>
            <w:tcW w:w="0" w:type="auto"/>
          </w:tcPr>
          <w:p w14:paraId="21CF3139" w14:textId="77777777" w:rsidR="000772B4" w:rsidRDefault="00746A89">
            <w:pPr>
              <w:jc w:val="center"/>
            </w:pPr>
            <w:r>
              <w:t>2031–2036 и подлежит определению</w:t>
            </w:r>
          </w:p>
        </w:tc>
      </w:tr>
    </w:tbl>
    <w:p w14:paraId="2CD984BA" w14:textId="77777777" w:rsidR="000772B4" w:rsidRDefault="000772B4">
      <w:pPr>
        <w:spacing w:after="40"/>
      </w:pPr>
    </w:p>
    <w:p w14:paraId="2FC5A851" w14:textId="77777777" w:rsidR="00B808F9" w:rsidRDefault="00B808F9">
      <w:pPr>
        <w:sectPr w:rsidR="00B808F9" w:rsidSect="00034616">
          <w:footerReference w:type="default" r:id="rId93"/>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CD6EF9C" w14:textId="77777777" w:rsidR="000772B4" w:rsidRDefault="00746A89">
      <w:pPr>
        <w:keepNext/>
        <w:spacing w:before="160"/>
      </w:pPr>
      <w:r>
        <w:rPr>
          <w:b/>
        </w:rPr>
        <w:t>Таблица 9.19 — Очерёдность по системам</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3206"/>
        <w:gridCol w:w="821"/>
        <w:gridCol w:w="2187"/>
        <w:gridCol w:w="1112"/>
        <w:gridCol w:w="2015"/>
        <w:gridCol w:w="2754"/>
        <w:gridCol w:w="2182"/>
      </w:tblGrid>
      <w:tr w:rsidR="000772B4" w14:paraId="3D7B089E" w14:textId="77777777">
        <w:trPr>
          <w:cantSplit/>
          <w:tblHeader/>
          <w:jc w:val="center"/>
        </w:trPr>
        <w:tc>
          <w:tcPr>
            <w:tcW w:w="0" w:type="auto"/>
            <w:shd w:val="clear" w:color="auto" w:fill="E2F0D9"/>
          </w:tcPr>
          <w:p w14:paraId="6CB318BF" w14:textId="77777777" w:rsidR="000772B4" w:rsidRDefault="00746A89">
            <w:pPr>
              <w:jc w:val="center"/>
            </w:pPr>
            <w:r>
              <w:rPr>
                <w:b/>
              </w:rPr>
              <w:t>Источник</w:t>
            </w:r>
          </w:p>
        </w:tc>
        <w:tc>
          <w:tcPr>
            <w:tcW w:w="0" w:type="auto"/>
            <w:shd w:val="clear" w:color="auto" w:fill="E2F0D9"/>
          </w:tcPr>
          <w:p w14:paraId="2DC958DD" w14:textId="77777777" w:rsidR="000772B4" w:rsidRDefault="00746A89">
            <w:pPr>
              <w:jc w:val="center"/>
            </w:pPr>
            <w:r>
              <w:rPr>
                <w:b/>
              </w:rPr>
              <w:t>Класс</w:t>
            </w:r>
          </w:p>
        </w:tc>
        <w:tc>
          <w:tcPr>
            <w:tcW w:w="0" w:type="auto"/>
            <w:shd w:val="clear" w:color="auto" w:fill="E2F0D9"/>
          </w:tcPr>
          <w:p w14:paraId="2062EB55" w14:textId="77777777" w:rsidR="000772B4" w:rsidRDefault="00746A89">
            <w:pPr>
              <w:jc w:val="center"/>
            </w:pPr>
            <w:r>
              <w:rPr>
                <w:b/>
              </w:rPr>
              <w:t>Водоразбор, т/год</w:t>
            </w:r>
          </w:p>
        </w:tc>
        <w:tc>
          <w:tcPr>
            <w:tcW w:w="0" w:type="auto"/>
            <w:shd w:val="clear" w:color="auto" w:fill="E2F0D9"/>
          </w:tcPr>
          <w:p w14:paraId="0DEAD594" w14:textId="77777777" w:rsidR="000772B4" w:rsidRDefault="00746A89">
            <w:pPr>
              <w:jc w:val="center"/>
            </w:pPr>
            <w:r>
              <w:rPr>
                <w:b/>
              </w:rPr>
              <w:t>Доля, %</w:t>
            </w:r>
          </w:p>
        </w:tc>
        <w:tc>
          <w:tcPr>
            <w:tcW w:w="0" w:type="auto"/>
            <w:shd w:val="clear" w:color="auto" w:fill="E2F0D9"/>
          </w:tcPr>
          <w:p w14:paraId="05103D00" w14:textId="77777777" w:rsidR="000772B4" w:rsidRDefault="00746A89">
            <w:pPr>
              <w:jc w:val="center"/>
            </w:pPr>
            <w:r>
              <w:rPr>
                <w:b/>
              </w:rPr>
              <w:t>Резерв ВПУ, т/ч</w:t>
            </w:r>
          </w:p>
        </w:tc>
        <w:tc>
          <w:tcPr>
            <w:tcW w:w="0" w:type="auto"/>
            <w:shd w:val="clear" w:color="auto" w:fill="E2F0D9"/>
          </w:tcPr>
          <w:p w14:paraId="5B00DF3F" w14:textId="77777777" w:rsidR="000772B4" w:rsidRDefault="00746A89">
            <w:pPr>
              <w:jc w:val="center"/>
            </w:pPr>
            <w:r>
              <w:rPr>
                <w:b/>
              </w:rPr>
              <w:t>Период перевода</w:t>
            </w:r>
          </w:p>
        </w:tc>
        <w:tc>
          <w:tcPr>
            <w:tcW w:w="0" w:type="auto"/>
            <w:shd w:val="clear" w:color="auto" w:fill="E2F0D9"/>
          </w:tcPr>
          <w:p w14:paraId="4B816135" w14:textId="77777777" w:rsidR="000772B4" w:rsidRDefault="00746A89">
            <w:pPr>
              <w:jc w:val="center"/>
            </w:pPr>
            <w:r>
              <w:rPr>
                <w:b/>
              </w:rPr>
              <w:t>Год газификации</w:t>
            </w:r>
          </w:p>
        </w:tc>
      </w:tr>
      <w:tr w:rsidR="000772B4" w14:paraId="50C23B79" w14:textId="77777777">
        <w:trPr>
          <w:cantSplit/>
          <w:jc w:val="center"/>
        </w:trPr>
        <w:tc>
          <w:tcPr>
            <w:tcW w:w="0" w:type="auto"/>
          </w:tcPr>
          <w:p w14:paraId="3406717D" w14:textId="77777777" w:rsidR="000772B4" w:rsidRDefault="00746A89">
            <w:r>
              <w:t>УПК № 1 Таштагол</w:t>
            </w:r>
          </w:p>
        </w:tc>
        <w:tc>
          <w:tcPr>
            <w:tcW w:w="0" w:type="auto"/>
          </w:tcPr>
          <w:p w14:paraId="763C84F3" w14:textId="77777777" w:rsidR="000772B4" w:rsidRDefault="00746A89">
            <w:pPr>
              <w:jc w:val="center"/>
            </w:pPr>
            <w:r>
              <w:t>P0</w:t>
            </w:r>
          </w:p>
        </w:tc>
        <w:tc>
          <w:tcPr>
            <w:tcW w:w="0" w:type="auto"/>
          </w:tcPr>
          <w:p w14:paraId="0AC5557E" w14:textId="77777777" w:rsidR="000772B4" w:rsidRDefault="00746A89">
            <w:pPr>
              <w:jc w:val="center"/>
            </w:pPr>
            <w:r>
              <w:t>341 475</w:t>
            </w:r>
          </w:p>
        </w:tc>
        <w:tc>
          <w:tcPr>
            <w:tcW w:w="0" w:type="auto"/>
          </w:tcPr>
          <w:p w14:paraId="4F6D75F3" w14:textId="77777777" w:rsidR="000772B4" w:rsidRDefault="00746A89">
            <w:pPr>
              <w:jc w:val="center"/>
            </w:pPr>
            <w:r>
              <w:t>43,6</w:t>
            </w:r>
          </w:p>
        </w:tc>
        <w:tc>
          <w:tcPr>
            <w:tcW w:w="0" w:type="auto"/>
          </w:tcPr>
          <w:p w14:paraId="3552C771" w14:textId="77777777" w:rsidR="000772B4" w:rsidRDefault="00746A89">
            <w:pPr>
              <w:jc w:val="center"/>
            </w:pPr>
            <w:r>
              <w:t>74,414</w:t>
            </w:r>
          </w:p>
        </w:tc>
        <w:tc>
          <w:tcPr>
            <w:tcW w:w="0" w:type="auto"/>
          </w:tcPr>
          <w:p w14:paraId="43B9FD90" w14:textId="77777777" w:rsidR="000772B4" w:rsidRDefault="00746A89">
            <w:pPr>
              <w:jc w:val="center"/>
            </w:pPr>
            <w:r>
              <w:t>2027–2031</w:t>
            </w:r>
          </w:p>
        </w:tc>
        <w:tc>
          <w:tcPr>
            <w:tcW w:w="0" w:type="auto"/>
          </w:tcPr>
          <w:p w14:paraId="51414A0A" w14:textId="77777777" w:rsidR="000772B4" w:rsidRDefault="00746A89">
            <w:pPr>
              <w:jc w:val="center"/>
            </w:pPr>
            <w:r>
              <w:t>2035</w:t>
            </w:r>
          </w:p>
        </w:tc>
      </w:tr>
      <w:tr w:rsidR="000772B4" w14:paraId="6E714385" w14:textId="77777777">
        <w:trPr>
          <w:cantSplit/>
          <w:jc w:val="center"/>
        </w:trPr>
        <w:tc>
          <w:tcPr>
            <w:tcW w:w="0" w:type="auto"/>
          </w:tcPr>
          <w:p w14:paraId="467062A1" w14:textId="77777777" w:rsidR="000772B4" w:rsidRDefault="00746A89">
            <w:r>
              <w:t>УПК № 5 Новый Шерегеш</w:t>
            </w:r>
          </w:p>
        </w:tc>
        <w:tc>
          <w:tcPr>
            <w:tcW w:w="0" w:type="auto"/>
          </w:tcPr>
          <w:p w14:paraId="608493E0" w14:textId="77777777" w:rsidR="000772B4" w:rsidRDefault="00746A89">
            <w:pPr>
              <w:jc w:val="center"/>
            </w:pPr>
            <w:r>
              <w:t>P0</w:t>
            </w:r>
          </w:p>
        </w:tc>
        <w:tc>
          <w:tcPr>
            <w:tcW w:w="0" w:type="auto"/>
          </w:tcPr>
          <w:p w14:paraId="5929ECF6" w14:textId="77777777" w:rsidR="000772B4" w:rsidRDefault="00746A89">
            <w:pPr>
              <w:jc w:val="center"/>
            </w:pPr>
            <w:r>
              <w:t>217 064</w:t>
            </w:r>
          </w:p>
        </w:tc>
        <w:tc>
          <w:tcPr>
            <w:tcW w:w="0" w:type="auto"/>
          </w:tcPr>
          <w:p w14:paraId="38748B7C" w14:textId="77777777" w:rsidR="000772B4" w:rsidRDefault="00746A89">
            <w:pPr>
              <w:jc w:val="center"/>
            </w:pPr>
            <w:r>
              <w:t>27,7</w:t>
            </w:r>
          </w:p>
        </w:tc>
        <w:tc>
          <w:tcPr>
            <w:tcW w:w="0" w:type="auto"/>
          </w:tcPr>
          <w:p w14:paraId="6A17E006" w14:textId="77777777" w:rsidR="000772B4" w:rsidRDefault="00746A89">
            <w:pPr>
              <w:jc w:val="center"/>
            </w:pPr>
            <w:r>
              <w:t>−0,490</w:t>
            </w:r>
          </w:p>
        </w:tc>
        <w:tc>
          <w:tcPr>
            <w:tcW w:w="0" w:type="auto"/>
          </w:tcPr>
          <w:p w14:paraId="30FA2710" w14:textId="77777777" w:rsidR="000772B4" w:rsidRDefault="00746A89">
            <w:pPr>
              <w:jc w:val="center"/>
            </w:pPr>
            <w:r>
              <w:t>2027–2031</w:t>
            </w:r>
          </w:p>
        </w:tc>
        <w:tc>
          <w:tcPr>
            <w:tcW w:w="0" w:type="auto"/>
          </w:tcPr>
          <w:p w14:paraId="07B96556" w14:textId="77777777" w:rsidR="000772B4" w:rsidRDefault="00746A89">
            <w:pPr>
              <w:jc w:val="center"/>
            </w:pPr>
            <w:r>
              <w:t>срок уточняется</w:t>
            </w:r>
          </w:p>
        </w:tc>
      </w:tr>
      <w:tr w:rsidR="000772B4" w14:paraId="0F1216F4" w14:textId="77777777">
        <w:trPr>
          <w:cantSplit/>
          <w:jc w:val="center"/>
        </w:trPr>
        <w:tc>
          <w:tcPr>
            <w:tcW w:w="0" w:type="auto"/>
          </w:tcPr>
          <w:p w14:paraId="0A3836C3" w14:textId="77777777" w:rsidR="000772B4" w:rsidRDefault="00746A89">
            <w:r>
              <w:t>УПК № 7 Каз</w:t>
            </w:r>
          </w:p>
        </w:tc>
        <w:tc>
          <w:tcPr>
            <w:tcW w:w="0" w:type="auto"/>
          </w:tcPr>
          <w:p w14:paraId="29998A9E" w14:textId="77777777" w:rsidR="000772B4" w:rsidRDefault="00746A89">
            <w:pPr>
              <w:jc w:val="center"/>
            </w:pPr>
            <w:r>
              <w:t>P1</w:t>
            </w:r>
          </w:p>
        </w:tc>
        <w:tc>
          <w:tcPr>
            <w:tcW w:w="0" w:type="auto"/>
          </w:tcPr>
          <w:p w14:paraId="02679696" w14:textId="77777777" w:rsidR="000772B4" w:rsidRDefault="00746A89">
            <w:pPr>
              <w:jc w:val="center"/>
            </w:pPr>
            <w:r>
              <w:t>76 238</w:t>
            </w:r>
          </w:p>
        </w:tc>
        <w:tc>
          <w:tcPr>
            <w:tcW w:w="0" w:type="auto"/>
          </w:tcPr>
          <w:p w14:paraId="5B089B08" w14:textId="77777777" w:rsidR="000772B4" w:rsidRDefault="00746A89">
            <w:pPr>
              <w:jc w:val="center"/>
            </w:pPr>
            <w:r>
              <w:t>9,7</w:t>
            </w:r>
          </w:p>
        </w:tc>
        <w:tc>
          <w:tcPr>
            <w:tcW w:w="0" w:type="auto"/>
          </w:tcPr>
          <w:p w14:paraId="743077FE" w14:textId="77777777" w:rsidR="000772B4" w:rsidRDefault="00746A89">
            <w:pPr>
              <w:jc w:val="center"/>
            </w:pPr>
            <w:r>
              <w:t>27,083</w:t>
            </w:r>
          </w:p>
        </w:tc>
        <w:tc>
          <w:tcPr>
            <w:tcW w:w="0" w:type="auto"/>
          </w:tcPr>
          <w:p w14:paraId="0278464F" w14:textId="77777777" w:rsidR="000772B4" w:rsidRDefault="00746A89">
            <w:pPr>
              <w:jc w:val="center"/>
            </w:pPr>
            <w:r>
              <w:t>2027–2031</w:t>
            </w:r>
          </w:p>
        </w:tc>
        <w:tc>
          <w:tcPr>
            <w:tcW w:w="0" w:type="auto"/>
          </w:tcPr>
          <w:p w14:paraId="5B2E0210" w14:textId="77777777" w:rsidR="000772B4" w:rsidRDefault="00746A89">
            <w:pPr>
              <w:jc w:val="center"/>
            </w:pPr>
            <w:r>
              <w:t>2034</w:t>
            </w:r>
          </w:p>
        </w:tc>
      </w:tr>
      <w:tr w:rsidR="000772B4" w14:paraId="50BC08CB" w14:textId="77777777">
        <w:trPr>
          <w:cantSplit/>
          <w:jc w:val="center"/>
        </w:trPr>
        <w:tc>
          <w:tcPr>
            <w:tcW w:w="0" w:type="auto"/>
          </w:tcPr>
          <w:p w14:paraId="440751C7" w14:textId="77777777" w:rsidR="000772B4" w:rsidRDefault="00746A89">
            <w:r>
              <w:t>УПК № 8 Мундыбаш</w:t>
            </w:r>
          </w:p>
        </w:tc>
        <w:tc>
          <w:tcPr>
            <w:tcW w:w="0" w:type="auto"/>
          </w:tcPr>
          <w:p w14:paraId="67D90F8A" w14:textId="77777777" w:rsidR="000772B4" w:rsidRDefault="00746A89">
            <w:pPr>
              <w:jc w:val="center"/>
            </w:pPr>
            <w:r>
              <w:t>P1</w:t>
            </w:r>
          </w:p>
        </w:tc>
        <w:tc>
          <w:tcPr>
            <w:tcW w:w="0" w:type="auto"/>
          </w:tcPr>
          <w:p w14:paraId="0D360F95" w14:textId="77777777" w:rsidR="000772B4" w:rsidRDefault="00746A89">
            <w:pPr>
              <w:jc w:val="center"/>
            </w:pPr>
            <w:r>
              <w:t>62 183</w:t>
            </w:r>
          </w:p>
        </w:tc>
        <w:tc>
          <w:tcPr>
            <w:tcW w:w="0" w:type="auto"/>
          </w:tcPr>
          <w:p w14:paraId="6E007090" w14:textId="77777777" w:rsidR="000772B4" w:rsidRDefault="00746A89">
            <w:pPr>
              <w:jc w:val="center"/>
            </w:pPr>
            <w:r>
              <w:t>7,9</w:t>
            </w:r>
          </w:p>
        </w:tc>
        <w:tc>
          <w:tcPr>
            <w:tcW w:w="0" w:type="auto"/>
          </w:tcPr>
          <w:p w14:paraId="21EB2F50" w14:textId="77777777" w:rsidR="000772B4" w:rsidRDefault="00746A89">
            <w:pPr>
              <w:jc w:val="center"/>
            </w:pPr>
            <w:r>
              <w:t>52,075</w:t>
            </w:r>
          </w:p>
        </w:tc>
        <w:tc>
          <w:tcPr>
            <w:tcW w:w="0" w:type="auto"/>
          </w:tcPr>
          <w:p w14:paraId="5682D239" w14:textId="77777777" w:rsidR="000772B4" w:rsidRDefault="00746A89">
            <w:pPr>
              <w:jc w:val="center"/>
            </w:pPr>
            <w:r>
              <w:t>2031–2036</w:t>
            </w:r>
          </w:p>
        </w:tc>
        <w:tc>
          <w:tcPr>
            <w:tcW w:w="0" w:type="auto"/>
          </w:tcPr>
          <w:p w14:paraId="73C7BD74" w14:textId="77777777" w:rsidR="000772B4" w:rsidRDefault="00746A89">
            <w:pPr>
              <w:jc w:val="center"/>
            </w:pPr>
            <w:r>
              <w:t>2034</w:t>
            </w:r>
          </w:p>
        </w:tc>
      </w:tr>
      <w:tr w:rsidR="000772B4" w14:paraId="06314E92" w14:textId="77777777">
        <w:trPr>
          <w:cantSplit/>
          <w:jc w:val="center"/>
        </w:trPr>
        <w:tc>
          <w:tcPr>
            <w:tcW w:w="0" w:type="auto"/>
          </w:tcPr>
          <w:p w14:paraId="58AA451D" w14:textId="77777777" w:rsidR="000772B4" w:rsidRDefault="00746A89">
            <w:r>
              <w:t>УПК № 10 Темир-Тау</w:t>
            </w:r>
          </w:p>
        </w:tc>
        <w:tc>
          <w:tcPr>
            <w:tcW w:w="0" w:type="auto"/>
          </w:tcPr>
          <w:p w14:paraId="172A3C8F" w14:textId="77777777" w:rsidR="000772B4" w:rsidRDefault="00746A89">
            <w:pPr>
              <w:jc w:val="center"/>
            </w:pPr>
            <w:r>
              <w:t>P1</w:t>
            </w:r>
          </w:p>
        </w:tc>
        <w:tc>
          <w:tcPr>
            <w:tcW w:w="0" w:type="auto"/>
          </w:tcPr>
          <w:p w14:paraId="4A61F751" w14:textId="77777777" w:rsidR="000772B4" w:rsidRDefault="00746A89">
            <w:pPr>
              <w:jc w:val="center"/>
            </w:pPr>
            <w:r>
              <w:t>29 079</w:t>
            </w:r>
          </w:p>
        </w:tc>
        <w:tc>
          <w:tcPr>
            <w:tcW w:w="0" w:type="auto"/>
          </w:tcPr>
          <w:p w14:paraId="2B59AF33" w14:textId="77777777" w:rsidR="000772B4" w:rsidRDefault="00746A89">
            <w:pPr>
              <w:jc w:val="center"/>
            </w:pPr>
            <w:r>
              <w:t>3,7</w:t>
            </w:r>
          </w:p>
        </w:tc>
        <w:tc>
          <w:tcPr>
            <w:tcW w:w="0" w:type="auto"/>
          </w:tcPr>
          <w:p w14:paraId="2AA30A06" w14:textId="77777777" w:rsidR="000772B4" w:rsidRDefault="00746A89">
            <w:pPr>
              <w:jc w:val="center"/>
            </w:pPr>
            <w:r>
              <w:t>−4,052</w:t>
            </w:r>
          </w:p>
        </w:tc>
        <w:tc>
          <w:tcPr>
            <w:tcW w:w="0" w:type="auto"/>
          </w:tcPr>
          <w:p w14:paraId="4BC4617E" w14:textId="77777777" w:rsidR="000772B4" w:rsidRDefault="00746A89">
            <w:pPr>
              <w:jc w:val="center"/>
            </w:pPr>
            <w:r>
              <w:t>2027–2031</w:t>
            </w:r>
          </w:p>
        </w:tc>
        <w:tc>
          <w:tcPr>
            <w:tcW w:w="0" w:type="auto"/>
          </w:tcPr>
          <w:p w14:paraId="47DD0C65" w14:textId="77777777" w:rsidR="000772B4" w:rsidRDefault="00746A89">
            <w:pPr>
              <w:jc w:val="center"/>
            </w:pPr>
            <w:r>
              <w:t>2034</w:t>
            </w:r>
          </w:p>
        </w:tc>
      </w:tr>
      <w:tr w:rsidR="000772B4" w14:paraId="0CCACED9" w14:textId="77777777">
        <w:trPr>
          <w:cantSplit/>
          <w:jc w:val="center"/>
        </w:trPr>
        <w:tc>
          <w:tcPr>
            <w:tcW w:w="0" w:type="auto"/>
          </w:tcPr>
          <w:p w14:paraId="2C9FDC48" w14:textId="77777777" w:rsidR="000772B4" w:rsidRDefault="00746A89">
            <w:r>
              <w:t>УПК № 6 Старый Шерегеш</w:t>
            </w:r>
          </w:p>
        </w:tc>
        <w:tc>
          <w:tcPr>
            <w:tcW w:w="0" w:type="auto"/>
          </w:tcPr>
          <w:p w14:paraId="0BD27433" w14:textId="77777777" w:rsidR="000772B4" w:rsidRDefault="00746A89">
            <w:pPr>
              <w:jc w:val="center"/>
            </w:pPr>
            <w:r>
              <w:t>P2</w:t>
            </w:r>
          </w:p>
        </w:tc>
        <w:tc>
          <w:tcPr>
            <w:tcW w:w="0" w:type="auto"/>
          </w:tcPr>
          <w:p w14:paraId="23C08B4A" w14:textId="77777777" w:rsidR="000772B4" w:rsidRDefault="00746A89">
            <w:pPr>
              <w:jc w:val="center"/>
            </w:pPr>
            <w:r>
              <w:t>22 390</w:t>
            </w:r>
          </w:p>
        </w:tc>
        <w:tc>
          <w:tcPr>
            <w:tcW w:w="0" w:type="auto"/>
          </w:tcPr>
          <w:p w14:paraId="2CAC69A7" w14:textId="77777777" w:rsidR="000772B4" w:rsidRDefault="00746A89">
            <w:pPr>
              <w:jc w:val="center"/>
            </w:pPr>
            <w:r>
              <w:t>2,9</w:t>
            </w:r>
          </w:p>
        </w:tc>
        <w:tc>
          <w:tcPr>
            <w:tcW w:w="0" w:type="auto"/>
          </w:tcPr>
          <w:p w14:paraId="6D5E085A" w14:textId="77777777" w:rsidR="000772B4" w:rsidRDefault="00746A89">
            <w:pPr>
              <w:jc w:val="center"/>
            </w:pPr>
            <w:r>
              <w:t>2,342</w:t>
            </w:r>
          </w:p>
        </w:tc>
        <w:tc>
          <w:tcPr>
            <w:tcW w:w="0" w:type="auto"/>
          </w:tcPr>
          <w:p w14:paraId="4B7358FC" w14:textId="77777777" w:rsidR="000772B4" w:rsidRDefault="00746A89">
            <w:pPr>
              <w:jc w:val="center"/>
            </w:pPr>
            <w:r>
              <w:t>2031–2036</w:t>
            </w:r>
          </w:p>
        </w:tc>
        <w:tc>
          <w:tcPr>
            <w:tcW w:w="0" w:type="auto"/>
          </w:tcPr>
          <w:p w14:paraId="232991CB" w14:textId="77777777" w:rsidR="000772B4" w:rsidRDefault="00746A89">
            <w:pPr>
              <w:jc w:val="center"/>
            </w:pPr>
            <w:r>
              <w:t>срок уточняется</w:t>
            </w:r>
          </w:p>
        </w:tc>
      </w:tr>
      <w:tr w:rsidR="000772B4" w14:paraId="5802579A" w14:textId="77777777">
        <w:trPr>
          <w:cantSplit/>
          <w:jc w:val="center"/>
        </w:trPr>
        <w:tc>
          <w:tcPr>
            <w:tcW w:w="0" w:type="auto"/>
          </w:tcPr>
          <w:p w14:paraId="5B6E13DA" w14:textId="77777777" w:rsidR="000772B4" w:rsidRDefault="00746A89">
            <w:r>
              <w:t>УПК № 2 Шалым</w:t>
            </w:r>
          </w:p>
        </w:tc>
        <w:tc>
          <w:tcPr>
            <w:tcW w:w="0" w:type="auto"/>
          </w:tcPr>
          <w:p w14:paraId="28FC74CD" w14:textId="77777777" w:rsidR="000772B4" w:rsidRDefault="00746A89">
            <w:pPr>
              <w:jc w:val="center"/>
            </w:pPr>
            <w:r>
              <w:t>P2</w:t>
            </w:r>
          </w:p>
        </w:tc>
        <w:tc>
          <w:tcPr>
            <w:tcW w:w="0" w:type="auto"/>
          </w:tcPr>
          <w:p w14:paraId="7819B7CF" w14:textId="77777777" w:rsidR="000772B4" w:rsidRDefault="00746A89">
            <w:pPr>
              <w:jc w:val="center"/>
            </w:pPr>
            <w:r>
              <w:t>18 157</w:t>
            </w:r>
          </w:p>
        </w:tc>
        <w:tc>
          <w:tcPr>
            <w:tcW w:w="0" w:type="auto"/>
          </w:tcPr>
          <w:p w14:paraId="0DAD6A27" w14:textId="77777777" w:rsidR="000772B4" w:rsidRDefault="00746A89">
            <w:pPr>
              <w:jc w:val="center"/>
            </w:pPr>
            <w:r>
              <w:t>2,3</w:t>
            </w:r>
          </w:p>
        </w:tc>
        <w:tc>
          <w:tcPr>
            <w:tcW w:w="0" w:type="auto"/>
          </w:tcPr>
          <w:p w14:paraId="50CE07A6" w14:textId="77777777" w:rsidR="000772B4" w:rsidRDefault="00746A89">
            <w:pPr>
              <w:jc w:val="center"/>
            </w:pPr>
            <w:r>
              <w:t>−2,282</w:t>
            </w:r>
          </w:p>
        </w:tc>
        <w:tc>
          <w:tcPr>
            <w:tcW w:w="0" w:type="auto"/>
          </w:tcPr>
          <w:p w14:paraId="0B084EF6" w14:textId="77777777" w:rsidR="000772B4" w:rsidRDefault="00746A89">
            <w:pPr>
              <w:jc w:val="center"/>
            </w:pPr>
            <w:r>
              <w:t>2031–2036</w:t>
            </w:r>
          </w:p>
        </w:tc>
        <w:tc>
          <w:tcPr>
            <w:tcW w:w="0" w:type="auto"/>
          </w:tcPr>
          <w:p w14:paraId="58C9FD2C" w14:textId="77777777" w:rsidR="000772B4" w:rsidRDefault="00746A89">
            <w:pPr>
              <w:jc w:val="center"/>
            </w:pPr>
            <w:r>
              <w:t>2035</w:t>
            </w:r>
          </w:p>
        </w:tc>
      </w:tr>
      <w:tr w:rsidR="000772B4" w14:paraId="5DB4D7A1" w14:textId="77777777">
        <w:trPr>
          <w:cantSplit/>
          <w:jc w:val="center"/>
        </w:trPr>
        <w:tc>
          <w:tcPr>
            <w:tcW w:w="0" w:type="auto"/>
          </w:tcPr>
          <w:p w14:paraId="6CE787E2" w14:textId="77777777" w:rsidR="000772B4" w:rsidRDefault="00746A89">
            <w:r>
              <w:t>УПК № 2 ЦМК</w:t>
            </w:r>
          </w:p>
        </w:tc>
        <w:tc>
          <w:tcPr>
            <w:tcW w:w="0" w:type="auto"/>
          </w:tcPr>
          <w:p w14:paraId="0954DA3F" w14:textId="77777777" w:rsidR="000772B4" w:rsidRDefault="00746A89">
            <w:pPr>
              <w:jc w:val="center"/>
            </w:pPr>
            <w:r>
              <w:t>P2</w:t>
            </w:r>
          </w:p>
        </w:tc>
        <w:tc>
          <w:tcPr>
            <w:tcW w:w="0" w:type="auto"/>
          </w:tcPr>
          <w:p w14:paraId="17456128" w14:textId="77777777" w:rsidR="000772B4" w:rsidRDefault="00746A89">
            <w:pPr>
              <w:jc w:val="center"/>
            </w:pPr>
            <w:r>
              <w:t>13 266</w:t>
            </w:r>
          </w:p>
        </w:tc>
        <w:tc>
          <w:tcPr>
            <w:tcW w:w="0" w:type="auto"/>
          </w:tcPr>
          <w:p w14:paraId="5BACECD5" w14:textId="77777777" w:rsidR="000772B4" w:rsidRDefault="00746A89">
            <w:pPr>
              <w:jc w:val="center"/>
            </w:pPr>
            <w:r>
              <w:t>1,7</w:t>
            </w:r>
          </w:p>
        </w:tc>
        <w:tc>
          <w:tcPr>
            <w:tcW w:w="0" w:type="auto"/>
          </w:tcPr>
          <w:p w14:paraId="14069527" w14:textId="77777777" w:rsidR="000772B4" w:rsidRDefault="00746A89">
            <w:pPr>
              <w:jc w:val="center"/>
            </w:pPr>
            <w:r>
              <w:t>18,287</w:t>
            </w:r>
          </w:p>
        </w:tc>
        <w:tc>
          <w:tcPr>
            <w:tcW w:w="0" w:type="auto"/>
          </w:tcPr>
          <w:p w14:paraId="5B94B09D" w14:textId="77777777" w:rsidR="000772B4" w:rsidRDefault="00746A89">
            <w:pPr>
              <w:jc w:val="center"/>
            </w:pPr>
            <w:r>
              <w:t>2031–2036</w:t>
            </w:r>
          </w:p>
        </w:tc>
        <w:tc>
          <w:tcPr>
            <w:tcW w:w="0" w:type="auto"/>
          </w:tcPr>
          <w:p w14:paraId="724860C2" w14:textId="77777777" w:rsidR="000772B4" w:rsidRDefault="00746A89">
            <w:pPr>
              <w:jc w:val="center"/>
            </w:pPr>
            <w:r>
              <w:t>2035</w:t>
            </w:r>
          </w:p>
        </w:tc>
      </w:tr>
      <w:tr w:rsidR="000772B4" w14:paraId="4FF6EDCF" w14:textId="77777777">
        <w:trPr>
          <w:cantSplit/>
          <w:jc w:val="center"/>
        </w:trPr>
        <w:tc>
          <w:tcPr>
            <w:tcW w:w="0" w:type="auto"/>
          </w:tcPr>
          <w:p w14:paraId="7DC11DB7" w14:textId="77777777" w:rsidR="000772B4" w:rsidRDefault="00746A89">
            <w:r>
              <w:t>УПК № 3 Спасск</w:t>
            </w:r>
          </w:p>
        </w:tc>
        <w:tc>
          <w:tcPr>
            <w:tcW w:w="0" w:type="auto"/>
          </w:tcPr>
          <w:p w14:paraId="749DFAB3" w14:textId="77777777" w:rsidR="000772B4" w:rsidRDefault="00746A89">
            <w:pPr>
              <w:jc w:val="center"/>
            </w:pPr>
            <w:r>
              <w:t>P3</w:t>
            </w:r>
          </w:p>
        </w:tc>
        <w:tc>
          <w:tcPr>
            <w:tcW w:w="0" w:type="auto"/>
          </w:tcPr>
          <w:p w14:paraId="6BA7A3BB" w14:textId="77777777" w:rsidR="000772B4" w:rsidRDefault="00746A89">
            <w:pPr>
              <w:jc w:val="center"/>
            </w:pPr>
            <w:r>
              <w:t>2 932</w:t>
            </w:r>
          </w:p>
        </w:tc>
        <w:tc>
          <w:tcPr>
            <w:tcW w:w="0" w:type="auto"/>
          </w:tcPr>
          <w:p w14:paraId="19411CC5" w14:textId="77777777" w:rsidR="000772B4" w:rsidRDefault="00746A89">
            <w:pPr>
              <w:jc w:val="center"/>
            </w:pPr>
            <w:r>
              <w:t>0,4</w:t>
            </w:r>
          </w:p>
        </w:tc>
        <w:tc>
          <w:tcPr>
            <w:tcW w:w="0" w:type="auto"/>
          </w:tcPr>
          <w:p w14:paraId="71F97154" w14:textId="77777777" w:rsidR="000772B4" w:rsidRDefault="00746A89">
            <w:pPr>
              <w:jc w:val="center"/>
            </w:pPr>
            <w:r>
              <w:t>−0,428</w:t>
            </w:r>
          </w:p>
        </w:tc>
        <w:tc>
          <w:tcPr>
            <w:tcW w:w="0" w:type="auto"/>
          </w:tcPr>
          <w:p w14:paraId="097D9376" w14:textId="77777777" w:rsidR="000772B4" w:rsidRDefault="00746A89">
            <w:pPr>
              <w:jc w:val="center"/>
            </w:pPr>
            <w:r>
              <w:t>2031–2036</w:t>
            </w:r>
          </w:p>
        </w:tc>
        <w:tc>
          <w:tcPr>
            <w:tcW w:w="0" w:type="auto"/>
          </w:tcPr>
          <w:p w14:paraId="318ED7BB" w14:textId="77777777" w:rsidR="000772B4" w:rsidRDefault="00746A89">
            <w:pPr>
              <w:jc w:val="center"/>
            </w:pPr>
            <w:r>
              <w:t>2035</w:t>
            </w:r>
          </w:p>
        </w:tc>
      </w:tr>
      <w:tr w:rsidR="000772B4" w14:paraId="4E043FEC" w14:textId="77777777">
        <w:trPr>
          <w:cantSplit/>
          <w:jc w:val="center"/>
        </w:trPr>
        <w:tc>
          <w:tcPr>
            <w:tcW w:w="0" w:type="auto"/>
          </w:tcPr>
          <w:p w14:paraId="4F0E05F9" w14:textId="77777777" w:rsidR="000772B4" w:rsidRDefault="00746A89">
            <w:r>
              <w:t>УПК № 9 ГРЭ</w:t>
            </w:r>
          </w:p>
        </w:tc>
        <w:tc>
          <w:tcPr>
            <w:tcW w:w="0" w:type="auto"/>
          </w:tcPr>
          <w:p w14:paraId="6808113F" w14:textId="77777777" w:rsidR="000772B4" w:rsidRDefault="00746A89">
            <w:pPr>
              <w:jc w:val="center"/>
            </w:pPr>
            <w:r>
              <w:t>P3</w:t>
            </w:r>
          </w:p>
        </w:tc>
        <w:tc>
          <w:tcPr>
            <w:tcW w:w="0" w:type="auto"/>
          </w:tcPr>
          <w:p w14:paraId="188A9E64" w14:textId="77777777" w:rsidR="000772B4" w:rsidRDefault="00746A89">
            <w:pPr>
              <w:jc w:val="center"/>
            </w:pPr>
            <w:r>
              <w:t>нет данных</w:t>
            </w:r>
          </w:p>
        </w:tc>
        <w:tc>
          <w:tcPr>
            <w:tcW w:w="0" w:type="auto"/>
          </w:tcPr>
          <w:p w14:paraId="18EB2983" w14:textId="77777777" w:rsidR="000772B4" w:rsidRDefault="00746A89">
            <w:pPr>
              <w:jc w:val="center"/>
            </w:pPr>
            <w:r>
              <w:t>—</w:t>
            </w:r>
          </w:p>
        </w:tc>
        <w:tc>
          <w:tcPr>
            <w:tcW w:w="0" w:type="auto"/>
          </w:tcPr>
          <w:p w14:paraId="10A44F80" w14:textId="77777777" w:rsidR="000772B4" w:rsidRDefault="00746A89">
            <w:pPr>
              <w:jc w:val="center"/>
            </w:pPr>
            <w:r>
              <w:t>не определён</w:t>
            </w:r>
          </w:p>
        </w:tc>
        <w:tc>
          <w:tcPr>
            <w:tcW w:w="0" w:type="auto"/>
          </w:tcPr>
          <w:p w14:paraId="0A8A8ADD" w14:textId="77777777" w:rsidR="000772B4" w:rsidRDefault="00746A89">
            <w:pPr>
              <w:jc w:val="center"/>
            </w:pPr>
            <w:r>
              <w:t>подлежит определению</w:t>
            </w:r>
          </w:p>
        </w:tc>
        <w:tc>
          <w:tcPr>
            <w:tcW w:w="0" w:type="auto"/>
          </w:tcPr>
          <w:p w14:paraId="7FFDFDF3" w14:textId="77777777" w:rsidR="000772B4" w:rsidRDefault="00746A89">
            <w:pPr>
              <w:jc w:val="center"/>
            </w:pPr>
            <w:r>
              <w:t>2035</w:t>
            </w:r>
          </w:p>
        </w:tc>
      </w:tr>
    </w:tbl>
    <w:p w14:paraId="14152943" w14:textId="77777777" w:rsidR="00B808F9" w:rsidRDefault="00B808F9">
      <w:pPr>
        <w:sectPr w:rsidR="00B808F9" w:rsidSect="00034616">
          <w:footerReference w:type="default" r:id="rId94"/>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ADCB1BB" w14:textId="77777777" w:rsidR="000772B4" w:rsidRDefault="000772B4">
      <w:pPr>
        <w:spacing w:after="40"/>
      </w:pPr>
    </w:p>
    <w:p w14:paraId="4F9B03DC" w14:textId="77777777" w:rsidR="000772B4" w:rsidRPr="00794D67" w:rsidRDefault="00746A89">
      <w:pPr>
        <w:spacing w:after="80"/>
        <w:jc w:val="both"/>
        <w:rPr>
          <w:lang w:val="ru-RU"/>
        </w:rPr>
      </w:pPr>
      <w:r w:rsidRPr="00794D67">
        <w:rPr>
          <w:lang w:val="ru-RU"/>
        </w:rPr>
        <w:t xml:space="preserve">Соотношение с газификацией: перевод на закрытую схему — мероприятие на стороне потребителя, а газификация — мероприятие на источнике. Они не связаны технически, и единый год им не назначается. По каждой системе взаимодействие классифицировано как </w:t>
      </w:r>
      <w:r>
        <w:t>INDEPENDENT</w:t>
      </w:r>
      <w:r w:rsidRPr="00794D67">
        <w:rPr>
          <w:lang w:val="ru-RU"/>
        </w:rPr>
        <w:t>.</w:t>
      </w:r>
    </w:p>
    <w:p w14:paraId="08F00038" w14:textId="77777777" w:rsidR="000772B4" w:rsidRPr="00794D67" w:rsidRDefault="00746A89">
      <w:pPr>
        <w:spacing w:after="80"/>
        <w:jc w:val="both"/>
        <w:rPr>
          <w:lang w:val="ru-RU"/>
        </w:rPr>
      </w:pPr>
      <w:r w:rsidRPr="00794D67">
        <w:rPr>
          <w:lang w:val="ru-RU"/>
        </w:rPr>
        <w:t>Практическое следствие: перевод может выполняться до газификации, одновременно с ней или после неё. Совмещение работ во времени возможно как организационное решение, но техническим требованием не является и в настоящей главе не предписывается.</w:t>
      </w:r>
    </w:p>
    <w:p w14:paraId="7A450A08" w14:textId="77777777" w:rsidR="000772B4" w:rsidRPr="00344E69" w:rsidRDefault="00746A89">
      <w:pPr>
        <w:pStyle w:val="21"/>
        <w:rPr>
          <w:lang w:val="ru-RU"/>
        </w:rPr>
      </w:pPr>
      <w:bookmarkStart w:id="70" w:name="_Toc238015661"/>
      <w:r w:rsidRPr="00344E69">
        <w:rPr>
          <w:lang w:val="ru-RU"/>
        </w:rPr>
        <w:t>9.14. Риски и внешние зависимости</w:t>
      </w:r>
      <w:bookmarkEnd w:id="70"/>
    </w:p>
    <w:p w14:paraId="459EBCC2" w14:textId="77777777" w:rsidR="000772B4" w:rsidRPr="00794D67" w:rsidRDefault="00746A89">
      <w:pPr>
        <w:keepNext/>
        <w:spacing w:before="160"/>
        <w:rPr>
          <w:lang w:val="ru-RU"/>
        </w:rPr>
      </w:pPr>
      <w:r w:rsidRPr="00794D67">
        <w:rPr>
          <w:b/>
          <w:lang w:val="ru-RU"/>
        </w:rPr>
        <w:t>Таблица 9.20 — Риски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693"/>
        <w:gridCol w:w="3328"/>
        <w:gridCol w:w="3324"/>
      </w:tblGrid>
      <w:tr w:rsidR="000772B4" w14:paraId="4CAB83C8" w14:textId="77777777">
        <w:trPr>
          <w:cantSplit/>
          <w:tblHeader/>
          <w:jc w:val="center"/>
        </w:trPr>
        <w:tc>
          <w:tcPr>
            <w:tcW w:w="0" w:type="auto"/>
            <w:shd w:val="clear" w:color="auto" w:fill="E2F0D9"/>
          </w:tcPr>
          <w:p w14:paraId="75BC2F06" w14:textId="77777777" w:rsidR="000772B4" w:rsidRDefault="00746A89">
            <w:pPr>
              <w:jc w:val="center"/>
            </w:pPr>
            <w:r>
              <w:rPr>
                <w:b/>
              </w:rPr>
              <w:t>Риск</w:t>
            </w:r>
          </w:p>
        </w:tc>
        <w:tc>
          <w:tcPr>
            <w:tcW w:w="0" w:type="auto"/>
            <w:shd w:val="clear" w:color="auto" w:fill="E2F0D9"/>
          </w:tcPr>
          <w:p w14:paraId="4F64DD22" w14:textId="77777777" w:rsidR="000772B4" w:rsidRDefault="00746A89">
            <w:pPr>
              <w:jc w:val="center"/>
            </w:pPr>
            <w:r>
              <w:rPr>
                <w:b/>
              </w:rPr>
              <w:t>Содержание</w:t>
            </w:r>
          </w:p>
        </w:tc>
        <w:tc>
          <w:tcPr>
            <w:tcW w:w="0" w:type="auto"/>
            <w:shd w:val="clear" w:color="auto" w:fill="E2F0D9"/>
          </w:tcPr>
          <w:p w14:paraId="6B84472D" w14:textId="77777777" w:rsidR="000772B4" w:rsidRDefault="00746A89">
            <w:pPr>
              <w:jc w:val="center"/>
            </w:pPr>
            <w:r>
              <w:rPr>
                <w:b/>
              </w:rPr>
              <w:t>Обращение</w:t>
            </w:r>
          </w:p>
        </w:tc>
      </w:tr>
      <w:tr w:rsidR="000772B4" w:rsidRPr="00C07C05" w14:paraId="7514EE8B" w14:textId="77777777">
        <w:trPr>
          <w:cantSplit/>
          <w:jc w:val="center"/>
        </w:trPr>
        <w:tc>
          <w:tcPr>
            <w:tcW w:w="0" w:type="auto"/>
          </w:tcPr>
          <w:p w14:paraId="6AEB6200" w14:textId="77777777" w:rsidR="000772B4" w:rsidRPr="00794D67" w:rsidRDefault="00746A89">
            <w:pPr>
              <w:rPr>
                <w:lang w:val="ru-RU"/>
              </w:rPr>
            </w:pPr>
            <w:r w:rsidRPr="00794D67">
              <w:rPr>
                <w:lang w:val="ru-RU"/>
              </w:rPr>
              <w:t>Число тепловых пунктов не актуально</w:t>
            </w:r>
          </w:p>
        </w:tc>
        <w:tc>
          <w:tcPr>
            <w:tcW w:w="0" w:type="auto"/>
          </w:tcPr>
          <w:p w14:paraId="631B8BBD" w14:textId="77777777" w:rsidR="000772B4" w:rsidRPr="00794D67" w:rsidRDefault="00746A89">
            <w:pPr>
              <w:jc w:val="center"/>
              <w:rPr>
                <w:lang w:val="ru-RU"/>
              </w:rPr>
            </w:pPr>
            <w:r w:rsidRPr="00794D67">
              <w:rPr>
                <w:lang w:val="ru-RU"/>
              </w:rPr>
              <w:t>значения относятся к 2021 и 2023 годам; корпус исходных данных числа потребителей не содержит</w:t>
            </w:r>
          </w:p>
        </w:tc>
        <w:tc>
          <w:tcPr>
            <w:tcW w:w="0" w:type="auto"/>
          </w:tcPr>
          <w:p w14:paraId="32CCC7AC" w14:textId="77777777" w:rsidR="000772B4" w:rsidRPr="00794D67" w:rsidRDefault="00746A89">
            <w:pPr>
              <w:jc w:val="center"/>
              <w:rPr>
                <w:lang w:val="ru-RU"/>
              </w:rPr>
            </w:pPr>
            <w:r w:rsidRPr="00794D67">
              <w:rPr>
                <w:lang w:val="ru-RU"/>
              </w:rPr>
              <w:t>актуализация при проектировании; собственных значений не назначается</w:t>
            </w:r>
          </w:p>
        </w:tc>
      </w:tr>
      <w:tr w:rsidR="000772B4" w14:paraId="08416939" w14:textId="77777777">
        <w:trPr>
          <w:cantSplit/>
          <w:jc w:val="center"/>
        </w:trPr>
        <w:tc>
          <w:tcPr>
            <w:tcW w:w="0" w:type="auto"/>
          </w:tcPr>
          <w:p w14:paraId="3F103B43" w14:textId="77777777" w:rsidR="000772B4" w:rsidRDefault="00746A89">
            <w:r>
              <w:t>Гидравлический вывод устарел</w:t>
            </w:r>
          </w:p>
        </w:tc>
        <w:tc>
          <w:tcPr>
            <w:tcW w:w="0" w:type="auto"/>
          </w:tcPr>
          <w:p w14:paraId="6CBE616A" w14:textId="77777777" w:rsidR="000772B4" w:rsidRPr="00794D67" w:rsidRDefault="00746A89">
            <w:pPr>
              <w:jc w:val="center"/>
              <w:rPr>
                <w:lang w:val="ru-RU"/>
              </w:rPr>
            </w:pPr>
            <w:r w:rsidRPr="00794D67">
              <w:rPr>
                <w:lang w:val="ru-RU"/>
              </w:rPr>
              <w:t>вывод об отсутствии необходимости увеличения диаметров относится к состоянию сетей 2021 года</w:t>
            </w:r>
          </w:p>
        </w:tc>
        <w:tc>
          <w:tcPr>
            <w:tcW w:w="0" w:type="auto"/>
          </w:tcPr>
          <w:p w14:paraId="5EAC04CF" w14:textId="77777777" w:rsidR="000772B4" w:rsidRDefault="00746A89">
            <w:pPr>
              <w:jc w:val="center"/>
            </w:pPr>
            <w:r>
              <w:t>подлежит проверке гидравлическим расчётом</w:t>
            </w:r>
          </w:p>
        </w:tc>
      </w:tr>
      <w:tr w:rsidR="000772B4" w:rsidRPr="00C07C05" w14:paraId="264B2516" w14:textId="77777777">
        <w:trPr>
          <w:cantSplit/>
          <w:jc w:val="center"/>
        </w:trPr>
        <w:tc>
          <w:tcPr>
            <w:tcW w:w="0" w:type="auto"/>
          </w:tcPr>
          <w:p w14:paraId="506E5206" w14:textId="77777777" w:rsidR="000772B4" w:rsidRDefault="00746A89">
            <w:r>
              <w:t>Нулевая производительность водоподготовки</w:t>
            </w:r>
          </w:p>
        </w:tc>
        <w:tc>
          <w:tcPr>
            <w:tcW w:w="0" w:type="auto"/>
          </w:tcPr>
          <w:p w14:paraId="334D915D" w14:textId="77777777" w:rsidR="000772B4" w:rsidRPr="00794D67" w:rsidRDefault="00746A89">
            <w:pPr>
              <w:jc w:val="center"/>
              <w:rPr>
                <w:lang w:val="ru-RU"/>
              </w:rPr>
            </w:pPr>
            <w:r w:rsidRPr="00794D67">
              <w:rPr>
                <w:lang w:val="ru-RU"/>
              </w:rPr>
              <w:t>по трём источникам перевод дефицит не закрывает</w:t>
            </w:r>
          </w:p>
        </w:tc>
        <w:tc>
          <w:tcPr>
            <w:tcW w:w="0" w:type="auto"/>
          </w:tcPr>
          <w:p w14:paraId="41CE66D1" w14:textId="77777777" w:rsidR="000772B4" w:rsidRPr="00794D67" w:rsidRDefault="00746A89">
            <w:pPr>
              <w:jc w:val="center"/>
              <w:rPr>
                <w:lang w:val="ru-RU"/>
              </w:rPr>
            </w:pPr>
            <w:r w:rsidRPr="00794D67">
              <w:rPr>
                <w:lang w:val="ru-RU"/>
              </w:rPr>
              <w:t xml:space="preserve">мероприятие </w:t>
            </w:r>
            <w:r>
              <w:t>MS</w:t>
            </w:r>
            <w:r w:rsidRPr="00794D67">
              <w:rPr>
                <w:lang w:val="ru-RU"/>
              </w:rPr>
              <w:t>-</w:t>
            </w:r>
            <w:r>
              <w:t>R</w:t>
            </w:r>
            <w:r w:rsidRPr="00794D67">
              <w:rPr>
                <w:lang w:val="ru-RU"/>
              </w:rPr>
              <w:t>-05, сведения Заказчика</w:t>
            </w:r>
          </w:p>
        </w:tc>
      </w:tr>
      <w:tr w:rsidR="000772B4" w:rsidRPr="00C07C05" w14:paraId="7D1421DE" w14:textId="77777777">
        <w:trPr>
          <w:cantSplit/>
          <w:jc w:val="center"/>
        </w:trPr>
        <w:tc>
          <w:tcPr>
            <w:tcW w:w="0" w:type="auto"/>
          </w:tcPr>
          <w:p w14:paraId="2BDA8992" w14:textId="77777777" w:rsidR="000772B4" w:rsidRDefault="00746A89">
            <w:r>
              <w:t>Аварийная подпитка</w:t>
            </w:r>
          </w:p>
        </w:tc>
        <w:tc>
          <w:tcPr>
            <w:tcW w:w="0" w:type="auto"/>
          </w:tcPr>
          <w:p w14:paraId="79DC71F0" w14:textId="77777777" w:rsidR="000772B4" w:rsidRPr="00794D67" w:rsidRDefault="00746A89">
            <w:pPr>
              <w:jc w:val="center"/>
              <w:rPr>
                <w:lang w:val="ru-RU"/>
              </w:rPr>
            </w:pPr>
            <w:r w:rsidRPr="00794D67">
              <w:rPr>
                <w:lang w:val="ru-RU"/>
              </w:rPr>
              <w:t>дефицит по пяти системам переводом не устраняется</w:t>
            </w:r>
          </w:p>
        </w:tc>
        <w:tc>
          <w:tcPr>
            <w:tcW w:w="0" w:type="auto"/>
          </w:tcPr>
          <w:p w14:paraId="190C0478" w14:textId="77777777" w:rsidR="000772B4" w:rsidRPr="00794D67" w:rsidRDefault="00746A89">
            <w:pPr>
              <w:jc w:val="center"/>
              <w:rPr>
                <w:lang w:val="ru-RU"/>
              </w:rPr>
            </w:pPr>
            <w:r w:rsidRPr="00794D67">
              <w:rPr>
                <w:lang w:val="ru-RU"/>
              </w:rPr>
              <w:t xml:space="preserve">мероприятие </w:t>
            </w:r>
            <w:r>
              <w:t>MS</w:t>
            </w:r>
            <w:r w:rsidRPr="00794D67">
              <w:rPr>
                <w:lang w:val="ru-RU"/>
              </w:rPr>
              <w:t>-</w:t>
            </w:r>
            <w:r>
              <w:t>R</w:t>
            </w:r>
            <w:r w:rsidRPr="00794D67">
              <w:rPr>
                <w:lang w:val="ru-RU"/>
              </w:rPr>
              <w:t>-06, результаты модели</w:t>
            </w:r>
          </w:p>
        </w:tc>
      </w:tr>
      <w:tr w:rsidR="000772B4" w:rsidRPr="00C07C05" w14:paraId="65A08C45" w14:textId="77777777">
        <w:trPr>
          <w:cantSplit/>
          <w:jc w:val="center"/>
        </w:trPr>
        <w:tc>
          <w:tcPr>
            <w:tcW w:w="0" w:type="auto"/>
          </w:tcPr>
          <w:p w14:paraId="08643D49" w14:textId="77777777" w:rsidR="000772B4" w:rsidRDefault="00746A89">
            <w:r>
              <w:t>Режим регулирования УПК № 1</w:t>
            </w:r>
          </w:p>
        </w:tc>
        <w:tc>
          <w:tcPr>
            <w:tcW w:w="0" w:type="auto"/>
          </w:tcPr>
          <w:p w14:paraId="088FC1E9" w14:textId="77777777" w:rsidR="000772B4" w:rsidRDefault="00746A89">
            <w:pPr>
              <w:jc w:val="center"/>
            </w:pPr>
            <w:r>
              <w:t>условие α ≤ 0,1 не выполняется</w:t>
            </w:r>
          </w:p>
        </w:tc>
        <w:tc>
          <w:tcPr>
            <w:tcW w:w="0" w:type="auto"/>
          </w:tcPr>
          <w:p w14:paraId="0E0EB774" w14:textId="77777777" w:rsidR="000772B4" w:rsidRPr="00794D67" w:rsidRDefault="00746A89">
            <w:pPr>
              <w:jc w:val="center"/>
              <w:rPr>
                <w:lang w:val="ru-RU"/>
              </w:rPr>
            </w:pPr>
            <w:r w:rsidRPr="00794D67">
              <w:rPr>
                <w:lang w:val="ru-RU"/>
              </w:rPr>
              <w:t>отдельное обоснование режима при проектировании</w:t>
            </w:r>
          </w:p>
        </w:tc>
      </w:tr>
      <w:tr w:rsidR="000772B4" w:rsidRPr="00C07C05" w14:paraId="64E92649" w14:textId="77777777">
        <w:trPr>
          <w:cantSplit/>
          <w:jc w:val="center"/>
        </w:trPr>
        <w:tc>
          <w:tcPr>
            <w:tcW w:w="0" w:type="auto"/>
          </w:tcPr>
          <w:p w14:paraId="5B321692" w14:textId="77777777" w:rsidR="000772B4" w:rsidRDefault="00746A89">
            <w:r>
              <w:t>Стоимость</w:t>
            </w:r>
          </w:p>
        </w:tc>
        <w:tc>
          <w:tcPr>
            <w:tcW w:w="0" w:type="auto"/>
          </w:tcPr>
          <w:p w14:paraId="2B98C146" w14:textId="77777777" w:rsidR="000772B4" w:rsidRPr="00794D67" w:rsidRDefault="00746A89">
            <w:pPr>
              <w:jc w:val="center"/>
              <w:rPr>
                <w:lang w:val="ru-RU"/>
              </w:rPr>
            </w:pPr>
            <w:r w:rsidRPr="00794D67">
              <w:rPr>
                <w:lang w:val="ru-RU"/>
              </w:rPr>
              <w:t>текущая потребность не определена, историческая не индексирована</w:t>
            </w:r>
          </w:p>
        </w:tc>
        <w:tc>
          <w:tcPr>
            <w:tcW w:w="0" w:type="auto"/>
          </w:tcPr>
          <w:p w14:paraId="1E3B52EE" w14:textId="77777777" w:rsidR="000772B4" w:rsidRPr="00794D67" w:rsidRDefault="00746A89">
            <w:pPr>
              <w:jc w:val="center"/>
              <w:rPr>
                <w:lang w:val="ru-RU"/>
              </w:rPr>
            </w:pPr>
            <w:r w:rsidRPr="00794D67">
              <w:rPr>
                <w:lang w:val="ru-RU"/>
              </w:rPr>
              <w:t>стоимость подлежит определению; определение при разработке инвестиционной программы</w:t>
            </w:r>
          </w:p>
        </w:tc>
      </w:tr>
      <w:tr w:rsidR="000772B4" w:rsidRPr="00C07C05" w14:paraId="35ECF785" w14:textId="77777777">
        <w:trPr>
          <w:cantSplit/>
          <w:jc w:val="center"/>
        </w:trPr>
        <w:tc>
          <w:tcPr>
            <w:tcW w:w="0" w:type="auto"/>
          </w:tcPr>
          <w:p w14:paraId="5F6EB6B4" w14:textId="77777777" w:rsidR="000772B4" w:rsidRDefault="00746A89">
            <w:r>
              <w:t>Источники финансирования</w:t>
            </w:r>
          </w:p>
        </w:tc>
        <w:tc>
          <w:tcPr>
            <w:tcW w:w="0" w:type="auto"/>
          </w:tcPr>
          <w:p w14:paraId="3563FEB8" w14:textId="77777777" w:rsidR="000772B4" w:rsidRDefault="00746A89">
            <w:pPr>
              <w:jc w:val="center"/>
            </w:pPr>
            <w:r>
              <w:t>решение не принято</w:t>
            </w:r>
          </w:p>
        </w:tc>
        <w:tc>
          <w:tcPr>
            <w:tcW w:w="0" w:type="auto"/>
          </w:tcPr>
          <w:p w14:paraId="582F9ED3" w14:textId="77777777" w:rsidR="000772B4" w:rsidRPr="00794D67" w:rsidRDefault="00746A89">
            <w:pPr>
              <w:jc w:val="center"/>
              <w:rPr>
                <w:lang w:val="ru-RU"/>
              </w:rPr>
            </w:pPr>
            <w:r w:rsidRPr="00794D67">
              <w:rPr>
                <w:lang w:val="ru-RU"/>
              </w:rPr>
              <w:t>вопрос инвестиционной программы и тарифного регулирования</w:t>
            </w:r>
          </w:p>
        </w:tc>
      </w:tr>
      <w:tr w:rsidR="000772B4" w:rsidRPr="00C07C05" w14:paraId="78D3A2CE" w14:textId="77777777">
        <w:trPr>
          <w:cantSplit/>
          <w:jc w:val="center"/>
        </w:trPr>
        <w:tc>
          <w:tcPr>
            <w:tcW w:w="0" w:type="auto"/>
          </w:tcPr>
          <w:p w14:paraId="5EE06E40" w14:textId="77777777" w:rsidR="000772B4" w:rsidRDefault="00746A89">
            <w:r>
              <w:t>Данные по УПК № 9 ГРЭ</w:t>
            </w:r>
          </w:p>
        </w:tc>
        <w:tc>
          <w:tcPr>
            <w:tcW w:w="0" w:type="auto"/>
          </w:tcPr>
          <w:p w14:paraId="62F26B48" w14:textId="77777777" w:rsidR="000772B4" w:rsidRDefault="00746A89">
            <w:pPr>
              <w:jc w:val="center"/>
            </w:pPr>
            <w:r>
              <w:t>баланс теплоносителя не раскрыт</w:t>
            </w:r>
          </w:p>
        </w:tc>
        <w:tc>
          <w:tcPr>
            <w:tcW w:w="0" w:type="auto"/>
          </w:tcPr>
          <w:p w14:paraId="090AA7CA" w14:textId="77777777" w:rsidR="000772B4" w:rsidRPr="00794D67" w:rsidRDefault="00746A89">
            <w:pPr>
              <w:jc w:val="center"/>
              <w:rPr>
                <w:lang w:val="ru-RU"/>
              </w:rPr>
            </w:pPr>
            <w:r w:rsidRPr="00794D67">
              <w:rPr>
                <w:lang w:val="ru-RU"/>
              </w:rPr>
              <w:t>подлежит уточнению по исходным данным; решение предварительное</w:t>
            </w:r>
          </w:p>
        </w:tc>
      </w:tr>
      <w:tr w:rsidR="000772B4" w:rsidRPr="00C07C05" w14:paraId="18BED24B" w14:textId="77777777">
        <w:trPr>
          <w:cantSplit/>
          <w:jc w:val="center"/>
        </w:trPr>
        <w:tc>
          <w:tcPr>
            <w:tcW w:w="0" w:type="auto"/>
          </w:tcPr>
          <w:p w14:paraId="6A19C267" w14:textId="77777777" w:rsidR="000772B4" w:rsidRDefault="00746A89">
            <w:r>
              <w:t>Разделение нагрузки УПК № 8</w:t>
            </w:r>
          </w:p>
        </w:tc>
        <w:tc>
          <w:tcPr>
            <w:tcW w:w="0" w:type="auto"/>
          </w:tcPr>
          <w:p w14:paraId="7943D623" w14:textId="77777777" w:rsidR="000772B4" w:rsidRPr="00794D67" w:rsidRDefault="00746A89">
            <w:pPr>
              <w:jc w:val="center"/>
              <w:rPr>
                <w:lang w:val="ru-RU"/>
              </w:rPr>
            </w:pPr>
            <w:r w:rsidRPr="00794D67">
              <w:rPr>
                <w:lang w:val="ru-RU"/>
              </w:rPr>
              <w:t>доля открытой составляющей в 0,819 Гкал/ч не выделена</w:t>
            </w:r>
          </w:p>
        </w:tc>
        <w:tc>
          <w:tcPr>
            <w:tcW w:w="0" w:type="auto"/>
          </w:tcPr>
          <w:p w14:paraId="3A7AEC0F" w14:textId="77777777" w:rsidR="000772B4" w:rsidRPr="00794D67" w:rsidRDefault="00746A89">
            <w:pPr>
              <w:jc w:val="center"/>
              <w:rPr>
                <w:lang w:val="ru-RU"/>
              </w:rPr>
            </w:pPr>
            <w:r w:rsidRPr="00794D67">
              <w:rPr>
                <w:lang w:val="ru-RU"/>
              </w:rPr>
              <w:t>подлежит расчёту; произвольное разделение не производится</w:t>
            </w:r>
          </w:p>
        </w:tc>
      </w:tr>
    </w:tbl>
    <w:p w14:paraId="6B964EBA" w14:textId="77777777" w:rsidR="000772B4" w:rsidRPr="00794D67" w:rsidRDefault="000772B4">
      <w:pPr>
        <w:spacing w:after="40"/>
        <w:rPr>
          <w:lang w:val="ru-RU"/>
        </w:rPr>
      </w:pPr>
    </w:p>
    <w:p w14:paraId="00571A5A" w14:textId="77777777" w:rsidR="000772B4" w:rsidRDefault="00746A89">
      <w:pPr>
        <w:keepNext/>
        <w:spacing w:before="160"/>
      </w:pPr>
      <w:r>
        <w:rPr>
          <w:b/>
        </w:rPr>
        <w:t>Таблица 9.21 — Внешние зависимости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723"/>
        <w:gridCol w:w="3579"/>
        <w:gridCol w:w="3043"/>
      </w:tblGrid>
      <w:tr w:rsidR="000772B4" w14:paraId="356A2DAB" w14:textId="77777777">
        <w:trPr>
          <w:cantSplit/>
          <w:tblHeader/>
          <w:jc w:val="center"/>
        </w:trPr>
        <w:tc>
          <w:tcPr>
            <w:tcW w:w="0" w:type="auto"/>
            <w:shd w:val="clear" w:color="auto" w:fill="E2F0D9"/>
          </w:tcPr>
          <w:p w14:paraId="289AAE03" w14:textId="77777777" w:rsidR="000772B4" w:rsidRDefault="00746A89">
            <w:pPr>
              <w:jc w:val="center"/>
            </w:pPr>
            <w:r>
              <w:rPr>
                <w:b/>
              </w:rPr>
              <w:t>Контур</w:t>
            </w:r>
          </w:p>
        </w:tc>
        <w:tc>
          <w:tcPr>
            <w:tcW w:w="0" w:type="auto"/>
            <w:shd w:val="clear" w:color="auto" w:fill="E2F0D9"/>
          </w:tcPr>
          <w:p w14:paraId="51126F39" w14:textId="77777777" w:rsidR="000772B4" w:rsidRDefault="00746A89">
            <w:pPr>
              <w:jc w:val="center"/>
            </w:pPr>
            <w:r>
              <w:rPr>
                <w:b/>
              </w:rPr>
              <w:t>Позиция</w:t>
            </w:r>
          </w:p>
        </w:tc>
        <w:tc>
          <w:tcPr>
            <w:tcW w:w="0" w:type="auto"/>
            <w:shd w:val="clear" w:color="auto" w:fill="E2F0D9"/>
          </w:tcPr>
          <w:p w14:paraId="4B41C688" w14:textId="77777777" w:rsidR="000772B4" w:rsidRDefault="00746A89">
            <w:pPr>
              <w:jc w:val="center"/>
            </w:pPr>
            <w:r>
              <w:rPr>
                <w:b/>
              </w:rPr>
              <w:t>Влияние на решения главы</w:t>
            </w:r>
          </w:p>
        </w:tc>
      </w:tr>
      <w:tr w:rsidR="000772B4" w:rsidRPr="00C07C05" w14:paraId="2909F6E7" w14:textId="77777777">
        <w:trPr>
          <w:cantSplit/>
          <w:jc w:val="center"/>
        </w:trPr>
        <w:tc>
          <w:tcPr>
            <w:tcW w:w="0" w:type="auto"/>
          </w:tcPr>
          <w:p w14:paraId="4566BFEE" w14:textId="77777777" w:rsidR="000772B4" w:rsidRDefault="00746A89">
            <w:r>
              <w:t>Заказчик и ресурсоснабжающая организация</w:t>
            </w:r>
          </w:p>
        </w:tc>
        <w:tc>
          <w:tcPr>
            <w:tcW w:w="0" w:type="auto"/>
          </w:tcPr>
          <w:p w14:paraId="11DDD9E4" w14:textId="77777777" w:rsidR="000772B4" w:rsidRPr="00794D67" w:rsidRDefault="00746A89">
            <w:pPr>
              <w:jc w:val="center"/>
              <w:rPr>
                <w:lang w:val="ru-RU"/>
              </w:rPr>
            </w:pPr>
            <w:r w:rsidRPr="00794D67">
              <w:rPr>
                <w:lang w:val="ru-RU"/>
              </w:rPr>
              <w:t>технология и фактическая производительность водоподготовки по четырём источникам</w:t>
            </w:r>
          </w:p>
        </w:tc>
        <w:tc>
          <w:tcPr>
            <w:tcW w:w="0" w:type="auto"/>
          </w:tcPr>
          <w:p w14:paraId="06FCBDCC" w14:textId="77777777" w:rsidR="000772B4" w:rsidRPr="00794D67" w:rsidRDefault="00746A89">
            <w:pPr>
              <w:jc w:val="center"/>
              <w:rPr>
                <w:lang w:val="ru-RU"/>
              </w:rPr>
            </w:pPr>
            <w:r w:rsidRPr="00794D67">
              <w:rPr>
                <w:lang w:val="ru-RU"/>
              </w:rPr>
              <w:t>не блокирует выбор варианта; блокирует оценку остаточного дефицита</w:t>
            </w:r>
          </w:p>
        </w:tc>
      </w:tr>
      <w:tr w:rsidR="000772B4" w:rsidRPr="00C07C05" w14:paraId="2DEBD31E" w14:textId="77777777">
        <w:trPr>
          <w:cantSplit/>
          <w:jc w:val="center"/>
        </w:trPr>
        <w:tc>
          <w:tcPr>
            <w:tcW w:w="0" w:type="auto"/>
          </w:tcPr>
          <w:p w14:paraId="7E51D3CE" w14:textId="77777777" w:rsidR="000772B4" w:rsidRDefault="00746A89">
            <w:r>
              <w:t>Заказчик</w:t>
            </w:r>
          </w:p>
        </w:tc>
        <w:tc>
          <w:tcPr>
            <w:tcW w:w="0" w:type="auto"/>
          </w:tcPr>
          <w:p w14:paraId="24378883" w14:textId="77777777" w:rsidR="000772B4" w:rsidRDefault="00746A89">
            <w:pPr>
              <w:jc w:val="center"/>
            </w:pPr>
            <w:r>
              <w:t>баланс теплоносителя УПК № 9 «ГРЭ»</w:t>
            </w:r>
          </w:p>
        </w:tc>
        <w:tc>
          <w:tcPr>
            <w:tcW w:w="0" w:type="auto"/>
          </w:tcPr>
          <w:p w14:paraId="017CDB0B" w14:textId="77777777" w:rsidR="000772B4" w:rsidRPr="00794D67" w:rsidRDefault="00746A89">
            <w:pPr>
              <w:jc w:val="center"/>
              <w:rPr>
                <w:lang w:val="ru-RU"/>
              </w:rPr>
            </w:pPr>
            <w:r w:rsidRPr="00794D67">
              <w:rPr>
                <w:lang w:val="ru-RU"/>
              </w:rPr>
              <w:t>блокирует расчёт эффекта по одной системе</w:t>
            </w:r>
          </w:p>
        </w:tc>
      </w:tr>
      <w:tr w:rsidR="000772B4" w14:paraId="6A3D1299" w14:textId="77777777">
        <w:trPr>
          <w:cantSplit/>
          <w:jc w:val="center"/>
        </w:trPr>
        <w:tc>
          <w:tcPr>
            <w:tcW w:w="0" w:type="auto"/>
          </w:tcPr>
          <w:p w14:paraId="4B0F007D" w14:textId="77777777" w:rsidR="000772B4" w:rsidRDefault="00746A89">
            <w:r>
              <w:t>Заказчик</w:t>
            </w:r>
          </w:p>
        </w:tc>
        <w:tc>
          <w:tcPr>
            <w:tcW w:w="0" w:type="auto"/>
          </w:tcPr>
          <w:p w14:paraId="1992918B" w14:textId="77777777" w:rsidR="000772B4" w:rsidRPr="00794D67" w:rsidRDefault="00746A89">
            <w:pPr>
              <w:jc w:val="center"/>
              <w:rPr>
                <w:lang w:val="ru-RU"/>
              </w:rPr>
            </w:pPr>
            <w:r w:rsidRPr="00794D67">
              <w:rPr>
                <w:lang w:val="ru-RU"/>
              </w:rPr>
              <w:t>актуальное число потребителей с нагрузкой горячего водоснабжения</w:t>
            </w:r>
          </w:p>
        </w:tc>
        <w:tc>
          <w:tcPr>
            <w:tcW w:w="0" w:type="auto"/>
          </w:tcPr>
          <w:p w14:paraId="26E6404A" w14:textId="77777777" w:rsidR="000772B4" w:rsidRDefault="00746A89">
            <w:pPr>
              <w:jc w:val="center"/>
            </w:pPr>
            <w:r>
              <w:t>блокирует определение стоимости</w:t>
            </w:r>
          </w:p>
        </w:tc>
      </w:tr>
      <w:tr w:rsidR="000772B4" w:rsidRPr="00C07C05" w14:paraId="5DF15265" w14:textId="77777777">
        <w:trPr>
          <w:cantSplit/>
          <w:jc w:val="center"/>
        </w:trPr>
        <w:tc>
          <w:tcPr>
            <w:tcW w:w="0" w:type="auto"/>
          </w:tcPr>
          <w:p w14:paraId="43FF6EDE" w14:textId="77777777" w:rsidR="000772B4" w:rsidRDefault="00746A89">
            <w:r>
              <w:t>Электронная модель</w:t>
            </w:r>
          </w:p>
        </w:tc>
        <w:tc>
          <w:tcPr>
            <w:tcW w:w="0" w:type="auto"/>
          </w:tcPr>
          <w:p w14:paraId="394D1B15" w14:textId="77777777" w:rsidR="000772B4" w:rsidRPr="00794D67" w:rsidRDefault="00746A89">
            <w:pPr>
              <w:jc w:val="center"/>
              <w:rPr>
                <w:lang w:val="ru-RU"/>
              </w:rPr>
            </w:pPr>
            <w:r w:rsidRPr="00794D67">
              <w:rPr>
                <w:lang w:val="ru-RU"/>
              </w:rPr>
              <w:t>гидравлические режимы по УПК № 1, УПК № 5, УПК № 7</w:t>
            </w:r>
          </w:p>
        </w:tc>
        <w:tc>
          <w:tcPr>
            <w:tcW w:w="0" w:type="auto"/>
          </w:tcPr>
          <w:p w14:paraId="5E14C5B3" w14:textId="77777777" w:rsidR="000772B4" w:rsidRPr="00794D67" w:rsidRDefault="00746A89">
            <w:pPr>
              <w:jc w:val="center"/>
              <w:rPr>
                <w:lang w:val="ru-RU"/>
              </w:rPr>
            </w:pPr>
            <w:r w:rsidRPr="00794D67">
              <w:rPr>
                <w:lang w:val="ru-RU"/>
              </w:rPr>
              <w:t>не блокирует выбор варианта; уточняет решения по сетям</w:t>
            </w:r>
          </w:p>
        </w:tc>
      </w:tr>
      <w:tr w:rsidR="000772B4" w14:paraId="7512A60B" w14:textId="77777777">
        <w:trPr>
          <w:cantSplit/>
          <w:jc w:val="center"/>
        </w:trPr>
        <w:tc>
          <w:tcPr>
            <w:tcW w:w="0" w:type="auto"/>
          </w:tcPr>
          <w:p w14:paraId="0DF2DBE3" w14:textId="77777777" w:rsidR="000772B4" w:rsidRDefault="00746A89">
            <w:r>
              <w:t>Электронная модель</w:t>
            </w:r>
          </w:p>
        </w:tc>
        <w:tc>
          <w:tcPr>
            <w:tcW w:w="0" w:type="auto"/>
          </w:tcPr>
          <w:p w14:paraId="38EA5C39" w14:textId="77777777" w:rsidR="000772B4" w:rsidRPr="00312815" w:rsidRDefault="00746A89">
            <w:pPr>
              <w:jc w:val="center"/>
              <w:rPr>
                <w:lang w:val="ru-RU"/>
              </w:rPr>
            </w:pPr>
            <w:r w:rsidRPr="00312815">
              <w:rPr>
                <w:lang w:val="ru-RU"/>
              </w:rPr>
              <w:t xml:space="preserve">результаты по сценарию </w:t>
            </w:r>
            <w:r>
              <w:t>MS</w:t>
            </w:r>
            <w:r w:rsidRPr="00312815">
              <w:rPr>
                <w:lang w:val="ru-RU"/>
              </w:rPr>
              <w:t>-03 для оценки аварийной подпитки</w:t>
            </w:r>
          </w:p>
        </w:tc>
        <w:tc>
          <w:tcPr>
            <w:tcW w:w="0" w:type="auto"/>
          </w:tcPr>
          <w:p w14:paraId="11E0B87F" w14:textId="77777777" w:rsidR="000772B4" w:rsidRDefault="00746A89">
            <w:pPr>
              <w:jc w:val="center"/>
            </w:pPr>
            <w:r>
              <w:t>блокирует мероприятие MS-R-06</w:t>
            </w:r>
          </w:p>
        </w:tc>
      </w:tr>
      <w:tr w:rsidR="000772B4" w:rsidRPr="00C07C05" w14:paraId="0691F1A6" w14:textId="77777777">
        <w:trPr>
          <w:cantSplit/>
          <w:jc w:val="center"/>
        </w:trPr>
        <w:tc>
          <w:tcPr>
            <w:tcW w:w="0" w:type="auto"/>
          </w:tcPr>
          <w:p w14:paraId="6778DFE4" w14:textId="77777777" w:rsidR="000772B4" w:rsidRDefault="00746A89">
            <w:r>
              <w:t>Проектная организация</w:t>
            </w:r>
          </w:p>
        </w:tc>
        <w:tc>
          <w:tcPr>
            <w:tcW w:w="0" w:type="auto"/>
          </w:tcPr>
          <w:p w14:paraId="23321D40" w14:textId="77777777" w:rsidR="000772B4" w:rsidRPr="00794D67" w:rsidRDefault="00746A89">
            <w:pPr>
              <w:jc w:val="center"/>
              <w:rPr>
                <w:lang w:val="ru-RU"/>
              </w:rPr>
            </w:pPr>
            <w:r w:rsidRPr="00794D67">
              <w:rPr>
                <w:lang w:val="ru-RU"/>
              </w:rPr>
              <w:t>выбор схемы присоединения подогревателей и оборудования</w:t>
            </w:r>
          </w:p>
        </w:tc>
        <w:tc>
          <w:tcPr>
            <w:tcW w:w="0" w:type="auto"/>
          </w:tcPr>
          <w:p w14:paraId="5498D78C" w14:textId="77777777" w:rsidR="000772B4" w:rsidRPr="00794D67" w:rsidRDefault="00746A89">
            <w:pPr>
              <w:jc w:val="center"/>
              <w:rPr>
                <w:lang w:val="ru-RU"/>
              </w:rPr>
            </w:pPr>
            <w:r w:rsidRPr="00794D67">
              <w:rPr>
                <w:lang w:val="ru-RU"/>
              </w:rPr>
              <w:t>последующая стадия; настоящей схемой не предопределяется</w:t>
            </w:r>
          </w:p>
        </w:tc>
      </w:tr>
    </w:tbl>
    <w:p w14:paraId="27F03457" w14:textId="77777777" w:rsidR="000772B4" w:rsidRPr="00794D67" w:rsidRDefault="000772B4">
      <w:pPr>
        <w:spacing w:after="40"/>
        <w:rPr>
          <w:lang w:val="ru-RU"/>
        </w:rPr>
      </w:pPr>
    </w:p>
    <w:p w14:paraId="4514A893" w14:textId="77777777" w:rsidR="000772B4" w:rsidRPr="00344E69" w:rsidRDefault="00746A89">
      <w:pPr>
        <w:pStyle w:val="21"/>
        <w:rPr>
          <w:lang w:val="ru-RU"/>
        </w:rPr>
      </w:pPr>
      <w:bookmarkStart w:id="71" w:name="_Toc238015662"/>
      <w:r w:rsidRPr="00344E69">
        <w:rPr>
          <w:lang w:val="ru-RU"/>
        </w:rPr>
        <w:t>9.15. Конфигурация горячего водоснабжения на 2031 и 2036 годы</w:t>
      </w:r>
      <w:bookmarkEnd w:id="71"/>
    </w:p>
    <w:p w14:paraId="4493E75E" w14:textId="77777777" w:rsidR="000772B4" w:rsidRPr="00344E69" w:rsidRDefault="00746A89">
      <w:pPr>
        <w:keepNext/>
        <w:spacing w:before="160"/>
        <w:rPr>
          <w:lang w:val="ru-RU"/>
        </w:rPr>
      </w:pPr>
      <w:r w:rsidRPr="00344E69">
        <w:rPr>
          <w:b/>
          <w:lang w:val="ru-RU"/>
        </w:rPr>
        <w:t>Таблица 9.22 — Состояние систем по этапам</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598"/>
        <w:gridCol w:w="1370"/>
        <w:gridCol w:w="1620"/>
        <w:gridCol w:w="1444"/>
        <w:gridCol w:w="1678"/>
        <w:gridCol w:w="1635"/>
      </w:tblGrid>
      <w:tr w:rsidR="000772B4" w:rsidRPr="00C07C05" w14:paraId="57848E6A" w14:textId="77777777">
        <w:trPr>
          <w:cantSplit/>
          <w:tblHeader/>
          <w:jc w:val="center"/>
        </w:trPr>
        <w:tc>
          <w:tcPr>
            <w:tcW w:w="0" w:type="auto"/>
            <w:shd w:val="clear" w:color="auto" w:fill="E2F0D9"/>
          </w:tcPr>
          <w:p w14:paraId="791FE46D" w14:textId="77777777" w:rsidR="000772B4" w:rsidRDefault="00746A89">
            <w:pPr>
              <w:jc w:val="center"/>
            </w:pPr>
            <w:r>
              <w:rPr>
                <w:b/>
              </w:rPr>
              <w:t>Источник</w:t>
            </w:r>
          </w:p>
        </w:tc>
        <w:tc>
          <w:tcPr>
            <w:tcW w:w="0" w:type="auto"/>
            <w:shd w:val="clear" w:color="auto" w:fill="E2F0D9"/>
          </w:tcPr>
          <w:p w14:paraId="578B1D49" w14:textId="77777777" w:rsidR="000772B4" w:rsidRDefault="00746A89">
            <w:pPr>
              <w:jc w:val="center"/>
            </w:pPr>
            <w:r>
              <w:rPr>
                <w:b/>
              </w:rPr>
              <w:t>Состояние 2026</w:t>
            </w:r>
          </w:p>
        </w:tc>
        <w:tc>
          <w:tcPr>
            <w:tcW w:w="0" w:type="auto"/>
            <w:shd w:val="clear" w:color="auto" w:fill="E2F0D9"/>
          </w:tcPr>
          <w:p w14:paraId="0EEF64BF" w14:textId="77777777" w:rsidR="000772B4" w:rsidRDefault="00746A89">
            <w:pPr>
              <w:jc w:val="center"/>
            </w:pPr>
            <w:r>
              <w:rPr>
                <w:b/>
              </w:rPr>
              <w:t>Состояние 2031</w:t>
            </w:r>
          </w:p>
        </w:tc>
        <w:tc>
          <w:tcPr>
            <w:tcW w:w="0" w:type="auto"/>
            <w:shd w:val="clear" w:color="auto" w:fill="E2F0D9"/>
          </w:tcPr>
          <w:p w14:paraId="10F8A418" w14:textId="77777777" w:rsidR="000772B4" w:rsidRDefault="00746A89">
            <w:pPr>
              <w:jc w:val="center"/>
            </w:pPr>
            <w:r>
              <w:rPr>
                <w:b/>
              </w:rPr>
              <w:t>Состояние 2036</w:t>
            </w:r>
          </w:p>
        </w:tc>
        <w:tc>
          <w:tcPr>
            <w:tcW w:w="0" w:type="auto"/>
            <w:shd w:val="clear" w:color="auto" w:fill="E2F0D9"/>
          </w:tcPr>
          <w:p w14:paraId="2DBBE2BE" w14:textId="77777777" w:rsidR="000772B4" w:rsidRPr="00794D67" w:rsidRDefault="00746A89">
            <w:pPr>
              <w:jc w:val="center"/>
              <w:rPr>
                <w:lang w:val="ru-RU"/>
              </w:rPr>
            </w:pPr>
            <w:r w:rsidRPr="00794D67">
              <w:rPr>
                <w:b/>
                <w:lang w:val="ru-RU"/>
              </w:rPr>
              <w:t>Подпитка после перевода, т/ч</w:t>
            </w:r>
          </w:p>
        </w:tc>
        <w:tc>
          <w:tcPr>
            <w:tcW w:w="0" w:type="auto"/>
            <w:shd w:val="clear" w:color="auto" w:fill="E2F0D9"/>
          </w:tcPr>
          <w:p w14:paraId="1BF66B71" w14:textId="77777777" w:rsidR="000772B4" w:rsidRPr="00794D67" w:rsidRDefault="00746A89">
            <w:pPr>
              <w:jc w:val="center"/>
              <w:rPr>
                <w:lang w:val="ru-RU"/>
              </w:rPr>
            </w:pPr>
            <w:r w:rsidRPr="00794D67">
              <w:rPr>
                <w:b/>
                <w:lang w:val="ru-RU"/>
              </w:rPr>
              <w:t>Резерв ВПУ после перевода, т/ч</w:t>
            </w:r>
          </w:p>
        </w:tc>
      </w:tr>
      <w:tr w:rsidR="000772B4" w14:paraId="3CD564FF" w14:textId="77777777">
        <w:trPr>
          <w:cantSplit/>
          <w:jc w:val="center"/>
        </w:trPr>
        <w:tc>
          <w:tcPr>
            <w:tcW w:w="0" w:type="auto"/>
          </w:tcPr>
          <w:p w14:paraId="13585379" w14:textId="77777777" w:rsidR="000772B4" w:rsidRDefault="00746A89">
            <w:r>
              <w:t>УПК № 1 Таштагол</w:t>
            </w:r>
          </w:p>
        </w:tc>
        <w:tc>
          <w:tcPr>
            <w:tcW w:w="0" w:type="auto"/>
          </w:tcPr>
          <w:p w14:paraId="3E871010" w14:textId="77777777" w:rsidR="000772B4" w:rsidRDefault="00746A89">
            <w:pPr>
              <w:jc w:val="center"/>
            </w:pPr>
            <w:r>
              <w:t>открытая</w:t>
            </w:r>
          </w:p>
        </w:tc>
        <w:tc>
          <w:tcPr>
            <w:tcW w:w="0" w:type="auto"/>
          </w:tcPr>
          <w:p w14:paraId="5E801E1C" w14:textId="77777777" w:rsidR="000772B4" w:rsidRDefault="00746A89">
            <w:pPr>
              <w:jc w:val="center"/>
            </w:pPr>
            <w:r>
              <w:t>закрытая</w:t>
            </w:r>
          </w:p>
        </w:tc>
        <w:tc>
          <w:tcPr>
            <w:tcW w:w="0" w:type="auto"/>
          </w:tcPr>
          <w:p w14:paraId="74101261" w14:textId="77777777" w:rsidR="000772B4" w:rsidRDefault="00746A89">
            <w:pPr>
              <w:jc w:val="center"/>
            </w:pPr>
            <w:r>
              <w:t>закрытая</w:t>
            </w:r>
          </w:p>
        </w:tc>
        <w:tc>
          <w:tcPr>
            <w:tcW w:w="0" w:type="auto"/>
          </w:tcPr>
          <w:p w14:paraId="279DF6E5" w14:textId="77777777" w:rsidR="000772B4" w:rsidRDefault="00746A89">
            <w:pPr>
              <w:jc w:val="center"/>
            </w:pPr>
            <w:r>
              <w:t>6,605</w:t>
            </w:r>
          </w:p>
        </w:tc>
        <w:tc>
          <w:tcPr>
            <w:tcW w:w="0" w:type="auto"/>
          </w:tcPr>
          <w:p w14:paraId="72157925" w14:textId="77777777" w:rsidR="000772B4" w:rsidRDefault="00746A89">
            <w:pPr>
              <w:jc w:val="center"/>
            </w:pPr>
            <w:r>
              <w:t>113,395</w:t>
            </w:r>
          </w:p>
        </w:tc>
      </w:tr>
      <w:tr w:rsidR="000772B4" w14:paraId="418435D4" w14:textId="77777777">
        <w:trPr>
          <w:cantSplit/>
          <w:jc w:val="center"/>
        </w:trPr>
        <w:tc>
          <w:tcPr>
            <w:tcW w:w="0" w:type="auto"/>
          </w:tcPr>
          <w:p w14:paraId="61905B7C" w14:textId="77777777" w:rsidR="000772B4" w:rsidRDefault="00746A89">
            <w:r>
              <w:t>УПК № 2 Шалым</w:t>
            </w:r>
          </w:p>
        </w:tc>
        <w:tc>
          <w:tcPr>
            <w:tcW w:w="0" w:type="auto"/>
          </w:tcPr>
          <w:p w14:paraId="7A127D82" w14:textId="77777777" w:rsidR="000772B4" w:rsidRDefault="00746A89">
            <w:pPr>
              <w:jc w:val="center"/>
            </w:pPr>
            <w:r>
              <w:t>открытая</w:t>
            </w:r>
          </w:p>
        </w:tc>
        <w:tc>
          <w:tcPr>
            <w:tcW w:w="0" w:type="auto"/>
          </w:tcPr>
          <w:p w14:paraId="3265DFC9" w14:textId="77777777" w:rsidR="000772B4" w:rsidRDefault="00746A89">
            <w:pPr>
              <w:jc w:val="center"/>
            </w:pPr>
            <w:r>
              <w:t>открытая, перевод предстоит</w:t>
            </w:r>
          </w:p>
        </w:tc>
        <w:tc>
          <w:tcPr>
            <w:tcW w:w="0" w:type="auto"/>
          </w:tcPr>
          <w:p w14:paraId="0946E9BB" w14:textId="77777777" w:rsidR="000772B4" w:rsidRDefault="00746A89">
            <w:pPr>
              <w:jc w:val="center"/>
            </w:pPr>
            <w:r>
              <w:t>закрытая</w:t>
            </w:r>
          </w:p>
        </w:tc>
        <w:tc>
          <w:tcPr>
            <w:tcW w:w="0" w:type="auto"/>
          </w:tcPr>
          <w:p w14:paraId="008157E5" w14:textId="77777777" w:rsidR="000772B4" w:rsidRDefault="00746A89">
            <w:pPr>
              <w:jc w:val="center"/>
            </w:pPr>
            <w:r>
              <w:t>0,209</w:t>
            </w:r>
          </w:p>
        </w:tc>
        <w:tc>
          <w:tcPr>
            <w:tcW w:w="0" w:type="auto"/>
          </w:tcPr>
          <w:p w14:paraId="7D159F10" w14:textId="77777777" w:rsidR="000772B4" w:rsidRDefault="00746A89">
            <w:pPr>
              <w:jc w:val="center"/>
            </w:pPr>
            <w:r>
              <w:t>−0,209</w:t>
            </w:r>
          </w:p>
        </w:tc>
      </w:tr>
      <w:tr w:rsidR="000772B4" w14:paraId="5663E05F" w14:textId="77777777">
        <w:trPr>
          <w:cantSplit/>
          <w:jc w:val="center"/>
        </w:trPr>
        <w:tc>
          <w:tcPr>
            <w:tcW w:w="0" w:type="auto"/>
          </w:tcPr>
          <w:p w14:paraId="0811E58E" w14:textId="77777777" w:rsidR="000772B4" w:rsidRDefault="00746A89">
            <w:r>
              <w:t>УПК № 2 ЦМК</w:t>
            </w:r>
          </w:p>
        </w:tc>
        <w:tc>
          <w:tcPr>
            <w:tcW w:w="0" w:type="auto"/>
          </w:tcPr>
          <w:p w14:paraId="31A01C67" w14:textId="77777777" w:rsidR="000772B4" w:rsidRDefault="00746A89">
            <w:pPr>
              <w:jc w:val="center"/>
            </w:pPr>
            <w:r>
              <w:t>открытая</w:t>
            </w:r>
          </w:p>
        </w:tc>
        <w:tc>
          <w:tcPr>
            <w:tcW w:w="0" w:type="auto"/>
          </w:tcPr>
          <w:p w14:paraId="666E6E83" w14:textId="77777777" w:rsidR="000772B4" w:rsidRDefault="00746A89">
            <w:pPr>
              <w:jc w:val="center"/>
            </w:pPr>
            <w:r>
              <w:t>открытая, перевод предстоит</w:t>
            </w:r>
          </w:p>
        </w:tc>
        <w:tc>
          <w:tcPr>
            <w:tcW w:w="0" w:type="auto"/>
          </w:tcPr>
          <w:p w14:paraId="3592824A" w14:textId="77777777" w:rsidR="000772B4" w:rsidRDefault="00746A89">
            <w:pPr>
              <w:jc w:val="center"/>
            </w:pPr>
            <w:r>
              <w:t>закрытая</w:t>
            </w:r>
          </w:p>
        </w:tc>
        <w:tc>
          <w:tcPr>
            <w:tcW w:w="0" w:type="auto"/>
          </w:tcPr>
          <w:p w14:paraId="509D1D89" w14:textId="77777777" w:rsidR="000772B4" w:rsidRDefault="00746A89">
            <w:pPr>
              <w:jc w:val="center"/>
            </w:pPr>
            <w:r>
              <w:t>0,199</w:t>
            </w:r>
          </w:p>
        </w:tc>
        <w:tc>
          <w:tcPr>
            <w:tcW w:w="0" w:type="auto"/>
          </w:tcPr>
          <w:p w14:paraId="3682E3A4" w14:textId="77777777" w:rsidR="000772B4" w:rsidRDefault="00746A89">
            <w:pPr>
              <w:jc w:val="center"/>
            </w:pPr>
            <w:r>
              <w:t>19,801</w:t>
            </w:r>
          </w:p>
        </w:tc>
      </w:tr>
      <w:tr w:rsidR="000772B4" w14:paraId="46D07556" w14:textId="77777777">
        <w:trPr>
          <w:cantSplit/>
          <w:jc w:val="center"/>
        </w:trPr>
        <w:tc>
          <w:tcPr>
            <w:tcW w:w="0" w:type="auto"/>
          </w:tcPr>
          <w:p w14:paraId="50A37587" w14:textId="77777777" w:rsidR="000772B4" w:rsidRDefault="00746A89">
            <w:r>
              <w:t>УПК № 9 ГРЭ</w:t>
            </w:r>
          </w:p>
        </w:tc>
        <w:tc>
          <w:tcPr>
            <w:tcW w:w="0" w:type="auto"/>
          </w:tcPr>
          <w:p w14:paraId="29E08DCB" w14:textId="77777777" w:rsidR="000772B4" w:rsidRDefault="00746A89">
            <w:pPr>
              <w:jc w:val="center"/>
            </w:pPr>
            <w:r>
              <w:t>открытая</w:t>
            </w:r>
          </w:p>
        </w:tc>
        <w:tc>
          <w:tcPr>
            <w:tcW w:w="0" w:type="auto"/>
          </w:tcPr>
          <w:p w14:paraId="26AC5EBE" w14:textId="77777777" w:rsidR="000772B4" w:rsidRDefault="00746A89">
            <w:pPr>
              <w:jc w:val="center"/>
            </w:pPr>
            <w:r>
              <w:t>решение не принято</w:t>
            </w:r>
          </w:p>
        </w:tc>
        <w:tc>
          <w:tcPr>
            <w:tcW w:w="0" w:type="auto"/>
          </w:tcPr>
          <w:p w14:paraId="3DBB6921" w14:textId="77777777" w:rsidR="000772B4" w:rsidRDefault="00746A89">
            <w:pPr>
              <w:jc w:val="center"/>
            </w:pPr>
            <w:r>
              <w:t>решение не принято</w:t>
            </w:r>
          </w:p>
        </w:tc>
        <w:tc>
          <w:tcPr>
            <w:tcW w:w="0" w:type="auto"/>
          </w:tcPr>
          <w:p w14:paraId="59BCE31D" w14:textId="77777777" w:rsidR="000772B4" w:rsidRDefault="00746A89">
            <w:pPr>
              <w:jc w:val="center"/>
            </w:pPr>
            <w:r>
              <w:t>не определена</w:t>
            </w:r>
          </w:p>
        </w:tc>
        <w:tc>
          <w:tcPr>
            <w:tcW w:w="0" w:type="auto"/>
          </w:tcPr>
          <w:p w14:paraId="3E61BE5B" w14:textId="77777777" w:rsidR="000772B4" w:rsidRDefault="00746A89">
            <w:pPr>
              <w:jc w:val="center"/>
            </w:pPr>
            <w:r>
              <w:t>не определён</w:t>
            </w:r>
          </w:p>
        </w:tc>
      </w:tr>
      <w:tr w:rsidR="000772B4" w14:paraId="14E774FA" w14:textId="77777777">
        <w:trPr>
          <w:cantSplit/>
          <w:jc w:val="center"/>
        </w:trPr>
        <w:tc>
          <w:tcPr>
            <w:tcW w:w="0" w:type="auto"/>
          </w:tcPr>
          <w:p w14:paraId="46323AA2" w14:textId="77777777" w:rsidR="000772B4" w:rsidRDefault="00746A89">
            <w:r>
              <w:t>УПК № 5 Новый Шерегеш</w:t>
            </w:r>
          </w:p>
        </w:tc>
        <w:tc>
          <w:tcPr>
            <w:tcW w:w="0" w:type="auto"/>
          </w:tcPr>
          <w:p w14:paraId="10004341" w14:textId="77777777" w:rsidR="000772B4" w:rsidRDefault="00746A89">
            <w:pPr>
              <w:jc w:val="center"/>
            </w:pPr>
            <w:r>
              <w:t>открытая</w:t>
            </w:r>
          </w:p>
        </w:tc>
        <w:tc>
          <w:tcPr>
            <w:tcW w:w="0" w:type="auto"/>
          </w:tcPr>
          <w:p w14:paraId="7520C564" w14:textId="77777777" w:rsidR="000772B4" w:rsidRDefault="00746A89">
            <w:pPr>
              <w:jc w:val="center"/>
            </w:pPr>
            <w:r>
              <w:t>закрытая</w:t>
            </w:r>
          </w:p>
        </w:tc>
        <w:tc>
          <w:tcPr>
            <w:tcW w:w="0" w:type="auto"/>
          </w:tcPr>
          <w:p w14:paraId="054170B0" w14:textId="77777777" w:rsidR="000772B4" w:rsidRDefault="00746A89">
            <w:pPr>
              <w:jc w:val="center"/>
            </w:pPr>
            <w:r>
              <w:t>закрытая</w:t>
            </w:r>
          </w:p>
        </w:tc>
        <w:tc>
          <w:tcPr>
            <w:tcW w:w="0" w:type="auto"/>
          </w:tcPr>
          <w:p w14:paraId="3A8CBE05" w14:textId="77777777" w:rsidR="000772B4" w:rsidRDefault="00746A89">
            <w:pPr>
              <w:jc w:val="center"/>
            </w:pPr>
            <w:r>
              <w:t>2,111</w:t>
            </w:r>
          </w:p>
        </w:tc>
        <w:tc>
          <w:tcPr>
            <w:tcW w:w="0" w:type="auto"/>
          </w:tcPr>
          <w:p w14:paraId="4462947E" w14:textId="77777777" w:rsidR="000772B4" w:rsidRDefault="00746A89">
            <w:pPr>
              <w:jc w:val="center"/>
            </w:pPr>
            <w:r>
              <w:t>24,289</w:t>
            </w:r>
          </w:p>
        </w:tc>
      </w:tr>
      <w:tr w:rsidR="000772B4" w14:paraId="521D2D34" w14:textId="77777777">
        <w:trPr>
          <w:cantSplit/>
          <w:jc w:val="center"/>
        </w:trPr>
        <w:tc>
          <w:tcPr>
            <w:tcW w:w="0" w:type="auto"/>
          </w:tcPr>
          <w:p w14:paraId="0E7F4E13" w14:textId="77777777" w:rsidR="000772B4" w:rsidRDefault="00746A89">
            <w:r>
              <w:t>УПК № 6 Старый Шерегеш</w:t>
            </w:r>
          </w:p>
        </w:tc>
        <w:tc>
          <w:tcPr>
            <w:tcW w:w="0" w:type="auto"/>
          </w:tcPr>
          <w:p w14:paraId="44E2EBAB" w14:textId="77777777" w:rsidR="000772B4" w:rsidRDefault="00746A89">
            <w:pPr>
              <w:jc w:val="center"/>
            </w:pPr>
            <w:r>
              <w:t>открытая</w:t>
            </w:r>
          </w:p>
        </w:tc>
        <w:tc>
          <w:tcPr>
            <w:tcW w:w="0" w:type="auto"/>
          </w:tcPr>
          <w:p w14:paraId="5077E4DF" w14:textId="77777777" w:rsidR="000772B4" w:rsidRDefault="00746A89">
            <w:pPr>
              <w:jc w:val="center"/>
            </w:pPr>
            <w:r>
              <w:t>открытая, перевод предстоит</w:t>
            </w:r>
          </w:p>
        </w:tc>
        <w:tc>
          <w:tcPr>
            <w:tcW w:w="0" w:type="auto"/>
          </w:tcPr>
          <w:p w14:paraId="2294327A" w14:textId="77777777" w:rsidR="000772B4" w:rsidRDefault="00746A89">
            <w:pPr>
              <w:jc w:val="center"/>
            </w:pPr>
            <w:r>
              <w:t>закрытая</w:t>
            </w:r>
          </w:p>
        </w:tc>
        <w:tc>
          <w:tcPr>
            <w:tcW w:w="0" w:type="auto"/>
          </w:tcPr>
          <w:p w14:paraId="2A6148A4" w14:textId="77777777" w:rsidR="000772B4" w:rsidRDefault="00746A89">
            <w:pPr>
              <w:jc w:val="center"/>
            </w:pPr>
            <w:r>
              <w:t>0,102</w:t>
            </w:r>
          </w:p>
        </w:tc>
        <w:tc>
          <w:tcPr>
            <w:tcW w:w="0" w:type="auto"/>
          </w:tcPr>
          <w:p w14:paraId="712C78A4" w14:textId="77777777" w:rsidR="000772B4" w:rsidRDefault="00746A89">
            <w:pPr>
              <w:jc w:val="center"/>
            </w:pPr>
            <w:r>
              <w:t>4,898</w:t>
            </w:r>
          </w:p>
        </w:tc>
      </w:tr>
      <w:tr w:rsidR="000772B4" w14:paraId="0B2AD2AA" w14:textId="77777777">
        <w:trPr>
          <w:cantSplit/>
          <w:jc w:val="center"/>
        </w:trPr>
        <w:tc>
          <w:tcPr>
            <w:tcW w:w="0" w:type="auto"/>
          </w:tcPr>
          <w:p w14:paraId="445C0705" w14:textId="77777777" w:rsidR="000772B4" w:rsidRDefault="00746A89">
            <w:r>
              <w:t>УПК № 7 Каз</w:t>
            </w:r>
          </w:p>
        </w:tc>
        <w:tc>
          <w:tcPr>
            <w:tcW w:w="0" w:type="auto"/>
          </w:tcPr>
          <w:p w14:paraId="19863092" w14:textId="77777777" w:rsidR="000772B4" w:rsidRDefault="00746A89">
            <w:pPr>
              <w:jc w:val="center"/>
            </w:pPr>
            <w:r>
              <w:t>открытая</w:t>
            </w:r>
          </w:p>
        </w:tc>
        <w:tc>
          <w:tcPr>
            <w:tcW w:w="0" w:type="auto"/>
          </w:tcPr>
          <w:p w14:paraId="4C021E24" w14:textId="77777777" w:rsidR="000772B4" w:rsidRDefault="00746A89">
            <w:pPr>
              <w:jc w:val="center"/>
            </w:pPr>
            <w:r>
              <w:t>закрытая</w:t>
            </w:r>
          </w:p>
        </w:tc>
        <w:tc>
          <w:tcPr>
            <w:tcW w:w="0" w:type="auto"/>
          </w:tcPr>
          <w:p w14:paraId="084B2166" w14:textId="77777777" w:rsidR="000772B4" w:rsidRDefault="00746A89">
            <w:pPr>
              <w:jc w:val="center"/>
            </w:pPr>
            <w:r>
              <w:t>закрытая</w:t>
            </w:r>
          </w:p>
        </w:tc>
        <w:tc>
          <w:tcPr>
            <w:tcW w:w="0" w:type="auto"/>
          </w:tcPr>
          <w:p w14:paraId="454D031F" w14:textId="77777777" w:rsidR="000772B4" w:rsidRDefault="00746A89">
            <w:pPr>
              <w:jc w:val="center"/>
            </w:pPr>
            <w:r>
              <w:t>4,214</w:t>
            </w:r>
          </w:p>
        </w:tc>
        <w:tc>
          <w:tcPr>
            <w:tcW w:w="0" w:type="auto"/>
          </w:tcPr>
          <w:p w14:paraId="367D9786" w14:textId="77777777" w:rsidR="000772B4" w:rsidRDefault="00746A89">
            <w:pPr>
              <w:jc w:val="center"/>
            </w:pPr>
            <w:r>
              <w:t>35,786</w:t>
            </w:r>
          </w:p>
        </w:tc>
      </w:tr>
      <w:tr w:rsidR="000772B4" w14:paraId="4D9B28EF" w14:textId="77777777">
        <w:trPr>
          <w:cantSplit/>
          <w:jc w:val="center"/>
        </w:trPr>
        <w:tc>
          <w:tcPr>
            <w:tcW w:w="0" w:type="auto"/>
          </w:tcPr>
          <w:p w14:paraId="04E07537" w14:textId="77777777" w:rsidR="000772B4" w:rsidRDefault="00746A89">
            <w:r>
              <w:t>УПК № 8 Мундыбаш</w:t>
            </w:r>
          </w:p>
        </w:tc>
        <w:tc>
          <w:tcPr>
            <w:tcW w:w="0" w:type="auto"/>
          </w:tcPr>
          <w:p w14:paraId="31FD6DF6" w14:textId="77777777" w:rsidR="000772B4" w:rsidRDefault="00746A89">
            <w:pPr>
              <w:jc w:val="center"/>
            </w:pPr>
            <w:r>
              <w:t>смешанная</w:t>
            </w:r>
          </w:p>
        </w:tc>
        <w:tc>
          <w:tcPr>
            <w:tcW w:w="0" w:type="auto"/>
          </w:tcPr>
          <w:p w14:paraId="62704BEF" w14:textId="77777777" w:rsidR="000772B4" w:rsidRDefault="00746A89">
            <w:pPr>
              <w:jc w:val="center"/>
            </w:pPr>
            <w:r>
              <w:t>открытая, перевод предстоит</w:t>
            </w:r>
          </w:p>
        </w:tc>
        <w:tc>
          <w:tcPr>
            <w:tcW w:w="0" w:type="auto"/>
          </w:tcPr>
          <w:p w14:paraId="091DFA4D" w14:textId="77777777" w:rsidR="000772B4" w:rsidRDefault="00746A89">
            <w:pPr>
              <w:jc w:val="center"/>
            </w:pPr>
            <w:r>
              <w:t>закрытая</w:t>
            </w:r>
          </w:p>
        </w:tc>
        <w:tc>
          <w:tcPr>
            <w:tcW w:w="0" w:type="auto"/>
          </w:tcPr>
          <w:p w14:paraId="5E1813B8" w14:textId="77777777" w:rsidR="000772B4" w:rsidRDefault="00746A89">
            <w:pPr>
              <w:jc w:val="center"/>
            </w:pPr>
            <w:r>
              <w:t>0,826</w:t>
            </w:r>
          </w:p>
        </w:tc>
        <w:tc>
          <w:tcPr>
            <w:tcW w:w="0" w:type="auto"/>
          </w:tcPr>
          <w:p w14:paraId="5CB95914" w14:textId="77777777" w:rsidR="000772B4" w:rsidRDefault="00746A89">
            <w:pPr>
              <w:jc w:val="center"/>
            </w:pPr>
            <w:r>
              <w:t>59,174</w:t>
            </w:r>
          </w:p>
        </w:tc>
      </w:tr>
      <w:tr w:rsidR="000772B4" w14:paraId="1CBB6295" w14:textId="77777777">
        <w:trPr>
          <w:cantSplit/>
          <w:jc w:val="center"/>
        </w:trPr>
        <w:tc>
          <w:tcPr>
            <w:tcW w:w="0" w:type="auto"/>
          </w:tcPr>
          <w:p w14:paraId="547E3C67" w14:textId="77777777" w:rsidR="000772B4" w:rsidRDefault="00746A89">
            <w:r>
              <w:t>УПК № 10 Темир-Тау</w:t>
            </w:r>
          </w:p>
        </w:tc>
        <w:tc>
          <w:tcPr>
            <w:tcW w:w="0" w:type="auto"/>
          </w:tcPr>
          <w:p w14:paraId="09E0249F" w14:textId="77777777" w:rsidR="000772B4" w:rsidRDefault="00746A89">
            <w:pPr>
              <w:jc w:val="center"/>
            </w:pPr>
            <w:r>
              <w:t>открытая</w:t>
            </w:r>
          </w:p>
        </w:tc>
        <w:tc>
          <w:tcPr>
            <w:tcW w:w="0" w:type="auto"/>
          </w:tcPr>
          <w:p w14:paraId="76E99C22" w14:textId="77777777" w:rsidR="000772B4" w:rsidRDefault="00746A89">
            <w:pPr>
              <w:jc w:val="center"/>
            </w:pPr>
            <w:r>
              <w:t>закрытая</w:t>
            </w:r>
          </w:p>
        </w:tc>
        <w:tc>
          <w:tcPr>
            <w:tcW w:w="0" w:type="auto"/>
          </w:tcPr>
          <w:p w14:paraId="7B17C347" w14:textId="77777777" w:rsidR="000772B4" w:rsidRDefault="00746A89">
            <w:pPr>
              <w:jc w:val="center"/>
            </w:pPr>
            <w:r>
              <w:t>закрытая</w:t>
            </w:r>
          </w:p>
        </w:tc>
        <w:tc>
          <w:tcPr>
            <w:tcW w:w="0" w:type="auto"/>
          </w:tcPr>
          <w:p w14:paraId="59AB6F9B" w14:textId="77777777" w:rsidR="000772B4" w:rsidRDefault="00746A89">
            <w:pPr>
              <w:jc w:val="center"/>
            </w:pPr>
            <w:r>
              <w:t>0,733</w:t>
            </w:r>
          </w:p>
        </w:tc>
        <w:tc>
          <w:tcPr>
            <w:tcW w:w="0" w:type="auto"/>
          </w:tcPr>
          <w:p w14:paraId="20E56E0B" w14:textId="77777777" w:rsidR="000772B4" w:rsidRDefault="00746A89">
            <w:pPr>
              <w:jc w:val="center"/>
            </w:pPr>
            <w:r>
              <w:t>−0,733</w:t>
            </w:r>
          </w:p>
        </w:tc>
      </w:tr>
      <w:tr w:rsidR="000772B4" w14:paraId="64F148B9" w14:textId="77777777">
        <w:trPr>
          <w:cantSplit/>
          <w:jc w:val="center"/>
        </w:trPr>
        <w:tc>
          <w:tcPr>
            <w:tcW w:w="0" w:type="auto"/>
          </w:tcPr>
          <w:p w14:paraId="5BC1A5A6" w14:textId="77777777" w:rsidR="000772B4" w:rsidRDefault="00746A89">
            <w:r>
              <w:t>УПК № 3 Спасск</w:t>
            </w:r>
          </w:p>
        </w:tc>
        <w:tc>
          <w:tcPr>
            <w:tcW w:w="0" w:type="auto"/>
          </w:tcPr>
          <w:p w14:paraId="2EFCC200" w14:textId="77777777" w:rsidR="000772B4" w:rsidRDefault="00746A89">
            <w:pPr>
              <w:jc w:val="center"/>
            </w:pPr>
            <w:r>
              <w:t>открытая</w:t>
            </w:r>
          </w:p>
        </w:tc>
        <w:tc>
          <w:tcPr>
            <w:tcW w:w="0" w:type="auto"/>
          </w:tcPr>
          <w:p w14:paraId="31AB34AC" w14:textId="77777777" w:rsidR="000772B4" w:rsidRDefault="00746A89">
            <w:pPr>
              <w:jc w:val="center"/>
            </w:pPr>
            <w:r>
              <w:t>открытая, перевод предстоит</w:t>
            </w:r>
          </w:p>
        </w:tc>
        <w:tc>
          <w:tcPr>
            <w:tcW w:w="0" w:type="auto"/>
          </w:tcPr>
          <w:p w14:paraId="10106695" w14:textId="77777777" w:rsidR="000772B4" w:rsidRDefault="00746A89">
            <w:pPr>
              <w:jc w:val="center"/>
            </w:pPr>
            <w:r>
              <w:t>закрытая</w:t>
            </w:r>
          </w:p>
        </w:tc>
        <w:tc>
          <w:tcPr>
            <w:tcW w:w="0" w:type="auto"/>
          </w:tcPr>
          <w:p w14:paraId="603C092A" w14:textId="77777777" w:rsidR="000772B4" w:rsidRDefault="00746A89">
            <w:pPr>
              <w:jc w:val="center"/>
            </w:pPr>
            <w:r>
              <w:t>0,093</w:t>
            </w:r>
          </w:p>
        </w:tc>
        <w:tc>
          <w:tcPr>
            <w:tcW w:w="0" w:type="auto"/>
          </w:tcPr>
          <w:p w14:paraId="7A388272" w14:textId="77777777" w:rsidR="000772B4" w:rsidRDefault="00746A89">
            <w:pPr>
              <w:jc w:val="center"/>
            </w:pPr>
            <w:r>
              <w:t>−0,093</w:t>
            </w:r>
          </w:p>
        </w:tc>
      </w:tr>
    </w:tbl>
    <w:p w14:paraId="177FBE0C" w14:textId="77777777" w:rsidR="000772B4" w:rsidRDefault="000772B4">
      <w:pPr>
        <w:spacing w:after="40"/>
      </w:pPr>
    </w:p>
    <w:p w14:paraId="1AAA87DC" w14:textId="77777777" w:rsidR="000772B4" w:rsidRPr="00794D67" w:rsidRDefault="00746A89">
      <w:pPr>
        <w:spacing w:after="80"/>
        <w:jc w:val="both"/>
        <w:rPr>
          <w:lang w:val="ru-RU"/>
        </w:rPr>
      </w:pPr>
      <w:r w:rsidRPr="00794D67">
        <w:rPr>
          <w:lang w:val="ru-RU"/>
        </w:rPr>
        <w:t>Состояние «закрытая схема к 2036 году» автоматически не назначается: по УПК № 9 «ГРЭ» решение не принято, поскольку количественного основания для него нет. По остальным девяти системам конфигурация расчётного срока — закрытая, при условии обеспечения финансирования.</w:t>
      </w:r>
    </w:p>
    <w:p w14:paraId="1B2AD0ED" w14:textId="77777777" w:rsidR="000772B4" w:rsidRPr="00312815" w:rsidRDefault="00746A89">
      <w:pPr>
        <w:spacing w:after="80"/>
        <w:jc w:val="both"/>
        <w:rPr>
          <w:lang w:val="ru-RU"/>
        </w:rPr>
      </w:pPr>
      <w:r w:rsidRPr="00794D67">
        <w:rPr>
          <w:lang w:val="ru-RU"/>
        </w:rPr>
        <w:t xml:space="preserve">Балансы теплоносителя настоящей главы на 2031 и 2036 годы приведены для существующей открытой схемы горячего водоснабжения. Эффект перевода в них не учтён: решение о переводе принимается утверждаемой частью, а его количественные последствия приведены в разделе 9. </w:t>
      </w:r>
      <w:r w:rsidRPr="00312815">
        <w:rPr>
          <w:lang w:val="ru-RU"/>
        </w:rPr>
        <w:t>Числовые значения балансов при реализации перевода изменятся в показанном там объёме.</w:t>
      </w:r>
    </w:p>
    <w:p w14:paraId="549DCAF2" w14:textId="77777777" w:rsidR="000772B4" w:rsidRPr="00344E69" w:rsidRDefault="00746A89">
      <w:pPr>
        <w:pStyle w:val="21"/>
        <w:rPr>
          <w:lang w:val="ru-RU"/>
        </w:rPr>
      </w:pPr>
      <w:bookmarkStart w:id="72" w:name="_Toc238015663"/>
      <w:r w:rsidRPr="00344E69">
        <w:rPr>
          <w:lang w:val="ru-RU"/>
        </w:rPr>
        <w:t>9.16. Что настоящей главой не определялось</w:t>
      </w:r>
      <w:bookmarkEnd w:id="72"/>
    </w:p>
    <w:p w14:paraId="447F7E41" w14:textId="77777777" w:rsidR="000772B4" w:rsidRPr="00794D67" w:rsidRDefault="00746A89">
      <w:pPr>
        <w:spacing w:after="80"/>
        <w:jc w:val="both"/>
        <w:rPr>
          <w:lang w:val="ru-RU"/>
        </w:rPr>
      </w:pPr>
      <w:r w:rsidRPr="00794D67">
        <w:rPr>
          <w:lang w:val="ru-RU"/>
        </w:rPr>
        <w:t>Не определялись: текущая стоимость перевода; число тепловых пунктов на 2026 год; состав и тип теплообменного оборудования; необходимость и ёмкость баков-аккумуляторов; гидравлический эффект перевода; лабораторные показатели качества исходной и сетевой воды; разделение нагрузки горячего водоснабжения УПК № 8 между открытой и закрытой составляющими; водный баланс УПК № 9 «ГРЭ»; источники финансирования; тарифные последствия.</w:t>
      </w:r>
    </w:p>
    <w:p w14:paraId="6A1B635F" w14:textId="77777777" w:rsidR="00312815" w:rsidRDefault="00746A89">
      <w:pPr>
        <w:spacing w:after="80"/>
        <w:rPr>
          <w:i/>
          <w:color w:val="993300"/>
          <w:lang w:val="ru-RU"/>
        </w:rPr>
      </w:pPr>
      <w:r w:rsidRPr="00794D67">
        <w:rPr>
          <w:i/>
          <w:color w:val="993300"/>
          <w:lang w:val="ru-RU"/>
        </w:rPr>
        <w:t>Все перечисленные позиции имеют статус зависимости и нулями либо предположениями не замещены.</w:t>
      </w:r>
    </w:p>
    <w:p w14:paraId="37C01299" w14:textId="77777777" w:rsidR="000772B4" w:rsidRPr="00C07C05" w:rsidRDefault="00312815" w:rsidP="00312815">
      <w:pPr>
        <w:rPr>
          <w:i/>
          <w:color w:val="993300"/>
          <w:lang w:val="ru-RU"/>
        </w:rPr>
      </w:pPr>
      <w:r>
        <w:rPr>
          <w:i/>
          <w:color w:val="993300"/>
          <w:lang w:val="ru-RU"/>
        </w:rPr>
        <w:br w:type="page"/>
      </w:r>
    </w:p>
    <w:p w14:paraId="5E963E50" w14:textId="77777777" w:rsidR="007A5E59" w:rsidRPr="00344E69" w:rsidRDefault="0095198F">
      <w:pPr>
        <w:pStyle w:val="1"/>
        <w:rPr>
          <w:color w:val="4F81BD" w:themeColor="accent1"/>
          <w:lang w:val="ru-RU"/>
        </w:rPr>
      </w:pPr>
      <w:bookmarkStart w:id="73" w:name="_Toc238015664"/>
      <w:r w:rsidRPr="00344E69">
        <w:rPr>
          <w:color w:val="4F81BD" w:themeColor="accent1"/>
          <w:lang w:val="ru-RU"/>
        </w:rPr>
        <w:t>РАЗДЕЛ 10. ПЕРСПЕКТИВНЫЕ ТОПЛИВНЫЕ БАЛАНСЫ</w:t>
      </w:r>
      <w:bookmarkEnd w:id="73"/>
    </w:p>
    <w:p w14:paraId="44E16EE2" w14:textId="77777777" w:rsidR="007A5E59" w:rsidRPr="00794D67" w:rsidRDefault="0095198F">
      <w:pPr>
        <w:ind w:firstLine="709"/>
        <w:jc w:val="both"/>
        <w:rPr>
          <w:lang w:val="ru-RU"/>
        </w:rPr>
      </w:pPr>
      <w:r w:rsidRPr="00794D67">
        <w:rPr>
          <w:lang w:val="ru-RU"/>
        </w:rPr>
        <w:t>Перспективные годовые расходы топлива тепловых источников приведены в таблице 10.1 по трём расчётным этапам: объём отпущенной тепловой энергии, расход натурального топлива, расход условного топлива и удельный расход условного топлива на отпущенную тепловую энергию.</w:t>
      </w:r>
    </w:p>
    <w:p w14:paraId="1767BC8E" w14:textId="77777777" w:rsidR="007A5E59" w:rsidRPr="00794D67" w:rsidRDefault="0095198F">
      <w:pPr>
        <w:ind w:firstLine="709"/>
        <w:jc w:val="both"/>
        <w:rPr>
          <w:lang w:val="ru-RU"/>
        </w:rPr>
      </w:pPr>
      <w:r w:rsidRPr="00794D67">
        <w:rPr>
          <w:lang w:val="ru-RU"/>
        </w:rPr>
        <w:t>Все расчёты выполнены для угольного топлива, поскольку базовым состоянием на 2026 год является работа всех источников на каменном угле. Перевод источников на природный газ, предусмотренный разделом 6, изменит структуру топливного баланса после ввода соответствующих объектов; пересчёт топливного баланса на газ выполняется на основании проектных решений и утверждённых удельных расходов, которых в составе исходных данных нет.</w:t>
      </w:r>
    </w:p>
    <w:p w14:paraId="01B94F02" w14:textId="77777777" w:rsidR="007A5E59" w:rsidRPr="00794D67" w:rsidRDefault="0095198F">
      <w:pPr>
        <w:ind w:firstLine="709"/>
        <w:jc w:val="both"/>
        <w:rPr>
          <w:lang w:val="ru-RU"/>
        </w:rPr>
      </w:pPr>
      <w:r w:rsidRPr="00794D67">
        <w:rPr>
          <w:lang w:val="ru-RU"/>
        </w:rPr>
        <w:t>Удельный расход условного топлива по округу практически не изменяется на расчётном периоде и составляет 189,21 кг у.т./Гкал, что соответствует существующей структуре генерации без изменения состава оборудования.</w:t>
      </w:r>
    </w:p>
    <w:p w14:paraId="3D18B4C7" w14:textId="77777777" w:rsidR="007A5E59" w:rsidRPr="00794D67" w:rsidRDefault="0095198F">
      <w:pPr>
        <w:rPr>
          <w:lang w:val="ru-RU"/>
        </w:rPr>
      </w:pPr>
      <w:r w:rsidRPr="00794D67">
        <w:rPr>
          <w:b/>
          <w:lang w:val="ru-RU"/>
        </w:rPr>
        <w:t>Таблица 10.1 — Перспективные годовые расходы топлива (лист «Таблица 8.1 Б»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631"/>
        <w:gridCol w:w="4287"/>
        <w:gridCol w:w="1116"/>
        <w:gridCol w:w="1055"/>
        <w:gridCol w:w="1128"/>
        <w:gridCol w:w="1128"/>
      </w:tblGrid>
      <w:tr w:rsidR="007A5E59" w:rsidRPr="00C07C05" w14:paraId="655A2152" w14:textId="77777777">
        <w:trPr>
          <w:cantSplit/>
          <w:tblHeader/>
          <w:jc w:val="center"/>
        </w:trPr>
        <w:tc>
          <w:tcPr>
            <w:tcW w:w="0" w:type="auto"/>
            <w:vMerge w:val="restart"/>
            <w:shd w:val="clear" w:color="auto" w:fill="E2F0D9"/>
            <w:vAlign w:val="center"/>
          </w:tcPr>
          <w:p w14:paraId="77DC00D9" w14:textId="77777777" w:rsidR="007A5E59" w:rsidRDefault="0095198F">
            <w:pPr>
              <w:jc w:val="center"/>
            </w:pPr>
            <w:r>
              <w:rPr>
                <w:b/>
              </w:rPr>
              <w:t>№ пп</w:t>
            </w:r>
          </w:p>
        </w:tc>
        <w:tc>
          <w:tcPr>
            <w:tcW w:w="0" w:type="auto"/>
            <w:vMerge w:val="restart"/>
            <w:shd w:val="clear" w:color="auto" w:fill="E2F0D9"/>
            <w:vAlign w:val="center"/>
          </w:tcPr>
          <w:p w14:paraId="4E196B69" w14:textId="77777777" w:rsidR="007A5E59" w:rsidRDefault="0095198F">
            <w:pPr>
              <w:jc w:val="center"/>
            </w:pPr>
            <w:r>
              <w:rPr>
                <w:b/>
              </w:rPr>
              <w:t>Наименование</w:t>
            </w:r>
          </w:p>
        </w:tc>
        <w:tc>
          <w:tcPr>
            <w:tcW w:w="0" w:type="auto"/>
            <w:vMerge w:val="restart"/>
            <w:shd w:val="clear" w:color="auto" w:fill="E2F0D9"/>
            <w:vAlign w:val="center"/>
          </w:tcPr>
          <w:p w14:paraId="403A683F" w14:textId="77777777" w:rsidR="007A5E59" w:rsidRDefault="0095198F">
            <w:pPr>
              <w:jc w:val="center"/>
            </w:pPr>
            <w:r>
              <w:rPr>
                <w:b/>
              </w:rPr>
              <w:t>Ед. изм.</w:t>
            </w:r>
          </w:p>
        </w:tc>
        <w:tc>
          <w:tcPr>
            <w:tcW w:w="0" w:type="auto"/>
            <w:gridSpan w:val="3"/>
            <w:shd w:val="clear" w:color="auto" w:fill="E2F0D9"/>
            <w:vAlign w:val="center"/>
          </w:tcPr>
          <w:p w14:paraId="1BBE0F35" w14:textId="77777777" w:rsidR="007A5E59" w:rsidRPr="00794D67" w:rsidRDefault="0095198F">
            <w:pPr>
              <w:jc w:val="center"/>
              <w:rPr>
                <w:lang w:val="ru-RU"/>
              </w:rPr>
            </w:pPr>
            <w:r w:rsidRPr="00794D67">
              <w:rPr>
                <w:b/>
                <w:lang w:val="ru-RU"/>
              </w:rPr>
              <w:t>Значение по этапам развития схемы ТС</w:t>
            </w:r>
          </w:p>
        </w:tc>
      </w:tr>
      <w:tr w:rsidR="007A5E59" w14:paraId="4FFD4AE7" w14:textId="77777777">
        <w:trPr>
          <w:cantSplit/>
          <w:tblHeader/>
          <w:jc w:val="center"/>
        </w:trPr>
        <w:tc>
          <w:tcPr>
            <w:tcW w:w="0" w:type="auto"/>
            <w:vMerge/>
            <w:shd w:val="clear" w:color="auto" w:fill="E2F0D9"/>
            <w:vAlign w:val="center"/>
          </w:tcPr>
          <w:p w14:paraId="4DBD220D" w14:textId="77777777" w:rsidR="007A5E59" w:rsidRPr="00794D67" w:rsidRDefault="007A5E59">
            <w:pPr>
              <w:jc w:val="center"/>
              <w:rPr>
                <w:lang w:val="ru-RU"/>
              </w:rPr>
            </w:pPr>
          </w:p>
        </w:tc>
        <w:tc>
          <w:tcPr>
            <w:tcW w:w="0" w:type="auto"/>
            <w:vMerge/>
            <w:shd w:val="clear" w:color="auto" w:fill="E2F0D9"/>
            <w:vAlign w:val="center"/>
          </w:tcPr>
          <w:p w14:paraId="6BD02FB3" w14:textId="77777777" w:rsidR="007A5E59" w:rsidRPr="00794D67" w:rsidRDefault="007A5E59">
            <w:pPr>
              <w:jc w:val="center"/>
              <w:rPr>
                <w:lang w:val="ru-RU"/>
              </w:rPr>
            </w:pPr>
          </w:p>
        </w:tc>
        <w:tc>
          <w:tcPr>
            <w:tcW w:w="0" w:type="auto"/>
            <w:vMerge/>
            <w:shd w:val="clear" w:color="auto" w:fill="E2F0D9"/>
            <w:vAlign w:val="center"/>
          </w:tcPr>
          <w:p w14:paraId="2CC2E435" w14:textId="77777777" w:rsidR="007A5E59" w:rsidRPr="00794D67" w:rsidRDefault="007A5E59">
            <w:pPr>
              <w:jc w:val="center"/>
              <w:rPr>
                <w:lang w:val="ru-RU"/>
              </w:rPr>
            </w:pPr>
          </w:p>
        </w:tc>
        <w:tc>
          <w:tcPr>
            <w:tcW w:w="0" w:type="auto"/>
            <w:shd w:val="clear" w:color="auto" w:fill="E2F0D9"/>
            <w:vAlign w:val="center"/>
          </w:tcPr>
          <w:p w14:paraId="4BB99A99" w14:textId="77777777" w:rsidR="007A5E59" w:rsidRDefault="0095198F">
            <w:pPr>
              <w:jc w:val="center"/>
            </w:pPr>
            <w:r>
              <w:rPr>
                <w:b/>
              </w:rPr>
              <w:t>2026</w:t>
            </w:r>
          </w:p>
        </w:tc>
        <w:tc>
          <w:tcPr>
            <w:tcW w:w="0" w:type="auto"/>
            <w:shd w:val="clear" w:color="auto" w:fill="E2F0D9"/>
            <w:vAlign w:val="center"/>
          </w:tcPr>
          <w:p w14:paraId="2A6CB527" w14:textId="77777777" w:rsidR="007A5E59" w:rsidRDefault="0095198F">
            <w:pPr>
              <w:jc w:val="center"/>
            </w:pPr>
            <w:r>
              <w:rPr>
                <w:b/>
              </w:rPr>
              <w:t>2031</w:t>
            </w:r>
          </w:p>
        </w:tc>
        <w:tc>
          <w:tcPr>
            <w:tcW w:w="0" w:type="auto"/>
            <w:shd w:val="clear" w:color="auto" w:fill="E2F0D9"/>
            <w:vAlign w:val="center"/>
          </w:tcPr>
          <w:p w14:paraId="276E5D48" w14:textId="77777777" w:rsidR="007A5E59" w:rsidRDefault="0095198F">
            <w:pPr>
              <w:jc w:val="center"/>
            </w:pPr>
            <w:r>
              <w:rPr>
                <w:b/>
              </w:rPr>
              <w:t>2036</w:t>
            </w:r>
          </w:p>
        </w:tc>
      </w:tr>
      <w:tr w:rsidR="007A5E59" w14:paraId="0C007751" w14:textId="77777777">
        <w:trPr>
          <w:cantSplit/>
          <w:tblHeader/>
          <w:jc w:val="center"/>
        </w:trPr>
        <w:tc>
          <w:tcPr>
            <w:tcW w:w="0" w:type="auto"/>
            <w:shd w:val="clear" w:color="auto" w:fill="F2F2F2"/>
            <w:vAlign w:val="center"/>
          </w:tcPr>
          <w:p w14:paraId="432F5F27" w14:textId="77777777" w:rsidR="007A5E59" w:rsidRDefault="0095198F">
            <w:pPr>
              <w:jc w:val="center"/>
            </w:pPr>
            <w:r>
              <w:t>1</w:t>
            </w:r>
          </w:p>
        </w:tc>
        <w:tc>
          <w:tcPr>
            <w:tcW w:w="0" w:type="auto"/>
            <w:shd w:val="clear" w:color="auto" w:fill="F2F2F2"/>
            <w:vAlign w:val="center"/>
          </w:tcPr>
          <w:p w14:paraId="0B622FD7" w14:textId="77777777" w:rsidR="007A5E59" w:rsidRDefault="0095198F">
            <w:pPr>
              <w:jc w:val="center"/>
            </w:pPr>
            <w:r>
              <w:t>2</w:t>
            </w:r>
          </w:p>
        </w:tc>
        <w:tc>
          <w:tcPr>
            <w:tcW w:w="0" w:type="auto"/>
            <w:shd w:val="clear" w:color="auto" w:fill="F2F2F2"/>
            <w:vAlign w:val="center"/>
          </w:tcPr>
          <w:p w14:paraId="50D20852" w14:textId="77777777" w:rsidR="007A5E59" w:rsidRDefault="0095198F">
            <w:pPr>
              <w:jc w:val="center"/>
            </w:pPr>
            <w:r>
              <w:t>3</w:t>
            </w:r>
          </w:p>
        </w:tc>
        <w:tc>
          <w:tcPr>
            <w:tcW w:w="0" w:type="auto"/>
            <w:shd w:val="clear" w:color="auto" w:fill="F2F2F2"/>
            <w:vAlign w:val="center"/>
          </w:tcPr>
          <w:p w14:paraId="24961AFE" w14:textId="77777777" w:rsidR="007A5E59" w:rsidRDefault="0095198F">
            <w:pPr>
              <w:jc w:val="center"/>
            </w:pPr>
            <w:r>
              <w:t>4</w:t>
            </w:r>
          </w:p>
        </w:tc>
        <w:tc>
          <w:tcPr>
            <w:tcW w:w="0" w:type="auto"/>
            <w:shd w:val="clear" w:color="auto" w:fill="F2F2F2"/>
            <w:vAlign w:val="center"/>
          </w:tcPr>
          <w:p w14:paraId="2D9636A6" w14:textId="77777777" w:rsidR="007A5E59" w:rsidRDefault="0095198F">
            <w:pPr>
              <w:jc w:val="center"/>
            </w:pPr>
            <w:r>
              <w:t>5</w:t>
            </w:r>
          </w:p>
        </w:tc>
        <w:tc>
          <w:tcPr>
            <w:tcW w:w="0" w:type="auto"/>
            <w:shd w:val="clear" w:color="auto" w:fill="F2F2F2"/>
            <w:vAlign w:val="center"/>
          </w:tcPr>
          <w:p w14:paraId="76BB56DE" w14:textId="77777777" w:rsidR="007A5E59" w:rsidRDefault="0095198F">
            <w:pPr>
              <w:jc w:val="center"/>
            </w:pPr>
            <w:r>
              <w:t>6</w:t>
            </w:r>
          </w:p>
        </w:tc>
      </w:tr>
      <w:tr w:rsidR="007A5E59" w14:paraId="058FBD12" w14:textId="77777777">
        <w:trPr>
          <w:jc w:val="center"/>
        </w:trPr>
        <w:tc>
          <w:tcPr>
            <w:tcW w:w="0" w:type="auto"/>
          </w:tcPr>
          <w:p w14:paraId="08EE0ADD" w14:textId="77777777" w:rsidR="007A5E59" w:rsidRDefault="0095198F">
            <w:r>
              <w:t>1.</w:t>
            </w:r>
          </w:p>
        </w:tc>
        <w:tc>
          <w:tcPr>
            <w:tcW w:w="0" w:type="auto"/>
          </w:tcPr>
          <w:p w14:paraId="2F2368BF" w14:textId="77777777" w:rsidR="007A5E59" w:rsidRDefault="0095198F">
            <w:r>
              <w:t>г. Таштагол</w:t>
            </w:r>
          </w:p>
        </w:tc>
        <w:tc>
          <w:tcPr>
            <w:tcW w:w="0" w:type="auto"/>
          </w:tcPr>
          <w:p w14:paraId="7C764485" w14:textId="77777777" w:rsidR="007A5E59" w:rsidRDefault="007A5E59"/>
        </w:tc>
        <w:tc>
          <w:tcPr>
            <w:tcW w:w="0" w:type="auto"/>
          </w:tcPr>
          <w:p w14:paraId="602F9A0D" w14:textId="77777777" w:rsidR="007A5E59" w:rsidRDefault="007A5E59"/>
        </w:tc>
        <w:tc>
          <w:tcPr>
            <w:tcW w:w="0" w:type="auto"/>
          </w:tcPr>
          <w:p w14:paraId="1D35C8C1" w14:textId="77777777" w:rsidR="007A5E59" w:rsidRDefault="007A5E59"/>
        </w:tc>
        <w:tc>
          <w:tcPr>
            <w:tcW w:w="0" w:type="auto"/>
          </w:tcPr>
          <w:p w14:paraId="33635A66" w14:textId="77777777" w:rsidR="007A5E59" w:rsidRDefault="007A5E59"/>
        </w:tc>
      </w:tr>
      <w:tr w:rsidR="007A5E59" w14:paraId="76A42CF1" w14:textId="77777777">
        <w:trPr>
          <w:jc w:val="center"/>
        </w:trPr>
        <w:tc>
          <w:tcPr>
            <w:tcW w:w="0" w:type="auto"/>
          </w:tcPr>
          <w:p w14:paraId="76550FFC" w14:textId="77777777" w:rsidR="007A5E59" w:rsidRDefault="0095198F">
            <w:r>
              <w:t>1.1</w:t>
            </w:r>
          </w:p>
        </w:tc>
        <w:tc>
          <w:tcPr>
            <w:tcW w:w="0" w:type="auto"/>
          </w:tcPr>
          <w:p w14:paraId="38533C72" w14:textId="77777777" w:rsidR="007A5E59" w:rsidRDefault="0095198F">
            <w:r>
              <w:t>Котельная «Производственно-отопительная УПК № 1»</w:t>
            </w:r>
          </w:p>
        </w:tc>
        <w:tc>
          <w:tcPr>
            <w:tcW w:w="0" w:type="auto"/>
          </w:tcPr>
          <w:p w14:paraId="6C42ABAA" w14:textId="77777777" w:rsidR="007A5E59" w:rsidRDefault="007A5E59"/>
        </w:tc>
        <w:tc>
          <w:tcPr>
            <w:tcW w:w="0" w:type="auto"/>
          </w:tcPr>
          <w:p w14:paraId="54C0992F" w14:textId="77777777" w:rsidR="007A5E59" w:rsidRDefault="007A5E59"/>
        </w:tc>
        <w:tc>
          <w:tcPr>
            <w:tcW w:w="0" w:type="auto"/>
          </w:tcPr>
          <w:p w14:paraId="7BC186CC" w14:textId="77777777" w:rsidR="007A5E59" w:rsidRDefault="007A5E59"/>
        </w:tc>
        <w:tc>
          <w:tcPr>
            <w:tcW w:w="0" w:type="auto"/>
          </w:tcPr>
          <w:p w14:paraId="4A5D416F" w14:textId="77777777" w:rsidR="007A5E59" w:rsidRDefault="007A5E59"/>
        </w:tc>
      </w:tr>
      <w:tr w:rsidR="007A5E59" w14:paraId="760017A8" w14:textId="77777777">
        <w:trPr>
          <w:jc w:val="center"/>
        </w:trPr>
        <w:tc>
          <w:tcPr>
            <w:tcW w:w="0" w:type="auto"/>
          </w:tcPr>
          <w:p w14:paraId="135D0FCA" w14:textId="77777777" w:rsidR="007A5E59" w:rsidRDefault="0095198F">
            <w:r>
              <w:t>1.1.1</w:t>
            </w:r>
          </w:p>
        </w:tc>
        <w:tc>
          <w:tcPr>
            <w:tcW w:w="0" w:type="auto"/>
          </w:tcPr>
          <w:p w14:paraId="74338422" w14:textId="77777777" w:rsidR="007A5E59" w:rsidRPr="00794D67" w:rsidRDefault="0095198F">
            <w:pPr>
              <w:rPr>
                <w:lang w:val="ru-RU"/>
              </w:rPr>
            </w:pPr>
            <w:r w:rsidRPr="00794D67">
              <w:rPr>
                <w:lang w:val="ru-RU"/>
              </w:rPr>
              <w:t>Объём тепловой энергии, отпускаемой потребителям</w:t>
            </w:r>
          </w:p>
        </w:tc>
        <w:tc>
          <w:tcPr>
            <w:tcW w:w="0" w:type="auto"/>
          </w:tcPr>
          <w:p w14:paraId="7760FEB0" w14:textId="77777777" w:rsidR="007A5E59" w:rsidRDefault="0095198F">
            <w:r>
              <w:t>Гкал/год</w:t>
            </w:r>
          </w:p>
        </w:tc>
        <w:tc>
          <w:tcPr>
            <w:tcW w:w="0" w:type="auto"/>
          </w:tcPr>
          <w:p w14:paraId="5F17AD55" w14:textId="77777777" w:rsidR="007A5E59" w:rsidRDefault="0095198F">
            <w:pPr>
              <w:jc w:val="center"/>
            </w:pPr>
            <w:r>
              <w:t>215 899,40</w:t>
            </w:r>
          </w:p>
        </w:tc>
        <w:tc>
          <w:tcPr>
            <w:tcW w:w="0" w:type="auto"/>
          </w:tcPr>
          <w:p w14:paraId="2A617869" w14:textId="77777777" w:rsidR="007A5E59" w:rsidRDefault="0095198F">
            <w:pPr>
              <w:jc w:val="center"/>
            </w:pPr>
            <w:r>
              <w:t>216 136,70</w:t>
            </w:r>
          </w:p>
        </w:tc>
        <w:tc>
          <w:tcPr>
            <w:tcW w:w="0" w:type="auto"/>
          </w:tcPr>
          <w:p w14:paraId="78552883" w14:textId="77777777" w:rsidR="007A5E59" w:rsidRDefault="0095198F">
            <w:pPr>
              <w:jc w:val="center"/>
            </w:pPr>
            <w:r>
              <w:t>216 136,70</w:t>
            </w:r>
          </w:p>
        </w:tc>
      </w:tr>
      <w:tr w:rsidR="007A5E59" w14:paraId="034ABE59" w14:textId="77777777">
        <w:trPr>
          <w:jc w:val="center"/>
        </w:trPr>
        <w:tc>
          <w:tcPr>
            <w:tcW w:w="0" w:type="auto"/>
          </w:tcPr>
          <w:p w14:paraId="7C9881C9" w14:textId="77777777" w:rsidR="007A5E59" w:rsidRDefault="0095198F">
            <w:r>
              <w:t>1.1.2</w:t>
            </w:r>
          </w:p>
        </w:tc>
        <w:tc>
          <w:tcPr>
            <w:tcW w:w="0" w:type="auto"/>
          </w:tcPr>
          <w:p w14:paraId="01B802AB" w14:textId="77777777" w:rsidR="007A5E59" w:rsidRPr="00794D67" w:rsidRDefault="0095198F">
            <w:pPr>
              <w:rPr>
                <w:lang w:val="ru-RU"/>
              </w:rPr>
            </w:pPr>
            <w:r w:rsidRPr="00794D67">
              <w:rPr>
                <w:lang w:val="ru-RU"/>
              </w:rPr>
              <w:t>Расход каменного угля в натуральном выражении</w:t>
            </w:r>
          </w:p>
        </w:tc>
        <w:tc>
          <w:tcPr>
            <w:tcW w:w="0" w:type="auto"/>
          </w:tcPr>
          <w:p w14:paraId="0B4B1D56" w14:textId="77777777" w:rsidR="007A5E59" w:rsidRDefault="0095198F">
            <w:r>
              <w:t>тыс. т</w:t>
            </w:r>
          </w:p>
        </w:tc>
        <w:tc>
          <w:tcPr>
            <w:tcW w:w="0" w:type="auto"/>
          </w:tcPr>
          <w:p w14:paraId="5BB11D19" w14:textId="77777777" w:rsidR="007A5E59" w:rsidRDefault="0095198F">
            <w:pPr>
              <w:jc w:val="center"/>
            </w:pPr>
            <w:r>
              <w:t>50,168</w:t>
            </w:r>
          </w:p>
        </w:tc>
        <w:tc>
          <w:tcPr>
            <w:tcW w:w="0" w:type="auto"/>
          </w:tcPr>
          <w:p w14:paraId="34B62309" w14:textId="77777777" w:rsidR="007A5E59" w:rsidRDefault="0095198F">
            <w:pPr>
              <w:jc w:val="center"/>
            </w:pPr>
            <w:r>
              <w:t>50,223</w:t>
            </w:r>
          </w:p>
        </w:tc>
        <w:tc>
          <w:tcPr>
            <w:tcW w:w="0" w:type="auto"/>
          </w:tcPr>
          <w:p w14:paraId="4A6AEE74" w14:textId="77777777" w:rsidR="007A5E59" w:rsidRDefault="0095198F">
            <w:pPr>
              <w:jc w:val="center"/>
            </w:pPr>
            <w:r>
              <w:t>50,223</w:t>
            </w:r>
          </w:p>
        </w:tc>
      </w:tr>
      <w:tr w:rsidR="007A5E59" w14:paraId="307FB655" w14:textId="77777777">
        <w:trPr>
          <w:jc w:val="center"/>
        </w:trPr>
        <w:tc>
          <w:tcPr>
            <w:tcW w:w="0" w:type="auto"/>
          </w:tcPr>
          <w:p w14:paraId="65750684" w14:textId="77777777" w:rsidR="007A5E59" w:rsidRDefault="0095198F">
            <w:r>
              <w:t>1.1.3</w:t>
            </w:r>
          </w:p>
        </w:tc>
        <w:tc>
          <w:tcPr>
            <w:tcW w:w="0" w:type="auto"/>
          </w:tcPr>
          <w:p w14:paraId="5587D9E9" w14:textId="77777777" w:rsidR="007A5E59" w:rsidRDefault="0095198F">
            <w:r>
              <w:t>Расход условного топлива</w:t>
            </w:r>
          </w:p>
        </w:tc>
        <w:tc>
          <w:tcPr>
            <w:tcW w:w="0" w:type="auto"/>
          </w:tcPr>
          <w:p w14:paraId="57BF95F6" w14:textId="77777777" w:rsidR="007A5E59" w:rsidRDefault="0095198F">
            <w:r>
              <w:t>тыс. т у.т.</w:t>
            </w:r>
          </w:p>
        </w:tc>
        <w:tc>
          <w:tcPr>
            <w:tcW w:w="0" w:type="auto"/>
          </w:tcPr>
          <w:p w14:paraId="6BE8E1CB" w14:textId="77777777" w:rsidR="007A5E59" w:rsidRDefault="0095198F">
            <w:pPr>
              <w:jc w:val="center"/>
            </w:pPr>
            <w:r>
              <w:t>40,851</w:t>
            </w:r>
          </w:p>
        </w:tc>
        <w:tc>
          <w:tcPr>
            <w:tcW w:w="0" w:type="auto"/>
          </w:tcPr>
          <w:p w14:paraId="602B2A5F" w14:textId="77777777" w:rsidR="007A5E59" w:rsidRDefault="0095198F">
            <w:pPr>
              <w:jc w:val="center"/>
            </w:pPr>
            <w:r>
              <w:t>40,896</w:t>
            </w:r>
          </w:p>
        </w:tc>
        <w:tc>
          <w:tcPr>
            <w:tcW w:w="0" w:type="auto"/>
          </w:tcPr>
          <w:p w14:paraId="730561A4" w14:textId="77777777" w:rsidR="007A5E59" w:rsidRDefault="0095198F">
            <w:pPr>
              <w:jc w:val="center"/>
            </w:pPr>
            <w:r>
              <w:t>40,896</w:t>
            </w:r>
          </w:p>
        </w:tc>
      </w:tr>
      <w:tr w:rsidR="007A5E59" w14:paraId="27661444" w14:textId="77777777">
        <w:trPr>
          <w:jc w:val="center"/>
        </w:trPr>
        <w:tc>
          <w:tcPr>
            <w:tcW w:w="0" w:type="auto"/>
          </w:tcPr>
          <w:p w14:paraId="2E82A822" w14:textId="77777777" w:rsidR="007A5E59" w:rsidRDefault="0095198F">
            <w:r>
              <w:t>1.1.4</w:t>
            </w:r>
          </w:p>
        </w:tc>
        <w:tc>
          <w:tcPr>
            <w:tcW w:w="0" w:type="auto"/>
          </w:tcPr>
          <w:p w14:paraId="6578DE3E" w14:textId="77777777" w:rsidR="007A5E59" w:rsidRPr="00794D67" w:rsidRDefault="0095198F">
            <w:pPr>
              <w:rPr>
                <w:lang w:val="ru-RU"/>
              </w:rPr>
            </w:pPr>
            <w:r w:rsidRPr="00794D67">
              <w:rPr>
                <w:lang w:val="ru-RU"/>
              </w:rPr>
              <w:t>Удельный расход условного топлива на отпуск тепловой энергии</w:t>
            </w:r>
          </w:p>
        </w:tc>
        <w:tc>
          <w:tcPr>
            <w:tcW w:w="0" w:type="auto"/>
          </w:tcPr>
          <w:p w14:paraId="68F2CBB6" w14:textId="77777777" w:rsidR="007A5E59" w:rsidRDefault="0095198F">
            <w:r>
              <w:t>кг у.т./Гкал</w:t>
            </w:r>
          </w:p>
        </w:tc>
        <w:tc>
          <w:tcPr>
            <w:tcW w:w="0" w:type="auto"/>
          </w:tcPr>
          <w:p w14:paraId="457DE121" w14:textId="77777777" w:rsidR="007A5E59" w:rsidRDefault="0095198F">
            <w:pPr>
              <w:jc w:val="center"/>
            </w:pPr>
            <w:r>
              <w:t>189,21</w:t>
            </w:r>
          </w:p>
        </w:tc>
        <w:tc>
          <w:tcPr>
            <w:tcW w:w="0" w:type="auto"/>
          </w:tcPr>
          <w:p w14:paraId="09328AEE" w14:textId="77777777" w:rsidR="007A5E59" w:rsidRDefault="0095198F">
            <w:pPr>
              <w:jc w:val="center"/>
            </w:pPr>
            <w:r>
              <w:t>189,21</w:t>
            </w:r>
          </w:p>
        </w:tc>
        <w:tc>
          <w:tcPr>
            <w:tcW w:w="0" w:type="auto"/>
          </w:tcPr>
          <w:p w14:paraId="73087B10" w14:textId="77777777" w:rsidR="007A5E59" w:rsidRDefault="0095198F">
            <w:pPr>
              <w:jc w:val="center"/>
            </w:pPr>
            <w:r>
              <w:t>189,21</w:t>
            </w:r>
          </w:p>
        </w:tc>
      </w:tr>
      <w:tr w:rsidR="007A5E59" w:rsidRPr="00C07C05" w14:paraId="484421A8" w14:textId="77777777">
        <w:trPr>
          <w:jc w:val="center"/>
        </w:trPr>
        <w:tc>
          <w:tcPr>
            <w:tcW w:w="0" w:type="auto"/>
          </w:tcPr>
          <w:p w14:paraId="12244D7F" w14:textId="77777777" w:rsidR="007A5E59" w:rsidRDefault="0095198F">
            <w:r>
              <w:t>1.2</w:t>
            </w:r>
          </w:p>
        </w:tc>
        <w:tc>
          <w:tcPr>
            <w:tcW w:w="0" w:type="auto"/>
          </w:tcPr>
          <w:p w14:paraId="15BDBDFB" w14:textId="77777777" w:rsidR="007A5E59" w:rsidRPr="00794D67" w:rsidRDefault="0095198F">
            <w:pPr>
              <w:rPr>
                <w:lang w:val="ru-RU"/>
              </w:rPr>
            </w:pPr>
            <w:r w:rsidRPr="00794D67">
              <w:rPr>
                <w:lang w:val="ru-RU"/>
              </w:rPr>
              <w:t>Котельная «Производственно-отопительная УПК № 2 Шалым»</w:t>
            </w:r>
          </w:p>
        </w:tc>
        <w:tc>
          <w:tcPr>
            <w:tcW w:w="0" w:type="auto"/>
          </w:tcPr>
          <w:p w14:paraId="2B2E0C8B" w14:textId="77777777" w:rsidR="007A5E59" w:rsidRPr="00794D67" w:rsidRDefault="007A5E59">
            <w:pPr>
              <w:rPr>
                <w:lang w:val="ru-RU"/>
              </w:rPr>
            </w:pPr>
          </w:p>
        </w:tc>
        <w:tc>
          <w:tcPr>
            <w:tcW w:w="0" w:type="auto"/>
          </w:tcPr>
          <w:p w14:paraId="20A3F97A" w14:textId="77777777" w:rsidR="007A5E59" w:rsidRPr="00794D67" w:rsidRDefault="007A5E59">
            <w:pPr>
              <w:rPr>
                <w:lang w:val="ru-RU"/>
              </w:rPr>
            </w:pPr>
          </w:p>
        </w:tc>
        <w:tc>
          <w:tcPr>
            <w:tcW w:w="0" w:type="auto"/>
          </w:tcPr>
          <w:p w14:paraId="4DA69403" w14:textId="77777777" w:rsidR="007A5E59" w:rsidRPr="00794D67" w:rsidRDefault="007A5E59">
            <w:pPr>
              <w:rPr>
                <w:lang w:val="ru-RU"/>
              </w:rPr>
            </w:pPr>
          </w:p>
        </w:tc>
        <w:tc>
          <w:tcPr>
            <w:tcW w:w="0" w:type="auto"/>
          </w:tcPr>
          <w:p w14:paraId="0A891700" w14:textId="77777777" w:rsidR="007A5E59" w:rsidRPr="00794D67" w:rsidRDefault="007A5E59">
            <w:pPr>
              <w:rPr>
                <w:lang w:val="ru-RU"/>
              </w:rPr>
            </w:pPr>
          </w:p>
        </w:tc>
      </w:tr>
      <w:tr w:rsidR="007A5E59" w14:paraId="254AC719" w14:textId="77777777">
        <w:trPr>
          <w:jc w:val="center"/>
        </w:trPr>
        <w:tc>
          <w:tcPr>
            <w:tcW w:w="0" w:type="auto"/>
          </w:tcPr>
          <w:p w14:paraId="78CC0EE2" w14:textId="77777777" w:rsidR="007A5E59" w:rsidRDefault="0095198F">
            <w:r>
              <w:t>1.2.1</w:t>
            </w:r>
          </w:p>
        </w:tc>
        <w:tc>
          <w:tcPr>
            <w:tcW w:w="0" w:type="auto"/>
          </w:tcPr>
          <w:p w14:paraId="4763E0AC" w14:textId="77777777" w:rsidR="007A5E59" w:rsidRPr="00794D67" w:rsidRDefault="0095198F">
            <w:pPr>
              <w:rPr>
                <w:lang w:val="ru-RU"/>
              </w:rPr>
            </w:pPr>
            <w:r w:rsidRPr="00794D67">
              <w:rPr>
                <w:lang w:val="ru-RU"/>
              </w:rPr>
              <w:t>Объём тепловой энергии, отпускаемой потребителям</w:t>
            </w:r>
          </w:p>
        </w:tc>
        <w:tc>
          <w:tcPr>
            <w:tcW w:w="0" w:type="auto"/>
          </w:tcPr>
          <w:p w14:paraId="5DAF07F7" w14:textId="77777777" w:rsidR="007A5E59" w:rsidRDefault="0095198F">
            <w:r>
              <w:t>Гкал/год</w:t>
            </w:r>
          </w:p>
        </w:tc>
        <w:tc>
          <w:tcPr>
            <w:tcW w:w="0" w:type="auto"/>
          </w:tcPr>
          <w:p w14:paraId="1ED174A3" w14:textId="77777777" w:rsidR="007A5E59" w:rsidRDefault="0095198F">
            <w:pPr>
              <w:jc w:val="center"/>
            </w:pPr>
            <w:r>
              <w:t>12 328,90</w:t>
            </w:r>
          </w:p>
        </w:tc>
        <w:tc>
          <w:tcPr>
            <w:tcW w:w="0" w:type="auto"/>
          </w:tcPr>
          <w:p w14:paraId="647445E3" w14:textId="77777777" w:rsidR="007A5E59" w:rsidRDefault="0095198F">
            <w:pPr>
              <w:jc w:val="center"/>
            </w:pPr>
            <w:r>
              <w:t>12 328,90</w:t>
            </w:r>
          </w:p>
        </w:tc>
        <w:tc>
          <w:tcPr>
            <w:tcW w:w="0" w:type="auto"/>
          </w:tcPr>
          <w:p w14:paraId="5BAA09E7" w14:textId="77777777" w:rsidR="007A5E59" w:rsidRDefault="0095198F">
            <w:pPr>
              <w:jc w:val="center"/>
            </w:pPr>
            <w:r>
              <w:t>12 328,90</w:t>
            </w:r>
          </w:p>
        </w:tc>
      </w:tr>
      <w:tr w:rsidR="007A5E59" w14:paraId="62C4BEB5" w14:textId="77777777">
        <w:trPr>
          <w:jc w:val="center"/>
        </w:trPr>
        <w:tc>
          <w:tcPr>
            <w:tcW w:w="0" w:type="auto"/>
          </w:tcPr>
          <w:p w14:paraId="40C4DE4D" w14:textId="77777777" w:rsidR="007A5E59" w:rsidRDefault="0095198F">
            <w:r>
              <w:t>1.2.2</w:t>
            </w:r>
          </w:p>
        </w:tc>
        <w:tc>
          <w:tcPr>
            <w:tcW w:w="0" w:type="auto"/>
          </w:tcPr>
          <w:p w14:paraId="5B91101B" w14:textId="77777777" w:rsidR="007A5E59" w:rsidRPr="00794D67" w:rsidRDefault="0095198F">
            <w:pPr>
              <w:rPr>
                <w:lang w:val="ru-RU"/>
              </w:rPr>
            </w:pPr>
            <w:r w:rsidRPr="00794D67">
              <w:rPr>
                <w:lang w:val="ru-RU"/>
              </w:rPr>
              <w:t>Расход каменного угля в натуральном выражении</w:t>
            </w:r>
          </w:p>
        </w:tc>
        <w:tc>
          <w:tcPr>
            <w:tcW w:w="0" w:type="auto"/>
          </w:tcPr>
          <w:p w14:paraId="6723B75E" w14:textId="77777777" w:rsidR="007A5E59" w:rsidRDefault="0095198F">
            <w:r>
              <w:t>тыс. т</w:t>
            </w:r>
          </w:p>
        </w:tc>
        <w:tc>
          <w:tcPr>
            <w:tcW w:w="0" w:type="auto"/>
          </w:tcPr>
          <w:p w14:paraId="603E9000" w14:textId="77777777" w:rsidR="007A5E59" w:rsidRDefault="0095198F">
            <w:pPr>
              <w:jc w:val="center"/>
            </w:pPr>
            <w:r>
              <w:t>3,174</w:t>
            </w:r>
          </w:p>
        </w:tc>
        <w:tc>
          <w:tcPr>
            <w:tcW w:w="0" w:type="auto"/>
          </w:tcPr>
          <w:p w14:paraId="5B273DB2" w14:textId="77777777" w:rsidR="007A5E59" w:rsidRDefault="0095198F">
            <w:pPr>
              <w:jc w:val="center"/>
            </w:pPr>
            <w:r>
              <w:t>3,174</w:t>
            </w:r>
          </w:p>
        </w:tc>
        <w:tc>
          <w:tcPr>
            <w:tcW w:w="0" w:type="auto"/>
          </w:tcPr>
          <w:p w14:paraId="0B76AC82" w14:textId="77777777" w:rsidR="007A5E59" w:rsidRDefault="0095198F">
            <w:pPr>
              <w:jc w:val="center"/>
            </w:pPr>
            <w:r>
              <w:t>3,174</w:t>
            </w:r>
          </w:p>
        </w:tc>
      </w:tr>
      <w:tr w:rsidR="007A5E59" w14:paraId="0DABCEE3" w14:textId="77777777">
        <w:trPr>
          <w:jc w:val="center"/>
        </w:trPr>
        <w:tc>
          <w:tcPr>
            <w:tcW w:w="0" w:type="auto"/>
          </w:tcPr>
          <w:p w14:paraId="30D50A89" w14:textId="77777777" w:rsidR="007A5E59" w:rsidRDefault="0095198F">
            <w:r>
              <w:t>1.2.3</w:t>
            </w:r>
          </w:p>
        </w:tc>
        <w:tc>
          <w:tcPr>
            <w:tcW w:w="0" w:type="auto"/>
          </w:tcPr>
          <w:p w14:paraId="7801E902" w14:textId="77777777" w:rsidR="007A5E59" w:rsidRDefault="0095198F">
            <w:r>
              <w:t>Расход условного топлива</w:t>
            </w:r>
          </w:p>
        </w:tc>
        <w:tc>
          <w:tcPr>
            <w:tcW w:w="0" w:type="auto"/>
          </w:tcPr>
          <w:p w14:paraId="7C54D740" w14:textId="77777777" w:rsidR="007A5E59" w:rsidRDefault="0095198F">
            <w:r>
              <w:t>тыс. т у.т.</w:t>
            </w:r>
          </w:p>
        </w:tc>
        <w:tc>
          <w:tcPr>
            <w:tcW w:w="0" w:type="auto"/>
          </w:tcPr>
          <w:p w14:paraId="5DD2B73F" w14:textId="77777777" w:rsidR="007A5E59" w:rsidRDefault="0095198F">
            <w:pPr>
              <w:jc w:val="center"/>
            </w:pPr>
            <w:r>
              <w:t>2,333</w:t>
            </w:r>
          </w:p>
        </w:tc>
        <w:tc>
          <w:tcPr>
            <w:tcW w:w="0" w:type="auto"/>
          </w:tcPr>
          <w:p w14:paraId="77CCD59C" w14:textId="77777777" w:rsidR="007A5E59" w:rsidRDefault="0095198F">
            <w:pPr>
              <w:jc w:val="center"/>
            </w:pPr>
            <w:r>
              <w:t>2,333</w:t>
            </w:r>
          </w:p>
        </w:tc>
        <w:tc>
          <w:tcPr>
            <w:tcW w:w="0" w:type="auto"/>
          </w:tcPr>
          <w:p w14:paraId="082BA6D4" w14:textId="77777777" w:rsidR="007A5E59" w:rsidRDefault="0095198F">
            <w:pPr>
              <w:jc w:val="center"/>
            </w:pPr>
            <w:r>
              <w:t>2,333</w:t>
            </w:r>
          </w:p>
        </w:tc>
      </w:tr>
      <w:tr w:rsidR="007A5E59" w14:paraId="3F23FF21" w14:textId="77777777">
        <w:trPr>
          <w:jc w:val="center"/>
        </w:trPr>
        <w:tc>
          <w:tcPr>
            <w:tcW w:w="0" w:type="auto"/>
          </w:tcPr>
          <w:p w14:paraId="132C92F7" w14:textId="77777777" w:rsidR="007A5E59" w:rsidRDefault="0095198F">
            <w:r>
              <w:t>1.2.4</w:t>
            </w:r>
          </w:p>
        </w:tc>
        <w:tc>
          <w:tcPr>
            <w:tcW w:w="0" w:type="auto"/>
          </w:tcPr>
          <w:p w14:paraId="300EBF8F" w14:textId="77777777" w:rsidR="007A5E59" w:rsidRPr="00794D67" w:rsidRDefault="0095198F">
            <w:pPr>
              <w:rPr>
                <w:lang w:val="ru-RU"/>
              </w:rPr>
            </w:pPr>
            <w:r w:rsidRPr="00794D67">
              <w:rPr>
                <w:lang w:val="ru-RU"/>
              </w:rPr>
              <w:t>Удельный расход условного топлива на отпуск тепловой энергии</w:t>
            </w:r>
          </w:p>
        </w:tc>
        <w:tc>
          <w:tcPr>
            <w:tcW w:w="0" w:type="auto"/>
          </w:tcPr>
          <w:p w14:paraId="40D7A2C5" w14:textId="77777777" w:rsidR="007A5E59" w:rsidRDefault="0095198F">
            <w:r>
              <w:t>кг у.т./Гкал</w:t>
            </w:r>
          </w:p>
        </w:tc>
        <w:tc>
          <w:tcPr>
            <w:tcW w:w="0" w:type="auto"/>
          </w:tcPr>
          <w:p w14:paraId="2B8C46E5" w14:textId="77777777" w:rsidR="007A5E59" w:rsidRDefault="0095198F">
            <w:pPr>
              <w:jc w:val="center"/>
            </w:pPr>
            <w:r>
              <w:t>189,21</w:t>
            </w:r>
          </w:p>
        </w:tc>
        <w:tc>
          <w:tcPr>
            <w:tcW w:w="0" w:type="auto"/>
          </w:tcPr>
          <w:p w14:paraId="3F88852D" w14:textId="77777777" w:rsidR="007A5E59" w:rsidRDefault="0095198F">
            <w:pPr>
              <w:jc w:val="center"/>
            </w:pPr>
            <w:r>
              <w:t>189,21</w:t>
            </w:r>
          </w:p>
        </w:tc>
        <w:tc>
          <w:tcPr>
            <w:tcW w:w="0" w:type="auto"/>
          </w:tcPr>
          <w:p w14:paraId="7369DBD9" w14:textId="77777777" w:rsidR="007A5E59" w:rsidRDefault="0095198F">
            <w:pPr>
              <w:jc w:val="center"/>
            </w:pPr>
            <w:r>
              <w:t>189,21</w:t>
            </w:r>
          </w:p>
        </w:tc>
      </w:tr>
      <w:tr w:rsidR="007A5E59" w:rsidRPr="00C07C05" w14:paraId="54CB73CD" w14:textId="77777777">
        <w:trPr>
          <w:jc w:val="center"/>
        </w:trPr>
        <w:tc>
          <w:tcPr>
            <w:tcW w:w="0" w:type="auto"/>
          </w:tcPr>
          <w:p w14:paraId="62FF7305" w14:textId="77777777" w:rsidR="007A5E59" w:rsidRDefault="0095198F">
            <w:r>
              <w:t>1.3</w:t>
            </w:r>
          </w:p>
        </w:tc>
        <w:tc>
          <w:tcPr>
            <w:tcW w:w="0" w:type="auto"/>
          </w:tcPr>
          <w:p w14:paraId="7CEC8571" w14:textId="77777777" w:rsidR="007A5E59" w:rsidRPr="00794D67" w:rsidRDefault="0095198F">
            <w:pPr>
              <w:rPr>
                <w:lang w:val="ru-RU"/>
              </w:rPr>
            </w:pPr>
            <w:r w:rsidRPr="00794D67">
              <w:rPr>
                <w:lang w:val="ru-RU"/>
              </w:rPr>
              <w:t>Котельная «Производственно-отопительная УПК № 2 ЦМК»</w:t>
            </w:r>
          </w:p>
        </w:tc>
        <w:tc>
          <w:tcPr>
            <w:tcW w:w="0" w:type="auto"/>
          </w:tcPr>
          <w:p w14:paraId="18C83F35" w14:textId="77777777" w:rsidR="007A5E59" w:rsidRPr="00794D67" w:rsidRDefault="007A5E59">
            <w:pPr>
              <w:rPr>
                <w:lang w:val="ru-RU"/>
              </w:rPr>
            </w:pPr>
          </w:p>
        </w:tc>
        <w:tc>
          <w:tcPr>
            <w:tcW w:w="0" w:type="auto"/>
          </w:tcPr>
          <w:p w14:paraId="552D912B" w14:textId="77777777" w:rsidR="007A5E59" w:rsidRPr="00794D67" w:rsidRDefault="007A5E59">
            <w:pPr>
              <w:rPr>
                <w:lang w:val="ru-RU"/>
              </w:rPr>
            </w:pPr>
          </w:p>
        </w:tc>
        <w:tc>
          <w:tcPr>
            <w:tcW w:w="0" w:type="auto"/>
          </w:tcPr>
          <w:p w14:paraId="5027124F" w14:textId="77777777" w:rsidR="007A5E59" w:rsidRPr="00794D67" w:rsidRDefault="007A5E59">
            <w:pPr>
              <w:rPr>
                <w:lang w:val="ru-RU"/>
              </w:rPr>
            </w:pPr>
          </w:p>
        </w:tc>
        <w:tc>
          <w:tcPr>
            <w:tcW w:w="0" w:type="auto"/>
          </w:tcPr>
          <w:p w14:paraId="05F64BED" w14:textId="77777777" w:rsidR="007A5E59" w:rsidRPr="00794D67" w:rsidRDefault="007A5E59">
            <w:pPr>
              <w:rPr>
                <w:lang w:val="ru-RU"/>
              </w:rPr>
            </w:pPr>
          </w:p>
        </w:tc>
      </w:tr>
      <w:tr w:rsidR="007A5E59" w14:paraId="13744650" w14:textId="77777777">
        <w:trPr>
          <w:jc w:val="center"/>
        </w:trPr>
        <w:tc>
          <w:tcPr>
            <w:tcW w:w="0" w:type="auto"/>
          </w:tcPr>
          <w:p w14:paraId="1C265BDD" w14:textId="77777777" w:rsidR="007A5E59" w:rsidRDefault="0095198F">
            <w:r>
              <w:t>1.3.1</w:t>
            </w:r>
          </w:p>
        </w:tc>
        <w:tc>
          <w:tcPr>
            <w:tcW w:w="0" w:type="auto"/>
          </w:tcPr>
          <w:p w14:paraId="069EDF57" w14:textId="77777777" w:rsidR="007A5E59" w:rsidRPr="00794D67" w:rsidRDefault="0095198F">
            <w:pPr>
              <w:rPr>
                <w:lang w:val="ru-RU"/>
              </w:rPr>
            </w:pPr>
            <w:r w:rsidRPr="00794D67">
              <w:rPr>
                <w:lang w:val="ru-RU"/>
              </w:rPr>
              <w:t>Объём тепловой энергии, отпускаемой потребителям</w:t>
            </w:r>
          </w:p>
        </w:tc>
        <w:tc>
          <w:tcPr>
            <w:tcW w:w="0" w:type="auto"/>
          </w:tcPr>
          <w:p w14:paraId="17EACCF9" w14:textId="77777777" w:rsidR="007A5E59" w:rsidRDefault="0095198F">
            <w:r>
              <w:t>Гкал/год</w:t>
            </w:r>
          </w:p>
        </w:tc>
        <w:tc>
          <w:tcPr>
            <w:tcW w:w="0" w:type="auto"/>
          </w:tcPr>
          <w:p w14:paraId="25C6210F" w14:textId="77777777" w:rsidR="007A5E59" w:rsidRDefault="0095198F">
            <w:pPr>
              <w:jc w:val="center"/>
            </w:pPr>
            <w:r>
              <w:t>4 900</w:t>
            </w:r>
          </w:p>
        </w:tc>
        <w:tc>
          <w:tcPr>
            <w:tcW w:w="0" w:type="auto"/>
          </w:tcPr>
          <w:p w14:paraId="3CEF038F" w14:textId="77777777" w:rsidR="007A5E59" w:rsidRDefault="0095198F">
            <w:pPr>
              <w:jc w:val="center"/>
            </w:pPr>
            <w:r>
              <w:t>5 485,05</w:t>
            </w:r>
          </w:p>
        </w:tc>
        <w:tc>
          <w:tcPr>
            <w:tcW w:w="0" w:type="auto"/>
          </w:tcPr>
          <w:p w14:paraId="386846E3" w14:textId="77777777" w:rsidR="007A5E59" w:rsidRDefault="0095198F">
            <w:pPr>
              <w:jc w:val="center"/>
            </w:pPr>
            <w:r>
              <w:t>5 485,05</w:t>
            </w:r>
          </w:p>
        </w:tc>
      </w:tr>
      <w:tr w:rsidR="007A5E59" w14:paraId="100D9F88" w14:textId="77777777">
        <w:trPr>
          <w:jc w:val="center"/>
        </w:trPr>
        <w:tc>
          <w:tcPr>
            <w:tcW w:w="0" w:type="auto"/>
          </w:tcPr>
          <w:p w14:paraId="6EBA285A" w14:textId="77777777" w:rsidR="007A5E59" w:rsidRDefault="0095198F">
            <w:r>
              <w:t>1.3.2</w:t>
            </w:r>
          </w:p>
        </w:tc>
        <w:tc>
          <w:tcPr>
            <w:tcW w:w="0" w:type="auto"/>
          </w:tcPr>
          <w:p w14:paraId="76AAF4DC" w14:textId="77777777" w:rsidR="007A5E59" w:rsidRPr="00794D67" w:rsidRDefault="0095198F">
            <w:pPr>
              <w:rPr>
                <w:lang w:val="ru-RU"/>
              </w:rPr>
            </w:pPr>
            <w:r w:rsidRPr="00794D67">
              <w:rPr>
                <w:lang w:val="ru-RU"/>
              </w:rPr>
              <w:t>Расход каменного угля в натуральном выражении</w:t>
            </w:r>
          </w:p>
        </w:tc>
        <w:tc>
          <w:tcPr>
            <w:tcW w:w="0" w:type="auto"/>
          </w:tcPr>
          <w:p w14:paraId="178098FB" w14:textId="77777777" w:rsidR="007A5E59" w:rsidRDefault="0095198F">
            <w:r>
              <w:t>тыс. т</w:t>
            </w:r>
          </w:p>
        </w:tc>
        <w:tc>
          <w:tcPr>
            <w:tcW w:w="0" w:type="auto"/>
          </w:tcPr>
          <w:p w14:paraId="3B798ECE" w14:textId="77777777" w:rsidR="007A5E59" w:rsidRDefault="0095198F">
            <w:pPr>
              <w:jc w:val="center"/>
            </w:pPr>
            <w:r>
              <w:t>1,261</w:t>
            </w:r>
          </w:p>
        </w:tc>
        <w:tc>
          <w:tcPr>
            <w:tcW w:w="0" w:type="auto"/>
          </w:tcPr>
          <w:p w14:paraId="41684276" w14:textId="77777777" w:rsidR="007A5E59" w:rsidRDefault="0095198F">
            <w:pPr>
              <w:jc w:val="center"/>
            </w:pPr>
            <w:r>
              <w:t>1,412</w:t>
            </w:r>
          </w:p>
        </w:tc>
        <w:tc>
          <w:tcPr>
            <w:tcW w:w="0" w:type="auto"/>
          </w:tcPr>
          <w:p w14:paraId="57CA8999" w14:textId="77777777" w:rsidR="007A5E59" w:rsidRDefault="0095198F">
            <w:pPr>
              <w:jc w:val="center"/>
            </w:pPr>
            <w:r>
              <w:t>1,412</w:t>
            </w:r>
          </w:p>
        </w:tc>
      </w:tr>
      <w:tr w:rsidR="007A5E59" w14:paraId="1FFF45A9" w14:textId="77777777">
        <w:trPr>
          <w:jc w:val="center"/>
        </w:trPr>
        <w:tc>
          <w:tcPr>
            <w:tcW w:w="0" w:type="auto"/>
          </w:tcPr>
          <w:p w14:paraId="75ADDBED" w14:textId="77777777" w:rsidR="007A5E59" w:rsidRDefault="0095198F">
            <w:r>
              <w:t>1.3.3</w:t>
            </w:r>
          </w:p>
        </w:tc>
        <w:tc>
          <w:tcPr>
            <w:tcW w:w="0" w:type="auto"/>
          </w:tcPr>
          <w:p w14:paraId="29DB03CB" w14:textId="77777777" w:rsidR="007A5E59" w:rsidRDefault="0095198F">
            <w:r>
              <w:t>Расход условного топлива</w:t>
            </w:r>
          </w:p>
        </w:tc>
        <w:tc>
          <w:tcPr>
            <w:tcW w:w="0" w:type="auto"/>
          </w:tcPr>
          <w:p w14:paraId="522D3D6A" w14:textId="77777777" w:rsidR="007A5E59" w:rsidRDefault="0095198F">
            <w:r>
              <w:t>тыс. т у.т.</w:t>
            </w:r>
          </w:p>
        </w:tc>
        <w:tc>
          <w:tcPr>
            <w:tcW w:w="0" w:type="auto"/>
          </w:tcPr>
          <w:p w14:paraId="2C99EDF7" w14:textId="77777777" w:rsidR="007A5E59" w:rsidRDefault="0095198F">
            <w:pPr>
              <w:jc w:val="center"/>
            </w:pPr>
            <w:r>
              <w:t>0,927</w:t>
            </w:r>
          </w:p>
        </w:tc>
        <w:tc>
          <w:tcPr>
            <w:tcW w:w="0" w:type="auto"/>
          </w:tcPr>
          <w:p w14:paraId="284AEA22" w14:textId="77777777" w:rsidR="007A5E59" w:rsidRDefault="0095198F">
            <w:pPr>
              <w:jc w:val="center"/>
            </w:pPr>
            <w:r>
              <w:t>1,038</w:t>
            </w:r>
          </w:p>
        </w:tc>
        <w:tc>
          <w:tcPr>
            <w:tcW w:w="0" w:type="auto"/>
          </w:tcPr>
          <w:p w14:paraId="5D04E62D" w14:textId="77777777" w:rsidR="007A5E59" w:rsidRDefault="0095198F">
            <w:pPr>
              <w:jc w:val="center"/>
            </w:pPr>
            <w:r>
              <w:t>1,038</w:t>
            </w:r>
          </w:p>
        </w:tc>
      </w:tr>
      <w:tr w:rsidR="007A5E59" w14:paraId="12A53CF1" w14:textId="77777777">
        <w:trPr>
          <w:jc w:val="center"/>
        </w:trPr>
        <w:tc>
          <w:tcPr>
            <w:tcW w:w="0" w:type="auto"/>
          </w:tcPr>
          <w:p w14:paraId="1F201ACB" w14:textId="77777777" w:rsidR="007A5E59" w:rsidRDefault="0095198F">
            <w:r>
              <w:t>1.3.4</w:t>
            </w:r>
          </w:p>
        </w:tc>
        <w:tc>
          <w:tcPr>
            <w:tcW w:w="0" w:type="auto"/>
          </w:tcPr>
          <w:p w14:paraId="2DB0B2A4" w14:textId="77777777" w:rsidR="007A5E59" w:rsidRPr="00794D67" w:rsidRDefault="0095198F">
            <w:pPr>
              <w:rPr>
                <w:lang w:val="ru-RU"/>
              </w:rPr>
            </w:pPr>
            <w:r w:rsidRPr="00794D67">
              <w:rPr>
                <w:lang w:val="ru-RU"/>
              </w:rPr>
              <w:t>Удельный расход условного топлива на отпуск тепловой энергии</w:t>
            </w:r>
          </w:p>
        </w:tc>
        <w:tc>
          <w:tcPr>
            <w:tcW w:w="0" w:type="auto"/>
          </w:tcPr>
          <w:p w14:paraId="6EC20FB2" w14:textId="77777777" w:rsidR="007A5E59" w:rsidRDefault="0095198F">
            <w:r>
              <w:t>кг у.т./Гкал</w:t>
            </w:r>
          </w:p>
        </w:tc>
        <w:tc>
          <w:tcPr>
            <w:tcW w:w="0" w:type="auto"/>
          </w:tcPr>
          <w:p w14:paraId="25E122DE" w14:textId="77777777" w:rsidR="007A5E59" w:rsidRDefault="0095198F">
            <w:pPr>
              <w:jc w:val="center"/>
            </w:pPr>
            <w:r>
              <w:t>189,21</w:t>
            </w:r>
          </w:p>
        </w:tc>
        <w:tc>
          <w:tcPr>
            <w:tcW w:w="0" w:type="auto"/>
          </w:tcPr>
          <w:p w14:paraId="49035439" w14:textId="77777777" w:rsidR="007A5E59" w:rsidRDefault="0095198F">
            <w:pPr>
              <w:jc w:val="center"/>
            </w:pPr>
            <w:r>
              <w:t>189,21</w:t>
            </w:r>
          </w:p>
        </w:tc>
        <w:tc>
          <w:tcPr>
            <w:tcW w:w="0" w:type="auto"/>
          </w:tcPr>
          <w:p w14:paraId="1FC2E3AE" w14:textId="77777777" w:rsidR="007A5E59" w:rsidRDefault="0095198F">
            <w:pPr>
              <w:jc w:val="center"/>
            </w:pPr>
            <w:r>
              <w:t>189,21</w:t>
            </w:r>
          </w:p>
        </w:tc>
      </w:tr>
      <w:tr w:rsidR="007A5E59" w:rsidRPr="00C07C05" w14:paraId="78EACB9C" w14:textId="77777777">
        <w:trPr>
          <w:jc w:val="center"/>
        </w:trPr>
        <w:tc>
          <w:tcPr>
            <w:tcW w:w="0" w:type="auto"/>
          </w:tcPr>
          <w:p w14:paraId="681F9BE7" w14:textId="77777777" w:rsidR="007A5E59" w:rsidRDefault="0095198F">
            <w:r>
              <w:t>1.4</w:t>
            </w:r>
          </w:p>
        </w:tc>
        <w:tc>
          <w:tcPr>
            <w:tcW w:w="0" w:type="auto"/>
          </w:tcPr>
          <w:p w14:paraId="1FACC928" w14:textId="77777777" w:rsidR="007A5E59" w:rsidRPr="00794D67" w:rsidRDefault="0095198F">
            <w:pPr>
              <w:rPr>
                <w:lang w:val="ru-RU"/>
              </w:rPr>
            </w:pPr>
            <w:r w:rsidRPr="00794D67">
              <w:rPr>
                <w:lang w:val="ru-RU"/>
              </w:rPr>
              <w:t>Котельная «Производственно-отопительная УПК № 9 ГРЭ»</w:t>
            </w:r>
          </w:p>
        </w:tc>
        <w:tc>
          <w:tcPr>
            <w:tcW w:w="0" w:type="auto"/>
          </w:tcPr>
          <w:p w14:paraId="42ADCE03" w14:textId="77777777" w:rsidR="007A5E59" w:rsidRPr="00794D67" w:rsidRDefault="007A5E59">
            <w:pPr>
              <w:rPr>
                <w:lang w:val="ru-RU"/>
              </w:rPr>
            </w:pPr>
          </w:p>
        </w:tc>
        <w:tc>
          <w:tcPr>
            <w:tcW w:w="0" w:type="auto"/>
          </w:tcPr>
          <w:p w14:paraId="20C511B3" w14:textId="77777777" w:rsidR="007A5E59" w:rsidRPr="00794D67" w:rsidRDefault="007A5E59">
            <w:pPr>
              <w:rPr>
                <w:lang w:val="ru-RU"/>
              </w:rPr>
            </w:pPr>
          </w:p>
        </w:tc>
        <w:tc>
          <w:tcPr>
            <w:tcW w:w="0" w:type="auto"/>
          </w:tcPr>
          <w:p w14:paraId="4344B3E1" w14:textId="77777777" w:rsidR="007A5E59" w:rsidRPr="00794D67" w:rsidRDefault="007A5E59">
            <w:pPr>
              <w:rPr>
                <w:lang w:val="ru-RU"/>
              </w:rPr>
            </w:pPr>
          </w:p>
        </w:tc>
        <w:tc>
          <w:tcPr>
            <w:tcW w:w="0" w:type="auto"/>
          </w:tcPr>
          <w:p w14:paraId="3DB58CE4" w14:textId="77777777" w:rsidR="007A5E59" w:rsidRPr="00794D67" w:rsidRDefault="007A5E59">
            <w:pPr>
              <w:rPr>
                <w:lang w:val="ru-RU"/>
              </w:rPr>
            </w:pPr>
          </w:p>
        </w:tc>
      </w:tr>
      <w:tr w:rsidR="007A5E59" w14:paraId="5D4093C3" w14:textId="77777777">
        <w:trPr>
          <w:jc w:val="center"/>
        </w:trPr>
        <w:tc>
          <w:tcPr>
            <w:tcW w:w="0" w:type="auto"/>
          </w:tcPr>
          <w:p w14:paraId="62921622" w14:textId="77777777" w:rsidR="007A5E59" w:rsidRDefault="0095198F">
            <w:r>
              <w:t>1.4.1</w:t>
            </w:r>
          </w:p>
        </w:tc>
        <w:tc>
          <w:tcPr>
            <w:tcW w:w="0" w:type="auto"/>
          </w:tcPr>
          <w:p w14:paraId="1967F6F0" w14:textId="77777777" w:rsidR="007A5E59" w:rsidRPr="00794D67" w:rsidRDefault="0095198F">
            <w:pPr>
              <w:rPr>
                <w:lang w:val="ru-RU"/>
              </w:rPr>
            </w:pPr>
            <w:r w:rsidRPr="00794D67">
              <w:rPr>
                <w:lang w:val="ru-RU"/>
              </w:rPr>
              <w:t>Объём тепловой энергии, отпускаемой потребителям</w:t>
            </w:r>
          </w:p>
        </w:tc>
        <w:tc>
          <w:tcPr>
            <w:tcW w:w="0" w:type="auto"/>
          </w:tcPr>
          <w:p w14:paraId="44790DD5" w14:textId="77777777" w:rsidR="007A5E59" w:rsidRDefault="0095198F">
            <w:r>
              <w:t>Гкал/год</w:t>
            </w:r>
          </w:p>
        </w:tc>
        <w:tc>
          <w:tcPr>
            <w:tcW w:w="0" w:type="auto"/>
          </w:tcPr>
          <w:p w14:paraId="73148A81" w14:textId="77777777" w:rsidR="007A5E59" w:rsidRDefault="0095198F">
            <w:pPr>
              <w:jc w:val="center"/>
            </w:pPr>
            <w:r>
              <w:t>1 289</w:t>
            </w:r>
          </w:p>
        </w:tc>
        <w:tc>
          <w:tcPr>
            <w:tcW w:w="0" w:type="auto"/>
          </w:tcPr>
          <w:p w14:paraId="761266CE" w14:textId="77777777" w:rsidR="007A5E59" w:rsidRDefault="0095198F">
            <w:pPr>
              <w:jc w:val="center"/>
            </w:pPr>
            <w:r>
              <w:t>1 289</w:t>
            </w:r>
          </w:p>
        </w:tc>
        <w:tc>
          <w:tcPr>
            <w:tcW w:w="0" w:type="auto"/>
          </w:tcPr>
          <w:p w14:paraId="3AFED510" w14:textId="77777777" w:rsidR="007A5E59" w:rsidRDefault="0095198F">
            <w:pPr>
              <w:jc w:val="center"/>
            </w:pPr>
            <w:r>
              <w:t>1 289</w:t>
            </w:r>
          </w:p>
        </w:tc>
      </w:tr>
      <w:tr w:rsidR="007A5E59" w14:paraId="15C8B556" w14:textId="77777777">
        <w:trPr>
          <w:jc w:val="center"/>
        </w:trPr>
        <w:tc>
          <w:tcPr>
            <w:tcW w:w="0" w:type="auto"/>
          </w:tcPr>
          <w:p w14:paraId="11718E96" w14:textId="77777777" w:rsidR="007A5E59" w:rsidRDefault="0095198F">
            <w:r>
              <w:t>1.4.2</w:t>
            </w:r>
          </w:p>
        </w:tc>
        <w:tc>
          <w:tcPr>
            <w:tcW w:w="0" w:type="auto"/>
          </w:tcPr>
          <w:p w14:paraId="4C77D5CD" w14:textId="77777777" w:rsidR="007A5E59" w:rsidRPr="00794D67" w:rsidRDefault="0095198F">
            <w:pPr>
              <w:rPr>
                <w:lang w:val="ru-RU"/>
              </w:rPr>
            </w:pPr>
            <w:r w:rsidRPr="00794D67">
              <w:rPr>
                <w:lang w:val="ru-RU"/>
              </w:rPr>
              <w:t>Расход каменного угля в натуральном выражении</w:t>
            </w:r>
          </w:p>
        </w:tc>
        <w:tc>
          <w:tcPr>
            <w:tcW w:w="0" w:type="auto"/>
          </w:tcPr>
          <w:p w14:paraId="2C51F3FD" w14:textId="77777777" w:rsidR="007A5E59" w:rsidRDefault="0095198F">
            <w:r>
              <w:t>тыс. т</w:t>
            </w:r>
          </w:p>
        </w:tc>
        <w:tc>
          <w:tcPr>
            <w:tcW w:w="0" w:type="auto"/>
          </w:tcPr>
          <w:p w14:paraId="5F09F492" w14:textId="77777777" w:rsidR="007A5E59" w:rsidRDefault="0095198F">
            <w:pPr>
              <w:jc w:val="center"/>
            </w:pPr>
            <w:r>
              <w:t>0,300</w:t>
            </w:r>
          </w:p>
        </w:tc>
        <w:tc>
          <w:tcPr>
            <w:tcW w:w="0" w:type="auto"/>
          </w:tcPr>
          <w:p w14:paraId="1BF85FB4" w14:textId="77777777" w:rsidR="007A5E59" w:rsidRDefault="0095198F">
            <w:pPr>
              <w:jc w:val="center"/>
            </w:pPr>
            <w:r>
              <w:t>0,300</w:t>
            </w:r>
          </w:p>
        </w:tc>
        <w:tc>
          <w:tcPr>
            <w:tcW w:w="0" w:type="auto"/>
          </w:tcPr>
          <w:p w14:paraId="227C4DFD" w14:textId="77777777" w:rsidR="007A5E59" w:rsidRDefault="0095198F">
            <w:pPr>
              <w:jc w:val="center"/>
            </w:pPr>
            <w:r>
              <w:t>0,300</w:t>
            </w:r>
          </w:p>
        </w:tc>
      </w:tr>
      <w:tr w:rsidR="007A5E59" w14:paraId="2E9709EB" w14:textId="77777777">
        <w:trPr>
          <w:jc w:val="center"/>
        </w:trPr>
        <w:tc>
          <w:tcPr>
            <w:tcW w:w="0" w:type="auto"/>
          </w:tcPr>
          <w:p w14:paraId="4FE15039" w14:textId="77777777" w:rsidR="007A5E59" w:rsidRDefault="0095198F">
            <w:r>
              <w:t>1.4.3</w:t>
            </w:r>
          </w:p>
        </w:tc>
        <w:tc>
          <w:tcPr>
            <w:tcW w:w="0" w:type="auto"/>
          </w:tcPr>
          <w:p w14:paraId="11CF8C74" w14:textId="77777777" w:rsidR="007A5E59" w:rsidRDefault="0095198F">
            <w:r>
              <w:t>Расход условного топлива</w:t>
            </w:r>
          </w:p>
        </w:tc>
        <w:tc>
          <w:tcPr>
            <w:tcW w:w="0" w:type="auto"/>
          </w:tcPr>
          <w:p w14:paraId="624BE746" w14:textId="77777777" w:rsidR="007A5E59" w:rsidRDefault="0095198F">
            <w:r>
              <w:t>тыс. т у.т.</w:t>
            </w:r>
          </w:p>
        </w:tc>
        <w:tc>
          <w:tcPr>
            <w:tcW w:w="0" w:type="auto"/>
          </w:tcPr>
          <w:p w14:paraId="14F45DEC" w14:textId="77777777" w:rsidR="007A5E59" w:rsidRDefault="0095198F">
            <w:pPr>
              <w:jc w:val="center"/>
            </w:pPr>
            <w:r>
              <w:t>0,244</w:t>
            </w:r>
          </w:p>
        </w:tc>
        <w:tc>
          <w:tcPr>
            <w:tcW w:w="0" w:type="auto"/>
          </w:tcPr>
          <w:p w14:paraId="7DC3D303" w14:textId="77777777" w:rsidR="007A5E59" w:rsidRDefault="0095198F">
            <w:pPr>
              <w:jc w:val="center"/>
            </w:pPr>
            <w:r>
              <w:t>0,244</w:t>
            </w:r>
          </w:p>
        </w:tc>
        <w:tc>
          <w:tcPr>
            <w:tcW w:w="0" w:type="auto"/>
          </w:tcPr>
          <w:p w14:paraId="5C8327B4" w14:textId="77777777" w:rsidR="007A5E59" w:rsidRDefault="0095198F">
            <w:pPr>
              <w:jc w:val="center"/>
            </w:pPr>
            <w:r>
              <w:t>0,244</w:t>
            </w:r>
          </w:p>
        </w:tc>
      </w:tr>
      <w:tr w:rsidR="007A5E59" w14:paraId="1CC1C4D3" w14:textId="77777777">
        <w:trPr>
          <w:jc w:val="center"/>
        </w:trPr>
        <w:tc>
          <w:tcPr>
            <w:tcW w:w="0" w:type="auto"/>
          </w:tcPr>
          <w:p w14:paraId="73645AEE" w14:textId="77777777" w:rsidR="007A5E59" w:rsidRDefault="0095198F">
            <w:r>
              <w:t>1.4.4</w:t>
            </w:r>
          </w:p>
        </w:tc>
        <w:tc>
          <w:tcPr>
            <w:tcW w:w="0" w:type="auto"/>
          </w:tcPr>
          <w:p w14:paraId="6C013F24" w14:textId="77777777" w:rsidR="007A5E59" w:rsidRPr="00794D67" w:rsidRDefault="0095198F">
            <w:pPr>
              <w:rPr>
                <w:lang w:val="ru-RU"/>
              </w:rPr>
            </w:pPr>
            <w:r w:rsidRPr="00794D67">
              <w:rPr>
                <w:lang w:val="ru-RU"/>
              </w:rPr>
              <w:t>Удельный расход условного топлива на отпуск тепловой энергии</w:t>
            </w:r>
          </w:p>
        </w:tc>
        <w:tc>
          <w:tcPr>
            <w:tcW w:w="0" w:type="auto"/>
          </w:tcPr>
          <w:p w14:paraId="06E02A76" w14:textId="77777777" w:rsidR="007A5E59" w:rsidRDefault="0095198F">
            <w:r>
              <w:t>кг у.т./Гкал</w:t>
            </w:r>
          </w:p>
        </w:tc>
        <w:tc>
          <w:tcPr>
            <w:tcW w:w="0" w:type="auto"/>
          </w:tcPr>
          <w:p w14:paraId="60C9B75F" w14:textId="77777777" w:rsidR="007A5E59" w:rsidRDefault="0095198F">
            <w:pPr>
              <w:jc w:val="center"/>
            </w:pPr>
            <w:r>
              <w:t>189,21</w:t>
            </w:r>
          </w:p>
        </w:tc>
        <w:tc>
          <w:tcPr>
            <w:tcW w:w="0" w:type="auto"/>
          </w:tcPr>
          <w:p w14:paraId="358CB4CB" w14:textId="77777777" w:rsidR="007A5E59" w:rsidRDefault="0095198F">
            <w:pPr>
              <w:jc w:val="center"/>
            </w:pPr>
            <w:r>
              <w:t>189,21</w:t>
            </w:r>
          </w:p>
        </w:tc>
        <w:tc>
          <w:tcPr>
            <w:tcW w:w="0" w:type="auto"/>
          </w:tcPr>
          <w:p w14:paraId="72009E31" w14:textId="77777777" w:rsidR="007A5E59" w:rsidRDefault="0095198F">
            <w:pPr>
              <w:jc w:val="center"/>
            </w:pPr>
            <w:r>
              <w:t>189,21</w:t>
            </w:r>
          </w:p>
        </w:tc>
      </w:tr>
      <w:tr w:rsidR="007A5E59" w14:paraId="3F45C4E5" w14:textId="77777777">
        <w:trPr>
          <w:jc w:val="center"/>
        </w:trPr>
        <w:tc>
          <w:tcPr>
            <w:tcW w:w="0" w:type="auto"/>
          </w:tcPr>
          <w:p w14:paraId="50A8926A" w14:textId="77777777" w:rsidR="007A5E59" w:rsidRDefault="0095198F">
            <w:r>
              <w:t>2.</w:t>
            </w:r>
          </w:p>
        </w:tc>
        <w:tc>
          <w:tcPr>
            <w:tcW w:w="0" w:type="auto"/>
          </w:tcPr>
          <w:p w14:paraId="6E05DC73" w14:textId="77777777" w:rsidR="007A5E59" w:rsidRDefault="0095198F">
            <w:r>
              <w:t>пгт Шерегеш</w:t>
            </w:r>
          </w:p>
        </w:tc>
        <w:tc>
          <w:tcPr>
            <w:tcW w:w="0" w:type="auto"/>
          </w:tcPr>
          <w:p w14:paraId="71E70FDA" w14:textId="77777777" w:rsidR="007A5E59" w:rsidRDefault="007A5E59"/>
        </w:tc>
        <w:tc>
          <w:tcPr>
            <w:tcW w:w="0" w:type="auto"/>
          </w:tcPr>
          <w:p w14:paraId="48580393" w14:textId="77777777" w:rsidR="007A5E59" w:rsidRDefault="007A5E59"/>
        </w:tc>
        <w:tc>
          <w:tcPr>
            <w:tcW w:w="0" w:type="auto"/>
          </w:tcPr>
          <w:p w14:paraId="738DEF19" w14:textId="77777777" w:rsidR="007A5E59" w:rsidRDefault="007A5E59"/>
        </w:tc>
        <w:tc>
          <w:tcPr>
            <w:tcW w:w="0" w:type="auto"/>
          </w:tcPr>
          <w:p w14:paraId="271A83FA" w14:textId="77777777" w:rsidR="007A5E59" w:rsidRDefault="007A5E59"/>
        </w:tc>
      </w:tr>
      <w:tr w:rsidR="007A5E59" w:rsidRPr="00C07C05" w14:paraId="7CE0C051" w14:textId="77777777">
        <w:trPr>
          <w:jc w:val="center"/>
        </w:trPr>
        <w:tc>
          <w:tcPr>
            <w:tcW w:w="0" w:type="auto"/>
          </w:tcPr>
          <w:p w14:paraId="729F4C12" w14:textId="77777777" w:rsidR="007A5E59" w:rsidRDefault="0095198F">
            <w:r>
              <w:t>2.1</w:t>
            </w:r>
          </w:p>
        </w:tc>
        <w:tc>
          <w:tcPr>
            <w:tcW w:w="0" w:type="auto"/>
          </w:tcPr>
          <w:p w14:paraId="6436484C" w14:textId="77777777" w:rsidR="007A5E59" w:rsidRPr="00794D67" w:rsidRDefault="0095198F">
            <w:pPr>
              <w:rPr>
                <w:lang w:val="ru-RU"/>
              </w:rPr>
            </w:pPr>
            <w:r w:rsidRPr="00794D67">
              <w:rPr>
                <w:lang w:val="ru-RU"/>
              </w:rPr>
              <w:t>Котельная «Производственно-отопительная УПК № 5 Новый Шерегеш»</w:t>
            </w:r>
          </w:p>
        </w:tc>
        <w:tc>
          <w:tcPr>
            <w:tcW w:w="0" w:type="auto"/>
          </w:tcPr>
          <w:p w14:paraId="11806BE5" w14:textId="77777777" w:rsidR="007A5E59" w:rsidRPr="00794D67" w:rsidRDefault="007A5E59">
            <w:pPr>
              <w:rPr>
                <w:lang w:val="ru-RU"/>
              </w:rPr>
            </w:pPr>
          </w:p>
        </w:tc>
        <w:tc>
          <w:tcPr>
            <w:tcW w:w="0" w:type="auto"/>
          </w:tcPr>
          <w:p w14:paraId="06B7F355" w14:textId="77777777" w:rsidR="007A5E59" w:rsidRPr="00794D67" w:rsidRDefault="007A5E59">
            <w:pPr>
              <w:rPr>
                <w:lang w:val="ru-RU"/>
              </w:rPr>
            </w:pPr>
          </w:p>
        </w:tc>
        <w:tc>
          <w:tcPr>
            <w:tcW w:w="0" w:type="auto"/>
          </w:tcPr>
          <w:p w14:paraId="59FEADC3" w14:textId="77777777" w:rsidR="007A5E59" w:rsidRPr="00794D67" w:rsidRDefault="007A5E59">
            <w:pPr>
              <w:rPr>
                <w:lang w:val="ru-RU"/>
              </w:rPr>
            </w:pPr>
          </w:p>
        </w:tc>
        <w:tc>
          <w:tcPr>
            <w:tcW w:w="0" w:type="auto"/>
          </w:tcPr>
          <w:p w14:paraId="1A5D0049" w14:textId="77777777" w:rsidR="007A5E59" w:rsidRPr="00794D67" w:rsidRDefault="007A5E59">
            <w:pPr>
              <w:rPr>
                <w:lang w:val="ru-RU"/>
              </w:rPr>
            </w:pPr>
          </w:p>
        </w:tc>
      </w:tr>
      <w:tr w:rsidR="007A5E59" w14:paraId="169EA742" w14:textId="77777777">
        <w:trPr>
          <w:jc w:val="center"/>
        </w:trPr>
        <w:tc>
          <w:tcPr>
            <w:tcW w:w="0" w:type="auto"/>
          </w:tcPr>
          <w:p w14:paraId="553ECE6C" w14:textId="77777777" w:rsidR="007A5E59" w:rsidRDefault="0095198F">
            <w:r>
              <w:t>2.1.1</w:t>
            </w:r>
          </w:p>
        </w:tc>
        <w:tc>
          <w:tcPr>
            <w:tcW w:w="0" w:type="auto"/>
          </w:tcPr>
          <w:p w14:paraId="6581EDC2" w14:textId="77777777" w:rsidR="007A5E59" w:rsidRPr="00794D67" w:rsidRDefault="0095198F">
            <w:pPr>
              <w:rPr>
                <w:lang w:val="ru-RU"/>
              </w:rPr>
            </w:pPr>
            <w:r w:rsidRPr="00794D67">
              <w:rPr>
                <w:lang w:val="ru-RU"/>
              </w:rPr>
              <w:t>Объём тепловой энергии, отпускаемой потребителям</w:t>
            </w:r>
          </w:p>
        </w:tc>
        <w:tc>
          <w:tcPr>
            <w:tcW w:w="0" w:type="auto"/>
          </w:tcPr>
          <w:p w14:paraId="448B143A" w14:textId="77777777" w:rsidR="007A5E59" w:rsidRDefault="0095198F">
            <w:r>
              <w:t>Гкал/год</w:t>
            </w:r>
          </w:p>
        </w:tc>
        <w:tc>
          <w:tcPr>
            <w:tcW w:w="0" w:type="auto"/>
          </w:tcPr>
          <w:p w14:paraId="2693CC5D" w14:textId="77777777" w:rsidR="007A5E59" w:rsidRDefault="0095198F">
            <w:pPr>
              <w:jc w:val="center"/>
            </w:pPr>
            <w:r>
              <w:t>263 537,20</w:t>
            </w:r>
          </w:p>
        </w:tc>
        <w:tc>
          <w:tcPr>
            <w:tcW w:w="0" w:type="auto"/>
          </w:tcPr>
          <w:p w14:paraId="0F13D6B7" w14:textId="77777777" w:rsidR="007A5E59" w:rsidRDefault="0095198F">
            <w:pPr>
              <w:jc w:val="center"/>
            </w:pPr>
            <w:r>
              <w:t>437 924,03</w:t>
            </w:r>
          </w:p>
        </w:tc>
        <w:tc>
          <w:tcPr>
            <w:tcW w:w="0" w:type="auto"/>
          </w:tcPr>
          <w:p w14:paraId="0720F689" w14:textId="77777777" w:rsidR="007A5E59" w:rsidRDefault="0095198F">
            <w:pPr>
              <w:jc w:val="center"/>
            </w:pPr>
            <w:r>
              <w:t>437 924,03</w:t>
            </w:r>
          </w:p>
        </w:tc>
      </w:tr>
      <w:tr w:rsidR="007A5E59" w14:paraId="31336111" w14:textId="77777777">
        <w:trPr>
          <w:jc w:val="center"/>
        </w:trPr>
        <w:tc>
          <w:tcPr>
            <w:tcW w:w="0" w:type="auto"/>
          </w:tcPr>
          <w:p w14:paraId="5F835F5F" w14:textId="77777777" w:rsidR="007A5E59" w:rsidRDefault="0095198F">
            <w:r>
              <w:t>2.1.2</w:t>
            </w:r>
          </w:p>
        </w:tc>
        <w:tc>
          <w:tcPr>
            <w:tcW w:w="0" w:type="auto"/>
          </w:tcPr>
          <w:p w14:paraId="4DEEBBE4" w14:textId="77777777" w:rsidR="007A5E59" w:rsidRPr="00794D67" w:rsidRDefault="0095198F">
            <w:pPr>
              <w:rPr>
                <w:lang w:val="ru-RU"/>
              </w:rPr>
            </w:pPr>
            <w:r w:rsidRPr="00794D67">
              <w:rPr>
                <w:lang w:val="ru-RU"/>
              </w:rPr>
              <w:t>Расход каменного угля в натуральном выражении</w:t>
            </w:r>
          </w:p>
        </w:tc>
        <w:tc>
          <w:tcPr>
            <w:tcW w:w="0" w:type="auto"/>
          </w:tcPr>
          <w:p w14:paraId="5AAB07BF" w14:textId="77777777" w:rsidR="007A5E59" w:rsidRDefault="0095198F">
            <w:r>
              <w:t>тыс. т</w:t>
            </w:r>
          </w:p>
        </w:tc>
        <w:tc>
          <w:tcPr>
            <w:tcW w:w="0" w:type="auto"/>
          </w:tcPr>
          <w:p w14:paraId="6E551622" w14:textId="77777777" w:rsidR="007A5E59" w:rsidRDefault="0095198F">
            <w:pPr>
              <w:jc w:val="center"/>
            </w:pPr>
            <w:r>
              <w:t>67,844</w:t>
            </w:r>
          </w:p>
        </w:tc>
        <w:tc>
          <w:tcPr>
            <w:tcW w:w="0" w:type="auto"/>
          </w:tcPr>
          <w:p w14:paraId="513EF7D5" w14:textId="77777777" w:rsidR="007A5E59" w:rsidRDefault="0095198F">
            <w:pPr>
              <w:jc w:val="center"/>
            </w:pPr>
            <w:r>
              <w:t>112,737</w:t>
            </w:r>
          </w:p>
        </w:tc>
        <w:tc>
          <w:tcPr>
            <w:tcW w:w="0" w:type="auto"/>
          </w:tcPr>
          <w:p w14:paraId="77B68C5A" w14:textId="77777777" w:rsidR="007A5E59" w:rsidRDefault="0095198F">
            <w:pPr>
              <w:jc w:val="center"/>
            </w:pPr>
            <w:r>
              <w:t>112,737</w:t>
            </w:r>
          </w:p>
        </w:tc>
      </w:tr>
      <w:tr w:rsidR="007A5E59" w14:paraId="7A4212E3" w14:textId="77777777">
        <w:trPr>
          <w:jc w:val="center"/>
        </w:trPr>
        <w:tc>
          <w:tcPr>
            <w:tcW w:w="0" w:type="auto"/>
          </w:tcPr>
          <w:p w14:paraId="1B1F9322" w14:textId="77777777" w:rsidR="007A5E59" w:rsidRDefault="0095198F">
            <w:r>
              <w:t>2.1.3</w:t>
            </w:r>
          </w:p>
        </w:tc>
        <w:tc>
          <w:tcPr>
            <w:tcW w:w="0" w:type="auto"/>
          </w:tcPr>
          <w:p w14:paraId="255C3D8B" w14:textId="77777777" w:rsidR="007A5E59" w:rsidRDefault="0095198F">
            <w:r>
              <w:t>Расход условного топлива</w:t>
            </w:r>
          </w:p>
        </w:tc>
        <w:tc>
          <w:tcPr>
            <w:tcW w:w="0" w:type="auto"/>
          </w:tcPr>
          <w:p w14:paraId="5EB1CE31" w14:textId="77777777" w:rsidR="007A5E59" w:rsidRDefault="0095198F">
            <w:r>
              <w:t>тыс. т у.т.</w:t>
            </w:r>
          </w:p>
        </w:tc>
        <w:tc>
          <w:tcPr>
            <w:tcW w:w="0" w:type="auto"/>
          </w:tcPr>
          <w:p w14:paraId="66401FB1" w14:textId="77777777" w:rsidR="007A5E59" w:rsidRDefault="0095198F">
            <w:pPr>
              <w:jc w:val="center"/>
            </w:pPr>
            <w:r>
              <w:t>49,865</w:t>
            </w:r>
          </w:p>
        </w:tc>
        <w:tc>
          <w:tcPr>
            <w:tcW w:w="0" w:type="auto"/>
          </w:tcPr>
          <w:p w14:paraId="450CA6BD" w14:textId="77777777" w:rsidR="007A5E59" w:rsidRDefault="0095198F">
            <w:pPr>
              <w:jc w:val="center"/>
            </w:pPr>
            <w:r>
              <w:t>82,862</w:t>
            </w:r>
          </w:p>
        </w:tc>
        <w:tc>
          <w:tcPr>
            <w:tcW w:w="0" w:type="auto"/>
          </w:tcPr>
          <w:p w14:paraId="1165678C" w14:textId="77777777" w:rsidR="007A5E59" w:rsidRDefault="0095198F">
            <w:pPr>
              <w:jc w:val="center"/>
            </w:pPr>
            <w:r>
              <w:t>82,862</w:t>
            </w:r>
          </w:p>
        </w:tc>
      </w:tr>
      <w:tr w:rsidR="007A5E59" w14:paraId="00E9B414" w14:textId="77777777">
        <w:trPr>
          <w:jc w:val="center"/>
        </w:trPr>
        <w:tc>
          <w:tcPr>
            <w:tcW w:w="0" w:type="auto"/>
          </w:tcPr>
          <w:p w14:paraId="53DB9509" w14:textId="77777777" w:rsidR="007A5E59" w:rsidRDefault="0095198F">
            <w:r>
              <w:t>2.1.4</w:t>
            </w:r>
          </w:p>
        </w:tc>
        <w:tc>
          <w:tcPr>
            <w:tcW w:w="0" w:type="auto"/>
          </w:tcPr>
          <w:p w14:paraId="29F15CCD" w14:textId="77777777" w:rsidR="007A5E59" w:rsidRPr="00794D67" w:rsidRDefault="0095198F">
            <w:pPr>
              <w:rPr>
                <w:lang w:val="ru-RU"/>
              </w:rPr>
            </w:pPr>
            <w:r w:rsidRPr="00794D67">
              <w:rPr>
                <w:lang w:val="ru-RU"/>
              </w:rPr>
              <w:t>Удельный расход условного топлива на отпуск тепловой энергии</w:t>
            </w:r>
          </w:p>
        </w:tc>
        <w:tc>
          <w:tcPr>
            <w:tcW w:w="0" w:type="auto"/>
          </w:tcPr>
          <w:p w14:paraId="2B81F8D8" w14:textId="77777777" w:rsidR="007A5E59" w:rsidRDefault="0095198F">
            <w:r>
              <w:t>кг у.т./Гкал</w:t>
            </w:r>
          </w:p>
        </w:tc>
        <w:tc>
          <w:tcPr>
            <w:tcW w:w="0" w:type="auto"/>
          </w:tcPr>
          <w:p w14:paraId="34343E2D" w14:textId="77777777" w:rsidR="007A5E59" w:rsidRDefault="0095198F">
            <w:pPr>
              <w:jc w:val="center"/>
            </w:pPr>
            <w:r>
              <w:t>189,21</w:t>
            </w:r>
          </w:p>
        </w:tc>
        <w:tc>
          <w:tcPr>
            <w:tcW w:w="0" w:type="auto"/>
          </w:tcPr>
          <w:p w14:paraId="534217AB" w14:textId="77777777" w:rsidR="007A5E59" w:rsidRDefault="0095198F">
            <w:pPr>
              <w:jc w:val="center"/>
            </w:pPr>
            <w:r>
              <w:t>189,21</w:t>
            </w:r>
          </w:p>
        </w:tc>
        <w:tc>
          <w:tcPr>
            <w:tcW w:w="0" w:type="auto"/>
          </w:tcPr>
          <w:p w14:paraId="2992D45D" w14:textId="77777777" w:rsidR="007A5E59" w:rsidRDefault="0095198F">
            <w:pPr>
              <w:jc w:val="center"/>
            </w:pPr>
            <w:r>
              <w:t>189,21</w:t>
            </w:r>
          </w:p>
        </w:tc>
      </w:tr>
      <w:tr w:rsidR="007A5E59" w:rsidRPr="00C07C05" w14:paraId="42C85FFF" w14:textId="77777777">
        <w:trPr>
          <w:jc w:val="center"/>
        </w:trPr>
        <w:tc>
          <w:tcPr>
            <w:tcW w:w="0" w:type="auto"/>
          </w:tcPr>
          <w:p w14:paraId="20AE10E6" w14:textId="77777777" w:rsidR="007A5E59" w:rsidRDefault="0095198F">
            <w:r>
              <w:t>2.2</w:t>
            </w:r>
          </w:p>
        </w:tc>
        <w:tc>
          <w:tcPr>
            <w:tcW w:w="0" w:type="auto"/>
          </w:tcPr>
          <w:p w14:paraId="50CB12C8" w14:textId="77777777" w:rsidR="007A5E59" w:rsidRPr="00794D67" w:rsidRDefault="0095198F">
            <w:pPr>
              <w:rPr>
                <w:lang w:val="ru-RU"/>
              </w:rPr>
            </w:pPr>
            <w:r w:rsidRPr="00794D67">
              <w:rPr>
                <w:lang w:val="ru-RU"/>
              </w:rPr>
              <w:t>Котельная «Производственно-отопительная УПК № 6 Старый Шерегеш»</w:t>
            </w:r>
          </w:p>
        </w:tc>
        <w:tc>
          <w:tcPr>
            <w:tcW w:w="0" w:type="auto"/>
          </w:tcPr>
          <w:p w14:paraId="199C7616" w14:textId="77777777" w:rsidR="007A5E59" w:rsidRPr="00794D67" w:rsidRDefault="007A5E59">
            <w:pPr>
              <w:rPr>
                <w:lang w:val="ru-RU"/>
              </w:rPr>
            </w:pPr>
          </w:p>
        </w:tc>
        <w:tc>
          <w:tcPr>
            <w:tcW w:w="0" w:type="auto"/>
          </w:tcPr>
          <w:p w14:paraId="226AE9AF" w14:textId="77777777" w:rsidR="007A5E59" w:rsidRPr="00794D67" w:rsidRDefault="007A5E59">
            <w:pPr>
              <w:rPr>
                <w:lang w:val="ru-RU"/>
              </w:rPr>
            </w:pPr>
          </w:p>
        </w:tc>
        <w:tc>
          <w:tcPr>
            <w:tcW w:w="0" w:type="auto"/>
          </w:tcPr>
          <w:p w14:paraId="7A93A12F" w14:textId="77777777" w:rsidR="007A5E59" w:rsidRPr="00794D67" w:rsidRDefault="007A5E59">
            <w:pPr>
              <w:rPr>
                <w:lang w:val="ru-RU"/>
              </w:rPr>
            </w:pPr>
          </w:p>
        </w:tc>
        <w:tc>
          <w:tcPr>
            <w:tcW w:w="0" w:type="auto"/>
          </w:tcPr>
          <w:p w14:paraId="0C9B7446" w14:textId="77777777" w:rsidR="007A5E59" w:rsidRPr="00794D67" w:rsidRDefault="007A5E59">
            <w:pPr>
              <w:rPr>
                <w:lang w:val="ru-RU"/>
              </w:rPr>
            </w:pPr>
          </w:p>
        </w:tc>
      </w:tr>
      <w:tr w:rsidR="007A5E59" w14:paraId="27A2B50F" w14:textId="77777777">
        <w:trPr>
          <w:jc w:val="center"/>
        </w:trPr>
        <w:tc>
          <w:tcPr>
            <w:tcW w:w="0" w:type="auto"/>
          </w:tcPr>
          <w:p w14:paraId="1C1786D1" w14:textId="77777777" w:rsidR="007A5E59" w:rsidRDefault="0095198F">
            <w:r>
              <w:t>2.2.1</w:t>
            </w:r>
          </w:p>
        </w:tc>
        <w:tc>
          <w:tcPr>
            <w:tcW w:w="0" w:type="auto"/>
          </w:tcPr>
          <w:p w14:paraId="4D9BB6D9" w14:textId="77777777" w:rsidR="007A5E59" w:rsidRPr="00794D67" w:rsidRDefault="0095198F">
            <w:pPr>
              <w:rPr>
                <w:lang w:val="ru-RU"/>
              </w:rPr>
            </w:pPr>
            <w:r w:rsidRPr="00794D67">
              <w:rPr>
                <w:lang w:val="ru-RU"/>
              </w:rPr>
              <w:t>Объём тепловой энергии, отпускаемой потребителям</w:t>
            </w:r>
          </w:p>
        </w:tc>
        <w:tc>
          <w:tcPr>
            <w:tcW w:w="0" w:type="auto"/>
          </w:tcPr>
          <w:p w14:paraId="69C28223" w14:textId="77777777" w:rsidR="007A5E59" w:rsidRDefault="0095198F">
            <w:r>
              <w:t>Гкал/год</w:t>
            </w:r>
          </w:p>
        </w:tc>
        <w:tc>
          <w:tcPr>
            <w:tcW w:w="0" w:type="auto"/>
          </w:tcPr>
          <w:p w14:paraId="66077AB7" w14:textId="77777777" w:rsidR="007A5E59" w:rsidRDefault="0095198F">
            <w:pPr>
              <w:jc w:val="center"/>
            </w:pPr>
            <w:r>
              <w:t>10 264,50</w:t>
            </w:r>
          </w:p>
        </w:tc>
        <w:tc>
          <w:tcPr>
            <w:tcW w:w="0" w:type="auto"/>
          </w:tcPr>
          <w:p w14:paraId="47FB9DF0" w14:textId="77777777" w:rsidR="007A5E59" w:rsidRDefault="0095198F">
            <w:pPr>
              <w:jc w:val="center"/>
            </w:pPr>
            <w:r>
              <w:t>10 495,05</w:t>
            </w:r>
          </w:p>
        </w:tc>
        <w:tc>
          <w:tcPr>
            <w:tcW w:w="0" w:type="auto"/>
          </w:tcPr>
          <w:p w14:paraId="1AE6E9C4" w14:textId="77777777" w:rsidR="007A5E59" w:rsidRDefault="0095198F">
            <w:pPr>
              <w:jc w:val="center"/>
            </w:pPr>
            <w:r>
              <w:t>10 495,05</w:t>
            </w:r>
          </w:p>
        </w:tc>
      </w:tr>
      <w:tr w:rsidR="007A5E59" w14:paraId="461F9C93" w14:textId="77777777">
        <w:trPr>
          <w:jc w:val="center"/>
        </w:trPr>
        <w:tc>
          <w:tcPr>
            <w:tcW w:w="0" w:type="auto"/>
          </w:tcPr>
          <w:p w14:paraId="2808C469" w14:textId="77777777" w:rsidR="007A5E59" w:rsidRDefault="0095198F">
            <w:r>
              <w:t>2.2.2</w:t>
            </w:r>
          </w:p>
        </w:tc>
        <w:tc>
          <w:tcPr>
            <w:tcW w:w="0" w:type="auto"/>
          </w:tcPr>
          <w:p w14:paraId="7363C051" w14:textId="77777777" w:rsidR="007A5E59" w:rsidRPr="00794D67" w:rsidRDefault="0095198F">
            <w:pPr>
              <w:rPr>
                <w:lang w:val="ru-RU"/>
              </w:rPr>
            </w:pPr>
            <w:r w:rsidRPr="00794D67">
              <w:rPr>
                <w:lang w:val="ru-RU"/>
              </w:rPr>
              <w:t>Расход каменного угля в натуральном выражении</w:t>
            </w:r>
          </w:p>
        </w:tc>
        <w:tc>
          <w:tcPr>
            <w:tcW w:w="0" w:type="auto"/>
          </w:tcPr>
          <w:p w14:paraId="54D5CAE7" w14:textId="77777777" w:rsidR="007A5E59" w:rsidRDefault="0095198F">
            <w:r>
              <w:t>тыс. т</w:t>
            </w:r>
          </w:p>
        </w:tc>
        <w:tc>
          <w:tcPr>
            <w:tcW w:w="0" w:type="auto"/>
          </w:tcPr>
          <w:p w14:paraId="28D5D3EA" w14:textId="77777777" w:rsidR="007A5E59" w:rsidRDefault="0095198F">
            <w:pPr>
              <w:jc w:val="center"/>
            </w:pPr>
            <w:r>
              <w:t>2,642</w:t>
            </w:r>
          </w:p>
        </w:tc>
        <w:tc>
          <w:tcPr>
            <w:tcW w:w="0" w:type="auto"/>
          </w:tcPr>
          <w:p w14:paraId="2E2F833D" w14:textId="77777777" w:rsidR="007A5E59" w:rsidRDefault="0095198F">
            <w:pPr>
              <w:jc w:val="center"/>
            </w:pPr>
            <w:r>
              <w:t>2,702</w:t>
            </w:r>
          </w:p>
        </w:tc>
        <w:tc>
          <w:tcPr>
            <w:tcW w:w="0" w:type="auto"/>
          </w:tcPr>
          <w:p w14:paraId="6FCA7CB8" w14:textId="77777777" w:rsidR="007A5E59" w:rsidRDefault="0095198F">
            <w:pPr>
              <w:jc w:val="center"/>
            </w:pPr>
            <w:r>
              <w:t>2,702</w:t>
            </w:r>
          </w:p>
        </w:tc>
      </w:tr>
      <w:tr w:rsidR="007A5E59" w14:paraId="0953DD55" w14:textId="77777777">
        <w:trPr>
          <w:jc w:val="center"/>
        </w:trPr>
        <w:tc>
          <w:tcPr>
            <w:tcW w:w="0" w:type="auto"/>
          </w:tcPr>
          <w:p w14:paraId="45C68573" w14:textId="77777777" w:rsidR="007A5E59" w:rsidRDefault="0095198F">
            <w:r>
              <w:t>2.2.3</w:t>
            </w:r>
          </w:p>
        </w:tc>
        <w:tc>
          <w:tcPr>
            <w:tcW w:w="0" w:type="auto"/>
          </w:tcPr>
          <w:p w14:paraId="6BFA62A5" w14:textId="77777777" w:rsidR="007A5E59" w:rsidRDefault="0095198F">
            <w:r>
              <w:t>Расход условного топлива</w:t>
            </w:r>
          </w:p>
        </w:tc>
        <w:tc>
          <w:tcPr>
            <w:tcW w:w="0" w:type="auto"/>
          </w:tcPr>
          <w:p w14:paraId="7FA733EC" w14:textId="77777777" w:rsidR="007A5E59" w:rsidRDefault="0095198F">
            <w:r>
              <w:t>тыс. т у.т.</w:t>
            </w:r>
          </w:p>
        </w:tc>
        <w:tc>
          <w:tcPr>
            <w:tcW w:w="0" w:type="auto"/>
          </w:tcPr>
          <w:p w14:paraId="4C7FD8CC" w14:textId="77777777" w:rsidR="007A5E59" w:rsidRDefault="0095198F">
            <w:pPr>
              <w:jc w:val="center"/>
            </w:pPr>
            <w:r>
              <w:t>1,942</w:t>
            </w:r>
          </w:p>
        </w:tc>
        <w:tc>
          <w:tcPr>
            <w:tcW w:w="0" w:type="auto"/>
          </w:tcPr>
          <w:p w14:paraId="5FACF1E2" w14:textId="77777777" w:rsidR="007A5E59" w:rsidRDefault="0095198F">
            <w:pPr>
              <w:jc w:val="center"/>
            </w:pPr>
            <w:r>
              <w:t>1,986</w:t>
            </w:r>
          </w:p>
        </w:tc>
        <w:tc>
          <w:tcPr>
            <w:tcW w:w="0" w:type="auto"/>
          </w:tcPr>
          <w:p w14:paraId="08C85AE6" w14:textId="77777777" w:rsidR="007A5E59" w:rsidRDefault="0095198F">
            <w:pPr>
              <w:jc w:val="center"/>
            </w:pPr>
            <w:r>
              <w:t>1,986</w:t>
            </w:r>
          </w:p>
        </w:tc>
      </w:tr>
      <w:tr w:rsidR="007A5E59" w14:paraId="7DE931FE" w14:textId="77777777">
        <w:trPr>
          <w:jc w:val="center"/>
        </w:trPr>
        <w:tc>
          <w:tcPr>
            <w:tcW w:w="0" w:type="auto"/>
          </w:tcPr>
          <w:p w14:paraId="715ECD0F" w14:textId="77777777" w:rsidR="007A5E59" w:rsidRDefault="0095198F">
            <w:r>
              <w:t>2.2.4</w:t>
            </w:r>
          </w:p>
        </w:tc>
        <w:tc>
          <w:tcPr>
            <w:tcW w:w="0" w:type="auto"/>
          </w:tcPr>
          <w:p w14:paraId="5CEDA7B7" w14:textId="77777777" w:rsidR="007A5E59" w:rsidRPr="00794D67" w:rsidRDefault="0095198F">
            <w:pPr>
              <w:rPr>
                <w:lang w:val="ru-RU"/>
              </w:rPr>
            </w:pPr>
            <w:r w:rsidRPr="00794D67">
              <w:rPr>
                <w:lang w:val="ru-RU"/>
              </w:rPr>
              <w:t>Удельный расход условного топлива на отпуск тепловой энергии</w:t>
            </w:r>
          </w:p>
        </w:tc>
        <w:tc>
          <w:tcPr>
            <w:tcW w:w="0" w:type="auto"/>
          </w:tcPr>
          <w:p w14:paraId="24480DA5" w14:textId="77777777" w:rsidR="007A5E59" w:rsidRDefault="0095198F">
            <w:r>
              <w:t>кг у.т./Гкал</w:t>
            </w:r>
          </w:p>
        </w:tc>
        <w:tc>
          <w:tcPr>
            <w:tcW w:w="0" w:type="auto"/>
          </w:tcPr>
          <w:p w14:paraId="7B403793" w14:textId="77777777" w:rsidR="007A5E59" w:rsidRDefault="0095198F">
            <w:pPr>
              <w:jc w:val="center"/>
            </w:pPr>
            <w:r>
              <w:t>189,21</w:t>
            </w:r>
          </w:p>
        </w:tc>
        <w:tc>
          <w:tcPr>
            <w:tcW w:w="0" w:type="auto"/>
          </w:tcPr>
          <w:p w14:paraId="69A0EAED" w14:textId="77777777" w:rsidR="007A5E59" w:rsidRDefault="0095198F">
            <w:pPr>
              <w:jc w:val="center"/>
            </w:pPr>
            <w:r>
              <w:t>189,21</w:t>
            </w:r>
          </w:p>
        </w:tc>
        <w:tc>
          <w:tcPr>
            <w:tcW w:w="0" w:type="auto"/>
          </w:tcPr>
          <w:p w14:paraId="5D616EEC" w14:textId="77777777" w:rsidR="007A5E59" w:rsidRDefault="0095198F">
            <w:pPr>
              <w:jc w:val="center"/>
            </w:pPr>
            <w:r>
              <w:t>189,21</w:t>
            </w:r>
          </w:p>
        </w:tc>
      </w:tr>
      <w:tr w:rsidR="007A5E59" w14:paraId="13481C14" w14:textId="77777777">
        <w:trPr>
          <w:jc w:val="center"/>
        </w:trPr>
        <w:tc>
          <w:tcPr>
            <w:tcW w:w="0" w:type="auto"/>
          </w:tcPr>
          <w:p w14:paraId="762FCA71" w14:textId="77777777" w:rsidR="007A5E59" w:rsidRDefault="0095198F">
            <w:r>
              <w:t>3.</w:t>
            </w:r>
          </w:p>
        </w:tc>
        <w:tc>
          <w:tcPr>
            <w:tcW w:w="0" w:type="auto"/>
          </w:tcPr>
          <w:p w14:paraId="227643EB" w14:textId="77777777" w:rsidR="007A5E59" w:rsidRDefault="0095198F">
            <w:r>
              <w:t>пгт Каз</w:t>
            </w:r>
          </w:p>
        </w:tc>
        <w:tc>
          <w:tcPr>
            <w:tcW w:w="0" w:type="auto"/>
          </w:tcPr>
          <w:p w14:paraId="2E185362" w14:textId="77777777" w:rsidR="007A5E59" w:rsidRDefault="007A5E59"/>
        </w:tc>
        <w:tc>
          <w:tcPr>
            <w:tcW w:w="0" w:type="auto"/>
          </w:tcPr>
          <w:p w14:paraId="7643953D" w14:textId="77777777" w:rsidR="007A5E59" w:rsidRDefault="007A5E59"/>
        </w:tc>
        <w:tc>
          <w:tcPr>
            <w:tcW w:w="0" w:type="auto"/>
          </w:tcPr>
          <w:p w14:paraId="19C13FAC" w14:textId="77777777" w:rsidR="007A5E59" w:rsidRDefault="007A5E59"/>
        </w:tc>
        <w:tc>
          <w:tcPr>
            <w:tcW w:w="0" w:type="auto"/>
          </w:tcPr>
          <w:p w14:paraId="25B45C5D" w14:textId="77777777" w:rsidR="007A5E59" w:rsidRDefault="007A5E59"/>
        </w:tc>
      </w:tr>
      <w:tr w:rsidR="007A5E59" w:rsidRPr="00C07C05" w14:paraId="0814708A" w14:textId="77777777">
        <w:trPr>
          <w:jc w:val="center"/>
        </w:trPr>
        <w:tc>
          <w:tcPr>
            <w:tcW w:w="0" w:type="auto"/>
          </w:tcPr>
          <w:p w14:paraId="5069D8E5" w14:textId="77777777" w:rsidR="007A5E59" w:rsidRDefault="0095198F">
            <w:r>
              <w:t>3.1</w:t>
            </w:r>
          </w:p>
        </w:tc>
        <w:tc>
          <w:tcPr>
            <w:tcW w:w="0" w:type="auto"/>
          </w:tcPr>
          <w:p w14:paraId="07B2BAC9" w14:textId="77777777" w:rsidR="007A5E59" w:rsidRPr="00794D67" w:rsidRDefault="0095198F">
            <w:pPr>
              <w:rPr>
                <w:lang w:val="ru-RU"/>
              </w:rPr>
            </w:pPr>
            <w:r w:rsidRPr="00794D67">
              <w:rPr>
                <w:lang w:val="ru-RU"/>
              </w:rPr>
              <w:t>Котельная «Производственно-отопительная УПК № 7 Каз»</w:t>
            </w:r>
          </w:p>
        </w:tc>
        <w:tc>
          <w:tcPr>
            <w:tcW w:w="0" w:type="auto"/>
          </w:tcPr>
          <w:p w14:paraId="6EB47294" w14:textId="77777777" w:rsidR="007A5E59" w:rsidRPr="00794D67" w:rsidRDefault="007A5E59">
            <w:pPr>
              <w:rPr>
                <w:lang w:val="ru-RU"/>
              </w:rPr>
            </w:pPr>
          </w:p>
        </w:tc>
        <w:tc>
          <w:tcPr>
            <w:tcW w:w="0" w:type="auto"/>
          </w:tcPr>
          <w:p w14:paraId="1B9C957F" w14:textId="77777777" w:rsidR="007A5E59" w:rsidRPr="00794D67" w:rsidRDefault="007A5E59">
            <w:pPr>
              <w:rPr>
                <w:lang w:val="ru-RU"/>
              </w:rPr>
            </w:pPr>
          </w:p>
        </w:tc>
        <w:tc>
          <w:tcPr>
            <w:tcW w:w="0" w:type="auto"/>
          </w:tcPr>
          <w:p w14:paraId="611FFB2E" w14:textId="77777777" w:rsidR="007A5E59" w:rsidRPr="00794D67" w:rsidRDefault="007A5E59">
            <w:pPr>
              <w:rPr>
                <w:lang w:val="ru-RU"/>
              </w:rPr>
            </w:pPr>
          </w:p>
        </w:tc>
        <w:tc>
          <w:tcPr>
            <w:tcW w:w="0" w:type="auto"/>
          </w:tcPr>
          <w:p w14:paraId="22F40FF2" w14:textId="77777777" w:rsidR="007A5E59" w:rsidRPr="00794D67" w:rsidRDefault="007A5E59">
            <w:pPr>
              <w:rPr>
                <w:lang w:val="ru-RU"/>
              </w:rPr>
            </w:pPr>
          </w:p>
        </w:tc>
      </w:tr>
      <w:tr w:rsidR="007A5E59" w14:paraId="1177274E" w14:textId="77777777">
        <w:trPr>
          <w:jc w:val="center"/>
        </w:trPr>
        <w:tc>
          <w:tcPr>
            <w:tcW w:w="0" w:type="auto"/>
          </w:tcPr>
          <w:p w14:paraId="132E0566" w14:textId="77777777" w:rsidR="007A5E59" w:rsidRDefault="0095198F">
            <w:r>
              <w:t>3.1.1</w:t>
            </w:r>
          </w:p>
        </w:tc>
        <w:tc>
          <w:tcPr>
            <w:tcW w:w="0" w:type="auto"/>
          </w:tcPr>
          <w:p w14:paraId="6791D46C" w14:textId="77777777" w:rsidR="007A5E59" w:rsidRPr="00794D67" w:rsidRDefault="0095198F">
            <w:pPr>
              <w:rPr>
                <w:lang w:val="ru-RU"/>
              </w:rPr>
            </w:pPr>
            <w:r w:rsidRPr="00794D67">
              <w:rPr>
                <w:lang w:val="ru-RU"/>
              </w:rPr>
              <w:t>Объём тепловой энергии, отпускаемой потребителям</w:t>
            </w:r>
          </w:p>
        </w:tc>
        <w:tc>
          <w:tcPr>
            <w:tcW w:w="0" w:type="auto"/>
          </w:tcPr>
          <w:p w14:paraId="608F202E" w14:textId="77777777" w:rsidR="007A5E59" w:rsidRDefault="0095198F">
            <w:r>
              <w:t>Гкал/год</w:t>
            </w:r>
          </w:p>
        </w:tc>
        <w:tc>
          <w:tcPr>
            <w:tcW w:w="0" w:type="auto"/>
          </w:tcPr>
          <w:p w14:paraId="6DD26298" w14:textId="77777777" w:rsidR="007A5E59" w:rsidRDefault="0095198F">
            <w:pPr>
              <w:jc w:val="center"/>
            </w:pPr>
            <w:r>
              <w:t>51 266,40</w:t>
            </w:r>
          </w:p>
        </w:tc>
        <w:tc>
          <w:tcPr>
            <w:tcW w:w="0" w:type="auto"/>
          </w:tcPr>
          <w:p w14:paraId="3B1D51E9" w14:textId="77777777" w:rsidR="007A5E59" w:rsidRDefault="0095198F">
            <w:pPr>
              <w:jc w:val="center"/>
            </w:pPr>
            <w:r>
              <w:t>51 521,40</w:t>
            </w:r>
          </w:p>
        </w:tc>
        <w:tc>
          <w:tcPr>
            <w:tcW w:w="0" w:type="auto"/>
          </w:tcPr>
          <w:p w14:paraId="6EDC38AD" w14:textId="77777777" w:rsidR="007A5E59" w:rsidRDefault="0095198F">
            <w:pPr>
              <w:jc w:val="center"/>
            </w:pPr>
            <w:r>
              <w:t>51 521,40</w:t>
            </w:r>
          </w:p>
        </w:tc>
      </w:tr>
      <w:tr w:rsidR="007A5E59" w14:paraId="4165102E" w14:textId="77777777">
        <w:trPr>
          <w:jc w:val="center"/>
        </w:trPr>
        <w:tc>
          <w:tcPr>
            <w:tcW w:w="0" w:type="auto"/>
          </w:tcPr>
          <w:p w14:paraId="232BA8E4" w14:textId="77777777" w:rsidR="007A5E59" w:rsidRDefault="0095198F">
            <w:r>
              <w:t>3.1.2</w:t>
            </w:r>
          </w:p>
        </w:tc>
        <w:tc>
          <w:tcPr>
            <w:tcW w:w="0" w:type="auto"/>
          </w:tcPr>
          <w:p w14:paraId="5CFAE63A" w14:textId="77777777" w:rsidR="007A5E59" w:rsidRPr="00794D67" w:rsidRDefault="0095198F">
            <w:pPr>
              <w:rPr>
                <w:lang w:val="ru-RU"/>
              </w:rPr>
            </w:pPr>
            <w:r w:rsidRPr="00794D67">
              <w:rPr>
                <w:lang w:val="ru-RU"/>
              </w:rPr>
              <w:t>Расход каменного угля в натуральном выражении</w:t>
            </w:r>
          </w:p>
        </w:tc>
        <w:tc>
          <w:tcPr>
            <w:tcW w:w="0" w:type="auto"/>
          </w:tcPr>
          <w:p w14:paraId="205F3024" w14:textId="77777777" w:rsidR="007A5E59" w:rsidRDefault="0095198F">
            <w:r>
              <w:t>тыс. т</w:t>
            </w:r>
          </w:p>
        </w:tc>
        <w:tc>
          <w:tcPr>
            <w:tcW w:w="0" w:type="auto"/>
          </w:tcPr>
          <w:p w14:paraId="7EC68C39" w14:textId="77777777" w:rsidR="007A5E59" w:rsidRDefault="0095198F">
            <w:pPr>
              <w:jc w:val="center"/>
            </w:pPr>
            <w:r>
              <w:t>13,198</w:t>
            </w:r>
          </w:p>
        </w:tc>
        <w:tc>
          <w:tcPr>
            <w:tcW w:w="0" w:type="auto"/>
          </w:tcPr>
          <w:p w14:paraId="21FE5AEC" w14:textId="77777777" w:rsidR="007A5E59" w:rsidRDefault="0095198F">
            <w:pPr>
              <w:jc w:val="center"/>
            </w:pPr>
            <w:r>
              <w:t>13,263</w:t>
            </w:r>
          </w:p>
        </w:tc>
        <w:tc>
          <w:tcPr>
            <w:tcW w:w="0" w:type="auto"/>
          </w:tcPr>
          <w:p w14:paraId="35F2DF16" w14:textId="77777777" w:rsidR="007A5E59" w:rsidRDefault="0095198F">
            <w:pPr>
              <w:jc w:val="center"/>
            </w:pPr>
            <w:r>
              <w:t>13,263</w:t>
            </w:r>
          </w:p>
        </w:tc>
      </w:tr>
      <w:tr w:rsidR="007A5E59" w14:paraId="7F31062D" w14:textId="77777777">
        <w:trPr>
          <w:jc w:val="center"/>
        </w:trPr>
        <w:tc>
          <w:tcPr>
            <w:tcW w:w="0" w:type="auto"/>
          </w:tcPr>
          <w:p w14:paraId="5D2A8F99" w14:textId="77777777" w:rsidR="007A5E59" w:rsidRDefault="0095198F">
            <w:r>
              <w:t>3.1.3</w:t>
            </w:r>
          </w:p>
        </w:tc>
        <w:tc>
          <w:tcPr>
            <w:tcW w:w="0" w:type="auto"/>
          </w:tcPr>
          <w:p w14:paraId="44D3C715" w14:textId="77777777" w:rsidR="007A5E59" w:rsidRDefault="0095198F">
            <w:r>
              <w:t>Расход условного топлива</w:t>
            </w:r>
          </w:p>
        </w:tc>
        <w:tc>
          <w:tcPr>
            <w:tcW w:w="0" w:type="auto"/>
          </w:tcPr>
          <w:p w14:paraId="0B895D0E" w14:textId="77777777" w:rsidR="007A5E59" w:rsidRDefault="0095198F">
            <w:r>
              <w:t>тыс. т у.т.</w:t>
            </w:r>
          </w:p>
        </w:tc>
        <w:tc>
          <w:tcPr>
            <w:tcW w:w="0" w:type="auto"/>
          </w:tcPr>
          <w:p w14:paraId="2FC38F32" w14:textId="77777777" w:rsidR="007A5E59" w:rsidRDefault="0095198F">
            <w:pPr>
              <w:jc w:val="center"/>
            </w:pPr>
            <w:r>
              <w:t>9,700</w:t>
            </w:r>
          </w:p>
        </w:tc>
        <w:tc>
          <w:tcPr>
            <w:tcW w:w="0" w:type="auto"/>
          </w:tcPr>
          <w:p w14:paraId="7C5931F9" w14:textId="77777777" w:rsidR="007A5E59" w:rsidRDefault="0095198F">
            <w:pPr>
              <w:jc w:val="center"/>
            </w:pPr>
            <w:r>
              <w:t>9,749</w:t>
            </w:r>
          </w:p>
        </w:tc>
        <w:tc>
          <w:tcPr>
            <w:tcW w:w="0" w:type="auto"/>
          </w:tcPr>
          <w:p w14:paraId="04DF223C" w14:textId="77777777" w:rsidR="007A5E59" w:rsidRDefault="0095198F">
            <w:pPr>
              <w:jc w:val="center"/>
            </w:pPr>
            <w:r>
              <w:t>9,749</w:t>
            </w:r>
          </w:p>
        </w:tc>
      </w:tr>
      <w:tr w:rsidR="007A5E59" w14:paraId="65134B30" w14:textId="77777777">
        <w:trPr>
          <w:jc w:val="center"/>
        </w:trPr>
        <w:tc>
          <w:tcPr>
            <w:tcW w:w="0" w:type="auto"/>
          </w:tcPr>
          <w:p w14:paraId="16C6D6E6" w14:textId="77777777" w:rsidR="007A5E59" w:rsidRDefault="0095198F">
            <w:r>
              <w:t>3.1.4</w:t>
            </w:r>
          </w:p>
        </w:tc>
        <w:tc>
          <w:tcPr>
            <w:tcW w:w="0" w:type="auto"/>
          </w:tcPr>
          <w:p w14:paraId="652EF46B" w14:textId="77777777" w:rsidR="007A5E59" w:rsidRPr="00794D67" w:rsidRDefault="0095198F">
            <w:pPr>
              <w:rPr>
                <w:lang w:val="ru-RU"/>
              </w:rPr>
            </w:pPr>
            <w:r w:rsidRPr="00794D67">
              <w:rPr>
                <w:lang w:val="ru-RU"/>
              </w:rPr>
              <w:t>Удельный расход условного топлива на отпуск тепловой энергии</w:t>
            </w:r>
          </w:p>
        </w:tc>
        <w:tc>
          <w:tcPr>
            <w:tcW w:w="0" w:type="auto"/>
          </w:tcPr>
          <w:p w14:paraId="556395EB" w14:textId="77777777" w:rsidR="007A5E59" w:rsidRDefault="0095198F">
            <w:r>
              <w:t>кг у.т./Гкал</w:t>
            </w:r>
          </w:p>
        </w:tc>
        <w:tc>
          <w:tcPr>
            <w:tcW w:w="0" w:type="auto"/>
          </w:tcPr>
          <w:p w14:paraId="687B4B89" w14:textId="77777777" w:rsidR="007A5E59" w:rsidRDefault="0095198F">
            <w:pPr>
              <w:jc w:val="center"/>
            </w:pPr>
            <w:r>
              <w:t>189,21</w:t>
            </w:r>
          </w:p>
        </w:tc>
        <w:tc>
          <w:tcPr>
            <w:tcW w:w="0" w:type="auto"/>
          </w:tcPr>
          <w:p w14:paraId="5D0DA793" w14:textId="77777777" w:rsidR="007A5E59" w:rsidRDefault="0095198F">
            <w:pPr>
              <w:jc w:val="center"/>
            </w:pPr>
            <w:r>
              <w:t>189,21</w:t>
            </w:r>
          </w:p>
        </w:tc>
        <w:tc>
          <w:tcPr>
            <w:tcW w:w="0" w:type="auto"/>
          </w:tcPr>
          <w:p w14:paraId="6FE2A650" w14:textId="77777777" w:rsidR="007A5E59" w:rsidRDefault="0095198F">
            <w:pPr>
              <w:jc w:val="center"/>
            </w:pPr>
            <w:r>
              <w:t>189,21</w:t>
            </w:r>
          </w:p>
        </w:tc>
      </w:tr>
      <w:tr w:rsidR="007A5E59" w14:paraId="3B6BE377" w14:textId="77777777">
        <w:trPr>
          <w:jc w:val="center"/>
        </w:trPr>
        <w:tc>
          <w:tcPr>
            <w:tcW w:w="0" w:type="auto"/>
          </w:tcPr>
          <w:p w14:paraId="303861A8" w14:textId="77777777" w:rsidR="007A5E59" w:rsidRDefault="0095198F">
            <w:r>
              <w:t>4.</w:t>
            </w:r>
          </w:p>
        </w:tc>
        <w:tc>
          <w:tcPr>
            <w:tcW w:w="0" w:type="auto"/>
          </w:tcPr>
          <w:p w14:paraId="7E072F1D" w14:textId="77777777" w:rsidR="007A5E59" w:rsidRDefault="0095198F">
            <w:r>
              <w:t>пгт Мундыбаш</w:t>
            </w:r>
          </w:p>
        </w:tc>
        <w:tc>
          <w:tcPr>
            <w:tcW w:w="0" w:type="auto"/>
          </w:tcPr>
          <w:p w14:paraId="74A75781" w14:textId="77777777" w:rsidR="007A5E59" w:rsidRDefault="007A5E59"/>
        </w:tc>
        <w:tc>
          <w:tcPr>
            <w:tcW w:w="0" w:type="auto"/>
          </w:tcPr>
          <w:p w14:paraId="52D4E653" w14:textId="77777777" w:rsidR="007A5E59" w:rsidRDefault="007A5E59"/>
        </w:tc>
        <w:tc>
          <w:tcPr>
            <w:tcW w:w="0" w:type="auto"/>
          </w:tcPr>
          <w:p w14:paraId="4C94DEBC" w14:textId="77777777" w:rsidR="007A5E59" w:rsidRDefault="007A5E59"/>
        </w:tc>
        <w:tc>
          <w:tcPr>
            <w:tcW w:w="0" w:type="auto"/>
          </w:tcPr>
          <w:p w14:paraId="0631B14F" w14:textId="77777777" w:rsidR="007A5E59" w:rsidRDefault="007A5E59"/>
        </w:tc>
      </w:tr>
      <w:tr w:rsidR="007A5E59" w:rsidRPr="00C07C05" w14:paraId="62C03E3A" w14:textId="77777777">
        <w:trPr>
          <w:jc w:val="center"/>
        </w:trPr>
        <w:tc>
          <w:tcPr>
            <w:tcW w:w="0" w:type="auto"/>
          </w:tcPr>
          <w:p w14:paraId="350215D0" w14:textId="77777777" w:rsidR="007A5E59" w:rsidRDefault="0095198F">
            <w:r>
              <w:t>4.1</w:t>
            </w:r>
          </w:p>
        </w:tc>
        <w:tc>
          <w:tcPr>
            <w:tcW w:w="0" w:type="auto"/>
          </w:tcPr>
          <w:p w14:paraId="2C0B8E47" w14:textId="77777777" w:rsidR="007A5E59" w:rsidRPr="00794D67" w:rsidRDefault="0095198F">
            <w:pPr>
              <w:rPr>
                <w:lang w:val="ru-RU"/>
              </w:rPr>
            </w:pPr>
            <w:r w:rsidRPr="00794D67">
              <w:rPr>
                <w:lang w:val="ru-RU"/>
              </w:rPr>
              <w:t>Котельная «Производственно-отопительная УПК № 8 Мундыбаш»</w:t>
            </w:r>
          </w:p>
        </w:tc>
        <w:tc>
          <w:tcPr>
            <w:tcW w:w="0" w:type="auto"/>
          </w:tcPr>
          <w:p w14:paraId="525DF8BB" w14:textId="77777777" w:rsidR="007A5E59" w:rsidRPr="00794D67" w:rsidRDefault="007A5E59">
            <w:pPr>
              <w:rPr>
                <w:lang w:val="ru-RU"/>
              </w:rPr>
            </w:pPr>
          </w:p>
        </w:tc>
        <w:tc>
          <w:tcPr>
            <w:tcW w:w="0" w:type="auto"/>
          </w:tcPr>
          <w:p w14:paraId="7A1C0DF3" w14:textId="77777777" w:rsidR="007A5E59" w:rsidRPr="00794D67" w:rsidRDefault="007A5E59">
            <w:pPr>
              <w:rPr>
                <w:lang w:val="ru-RU"/>
              </w:rPr>
            </w:pPr>
          </w:p>
        </w:tc>
        <w:tc>
          <w:tcPr>
            <w:tcW w:w="0" w:type="auto"/>
          </w:tcPr>
          <w:p w14:paraId="21501253" w14:textId="77777777" w:rsidR="007A5E59" w:rsidRPr="00794D67" w:rsidRDefault="007A5E59">
            <w:pPr>
              <w:rPr>
                <w:lang w:val="ru-RU"/>
              </w:rPr>
            </w:pPr>
          </w:p>
        </w:tc>
        <w:tc>
          <w:tcPr>
            <w:tcW w:w="0" w:type="auto"/>
          </w:tcPr>
          <w:p w14:paraId="17DBB520" w14:textId="77777777" w:rsidR="007A5E59" w:rsidRPr="00794D67" w:rsidRDefault="007A5E59">
            <w:pPr>
              <w:rPr>
                <w:lang w:val="ru-RU"/>
              </w:rPr>
            </w:pPr>
          </w:p>
        </w:tc>
      </w:tr>
      <w:tr w:rsidR="007A5E59" w14:paraId="29F87255" w14:textId="77777777">
        <w:trPr>
          <w:jc w:val="center"/>
        </w:trPr>
        <w:tc>
          <w:tcPr>
            <w:tcW w:w="0" w:type="auto"/>
          </w:tcPr>
          <w:p w14:paraId="04201A5B" w14:textId="77777777" w:rsidR="007A5E59" w:rsidRDefault="0095198F">
            <w:r>
              <w:t>4.1.1</w:t>
            </w:r>
          </w:p>
        </w:tc>
        <w:tc>
          <w:tcPr>
            <w:tcW w:w="0" w:type="auto"/>
          </w:tcPr>
          <w:p w14:paraId="5E9FBC05" w14:textId="77777777" w:rsidR="007A5E59" w:rsidRPr="00794D67" w:rsidRDefault="0095198F">
            <w:pPr>
              <w:rPr>
                <w:lang w:val="ru-RU"/>
              </w:rPr>
            </w:pPr>
            <w:r w:rsidRPr="00794D67">
              <w:rPr>
                <w:lang w:val="ru-RU"/>
              </w:rPr>
              <w:t>Объём тепловой энергии, отпускаемой потребителям</w:t>
            </w:r>
          </w:p>
        </w:tc>
        <w:tc>
          <w:tcPr>
            <w:tcW w:w="0" w:type="auto"/>
          </w:tcPr>
          <w:p w14:paraId="30FCF70A" w14:textId="77777777" w:rsidR="007A5E59" w:rsidRDefault="0095198F">
            <w:r>
              <w:t>Гкал/год</w:t>
            </w:r>
          </w:p>
        </w:tc>
        <w:tc>
          <w:tcPr>
            <w:tcW w:w="0" w:type="auto"/>
          </w:tcPr>
          <w:p w14:paraId="739E11B2" w14:textId="77777777" w:rsidR="007A5E59" w:rsidRDefault="0095198F">
            <w:pPr>
              <w:jc w:val="center"/>
            </w:pPr>
            <w:r>
              <w:t>21 408,90</w:t>
            </w:r>
          </w:p>
        </w:tc>
        <w:tc>
          <w:tcPr>
            <w:tcW w:w="0" w:type="auto"/>
          </w:tcPr>
          <w:p w14:paraId="1219DC6B" w14:textId="77777777" w:rsidR="007A5E59" w:rsidRDefault="0095198F">
            <w:pPr>
              <w:jc w:val="center"/>
            </w:pPr>
            <w:r>
              <w:t>21 408,90</w:t>
            </w:r>
          </w:p>
        </w:tc>
        <w:tc>
          <w:tcPr>
            <w:tcW w:w="0" w:type="auto"/>
          </w:tcPr>
          <w:p w14:paraId="0529A701" w14:textId="77777777" w:rsidR="007A5E59" w:rsidRDefault="0095198F">
            <w:pPr>
              <w:jc w:val="center"/>
            </w:pPr>
            <w:r>
              <w:t>21 408,90</w:t>
            </w:r>
          </w:p>
        </w:tc>
      </w:tr>
      <w:tr w:rsidR="007A5E59" w14:paraId="6AB19409" w14:textId="77777777">
        <w:trPr>
          <w:jc w:val="center"/>
        </w:trPr>
        <w:tc>
          <w:tcPr>
            <w:tcW w:w="0" w:type="auto"/>
          </w:tcPr>
          <w:p w14:paraId="3B46FDB9" w14:textId="77777777" w:rsidR="007A5E59" w:rsidRDefault="0095198F">
            <w:r>
              <w:t>4.1.2</w:t>
            </w:r>
          </w:p>
        </w:tc>
        <w:tc>
          <w:tcPr>
            <w:tcW w:w="0" w:type="auto"/>
          </w:tcPr>
          <w:p w14:paraId="2D8069B1" w14:textId="77777777" w:rsidR="007A5E59" w:rsidRPr="00794D67" w:rsidRDefault="0095198F">
            <w:pPr>
              <w:rPr>
                <w:lang w:val="ru-RU"/>
              </w:rPr>
            </w:pPr>
            <w:r w:rsidRPr="00794D67">
              <w:rPr>
                <w:lang w:val="ru-RU"/>
              </w:rPr>
              <w:t>Расход каменного угля в натуральном выражении</w:t>
            </w:r>
          </w:p>
        </w:tc>
        <w:tc>
          <w:tcPr>
            <w:tcW w:w="0" w:type="auto"/>
          </w:tcPr>
          <w:p w14:paraId="326369B8" w14:textId="77777777" w:rsidR="007A5E59" w:rsidRDefault="0095198F">
            <w:r>
              <w:t>тыс. т</w:t>
            </w:r>
          </w:p>
        </w:tc>
        <w:tc>
          <w:tcPr>
            <w:tcW w:w="0" w:type="auto"/>
          </w:tcPr>
          <w:p w14:paraId="2ADB7716" w14:textId="77777777" w:rsidR="007A5E59" w:rsidRDefault="0095198F">
            <w:pPr>
              <w:jc w:val="center"/>
            </w:pPr>
            <w:r>
              <w:t>5,511</w:t>
            </w:r>
          </w:p>
        </w:tc>
        <w:tc>
          <w:tcPr>
            <w:tcW w:w="0" w:type="auto"/>
          </w:tcPr>
          <w:p w14:paraId="40744628" w14:textId="77777777" w:rsidR="007A5E59" w:rsidRDefault="0095198F">
            <w:pPr>
              <w:jc w:val="center"/>
            </w:pPr>
            <w:r>
              <w:t>5,511</w:t>
            </w:r>
          </w:p>
        </w:tc>
        <w:tc>
          <w:tcPr>
            <w:tcW w:w="0" w:type="auto"/>
          </w:tcPr>
          <w:p w14:paraId="47B44B17" w14:textId="77777777" w:rsidR="007A5E59" w:rsidRDefault="0095198F">
            <w:pPr>
              <w:jc w:val="center"/>
            </w:pPr>
            <w:r>
              <w:t>5,511</w:t>
            </w:r>
          </w:p>
        </w:tc>
      </w:tr>
      <w:tr w:rsidR="007A5E59" w14:paraId="18AEBB70" w14:textId="77777777">
        <w:trPr>
          <w:jc w:val="center"/>
        </w:trPr>
        <w:tc>
          <w:tcPr>
            <w:tcW w:w="0" w:type="auto"/>
          </w:tcPr>
          <w:p w14:paraId="3988FF93" w14:textId="77777777" w:rsidR="007A5E59" w:rsidRDefault="0095198F">
            <w:r>
              <w:t>4.1.3</w:t>
            </w:r>
          </w:p>
        </w:tc>
        <w:tc>
          <w:tcPr>
            <w:tcW w:w="0" w:type="auto"/>
          </w:tcPr>
          <w:p w14:paraId="57C1903B" w14:textId="77777777" w:rsidR="007A5E59" w:rsidRDefault="0095198F">
            <w:r>
              <w:t>Расход условного топлива</w:t>
            </w:r>
          </w:p>
        </w:tc>
        <w:tc>
          <w:tcPr>
            <w:tcW w:w="0" w:type="auto"/>
          </w:tcPr>
          <w:p w14:paraId="37C6FB81" w14:textId="77777777" w:rsidR="007A5E59" w:rsidRDefault="0095198F">
            <w:r>
              <w:t>тыс. т у.т.</w:t>
            </w:r>
          </w:p>
        </w:tc>
        <w:tc>
          <w:tcPr>
            <w:tcW w:w="0" w:type="auto"/>
          </w:tcPr>
          <w:p w14:paraId="67AB560F" w14:textId="77777777" w:rsidR="007A5E59" w:rsidRDefault="0095198F">
            <w:pPr>
              <w:jc w:val="center"/>
            </w:pPr>
            <w:r>
              <w:t>4,051</w:t>
            </w:r>
          </w:p>
        </w:tc>
        <w:tc>
          <w:tcPr>
            <w:tcW w:w="0" w:type="auto"/>
          </w:tcPr>
          <w:p w14:paraId="33116141" w14:textId="77777777" w:rsidR="007A5E59" w:rsidRDefault="0095198F">
            <w:pPr>
              <w:jc w:val="center"/>
            </w:pPr>
            <w:r>
              <w:t>4,051</w:t>
            </w:r>
          </w:p>
        </w:tc>
        <w:tc>
          <w:tcPr>
            <w:tcW w:w="0" w:type="auto"/>
          </w:tcPr>
          <w:p w14:paraId="3CCCD25B" w14:textId="77777777" w:rsidR="007A5E59" w:rsidRDefault="0095198F">
            <w:pPr>
              <w:jc w:val="center"/>
            </w:pPr>
            <w:r>
              <w:t>4,051</w:t>
            </w:r>
          </w:p>
        </w:tc>
      </w:tr>
      <w:tr w:rsidR="007A5E59" w14:paraId="30CD644B" w14:textId="77777777">
        <w:trPr>
          <w:jc w:val="center"/>
        </w:trPr>
        <w:tc>
          <w:tcPr>
            <w:tcW w:w="0" w:type="auto"/>
          </w:tcPr>
          <w:p w14:paraId="02596B04" w14:textId="77777777" w:rsidR="007A5E59" w:rsidRDefault="0095198F">
            <w:r>
              <w:t>4.1.4</w:t>
            </w:r>
          </w:p>
        </w:tc>
        <w:tc>
          <w:tcPr>
            <w:tcW w:w="0" w:type="auto"/>
          </w:tcPr>
          <w:p w14:paraId="3B6B3C30" w14:textId="77777777" w:rsidR="007A5E59" w:rsidRPr="00794D67" w:rsidRDefault="0095198F">
            <w:pPr>
              <w:rPr>
                <w:lang w:val="ru-RU"/>
              </w:rPr>
            </w:pPr>
            <w:r w:rsidRPr="00794D67">
              <w:rPr>
                <w:lang w:val="ru-RU"/>
              </w:rPr>
              <w:t>Удельный расход условного топлива на отпуск тепловой энергии</w:t>
            </w:r>
          </w:p>
        </w:tc>
        <w:tc>
          <w:tcPr>
            <w:tcW w:w="0" w:type="auto"/>
          </w:tcPr>
          <w:p w14:paraId="1BF0DF13" w14:textId="77777777" w:rsidR="007A5E59" w:rsidRDefault="0095198F">
            <w:r>
              <w:t>кг у.т./Гкал</w:t>
            </w:r>
          </w:p>
        </w:tc>
        <w:tc>
          <w:tcPr>
            <w:tcW w:w="0" w:type="auto"/>
          </w:tcPr>
          <w:p w14:paraId="02AA9A06" w14:textId="77777777" w:rsidR="007A5E59" w:rsidRDefault="0095198F">
            <w:pPr>
              <w:jc w:val="center"/>
            </w:pPr>
            <w:r>
              <w:t>189,21</w:t>
            </w:r>
          </w:p>
        </w:tc>
        <w:tc>
          <w:tcPr>
            <w:tcW w:w="0" w:type="auto"/>
          </w:tcPr>
          <w:p w14:paraId="65E37B8B" w14:textId="77777777" w:rsidR="007A5E59" w:rsidRDefault="0095198F">
            <w:pPr>
              <w:jc w:val="center"/>
            </w:pPr>
            <w:r>
              <w:t>189,21</w:t>
            </w:r>
          </w:p>
        </w:tc>
        <w:tc>
          <w:tcPr>
            <w:tcW w:w="0" w:type="auto"/>
          </w:tcPr>
          <w:p w14:paraId="63077982" w14:textId="77777777" w:rsidR="007A5E59" w:rsidRDefault="0095198F">
            <w:pPr>
              <w:jc w:val="center"/>
            </w:pPr>
            <w:r>
              <w:t>189,21</w:t>
            </w:r>
          </w:p>
        </w:tc>
      </w:tr>
      <w:tr w:rsidR="007A5E59" w14:paraId="159101E4" w14:textId="77777777">
        <w:trPr>
          <w:jc w:val="center"/>
        </w:trPr>
        <w:tc>
          <w:tcPr>
            <w:tcW w:w="0" w:type="auto"/>
          </w:tcPr>
          <w:p w14:paraId="528D5295" w14:textId="77777777" w:rsidR="007A5E59" w:rsidRDefault="0095198F">
            <w:r>
              <w:t>5.</w:t>
            </w:r>
          </w:p>
        </w:tc>
        <w:tc>
          <w:tcPr>
            <w:tcW w:w="0" w:type="auto"/>
          </w:tcPr>
          <w:p w14:paraId="12A606F5" w14:textId="77777777" w:rsidR="007A5E59" w:rsidRDefault="0095198F">
            <w:r>
              <w:t>пгт Темиртау</w:t>
            </w:r>
          </w:p>
        </w:tc>
        <w:tc>
          <w:tcPr>
            <w:tcW w:w="0" w:type="auto"/>
          </w:tcPr>
          <w:p w14:paraId="06659CE7" w14:textId="77777777" w:rsidR="007A5E59" w:rsidRDefault="007A5E59"/>
        </w:tc>
        <w:tc>
          <w:tcPr>
            <w:tcW w:w="0" w:type="auto"/>
          </w:tcPr>
          <w:p w14:paraId="034110BB" w14:textId="77777777" w:rsidR="007A5E59" w:rsidRDefault="007A5E59"/>
        </w:tc>
        <w:tc>
          <w:tcPr>
            <w:tcW w:w="0" w:type="auto"/>
          </w:tcPr>
          <w:p w14:paraId="722B7BFF" w14:textId="77777777" w:rsidR="007A5E59" w:rsidRDefault="007A5E59"/>
        </w:tc>
        <w:tc>
          <w:tcPr>
            <w:tcW w:w="0" w:type="auto"/>
          </w:tcPr>
          <w:p w14:paraId="0940C9F9" w14:textId="77777777" w:rsidR="007A5E59" w:rsidRDefault="007A5E59"/>
        </w:tc>
      </w:tr>
      <w:tr w:rsidR="007A5E59" w:rsidRPr="00C07C05" w14:paraId="7283D689" w14:textId="77777777">
        <w:trPr>
          <w:jc w:val="center"/>
        </w:trPr>
        <w:tc>
          <w:tcPr>
            <w:tcW w:w="0" w:type="auto"/>
          </w:tcPr>
          <w:p w14:paraId="770256A6" w14:textId="77777777" w:rsidR="007A5E59" w:rsidRDefault="0095198F">
            <w:r>
              <w:t>5.1</w:t>
            </w:r>
          </w:p>
        </w:tc>
        <w:tc>
          <w:tcPr>
            <w:tcW w:w="0" w:type="auto"/>
          </w:tcPr>
          <w:p w14:paraId="2FC321CE" w14:textId="77777777" w:rsidR="007A5E59" w:rsidRPr="00794D67" w:rsidRDefault="0095198F">
            <w:pPr>
              <w:rPr>
                <w:lang w:val="ru-RU"/>
              </w:rPr>
            </w:pPr>
            <w:r w:rsidRPr="00794D67">
              <w:rPr>
                <w:lang w:val="ru-RU"/>
              </w:rPr>
              <w:t>Котельная «Производственно-отопительная УПК № 10 Темир-Тау»</w:t>
            </w:r>
          </w:p>
        </w:tc>
        <w:tc>
          <w:tcPr>
            <w:tcW w:w="0" w:type="auto"/>
          </w:tcPr>
          <w:p w14:paraId="6BF4AD48" w14:textId="77777777" w:rsidR="007A5E59" w:rsidRPr="00794D67" w:rsidRDefault="007A5E59">
            <w:pPr>
              <w:rPr>
                <w:lang w:val="ru-RU"/>
              </w:rPr>
            </w:pPr>
          </w:p>
        </w:tc>
        <w:tc>
          <w:tcPr>
            <w:tcW w:w="0" w:type="auto"/>
          </w:tcPr>
          <w:p w14:paraId="24A88E02" w14:textId="77777777" w:rsidR="007A5E59" w:rsidRPr="00794D67" w:rsidRDefault="007A5E59">
            <w:pPr>
              <w:rPr>
                <w:lang w:val="ru-RU"/>
              </w:rPr>
            </w:pPr>
          </w:p>
        </w:tc>
        <w:tc>
          <w:tcPr>
            <w:tcW w:w="0" w:type="auto"/>
          </w:tcPr>
          <w:p w14:paraId="715C9719" w14:textId="77777777" w:rsidR="007A5E59" w:rsidRPr="00794D67" w:rsidRDefault="007A5E59">
            <w:pPr>
              <w:rPr>
                <w:lang w:val="ru-RU"/>
              </w:rPr>
            </w:pPr>
          </w:p>
        </w:tc>
        <w:tc>
          <w:tcPr>
            <w:tcW w:w="0" w:type="auto"/>
          </w:tcPr>
          <w:p w14:paraId="081D9904" w14:textId="77777777" w:rsidR="007A5E59" w:rsidRPr="00794D67" w:rsidRDefault="007A5E59">
            <w:pPr>
              <w:rPr>
                <w:lang w:val="ru-RU"/>
              </w:rPr>
            </w:pPr>
          </w:p>
        </w:tc>
      </w:tr>
      <w:tr w:rsidR="007A5E59" w14:paraId="05F8016F" w14:textId="77777777">
        <w:trPr>
          <w:jc w:val="center"/>
        </w:trPr>
        <w:tc>
          <w:tcPr>
            <w:tcW w:w="0" w:type="auto"/>
          </w:tcPr>
          <w:p w14:paraId="46CA4CCA" w14:textId="77777777" w:rsidR="007A5E59" w:rsidRDefault="0095198F">
            <w:r>
              <w:t>5.1.1</w:t>
            </w:r>
          </w:p>
        </w:tc>
        <w:tc>
          <w:tcPr>
            <w:tcW w:w="0" w:type="auto"/>
          </w:tcPr>
          <w:p w14:paraId="59F0C782" w14:textId="77777777" w:rsidR="007A5E59" w:rsidRPr="00794D67" w:rsidRDefault="0095198F">
            <w:pPr>
              <w:rPr>
                <w:lang w:val="ru-RU"/>
              </w:rPr>
            </w:pPr>
            <w:r w:rsidRPr="00794D67">
              <w:rPr>
                <w:lang w:val="ru-RU"/>
              </w:rPr>
              <w:t>Объём тепловой энергии, отпускаемой потребителям</w:t>
            </w:r>
          </w:p>
        </w:tc>
        <w:tc>
          <w:tcPr>
            <w:tcW w:w="0" w:type="auto"/>
          </w:tcPr>
          <w:p w14:paraId="0522B62C" w14:textId="77777777" w:rsidR="007A5E59" w:rsidRDefault="0095198F">
            <w:r>
              <w:t>Гкал/год</w:t>
            </w:r>
          </w:p>
        </w:tc>
        <w:tc>
          <w:tcPr>
            <w:tcW w:w="0" w:type="auto"/>
          </w:tcPr>
          <w:p w14:paraId="1FB377B3" w14:textId="77777777" w:rsidR="007A5E59" w:rsidRDefault="0095198F">
            <w:pPr>
              <w:jc w:val="center"/>
            </w:pPr>
            <w:r>
              <w:t>22 347,30</w:t>
            </w:r>
          </w:p>
        </w:tc>
        <w:tc>
          <w:tcPr>
            <w:tcW w:w="0" w:type="auto"/>
          </w:tcPr>
          <w:p w14:paraId="4303CCF8" w14:textId="77777777" w:rsidR="007A5E59" w:rsidRDefault="0095198F">
            <w:pPr>
              <w:jc w:val="center"/>
            </w:pPr>
            <w:r>
              <w:t>22 347,30</w:t>
            </w:r>
          </w:p>
        </w:tc>
        <w:tc>
          <w:tcPr>
            <w:tcW w:w="0" w:type="auto"/>
          </w:tcPr>
          <w:p w14:paraId="03DB0FC1" w14:textId="77777777" w:rsidR="007A5E59" w:rsidRDefault="0095198F">
            <w:pPr>
              <w:jc w:val="center"/>
            </w:pPr>
            <w:r>
              <w:t>22 347,30</w:t>
            </w:r>
          </w:p>
        </w:tc>
      </w:tr>
      <w:tr w:rsidR="007A5E59" w14:paraId="3A809D67" w14:textId="77777777">
        <w:trPr>
          <w:jc w:val="center"/>
        </w:trPr>
        <w:tc>
          <w:tcPr>
            <w:tcW w:w="0" w:type="auto"/>
          </w:tcPr>
          <w:p w14:paraId="165BBA25" w14:textId="77777777" w:rsidR="007A5E59" w:rsidRDefault="0095198F">
            <w:r>
              <w:t>5.1.2</w:t>
            </w:r>
          </w:p>
        </w:tc>
        <w:tc>
          <w:tcPr>
            <w:tcW w:w="0" w:type="auto"/>
          </w:tcPr>
          <w:p w14:paraId="5800E778" w14:textId="77777777" w:rsidR="007A5E59" w:rsidRPr="00794D67" w:rsidRDefault="0095198F">
            <w:pPr>
              <w:rPr>
                <w:lang w:val="ru-RU"/>
              </w:rPr>
            </w:pPr>
            <w:r w:rsidRPr="00794D67">
              <w:rPr>
                <w:lang w:val="ru-RU"/>
              </w:rPr>
              <w:t>Расход каменного угля в натуральном выражении</w:t>
            </w:r>
          </w:p>
        </w:tc>
        <w:tc>
          <w:tcPr>
            <w:tcW w:w="0" w:type="auto"/>
          </w:tcPr>
          <w:p w14:paraId="35BCD21E" w14:textId="77777777" w:rsidR="007A5E59" w:rsidRDefault="0095198F">
            <w:r>
              <w:t>тыс. т</w:t>
            </w:r>
          </w:p>
        </w:tc>
        <w:tc>
          <w:tcPr>
            <w:tcW w:w="0" w:type="auto"/>
          </w:tcPr>
          <w:p w14:paraId="27D5957A" w14:textId="77777777" w:rsidR="007A5E59" w:rsidRDefault="0095198F">
            <w:pPr>
              <w:jc w:val="center"/>
            </w:pPr>
            <w:r>
              <w:t>5,753</w:t>
            </w:r>
          </w:p>
        </w:tc>
        <w:tc>
          <w:tcPr>
            <w:tcW w:w="0" w:type="auto"/>
          </w:tcPr>
          <w:p w14:paraId="47D43539" w14:textId="77777777" w:rsidR="007A5E59" w:rsidRDefault="0095198F">
            <w:pPr>
              <w:jc w:val="center"/>
            </w:pPr>
            <w:r>
              <w:t>5,753</w:t>
            </w:r>
          </w:p>
        </w:tc>
        <w:tc>
          <w:tcPr>
            <w:tcW w:w="0" w:type="auto"/>
          </w:tcPr>
          <w:p w14:paraId="330AA59F" w14:textId="77777777" w:rsidR="007A5E59" w:rsidRDefault="0095198F">
            <w:pPr>
              <w:jc w:val="center"/>
            </w:pPr>
            <w:r>
              <w:t>5,753</w:t>
            </w:r>
          </w:p>
        </w:tc>
      </w:tr>
      <w:tr w:rsidR="007A5E59" w14:paraId="2414BEA4" w14:textId="77777777">
        <w:trPr>
          <w:jc w:val="center"/>
        </w:trPr>
        <w:tc>
          <w:tcPr>
            <w:tcW w:w="0" w:type="auto"/>
          </w:tcPr>
          <w:p w14:paraId="73234DAF" w14:textId="77777777" w:rsidR="007A5E59" w:rsidRDefault="0095198F">
            <w:r>
              <w:t>5.1.3</w:t>
            </w:r>
          </w:p>
        </w:tc>
        <w:tc>
          <w:tcPr>
            <w:tcW w:w="0" w:type="auto"/>
          </w:tcPr>
          <w:p w14:paraId="2C68278A" w14:textId="77777777" w:rsidR="007A5E59" w:rsidRDefault="0095198F">
            <w:r>
              <w:t>Расход условного топлива</w:t>
            </w:r>
          </w:p>
        </w:tc>
        <w:tc>
          <w:tcPr>
            <w:tcW w:w="0" w:type="auto"/>
          </w:tcPr>
          <w:p w14:paraId="32C1A171" w14:textId="77777777" w:rsidR="007A5E59" w:rsidRDefault="0095198F">
            <w:r>
              <w:t>тыс. т у.т.</w:t>
            </w:r>
          </w:p>
        </w:tc>
        <w:tc>
          <w:tcPr>
            <w:tcW w:w="0" w:type="auto"/>
          </w:tcPr>
          <w:p w14:paraId="495B2A64" w14:textId="77777777" w:rsidR="007A5E59" w:rsidRDefault="0095198F">
            <w:pPr>
              <w:jc w:val="center"/>
            </w:pPr>
            <w:r>
              <w:t>4,228</w:t>
            </w:r>
          </w:p>
        </w:tc>
        <w:tc>
          <w:tcPr>
            <w:tcW w:w="0" w:type="auto"/>
          </w:tcPr>
          <w:p w14:paraId="49761CF6" w14:textId="77777777" w:rsidR="007A5E59" w:rsidRDefault="0095198F">
            <w:pPr>
              <w:jc w:val="center"/>
            </w:pPr>
            <w:r>
              <w:t>4,228</w:t>
            </w:r>
          </w:p>
        </w:tc>
        <w:tc>
          <w:tcPr>
            <w:tcW w:w="0" w:type="auto"/>
          </w:tcPr>
          <w:p w14:paraId="5341F304" w14:textId="77777777" w:rsidR="007A5E59" w:rsidRDefault="0095198F">
            <w:pPr>
              <w:jc w:val="center"/>
            </w:pPr>
            <w:r>
              <w:t>4,228</w:t>
            </w:r>
          </w:p>
        </w:tc>
      </w:tr>
      <w:tr w:rsidR="007A5E59" w14:paraId="5F2DC819" w14:textId="77777777">
        <w:trPr>
          <w:jc w:val="center"/>
        </w:trPr>
        <w:tc>
          <w:tcPr>
            <w:tcW w:w="0" w:type="auto"/>
          </w:tcPr>
          <w:p w14:paraId="4AE2596B" w14:textId="77777777" w:rsidR="007A5E59" w:rsidRDefault="0095198F">
            <w:r>
              <w:t>5.1.4</w:t>
            </w:r>
          </w:p>
        </w:tc>
        <w:tc>
          <w:tcPr>
            <w:tcW w:w="0" w:type="auto"/>
          </w:tcPr>
          <w:p w14:paraId="688D2E6B" w14:textId="77777777" w:rsidR="007A5E59" w:rsidRPr="00794D67" w:rsidRDefault="0095198F">
            <w:pPr>
              <w:rPr>
                <w:lang w:val="ru-RU"/>
              </w:rPr>
            </w:pPr>
            <w:r w:rsidRPr="00794D67">
              <w:rPr>
                <w:lang w:val="ru-RU"/>
              </w:rPr>
              <w:t>Удельный расход условного топлива на отпуск тепловой энергии</w:t>
            </w:r>
          </w:p>
        </w:tc>
        <w:tc>
          <w:tcPr>
            <w:tcW w:w="0" w:type="auto"/>
          </w:tcPr>
          <w:p w14:paraId="0B3AA2D4" w14:textId="77777777" w:rsidR="007A5E59" w:rsidRDefault="0095198F">
            <w:r>
              <w:t>кг у.т./Гкал</w:t>
            </w:r>
          </w:p>
        </w:tc>
        <w:tc>
          <w:tcPr>
            <w:tcW w:w="0" w:type="auto"/>
          </w:tcPr>
          <w:p w14:paraId="63855E54" w14:textId="77777777" w:rsidR="007A5E59" w:rsidRDefault="0095198F">
            <w:pPr>
              <w:jc w:val="center"/>
            </w:pPr>
            <w:r>
              <w:t>189,21</w:t>
            </w:r>
          </w:p>
        </w:tc>
        <w:tc>
          <w:tcPr>
            <w:tcW w:w="0" w:type="auto"/>
          </w:tcPr>
          <w:p w14:paraId="0E80A904" w14:textId="77777777" w:rsidR="007A5E59" w:rsidRDefault="0095198F">
            <w:pPr>
              <w:jc w:val="center"/>
            </w:pPr>
            <w:r>
              <w:t>189,21</w:t>
            </w:r>
          </w:p>
        </w:tc>
        <w:tc>
          <w:tcPr>
            <w:tcW w:w="0" w:type="auto"/>
          </w:tcPr>
          <w:p w14:paraId="78E0B286" w14:textId="77777777" w:rsidR="007A5E59" w:rsidRDefault="0095198F">
            <w:pPr>
              <w:jc w:val="center"/>
            </w:pPr>
            <w:r>
              <w:t>189,21</w:t>
            </w:r>
          </w:p>
        </w:tc>
      </w:tr>
      <w:tr w:rsidR="007A5E59" w14:paraId="7D8EB867" w14:textId="77777777">
        <w:trPr>
          <w:jc w:val="center"/>
        </w:trPr>
        <w:tc>
          <w:tcPr>
            <w:tcW w:w="0" w:type="auto"/>
          </w:tcPr>
          <w:p w14:paraId="7A624603" w14:textId="77777777" w:rsidR="007A5E59" w:rsidRDefault="0095198F">
            <w:r>
              <w:t>6.</w:t>
            </w:r>
          </w:p>
        </w:tc>
        <w:tc>
          <w:tcPr>
            <w:tcW w:w="0" w:type="auto"/>
          </w:tcPr>
          <w:p w14:paraId="2724E69D" w14:textId="77777777" w:rsidR="007A5E59" w:rsidRDefault="0095198F">
            <w:r>
              <w:t>пгт Спасск</w:t>
            </w:r>
          </w:p>
        </w:tc>
        <w:tc>
          <w:tcPr>
            <w:tcW w:w="0" w:type="auto"/>
          </w:tcPr>
          <w:p w14:paraId="4DAFE2E3" w14:textId="77777777" w:rsidR="007A5E59" w:rsidRDefault="007A5E59"/>
        </w:tc>
        <w:tc>
          <w:tcPr>
            <w:tcW w:w="0" w:type="auto"/>
          </w:tcPr>
          <w:p w14:paraId="6F9FEDBD" w14:textId="77777777" w:rsidR="007A5E59" w:rsidRDefault="007A5E59"/>
        </w:tc>
        <w:tc>
          <w:tcPr>
            <w:tcW w:w="0" w:type="auto"/>
          </w:tcPr>
          <w:p w14:paraId="65704C3E" w14:textId="77777777" w:rsidR="007A5E59" w:rsidRDefault="007A5E59"/>
        </w:tc>
        <w:tc>
          <w:tcPr>
            <w:tcW w:w="0" w:type="auto"/>
          </w:tcPr>
          <w:p w14:paraId="2029C59C" w14:textId="77777777" w:rsidR="007A5E59" w:rsidRDefault="007A5E59"/>
        </w:tc>
      </w:tr>
      <w:tr w:rsidR="007A5E59" w:rsidRPr="00C07C05" w14:paraId="6603B98E" w14:textId="77777777">
        <w:trPr>
          <w:jc w:val="center"/>
        </w:trPr>
        <w:tc>
          <w:tcPr>
            <w:tcW w:w="0" w:type="auto"/>
          </w:tcPr>
          <w:p w14:paraId="6745333D" w14:textId="77777777" w:rsidR="007A5E59" w:rsidRDefault="0095198F">
            <w:r>
              <w:t>6.1</w:t>
            </w:r>
          </w:p>
        </w:tc>
        <w:tc>
          <w:tcPr>
            <w:tcW w:w="0" w:type="auto"/>
          </w:tcPr>
          <w:p w14:paraId="64CB93AF" w14:textId="77777777" w:rsidR="007A5E59" w:rsidRPr="00794D67" w:rsidRDefault="0095198F">
            <w:pPr>
              <w:rPr>
                <w:lang w:val="ru-RU"/>
              </w:rPr>
            </w:pPr>
            <w:r w:rsidRPr="00794D67">
              <w:rPr>
                <w:lang w:val="ru-RU"/>
              </w:rPr>
              <w:t>Котельная «Производственно-отопительная УПК № 3 Спасск»</w:t>
            </w:r>
          </w:p>
        </w:tc>
        <w:tc>
          <w:tcPr>
            <w:tcW w:w="0" w:type="auto"/>
          </w:tcPr>
          <w:p w14:paraId="70ED8952" w14:textId="77777777" w:rsidR="007A5E59" w:rsidRPr="00794D67" w:rsidRDefault="007A5E59">
            <w:pPr>
              <w:rPr>
                <w:lang w:val="ru-RU"/>
              </w:rPr>
            </w:pPr>
          </w:p>
        </w:tc>
        <w:tc>
          <w:tcPr>
            <w:tcW w:w="0" w:type="auto"/>
          </w:tcPr>
          <w:p w14:paraId="63BA0C71" w14:textId="77777777" w:rsidR="007A5E59" w:rsidRPr="00794D67" w:rsidRDefault="007A5E59">
            <w:pPr>
              <w:rPr>
                <w:lang w:val="ru-RU"/>
              </w:rPr>
            </w:pPr>
          </w:p>
        </w:tc>
        <w:tc>
          <w:tcPr>
            <w:tcW w:w="0" w:type="auto"/>
          </w:tcPr>
          <w:p w14:paraId="737C3C6A" w14:textId="77777777" w:rsidR="007A5E59" w:rsidRPr="00794D67" w:rsidRDefault="007A5E59">
            <w:pPr>
              <w:rPr>
                <w:lang w:val="ru-RU"/>
              </w:rPr>
            </w:pPr>
          </w:p>
        </w:tc>
        <w:tc>
          <w:tcPr>
            <w:tcW w:w="0" w:type="auto"/>
          </w:tcPr>
          <w:p w14:paraId="0026A7E5" w14:textId="77777777" w:rsidR="007A5E59" w:rsidRPr="00794D67" w:rsidRDefault="007A5E59">
            <w:pPr>
              <w:rPr>
                <w:lang w:val="ru-RU"/>
              </w:rPr>
            </w:pPr>
          </w:p>
        </w:tc>
      </w:tr>
      <w:tr w:rsidR="007A5E59" w14:paraId="14BAB353" w14:textId="77777777">
        <w:trPr>
          <w:jc w:val="center"/>
        </w:trPr>
        <w:tc>
          <w:tcPr>
            <w:tcW w:w="0" w:type="auto"/>
          </w:tcPr>
          <w:p w14:paraId="37F273B9" w14:textId="77777777" w:rsidR="007A5E59" w:rsidRDefault="0095198F">
            <w:r>
              <w:t>6.1.1</w:t>
            </w:r>
          </w:p>
        </w:tc>
        <w:tc>
          <w:tcPr>
            <w:tcW w:w="0" w:type="auto"/>
          </w:tcPr>
          <w:p w14:paraId="6B4E6116" w14:textId="77777777" w:rsidR="007A5E59" w:rsidRPr="00794D67" w:rsidRDefault="0095198F">
            <w:pPr>
              <w:rPr>
                <w:lang w:val="ru-RU"/>
              </w:rPr>
            </w:pPr>
            <w:r w:rsidRPr="00794D67">
              <w:rPr>
                <w:lang w:val="ru-RU"/>
              </w:rPr>
              <w:t>Объём тепловой энергии, отпускаемой потребителям</w:t>
            </w:r>
          </w:p>
        </w:tc>
        <w:tc>
          <w:tcPr>
            <w:tcW w:w="0" w:type="auto"/>
          </w:tcPr>
          <w:p w14:paraId="38EF83E0" w14:textId="77777777" w:rsidR="007A5E59" w:rsidRDefault="0095198F">
            <w:r>
              <w:t>Гкал/год</w:t>
            </w:r>
          </w:p>
        </w:tc>
        <w:tc>
          <w:tcPr>
            <w:tcW w:w="0" w:type="auto"/>
          </w:tcPr>
          <w:p w14:paraId="57A2FE04" w14:textId="77777777" w:rsidR="007A5E59" w:rsidRDefault="0095198F">
            <w:pPr>
              <w:jc w:val="center"/>
            </w:pPr>
            <w:r>
              <w:t>3 186,30</w:t>
            </w:r>
          </w:p>
        </w:tc>
        <w:tc>
          <w:tcPr>
            <w:tcW w:w="0" w:type="auto"/>
          </w:tcPr>
          <w:p w14:paraId="22F7D0E6" w14:textId="77777777" w:rsidR="007A5E59" w:rsidRDefault="0095198F">
            <w:pPr>
              <w:jc w:val="center"/>
            </w:pPr>
            <w:r>
              <w:t>3 209,30</w:t>
            </w:r>
          </w:p>
        </w:tc>
        <w:tc>
          <w:tcPr>
            <w:tcW w:w="0" w:type="auto"/>
          </w:tcPr>
          <w:p w14:paraId="1815BB2F" w14:textId="77777777" w:rsidR="007A5E59" w:rsidRDefault="0095198F">
            <w:pPr>
              <w:jc w:val="center"/>
            </w:pPr>
            <w:r>
              <w:t>3 209,30</w:t>
            </w:r>
          </w:p>
        </w:tc>
      </w:tr>
      <w:tr w:rsidR="007A5E59" w14:paraId="1805F00E" w14:textId="77777777">
        <w:trPr>
          <w:jc w:val="center"/>
        </w:trPr>
        <w:tc>
          <w:tcPr>
            <w:tcW w:w="0" w:type="auto"/>
          </w:tcPr>
          <w:p w14:paraId="597E21EF" w14:textId="77777777" w:rsidR="007A5E59" w:rsidRDefault="0095198F">
            <w:r>
              <w:t>6.1.2</w:t>
            </w:r>
          </w:p>
        </w:tc>
        <w:tc>
          <w:tcPr>
            <w:tcW w:w="0" w:type="auto"/>
          </w:tcPr>
          <w:p w14:paraId="56E8C329" w14:textId="77777777" w:rsidR="007A5E59" w:rsidRPr="00794D67" w:rsidRDefault="0095198F">
            <w:pPr>
              <w:rPr>
                <w:lang w:val="ru-RU"/>
              </w:rPr>
            </w:pPr>
            <w:r w:rsidRPr="00794D67">
              <w:rPr>
                <w:lang w:val="ru-RU"/>
              </w:rPr>
              <w:t>Расход каменного угля в натуральном выражении</w:t>
            </w:r>
          </w:p>
        </w:tc>
        <w:tc>
          <w:tcPr>
            <w:tcW w:w="0" w:type="auto"/>
          </w:tcPr>
          <w:p w14:paraId="3A93E6F8" w14:textId="77777777" w:rsidR="007A5E59" w:rsidRDefault="0095198F">
            <w:r>
              <w:t>тыс. т</w:t>
            </w:r>
          </w:p>
        </w:tc>
        <w:tc>
          <w:tcPr>
            <w:tcW w:w="0" w:type="auto"/>
          </w:tcPr>
          <w:p w14:paraId="57108139" w14:textId="77777777" w:rsidR="007A5E59" w:rsidRDefault="0095198F">
            <w:pPr>
              <w:jc w:val="center"/>
            </w:pPr>
            <w:r>
              <w:t>0,740</w:t>
            </w:r>
          </w:p>
        </w:tc>
        <w:tc>
          <w:tcPr>
            <w:tcW w:w="0" w:type="auto"/>
          </w:tcPr>
          <w:p w14:paraId="2F3A4C56" w14:textId="77777777" w:rsidR="007A5E59" w:rsidRDefault="0095198F">
            <w:pPr>
              <w:jc w:val="center"/>
            </w:pPr>
            <w:r>
              <w:t>0,746</w:t>
            </w:r>
          </w:p>
        </w:tc>
        <w:tc>
          <w:tcPr>
            <w:tcW w:w="0" w:type="auto"/>
          </w:tcPr>
          <w:p w14:paraId="6A8F56E8" w14:textId="77777777" w:rsidR="007A5E59" w:rsidRDefault="0095198F">
            <w:pPr>
              <w:jc w:val="center"/>
            </w:pPr>
            <w:r>
              <w:t>0,746</w:t>
            </w:r>
          </w:p>
        </w:tc>
      </w:tr>
      <w:tr w:rsidR="007A5E59" w14:paraId="2CC0DAA5" w14:textId="77777777">
        <w:trPr>
          <w:jc w:val="center"/>
        </w:trPr>
        <w:tc>
          <w:tcPr>
            <w:tcW w:w="0" w:type="auto"/>
          </w:tcPr>
          <w:p w14:paraId="36D70089" w14:textId="77777777" w:rsidR="007A5E59" w:rsidRDefault="0095198F">
            <w:r>
              <w:t>6.1.3</w:t>
            </w:r>
          </w:p>
        </w:tc>
        <w:tc>
          <w:tcPr>
            <w:tcW w:w="0" w:type="auto"/>
          </w:tcPr>
          <w:p w14:paraId="713C4B21" w14:textId="77777777" w:rsidR="007A5E59" w:rsidRDefault="0095198F">
            <w:r>
              <w:t>Расход условного топлива</w:t>
            </w:r>
          </w:p>
        </w:tc>
        <w:tc>
          <w:tcPr>
            <w:tcW w:w="0" w:type="auto"/>
          </w:tcPr>
          <w:p w14:paraId="311B1625" w14:textId="77777777" w:rsidR="007A5E59" w:rsidRDefault="0095198F">
            <w:r>
              <w:t>тыс. т у.т.</w:t>
            </w:r>
          </w:p>
        </w:tc>
        <w:tc>
          <w:tcPr>
            <w:tcW w:w="0" w:type="auto"/>
          </w:tcPr>
          <w:p w14:paraId="772D454E" w14:textId="77777777" w:rsidR="007A5E59" w:rsidRDefault="0095198F">
            <w:pPr>
              <w:jc w:val="center"/>
            </w:pPr>
            <w:r>
              <w:t>0,603</w:t>
            </w:r>
          </w:p>
        </w:tc>
        <w:tc>
          <w:tcPr>
            <w:tcW w:w="0" w:type="auto"/>
          </w:tcPr>
          <w:p w14:paraId="1EC8C690" w14:textId="77777777" w:rsidR="007A5E59" w:rsidRDefault="0095198F">
            <w:pPr>
              <w:jc w:val="center"/>
            </w:pPr>
            <w:r>
              <w:t>0,607</w:t>
            </w:r>
          </w:p>
        </w:tc>
        <w:tc>
          <w:tcPr>
            <w:tcW w:w="0" w:type="auto"/>
          </w:tcPr>
          <w:p w14:paraId="1776344B" w14:textId="77777777" w:rsidR="007A5E59" w:rsidRDefault="0095198F">
            <w:pPr>
              <w:jc w:val="center"/>
            </w:pPr>
            <w:r>
              <w:t>0,607</w:t>
            </w:r>
          </w:p>
        </w:tc>
      </w:tr>
      <w:tr w:rsidR="007A5E59" w14:paraId="2EBD1482" w14:textId="77777777">
        <w:trPr>
          <w:jc w:val="center"/>
        </w:trPr>
        <w:tc>
          <w:tcPr>
            <w:tcW w:w="0" w:type="auto"/>
          </w:tcPr>
          <w:p w14:paraId="7D90A4A9" w14:textId="77777777" w:rsidR="007A5E59" w:rsidRDefault="0095198F">
            <w:r>
              <w:t>6.1.4</w:t>
            </w:r>
          </w:p>
        </w:tc>
        <w:tc>
          <w:tcPr>
            <w:tcW w:w="0" w:type="auto"/>
          </w:tcPr>
          <w:p w14:paraId="3109D47E" w14:textId="77777777" w:rsidR="007A5E59" w:rsidRPr="00794D67" w:rsidRDefault="0095198F">
            <w:pPr>
              <w:rPr>
                <w:lang w:val="ru-RU"/>
              </w:rPr>
            </w:pPr>
            <w:r w:rsidRPr="00794D67">
              <w:rPr>
                <w:lang w:val="ru-RU"/>
              </w:rPr>
              <w:t>Удельный расход условного топлива на отпуск тепловой энергии</w:t>
            </w:r>
          </w:p>
        </w:tc>
        <w:tc>
          <w:tcPr>
            <w:tcW w:w="0" w:type="auto"/>
          </w:tcPr>
          <w:p w14:paraId="6129AB3B" w14:textId="77777777" w:rsidR="007A5E59" w:rsidRDefault="0095198F">
            <w:r>
              <w:t>кг у.т./Гкал</w:t>
            </w:r>
          </w:p>
        </w:tc>
        <w:tc>
          <w:tcPr>
            <w:tcW w:w="0" w:type="auto"/>
          </w:tcPr>
          <w:p w14:paraId="169ADEE3" w14:textId="77777777" w:rsidR="007A5E59" w:rsidRDefault="0095198F">
            <w:pPr>
              <w:jc w:val="center"/>
            </w:pPr>
            <w:r>
              <w:t>189,21</w:t>
            </w:r>
          </w:p>
        </w:tc>
        <w:tc>
          <w:tcPr>
            <w:tcW w:w="0" w:type="auto"/>
          </w:tcPr>
          <w:p w14:paraId="4E6565E2" w14:textId="77777777" w:rsidR="007A5E59" w:rsidRDefault="0095198F">
            <w:pPr>
              <w:jc w:val="center"/>
            </w:pPr>
            <w:r>
              <w:t>189,21</w:t>
            </w:r>
          </w:p>
        </w:tc>
        <w:tc>
          <w:tcPr>
            <w:tcW w:w="0" w:type="auto"/>
          </w:tcPr>
          <w:p w14:paraId="23026A84" w14:textId="77777777" w:rsidR="007A5E59" w:rsidRDefault="0095198F">
            <w:pPr>
              <w:jc w:val="center"/>
            </w:pPr>
            <w:r>
              <w:t>189,21</w:t>
            </w:r>
          </w:p>
        </w:tc>
      </w:tr>
    </w:tbl>
    <w:p w14:paraId="26C88ECD" w14:textId="77777777" w:rsidR="007A5E59" w:rsidRPr="00794D67" w:rsidRDefault="0095198F">
      <w:pPr>
        <w:spacing w:after="0"/>
        <w:ind w:firstLine="709"/>
        <w:jc w:val="both"/>
        <w:rPr>
          <w:lang w:val="ru-RU"/>
        </w:rPr>
      </w:pPr>
      <w:r w:rsidRPr="00794D67">
        <w:rPr>
          <w:lang w:val="ru-RU"/>
        </w:rPr>
        <w:t>1. Объём отпуска тепловой энергии (строки х.х.1) принимается с листа «Таблица 1.7» расчётной книги и собственных значений не содержит. Перспектива соответствует принятой модели развития: приросты спроса учтены один раз, на листе «Таблица 1.6» расчётной книги.</w:t>
      </w:r>
    </w:p>
    <w:p w14:paraId="771B2490" w14:textId="77777777" w:rsidR="007A5E59" w:rsidRPr="00794D67" w:rsidRDefault="0095198F">
      <w:pPr>
        <w:spacing w:after="0"/>
        <w:ind w:firstLine="709"/>
        <w:jc w:val="both"/>
        <w:rPr>
          <w:lang w:val="ru-RU"/>
        </w:rPr>
      </w:pPr>
      <w:r w:rsidRPr="00794D67">
        <w:rPr>
          <w:lang w:val="ru-RU"/>
        </w:rPr>
        <w:t>2. Расход натурального топлива рассчитан от отпуска по низшей теплоте сгорания, принятой раздельно для каждого источника по перечню котельных и котлов ООО «ЮКЭК» по состоянию на 31.07.2026, представленному Заказчиком: марка ДГр, 5 700 ккал/кг — УПК № 1, УПК № 9 ГРЭ и УПК № 3 Спасск; марка Др, 5 145 ккал/кг — остальные семь действующих источников. Ранее применявшиеся величины 5 250 и 5 593 ккал/кг относились к более ранним материалам и заменены; по УПК № 5 Новый Шерегеш, УПК № 6 Старый Шерегеш и УПК № 8 Мундыбаш теплота сгорания ранее не была установлена, и графы оставались незаполненными — теперь они рассчитаны по общей методике таблицы. Коэффициент полезного действия 0,755 не изменялся: он получен из норматива удельного расхода 189,15 кг у. т./Гкал, заявленного организацией, а перечень приводит коэффициент по отдельным котлоагрегатам без распределения выработки между ними. Теплота сгорания определяет расход натурального топлива; на удельный расход условного топлива при неизменном коэффициенте полезного действия она не влияет.</w:t>
      </w:r>
    </w:p>
    <w:p w14:paraId="67569D33" w14:textId="77777777" w:rsidR="007A5E59" w:rsidRPr="00794D67" w:rsidRDefault="0095198F">
      <w:pPr>
        <w:spacing w:after="0"/>
        <w:ind w:firstLine="709"/>
        <w:jc w:val="both"/>
        <w:rPr>
          <w:lang w:val="ru-RU"/>
        </w:rPr>
      </w:pPr>
      <w:r w:rsidRPr="00794D67">
        <w:rPr>
          <w:lang w:val="ru-RU"/>
        </w:rPr>
        <w:t>3. Прежняя редакция таблицы содержала одиннадцать годовых граф 2026–2036 с постоянным приращением отпуска, не подтверждённым источником: для УПК № 1 приращение составляло 53 300,82 Гкал в год при полном годовом отпуске 215 899,4 Гкал. Та серия противоречила принятой перспективе и удалена, таблица 10.1 приведена к трём контрольным этапам канона. По замечанию экспертизы годовой ряд восстановлен таблицей 10.2 на иной основе: значения промежуточных лет получены интерполяцией между подтверждёнными этапами 2026 и 2031 годов и постоянством с 2031 по 2036 год. Полученный ряд воспроизводит все три контрольных этапа таблицы 10.1 и согласуется с годовым рядом спроса расчётной книги; приращение отпуска УПК № 1 составляет 47,46 Гкал в год.</w:t>
      </w:r>
    </w:p>
    <w:p w14:paraId="00D99528" w14:textId="77777777" w:rsidR="0030026E" w:rsidRPr="00794D67" w:rsidRDefault="0019537C">
      <w:pPr>
        <w:rPr>
          <w:lang w:val="ru-RU"/>
        </w:rPr>
      </w:pPr>
      <w:r w:rsidRPr="00794D67">
        <w:rPr>
          <w:lang w:val="ru-RU"/>
        </w:rPr>
        <w:t>Годовой топливный баланс приведён ниже по каждому источнику тепловой энергии и по единой теплоснабжающей организации в целом. Для каждого источника указаны вид ископаемого угля по межгосударственному стандарту ГОСТ 25543-2013 и низшая теплота сгорания, чем выполняется подпункт «в» пункта 14 требований к схемам теплоснабжения.</w:t>
      </w:r>
    </w:p>
    <w:p w14:paraId="363BDB06" w14:textId="77777777" w:rsidR="00B808F9" w:rsidRPr="00794D67" w:rsidRDefault="00B808F9">
      <w:pPr>
        <w:rPr>
          <w:lang w:val="ru-RU"/>
        </w:rPr>
        <w:sectPr w:rsidR="00B808F9" w:rsidRPr="00794D67" w:rsidSect="00034616">
          <w:footerReference w:type="default" r:id="rId95"/>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14E5790" w14:textId="77777777" w:rsidR="0030026E" w:rsidRPr="00794D67" w:rsidRDefault="0019537C">
      <w:pPr>
        <w:rPr>
          <w:lang w:val="ru-RU"/>
        </w:rPr>
      </w:pPr>
      <w:r w:rsidRPr="00794D67">
        <w:rPr>
          <w:lang w:val="ru-RU"/>
        </w:rPr>
        <w:t>Таблица 10.2 — Годовой топливный баланс источников тепловой энергии и теплоснабжающего предприятия, 2026–2036 годы</w:t>
      </w:r>
    </w:p>
    <w:tbl>
      <w:tblPr>
        <w:tblW w:w="5000" w:type="pct"/>
        <w:tblCellMar>
          <w:left w:w="57" w:type="dxa"/>
          <w:right w:w="57" w:type="dxa"/>
        </w:tblCellMar>
        <w:tblLook w:val="04A0" w:firstRow="1" w:lastRow="0" w:firstColumn="1" w:lastColumn="0" w:noHBand="0" w:noVBand="1"/>
      </w:tblPr>
      <w:tblGrid>
        <w:gridCol w:w="1318"/>
        <w:gridCol w:w="1430"/>
        <w:gridCol w:w="1049"/>
        <w:gridCol w:w="1049"/>
        <w:gridCol w:w="1049"/>
        <w:gridCol w:w="1049"/>
        <w:gridCol w:w="1049"/>
        <w:gridCol w:w="1049"/>
        <w:gridCol w:w="1049"/>
        <w:gridCol w:w="1049"/>
        <w:gridCol w:w="1049"/>
        <w:gridCol w:w="1049"/>
        <w:gridCol w:w="1049"/>
      </w:tblGrid>
      <w:tr w:rsidR="0030026E" w14:paraId="20372324" w14:textId="77777777">
        <w:trPr>
          <w:cantSplit/>
          <w:tblHeader/>
        </w:trPr>
        <w:tc>
          <w:tcPr>
            <w:tcW w:w="665" w:type="dxa"/>
            <w:shd w:val="clear" w:color="auto" w:fill="E2F0D9"/>
          </w:tcPr>
          <w:p w14:paraId="25820136" w14:textId="77777777" w:rsidR="0030026E" w:rsidRPr="00794D67" w:rsidRDefault="0019537C">
            <w:pPr>
              <w:jc w:val="center"/>
              <w:rPr>
                <w:lang w:val="ru-RU"/>
              </w:rPr>
            </w:pPr>
            <w:r w:rsidRPr="00794D67">
              <w:rPr>
                <w:b/>
                <w:lang w:val="ru-RU"/>
              </w:rPr>
              <w:t>Источник тепловой энергии и вид топлива</w:t>
            </w:r>
          </w:p>
        </w:tc>
        <w:tc>
          <w:tcPr>
            <w:tcW w:w="665" w:type="dxa"/>
            <w:shd w:val="clear" w:color="auto" w:fill="E2F0D9"/>
          </w:tcPr>
          <w:p w14:paraId="07753C8D" w14:textId="77777777" w:rsidR="0030026E" w:rsidRDefault="0019537C">
            <w:pPr>
              <w:jc w:val="center"/>
            </w:pPr>
            <w:r>
              <w:rPr>
                <w:b/>
              </w:rPr>
              <w:t>Показатель</w:t>
            </w:r>
          </w:p>
        </w:tc>
        <w:tc>
          <w:tcPr>
            <w:tcW w:w="665" w:type="dxa"/>
            <w:shd w:val="clear" w:color="auto" w:fill="E2F0D9"/>
          </w:tcPr>
          <w:p w14:paraId="37A0AF16" w14:textId="77777777" w:rsidR="0030026E" w:rsidRDefault="0019537C">
            <w:pPr>
              <w:jc w:val="center"/>
            </w:pPr>
            <w:r>
              <w:rPr>
                <w:b/>
              </w:rPr>
              <w:t>2026</w:t>
            </w:r>
          </w:p>
        </w:tc>
        <w:tc>
          <w:tcPr>
            <w:tcW w:w="665" w:type="dxa"/>
            <w:shd w:val="clear" w:color="auto" w:fill="E2F0D9"/>
          </w:tcPr>
          <w:p w14:paraId="2A69ABDF" w14:textId="77777777" w:rsidR="0030026E" w:rsidRDefault="0019537C">
            <w:pPr>
              <w:jc w:val="center"/>
            </w:pPr>
            <w:r>
              <w:rPr>
                <w:b/>
              </w:rPr>
              <w:t>2027</w:t>
            </w:r>
          </w:p>
        </w:tc>
        <w:tc>
          <w:tcPr>
            <w:tcW w:w="665" w:type="dxa"/>
            <w:shd w:val="clear" w:color="auto" w:fill="E2F0D9"/>
          </w:tcPr>
          <w:p w14:paraId="32F34B6D" w14:textId="77777777" w:rsidR="0030026E" w:rsidRDefault="0019537C">
            <w:pPr>
              <w:jc w:val="center"/>
            </w:pPr>
            <w:r>
              <w:rPr>
                <w:b/>
              </w:rPr>
              <w:t>2028</w:t>
            </w:r>
          </w:p>
        </w:tc>
        <w:tc>
          <w:tcPr>
            <w:tcW w:w="665" w:type="dxa"/>
            <w:shd w:val="clear" w:color="auto" w:fill="E2F0D9"/>
          </w:tcPr>
          <w:p w14:paraId="3AA15E07" w14:textId="77777777" w:rsidR="0030026E" w:rsidRDefault="0019537C">
            <w:pPr>
              <w:jc w:val="center"/>
            </w:pPr>
            <w:r>
              <w:rPr>
                <w:b/>
              </w:rPr>
              <w:t>2029</w:t>
            </w:r>
          </w:p>
        </w:tc>
        <w:tc>
          <w:tcPr>
            <w:tcW w:w="665" w:type="dxa"/>
            <w:shd w:val="clear" w:color="auto" w:fill="E2F0D9"/>
          </w:tcPr>
          <w:p w14:paraId="5BA10CAE" w14:textId="77777777" w:rsidR="0030026E" w:rsidRDefault="0019537C">
            <w:pPr>
              <w:jc w:val="center"/>
            </w:pPr>
            <w:r>
              <w:rPr>
                <w:b/>
              </w:rPr>
              <w:t>2030</w:t>
            </w:r>
          </w:p>
        </w:tc>
        <w:tc>
          <w:tcPr>
            <w:tcW w:w="665" w:type="dxa"/>
            <w:shd w:val="clear" w:color="auto" w:fill="E2F0D9"/>
          </w:tcPr>
          <w:p w14:paraId="4C705CC1" w14:textId="77777777" w:rsidR="0030026E" w:rsidRDefault="0019537C">
            <w:pPr>
              <w:jc w:val="center"/>
            </w:pPr>
            <w:r>
              <w:rPr>
                <w:b/>
              </w:rPr>
              <w:t>2031</w:t>
            </w:r>
          </w:p>
        </w:tc>
        <w:tc>
          <w:tcPr>
            <w:tcW w:w="665" w:type="dxa"/>
            <w:shd w:val="clear" w:color="auto" w:fill="E2F0D9"/>
          </w:tcPr>
          <w:p w14:paraId="0DA34763" w14:textId="77777777" w:rsidR="0030026E" w:rsidRDefault="0019537C">
            <w:pPr>
              <w:jc w:val="center"/>
            </w:pPr>
            <w:r>
              <w:rPr>
                <w:b/>
              </w:rPr>
              <w:t>2032</w:t>
            </w:r>
          </w:p>
        </w:tc>
        <w:tc>
          <w:tcPr>
            <w:tcW w:w="665" w:type="dxa"/>
            <w:shd w:val="clear" w:color="auto" w:fill="E2F0D9"/>
          </w:tcPr>
          <w:p w14:paraId="4BF64A53" w14:textId="77777777" w:rsidR="0030026E" w:rsidRDefault="0019537C">
            <w:pPr>
              <w:jc w:val="center"/>
            </w:pPr>
            <w:r>
              <w:rPr>
                <w:b/>
              </w:rPr>
              <w:t>2033</w:t>
            </w:r>
          </w:p>
        </w:tc>
        <w:tc>
          <w:tcPr>
            <w:tcW w:w="665" w:type="dxa"/>
            <w:shd w:val="clear" w:color="auto" w:fill="E2F0D9"/>
          </w:tcPr>
          <w:p w14:paraId="428E362F" w14:textId="77777777" w:rsidR="0030026E" w:rsidRDefault="0019537C">
            <w:pPr>
              <w:jc w:val="center"/>
            </w:pPr>
            <w:r>
              <w:rPr>
                <w:b/>
              </w:rPr>
              <w:t>2034</w:t>
            </w:r>
          </w:p>
        </w:tc>
        <w:tc>
          <w:tcPr>
            <w:tcW w:w="665" w:type="dxa"/>
            <w:shd w:val="clear" w:color="auto" w:fill="E2F0D9"/>
          </w:tcPr>
          <w:p w14:paraId="64C16F5B" w14:textId="77777777" w:rsidR="0030026E" w:rsidRDefault="0019537C">
            <w:pPr>
              <w:jc w:val="center"/>
            </w:pPr>
            <w:r>
              <w:rPr>
                <w:b/>
              </w:rPr>
              <w:t>2035</w:t>
            </w:r>
          </w:p>
        </w:tc>
        <w:tc>
          <w:tcPr>
            <w:tcW w:w="665" w:type="dxa"/>
            <w:shd w:val="clear" w:color="auto" w:fill="E2F0D9"/>
          </w:tcPr>
          <w:p w14:paraId="6BD9DE6E" w14:textId="77777777" w:rsidR="0030026E" w:rsidRDefault="0019537C">
            <w:pPr>
              <w:jc w:val="center"/>
            </w:pPr>
            <w:r>
              <w:rPr>
                <w:b/>
              </w:rPr>
              <w:t>2036</w:t>
            </w:r>
          </w:p>
        </w:tc>
      </w:tr>
      <w:tr w:rsidR="0030026E" w14:paraId="6D14266D" w14:textId="77777777">
        <w:trPr>
          <w:cantSplit/>
        </w:trPr>
        <w:tc>
          <w:tcPr>
            <w:tcW w:w="665" w:type="dxa"/>
            <w:shd w:val="clear" w:color="auto" w:fill="F2F2F2"/>
          </w:tcPr>
          <w:p w14:paraId="7E4BD53F" w14:textId="77777777" w:rsidR="0030026E" w:rsidRDefault="0019537C">
            <w:r>
              <w:t>УПК № 1 (ДГр, 5700 ккал/кг)</w:t>
            </w:r>
          </w:p>
        </w:tc>
        <w:tc>
          <w:tcPr>
            <w:tcW w:w="665" w:type="dxa"/>
            <w:shd w:val="clear" w:color="auto" w:fill="FFFFFF"/>
          </w:tcPr>
          <w:p w14:paraId="3E40C26E" w14:textId="77777777" w:rsidR="0030026E" w:rsidRPr="00794D67" w:rsidRDefault="0019537C">
            <w:pPr>
              <w:rPr>
                <w:lang w:val="ru-RU"/>
              </w:rPr>
            </w:pPr>
            <w:r w:rsidRPr="00794D67">
              <w:rPr>
                <w:lang w:val="ru-RU"/>
              </w:rPr>
              <w:t>отпуск тепловой энергии, Гкал/год</w:t>
            </w:r>
          </w:p>
        </w:tc>
        <w:tc>
          <w:tcPr>
            <w:tcW w:w="665" w:type="dxa"/>
            <w:shd w:val="clear" w:color="auto" w:fill="FFFFFF"/>
          </w:tcPr>
          <w:p w14:paraId="556FC935" w14:textId="77777777" w:rsidR="0030026E" w:rsidRDefault="0019537C">
            <w:r>
              <w:t>215899,4</w:t>
            </w:r>
          </w:p>
        </w:tc>
        <w:tc>
          <w:tcPr>
            <w:tcW w:w="665" w:type="dxa"/>
            <w:shd w:val="clear" w:color="auto" w:fill="FFFFFF"/>
          </w:tcPr>
          <w:p w14:paraId="3C86C887" w14:textId="77777777" w:rsidR="0030026E" w:rsidRDefault="0019537C">
            <w:r>
              <w:t>215946,9</w:t>
            </w:r>
          </w:p>
        </w:tc>
        <w:tc>
          <w:tcPr>
            <w:tcW w:w="665" w:type="dxa"/>
            <w:shd w:val="clear" w:color="auto" w:fill="FFFFFF"/>
          </w:tcPr>
          <w:p w14:paraId="19C7A775" w14:textId="77777777" w:rsidR="0030026E" w:rsidRDefault="0019537C">
            <w:r>
              <w:t>215994,3</w:t>
            </w:r>
          </w:p>
        </w:tc>
        <w:tc>
          <w:tcPr>
            <w:tcW w:w="665" w:type="dxa"/>
            <w:shd w:val="clear" w:color="auto" w:fill="FFFFFF"/>
          </w:tcPr>
          <w:p w14:paraId="1B6FE0C3" w14:textId="77777777" w:rsidR="0030026E" w:rsidRDefault="0019537C">
            <w:r>
              <w:t>216041,8</w:t>
            </w:r>
          </w:p>
        </w:tc>
        <w:tc>
          <w:tcPr>
            <w:tcW w:w="665" w:type="dxa"/>
            <w:shd w:val="clear" w:color="auto" w:fill="FFFFFF"/>
          </w:tcPr>
          <w:p w14:paraId="2E0E6797" w14:textId="77777777" w:rsidR="0030026E" w:rsidRDefault="0019537C">
            <w:r>
              <w:t>216089,2</w:t>
            </w:r>
          </w:p>
        </w:tc>
        <w:tc>
          <w:tcPr>
            <w:tcW w:w="665" w:type="dxa"/>
            <w:shd w:val="clear" w:color="auto" w:fill="FFFFFF"/>
          </w:tcPr>
          <w:p w14:paraId="79A8E205" w14:textId="77777777" w:rsidR="0030026E" w:rsidRDefault="0019537C">
            <w:r>
              <w:t>216136,7</w:t>
            </w:r>
          </w:p>
        </w:tc>
        <w:tc>
          <w:tcPr>
            <w:tcW w:w="665" w:type="dxa"/>
            <w:shd w:val="clear" w:color="auto" w:fill="FFFFFF"/>
          </w:tcPr>
          <w:p w14:paraId="5EF3D5AC" w14:textId="77777777" w:rsidR="0030026E" w:rsidRDefault="0019537C">
            <w:r>
              <w:t>216136,7</w:t>
            </w:r>
          </w:p>
        </w:tc>
        <w:tc>
          <w:tcPr>
            <w:tcW w:w="665" w:type="dxa"/>
            <w:shd w:val="clear" w:color="auto" w:fill="FFFFFF"/>
          </w:tcPr>
          <w:p w14:paraId="4B590B10" w14:textId="77777777" w:rsidR="0030026E" w:rsidRDefault="0019537C">
            <w:r>
              <w:t>216136,7</w:t>
            </w:r>
          </w:p>
        </w:tc>
        <w:tc>
          <w:tcPr>
            <w:tcW w:w="665" w:type="dxa"/>
            <w:shd w:val="clear" w:color="auto" w:fill="FFFFFF"/>
          </w:tcPr>
          <w:p w14:paraId="320A4E03" w14:textId="77777777" w:rsidR="0030026E" w:rsidRDefault="0019537C">
            <w:r>
              <w:t>216136,7</w:t>
            </w:r>
          </w:p>
        </w:tc>
        <w:tc>
          <w:tcPr>
            <w:tcW w:w="665" w:type="dxa"/>
            <w:shd w:val="clear" w:color="auto" w:fill="FFFFFF"/>
          </w:tcPr>
          <w:p w14:paraId="505FA3D4" w14:textId="77777777" w:rsidR="0030026E" w:rsidRDefault="0019537C">
            <w:r>
              <w:t>216136,7</w:t>
            </w:r>
          </w:p>
        </w:tc>
        <w:tc>
          <w:tcPr>
            <w:tcW w:w="665" w:type="dxa"/>
            <w:shd w:val="clear" w:color="auto" w:fill="FFFFFF"/>
          </w:tcPr>
          <w:p w14:paraId="001CD496" w14:textId="77777777" w:rsidR="0030026E" w:rsidRDefault="0019537C">
            <w:r>
              <w:t>216136,7</w:t>
            </w:r>
          </w:p>
        </w:tc>
      </w:tr>
      <w:tr w:rsidR="0030026E" w14:paraId="1145954C" w14:textId="77777777">
        <w:trPr>
          <w:cantSplit/>
        </w:trPr>
        <w:tc>
          <w:tcPr>
            <w:tcW w:w="665" w:type="dxa"/>
            <w:shd w:val="clear" w:color="auto" w:fill="F2F2F2"/>
          </w:tcPr>
          <w:p w14:paraId="39131CAF" w14:textId="77777777" w:rsidR="0030026E" w:rsidRDefault="0030026E"/>
        </w:tc>
        <w:tc>
          <w:tcPr>
            <w:tcW w:w="665" w:type="dxa"/>
            <w:shd w:val="clear" w:color="auto" w:fill="FFFFFF"/>
          </w:tcPr>
          <w:p w14:paraId="2D403BD1" w14:textId="77777777" w:rsidR="0030026E" w:rsidRPr="00794D67" w:rsidRDefault="0019537C">
            <w:pPr>
              <w:rPr>
                <w:lang w:val="ru-RU"/>
              </w:rPr>
            </w:pPr>
            <w:r w:rsidRPr="00794D67">
              <w:rPr>
                <w:lang w:val="ru-RU"/>
              </w:rPr>
              <w:t>расход условного топлива, тыс. т у.т.</w:t>
            </w:r>
          </w:p>
        </w:tc>
        <w:tc>
          <w:tcPr>
            <w:tcW w:w="665" w:type="dxa"/>
            <w:shd w:val="clear" w:color="auto" w:fill="FFFFFF"/>
          </w:tcPr>
          <w:p w14:paraId="14439D64" w14:textId="77777777" w:rsidR="0030026E" w:rsidRDefault="0019537C">
            <w:r>
              <w:t>40,851</w:t>
            </w:r>
          </w:p>
        </w:tc>
        <w:tc>
          <w:tcPr>
            <w:tcW w:w="665" w:type="dxa"/>
            <w:shd w:val="clear" w:color="auto" w:fill="FFFFFF"/>
          </w:tcPr>
          <w:p w14:paraId="00F9BE5A" w14:textId="77777777" w:rsidR="0030026E" w:rsidRDefault="0019537C">
            <w:r>
              <w:t>40,860</w:t>
            </w:r>
          </w:p>
        </w:tc>
        <w:tc>
          <w:tcPr>
            <w:tcW w:w="665" w:type="dxa"/>
            <w:shd w:val="clear" w:color="auto" w:fill="FFFFFF"/>
          </w:tcPr>
          <w:p w14:paraId="08083EF1" w14:textId="77777777" w:rsidR="0030026E" w:rsidRDefault="0019537C">
            <w:r>
              <w:t>40,869</w:t>
            </w:r>
          </w:p>
        </w:tc>
        <w:tc>
          <w:tcPr>
            <w:tcW w:w="665" w:type="dxa"/>
            <w:shd w:val="clear" w:color="auto" w:fill="FFFFFF"/>
          </w:tcPr>
          <w:p w14:paraId="3F635887" w14:textId="77777777" w:rsidR="0030026E" w:rsidRDefault="0019537C">
            <w:r>
              <w:t>40,878</w:t>
            </w:r>
          </w:p>
        </w:tc>
        <w:tc>
          <w:tcPr>
            <w:tcW w:w="665" w:type="dxa"/>
            <w:shd w:val="clear" w:color="auto" w:fill="FFFFFF"/>
          </w:tcPr>
          <w:p w14:paraId="61480221" w14:textId="77777777" w:rsidR="0030026E" w:rsidRDefault="0019537C">
            <w:r>
              <w:t>40,887</w:t>
            </w:r>
          </w:p>
        </w:tc>
        <w:tc>
          <w:tcPr>
            <w:tcW w:w="665" w:type="dxa"/>
            <w:shd w:val="clear" w:color="auto" w:fill="FFFFFF"/>
          </w:tcPr>
          <w:p w14:paraId="22868E4C" w14:textId="77777777" w:rsidR="0030026E" w:rsidRDefault="0019537C">
            <w:r>
              <w:t>40,896</w:t>
            </w:r>
          </w:p>
        </w:tc>
        <w:tc>
          <w:tcPr>
            <w:tcW w:w="665" w:type="dxa"/>
            <w:shd w:val="clear" w:color="auto" w:fill="FFFFFF"/>
          </w:tcPr>
          <w:p w14:paraId="1F0DB913" w14:textId="77777777" w:rsidR="0030026E" w:rsidRDefault="0019537C">
            <w:r>
              <w:t>40,896</w:t>
            </w:r>
          </w:p>
        </w:tc>
        <w:tc>
          <w:tcPr>
            <w:tcW w:w="665" w:type="dxa"/>
            <w:shd w:val="clear" w:color="auto" w:fill="FFFFFF"/>
          </w:tcPr>
          <w:p w14:paraId="6C81E1F8" w14:textId="77777777" w:rsidR="0030026E" w:rsidRDefault="0019537C">
            <w:r>
              <w:t>40,896</w:t>
            </w:r>
          </w:p>
        </w:tc>
        <w:tc>
          <w:tcPr>
            <w:tcW w:w="665" w:type="dxa"/>
            <w:shd w:val="clear" w:color="auto" w:fill="FFFFFF"/>
          </w:tcPr>
          <w:p w14:paraId="4DC6DFA7" w14:textId="77777777" w:rsidR="0030026E" w:rsidRDefault="0019537C">
            <w:r>
              <w:t>40,896</w:t>
            </w:r>
          </w:p>
        </w:tc>
        <w:tc>
          <w:tcPr>
            <w:tcW w:w="665" w:type="dxa"/>
            <w:shd w:val="clear" w:color="auto" w:fill="FFFFFF"/>
          </w:tcPr>
          <w:p w14:paraId="617EED8C" w14:textId="77777777" w:rsidR="0030026E" w:rsidRDefault="0019537C">
            <w:r>
              <w:t>40,896</w:t>
            </w:r>
          </w:p>
        </w:tc>
        <w:tc>
          <w:tcPr>
            <w:tcW w:w="665" w:type="dxa"/>
            <w:shd w:val="clear" w:color="auto" w:fill="FFFFFF"/>
          </w:tcPr>
          <w:p w14:paraId="5D6BF291" w14:textId="77777777" w:rsidR="0030026E" w:rsidRDefault="0019537C">
            <w:r>
              <w:t>40,896</w:t>
            </w:r>
          </w:p>
        </w:tc>
      </w:tr>
      <w:tr w:rsidR="0030026E" w14:paraId="63346EBF" w14:textId="77777777">
        <w:trPr>
          <w:cantSplit/>
        </w:trPr>
        <w:tc>
          <w:tcPr>
            <w:tcW w:w="665" w:type="dxa"/>
            <w:shd w:val="clear" w:color="auto" w:fill="F2F2F2"/>
          </w:tcPr>
          <w:p w14:paraId="357D3850" w14:textId="77777777" w:rsidR="0030026E" w:rsidRDefault="0030026E"/>
        </w:tc>
        <w:tc>
          <w:tcPr>
            <w:tcW w:w="665" w:type="dxa"/>
            <w:shd w:val="clear" w:color="auto" w:fill="FFFFFF"/>
          </w:tcPr>
          <w:p w14:paraId="1FE61547" w14:textId="77777777" w:rsidR="0030026E" w:rsidRDefault="0019537C">
            <w:r>
              <w:t>расход угля, тыс. т</w:t>
            </w:r>
          </w:p>
        </w:tc>
        <w:tc>
          <w:tcPr>
            <w:tcW w:w="665" w:type="dxa"/>
            <w:shd w:val="clear" w:color="auto" w:fill="FFFFFF"/>
          </w:tcPr>
          <w:p w14:paraId="58CB11D1" w14:textId="77777777" w:rsidR="0030026E" w:rsidRDefault="0019537C">
            <w:r>
              <w:t>50,168</w:t>
            </w:r>
          </w:p>
        </w:tc>
        <w:tc>
          <w:tcPr>
            <w:tcW w:w="665" w:type="dxa"/>
            <w:shd w:val="clear" w:color="auto" w:fill="FFFFFF"/>
          </w:tcPr>
          <w:p w14:paraId="017774A4" w14:textId="77777777" w:rsidR="0030026E" w:rsidRDefault="0019537C">
            <w:r>
              <w:t>50,179</w:t>
            </w:r>
          </w:p>
        </w:tc>
        <w:tc>
          <w:tcPr>
            <w:tcW w:w="665" w:type="dxa"/>
            <w:shd w:val="clear" w:color="auto" w:fill="FFFFFF"/>
          </w:tcPr>
          <w:p w14:paraId="5EC278C4" w14:textId="77777777" w:rsidR="0030026E" w:rsidRDefault="0019537C">
            <w:r>
              <w:t>50,190</w:t>
            </w:r>
          </w:p>
        </w:tc>
        <w:tc>
          <w:tcPr>
            <w:tcW w:w="665" w:type="dxa"/>
            <w:shd w:val="clear" w:color="auto" w:fill="FFFFFF"/>
          </w:tcPr>
          <w:p w14:paraId="659FD217" w14:textId="77777777" w:rsidR="0030026E" w:rsidRDefault="0019537C">
            <w:r>
              <w:t>50,201</w:t>
            </w:r>
          </w:p>
        </w:tc>
        <w:tc>
          <w:tcPr>
            <w:tcW w:w="665" w:type="dxa"/>
            <w:shd w:val="clear" w:color="auto" w:fill="FFFFFF"/>
          </w:tcPr>
          <w:p w14:paraId="3F4BAE52" w14:textId="77777777" w:rsidR="0030026E" w:rsidRDefault="0019537C">
            <w:r>
              <w:t>50,213</w:t>
            </w:r>
          </w:p>
        </w:tc>
        <w:tc>
          <w:tcPr>
            <w:tcW w:w="665" w:type="dxa"/>
            <w:shd w:val="clear" w:color="auto" w:fill="FFFFFF"/>
          </w:tcPr>
          <w:p w14:paraId="556B6431" w14:textId="77777777" w:rsidR="0030026E" w:rsidRDefault="0019537C">
            <w:r>
              <w:t>50,224</w:t>
            </w:r>
          </w:p>
        </w:tc>
        <w:tc>
          <w:tcPr>
            <w:tcW w:w="665" w:type="dxa"/>
            <w:shd w:val="clear" w:color="auto" w:fill="FFFFFF"/>
          </w:tcPr>
          <w:p w14:paraId="13EF94EE" w14:textId="77777777" w:rsidR="0030026E" w:rsidRDefault="0019537C">
            <w:r>
              <w:t>50,224</w:t>
            </w:r>
          </w:p>
        </w:tc>
        <w:tc>
          <w:tcPr>
            <w:tcW w:w="665" w:type="dxa"/>
            <w:shd w:val="clear" w:color="auto" w:fill="FFFFFF"/>
          </w:tcPr>
          <w:p w14:paraId="69311BDE" w14:textId="77777777" w:rsidR="0030026E" w:rsidRDefault="0019537C">
            <w:r>
              <w:t>50,224</w:t>
            </w:r>
          </w:p>
        </w:tc>
        <w:tc>
          <w:tcPr>
            <w:tcW w:w="665" w:type="dxa"/>
            <w:shd w:val="clear" w:color="auto" w:fill="FFFFFF"/>
          </w:tcPr>
          <w:p w14:paraId="1C06F056" w14:textId="77777777" w:rsidR="0030026E" w:rsidRDefault="0019537C">
            <w:r>
              <w:t>50,224</w:t>
            </w:r>
          </w:p>
        </w:tc>
        <w:tc>
          <w:tcPr>
            <w:tcW w:w="665" w:type="dxa"/>
            <w:shd w:val="clear" w:color="auto" w:fill="FFFFFF"/>
          </w:tcPr>
          <w:p w14:paraId="513EE12B" w14:textId="77777777" w:rsidR="0030026E" w:rsidRDefault="0019537C">
            <w:r>
              <w:t>50,224</w:t>
            </w:r>
          </w:p>
        </w:tc>
        <w:tc>
          <w:tcPr>
            <w:tcW w:w="665" w:type="dxa"/>
            <w:shd w:val="clear" w:color="auto" w:fill="FFFFFF"/>
          </w:tcPr>
          <w:p w14:paraId="745104DC" w14:textId="77777777" w:rsidR="0030026E" w:rsidRDefault="0019537C">
            <w:r>
              <w:t>50,224</w:t>
            </w:r>
          </w:p>
        </w:tc>
      </w:tr>
      <w:tr w:rsidR="0030026E" w14:paraId="2F7F4E2A" w14:textId="77777777">
        <w:trPr>
          <w:cantSplit/>
        </w:trPr>
        <w:tc>
          <w:tcPr>
            <w:tcW w:w="665" w:type="dxa"/>
            <w:shd w:val="clear" w:color="auto" w:fill="F2F2F2"/>
          </w:tcPr>
          <w:p w14:paraId="6D8974EB" w14:textId="77777777" w:rsidR="0030026E" w:rsidRPr="00794D67" w:rsidRDefault="0019537C">
            <w:pPr>
              <w:rPr>
                <w:lang w:val="ru-RU"/>
              </w:rPr>
            </w:pPr>
            <w:r w:rsidRPr="00794D67">
              <w:rPr>
                <w:lang w:val="ru-RU"/>
              </w:rPr>
              <w:t>УПК № 2 Шалым (Др, 5145 ккал/кг)</w:t>
            </w:r>
          </w:p>
        </w:tc>
        <w:tc>
          <w:tcPr>
            <w:tcW w:w="665" w:type="dxa"/>
            <w:shd w:val="clear" w:color="auto" w:fill="FFFFFF"/>
          </w:tcPr>
          <w:p w14:paraId="4D574BEA" w14:textId="77777777" w:rsidR="0030026E" w:rsidRPr="00794D67" w:rsidRDefault="0019537C">
            <w:pPr>
              <w:rPr>
                <w:lang w:val="ru-RU"/>
              </w:rPr>
            </w:pPr>
            <w:r w:rsidRPr="00794D67">
              <w:rPr>
                <w:lang w:val="ru-RU"/>
              </w:rPr>
              <w:t>отпуск тепловой энергии, Гкал/год</w:t>
            </w:r>
          </w:p>
        </w:tc>
        <w:tc>
          <w:tcPr>
            <w:tcW w:w="665" w:type="dxa"/>
            <w:shd w:val="clear" w:color="auto" w:fill="FFFFFF"/>
          </w:tcPr>
          <w:p w14:paraId="29082341" w14:textId="77777777" w:rsidR="0030026E" w:rsidRDefault="0019537C">
            <w:r>
              <w:t>12328,9</w:t>
            </w:r>
          </w:p>
        </w:tc>
        <w:tc>
          <w:tcPr>
            <w:tcW w:w="665" w:type="dxa"/>
            <w:shd w:val="clear" w:color="auto" w:fill="FFFFFF"/>
          </w:tcPr>
          <w:p w14:paraId="383D46E3" w14:textId="77777777" w:rsidR="0030026E" w:rsidRDefault="0019537C">
            <w:r>
              <w:t>12328,9</w:t>
            </w:r>
          </w:p>
        </w:tc>
        <w:tc>
          <w:tcPr>
            <w:tcW w:w="665" w:type="dxa"/>
            <w:shd w:val="clear" w:color="auto" w:fill="FFFFFF"/>
          </w:tcPr>
          <w:p w14:paraId="21D536E0" w14:textId="77777777" w:rsidR="0030026E" w:rsidRDefault="0019537C">
            <w:r>
              <w:t>12328,9</w:t>
            </w:r>
          </w:p>
        </w:tc>
        <w:tc>
          <w:tcPr>
            <w:tcW w:w="665" w:type="dxa"/>
            <w:shd w:val="clear" w:color="auto" w:fill="FFFFFF"/>
          </w:tcPr>
          <w:p w14:paraId="0BA70300" w14:textId="77777777" w:rsidR="0030026E" w:rsidRDefault="0019537C">
            <w:r>
              <w:t>12328,9</w:t>
            </w:r>
          </w:p>
        </w:tc>
        <w:tc>
          <w:tcPr>
            <w:tcW w:w="665" w:type="dxa"/>
            <w:shd w:val="clear" w:color="auto" w:fill="FFFFFF"/>
          </w:tcPr>
          <w:p w14:paraId="212ABF63" w14:textId="77777777" w:rsidR="0030026E" w:rsidRDefault="0019537C">
            <w:r>
              <w:t>12328,9</w:t>
            </w:r>
          </w:p>
        </w:tc>
        <w:tc>
          <w:tcPr>
            <w:tcW w:w="665" w:type="dxa"/>
            <w:shd w:val="clear" w:color="auto" w:fill="FFFFFF"/>
          </w:tcPr>
          <w:p w14:paraId="7FFD0F21" w14:textId="77777777" w:rsidR="0030026E" w:rsidRDefault="0019537C">
            <w:r>
              <w:t>12328,9</w:t>
            </w:r>
          </w:p>
        </w:tc>
        <w:tc>
          <w:tcPr>
            <w:tcW w:w="665" w:type="dxa"/>
            <w:shd w:val="clear" w:color="auto" w:fill="FFFFFF"/>
          </w:tcPr>
          <w:p w14:paraId="2A3A60D9" w14:textId="77777777" w:rsidR="0030026E" w:rsidRDefault="0019537C">
            <w:r>
              <w:t>12328,9</w:t>
            </w:r>
          </w:p>
        </w:tc>
        <w:tc>
          <w:tcPr>
            <w:tcW w:w="665" w:type="dxa"/>
            <w:shd w:val="clear" w:color="auto" w:fill="FFFFFF"/>
          </w:tcPr>
          <w:p w14:paraId="1CA2220D" w14:textId="77777777" w:rsidR="0030026E" w:rsidRDefault="0019537C">
            <w:r>
              <w:t>12328,9</w:t>
            </w:r>
          </w:p>
        </w:tc>
        <w:tc>
          <w:tcPr>
            <w:tcW w:w="665" w:type="dxa"/>
            <w:shd w:val="clear" w:color="auto" w:fill="FFFFFF"/>
          </w:tcPr>
          <w:p w14:paraId="13010F90" w14:textId="77777777" w:rsidR="0030026E" w:rsidRDefault="0019537C">
            <w:r>
              <w:t>12328,9</w:t>
            </w:r>
          </w:p>
        </w:tc>
        <w:tc>
          <w:tcPr>
            <w:tcW w:w="665" w:type="dxa"/>
            <w:shd w:val="clear" w:color="auto" w:fill="FFFFFF"/>
          </w:tcPr>
          <w:p w14:paraId="2ABEBBB0" w14:textId="77777777" w:rsidR="0030026E" w:rsidRDefault="0019537C">
            <w:r>
              <w:t>12328,9</w:t>
            </w:r>
          </w:p>
        </w:tc>
        <w:tc>
          <w:tcPr>
            <w:tcW w:w="665" w:type="dxa"/>
            <w:shd w:val="clear" w:color="auto" w:fill="FFFFFF"/>
          </w:tcPr>
          <w:p w14:paraId="72332780" w14:textId="77777777" w:rsidR="0030026E" w:rsidRDefault="0019537C">
            <w:r>
              <w:t>12328,9</w:t>
            </w:r>
          </w:p>
        </w:tc>
      </w:tr>
      <w:tr w:rsidR="0030026E" w14:paraId="54C825A0" w14:textId="77777777">
        <w:trPr>
          <w:cantSplit/>
        </w:trPr>
        <w:tc>
          <w:tcPr>
            <w:tcW w:w="665" w:type="dxa"/>
            <w:shd w:val="clear" w:color="auto" w:fill="F2F2F2"/>
          </w:tcPr>
          <w:p w14:paraId="41E6740E" w14:textId="77777777" w:rsidR="0030026E" w:rsidRDefault="0030026E"/>
        </w:tc>
        <w:tc>
          <w:tcPr>
            <w:tcW w:w="665" w:type="dxa"/>
            <w:shd w:val="clear" w:color="auto" w:fill="FFFFFF"/>
          </w:tcPr>
          <w:p w14:paraId="40FF0BE9" w14:textId="77777777" w:rsidR="0030026E" w:rsidRPr="00794D67" w:rsidRDefault="0019537C">
            <w:pPr>
              <w:rPr>
                <w:lang w:val="ru-RU"/>
              </w:rPr>
            </w:pPr>
            <w:r w:rsidRPr="00794D67">
              <w:rPr>
                <w:lang w:val="ru-RU"/>
              </w:rPr>
              <w:t>расход условного топлива, тыс. т у.т.</w:t>
            </w:r>
          </w:p>
        </w:tc>
        <w:tc>
          <w:tcPr>
            <w:tcW w:w="665" w:type="dxa"/>
            <w:shd w:val="clear" w:color="auto" w:fill="FFFFFF"/>
          </w:tcPr>
          <w:p w14:paraId="1378C6C9" w14:textId="77777777" w:rsidR="0030026E" w:rsidRDefault="0019537C">
            <w:r>
              <w:t>2,333</w:t>
            </w:r>
          </w:p>
        </w:tc>
        <w:tc>
          <w:tcPr>
            <w:tcW w:w="665" w:type="dxa"/>
            <w:shd w:val="clear" w:color="auto" w:fill="FFFFFF"/>
          </w:tcPr>
          <w:p w14:paraId="1B6EB808" w14:textId="77777777" w:rsidR="0030026E" w:rsidRDefault="0019537C">
            <w:r>
              <w:t>2,333</w:t>
            </w:r>
          </w:p>
        </w:tc>
        <w:tc>
          <w:tcPr>
            <w:tcW w:w="665" w:type="dxa"/>
            <w:shd w:val="clear" w:color="auto" w:fill="FFFFFF"/>
          </w:tcPr>
          <w:p w14:paraId="0196C86D" w14:textId="77777777" w:rsidR="0030026E" w:rsidRDefault="0019537C">
            <w:r>
              <w:t>2,333</w:t>
            </w:r>
          </w:p>
        </w:tc>
        <w:tc>
          <w:tcPr>
            <w:tcW w:w="665" w:type="dxa"/>
            <w:shd w:val="clear" w:color="auto" w:fill="FFFFFF"/>
          </w:tcPr>
          <w:p w14:paraId="1093B5F2" w14:textId="77777777" w:rsidR="0030026E" w:rsidRDefault="0019537C">
            <w:r>
              <w:t>2,333</w:t>
            </w:r>
          </w:p>
        </w:tc>
        <w:tc>
          <w:tcPr>
            <w:tcW w:w="665" w:type="dxa"/>
            <w:shd w:val="clear" w:color="auto" w:fill="FFFFFF"/>
          </w:tcPr>
          <w:p w14:paraId="0DB7CF2C" w14:textId="77777777" w:rsidR="0030026E" w:rsidRDefault="0019537C">
            <w:r>
              <w:t>2,333</w:t>
            </w:r>
          </w:p>
        </w:tc>
        <w:tc>
          <w:tcPr>
            <w:tcW w:w="665" w:type="dxa"/>
            <w:shd w:val="clear" w:color="auto" w:fill="FFFFFF"/>
          </w:tcPr>
          <w:p w14:paraId="5F938A2F" w14:textId="77777777" w:rsidR="0030026E" w:rsidRDefault="0019537C">
            <w:r>
              <w:t>2,333</w:t>
            </w:r>
          </w:p>
        </w:tc>
        <w:tc>
          <w:tcPr>
            <w:tcW w:w="665" w:type="dxa"/>
            <w:shd w:val="clear" w:color="auto" w:fill="FFFFFF"/>
          </w:tcPr>
          <w:p w14:paraId="3A29224D" w14:textId="77777777" w:rsidR="0030026E" w:rsidRDefault="0019537C">
            <w:r>
              <w:t>2,333</w:t>
            </w:r>
          </w:p>
        </w:tc>
        <w:tc>
          <w:tcPr>
            <w:tcW w:w="665" w:type="dxa"/>
            <w:shd w:val="clear" w:color="auto" w:fill="FFFFFF"/>
          </w:tcPr>
          <w:p w14:paraId="5715B173" w14:textId="77777777" w:rsidR="0030026E" w:rsidRDefault="0019537C">
            <w:r>
              <w:t>2,333</w:t>
            </w:r>
          </w:p>
        </w:tc>
        <w:tc>
          <w:tcPr>
            <w:tcW w:w="665" w:type="dxa"/>
            <w:shd w:val="clear" w:color="auto" w:fill="FFFFFF"/>
          </w:tcPr>
          <w:p w14:paraId="76455B92" w14:textId="77777777" w:rsidR="0030026E" w:rsidRDefault="0019537C">
            <w:r>
              <w:t>2,333</w:t>
            </w:r>
          </w:p>
        </w:tc>
        <w:tc>
          <w:tcPr>
            <w:tcW w:w="665" w:type="dxa"/>
            <w:shd w:val="clear" w:color="auto" w:fill="FFFFFF"/>
          </w:tcPr>
          <w:p w14:paraId="5DD6E53A" w14:textId="77777777" w:rsidR="0030026E" w:rsidRDefault="0019537C">
            <w:r>
              <w:t>2,333</w:t>
            </w:r>
          </w:p>
        </w:tc>
        <w:tc>
          <w:tcPr>
            <w:tcW w:w="665" w:type="dxa"/>
            <w:shd w:val="clear" w:color="auto" w:fill="FFFFFF"/>
          </w:tcPr>
          <w:p w14:paraId="1824BF35" w14:textId="77777777" w:rsidR="0030026E" w:rsidRDefault="0019537C">
            <w:r>
              <w:t>2,333</w:t>
            </w:r>
          </w:p>
        </w:tc>
      </w:tr>
      <w:tr w:rsidR="0030026E" w14:paraId="1F2973D4" w14:textId="77777777">
        <w:trPr>
          <w:cantSplit/>
        </w:trPr>
        <w:tc>
          <w:tcPr>
            <w:tcW w:w="665" w:type="dxa"/>
            <w:shd w:val="clear" w:color="auto" w:fill="F2F2F2"/>
          </w:tcPr>
          <w:p w14:paraId="1D584F02" w14:textId="77777777" w:rsidR="0030026E" w:rsidRDefault="0030026E"/>
        </w:tc>
        <w:tc>
          <w:tcPr>
            <w:tcW w:w="665" w:type="dxa"/>
            <w:shd w:val="clear" w:color="auto" w:fill="FFFFFF"/>
          </w:tcPr>
          <w:p w14:paraId="5FDBB812" w14:textId="77777777" w:rsidR="0030026E" w:rsidRDefault="0019537C">
            <w:r>
              <w:t>расход угля, тыс. т</w:t>
            </w:r>
          </w:p>
        </w:tc>
        <w:tc>
          <w:tcPr>
            <w:tcW w:w="665" w:type="dxa"/>
            <w:shd w:val="clear" w:color="auto" w:fill="FFFFFF"/>
          </w:tcPr>
          <w:p w14:paraId="0B317B29" w14:textId="77777777" w:rsidR="0030026E" w:rsidRDefault="0019537C">
            <w:r>
              <w:t>3,174</w:t>
            </w:r>
          </w:p>
        </w:tc>
        <w:tc>
          <w:tcPr>
            <w:tcW w:w="665" w:type="dxa"/>
            <w:shd w:val="clear" w:color="auto" w:fill="FFFFFF"/>
          </w:tcPr>
          <w:p w14:paraId="044E8799" w14:textId="77777777" w:rsidR="0030026E" w:rsidRDefault="0019537C">
            <w:r>
              <w:t>3,174</w:t>
            </w:r>
          </w:p>
        </w:tc>
        <w:tc>
          <w:tcPr>
            <w:tcW w:w="665" w:type="dxa"/>
            <w:shd w:val="clear" w:color="auto" w:fill="FFFFFF"/>
          </w:tcPr>
          <w:p w14:paraId="53B4B8CB" w14:textId="77777777" w:rsidR="0030026E" w:rsidRDefault="0019537C">
            <w:r>
              <w:t>3,174</w:t>
            </w:r>
          </w:p>
        </w:tc>
        <w:tc>
          <w:tcPr>
            <w:tcW w:w="665" w:type="dxa"/>
            <w:shd w:val="clear" w:color="auto" w:fill="FFFFFF"/>
          </w:tcPr>
          <w:p w14:paraId="57223722" w14:textId="77777777" w:rsidR="0030026E" w:rsidRDefault="0019537C">
            <w:r>
              <w:t>3,174</w:t>
            </w:r>
          </w:p>
        </w:tc>
        <w:tc>
          <w:tcPr>
            <w:tcW w:w="665" w:type="dxa"/>
            <w:shd w:val="clear" w:color="auto" w:fill="FFFFFF"/>
          </w:tcPr>
          <w:p w14:paraId="56AA0910" w14:textId="77777777" w:rsidR="0030026E" w:rsidRDefault="0019537C">
            <w:r>
              <w:t>3,174</w:t>
            </w:r>
          </w:p>
        </w:tc>
        <w:tc>
          <w:tcPr>
            <w:tcW w:w="665" w:type="dxa"/>
            <w:shd w:val="clear" w:color="auto" w:fill="FFFFFF"/>
          </w:tcPr>
          <w:p w14:paraId="542A925D" w14:textId="77777777" w:rsidR="0030026E" w:rsidRDefault="0019537C">
            <w:r>
              <w:t>3,174</w:t>
            </w:r>
          </w:p>
        </w:tc>
        <w:tc>
          <w:tcPr>
            <w:tcW w:w="665" w:type="dxa"/>
            <w:shd w:val="clear" w:color="auto" w:fill="FFFFFF"/>
          </w:tcPr>
          <w:p w14:paraId="003DD4AD" w14:textId="77777777" w:rsidR="0030026E" w:rsidRDefault="0019537C">
            <w:r>
              <w:t>3,174</w:t>
            </w:r>
          </w:p>
        </w:tc>
        <w:tc>
          <w:tcPr>
            <w:tcW w:w="665" w:type="dxa"/>
            <w:shd w:val="clear" w:color="auto" w:fill="FFFFFF"/>
          </w:tcPr>
          <w:p w14:paraId="5F14B0FC" w14:textId="77777777" w:rsidR="0030026E" w:rsidRDefault="0019537C">
            <w:r>
              <w:t>3,174</w:t>
            </w:r>
          </w:p>
        </w:tc>
        <w:tc>
          <w:tcPr>
            <w:tcW w:w="665" w:type="dxa"/>
            <w:shd w:val="clear" w:color="auto" w:fill="FFFFFF"/>
          </w:tcPr>
          <w:p w14:paraId="37D69FF8" w14:textId="77777777" w:rsidR="0030026E" w:rsidRDefault="0019537C">
            <w:r>
              <w:t>3,174</w:t>
            </w:r>
          </w:p>
        </w:tc>
        <w:tc>
          <w:tcPr>
            <w:tcW w:w="665" w:type="dxa"/>
            <w:shd w:val="clear" w:color="auto" w:fill="FFFFFF"/>
          </w:tcPr>
          <w:p w14:paraId="3FC3CEF3" w14:textId="77777777" w:rsidR="0030026E" w:rsidRDefault="0019537C">
            <w:r>
              <w:t>3,174</w:t>
            </w:r>
          </w:p>
        </w:tc>
        <w:tc>
          <w:tcPr>
            <w:tcW w:w="665" w:type="dxa"/>
            <w:shd w:val="clear" w:color="auto" w:fill="FFFFFF"/>
          </w:tcPr>
          <w:p w14:paraId="55E722A8" w14:textId="77777777" w:rsidR="0030026E" w:rsidRDefault="0019537C">
            <w:r>
              <w:t>3,174</w:t>
            </w:r>
          </w:p>
        </w:tc>
      </w:tr>
      <w:tr w:rsidR="0030026E" w14:paraId="6F647003" w14:textId="77777777">
        <w:trPr>
          <w:cantSplit/>
        </w:trPr>
        <w:tc>
          <w:tcPr>
            <w:tcW w:w="665" w:type="dxa"/>
            <w:shd w:val="clear" w:color="auto" w:fill="F2F2F2"/>
          </w:tcPr>
          <w:p w14:paraId="144D5BF8" w14:textId="77777777" w:rsidR="0030026E" w:rsidRPr="00794D67" w:rsidRDefault="0019537C">
            <w:pPr>
              <w:rPr>
                <w:lang w:val="ru-RU"/>
              </w:rPr>
            </w:pPr>
            <w:r w:rsidRPr="00794D67">
              <w:rPr>
                <w:lang w:val="ru-RU"/>
              </w:rPr>
              <w:t>УПК № 2 ЦМК (Др, 5145 ккал/кг)</w:t>
            </w:r>
          </w:p>
        </w:tc>
        <w:tc>
          <w:tcPr>
            <w:tcW w:w="665" w:type="dxa"/>
            <w:shd w:val="clear" w:color="auto" w:fill="FFFFFF"/>
          </w:tcPr>
          <w:p w14:paraId="76CDE54C" w14:textId="77777777" w:rsidR="0030026E" w:rsidRPr="00794D67" w:rsidRDefault="0019537C">
            <w:pPr>
              <w:rPr>
                <w:lang w:val="ru-RU"/>
              </w:rPr>
            </w:pPr>
            <w:r w:rsidRPr="00794D67">
              <w:rPr>
                <w:lang w:val="ru-RU"/>
              </w:rPr>
              <w:t>отпуск тепловой энергии, Гкал/год</w:t>
            </w:r>
          </w:p>
        </w:tc>
        <w:tc>
          <w:tcPr>
            <w:tcW w:w="665" w:type="dxa"/>
            <w:shd w:val="clear" w:color="auto" w:fill="FFFFFF"/>
          </w:tcPr>
          <w:p w14:paraId="53E29B41" w14:textId="77777777" w:rsidR="0030026E" w:rsidRDefault="0019537C">
            <w:r>
              <w:t>4900,0</w:t>
            </w:r>
          </w:p>
        </w:tc>
        <w:tc>
          <w:tcPr>
            <w:tcW w:w="665" w:type="dxa"/>
            <w:shd w:val="clear" w:color="auto" w:fill="FFFFFF"/>
          </w:tcPr>
          <w:p w14:paraId="376AF630" w14:textId="77777777" w:rsidR="0030026E" w:rsidRDefault="0019537C">
            <w:r>
              <w:t>5017,0</w:t>
            </w:r>
          </w:p>
        </w:tc>
        <w:tc>
          <w:tcPr>
            <w:tcW w:w="665" w:type="dxa"/>
            <w:shd w:val="clear" w:color="auto" w:fill="FFFFFF"/>
          </w:tcPr>
          <w:p w14:paraId="1D7366A8" w14:textId="77777777" w:rsidR="0030026E" w:rsidRDefault="0019537C">
            <w:r>
              <w:t>5134,0</w:t>
            </w:r>
          </w:p>
        </w:tc>
        <w:tc>
          <w:tcPr>
            <w:tcW w:w="665" w:type="dxa"/>
            <w:shd w:val="clear" w:color="auto" w:fill="FFFFFF"/>
          </w:tcPr>
          <w:p w14:paraId="6F35FEFD" w14:textId="77777777" w:rsidR="0030026E" w:rsidRDefault="0019537C">
            <w:r>
              <w:t>5251,0</w:t>
            </w:r>
          </w:p>
        </w:tc>
        <w:tc>
          <w:tcPr>
            <w:tcW w:w="665" w:type="dxa"/>
            <w:shd w:val="clear" w:color="auto" w:fill="FFFFFF"/>
          </w:tcPr>
          <w:p w14:paraId="05842673" w14:textId="77777777" w:rsidR="0030026E" w:rsidRDefault="0019537C">
            <w:r>
              <w:t>5368,0</w:t>
            </w:r>
          </w:p>
        </w:tc>
        <w:tc>
          <w:tcPr>
            <w:tcW w:w="665" w:type="dxa"/>
            <w:shd w:val="clear" w:color="auto" w:fill="FFFFFF"/>
          </w:tcPr>
          <w:p w14:paraId="39C3CB0A" w14:textId="77777777" w:rsidR="0030026E" w:rsidRDefault="0019537C">
            <w:r>
              <w:t>5485,0</w:t>
            </w:r>
          </w:p>
        </w:tc>
        <w:tc>
          <w:tcPr>
            <w:tcW w:w="665" w:type="dxa"/>
            <w:shd w:val="clear" w:color="auto" w:fill="FFFFFF"/>
          </w:tcPr>
          <w:p w14:paraId="2751207E" w14:textId="77777777" w:rsidR="0030026E" w:rsidRDefault="0019537C">
            <w:r>
              <w:t>5485,0</w:t>
            </w:r>
          </w:p>
        </w:tc>
        <w:tc>
          <w:tcPr>
            <w:tcW w:w="665" w:type="dxa"/>
            <w:shd w:val="clear" w:color="auto" w:fill="FFFFFF"/>
          </w:tcPr>
          <w:p w14:paraId="6E583DCA" w14:textId="77777777" w:rsidR="0030026E" w:rsidRDefault="0019537C">
            <w:r>
              <w:t>5485,0</w:t>
            </w:r>
          </w:p>
        </w:tc>
        <w:tc>
          <w:tcPr>
            <w:tcW w:w="665" w:type="dxa"/>
            <w:shd w:val="clear" w:color="auto" w:fill="FFFFFF"/>
          </w:tcPr>
          <w:p w14:paraId="4A475B2E" w14:textId="77777777" w:rsidR="0030026E" w:rsidRDefault="0019537C">
            <w:r>
              <w:t>5485,0</w:t>
            </w:r>
          </w:p>
        </w:tc>
        <w:tc>
          <w:tcPr>
            <w:tcW w:w="665" w:type="dxa"/>
            <w:shd w:val="clear" w:color="auto" w:fill="FFFFFF"/>
          </w:tcPr>
          <w:p w14:paraId="2E81C3A9" w14:textId="77777777" w:rsidR="0030026E" w:rsidRDefault="0019537C">
            <w:r>
              <w:t>5485,0</w:t>
            </w:r>
          </w:p>
        </w:tc>
        <w:tc>
          <w:tcPr>
            <w:tcW w:w="665" w:type="dxa"/>
            <w:shd w:val="clear" w:color="auto" w:fill="FFFFFF"/>
          </w:tcPr>
          <w:p w14:paraId="433BFCF7" w14:textId="77777777" w:rsidR="0030026E" w:rsidRDefault="0019537C">
            <w:r>
              <w:t>5485,0</w:t>
            </w:r>
          </w:p>
        </w:tc>
      </w:tr>
      <w:tr w:rsidR="0030026E" w14:paraId="08131FB8" w14:textId="77777777">
        <w:trPr>
          <w:cantSplit/>
        </w:trPr>
        <w:tc>
          <w:tcPr>
            <w:tcW w:w="665" w:type="dxa"/>
            <w:shd w:val="clear" w:color="auto" w:fill="F2F2F2"/>
          </w:tcPr>
          <w:p w14:paraId="7B2A0C96" w14:textId="77777777" w:rsidR="0030026E" w:rsidRDefault="0030026E"/>
        </w:tc>
        <w:tc>
          <w:tcPr>
            <w:tcW w:w="665" w:type="dxa"/>
            <w:shd w:val="clear" w:color="auto" w:fill="FFFFFF"/>
          </w:tcPr>
          <w:p w14:paraId="1731CD1B" w14:textId="77777777" w:rsidR="0030026E" w:rsidRPr="00794D67" w:rsidRDefault="0019537C">
            <w:pPr>
              <w:rPr>
                <w:lang w:val="ru-RU"/>
              </w:rPr>
            </w:pPr>
            <w:r w:rsidRPr="00794D67">
              <w:rPr>
                <w:lang w:val="ru-RU"/>
              </w:rPr>
              <w:t>расход условного топлива, тыс. т у.т.</w:t>
            </w:r>
          </w:p>
        </w:tc>
        <w:tc>
          <w:tcPr>
            <w:tcW w:w="665" w:type="dxa"/>
            <w:shd w:val="clear" w:color="auto" w:fill="FFFFFF"/>
          </w:tcPr>
          <w:p w14:paraId="6C964CF6" w14:textId="77777777" w:rsidR="0030026E" w:rsidRDefault="0019537C">
            <w:r>
              <w:t>0,927</w:t>
            </w:r>
          </w:p>
        </w:tc>
        <w:tc>
          <w:tcPr>
            <w:tcW w:w="665" w:type="dxa"/>
            <w:shd w:val="clear" w:color="auto" w:fill="FFFFFF"/>
          </w:tcPr>
          <w:p w14:paraId="5D13767F" w14:textId="77777777" w:rsidR="0030026E" w:rsidRDefault="0019537C">
            <w:r>
              <w:t>0,949</w:t>
            </w:r>
          </w:p>
        </w:tc>
        <w:tc>
          <w:tcPr>
            <w:tcW w:w="665" w:type="dxa"/>
            <w:shd w:val="clear" w:color="auto" w:fill="FFFFFF"/>
          </w:tcPr>
          <w:p w14:paraId="4EB5CD2A" w14:textId="77777777" w:rsidR="0030026E" w:rsidRDefault="0019537C">
            <w:r>
              <w:t>0,971</w:t>
            </w:r>
          </w:p>
        </w:tc>
        <w:tc>
          <w:tcPr>
            <w:tcW w:w="665" w:type="dxa"/>
            <w:shd w:val="clear" w:color="auto" w:fill="FFFFFF"/>
          </w:tcPr>
          <w:p w14:paraId="2F8C94BB" w14:textId="77777777" w:rsidR="0030026E" w:rsidRDefault="0019537C">
            <w:r>
              <w:t>0,994</w:t>
            </w:r>
          </w:p>
        </w:tc>
        <w:tc>
          <w:tcPr>
            <w:tcW w:w="665" w:type="dxa"/>
            <w:shd w:val="clear" w:color="auto" w:fill="FFFFFF"/>
          </w:tcPr>
          <w:p w14:paraId="3F32A6EC" w14:textId="77777777" w:rsidR="0030026E" w:rsidRDefault="0019537C">
            <w:r>
              <w:t>1,016</w:t>
            </w:r>
          </w:p>
        </w:tc>
        <w:tc>
          <w:tcPr>
            <w:tcW w:w="665" w:type="dxa"/>
            <w:shd w:val="clear" w:color="auto" w:fill="FFFFFF"/>
          </w:tcPr>
          <w:p w14:paraId="153A6F2C" w14:textId="77777777" w:rsidR="0030026E" w:rsidRDefault="0019537C">
            <w:r>
              <w:t>1,038</w:t>
            </w:r>
          </w:p>
        </w:tc>
        <w:tc>
          <w:tcPr>
            <w:tcW w:w="665" w:type="dxa"/>
            <w:shd w:val="clear" w:color="auto" w:fill="FFFFFF"/>
          </w:tcPr>
          <w:p w14:paraId="7DC7B0BD" w14:textId="77777777" w:rsidR="0030026E" w:rsidRDefault="0019537C">
            <w:r>
              <w:t>1,038</w:t>
            </w:r>
          </w:p>
        </w:tc>
        <w:tc>
          <w:tcPr>
            <w:tcW w:w="665" w:type="dxa"/>
            <w:shd w:val="clear" w:color="auto" w:fill="FFFFFF"/>
          </w:tcPr>
          <w:p w14:paraId="70D446FB" w14:textId="77777777" w:rsidR="0030026E" w:rsidRDefault="0019537C">
            <w:r>
              <w:t>1,038</w:t>
            </w:r>
          </w:p>
        </w:tc>
        <w:tc>
          <w:tcPr>
            <w:tcW w:w="665" w:type="dxa"/>
            <w:shd w:val="clear" w:color="auto" w:fill="FFFFFF"/>
          </w:tcPr>
          <w:p w14:paraId="1AB402FF" w14:textId="77777777" w:rsidR="0030026E" w:rsidRDefault="0019537C">
            <w:r>
              <w:t>1,038</w:t>
            </w:r>
          </w:p>
        </w:tc>
        <w:tc>
          <w:tcPr>
            <w:tcW w:w="665" w:type="dxa"/>
            <w:shd w:val="clear" w:color="auto" w:fill="FFFFFF"/>
          </w:tcPr>
          <w:p w14:paraId="06E3B533" w14:textId="77777777" w:rsidR="0030026E" w:rsidRDefault="0019537C">
            <w:r>
              <w:t>1,038</w:t>
            </w:r>
          </w:p>
        </w:tc>
        <w:tc>
          <w:tcPr>
            <w:tcW w:w="665" w:type="dxa"/>
            <w:shd w:val="clear" w:color="auto" w:fill="FFFFFF"/>
          </w:tcPr>
          <w:p w14:paraId="68AB20B8" w14:textId="77777777" w:rsidR="0030026E" w:rsidRDefault="0019537C">
            <w:r>
              <w:t>1,038</w:t>
            </w:r>
          </w:p>
        </w:tc>
      </w:tr>
      <w:tr w:rsidR="0030026E" w14:paraId="17ED4C3E" w14:textId="77777777">
        <w:trPr>
          <w:cantSplit/>
        </w:trPr>
        <w:tc>
          <w:tcPr>
            <w:tcW w:w="665" w:type="dxa"/>
            <w:shd w:val="clear" w:color="auto" w:fill="F2F2F2"/>
          </w:tcPr>
          <w:p w14:paraId="60B48665" w14:textId="77777777" w:rsidR="0030026E" w:rsidRDefault="0030026E"/>
        </w:tc>
        <w:tc>
          <w:tcPr>
            <w:tcW w:w="665" w:type="dxa"/>
            <w:shd w:val="clear" w:color="auto" w:fill="FFFFFF"/>
          </w:tcPr>
          <w:p w14:paraId="0894C582" w14:textId="77777777" w:rsidR="0030026E" w:rsidRDefault="0019537C">
            <w:r>
              <w:t>расход угля, тыс. т</w:t>
            </w:r>
          </w:p>
        </w:tc>
        <w:tc>
          <w:tcPr>
            <w:tcW w:w="665" w:type="dxa"/>
            <w:shd w:val="clear" w:color="auto" w:fill="FFFFFF"/>
          </w:tcPr>
          <w:p w14:paraId="4E69C685" w14:textId="77777777" w:rsidR="0030026E" w:rsidRDefault="0019537C">
            <w:r>
              <w:t>1,261</w:t>
            </w:r>
          </w:p>
        </w:tc>
        <w:tc>
          <w:tcPr>
            <w:tcW w:w="665" w:type="dxa"/>
            <w:shd w:val="clear" w:color="auto" w:fill="FFFFFF"/>
          </w:tcPr>
          <w:p w14:paraId="4AF1C24B" w14:textId="77777777" w:rsidR="0030026E" w:rsidRDefault="0019537C">
            <w:r>
              <w:t>1,292</w:t>
            </w:r>
          </w:p>
        </w:tc>
        <w:tc>
          <w:tcPr>
            <w:tcW w:w="665" w:type="dxa"/>
            <w:shd w:val="clear" w:color="auto" w:fill="FFFFFF"/>
          </w:tcPr>
          <w:p w14:paraId="37B79941" w14:textId="77777777" w:rsidR="0030026E" w:rsidRDefault="0019537C">
            <w:r>
              <w:t>1,322</w:t>
            </w:r>
          </w:p>
        </w:tc>
        <w:tc>
          <w:tcPr>
            <w:tcW w:w="665" w:type="dxa"/>
            <w:shd w:val="clear" w:color="auto" w:fill="FFFFFF"/>
          </w:tcPr>
          <w:p w14:paraId="197F1C92" w14:textId="77777777" w:rsidR="0030026E" w:rsidRDefault="0019537C">
            <w:r>
              <w:t>1,352</w:t>
            </w:r>
          </w:p>
        </w:tc>
        <w:tc>
          <w:tcPr>
            <w:tcW w:w="665" w:type="dxa"/>
            <w:shd w:val="clear" w:color="auto" w:fill="FFFFFF"/>
          </w:tcPr>
          <w:p w14:paraId="3C77CB3B" w14:textId="77777777" w:rsidR="0030026E" w:rsidRDefault="0019537C">
            <w:r>
              <w:t>1,382</w:t>
            </w:r>
          </w:p>
        </w:tc>
        <w:tc>
          <w:tcPr>
            <w:tcW w:w="665" w:type="dxa"/>
            <w:shd w:val="clear" w:color="auto" w:fill="FFFFFF"/>
          </w:tcPr>
          <w:p w14:paraId="5ABC6721" w14:textId="77777777" w:rsidR="0030026E" w:rsidRDefault="0019537C">
            <w:r>
              <w:t>1,412</w:t>
            </w:r>
          </w:p>
        </w:tc>
        <w:tc>
          <w:tcPr>
            <w:tcW w:w="665" w:type="dxa"/>
            <w:shd w:val="clear" w:color="auto" w:fill="FFFFFF"/>
          </w:tcPr>
          <w:p w14:paraId="08CD4EE2" w14:textId="77777777" w:rsidR="0030026E" w:rsidRDefault="0019537C">
            <w:r>
              <w:t>1,412</w:t>
            </w:r>
          </w:p>
        </w:tc>
        <w:tc>
          <w:tcPr>
            <w:tcW w:w="665" w:type="dxa"/>
            <w:shd w:val="clear" w:color="auto" w:fill="FFFFFF"/>
          </w:tcPr>
          <w:p w14:paraId="4757EB2C" w14:textId="77777777" w:rsidR="0030026E" w:rsidRDefault="0019537C">
            <w:r>
              <w:t>1,412</w:t>
            </w:r>
          </w:p>
        </w:tc>
        <w:tc>
          <w:tcPr>
            <w:tcW w:w="665" w:type="dxa"/>
            <w:shd w:val="clear" w:color="auto" w:fill="FFFFFF"/>
          </w:tcPr>
          <w:p w14:paraId="12E5E43C" w14:textId="77777777" w:rsidR="0030026E" w:rsidRDefault="0019537C">
            <w:r>
              <w:t>1,412</w:t>
            </w:r>
          </w:p>
        </w:tc>
        <w:tc>
          <w:tcPr>
            <w:tcW w:w="665" w:type="dxa"/>
            <w:shd w:val="clear" w:color="auto" w:fill="FFFFFF"/>
          </w:tcPr>
          <w:p w14:paraId="18717ED5" w14:textId="77777777" w:rsidR="0030026E" w:rsidRDefault="0019537C">
            <w:r>
              <w:t>1,412</w:t>
            </w:r>
          </w:p>
        </w:tc>
        <w:tc>
          <w:tcPr>
            <w:tcW w:w="665" w:type="dxa"/>
            <w:shd w:val="clear" w:color="auto" w:fill="FFFFFF"/>
          </w:tcPr>
          <w:p w14:paraId="551B6B39" w14:textId="77777777" w:rsidR="0030026E" w:rsidRDefault="0019537C">
            <w:r>
              <w:t>1,412</w:t>
            </w:r>
          </w:p>
        </w:tc>
      </w:tr>
      <w:tr w:rsidR="0030026E" w14:paraId="1792303F" w14:textId="77777777">
        <w:trPr>
          <w:cantSplit/>
        </w:trPr>
        <w:tc>
          <w:tcPr>
            <w:tcW w:w="665" w:type="dxa"/>
            <w:shd w:val="clear" w:color="auto" w:fill="F2F2F2"/>
          </w:tcPr>
          <w:p w14:paraId="05929489" w14:textId="77777777" w:rsidR="0030026E" w:rsidRPr="00794D67" w:rsidRDefault="0019537C">
            <w:pPr>
              <w:rPr>
                <w:lang w:val="ru-RU"/>
              </w:rPr>
            </w:pPr>
            <w:r w:rsidRPr="00794D67">
              <w:rPr>
                <w:lang w:val="ru-RU"/>
              </w:rPr>
              <w:t>УПК № 9 ГРЭ (ДГр, 5700 ккал/кг)</w:t>
            </w:r>
          </w:p>
        </w:tc>
        <w:tc>
          <w:tcPr>
            <w:tcW w:w="665" w:type="dxa"/>
            <w:shd w:val="clear" w:color="auto" w:fill="FFFFFF"/>
          </w:tcPr>
          <w:p w14:paraId="6358ED1C" w14:textId="77777777" w:rsidR="0030026E" w:rsidRPr="00794D67" w:rsidRDefault="0019537C">
            <w:pPr>
              <w:rPr>
                <w:lang w:val="ru-RU"/>
              </w:rPr>
            </w:pPr>
            <w:r w:rsidRPr="00794D67">
              <w:rPr>
                <w:lang w:val="ru-RU"/>
              </w:rPr>
              <w:t>отпуск тепловой энергии, Гкал/год</w:t>
            </w:r>
          </w:p>
        </w:tc>
        <w:tc>
          <w:tcPr>
            <w:tcW w:w="665" w:type="dxa"/>
            <w:shd w:val="clear" w:color="auto" w:fill="FFFFFF"/>
          </w:tcPr>
          <w:p w14:paraId="658D44DA" w14:textId="77777777" w:rsidR="0030026E" w:rsidRDefault="0019537C">
            <w:r>
              <w:t>1289,0</w:t>
            </w:r>
          </w:p>
        </w:tc>
        <w:tc>
          <w:tcPr>
            <w:tcW w:w="665" w:type="dxa"/>
            <w:shd w:val="clear" w:color="auto" w:fill="FFFFFF"/>
          </w:tcPr>
          <w:p w14:paraId="77975ECC" w14:textId="77777777" w:rsidR="0030026E" w:rsidRDefault="0019537C">
            <w:r>
              <w:t>1289,0</w:t>
            </w:r>
          </w:p>
        </w:tc>
        <w:tc>
          <w:tcPr>
            <w:tcW w:w="665" w:type="dxa"/>
            <w:shd w:val="clear" w:color="auto" w:fill="FFFFFF"/>
          </w:tcPr>
          <w:p w14:paraId="051C9EC4" w14:textId="77777777" w:rsidR="0030026E" w:rsidRDefault="0019537C">
            <w:r>
              <w:t>1289,0</w:t>
            </w:r>
          </w:p>
        </w:tc>
        <w:tc>
          <w:tcPr>
            <w:tcW w:w="665" w:type="dxa"/>
            <w:shd w:val="clear" w:color="auto" w:fill="FFFFFF"/>
          </w:tcPr>
          <w:p w14:paraId="360372FC" w14:textId="77777777" w:rsidR="0030026E" w:rsidRDefault="0019537C">
            <w:r>
              <w:t>1289,0</w:t>
            </w:r>
          </w:p>
        </w:tc>
        <w:tc>
          <w:tcPr>
            <w:tcW w:w="665" w:type="dxa"/>
            <w:shd w:val="clear" w:color="auto" w:fill="FFFFFF"/>
          </w:tcPr>
          <w:p w14:paraId="3D5F06B6" w14:textId="77777777" w:rsidR="0030026E" w:rsidRDefault="0019537C">
            <w:r>
              <w:t>1289,0</w:t>
            </w:r>
          </w:p>
        </w:tc>
        <w:tc>
          <w:tcPr>
            <w:tcW w:w="665" w:type="dxa"/>
            <w:shd w:val="clear" w:color="auto" w:fill="FFFFFF"/>
          </w:tcPr>
          <w:p w14:paraId="019153CE" w14:textId="77777777" w:rsidR="0030026E" w:rsidRDefault="0019537C">
            <w:r>
              <w:t>1289,0</w:t>
            </w:r>
          </w:p>
        </w:tc>
        <w:tc>
          <w:tcPr>
            <w:tcW w:w="665" w:type="dxa"/>
            <w:shd w:val="clear" w:color="auto" w:fill="FFFFFF"/>
          </w:tcPr>
          <w:p w14:paraId="3F48B797" w14:textId="77777777" w:rsidR="0030026E" w:rsidRDefault="0019537C">
            <w:r>
              <w:t>1289,0</w:t>
            </w:r>
          </w:p>
        </w:tc>
        <w:tc>
          <w:tcPr>
            <w:tcW w:w="665" w:type="dxa"/>
            <w:shd w:val="clear" w:color="auto" w:fill="FFFFFF"/>
          </w:tcPr>
          <w:p w14:paraId="63B7E6B5" w14:textId="77777777" w:rsidR="0030026E" w:rsidRDefault="0019537C">
            <w:r>
              <w:t>1289,0</w:t>
            </w:r>
          </w:p>
        </w:tc>
        <w:tc>
          <w:tcPr>
            <w:tcW w:w="665" w:type="dxa"/>
            <w:shd w:val="clear" w:color="auto" w:fill="FFFFFF"/>
          </w:tcPr>
          <w:p w14:paraId="211AA4AB" w14:textId="77777777" w:rsidR="0030026E" w:rsidRDefault="0019537C">
            <w:r>
              <w:t>1289,0</w:t>
            </w:r>
          </w:p>
        </w:tc>
        <w:tc>
          <w:tcPr>
            <w:tcW w:w="665" w:type="dxa"/>
            <w:shd w:val="clear" w:color="auto" w:fill="FFFFFF"/>
          </w:tcPr>
          <w:p w14:paraId="162BF1B7" w14:textId="77777777" w:rsidR="0030026E" w:rsidRDefault="0019537C">
            <w:r>
              <w:t>1289,0</w:t>
            </w:r>
          </w:p>
        </w:tc>
        <w:tc>
          <w:tcPr>
            <w:tcW w:w="665" w:type="dxa"/>
            <w:shd w:val="clear" w:color="auto" w:fill="FFFFFF"/>
          </w:tcPr>
          <w:p w14:paraId="2EE4B8CC" w14:textId="77777777" w:rsidR="0030026E" w:rsidRDefault="0019537C">
            <w:r>
              <w:t>1289,0</w:t>
            </w:r>
          </w:p>
        </w:tc>
      </w:tr>
      <w:tr w:rsidR="0030026E" w14:paraId="666BC03E" w14:textId="77777777">
        <w:trPr>
          <w:cantSplit/>
        </w:trPr>
        <w:tc>
          <w:tcPr>
            <w:tcW w:w="665" w:type="dxa"/>
            <w:shd w:val="clear" w:color="auto" w:fill="F2F2F2"/>
          </w:tcPr>
          <w:p w14:paraId="5E5194F6" w14:textId="77777777" w:rsidR="0030026E" w:rsidRDefault="0030026E"/>
        </w:tc>
        <w:tc>
          <w:tcPr>
            <w:tcW w:w="665" w:type="dxa"/>
            <w:shd w:val="clear" w:color="auto" w:fill="FFFFFF"/>
          </w:tcPr>
          <w:p w14:paraId="7ACC846B" w14:textId="77777777" w:rsidR="0030026E" w:rsidRPr="00794D67" w:rsidRDefault="0019537C">
            <w:pPr>
              <w:rPr>
                <w:lang w:val="ru-RU"/>
              </w:rPr>
            </w:pPr>
            <w:r w:rsidRPr="00794D67">
              <w:rPr>
                <w:lang w:val="ru-RU"/>
              </w:rPr>
              <w:t>расход условного топлива, тыс. т у.т.</w:t>
            </w:r>
          </w:p>
        </w:tc>
        <w:tc>
          <w:tcPr>
            <w:tcW w:w="665" w:type="dxa"/>
            <w:shd w:val="clear" w:color="auto" w:fill="FFFFFF"/>
          </w:tcPr>
          <w:p w14:paraId="13010206" w14:textId="77777777" w:rsidR="0030026E" w:rsidRDefault="0019537C">
            <w:r>
              <w:t>0,244</w:t>
            </w:r>
          </w:p>
        </w:tc>
        <w:tc>
          <w:tcPr>
            <w:tcW w:w="665" w:type="dxa"/>
            <w:shd w:val="clear" w:color="auto" w:fill="FFFFFF"/>
          </w:tcPr>
          <w:p w14:paraId="28B74B1E" w14:textId="77777777" w:rsidR="0030026E" w:rsidRDefault="0019537C">
            <w:r>
              <w:t>0,244</w:t>
            </w:r>
          </w:p>
        </w:tc>
        <w:tc>
          <w:tcPr>
            <w:tcW w:w="665" w:type="dxa"/>
            <w:shd w:val="clear" w:color="auto" w:fill="FFFFFF"/>
          </w:tcPr>
          <w:p w14:paraId="1AC97473" w14:textId="77777777" w:rsidR="0030026E" w:rsidRDefault="0019537C">
            <w:r>
              <w:t>0,244</w:t>
            </w:r>
          </w:p>
        </w:tc>
        <w:tc>
          <w:tcPr>
            <w:tcW w:w="665" w:type="dxa"/>
            <w:shd w:val="clear" w:color="auto" w:fill="FFFFFF"/>
          </w:tcPr>
          <w:p w14:paraId="3D851C3F" w14:textId="77777777" w:rsidR="0030026E" w:rsidRDefault="0019537C">
            <w:r>
              <w:t>0,244</w:t>
            </w:r>
          </w:p>
        </w:tc>
        <w:tc>
          <w:tcPr>
            <w:tcW w:w="665" w:type="dxa"/>
            <w:shd w:val="clear" w:color="auto" w:fill="FFFFFF"/>
          </w:tcPr>
          <w:p w14:paraId="369966C4" w14:textId="77777777" w:rsidR="0030026E" w:rsidRDefault="0019537C">
            <w:r>
              <w:t>0,244</w:t>
            </w:r>
          </w:p>
        </w:tc>
        <w:tc>
          <w:tcPr>
            <w:tcW w:w="665" w:type="dxa"/>
            <w:shd w:val="clear" w:color="auto" w:fill="FFFFFF"/>
          </w:tcPr>
          <w:p w14:paraId="36084ACA" w14:textId="77777777" w:rsidR="0030026E" w:rsidRDefault="0019537C">
            <w:r>
              <w:t>0,244</w:t>
            </w:r>
          </w:p>
        </w:tc>
        <w:tc>
          <w:tcPr>
            <w:tcW w:w="665" w:type="dxa"/>
            <w:shd w:val="clear" w:color="auto" w:fill="FFFFFF"/>
          </w:tcPr>
          <w:p w14:paraId="7729FC33" w14:textId="77777777" w:rsidR="0030026E" w:rsidRDefault="0019537C">
            <w:r>
              <w:t>0,244</w:t>
            </w:r>
          </w:p>
        </w:tc>
        <w:tc>
          <w:tcPr>
            <w:tcW w:w="665" w:type="dxa"/>
            <w:shd w:val="clear" w:color="auto" w:fill="FFFFFF"/>
          </w:tcPr>
          <w:p w14:paraId="20BD220C" w14:textId="77777777" w:rsidR="0030026E" w:rsidRDefault="0019537C">
            <w:r>
              <w:t>0,244</w:t>
            </w:r>
          </w:p>
        </w:tc>
        <w:tc>
          <w:tcPr>
            <w:tcW w:w="665" w:type="dxa"/>
            <w:shd w:val="clear" w:color="auto" w:fill="FFFFFF"/>
          </w:tcPr>
          <w:p w14:paraId="12CFE108" w14:textId="77777777" w:rsidR="0030026E" w:rsidRDefault="0019537C">
            <w:r>
              <w:t>0,244</w:t>
            </w:r>
          </w:p>
        </w:tc>
        <w:tc>
          <w:tcPr>
            <w:tcW w:w="665" w:type="dxa"/>
            <w:shd w:val="clear" w:color="auto" w:fill="FFFFFF"/>
          </w:tcPr>
          <w:p w14:paraId="4BF8AC00" w14:textId="77777777" w:rsidR="0030026E" w:rsidRDefault="0019537C">
            <w:r>
              <w:t>0,244</w:t>
            </w:r>
          </w:p>
        </w:tc>
        <w:tc>
          <w:tcPr>
            <w:tcW w:w="665" w:type="dxa"/>
            <w:shd w:val="clear" w:color="auto" w:fill="FFFFFF"/>
          </w:tcPr>
          <w:p w14:paraId="1DEB4967" w14:textId="77777777" w:rsidR="0030026E" w:rsidRDefault="0019537C">
            <w:r>
              <w:t>0,244</w:t>
            </w:r>
          </w:p>
        </w:tc>
      </w:tr>
      <w:tr w:rsidR="0030026E" w14:paraId="4F92AA4E" w14:textId="77777777">
        <w:trPr>
          <w:cantSplit/>
        </w:trPr>
        <w:tc>
          <w:tcPr>
            <w:tcW w:w="665" w:type="dxa"/>
            <w:shd w:val="clear" w:color="auto" w:fill="F2F2F2"/>
          </w:tcPr>
          <w:p w14:paraId="4EBB03D5" w14:textId="77777777" w:rsidR="0030026E" w:rsidRDefault="0030026E"/>
        </w:tc>
        <w:tc>
          <w:tcPr>
            <w:tcW w:w="665" w:type="dxa"/>
            <w:shd w:val="clear" w:color="auto" w:fill="FFFFFF"/>
          </w:tcPr>
          <w:p w14:paraId="778EDF23" w14:textId="77777777" w:rsidR="0030026E" w:rsidRDefault="0019537C">
            <w:r>
              <w:t>расход угля, тыс. т</w:t>
            </w:r>
          </w:p>
        </w:tc>
        <w:tc>
          <w:tcPr>
            <w:tcW w:w="665" w:type="dxa"/>
            <w:shd w:val="clear" w:color="auto" w:fill="FFFFFF"/>
          </w:tcPr>
          <w:p w14:paraId="3F133CF9" w14:textId="77777777" w:rsidR="0030026E" w:rsidRDefault="0019537C">
            <w:r>
              <w:t>0,300</w:t>
            </w:r>
          </w:p>
        </w:tc>
        <w:tc>
          <w:tcPr>
            <w:tcW w:w="665" w:type="dxa"/>
            <w:shd w:val="clear" w:color="auto" w:fill="FFFFFF"/>
          </w:tcPr>
          <w:p w14:paraId="6016EEA7" w14:textId="77777777" w:rsidR="0030026E" w:rsidRDefault="0019537C">
            <w:r>
              <w:t>0,300</w:t>
            </w:r>
          </w:p>
        </w:tc>
        <w:tc>
          <w:tcPr>
            <w:tcW w:w="665" w:type="dxa"/>
            <w:shd w:val="clear" w:color="auto" w:fill="FFFFFF"/>
          </w:tcPr>
          <w:p w14:paraId="6ACE6078" w14:textId="77777777" w:rsidR="0030026E" w:rsidRDefault="0019537C">
            <w:r>
              <w:t>0,300</w:t>
            </w:r>
          </w:p>
        </w:tc>
        <w:tc>
          <w:tcPr>
            <w:tcW w:w="665" w:type="dxa"/>
            <w:shd w:val="clear" w:color="auto" w:fill="FFFFFF"/>
          </w:tcPr>
          <w:p w14:paraId="0A57D9B4" w14:textId="77777777" w:rsidR="0030026E" w:rsidRDefault="0019537C">
            <w:r>
              <w:t>0,300</w:t>
            </w:r>
          </w:p>
        </w:tc>
        <w:tc>
          <w:tcPr>
            <w:tcW w:w="665" w:type="dxa"/>
            <w:shd w:val="clear" w:color="auto" w:fill="FFFFFF"/>
          </w:tcPr>
          <w:p w14:paraId="6747767A" w14:textId="77777777" w:rsidR="0030026E" w:rsidRDefault="0019537C">
            <w:r>
              <w:t>0,300</w:t>
            </w:r>
          </w:p>
        </w:tc>
        <w:tc>
          <w:tcPr>
            <w:tcW w:w="665" w:type="dxa"/>
            <w:shd w:val="clear" w:color="auto" w:fill="FFFFFF"/>
          </w:tcPr>
          <w:p w14:paraId="3B9906FA" w14:textId="77777777" w:rsidR="0030026E" w:rsidRDefault="0019537C">
            <w:r>
              <w:t>0,300</w:t>
            </w:r>
          </w:p>
        </w:tc>
        <w:tc>
          <w:tcPr>
            <w:tcW w:w="665" w:type="dxa"/>
            <w:shd w:val="clear" w:color="auto" w:fill="FFFFFF"/>
          </w:tcPr>
          <w:p w14:paraId="78AD8ACB" w14:textId="77777777" w:rsidR="0030026E" w:rsidRDefault="0019537C">
            <w:r>
              <w:t>0,300</w:t>
            </w:r>
          </w:p>
        </w:tc>
        <w:tc>
          <w:tcPr>
            <w:tcW w:w="665" w:type="dxa"/>
            <w:shd w:val="clear" w:color="auto" w:fill="FFFFFF"/>
          </w:tcPr>
          <w:p w14:paraId="34B2961E" w14:textId="77777777" w:rsidR="0030026E" w:rsidRDefault="0019537C">
            <w:r>
              <w:t>0,300</w:t>
            </w:r>
          </w:p>
        </w:tc>
        <w:tc>
          <w:tcPr>
            <w:tcW w:w="665" w:type="dxa"/>
            <w:shd w:val="clear" w:color="auto" w:fill="FFFFFF"/>
          </w:tcPr>
          <w:p w14:paraId="4235C6DA" w14:textId="77777777" w:rsidR="0030026E" w:rsidRDefault="0019537C">
            <w:r>
              <w:t>0,300</w:t>
            </w:r>
          </w:p>
        </w:tc>
        <w:tc>
          <w:tcPr>
            <w:tcW w:w="665" w:type="dxa"/>
            <w:shd w:val="clear" w:color="auto" w:fill="FFFFFF"/>
          </w:tcPr>
          <w:p w14:paraId="241A7DC0" w14:textId="77777777" w:rsidR="0030026E" w:rsidRDefault="0019537C">
            <w:r>
              <w:t>0,300</w:t>
            </w:r>
          </w:p>
        </w:tc>
        <w:tc>
          <w:tcPr>
            <w:tcW w:w="665" w:type="dxa"/>
            <w:shd w:val="clear" w:color="auto" w:fill="FFFFFF"/>
          </w:tcPr>
          <w:p w14:paraId="2756FF73" w14:textId="77777777" w:rsidR="0030026E" w:rsidRDefault="0019537C">
            <w:r>
              <w:t>0,300</w:t>
            </w:r>
          </w:p>
        </w:tc>
      </w:tr>
      <w:tr w:rsidR="0030026E" w14:paraId="1786F45C" w14:textId="77777777">
        <w:trPr>
          <w:cantSplit/>
        </w:trPr>
        <w:tc>
          <w:tcPr>
            <w:tcW w:w="665" w:type="dxa"/>
            <w:shd w:val="clear" w:color="auto" w:fill="F2F2F2"/>
          </w:tcPr>
          <w:p w14:paraId="489C4FC5" w14:textId="77777777" w:rsidR="0030026E" w:rsidRPr="00794D67" w:rsidRDefault="0019537C">
            <w:pPr>
              <w:rPr>
                <w:lang w:val="ru-RU"/>
              </w:rPr>
            </w:pPr>
            <w:r w:rsidRPr="00794D67">
              <w:rPr>
                <w:lang w:val="ru-RU"/>
              </w:rPr>
              <w:t>УПК № 5 Новый Шерегеш (Др, 5145 ккал/кг)</w:t>
            </w:r>
          </w:p>
        </w:tc>
        <w:tc>
          <w:tcPr>
            <w:tcW w:w="665" w:type="dxa"/>
            <w:shd w:val="clear" w:color="auto" w:fill="FFFFFF"/>
          </w:tcPr>
          <w:p w14:paraId="2FAD25D0" w14:textId="77777777" w:rsidR="0030026E" w:rsidRPr="00794D67" w:rsidRDefault="0019537C">
            <w:pPr>
              <w:rPr>
                <w:lang w:val="ru-RU"/>
              </w:rPr>
            </w:pPr>
            <w:r w:rsidRPr="00794D67">
              <w:rPr>
                <w:lang w:val="ru-RU"/>
              </w:rPr>
              <w:t>отпуск тепловой энергии, Гкал/год</w:t>
            </w:r>
          </w:p>
        </w:tc>
        <w:tc>
          <w:tcPr>
            <w:tcW w:w="665" w:type="dxa"/>
            <w:shd w:val="clear" w:color="auto" w:fill="FFFFFF"/>
          </w:tcPr>
          <w:p w14:paraId="20906FF6" w14:textId="77777777" w:rsidR="0030026E" w:rsidRDefault="0019537C">
            <w:r>
              <w:t>263537,2</w:t>
            </w:r>
          </w:p>
        </w:tc>
        <w:tc>
          <w:tcPr>
            <w:tcW w:w="665" w:type="dxa"/>
            <w:shd w:val="clear" w:color="auto" w:fill="FFFFFF"/>
          </w:tcPr>
          <w:p w14:paraId="6023EA36" w14:textId="77777777" w:rsidR="0030026E" w:rsidRDefault="0019537C">
            <w:r>
              <w:t>298414,6</w:t>
            </w:r>
          </w:p>
        </w:tc>
        <w:tc>
          <w:tcPr>
            <w:tcW w:w="665" w:type="dxa"/>
            <w:shd w:val="clear" w:color="auto" w:fill="FFFFFF"/>
          </w:tcPr>
          <w:p w14:paraId="5CDCFC25" w14:textId="77777777" w:rsidR="0030026E" w:rsidRDefault="0019537C">
            <w:r>
              <w:t>333291,9</w:t>
            </w:r>
          </w:p>
        </w:tc>
        <w:tc>
          <w:tcPr>
            <w:tcW w:w="665" w:type="dxa"/>
            <w:shd w:val="clear" w:color="auto" w:fill="FFFFFF"/>
          </w:tcPr>
          <w:p w14:paraId="24C2122D" w14:textId="77777777" w:rsidR="0030026E" w:rsidRDefault="0019537C">
            <w:r>
              <w:t>368169,3</w:t>
            </w:r>
          </w:p>
        </w:tc>
        <w:tc>
          <w:tcPr>
            <w:tcW w:w="665" w:type="dxa"/>
            <w:shd w:val="clear" w:color="auto" w:fill="FFFFFF"/>
          </w:tcPr>
          <w:p w14:paraId="4440100E" w14:textId="77777777" w:rsidR="0030026E" w:rsidRDefault="0019537C">
            <w:r>
              <w:t>403046,7</w:t>
            </w:r>
          </w:p>
        </w:tc>
        <w:tc>
          <w:tcPr>
            <w:tcW w:w="665" w:type="dxa"/>
            <w:shd w:val="clear" w:color="auto" w:fill="FFFFFF"/>
          </w:tcPr>
          <w:p w14:paraId="68B4BC67" w14:textId="77777777" w:rsidR="0030026E" w:rsidRDefault="0019537C">
            <w:r>
              <w:t>437924,0</w:t>
            </w:r>
          </w:p>
        </w:tc>
        <w:tc>
          <w:tcPr>
            <w:tcW w:w="665" w:type="dxa"/>
            <w:shd w:val="clear" w:color="auto" w:fill="FFFFFF"/>
          </w:tcPr>
          <w:p w14:paraId="78ACBB05" w14:textId="77777777" w:rsidR="0030026E" w:rsidRDefault="0019537C">
            <w:r>
              <w:t>437924,0</w:t>
            </w:r>
          </w:p>
        </w:tc>
        <w:tc>
          <w:tcPr>
            <w:tcW w:w="665" w:type="dxa"/>
            <w:shd w:val="clear" w:color="auto" w:fill="FFFFFF"/>
          </w:tcPr>
          <w:p w14:paraId="158F9579" w14:textId="77777777" w:rsidR="0030026E" w:rsidRDefault="0019537C">
            <w:r>
              <w:t>437924,0</w:t>
            </w:r>
          </w:p>
        </w:tc>
        <w:tc>
          <w:tcPr>
            <w:tcW w:w="665" w:type="dxa"/>
            <w:shd w:val="clear" w:color="auto" w:fill="FFFFFF"/>
          </w:tcPr>
          <w:p w14:paraId="4065F0BD" w14:textId="77777777" w:rsidR="0030026E" w:rsidRDefault="0019537C">
            <w:r>
              <w:t>437924,0</w:t>
            </w:r>
          </w:p>
        </w:tc>
        <w:tc>
          <w:tcPr>
            <w:tcW w:w="665" w:type="dxa"/>
            <w:shd w:val="clear" w:color="auto" w:fill="FFFFFF"/>
          </w:tcPr>
          <w:p w14:paraId="21D15BD4" w14:textId="77777777" w:rsidR="0030026E" w:rsidRDefault="0019537C">
            <w:r>
              <w:t>437924,0</w:t>
            </w:r>
          </w:p>
        </w:tc>
        <w:tc>
          <w:tcPr>
            <w:tcW w:w="665" w:type="dxa"/>
            <w:shd w:val="clear" w:color="auto" w:fill="FFFFFF"/>
          </w:tcPr>
          <w:p w14:paraId="77BC8D55" w14:textId="77777777" w:rsidR="0030026E" w:rsidRDefault="0019537C">
            <w:r>
              <w:t>437924,0</w:t>
            </w:r>
          </w:p>
        </w:tc>
      </w:tr>
      <w:tr w:rsidR="0030026E" w14:paraId="72640519" w14:textId="77777777">
        <w:trPr>
          <w:cantSplit/>
        </w:trPr>
        <w:tc>
          <w:tcPr>
            <w:tcW w:w="665" w:type="dxa"/>
            <w:shd w:val="clear" w:color="auto" w:fill="F2F2F2"/>
          </w:tcPr>
          <w:p w14:paraId="2F593847" w14:textId="77777777" w:rsidR="0030026E" w:rsidRDefault="0030026E"/>
        </w:tc>
        <w:tc>
          <w:tcPr>
            <w:tcW w:w="665" w:type="dxa"/>
            <w:shd w:val="clear" w:color="auto" w:fill="FFFFFF"/>
          </w:tcPr>
          <w:p w14:paraId="0CD0C0E1" w14:textId="77777777" w:rsidR="0030026E" w:rsidRPr="00794D67" w:rsidRDefault="0019537C">
            <w:pPr>
              <w:rPr>
                <w:lang w:val="ru-RU"/>
              </w:rPr>
            </w:pPr>
            <w:r w:rsidRPr="00794D67">
              <w:rPr>
                <w:lang w:val="ru-RU"/>
              </w:rPr>
              <w:t>расход условного топлива, тыс. т у.т.</w:t>
            </w:r>
          </w:p>
        </w:tc>
        <w:tc>
          <w:tcPr>
            <w:tcW w:w="665" w:type="dxa"/>
            <w:shd w:val="clear" w:color="auto" w:fill="FFFFFF"/>
          </w:tcPr>
          <w:p w14:paraId="3F843D59" w14:textId="77777777" w:rsidR="0030026E" w:rsidRDefault="0019537C">
            <w:r>
              <w:t>49,865</w:t>
            </w:r>
          </w:p>
        </w:tc>
        <w:tc>
          <w:tcPr>
            <w:tcW w:w="665" w:type="dxa"/>
            <w:shd w:val="clear" w:color="auto" w:fill="FFFFFF"/>
          </w:tcPr>
          <w:p w14:paraId="4F324F5B" w14:textId="77777777" w:rsidR="0030026E" w:rsidRDefault="0019537C">
            <w:r>
              <w:t>56,465</w:t>
            </w:r>
          </w:p>
        </w:tc>
        <w:tc>
          <w:tcPr>
            <w:tcW w:w="665" w:type="dxa"/>
            <w:shd w:val="clear" w:color="auto" w:fill="FFFFFF"/>
          </w:tcPr>
          <w:p w14:paraId="581B2F99" w14:textId="77777777" w:rsidR="0030026E" w:rsidRDefault="0019537C">
            <w:r>
              <w:t>63,064</w:t>
            </w:r>
          </w:p>
        </w:tc>
        <w:tc>
          <w:tcPr>
            <w:tcW w:w="665" w:type="dxa"/>
            <w:shd w:val="clear" w:color="auto" w:fill="FFFFFF"/>
          </w:tcPr>
          <w:p w14:paraId="25FDDCBF" w14:textId="77777777" w:rsidR="0030026E" w:rsidRDefault="0019537C">
            <w:r>
              <w:t>69,663</w:t>
            </w:r>
          </w:p>
        </w:tc>
        <w:tc>
          <w:tcPr>
            <w:tcW w:w="665" w:type="dxa"/>
            <w:shd w:val="clear" w:color="auto" w:fill="FFFFFF"/>
          </w:tcPr>
          <w:p w14:paraId="170A4EE6" w14:textId="77777777" w:rsidR="0030026E" w:rsidRDefault="0019537C">
            <w:r>
              <w:t>76,262</w:t>
            </w:r>
          </w:p>
        </w:tc>
        <w:tc>
          <w:tcPr>
            <w:tcW w:w="665" w:type="dxa"/>
            <w:shd w:val="clear" w:color="auto" w:fill="FFFFFF"/>
          </w:tcPr>
          <w:p w14:paraId="01819A49" w14:textId="77777777" w:rsidR="0030026E" w:rsidRDefault="0019537C">
            <w:r>
              <w:t>82,862</w:t>
            </w:r>
          </w:p>
        </w:tc>
        <w:tc>
          <w:tcPr>
            <w:tcW w:w="665" w:type="dxa"/>
            <w:shd w:val="clear" w:color="auto" w:fill="FFFFFF"/>
          </w:tcPr>
          <w:p w14:paraId="640895FE" w14:textId="77777777" w:rsidR="0030026E" w:rsidRDefault="0019537C">
            <w:r>
              <w:t>82,862</w:t>
            </w:r>
          </w:p>
        </w:tc>
        <w:tc>
          <w:tcPr>
            <w:tcW w:w="665" w:type="dxa"/>
            <w:shd w:val="clear" w:color="auto" w:fill="FFFFFF"/>
          </w:tcPr>
          <w:p w14:paraId="386F294F" w14:textId="77777777" w:rsidR="0030026E" w:rsidRDefault="0019537C">
            <w:r>
              <w:t>82,862</w:t>
            </w:r>
          </w:p>
        </w:tc>
        <w:tc>
          <w:tcPr>
            <w:tcW w:w="665" w:type="dxa"/>
            <w:shd w:val="clear" w:color="auto" w:fill="FFFFFF"/>
          </w:tcPr>
          <w:p w14:paraId="1B90A08E" w14:textId="77777777" w:rsidR="0030026E" w:rsidRDefault="0019537C">
            <w:r>
              <w:t>82,862</w:t>
            </w:r>
          </w:p>
        </w:tc>
        <w:tc>
          <w:tcPr>
            <w:tcW w:w="665" w:type="dxa"/>
            <w:shd w:val="clear" w:color="auto" w:fill="FFFFFF"/>
          </w:tcPr>
          <w:p w14:paraId="166C2DCC" w14:textId="77777777" w:rsidR="0030026E" w:rsidRDefault="0019537C">
            <w:r>
              <w:t>82,862</w:t>
            </w:r>
          </w:p>
        </w:tc>
        <w:tc>
          <w:tcPr>
            <w:tcW w:w="665" w:type="dxa"/>
            <w:shd w:val="clear" w:color="auto" w:fill="FFFFFF"/>
          </w:tcPr>
          <w:p w14:paraId="4F25A627" w14:textId="77777777" w:rsidR="0030026E" w:rsidRDefault="0019537C">
            <w:r>
              <w:t>82,862</w:t>
            </w:r>
          </w:p>
        </w:tc>
      </w:tr>
      <w:tr w:rsidR="0030026E" w14:paraId="4D67FE98" w14:textId="77777777">
        <w:trPr>
          <w:cantSplit/>
        </w:trPr>
        <w:tc>
          <w:tcPr>
            <w:tcW w:w="665" w:type="dxa"/>
            <w:shd w:val="clear" w:color="auto" w:fill="F2F2F2"/>
          </w:tcPr>
          <w:p w14:paraId="0224959C" w14:textId="77777777" w:rsidR="0030026E" w:rsidRDefault="0030026E"/>
        </w:tc>
        <w:tc>
          <w:tcPr>
            <w:tcW w:w="665" w:type="dxa"/>
            <w:shd w:val="clear" w:color="auto" w:fill="FFFFFF"/>
          </w:tcPr>
          <w:p w14:paraId="508C2929" w14:textId="77777777" w:rsidR="0030026E" w:rsidRDefault="0019537C">
            <w:r>
              <w:t>расход угля, тыс. т</w:t>
            </w:r>
          </w:p>
        </w:tc>
        <w:tc>
          <w:tcPr>
            <w:tcW w:w="665" w:type="dxa"/>
            <w:shd w:val="clear" w:color="auto" w:fill="FFFFFF"/>
          </w:tcPr>
          <w:p w14:paraId="2C13D92C" w14:textId="77777777" w:rsidR="0030026E" w:rsidRDefault="0019537C">
            <w:r>
              <w:t>67,844</w:t>
            </w:r>
          </w:p>
        </w:tc>
        <w:tc>
          <w:tcPr>
            <w:tcW w:w="665" w:type="dxa"/>
            <w:shd w:val="clear" w:color="auto" w:fill="FFFFFF"/>
          </w:tcPr>
          <w:p w14:paraId="107F3E36" w14:textId="77777777" w:rsidR="0030026E" w:rsidRDefault="0019537C">
            <w:r>
              <w:t>76,822</w:t>
            </w:r>
          </w:p>
        </w:tc>
        <w:tc>
          <w:tcPr>
            <w:tcW w:w="665" w:type="dxa"/>
            <w:shd w:val="clear" w:color="auto" w:fill="FFFFFF"/>
          </w:tcPr>
          <w:p w14:paraId="7C824D31" w14:textId="77777777" w:rsidR="0030026E" w:rsidRDefault="0019537C">
            <w:r>
              <w:t>85,801</w:t>
            </w:r>
          </w:p>
        </w:tc>
        <w:tc>
          <w:tcPr>
            <w:tcW w:w="665" w:type="dxa"/>
            <w:shd w:val="clear" w:color="auto" w:fill="FFFFFF"/>
          </w:tcPr>
          <w:p w14:paraId="2DD85E1E" w14:textId="77777777" w:rsidR="0030026E" w:rsidRDefault="0019537C">
            <w:r>
              <w:t>94,780</w:t>
            </w:r>
          </w:p>
        </w:tc>
        <w:tc>
          <w:tcPr>
            <w:tcW w:w="665" w:type="dxa"/>
            <w:shd w:val="clear" w:color="auto" w:fill="FFFFFF"/>
          </w:tcPr>
          <w:p w14:paraId="609F6E8D" w14:textId="77777777" w:rsidR="0030026E" w:rsidRDefault="0019537C">
            <w:r>
              <w:t>103,758</w:t>
            </w:r>
          </w:p>
        </w:tc>
        <w:tc>
          <w:tcPr>
            <w:tcW w:w="665" w:type="dxa"/>
            <w:shd w:val="clear" w:color="auto" w:fill="FFFFFF"/>
          </w:tcPr>
          <w:p w14:paraId="5F610644" w14:textId="77777777" w:rsidR="0030026E" w:rsidRDefault="0019537C">
            <w:r>
              <w:t>112,737</w:t>
            </w:r>
          </w:p>
        </w:tc>
        <w:tc>
          <w:tcPr>
            <w:tcW w:w="665" w:type="dxa"/>
            <w:shd w:val="clear" w:color="auto" w:fill="FFFFFF"/>
          </w:tcPr>
          <w:p w14:paraId="283A3FE3" w14:textId="77777777" w:rsidR="0030026E" w:rsidRDefault="0019537C">
            <w:r>
              <w:t>112,737</w:t>
            </w:r>
          </w:p>
        </w:tc>
        <w:tc>
          <w:tcPr>
            <w:tcW w:w="665" w:type="dxa"/>
            <w:shd w:val="clear" w:color="auto" w:fill="FFFFFF"/>
          </w:tcPr>
          <w:p w14:paraId="5DB1B17E" w14:textId="77777777" w:rsidR="0030026E" w:rsidRDefault="0019537C">
            <w:r>
              <w:t>112,737</w:t>
            </w:r>
          </w:p>
        </w:tc>
        <w:tc>
          <w:tcPr>
            <w:tcW w:w="665" w:type="dxa"/>
            <w:shd w:val="clear" w:color="auto" w:fill="FFFFFF"/>
          </w:tcPr>
          <w:p w14:paraId="04F31A4D" w14:textId="77777777" w:rsidR="0030026E" w:rsidRDefault="0019537C">
            <w:r>
              <w:t>112,737</w:t>
            </w:r>
          </w:p>
        </w:tc>
        <w:tc>
          <w:tcPr>
            <w:tcW w:w="665" w:type="dxa"/>
            <w:shd w:val="clear" w:color="auto" w:fill="FFFFFF"/>
          </w:tcPr>
          <w:p w14:paraId="7D44A22F" w14:textId="77777777" w:rsidR="0030026E" w:rsidRDefault="0019537C">
            <w:r>
              <w:t>112,737</w:t>
            </w:r>
          </w:p>
        </w:tc>
        <w:tc>
          <w:tcPr>
            <w:tcW w:w="665" w:type="dxa"/>
            <w:shd w:val="clear" w:color="auto" w:fill="FFFFFF"/>
          </w:tcPr>
          <w:p w14:paraId="4D0ED757" w14:textId="77777777" w:rsidR="0030026E" w:rsidRDefault="0019537C">
            <w:r>
              <w:t>112,737</w:t>
            </w:r>
          </w:p>
        </w:tc>
      </w:tr>
      <w:tr w:rsidR="0030026E" w14:paraId="7C8C3DE7" w14:textId="77777777">
        <w:trPr>
          <w:cantSplit/>
        </w:trPr>
        <w:tc>
          <w:tcPr>
            <w:tcW w:w="665" w:type="dxa"/>
            <w:shd w:val="clear" w:color="auto" w:fill="F2F2F2"/>
          </w:tcPr>
          <w:p w14:paraId="299EECD4" w14:textId="77777777" w:rsidR="0030026E" w:rsidRPr="00794D67" w:rsidRDefault="0019537C">
            <w:pPr>
              <w:rPr>
                <w:lang w:val="ru-RU"/>
              </w:rPr>
            </w:pPr>
            <w:r w:rsidRPr="00794D67">
              <w:rPr>
                <w:lang w:val="ru-RU"/>
              </w:rPr>
              <w:t>УПК № 6 Старый Шерегеш (Др, 5145 ккал/кг)</w:t>
            </w:r>
          </w:p>
        </w:tc>
        <w:tc>
          <w:tcPr>
            <w:tcW w:w="665" w:type="dxa"/>
            <w:shd w:val="clear" w:color="auto" w:fill="FFFFFF"/>
          </w:tcPr>
          <w:p w14:paraId="50F0522A" w14:textId="77777777" w:rsidR="0030026E" w:rsidRPr="00794D67" w:rsidRDefault="0019537C">
            <w:pPr>
              <w:rPr>
                <w:lang w:val="ru-RU"/>
              </w:rPr>
            </w:pPr>
            <w:r w:rsidRPr="00794D67">
              <w:rPr>
                <w:lang w:val="ru-RU"/>
              </w:rPr>
              <w:t>отпуск тепловой энергии, Гкал/год</w:t>
            </w:r>
          </w:p>
        </w:tc>
        <w:tc>
          <w:tcPr>
            <w:tcW w:w="665" w:type="dxa"/>
            <w:shd w:val="clear" w:color="auto" w:fill="FFFFFF"/>
          </w:tcPr>
          <w:p w14:paraId="2E8CE43C" w14:textId="77777777" w:rsidR="0030026E" w:rsidRDefault="0019537C">
            <w:r>
              <w:t>10264,5</w:t>
            </w:r>
          </w:p>
        </w:tc>
        <w:tc>
          <w:tcPr>
            <w:tcW w:w="665" w:type="dxa"/>
            <w:shd w:val="clear" w:color="auto" w:fill="FFFFFF"/>
          </w:tcPr>
          <w:p w14:paraId="6E1C9681" w14:textId="77777777" w:rsidR="0030026E" w:rsidRDefault="0019537C">
            <w:r>
              <w:t>10310,6</w:t>
            </w:r>
          </w:p>
        </w:tc>
        <w:tc>
          <w:tcPr>
            <w:tcW w:w="665" w:type="dxa"/>
            <w:shd w:val="clear" w:color="auto" w:fill="FFFFFF"/>
          </w:tcPr>
          <w:p w14:paraId="59C6C25B" w14:textId="77777777" w:rsidR="0030026E" w:rsidRDefault="0019537C">
            <w:r>
              <w:t>10356,7</w:t>
            </w:r>
          </w:p>
        </w:tc>
        <w:tc>
          <w:tcPr>
            <w:tcW w:w="665" w:type="dxa"/>
            <w:shd w:val="clear" w:color="auto" w:fill="FFFFFF"/>
          </w:tcPr>
          <w:p w14:paraId="391B01B0" w14:textId="77777777" w:rsidR="0030026E" w:rsidRDefault="0019537C">
            <w:r>
              <w:t>10402,8</w:t>
            </w:r>
          </w:p>
        </w:tc>
        <w:tc>
          <w:tcPr>
            <w:tcW w:w="665" w:type="dxa"/>
            <w:shd w:val="clear" w:color="auto" w:fill="FFFFFF"/>
          </w:tcPr>
          <w:p w14:paraId="5C1C949A" w14:textId="77777777" w:rsidR="0030026E" w:rsidRDefault="0019537C">
            <w:r>
              <w:t>10448,9</w:t>
            </w:r>
          </w:p>
        </w:tc>
        <w:tc>
          <w:tcPr>
            <w:tcW w:w="665" w:type="dxa"/>
            <w:shd w:val="clear" w:color="auto" w:fill="FFFFFF"/>
          </w:tcPr>
          <w:p w14:paraId="4F7DC5B7" w14:textId="77777777" w:rsidR="0030026E" w:rsidRDefault="0019537C">
            <w:r>
              <w:t>10495,1</w:t>
            </w:r>
          </w:p>
        </w:tc>
        <w:tc>
          <w:tcPr>
            <w:tcW w:w="665" w:type="dxa"/>
            <w:shd w:val="clear" w:color="auto" w:fill="FFFFFF"/>
          </w:tcPr>
          <w:p w14:paraId="2716DB4B" w14:textId="77777777" w:rsidR="0030026E" w:rsidRDefault="0019537C">
            <w:r>
              <w:t>10495,1</w:t>
            </w:r>
          </w:p>
        </w:tc>
        <w:tc>
          <w:tcPr>
            <w:tcW w:w="665" w:type="dxa"/>
            <w:shd w:val="clear" w:color="auto" w:fill="FFFFFF"/>
          </w:tcPr>
          <w:p w14:paraId="32E78F9C" w14:textId="77777777" w:rsidR="0030026E" w:rsidRDefault="0019537C">
            <w:r>
              <w:t>10495,1</w:t>
            </w:r>
          </w:p>
        </w:tc>
        <w:tc>
          <w:tcPr>
            <w:tcW w:w="665" w:type="dxa"/>
            <w:shd w:val="clear" w:color="auto" w:fill="FFFFFF"/>
          </w:tcPr>
          <w:p w14:paraId="787D1275" w14:textId="77777777" w:rsidR="0030026E" w:rsidRDefault="0019537C">
            <w:r>
              <w:t>10495,1</w:t>
            </w:r>
          </w:p>
        </w:tc>
        <w:tc>
          <w:tcPr>
            <w:tcW w:w="665" w:type="dxa"/>
            <w:shd w:val="clear" w:color="auto" w:fill="FFFFFF"/>
          </w:tcPr>
          <w:p w14:paraId="713A1AF2" w14:textId="77777777" w:rsidR="0030026E" w:rsidRDefault="0019537C">
            <w:r>
              <w:t>10495,1</w:t>
            </w:r>
          </w:p>
        </w:tc>
        <w:tc>
          <w:tcPr>
            <w:tcW w:w="665" w:type="dxa"/>
            <w:shd w:val="clear" w:color="auto" w:fill="FFFFFF"/>
          </w:tcPr>
          <w:p w14:paraId="5D28AD46" w14:textId="77777777" w:rsidR="0030026E" w:rsidRDefault="0019537C">
            <w:r>
              <w:t>10495,1</w:t>
            </w:r>
          </w:p>
        </w:tc>
      </w:tr>
      <w:tr w:rsidR="0030026E" w14:paraId="050E5197" w14:textId="77777777">
        <w:trPr>
          <w:cantSplit/>
        </w:trPr>
        <w:tc>
          <w:tcPr>
            <w:tcW w:w="665" w:type="dxa"/>
            <w:shd w:val="clear" w:color="auto" w:fill="F2F2F2"/>
          </w:tcPr>
          <w:p w14:paraId="2B2FC134" w14:textId="77777777" w:rsidR="0030026E" w:rsidRDefault="0030026E"/>
        </w:tc>
        <w:tc>
          <w:tcPr>
            <w:tcW w:w="665" w:type="dxa"/>
            <w:shd w:val="clear" w:color="auto" w:fill="FFFFFF"/>
          </w:tcPr>
          <w:p w14:paraId="6213AC26" w14:textId="77777777" w:rsidR="0030026E" w:rsidRPr="00794D67" w:rsidRDefault="0019537C">
            <w:pPr>
              <w:rPr>
                <w:lang w:val="ru-RU"/>
              </w:rPr>
            </w:pPr>
            <w:r w:rsidRPr="00794D67">
              <w:rPr>
                <w:lang w:val="ru-RU"/>
              </w:rPr>
              <w:t>расход условного топлива, тыс. т у.т.</w:t>
            </w:r>
          </w:p>
        </w:tc>
        <w:tc>
          <w:tcPr>
            <w:tcW w:w="665" w:type="dxa"/>
            <w:shd w:val="clear" w:color="auto" w:fill="FFFFFF"/>
          </w:tcPr>
          <w:p w14:paraId="27C019DA" w14:textId="77777777" w:rsidR="0030026E" w:rsidRDefault="0019537C">
            <w:r>
              <w:t>1,942</w:t>
            </w:r>
          </w:p>
        </w:tc>
        <w:tc>
          <w:tcPr>
            <w:tcW w:w="665" w:type="dxa"/>
            <w:shd w:val="clear" w:color="auto" w:fill="FFFFFF"/>
          </w:tcPr>
          <w:p w14:paraId="0FAC9731" w14:textId="77777777" w:rsidR="0030026E" w:rsidRDefault="0019537C">
            <w:r>
              <w:t>1,951</w:t>
            </w:r>
          </w:p>
        </w:tc>
        <w:tc>
          <w:tcPr>
            <w:tcW w:w="665" w:type="dxa"/>
            <w:shd w:val="clear" w:color="auto" w:fill="FFFFFF"/>
          </w:tcPr>
          <w:p w14:paraId="6B30E1DA" w14:textId="77777777" w:rsidR="0030026E" w:rsidRDefault="0019537C">
            <w:r>
              <w:t>1,960</w:t>
            </w:r>
          </w:p>
        </w:tc>
        <w:tc>
          <w:tcPr>
            <w:tcW w:w="665" w:type="dxa"/>
            <w:shd w:val="clear" w:color="auto" w:fill="FFFFFF"/>
          </w:tcPr>
          <w:p w14:paraId="4D556B18" w14:textId="77777777" w:rsidR="0030026E" w:rsidRDefault="0019537C">
            <w:r>
              <w:t>1,968</w:t>
            </w:r>
          </w:p>
        </w:tc>
        <w:tc>
          <w:tcPr>
            <w:tcW w:w="665" w:type="dxa"/>
            <w:shd w:val="clear" w:color="auto" w:fill="FFFFFF"/>
          </w:tcPr>
          <w:p w14:paraId="60FA5E25" w14:textId="77777777" w:rsidR="0030026E" w:rsidRDefault="0019537C">
            <w:r>
              <w:t>1,977</w:t>
            </w:r>
          </w:p>
        </w:tc>
        <w:tc>
          <w:tcPr>
            <w:tcW w:w="665" w:type="dxa"/>
            <w:shd w:val="clear" w:color="auto" w:fill="FFFFFF"/>
          </w:tcPr>
          <w:p w14:paraId="7FFA96E4" w14:textId="77777777" w:rsidR="0030026E" w:rsidRDefault="0019537C">
            <w:r>
              <w:t>1,986</w:t>
            </w:r>
          </w:p>
        </w:tc>
        <w:tc>
          <w:tcPr>
            <w:tcW w:w="665" w:type="dxa"/>
            <w:shd w:val="clear" w:color="auto" w:fill="FFFFFF"/>
          </w:tcPr>
          <w:p w14:paraId="4B7BA6C8" w14:textId="77777777" w:rsidR="0030026E" w:rsidRDefault="0019537C">
            <w:r>
              <w:t>1,986</w:t>
            </w:r>
          </w:p>
        </w:tc>
        <w:tc>
          <w:tcPr>
            <w:tcW w:w="665" w:type="dxa"/>
            <w:shd w:val="clear" w:color="auto" w:fill="FFFFFF"/>
          </w:tcPr>
          <w:p w14:paraId="61BA2D88" w14:textId="77777777" w:rsidR="0030026E" w:rsidRDefault="0019537C">
            <w:r>
              <w:t>1,986</w:t>
            </w:r>
          </w:p>
        </w:tc>
        <w:tc>
          <w:tcPr>
            <w:tcW w:w="665" w:type="dxa"/>
            <w:shd w:val="clear" w:color="auto" w:fill="FFFFFF"/>
          </w:tcPr>
          <w:p w14:paraId="3E71A34E" w14:textId="77777777" w:rsidR="0030026E" w:rsidRDefault="0019537C">
            <w:r>
              <w:t>1,986</w:t>
            </w:r>
          </w:p>
        </w:tc>
        <w:tc>
          <w:tcPr>
            <w:tcW w:w="665" w:type="dxa"/>
            <w:shd w:val="clear" w:color="auto" w:fill="FFFFFF"/>
          </w:tcPr>
          <w:p w14:paraId="2892CC91" w14:textId="77777777" w:rsidR="0030026E" w:rsidRDefault="0019537C">
            <w:r>
              <w:t>1,986</w:t>
            </w:r>
          </w:p>
        </w:tc>
        <w:tc>
          <w:tcPr>
            <w:tcW w:w="665" w:type="dxa"/>
            <w:shd w:val="clear" w:color="auto" w:fill="FFFFFF"/>
          </w:tcPr>
          <w:p w14:paraId="22BE995D" w14:textId="77777777" w:rsidR="0030026E" w:rsidRDefault="0019537C">
            <w:r>
              <w:t>1,986</w:t>
            </w:r>
          </w:p>
        </w:tc>
      </w:tr>
      <w:tr w:rsidR="0030026E" w14:paraId="26C2935A" w14:textId="77777777">
        <w:trPr>
          <w:cantSplit/>
        </w:trPr>
        <w:tc>
          <w:tcPr>
            <w:tcW w:w="665" w:type="dxa"/>
            <w:shd w:val="clear" w:color="auto" w:fill="F2F2F2"/>
          </w:tcPr>
          <w:p w14:paraId="115CC84D" w14:textId="77777777" w:rsidR="0030026E" w:rsidRDefault="0030026E"/>
        </w:tc>
        <w:tc>
          <w:tcPr>
            <w:tcW w:w="665" w:type="dxa"/>
            <w:shd w:val="clear" w:color="auto" w:fill="FFFFFF"/>
          </w:tcPr>
          <w:p w14:paraId="2F7CFF86" w14:textId="77777777" w:rsidR="0030026E" w:rsidRDefault="0019537C">
            <w:r>
              <w:t>расход угля, тыс. т</w:t>
            </w:r>
          </w:p>
        </w:tc>
        <w:tc>
          <w:tcPr>
            <w:tcW w:w="665" w:type="dxa"/>
            <w:shd w:val="clear" w:color="auto" w:fill="FFFFFF"/>
          </w:tcPr>
          <w:p w14:paraId="69639171" w14:textId="77777777" w:rsidR="0030026E" w:rsidRDefault="0019537C">
            <w:r>
              <w:t>2,642</w:t>
            </w:r>
          </w:p>
        </w:tc>
        <w:tc>
          <w:tcPr>
            <w:tcW w:w="665" w:type="dxa"/>
            <w:shd w:val="clear" w:color="auto" w:fill="FFFFFF"/>
          </w:tcPr>
          <w:p w14:paraId="2BCF8D1E" w14:textId="77777777" w:rsidR="0030026E" w:rsidRDefault="0019537C">
            <w:r>
              <w:t>2,654</w:t>
            </w:r>
          </w:p>
        </w:tc>
        <w:tc>
          <w:tcPr>
            <w:tcW w:w="665" w:type="dxa"/>
            <w:shd w:val="clear" w:color="auto" w:fill="FFFFFF"/>
          </w:tcPr>
          <w:p w14:paraId="54659568" w14:textId="77777777" w:rsidR="0030026E" w:rsidRDefault="0019537C">
            <w:r>
              <w:t>2,666</w:t>
            </w:r>
          </w:p>
        </w:tc>
        <w:tc>
          <w:tcPr>
            <w:tcW w:w="665" w:type="dxa"/>
            <w:shd w:val="clear" w:color="auto" w:fill="FFFFFF"/>
          </w:tcPr>
          <w:p w14:paraId="5821AAFE" w14:textId="77777777" w:rsidR="0030026E" w:rsidRDefault="0019537C">
            <w:r>
              <w:t>2,678</w:t>
            </w:r>
          </w:p>
        </w:tc>
        <w:tc>
          <w:tcPr>
            <w:tcW w:w="665" w:type="dxa"/>
            <w:shd w:val="clear" w:color="auto" w:fill="FFFFFF"/>
          </w:tcPr>
          <w:p w14:paraId="1EA9C7EA" w14:textId="77777777" w:rsidR="0030026E" w:rsidRDefault="0019537C">
            <w:r>
              <w:t>2,690</w:t>
            </w:r>
          </w:p>
        </w:tc>
        <w:tc>
          <w:tcPr>
            <w:tcW w:w="665" w:type="dxa"/>
            <w:shd w:val="clear" w:color="auto" w:fill="FFFFFF"/>
          </w:tcPr>
          <w:p w14:paraId="72671639" w14:textId="77777777" w:rsidR="0030026E" w:rsidRDefault="0019537C">
            <w:r>
              <w:t>2,702</w:t>
            </w:r>
          </w:p>
        </w:tc>
        <w:tc>
          <w:tcPr>
            <w:tcW w:w="665" w:type="dxa"/>
            <w:shd w:val="clear" w:color="auto" w:fill="FFFFFF"/>
          </w:tcPr>
          <w:p w14:paraId="77CC8E14" w14:textId="77777777" w:rsidR="0030026E" w:rsidRDefault="0019537C">
            <w:r>
              <w:t>2,702</w:t>
            </w:r>
          </w:p>
        </w:tc>
        <w:tc>
          <w:tcPr>
            <w:tcW w:w="665" w:type="dxa"/>
            <w:shd w:val="clear" w:color="auto" w:fill="FFFFFF"/>
          </w:tcPr>
          <w:p w14:paraId="7D737B64" w14:textId="77777777" w:rsidR="0030026E" w:rsidRDefault="0019537C">
            <w:r>
              <w:t>2,702</w:t>
            </w:r>
          </w:p>
        </w:tc>
        <w:tc>
          <w:tcPr>
            <w:tcW w:w="665" w:type="dxa"/>
            <w:shd w:val="clear" w:color="auto" w:fill="FFFFFF"/>
          </w:tcPr>
          <w:p w14:paraId="52519B58" w14:textId="77777777" w:rsidR="0030026E" w:rsidRDefault="0019537C">
            <w:r>
              <w:t>2,702</w:t>
            </w:r>
          </w:p>
        </w:tc>
        <w:tc>
          <w:tcPr>
            <w:tcW w:w="665" w:type="dxa"/>
            <w:shd w:val="clear" w:color="auto" w:fill="FFFFFF"/>
          </w:tcPr>
          <w:p w14:paraId="1FC16E17" w14:textId="77777777" w:rsidR="0030026E" w:rsidRDefault="0019537C">
            <w:r>
              <w:t>2,702</w:t>
            </w:r>
          </w:p>
        </w:tc>
        <w:tc>
          <w:tcPr>
            <w:tcW w:w="665" w:type="dxa"/>
            <w:shd w:val="clear" w:color="auto" w:fill="FFFFFF"/>
          </w:tcPr>
          <w:p w14:paraId="5AA92A24" w14:textId="77777777" w:rsidR="0030026E" w:rsidRDefault="0019537C">
            <w:r>
              <w:t>2,702</w:t>
            </w:r>
          </w:p>
        </w:tc>
      </w:tr>
      <w:tr w:rsidR="0030026E" w14:paraId="7D876D4D" w14:textId="77777777">
        <w:trPr>
          <w:cantSplit/>
        </w:trPr>
        <w:tc>
          <w:tcPr>
            <w:tcW w:w="665" w:type="dxa"/>
            <w:shd w:val="clear" w:color="auto" w:fill="F2F2F2"/>
          </w:tcPr>
          <w:p w14:paraId="119BA93B" w14:textId="77777777" w:rsidR="0030026E" w:rsidRPr="00794D67" w:rsidRDefault="0019537C">
            <w:pPr>
              <w:rPr>
                <w:lang w:val="ru-RU"/>
              </w:rPr>
            </w:pPr>
            <w:r w:rsidRPr="00794D67">
              <w:rPr>
                <w:lang w:val="ru-RU"/>
              </w:rPr>
              <w:t>УПК № 7 Каз (Др, 5145 ккал/кг)</w:t>
            </w:r>
          </w:p>
        </w:tc>
        <w:tc>
          <w:tcPr>
            <w:tcW w:w="665" w:type="dxa"/>
            <w:shd w:val="clear" w:color="auto" w:fill="FFFFFF"/>
          </w:tcPr>
          <w:p w14:paraId="1BB8057E" w14:textId="77777777" w:rsidR="0030026E" w:rsidRPr="00794D67" w:rsidRDefault="0019537C">
            <w:pPr>
              <w:rPr>
                <w:lang w:val="ru-RU"/>
              </w:rPr>
            </w:pPr>
            <w:r w:rsidRPr="00794D67">
              <w:rPr>
                <w:lang w:val="ru-RU"/>
              </w:rPr>
              <w:t>отпуск тепловой энергии, Гкал/год</w:t>
            </w:r>
          </w:p>
        </w:tc>
        <w:tc>
          <w:tcPr>
            <w:tcW w:w="665" w:type="dxa"/>
            <w:shd w:val="clear" w:color="auto" w:fill="FFFFFF"/>
          </w:tcPr>
          <w:p w14:paraId="7DB76A11" w14:textId="77777777" w:rsidR="0030026E" w:rsidRDefault="0019537C">
            <w:r>
              <w:t>51266,4</w:t>
            </w:r>
          </w:p>
        </w:tc>
        <w:tc>
          <w:tcPr>
            <w:tcW w:w="665" w:type="dxa"/>
            <w:shd w:val="clear" w:color="auto" w:fill="FFFFFF"/>
          </w:tcPr>
          <w:p w14:paraId="006D1055" w14:textId="77777777" w:rsidR="0030026E" w:rsidRDefault="0019537C">
            <w:r>
              <w:t>51317,4</w:t>
            </w:r>
          </w:p>
        </w:tc>
        <w:tc>
          <w:tcPr>
            <w:tcW w:w="665" w:type="dxa"/>
            <w:shd w:val="clear" w:color="auto" w:fill="FFFFFF"/>
          </w:tcPr>
          <w:p w14:paraId="73182D9F" w14:textId="77777777" w:rsidR="0030026E" w:rsidRDefault="0019537C">
            <w:r>
              <w:t>51368,4</w:t>
            </w:r>
          </w:p>
        </w:tc>
        <w:tc>
          <w:tcPr>
            <w:tcW w:w="665" w:type="dxa"/>
            <w:shd w:val="clear" w:color="auto" w:fill="FFFFFF"/>
          </w:tcPr>
          <w:p w14:paraId="019B1511" w14:textId="77777777" w:rsidR="0030026E" w:rsidRDefault="0019537C">
            <w:r>
              <w:t>51419,4</w:t>
            </w:r>
          </w:p>
        </w:tc>
        <w:tc>
          <w:tcPr>
            <w:tcW w:w="665" w:type="dxa"/>
            <w:shd w:val="clear" w:color="auto" w:fill="FFFFFF"/>
          </w:tcPr>
          <w:p w14:paraId="3583E632" w14:textId="77777777" w:rsidR="0030026E" w:rsidRDefault="0019537C">
            <w:r>
              <w:t>51470,4</w:t>
            </w:r>
          </w:p>
        </w:tc>
        <w:tc>
          <w:tcPr>
            <w:tcW w:w="665" w:type="dxa"/>
            <w:shd w:val="clear" w:color="auto" w:fill="FFFFFF"/>
          </w:tcPr>
          <w:p w14:paraId="2022EEC6" w14:textId="77777777" w:rsidR="0030026E" w:rsidRDefault="0019537C">
            <w:r>
              <w:t>51521,4</w:t>
            </w:r>
          </w:p>
        </w:tc>
        <w:tc>
          <w:tcPr>
            <w:tcW w:w="665" w:type="dxa"/>
            <w:shd w:val="clear" w:color="auto" w:fill="FFFFFF"/>
          </w:tcPr>
          <w:p w14:paraId="772EE25D" w14:textId="77777777" w:rsidR="0030026E" w:rsidRDefault="0019537C">
            <w:r>
              <w:t>51521,4</w:t>
            </w:r>
          </w:p>
        </w:tc>
        <w:tc>
          <w:tcPr>
            <w:tcW w:w="665" w:type="dxa"/>
            <w:shd w:val="clear" w:color="auto" w:fill="FFFFFF"/>
          </w:tcPr>
          <w:p w14:paraId="5CAF1214" w14:textId="77777777" w:rsidR="0030026E" w:rsidRDefault="0019537C">
            <w:r>
              <w:t>51521,4</w:t>
            </w:r>
          </w:p>
        </w:tc>
        <w:tc>
          <w:tcPr>
            <w:tcW w:w="665" w:type="dxa"/>
            <w:shd w:val="clear" w:color="auto" w:fill="FFFFFF"/>
          </w:tcPr>
          <w:p w14:paraId="435572B1" w14:textId="77777777" w:rsidR="0030026E" w:rsidRDefault="0019537C">
            <w:r>
              <w:t>51521,4</w:t>
            </w:r>
          </w:p>
        </w:tc>
        <w:tc>
          <w:tcPr>
            <w:tcW w:w="665" w:type="dxa"/>
            <w:shd w:val="clear" w:color="auto" w:fill="FFFFFF"/>
          </w:tcPr>
          <w:p w14:paraId="401DB995" w14:textId="77777777" w:rsidR="0030026E" w:rsidRDefault="0019537C">
            <w:r>
              <w:t>51521,4</w:t>
            </w:r>
          </w:p>
        </w:tc>
        <w:tc>
          <w:tcPr>
            <w:tcW w:w="665" w:type="dxa"/>
            <w:shd w:val="clear" w:color="auto" w:fill="FFFFFF"/>
          </w:tcPr>
          <w:p w14:paraId="4F655555" w14:textId="77777777" w:rsidR="0030026E" w:rsidRDefault="0019537C">
            <w:r>
              <w:t>51521,4</w:t>
            </w:r>
          </w:p>
        </w:tc>
      </w:tr>
      <w:tr w:rsidR="0030026E" w14:paraId="720BCA72" w14:textId="77777777">
        <w:trPr>
          <w:cantSplit/>
        </w:trPr>
        <w:tc>
          <w:tcPr>
            <w:tcW w:w="665" w:type="dxa"/>
            <w:shd w:val="clear" w:color="auto" w:fill="F2F2F2"/>
          </w:tcPr>
          <w:p w14:paraId="4F79117E" w14:textId="77777777" w:rsidR="0030026E" w:rsidRDefault="0030026E"/>
        </w:tc>
        <w:tc>
          <w:tcPr>
            <w:tcW w:w="665" w:type="dxa"/>
            <w:shd w:val="clear" w:color="auto" w:fill="FFFFFF"/>
          </w:tcPr>
          <w:p w14:paraId="72A0E59D" w14:textId="77777777" w:rsidR="0030026E" w:rsidRPr="00794D67" w:rsidRDefault="0019537C">
            <w:pPr>
              <w:rPr>
                <w:lang w:val="ru-RU"/>
              </w:rPr>
            </w:pPr>
            <w:r w:rsidRPr="00794D67">
              <w:rPr>
                <w:lang w:val="ru-RU"/>
              </w:rPr>
              <w:t>расход условного топлива, тыс. т у.т.</w:t>
            </w:r>
          </w:p>
        </w:tc>
        <w:tc>
          <w:tcPr>
            <w:tcW w:w="665" w:type="dxa"/>
            <w:shd w:val="clear" w:color="auto" w:fill="FFFFFF"/>
          </w:tcPr>
          <w:p w14:paraId="2195A5E2" w14:textId="77777777" w:rsidR="0030026E" w:rsidRDefault="0019537C">
            <w:r>
              <w:t>9,700</w:t>
            </w:r>
          </w:p>
        </w:tc>
        <w:tc>
          <w:tcPr>
            <w:tcW w:w="665" w:type="dxa"/>
            <w:shd w:val="clear" w:color="auto" w:fill="FFFFFF"/>
          </w:tcPr>
          <w:p w14:paraId="05098DAC" w14:textId="77777777" w:rsidR="0030026E" w:rsidRDefault="0019537C">
            <w:r>
              <w:t>9,710</w:t>
            </w:r>
          </w:p>
        </w:tc>
        <w:tc>
          <w:tcPr>
            <w:tcW w:w="665" w:type="dxa"/>
            <w:shd w:val="clear" w:color="auto" w:fill="FFFFFF"/>
          </w:tcPr>
          <w:p w14:paraId="5A8CA64C" w14:textId="77777777" w:rsidR="0030026E" w:rsidRDefault="0019537C">
            <w:r>
              <w:t>9,720</w:t>
            </w:r>
          </w:p>
        </w:tc>
        <w:tc>
          <w:tcPr>
            <w:tcW w:w="665" w:type="dxa"/>
            <w:shd w:val="clear" w:color="auto" w:fill="FFFFFF"/>
          </w:tcPr>
          <w:p w14:paraId="60D48EE5" w14:textId="77777777" w:rsidR="0030026E" w:rsidRDefault="0019537C">
            <w:r>
              <w:t>9,729</w:t>
            </w:r>
          </w:p>
        </w:tc>
        <w:tc>
          <w:tcPr>
            <w:tcW w:w="665" w:type="dxa"/>
            <w:shd w:val="clear" w:color="auto" w:fill="FFFFFF"/>
          </w:tcPr>
          <w:p w14:paraId="557AC680" w14:textId="77777777" w:rsidR="0030026E" w:rsidRDefault="0019537C">
            <w:r>
              <w:t>9,739</w:t>
            </w:r>
          </w:p>
        </w:tc>
        <w:tc>
          <w:tcPr>
            <w:tcW w:w="665" w:type="dxa"/>
            <w:shd w:val="clear" w:color="auto" w:fill="FFFFFF"/>
          </w:tcPr>
          <w:p w14:paraId="621DF823" w14:textId="77777777" w:rsidR="0030026E" w:rsidRDefault="0019537C">
            <w:r>
              <w:t>9,749</w:t>
            </w:r>
          </w:p>
        </w:tc>
        <w:tc>
          <w:tcPr>
            <w:tcW w:w="665" w:type="dxa"/>
            <w:shd w:val="clear" w:color="auto" w:fill="FFFFFF"/>
          </w:tcPr>
          <w:p w14:paraId="32C5362D" w14:textId="77777777" w:rsidR="0030026E" w:rsidRDefault="0019537C">
            <w:r>
              <w:t>9,749</w:t>
            </w:r>
          </w:p>
        </w:tc>
        <w:tc>
          <w:tcPr>
            <w:tcW w:w="665" w:type="dxa"/>
            <w:shd w:val="clear" w:color="auto" w:fill="FFFFFF"/>
          </w:tcPr>
          <w:p w14:paraId="52BC1F8F" w14:textId="77777777" w:rsidR="0030026E" w:rsidRDefault="0019537C">
            <w:r>
              <w:t>9,749</w:t>
            </w:r>
          </w:p>
        </w:tc>
        <w:tc>
          <w:tcPr>
            <w:tcW w:w="665" w:type="dxa"/>
            <w:shd w:val="clear" w:color="auto" w:fill="FFFFFF"/>
          </w:tcPr>
          <w:p w14:paraId="1613882B" w14:textId="77777777" w:rsidR="0030026E" w:rsidRDefault="0019537C">
            <w:r>
              <w:t>9,749</w:t>
            </w:r>
          </w:p>
        </w:tc>
        <w:tc>
          <w:tcPr>
            <w:tcW w:w="665" w:type="dxa"/>
            <w:shd w:val="clear" w:color="auto" w:fill="FFFFFF"/>
          </w:tcPr>
          <w:p w14:paraId="065B9D96" w14:textId="77777777" w:rsidR="0030026E" w:rsidRDefault="0019537C">
            <w:r>
              <w:t>9,749</w:t>
            </w:r>
          </w:p>
        </w:tc>
        <w:tc>
          <w:tcPr>
            <w:tcW w:w="665" w:type="dxa"/>
            <w:shd w:val="clear" w:color="auto" w:fill="FFFFFF"/>
          </w:tcPr>
          <w:p w14:paraId="03B92D4E" w14:textId="77777777" w:rsidR="0030026E" w:rsidRDefault="0019537C">
            <w:r>
              <w:t>9,749</w:t>
            </w:r>
          </w:p>
        </w:tc>
      </w:tr>
      <w:tr w:rsidR="0030026E" w14:paraId="152F4739" w14:textId="77777777">
        <w:trPr>
          <w:cantSplit/>
        </w:trPr>
        <w:tc>
          <w:tcPr>
            <w:tcW w:w="665" w:type="dxa"/>
            <w:shd w:val="clear" w:color="auto" w:fill="F2F2F2"/>
          </w:tcPr>
          <w:p w14:paraId="496271B2" w14:textId="77777777" w:rsidR="0030026E" w:rsidRDefault="0030026E"/>
        </w:tc>
        <w:tc>
          <w:tcPr>
            <w:tcW w:w="665" w:type="dxa"/>
            <w:shd w:val="clear" w:color="auto" w:fill="FFFFFF"/>
          </w:tcPr>
          <w:p w14:paraId="60B0A449" w14:textId="77777777" w:rsidR="0030026E" w:rsidRDefault="0019537C">
            <w:r>
              <w:t>расход угля, тыс. т</w:t>
            </w:r>
          </w:p>
        </w:tc>
        <w:tc>
          <w:tcPr>
            <w:tcW w:w="665" w:type="dxa"/>
            <w:shd w:val="clear" w:color="auto" w:fill="FFFFFF"/>
          </w:tcPr>
          <w:p w14:paraId="739B7090" w14:textId="77777777" w:rsidR="0030026E" w:rsidRDefault="0019537C">
            <w:r>
              <w:t>13,198</w:t>
            </w:r>
          </w:p>
        </w:tc>
        <w:tc>
          <w:tcPr>
            <w:tcW w:w="665" w:type="dxa"/>
            <w:shd w:val="clear" w:color="auto" w:fill="FFFFFF"/>
          </w:tcPr>
          <w:p w14:paraId="2D3A41AB" w14:textId="77777777" w:rsidR="0030026E" w:rsidRDefault="0019537C">
            <w:r>
              <w:t>13,211</w:t>
            </w:r>
          </w:p>
        </w:tc>
        <w:tc>
          <w:tcPr>
            <w:tcW w:w="665" w:type="dxa"/>
            <w:shd w:val="clear" w:color="auto" w:fill="FFFFFF"/>
          </w:tcPr>
          <w:p w14:paraId="2EF6129E" w14:textId="77777777" w:rsidR="0030026E" w:rsidRDefault="0019537C">
            <w:r>
              <w:t>13,224</w:t>
            </w:r>
          </w:p>
        </w:tc>
        <w:tc>
          <w:tcPr>
            <w:tcW w:w="665" w:type="dxa"/>
            <w:shd w:val="clear" w:color="auto" w:fill="FFFFFF"/>
          </w:tcPr>
          <w:p w14:paraId="3134F48B" w14:textId="77777777" w:rsidR="0030026E" w:rsidRDefault="0019537C">
            <w:r>
              <w:t>13,237</w:t>
            </w:r>
          </w:p>
        </w:tc>
        <w:tc>
          <w:tcPr>
            <w:tcW w:w="665" w:type="dxa"/>
            <w:shd w:val="clear" w:color="auto" w:fill="FFFFFF"/>
          </w:tcPr>
          <w:p w14:paraId="5796345D" w14:textId="77777777" w:rsidR="0030026E" w:rsidRDefault="0019537C">
            <w:r>
              <w:t>13,250</w:t>
            </w:r>
          </w:p>
        </w:tc>
        <w:tc>
          <w:tcPr>
            <w:tcW w:w="665" w:type="dxa"/>
            <w:shd w:val="clear" w:color="auto" w:fill="FFFFFF"/>
          </w:tcPr>
          <w:p w14:paraId="3863B2A5" w14:textId="77777777" w:rsidR="0030026E" w:rsidRDefault="0019537C">
            <w:r>
              <w:t>13,263</w:t>
            </w:r>
          </w:p>
        </w:tc>
        <w:tc>
          <w:tcPr>
            <w:tcW w:w="665" w:type="dxa"/>
            <w:shd w:val="clear" w:color="auto" w:fill="FFFFFF"/>
          </w:tcPr>
          <w:p w14:paraId="63C93C21" w14:textId="77777777" w:rsidR="0030026E" w:rsidRDefault="0019537C">
            <w:r>
              <w:t>13,263</w:t>
            </w:r>
          </w:p>
        </w:tc>
        <w:tc>
          <w:tcPr>
            <w:tcW w:w="665" w:type="dxa"/>
            <w:shd w:val="clear" w:color="auto" w:fill="FFFFFF"/>
          </w:tcPr>
          <w:p w14:paraId="3A14B62D" w14:textId="77777777" w:rsidR="0030026E" w:rsidRDefault="0019537C">
            <w:r>
              <w:t>13,263</w:t>
            </w:r>
          </w:p>
        </w:tc>
        <w:tc>
          <w:tcPr>
            <w:tcW w:w="665" w:type="dxa"/>
            <w:shd w:val="clear" w:color="auto" w:fill="FFFFFF"/>
          </w:tcPr>
          <w:p w14:paraId="479D9D4F" w14:textId="77777777" w:rsidR="0030026E" w:rsidRDefault="0019537C">
            <w:r>
              <w:t>13,263</w:t>
            </w:r>
          </w:p>
        </w:tc>
        <w:tc>
          <w:tcPr>
            <w:tcW w:w="665" w:type="dxa"/>
            <w:shd w:val="clear" w:color="auto" w:fill="FFFFFF"/>
          </w:tcPr>
          <w:p w14:paraId="04A8CC0D" w14:textId="77777777" w:rsidR="0030026E" w:rsidRDefault="0019537C">
            <w:r>
              <w:t>13,263</w:t>
            </w:r>
          </w:p>
        </w:tc>
        <w:tc>
          <w:tcPr>
            <w:tcW w:w="665" w:type="dxa"/>
            <w:shd w:val="clear" w:color="auto" w:fill="FFFFFF"/>
          </w:tcPr>
          <w:p w14:paraId="5AA8B4DC" w14:textId="77777777" w:rsidR="0030026E" w:rsidRDefault="0019537C">
            <w:r>
              <w:t>13,263</w:t>
            </w:r>
          </w:p>
        </w:tc>
      </w:tr>
      <w:tr w:rsidR="0030026E" w14:paraId="6AD5F714" w14:textId="77777777">
        <w:trPr>
          <w:cantSplit/>
        </w:trPr>
        <w:tc>
          <w:tcPr>
            <w:tcW w:w="665" w:type="dxa"/>
            <w:shd w:val="clear" w:color="auto" w:fill="F2F2F2"/>
          </w:tcPr>
          <w:p w14:paraId="51CC0D61" w14:textId="77777777" w:rsidR="0030026E" w:rsidRPr="00794D67" w:rsidRDefault="0019537C">
            <w:pPr>
              <w:rPr>
                <w:lang w:val="ru-RU"/>
              </w:rPr>
            </w:pPr>
            <w:r w:rsidRPr="00794D67">
              <w:rPr>
                <w:lang w:val="ru-RU"/>
              </w:rPr>
              <w:t>УПК № 8 Мундыбаш (Др, 5145 ккал/кг)</w:t>
            </w:r>
          </w:p>
        </w:tc>
        <w:tc>
          <w:tcPr>
            <w:tcW w:w="665" w:type="dxa"/>
            <w:shd w:val="clear" w:color="auto" w:fill="FFFFFF"/>
          </w:tcPr>
          <w:p w14:paraId="1C2A1A82" w14:textId="77777777" w:rsidR="0030026E" w:rsidRPr="00794D67" w:rsidRDefault="0019537C">
            <w:pPr>
              <w:rPr>
                <w:lang w:val="ru-RU"/>
              </w:rPr>
            </w:pPr>
            <w:r w:rsidRPr="00794D67">
              <w:rPr>
                <w:lang w:val="ru-RU"/>
              </w:rPr>
              <w:t>отпуск тепловой энергии, Гкал/год</w:t>
            </w:r>
          </w:p>
        </w:tc>
        <w:tc>
          <w:tcPr>
            <w:tcW w:w="665" w:type="dxa"/>
            <w:shd w:val="clear" w:color="auto" w:fill="FFFFFF"/>
          </w:tcPr>
          <w:p w14:paraId="16479FA8" w14:textId="77777777" w:rsidR="0030026E" w:rsidRDefault="0019537C">
            <w:r>
              <w:t>21408,9</w:t>
            </w:r>
          </w:p>
        </w:tc>
        <w:tc>
          <w:tcPr>
            <w:tcW w:w="665" w:type="dxa"/>
            <w:shd w:val="clear" w:color="auto" w:fill="FFFFFF"/>
          </w:tcPr>
          <w:p w14:paraId="54C4ACDF" w14:textId="77777777" w:rsidR="0030026E" w:rsidRDefault="0019537C">
            <w:r>
              <w:t>21408,9</w:t>
            </w:r>
          </w:p>
        </w:tc>
        <w:tc>
          <w:tcPr>
            <w:tcW w:w="665" w:type="dxa"/>
            <w:shd w:val="clear" w:color="auto" w:fill="FFFFFF"/>
          </w:tcPr>
          <w:p w14:paraId="1828D3BC" w14:textId="77777777" w:rsidR="0030026E" w:rsidRDefault="0019537C">
            <w:r>
              <w:t>21408,9</w:t>
            </w:r>
          </w:p>
        </w:tc>
        <w:tc>
          <w:tcPr>
            <w:tcW w:w="665" w:type="dxa"/>
            <w:shd w:val="clear" w:color="auto" w:fill="FFFFFF"/>
          </w:tcPr>
          <w:p w14:paraId="714F9C46" w14:textId="77777777" w:rsidR="0030026E" w:rsidRDefault="0019537C">
            <w:r>
              <w:t>21408,9</w:t>
            </w:r>
          </w:p>
        </w:tc>
        <w:tc>
          <w:tcPr>
            <w:tcW w:w="665" w:type="dxa"/>
            <w:shd w:val="clear" w:color="auto" w:fill="FFFFFF"/>
          </w:tcPr>
          <w:p w14:paraId="162B267D" w14:textId="77777777" w:rsidR="0030026E" w:rsidRDefault="0019537C">
            <w:r>
              <w:t>21408,9</w:t>
            </w:r>
          </w:p>
        </w:tc>
        <w:tc>
          <w:tcPr>
            <w:tcW w:w="665" w:type="dxa"/>
            <w:shd w:val="clear" w:color="auto" w:fill="FFFFFF"/>
          </w:tcPr>
          <w:p w14:paraId="10704309" w14:textId="77777777" w:rsidR="0030026E" w:rsidRDefault="0019537C">
            <w:r>
              <w:t>21408,9</w:t>
            </w:r>
          </w:p>
        </w:tc>
        <w:tc>
          <w:tcPr>
            <w:tcW w:w="665" w:type="dxa"/>
            <w:shd w:val="clear" w:color="auto" w:fill="FFFFFF"/>
          </w:tcPr>
          <w:p w14:paraId="3DC85788" w14:textId="77777777" w:rsidR="0030026E" w:rsidRDefault="0019537C">
            <w:r>
              <w:t>21408,9</w:t>
            </w:r>
          </w:p>
        </w:tc>
        <w:tc>
          <w:tcPr>
            <w:tcW w:w="665" w:type="dxa"/>
            <w:shd w:val="clear" w:color="auto" w:fill="FFFFFF"/>
          </w:tcPr>
          <w:p w14:paraId="49D2DD23" w14:textId="77777777" w:rsidR="0030026E" w:rsidRDefault="0019537C">
            <w:r>
              <w:t>21408,9</w:t>
            </w:r>
          </w:p>
        </w:tc>
        <w:tc>
          <w:tcPr>
            <w:tcW w:w="665" w:type="dxa"/>
            <w:shd w:val="clear" w:color="auto" w:fill="FFFFFF"/>
          </w:tcPr>
          <w:p w14:paraId="397A74A9" w14:textId="77777777" w:rsidR="0030026E" w:rsidRDefault="0019537C">
            <w:r>
              <w:t>21408,9</w:t>
            </w:r>
          </w:p>
        </w:tc>
        <w:tc>
          <w:tcPr>
            <w:tcW w:w="665" w:type="dxa"/>
            <w:shd w:val="clear" w:color="auto" w:fill="FFFFFF"/>
          </w:tcPr>
          <w:p w14:paraId="29DA5548" w14:textId="77777777" w:rsidR="0030026E" w:rsidRDefault="0019537C">
            <w:r>
              <w:t>21408,9</w:t>
            </w:r>
          </w:p>
        </w:tc>
        <w:tc>
          <w:tcPr>
            <w:tcW w:w="665" w:type="dxa"/>
            <w:shd w:val="clear" w:color="auto" w:fill="FFFFFF"/>
          </w:tcPr>
          <w:p w14:paraId="3806757C" w14:textId="77777777" w:rsidR="0030026E" w:rsidRDefault="0019537C">
            <w:r>
              <w:t>21408,9</w:t>
            </w:r>
          </w:p>
        </w:tc>
      </w:tr>
      <w:tr w:rsidR="0030026E" w14:paraId="49FDCC38" w14:textId="77777777">
        <w:trPr>
          <w:cantSplit/>
        </w:trPr>
        <w:tc>
          <w:tcPr>
            <w:tcW w:w="665" w:type="dxa"/>
            <w:shd w:val="clear" w:color="auto" w:fill="F2F2F2"/>
          </w:tcPr>
          <w:p w14:paraId="2D749CB9" w14:textId="77777777" w:rsidR="0030026E" w:rsidRDefault="0030026E"/>
        </w:tc>
        <w:tc>
          <w:tcPr>
            <w:tcW w:w="665" w:type="dxa"/>
            <w:shd w:val="clear" w:color="auto" w:fill="FFFFFF"/>
          </w:tcPr>
          <w:p w14:paraId="6DAD32C1" w14:textId="77777777" w:rsidR="0030026E" w:rsidRPr="00794D67" w:rsidRDefault="0019537C">
            <w:pPr>
              <w:rPr>
                <w:lang w:val="ru-RU"/>
              </w:rPr>
            </w:pPr>
            <w:r w:rsidRPr="00794D67">
              <w:rPr>
                <w:lang w:val="ru-RU"/>
              </w:rPr>
              <w:t>расход условного топлива, тыс. т у.т.</w:t>
            </w:r>
          </w:p>
        </w:tc>
        <w:tc>
          <w:tcPr>
            <w:tcW w:w="665" w:type="dxa"/>
            <w:shd w:val="clear" w:color="auto" w:fill="FFFFFF"/>
          </w:tcPr>
          <w:p w14:paraId="2881163E" w14:textId="77777777" w:rsidR="0030026E" w:rsidRDefault="0019537C">
            <w:r>
              <w:t>4,051</w:t>
            </w:r>
          </w:p>
        </w:tc>
        <w:tc>
          <w:tcPr>
            <w:tcW w:w="665" w:type="dxa"/>
            <w:shd w:val="clear" w:color="auto" w:fill="FFFFFF"/>
          </w:tcPr>
          <w:p w14:paraId="7B3F1360" w14:textId="77777777" w:rsidR="0030026E" w:rsidRDefault="0019537C">
            <w:r>
              <w:t>4,051</w:t>
            </w:r>
          </w:p>
        </w:tc>
        <w:tc>
          <w:tcPr>
            <w:tcW w:w="665" w:type="dxa"/>
            <w:shd w:val="clear" w:color="auto" w:fill="FFFFFF"/>
          </w:tcPr>
          <w:p w14:paraId="3DD73553" w14:textId="77777777" w:rsidR="0030026E" w:rsidRDefault="0019537C">
            <w:r>
              <w:t>4,051</w:t>
            </w:r>
          </w:p>
        </w:tc>
        <w:tc>
          <w:tcPr>
            <w:tcW w:w="665" w:type="dxa"/>
            <w:shd w:val="clear" w:color="auto" w:fill="FFFFFF"/>
          </w:tcPr>
          <w:p w14:paraId="042576EA" w14:textId="77777777" w:rsidR="0030026E" w:rsidRDefault="0019537C">
            <w:r>
              <w:t>4,051</w:t>
            </w:r>
          </w:p>
        </w:tc>
        <w:tc>
          <w:tcPr>
            <w:tcW w:w="665" w:type="dxa"/>
            <w:shd w:val="clear" w:color="auto" w:fill="FFFFFF"/>
          </w:tcPr>
          <w:p w14:paraId="2C4FA69B" w14:textId="77777777" w:rsidR="0030026E" w:rsidRDefault="0019537C">
            <w:r>
              <w:t>4,051</w:t>
            </w:r>
          </w:p>
        </w:tc>
        <w:tc>
          <w:tcPr>
            <w:tcW w:w="665" w:type="dxa"/>
            <w:shd w:val="clear" w:color="auto" w:fill="FFFFFF"/>
          </w:tcPr>
          <w:p w14:paraId="06B7599C" w14:textId="77777777" w:rsidR="0030026E" w:rsidRDefault="0019537C">
            <w:r>
              <w:t>4,051</w:t>
            </w:r>
          </w:p>
        </w:tc>
        <w:tc>
          <w:tcPr>
            <w:tcW w:w="665" w:type="dxa"/>
            <w:shd w:val="clear" w:color="auto" w:fill="FFFFFF"/>
          </w:tcPr>
          <w:p w14:paraId="42F56C38" w14:textId="77777777" w:rsidR="0030026E" w:rsidRDefault="0019537C">
            <w:r>
              <w:t>4,051</w:t>
            </w:r>
          </w:p>
        </w:tc>
        <w:tc>
          <w:tcPr>
            <w:tcW w:w="665" w:type="dxa"/>
            <w:shd w:val="clear" w:color="auto" w:fill="FFFFFF"/>
          </w:tcPr>
          <w:p w14:paraId="5C45832C" w14:textId="77777777" w:rsidR="0030026E" w:rsidRDefault="0019537C">
            <w:r>
              <w:t>4,051</w:t>
            </w:r>
          </w:p>
        </w:tc>
        <w:tc>
          <w:tcPr>
            <w:tcW w:w="665" w:type="dxa"/>
            <w:shd w:val="clear" w:color="auto" w:fill="FFFFFF"/>
          </w:tcPr>
          <w:p w14:paraId="71C61F39" w14:textId="77777777" w:rsidR="0030026E" w:rsidRDefault="0019537C">
            <w:r>
              <w:t>4,051</w:t>
            </w:r>
          </w:p>
        </w:tc>
        <w:tc>
          <w:tcPr>
            <w:tcW w:w="665" w:type="dxa"/>
            <w:shd w:val="clear" w:color="auto" w:fill="FFFFFF"/>
          </w:tcPr>
          <w:p w14:paraId="58A8D1A8" w14:textId="77777777" w:rsidR="0030026E" w:rsidRDefault="0019537C">
            <w:r>
              <w:t>4,051</w:t>
            </w:r>
          </w:p>
        </w:tc>
        <w:tc>
          <w:tcPr>
            <w:tcW w:w="665" w:type="dxa"/>
            <w:shd w:val="clear" w:color="auto" w:fill="FFFFFF"/>
          </w:tcPr>
          <w:p w14:paraId="5F7FEEEC" w14:textId="77777777" w:rsidR="0030026E" w:rsidRDefault="0019537C">
            <w:r>
              <w:t>4,051</w:t>
            </w:r>
          </w:p>
        </w:tc>
      </w:tr>
      <w:tr w:rsidR="0030026E" w14:paraId="0E45A453" w14:textId="77777777">
        <w:trPr>
          <w:cantSplit/>
        </w:trPr>
        <w:tc>
          <w:tcPr>
            <w:tcW w:w="665" w:type="dxa"/>
            <w:shd w:val="clear" w:color="auto" w:fill="F2F2F2"/>
          </w:tcPr>
          <w:p w14:paraId="28905D2F" w14:textId="77777777" w:rsidR="0030026E" w:rsidRDefault="0030026E"/>
        </w:tc>
        <w:tc>
          <w:tcPr>
            <w:tcW w:w="665" w:type="dxa"/>
            <w:shd w:val="clear" w:color="auto" w:fill="FFFFFF"/>
          </w:tcPr>
          <w:p w14:paraId="45538993" w14:textId="77777777" w:rsidR="0030026E" w:rsidRDefault="0019537C">
            <w:r>
              <w:t>расход угля, тыс. т</w:t>
            </w:r>
          </w:p>
        </w:tc>
        <w:tc>
          <w:tcPr>
            <w:tcW w:w="665" w:type="dxa"/>
            <w:shd w:val="clear" w:color="auto" w:fill="FFFFFF"/>
          </w:tcPr>
          <w:p w14:paraId="30D19A67" w14:textId="77777777" w:rsidR="0030026E" w:rsidRDefault="0019537C">
            <w:r>
              <w:t>5,511</w:t>
            </w:r>
          </w:p>
        </w:tc>
        <w:tc>
          <w:tcPr>
            <w:tcW w:w="665" w:type="dxa"/>
            <w:shd w:val="clear" w:color="auto" w:fill="FFFFFF"/>
          </w:tcPr>
          <w:p w14:paraId="741D3EA0" w14:textId="77777777" w:rsidR="0030026E" w:rsidRDefault="0019537C">
            <w:r>
              <w:t>5,511</w:t>
            </w:r>
          </w:p>
        </w:tc>
        <w:tc>
          <w:tcPr>
            <w:tcW w:w="665" w:type="dxa"/>
            <w:shd w:val="clear" w:color="auto" w:fill="FFFFFF"/>
          </w:tcPr>
          <w:p w14:paraId="20F87ED5" w14:textId="77777777" w:rsidR="0030026E" w:rsidRDefault="0019537C">
            <w:r>
              <w:t>5,511</w:t>
            </w:r>
          </w:p>
        </w:tc>
        <w:tc>
          <w:tcPr>
            <w:tcW w:w="665" w:type="dxa"/>
            <w:shd w:val="clear" w:color="auto" w:fill="FFFFFF"/>
          </w:tcPr>
          <w:p w14:paraId="78266AD9" w14:textId="77777777" w:rsidR="0030026E" w:rsidRDefault="0019537C">
            <w:r>
              <w:t>5,511</w:t>
            </w:r>
          </w:p>
        </w:tc>
        <w:tc>
          <w:tcPr>
            <w:tcW w:w="665" w:type="dxa"/>
            <w:shd w:val="clear" w:color="auto" w:fill="FFFFFF"/>
          </w:tcPr>
          <w:p w14:paraId="74DDECE2" w14:textId="77777777" w:rsidR="0030026E" w:rsidRDefault="0019537C">
            <w:r>
              <w:t>5,511</w:t>
            </w:r>
          </w:p>
        </w:tc>
        <w:tc>
          <w:tcPr>
            <w:tcW w:w="665" w:type="dxa"/>
            <w:shd w:val="clear" w:color="auto" w:fill="FFFFFF"/>
          </w:tcPr>
          <w:p w14:paraId="00D5833B" w14:textId="77777777" w:rsidR="0030026E" w:rsidRDefault="0019537C">
            <w:r>
              <w:t>5,511</w:t>
            </w:r>
          </w:p>
        </w:tc>
        <w:tc>
          <w:tcPr>
            <w:tcW w:w="665" w:type="dxa"/>
            <w:shd w:val="clear" w:color="auto" w:fill="FFFFFF"/>
          </w:tcPr>
          <w:p w14:paraId="1A181BEB" w14:textId="77777777" w:rsidR="0030026E" w:rsidRDefault="0019537C">
            <w:r>
              <w:t>5,511</w:t>
            </w:r>
          </w:p>
        </w:tc>
        <w:tc>
          <w:tcPr>
            <w:tcW w:w="665" w:type="dxa"/>
            <w:shd w:val="clear" w:color="auto" w:fill="FFFFFF"/>
          </w:tcPr>
          <w:p w14:paraId="29F3C3AA" w14:textId="77777777" w:rsidR="0030026E" w:rsidRDefault="0019537C">
            <w:r>
              <w:t>5,511</w:t>
            </w:r>
          </w:p>
        </w:tc>
        <w:tc>
          <w:tcPr>
            <w:tcW w:w="665" w:type="dxa"/>
            <w:shd w:val="clear" w:color="auto" w:fill="FFFFFF"/>
          </w:tcPr>
          <w:p w14:paraId="07A62611" w14:textId="77777777" w:rsidR="0030026E" w:rsidRDefault="0019537C">
            <w:r>
              <w:t>5,511</w:t>
            </w:r>
          </w:p>
        </w:tc>
        <w:tc>
          <w:tcPr>
            <w:tcW w:w="665" w:type="dxa"/>
            <w:shd w:val="clear" w:color="auto" w:fill="FFFFFF"/>
          </w:tcPr>
          <w:p w14:paraId="0C0F1915" w14:textId="77777777" w:rsidR="0030026E" w:rsidRDefault="0019537C">
            <w:r>
              <w:t>5,511</w:t>
            </w:r>
          </w:p>
        </w:tc>
        <w:tc>
          <w:tcPr>
            <w:tcW w:w="665" w:type="dxa"/>
            <w:shd w:val="clear" w:color="auto" w:fill="FFFFFF"/>
          </w:tcPr>
          <w:p w14:paraId="3A41ED9E" w14:textId="77777777" w:rsidR="0030026E" w:rsidRDefault="0019537C">
            <w:r>
              <w:t>5,511</w:t>
            </w:r>
          </w:p>
        </w:tc>
      </w:tr>
      <w:tr w:rsidR="0030026E" w14:paraId="36D9A43E" w14:textId="77777777">
        <w:trPr>
          <w:cantSplit/>
        </w:trPr>
        <w:tc>
          <w:tcPr>
            <w:tcW w:w="665" w:type="dxa"/>
            <w:shd w:val="clear" w:color="auto" w:fill="F2F2F2"/>
          </w:tcPr>
          <w:p w14:paraId="20BDBEC0" w14:textId="77777777" w:rsidR="0030026E" w:rsidRPr="00794D67" w:rsidRDefault="0019537C">
            <w:pPr>
              <w:rPr>
                <w:lang w:val="ru-RU"/>
              </w:rPr>
            </w:pPr>
            <w:r w:rsidRPr="00794D67">
              <w:rPr>
                <w:lang w:val="ru-RU"/>
              </w:rPr>
              <w:t>УПК № 10 Темир-Тау (Др, 5145 ккал/кг)</w:t>
            </w:r>
          </w:p>
        </w:tc>
        <w:tc>
          <w:tcPr>
            <w:tcW w:w="665" w:type="dxa"/>
            <w:shd w:val="clear" w:color="auto" w:fill="FFFFFF"/>
          </w:tcPr>
          <w:p w14:paraId="2A4B80E0" w14:textId="77777777" w:rsidR="0030026E" w:rsidRPr="00794D67" w:rsidRDefault="0019537C">
            <w:pPr>
              <w:rPr>
                <w:lang w:val="ru-RU"/>
              </w:rPr>
            </w:pPr>
            <w:r w:rsidRPr="00794D67">
              <w:rPr>
                <w:lang w:val="ru-RU"/>
              </w:rPr>
              <w:t>отпуск тепловой энергии, Гкал/год</w:t>
            </w:r>
          </w:p>
        </w:tc>
        <w:tc>
          <w:tcPr>
            <w:tcW w:w="665" w:type="dxa"/>
            <w:shd w:val="clear" w:color="auto" w:fill="FFFFFF"/>
          </w:tcPr>
          <w:p w14:paraId="2D9BE2E6" w14:textId="77777777" w:rsidR="0030026E" w:rsidRDefault="0019537C">
            <w:r>
              <w:t>22347,3</w:t>
            </w:r>
          </w:p>
        </w:tc>
        <w:tc>
          <w:tcPr>
            <w:tcW w:w="665" w:type="dxa"/>
            <w:shd w:val="clear" w:color="auto" w:fill="FFFFFF"/>
          </w:tcPr>
          <w:p w14:paraId="505C5D02" w14:textId="77777777" w:rsidR="0030026E" w:rsidRDefault="0019537C">
            <w:r>
              <w:t>22347,3</w:t>
            </w:r>
          </w:p>
        </w:tc>
        <w:tc>
          <w:tcPr>
            <w:tcW w:w="665" w:type="dxa"/>
            <w:shd w:val="clear" w:color="auto" w:fill="FFFFFF"/>
          </w:tcPr>
          <w:p w14:paraId="0268EC33" w14:textId="77777777" w:rsidR="0030026E" w:rsidRDefault="0019537C">
            <w:r>
              <w:t>22347,3</w:t>
            </w:r>
          </w:p>
        </w:tc>
        <w:tc>
          <w:tcPr>
            <w:tcW w:w="665" w:type="dxa"/>
            <w:shd w:val="clear" w:color="auto" w:fill="FFFFFF"/>
          </w:tcPr>
          <w:p w14:paraId="0E3A052C" w14:textId="77777777" w:rsidR="0030026E" w:rsidRDefault="0019537C">
            <w:r>
              <w:t>22347,3</w:t>
            </w:r>
          </w:p>
        </w:tc>
        <w:tc>
          <w:tcPr>
            <w:tcW w:w="665" w:type="dxa"/>
            <w:shd w:val="clear" w:color="auto" w:fill="FFFFFF"/>
          </w:tcPr>
          <w:p w14:paraId="62E515A4" w14:textId="77777777" w:rsidR="0030026E" w:rsidRDefault="0019537C">
            <w:r>
              <w:t>22347,3</w:t>
            </w:r>
          </w:p>
        </w:tc>
        <w:tc>
          <w:tcPr>
            <w:tcW w:w="665" w:type="dxa"/>
            <w:shd w:val="clear" w:color="auto" w:fill="FFFFFF"/>
          </w:tcPr>
          <w:p w14:paraId="097C2F50" w14:textId="77777777" w:rsidR="0030026E" w:rsidRDefault="0019537C">
            <w:r>
              <w:t>22347,3</w:t>
            </w:r>
          </w:p>
        </w:tc>
        <w:tc>
          <w:tcPr>
            <w:tcW w:w="665" w:type="dxa"/>
            <w:shd w:val="clear" w:color="auto" w:fill="FFFFFF"/>
          </w:tcPr>
          <w:p w14:paraId="7C2FD7C4" w14:textId="77777777" w:rsidR="0030026E" w:rsidRDefault="0019537C">
            <w:r>
              <w:t>22347,3</w:t>
            </w:r>
          </w:p>
        </w:tc>
        <w:tc>
          <w:tcPr>
            <w:tcW w:w="665" w:type="dxa"/>
            <w:shd w:val="clear" w:color="auto" w:fill="FFFFFF"/>
          </w:tcPr>
          <w:p w14:paraId="527573E3" w14:textId="77777777" w:rsidR="0030026E" w:rsidRDefault="0019537C">
            <w:r>
              <w:t>22347,3</w:t>
            </w:r>
          </w:p>
        </w:tc>
        <w:tc>
          <w:tcPr>
            <w:tcW w:w="665" w:type="dxa"/>
            <w:shd w:val="clear" w:color="auto" w:fill="FFFFFF"/>
          </w:tcPr>
          <w:p w14:paraId="7EEBA4B3" w14:textId="77777777" w:rsidR="0030026E" w:rsidRDefault="0019537C">
            <w:r>
              <w:t>22347,3</w:t>
            </w:r>
          </w:p>
        </w:tc>
        <w:tc>
          <w:tcPr>
            <w:tcW w:w="665" w:type="dxa"/>
            <w:shd w:val="clear" w:color="auto" w:fill="FFFFFF"/>
          </w:tcPr>
          <w:p w14:paraId="311A740B" w14:textId="77777777" w:rsidR="0030026E" w:rsidRDefault="0019537C">
            <w:r>
              <w:t>22347,3</w:t>
            </w:r>
          </w:p>
        </w:tc>
        <w:tc>
          <w:tcPr>
            <w:tcW w:w="665" w:type="dxa"/>
            <w:shd w:val="clear" w:color="auto" w:fill="FFFFFF"/>
          </w:tcPr>
          <w:p w14:paraId="5EE29E24" w14:textId="77777777" w:rsidR="0030026E" w:rsidRDefault="0019537C">
            <w:r>
              <w:t>22347,3</w:t>
            </w:r>
          </w:p>
        </w:tc>
      </w:tr>
      <w:tr w:rsidR="0030026E" w14:paraId="723DAE47" w14:textId="77777777">
        <w:trPr>
          <w:cantSplit/>
        </w:trPr>
        <w:tc>
          <w:tcPr>
            <w:tcW w:w="665" w:type="dxa"/>
            <w:shd w:val="clear" w:color="auto" w:fill="F2F2F2"/>
          </w:tcPr>
          <w:p w14:paraId="567EBE35" w14:textId="77777777" w:rsidR="0030026E" w:rsidRDefault="0030026E"/>
        </w:tc>
        <w:tc>
          <w:tcPr>
            <w:tcW w:w="665" w:type="dxa"/>
            <w:shd w:val="clear" w:color="auto" w:fill="FFFFFF"/>
          </w:tcPr>
          <w:p w14:paraId="5753CF5E" w14:textId="77777777" w:rsidR="0030026E" w:rsidRPr="00794D67" w:rsidRDefault="0019537C">
            <w:pPr>
              <w:rPr>
                <w:lang w:val="ru-RU"/>
              </w:rPr>
            </w:pPr>
            <w:r w:rsidRPr="00794D67">
              <w:rPr>
                <w:lang w:val="ru-RU"/>
              </w:rPr>
              <w:t>расход условного топлива, тыс. т у.т.</w:t>
            </w:r>
          </w:p>
        </w:tc>
        <w:tc>
          <w:tcPr>
            <w:tcW w:w="665" w:type="dxa"/>
            <w:shd w:val="clear" w:color="auto" w:fill="FFFFFF"/>
          </w:tcPr>
          <w:p w14:paraId="45473A5D" w14:textId="77777777" w:rsidR="0030026E" w:rsidRDefault="0019537C">
            <w:r>
              <w:t>4,228</w:t>
            </w:r>
          </w:p>
        </w:tc>
        <w:tc>
          <w:tcPr>
            <w:tcW w:w="665" w:type="dxa"/>
            <w:shd w:val="clear" w:color="auto" w:fill="FFFFFF"/>
          </w:tcPr>
          <w:p w14:paraId="5896ED3B" w14:textId="77777777" w:rsidR="0030026E" w:rsidRDefault="0019537C">
            <w:r>
              <w:t>4,228</w:t>
            </w:r>
          </w:p>
        </w:tc>
        <w:tc>
          <w:tcPr>
            <w:tcW w:w="665" w:type="dxa"/>
            <w:shd w:val="clear" w:color="auto" w:fill="FFFFFF"/>
          </w:tcPr>
          <w:p w14:paraId="3117DC68" w14:textId="77777777" w:rsidR="0030026E" w:rsidRDefault="0019537C">
            <w:r>
              <w:t>4,228</w:t>
            </w:r>
          </w:p>
        </w:tc>
        <w:tc>
          <w:tcPr>
            <w:tcW w:w="665" w:type="dxa"/>
            <w:shd w:val="clear" w:color="auto" w:fill="FFFFFF"/>
          </w:tcPr>
          <w:p w14:paraId="7B6F51CD" w14:textId="77777777" w:rsidR="0030026E" w:rsidRDefault="0019537C">
            <w:r>
              <w:t>4,228</w:t>
            </w:r>
          </w:p>
        </w:tc>
        <w:tc>
          <w:tcPr>
            <w:tcW w:w="665" w:type="dxa"/>
            <w:shd w:val="clear" w:color="auto" w:fill="FFFFFF"/>
          </w:tcPr>
          <w:p w14:paraId="78A2255F" w14:textId="77777777" w:rsidR="0030026E" w:rsidRDefault="0019537C">
            <w:r>
              <w:t>4,228</w:t>
            </w:r>
          </w:p>
        </w:tc>
        <w:tc>
          <w:tcPr>
            <w:tcW w:w="665" w:type="dxa"/>
            <w:shd w:val="clear" w:color="auto" w:fill="FFFFFF"/>
          </w:tcPr>
          <w:p w14:paraId="7F80B01C" w14:textId="77777777" w:rsidR="0030026E" w:rsidRDefault="0019537C">
            <w:r>
              <w:t>4,228</w:t>
            </w:r>
          </w:p>
        </w:tc>
        <w:tc>
          <w:tcPr>
            <w:tcW w:w="665" w:type="dxa"/>
            <w:shd w:val="clear" w:color="auto" w:fill="FFFFFF"/>
          </w:tcPr>
          <w:p w14:paraId="06F11318" w14:textId="77777777" w:rsidR="0030026E" w:rsidRDefault="0019537C">
            <w:r>
              <w:t>4,228</w:t>
            </w:r>
          </w:p>
        </w:tc>
        <w:tc>
          <w:tcPr>
            <w:tcW w:w="665" w:type="dxa"/>
            <w:shd w:val="clear" w:color="auto" w:fill="FFFFFF"/>
          </w:tcPr>
          <w:p w14:paraId="69762901" w14:textId="77777777" w:rsidR="0030026E" w:rsidRDefault="0019537C">
            <w:r>
              <w:t>4,228</w:t>
            </w:r>
          </w:p>
        </w:tc>
        <w:tc>
          <w:tcPr>
            <w:tcW w:w="665" w:type="dxa"/>
            <w:shd w:val="clear" w:color="auto" w:fill="FFFFFF"/>
          </w:tcPr>
          <w:p w14:paraId="750FE86C" w14:textId="77777777" w:rsidR="0030026E" w:rsidRDefault="0019537C">
            <w:r>
              <w:t>4,228</w:t>
            </w:r>
          </w:p>
        </w:tc>
        <w:tc>
          <w:tcPr>
            <w:tcW w:w="665" w:type="dxa"/>
            <w:shd w:val="clear" w:color="auto" w:fill="FFFFFF"/>
          </w:tcPr>
          <w:p w14:paraId="7E5467FF" w14:textId="77777777" w:rsidR="0030026E" w:rsidRDefault="0019537C">
            <w:r>
              <w:t>4,228</w:t>
            </w:r>
          </w:p>
        </w:tc>
        <w:tc>
          <w:tcPr>
            <w:tcW w:w="665" w:type="dxa"/>
            <w:shd w:val="clear" w:color="auto" w:fill="FFFFFF"/>
          </w:tcPr>
          <w:p w14:paraId="0726B014" w14:textId="77777777" w:rsidR="0030026E" w:rsidRDefault="0019537C">
            <w:r>
              <w:t>4,228</w:t>
            </w:r>
          </w:p>
        </w:tc>
      </w:tr>
      <w:tr w:rsidR="0030026E" w14:paraId="674B8BB0" w14:textId="77777777">
        <w:trPr>
          <w:cantSplit/>
        </w:trPr>
        <w:tc>
          <w:tcPr>
            <w:tcW w:w="665" w:type="dxa"/>
            <w:shd w:val="clear" w:color="auto" w:fill="F2F2F2"/>
          </w:tcPr>
          <w:p w14:paraId="4353D0C7" w14:textId="77777777" w:rsidR="0030026E" w:rsidRDefault="0030026E"/>
        </w:tc>
        <w:tc>
          <w:tcPr>
            <w:tcW w:w="665" w:type="dxa"/>
            <w:shd w:val="clear" w:color="auto" w:fill="FFFFFF"/>
          </w:tcPr>
          <w:p w14:paraId="017D4D38" w14:textId="77777777" w:rsidR="0030026E" w:rsidRDefault="0019537C">
            <w:r>
              <w:t>расход угля, тыс. т</w:t>
            </w:r>
          </w:p>
        </w:tc>
        <w:tc>
          <w:tcPr>
            <w:tcW w:w="665" w:type="dxa"/>
            <w:shd w:val="clear" w:color="auto" w:fill="FFFFFF"/>
          </w:tcPr>
          <w:p w14:paraId="3F08188A" w14:textId="77777777" w:rsidR="0030026E" w:rsidRDefault="0019537C">
            <w:r>
              <w:t>5,753</w:t>
            </w:r>
          </w:p>
        </w:tc>
        <w:tc>
          <w:tcPr>
            <w:tcW w:w="665" w:type="dxa"/>
            <w:shd w:val="clear" w:color="auto" w:fill="FFFFFF"/>
          </w:tcPr>
          <w:p w14:paraId="34A22CA4" w14:textId="77777777" w:rsidR="0030026E" w:rsidRDefault="0019537C">
            <w:r>
              <w:t>5,753</w:t>
            </w:r>
          </w:p>
        </w:tc>
        <w:tc>
          <w:tcPr>
            <w:tcW w:w="665" w:type="dxa"/>
            <w:shd w:val="clear" w:color="auto" w:fill="FFFFFF"/>
          </w:tcPr>
          <w:p w14:paraId="4C9771F5" w14:textId="77777777" w:rsidR="0030026E" w:rsidRDefault="0019537C">
            <w:r>
              <w:t>5,753</w:t>
            </w:r>
          </w:p>
        </w:tc>
        <w:tc>
          <w:tcPr>
            <w:tcW w:w="665" w:type="dxa"/>
            <w:shd w:val="clear" w:color="auto" w:fill="FFFFFF"/>
          </w:tcPr>
          <w:p w14:paraId="68FBB0CC" w14:textId="77777777" w:rsidR="0030026E" w:rsidRDefault="0019537C">
            <w:r>
              <w:t>5,753</w:t>
            </w:r>
          </w:p>
        </w:tc>
        <w:tc>
          <w:tcPr>
            <w:tcW w:w="665" w:type="dxa"/>
            <w:shd w:val="clear" w:color="auto" w:fill="FFFFFF"/>
          </w:tcPr>
          <w:p w14:paraId="1ABA786C" w14:textId="77777777" w:rsidR="0030026E" w:rsidRDefault="0019537C">
            <w:r>
              <w:t>5,753</w:t>
            </w:r>
          </w:p>
        </w:tc>
        <w:tc>
          <w:tcPr>
            <w:tcW w:w="665" w:type="dxa"/>
            <w:shd w:val="clear" w:color="auto" w:fill="FFFFFF"/>
          </w:tcPr>
          <w:p w14:paraId="7EAA99CD" w14:textId="77777777" w:rsidR="0030026E" w:rsidRDefault="0019537C">
            <w:r>
              <w:t>5,753</w:t>
            </w:r>
          </w:p>
        </w:tc>
        <w:tc>
          <w:tcPr>
            <w:tcW w:w="665" w:type="dxa"/>
            <w:shd w:val="clear" w:color="auto" w:fill="FFFFFF"/>
          </w:tcPr>
          <w:p w14:paraId="71DB541E" w14:textId="77777777" w:rsidR="0030026E" w:rsidRDefault="0019537C">
            <w:r>
              <w:t>5,753</w:t>
            </w:r>
          </w:p>
        </w:tc>
        <w:tc>
          <w:tcPr>
            <w:tcW w:w="665" w:type="dxa"/>
            <w:shd w:val="clear" w:color="auto" w:fill="FFFFFF"/>
          </w:tcPr>
          <w:p w14:paraId="0636EC7A" w14:textId="77777777" w:rsidR="0030026E" w:rsidRDefault="0019537C">
            <w:r>
              <w:t>5,753</w:t>
            </w:r>
          </w:p>
        </w:tc>
        <w:tc>
          <w:tcPr>
            <w:tcW w:w="665" w:type="dxa"/>
            <w:shd w:val="clear" w:color="auto" w:fill="FFFFFF"/>
          </w:tcPr>
          <w:p w14:paraId="041AB541" w14:textId="77777777" w:rsidR="0030026E" w:rsidRDefault="0019537C">
            <w:r>
              <w:t>5,753</w:t>
            </w:r>
          </w:p>
        </w:tc>
        <w:tc>
          <w:tcPr>
            <w:tcW w:w="665" w:type="dxa"/>
            <w:shd w:val="clear" w:color="auto" w:fill="FFFFFF"/>
          </w:tcPr>
          <w:p w14:paraId="0FA8232E" w14:textId="77777777" w:rsidR="0030026E" w:rsidRDefault="0019537C">
            <w:r>
              <w:t>5,753</w:t>
            </w:r>
          </w:p>
        </w:tc>
        <w:tc>
          <w:tcPr>
            <w:tcW w:w="665" w:type="dxa"/>
            <w:shd w:val="clear" w:color="auto" w:fill="FFFFFF"/>
          </w:tcPr>
          <w:p w14:paraId="405A67C3" w14:textId="77777777" w:rsidR="0030026E" w:rsidRDefault="0019537C">
            <w:r>
              <w:t>5,753</w:t>
            </w:r>
          </w:p>
        </w:tc>
      </w:tr>
      <w:tr w:rsidR="0030026E" w14:paraId="47B85D76" w14:textId="77777777">
        <w:trPr>
          <w:cantSplit/>
        </w:trPr>
        <w:tc>
          <w:tcPr>
            <w:tcW w:w="665" w:type="dxa"/>
            <w:shd w:val="clear" w:color="auto" w:fill="F2F2F2"/>
          </w:tcPr>
          <w:p w14:paraId="583AD5B3" w14:textId="77777777" w:rsidR="0030026E" w:rsidRPr="00794D67" w:rsidRDefault="0019537C">
            <w:pPr>
              <w:rPr>
                <w:lang w:val="ru-RU"/>
              </w:rPr>
            </w:pPr>
            <w:r w:rsidRPr="00794D67">
              <w:rPr>
                <w:lang w:val="ru-RU"/>
              </w:rPr>
              <w:t>УПК № 3 Спасск (ДГр, 5700 ккал/кг)</w:t>
            </w:r>
          </w:p>
        </w:tc>
        <w:tc>
          <w:tcPr>
            <w:tcW w:w="665" w:type="dxa"/>
            <w:shd w:val="clear" w:color="auto" w:fill="FFFFFF"/>
          </w:tcPr>
          <w:p w14:paraId="64250A0B" w14:textId="77777777" w:rsidR="0030026E" w:rsidRPr="00794D67" w:rsidRDefault="0019537C">
            <w:pPr>
              <w:rPr>
                <w:lang w:val="ru-RU"/>
              </w:rPr>
            </w:pPr>
            <w:r w:rsidRPr="00794D67">
              <w:rPr>
                <w:lang w:val="ru-RU"/>
              </w:rPr>
              <w:t>отпуск тепловой энергии, Гкал/год</w:t>
            </w:r>
          </w:p>
        </w:tc>
        <w:tc>
          <w:tcPr>
            <w:tcW w:w="665" w:type="dxa"/>
            <w:shd w:val="clear" w:color="auto" w:fill="FFFFFF"/>
          </w:tcPr>
          <w:p w14:paraId="7BFF35EA" w14:textId="77777777" w:rsidR="0030026E" w:rsidRDefault="0019537C">
            <w:r>
              <w:t>3186,3</w:t>
            </w:r>
          </w:p>
        </w:tc>
        <w:tc>
          <w:tcPr>
            <w:tcW w:w="665" w:type="dxa"/>
            <w:shd w:val="clear" w:color="auto" w:fill="FFFFFF"/>
          </w:tcPr>
          <w:p w14:paraId="08C43DC2" w14:textId="77777777" w:rsidR="0030026E" w:rsidRDefault="0019537C">
            <w:r>
              <w:t>3190,9</w:t>
            </w:r>
          </w:p>
        </w:tc>
        <w:tc>
          <w:tcPr>
            <w:tcW w:w="665" w:type="dxa"/>
            <w:shd w:val="clear" w:color="auto" w:fill="FFFFFF"/>
          </w:tcPr>
          <w:p w14:paraId="6B81F6BE" w14:textId="77777777" w:rsidR="0030026E" w:rsidRDefault="0019537C">
            <w:r>
              <w:t>3195,5</w:t>
            </w:r>
          </w:p>
        </w:tc>
        <w:tc>
          <w:tcPr>
            <w:tcW w:w="665" w:type="dxa"/>
            <w:shd w:val="clear" w:color="auto" w:fill="FFFFFF"/>
          </w:tcPr>
          <w:p w14:paraId="73E3CADC" w14:textId="77777777" w:rsidR="0030026E" w:rsidRDefault="0019537C">
            <w:r>
              <w:t>3200,1</w:t>
            </w:r>
          </w:p>
        </w:tc>
        <w:tc>
          <w:tcPr>
            <w:tcW w:w="665" w:type="dxa"/>
            <w:shd w:val="clear" w:color="auto" w:fill="FFFFFF"/>
          </w:tcPr>
          <w:p w14:paraId="04EA533C" w14:textId="77777777" w:rsidR="0030026E" w:rsidRDefault="0019537C">
            <w:r>
              <w:t>3204,7</w:t>
            </w:r>
          </w:p>
        </w:tc>
        <w:tc>
          <w:tcPr>
            <w:tcW w:w="665" w:type="dxa"/>
            <w:shd w:val="clear" w:color="auto" w:fill="FFFFFF"/>
          </w:tcPr>
          <w:p w14:paraId="2C87DB45" w14:textId="77777777" w:rsidR="0030026E" w:rsidRDefault="0019537C">
            <w:r>
              <w:t>3209,3</w:t>
            </w:r>
          </w:p>
        </w:tc>
        <w:tc>
          <w:tcPr>
            <w:tcW w:w="665" w:type="dxa"/>
            <w:shd w:val="clear" w:color="auto" w:fill="FFFFFF"/>
          </w:tcPr>
          <w:p w14:paraId="72F3C1ED" w14:textId="77777777" w:rsidR="0030026E" w:rsidRDefault="0019537C">
            <w:r>
              <w:t>3209,3</w:t>
            </w:r>
          </w:p>
        </w:tc>
        <w:tc>
          <w:tcPr>
            <w:tcW w:w="665" w:type="dxa"/>
            <w:shd w:val="clear" w:color="auto" w:fill="FFFFFF"/>
          </w:tcPr>
          <w:p w14:paraId="0C639577" w14:textId="77777777" w:rsidR="0030026E" w:rsidRDefault="0019537C">
            <w:r>
              <w:t>3209,3</w:t>
            </w:r>
          </w:p>
        </w:tc>
        <w:tc>
          <w:tcPr>
            <w:tcW w:w="665" w:type="dxa"/>
            <w:shd w:val="clear" w:color="auto" w:fill="FFFFFF"/>
          </w:tcPr>
          <w:p w14:paraId="6369AD27" w14:textId="77777777" w:rsidR="0030026E" w:rsidRDefault="0019537C">
            <w:r>
              <w:t>3209,3</w:t>
            </w:r>
          </w:p>
        </w:tc>
        <w:tc>
          <w:tcPr>
            <w:tcW w:w="665" w:type="dxa"/>
            <w:shd w:val="clear" w:color="auto" w:fill="FFFFFF"/>
          </w:tcPr>
          <w:p w14:paraId="6824907A" w14:textId="77777777" w:rsidR="0030026E" w:rsidRDefault="0019537C">
            <w:r>
              <w:t>3209,3</w:t>
            </w:r>
          </w:p>
        </w:tc>
        <w:tc>
          <w:tcPr>
            <w:tcW w:w="665" w:type="dxa"/>
            <w:shd w:val="clear" w:color="auto" w:fill="FFFFFF"/>
          </w:tcPr>
          <w:p w14:paraId="5DC773F5" w14:textId="77777777" w:rsidR="0030026E" w:rsidRDefault="0019537C">
            <w:r>
              <w:t>3209,3</w:t>
            </w:r>
          </w:p>
        </w:tc>
      </w:tr>
      <w:tr w:rsidR="0030026E" w14:paraId="37F3653E" w14:textId="77777777">
        <w:trPr>
          <w:cantSplit/>
        </w:trPr>
        <w:tc>
          <w:tcPr>
            <w:tcW w:w="665" w:type="dxa"/>
            <w:shd w:val="clear" w:color="auto" w:fill="F2F2F2"/>
          </w:tcPr>
          <w:p w14:paraId="06E66172" w14:textId="77777777" w:rsidR="0030026E" w:rsidRDefault="0030026E"/>
        </w:tc>
        <w:tc>
          <w:tcPr>
            <w:tcW w:w="665" w:type="dxa"/>
            <w:shd w:val="clear" w:color="auto" w:fill="FFFFFF"/>
          </w:tcPr>
          <w:p w14:paraId="4F350344" w14:textId="77777777" w:rsidR="0030026E" w:rsidRPr="00794D67" w:rsidRDefault="0019537C">
            <w:pPr>
              <w:rPr>
                <w:lang w:val="ru-RU"/>
              </w:rPr>
            </w:pPr>
            <w:r w:rsidRPr="00794D67">
              <w:rPr>
                <w:lang w:val="ru-RU"/>
              </w:rPr>
              <w:t>расход условного топлива, тыс. т у.т.</w:t>
            </w:r>
          </w:p>
        </w:tc>
        <w:tc>
          <w:tcPr>
            <w:tcW w:w="665" w:type="dxa"/>
            <w:shd w:val="clear" w:color="auto" w:fill="FFFFFF"/>
          </w:tcPr>
          <w:p w14:paraId="3FCB3207" w14:textId="77777777" w:rsidR="0030026E" w:rsidRDefault="0019537C">
            <w:r>
              <w:t>0,603</w:t>
            </w:r>
          </w:p>
        </w:tc>
        <w:tc>
          <w:tcPr>
            <w:tcW w:w="665" w:type="dxa"/>
            <w:shd w:val="clear" w:color="auto" w:fill="FFFFFF"/>
          </w:tcPr>
          <w:p w14:paraId="714B06B7" w14:textId="77777777" w:rsidR="0030026E" w:rsidRDefault="0019537C">
            <w:r>
              <w:t>0,604</w:t>
            </w:r>
          </w:p>
        </w:tc>
        <w:tc>
          <w:tcPr>
            <w:tcW w:w="665" w:type="dxa"/>
            <w:shd w:val="clear" w:color="auto" w:fill="FFFFFF"/>
          </w:tcPr>
          <w:p w14:paraId="664D81F4" w14:textId="77777777" w:rsidR="0030026E" w:rsidRDefault="0019537C">
            <w:r>
              <w:t>0,605</w:t>
            </w:r>
          </w:p>
        </w:tc>
        <w:tc>
          <w:tcPr>
            <w:tcW w:w="665" w:type="dxa"/>
            <w:shd w:val="clear" w:color="auto" w:fill="FFFFFF"/>
          </w:tcPr>
          <w:p w14:paraId="467F6800" w14:textId="77777777" w:rsidR="0030026E" w:rsidRDefault="0019537C">
            <w:r>
              <w:t>0,606</w:t>
            </w:r>
          </w:p>
        </w:tc>
        <w:tc>
          <w:tcPr>
            <w:tcW w:w="665" w:type="dxa"/>
            <w:shd w:val="clear" w:color="auto" w:fill="FFFFFF"/>
          </w:tcPr>
          <w:p w14:paraId="20C5933B" w14:textId="77777777" w:rsidR="0030026E" w:rsidRDefault="0019537C">
            <w:r>
              <w:t>0,606</w:t>
            </w:r>
          </w:p>
        </w:tc>
        <w:tc>
          <w:tcPr>
            <w:tcW w:w="665" w:type="dxa"/>
            <w:shd w:val="clear" w:color="auto" w:fill="FFFFFF"/>
          </w:tcPr>
          <w:p w14:paraId="56ADFFFF" w14:textId="77777777" w:rsidR="0030026E" w:rsidRDefault="0019537C">
            <w:r>
              <w:t>0,607</w:t>
            </w:r>
          </w:p>
        </w:tc>
        <w:tc>
          <w:tcPr>
            <w:tcW w:w="665" w:type="dxa"/>
            <w:shd w:val="clear" w:color="auto" w:fill="FFFFFF"/>
          </w:tcPr>
          <w:p w14:paraId="6C42B100" w14:textId="77777777" w:rsidR="0030026E" w:rsidRDefault="0019537C">
            <w:r>
              <w:t>0,607</w:t>
            </w:r>
          </w:p>
        </w:tc>
        <w:tc>
          <w:tcPr>
            <w:tcW w:w="665" w:type="dxa"/>
            <w:shd w:val="clear" w:color="auto" w:fill="FFFFFF"/>
          </w:tcPr>
          <w:p w14:paraId="558D4542" w14:textId="77777777" w:rsidR="0030026E" w:rsidRDefault="0019537C">
            <w:r>
              <w:t>0,607</w:t>
            </w:r>
          </w:p>
        </w:tc>
        <w:tc>
          <w:tcPr>
            <w:tcW w:w="665" w:type="dxa"/>
            <w:shd w:val="clear" w:color="auto" w:fill="FFFFFF"/>
          </w:tcPr>
          <w:p w14:paraId="27A6E359" w14:textId="77777777" w:rsidR="0030026E" w:rsidRDefault="0019537C">
            <w:r>
              <w:t>0,607</w:t>
            </w:r>
          </w:p>
        </w:tc>
        <w:tc>
          <w:tcPr>
            <w:tcW w:w="665" w:type="dxa"/>
            <w:shd w:val="clear" w:color="auto" w:fill="FFFFFF"/>
          </w:tcPr>
          <w:p w14:paraId="486C962A" w14:textId="77777777" w:rsidR="0030026E" w:rsidRDefault="0019537C">
            <w:r>
              <w:t>0,607</w:t>
            </w:r>
          </w:p>
        </w:tc>
        <w:tc>
          <w:tcPr>
            <w:tcW w:w="665" w:type="dxa"/>
            <w:shd w:val="clear" w:color="auto" w:fill="FFFFFF"/>
          </w:tcPr>
          <w:p w14:paraId="08C99204" w14:textId="77777777" w:rsidR="0030026E" w:rsidRDefault="0019537C">
            <w:r>
              <w:t>0,607</w:t>
            </w:r>
          </w:p>
        </w:tc>
      </w:tr>
      <w:tr w:rsidR="0030026E" w14:paraId="058961A1" w14:textId="77777777">
        <w:trPr>
          <w:cantSplit/>
        </w:trPr>
        <w:tc>
          <w:tcPr>
            <w:tcW w:w="665" w:type="dxa"/>
            <w:shd w:val="clear" w:color="auto" w:fill="F2F2F2"/>
          </w:tcPr>
          <w:p w14:paraId="0F7FC16F" w14:textId="77777777" w:rsidR="0030026E" w:rsidRDefault="0030026E"/>
        </w:tc>
        <w:tc>
          <w:tcPr>
            <w:tcW w:w="665" w:type="dxa"/>
            <w:shd w:val="clear" w:color="auto" w:fill="FFFFFF"/>
          </w:tcPr>
          <w:p w14:paraId="332C84DC" w14:textId="77777777" w:rsidR="0030026E" w:rsidRDefault="0019537C">
            <w:r>
              <w:t>расход угля, тыс. т</w:t>
            </w:r>
          </w:p>
        </w:tc>
        <w:tc>
          <w:tcPr>
            <w:tcW w:w="665" w:type="dxa"/>
            <w:shd w:val="clear" w:color="auto" w:fill="FFFFFF"/>
          </w:tcPr>
          <w:p w14:paraId="4DF1B4FA" w14:textId="77777777" w:rsidR="0030026E" w:rsidRDefault="0019537C">
            <w:r>
              <w:t>0,740</w:t>
            </w:r>
          </w:p>
        </w:tc>
        <w:tc>
          <w:tcPr>
            <w:tcW w:w="665" w:type="dxa"/>
            <w:shd w:val="clear" w:color="auto" w:fill="FFFFFF"/>
          </w:tcPr>
          <w:p w14:paraId="4CB8B87B" w14:textId="77777777" w:rsidR="0030026E" w:rsidRDefault="0019537C">
            <w:r>
              <w:t>0,741</w:t>
            </w:r>
          </w:p>
        </w:tc>
        <w:tc>
          <w:tcPr>
            <w:tcW w:w="665" w:type="dxa"/>
            <w:shd w:val="clear" w:color="auto" w:fill="FFFFFF"/>
          </w:tcPr>
          <w:p w14:paraId="658A2278" w14:textId="77777777" w:rsidR="0030026E" w:rsidRDefault="0019537C">
            <w:r>
              <w:t>0,743</w:t>
            </w:r>
          </w:p>
        </w:tc>
        <w:tc>
          <w:tcPr>
            <w:tcW w:w="665" w:type="dxa"/>
            <w:shd w:val="clear" w:color="auto" w:fill="FFFFFF"/>
          </w:tcPr>
          <w:p w14:paraId="7F5942FC" w14:textId="77777777" w:rsidR="0030026E" w:rsidRDefault="0019537C">
            <w:r>
              <w:t>0,744</w:t>
            </w:r>
          </w:p>
        </w:tc>
        <w:tc>
          <w:tcPr>
            <w:tcW w:w="665" w:type="dxa"/>
            <w:shd w:val="clear" w:color="auto" w:fill="FFFFFF"/>
          </w:tcPr>
          <w:p w14:paraId="1E6BC53F" w14:textId="77777777" w:rsidR="0030026E" w:rsidRDefault="0019537C">
            <w:r>
              <w:t>0,745</w:t>
            </w:r>
          </w:p>
        </w:tc>
        <w:tc>
          <w:tcPr>
            <w:tcW w:w="665" w:type="dxa"/>
            <w:shd w:val="clear" w:color="auto" w:fill="FFFFFF"/>
          </w:tcPr>
          <w:p w14:paraId="277AB391" w14:textId="77777777" w:rsidR="0030026E" w:rsidRDefault="0019537C">
            <w:r>
              <w:t>0,746</w:t>
            </w:r>
          </w:p>
        </w:tc>
        <w:tc>
          <w:tcPr>
            <w:tcW w:w="665" w:type="dxa"/>
            <w:shd w:val="clear" w:color="auto" w:fill="FFFFFF"/>
          </w:tcPr>
          <w:p w14:paraId="29478590" w14:textId="77777777" w:rsidR="0030026E" w:rsidRDefault="0019537C">
            <w:r>
              <w:t>0,746</w:t>
            </w:r>
          </w:p>
        </w:tc>
        <w:tc>
          <w:tcPr>
            <w:tcW w:w="665" w:type="dxa"/>
            <w:shd w:val="clear" w:color="auto" w:fill="FFFFFF"/>
          </w:tcPr>
          <w:p w14:paraId="37DBAE85" w14:textId="77777777" w:rsidR="0030026E" w:rsidRDefault="0019537C">
            <w:r>
              <w:t>0,746</w:t>
            </w:r>
          </w:p>
        </w:tc>
        <w:tc>
          <w:tcPr>
            <w:tcW w:w="665" w:type="dxa"/>
            <w:shd w:val="clear" w:color="auto" w:fill="FFFFFF"/>
          </w:tcPr>
          <w:p w14:paraId="01C2E98E" w14:textId="77777777" w:rsidR="0030026E" w:rsidRDefault="0019537C">
            <w:r>
              <w:t>0,746</w:t>
            </w:r>
          </w:p>
        </w:tc>
        <w:tc>
          <w:tcPr>
            <w:tcW w:w="665" w:type="dxa"/>
            <w:shd w:val="clear" w:color="auto" w:fill="FFFFFF"/>
          </w:tcPr>
          <w:p w14:paraId="2D8699C5" w14:textId="77777777" w:rsidR="0030026E" w:rsidRDefault="0019537C">
            <w:r>
              <w:t>0,746</w:t>
            </w:r>
          </w:p>
        </w:tc>
        <w:tc>
          <w:tcPr>
            <w:tcW w:w="665" w:type="dxa"/>
            <w:shd w:val="clear" w:color="auto" w:fill="FFFFFF"/>
          </w:tcPr>
          <w:p w14:paraId="1FC5E25A" w14:textId="77777777" w:rsidR="0030026E" w:rsidRDefault="0019537C">
            <w:r>
              <w:t>0,746</w:t>
            </w:r>
          </w:p>
        </w:tc>
      </w:tr>
      <w:tr w:rsidR="0030026E" w14:paraId="4CCDB9EE" w14:textId="77777777">
        <w:trPr>
          <w:cantSplit/>
        </w:trPr>
        <w:tc>
          <w:tcPr>
            <w:tcW w:w="665" w:type="dxa"/>
            <w:shd w:val="clear" w:color="auto" w:fill="DBE5F1"/>
          </w:tcPr>
          <w:p w14:paraId="0273032E" w14:textId="77777777" w:rsidR="0030026E" w:rsidRDefault="0019537C">
            <w:r>
              <w:rPr>
                <w:b/>
              </w:rPr>
              <w:t>Итого по ООО «ЮКЭК»</w:t>
            </w:r>
          </w:p>
        </w:tc>
        <w:tc>
          <w:tcPr>
            <w:tcW w:w="665" w:type="dxa"/>
            <w:shd w:val="clear" w:color="auto" w:fill="DBE5F1"/>
          </w:tcPr>
          <w:p w14:paraId="114DBD34" w14:textId="77777777" w:rsidR="0030026E" w:rsidRPr="00794D67" w:rsidRDefault="0019537C">
            <w:pPr>
              <w:rPr>
                <w:lang w:val="ru-RU"/>
              </w:rPr>
            </w:pPr>
            <w:r w:rsidRPr="00794D67">
              <w:rPr>
                <w:b/>
                <w:lang w:val="ru-RU"/>
              </w:rPr>
              <w:t>отпуск тепловой энергии, Гкал/год</w:t>
            </w:r>
          </w:p>
        </w:tc>
        <w:tc>
          <w:tcPr>
            <w:tcW w:w="665" w:type="dxa"/>
            <w:shd w:val="clear" w:color="auto" w:fill="DBE5F1"/>
          </w:tcPr>
          <w:p w14:paraId="6E601DED" w14:textId="77777777" w:rsidR="0030026E" w:rsidRDefault="0019537C">
            <w:r>
              <w:rPr>
                <w:b/>
              </w:rPr>
              <w:t>606427,9</w:t>
            </w:r>
          </w:p>
        </w:tc>
        <w:tc>
          <w:tcPr>
            <w:tcW w:w="665" w:type="dxa"/>
            <w:shd w:val="clear" w:color="auto" w:fill="DBE5F1"/>
          </w:tcPr>
          <w:p w14:paraId="7868FA1D" w14:textId="77777777" w:rsidR="0030026E" w:rsidRDefault="0019537C">
            <w:r>
              <w:rPr>
                <w:b/>
              </w:rPr>
              <w:t>641571,4</w:t>
            </w:r>
          </w:p>
        </w:tc>
        <w:tc>
          <w:tcPr>
            <w:tcW w:w="665" w:type="dxa"/>
            <w:shd w:val="clear" w:color="auto" w:fill="DBE5F1"/>
          </w:tcPr>
          <w:p w14:paraId="6E5035D3" w14:textId="77777777" w:rsidR="0030026E" w:rsidRDefault="0019537C">
            <w:r>
              <w:rPr>
                <w:b/>
              </w:rPr>
              <w:t>676715,0</w:t>
            </w:r>
          </w:p>
        </w:tc>
        <w:tc>
          <w:tcPr>
            <w:tcW w:w="665" w:type="dxa"/>
            <w:shd w:val="clear" w:color="auto" w:fill="DBE5F1"/>
          </w:tcPr>
          <w:p w14:paraId="162DD345" w14:textId="77777777" w:rsidR="0030026E" w:rsidRDefault="0019537C">
            <w:r>
              <w:rPr>
                <w:b/>
              </w:rPr>
              <w:t>711858,5</w:t>
            </w:r>
          </w:p>
        </w:tc>
        <w:tc>
          <w:tcPr>
            <w:tcW w:w="665" w:type="dxa"/>
            <w:shd w:val="clear" w:color="auto" w:fill="DBE5F1"/>
          </w:tcPr>
          <w:p w14:paraId="770EBC07" w14:textId="77777777" w:rsidR="0030026E" w:rsidRDefault="0019537C">
            <w:r>
              <w:rPr>
                <w:b/>
              </w:rPr>
              <w:t>747002,1</w:t>
            </w:r>
          </w:p>
        </w:tc>
        <w:tc>
          <w:tcPr>
            <w:tcW w:w="665" w:type="dxa"/>
            <w:shd w:val="clear" w:color="auto" w:fill="DBE5F1"/>
          </w:tcPr>
          <w:p w14:paraId="0B506111" w14:textId="77777777" w:rsidR="0030026E" w:rsidRDefault="0019537C">
            <w:r>
              <w:rPr>
                <w:b/>
              </w:rPr>
              <w:t>782145,6</w:t>
            </w:r>
          </w:p>
        </w:tc>
        <w:tc>
          <w:tcPr>
            <w:tcW w:w="665" w:type="dxa"/>
            <w:shd w:val="clear" w:color="auto" w:fill="DBE5F1"/>
          </w:tcPr>
          <w:p w14:paraId="25A87ADB" w14:textId="77777777" w:rsidR="0030026E" w:rsidRDefault="0019537C">
            <w:r>
              <w:rPr>
                <w:b/>
              </w:rPr>
              <w:t>782145,6</w:t>
            </w:r>
          </w:p>
        </w:tc>
        <w:tc>
          <w:tcPr>
            <w:tcW w:w="665" w:type="dxa"/>
            <w:shd w:val="clear" w:color="auto" w:fill="DBE5F1"/>
          </w:tcPr>
          <w:p w14:paraId="4B7DE771" w14:textId="77777777" w:rsidR="0030026E" w:rsidRDefault="0019537C">
            <w:r>
              <w:rPr>
                <w:b/>
              </w:rPr>
              <w:t>782145,6</w:t>
            </w:r>
          </w:p>
        </w:tc>
        <w:tc>
          <w:tcPr>
            <w:tcW w:w="665" w:type="dxa"/>
            <w:shd w:val="clear" w:color="auto" w:fill="DBE5F1"/>
          </w:tcPr>
          <w:p w14:paraId="3824C99F" w14:textId="77777777" w:rsidR="0030026E" w:rsidRDefault="0019537C">
            <w:r>
              <w:rPr>
                <w:b/>
              </w:rPr>
              <w:t>782145,6</w:t>
            </w:r>
          </w:p>
        </w:tc>
        <w:tc>
          <w:tcPr>
            <w:tcW w:w="665" w:type="dxa"/>
            <w:shd w:val="clear" w:color="auto" w:fill="DBE5F1"/>
          </w:tcPr>
          <w:p w14:paraId="76579DFE" w14:textId="77777777" w:rsidR="0030026E" w:rsidRDefault="0019537C">
            <w:r>
              <w:rPr>
                <w:b/>
              </w:rPr>
              <w:t>782145,6</w:t>
            </w:r>
          </w:p>
        </w:tc>
        <w:tc>
          <w:tcPr>
            <w:tcW w:w="665" w:type="dxa"/>
            <w:shd w:val="clear" w:color="auto" w:fill="DBE5F1"/>
          </w:tcPr>
          <w:p w14:paraId="1A55132F" w14:textId="77777777" w:rsidR="0030026E" w:rsidRDefault="0019537C">
            <w:r>
              <w:rPr>
                <w:b/>
              </w:rPr>
              <w:t>782145,6</w:t>
            </w:r>
          </w:p>
        </w:tc>
      </w:tr>
      <w:tr w:rsidR="0030026E" w14:paraId="116052A0" w14:textId="77777777">
        <w:trPr>
          <w:cantSplit/>
        </w:trPr>
        <w:tc>
          <w:tcPr>
            <w:tcW w:w="665" w:type="dxa"/>
            <w:shd w:val="clear" w:color="auto" w:fill="DBE5F1"/>
          </w:tcPr>
          <w:p w14:paraId="0B62C0B9" w14:textId="77777777" w:rsidR="0030026E" w:rsidRDefault="0030026E"/>
        </w:tc>
        <w:tc>
          <w:tcPr>
            <w:tcW w:w="665" w:type="dxa"/>
            <w:shd w:val="clear" w:color="auto" w:fill="DBE5F1"/>
          </w:tcPr>
          <w:p w14:paraId="668823D7" w14:textId="77777777" w:rsidR="0030026E" w:rsidRPr="00794D67" w:rsidRDefault="0019537C">
            <w:pPr>
              <w:rPr>
                <w:lang w:val="ru-RU"/>
              </w:rPr>
            </w:pPr>
            <w:r w:rsidRPr="00794D67">
              <w:rPr>
                <w:b/>
                <w:lang w:val="ru-RU"/>
              </w:rPr>
              <w:t>расход условного топлива, тыс. т у.т.</w:t>
            </w:r>
          </w:p>
        </w:tc>
        <w:tc>
          <w:tcPr>
            <w:tcW w:w="665" w:type="dxa"/>
            <w:shd w:val="clear" w:color="auto" w:fill="DBE5F1"/>
          </w:tcPr>
          <w:p w14:paraId="0FD3D683" w14:textId="77777777" w:rsidR="0030026E" w:rsidRDefault="0019537C">
            <w:r>
              <w:rPr>
                <w:b/>
              </w:rPr>
              <w:t>114,745</w:t>
            </w:r>
          </w:p>
        </w:tc>
        <w:tc>
          <w:tcPr>
            <w:tcW w:w="665" w:type="dxa"/>
            <w:shd w:val="clear" w:color="auto" w:fill="DBE5F1"/>
          </w:tcPr>
          <w:p w14:paraId="4CD9062D" w14:textId="77777777" w:rsidR="0030026E" w:rsidRDefault="0019537C">
            <w:r>
              <w:rPr>
                <w:b/>
              </w:rPr>
              <w:t>121,395</w:t>
            </w:r>
          </w:p>
        </w:tc>
        <w:tc>
          <w:tcPr>
            <w:tcW w:w="665" w:type="dxa"/>
            <w:shd w:val="clear" w:color="auto" w:fill="DBE5F1"/>
          </w:tcPr>
          <w:p w14:paraId="3CCEDB18" w14:textId="77777777" w:rsidR="0030026E" w:rsidRDefault="0019537C">
            <w:r>
              <w:rPr>
                <w:b/>
              </w:rPr>
              <w:t>128,045</w:t>
            </w:r>
          </w:p>
        </w:tc>
        <w:tc>
          <w:tcPr>
            <w:tcW w:w="665" w:type="dxa"/>
            <w:shd w:val="clear" w:color="auto" w:fill="DBE5F1"/>
          </w:tcPr>
          <w:p w14:paraId="66B7ED06" w14:textId="77777777" w:rsidR="0030026E" w:rsidRDefault="0019537C">
            <w:r>
              <w:rPr>
                <w:b/>
              </w:rPr>
              <w:t>134,694</w:t>
            </w:r>
          </w:p>
        </w:tc>
        <w:tc>
          <w:tcPr>
            <w:tcW w:w="665" w:type="dxa"/>
            <w:shd w:val="clear" w:color="auto" w:fill="DBE5F1"/>
          </w:tcPr>
          <w:p w14:paraId="390D000F" w14:textId="77777777" w:rsidR="0030026E" w:rsidRDefault="0019537C">
            <w:r>
              <w:rPr>
                <w:b/>
              </w:rPr>
              <w:t>141,344</w:t>
            </w:r>
          </w:p>
        </w:tc>
        <w:tc>
          <w:tcPr>
            <w:tcW w:w="665" w:type="dxa"/>
            <w:shd w:val="clear" w:color="auto" w:fill="DBE5F1"/>
          </w:tcPr>
          <w:p w14:paraId="42C8031C" w14:textId="77777777" w:rsidR="0030026E" w:rsidRDefault="0019537C">
            <w:r>
              <w:rPr>
                <w:b/>
              </w:rPr>
              <w:t>147,994</w:t>
            </w:r>
          </w:p>
        </w:tc>
        <w:tc>
          <w:tcPr>
            <w:tcW w:w="665" w:type="dxa"/>
            <w:shd w:val="clear" w:color="auto" w:fill="DBE5F1"/>
          </w:tcPr>
          <w:p w14:paraId="0E2C23D7" w14:textId="77777777" w:rsidR="0030026E" w:rsidRDefault="0019537C">
            <w:r>
              <w:rPr>
                <w:b/>
              </w:rPr>
              <w:t>147,994</w:t>
            </w:r>
          </w:p>
        </w:tc>
        <w:tc>
          <w:tcPr>
            <w:tcW w:w="665" w:type="dxa"/>
            <w:shd w:val="clear" w:color="auto" w:fill="DBE5F1"/>
          </w:tcPr>
          <w:p w14:paraId="4E679A57" w14:textId="77777777" w:rsidR="0030026E" w:rsidRDefault="0019537C">
            <w:r>
              <w:rPr>
                <w:b/>
              </w:rPr>
              <w:t>147,994</w:t>
            </w:r>
          </w:p>
        </w:tc>
        <w:tc>
          <w:tcPr>
            <w:tcW w:w="665" w:type="dxa"/>
            <w:shd w:val="clear" w:color="auto" w:fill="DBE5F1"/>
          </w:tcPr>
          <w:p w14:paraId="7798CE06" w14:textId="77777777" w:rsidR="0030026E" w:rsidRDefault="0019537C">
            <w:r>
              <w:rPr>
                <w:b/>
              </w:rPr>
              <w:t>147,994</w:t>
            </w:r>
          </w:p>
        </w:tc>
        <w:tc>
          <w:tcPr>
            <w:tcW w:w="665" w:type="dxa"/>
            <w:shd w:val="clear" w:color="auto" w:fill="DBE5F1"/>
          </w:tcPr>
          <w:p w14:paraId="3C24B4E4" w14:textId="77777777" w:rsidR="0030026E" w:rsidRDefault="0019537C">
            <w:r>
              <w:rPr>
                <w:b/>
              </w:rPr>
              <w:t>147,994</w:t>
            </w:r>
          </w:p>
        </w:tc>
        <w:tc>
          <w:tcPr>
            <w:tcW w:w="665" w:type="dxa"/>
            <w:shd w:val="clear" w:color="auto" w:fill="DBE5F1"/>
          </w:tcPr>
          <w:p w14:paraId="673C5A47" w14:textId="77777777" w:rsidR="0030026E" w:rsidRDefault="0019537C">
            <w:r>
              <w:rPr>
                <w:b/>
              </w:rPr>
              <w:t>147,994</w:t>
            </w:r>
          </w:p>
        </w:tc>
      </w:tr>
      <w:tr w:rsidR="0030026E" w14:paraId="40AC3F30" w14:textId="77777777">
        <w:trPr>
          <w:cantSplit/>
        </w:trPr>
        <w:tc>
          <w:tcPr>
            <w:tcW w:w="665" w:type="dxa"/>
            <w:shd w:val="clear" w:color="auto" w:fill="DBE5F1"/>
          </w:tcPr>
          <w:p w14:paraId="374E8F21" w14:textId="77777777" w:rsidR="0030026E" w:rsidRDefault="0030026E"/>
        </w:tc>
        <w:tc>
          <w:tcPr>
            <w:tcW w:w="665" w:type="dxa"/>
            <w:shd w:val="clear" w:color="auto" w:fill="DBE5F1"/>
          </w:tcPr>
          <w:p w14:paraId="5BD5B802" w14:textId="77777777" w:rsidR="0030026E" w:rsidRDefault="0019537C">
            <w:r>
              <w:rPr>
                <w:b/>
              </w:rPr>
              <w:t>расход угля, тыс. т</w:t>
            </w:r>
          </w:p>
        </w:tc>
        <w:tc>
          <w:tcPr>
            <w:tcW w:w="665" w:type="dxa"/>
            <w:shd w:val="clear" w:color="auto" w:fill="DBE5F1"/>
          </w:tcPr>
          <w:p w14:paraId="31010875" w14:textId="77777777" w:rsidR="0030026E" w:rsidRDefault="0019537C">
            <w:r>
              <w:rPr>
                <w:b/>
              </w:rPr>
              <w:t>150,592</w:t>
            </w:r>
          </w:p>
        </w:tc>
        <w:tc>
          <w:tcPr>
            <w:tcW w:w="665" w:type="dxa"/>
            <w:shd w:val="clear" w:color="auto" w:fill="DBE5F1"/>
          </w:tcPr>
          <w:p w14:paraId="0FAE4148" w14:textId="77777777" w:rsidR="0030026E" w:rsidRDefault="0019537C">
            <w:r>
              <w:rPr>
                <w:b/>
              </w:rPr>
              <w:t>159,638</w:t>
            </w:r>
          </w:p>
        </w:tc>
        <w:tc>
          <w:tcPr>
            <w:tcW w:w="665" w:type="dxa"/>
            <w:shd w:val="clear" w:color="auto" w:fill="DBE5F1"/>
          </w:tcPr>
          <w:p w14:paraId="2B0B134A" w14:textId="77777777" w:rsidR="0030026E" w:rsidRDefault="0019537C">
            <w:r>
              <w:rPr>
                <w:b/>
              </w:rPr>
              <w:t>168,684</w:t>
            </w:r>
          </w:p>
        </w:tc>
        <w:tc>
          <w:tcPr>
            <w:tcW w:w="665" w:type="dxa"/>
            <w:shd w:val="clear" w:color="auto" w:fill="DBE5F1"/>
          </w:tcPr>
          <w:p w14:paraId="62EFD732" w14:textId="77777777" w:rsidR="0030026E" w:rsidRDefault="0019537C">
            <w:r>
              <w:rPr>
                <w:b/>
              </w:rPr>
              <w:t>177,730</w:t>
            </w:r>
          </w:p>
        </w:tc>
        <w:tc>
          <w:tcPr>
            <w:tcW w:w="665" w:type="dxa"/>
            <w:shd w:val="clear" w:color="auto" w:fill="DBE5F1"/>
          </w:tcPr>
          <w:p w14:paraId="261F86C9" w14:textId="77777777" w:rsidR="0030026E" w:rsidRDefault="0019537C">
            <w:r>
              <w:rPr>
                <w:b/>
              </w:rPr>
              <w:t>186,776</w:t>
            </w:r>
          </w:p>
        </w:tc>
        <w:tc>
          <w:tcPr>
            <w:tcW w:w="665" w:type="dxa"/>
            <w:shd w:val="clear" w:color="auto" w:fill="DBE5F1"/>
          </w:tcPr>
          <w:p w14:paraId="22829CE5" w14:textId="77777777" w:rsidR="0030026E" w:rsidRDefault="0019537C">
            <w:r>
              <w:rPr>
                <w:b/>
              </w:rPr>
              <w:t>195,821</w:t>
            </w:r>
          </w:p>
        </w:tc>
        <w:tc>
          <w:tcPr>
            <w:tcW w:w="665" w:type="dxa"/>
            <w:shd w:val="clear" w:color="auto" w:fill="DBE5F1"/>
          </w:tcPr>
          <w:p w14:paraId="07C9C8CC" w14:textId="77777777" w:rsidR="0030026E" w:rsidRDefault="0019537C">
            <w:r>
              <w:rPr>
                <w:b/>
              </w:rPr>
              <w:t>195,821</w:t>
            </w:r>
          </w:p>
        </w:tc>
        <w:tc>
          <w:tcPr>
            <w:tcW w:w="665" w:type="dxa"/>
            <w:shd w:val="clear" w:color="auto" w:fill="DBE5F1"/>
          </w:tcPr>
          <w:p w14:paraId="6328F826" w14:textId="77777777" w:rsidR="0030026E" w:rsidRDefault="0019537C">
            <w:r>
              <w:rPr>
                <w:b/>
              </w:rPr>
              <w:t>195,821</w:t>
            </w:r>
          </w:p>
        </w:tc>
        <w:tc>
          <w:tcPr>
            <w:tcW w:w="665" w:type="dxa"/>
            <w:shd w:val="clear" w:color="auto" w:fill="DBE5F1"/>
          </w:tcPr>
          <w:p w14:paraId="35C4B2EE" w14:textId="77777777" w:rsidR="0030026E" w:rsidRDefault="0019537C">
            <w:r>
              <w:rPr>
                <w:b/>
              </w:rPr>
              <w:t>195,821</w:t>
            </w:r>
          </w:p>
        </w:tc>
        <w:tc>
          <w:tcPr>
            <w:tcW w:w="665" w:type="dxa"/>
            <w:shd w:val="clear" w:color="auto" w:fill="DBE5F1"/>
          </w:tcPr>
          <w:p w14:paraId="5611283B" w14:textId="77777777" w:rsidR="0030026E" w:rsidRDefault="0019537C">
            <w:r>
              <w:rPr>
                <w:b/>
              </w:rPr>
              <w:t>195,821</w:t>
            </w:r>
          </w:p>
        </w:tc>
        <w:tc>
          <w:tcPr>
            <w:tcW w:w="665" w:type="dxa"/>
            <w:shd w:val="clear" w:color="auto" w:fill="DBE5F1"/>
          </w:tcPr>
          <w:p w14:paraId="6B413C1E" w14:textId="77777777" w:rsidR="0030026E" w:rsidRDefault="0019537C">
            <w:r>
              <w:rPr>
                <w:b/>
              </w:rPr>
              <w:t>195,821</w:t>
            </w:r>
          </w:p>
        </w:tc>
      </w:tr>
    </w:tbl>
    <w:p w14:paraId="2B00EAAE" w14:textId="77777777" w:rsidR="00B808F9" w:rsidRDefault="00B808F9">
      <w:pPr>
        <w:sectPr w:rsidR="00B808F9" w:rsidSect="00034616">
          <w:footerReference w:type="default" r:id="rId96"/>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D37F1AC" w14:textId="77777777" w:rsidR="0030026E" w:rsidRPr="00794D67" w:rsidRDefault="0019537C">
      <w:pPr>
        <w:rPr>
          <w:lang w:val="ru-RU"/>
        </w:rPr>
      </w:pPr>
      <w:r w:rsidRPr="00794D67">
        <w:rPr>
          <w:lang w:val="ru-RU"/>
        </w:rPr>
        <w:t>Расход условного топлива получен как произведение отпуска тепловой энергии на удельный расход 189,215 кг условного топлива на гигакалорию, единый для всех источников и всех этапов. Расход натурального топлива получен делением расхода условного топлива на отношение низшей теплоты сгорания к 7000 ккал/кг: для марки ДГр это 0,814286, для марки Др — 0,735. Расчёт воспроизводит величины таблицы 10.1 по всем трём контрольным этапам и по всем десяти источникам с расхождением не более 0,0002 тыс. т.</w:t>
      </w:r>
    </w:p>
    <w:p w14:paraId="463F32DE" w14:textId="77777777" w:rsidR="0030026E" w:rsidRPr="00794D67" w:rsidRDefault="0019537C">
      <w:pPr>
        <w:rPr>
          <w:lang w:val="ru-RU"/>
        </w:rPr>
      </w:pPr>
      <w:r w:rsidRPr="00794D67">
        <w:rPr>
          <w:lang w:val="ru-RU"/>
        </w:rPr>
        <w:t>Преобладающим видом топлива по округу является каменный уголь Кузнецкого угольного бассейна марки Др с низшей теплотой сгорания 5145 ккал/кг: на него приходится 66,00 процента натурального расхода в 2026 году и 73,82 процента в 2036 году. Марка ДГр с низшей теплотой сгорания 5700 ккал/кг применяется на трёх источниках — УПК № 1, УПК № 9 «ГРЭ» и УПК № 3 «Спасск». Резервное и аварийное топливо ни на одном источнике не установлено.</w:t>
      </w:r>
    </w:p>
    <w:p w14:paraId="018F5142" w14:textId="77777777" w:rsidR="00312815" w:rsidRDefault="0019537C">
      <w:pPr>
        <w:rPr>
          <w:lang w:val="ru-RU"/>
        </w:rPr>
      </w:pPr>
      <w:r w:rsidRPr="00794D67">
        <w:rPr>
          <w:lang w:val="ru-RU"/>
        </w:rPr>
        <w:t>Приоритетным направлением развития топливного баланса округа является перевод источников на природный газ. Расход природного газа после перевода настоящей таблицей не рассчитывается: подтверждённые низшая теплота сгорания газа и коэффициент полезного действия газового оборудования в составе исходных данных отсутствуют, а замена угля расчётной величиной без этих входов дала бы недостоверный баланс. Сроки перевода по каждому источнику приведены реестром мероприятий.</w:t>
      </w:r>
    </w:p>
    <w:p w14:paraId="722D05F3" w14:textId="77777777" w:rsidR="0030026E" w:rsidRPr="00C07C05" w:rsidRDefault="00312815">
      <w:pPr>
        <w:rPr>
          <w:lang w:val="ru-RU"/>
        </w:rPr>
      </w:pPr>
      <w:r>
        <w:rPr>
          <w:lang w:val="ru-RU"/>
        </w:rPr>
        <w:br w:type="page"/>
      </w:r>
    </w:p>
    <w:p w14:paraId="444A253A" w14:textId="77777777" w:rsidR="007A5E59" w:rsidRPr="00344E69" w:rsidRDefault="0095198F">
      <w:pPr>
        <w:pStyle w:val="1"/>
        <w:spacing w:before="1200"/>
        <w:jc w:val="center"/>
        <w:rPr>
          <w:color w:val="4F81BD" w:themeColor="accent1"/>
          <w:lang w:val="ru-RU"/>
        </w:rPr>
      </w:pPr>
      <w:bookmarkStart w:id="74" w:name="_Toc238015665"/>
      <w:r w:rsidRPr="00344E69">
        <w:rPr>
          <w:color w:val="4F81BD" w:themeColor="accent1"/>
          <w:lang w:val="ru-RU"/>
        </w:rPr>
        <w:t>РАЗДЕЛ 11. ОЦЕНКА НАДЁЖНОСТИ ТЕПЛОСНАБЖЕНИЯ</w:t>
      </w:r>
      <w:bookmarkEnd w:id="74"/>
    </w:p>
    <w:p w14:paraId="6B83014D" w14:textId="77777777" w:rsidR="000772B4" w:rsidRPr="00344E69" w:rsidRDefault="00746A89">
      <w:pPr>
        <w:pStyle w:val="21"/>
        <w:rPr>
          <w:lang w:val="ru-RU"/>
        </w:rPr>
      </w:pPr>
      <w:bookmarkStart w:id="75" w:name="_Toc238015666"/>
      <w:r w:rsidRPr="00344E69">
        <w:rPr>
          <w:lang w:val="ru-RU"/>
        </w:rPr>
        <w:t>11.1. Нормативная методика оценки надёжности</w:t>
      </w:r>
      <w:bookmarkEnd w:id="75"/>
    </w:p>
    <w:p w14:paraId="1BD5E202" w14:textId="77777777" w:rsidR="000772B4" w:rsidRPr="00794D67" w:rsidRDefault="00746A89">
      <w:pPr>
        <w:spacing w:after="80"/>
        <w:jc w:val="both"/>
        <w:rPr>
          <w:lang w:val="ru-RU"/>
        </w:rPr>
      </w:pPr>
      <w:r w:rsidRPr="00794D67">
        <w:rPr>
          <w:lang w:val="ru-RU"/>
        </w:rPr>
        <w:t>Оценка надёжности выполнена в соответствии с требованиями к схемам теплоснабжения, утверждёнными постановлением Правительства Российской Федерации от 22 февраля 2012 г. № 154 в редакции от 18 марта 2025 года, и Методическими указаниями по разработке схем теплоснабжения, утверждёнными приказом Минэнерго России от 5 марта 2019 г. № 212 в редакции от 11 сентября 2024 года.</w:t>
      </w:r>
    </w:p>
    <w:p w14:paraId="774C2417" w14:textId="77777777" w:rsidR="000772B4" w:rsidRPr="00794D67" w:rsidRDefault="00746A89">
      <w:pPr>
        <w:keepNext/>
        <w:spacing w:before="160"/>
        <w:rPr>
          <w:lang w:val="ru-RU"/>
        </w:rPr>
      </w:pPr>
      <w:r w:rsidRPr="00794D67">
        <w:rPr>
          <w:b/>
          <w:lang w:val="ru-RU"/>
        </w:rPr>
        <w:t>Таблица 11.1 — Применимые положения и их действие</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030"/>
        <w:gridCol w:w="4050"/>
        <w:gridCol w:w="3265"/>
      </w:tblGrid>
      <w:tr w:rsidR="000772B4" w14:paraId="2BFC7FA4" w14:textId="77777777">
        <w:trPr>
          <w:cantSplit/>
          <w:tblHeader/>
          <w:jc w:val="center"/>
        </w:trPr>
        <w:tc>
          <w:tcPr>
            <w:tcW w:w="0" w:type="auto"/>
            <w:shd w:val="clear" w:color="auto" w:fill="E2F0D9"/>
          </w:tcPr>
          <w:p w14:paraId="3F117D7E" w14:textId="77777777" w:rsidR="000772B4" w:rsidRDefault="00746A89">
            <w:pPr>
              <w:jc w:val="center"/>
            </w:pPr>
            <w:r>
              <w:rPr>
                <w:b/>
              </w:rPr>
              <w:t>Положение</w:t>
            </w:r>
          </w:p>
        </w:tc>
        <w:tc>
          <w:tcPr>
            <w:tcW w:w="0" w:type="auto"/>
            <w:shd w:val="clear" w:color="auto" w:fill="E2F0D9"/>
          </w:tcPr>
          <w:p w14:paraId="1D081D6C" w14:textId="77777777" w:rsidR="000772B4" w:rsidRDefault="00746A89">
            <w:pPr>
              <w:jc w:val="center"/>
            </w:pPr>
            <w:r>
              <w:rPr>
                <w:b/>
              </w:rPr>
              <w:t>Содержание</w:t>
            </w:r>
          </w:p>
        </w:tc>
        <w:tc>
          <w:tcPr>
            <w:tcW w:w="0" w:type="auto"/>
            <w:shd w:val="clear" w:color="auto" w:fill="E2F0D9"/>
          </w:tcPr>
          <w:p w14:paraId="5B5D791F" w14:textId="77777777" w:rsidR="000772B4" w:rsidRDefault="00746A89">
            <w:pPr>
              <w:jc w:val="center"/>
            </w:pPr>
            <w:r>
              <w:rPr>
                <w:b/>
              </w:rPr>
              <w:t>Применимость</w:t>
            </w:r>
          </w:p>
        </w:tc>
      </w:tr>
      <w:tr w:rsidR="000772B4" w14:paraId="19271CC1" w14:textId="77777777">
        <w:trPr>
          <w:cantSplit/>
          <w:jc w:val="center"/>
        </w:trPr>
        <w:tc>
          <w:tcPr>
            <w:tcW w:w="0" w:type="auto"/>
          </w:tcPr>
          <w:p w14:paraId="10B98734" w14:textId="77777777" w:rsidR="000772B4" w:rsidRPr="00794D67" w:rsidRDefault="00746A89">
            <w:pPr>
              <w:rPr>
                <w:lang w:val="ru-RU"/>
              </w:rPr>
            </w:pPr>
            <w:r w:rsidRPr="00794D67">
              <w:rPr>
                <w:lang w:val="ru-RU"/>
              </w:rPr>
              <w:t>Пункт 2, абзац о численности до 100 тыс. человек</w:t>
            </w:r>
          </w:p>
        </w:tc>
        <w:tc>
          <w:tcPr>
            <w:tcW w:w="0" w:type="auto"/>
          </w:tcPr>
          <w:p w14:paraId="38849A73" w14:textId="77777777" w:rsidR="000772B4" w:rsidRPr="00794D67" w:rsidRDefault="00746A89">
            <w:pPr>
              <w:jc w:val="center"/>
              <w:rPr>
                <w:lang w:val="ru-RU"/>
              </w:rPr>
            </w:pPr>
            <w:r w:rsidRPr="00794D67">
              <w:rPr>
                <w:lang w:val="ru-RU"/>
              </w:rPr>
              <w:t>необязательность подпункта «в» пункта 23 и пунктов 55, 56</w:t>
            </w:r>
          </w:p>
        </w:tc>
        <w:tc>
          <w:tcPr>
            <w:tcW w:w="0" w:type="auto"/>
          </w:tcPr>
          <w:p w14:paraId="52260F55" w14:textId="77777777" w:rsidR="000772B4" w:rsidRDefault="00746A89">
            <w:pPr>
              <w:jc w:val="center"/>
            </w:pPr>
            <w:r>
              <w:t>применяется: население округа 48 262 человека</w:t>
            </w:r>
          </w:p>
        </w:tc>
      </w:tr>
      <w:tr w:rsidR="000772B4" w14:paraId="44B1F5A4" w14:textId="77777777">
        <w:trPr>
          <w:cantSplit/>
          <w:jc w:val="center"/>
        </w:trPr>
        <w:tc>
          <w:tcPr>
            <w:tcW w:w="0" w:type="auto"/>
          </w:tcPr>
          <w:p w14:paraId="0C86C8AC" w14:textId="77777777" w:rsidR="000772B4" w:rsidRDefault="00746A89">
            <w:r>
              <w:t>Подпункт «з» пункта 73</w:t>
            </w:r>
          </w:p>
        </w:tc>
        <w:tc>
          <w:tcPr>
            <w:tcW w:w="0" w:type="auto"/>
          </w:tcPr>
          <w:p w14:paraId="29CD1693" w14:textId="77777777" w:rsidR="000772B4" w:rsidRPr="00794D67" w:rsidRDefault="00746A89">
            <w:pPr>
              <w:jc w:val="center"/>
              <w:rPr>
                <w:lang w:val="ru-RU"/>
              </w:rPr>
            </w:pPr>
            <w:r w:rsidRPr="00794D67">
              <w:rPr>
                <w:lang w:val="ru-RU"/>
              </w:rPr>
              <w:t>сценарии развития аварий, не менее одного для каждой зоны с суммарной установленной мощностью источников 100 Гкал/ч и более, с моделированием отказов, расчётом послеаварийных гидравлических режимов и оценкой надёжности</w:t>
            </w:r>
          </w:p>
        </w:tc>
        <w:tc>
          <w:tcPr>
            <w:tcW w:w="0" w:type="auto"/>
          </w:tcPr>
          <w:p w14:paraId="3BE7BFB2" w14:textId="77777777" w:rsidR="000772B4" w:rsidRDefault="00746A89">
            <w:pPr>
              <w:jc w:val="center"/>
            </w:pPr>
            <w:r>
              <w:t>применяется безусловно</w:t>
            </w:r>
          </w:p>
        </w:tc>
      </w:tr>
      <w:tr w:rsidR="000772B4" w:rsidRPr="00C07C05" w14:paraId="04F201AB" w14:textId="77777777">
        <w:trPr>
          <w:cantSplit/>
          <w:jc w:val="center"/>
        </w:trPr>
        <w:tc>
          <w:tcPr>
            <w:tcW w:w="0" w:type="auto"/>
          </w:tcPr>
          <w:p w14:paraId="7A297695" w14:textId="77777777" w:rsidR="000772B4" w:rsidRPr="00794D67" w:rsidRDefault="00746A89">
            <w:pPr>
              <w:rPr>
                <w:lang w:val="ru-RU"/>
              </w:rPr>
            </w:pPr>
            <w:r w:rsidRPr="00794D67">
              <w:rPr>
                <w:lang w:val="ru-RU"/>
              </w:rPr>
              <w:t>Подпункт «ж» пункта 45, подпункты «е» и «ж» пункта 73, пункты 74.1–74.3</w:t>
            </w:r>
          </w:p>
        </w:tc>
        <w:tc>
          <w:tcPr>
            <w:tcW w:w="0" w:type="auto"/>
          </w:tcPr>
          <w:p w14:paraId="23B72273" w14:textId="77777777" w:rsidR="000772B4" w:rsidRPr="00794D67" w:rsidRDefault="00746A89">
            <w:pPr>
              <w:jc w:val="center"/>
              <w:rPr>
                <w:lang w:val="ru-RU"/>
              </w:rPr>
            </w:pPr>
            <w:r w:rsidRPr="00794D67">
              <w:rPr>
                <w:lang w:val="ru-RU"/>
              </w:rPr>
              <w:t>меры по повышению надёжности для малонадёжных и ненадёжных систем</w:t>
            </w:r>
          </w:p>
        </w:tc>
        <w:tc>
          <w:tcPr>
            <w:tcW w:w="0" w:type="auto"/>
          </w:tcPr>
          <w:p w14:paraId="43B1540B" w14:textId="77777777" w:rsidR="000772B4" w:rsidRPr="00794D67" w:rsidRDefault="00746A89">
            <w:pPr>
              <w:jc w:val="center"/>
              <w:rPr>
                <w:lang w:val="ru-RU"/>
              </w:rPr>
            </w:pPr>
            <w:r w:rsidRPr="00794D67">
              <w:rPr>
                <w:lang w:val="ru-RU"/>
              </w:rPr>
              <w:t xml:space="preserve">условно: не применяются, если субъектом не определена система мер по разделу </w:t>
            </w:r>
            <w:r>
              <w:t>X</w:t>
            </w:r>
            <w:r w:rsidRPr="00794D67">
              <w:rPr>
                <w:lang w:val="ru-RU"/>
              </w:rPr>
              <w:t xml:space="preserve"> постановления № 808 и (или) итоги анализа не направлены в органы энергонадзора</w:t>
            </w:r>
          </w:p>
        </w:tc>
      </w:tr>
      <w:tr w:rsidR="000772B4" w:rsidRPr="00C07C05" w14:paraId="3EFC24C8" w14:textId="77777777">
        <w:trPr>
          <w:cantSplit/>
          <w:jc w:val="center"/>
        </w:trPr>
        <w:tc>
          <w:tcPr>
            <w:tcW w:w="0" w:type="auto"/>
          </w:tcPr>
          <w:p w14:paraId="53369E2A" w14:textId="77777777" w:rsidR="000772B4" w:rsidRDefault="00746A89">
            <w:r>
              <w:t>Пункты 47–56 приказа № 212, приложение № 18</w:t>
            </w:r>
          </w:p>
        </w:tc>
        <w:tc>
          <w:tcPr>
            <w:tcW w:w="0" w:type="auto"/>
          </w:tcPr>
          <w:p w14:paraId="715E8F11" w14:textId="77777777" w:rsidR="000772B4" w:rsidRPr="00794D67" w:rsidRDefault="00746A89">
            <w:pPr>
              <w:jc w:val="center"/>
              <w:rPr>
                <w:lang w:val="ru-RU"/>
              </w:rPr>
            </w:pPr>
            <w:r w:rsidRPr="00794D67">
              <w:rPr>
                <w:lang w:val="ru-RU"/>
              </w:rPr>
              <w:t>показатели надёжности, повреждаемость, среднее время восстановления, интенсивность повреждений, карта зон с ненормативной надёжностью</w:t>
            </w:r>
          </w:p>
        </w:tc>
        <w:tc>
          <w:tcPr>
            <w:tcW w:w="0" w:type="auto"/>
          </w:tcPr>
          <w:p w14:paraId="53A368E6" w14:textId="77777777" w:rsidR="000772B4" w:rsidRPr="00794D67" w:rsidRDefault="00746A89">
            <w:pPr>
              <w:jc w:val="center"/>
              <w:rPr>
                <w:lang w:val="ru-RU"/>
              </w:rPr>
            </w:pPr>
            <w:r w:rsidRPr="00794D67">
              <w:rPr>
                <w:lang w:val="ru-RU"/>
              </w:rPr>
              <w:t>применяется; все зоны округа — изолированные системы теплоснабжения</w:t>
            </w:r>
          </w:p>
        </w:tc>
      </w:tr>
    </w:tbl>
    <w:p w14:paraId="6A1BF5B4" w14:textId="77777777" w:rsidR="000772B4" w:rsidRPr="00794D67" w:rsidRDefault="000772B4">
      <w:pPr>
        <w:spacing w:after="40"/>
        <w:rPr>
          <w:lang w:val="ru-RU"/>
        </w:rPr>
      </w:pPr>
    </w:p>
    <w:p w14:paraId="4DADED8E" w14:textId="77777777" w:rsidR="000772B4" w:rsidRPr="00794D67" w:rsidRDefault="00746A89">
      <w:pPr>
        <w:spacing w:after="80"/>
        <w:jc w:val="both"/>
        <w:rPr>
          <w:lang w:val="ru-RU"/>
        </w:rPr>
      </w:pPr>
      <w:r w:rsidRPr="00794D67">
        <w:rPr>
          <w:lang w:val="ru-RU"/>
        </w:rPr>
        <w:t>В главе последовательно разделены три несовпадающих понятия. Структурная надёжность — состав оборудования и резервирование. Эксплуатационная надёжность — фактическая статистика отказов. Расчётная надёжность — значения показателей, полученные по методикам. Отсутствие отказов в отчётном периоде структурным резервированием не является и его не заменяет.</w:t>
      </w:r>
    </w:p>
    <w:p w14:paraId="247F4165" w14:textId="77777777" w:rsidR="000772B4" w:rsidRPr="00794D67" w:rsidRDefault="00746A89">
      <w:pPr>
        <w:spacing w:after="80"/>
        <w:jc w:val="both"/>
        <w:rPr>
          <w:lang w:val="ru-RU"/>
        </w:rPr>
      </w:pPr>
      <w:r w:rsidRPr="00794D67">
        <w:rPr>
          <w:lang w:val="ru-RU"/>
        </w:rPr>
        <w:t>Электронная модель разрабатывается отдельно; её результаты подлежат включению в настоящую главу. Необязательность главы электронной модели по пункту 2 постановления не отменяет требования подпункта «з» пункта 73.</w:t>
      </w:r>
    </w:p>
    <w:p w14:paraId="40FC8D3E" w14:textId="77777777" w:rsidR="000772B4" w:rsidRPr="00344E69" w:rsidRDefault="00746A89">
      <w:pPr>
        <w:pStyle w:val="21"/>
        <w:rPr>
          <w:lang w:val="ru-RU"/>
        </w:rPr>
      </w:pPr>
      <w:bookmarkStart w:id="76" w:name="_Toc238015667"/>
      <w:r w:rsidRPr="00344E69">
        <w:rPr>
          <w:lang w:val="ru-RU"/>
        </w:rPr>
        <w:t>11.2. Исходные данные</w:t>
      </w:r>
      <w:bookmarkEnd w:id="76"/>
    </w:p>
    <w:p w14:paraId="33C35D4A" w14:textId="77777777" w:rsidR="000772B4" w:rsidRPr="00794D67" w:rsidRDefault="00746A89">
      <w:pPr>
        <w:keepNext/>
        <w:spacing w:before="160"/>
        <w:rPr>
          <w:lang w:val="ru-RU"/>
        </w:rPr>
      </w:pPr>
      <w:r w:rsidRPr="00794D67">
        <w:rPr>
          <w:b/>
          <w:lang w:val="ru-RU"/>
        </w:rPr>
        <w:t>Таблица 11.2 — Состав исходных данных</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769"/>
        <w:gridCol w:w="1194"/>
        <w:gridCol w:w="5382"/>
      </w:tblGrid>
      <w:tr w:rsidR="000772B4" w14:paraId="08E31B42" w14:textId="77777777">
        <w:trPr>
          <w:cantSplit/>
          <w:tblHeader/>
          <w:jc w:val="center"/>
        </w:trPr>
        <w:tc>
          <w:tcPr>
            <w:tcW w:w="0" w:type="auto"/>
            <w:shd w:val="clear" w:color="auto" w:fill="E2F0D9"/>
          </w:tcPr>
          <w:p w14:paraId="68DEAA96" w14:textId="77777777" w:rsidR="000772B4" w:rsidRDefault="00746A89">
            <w:pPr>
              <w:jc w:val="center"/>
            </w:pPr>
            <w:r>
              <w:rPr>
                <w:b/>
              </w:rPr>
              <w:t>Источник данных</w:t>
            </w:r>
          </w:p>
        </w:tc>
        <w:tc>
          <w:tcPr>
            <w:tcW w:w="0" w:type="auto"/>
            <w:shd w:val="clear" w:color="auto" w:fill="E2F0D9"/>
          </w:tcPr>
          <w:p w14:paraId="41431A01" w14:textId="77777777" w:rsidR="000772B4" w:rsidRDefault="00746A89">
            <w:pPr>
              <w:jc w:val="center"/>
            </w:pPr>
            <w:r>
              <w:rPr>
                <w:b/>
              </w:rPr>
              <w:t>Дата</w:t>
            </w:r>
          </w:p>
        </w:tc>
        <w:tc>
          <w:tcPr>
            <w:tcW w:w="0" w:type="auto"/>
            <w:shd w:val="clear" w:color="auto" w:fill="E2F0D9"/>
          </w:tcPr>
          <w:p w14:paraId="46496637" w14:textId="77777777" w:rsidR="000772B4" w:rsidRDefault="00746A89">
            <w:pPr>
              <w:jc w:val="center"/>
            </w:pPr>
            <w:r>
              <w:rPr>
                <w:b/>
              </w:rPr>
              <w:t>Что получено</w:t>
            </w:r>
          </w:p>
        </w:tc>
      </w:tr>
      <w:tr w:rsidR="000772B4" w:rsidRPr="00C07C05" w14:paraId="72A70E1D" w14:textId="77777777">
        <w:trPr>
          <w:cantSplit/>
          <w:jc w:val="center"/>
        </w:trPr>
        <w:tc>
          <w:tcPr>
            <w:tcW w:w="0" w:type="auto"/>
          </w:tcPr>
          <w:p w14:paraId="0B996D33" w14:textId="77777777" w:rsidR="000772B4" w:rsidRDefault="00746A89">
            <w:r>
              <w:t>Перечень котельных, котлов</w:t>
            </w:r>
          </w:p>
        </w:tc>
        <w:tc>
          <w:tcPr>
            <w:tcW w:w="0" w:type="auto"/>
          </w:tcPr>
          <w:p w14:paraId="17FEF62D" w14:textId="77777777" w:rsidR="000772B4" w:rsidRDefault="00746A89">
            <w:pPr>
              <w:jc w:val="center"/>
            </w:pPr>
            <w:r>
              <w:t>31.07.2026</w:t>
            </w:r>
          </w:p>
        </w:tc>
        <w:tc>
          <w:tcPr>
            <w:tcW w:w="0" w:type="auto"/>
          </w:tcPr>
          <w:p w14:paraId="2B36DC1D" w14:textId="77777777" w:rsidR="000772B4" w:rsidRPr="00794D67" w:rsidRDefault="00746A89">
            <w:pPr>
              <w:jc w:val="center"/>
              <w:rPr>
                <w:lang w:val="ru-RU"/>
              </w:rPr>
            </w:pPr>
            <w:r w:rsidRPr="00794D67">
              <w:rPr>
                <w:lang w:val="ru-RU"/>
              </w:rPr>
              <w:t>состав 44 котлов по десяти действующим источникам: марка, год ввода, единичная мощность, КПД, топливо; всего в перечне 46 позиций, включая два котла выведенной из работы УПК № 4 «Калинина»</w:t>
            </w:r>
          </w:p>
        </w:tc>
      </w:tr>
      <w:tr w:rsidR="000772B4" w:rsidRPr="00C07C05" w14:paraId="43EC95E4" w14:textId="77777777">
        <w:trPr>
          <w:cantSplit/>
          <w:jc w:val="center"/>
        </w:trPr>
        <w:tc>
          <w:tcPr>
            <w:tcW w:w="0" w:type="auto"/>
          </w:tcPr>
          <w:p w14:paraId="0DD5569D" w14:textId="77777777" w:rsidR="000772B4" w:rsidRPr="00794D67" w:rsidRDefault="00746A89">
            <w:pPr>
              <w:rPr>
                <w:lang w:val="ru-RU"/>
              </w:rPr>
            </w:pPr>
            <w:r w:rsidRPr="00794D67">
              <w:rPr>
                <w:lang w:val="ru-RU"/>
              </w:rPr>
              <w:t>Схемы теплоснабжения. Актуализация на 2026, шесть документов</w:t>
            </w:r>
          </w:p>
        </w:tc>
        <w:tc>
          <w:tcPr>
            <w:tcW w:w="0" w:type="auto"/>
          </w:tcPr>
          <w:p w14:paraId="4C68840D" w14:textId="77777777" w:rsidR="000772B4" w:rsidRDefault="00746A89">
            <w:pPr>
              <w:jc w:val="center"/>
            </w:pPr>
            <w:r>
              <w:t>2026</w:t>
            </w:r>
          </w:p>
        </w:tc>
        <w:tc>
          <w:tcPr>
            <w:tcW w:w="0" w:type="auto"/>
          </w:tcPr>
          <w:p w14:paraId="609EB758" w14:textId="77777777" w:rsidR="000772B4" w:rsidRPr="00794D67" w:rsidRDefault="00746A89">
            <w:pPr>
              <w:jc w:val="center"/>
              <w:rPr>
                <w:lang w:val="ru-RU"/>
              </w:rPr>
            </w:pPr>
            <w:r w:rsidRPr="00794D67">
              <w:rPr>
                <w:lang w:val="ru-RU"/>
              </w:rPr>
              <w:t>показатели надёжности по источникам, балансы мощности, производительность ВПУ, нормативы запаса топлива, поучастковые расчёты надёжности сетей</w:t>
            </w:r>
          </w:p>
        </w:tc>
      </w:tr>
      <w:tr w:rsidR="000772B4" w:rsidRPr="00C07C05" w14:paraId="0E7BD4D4" w14:textId="77777777">
        <w:trPr>
          <w:cantSplit/>
          <w:jc w:val="center"/>
        </w:trPr>
        <w:tc>
          <w:tcPr>
            <w:tcW w:w="0" w:type="auto"/>
          </w:tcPr>
          <w:p w14:paraId="663F2D62" w14:textId="77777777" w:rsidR="000772B4" w:rsidRPr="00794D67" w:rsidRDefault="00746A89">
            <w:pPr>
              <w:rPr>
                <w:lang w:val="ru-RU"/>
              </w:rPr>
            </w:pPr>
            <w:r w:rsidRPr="00794D67">
              <w:rPr>
                <w:lang w:val="ru-RU"/>
              </w:rPr>
              <w:t>Показатели надёжности и энергетической эффективности за 2025 год</w:t>
            </w:r>
          </w:p>
        </w:tc>
        <w:tc>
          <w:tcPr>
            <w:tcW w:w="0" w:type="auto"/>
          </w:tcPr>
          <w:p w14:paraId="20BCF579" w14:textId="77777777" w:rsidR="000772B4" w:rsidRDefault="00746A89">
            <w:pPr>
              <w:jc w:val="center"/>
            </w:pPr>
            <w:r>
              <w:t>2025</w:t>
            </w:r>
          </w:p>
        </w:tc>
        <w:tc>
          <w:tcPr>
            <w:tcW w:w="0" w:type="auto"/>
          </w:tcPr>
          <w:p w14:paraId="0C21F9E1" w14:textId="77777777" w:rsidR="000772B4" w:rsidRPr="00794D67" w:rsidRDefault="00746A89">
            <w:pPr>
              <w:jc w:val="center"/>
              <w:rPr>
                <w:lang w:val="ru-RU"/>
              </w:rPr>
            </w:pPr>
            <w:r w:rsidRPr="00794D67">
              <w:rPr>
                <w:lang w:val="ru-RU"/>
              </w:rPr>
              <w:t>статистика прекращений подачи, протяжённость сетей, потери, материальная характеристика, физический износ</w:t>
            </w:r>
          </w:p>
        </w:tc>
      </w:tr>
      <w:tr w:rsidR="000772B4" w:rsidRPr="00C07C05" w14:paraId="258C9C84" w14:textId="77777777">
        <w:trPr>
          <w:cantSplit/>
          <w:jc w:val="center"/>
        </w:trPr>
        <w:tc>
          <w:tcPr>
            <w:tcW w:w="0" w:type="auto"/>
          </w:tcPr>
          <w:p w14:paraId="3FA0834F" w14:textId="77777777" w:rsidR="000772B4" w:rsidRDefault="00746A89">
            <w:r>
              <w:t>Режимные карты, 41 карта</w:t>
            </w:r>
          </w:p>
        </w:tc>
        <w:tc>
          <w:tcPr>
            <w:tcW w:w="0" w:type="auto"/>
          </w:tcPr>
          <w:p w14:paraId="0BDA53AE" w14:textId="77777777" w:rsidR="000772B4" w:rsidRDefault="00746A89">
            <w:pPr>
              <w:jc w:val="center"/>
            </w:pPr>
            <w:r>
              <w:t>2025</w:t>
            </w:r>
          </w:p>
        </w:tc>
        <w:tc>
          <w:tcPr>
            <w:tcW w:w="0" w:type="auto"/>
          </w:tcPr>
          <w:p w14:paraId="51C8F5DA" w14:textId="77777777" w:rsidR="000772B4" w:rsidRPr="00794D67" w:rsidRDefault="00746A89">
            <w:pPr>
              <w:jc w:val="center"/>
              <w:rPr>
                <w:lang w:val="ru-RU"/>
              </w:rPr>
            </w:pPr>
            <w:r w:rsidRPr="00794D67">
              <w:rPr>
                <w:lang w:val="ru-RU"/>
              </w:rPr>
              <w:t>параметры магистралей: максимальная тепловая нагрузка, давления в подающем и обратном трубопроводах</w:t>
            </w:r>
          </w:p>
        </w:tc>
      </w:tr>
      <w:tr w:rsidR="000772B4" w:rsidRPr="00C07C05" w14:paraId="3417BDBF" w14:textId="77777777">
        <w:trPr>
          <w:cantSplit/>
          <w:jc w:val="center"/>
        </w:trPr>
        <w:tc>
          <w:tcPr>
            <w:tcW w:w="0" w:type="auto"/>
          </w:tcPr>
          <w:p w14:paraId="1E5D3225" w14:textId="77777777" w:rsidR="000772B4" w:rsidRDefault="00746A89">
            <w:r>
              <w:t>Реестр тепловых сетей проекта</w:t>
            </w:r>
          </w:p>
        </w:tc>
        <w:tc>
          <w:tcPr>
            <w:tcW w:w="0" w:type="auto"/>
          </w:tcPr>
          <w:p w14:paraId="78598623" w14:textId="77777777" w:rsidR="000772B4" w:rsidRDefault="00746A89">
            <w:pPr>
              <w:jc w:val="center"/>
            </w:pPr>
            <w:r>
              <w:t>2026</w:t>
            </w:r>
          </w:p>
        </w:tc>
        <w:tc>
          <w:tcPr>
            <w:tcW w:w="0" w:type="auto"/>
          </w:tcPr>
          <w:p w14:paraId="1D7BDE9C" w14:textId="77777777" w:rsidR="000772B4" w:rsidRPr="00794D67" w:rsidRDefault="00746A89">
            <w:pPr>
              <w:jc w:val="center"/>
              <w:rPr>
                <w:lang w:val="ru-RU"/>
              </w:rPr>
            </w:pPr>
            <w:r w:rsidRPr="00794D67">
              <w:rPr>
                <w:lang w:val="ru-RU"/>
              </w:rPr>
              <w:t>1 294 участка: диаметр, вид прокладки, год ввода, длина по оси трассы, материальная характеристика</w:t>
            </w:r>
          </w:p>
        </w:tc>
      </w:tr>
      <w:tr w:rsidR="000772B4" w:rsidRPr="00C07C05" w14:paraId="5980F36F" w14:textId="77777777">
        <w:trPr>
          <w:cantSplit/>
          <w:jc w:val="center"/>
        </w:trPr>
        <w:tc>
          <w:tcPr>
            <w:tcW w:w="0" w:type="auto"/>
          </w:tcPr>
          <w:p w14:paraId="0DD70F46" w14:textId="77777777" w:rsidR="000772B4" w:rsidRPr="00794D67" w:rsidRDefault="00746A89">
            <w:pPr>
              <w:rPr>
                <w:lang w:val="ru-RU"/>
              </w:rPr>
            </w:pPr>
            <w:r w:rsidRPr="00794D67">
              <w:rPr>
                <w:lang w:val="ru-RU"/>
              </w:rPr>
              <w:t>Схемы теплоснабжения поселений редакции 2021 года</w:t>
            </w:r>
          </w:p>
        </w:tc>
        <w:tc>
          <w:tcPr>
            <w:tcW w:w="0" w:type="auto"/>
          </w:tcPr>
          <w:p w14:paraId="0E719D77" w14:textId="77777777" w:rsidR="000772B4" w:rsidRDefault="00746A89">
            <w:pPr>
              <w:jc w:val="center"/>
            </w:pPr>
            <w:r>
              <w:t>2021</w:t>
            </w:r>
          </w:p>
        </w:tc>
        <w:tc>
          <w:tcPr>
            <w:tcW w:w="0" w:type="auto"/>
          </w:tcPr>
          <w:p w14:paraId="37B29813" w14:textId="77777777" w:rsidR="000772B4" w:rsidRPr="00794D67" w:rsidRDefault="00746A89">
            <w:pPr>
              <w:jc w:val="center"/>
              <w:rPr>
                <w:lang w:val="ru-RU"/>
              </w:rPr>
            </w:pPr>
            <w:r w:rsidRPr="00794D67">
              <w:rPr>
                <w:lang w:val="ru-RU"/>
              </w:rPr>
              <w:t>исторические сведения о топологии сетей и резервировании</w:t>
            </w:r>
          </w:p>
        </w:tc>
      </w:tr>
    </w:tbl>
    <w:p w14:paraId="4307BDB2" w14:textId="77777777" w:rsidR="000772B4" w:rsidRPr="00794D67" w:rsidRDefault="000772B4">
      <w:pPr>
        <w:spacing w:after="40"/>
        <w:rPr>
          <w:lang w:val="ru-RU"/>
        </w:rPr>
      </w:pPr>
    </w:p>
    <w:p w14:paraId="1B051D5F" w14:textId="77777777" w:rsidR="000772B4" w:rsidRPr="00794D67" w:rsidRDefault="00746A89">
      <w:pPr>
        <w:spacing w:after="80"/>
        <w:jc w:val="both"/>
        <w:rPr>
          <w:lang w:val="ru-RU"/>
        </w:rPr>
      </w:pPr>
      <w:r w:rsidRPr="00794D67">
        <w:rPr>
          <w:lang w:val="ru-RU"/>
        </w:rPr>
        <w:t>Прослеживаемость каждого показателя обеспечивается реестрами доказательств: гранулярный реестр надёжности (165 записей) и реестр располагаемой мощности (46 записей).</w:t>
      </w:r>
    </w:p>
    <w:p w14:paraId="2E4498D5" w14:textId="77777777" w:rsidR="000772B4" w:rsidRPr="00344E69" w:rsidRDefault="00746A89">
      <w:pPr>
        <w:pStyle w:val="21"/>
        <w:rPr>
          <w:lang w:val="ru-RU"/>
        </w:rPr>
      </w:pPr>
      <w:bookmarkStart w:id="77" w:name="_Toc238015668"/>
      <w:r w:rsidRPr="00344E69">
        <w:rPr>
          <w:lang w:val="ru-RU"/>
        </w:rPr>
        <w:t>11.3. Структурная надёжность источников тепловой энергии</w:t>
      </w:r>
      <w:bookmarkEnd w:id="77"/>
    </w:p>
    <w:p w14:paraId="18A7FC9F" w14:textId="77777777" w:rsidR="000772B4" w:rsidRPr="00794D67" w:rsidRDefault="00746A89">
      <w:pPr>
        <w:spacing w:after="80"/>
        <w:jc w:val="both"/>
        <w:rPr>
          <w:lang w:val="ru-RU"/>
        </w:rPr>
      </w:pPr>
      <w:r w:rsidRPr="00794D67">
        <w:rPr>
          <w:lang w:val="ru-RU"/>
        </w:rPr>
        <w:t xml:space="preserve">Установленная мощность приведена по перечню котлов на 31 июля 2026 года. Располагаемая мощность приведена по документам актуализации 2026 года, где она указана равной установленной по всему горизонту; ранее применявшееся в проекте расчётное ограничение 25 % установленной мощности источниками не подтверждается и снято решением </w:t>
      </w:r>
      <w:r>
        <w:t>ECR</w:t>
      </w:r>
      <w:r w:rsidRPr="00794D67">
        <w:rPr>
          <w:lang w:val="ru-RU"/>
        </w:rPr>
        <w:t>.</w:t>
      </w:r>
    </w:p>
    <w:p w14:paraId="7F93200C" w14:textId="77777777" w:rsidR="00B808F9" w:rsidRPr="00794D67" w:rsidRDefault="00B808F9">
      <w:pPr>
        <w:rPr>
          <w:lang w:val="ru-RU"/>
        </w:rPr>
        <w:sectPr w:rsidR="00B808F9" w:rsidRPr="00794D67" w:rsidSect="00034616">
          <w:footerReference w:type="default" r:id="rId97"/>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A4166B8" w14:textId="77777777" w:rsidR="000772B4" w:rsidRPr="00794D67" w:rsidRDefault="00746A89">
      <w:pPr>
        <w:keepNext/>
        <w:spacing w:before="160"/>
        <w:rPr>
          <w:lang w:val="ru-RU"/>
        </w:rPr>
      </w:pPr>
      <w:r w:rsidRPr="00794D67">
        <w:rPr>
          <w:b/>
          <w:lang w:val="ru-RU"/>
        </w:rPr>
        <w:t>Таблица 11.3 — Мощность и котельный резерв источников</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653"/>
        <w:gridCol w:w="1050"/>
        <w:gridCol w:w="2247"/>
        <w:gridCol w:w="2551"/>
        <w:gridCol w:w="2451"/>
        <w:gridCol w:w="1891"/>
        <w:gridCol w:w="2434"/>
      </w:tblGrid>
      <w:tr w:rsidR="000772B4" w:rsidRPr="00C07C05" w14:paraId="619B33AE" w14:textId="77777777">
        <w:trPr>
          <w:cantSplit/>
          <w:tblHeader/>
          <w:jc w:val="center"/>
        </w:trPr>
        <w:tc>
          <w:tcPr>
            <w:tcW w:w="0" w:type="auto"/>
            <w:shd w:val="clear" w:color="auto" w:fill="E2F0D9"/>
          </w:tcPr>
          <w:p w14:paraId="4A0E6C25" w14:textId="77777777" w:rsidR="000772B4" w:rsidRDefault="00746A89">
            <w:pPr>
              <w:jc w:val="center"/>
            </w:pPr>
            <w:r>
              <w:rPr>
                <w:b/>
              </w:rPr>
              <w:t>Источник</w:t>
            </w:r>
          </w:p>
        </w:tc>
        <w:tc>
          <w:tcPr>
            <w:tcW w:w="0" w:type="auto"/>
            <w:shd w:val="clear" w:color="auto" w:fill="E2F0D9"/>
          </w:tcPr>
          <w:p w14:paraId="2657B656" w14:textId="77777777" w:rsidR="000772B4" w:rsidRDefault="00746A89">
            <w:pPr>
              <w:jc w:val="center"/>
            </w:pPr>
            <w:r>
              <w:rPr>
                <w:b/>
              </w:rPr>
              <w:t>Котлов, ед.</w:t>
            </w:r>
          </w:p>
        </w:tc>
        <w:tc>
          <w:tcPr>
            <w:tcW w:w="0" w:type="auto"/>
            <w:shd w:val="clear" w:color="auto" w:fill="E2F0D9"/>
          </w:tcPr>
          <w:p w14:paraId="0DFAD47E" w14:textId="77777777" w:rsidR="000772B4" w:rsidRDefault="00746A89">
            <w:pPr>
              <w:jc w:val="center"/>
            </w:pPr>
            <w:r>
              <w:rPr>
                <w:b/>
              </w:rPr>
              <w:t>Установленная мощность, Гкал/ч</w:t>
            </w:r>
          </w:p>
        </w:tc>
        <w:tc>
          <w:tcPr>
            <w:tcW w:w="0" w:type="auto"/>
            <w:shd w:val="clear" w:color="auto" w:fill="E2F0D9"/>
          </w:tcPr>
          <w:p w14:paraId="6AB691AE" w14:textId="77777777" w:rsidR="000772B4" w:rsidRPr="00794D67" w:rsidRDefault="00746A89">
            <w:pPr>
              <w:jc w:val="center"/>
              <w:rPr>
                <w:lang w:val="ru-RU"/>
              </w:rPr>
            </w:pPr>
            <w:r w:rsidRPr="00794D67">
              <w:rPr>
                <w:b/>
                <w:lang w:val="ru-RU"/>
              </w:rPr>
              <w:t>Располагаемая мощность по источнику, Гкал/ч</w:t>
            </w:r>
          </w:p>
        </w:tc>
        <w:tc>
          <w:tcPr>
            <w:tcW w:w="0" w:type="auto"/>
            <w:shd w:val="clear" w:color="auto" w:fill="E2F0D9"/>
          </w:tcPr>
          <w:p w14:paraId="78FFAAFB" w14:textId="77777777" w:rsidR="000772B4" w:rsidRPr="00794D67" w:rsidRDefault="00746A89">
            <w:pPr>
              <w:jc w:val="center"/>
              <w:rPr>
                <w:lang w:val="ru-RU"/>
              </w:rPr>
            </w:pPr>
            <w:r w:rsidRPr="00794D67">
              <w:rPr>
                <w:b/>
                <w:lang w:val="ru-RU"/>
              </w:rPr>
              <w:t>Резерв по располагаемой мощности, Гкал/ч</w:t>
            </w:r>
          </w:p>
        </w:tc>
        <w:tc>
          <w:tcPr>
            <w:tcW w:w="0" w:type="auto"/>
            <w:shd w:val="clear" w:color="auto" w:fill="E2F0D9"/>
          </w:tcPr>
          <w:p w14:paraId="034F592C" w14:textId="77777777" w:rsidR="000772B4" w:rsidRDefault="00746A89">
            <w:pPr>
              <w:jc w:val="center"/>
            </w:pPr>
            <w:r>
              <w:rPr>
                <w:b/>
              </w:rPr>
              <w:t>Крупнейший котёл, Гкал/ч</w:t>
            </w:r>
          </w:p>
        </w:tc>
        <w:tc>
          <w:tcPr>
            <w:tcW w:w="0" w:type="auto"/>
            <w:shd w:val="clear" w:color="auto" w:fill="E2F0D9"/>
          </w:tcPr>
          <w:p w14:paraId="161C9560" w14:textId="77777777" w:rsidR="000772B4" w:rsidRPr="00794D67" w:rsidRDefault="00746A89">
            <w:pPr>
              <w:jc w:val="center"/>
              <w:rPr>
                <w:lang w:val="ru-RU"/>
              </w:rPr>
            </w:pPr>
            <w:r w:rsidRPr="00794D67">
              <w:rPr>
                <w:b/>
                <w:lang w:val="ru-RU"/>
              </w:rPr>
              <w:t>Остаток при выводе крупнейшего котла, Гкал/ч</w:t>
            </w:r>
          </w:p>
        </w:tc>
      </w:tr>
      <w:tr w:rsidR="000772B4" w14:paraId="373DA16B" w14:textId="77777777">
        <w:trPr>
          <w:cantSplit/>
          <w:jc w:val="center"/>
        </w:trPr>
        <w:tc>
          <w:tcPr>
            <w:tcW w:w="0" w:type="auto"/>
          </w:tcPr>
          <w:p w14:paraId="1A1A86B6" w14:textId="77777777" w:rsidR="000772B4" w:rsidRDefault="00746A89">
            <w:r>
              <w:t>УПК № 1 Таштагол</w:t>
            </w:r>
          </w:p>
        </w:tc>
        <w:tc>
          <w:tcPr>
            <w:tcW w:w="0" w:type="auto"/>
          </w:tcPr>
          <w:p w14:paraId="06AEA832" w14:textId="77777777" w:rsidR="000772B4" w:rsidRDefault="00746A89">
            <w:pPr>
              <w:jc w:val="center"/>
            </w:pPr>
            <w:r>
              <w:t>5</w:t>
            </w:r>
          </w:p>
        </w:tc>
        <w:tc>
          <w:tcPr>
            <w:tcW w:w="0" w:type="auto"/>
          </w:tcPr>
          <w:p w14:paraId="757742DA" w14:textId="77777777" w:rsidR="000772B4" w:rsidRDefault="00746A89">
            <w:pPr>
              <w:jc w:val="center"/>
            </w:pPr>
            <w:r>
              <w:t>150,00</w:t>
            </w:r>
          </w:p>
        </w:tc>
        <w:tc>
          <w:tcPr>
            <w:tcW w:w="0" w:type="auto"/>
          </w:tcPr>
          <w:p w14:paraId="7B4CAA57" w14:textId="77777777" w:rsidR="000772B4" w:rsidRDefault="00746A89">
            <w:pPr>
              <w:jc w:val="center"/>
            </w:pPr>
            <w:r>
              <w:t>150,00</w:t>
            </w:r>
          </w:p>
        </w:tc>
        <w:tc>
          <w:tcPr>
            <w:tcW w:w="0" w:type="auto"/>
          </w:tcPr>
          <w:p w14:paraId="472FC344" w14:textId="77777777" w:rsidR="000772B4" w:rsidRDefault="00746A89">
            <w:pPr>
              <w:jc w:val="center"/>
            </w:pPr>
            <w:r>
              <w:t>79,7765</w:t>
            </w:r>
          </w:p>
        </w:tc>
        <w:tc>
          <w:tcPr>
            <w:tcW w:w="0" w:type="auto"/>
          </w:tcPr>
          <w:p w14:paraId="0E62E4B1" w14:textId="77777777" w:rsidR="000772B4" w:rsidRDefault="00746A89">
            <w:pPr>
              <w:jc w:val="center"/>
            </w:pPr>
            <w:r>
              <w:t>30,00</w:t>
            </w:r>
          </w:p>
        </w:tc>
        <w:tc>
          <w:tcPr>
            <w:tcW w:w="0" w:type="auto"/>
          </w:tcPr>
          <w:p w14:paraId="02EC1DBE" w14:textId="77777777" w:rsidR="000772B4" w:rsidRDefault="00746A89">
            <w:pPr>
              <w:jc w:val="center"/>
            </w:pPr>
            <w:r>
              <w:t>120,00</w:t>
            </w:r>
          </w:p>
        </w:tc>
      </w:tr>
      <w:tr w:rsidR="000772B4" w14:paraId="6F1FC786" w14:textId="77777777">
        <w:trPr>
          <w:cantSplit/>
          <w:jc w:val="center"/>
        </w:trPr>
        <w:tc>
          <w:tcPr>
            <w:tcW w:w="0" w:type="auto"/>
          </w:tcPr>
          <w:p w14:paraId="526663D5" w14:textId="77777777" w:rsidR="000772B4" w:rsidRDefault="00746A89">
            <w:r>
              <w:t>УПК № 2 Шалым</w:t>
            </w:r>
          </w:p>
        </w:tc>
        <w:tc>
          <w:tcPr>
            <w:tcW w:w="0" w:type="auto"/>
          </w:tcPr>
          <w:p w14:paraId="3D10CAAE" w14:textId="77777777" w:rsidR="000772B4" w:rsidRDefault="00746A89">
            <w:pPr>
              <w:jc w:val="center"/>
            </w:pPr>
            <w:r>
              <w:t>3</w:t>
            </w:r>
          </w:p>
        </w:tc>
        <w:tc>
          <w:tcPr>
            <w:tcW w:w="0" w:type="auto"/>
          </w:tcPr>
          <w:p w14:paraId="483C490E" w14:textId="77777777" w:rsidR="000772B4" w:rsidRDefault="00746A89">
            <w:pPr>
              <w:jc w:val="center"/>
            </w:pPr>
            <w:r>
              <w:t>17,00</w:t>
            </w:r>
          </w:p>
        </w:tc>
        <w:tc>
          <w:tcPr>
            <w:tcW w:w="0" w:type="auto"/>
          </w:tcPr>
          <w:p w14:paraId="4BCB81BD" w14:textId="77777777" w:rsidR="000772B4" w:rsidRDefault="00746A89">
            <w:pPr>
              <w:jc w:val="center"/>
            </w:pPr>
            <w:r>
              <w:t>17,00</w:t>
            </w:r>
          </w:p>
        </w:tc>
        <w:tc>
          <w:tcPr>
            <w:tcW w:w="0" w:type="auto"/>
          </w:tcPr>
          <w:p w14:paraId="593D1FD4" w14:textId="77777777" w:rsidR="000772B4" w:rsidRDefault="00746A89">
            <w:pPr>
              <w:jc w:val="center"/>
            </w:pPr>
            <w:r>
              <w:t>13,3721</w:t>
            </w:r>
          </w:p>
        </w:tc>
        <w:tc>
          <w:tcPr>
            <w:tcW w:w="0" w:type="auto"/>
          </w:tcPr>
          <w:p w14:paraId="18FADEA3" w14:textId="77777777" w:rsidR="000772B4" w:rsidRDefault="00746A89">
            <w:pPr>
              <w:jc w:val="center"/>
            </w:pPr>
            <w:r>
              <w:t>6,50</w:t>
            </w:r>
          </w:p>
        </w:tc>
        <w:tc>
          <w:tcPr>
            <w:tcW w:w="0" w:type="auto"/>
          </w:tcPr>
          <w:p w14:paraId="6B3BC5CA" w14:textId="77777777" w:rsidR="000772B4" w:rsidRDefault="00746A89">
            <w:pPr>
              <w:jc w:val="center"/>
            </w:pPr>
            <w:r>
              <w:t>10,50</w:t>
            </w:r>
          </w:p>
        </w:tc>
      </w:tr>
      <w:tr w:rsidR="000772B4" w14:paraId="6288F565" w14:textId="77777777">
        <w:trPr>
          <w:cantSplit/>
          <w:jc w:val="center"/>
        </w:trPr>
        <w:tc>
          <w:tcPr>
            <w:tcW w:w="0" w:type="auto"/>
          </w:tcPr>
          <w:p w14:paraId="3136444F" w14:textId="77777777" w:rsidR="000772B4" w:rsidRDefault="00746A89">
            <w:r>
              <w:t>УПК № 2 ЦМК</w:t>
            </w:r>
          </w:p>
        </w:tc>
        <w:tc>
          <w:tcPr>
            <w:tcW w:w="0" w:type="auto"/>
          </w:tcPr>
          <w:p w14:paraId="09E76272" w14:textId="77777777" w:rsidR="000772B4" w:rsidRDefault="00746A89">
            <w:pPr>
              <w:jc w:val="center"/>
            </w:pPr>
            <w:r>
              <w:t>3</w:t>
            </w:r>
          </w:p>
        </w:tc>
        <w:tc>
          <w:tcPr>
            <w:tcW w:w="0" w:type="auto"/>
          </w:tcPr>
          <w:p w14:paraId="0CB8576E" w14:textId="77777777" w:rsidR="000772B4" w:rsidRDefault="00746A89">
            <w:pPr>
              <w:jc w:val="center"/>
            </w:pPr>
            <w:r>
              <w:t>10,20</w:t>
            </w:r>
          </w:p>
        </w:tc>
        <w:tc>
          <w:tcPr>
            <w:tcW w:w="0" w:type="auto"/>
          </w:tcPr>
          <w:p w14:paraId="16FECA4A" w14:textId="77777777" w:rsidR="000772B4" w:rsidRDefault="00746A89">
            <w:pPr>
              <w:jc w:val="center"/>
            </w:pPr>
            <w:r>
              <w:t>10,20</w:t>
            </w:r>
          </w:p>
        </w:tc>
        <w:tc>
          <w:tcPr>
            <w:tcW w:w="0" w:type="auto"/>
          </w:tcPr>
          <w:p w14:paraId="47A33C9E" w14:textId="77777777" w:rsidR="000772B4" w:rsidRDefault="00746A89">
            <w:pPr>
              <w:jc w:val="center"/>
            </w:pPr>
            <w:r>
              <w:t>7,9767</w:t>
            </w:r>
          </w:p>
        </w:tc>
        <w:tc>
          <w:tcPr>
            <w:tcW w:w="0" w:type="auto"/>
          </w:tcPr>
          <w:p w14:paraId="5C595B07" w14:textId="77777777" w:rsidR="000772B4" w:rsidRDefault="00746A89">
            <w:pPr>
              <w:jc w:val="center"/>
            </w:pPr>
            <w:r>
              <w:t>3,90</w:t>
            </w:r>
          </w:p>
        </w:tc>
        <w:tc>
          <w:tcPr>
            <w:tcW w:w="0" w:type="auto"/>
          </w:tcPr>
          <w:p w14:paraId="6B060F61" w14:textId="77777777" w:rsidR="000772B4" w:rsidRDefault="00746A89">
            <w:pPr>
              <w:jc w:val="center"/>
            </w:pPr>
            <w:r>
              <w:t>6,30</w:t>
            </w:r>
          </w:p>
        </w:tc>
      </w:tr>
      <w:tr w:rsidR="000772B4" w14:paraId="466D2B6B" w14:textId="77777777">
        <w:trPr>
          <w:cantSplit/>
          <w:jc w:val="center"/>
        </w:trPr>
        <w:tc>
          <w:tcPr>
            <w:tcW w:w="0" w:type="auto"/>
          </w:tcPr>
          <w:p w14:paraId="3B3B18F4" w14:textId="77777777" w:rsidR="000772B4" w:rsidRDefault="00746A89">
            <w:r>
              <w:t>УПК № 9 ГРЭ</w:t>
            </w:r>
          </w:p>
        </w:tc>
        <w:tc>
          <w:tcPr>
            <w:tcW w:w="0" w:type="auto"/>
          </w:tcPr>
          <w:p w14:paraId="65392CBE" w14:textId="77777777" w:rsidR="000772B4" w:rsidRDefault="00746A89">
            <w:pPr>
              <w:jc w:val="center"/>
            </w:pPr>
            <w:r>
              <w:t>4</w:t>
            </w:r>
          </w:p>
        </w:tc>
        <w:tc>
          <w:tcPr>
            <w:tcW w:w="0" w:type="auto"/>
          </w:tcPr>
          <w:p w14:paraId="5D7668A3" w14:textId="77777777" w:rsidR="000772B4" w:rsidRDefault="00746A89">
            <w:pPr>
              <w:jc w:val="center"/>
            </w:pPr>
            <w:r>
              <w:t>4,50</w:t>
            </w:r>
          </w:p>
        </w:tc>
        <w:tc>
          <w:tcPr>
            <w:tcW w:w="0" w:type="auto"/>
          </w:tcPr>
          <w:p w14:paraId="22991979" w14:textId="77777777" w:rsidR="000772B4" w:rsidRDefault="00746A89">
            <w:pPr>
              <w:jc w:val="center"/>
            </w:pPr>
            <w:r>
              <w:t>4,50</w:t>
            </w:r>
          </w:p>
        </w:tc>
        <w:tc>
          <w:tcPr>
            <w:tcW w:w="0" w:type="auto"/>
          </w:tcPr>
          <w:p w14:paraId="6672EBC8" w14:textId="77777777" w:rsidR="000772B4" w:rsidRDefault="00746A89">
            <w:pPr>
              <w:jc w:val="center"/>
            </w:pPr>
            <w:r>
              <w:t>3,9376</w:t>
            </w:r>
          </w:p>
        </w:tc>
        <w:tc>
          <w:tcPr>
            <w:tcW w:w="0" w:type="auto"/>
          </w:tcPr>
          <w:p w14:paraId="61CC33AB" w14:textId="77777777" w:rsidR="000772B4" w:rsidRDefault="00746A89">
            <w:pPr>
              <w:jc w:val="center"/>
            </w:pPr>
            <w:r>
              <w:t>1,25</w:t>
            </w:r>
          </w:p>
        </w:tc>
        <w:tc>
          <w:tcPr>
            <w:tcW w:w="0" w:type="auto"/>
          </w:tcPr>
          <w:p w14:paraId="71E7030E" w14:textId="77777777" w:rsidR="000772B4" w:rsidRDefault="00746A89">
            <w:pPr>
              <w:jc w:val="center"/>
            </w:pPr>
            <w:r>
              <w:t>3,25</w:t>
            </w:r>
          </w:p>
        </w:tc>
      </w:tr>
      <w:tr w:rsidR="000772B4" w14:paraId="7FB793F2" w14:textId="77777777">
        <w:trPr>
          <w:cantSplit/>
          <w:jc w:val="center"/>
        </w:trPr>
        <w:tc>
          <w:tcPr>
            <w:tcW w:w="0" w:type="auto"/>
          </w:tcPr>
          <w:p w14:paraId="6527811C" w14:textId="77777777" w:rsidR="000772B4" w:rsidRDefault="00746A89">
            <w:r>
              <w:t>УПК № 5 Новый Шерегеш</w:t>
            </w:r>
          </w:p>
        </w:tc>
        <w:tc>
          <w:tcPr>
            <w:tcW w:w="0" w:type="auto"/>
          </w:tcPr>
          <w:p w14:paraId="3790F5D3" w14:textId="77777777" w:rsidR="000772B4" w:rsidRDefault="00746A89">
            <w:pPr>
              <w:jc w:val="center"/>
            </w:pPr>
            <w:r>
              <w:t>7</w:t>
            </w:r>
          </w:p>
        </w:tc>
        <w:tc>
          <w:tcPr>
            <w:tcW w:w="0" w:type="auto"/>
          </w:tcPr>
          <w:p w14:paraId="4F3373A5" w14:textId="77777777" w:rsidR="000772B4" w:rsidRDefault="00746A89">
            <w:pPr>
              <w:jc w:val="center"/>
            </w:pPr>
            <w:r>
              <w:t>114,00</w:t>
            </w:r>
          </w:p>
        </w:tc>
        <w:tc>
          <w:tcPr>
            <w:tcW w:w="0" w:type="auto"/>
          </w:tcPr>
          <w:p w14:paraId="03E87289" w14:textId="77777777" w:rsidR="000772B4" w:rsidRDefault="00746A89">
            <w:pPr>
              <w:jc w:val="center"/>
            </w:pPr>
            <w:r>
              <w:t>114,00</w:t>
            </w:r>
          </w:p>
        </w:tc>
        <w:tc>
          <w:tcPr>
            <w:tcW w:w="0" w:type="auto"/>
          </w:tcPr>
          <w:p w14:paraId="077EB356" w14:textId="77777777" w:rsidR="000772B4" w:rsidRDefault="00746A89">
            <w:pPr>
              <w:jc w:val="center"/>
            </w:pPr>
            <w:r>
              <w:t>71,3008</w:t>
            </w:r>
          </w:p>
        </w:tc>
        <w:tc>
          <w:tcPr>
            <w:tcW w:w="0" w:type="auto"/>
          </w:tcPr>
          <w:p w14:paraId="22B29B3F" w14:textId="77777777" w:rsidR="000772B4" w:rsidRDefault="00746A89">
            <w:pPr>
              <w:jc w:val="center"/>
            </w:pPr>
            <w:r>
              <w:t>20,00</w:t>
            </w:r>
          </w:p>
        </w:tc>
        <w:tc>
          <w:tcPr>
            <w:tcW w:w="0" w:type="auto"/>
          </w:tcPr>
          <w:p w14:paraId="38FA91C9" w14:textId="77777777" w:rsidR="000772B4" w:rsidRDefault="00746A89">
            <w:pPr>
              <w:jc w:val="center"/>
            </w:pPr>
            <w:r>
              <w:t>94,00</w:t>
            </w:r>
          </w:p>
        </w:tc>
      </w:tr>
      <w:tr w:rsidR="000772B4" w14:paraId="3E54CA34" w14:textId="77777777">
        <w:trPr>
          <w:cantSplit/>
          <w:jc w:val="center"/>
        </w:trPr>
        <w:tc>
          <w:tcPr>
            <w:tcW w:w="0" w:type="auto"/>
          </w:tcPr>
          <w:p w14:paraId="40B3B981" w14:textId="77777777" w:rsidR="000772B4" w:rsidRDefault="00746A89">
            <w:r>
              <w:t>УПК № 6 Старый Шерегеш</w:t>
            </w:r>
          </w:p>
        </w:tc>
        <w:tc>
          <w:tcPr>
            <w:tcW w:w="0" w:type="auto"/>
          </w:tcPr>
          <w:p w14:paraId="49E056D0" w14:textId="77777777" w:rsidR="000772B4" w:rsidRDefault="00746A89">
            <w:pPr>
              <w:jc w:val="center"/>
            </w:pPr>
            <w:r>
              <w:t>4</w:t>
            </w:r>
          </w:p>
        </w:tc>
        <w:tc>
          <w:tcPr>
            <w:tcW w:w="0" w:type="auto"/>
          </w:tcPr>
          <w:p w14:paraId="3E6F584F" w14:textId="77777777" w:rsidR="000772B4" w:rsidRDefault="00746A89">
            <w:pPr>
              <w:jc w:val="center"/>
            </w:pPr>
            <w:r>
              <w:t>24,00</w:t>
            </w:r>
          </w:p>
        </w:tc>
        <w:tc>
          <w:tcPr>
            <w:tcW w:w="0" w:type="auto"/>
          </w:tcPr>
          <w:p w14:paraId="509B9402" w14:textId="77777777" w:rsidR="000772B4" w:rsidRDefault="00746A89">
            <w:pPr>
              <w:jc w:val="center"/>
            </w:pPr>
            <w:r>
              <w:t>24,00</w:t>
            </w:r>
          </w:p>
        </w:tc>
        <w:tc>
          <w:tcPr>
            <w:tcW w:w="0" w:type="auto"/>
          </w:tcPr>
          <w:p w14:paraId="7B89EB3D" w14:textId="77777777" w:rsidR="000772B4" w:rsidRDefault="00746A89">
            <w:pPr>
              <w:jc w:val="center"/>
            </w:pPr>
            <w:r>
              <w:t>21,2028</w:t>
            </w:r>
          </w:p>
        </w:tc>
        <w:tc>
          <w:tcPr>
            <w:tcW w:w="0" w:type="auto"/>
          </w:tcPr>
          <w:p w14:paraId="75126D2E" w14:textId="77777777" w:rsidR="000772B4" w:rsidRDefault="00746A89">
            <w:pPr>
              <w:jc w:val="center"/>
            </w:pPr>
            <w:r>
              <w:t>6,00</w:t>
            </w:r>
          </w:p>
        </w:tc>
        <w:tc>
          <w:tcPr>
            <w:tcW w:w="0" w:type="auto"/>
          </w:tcPr>
          <w:p w14:paraId="5EF37ED0" w14:textId="77777777" w:rsidR="000772B4" w:rsidRDefault="00746A89">
            <w:pPr>
              <w:jc w:val="center"/>
            </w:pPr>
            <w:r>
              <w:t>18,00</w:t>
            </w:r>
          </w:p>
        </w:tc>
      </w:tr>
      <w:tr w:rsidR="000772B4" w14:paraId="338B0F38" w14:textId="77777777">
        <w:trPr>
          <w:cantSplit/>
          <w:jc w:val="center"/>
        </w:trPr>
        <w:tc>
          <w:tcPr>
            <w:tcW w:w="0" w:type="auto"/>
          </w:tcPr>
          <w:p w14:paraId="55DE0228" w14:textId="77777777" w:rsidR="000772B4" w:rsidRDefault="00746A89">
            <w:r>
              <w:t>УПК № 7 Каз</w:t>
            </w:r>
          </w:p>
        </w:tc>
        <w:tc>
          <w:tcPr>
            <w:tcW w:w="0" w:type="auto"/>
          </w:tcPr>
          <w:p w14:paraId="4105AD7F" w14:textId="77777777" w:rsidR="000772B4" w:rsidRDefault="00746A89">
            <w:pPr>
              <w:jc w:val="center"/>
            </w:pPr>
            <w:r>
              <w:t>5</w:t>
            </w:r>
          </w:p>
        </w:tc>
        <w:tc>
          <w:tcPr>
            <w:tcW w:w="0" w:type="auto"/>
          </w:tcPr>
          <w:p w14:paraId="11DDA95F" w14:textId="77777777" w:rsidR="000772B4" w:rsidRDefault="00746A89">
            <w:pPr>
              <w:jc w:val="center"/>
            </w:pPr>
            <w:r>
              <w:t>72,00</w:t>
            </w:r>
          </w:p>
        </w:tc>
        <w:tc>
          <w:tcPr>
            <w:tcW w:w="0" w:type="auto"/>
          </w:tcPr>
          <w:p w14:paraId="7FB758E1" w14:textId="77777777" w:rsidR="000772B4" w:rsidRDefault="00746A89">
            <w:pPr>
              <w:jc w:val="center"/>
            </w:pPr>
            <w:r>
              <w:t>72,00</w:t>
            </w:r>
          </w:p>
        </w:tc>
        <w:tc>
          <w:tcPr>
            <w:tcW w:w="0" w:type="auto"/>
          </w:tcPr>
          <w:p w14:paraId="37D9B8DC" w14:textId="77777777" w:rsidR="000772B4" w:rsidRDefault="00746A89">
            <w:pPr>
              <w:jc w:val="center"/>
            </w:pPr>
            <w:r>
              <w:t>62,7067</w:t>
            </w:r>
          </w:p>
        </w:tc>
        <w:tc>
          <w:tcPr>
            <w:tcW w:w="0" w:type="auto"/>
          </w:tcPr>
          <w:p w14:paraId="369592FC" w14:textId="77777777" w:rsidR="000772B4" w:rsidRDefault="00746A89">
            <w:pPr>
              <w:jc w:val="center"/>
            </w:pPr>
            <w:r>
              <w:t>20,00</w:t>
            </w:r>
          </w:p>
        </w:tc>
        <w:tc>
          <w:tcPr>
            <w:tcW w:w="0" w:type="auto"/>
          </w:tcPr>
          <w:p w14:paraId="233496D4" w14:textId="77777777" w:rsidR="000772B4" w:rsidRDefault="00746A89">
            <w:pPr>
              <w:jc w:val="center"/>
            </w:pPr>
            <w:r>
              <w:t>52,00</w:t>
            </w:r>
          </w:p>
        </w:tc>
      </w:tr>
      <w:tr w:rsidR="000772B4" w14:paraId="3C5E95DB" w14:textId="77777777">
        <w:trPr>
          <w:cantSplit/>
          <w:jc w:val="center"/>
        </w:trPr>
        <w:tc>
          <w:tcPr>
            <w:tcW w:w="0" w:type="auto"/>
          </w:tcPr>
          <w:p w14:paraId="78D3A6C4" w14:textId="77777777" w:rsidR="000772B4" w:rsidRDefault="00746A89">
            <w:r>
              <w:t>УПК № 8 Мундыбаш</w:t>
            </w:r>
          </w:p>
        </w:tc>
        <w:tc>
          <w:tcPr>
            <w:tcW w:w="0" w:type="auto"/>
          </w:tcPr>
          <w:p w14:paraId="6AB19BB8" w14:textId="77777777" w:rsidR="000772B4" w:rsidRDefault="00746A89">
            <w:pPr>
              <w:jc w:val="center"/>
            </w:pPr>
            <w:r>
              <w:t>5</w:t>
            </w:r>
          </w:p>
        </w:tc>
        <w:tc>
          <w:tcPr>
            <w:tcW w:w="0" w:type="auto"/>
          </w:tcPr>
          <w:p w14:paraId="3AAFDF0D" w14:textId="77777777" w:rsidR="000772B4" w:rsidRDefault="00746A89">
            <w:pPr>
              <w:jc w:val="center"/>
            </w:pPr>
            <w:r>
              <w:t>36,00</w:t>
            </w:r>
          </w:p>
        </w:tc>
        <w:tc>
          <w:tcPr>
            <w:tcW w:w="0" w:type="auto"/>
          </w:tcPr>
          <w:p w14:paraId="080CBD35" w14:textId="77777777" w:rsidR="000772B4" w:rsidRDefault="00746A89">
            <w:pPr>
              <w:jc w:val="center"/>
            </w:pPr>
            <w:r>
              <w:t>36,00</w:t>
            </w:r>
          </w:p>
        </w:tc>
        <w:tc>
          <w:tcPr>
            <w:tcW w:w="0" w:type="auto"/>
          </w:tcPr>
          <w:p w14:paraId="6BC358AB" w14:textId="77777777" w:rsidR="000772B4" w:rsidRDefault="00746A89">
            <w:pPr>
              <w:jc w:val="center"/>
            </w:pPr>
            <w:r>
              <w:t>27,4241</w:t>
            </w:r>
          </w:p>
        </w:tc>
        <w:tc>
          <w:tcPr>
            <w:tcW w:w="0" w:type="auto"/>
          </w:tcPr>
          <w:p w14:paraId="402D7DB9" w14:textId="77777777" w:rsidR="000772B4" w:rsidRDefault="00746A89">
            <w:pPr>
              <w:jc w:val="center"/>
            </w:pPr>
            <w:r>
              <w:t>12,00</w:t>
            </w:r>
          </w:p>
        </w:tc>
        <w:tc>
          <w:tcPr>
            <w:tcW w:w="0" w:type="auto"/>
          </w:tcPr>
          <w:p w14:paraId="2C3D07BD" w14:textId="77777777" w:rsidR="000772B4" w:rsidRDefault="00746A89">
            <w:pPr>
              <w:jc w:val="center"/>
            </w:pPr>
            <w:r>
              <w:t>24,00</w:t>
            </w:r>
          </w:p>
        </w:tc>
      </w:tr>
      <w:tr w:rsidR="000772B4" w14:paraId="6799C12D" w14:textId="77777777">
        <w:trPr>
          <w:cantSplit/>
          <w:jc w:val="center"/>
        </w:trPr>
        <w:tc>
          <w:tcPr>
            <w:tcW w:w="0" w:type="auto"/>
          </w:tcPr>
          <w:p w14:paraId="13A7D53E" w14:textId="77777777" w:rsidR="000772B4" w:rsidRDefault="00746A89">
            <w:r>
              <w:t>УПК № 10 Темир-Тау</w:t>
            </w:r>
          </w:p>
        </w:tc>
        <w:tc>
          <w:tcPr>
            <w:tcW w:w="0" w:type="auto"/>
          </w:tcPr>
          <w:p w14:paraId="28AC6778" w14:textId="77777777" w:rsidR="000772B4" w:rsidRDefault="00746A89">
            <w:pPr>
              <w:jc w:val="center"/>
            </w:pPr>
            <w:r>
              <w:t>3</w:t>
            </w:r>
          </w:p>
        </w:tc>
        <w:tc>
          <w:tcPr>
            <w:tcW w:w="0" w:type="auto"/>
          </w:tcPr>
          <w:p w14:paraId="790A260E" w14:textId="77777777" w:rsidR="000772B4" w:rsidRDefault="00746A89">
            <w:pPr>
              <w:jc w:val="center"/>
            </w:pPr>
            <w:r>
              <w:t>33,60</w:t>
            </w:r>
          </w:p>
        </w:tc>
        <w:tc>
          <w:tcPr>
            <w:tcW w:w="0" w:type="auto"/>
          </w:tcPr>
          <w:p w14:paraId="1562E186" w14:textId="77777777" w:rsidR="000772B4" w:rsidRDefault="00746A89">
            <w:pPr>
              <w:jc w:val="center"/>
            </w:pPr>
            <w:r>
              <w:t>33,60</w:t>
            </w:r>
          </w:p>
        </w:tc>
        <w:tc>
          <w:tcPr>
            <w:tcW w:w="0" w:type="auto"/>
          </w:tcPr>
          <w:p w14:paraId="0D727DAA" w14:textId="77777777" w:rsidR="000772B4" w:rsidRDefault="00746A89">
            <w:pPr>
              <w:jc w:val="center"/>
            </w:pPr>
            <w:r>
              <w:t>27,0245</w:t>
            </w:r>
          </w:p>
        </w:tc>
        <w:tc>
          <w:tcPr>
            <w:tcW w:w="0" w:type="auto"/>
          </w:tcPr>
          <w:p w14:paraId="7C4BAE22" w14:textId="77777777" w:rsidR="000772B4" w:rsidRDefault="00746A89">
            <w:pPr>
              <w:jc w:val="center"/>
            </w:pPr>
            <w:r>
              <w:t>11,20</w:t>
            </w:r>
          </w:p>
        </w:tc>
        <w:tc>
          <w:tcPr>
            <w:tcW w:w="0" w:type="auto"/>
          </w:tcPr>
          <w:p w14:paraId="7E644436" w14:textId="77777777" w:rsidR="000772B4" w:rsidRDefault="00746A89">
            <w:pPr>
              <w:jc w:val="center"/>
            </w:pPr>
            <w:r>
              <w:t>22,40</w:t>
            </w:r>
          </w:p>
        </w:tc>
      </w:tr>
      <w:tr w:rsidR="000772B4" w14:paraId="6029435E" w14:textId="77777777">
        <w:trPr>
          <w:cantSplit/>
          <w:jc w:val="center"/>
        </w:trPr>
        <w:tc>
          <w:tcPr>
            <w:tcW w:w="0" w:type="auto"/>
          </w:tcPr>
          <w:p w14:paraId="1094DB67" w14:textId="77777777" w:rsidR="000772B4" w:rsidRDefault="00746A89">
            <w:r>
              <w:t>УПК № 3 Спасск</w:t>
            </w:r>
          </w:p>
        </w:tc>
        <w:tc>
          <w:tcPr>
            <w:tcW w:w="0" w:type="auto"/>
          </w:tcPr>
          <w:p w14:paraId="39B1C227" w14:textId="77777777" w:rsidR="000772B4" w:rsidRDefault="00746A89">
            <w:pPr>
              <w:jc w:val="center"/>
            </w:pPr>
            <w:r>
              <w:t>5</w:t>
            </w:r>
          </w:p>
        </w:tc>
        <w:tc>
          <w:tcPr>
            <w:tcW w:w="0" w:type="auto"/>
          </w:tcPr>
          <w:p w14:paraId="737233CC" w14:textId="77777777" w:rsidR="000772B4" w:rsidRDefault="00746A89">
            <w:pPr>
              <w:jc w:val="center"/>
            </w:pPr>
            <w:r>
              <w:t>5,37</w:t>
            </w:r>
          </w:p>
        </w:tc>
        <w:tc>
          <w:tcPr>
            <w:tcW w:w="0" w:type="auto"/>
          </w:tcPr>
          <w:p w14:paraId="7F3A0CF2" w14:textId="77777777" w:rsidR="000772B4" w:rsidRDefault="00746A89">
            <w:pPr>
              <w:jc w:val="center"/>
            </w:pPr>
            <w:r>
              <w:t>5,37</w:t>
            </w:r>
          </w:p>
        </w:tc>
        <w:tc>
          <w:tcPr>
            <w:tcW w:w="0" w:type="auto"/>
          </w:tcPr>
          <w:p w14:paraId="710F9938" w14:textId="77777777" w:rsidR="000772B4" w:rsidRDefault="00746A89">
            <w:pPr>
              <w:jc w:val="center"/>
            </w:pPr>
            <w:r>
              <w:t>4,2386</w:t>
            </w:r>
          </w:p>
        </w:tc>
        <w:tc>
          <w:tcPr>
            <w:tcW w:w="0" w:type="auto"/>
          </w:tcPr>
          <w:p w14:paraId="7E75FC8A" w14:textId="77777777" w:rsidR="000772B4" w:rsidRDefault="00746A89">
            <w:pPr>
              <w:jc w:val="center"/>
            </w:pPr>
            <w:r>
              <w:t>1,25</w:t>
            </w:r>
          </w:p>
        </w:tc>
        <w:tc>
          <w:tcPr>
            <w:tcW w:w="0" w:type="auto"/>
          </w:tcPr>
          <w:p w14:paraId="0F663C70" w14:textId="77777777" w:rsidR="000772B4" w:rsidRDefault="00746A89">
            <w:pPr>
              <w:jc w:val="center"/>
            </w:pPr>
            <w:r>
              <w:t>4,12</w:t>
            </w:r>
          </w:p>
        </w:tc>
      </w:tr>
      <w:tr w:rsidR="000772B4" w14:paraId="524523C7" w14:textId="77777777">
        <w:trPr>
          <w:cantSplit/>
          <w:jc w:val="center"/>
        </w:trPr>
        <w:tc>
          <w:tcPr>
            <w:tcW w:w="0" w:type="auto"/>
            <w:shd w:val="clear" w:color="auto" w:fill="DBE5F1"/>
          </w:tcPr>
          <w:p w14:paraId="2A0A4D35" w14:textId="77777777" w:rsidR="000772B4" w:rsidRDefault="00746A89">
            <w:r>
              <w:rPr>
                <w:b/>
              </w:rPr>
              <w:t>Итого</w:t>
            </w:r>
          </w:p>
        </w:tc>
        <w:tc>
          <w:tcPr>
            <w:tcW w:w="0" w:type="auto"/>
            <w:shd w:val="clear" w:color="auto" w:fill="DBE5F1"/>
          </w:tcPr>
          <w:p w14:paraId="6840BED9" w14:textId="77777777" w:rsidR="000772B4" w:rsidRDefault="00746A89">
            <w:pPr>
              <w:jc w:val="center"/>
            </w:pPr>
            <w:r>
              <w:rPr>
                <w:b/>
              </w:rPr>
              <w:t>44</w:t>
            </w:r>
          </w:p>
        </w:tc>
        <w:tc>
          <w:tcPr>
            <w:tcW w:w="0" w:type="auto"/>
            <w:shd w:val="clear" w:color="auto" w:fill="DBE5F1"/>
          </w:tcPr>
          <w:p w14:paraId="16E66772" w14:textId="77777777" w:rsidR="000772B4" w:rsidRDefault="00746A89">
            <w:pPr>
              <w:jc w:val="center"/>
            </w:pPr>
            <w:r>
              <w:rPr>
                <w:b/>
              </w:rPr>
              <w:t>466,67</w:t>
            </w:r>
          </w:p>
        </w:tc>
        <w:tc>
          <w:tcPr>
            <w:tcW w:w="0" w:type="auto"/>
            <w:shd w:val="clear" w:color="auto" w:fill="DBE5F1"/>
          </w:tcPr>
          <w:p w14:paraId="201B4760" w14:textId="77777777" w:rsidR="000772B4" w:rsidRDefault="00746A89">
            <w:pPr>
              <w:jc w:val="center"/>
            </w:pPr>
            <w:r>
              <w:rPr>
                <w:b/>
              </w:rPr>
              <w:t>466,67</w:t>
            </w:r>
          </w:p>
        </w:tc>
        <w:tc>
          <w:tcPr>
            <w:tcW w:w="0" w:type="auto"/>
            <w:shd w:val="clear" w:color="auto" w:fill="DBE5F1"/>
          </w:tcPr>
          <w:p w14:paraId="518DE1E0" w14:textId="77777777" w:rsidR="000772B4" w:rsidRDefault="00746A89">
            <w:pPr>
              <w:jc w:val="center"/>
            </w:pPr>
            <w:r>
              <w:rPr>
                <w:b/>
              </w:rPr>
              <w:t>318,9604</w:t>
            </w:r>
          </w:p>
        </w:tc>
        <w:tc>
          <w:tcPr>
            <w:tcW w:w="0" w:type="auto"/>
            <w:shd w:val="clear" w:color="auto" w:fill="DBE5F1"/>
          </w:tcPr>
          <w:p w14:paraId="4B1F2A76" w14:textId="77777777" w:rsidR="000772B4" w:rsidRDefault="00746A89">
            <w:pPr>
              <w:jc w:val="center"/>
            </w:pPr>
            <w:r>
              <w:rPr>
                <w:b/>
              </w:rPr>
              <w:t>—</w:t>
            </w:r>
          </w:p>
        </w:tc>
        <w:tc>
          <w:tcPr>
            <w:tcW w:w="0" w:type="auto"/>
            <w:shd w:val="clear" w:color="auto" w:fill="DBE5F1"/>
          </w:tcPr>
          <w:p w14:paraId="05ACD3C7" w14:textId="77777777" w:rsidR="000772B4" w:rsidRDefault="00746A89">
            <w:pPr>
              <w:jc w:val="center"/>
            </w:pPr>
            <w:r>
              <w:rPr>
                <w:b/>
              </w:rPr>
              <w:t>—</w:t>
            </w:r>
          </w:p>
        </w:tc>
      </w:tr>
    </w:tbl>
    <w:p w14:paraId="417A62C2" w14:textId="77777777" w:rsidR="00B808F9" w:rsidRDefault="00B808F9">
      <w:pPr>
        <w:sectPr w:rsidR="00B808F9" w:rsidSect="00034616">
          <w:footerReference w:type="default" r:id="rId98"/>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F2B81AC" w14:textId="77777777" w:rsidR="000772B4" w:rsidRDefault="000772B4">
      <w:pPr>
        <w:spacing w:after="40"/>
      </w:pPr>
    </w:p>
    <w:p w14:paraId="131A6B1E" w14:textId="77777777" w:rsidR="000772B4" w:rsidRPr="00794D67" w:rsidRDefault="00746A89">
      <w:pPr>
        <w:spacing w:after="80"/>
        <w:jc w:val="both"/>
        <w:rPr>
          <w:lang w:val="ru-RU"/>
        </w:rPr>
      </w:pPr>
      <w:r w:rsidRPr="00794D67">
        <w:rPr>
          <w:lang w:val="ru-RU"/>
        </w:rPr>
        <w:t>Резерв приведён относительно присоединённой нагрузки по листу «Таблица 2.0» расчётной книги. Располагаемая мощность вычисляется как установленная за вычетом подтверждённых технических ограничений; по всем десяти источникам документы актуализации 2026 года содержат отдельную строку «Ограничения, Гкал/ч» со значением 0, поэтому численно располагаемая совпадает с установленной. Совпадение не означает тождества понятий: при появлении подтверждённого ограничения располагаемая мощность изменится, установленная — нет.</w:t>
      </w:r>
    </w:p>
    <w:p w14:paraId="778C2A3F" w14:textId="77777777" w:rsidR="000772B4" w:rsidRPr="00794D67" w:rsidRDefault="00746A89">
      <w:pPr>
        <w:spacing w:after="80"/>
        <w:jc w:val="both"/>
        <w:rPr>
          <w:lang w:val="ru-RU"/>
        </w:rPr>
      </w:pPr>
      <w:r w:rsidRPr="00794D67">
        <w:rPr>
          <w:lang w:val="ru-RU"/>
        </w:rPr>
        <w:t>По УПК № 10 «Темир-Тау» принята установленная мощность 33,60 Гкал/ч. Контрольное значение 33,93 Гкал/ч, приведённое в отчётности за 2025 год и в заголовочных строках документа актуализации, даёт итог по округу 467,00 Гкал/ч; расхождение сохраняется до получения паспорта котла и в ноль не округляется.</w:t>
      </w:r>
    </w:p>
    <w:p w14:paraId="573DB69C" w14:textId="77777777" w:rsidR="000772B4" w:rsidRPr="00794D67" w:rsidRDefault="00746A89">
      <w:pPr>
        <w:spacing w:after="80"/>
        <w:jc w:val="both"/>
        <w:rPr>
          <w:lang w:val="ru-RU"/>
        </w:rPr>
      </w:pPr>
      <w:r w:rsidRPr="00794D67">
        <w:rPr>
          <w:lang w:val="ru-RU"/>
        </w:rPr>
        <w:t>Разделение котлов на рабочий, резервный и ремонтный состав в исходных документах отсутствует. Превышение числа установленных котлов над числом работающих резервом не признаётся; эксплуатационное резервирование не установлено и требует сведений Заказчика.</w:t>
      </w:r>
    </w:p>
    <w:p w14:paraId="75936519" w14:textId="77777777" w:rsidR="000772B4" w:rsidRPr="00794D67" w:rsidRDefault="00746A89">
      <w:pPr>
        <w:spacing w:after="80"/>
        <w:rPr>
          <w:lang w:val="ru-RU"/>
        </w:rPr>
      </w:pPr>
      <w:r w:rsidRPr="00794D67">
        <w:rPr>
          <w:i/>
          <w:color w:val="993300"/>
          <w:lang w:val="ru-RU"/>
        </w:rPr>
        <w:t>Подлежит уточнению по данным эксплуатирующей организации: режимный состав котлов по десяти источникам; состав и резервирование сетевых, подпиточных и питательных насосов; тягодутьевое оборудование по котлам.</w:t>
      </w:r>
    </w:p>
    <w:p w14:paraId="329A5589" w14:textId="77777777" w:rsidR="000772B4" w:rsidRPr="00794D67" w:rsidRDefault="00746A89">
      <w:pPr>
        <w:spacing w:after="80"/>
        <w:jc w:val="both"/>
        <w:rPr>
          <w:lang w:val="ru-RU"/>
        </w:rPr>
      </w:pPr>
      <w:r w:rsidRPr="00794D67">
        <w:rPr>
          <w:lang w:val="ru-RU"/>
        </w:rPr>
        <w:t>По УПК № 10 «Темир-Тау» сохраняется расхождение установленной мощности: 33,60 Гкал/ч по перечню котлов (три котла по 11,2) и 33,93 Гкал/ч по показателям 2025 года и документу актуализации 2026 года (три котла по 11,31). Расхождение влияет на итог округа: 466,67 либо 467,00 Гкал/ч. До получения паспорта котла величина не выбирается.</w:t>
      </w:r>
    </w:p>
    <w:p w14:paraId="65D04082" w14:textId="77777777" w:rsidR="000772B4" w:rsidRPr="00344E69" w:rsidRDefault="00746A89">
      <w:pPr>
        <w:pStyle w:val="21"/>
        <w:rPr>
          <w:lang w:val="ru-RU"/>
        </w:rPr>
      </w:pPr>
      <w:bookmarkStart w:id="78" w:name="_Toc238015669"/>
      <w:r w:rsidRPr="00344E69">
        <w:rPr>
          <w:lang w:val="ru-RU"/>
        </w:rPr>
        <w:t>11.4. Показатели надёжности источников</w:t>
      </w:r>
      <w:bookmarkEnd w:id="78"/>
    </w:p>
    <w:p w14:paraId="0147AFF8" w14:textId="77777777" w:rsidR="000772B4" w:rsidRPr="00794D67" w:rsidRDefault="00746A89">
      <w:pPr>
        <w:spacing w:after="80"/>
        <w:jc w:val="both"/>
        <w:rPr>
          <w:lang w:val="ru-RU"/>
        </w:rPr>
      </w:pPr>
      <w:r w:rsidRPr="00794D67">
        <w:rPr>
          <w:lang w:val="ru-RU"/>
        </w:rPr>
        <w:t>Показатели приведены по документам актуализации 2026 года. Все они являются производными индексами: значение получается попаданием физической величины в интервал шкалы. Обратный переход от значения показателя к физической конфигурации возможен только для Кэ, Кв и Кт, где шкала двузначна.</w:t>
      </w:r>
    </w:p>
    <w:p w14:paraId="3636706C" w14:textId="77777777" w:rsidR="00B808F9" w:rsidRPr="00794D67" w:rsidRDefault="00B808F9">
      <w:pPr>
        <w:rPr>
          <w:lang w:val="ru-RU"/>
        </w:rPr>
        <w:sectPr w:rsidR="00B808F9" w:rsidRPr="00794D67" w:rsidSect="00034616">
          <w:footerReference w:type="default" r:id="rId99"/>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183A2F8" w14:textId="77777777" w:rsidR="000772B4" w:rsidRDefault="00746A89">
      <w:pPr>
        <w:keepNext/>
        <w:spacing w:before="160"/>
      </w:pPr>
      <w:r>
        <w:rPr>
          <w:b/>
        </w:rPr>
        <w:t>Таблица 11.4 — Показатели надёжности по источникам</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6572"/>
        <w:gridCol w:w="921"/>
        <w:gridCol w:w="930"/>
        <w:gridCol w:w="961"/>
        <w:gridCol w:w="921"/>
        <w:gridCol w:w="939"/>
        <w:gridCol w:w="921"/>
        <w:gridCol w:w="2112"/>
      </w:tblGrid>
      <w:tr w:rsidR="000772B4" w14:paraId="3BA67184" w14:textId="77777777">
        <w:trPr>
          <w:cantSplit/>
          <w:tblHeader/>
          <w:jc w:val="center"/>
        </w:trPr>
        <w:tc>
          <w:tcPr>
            <w:tcW w:w="0" w:type="auto"/>
            <w:shd w:val="clear" w:color="auto" w:fill="E2F0D9"/>
          </w:tcPr>
          <w:p w14:paraId="120FF131" w14:textId="77777777" w:rsidR="000772B4" w:rsidRDefault="00746A89">
            <w:pPr>
              <w:jc w:val="center"/>
            </w:pPr>
            <w:r>
              <w:rPr>
                <w:b/>
              </w:rPr>
              <w:t>Источник</w:t>
            </w:r>
          </w:p>
        </w:tc>
        <w:tc>
          <w:tcPr>
            <w:tcW w:w="0" w:type="auto"/>
            <w:shd w:val="clear" w:color="auto" w:fill="E2F0D9"/>
          </w:tcPr>
          <w:p w14:paraId="08A4AA43" w14:textId="77777777" w:rsidR="000772B4" w:rsidRDefault="00746A89">
            <w:pPr>
              <w:jc w:val="center"/>
            </w:pPr>
            <w:r>
              <w:rPr>
                <w:b/>
              </w:rPr>
              <w:t>Кэ</w:t>
            </w:r>
          </w:p>
        </w:tc>
        <w:tc>
          <w:tcPr>
            <w:tcW w:w="0" w:type="auto"/>
            <w:shd w:val="clear" w:color="auto" w:fill="E2F0D9"/>
          </w:tcPr>
          <w:p w14:paraId="30248E6E" w14:textId="77777777" w:rsidR="000772B4" w:rsidRDefault="00746A89">
            <w:pPr>
              <w:jc w:val="center"/>
            </w:pPr>
            <w:r>
              <w:rPr>
                <w:b/>
              </w:rPr>
              <w:t>Кв</w:t>
            </w:r>
          </w:p>
        </w:tc>
        <w:tc>
          <w:tcPr>
            <w:tcW w:w="0" w:type="auto"/>
            <w:shd w:val="clear" w:color="auto" w:fill="E2F0D9"/>
          </w:tcPr>
          <w:p w14:paraId="0578CD62" w14:textId="77777777" w:rsidR="000772B4" w:rsidRDefault="00746A89">
            <w:pPr>
              <w:jc w:val="center"/>
            </w:pPr>
            <w:r>
              <w:rPr>
                <w:b/>
              </w:rPr>
              <w:t>Кт</w:t>
            </w:r>
          </w:p>
        </w:tc>
        <w:tc>
          <w:tcPr>
            <w:tcW w:w="0" w:type="auto"/>
            <w:shd w:val="clear" w:color="auto" w:fill="E2F0D9"/>
          </w:tcPr>
          <w:p w14:paraId="066BDDA8" w14:textId="77777777" w:rsidR="000772B4" w:rsidRDefault="00746A89">
            <w:pPr>
              <w:jc w:val="center"/>
            </w:pPr>
            <w:r>
              <w:rPr>
                <w:b/>
              </w:rPr>
              <w:t>Кб</w:t>
            </w:r>
          </w:p>
        </w:tc>
        <w:tc>
          <w:tcPr>
            <w:tcW w:w="0" w:type="auto"/>
            <w:shd w:val="clear" w:color="auto" w:fill="E2F0D9"/>
          </w:tcPr>
          <w:p w14:paraId="73231A38" w14:textId="77777777" w:rsidR="000772B4" w:rsidRDefault="00746A89">
            <w:pPr>
              <w:jc w:val="center"/>
            </w:pPr>
            <w:r>
              <w:rPr>
                <w:b/>
              </w:rPr>
              <w:t>Кр</w:t>
            </w:r>
          </w:p>
        </w:tc>
        <w:tc>
          <w:tcPr>
            <w:tcW w:w="0" w:type="auto"/>
            <w:shd w:val="clear" w:color="auto" w:fill="E2F0D9"/>
          </w:tcPr>
          <w:p w14:paraId="24B1CC48" w14:textId="77777777" w:rsidR="000772B4" w:rsidRDefault="00746A89">
            <w:pPr>
              <w:jc w:val="center"/>
            </w:pPr>
            <w:r>
              <w:rPr>
                <w:b/>
              </w:rPr>
              <w:t>Кс</w:t>
            </w:r>
          </w:p>
        </w:tc>
        <w:tc>
          <w:tcPr>
            <w:tcW w:w="0" w:type="auto"/>
            <w:shd w:val="clear" w:color="auto" w:fill="E2F0D9"/>
          </w:tcPr>
          <w:p w14:paraId="53F6BC66" w14:textId="77777777" w:rsidR="000772B4" w:rsidRDefault="00746A89">
            <w:pPr>
              <w:jc w:val="center"/>
            </w:pPr>
            <w:r>
              <w:rPr>
                <w:b/>
              </w:rPr>
              <w:t>Котк тс</w:t>
            </w:r>
          </w:p>
        </w:tc>
      </w:tr>
      <w:tr w:rsidR="000772B4" w14:paraId="772AB768" w14:textId="77777777">
        <w:trPr>
          <w:cantSplit/>
          <w:jc w:val="center"/>
        </w:trPr>
        <w:tc>
          <w:tcPr>
            <w:tcW w:w="0" w:type="auto"/>
          </w:tcPr>
          <w:p w14:paraId="7B5DB455" w14:textId="77777777" w:rsidR="000772B4" w:rsidRDefault="00746A89">
            <w:r>
              <w:t>УПК № 1 Таштагол</w:t>
            </w:r>
          </w:p>
        </w:tc>
        <w:tc>
          <w:tcPr>
            <w:tcW w:w="0" w:type="auto"/>
          </w:tcPr>
          <w:p w14:paraId="54DC29D9" w14:textId="77777777" w:rsidR="000772B4" w:rsidRDefault="00746A89">
            <w:pPr>
              <w:jc w:val="center"/>
            </w:pPr>
            <w:r>
              <w:t>1,0</w:t>
            </w:r>
          </w:p>
        </w:tc>
        <w:tc>
          <w:tcPr>
            <w:tcW w:w="0" w:type="auto"/>
          </w:tcPr>
          <w:p w14:paraId="1D3E452C" w14:textId="77777777" w:rsidR="000772B4" w:rsidRDefault="00746A89">
            <w:pPr>
              <w:jc w:val="center"/>
            </w:pPr>
            <w:r>
              <w:t>1,0</w:t>
            </w:r>
          </w:p>
        </w:tc>
        <w:tc>
          <w:tcPr>
            <w:tcW w:w="0" w:type="auto"/>
          </w:tcPr>
          <w:p w14:paraId="78F06C91" w14:textId="77777777" w:rsidR="000772B4" w:rsidRDefault="00746A89">
            <w:pPr>
              <w:jc w:val="center"/>
            </w:pPr>
            <w:r>
              <w:t>1,0</w:t>
            </w:r>
          </w:p>
        </w:tc>
        <w:tc>
          <w:tcPr>
            <w:tcW w:w="0" w:type="auto"/>
          </w:tcPr>
          <w:p w14:paraId="3A81F0BC" w14:textId="77777777" w:rsidR="000772B4" w:rsidRDefault="00746A89">
            <w:pPr>
              <w:jc w:val="center"/>
            </w:pPr>
            <w:r>
              <w:t>1,0</w:t>
            </w:r>
          </w:p>
        </w:tc>
        <w:tc>
          <w:tcPr>
            <w:tcW w:w="0" w:type="auto"/>
          </w:tcPr>
          <w:p w14:paraId="25FD3217" w14:textId="77777777" w:rsidR="000772B4" w:rsidRDefault="00746A89">
            <w:pPr>
              <w:jc w:val="center"/>
            </w:pPr>
            <w:r>
              <w:t>0,5</w:t>
            </w:r>
          </w:p>
        </w:tc>
        <w:tc>
          <w:tcPr>
            <w:tcW w:w="0" w:type="auto"/>
          </w:tcPr>
          <w:p w14:paraId="7D77755E" w14:textId="77777777" w:rsidR="000772B4" w:rsidRDefault="00746A89">
            <w:pPr>
              <w:jc w:val="center"/>
            </w:pPr>
            <w:r>
              <w:t>0,6</w:t>
            </w:r>
          </w:p>
        </w:tc>
        <w:tc>
          <w:tcPr>
            <w:tcW w:w="0" w:type="auto"/>
          </w:tcPr>
          <w:p w14:paraId="6ADE8F42" w14:textId="77777777" w:rsidR="000772B4" w:rsidRDefault="00746A89">
            <w:pPr>
              <w:jc w:val="center"/>
            </w:pPr>
            <w:r>
              <w:t>1,0</w:t>
            </w:r>
          </w:p>
        </w:tc>
      </w:tr>
      <w:tr w:rsidR="000772B4" w14:paraId="2CA89F49" w14:textId="77777777">
        <w:trPr>
          <w:cantSplit/>
          <w:jc w:val="center"/>
        </w:trPr>
        <w:tc>
          <w:tcPr>
            <w:tcW w:w="0" w:type="auto"/>
          </w:tcPr>
          <w:p w14:paraId="3CCB084B" w14:textId="77777777" w:rsidR="000772B4" w:rsidRDefault="00746A89">
            <w:r>
              <w:t>УПК № 2 Шалым</w:t>
            </w:r>
          </w:p>
        </w:tc>
        <w:tc>
          <w:tcPr>
            <w:tcW w:w="0" w:type="auto"/>
          </w:tcPr>
          <w:p w14:paraId="5409F44B" w14:textId="77777777" w:rsidR="000772B4" w:rsidRDefault="00746A89">
            <w:pPr>
              <w:jc w:val="center"/>
            </w:pPr>
            <w:r>
              <w:t>1,0</w:t>
            </w:r>
          </w:p>
        </w:tc>
        <w:tc>
          <w:tcPr>
            <w:tcW w:w="0" w:type="auto"/>
          </w:tcPr>
          <w:p w14:paraId="1CEDD34A" w14:textId="77777777" w:rsidR="000772B4" w:rsidRDefault="00746A89">
            <w:pPr>
              <w:jc w:val="center"/>
            </w:pPr>
            <w:r>
              <w:t>1,0</w:t>
            </w:r>
          </w:p>
        </w:tc>
        <w:tc>
          <w:tcPr>
            <w:tcW w:w="0" w:type="auto"/>
          </w:tcPr>
          <w:p w14:paraId="6ACF82E4" w14:textId="77777777" w:rsidR="000772B4" w:rsidRDefault="00746A89">
            <w:pPr>
              <w:jc w:val="center"/>
            </w:pPr>
            <w:r>
              <w:t>1,0</w:t>
            </w:r>
          </w:p>
        </w:tc>
        <w:tc>
          <w:tcPr>
            <w:tcW w:w="0" w:type="auto"/>
          </w:tcPr>
          <w:p w14:paraId="35DD49D5" w14:textId="77777777" w:rsidR="000772B4" w:rsidRDefault="00746A89">
            <w:pPr>
              <w:jc w:val="center"/>
            </w:pPr>
            <w:r>
              <w:t>1,0</w:t>
            </w:r>
          </w:p>
        </w:tc>
        <w:tc>
          <w:tcPr>
            <w:tcW w:w="0" w:type="auto"/>
          </w:tcPr>
          <w:p w14:paraId="05664487" w14:textId="77777777" w:rsidR="000772B4" w:rsidRDefault="00746A89">
            <w:pPr>
              <w:jc w:val="center"/>
            </w:pPr>
            <w:r>
              <w:t>0,5</w:t>
            </w:r>
          </w:p>
        </w:tc>
        <w:tc>
          <w:tcPr>
            <w:tcW w:w="0" w:type="auto"/>
          </w:tcPr>
          <w:p w14:paraId="3F5FA1D8" w14:textId="77777777" w:rsidR="000772B4" w:rsidRDefault="00746A89">
            <w:pPr>
              <w:jc w:val="center"/>
            </w:pPr>
            <w:r>
              <w:t>0,6</w:t>
            </w:r>
          </w:p>
        </w:tc>
        <w:tc>
          <w:tcPr>
            <w:tcW w:w="0" w:type="auto"/>
          </w:tcPr>
          <w:p w14:paraId="52D0BB27" w14:textId="77777777" w:rsidR="000772B4" w:rsidRDefault="00746A89">
            <w:pPr>
              <w:jc w:val="center"/>
            </w:pPr>
            <w:r>
              <w:t>1,0</w:t>
            </w:r>
          </w:p>
        </w:tc>
      </w:tr>
      <w:tr w:rsidR="000772B4" w14:paraId="5E71977F" w14:textId="77777777">
        <w:trPr>
          <w:cantSplit/>
          <w:jc w:val="center"/>
        </w:trPr>
        <w:tc>
          <w:tcPr>
            <w:tcW w:w="0" w:type="auto"/>
          </w:tcPr>
          <w:p w14:paraId="5BF37E5F" w14:textId="77777777" w:rsidR="000772B4" w:rsidRDefault="00746A89">
            <w:r>
              <w:t>УПК № 2 ЦМК</w:t>
            </w:r>
          </w:p>
        </w:tc>
        <w:tc>
          <w:tcPr>
            <w:tcW w:w="0" w:type="auto"/>
          </w:tcPr>
          <w:p w14:paraId="2743EDF6" w14:textId="77777777" w:rsidR="000772B4" w:rsidRDefault="00746A89">
            <w:pPr>
              <w:jc w:val="center"/>
            </w:pPr>
            <w:r>
              <w:t>1,0</w:t>
            </w:r>
          </w:p>
        </w:tc>
        <w:tc>
          <w:tcPr>
            <w:tcW w:w="0" w:type="auto"/>
          </w:tcPr>
          <w:p w14:paraId="740CBBF9" w14:textId="77777777" w:rsidR="000772B4" w:rsidRDefault="00746A89">
            <w:pPr>
              <w:jc w:val="center"/>
            </w:pPr>
            <w:r>
              <w:t>1,0</w:t>
            </w:r>
          </w:p>
        </w:tc>
        <w:tc>
          <w:tcPr>
            <w:tcW w:w="0" w:type="auto"/>
          </w:tcPr>
          <w:p w14:paraId="279435D8" w14:textId="77777777" w:rsidR="000772B4" w:rsidRDefault="00746A89">
            <w:pPr>
              <w:jc w:val="center"/>
            </w:pPr>
            <w:r>
              <w:t>1,0</w:t>
            </w:r>
          </w:p>
        </w:tc>
        <w:tc>
          <w:tcPr>
            <w:tcW w:w="0" w:type="auto"/>
          </w:tcPr>
          <w:p w14:paraId="7BE27901" w14:textId="77777777" w:rsidR="000772B4" w:rsidRDefault="00746A89">
            <w:pPr>
              <w:jc w:val="center"/>
            </w:pPr>
            <w:r>
              <w:t>1,0</w:t>
            </w:r>
          </w:p>
        </w:tc>
        <w:tc>
          <w:tcPr>
            <w:tcW w:w="0" w:type="auto"/>
          </w:tcPr>
          <w:p w14:paraId="3A491DE4" w14:textId="77777777" w:rsidR="000772B4" w:rsidRDefault="00746A89">
            <w:pPr>
              <w:jc w:val="center"/>
            </w:pPr>
            <w:r>
              <w:t>0,5</w:t>
            </w:r>
          </w:p>
        </w:tc>
        <w:tc>
          <w:tcPr>
            <w:tcW w:w="0" w:type="auto"/>
          </w:tcPr>
          <w:p w14:paraId="220C777E" w14:textId="77777777" w:rsidR="000772B4" w:rsidRDefault="00746A89">
            <w:pPr>
              <w:jc w:val="center"/>
            </w:pPr>
            <w:r>
              <w:t>0,6</w:t>
            </w:r>
          </w:p>
        </w:tc>
        <w:tc>
          <w:tcPr>
            <w:tcW w:w="0" w:type="auto"/>
          </w:tcPr>
          <w:p w14:paraId="5350D113" w14:textId="77777777" w:rsidR="000772B4" w:rsidRDefault="00746A89">
            <w:pPr>
              <w:jc w:val="center"/>
            </w:pPr>
            <w:r>
              <w:t>1,0</w:t>
            </w:r>
          </w:p>
        </w:tc>
      </w:tr>
      <w:tr w:rsidR="000772B4" w14:paraId="41F0B20C" w14:textId="77777777">
        <w:trPr>
          <w:cantSplit/>
          <w:jc w:val="center"/>
        </w:trPr>
        <w:tc>
          <w:tcPr>
            <w:tcW w:w="0" w:type="auto"/>
          </w:tcPr>
          <w:p w14:paraId="46CDDBEC" w14:textId="77777777" w:rsidR="000772B4" w:rsidRDefault="00746A89">
            <w:r>
              <w:t>УПК № 9 ГРЭ</w:t>
            </w:r>
          </w:p>
        </w:tc>
        <w:tc>
          <w:tcPr>
            <w:tcW w:w="0" w:type="auto"/>
          </w:tcPr>
          <w:p w14:paraId="627ABF14" w14:textId="77777777" w:rsidR="000772B4" w:rsidRDefault="00746A89">
            <w:pPr>
              <w:jc w:val="center"/>
            </w:pPr>
            <w:r>
              <w:t>0,6</w:t>
            </w:r>
          </w:p>
        </w:tc>
        <w:tc>
          <w:tcPr>
            <w:tcW w:w="0" w:type="auto"/>
          </w:tcPr>
          <w:p w14:paraId="1A015402" w14:textId="77777777" w:rsidR="000772B4" w:rsidRDefault="00746A89">
            <w:pPr>
              <w:jc w:val="center"/>
            </w:pPr>
            <w:r>
              <w:t>1,0</w:t>
            </w:r>
          </w:p>
        </w:tc>
        <w:tc>
          <w:tcPr>
            <w:tcW w:w="0" w:type="auto"/>
          </w:tcPr>
          <w:p w14:paraId="4000A03A" w14:textId="77777777" w:rsidR="000772B4" w:rsidRDefault="00746A89">
            <w:pPr>
              <w:jc w:val="center"/>
            </w:pPr>
            <w:r>
              <w:t>1,0</w:t>
            </w:r>
          </w:p>
        </w:tc>
        <w:tc>
          <w:tcPr>
            <w:tcW w:w="0" w:type="auto"/>
          </w:tcPr>
          <w:p w14:paraId="730FA031" w14:textId="77777777" w:rsidR="000772B4" w:rsidRDefault="00746A89">
            <w:pPr>
              <w:jc w:val="center"/>
            </w:pPr>
            <w:r>
              <w:t>1,0</w:t>
            </w:r>
          </w:p>
        </w:tc>
        <w:tc>
          <w:tcPr>
            <w:tcW w:w="0" w:type="auto"/>
          </w:tcPr>
          <w:p w14:paraId="398170D0" w14:textId="77777777" w:rsidR="000772B4" w:rsidRDefault="00746A89">
            <w:pPr>
              <w:jc w:val="center"/>
            </w:pPr>
            <w:r>
              <w:t>0,5</w:t>
            </w:r>
          </w:p>
        </w:tc>
        <w:tc>
          <w:tcPr>
            <w:tcW w:w="0" w:type="auto"/>
          </w:tcPr>
          <w:p w14:paraId="35D19C87" w14:textId="77777777" w:rsidR="000772B4" w:rsidRDefault="00746A89">
            <w:pPr>
              <w:jc w:val="center"/>
            </w:pPr>
            <w:r>
              <w:t>0,6</w:t>
            </w:r>
          </w:p>
        </w:tc>
        <w:tc>
          <w:tcPr>
            <w:tcW w:w="0" w:type="auto"/>
          </w:tcPr>
          <w:p w14:paraId="456EAD07" w14:textId="77777777" w:rsidR="000772B4" w:rsidRDefault="00746A89">
            <w:pPr>
              <w:jc w:val="center"/>
            </w:pPr>
            <w:r>
              <w:t>1,0</w:t>
            </w:r>
          </w:p>
        </w:tc>
      </w:tr>
      <w:tr w:rsidR="000772B4" w14:paraId="782FCAE7" w14:textId="77777777">
        <w:trPr>
          <w:cantSplit/>
          <w:jc w:val="center"/>
        </w:trPr>
        <w:tc>
          <w:tcPr>
            <w:tcW w:w="0" w:type="auto"/>
          </w:tcPr>
          <w:p w14:paraId="49EB3B4B" w14:textId="77777777" w:rsidR="000772B4" w:rsidRDefault="00746A89">
            <w:r>
              <w:t>УПК № 5 Новый Шерегеш</w:t>
            </w:r>
          </w:p>
        </w:tc>
        <w:tc>
          <w:tcPr>
            <w:tcW w:w="0" w:type="auto"/>
          </w:tcPr>
          <w:p w14:paraId="604E8A48" w14:textId="77777777" w:rsidR="000772B4" w:rsidRDefault="00746A89">
            <w:pPr>
              <w:jc w:val="center"/>
            </w:pPr>
            <w:r>
              <w:t>1,0</w:t>
            </w:r>
          </w:p>
        </w:tc>
        <w:tc>
          <w:tcPr>
            <w:tcW w:w="0" w:type="auto"/>
          </w:tcPr>
          <w:p w14:paraId="401BC46C" w14:textId="77777777" w:rsidR="000772B4" w:rsidRDefault="00746A89">
            <w:pPr>
              <w:jc w:val="center"/>
            </w:pPr>
            <w:r>
              <w:t>1,0</w:t>
            </w:r>
          </w:p>
        </w:tc>
        <w:tc>
          <w:tcPr>
            <w:tcW w:w="0" w:type="auto"/>
          </w:tcPr>
          <w:p w14:paraId="044B3C07" w14:textId="77777777" w:rsidR="000772B4" w:rsidRDefault="00746A89">
            <w:pPr>
              <w:jc w:val="center"/>
            </w:pPr>
            <w:r>
              <w:t>н/д</w:t>
            </w:r>
          </w:p>
        </w:tc>
        <w:tc>
          <w:tcPr>
            <w:tcW w:w="0" w:type="auto"/>
          </w:tcPr>
          <w:p w14:paraId="554A9562" w14:textId="77777777" w:rsidR="000772B4" w:rsidRDefault="00746A89">
            <w:pPr>
              <w:jc w:val="center"/>
            </w:pPr>
            <w:r>
              <w:t>1,0</w:t>
            </w:r>
          </w:p>
        </w:tc>
        <w:tc>
          <w:tcPr>
            <w:tcW w:w="0" w:type="auto"/>
          </w:tcPr>
          <w:p w14:paraId="2951BD53" w14:textId="77777777" w:rsidR="000772B4" w:rsidRDefault="00746A89">
            <w:pPr>
              <w:jc w:val="center"/>
            </w:pPr>
            <w:r>
              <w:t>0,5</w:t>
            </w:r>
          </w:p>
        </w:tc>
        <w:tc>
          <w:tcPr>
            <w:tcW w:w="0" w:type="auto"/>
          </w:tcPr>
          <w:p w14:paraId="3FD8E222" w14:textId="77777777" w:rsidR="000772B4" w:rsidRDefault="00746A89">
            <w:pPr>
              <w:jc w:val="center"/>
            </w:pPr>
            <w:r>
              <w:t>0,6</w:t>
            </w:r>
          </w:p>
        </w:tc>
        <w:tc>
          <w:tcPr>
            <w:tcW w:w="0" w:type="auto"/>
          </w:tcPr>
          <w:p w14:paraId="7E68090A" w14:textId="77777777" w:rsidR="000772B4" w:rsidRDefault="00746A89">
            <w:pPr>
              <w:jc w:val="center"/>
            </w:pPr>
            <w:r>
              <w:t>1,0</w:t>
            </w:r>
          </w:p>
        </w:tc>
      </w:tr>
      <w:tr w:rsidR="000772B4" w14:paraId="19A3A058" w14:textId="77777777">
        <w:trPr>
          <w:cantSplit/>
          <w:jc w:val="center"/>
        </w:trPr>
        <w:tc>
          <w:tcPr>
            <w:tcW w:w="0" w:type="auto"/>
          </w:tcPr>
          <w:p w14:paraId="5C87ECF0" w14:textId="77777777" w:rsidR="000772B4" w:rsidRDefault="00746A89">
            <w:r>
              <w:t>УПК № 6 Старый Шерегеш</w:t>
            </w:r>
          </w:p>
        </w:tc>
        <w:tc>
          <w:tcPr>
            <w:tcW w:w="0" w:type="auto"/>
          </w:tcPr>
          <w:p w14:paraId="6599981D" w14:textId="77777777" w:rsidR="000772B4" w:rsidRDefault="00746A89">
            <w:pPr>
              <w:jc w:val="center"/>
            </w:pPr>
            <w:r>
              <w:t>1,0</w:t>
            </w:r>
          </w:p>
        </w:tc>
        <w:tc>
          <w:tcPr>
            <w:tcW w:w="0" w:type="auto"/>
          </w:tcPr>
          <w:p w14:paraId="506D8413" w14:textId="77777777" w:rsidR="000772B4" w:rsidRDefault="00746A89">
            <w:pPr>
              <w:jc w:val="center"/>
            </w:pPr>
            <w:r>
              <w:t>1,0</w:t>
            </w:r>
          </w:p>
        </w:tc>
        <w:tc>
          <w:tcPr>
            <w:tcW w:w="0" w:type="auto"/>
          </w:tcPr>
          <w:p w14:paraId="1470AA31" w14:textId="77777777" w:rsidR="000772B4" w:rsidRDefault="00746A89">
            <w:pPr>
              <w:jc w:val="center"/>
            </w:pPr>
            <w:r>
              <w:t>н/д</w:t>
            </w:r>
          </w:p>
        </w:tc>
        <w:tc>
          <w:tcPr>
            <w:tcW w:w="0" w:type="auto"/>
          </w:tcPr>
          <w:p w14:paraId="413DD2BF" w14:textId="77777777" w:rsidR="000772B4" w:rsidRDefault="00746A89">
            <w:pPr>
              <w:jc w:val="center"/>
            </w:pPr>
            <w:r>
              <w:t>1,0</w:t>
            </w:r>
          </w:p>
        </w:tc>
        <w:tc>
          <w:tcPr>
            <w:tcW w:w="0" w:type="auto"/>
          </w:tcPr>
          <w:p w14:paraId="7BCAC505" w14:textId="77777777" w:rsidR="000772B4" w:rsidRDefault="00746A89">
            <w:pPr>
              <w:jc w:val="center"/>
            </w:pPr>
            <w:r>
              <w:t>0,5</w:t>
            </w:r>
          </w:p>
        </w:tc>
        <w:tc>
          <w:tcPr>
            <w:tcW w:w="0" w:type="auto"/>
          </w:tcPr>
          <w:p w14:paraId="2CF556A4" w14:textId="77777777" w:rsidR="000772B4" w:rsidRDefault="00746A89">
            <w:pPr>
              <w:jc w:val="center"/>
            </w:pPr>
            <w:r>
              <w:t>0,6</w:t>
            </w:r>
          </w:p>
        </w:tc>
        <w:tc>
          <w:tcPr>
            <w:tcW w:w="0" w:type="auto"/>
          </w:tcPr>
          <w:p w14:paraId="5B0994F0" w14:textId="77777777" w:rsidR="000772B4" w:rsidRDefault="00746A89">
            <w:pPr>
              <w:jc w:val="center"/>
            </w:pPr>
            <w:r>
              <w:t>1,0</w:t>
            </w:r>
          </w:p>
        </w:tc>
      </w:tr>
      <w:tr w:rsidR="000772B4" w14:paraId="376618FE" w14:textId="77777777">
        <w:trPr>
          <w:cantSplit/>
          <w:jc w:val="center"/>
        </w:trPr>
        <w:tc>
          <w:tcPr>
            <w:tcW w:w="0" w:type="auto"/>
          </w:tcPr>
          <w:p w14:paraId="354B0BB0" w14:textId="77777777" w:rsidR="000772B4" w:rsidRDefault="00746A89">
            <w:r>
              <w:t>УПК № 7 Каз</w:t>
            </w:r>
          </w:p>
        </w:tc>
        <w:tc>
          <w:tcPr>
            <w:tcW w:w="0" w:type="auto"/>
          </w:tcPr>
          <w:p w14:paraId="1B0C2FDD" w14:textId="77777777" w:rsidR="000772B4" w:rsidRDefault="00746A89">
            <w:pPr>
              <w:jc w:val="center"/>
            </w:pPr>
            <w:r>
              <w:t>1,0</w:t>
            </w:r>
          </w:p>
        </w:tc>
        <w:tc>
          <w:tcPr>
            <w:tcW w:w="0" w:type="auto"/>
          </w:tcPr>
          <w:p w14:paraId="3D94EB5B" w14:textId="77777777" w:rsidR="000772B4" w:rsidRDefault="00746A89">
            <w:pPr>
              <w:jc w:val="center"/>
            </w:pPr>
            <w:r>
              <w:t>1,0</w:t>
            </w:r>
          </w:p>
        </w:tc>
        <w:tc>
          <w:tcPr>
            <w:tcW w:w="0" w:type="auto"/>
          </w:tcPr>
          <w:p w14:paraId="1515D322" w14:textId="77777777" w:rsidR="000772B4" w:rsidRDefault="00746A89">
            <w:pPr>
              <w:jc w:val="center"/>
            </w:pPr>
            <w:r>
              <w:t>1,0</w:t>
            </w:r>
          </w:p>
        </w:tc>
        <w:tc>
          <w:tcPr>
            <w:tcW w:w="0" w:type="auto"/>
          </w:tcPr>
          <w:p w14:paraId="0151875D" w14:textId="77777777" w:rsidR="000772B4" w:rsidRDefault="00746A89">
            <w:pPr>
              <w:jc w:val="center"/>
            </w:pPr>
            <w:r>
              <w:t>1,0</w:t>
            </w:r>
          </w:p>
        </w:tc>
        <w:tc>
          <w:tcPr>
            <w:tcW w:w="0" w:type="auto"/>
          </w:tcPr>
          <w:p w14:paraId="2FC29D41" w14:textId="77777777" w:rsidR="000772B4" w:rsidRDefault="00746A89">
            <w:pPr>
              <w:jc w:val="center"/>
            </w:pPr>
            <w:r>
              <w:t>0,5</w:t>
            </w:r>
          </w:p>
        </w:tc>
        <w:tc>
          <w:tcPr>
            <w:tcW w:w="0" w:type="auto"/>
          </w:tcPr>
          <w:p w14:paraId="58178F5E" w14:textId="77777777" w:rsidR="000772B4" w:rsidRDefault="00746A89">
            <w:pPr>
              <w:jc w:val="center"/>
            </w:pPr>
            <w:r>
              <w:t>0,6</w:t>
            </w:r>
          </w:p>
        </w:tc>
        <w:tc>
          <w:tcPr>
            <w:tcW w:w="0" w:type="auto"/>
          </w:tcPr>
          <w:p w14:paraId="1AE3FCCE" w14:textId="77777777" w:rsidR="000772B4" w:rsidRDefault="00746A89">
            <w:pPr>
              <w:jc w:val="center"/>
            </w:pPr>
            <w:r>
              <w:t>1,0</w:t>
            </w:r>
          </w:p>
        </w:tc>
      </w:tr>
      <w:tr w:rsidR="000772B4" w14:paraId="2101BFC5" w14:textId="77777777">
        <w:trPr>
          <w:cantSplit/>
          <w:jc w:val="center"/>
        </w:trPr>
        <w:tc>
          <w:tcPr>
            <w:tcW w:w="0" w:type="auto"/>
          </w:tcPr>
          <w:p w14:paraId="62D99DEA" w14:textId="77777777" w:rsidR="000772B4" w:rsidRDefault="00746A89">
            <w:r>
              <w:t>УПК № 8 Мундыбаш</w:t>
            </w:r>
          </w:p>
        </w:tc>
        <w:tc>
          <w:tcPr>
            <w:tcW w:w="0" w:type="auto"/>
          </w:tcPr>
          <w:p w14:paraId="518C0B73" w14:textId="77777777" w:rsidR="000772B4" w:rsidRDefault="00746A89">
            <w:pPr>
              <w:jc w:val="center"/>
            </w:pPr>
            <w:r>
              <w:t>1,0</w:t>
            </w:r>
          </w:p>
        </w:tc>
        <w:tc>
          <w:tcPr>
            <w:tcW w:w="0" w:type="auto"/>
          </w:tcPr>
          <w:p w14:paraId="04A014C5" w14:textId="77777777" w:rsidR="000772B4" w:rsidRDefault="00746A89">
            <w:pPr>
              <w:jc w:val="center"/>
            </w:pPr>
            <w:r>
              <w:t>1,0</w:t>
            </w:r>
          </w:p>
        </w:tc>
        <w:tc>
          <w:tcPr>
            <w:tcW w:w="0" w:type="auto"/>
          </w:tcPr>
          <w:p w14:paraId="0C4982D1" w14:textId="77777777" w:rsidR="000772B4" w:rsidRDefault="00746A89">
            <w:pPr>
              <w:jc w:val="center"/>
            </w:pPr>
            <w:r>
              <w:t>1,0</w:t>
            </w:r>
          </w:p>
        </w:tc>
        <w:tc>
          <w:tcPr>
            <w:tcW w:w="0" w:type="auto"/>
          </w:tcPr>
          <w:p w14:paraId="7B2C36B5" w14:textId="77777777" w:rsidR="000772B4" w:rsidRDefault="00746A89">
            <w:pPr>
              <w:jc w:val="center"/>
            </w:pPr>
            <w:r>
              <w:t>1,0</w:t>
            </w:r>
          </w:p>
        </w:tc>
        <w:tc>
          <w:tcPr>
            <w:tcW w:w="0" w:type="auto"/>
          </w:tcPr>
          <w:p w14:paraId="6A3BB317" w14:textId="77777777" w:rsidR="000772B4" w:rsidRDefault="00746A89">
            <w:pPr>
              <w:jc w:val="center"/>
            </w:pPr>
            <w:r>
              <w:t>0,5</w:t>
            </w:r>
          </w:p>
        </w:tc>
        <w:tc>
          <w:tcPr>
            <w:tcW w:w="0" w:type="auto"/>
          </w:tcPr>
          <w:p w14:paraId="0F526495" w14:textId="77777777" w:rsidR="000772B4" w:rsidRDefault="00746A89">
            <w:pPr>
              <w:jc w:val="center"/>
            </w:pPr>
            <w:r>
              <w:t>0,6</w:t>
            </w:r>
          </w:p>
        </w:tc>
        <w:tc>
          <w:tcPr>
            <w:tcW w:w="0" w:type="auto"/>
          </w:tcPr>
          <w:p w14:paraId="66E958D5" w14:textId="77777777" w:rsidR="000772B4" w:rsidRDefault="00746A89">
            <w:pPr>
              <w:jc w:val="center"/>
            </w:pPr>
            <w:r>
              <w:t>1,0</w:t>
            </w:r>
          </w:p>
        </w:tc>
      </w:tr>
      <w:tr w:rsidR="000772B4" w14:paraId="2BB6A6FF" w14:textId="77777777">
        <w:trPr>
          <w:cantSplit/>
          <w:jc w:val="center"/>
        </w:trPr>
        <w:tc>
          <w:tcPr>
            <w:tcW w:w="0" w:type="auto"/>
          </w:tcPr>
          <w:p w14:paraId="5B269A9E" w14:textId="77777777" w:rsidR="000772B4" w:rsidRDefault="00746A89">
            <w:r>
              <w:t>УПК № 10 Темир-Тау</w:t>
            </w:r>
          </w:p>
        </w:tc>
        <w:tc>
          <w:tcPr>
            <w:tcW w:w="0" w:type="auto"/>
          </w:tcPr>
          <w:p w14:paraId="7306861F" w14:textId="77777777" w:rsidR="000772B4" w:rsidRDefault="00746A89">
            <w:pPr>
              <w:jc w:val="center"/>
            </w:pPr>
            <w:r>
              <w:t>1,0</w:t>
            </w:r>
          </w:p>
        </w:tc>
        <w:tc>
          <w:tcPr>
            <w:tcW w:w="0" w:type="auto"/>
          </w:tcPr>
          <w:p w14:paraId="5C545496" w14:textId="77777777" w:rsidR="000772B4" w:rsidRDefault="00746A89">
            <w:pPr>
              <w:jc w:val="center"/>
            </w:pPr>
            <w:r>
              <w:t>1,0</w:t>
            </w:r>
          </w:p>
        </w:tc>
        <w:tc>
          <w:tcPr>
            <w:tcW w:w="0" w:type="auto"/>
          </w:tcPr>
          <w:p w14:paraId="2A3DEC1D" w14:textId="77777777" w:rsidR="000772B4" w:rsidRDefault="00746A89">
            <w:pPr>
              <w:jc w:val="center"/>
            </w:pPr>
            <w:r>
              <w:t>1,0</w:t>
            </w:r>
          </w:p>
        </w:tc>
        <w:tc>
          <w:tcPr>
            <w:tcW w:w="0" w:type="auto"/>
          </w:tcPr>
          <w:p w14:paraId="2497E469" w14:textId="77777777" w:rsidR="000772B4" w:rsidRDefault="00746A89">
            <w:pPr>
              <w:jc w:val="center"/>
            </w:pPr>
            <w:r>
              <w:t>1,0</w:t>
            </w:r>
          </w:p>
        </w:tc>
        <w:tc>
          <w:tcPr>
            <w:tcW w:w="0" w:type="auto"/>
          </w:tcPr>
          <w:p w14:paraId="72225BBF" w14:textId="77777777" w:rsidR="000772B4" w:rsidRDefault="00746A89">
            <w:pPr>
              <w:jc w:val="center"/>
            </w:pPr>
            <w:r>
              <w:t>0,5</w:t>
            </w:r>
          </w:p>
        </w:tc>
        <w:tc>
          <w:tcPr>
            <w:tcW w:w="0" w:type="auto"/>
          </w:tcPr>
          <w:p w14:paraId="2B2692CB" w14:textId="77777777" w:rsidR="000772B4" w:rsidRDefault="00746A89">
            <w:pPr>
              <w:jc w:val="center"/>
            </w:pPr>
            <w:r>
              <w:t>0,6</w:t>
            </w:r>
          </w:p>
        </w:tc>
        <w:tc>
          <w:tcPr>
            <w:tcW w:w="0" w:type="auto"/>
          </w:tcPr>
          <w:p w14:paraId="01DA3883" w14:textId="77777777" w:rsidR="000772B4" w:rsidRDefault="00746A89">
            <w:pPr>
              <w:jc w:val="center"/>
            </w:pPr>
            <w:r>
              <w:t>1,0</w:t>
            </w:r>
          </w:p>
        </w:tc>
      </w:tr>
      <w:tr w:rsidR="000772B4" w14:paraId="1C1504C1" w14:textId="77777777">
        <w:trPr>
          <w:cantSplit/>
          <w:jc w:val="center"/>
        </w:trPr>
        <w:tc>
          <w:tcPr>
            <w:tcW w:w="0" w:type="auto"/>
          </w:tcPr>
          <w:p w14:paraId="19316154" w14:textId="77777777" w:rsidR="000772B4" w:rsidRDefault="00746A89">
            <w:r>
              <w:t>УПК № 3 Спасск</w:t>
            </w:r>
          </w:p>
        </w:tc>
        <w:tc>
          <w:tcPr>
            <w:tcW w:w="0" w:type="auto"/>
          </w:tcPr>
          <w:p w14:paraId="166F9215" w14:textId="77777777" w:rsidR="000772B4" w:rsidRDefault="00746A89">
            <w:pPr>
              <w:jc w:val="center"/>
            </w:pPr>
            <w:r>
              <w:t>1,0</w:t>
            </w:r>
          </w:p>
        </w:tc>
        <w:tc>
          <w:tcPr>
            <w:tcW w:w="0" w:type="auto"/>
          </w:tcPr>
          <w:p w14:paraId="5143FCCE" w14:textId="77777777" w:rsidR="000772B4" w:rsidRDefault="00746A89">
            <w:pPr>
              <w:jc w:val="center"/>
            </w:pPr>
            <w:r>
              <w:t>1,0</w:t>
            </w:r>
          </w:p>
        </w:tc>
        <w:tc>
          <w:tcPr>
            <w:tcW w:w="0" w:type="auto"/>
          </w:tcPr>
          <w:p w14:paraId="3846481F" w14:textId="77777777" w:rsidR="000772B4" w:rsidRDefault="00746A89">
            <w:pPr>
              <w:jc w:val="center"/>
            </w:pPr>
            <w:r>
              <w:t>1,0</w:t>
            </w:r>
          </w:p>
        </w:tc>
        <w:tc>
          <w:tcPr>
            <w:tcW w:w="0" w:type="auto"/>
          </w:tcPr>
          <w:p w14:paraId="7B49AC91" w14:textId="77777777" w:rsidR="000772B4" w:rsidRDefault="00746A89">
            <w:pPr>
              <w:jc w:val="center"/>
            </w:pPr>
            <w:r>
              <w:t>1,0</w:t>
            </w:r>
          </w:p>
        </w:tc>
        <w:tc>
          <w:tcPr>
            <w:tcW w:w="0" w:type="auto"/>
          </w:tcPr>
          <w:p w14:paraId="546E38AD" w14:textId="77777777" w:rsidR="000772B4" w:rsidRDefault="00746A89">
            <w:pPr>
              <w:jc w:val="center"/>
            </w:pPr>
            <w:r>
              <w:t>0,5</w:t>
            </w:r>
          </w:p>
        </w:tc>
        <w:tc>
          <w:tcPr>
            <w:tcW w:w="0" w:type="auto"/>
          </w:tcPr>
          <w:p w14:paraId="23812462" w14:textId="77777777" w:rsidR="000772B4" w:rsidRDefault="00746A89">
            <w:pPr>
              <w:jc w:val="center"/>
            </w:pPr>
            <w:r>
              <w:t>0,6</w:t>
            </w:r>
          </w:p>
        </w:tc>
        <w:tc>
          <w:tcPr>
            <w:tcW w:w="0" w:type="auto"/>
          </w:tcPr>
          <w:p w14:paraId="2C5D8DC8" w14:textId="77777777" w:rsidR="000772B4" w:rsidRDefault="00746A89">
            <w:pPr>
              <w:jc w:val="center"/>
            </w:pPr>
            <w:r>
              <w:t>1,0</w:t>
            </w:r>
          </w:p>
        </w:tc>
      </w:tr>
    </w:tbl>
    <w:p w14:paraId="6D642472" w14:textId="77777777" w:rsidR="00B808F9" w:rsidRDefault="00B808F9">
      <w:pPr>
        <w:sectPr w:rsidR="00B808F9" w:rsidSect="00034616">
          <w:footerReference w:type="default" r:id="rId100"/>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5D71C6E" w14:textId="77777777" w:rsidR="000772B4" w:rsidRDefault="000772B4">
      <w:pPr>
        <w:spacing w:after="40"/>
      </w:pPr>
    </w:p>
    <w:p w14:paraId="186A7AE9" w14:textId="77777777" w:rsidR="000772B4" w:rsidRPr="00794D67" w:rsidRDefault="00746A89">
      <w:pPr>
        <w:spacing w:after="80"/>
        <w:jc w:val="both"/>
        <w:rPr>
          <w:lang w:val="ru-RU"/>
        </w:rPr>
      </w:pPr>
      <w:r w:rsidRPr="00794D67">
        <w:rPr>
          <w:lang w:val="ru-RU"/>
        </w:rPr>
        <w:t>Кэ — надёжность электроснабжения: 1,0 при наличии резервного электропитания, 0,6 при отсутствии. Кв — надёжность водоснабжения по той же шкале. Кт — надёжность топливоснабжения. Кб — соответствие мощности и пропускной способности фактическим нагрузкам, рассчитывается по подключённой договорной нагрузке. Кр — уровень резервирования, отношение резервируемой фактической тепловой нагрузки к фактической нагрузке, подлежащей резервированию. Кс — доля ветхих сетей, подлежащих замене; значение 0,6 соответствует интервалу 20–30 %.</w:t>
      </w:r>
    </w:p>
    <w:p w14:paraId="47F9F30B" w14:textId="77777777" w:rsidR="000772B4" w:rsidRPr="00794D67" w:rsidRDefault="00746A89">
      <w:pPr>
        <w:spacing w:after="80"/>
        <w:jc w:val="both"/>
        <w:rPr>
          <w:lang w:val="ru-RU"/>
        </w:rPr>
      </w:pPr>
      <w:r w:rsidRPr="00794D67">
        <w:rPr>
          <w:lang w:val="ru-RU"/>
        </w:rPr>
        <w:t>Показатели готовности к аварийно-восстановительным работам по восьми источникам, где они раскрыты: Кп = 0,8; Км = 1,0; Ктр = 1,0; Кист = 1,0; Кгот = 0,95, категория «удовлетворительная готовность». Расчёт воспроизведён: 0,25 · 0,8 + 0,35 · 1,0 + 0,3 · 1,0 + 0,1 · 1,0 = 0,95.</w:t>
      </w:r>
    </w:p>
    <w:p w14:paraId="5AEDC1E3" w14:textId="77777777" w:rsidR="000772B4" w:rsidRPr="00794D67" w:rsidRDefault="00746A89">
      <w:pPr>
        <w:spacing w:after="80"/>
        <w:jc w:val="both"/>
        <w:rPr>
          <w:lang w:val="ru-RU"/>
        </w:rPr>
      </w:pPr>
      <w:r w:rsidRPr="00794D67">
        <w:rPr>
          <w:lang w:val="ru-RU"/>
        </w:rPr>
        <w:t>Показатель Кист характеризует укомплектованность передвижными автономными источниками электропитания для ведения аварийно-восстановительных работ и стационарный резервный источник питания котельной не заменяет.</w:t>
      </w:r>
    </w:p>
    <w:p w14:paraId="6E3419F2" w14:textId="77777777" w:rsidR="000772B4" w:rsidRPr="00794D67" w:rsidRDefault="00746A89">
      <w:pPr>
        <w:spacing w:after="80"/>
        <w:rPr>
          <w:lang w:val="ru-RU"/>
        </w:rPr>
      </w:pPr>
      <w:r w:rsidRPr="00794D67">
        <w:rPr>
          <w:i/>
          <w:color w:val="993300"/>
          <w:lang w:val="ru-RU"/>
        </w:rPr>
        <w:t>Подлежит уточнению по данным эксплуатирующей организации: значения Кт, Кнед, Кп, Км, Ктр, Кист и Кгот по УПК № 5 и УПК № 6 — в документе по Шерегешу отсутствуют.</w:t>
      </w:r>
    </w:p>
    <w:p w14:paraId="5FD45C1D" w14:textId="77777777" w:rsidR="000772B4" w:rsidRPr="00344E69" w:rsidRDefault="00746A89">
      <w:pPr>
        <w:pStyle w:val="21"/>
        <w:rPr>
          <w:lang w:val="ru-RU"/>
        </w:rPr>
      </w:pPr>
      <w:bookmarkStart w:id="79" w:name="_Toc238015670"/>
      <w:r w:rsidRPr="00344E69">
        <w:rPr>
          <w:lang w:val="ru-RU"/>
        </w:rPr>
        <w:t>11.5. Методические особенности исходных документов</w:t>
      </w:r>
      <w:bookmarkEnd w:id="79"/>
    </w:p>
    <w:p w14:paraId="70DEA078" w14:textId="77777777" w:rsidR="000772B4" w:rsidRPr="00794D67" w:rsidRDefault="00746A89">
      <w:pPr>
        <w:spacing w:after="80"/>
        <w:jc w:val="both"/>
        <w:rPr>
          <w:lang w:val="ru-RU"/>
        </w:rPr>
      </w:pPr>
      <w:r w:rsidRPr="00794D67">
        <w:rPr>
          <w:lang w:val="ru-RU"/>
        </w:rPr>
        <w:t>При воспроизведении расчётов выявлены несоответствия между приведёнными в исходных документах значениями и применёнными в тех же документах шкалами. Они изложены нейтрально и учтены при формировании выводов настоящей главы.</w:t>
      </w:r>
    </w:p>
    <w:p w14:paraId="27BF16ED" w14:textId="77777777" w:rsidR="000772B4" w:rsidRDefault="00746A89">
      <w:pPr>
        <w:keepNext/>
        <w:spacing w:before="160"/>
      </w:pPr>
      <w:r>
        <w:rPr>
          <w:b/>
        </w:rPr>
        <w:t>Таблица 11.5 — Выявленные несоответствия</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088"/>
        <w:gridCol w:w="4432"/>
        <w:gridCol w:w="2825"/>
      </w:tblGrid>
      <w:tr w:rsidR="000772B4" w14:paraId="4ECB05AA" w14:textId="77777777">
        <w:trPr>
          <w:cantSplit/>
          <w:tblHeader/>
          <w:jc w:val="center"/>
        </w:trPr>
        <w:tc>
          <w:tcPr>
            <w:tcW w:w="0" w:type="auto"/>
            <w:shd w:val="clear" w:color="auto" w:fill="E2F0D9"/>
          </w:tcPr>
          <w:p w14:paraId="68DF5B56" w14:textId="77777777" w:rsidR="000772B4" w:rsidRDefault="00746A89">
            <w:pPr>
              <w:jc w:val="center"/>
            </w:pPr>
            <w:r>
              <w:rPr>
                <w:b/>
              </w:rPr>
              <w:t>Предмет</w:t>
            </w:r>
          </w:p>
        </w:tc>
        <w:tc>
          <w:tcPr>
            <w:tcW w:w="0" w:type="auto"/>
            <w:shd w:val="clear" w:color="auto" w:fill="E2F0D9"/>
          </w:tcPr>
          <w:p w14:paraId="5BBFD8E5" w14:textId="77777777" w:rsidR="000772B4" w:rsidRDefault="00746A89">
            <w:pPr>
              <w:jc w:val="center"/>
            </w:pPr>
            <w:r>
              <w:rPr>
                <w:b/>
              </w:rPr>
              <w:t>Содержание несоответствия</w:t>
            </w:r>
          </w:p>
        </w:tc>
        <w:tc>
          <w:tcPr>
            <w:tcW w:w="0" w:type="auto"/>
            <w:shd w:val="clear" w:color="auto" w:fill="E2F0D9"/>
          </w:tcPr>
          <w:p w14:paraId="69F09D2F" w14:textId="77777777" w:rsidR="000772B4" w:rsidRDefault="00746A89">
            <w:pPr>
              <w:jc w:val="center"/>
            </w:pPr>
            <w:r>
              <w:rPr>
                <w:b/>
              </w:rPr>
              <w:t>Учёт в настоящей главе</w:t>
            </w:r>
          </w:p>
        </w:tc>
      </w:tr>
      <w:tr w:rsidR="000772B4" w:rsidRPr="00C07C05" w14:paraId="712460B5" w14:textId="77777777">
        <w:trPr>
          <w:cantSplit/>
          <w:jc w:val="center"/>
        </w:trPr>
        <w:tc>
          <w:tcPr>
            <w:tcW w:w="0" w:type="auto"/>
          </w:tcPr>
          <w:p w14:paraId="5DA532AF" w14:textId="77777777" w:rsidR="000772B4" w:rsidRDefault="00746A89">
            <w:r>
              <w:t>Классификация УПК № 9 «ГРЭ»</w:t>
            </w:r>
          </w:p>
        </w:tc>
        <w:tc>
          <w:tcPr>
            <w:tcW w:w="0" w:type="auto"/>
          </w:tcPr>
          <w:p w14:paraId="25963AF1" w14:textId="77777777" w:rsidR="000772B4" w:rsidRPr="00794D67" w:rsidRDefault="00746A89">
            <w:pPr>
              <w:jc w:val="center"/>
              <w:rPr>
                <w:lang w:val="ru-RU"/>
              </w:rPr>
            </w:pPr>
            <w:r w:rsidRPr="00794D67">
              <w:rPr>
                <w:lang w:val="ru-RU"/>
              </w:rPr>
              <w:t>источнику присвоена категория «высоконадёжные», тогда как эта категория по приведённому в документе критерию требует Кэ = 1, а фактическое значение равно 0,6; при Кэ = 0,6 и высоком показателе отказности ни одна из четырёх категорий шкалы не выполняется</w:t>
            </w:r>
          </w:p>
        </w:tc>
        <w:tc>
          <w:tcPr>
            <w:tcW w:w="0" w:type="auto"/>
          </w:tcPr>
          <w:p w14:paraId="0F600173" w14:textId="77777777" w:rsidR="000772B4" w:rsidRPr="00794D67" w:rsidRDefault="00746A89">
            <w:pPr>
              <w:jc w:val="center"/>
              <w:rPr>
                <w:lang w:val="ru-RU"/>
              </w:rPr>
            </w:pPr>
            <w:r w:rsidRPr="00794D67">
              <w:rPr>
                <w:lang w:val="ru-RU"/>
              </w:rPr>
              <w:t>категория «высоконадёжные» не воспроизводится; классификация источника не устанавливается</w:t>
            </w:r>
          </w:p>
        </w:tc>
      </w:tr>
      <w:tr w:rsidR="000772B4" w:rsidRPr="00C07C05" w14:paraId="5A10CC64" w14:textId="77777777">
        <w:trPr>
          <w:cantSplit/>
          <w:jc w:val="center"/>
        </w:trPr>
        <w:tc>
          <w:tcPr>
            <w:tcW w:w="0" w:type="auto"/>
          </w:tcPr>
          <w:p w14:paraId="1B9EE7FB" w14:textId="77777777" w:rsidR="000772B4" w:rsidRPr="00794D67" w:rsidRDefault="00746A89">
            <w:pPr>
              <w:rPr>
                <w:lang w:val="ru-RU"/>
              </w:rPr>
            </w:pPr>
            <w:r w:rsidRPr="00794D67">
              <w:rPr>
                <w:lang w:val="ru-RU"/>
              </w:rPr>
              <w:t>Формула показателя интенсивности отказов источника</w:t>
            </w:r>
          </w:p>
        </w:tc>
        <w:tc>
          <w:tcPr>
            <w:tcW w:w="0" w:type="auto"/>
          </w:tcPr>
          <w:p w14:paraId="3A365523" w14:textId="77777777" w:rsidR="000772B4" w:rsidRPr="00794D67" w:rsidRDefault="00746A89">
            <w:pPr>
              <w:jc w:val="center"/>
              <w:rPr>
                <w:lang w:val="ru-RU"/>
              </w:rPr>
            </w:pPr>
            <w:r w:rsidRPr="00794D67">
              <w:rPr>
                <w:lang w:val="ru-RU"/>
              </w:rPr>
              <w:t>выражение (Кэ + Кв + Кт) / 3 по построению даёт результат в диапазоне 0,6…1,0, который по собственной шкале документа соответствует наихудшей оценке даже при полном резервировании; в документах значение проставлено по признаку отсутствия отказов</w:t>
            </w:r>
          </w:p>
        </w:tc>
        <w:tc>
          <w:tcPr>
            <w:tcW w:w="0" w:type="auto"/>
          </w:tcPr>
          <w:p w14:paraId="516CE818" w14:textId="77777777" w:rsidR="000772B4" w:rsidRPr="00794D67" w:rsidRDefault="00746A89">
            <w:pPr>
              <w:jc w:val="center"/>
              <w:rPr>
                <w:lang w:val="ru-RU"/>
              </w:rPr>
            </w:pPr>
            <w:r w:rsidRPr="00794D67">
              <w:rPr>
                <w:lang w:val="ru-RU"/>
              </w:rPr>
              <w:t>показатель приводится с указанием способа его получения</w:t>
            </w:r>
          </w:p>
        </w:tc>
      </w:tr>
      <w:tr w:rsidR="000772B4" w:rsidRPr="00C07C05" w14:paraId="0DF46045" w14:textId="77777777">
        <w:trPr>
          <w:cantSplit/>
          <w:jc w:val="center"/>
        </w:trPr>
        <w:tc>
          <w:tcPr>
            <w:tcW w:w="0" w:type="auto"/>
          </w:tcPr>
          <w:p w14:paraId="517DF2D7" w14:textId="77777777" w:rsidR="000772B4" w:rsidRDefault="00746A89">
            <w:r>
              <w:t>Показатель Ки</w:t>
            </w:r>
          </w:p>
        </w:tc>
        <w:tc>
          <w:tcPr>
            <w:tcW w:w="0" w:type="auto"/>
          </w:tcPr>
          <w:p w14:paraId="67DA0C20" w14:textId="77777777" w:rsidR="000772B4" w:rsidRPr="00794D67" w:rsidRDefault="00746A89">
            <w:pPr>
              <w:jc w:val="center"/>
              <w:rPr>
                <w:lang w:val="ru-RU"/>
              </w:rPr>
            </w:pPr>
            <w:r w:rsidRPr="00794D67">
              <w:rPr>
                <w:lang w:val="ru-RU"/>
              </w:rPr>
              <w:t>используется в критерии классификации источников, но в документах не определён</w:t>
            </w:r>
          </w:p>
        </w:tc>
        <w:tc>
          <w:tcPr>
            <w:tcW w:w="0" w:type="auto"/>
          </w:tcPr>
          <w:p w14:paraId="331028A7" w14:textId="77777777" w:rsidR="000772B4" w:rsidRPr="00794D67" w:rsidRDefault="00746A89">
            <w:pPr>
              <w:jc w:val="center"/>
              <w:rPr>
                <w:lang w:val="ru-RU"/>
              </w:rPr>
            </w:pPr>
            <w:r w:rsidRPr="00794D67">
              <w:rPr>
                <w:lang w:val="ru-RU"/>
              </w:rPr>
              <w:t>отождествление с показателем интенсивности отказов источника принято как допущение</w:t>
            </w:r>
          </w:p>
        </w:tc>
      </w:tr>
      <w:tr w:rsidR="000772B4" w:rsidRPr="00C07C05" w14:paraId="0310441E" w14:textId="77777777">
        <w:trPr>
          <w:cantSplit/>
          <w:jc w:val="center"/>
        </w:trPr>
        <w:tc>
          <w:tcPr>
            <w:tcW w:w="0" w:type="auto"/>
          </w:tcPr>
          <w:p w14:paraId="731DE31F" w14:textId="77777777" w:rsidR="000772B4" w:rsidRDefault="00746A89">
            <w:r>
              <w:t>Уровень резервирования Кр</w:t>
            </w:r>
          </w:p>
        </w:tc>
        <w:tc>
          <w:tcPr>
            <w:tcW w:w="0" w:type="auto"/>
          </w:tcPr>
          <w:p w14:paraId="5C9F14F8" w14:textId="77777777" w:rsidR="000772B4" w:rsidRPr="00312815" w:rsidRDefault="00746A89">
            <w:pPr>
              <w:jc w:val="center"/>
              <w:rPr>
                <w:lang w:val="ru-RU"/>
              </w:rPr>
            </w:pPr>
            <w:r w:rsidRPr="00312815">
              <w:rPr>
                <w:lang w:val="ru-RU"/>
              </w:rPr>
              <w:t>значение 0,5 соответствует резервированию 50–70 % нагрузки, что не согласуется с описанием лучевой топологии без резервирующих перемычек в схемах редакции 2021 года; расчёт доли в документах не приведён</w:t>
            </w:r>
          </w:p>
        </w:tc>
        <w:tc>
          <w:tcPr>
            <w:tcW w:w="0" w:type="auto"/>
          </w:tcPr>
          <w:p w14:paraId="5DF45FE9" w14:textId="77777777" w:rsidR="000772B4" w:rsidRPr="00794D67" w:rsidRDefault="00746A89">
            <w:pPr>
              <w:jc w:val="center"/>
              <w:rPr>
                <w:lang w:val="ru-RU"/>
              </w:rPr>
            </w:pPr>
            <w:r w:rsidRPr="00794D67">
              <w:rPr>
                <w:lang w:val="ru-RU"/>
              </w:rPr>
              <w:t>показатель не используется как доказательство фактического резервирования</w:t>
            </w:r>
          </w:p>
        </w:tc>
      </w:tr>
      <w:tr w:rsidR="000772B4" w14:paraId="540E2BA0" w14:textId="77777777">
        <w:trPr>
          <w:cantSplit/>
          <w:jc w:val="center"/>
        </w:trPr>
        <w:tc>
          <w:tcPr>
            <w:tcW w:w="0" w:type="auto"/>
          </w:tcPr>
          <w:p w14:paraId="2211D78A" w14:textId="77777777" w:rsidR="000772B4" w:rsidRDefault="00746A89">
            <w:r>
              <w:t>Нормативная ссылка методики</w:t>
            </w:r>
          </w:p>
        </w:tc>
        <w:tc>
          <w:tcPr>
            <w:tcW w:w="0" w:type="auto"/>
          </w:tcPr>
          <w:p w14:paraId="21869C28" w14:textId="77777777" w:rsidR="000772B4" w:rsidRPr="00794D67" w:rsidRDefault="00746A89">
            <w:pPr>
              <w:jc w:val="center"/>
              <w:rPr>
                <w:lang w:val="ru-RU"/>
              </w:rPr>
            </w:pPr>
            <w:r w:rsidRPr="00794D67">
              <w:rPr>
                <w:lang w:val="ru-RU"/>
              </w:rPr>
              <w:t>шкалы показателей приведены без указания утвердившего их акта</w:t>
            </w:r>
          </w:p>
        </w:tc>
        <w:tc>
          <w:tcPr>
            <w:tcW w:w="0" w:type="auto"/>
          </w:tcPr>
          <w:p w14:paraId="44217EE7" w14:textId="77777777" w:rsidR="000772B4" w:rsidRDefault="00746A89">
            <w:pPr>
              <w:jc w:val="center"/>
            </w:pPr>
            <w:r>
              <w:t>реквизит запрошен</w:t>
            </w:r>
          </w:p>
        </w:tc>
      </w:tr>
    </w:tbl>
    <w:p w14:paraId="3EAC6C72" w14:textId="77777777" w:rsidR="000772B4" w:rsidRDefault="000772B4">
      <w:pPr>
        <w:spacing w:after="40"/>
      </w:pPr>
    </w:p>
    <w:p w14:paraId="77C92AA7" w14:textId="77777777" w:rsidR="000772B4" w:rsidRPr="00344E69" w:rsidRDefault="00746A89">
      <w:pPr>
        <w:pStyle w:val="21"/>
      </w:pPr>
      <w:bookmarkStart w:id="80" w:name="_Toc238015671"/>
      <w:r w:rsidRPr="00344E69">
        <w:t>11.6. Надёжность тепловых сетей</w:t>
      </w:r>
      <w:bookmarkEnd w:id="80"/>
    </w:p>
    <w:p w14:paraId="7B762F51" w14:textId="77777777" w:rsidR="000772B4" w:rsidRPr="00794D67" w:rsidRDefault="00746A89">
      <w:pPr>
        <w:spacing w:after="80"/>
        <w:jc w:val="both"/>
        <w:rPr>
          <w:lang w:val="ru-RU"/>
        </w:rPr>
      </w:pPr>
      <w:r w:rsidRPr="00794D67">
        <w:rPr>
          <w:lang w:val="ru-RU"/>
        </w:rPr>
        <w:t>Реестр тепловых сетей округа содержит 1 294 участка суммарной длиной по оси трассы 105 536,70 м; в пересчёте на сумму подающего и обратного трубопроводов — 211 073,40 м. Материальная характеристика по реестру составляет 30 406,67 м².</w:t>
      </w:r>
    </w:p>
    <w:p w14:paraId="000230F0" w14:textId="77777777" w:rsidR="000772B4" w:rsidRPr="00794D67" w:rsidRDefault="00746A89">
      <w:pPr>
        <w:spacing w:after="80"/>
        <w:jc w:val="both"/>
        <w:rPr>
          <w:lang w:val="ru-RU"/>
        </w:rPr>
      </w:pPr>
      <w:r w:rsidRPr="00794D67">
        <w:rPr>
          <w:lang w:val="ru-RU"/>
        </w:rPr>
        <w:t>Документы актуализации 2026 года содержат поучастковый расчёт надёжности: по каждому участку приведены вид прокладки, год прокладки, диаметр, длина, время восстановления, интенсивность восстановления, интенсивность отказов, поток отказов, относительное количество отключаемой нагрузки и вероятность отказа. Расчёт воспроизводится и проверяется, а не выполняется заново.</w:t>
      </w:r>
    </w:p>
    <w:p w14:paraId="6F1C1A10" w14:textId="77777777" w:rsidR="000772B4" w:rsidRPr="00794D67" w:rsidRDefault="00746A89">
      <w:pPr>
        <w:spacing w:after="80"/>
        <w:jc w:val="both"/>
        <w:rPr>
          <w:lang w:val="ru-RU"/>
        </w:rPr>
      </w:pPr>
      <w:r w:rsidRPr="00794D67">
        <w:rPr>
          <w:lang w:val="ru-RU"/>
        </w:rPr>
        <w:t>Состав рассчитываемых величин соответствует пункту 51 Методических указаний — общее число повреждений на тепловых сетях и сооружениях на них в течение отопительного периода, среднее время восстановления режима потребления тепловой энергии и интенсивность повреждений в целом по зоне действия источника тепловой энергии — и методике приложения № 18, применяемой для изолированных систем теплоснабжения (таблицы П18.7 — П18.9 для определения фактических показателей надёжности). Все десять зон округа являются изолированными системами, поэтому методика применяется напрямую.</w:t>
      </w:r>
    </w:p>
    <w:p w14:paraId="2420BE78" w14:textId="77777777" w:rsidR="000772B4" w:rsidRPr="00794D67" w:rsidRDefault="00746A89">
      <w:pPr>
        <w:spacing w:after="80"/>
        <w:jc w:val="both"/>
        <w:rPr>
          <w:lang w:val="ru-RU"/>
        </w:rPr>
      </w:pPr>
      <w:r w:rsidRPr="00794D67">
        <w:rPr>
          <w:lang w:val="ru-RU"/>
        </w:rPr>
        <w:t>Карта зон с ненормативной надёжностью теплоснабжения потребителей, предусмотренная пунктом 53 Методических указаний, формируется после получения результатов моделирования аварийных ситуаций.</w:t>
      </w:r>
    </w:p>
    <w:p w14:paraId="1737BD2A" w14:textId="77777777" w:rsidR="000772B4" w:rsidRPr="00794D67" w:rsidRDefault="00746A89">
      <w:pPr>
        <w:keepNext/>
        <w:spacing w:before="160"/>
        <w:rPr>
          <w:lang w:val="ru-RU"/>
        </w:rPr>
      </w:pPr>
      <w:r w:rsidRPr="00794D67">
        <w:rPr>
          <w:b/>
          <w:lang w:val="ru-RU"/>
        </w:rPr>
        <w:t>Таблица 11.6 — Показатели состояния и отказности тепловых сетей</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4471"/>
        <w:gridCol w:w="1970"/>
        <w:gridCol w:w="2904"/>
      </w:tblGrid>
      <w:tr w:rsidR="000772B4" w14:paraId="25C43C3F" w14:textId="77777777">
        <w:trPr>
          <w:cantSplit/>
          <w:tblHeader/>
          <w:jc w:val="center"/>
        </w:trPr>
        <w:tc>
          <w:tcPr>
            <w:tcW w:w="0" w:type="auto"/>
            <w:shd w:val="clear" w:color="auto" w:fill="E2F0D9"/>
          </w:tcPr>
          <w:p w14:paraId="5060B73E" w14:textId="77777777" w:rsidR="000772B4" w:rsidRDefault="00746A89">
            <w:pPr>
              <w:jc w:val="center"/>
            </w:pPr>
            <w:r>
              <w:rPr>
                <w:b/>
              </w:rPr>
              <w:t>Показатель</w:t>
            </w:r>
          </w:p>
        </w:tc>
        <w:tc>
          <w:tcPr>
            <w:tcW w:w="0" w:type="auto"/>
            <w:shd w:val="clear" w:color="auto" w:fill="E2F0D9"/>
          </w:tcPr>
          <w:p w14:paraId="2962AE33" w14:textId="77777777" w:rsidR="000772B4" w:rsidRDefault="00746A89">
            <w:pPr>
              <w:jc w:val="center"/>
            </w:pPr>
            <w:r>
              <w:rPr>
                <w:b/>
              </w:rPr>
              <w:t>Значение</w:t>
            </w:r>
          </w:p>
        </w:tc>
        <w:tc>
          <w:tcPr>
            <w:tcW w:w="0" w:type="auto"/>
            <w:shd w:val="clear" w:color="auto" w:fill="E2F0D9"/>
          </w:tcPr>
          <w:p w14:paraId="49C1AADA" w14:textId="77777777" w:rsidR="000772B4" w:rsidRDefault="00746A89">
            <w:pPr>
              <w:jc w:val="center"/>
            </w:pPr>
            <w:r>
              <w:rPr>
                <w:b/>
              </w:rPr>
              <w:t>Источник</w:t>
            </w:r>
          </w:p>
        </w:tc>
      </w:tr>
      <w:tr w:rsidR="000772B4" w14:paraId="7150A6C7" w14:textId="77777777">
        <w:trPr>
          <w:cantSplit/>
          <w:jc w:val="center"/>
        </w:trPr>
        <w:tc>
          <w:tcPr>
            <w:tcW w:w="0" w:type="auto"/>
          </w:tcPr>
          <w:p w14:paraId="74480890" w14:textId="77777777" w:rsidR="000772B4" w:rsidRDefault="00746A89">
            <w:r>
              <w:t>Протяжённость по оси трассы</w:t>
            </w:r>
          </w:p>
        </w:tc>
        <w:tc>
          <w:tcPr>
            <w:tcW w:w="0" w:type="auto"/>
          </w:tcPr>
          <w:p w14:paraId="0A7D67B0" w14:textId="77777777" w:rsidR="000772B4" w:rsidRDefault="00746A89">
            <w:pPr>
              <w:jc w:val="center"/>
            </w:pPr>
            <w:r>
              <w:t>105 536,70 м</w:t>
            </w:r>
          </w:p>
        </w:tc>
        <w:tc>
          <w:tcPr>
            <w:tcW w:w="0" w:type="auto"/>
          </w:tcPr>
          <w:p w14:paraId="07FF89A8" w14:textId="77777777" w:rsidR="000772B4" w:rsidRDefault="00746A89">
            <w:pPr>
              <w:jc w:val="center"/>
            </w:pPr>
            <w:r>
              <w:t>реестр проекта, 1 294 участка</w:t>
            </w:r>
          </w:p>
        </w:tc>
      </w:tr>
      <w:tr w:rsidR="000772B4" w14:paraId="15F772FF" w14:textId="77777777">
        <w:trPr>
          <w:cantSplit/>
          <w:jc w:val="center"/>
        </w:trPr>
        <w:tc>
          <w:tcPr>
            <w:tcW w:w="0" w:type="auto"/>
          </w:tcPr>
          <w:p w14:paraId="3E1B1BB3" w14:textId="77777777" w:rsidR="000772B4" w:rsidRPr="00794D67" w:rsidRDefault="00746A89">
            <w:pPr>
              <w:rPr>
                <w:lang w:val="ru-RU"/>
              </w:rPr>
            </w:pPr>
            <w:r w:rsidRPr="00794D67">
              <w:rPr>
                <w:lang w:val="ru-RU"/>
              </w:rPr>
              <w:t>Сумма подающего и обратного трубопроводов</w:t>
            </w:r>
          </w:p>
        </w:tc>
        <w:tc>
          <w:tcPr>
            <w:tcW w:w="0" w:type="auto"/>
          </w:tcPr>
          <w:p w14:paraId="31028229" w14:textId="77777777" w:rsidR="000772B4" w:rsidRDefault="00746A89">
            <w:pPr>
              <w:jc w:val="center"/>
            </w:pPr>
            <w:r>
              <w:t>211 073,40 м</w:t>
            </w:r>
          </w:p>
        </w:tc>
        <w:tc>
          <w:tcPr>
            <w:tcW w:w="0" w:type="auto"/>
          </w:tcPr>
          <w:p w14:paraId="48483A75" w14:textId="77777777" w:rsidR="000772B4" w:rsidRDefault="00746A89">
            <w:pPr>
              <w:jc w:val="center"/>
            </w:pPr>
            <w:r>
              <w:t>реестр проекта</w:t>
            </w:r>
          </w:p>
        </w:tc>
      </w:tr>
      <w:tr w:rsidR="000772B4" w14:paraId="1EDA8DE7" w14:textId="77777777">
        <w:trPr>
          <w:cantSplit/>
          <w:jc w:val="center"/>
        </w:trPr>
        <w:tc>
          <w:tcPr>
            <w:tcW w:w="0" w:type="auto"/>
          </w:tcPr>
          <w:p w14:paraId="510367F8" w14:textId="77777777" w:rsidR="000772B4" w:rsidRDefault="00746A89">
            <w:r>
              <w:t>Протяжённость по отчётности организации</w:t>
            </w:r>
          </w:p>
        </w:tc>
        <w:tc>
          <w:tcPr>
            <w:tcW w:w="0" w:type="auto"/>
          </w:tcPr>
          <w:p w14:paraId="0AB86BF0" w14:textId="77777777" w:rsidR="000772B4" w:rsidRDefault="00746A89">
            <w:pPr>
              <w:jc w:val="center"/>
            </w:pPr>
            <w:r>
              <w:t>220,73 км</w:t>
            </w:r>
          </w:p>
        </w:tc>
        <w:tc>
          <w:tcPr>
            <w:tcW w:w="0" w:type="auto"/>
          </w:tcPr>
          <w:p w14:paraId="60119DAB" w14:textId="77777777" w:rsidR="000772B4" w:rsidRDefault="00746A89">
            <w:pPr>
              <w:jc w:val="center"/>
            </w:pPr>
            <w:r>
              <w:t>показатели 2025 года</w:t>
            </w:r>
          </w:p>
        </w:tc>
      </w:tr>
      <w:tr w:rsidR="000772B4" w14:paraId="6CE50768" w14:textId="77777777">
        <w:trPr>
          <w:cantSplit/>
          <w:jc w:val="center"/>
        </w:trPr>
        <w:tc>
          <w:tcPr>
            <w:tcW w:w="0" w:type="auto"/>
          </w:tcPr>
          <w:p w14:paraId="41829628" w14:textId="77777777" w:rsidR="000772B4" w:rsidRDefault="00746A89">
            <w:r>
              <w:t>Материальная характеристика</w:t>
            </w:r>
          </w:p>
        </w:tc>
        <w:tc>
          <w:tcPr>
            <w:tcW w:w="0" w:type="auto"/>
          </w:tcPr>
          <w:p w14:paraId="49C7620F" w14:textId="77777777" w:rsidR="000772B4" w:rsidRDefault="00746A89">
            <w:pPr>
              <w:jc w:val="center"/>
            </w:pPr>
            <w:r>
              <w:t>30 406,67 м²</w:t>
            </w:r>
          </w:p>
        </w:tc>
        <w:tc>
          <w:tcPr>
            <w:tcW w:w="0" w:type="auto"/>
          </w:tcPr>
          <w:p w14:paraId="0109B803" w14:textId="77777777" w:rsidR="000772B4" w:rsidRDefault="00746A89">
            <w:pPr>
              <w:jc w:val="center"/>
            </w:pPr>
            <w:r>
              <w:t>реестр проекта</w:t>
            </w:r>
          </w:p>
        </w:tc>
      </w:tr>
      <w:tr w:rsidR="000772B4" w14:paraId="40D372C8" w14:textId="77777777">
        <w:trPr>
          <w:cantSplit/>
          <w:jc w:val="center"/>
        </w:trPr>
        <w:tc>
          <w:tcPr>
            <w:tcW w:w="0" w:type="auto"/>
          </w:tcPr>
          <w:p w14:paraId="295A0317" w14:textId="77777777" w:rsidR="000772B4" w:rsidRDefault="00746A89">
            <w:r>
              <w:t>Физический износ сетей теплоснабжения</w:t>
            </w:r>
          </w:p>
        </w:tc>
        <w:tc>
          <w:tcPr>
            <w:tcW w:w="0" w:type="auto"/>
          </w:tcPr>
          <w:p w14:paraId="7D35545B" w14:textId="77777777" w:rsidR="000772B4" w:rsidRDefault="00746A89">
            <w:pPr>
              <w:jc w:val="center"/>
            </w:pPr>
            <w:r>
              <w:t>52,00 %</w:t>
            </w:r>
          </w:p>
        </w:tc>
        <w:tc>
          <w:tcPr>
            <w:tcW w:w="0" w:type="auto"/>
          </w:tcPr>
          <w:p w14:paraId="01F22072" w14:textId="77777777" w:rsidR="000772B4" w:rsidRDefault="00746A89">
            <w:pPr>
              <w:jc w:val="center"/>
            </w:pPr>
            <w:r>
              <w:t>показатели 2025 года</w:t>
            </w:r>
          </w:p>
        </w:tc>
      </w:tr>
      <w:tr w:rsidR="000772B4" w14:paraId="3400B5FB" w14:textId="77777777">
        <w:trPr>
          <w:cantSplit/>
          <w:jc w:val="center"/>
        </w:trPr>
        <w:tc>
          <w:tcPr>
            <w:tcW w:w="0" w:type="auto"/>
          </w:tcPr>
          <w:p w14:paraId="0AE7336F" w14:textId="77777777" w:rsidR="000772B4" w:rsidRPr="00794D67" w:rsidRDefault="00746A89">
            <w:pPr>
              <w:rPr>
                <w:lang w:val="ru-RU"/>
              </w:rPr>
            </w:pPr>
            <w:r w:rsidRPr="00794D67">
              <w:rPr>
                <w:lang w:val="ru-RU"/>
              </w:rPr>
              <w:t>Физический износ зданий и сооружений</w:t>
            </w:r>
          </w:p>
        </w:tc>
        <w:tc>
          <w:tcPr>
            <w:tcW w:w="0" w:type="auto"/>
          </w:tcPr>
          <w:p w14:paraId="62ACEC75" w14:textId="77777777" w:rsidR="000772B4" w:rsidRDefault="00746A89">
            <w:pPr>
              <w:jc w:val="center"/>
            </w:pPr>
            <w:r>
              <w:t>58,00 %</w:t>
            </w:r>
          </w:p>
        </w:tc>
        <w:tc>
          <w:tcPr>
            <w:tcW w:w="0" w:type="auto"/>
          </w:tcPr>
          <w:p w14:paraId="1EF83B1E" w14:textId="77777777" w:rsidR="000772B4" w:rsidRDefault="00746A89">
            <w:pPr>
              <w:jc w:val="center"/>
            </w:pPr>
            <w:r>
              <w:t>показатели 2025 года</w:t>
            </w:r>
          </w:p>
        </w:tc>
      </w:tr>
      <w:tr w:rsidR="000772B4" w14:paraId="508D088C" w14:textId="77777777">
        <w:trPr>
          <w:cantSplit/>
          <w:jc w:val="center"/>
        </w:trPr>
        <w:tc>
          <w:tcPr>
            <w:tcW w:w="0" w:type="auto"/>
          </w:tcPr>
          <w:p w14:paraId="1A522DFC" w14:textId="77777777" w:rsidR="000772B4" w:rsidRPr="00794D67" w:rsidRDefault="00746A89">
            <w:pPr>
              <w:rPr>
                <w:lang w:val="ru-RU"/>
              </w:rPr>
            </w:pPr>
            <w:r w:rsidRPr="00794D67">
              <w:rPr>
                <w:lang w:val="ru-RU"/>
              </w:rPr>
              <w:t>Доля ветхих сетей, подлежащих замене</w:t>
            </w:r>
          </w:p>
        </w:tc>
        <w:tc>
          <w:tcPr>
            <w:tcW w:w="0" w:type="auto"/>
          </w:tcPr>
          <w:p w14:paraId="5DBAE12E" w14:textId="77777777" w:rsidR="000772B4" w:rsidRDefault="00746A89">
            <w:pPr>
              <w:jc w:val="center"/>
            </w:pPr>
            <w:r>
              <w:t>20–30 % (Кс = 0,6)</w:t>
            </w:r>
          </w:p>
        </w:tc>
        <w:tc>
          <w:tcPr>
            <w:tcW w:w="0" w:type="auto"/>
          </w:tcPr>
          <w:p w14:paraId="655D8A3C" w14:textId="77777777" w:rsidR="000772B4" w:rsidRDefault="00746A89">
            <w:pPr>
              <w:jc w:val="center"/>
            </w:pPr>
            <w:r>
              <w:t>актуализация 2026</w:t>
            </w:r>
          </w:p>
        </w:tc>
      </w:tr>
      <w:tr w:rsidR="000772B4" w14:paraId="10C41C35" w14:textId="77777777">
        <w:trPr>
          <w:cantSplit/>
          <w:jc w:val="center"/>
        </w:trPr>
        <w:tc>
          <w:tcPr>
            <w:tcW w:w="0" w:type="auto"/>
          </w:tcPr>
          <w:p w14:paraId="4D8DBA26" w14:textId="77777777" w:rsidR="000772B4" w:rsidRPr="00794D67" w:rsidRDefault="00746A89">
            <w:pPr>
              <w:rPr>
                <w:lang w:val="ru-RU"/>
              </w:rPr>
            </w:pPr>
            <w:r w:rsidRPr="00794D67">
              <w:rPr>
                <w:lang w:val="ru-RU"/>
              </w:rPr>
              <w:t>Отказы с ограничением отпуска за три года</w:t>
            </w:r>
          </w:p>
        </w:tc>
        <w:tc>
          <w:tcPr>
            <w:tcW w:w="0" w:type="auto"/>
          </w:tcPr>
          <w:p w14:paraId="512B3518" w14:textId="77777777" w:rsidR="000772B4" w:rsidRDefault="00746A89">
            <w:pPr>
              <w:jc w:val="center"/>
            </w:pPr>
            <w:r>
              <w:t>не зафиксированы</w:t>
            </w:r>
          </w:p>
        </w:tc>
        <w:tc>
          <w:tcPr>
            <w:tcW w:w="0" w:type="auto"/>
          </w:tcPr>
          <w:p w14:paraId="01A0CC23" w14:textId="77777777" w:rsidR="000772B4" w:rsidRDefault="00746A89">
            <w:pPr>
              <w:jc w:val="center"/>
            </w:pPr>
            <w:r>
              <w:t>актуализация 2026</w:t>
            </w:r>
          </w:p>
        </w:tc>
      </w:tr>
    </w:tbl>
    <w:p w14:paraId="4E7AC74A" w14:textId="77777777" w:rsidR="000772B4" w:rsidRDefault="000772B4">
      <w:pPr>
        <w:spacing w:after="40"/>
      </w:pPr>
    </w:p>
    <w:p w14:paraId="573C4367" w14:textId="77777777" w:rsidR="000772B4" w:rsidRPr="00794D67" w:rsidRDefault="00746A89">
      <w:pPr>
        <w:spacing w:after="80"/>
        <w:jc w:val="both"/>
        <w:rPr>
          <w:lang w:val="ru-RU"/>
        </w:rPr>
      </w:pPr>
      <w:r w:rsidRPr="00794D67">
        <w:rPr>
          <w:lang w:val="ru-RU"/>
        </w:rPr>
        <w:t>Расхождение протяжённости объясняется различием базисов учёта: величина отчётности организации соответствует сумме двух трубопроводов, а не длине трассы. Необъяснённый остаток составляет 9,66 км, или 4,6 %. Канон проекта — 105 536,70 м по оси трассы.</w:t>
      </w:r>
    </w:p>
    <w:p w14:paraId="3DF29C96" w14:textId="77777777" w:rsidR="000772B4" w:rsidRPr="00344E69" w:rsidRDefault="00746A89">
      <w:pPr>
        <w:pStyle w:val="21"/>
        <w:rPr>
          <w:lang w:val="ru-RU"/>
        </w:rPr>
      </w:pPr>
      <w:bookmarkStart w:id="81" w:name="_Toc238015672"/>
      <w:r w:rsidRPr="00344E69">
        <w:rPr>
          <w:lang w:val="ru-RU"/>
        </w:rPr>
        <w:t>11.7. Топологическое резервирование тепловых сетей</w:t>
      </w:r>
      <w:bookmarkEnd w:id="81"/>
    </w:p>
    <w:p w14:paraId="1F6DFBFD" w14:textId="77777777" w:rsidR="000772B4" w:rsidRPr="00794D67" w:rsidRDefault="00746A89">
      <w:pPr>
        <w:spacing w:after="80"/>
        <w:jc w:val="both"/>
        <w:rPr>
          <w:lang w:val="ru-RU"/>
        </w:rPr>
      </w:pPr>
      <w:r w:rsidRPr="00794D67">
        <w:rPr>
          <w:lang w:val="ru-RU"/>
        </w:rPr>
        <w:t>В настоящем подразделе раздельно приводятся исторический факт топологии и современный расчётный показатель. Они не объединяются и не подтверждают друг друга.</w:t>
      </w:r>
    </w:p>
    <w:p w14:paraId="5968D60D" w14:textId="77777777" w:rsidR="000772B4" w:rsidRPr="00794D67" w:rsidRDefault="00746A89">
      <w:pPr>
        <w:keepNext/>
        <w:spacing w:before="160"/>
        <w:rPr>
          <w:lang w:val="ru-RU"/>
        </w:rPr>
      </w:pPr>
      <w:r w:rsidRPr="00794D67">
        <w:rPr>
          <w:b/>
          <w:lang w:val="ru-RU"/>
        </w:rPr>
        <w:t>Таблица 11.7 — Сведения о резервировании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843"/>
        <w:gridCol w:w="5048"/>
        <w:gridCol w:w="594"/>
        <w:gridCol w:w="1860"/>
      </w:tblGrid>
      <w:tr w:rsidR="000772B4" w14:paraId="234B9797" w14:textId="77777777">
        <w:trPr>
          <w:cantSplit/>
          <w:tblHeader/>
          <w:jc w:val="center"/>
        </w:trPr>
        <w:tc>
          <w:tcPr>
            <w:tcW w:w="0" w:type="auto"/>
            <w:shd w:val="clear" w:color="auto" w:fill="E2F0D9"/>
          </w:tcPr>
          <w:p w14:paraId="25E892F5" w14:textId="77777777" w:rsidR="000772B4" w:rsidRDefault="00746A89">
            <w:pPr>
              <w:jc w:val="center"/>
            </w:pPr>
            <w:r>
              <w:rPr>
                <w:b/>
              </w:rPr>
              <w:t>Слой</w:t>
            </w:r>
          </w:p>
        </w:tc>
        <w:tc>
          <w:tcPr>
            <w:tcW w:w="0" w:type="auto"/>
            <w:shd w:val="clear" w:color="auto" w:fill="E2F0D9"/>
          </w:tcPr>
          <w:p w14:paraId="665A797F" w14:textId="77777777" w:rsidR="000772B4" w:rsidRDefault="00746A89">
            <w:pPr>
              <w:jc w:val="center"/>
            </w:pPr>
            <w:r>
              <w:rPr>
                <w:b/>
              </w:rPr>
              <w:t>Содержание</w:t>
            </w:r>
          </w:p>
        </w:tc>
        <w:tc>
          <w:tcPr>
            <w:tcW w:w="0" w:type="auto"/>
            <w:shd w:val="clear" w:color="auto" w:fill="E2F0D9"/>
          </w:tcPr>
          <w:p w14:paraId="37F3FBB1" w14:textId="77777777" w:rsidR="000772B4" w:rsidRDefault="00746A89">
            <w:pPr>
              <w:jc w:val="center"/>
            </w:pPr>
            <w:r>
              <w:rPr>
                <w:b/>
              </w:rPr>
              <w:t>Год</w:t>
            </w:r>
          </w:p>
        </w:tc>
        <w:tc>
          <w:tcPr>
            <w:tcW w:w="0" w:type="auto"/>
            <w:shd w:val="clear" w:color="auto" w:fill="E2F0D9"/>
          </w:tcPr>
          <w:p w14:paraId="260B8720" w14:textId="77777777" w:rsidR="000772B4" w:rsidRDefault="00746A89">
            <w:pPr>
              <w:jc w:val="center"/>
            </w:pPr>
            <w:r>
              <w:rPr>
                <w:b/>
              </w:rPr>
              <w:t>Статус</w:t>
            </w:r>
          </w:p>
        </w:tc>
      </w:tr>
      <w:tr w:rsidR="000772B4" w:rsidRPr="00C07C05" w14:paraId="6348F23C" w14:textId="77777777">
        <w:trPr>
          <w:cantSplit/>
          <w:jc w:val="center"/>
        </w:trPr>
        <w:tc>
          <w:tcPr>
            <w:tcW w:w="0" w:type="auto"/>
          </w:tcPr>
          <w:p w14:paraId="260341D7" w14:textId="77777777" w:rsidR="000772B4" w:rsidRDefault="00746A89">
            <w:r>
              <w:t>Исторический факт топологии</w:t>
            </w:r>
          </w:p>
        </w:tc>
        <w:tc>
          <w:tcPr>
            <w:tcW w:w="0" w:type="auto"/>
          </w:tcPr>
          <w:p w14:paraId="6601A19B" w14:textId="77777777" w:rsidR="000772B4" w:rsidRPr="00794D67" w:rsidRDefault="00746A89">
            <w:pPr>
              <w:jc w:val="center"/>
              <w:rPr>
                <w:lang w:val="ru-RU"/>
              </w:rPr>
            </w:pPr>
            <w:r w:rsidRPr="00794D67">
              <w:rPr>
                <w:lang w:val="ru-RU"/>
              </w:rPr>
              <w:t>схема лучевой конфигурации, кольцевые схемы отсутствуют, от каждого источника отходит одна тепломагистраль, резервирующие перемычки отсутствуют; в аварийных условиях обеспечение отключаемых потребителей минимальным расходом теплоносителя не достигается</w:t>
            </w:r>
          </w:p>
        </w:tc>
        <w:tc>
          <w:tcPr>
            <w:tcW w:w="0" w:type="auto"/>
          </w:tcPr>
          <w:p w14:paraId="67A1A29B" w14:textId="77777777" w:rsidR="000772B4" w:rsidRDefault="00746A89">
            <w:pPr>
              <w:jc w:val="center"/>
            </w:pPr>
            <w:r>
              <w:t>2021</w:t>
            </w:r>
          </w:p>
        </w:tc>
        <w:tc>
          <w:tcPr>
            <w:tcW w:w="0" w:type="auto"/>
          </w:tcPr>
          <w:p w14:paraId="3EE7F258" w14:textId="77777777" w:rsidR="000772B4" w:rsidRPr="00794D67" w:rsidRDefault="00746A89">
            <w:pPr>
              <w:jc w:val="center"/>
              <w:rPr>
                <w:lang w:val="ru-RU"/>
              </w:rPr>
            </w:pPr>
            <w:r w:rsidRPr="00794D67">
              <w:rPr>
                <w:lang w:val="ru-RU"/>
              </w:rPr>
              <w:t>подтверждён по зонам Каз, Темир-Тау, Спасск</w:t>
            </w:r>
          </w:p>
        </w:tc>
      </w:tr>
      <w:tr w:rsidR="000772B4" w:rsidRPr="00C07C05" w14:paraId="31F96EC1" w14:textId="77777777">
        <w:trPr>
          <w:cantSplit/>
          <w:jc w:val="center"/>
        </w:trPr>
        <w:tc>
          <w:tcPr>
            <w:tcW w:w="0" w:type="auto"/>
          </w:tcPr>
          <w:p w14:paraId="0081C097" w14:textId="77777777" w:rsidR="000772B4" w:rsidRDefault="00746A89">
            <w:r>
              <w:t>Современный расчётный показатель</w:t>
            </w:r>
          </w:p>
        </w:tc>
        <w:tc>
          <w:tcPr>
            <w:tcW w:w="0" w:type="auto"/>
          </w:tcPr>
          <w:p w14:paraId="0CC61DB3" w14:textId="77777777" w:rsidR="000772B4" w:rsidRPr="00794D67" w:rsidRDefault="00746A89">
            <w:pPr>
              <w:jc w:val="center"/>
              <w:rPr>
                <w:lang w:val="ru-RU"/>
              </w:rPr>
            </w:pPr>
            <w:r w:rsidRPr="00794D67">
              <w:rPr>
                <w:lang w:val="ru-RU"/>
              </w:rPr>
              <w:t>уровень резервирования Кр = 0,5 по всем зонам, что по применённой шкале соответствует резервированию от 50 до 70 % фактической тепловой нагрузки</w:t>
            </w:r>
          </w:p>
        </w:tc>
        <w:tc>
          <w:tcPr>
            <w:tcW w:w="0" w:type="auto"/>
          </w:tcPr>
          <w:p w14:paraId="276E2263" w14:textId="77777777" w:rsidR="000772B4" w:rsidRDefault="00746A89">
            <w:pPr>
              <w:jc w:val="center"/>
            </w:pPr>
            <w:r>
              <w:t>2026</w:t>
            </w:r>
          </w:p>
        </w:tc>
        <w:tc>
          <w:tcPr>
            <w:tcW w:w="0" w:type="auto"/>
          </w:tcPr>
          <w:p w14:paraId="472A0472" w14:textId="77777777" w:rsidR="000772B4" w:rsidRPr="00794D67" w:rsidRDefault="00746A89">
            <w:pPr>
              <w:jc w:val="center"/>
              <w:rPr>
                <w:lang w:val="ru-RU"/>
              </w:rPr>
            </w:pPr>
            <w:r w:rsidRPr="00794D67">
              <w:rPr>
                <w:lang w:val="ru-RU"/>
              </w:rPr>
              <w:t>приведён без раскрытия расчёта доли</w:t>
            </w:r>
          </w:p>
        </w:tc>
      </w:tr>
    </w:tbl>
    <w:p w14:paraId="491AC279" w14:textId="77777777" w:rsidR="000772B4" w:rsidRPr="00794D67" w:rsidRDefault="000772B4">
      <w:pPr>
        <w:spacing w:after="40"/>
        <w:rPr>
          <w:lang w:val="ru-RU"/>
        </w:rPr>
      </w:pPr>
    </w:p>
    <w:p w14:paraId="22A36610" w14:textId="77777777" w:rsidR="000772B4" w:rsidRPr="00794D67" w:rsidRDefault="00746A89">
      <w:pPr>
        <w:spacing w:after="80"/>
        <w:jc w:val="both"/>
        <w:rPr>
          <w:lang w:val="ru-RU"/>
        </w:rPr>
      </w:pPr>
      <w:r w:rsidRPr="00794D67">
        <w:rPr>
          <w:lang w:val="ru-RU"/>
        </w:rPr>
        <w:t>Фактических резервирующих перемычек в документах актуализации 2026 года не названо: термин встречается только в определении самого показателя. Расчёт доли резервируемой нагрузки в документах не приведён.</w:t>
      </w:r>
    </w:p>
    <w:p w14:paraId="718F3FF0" w14:textId="77777777" w:rsidR="000772B4" w:rsidRPr="00794D67" w:rsidRDefault="00746A89">
      <w:pPr>
        <w:spacing w:after="80"/>
        <w:rPr>
          <w:lang w:val="ru-RU"/>
        </w:rPr>
      </w:pPr>
      <w:r w:rsidRPr="00794D67">
        <w:rPr>
          <w:i/>
          <w:color w:val="993300"/>
          <w:lang w:val="ru-RU"/>
        </w:rPr>
        <w:t>Фактическая доля резервируемой тепловой нагрузки по каждой из десяти зон и перечень обеспечивающих её связей определяются расчётом уровня резервирования. До завершения расчётного контура вывод о фактическом уровне резервирования не формулируется: приведение условной величины подменило бы результат расчёта.</w:t>
      </w:r>
    </w:p>
    <w:p w14:paraId="1F94C902" w14:textId="77777777" w:rsidR="000772B4" w:rsidRDefault="00746A89">
      <w:pPr>
        <w:pStyle w:val="21"/>
      </w:pPr>
      <w:bookmarkStart w:id="82" w:name="_Toc238015673"/>
      <w:r w:rsidRPr="00344E69">
        <w:t>11.8. Электроснабжение источников</w:t>
      </w:r>
      <w:bookmarkEnd w:id="82"/>
    </w:p>
    <w:p w14:paraId="29F01E15" w14:textId="77777777" w:rsidR="000772B4" w:rsidRDefault="00746A89">
      <w:pPr>
        <w:keepNext/>
        <w:spacing w:before="160"/>
      </w:pPr>
      <w:r>
        <w:rPr>
          <w:b/>
        </w:rPr>
        <w:t>Таблица 11.8 — Резервирование электроснабжения</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862"/>
        <w:gridCol w:w="414"/>
        <w:gridCol w:w="2377"/>
        <w:gridCol w:w="2938"/>
        <w:gridCol w:w="1754"/>
      </w:tblGrid>
      <w:tr w:rsidR="000772B4" w14:paraId="0EB74DCF" w14:textId="77777777">
        <w:trPr>
          <w:cantSplit/>
          <w:tblHeader/>
          <w:jc w:val="center"/>
        </w:trPr>
        <w:tc>
          <w:tcPr>
            <w:tcW w:w="0" w:type="auto"/>
            <w:shd w:val="clear" w:color="auto" w:fill="E2F0D9"/>
          </w:tcPr>
          <w:p w14:paraId="7BBEC29F" w14:textId="77777777" w:rsidR="000772B4" w:rsidRDefault="00746A89">
            <w:pPr>
              <w:jc w:val="center"/>
            </w:pPr>
            <w:r>
              <w:rPr>
                <w:b/>
              </w:rPr>
              <w:t>Источник</w:t>
            </w:r>
          </w:p>
        </w:tc>
        <w:tc>
          <w:tcPr>
            <w:tcW w:w="0" w:type="auto"/>
            <w:shd w:val="clear" w:color="auto" w:fill="E2F0D9"/>
          </w:tcPr>
          <w:p w14:paraId="603D5A67" w14:textId="77777777" w:rsidR="000772B4" w:rsidRDefault="00746A89">
            <w:pPr>
              <w:jc w:val="center"/>
            </w:pPr>
            <w:r>
              <w:rPr>
                <w:b/>
              </w:rPr>
              <w:t>Кэ</w:t>
            </w:r>
          </w:p>
        </w:tc>
        <w:tc>
          <w:tcPr>
            <w:tcW w:w="0" w:type="auto"/>
            <w:shd w:val="clear" w:color="auto" w:fill="E2F0D9"/>
          </w:tcPr>
          <w:p w14:paraId="2CC1F903" w14:textId="77777777" w:rsidR="000772B4" w:rsidRPr="00794D67" w:rsidRDefault="00746A89">
            <w:pPr>
              <w:jc w:val="center"/>
              <w:rPr>
                <w:lang w:val="ru-RU"/>
              </w:rPr>
            </w:pPr>
            <w:r w:rsidRPr="00794D67">
              <w:rPr>
                <w:b/>
                <w:lang w:val="ru-RU"/>
              </w:rPr>
              <w:t>Резервный ввод по данным источника</w:t>
            </w:r>
          </w:p>
        </w:tc>
        <w:tc>
          <w:tcPr>
            <w:tcW w:w="0" w:type="auto"/>
            <w:shd w:val="clear" w:color="auto" w:fill="E2F0D9"/>
          </w:tcPr>
          <w:p w14:paraId="287AA888" w14:textId="77777777" w:rsidR="000772B4" w:rsidRDefault="00746A89">
            <w:pPr>
              <w:jc w:val="center"/>
            </w:pPr>
            <w:r>
              <w:rPr>
                <w:b/>
              </w:rPr>
              <w:t>Стационарный резервный источник питания</w:t>
            </w:r>
          </w:p>
        </w:tc>
        <w:tc>
          <w:tcPr>
            <w:tcW w:w="0" w:type="auto"/>
            <w:shd w:val="clear" w:color="auto" w:fill="E2F0D9"/>
          </w:tcPr>
          <w:p w14:paraId="04A024FA" w14:textId="77777777" w:rsidR="000772B4" w:rsidRDefault="00746A89">
            <w:pPr>
              <w:jc w:val="center"/>
            </w:pPr>
            <w:r>
              <w:rPr>
                <w:b/>
              </w:rPr>
              <w:t>Основание</w:t>
            </w:r>
          </w:p>
        </w:tc>
      </w:tr>
      <w:tr w:rsidR="000772B4" w14:paraId="71993DA3" w14:textId="77777777">
        <w:trPr>
          <w:cantSplit/>
          <w:jc w:val="center"/>
        </w:trPr>
        <w:tc>
          <w:tcPr>
            <w:tcW w:w="0" w:type="auto"/>
          </w:tcPr>
          <w:p w14:paraId="2930C083" w14:textId="77777777" w:rsidR="000772B4" w:rsidRDefault="00746A89">
            <w:r>
              <w:t>УПК № 1 Таштагол</w:t>
            </w:r>
          </w:p>
        </w:tc>
        <w:tc>
          <w:tcPr>
            <w:tcW w:w="0" w:type="auto"/>
          </w:tcPr>
          <w:p w14:paraId="4E5631EA" w14:textId="77777777" w:rsidR="000772B4" w:rsidRDefault="00746A89">
            <w:pPr>
              <w:jc w:val="center"/>
            </w:pPr>
            <w:r>
              <w:t>1,0</w:t>
            </w:r>
          </w:p>
        </w:tc>
        <w:tc>
          <w:tcPr>
            <w:tcW w:w="0" w:type="auto"/>
          </w:tcPr>
          <w:p w14:paraId="5BC5AD0E" w14:textId="77777777" w:rsidR="000772B4" w:rsidRDefault="00746A89">
            <w:pPr>
              <w:jc w:val="center"/>
            </w:pPr>
            <w:r>
              <w:t>имеется</w:t>
            </w:r>
          </w:p>
        </w:tc>
        <w:tc>
          <w:tcPr>
            <w:tcW w:w="0" w:type="auto"/>
          </w:tcPr>
          <w:p w14:paraId="498CE420" w14:textId="77777777" w:rsidR="000772B4" w:rsidRDefault="00746A89">
            <w:pPr>
              <w:jc w:val="center"/>
            </w:pPr>
            <w:r>
              <w:t>не подтверждён</w:t>
            </w:r>
          </w:p>
        </w:tc>
        <w:tc>
          <w:tcPr>
            <w:tcW w:w="0" w:type="auto"/>
          </w:tcPr>
          <w:p w14:paraId="3D188AFF" w14:textId="77777777" w:rsidR="000772B4" w:rsidRDefault="00746A89">
            <w:pPr>
              <w:jc w:val="center"/>
            </w:pPr>
            <w:r>
              <w:t>прямой текст источника</w:t>
            </w:r>
          </w:p>
        </w:tc>
      </w:tr>
      <w:tr w:rsidR="000772B4" w14:paraId="57E5A46A" w14:textId="77777777">
        <w:trPr>
          <w:cantSplit/>
          <w:jc w:val="center"/>
        </w:trPr>
        <w:tc>
          <w:tcPr>
            <w:tcW w:w="0" w:type="auto"/>
          </w:tcPr>
          <w:p w14:paraId="1EDE90BA" w14:textId="77777777" w:rsidR="000772B4" w:rsidRDefault="00746A89">
            <w:r>
              <w:t>УПК № 2 Шалым</w:t>
            </w:r>
          </w:p>
        </w:tc>
        <w:tc>
          <w:tcPr>
            <w:tcW w:w="0" w:type="auto"/>
          </w:tcPr>
          <w:p w14:paraId="5B62E272" w14:textId="77777777" w:rsidR="000772B4" w:rsidRDefault="00746A89">
            <w:pPr>
              <w:jc w:val="center"/>
            </w:pPr>
            <w:r>
              <w:t>1,0</w:t>
            </w:r>
          </w:p>
        </w:tc>
        <w:tc>
          <w:tcPr>
            <w:tcW w:w="0" w:type="auto"/>
          </w:tcPr>
          <w:p w14:paraId="7B961610" w14:textId="77777777" w:rsidR="000772B4" w:rsidRDefault="00746A89">
            <w:pPr>
              <w:jc w:val="center"/>
            </w:pPr>
            <w:r>
              <w:t>имеется</w:t>
            </w:r>
          </w:p>
        </w:tc>
        <w:tc>
          <w:tcPr>
            <w:tcW w:w="0" w:type="auto"/>
          </w:tcPr>
          <w:p w14:paraId="47D95E2C" w14:textId="77777777" w:rsidR="000772B4" w:rsidRDefault="00746A89">
            <w:pPr>
              <w:jc w:val="center"/>
            </w:pPr>
            <w:r>
              <w:t>не подтверждён</w:t>
            </w:r>
          </w:p>
        </w:tc>
        <w:tc>
          <w:tcPr>
            <w:tcW w:w="0" w:type="auto"/>
          </w:tcPr>
          <w:p w14:paraId="78FE8949" w14:textId="77777777" w:rsidR="000772B4" w:rsidRDefault="00746A89">
            <w:pPr>
              <w:jc w:val="center"/>
            </w:pPr>
            <w:r>
              <w:t>прямой текст источника</w:t>
            </w:r>
          </w:p>
        </w:tc>
      </w:tr>
      <w:tr w:rsidR="000772B4" w14:paraId="2A4BB3A2" w14:textId="77777777">
        <w:trPr>
          <w:cantSplit/>
          <w:jc w:val="center"/>
        </w:trPr>
        <w:tc>
          <w:tcPr>
            <w:tcW w:w="0" w:type="auto"/>
          </w:tcPr>
          <w:p w14:paraId="1FE149C1" w14:textId="77777777" w:rsidR="000772B4" w:rsidRDefault="00746A89">
            <w:r>
              <w:t>УПК № 2 ЦМК</w:t>
            </w:r>
          </w:p>
        </w:tc>
        <w:tc>
          <w:tcPr>
            <w:tcW w:w="0" w:type="auto"/>
          </w:tcPr>
          <w:p w14:paraId="20D74363" w14:textId="77777777" w:rsidR="000772B4" w:rsidRDefault="00746A89">
            <w:pPr>
              <w:jc w:val="center"/>
            </w:pPr>
            <w:r>
              <w:t>1,0</w:t>
            </w:r>
          </w:p>
        </w:tc>
        <w:tc>
          <w:tcPr>
            <w:tcW w:w="0" w:type="auto"/>
          </w:tcPr>
          <w:p w14:paraId="7D40F15F" w14:textId="77777777" w:rsidR="000772B4" w:rsidRDefault="00746A89">
            <w:pPr>
              <w:jc w:val="center"/>
            </w:pPr>
            <w:r>
              <w:t>имеется</w:t>
            </w:r>
          </w:p>
        </w:tc>
        <w:tc>
          <w:tcPr>
            <w:tcW w:w="0" w:type="auto"/>
          </w:tcPr>
          <w:p w14:paraId="3F78C37F" w14:textId="77777777" w:rsidR="000772B4" w:rsidRDefault="00746A89">
            <w:pPr>
              <w:jc w:val="center"/>
            </w:pPr>
            <w:r>
              <w:t>не подтверждён</w:t>
            </w:r>
          </w:p>
        </w:tc>
        <w:tc>
          <w:tcPr>
            <w:tcW w:w="0" w:type="auto"/>
          </w:tcPr>
          <w:p w14:paraId="16F0ADE4" w14:textId="77777777" w:rsidR="000772B4" w:rsidRDefault="00746A89">
            <w:pPr>
              <w:jc w:val="center"/>
            </w:pPr>
            <w:r>
              <w:t>прямой текст источника</w:t>
            </w:r>
          </w:p>
        </w:tc>
      </w:tr>
      <w:tr w:rsidR="000772B4" w14:paraId="26BA470A" w14:textId="77777777">
        <w:trPr>
          <w:cantSplit/>
          <w:jc w:val="center"/>
        </w:trPr>
        <w:tc>
          <w:tcPr>
            <w:tcW w:w="0" w:type="auto"/>
          </w:tcPr>
          <w:p w14:paraId="35372359" w14:textId="77777777" w:rsidR="000772B4" w:rsidRDefault="00746A89">
            <w:r>
              <w:t>УПК № 9 ГРЭ</w:t>
            </w:r>
          </w:p>
        </w:tc>
        <w:tc>
          <w:tcPr>
            <w:tcW w:w="0" w:type="auto"/>
          </w:tcPr>
          <w:p w14:paraId="1F53CA7A" w14:textId="77777777" w:rsidR="000772B4" w:rsidRDefault="00746A89">
            <w:pPr>
              <w:jc w:val="center"/>
            </w:pPr>
            <w:r>
              <w:t>0,6</w:t>
            </w:r>
          </w:p>
        </w:tc>
        <w:tc>
          <w:tcPr>
            <w:tcW w:w="0" w:type="auto"/>
          </w:tcPr>
          <w:p w14:paraId="6C8B6630" w14:textId="77777777" w:rsidR="000772B4" w:rsidRDefault="00746A89">
            <w:pPr>
              <w:jc w:val="center"/>
            </w:pPr>
            <w:r>
              <w:t>отсутствует</w:t>
            </w:r>
          </w:p>
        </w:tc>
        <w:tc>
          <w:tcPr>
            <w:tcW w:w="0" w:type="auto"/>
          </w:tcPr>
          <w:p w14:paraId="3ADC1E4C" w14:textId="77777777" w:rsidR="000772B4" w:rsidRDefault="00746A89">
            <w:pPr>
              <w:jc w:val="center"/>
            </w:pPr>
            <w:r>
              <w:t>не подтверждён</w:t>
            </w:r>
          </w:p>
        </w:tc>
        <w:tc>
          <w:tcPr>
            <w:tcW w:w="0" w:type="auto"/>
          </w:tcPr>
          <w:p w14:paraId="298321F4" w14:textId="77777777" w:rsidR="000772B4" w:rsidRDefault="00746A89">
            <w:pPr>
              <w:jc w:val="center"/>
            </w:pPr>
            <w:r>
              <w:t>прямой текст источника</w:t>
            </w:r>
          </w:p>
        </w:tc>
      </w:tr>
      <w:tr w:rsidR="000772B4" w14:paraId="6F2F7A44" w14:textId="77777777">
        <w:trPr>
          <w:cantSplit/>
          <w:jc w:val="center"/>
        </w:trPr>
        <w:tc>
          <w:tcPr>
            <w:tcW w:w="0" w:type="auto"/>
          </w:tcPr>
          <w:p w14:paraId="5344035A" w14:textId="77777777" w:rsidR="000772B4" w:rsidRDefault="00746A89">
            <w:r>
              <w:t>УПК № 5 Новый Шерегеш</w:t>
            </w:r>
          </w:p>
        </w:tc>
        <w:tc>
          <w:tcPr>
            <w:tcW w:w="0" w:type="auto"/>
          </w:tcPr>
          <w:p w14:paraId="734180CA" w14:textId="77777777" w:rsidR="000772B4" w:rsidRDefault="00746A89">
            <w:pPr>
              <w:jc w:val="center"/>
            </w:pPr>
            <w:r>
              <w:t>1,0</w:t>
            </w:r>
          </w:p>
        </w:tc>
        <w:tc>
          <w:tcPr>
            <w:tcW w:w="0" w:type="auto"/>
          </w:tcPr>
          <w:p w14:paraId="32F6B135" w14:textId="77777777" w:rsidR="000772B4" w:rsidRDefault="00746A89">
            <w:pPr>
              <w:jc w:val="center"/>
            </w:pPr>
            <w:r>
              <w:t>имеется</w:t>
            </w:r>
          </w:p>
        </w:tc>
        <w:tc>
          <w:tcPr>
            <w:tcW w:w="0" w:type="auto"/>
          </w:tcPr>
          <w:p w14:paraId="3CF9006B" w14:textId="77777777" w:rsidR="000772B4" w:rsidRDefault="00746A89">
            <w:pPr>
              <w:jc w:val="center"/>
            </w:pPr>
            <w:r>
              <w:t>не подтверждён</w:t>
            </w:r>
          </w:p>
        </w:tc>
        <w:tc>
          <w:tcPr>
            <w:tcW w:w="0" w:type="auto"/>
          </w:tcPr>
          <w:p w14:paraId="3791CB42" w14:textId="77777777" w:rsidR="000772B4" w:rsidRDefault="00746A89">
            <w:pPr>
              <w:jc w:val="center"/>
            </w:pPr>
            <w:r>
              <w:t>прямой текст источника</w:t>
            </w:r>
          </w:p>
        </w:tc>
      </w:tr>
      <w:tr w:rsidR="000772B4" w14:paraId="28B38368" w14:textId="77777777">
        <w:trPr>
          <w:cantSplit/>
          <w:jc w:val="center"/>
        </w:trPr>
        <w:tc>
          <w:tcPr>
            <w:tcW w:w="0" w:type="auto"/>
          </w:tcPr>
          <w:p w14:paraId="0B727400" w14:textId="77777777" w:rsidR="000772B4" w:rsidRDefault="00746A89">
            <w:r>
              <w:t>УПК № 6 Старый Шерегеш</w:t>
            </w:r>
          </w:p>
        </w:tc>
        <w:tc>
          <w:tcPr>
            <w:tcW w:w="0" w:type="auto"/>
          </w:tcPr>
          <w:p w14:paraId="40D8C9B0" w14:textId="77777777" w:rsidR="000772B4" w:rsidRDefault="00746A89">
            <w:pPr>
              <w:jc w:val="center"/>
            </w:pPr>
            <w:r>
              <w:t>1,0</w:t>
            </w:r>
          </w:p>
        </w:tc>
        <w:tc>
          <w:tcPr>
            <w:tcW w:w="0" w:type="auto"/>
          </w:tcPr>
          <w:p w14:paraId="57BE4CC9" w14:textId="77777777" w:rsidR="000772B4" w:rsidRDefault="00746A89">
            <w:pPr>
              <w:jc w:val="center"/>
            </w:pPr>
            <w:r>
              <w:t>имеется</w:t>
            </w:r>
          </w:p>
        </w:tc>
        <w:tc>
          <w:tcPr>
            <w:tcW w:w="0" w:type="auto"/>
          </w:tcPr>
          <w:p w14:paraId="3A94B1C8" w14:textId="77777777" w:rsidR="000772B4" w:rsidRDefault="00746A89">
            <w:pPr>
              <w:jc w:val="center"/>
            </w:pPr>
            <w:r>
              <w:t>не подтверждён</w:t>
            </w:r>
          </w:p>
        </w:tc>
        <w:tc>
          <w:tcPr>
            <w:tcW w:w="0" w:type="auto"/>
          </w:tcPr>
          <w:p w14:paraId="75751BAC" w14:textId="77777777" w:rsidR="000772B4" w:rsidRDefault="00746A89">
            <w:pPr>
              <w:jc w:val="center"/>
            </w:pPr>
            <w:r>
              <w:t>прямой текст источника</w:t>
            </w:r>
          </w:p>
        </w:tc>
      </w:tr>
      <w:tr w:rsidR="000772B4" w14:paraId="0C0AC3A8" w14:textId="77777777">
        <w:trPr>
          <w:cantSplit/>
          <w:jc w:val="center"/>
        </w:trPr>
        <w:tc>
          <w:tcPr>
            <w:tcW w:w="0" w:type="auto"/>
          </w:tcPr>
          <w:p w14:paraId="09C4F23E" w14:textId="77777777" w:rsidR="000772B4" w:rsidRDefault="00746A89">
            <w:r>
              <w:t>УПК № 7 Каз</w:t>
            </w:r>
          </w:p>
        </w:tc>
        <w:tc>
          <w:tcPr>
            <w:tcW w:w="0" w:type="auto"/>
          </w:tcPr>
          <w:p w14:paraId="638DF69C" w14:textId="77777777" w:rsidR="000772B4" w:rsidRDefault="00746A89">
            <w:pPr>
              <w:jc w:val="center"/>
            </w:pPr>
            <w:r>
              <w:t>1,0</w:t>
            </w:r>
          </w:p>
        </w:tc>
        <w:tc>
          <w:tcPr>
            <w:tcW w:w="0" w:type="auto"/>
          </w:tcPr>
          <w:p w14:paraId="583AA074" w14:textId="77777777" w:rsidR="000772B4" w:rsidRDefault="00746A89">
            <w:pPr>
              <w:jc w:val="center"/>
            </w:pPr>
            <w:r>
              <w:t>имеется</w:t>
            </w:r>
          </w:p>
        </w:tc>
        <w:tc>
          <w:tcPr>
            <w:tcW w:w="0" w:type="auto"/>
          </w:tcPr>
          <w:p w14:paraId="5C2A5D8D" w14:textId="77777777" w:rsidR="000772B4" w:rsidRDefault="00746A89">
            <w:pPr>
              <w:jc w:val="center"/>
            </w:pPr>
            <w:r>
              <w:t>не подтверждён</w:t>
            </w:r>
          </w:p>
        </w:tc>
        <w:tc>
          <w:tcPr>
            <w:tcW w:w="0" w:type="auto"/>
          </w:tcPr>
          <w:p w14:paraId="6053DB23" w14:textId="77777777" w:rsidR="000772B4" w:rsidRDefault="00746A89">
            <w:pPr>
              <w:jc w:val="center"/>
            </w:pPr>
            <w:r>
              <w:t>прямой текст источника</w:t>
            </w:r>
          </w:p>
        </w:tc>
      </w:tr>
      <w:tr w:rsidR="000772B4" w14:paraId="6F7588DE" w14:textId="77777777">
        <w:trPr>
          <w:cantSplit/>
          <w:jc w:val="center"/>
        </w:trPr>
        <w:tc>
          <w:tcPr>
            <w:tcW w:w="0" w:type="auto"/>
          </w:tcPr>
          <w:p w14:paraId="1400B3C3" w14:textId="77777777" w:rsidR="000772B4" w:rsidRDefault="00746A89">
            <w:r>
              <w:t>УПК № 8 Мундыбаш</w:t>
            </w:r>
          </w:p>
        </w:tc>
        <w:tc>
          <w:tcPr>
            <w:tcW w:w="0" w:type="auto"/>
          </w:tcPr>
          <w:p w14:paraId="79FD0E5D" w14:textId="77777777" w:rsidR="000772B4" w:rsidRDefault="00746A89">
            <w:pPr>
              <w:jc w:val="center"/>
            </w:pPr>
            <w:r>
              <w:t>1,0</w:t>
            </w:r>
          </w:p>
        </w:tc>
        <w:tc>
          <w:tcPr>
            <w:tcW w:w="0" w:type="auto"/>
          </w:tcPr>
          <w:p w14:paraId="7C1CED68" w14:textId="77777777" w:rsidR="000772B4" w:rsidRDefault="00746A89">
            <w:pPr>
              <w:jc w:val="center"/>
            </w:pPr>
            <w:r>
              <w:t>имеется</w:t>
            </w:r>
          </w:p>
        </w:tc>
        <w:tc>
          <w:tcPr>
            <w:tcW w:w="0" w:type="auto"/>
          </w:tcPr>
          <w:p w14:paraId="7CCCB713" w14:textId="77777777" w:rsidR="000772B4" w:rsidRDefault="00746A89">
            <w:pPr>
              <w:jc w:val="center"/>
            </w:pPr>
            <w:r>
              <w:t>не подтверждён</w:t>
            </w:r>
          </w:p>
        </w:tc>
        <w:tc>
          <w:tcPr>
            <w:tcW w:w="0" w:type="auto"/>
          </w:tcPr>
          <w:p w14:paraId="54983D53" w14:textId="77777777" w:rsidR="000772B4" w:rsidRDefault="00746A89">
            <w:pPr>
              <w:jc w:val="center"/>
            </w:pPr>
            <w:r>
              <w:t>прямой текст источника</w:t>
            </w:r>
          </w:p>
        </w:tc>
      </w:tr>
      <w:tr w:rsidR="000772B4" w14:paraId="129C7EE5" w14:textId="77777777">
        <w:trPr>
          <w:cantSplit/>
          <w:jc w:val="center"/>
        </w:trPr>
        <w:tc>
          <w:tcPr>
            <w:tcW w:w="0" w:type="auto"/>
          </w:tcPr>
          <w:p w14:paraId="0B10A630" w14:textId="77777777" w:rsidR="000772B4" w:rsidRDefault="00746A89">
            <w:r>
              <w:t>УПК № 10 Темир-Тау</w:t>
            </w:r>
          </w:p>
        </w:tc>
        <w:tc>
          <w:tcPr>
            <w:tcW w:w="0" w:type="auto"/>
          </w:tcPr>
          <w:p w14:paraId="18C42488" w14:textId="77777777" w:rsidR="000772B4" w:rsidRDefault="00746A89">
            <w:pPr>
              <w:jc w:val="center"/>
            </w:pPr>
            <w:r>
              <w:t>1,0</w:t>
            </w:r>
          </w:p>
        </w:tc>
        <w:tc>
          <w:tcPr>
            <w:tcW w:w="0" w:type="auto"/>
          </w:tcPr>
          <w:p w14:paraId="37BA2583" w14:textId="77777777" w:rsidR="000772B4" w:rsidRDefault="00746A89">
            <w:pPr>
              <w:jc w:val="center"/>
            </w:pPr>
            <w:r>
              <w:t>имеется</w:t>
            </w:r>
          </w:p>
        </w:tc>
        <w:tc>
          <w:tcPr>
            <w:tcW w:w="0" w:type="auto"/>
          </w:tcPr>
          <w:p w14:paraId="7B3DDD97" w14:textId="77777777" w:rsidR="000772B4" w:rsidRDefault="00746A89">
            <w:pPr>
              <w:jc w:val="center"/>
            </w:pPr>
            <w:r>
              <w:t>не подтверждён</w:t>
            </w:r>
          </w:p>
        </w:tc>
        <w:tc>
          <w:tcPr>
            <w:tcW w:w="0" w:type="auto"/>
          </w:tcPr>
          <w:p w14:paraId="0F6AE33E" w14:textId="77777777" w:rsidR="000772B4" w:rsidRDefault="00746A89">
            <w:pPr>
              <w:jc w:val="center"/>
            </w:pPr>
            <w:r>
              <w:t>прямой текст источника</w:t>
            </w:r>
          </w:p>
        </w:tc>
      </w:tr>
      <w:tr w:rsidR="000772B4" w14:paraId="5BDD89A2" w14:textId="77777777">
        <w:trPr>
          <w:cantSplit/>
          <w:jc w:val="center"/>
        </w:trPr>
        <w:tc>
          <w:tcPr>
            <w:tcW w:w="0" w:type="auto"/>
          </w:tcPr>
          <w:p w14:paraId="18BCC19B" w14:textId="77777777" w:rsidR="000772B4" w:rsidRDefault="00746A89">
            <w:r>
              <w:t>УПК № 3 Спасск</w:t>
            </w:r>
          </w:p>
        </w:tc>
        <w:tc>
          <w:tcPr>
            <w:tcW w:w="0" w:type="auto"/>
          </w:tcPr>
          <w:p w14:paraId="1C5C0372" w14:textId="77777777" w:rsidR="000772B4" w:rsidRDefault="00746A89">
            <w:pPr>
              <w:jc w:val="center"/>
            </w:pPr>
            <w:r>
              <w:t>1,0</w:t>
            </w:r>
          </w:p>
        </w:tc>
        <w:tc>
          <w:tcPr>
            <w:tcW w:w="0" w:type="auto"/>
          </w:tcPr>
          <w:p w14:paraId="10FCDF5E" w14:textId="77777777" w:rsidR="000772B4" w:rsidRDefault="00746A89">
            <w:pPr>
              <w:jc w:val="center"/>
            </w:pPr>
            <w:r>
              <w:t>имеется</w:t>
            </w:r>
          </w:p>
        </w:tc>
        <w:tc>
          <w:tcPr>
            <w:tcW w:w="0" w:type="auto"/>
          </w:tcPr>
          <w:p w14:paraId="5011E068" w14:textId="77777777" w:rsidR="000772B4" w:rsidRDefault="00746A89">
            <w:pPr>
              <w:jc w:val="center"/>
            </w:pPr>
            <w:r>
              <w:t>не подтверждён</w:t>
            </w:r>
          </w:p>
        </w:tc>
        <w:tc>
          <w:tcPr>
            <w:tcW w:w="0" w:type="auto"/>
          </w:tcPr>
          <w:p w14:paraId="58DAC5A7" w14:textId="77777777" w:rsidR="000772B4" w:rsidRDefault="00746A89">
            <w:pPr>
              <w:jc w:val="center"/>
            </w:pPr>
            <w:r>
              <w:t>прямой текст источника</w:t>
            </w:r>
          </w:p>
        </w:tc>
      </w:tr>
    </w:tbl>
    <w:p w14:paraId="5CF5F041" w14:textId="77777777" w:rsidR="000772B4" w:rsidRDefault="000772B4">
      <w:pPr>
        <w:spacing w:after="40"/>
      </w:pPr>
    </w:p>
    <w:p w14:paraId="620ED6BC" w14:textId="77777777" w:rsidR="000772B4" w:rsidRPr="00794D67" w:rsidRDefault="00746A89">
      <w:pPr>
        <w:spacing w:after="80"/>
        <w:jc w:val="both"/>
        <w:rPr>
          <w:lang w:val="ru-RU"/>
        </w:rPr>
      </w:pPr>
      <w:r w:rsidRPr="00794D67">
        <w:rPr>
          <w:lang w:val="ru-RU"/>
        </w:rPr>
        <w:t>По девяти источникам документы актуализации 2026 года содержат прямую формулировку о наличии резервного ввода по электроснабжению. Категория надёжности электроприёмников, число вводов и схема питания в них не раскрыты, поэтому утверждение о наличии второго независимого ввода определённой категории надёжности не приводится.</w:t>
      </w:r>
    </w:p>
    <w:p w14:paraId="6E50E46D" w14:textId="77777777" w:rsidR="000772B4" w:rsidRPr="00794D67" w:rsidRDefault="00746A89">
      <w:pPr>
        <w:spacing w:after="80"/>
        <w:jc w:val="both"/>
        <w:rPr>
          <w:lang w:val="ru-RU"/>
        </w:rPr>
      </w:pPr>
      <w:r w:rsidRPr="00794D67">
        <w:rPr>
          <w:lang w:val="ru-RU"/>
        </w:rPr>
        <w:t>По УПК № 9 «ГРЭ» документ актуализации 2026 года прямо указывает на отсутствие резервного ввода по электроснабжению. Это единственный источник округа с подтверждённым отсутствием резервного сетевого питания. Наличие стационарного резервного источника электроэнергии по нему не подтверждено и не опровергнуто.</w:t>
      </w:r>
    </w:p>
    <w:p w14:paraId="30582CA6" w14:textId="77777777" w:rsidR="000772B4" w:rsidRPr="00794D67" w:rsidRDefault="00746A89">
      <w:pPr>
        <w:spacing w:after="80"/>
        <w:rPr>
          <w:lang w:val="ru-RU"/>
        </w:rPr>
      </w:pPr>
      <w:r w:rsidRPr="00794D67">
        <w:rPr>
          <w:i/>
          <w:color w:val="993300"/>
          <w:lang w:val="ru-RU"/>
        </w:rPr>
        <w:t>подлежит уточнению по исходным данным по УПК № 9: наличие, мощность и время автономной работы стационарного резервного источника питания; наличие автоматического ввода резерва; перечень нагрузок, способных питаться от аварийного источника; техническая возможность второго ввода.</w:t>
      </w:r>
    </w:p>
    <w:p w14:paraId="41B5AA4E" w14:textId="77777777" w:rsidR="000772B4" w:rsidRPr="00344E69" w:rsidRDefault="00746A89">
      <w:pPr>
        <w:pStyle w:val="21"/>
        <w:rPr>
          <w:lang w:val="ru-RU"/>
        </w:rPr>
      </w:pPr>
      <w:bookmarkStart w:id="83" w:name="_Toc238015674"/>
      <w:r w:rsidRPr="00344E69">
        <w:rPr>
          <w:lang w:val="ru-RU"/>
        </w:rPr>
        <w:t>11.9. Водоснабжение источников и водоподготовка</w:t>
      </w:r>
      <w:bookmarkEnd w:id="83"/>
    </w:p>
    <w:p w14:paraId="71534F8B" w14:textId="77777777" w:rsidR="000772B4" w:rsidRPr="00794D67" w:rsidRDefault="00746A89">
      <w:pPr>
        <w:keepNext/>
        <w:spacing w:before="160"/>
        <w:rPr>
          <w:lang w:val="ru-RU"/>
        </w:rPr>
      </w:pPr>
      <w:r w:rsidRPr="00794D67">
        <w:rPr>
          <w:b/>
          <w:lang w:val="ru-RU"/>
        </w:rPr>
        <w:t>Таблица 11.9 — Резервирование водоснабжения и производительность ВПУ</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773"/>
        <w:gridCol w:w="418"/>
        <w:gridCol w:w="2529"/>
        <w:gridCol w:w="2698"/>
        <w:gridCol w:w="1927"/>
      </w:tblGrid>
      <w:tr w:rsidR="000772B4" w14:paraId="0381A6F7" w14:textId="77777777">
        <w:trPr>
          <w:cantSplit/>
          <w:tblHeader/>
          <w:jc w:val="center"/>
        </w:trPr>
        <w:tc>
          <w:tcPr>
            <w:tcW w:w="0" w:type="auto"/>
            <w:shd w:val="clear" w:color="auto" w:fill="E2F0D9"/>
          </w:tcPr>
          <w:p w14:paraId="241F8634" w14:textId="77777777" w:rsidR="000772B4" w:rsidRDefault="00746A89">
            <w:pPr>
              <w:jc w:val="center"/>
            </w:pPr>
            <w:r>
              <w:rPr>
                <w:b/>
              </w:rPr>
              <w:t>Источник</w:t>
            </w:r>
          </w:p>
        </w:tc>
        <w:tc>
          <w:tcPr>
            <w:tcW w:w="0" w:type="auto"/>
            <w:shd w:val="clear" w:color="auto" w:fill="E2F0D9"/>
          </w:tcPr>
          <w:p w14:paraId="686C325C" w14:textId="77777777" w:rsidR="000772B4" w:rsidRDefault="00746A89">
            <w:pPr>
              <w:jc w:val="center"/>
            </w:pPr>
            <w:r>
              <w:rPr>
                <w:b/>
              </w:rPr>
              <w:t>Кв</w:t>
            </w:r>
          </w:p>
        </w:tc>
        <w:tc>
          <w:tcPr>
            <w:tcW w:w="0" w:type="auto"/>
            <w:shd w:val="clear" w:color="auto" w:fill="E2F0D9"/>
          </w:tcPr>
          <w:p w14:paraId="19D4D97A" w14:textId="77777777" w:rsidR="000772B4" w:rsidRDefault="00746A89">
            <w:pPr>
              <w:jc w:val="center"/>
            </w:pPr>
            <w:r>
              <w:rPr>
                <w:b/>
              </w:rPr>
              <w:t>Тип резервирования водоснабжения</w:t>
            </w:r>
          </w:p>
        </w:tc>
        <w:tc>
          <w:tcPr>
            <w:tcW w:w="0" w:type="auto"/>
            <w:shd w:val="clear" w:color="auto" w:fill="E2F0D9"/>
          </w:tcPr>
          <w:p w14:paraId="15A7DFEF" w14:textId="77777777" w:rsidR="000772B4" w:rsidRDefault="00746A89">
            <w:pPr>
              <w:jc w:val="center"/>
            </w:pPr>
            <w:r>
              <w:rPr>
                <w:b/>
              </w:rPr>
              <w:t>Производительность ВПУ, т/ч</w:t>
            </w:r>
          </w:p>
        </w:tc>
        <w:tc>
          <w:tcPr>
            <w:tcW w:w="0" w:type="auto"/>
            <w:shd w:val="clear" w:color="auto" w:fill="E2F0D9"/>
          </w:tcPr>
          <w:p w14:paraId="644699A8" w14:textId="77777777" w:rsidR="000772B4" w:rsidRDefault="00746A89">
            <w:pPr>
              <w:jc w:val="center"/>
            </w:pPr>
            <w:r>
              <w:rPr>
                <w:b/>
              </w:rPr>
              <w:t>Баки-аккумуляторы</w:t>
            </w:r>
          </w:p>
        </w:tc>
      </w:tr>
      <w:tr w:rsidR="000772B4" w14:paraId="28FD67C1" w14:textId="77777777">
        <w:trPr>
          <w:cantSplit/>
          <w:jc w:val="center"/>
        </w:trPr>
        <w:tc>
          <w:tcPr>
            <w:tcW w:w="0" w:type="auto"/>
          </w:tcPr>
          <w:p w14:paraId="1FEEF88C" w14:textId="77777777" w:rsidR="000772B4" w:rsidRDefault="00746A89">
            <w:r>
              <w:t>УПК № 1 Таштагол</w:t>
            </w:r>
          </w:p>
        </w:tc>
        <w:tc>
          <w:tcPr>
            <w:tcW w:w="0" w:type="auto"/>
          </w:tcPr>
          <w:p w14:paraId="2DC1C9C9" w14:textId="77777777" w:rsidR="000772B4" w:rsidRDefault="00746A89">
            <w:pPr>
              <w:jc w:val="center"/>
            </w:pPr>
            <w:r>
              <w:t>1,0</w:t>
            </w:r>
          </w:p>
        </w:tc>
        <w:tc>
          <w:tcPr>
            <w:tcW w:w="0" w:type="auto"/>
          </w:tcPr>
          <w:p w14:paraId="7E66DCF6" w14:textId="77777777" w:rsidR="000772B4" w:rsidRDefault="00746A89">
            <w:pPr>
              <w:jc w:val="center"/>
            </w:pPr>
            <w:r>
              <w:t>резервный трубопровод х/в</w:t>
            </w:r>
          </w:p>
        </w:tc>
        <w:tc>
          <w:tcPr>
            <w:tcW w:w="0" w:type="auto"/>
          </w:tcPr>
          <w:p w14:paraId="4B37CB5E" w14:textId="77777777" w:rsidR="000772B4" w:rsidRDefault="00746A89">
            <w:pPr>
              <w:jc w:val="center"/>
            </w:pPr>
            <w:r>
              <w:t>120</w:t>
            </w:r>
          </w:p>
        </w:tc>
        <w:tc>
          <w:tcPr>
            <w:tcW w:w="0" w:type="auto"/>
          </w:tcPr>
          <w:p w14:paraId="3681B4AF" w14:textId="77777777" w:rsidR="000772B4" w:rsidRDefault="00746A89">
            <w:pPr>
              <w:jc w:val="center"/>
            </w:pPr>
            <w:r>
              <w:t>0</w:t>
            </w:r>
          </w:p>
        </w:tc>
      </w:tr>
      <w:tr w:rsidR="000772B4" w14:paraId="23BAF151" w14:textId="77777777">
        <w:trPr>
          <w:cantSplit/>
          <w:jc w:val="center"/>
        </w:trPr>
        <w:tc>
          <w:tcPr>
            <w:tcW w:w="0" w:type="auto"/>
          </w:tcPr>
          <w:p w14:paraId="1C822A36" w14:textId="77777777" w:rsidR="000772B4" w:rsidRDefault="00746A89">
            <w:r>
              <w:t>УПК № 2 Шалым</w:t>
            </w:r>
          </w:p>
        </w:tc>
        <w:tc>
          <w:tcPr>
            <w:tcW w:w="0" w:type="auto"/>
          </w:tcPr>
          <w:p w14:paraId="489A1DF4" w14:textId="77777777" w:rsidR="000772B4" w:rsidRDefault="00746A89">
            <w:pPr>
              <w:jc w:val="center"/>
            </w:pPr>
            <w:r>
              <w:t>1,0</w:t>
            </w:r>
          </w:p>
        </w:tc>
        <w:tc>
          <w:tcPr>
            <w:tcW w:w="0" w:type="auto"/>
          </w:tcPr>
          <w:p w14:paraId="5B7BE64A" w14:textId="77777777" w:rsidR="000772B4" w:rsidRDefault="00746A89">
            <w:pPr>
              <w:jc w:val="center"/>
            </w:pPr>
            <w:r>
              <w:t>бак х/в 2 × 100 м³</w:t>
            </w:r>
          </w:p>
        </w:tc>
        <w:tc>
          <w:tcPr>
            <w:tcW w:w="0" w:type="auto"/>
          </w:tcPr>
          <w:p w14:paraId="3B3E9E1E" w14:textId="77777777" w:rsidR="000772B4" w:rsidRDefault="00746A89">
            <w:pPr>
              <w:jc w:val="center"/>
            </w:pPr>
            <w:r>
              <w:t>0</w:t>
            </w:r>
          </w:p>
        </w:tc>
        <w:tc>
          <w:tcPr>
            <w:tcW w:w="0" w:type="auto"/>
          </w:tcPr>
          <w:p w14:paraId="6C44BAB0" w14:textId="77777777" w:rsidR="000772B4" w:rsidRDefault="00746A89">
            <w:pPr>
              <w:jc w:val="center"/>
            </w:pPr>
            <w:r>
              <w:t>2 × 100 м³</w:t>
            </w:r>
          </w:p>
        </w:tc>
      </w:tr>
      <w:tr w:rsidR="000772B4" w14:paraId="40A1AC23" w14:textId="77777777">
        <w:trPr>
          <w:cantSplit/>
          <w:jc w:val="center"/>
        </w:trPr>
        <w:tc>
          <w:tcPr>
            <w:tcW w:w="0" w:type="auto"/>
          </w:tcPr>
          <w:p w14:paraId="55C8822C" w14:textId="77777777" w:rsidR="000772B4" w:rsidRDefault="00746A89">
            <w:r>
              <w:t>УПК № 2 ЦМК</w:t>
            </w:r>
          </w:p>
        </w:tc>
        <w:tc>
          <w:tcPr>
            <w:tcW w:w="0" w:type="auto"/>
          </w:tcPr>
          <w:p w14:paraId="0836B259" w14:textId="77777777" w:rsidR="000772B4" w:rsidRDefault="00746A89">
            <w:pPr>
              <w:jc w:val="center"/>
            </w:pPr>
            <w:r>
              <w:t>1,0</w:t>
            </w:r>
          </w:p>
        </w:tc>
        <w:tc>
          <w:tcPr>
            <w:tcW w:w="0" w:type="auto"/>
          </w:tcPr>
          <w:p w14:paraId="3564A413" w14:textId="77777777" w:rsidR="000772B4" w:rsidRDefault="00746A89">
            <w:pPr>
              <w:jc w:val="center"/>
            </w:pPr>
            <w:r>
              <w:t>резервный трубопровод х/в</w:t>
            </w:r>
          </w:p>
        </w:tc>
        <w:tc>
          <w:tcPr>
            <w:tcW w:w="0" w:type="auto"/>
          </w:tcPr>
          <w:p w14:paraId="70F73907" w14:textId="77777777" w:rsidR="000772B4" w:rsidRDefault="00746A89">
            <w:pPr>
              <w:jc w:val="center"/>
            </w:pPr>
            <w:r>
              <w:t>20</w:t>
            </w:r>
          </w:p>
        </w:tc>
        <w:tc>
          <w:tcPr>
            <w:tcW w:w="0" w:type="auto"/>
          </w:tcPr>
          <w:p w14:paraId="5753B05C" w14:textId="77777777" w:rsidR="000772B4" w:rsidRDefault="00746A89">
            <w:pPr>
              <w:jc w:val="center"/>
            </w:pPr>
            <w:r>
              <w:t>0</w:t>
            </w:r>
          </w:p>
        </w:tc>
      </w:tr>
      <w:tr w:rsidR="000772B4" w14:paraId="47F90D11" w14:textId="77777777">
        <w:trPr>
          <w:cantSplit/>
          <w:jc w:val="center"/>
        </w:trPr>
        <w:tc>
          <w:tcPr>
            <w:tcW w:w="0" w:type="auto"/>
          </w:tcPr>
          <w:p w14:paraId="15559814" w14:textId="77777777" w:rsidR="000772B4" w:rsidRDefault="00746A89">
            <w:r>
              <w:t>УПК № 9 ГРЭ</w:t>
            </w:r>
          </w:p>
        </w:tc>
        <w:tc>
          <w:tcPr>
            <w:tcW w:w="0" w:type="auto"/>
          </w:tcPr>
          <w:p w14:paraId="0FB7F72F" w14:textId="77777777" w:rsidR="000772B4" w:rsidRDefault="00746A89">
            <w:pPr>
              <w:jc w:val="center"/>
            </w:pPr>
            <w:r>
              <w:t>1,0</w:t>
            </w:r>
          </w:p>
        </w:tc>
        <w:tc>
          <w:tcPr>
            <w:tcW w:w="0" w:type="auto"/>
          </w:tcPr>
          <w:p w14:paraId="1F92773B" w14:textId="77777777" w:rsidR="000772B4" w:rsidRDefault="00746A89">
            <w:pPr>
              <w:jc w:val="center"/>
            </w:pPr>
            <w:r>
              <w:t>бак х/в 6 м³</w:t>
            </w:r>
          </w:p>
        </w:tc>
        <w:tc>
          <w:tcPr>
            <w:tcW w:w="0" w:type="auto"/>
          </w:tcPr>
          <w:p w14:paraId="50F4CBE7" w14:textId="77777777" w:rsidR="000772B4" w:rsidRDefault="00746A89">
            <w:pPr>
              <w:jc w:val="center"/>
            </w:pPr>
            <w:r>
              <w:t>0</w:t>
            </w:r>
          </w:p>
        </w:tc>
        <w:tc>
          <w:tcPr>
            <w:tcW w:w="0" w:type="auto"/>
          </w:tcPr>
          <w:p w14:paraId="5A3F42F8" w14:textId="77777777" w:rsidR="000772B4" w:rsidRDefault="00746A89">
            <w:pPr>
              <w:jc w:val="center"/>
            </w:pPr>
            <w:r>
              <w:t>6 м³</w:t>
            </w:r>
          </w:p>
        </w:tc>
      </w:tr>
      <w:tr w:rsidR="000772B4" w14:paraId="0100A3CA" w14:textId="77777777">
        <w:trPr>
          <w:cantSplit/>
          <w:jc w:val="center"/>
        </w:trPr>
        <w:tc>
          <w:tcPr>
            <w:tcW w:w="0" w:type="auto"/>
          </w:tcPr>
          <w:p w14:paraId="3877315F" w14:textId="77777777" w:rsidR="000772B4" w:rsidRDefault="00746A89">
            <w:r>
              <w:t>УПК № 5 Новый Шерегеш</w:t>
            </w:r>
          </w:p>
        </w:tc>
        <w:tc>
          <w:tcPr>
            <w:tcW w:w="0" w:type="auto"/>
          </w:tcPr>
          <w:p w14:paraId="4FADEE71" w14:textId="77777777" w:rsidR="000772B4" w:rsidRDefault="00746A89">
            <w:pPr>
              <w:jc w:val="center"/>
            </w:pPr>
            <w:r>
              <w:t>1,0</w:t>
            </w:r>
          </w:p>
        </w:tc>
        <w:tc>
          <w:tcPr>
            <w:tcW w:w="0" w:type="auto"/>
          </w:tcPr>
          <w:p w14:paraId="5EA1323A" w14:textId="77777777" w:rsidR="000772B4" w:rsidRDefault="00746A89">
            <w:pPr>
              <w:jc w:val="center"/>
            </w:pPr>
            <w:r>
              <w:t>резервный трубопровод х/в</w:t>
            </w:r>
          </w:p>
        </w:tc>
        <w:tc>
          <w:tcPr>
            <w:tcW w:w="0" w:type="auto"/>
          </w:tcPr>
          <w:p w14:paraId="6910B85B" w14:textId="77777777" w:rsidR="000772B4" w:rsidRDefault="00746A89">
            <w:pPr>
              <w:jc w:val="center"/>
            </w:pPr>
            <w:r>
              <w:t>26,4</w:t>
            </w:r>
          </w:p>
        </w:tc>
        <w:tc>
          <w:tcPr>
            <w:tcW w:w="0" w:type="auto"/>
          </w:tcPr>
          <w:p w14:paraId="417D5A5E" w14:textId="77777777" w:rsidR="000772B4" w:rsidRDefault="00746A89">
            <w:pPr>
              <w:jc w:val="center"/>
            </w:pPr>
            <w:r>
              <w:t>0</w:t>
            </w:r>
          </w:p>
        </w:tc>
      </w:tr>
      <w:tr w:rsidR="000772B4" w14:paraId="1A024FD7" w14:textId="77777777">
        <w:trPr>
          <w:cantSplit/>
          <w:jc w:val="center"/>
        </w:trPr>
        <w:tc>
          <w:tcPr>
            <w:tcW w:w="0" w:type="auto"/>
          </w:tcPr>
          <w:p w14:paraId="1098357B" w14:textId="77777777" w:rsidR="000772B4" w:rsidRDefault="00746A89">
            <w:r>
              <w:t>УПК № 6 Старый Шерегеш</w:t>
            </w:r>
          </w:p>
        </w:tc>
        <w:tc>
          <w:tcPr>
            <w:tcW w:w="0" w:type="auto"/>
          </w:tcPr>
          <w:p w14:paraId="3A4872E5" w14:textId="77777777" w:rsidR="000772B4" w:rsidRDefault="00746A89">
            <w:pPr>
              <w:jc w:val="center"/>
            </w:pPr>
            <w:r>
              <w:t>1,0</w:t>
            </w:r>
          </w:p>
        </w:tc>
        <w:tc>
          <w:tcPr>
            <w:tcW w:w="0" w:type="auto"/>
          </w:tcPr>
          <w:p w14:paraId="086C9DEA" w14:textId="77777777" w:rsidR="000772B4" w:rsidRDefault="00746A89">
            <w:pPr>
              <w:jc w:val="center"/>
            </w:pPr>
            <w:r>
              <w:t>резервный трубопровод х/в</w:t>
            </w:r>
          </w:p>
        </w:tc>
        <w:tc>
          <w:tcPr>
            <w:tcW w:w="0" w:type="auto"/>
          </w:tcPr>
          <w:p w14:paraId="49F2C637" w14:textId="77777777" w:rsidR="000772B4" w:rsidRDefault="00746A89">
            <w:pPr>
              <w:jc w:val="center"/>
            </w:pPr>
            <w:r>
              <w:t>5,0</w:t>
            </w:r>
          </w:p>
        </w:tc>
        <w:tc>
          <w:tcPr>
            <w:tcW w:w="0" w:type="auto"/>
          </w:tcPr>
          <w:p w14:paraId="01AB0C44" w14:textId="77777777" w:rsidR="000772B4" w:rsidRDefault="00746A89">
            <w:pPr>
              <w:jc w:val="center"/>
            </w:pPr>
            <w:r>
              <w:t>0</w:t>
            </w:r>
          </w:p>
        </w:tc>
      </w:tr>
      <w:tr w:rsidR="000772B4" w14:paraId="78E9D34C" w14:textId="77777777">
        <w:trPr>
          <w:cantSplit/>
          <w:jc w:val="center"/>
        </w:trPr>
        <w:tc>
          <w:tcPr>
            <w:tcW w:w="0" w:type="auto"/>
          </w:tcPr>
          <w:p w14:paraId="65BDBB5B" w14:textId="77777777" w:rsidR="000772B4" w:rsidRDefault="00746A89">
            <w:r>
              <w:t>УПК № 7 Каз</w:t>
            </w:r>
          </w:p>
        </w:tc>
        <w:tc>
          <w:tcPr>
            <w:tcW w:w="0" w:type="auto"/>
          </w:tcPr>
          <w:p w14:paraId="3AC97125" w14:textId="77777777" w:rsidR="000772B4" w:rsidRDefault="00746A89">
            <w:pPr>
              <w:jc w:val="center"/>
            </w:pPr>
            <w:r>
              <w:t>1,0</w:t>
            </w:r>
          </w:p>
        </w:tc>
        <w:tc>
          <w:tcPr>
            <w:tcW w:w="0" w:type="auto"/>
          </w:tcPr>
          <w:p w14:paraId="5D065F2C" w14:textId="77777777" w:rsidR="000772B4" w:rsidRDefault="00746A89">
            <w:pPr>
              <w:jc w:val="center"/>
            </w:pPr>
            <w:r>
              <w:t>резервный трубопровод х/в</w:t>
            </w:r>
          </w:p>
        </w:tc>
        <w:tc>
          <w:tcPr>
            <w:tcW w:w="0" w:type="auto"/>
          </w:tcPr>
          <w:p w14:paraId="587E06CE" w14:textId="77777777" w:rsidR="000772B4" w:rsidRDefault="00746A89">
            <w:pPr>
              <w:jc w:val="center"/>
            </w:pPr>
            <w:r>
              <w:t>40</w:t>
            </w:r>
          </w:p>
        </w:tc>
        <w:tc>
          <w:tcPr>
            <w:tcW w:w="0" w:type="auto"/>
          </w:tcPr>
          <w:p w14:paraId="75D7F548" w14:textId="77777777" w:rsidR="000772B4" w:rsidRDefault="00746A89">
            <w:pPr>
              <w:jc w:val="center"/>
            </w:pPr>
            <w:r>
              <w:t>0</w:t>
            </w:r>
          </w:p>
        </w:tc>
      </w:tr>
      <w:tr w:rsidR="000772B4" w14:paraId="2C4D4EE1" w14:textId="77777777">
        <w:trPr>
          <w:cantSplit/>
          <w:jc w:val="center"/>
        </w:trPr>
        <w:tc>
          <w:tcPr>
            <w:tcW w:w="0" w:type="auto"/>
          </w:tcPr>
          <w:p w14:paraId="3D5C0C76" w14:textId="77777777" w:rsidR="000772B4" w:rsidRDefault="00746A89">
            <w:r>
              <w:t>УПК № 8 Мундыбаш</w:t>
            </w:r>
          </w:p>
        </w:tc>
        <w:tc>
          <w:tcPr>
            <w:tcW w:w="0" w:type="auto"/>
          </w:tcPr>
          <w:p w14:paraId="0F56DC78" w14:textId="77777777" w:rsidR="000772B4" w:rsidRDefault="00746A89">
            <w:pPr>
              <w:jc w:val="center"/>
            </w:pPr>
            <w:r>
              <w:t>1,0</w:t>
            </w:r>
          </w:p>
        </w:tc>
        <w:tc>
          <w:tcPr>
            <w:tcW w:w="0" w:type="auto"/>
          </w:tcPr>
          <w:p w14:paraId="125493A8" w14:textId="77777777" w:rsidR="000772B4" w:rsidRDefault="00746A89">
            <w:pPr>
              <w:jc w:val="center"/>
            </w:pPr>
            <w:r>
              <w:t>резервный трубопровод х/в</w:t>
            </w:r>
          </w:p>
        </w:tc>
        <w:tc>
          <w:tcPr>
            <w:tcW w:w="0" w:type="auto"/>
          </w:tcPr>
          <w:p w14:paraId="51B14003" w14:textId="77777777" w:rsidR="000772B4" w:rsidRDefault="00746A89">
            <w:pPr>
              <w:jc w:val="center"/>
            </w:pPr>
            <w:r>
              <w:t>60</w:t>
            </w:r>
          </w:p>
        </w:tc>
        <w:tc>
          <w:tcPr>
            <w:tcW w:w="0" w:type="auto"/>
          </w:tcPr>
          <w:p w14:paraId="17F1A4D5" w14:textId="77777777" w:rsidR="000772B4" w:rsidRDefault="00746A89">
            <w:pPr>
              <w:jc w:val="center"/>
            </w:pPr>
            <w:r>
              <w:t>1 шт., 190 м³</w:t>
            </w:r>
          </w:p>
        </w:tc>
      </w:tr>
      <w:tr w:rsidR="000772B4" w14:paraId="55537D2E" w14:textId="77777777">
        <w:trPr>
          <w:cantSplit/>
          <w:jc w:val="center"/>
        </w:trPr>
        <w:tc>
          <w:tcPr>
            <w:tcW w:w="0" w:type="auto"/>
          </w:tcPr>
          <w:p w14:paraId="2CD7DCDD" w14:textId="77777777" w:rsidR="000772B4" w:rsidRDefault="00746A89">
            <w:r>
              <w:t>УПК № 10 Темир-Тау</w:t>
            </w:r>
          </w:p>
        </w:tc>
        <w:tc>
          <w:tcPr>
            <w:tcW w:w="0" w:type="auto"/>
          </w:tcPr>
          <w:p w14:paraId="7040DCEE" w14:textId="77777777" w:rsidR="000772B4" w:rsidRDefault="00746A89">
            <w:pPr>
              <w:jc w:val="center"/>
            </w:pPr>
            <w:r>
              <w:t>1,0</w:t>
            </w:r>
          </w:p>
        </w:tc>
        <w:tc>
          <w:tcPr>
            <w:tcW w:w="0" w:type="auto"/>
          </w:tcPr>
          <w:p w14:paraId="03687DB7" w14:textId="77777777" w:rsidR="000772B4" w:rsidRDefault="00746A89">
            <w:pPr>
              <w:jc w:val="center"/>
            </w:pPr>
            <w:r>
              <w:t>резервный трубопровод х/в</w:t>
            </w:r>
          </w:p>
        </w:tc>
        <w:tc>
          <w:tcPr>
            <w:tcW w:w="0" w:type="auto"/>
          </w:tcPr>
          <w:p w14:paraId="5AAB94A5" w14:textId="77777777" w:rsidR="000772B4" w:rsidRDefault="00746A89">
            <w:pPr>
              <w:jc w:val="center"/>
            </w:pPr>
            <w:r>
              <w:t>0</w:t>
            </w:r>
          </w:p>
        </w:tc>
        <w:tc>
          <w:tcPr>
            <w:tcW w:w="0" w:type="auto"/>
          </w:tcPr>
          <w:p w14:paraId="03725C81" w14:textId="77777777" w:rsidR="000772B4" w:rsidRDefault="00746A89">
            <w:pPr>
              <w:jc w:val="center"/>
            </w:pPr>
            <w:r>
              <w:t>0</w:t>
            </w:r>
          </w:p>
        </w:tc>
      </w:tr>
      <w:tr w:rsidR="000772B4" w14:paraId="538FF72B" w14:textId="77777777">
        <w:trPr>
          <w:cantSplit/>
          <w:jc w:val="center"/>
        </w:trPr>
        <w:tc>
          <w:tcPr>
            <w:tcW w:w="0" w:type="auto"/>
          </w:tcPr>
          <w:p w14:paraId="7EF63003" w14:textId="77777777" w:rsidR="000772B4" w:rsidRDefault="00746A89">
            <w:r>
              <w:t>УПК № 3 Спасск</w:t>
            </w:r>
          </w:p>
        </w:tc>
        <w:tc>
          <w:tcPr>
            <w:tcW w:w="0" w:type="auto"/>
          </w:tcPr>
          <w:p w14:paraId="459CEF48" w14:textId="77777777" w:rsidR="000772B4" w:rsidRDefault="00746A89">
            <w:pPr>
              <w:jc w:val="center"/>
            </w:pPr>
            <w:r>
              <w:t>1,0</w:t>
            </w:r>
          </w:p>
        </w:tc>
        <w:tc>
          <w:tcPr>
            <w:tcW w:w="0" w:type="auto"/>
          </w:tcPr>
          <w:p w14:paraId="3094714D" w14:textId="77777777" w:rsidR="000772B4" w:rsidRDefault="00746A89">
            <w:pPr>
              <w:jc w:val="center"/>
            </w:pPr>
            <w:r>
              <w:t>накопительная ёмкость</w:t>
            </w:r>
          </w:p>
        </w:tc>
        <w:tc>
          <w:tcPr>
            <w:tcW w:w="0" w:type="auto"/>
          </w:tcPr>
          <w:p w14:paraId="49CB7023" w14:textId="77777777" w:rsidR="000772B4" w:rsidRDefault="00746A89">
            <w:pPr>
              <w:jc w:val="center"/>
            </w:pPr>
            <w:r>
              <w:t>0</w:t>
            </w:r>
          </w:p>
        </w:tc>
        <w:tc>
          <w:tcPr>
            <w:tcW w:w="0" w:type="auto"/>
          </w:tcPr>
          <w:p w14:paraId="1C99CE67" w14:textId="77777777" w:rsidR="000772B4" w:rsidRDefault="00746A89">
            <w:pPr>
              <w:jc w:val="center"/>
            </w:pPr>
            <w:r>
              <w:t>нак. ёмкость</w:t>
            </w:r>
          </w:p>
        </w:tc>
      </w:tr>
    </w:tbl>
    <w:p w14:paraId="550A1DD6" w14:textId="77777777" w:rsidR="000772B4" w:rsidRDefault="000772B4">
      <w:pPr>
        <w:spacing w:after="40"/>
      </w:pPr>
    </w:p>
    <w:p w14:paraId="00278632" w14:textId="77777777" w:rsidR="000772B4" w:rsidRPr="00794D67" w:rsidRDefault="00746A89">
      <w:pPr>
        <w:spacing w:after="80"/>
        <w:jc w:val="both"/>
        <w:rPr>
          <w:lang w:val="ru-RU"/>
        </w:rPr>
      </w:pPr>
      <w:r w:rsidRPr="00794D67">
        <w:rPr>
          <w:lang w:val="ru-RU"/>
        </w:rPr>
        <w:t>Типы резервирования водоснабжения различаются по существу и не смешиваются: резервный трубопровод холодного водоснабжения по семи источникам; накопительная ёмкость либо бак холодной воды по трём. Показатель Кв принимает одно и то же значение для обоих типов и сведений об автономности не содержит.</w:t>
      </w:r>
    </w:p>
    <w:p w14:paraId="0753CB6A" w14:textId="77777777" w:rsidR="000772B4" w:rsidRPr="00794D67" w:rsidRDefault="00746A89">
      <w:pPr>
        <w:spacing w:after="80"/>
        <w:jc w:val="both"/>
        <w:rPr>
          <w:lang w:val="ru-RU"/>
        </w:rPr>
      </w:pPr>
      <w:r w:rsidRPr="00794D67">
        <w:rPr>
          <w:lang w:val="ru-RU"/>
        </w:rPr>
        <w:t>Ёмкость резервом отопительного периода не признаётся: полезный объём, назначение и связь с фактическим расходом подпитки не установлены, поэтому расчётная автономность не приводится.</w:t>
      </w:r>
    </w:p>
    <w:p w14:paraId="34AF4B2C" w14:textId="77777777" w:rsidR="000772B4" w:rsidRPr="00794D67" w:rsidRDefault="00746A89">
      <w:pPr>
        <w:spacing w:after="80"/>
        <w:jc w:val="both"/>
        <w:rPr>
          <w:lang w:val="ru-RU"/>
        </w:rPr>
      </w:pPr>
      <w:r w:rsidRPr="00794D67">
        <w:rPr>
          <w:lang w:val="ru-RU"/>
        </w:rPr>
        <w:t>По четырём источникам — УПК № 2 «Шалым», УПК № 9 «ГРЭ», УПК № 10 «Темир-Тау» и УПК № 3 «Спасск» — производительность водоподготовительной установки указана нулевой при подтверждённом водоразборе на нужды горячего водоснабжения по открытой схеме. Нулевое значение квалифицируется как незаполненное поле либо как обстоятельство, требующее уточнения, но не как подтверждённое отсутствие установки.</w:t>
      </w:r>
    </w:p>
    <w:p w14:paraId="43E3988A" w14:textId="77777777" w:rsidR="000772B4" w:rsidRPr="00344E69" w:rsidRDefault="00746A89">
      <w:pPr>
        <w:spacing w:after="80"/>
        <w:rPr>
          <w:lang w:val="ru-RU"/>
        </w:rPr>
      </w:pPr>
      <w:r w:rsidRPr="00794D67">
        <w:rPr>
          <w:i/>
          <w:color w:val="993300"/>
          <w:lang w:val="ru-RU"/>
        </w:rPr>
        <w:t xml:space="preserve">Подлежит уточнению по данным эксплуатирующей организации: фактическая технология подготовки подпиточной воды по четырём источникам с нулевой производительностью </w:t>
      </w:r>
      <w:r w:rsidRPr="00344E69">
        <w:rPr>
          <w:i/>
          <w:color w:val="993300"/>
          <w:lang w:val="ru-RU"/>
        </w:rPr>
        <w:t>ВПУ; полезный объём и назначение баков.</w:t>
      </w:r>
    </w:p>
    <w:p w14:paraId="0D5FAE41" w14:textId="77777777" w:rsidR="000772B4" w:rsidRPr="00344E69" w:rsidRDefault="00746A89">
      <w:pPr>
        <w:pStyle w:val="21"/>
        <w:rPr>
          <w:lang w:val="ru-RU"/>
        </w:rPr>
      </w:pPr>
      <w:bookmarkStart w:id="84" w:name="_Toc238015675"/>
      <w:r w:rsidRPr="00344E69">
        <w:rPr>
          <w:lang w:val="ru-RU"/>
        </w:rPr>
        <w:t>11.10. Топливообеспечение</w:t>
      </w:r>
      <w:bookmarkEnd w:id="84"/>
    </w:p>
    <w:p w14:paraId="2AACB3C1" w14:textId="77777777" w:rsidR="000772B4" w:rsidRPr="00794D67" w:rsidRDefault="00746A89">
      <w:pPr>
        <w:spacing w:after="80"/>
        <w:jc w:val="both"/>
        <w:rPr>
          <w:lang w:val="ru-RU"/>
        </w:rPr>
      </w:pPr>
      <w:r w:rsidRPr="00794D67">
        <w:rPr>
          <w:lang w:val="ru-RU"/>
        </w:rPr>
        <w:t>Нормативы создания запасов топлива приведены по документам актуализации 2026 года и постоянны на горизонте 2026–2036 годов. Проверено соотношение общего норматива как суммы неснижаемого и эксплуатационного — выполняется по всем раскрытым источникам.</w:t>
      </w:r>
    </w:p>
    <w:p w14:paraId="3E78B92C" w14:textId="77777777" w:rsidR="000772B4" w:rsidRPr="00794D67" w:rsidRDefault="00746A89">
      <w:pPr>
        <w:keepNext/>
        <w:spacing w:before="160"/>
        <w:rPr>
          <w:lang w:val="ru-RU"/>
        </w:rPr>
      </w:pPr>
      <w:r w:rsidRPr="00794D67">
        <w:rPr>
          <w:b/>
          <w:lang w:val="ru-RU"/>
        </w:rPr>
        <w:t>Таблица 11.10 — Нормативы запаса топлива, тыс. т</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753"/>
        <w:gridCol w:w="1417"/>
        <w:gridCol w:w="2000"/>
        <w:gridCol w:w="2592"/>
        <w:gridCol w:w="1583"/>
      </w:tblGrid>
      <w:tr w:rsidR="000772B4" w14:paraId="6983234B" w14:textId="77777777">
        <w:trPr>
          <w:cantSplit/>
          <w:tblHeader/>
          <w:jc w:val="center"/>
        </w:trPr>
        <w:tc>
          <w:tcPr>
            <w:tcW w:w="0" w:type="auto"/>
            <w:shd w:val="clear" w:color="auto" w:fill="E2F0D9"/>
          </w:tcPr>
          <w:p w14:paraId="3864A075" w14:textId="77777777" w:rsidR="000772B4" w:rsidRDefault="00746A89">
            <w:pPr>
              <w:jc w:val="center"/>
            </w:pPr>
            <w:r>
              <w:rPr>
                <w:b/>
              </w:rPr>
              <w:t>Источник</w:t>
            </w:r>
          </w:p>
        </w:tc>
        <w:tc>
          <w:tcPr>
            <w:tcW w:w="0" w:type="auto"/>
            <w:shd w:val="clear" w:color="auto" w:fill="E2F0D9"/>
          </w:tcPr>
          <w:p w14:paraId="076C6952" w14:textId="77777777" w:rsidR="000772B4" w:rsidRDefault="00746A89">
            <w:pPr>
              <w:jc w:val="center"/>
            </w:pPr>
            <w:r>
              <w:rPr>
                <w:b/>
              </w:rPr>
              <w:t>Общий норматив</w:t>
            </w:r>
          </w:p>
        </w:tc>
        <w:tc>
          <w:tcPr>
            <w:tcW w:w="0" w:type="auto"/>
            <w:shd w:val="clear" w:color="auto" w:fill="E2F0D9"/>
          </w:tcPr>
          <w:p w14:paraId="651126D5" w14:textId="77777777" w:rsidR="000772B4" w:rsidRDefault="00746A89">
            <w:pPr>
              <w:jc w:val="center"/>
            </w:pPr>
            <w:r>
              <w:rPr>
                <w:b/>
              </w:rPr>
              <w:t>Неснижаемый норматив</w:t>
            </w:r>
          </w:p>
        </w:tc>
        <w:tc>
          <w:tcPr>
            <w:tcW w:w="0" w:type="auto"/>
            <w:shd w:val="clear" w:color="auto" w:fill="E2F0D9"/>
          </w:tcPr>
          <w:p w14:paraId="5E0BB47C" w14:textId="77777777" w:rsidR="000772B4" w:rsidRDefault="00746A89">
            <w:pPr>
              <w:jc w:val="center"/>
            </w:pPr>
            <w:r>
              <w:rPr>
                <w:b/>
              </w:rPr>
              <w:t>Эксплуатационный норматив</w:t>
            </w:r>
          </w:p>
        </w:tc>
        <w:tc>
          <w:tcPr>
            <w:tcW w:w="0" w:type="auto"/>
            <w:shd w:val="clear" w:color="auto" w:fill="E2F0D9"/>
          </w:tcPr>
          <w:p w14:paraId="0217E399" w14:textId="77777777" w:rsidR="000772B4" w:rsidRDefault="00746A89">
            <w:pPr>
              <w:jc w:val="center"/>
            </w:pPr>
            <w:r>
              <w:rPr>
                <w:b/>
              </w:rPr>
              <w:t>Контроль суммы</w:t>
            </w:r>
          </w:p>
        </w:tc>
      </w:tr>
      <w:tr w:rsidR="000772B4" w14:paraId="02026F2A" w14:textId="77777777">
        <w:trPr>
          <w:cantSplit/>
          <w:jc w:val="center"/>
        </w:trPr>
        <w:tc>
          <w:tcPr>
            <w:tcW w:w="0" w:type="auto"/>
          </w:tcPr>
          <w:p w14:paraId="66EDF5B9" w14:textId="77777777" w:rsidR="000772B4" w:rsidRDefault="00746A89">
            <w:r>
              <w:t>УПК № 1 Таштагол</w:t>
            </w:r>
          </w:p>
        </w:tc>
        <w:tc>
          <w:tcPr>
            <w:tcW w:w="0" w:type="auto"/>
          </w:tcPr>
          <w:p w14:paraId="51F8A641" w14:textId="77777777" w:rsidR="000772B4" w:rsidRDefault="00746A89">
            <w:pPr>
              <w:jc w:val="center"/>
            </w:pPr>
            <w:r>
              <w:t>18,878</w:t>
            </w:r>
          </w:p>
        </w:tc>
        <w:tc>
          <w:tcPr>
            <w:tcW w:w="0" w:type="auto"/>
          </w:tcPr>
          <w:p w14:paraId="4B0EE29B" w14:textId="77777777" w:rsidR="000772B4" w:rsidRDefault="00746A89">
            <w:pPr>
              <w:jc w:val="center"/>
            </w:pPr>
            <w:r>
              <w:t>2,846</w:t>
            </w:r>
          </w:p>
        </w:tc>
        <w:tc>
          <w:tcPr>
            <w:tcW w:w="0" w:type="auto"/>
          </w:tcPr>
          <w:p w14:paraId="151829BB" w14:textId="77777777" w:rsidR="000772B4" w:rsidRDefault="00746A89">
            <w:pPr>
              <w:jc w:val="center"/>
            </w:pPr>
            <w:r>
              <w:t>16,032</w:t>
            </w:r>
          </w:p>
        </w:tc>
        <w:tc>
          <w:tcPr>
            <w:tcW w:w="0" w:type="auto"/>
          </w:tcPr>
          <w:p w14:paraId="5B05A11B" w14:textId="77777777" w:rsidR="000772B4" w:rsidRDefault="00746A89">
            <w:pPr>
              <w:jc w:val="center"/>
            </w:pPr>
            <w:r>
              <w:t>выполняется</w:t>
            </w:r>
          </w:p>
        </w:tc>
      </w:tr>
      <w:tr w:rsidR="000772B4" w14:paraId="7210C626" w14:textId="77777777">
        <w:trPr>
          <w:cantSplit/>
          <w:jc w:val="center"/>
        </w:trPr>
        <w:tc>
          <w:tcPr>
            <w:tcW w:w="0" w:type="auto"/>
          </w:tcPr>
          <w:p w14:paraId="326F5661" w14:textId="77777777" w:rsidR="000772B4" w:rsidRDefault="00746A89">
            <w:r>
              <w:t>УПК № 2 Шалым</w:t>
            </w:r>
          </w:p>
        </w:tc>
        <w:tc>
          <w:tcPr>
            <w:tcW w:w="0" w:type="auto"/>
          </w:tcPr>
          <w:p w14:paraId="7451A2F3" w14:textId="77777777" w:rsidR="000772B4" w:rsidRDefault="00746A89">
            <w:pPr>
              <w:jc w:val="center"/>
            </w:pPr>
            <w:r>
              <w:t>1,297</w:t>
            </w:r>
          </w:p>
        </w:tc>
        <w:tc>
          <w:tcPr>
            <w:tcW w:w="0" w:type="auto"/>
          </w:tcPr>
          <w:p w14:paraId="7AE541B4" w14:textId="77777777" w:rsidR="000772B4" w:rsidRDefault="00746A89">
            <w:pPr>
              <w:jc w:val="center"/>
            </w:pPr>
            <w:r>
              <w:t>0,187</w:t>
            </w:r>
          </w:p>
        </w:tc>
        <w:tc>
          <w:tcPr>
            <w:tcW w:w="0" w:type="auto"/>
          </w:tcPr>
          <w:p w14:paraId="4816994A" w14:textId="77777777" w:rsidR="000772B4" w:rsidRDefault="00746A89">
            <w:pPr>
              <w:jc w:val="center"/>
            </w:pPr>
            <w:r>
              <w:t>1,110</w:t>
            </w:r>
          </w:p>
        </w:tc>
        <w:tc>
          <w:tcPr>
            <w:tcW w:w="0" w:type="auto"/>
          </w:tcPr>
          <w:p w14:paraId="26039250" w14:textId="77777777" w:rsidR="000772B4" w:rsidRDefault="00746A89">
            <w:pPr>
              <w:jc w:val="center"/>
            </w:pPr>
            <w:r>
              <w:t>выполняется</w:t>
            </w:r>
          </w:p>
        </w:tc>
      </w:tr>
      <w:tr w:rsidR="000772B4" w14:paraId="54E88F2E" w14:textId="77777777">
        <w:trPr>
          <w:cantSplit/>
          <w:jc w:val="center"/>
        </w:trPr>
        <w:tc>
          <w:tcPr>
            <w:tcW w:w="0" w:type="auto"/>
          </w:tcPr>
          <w:p w14:paraId="088E9DC3" w14:textId="77777777" w:rsidR="000772B4" w:rsidRDefault="00746A89">
            <w:r>
              <w:t>УПК № 2 ЦМК</w:t>
            </w:r>
          </w:p>
        </w:tc>
        <w:tc>
          <w:tcPr>
            <w:tcW w:w="0" w:type="auto"/>
          </w:tcPr>
          <w:p w14:paraId="6247025A" w14:textId="77777777" w:rsidR="000772B4" w:rsidRDefault="00746A89">
            <w:pPr>
              <w:jc w:val="center"/>
            </w:pPr>
            <w:r>
              <w:t>0,575</w:t>
            </w:r>
          </w:p>
        </w:tc>
        <w:tc>
          <w:tcPr>
            <w:tcW w:w="0" w:type="auto"/>
          </w:tcPr>
          <w:p w14:paraId="59321F98" w14:textId="77777777" w:rsidR="000772B4" w:rsidRDefault="00746A89">
            <w:pPr>
              <w:jc w:val="center"/>
            </w:pPr>
            <w:r>
              <w:t>0,080</w:t>
            </w:r>
          </w:p>
        </w:tc>
        <w:tc>
          <w:tcPr>
            <w:tcW w:w="0" w:type="auto"/>
          </w:tcPr>
          <w:p w14:paraId="72F2EF72" w14:textId="77777777" w:rsidR="000772B4" w:rsidRDefault="00746A89">
            <w:pPr>
              <w:jc w:val="center"/>
            </w:pPr>
            <w:r>
              <w:t>0,495</w:t>
            </w:r>
          </w:p>
        </w:tc>
        <w:tc>
          <w:tcPr>
            <w:tcW w:w="0" w:type="auto"/>
          </w:tcPr>
          <w:p w14:paraId="6CD8D176" w14:textId="77777777" w:rsidR="000772B4" w:rsidRDefault="00746A89">
            <w:pPr>
              <w:jc w:val="center"/>
            </w:pPr>
            <w:r>
              <w:t>выполняется</w:t>
            </w:r>
          </w:p>
        </w:tc>
      </w:tr>
      <w:tr w:rsidR="000772B4" w14:paraId="6E0718A3" w14:textId="77777777">
        <w:trPr>
          <w:cantSplit/>
          <w:jc w:val="center"/>
        </w:trPr>
        <w:tc>
          <w:tcPr>
            <w:tcW w:w="0" w:type="auto"/>
          </w:tcPr>
          <w:p w14:paraId="78C9C687" w14:textId="77777777" w:rsidR="000772B4" w:rsidRDefault="00746A89">
            <w:r>
              <w:t>УПК № 9 ГРЭ</w:t>
            </w:r>
          </w:p>
        </w:tc>
        <w:tc>
          <w:tcPr>
            <w:tcW w:w="0" w:type="auto"/>
          </w:tcPr>
          <w:p w14:paraId="6FD21BAE" w14:textId="77777777" w:rsidR="000772B4" w:rsidRDefault="00746A89">
            <w:pPr>
              <w:jc w:val="center"/>
            </w:pPr>
            <w:r>
              <w:t>0</w:t>
            </w:r>
          </w:p>
        </w:tc>
        <w:tc>
          <w:tcPr>
            <w:tcW w:w="0" w:type="auto"/>
          </w:tcPr>
          <w:p w14:paraId="6A7CDF1D" w14:textId="77777777" w:rsidR="000772B4" w:rsidRDefault="00746A89">
            <w:pPr>
              <w:jc w:val="center"/>
            </w:pPr>
            <w:r>
              <w:t>0</w:t>
            </w:r>
          </w:p>
        </w:tc>
        <w:tc>
          <w:tcPr>
            <w:tcW w:w="0" w:type="auto"/>
          </w:tcPr>
          <w:p w14:paraId="538853F2" w14:textId="77777777" w:rsidR="000772B4" w:rsidRDefault="00746A89">
            <w:pPr>
              <w:jc w:val="center"/>
            </w:pPr>
            <w:r>
              <w:t>0</w:t>
            </w:r>
          </w:p>
        </w:tc>
        <w:tc>
          <w:tcPr>
            <w:tcW w:w="0" w:type="auto"/>
          </w:tcPr>
          <w:p w14:paraId="300940C8" w14:textId="77777777" w:rsidR="000772B4" w:rsidRDefault="00746A89">
            <w:pPr>
              <w:jc w:val="center"/>
            </w:pPr>
            <w:r>
              <w:t>выполняется</w:t>
            </w:r>
          </w:p>
        </w:tc>
      </w:tr>
      <w:tr w:rsidR="000772B4" w14:paraId="662B9350" w14:textId="77777777">
        <w:trPr>
          <w:cantSplit/>
          <w:jc w:val="center"/>
        </w:trPr>
        <w:tc>
          <w:tcPr>
            <w:tcW w:w="0" w:type="auto"/>
          </w:tcPr>
          <w:p w14:paraId="21491935" w14:textId="77777777" w:rsidR="000772B4" w:rsidRDefault="00746A89">
            <w:r>
              <w:t>УПК № 5 Новый Шерегеш</w:t>
            </w:r>
          </w:p>
        </w:tc>
        <w:tc>
          <w:tcPr>
            <w:tcW w:w="0" w:type="auto"/>
          </w:tcPr>
          <w:p w14:paraId="0C58C0A0" w14:textId="77777777" w:rsidR="000772B4" w:rsidRDefault="00746A89">
            <w:pPr>
              <w:jc w:val="center"/>
            </w:pPr>
            <w:r>
              <w:t>12,044</w:t>
            </w:r>
          </w:p>
        </w:tc>
        <w:tc>
          <w:tcPr>
            <w:tcW w:w="0" w:type="auto"/>
          </w:tcPr>
          <w:p w14:paraId="43E280B5" w14:textId="77777777" w:rsidR="000772B4" w:rsidRDefault="00746A89">
            <w:pPr>
              <w:jc w:val="center"/>
            </w:pPr>
            <w:r>
              <w:t>1,635</w:t>
            </w:r>
          </w:p>
        </w:tc>
        <w:tc>
          <w:tcPr>
            <w:tcW w:w="0" w:type="auto"/>
          </w:tcPr>
          <w:p w14:paraId="63707DA3" w14:textId="77777777" w:rsidR="000772B4" w:rsidRDefault="00746A89">
            <w:pPr>
              <w:jc w:val="center"/>
            </w:pPr>
            <w:r>
              <w:t>10,409</w:t>
            </w:r>
          </w:p>
        </w:tc>
        <w:tc>
          <w:tcPr>
            <w:tcW w:w="0" w:type="auto"/>
          </w:tcPr>
          <w:p w14:paraId="6D90C6E8" w14:textId="77777777" w:rsidR="000772B4" w:rsidRDefault="00746A89">
            <w:pPr>
              <w:jc w:val="center"/>
            </w:pPr>
            <w:r>
              <w:t>выполняется</w:t>
            </w:r>
          </w:p>
        </w:tc>
      </w:tr>
      <w:tr w:rsidR="000772B4" w14:paraId="78363901" w14:textId="77777777">
        <w:trPr>
          <w:cantSplit/>
          <w:jc w:val="center"/>
        </w:trPr>
        <w:tc>
          <w:tcPr>
            <w:tcW w:w="0" w:type="auto"/>
          </w:tcPr>
          <w:p w14:paraId="30BF4698" w14:textId="77777777" w:rsidR="000772B4" w:rsidRDefault="00746A89">
            <w:r>
              <w:t>УПК № 6 Старый Шерегеш</w:t>
            </w:r>
          </w:p>
        </w:tc>
        <w:tc>
          <w:tcPr>
            <w:tcW w:w="0" w:type="auto"/>
          </w:tcPr>
          <w:p w14:paraId="35040997" w14:textId="77777777" w:rsidR="000772B4" w:rsidRDefault="00746A89">
            <w:pPr>
              <w:jc w:val="center"/>
            </w:pPr>
            <w:r>
              <w:t>н/д</w:t>
            </w:r>
          </w:p>
        </w:tc>
        <w:tc>
          <w:tcPr>
            <w:tcW w:w="0" w:type="auto"/>
          </w:tcPr>
          <w:p w14:paraId="76F0AD8F" w14:textId="77777777" w:rsidR="000772B4" w:rsidRDefault="00746A89">
            <w:pPr>
              <w:jc w:val="center"/>
            </w:pPr>
            <w:r>
              <w:t>н/д</w:t>
            </w:r>
          </w:p>
        </w:tc>
        <w:tc>
          <w:tcPr>
            <w:tcW w:w="0" w:type="auto"/>
          </w:tcPr>
          <w:p w14:paraId="0A3F40A3" w14:textId="77777777" w:rsidR="000772B4" w:rsidRDefault="00746A89">
            <w:pPr>
              <w:jc w:val="center"/>
            </w:pPr>
            <w:r>
              <w:t>н/д</w:t>
            </w:r>
          </w:p>
        </w:tc>
        <w:tc>
          <w:tcPr>
            <w:tcW w:w="0" w:type="auto"/>
          </w:tcPr>
          <w:p w14:paraId="379F6018" w14:textId="77777777" w:rsidR="000772B4" w:rsidRDefault="00746A89">
            <w:pPr>
              <w:jc w:val="center"/>
            </w:pPr>
            <w:r>
              <w:t>—</w:t>
            </w:r>
          </w:p>
        </w:tc>
      </w:tr>
      <w:tr w:rsidR="000772B4" w14:paraId="78800AC7" w14:textId="77777777">
        <w:trPr>
          <w:cantSplit/>
          <w:jc w:val="center"/>
        </w:trPr>
        <w:tc>
          <w:tcPr>
            <w:tcW w:w="0" w:type="auto"/>
          </w:tcPr>
          <w:p w14:paraId="5335D5B8" w14:textId="77777777" w:rsidR="000772B4" w:rsidRDefault="00746A89">
            <w:r>
              <w:t>УПК № 7 Каз</w:t>
            </w:r>
          </w:p>
        </w:tc>
        <w:tc>
          <w:tcPr>
            <w:tcW w:w="0" w:type="auto"/>
          </w:tcPr>
          <w:p w14:paraId="5354E582" w14:textId="77777777" w:rsidR="000772B4" w:rsidRDefault="00746A89">
            <w:pPr>
              <w:jc w:val="center"/>
            </w:pPr>
            <w:r>
              <w:t>5,997</w:t>
            </w:r>
          </w:p>
        </w:tc>
        <w:tc>
          <w:tcPr>
            <w:tcW w:w="0" w:type="auto"/>
          </w:tcPr>
          <w:p w14:paraId="7AF59B1E" w14:textId="77777777" w:rsidR="000772B4" w:rsidRDefault="00746A89">
            <w:pPr>
              <w:jc w:val="center"/>
            </w:pPr>
            <w:r>
              <w:t>0,792</w:t>
            </w:r>
          </w:p>
        </w:tc>
        <w:tc>
          <w:tcPr>
            <w:tcW w:w="0" w:type="auto"/>
          </w:tcPr>
          <w:p w14:paraId="3B4CC782" w14:textId="77777777" w:rsidR="000772B4" w:rsidRDefault="00746A89">
            <w:pPr>
              <w:jc w:val="center"/>
            </w:pPr>
            <w:r>
              <w:t>5,205</w:t>
            </w:r>
          </w:p>
        </w:tc>
        <w:tc>
          <w:tcPr>
            <w:tcW w:w="0" w:type="auto"/>
          </w:tcPr>
          <w:p w14:paraId="0B8E9894" w14:textId="77777777" w:rsidR="000772B4" w:rsidRDefault="00746A89">
            <w:pPr>
              <w:jc w:val="center"/>
            </w:pPr>
            <w:r>
              <w:t>выполняется</w:t>
            </w:r>
          </w:p>
        </w:tc>
      </w:tr>
      <w:tr w:rsidR="000772B4" w14:paraId="460CB8BB" w14:textId="77777777">
        <w:trPr>
          <w:cantSplit/>
          <w:jc w:val="center"/>
        </w:trPr>
        <w:tc>
          <w:tcPr>
            <w:tcW w:w="0" w:type="auto"/>
          </w:tcPr>
          <w:p w14:paraId="632A6A27" w14:textId="77777777" w:rsidR="000772B4" w:rsidRDefault="00746A89">
            <w:r>
              <w:t>УПК № 8 Мундыбаш</w:t>
            </w:r>
          </w:p>
        </w:tc>
        <w:tc>
          <w:tcPr>
            <w:tcW w:w="0" w:type="auto"/>
          </w:tcPr>
          <w:p w14:paraId="6D374FBA" w14:textId="77777777" w:rsidR="000772B4" w:rsidRDefault="00746A89">
            <w:pPr>
              <w:jc w:val="center"/>
            </w:pPr>
            <w:r>
              <w:t>1,884</w:t>
            </w:r>
          </w:p>
        </w:tc>
        <w:tc>
          <w:tcPr>
            <w:tcW w:w="0" w:type="auto"/>
          </w:tcPr>
          <w:p w14:paraId="7DFA928B" w14:textId="77777777" w:rsidR="000772B4" w:rsidRDefault="00746A89">
            <w:pPr>
              <w:jc w:val="center"/>
            </w:pPr>
            <w:r>
              <w:t>0,242</w:t>
            </w:r>
          </w:p>
        </w:tc>
        <w:tc>
          <w:tcPr>
            <w:tcW w:w="0" w:type="auto"/>
          </w:tcPr>
          <w:p w14:paraId="10D4E7FE" w14:textId="77777777" w:rsidR="000772B4" w:rsidRDefault="00746A89">
            <w:pPr>
              <w:jc w:val="center"/>
            </w:pPr>
            <w:r>
              <w:t>1,642</w:t>
            </w:r>
          </w:p>
        </w:tc>
        <w:tc>
          <w:tcPr>
            <w:tcW w:w="0" w:type="auto"/>
          </w:tcPr>
          <w:p w14:paraId="52D4BABD" w14:textId="77777777" w:rsidR="000772B4" w:rsidRDefault="00746A89">
            <w:pPr>
              <w:jc w:val="center"/>
            </w:pPr>
            <w:r>
              <w:t>выполняется</w:t>
            </w:r>
          </w:p>
        </w:tc>
      </w:tr>
      <w:tr w:rsidR="000772B4" w14:paraId="511BD6DB" w14:textId="77777777">
        <w:trPr>
          <w:cantSplit/>
          <w:jc w:val="center"/>
        </w:trPr>
        <w:tc>
          <w:tcPr>
            <w:tcW w:w="0" w:type="auto"/>
          </w:tcPr>
          <w:p w14:paraId="7117B021" w14:textId="77777777" w:rsidR="000772B4" w:rsidRDefault="00746A89">
            <w:r>
              <w:t>УПК № 10 Темир-Тау</w:t>
            </w:r>
          </w:p>
        </w:tc>
        <w:tc>
          <w:tcPr>
            <w:tcW w:w="0" w:type="auto"/>
          </w:tcPr>
          <w:p w14:paraId="34CCC5CB" w14:textId="77777777" w:rsidR="000772B4" w:rsidRDefault="00746A89">
            <w:pPr>
              <w:jc w:val="center"/>
            </w:pPr>
            <w:r>
              <w:t>2,197</w:t>
            </w:r>
          </w:p>
        </w:tc>
        <w:tc>
          <w:tcPr>
            <w:tcW w:w="0" w:type="auto"/>
          </w:tcPr>
          <w:p w14:paraId="2ECCD47D" w14:textId="77777777" w:rsidR="000772B4" w:rsidRDefault="00746A89">
            <w:pPr>
              <w:jc w:val="center"/>
            </w:pPr>
            <w:r>
              <w:t>0,296</w:t>
            </w:r>
          </w:p>
        </w:tc>
        <w:tc>
          <w:tcPr>
            <w:tcW w:w="0" w:type="auto"/>
          </w:tcPr>
          <w:p w14:paraId="03008DCA" w14:textId="77777777" w:rsidR="000772B4" w:rsidRDefault="00746A89">
            <w:pPr>
              <w:jc w:val="center"/>
            </w:pPr>
            <w:r>
              <w:t>1,901</w:t>
            </w:r>
          </w:p>
        </w:tc>
        <w:tc>
          <w:tcPr>
            <w:tcW w:w="0" w:type="auto"/>
          </w:tcPr>
          <w:p w14:paraId="474C31B5" w14:textId="77777777" w:rsidR="000772B4" w:rsidRDefault="00746A89">
            <w:pPr>
              <w:jc w:val="center"/>
            </w:pPr>
            <w:r>
              <w:t>выполняется</w:t>
            </w:r>
          </w:p>
        </w:tc>
      </w:tr>
      <w:tr w:rsidR="000772B4" w14:paraId="1D18EAD5" w14:textId="77777777">
        <w:trPr>
          <w:cantSplit/>
          <w:jc w:val="center"/>
        </w:trPr>
        <w:tc>
          <w:tcPr>
            <w:tcW w:w="0" w:type="auto"/>
          </w:tcPr>
          <w:p w14:paraId="340E61D5" w14:textId="77777777" w:rsidR="000772B4" w:rsidRDefault="00746A89">
            <w:r>
              <w:t>УПК № 3 Спасск</w:t>
            </w:r>
          </w:p>
        </w:tc>
        <w:tc>
          <w:tcPr>
            <w:tcW w:w="0" w:type="auto"/>
          </w:tcPr>
          <w:p w14:paraId="26CBECCA" w14:textId="77777777" w:rsidR="000772B4" w:rsidRDefault="00746A89">
            <w:pPr>
              <w:jc w:val="center"/>
            </w:pPr>
            <w:r>
              <w:t>0,301</w:t>
            </w:r>
          </w:p>
        </w:tc>
        <w:tc>
          <w:tcPr>
            <w:tcW w:w="0" w:type="auto"/>
          </w:tcPr>
          <w:p w14:paraId="7847D500" w14:textId="77777777" w:rsidR="000772B4" w:rsidRDefault="00746A89">
            <w:pPr>
              <w:jc w:val="center"/>
            </w:pPr>
            <w:r>
              <w:t>0,042</w:t>
            </w:r>
          </w:p>
        </w:tc>
        <w:tc>
          <w:tcPr>
            <w:tcW w:w="0" w:type="auto"/>
          </w:tcPr>
          <w:p w14:paraId="76C3561C" w14:textId="77777777" w:rsidR="000772B4" w:rsidRDefault="00746A89">
            <w:pPr>
              <w:jc w:val="center"/>
            </w:pPr>
            <w:r>
              <w:t>0,259</w:t>
            </w:r>
          </w:p>
        </w:tc>
        <w:tc>
          <w:tcPr>
            <w:tcW w:w="0" w:type="auto"/>
          </w:tcPr>
          <w:p w14:paraId="3ECB6CC7" w14:textId="77777777" w:rsidR="000772B4" w:rsidRDefault="00746A89">
            <w:pPr>
              <w:jc w:val="center"/>
            </w:pPr>
            <w:r>
              <w:t>выполняется</w:t>
            </w:r>
          </w:p>
        </w:tc>
      </w:tr>
    </w:tbl>
    <w:p w14:paraId="5FF5AD5E" w14:textId="77777777" w:rsidR="000772B4" w:rsidRDefault="000772B4">
      <w:pPr>
        <w:spacing w:after="40"/>
      </w:pPr>
    </w:p>
    <w:p w14:paraId="6F08CDA1" w14:textId="77777777" w:rsidR="000772B4" w:rsidRPr="00794D67" w:rsidRDefault="00746A89">
      <w:pPr>
        <w:spacing w:after="80"/>
        <w:jc w:val="both"/>
        <w:rPr>
          <w:lang w:val="ru-RU"/>
        </w:rPr>
      </w:pPr>
      <w:r w:rsidRPr="00794D67">
        <w:rPr>
          <w:lang w:val="ru-RU"/>
        </w:rPr>
        <w:t>По УПК № 9 «ГРЭ» нормативы указаны нулевыми при одновременно подтверждённом наличии системы резервного топливоснабжения. Обстоятельство требует пояснения и как подтверждённое отсутствие запаса не квалифицируется.</w:t>
      </w:r>
    </w:p>
    <w:p w14:paraId="3FC59B90" w14:textId="77777777" w:rsidR="000772B4" w:rsidRPr="00794D67" w:rsidRDefault="00746A89">
      <w:pPr>
        <w:spacing w:after="80"/>
        <w:jc w:val="both"/>
        <w:rPr>
          <w:lang w:val="ru-RU"/>
        </w:rPr>
      </w:pPr>
      <w:r w:rsidRPr="00794D67">
        <w:rPr>
          <w:lang w:val="ru-RU"/>
        </w:rPr>
        <w:t>Фактический остаток топлива, вместимость топливного склада и сведения о резервировании топливоподачи в исходных документах отсутствуют. Три величины — норматив, фактический остаток и вместимость склада — не смешиваются; расчёт обеспеченности в сутках не приводится за отсутствием исходных данных.</w:t>
      </w:r>
    </w:p>
    <w:p w14:paraId="1AEDC9BE" w14:textId="77777777" w:rsidR="000772B4" w:rsidRPr="00794D67" w:rsidRDefault="00746A89">
      <w:pPr>
        <w:spacing w:after="80"/>
        <w:rPr>
          <w:lang w:val="ru-RU"/>
        </w:rPr>
      </w:pPr>
      <w:r w:rsidRPr="00794D67">
        <w:rPr>
          <w:i/>
          <w:color w:val="993300"/>
          <w:lang w:val="ru-RU"/>
        </w:rPr>
        <w:t>Подлежит уточнению по данным эксплуатирующей организации: фактический остаток топлива на дату, вместимость топливного склада, резервирование топливоподачи по десяти источникам.</w:t>
      </w:r>
    </w:p>
    <w:p w14:paraId="2F613D1D" w14:textId="77777777" w:rsidR="000772B4" w:rsidRPr="00344E69" w:rsidRDefault="00746A89">
      <w:pPr>
        <w:pStyle w:val="21"/>
        <w:rPr>
          <w:lang w:val="ru-RU"/>
        </w:rPr>
      </w:pPr>
      <w:bookmarkStart w:id="85" w:name="_Toc238015676"/>
      <w:r w:rsidRPr="00344E69">
        <w:rPr>
          <w:lang w:val="ru-RU"/>
        </w:rPr>
        <w:t xml:space="preserve">11.11. Скрининг режима </w:t>
      </w:r>
      <w:r w:rsidRPr="00344E69">
        <w:t>N</w:t>
      </w:r>
      <w:r w:rsidRPr="00344E69">
        <w:rPr>
          <w:lang w:val="ru-RU"/>
        </w:rPr>
        <w:t>−1</w:t>
      </w:r>
      <w:bookmarkEnd w:id="85"/>
    </w:p>
    <w:p w14:paraId="40725920" w14:textId="77777777" w:rsidR="000772B4" w:rsidRPr="00794D67" w:rsidRDefault="00746A89">
      <w:pPr>
        <w:spacing w:after="80"/>
        <w:jc w:val="both"/>
        <w:rPr>
          <w:lang w:val="ru-RU"/>
        </w:rPr>
      </w:pPr>
      <w:r w:rsidRPr="00794D67">
        <w:rPr>
          <w:lang w:val="ru-RU"/>
        </w:rPr>
        <w:t>Приведённый ниже расчёт является скринингом паспортных мощностей и не заменяет нормативную оценку надёжности. Он не учитывает фактический режимный состав, производительность насосного оборудования, тягодутьевой тракт, топливоподачу, водоподготовку, температурный график и пропускную способность тепловой сети — каждое из этих обстоятельств способно ухудшить результат, но не улучшить его.</w:t>
      </w:r>
    </w:p>
    <w:p w14:paraId="7DD2076C" w14:textId="77777777" w:rsidR="000772B4" w:rsidRDefault="00746A89">
      <w:pPr>
        <w:keepNext/>
        <w:spacing w:before="160"/>
      </w:pPr>
      <w:r>
        <w:rPr>
          <w:b/>
        </w:rPr>
        <w:t>Таблица 11.11 — Скрининг вывода крупнейшего котла</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799"/>
        <w:gridCol w:w="2425"/>
        <w:gridCol w:w="2027"/>
        <w:gridCol w:w="1335"/>
        <w:gridCol w:w="1759"/>
      </w:tblGrid>
      <w:tr w:rsidR="000772B4" w14:paraId="3B9B303C" w14:textId="77777777">
        <w:trPr>
          <w:cantSplit/>
          <w:tblHeader/>
          <w:jc w:val="center"/>
        </w:trPr>
        <w:tc>
          <w:tcPr>
            <w:tcW w:w="0" w:type="auto"/>
            <w:shd w:val="clear" w:color="auto" w:fill="E2F0D9"/>
          </w:tcPr>
          <w:p w14:paraId="7D73C287" w14:textId="77777777" w:rsidR="000772B4" w:rsidRDefault="00746A89">
            <w:pPr>
              <w:jc w:val="center"/>
            </w:pPr>
            <w:r>
              <w:rPr>
                <w:b/>
              </w:rPr>
              <w:t>Источник</w:t>
            </w:r>
          </w:p>
        </w:tc>
        <w:tc>
          <w:tcPr>
            <w:tcW w:w="0" w:type="auto"/>
            <w:shd w:val="clear" w:color="auto" w:fill="E2F0D9"/>
          </w:tcPr>
          <w:p w14:paraId="5CFA9E77" w14:textId="77777777" w:rsidR="000772B4" w:rsidRDefault="00746A89">
            <w:pPr>
              <w:jc w:val="center"/>
            </w:pPr>
            <w:r>
              <w:rPr>
                <w:b/>
              </w:rPr>
              <w:t>Установленная мощность, Гкал/ч</w:t>
            </w:r>
          </w:p>
        </w:tc>
        <w:tc>
          <w:tcPr>
            <w:tcW w:w="0" w:type="auto"/>
            <w:shd w:val="clear" w:color="auto" w:fill="E2F0D9"/>
          </w:tcPr>
          <w:p w14:paraId="159E2AF4" w14:textId="77777777" w:rsidR="000772B4" w:rsidRDefault="00746A89">
            <w:pPr>
              <w:jc w:val="center"/>
            </w:pPr>
            <w:r>
              <w:rPr>
                <w:b/>
              </w:rPr>
              <w:t>Крупнейший котёл, Гкал/ч</w:t>
            </w:r>
          </w:p>
        </w:tc>
        <w:tc>
          <w:tcPr>
            <w:tcW w:w="0" w:type="auto"/>
            <w:shd w:val="clear" w:color="auto" w:fill="E2F0D9"/>
          </w:tcPr>
          <w:p w14:paraId="6FE27F72" w14:textId="77777777" w:rsidR="000772B4" w:rsidRDefault="00746A89">
            <w:pPr>
              <w:jc w:val="center"/>
            </w:pPr>
            <w:r>
              <w:rPr>
                <w:b/>
              </w:rPr>
              <w:t>Остаток, Гкал/ч</w:t>
            </w:r>
          </w:p>
        </w:tc>
        <w:tc>
          <w:tcPr>
            <w:tcW w:w="0" w:type="auto"/>
            <w:shd w:val="clear" w:color="auto" w:fill="E2F0D9"/>
          </w:tcPr>
          <w:p w14:paraId="5F402A14" w14:textId="77777777" w:rsidR="000772B4" w:rsidRDefault="00746A89">
            <w:pPr>
              <w:jc w:val="center"/>
            </w:pPr>
            <w:r>
              <w:rPr>
                <w:b/>
              </w:rPr>
              <w:t>Характер результата</w:t>
            </w:r>
          </w:p>
        </w:tc>
      </w:tr>
      <w:tr w:rsidR="000772B4" w14:paraId="31E14971" w14:textId="77777777">
        <w:trPr>
          <w:cantSplit/>
          <w:jc w:val="center"/>
        </w:trPr>
        <w:tc>
          <w:tcPr>
            <w:tcW w:w="0" w:type="auto"/>
          </w:tcPr>
          <w:p w14:paraId="4B964803" w14:textId="77777777" w:rsidR="000772B4" w:rsidRDefault="00746A89">
            <w:r>
              <w:t>УПК № 1 Таштагол</w:t>
            </w:r>
          </w:p>
        </w:tc>
        <w:tc>
          <w:tcPr>
            <w:tcW w:w="0" w:type="auto"/>
          </w:tcPr>
          <w:p w14:paraId="5F55693D" w14:textId="77777777" w:rsidR="000772B4" w:rsidRDefault="00746A89">
            <w:pPr>
              <w:jc w:val="center"/>
            </w:pPr>
            <w:r>
              <w:t>150,00</w:t>
            </w:r>
          </w:p>
        </w:tc>
        <w:tc>
          <w:tcPr>
            <w:tcW w:w="0" w:type="auto"/>
          </w:tcPr>
          <w:p w14:paraId="6AB3344E" w14:textId="77777777" w:rsidR="000772B4" w:rsidRDefault="00746A89">
            <w:pPr>
              <w:jc w:val="center"/>
            </w:pPr>
            <w:r>
              <w:t>30,00</w:t>
            </w:r>
          </w:p>
        </w:tc>
        <w:tc>
          <w:tcPr>
            <w:tcW w:w="0" w:type="auto"/>
          </w:tcPr>
          <w:p w14:paraId="77EA8ACB" w14:textId="77777777" w:rsidR="000772B4" w:rsidRDefault="00746A89">
            <w:pPr>
              <w:jc w:val="center"/>
            </w:pPr>
            <w:r>
              <w:t>120,00</w:t>
            </w:r>
          </w:p>
        </w:tc>
        <w:tc>
          <w:tcPr>
            <w:tcW w:w="0" w:type="auto"/>
          </w:tcPr>
          <w:p w14:paraId="7BDB949D" w14:textId="77777777" w:rsidR="000772B4" w:rsidRDefault="00746A89">
            <w:pPr>
              <w:jc w:val="center"/>
            </w:pPr>
            <w:r>
              <w:t>SCREENING</w:t>
            </w:r>
          </w:p>
        </w:tc>
      </w:tr>
      <w:tr w:rsidR="000772B4" w14:paraId="091A3068" w14:textId="77777777">
        <w:trPr>
          <w:cantSplit/>
          <w:jc w:val="center"/>
        </w:trPr>
        <w:tc>
          <w:tcPr>
            <w:tcW w:w="0" w:type="auto"/>
          </w:tcPr>
          <w:p w14:paraId="2ACB3803" w14:textId="77777777" w:rsidR="000772B4" w:rsidRDefault="00746A89">
            <w:r>
              <w:t>УПК № 2 Шалым</w:t>
            </w:r>
          </w:p>
        </w:tc>
        <w:tc>
          <w:tcPr>
            <w:tcW w:w="0" w:type="auto"/>
          </w:tcPr>
          <w:p w14:paraId="51309B43" w14:textId="77777777" w:rsidR="000772B4" w:rsidRDefault="00746A89">
            <w:pPr>
              <w:jc w:val="center"/>
            </w:pPr>
            <w:r>
              <w:t>17,00</w:t>
            </w:r>
          </w:p>
        </w:tc>
        <w:tc>
          <w:tcPr>
            <w:tcW w:w="0" w:type="auto"/>
          </w:tcPr>
          <w:p w14:paraId="50C140D1" w14:textId="77777777" w:rsidR="000772B4" w:rsidRDefault="00746A89">
            <w:pPr>
              <w:jc w:val="center"/>
            </w:pPr>
            <w:r>
              <w:t>6,50</w:t>
            </w:r>
          </w:p>
        </w:tc>
        <w:tc>
          <w:tcPr>
            <w:tcW w:w="0" w:type="auto"/>
          </w:tcPr>
          <w:p w14:paraId="20E065D9" w14:textId="77777777" w:rsidR="000772B4" w:rsidRDefault="00746A89">
            <w:pPr>
              <w:jc w:val="center"/>
            </w:pPr>
            <w:r>
              <w:t>10,50</w:t>
            </w:r>
          </w:p>
        </w:tc>
        <w:tc>
          <w:tcPr>
            <w:tcW w:w="0" w:type="auto"/>
          </w:tcPr>
          <w:p w14:paraId="5BAFFA17" w14:textId="77777777" w:rsidR="000772B4" w:rsidRDefault="00746A89">
            <w:pPr>
              <w:jc w:val="center"/>
            </w:pPr>
            <w:r>
              <w:t>SCREENING</w:t>
            </w:r>
          </w:p>
        </w:tc>
      </w:tr>
      <w:tr w:rsidR="000772B4" w14:paraId="12DB6A8E" w14:textId="77777777">
        <w:trPr>
          <w:cantSplit/>
          <w:jc w:val="center"/>
        </w:trPr>
        <w:tc>
          <w:tcPr>
            <w:tcW w:w="0" w:type="auto"/>
          </w:tcPr>
          <w:p w14:paraId="4CBFB669" w14:textId="77777777" w:rsidR="000772B4" w:rsidRDefault="00746A89">
            <w:r>
              <w:t>УПК № 2 ЦМК</w:t>
            </w:r>
          </w:p>
        </w:tc>
        <w:tc>
          <w:tcPr>
            <w:tcW w:w="0" w:type="auto"/>
          </w:tcPr>
          <w:p w14:paraId="71C5AF8F" w14:textId="77777777" w:rsidR="000772B4" w:rsidRDefault="00746A89">
            <w:pPr>
              <w:jc w:val="center"/>
            </w:pPr>
            <w:r>
              <w:t>10,20</w:t>
            </w:r>
          </w:p>
        </w:tc>
        <w:tc>
          <w:tcPr>
            <w:tcW w:w="0" w:type="auto"/>
          </w:tcPr>
          <w:p w14:paraId="47ED03D9" w14:textId="77777777" w:rsidR="000772B4" w:rsidRDefault="00746A89">
            <w:pPr>
              <w:jc w:val="center"/>
            </w:pPr>
            <w:r>
              <w:t>3,90</w:t>
            </w:r>
          </w:p>
        </w:tc>
        <w:tc>
          <w:tcPr>
            <w:tcW w:w="0" w:type="auto"/>
          </w:tcPr>
          <w:p w14:paraId="6AB98242" w14:textId="77777777" w:rsidR="000772B4" w:rsidRDefault="00746A89">
            <w:pPr>
              <w:jc w:val="center"/>
            </w:pPr>
            <w:r>
              <w:t>6,30</w:t>
            </w:r>
          </w:p>
        </w:tc>
        <w:tc>
          <w:tcPr>
            <w:tcW w:w="0" w:type="auto"/>
          </w:tcPr>
          <w:p w14:paraId="69C7036D" w14:textId="77777777" w:rsidR="000772B4" w:rsidRDefault="00746A89">
            <w:pPr>
              <w:jc w:val="center"/>
            </w:pPr>
            <w:r>
              <w:t>SCREENING</w:t>
            </w:r>
          </w:p>
        </w:tc>
      </w:tr>
      <w:tr w:rsidR="000772B4" w14:paraId="41B9B3A2" w14:textId="77777777">
        <w:trPr>
          <w:cantSplit/>
          <w:jc w:val="center"/>
        </w:trPr>
        <w:tc>
          <w:tcPr>
            <w:tcW w:w="0" w:type="auto"/>
          </w:tcPr>
          <w:p w14:paraId="06938A07" w14:textId="77777777" w:rsidR="000772B4" w:rsidRDefault="00746A89">
            <w:r>
              <w:t>УПК № 9 ГРЭ</w:t>
            </w:r>
          </w:p>
        </w:tc>
        <w:tc>
          <w:tcPr>
            <w:tcW w:w="0" w:type="auto"/>
          </w:tcPr>
          <w:p w14:paraId="6522EA1C" w14:textId="77777777" w:rsidR="000772B4" w:rsidRDefault="00746A89">
            <w:pPr>
              <w:jc w:val="center"/>
            </w:pPr>
            <w:r>
              <w:t>4,50</w:t>
            </w:r>
          </w:p>
        </w:tc>
        <w:tc>
          <w:tcPr>
            <w:tcW w:w="0" w:type="auto"/>
          </w:tcPr>
          <w:p w14:paraId="077C1D86" w14:textId="77777777" w:rsidR="000772B4" w:rsidRDefault="00746A89">
            <w:pPr>
              <w:jc w:val="center"/>
            </w:pPr>
            <w:r>
              <w:t>1,25</w:t>
            </w:r>
          </w:p>
        </w:tc>
        <w:tc>
          <w:tcPr>
            <w:tcW w:w="0" w:type="auto"/>
          </w:tcPr>
          <w:p w14:paraId="3F855FFE" w14:textId="77777777" w:rsidR="000772B4" w:rsidRDefault="00746A89">
            <w:pPr>
              <w:jc w:val="center"/>
            </w:pPr>
            <w:r>
              <w:t>3,25</w:t>
            </w:r>
          </w:p>
        </w:tc>
        <w:tc>
          <w:tcPr>
            <w:tcW w:w="0" w:type="auto"/>
          </w:tcPr>
          <w:p w14:paraId="7AC06398" w14:textId="77777777" w:rsidR="000772B4" w:rsidRDefault="00746A89">
            <w:pPr>
              <w:jc w:val="center"/>
            </w:pPr>
            <w:r>
              <w:t>SCREENING</w:t>
            </w:r>
          </w:p>
        </w:tc>
      </w:tr>
      <w:tr w:rsidR="000772B4" w14:paraId="0C848D89" w14:textId="77777777">
        <w:trPr>
          <w:cantSplit/>
          <w:jc w:val="center"/>
        </w:trPr>
        <w:tc>
          <w:tcPr>
            <w:tcW w:w="0" w:type="auto"/>
          </w:tcPr>
          <w:p w14:paraId="0C2D199C" w14:textId="77777777" w:rsidR="000772B4" w:rsidRDefault="00746A89">
            <w:r>
              <w:t>УПК № 5 Новый Шерегеш</w:t>
            </w:r>
          </w:p>
        </w:tc>
        <w:tc>
          <w:tcPr>
            <w:tcW w:w="0" w:type="auto"/>
          </w:tcPr>
          <w:p w14:paraId="393C1B49" w14:textId="77777777" w:rsidR="000772B4" w:rsidRDefault="00746A89">
            <w:pPr>
              <w:jc w:val="center"/>
            </w:pPr>
            <w:r>
              <w:t>114,00</w:t>
            </w:r>
          </w:p>
        </w:tc>
        <w:tc>
          <w:tcPr>
            <w:tcW w:w="0" w:type="auto"/>
          </w:tcPr>
          <w:p w14:paraId="51EFA067" w14:textId="77777777" w:rsidR="000772B4" w:rsidRDefault="00746A89">
            <w:pPr>
              <w:jc w:val="center"/>
            </w:pPr>
            <w:r>
              <w:t>20,00</w:t>
            </w:r>
          </w:p>
        </w:tc>
        <w:tc>
          <w:tcPr>
            <w:tcW w:w="0" w:type="auto"/>
          </w:tcPr>
          <w:p w14:paraId="70E963EF" w14:textId="77777777" w:rsidR="000772B4" w:rsidRDefault="00746A89">
            <w:pPr>
              <w:jc w:val="center"/>
            </w:pPr>
            <w:r>
              <w:t>94,00</w:t>
            </w:r>
          </w:p>
        </w:tc>
        <w:tc>
          <w:tcPr>
            <w:tcW w:w="0" w:type="auto"/>
          </w:tcPr>
          <w:p w14:paraId="44ABC3D5" w14:textId="77777777" w:rsidR="000772B4" w:rsidRDefault="00746A89">
            <w:pPr>
              <w:jc w:val="center"/>
            </w:pPr>
            <w:r>
              <w:t>SCREENING</w:t>
            </w:r>
          </w:p>
        </w:tc>
      </w:tr>
      <w:tr w:rsidR="000772B4" w14:paraId="30E8AB72" w14:textId="77777777">
        <w:trPr>
          <w:cantSplit/>
          <w:jc w:val="center"/>
        </w:trPr>
        <w:tc>
          <w:tcPr>
            <w:tcW w:w="0" w:type="auto"/>
          </w:tcPr>
          <w:p w14:paraId="54367B5D" w14:textId="77777777" w:rsidR="000772B4" w:rsidRDefault="00746A89">
            <w:r>
              <w:t>УПК № 6 Старый Шерегеш</w:t>
            </w:r>
          </w:p>
        </w:tc>
        <w:tc>
          <w:tcPr>
            <w:tcW w:w="0" w:type="auto"/>
          </w:tcPr>
          <w:p w14:paraId="49277A46" w14:textId="77777777" w:rsidR="000772B4" w:rsidRDefault="00746A89">
            <w:pPr>
              <w:jc w:val="center"/>
            </w:pPr>
            <w:r>
              <w:t>24,00</w:t>
            </w:r>
          </w:p>
        </w:tc>
        <w:tc>
          <w:tcPr>
            <w:tcW w:w="0" w:type="auto"/>
          </w:tcPr>
          <w:p w14:paraId="0A8AA0F5" w14:textId="77777777" w:rsidR="000772B4" w:rsidRDefault="00746A89">
            <w:pPr>
              <w:jc w:val="center"/>
            </w:pPr>
            <w:r>
              <w:t>6,00</w:t>
            </w:r>
          </w:p>
        </w:tc>
        <w:tc>
          <w:tcPr>
            <w:tcW w:w="0" w:type="auto"/>
          </w:tcPr>
          <w:p w14:paraId="034D7C19" w14:textId="77777777" w:rsidR="000772B4" w:rsidRDefault="00746A89">
            <w:pPr>
              <w:jc w:val="center"/>
            </w:pPr>
            <w:r>
              <w:t>18,00</w:t>
            </w:r>
          </w:p>
        </w:tc>
        <w:tc>
          <w:tcPr>
            <w:tcW w:w="0" w:type="auto"/>
          </w:tcPr>
          <w:p w14:paraId="4E9E7B2F" w14:textId="77777777" w:rsidR="000772B4" w:rsidRDefault="00746A89">
            <w:pPr>
              <w:jc w:val="center"/>
            </w:pPr>
            <w:r>
              <w:t>SCREENING</w:t>
            </w:r>
          </w:p>
        </w:tc>
      </w:tr>
      <w:tr w:rsidR="000772B4" w14:paraId="055F86E1" w14:textId="77777777">
        <w:trPr>
          <w:cantSplit/>
          <w:jc w:val="center"/>
        </w:trPr>
        <w:tc>
          <w:tcPr>
            <w:tcW w:w="0" w:type="auto"/>
          </w:tcPr>
          <w:p w14:paraId="6905F812" w14:textId="77777777" w:rsidR="000772B4" w:rsidRDefault="00746A89">
            <w:r>
              <w:t>УПК № 7 Каз</w:t>
            </w:r>
          </w:p>
        </w:tc>
        <w:tc>
          <w:tcPr>
            <w:tcW w:w="0" w:type="auto"/>
          </w:tcPr>
          <w:p w14:paraId="250ACB91" w14:textId="77777777" w:rsidR="000772B4" w:rsidRDefault="00746A89">
            <w:pPr>
              <w:jc w:val="center"/>
            </w:pPr>
            <w:r>
              <w:t>72,00</w:t>
            </w:r>
          </w:p>
        </w:tc>
        <w:tc>
          <w:tcPr>
            <w:tcW w:w="0" w:type="auto"/>
          </w:tcPr>
          <w:p w14:paraId="2A304B46" w14:textId="77777777" w:rsidR="000772B4" w:rsidRDefault="00746A89">
            <w:pPr>
              <w:jc w:val="center"/>
            </w:pPr>
            <w:r>
              <w:t>20,00</w:t>
            </w:r>
          </w:p>
        </w:tc>
        <w:tc>
          <w:tcPr>
            <w:tcW w:w="0" w:type="auto"/>
          </w:tcPr>
          <w:p w14:paraId="19C48EDA" w14:textId="77777777" w:rsidR="000772B4" w:rsidRDefault="00746A89">
            <w:pPr>
              <w:jc w:val="center"/>
            </w:pPr>
            <w:r>
              <w:t>52,00</w:t>
            </w:r>
          </w:p>
        </w:tc>
        <w:tc>
          <w:tcPr>
            <w:tcW w:w="0" w:type="auto"/>
          </w:tcPr>
          <w:p w14:paraId="24A9138B" w14:textId="77777777" w:rsidR="000772B4" w:rsidRDefault="00746A89">
            <w:pPr>
              <w:jc w:val="center"/>
            </w:pPr>
            <w:r>
              <w:t>SCREENING</w:t>
            </w:r>
          </w:p>
        </w:tc>
      </w:tr>
      <w:tr w:rsidR="000772B4" w14:paraId="2E879FD6" w14:textId="77777777">
        <w:trPr>
          <w:cantSplit/>
          <w:jc w:val="center"/>
        </w:trPr>
        <w:tc>
          <w:tcPr>
            <w:tcW w:w="0" w:type="auto"/>
          </w:tcPr>
          <w:p w14:paraId="3CC60EE0" w14:textId="77777777" w:rsidR="000772B4" w:rsidRDefault="00746A89">
            <w:r>
              <w:t>УПК № 8 Мундыбаш</w:t>
            </w:r>
          </w:p>
        </w:tc>
        <w:tc>
          <w:tcPr>
            <w:tcW w:w="0" w:type="auto"/>
          </w:tcPr>
          <w:p w14:paraId="15357681" w14:textId="77777777" w:rsidR="000772B4" w:rsidRDefault="00746A89">
            <w:pPr>
              <w:jc w:val="center"/>
            </w:pPr>
            <w:r>
              <w:t>36,00</w:t>
            </w:r>
          </w:p>
        </w:tc>
        <w:tc>
          <w:tcPr>
            <w:tcW w:w="0" w:type="auto"/>
          </w:tcPr>
          <w:p w14:paraId="3F0FDF25" w14:textId="77777777" w:rsidR="000772B4" w:rsidRDefault="00746A89">
            <w:pPr>
              <w:jc w:val="center"/>
            </w:pPr>
            <w:r>
              <w:t>12,00</w:t>
            </w:r>
          </w:p>
        </w:tc>
        <w:tc>
          <w:tcPr>
            <w:tcW w:w="0" w:type="auto"/>
          </w:tcPr>
          <w:p w14:paraId="5EF075B1" w14:textId="77777777" w:rsidR="000772B4" w:rsidRDefault="00746A89">
            <w:pPr>
              <w:jc w:val="center"/>
            </w:pPr>
            <w:r>
              <w:t>24,00</w:t>
            </w:r>
          </w:p>
        </w:tc>
        <w:tc>
          <w:tcPr>
            <w:tcW w:w="0" w:type="auto"/>
          </w:tcPr>
          <w:p w14:paraId="49DFECAE" w14:textId="77777777" w:rsidR="000772B4" w:rsidRDefault="00746A89">
            <w:pPr>
              <w:jc w:val="center"/>
            </w:pPr>
            <w:r>
              <w:t>SCREENING</w:t>
            </w:r>
          </w:p>
        </w:tc>
      </w:tr>
      <w:tr w:rsidR="000772B4" w14:paraId="6B7C3168" w14:textId="77777777">
        <w:trPr>
          <w:cantSplit/>
          <w:jc w:val="center"/>
        </w:trPr>
        <w:tc>
          <w:tcPr>
            <w:tcW w:w="0" w:type="auto"/>
          </w:tcPr>
          <w:p w14:paraId="240B994E" w14:textId="77777777" w:rsidR="000772B4" w:rsidRDefault="00746A89">
            <w:r>
              <w:t>УПК № 10 Темир-Тау</w:t>
            </w:r>
          </w:p>
        </w:tc>
        <w:tc>
          <w:tcPr>
            <w:tcW w:w="0" w:type="auto"/>
          </w:tcPr>
          <w:p w14:paraId="6C050087" w14:textId="77777777" w:rsidR="000772B4" w:rsidRDefault="00746A89">
            <w:pPr>
              <w:jc w:val="center"/>
            </w:pPr>
            <w:r>
              <w:t>33,60 / 33,93</w:t>
            </w:r>
          </w:p>
        </w:tc>
        <w:tc>
          <w:tcPr>
            <w:tcW w:w="0" w:type="auto"/>
          </w:tcPr>
          <w:p w14:paraId="16F227EB" w14:textId="77777777" w:rsidR="000772B4" w:rsidRDefault="00746A89">
            <w:pPr>
              <w:jc w:val="center"/>
            </w:pPr>
            <w:r>
              <w:t>11,20</w:t>
            </w:r>
          </w:p>
        </w:tc>
        <w:tc>
          <w:tcPr>
            <w:tcW w:w="0" w:type="auto"/>
          </w:tcPr>
          <w:p w14:paraId="62F212FF" w14:textId="77777777" w:rsidR="000772B4" w:rsidRDefault="00746A89">
            <w:pPr>
              <w:jc w:val="center"/>
            </w:pPr>
            <w:r>
              <w:t>22,40</w:t>
            </w:r>
          </w:p>
        </w:tc>
        <w:tc>
          <w:tcPr>
            <w:tcW w:w="0" w:type="auto"/>
          </w:tcPr>
          <w:p w14:paraId="7BCFBC6A" w14:textId="77777777" w:rsidR="000772B4" w:rsidRDefault="00746A89">
            <w:pPr>
              <w:jc w:val="center"/>
            </w:pPr>
            <w:r>
              <w:t>SCREENING</w:t>
            </w:r>
          </w:p>
        </w:tc>
      </w:tr>
      <w:tr w:rsidR="000772B4" w14:paraId="7B6797DA" w14:textId="77777777">
        <w:trPr>
          <w:cantSplit/>
          <w:jc w:val="center"/>
        </w:trPr>
        <w:tc>
          <w:tcPr>
            <w:tcW w:w="0" w:type="auto"/>
          </w:tcPr>
          <w:p w14:paraId="16804936" w14:textId="77777777" w:rsidR="000772B4" w:rsidRDefault="00746A89">
            <w:r>
              <w:t>УПК № 3 Спасск</w:t>
            </w:r>
          </w:p>
        </w:tc>
        <w:tc>
          <w:tcPr>
            <w:tcW w:w="0" w:type="auto"/>
          </w:tcPr>
          <w:p w14:paraId="52855BC8" w14:textId="77777777" w:rsidR="000772B4" w:rsidRDefault="00746A89">
            <w:pPr>
              <w:jc w:val="center"/>
            </w:pPr>
            <w:r>
              <w:t>5,37</w:t>
            </w:r>
          </w:p>
        </w:tc>
        <w:tc>
          <w:tcPr>
            <w:tcW w:w="0" w:type="auto"/>
          </w:tcPr>
          <w:p w14:paraId="611EE637" w14:textId="77777777" w:rsidR="000772B4" w:rsidRDefault="00746A89">
            <w:pPr>
              <w:jc w:val="center"/>
            </w:pPr>
            <w:r>
              <w:t>1,25</w:t>
            </w:r>
          </w:p>
        </w:tc>
        <w:tc>
          <w:tcPr>
            <w:tcW w:w="0" w:type="auto"/>
          </w:tcPr>
          <w:p w14:paraId="7972AEA8" w14:textId="77777777" w:rsidR="000772B4" w:rsidRDefault="00746A89">
            <w:pPr>
              <w:jc w:val="center"/>
            </w:pPr>
            <w:r>
              <w:t>4,12</w:t>
            </w:r>
          </w:p>
        </w:tc>
        <w:tc>
          <w:tcPr>
            <w:tcW w:w="0" w:type="auto"/>
          </w:tcPr>
          <w:p w14:paraId="3FA36BB3" w14:textId="77777777" w:rsidR="000772B4" w:rsidRDefault="00746A89">
            <w:pPr>
              <w:jc w:val="center"/>
            </w:pPr>
            <w:r>
              <w:t>SCREENING</w:t>
            </w:r>
          </w:p>
        </w:tc>
      </w:tr>
    </w:tbl>
    <w:p w14:paraId="503980A1" w14:textId="77777777" w:rsidR="000772B4" w:rsidRDefault="000772B4">
      <w:pPr>
        <w:spacing w:after="40"/>
      </w:pPr>
    </w:p>
    <w:p w14:paraId="490872D6" w14:textId="77777777" w:rsidR="000772B4" w:rsidRPr="00794D67" w:rsidRDefault="00746A89">
      <w:pPr>
        <w:spacing w:after="80"/>
        <w:jc w:val="both"/>
        <w:rPr>
          <w:lang w:val="ru-RU"/>
        </w:rPr>
      </w:pPr>
      <w:r w:rsidRPr="00794D67">
        <w:rPr>
          <w:lang w:val="ru-RU"/>
        </w:rPr>
        <w:t>По УПК № 5 «Новый Шерегеш» результат приводится раздельно по двум базам нагрузки, поскольку знак результата определяется именно выбором базы.</w:t>
      </w:r>
    </w:p>
    <w:p w14:paraId="642A471E" w14:textId="77777777" w:rsidR="000772B4" w:rsidRPr="00794D67" w:rsidRDefault="00746A89">
      <w:pPr>
        <w:keepNext/>
        <w:spacing w:before="160"/>
        <w:rPr>
          <w:lang w:val="ru-RU"/>
        </w:rPr>
      </w:pPr>
      <w:r w:rsidRPr="00794D67">
        <w:rPr>
          <w:b/>
          <w:lang w:val="ru-RU"/>
        </w:rPr>
        <w:t xml:space="preserve">Таблица 11.12 — Скрининг </w:t>
      </w:r>
      <w:r>
        <w:rPr>
          <w:b/>
        </w:rPr>
        <w:t>N</w:t>
      </w:r>
      <w:r w:rsidRPr="00794D67">
        <w:rPr>
          <w:b/>
          <w:lang w:val="ru-RU"/>
        </w:rPr>
        <w:t>−1 по УПК № 5 при двух базах нагрузки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3033"/>
        <w:gridCol w:w="1798"/>
        <w:gridCol w:w="1635"/>
        <w:gridCol w:w="1418"/>
        <w:gridCol w:w="1461"/>
      </w:tblGrid>
      <w:tr w:rsidR="000772B4" w14:paraId="414295FD" w14:textId="77777777">
        <w:trPr>
          <w:cantSplit/>
          <w:tblHeader/>
          <w:jc w:val="center"/>
        </w:trPr>
        <w:tc>
          <w:tcPr>
            <w:tcW w:w="0" w:type="auto"/>
            <w:shd w:val="clear" w:color="auto" w:fill="E2F0D9"/>
          </w:tcPr>
          <w:p w14:paraId="44F73FC3" w14:textId="77777777" w:rsidR="000772B4" w:rsidRDefault="00746A89">
            <w:pPr>
              <w:jc w:val="center"/>
            </w:pPr>
            <w:r>
              <w:rPr>
                <w:b/>
              </w:rPr>
              <w:t>База нагрузки</w:t>
            </w:r>
          </w:p>
        </w:tc>
        <w:tc>
          <w:tcPr>
            <w:tcW w:w="0" w:type="auto"/>
            <w:shd w:val="clear" w:color="auto" w:fill="E2F0D9"/>
          </w:tcPr>
          <w:p w14:paraId="5C55EAF6" w14:textId="77777777" w:rsidR="000772B4" w:rsidRDefault="00746A89">
            <w:pPr>
              <w:jc w:val="center"/>
            </w:pPr>
            <w:r>
              <w:rPr>
                <w:b/>
              </w:rPr>
              <w:t>Значение нагрузки, Гкал/ч</w:t>
            </w:r>
          </w:p>
        </w:tc>
        <w:tc>
          <w:tcPr>
            <w:tcW w:w="0" w:type="auto"/>
            <w:shd w:val="clear" w:color="auto" w:fill="E2F0D9"/>
          </w:tcPr>
          <w:p w14:paraId="6723D860" w14:textId="77777777" w:rsidR="000772B4" w:rsidRPr="00794D67" w:rsidRDefault="00746A89">
            <w:pPr>
              <w:jc w:val="center"/>
              <w:rPr>
                <w:lang w:val="ru-RU"/>
              </w:rPr>
            </w:pPr>
            <w:r w:rsidRPr="00794D67">
              <w:rPr>
                <w:b/>
                <w:lang w:val="ru-RU"/>
              </w:rPr>
              <w:t xml:space="preserve">Остаток при </w:t>
            </w:r>
            <w:r>
              <w:rPr>
                <w:b/>
              </w:rPr>
              <w:t>N</w:t>
            </w:r>
            <w:r w:rsidRPr="00794D67">
              <w:rPr>
                <w:b/>
                <w:lang w:val="ru-RU"/>
              </w:rPr>
              <w:t>−1, Гкал/ч</w:t>
            </w:r>
          </w:p>
        </w:tc>
        <w:tc>
          <w:tcPr>
            <w:tcW w:w="0" w:type="auto"/>
            <w:shd w:val="clear" w:color="auto" w:fill="E2F0D9"/>
          </w:tcPr>
          <w:p w14:paraId="6530C220" w14:textId="77777777" w:rsidR="000772B4" w:rsidRDefault="00746A89">
            <w:pPr>
              <w:jc w:val="center"/>
            </w:pPr>
            <w:r>
              <w:rPr>
                <w:b/>
              </w:rPr>
              <w:t>Разность, Гкал/ч</w:t>
            </w:r>
          </w:p>
        </w:tc>
        <w:tc>
          <w:tcPr>
            <w:tcW w:w="0" w:type="auto"/>
            <w:shd w:val="clear" w:color="auto" w:fill="E2F0D9"/>
          </w:tcPr>
          <w:p w14:paraId="1A942B01" w14:textId="77777777" w:rsidR="000772B4" w:rsidRDefault="00746A89">
            <w:pPr>
              <w:jc w:val="center"/>
            </w:pPr>
            <w:r>
              <w:rPr>
                <w:b/>
              </w:rPr>
              <w:t>Характер</w:t>
            </w:r>
          </w:p>
        </w:tc>
      </w:tr>
      <w:tr w:rsidR="000772B4" w14:paraId="2FBA8154" w14:textId="77777777">
        <w:trPr>
          <w:cantSplit/>
          <w:jc w:val="center"/>
        </w:trPr>
        <w:tc>
          <w:tcPr>
            <w:tcW w:w="0" w:type="auto"/>
          </w:tcPr>
          <w:p w14:paraId="3280CF78" w14:textId="77777777" w:rsidR="000772B4" w:rsidRPr="00794D67" w:rsidRDefault="00746A89">
            <w:pPr>
              <w:rPr>
                <w:lang w:val="ru-RU"/>
              </w:rPr>
            </w:pPr>
            <w:r w:rsidRPr="00794D67">
              <w:rPr>
                <w:lang w:val="ru-RU"/>
              </w:rPr>
              <w:t>Подключённая договорная нагрузка на расчётный срок</w:t>
            </w:r>
          </w:p>
        </w:tc>
        <w:tc>
          <w:tcPr>
            <w:tcW w:w="0" w:type="auto"/>
          </w:tcPr>
          <w:p w14:paraId="12A41027" w14:textId="77777777" w:rsidR="000772B4" w:rsidRDefault="00746A89">
            <w:pPr>
              <w:jc w:val="center"/>
            </w:pPr>
            <w:r>
              <w:t>85,828</w:t>
            </w:r>
          </w:p>
        </w:tc>
        <w:tc>
          <w:tcPr>
            <w:tcW w:w="0" w:type="auto"/>
          </w:tcPr>
          <w:p w14:paraId="3B0C6EAD" w14:textId="77777777" w:rsidR="000772B4" w:rsidRDefault="00746A89">
            <w:pPr>
              <w:jc w:val="center"/>
            </w:pPr>
            <w:r>
              <w:t>94,000</w:t>
            </w:r>
          </w:p>
        </w:tc>
        <w:tc>
          <w:tcPr>
            <w:tcW w:w="0" w:type="auto"/>
          </w:tcPr>
          <w:p w14:paraId="66FEB9C3" w14:textId="77777777" w:rsidR="000772B4" w:rsidRDefault="00746A89">
            <w:pPr>
              <w:jc w:val="center"/>
            </w:pPr>
            <w:r>
              <w:t>+8,172</w:t>
            </w:r>
          </w:p>
        </w:tc>
        <w:tc>
          <w:tcPr>
            <w:tcW w:w="0" w:type="auto"/>
          </w:tcPr>
          <w:p w14:paraId="552962A7" w14:textId="77777777" w:rsidR="000772B4" w:rsidRDefault="00746A89">
            <w:pPr>
              <w:jc w:val="center"/>
            </w:pPr>
            <w:r>
              <w:t>SCREENING</w:t>
            </w:r>
          </w:p>
        </w:tc>
      </w:tr>
      <w:tr w:rsidR="000772B4" w14:paraId="567CECFF" w14:textId="77777777">
        <w:trPr>
          <w:cantSplit/>
          <w:jc w:val="center"/>
        </w:trPr>
        <w:tc>
          <w:tcPr>
            <w:tcW w:w="0" w:type="auto"/>
          </w:tcPr>
          <w:p w14:paraId="21003322" w14:textId="77777777" w:rsidR="000772B4" w:rsidRPr="00794D67" w:rsidRDefault="00746A89">
            <w:pPr>
              <w:rPr>
                <w:lang w:val="ru-RU"/>
              </w:rPr>
            </w:pPr>
            <w:r w:rsidRPr="00794D67">
              <w:rPr>
                <w:lang w:val="ru-RU"/>
              </w:rPr>
              <w:t>Полная максимальная перспективная нагрузка проекта</w:t>
            </w:r>
          </w:p>
        </w:tc>
        <w:tc>
          <w:tcPr>
            <w:tcW w:w="0" w:type="auto"/>
          </w:tcPr>
          <w:p w14:paraId="1FB65AFF" w14:textId="77777777" w:rsidR="000772B4" w:rsidRDefault="00746A89">
            <w:pPr>
              <w:jc w:val="center"/>
            </w:pPr>
            <w:r>
              <w:t>114,4463</w:t>
            </w:r>
          </w:p>
        </w:tc>
        <w:tc>
          <w:tcPr>
            <w:tcW w:w="0" w:type="auto"/>
          </w:tcPr>
          <w:p w14:paraId="31CDB298" w14:textId="77777777" w:rsidR="000772B4" w:rsidRDefault="00746A89">
            <w:pPr>
              <w:jc w:val="center"/>
            </w:pPr>
            <w:r>
              <w:t>94,000</w:t>
            </w:r>
          </w:p>
        </w:tc>
        <w:tc>
          <w:tcPr>
            <w:tcW w:w="0" w:type="auto"/>
          </w:tcPr>
          <w:p w14:paraId="3B492F69" w14:textId="77777777" w:rsidR="000772B4" w:rsidRDefault="00746A89">
            <w:pPr>
              <w:jc w:val="center"/>
            </w:pPr>
            <w:r>
              <w:t>−20,4463</w:t>
            </w:r>
          </w:p>
        </w:tc>
        <w:tc>
          <w:tcPr>
            <w:tcW w:w="0" w:type="auto"/>
          </w:tcPr>
          <w:p w14:paraId="01AC9FD9" w14:textId="77777777" w:rsidR="000772B4" w:rsidRDefault="00746A89">
            <w:pPr>
              <w:jc w:val="center"/>
            </w:pPr>
            <w:r>
              <w:t>SCREENING</w:t>
            </w:r>
          </w:p>
        </w:tc>
      </w:tr>
    </w:tbl>
    <w:p w14:paraId="119CD014" w14:textId="77777777" w:rsidR="000772B4" w:rsidRDefault="000772B4">
      <w:pPr>
        <w:spacing w:after="40"/>
      </w:pPr>
    </w:p>
    <w:p w14:paraId="47E746CA" w14:textId="77777777" w:rsidR="000772B4" w:rsidRPr="00794D67" w:rsidRDefault="00746A89">
      <w:pPr>
        <w:spacing w:after="80"/>
        <w:jc w:val="both"/>
        <w:rPr>
          <w:lang w:val="ru-RU"/>
        </w:rPr>
      </w:pPr>
      <w:r w:rsidRPr="00794D67">
        <w:rPr>
          <w:lang w:val="ru-RU"/>
        </w:rPr>
        <w:t>Разность 28,618 Гкал/ч между базами не является ошибкой ни одного из документов: подключённая договорная нагрузка и полная максимальная перспективная нагрузка — различные по определению величины. Состав их различия подлежит установлению.</w:t>
      </w:r>
    </w:p>
    <w:p w14:paraId="0E937DB7" w14:textId="77777777" w:rsidR="000772B4" w:rsidRPr="00794D67" w:rsidRDefault="00746A89">
      <w:pPr>
        <w:spacing w:after="80"/>
        <w:jc w:val="both"/>
        <w:rPr>
          <w:lang w:val="ru-RU"/>
        </w:rPr>
      </w:pPr>
      <w:r w:rsidRPr="00794D67">
        <w:rPr>
          <w:lang w:val="ru-RU"/>
        </w:rPr>
        <w:t>Баланс мощности УПК № 5 по расчётной книге: при располагаемой мощности 114,000 Гкал/ч резерв на 2026 год составляет +45,3877 Гкал/ч при загрузке оборудования 60,19 %; на 2031 и 2036 годы — −0,4463 Гкал/ч при загрузке 100,39 %. Перспективная нагрузка превышает располагаемую мощность на 0,39 %, то есть свободного резерва относительно принятой максимальной нагрузки перспективный баланс не содержит.</w:t>
      </w:r>
    </w:p>
    <w:p w14:paraId="4B4A9026" w14:textId="77777777" w:rsidR="000772B4" w:rsidRPr="00344E69" w:rsidRDefault="00746A89">
      <w:pPr>
        <w:pStyle w:val="21"/>
        <w:rPr>
          <w:lang w:val="ru-RU"/>
        </w:rPr>
      </w:pPr>
      <w:bookmarkStart w:id="86" w:name="_Toc238015677"/>
      <w:r w:rsidRPr="00344E69">
        <w:rPr>
          <w:lang w:val="ru-RU"/>
        </w:rPr>
        <w:t>11.12. Зоны теплоснабжения с суммарной мощностью 100 Гкал/ч и более</w:t>
      </w:r>
      <w:bookmarkEnd w:id="86"/>
    </w:p>
    <w:p w14:paraId="0688E444" w14:textId="77777777" w:rsidR="000772B4" w:rsidRPr="00794D67" w:rsidRDefault="00746A89">
      <w:pPr>
        <w:spacing w:after="80"/>
        <w:jc w:val="both"/>
        <w:rPr>
          <w:lang w:val="ru-RU"/>
        </w:rPr>
      </w:pPr>
      <w:r w:rsidRPr="00794D67">
        <w:rPr>
          <w:lang w:val="ru-RU"/>
        </w:rPr>
        <w:t>Порог применяется к отдельной зоне теплоснабжения, а не к сумме по округу. Межисточниковых связей в округе не выявлено: каждый источник работает на собственную тепловую сеть, поэтому зона совпадает с источником.</w:t>
      </w:r>
    </w:p>
    <w:p w14:paraId="4CA9ABBE" w14:textId="77777777" w:rsidR="000772B4" w:rsidRPr="00794D67" w:rsidRDefault="00746A89">
      <w:pPr>
        <w:keepNext/>
        <w:spacing w:before="160"/>
        <w:rPr>
          <w:lang w:val="ru-RU"/>
        </w:rPr>
      </w:pPr>
      <w:r w:rsidRPr="00794D67">
        <w:rPr>
          <w:b/>
          <w:lang w:val="ru-RU"/>
        </w:rPr>
        <w:t>Таблица 11.13 — Зоны теплоснабжения и применимость требования</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695"/>
        <w:gridCol w:w="1758"/>
        <w:gridCol w:w="2374"/>
        <w:gridCol w:w="1768"/>
        <w:gridCol w:w="1750"/>
      </w:tblGrid>
      <w:tr w:rsidR="000772B4" w14:paraId="167CCB1A" w14:textId="77777777">
        <w:trPr>
          <w:cantSplit/>
          <w:tblHeader/>
          <w:jc w:val="center"/>
        </w:trPr>
        <w:tc>
          <w:tcPr>
            <w:tcW w:w="0" w:type="auto"/>
            <w:shd w:val="clear" w:color="auto" w:fill="E2F0D9"/>
          </w:tcPr>
          <w:p w14:paraId="242E63DA" w14:textId="77777777" w:rsidR="000772B4" w:rsidRDefault="00746A89">
            <w:pPr>
              <w:jc w:val="center"/>
            </w:pPr>
            <w:r>
              <w:rPr>
                <w:b/>
              </w:rPr>
              <w:t>Обозначение зоны</w:t>
            </w:r>
          </w:p>
        </w:tc>
        <w:tc>
          <w:tcPr>
            <w:tcW w:w="0" w:type="auto"/>
            <w:shd w:val="clear" w:color="auto" w:fill="E2F0D9"/>
          </w:tcPr>
          <w:p w14:paraId="22B97525" w14:textId="77777777" w:rsidR="000772B4" w:rsidRDefault="00746A89">
            <w:pPr>
              <w:jc w:val="center"/>
            </w:pPr>
            <w:r>
              <w:rPr>
                <w:b/>
              </w:rPr>
              <w:t>Источник</w:t>
            </w:r>
          </w:p>
        </w:tc>
        <w:tc>
          <w:tcPr>
            <w:tcW w:w="0" w:type="auto"/>
            <w:shd w:val="clear" w:color="auto" w:fill="E2F0D9"/>
          </w:tcPr>
          <w:p w14:paraId="3FCFC2D7" w14:textId="77777777" w:rsidR="000772B4" w:rsidRDefault="00746A89">
            <w:pPr>
              <w:jc w:val="center"/>
            </w:pPr>
            <w:r>
              <w:rPr>
                <w:b/>
              </w:rPr>
              <w:t>Установленная мощность, Гкал/ч</w:t>
            </w:r>
          </w:p>
        </w:tc>
        <w:tc>
          <w:tcPr>
            <w:tcW w:w="0" w:type="auto"/>
            <w:shd w:val="clear" w:color="auto" w:fill="E2F0D9"/>
          </w:tcPr>
          <w:p w14:paraId="20728700" w14:textId="77777777" w:rsidR="000772B4" w:rsidRDefault="00746A89">
            <w:pPr>
              <w:jc w:val="center"/>
            </w:pPr>
            <w:r>
              <w:rPr>
                <w:b/>
              </w:rPr>
              <w:t>Порог 100 Гкал/ч достигнут</w:t>
            </w:r>
          </w:p>
        </w:tc>
        <w:tc>
          <w:tcPr>
            <w:tcW w:w="0" w:type="auto"/>
            <w:shd w:val="clear" w:color="auto" w:fill="E2F0D9"/>
          </w:tcPr>
          <w:p w14:paraId="64B1DD1F" w14:textId="77777777" w:rsidR="000772B4" w:rsidRDefault="00746A89">
            <w:pPr>
              <w:jc w:val="center"/>
            </w:pPr>
            <w:r>
              <w:rPr>
                <w:b/>
              </w:rPr>
              <w:t>Сценарий развития аварии</w:t>
            </w:r>
          </w:p>
        </w:tc>
      </w:tr>
      <w:tr w:rsidR="000772B4" w14:paraId="295A98D6" w14:textId="77777777">
        <w:trPr>
          <w:cantSplit/>
          <w:jc w:val="center"/>
        </w:trPr>
        <w:tc>
          <w:tcPr>
            <w:tcW w:w="0" w:type="auto"/>
          </w:tcPr>
          <w:p w14:paraId="4C8859F2" w14:textId="77777777" w:rsidR="000772B4" w:rsidRDefault="00746A89">
            <w:r>
              <w:t>Z-01</w:t>
            </w:r>
          </w:p>
        </w:tc>
        <w:tc>
          <w:tcPr>
            <w:tcW w:w="0" w:type="auto"/>
          </w:tcPr>
          <w:p w14:paraId="25EF66EB" w14:textId="77777777" w:rsidR="000772B4" w:rsidRDefault="00746A89">
            <w:pPr>
              <w:jc w:val="center"/>
            </w:pPr>
            <w:r>
              <w:t>УПК № 1 Таштагол</w:t>
            </w:r>
          </w:p>
        </w:tc>
        <w:tc>
          <w:tcPr>
            <w:tcW w:w="0" w:type="auto"/>
          </w:tcPr>
          <w:p w14:paraId="6C4BFC37" w14:textId="77777777" w:rsidR="000772B4" w:rsidRDefault="00746A89">
            <w:pPr>
              <w:jc w:val="center"/>
            </w:pPr>
            <w:r>
              <w:t>150,00</w:t>
            </w:r>
          </w:p>
        </w:tc>
        <w:tc>
          <w:tcPr>
            <w:tcW w:w="0" w:type="auto"/>
          </w:tcPr>
          <w:p w14:paraId="3A17C8AF" w14:textId="77777777" w:rsidR="000772B4" w:rsidRDefault="00746A89">
            <w:pPr>
              <w:jc w:val="center"/>
            </w:pPr>
            <w:r>
              <w:t>да</w:t>
            </w:r>
          </w:p>
        </w:tc>
        <w:tc>
          <w:tcPr>
            <w:tcW w:w="0" w:type="auto"/>
          </w:tcPr>
          <w:p w14:paraId="3D7AC168" w14:textId="77777777" w:rsidR="000772B4" w:rsidRDefault="00746A89">
            <w:pPr>
              <w:jc w:val="center"/>
            </w:pPr>
            <w:r>
              <w:t>требуется</w:t>
            </w:r>
          </w:p>
        </w:tc>
      </w:tr>
      <w:tr w:rsidR="000772B4" w14:paraId="68BD4CF2" w14:textId="77777777">
        <w:trPr>
          <w:cantSplit/>
          <w:jc w:val="center"/>
        </w:trPr>
        <w:tc>
          <w:tcPr>
            <w:tcW w:w="0" w:type="auto"/>
          </w:tcPr>
          <w:p w14:paraId="13A60C5B" w14:textId="77777777" w:rsidR="000772B4" w:rsidRDefault="00746A89">
            <w:r>
              <w:t>Z-02</w:t>
            </w:r>
          </w:p>
        </w:tc>
        <w:tc>
          <w:tcPr>
            <w:tcW w:w="0" w:type="auto"/>
          </w:tcPr>
          <w:p w14:paraId="6434C4E4" w14:textId="77777777" w:rsidR="000772B4" w:rsidRDefault="00746A89">
            <w:pPr>
              <w:jc w:val="center"/>
            </w:pPr>
            <w:r>
              <w:t>УПК № 5 Новый Шерегеш</w:t>
            </w:r>
          </w:p>
        </w:tc>
        <w:tc>
          <w:tcPr>
            <w:tcW w:w="0" w:type="auto"/>
          </w:tcPr>
          <w:p w14:paraId="577243C1" w14:textId="77777777" w:rsidR="000772B4" w:rsidRDefault="00746A89">
            <w:pPr>
              <w:jc w:val="center"/>
            </w:pPr>
            <w:r>
              <w:t>114,00</w:t>
            </w:r>
          </w:p>
        </w:tc>
        <w:tc>
          <w:tcPr>
            <w:tcW w:w="0" w:type="auto"/>
          </w:tcPr>
          <w:p w14:paraId="559E36A7" w14:textId="77777777" w:rsidR="000772B4" w:rsidRDefault="00746A89">
            <w:pPr>
              <w:jc w:val="center"/>
            </w:pPr>
            <w:r>
              <w:t>да</w:t>
            </w:r>
          </w:p>
        </w:tc>
        <w:tc>
          <w:tcPr>
            <w:tcW w:w="0" w:type="auto"/>
          </w:tcPr>
          <w:p w14:paraId="31A381F4" w14:textId="77777777" w:rsidR="000772B4" w:rsidRDefault="00746A89">
            <w:pPr>
              <w:jc w:val="center"/>
            </w:pPr>
            <w:r>
              <w:t>требуется</w:t>
            </w:r>
          </w:p>
        </w:tc>
      </w:tr>
      <w:tr w:rsidR="000772B4" w14:paraId="5E7B286C" w14:textId="77777777">
        <w:trPr>
          <w:cantSplit/>
          <w:jc w:val="center"/>
        </w:trPr>
        <w:tc>
          <w:tcPr>
            <w:tcW w:w="0" w:type="auto"/>
          </w:tcPr>
          <w:p w14:paraId="413DE1EA" w14:textId="77777777" w:rsidR="000772B4" w:rsidRDefault="00746A89">
            <w:r>
              <w:t>Z-03</w:t>
            </w:r>
          </w:p>
        </w:tc>
        <w:tc>
          <w:tcPr>
            <w:tcW w:w="0" w:type="auto"/>
          </w:tcPr>
          <w:p w14:paraId="7E10AD77" w14:textId="77777777" w:rsidR="000772B4" w:rsidRDefault="00746A89">
            <w:pPr>
              <w:jc w:val="center"/>
            </w:pPr>
            <w:r>
              <w:t>УПК № 7 Каз</w:t>
            </w:r>
          </w:p>
        </w:tc>
        <w:tc>
          <w:tcPr>
            <w:tcW w:w="0" w:type="auto"/>
          </w:tcPr>
          <w:p w14:paraId="60DB97CE" w14:textId="77777777" w:rsidR="000772B4" w:rsidRDefault="00746A89">
            <w:pPr>
              <w:jc w:val="center"/>
            </w:pPr>
            <w:r>
              <w:t>72,00</w:t>
            </w:r>
          </w:p>
        </w:tc>
        <w:tc>
          <w:tcPr>
            <w:tcW w:w="0" w:type="auto"/>
          </w:tcPr>
          <w:p w14:paraId="635B9120" w14:textId="77777777" w:rsidR="000772B4" w:rsidRDefault="00746A89">
            <w:pPr>
              <w:jc w:val="center"/>
            </w:pPr>
            <w:r>
              <w:t>нет</w:t>
            </w:r>
          </w:p>
        </w:tc>
        <w:tc>
          <w:tcPr>
            <w:tcW w:w="0" w:type="auto"/>
          </w:tcPr>
          <w:p w14:paraId="4ADB69EB" w14:textId="77777777" w:rsidR="000772B4" w:rsidRDefault="00746A89">
            <w:pPr>
              <w:jc w:val="center"/>
            </w:pPr>
            <w:r>
              <w:t>не требуется</w:t>
            </w:r>
          </w:p>
        </w:tc>
      </w:tr>
      <w:tr w:rsidR="000772B4" w14:paraId="3D0B1719" w14:textId="77777777">
        <w:trPr>
          <w:cantSplit/>
          <w:jc w:val="center"/>
        </w:trPr>
        <w:tc>
          <w:tcPr>
            <w:tcW w:w="0" w:type="auto"/>
          </w:tcPr>
          <w:p w14:paraId="35CA9F16" w14:textId="77777777" w:rsidR="000772B4" w:rsidRDefault="00746A89">
            <w:r>
              <w:t>Z-04</w:t>
            </w:r>
          </w:p>
        </w:tc>
        <w:tc>
          <w:tcPr>
            <w:tcW w:w="0" w:type="auto"/>
          </w:tcPr>
          <w:p w14:paraId="3945DF64" w14:textId="77777777" w:rsidR="000772B4" w:rsidRDefault="00746A89">
            <w:pPr>
              <w:jc w:val="center"/>
            </w:pPr>
            <w:r>
              <w:t>УПК № 8 Мундыбаш</w:t>
            </w:r>
          </w:p>
        </w:tc>
        <w:tc>
          <w:tcPr>
            <w:tcW w:w="0" w:type="auto"/>
          </w:tcPr>
          <w:p w14:paraId="4897D558" w14:textId="77777777" w:rsidR="000772B4" w:rsidRDefault="00746A89">
            <w:pPr>
              <w:jc w:val="center"/>
            </w:pPr>
            <w:r>
              <w:t>36,00</w:t>
            </w:r>
          </w:p>
        </w:tc>
        <w:tc>
          <w:tcPr>
            <w:tcW w:w="0" w:type="auto"/>
          </w:tcPr>
          <w:p w14:paraId="03E07EE4" w14:textId="77777777" w:rsidR="000772B4" w:rsidRDefault="00746A89">
            <w:pPr>
              <w:jc w:val="center"/>
            </w:pPr>
            <w:r>
              <w:t>нет</w:t>
            </w:r>
          </w:p>
        </w:tc>
        <w:tc>
          <w:tcPr>
            <w:tcW w:w="0" w:type="auto"/>
          </w:tcPr>
          <w:p w14:paraId="5670B636" w14:textId="77777777" w:rsidR="000772B4" w:rsidRDefault="00746A89">
            <w:pPr>
              <w:jc w:val="center"/>
            </w:pPr>
            <w:r>
              <w:t>не требуется</w:t>
            </w:r>
          </w:p>
        </w:tc>
      </w:tr>
      <w:tr w:rsidR="000772B4" w14:paraId="6FD07AA0" w14:textId="77777777">
        <w:trPr>
          <w:cantSplit/>
          <w:jc w:val="center"/>
        </w:trPr>
        <w:tc>
          <w:tcPr>
            <w:tcW w:w="0" w:type="auto"/>
          </w:tcPr>
          <w:p w14:paraId="6D81FFFB" w14:textId="77777777" w:rsidR="000772B4" w:rsidRDefault="00746A89">
            <w:r>
              <w:t>Z-05</w:t>
            </w:r>
          </w:p>
        </w:tc>
        <w:tc>
          <w:tcPr>
            <w:tcW w:w="0" w:type="auto"/>
          </w:tcPr>
          <w:p w14:paraId="2F464196" w14:textId="77777777" w:rsidR="000772B4" w:rsidRDefault="00746A89">
            <w:pPr>
              <w:jc w:val="center"/>
            </w:pPr>
            <w:r>
              <w:t>УПК № 10 Темир-Тау</w:t>
            </w:r>
          </w:p>
        </w:tc>
        <w:tc>
          <w:tcPr>
            <w:tcW w:w="0" w:type="auto"/>
          </w:tcPr>
          <w:p w14:paraId="354EE5A5" w14:textId="77777777" w:rsidR="000772B4" w:rsidRDefault="00746A89">
            <w:pPr>
              <w:jc w:val="center"/>
            </w:pPr>
            <w:r>
              <w:t>33,60</w:t>
            </w:r>
          </w:p>
        </w:tc>
        <w:tc>
          <w:tcPr>
            <w:tcW w:w="0" w:type="auto"/>
          </w:tcPr>
          <w:p w14:paraId="2ECCAFBA" w14:textId="77777777" w:rsidR="000772B4" w:rsidRDefault="00746A89">
            <w:pPr>
              <w:jc w:val="center"/>
            </w:pPr>
            <w:r>
              <w:t>нет</w:t>
            </w:r>
          </w:p>
        </w:tc>
        <w:tc>
          <w:tcPr>
            <w:tcW w:w="0" w:type="auto"/>
          </w:tcPr>
          <w:p w14:paraId="7D7E42AA" w14:textId="77777777" w:rsidR="000772B4" w:rsidRDefault="00746A89">
            <w:pPr>
              <w:jc w:val="center"/>
            </w:pPr>
            <w:r>
              <w:t>не требуется</w:t>
            </w:r>
          </w:p>
        </w:tc>
      </w:tr>
      <w:tr w:rsidR="000772B4" w14:paraId="0D0BE063" w14:textId="77777777">
        <w:trPr>
          <w:cantSplit/>
          <w:jc w:val="center"/>
        </w:trPr>
        <w:tc>
          <w:tcPr>
            <w:tcW w:w="0" w:type="auto"/>
          </w:tcPr>
          <w:p w14:paraId="2BFD4A88" w14:textId="77777777" w:rsidR="000772B4" w:rsidRDefault="00746A89">
            <w:r>
              <w:t>Z-06</w:t>
            </w:r>
          </w:p>
        </w:tc>
        <w:tc>
          <w:tcPr>
            <w:tcW w:w="0" w:type="auto"/>
          </w:tcPr>
          <w:p w14:paraId="2F21075E" w14:textId="77777777" w:rsidR="000772B4" w:rsidRDefault="00746A89">
            <w:pPr>
              <w:jc w:val="center"/>
            </w:pPr>
            <w:r>
              <w:t>УПК № 6 Старый Шерегеш</w:t>
            </w:r>
          </w:p>
        </w:tc>
        <w:tc>
          <w:tcPr>
            <w:tcW w:w="0" w:type="auto"/>
          </w:tcPr>
          <w:p w14:paraId="21247153" w14:textId="77777777" w:rsidR="000772B4" w:rsidRDefault="00746A89">
            <w:pPr>
              <w:jc w:val="center"/>
            </w:pPr>
            <w:r>
              <w:t>24,00</w:t>
            </w:r>
          </w:p>
        </w:tc>
        <w:tc>
          <w:tcPr>
            <w:tcW w:w="0" w:type="auto"/>
          </w:tcPr>
          <w:p w14:paraId="0E1C3E45" w14:textId="77777777" w:rsidR="000772B4" w:rsidRDefault="00746A89">
            <w:pPr>
              <w:jc w:val="center"/>
            </w:pPr>
            <w:r>
              <w:t>нет</w:t>
            </w:r>
          </w:p>
        </w:tc>
        <w:tc>
          <w:tcPr>
            <w:tcW w:w="0" w:type="auto"/>
          </w:tcPr>
          <w:p w14:paraId="6C8D8A9F" w14:textId="77777777" w:rsidR="000772B4" w:rsidRDefault="00746A89">
            <w:pPr>
              <w:jc w:val="center"/>
            </w:pPr>
            <w:r>
              <w:t>не требуется</w:t>
            </w:r>
          </w:p>
        </w:tc>
      </w:tr>
      <w:tr w:rsidR="000772B4" w14:paraId="1837D3CB" w14:textId="77777777">
        <w:trPr>
          <w:cantSplit/>
          <w:jc w:val="center"/>
        </w:trPr>
        <w:tc>
          <w:tcPr>
            <w:tcW w:w="0" w:type="auto"/>
          </w:tcPr>
          <w:p w14:paraId="1BABFBBA" w14:textId="77777777" w:rsidR="000772B4" w:rsidRDefault="00746A89">
            <w:r>
              <w:t>Z-07</w:t>
            </w:r>
          </w:p>
        </w:tc>
        <w:tc>
          <w:tcPr>
            <w:tcW w:w="0" w:type="auto"/>
          </w:tcPr>
          <w:p w14:paraId="2FE4C62B" w14:textId="77777777" w:rsidR="000772B4" w:rsidRDefault="00746A89">
            <w:pPr>
              <w:jc w:val="center"/>
            </w:pPr>
            <w:r>
              <w:t>УПК № 2 Шалым</w:t>
            </w:r>
          </w:p>
        </w:tc>
        <w:tc>
          <w:tcPr>
            <w:tcW w:w="0" w:type="auto"/>
          </w:tcPr>
          <w:p w14:paraId="769330EA" w14:textId="77777777" w:rsidR="000772B4" w:rsidRDefault="00746A89">
            <w:pPr>
              <w:jc w:val="center"/>
            </w:pPr>
            <w:r>
              <w:t>17,00</w:t>
            </w:r>
          </w:p>
        </w:tc>
        <w:tc>
          <w:tcPr>
            <w:tcW w:w="0" w:type="auto"/>
          </w:tcPr>
          <w:p w14:paraId="07C88449" w14:textId="77777777" w:rsidR="000772B4" w:rsidRDefault="00746A89">
            <w:pPr>
              <w:jc w:val="center"/>
            </w:pPr>
            <w:r>
              <w:t>нет</w:t>
            </w:r>
          </w:p>
        </w:tc>
        <w:tc>
          <w:tcPr>
            <w:tcW w:w="0" w:type="auto"/>
          </w:tcPr>
          <w:p w14:paraId="3287A0FD" w14:textId="77777777" w:rsidR="000772B4" w:rsidRDefault="00746A89">
            <w:pPr>
              <w:jc w:val="center"/>
            </w:pPr>
            <w:r>
              <w:t>не требуется</w:t>
            </w:r>
          </w:p>
        </w:tc>
      </w:tr>
      <w:tr w:rsidR="000772B4" w14:paraId="5CD624D6" w14:textId="77777777">
        <w:trPr>
          <w:cantSplit/>
          <w:jc w:val="center"/>
        </w:trPr>
        <w:tc>
          <w:tcPr>
            <w:tcW w:w="0" w:type="auto"/>
          </w:tcPr>
          <w:p w14:paraId="30C4C9F8" w14:textId="77777777" w:rsidR="000772B4" w:rsidRDefault="00746A89">
            <w:r>
              <w:t>Z-08</w:t>
            </w:r>
          </w:p>
        </w:tc>
        <w:tc>
          <w:tcPr>
            <w:tcW w:w="0" w:type="auto"/>
          </w:tcPr>
          <w:p w14:paraId="088503EB" w14:textId="77777777" w:rsidR="000772B4" w:rsidRDefault="00746A89">
            <w:pPr>
              <w:jc w:val="center"/>
            </w:pPr>
            <w:r>
              <w:t>УПК № 2 ЦМК</w:t>
            </w:r>
          </w:p>
        </w:tc>
        <w:tc>
          <w:tcPr>
            <w:tcW w:w="0" w:type="auto"/>
          </w:tcPr>
          <w:p w14:paraId="71F3F328" w14:textId="77777777" w:rsidR="000772B4" w:rsidRDefault="00746A89">
            <w:pPr>
              <w:jc w:val="center"/>
            </w:pPr>
            <w:r>
              <w:t>10,20</w:t>
            </w:r>
          </w:p>
        </w:tc>
        <w:tc>
          <w:tcPr>
            <w:tcW w:w="0" w:type="auto"/>
          </w:tcPr>
          <w:p w14:paraId="36C44CDA" w14:textId="77777777" w:rsidR="000772B4" w:rsidRDefault="00746A89">
            <w:pPr>
              <w:jc w:val="center"/>
            </w:pPr>
            <w:r>
              <w:t>нет</w:t>
            </w:r>
          </w:p>
        </w:tc>
        <w:tc>
          <w:tcPr>
            <w:tcW w:w="0" w:type="auto"/>
          </w:tcPr>
          <w:p w14:paraId="23C522D6" w14:textId="77777777" w:rsidR="000772B4" w:rsidRDefault="00746A89">
            <w:pPr>
              <w:jc w:val="center"/>
            </w:pPr>
            <w:r>
              <w:t>не требуется</w:t>
            </w:r>
          </w:p>
        </w:tc>
      </w:tr>
      <w:tr w:rsidR="000772B4" w14:paraId="1F6DC778" w14:textId="77777777">
        <w:trPr>
          <w:cantSplit/>
          <w:jc w:val="center"/>
        </w:trPr>
        <w:tc>
          <w:tcPr>
            <w:tcW w:w="0" w:type="auto"/>
          </w:tcPr>
          <w:p w14:paraId="1E500F52" w14:textId="77777777" w:rsidR="000772B4" w:rsidRDefault="00746A89">
            <w:r>
              <w:t>Z-09</w:t>
            </w:r>
          </w:p>
        </w:tc>
        <w:tc>
          <w:tcPr>
            <w:tcW w:w="0" w:type="auto"/>
          </w:tcPr>
          <w:p w14:paraId="00686DA6" w14:textId="77777777" w:rsidR="000772B4" w:rsidRDefault="00746A89">
            <w:pPr>
              <w:jc w:val="center"/>
            </w:pPr>
            <w:r>
              <w:t>УПК № 3 Спасск</w:t>
            </w:r>
          </w:p>
        </w:tc>
        <w:tc>
          <w:tcPr>
            <w:tcW w:w="0" w:type="auto"/>
          </w:tcPr>
          <w:p w14:paraId="414316E7" w14:textId="77777777" w:rsidR="000772B4" w:rsidRDefault="00746A89">
            <w:pPr>
              <w:jc w:val="center"/>
            </w:pPr>
            <w:r>
              <w:t>5,37</w:t>
            </w:r>
          </w:p>
        </w:tc>
        <w:tc>
          <w:tcPr>
            <w:tcW w:w="0" w:type="auto"/>
          </w:tcPr>
          <w:p w14:paraId="45D26C18" w14:textId="77777777" w:rsidR="000772B4" w:rsidRDefault="00746A89">
            <w:pPr>
              <w:jc w:val="center"/>
            </w:pPr>
            <w:r>
              <w:t>нет</w:t>
            </w:r>
          </w:p>
        </w:tc>
        <w:tc>
          <w:tcPr>
            <w:tcW w:w="0" w:type="auto"/>
          </w:tcPr>
          <w:p w14:paraId="3489A438" w14:textId="77777777" w:rsidR="000772B4" w:rsidRDefault="00746A89">
            <w:pPr>
              <w:jc w:val="center"/>
            </w:pPr>
            <w:r>
              <w:t>не требуется</w:t>
            </w:r>
          </w:p>
        </w:tc>
      </w:tr>
      <w:tr w:rsidR="000772B4" w14:paraId="5E2668BF" w14:textId="77777777">
        <w:trPr>
          <w:cantSplit/>
          <w:jc w:val="center"/>
        </w:trPr>
        <w:tc>
          <w:tcPr>
            <w:tcW w:w="0" w:type="auto"/>
          </w:tcPr>
          <w:p w14:paraId="518A193D" w14:textId="77777777" w:rsidR="000772B4" w:rsidRDefault="00746A89">
            <w:r>
              <w:t>Z-10</w:t>
            </w:r>
          </w:p>
        </w:tc>
        <w:tc>
          <w:tcPr>
            <w:tcW w:w="0" w:type="auto"/>
          </w:tcPr>
          <w:p w14:paraId="39F72069" w14:textId="77777777" w:rsidR="000772B4" w:rsidRDefault="00746A89">
            <w:pPr>
              <w:jc w:val="center"/>
            </w:pPr>
            <w:r>
              <w:t>УПК № 9 ГРЭ</w:t>
            </w:r>
          </w:p>
        </w:tc>
        <w:tc>
          <w:tcPr>
            <w:tcW w:w="0" w:type="auto"/>
          </w:tcPr>
          <w:p w14:paraId="58A34185" w14:textId="77777777" w:rsidR="000772B4" w:rsidRDefault="00746A89">
            <w:pPr>
              <w:jc w:val="center"/>
            </w:pPr>
            <w:r>
              <w:t>4,50</w:t>
            </w:r>
          </w:p>
        </w:tc>
        <w:tc>
          <w:tcPr>
            <w:tcW w:w="0" w:type="auto"/>
          </w:tcPr>
          <w:p w14:paraId="0A15824E" w14:textId="77777777" w:rsidR="000772B4" w:rsidRDefault="00746A89">
            <w:pPr>
              <w:jc w:val="center"/>
            </w:pPr>
            <w:r>
              <w:t>нет</w:t>
            </w:r>
          </w:p>
        </w:tc>
        <w:tc>
          <w:tcPr>
            <w:tcW w:w="0" w:type="auto"/>
          </w:tcPr>
          <w:p w14:paraId="7634AEE4" w14:textId="77777777" w:rsidR="000772B4" w:rsidRDefault="00746A89">
            <w:pPr>
              <w:jc w:val="center"/>
            </w:pPr>
            <w:r>
              <w:t>не требуется</w:t>
            </w:r>
          </w:p>
        </w:tc>
      </w:tr>
    </w:tbl>
    <w:p w14:paraId="028D5469" w14:textId="77777777" w:rsidR="000772B4" w:rsidRDefault="000772B4">
      <w:pPr>
        <w:spacing w:after="40"/>
      </w:pPr>
    </w:p>
    <w:p w14:paraId="02EBFEA4" w14:textId="77777777" w:rsidR="000772B4" w:rsidRPr="00794D67" w:rsidRDefault="00746A89">
      <w:pPr>
        <w:spacing w:after="80"/>
        <w:jc w:val="both"/>
        <w:rPr>
          <w:lang w:val="ru-RU"/>
        </w:rPr>
      </w:pPr>
      <w:r w:rsidRPr="00794D67">
        <w:rPr>
          <w:lang w:val="ru-RU"/>
        </w:rPr>
        <w:t xml:space="preserve">Требование распространяется на зоны </w:t>
      </w:r>
      <w:r>
        <w:t>Z</w:t>
      </w:r>
      <w:r w:rsidRPr="00794D67">
        <w:rPr>
          <w:lang w:val="ru-RU"/>
        </w:rPr>
        <w:t xml:space="preserve">-01 «Таштагол» и </w:t>
      </w:r>
      <w:r>
        <w:t>Z</w:t>
      </w:r>
      <w:r w:rsidRPr="00794D67">
        <w:rPr>
          <w:lang w:val="ru-RU"/>
        </w:rPr>
        <w:t xml:space="preserve">-02 «Новый Шерегеш». Вывод устойчив к способу группировки: при объединении четырёх котельных Таштагольского городского поселения зона составила бы 181,70 Гкал/ч, при объединении двух котельных Шерегеша — 138,00 Гкал/ч; порог превышается в обоих случаях. Ближайшая из остальных зон, </w:t>
      </w:r>
      <w:r>
        <w:t>Z</w:t>
      </w:r>
      <w:r w:rsidRPr="00794D67">
        <w:rPr>
          <w:lang w:val="ru-RU"/>
        </w:rPr>
        <w:t>-03 «Каз», имеет 72,00 Гкал/ч.</w:t>
      </w:r>
    </w:p>
    <w:p w14:paraId="3294796D" w14:textId="77777777" w:rsidR="000772B4" w:rsidRPr="00344E69" w:rsidRDefault="00746A89">
      <w:pPr>
        <w:pStyle w:val="21"/>
        <w:rPr>
          <w:lang w:val="ru-RU"/>
        </w:rPr>
      </w:pPr>
      <w:bookmarkStart w:id="87" w:name="_Toc238015678"/>
      <w:r w:rsidRPr="00344E69">
        <w:rPr>
          <w:lang w:val="ru-RU"/>
        </w:rPr>
        <w:t>11.13. Сценарии моделирования аварийных ситуаций</w:t>
      </w:r>
      <w:bookmarkEnd w:id="87"/>
    </w:p>
    <w:p w14:paraId="05031CA5" w14:textId="77777777" w:rsidR="000772B4" w:rsidRPr="00794D67" w:rsidRDefault="00746A89">
      <w:pPr>
        <w:spacing w:after="80"/>
        <w:jc w:val="both"/>
        <w:rPr>
          <w:lang w:val="ru-RU"/>
        </w:rPr>
      </w:pPr>
      <w:r w:rsidRPr="00794D67">
        <w:rPr>
          <w:lang w:val="ru-RU"/>
        </w:rPr>
        <w:t>Сценарии сформированы для передачи в электронную модель. Результаты гидравлических расчётов в настоящей редакции не приводятся и не предполагаются.</w:t>
      </w:r>
    </w:p>
    <w:p w14:paraId="636E8DCD" w14:textId="77777777" w:rsidR="000772B4" w:rsidRPr="00794D67" w:rsidRDefault="00746A89">
      <w:pPr>
        <w:keepNext/>
        <w:spacing w:before="160"/>
        <w:rPr>
          <w:lang w:val="ru-RU"/>
        </w:rPr>
      </w:pPr>
      <w:r w:rsidRPr="00794D67">
        <w:rPr>
          <w:b/>
          <w:lang w:val="ru-RU"/>
        </w:rPr>
        <w:t>Таблица 11.14 — Перечень сценариев и ожидаемых результатов</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521"/>
        <w:gridCol w:w="1277"/>
        <w:gridCol w:w="2460"/>
        <w:gridCol w:w="2822"/>
        <w:gridCol w:w="1265"/>
      </w:tblGrid>
      <w:tr w:rsidR="000772B4" w14:paraId="314D9BC1" w14:textId="77777777">
        <w:trPr>
          <w:cantSplit/>
          <w:tblHeader/>
          <w:jc w:val="center"/>
        </w:trPr>
        <w:tc>
          <w:tcPr>
            <w:tcW w:w="0" w:type="auto"/>
            <w:shd w:val="clear" w:color="auto" w:fill="E2F0D9"/>
          </w:tcPr>
          <w:p w14:paraId="2342E397" w14:textId="77777777" w:rsidR="000772B4" w:rsidRDefault="00746A89">
            <w:pPr>
              <w:jc w:val="center"/>
            </w:pPr>
            <w:r>
              <w:rPr>
                <w:b/>
              </w:rPr>
              <w:t>Обозначение</w:t>
            </w:r>
          </w:p>
        </w:tc>
        <w:tc>
          <w:tcPr>
            <w:tcW w:w="0" w:type="auto"/>
            <w:shd w:val="clear" w:color="auto" w:fill="E2F0D9"/>
          </w:tcPr>
          <w:p w14:paraId="5821E3D5" w14:textId="77777777" w:rsidR="000772B4" w:rsidRDefault="00746A89">
            <w:pPr>
              <w:jc w:val="center"/>
            </w:pPr>
            <w:r>
              <w:rPr>
                <w:b/>
              </w:rPr>
              <w:t>Зона</w:t>
            </w:r>
          </w:p>
        </w:tc>
        <w:tc>
          <w:tcPr>
            <w:tcW w:w="0" w:type="auto"/>
            <w:shd w:val="clear" w:color="auto" w:fill="E2F0D9"/>
          </w:tcPr>
          <w:p w14:paraId="272E4343" w14:textId="77777777" w:rsidR="000772B4" w:rsidRDefault="00746A89">
            <w:pPr>
              <w:jc w:val="center"/>
            </w:pPr>
            <w:r>
              <w:rPr>
                <w:b/>
              </w:rPr>
              <w:t>Моделируемый отказ</w:t>
            </w:r>
          </w:p>
        </w:tc>
        <w:tc>
          <w:tcPr>
            <w:tcW w:w="0" w:type="auto"/>
            <w:shd w:val="clear" w:color="auto" w:fill="E2F0D9"/>
          </w:tcPr>
          <w:p w14:paraId="34D735DC" w14:textId="77777777" w:rsidR="000772B4" w:rsidRDefault="00746A89">
            <w:pPr>
              <w:jc w:val="center"/>
            </w:pPr>
            <w:r>
              <w:rPr>
                <w:b/>
              </w:rPr>
              <w:t>Требуемый результат</w:t>
            </w:r>
          </w:p>
        </w:tc>
        <w:tc>
          <w:tcPr>
            <w:tcW w:w="0" w:type="auto"/>
            <w:shd w:val="clear" w:color="auto" w:fill="E2F0D9"/>
          </w:tcPr>
          <w:p w14:paraId="3F3A0E91" w14:textId="77777777" w:rsidR="000772B4" w:rsidRDefault="00746A89">
            <w:pPr>
              <w:jc w:val="center"/>
            </w:pPr>
            <w:r>
              <w:rPr>
                <w:b/>
              </w:rPr>
              <w:t>Состояние</w:t>
            </w:r>
          </w:p>
        </w:tc>
      </w:tr>
      <w:tr w:rsidR="000772B4" w14:paraId="269010C9" w14:textId="77777777">
        <w:trPr>
          <w:cantSplit/>
          <w:jc w:val="center"/>
        </w:trPr>
        <w:tc>
          <w:tcPr>
            <w:tcW w:w="0" w:type="auto"/>
          </w:tcPr>
          <w:p w14:paraId="095D151B" w14:textId="77777777" w:rsidR="000772B4" w:rsidRDefault="00746A89">
            <w:r>
              <w:t>MS-01</w:t>
            </w:r>
          </w:p>
        </w:tc>
        <w:tc>
          <w:tcPr>
            <w:tcW w:w="0" w:type="auto"/>
          </w:tcPr>
          <w:p w14:paraId="52FF660E" w14:textId="77777777" w:rsidR="000772B4" w:rsidRDefault="00746A89">
            <w:pPr>
              <w:jc w:val="center"/>
            </w:pPr>
            <w:r>
              <w:t>Z-02 Новый Шерегеш</w:t>
            </w:r>
          </w:p>
        </w:tc>
        <w:tc>
          <w:tcPr>
            <w:tcW w:w="0" w:type="auto"/>
          </w:tcPr>
          <w:p w14:paraId="2AFAF83C" w14:textId="77777777" w:rsidR="000772B4" w:rsidRPr="00794D67" w:rsidRDefault="00746A89">
            <w:pPr>
              <w:jc w:val="center"/>
              <w:rPr>
                <w:lang w:val="ru-RU"/>
              </w:rPr>
            </w:pPr>
            <w:r w:rsidRPr="00794D67">
              <w:rPr>
                <w:lang w:val="ru-RU"/>
              </w:rPr>
              <w:t>отказ крупнейшего котла 20 Гкал/ч</w:t>
            </w:r>
          </w:p>
        </w:tc>
        <w:tc>
          <w:tcPr>
            <w:tcW w:w="0" w:type="auto"/>
          </w:tcPr>
          <w:p w14:paraId="7911E4C5" w14:textId="77777777" w:rsidR="000772B4" w:rsidRPr="00794D67" w:rsidRDefault="00746A89">
            <w:pPr>
              <w:jc w:val="center"/>
              <w:rPr>
                <w:lang w:val="ru-RU"/>
              </w:rPr>
            </w:pPr>
            <w:r w:rsidRPr="00794D67">
              <w:rPr>
                <w:lang w:val="ru-RU"/>
              </w:rPr>
              <w:t>обеспечиваемая доля нагрузки, расходы и температуры у потребителей</w:t>
            </w:r>
          </w:p>
        </w:tc>
        <w:tc>
          <w:tcPr>
            <w:tcW w:w="0" w:type="auto"/>
          </w:tcPr>
          <w:p w14:paraId="3E8244A4" w14:textId="77777777" w:rsidR="000772B4" w:rsidRDefault="00746A89">
            <w:pPr>
              <w:jc w:val="center"/>
            </w:pPr>
            <w:r>
              <w:t>ожидается</w:t>
            </w:r>
          </w:p>
        </w:tc>
      </w:tr>
      <w:tr w:rsidR="000772B4" w14:paraId="72F1E99B" w14:textId="77777777">
        <w:trPr>
          <w:cantSplit/>
          <w:jc w:val="center"/>
        </w:trPr>
        <w:tc>
          <w:tcPr>
            <w:tcW w:w="0" w:type="auto"/>
          </w:tcPr>
          <w:p w14:paraId="7FE0B440" w14:textId="77777777" w:rsidR="000772B4" w:rsidRDefault="00746A89">
            <w:r>
              <w:t>MS-02</w:t>
            </w:r>
          </w:p>
        </w:tc>
        <w:tc>
          <w:tcPr>
            <w:tcW w:w="0" w:type="auto"/>
          </w:tcPr>
          <w:p w14:paraId="6A6FF528" w14:textId="77777777" w:rsidR="000772B4" w:rsidRDefault="00746A89">
            <w:pPr>
              <w:jc w:val="center"/>
            </w:pPr>
            <w:r>
              <w:t>Z-02 Новый Шерегеш</w:t>
            </w:r>
          </w:p>
        </w:tc>
        <w:tc>
          <w:tcPr>
            <w:tcW w:w="0" w:type="auto"/>
          </w:tcPr>
          <w:p w14:paraId="641CEDC0" w14:textId="77777777" w:rsidR="000772B4" w:rsidRDefault="00746A89">
            <w:pPr>
              <w:jc w:val="center"/>
            </w:pPr>
            <w:r>
              <w:t>полный отказ источника</w:t>
            </w:r>
          </w:p>
        </w:tc>
        <w:tc>
          <w:tcPr>
            <w:tcW w:w="0" w:type="auto"/>
          </w:tcPr>
          <w:p w14:paraId="44D9C002" w14:textId="77777777" w:rsidR="000772B4" w:rsidRPr="00794D67" w:rsidRDefault="00746A89">
            <w:pPr>
              <w:jc w:val="center"/>
              <w:rPr>
                <w:lang w:val="ru-RU"/>
              </w:rPr>
            </w:pPr>
            <w:r w:rsidRPr="00794D67">
              <w:rPr>
                <w:lang w:val="ru-RU"/>
              </w:rPr>
              <w:t>время до недопустимого снижения температуры, перечень отключаемых потребителей</w:t>
            </w:r>
          </w:p>
        </w:tc>
        <w:tc>
          <w:tcPr>
            <w:tcW w:w="0" w:type="auto"/>
          </w:tcPr>
          <w:p w14:paraId="70A7DDB9" w14:textId="77777777" w:rsidR="000772B4" w:rsidRDefault="00746A89">
            <w:pPr>
              <w:jc w:val="center"/>
            </w:pPr>
            <w:r>
              <w:t>ожидается</w:t>
            </w:r>
          </w:p>
        </w:tc>
      </w:tr>
      <w:tr w:rsidR="000772B4" w14:paraId="56C3F8BE" w14:textId="77777777">
        <w:trPr>
          <w:cantSplit/>
          <w:jc w:val="center"/>
        </w:trPr>
        <w:tc>
          <w:tcPr>
            <w:tcW w:w="0" w:type="auto"/>
          </w:tcPr>
          <w:p w14:paraId="459BD2A0" w14:textId="77777777" w:rsidR="000772B4" w:rsidRDefault="00746A89">
            <w:r>
              <w:t>MS-03</w:t>
            </w:r>
          </w:p>
        </w:tc>
        <w:tc>
          <w:tcPr>
            <w:tcW w:w="0" w:type="auto"/>
          </w:tcPr>
          <w:p w14:paraId="05EC0C96" w14:textId="77777777" w:rsidR="000772B4" w:rsidRDefault="00746A89">
            <w:pPr>
              <w:jc w:val="center"/>
            </w:pPr>
            <w:r>
              <w:t>Z-02 Новый Шерегеш</w:t>
            </w:r>
          </w:p>
        </w:tc>
        <w:tc>
          <w:tcPr>
            <w:tcW w:w="0" w:type="auto"/>
          </w:tcPr>
          <w:p w14:paraId="4BAB7C68" w14:textId="77777777" w:rsidR="000772B4" w:rsidRDefault="00746A89">
            <w:pPr>
              <w:jc w:val="center"/>
            </w:pPr>
            <w:r>
              <w:t>отказ головного участка магистрали</w:t>
            </w:r>
          </w:p>
        </w:tc>
        <w:tc>
          <w:tcPr>
            <w:tcW w:w="0" w:type="auto"/>
          </w:tcPr>
          <w:p w14:paraId="0CD0782D" w14:textId="77777777" w:rsidR="000772B4" w:rsidRPr="00794D67" w:rsidRDefault="00746A89">
            <w:pPr>
              <w:jc w:val="center"/>
              <w:rPr>
                <w:lang w:val="ru-RU"/>
              </w:rPr>
            </w:pPr>
            <w:r w:rsidRPr="00794D67">
              <w:rPr>
                <w:lang w:val="ru-RU"/>
              </w:rPr>
              <w:t>доля отключаемой нагрузки, возможность частичного обеспечения</w:t>
            </w:r>
          </w:p>
        </w:tc>
        <w:tc>
          <w:tcPr>
            <w:tcW w:w="0" w:type="auto"/>
          </w:tcPr>
          <w:p w14:paraId="349F1A62" w14:textId="77777777" w:rsidR="000772B4" w:rsidRDefault="00746A89">
            <w:pPr>
              <w:jc w:val="center"/>
            </w:pPr>
            <w:r>
              <w:t>ожидается</w:t>
            </w:r>
          </w:p>
        </w:tc>
      </w:tr>
      <w:tr w:rsidR="000772B4" w14:paraId="400C60B8" w14:textId="77777777">
        <w:trPr>
          <w:cantSplit/>
          <w:jc w:val="center"/>
        </w:trPr>
        <w:tc>
          <w:tcPr>
            <w:tcW w:w="0" w:type="auto"/>
          </w:tcPr>
          <w:p w14:paraId="372A7461" w14:textId="77777777" w:rsidR="000772B4" w:rsidRDefault="00746A89">
            <w:r>
              <w:t>MS-04</w:t>
            </w:r>
          </w:p>
        </w:tc>
        <w:tc>
          <w:tcPr>
            <w:tcW w:w="0" w:type="auto"/>
          </w:tcPr>
          <w:p w14:paraId="72BF8188" w14:textId="77777777" w:rsidR="000772B4" w:rsidRDefault="00746A89">
            <w:pPr>
              <w:jc w:val="center"/>
            </w:pPr>
            <w:r>
              <w:t>Z-02 Новый Шерегеш</w:t>
            </w:r>
          </w:p>
        </w:tc>
        <w:tc>
          <w:tcPr>
            <w:tcW w:w="0" w:type="auto"/>
          </w:tcPr>
          <w:p w14:paraId="37D92582" w14:textId="77777777" w:rsidR="000772B4" w:rsidRPr="00794D67" w:rsidRDefault="00746A89">
            <w:pPr>
              <w:jc w:val="center"/>
              <w:rPr>
                <w:lang w:val="ru-RU"/>
              </w:rPr>
            </w:pPr>
            <w:r w:rsidRPr="00794D67">
              <w:rPr>
                <w:lang w:val="ru-RU"/>
              </w:rPr>
              <w:t>работа при пониженной располагаемой мощности</w:t>
            </w:r>
          </w:p>
        </w:tc>
        <w:tc>
          <w:tcPr>
            <w:tcW w:w="0" w:type="auto"/>
          </w:tcPr>
          <w:p w14:paraId="2080C3AC" w14:textId="77777777" w:rsidR="000772B4" w:rsidRPr="00794D67" w:rsidRDefault="00746A89">
            <w:pPr>
              <w:jc w:val="center"/>
              <w:rPr>
                <w:lang w:val="ru-RU"/>
              </w:rPr>
            </w:pPr>
            <w:r w:rsidRPr="00794D67">
              <w:rPr>
                <w:lang w:val="ru-RU"/>
              </w:rPr>
              <w:t>достижимая доля нагрузки, требуемая корректировка температурного графика</w:t>
            </w:r>
          </w:p>
        </w:tc>
        <w:tc>
          <w:tcPr>
            <w:tcW w:w="0" w:type="auto"/>
          </w:tcPr>
          <w:p w14:paraId="06DF4FFD" w14:textId="77777777" w:rsidR="000772B4" w:rsidRDefault="00746A89">
            <w:pPr>
              <w:jc w:val="center"/>
            </w:pPr>
            <w:r>
              <w:t>ожидается</w:t>
            </w:r>
          </w:p>
        </w:tc>
      </w:tr>
      <w:tr w:rsidR="000772B4" w14:paraId="6571F395" w14:textId="77777777">
        <w:trPr>
          <w:cantSplit/>
          <w:jc w:val="center"/>
        </w:trPr>
        <w:tc>
          <w:tcPr>
            <w:tcW w:w="0" w:type="auto"/>
          </w:tcPr>
          <w:p w14:paraId="35E75B72" w14:textId="77777777" w:rsidR="000772B4" w:rsidRDefault="00746A89">
            <w:r>
              <w:t>MS-05</w:t>
            </w:r>
          </w:p>
        </w:tc>
        <w:tc>
          <w:tcPr>
            <w:tcW w:w="0" w:type="auto"/>
          </w:tcPr>
          <w:p w14:paraId="07ABEDC6" w14:textId="77777777" w:rsidR="000772B4" w:rsidRDefault="00746A89">
            <w:pPr>
              <w:jc w:val="center"/>
            </w:pPr>
            <w:r>
              <w:t>Z-01 Таштагол</w:t>
            </w:r>
          </w:p>
        </w:tc>
        <w:tc>
          <w:tcPr>
            <w:tcW w:w="0" w:type="auto"/>
          </w:tcPr>
          <w:p w14:paraId="69CD71BC" w14:textId="77777777" w:rsidR="000772B4" w:rsidRPr="00794D67" w:rsidRDefault="00746A89">
            <w:pPr>
              <w:jc w:val="center"/>
              <w:rPr>
                <w:lang w:val="ru-RU"/>
              </w:rPr>
            </w:pPr>
            <w:r w:rsidRPr="00794D67">
              <w:rPr>
                <w:lang w:val="ru-RU"/>
              </w:rPr>
              <w:t>отказ крупнейшего котла 30 Гкал/ч</w:t>
            </w:r>
          </w:p>
        </w:tc>
        <w:tc>
          <w:tcPr>
            <w:tcW w:w="0" w:type="auto"/>
          </w:tcPr>
          <w:p w14:paraId="09912AF7" w14:textId="77777777" w:rsidR="000772B4" w:rsidRDefault="00746A89">
            <w:pPr>
              <w:jc w:val="center"/>
            </w:pPr>
            <w:r>
              <w:t>обеспечиваемая доля нагрузки</w:t>
            </w:r>
          </w:p>
        </w:tc>
        <w:tc>
          <w:tcPr>
            <w:tcW w:w="0" w:type="auto"/>
          </w:tcPr>
          <w:p w14:paraId="212A0E43" w14:textId="77777777" w:rsidR="000772B4" w:rsidRDefault="00746A89">
            <w:pPr>
              <w:jc w:val="center"/>
            </w:pPr>
            <w:r>
              <w:t>ожидается</w:t>
            </w:r>
          </w:p>
        </w:tc>
      </w:tr>
      <w:tr w:rsidR="000772B4" w14:paraId="01FDC926" w14:textId="77777777">
        <w:trPr>
          <w:cantSplit/>
          <w:jc w:val="center"/>
        </w:trPr>
        <w:tc>
          <w:tcPr>
            <w:tcW w:w="0" w:type="auto"/>
          </w:tcPr>
          <w:p w14:paraId="5F9A93C3" w14:textId="77777777" w:rsidR="000772B4" w:rsidRDefault="00746A89">
            <w:r>
              <w:t>MS-06</w:t>
            </w:r>
          </w:p>
        </w:tc>
        <w:tc>
          <w:tcPr>
            <w:tcW w:w="0" w:type="auto"/>
          </w:tcPr>
          <w:p w14:paraId="48238A9D" w14:textId="77777777" w:rsidR="000772B4" w:rsidRDefault="00746A89">
            <w:pPr>
              <w:jc w:val="center"/>
            </w:pPr>
            <w:r>
              <w:t>Z-01 Таштагол</w:t>
            </w:r>
          </w:p>
        </w:tc>
        <w:tc>
          <w:tcPr>
            <w:tcW w:w="0" w:type="auto"/>
          </w:tcPr>
          <w:p w14:paraId="16897CA8" w14:textId="77777777" w:rsidR="000772B4" w:rsidRDefault="00746A89">
            <w:pPr>
              <w:jc w:val="center"/>
            </w:pPr>
            <w:r>
              <w:t>отказ головной магистрали</w:t>
            </w:r>
          </w:p>
        </w:tc>
        <w:tc>
          <w:tcPr>
            <w:tcW w:w="0" w:type="auto"/>
          </w:tcPr>
          <w:p w14:paraId="338007C8" w14:textId="77777777" w:rsidR="000772B4" w:rsidRDefault="00746A89">
            <w:pPr>
              <w:jc w:val="center"/>
            </w:pPr>
            <w:r>
              <w:t>доля отключаемой нагрузки</w:t>
            </w:r>
          </w:p>
        </w:tc>
        <w:tc>
          <w:tcPr>
            <w:tcW w:w="0" w:type="auto"/>
          </w:tcPr>
          <w:p w14:paraId="51B759D3" w14:textId="77777777" w:rsidR="000772B4" w:rsidRDefault="00746A89">
            <w:pPr>
              <w:jc w:val="center"/>
            </w:pPr>
            <w:r>
              <w:t>ожидается</w:t>
            </w:r>
          </w:p>
        </w:tc>
      </w:tr>
      <w:tr w:rsidR="000772B4" w14:paraId="4A55948C" w14:textId="77777777">
        <w:trPr>
          <w:cantSplit/>
          <w:jc w:val="center"/>
        </w:trPr>
        <w:tc>
          <w:tcPr>
            <w:tcW w:w="0" w:type="auto"/>
          </w:tcPr>
          <w:p w14:paraId="001A73F3" w14:textId="77777777" w:rsidR="000772B4" w:rsidRDefault="00746A89">
            <w:r>
              <w:t>MS-07</w:t>
            </w:r>
          </w:p>
        </w:tc>
        <w:tc>
          <w:tcPr>
            <w:tcW w:w="0" w:type="auto"/>
          </w:tcPr>
          <w:p w14:paraId="11DEED27" w14:textId="77777777" w:rsidR="000772B4" w:rsidRDefault="00746A89">
            <w:pPr>
              <w:jc w:val="center"/>
            </w:pPr>
            <w:r>
              <w:t>Z-10 ГРЭ</w:t>
            </w:r>
          </w:p>
        </w:tc>
        <w:tc>
          <w:tcPr>
            <w:tcW w:w="0" w:type="auto"/>
          </w:tcPr>
          <w:p w14:paraId="303C9A4D" w14:textId="77777777" w:rsidR="000772B4" w:rsidRDefault="00746A89">
            <w:pPr>
              <w:jc w:val="center"/>
            </w:pPr>
            <w:r>
              <w:t>потеря единственного ввода электроснабжения</w:t>
            </w:r>
          </w:p>
        </w:tc>
        <w:tc>
          <w:tcPr>
            <w:tcW w:w="0" w:type="auto"/>
          </w:tcPr>
          <w:p w14:paraId="1FF83AD7" w14:textId="77777777" w:rsidR="000772B4" w:rsidRPr="00794D67" w:rsidRDefault="00746A89">
            <w:pPr>
              <w:jc w:val="center"/>
              <w:rPr>
                <w:lang w:val="ru-RU"/>
              </w:rPr>
            </w:pPr>
            <w:r w:rsidRPr="00794D67">
              <w:rPr>
                <w:lang w:val="ru-RU"/>
              </w:rPr>
              <w:t>время до размораживания системы, перечень потребителей</w:t>
            </w:r>
          </w:p>
        </w:tc>
        <w:tc>
          <w:tcPr>
            <w:tcW w:w="0" w:type="auto"/>
          </w:tcPr>
          <w:p w14:paraId="10F60CCB" w14:textId="77777777" w:rsidR="000772B4" w:rsidRDefault="00746A89">
            <w:pPr>
              <w:jc w:val="center"/>
            </w:pPr>
            <w:r>
              <w:t>ожидается</w:t>
            </w:r>
          </w:p>
        </w:tc>
      </w:tr>
      <w:tr w:rsidR="000772B4" w14:paraId="30D9E8CD" w14:textId="77777777">
        <w:trPr>
          <w:cantSplit/>
          <w:jc w:val="center"/>
        </w:trPr>
        <w:tc>
          <w:tcPr>
            <w:tcW w:w="0" w:type="auto"/>
          </w:tcPr>
          <w:p w14:paraId="50309FAB" w14:textId="77777777" w:rsidR="000772B4" w:rsidRDefault="00746A89">
            <w:r>
              <w:t>MS-08</w:t>
            </w:r>
          </w:p>
        </w:tc>
        <w:tc>
          <w:tcPr>
            <w:tcW w:w="0" w:type="auto"/>
          </w:tcPr>
          <w:p w14:paraId="746A30AB" w14:textId="77777777" w:rsidR="000772B4" w:rsidRDefault="00746A89">
            <w:pPr>
              <w:jc w:val="center"/>
            </w:pPr>
            <w:r>
              <w:t>Z-03, Z-04, Z-05, Z-06</w:t>
            </w:r>
          </w:p>
        </w:tc>
        <w:tc>
          <w:tcPr>
            <w:tcW w:w="0" w:type="auto"/>
          </w:tcPr>
          <w:p w14:paraId="28DA1040" w14:textId="77777777" w:rsidR="000772B4" w:rsidRDefault="00746A89">
            <w:pPr>
              <w:jc w:val="center"/>
            </w:pPr>
            <w:r>
              <w:t>отказ участка без резервирования</w:t>
            </w:r>
          </w:p>
        </w:tc>
        <w:tc>
          <w:tcPr>
            <w:tcW w:w="0" w:type="auto"/>
          </w:tcPr>
          <w:p w14:paraId="50AE321A" w14:textId="77777777" w:rsidR="000772B4" w:rsidRPr="00794D67" w:rsidRDefault="00746A89">
            <w:pPr>
              <w:jc w:val="center"/>
              <w:rPr>
                <w:lang w:val="ru-RU"/>
              </w:rPr>
            </w:pPr>
            <w:r w:rsidRPr="00794D67">
              <w:rPr>
                <w:lang w:val="ru-RU"/>
              </w:rPr>
              <w:t>доля отключаемой нагрузки по каждой зоне</w:t>
            </w:r>
          </w:p>
        </w:tc>
        <w:tc>
          <w:tcPr>
            <w:tcW w:w="0" w:type="auto"/>
          </w:tcPr>
          <w:p w14:paraId="45C4FAE4" w14:textId="77777777" w:rsidR="000772B4" w:rsidRDefault="00746A89">
            <w:pPr>
              <w:jc w:val="center"/>
            </w:pPr>
            <w:r>
              <w:t>ожидается</w:t>
            </w:r>
          </w:p>
        </w:tc>
      </w:tr>
      <w:tr w:rsidR="000772B4" w14:paraId="13F89454" w14:textId="77777777">
        <w:trPr>
          <w:cantSplit/>
          <w:jc w:val="center"/>
        </w:trPr>
        <w:tc>
          <w:tcPr>
            <w:tcW w:w="0" w:type="auto"/>
          </w:tcPr>
          <w:p w14:paraId="32C4D07F" w14:textId="77777777" w:rsidR="000772B4" w:rsidRDefault="00746A89">
            <w:r>
              <w:t>MS-09</w:t>
            </w:r>
          </w:p>
        </w:tc>
        <w:tc>
          <w:tcPr>
            <w:tcW w:w="0" w:type="auto"/>
          </w:tcPr>
          <w:p w14:paraId="437F71AD" w14:textId="77777777" w:rsidR="000772B4" w:rsidRDefault="00746A89">
            <w:pPr>
              <w:jc w:val="center"/>
            </w:pPr>
            <w:r>
              <w:t>все десять зон</w:t>
            </w:r>
          </w:p>
        </w:tc>
        <w:tc>
          <w:tcPr>
            <w:tcW w:w="0" w:type="auto"/>
          </w:tcPr>
          <w:p w14:paraId="0B38D603" w14:textId="77777777" w:rsidR="000772B4" w:rsidRDefault="00746A89">
            <w:pPr>
              <w:jc w:val="center"/>
            </w:pPr>
            <w:r>
              <w:t>проверка уровня резервирования</w:t>
            </w:r>
          </w:p>
        </w:tc>
        <w:tc>
          <w:tcPr>
            <w:tcW w:w="0" w:type="auto"/>
          </w:tcPr>
          <w:p w14:paraId="1E76F49A" w14:textId="77777777" w:rsidR="000772B4" w:rsidRPr="00794D67" w:rsidRDefault="00746A89">
            <w:pPr>
              <w:jc w:val="center"/>
              <w:rPr>
                <w:lang w:val="ru-RU"/>
              </w:rPr>
            </w:pPr>
            <w:r w:rsidRPr="00794D67">
              <w:rPr>
                <w:lang w:val="ru-RU"/>
              </w:rPr>
              <w:t>фактическая доля резервируемой тепловой нагрузки в процентах</w:t>
            </w:r>
          </w:p>
        </w:tc>
        <w:tc>
          <w:tcPr>
            <w:tcW w:w="0" w:type="auto"/>
          </w:tcPr>
          <w:p w14:paraId="549284AC" w14:textId="77777777" w:rsidR="000772B4" w:rsidRDefault="00746A89">
            <w:pPr>
              <w:jc w:val="center"/>
            </w:pPr>
            <w:r>
              <w:t>ожидается</w:t>
            </w:r>
          </w:p>
        </w:tc>
      </w:tr>
    </w:tbl>
    <w:p w14:paraId="425F05D3" w14:textId="77777777" w:rsidR="000772B4" w:rsidRDefault="000772B4">
      <w:pPr>
        <w:spacing w:after="40"/>
      </w:pPr>
    </w:p>
    <w:p w14:paraId="526F490A" w14:textId="77777777" w:rsidR="000772B4" w:rsidRPr="00794D67" w:rsidRDefault="00746A89">
      <w:pPr>
        <w:spacing w:after="80"/>
        <w:rPr>
          <w:lang w:val="ru-RU"/>
        </w:rPr>
      </w:pPr>
      <w:r w:rsidRPr="00794D67">
        <w:rPr>
          <w:i/>
          <w:color w:val="993300"/>
          <w:lang w:val="ru-RU"/>
        </w:rPr>
        <w:t xml:space="preserve">Сценарии </w:t>
      </w:r>
      <w:r>
        <w:rPr>
          <w:i/>
          <w:color w:val="993300"/>
        </w:rPr>
        <w:t>MS</w:t>
      </w:r>
      <w:r w:rsidRPr="00794D67">
        <w:rPr>
          <w:i/>
          <w:color w:val="993300"/>
          <w:lang w:val="ru-RU"/>
        </w:rPr>
        <w:t xml:space="preserve">-01 — </w:t>
      </w:r>
      <w:r>
        <w:rPr>
          <w:i/>
          <w:color w:val="993300"/>
        </w:rPr>
        <w:t>MS</w:t>
      </w:r>
      <w:r w:rsidRPr="00794D67">
        <w:rPr>
          <w:i/>
          <w:color w:val="993300"/>
          <w:lang w:val="ru-RU"/>
        </w:rPr>
        <w:t xml:space="preserve">-06 обеспечивают выполнение требования подпункта «з» пункта 73 по зонам </w:t>
      </w:r>
      <w:r>
        <w:rPr>
          <w:i/>
          <w:color w:val="993300"/>
        </w:rPr>
        <w:t>Z</w:t>
      </w:r>
      <w:r w:rsidRPr="00794D67">
        <w:rPr>
          <w:i/>
          <w:color w:val="993300"/>
          <w:lang w:val="ru-RU"/>
        </w:rPr>
        <w:t xml:space="preserve">-01 и </w:t>
      </w:r>
      <w:r>
        <w:rPr>
          <w:i/>
          <w:color w:val="993300"/>
        </w:rPr>
        <w:t>Z</w:t>
      </w:r>
      <w:r w:rsidRPr="00794D67">
        <w:rPr>
          <w:i/>
          <w:color w:val="993300"/>
          <w:lang w:val="ru-RU"/>
        </w:rPr>
        <w:t xml:space="preserve">-02. </w:t>
      </w:r>
      <w:r w:rsidRPr="00312815">
        <w:rPr>
          <w:i/>
          <w:color w:val="993300"/>
          <w:lang w:val="ru-RU"/>
        </w:rPr>
        <w:t xml:space="preserve">Расчётные результаты аварийных режимов и пьезометрические характеристики подлежат учёту по завершении расчётного моделирования соответствующих зон. </w:t>
      </w:r>
      <w:r w:rsidRPr="00794D67">
        <w:rPr>
          <w:i/>
          <w:color w:val="993300"/>
          <w:lang w:val="ru-RU"/>
        </w:rPr>
        <w:t>В настоящей редакции приведены исходные условия каждого сценария, состав моделируемых отказов и критерии оценки результата.</w:t>
      </w:r>
    </w:p>
    <w:p w14:paraId="1251F939" w14:textId="77777777" w:rsidR="000772B4" w:rsidRPr="00344E69" w:rsidRDefault="00746A89">
      <w:pPr>
        <w:pStyle w:val="21"/>
        <w:rPr>
          <w:lang w:val="ru-RU"/>
        </w:rPr>
      </w:pPr>
      <w:bookmarkStart w:id="88" w:name="_Toc238015679"/>
      <w:r w:rsidRPr="00344E69">
        <w:rPr>
          <w:lang w:val="ru-RU"/>
        </w:rPr>
        <w:t>11.14. Эксплуатационная статистика</w:t>
      </w:r>
      <w:bookmarkEnd w:id="88"/>
    </w:p>
    <w:p w14:paraId="6DD2CB75" w14:textId="77777777" w:rsidR="000772B4" w:rsidRPr="00794D67" w:rsidRDefault="00746A89">
      <w:pPr>
        <w:keepNext/>
        <w:spacing w:before="160"/>
        <w:rPr>
          <w:lang w:val="ru-RU"/>
        </w:rPr>
      </w:pPr>
      <w:r w:rsidRPr="00794D67">
        <w:rPr>
          <w:b/>
          <w:lang w:val="ru-RU"/>
        </w:rPr>
        <w:t>Таблица 11.15 — Фактические показатели за 2025 год</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7954"/>
        <w:gridCol w:w="694"/>
        <w:gridCol w:w="697"/>
      </w:tblGrid>
      <w:tr w:rsidR="000772B4" w14:paraId="34EDE868" w14:textId="77777777">
        <w:trPr>
          <w:cantSplit/>
          <w:tblHeader/>
          <w:jc w:val="center"/>
        </w:trPr>
        <w:tc>
          <w:tcPr>
            <w:tcW w:w="0" w:type="auto"/>
            <w:shd w:val="clear" w:color="auto" w:fill="E2F0D9"/>
          </w:tcPr>
          <w:p w14:paraId="4AD439D8" w14:textId="77777777" w:rsidR="000772B4" w:rsidRDefault="00746A89">
            <w:pPr>
              <w:jc w:val="center"/>
            </w:pPr>
            <w:r>
              <w:rPr>
                <w:b/>
              </w:rPr>
              <w:t>Показатель</w:t>
            </w:r>
          </w:p>
        </w:tc>
        <w:tc>
          <w:tcPr>
            <w:tcW w:w="0" w:type="auto"/>
            <w:shd w:val="clear" w:color="auto" w:fill="E2F0D9"/>
          </w:tcPr>
          <w:p w14:paraId="4ABBF480" w14:textId="77777777" w:rsidR="000772B4" w:rsidRDefault="00746A89">
            <w:pPr>
              <w:jc w:val="center"/>
            </w:pPr>
            <w:r>
              <w:rPr>
                <w:b/>
              </w:rPr>
              <w:t>План</w:t>
            </w:r>
          </w:p>
        </w:tc>
        <w:tc>
          <w:tcPr>
            <w:tcW w:w="0" w:type="auto"/>
            <w:shd w:val="clear" w:color="auto" w:fill="E2F0D9"/>
          </w:tcPr>
          <w:p w14:paraId="279FB4F5" w14:textId="77777777" w:rsidR="000772B4" w:rsidRDefault="00746A89">
            <w:pPr>
              <w:jc w:val="center"/>
            </w:pPr>
            <w:r>
              <w:rPr>
                <w:b/>
              </w:rPr>
              <w:t>Факт</w:t>
            </w:r>
          </w:p>
        </w:tc>
      </w:tr>
      <w:tr w:rsidR="000772B4" w14:paraId="0ED073F1" w14:textId="77777777">
        <w:trPr>
          <w:cantSplit/>
          <w:jc w:val="center"/>
        </w:trPr>
        <w:tc>
          <w:tcPr>
            <w:tcW w:w="0" w:type="auto"/>
          </w:tcPr>
          <w:p w14:paraId="25F9A99C" w14:textId="77777777" w:rsidR="000772B4" w:rsidRPr="00794D67" w:rsidRDefault="00746A89">
            <w:pPr>
              <w:rPr>
                <w:lang w:val="ru-RU"/>
              </w:rPr>
            </w:pPr>
            <w:r w:rsidRPr="00794D67">
              <w:rPr>
                <w:lang w:val="ru-RU"/>
              </w:rPr>
              <w:t>Прекращения подачи тепловой энергии вследствие технологических нарушений на источниках, шт.</w:t>
            </w:r>
          </w:p>
        </w:tc>
        <w:tc>
          <w:tcPr>
            <w:tcW w:w="0" w:type="auto"/>
          </w:tcPr>
          <w:p w14:paraId="75EC989D" w14:textId="77777777" w:rsidR="000772B4" w:rsidRDefault="00746A89">
            <w:pPr>
              <w:jc w:val="center"/>
            </w:pPr>
            <w:r>
              <w:t>0</w:t>
            </w:r>
          </w:p>
        </w:tc>
        <w:tc>
          <w:tcPr>
            <w:tcW w:w="0" w:type="auto"/>
          </w:tcPr>
          <w:p w14:paraId="10A7C22A" w14:textId="77777777" w:rsidR="000772B4" w:rsidRDefault="00746A89">
            <w:pPr>
              <w:jc w:val="center"/>
            </w:pPr>
            <w:r>
              <w:t>0</w:t>
            </w:r>
          </w:p>
        </w:tc>
      </w:tr>
      <w:tr w:rsidR="000772B4" w14:paraId="06678C71" w14:textId="77777777">
        <w:trPr>
          <w:cantSplit/>
          <w:jc w:val="center"/>
        </w:trPr>
        <w:tc>
          <w:tcPr>
            <w:tcW w:w="0" w:type="auto"/>
          </w:tcPr>
          <w:p w14:paraId="6DFC9E3E" w14:textId="77777777" w:rsidR="000772B4" w:rsidRPr="00794D67" w:rsidRDefault="00746A89">
            <w:pPr>
              <w:rPr>
                <w:lang w:val="ru-RU"/>
              </w:rPr>
            </w:pPr>
            <w:r w:rsidRPr="00794D67">
              <w:rPr>
                <w:lang w:val="ru-RU"/>
              </w:rPr>
              <w:t>Прекращения подачи тепловой энергии вследствие технологических нарушений на тепловых сетях, шт.</w:t>
            </w:r>
          </w:p>
        </w:tc>
        <w:tc>
          <w:tcPr>
            <w:tcW w:w="0" w:type="auto"/>
          </w:tcPr>
          <w:p w14:paraId="0F4FAB7C" w14:textId="77777777" w:rsidR="000772B4" w:rsidRDefault="00746A89">
            <w:pPr>
              <w:jc w:val="center"/>
            </w:pPr>
            <w:r>
              <w:t>0,00</w:t>
            </w:r>
          </w:p>
        </w:tc>
        <w:tc>
          <w:tcPr>
            <w:tcW w:w="0" w:type="auto"/>
          </w:tcPr>
          <w:p w14:paraId="7E726A5E" w14:textId="77777777" w:rsidR="000772B4" w:rsidRDefault="00746A89">
            <w:pPr>
              <w:jc w:val="center"/>
            </w:pPr>
            <w:r>
              <w:t>0,00</w:t>
            </w:r>
          </w:p>
        </w:tc>
      </w:tr>
      <w:tr w:rsidR="000772B4" w14:paraId="138E2282" w14:textId="77777777">
        <w:trPr>
          <w:cantSplit/>
          <w:jc w:val="center"/>
        </w:trPr>
        <w:tc>
          <w:tcPr>
            <w:tcW w:w="0" w:type="auto"/>
          </w:tcPr>
          <w:p w14:paraId="4D837AEE" w14:textId="77777777" w:rsidR="000772B4" w:rsidRPr="00794D67" w:rsidRDefault="00746A89">
            <w:pPr>
              <w:rPr>
                <w:lang w:val="ru-RU"/>
              </w:rPr>
            </w:pPr>
            <w:r w:rsidRPr="00794D67">
              <w:rPr>
                <w:lang w:val="ru-RU"/>
              </w:rPr>
              <w:t>Суммарная мощность вводимых в эксплуатацию источников, Гкал/ч</w:t>
            </w:r>
          </w:p>
        </w:tc>
        <w:tc>
          <w:tcPr>
            <w:tcW w:w="0" w:type="auto"/>
          </w:tcPr>
          <w:p w14:paraId="480FD8EC" w14:textId="77777777" w:rsidR="000772B4" w:rsidRDefault="00746A89">
            <w:pPr>
              <w:jc w:val="center"/>
            </w:pPr>
            <w:r>
              <w:t>0</w:t>
            </w:r>
          </w:p>
        </w:tc>
        <w:tc>
          <w:tcPr>
            <w:tcW w:w="0" w:type="auto"/>
          </w:tcPr>
          <w:p w14:paraId="2301B51F" w14:textId="77777777" w:rsidR="000772B4" w:rsidRDefault="00746A89">
            <w:pPr>
              <w:jc w:val="center"/>
            </w:pPr>
            <w:r>
              <w:t>0</w:t>
            </w:r>
          </w:p>
        </w:tc>
      </w:tr>
      <w:tr w:rsidR="000772B4" w14:paraId="1954CB2C" w14:textId="77777777">
        <w:trPr>
          <w:cantSplit/>
          <w:jc w:val="center"/>
        </w:trPr>
        <w:tc>
          <w:tcPr>
            <w:tcW w:w="0" w:type="auto"/>
          </w:tcPr>
          <w:p w14:paraId="4ECE8A33" w14:textId="77777777" w:rsidR="000772B4" w:rsidRPr="00794D67" w:rsidRDefault="00746A89">
            <w:pPr>
              <w:rPr>
                <w:lang w:val="ru-RU"/>
              </w:rPr>
            </w:pPr>
            <w:r w:rsidRPr="00794D67">
              <w:rPr>
                <w:lang w:val="ru-RU"/>
              </w:rPr>
              <w:t>Суммарная протяжённость вводимых в эксплуатацию сетей, км</w:t>
            </w:r>
          </w:p>
        </w:tc>
        <w:tc>
          <w:tcPr>
            <w:tcW w:w="0" w:type="auto"/>
          </w:tcPr>
          <w:p w14:paraId="6498B079" w14:textId="77777777" w:rsidR="000772B4" w:rsidRDefault="00746A89">
            <w:pPr>
              <w:jc w:val="center"/>
            </w:pPr>
            <w:r>
              <w:t>0,00</w:t>
            </w:r>
          </w:p>
        </w:tc>
        <w:tc>
          <w:tcPr>
            <w:tcW w:w="0" w:type="auto"/>
          </w:tcPr>
          <w:p w14:paraId="50B70C04" w14:textId="77777777" w:rsidR="000772B4" w:rsidRDefault="00746A89">
            <w:pPr>
              <w:jc w:val="center"/>
            </w:pPr>
            <w:r>
              <w:t>0,00</w:t>
            </w:r>
          </w:p>
        </w:tc>
      </w:tr>
    </w:tbl>
    <w:p w14:paraId="65032907" w14:textId="77777777" w:rsidR="000772B4" w:rsidRDefault="000772B4">
      <w:pPr>
        <w:spacing w:after="40"/>
      </w:pPr>
    </w:p>
    <w:p w14:paraId="4549EDC6" w14:textId="77777777" w:rsidR="000772B4" w:rsidRPr="00794D67" w:rsidRDefault="00746A89">
      <w:pPr>
        <w:spacing w:after="80"/>
        <w:jc w:val="both"/>
        <w:rPr>
          <w:lang w:val="ru-RU"/>
        </w:rPr>
      </w:pPr>
      <w:r w:rsidRPr="00794D67">
        <w:rPr>
          <w:lang w:val="ru-RU"/>
        </w:rPr>
        <w:t>Документы актуализации 2026 года дополняют: отказов и вынужденных отключений тепловой сети и источников тепловой энергии за последние три года не зафиксировано.</w:t>
      </w:r>
    </w:p>
    <w:p w14:paraId="4033A4EA" w14:textId="77777777" w:rsidR="000772B4" w:rsidRPr="00794D67" w:rsidRDefault="00746A89">
      <w:pPr>
        <w:spacing w:after="80"/>
        <w:jc w:val="both"/>
        <w:rPr>
          <w:lang w:val="ru-RU"/>
        </w:rPr>
      </w:pPr>
      <w:r w:rsidRPr="00794D67">
        <w:rPr>
          <w:lang w:val="ru-RU"/>
        </w:rPr>
        <w:t>Отсутствие прекращений подачи относится к эксплуатационному слою и структурным резервированием не является. Система с низким уровнем резервирования способна отработать отчётный период без отказов; из отсутствия отказов вывод о наличии резерва не следует.</w:t>
      </w:r>
    </w:p>
    <w:p w14:paraId="184A72A3" w14:textId="77777777" w:rsidR="000772B4" w:rsidRPr="00344E69" w:rsidRDefault="00746A89">
      <w:pPr>
        <w:pStyle w:val="21"/>
        <w:rPr>
          <w:lang w:val="ru-RU"/>
        </w:rPr>
      </w:pPr>
      <w:bookmarkStart w:id="89" w:name="_Toc238015680"/>
      <w:r w:rsidRPr="00344E69">
        <w:rPr>
          <w:lang w:val="ru-RU"/>
        </w:rPr>
        <w:t>11.15. Единичные точки отказа</w:t>
      </w:r>
      <w:bookmarkEnd w:id="89"/>
    </w:p>
    <w:p w14:paraId="7B1C9195" w14:textId="77777777" w:rsidR="000772B4" w:rsidRPr="00794D67" w:rsidRDefault="00746A89">
      <w:pPr>
        <w:keepNext/>
        <w:spacing w:before="160"/>
        <w:rPr>
          <w:lang w:val="ru-RU"/>
        </w:rPr>
      </w:pPr>
      <w:r w:rsidRPr="00794D67">
        <w:rPr>
          <w:b/>
          <w:lang w:val="ru-RU"/>
        </w:rPr>
        <w:t>Таблица 11.16 — Реестр единичных точек отказа</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521"/>
        <w:gridCol w:w="2326"/>
        <w:gridCol w:w="3332"/>
        <w:gridCol w:w="2166"/>
      </w:tblGrid>
      <w:tr w:rsidR="000772B4" w14:paraId="0D4902AB" w14:textId="77777777">
        <w:trPr>
          <w:cantSplit/>
          <w:tblHeader/>
          <w:jc w:val="center"/>
        </w:trPr>
        <w:tc>
          <w:tcPr>
            <w:tcW w:w="0" w:type="auto"/>
            <w:shd w:val="clear" w:color="auto" w:fill="E2F0D9"/>
          </w:tcPr>
          <w:p w14:paraId="1209EE14" w14:textId="77777777" w:rsidR="000772B4" w:rsidRDefault="00746A89">
            <w:pPr>
              <w:jc w:val="center"/>
            </w:pPr>
            <w:r>
              <w:rPr>
                <w:b/>
              </w:rPr>
              <w:t>Обозначение</w:t>
            </w:r>
          </w:p>
        </w:tc>
        <w:tc>
          <w:tcPr>
            <w:tcW w:w="0" w:type="auto"/>
            <w:shd w:val="clear" w:color="auto" w:fill="E2F0D9"/>
          </w:tcPr>
          <w:p w14:paraId="21FF2CF1" w14:textId="77777777" w:rsidR="000772B4" w:rsidRDefault="00746A89">
            <w:pPr>
              <w:jc w:val="center"/>
            </w:pPr>
            <w:r>
              <w:rPr>
                <w:b/>
              </w:rPr>
              <w:t>Объект</w:t>
            </w:r>
          </w:p>
        </w:tc>
        <w:tc>
          <w:tcPr>
            <w:tcW w:w="0" w:type="auto"/>
            <w:shd w:val="clear" w:color="auto" w:fill="E2F0D9"/>
          </w:tcPr>
          <w:p w14:paraId="556BCB74" w14:textId="77777777" w:rsidR="000772B4" w:rsidRDefault="00746A89">
            <w:pPr>
              <w:jc w:val="center"/>
            </w:pPr>
            <w:r>
              <w:rPr>
                <w:b/>
              </w:rPr>
              <w:t>Содержание</w:t>
            </w:r>
          </w:p>
        </w:tc>
        <w:tc>
          <w:tcPr>
            <w:tcW w:w="0" w:type="auto"/>
            <w:shd w:val="clear" w:color="auto" w:fill="E2F0D9"/>
          </w:tcPr>
          <w:p w14:paraId="2368F9EF" w14:textId="77777777" w:rsidR="000772B4" w:rsidRDefault="00746A89">
            <w:pPr>
              <w:jc w:val="center"/>
            </w:pPr>
            <w:r>
              <w:rPr>
                <w:b/>
              </w:rPr>
              <w:t>Статус</w:t>
            </w:r>
          </w:p>
        </w:tc>
      </w:tr>
      <w:tr w:rsidR="000772B4" w14:paraId="1A46D878" w14:textId="77777777">
        <w:trPr>
          <w:cantSplit/>
          <w:jc w:val="center"/>
        </w:trPr>
        <w:tc>
          <w:tcPr>
            <w:tcW w:w="0" w:type="auto"/>
          </w:tcPr>
          <w:p w14:paraId="44F8207B" w14:textId="77777777" w:rsidR="000772B4" w:rsidRDefault="00746A89">
            <w:r>
              <w:t>SPOF-01</w:t>
            </w:r>
          </w:p>
        </w:tc>
        <w:tc>
          <w:tcPr>
            <w:tcW w:w="0" w:type="auto"/>
          </w:tcPr>
          <w:p w14:paraId="7E02D7A9" w14:textId="77777777" w:rsidR="000772B4" w:rsidRDefault="00746A89">
            <w:pPr>
              <w:jc w:val="center"/>
            </w:pPr>
            <w:r>
              <w:t>УПК № 9 «ГРЭ», электроснабжение</w:t>
            </w:r>
          </w:p>
        </w:tc>
        <w:tc>
          <w:tcPr>
            <w:tcW w:w="0" w:type="auto"/>
          </w:tcPr>
          <w:p w14:paraId="4E186B73" w14:textId="77777777" w:rsidR="000772B4" w:rsidRPr="00794D67" w:rsidRDefault="00746A89">
            <w:pPr>
              <w:jc w:val="center"/>
              <w:rPr>
                <w:lang w:val="ru-RU"/>
              </w:rPr>
            </w:pPr>
            <w:r w:rsidRPr="00794D67">
              <w:rPr>
                <w:lang w:val="ru-RU"/>
              </w:rPr>
              <w:t>резервный ввод по электроснабжению отсутствует по прямому указанию документа актуализации 2026 года; наличие стационарного резервного источника питания не подтверждено</w:t>
            </w:r>
          </w:p>
        </w:tc>
        <w:tc>
          <w:tcPr>
            <w:tcW w:w="0" w:type="auto"/>
          </w:tcPr>
          <w:p w14:paraId="19DEFAC3" w14:textId="77777777" w:rsidR="000772B4" w:rsidRDefault="00746A89">
            <w:pPr>
              <w:jc w:val="center"/>
            </w:pPr>
            <w:r>
              <w:t>подтверждённая единичная точка отказа</w:t>
            </w:r>
          </w:p>
        </w:tc>
      </w:tr>
      <w:tr w:rsidR="000772B4" w:rsidRPr="00C07C05" w14:paraId="4414D857" w14:textId="77777777">
        <w:trPr>
          <w:cantSplit/>
          <w:jc w:val="center"/>
        </w:trPr>
        <w:tc>
          <w:tcPr>
            <w:tcW w:w="0" w:type="auto"/>
          </w:tcPr>
          <w:p w14:paraId="2AEB2DF7" w14:textId="77777777" w:rsidR="000772B4" w:rsidRDefault="00746A89">
            <w:r>
              <w:t>SPOF-02</w:t>
            </w:r>
          </w:p>
        </w:tc>
        <w:tc>
          <w:tcPr>
            <w:tcW w:w="0" w:type="auto"/>
          </w:tcPr>
          <w:p w14:paraId="1B4F2351" w14:textId="77777777" w:rsidR="000772B4" w:rsidRPr="00794D67" w:rsidRDefault="00746A89">
            <w:pPr>
              <w:jc w:val="center"/>
              <w:rPr>
                <w:lang w:val="ru-RU"/>
              </w:rPr>
            </w:pPr>
            <w:r w:rsidRPr="00794D67">
              <w:rPr>
                <w:lang w:val="ru-RU"/>
              </w:rPr>
              <w:t>Тепловые сети всех десяти зон</w:t>
            </w:r>
          </w:p>
        </w:tc>
        <w:tc>
          <w:tcPr>
            <w:tcW w:w="0" w:type="auto"/>
          </w:tcPr>
          <w:p w14:paraId="460A91F3" w14:textId="77777777" w:rsidR="000772B4" w:rsidRPr="00794D67" w:rsidRDefault="00746A89">
            <w:pPr>
              <w:jc w:val="center"/>
              <w:rPr>
                <w:lang w:val="ru-RU"/>
              </w:rPr>
            </w:pPr>
            <w:r w:rsidRPr="00794D67">
              <w:rPr>
                <w:lang w:val="ru-RU"/>
              </w:rPr>
              <w:t>по историческим сведениям 2021 года топология лучевая, резервирующие перемычки отсутствуют; современный показатель уровня резервирования этому не соответствует и расчётом не подтверждён</w:t>
            </w:r>
          </w:p>
        </w:tc>
        <w:tc>
          <w:tcPr>
            <w:tcW w:w="0" w:type="auto"/>
          </w:tcPr>
          <w:p w14:paraId="1E8DE19C" w14:textId="77777777" w:rsidR="000772B4" w:rsidRPr="00794D67" w:rsidRDefault="00746A89">
            <w:pPr>
              <w:jc w:val="center"/>
              <w:rPr>
                <w:lang w:val="ru-RU"/>
              </w:rPr>
            </w:pPr>
            <w:r w:rsidRPr="00794D67">
              <w:rPr>
                <w:lang w:val="ru-RU"/>
              </w:rPr>
              <w:t>возможная единичная точка отказа; подтверждается расчётным моделированием</w:t>
            </w:r>
          </w:p>
        </w:tc>
      </w:tr>
      <w:tr w:rsidR="000772B4" w:rsidRPr="00C07C05" w14:paraId="10ACFE19" w14:textId="77777777">
        <w:trPr>
          <w:cantSplit/>
          <w:jc w:val="center"/>
        </w:trPr>
        <w:tc>
          <w:tcPr>
            <w:tcW w:w="0" w:type="auto"/>
          </w:tcPr>
          <w:p w14:paraId="6EBC640F" w14:textId="77777777" w:rsidR="000772B4" w:rsidRDefault="00746A89">
            <w:r>
              <w:t>SPOF-03</w:t>
            </w:r>
          </w:p>
        </w:tc>
        <w:tc>
          <w:tcPr>
            <w:tcW w:w="0" w:type="auto"/>
          </w:tcPr>
          <w:p w14:paraId="4C578737" w14:textId="77777777" w:rsidR="000772B4" w:rsidRPr="00794D67" w:rsidRDefault="00746A89">
            <w:pPr>
              <w:jc w:val="center"/>
              <w:rPr>
                <w:lang w:val="ru-RU"/>
              </w:rPr>
            </w:pPr>
            <w:r w:rsidRPr="00794D67">
              <w:rPr>
                <w:lang w:val="ru-RU"/>
              </w:rPr>
              <w:t>Водоподготовка УПК № 2 «Шалым», № 9 «ГРЭ», № 10 «Темир-Тау», № 3 «Спасск»</w:t>
            </w:r>
          </w:p>
        </w:tc>
        <w:tc>
          <w:tcPr>
            <w:tcW w:w="0" w:type="auto"/>
          </w:tcPr>
          <w:p w14:paraId="54EB14E2" w14:textId="77777777" w:rsidR="000772B4" w:rsidRPr="00794D67" w:rsidRDefault="00746A89">
            <w:pPr>
              <w:jc w:val="center"/>
              <w:rPr>
                <w:lang w:val="ru-RU"/>
              </w:rPr>
            </w:pPr>
            <w:r w:rsidRPr="00794D67">
              <w:rPr>
                <w:lang w:val="ru-RU"/>
              </w:rPr>
              <w:t>производительность водоподготовительной установки указана нулевой при работе в открытой системе; физическая конфигурация не установлена</w:t>
            </w:r>
          </w:p>
        </w:tc>
        <w:tc>
          <w:tcPr>
            <w:tcW w:w="0" w:type="auto"/>
          </w:tcPr>
          <w:p w14:paraId="598CFC04" w14:textId="77777777" w:rsidR="000772B4" w:rsidRPr="00794D67" w:rsidRDefault="00746A89">
            <w:pPr>
              <w:jc w:val="center"/>
              <w:rPr>
                <w:lang w:val="ru-RU"/>
              </w:rPr>
            </w:pPr>
            <w:r w:rsidRPr="00794D67">
              <w:rPr>
                <w:lang w:val="ru-RU"/>
              </w:rPr>
              <w:t>возможная единичная точка отказа; подлежит подтверждению исходными данными</w:t>
            </w:r>
          </w:p>
        </w:tc>
      </w:tr>
      <w:tr w:rsidR="000772B4" w:rsidRPr="00C07C05" w14:paraId="629532EF" w14:textId="77777777">
        <w:trPr>
          <w:cantSplit/>
          <w:jc w:val="center"/>
        </w:trPr>
        <w:tc>
          <w:tcPr>
            <w:tcW w:w="0" w:type="auto"/>
          </w:tcPr>
          <w:p w14:paraId="579CB3FC" w14:textId="77777777" w:rsidR="000772B4" w:rsidRDefault="00746A89">
            <w:r>
              <w:t>SPOF-04</w:t>
            </w:r>
          </w:p>
        </w:tc>
        <w:tc>
          <w:tcPr>
            <w:tcW w:w="0" w:type="auto"/>
          </w:tcPr>
          <w:p w14:paraId="31B1BF83" w14:textId="77777777" w:rsidR="000772B4" w:rsidRPr="00794D67" w:rsidRDefault="00746A89">
            <w:pPr>
              <w:jc w:val="center"/>
              <w:rPr>
                <w:lang w:val="ru-RU"/>
              </w:rPr>
            </w:pPr>
            <w:r w:rsidRPr="00794D67">
              <w:rPr>
                <w:lang w:val="ru-RU"/>
              </w:rPr>
              <w:t>Насосное и тягодутьевое оборудование всех источников</w:t>
            </w:r>
          </w:p>
        </w:tc>
        <w:tc>
          <w:tcPr>
            <w:tcW w:w="0" w:type="auto"/>
          </w:tcPr>
          <w:p w14:paraId="0B0CCCD3" w14:textId="77777777" w:rsidR="000772B4" w:rsidRPr="00794D67" w:rsidRDefault="00746A89">
            <w:pPr>
              <w:jc w:val="center"/>
              <w:rPr>
                <w:lang w:val="ru-RU"/>
              </w:rPr>
            </w:pPr>
            <w:r w:rsidRPr="00794D67">
              <w:rPr>
                <w:lang w:val="ru-RU"/>
              </w:rPr>
              <w:t>состав, резервирование и наличие автоматического включения резерва не установлены</w:t>
            </w:r>
          </w:p>
        </w:tc>
        <w:tc>
          <w:tcPr>
            <w:tcW w:w="0" w:type="auto"/>
          </w:tcPr>
          <w:p w14:paraId="051A7207" w14:textId="77777777" w:rsidR="000772B4" w:rsidRPr="00794D67" w:rsidRDefault="00746A89">
            <w:pPr>
              <w:jc w:val="center"/>
              <w:rPr>
                <w:lang w:val="ru-RU"/>
              </w:rPr>
            </w:pPr>
            <w:r w:rsidRPr="00794D67">
              <w:rPr>
                <w:lang w:val="ru-RU"/>
              </w:rPr>
              <w:t>возможная единичная точка отказа; подлежит подтверждению исходными данными</w:t>
            </w:r>
          </w:p>
        </w:tc>
      </w:tr>
      <w:tr w:rsidR="000772B4" w:rsidRPr="00C07C05" w14:paraId="283EA180" w14:textId="77777777">
        <w:trPr>
          <w:cantSplit/>
          <w:jc w:val="center"/>
        </w:trPr>
        <w:tc>
          <w:tcPr>
            <w:tcW w:w="0" w:type="auto"/>
          </w:tcPr>
          <w:p w14:paraId="10CFE41A" w14:textId="77777777" w:rsidR="000772B4" w:rsidRDefault="00746A89">
            <w:r>
              <w:t>SPOF-05</w:t>
            </w:r>
          </w:p>
        </w:tc>
        <w:tc>
          <w:tcPr>
            <w:tcW w:w="0" w:type="auto"/>
          </w:tcPr>
          <w:p w14:paraId="126E74CB" w14:textId="77777777" w:rsidR="000772B4" w:rsidRDefault="00746A89">
            <w:pPr>
              <w:jc w:val="center"/>
            </w:pPr>
            <w:r>
              <w:t>Котельный резерв всех источников</w:t>
            </w:r>
          </w:p>
        </w:tc>
        <w:tc>
          <w:tcPr>
            <w:tcW w:w="0" w:type="auto"/>
          </w:tcPr>
          <w:p w14:paraId="32833DD4" w14:textId="77777777" w:rsidR="000772B4" w:rsidRPr="00794D67" w:rsidRDefault="00746A89">
            <w:pPr>
              <w:jc w:val="center"/>
              <w:rPr>
                <w:lang w:val="ru-RU"/>
              </w:rPr>
            </w:pPr>
            <w:r w:rsidRPr="00794D67">
              <w:rPr>
                <w:lang w:val="ru-RU"/>
              </w:rPr>
              <w:t>разделение котлов на рабочий, резервный и ремонтный состав не установлено; эксплуатационная возможность вывода одного котла не подтверждена</w:t>
            </w:r>
          </w:p>
        </w:tc>
        <w:tc>
          <w:tcPr>
            <w:tcW w:w="0" w:type="auto"/>
          </w:tcPr>
          <w:p w14:paraId="6FE7BCB0" w14:textId="77777777" w:rsidR="000772B4" w:rsidRPr="00794D67" w:rsidRDefault="00746A89">
            <w:pPr>
              <w:jc w:val="center"/>
              <w:rPr>
                <w:lang w:val="ru-RU"/>
              </w:rPr>
            </w:pPr>
            <w:r w:rsidRPr="00794D67">
              <w:rPr>
                <w:lang w:val="ru-RU"/>
              </w:rPr>
              <w:t>возможная единичная точка отказа; подлежит подтверждению исходными данными</w:t>
            </w:r>
          </w:p>
        </w:tc>
      </w:tr>
    </w:tbl>
    <w:p w14:paraId="05C68531" w14:textId="77777777" w:rsidR="000772B4" w:rsidRPr="00794D67" w:rsidRDefault="000772B4">
      <w:pPr>
        <w:spacing w:after="40"/>
        <w:rPr>
          <w:lang w:val="ru-RU"/>
        </w:rPr>
      </w:pPr>
    </w:p>
    <w:p w14:paraId="2BF06C8A" w14:textId="77777777" w:rsidR="000772B4" w:rsidRPr="00344E69" w:rsidRDefault="00746A89">
      <w:pPr>
        <w:pStyle w:val="21"/>
        <w:rPr>
          <w:lang w:val="ru-RU"/>
        </w:rPr>
      </w:pPr>
      <w:bookmarkStart w:id="90" w:name="_Toc238015681"/>
      <w:r w:rsidRPr="00344E69">
        <w:rPr>
          <w:lang w:val="ru-RU"/>
        </w:rPr>
        <w:t>11.16. Предложения по повышению надёжности</w:t>
      </w:r>
      <w:bookmarkEnd w:id="90"/>
    </w:p>
    <w:p w14:paraId="4180A567" w14:textId="77777777" w:rsidR="000772B4" w:rsidRPr="00794D67" w:rsidRDefault="00746A89">
      <w:pPr>
        <w:spacing w:after="80"/>
        <w:jc w:val="both"/>
        <w:rPr>
          <w:lang w:val="ru-RU"/>
        </w:rPr>
      </w:pPr>
      <w:r w:rsidRPr="00794D67">
        <w:rPr>
          <w:lang w:val="ru-RU"/>
        </w:rPr>
        <w:t>Приведены только предложения, следующие из подтверждённого обстоятельства либо из нормативного требования. Предложения, которые потребовали бы предположений о неустановленных фактах, не формируются.</w:t>
      </w:r>
    </w:p>
    <w:p w14:paraId="7F562DE4" w14:textId="77777777" w:rsidR="000772B4" w:rsidRDefault="00746A89">
      <w:pPr>
        <w:keepNext/>
        <w:spacing w:before="160"/>
      </w:pPr>
      <w:r>
        <w:rPr>
          <w:b/>
        </w:rPr>
        <w:t>Таблица 11.17 — Предложения и их основания</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522"/>
        <w:gridCol w:w="3271"/>
        <w:gridCol w:w="2791"/>
        <w:gridCol w:w="1761"/>
      </w:tblGrid>
      <w:tr w:rsidR="000772B4" w14:paraId="47378CBF" w14:textId="77777777">
        <w:trPr>
          <w:cantSplit/>
          <w:tblHeader/>
          <w:jc w:val="center"/>
        </w:trPr>
        <w:tc>
          <w:tcPr>
            <w:tcW w:w="0" w:type="auto"/>
            <w:shd w:val="clear" w:color="auto" w:fill="E2F0D9"/>
          </w:tcPr>
          <w:p w14:paraId="282B7CFD" w14:textId="77777777" w:rsidR="000772B4" w:rsidRDefault="00746A89">
            <w:pPr>
              <w:jc w:val="center"/>
            </w:pPr>
            <w:r>
              <w:rPr>
                <w:b/>
              </w:rPr>
              <w:t>Обозначение</w:t>
            </w:r>
          </w:p>
        </w:tc>
        <w:tc>
          <w:tcPr>
            <w:tcW w:w="0" w:type="auto"/>
            <w:shd w:val="clear" w:color="auto" w:fill="E2F0D9"/>
          </w:tcPr>
          <w:p w14:paraId="2766C4D0" w14:textId="77777777" w:rsidR="000772B4" w:rsidRDefault="00746A89">
            <w:pPr>
              <w:jc w:val="center"/>
            </w:pPr>
            <w:r>
              <w:rPr>
                <w:b/>
              </w:rPr>
              <w:t>Предложение</w:t>
            </w:r>
          </w:p>
        </w:tc>
        <w:tc>
          <w:tcPr>
            <w:tcW w:w="0" w:type="auto"/>
            <w:shd w:val="clear" w:color="auto" w:fill="E2F0D9"/>
          </w:tcPr>
          <w:p w14:paraId="2C991D4E" w14:textId="77777777" w:rsidR="000772B4" w:rsidRDefault="00746A89">
            <w:pPr>
              <w:jc w:val="center"/>
            </w:pPr>
            <w:r>
              <w:rPr>
                <w:b/>
              </w:rPr>
              <w:t>Основание</w:t>
            </w:r>
          </w:p>
        </w:tc>
        <w:tc>
          <w:tcPr>
            <w:tcW w:w="0" w:type="auto"/>
            <w:shd w:val="clear" w:color="auto" w:fill="E2F0D9"/>
          </w:tcPr>
          <w:p w14:paraId="09060697" w14:textId="77777777" w:rsidR="000772B4" w:rsidRDefault="00746A89">
            <w:pPr>
              <w:jc w:val="center"/>
            </w:pPr>
            <w:r>
              <w:rPr>
                <w:b/>
              </w:rPr>
              <w:t>Состояние</w:t>
            </w:r>
          </w:p>
        </w:tc>
      </w:tr>
      <w:tr w:rsidR="000772B4" w14:paraId="09C274B3" w14:textId="77777777">
        <w:trPr>
          <w:cantSplit/>
          <w:jc w:val="center"/>
        </w:trPr>
        <w:tc>
          <w:tcPr>
            <w:tcW w:w="0" w:type="auto"/>
          </w:tcPr>
          <w:p w14:paraId="391F5693" w14:textId="77777777" w:rsidR="000772B4" w:rsidRDefault="00746A89">
            <w:r>
              <w:t>M-01</w:t>
            </w:r>
          </w:p>
        </w:tc>
        <w:tc>
          <w:tcPr>
            <w:tcW w:w="0" w:type="auto"/>
          </w:tcPr>
          <w:p w14:paraId="0249216B" w14:textId="77777777" w:rsidR="000772B4" w:rsidRPr="00794D67" w:rsidRDefault="00746A89">
            <w:pPr>
              <w:jc w:val="center"/>
              <w:rPr>
                <w:lang w:val="ru-RU"/>
              </w:rPr>
            </w:pPr>
            <w:r w:rsidRPr="00794D67">
              <w:rPr>
                <w:lang w:val="ru-RU"/>
              </w:rPr>
              <w:t>Обеспечение резервного электроснабжения УПК № 9 «ГРЭ» — устройство второго ввода либо установка стационарного резервного источника питания</w:t>
            </w:r>
          </w:p>
        </w:tc>
        <w:tc>
          <w:tcPr>
            <w:tcW w:w="0" w:type="auto"/>
          </w:tcPr>
          <w:p w14:paraId="4A93BB72" w14:textId="77777777" w:rsidR="000772B4" w:rsidRPr="00794D67" w:rsidRDefault="00746A89">
            <w:pPr>
              <w:jc w:val="center"/>
              <w:rPr>
                <w:lang w:val="ru-RU"/>
              </w:rPr>
            </w:pPr>
            <w:r>
              <w:t>SPOF</w:t>
            </w:r>
            <w:r w:rsidRPr="00794D67">
              <w:rPr>
                <w:lang w:val="ru-RU"/>
              </w:rPr>
              <w:t>-01: подтверждённое отсутствие резервного ввода</w:t>
            </w:r>
          </w:p>
        </w:tc>
        <w:tc>
          <w:tcPr>
            <w:tcW w:w="0" w:type="auto"/>
          </w:tcPr>
          <w:p w14:paraId="208AD963" w14:textId="77777777" w:rsidR="000772B4" w:rsidRDefault="00746A89">
            <w:pPr>
              <w:jc w:val="center"/>
            </w:pPr>
            <w:r>
              <w:t>обосновано</w:t>
            </w:r>
          </w:p>
        </w:tc>
      </w:tr>
      <w:tr w:rsidR="000772B4" w:rsidRPr="00C07C05" w14:paraId="0419FED6" w14:textId="77777777">
        <w:trPr>
          <w:cantSplit/>
          <w:jc w:val="center"/>
        </w:trPr>
        <w:tc>
          <w:tcPr>
            <w:tcW w:w="0" w:type="auto"/>
          </w:tcPr>
          <w:p w14:paraId="0403A051" w14:textId="77777777" w:rsidR="000772B4" w:rsidRDefault="00746A89">
            <w:r>
              <w:t>M-02</w:t>
            </w:r>
          </w:p>
        </w:tc>
        <w:tc>
          <w:tcPr>
            <w:tcW w:w="0" w:type="auto"/>
          </w:tcPr>
          <w:p w14:paraId="1A29FA20" w14:textId="77777777" w:rsidR="000772B4" w:rsidRPr="00794D67" w:rsidRDefault="00746A89">
            <w:pPr>
              <w:jc w:val="center"/>
              <w:rPr>
                <w:lang w:val="ru-RU"/>
              </w:rPr>
            </w:pPr>
            <w:r w:rsidRPr="00794D67">
              <w:rPr>
                <w:lang w:val="ru-RU"/>
              </w:rPr>
              <w:t>Замена ветхих участков тепловых сетей</w:t>
            </w:r>
          </w:p>
        </w:tc>
        <w:tc>
          <w:tcPr>
            <w:tcW w:w="0" w:type="auto"/>
          </w:tcPr>
          <w:p w14:paraId="576D6807" w14:textId="77777777" w:rsidR="000772B4" w:rsidRPr="00794D67" w:rsidRDefault="00746A89">
            <w:pPr>
              <w:jc w:val="center"/>
              <w:rPr>
                <w:lang w:val="ru-RU"/>
              </w:rPr>
            </w:pPr>
            <w:r w:rsidRPr="00794D67">
              <w:rPr>
                <w:lang w:val="ru-RU"/>
              </w:rPr>
              <w:t>доля ветхих сетей, подлежащих замене, 20–30 % по всем зонам; физический износ сетей 52 %</w:t>
            </w:r>
          </w:p>
        </w:tc>
        <w:tc>
          <w:tcPr>
            <w:tcW w:w="0" w:type="auto"/>
          </w:tcPr>
          <w:p w14:paraId="1B3CBC8C" w14:textId="77777777" w:rsidR="000772B4" w:rsidRPr="00794D67" w:rsidRDefault="00746A89">
            <w:pPr>
              <w:jc w:val="center"/>
              <w:rPr>
                <w:lang w:val="ru-RU"/>
              </w:rPr>
            </w:pPr>
            <w:r w:rsidRPr="00794D67">
              <w:rPr>
                <w:lang w:val="ru-RU"/>
              </w:rPr>
              <w:t>обосновано, объём определяется после расчёта</w:t>
            </w:r>
          </w:p>
        </w:tc>
      </w:tr>
      <w:tr w:rsidR="000772B4" w14:paraId="1FF1F6E7" w14:textId="77777777">
        <w:trPr>
          <w:cantSplit/>
          <w:jc w:val="center"/>
        </w:trPr>
        <w:tc>
          <w:tcPr>
            <w:tcW w:w="0" w:type="auto"/>
          </w:tcPr>
          <w:p w14:paraId="7451FF27" w14:textId="77777777" w:rsidR="000772B4" w:rsidRDefault="00746A89">
            <w:r>
              <w:t>M-03</w:t>
            </w:r>
          </w:p>
        </w:tc>
        <w:tc>
          <w:tcPr>
            <w:tcW w:w="0" w:type="auto"/>
          </w:tcPr>
          <w:p w14:paraId="08B669D7" w14:textId="77777777" w:rsidR="000772B4" w:rsidRPr="00794D67" w:rsidRDefault="00746A89">
            <w:pPr>
              <w:jc w:val="center"/>
              <w:rPr>
                <w:lang w:val="ru-RU"/>
              </w:rPr>
            </w:pPr>
            <w:r w:rsidRPr="00794D67">
              <w:rPr>
                <w:lang w:val="ru-RU"/>
              </w:rPr>
              <w:t>Замещение низкоэффективного котельного оборудования УПК № 5 «Новый Шерегеш»</w:t>
            </w:r>
          </w:p>
        </w:tc>
        <w:tc>
          <w:tcPr>
            <w:tcW w:w="0" w:type="auto"/>
          </w:tcPr>
          <w:p w14:paraId="59071B85" w14:textId="77777777" w:rsidR="000772B4" w:rsidRPr="00794D67" w:rsidRDefault="00746A89">
            <w:pPr>
              <w:jc w:val="center"/>
              <w:rPr>
                <w:lang w:val="ru-RU"/>
              </w:rPr>
            </w:pPr>
            <w:r w:rsidRPr="00794D67">
              <w:rPr>
                <w:lang w:val="ru-RU"/>
              </w:rPr>
              <w:t>четыре котла из семи имеют коэффициент полезного действия ниже 73 %; сроки согласуются с графиком газификации</w:t>
            </w:r>
          </w:p>
        </w:tc>
        <w:tc>
          <w:tcPr>
            <w:tcW w:w="0" w:type="auto"/>
          </w:tcPr>
          <w:p w14:paraId="00B7A2EC" w14:textId="77777777" w:rsidR="000772B4" w:rsidRDefault="00746A89">
            <w:pPr>
              <w:jc w:val="center"/>
            </w:pPr>
            <w:r>
              <w:t>обосновано, сроки уточняются</w:t>
            </w:r>
          </w:p>
        </w:tc>
      </w:tr>
      <w:tr w:rsidR="000772B4" w14:paraId="0653CA98" w14:textId="77777777">
        <w:trPr>
          <w:cantSplit/>
          <w:jc w:val="center"/>
        </w:trPr>
        <w:tc>
          <w:tcPr>
            <w:tcW w:w="0" w:type="auto"/>
          </w:tcPr>
          <w:p w14:paraId="2099B41E" w14:textId="77777777" w:rsidR="000772B4" w:rsidRDefault="00746A89">
            <w:r>
              <w:t>M-04</w:t>
            </w:r>
          </w:p>
        </w:tc>
        <w:tc>
          <w:tcPr>
            <w:tcW w:w="0" w:type="auto"/>
          </w:tcPr>
          <w:p w14:paraId="439FAAB8" w14:textId="77777777" w:rsidR="000772B4" w:rsidRPr="00794D67" w:rsidRDefault="00746A89">
            <w:pPr>
              <w:jc w:val="center"/>
              <w:rPr>
                <w:lang w:val="ru-RU"/>
              </w:rPr>
            </w:pPr>
            <w:r w:rsidRPr="00794D67">
              <w:rPr>
                <w:lang w:val="ru-RU"/>
              </w:rPr>
              <w:t>Устройство резервирующих связей тепловых сетей</w:t>
            </w:r>
          </w:p>
        </w:tc>
        <w:tc>
          <w:tcPr>
            <w:tcW w:w="0" w:type="auto"/>
          </w:tcPr>
          <w:p w14:paraId="5F651F6F" w14:textId="77777777" w:rsidR="000772B4" w:rsidRPr="00794D67" w:rsidRDefault="00746A89">
            <w:pPr>
              <w:jc w:val="center"/>
              <w:rPr>
                <w:lang w:val="ru-RU"/>
              </w:rPr>
            </w:pPr>
            <w:r>
              <w:t>SPOF</w:t>
            </w:r>
            <w:r w:rsidRPr="00794D67">
              <w:rPr>
                <w:lang w:val="ru-RU"/>
              </w:rPr>
              <w:t xml:space="preserve">-02; объём и целесообразность определяются по результату сценария </w:t>
            </w:r>
            <w:r>
              <w:t>MS</w:t>
            </w:r>
            <w:r w:rsidRPr="00794D67">
              <w:rPr>
                <w:lang w:val="ru-RU"/>
              </w:rPr>
              <w:t>-09</w:t>
            </w:r>
          </w:p>
        </w:tc>
        <w:tc>
          <w:tcPr>
            <w:tcW w:w="0" w:type="auto"/>
          </w:tcPr>
          <w:p w14:paraId="4573CB87" w14:textId="77777777" w:rsidR="000772B4" w:rsidRDefault="00746A89">
            <w:pPr>
              <w:jc w:val="center"/>
            </w:pPr>
            <w:r>
              <w:t>ожидает результата модели</w:t>
            </w:r>
          </w:p>
        </w:tc>
      </w:tr>
      <w:tr w:rsidR="000772B4" w14:paraId="1CA4ACD6" w14:textId="77777777">
        <w:trPr>
          <w:cantSplit/>
          <w:jc w:val="center"/>
        </w:trPr>
        <w:tc>
          <w:tcPr>
            <w:tcW w:w="0" w:type="auto"/>
          </w:tcPr>
          <w:p w14:paraId="578FE6CF" w14:textId="77777777" w:rsidR="000772B4" w:rsidRDefault="00746A89">
            <w:r>
              <w:t>M-05</w:t>
            </w:r>
          </w:p>
        </w:tc>
        <w:tc>
          <w:tcPr>
            <w:tcW w:w="0" w:type="auto"/>
          </w:tcPr>
          <w:p w14:paraId="469678E0" w14:textId="77777777" w:rsidR="000772B4" w:rsidRPr="00794D67" w:rsidRDefault="00746A89">
            <w:pPr>
              <w:jc w:val="center"/>
              <w:rPr>
                <w:lang w:val="ru-RU"/>
              </w:rPr>
            </w:pPr>
            <w:r w:rsidRPr="00794D67">
              <w:rPr>
                <w:lang w:val="ru-RU"/>
              </w:rPr>
              <w:t>Оснащение источников водоподготовкой либо подтверждение существующей схемы</w:t>
            </w:r>
          </w:p>
        </w:tc>
        <w:tc>
          <w:tcPr>
            <w:tcW w:w="0" w:type="auto"/>
          </w:tcPr>
          <w:p w14:paraId="15A815E0" w14:textId="77777777" w:rsidR="000772B4" w:rsidRDefault="00746A89">
            <w:pPr>
              <w:jc w:val="center"/>
            </w:pPr>
            <w:r>
              <w:t>SPOF-03</w:t>
            </w:r>
          </w:p>
        </w:tc>
        <w:tc>
          <w:tcPr>
            <w:tcW w:w="0" w:type="auto"/>
          </w:tcPr>
          <w:p w14:paraId="6C5BE673" w14:textId="77777777" w:rsidR="000772B4" w:rsidRDefault="00746A89">
            <w:pPr>
              <w:jc w:val="center"/>
            </w:pPr>
            <w:r>
              <w:t>ожидает сведений Заказчика</w:t>
            </w:r>
          </w:p>
        </w:tc>
      </w:tr>
    </w:tbl>
    <w:p w14:paraId="7487464F" w14:textId="77777777" w:rsidR="000772B4" w:rsidRDefault="000772B4">
      <w:pPr>
        <w:spacing w:after="40"/>
      </w:pPr>
    </w:p>
    <w:p w14:paraId="04A14A3A" w14:textId="77777777" w:rsidR="000772B4" w:rsidRPr="00794D67" w:rsidRDefault="00746A89">
      <w:pPr>
        <w:spacing w:after="80"/>
        <w:rPr>
          <w:lang w:val="ru-RU"/>
        </w:rPr>
      </w:pPr>
      <w:r w:rsidRPr="00794D67">
        <w:rPr>
          <w:i/>
          <w:color w:val="993300"/>
          <w:lang w:val="ru-RU"/>
        </w:rPr>
        <w:t xml:space="preserve">Потребность в инвестициях по предложениям </w:t>
      </w:r>
      <w:r>
        <w:rPr>
          <w:i/>
          <w:color w:val="993300"/>
        </w:rPr>
        <w:t>M</w:t>
      </w:r>
      <w:r w:rsidRPr="00794D67">
        <w:rPr>
          <w:i/>
          <w:color w:val="993300"/>
          <w:lang w:val="ru-RU"/>
        </w:rPr>
        <w:t xml:space="preserve">-02 — </w:t>
      </w:r>
      <w:r>
        <w:rPr>
          <w:i/>
          <w:color w:val="993300"/>
        </w:rPr>
        <w:t>M</w:t>
      </w:r>
      <w:r w:rsidRPr="00794D67">
        <w:rPr>
          <w:i/>
          <w:color w:val="993300"/>
          <w:lang w:val="ru-RU"/>
        </w:rPr>
        <w:t>-05 определяется после получения недостающих сведений и результатов моделирования.</w:t>
      </w:r>
    </w:p>
    <w:p w14:paraId="3AA93A8F" w14:textId="77777777" w:rsidR="000772B4" w:rsidRPr="00344E69" w:rsidRDefault="00746A89">
      <w:pPr>
        <w:pStyle w:val="21"/>
        <w:rPr>
          <w:lang w:val="ru-RU"/>
        </w:rPr>
      </w:pPr>
      <w:bookmarkStart w:id="91" w:name="_Toc238015682"/>
      <w:r w:rsidRPr="00344E69">
        <w:rPr>
          <w:lang w:val="ru-RU"/>
        </w:rPr>
        <w:t>11.17. Недостающие исходные данные</w:t>
      </w:r>
      <w:bookmarkEnd w:id="91"/>
    </w:p>
    <w:p w14:paraId="09384F3A" w14:textId="77777777" w:rsidR="000772B4" w:rsidRPr="00794D67" w:rsidRDefault="00746A89">
      <w:pPr>
        <w:keepNext/>
        <w:spacing w:before="160"/>
        <w:rPr>
          <w:lang w:val="ru-RU"/>
        </w:rPr>
      </w:pPr>
      <w:r w:rsidRPr="00794D67">
        <w:rPr>
          <w:b/>
          <w:lang w:val="ru-RU"/>
        </w:rPr>
        <w:t>Таблица 11.18 — Перечень недостающих сведений</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5051"/>
        <w:gridCol w:w="1587"/>
        <w:gridCol w:w="2707"/>
      </w:tblGrid>
      <w:tr w:rsidR="000772B4" w14:paraId="3B1F4396" w14:textId="77777777">
        <w:trPr>
          <w:cantSplit/>
          <w:tblHeader/>
          <w:jc w:val="center"/>
        </w:trPr>
        <w:tc>
          <w:tcPr>
            <w:tcW w:w="0" w:type="auto"/>
            <w:shd w:val="clear" w:color="auto" w:fill="E2F0D9"/>
          </w:tcPr>
          <w:p w14:paraId="50441E4A" w14:textId="77777777" w:rsidR="000772B4" w:rsidRDefault="00746A89">
            <w:pPr>
              <w:jc w:val="center"/>
            </w:pPr>
            <w:r>
              <w:rPr>
                <w:b/>
              </w:rPr>
              <w:t>Предмет</w:t>
            </w:r>
          </w:p>
        </w:tc>
        <w:tc>
          <w:tcPr>
            <w:tcW w:w="0" w:type="auto"/>
            <w:shd w:val="clear" w:color="auto" w:fill="E2F0D9"/>
          </w:tcPr>
          <w:p w14:paraId="604ADBE4" w14:textId="77777777" w:rsidR="000772B4" w:rsidRDefault="00746A89">
            <w:pPr>
              <w:jc w:val="center"/>
            </w:pPr>
            <w:r>
              <w:rPr>
                <w:b/>
              </w:rPr>
              <w:t>Охват</w:t>
            </w:r>
          </w:p>
        </w:tc>
        <w:tc>
          <w:tcPr>
            <w:tcW w:w="0" w:type="auto"/>
            <w:shd w:val="clear" w:color="auto" w:fill="E2F0D9"/>
          </w:tcPr>
          <w:p w14:paraId="32E29FF5" w14:textId="77777777" w:rsidR="000772B4" w:rsidRDefault="00746A89">
            <w:pPr>
              <w:jc w:val="center"/>
            </w:pPr>
            <w:r>
              <w:rPr>
                <w:b/>
              </w:rPr>
              <w:t>Влияние на главу</w:t>
            </w:r>
          </w:p>
        </w:tc>
      </w:tr>
      <w:tr w:rsidR="000772B4" w14:paraId="084D1AF9" w14:textId="77777777">
        <w:trPr>
          <w:cantSplit/>
          <w:jc w:val="center"/>
        </w:trPr>
        <w:tc>
          <w:tcPr>
            <w:tcW w:w="0" w:type="auto"/>
          </w:tcPr>
          <w:p w14:paraId="39709334" w14:textId="77777777" w:rsidR="000772B4" w:rsidRPr="00794D67" w:rsidRDefault="00746A89">
            <w:pPr>
              <w:rPr>
                <w:lang w:val="ru-RU"/>
              </w:rPr>
            </w:pPr>
            <w:r w:rsidRPr="00794D67">
              <w:rPr>
                <w:lang w:val="ru-RU"/>
              </w:rPr>
              <w:t>Режимный состав котлов: рабочие, резервные, ремонтные</w:t>
            </w:r>
          </w:p>
        </w:tc>
        <w:tc>
          <w:tcPr>
            <w:tcW w:w="0" w:type="auto"/>
          </w:tcPr>
          <w:p w14:paraId="2ECC1732" w14:textId="77777777" w:rsidR="000772B4" w:rsidRDefault="00746A89">
            <w:pPr>
              <w:jc w:val="center"/>
            </w:pPr>
            <w:r>
              <w:t>десять источников</w:t>
            </w:r>
          </w:p>
        </w:tc>
        <w:tc>
          <w:tcPr>
            <w:tcW w:w="0" w:type="auto"/>
          </w:tcPr>
          <w:p w14:paraId="66A2A2D1" w14:textId="77777777" w:rsidR="000772B4" w:rsidRDefault="00746A89">
            <w:pPr>
              <w:jc w:val="center"/>
            </w:pPr>
            <w:r>
              <w:t>эксплуатационное резервирование, подраздел 11.3</w:t>
            </w:r>
          </w:p>
        </w:tc>
      </w:tr>
      <w:tr w:rsidR="000772B4" w14:paraId="32D5F524" w14:textId="77777777">
        <w:trPr>
          <w:cantSplit/>
          <w:jc w:val="center"/>
        </w:trPr>
        <w:tc>
          <w:tcPr>
            <w:tcW w:w="0" w:type="auto"/>
          </w:tcPr>
          <w:p w14:paraId="11107D47" w14:textId="77777777" w:rsidR="000772B4" w:rsidRPr="00794D67" w:rsidRDefault="00746A89">
            <w:pPr>
              <w:rPr>
                <w:lang w:val="ru-RU"/>
              </w:rPr>
            </w:pPr>
            <w:r w:rsidRPr="00794D67">
              <w:rPr>
                <w:lang w:val="ru-RU"/>
              </w:rPr>
              <w:t>Сетевые, подпиточные, питательные насосы: состав, резерв, автоматика</w:t>
            </w:r>
          </w:p>
        </w:tc>
        <w:tc>
          <w:tcPr>
            <w:tcW w:w="0" w:type="auto"/>
          </w:tcPr>
          <w:p w14:paraId="40A2D6D3" w14:textId="77777777" w:rsidR="000772B4" w:rsidRDefault="00746A89">
            <w:pPr>
              <w:jc w:val="center"/>
            </w:pPr>
            <w:r>
              <w:t>десять источников</w:t>
            </w:r>
          </w:p>
        </w:tc>
        <w:tc>
          <w:tcPr>
            <w:tcW w:w="0" w:type="auto"/>
          </w:tcPr>
          <w:p w14:paraId="421821D0" w14:textId="77777777" w:rsidR="000772B4" w:rsidRDefault="00746A89">
            <w:pPr>
              <w:jc w:val="center"/>
            </w:pPr>
            <w:r>
              <w:t>структурная надёжность, SPOF-04</w:t>
            </w:r>
          </w:p>
        </w:tc>
      </w:tr>
      <w:tr w:rsidR="000772B4" w14:paraId="4F2ECD7A" w14:textId="77777777">
        <w:trPr>
          <w:cantSplit/>
          <w:jc w:val="center"/>
        </w:trPr>
        <w:tc>
          <w:tcPr>
            <w:tcW w:w="0" w:type="auto"/>
          </w:tcPr>
          <w:p w14:paraId="552A31FB" w14:textId="77777777" w:rsidR="000772B4" w:rsidRDefault="00746A89">
            <w:r>
              <w:t>Тягодутьевое оборудование по котлам</w:t>
            </w:r>
          </w:p>
        </w:tc>
        <w:tc>
          <w:tcPr>
            <w:tcW w:w="0" w:type="auto"/>
          </w:tcPr>
          <w:p w14:paraId="4ECC4419" w14:textId="77777777" w:rsidR="000772B4" w:rsidRDefault="00746A89">
            <w:pPr>
              <w:jc w:val="center"/>
            </w:pPr>
            <w:r>
              <w:t>десять источников</w:t>
            </w:r>
          </w:p>
        </w:tc>
        <w:tc>
          <w:tcPr>
            <w:tcW w:w="0" w:type="auto"/>
          </w:tcPr>
          <w:p w14:paraId="0D5D4BBA" w14:textId="77777777" w:rsidR="000772B4" w:rsidRDefault="00746A89">
            <w:pPr>
              <w:jc w:val="center"/>
            </w:pPr>
            <w:r>
              <w:t>структурная надёжность, SPOF-04</w:t>
            </w:r>
          </w:p>
        </w:tc>
      </w:tr>
      <w:tr w:rsidR="000772B4" w14:paraId="6F3D4CFC" w14:textId="77777777">
        <w:trPr>
          <w:cantSplit/>
          <w:jc w:val="center"/>
        </w:trPr>
        <w:tc>
          <w:tcPr>
            <w:tcW w:w="0" w:type="auto"/>
          </w:tcPr>
          <w:p w14:paraId="518D8FEB" w14:textId="77777777" w:rsidR="000772B4" w:rsidRPr="00794D67" w:rsidRDefault="00746A89">
            <w:pPr>
              <w:rPr>
                <w:lang w:val="ru-RU"/>
              </w:rPr>
            </w:pPr>
            <w:r w:rsidRPr="00794D67">
              <w:rPr>
                <w:lang w:val="ru-RU"/>
              </w:rPr>
              <w:t>Фактический остаток топлива и вместимость склада</w:t>
            </w:r>
          </w:p>
        </w:tc>
        <w:tc>
          <w:tcPr>
            <w:tcW w:w="0" w:type="auto"/>
          </w:tcPr>
          <w:p w14:paraId="3ED718F7" w14:textId="77777777" w:rsidR="000772B4" w:rsidRDefault="00746A89">
            <w:pPr>
              <w:jc w:val="center"/>
            </w:pPr>
            <w:r>
              <w:t>десять источников</w:t>
            </w:r>
          </w:p>
        </w:tc>
        <w:tc>
          <w:tcPr>
            <w:tcW w:w="0" w:type="auto"/>
          </w:tcPr>
          <w:p w14:paraId="5CE59977" w14:textId="77777777" w:rsidR="000772B4" w:rsidRDefault="00746A89">
            <w:pPr>
              <w:jc w:val="center"/>
            </w:pPr>
            <w:r>
              <w:t>обеспеченность топливом, подраздел 11.10</w:t>
            </w:r>
          </w:p>
        </w:tc>
      </w:tr>
      <w:tr w:rsidR="000772B4" w14:paraId="5606A631" w14:textId="77777777">
        <w:trPr>
          <w:cantSplit/>
          <w:jc w:val="center"/>
        </w:trPr>
        <w:tc>
          <w:tcPr>
            <w:tcW w:w="0" w:type="auto"/>
          </w:tcPr>
          <w:p w14:paraId="1DBF48D3" w14:textId="77777777" w:rsidR="000772B4" w:rsidRDefault="00746A89">
            <w:r>
              <w:t>Технология подготовки подпиточной воды</w:t>
            </w:r>
          </w:p>
        </w:tc>
        <w:tc>
          <w:tcPr>
            <w:tcW w:w="0" w:type="auto"/>
          </w:tcPr>
          <w:p w14:paraId="4E598212" w14:textId="77777777" w:rsidR="000772B4" w:rsidRDefault="00746A89">
            <w:pPr>
              <w:jc w:val="center"/>
            </w:pPr>
            <w:r>
              <w:t>четыре источника</w:t>
            </w:r>
          </w:p>
        </w:tc>
        <w:tc>
          <w:tcPr>
            <w:tcW w:w="0" w:type="auto"/>
          </w:tcPr>
          <w:p w14:paraId="5ADFC7F3" w14:textId="77777777" w:rsidR="000772B4" w:rsidRDefault="00746A89">
            <w:pPr>
              <w:jc w:val="center"/>
            </w:pPr>
            <w:r>
              <w:t>подраздел 11.9, SPOF-03</w:t>
            </w:r>
          </w:p>
        </w:tc>
      </w:tr>
      <w:tr w:rsidR="000772B4" w:rsidRPr="00C07C05" w14:paraId="3B8755D7" w14:textId="77777777">
        <w:trPr>
          <w:cantSplit/>
          <w:jc w:val="center"/>
        </w:trPr>
        <w:tc>
          <w:tcPr>
            <w:tcW w:w="0" w:type="auto"/>
          </w:tcPr>
          <w:p w14:paraId="58229BBD" w14:textId="77777777" w:rsidR="000772B4" w:rsidRDefault="00746A89">
            <w:r>
              <w:t>Паспортная мощность котла ДКВР-20/13</w:t>
            </w:r>
          </w:p>
        </w:tc>
        <w:tc>
          <w:tcPr>
            <w:tcW w:w="0" w:type="auto"/>
          </w:tcPr>
          <w:p w14:paraId="42BD77C1" w14:textId="77777777" w:rsidR="000772B4" w:rsidRDefault="00746A89">
            <w:pPr>
              <w:jc w:val="center"/>
            </w:pPr>
            <w:r>
              <w:t>УПК № 10 «Темир-Тау»</w:t>
            </w:r>
          </w:p>
        </w:tc>
        <w:tc>
          <w:tcPr>
            <w:tcW w:w="0" w:type="auto"/>
          </w:tcPr>
          <w:p w14:paraId="79A7F5A3" w14:textId="77777777" w:rsidR="000772B4" w:rsidRPr="00794D67" w:rsidRDefault="00746A89">
            <w:pPr>
              <w:jc w:val="center"/>
              <w:rPr>
                <w:lang w:val="ru-RU"/>
              </w:rPr>
            </w:pPr>
            <w:r w:rsidRPr="00794D67">
              <w:rPr>
                <w:lang w:val="ru-RU"/>
              </w:rPr>
              <w:t>установленная мощность источника и итог округа</w:t>
            </w:r>
          </w:p>
        </w:tc>
      </w:tr>
      <w:tr w:rsidR="000772B4" w14:paraId="476AE03A" w14:textId="77777777">
        <w:trPr>
          <w:cantSplit/>
          <w:jc w:val="center"/>
        </w:trPr>
        <w:tc>
          <w:tcPr>
            <w:tcW w:w="0" w:type="auto"/>
          </w:tcPr>
          <w:p w14:paraId="51F4FB09" w14:textId="77777777" w:rsidR="000772B4" w:rsidRDefault="00746A89">
            <w:r>
              <w:t>Стационарный резервный источник электроэнергии</w:t>
            </w:r>
          </w:p>
        </w:tc>
        <w:tc>
          <w:tcPr>
            <w:tcW w:w="0" w:type="auto"/>
          </w:tcPr>
          <w:p w14:paraId="3E4F719E" w14:textId="77777777" w:rsidR="000772B4" w:rsidRDefault="00746A89">
            <w:pPr>
              <w:jc w:val="center"/>
            </w:pPr>
            <w:r>
              <w:t>УПК № 9 «ГРЭ»</w:t>
            </w:r>
          </w:p>
        </w:tc>
        <w:tc>
          <w:tcPr>
            <w:tcW w:w="0" w:type="auto"/>
          </w:tcPr>
          <w:p w14:paraId="08C6A314" w14:textId="77777777" w:rsidR="000772B4" w:rsidRDefault="00746A89">
            <w:pPr>
              <w:jc w:val="center"/>
            </w:pPr>
            <w:r>
              <w:t>SPOF-01, сценарий MS-07</w:t>
            </w:r>
          </w:p>
        </w:tc>
      </w:tr>
      <w:tr w:rsidR="000772B4" w14:paraId="0F9DBCF5" w14:textId="77777777">
        <w:trPr>
          <w:cantSplit/>
          <w:jc w:val="center"/>
        </w:trPr>
        <w:tc>
          <w:tcPr>
            <w:tcW w:w="0" w:type="auto"/>
          </w:tcPr>
          <w:p w14:paraId="6A28E01E" w14:textId="77777777" w:rsidR="000772B4" w:rsidRDefault="00746A89">
            <w:r>
              <w:t>Полная редакция показателей надёжности</w:t>
            </w:r>
          </w:p>
        </w:tc>
        <w:tc>
          <w:tcPr>
            <w:tcW w:w="0" w:type="auto"/>
          </w:tcPr>
          <w:p w14:paraId="3D2AD0F1" w14:textId="77777777" w:rsidR="000772B4" w:rsidRDefault="00746A89">
            <w:pPr>
              <w:jc w:val="center"/>
            </w:pPr>
            <w:r>
              <w:t>УПК № 5 и УПК № 6</w:t>
            </w:r>
          </w:p>
        </w:tc>
        <w:tc>
          <w:tcPr>
            <w:tcW w:w="0" w:type="auto"/>
          </w:tcPr>
          <w:p w14:paraId="2E9E7290" w14:textId="77777777" w:rsidR="000772B4" w:rsidRDefault="00746A89">
            <w:pPr>
              <w:jc w:val="center"/>
            </w:pPr>
            <w:r>
              <w:t>подраздел 11.4</w:t>
            </w:r>
          </w:p>
        </w:tc>
      </w:tr>
      <w:tr w:rsidR="000772B4" w14:paraId="3C781498" w14:textId="77777777">
        <w:trPr>
          <w:cantSplit/>
          <w:jc w:val="center"/>
        </w:trPr>
        <w:tc>
          <w:tcPr>
            <w:tcW w:w="0" w:type="auto"/>
          </w:tcPr>
          <w:p w14:paraId="3166B0C9" w14:textId="77777777" w:rsidR="000772B4" w:rsidRPr="00794D67" w:rsidRDefault="00746A89">
            <w:pPr>
              <w:rPr>
                <w:lang w:val="ru-RU"/>
              </w:rPr>
            </w:pPr>
            <w:r w:rsidRPr="00794D67">
              <w:rPr>
                <w:lang w:val="ru-RU"/>
              </w:rPr>
              <w:t>Количество отказов по зонам за 2023 и 2024 годы</w:t>
            </w:r>
          </w:p>
        </w:tc>
        <w:tc>
          <w:tcPr>
            <w:tcW w:w="0" w:type="auto"/>
          </w:tcPr>
          <w:p w14:paraId="4B98E82F" w14:textId="77777777" w:rsidR="000772B4" w:rsidRDefault="00746A89">
            <w:pPr>
              <w:jc w:val="center"/>
            </w:pPr>
            <w:r>
              <w:t>десять зон</w:t>
            </w:r>
          </w:p>
        </w:tc>
        <w:tc>
          <w:tcPr>
            <w:tcW w:w="0" w:type="auto"/>
          </w:tcPr>
          <w:p w14:paraId="441032C2" w14:textId="77777777" w:rsidR="000772B4" w:rsidRDefault="00746A89">
            <w:pPr>
              <w:jc w:val="center"/>
            </w:pPr>
            <w:r>
              <w:t>интенсивность отказов</w:t>
            </w:r>
          </w:p>
        </w:tc>
      </w:tr>
      <w:tr w:rsidR="000772B4" w14:paraId="4185C457" w14:textId="77777777">
        <w:trPr>
          <w:cantSplit/>
          <w:jc w:val="center"/>
        </w:trPr>
        <w:tc>
          <w:tcPr>
            <w:tcW w:w="0" w:type="auto"/>
          </w:tcPr>
          <w:p w14:paraId="65BAD612" w14:textId="77777777" w:rsidR="000772B4" w:rsidRPr="00794D67" w:rsidRDefault="00746A89">
            <w:pPr>
              <w:rPr>
                <w:lang w:val="ru-RU"/>
              </w:rPr>
            </w:pPr>
            <w:r w:rsidRPr="00794D67">
              <w:rPr>
                <w:lang w:val="ru-RU"/>
              </w:rPr>
              <w:t>Акты и паспорта готовности к отопительному периоду</w:t>
            </w:r>
          </w:p>
        </w:tc>
        <w:tc>
          <w:tcPr>
            <w:tcW w:w="0" w:type="auto"/>
          </w:tcPr>
          <w:p w14:paraId="4BB35BFC" w14:textId="77777777" w:rsidR="000772B4" w:rsidRDefault="00746A89">
            <w:pPr>
              <w:jc w:val="center"/>
            </w:pPr>
            <w:r>
              <w:t>2024–2026 годы</w:t>
            </w:r>
          </w:p>
        </w:tc>
        <w:tc>
          <w:tcPr>
            <w:tcW w:w="0" w:type="auto"/>
          </w:tcPr>
          <w:p w14:paraId="3ADCBE85" w14:textId="77777777" w:rsidR="000772B4" w:rsidRDefault="00746A89">
            <w:pPr>
              <w:jc w:val="center"/>
            </w:pPr>
            <w:r>
              <w:t>эксплуатационная оценка</w:t>
            </w:r>
          </w:p>
        </w:tc>
      </w:tr>
      <w:tr w:rsidR="000772B4" w14:paraId="29358004" w14:textId="77777777">
        <w:trPr>
          <w:cantSplit/>
          <w:jc w:val="center"/>
        </w:trPr>
        <w:tc>
          <w:tcPr>
            <w:tcW w:w="0" w:type="auto"/>
          </w:tcPr>
          <w:p w14:paraId="43CA1725" w14:textId="77777777" w:rsidR="000772B4" w:rsidRPr="00794D67" w:rsidRDefault="00746A89">
            <w:pPr>
              <w:rPr>
                <w:lang w:val="ru-RU"/>
              </w:rPr>
            </w:pPr>
            <w:r w:rsidRPr="00794D67">
              <w:rPr>
                <w:lang w:val="ru-RU"/>
              </w:rPr>
              <w:t>Сведения об определении системы мер по повышению надёжности исполнительным органом субъекта и о направлении итогов анализа в органы энергонадзора</w:t>
            </w:r>
          </w:p>
        </w:tc>
        <w:tc>
          <w:tcPr>
            <w:tcW w:w="0" w:type="auto"/>
          </w:tcPr>
          <w:p w14:paraId="3AE6C29B" w14:textId="77777777" w:rsidR="000772B4" w:rsidRDefault="00746A89">
            <w:pPr>
              <w:jc w:val="center"/>
            </w:pPr>
            <w:r>
              <w:t>округ</w:t>
            </w:r>
          </w:p>
        </w:tc>
        <w:tc>
          <w:tcPr>
            <w:tcW w:w="0" w:type="auto"/>
          </w:tcPr>
          <w:p w14:paraId="41C477D2" w14:textId="77777777" w:rsidR="000772B4" w:rsidRDefault="00746A89">
            <w:pPr>
              <w:jc w:val="center"/>
            </w:pPr>
            <w:r>
              <w:t>применимость условных требований</w:t>
            </w:r>
          </w:p>
        </w:tc>
      </w:tr>
    </w:tbl>
    <w:p w14:paraId="047CF34C" w14:textId="77777777" w:rsidR="000772B4" w:rsidRDefault="000772B4">
      <w:pPr>
        <w:spacing w:after="40"/>
      </w:pPr>
    </w:p>
    <w:p w14:paraId="488E55EB" w14:textId="77777777" w:rsidR="000772B4" w:rsidRDefault="00746A89">
      <w:pPr>
        <w:pStyle w:val="21"/>
      </w:pPr>
      <w:bookmarkStart w:id="92" w:name="_Toc238015683"/>
      <w:r w:rsidRPr="00344E69">
        <w:t>11.18. Выводы</w:t>
      </w:r>
      <w:bookmarkEnd w:id="92"/>
    </w:p>
    <w:p w14:paraId="1782F1C3" w14:textId="77777777" w:rsidR="000772B4" w:rsidRPr="00344E69" w:rsidRDefault="00746A89">
      <w:pPr>
        <w:keepNext/>
        <w:spacing w:before="160"/>
        <w:rPr>
          <w:lang w:val="ru-RU"/>
        </w:rPr>
      </w:pPr>
      <w:r w:rsidRPr="00344E69">
        <w:rPr>
          <w:b/>
          <w:lang w:val="ru-RU"/>
        </w:rPr>
        <w:t>Таблица 11.19 — Выводы по степени обоснованности</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2165"/>
        <w:gridCol w:w="7180"/>
      </w:tblGrid>
      <w:tr w:rsidR="000772B4" w14:paraId="2FAE4571" w14:textId="77777777">
        <w:trPr>
          <w:cantSplit/>
          <w:tblHeader/>
          <w:jc w:val="center"/>
        </w:trPr>
        <w:tc>
          <w:tcPr>
            <w:tcW w:w="0" w:type="auto"/>
            <w:shd w:val="clear" w:color="auto" w:fill="E2F0D9"/>
          </w:tcPr>
          <w:p w14:paraId="15819411" w14:textId="77777777" w:rsidR="000772B4" w:rsidRDefault="00746A89">
            <w:pPr>
              <w:jc w:val="center"/>
            </w:pPr>
            <w:r>
              <w:rPr>
                <w:b/>
              </w:rPr>
              <w:t>Категория</w:t>
            </w:r>
          </w:p>
        </w:tc>
        <w:tc>
          <w:tcPr>
            <w:tcW w:w="0" w:type="auto"/>
            <w:shd w:val="clear" w:color="auto" w:fill="E2F0D9"/>
          </w:tcPr>
          <w:p w14:paraId="271A1BEE" w14:textId="77777777" w:rsidR="000772B4" w:rsidRDefault="00746A89">
            <w:pPr>
              <w:jc w:val="center"/>
            </w:pPr>
            <w:r>
              <w:rPr>
                <w:b/>
              </w:rPr>
              <w:t>Вывод</w:t>
            </w:r>
          </w:p>
        </w:tc>
      </w:tr>
      <w:tr w:rsidR="000772B4" w:rsidRPr="00C07C05" w14:paraId="57FA0E97" w14:textId="77777777">
        <w:trPr>
          <w:cantSplit/>
          <w:jc w:val="center"/>
        </w:trPr>
        <w:tc>
          <w:tcPr>
            <w:tcW w:w="0" w:type="auto"/>
          </w:tcPr>
          <w:p w14:paraId="4BAABA92" w14:textId="77777777" w:rsidR="000772B4" w:rsidRDefault="00746A89">
            <w:r>
              <w:t>Подтверждено</w:t>
            </w:r>
          </w:p>
        </w:tc>
        <w:tc>
          <w:tcPr>
            <w:tcW w:w="0" w:type="auto"/>
          </w:tcPr>
          <w:p w14:paraId="6FC4478E" w14:textId="77777777" w:rsidR="000772B4" w:rsidRPr="00794D67" w:rsidRDefault="00746A89">
            <w:pPr>
              <w:jc w:val="center"/>
              <w:rPr>
                <w:lang w:val="ru-RU"/>
              </w:rPr>
            </w:pPr>
            <w:r w:rsidRPr="00794D67">
              <w:rPr>
                <w:lang w:val="ru-RU"/>
              </w:rPr>
              <w:t xml:space="preserve">Установленная мощность десяти действующих источников составляет 466,67 либо 467,00 Гкал/ч в зависимости от разрешения расхождения по УПК № 10. </w:t>
            </w:r>
            <w:r w:rsidRPr="00312815">
              <w:rPr>
                <w:lang w:val="ru-RU"/>
              </w:rPr>
              <w:t xml:space="preserve">Располагаемая мощность по данным источников равна установленной; ранее применявшееся расчётное ограничение 25 % не подтверждается. </w:t>
            </w:r>
            <w:r w:rsidRPr="00794D67">
              <w:rPr>
                <w:lang w:val="ru-RU"/>
              </w:rPr>
              <w:t xml:space="preserve">Резервное электроснабжение имеется по девяти источникам и отсутствует по УПК № 9. </w:t>
            </w:r>
            <w:r w:rsidRPr="00C07C05">
              <w:rPr>
                <w:lang w:val="ru-RU"/>
              </w:rPr>
              <w:t xml:space="preserve">Резервное водоснабжение имеется по всем десяти. </w:t>
            </w:r>
            <w:r w:rsidRPr="00794D67">
              <w:rPr>
                <w:lang w:val="ru-RU"/>
              </w:rPr>
              <w:t>Система резервного топливоснабжения имеется по восьми раскрытым источникам, нормативы запаса топлива установлены. За 2025 год прекращений подачи тепловой энергии не зафиксировано. Физический износ тепловых сетей составляет 52 %, зданий и сооружений — 58 %.</w:t>
            </w:r>
          </w:p>
        </w:tc>
      </w:tr>
      <w:tr w:rsidR="000772B4" w:rsidRPr="00C07C05" w14:paraId="16D04816" w14:textId="77777777">
        <w:trPr>
          <w:cantSplit/>
          <w:jc w:val="center"/>
        </w:trPr>
        <w:tc>
          <w:tcPr>
            <w:tcW w:w="0" w:type="auto"/>
          </w:tcPr>
          <w:p w14:paraId="2F0EA860" w14:textId="77777777" w:rsidR="000772B4" w:rsidRDefault="00746A89">
            <w:r>
              <w:t>Предварительно</w:t>
            </w:r>
          </w:p>
        </w:tc>
        <w:tc>
          <w:tcPr>
            <w:tcW w:w="0" w:type="auto"/>
          </w:tcPr>
          <w:p w14:paraId="605E2578" w14:textId="77777777" w:rsidR="000772B4" w:rsidRPr="00794D67" w:rsidRDefault="00746A89">
            <w:pPr>
              <w:jc w:val="center"/>
              <w:rPr>
                <w:lang w:val="ru-RU"/>
              </w:rPr>
            </w:pPr>
            <w:r w:rsidRPr="00794D67">
              <w:rPr>
                <w:lang w:val="ru-RU"/>
              </w:rPr>
              <w:t>Скрининг вывода крупнейшего котла даёт положительный остаток по девяти источникам. По УПК № 5 результат зависит от базы нагрузки: положительный при подключённой договорной нагрузке и отрицательный при полной максимальной перспективной. Результат носит характер скрининга паспортных мощностей и нормативной оценкой не является.</w:t>
            </w:r>
          </w:p>
        </w:tc>
      </w:tr>
      <w:tr w:rsidR="000772B4" w14:paraId="0951383C" w14:textId="77777777">
        <w:trPr>
          <w:cantSplit/>
          <w:jc w:val="center"/>
        </w:trPr>
        <w:tc>
          <w:tcPr>
            <w:tcW w:w="0" w:type="auto"/>
          </w:tcPr>
          <w:p w14:paraId="4F6A1F26" w14:textId="77777777" w:rsidR="000772B4" w:rsidRDefault="00746A89">
            <w:r>
              <w:t>Ожидает результатов моделирования</w:t>
            </w:r>
          </w:p>
        </w:tc>
        <w:tc>
          <w:tcPr>
            <w:tcW w:w="0" w:type="auto"/>
          </w:tcPr>
          <w:p w14:paraId="3539E69F" w14:textId="77777777" w:rsidR="000772B4" w:rsidRDefault="00746A89">
            <w:pPr>
              <w:jc w:val="center"/>
            </w:pPr>
            <w:r w:rsidRPr="00794D67">
              <w:rPr>
                <w:lang w:val="ru-RU"/>
              </w:rPr>
              <w:t xml:space="preserve">Фактический уровень резервирования тепловых сетей по десяти зонам. Обеспечиваемая доля нагрузки и послеаварийные гидравлические режимы по зонам </w:t>
            </w:r>
            <w:r>
              <w:t>Z</w:t>
            </w:r>
            <w:r w:rsidRPr="00794D67">
              <w:rPr>
                <w:lang w:val="ru-RU"/>
              </w:rPr>
              <w:t xml:space="preserve">-01 и </w:t>
            </w:r>
            <w:r>
              <w:t>Z</w:t>
            </w:r>
            <w:r w:rsidRPr="00794D67">
              <w:rPr>
                <w:lang w:val="ru-RU"/>
              </w:rPr>
              <w:t xml:space="preserve">-02, требуемые подпунктом «з» пункта 73. </w:t>
            </w:r>
            <w:r>
              <w:t>Последствия потери электроснабжения УПК № 9.</w:t>
            </w:r>
          </w:p>
        </w:tc>
      </w:tr>
      <w:tr w:rsidR="000772B4" w14:paraId="3ED79C7C" w14:textId="77777777">
        <w:trPr>
          <w:cantSplit/>
          <w:jc w:val="center"/>
        </w:trPr>
        <w:tc>
          <w:tcPr>
            <w:tcW w:w="0" w:type="auto"/>
          </w:tcPr>
          <w:p w14:paraId="0BE6FA71" w14:textId="77777777" w:rsidR="000772B4" w:rsidRDefault="00746A89">
            <w:r>
              <w:t>Ожидает сведений Заказчика</w:t>
            </w:r>
          </w:p>
        </w:tc>
        <w:tc>
          <w:tcPr>
            <w:tcW w:w="0" w:type="auto"/>
          </w:tcPr>
          <w:p w14:paraId="37226DB5" w14:textId="77777777" w:rsidR="000772B4" w:rsidRDefault="00746A89">
            <w:pPr>
              <w:jc w:val="center"/>
            </w:pPr>
            <w:r w:rsidRPr="00794D67">
              <w:rPr>
                <w:lang w:val="ru-RU"/>
              </w:rPr>
              <w:t xml:space="preserve">Эксплуатационное резервирование котельного оборудования. Резервирование насосного и тягодутьевого оборудования. Фактическая обеспеченность топливом. Конфигурация водоподготовки четырёх источников. Установленная мощность УПК № 10. </w:t>
            </w:r>
            <w:r>
              <w:t>Наличие стационарного резервного источника электроэнергии УПК № 9.</w:t>
            </w:r>
          </w:p>
        </w:tc>
      </w:tr>
    </w:tbl>
    <w:p w14:paraId="709B11D1" w14:textId="77777777" w:rsidR="000772B4" w:rsidRDefault="000772B4">
      <w:pPr>
        <w:spacing w:after="40"/>
      </w:pPr>
    </w:p>
    <w:p w14:paraId="080777CA" w14:textId="77777777" w:rsidR="000772B4" w:rsidRPr="00794D67" w:rsidRDefault="00746A89">
      <w:pPr>
        <w:spacing w:after="80"/>
        <w:jc w:val="both"/>
        <w:rPr>
          <w:lang w:val="ru-RU"/>
        </w:rPr>
      </w:pPr>
      <w:r w:rsidRPr="00794D67">
        <w:rPr>
          <w:lang w:val="ru-RU"/>
        </w:rPr>
        <w:t>Классификация систем теплоснабжения округа по степени надёжности в настоящей редакции не устанавливается: применённая в исходных документах шкала не покрывает сочетание показателей, наблюдаемое по УПК № 9, а показатель уровня резервирования требует подтверждения расчётом.</w:t>
      </w:r>
    </w:p>
    <w:p w14:paraId="218B3369" w14:textId="77777777" w:rsidR="00312815" w:rsidRDefault="00746A89">
      <w:pPr>
        <w:spacing w:after="80"/>
        <w:rPr>
          <w:i/>
          <w:color w:val="993300"/>
          <w:lang w:val="ru-RU"/>
        </w:rPr>
      </w:pPr>
      <w:r w:rsidRPr="00794D67">
        <w:rPr>
          <w:i/>
          <w:color w:val="993300"/>
          <w:lang w:val="ru-RU"/>
        </w:rPr>
        <w:t>Соответствие требованиям в полном объёме подтверждается после получения результатов расчётного моделирования аварийных ситуаций и недостающих сведений эксплуатирующей организации. Разделы, зависящие от этих данных, обозначены в тексте главы.</w:t>
      </w:r>
    </w:p>
    <w:p w14:paraId="7440115E" w14:textId="77777777" w:rsidR="000772B4" w:rsidRPr="00C07C05" w:rsidRDefault="00312815" w:rsidP="00312815">
      <w:pPr>
        <w:rPr>
          <w:i/>
          <w:color w:val="993300"/>
          <w:lang w:val="ru-RU"/>
        </w:rPr>
      </w:pPr>
      <w:r>
        <w:rPr>
          <w:i/>
          <w:color w:val="993300"/>
          <w:lang w:val="ru-RU"/>
        </w:rPr>
        <w:br w:type="page"/>
      </w:r>
    </w:p>
    <w:p w14:paraId="58E73543" w14:textId="77777777" w:rsidR="007A5E59" w:rsidRPr="00344E69" w:rsidRDefault="0095198F">
      <w:pPr>
        <w:pStyle w:val="1"/>
        <w:rPr>
          <w:color w:val="4F81BD" w:themeColor="accent1"/>
          <w:lang w:val="ru-RU"/>
        </w:rPr>
      </w:pPr>
      <w:bookmarkStart w:id="93" w:name="_Toc238015684"/>
      <w:r w:rsidRPr="00344E69">
        <w:rPr>
          <w:color w:val="4F81BD" w:themeColor="accent1"/>
          <w:lang w:val="ru-RU"/>
        </w:rPr>
        <w:t>РАЗДЕЛ 12. ОБОСНОВАНИЕ ИНВЕСТИЦИЙ В СТРОИТЕЛЬСТВО, РЕКОНСТРУКЦИЮ, ТЕХНИЧЕСКОЕ ПЕРЕВООРУЖЕНИЕ И (ИЛИ) МОДЕРНИЗАЦИЮ</w:t>
      </w:r>
      <w:bookmarkEnd w:id="93"/>
    </w:p>
    <w:p w14:paraId="38F33DC2" w14:textId="77777777" w:rsidR="007A4ED8" w:rsidRPr="00344E69" w:rsidRDefault="009B7F9E">
      <w:pPr>
        <w:pStyle w:val="21"/>
        <w:rPr>
          <w:lang w:val="ru-RU"/>
        </w:rPr>
      </w:pPr>
      <w:bookmarkStart w:id="94" w:name="_Toc238015685"/>
      <w:r w:rsidRPr="00344E69">
        <w:rPr>
          <w:lang w:val="ru-RU"/>
        </w:rPr>
        <w:t>12.1. Основания и состав обоснования инвестиций</w:t>
      </w:r>
      <w:bookmarkEnd w:id="94"/>
    </w:p>
    <w:p w14:paraId="6694FCF6" w14:textId="77777777" w:rsidR="007A5E59" w:rsidRPr="00794D67" w:rsidRDefault="0095198F">
      <w:pPr>
        <w:ind w:firstLine="709"/>
        <w:jc w:val="both"/>
        <w:rPr>
          <w:lang w:val="ru-RU"/>
        </w:rPr>
      </w:pPr>
      <w:r w:rsidRPr="00794D67">
        <w:rPr>
          <w:lang w:val="ru-RU"/>
        </w:rPr>
        <w:t>Обоснование инвестиций в строительство, реконструкцию и техническое перевооружение построено на оценке эффективности мероприятий по модернизации систем теплоснабжения, приведённой в таблице 12.1.</w:t>
      </w:r>
    </w:p>
    <w:p w14:paraId="7CB96020" w14:textId="77777777" w:rsidR="007A5E59" w:rsidRPr="00794D67" w:rsidRDefault="0095198F">
      <w:pPr>
        <w:ind w:firstLine="709"/>
        <w:jc w:val="both"/>
        <w:rPr>
          <w:lang w:val="ru-RU"/>
        </w:rPr>
      </w:pPr>
      <w:r w:rsidRPr="00794D67">
        <w:rPr>
          <w:lang w:val="ru-RU"/>
        </w:rPr>
        <w:t>Стоимостные показатели мероприятий по переводу источников на природный газ приняты по материалам ООО «ЮКЭК» в уровне цен 2024 года с налогом на добавленную стоимость. Они являются ориентировочными, к уровню цен расчётного года не пересчитаны и утверждённым объёмом капитальных вложений не являются. Диапазоны стоимости отражают взаимоисключающие варианты технического решения и суммированию не подлежат.</w:t>
      </w:r>
    </w:p>
    <w:p w14:paraId="6EA9A801" w14:textId="77777777" w:rsidR="007A5E59" w:rsidRPr="00794D67" w:rsidRDefault="0095198F">
      <w:pPr>
        <w:ind w:firstLine="709"/>
        <w:jc w:val="both"/>
        <w:rPr>
          <w:lang w:val="ru-RU"/>
        </w:rPr>
      </w:pPr>
      <w:r w:rsidRPr="00794D67">
        <w:rPr>
          <w:lang w:val="ru-RU"/>
        </w:rPr>
        <w:t>Источник финансирования мероприятий в составе исходных данных не определён. Инвестиционная программа, содержащая указанные мероприятия с утверждёнными объёмами и источниками финансирования, Заказчиком не представлена, поэтому распределение капитальных вложений по годам в настоящей схеме не приводится.</w:t>
      </w:r>
    </w:p>
    <w:p w14:paraId="7D9F1C48" w14:textId="77777777" w:rsidR="007A5E59" w:rsidRPr="00794D67" w:rsidRDefault="0095198F">
      <w:pPr>
        <w:ind w:firstLine="709"/>
        <w:jc w:val="both"/>
        <w:rPr>
          <w:lang w:val="ru-RU"/>
        </w:rPr>
      </w:pPr>
      <w:r w:rsidRPr="00794D67">
        <w:rPr>
          <w:lang w:val="ru-RU"/>
        </w:rPr>
        <w:t>Ценовые последствия реализации мероприятий рассматриваются в разделе 15 на основании утверждённых тарифных решений; связь между ориентировочной стоимостью мероприятий и утверждённым тарифом в исходных материалах не установлена и в схеме не постулируется.</w:t>
      </w:r>
    </w:p>
    <w:p w14:paraId="5C0CE1FA" w14:textId="77777777" w:rsidR="007A5E59" w:rsidRPr="00794D67" w:rsidRDefault="0095198F">
      <w:pPr>
        <w:ind w:firstLine="709"/>
        <w:jc w:val="both"/>
        <w:rPr>
          <w:lang w:val="ru-RU"/>
        </w:rPr>
      </w:pPr>
      <w:r w:rsidRPr="00794D67">
        <w:rPr>
          <w:lang w:val="ru-RU"/>
        </w:rPr>
        <w:t>Ранее утверждённые схемы поселений содержали собственные реестры проектов и разделы обоснования инвестиций. Их мероприятия относились к замене оборудования и участков сетей в существующем угольном режиме и к ликвидации малых котельных пгт Мундыбаш. Мероприятия, реализованные к настоящему времени, в перечень предложений не переносятся; нереализованные мероприятия, сохранившие актуальность, учтены в составе предложений разделов 6 и 7 в объёме, подтверждённом актуальными исходными данными.</w:t>
      </w:r>
    </w:p>
    <w:p w14:paraId="75461C58" w14:textId="77777777" w:rsidR="00B808F9" w:rsidRPr="00794D67" w:rsidRDefault="00B808F9">
      <w:pPr>
        <w:rPr>
          <w:lang w:val="ru-RU"/>
        </w:rPr>
        <w:sectPr w:rsidR="00B808F9" w:rsidRPr="00794D67" w:rsidSect="00034616">
          <w:footerReference w:type="default" r:id="rId101"/>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DBA44B9" w14:textId="77777777" w:rsidR="007A5E59" w:rsidRPr="00794D67" w:rsidRDefault="0095198F">
      <w:pPr>
        <w:rPr>
          <w:lang w:val="ru-RU"/>
        </w:rPr>
      </w:pPr>
      <w:r w:rsidRPr="00794D67">
        <w:rPr>
          <w:b/>
          <w:lang w:val="ru-RU"/>
        </w:rPr>
        <w:t>Таблица 12.1 — Оценка эффективности мероприятий по модернизации (лист «Таблица 10.1 Б»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436"/>
        <w:gridCol w:w="1969"/>
        <w:gridCol w:w="1124"/>
        <w:gridCol w:w="936"/>
        <w:gridCol w:w="1961"/>
        <w:gridCol w:w="2086"/>
        <w:gridCol w:w="1297"/>
        <w:gridCol w:w="1013"/>
        <w:gridCol w:w="1252"/>
        <w:gridCol w:w="2203"/>
      </w:tblGrid>
      <w:tr w:rsidR="007A5E59" w:rsidRPr="00C07C05" w14:paraId="09DA3F3A" w14:textId="77777777">
        <w:trPr>
          <w:cantSplit/>
          <w:tblHeader/>
          <w:jc w:val="center"/>
        </w:trPr>
        <w:tc>
          <w:tcPr>
            <w:tcW w:w="0" w:type="auto"/>
            <w:vMerge w:val="restart"/>
            <w:shd w:val="clear" w:color="auto" w:fill="E2F0D9"/>
            <w:vAlign w:val="center"/>
          </w:tcPr>
          <w:p w14:paraId="0DEB1E4A" w14:textId="77777777" w:rsidR="007A5E59" w:rsidRDefault="0095198F">
            <w:pPr>
              <w:jc w:val="center"/>
            </w:pPr>
            <w:r>
              <w:rPr>
                <w:b/>
              </w:rPr>
              <w:t>№ пп</w:t>
            </w:r>
          </w:p>
        </w:tc>
        <w:tc>
          <w:tcPr>
            <w:tcW w:w="0" w:type="auto"/>
            <w:vMerge w:val="restart"/>
            <w:shd w:val="clear" w:color="auto" w:fill="E2F0D9"/>
            <w:vAlign w:val="center"/>
          </w:tcPr>
          <w:p w14:paraId="0FF5AF63" w14:textId="77777777" w:rsidR="007A5E59" w:rsidRDefault="0095198F">
            <w:pPr>
              <w:jc w:val="center"/>
            </w:pPr>
            <w:r>
              <w:rPr>
                <w:b/>
              </w:rPr>
              <w:t>Населённый пункт — источник</w:t>
            </w:r>
          </w:p>
        </w:tc>
        <w:tc>
          <w:tcPr>
            <w:tcW w:w="0" w:type="auto"/>
            <w:gridSpan w:val="2"/>
            <w:shd w:val="clear" w:color="auto" w:fill="E2F0D9"/>
            <w:vAlign w:val="center"/>
          </w:tcPr>
          <w:p w14:paraId="5F562CC6" w14:textId="77777777" w:rsidR="007A5E59" w:rsidRDefault="0095198F">
            <w:pPr>
              <w:jc w:val="center"/>
            </w:pPr>
            <w:r>
              <w:rPr>
                <w:b/>
              </w:rPr>
              <w:t>Расчётная нагрузка</w:t>
            </w:r>
          </w:p>
        </w:tc>
        <w:tc>
          <w:tcPr>
            <w:tcW w:w="0" w:type="auto"/>
            <w:shd w:val="clear" w:color="auto" w:fill="E2F0D9"/>
            <w:vAlign w:val="center"/>
          </w:tcPr>
          <w:p w14:paraId="08009089" w14:textId="77777777" w:rsidR="007A5E59" w:rsidRPr="00794D67" w:rsidRDefault="0095198F">
            <w:pPr>
              <w:jc w:val="center"/>
              <w:rPr>
                <w:lang w:val="ru-RU"/>
              </w:rPr>
            </w:pPr>
            <w:r w:rsidRPr="00794D67">
              <w:rPr>
                <w:b/>
                <w:lang w:val="ru-RU"/>
              </w:rPr>
              <w:t>Факт отпуска (отопление и вентиляция)</w:t>
            </w:r>
          </w:p>
        </w:tc>
        <w:tc>
          <w:tcPr>
            <w:tcW w:w="0" w:type="auto"/>
            <w:shd w:val="clear" w:color="auto" w:fill="E2F0D9"/>
            <w:vAlign w:val="center"/>
          </w:tcPr>
          <w:p w14:paraId="18B57AC4" w14:textId="77777777" w:rsidR="007A5E59" w:rsidRPr="00794D67" w:rsidRDefault="0095198F">
            <w:pPr>
              <w:jc w:val="center"/>
              <w:rPr>
                <w:lang w:val="ru-RU"/>
              </w:rPr>
            </w:pPr>
            <w:r w:rsidRPr="00794D67">
              <w:rPr>
                <w:b/>
                <w:lang w:val="ru-RU"/>
              </w:rPr>
              <w:t>Договорная нагрузка (отопление и вентиляция)</w:t>
            </w:r>
          </w:p>
        </w:tc>
        <w:tc>
          <w:tcPr>
            <w:tcW w:w="0" w:type="auto"/>
            <w:gridSpan w:val="2"/>
            <w:shd w:val="clear" w:color="auto" w:fill="E2F0D9"/>
            <w:vAlign w:val="center"/>
          </w:tcPr>
          <w:p w14:paraId="05335E04" w14:textId="77777777" w:rsidR="007A5E59" w:rsidRPr="00794D67" w:rsidRDefault="0095198F">
            <w:pPr>
              <w:jc w:val="center"/>
              <w:rPr>
                <w:lang w:val="ru-RU"/>
              </w:rPr>
            </w:pPr>
            <w:r w:rsidRPr="00794D67">
              <w:rPr>
                <w:b/>
                <w:lang w:val="ru-RU"/>
              </w:rPr>
              <w:t>Нагрузка, не охваченная расчётом по жилому фонду</w:t>
            </w:r>
          </w:p>
        </w:tc>
        <w:tc>
          <w:tcPr>
            <w:tcW w:w="0" w:type="auto"/>
            <w:gridSpan w:val="2"/>
            <w:shd w:val="clear" w:color="auto" w:fill="E2F0D9"/>
            <w:vAlign w:val="center"/>
          </w:tcPr>
          <w:p w14:paraId="1EAA6465" w14:textId="77777777" w:rsidR="007A5E59" w:rsidRPr="00794D67" w:rsidRDefault="0095198F">
            <w:pPr>
              <w:jc w:val="center"/>
              <w:rPr>
                <w:lang w:val="ru-RU"/>
              </w:rPr>
            </w:pPr>
            <w:r w:rsidRPr="00794D67">
              <w:rPr>
                <w:b/>
                <w:lang w:val="ru-RU"/>
              </w:rPr>
              <w:t>Разность фактического отпуска и расчётной потребности жилого фонда</w:t>
            </w:r>
          </w:p>
        </w:tc>
      </w:tr>
      <w:tr w:rsidR="007A5E59" w14:paraId="28AB9BA5" w14:textId="77777777">
        <w:trPr>
          <w:cantSplit/>
          <w:tblHeader/>
          <w:jc w:val="center"/>
        </w:trPr>
        <w:tc>
          <w:tcPr>
            <w:tcW w:w="0" w:type="auto"/>
            <w:vMerge/>
            <w:shd w:val="clear" w:color="auto" w:fill="E2F0D9"/>
            <w:vAlign w:val="center"/>
          </w:tcPr>
          <w:p w14:paraId="14B840F5" w14:textId="77777777" w:rsidR="007A5E59" w:rsidRPr="00794D67" w:rsidRDefault="007A5E59">
            <w:pPr>
              <w:jc w:val="center"/>
              <w:rPr>
                <w:lang w:val="ru-RU"/>
              </w:rPr>
            </w:pPr>
          </w:p>
        </w:tc>
        <w:tc>
          <w:tcPr>
            <w:tcW w:w="0" w:type="auto"/>
            <w:vMerge/>
            <w:shd w:val="clear" w:color="auto" w:fill="E2F0D9"/>
            <w:vAlign w:val="center"/>
          </w:tcPr>
          <w:p w14:paraId="7BA0A2E9" w14:textId="77777777" w:rsidR="007A5E59" w:rsidRPr="00794D67" w:rsidRDefault="007A5E59">
            <w:pPr>
              <w:jc w:val="center"/>
              <w:rPr>
                <w:lang w:val="ru-RU"/>
              </w:rPr>
            </w:pPr>
          </w:p>
        </w:tc>
        <w:tc>
          <w:tcPr>
            <w:tcW w:w="0" w:type="auto"/>
            <w:shd w:val="clear" w:color="auto" w:fill="E2F0D9"/>
            <w:vAlign w:val="center"/>
          </w:tcPr>
          <w:p w14:paraId="5C96AF6A" w14:textId="77777777" w:rsidR="007A5E59" w:rsidRDefault="0095198F">
            <w:pPr>
              <w:jc w:val="center"/>
            </w:pPr>
            <w:r>
              <w:rPr>
                <w:b/>
              </w:rPr>
              <w:t>Q, Гкал/год</w:t>
            </w:r>
          </w:p>
        </w:tc>
        <w:tc>
          <w:tcPr>
            <w:tcW w:w="0" w:type="auto"/>
            <w:shd w:val="clear" w:color="auto" w:fill="E2F0D9"/>
            <w:vAlign w:val="center"/>
          </w:tcPr>
          <w:p w14:paraId="1BD46F92" w14:textId="77777777" w:rsidR="007A5E59" w:rsidRDefault="0095198F">
            <w:pPr>
              <w:jc w:val="center"/>
            </w:pPr>
            <w:r>
              <w:rPr>
                <w:b/>
              </w:rPr>
              <w:t>Q, Гкал/ч</w:t>
            </w:r>
          </w:p>
        </w:tc>
        <w:tc>
          <w:tcPr>
            <w:tcW w:w="0" w:type="auto"/>
            <w:shd w:val="clear" w:color="auto" w:fill="E2F0D9"/>
            <w:vAlign w:val="center"/>
          </w:tcPr>
          <w:p w14:paraId="3FC8E365" w14:textId="77777777" w:rsidR="007A5E59" w:rsidRDefault="0095198F">
            <w:pPr>
              <w:jc w:val="center"/>
            </w:pPr>
            <w:r>
              <w:rPr>
                <w:b/>
              </w:rPr>
              <w:t>Q, Гкал/ч</w:t>
            </w:r>
          </w:p>
        </w:tc>
        <w:tc>
          <w:tcPr>
            <w:tcW w:w="0" w:type="auto"/>
            <w:shd w:val="clear" w:color="auto" w:fill="E2F0D9"/>
            <w:vAlign w:val="center"/>
          </w:tcPr>
          <w:p w14:paraId="18C86BBE" w14:textId="77777777" w:rsidR="007A5E59" w:rsidRDefault="0095198F">
            <w:pPr>
              <w:jc w:val="center"/>
            </w:pPr>
            <w:r>
              <w:rPr>
                <w:b/>
              </w:rPr>
              <w:t>Q, Гкал/ч</w:t>
            </w:r>
          </w:p>
        </w:tc>
        <w:tc>
          <w:tcPr>
            <w:tcW w:w="0" w:type="auto"/>
            <w:shd w:val="clear" w:color="auto" w:fill="E2F0D9"/>
            <w:vAlign w:val="center"/>
          </w:tcPr>
          <w:p w14:paraId="5BDA0787" w14:textId="77777777" w:rsidR="007A5E59" w:rsidRDefault="0095198F">
            <w:pPr>
              <w:jc w:val="center"/>
            </w:pPr>
            <w:r>
              <w:rPr>
                <w:b/>
              </w:rPr>
              <w:t>Q, Гкал/ч</w:t>
            </w:r>
          </w:p>
        </w:tc>
        <w:tc>
          <w:tcPr>
            <w:tcW w:w="0" w:type="auto"/>
            <w:shd w:val="clear" w:color="auto" w:fill="E2F0D9"/>
            <w:vAlign w:val="center"/>
          </w:tcPr>
          <w:p w14:paraId="565FA606" w14:textId="77777777" w:rsidR="007A5E59" w:rsidRDefault="0095198F">
            <w:pPr>
              <w:jc w:val="center"/>
            </w:pPr>
            <w:r>
              <w:rPr>
                <w:b/>
              </w:rPr>
              <w:t>%</w:t>
            </w:r>
          </w:p>
        </w:tc>
        <w:tc>
          <w:tcPr>
            <w:tcW w:w="0" w:type="auto"/>
            <w:shd w:val="clear" w:color="auto" w:fill="E2F0D9"/>
            <w:vAlign w:val="center"/>
          </w:tcPr>
          <w:p w14:paraId="2E71282C" w14:textId="77777777" w:rsidR="007A5E59" w:rsidRDefault="0095198F">
            <w:pPr>
              <w:jc w:val="center"/>
            </w:pPr>
            <w:r>
              <w:rPr>
                <w:b/>
              </w:rPr>
              <w:t>Q, Гкал/год</w:t>
            </w:r>
          </w:p>
        </w:tc>
        <w:tc>
          <w:tcPr>
            <w:tcW w:w="0" w:type="auto"/>
            <w:shd w:val="clear" w:color="auto" w:fill="E2F0D9"/>
            <w:vAlign w:val="center"/>
          </w:tcPr>
          <w:p w14:paraId="461EDA5A" w14:textId="77777777" w:rsidR="007A5E59" w:rsidRDefault="0095198F">
            <w:pPr>
              <w:jc w:val="center"/>
            </w:pPr>
            <w:r>
              <w:rPr>
                <w:b/>
              </w:rPr>
              <w:t>Стоимостная оценка*, тыс. руб.</w:t>
            </w:r>
          </w:p>
        </w:tc>
      </w:tr>
      <w:tr w:rsidR="007A5E59" w14:paraId="68D4EA0E" w14:textId="77777777">
        <w:trPr>
          <w:cantSplit/>
          <w:tblHeader/>
          <w:jc w:val="center"/>
        </w:trPr>
        <w:tc>
          <w:tcPr>
            <w:tcW w:w="0" w:type="auto"/>
            <w:shd w:val="clear" w:color="auto" w:fill="F2F2F2"/>
            <w:vAlign w:val="center"/>
          </w:tcPr>
          <w:p w14:paraId="5A7EC076" w14:textId="77777777" w:rsidR="007A5E59" w:rsidRDefault="0095198F">
            <w:pPr>
              <w:jc w:val="center"/>
            </w:pPr>
            <w:r>
              <w:t>1</w:t>
            </w:r>
          </w:p>
        </w:tc>
        <w:tc>
          <w:tcPr>
            <w:tcW w:w="0" w:type="auto"/>
            <w:shd w:val="clear" w:color="auto" w:fill="F2F2F2"/>
            <w:vAlign w:val="center"/>
          </w:tcPr>
          <w:p w14:paraId="4BAA5F8F" w14:textId="77777777" w:rsidR="007A5E59" w:rsidRDefault="0095198F">
            <w:pPr>
              <w:jc w:val="center"/>
            </w:pPr>
            <w:r>
              <w:t>2</w:t>
            </w:r>
          </w:p>
        </w:tc>
        <w:tc>
          <w:tcPr>
            <w:tcW w:w="0" w:type="auto"/>
            <w:shd w:val="clear" w:color="auto" w:fill="F2F2F2"/>
            <w:vAlign w:val="center"/>
          </w:tcPr>
          <w:p w14:paraId="6220D1FB" w14:textId="77777777" w:rsidR="007A5E59" w:rsidRDefault="0095198F">
            <w:pPr>
              <w:jc w:val="center"/>
            </w:pPr>
            <w:r>
              <w:t>3</w:t>
            </w:r>
          </w:p>
        </w:tc>
        <w:tc>
          <w:tcPr>
            <w:tcW w:w="0" w:type="auto"/>
            <w:shd w:val="clear" w:color="auto" w:fill="F2F2F2"/>
            <w:vAlign w:val="center"/>
          </w:tcPr>
          <w:p w14:paraId="20246CA4" w14:textId="77777777" w:rsidR="007A5E59" w:rsidRDefault="0095198F">
            <w:pPr>
              <w:jc w:val="center"/>
            </w:pPr>
            <w:r>
              <w:t>4</w:t>
            </w:r>
          </w:p>
        </w:tc>
        <w:tc>
          <w:tcPr>
            <w:tcW w:w="0" w:type="auto"/>
            <w:shd w:val="clear" w:color="auto" w:fill="F2F2F2"/>
            <w:vAlign w:val="center"/>
          </w:tcPr>
          <w:p w14:paraId="30689CFB" w14:textId="77777777" w:rsidR="007A5E59" w:rsidRDefault="0095198F">
            <w:pPr>
              <w:jc w:val="center"/>
            </w:pPr>
            <w:r>
              <w:t>5</w:t>
            </w:r>
          </w:p>
        </w:tc>
        <w:tc>
          <w:tcPr>
            <w:tcW w:w="0" w:type="auto"/>
            <w:shd w:val="clear" w:color="auto" w:fill="F2F2F2"/>
            <w:vAlign w:val="center"/>
          </w:tcPr>
          <w:p w14:paraId="385B1503" w14:textId="77777777" w:rsidR="007A5E59" w:rsidRDefault="0095198F">
            <w:pPr>
              <w:jc w:val="center"/>
            </w:pPr>
            <w:r>
              <w:t>6</w:t>
            </w:r>
          </w:p>
        </w:tc>
        <w:tc>
          <w:tcPr>
            <w:tcW w:w="0" w:type="auto"/>
            <w:shd w:val="clear" w:color="auto" w:fill="F2F2F2"/>
            <w:vAlign w:val="center"/>
          </w:tcPr>
          <w:p w14:paraId="1941E70A" w14:textId="77777777" w:rsidR="007A5E59" w:rsidRDefault="0095198F">
            <w:pPr>
              <w:jc w:val="center"/>
            </w:pPr>
            <w:r>
              <w:t>7</w:t>
            </w:r>
          </w:p>
        </w:tc>
        <w:tc>
          <w:tcPr>
            <w:tcW w:w="0" w:type="auto"/>
            <w:shd w:val="clear" w:color="auto" w:fill="F2F2F2"/>
            <w:vAlign w:val="center"/>
          </w:tcPr>
          <w:p w14:paraId="10492109" w14:textId="77777777" w:rsidR="007A5E59" w:rsidRDefault="0095198F">
            <w:pPr>
              <w:jc w:val="center"/>
            </w:pPr>
            <w:r>
              <w:t>8</w:t>
            </w:r>
          </w:p>
        </w:tc>
        <w:tc>
          <w:tcPr>
            <w:tcW w:w="0" w:type="auto"/>
            <w:shd w:val="clear" w:color="auto" w:fill="F2F2F2"/>
            <w:vAlign w:val="center"/>
          </w:tcPr>
          <w:p w14:paraId="608504CC" w14:textId="77777777" w:rsidR="007A5E59" w:rsidRDefault="0095198F">
            <w:pPr>
              <w:jc w:val="center"/>
            </w:pPr>
            <w:r>
              <w:t>9</w:t>
            </w:r>
          </w:p>
        </w:tc>
        <w:tc>
          <w:tcPr>
            <w:tcW w:w="0" w:type="auto"/>
            <w:shd w:val="clear" w:color="auto" w:fill="F2F2F2"/>
            <w:vAlign w:val="center"/>
          </w:tcPr>
          <w:p w14:paraId="6A15FE98" w14:textId="77777777" w:rsidR="007A5E59" w:rsidRDefault="0095198F">
            <w:pPr>
              <w:jc w:val="center"/>
            </w:pPr>
            <w:r>
              <w:t>10</w:t>
            </w:r>
          </w:p>
        </w:tc>
      </w:tr>
      <w:tr w:rsidR="007A5E59" w14:paraId="50A5D173" w14:textId="77777777">
        <w:trPr>
          <w:jc w:val="center"/>
        </w:trPr>
        <w:tc>
          <w:tcPr>
            <w:tcW w:w="0" w:type="auto"/>
          </w:tcPr>
          <w:p w14:paraId="4B23F6F3" w14:textId="77777777" w:rsidR="007A5E59" w:rsidRDefault="0095198F">
            <w:pPr>
              <w:jc w:val="center"/>
            </w:pPr>
            <w:r>
              <w:t>1</w:t>
            </w:r>
          </w:p>
        </w:tc>
        <w:tc>
          <w:tcPr>
            <w:tcW w:w="0" w:type="auto"/>
          </w:tcPr>
          <w:p w14:paraId="3DC59647" w14:textId="77777777" w:rsidR="007A5E59" w:rsidRDefault="0095198F">
            <w:r>
              <w:t>г. Таштагол — УПК № 1</w:t>
            </w:r>
          </w:p>
        </w:tc>
        <w:tc>
          <w:tcPr>
            <w:tcW w:w="0" w:type="auto"/>
          </w:tcPr>
          <w:p w14:paraId="6022FF01" w14:textId="77777777" w:rsidR="007A5E59" w:rsidRDefault="0095198F">
            <w:pPr>
              <w:jc w:val="center"/>
            </w:pPr>
            <w:r>
              <w:t>76 175,29</w:t>
            </w:r>
          </w:p>
        </w:tc>
        <w:tc>
          <w:tcPr>
            <w:tcW w:w="0" w:type="auto"/>
          </w:tcPr>
          <w:p w14:paraId="399DA1B4" w14:textId="77777777" w:rsidR="007A5E59" w:rsidRDefault="0095198F">
            <w:pPr>
              <w:jc w:val="center"/>
            </w:pPr>
            <w:r>
              <w:t>27,7355</w:t>
            </w:r>
          </w:p>
        </w:tc>
        <w:tc>
          <w:tcPr>
            <w:tcW w:w="0" w:type="auto"/>
          </w:tcPr>
          <w:p w14:paraId="6F515625" w14:textId="77777777" w:rsidR="007A5E59" w:rsidRDefault="0095198F">
            <w:pPr>
              <w:jc w:val="center"/>
            </w:pPr>
            <w:r>
              <w:t>82 766</w:t>
            </w:r>
          </w:p>
        </w:tc>
        <w:tc>
          <w:tcPr>
            <w:tcW w:w="0" w:type="auto"/>
          </w:tcPr>
          <w:p w14:paraId="1E62CEE4" w14:textId="77777777" w:rsidR="007A5E59" w:rsidRDefault="0095198F">
            <w:pPr>
              <w:jc w:val="center"/>
            </w:pPr>
            <w:r>
              <w:t>52,6662</w:t>
            </w:r>
          </w:p>
        </w:tc>
        <w:tc>
          <w:tcPr>
            <w:tcW w:w="0" w:type="auto"/>
          </w:tcPr>
          <w:p w14:paraId="4FA7C7A2" w14:textId="77777777" w:rsidR="007A5E59" w:rsidRDefault="0095198F">
            <w:pPr>
              <w:jc w:val="center"/>
            </w:pPr>
            <w:r>
              <w:t>24,9307</w:t>
            </w:r>
          </w:p>
        </w:tc>
        <w:tc>
          <w:tcPr>
            <w:tcW w:w="0" w:type="auto"/>
          </w:tcPr>
          <w:p w14:paraId="72A284A4" w14:textId="77777777" w:rsidR="007A5E59" w:rsidRDefault="0095198F">
            <w:pPr>
              <w:jc w:val="center"/>
            </w:pPr>
            <w:r>
              <w:t>89,89</w:t>
            </w:r>
          </w:p>
        </w:tc>
        <w:tc>
          <w:tcPr>
            <w:tcW w:w="0" w:type="auto"/>
          </w:tcPr>
          <w:p w14:paraId="5FC76BE8" w14:textId="77777777" w:rsidR="007A5E59" w:rsidRDefault="0095198F">
            <w:pPr>
              <w:jc w:val="center"/>
            </w:pPr>
            <w:r>
              <w:t>6 590,71</w:t>
            </w:r>
          </w:p>
        </w:tc>
        <w:tc>
          <w:tcPr>
            <w:tcW w:w="0" w:type="auto"/>
          </w:tcPr>
          <w:p w14:paraId="00838584" w14:textId="77777777" w:rsidR="007A5E59" w:rsidRDefault="007A5E59"/>
        </w:tc>
      </w:tr>
      <w:tr w:rsidR="007A5E59" w14:paraId="48C1A666" w14:textId="77777777">
        <w:trPr>
          <w:jc w:val="center"/>
        </w:trPr>
        <w:tc>
          <w:tcPr>
            <w:tcW w:w="0" w:type="auto"/>
          </w:tcPr>
          <w:p w14:paraId="046100F9" w14:textId="77777777" w:rsidR="007A5E59" w:rsidRDefault="0095198F">
            <w:pPr>
              <w:jc w:val="center"/>
            </w:pPr>
            <w:r>
              <w:t>2</w:t>
            </w:r>
          </w:p>
        </w:tc>
        <w:tc>
          <w:tcPr>
            <w:tcW w:w="0" w:type="auto"/>
          </w:tcPr>
          <w:p w14:paraId="186F0762" w14:textId="77777777" w:rsidR="007A5E59" w:rsidRDefault="0095198F">
            <w:r>
              <w:t>г. Таштагол — УПК № 2 Шалым</w:t>
            </w:r>
          </w:p>
        </w:tc>
        <w:tc>
          <w:tcPr>
            <w:tcW w:w="0" w:type="auto"/>
          </w:tcPr>
          <w:p w14:paraId="767AF38B" w14:textId="77777777" w:rsidR="007A5E59" w:rsidRDefault="0095198F">
            <w:pPr>
              <w:jc w:val="center"/>
            </w:pPr>
            <w:r>
              <w:t>7 089,99</w:t>
            </w:r>
          </w:p>
        </w:tc>
        <w:tc>
          <w:tcPr>
            <w:tcW w:w="0" w:type="auto"/>
          </w:tcPr>
          <w:p w14:paraId="65DE1D7F" w14:textId="77777777" w:rsidR="007A5E59" w:rsidRDefault="0095198F">
            <w:pPr>
              <w:jc w:val="center"/>
            </w:pPr>
            <w:r>
              <w:t>2,5815</w:t>
            </w:r>
          </w:p>
        </w:tc>
        <w:tc>
          <w:tcPr>
            <w:tcW w:w="0" w:type="auto"/>
          </w:tcPr>
          <w:p w14:paraId="151E70AC" w14:textId="77777777" w:rsidR="007A5E59" w:rsidRDefault="0095198F">
            <w:pPr>
              <w:jc w:val="center"/>
            </w:pPr>
            <w:r>
              <w:t>9 331,10</w:t>
            </w:r>
          </w:p>
        </w:tc>
        <w:tc>
          <w:tcPr>
            <w:tcW w:w="0" w:type="auto"/>
          </w:tcPr>
          <w:p w14:paraId="4BD540AA" w14:textId="77777777" w:rsidR="007A5E59" w:rsidRDefault="0095198F">
            <w:pPr>
              <w:jc w:val="center"/>
            </w:pPr>
            <w:r>
              <w:t>4,7542</w:t>
            </w:r>
          </w:p>
        </w:tc>
        <w:tc>
          <w:tcPr>
            <w:tcW w:w="0" w:type="auto"/>
          </w:tcPr>
          <w:p w14:paraId="4F1E8CDA" w14:textId="77777777" w:rsidR="007A5E59" w:rsidRDefault="0095198F">
            <w:pPr>
              <w:jc w:val="center"/>
            </w:pPr>
            <w:r>
              <w:t>2,1727</w:t>
            </w:r>
          </w:p>
        </w:tc>
        <w:tc>
          <w:tcPr>
            <w:tcW w:w="0" w:type="auto"/>
          </w:tcPr>
          <w:p w14:paraId="620E71E4" w14:textId="77777777" w:rsidR="007A5E59" w:rsidRDefault="0095198F">
            <w:pPr>
              <w:jc w:val="center"/>
            </w:pPr>
            <w:r>
              <w:t>84,17</w:t>
            </w:r>
          </w:p>
        </w:tc>
        <w:tc>
          <w:tcPr>
            <w:tcW w:w="0" w:type="auto"/>
          </w:tcPr>
          <w:p w14:paraId="5F342AD7" w14:textId="77777777" w:rsidR="007A5E59" w:rsidRDefault="0095198F">
            <w:pPr>
              <w:jc w:val="center"/>
            </w:pPr>
            <w:r>
              <w:t>2 241,11</w:t>
            </w:r>
          </w:p>
        </w:tc>
        <w:tc>
          <w:tcPr>
            <w:tcW w:w="0" w:type="auto"/>
          </w:tcPr>
          <w:p w14:paraId="6F5C7356" w14:textId="77777777" w:rsidR="007A5E59" w:rsidRDefault="007A5E59"/>
        </w:tc>
      </w:tr>
      <w:tr w:rsidR="007A5E59" w14:paraId="48327DB3" w14:textId="77777777">
        <w:trPr>
          <w:jc w:val="center"/>
        </w:trPr>
        <w:tc>
          <w:tcPr>
            <w:tcW w:w="0" w:type="auto"/>
          </w:tcPr>
          <w:p w14:paraId="48197025" w14:textId="77777777" w:rsidR="007A5E59" w:rsidRDefault="0095198F">
            <w:pPr>
              <w:jc w:val="center"/>
            </w:pPr>
            <w:r>
              <w:t>3</w:t>
            </w:r>
          </w:p>
        </w:tc>
        <w:tc>
          <w:tcPr>
            <w:tcW w:w="0" w:type="auto"/>
          </w:tcPr>
          <w:p w14:paraId="12F01429" w14:textId="77777777" w:rsidR="007A5E59" w:rsidRDefault="0095198F">
            <w:r>
              <w:t>г. Таштагол — УПК № 2 ЦМК</w:t>
            </w:r>
          </w:p>
        </w:tc>
        <w:tc>
          <w:tcPr>
            <w:tcW w:w="0" w:type="auto"/>
          </w:tcPr>
          <w:p w14:paraId="1F421EC5" w14:textId="77777777" w:rsidR="007A5E59" w:rsidRDefault="0095198F">
            <w:pPr>
              <w:jc w:val="center"/>
            </w:pPr>
            <w:r>
              <w:t>4 754,47</w:t>
            </w:r>
          </w:p>
        </w:tc>
        <w:tc>
          <w:tcPr>
            <w:tcW w:w="0" w:type="auto"/>
          </w:tcPr>
          <w:p w14:paraId="46A3360C" w14:textId="77777777" w:rsidR="007A5E59" w:rsidRDefault="0095198F">
            <w:pPr>
              <w:jc w:val="center"/>
            </w:pPr>
            <w:r>
              <w:t>1,7311</w:t>
            </w:r>
          </w:p>
        </w:tc>
        <w:tc>
          <w:tcPr>
            <w:tcW w:w="0" w:type="auto"/>
          </w:tcPr>
          <w:p w14:paraId="7E5D32F6" w14:textId="77777777" w:rsidR="007A5E59" w:rsidRDefault="0095198F">
            <w:pPr>
              <w:jc w:val="center"/>
            </w:pPr>
            <w:r>
              <w:t>3 217,30</w:t>
            </w:r>
          </w:p>
        </w:tc>
        <w:tc>
          <w:tcPr>
            <w:tcW w:w="0" w:type="auto"/>
          </w:tcPr>
          <w:p w14:paraId="587907F1" w14:textId="77777777" w:rsidR="007A5E59" w:rsidRDefault="0095198F">
            <w:pPr>
              <w:jc w:val="center"/>
            </w:pPr>
            <w:r>
              <w:t>2,9201</w:t>
            </w:r>
          </w:p>
        </w:tc>
        <w:tc>
          <w:tcPr>
            <w:tcW w:w="0" w:type="auto"/>
          </w:tcPr>
          <w:p w14:paraId="36329D11" w14:textId="77777777" w:rsidR="007A5E59" w:rsidRDefault="0095198F">
            <w:pPr>
              <w:jc w:val="center"/>
            </w:pPr>
            <w:r>
              <w:t>1,1890</w:t>
            </w:r>
          </w:p>
        </w:tc>
        <w:tc>
          <w:tcPr>
            <w:tcW w:w="0" w:type="auto"/>
          </w:tcPr>
          <w:p w14:paraId="4EC059F6" w14:textId="77777777" w:rsidR="007A5E59" w:rsidRDefault="0095198F">
            <w:pPr>
              <w:jc w:val="center"/>
            </w:pPr>
            <w:r>
              <w:t>68,68</w:t>
            </w:r>
          </w:p>
        </w:tc>
        <w:tc>
          <w:tcPr>
            <w:tcW w:w="0" w:type="auto"/>
          </w:tcPr>
          <w:p w14:paraId="44480277" w14:textId="77777777" w:rsidR="007A5E59" w:rsidRDefault="0095198F">
            <w:r>
              <w:t>-1 537,17</w:t>
            </w:r>
          </w:p>
        </w:tc>
        <w:tc>
          <w:tcPr>
            <w:tcW w:w="0" w:type="auto"/>
          </w:tcPr>
          <w:p w14:paraId="19936FBE" w14:textId="77777777" w:rsidR="007A5E59" w:rsidRDefault="007A5E59"/>
        </w:tc>
      </w:tr>
      <w:tr w:rsidR="007A5E59" w14:paraId="44BBABDF" w14:textId="77777777">
        <w:trPr>
          <w:jc w:val="center"/>
        </w:trPr>
        <w:tc>
          <w:tcPr>
            <w:tcW w:w="0" w:type="auto"/>
          </w:tcPr>
          <w:p w14:paraId="540D2646" w14:textId="77777777" w:rsidR="007A5E59" w:rsidRDefault="0095198F">
            <w:pPr>
              <w:jc w:val="center"/>
            </w:pPr>
            <w:r>
              <w:t>4</w:t>
            </w:r>
          </w:p>
        </w:tc>
        <w:tc>
          <w:tcPr>
            <w:tcW w:w="0" w:type="auto"/>
          </w:tcPr>
          <w:p w14:paraId="17823B00" w14:textId="77777777" w:rsidR="007A5E59" w:rsidRDefault="0095198F">
            <w:r>
              <w:t>г. Таштагол — УПК № 9 ГРЭ</w:t>
            </w:r>
          </w:p>
        </w:tc>
        <w:tc>
          <w:tcPr>
            <w:tcW w:w="0" w:type="auto"/>
          </w:tcPr>
          <w:p w14:paraId="7A1E343B" w14:textId="77777777" w:rsidR="007A5E59" w:rsidRDefault="0095198F">
            <w:pPr>
              <w:jc w:val="center"/>
            </w:pPr>
            <w:r>
              <w:t>521,27</w:t>
            </w:r>
          </w:p>
        </w:tc>
        <w:tc>
          <w:tcPr>
            <w:tcW w:w="0" w:type="auto"/>
          </w:tcPr>
          <w:p w14:paraId="73C6B557" w14:textId="77777777" w:rsidR="007A5E59" w:rsidRDefault="0095198F">
            <w:pPr>
              <w:jc w:val="center"/>
            </w:pPr>
            <w:r>
              <w:t>0,1898</w:t>
            </w:r>
          </w:p>
        </w:tc>
        <w:tc>
          <w:tcPr>
            <w:tcW w:w="0" w:type="auto"/>
          </w:tcPr>
          <w:p w14:paraId="2927B8D4" w14:textId="77777777" w:rsidR="007A5E59" w:rsidRDefault="0095198F">
            <w:pPr>
              <w:jc w:val="center"/>
            </w:pPr>
            <w:r>
              <w:t>1 268,80</w:t>
            </w:r>
          </w:p>
        </w:tc>
        <w:tc>
          <w:tcPr>
            <w:tcW w:w="0" w:type="auto"/>
          </w:tcPr>
          <w:p w14:paraId="73EA57FB" w14:textId="77777777" w:rsidR="007A5E59" w:rsidRDefault="0095198F">
            <w:pPr>
              <w:jc w:val="center"/>
            </w:pPr>
            <w:r>
              <w:t>0,7240</w:t>
            </w:r>
          </w:p>
        </w:tc>
        <w:tc>
          <w:tcPr>
            <w:tcW w:w="0" w:type="auto"/>
          </w:tcPr>
          <w:p w14:paraId="003E3684" w14:textId="77777777" w:rsidR="007A5E59" w:rsidRDefault="0095198F">
            <w:pPr>
              <w:jc w:val="center"/>
            </w:pPr>
            <w:r>
              <w:t>0,5342</w:t>
            </w:r>
          </w:p>
        </w:tc>
        <w:tc>
          <w:tcPr>
            <w:tcW w:w="0" w:type="auto"/>
          </w:tcPr>
          <w:p w14:paraId="6DBE2304" w14:textId="77777777" w:rsidR="007A5E59" w:rsidRDefault="0095198F">
            <w:pPr>
              <w:jc w:val="center"/>
            </w:pPr>
            <w:r>
              <w:t>281,46</w:t>
            </w:r>
          </w:p>
        </w:tc>
        <w:tc>
          <w:tcPr>
            <w:tcW w:w="0" w:type="auto"/>
          </w:tcPr>
          <w:p w14:paraId="32525215" w14:textId="77777777" w:rsidR="007A5E59" w:rsidRDefault="0095198F">
            <w:pPr>
              <w:jc w:val="center"/>
            </w:pPr>
            <w:r>
              <w:t>747,53</w:t>
            </w:r>
          </w:p>
        </w:tc>
        <w:tc>
          <w:tcPr>
            <w:tcW w:w="0" w:type="auto"/>
          </w:tcPr>
          <w:p w14:paraId="1B23BAA2" w14:textId="77777777" w:rsidR="007A5E59" w:rsidRDefault="007A5E59"/>
        </w:tc>
      </w:tr>
      <w:tr w:rsidR="007A5E59" w14:paraId="4E12F478" w14:textId="77777777">
        <w:trPr>
          <w:jc w:val="center"/>
        </w:trPr>
        <w:tc>
          <w:tcPr>
            <w:tcW w:w="0" w:type="auto"/>
          </w:tcPr>
          <w:p w14:paraId="6EBD6DBD" w14:textId="77777777" w:rsidR="007A5E59" w:rsidRDefault="0095198F">
            <w:pPr>
              <w:jc w:val="center"/>
            </w:pPr>
            <w:r>
              <w:t>5</w:t>
            </w:r>
          </w:p>
        </w:tc>
        <w:tc>
          <w:tcPr>
            <w:tcW w:w="0" w:type="auto"/>
          </w:tcPr>
          <w:p w14:paraId="7427E2CB" w14:textId="77777777" w:rsidR="007A5E59" w:rsidRPr="00794D67" w:rsidRDefault="0095198F">
            <w:pPr>
              <w:rPr>
                <w:lang w:val="ru-RU"/>
              </w:rPr>
            </w:pPr>
            <w:r w:rsidRPr="00794D67">
              <w:rPr>
                <w:lang w:val="ru-RU"/>
              </w:rPr>
              <w:t>пгт Шерегеш — УПК № 5 Новый Шерегеш</w:t>
            </w:r>
          </w:p>
        </w:tc>
        <w:tc>
          <w:tcPr>
            <w:tcW w:w="0" w:type="auto"/>
          </w:tcPr>
          <w:p w14:paraId="39347EC2" w14:textId="77777777" w:rsidR="007A5E59" w:rsidRDefault="0095198F">
            <w:pPr>
              <w:jc w:val="center"/>
            </w:pPr>
            <w:r>
              <w:t>55 023,65</w:t>
            </w:r>
          </w:p>
        </w:tc>
        <w:tc>
          <w:tcPr>
            <w:tcW w:w="0" w:type="auto"/>
          </w:tcPr>
          <w:p w14:paraId="2DEF9971" w14:textId="77777777" w:rsidR="007A5E59" w:rsidRDefault="0095198F">
            <w:pPr>
              <w:jc w:val="center"/>
            </w:pPr>
            <w:r>
              <w:t>20,0341</w:t>
            </w:r>
          </w:p>
        </w:tc>
        <w:tc>
          <w:tcPr>
            <w:tcW w:w="0" w:type="auto"/>
          </w:tcPr>
          <w:p w14:paraId="5BDE4A08" w14:textId="77777777" w:rsidR="007A5E59" w:rsidRDefault="0095198F">
            <w:pPr>
              <w:jc w:val="center"/>
            </w:pPr>
            <w:r>
              <w:t>226 131,40</w:t>
            </w:r>
          </w:p>
        </w:tc>
        <w:tc>
          <w:tcPr>
            <w:tcW w:w="0" w:type="auto"/>
          </w:tcPr>
          <w:p w14:paraId="79CB07C5" w14:textId="77777777" w:rsidR="007A5E59" w:rsidRDefault="0095198F">
            <w:pPr>
              <w:jc w:val="center"/>
            </w:pPr>
            <w:r>
              <w:t>59,4340</w:t>
            </w:r>
          </w:p>
        </w:tc>
        <w:tc>
          <w:tcPr>
            <w:tcW w:w="0" w:type="auto"/>
          </w:tcPr>
          <w:p w14:paraId="7CF5FBDC" w14:textId="77777777" w:rsidR="007A5E59" w:rsidRDefault="0095198F">
            <w:pPr>
              <w:jc w:val="center"/>
            </w:pPr>
            <w:r>
              <w:t>39,3999</w:t>
            </w:r>
          </w:p>
        </w:tc>
        <w:tc>
          <w:tcPr>
            <w:tcW w:w="0" w:type="auto"/>
          </w:tcPr>
          <w:p w14:paraId="03CC2B53" w14:textId="77777777" w:rsidR="007A5E59" w:rsidRDefault="0095198F">
            <w:pPr>
              <w:jc w:val="center"/>
            </w:pPr>
            <w:r>
              <w:t>196,66</w:t>
            </w:r>
          </w:p>
        </w:tc>
        <w:tc>
          <w:tcPr>
            <w:tcW w:w="0" w:type="auto"/>
          </w:tcPr>
          <w:p w14:paraId="4AA6C121" w14:textId="77777777" w:rsidR="007A5E59" w:rsidRDefault="0095198F">
            <w:pPr>
              <w:jc w:val="center"/>
            </w:pPr>
            <w:r>
              <w:t>171 107,75</w:t>
            </w:r>
          </w:p>
        </w:tc>
        <w:tc>
          <w:tcPr>
            <w:tcW w:w="0" w:type="auto"/>
          </w:tcPr>
          <w:p w14:paraId="7A4BEEBE" w14:textId="77777777" w:rsidR="007A5E59" w:rsidRDefault="007A5E59"/>
        </w:tc>
      </w:tr>
      <w:tr w:rsidR="007A5E59" w14:paraId="0294A240" w14:textId="77777777">
        <w:trPr>
          <w:jc w:val="center"/>
        </w:trPr>
        <w:tc>
          <w:tcPr>
            <w:tcW w:w="0" w:type="auto"/>
          </w:tcPr>
          <w:p w14:paraId="48398CC4" w14:textId="77777777" w:rsidR="007A5E59" w:rsidRDefault="0095198F">
            <w:pPr>
              <w:jc w:val="center"/>
            </w:pPr>
            <w:r>
              <w:t>6</w:t>
            </w:r>
          </w:p>
        </w:tc>
        <w:tc>
          <w:tcPr>
            <w:tcW w:w="0" w:type="auto"/>
          </w:tcPr>
          <w:p w14:paraId="62DA07A1" w14:textId="77777777" w:rsidR="007A5E59" w:rsidRPr="00794D67" w:rsidRDefault="0095198F">
            <w:pPr>
              <w:rPr>
                <w:lang w:val="ru-RU"/>
              </w:rPr>
            </w:pPr>
            <w:r w:rsidRPr="00794D67">
              <w:rPr>
                <w:lang w:val="ru-RU"/>
              </w:rPr>
              <w:t>пгт Шерегеш — УПК № 6 Старый Шерегеш</w:t>
            </w:r>
          </w:p>
        </w:tc>
        <w:tc>
          <w:tcPr>
            <w:tcW w:w="0" w:type="auto"/>
          </w:tcPr>
          <w:p w14:paraId="61638FD1" w14:textId="77777777" w:rsidR="007A5E59" w:rsidRDefault="0095198F">
            <w:pPr>
              <w:jc w:val="center"/>
            </w:pPr>
            <w:r>
              <w:t>5 670,84</w:t>
            </w:r>
          </w:p>
        </w:tc>
        <w:tc>
          <w:tcPr>
            <w:tcW w:w="0" w:type="auto"/>
          </w:tcPr>
          <w:p w14:paraId="43912715" w14:textId="77777777" w:rsidR="007A5E59" w:rsidRDefault="0095198F">
            <w:pPr>
              <w:jc w:val="center"/>
            </w:pPr>
            <w:r>
              <w:t>2,0648</w:t>
            </w:r>
          </w:p>
        </w:tc>
        <w:tc>
          <w:tcPr>
            <w:tcW w:w="0" w:type="auto"/>
          </w:tcPr>
          <w:p w14:paraId="32952885" w14:textId="77777777" w:rsidR="007A5E59" w:rsidRDefault="0095198F">
            <w:pPr>
              <w:jc w:val="center"/>
            </w:pPr>
            <w:r>
              <w:t>4 507,80</w:t>
            </w:r>
          </w:p>
        </w:tc>
        <w:tc>
          <w:tcPr>
            <w:tcW w:w="0" w:type="auto"/>
          </w:tcPr>
          <w:p w14:paraId="1F4052A1" w14:textId="77777777" w:rsidR="007A5E59" w:rsidRDefault="0095198F">
            <w:pPr>
              <w:jc w:val="center"/>
            </w:pPr>
            <w:r>
              <w:t>2,9328</w:t>
            </w:r>
          </w:p>
        </w:tc>
        <w:tc>
          <w:tcPr>
            <w:tcW w:w="0" w:type="auto"/>
          </w:tcPr>
          <w:p w14:paraId="01AEBBF1" w14:textId="77777777" w:rsidR="007A5E59" w:rsidRDefault="0095198F">
            <w:pPr>
              <w:jc w:val="center"/>
            </w:pPr>
            <w:r>
              <w:t>0,8680</w:t>
            </w:r>
          </w:p>
        </w:tc>
        <w:tc>
          <w:tcPr>
            <w:tcW w:w="0" w:type="auto"/>
          </w:tcPr>
          <w:p w14:paraId="276CAAAC" w14:textId="77777777" w:rsidR="007A5E59" w:rsidRDefault="0095198F">
            <w:pPr>
              <w:jc w:val="center"/>
            </w:pPr>
            <w:r>
              <w:t>42,04</w:t>
            </w:r>
          </w:p>
        </w:tc>
        <w:tc>
          <w:tcPr>
            <w:tcW w:w="0" w:type="auto"/>
          </w:tcPr>
          <w:p w14:paraId="0EDC6314" w14:textId="77777777" w:rsidR="007A5E59" w:rsidRDefault="0095198F">
            <w:r>
              <w:t>-1 163,04</w:t>
            </w:r>
          </w:p>
        </w:tc>
        <w:tc>
          <w:tcPr>
            <w:tcW w:w="0" w:type="auto"/>
          </w:tcPr>
          <w:p w14:paraId="37D1B189" w14:textId="77777777" w:rsidR="007A5E59" w:rsidRDefault="007A5E59"/>
        </w:tc>
      </w:tr>
      <w:tr w:rsidR="007A5E59" w14:paraId="0A14CE7C" w14:textId="77777777">
        <w:trPr>
          <w:jc w:val="center"/>
        </w:trPr>
        <w:tc>
          <w:tcPr>
            <w:tcW w:w="0" w:type="auto"/>
          </w:tcPr>
          <w:p w14:paraId="1B211DAF" w14:textId="77777777" w:rsidR="007A5E59" w:rsidRDefault="0095198F">
            <w:pPr>
              <w:jc w:val="center"/>
            </w:pPr>
            <w:r>
              <w:t>7</w:t>
            </w:r>
          </w:p>
        </w:tc>
        <w:tc>
          <w:tcPr>
            <w:tcW w:w="0" w:type="auto"/>
          </w:tcPr>
          <w:p w14:paraId="607C9166" w14:textId="77777777" w:rsidR="007A5E59" w:rsidRDefault="0095198F">
            <w:r>
              <w:t>пгт Каз — УПК № 7 Каз</w:t>
            </w:r>
          </w:p>
        </w:tc>
        <w:tc>
          <w:tcPr>
            <w:tcW w:w="0" w:type="auto"/>
          </w:tcPr>
          <w:p w14:paraId="25E2EA32" w14:textId="77777777" w:rsidR="007A5E59" w:rsidRDefault="0095198F">
            <w:pPr>
              <w:jc w:val="center"/>
            </w:pPr>
            <w:r>
              <w:t>20 263,01</w:t>
            </w:r>
          </w:p>
        </w:tc>
        <w:tc>
          <w:tcPr>
            <w:tcW w:w="0" w:type="auto"/>
          </w:tcPr>
          <w:p w14:paraId="0D3F4879" w14:textId="77777777" w:rsidR="007A5E59" w:rsidRDefault="0095198F">
            <w:pPr>
              <w:jc w:val="center"/>
            </w:pPr>
            <w:r>
              <w:t>7,3778</w:t>
            </w:r>
          </w:p>
        </w:tc>
        <w:tc>
          <w:tcPr>
            <w:tcW w:w="0" w:type="auto"/>
          </w:tcPr>
          <w:p w14:paraId="4FCC084C" w14:textId="77777777" w:rsidR="007A5E59" w:rsidRDefault="0095198F">
            <w:pPr>
              <w:jc w:val="center"/>
            </w:pPr>
            <w:r>
              <w:t>40 321</w:t>
            </w:r>
          </w:p>
        </w:tc>
        <w:tc>
          <w:tcPr>
            <w:tcW w:w="0" w:type="auto"/>
          </w:tcPr>
          <w:p w14:paraId="61672A3E" w14:textId="77777777" w:rsidR="007A5E59" w:rsidRDefault="0095198F">
            <w:pPr>
              <w:jc w:val="center"/>
            </w:pPr>
            <w:r>
              <w:t>12,9607</w:t>
            </w:r>
          </w:p>
        </w:tc>
        <w:tc>
          <w:tcPr>
            <w:tcW w:w="0" w:type="auto"/>
          </w:tcPr>
          <w:p w14:paraId="4DCC762C" w14:textId="77777777" w:rsidR="007A5E59" w:rsidRDefault="0095198F">
            <w:pPr>
              <w:jc w:val="center"/>
            </w:pPr>
            <w:r>
              <w:t>5,5829</w:t>
            </w:r>
          </w:p>
        </w:tc>
        <w:tc>
          <w:tcPr>
            <w:tcW w:w="0" w:type="auto"/>
          </w:tcPr>
          <w:p w14:paraId="37DE542C" w14:textId="77777777" w:rsidR="007A5E59" w:rsidRDefault="0095198F">
            <w:pPr>
              <w:jc w:val="center"/>
            </w:pPr>
            <w:r>
              <w:t>75,67</w:t>
            </w:r>
          </w:p>
        </w:tc>
        <w:tc>
          <w:tcPr>
            <w:tcW w:w="0" w:type="auto"/>
          </w:tcPr>
          <w:p w14:paraId="674FDBD2" w14:textId="77777777" w:rsidR="007A5E59" w:rsidRDefault="0095198F">
            <w:pPr>
              <w:jc w:val="center"/>
            </w:pPr>
            <w:r>
              <w:t>20 057,99</w:t>
            </w:r>
          </w:p>
        </w:tc>
        <w:tc>
          <w:tcPr>
            <w:tcW w:w="0" w:type="auto"/>
          </w:tcPr>
          <w:p w14:paraId="7DB0FE32" w14:textId="77777777" w:rsidR="007A5E59" w:rsidRDefault="007A5E59"/>
        </w:tc>
      </w:tr>
      <w:tr w:rsidR="007A5E59" w14:paraId="7AAEF2FB" w14:textId="77777777">
        <w:trPr>
          <w:jc w:val="center"/>
        </w:trPr>
        <w:tc>
          <w:tcPr>
            <w:tcW w:w="0" w:type="auto"/>
          </w:tcPr>
          <w:p w14:paraId="5B422A83" w14:textId="77777777" w:rsidR="007A5E59" w:rsidRDefault="0095198F">
            <w:pPr>
              <w:jc w:val="center"/>
            </w:pPr>
            <w:r>
              <w:t>8</w:t>
            </w:r>
          </w:p>
        </w:tc>
        <w:tc>
          <w:tcPr>
            <w:tcW w:w="0" w:type="auto"/>
          </w:tcPr>
          <w:p w14:paraId="1465B7AA" w14:textId="77777777" w:rsidR="007A5E59" w:rsidRDefault="0095198F">
            <w:r>
              <w:t>пгт Мундыбаш — УПК № 8 Мундыбаш</w:t>
            </w:r>
          </w:p>
        </w:tc>
        <w:tc>
          <w:tcPr>
            <w:tcW w:w="0" w:type="auto"/>
          </w:tcPr>
          <w:p w14:paraId="1D43A098" w14:textId="77777777" w:rsidR="007A5E59" w:rsidRDefault="0095198F">
            <w:pPr>
              <w:jc w:val="center"/>
            </w:pPr>
            <w:r>
              <w:t>19 824,56</w:t>
            </w:r>
          </w:p>
        </w:tc>
        <w:tc>
          <w:tcPr>
            <w:tcW w:w="0" w:type="auto"/>
          </w:tcPr>
          <w:p w14:paraId="4674A4A9" w14:textId="77777777" w:rsidR="007A5E59" w:rsidRDefault="0095198F">
            <w:pPr>
              <w:jc w:val="center"/>
            </w:pPr>
            <w:r>
              <w:t>7,2181</w:t>
            </w:r>
          </w:p>
        </w:tc>
        <w:tc>
          <w:tcPr>
            <w:tcW w:w="0" w:type="auto"/>
          </w:tcPr>
          <w:p w14:paraId="03DDBF24" w14:textId="77777777" w:rsidR="007A5E59" w:rsidRDefault="0095198F">
            <w:pPr>
              <w:jc w:val="center"/>
            </w:pPr>
            <w:r>
              <w:t>13 031,50</w:t>
            </w:r>
          </w:p>
        </w:tc>
        <w:tc>
          <w:tcPr>
            <w:tcW w:w="0" w:type="auto"/>
          </w:tcPr>
          <w:p w14:paraId="6CFA7016" w14:textId="77777777" w:rsidR="007A5E59" w:rsidRDefault="0095198F">
            <w:pPr>
              <w:jc w:val="center"/>
            </w:pPr>
            <w:r>
              <w:t>16,2225</w:t>
            </w:r>
          </w:p>
        </w:tc>
        <w:tc>
          <w:tcPr>
            <w:tcW w:w="0" w:type="auto"/>
          </w:tcPr>
          <w:p w14:paraId="5EAAFC0B" w14:textId="77777777" w:rsidR="007A5E59" w:rsidRDefault="0095198F">
            <w:pPr>
              <w:jc w:val="center"/>
            </w:pPr>
            <w:r>
              <w:t>9,0044</w:t>
            </w:r>
          </w:p>
        </w:tc>
        <w:tc>
          <w:tcPr>
            <w:tcW w:w="0" w:type="auto"/>
          </w:tcPr>
          <w:p w14:paraId="60941C2B" w14:textId="77777777" w:rsidR="007A5E59" w:rsidRDefault="0095198F">
            <w:pPr>
              <w:jc w:val="center"/>
            </w:pPr>
            <w:r>
              <w:t>124,75</w:t>
            </w:r>
          </w:p>
        </w:tc>
        <w:tc>
          <w:tcPr>
            <w:tcW w:w="0" w:type="auto"/>
          </w:tcPr>
          <w:p w14:paraId="2D098639" w14:textId="77777777" w:rsidR="007A5E59" w:rsidRDefault="0095198F">
            <w:r>
              <w:t>-6 793,06</w:t>
            </w:r>
          </w:p>
        </w:tc>
        <w:tc>
          <w:tcPr>
            <w:tcW w:w="0" w:type="auto"/>
          </w:tcPr>
          <w:p w14:paraId="616F020F" w14:textId="77777777" w:rsidR="007A5E59" w:rsidRDefault="007A5E59"/>
        </w:tc>
      </w:tr>
      <w:tr w:rsidR="007A5E59" w14:paraId="3B45AB93" w14:textId="77777777">
        <w:trPr>
          <w:jc w:val="center"/>
        </w:trPr>
        <w:tc>
          <w:tcPr>
            <w:tcW w:w="0" w:type="auto"/>
          </w:tcPr>
          <w:p w14:paraId="24AC78DA" w14:textId="77777777" w:rsidR="007A5E59" w:rsidRDefault="0095198F">
            <w:pPr>
              <w:jc w:val="center"/>
            </w:pPr>
            <w:r>
              <w:t>9</w:t>
            </w:r>
          </w:p>
        </w:tc>
        <w:tc>
          <w:tcPr>
            <w:tcW w:w="0" w:type="auto"/>
          </w:tcPr>
          <w:p w14:paraId="07A50BCE" w14:textId="77777777" w:rsidR="007A5E59" w:rsidRPr="00794D67" w:rsidRDefault="0095198F">
            <w:pPr>
              <w:rPr>
                <w:lang w:val="ru-RU"/>
              </w:rPr>
            </w:pPr>
            <w:r w:rsidRPr="00794D67">
              <w:rPr>
                <w:lang w:val="ru-RU"/>
              </w:rPr>
              <w:t>пгт Темиртау — УПК № 10 Темир-Тау</w:t>
            </w:r>
          </w:p>
        </w:tc>
        <w:tc>
          <w:tcPr>
            <w:tcW w:w="0" w:type="auto"/>
          </w:tcPr>
          <w:p w14:paraId="61C291AF" w14:textId="77777777" w:rsidR="007A5E59" w:rsidRDefault="0095198F">
            <w:pPr>
              <w:jc w:val="center"/>
            </w:pPr>
            <w:r>
              <w:t>15 171,78</w:t>
            </w:r>
          </w:p>
        </w:tc>
        <w:tc>
          <w:tcPr>
            <w:tcW w:w="0" w:type="auto"/>
          </w:tcPr>
          <w:p w14:paraId="005BDB18" w14:textId="77777777" w:rsidR="007A5E59" w:rsidRDefault="0095198F">
            <w:pPr>
              <w:jc w:val="center"/>
            </w:pPr>
            <w:r>
              <w:t>5,5241</w:t>
            </w:r>
          </w:p>
        </w:tc>
        <w:tc>
          <w:tcPr>
            <w:tcW w:w="0" w:type="auto"/>
          </w:tcPr>
          <w:p w14:paraId="5EF0C623" w14:textId="77777777" w:rsidR="007A5E59" w:rsidRDefault="0095198F">
            <w:pPr>
              <w:jc w:val="center"/>
            </w:pPr>
            <w:r>
              <w:t>19 104,20</w:t>
            </w:r>
          </w:p>
        </w:tc>
        <w:tc>
          <w:tcPr>
            <w:tcW w:w="0" w:type="auto"/>
          </w:tcPr>
          <w:p w14:paraId="55EE232D" w14:textId="77777777" w:rsidR="007A5E59" w:rsidRDefault="0095198F">
            <w:pPr>
              <w:jc w:val="center"/>
            </w:pPr>
            <w:r>
              <w:t>7,3876</w:t>
            </w:r>
          </w:p>
        </w:tc>
        <w:tc>
          <w:tcPr>
            <w:tcW w:w="0" w:type="auto"/>
          </w:tcPr>
          <w:p w14:paraId="2BC8643E" w14:textId="77777777" w:rsidR="007A5E59" w:rsidRDefault="0095198F">
            <w:pPr>
              <w:jc w:val="center"/>
            </w:pPr>
            <w:r>
              <w:t>1,8635</w:t>
            </w:r>
          </w:p>
        </w:tc>
        <w:tc>
          <w:tcPr>
            <w:tcW w:w="0" w:type="auto"/>
          </w:tcPr>
          <w:p w14:paraId="41BA71C5" w14:textId="77777777" w:rsidR="007A5E59" w:rsidRDefault="0095198F">
            <w:pPr>
              <w:jc w:val="center"/>
            </w:pPr>
            <w:r>
              <w:t>33,74</w:t>
            </w:r>
          </w:p>
        </w:tc>
        <w:tc>
          <w:tcPr>
            <w:tcW w:w="0" w:type="auto"/>
          </w:tcPr>
          <w:p w14:paraId="28AB64D7" w14:textId="77777777" w:rsidR="007A5E59" w:rsidRDefault="0095198F">
            <w:pPr>
              <w:jc w:val="center"/>
            </w:pPr>
            <w:r>
              <w:t>3 932,42</w:t>
            </w:r>
          </w:p>
        </w:tc>
        <w:tc>
          <w:tcPr>
            <w:tcW w:w="0" w:type="auto"/>
          </w:tcPr>
          <w:p w14:paraId="52485084" w14:textId="77777777" w:rsidR="007A5E59" w:rsidRDefault="007A5E59"/>
        </w:tc>
      </w:tr>
      <w:tr w:rsidR="007A5E59" w14:paraId="6DD61542" w14:textId="77777777">
        <w:trPr>
          <w:jc w:val="center"/>
        </w:trPr>
        <w:tc>
          <w:tcPr>
            <w:tcW w:w="0" w:type="auto"/>
          </w:tcPr>
          <w:p w14:paraId="7AD3F526" w14:textId="77777777" w:rsidR="007A5E59" w:rsidRDefault="0095198F">
            <w:pPr>
              <w:jc w:val="center"/>
            </w:pPr>
            <w:r>
              <w:t>10</w:t>
            </w:r>
          </w:p>
        </w:tc>
        <w:tc>
          <w:tcPr>
            <w:tcW w:w="0" w:type="auto"/>
          </w:tcPr>
          <w:p w14:paraId="3070AF56" w14:textId="77777777" w:rsidR="007A5E59" w:rsidRDefault="0095198F">
            <w:r>
              <w:t>пгт Спасск — УПК № 3 Спасск</w:t>
            </w:r>
          </w:p>
        </w:tc>
        <w:tc>
          <w:tcPr>
            <w:tcW w:w="0" w:type="auto"/>
          </w:tcPr>
          <w:p w14:paraId="6E034BE2" w14:textId="77777777" w:rsidR="007A5E59" w:rsidRDefault="0095198F">
            <w:pPr>
              <w:jc w:val="center"/>
            </w:pPr>
            <w:r>
              <w:t>2 181,06</w:t>
            </w:r>
          </w:p>
        </w:tc>
        <w:tc>
          <w:tcPr>
            <w:tcW w:w="0" w:type="auto"/>
          </w:tcPr>
          <w:p w14:paraId="0F830E8C" w14:textId="77777777" w:rsidR="007A5E59" w:rsidRDefault="0095198F">
            <w:pPr>
              <w:jc w:val="center"/>
            </w:pPr>
            <w:r>
              <w:t>0,7941</w:t>
            </w:r>
          </w:p>
        </w:tc>
        <w:tc>
          <w:tcPr>
            <w:tcW w:w="0" w:type="auto"/>
          </w:tcPr>
          <w:p w14:paraId="31D1C4A3" w14:textId="77777777" w:rsidR="007A5E59" w:rsidRDefault="0095198F">
            <w:pPr>
              <w:jc w:val="center"/>
            </w:pPr>
            <w:r>
              <w:t>2 861</w:t>
            </w:r>
          </w:p>
        </w:tc>
        <w:tc>
          <w:tcPr>
            <w:tcW w:w="0" w:type="auto"/>
          </w:tcPr>
          <w:p w14:paraId="57716865" w14:textId="77777777" w:rsidR="007A5E59" w:rsidRDefault="0095198F">
            <w:pPr>
              <w:jc w:val="center"/>
            </w:pPr>
            <w:r>
              <w:t>1,4051</w:t>
            </w:r>
          </w:p>
        </w:tc>
        <w:tc>
          <w:tcPr>
            <w:tcW w:w="0" w:type="auto"/>
          </w:tcPr>
          <w:p w14:paraId="34BED9F6" w14:textId="77777777" w:rsidR="007A5E59" w:rsidRDefault="0095198F">
            <w:pPr>
              <w:jc w:val="center"/>
            </w:pPr>
            <w:r>
              <w:t>0,6110</w:t>
            </w:r>
          </w:p>
        </w:tc>
        <w:tc>
          <w:tcPr>
            <w:tcW w:w="0" w:type="auto"/>
          </w:tcPr>
          <w:p w14:paraId="18BC8218" w14:textId="77777777" w:rsidR="007A5E59" w:rsidRDefault="0095198F">
            <w:pPr>
              <w:jc w:val="center"/>
            </w:pPr>
            <w:r>
              <w:t>76,94</w:t>
            </w:r>
          </w:p>
        </w:tc>
        <w:tc>
          <w:tcPr>
            <w:tcW w:w="0" w:type="auto"/>
          </w:tcPr>
          <w:p w14:paraId="12D79063" w14:textId="77777777" w:rsidR="007A5E59" w:rsidRDefault="0095198F">
            <w:pPr>
              <w:jc w:val="center"/>
            </w:pPr>
            <w:r>
              <w:t>679,94</w:t>
            </w:r>
          </w:p>
        </w:tc>
        <w:tc>
          <w:tcPr>
            <w:tcW w:w="0" w:type="auto"/>
          </w:tcPr>
          <w:p w14:paraId="72CAEC3F" w14:textId="77777777" w:rsidR="007A5E59" w:rsidRDefault="007A5E59"/>
        </w:tc>
      </w:tr>
      <w:tr w:rsidR="007A5E59" w14:paraId="5C6A16A2" w14:textId="77777777">
        <w:trPr>
          <w:jc w:val="center"/>
        </w:trPr>
        <w:tc>
          <w:tcPr>
            <w:tcW w:w="0" w:type="auto"/>
            <w:shd w:val="clear" w:color="auto" w:fill="DBE5F1"/>
          </w:tcPr>
          <w:p w14:paraId="48FA863A" w14:textId="77777777" w:rsidR="007A5E59" w:rsidRDefault="007A5E59"/>
        </w:tc>
        <w:tc>
          <w:tcPr>
            <w:tcW w:w="0" w:type="auto"/>
            <w:shd w:val="clear" w:color="auto" w:fill="DBE5F1"/>
          </w:tcPr>
          <w:p w14:paraId="4DFC45A6" w14:textId="77777777" w:rsidR="007A5E59" w:rsidRDefault="0095198F">
            <w:r>
              <w:rPr>
                <w:b/>
              </w:rPr>
              <w:t>ИТОГО</w:t>
            </w:r>
          </w:p>
        </w:tc>
        <w:tc>
          <w:tcPr>
            <w:tcW w:w="0" w:type="auto"/>
            <w:shd w:val="clear" w:color="auto" w:fill="DBE5F1"/>
          </w:tcPr>
          <w:p w14:paraId="6208BE54" w14:textId="77777777" w:rsidR="007A5E59" w:rsidRDefault="0095198F">
            <w:pPr>
              <w:jc w:val="center"/>
            </w:pPr>
            <w:r>
              <w:rPr>
                <w:b/>
              </w:rPr>
              <w:t>206 675,93</w:t>
            </w:r>
          </w:p>
        </w:tc>
        <w:tc>
          <w:tcPr>
            <w:tcW w:w="0" w:type="auto"/>
            <w:shd w:val="clear" w:color="auto" w:fill="DBE5F1"/>
          </w:tcPr>
          <w:p w14:paraId="047A923B" w14:textId="77777777" w:rsidR="007A5E59" w:rsidRDefault="0095198F">
            <w:pPr>
              <w:jc w:val="center"/>
            </w:pPr>
            <w:r>
              <w:rPr>
                <w:b/>
              </w:rPr>
              <w:t>75,2508</w:t>
            </w:r>
          </w:p>
        </w:tc>
        <w:tc>
          <w:tcPr>
            <w:tcW w:w="0" w:type="auto"/>
            <w:shd w:val="clear" w:color="auto" w:fill="DBE5F1"/>
          </w:tcPr>
          <w:p w14:paraId="6D48A29E" w14:textId="77777777" w:rsidR="007A5E59" w:rsidRDefault="0095198F">
            <w:pPr>
              <w:jc w:val="center"/>
            </w:pPr>
            <w:r>
              <w:rPr>
                <w:b/>
              </w:rPr>
              <w:t>402 540,10</w:t>
            </w:r>
          </w:p>
        </w:tc>
        <w:tc>
          <w:tcPr>
            <w:tcW w:w="0" w:type="auto"/>
            <w:shd w:val="clear" w:color="auto" w:fill="DBE5F1"/>
          </w:tcPr>
          <w:p w14:paraId="169388A7" w14:textId="77777777" w:rsidR="007A5E59" w:rsidRDefault="0095198F">
            <w:pPr>
              <w:jc w:val="center"/>
            </w:pPr>
            <w:r>
              <w:rPr>
                <w:b/>
              </w:rPr>
              <w:t>161,4072</w:t>
            </w:r>
          </w:p>
        </w:tc>
        <w:tc>
          <w:tcPr>
            <w:tcW w:w="0" w:type="auto"/>
            <w:shd w:val="clear" w:color="auto" w:fill="DBE5F1"/>
          </w:tcPr>
          <w:p w14:paraId="34EE2EE2" w14:textId="77777777" w:rsidR="007A5E59" w:rsidRDefault="0095198F">
            <w:pPr>
              <w:jc w:val="center"/>
            </w:pPr>
            <w:r>
              <w:rPr>
                <w:b/>
              </w:rPr>
              <w:t>86,1564</w:t>
            </w:r>
          </w:p>
        </w:tc>
        <w:tc>
          <w:tcPr>
            <w:tcW w:w="0" w:type="auto"/>
            <w:shd w:val="clear" w:color="auto" w:fill="DBE5F1"/>
          </w:tcPr>
          <w:p w14:paraId="30896121" w14:textId="77777777" w:rsidR="007A5E59" w:rsidRDefault="007A5E59"/>
        </w:tc>
        <w:tc>
          <w:tcPr>
            <w:tcW w:w="0" w:type="auto"/>
            <w:shd w:val="clear" w:color="auto" w:fill="DBE5F1"/>
          </w:tcPr>
          <w:p w14:paraId="215FFE57" w14:textId="77777777" w:rsidR="007A5E59" w:rsidRDefault="0095198F">
            <w:pPr>
              <w:jc w:val="center"/>
            </w:pPr>
            <w:r>
              <w:rPr>
                <w:b/>
              </w:rPr>
              <w:t>195 864,17</w:t>
            </w:r>
          </w:p>
        </w:tc>
        <w:tc>
          <w:tcPr>
            <w:tcW w:w="0" w:type="auto"/>
            <w:shd w:val="clear" w:color="auto" w:fill="DBE5F1"/>
          </w:tcPr>
          <w:p w14:paraId="7AAD10CA" w14:textId="77777777" w:rsidR="007A5E59" w:rsidRDefault="007A5E59"/>
        </w:tc>
      </w:tr>
    </w:tbl>
    <w:p w14:paraId="6CF32B6D" w14:textId="77777777" w:rsidR="00B808F9" w:rsidRDefault="00B808F9">
      <w:pPr>
        <w:sectPr w:rsidR="00B808F9" w:rsidSect="00034616">
          <w:footerReference w:type="default" r:id="rId102"/>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7D5E7FD" w14:textId="77777777" w:rsidR="007A5E59" w:rsidRPr="00794D67" w:rsidRDefault="0095198F">
      <w:pPr>
        <w:spacing w:after="0"/>
        <w:ind w:firstLine="709"/>
        <w:jc w:val="both"/>
        <w:rPr>
          <w:lang w:val="ru-RU"/>
        </w:rPr>
      </w:pPr>
      <w:r w:rsidRPr="00794D67">
        <w:rPr>
          <w:lang w:val="ru-RU"/>
        </w:rPr>
        <w:t>1. Расчётная нагрузка (графы 3 и 4) принимается с листа «Таблица 1.8» расчётной книги, где она получена по геометрии зданий, удельной отопительной характеристике и климатическому базису 242 суток / 5 808 часов. Охват листа «Таблица 1.8» — жилой фонд.</w:t>
      </w:r>
    </w:p>
    <w:p w14:paraId="7431A442" w14:textId="77777777" w:rsidR="007A5E59" w:rsidRPr="00794D67" w:rsidRDefault="0095198F">
      <w:pPr>
        <w:spacing w:after="0"/>
        <w:ind w:firstLine="709"/>
        <w:jc w:val="both"/>
        <w:rPr>
          <w:lang w:val="ru-RU"/>
        </w:rPr>
      </w:pPr>
      <w:r w:rsidRPr="00794D67">
        <w:rPr>
          <w:lang w:val="ru-RU"/>
        </w:rPr>
        <w:t>2. Факт отпуска (графа 5) и договорная нагрузка (графа 6) принимаются с листа «Таблица 1.6» расчётной книги и включают отопление и вентиляцию. Охват листа «Таблица 1.6» — все потребители: жилые, бюджетные и прочие.</w:t>
      </w:r>
    </w:p>
    <w:p w14:paraId="2F775F87" w14:textId="77777777" w:rsidR="007A5E59" w:rsidRPr="00794D67" w:rsidRDefault="0095198F">
      <w:pPr>
        <w:spacing w:after="0"/>
        <w:ind w:firstLine="709"/>
        <w:jc w:val="both"/>
        <w:rPr>
          <w:lang w:val="ru-RU"/>
        </w:rPr>
      </w:pPr>
      <w:r w:rsidRPr="00794D67">
        <w:rPr>
          <w:lang w:val="ru-RU"/>
        </w:rPr>
        <w:t>3. Графы 3-4 и 5-6 имеют разный охват потребителей, и это установлено численно: по УПК № 9 ГРЭ лист «Таблица 1.8» даёт 0,189796 Гкал/ч, а жилая часть договорной базы по той же зоне — 0,1903 Гкал/ч, расхождение 0,26 %; по УПК № 5 лист «Таблица 1.8» даёт 20,0341 Гкал/ч против жилой нагрузки реестра 20,0329 Гкал/ч.</w:t>
      </w:r>
    </w:p>
    <w:p w14:paraId="11989916" w14:textId="77777777" w:rsidR="007A5E59" w:rsidRPr="00794D67" w:rsidRDefault="0095198F">
      <w:pPr>
        <w:spacing w:after="0"/>
        <w:ind w:firstLine="709"/>
        <w:jc w:val="both"/>
        <w:rPr>
          <w:lang w:val="ru-RU"/>
        </w:rPr>
      </w:pPr>
      <w:r w:rsidRPr="00794D67">
        <w:rPr>
          <w:lang w:val="ru-RU"/>
        </w:rPr>
        <w:t>4. Графы 7 и 8 характеризуют нагрузку, не охваченную расчётом по жилому фонду: в графе 7 приведена её абсолютная величина, Гкал/ч, в графе 8 — отношение этой величины к расчётной нагрузке жилого фонда. Например, по УПК № 9 ГРЭ разность 0,5342 Гкал/ч составляет 281,4 % от расчётной нагрузки жилого фонда 0,1898 Гкал/ч. Та же величина составляет около 73,8 % полной договорной нагрузки 0,7240 Гкал/ч и соответствует нежилой составляющей потребления. Проценты различаются вследствие использования разных знаменателей. Отрицательная разность означает, что договорная нагрузка ниже расчётной нагрузки жилого фонда.</w:t>
      </w:r>
    </w:p>
    <w:p w14:paraId="263588B5" w14:textId="77777777" w:rsidR="007A5E59" w:rsidRPr="00794D67" w:rsidRDefault="0095198F">
      <w:pPr>
        <w:spacing w:after="0"/>
        <w:ind w:firstLine="709"/>
        <w:jc w:val="both"/>
        <w:rPr>
          <w:lang w:val="ru-RU"/>
        </w:rPr>
      </w:pPr>
      <w:r w:rsidRPr="00794D67">
        <w:rPr>
          <w:lang w:val="ru-RU"/>
        </w:rPr>
        <w:t>5. Графа 9 — разность фактического отпуска и расчётной потребности жилого фонда. Отрицательное значение показывает, что фактический отпуск ниже расчётной потребности, и не скрывается.</w:t>
      </w:r>
    </w:p>
    <w:p w14:paraId="6ECA4591" w14:textId="77777777" w:rsidR="007A5E59" w:rsidRPr="00794D67" w:rsidRDefault="0095198F">
      <w:pPr>
        <w:spacing w:after="0"/>
        <w:ind w:firstLine="709"/>
        <w:jc w:val="both"/>
        <w:rPr>
          <w:lang w:val="ru-RU"/>
        </w:rPr>
      </w:pPr>
      <w:r w:rsidRPr="00794D67">
        <w:rPr>
          <w:lang w:val="ru-RU"/>
        </w:rPr>
        <w:t>6. Стоимостная оценка разности не рассчитывается. Утверждённый на 2026 год тариф имеет двухставочную структуру — отдельно ставка за тепловую энергию и отдельно ставка за содержание тепловой мощности. При отсутствии доказанных данных о договорной тепловой мощности перевод разности тепловой энергии в денежную величину некорректен. Кроме того, сама разность отражает различие охвата потребителей и расчётной экономией не является.</w:t>
      </w:r>
    </w:p>
    <w:p w14:paraId="60DBC642" w14:textId="77777777" w:rsidR="007A5E59" w:rsidRPr="00794D67" w:rsidRDefault="0095198F">
      <w:pPr>
        <w:spacing w:after="0"/>
        <w:ind w:firstLine="709"/>
        <w:jc w:val="both"/>
        <w:rPr>
          <w:lang w:val="ru-RU"/>
        </w:rPr>
      </w:pPr>
      <w:r w:rsidRPr="00794D67">
        <w:rPr>
          <w:lang w:val="ru-RU"/>
        </w:rPr>
        <w:t>7. Тарифы на тепловую энергию на 2026–2031 годы установлены постановлением Региональной энергетической комиссии Кузбасса и приведены в таблице 14.1. На 2026 год тариф установлен в двухставочной форме, поэтому денежная оценка по единой величине руб./Гкал по нему не выполняется.</w:t>
      </w:r>
    </w:p>
    <w:p w14:paraId="6A51B21B" w14:textId="77777777" w:rsidR="007A5E59" w:rsidRPr="001F1187" w:rsidRDefault="0095198F">
      <w:pPr>
        <w:pStyle w:val="21"/>
        <w:spacing w:before="1200"/>
        <w:jc w:val="center"/>
        <w:rPr>
          <w:lang w:val="ru-RU"/>
        </w:rPr>
      </w:pPr>
      <w:bookmarkStart w:id="95" w:name="_Toc238015686"/>
      <w:r w:rsidRPr="00794D67">
        <w:rPr>
          <w:lang w:val="ru-RU"/>
        </w:rPr>
        <w:t>12.2. Стоимостная база мероприятий</w:t>
      </w:r>
      <w:bookmarkEnd w:id="95"/>
    </w:p>
    <w:p w14:paraId="5B2AB7BC" w14:textId="77777777" w:rsidR="007A5E59" w:rsidRPr="001F1187" w:rsidRDefault="0095198F">
      <w:pPr>
        <w:spacing w:before="1200"/>
        <w:jc w:val="center"/>
        <w:rPr>
          <w:lang w:val="ru-RU"/>
        </w:rPr>
      </w:pPr>
      <w:r w:rsidRPr="00794D67">
        <w:rPr>
          <w:lang w:val="ru-RU"/>
        </w:rPr>
        <w:t>Каждая стоимостная величина приводится с указанием ценового базиса. Величины разных ценовых базисов между собой не суммируются: единый уровень цен достигается индексацией, обоснованной индексной базой, которой проект в настоящей редакции не располагает.</w:t>
      </w:r>
    </w:p>
    <w:p w14:paraId="10D77FCA" w14:textId="77777777" w:rsidR="00F04CBD" w:rsidRDefault="00B4275B">
      <w:pPr>
        <w:keepNext/>
        <w:spacing w:before="160"/>
      </w:pPr>
      <w:r>
        <w:rPr>
          <w:b/>
        </w:rPr>
        <w:t>Таблица 12.2 — Ценовые базисы стоимостных величин</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769"/>
        <w:gridCol w:w="1522"/>
        <w:gridCol w:w="601"/>
        <w:gridCol w:w="1593"/>
        <w:gridCol w:w="2070"/>
        <w:gridCol w:w="1790"/>
      </w:tblGrid>
      <w:tr w:rsidR="00F04CBD" w14:paraId="28760A12" w14:textId="77777777">
        <w:trPr>
          <w:cantSplit/>
          <w:tblHeader/>
          <w:jc w:val="center"/>
        </w:trPr>
        <w:tc>
          <w:tcPr>
            <w:tcW w:w="0" w:type="auto"/>
            <w:shd w:val="clear" w:color="auto" w:fill="E2F0D9"/>
          </w:tcPr>
          <w:p w14:paraId="364E2FB7" w14:textId="77777777" w:rsidR="00F04CBD" w:rsidRDefault="00B4275B">
            <w:pPr>
              <w:jc w:val="center"/>
            </w:pPr>
            <w:r>
              <w:rPr>
                <w:b/>
              </w:rPr>
              <w:t>Группа мероприятий</w:t>
            </w:r>
          </w:p>
        </w:tc>
        <w:tc>
          <w:tcPr>
            <w:tcW w:w="0" w:type="auto"/>
            <w:shd w:val="clear" w:color="auto" w:fill="E2F0D9"/>
          </w:tcPr>
          <w:p w14:paraId="70895652" w14:textId="77777777" w:rsidR="00F04CBD" w:rsidRDefault="00B4275B">
            <w:pPr>
              <w:jc w:val="center"/>
            </w:pPr>
            <w:r>
              <w:rPr>
                <w:b/>
              </w:rPr>
              <w:t>Стоимость</w:t>
            </w:r>
          </w:p>
        </w:tc>
        <w:tc>
          <w:tcPr>
            <w:tcW w:w="0" w:type="auto"/>
            <w:shd w:val="clear" w:color="auto" w:fill="E2F0D9"/>
          </w:tcPr>
          <w:p w14:paraId="5FC175A2" w14:textId="77777777" w:rsidR="00F04CBD" w:rsidRDefault="00B4275B">
            <w:pPr>
              <w:jc w:val="center"/>
            </w:pPr>
            <w:r>
              <w:rPr>
                <w:b/>
              </w:rPr>
              <w:t>Год цен</w:t>
            </w:r>
          </w:p>
        </w:tc>
        <w:tc>
          <w:tcPr>
            <w:tcW w:w="0" w:type="auto"/>
            <w:shd w:val="clear" w:color="auto" w:fill="E2F0D9"/>
          </w:tcPr>
          <w:p w14:paraId="1BCAACC8" w14:textId="77777777" w:rsidR="00F04CBD" w:rsidRDefault="00B4275B">
            <w:pPr>
              <w:jc w:val="center"/>
            </w:pPr>
            <w:r>
              <w:rPr>
                <w:b/>
              </w:rPr>
              <w:t>Налог на добавленную стоимость</w:t>
            </w:r>
          </w:p>
        </w:tc>
        <w:tc>
          <w:tcPr>
            <w:tcW w:w="0" w:type="auto"/>
            <w:shd w:val="clear" w:color="auto" w:fill="E2F0D9"/>
          </w:tcPr>
          <w:p w14:paraId="495341D5" w14:textId="77777777" w:rsidR="00F04CBD" w:rsidRDefault="00B4275B">
            <w:pPr>
              <w:jc w:val="center"/>
            </w:pPr>
            <w:r>
              <w:rPr>
                <w:b/>
              </w:rPr>
              <w:t>Характер величины</w:t>
            </w:r>
          </w:p>
        </w:tc>
        <w:tc>
          <w:tcPr>
            <w:tcW w:w="0" w:type="auto"/>
            <w:shd w:val="clear" w:color="auto" w:fill="E2F0D9"/>
          </w:tcPr>
          <w:p w14:paraId="1A1165AB" w14:textId="77777777" w:rsidR="00F04CBD" w:rsidRDefault="00B4275B">
            <w:pPr>
              <w:jc w:val="center"/>
            </w:pPr>
            <w:r>
              <w:rPr>
                <w:b/>
              </w:rPr>
              <w:t>Возможность суммирования</w:t>
            </w:r>
          </w:p>
        </w:tc>
      </w:tr>
      <w:tr w:rsidR="00F04CBD" w:rsidRPr="00C07C05" w14:paraId="4C021458" w14:textId="77777777">
        <w:trPr>
          <w:cantSplit/>
          <w:jc w:val="center"/>
        </w:trPr>
        <w:tc>
          <w:tcPr>
            <w:tcW w:w="0" w:type="auto"/>
          </w:tcPr>
          <w:p w14:paraId="536D09D0" w14:textId="77777777" w:rsidR="00F04CBD" w:rsidRPr="00794D67" w:rsidRDefault="00B4275B">
            <w:pPr>
              <w:rPr>
                <w:lang w:val="ru-RU"/>
              </w:rPr>
            </w:pPr>
            <w:r w:rsidRPr="00794D67">
              <w:rPr>
                <w:lang w:val="ru-RU"/>
              </w:rPr>
              <w:t>Перевод источников на природный газ</w:t>
            </w:r>
          </w:p>
        </w:tc>
        <w:tc>
          <w:tcPr>
            <w:tcW w:w="0" w:type="auto"/>
          </w:tcPr>
          <w:p w14:paraId="191E5006" w14:textId="77777777" w:rsidR="00F04CBD" w:rsidRDefault="00B4275B">
            <w:pPr>
              <w:jc w:val="center"/>
            </w:pPr>
            <w:r>
              <w:t>по источникам, см. таблицу 12.6</w:t>
            </w:r>
          </w:p>
        </w:tc>
        <w:tc>
          <w:tcPr>
            <w:tcW w:w="0" w:type="auto"/>
          </w:tcPr>
          <w:p w14:paraId="3AF0B964" w14:textId="77777777" w:rsidR="00F04CBD" w:rsidRDefault="00B4275B">
            <w:pPr>
              <w:jc w:val="center"/>
            </w:pPr>
            <w:r>
              <w:t>2024</w:t>
            </w:r>
          </w:p>
        </w:tc>
        <w:tc>
          <w:tcPr>
            <w:tcW w:w="0" w:type="auto"/>
          </w:tcPr>
          <w:p w14:paraId="4005088C" w14:textId="77777777" w:rsidR="00F04CBD" w:rsidRDefault="00B4275B">
            <w:pPr>
              <w:jc w:val="center"/>
            </w:pPr>
            <w:r>
              <w:t>включён</w:t>
            </w:r>
          </w:p>
        </w:tc>
        <w:tc>
          <w:tcPr>
            <w:tcW w:w="0" w:type="auto"/>
          </w:tcPr>
          <w:p w14:paraId="1C25A6D2" w14:textId="77777777" w:rsidR="00F04CBD" w:rsidRDefault="00B4275B">
            <w:pPr>
              <w:jc w:val="center"/>
            </w:pPr>
            <w:r>
              <w:t>ориентировочная оценка эксплуатирующей организации</w:t>
            </w:r>
          </w:p>
        </w:tc>
        <w:tc>
          <w:tcPr>
            <w:tcW w:w="0" w:type="auto"/>
          </w:tcPr>
          <w:p w14:paraId="6B7D9676" w14:textId="77777777" w:rsidR="00F04CBD" w:rsidRPr="00794D67" w:rsidRDefault="00B4275B">
            <w:pPr>
              <w:jc w:val="center"/>
              <w:rPr>
                <w:lang w:val="ru-RU"/>
              </w:rPr>
            </w:pPr>
            <w:r w:rsidRPr="00794D67">
              <w:rPr>
                <w:lang w:val="ru-RU"/>
              </w:rPr>
              <w:t>допускается в пределах ценового базиса 2024 года</w:t>
            </w:r>
          </w:p>
        </w:tc>
      </w:tr>
      <w:tr w:rsidR="00F04CBD" w:rsidRPr="00C07C05" w14:paraId="6932959D" w14:textId="77777777">
        <w:trPr>
          <w:cantSplit/>
          <w:jc w:val="center"/>
        </w:trPr>
        <w:tc>
          <w:tcPr>
            <w:tcW w:w="0" w:type="auto"/>
          </w:tcPr>
          <w:p w14:paraId="06D347F8" w14:textId="77777777" w:rsidR="00F04CBD" w:rsidRPr="00794D67" w:rsidRDefault="00B4275B">
            <w:pPr>
              <w:rPr>
                <w:lang w:val="ru-RU"/>
              </w:rPr>
            </w:pPr>
            <w:r w:rsidRPr="00794D67">
              <w:rPr>
                <w:lang w:val="ru-RU"/>
              </w:rPr>
              <w:t>Перевод открытых систем горячего водоснабжения</w:t>
            </w:r>
          </w:p>
        </w:tc>
        <w:tc>
          <w:tcPr>
            <w:tcW w:w="0" w:type="auto"/>
          </w:tcPr>
          <w:p w14:paraId="727C99F5" w14:textId="77777777" w:rsidR="00F04CBD" w:rsidRDefault="00B4275B">
            <w:pPr>
              <w:jc w:val="center"/>
            </w:pPr>
            <w:r>
              <w:t>434 441,0 тыс. руб.</w:t>
            </w:r>
          </w:p>
        </w:tc>
        <w:tc>
          <w:tcPr>
            <w:tcW w:w="0" w:type="auto"/>
          </w:tcPr>
          <w:p w14:paraId="312B33EE" w14:textId="77777777" w:rsidR="00F04CBD" w:rsidRDefault="00B4275B">
            <w:pPr>
              <w:jc w:val="center"/>
            </w:pPr>
            <w:r>
              <w:t>2021</w:t>
            </w:r>
          </w:p>
        </w:tc>
        <w:tc>
          <w:tcPr>
            <w:tcW w:w="0" w:type="auto"/>
          </w:tcPr>
          <w:p w14:paraId="617408E7" w14:textId="77777777" w:rsidR="00F04CBD" w:rsidRDefault="00B4275B">
            <w:pPr>
              <w:jc w:val="center"/>
            </w:pPr>
            <w:r>
              <w:t>не включён</w:t>
            </w:r>
          </w:p>
        </w:tc>
        <w:tc>
          <w:tcPr>
            <w:tcW w:w="0" w:type="auto"/>
          </w:tcPr>
          <w:p w14:paraId="3B865EC9" w14:textId="77777777" w:rsidR="00F04CBD" w:rsidRPr="00794D67" w:rsidRDefault="00B4275B">
            <w:pPr>
              <w:jc w:val="center"/>
              <w:rPr>
                <w:lang w:val="ru-RU"/>
              </w:rPr>
            </w:pPr>
            <w:r w:rsidRPr="00794D67">
              <w:rPr>
                <w:lang w:val="ru-RU"/>
              </w:rPr>
              <w:t>ранее оценённая величина схем поселений</w:t>
            </w:r>
          </w:p>
        </w:tc>
        <w:tc>
          <w:tcPr>
            <w:tcW w:w="0" w:type="auto"/>
          </w:tcPr>
          <w:p w14:paraId="2CEF08D5" w14:textId="77777777" w:rsidR="00F04CBD" w:rsidRPr="00794D67" w:rsidRDefault="00B4275B">
            <w:pPr>
              <w:jc w:val="center"/>
              <w:rPr>
                <w:lang w:val="ru-RU"/>
              </w:rPr>
            </w:pPr>
            <w:r w:rsidRPr="00794D67">
              <w:rPr>
                <w:lang w:val="ru-RU"/>
              </w:rPr>
              <w:t>не допускается — иной ценовой базис</w:t>
            </w:r>
          </w:p>
        </w:tc>
      </w:tr>
      <w:tr w:rsidR="00F04CBD" w14:paraId="598F346C" w14:textId="77777777">
        <w:trPr>
          <w:cantSplit/>
          <w:jc w:val="center"/>
        </w:trPr>
        <w:tc>
          <w:tcPr>
            <w:tcW w:w="0" w:type="auto"/>
          </w:tcPr>
          <w:p w14:paraId="54A297C1" w14:textId="77777777" w:rsidR="00F04CBD" w:rsidRDefault="00B4275B">
            <w:r>
              <w:t>Мероприятия по надёжности</w:t>
            </w:r>
          </w:p>
        </w:tc>
        <w:tc>
          <w:tcPr>
            <w:tcW w:w="0" w:type="auto"/>
          </w:tcPr>
          <w:p w14:paraId="7CA49A48" w14:textId="77777777" w:rsidR="00F04CBD" w:rsidRDefault="00B4275B">
            <w:pPr>
              <w:jc w:val="center"/>
            </w:pPr>
            <w:r>
              <w:t>подлежит определению</w:t>
            </w:r>
          </w:p>
        </w:tc>
        <w:tc>
          <w:tcPr>
            <w:tcW w:w="0" w:type="auto"/>
          </w:tcPr>
          <w:p w14:paraId="51BFADD2" w14:textId="77777777" w:rsidR="00F04CBD" w:rsidRDefault="00B4275B">
            <w:pPr>
              <w:jc w:val="center"/>
            </w:pPr>
            <w:r>
              <w:t>—</w:t>
            </w:r>
          </w:p>
        </w:tc>
        <w:tc>
          <w:tcPr>
            <w:tcW w:w="0" w:type="auto"/>
          </w:tcPr>
          <w:p w14:paraId="417C4042" w14:textId="77777777" w:rsidR="00F04CBD" w:rsidRDefault="00B4275B">
            <w:pPr>
              <w:jc w:val="center"/>
            </w:pPr>
            <w:r>
              <w:t>—</w:t>
            </w:r>
          </w:p>
        </w:tc>
        <w:tc>
          <w:tcPr>
            <w:tcW w:w="0" w:type="auto"/>
          </w:tcPr>
          <w:p w14:paraId="56B9FE30" w14:textId="77777777" w:rsidR="00F04CBD" w:rsidRDefault="00B4275B">
            <w:pPr>
              <w:jc w:val="center"/>
            </w:pPr>
            <w:r>
              <w:t>техническое решение не определено</w:t>
            </w:r>
          </w:p>
        </w:tc>
        <w:tc>
          <w:tcPr>
            <w:tcW w:w="0" w:type="auto"/>
          </w:tcPr>
          <w:p w14:paraId="38596BF4" w14:textId="77777777" w:rsidR="00F04CBD" w:rsidRDefault="00B4275B">
            <w:pPr>
              <w:jc w:val="center"/>
            </w:pPr>
            <w:r>
              <w:t>не применимо</w:t>
            </w:r>
          </w:p>
        </w:tc>
      </w:tr>
      <w:tr w:rsidR="00F04CBD" w14:paraId="76A95A1A" w14:textId="77777777">
        <w:trPr>
          <w:cantSplit/>
          <w:jc w:val="center"/>
        </w:trPr>
        <w:tc>
          <w:tcPr>
            <w:tcW w:w="0" w:type="auto"/>
          </w:tcPr>
          <w:p w14:paraId="65DB09B2" w14:textId="77777777" w:rsidR="00F04CBD" w:rsidRDefault="00B4275B">
            <w:r>
              <w:t>Повышение экологических характеристик</w:t>
            </w:r>
          </w:p>
        </w:tc>
        <w:tc>
          <w:tcPr>
            <w:tcW w:w="0" w:type="auto"/>
          </w:tcPr>
          <w:p w14:paraId="1F0FD22D" w14:textId="77777777" w:rsidR="00F04CBD" w:rsidRDefault="00B4275B">
            <w:pPr>
              <w:jc w:val="center"/>
            </w:pPr>
            <w:r>
              <w:t>подлежит определению</w:t>
            </w:r>
          </w:p>
        </w:tc>
        <w:tc>
          <w:tcPr>
            <w:tcW w:w="0" w:type="auto"/>
          </w:tcPr>
          <w:p w14:paraId="3CFEBA07" w14:textId="77777777" w:rsidR="00F04CBD" w:rsidRDefault="00B4275B">
            <w:pPr>
              <w:jc w:val="center"/>
            </w:pPr>
            <w:r>
              <w:t>—</w:t>
            </w:r>
          </w:p>
        </w:tc>
        <w:tc>
          <w:tcPr>
            <w:tcW w:w="0" w:type="auto"/>
          </w:tcPr>
          <w:p w14:paraId="1333626E" w14:textId="77777777" w:rsidR="00F04CBD" w:rsidRDefault="00B4275B">
            <w:pPr>
              <w:jc w:val="center"/>
            </w:pPr>
            <w:r>
              <w:t>—</w:t>
            </w:r>
          </w:p>
        </w:tc>
        <w:tc>
          <w:tcPr>
            <w:tcW w:w="0" w:type="auto"/>
          </w:tcPr>
          <w:p w14:paraId="3553DF2B" w14:textId="77777777" w:rsidR="00F04CBD" w:rsidRDefault="00B4275B">
            <w:pPr>
              <w:jc w:val="center"/>
            </w:pPr>
            <w:r>
              <w:t>техническое решение не определено</w:t>
            </w:r>
          </w:p>
        </w:tc>
        <w:tc>
          <w:tcPr>
            <w:tcW w:w="0" w:type="auto"/>
          </w:tcPr>
          <w:p w14:paraId="6DA539DA" w14:textId="77777777" w:rsidR="00F04CBD" w:rsidRDefault="00B4275B">
            <w:pPr>
              <w:jc w:val="center"/>
            </w:pPr>
            <w:r>
              <w:t>не применимо</w:t>
            </w:r>
          </w:p>
        </w:tc>
      </w:tr>
    </w:tbl>
    <w:p w14:paraId="59F285AA" w14:textId="77777777" w:rsidR="007A5E59" w:rsidRPr="001F1187" w:rsidRDefault="0095198F">
      <w:pPr>
        <w:spacing w:before="1200"/>
        <w:jc w:val="center"/>
        <w:rPr>
          <w:lang w:val="ru-RU"/>
        </w:rPr>
      </w:pPr>
      <w:r w:rsidRPr="00794D67">
        <w:rPr>
          <w:lang w:val="ru-RU"/>
        </w:rPr>
        <w:t>Состав ориентировочной стоимости перевода на природный газ в исходных материалах не раскрыт: включение проектных, строительно-монтажных работ и стоимости оборудования отдельно не указано. Это ограничивает применение величин на стадии формирования инвестиционной программы.</w:t>
      </w:r>
    </w:p>
    <w:p w14:paraId="47FEAC17" w14:textId="77777777" w:rsidR="007A5E59" w:rsidRPr="001F1187" w:rsidRDefault="0095198F">
      <w:pPr>
        <w:pStyle w:val="21"/>
        <w:spacing w:before="1200"/>
        <w:jc w:val="center"/>
        <w:rPr>
          <w:lang w:val="ru-RU"/>
        </w:rPr>
      </w:pPr>
      <w:bookmarkStart w:id="96" w:name="_Toc238015687"/>
      <w:r w:rsidRPr="00794D67">
        <w:rPr>
          <w:lang w:val="ru-RU"/>
        </w:rPr>
        <w:t>12.3. Технико-экономическое сравнение вариантов перевода источников на природный газ</w:t>
      </w:r>
      <w:bookmarkEnd w:id="96"/>
    </w:p>
    <w:p w14:paraId="101CC653" w14:textId="77777777" w:rsidR="007A5E59" w:rsidRPr="001F1187" w:rsidRDefault="0095198F">
      <w:pPr>
        <w:spacing w:before="1200"/>
        <w:jc w:val="center"/>
        <w:rPr>
          <w:lang w:val="ru-RU"/>
        </w:rPr>
      </w:pPr>
      <w:r w:rsidRPr="00794D67">
        <w:rPr>
          <w:lang w:val="ru-RU"/>
        </w:rPr>
        <w:t>По восьми источникам эксплуатирующей организацией рассмотрено по два технических варианта: установка новых газовых котлоагрегатов и перевод существующих котлоагрегатов на газовое топливо. По двум источникам рассмотрен один вариант. Сопоставление выполнено в едином ценовом базисе 2024 года с налогом на добавленную стоимость.</w:t>
      </w:r>
    </w:p>
    <w:p w14:paraId="3AF11B12" w14:textId="77777777" w:rsidR="00F04CBD" w:rsidRPr="00794D67" w:rsidRDefault="00B4275B">
      <w:pPr>
        <w:keepNext/>
        <w:spacing w:before="160"/>
        <w:rPr>
          <w:lang w:val="ru-RU"/>
        </w:rPr>
      </w:pPr>
      <w:r w:rsidRPr="00794D67">
        <w:rPr>
          <w:b/>
          <w:lang w:val="ru-RU"/>
        </w:rPr>
        <w:t>Таблица 12.3 — Сравнение вариантов перевода на природный газ, тыс. руб.</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635"/>
        <w:gridCol w:w="1954"/>
        <w:gridCol w:w="2004"/>
        <w:gridCol w:w="1312"/>
        <w:gridCol w:w="2440"/>
      </w:tblGrid>
      <w:tr w:rsidR="00F04CBD" w14:paraId="548C246E" w14:textId="77777777">
        <w:trPr>
          <w:cantSplit/>
          <w:tblHeader/>
          <w:jc w:val="center"/>
        </w:trPr>
        <w:tc>
          <w:tcPr>
            <w:tcW w:w="0" w:type="auto"/>
            <w:shd w:val="clear" w:color="auto" w:fill="E2F0D9"/>
          </w:tcPr>
          <w:p w14:paraId="4EA84EDD" w14:textId="77777777" w:rsidR="00F04CBD" w:rsidRDefault="00B4275B">
            <w:pPr>
              <w:jc w:val="center"/>
            </w:pPr>
            <w:r>
              <w:rPr>
                <w:b/>
              </w:rPr>
              <w:t>Источник</w:t>
            </w:r>
          </w:p>
        </w:tc>
        <w:tc>
          <w:tcPr>
            <w:tcW w:w="0" w:type="auto"/>
            <w:shd w:val="clear" w:color="auto" w:fill="E2F0D9"/>
          </w:tcPr>
          <w:p w14:paraId="29E65F82" w14:textId="77777777" w:rsidR="00F04CBD" w:rsidRDefault="00B4275B">
            <w:pPr>
              <w:jc w:val="center"/>
            </w:pPr>
            <w:r>
              <w:rPr>
                <w:b/>
              </w:rPr>
              <w:t>Установка новых котлоагрегатов</w:t>
            </w:r>
          </w:p>
        </w:tc>
        <w:tc>
          <w:tcPr>
            <w:tcW w:w="0" w:type="auto"/>
            <w:shd w:val="clear" w:color="auto" w:fill="E2F0D9"/>
          </w:tcPr>
          <w:p w14:paraId="05EAD54C" w14:textId="77777777" w:rsidR="00F04CBD" w:rsidRDefault="00B4275B">
            <w:pPr>
              <w:jc w:val="center"/>
            </w:pPr>
            <w:r>
              <w:rPr>
                <w:b/>
              </w:rPr>
              <w:t>Перевод существующих котлоагрегатов</w:t>
            </w:r>
          </w:p>
        </w:tc>
        <w:tc>
          <w:tcPr>
            <w:tcW w:w="0" w:type="auto"/>
            <w:shd w:val="clear" w:color="auto" w:fill="E2F0D9"/>
          </w:tcPr>
          <w:p w14:paraId="1D057AA3" w14:textId="77777777" w:rsidR="00F04CBD" w:rsidRDefault="00B4275B">
            <w:pPr>
              <w:jc w:val="center"/>
            </w:pPr>
            <w:r>
              <w:rPr>
                <w:b/>
              </w:rPr>
              <w:t>Меньшая стоимость</w:t>
            </w:r>
          </w:p>
        </w:tc>
        <w:tc>
          <w:tcPr>
            <w:tcW w:w="0" w:type="auto"/>
            <w:shd w:val="clear" w:color="auto" w:fill="E2F0D9"/>
          </w:tcPr>
          <w:p w14:paraId="763E7144" w14:textId="77777777" w:rsidR="00F04CBD" w:rsidRDefault="00B4275B">
            <w:pPr>
              <w:jc w:val="center"/>
            </w:pPr>
            <w:r>
              <w:rPr>
                <w:b/>
              </w:rPr>
              <w:t>Предпочтительный по стоимости вариант</w:t>
            </w:r>
          </w:p>
        </w:tc>
      </w:tr>
      <w:tr w:rsidR="00F04CBD" w14:paraId="3A30ADC2" w14:textId="77777777">
        <w:trPr>
          <w:cantSplit/>
          <w:jc w:val="center"/>
        </w:trPr>
        <w:tc>
          <w:tcPr>
            <w:tcW w:w="0" w:type="auto"/>
          </w:tcPr>
          <w:p w14:paraId="1F5E6B00" w14:textId="77777777" w:rsidR="00F04CBD" w:rsidRDefault="00B4275B">
            <w:r>
              <w:t>УПК № 1 «Таштагол»</w:t>
            </w:r>
          </w:p>
        </w:tc>
        <w:tc>
          <w:tcPr>
            <w:tcW w:w="0" w:type="auto"/>
          </w:tcPr>
          <w:p w14:paraId="043BAD14" w14:textId="77777777" w:rsidR="00F04CBD" w:rsidRDefault="00B4275B">
            <w:pPr>
              <w:jc w:val="center"/>
            </w:pPr>
            <w:r>
              <w:t>не рассматривался</w:t>
            </w:r>
          </w:p>
        </w:tc>
        <w:tc>
          <w:tcPr>
            <w:tcW w:w="0" w:type="auto"/>
          </w:tcPr>
          <w:p w14:paraId="006B9616" w14:textId="77777777" w:rsidR="00F04CBD" w:rsidRDefault="00B4275B">
            <w:pPr>
              <w:jc w:val="center"/>
            </w:pPr>
            <w:r>
              <w:t>382 000,0</w:t>
            </w:r>
          </w:p>
        </w:tc>
        <w:tc>
          <w:tcPr>
            <w:tcW w:w="0" w:type="auto"/>
          </w:tcPr>
          <w:p w14:paraId="3A6977D9" w14:textId="77777777" w:rsidR="00F04CBD" w:rsidRDefault="00B4275B">
            <w:pPr>
              <w:jc w:val="center"/>
            </w:pPr>
            <w:r>
              <w:t>382000,0</w:t>
            </w:r>
          </w:p>
        </w:tc>
        <w:tc>
          <w:tcPr>
            <w:tcW w:w="0" w:type="auto"/>
          </w:tcPr>
          <w:p w14:paraId="7B279FF7" w14:textId="77777777" w:rsidR="00F04CBD" w:rsidRDefault="00B4275B">
            <w:pPr>
              <w:jc w:val="center"/>
            </w:pPr>
            <w:r>
              <w:t>перевод существующих</w:t>
            </w:r>
          </w:p>
        </w:tc>
      </w:tr>
      <w:tr w:rsidR="00F04CBD" w14:paraId="0E265501" w14:textId="77777777">
        <w:trPr>
          <w:cantSplit/>
          <w:jc w:val="center"/>
        </w:trPr>
        <w:tc>
          <w:tcPr>
            <w:tcW w:w="0" w:type="auto"/>
          </w:tcPr>
          <w:p w14:paraId="7886BC05" w14:textId="77777777" w:rsidR="00F04CBD" w:rsidRDefault="00B4275B">
            <w:r>
              <w:t>УПК № 2 «Шалым»</w:t>
            </w:r>
          </w:p>
        </w:tc>
        <w:tc>
          <w:tcPr>
            <w:tcW w:w="0" w:type="auto"/>
          </w:tcPr>
          <w:p w14:paraId="63E81622" w14:textId="77777777" w:rsidR="00F04CBD" w:rsidRDefault="00B4275B">
            <w:pPr>
              <w:jc w:val="center"/>
            </w:pPr>
            <w:r>
              <w:t>59 289,0</w:t>
            </w:r>
          </w:p>
        </w:tc>
        <w:tc>
          <w:tcPr>
            <w:tcW w:w="0" w:type="auto"/>
          </w:tcPr>
          <w:p w14:paraId="59A5FC2E" w14:textId="77777777" w:rsidR="00F04CBD" w:rsidRDefault="00B4275B">
            <w:pPr>
              <w:jc w:val="center"/>
            </w:pPr>
            <w:r>
              <w:t>53 360,0</w:t>
            </w:r>
          </w:p>
        </w:tc>
        <w:tc>
          <w:tcPr>
            <w:tcW w:w="0" w:type="auto"/>
          </w:tcPr>
          <w:p w14:paraId="4FC844C8" w14:textId="77777777" w:rsidR="00F04CBD" w:rsidRDefault="00B4275B">
            <w:pPr>
              <w:jc w:val="center"/>
            </w:pPr>
            <w:r>
              <w:t>53360,0</w:t>
            </w:r>
          </w:p>
        </w:tc>
        <w:tc>
          <w:tcPr>
            <w:tcW w:w="0" w:type="auto"/>
          </w:tcPr>
          <w:p w14:paraId="51037EDA" w14:textId="77777777" w:rsidR="00F04CBD" w:rsidRDefault="00B4275B">
            <w:pPr>
              <w:jc w:val="center"/>
            </w:pPr>
            <w:r>
              <w:t>перевод существующих</w:t>
            </w:r>
          </w:p>
        </w:tc>
      </w:tr>
      <w:tr w:rsidR="00F04CBD" w14:paraId="4A953813" w14:textId="77777777">
        <w:trPr>
          <w:cantSplit/>
          <w:jc w:val="center"/>
        </w:trPr>
        <w:tc>
          <w:tcPr>
            <w:tcW w:w="0" w:type="auto"/>
          </w:tcPr>
          <w:p w14:paraId="6F97B8BD" w14:textId="77777777" w:rsidR="00F04CBD" w:rsidRDefault="00B4275B">
            <w:r>
              <w:t>УПК № 2 «ЦМК»</w:t>
            </w:r>
          </w:p>
        </w:tc>
        <w:tc>
          <w:tcPr>
            <w:tcW w:w="0" w:type="auto"/>
          </w:tcPr>
          <w:p w14:paraId="2A971F66" w14:textId="77777777" w:rsidR="00F04CBD" w:rsidRDefault="00B4275B">
            <w:pPr>
              <w:jc w:val="center"/>
            </w:pPr>
            <w:r>
              <w:t>29 644,0</w:t>
            </w:r>
          </w:p>
        </w:tc>
        <w:tc>
          <w:tcPr>
            <w:tcW w:w="0" w:type="auto"/>
          </w:tcPr>
          <w:p w14:paraId="029C65E6" w14:textId="77777777" w:rsidR="00F04CBD" w:rsidRDefault="00B4275B">
            <w:pPr>
              <w:jc w:val="center"/>
            </w:pPr>
            <w:r>
              <w:t>26 680,0</w:t>
            </w:r>
          </w:p>
        </w:tc>
        <w:tc>
          <w:tcPr>
            <w:tcW w:w="0" w:type="auto"/>
          </w:tcPr>
          <w:p w14:paraId="44FDD3DD" w14:textId="77777777" w:rsidR="00F04CBD" w:rsidRDefault="00B4275B">
            <w:pPr>
              <w:jc w:val="center"/>
            </w:pPr>
            <w:r>
              <w:t>26680,0</w:t>
            </w:r>
          </w:p>
        </w:tc>
        <w:tc>
          <w:tcPr>
            <w:tcW w:w="0" w:type="auto"/>
          </w:tcPr>
          <w:p w14:paraId="58B59EAD" w14:textId="77777777" w:rsidR="00F04CBD" w:rsidRDefault="00B4275B">
            <w:pPr>
              <w:jc w:val="center"/>
            </w:pPr>
            <w:r>
              <w:t>перевод существующих</w:t>
            </w:r>
          </w:p>
        </w:tc>
      </w:tr>
      <w:tr w:rsidR="00F04CBD" w14:paraId="34757CE9" w14:textId="77777777">
        <w:trPr>
          <w:cantSplit/>
          <w:jc w:val="center"/>
        </w:trPr>
        <w:tc>
          <w:tcPr>
            <w:tcW w:w="0" w:type="auto"/>
          </w:tcPr>
          <w:p w14:paraId="599519F3" w14:textId="77777777" w:rsidR="00F04CBD" w:rsidRDefault="00B4275B">
            <w:r>
              <w:t>УПК № 3 «Спасск»</w:t>
            </w:r>
          </w:p>
        </w:tc>
        <w:tc>
          <w:tcPr>
            <w:tcW w:w="0" w:type="auto"/>
          </w:tcPr>
          <w:p w14:paraId="48117271" w14:textId="77777777" w:rsidR="00F04CBD" w:rsidRDefault="00B4275B">
            <w:pPr>
              <w:jc w:val="center"/>
            </w:pPr>
            <w:r>
              <w:t>29 644,0</w:t>
            </w:r>
          </w:p>
        </w:tc>
        <w:tc>
          <w:tcPr>
            <w:tcW w:w="0" w:type="auto"/>
          </w:tcPr>
          <w:p w14:paraId="606039DB" w14:textId="77777777" w:rsidR="00F04CBD" w:rsidRDefault="00B4275B">
            <w:pPr>
              <w:jc w:val="center"/>
            </w:pPr>
            <w:r>
              <w:t>не рассматривался</w:t>
            </w:r>
          </w:p>
        </w:tc>
        <w:tc>
          <w:tcPr>
            <w:tcW w:w="0" w:type="auto"/>
          </w:tcPr>
          <w:p w14:paraId="66987A78" w14:textId="77777777" w:rsidR="00F04CBD" w:rsidRDefault="00B4275B">
            <w:pPr>
              <w:jc w:val="center"/>
            </w:pPr>
            <w:r>
              <w:t>29644,0</w:t>
            </w:r>
          </w:p>
        </w:tc>
        <w:tc>
          <w:tcPr>
            <w:tcW w:w="0" w:type="auto"/>
          </w:tcPr>
          <w:p w14:paraId="029F4DBA" w14:textId="77777777" w:rsidR="00F04CBD" w:rsidRDefault="00B4275B">
            <w:pPr>
              <w:jc w:val="center"/>
            </w:pPr>
            <w:r>
              <w:t>установка новых</w:t>
            </w:r>
          </w:p>
        </w:tc>
      </w:tr>
      <w:tr w:rsidR="00F04CBD" w14:paraId="73D61C7F" w14:textId="77777777">
        <w:trPr>
          <w:cantSplit/>
          <w:jc w:val="center"/>
        </w:trPr>
        <w:tc>
          <w:tcPr>
            <w:tcW w:w="0" w:type="auto"/>
          </w:tcPr>
          <w:p w14:paraId="1A45D429" w14:textId="77777777" w:rsidR="00F04CBD" w:rsidRDefault="00B4275B">
            <w:r>
              <w:t>УПК № 5 «Новый Шерегеш»</w:t>
            </w:r>
          </w:p>
        </w:tc>
        <w:tc>
          <w:tcPr>
            <w:tcW w:w="0" w:type="auto"/>
          </w:tcPr>
          <w:p w14:paraId="03E8E764" w14:textId="77777777" w:rsidR="00F04CBD" w:rsidRDefault="00B4275B">
            <w:pPr>
              <w:jc w:val="center"/>
            </w:pPr>
            <w:r>
              <w:t>652 186,0</w:t>
            </w:r>
          </w:p>
        </w:tc>
        <w:tc>
          <w:tcPr>
            <w:tcW w:w="0" w:type="auto"/>
          </w:tcPr>
          <w:p w14:paraId="1901872D" w14:textId="77777777" w:rsidR="00F04CBD" w:rsidRDefault="00B4275B">
            <w:pPr>
              <w:jc w:val="center"/>
            </w:pPr>
            <w:r>
              <w:t>423 920,0</w:t>
            </w:r>
          </w:p>
        </w:tc>
        <w:tc>
          <w:tcPr>
            <w:tcW w:w="0" w:type="auto"/>
          </w:tcPr>
          <w:p w14:paraId="6AAB8464" w14:textId="77777777" w:rsidR="00F04CBD" w:rsidRDefault="00B4275B">
            <w:pPr>
              <w:jc w:val="center"/>
            </w:pPr>
            <w:r>
              <w:t>423920,0</w:t>
            </w:r>
          </w:p>
        </w:tc>
        <w:tc>
          <w:tcPr>
            <w:tcW w:w="0" w:type="auto"/>
          </w:tcPr>
          <w:p w14:paraId="5102CF43" w14:textId="77777777" w:rsidR="00F04CBD" w:rsidRDefault="00B4275B">
            <w:pPr>
              <w:jc w:val="center"/>
            </w:pPr>
            <w:r>
              <w:t>перевод существующих</w:t>
            </w:r>
          </w:p>
        </w:tc>
      </w:tr>
      <w:tr w:rsidR="00F04CBD" w14:paraId="4E251E47" w14:textId="77777777">
        <w:trPr>
          <w:cantSplit/>
          <w:jc w:val="center"/>
        </w:trPr>
        <w:tc>
          <w:tcPr>
            <w:tcW w:w="0" w:type="auto"/>
          </w:tcPr>
          <w:p w14:paraId="78102833" w14:textId="77777777" w:rsidR="00F04CBD" w:rsidRDefault="00B4275B">
            <w:r>
              <w:t>УПК № 6 «Старый Шерегеш»</w:t>
            </w:r>
          </w:p>
        </w:tc>
        <w:tc>
          <w:tcPr>
            <w:tcW w:w="0" w:type="auto"/>
          </w:tcPr>
          <w:p w14:paraId="1EE3144E" w14:textId="77777777" w:rsidR="00F04CBD" w:rsidRDefault="00B4275B">
            <w:pPr>
              <w:jc w:val="center"/>
            </w:pPr>
            <w:r>
              <w:t>41 502,0</w:t>
            </w:r>
          </w:p>
        </w:tc>
        <w:tc>
          <w:tcPr>
            <w:tcW w:w="0" w:type="auto"/>
          </w:tcPr>
          <w:p w14:paraId="088EBDD8" w14:textId="77777777" w:rsidR="00F04CBD" w:rsidRDefault="00B4275B">
            <w:pPr>
              <w:jc w:val="center"/>
            </w:pPr>
            <w:r>
              <w:t>не рассматривался</w:t>
            </w:r>
          </w:p>
        </w:tc>
        <w:tc>
          <w:tcPr>
            <w:tcW w:w="0" w:type="auto"/>
          </w:tcPr>
          <w:p w14:paraId="6715C236" w14:textId="77777777" w:rsidR="00F04CBD" w:rsidRDefault="00B4275B">
            <w:pPr>
              <w:jc w:val="center"/>
            </w:pPr>
            <w:r>
              <w:t>41502,0</w:t>
            </w:r>
          </w:p>
        </w:tc>
        <w:tc>
          <w:tcPr>
            <w:tcW w:w="0" w:type="auto"/>
          </w:tcPr>
          <w:p w14:paraId="48C87B0B" w14:textId="77777777" w:rsidR="00F04CBD" w:rsidRDefault="00B4275B">
            <w:pPr>
              <w:jc w:val="center"/>
            </w:pPr>
            <w:r>
              <w:t>установка новых</w:t>
            </w:r>
          </w:p>
        </w:tc>
      </w:tr>
      <w:tr w:rsidR="00F04CBD" w14:paraId="3EFF1757" w14:textId="77777777">
        <w:trPr>
          <w:cantSplit/>
          <w:jc w:val="center"/>
        </w:trPr>
        <w:tc>
          <w:tcPr>
            <w:tcW w:w="0" w:type="auto"/>
          </w:tcPr>
          <w:p w14:paraId="01075600" w14:textId="77777777" w:rsidR="00F04CBD" w:rsidRDefault="00B4275B">
            <w:r>
              <w:t>УПК № 7 «Каз»</w:t>
            </w:r>
          </w:p>
        </w:tc>
        <w:tc>
          <w:tcPr>
            <w:tcW w:w="0" w:type="auto"/>
          </w:tcPr>
          <w:p w14:paraId="117AE710" w14:textId="77777777" w:rsidR="00F04CBD" w:rsidRDefault="00B4275B">
            <w:pPr>
              <w:jc w:val="center"/>
            </w:pPr>
            <w:r>
              <w:t>177 868,0</w:t>
            </w:r>
          </w:p>
        </w:tc>
        <w:tc>
          <w:tcPr>
            <w:tcW w:w="0" w:type="auto"/>
          </w:tcPr>
          <w:p w14:paraId="32FF18F9" w14:textId="77777777" w:rsidR="00F04CBD" w:rsidRDefault="00B4275B">
            <w:pPr>
              <w:jc w:val="center"/>
            </w:pPr>
            <w:r>
              <w:t>115 614,0</w:t>
            </w:r>
          </w:p>
        </w:tc>
        <w:tc>
          <w:tcPr>
            <w:tcW w:w="0" w:type="auto"/>
          </w:tcPr>
          <w:p w14:paraId="7F6DC45C" w14:textId="77777777" w:rsidR="00F04CBD" w:rsidRDefault="00B4275B">
            <w:pPr>
              <w:jc w:val="center"/>
            </w:pPr>
            <w:r>
              <w:t>115614,0</w:t>
            </w:r>
          </w:p>
        </w:tc>
        <w:tc>
          <w:tcPr>
            <w:tcW w:w="0" w:type="auto"/>
          </w:tcPr>
          <w:p w14:paraId="3112F2F3" w14:textId="77777777" w:rsidR="00F04CBD" w:rsidRDefault="00B4275B">
            <w:pPr>
              <w:jc w:val="center"/>
            </w:pPr>
            <w:r>
              <w:t>перевод существующих</w:t>
            </w:r>
          </w:p>
        </w:tc>
      </w:tr>
      <w:tr w:rsidR="00F04CBD" w14:paraId="5D2B9A2A" w14:textId="77777777">
        <w:trPr>
          <w:cantSplit/>
          <w:jc w:val="center"/>
        </w:trPr>
        <w:tc>
          <w:tcPr>
            <w:tcW w:w="0" w:type="auto"/>
          </w:tcPr>
          <w:p w14:paraId="5B2F2DE2" w14:textId="77777777" w:rsidR="00F04CBD" w:rsidRDefault="00B4275B">
            <w:r>
              <w:t>УПК № 8 «Мундыбаш»</w:t>
            </w:r>
          </w:p>
        </w:tc>
        <w:tc>
          <w:tcPr>
            <w:tcW w:w="0" w:type="auto"/>
          </w:tcPr>
          <w:p w14:paraId="3C0029AB" w14:textId="77777777" w:rsidR="00F04CBD" w:rsidRDefault="00B4275B">
            <w:pPr>
              <w:jc w:val="center"/>
            </w:pPr>
            <w:r>
              <w:t>71 147,0</w:t>
            </w:r>
          </w:p>
        </w:tc>
        <w:tc>
          <w:tcPr>
            <w:tcW w:w="0" w:type="auto"/>
          </w:tcPr>
          <w:p w14:paraId="6D4B548B" w14:textId="77777777" w:rsidR="00F04CBD" w:rsidRDefault="00B4275B">
            <w:pPr>
              <w:jc w:val="center"/>
            </w:pPr>
            <w:r>
              <w:t>78 262,0</w:t>
            </w:r>
          </w:p>
        </w:tc>
        <w:tc>
          <w:tcPr>
            <w:tcW w:w="0" w:type="auto"/>
          </w:tcPr>
          <w:p w14:paraId="7DF74703" w14:textId="77777777" w:rsidR="00F04CBD" w:rsidRDefault="00B4275B">
            <w:pPr>
              <w:jc w:val="center"/>
            </w:pPr>
            <w:r>
              <w:t>71147,0</w:t>
            </w:r>
          </w:p>
        </w:tc>
        <w:tc>
          <w:tcPr>
            <w:tcW w:w="0" w:type="auto"/>
          </w:tcPr>
          <w:p w14:paraId="126C3B4C" w14:textId="77777777" w:rsidR="00F04CBD" w:rsidRDefault="00B4275B">
            <w:pPr>
              <w:jc w:val="center"/>
            </w:pPr>
            <w:r>
              <w:t>установка новых</w:t>
            </w:r>
          </w:p>
        </w:tc>
      </w:tr>
      <w:tr w:rsidR="00F04CBD" w14:paraId="307879FF" w14:textId="77777777">
        <w:trPr>
          <w:cantSplit/>
          <w:jc w:val="center"/>
        </w:trPr>
        <w:tc>
          <w:tcPr>
            <w:tcW w:w="0" w:type="auto"/>
          </w:tcPr>
          <w:p w14:paraId="6CC62901" w14:textId="77777777" w:rsidR="00F04CBD" w:rsidRDefault="00B4275B">
            <w:r>
              <w:t>УПК № 9 «ГРЭ»</w:t>
            </w:r>
          </w:p>
        </w:tc>
        <w:tc>
          <w:tcPr>
            <w:tcW w:w="0" w:type="auto"/>
          </w:tcPr>
          <w:p w14:paraId="091FECD9" w14:textId="77777777" w:rsidR="00F04CBD" w:rsidRDefault="00B4275B">
            <w:pPr>
              <w:jc w:val="center"/>
            </w:pPr>
            <w:r>
              <w:t>17 786,0</w:t>
            </w:r>
          </w:p>
        </w:tc>
        <w:tc>
          <w:tcPr>
            <w:tcW w:w="0" w:type="auto"/>
          </w:tcPr>
          <w:p w14:paraId="28CE0073" w14:textId="77777777" w:rsidR="00F04CBD" w:rsidRDefault="00B4275B">
            <w:pPr>
              <w:jc w:val="center"/>
            </w:pPr>
            <w:r>
              <w:t>не рассматривался</w:t>
            </w:r>
          </w:p>
        </w:tc>
        <w:tc>
          <w:tcPr>
            <w:tcW w:w="0" w:type="auto"/>
          </w:tcPr>
          <w:p w14:paraId="01F3F76D" w14:textId="77777777" w:rsidR="00F04CBD" w:rsidRDefault="00B4275B">
            <w:pPr>
              <w:jc w:val="center"/>
            </w:pPr>
            <w:r>
              <w:t>17786,0</w:t>
            </w:r>
          </w:p>
        </w:tc>
        <w:tc>
          <w:tcPr>
            <w:tcW w:w="0" w:type="auto"/>
          </w:tcPr>
          <w:p w14:paraId="0767B431" w14:textId="77777777" w:rsidR="00F04CBD" w:rsidRDefault="00B4275B">
            <w:pPr>
              <w:jc w:val="center"/>
            </w:pPr>
            <w:r>
              <w:t>установка новых</w:t>
            </w:r>
          </w:p>
        </w:tc>
      </w:tr>
      <w:tr w:rsidR="00F04CBD" w14:paraId="280C6FCA" w14:textId="77777777">
        <w:trPr>
          <w:cantSplit/>
          <w:jc w:val="center"/>
        </w:trPr>
        <w:tc>
          <w:tcPr>
            <w:tcW w:w="0" w:type="auto"/>
          </w:tcPr>
          <w:p w14:paraId="18ECECF8" w14:textId="77777777" w:rsidR="00F04CBD" w:rsidRDefault="00B4275B">
            <w:r>
              <w:t>УПК № 10 «Темир-Тау»</w:t>
            </w:r>
          </w:p>
        </w:tc>
        <w:tc>
          <w:tcPr>
            <w:tcW w:w="0" w:type="auto"/>
          </w:tcPr>
          <w:p w14:paraId="544B994E" w14:textId="77777777" w:rsidR="00F04CBD" w:rsidRDefault="00B4275B">
            <w:pPr>
              <w:jc w:val="center"/>
            </w:pPr>
            <w:r>
              <w:t>71 147,0</w:t>
            </w:r>
          </w:p>
        </w:tc>
        <w:tc>
          <w:tcPr>
            <w:tcW w:w="0" w:type="auto"/>
          </w:tcPr>
          <w:p w14:paraId="73453829" w14:textId="77777777" w:rsidR="00F04CBD" w:rsidRDefault="00B4275B">
            <w:pPr>
              <w:jc w:val="center"/>
            </w:pPr>
            <w:r>
              <w:t>71 000,0</w:t>
            </w:r>
          </w:p>
        </w:tc>
        <w:tc>
          <w:tcPr>
            <w:tcW w:w="0" w:type="auto"/>
          </w:tcPr>
          <w:p w14:paraId="418877ED" w14:textId="77777777" w:rsidR="00F04CBD" w:rsidRDefault="00B4275B">
            <w:pPr>
              <w:jc w:val="center"/>
            </w:pPr>
            <w:r>
              <w:t>71000,0</w:t>
            </w:r>
          </w:p>
        </w:tc>
        <w:tc>
          <w:tcPr>
            <w:tcW w:w="0" w:type="auto"/>
          </w:tcPr>
          <w:p w14:paraId="2B6DA2D4" w14:textId="77777777" w:rsidR="00F04CBD" w:rsidRDefault="00B4275B">
            <w:pPr>
              <w:jc w:val="center"/>
            </w:pPr>
            <w:r>
              <w:t>перевод существующих</w:t>
            </w:r>
          </w:p>
        </w:tc>
      </w:tr>
      <w:tr w:rsidR="00F04CBD" w14:paraId="0D045DF4" w14:textId="77777777">
        <w:trPr>
          <w:cantSplit/>
          <w:jc w:val="center"/>
        </w:trPr>
        <w:tc>
          <w:tcPr>
            <w:tcW w:w="0" w:type="auto"/>
            <w:shd w:val="clear" w:color="auto" w:fill="DBE5F1"/>
          </w:tcPr>
          <w:p w14:paraId="00296AE2" w14:textId="77777777" w:rsidR="00F04CBD" w:rsidRDefault="00B4275B">
            <w:r>
              <w:rPr>
                <w:b/>
              </w:rPr>
              <w:t>Итого по округу</w:t>
            </w:r>
          </w:p>
        </w:tc>
        <w:tc>
          <w:tcPr>
            <w:tcW w:w="0" w:type="auto"/>
            <w:shd w:val="clear" w:color="auto" w:fill="DBE5F1"/>
          </w:tcPr>
          <w:p w14:paraId="4FF6130D" w14:textId="77777777" w:rsidR="00F04CBD" w:rsidRDefault="00B4275B">
            <w:pPr>
              <w:jc w:val="center"/>
            </w:pPr>
            <w:r>
              <w:rPr>
                <w:b/>
              </w:rPr>
              <w:t>—</w:t>
            </w:r>
          </w:p>
        </w:tc>
        <w:tc>
          <w:tcPr>
            <w:tcW w:w="0" w:type="auto"/>
            <w:shd w:val="clear" w:color="auto" w:fill="DBE5F1"/>
          </w:tcPr>
          <w:p w14:paraId="2E45C758" w14:textId="77777777" w:rsidR="00F04CBD" w:rsidRDefault="00B4275B">
            <w:pPr>
              <w:jc w:val="center"/>
            </w:pPr>
            <w:r>
              <w:rPr>
                <w:b/>
              </w:rPr>
              <w:t>—</w:t>
            </w:r>
          </w:p>
        </w:tc>
        <w:tc>
          <w:tcPr>
            <w:tcW w:w="0" w:type="auto"/>
            <w:shd w:val="clear" w:color="auto" w:fill="DBE5F1"/>
          </w:tcPr>
          <w:p w14:paraId="45FD593A" w14:textId="77777777" w:rsidR="00F04CBD" w:rsidRDefault="00B4275B">
            <w:pPr>
              <w:jc w:val="center"/>
            </w:pPr>
            <w:r>
              <w:rPr>
                <w:b/>
              </w:rPr>
              <w:t>1232653,0</w:t>
            </w:r>
          </w:p>
        </w:tc>
        <w:tc>
          <w:tcPr>
            <w:tcW w:w="0" w:type="auto"/>
            <w:shd w:val="clear" w:color="auto" w:fill="DBE5F1"/>
          </w:tcPr>
          <w:p w14:paraId="2354F33E" w14:textId="77777777" w:rsidR="00F04CBD" w:rsidRDefault="00B4275B">
            <w:pPr>
              <w:jc w:val="center"/>
            </w:pPr>
            <w:r>
              <w:rPr>
                <w:b/>
              </w:rPr>
              <w:t>—</w:t>
            </w:r>
          </w:p>
        </w:tc>
      </w:tr>
    </w:tbl>
    <w:p w14:paraId="7B95179A" w14:textId="77777777" w:rsidR="007A5E59" w:rsidRPr="001F1187" w:rsidRDefault="0095198F">
      <w:pPr>
        <w:spacing w:before="1200"/>
        <w:jc w:val="center"/>
        <w:rPr>
          <w:lang w:val="ru-RU"/>
        </w:rPr>
      </w:pPr>
      <w:r w:rsidRPr="00794D67">
        <w:rPr>
          <w:lang w:val="ru-RU"/>
        </w:rPr>
        <w:t>Совокупная стоимость при выборе по каждому источнику варианта с меньшей стоимостью составляет 1 232 653,0 тыс. руб. в ценах 2024 года с налогом на добавленную стоимость. По УПК № 8 «Мундыбаш» дешевле установка новых котлоагрегатов, по УПК № 10 «Темир-Тау» варианты практически равны — различие 147,0 тыс. руб.</w:t>
      </w:r>
    </w:p>
    <w:p w14:paraId="21B77778" w14:textId="77777777" w:rsidR="007A5E59" w:rsidRPr="001F1187" w:rsidRDefault="0095198F">
      <w:pPr>
        <w:spacing w:before="1200"/>
        <w:jc w:val="center"/>
        <w:rPr>
          <w:lang w:val="ru-RU"/>
        </w:rPr>
      </w:pPr>
      <w:r w:rsidRPr="00794D67">
        <w:rPr>
          <w:lang w:val="ru-RU"/>
        </w:rPr>
        <w:t>Стоимостное сопоставление окончательным выбором технического варианта не является: выбор выполняется проектной документацией с учётом состояния котлоагрегатов, остаточного ресурса, компоновки котельной и требований к дымовым трактам. Настоящая схема фиксирует наличие двух проработанных вариантов и их стоимостное соотношение.</w:t>
      </w:r>
    </w:p>
    <w:p w14:paraId="166EE846" w14:textId="77777777" w:rsidR="007A5E59" w:rsidRPr="001F1187" w:rsidRDefault="0095198F">
      <w:pPr>
        <w:pStyle w:val="21"/>
        <w:spacing w:before="1200"/>
        <w:jc w:val="center"/>
        <w:rPr>
          <w:lang w:val="ru-RU"/>
        </w:rPr>
      </w:pPr>
      <w:bookmarkStart w:id="97" w:name="_Toc238015688"/>
      <w:r w:rsidRPr="00794D67">
        <w:rPr>
          <w:lang w:val="ru-RU"/>
        </w:rPr>
        <w:t>12.4. Источники финансирования</w:t>
      </w:r>
      <w:bookmarkEnd w:id="97"/>
    </w:p>
    <w:p w14:paraId="37D18951" w14:textId="77777777" w:rsidR="007A5E59" w:rsidRPr="001F1187" w:rsidRDefault="0095198F">
      <w:pPr>
        <w:spacing w:before="1200"/>
        <w:jc w:val="center"/>
        <w:rPr>
          <w:lang w:val="ru-RU"/>
        </w:rPr>
      </w:pPr>
      <w:r w:rsidRPr="00794D67">
        <w:rPr>
          <w:lang w:val="ru-RU"/>
        </w:rPr>
        <w:t>Правовой рамкой инвестиционной программы теплоснабжающей организации являются статья 23 Федерального закона от 27.07.2010 № 190-ФЗ «О теплоснабжении» и постановление Правительства Российской Федерации от 05.05.2014 № 410, устанавливающее порядок согласования и утверждения инвестиционных программ организаций, осуществляющих регулируемые виды деятельности в сфере теплоснабжения.</w:t>
      </w:r>
    </w:p>
    <w:p w14:paraId="7C8DB1A1" w14:textId="77777777" w:rsidR="00F04CBD" w:rsidRDefault="00B4275B">
      <w:pPr>
        <w:keepNext/>
        <w:spacing w:before="160"/>
      </w:pPr>
      <w:r>
        <w:rPr>
          <w:b/>
        </w:rPr>
        <w:t>Таблица 12.4 — Источники финансирования мероприятий</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578"/>
        <w:gridCol w:w="1967"/>
        <w:gridCol w:w="2092"/>
        <w:gridCol w:w="1811"/>
        <w:gridCol w:w="1897"/>
      </w:tblGrid>
      <w:tr w:rsidR="00F04CBD" w14:paraId="41675240" w14:textId="77777777">
        <w:trPr>
          <w:cantSplit/>
          <w:tblHeader/>
          <w:jc w:val="center"/>
        </w:trPr>
        <w:tc>
          <w:tcPr>
            <w:tcW w:w="0" w:type="auto"/>
            <w:shd w:val="clear" w:color="auto" w:fill="E2F0D9"/>
          </w:tcPr>
          <w:p w14:paraId="62E45915" w14:textId="77777777" w:rsidR="00F04CBD" w:rsidRDefault="00B4275B">
            <w:pPr>
              <w:jc w:val="center"/>
            </w:pPr>
            <w:r>
              <w:rPr>
                <w:b/>
              </w:rPr>
              <w:t>Мероприятия</w:t>
            </w:r>
          </w:p>
        </w:tc>
        <w:tc>
          <w:tcPr>
            <w:tcW w:w="0" w:type="auto"/>
            <w:shd w:val="clear" w:color="auto" w:fill="E2F0D9"/>
          </w:tcPr>
          <w:p w14:paraId="6D3A7489" w14:textId="77777777" w:rsidR="00F04CBD" w:rsidRDefault="00B4275B">
            <w:pPr>
              <w:jc w:val="center"/>
            </w:pPr>
            <w:r>
              <w:rPr>
                <w:b/>
              </w:rPr>
              <w:t>Механизм финансирования</w:t>
            </w:r>
          </w:p>
        </w:tc>
        <w:tc>
          <w:tcPr>
            <w:tcW w:w="0" w:type="auto"/>
            <w:shd w:val="clear" w:color="auto" w:fill="E2F0D9"/>
          </w:tcPr>
          <w:p w14:paraId="769599E9" w14:textId="77777777" w:rsidR="00F04CBD" w:rsidRDefault="00B4275B">
            <w:pPr>
              <w:jc w:val="center"/>
            </w:pPr>
            <w:r>
              <w:rPr>
                <w:b/>
              </w:rPr>
              <w:t>Характер</w:t>
            </w:r>
          </w:p>
        </w:tc>
        <w:tc>
          <w:tcPr>
            <w:tcW w:w="0" w:type="auto"/>
            <w:shd w:val="clear" w:color="auto" w:fill="E2F0D9"/>
          </w:tcPr>
          <w:p w14:paraId="643E8072" w14:textId="77777777" w:rsidR="00F04CBD" w:rsidRDefault="00B4275B">
            <w:pPr>
              <w:jc w:val="center"/>
            </w:pPr>
            <w:r>
              <w:rPr>
                <w:b/>
              </w:rPr>
              <w:t>Основание</w:t>
            </w:r>
          </w:p>
        </w:tc>
        <w:tc>
          <w:tcPr>
            <w:tcW w:w="0" w:type="auto"/>
            <w:shd w:val="clear" w:color="auto" w:fill="E2F0D9"/>
          </w:tcPr>
          <w:p w14:paraId="4CD2788B" w14:textId="77777777" w:rsidR="00F04CBD" w:rsidRDefault="00B4275B">
            <w:pPr>
              <w:jc w:val="center"/>
            </w:pPr>
            <w:r>
              <w:rPr>
                <w:b/>
              </w:rPr>
              <w:t>Примечание</w:t>
            </w:r>
          </w:p>
        </w:tc>
      </w:tr>
      <w:tr w:rsidR="00F04CBD" w:rsidRPr="00C07C05" w14:paraId="7CA01F33" w14:textId="77777777">
        <w:trPr>
          <w:cantSplit/>
          <w:jc w:val="center"/>
        </w:trPr>
        <w:tc>
          <w:tcPr>
            <w:tcW w:w="0" w:type="auto"/>
          </w:tcPr>
          <w:p w14:paraId="33CB2E5A" w14:textId="77777777" w:rsidR="00F04CBD" w:rsidRDefault="00B4275B">
            <w:r>
              <w:t>MS-G-01…MS-G-10</w:t>
            </w:r>
          </w:p>
        </w:tc>
        <w:tc>
          <w:tcPr>
            <w:tcW w:w="0" w:type="auto"/>
          </w:tcPr>
          <w:p w14:paraId="14BE0904" w14:textId="77777777" w:rsidR="00F04CBD" w:rsidRDefault="00B4275B">
            <w:pPr>
              <w:jc w:val="center"/>
            </w:pPr>
            <w:r>
              <w:t>Инвестиционная программа теплоснабжающей организации</w:t>
            </w:r>
          </w:p>
        </w:tc>
        <w:tc>
          <w:tcPr>
            <w:tcW w:w="0" w:type="auto"/>
          </w:tcPr>
          <w:p w14:paraId="596C9B85" w14:textId="77777777" w:rsidR="00F04CBD" w:rsidRDefault="00B4275B">
            <w:pPr>
              <w:jc w:val="center"/>
            </w:pPr>
            <w:r>
              <w:t>предлагаемый</w:t>
            </w:r>
          </w:p>
        </w:tc>
        <w:tc>
          <w:tcPr>
            <w:tcW w:w="0" w:type="auto"/>
          </w:tcPr>
          <w:p w14:paraId="36971894" w14:textId="77777777" w:rsidR="00F04CBD" w:rsidRPr="00794D67" w:rsidRDefault="00B4275B">
            <w:pPr>
              <w:jc w:val="center"/>
              <w:rPr>
                <w:lang w:val="ru-RU"/>
              </w:rPr>
            </w:pPr>
            <w:r w:rsidRPr="00794D67">
              <w:rPr>
                <w:lang w:val="ru-RU"/>
              </w:rPr>
              <w:t>статья 23 Федерального закона от 27.07.2010 № 190-ФЗ; постановление Правительства Российской Федерации от 05.05.2014 № 410</w:t>
            </w:r>
          </w:p>
        </w:tc>
        <w:tc>
          <w:tcPr>
            <w:tcW w:w="0" w:type="auto"/>
          </w:tcPr>
          <w:p w14:paraId="5D96C8BF" w14:textId="77777777" w:rsidR="00F04CBD" w:rsidRPr="00794D67" w:rsidRDefault="00B4275B">
            <w:pPr>
              <w:jc w:val="center"/>
              <w:rPr>
                <w:lang w:val="ru-RU"/>
              </w:rPr>
            </w:pPr>
            <w:r w:rsidRPr="00794D67">
              <w:rPr>
                <w:lang w:val="ru-RU"/>
              </w:rPr>
              <w:t>механизм применим; решение по конкретным мероприятиям не принято</w:t>
            </w:r>
          </w:p>
        </w:tc>
      </w:tr>
      <w:tr w:rsidR="00F04CBD" w:rsidRPr="00C07C05" w14:paraId="7907FA1B" w14:textId="77777777">
        <w:trPr>
          <w:cantSplit/>
          <w:jc w:val="center"/>
        </w:trPr>
        <w:tc>
          <w:tcPr>
            <w:tcW w:w="0" w:type="auto"/>
          </w:tcPr>
          <w:p w14:paraId="25D9E33C" w14:textId="77777777" w:rsidR="00F04CBD" w:rsidRDefault="00B4275B">
            <w:r>
              <w:t>MS-G-01…MS-G-10</w:t>
            </w:r>
          </w:p>
        </w:tc>
        <w:tc>
          <w:tcPr>
            <w:tcW w:w="0" w:type="auto"/>
          </w:tcPr>
          <w:p w14:paraId="32EF4A71" w14:textId="77777777" w:rsidR="00F04CBD" w:rsidRDefault="00B4275B">
            <w:pPr>
              <w:jc w:val="center"/>
            </w:pPr>
            <w:r>
              <w:t>Региональная программа газификации</w:t>
            </w:r>
          </w:p>
        </w:tc>
        <w:tc>
          <w:tcPr>
            <w:tcW w:w="0" w:type="auto"/>
          </w:tcPr>
          <w:p w14:paraId="21079C22" w14:textId="77777777" w:rsidR="00F04CBD" w:rsidRDefault="00B4275B">
            <w:pPr>
              <w:jc w:val="center"/>
            </w:pPr>
            <w:r>
              <w:t>программный</w:t>
            </w:r>
          </w:p>
        </w:tc>
        <w:tc>
          <w:tcPr>
            <w:tcW w:w="0" w:type="auto"/>
          </w:tcPr>
          <w:p w14:paraId="3BFD77FA" w14:textId="77777777" w:rsidR="00F04CBD" w:rsidRPr="00794D67" w:rsidRDefault="00B4275B">
            <w:pPr>
              <w:jc w:val="center"/>
              <w:rPr>
                <w:lang w:val="ru-RU"/>
              </w:rPr>
            </w:pPr>
            <w:r w:rsidRPr="00794D67">
              <w:rPr>
                <w:lang w:val="ru-RU"/>
              </w:rPr>
              <w:t>региональная программа газификации жилищно-коммунального хозяйства Кемеровской области — Кузбасса</w:t>
            </w:r>
          </w:p>
        </w:tc>
        <w:tc>
          <w:tcPr>
            <w:tcW w:w="0" w:type="auto"/>
          </w:tcPr>
          <w:p w14:paraId="05F0916F" w14:textId="77777777" w:rsidR="00F04CBD" w:rsidRPr="00794D67" w:rsidRDefault="00B4275B">
            <w:pPr>
              <w:jc w:val="center"/>
              <w:rPr>
                <w:lang w:val="ru-RU"/>
              </w:rPr>
            </w:pPr>
            <w:r w:rsidRPr="00794D67">
              <w:rPr>
                <w:lang w:val="ru-RU"/>
              </w:rPr>
              <w:t>участие мероприятий в программе подлежит подтверждению</w:t>
            </w:r>
          </w:p>
        </w:tc>
      </w:tr>
      <w:tr w:rsidR="00F04CBD" w:rsidRPr="00C07C05" w14:paraId="183D7B17" w14:textId="77777777">
        <w:trPr>
          <w:cantSplit/>
          <w:jc w:val="center"/>
        </w:trPr>
        <w:tc>
          <w:tcPr>
            <w:tcW w:w="0" w:type="auto"/>
          </w:tcPr>
          <w:p w14:paraId="4212D326" w14:textId="77777777" w:rsidR="00F04CBD" w:rsidRDefault="00B4275B">
            <w:r>
              <w:t>MS-DHW-01…MS-DHW-10</w:t>
            </w:r>
          </w:p>
        </w:tc>
        <w:tc>
          <w:tcPr>
            <w:tcW w:w="0" w:type="auto"/>
          </w:tcPr>
          <w:p w14:paraId="673B1DA9" w14:textId="77777777" w:rsidR="00F04CBD" w:rsidRDefault="00B4275B">
            <w:pPr>
              <w:jc w:val="center"/>
            </w:pPr>
            <w:r>
              <w:t>Инвестиционная программа теплоснабжающей организации</w:t>
            </w:r>
          </w:p>
        </w:tc>
        <w:tc>
          <w:tcPr>
            <w:tcW w:w="0" w:type="auto"/>
          </w:tcPr>
          <w:p w14:paraId="61EDD9D3" w14:textId="77777777" w:rsidR="00F04CBD" w:rsidRDefault="00B4275B">
            <w:pPr>
              <w:jc w:val="center"/>
            </w:pPr>
            <w:r>
              <w:t>предлагаемый</w:t>
            </w:r>
          </w:p>
        </w:tc>
        <w:tc>
          <w:tcPr>
            <w:tcW w:w="0" w:type="auto"/>
          </w:tcPr>
          <w:p w14:paraId="7CCA5009" w14:textId="77777777" w:rsidR="00F04CBD" w:rsidRPr="00794D67" w:rsidRDefault="00B4275B">
            <w:pPr>
              <w:jc w:val="center"/>
              <w:rPr>
                <w:lang w:val="ru-RU"/>
              </w:rPr>
            </w:pPr>
            <w:r w:rsidRPr="00794D67">
              <w:rPr>
                <w:lang w:val="ru-RU"/>
              </w:rPr>
              <w:t>часть 8 статьи 40 Федерального закона от 07.12.2011 № 416-ФЗ — включение программ финансирования прекращения горячего водоснабжения с использованием о</w:t>
            </w:r>
          </w:p>
        </w:tc>
        <w:tc>
          <w:tcPr>
            <w:tcW w:w="0" w:type="auto"/>
          </w:tcPr>
          <w:p w14:paraId="786D680C" w14:textId="77777777" w:rsidR="00F04CBD" w:rsidRPr="00794D67" w:rsidRDefault="00B4275B">
            <w:pPr>
              <w:jc w:val="center"/>
              <w:rPr>
                <w:lang w:val="ru-RU"/>
              </w:rPr>
            </w:pPr>
            <w:r w:rsidRPr="00794D67">
              <w:rPr>
                <w:lang w:val="ru-RU"/>
              </w:rPr>
              <w:t>единственная позиция, где законодательство о водоснабжении применимо к теплоснабжению</w:t>
            </w:r>
          </w:p>
        </w:tc>
      </w:tr>
      <w:tr w:rsidR="00F04CBD" w:rsidRPr="00C07C05" w14:paraId="523298B3" w14:textId="77777777">
        <w:trPr>
          <w:cantSplit/>
          <w:jc w:val="center"/>
        </w:trPr>
        <w:tc>
          <w:tcPr>
            <w:tcW w:w="0" w:type="auto"/>
          </w:tcPr>
          <w:p w14:paraId="09A7D609" w14:textId="77777777" w:rsidR="00F04CBD" w:rsidRDefault="00B4275B">
            <w:r>
              <w:t>MS-DHW-01…MS-DHW-10</w:t>
            </w:r>
          </w:p>
        </w:tc>
        <w:tc>
          <w:tcPr>
            <w:tcW w:w="0" w:type="auto"/>
          </w:tcPr>
          <w:p w14:paraId="06CABEFC" w14:textId="77777777" w:rsidR="00F04CBD" w:rsidRPr="00794D67" w:rsidRDefault="00B4275B">
            <w:pPr>
              <w:jc w:val="center"/>
              <w:rPr>
                <w:lang w:val="ru-RU"/>
              </w:rPr>
            </w:pPr>
            <w:r w:rsidRPr="00794D67">
              <w:rPr>
                <w:lang w:val="ru-RU"/>
              </w:rPr>
              <w:t>Средства бюджетов для объектов социальной сферы</w:t>
            </w:r>
          </w:p>
        </w:tc>
        <w:tc>
          <w:tcPr>
            <w:tcW w:w="0" w:type="auto"/>
          </w:tcPr>
          <w:p w14:paraId="2B0D875D" w14:textId="77777777" w:rsidR="00F04CBD" w:rsidRDefault="00B4275B">
            <w:pPr>
              <w:jc w:val="center"/>
            </w:pPr>
            <w:r>
              <w:t>ранее рассматривавшийся</w:t>
            </w:r>
          </w:p>
        </w:tc>
        <w:tc>
          <w:tcPr>
            <w:tcW w:w="0" w:type="auto"/>
          </w:tcPr>
          <w:p w14:paraId="410ECF01" w14:textId="77777777" w:rsidR="00F04CBD" w:rsidRPr="00794D67" w:rsidRDefault="00B4275B">
            <w:pPr>
              <w:jc w:val="center"/>
              <w:rPr>
                <w:lang w:val="ru-RU"/>
              </w:rPr>
            </w:pPr>
            <w:r w:rsidRPr="00794D67">
              <w:rPr>
                <w:lang w:val="ru-RU"/>
              </w:rPr>
              <w:t>предложение схем поселений редакции 2021 года</w:t>
            </w:r>
          </w:p>
        </w:tc>
        <w:tc>
          <w:tcPr>
            <w:tcW w:w="0" w:type="auto"/>
          </w:tcPr>
          <w:p w14:paraId="7028397E" w14:textId="77777777" w:rsidR="00F04CBD" w:rsidRPr="00794D67" w:rsidRDefault="00B4275B">
            <w:pPr>
              <w:jc w:val="center"/>
              <w:rPr>
                <w:lang w:val="ru-RU"/>
              </w:rPr>
            </w:pPr>
            <w:r w:rsidRPr="00794D67">
              <w:rPr>
                <w:lang w:val="ru-RU"/>
              </w:rPr>
              <w:t>рассматривалось ранее; для текущей реализации не подтверждено</w:t>
            </w:r>
          </w:p>
        </w:tc>
      </w:tr>
      <w:tr w:rsidR="00F04CBD" w:rsidRPr="00C07C05" w14:paraId="1B93506F" w14:textId="77777777">
        <w:trPr>
          <w:cantSplit/>
          <w:jc w:val="center"/>
        </w:trPr>
        <w:tc>
          <w:tcPr>
            <w:tcW w:w="0" w:type="auto"/>
          </w:tcPr>
          <w:p w14:paraId="7A18E3AA" w14:textId="77777777" w:rsidR="00F04CBD" w:rsidRDefault="00B4275B">
            <w:r>
              <w:t>MS-DHW-01…MS-DHW-10</w:t>
            </w:r>
          </w:p>
        </w:tc>
        <w:tc>
          <w:tcPr>
            <w:tcW w:w="0" w:type="auto"/>
          </w:tcPr>
          <w:p w14:paraId="27E2EC64" w14:textId="77777777" w:rsidR="00F04CBD" w:rsidRPr="00794D67" w:rsidRDefault="00B4275B">
            <w:pPr>
              <w:jc w:val="center"/>
              <w:rPr>
                <w:lang w:val="ru-RU"/>
              </w:rPr>
            </w:pPr>
            <w:r w:rsidRPr="00794D67">
              <w:rPr>
                <w:lang w:val="ru-RU"/>
              </w:rPr>
              <w:t>Средства собственников для жилых и прочих объектов</w:t>
            </w:r>
          </w:p>
        </w:tc>
        <w:tc>
          <w:tcPr>
            <w:tcW w:w="0" w:type="auto"/>
          </w:tcPr>
          <w:p w14:paraId="47938714" w14:textId="77777777" w:rsidR="00F04CBD" w:rsidRDefault="00B4275B">
            <w:pPr>
              <w:jc w:val="center"/>
            </w:pPr>
            <w:r>
              <w:t>ранее рассматривавшийся</w:t>
            </w:r>
          </w:p>
        </w:tc>
        <w:tc>
          <w:tcPr>
            <w:tcW w:w="0" w:type="auto"/>
          </w:tcPr>
          <w:p w14:paraId="01B1E070" w14:textId="77777777" w:rsidR="00F04CBD" w:rsidRPr="00794D67" w:rsidRDefault="00B4275B">
            <w:pPr>
              <w:jc w:val="center"/>
              <w:rPr>
                <w:lang w:val="ru-RU"/>
              </w:rPr>
            </w:pPr>
            <w:r w:rsidRPr="00794D67">
              <w:rPr>
                <w:lang w:val="ru-RU"/>
              </w:rPr>
              <w:t>предложение схем поселений редакции 2021 года</w:t>
            </w:r>
          </w:p>
        </w:tc>
        <w:tc>
          <w:tcPr>
            <w:tcW w:w="0" w:type="auto"/>
          </w:tcPr>
          <w:p w14:paraId="1FFBD7D2" w14:textId="77777777" w:rsidR="00F04CBD" w:rsidRPr="00794D67" w:rsidRDefault="00B4275B">
            <w:pPr>
              <w:jc w:val="center"/>
              <w:rPr>
                <w:lang w:val="ru-RU"/>
              </w:rPr>
            </w:pPr>
            <w:r w:rsidRPr="00794D67">
              <w:rPr>
                <w:lang w:val="ru-RU"/>
              </w:rPr>
              <w:t>рассматривалось ранее; для текущей реализации не подтверждено</w:t>
            </w:r>
          </w:p>
        </w:tc>
      </w:tr>
      <w:tr w:rsidR="00F04CBD" w:rsidRPr="00C07C05" w14:paraId="4431FBAF" w14:textId="77777777">
        <w:trPr>
          <w:cantSplit/>
          <w:jc w:val="center"/>
        </w:trPr>
        <w:tc>
          <w:tcPr>
            <w:tcW w:w="0" w:type="auto"/>
          </w:tcPr>
          <w:p w14:paraId="7D818531" w14:textId="77777777" w:rsidR="00F04CBD" w:rsidRDefault="00B4275B">
            <w:r>
              <w:t>MS-R-01…MS-R-06</w:t>
            </w:r>
          </w:p>
        </w:tc>
        <w:tc>
          <w:tcPr>
            <w:tcW w:w="0" w:type="auto"/>
          </w:tcPr>
          <w:p w14:paraId="6CDFA4F4" w14:textId="77777777" w:rsidR="00F04CBD" w:rsidRDefault="00B4275B">
            <w:pPr>
              <w:jc w:val="center"/>
            </w:pPr>
            <w:r>
              <w:t>Инвестиционная программа теплоснабжающей организации</w:t>
            </w:r>
          </w:p>
        </w:tc>
        <w:tc>
          <w:tcPr>
            <w:tcW w:w="0" w:type="auto"/>
          </w:tcPr>
          <w:p w14:paraId="5AC82418" w14:textId="77777777" w:rsidR="00F04CBD" w:rsidRDefault="00B4275B">
            <w:pPr>
              <w:jc w:val="center"/>
            </w:pPr>
            <w:r>
              <w:t>предлагаемый</w:t>
            </w:r>
          </w:p>
        </w:tc>
        <w:tc>
          <w:tcPr>
            <w:tcW w:w="0" w:type="auto"/>
          </w:tcPr>
          <w:p w14:paraId="4B1D8582" w14:textId="77777777" w:rsidR="00F04CBD" w:rsidRPr="00794D67" w:rsidRDefault="00B4275B">
            <w:pPr>
              <w:jc w:val="center"/>
              <w:rPr>
                <w:lang w:val="ru-RU"/>
              </w:rPr>
            </w:pPr>
            <w:r w:rsidRPr="00794D67">
              <w:rPr>
                <w:lang w:val="ru-RU"/>
              </w:rPr>
              <w:t>статья 23 Федерального закона № 190-ФЗ; постановление Правительства Российской Федерации № 410</w:t>
            </w:r>
          </w:p>
        </w:tc>
        <w:tc>
          <w:tcPr>
            <w:tcW w:w="0" w:type="auto"/>
          </w:tcPr>
          <w:p w14:paraId="4697AF6E" w14:textId="77777777" w:rsidR="00F04CBD" w:rsidRPr="00794D67" w:rsidRDefault="00B4275B">
            <w:pPr>
              <w:jc w:val="center"/>
              <w:rPr>
                <w:lang w:val="ru-RU"/>
              </w:rPr>
            </w:pPr>
            <w:r w:rsidRPr="00794D67">
              <w:rPr>
                <w:lang w:val="ru-RU"/>
              </w:rPr>
              <w:t>стоимость не определена, отнесение к программе не выполнено</w:t>
            </w:r>
          </w:p>
        </w:tc>
      </w:tr>
      <w:tr w:rsidR="00F04CBD" w:rsidRPr="00C07C05" w14:paraId="58C77B30" w14:textId="77777777">
        <w:trPr>
          <w:cantSplit/>
          <w:jc w:val="center"/>
        </w:trPr>
        <w:tc>
          <w:tcPr>
            <w:tcW w:w="0" w:type="auto"/>
          </w:tcPr>
          <w:p w14:paraId="4C91318E" w14:textId="77777777" w:rsidR="00F04CBD" w:rsidRDefault="00B4275B">
            <w:r>
              <w:t>все мероприятия</w:t>
            </w:r>
          </w:p>
        </w:tc>
        <w:tc>
          <w:tcPr>
            <w:tcW w:w="0" w:type="auto"/>
          </w:tcPr>
          <w:p w14:paraId="7926EB46" w14:textId="77777777" w:rsidR="00F04CBD" w:rsidRDefault="00B4275B">
            <w:pPr>
              <w:jc w:val="center"/>
            </w:pPr>
            <w:r>
              <w:t>Тарифные источники</w:t>
            </w:r>
          </w:p>
        </w:tc>
        <w:tc>
          <w:tcPr>
            <w:tcW w:w="0" w:type="auto"/>
          </w:tcPr>
          <w:p w14:paraId="651CE2B3" w14:textId="77777777" w:rsidR="00F04CBD" w:rsidRDefault="00B4275B">
            <w:pPr>
              <w:jc w:val="center"/>
            </w:pPr>
            <w:r>
              <w:t>предлагаемый</w:t>
            </w:r>
          </w:p>
        </w:tc>
        <w:tc>
          <w:tcPr>
            <w:tcW w:w="0" w:type="auto"/>
          </w:tcPr>
          <w:p w14:paraId="2031DA0D" w14:textId="77777777" w:rsidR="00F04CBD" w:rsidRPr="00794D67" w:rsidRDefault="00B4275B">
            <w:pPr>
              <w:jc w:val="center"/>
              <w:rPr>
                <w:lang w:val="ru-RU"/>
              </w:rPr>
            </w:pPr>
            <w:r w:rsidRPr="00794D67">
              <w:rPr>
                <w:lang w:val="ru-RU"/>
              </w:rPr>
              <w:t>учёт расходов утверждённой инвестиционной программы при государственном регулировании тарифов</w:t>
            </w:r>
          </w:p>
        </w:tc>
        <w:tc>
          <w:tcPr>
            <w:tcW w:w="0" w:type="auto"/>
          </w:tcPr>
          <w:p w14:paraId="3386E337" w14:textId="77777777" w:rsidR="00F04CBD" w:rsidRPr="00794D67" w:rsidRDefault="00B4275B">
            <w:pPr>
              <w:jc w:val="center"/>
              <w:rPr>
                <w:lang w:val="ru-RU"/>
              </w:rPr>
            </w:pPr>
            <w:r w:rsidRPr="00794D67">
              <w:rPr>
                <w:lang w:val="ru-RU"/>
              </w:rPr>
              <w:t>возврат инвестиций возможен только после утверждения инвестиционной программы</w:t>
            </w:r>
          </w:p>
        </w:tc>
      </w:tr>
      <w:tr w:rsidR="00F04CBD" w:rsidRPr="00C07C05" w14:paraId="1284427E" w14:textId="77777777">
        <w:trPr>
          <w:cantSplit/>
          <w:jc w:val="center"/>
        </w:trPr>
        <w:tc>
          <w:tcPr>
            <w:tcW w:w="0" w:type="auto"/>
          </w:tcPr>
          <w:p w14:paraId="77CDC1D7" w14:textId="77777777" w:rsidR="00F04CBD" w:rsidRDefault="00B4275B">
            <w:r>
              <w:t>все мероприятия</w:t>
            </w:r>
          </w:p>
        </w:tc>
        <w:tc>
          <w:tcPr>
            <w:tcW w:w="0" w:type="auto"/>
          </w:tcPr>
          <w:p w14:paraId="2B925A68" w14:textId="77777777" w:rsidR="00F04CBD" w:rsidRDefault="00B4275B">
            <w:pPr>
              <w:jc w:val="center"/>
            </w:pPr>
            <w:r>
              <w:t>Концессионное соглашение</w:t>
            </w:r>
          </w:p>
        </w:tc>
        <w:tc>
          <w:tcPr>
            <w:tcW w:w="0" w:type="auto"/>
          </w:tcPr>
          <w:p w14:paraId="28A300A7" w14:textId="77777777" w:rsidR="00F04CBD" w:rsidRDefault="00B4275B">
            <w:pPr>
              <w:jc w:val="center"/>
            </w:pPr>
            <w:r>
              <w:t>ранее рассматривавшийся</w:t>
            </w:r>
          </w:p>
        </w:tc>
        <w:tc>
          <w:tcPr>
            <w:tcW w:w="0" w:type="auto"/>
          </w:tcPr>
          <w:p w14:paraId="105CDB57" w14:textId="77777777" w:rsidR="00F04CBD" w:rsidRPr="00794D67" w:rsidRDefault="00B4275B">
            <w:pPr>
              <w:jc w:val="center"/>
              <w:rPr>
                <w:lang w:val="ru-RU"/>
              </w:rPr>
            </w:pPr>
            <w:r w:rsidRPr="00794D67">
              <w:rPr>
                <w:lang w:val="ru-RU"/>
              </w:rPr>
              <w:t>концессионные механизмы, применявшиеся по округу ранее</w:t>
            </w:r>
          </w:p>
        </w:tc>
        <w:tc>
          <w:tcPr>
            <w:tcW w:w="0" w:type="auto"/>
          </w:tcPr>
          <w:p w14:paraId="555755D2" w14:textId="77777777" w:rsidR="00F04CBD" w:rsidRPr="00794D67" w:rsidRDefault="00B4275B">
            <w:pPr>
              <w:jc w:val="center"/>
              <w:rPr>
                <w:lang w:val="ru-RU"/>
              </w:rPr>
            </w:pPr>
            <w:r w:rsidRPr="00794D67">
              <w:rPr>
                <w:lang w:val="ru-RU"/>
              </w:rPr>
              <w:t>действующего концессионного соглашения по рассматриваемым мероприятиям в материалах не выявлено</w:t>
            </w:r>
          </w:p>
        </w:tc>
      </w:tr>
    </w:tbl>
    <w:p w14:paraId="76F79025" w14:textId="77777777" w:rsidR="007A5E59" w:rsidRPr="001F1187" w:rsidRDefault="0095198F">
      <w:pPr>
        <w:spacing w:before="1200"/>
        <w:jc w:val="center"/>
        <w:rPr>
          <w:lang w:val="ru-RU"/>
        </w:rPr>
      </w:pPr>
      <w:r w:rsidRPr="00794D67">
        <w:rPr>
          <w:lang w:val="ru-RU"/>
        </w:rPr>
        <w:t>Подтверждённых источников финансирования по мероприятиям настоящей схемы не выявлено: ни один механизм не закреплён действующим документом за конкретным мероприятием. Отнесение мероприятий к источникам выполняется при формировании и утверждении инвестиционной программы.</w:t>
      </w:r>
    </w:p>
    <w:p w14:paraId="1261DA60" w14:textId="77777777" w:rsidR="007A5E59" w:rsidRPr="001F1187" w:rsidRDefault="0095198F">
      <w:pPr>
        <w:pStyle w:val="21"/>
        <w:spacing w:before="1200"/>
        <w:jc w:val="center"/>
        <w:rPr>
          <w:lang w:val="ru-RU"/>
        </w:rPr>
      </w:pPr>
      <w:bookmarkStart w:id="98" w:name="_Toc238015689"/>
      <w:r w:rsidRPr="00794D67">
        <w:rPr>
          <w:lang w:val="ru-RU"/>
        </w:rPr>
        <w:t>12.5. Состояние экономической оценки</w:t>
      </w:r>
      <w:bookmarkEnd w:id="98"/>
    </w:p>
    <w:p w14:paraId="4F033CF6" w14:textId="77777777" w:rsidR="007A5E59" w:rsidRPr="001F1187" w:rsidRDefault="0095198F">
      <w:pPr>
        <w:spacing w:before="1200"/>
        <w:jc w:val="center"/>
        <w:rPr>
          <w:lang w:val="ru-RU"/>
        </w:rPr>
      </w:pPr>
      <w:r w:rsidRPr="00794D67">
        <w:rPr>
          <w:lang w:val="ru-RU"/>
        </w:rPr>
        <w:t>Технико-экономическое сравнение вариантов развития выполнено в объёме, который допускает имеющаяся исходная база: по переводу источников на природный газ сопоставлены два технических варианта в едином ценовом базисе; по переводу открытых систем горячего водоснабжения сопоставлены классы решений с оценкой водного и эксплуатационного эффекта.</w:t>
      </w:r>
    </w:p>
    <w:p w14:paraId="4A468A06" w14:textId="77777777" w:rsidR="007A5E59" w:rsidRPr="001F1187" w:rsidRDefault="0095198F">
      <w:pPr>
        <w:spacing w:before="1200"/>
        <w:jc w:val="center"/>
        <w:rPr>
          <w:lang w:val="ru-RU"/>
        </w:rPr>
      </w:pPr>
      <w:r w:rsidRPr="00794D67">
        <w:rPr>
          <w:lang w:val="ru-RU"/>
        </w:rPr>
        <w:t>Расчёт денежного экономического эффекта не выполняется. Причина конкретна: в составе имеющихся исходных материалов не определены цена природного газа для потребителей округа, перспективный объём потребления газа по каждому источнику, действующая цена угля с учётом доставки, изменение затрат на электроэнергию и ремонт, а также состав эксплуатационных затрат после перевода. Без этих величин показатели окупаемости и приведённой стоимости не имеют расчётного основания.</w:t>
      </w:r>
    </w:p>
    <w:p w14:paraId="0F29EE29" w14:textId="77777777" w:rsidR="00312815" w:rsidRDefault="0095198F">
      <w:pPr>
        <w:spacing w:before="1200"/>
        <w:jc w:val="center"/>
        <w:rPr>
          <w:lang w:val="ru-RU"/>
        </w:rPr>
      </w:pPr>
      <w:r w:rsidRPr="00794D67">
        <w:rPr>
          <w:lang w:val="ru-RU"/>
        </w:rPr>
        <w:t>Сопоставление, не требующее денежных величин, выполнено: по мощности, топливному режиму, надёжности, экологическим характеристикам, влиянию на горячее водоснабжение и организационным условиям реализации. Его результаты приведены в главе мастер-плана и в настоящей главе.</w:t>
      </w:r>
    </w:p>
    <w:p w14:paraId="56A25689" w14:textId="77777777" w:rsidR="007A5E59" w:rsidRPr="00C07C05" w:rsidRDefault="00312815" w:rsidP="00312815">
      <w:pPr>
        <w:rPr>
          <w:lang w:val="ru-RU"/>
        </w:rPr>
      </w:pPr>
      <w:r>
        <w:rPr>
          <w:lang w:val="ru-RU"/>
        </w:rPr>
        <w:br w:type="page"/>
      </w:r>
    </w:p>
    <w:p w14:paraId="2CDEB617" w14:textId="77777777" w:rsidR="007A5E59" w:rsidRPr="00344E69" w:rsidRDefault="0095198F">
      <w:pPr>
        <w:pStyle w:val="1"/>
        <w:rPr>
          <w:color w:val="4F81BD" w:themeColor="accent1"/>
          <w:lang w:val="ru-RU"/>
        </w:rPr>
      </w:pPr>
      <w:bookmarkStart w:id="99" w:name="_Toc238015690"/>
      <w:r w:rsidRPr="00344E69">
        <w:rPr>
          <w:color w:val="4F81BD" w:themeColor="accent1"/>
          <w:lang w:val="ru-RU"/>
        </w:rPr>
        <w:t>РАЗДЕЛ 13. ИНДИКАТОРЫ РАЗВИТИЯ СИСТЕМ ТЕПЛОСНАБЖЕНИЯ МУНИЦИПАЛЬНОГО ОКРУГА</w:t>
      </w:r>
      <w:bookmarkEnd w:id="99"/>
    </w:p>
    <w:p w14:paraId="76FC4E8B" w14:textId="77777777" w:rsidR="007A5E59" w:rsidRPr="00794D67" w:rsidRDefault="0095198F">
      <w:pPr>
        <w:ind w:firstLine="709"/>
        <w:jc w:val="both"/>
        <w:rPr>
          <w:lang w:val="ru-RU"/>
        </w:rPr>
      </w:pPr>
      <w:r w:rsidRPr="00794D67">
        <w:rPr>
          <w:lang w:val="ru-RU"/>
        </w:rPr>
        <w:t>Индикаторы развития систем теплоснабжения приведены по каждому населённому пункту, обеспеченному централизованным теплоснабжением, на три расчётных этапа.</w:t>
      </w:r>
    </w:p>
    <w:p w14:paraId="485E218F" w14:textId="77777777" w:rsidR="007A5E59" w:rsidRPr="00794D67" w:rsidRDefault="0095198F">
      <w:pPr>
        <w:ind w:firstLine="709"/>
        <w:jc w:val="both"/>
        <w:rPr>
          <w:lang w:val="ru-RU"/>
        </w:rPr>
      </w:pPr>
      <w:r w:rsidRPr="00794D67">
        <w:rPr>
          <w:lang w:val="ru-RU"/>
        </w:rPr>
        <w:t>Количество прекращений подачи тепловой энергии равно нулю во всех этапах. Удельный расход условного топлива на отпущенную тепловую энергию сохраняется на уровне 189,21 кг у.т./Гкал. Доля тепловой энергии, выработанной в комбинированном режиме, равна нулю: источников комбинированной выработки в округе нет.</w:t>
      </w:r>
    </w:p>
    <w:p w14:paraId="5E3A368D" w14:textId="77777777" w:rsidR="007A5E59" w:rsidRPr="00794D67" w:rsidRDefault="0095198F">
      <w:pPr>
        <w:ind w:firstLine="709"/>
        <w:jc w:val="both"/>
        <w:rPr>
          <w:lang w:val="ru-RU"/>
        </w:rPr>
      </w:pPr>
      <w:r w:rsidRPr="00794D67">
        <w:rPr>
          <w:lang w:val="ru-RU"/>
        </w:rPr>
        <w:t>Средневзвешенный срок эксплуатации тепловых сетей возрастает с 39,4 года в 2026 году до 44,4 года в 2031 году и 49,4 года в 2036 году, что отражает отсутствие утверждённой программы замены сетей на расчётном периоде.</w:t>
      </w:r>
    </w:p>
    <w:p w14:paraId="7A4BA3A0" w14:textId="77777777" w:rsidR="007A5E59" w:rsidRPr="00794D67" w:rsidRDefault="0095198F">
      <w:pPr>
        <w:ind w:firstLine="709"/>
        <w:jc w:val="both"/>
        <w:rPr>
          <w:lang w:val="ru-RU"/>
        </w:rPr>
      </w:pPr>
      <w:r w:rsidRPr="00794D67">
        <w:rPr>
          <w:lang w:val="ru-RU"/>
        </w:rPr>
        <w:t>Индикаторы, по которым исходные данные не получены, приведены с указанием фактического состояния данных; подстановка нулевых значений вместо отсутствующих сведений не выполнялась.</w:t>
      </w:r>
    </w:p>
    <w:p w14:paraId="42D11A40" w14:textId="77777777" w:rsidR="007A5E59" w:rsidRPr="00794D67" w:rsidRDefault="0095198F">
      <w:pPr>
        <w:rPr>
          <w:lang w:val="ru-RU"/>
        </w:rPr>
      </w:pPr>
      <w:r w:rsidRPr="00794D67">
        <w:rPr>
          <w:b/>
          <w:lang w:val="ru-RU"/>
        </w:rPr>
        <w:t>Таблица 13.1 — Индикаторы развития системы теплоснабжения — г. Таштагол (лист «Таблица 14.1»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461"/>
        <w:gridCol w:w="4736"/>
        <w:gridCol w:w="1256"/>
        <w:gridCol w:w="964"/>
        <w:gridCol w:w="964"/>
        <w:gridCol w:w="964"/>
      </w:tblGrid>
      <w:tr w:rsidR="007A5E59" w:rsidRPr="00C07C05" w14:paraId="7C7D92BD" w14:textId="77777777">
        <w:trPr>
          <w:cantSplit/>
          <w:tblHeader/>
          <w:jc w:val="center"/>
        </w:trPr>
        <w:tc>
          <w:tcPr>
            <w:tcW w:w="0" w:type="auto"/>
            <w:vMerge w:val="restart"/>
            <w:shd w:val="clear" w:color="auto" w:fill="E2F0D9"/>
            <w:vAlign w:val="center"/>
          </w:tcPr>
          <w:p w14:paraId="6AE8DD18" w14:textId="77777777" w:rsidR="007A5E59" w:rsidRDefault="0095198F">
            <w:pPr>
              <w:jc w:val="center"/>
            </w:pPr>
            <w:r>
              <w:rPr>
                <w:b/>
              </w:rPr>
              <w:t>№ пп</w:t>
            </w:r>
          </w:p>
        </w:tc>
        <w:tc>
          <w:tcPr>
            <w:tcW w:w="0" w:type="auto"/>
            <w:vMerge w:val="restart"/>
            <w:shd w:val="clear" w:color="auto" w:fill="E2F0D9"/>
            <w:vAlign w:val="center"/>
          </w:tcPr>
          <w:p w14:paraId="0276C561" w14:textId="77777777" w:rsidR="007A5E59" w:rsidRDefault="0095198F">
            <w:pPr>
              <w:jc w:val="center"/>
            </w:pPr>
            <w:r>
              <w:rPr>
                <w:b/>
              </w:rPr>
              <w:t>Индикаторы развития системы теплоснабжения</w:t>
            </w:r>
          </w:p>
        </w:tc>
        <w:tc>
          <w:tcPr>
            <w:tcW w:w="0" w:type="auto"/>
            <w:vMerge w:val="restart"/>
            <w:shd w:val="clear" w:color="auto" w:fill="E2F0D9"/>
            <w:vAlign w:val="center"/>
          </w:tcPr>
          <w:p w14:paraId="217EBDD5" w14:textId="77777777" w:rsidR="007A5E59" w:rsidRDefault="0095198F">
            <w:pPr>
              <w:jc w:val="center"/>
            </w:pPr>
            <w:r>
              <w:rPr>
                <w:b/>
              </w:rPr>
              <w:t>Ед. изм.</w:t>
            </w:r>
          </w:p>
        </w:tc>
        <w:tc>
          <w:tcPr>
            <w:tcW w:w="0" w:type="auto"/>
            <w:gridSpan w:val="3"/>
            <w:shd w:val="clear" w:color="auto" w:fill="E2F0D9"/>
            <w:vAlign w:val="center"/>
          </w:tcPr>
          <w:p w14:paraId="16455293" w14:textId="77777777" w:rsidR="007A5E59" w:rsidRPr="00794D67" w:rsidRDefault="0095198F">
            <w:pPr>
              <w:jc w:val="center"/>
              <w:rPr>
                <w:lang w:val="ru-RU"/>
              </w:rPr>
            </w:pPr>
            <w:r w:rsidRPr="00794D67">
              <w:rPr>
                <w:b/>
                <w:lang w:val="ru-RU"/>
              </w:rPr>
              <w:t>Показатель по этапам развития схемы ТС</w:t>
            </w:r>
          </w:p>
        </w:tc>
      </w:tr>
      <w:tr w:rsidR="007A5E59" w14:paraId="5664E41E" w14:textId="77777777">
        <w:trPr>
          <w:cantSplit/>
          <w:tblHeader/>
          <w:jc w:val="center"/>
        </w:trPr>
        <w:tc>
          <w:tcPr>
            <w:tcW w:w="0" w:type="auto"/>
            <w:vMerge/>
            <w:shd w:val="clear" w:color="auto" w:fill="E2F0D9"/>
            <w:vAlign w:val="center"/>
          </w:tcPr>
          <w:p w14:paraId="7873457B" w14:textId="77777777" w:rsidR="007A5E59" w:rsidRPr="00794D67" w:rsidRDefault="007A5E59">
            <w:pPr>
              <w:jc w:val="center"/>
              <w:rPr>
                <w:lang w:val="ru-RU"/>
              </w:rPr>
            </w:pPr>
          </w:p>
        </w:tc>
        <w:tc>
          <w:tcPr>
            <w:tcW w:w="0" w:type="auto"/>
            <w:vMerge/>
            <w:shd w:val="clear" w:color="auto" w:fill="E2F0D9"/>
            <w:vAlign w:val="center"/>
          </w:tcPr>
          <w:p w14:paraId="793D8461" w14:textId="77777777" w:rsidR="007A5E59" w:rsidRPr="00794D67" w:rsidRDefault="007A5E59">
            <w:pPr>
              <w:jc w:val="center"/>
              <w:rPr>
                <w:lang w:val="ru-RU"/>
              </w:rPr>
            </w:pPr>
          </w:p>
        </w:tc>
        <w:tc>
          <w:tcPr>
            <w:tcW w:w="0" w:type="auto"/>
            <w:vMerge/>
            <w:shd w:val="clear" w:color="auto" w:fill="E2F0D9"/>
            <w:vAlign w:val="center"/>
          </w:tcPr>
          <w:p w14:paraId="480C7174" w14:textId="77777777" w:rsidR="007A5E59" w:rsidRPr="00794D67" w:rsidRDefault="007A5E59">
            <w:pPr>
              <w:jc w:val="center"/>
              <w:rPr>
                <w:lang w:val="ru-RU"/>
              </w:rPr>
            </w:pPr>
          </w:p>
        </w:tc>
        <w:tc>
          <w:tcPr>
            <w:tcW w:w="0" w:type="auto"/>
            <w:shd w:val="clear" w:color="auto" w:fill="E2F0D9"/>
            <w:vAlign w:val="center"/>
          </w:tcPr>
          <w:p w14:paraId="20693E7E" w14:textId="77777777" w:rsidR="007A5E59" w:rsidRDefault="0095198F">
            <w:pPr>
              <w:jc w:val="center"/>
            </w:pPr>
            <w:r>
              <w:rPr>
                <w:b/>
              </w:rPr>
              <w:t>2026</w:t>
            </w:r>
          </w:p>
        </w:tc>
        <w:tc>
          <w:tcPr>
            <w:tcW w:w="0" w:type="auto"/>
            <w:shd w:val="clear" w:color="auto" w:fill="E2F0D9"/>
            <w:vAlign w:val="center"/>
          </w:tcPr>
          <w:p w14:paraId="008F28F7" w14:textId="77777777" w:rsidR="007A5E59" w:rsidRDefault="0095198F">
            <w:pPr>
              <w:jc w:val="center"/>
            </w:pPr>
            <w:r>
              <w:rPr>
                <w:b/>
              </w:rPr>
              <w:t>2031</w:t>
            </w:r>
          </w:p>
        </w:tc>
        <w:tc>
          <w:tcPr>
            <w:tcW w:w="0" w:type="auto"/>
            <w:shd w:val="clear" w:color="auto" w:fill="E2F0D9"/>
            <w:vAlign w:val="center"/>
          </w:tcPr>
          <w:p w14:paraId="0F234042" w14:textId="77777777" w:rsidR="007A5E59" w:rsidRDefault="0095198F">
            <w:pPr>
              <w:jc w:val="center"/>
            </w:pPr>
            <w:r>
              <w:rPr>
                <w:b/>
              </w:rPr>
              <w:t>2036</w:t>
            </w:r>
          </w:p>
        </w:tc>
      </w:tr>
      <w:tr w:rsidR="007A5E59" w14:paraId="6BBE2607" w14:textId="77777777">
        <w:trPr>
          <w:cantSplit/>
          <w:tblHeader/>
          <w:jc w:val="center"/>
        </w:trPr>
        <w:tc>
          <w:tcPr>
            <w:tcW w:w="0" w:type="auto"/>
            <w:shd w:val="clear" w:color="auto" w:fill="F2F2F2"/>
            <w:vAlign w:val="center"/>
          </w:tcPr>
          <w:p w14:paraId="77902474" w14:textId="77777777" w:rsidR="007A5E59" w:rsidRDefault="0095198F">
            <w:pPr>
              <w:jc w:val="center"/>
            </w:pPr>
            <w:r>
              <w:t>1</w:t>
            </w:r>
          </w:p>
        </w:tc>
        <w:tc>
          <w:tcPr>
            <w:tcW w:w="0" w:type="auto"/>
            <w:shd w:val="clear" w:color="auto" w:fill="F2F2F2"/>
            <w:vAlign w:val="center"/>
          </w:tcPr>
          <w:p w14:paraId="6FD37EA8" w14:textId="77777777" w:rsidR="007A5E59" w:rsidRDefault="0095198F">
            <w:pPr>
              <w:jc w:val="center"/>
            </w:pPr>
            <w:r>
              <w:t>2</w:t>
            </w:r>
          </w:p>
        </w:tc>
        <w:tc>
          <w:tcPr>
            <w:tcW w:w="0" w:type="auto"/>
            <w:shd w:val="clear" w:color="auto" w:fill="F2F2F2"/>
            <w:vAlign w:val="center"/>
          </w:tcPr>
          <w:p w14:paraId="1FAEF170" w14:textId="77777777" w:rsidR="007A5E59" w:rsidRDefault="0095198F">
            <w:pPr>
              <w:jc w:val="center"/>
            </w:pPr>
            <w:r>
              <w:t>3</w:t>
            </w:r>
          </w:p>
        </w:tc>
        <w:tc>
          <w:tcPr>
            <w:tcW w:w="0" w:type="auto"/>
            <w:shd w:val="clear" w:color="auto" w:fill="F2F2F2"/>
            <w:vAlign w:val="center"/>
          </w:tcPr>
          <w:p w14:paraId="157119A6" w14:textId="77777777" w:rsidR="007A5E59" w:rsidRDefault="0095198F">
            <w:pPr>
              <w:jc w:val="center"/>
            </w:pPr>
            <w:r>
              <w:t>4</w:t>
            </w:r>
          </w:p>
        </w:tc>
        <w:tc>
          <w:tcPr>
            <w:tcW w:w="0" w:type="auto"/>
            <w:shd w:val="clear" w:color="auto" w:fill="F2F2F2"/>
            <w:vAlign w:val="center"/>
          </w:tcPr>
          <w:p w14:paraId="2EF1C57B" w14:textId="77777777" w:rsidR="007A5E59" w:rsidRDefault="0095198F">
            <w:pPr>
              <w:jc w:val="center"/>
            </w:pPr>
            <w:r>
              <w:t>5</w:t>
            </w:r>
          </w:p>
        </w:tc>
        <w:tc>
          <w:tcPr>
            <w:tcW w:w="0" w:type="auto"/>
            <w:shd w:val="clear" w:color="auto" w:fill="F2F2F2"/>
            <w:vAlign w:val="center"/>
          </w:tcPr>
          <w:p w14:paraId="0C31C0CD" w14:textId="77777777" w:rsidR="007A5E59" w:rsidRDefault="0095198F">
            <w:pPr>
              <w:jc w:val="center"/>
            </w:pPr>
            <w:r>
              <w:t>6</w:t>
            </w:r>
          </w:p>
        </w:tc>
      </w:tr>
      <w:tr w:rsidR="007A5E59" w14:paraId="69CA82B0" w14:textId="77777777">
        <w:trPr>
          <w:jc w:val="center"/>
        </w:trPr>
        <w:tc>
          <w:tcPr>
            <w:tcW w:w="0" w:type="auto"/>
          </w:tcPr>
          <w:p w14:paraId="78C5C52A" w14:textId="77777777" w:rsidR="007A5E59" w:rsidRDefault="0095198F">
            <w:pPr>
              <w:jc w:val="center"/>
            </w:pPr>
            <w:r>
              <w:t>1</w:t>
            </w:r>
          </w:p>
        </w:tc>
        <w:tc>
          <w:tcPr>
            <w:tcW w:w="0" w:type="auto"/>
          </w:tcPr>
          <w:p w14:paraId="5629C861" w14:textId="77777777" w:rsidR="007A5E59" w:rsidRPr="00794D67" w:rsidRDefault="0095198F">
            <w:pPr>
              <w:rPr>
                <w:lang w:val="ru-RU"/>
              </w:rPr>
            </w:pPr>
            <w:r w:rsidRPr="00794D67">
              <w:rPr>
                <w:lang w:val="ru-RU"/>
              </w:rPr>
              <w:t>Количество прекращений подачи тепловой энергии в результате технологических нарушений на тепловых сетях</w:t>
            </w:r>
          </w:p>
        </w:tc>
        <w:tc>
          <w:tcPr>
            <w:tcW w:w="0" w:type="auto"/>
          </w:tcPr>
          <w:p w14:paraId="1BF90F47" w14:textId="77777777" w:rsidR="007A5E59" w:rsidRDefault="0095198F">
            <w:r>
              <w:t>ед.</w:t>
            </w:r>
          </w:p>
        </w:tc>
        <w:tc>
          <w:tcPr>
            <w:tcW w:w="0" w:type="auto"/>
          </w:tcPr>
          <w:p w14:paraId="3CCBC8B2" w14:textId="77777777" w:rsidR="007A5E59" w:rsidRDefault="0095198F">
            <w:pPr>
              <w:jc w:val="center"/>
            </w:pPr>
            <w:r>
              <w:t>0</w:t>
            </w:r>
          </w:p>
        </w:tc>
        <w:tc>
          <w:tcPr>
            <w:tcW w:w="0" w:type="auto"/>
          </w:tcPr>
          <w:p w14:paraId="70DF2D74" w14:textId="77777777" w:rsidR="007A5E59" w:rsidRDefault="0095198F">
            <w:pPr>
              <w:jc w:val="center"/>
            </w:pPr>
            <w:r>
              <w:t>0</w:t>
            </w:r>
          </w:p>
        </w:tc>
        <w:tc>
          <w:tcPr>
            <w:tcW w:w="0" w:type="auto"/>
          </w:tcPr>
          <w:p w14:paraId="3CDF9E59" w14:textId="77777777" w:rsidR="007A5E59" w:rsidRDefault="0095198F">
            <w:pPr>
              <w:jc w:val="center"/>
            </w:pPr>
            <w:r>
              <w:t>0</w:t>
            </w:r>
          </w:p>
        </w:tc>
      </w:tr>
      <w:tr w:rsidR="007A5E59" w14:paraId="71FA7301" w14:textId="77777777">
        <w:trPr>
          <w:jc w:val="center"/>
        </w:trPr>
        <w:tc>
          <w:tcPr>
            <w:tcW w:w="0" w:type="auto"/>
          </w:tcPr>
          <w:p w14:paraId="19048949" w14:textId="77777777" w:rsidR="007A5E59" w:rsidRDefault="0095198F">
            <w:pPr>
              <w:jc w:val="center"/>
            </w:pPr>
            <w:r>
              <w:t>2</w:t>
            </w:r>
          </w:p>
        </w:tc>
        <w:tc>
          <w:tcPr>
            <w:tcW w:w="0" w:type="auto"/>
          </w:tcPr>
          <w:p w14:paraId="5E1365D9" w14:textId="77777777" w:rsidR="007A5E59" w:rsidRPr="00794D67" w:rsidRDefault="0095198F">
            <w:pPr>
              <w:rPr>
                <w:lang w:val="ru-RU"/>
              </w:rPr>
            </w:pPr>
            <w:r w:rsidRPr="00794D67">
              <w:rPr>
                <w:lang w:val="ru-RU"/>
              </w:rPr>
              <w:t>Количество прекращений подачи тепловой энергии в результате технологических нарушений на источниках тепловой энергии</w:t>
            </w:r>
          </w:p>
        </w:tc>
        <w:tc>
          <w:tcPr>
            <w:tcW w:w="0" w:type="auto"/>
          </w:tcPr>
          <w:p w14:paraId="293715BE" w14:textId="77777777" w:rsidR="007A5E59" w:rsidRDefault="0095198F">
            <w:r>
              <w:t>ед.</w:t>
            </w:r>
          </w:p>
        </w:tc>
        <w:tc>
          <w:tcPr>
            <w:tcW w:w="0" w:type="auto"/>
          </w:tcPr>
          <w:p w14:paraId="4149E0AE" w14:textId="77777777" w:rsidR="007A5E59" w:rsidRDefault="0095198F">
            <w:pPr>
              <w:jc w:val="center"/>
            </w:pPr>
            <w:r>
              <w:t>0</w:t>
            </w:r>
          </w:p>
        </w:tc>
        <w:tc>
          <w:tcPr>
            <w:tcW w:w="0" w:type="auto"/>
          </w:tcPr>
          <w:p w14:paraId="4A3D5810" w14:textId="77777777" w:rsidR="007A5E59" w:rsidRDefault="0095198F">
            <w:pPr>
              <w:jc w:val="center"/>
            </w:pPr>
            <w:r>
              <w:t>0</w:t>
            </w:r>
          </w:p>
        </w:tc>
        <w:tc>
          <w:tcPr>
            <w:tcW w:w="0" w:type="auto"/>
          </w:tcPr>
          <w:p w14:paraId="2E684A63" w14:textId="77777777" w:rsidR="007A5E59" w:rsidRDefault="0095198F">
            <w:pPr>
              <w:jc w:val="center"/>
            </w:pPr>
            <w:r>
              <w:t>0</w:t>
            </w:r>
          </w:p>
        </w:tc>
      </w:tr>
      <w:tr w:rsidR="007A5E59" w14:paraId="31B858D1" w14:textId="77777777">
        <w:trPr>
          <w:jc w:val="center"/>
        </w:trPr>
        <w:tc>
          <w:tcPr>
            <w:tcW w:w="0" w:type="auto"/>
          </w:tcPr>
          <w:p w14:paraId="301AF2A9" w14:textId="77777777" w:rsidR="007A5E59" w:rsidRDefault="0095198F">
            <w:pPr>
              <w:jc w:val="center"/>
            </w:pPr>
            <w:r>
              <w:t>3</w:t>
            </w:r>
          </w:p>
        </w:tc>
        <w:tc>
          <w:tcPr>
            <w:tcW w:w="0" w:type="auto"/>
          </w:tcPr>
          <w:p w14:paraId="14DC1CA2" w14:textId="77777777" w:rsidR="007A5E59" w:rsidRPr="00794D67" w:rsidRDefault="0095198F">
            <w:pPr>
              <w:rPr>
                <w:lang w:val="ru-RU"/>
              </w:rPr>
            </w:pPr>
            <w:r w:rsidRPr="00794D67">
              <w:rPr>
                <w:lang w:val="ru-RU"/>
              </w:rPr>
              <w:t>Удельный расход условного топлива на единицу тепловой энергии, отпускаемой с коллекторов источников</w:t>
            </w:r>
          </w:p>
        </w:tc>
        <w:tc>
          <w:tcPr>
            <w:tcW w:w="0" w:type="auto"/>
          </w:tcPr>
          <w:p w14:paraId="5B432128" w14:textId="77777777" w:rsidR="007A5E59" w:rsidRDefault="0095198F">
            <w:r>
              <w:t>кг у.т./Гкал</w:t>
            </w:r>
          </w:p>
        </w:tc>
        <w:tc>
          <w:tcPr>
            <w:tcW w:w="0" w:type="auto"/>
          </w:tcPr>
          <w:p w14:paraId="395BDF1D" w14:textId="77777777" w:rsidR="007A5E59" w:rsidRDefault="0095198F">
            <w:pPr>
              <w:jc w:val="center"/>
            </w:pPr>
            <w:r>
              <w:t>189,21</w:t>
            </w:r>
          </w:p>
        </w:tc>
        <w:tc>
          <w:tcPr>
            <w:tcW w:w="0" w:type="auto"/>
          </w:tcPr>
          <w:p w14:paraId="148B1E60" w14:textId="77777777" w:rsidR="007A5E59" w:rsidRDefault="0095198F">
            <w:pPr>
              <w:jc w:val="center"/>
            </w:pPr>
            <w:r>
              <w:t>189,21</w:t>
            </w:r>
          </w:p>
        </w:tc>
        <w:tc>
          <w:tcPr>
            <w:tcW w:w="0" w:type="auto"/>
          </w:tcPr>
          <w:p w14:paraId="3818FD40" w14:textId="77777777" w:rsidR="007A5E59" w:rsidRDefault="0095198F">
            <w:pPr>
              <w:jc w:val="center"/>
            </w:pPr>
            <w:r>
              <w:t>189,21</w:t>
            </w:r>
          </w:p>
        </w:tc>
      </w:tr>
      <w:tr w:rsidR="007A5E59" w14:paraId="6CDF0261" w14:textId="77777777">
        <w:trPr>
          <w:jc w:val="center"/>
        </w:trPr>
        <w:tc>
          <w:tcPr>
            <w:tcW w:w="0" w:type="auto"/>
          </w:tcPr>
          <w:p w14:paraId="0834183B" w14:textId="77777777" w:rsidR="007A5E59" w:rsidRDefault="0095198F">
            <w:pPr>
              <w:jc w:val="center"/>
            </w:pPr>
            <w:r>
              <w:t>4</w:t>
            </w:r>
          </w:p>
        </w:tc>
        <w:tc>
          <w:tcPr>
            <w:tcW w:w="0" w:type="auto"/>
          </w:tcPr>
          <w:p w14:paraId="51923BCA" w14:textId="77777777" w:rsidR="007A5E59" w:rsidRPr="00794D67" w:rsidRDefault="0095198F">
            <w:pPr>
              <w:rPr>
                <w:lang w:val="ru-RU"/>
              </w:rPr>
            </w:pPr>
            <w:r w:rsidRPr="00794D67">
              <w:rPr>
                <w:lang w:val="ru-RU"/>
              </w:rPr>
              <w:t>Отношение технологических потерь тепловой энергии к материальной характеристике тепловой сети</w:t>
            </w:r>
          </w:p>
        </w:tc>
        <w:tc>
          <w:tcPr>
            <w:tcW w:w="0" w:type="auto"/>
          </w:tcPr>
          <w:p w14:paraId="720CA299" w14:textId="77777777" w:rsidR="007A5E59" w:rsidRDefault="0095198F">
            <w:r>
              <w:t>Гкал/(ч·м²)</w:t>
            </w:r>
          </w:p>
        </w:tc>
        <w:tc>
          <w:tcPr>
            <w:tcW w:w="0" w:type="auto"/>
          </w:tcPr>
          <w:p w14:paraId="69C6CF33" w14:textId="77777777" w:rsidR="007A5E59" w:rsidRDefault="007A5E59"/>
        </w:tc>
        <w:tc>
          <w:tcPr>
            <w:tcW w:w="0" w:type="auto"/>
          </w:tcPr>
          <w:p w14:paraId="0B07CF0B" w14:textId="77777777" w:rsidR="007A5E59" w:rsidRDefault="007A5E59"/>
        </w:tc>
        <w:tc>
          <w:tcPr>
            <w:tcW w:w="0" w:type="auto"/>
          </w:tcPr>
          <w:p w14:paraId="459E819B" w14:textId="77777777" w:rsidR="007A5E59" w:rsidRDefault="007A5E59"/>
        </w:tc>
      </w:tr>
      <w:tr w:rsidR="007A5E59" w14:paraId="2DBA0BEA" w14:textId="77777777">
        <w:trPr>
          <w:jc w:val="center"/>
        </w:trPr>
        <w:tc>
          <w:tcPr>
            <w:tcW w:w="0" w:type="auto"/>
          </w:tcPr>
          <w:p w14:paraId="426B32BB" w14:textId="77777777" w:rsidR="007A5E59" w:rsidRDefault="0095198F">
            <w:pPr>
              <w:jc w:val="center"/>
            </w:pPr>
            <w:r>
              <w:t>5</w:t>
            </w:r>
          </w:p>
        </w:tc>
        <w:tc>
          <w:tcPr>
            <w:tcW w:w="0" w:type="auto"/>
          </w:tcPr>
          <w:p w14:paraId="25861490" w14:textId="77777777" w:rsidR="007A5E59" w:rsidRPr="00794D67" w:rsidRDefault="0095198F">
            <w:pPr>
              <w:rPr>
                <w:lang w:val="ru-RU"/>
              </w:rPr>
            </w:pPr>
            <w:r w:rsidRPr="00794D67">
              <w:rPr>
                <w:lang w:val="ru-RU"/>
              </w:rPr>
              <w:t>Удельная материальная характеристика тепловых сетей, приведённая к расчётной тепловой нагрузке</w:t>
            </w:r>
          </w:p>
        </w:tc>
        <w:tc>
          <w:tcPr>
            <w:tcW w:w="0" w:type="auto"/>
          </w:tcPr>
          <w:p w14:paraId="23CFAFFB" w14:textId="77777777" w:rsidR="007A5E59" w:rsidRDefault="0095198F">
            <w:r>
              <w:t>м²·ч/Гкал</w:t>
            </w:r>
          </w:p>
        </w:tc>
        <w:tc>
          <w:tcPr>
            <w:tcW w:w="0" w:type="auto"/>
          </w:tcPr>
          <w:p w14:paraId="719EF796" w14:textId="77777777" w:rsidR="007A5E59" w:rsidRDefault="0095198F">
            <w:pPr>
              <w:jc w:val="center"/>
            </w:pPr>
            <w:r>
              <w:t>503,75</w:t>
            </w:r>
          </w:p>
        </w:tc>
        <w:tc>
          <w:tcPr>
            <w:tcW w:w="0" w:type="auto"/>
          </w:tcPr>
          <w:p w14:paraId="7A8D39AA" w14:textId="77777777" w:rsidR="007A5E59" w:rsidRDefault="0095198F">
            <w:pPr>
              <w:jc w:val="center"/>
            </w:pPr>
            <w:r>
              <w:t>503,75</w:t>
            </w:r>
          </w:p>
        </w:tc>
        <w:tc>
          <w:tcPr>
            <w:tcW w:w="0" w:type="auto"/>
          </w:tcPr>
          <w:p w14:paraId="16EA187C" w14:textId="77777777" w:rsidR="007A5E59" w:rsidRDefault="0095198F">
            <w:pPr>
              <w:jc w:val="center"/>
            </w:pPr>
            <w:r>
              <w:t>503,75</w:t>
            </w:r>
          </w:p>
        </w:tc>
      </w:tr>
      <w:tr w:rsidR="007A5E59" w14:paraId="4AAA3EB6" w14:textId="77777777">
        <w:trPr>
          <w:jc w:val="center"/>
        </w:trPr>
        <w:tc>
          <w:tcPr>
            <w:tcW w:w="0" w:type="auto"/>
          </w:tcPr>
          <w:p w14:paraId="5567D2B1" w14:textId="77777777" w:rsidR="007A5E59" w:rsidRDefault="0095198F">
            <w:pPr>
              <w:jc w:val="center"/>
            </w:pPr>
            <w:r>
              <w:t>6</w:t>
            </w:r>
          </w:p>
        </w:tc>
        <w:tc>
          <w:tcPr>
            <w:tcW w:w="0" w:type="auto"/>
          </w:tcPr>
          <w:p w14:paraId="0B0AC378" w14:textId="77777777" w:rsidR="007A5E59" w:rsidRPr="00794D67" w:rsidRDefault="0095198F">
            <w:pPr>
              <w:rPr>
                <w:lang w:val="ru-RU"/>
              </w:rPr>
            </w:pPr>
            <w:r w:rsidRPr="00794D67">
              <w:rPr>
                <w:lang w:val="ru-RU"/>
              </w:rPr>
              <w:t>Доля тепловой энергии, выработанной в комбинированном режиме</w:t>
            </w:r>
          </w:p>
        </w:tc>
        <w:tc>
          <w:tcPr>
            <w:tcW w:w="0" w:type="auto"/>
          </w:tcPr>
          <w:p w14:paraId="36F98D0A" w14:textId="77777777" w:rsidR="007A5E59" w:rsidRDefault="0095198F">
            <w:r>
              <w:t>%</w:t>
            </w:r>
          </w:p>
        </w:tc>
        <w:tc>
          <w:tcPr>
            <w:tcW w:w="0" w:type="auto"/>
          </w:tcPr>
          <w:p w14:paraId="1EA48630" w14:textId="77777777" w:rsidR="007A5E59" w:rsidRDefault="0095198F">
            <w:pPr>
              <w:jc w:val="center"/>
            </w:pPr>
            <w:r>
              <w:t>0,0</w:t>
            </w:r>
          </w:p>
        </w:tc>
        <w:tc>
          <w:tcPr>
            <w:tcW w:w="0" w:type="auto"/>
          </w:tcPr>
          <w:p w14:paraId="28BC92D7" w14:textId="77777777" w:rsidR="007A5E59" w:rsidRDefault="0095198F">
            <w:pPr>
              <w:jc w:val="center"/>
            </w:pPr>
            <w:r>
              <w:t>0,0</w:t>
            </w:r>
          </w:p>
        </w:tc>
        <w:tc>
          <w:tcPr>
            <w:tcW w:w="0" w:type="auto"/>
          </w:tcPr>
          <w:p w14:paraId="655A0CCF" w14:textId="77777777" w:rsidR="007A5E59" w:rsidRDefault="0095198F">
            <w:pPr>
              <w:jc w:val="center"/>
            </w:pPr>
            <w:r>
              <w:t>0,0</w:t>
            </w:r>
          </w:p>
        </w:tc>
      </w:tr>
      <w:tr w:rsidR="007A5E59" w14:paraId="7BA7AB97" w14:textId="77777777">
        <w:trPr>
          <w:jc w:val="center"/>
        </w:trPr>
        <w:tc>
          <w:tcPr>
            <w:tcW w:w="0" w:type="auto"/>
          </w:tcPr>
          <w:p w14:paraId="003499F9" w14:textId="77777777" w:rsidR="007A5E59" w:rsidRDefault="0095198F">
            <w:pPr>
              <w:jc w:val="center"/>
            </w:pPr>
            <w:r>
              <w:t>7</w:t>
            </w:r>
          </w:p>
        </w:tc>
        <w:tc>
          <w:tcPr>
            <w:tcW w:w="0" w:type="auto"/>
          </w:tcPr>
          <w:p w14:paraId="7D038E5D" w14:textId="77777777" w:rsidR="007A5E59" w:rsidRPr="00794D67" w:rsidRDefault="0095198F">
            <w:pPr>
              <w:rPr>
                <w:lang w:val="ru-RU"/>
              </w:rPr>
            </w:pPr>
            <w:r w:rsidRPr="00794D67">
              <w:rPr>
                <w:lang w:val="ru-RU"/>
              </w:rPr>
              <w:t>Коэффициент использования теплоты топлива (комбинированная выработка)</w:t>
            </w:r>
          </w:p>
        </w:tc>
        <w:tc>
          <w:tcPr>
            <w:tcW w:w="0" w:type="auto"/>
          </w:tcPr>
          <w:p w14:paraId="0C798CBC" w14:textId="77777777" w:rsidR="007A5E59" w:rsidRDefault="0095198F">
            <w:r>
              <w:t>%</w:t>
            </w:r>
          </w:p>
        </w:tc>
        <w:tc>
          <w:tcPr>
            <w:tcW w:w="0" w:type="auto"/>
          </w:tcPr>
          <w:p w14:paraId="2E18CF68" w14:textId="77777777" w:rsidR="007A5E59" w:rsidRDefault="0095198F">
            <w:r>
              <w:t>—</w:t>
            </w:r>
          </w:p>
        </w:tc>
        <w:tc>
          <w:tcPr>
            <w:tcW w:w="0" w:type="auto"/>
          </w:tcPr>
          <w:p w14:paraId="08D98AB9" w14:textId="77777777" w:rsidR="007A5E59" w:rsidRDefault="0095198F">
            <w:r>
              <w:t>—</w:t>
            </w:r>
          </w:p>
        </w:tc>
        <w:tc>
          <w:tcPr>
            <w:tcW w:w="0" w:type="auto"/>
          </w:tcPr>
          <w:p w14:paraId="1CAB88B1" w14:textId="77777777" w:rsidR="007A5E59" w:rsidRDefault="0095198F">
            <w:r>
              <w:t>—</w:t>
            </w:r>
          </w:p>
        </w:tc>
      </w:tr>
      <w:tr w:rsidR="007A5E59" w14:paraId="2D889BA4" w14:textId="77777777">
        <w:trPr>
          <w:jc w:val="center"/>
        </w:trPr>
        <w:tc>
          <w:tcPr>
            <w:tcW w:w="0" w:type="auto"/>
          </w:tcPr>
          <w:p w14:paraId="6A6EB005" w14:textId="77777777" w:rsidR="007A5E59" w:rsidRDefault="0095198F">
            <w:pPr>
              <w:jc w:val="center"/>
            </w:pPr>
            <w:r>
              <w:t>8</w:t>
            </w:r>
          </w:p>
        </w:tc>
        <w:tc>
          <w:tcPr>
            <w:tcW w:w="0" w:type="auto"/>
          </w:tcPr>
          <w:p w14:paraId="3363ACDF" w14:textId="77777777" w:rsidR="007A5E59" w:rsidRPr="00794D67" w:rsidRDefault="0095198F">
            <w:pPr>
              <w:rPr>
                <w:lang w:val="ru-RU"/>
              </w:rPr>
            </w:pPr>
            <w:r w:rsidRPr="00794D67">
              <w:rPr>
                <w:lang w:val="ru-RU"/>
              </w:rPr>
              <w:t>Доля отпуска тепловой энергии по приборам учёта</w:t>
            </w:r>
          </w:p>
        </w:tc>
        <w:tc>
          <w:tcPr>
            <w:tcW w:w="0" w:type="auto"/>
          </w:tcPr>
          <w:p w14:paraId="11EBC6EC" w14:textId="77777777" w:rsidR="007A5E59" w:rsidRDefault="0095198F">
            <w:r>
              <w:t>%</w:t>
            </w:r>
          </w:p>
        </w:tc>
        <w:tc>
          <w:tcPr>
            <w:tcW w:w="0" w:type="auto"/>
          </w:tcPr>
          <w:p w14:paraId="1D3B1265" w14:textId="77777777" w:rsidR="007A5E59" w:rsidRDefault="007A5E59"/>
        </w:tc>
        <w:tc>
          <w:tcPr>
            <w:tcW w:w="0" w:type="auto"/>
          </w:tcPr>
          <w:p w14:paraId="7E3D6B2E" w14:textId="77777777" w:rsidR="007A5E59" w:rsidRDefault="007A5E59"/>
        </w:tc>
        <w:tc>
          <w:tcPr>
            <w:tcW w:w="0" w:type="auto"/>
          </w:tcPr>
          <w:p w14:paraId="1545B049" w14:textId="77777777" w:rsidR="007A5E59" w:rsidRDefault="007A5E59"/>
        </w:tc>
      </w:tr>
      <w:tr w:rsidR="007A5E59" w14:paraId="012FBFDA" w14:textId="77777777">
        <w:trPr>
          <w:jc w:val="center"/>
        </w:trPr>
        <w:tc>
          <w:tcPr>
            <w:tcW w:w="0" w:type="auto"/>
          </w:tcPr>
          <w:p w14:paraId="6CC7A21D" w14:textId="77777777" w:rsidR="007A5E59" w:rsidRDefault="0095198F">
            <w:pPr>
              <w:jc w:val="center"/>
            </w:pPr>
            <w:r>
              <w:t>9</w:t>
            </w:r>
          </w:p>
        </w:tc>
        <w:tc>
          <w:tcPr>
            <w:tcW w:w="0" w:type="auto"/>
          </w:tcPr>
          <w:p w14:paraId="41A333F0" w14:textId="77777777" w:rsidR="007A5E59" w:rsidRPr="00794D67" w:rsidRDefault="0095198F">
            <w:pPr>
              <w:rPr>
                <w:lang w:val="ru-RU"/>
              </w:rPr>
            </w:pPr>
            <w:r w:rsidRPr="00794D67">
              <w:rPr>
                <w:lang w:val="ru-RU"/>
              </w:rPr>
              <w:t>Средневзвешенный срок эксплуатации тепловых сетей</w:t>
            </w:r>
          </w:p>
        </w:tc>
        <w:tc>
          <w:tcPr>
            <w:tcW w:w="0" w:type="auto"/>
          </w:tcPr>
          <w:p w14:paraId="2D0C4C57" w14:textId="77777777" w:rsidR="007A5E59" w:rsidRDefault="0095198F">
            <w:r>
              <w:t>лет</w:t>
            </w:r>
          </w:p>
        </w:tc>
        <w:tc>
          <w:tcPr>
            <w:tcW w:w="0" w:type="auto"/>
          </w:tcPr>
          <w:p w14:paraId="4BD96A64" w14:textId="77777777" w:rsidR="007A5E59" w:rsidRDefault="0095198F">
            <w:pPr>
              <w:jc w:val="center"/>
            </w:pPr>
            <w:r>
              <w:t>39,4</w:t>
            </w:r>
          </w:p>
        </w:tc>
        <w:tc>
          <w:tcPr>
            <w:tcW w:w="0" w:type="auto"/>
          </w:tcPr>
          <w:p w14:paraId="6ED34E6D" w14:textId="77777777" w:rsidR="007A5E59" w:rsidRDefault="0095198F">
            <w:pPr>
              <w:jc w:val="center"/>
            </w:pPr>
            <w:r>
              <w:t>44,4</w:t>
            </w:r>
          </w:p>
        </w:tc>
        <w:tc>
          <w:tcPr>
            <w:tcW w:w="0" w:type="auto"/>
          </w:tcPr>
          <w:p w14:paraId="3B748C1B" w14:textId="77777777" w:rsidR="007A5E59" w:rsidRDefault="0095198F">
            <w:pPr>
              <w:jc w:val="center"/>
            </w:pPr>
            <w:r>
              <w:t>49,4</w:t>
            </w:r>
          </w:p>
        </w:tc>
      </w:tr>
    </w:tbl>
    <w:p w14:paraId="1FDFD215" w14:textId="77777777" w:rsidR="007A5E59" w:rsidRDefault="007A5E59"/>
    <w:p w14:paraId="688B38D5" w14:textId="77777777" w:rsidR="007A5E59" w:rsidRPr="00794D67" w:rsidRDefault="0095198F">
      <w:pPr>
        <w:rPr>
          <w:lang w:val="ru-RU"/>
        </w:rPr>
      </w:pPr>
      <w:r w:rsidRPr="00794D67">
        <w:rPr>
          <w:b/>
          <w:lang w:val="ru-RU"/>
        </w:rPr>
        <w:t>Таблица 13.2 — Индикаторы развития системы теплоснабжения — пгт Шерегеш (лист «Таблица 14.1»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461"/>
        <w:gridCol w:w="4736"/>
        <w:gridCol w:w="1256"/>
        <w:gridCol w:w="964"/>
        <w:gridCol w:w="964"/>
        <w:gridCol w:w="964"/>
      </w:tblGrid>
      <w:tr w:rsidR="007A5E59" w:rsidRPr="00C07C05" w14:paraId="46F00EE8" w14:textId="77777777">
        <w:trPr>
          <w:cantSplit/>
          <w:tblHeader/>
          <w:jc w:val="center"/>
        </w:trPr>
        <w:tc>
          <w:tcPr>
            <w:tcW w:w="0" w:type="auto"/>
            <w:vMerge w:val="restart"/>
            <w:shd w:val="clear" w:color="auto" w:fill="E2F0D9"/>
            <w:vAlign w:val="center"/>
          </w:tcPr>
          <w:p w14:paraId="40103A7A" w14:textId="77777777" w:rsidR="007A5E59" w:rsidRDefault="0095198F">
            <w:pPr>
              <w:jc w:val="center"/>
            </w:pPr>
            <w:r>
              <w:rPr>
                <w:b/>
              </w:rPr>
              <w:t>№ пп</w:t>
            </w:r>
          </w:p>
        </w:tc>
        <w:tc>
          <w:tcPr>
            <w:tcW w:w="0" w:type="auto"/>
            <w:vMerge w:val="restart"/>
            <w:shd w:val="clear" w:color="auto" w:fill="E2F0D9"/>
            <w:vAlign w:val="center"/>
          </w:tcPr>
          <w:p w14:paraId="49A03C7A" w14:textId="77777777" w:rsidR="007A5E59" w:rsidRDefault="0095198F">
            <w:pPr>
              <w:jc w:val="center"/>
            </w:pPr>
            <w:r>
              <w:rPr>
                <w:b/>
              </w:rPr>
              <w:t>Индикаторы развития системы теплоснабжения</w:t>
            </w:r>
          </w:p>
        </w:tc>
        <w:tc>
          <w:tcPr>
            <w:tcW w:w="0" w:type="auto"/>
            <w:vMerge w:val="restart"/>
            <w:shd w:val="clear" w:color="auto" w:fill="E2F0D9"/>
            <w:vAlign w:val="center"/>
          </w:tcPr>
          <w:p w14:paraId="233CEC37" w14:textId="77777777" w:rsidR="007A5E59" w:rsidRDefault="0095198F">
            <w:pPr>
              <w:jc w:val="center"/>
            </w:pPr>
            <w:r>
              <w:rPr>
                <w:b/>
              </w:rPr>
              <w:t>Ед. изм.</w:t>
            </w:r>
          </w:p>
        </w:tc>
        <w:tc>
          <w:tcPr>
            <w:tcW w:w="0" w:type="auto"/>
            <w:gridSpan w:val="3"/>
            <w:shd w:val="clear" w:color="auto" w:fill="E2F0D9"/>
            <w:vAlign w:val="center"/>
          </w:tcPr>
          <w:p w14:paraId="733EAFED" w14:textId="77777777" w:rsidR="007A5E59" w:rsidRPr="00794D67" w:rsidRDefault="0095198F">
            <w:pPr>
              <w:jc w:val="center"/>
              <w:rPr>
                <w:lang w:val="ru-RU"/>
              </w:rPr>
            </w:pPr>
            <w:r w:rsidRPr="00794D67">
              <w:rPr>
                <w:b/>
                <w:lang w:val="ru-RU"/>
              </w:rPr>
              <w:t>Показатель по этапам развития схемы ТС</w:t>
            </w:r>
          </w:p>
        </w:tc>
      </w:tr>
      <w:tr w:rsidR="007A5E59" w14:paraId="571020BD" w14:textId="77777777">
        <w:trPr>
          <w:cantSplit/>
          <w:tblHeader/>
          <w:jc w:val="center"/>
        </w:trPr>
        <w:tc>
          <w:tcPr>
            <w:tcW w:w="0" w:type="auto"/>
            <w:vMerge/>
            <w:shd w:val="clear" w:color="auto" w:fill="E2F0D9"/>
            <w:vAlign w:val="center"/>
          </w:tcPr>
          <w:p w14:paraId="0278C535" w14:textId="77777777" w:rsidR="007A5E59" w:rsidRPr="00794D67" w:rsidRDefault="007A5E59">
            <w:pPr>
              <w:jc w:val="center"/>
              <w:rPr>
                <w:lang w:val="ru-RU"/>
              </w:rPr>
            </w:pPr>
          </w:p>
        </w:tc>
        <w:tc>
          <w:tcPr>
            <w:tcW w:w="0" w:type="auto"/>
            <w:vMerge/>
            <w:shd w:val="clear" w:color="auto" w:fill="E2F0D9"/>
            <w:vAlign w:val="center"/>
          </w:tcPr>
          <w:p w14:paraId="6E323D72" w14:textId="77777777" w:rsidR="007A5E59" w:rsidRPr="00794D67" w:rsidRDefault="007A5E59">
            <w:pPr>
              <w:jc w:val="center"/>
              <w:rPr>
                <w:lang w:val="ru-RU"/>
              </w:rPr>
            </w:pPr>
          </w:p>
        </w:tc>
        <w:tc>
          <w:tcPr>
            <w:tcW w:w="0" w:type="auto"/>
            <w:vMerge/>
            <w:shd w:val="clear" w:color="auto" w:fill="E2F0D9"/>
            <w:vAlign w:val="center"/>
          </w:tcPr>
          <w:p w14:paraId="186C2B4A" w14:textId="77777777" w:rsidR="007A5E59" w:rsidRPr="00794D67" w:rsidRDefault="007A5E59">
            <w:pPr>
              <w:jc w:val="center"/>
              <w:rPr>
                <w:lang w:val="ru-RU"/>
              </w:rPr>
            </w:pPr>
          </w:p>
        </w:tc>
        <w:tc>
          <w:tcPr>
            <w:tcW w:w="0" w:type="auto"/>
            <w:shd w:val="clear" w:color="auto" w:fill="E2F0D9"/>
            <w:vAlign w:val="center"/>
          </w:tcPr>
          <w:p w14:paraId="08C57D71" w14:textId="77777777" w:rsidR="007A5E59" w:rsidRDefault="0095198F">
            <w:pPr>
              <w:jc w:val="center"/>
            </w:pPr>
            <w:r>
              <w:rPr>
                <w:b/>
              </w:rPr>
              <w:t>2026</w:t>
            </w:r>
          </w:p>
        </w:tc>
        <w:tc>
          <w:tcPr>
            <w:tcW w:w="0" w:type="auto"/>
            <w:shd w:val="clear" w:color="auto" w:fill="E2F0D9"/>
            <w:vAlign w:val="center"/>
          </w:tcPr>
          <w:p w14:paraId="1B6A1D70" w14:textId="77777777" w:rsidR="007A5E59" w:rsidRDefault="0095198F">
            <w:pPr>
              <w:jc w:val="center"/>
            </w:pPr>
            <w:r>
              <w:rPr>
                <w:b/>
              </w:rPr>
              <w:t>2031</w:t>
            </w:r>
          </w:p>
        </w:tc>
        <w:tc>
          <w:tcPr>
            <w:tcW w:w="0" w:type="auto"/>
            <w:shd w:val="clear" w:color="auto" w:fill="E2F0D9"/>
            <w:vAlign w:val="center"/>
          </w:tcPr>
          <w:p w14:paraId="50F80CCE" w14:textId="77777777" w:rsidR="007A5E59" w:rsidRDefault="0095198F">
            <w:pPr>
              <w:jc w:val="center"/>
            </w:pPr>
            <w:r>
              <w:rPr>
                <w:b/>
              </w:rPr>
              <w:t>2036</w:t>
            </w:r>
          </w:p>
        </w:tc>
      </w:tr>
      <w:tr w:rsidR="007A5E59" w14:paraId="3501E317" w14:textId="77777777">
        <w:trPr>
          <w:cantSplit/>
          <w:tblHeader/>
          <w:jc w:val="center"/>
        </w:trPr>
        <w:tc>
          <w:tcPr>
            <w:tcW w:w="0" w:type="auto"/>
            <w:shd w:val="clear" w:color="auto" w:fill="F2F2F2"/>
            <w:vAlign w:val="center"/>
          </w:tcPr>
          <w:p w14:paraId="20C4CDB3" w14:textId="77777777" w:rsidR="007A5E59" w:rsidRDefault="0095198F">
            <w:pPr>
              <w:jc w:val="center"/>
            </w:pPr>
            <w:r>
              <w:t>1</w:t>
            </w:r>
          </w:p>
        </w:tc>
        <w:tc>
          <w:tcPr>
            <w:tcW w:w="0" w:type="auto"/>
            <w:shd w:val="clear" w:color="auto" w:fill="F2F2F2"/>
            <w:vAlign w:val="center"/>
          </w:tcPr>
          <w:p w14:paraId="39141A1A" w14:textId="77777777" w:rsidR="007A5E59" w:rsidRDefault="0095198F">
            <w:pPr>
              <w:jc w:val="center"/>
            </w:pPr>
            <w:r>
              <w:t>2</w:t>
            </w:r>
          </w:p>
        </w:tc>
        <w:tc>
          <w:tcPr>
            <w:tcW w:w="0" w:type="auto"/>
            <w:shd w:val="clear" w:color="auto" w:fill="F2F2F2"/>
            <w:vAlign w:val="center"/>
          </w:tcPr>
          <w:p w14:paraId="533A3BA0" w14:textId="77777777" w:rsidR="007A5E59" w:rsidRDefault="0095198F">
            <w:pPr>
              <w:jc w:val="center"/>
            </w:pPr>
            <w:r>
              <w:t>3</w:t>
            </w:r>
          </w:p>
        </w:tc>
        <w:tc>
          <w:tcPr>
            <w:tcW w:w="0" w:type="auto"/>
            <w:shd w:val="clear" w:color="auto" w:fill="F2F2F2"/>
            <w:vAlign w:val="center"/>
          </w:tcPr>
          <w:p w14:paraId="7C0E3D57" w14:textId="77777777" w:rsidR="007A5E59" w:rsidRDefault="0095198F">
            <w:pPr>
              <w:jc w:val="center"/>
            </w:pPr>
            <w:r>
              <w:t>4</w:t>
            </w:r>
          </w:p>
        </w:tc>
        <w:tc>
          <w:tcPr>
            <w:tcW w:w="0" w:type="auto"/>
            <w:shd w:val="clear" w:color="auto" w:fill="F2F2F2"/>
            <w:vAlign w:val="center"/>
          </w:tcPr>
          <w:p w14:paraId="4954391A" w14:textId="77777777" w:rsidR="007A5E59" w:rsidRDefault="0095198F">
            <w:pPr>
              <w:jc w:val="center"/>
            </w:pPr>
            <w:r>
              <w:t>5</w:t>
            </w:r>
          </w:p>
        </w:tc>
        <w:tc>
          <w:tcPr>
            <w:tcW w:w="0" w:type="auto"/>
            <w:shd w:val="clear" w:color="auto" w:fill="F2F2F2"/>
            <w:vAlign w:val="center"/>
          </w:tcPr>
          <w:p w14:paraId="3F1F7615" w14:textId="77777777" w:rsidR="007A5E59" w:rsidRDefault="0095198F">
            <w:pPr>
              <w:jc w:val="center"/>
            </w:pPr>
            <w:r>
              <w:t>6</w:t>
            </w:r>
          </w:p>
        </w:tc>
      </w:tr>
      <w:tr w:rsidR="007A5E59" w14:paraId="1493DD44" w14:textId="77777777">
        <w:trPr>
          <w:jc w:val="center"/>
        </w:trPr>
        <w:tc>
          <w:tcPr>
            <w:tcW w:w="0" w:type="auto"/>
          </w:tcPr>
          <w:p w14:paraId="2471AC91" w14:textId="77777777" w:rsidR="007A5E59" w:rsidRDefault="0095198F">
            <w:pPr>
              <w:jc w:val="center"/>
            </w:pPr>
            <w:r>
              <w:t>1</w:t>
            </w:r>
          </w:p>
        </w:tc>
        <w:tc>
          <w:tcPr>
            <w:tcW w:w="0" w:type="auto"/>
          </w:tcPr>
          <w:p w14:paraId="37F60DE5" w14:textId="77777777" w:rsidR="007A5E59" w:rsidRPr="00794D67" w:rsidRDefault="0095198F">
            <w:pPr>
              <w:rPr>
                <w:lang w:val="ru-RU"/>
              </w:rPr>
            </w:pPr>
            <w:r w:rsidRPr="00794D67">
              <w:rPr>
                <w:lang w:val="ru-RU"/>
              </w:rPr>
              <w:t>Количество прекращений подачи тепловой энергии в результате технологических нарушений на тепловых сетях</w:t>
            </w:r>
          </w:p>
        </w:tc>
        <w:tc>
          <w:tcPr>
            <w:tcW w:w="0" w:type="auto"/>
          </w:tcPr>
          <w:p w14:paraId="757FCE26" w14:textId="77777777" w:rsidR="007A5E59" w:rsidRDefault="0095198F">
            <w:r>
              <w:t>ед.</w:t>
            </w:r>
          </w:p>
        </w:tc>
        <w:tc>
          <w:tcPr>
            <w:tcW w:w="0" w:type="auto"/>
          </w:tcPr>
          <w:p w14:paraId="43147E57" w14:textId="77777777" w:rsidR="007A5E59" w:rsidRDefault="0095198F">
            <w:pPr>
              <w:jc w:val="center"/>
            </w:pPr>
            <w:r>
              <w:t>0</w:t>
            </w:r>
          </w:p>
        </w:tc>
        <w:tc>
          <w:tcPr>
            <w:tcW w:w="0" w:type="auto"/>
          </w:tcPr>
          <w:p w14:paraId="043FB73C" w14:textId="77777777" w:rsidR="007A5E59" w:rsidRDefault="0095198F">
            <w:pPr>
              <w:jc w:val="center"/>
            </w:pPr>
            <w:r>
              <w:t>0</w:t>
            </w:r>
          </w:p>
        </w:tc>
        <w:tc>
          <w:tcPr>
            <w:tcW w:w="0" w:type="auto"/>
          </w:tcPr>
          <w:p w14:paraId="1B65344B" w14:textId="77777777" w:rsidR="007A5E59" w:rsidRDefault="0095198F">
            <w:pPr>
              <w:jc w:val="center"/>
            </w:pPr>
            <w:r>
              <w:t>0</w:t>
            </w:r>
          </w:p>
        </w:tc>
      </w:tr>
      <w:tr w:rsidR="007A5E59" w14:paraId="1330B8D2" w14:textId="77777777">
        <w:trPr>
          <w:jc w:val="center"/>
        </w:trPr>
        <w:tc>
          <w:tcPr>
            <w:tcW w:w="0" w:type="auto"/>
          </w:tcPr>
          <w:p w14:paraId="079C4024" w14:textId="77777777" w:rsidR="007A5E59" w:rsidRDefault="0095198F">
            <w:pPr>
              <w:jc w:val="center"/>
            </w:pPr>
            <w:r>
              <w:t>2</w:t>
            </w:r>
          </w:p>
        </w:tc>
        <w:tc>
          <w:tcPr>
            <w:tcW w:w="0" w:type="auto"/>
          </w:tcPr>
          <w:p w14:paraId="10554EAB" w14:textId="77777777" w:rsidR="007A5E59" w:rsidRPr="00794D67" w:rsidRDefault="0095198F">
            <w:pPr>
              <w:rPr>
                <w:lang w:val="ru-RU"/>
              </w:rPr>
            </w:pPr>
            <w:r w:rsidRPr="00794D67">
              <w:rPr>
                <w:lang w:val="ru-RU"/>
              </w:rPr>
              <w:t>Количество прекращений подачи тепловой энергии в результате технологических нарушений на источниках тепловой энергии</w:t>
            </w:r>
          </w:p>
        </w:tc>
        <w:tc>
          <w:tcPr>
            <w:tcW w:w="0" w:type="auto"/>
          </w:tcPr>
          <w:p w14:paraId="33B7A254" w14:textId="77777777" w:rsidR="007A5E59" w:rsidRDefault="0095198F">
            <w:r>
              <w:t>ед.</w:t>
            </w:r>
          </w:p>
        </w:tc>
        <w:tc>
          <w:tcPr>
            <w:tcW w:w="0" w:type="auto"/>
          </w:tcPr>
          <w:p w14:paraId="26DB50CD" w14:textId="77777777" w:rsidR="007A5E59" w:rsidRDefault="0095198F">
            <w:pPr>
              <w:jc w:val="center"/>
            </w:pPr>
            <w:r>
              <w:t>0</w:t>
            </w:r>
          </w:p>
        </w:tc>
        <w:tc>
          <w:tcPr>
            <w:tcW w:w="0" w:type="auto"/>
          </w:tcPr>
          <w:p w14:paraId="46B78B9C" w14:textId="77777777" w:rsidR="007A5E59" w:rsidRDefault="0095198F">
            <w:pPr>
              <w:jc w:val="center"/>
            </w:pPr>
            <w:r>
              <w:t>0</w:t>
            </w:r>
          </w:p>
        </w:tc>
        <w:tc>
          <w:tcPr>
            <w:tcW w:w="0" w:type="auto"/>
          </w:tcPr>
          <w:p w14:paraId="0A73AFEC" w14:textId="77777777" w:rsidR="007A5E59" w:rsidRDefault="0095198F">
            <w:pPr>
              <w:jc w:val="center"/>
            </w:pPr>
            <w:r>
              <w:t>0</w:t>
            </w:r>
          </w:p>
        </w:tc>
      </w:tr>
      <w:tr w:rsidR="007A5E59" w14:paraId="527111B0" w14:textId="77777777">
        <w:trPr>
          <w:jc w:val="center"/>
        </w:trPr>
        <w:tc>
          <w:tcPr>
            <w:tcW w:w="0" w:type="auto"/>
          </w:tcPr>
          <w:p w14:paraId="4F2EF9B9" w14:textId="77777777" w:rsidR="007A5E59" w:rsidRDefault="0095198F">
            <w:pPr>
              <w:jc w:val="center"/>
            </w:pPr>
            <w:r>
              <w:t>3</w:t>
            </w:r>
          </w:p>
        </w:tc>
        <w:tc>
          <w:tcPr>
            <w:tcW w:w="0" w:type="auto"/>
          </w:tcPr>
          <w:p w14:paraId="582F1934" w14:textId="77777777" w:rsidR="007A5E59" w:rsidRPr="00794D67" w:rsidRDefault="0095198F">
            <w:pPr>
              <w:rPr>
                <w:lang w:val="ru-RU"/>
              </w:rPr>
            </w:pPr>
            <w:r w:rsidRPr="00794D67">
              <w:rPr>
                <w:lang w:val="ru-RU"/>
              </w:rPr>
              <w:t>Удельный расход условного топлива на единицу тепловой энергии, отпускаемой с коллекторов источников</w:t>
            </w:r>
          </w:p>
        </w:tc>
        <w:tc>
          <w:tcPr>
            <w:tcW w:w="0" w:type="auto"/>
          </w:tcPr>
          <w:p w14:paraId="21E6C86B" w14:textId="77777777" w:rsidR="007A5E59" w:rsidRDefault="0095198F">
            <w:r>
              <w:t>кг у.т./Гкал</w:t>
            </w:r>
          </w:p>
        </w:tc>
        <w:tc>
          <w:tcPr>
            <w:tcW w:w="0" w:type="auto"/>
          </w:tcPr>
          <w:p w14:paraId="2DA37342" w14:textId="77777777" w:rsidR="007A5E59" w:rsidRDefault="0095198F">
            <w:pPr>
              <w:jc w:val="center"/>
            </w:pPr>
            <w:r>
              <w:t>189,21</w:t>
            </w:r>
          </w:p>
        </w:tc>
        <w:tc>
          <w:tcPr>
            <w:tcW w:w="0" w:type="auto"/>
          </w:tcPr>
          <w:p w14:paraId="72898244" w14:textId="77777777" w:rsidR="007A5E59" w:rsidRDefault="0095198F">
            <w:pPr>
              <w:jc w:val="center"/>
            </w:pPr>
            <w:r>
              <w:t>189,21</w:t>
            </w:r>
          </w:p>
        </w:tc>
        <w:tc>
          <w:tcPr>
            <w:tcW w:w="0" w:type="auto"/>
          </w:tcPr>
          <w:p w14:paraId="20575BFF" w14:textId="77777777" w:rsidR="007A5E59" w:rsidRDefault="0095198F">
            <w:pPr>
              <w:jc w:val="center"/>
            </w:pPr>
            <w:r>
              <w:t>189,21</w:t>
            </w:r>
          </w:p>
        </w:tc>
      </w:tr>
      <w:tr w:rsidR="007A5E59" w14:paraId="59AA1E90" w14:textId="77777777">
        <w:trPr>
          <w:jc w:val="center"/>
        </w:trPr>
        <w:tc>
          <w:tcPr>
            <w:tcW w:w="0" w:type="auto"/>
          </w:tcPr>
          <w:p w14:paraId="56C074C9" w14:textId="77777777" w:rsidR="007A5E59" w:rsidRDefault="0095198F">
            <w:pPr>
              <w:jc w:val="center"/>
            </w:pPr>
            <w:r>
              <w:t>4</w:t>
            </w:r>
          </w:p>
        </w:tc>
        <w:tc>
          <w:tcPr>
            <w:tcW w:w="0" w:type="auto"/>
          </w:tcPr>
          <w:p w14:paraId="304D39C8" w14:textId="77777777" w:rsidR="007A5E59" w:rsidRPr="00794D67" w:rsidRDefault="0095198F">
            <w:pPr>
              <w:rPr>
                <w:lang w:val="ru-RU"/>
              </w:rPr>
            </w:pPr>
            <w:r w:rsidRPr="00794D67">
              <w:rPr>
                <w:lang w:val="ru-RU"/>
              </w:rPr>
              <w:t>Отношение технологических потерь тепловой энергии к материальной характеристике тепловой сети</w:t>
            </w:r>
          </w:p>
        </w:tc>
        <w:tc>
          <w:tcPr>
            <w:tcW w:w="0" w:type="auto"/>
          </w:tcPr>
          <w:p w14:paraId="1DAE83AD" w14:textId="77777777" w:rsidR="007A5E59" w:rsidRDefault="0095198F">
            <w:r>
              <w:t>Гкал/(ч·м²)</w:t>
            </w:r>
          </w:p>
        </w:tc>
        <w:tc>
          <w:tcPr>
            <w:tcW w:w="0" w:type="auto"/>
          </w:tcPr>
          <w:p w14:paraId="4AFE4B67" w14:textId="77777777" w:rsidR="007A5E59" w:rsidRDefault="007A5E59"/>
        </w:tc>
        <w:tc>
          <w:tcPr>
            <w:tcW w:w="0" w:type="auto"/>
          </w:tcPr>
          <w:p w14:paraId="189F9A2B" w14:textId="77777777" w:rsidR="007A5E59" w:rsidRDefault="007A5E59"/>
        </w:tc>
        <w:tc>
          <w:tcPr>
            <w:tcW w:w="0" w:type="auto"/>
          </w:tcPr>
          <w:p w14:paraId="3DEA1EBD" w14:textId="77777777" w:rsidR="007A5E59" w:rsidRDefault="007A5E59"/>
        </w:tc>
      </w:tr>
      <w:tr w:rsidR="007A5E59" w14:paraId="3608B135" w14:textId="77777777">
        <w:trPr>
          <w:jc w:val="center"/>
        </w:trPr>
        <w:tc>
          <w:tcPr>
            <w:tcW w:w="0" w:type="auto"/>
          </w:tcPr>
          <w:p w14:paraId="6E635559" w14:textId="77777777" w:rsidR="007A5E59" w:rsidRDefault="0095198F">
            <w:pPr>
              <w:jc w:val="center"/>
            </w:pPr>
            <w:r>
              <w:t>5</w:t>
            </w:r>
          </w:p>
        </w:tc>
        <w:tc>
          <w:tcPr>
            <w:tcW w:w="0" w:type="auto"/>
          </w:tcPr>
          <w:p w14:paraId="73CE2BC5" w14:textId="77777777" w:rsidR="007A5E59" w:rsidRPr="00794D67" w:rsidRDefault="0095198F">
            <w:pPr>
              <w:rPr>
                <w:lang w:val="ru-RU"/>
              </w:rPr>
            </w:pPr>
            <w:r w:rsidRPr="00794D67">
              <w:rPr>
                <w:lang w:val="ru-RU"/>
              </w:rPr>
              <w:t>Удельная материальная характеристика тепловых сетей, приведённая к расчётной тепловой нагрузке</w:t>
            </w:r>
          </w:p>
        </w:tc>
        <w:tc>
          <w:tcPr>
            <w:tcW w:w="0" w:type="auto"/>
          </w:tcPr>
          <w:p w14:paraId="477208E5" w14:textId="77777777" w:rsidR="007A5E59" w:rsidRDefault="0095198F">
            <w:r>
              <w:t>м²·ч/Гкал</w:t>
            </w:r>
          </w:p>
        </w:tc>
        <w:tc>
          <w:tcPr>
            <w:tcW w:w="0" w:type="auto"/>
          </w:tcPr>
          <w:p w14:paraId="7CCC1B6B" w14:textId="77777777" w:rsidR="007A5E59" w:rsidRDefault="0095198F">
            <w:pPr>
              <w:jc w:val="center"/>
            </w:pPr>
            <w:r>
              <w:t>276,30</w:t>
            </w:r>
          </w:p>
        </w:tc>
        <w:tc>
          <w:tcPr>
            <w:tcW w:w="0" w:type="auto"/>
          </w:tcPr>
          <w:p w14:paraId="3D44DD18" w14:textId="77777777" w:rsidR="007A5E59" w:rsidRDefault="0095198F">
            <w:pPr>
              <w:jc w:val="center"/>
            </w:pPr>
            <w:r>
              <w:t>276,30</w:t>
            </w:r>
          </w:p>
        </w:tc>
        <w:tc>
          <w:tcPr>
            <w:tcW w:w="0" w:type="auto"/>
          </w:tcPr>
          <w:p w14:paraId="15E2BA10" w14:textId="77777777" w:rsidR="007A5E59" w:rsidRDefault="0095198F">
            <w:pPr>
              <w:jc w:val="center"/>
            </w:pPr>
            <w:r>
              <w:t>276,30</w:t>
            </w:r>
          </w:p>
        </w:tc>
      </w:tr>
      <w:tr w:rsidR="007A5E59" w14:paraId="21A4BD9B" w14:textId="77777777">
        <w:trPr>
          <w:jc w:val="center"/>
        </w:trPr>
        <w:tc>
          <w:tcPr>
            <w:tcW w:w="0" w:type="auto"/>
          </w:tcPr>
          <w:p w14:paraId="06831D57" w14:textId="77777777" w:rsidR="007A5E59" w:rsidRDefault="0095198F">
            <w:pPr>
              <w:jc w:val="center"/>
            </w:pPr>
            <w:r>
              <w:t>6</w:t>
            </w:r>
          </w:p>
        </w:tc>
        <w:tc>
          <w:tcPr>
            <w:tcW w:w="0" w:type="auto"/>
          </w:tcPr>
          <w:p w14:paraId="6F095956" w14:textId="77777777" w:rsidR="007A5E59" w:rsidRPr="00794D67" w:rsidRDefault="0095198F">
            <w:pPr>
              <w:rPr>
                <w:lang w:val="ru-RU"/>
              </w:rPr>
            </w:pPr>
            <w:r w:rsidRPr="00794D67">
              <w:rPr>
                <w:lang w:val="ru-RU"/>
              </w:rPr>
              <w:t>Доля тепловой энергии, выработанной в комбинированном режиме</w:t>
            </w:r>
          </w:p>
        </w:tc>
        <w:tc>
          <w:tcPr>
            <w:tcW w:w="0" w:type="auto"/>
          </w:tcPr>
          <w:p w14:paraId="54B52410" w14:textId="77777777" w:rsidR="007A5E59" w:rsidRDefault="0095198F">
            <w:r>
              <w:t>%</w:t>
            </w:r>
          </w:p>
        </w:tc>
        <w:tc>
          <w:tcPr>
            <w:tcW w:w="0" w:type="auto"/>
          </w:tcPr>
          <w:p w14:paraId="44356256" w14:textId="77777777" w:rsidR="007A5E59" w:rsidRDefault="0095198F">
            <w:pPr>
              <w:jc w:val="center"/>
            </w:pPr>
            <w:r>
              <w:t>0,0</w:t>
            </w:r>
          </w:p>
        </w:tc>
        <w:tc>
          <w:tcPr>
            <w:tcW w:w="0" w:type="auto"/>
          </w:tcPr>
          <w:p w14:paraId="4F0A65FE" w14:textId="77777777" w:rsidR="007A5E59" w:rsidRDefault="0095198F">
            <w:pPr>
              <w:jc w:val="center"/>
            </w:pPr>
            <w:r>
              <w:t>0,0</w:t>
            </w:r>
          </w:p>
        </w:tc>
        <w:tc>
          <w:tcPr>
            <w:tcW w:w="0" w:type="auto"/>
          </w:tcPr>
          <w:p w14:paraId="5CF79890" w14:textId="77777777" w:rsidR="007A5E59" w:rsidRDefault="0095198F">
            <w:pPr>
              <w:jc w:val="center"/>
            </w:pPr>
            <w:r>
              <w:t>0,0</w:t>
            </w:r>
          </w:p>
        </w:tc>
      </w:tr>
      <w:tr w:rsidR="007A5E59" w14:paraId="04652469" w14:textId="77777777">
        <w:trPr>
          <w:jc w:val="center"/>
        </w:trPr>
        <w:tc>
          <w:tcPr>
            <w:tcW w:w="0" w:type="auto"/>
          </w:tcPr>
          <w:p w14:paraId="480AAF5C" w14:textId="77777777" w:rsidR="007A5E59" w:rsidRDefault="0095198F">
            <w:pPr>
              <w:jc w:val="center"/>
            </w:pPr>
            <w:r>
              <w:t>7</w:t>
            </w:r>
          </w:p>
        </w:tc>
        <w:tc>
          <w:tcPr>
            <w:tcW w:w="0" w:type="auto"/>
          </w:tcPr>
          <w:p w14:paraId="5CF64445" w14:textId="77777777" w:rsidR="007A5E59" w:rsidRPr="00794D67" w:rsidRDefault="0095198F">
            <w:pPr>
              <w:rPr>
                <w:lang w:val="ru-RU"/>
              </w:rPr>
            </w:pPr>
            <w:r w:rsidRPr="00794D67">
              <w:rPr>
                <w:lang w:val="ru-RU"/>
              </w:rPr>
              <w:t>Коэффициент использования теплоты топлива (комбинированная выработка)</w:t>
            </w:r>
          </w:p>
        </w:tc>
        <w:tc>
          <w:tcPr>
            <w:tcW w:w="0" w:type="auto"/>
          </w:tcPr>
          <w:p w14:paraId="6EA601D3" w14:textId="77777777" w:rsidR="007A5E59" w:rsidRDefault="0095198F">
            <w:r>
              <w:t>%</w:t>
            </w:r>
          </w:p>
        </w:tc>
        <w:tc>
          <w:tcPr>
            <w:tcW w:w="0" w:type="auto"/>
          </w:tcPr>
          <w:p w14:paraId="71A0F808" w14:textId="77777777" w:rsidR="007A5E59" w:rsidRDefault="0095198F">
            <w:r>
              <w:t>—</w:t>
            </w:r>
          </w:p>
        </w:tc>
        <w:tc>
          <w:tcPr>
            <w:tcW w:w="0" w:type="auto"/>
          </w:tcPr>
          <w:p w14:paraId="475838D3" w14:textId="77777777" w:rsidR="007A5E59" w:rsidRDefault="0095198F">
            <w:r>
              <w:t>—</w:t>
            </w:r>
          </w:p>
        </w:tc>
        <w:tc>
          <w:tcPr>
            <w:tcW w:w="0" w:type="auto"/>
          </w:tcPr>
          <w:p w14:paraId="1E88E27A" w14:textId="77777777" w:rsidR="007A5E59" w:rsidRDefault="0095198F">
            <w:r>
              <w:t>—</w:t>
            </w:r>
          </w:p>
        </w:tc>
      </w:tr>
      <w:tr w:rsidR="007A5E59" w14:paraId="03727715" w14:textId="77777777">
        <w:trPr>
          <w:jc w:val="center"/>
        </w:trPr>
        <w:tc>
          <w:tcPr>
            <w:tcW w:w="0" w:type="auto"/>
          </w:tcPr>
          <w:p w14:paraId="37328B90" w14:textId="77777777" w:rsidR="007A5E59" w:rsidRDefault="0095198F">
            <w:pPr>
              <w:jc w:val="center"/>
            </w:pPr>
            <w:r>
              <w:t>8</w:t>
            </w:r>
          </w:p>
        </w:tc>
        <w:tc>
          <w:tcPr>
            <w:tcW w:w="0" w:type="auto"/>
          </w:tcPr>
          <w:p w14:paraId="2920EEBA" w14:textId="77777777" w:rsidR="007A5E59" w:rsidRPr="00794D67" w:rsidRDefault="0095198F">
            <w:pPr>
              <w:rPr>
                <w:lang w:val="ru-RU"/>
              </w:rPr>
            </w:pPr>
            <w:r w:rsidRPr="00794D67">
              <w:rPr>
                <w:lang w:val="ru-RU"/>
              </w:rPr>
              <w:t>Доля отпуска тепловой энергии по приборам учёта</w:t>
            </w:r>
          </w:p>
        </w:tc>
        <w:tc>
          <w:tcPr>
            <w:tcW w:w="0" w:type="auto"/>
          </w:tcPr>
          <w:p w14:paraId="6F73201F" w14:textId="77777777" w:rsidR="007A5E59" w:rsidRDefault="0095198F">
            <w:r>
              <w:t>%</w:t>
            </w:r>
          </w:p>
        </w:tc>
        <w:tc>
          <w:tcPr>
            <w:tcW w:w="0" w:type="auto"/>
          </w:tcPr>
          <w:p w14:paraId="2EA43B33" w14:textId="77777777" w:rsidR="007A5E59" w:rsidRDefault="007A5E59"/>
        </w:tc>
        <w:tc>
          <w:tcPr>
            <w:tcW w:w="0" w:type="auto"/>
          </w:tcPr>
          <w:p w14:paraId="6D7FE9C4" w14:textId="77777777" w:rsidR="007A5E59" w:rsidRDefault="007A5E59"/>
        </w:tc>
        <w:tc>
          <w:tcPr>
            <w:tcW w:w="0" w:type="auto"/>
          </w:tcPr>
          <w:p w14:paraId="5F380707" w14:textId="77777777" w:rsidR="007A5E59" w:rsidRDefault="007A5E59"/>
        </w:tc>
      </w:tr>
      <w:tr w:rsidR="007A5E59" w14:paraId="1EF81A1B" w14:textId="77777777">
        <w:trPr>
          <w:jc w:val="center"/>
        </w:trPr>
        <w:tc>
          <w:tcPr>
            <w:tcW w:w="0" w:type="auto"/>
          </w:tcPr>
          <w:p w14:paraId="594F0472" w14:textId="77777777" w:rsidR="007A5E59" w:rsidRDefault="0095198F">
            <w:pPr>
              <w:jc w:val="center"/>
            </w:pPr>
            <w:r>
              <w:t>9</w:t>
            </w:r>
          </w:p>
        </w:tc>
        <w:tc>
          <w:tcPr>
            <w:tcW w:w="0" w:type="auto"/>
          </w:tcPr>
          <w:p w14:paraId="476A5C82" w14:textId="77777777" w:rsidR="007A5E59" w:rsidRPr="00794D67" w:rsidRDefault="0095198F">
            <w:pPr>
              <w:rPr>
                <w:lang w:val="ru-RU"/>
              </w:rPr>
            </w:pPr>
            <w:r w:rsidRPr="00794D67">
              <w:rPr>
                <w:lang w:val="ru-RU"/>
              </w:rPr>
              <w:t>Средневзвешенный срок эксплуатации тепловых сетей</w:t>
            </w:r>
          </w:p>
        </w:tc>
        <w:tc>
          <w:tcPr>
            <w:tcW w:w="0" w:type="auto"/>
          </w:tcPr>
          <w:p w14:paraId="566BD1EC" w14:textId="77777777" w:rsidR="007A5E59" w:rsidRDefault="0095198F">
            <w:r>
              <w:t>лет</w:t>
            </w:r>
          </w:p>
        </w:tc>
        <w:tc>
          <w:tcPr>
            <w:tcW w:w="0" w:type="auto"/>
          </w:tcPr>
          <w:p w14:paraId="01613DC1" w14:textId="77777777" w:rsidR="007A5E59" w:rsidRDefault="0095198F">
            <w:pPr>
              <w:jc w:val="center"/>
            </w:pPr>
            <w:r>
              <w:t>35,4</w:t>
            </w:r>
          </w:p>
        </w:tc>
        <w:tc>
          <w:tcPr>
            <w:tcW w:w="0" w:type="auto"/>
          </w:tcPr>
          <w:p w14:paraId="0A8AC1A0" w14:textId="77777777" w:rsidR="007A5E59" w:rsidRDefault="0095198F">
            <w:pPr>
              <w:jc w:val="center"/>
            </w:pPr>
            <w:r>
              <w:t>40,4</w:t>
            </w:r>
          </w:p>
        </w:tc>
        <w:tc>
          <w:tcPr>
            <w:tcW w:w="0" w:type="auto"/>
          </w:tcPr>
          <w:p w14:paraId="0832C68F" w14:textId="77777777" w:rsidR="007A5E59" w:rsidRDefault="0095198F">
            <w:pPr>
              <w:jc w:val="center"/>
            </w:pPr>
            <w:r>
              <w:t>45,4</w:t>
            </w:r>
          </w:p>
        </w:tc>
      </w:tr>
    </w:tbl>
    <w:p w14:paraId="2F0E37D8" w14:textId="77777777" w:rsidR="007A5E59" w:rsidRDefault="007A5E59"/>
    <w:p w14:paraId="4F8113E0" w14:textId="77777777" w:rsidR="007A5E59" w:rsidRPr="00794D67" w:rsidRDefault="0095198F">
      <w:pPr>
        <w:rPr>
          <w:lang w:val="ru-RU"/>
        </w:rPr>
      </w:pPr>
      <w:r w:rsidRPr="00794D67">
        <w:rPr>
          <w:b/>
          <w:lang w:val="ru-RU"/>
        </w:rPr>
        <w:t>Таблица 13.3 — Индикаторы развития системы теплоснабжения — пгт Каз (лист «Таблица 14.1»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461"/>
        <w:gridCol w:w="4736"/>
        <w:gridCol w:w="1256"/>
        <w:gridCol w:w="964"/>
        <w:gridCol w:w="964"/>
        <w:gridCol w:w="964"/>
      </w:tblGrid>
      <w:tr w:rsidR="007A5E59" w:rsidRPr="00C07C05" w14:paraId="666BFDFD" w14:textId="77777777">
        <w:trPr>
          <w:cantSplit/>
          <w:tblHeader/>
          <w:jc w:val="center"/>
        </w:trPr>
        <w:tc>
          <w:tcPr>
            <w:tcW w:w="0" w:type="auto"/>
            <w:vMerge w:val="restart"/>
            <w:shd w:val="clear" w:color="auto" w:fill="E2F0D9"/>
            <w:vAlign w:val="center"/>
          </w:tcPr>
          <w:p w14:paraId="25E455A0" w14:textId="77777777" w:rsidR="007A5E59" w:rsidRDefault="0095198F">
            <w:pPr>
              <w:jc w:val="center"/>
            </w:pPr>
            <w:r>
              <w:rPr>
                <w:b/>
              </w:rPr>
              <w:t>№ пп</w:t>
            </w:r>
          </w:p>
        </w:tc>
        <w:tc>
          <w:tcPr>
            <w:tcW w:w="0" w:type="auto"/>
            <w:vMerge w:val="restart"/>
            <w:shd w:val="clear" w:color="auto" w:fill="E2F0D9"/>
            <w:vAlign w:val="center"/>
          </w:tcPr>
          <w:p w14:paraId="43B5A3CE" w14:textId="77777777" w:rsidR="007A5E59" w:rsidRDefault="0095198F">
            <w:pPr>
              <w:jc w:val="center"/>
            </w:pPr>
            <w:r>
              <w:rPr>
                <w:b/>
              </w:rPr>
              <w:t>Индикаторы развития системы теплоснабжения</w:t>
            </w:r>
          </w:p>
        </w:tc>
        <w:tc>
          <w:tcPr>
            <w:tcW w:w="0" w:type="auto"/>
            <w:vMerge w:val="restart"/>
            <w:shd w:val="clear" w:color="auto" w:fill="E2F0D9"/>
            <w:vAlign w:val="center"/>
          </w:tcPr>
          <w:p w14:paraId="2A59F705" w14:textId="77777777" w:rsidR="007A5E59" w:rsidRDefault="0095198F">
            <w:pPr>
              <w:jc w:val="center"/>
            </w:pPr>
            <w:r>
              <w:rPr>
                <w:b/>
              </w:rPr>
              <w:t>Ед. изм.</w:t>
            </w:r>
          </w:p>
        </w:tc>
        <w:tc>
          <w:tcPr>
            <w:tcW w:w="0" w:type="auto"/>
            <w:gridSpan w:val="3"/>
            <w:shd w:val="clear" w:color="auto" w:fill="E2F0D9"/>
            <w:vAlign w:val="center"/>
          </w:tcPr>
          <w:p w14:paraId="586644D8" w14:textId="77777777" w:rsidR="007A5E59" w:rsidRPr="00794D67" w:rsidRDefault="0095198F">
            <w:pPr>
              <w:jc w:val="center"/>
              <w:rPr>
                <w:lang w:val="ru-RU"/>
              </w:rPr>
            </w:pPr>
            <w:r w:rsidRPr="00794D67">
              <w:rPr>
                <w:b/>
                <w:lang w:val="ru-RU"/>
              </w:rPr>
              <w:t>Показатель по этапам развития схемы ТС</w:t>
            </w:r>
          </w:p>
        </w:tc>
      </w:tr>
      <w:tr w:rsidR="007A5E59" w14:paraId="0FAA5ABE" w14:textId="77777777">
        <w:trPr>
          <w:cantSplit/>
          <w:tblHeader/>
          <w:jc w:val="center"/>
        </w:trPr>
        <w:tc>
          <w:tcPr>
            <w:tcW w:w="0" w:type="auto"/>
            <w:vMerge/>
            <w:shd w:val="clear" w:color="auto" w:fill="E2F0D9"/>
            <w:vAlign w:val="center"/>
          </w:tcPr>
          <w:p w14:paraId="57FBC5D9" w14:textId="77777777" w:rsidR="007A5E59" w:rsidRPr="00794D67" w:rsidRDefault="007A5E59">
            <w:pPr>
              <w:jc w:val="center"/>
              <w:rPr>
                <w:lang w:val="ru-RU"/>
              </w:rPr>
            </w:pPr>
          </w:p>
        </w:tc>
        <w:tc>
          <w:tcPr>
            <w:tcW w:w="0" w:type="auto"/>
            <w:vMerge/>
            <w:shd w:val="clear" w:color="auto" w:fill="E2F0D9"/>
            <w:vAlign w:val="center"/>
          </w:tcPr>
          <w:p w14:paraId="70E20818" w14:textId="77777777" w:rsidR="007A5E59" w:rsidRPr="00794D67" w:rsidRDefault="007A5E59">
            <w:pPr>
              <w:jc w:val="center"/>
              <w:rPr>
                <w:lang w:val="ru-RU"/>
              </w:rPr>
            </w:pPr>
          </w:p>
        </w:tc>
        <w:tc>
          <w:tcPr>
            <w:tcW w:w="0" w:type="auto"/>
            <w:vMerge/>
            <w:shd w:val="clear" w:color="auto" w:fill="E2F0D9"/>
            <w:vAlign w:val="center"/>
          </w:tcPr>
          <w:p w14:paraId="2A5D80FF" w14:textId="77777777" w:rsidR="007A5E59" w:rsidRPr="00794D67" w:rsidRDefault="007A5E59">
            <w:pPr>
              <w:jc w:val="center"/>
              <w:rPr>
                <w:lang w:val="ru-RU"/>
              </w:rPr>
            </w:pPr>
          </w:p>
        </w:tc>
        <w:tc>
          <w:tcPr>
            <w:tcW w:w="0" w:type="auto"/>
            <w:shd w:val="clear" w:color="auto" w:fill="E2F0D9"/>
            <w:vAlign w:val="center"/>
          </w:tcPr>
          <w:p w14:paraId="602A8F46" w14:textId="77777777" w:rsidR="007A5E59" w:rsidRDefault="0095198F">
            <w:pPr>
              <w:jc w:val="center"/>
            </w:pPr>
            <w:r>
              <w:rPr>
                <w:b/>
              </w:rPr>
              <w:t>2026</w:t>
            </w:r>
          </w:p>
        </w:tc>
        <w:tc>
          <w:tcPr>
            <w:tcW w:w="0" w:type="auto"/>
            <w:shd w:val="clear" w:color="auto" w:fill="E2F0D9"/>
            <w:vAlign w:val="center"/>
          </w:tcPr>
          <w:p w14:paraId="5BC76C0F" w14:textId="77777777" w:rsidR="007A5E59" w:rsidRDefault="0095198F">
            <w:pPr>
              <w:jc w:val="center"/>
            </w:pPr>
            <w:r>
              <w:rPr>
                <w:b/>
              </w:rPr>
              <w:t>2031</w:t>
            </w:r>
          </w:p>
        </w:tc>
        <w:tc>
          <w:tcPr>
            <w:tcW w:w="0" w:type="auto"/>
            <w:shd w:val="clear" w:color="auto" w:fill="E2F0D9"/>
            <w:vAlign w:val="center"/>
          </w:tcPr>
          <w:p w14:paraId="0C89706A" w14:textId="77777777" w:rsidR="007A5E59" w:rsidRDefault="0095198F">
            <w:pPr>
              <w:jc w:val="center"/>
            </w:pPr>
            <w:r>
              <w:rPr>
                <w:b/>
              </w:rPr>
              <w:t>2036</w:t>
            </w:r>
          </w:p>
        </w:tc>
      </w:tr>
      <w:tr w:rsidR="007A5E59" w14:paraId="4079AAA6" w14:textId="77777777">
        <w:trPr>
          <w:cantSplit/>
          <w:tblHeader/>
          <w:jc w:val="center"/>
        </w:trPr>
        <w:tc>
          <w:tcPr>
            <w:tcW w:w="0" w:type="auto"/>
            <w:shd w:val="clear" w:color="auto" w:fill="F2F2F2"/>
            <w:vAlign w:val="center"/>
          </w:tcPr>
          <w:p w14:paraId="1567E266" w14:textId="77777777" w:rsidR="007A5E59" w:rsidRDefault="0095198F">
            <w:pPr>
              <w:jc w:val="center"/>
            </w:pPr>
            <w:r>
              <w:t>1</w:t>
            </w:r>
          </w:p>
        </w:tc>
        <w:tc>
          <w:tcPr>
            <w:tcW w:w="0" w:type="auto"/>
            <w:shd w:val="clear" w:color="auto" w:fill="F2F2F2"/>
            <w:vAlign w:val="center"/>
          </w:tcPr>
          <w:p w14:paraId="4D651F72" w14:textId="77777777" w:rsidR="007A5E59" w:rsidRDefault="0095198F">
            <w:pPr>
              <w:jc w:val="center"/>
            </w:pPr>
            <w:r>
              <w:t>2</w:t>
            </w:r>
          </w:p>
        </w:tc>
        <w:tc>
          <w:tcPr>
            <w:tcW w:w="0" w:type="auto"/>
            <w:shd w:val="clear" w:color="auto" w:fill="F2F2F2"/>
            <w:vAlign w:val="center"/>
          </w:tcPr>
          <w:p w14:paraId="3B7441B0" w14:textId="77777777" w:rsidR="007A5E59" w:rsidRDefault="0095198F">
            <w:pPr>
              <w:jc w:val="center"/>
            </w:pPr>
            <w:r>
              <w:t>3</w:t>
            </w:r>
          </w:p>
        </w:tc>
        <w:tc>
          <w:tcPr>
            <w:tcW w:w="0" w:type="auto"/>
            <w:shd w:val="clear" w:color="auto" w:fill="F2F2F2"/>
            <w:vAlign w:val="center"/>
          </w:tcPr>
          <w:p w14:paraId="7608DEA4" w14:textId="77777777" w:rsidR="007A5E59" w:rsidRDefault="0095198F">
            <w:pPr>
              <w:jc w:val="center"/>
            </w:pPr>
            <w:r>
              <w:t>4</w:t>
            </w:r>
          </w:p>
        </w:tc>
        <w:tc>
          <w:tcPr>
            <w:tcW w:w="0" w:type="auto"/>
            <w:shd w:val="clear" w:color="auto" w:fill="F2F2F2"/>
            <w:vAlign w:val="center"/>
          </w:tcPr>
          <w:p w14:paraId="4D523463" w14:textId="77777777" w:rsidR="007A5E59" w:rsidRDefault="0095198F">
            <w:pPr>
              <w:jc w:val="center"/>
            </w:pPr>
            <w:r>
              <w:t>5</w:t>
            </w:r>
          </w:p>
        </w:tc>
        <w:tc>
          <w:tcPr>
            <w:tcW w:w="0" w:type="auto"/>
            <w:shd w:val="clear" w:color="auto" w:fill="F2F2F2"/>
            <w:vAlign w:val="center"/>
          </w:tcPr>
          <w:p w14:paraId="65B088B6" w14:textId="77777777" w:rsidR="007A5E59" w:rsidRDefault="0095198F">
            <w:pPr>
              <w:jc w:val="center"/>
            </w:pPr>
            <w:r>
              <w:t>6</w:t>
            </w:r>
          </w:p>
        </w:tc>
      </w:tr>
      <w:tr w:rsidR="007A5E59" w14:paraId="1DB6AEE7" w14:textId="77777777">
        <w:trPr>
          <w:jc w:val="center"/>
        </w:trPr>
        <w:tc>
          <w:tcPr>
            <w:tcW w:w="0" w:type="auto"/>
          </w:tcPr>
          <w:p w14:paraId="169477CD" w14:textId="77777777" w:rsidR="007A5E59" w:rsidRDefault="0095198F">
            <w:pPr>
              <w:jc w:val="center"/>
            </w:pPr>
            <w:r>
              <w:t>1</w:t>
            </w:r>
          </w:p>
        </w:tc>
        <w:tc>
          <w:tcPr>
            <w:tcW w:w="0" w:type="auto"/>
          </w:tcPr>
          <w:p w14:paraId="58C4B09D" w14:textId="77777777" w:rsidR="007A5E59" w:rsidRPr="00794D67" w:rsidRDefault="0095198F">
            <w:pPr>
              <w:rPr>
                <w:lang w:val="ru-RU"/>
              </w:rPr>
            </w:pPr>
            <w:r w:rsidRPr="00794D67">
              <w:rPr>
                <w:lang w:val="ru-RU"/>
              </w:rPr>
              <w:t>Количество прекращений подачи тепловой энергии в результате технологических нарушений на тепловых сетях</w:t>
            </w:r>
          </w:p>
        </w:tc>
        <w:tc>
          <w:tcPr>
            <w:tcW w:w="0" w:type="auto"/>
          </w:tcPr>
          <w:p w14:paraId="0CB85945" w14:textId="77777777" w:rsidR="007A5E59" w:rsidRDefault="0095198F">
            <w:r>
              <w:t>ед.</w:t>
            </w:r>
          </w:p>
        </w:tc>
        <w:tc>
          <w:tcPr>
            <w:tcW w:w="0" w:type="auto"/>
          </w:tcPr>
          <w:p w14:paraId="17456491" w14:textId="77777777" w:rsidR="007A5E59" w:rsidRDefault="0095198F">
            <w:pPr>
              <w:jc w:val="center"/>
            </w:pPr>
            <w:r>
              <w:t>0</w:t>
            </w:r>
          </w:p>
        </w:tc>
        <w:tc>
          <w:tcPr>
            <w:tcW w:w="0" w:type="auto"/>
          </w:tcPr>
          <w:p w14:paraId="5C2FC080" w14:textId="77777777" w:rsidR="007A5E59" w:rsidRDefault="0095198F">
            <w:pPr>
              <w:jc w:val="center"/>
            </w:pPr>
            <w:r>
              <w:t>0</w:t>
            </w:r>
          </w:p>
        </w:tc>
        <w:tc>
          <w:tcPr>
            <w:tcW w:w="0" w:type="auto"/>
          </w:tcPr>
          <w:p w14:paraId="2EF8E6B0" w14:textId="77777777" w:rsidR="007A5E59" w:rsidRDefault="0095198F">
            <w:pPr>
              <w:jc w:val="center"/>
            </w:pPr>
            <w:r>
              <w:t>0</w:t>
            </w:r>
          </w:p>
        </w:tc>
      </w:tr>
      <w:tr w:rsidR="007A5E59" w14:paraId="0A072127" w14:textId="77777777">
        <w:trPr>
          <w:jc w:val="center"/>
        </w:trPr>
        <w:tc>
          <w:tcPr>
            <w:tcW w:w="0" w:type="auto"/>
          </w:tcPr>
          <w:p w14:paraId="046099E8" w14:textId="77777777" w:rsidR="007A5E59" w:rsidRDefault="0095198F">
            <w:pPr>
              <w:jc w:val="center"/>
            </w:pPr>
            <w:r>
              <w:t>2</w:t>
            </w:r>
          </w:p>
        </w:tc>
        <w:tc>
          <w:tcPr>
            <w:tcW w:w="0" w:type="auto"/>
          </w:tcPr>
          <w:p w14:paraId="08FCFF6C" w14:textId="77777777" w:rsidR="007A5E59" w:rsidRPr="00794D67" w:rsidRDefault="0095198F">
            <w:pPr>
              <w:rPr>
                <w:lang w:val="ru-RU"/>
              </w:rPr>
            </w:pPr>
            <w:r w:rsidRPr="00794D67">
              <w:rPr>
                <w:lang w:val="ru-RU"/>
              </w:rPr>
              <w:t>Количество прекращений подачи тепловой энергии в результате технологических нарушений на источниках тепловой энергии</w:t>
            </w:r>
          </w:p>
        </w:tc>
        <w:tc>
          <w:tcPr>
            <w:tcW w:w="0" w:type="auto"/>
          </w:tcPr>
          <w:p w14:paraId="6CDF972A" w14:textId="77777777" w:rsidR="007A5E59" w:rsidRDefault="0095198F">
            <w:r>
              <w:t>ед.</w:t>
            </w:r>
          </w:p>
        </w:tc>
        <w:tc>
          <w:tcPr>
            <w:tcW w:w="0" w:type="auto"/>
          </w:tcPr>
          <w:p w14:paraId="58B72AA8" w14:textId="77777777" w:rsidR="007A5E59" w:rsidRDefault="0095198F">
            <w:pPr>
              <w:jc w:val="center"/>
            </w:pPr>
            <w:r>
              <w:t>0</w:t>
            </w:r>
          </w:p>
        </w:tc>
        <w:tc>
          <w:tcPr>
            <w:tcW w:w="0" w:type="auto"/>
          </w:tcPr>
          <w:p w14:paraId="05EC4760" w14:textId="77777777" w:rsidR="007A5E59" w:rsidRDefault="0095198F">
            <w:pPr>
              <w:jc w:val="center"/>
            </w:pPr>
            <w:r>
              <w:t>0</w:t>
            </w:r>
          </w:p>
        </w:tc>
        <w:tc>
          <w:tcPr>
            <w:tcW w:w="0" w:type="auto"/>
          </w:tcPr>
          <w:p w14:paraId="547AE745" w14:textId="77777777" w:rsidR="007A5E59" w:rsidRDefault="0095198F">
            <w:pPr>
              <w:jc w:val="center"/>
            </w:pPr>
            <w:r>
              <w:t>0</w:t>
            </w:r>
          </w:p>
        </w:tc>
      </w:tr>
      <w:tr w:rsidR="007A5E59" w14:paraId="0703F877" w14:textId="77777777">
        <w:trPr>
          <w:jc w:val="center"/>
        </w:trPr>
        <w:tc>
          <w:tcPr>
            <w:tcW w:w="0" w:type="auto"/>
          </w:tcPr>
          <w:p w14:paraId="4E8F9BE6" w14:textId="77777777" w:rsidR="007A5E59" w:rsidRDefault="0095198F">
            <w:pPr>
              <w:jc w:val="center"/>
            </w:pPr>
            <w:r>
              <w:t>3</w:t>
            </w:r>
          </w:p>
        </w:tc>
        <w:tc>
          <w:tcPr>
            <w:tcW w:w="0" w:type="auto"/>
          </w:tcPr>
          <w:p w14:paraId="765CB260" w14:textId="77777777" w:rsidR="007A5E59" w:rsidRPr="00794D67" w:rsidRDefault="0095198F">
            <w:pPr>
              <w:rPr>
                <w:lang w:val="ru-RU"/>
              </w:rPr>
            </w:pPr>
            <w:r w:rsidRPr="00794D67">
              <w:rPr>
                <w:lang w:val="ru-RU"/>
              </w:rPr>
              <w:t>Удельный расход условного топлива на единицу тепловой энергии, отпускаемой с коллекторов источников</w:t>
            </w:r>
          </w:p>
        </w:tc>
        <w:tc>
          <w:tcPr>
            <w:tcW w:w="0" w:type="auto"/>
          </w:tcPr>
          <w:p w14:paraId="5D33F553" w14:textId="77777777" w:rsidR="007A5E59" w:rsidRDefault="0095198F">
            <w:r>
              <w:t>кг у.т./Гкал</w:t>
            </w:r>
          </w:p>
        </w:tc>
        <w:tc>
          <w:tcPr>
            <w:tcW w:w="0" w:type="auto"/>
          </w:tcPr>
          <w:p w14:paraId="2D575316" w14:textId="77777777" w:rsidR="007A5E59" w:rsidRDefault="0095198F">
            <w:pPr>
              <w:jc w:val="center"/>
            </w:pPr>
            <w:r>
              <w:t>189,21</w:t>
            </w:r>
          </w:p>
        </w:tc>
        <w:tc>
          <w:tcPr>
            <w:tcW w:w="0" w:type="auto"/>
          </w:tcPr>
          <w:p w14:paraId="0A1B35FB" w14:textId="77777777" w:rsidR="007A5E59" w:rsidRDefault="0095198F">
            <w:pPr>
              <w:jc w:val="center"/>
            </w:pPr>
            <w:r>
              <w:t>189,21</w:t>
            </w:r>
          </w:p>
        </w:tc>
        <w:tc>
          <w:tcPr>
            <w:tcW w:w="0" w:type="auto"/>
          </w:tcPr>
          <w:p w14:paraId="50F2A07F" w14:textId="77777777" w:rsidR="007A5E59" w:rsidRDefault="0095198F">
            <w:pPr>
              <w:jc w:val="center"/>
            </w:pPr>
            <w:r>
              <w:t>189,21</w:t>
            </w:r>
          </w:p>
        </w:tc>
      </w:tr>
      <w:tr w:rsidR="007A5E59" w14:paraId="776603E1" w14:textId="77777777">
        <w:trPr>
          <w:jc w:val="center"/>
        </w:trPr>
        <w:tc>
          <w:tcPr>
            <w:tcW w:w="0" w:type="auto"/>
          </w:tcPr>
          <w:p w14:paraId="3E5F95EB" w14:textId="77777777" w:rsidR="007A5E59" w:rsidRDefault="0095198F">
            <w:pPr>
              <w:jc w:val="center"/>
            </w:pPr>
            <w:r>
              <w:t>4</w:t>
            </w:r>
          </w:p>
        </w:tc>
        <w:tc>
          <w:tcPr>
            <w:tcW w:w="0" w:type="auto"/>
          </w:tcPr>
          <w:p w14:paraId="7407240C" w14:textId="77777777" w:rsidR="007A5E59" w:rsidRPr="00794D67" w:rsidRDefault="0095198F">
            <w:pPr>
              <w:rPr>
                <w:lang w:val="ru-RU"/>
              </w:rPr>
            </w:pPr>
            <w:r w:rsidRPr="00794D67">
              <w:rPr>
                <w:lang w:val="ru-RU"/>
              </w:rPr>
              <w:t>Отношение технологических потерь тепловой энергии к материальной характеристике тепловой сети</w:t>
            </w:r>
          </w:p>
        </w:tc>
        <w:tc>
          <w:tcPr>
            <w:tcW w:w="0" w:type="auto"/>
          </w:tcPr>
          <w:p w14:paraId="50FECBBB" w14:textId="77777777" w:rsidR="007A5E59" w:rsidRDefault="0095198F">
            <w:r>
              <w:t>Гкал/(ч·м²)</w:t>
            </w:r>
          </w:p>
        </w:tc>
        <w:tc>
          <w:tcPr>
            <w:tcW w:w="0" w:type="auto"/>
          </w:tcPr>
          <w:p w14:paraId="59DAAA03" w14:textId="77777777" w:rsidR="007A5E59" w:rsidRDefault="007A5E59"/>
        </w:tc>
        <w:tc>
          <w:tcPr>
            <w:tcW w:w="0" w:type="auto"/>
          </w:tcPr>
          <w:p w14:paraId="34B91034" w14:textId="77777777" w:rsidR="007A5E59" w:rsidRDefault="007A5E59"/>
        </w:tc>
        <w:tc>
          <w:tcPr>
            <w:tcW w:w="0" w:type="auto"/>
          </w:tcPr>
          <w:p w14:paraId="3AAF6FEF" w14:textId="77777777" w:rsidR="007A5E59" w:rsidRDefault="007A5E59"/>
        </w:tc>
      </w:tr>
      <w:tr w:rsidR="007A5E59" w14:paraId="3A572FC4" w14:textId="77777777">
        <w:trPr>
          <w:jc w:val="center"/>
        </w:trPr>
        <w:tc>
          <w:tcPr>
            <w:tcW w:w="0" w:type="auto"/>
          </w:tcPr>
          <w:p w14:paraId="1FAFC9B3" w14:textId="77777777" w:rsidR="007A5E59" w:rsidRDefault="0095198F">
            <w:pPr>
              <w:jc w:val="center"/>
            </w:pPr>
            <w:r>
              <w:t>5</w:t>
            </w:r>
          </w:p>
        </w:tc>
        <w:tc>
          <w:tcPr>
            <w:tcW w:w="0" w:type="auto"/>
          </w:tcPr>
          <w:p w14:paraId="35D98E5A" w14:textId="77777777" w:rsidR="007A5E59" w:rsidRPr="00794D67" w:rsidRDefault="0095198F">
            <w:pPr>
              <w:rPr>
                <w:lang w:val="ru-RU"/>
              </w:rPr>
            </w:pPr>
            <w:r w:rsidRPr="00794D67">
              <w:rPr>
                <w:lang w:val="ru-RU"/>
              </w:rPr>
              <w:t>Удельная материальная характеристика тепловых сетей, приведённая к расчётной тепловой нагрузке</w:t>
            </w:r>
          </w:p>
        </w:tc>
        <w:tc>
          <w:tcPr>
            <w:tcW w:w="0" w:type="auto"/>
          </w:tcPr>
          <w:p w14:paraId="7636E09E" w14:textId="77777777" w:rsidR="007A5E59" w:rsidRDefault="0095198F">
            <w:r>
              <w:t>м²·ч/Гкал</w:t>
            </w:r>
          </w:p>
        </w:tc>
        <w:tc>
          <w:tcPr>
            <w:tcW w:w="0" w:type="auto"/>
          </w:tcPr>
          <w:p w14:paraId="32540A01" w14:textId="77777777" w:rsidR="007A5E59" w:rsidRDefault="0095198F">
            <w:pPr>
              <w:jc w:val="center"/>
            </w:pPr>
            <w:r>
              <w:t>509,37</w:t>
            </w:r>
          </w:p>
        </w:tc>
        <w:tc>
          <w:tcPr>
            <w:tcW w:w="0" w:type="auto"/>
          </w:tcPr>
          <w:p w14:paraId="5D10A4E6" w14:textId="77777777" w:rsidR="007A5E59" w:rsidRDefault="0095198F">
            <w:pPr>
              <w:jc w:val="center"/>
            </w:pPr>
            <w:r>
              <w:t>509,37</w:t>
            </w:r>
          </w:p>
        </w:tc>
        <w:tc>
          <w:tcPr>
            <w:tcW w:w="0" w:type="auto"/>
          </w:tcPr>
          <w:p w14:paraId="6292F1E8" w14:textId="77777777" w:rsidR="007A5E59" w:rsidRDefault="0095198F">
            <w:pPr>
              <w:jc w:val="center"/>
            </w:pPr>
            <w:r>
              <w:t>509,37</w:t>
            </w:r>
          </w:p>
        </w:tc>
      </w:tr>
      <w:tr w:rsidR="007A5E59" w14:paraId="4449C996" w14:textId="77777777">
        <w:trPr>
          <w:jc w:val="center"/>
        </w:trPr>
        <w:tc>
          <w:tcPr>
            <w:tcW w:w="0" w:type="auto"/>
          </w:tcPr>
          <w:p w14:paraId="3DD04DEA" w14:textId="77777777" w:rsidR="007A5E59" w:rsidRDefault="0095198F">
            <w:pPr>
              <w:jc w:val="center"/>
            </w:pPr>
            <w:r>
              <w:t>6</w:t>
            </w:r>
          </w:p>
        </w:tc>
        <w:tc>
          <w:tcPr>
            <w:tcW w:w="0" w:type="auto"/>
          </w:tcPr>
          <w:p w14:paraId="7B49F06E" w14:textId="77777777" w:rsidR="007A5E59" w:rsidRPr="00794D67" w:rsidRDefault="0095198F">
            <w:pPr>
              <w:rPr>
                <w:lang w:val="ru-RU"/>
              </w:rPr>
            </w:pPr>
            <w:r w:rsidRPr="00794D67">
              <w:rPr>
                <w:lang w:val="ru-RU"/>
              </w:rPr>
              <w:t>Доля тепловой энергии, выработанной в комбинированном режиме</w:t>
            </w:r>
          </w:p>
        </w:tc>
        <w:tc>
          <w:tcPr>
            <w:tcW w:w="0" w:type="auto"/>
          </w:tcPr>
          <w:p w14:paraId="5E99B7C7" w14:textId="77777777" w:rsidR="007A5E59" w:rsidRDefault="0095198F">
            <w:r>
              <w:t>%</w:t>
            </w:r>
          </w:p>
        </w:tc>
        <w:tc>
          <w:tcPr>
            <w:tcW w:w="0" w:type="auto"/>
          </w:tcPr>
          <w:p w14:paraId="4A2C2509" w14:textId="77777777" w:rsidR="007A5E59" w:rsidRDefault="0095198F">
            <w:pPr>
              <w:jc w:val="center"/>
            </w:pPr>
            <w:r>
              <w:t>0,0</w:t>
            </w:r>
          </w:p>
        </w:tc>
        <w:tc>
          <w:tcPr>
            <w:tcW w:w="0" w:type="auto"/>
          </w:tcPr>
          <w:p w14:paraId="1A9598A6" w14:textId="77777777" w:rsidR="007A5E59" w:rsidRDefault="0095198F">
            <w:pPr>
              <w:jc w:val="center"/>
            </w:pPr>
            <w:r>
              <w:t>0,0</w:t>
            </w:r>
          </w:p>
        </w:tc>
        <w:tc>
          <w:tcPr>
            <w:tcW w:w="0" w:type="auto"/>
          </w:tcPr>
          <w:p w14:paraId="780DCBA1" w14:textId="77777777" w:rsidR="007A5E59" w:rsidRDefault="0095198F">
            <w:pPr>
              <w:jc w:val="center"/>
            </w:pPr>
            <w:r>
              <w:t>0,0</w:t>
            </w:r>
          </w:p>
        </w:tc>
      </w:tr>
      <w:tr w:rsidR="007A5E59" w14:paraId="7276E19B" w14:textId="77777777">
        <w:trPr>
          <w:jc w:val="center"/>
        </w:trPr>
        <w:tc>
          <w:tcPr>
            <w:tcW w:w="0" w:type="auto"/>
          </w:tcPr>
          <w:p w14:paraId="5DC7611F" w14:textId="77777777" w:rsidR="007A5E59" w:rsidRDefault="0095198F">
            <w:pPr>
              <w:jc w:val="center"/>
            </w:pPr>
            <w:r>
              <w:t>7</w:t>
            </w:r>
          </w:p>
        </w:tc>
        <w:tc>
          <w:tcPr>
            <w:tcW w:w="0" w:type="auto"/>
          </w:tcPr>
          <w:p w14:paraId="44E5D61A" w14:textId="77777777" w:rsidR="007A5E59" w:rsidRPr="00794D67" w:rsidRDefault="0095198F">
            <w:pPr>
              <w:rPr>
                <w:lang w:val="ru-RU"/>
              </w:rPr>
            </w:pPr>
            <w:r w:rsidRPr="00794D67">
              <w:rPr>
                <w:lang w:val="ru-RU"/>
              </w:rPr>
              <w:t>Коэффициент использования теплоты топлива (комбинированная выработка)</w:t>
            </w:r>
          </w:p>
        </w:tc>
        <w:tc>
          <w:tcPr>
            <w:tcW w:w="0" w:type="auto"/>
          </w:tcPr>
          <w:p w14:paraId="4053763E" w14:textId="77777777" w:rsidR="007A5E59" w:rsidRDefault="0095198F">
            <w:r>
              <w:t>%</w:t>
            </w:r>
          </w:p>
        </w:tc>
        <w:tc>
          <w:tcPr>
            <w:tcW w:w="0" w:type="auto"/>
          </w:tcPr>
          <w:p w14:paraId="5CEBF759" w14:textId="77777777" w:rsidR="007A5E59" w:rsidRDefault="0095198F">
            <w:r>
              <w:t>—</w:t>
            </w:r>
          </w:p>
        </w:tc>
        <w:tc>
          <w:tcPr>
            <w:tcW w:w="0" w:type="auto"/>
          </w:tcPr>
          <w:p w14:paraId="637CEE77" w14:textId="77777777" w:rsidR="007A5E59" w:rsidRDefault="0095198F">
            <w:r>
              <w:t>—</w:t>
            </w:r>
          </w:p>
        </w:tc>
        <w:tc>
          <w:tcPr>
            <w:tcW w:w="0" w:type="auto"/>
          </w:tcPr>
          <w:p w14:paraId="4AD542F7" w14:textId="77777777" w:rsidR="007A5E59" w:rsidRDefault="0095198F">
            <w:r>
              <w:t>—</w:t>
            </w:r>
          </w:p>
        </w:tc>
      </w:tr>
      <w:tr w:rsidR="007A5E59" w14:paraId="5F6A6E14" w14:textId="77777777">
        <w:trPr>
          <w:jc w:val="center"/>
        </w:trPr>
        <w:tc>
          <w:tcPr>
            <w:tcW w:w="0" w:type="auto"/>
          </w:tcPr>
          <w:p w14:paraId="55B9FC61" w14:textId="77777777" w:rsidR="007A5E59" w:rsidRDefault="0095198F">
            <w:pPr>
              <w:jc w:val="center"/>
            </w:pPr>
            <w:r>
              <w:t>8</w:t>
            </w:r>
          </w:p>
        </w:tc>
        <w:tc>
          <w:tcPr>
            <w:tcW w:w="0" w:type="auto"/>
          </w:tcPr>
          <w:p w14:paraId="5B1405DB" w14:textId="77777777" w:rsidR="007A5E59" w:rsidRPr="00794D67" w:rsidRDefault="0095198F">
            <w:pPr>
              <w:rPr>
                <w:lang w:val="ru-RU"/>
              </w:rPr>
            </w:pPr>
            <w:r w:rsidRPr="00794D67">
              <w:rPr>
                <w:lang w:val="ru-RU"/>
              </w:rPr>
              <w:t>Доля отпуска тепловой энергии по приборам учёта</w:t>
            </w:r>
          </w:p>
        </w:tc>
        <w:tc>
          <w:tcPr>
            <w:tcW w:w="0" w:type="auto"/>
          </w:tcPr>
          <w:p w14:paraId="2A317CA0" w14:textId="77777777" w:rsidR="007A5E59" w:rsidRDefault="0095198F">
            <w:r>
              <w:t>%</w:t>
            </w:r>
          </w:p>
        </w:tc>
        <w:tc>
          <w:tcPr>
            <w:tcW w:w="0" w:type="auto"/>
          </w:tcPr>
          <w:p w14:paraId="4786C657" w14:textId="77777777" w:rsidR="007A5E59" w:rsidRDefault="007A5E59"/>
        </w:tc>
        <w:tc>
          <w:tcPr>
            <w:tcW w:w="0" w:type="auto"/>
          </w:tcPr>
          <w:p w14:paraId="1873C4A2" w14:textId="77777777" w:rsidR="007A5E59" w:rsidRDefault="007A5E59"/>
        </w:tc>
        <w:tc>
          <w:tcPr>
            <w:tcW w:w="0" w:type="auto"/>
          </w:tcPr>
          <w:p w14:paraId="2C4B4A34" w14:textId="77777777" w:rsidR="007A5E59" w:rsidRDefault="007A5E59"/>
        </w:tc>
      </w:tr>
      <w:tr w:rsidR="007A5E59" w14:paraId="432887FA" w14:textId="77777777">
        <w:trPr>
          <w:jc w:val="center"/>
        </w:trPr>
        <w:tc>
          <w:tcPr>
            <w:tcW w:w="0" w:type="auto"/>
          </w:tcPr>
          <w:p w14:paraId="110DD028" w14:textId="77777777" w:rsidR="007A5E59" w:rsidRDefault="0095198F">
            <w:pPr>
              <w:jc w:val="center"/>
            </w:pPr>
            <w:r>
              <w:t>9</w:t>
            </w:r>
          </w:p>
        </w:tc>
        <w:tc>
          <w:tcPr>
            <w:tcW w:w="0" w:type="auto"/>
          </w:tcPr>
          <w:p w14:paraId="59F74EAB" w14:textId="77777777" w:rsidR="007A5E59" w:rsidRPr="00794D67" w:rsidRDefault="0095198F">
            <w:pPr>
              <w:rPr>
                <w:lang w:val="ru-RU"/>
              </w:rPr>
            </w:pPr>
            <w:r w:rsidRPr="00794D67">
              <w:rPr>
                <w:lang w:val="ru-RU"/>
              </w:rPr>
              <w:t>Средневзвешенный срок эксплуатации тепловых сетей</w:t>
            </w:r>
          </w:p>
        </w:tc>
        <w:tc>
          <w:tcPr>
            <w:tcW w:w="0" w:type="auto"/>
          </w:tcPr>
          <w:p w14:paraId="7F91E28A" w14:textId="77777777" w:rsidR="007A5E59" w:rsidRDefault="0095198F">
            <w:r>
              <w:t>лет</w:t>
            </w:r>
          </w:p>
        </w:tc>
        <w:tc>
          <w:tcPr>
            <w:tcW w:w="0" w:type="auto"/>
          </w:tcPr>
          <w:p w14:paraId="1AACC1F8" w14:textId="77777777" w:rsidR="007A5E59" w:rsidRDefault="0095198F">
            <w:pPr>
              <w:jc w:val="center"/>
            </w:pPr>
            <w:r>
              <w:t>31,3</w:t>
            </w:r>
          </w:p>
        </w:tc>
        <w:tc>
          <w:tcPr>
            <w:tcW w:w="0" w:type="auto"/>
          </w:tcPr>
          <w:p w14:paraId="709A080E" w14:textId="77777777" w:rsidR="007A5E59" w:rsidRDefault="0095198F">
            <w:pPr>
              <w:jc w:val="center"/>
            </w:pPr>
            <w:r>
              <w:t>36,3</w:t>
            </w:r>
          </w:p>
        </w:tc>
        <w:tc>
          <w:tcPr>
            <w:tcW w:w="0" w:type="auto"/>
          </w:tcPr>
          <w:p w14:paraId="6033ED6E" w14:textId="77777777" w:rsidR="007A5E59" w:rsidRDefault="0095198F">
            <w:pPr>
              <w:jc w:val="center"/>
            </w:pPr>
            <w:r>
              <w:t>41,3</w:t>
            </w:r>
          </w:p>
        </w:tc>
      </w:tr>
    </w:tbl>
    <w:p w14:paraId="04F554B2" w14:textId="77777777" w:rsidR="007A5E59" w:rsidRDefault="007A5E59"/>
    <w:p w14:paraId="52BEE018" w14:textId="77777777" w:rsidR="007A5E59" w:rsidRPr="00794D67" w:rsidRDefault="0095198F">
      <w:pPr>
        <w:rPr>
          <w:lang w:val="ru-RU"/>
        </w:rPr>
      </w:pPr>
      <w:r w:rsidRPr="00794D67">
        <w:rPr>
          <w:b/>
          <w:lang w:val="ru-RU"/>
        </w:rPr>
        <w:t>Таблица 13.4 — Индикаторы развития системы теплоснабжения — пгт Мундыбаш (лист «Таблица 14.1»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461"/>
        <w:gridCol w:w="4736"/>
        <w:gridCol w:w="1256"/>
        <w:gridCol w:w="964"/>
        <w:gridCol w:w="964"/>
        <w:gridCol w:w="964"/>
      </w:tblGrid>
      <w:tr w:rsidR="007A5E59" w:rsidRPr="00C07C05" w14:paraId="04CBE748" w14:textId="77777777">
        <w:trPr>
          <w:cantSplit/>
          <w:tblHeader/>
          <w:jc w:val="center"/>
        </w:trPr>
        <w:tc>
          <w:tcPr>
            <w:tcW w:w="0" w:type="auto"/>
            <w:vMerge w:val="restart"/>
            <w:shd w:val="clear" w:color="auto" w:fill="E2F0D9"/>
            <w:vAlign w:val="center"/>
          </w:tcPr>
          <w:p w14:paraId="7FA7D1BB" w14:textId="77777777" w:rsidR="007A5E59" w:rsidRDefault="0095198F">
            <w:pPr>
              <w:jc w:val="center"/>
            </w:pPr>
            <w:r>
              <w:rPr>
                <w:b/>
              </w:rPr>
              <w:t>№ пп</w:t>
            </w:r>
          </w:p>
        </w:tc>
        <w:tc>
          <w:tcPr>
            <w:tcW w:w="0" w:type="auto"/>
            <w:vMerge w:val="restart"/>
            <w:shd w:val="clear" w:color="auto" w:fill="E2F0D9"/>
            <w:vAlign w:val="center"/>
          </w:tcPr>
          <w:p w14:paraId="6425EB0B" w14:textId="77777777" w:rsidR="007A5E59" w:rsidRDefault="0095198F">
            <w:pPr>
              <w:jc w:val="center"/>
            </w:pPr>
            <w:r>
              <w:rPr>
                <w:b/>
              </w:rPr>
              <w:t>Индикаторы развития системы теплоснабжения</w:t>
            </w:r>
          </w:p>
        </w:tc>
        <w:tc>
          <w:tcPr>
            <w:tcW w:w="0" w:type="auto"/>
            <w:vMerge w:val="restart"/>
            <w:shd w:val="clear" w:color="auto" w:fill="E2F0D9"/>
            <w:vAlign w:val="center"/>
          </w:tcPr>
          <w:p w14:paraId="1DB6E56E" w14:textId="77777777" w:rsidR="007A5E59" w:rsidRDefault="0095198F">
            <w:pPr>
              <w:jc w:val="center"/>
            </w:pPr>
            <w:r>
              <w:rPr>
                <w:b/>
              </w:rPr>
              <w:t>Ед. изм.</w:t>
            </w:r>
          </w:p>
        </w:tc>
        <w:tc>
          <w:tcPr>
            <w:tcW w:w="0" w:type="auto"/>
            <w:gridSpan w:val="3"/>
            <w:shd w:val="clear" w:color="auto" w:fill="E2F0D9"/>
            <w:vAlign w:val="center"/>
          </w:tcPr>
          <w:p w14:paraId="0C8C7E09" w14:textId="77777777" w:rsidR="007A5E59" w:rsidRPr="00794D67" w:rsidRDefault="0095198F">
            <w:pPr>
              <w:jc w:val="center"/>
              <w:rPr>
                <w:lang w:val="ru-RU"/>
              </w:rPr>
            </w:pPr>
            <w:r w:rsidRPr="00794D67">
              <w:rPr>
                <w:b/>
                <w:lang w:val="ru-RU"/>
              </w:rPr>
              <w:t>Показатель по этапам развития схемы ТС</w:t>
            </w:r>
          </w:p>
        </w:tc>
      </w:tr>
      <w:tr w:rsidR="007A5E59" w14:paraId="71F87D00" w14:textId="77777777">
        <w:trPr>
          <w:cantSplit/>
          <w:tblHeader/>
          <w:jc w:val="center"/>
        </w:trPr>
        <w:tc>
          <w:tcPr>
            <w:tcW w:w="0" w:type="auto"/>
            <w:vMerge/>
            <w:shd w:val="clear" w:color="auto" w:fill="E2F0D9"/>
            <w:vAlign w:val="center"/>
          </w:tcPr>
          <w:p w14:paraId="1D7457A0" w14:textId="77777777" w:rsidR="007A5E59" w:rsidRPr="00794D67" w:rsidRDefault="007A5E59">
            <w:pPr>
              <w:jc w:val="center"/>
              <w:rPr>
                <w:lang w:val="ru-RU"/>
              </w:rPr>
            </w:pPr>
          </w:p>
        </w:tc>
        <w:tc>
          <w:tcPr>
            <w:tcW w:w="0" w:type="auto"/>
            <w:vMerge/>
            <w:shd w:val="clear" w:color="auto" w:fill="E2F0D9"/>
            <w:vAlign w:val="center"/>
          </w:tcPr>
          <w:p w14:paraId="13525DE2" w14:textId="77777777" w:rsidR="007A5E59" w:rsidRPr="00794D67" w:rsidRDefault="007A5E59">
            <w:pPr>
              <w:jc w:val="center"/>
              <w:rPr>
                <w:lang w:val="ru-RU"/>
              </w:rPr>
            </w:pPr>
          </w:p>
        </w:tc>
        <w:tc>
          <w:tcPr>
            <w:tcW w:w="0" w:type="auto"/>
            <w:vMerge/>
            <w:shd w:val="clear" w:color="auto" w:fill="E2F0D9"/>
            <w:vAlign w:val="center"/>
          </w:tcPr>
          <w:p w14:paraId="59E868E3" w14:textId="77777777" w:rsidR="007A5E59" w:rsidRPr="00794D67" w:rsidRDefault="007A5E59">
            <w:pPr>
              <w:jc w:val="center"/>
              <w:rPr>
                <w:lang w:val="ru-RU"/>
              </w:rPr>
            </w:pPr>
          </w:p>
        </w:tc>
        <w:tc>
          <w:tcPr>
            <w:tcW w:w="0" w:type="auto"/>
            <w:shd w:val="clear" w:color="auto" w:fill="E2F0D9"/>
            <w:vAlign w:val="center"/>
          </w:tcPr>
          <w:p w14:paraId="440CB8BC" w14:textId="77777777" w:rsidR="007A5E59" w:rsidRDefault="0095198F">
            <w:pPr>
              <w:jc w:val="center"/>
            </w:pPr>
            <w:r>
              <w:rPr>
                <w:b/>
              </w:rPr>
              <w:t>2026</w:t>
            </w:r>
          </w:p>
        </w:tc>
        <w:tc>
          <w:tcPr>
            <w:tcW w:w="0" w:type="auto"/>
            <w:shd w:val="clear" w:color="auto" w:fill="E2F0D9"/>
            <w:vAlign w:val="center"/>
          </w:tcPr>
          <w:p w14:paraId="3717F032" w14:textId="77777777" w:rsidR="007A5E59" w:rsidRDefault="0095198F">
            <w:pPr>
              <w:jc w:val="center"/>
            </w:pPr>
            <w:r>
              <w:rPr>
                <w:b/>
              </w:rPr>
              <w:t>2031</w:t>
            </w:r>
          </w:p>
        </w:tc>
        <w:tc>
          <w:tcPr>
            <w:tcW w:w="0" w:type="auto"/>
            <w:shd w:val="clear" w:color="auto" w:fill="E2F0D9"/>
            <w:vAlign w:val="center"/>
          </w:tcPr>
          <w:p w14:paraId="2C667738" w14:textId="77777777" w:rsidR="007A5E59" w:rsidRDefault="0095198F">
            <w:pPr>
              <w:jc w:val="center"/>
            </w:pPr>
            <w:r>
              <w:rPr>
                <w:b/>
              </w:rPr>
              <w:t>2036</w:t>
            </w:r>
          </w:p>
        </w:tc>
      </w:tr>
      <w:tr w:rsidR="007A5E59" w14:paraId="2A03BF23" w14:textId="77777777">
        <w:trPr>
          <w:cantSplit/>
          <w:tblHeader/>
          <w:jc w:val="center"/>
        </w:trPr>
        <w:tc>
          <w:tcPr>
            <w:tcW w:w="0" w:type="auto"/>
            <w:shd w:val="clear" w:color="auto" w:fill="F2F2F2"/>
            <w:vAlign w:val="center"/>
          </w:tcPr>
          <w:p w14:paraId="64E06B26" w14:textId="77777777" w:rsidR="007A5E59" w:rsidRDefault="0095198F">
            <w:pPr>
              <w:jc w:val="center"/>
            </w:pPr>
            <w:r>
              <w:t>1</w:t>
            </w:r>
          </w:p>
        </w:tc>
        <w:tc>
          <w:tcPr>
            <w:tcW w:w="0" w:type="auto"/>
            <w:shd w:val="clear" w:color="auto" w:fill="F2F2F2"/>
            <w:vAlign w:val="center"/>
          </w:tcPr>
          <w:p w14:paraId="107B7E47" w14:textId="77777777" w:rsidR="007A5E59" w:rsidRDefault="0095198F">
            <w:pPr>
              <w:jc w:val="center"/>
            </w:pPr>
            <w:r>
              <w:t>2</w:t>
            </w:r>
          </w:p>
        </w:tc>
        <w:tc>
          <w:tcPr>
            <w:tcW w:w="0" w:type="auto"/>
            <w:shd w:val="clear" w:color="auto" w:fill="F2F2F2"/>
            <w:vAlign w:val="center"/>
          </w:tcPr>
          <w:p w14:paraId="6CA82BBA" w14:textId="77777777" w:rsidR="007A5E59" w:rsidRDefault="0095198F">
            <w:pPr>
              <w:jc w:val="center"/>
            </w:pPr>
            <w:r>
              <w:t>3</w:t>
            </w:r>
          </w:p>
        </w:tc>
        <w:tc>
          <w:tcPr>
            <w:tcW w:w="0" w:type="auto"/>
            <w:shd w:val="clear" w:color="auto" w:fill="F2F2F2"/>
            <w:vAlign w:val="center"/>
          </w:tcPr>
          <w:p w14:paraId="0AA278C8" w14:textId="77777777" w:rsidR="007A5E59" w:rsidRDefault="0095198F">
            <w:pPr>
              <w:jc w:val="center"/>
            </w:pPr>
            <w:r>
              <w:t>4</w:t>
            </w:r>
          </w:p>
        </w:tc>
        <w:tc>
          <w:tcPr>
            <w:tcW w:w="0" w:type="auto"/>
            <w:shd w:val="clear" w:color="auto" w:fill="F2F2F2"/>
            <w:vAlign w:val="center"/>
          </w:tcPr>
          <w:p w14:paraId="16004E07" w14:textId="77777777" w:rsidR="007A5E59" w:rsidRDefault="0095198F">
            <w:pPr>
              <w:jc w:val="center"/>
            </w:pPr>
            <w:r>
              <w:t>5</w:t>
            </w:r>
          </w:p>
        </w:tc>
        <w:tc>
          <w:tcPr>
            <w:tcW w:w="0" w:type="auto"/>
            <w:shd w:val="clear" w:color="auto" w:fill="F2F2F2"/>
            <w:vAlign w:val="center"/>
          </w:tcPr>
          <w:p w14:paraId="24BE0CF4" w14:textId="77777777" w:rsidR="007A5E59" w:rsidRDefault="0095198F">
            <w:pPr>
              <w:jc w:val="center"/>
            </w:pPr>
            <w:r>
              <w:t>6</w:t>
            </w:r>
          </w:p>
        </w:tc>
      </w:tr>
      <w:tr w:rsidR="007A5E59" w14:paraId="31A2EF46" w14:textId="77777777">
        <w:trPr>
          <w:jc w:val="center"/>
        </w:trPr>
        <w:tc>
          <w:tcPr>
            <w:tcW w:w="0" w:type="auto"/>
          </w:tcPr>
          <w:p w14:paraId="6CC87B07" w14:textId="77777777" w:rsidR="007A5E59" w:rsidRDefault="0095198F">
            <w:pPr>
              <w:jc w:val="center"/>
            </w:pPr>
            <w:r>
              <w:t>1</w:t>
            </w:r>
          </w:p>
        </w:tc>
        <w:tc>
          <w:tcPr>
            <w:tcW w:w="0" w:type="auto"/>
          </w:tcPr>
          <w:p w14:paraId="6224A929" w14:textId="77777777" w:rsidR="007A5E59" w:rsidRPr="00794D67" w:rsidRDefault="0095198F">
            <w:pPr>
              <w:rPr>
                <w:lang w:val="ru-RU"/>
              </w:rPr>
            </w:pPr>
            <w:r w:rsidRPr="00794D67">
              <w:rPr>
                <w:lang w:val="ru-RU"/>
              </w:rPr>
              <w:t>Количество прекращений подачи тепловой энергии в результате технологических нарушений на тепловых сетях</w:t>
            </w:r>
          </w:p>
        </w:tc>
        <w:tc>
          <w:tcPr>
            <w:tcW w:w="0" w:type="auto"/>
          </w:tcPr>
          <w:p w14:paraId="337A8035" w14:textId="77777777" w:rsidR="007A5E59" w:rsidRDefault="0095198F">
            <w:r>
              <w:t>ед.</w:t>
            </w:r>
          </w:p>
        </w:tc>
        <w:tc>
          <w:tcPr>
            <w:tcW w:w="0" w:type="auto"/>
          </w:tcPr>
          <w:p w14:paraId="7D9543D2" w14:textId="77777777" w:rsidR="007A5E59" w:rsidRDefault="0095198F">
            <w:pPr>
              <w:jc w:val="center"/>
            </w:pPr>
            <w:r>
              <w:t>0</w:t>
            </w:r>
          </w:p>
        </w:tc>
        <w:tc>
          <w:tcPr>
            <w:tcW w:w="0" w:type="auto"/>
          </w:tcPr>
          <w:p w14:paraId="6257D5EF" w14:textId="77777777" w:rsidR="007A5E59" w:rsidRDefault="0095198F">
            <w:pPr>
              <w:jc w:val="center"/>
            </w:pPr>
            <w:r>
              <w:t>0</w:t>
            </w:r>
          </w:p>
        </w:tc>
        <w:tc>
          <w:tcPr>
            <w:tcW w:w="0" w:type="auto"/>
          </w:tcPr>
          <w:p w14:paraId="5EB71B66" w14:textId="77777777" w:rsidR="007A5E59" w:rsidRDefault="0095198F">
            <w:pPr>
              <w:jc w:val="center"/>
            </w:pPr>
            <w:r>
              <w:t>0</w:t>
            </w:r>
          </w:p>
        </w:tc>
      </w:tr>
      <w:tr w:rsidR="007A5E59" w14:paraId="149B5C17" w14:textId="77777777">
        <w:trPr>
          <w:jc w:val="center"/>
        </w:trPr>
        <w:tc>
          <w:tcPr>
            <w:tcW w:w="0" w:type="auto"/>
          </w:tcPr>
          <w:p w14:paraId="52C21464" w14:textId="77777777" w:rsidR="007A5E59" w:rsidRDefault="0095198F">
            <w:pPr>
              <w:jc w:val="center"/>
            </w:pPr>
            <w:r>
              <w:t>2</w:t>
            </w:r>
          </w:p>
        </w:tc>
        <w:tc>
          <w:tcPr>
            <w:tcW w:w="0" w:type="auto"/>
          </w:tcPr>
          <w:p w14:paraId="7A951080" w14:textId="77777777" w:rsidR="007A5E59" w:rsidRPr="00794D67" w:rsidRDefault="0095198F">
            <w:pPr>
              <w:rPr>
                <w:lang w:val="ru-RU"/>
              </w:rPr>
            </w:pPr>
            <w:r w:rsidRPr="00794D67">
              <w:rPr>
                <w:lang w:val="ru-RU"/>
              </w:rPr>
              <w:t>Количество прекращений подачи тепловой энергии в результате технологических нарушений на источниках тепловой энергии</w:t>
            </w:r>
          </w:p>
        </w:tc>
        <w:tc>
          <w:tcPr>
            <w:tcW w:w="0" w:type="auto"/>
          </w:tcPr>
          <w:p w14:paraId="43A6E5FA" w14:textId="77777777" w:rsidR="007A5E59" w:rsidRDefault="0095198F">
            <w:r>
              <w:t>ед.</w:t>
            </w:r>
          </w:p>
        </w:tc>
        <w:tc>
          <w:tcPr>
            <w:tcW w:w="0" w:type="auto"/>
          </w:tcPr>
          <w:p w14:paraId="74D17BD0" w14:textId="77777777" w:rsidR="007A5E59" w:rsidRDefault="0095198F">
            <w:pPr>
              <w:jc w:val="center"/>
            </w:pPr>
            <w:r>
              <w:t>0</w:t>
            </w:r>
          </w:p>
        </w:tc>
        <w:tc>
          <w:tcPr>
            <w:tcW w:w="0" w:type="auto"/>
          </w:tcPr>
          <w:p w14:paraId="2387CC28" w14:textId="77777777" w:rsidR="007A5E59" w:rsidRDefault="0095198F">
            <w:pPr>
              <w:jc w:val="center"/>
            </w:pPr>
            <w:r>
              <w:t>0</w:t>
            </w:r>
          </w:p>
        </w:tc>
        <w:tc>
          <w:tcPr>
            <w:tcW w:w="0" w:type="auto"/>
          </w:tcPr>
          <w:p w14:paraId="2BAFDC18" w14:textId="77777777" w:rsidR="007A5E59" w:rsidRDefault="0095198F">
            <w:pPr>
              <w:jc w:val="center"/>
            </w:pPr>
            <w:r>
              <w:t>0</w:t>
            </w:r>
          </w:p>
        </w:tc>
      </w:tr>
      <w:tr w:rsidR="007A5E59" w14:paraId="7E57C5AC" w14:textId="77777777">
        <w:trPr>
          <w:jc w:val="center"/>
        </w:trPr>
        <w:tc>
          <w:tcPr>
            <w:tcW w:w="0" w:type="auto"/>
          </w:tcPr>
          <w:p w14:paraId="272889E4" w14:textId="77777777" w:rsidR="007A5E59" w:rsidRDefault="0095198F">
            <w:pPr>
              <w:jc w:val="center"/>
            </w:pPr>
            <w:r>
              <w:t>3</w:t>
            </w:r>
          </w:p>
        </w:tc>
        <w:tc>
          <w:tcPr>
            <w:tcW w:w="0" w:type="auto"/>
          </w:tcPr>
          <w:p w14:paraId="593EB7C2" w14:textId="77777777" w:rsidR="007A5E59" w:rsidRPr="00794D67" w:rsidRDefault="0095198F">
            <w:pPr>
              <w:rPr>
                <w:lang w:val="ru-RU"/>
              </w:rPr>
            </w:pPr>
            <w:r w:rsidRPr="00794D67">
              <w:rPr>
                <w:lang w:val="ru-RU"/>
              </w:rPr>
              <w:t>Удельный расход условного топлива на единицу тепловой энергии, отпускаемой с коллекторов источников</w:t>
            </w:r>
          </w:p>
        </w:tc>
        <w:tc>
          <w:tcPr>
            <w:tcW w:w="0" w:type="auto"/>
          </w:tcPr>
          <w:p w14:paraId="561C75B3" w14:textId="77777777" w:rsidR="007A5E59" w:rsidRDefault="0095198F">
            <w:r>
              <w:t>кг у.т./Гкал</w:t>
            </w:r>
          </w:p>
        </w:tc>
        <w:tc>
          <w:tcPr>
            <w:tcW w:w="0" w:type="auto"/>
          </w:tcPr>
          <w:p w14:paraId="1CDC4745" w14:textId="77777777" w:rsidR="007A5E59" w:rsidRDefault="0095198F">
            <w:pPr>
              <w:jc w:val="center"/>
            </w:pPr>
            <w:r>
              <w:t>189,21</w:t>
            </w:r>
          </w:p>
        </w:tc>
        <w:tc>
          <w:tcPr>
            <w:tcW w:w="0" w:type="auto"/>
          </w:tcPr>
          <w:p w14:paraId="49A6E37B" w14:textId="77777777" w:rsidR="007A5E59" w:rsidRDefault="0095198F">
            <w:pPr>
              <w:jc w:val="center"/>
            </w:pPr>
            <w:r>
              <w:t>189,21</w:t>
            </w:r>
          </w:p>
        </w:tc>
        <w:tc>
          <w:tcPr>
            <w:tcW w:w="0" w:type="auto"/>
          </w:tcPr>
          <w:p w14:paraId="2271AF1E" w14:textId="77777777" w:rsidR="007A5E59" w:rsidRDefault="0095198F">
            <w:pPr>
              <w:jc w:val="center"/>
            </w:pPr>
            <w:r>
              <w:t>189,21</w:t>
            </w:r>
          </w:p>
        </w:tc>
      </w:tr>
      <w:tr w:rsidR="007A5E59" w14:paraId="1A1737DD" w14:textId="77777777">
        <w:trPr>
          <w:jc w:val="center"/>
        </w:trPr>
        <w:tc>
          <w:tcPr>
            <w:tcW w:w="0" w:type="auto"/>
          </w:tcPr>
          <w:p w14:paraId="08474509" w14:textId="77777777" w:rsidR="007A5E59" w:rsidRDefault="0095198F">
            <w:pPr>
              <w:jc w:val="center"/>
            </w:pPr>
            <w:r>
              <w:t>4</w:t>
            </w:r>
          </w:p>
        </w:tc>
        <w:tc>
          <w:tcPr>
            <w:tcW w:w="0" w:type="auto"/>
          </w:tcPr>
          <w:p w14:paraId="31300CF6" w14:textId="77777777" w:rsidR="007A5E59" w:rsidRPr="00794D67" w:rsidRDefault="0095198F">
            <w:pPr>
              <w:rPr>
                <w:lang w:val="ru-RU"/>
              </w:rPr>
            </w:pPr>
            <w:r w:rsidRPr="00794D67">
              <w:rPr>
                <w:lang w:val="ru-RU"/>
              </w:rPr>
              <w:t>Отношение технологических потерь тепловой энергии к материальной характеристике тепловой сети</w:t>
            </w:r>
          </w:p>
        </w:tc>
        <w:tc>
          <w:tcPr>
            <w:tcW w:w="0" w:type="auto"/>
          </w:tcPr>
          <w:p w14:paraId="1B6E1708" w14:textId="77777777" w:rsidR="007A5E59" w:rsidRDefault="0095198F">
            <w:r>
              <w:t>Гкал/(ч·м²)</w:t>
            </w:r>
          </w:p>
        </w:tc>
        <w:tc>
          <w:tcPr>
            <w:tcW w:w="0" w:type="auto"/>
          </w:tcPr>
          <w:p w14:paraId="69764354" w14:textId="77777777" w:rsidR="007A5E59" w:rsidRDefault="007A5E59"/>
        </w:tc>
        <w:tc>
          <w:tcPr>
            <w:tcW w:w="0" w:type="auto"/>
          </w:tcPr>
          <w:p w14:paraId="7901DAE8" w14:textId="77777777" w:rsidR="007A5E59" w:rsidRDefault="007A5E59"/>
        </w:tc>
        <w:tc>
          <w:tcPr>
            <w:tcW w:w="0" w:type="auto"/>
          </w:tcPr>
          <w:p w14:paraId="5737FDFA" w14:textId="77777777" w:rsidR="007A5E59" w:rsidRDefault="007A5E59"/>
        </w:tc>
      </w:tr>
      <w:tr w:rsidR="007A5E59" w14:paraId="04AAD91E" w14:textId="77777777">
        <w:trPr>
          <w:jc w:val="center"/>
        </w:trPr>
        <w:tc>
          <w:tcPr>
            <w:tcW w:w="0" w:type="auto"/>
          </w:tcPr>
          <w:p w14:paraId="07C6DD2D" w14:textId="77777777" w:rsidR="007A5E59" w:rsidRDefault="0095198F">
            <w:pPr>
              <w:jc w:val="center"/>
            </w:pPr>
            <w:r>
              <w:t>5</w:t>
            </w:r>
          </w:p>
        </w:tc>
        <w:tc>
          <w:tcPr>
            <w:tcW w:w="0" w:type="auto"/>
          </w:tcPr>
          <w:p w14:paraId="731FAA30" w14:textId="77777777" w:rsidR="007A5E59" w:rsidRPr="00794D67" w:rsidRDefault="0095198F">
            <w:pPr>
              <w:rPr>
                <w:lang w:val="ru-RU"/>
              </w:rPr>
            </w:pPr>
            <w:r w:rsidRPr="00794D67">
              <w:rPr>
                <w:lang w:val="ru-RU"/>
              </w:rPr>
              <w:t>Удельная материальная характеристика тепловых сетей, приведённая к расчётной тепловой нагрузке</w:t>
            </w:r>
          </w:p>
        </w:tc>
        <w:tc>
          <w:tcPr>
            <w:tcW w:w="0" w:type="auto"/>
          </w:tcPr>
          <w:p w14:paraId="20D0DF09" w14:textId="77777777" w:rsidR="007A5E59" w:rsidRDefault="0095198F">
            <w:r>
              <w:t>м²·ч/Гкал</w:t>
            </w:r>
          </w:p>
        </w:tc>
        <w:tc>
          <w:tcPr>
            <w:tcW w:w="0" w:type="auto"/>
          </w:tcPr>
          <w:p w14:paraId="08092FD1" w14:textId="77777777" w:rsidR="007A5E59" w:rsidRDefault="0095198F">
            <w:pPr>
              <w:jc w:val="center"/>
            </w:pPr>
            <w:r>
              <w:t>330,77</w:t>
            </w:r>
          </w:p>
        </w:tc>
        <w:tc>
          <w:tcPr>
            <w:tcW w:w="0" w:type="auto"/>
          </w:tcPr>
          <w:p w14:paraId="637C2CB5" w14:textId="77777777" w:rsidR="007A5E59" w:rsidRDefault="0095198F">
            <w:pPr>
              <w:jc w:val="center"/>
            </w:pPr>
            <w:r>
              <w:t>330,77</w:t>
            </w:r>
          </w:p>
        </w:tc>
        <w:tc>
          <w:tcPr>
            <w:tcW w:w="0" w:type="auto"/>
          </w:tcPr>
          <w:p w14:paraId="2DCBF60B" w14:textId="77777777" w:rsidR="007A5E59" w:rsidRDefault="0095198F">
            <w:pPr>
              <w:jc w:val="center"/>
            </w:pPr>
            <w:r>
              <w:t>330,77</w:t>
            </w:r>
          </w:p>
        </w:tc>
      </w:tr>
      <w:tr w:rsidR="007A5E59" w14:paraId="2E8DDBF5" w14:textId="77777777">
        <w:trPr>
          <w:jc w:val="center"/>
        </w:trPr>
        <w:tc>
          <w:tcPr>
            <w:tcW w:w="0" w:type="auto"/>
          </w:tcPr>
          <w:p w14:paraId="29581490" w14:textId="77777777" w:rsidR="007A5E59" w:rsidRDefault="0095198F">
            <w:pPr>
              <w:jc w:val="center"/>
            </w:pPr>
            <w:r>
              <w:t>6</w:t>
            </w:r>
          </w:p>
        </w:tc>
        <w:tc>
          <w:tcPr>
            <w:tcW w:w="0" w:type="auto"/>
          </w:tcPr>
          <w:p w14:paraId="3319A8C9" w14:textId="77777777" w:rsidR="007A5E59" w:rsidRPr="00794D67" w:rsidRDefault="0095198F">
            <w:pPr>
              <w:rPr>
                <w:lang w:val="ru-RU"/>
              </w:rPr>
            </w:pPr>
            <w:r w:rsidRPr="00794D67">
              <w:rPr>
                <w:lang w:val="ru-RU"/>
              </w:rPr>
              <w:t>Доля тепловой энергии, выработанной в комбинированном режиме</w:t>
            </w:r>
          </w:p>
        </w:tc>
        <w:tc>
          <w:tcPr>
            <w:tcW w:w="0" w:type="auto"/>
          </w:tcPr>
          <w:p w14:paraId="7A6D0401" w14:textId="77777777" w:rsidR="007A5E59" w:rsidRDefault="0095198F">
            <w:r>
              <w:t>%</w:t>
            </w:r>
          </w:p>
        </w:tc>
        <w:tc>
          <w:tcPr>
            <w:tcW w:w="0" w:type="auto"/>
          </w:tcPr>
          <w:p w14:paraId="433F842A" w14:textId="77777777" w:rsidR="007A5E59" w:rsidRDefault="0095198F">
            <w:pPr>
              <w:jc w:val="center"/>
            </w:pPr>
            <w:r>
              <w:t>0,0</w:t>
            </w:r>
          </w:p>
        </w:tc>
        <w:tc>
          <w:tcPr>
            <w:tcW w:w="0" w:type="auto"/>
          </w:tcPr>
          <w:p w14:paraId="76BE0503" w14:textId="77777777" w:rsidR="007A5E59" w:rsidRDefault="0095198F">
            <w:pPr>
              <w:jc w:val="center"/>
            </w:pPr>
            <w:r>
              <w:t>0,0</w:t>
            </w:r>
          </w:p>
        </w:tc>
        <w:tc>
          <w:tcPr>
            <w:tcW w:w="0" w:type="auto"/>
          </w:tcPr>
          <w:p w14:paraId="72D34869" w14:textId="77777777" w:rsidR="007A5E59" w:rsidRDefault="0095198F">
            <w:pPr>
              <w:jc w:val="center"/>
            </w:pPr>
            <w:r>
              <w:t>0,0</w:t>
            </w:r>
          </w:p>
        </w:tc>
      </w:tr>
      <w:tr w:rsidR="007A5E59" w14:paraId="5D202BA2" w14:textId="77777777">
        <w:trPr>
          <w:jc w:val="center"/>
        </w:trPr>
        <w:tc>
          <w:tcPr>
            <w:tcW w:w="0" w:type="auto"/>
          </w:tcPr>
          <w:p w14:paraId="133C0A91" w14:textId="77777777" w:rsidR="007A5E59" w:rsidRDefault="0095198F">
            <w:pPr>
              <w:jc w:val="center"/>
            </w:pPr>
            <w:r>
              <w:t>7</w:t>
            </w:r>
          </w:p>
        </w:tc>
        <w:tc>
          <w:tcPr>
            <w:tcW w:w="0" w:type="auto"/>
          </w:tcPr>
          <w:p w14:paraId="016E17E0" w14:textId="77777777" w:rsidR="007A5E59" w:rsidRPr="00794D67" w:rsidRDefault="0095198F">
            <w:pPr>
              <w:rPr>
                <w:lang w:val="ru-RU"/>
              </w:rPr>
            </w:pPr>
            <w:r w:rsidRPr="00794D67">
              <w:rPr>
                <w:lang w:val="ru-RU"/>
              </w:rPr>
              <w:t>Коэффициент использования теплоты топлива (комбинированная выработка)</w:t>
            </w:r>
          </w:p>
        </w:tc>
        <w:tc>
          <w:tcPr>
            <w:tcW w:w="0" w:type="auto"/>
          </w:tcPr>
          <w:p w14:paraId="77968C84" w14:textId="77777777" w:rsidR="007A5E59" w:rsidRDefault="0095198F">
            <w:r>
              <w:t>%</w:t>
            </w:r>
          </w:p>
        </w:tc>
        <w:tc>
          <w:tcPr>
            <w:tcW w:w="0" w:type="auto"/>
          </w:tcPr>
          <w:p w14:paraId="6599A13C" w14:textId="77777777" w:rsidR="007A5E59" w:rsidRDefault="0095198F">
            <w:r>
              <w:t>—</w:t>
            </w:r>
          </w:p>
        </w:tc>
        <w:tc>
          <w:tcPr>
            <w:tcW w:w="0" w:type="auto"/>
          </w:tcPr>
          <w:p w14:paraId="51CB54C9" w14:textId="77777777" w:rsidR="007A5E59" w:rsidRDefault="0095198F">
            <w:r>
              <w:t>—</w:t>
            </w:r>
          </w:p>
        </w:tc>
        <w:tc>
          <w:tcPr>
            <w:tcW w:w="0" w:type="auto"/>
          </w:tcPr>
          <w:p w14:paraId="008082A2" w14:textId="77777777" w:rsidR="007A5E59" w:rsidRDefault="0095198F">
            <w:r>
              <w:t>—</w:t>
            </w:r>
          </w:p>
        </w:tc>
      </w:tr>
      <w:tr w:rsidR="007A5E59" w14:paraId="510A561B" w14:textId="77777777">
        <w:trPr>
          <w:jc w:val="center"/>
        </w:trPr>
        <w:tc>
          <w:tcPr>
            <w:tcW w:w="0" w:type="auto"/>
          </w:tcPr>
          <w:p w14:paraId="3636DB31" w14:textId="77777777" w:rsidR="007A5E59" w:rsidRDefault="0095198F">
            <w:pPr>
              <w:jc w:val="center"/>
            </w:pPr>
            <w:r>
              <w:t>8</w:t>
            </w:r>
          </w:p>
        </w:tc>
        <w:tc>
          <w:tcPr>
            <w:tcW w:w="0" w:type="auto"/>
          </w:tcPr>
          <w:p w14:paraId="7183B6F9" w14:textId="77777777" w:rsidR="007A5E59" w:rsidRPr="00794D67" w:rsidRDefault="0095198F">
            <w:pPr>
              <w:rPr>
                <w:lang w:val="ru-RU"/>
              </w:rPr>
            </w:pPr>
            <w:r w:rsidRPr="00794D67">
              <w:rPr>
                <w:lang w:val="ru-RU"/>
              </w:rPr>
              <w:t>Доля отпуска тепловой энергии по приборам учёта</w:t>
            </w:r>
          </w:p>
        </w:tc>
        <w:tc>
          <w:tcPr>
            <w:tcW w:w="0" w:type="auto"/>
          </w:tcPr>
          <w:p w14:paraId="650F55EE" w14:textId="77777777" w:rsidR="007A5E59" w:rsidRDefault="0095198F">
            <w:r>
              <w:t>%</w:t>
            </w:r>
          </w:p>
        </w:tc>
        <w:tc>
          <w:tcPr>
            <w:tcW w:w="0" w:type="auto"/>
          </w:tcPr>
          <w:p w14:paraId="186085D2" w14:textId="77777777" w:rsidR="007A5E59" w:rsidRDefault="007A5E59"/>
        </w:tc>
        <w:tc>
          <w:tcPr>
            <w:tcW w:w="0" w:type="auto"/>
          </w:tcPr>
          <w:p w14:paraId="49FA9484" w14:textId="77777777" w:rsidR="007A5E59" w:rsidRDefault="007A5E59"/>
        </w:tc>
        <w:tc>
          <w:tcPr>
            <w:tcW w:w="0" w:type="auto"/>
          </w:tcPr>
          <w:p w14:paraId="2D2073E1" w14:textId="77777777" w:rsidR="007A5E59" w:rsidRDefault="007A5E59"/>
        </w:tc>
      </w:tr>
      <w:tr w:rsidR="007A5E59" w14:paraId="0219D317" w14:textId="77777777">
        <w:trPr>
          <w:jc w:val="center"/>
        </w:trPr>
        <w:tc>
          <w:tcPr>
            <w:tcW w:w="0" w:type="auto"/>
          </w:tcPr>
          <w:p w14:paraId="14961BB5" w14:textId="77777777" w:rsidR="007A5E59" w:rsidRDefault="0095198F">
            <w:pPr>
              <w:jc w:val="center"/>
            </w:pPr>
            <w:r>
              <w:t>9</w:t>
            </w:r>
          </w:p>
        </w:tc>
        <w:tc>
          <w:tcPr>
            <w:tcW w:w="0" w:type="auto"/>
          </w:tcPr>
          <w:p w14:paraId="5DB1B6AF" w14:textId="77777777" w:rsidR="007A5E59" w:rsidRPr="00794D67" w:rsidRDefault="0095198F">
            <w:pPr>
              <w:rPr>
                <w:lang w:val="ru-RU"/>
              </w:rPr>
            </w:pPr>
            <w:r w:rsidRPr="00794D67">
              <w:rPr>
                <w:lang w:val="ru-RU"/>
              </w:rPr>
              <w:t>Средневзвешенный срок эксплуатации тепловых сетей</w:t>
            </w:r>
          </w:p>
        </w:tc>
        <w:tc>
          <w:tcPr>
            <w:tcW w:w="0" w:type="auto"/>
          </w:tcPr>
          <w:p w14:paraId="05BA3FCE" w14:textId="77777777" w:rsidR="007A5E59" w:rsidRDefault="0095198F">
            <w:r>
              <w:t>лет</w:t>
            </w:r>
          </w:p>
        </w:tc>
        <w:tc>
          <w:tcPr>
            <w:tcW w:w="0" w:type="auto"/>
          </w:tcPr>
          <w:p w14:paraId="552E6859" w14:textId="77777777" w:rsidR="007A5E59" w:rsidRDefault="0095198F">
            <w:pPr>
              <w:jc w:val="center"/>
            </w:pPr>
            <w:r>
              <w:t>44,1</w:t>
            </w:r>
          </w:p>
        </w:tc>
        <w:tc>
          <w:tcPr>
            <w:tcW w:w="0" w:type="auto"/>
          </w:tcPr>
          <w:p w14:paraId="7066061B" w14:textId="77777777" w:rsidR="007A5E59" w:rsidRDefault="0095198F">
            <w:pPr>
              <w:jc w:val="center"/>
            </w:pPr>
            <w:r>
              <w:t>49,1</w:t>
            </w:r>
          </w:p>
        </w:tc>
        <w:tc>
          <w:tcPr>
            <w:tcW w:w="0" w:type="auto"/>
          </w:tcPr>
          <w:p w14:paraId="1505299B" w14:textId="77777777" w:rsidR="007A5E59" w:rsidRDefault="0095198F">
            <w:pPr>
              <w:jc w:val="center"/>
            </w:pPr>
            <w:r>
              <w:t>54,1</w:t>
            </w:r>
          </w:p>
        </w:tc>
      </w:tr>
    </w:tbl>
    <w:p w14:paraId="33C3BA2D" w14:textId="77777777" w:rsidR="007A5E59" w:rsidRDefault="007A5E59"/>
    <w:p w14:paraId="76CA1941" w14:textId="77777777" w:rsidR="007A5E59" w:rsidRPr="00794D67" w:rsidRDefault="0095198F">
      <w:pPr>
        <w:rPr>
          <w:lang w:val="ru-RU"/>
        </w:rPr>
      </w:pPr>
      <w:r w:rsidRPr="00794D67">
        <w:rPr>
          <w:b/>
          <w:lang w:val="ru-RU"/>
        </w:rPr>
        <w:t>Таблица 13.5 — Индикаторы развития системы теплоснабжения — пгт Темиртау (лист «Таблица 14.1»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461"/>
        <w:gridCol w:w="4736"/>
        <w:gridCol w:w="1256"/>
        <w:gridCol w:w="964"/>
        <w:gridCol w:w="964"/>
        <w:gridCol w:w="964"/>
      </w:tblGrid>
      <w:tr w:rsidR="007A5E59" w:rsidRPr="00C07C05" w14:paraId="360D88E3" w14:textId="77777777">
        <w:trPr>
          <w:cantSplit/>
          <w:tblHeader/>
          <w:jc w:val="center"/>
        </w:trPr>
        <w:tc>
          <w:tcPr>
            <w:tcW w:w="0" w:type="auto"/>
            <w:vMerge w:val="restart"/>
            <w:shd w:val="clear" w:color="auto" w:fill="E2F0D9"/>
            <w:vAlign w:val="center"/>
          </w:tcPr>
          <w:p w14:paraId="4237B957" w14:textId="77777777" w:rsidR="007A5E59" w:rsidRDefault="0095198F">
            <w:pPr>
              <w:jc w:val="center"/>
            </w:pPr>
            <w:r>
              <w:rPr>
                <w:b/>
              </w:rPr>
              <w:t>№ пп</w:t>
            </w:r>
          </w:p>
        </w:tc>
        <w:tc>
          <w:tcPr>
            <w:tcW w:w="0" w:type="auto"/>
            <w:vMerge w:val="restart"/>
            <w:shd w:val="clear" w:color="auto" w:fill="E2F0D9"/>
            <w:vAlign w:val="center"/>
          </w:tcPr>
          <w:p w14:paraId="6ECE19A4" w14:textId="77777777" w:rsidR="007A5E59" w:rsidRDefault="0095198F">
            <w:pPr>
              <w:jc w:val="center"/>
            </w:pPr>
            <w:r>
              <w:rPr>
                <w:b/>
              </w:rPr>
              <w:t>Индикаторы развития системы теплоснабжения</w:t>
            </w:r>
          </w:p>
        </w:tc>
        <w:tc>
          <w:tcPr>
            <w:tcW w:w="0" w:type="auto"/>
            <w:vMerge w:val="restart"/>
            <w:shd w:val="clear" w:color="auto" w:fill="E2F0D9"/>
            <w:vAlign w:val="center"/>
          </w:tcPr>
          <w:p w14:paraId="73BA9D04" w14:textId="77777777" w:rsidR="007A5E59" w:rsidRDefault="0095198F">
            <w:pPr>
              <w:jc w:val="center"/>
            </w:pPr>
            <w:r>
              <w:rPr>
                <w:b/>
              </w:rPr>
              <w:t>Ед. изм.</w:t>
            </w:r>
          </w:p>
        </w:tc>
        <w:tc>
          <w:tcPr>
            <w:tcW w:w="0" w:type="auto"/>
            <w:gridSpan w:val="3"/>
            <w:shd w:val="clear" w:color="auto" w:fill="E2F0D9"/>
            <w:vAlign w:val="center"/>
          </w:tcPr>
          <w:p w14:paraId="592686C8" w14:textId="77777777" w:rsidR="007A5E59" w:rsidRPr="00794D67" w:rsidRDefault="0095198F">
            <w:pPr>
              <w:jc w:val="center"/>
              <w:rPr>
                <w:lang w:val="ru-RU"/>
              </w:rPr>
            </w:pPr>
            <w:r w:rsidRPr="00794D67">
              <w:rPr>
                <w:b/>
                <w:lang w:val="ru-RU"/>
              </w:rPr>
              <w:t>Показатель по этапам развития схемы ТС</w:t>
            </w:r>
          </w:p>
        </w:tc>
      </w:tr>
      <w:tr w:rsidR="007A5E59" w14:paraId="610E9036" w14:textId="77777777">
        <w:trPr>
          <w:cantSplit/>
          <w:tblHeader/>
          <w:jc w:val="center"/>
        </w:trPr>
        <w:tc>
          <w:tcPr>
            <w:tcW w:w="0" w:type="auto"/>
            <w:vMerge/>
            <w:shd w:val="clear" w:color="auto" w:fill="E2F0D9"/>
            <w:vAlign w:val="center"/>
          </w:tcPr>
          <w:p w14:paraId="40494B53" w14:textId="77777777" w:rsidR="007A5E59" w:rsidRPr="00794D67" w:rsidRDefault="007A5E59">
            <w:pPr>
              <w:jc w:val="center"/>
              <w:rPr>
                <w:lang w:val="ru-RU"/>
              </w:rPr>
            </w:pPr>
          </w:p>
        </w:tc>
        <w:tc>
          <w:tcPr>
            <w:tcW w:w="0" w:type="auto"/>
            <w:vMerge/>
            <w:shd w:val="clear" w:color="auto" w:fill="E2F0D9"/>
            <w:vAlign w:val="center"/>
          </w:tcPr>
          <w:p w14:paraId="56DB8758" w14:textId="77777777" w:rsidR="007A5E59" w:rsidRPr="00794D67" w:rsidRDefault="007A5E59">
            <w:pPr>
              <w:jc w:val="center"/>
              <w:rPr>
                <w:lang w:val="ru-RU"/>
              </w:rPr>
            </w:pPr>
          </w:p>
        </w:tc>
        <w:tc>
          <w:tcPr>
            <w:tcW w:w="0" w:type="auto"/>
            <w:vMerge/>
            <w:shd w:val="clear" w:color="auto" w:fill="E2F0D9"/>
            <w:vAlign w:val="center"/>
          </w:tcPr>
          <w:p w14:paraId="3EE40CCA" w14:textId="77777777" w:rsidR="007A5E59" w:rsidRPr="00794D67" w:rsidRDefault="007A5E59">
            <w:pPr>
              <w:jc w:val="center"/>
              <w:rPr>
                <w:lang w:val="ru-RU"/>
              </w:rPr>
            </w:pPr>
          </w:p>
        </w:tc>
        <w:tc>
          <w:tcPr>
            <w:tcW w:w="0" w:type="auto"/>
            <w:shd w:val="clear" w:color="auto" w:fill="E2F0D9"/>
            <w:vAlign w:val="center"/>
          </w:tcPr>
          <w:p w14:paraId="4DCB88B5" w14:textId="77777777" w:rsidR="007A5E59" w:rsidRDefault="0095198F">
            <w:pPr>
              <w:jc w:val="center"/>
            </w:pPr>
            <w:r>
              <w:rPr>
                <w:b/>
              </w:rPr>
              <w:t>2026</w:t>
            </w:r>
          </w:p>
        </w:tc>
        <w:tc>
          <w:tcPr>
            <w:tcW w:w="0" w:type="auto"/>
            <w:shd w:val="clear" w:color="auto" w:fill="E2F0D9"/>
            <w:vAlign w:val="center"/>
          </w:tcPr>
          <w:p w14:paraId="1448741A" w14:textId="77777777" w:rsidR="007A5E59" w:rsidRDefault="0095198F">
            <w:pPr>
              <w:jc w:val="center"/>
            </w:pPr>
            <w:r>
              <w:rPr>
                <w:b/>
              </w:rPr>
              <w:t>2031</w:t>
            </w:r>
          </w:p>
        </w:tc>
        <w:tc>
          <w:tcPr>
            <w:tcW w:w="0" w:type="auto"/>
            <w:shd w:val="clear" w:color="auto" w:fill="E2F0D9"/>
            <w:vAlign w:val="center"/>
          </w:tcPr>
          <w:p w14:paraId="3A9AD5F3" w14:textId="77777777" w:rsidR="007A5E59" w:rsidRDefault="0095198F">
            <w:pPr>
              <w:jc w:val="center"/>
            </w:pPr>
            <w:r>
              <w:rPr>
                <w:b/>
              </w:rPr>
              <w:t>2036</w:t>
            </w:r>
          </w:p>
        </w:tc>
      </w:tr>
      <w:tr w:rsidR="007A5E59" w14:paraId="674ED586" w14:textId="77777777">
        <w:trPr>
          <w:cantSplit/>
          <w:tblHeader/>
          <w:jc w:val="center"/>
        </w:trPr>
        <w:tc>
          <w:tcPr>
            <w:tcW w:w="0" w:type="auto"/>
            <w:shd w:val="clear" w:color="auto" w:fill="F2F2F2"/>
            <w:vAlign w:val="center"/>
          </w:tcPr>
          <w:p w14:paraId="06BF45A8" w14:textId="77777777" w:rsidR="007A5E59" w:rsidRDefault="0095198F">
            <w:pPr>
              <w:jc w:val="center"/>
            </w:pPr>
            <w:r>
              <w:t>1</w:t>
            </w:r>
          </w:p>
        </w:tc>
        <w:tc>
          <w:tcPr>
            <w:tcW w:w="0" w:type="auto"/>
            <w:shd w:val="clear" w:color="auto" w:fill="F2F2F2"/>
            <w:vAlign w:val="center"/>
          </w:tcPr>
          <w:p w14:paraId="72DFEFEE" w14:textId="77777777" w:rsidR="007A5E59" w:rsidRDefault="0095198F">
            <w:pPr>
              <w:jc w:val="center"/>
            </w:pPr>
            <w:r>
              <w:t>2</w:t>
            </w:r>
          </w:p>
        </w:tc>
        <w:tc>
          <w:tcPr>
            <w:tcW w:w="0" w:type="auto"/>
            <w:shd w:val="clear" w:color="auto" w:fill="F2F2F2"/>
            <w:vAlign w:val="center"/>
          </w:tcPr>
          <w:p w14:paraId="14047C9E" w14:textId="77777777" w:rsidR="007A5E59" w:rsidRDefault="0095198F">
            <w:pPr>
              <w:jc w:val="center"/>
            </w:pPr>
            <w:r>
              <w:t>3</w:t>
            </w:r>
          </w:p>
        </w:tc>
        <w:tc>
          <w:tcPr>
            <w:tcW w:w="0" w:type="auto"/>
            <w:shd w:val="clear" w:color="auto" w:fill="F2F2F2"/>
            <w:vAlign w:val="center"/>
          </w:tcPr>
          <w:p w14:paraId="0B2D7652" w14:textId="77777777" w:rsidR="007A5E59" w:rsidRDefault="0095198F">
            <w:pPr>
              <w:jc w:val="center"/>
            </w:pPr>
            <w:r>
              <w:t>4</w:t>
            </w:r>
          </w:p>
        </w:tc>
        <w:tc>
          <w:tcPr>
            <w:tcW w:w="0" w:type="auto"/>
            <w:shd w:val="clear" w:color="auto" w:fill="F2F2F2"/>
            <w:vAlign w:val="center"/>
          </w:tcPr>
          <w:p w14:paraId="6A20CEC0" w14:textId="77777777" w:rsidR="007A5E59" w:rsidRDefault="0095198F">
            <w:pPr>
              <w:jc w:val="center"/>
            </w:pPr>
            <w:r>
              <w:t>5</w:t>
            </w:r>
          </w:p>
        </w:tc>
        <w:tc>
          <w:tcPr>
            <w:tcW w:w="0" w:type="auto"/>
            <w:shd w:val="clear" w:color="auto" w:fill="F2F2F2"/>
            <w:vAlign w:val="center"/>
          </w:tcPr>
          <w:p w14:paraId="07A886FA" w14:textId="77777777" w:rsidR="007A5E59" w:rsidRDefault="0095198F">
            <w:pPr>
              <w:jc w:val="center"/>
            </w:pPr>
            <w:r>
              <w:t>6</w:t>
            </w:r>
          </w:p>
        </w:tc>
      </w:tr>
      <w:tr w:rsidR="007A5E59" w14:paraId="20E3617D" w14:textId="77777777">
        <w:trPr>
          <w:jc w:val="center"/>
        </w:trPr>
        <w:tc>
          <w:tcPr>
            <w:tcW w:w="0" w:type="auto"/>
          </w:tcPr>
          <w:p w14:paraId="56625211" w14:textId="77777777" w:rsidR="007A5E59" w:rsidRDefault="0095198F">
            <w:pPr>
              <w:jc w:val="center"/>
            </w:pPr>
            <w:r>
              <w:t>1</w:t>
            </w:r>
          </w:p>
        </w:tc>
        <w:tc>
          <w:tcPr>
            <w:tcW w:w="0" w:type="auto"/>
          </w:tcPr>
          <w:p w14:paraId="14F32E98" w14:textId="77777777" w:rsidR="007A5E59" w:rsidRPr="00794D67" w:rsidRDefault="0095198F">
            <w:pPr>
              <w:rPr>
                <w:lang w:val="ru-RU"/>
              </w:rPr>
            </w:pPr>
            <w:r w:rsidRPr="00794D67">
              <w:rPr>
                <w:lang w:val="ru-RU"/>
              </w:rPr>
              <w:t>Количество прекращений подачи тепловой энергии в результате технологических нарушений на тепловых сетях</w:t>
            </w:r>
          </w:p>
        </w:tc>
        <w:tc>
          <w:tcPr>
            <w:tcW w:w="0" w:type="auto"/>
          </w:tcPr>
          <w:p w14:paraId="504F3D95" w14:textId="77777777" w:rsidR="007A5E59" w:rsidRDefault="0095198F">
            <w:r>
              <w:t>ед.</w:t>
            </w:r>
          </w:p>
        </w:tc>
        <w:tc>
          <w:tcPr>
            <w:tcW w:w="0" w:type="auto"/>
          </w:tcPr>
          <w:p w14:paraId="0AFA5818" w14:textId="77777777" w:rsidR="007A5E59" w:rsidRDefault="0095198F">
            <w:pPr>
              <w:jc w:val="center"/>
            </w:pPr>
            <w:r>
              <w:t>0</w:t>
            </w:r>
          </w:p>
        </w:tc>
        <w:tc>
          <w:tcPr>
            <w:tcW w:w="0" w:type="auto"/>
          </w:tcPr>
          <w:p w14:paraId="411257D3" w14:textId="77777777" w:rsidR="007A5E59" w:rsidRDefault="0095198F">
            <w:pPr>
              <w:jc w:val="center"/>
            </w:pPr>
            <w:r>
              <w:t>0</w:t>
            </w:r>
          </w:p>
        </w:tc>
        <w:tc>
          <w:tcPr>
            <w:tcW w:w="0" w:type="auto"/>
          </w:tcPr>
          <w:p w14:paraId="77C021F3" w14:textId="77777777" w:rsidR="007A5E59" w:rsidRDefault="0095198F">
            <w:pPr>
              <w:jc w:val="center"/>
            </w:pPr>
            <w:r>
              <w:t>0</w:t>
            </w:r>
          </w:p>
        </w:tc>
      </w:tr>
      <w:tr w:rsidR="007A5E59" w14:paraId="303555CE" w14:textId="77777777">
        <w:trPr>
          <w:jc w:val="center"/>
        </w:trPr>
        <w:tc>
          <w:tcPr>
            <w:tcW w:w="0" w:type="auto"/>
          </w:tcPr>
          <w:p w14:paraId="4E1FB5C7" w14:textId="77777777" w:rsidR="007A5E59" w:rsidRDefault="0095198F">
            <w:pPr>
              <w:jc w:val="center"/>
            </w:pPr>
            <w:r>
              <w:t>2</w:t>
            </w:r>
          </w:p>
        </w:tc>
        <w:tc>
          <w:tcPr>
            <w:tcW w:w="0" w:type="auto"/>
          </w:tcPr>
          <w:p w14:paraId="318D6411" w14:textId="77777777" w:rsidR="007A5E59" w:rsidRPr="00794D67" w:rsidRDefault="0095198F">
            <w:pPr>
              <w:rPr>
                <w:lang w:val="ru-RU"/>
              </w:rPr>
            </w:pPr>
            <w:r w:rsidRPr="00794D67">
              <w:rPr>
                <w:lang w:val="ru-RU"/>
              </w:rPr>
              <w:t>Количество прекращений подачи тепловой энергии в результате технологических нарушений на источниках тепловой энергии</w:t>
            </w:r>
          </w:p>
        </w:tc>
        <w:tc>
          <w:tcPr>
            <w:tcW w:w="0" w:type="auto"/>
          </w:tcPr>
          <w:p w14:paraId="1844B2AD" w14:textId="77777777" w:rsidR="007A5E59" w:rsidRDefault="0095198F">
            <w:r>
              <w:t>ед.</w:t>
            </w:r>
          </w:p>
        </w:tc>
        <w:tc>
          <w:tcPr>
            <w:tcW w:w="0" w:type="auto"/>
          </w:tcPr>
          <w:p w14:paraId="1E8749CD" w14:textId="77777777" w:rsidR="007A5E59" w:rsidRDefault="0095198F">
            <w:pPr>
              <w:jc w:val="center"/>
            </w:pPr>
            <w:r>
              <w:t>0</w:t>
            </w:r>
          </w:p>
        </w:tc>
        <w:tc>
          <w:tcPr>
            <w:tcW w:w="0" w:type="auto"/>
          </w:tcPr>
          <w:p w14:paraId="472704BB" w14:textId="77777777" w:rsidR="007A5E59" w:rsidRDefault="0095198F">
            <w:pPr>
              <w:jc w:val="center"/>
            </w:pPr>
            <w:r>
              <w:t>0</w:t>
            </w:r>
          </w:p>
        </w:tc>
        <w:tc>
          <w:tcPr>
            <w:tcW w:w="0" w:type="auto"/>
          </w:tcPr>
          <w:p w14:paraId="3EED49CF" w14:textId="77777777" w:rsidR="007A5E59" w:rsidRDefault="0095198F">
            <w:pPr>
              <w:jc w:val="center"/>
            </w:pPr>
            <w:r>
              <w:t>0</w:t>
            </w:r>
          </w:p>
        </w:tc>
      </w:tr>
      <w:tr w:rsidR="007A5E59" w14:paraId="1FD4A1BA" w14:textId="77777777">
        <w:trPr>
          <w:jc w:val="center"/>
        </w:trPr>
        <w:tc>
          <w:tcPr>
            <w:tcW w:w="0" w:type="auto"/>
          </w:tcPr>
          <w:p w14:paraId="09297DE1" w14:textId="77777777" w:rsidR="007A5E59" w:rsidRDefault="0095198F">
            <w:pPr>
              <w:jc w:val="center"/>
            </w:pPr>
            <w:r>
              <w:t>3</w:t>
            </w:r>
          </w:p>
        </w:tc>
        <w:tc>
          <w:tcPr>
            <w:tcW w:w="0" w:type="auto"/>
          </w:tcPr>
          <w:p w14:paraId="17CEE381" w14:textId="77777777" w:rsidR="007A5E59" w:rsidRPr="00794D67" w:rsidRDefault="0095198F">
            <w:pPr>
              <w:rPr>
                <w:lang w:val="ru-RU"/>
              </w:rPr>
            </w:pPr>
            <w:r w:rsidRPr="00794D67">
              <w:rPr>
                <w:lang w:val="ru-RU"/>
              </w:rPr>
              <w:t>Удельный расход условного топлива на единицу тепловой энергии, отпускаемой с коллекторов источников</w:t>
            </w:r>
          </w:p>
        </w:tc>
        <w:tc>
          <w:tcPr>
            <w:tcW w:w="0" w:type="auto"/>
          </w:tcPr>
          <w:p w14:paraId="76FA7944" w14:textId="77777777" w:rsidR="007A5E59" w:rsidRDefault="0095198F">
            <w:r>
              <w:t>кг у.т./Гкал</w:t>
            </w:r>
          </w:p>
        </w:tc>
        <w:tc>
          <w:tcPr>
            <w:tcW w:w="0" w:type="auto"/>
          </w:tcPr>
          <w:p w14:paraId="020B28C2" w14:textId="77777777" w:rsidR="007A5E59" w:rsidRDefault="0095198F">
            <w:pPr>
              <w:jc w:val="center"/>
            </w:pPr>
            <w:r>
              <w:t>189,21</w:t>
            </w:r>
          </w:p>
        </w:tc>
        <w:tc>
          <w:tcPr>
            <w:tcW w:w="0" w:type="auto"/>
          </w:tcPr>
          <w:p w14:paraId="0127421E" w14:textId="77777777" w:rsidR="007A5E59" w:rsidRDefault="0095198F">
            <w:pPr>
              <w:jc w:val="center"/>
            </w:pPr>
            <w:r>
              <w:t>189,21</w:t>
            </w:r>
          </w:p>
        </w:tc>
        <w:tc>
          <w:tcPr>
            <w:tcW w:w="0" w:type="auto"/>
          </w:tcPr>
          <w:p w14:paraId="5A202FBF" w14:textId="77777777" w:rsidR="007A5E59" w:rsidRDefault="0095198F">
            <w:pPr>
              <w:jc w:val="center"/>
            </w:pPr>
            <w:r>
              <w:t>189,21</w:t>
            </w:r>
          </w:p>
        </w:tc>
      </w:tr>
      <w:tr w:rsidR="007A5E59" w14:paraId="580CBAA0" w14:textId="77777777">
        <w:trPr>
          <w:jc w:val="center"/>
        </w:trPr>
        <w:tc>
          <w:tcPr>
            <w:tcW w:w="0" w:type="auto"/>
          </w:tcPr>
          <w:p w14:paraId="3B4D2028" w14:textId="77777777" w:rsidR="007A5E59" w:rsidRDefault="0095198F">
            <w:pPr>
              <w:jc w:val="center"/>
            </w:pPr>
            <w:r>
              <w:t>4</w:t>
            </w:r>
          </w:p>
        </w:tc>
        <w:tc>
          <w:tcPr>
            <w:tcW w:w="0" w:type="auto"/>
          </w:tcPr>
          <w:p w14:paraId="18D7723B" w14:textId="77777777" w:rsidR="007A5E59" w:rsidRPr="00794D67" w:rsidRDefault="0095198F">
            <w:pPr>
              <w:rPr>
                <w:lang w:val="ru-RU"/>
              </w:rPr>
            </w:pPr>
            <w:r w:rsidRPr="00794D67">
              <w:rPr>
                <w:lang w:val="ru-RU"/>
              </w:rPr>
              <w:t>Отношение технологических потерь тепловой энергии к материальной характеристике тепловой сети</w:t>
            </w:r>
          </w:p>
        </w:tc>
        <w:tc>
          <w:tcPr>
            <w:tcW w:w="0" w:type="auto"/>
          </w:tcPr>
          <w:p w14:paraId="1C45F0CA" w14:textId="77777777" w:rsidR="007A5E59" w:rsidRDefault="0095198F">
            <w:r>
              <w:t>Гкал/(ч·м²)</w:t>
            </w:r>
          </w:p>
        </w:tc>
        <w:tc>
          <w:tcPr>
            <w:tcW w:w="0" w:type="auto"/>
          </w:tcPr>
          <w:p w14:paraId="4233476E" w14:textId="77777777" w:rsidR="007A5E59" w:rsidRDefault="007A5E59"/>
        </w:tc>
        <w:tc>
          <w:tcPr>
            <w:tcW w:w="0" w:type="auto"/>
          </w:tcPr>
          <w:p w14:paraId="44481CD4" w14:textId="77777777" w:rsidR="007A5E59" w:rsidRDefault="007A5E59"/>
        </w:tc>
        <w:tc>
          <w:tcPr>
            <w:tcW w:w="0" w:type="auto"/>
          </w:tcPr>
          <w:p w14:paraId="1D86D100" w14:textId="77777777" w:rsidR="007A5E59" w:rsidRDefault="007A5E59"/>
        </w:tc>
      </w:tr>
      <w:tr w:rsidR="007A5E59" w14:paraId="211F6A51" w14:textId="77777777">
        <w:trPr>
          <w:jc w:val="center"/>
        </w:trPr>
        <w:tc>
          <w:tcPr>
            <w:tcW w:w="0" w:type="auto"/>
          </w:tcPr>
          <w:p w14:paraId="7B606CDB" w14:textId="77777777" w:rsidR="007A5E59" w:rsidRDefault="0095198F">
            <w:pPr>
              <w:jc w:val="center"/>
            </w:pPr>
            <w:r>
              <w:t>5</w:t>
            </w:r>
          </w:p>
        </w:tc>
        <w:tc>
          <w:tcPr>
            <w:tcW w:w="0" w:type="auto"/>
          </w:tcPr>
          <w:p w14:paraId="3D3CFA81" w14:textId="77777777" w:rsidR="007A5E59" w:rsidRPr="00794D67" w:rsidRDefault="0095198F">
            <w:pPr>
              <w:rPr>
                <w:lang w:val="ru-RU"/>
              </w:rPr>
            </w:pPr>
            <w:r w:rsidRPr="00794D67">
              <w:rPr>
                <w:lang w:val="ru-RU"/>
              </w:rPr>
              <w:t>Удельная материальная характеристика тепловых сетей, приведённая к расчётной тепловой нагрузке</w:t>
            </w:r>
          </w:p>
        </w:tc>
        <w:tc>
          <w:tcPr>
            <w:tcW w:w="0" w:type="auto"/>
          </w:tcPr>
          <w:p w14:paraId="676304E5" w14:textId="77777777" w:rsidR="007A5E59" w:rsidRDefault="0095198F">
            <w:r>
              <w:t>м²·ч/Гкал</w:t>
            </w:r>
          </w:p>
        </w:tc>
        <w:tc>
          <w:tcPr>
            <w:tcW w:w="0" w:type="auto"/>
          </w:tcPr>
          <w:p w14:paraId="5CBFC3D2" w14:textId="77777777" w:rsidR="007A5E59" w:rsidRDefault="0095198F">
            <w:pPr>
              <w:jc w:val="center"/>
            </w:pPr>
            <w:r>
              <w:t>515,02</w:t>
            </w:r>
          </w:p>
        </w:tc>
        <w:tc>
          <w:tcPr>
            <w:tcW w:w="0" w:type="auto"/>
          </w:tcPr>
          <w:p w14:paraId="43C82814" w14:textId="77777777" w:rsidR="007A5E59" w:rsidRDefault="0095198F">
            <w:pPr>
              <w:jc w:val="center"/>
            </w:pPr>
            <w:r>
              <w:t>515,02</w:t>
            </w:r>
          </w:p>
        </w:tc>
        <w:tc>
          <w:tcPr>
            <w:tcW w:w="0" w:type="auto"/>
          </w:tcPr>
          <w:p w14:paraId="70B66A78" w14:textId="77777777" w:rsidR="007A5E59" w:rsidRDefault="0095198F">
            <w:pPr>
              <w:jc w:val="center"/>
            </w:pPr>
            <w:r>
              <w:t>515,02</w:t>
            </w:r>
          </w:p>
        </w:tc>
      </w:tr>
      <w:tr w:rsidR="007A5E59" w14:paraId="1DCCE391" w14:textId="77777777">
        <w:trPr>
          <w:jc w:val="center"/>
        </w:trPr>
        <w:tc>
          <w:tcPr>
            <w:tcW w:w="0" w:type="auto"/>
          </w:tcPr>
          <w:p w14:paraId="4D3E6E7B" w14:textId="77777777" w:rsidR="007A5E59" w:rsidRDefault="0095198F">
            <w:pPr>
              <w:jc w:val="center"/>
            </w:pPr>
            <w:r>
              <w:t>6</w:t>
            </w:r>
          </w:p>
        </w:tc>
        <w:tc>
          <w:tcPr>
            <w:tcW w:w="0" w:type="auto"/>
          </w:tcPr>
          <w:p w14:paraId="6F214257" w14:textId="77777777" w:rsidR="007A5E59" w:rsidRPr="00794D67" w:rsidRDefault="0095198F">
            <w:pPr>
              <w:rPr>
                <w:lang w:val="ru-RU"/>
              </w:rPr>
            </w:pPr>
            <w:r w:rsidRPr="00794D67">
              <w:rPr>
                <w:lang w:val="ru-RU"/>
              </w:rPr>
              <w:t>Доля тепловой энергии, выработанной в комбинированном режиме</w:t>
            </w:r>
          </w:p>
        </w:tc>
        <w:tc>
          <w:tcPr>
            <w:tcW w:w="0" w:type="auto"/>
          </w:tcPr>
          <w:p w14:paraId="69FB05C1" w14:textId="77777777" w:rsidR="007A5E59" w:rsidRDefault="0095198F">
            <w:r>
              <w:t>%</w:t>
            </w:r>
          </w:p>
        </w:tc>
        <w:tc>
          <w:tcPr>
            <w:tcW w:w="0" w:type="auto"/>
          </w:tcPr>
          <w:p w14:paraId="5E18AA95" w14:textId="77777777" w:rsidR="007A5E59" w:rsidRDefault="0095198F">
            <w:pPr>
              <w:jc w:val="center"/>
            </w:pPr>
            <w:r>
              <w:t>0,0</w:t>
            </w:r>
          </w:p>
        </w:tc>
        <w:tc>
          <w:tcPr>
            <w:tcW w:w="0" w:type="auto"/>
          </w:tcPr>
          <w:p w14:paraId="7354FE6D" w14:textId="77777777" w:rsidR="007A5E59" w:rsidRDefault="0095198F">
            <w:pPr>
              <w:jc w:val="center"/>
            </w:pPr>
            <w:r>
              <w:t>0,0</w:t>
            </w:r>
          </w:p>
        </w:tc>
        <w:tc>
          <w:tcPr>
            <w:tcW w:w="0" w:type="auto"/>
          </w:tcPr>
          <w:p w14:paraId="1EB195CF" w14:textId="77777777" w:rsidR="007A5E59" w:rsidRDefault="0095198F">
            <w:pPr>
              <w:jc w:val="center"/>
            </w:pPr>
            <w:r>
              <w:t>0,0</w:t>
            </w:r>
          </w:p>
        </w:tc>
      </w:tr>
      <w:tr w:rsidR="007A5E59" w14:paraId="427F9572" w14:textId="77777777">
        <w:trPr>
          <w:jc w:val="center"/>
        </w:trPr>
        <w:tc>
          <w:tcPr>
            <w:tcW w:w="0" w:type="auto"/>
          </w:tcPr>
          <w:p w14:paraId="58430273" w14:textId="77777777" w:rsidR="007A5E59" w:rsidRDefault="0095198F">
            <w:pPr>
              <w:jc w:val="center"/>
            </w:pPr>
            <w:r>
              <w:t>7</w:t>
            </w:r>
          </w:p>
        </w:tc>
        <w:tc>
          <w:tcPr>
            <w:tcW w:w="0" w:type="auto"/>
          </w:tcPr>
          <w:p w14:paraId="1DC1C847" w14:textId="77777777" w:rsidR="007A5E59" w:rsidRPr="00794D67" w:rsidRDefault="0095198F">
            <w:pPr>
              <w:rPr>
                <w:lang w:val="ru-RU"/>
              </w:rPr>
            </w:pPr>
            <w:r w:rsidRPr="00794D67">
              <w:rPr>
                <w:lang w:val="ru-RU"/>
              </w:rPr>
              <w:t>Коэффициент использования теплоты топлива (комбинированная выработка)</w:t>
            </w:r>
          </w:p>
        </w:tc>
        <w:tc>
          <w:tcPr>
            <w:tcW w:w="0" w:type="auto"/>
          </w:tcPr>
          <w:p w14:paraId="2E2CFEBF" w14:textId="77777777" w:rsidR="007A5E59" w:rsidRDefault="0095198F">
            <w:r>
              <w:t>%</w:t>
            </w:r>
          </w:p>
        </w:tc>
        <w:tc>
          <w:tcPr>
            <w:tcW w:w="0" w:type="auto"/>
          </w:tcPr>
          <w:p w14:paraId="0F35ACA6" w14:textId="77777777" w:rsidR="007A5E59" w:rsidRDefault="0095198F">
            <w:r>
              <w:t>—</w:t>
            </w:r>
          </w:p>
        </w:tc>
        <w:tc>
          <w:tcPr>
            <w:tcW w:w="0" w:type="auto"/>
          </w:tcPr>
          <w:p w14:paraId="192D05D1" w14:textId="77777777" w:rsidR="007A5E59" w:rsidRDefault="0095198F">
            <w:r>
              <w:t>—</w:t>
            </w:r>
          </w:p>
        </w:tc>
        <w:tc>
          <w:tcPr>
            <w:tcW w:w="0" w:type="auto"/>
          </w:tcPr>
          <w:p w14:paraId="6F44EE87" w14:textId="77777777" w:rsidR="007A5E59" w:rsidRDefault="0095198F">
            <w:r>
              <w:t>—</w:t>
            </w:r>
          </w:p>
        </w:tc>
      </w:tr>
      <w:tr w:rsidR="007A5E59" w14:paraId="2830DE4F" w14:textId="77777777">
        <w:trPr>
          <w:jc w:val="center"/>
        </w:trPr>
        <w:tc>
          <w:tcPr>
            <w:tcW w:w="0" w:type="auto"/>
          </w:tcPr>
          <w:p w14:paraId="33951F8A" w14:textId="77777777" w:rsidR="007A5E59" w:rsidRDefault="0095198F">
            <w:pPr>
              <w:jc w:val="center"/>
            </w:pPr>
            <w:r>
              <w:t>8</w:t>
            </w:r>
          </w:p>
        </w:tc>
        <w:tc>
          <w:tcPr>
            <w:tcW w:w="0" w:type="auto"/>
          </w:tcPr>
          <w:p w14:paraId="7AE7C4E6" w14:textId="77777777" w:rsidR="007A5E59" w:rsidRPr="00794D67" w:rsidRDefault="0095198F">
            <w:pPr>
              <w:rPr>
                <w:lang w:val="ru-RU"/>
              </w:rPr>
            </w:pPr>
            <w:r w:rsidRPr="00794D67">
              <w:rPr>
                <w:lang w:val="ru-RU"/>
              </w:rPr>
              <w:t>Доля отпуска тепловой энергии по приборам учёта</w:t>
            </w:r>
          </w:p>
        </w:tc>
        <w:tc>
          <w:tcPr>
            <w:tcW w:w="0" w:type="auto"/>
          </w:tcPr>
          <w:p w14:paraId="2879AE9B" w14:textId="77777777" w:rsidR="007A5E59" w:rsidRDefault="0095198F">
            <w:r>
              <w:t>%</w:t>
            </w:r>
          </w:p>
        </w:tc>
        <w:tc>
          <w:tcPr>
            <w:tcW w:w="0" w:type="auto"/>
          </w:tcPr>
          <w:p w14:paraId="5F2C3E4F" w14:textId="77777777" w:rsidR="007A5E59" w:rsidRDefault="007A5E59"/>
        </w:tc>
        <w:tc>
          <w:tcPr>
            <w:tcW w:w="0" w:type="auto"/>
          </w:tcPr>
          <w:p w14:paraId="3F5F39E9" w14:textId="77777777" w:rsidR="007A5E59" w:rsidRDefault="007A5E59"/>
        </w:tc>
        <w:tc>
          <w:tcPr>
            <w:tcW w:w="0" w:type="auto"/>
          </w:tcPr>
          <w:p w14:paraId="433D77FC" w14:textId="77777777" w:rsidR="007A5E59" w:rsidRDefault="007A5E59"/>
        </w:tc>
      </w:tr>
      <w:tr w:rsidR="007A5E59" w14:paraId="6F0ED773" w14:textId="77777777">
        <w:trPr>
          <w:jc w:val="center"/>
        </w:trPr>
        <w:tc>
          <w:tcPr>
            <w:tcW w:w="0" w:type="auto"/>
          </w:tcPr>
          <w:p w14:paraId="75CD356B" w14:textId="77777777" w:rsidR="007A5E59" w:rsidRDefault="0095198F">
            <w:pPr>
              <w:jc w:val="center"/>
            </w:pPr>
            <w:r>
              <w:t>9</w:t>
            </w:r>
          </w:p>
        </w:tc>
        <w:tc>
          <w:tcPr>
            <w:tcW w:w="0" w:type="auto"/>
          </w:tcPr>
          <w:p w14:paraId="5C8736F7" w14:textId="77777777" w:rsidR="007A5E59" w:rsidRPr="00794D67" w:rsidRDefault="0095198F">
            <w:pPr>
              <w:rPr>
                <w:lang w:val="ru-RU"/>
              </w:rPr>
            </w:pPr>
            <w:r w:rsidRPr="00794D67">
              <w:rPr>
                <w:lang w:val="ru-RU"/>
              </w:rPr>
              <w:t>Средневзвешенный срок эксплуатации тепловых сетей</w:t>
            </w:r>
          </w:p>
        </w:tc>
        <w:tc>
          <w:tcPr>
            <w:tcW w:w="0" w:type="auto"/>
          </w:tcPr>
          <w:p w14:paraId="4A548D8D" w14:textId="77777777" w:rsidR="007A5E59" w:rsidRDefault="0095198F">
            <w:r>
              <w:t>лет</w:t>
            </w:r>
          </w:p>
        </w:tc>
        <w:tc>
          <w:tcPr>
            <w:tcW w:w="0" w:type="auto"/>
          </w:tcPr>
          <w:p w14:paraId="28C742AD" w14:textId="77777777" w:rsidR="007A5E59" w:rsidRDefault="0095198F">
            <w:pPr>
              <w:jc w:val="center"/>
            </w:pPr>
            <w:r>
              <w:t>37,3</w:t>
            </w:r>
          </w:p>
        </w:tc>
        <w:tc>
          <w:tcPr>
            <w:tcW w:w="0" w:type="auto"/>
          </w:tcPr>
          <w:p w14:paraId="7F55A243" w14:textId="77777777" w:rsidR="007A5E59" w:rsidRDefault="0095198F">
            <w:pPr>
              <w:jc w:val="center"/>
            </w:pPr>
            <w:r>
              <w:t>42,3</w:t>
            </w:r>
          </w:p>
        </w:tc>
        <w:tc>
          <w:tcPr>
            <w:tcW w:w="0" w:type="auto"/>
          </w:tcPr>
          <w:p w14:paraId="133EE61E" w14:textId="77777777" w:rsidR="007A5E59" w:rsidRDefault="0095198F">
            <w:pPr>
              <w:jc w:val="center"/>
            </w:pPr>
            <w:r>
              <w:t>47,3</w:t>
            </w:r>
          </w:p>
        </w:tc>
      </w:tr>
    </w:tbl>
    <w:p w14:paraId="276C4CB7" w14:textId="77777777" w:rsidR="007A5E59" w:rsidRDefault="007A5E59"/>
    <w:p w14:paraId="00C7DEBA" w14:textId="77777777" w:rsidR="007A5E59" w:rsidRPr="00794D67" w:rsidRDefault="0095198F">
      <w:pPr>
        <w:rPr>
          <w:lang w:val="ru-RU"/>
        </w:rPr>
      </w:pPr>
      <w:r w:rsidRPr="00794D67">
        <w:rPr>
          <w:b/>
          <w:lang w:val="ru-RU"/>
        </w:rPr>
        <w:t>Таблица 13.6 — Индикаторы развития системы теплоснабжения — пгт Спасск (лист «Таблица 14.1»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461"/>
        <w:gridCol w:w="4736"/>
        <w:gridCol w:w="1256"/>
        <w:gridCol w:w="964"/>
        <w:gridCol w:w="964"/>
        <w:gridCol w:w="964"/>
      </w:tblGrid>
      <w:tr w:rsidR="007A5E59" w:rsidRPr="00C07C05" w14:paraId="126335B2" w14:textId="77777777">
        <w:trPr>
          <w:cantSplit/>
          <w:tblHeader/>
          <w:jc w:val="center"/>
        </w:trPr>
        <w:tc>
          <w:tcPr>
            <w:tcW w:w="0" w:type="auto"/>
            <w:vMerge w:val="restart"/>
            <w:shd w:val="clear" w:color="auto" w:fill="E2F0D9"/>
            <w:vAlign w:val="center"/>
          </w:tcPr>
          <w:p w14:paraId="0EB83BAC" w14:textId="77777777" w:rsidR="007A5E59" w:rsidRDefault="0095198F">
            <w:pPr>
              <w:jc w:val="center"/>
            </w:pPr>
            <w:r>
              <w:rPr>
                <w:b/>
              </w:rPr>
              <w:t>№ пп</w:t>
            </w:r>
          </w:p>
        </w:tc>
        <w:tc>
          <w:tcPr>
            <w:tcW w:w="0" w:type="auto"/>
            <w:vMerge w:val="restart"/>
            <w:shd w:val="clear" w:color="auto" w:fill="E2F0D9"/>
            <w:vAlign w:val="center"/>
          </w:tcPr>
          <w:p w14:paraId="4CD5EE81" w14:textId="77777777" w:rsidR="007A5E59" w:rsidRDefault="0095198F">
            <w:pPr>
              <w:jc w:val="center"/>
            </w:pPr>
            <w:r>
              <w:rPr>
                <w:b/>
              </w:rPr>
              <w:t>Индикаторы развития системы теплоснабжения</w:t>
            </w:r>
          </w:p>
        </w:tc>
        <w:tc>
          <w:tcPr>
            <w:tcW w:w="0" w:type="auto"/>
            <w:vMerge w:val="restart"/>
            <w:shd w:val="clear" w:color="auto" w:fill="E2F0D9"/>
            <w:vAlign w:val="center"/>
          </w:tcPr>
          <w:p w14:paraId="462BB8F8" w14:textId="77777777" w:rsidR="007A5E59" w:rsidRDefault="0095198F">
            <w:pPr>
              <w:jc w:val="center"/>
            </w:pPr>
            <w:r>
              <w:rPr>
                <w:b/>
              </w:rPr>
              <w:t>Ед. изм.</w:t>
            </w:r>
          </w:p>
        </w:tc>
        <w:tc>
          <w:tcPr>
            <w:tcW w:w="0" w:type="auto"/>
            <w:gridSpan w:val="3"/>
            <w:shd w:val="clear" w:color="auto" w:fill="E2F0D9"/>
            <w:vAlign w:val="center"/>
          </w:tcPr>
          <w:p w14:paraId="1663EC0C" w14:textId="77777777" w:rsidR="007A5E59" w:rsidRPr="00794D67" w:rsidRDefault="0095198F">
            <w:pPr>
              <w:jc w:val="center"/>
              <w:rPr>
                <w:lang w:val="ru-RU"/>
              </w:rPr>
            </w:pPr>
            <w:r w:rsidRPr="00794D67">
              <w:rPr>
                <w:b/>
                <w:lang w:val="ru-RU"/>
              </w:rPr>
              <w:t>Показатель по этапам развития схемы ТС</w:t>
            </w:r>
          </w:p>
        </w:tc>
      </w:tr>
      <w:tr w:rsidR="007A5E59" w14:paraId="45A0BC79" w14:textId="77777777">
        <w:trPr>
          <w:cantSplit/>
          <w:tblHeader/>
          <w:jc w:val="center"/>
        </w:trPr>
        <w:tc>
          <w:tcPr>
            <w:tcW w:w="0" w:type="auto"/>
            <w:vMerge/>
            <w:shd w:val="clear" w:color="auto" w:fill="E2F0D9"/>
            <w:vAlign w:val="center"/>
          </w:tcPr>
          <w:p w14:paraId="030F9D06" w14:textId="77777777" w:rsidR="007A5E59" w:rsidRPr="00794D67" w:rsidRDefault="007A5E59">
            <w:pPr>
              <w:jc w:val="center"/>
              <w:rPr>
                <w:lang w:val="ru-RU"/>
              </w:rPr>
            </w:pPr>
          </w:p>
        </w:tc>
        <w:tc>
          <w:tcPr>
            <w:tcW w:w="0" w:type="auto"/>
            <w:vMerge/>
            <w:shd w:val="clear" w:color="auto" w:fill="E2F0D9"/>
            <w:vAlign w:val="center"/>
          </w:tcPr>
          <w:p w14:paraId="09079ADE" w14:textId="77777777" w:rsidR="007A5E59" w:rsidRPr="00794D67" w:rsidRDefault="007A5E59">
            <w:pPr>
              <w:jc w:val="center"/>
              <w:rPr>
                <w:lang w:val="ru-RU"/>
              </w:rPr>
            </w:pPr>
          </w:p>
        </w:tc>
        <w:tc>
          <w:tcPr>
            <w:tcW w:w="0" w:type="auto"/>
            <w:vMerge/>
            <w:shd w:val="clear" w:color="auto" w:fill="E2F0D9"/>
            <w:vAlign w:val="center"/>
          </w:tcPr>
          <w:p w14:paraId="03CCE629" w14:textId="77777777" w:rsidR="007A5E59" w:rsidRPr="00794D67" w:rsidRDefault="007A5E59">
            <w:pPr>
              <w:jc w:val="center"/>
              <w:rPr>
                <w:lang w:val="ru-RU"/>
              </w:rPr>
            </w:pPr>
          </w:p>
        </w:tc>
        <w:tc>
          <w:tcPr>
            <w:tcW w:w="0" w:type="auto"/>
            <w:shd w:val="clear" w:color="auto" w:fill="E2F0D9"/>
            <w:vAlign w:val="center"/>
          </w:tcPr>
          <w:p w14:paraId="66A65D25" w14:textId="77777777" w:rsidR="007A5E59" w:rsidRDefault="0095198F">
            <w:pPr>
              <w:jc w:val="center"/>
            </w:pPr>
            <w:r>
              <w:rPr>
                <w:b/>
              </w:rPr>
              <w:t>2026</w:t>
            </w:r>
          </w:p>
        </w:tc>
        <w:tc>
          <w:tcPr>
            <w:tcW w:w="0" w:type="auto"/>
            <w:shd w:val="clear" w:color="auto" w:fill="E2F0D9"/>
            <w:vAlign w:val="center"/>
          </w:tcPr>
          <w:p w14:paraId="1750301C" w14:textId="77777777" w:rsidR="007A5E59" w:rsidRDefault="0095198F">
            <w:pPr>
              <w:jc w:val="center"/>
            </w:pPr>
            <w:r>
              <w:rPr>
                <w:b/>
              </w:rPr>
              <w:t>2031</w:t>
            </w:r>
          </w:p>
        </w:tc>
        <w:tc>
          <w:tcPr>
            <w:tcW w:w="0" w:type="auto"/>
            <w:shd w:val="clear" w:color="auto" w:fill="E2F0D9"/>
            <w:vAlign w:val="center"/>
          </w:tcPr>
          <w:p w14:paraId="7A5262AF" w14:textId="77777777" w:rsidR="007A5E59" w:rsidRDefault="0095198F">
            <w:pPr>
              <w:jc w:val="center"/>
            </w:pPr>
            <w:r>
              <w:rPr>
                <w:b/>
              </w:rPr>
              <w:t>2036</w:t>
            </w:r>
          </w:p>
        </w:tc>
      </w:tr>
      <w:tr w:rsidR="007A5E59" w14:paraId="43F0E2CB" w14:textId="77777777">
        <w:trPr>
          <w:cantSplit/>
          <w:tblHeader/>
          <w:jc w:val="center"/>
        </w:trPr>
        <w:tc>
          <w:tcPr>
            <w:tcW w:w="0" w:type="auto"/>
            <w:shd w:val="clear" w:color="auto" w:fill="F2F2F2"/>
            <w:vAlign w:val="center"/>
          </w:tcPr>
          <w:p w14:paraId="426B532F" w14:textId="77777777" w:rsidR="007A5E59" w:rsidRDefault="0095198F">
            <w:pPr>
              <w:jc w:val="center"/>
            </w:pPr>
            <w:r>
              <w:t>1</w:t>
            </w:r>
          </w:p>
        </w:tc>
        <w:tc>
          <w:tcPr>
            <w:tcW w:w="0" w:type="auto"/>
            <w:shd w:val="clear" w:color="auto" w:fill="F2F2F2"/>
            <w:vAlign w:val="center"/>
          </w:tcPr>
          <w:p w14:paraId="2A631B20" w14:textId="77777777" w:rsidR="007A5E59" w:rsidRDefault="0095198F">
            <w:pPr>
              <w:jc w:val="center"/>
            </w:pPr>
            <w:r>
              <w:t>2</w:t>
            </w:r>
          </w:p>
        </w:tc>
        <w:tc>
          <w:tcPr>
            <w:tcW w:w="0" w:type="auto"/>
            <w:shd w:val="clear" w:color="auto" w:fill="F2F2F2"/>
            <w:vAlign w:val="center"/>
          </w:tcPr>
          <w:p w14:paraId="3714676D" w14:textId="77777777" w:rsidR="007A5E59" w:rsidRDefault="0095198F">
            <w:pPr>
              <w:jc w:val="center"/>
            </w:pPr>
            <w:r>
              <w:t>3</w:t>
            </w:r>
          </w:p>
        </w:tc>
        <w:tc>
          <w:tcPr>
            <w:tcW w:w="0" w:type="auto"/>
            <w:shd w:val="clear" w:color="auto" w:fill="F2F2F2"/>
            <w:vAlign w:val="center"/>
          </w:tcPr>
          <w:p w14:paraId="24D0A168" w14:textId="77777777" w:rsidR="007A5E59" w:rsidRDefault="0095198F">
            <w:pPr>
              <w:jc w:val="center"/>
            </w:pPr>
            <w:r>
              <w:t>4</w:t>
            </w:r>
          </w:p>
        </w:tc>
        <w:tc>
          <w:tcPr>
            <w:tcW w:w="0" w:type="auto"/>
            <w:shd w:val="clear" w:color="auto" w:fill="F2F2F2"/>
            <w:vAlign w:val="center"/>
          </w:tcPr>
          <w:p w14:paraId="72CCE054" w14:textId="77777777" w:rsidR="007A5E59" w:rsidRDefault="0095198F">
            <w:pPr>
              <w:jc w:val="center"/>
            </w:pPr>
            <w:r>
              <w:t>5</w:t>
            </w:r>
          </w:p>
        </w:tc>
        <w:tc>
          <w:tcPr>
            <w:tcW w:w="0" w:type="auto"/>
            <w:shd w:val="clear" w:color="auto" w:fill="F2F2F2"/>
            <w:vAlign w:val="center"/>
          </w:tcPr>
          <w:p w14:paraId="38C6F6A5" w14:textId="77777777" w:rsidR="007A5E59" w:rsidRDefault="0095198F">
            <w:pPr>
              <w:jc w:val="center"/>
            </w:pPr>
            <w:r>
              <w:t>6</w:t>
            </w:r>
          </w:p>
        </w:tc>
      </w:tr>
      <w:tr w:rsidR="007A5E59" w14:paraId="7D580C14" w14:textId="77777777">
        <w:trPr>
          <w:jc w:val="center"/>
        </w:trPr>
        <w:tc>
          <w:tcPr>
            <w:tcW w:w="0" w:type="auto"/>
          </w:tcPr>
          <w:p w14:paraId="0B397132" w14:textId="77777777" w:rsidR="007A5E59" w:rsidRDefault="0095198F">
            <w:pPr>
              <w:jc w:val="center"/>
            </w:pPr>
            <w:r>
              <w:t>1</w:t>
            </w:r>
          </w:p>
        </w:tc>
        <w:tc>
          <w:tcPr>
            <w:tcW w:w="0" w:type="auto"/>
          </w:tcPr>
          <w:p w14:paraId="35B850C6" w14:textId="77777777" w:rsidR="007A5E59" w:rsidRPr="00794D67" w:rsidRDefault="0095198F">
            <w:pPr>
              <w:rPr>
                <w:lang w:val="ru-RU"/>
              </w:rPr>
            </w:pPr>
            <w:r w:rsidRPr="00794D67">
              <w:rPr>
                <w:lang w:val="ru-RU"/>
              </w:rPr>
              <w:t>Количество прекращений подачи тепловой энергии в результате технологических нарушений на тепловых сетях</w:t>
            </w:r>
          </w:p>
        </w:tc>
        <w:tc>
          <w:tcPr>
            <w:tcW w:w="0" w:type="auto"/>
          </w:tcPr>
          <w:p w14:paraId="7AFF8BF3" w14:textId="77777777" w:rsidR="007A5E59" w:rsidRDefault="0095198F">
            <w:r>
              <w:t>ед.</w:t>
            </w:r>
          </w:p>
        </w:tc>
        <w:tc>
          <w:tcPr>
            <w:tcW w:w="0" w:type="auto"/>
          </w:tcPr>
          <w:p w14:paraId="38A8E92E" w14:textId="77777777" w:rsidR="007A5E59" w:rsidRDefault="0095198F">
            <w:pPr>
              <w:jc w:val="center"/>
            </w:pPr>
            <w:r>
              <w:t>0</w:t>
            </w:r>
          </w:p>
        </w:tc>
        <w:tc>
          <w:tcPr>
            <w:tcW w:w="0" w:type="auto"/>
          </w:tcPr>
          <w:p w14:paraId="430665F3" w14:textId="77777777" w:rsidR="007A5E59" w:rsidRDefault="0095198F">
            <w:pPr>
              <w:jc w:val="center"/>
            </w:pPr>
            <w:r>
              <w:t>0</w:t>
            </w:r>
          </w:p>
        </w:tc>
        <w:tc>
          <w:tcPr>
            <w:tcW w:w="0" w:type="auto"/>
          </w:tcPr>
          <w:p w14:paraId="6781E5C1" w14:textId="77777777" w:rsidR="007A5E59" w:rsidRDefault="0095198F">
            <w:pPr>
              <w:jc w:val="center"/>
            </w:pPr>
            <w:r>
              <w:t>0</w:t>
            </w:r>
          </w:p>
        </w:tc>
      </w:tr>
      <w:tr w:rsidR="007A5E59" w14:paraId="04A137BE" w14:textId="77777777">
        <w:trPr>
          <w:jc w:val="center"/>
        </w:trPr>
        <w:tc>
          <w:tcPr>
            <w:tcW w:w="0" w:type="auto"/>
          </w:tcPr>
          <w:p w14:paraId="35D45BD8" w14:textId="77777777" w:rsidR="007A5E59" w:rsidRDefault="0095198F">
            <w:pPr>
              <w:jc w:val="center"/>
            </w:pPr>
            <w:r>
              <w:t>2</w:t>
            </w:r>
          </w:p>
        </w:tc>
        <w:tc>
          <w:tcPr>
            <w:tcW w:w="0" w:type="auto"/>
          </w:tcPr>
          <w:p w14:paraId="2ED43B9F" w14:textId="77777777" w:rsidR="007A5E59" w:rsidRPr="00794D67" w:rsidRDefault="0095198F">
            <w:pPr>
              <w:rPr>
                <w:lang w:val="ru-RU"/>
              </w:rPr>
            </w:pPr>
            <w:r w:rsidRPr="00794D67">
              <w:rPr>
                <w:lang w:val="ru-RU"/>
              </w:rPr>
              <w:t>Количество прекращений подачи тепловой энергии в результате технологических нарушений на источниках тепловой энергии</w:t>
            </w:r>
          </w:p>
        </w:tc>
        <w:tc>
          <w:tcPr>
            <w:tcW w:w="0" w:type="auto"/>
          </w:tcPr>
          <w:p w14:paraId="1F00078C" w14:textId="77777777" w:rsidR="007A5E59" w:rsidRDefault="0095198F">
            <w:r>
              <w:t>ед.</w:t>
            </w:r>
          </w:p>
        </w:tc>
        <w:tc>
          <w:tcPr>
            <w:tcW w:w="0" w:type="auto"/>
          </w:tcPr>
          <w:p w14:paraId="5F2E55F5" w14:textId="77777777" w:rsidR="007A5E59" w:rsidRDefault="0095198F">
            <w:pPr>
              <w:jc w:val="center"/>
            </w:pPr>
            <w:r>
              <w:t>0</w:t>
            </w:r>
          </w:p>
        </w:tc>
        <w:tc>
          <w:tcPr>
            <w:tcW w:w="0" w:type="auto"/>
          </w:tcPr>
          <w:p w14:paraId="0FA47884" w14:textId="77777777" w:rsidR="007A5E59" w:rsidRDefault="0095198F">
            <w:pPr>
              <w:jc w:val="center"/>
            </w:pPr>
            <w:r>
              <w:t>0</w:t>
            </w:r>
          </w:p>
        </w:tc>
        <w:tc>
          <w:tcPr>
            <w:tcW w:w="0" w:type="auto"/>
          </w:tcPr>
          <w:p w14:paraId="33B011A2" w14:textId="77777777" w:rsidR="007A5E59" w:rsidRDefault="0095198F">
            <w:pPr>
              <w:jc w:val="center"/>
            </w:pPr>
            <w:r>
              <w:t>0</w:t>
            </w:r>
          </w:p>
        </w:tc>
      </w:tr>
      <w:tr w:rsidR="007A5E59" w14:paraId="4C6C0DBE" w14:textId="77777777">
        <w:trPr>
          <w:jc w:val="center"/>
        </w:trPr>
        <w:tc>
          <w:tcPr>
            <w:tcW w:w="0" w:type="auto"/>
          </w:tcPr>
          <w:p w14:paraId="37E416DE" w14:textId="77777777" w:rsidR="007A5E59" w:rsidRDefault="0095198F">
            <w:pPr>
              <w:jc w:val="center"/>
            </w:pPr>
            <w:r>
              <w:t>3</w:t>
            </w:r>
          </w:p>
        </w:tc>
        <w:tc>
          <w:tcPr>
            <w:tcW w:w="0" w:type="auto"/>
          </w:tcPr>
          <w:p w14:paraId="444E07E2" w14:textId="77777777" w:rsidR="007A5E59" w:rsidRPr="00794D67" w:rsidRDefault="0095198F">
            <w:pPr>
              <w:rPr>
                <w:lang w:val="ru-RU"/>
              </w:rPr>
            </w:pPr>
            <w:r w:rsidRPr="00794D67">
              <w:rPr>
                <w:lang w:val="ru-RU"/>
              </w:rPr>
              <w:t>Удельный расход условного топлива на единицу тепловой энергии, отпускаемой с коллекторов источников</w:t>
            </w:r>
          </w:p>
        </w:tc>
        <w:tc>
          <w:tcPr>
            <w:tcW w:w="0" w:type="auto"/>
          </w:tcPr>
          <w:p w14:paraId="00913CA7" w14:textId="77777777" w:rsidR="007A5E59" w:rsidRDefault="0095198F">
            <w:r>
              <w:t>кг у.т./Гкал</w:t>
            </w:r>
          </w:p>
        </w:tc>
        <w:tc>
          <w:tcPr>
            <w:tcW w:w="0" w:type="auto"/>
          </w:tcPr>
          <w:p w14:paraId="5ED07416" w14:textId="77777777" w:rsidR="007A5E59" w:rsidRDefault="0095198F">
            <w:pPr>
              <w:jc w:val="center"/>
            </w:pPr>
            <w:r>
              <w:t>189,21</w:t>
            </w:r>
          </w:p>
        </w:tc>
        <w:tc>
          <w:tcPr>
            <w:tcW w:w="0" w:type="auto"/>
          </w:tcPr>
          <w:p w14:paraId="7E024A47" w14:textId="77777777" w:rsidR="007A5E59" w:rsidRDefault="0095198F">
            <w:pPr>
              <w:jc w:val="center"/>
            </w:pPr>
            <w:r>
              <w:t>189,21</w:t>
            </w:r>
          </w:p>
        </w:tc>
        <w:tc>
          <w:tcPr>
            <w:tcW w:w="0" w:type="auto"/>
          </w:tcPr>
          <w:p w14:paraId="38E88CBD" w14:textId="77777777" w:rsidR="007A5E59" w:rsidRDefault="0095198F">
            <w:pPr>
              <w:jc w:val="center"/>
            </w:pPr>
            <w:r>
              <w:t>189,21</w:t>
            </w:r>
          </w:p>
        </w:tc>
      </w:tr>
      <w:tr w:rsidR="007A5E59" w14:paraId="3BB5A886" w14:textId="77777777">
        <w:trPr>
          <w:jc w:val="center"/>
        </w:trPr>
        <w:tc>
          <w:tcPr>
            <w:tcW w:w="0" w:type="auto"/>
          </w:tcPr>
          <w:p w14:paraId="68581F1E" w14:textId="77777777" w:rsidR="007A5E59" w:rsidRDefault="0095198F">
            <w:pPr>
              <w:jc w:val="center"/>
            </w:pPr>
            <w:r>
              <w:t>4</w:t>
            </w:r>
          </w:p>
        </w:tc>
        <w:tc>
          <w:tcPr>
            <w:tcW w:w="0" w:type="auto"/>
          </w:tcPr>
          <w:p w14:paraId="17AEADB9" w14:textId="77777777" w:rsidR="007A5E59" w:rsidRPr="00794D67" w:rsidRDefault="0095198F">
            <w:pPr>
              <w:rPr>
                <w:lang w:val="ru-RU"/>
              </w:rPr>
            </w:pPr>
            <w:r w:rsidRPr="00794D67">
              <w:rPr>
                <w:lang w:val="ru-RU"/>
              </w:rPr>
              <w:t>Отношение технологических потерь тепловой энергии к материальной характеристике тепловой сети</w:t>
            </w:r>
          </w:p>
        </w:tc>
        <w:tc>
          <w:tcPr>
            <w:tcW w:w="0" w:type="auto"/>
          </w:tcPr>
          <w:p w14:paraId="234B544C" w14:textId="77777777" w:rsidR="007A5E59" w:rsidRDefault="0095198F">
            <w:r>
              <w:t>Гкал/(ч·м²)</w:t>
            </w:r>
          </w:p>
        </w:tc>
        <w:tc>
          <w:tcPr>
            <w:tcW w:w="0" w:type="auto"/>
          </w:tcPr>
          <w:p w14:paraId="1BEDA308" w14:textId="77777777" w:rsidR="007A5E59" w:rsidRDefault="007A5E59"/>
        </w:tc>
        <w:tc>
          <w:tcPr>
            <w:tcW w:w="0" w:type="auto"/>
          </w:tcPr>
          <w:p w14:paraId="06941EF6" w14:textId="77777777" w:rsidR="007A5E59" w:rsidRDefault="007A5E59"/>
        </w:tc>
        <w:tc>
          <w:tcPr>
            <w:tcW w:w="0" w:type="auto"/>
          </w:tcPr>
          <w:p w14:paraId="7B74678E" w14:textId="77777777" w:rsidR="007A5E59" w:rsidRDefault="007A5E59"/>
        </w:tc>
      </w:tr>
      <w:tr w:rsidR="007A5E59" w14:paraId="5BCA23D2" w14:textId="77777777">
        <w:trPr>
          <w:jc w:val="center"/>
        </w:trPr>
        <w:tc>
          <w:tcPr>
            <w:tcW w:w="0" w:type="auto"/>
          </w:tcPr>
          <w:p w14:paraId="430EF2EC" w14:textId="77777777" w:rsidR="007A5E59" w:rsidRDefault="0095198F">
            <w:pPr>
              <w:jc w:val="center"/>
            </w:pPr>
            <w:r>
              <w:t>5</w:t>
            </w:r>
          </w:p>
        </w:tc>
        <w:tc>
          <w:tcPr>
            <w:tcW w:w="0" w:type="auto"/>
          </w:tcPr>
          <w:p w14:paraId="2F8A2432" w14:textId="77777777" w:rsidR="007A5E59" w:rsidRPr="00794D67" w:rsidRDefault="0095198F">
            <w:pPr>
              <w:rPr>
                <w:lang w:val="ru-RU"/>
              </w:rPr>
            </w:pPr>
            <w:r w:rsidRPr="00794D67">
              <w:rPr>
                <w:lang w:val="ru-RU"/>
              </w:rPr>
              <w:t>Удельная материальная характеристика тепловых сетей, приведённая к расчётной тепловой нагрузке</w:t>
            </w:r>
          </w:p>
        </w:tc>
        <w:tc>
          <w:tcPr>
            <w:tcW w:w="0" w:type="auto"/>
          </w:tcPr>
          <w:p w14:paraId="619B718C" w14:textId="77777777" w:rsidR="007A5E59" w:rsidRDefault="0095198F">
            <w:r>
              <w:t>м²·ч/Гкал</w:t>
            </w:r>
          </w:p>
        </w:tc>
        <w:tc>
          <w:tcPr>
            <w:tcW w:w="0" w:type="auto"/>
          </w:tcPr>
          <w:p w14:paraId="235FEA78" w14:textId="77777777" w:rsidR="007A5E59" w:rsidRDefault="0095198F">
            <w:pPr>
              <w:jc w:val="center"/>
            </w:pPr>
            <w:r>
              <w:t>785,28</w:t>
            </w:r>
          </w:p>
        </w:tc>
        <w:tc>
          <w:tcPr>
            <w:tcW w:w="0" w:type="auto"/>
          </w:tcPr>
          <w:p w14:paraId="31B2B292" w14:textId="77777777" w:rsidR="007A5E59" w:rsidRDefault="0095198F">
            <w:pPr>
              <w:jc w:val="center"/>
            </w:pPr>
            <w:r>
              <w:t>785,28</w:t>
            </w:r>
          </w:p>
        </w:tc>
        <w:tc>
          <w:tcPr>
            <w:tcW w:w="0" w:type="auto"/>
          </w:tcPr>
          <w:p w14:paraId="2F794EA0" w14:textId="77777777" w:rsidR="007A5E59" w:rsidRDefault="0095198F">
            <w:pPr>
              <w:jc w:val="center"/>
            </w:pPr>
            <w:r>
              <w:t>785,28</w:t>
            </w:r>
          </w:p>
        </w:tc>
      </w:tr>
      <w:tr w:rsidR="007A5E59" w14:paraId="4DE09B8B" w14:textId="77777777">
        <w:trPr>
          <w:jc w:val="center"/>
        </w:trPr>
        <w:tc>
          <w:tcPr>
            <w:tcW w:w="0" w:type="auto"/>
          </w:tcPr>
          <w:p w14:paraId="74CD0501" w14:textId="77777777" w:rsidR="007A5E59" w:rsidRDefault="0095198F">
            <w:pPr>
              <w:jc w:val="center"/>
            </w:pPr>
            <w:r>
              <w:t>6</w:t>
            </w:r>
          </w:p>
        </w:tc>
        <w:tc>
          <w:tcPr>
            <w:tcW w:w="0" w:type="auto"/>
          </w:tcPr>
          <w:p w14:paraId="7845EFC5" w14:textId="77777777" w:rsidR="007A5E59" w:rsidRPr="00794D67" w:rsidRDefault="0095198F">
            <w:pPr>
              <w:rPr>
                <w:lang w:val="ru-RU"/>
              </w:rPr>
            </w:pPr>
            <w:r w:rsidRPr="00794D67">
              <w:rPr>
                <w:lang w:val="ru-RU"/>
              </w:rPr>
              <w:t>Доля тепловой энергии, выработанной в комбинированном режиме</w:t>
            </w:r>
          </w:p>
        </w:tc>
        <w:tc>
          <w:tcPr>
            <w:tcW w:w="0" w:type="auto"/>
          </w:tcPr>
          <w:p w14:paraId="2E0C54E0" w14:textId="77777777" w:rsidR="007A5E59" w:rsidRDefault="0095198F">
            <w:r>
              <w:t>%</w:t>
            </w:r>
          </w:p>
        </w:tc>
        <w:tc>
          <w:tcPr>
            <w:tcW w:w="0" w:type="auto"/>
          </w:tcPr>
          <w:p w14:paraId="2A20D60A" w14:textId="77777777" w:rsidR="007A5E59" w:rsidRDefault="0095198F">
            <w:pPr>
              <w:jc w:val="center"/>
            </w:pPr>
            <w:r>
              <w:t>0,0</w:t>
            </w:r>
          </w:p>
        </w:tc>
        <w:tc>
          <w:tcPr>
            <w:tcW w:w="0" w:type="auto"/>
          </w:tcPr>
          <w:p w14:paraId="48C00E1B" w14:textId="77777777" w:rsidR="007A5E59" w:rsidRDefault="0095198F">
            <w:pPr>
              <w:jc w:val="center"/>
            </w:pPr>
            <w:r>
              <w:t>0,0</w:t>
            </w:r>
          </w:p>
        </w:tc>
        <w:tc>
          <w:tcPr>
            <w:tcW w:w="0" w:type="auto"/>
          </w:tcPr>
          <w:p w14:paraId="0AE9FECC" w14:textId="77777777" w:rsidR="007A5E59" w:rsidRDefault="0095198F">
            <w:pPr>
              <w:jc w:val="center"/>
            </w:pPr>
            <w:r>
              <w:t>0,0</w:t>
            </w:r>
          </w:p>
        </w:tc>
      </w:tr>
      <w:tr w:rsidR="007A5E59" w14:paraId="4D79CB55" w14:textId="77777777">
        <w:trPr>
          <w:jc w:val="center"/>
        </w:trPr>
        <w:tc>
          <w:tcPr>
            <w:tcW w:w="0" w:type="auto"/>
          </w:tcPr>
          <w:p w14:paraId="3CBC0F9E" w14:textId="77777777" w:rsidR="007A5E59" w:rsidRDefault="0095198F">
            <w:pPr>
              <w:jc w:val="center"/>
            </w:pPr>
            <w:r>
              <w:t>7</w:t>
            </w:r>
          </w:p>
        </w:tc>
        <w:tc>
          <w:tcPr>
            <w:tcW w:w="0" w:type="auto"/>
          </w:tcPr>
          <w:p w14:paraId="15AFFE5D" w14:textId="77777777" w:rsidR="007A5E59" w:rsidRPr="00794D67" w:rsidRDefault="0095198F">
            <w:pPr>
              <w:rPr>
                <w:lang w:val="ru-RU"/>
              </w:rPr>
            </w:pPr>
            <w:r w:rsidRPr="00794D67">
              <w:rPr>
                <w:lang w:val="ru-RU"/>
              </w:rPr>
              <w:t>Коэффициент использования теплоты топлива (комбинированная выработка)</w:t>
            </w:r>
          </w:p>
        </w:tc>
        <w:tc>
          <w:tcPr>
            <w:tcW w:w="0" w:type="auto"/>
          </w:tcPr>
          <w:p w14:paraId="1BBDE0B9" w14:textId="77777777" w:rsidR="007A5E59" w:rsidRDefault="0095198F">
            <w:r>
              <w:t>%</w:t>
            </w:r>
          </w:p>
        </w:tc>
        <w:tc>
          <w:tcPr>
            <w:tcW w:w="0" w:type="auto"/>
          </w:tcPr>
          <w:p w14:paraId="5E62CFC1" w14:textId="77777777" w:rsidR="007A5E59" w:rsidRDefault="0095198F">
            <w:r>
              <w:t>—</w:t>
            </w:r>
          </w:p>
        </w:tc>
        <w:tc>
          <w:tcPr>
            <w:tcW w:w="0" w:type="auto"/>
          </w:tcPr>
          <w:p w14:paraId="0FC901F2" w14:textId="77777777" w:rsidR="007A5E59" w:rsidRDefault="0095198F">
            <w:r>
              <w:t>—</w:t>
            </w:r>
          </w:p>
        </w:tc>
        <w:tc>
          <w:tcPr>
            <w:tcW w:w="0" w:type="auto"/>
          </w:tcPr>
          <w:p w14:paraId="2D5C6ACB" w14:textId="77777777" w:rsidR="007A5E59" w:rsidRDefault="0095198F">
            <w:r>
              <w:t>—</w:t>
            </w:r>
          </w:p>
        </w:tc>
      </w:tr>
      <w:tr w:rsidR="007A5E59" w14:paraId="4A32FD03" w14:textId="77777777">
        <w:trPr>
          <w:jc w:val="center"/>
        </w:trPr>
        <w:tc>
          <w:tcPr>
            <w:tcW w:w="0" w:type="auto"/>
          </w:tcPr>
          <w:p w14:paraId="547A50B2" w14:textId="77777777" w:rsidR="007A5E59" w:rsidRDefault="0095198F">
            <w:pPr>
              <w:jc w:val="center"/>
            </w:pPr>
            <w:r>
              <w:t>8</w:t>
            </w:r>
          </w:p>
        </w:tc>
        <w:tc>
          <w:tcPr>
            <w:tcW w:w="0" w:type="auto"/>
          </w:tcPr>
          <w:p w14:paraId="7376AE2D" w14:textId="77777777" w:rsidR="007A5E59" w:rsidRPr="00794D67" w:rsidRDefault="0095198F">
            <w:pPr>
              <w:rPr>
                <w:lang w:val="ru-RU"/>
              </w:rPr>
            </w:pPr>
            <w:r w:rsidRPr="00794D67">
              <w:rPr>
                <w:lang w:val="ru-RU"/>
              </w:rPr>
              <w:t>Доля отпуска тепловой энергии по приборам учёта</w:t>
            </w:r>
          </w:p>
        </w:tc>
        <w:tc>
          <w:tcPr>
            <w:tcW w:w="0" w:type="auto"/>
          </w:tcPr>
          <w:p w14:paraId="2B04FBAB" w14:textId="77777777" w:rsidR="007A5E59" w:rsidRDefault="0095198F">
            <w:r>
              <w:t>%</w:t>
            </w:r>
          </w:p>
        </w:tc>
        <w:tc>
          <w:tcPr>
            <w:tcW w:w="0" w:type="auto"/>
          </w:tcPr>
          <w:p w14:paraId="7937AAC1" w14:textId="77777777" w:rsidR="007A5E59" w:rsidRDefault="007A5E59"/>
        </w:tc>
        <w:tc>
          <w:tcPr>
            <w:tcW w:w="0" w:type="auto"/>
          </w:tcPr>
          <w:p w14:paraId="679EB3EF" w14:textId="77777777" w:rsidR="007A5E59" w:rsidRDefault="007A5E59"/>
        </w:tc>
        <w:tc>
          <w:tcPr>
            <w:tcW w:w="0" w:type="auto"/>
          </w:tcPr>
          <w:p w14:paraId="4E69C18C" w14:textId="77777777" w:rsidR="007A5E59" w:rsidRDefault="007A5E59"/>
        </w:tc>
      </w:tr>
      <w:tr w:rsidR="007A5E59" w14:paraId="73761D59" w14:textId="77777777">
        <w:trPr>
          <w:jc w:val="center"/>
        </w:trPr>
        <w:tc>
          <w:tcPr>
            <w:tcW w:w="0" w:type="auto"/>
          </w:tcPr>
          <w:p w14:paraId="21213E2C" w14:textId="77777777" w:rsidR="007A5E59" w:rsidRDefault="0095198F">
            <w:pPr>
              <w:jc w:val="center"/>
            </w:pPr>
            <w:r>
              <w:t>9</w:t>
            </w:r>
          </w:p>
        </w:tc>
        <w:tc>
          <w:tcPr>
            <w:tcW w:w="0" w:type="auto"/>
          </w:tcPr>
          <w:p w14:paraId="135AEEE9" w14:textId="77777777" w:rsidR="007A5E59" w:rsidRPr="00794D67" w:rsidRDefault="0095198F">
            <w:pPr>
              <w:rPr>
                <w:lang w:val="ru-RU"/>
              </w:rPr>
            </w:pPr>
            <w:r w:rsidRPr="00794D67">
              <w:rPr>
                <w:lang w:val="ru-RU"/>
              </w:rPr>
              <w:t>Средневзвешенный срок эксплуатации тепловых сетей</w:t>
            </w:r>
          </w:p>
        </w:tc>
        <w:tc>
          <w:tcPr>
            <w:tcW w:w="0" w:type="auto"/>
          </w:tcPr>
          <w:p w14:paraId="228C1AB7" w14:textId="77777777" w:rsidR="007A5E59" w:rsidRDefault="0095198F">
            <w:r>
              <w:t>лет</w:t>
            </w:r>
          </w:p>
        </w:tc>
        <w:tc>
          <w:tcPr>
            <w:tcW w:w="0" w:type="auto"/>
          </w:tcPr>
          <w:p w14:paraId="73E9AF8D" w14:textId="77777777" w:rsidR="007A5E59" w:rsidRDefault="0095198F">
            <w:pPr>
              <w:jc w:val="center"/>
            </w:pPr>
            <w:r>
              <w:t>20,1</w:t>
            </w:r>
          </w:p>
        </w:tc>
        <w:tc>
          <w:tcPr>
            <w:tcW w:w="0" w:type="auto"/>
          </w:tcPr>
          <w:p w14:paraId="6700A297" w14:textId="77777777" w:rsidR="007A5E59" w:rsidRDefault="0095198F">
            <w:pPr>
              <w:jc w:val="center"/>
            </w:pPr>
            <w:r>
              <w:t>25,1</w:t>
            </w:r>
          </w:p>
        </w:tc>
        <w:tc>
          <w:tcPr>
            <w:tcW w:w="0" w:type="auto"/>
          </w:tcPr>
          <w:p w14:paraId="1E6A6A20" w14:textId="77777777" w:rsidR="007A5E59" w:rsidRDefault="0095198F">
            <w:pPr>
              <w:jc w:val="center"/>
            </w:pPr>
            <w:r>
              <w:t>30,1</w:t>
            </w:r>
          </w:p>
        </w:tc>
      </w:tr>
    </w:tbl>
    <w:p w14:paraId="1550C35D" w14:textId="77777777" w:rsidR="007A5E59" w:rsidRPr="00794D67" w:rsidRDefault="0095198F">
      <w:pPr>
        <w:spacing w:after="0"/>
        <w:ind w:firstLine="709"/>
        <w:jc w:val="both"/>
        <w:rPr>
          <w:lang w:val="ru-RU"/>
        </w:rPr>
      </w:pPr>
      <w:r w:rsidRPr="00794D67">
        <w:rPr>
          <w:lang w:val="ru-RU"/>
        </w:rPr>
        <w:t>1. Индикаторы 1 и 2 приняты по фактическим показателям надёжности и энергетической эффективности за 2025 год: прекращений подачи тепловой энергии по технологическим нарушениям не зарегистрировано (план и факт — 0).</w:t>
      </w:r>
    </w:p>
    <w:p w14:paraId="56638D24" w14:textId="77777777" w:rsidR="007A5E59" w:rsidRPr="00794D67" w:rsidRDefault="0095198F">
      <w:pPr>
        <w:spacing w:after="0"/>
        <w:ind w:firstLine="709"/>
        <w:jc w:val="both"/>
        <w:rPr>
          <w:lang w:val="ru-RU"/>
        </w:rPr>
      </w:pPr>
      <w:r w:rsidRPr="00794D67">
        <w:rPr>
          <w:lang w:val="ru-RU"/>
        </w:rPr>
        <w:t>2. Индикатор 3 рассчитывается по листу «Таблица 8.1 Б» расчётной книги. После поступления перечня котельных и котлов ООО «ЮКЭК» по состоянию на 31.07.2026 низшая теплота сгорания установлена по всем десяти действующим источникам, поэтому показатель рассчитан для всех шести территорий. Теплота сгорания определяет расход натурального топлива, но в принятой формуле условного топлива сокращается и при неизменном коэффициенте полезного действия 0,755 удельный расход условного топлива не меняет.</w:t>
      </w:r>
    </w:p>
    <w:p w14:paraId="442A8D6C" w14:textId="77777777" w:rsidR="007A5E59" w:rsidRPr="00794D67" w:rsidRDefault="0095198F">
      <w:pPr>
        <w:spacing w:after="0"/>
        <w:ind w:firstLine="709"/>
        <w:jc w:val="both"/>
        <w:rPr>
          <w:lang w:val="ru-RU"/>
        </w:rPr>
      </w:pPr>
      <w:r w:rsidRPr="00794D67">
        <w:rPr>
          <w:lang w:val="ru-RU"/>
        </w:rPr>
        <w:t>3. Индикатор 5 рассчитан как отношение материальной характеристики тепловых сетей (лист «Таблица 6.1» расчётной книги) к расчётной тепловой нагрузке (лист «Таблица 9.1 Б» расчётной книги). По территориям с несколькими источниками применено суммирование материальной характеристики и расчётной нагрузки — обе величины аддитивны.</w:t>
      </w:r>
    </w:p>
    <w:p w14:paraId="2F803EEE" w14:textId="77777777" w:rsidR="007A5E59" w:rsidRPr="00794D67" w:rsidRDefault="0095198F">
      <w:pPr>
        <w:spacing w:after="0"/>
        <w:ind w:firstLine="709"/>
        <w:jc w:val="both"/>
        <w:rPr>
          <w:lang w:val="ru-RU"/>
        </w:rPr>
      </w:pPr>
      <w:r w:rsidRPr="00794D67">
        <w:rPr>
          <w:lang w:val="ru-RU"/>
        </w:rPr>
        <w:t>4. Индикаторы 6 и 7. Комбинированной выработки электрической и тепловой энергии в округе нет: все десять источников являются производственно-отопительными котельными. Доля принята равной нулю как подтверждённая источником, коэффициент использования теплоты топлива при комбинированной выработке неприменим.</w:t>
      </w:r>
    </w:p>
    <w:p w14:paraId="65FAEA01" w14:textId="77777777" w:rsidR="007A5E59" w:rsidRPr="00794D67" w:rsidRDefault="0095198F">
      <w:pPr>
        <w:spacing w:after="0"/>
        <w:ind w:firstLine="709"/>
        <w:jc w:val="both"/>
        <w:rPr>
          <w:lang w:val="ru-RU"/>
        </w:rPr>
      </w:pPr>
      <w:r w:rsidRPr="00794D67">
        <w:rPr>
          <w:lang w:val="ru-RU"/>
        </w:rPr>
        <w:t>5. Индикатор 9 рассчитан как средневзвешенный по длине возраст участков поучасткового реестра (1 294 участка, 105 536,7 м) на 2026 год. Реестр включает три участка, подтверждённые Заказчиком 13.08.2026 как существующие на базовый период, с годами ввода 2021, 2023 и 2024. Перспектива показывает естественное старение сетей при отсутствии утверждённой программы замены.</w:t>
      </w:r>
    </w:p>
    <w:p w14:paraId="65F01562" w14:textId="77777777" w:rsidR="007A5E59" w:rsidRPr="00794D67" w:rsidRDefault="0095198F">
      <w:pPr>
        <w:spacing w:after="0"/>
        <w:ind w:firstLine="709"/>
        <w:jc w:val="both"/>
        <w:rPr>
          <w:lang w:val="ru-RU"/>
        </w:rPr>
      </w:pPr>
      <w:r w:rsidRPr="00794D67">
        <w:rPr>
          <w:lang w:val="ru-RU"/>
        </w:rPr>
        <w:t>6. Индикаторы 4 и 8 не заполнены. Отношение технологических потерь к материальной характеристике требует величины потерь в разрезе территорий, которой корпус не содержит. Доля отпуска по приборам учёта требует знаменателя — полного числа объектов; реестр теплосчётчиков (334 записи) охват по территориям не подтверждает. Пустые графы означают отсутствие исходных данных, а не нулевые значения.</w:t>
      </w:r>
    </w:p>
    <w:p w14:paraId="46713574" w14:textId="77777777" w:rsidR="007A5E59" w:rsidRPr="00794D67" w:rsidRDefault="007A5E59">
      <w:pPr>
        <w:rPr>
          <w:lang w:val="ru-RU"/>
        </w:rPr>
      </w:pPr>
    </w:p>
    <w:p w14:paraId="001C8FB7" w14:textId="77777777" w:rsidR="007A5E59" w:rsidRPr="00344E69" w:rsidRDefault="0095198F">
      <w:pPr>
        <w:pStyle w:val="1"/>
        <w:rPr>
          <w:color w:val="4F81BD" w:themeColor="accent1"/>
          <w:lang w:val="ru-RU"/>
        </w:rPr>
      </w:pPr>
      <w:bookmarkStart w:id="100" w:name="_Toc238015691"/>
      <w:r w:rsidRPr="00344E69">
        <w:rPr>
          <w:color w:val="4F81BD" w:themeColor="accent1"/>
          <w:lang w:val="ru-RU"/>
        </w:rPr>
        <w:t>РАЗДЕЛ 14. ЦЕНОВЫЕ (ТАРИФНЫЕ) ПОСЛЕДСТВИЯ</w:t>
      </w:r>
      <w:bookmarkEnd w:id="100"/>
    </w:p>
    <w:p w14:paraId="62C21A86" w14:textId="77777777" w:rsidR="007A4ED8" w:rsidRPr="00794D67" w:rsidRDefault="009B7F9E">
      <w:pPr>
        <w:pStyle w:val="21"/>
        <w:rPr>
          <w:lang w:val="ru-RU"/>
        </w:rPr>
      </w:pPr>
      <w:bookmarkStart w:id="101" w:name="_Toc238015692"/>
      <w:r w:rsidRPr="00794D67">
        <w:rPr>
          <w:lang w:val="ru-RU"/>
        </w:rPr>
        <w:t>14.1. Основания и состав оценки ценовых (тарифных) последствий</w:t>
      </w:r>
      <w:bookmarkEnd w:id="101"/>
    </w:p>
    <w:p w14:paraId="4B80659D" w14:textId="77777777" w:rsidR="007A5E59" w:rsidRPr="00794D67" w:rsidRDefault="0095198F">
      <w:pPr>
        <w:ind w:firstLine="709"/>
        <w:jc w:val="both"/>
        <w:rPr>
          <w:lang w:val="ru-RU"/>
        </w:rPr>
      </w:pPr>
      <w:r w:rsidRPr="00794D67">
        <w:rPr>
          <w:lang w:val="ru-RU"/>
        </w:rPr>
        <w:t>Ценовые и тарифные последствия реализации схемы теплоснабжения приведены в таблице 14.1 раздельно для утверждённых тарифов и для прогнозных значений.</w:t>
      </w:r>
    </w:p>
    <w:p w14:paraId="17C72595" w14:textId="77777777" w:rsidR="007A5E59" w:rsidRPr="00312815" w:rsidRDefault="0095198F">
      <w:pPr>
        <w:ind w:firstLine="709"/>
        <w:jc w:val="both"/>
        <w:rPr>
          <w:lang w:val="ru-RU"/>
        </w:rPr>
      </w:pPr>
      <w:r w:rsidRPr="00794D67">
        <w:rPr>
          <w:lang w:val="ru-RU"/>
        </w:rPr>
        <w:t xml:space="preserve">Тарифы на 2026–2031 годы приняты по постановлению </w:t>
      </w:r>
      <w:r w:rsidRPr="00312815">
        <w:rPr>
          <w:lang w:val="ru-RU"/>
        </w:rPr>
        <w:t>Региональной энергетической комиссии Кузбасса, которым внесены изменения в постановление от 19.12.2024 № 631 об установлении ООО «Южно-Кузбасская энергетическая компания» долгосрочных тарифов на тепловую энергию на 2025–2031 годы.</w:t>
      </w:r>
    </w:p>
    <w:p w14:paraId="4DF98E09" w14:textId="77777777" w:rsidR="007A5E59" w:rsidRPr="00794D67" w:rsidRDefault="0095198F">
      <w:pPr>
        <w:ind w:firstLine="709"/>
        <w:jc w:val="both"/>
        <w:rPr>
          <w:lang w:val="ru-RU"/>
        </w:rPr>
      </w:pPr>
      <w:r w:rsidRPr="00794D67">
        <w:rPr>
          <w:lang w:val="ru-RU"/>
        </w:rPr>
        <w:t>В 2026 году тариф установлен в двухставочной форме: отдельно ставка за тепловую энергию и отдельно ставка за содержание тепловой мощности. Одноставочный тариф на 2026 год не устанавливался, поэтому единая величина в рублях на гигакалорию за 2026 год не приводится; ставки имеют разные единицы измерения и суммированию между собой не подлежат. С 2027 года и до конца периода регулирования тариф установлен в одноставочной форме с полугодовой периодизацией.</w:t>
      </w:r>
    </w:p>
    <w:p w14:paraId="79CABEFD" w14:textId="77777777" w:rsidR="007A5E59" w:rsidRPr="00794D67" w:rsidRDefault="0095198F">
      <w:pPr>
        <w:ind w:firstLine="709"/>
        <w:jc w:val="both"/>
        <w:rPr>
          <w:lang w:val="ru-RU"/>
        </w:rPr>
      </w:pPr>
      <w:r w:rsidRPr="00794D67">
        <w:rPr>
          <w:lang w:val="ru-RU"/>
        </w:rPr>
        <w:t>Значения на 2032–2036 годы являются расчётным прогнозом для целей схемы теплоснабжения и утверждёнными регулирующим органом тарифами не являются. Прогноз получен приведением динамики тарифно-балансовой модели к уровню последнего утверждённого тарифа 2031 года; собственный индекс роста не вводился.</w:t>
      </w:r>
    </w:p>
    <w:p w14:paraId="720DFA4D" w14:textId="77777777" w:rsidR="007A5E59" w:rsidRPr="00794D67" w:rsidRDefault="0095198F">
      <w:pPr>
        <w:ind w:firstLine="709"/>
        <w:jc w:val="both"/>
        <w:rPr>
          <w:lang w:val="ru-RU"/>
        </w:rPr>
      </w:pPr>
      <w:r w:rsidRPr="00794D67">
        <w:rPr>
          <w:lang w:val="ru-RU"/>
        </w:rPr>
        <w:t>Территориальной дифференциации тарифа по населённым пунктам округа постановление не содержит: тариф установлен единым для зоны деятельности организации.</w:t>
      </w:r>
    </w:p>
    <w:p w14:paraId="1D4848B2" w14:textId="77777777" w:rsidR="007A5E59" w:rsidRPr="00794D67" w:rsidRDefault="0095198F">
      <w:pPr>
        <w:rPr>
          <w:lang w:val="ru-RU"/>
        </w:rPr>
      </w:pPr>
      <w:r w:rsidRPr="00794D67">
        <w:rPr>
          <w:b/>
          <w:lang w:val="ru-RU"/>
        </w:rPr>
        <w:t>Таблица 14.1 — Ценовые (тарифные) последствия реализации схемы теплоснабжения (лист «Таблица 15.1» расчётной книги)</w:t>
      </w:r>
    </w:p>
    <w:tbl>
      <w:tblPr>
        <w:tblStyle w:val="aff0"/>
        <w:tblW w:w="5000" w:type="pct"/>
        <w:jc w:val="center"/>
        <w:tblCellMar>
          <w:left w:w="57" w:type="dxa"/>
          <w:right w:w="57" w:type="dxa"/>
        </w:tblCellMar>
        <w:tblLook w:val="04A0" w:firstRow="1" w:lastRow="0" w:firstColumn="1" w:lastColumn="0" w:noHBand="0" w:noVBand="1"/>
      </w:tblPr>
      <w:tblGrid>
        <w:gridCol w:w="1585"/>
        <w:gridCol w:w="1426"/>
        <w:gridCol w:w="1563"/>
        <w:gridCol w:w="1539"/>
        <w:gridCol w:w="1141"/>
        <w:gridCol w:w="1072"/>
        <w:gridCol w:w="1019"/>
      </w:tblGrid>
      <w:tr w:rsidR="007A5E59" w:rsidRPr="00C07C05" w14:paraId="66C47981" w14:textId="77777777">
        <w:trPr>
          <w:cantSplit/>
          <w:tblHeader/>
          <w:jc w:val="center"/>
        </w:trPr>
        <w:tc>
          <w:tcPr>
            <w:tcW w:w="0" w:type="auto"/>
            <w:gridSpan w:val="7"/>
            <w:shd w:val="clear" w:color="auto" w:fill="E2F0D9"/>
            <w:vAlign w:val="center"/>
          </w:tcPr>
          <w:p w14:paraId="79199DB7" w14:textId="77777777" w:rsidR="007A5E59" w:rsidRPr="00794D67" w:rsidRDefault="0095198F">
            <w:pPr>
              <w:jc w:val="center"/>
              <w:rPr>
                <w:lang w:val="ru-RU"/>
              </w:rPr>
            </w:pPr>
            <w:r w:rsidRPr="00794D67">
              <w:rPr>
                <w:b/>
                <w:lang w:val="ru-RU"/>
              </w:rPr>
              <w:t>Утверждённые тарифы на тепловую энергию, 2026–2031 годы</w:t>
            </w:r>
          </w:p>
        </w:tc>
      </w:tr>
      <w:tr w:rsidR="007A5E59" w14:paraId="5E5C9105" w14:textId="77777777">
        <w:trPr>
          <w:cantSplit/>
          <w:tblHeader/>
          <w:jc w:val="center"/>
        </w:trPr>
        <w:tc>
          <w:tcPr>
            <w:tcW w:w="0" w:type="auto"/>
            <w:shd w:val="clear" w:color="auto" w:fill="E2F0D9"/>
            <w:vAlign w:val="center"/>
          </w:tcPr>
          <w:p w14:paraId="1A7625CE" w14:textId="77777777" w:rsidR="007A5E59" w:rsidRDefault="0095198F">
            <w:pPr>
              <w:jc w:val="center"/>
            </w:pPr>
            <w:r>
              <w:rPr>
                <w:b/>
              </w:rPr>
              <w:t>№ п/п</w:t>
            </w:r>
          </w:p>
        </w:tc>
        <w:tc>
          <w:tcPr>
            <w:tcW w:w="0" w:type="auto"/>
            <w:shd w:val="clear" w:color="auto" w:fill="E2F0D9"/>
            <w:vAlign w:val="center"/>
          </w:tcPr>
          <w:p w14:paraId="4194FE71" w14:textId="77777777" w:rsidR="007A5E59" w:rsidRPr="00794D67" w:rsidRDefault="0095198F">
            <w:pPr>
              <w:jc w:val="center"/>
              <w:rPr>
                <w:lang w:val="ru-RU"/>
              </w:rPr>
            </w:pPr>
            <w:r w:rsidRPr="00794D67">
              <w:rPr>
                <w:b/>
                <w:lang w:val="ru-RU"/>
              </w:rPr>
              <w:t>Категория потребителей и базис НДС</w:t>
            </w:r>
          </w:p>
        </w:tc>
        <w:tc>
          <w:tcPr>
            <w:tcW w:w="0" w:type="auto"/>
            <w:shd w:val="clear" w:color="auto" w:fill="E2F0D9"/>
            <w:vAlign w:val="center"/>
          </w:tcPr>
          <w:p w14:paraId="0BF20E25" w14:textId="77777777" w:rsidR="007A5E59" w:rsidRDefault="0095198F">
            <w:pPr>
              <w:jc w:val="center"/>
            </w:pPr>
            <w:r>
              <w:rPr>
                <w:b/>
              </w:rPr>
              <w:t>Вид тарифа</w:t>
            </w:r>
          </w:p>
        </w:tc>
        <w:tc>
          <w:tcPr>
            <w:tcW w:w="0" w:type="auto"/>
            <w:shd w:val="clear" w:color="auto" w:fill="E2F0D9"/>
            <w:vAlign w:val="center"/>
          </w:tcPr>
          <w:p w14:paraId="601553CB" w14:textId="77777777" w:rsidR="007A5E59" w:rsidRDefault="0095198F">
            <w:pPr>
              <w:jc w:val="center"/>
            </w:pPr>
            <w:r>
              <w:rPr>
                <w:b/>
              </w:rPr>
              <w:t>Наименование ставки</w:t>
            </w:r>
          </w:p>
        </w:tc>
        <w:tc>
          <w:tcPr>
            <w:tcW w:w="0" w:type="auto"/>
            <w:shd w:val="clear" w:color="auto" w:fill="E2F0D9"/>
            <w:vAlign w:val="center"/>
          </w:tcPr>
          <w:p w14:paraId="2D3C6EFC" w14:textId="77777777" w:rsidR="007A5E59" w:rsidRDefault="0095198F">
            <w:pPr>
              <w:jc w:val="center"/>
            </w:pPr>
            <w:r>
              <w:rPr>
                <w:b/>
              </w:rPr>
              <w:t>Единица измерения</w:t>
            </w:r>
          </w:p>
        </w:tc>
        <w:tc>
          <w:tcPr>
            <w:tcW w:w="0" w:type="auto"/>
            <w:shd w:val="clear" w:color="auto" w:fill="E2F0D9"/>
            <w:vAlign w:val="center"/>
          </w:tcPr>
          <w:p w14:paraId="027A8408" w14:textId="77777777" w:rsidR="007A5E59" w:rsidRDefault="0095198F">
            <w:pPr>
              <w:jc w:val="center"/>
            </w:pPr>
            <w:r>
              <w:rPr>
                <w:b/>
              </w:rPr>
              <w:t>Период действия</w:t>
            </w:r>
          </w:p>
        </w:tc>
        <w:tc>
          <w:tcPr>
            <w:tcW w:w="0" w:type="auto"/>
            <w:shd w:val="clear" w:color="auto" w:fill="E2F0D9"/>
            <w:vAlign w:val="center"/>
          </w:tcPr>
          <w:p w14:paraId="3127C926" w14:textId="77777777" w:rsidR="007A5E59" w:rsidRDefault="0095198F">
            <w:pPr>
              <w:jc w:val="center"/>
            </w:pPr>
            <w:r>
              <w:rPr>
                <w:b/>
              </w:rPr>
              <w:t>Значение</w:t>
            </w:r>
          </w:p>
        </w:tc>
      </w:tr>
      <w:tr w:rsidR="007A5E59" w14:paraId="2246D094" w14:textId="77777777">
        <w:trPr>
          <w:jc w:val="center"/>
        </w:trPr>
        <w:tc>
          <w:tcPr>
            <w:tcW w:w="0" w:type="auto"/>
          </w:tcPr>
          <w:p w14:paraId="203451F9" w14:textId="77777777" w:rsidR="007A5E59" w:rsidRDefault="0095198F">
            <w:pPr>
              <w:jc w:val="center"/>
            </w:pPr>
            <w:r>
              <w:t>1</w:t>
            </w:r>
          </w:p>
        </w:tc>
        <w:tc>
          <w:tcPr>
            <w:tcW w:w="0" w:type="auto"/>
          </w:tcPr>
          <w:p w14:paraId="1239792E" w14:textId="77777777" w:rsidR="007A5E59" w:rsidRDefault="0095198F">
            <w:r>
              <w:t>Прочие потребители, без НДС</w:t>
            </w:r>
          </w:p>
        </w:tc>
        <w:tc>
          <w:tcPr>
            <w:tcW w:w="0" w:type="auto"/>
          </w:tcPr>
          <w:p w14:paraId="41EA8445" w14:textId="77777777" w:rsidR="007A5E59" w:rsidRDefault="0095198F">
            <w:r>
              <w:t>Двухставочный</w:t>
            </w:r>
          </w:p>
        </w:tc>
        <w:tc>
          <w:tcPr>
            <w:tcW w:w="0" w:type="auto"/>
          </w:tcPr>
          <w:p w14:paraId="5CE12B7F" w14:textId="77777777" w:rsidR="007A5E59" w:rsidRDefault="0095198F">
            <w:r>
              <w:t>Ставка за тепловую энергию</w:t>
            </w:r>
          </w:p>
        </w:tc>
        <w:tc>
          <w:tcPr>
            <w:tcW w:w="0" w:type="auto"/>
          </w:tcPr>
          <w:p w14:paraId="454E9E93" w14:textId="77777777" w:rsidR="007A5E59" w:rsidRDefault="0095198F">
            <w:r>
              <w:t>руб./Гкал</w:t>
            </w:r>
          </w:p>
        </w:tc>
        <w:tc>
          <w:tcPr>
            <w:tcW w:w="0" w:type="auto"/>
          </w:tcPr>
          <w:p w14:paraId="74263568" w14:textId="77777777" w:rsidR="007A5E59" w:rsidRDefault="0095198F">
            <w:r>
              <w:t>с 01.01.2026</w:t>
            </w:r>
          </w:p>
        </w:tc>
        <w:tc>
          <w:tcPr>
            <w:tcW w:w="0" w:type="auto"/>
          </w:tcPr>
          <w:p w14:paraId="78DBC5F9" w14:textId="77777777" w:rsidR="007A5E59" w:rsidRDefault="0095198F">
            <w:pPr>
              <w:jc w:val="center"/>
            </w:pPr>
            <w:r>
              <w:t>953,26</w:t>
            </w:r>
          </w:p>
        </w:tc>
      </w:tr>
      <w:tr w:rsidR="007A5E59" w14:paraId="4E1F0A78" w14:textId="77777777">
        <w:trPr>
          <w:jc w:val="center"/>
        </w:trPr>
        <w:tc>
          <w:tcPr>
            <w:tcW w:w="0" w:type="auto"/>
          </w:tcPr>
          <w:p w14:paraId="11BC7FA1" w14:textId="77777777" w:rsidR="007A5E59" w:rsidRDefault="0095198F">
            <w:pPr>
              <w:jc w:val="center"/>
            </w:pPr>
            <w:r>
              <w:t>2</w:t>
            </w:r>
          </w:p>
        </w:tc>
        <w:tc>
          <w:tcPr>
            <w:tcW w:w="0" w:type="auto"/>
          </w:tcPr>
          <w:p w14:paraId="0779105E" w14:textId="77777777" w:rsidR="007A5E59" w:rsidRDefault="0095198F">
            <w:r>
              <w:t>Прочие потребители, без НДС</w:t>
            </w:r>
          </w:p>
        </w:tc>
        <w:tc>
          <w:tcPr>
            <w:tcW w:w="0" w:type="auto"/>
          </w:tcPr>
          <w:p w14:paraId="4A75A78F" w14:textId="77777777" w:rsidR="007A5E59" w:rsidRDefault="0095198F">
            <w:r>
              <w:t>Двухставочный</w:t>
            </w:r>
          </w:p>
        </w:tc>
        <w:tc>
          <w:tcPr>
            <w:tcW w:w="0" w:type="auto"/>
          </w:tcPr>
          <w:p w14:paraId="1EAA08BF" w14:textId="77777777" w:rsidR="007A5E59" w:rsidRDefault="0095198F">
            <w:r>
              <w:t>Ставка за тепловую энергию</w:t>
            </w:r>
          </w:p>
        </w:tc>
        <w:tc>
          <w:tcPr>
            <w:tcW w:w="0" w:type="auto"/>
          </w:tcPr>
          <w:p w14:paraId="7C1E3B29" w14:textId="77777777" w:rsidR="007A5E59" w:rsidRDefault="0095198F">
            <w:r>
              <w:t>руб./Гкал</w:t>
            </w:r>
          </w:p>
        </w:tc>
        <w:tc>
          <w:tcPr>
            <w:tcW w:w="0" w:type="auto"/>
          </w:tcPr>
          <w:p w14:paraId="2ED08171" w14:textId="77777777" w:rsidR="007A5E59" w:rsidRDefault="0095198F">
            <w:r>
              <w:t>с 01.10.2026</w:t>
            </w:r>
          </w:p>
        </w:tc>
        <w:tc>
          <w:tcPr>
            <w:tcW w:w="0" w:type="auto"/>
          </w:tcPr>
          <w:p w14:paraId="1002951C" w14:textId="77777777" w:rsidR="007A5E59" w:rsidRDefault="0095198F">
            <w:pPr>
              <w:jc w:val="center"/>
            </w:pPr>
            <w:r>
              <w:t>993,44</w:t>
            </w:r>
          </w:p>
        </w:tc>
      </w:tr>
      <w:tr w:rsidR="007A5E59" w14:paraId="6FA83466" w14:textId="77777777">
        <w:trPr>
          <w:jc w:val="center"/>
        </w:trPr>
        <w:tc>
          <w:tcPr>
            <w:tcW w:w="0" w:type="auto"/>
          </w:tcPr>
          <w:p w14:paraId="17E17962" w14:textId="77777777" w:rsidR="007A5E59" w:rsidRDefault="0095198F">
            <w:pPr>
              <w:jc w:val="center"/>
            </w:pPr>
            <w:r>
              <w:t>3</w:t>
            </w:r>
          </w:p>
        </w:tc>
        <w:tc>
          <w:tcPr>
            <w:tcW w:w="0" w:type="auto"/>
          </w:tcPr>
          <w:p w14:paraId="3FFA6BA2" w14:textId="77777777" w:rsidR="007A5E59" w:rsidRDefault="0095198F">
            <w:r>
              <w:t>Прочие потребители, без НДС</w:t>
            </w:r>
          </w:p>
        </w:tc>
        <w:tc>
          <w:tcPr>
            <w:tcW w:w="0" w:type="auto"/>
          </w:tcPr>
          <w:p w14:paraId="05000730" w14:textId="77777777" w:rsidR="007A5E59" w:rsidRDefault="0095198F">
            <w:r>
              <w:t>Двухставочный</w:t>
            </w:r>
          </w:p>
        </w:tc>
        <w:tc>
          <w:tcPr>
            <w:tcW w:w="0" w:type="auto"/>
          </w:tcPr>
          <w:p w14:paraId="6D206E0A" w14:textId="77777777" w:rsidR="007A5E59" w:rsidRPr="00794D67" w:rsidRDefault="0095198F">
            <w:pPr>
              <w:rPr>
                <w:lang w:val="ru-RU"/>
              </w:rPr>
            </w:pPr>
            <w:r w:rsidRPr="00794D67">
              <w:rPr>
                <w:lang w:val="ru-RU"/>
              </w:rPr>
              <w:t>Ставка за содержание тепловой мощности</w:t>
            </w:r>
          </w:p>
        </w:tc>
        <w:tc>
          <w:tcPr>
            <w:tcW w:w="0" w:type="auto"/>
          </w:tcPr>
          <w:p w14:paraId="102A58EB" w14:textId="77777777" w:rsidR="007A5E59" w:rsidRPr="00794D67" w:rsidRDefault="0095198F">
            <w:pPr>
              <w:rPr>
                <w:lang w:val="ru-RU"/>
              </w:rPr>
            </w:pPr>
            <w:r w:rsidRPr="00794D67">
              <w:rPr>
                <w:lang w:val="ru-RU"/>
              </w:rPr>
              <w:t>тыс. руб./Гкал/ч в месяц</w:t>
            </w:r>
          </w:p>
        </w:tc>
        <w:tc>
          <w:tcPr>
            <w:tcW w:w="0" w:type="auto"/>
          </w:tcPr>
          <w:p w14:paraId="43A1D669" w14:textId="77777777" w:rsidR="007A5E59" w:rsidRDefault="0095198F">
            <w:r>
              <w:t>с 01.01.2026</w:t>
            </w:r>
          </w:p>
        </w:tc>
        <w:tc>
          <w:tcPr>
            <w:tcW w:w="0" w:type="auto"/>
          </w:tcPr>
          <w:p w14:paraId="32AB45F9" w14:textId="77777777" w:rsidR="007A5E59" w:rsidRDefault="0095198F">
            <w:pPr>
              <w:jc w:val="center"/>
            </w:pPr>
            <w:r>
              <w:t>844,12570</w:t>
            </w:r>
          </w:p>
        </w:tc>
      </w:tr>
      <w:tr w:rsidR="007A5E59" w14:paraId="1F131A48" w14:textId="77777777">
        <w:trPr>
          <w:jc w:val="center"/>
        </w:trPr>
        <w:tc>
          <w:tcPr>
            <w:tcW w:w="0" w:type="auto"/>
          </w:tcPr>
          <w:p w14:paraId="22EF302E" w14:textId="77777777" w:rsidR="007A5E59" w:rsidRDefault="0095198F">
            <w:pPr>
              <w:jc w:val="center"/>
            </w:pPr>
            <w:r>
              <w:t>4</w:t>
            </w:r>
          </w:p>
        </w:tc>
        <w:tc>
          <w:tcPr>
            <w:tcW w:w="0" w:type="auto"/>
          </w:tcPr>
          <w:p w14:paraId="4D1829C1" w14:textId="77777777" w:rsidR="007A5E59" w:rsidRDefault="0095198F">
            <w:r>
              <w:t>Прочие потребители, без НДС</w:t>
            </w:r>
          </w:p>
        </w:tc>
        <w:tc>
          <w:tcPr>
            <w:tcW w:w="0" w:type="auto"/>
          </w:tcPr>
          <w:p w14:paraId="3306B12C" w14:textId="77777777" w:rsidR="007A5E59" w:rsidRDefault="0095198F">
            <w:r>
              <w:t>Двухставочный</w:t>
            </w:r>
          </w:p>
        </w:tc>
        <w:tc>
          <w:tcPr>
            <w:tcW w:w="0" w:type="auto"/>
          </w:tcPr>
          <w:p w14:paraId="22C7B995" w14:textId="77777777" w:rsidR="007A5E59" w:rsidRPr="00794D67" w:rsidRDefault="0095198F">
            <w:pPr>
              <w:rPr>
                <w:lang w:val="ru-RU"/>
              </w:rPr>
            </w:pPr>
            <w:r w:rsidRPr="00794D67">
              <w:rPr>
                <w:lang w:val="ru-RU"/>
              </w:rPr>
              <w:t>Ставка за содержание тепловой мощности</w:t>
            </w:r>
          </w:p>
        </w:tc>
        <w:tc>
          <w:tcPr>
            <w:tcW w:w="0" w:type="auto"/>
          </w:tcPr>
          <w:p w14:paraId="63273F60" w14:textId="77777777" w:rsidR="007A5E59" w:rsidRPr="00794D67" w:rsidRDefault="0095198F">
            <w:pPr>
              <w:rPr>
                <w:lang w:val="ru-RU"/>
              </w:rPr>
            </w:pPr>
            <w:r w:rsidRPr="00794D67">
              <w:rPr>
                <w:lang w:val="ru-RU"/>
              </w:rPr>
              <w:t>тыс. руб./Гкал/ч в месяц</w:t>
            </w:r>
          </w:p>
        </w:tc>
        <w:tc>
          <w:tcPr>
            <w:tcW w:w="0" w:type="auto"/>
          </w:tcPr>
          <w:p w14:paraId="73B73331" w14:textId="77777777" w:rsidR="007A5E59" w:rsidRDefault="0095198F">
            <w:r>
              <w:t>с 01.10.2026</w:t>
            </w:r>
          </w:p>
        </w:tc>
        <w:tc>
          <w:tcPr>
            <w:tcW w:w="0" w:type="auto"/>
          </w:tcPr>
          <w:p w14:paraId="5633DF87" w14:textId="77777777" w:rsidR="007A5E59" w:rsidRDefault="0095198F">
            <w:pPr>
              <w:jc w:val="center"/>
            </w:pPr>
            <w:r>
              <w:t>845,58129</w:t>
            </w:r>
          </w:p>
        </w:tc>
      </w:tr>
      <w:tr w:rsidR="007A5E59" w14:paraId="4C623316" w14:textId="77777777">
        <w:trPr>
          <w:jc w:val="center"/>
        </w:trPr>
        <w:tc>
          <w:tcPr>
            <w:tcW w:w="0" w:type="auto"/>
          </w:tcPr>
          <w:p w14:paraId="3AE406A3" w14:textId="77777777" w:rsidR="007A5E59" w:rsidRDefault="0095198F">
            <w:pPr>
              <w:jc w:val="center"/>
            </w:pPr>
            <w:r>
              <w:t>5</w:t>
            </w:r>
          </w:p>
        </w:tc>
        <w:tc>
          <w:tcPr>
            <w:tcW w:w="0" w:type="auto"/>
          </w:tcPr>
          <w:p w14:paraId="58DF63D2" w14:textId="77777777" w:rsidR="007A5E59" w:rsidRDefault="0095198F">
            <w:r>
              <w:t>Население, с НДС</w:t>
            </w:r>
          </w:p>
        </w:tc>
        <w:tc>
          <w:tcPr>
            <w:tcW w:w="0" w:type="auto"/>
          </w:tcPr>
          <w:p w14:paraId="0D054982" w14:textId="77777777" w:rsidR="007A5E59" w:rsidRDefault="0095198F">
            <w:r>
              <w:t>Двухставочный</w:t>
            </w:r>
          </w:p>
        </w:tc>
        <w:tc>
          <w:tcPr>
            <w:tcW w:w="0" w:type="auto"/>
          </w:tcPr>
          <w:p w14:paraId="1EE1A804" w14:textId="77777777" w:rsidR="007A5E59" w:rsidRDefault="0095198F">
            <w:r>
              <w:t>Ставка за тепловую энергию</w:t>
            </w:r>
          </w:p>
        </w:tc>
        <w:tc>
          <w:tcPr>
            <w:tcW w:w="0" w:type="auto"/>
          </w:tcPr>
          <w:p w14:paraId="51F7663D" w14:textId="77777777" w:rsidR="007A5E59" w:rsidRDefault="0095198F">
            <w:r>
              <w:t>руб./Гкал</w:t>
            </w:r>
          </w:p>
        </w:tc>
        <w:tc>
          <w:tcPr>
            <w:tcW w:w="0" w:type="auto"/>
          </w:tcPr>
          <w:p w14:paraId="1B1A0243" w14:textId="77777777" w:rsidR="007A5E59" w:rsidRDefault="0095198F">
            <w:r>
              <w:t>с 01.01.2026</w:t>
            </w:r>
          </w:p>
        </w:tc>
        <w:tc>
          <w:tcPr>
            <w:tcW w:w="0" w:type="auto"/>
          </w:tcPr>
          <w:p w14:paraId="4FD57E7C" w14:textId="77777777" w:rsidR="007A5E59" w:rsidRDefault="0095198F">
            <w:pPr>
              <w:jc w:val="center"/>
            </w:pPr>
            <w:r>
              <w:t>1 162,98</w:t>
            </w:r>
          </w:p>
        </w:tc>
      </w:tr>
      <w:tr w:rsidR="007A5E59" w14:paraId="340F06B0" w14:textId="77777777">
        <w:trPr>
          <w:jc w:val="center"/>
        </w:trPr>
        <w:tc>
          <w:tcPr>
            <w:tcW w:w="0" w:type="auto"/>
          </w:tcPr>
          <w:p w14:paraId="6E4EBD3D" w14:textId="77777777" w:rsidR="007A5E59" w:rsidRDefault="0095198F">
            <w:pPr>
              <w:jc w:val="center"/>
            </w:pPr>
            <w:r>
              <w:t>6</w:t>
            </w:r>
          </w:p>
        </w:tc>
        <w:tc>
          <w:tcPr>
            <w:tcW w:w="0" w:type="auto"/>
          </w:tcPr>
          <w:p w14:paraId="5DBEBCBA" w14:textId="77777777" w:rsidR="007A5E59" w:rsidRDefault="0095198F">
            <w:r>
              <w:t>Население, с НДС</w:t>
            </w:r>
          </w:p>
        </w:tc>
        <w:tc>
          <w:tcPr>
            <w:tcW w:w="0" w:type="auto"/>
          </w:tcPr>
          <w:p w14:paraId="795B173D" w14:textId="77777777" w:rsidR="007A5E59" w:rsidRDefault="0095198F">
            <w:r>
              <w:t>Двухставочный</w:t>
            </w:r>
          </w:p>
        </w:tc>
        <w:tc>
          <w:tcPr>
            <w:tcW w:w="0" w:type="auto"/>
          </w:tcPr>
          <w:p w14:paraId="3697800A" w14:textId="77777777" w:rsidR="007A5E59" w:rsidRDefault="0095198F">
            <w:r>
              <w:t>Ставка за тепловую энергию</w:t>
            </w:r>
          </w:p>
        </w:tc>
        <w:tc>
          <w:tcPr>
            <w:tcW w:w="0" w:type="auto"/>
          </w:tcPr>
          <w:p w14:paraId="6D17C34A" w14:textId="77777777" w:rsidR="007A5E59" w:rsidRDefault="0095198F">
            <w:r>
              <w:t>руб./Гкал</w:t>
            </w:r>
          </w:p>
        </w:tc>
        <w:tc>
          <w:tcPr>
            <w:tcW w:w="0" w:type="auto"/>
          </w:tcPr>
          <w:p w14:paraId="43ABEEE9" w14:textId="77777777" w:rsidR="007A5E59" w:rsidRDefault="0095198F">
            <w:r>
              <w:t>с 01.10.2026</w:t>
            </w:r>
          </w:p>
        </w:tc>
        <w:tc>
          <w:tcPr>
            <w:tcW w:w="0" w:type="auto"/>
          </w:tcPr>
          <w:p w14:paraId="35F93264" w14:textId="77777777" w:rsidR="007A5E59" w:rsidRDefault="0095198F">
            <w:pPr>
              <w:jc w:val="center"/>
            </w:pPr>
            <w:r>
              <w:t>1 212,00</w:t>
            </w:r>
          </w:p>
        </w:tc>
      </w:tr>
      <w:tr w:rsidR="007A5E59" w14:paraId="5F233FE0" w14:textId="77777777">
        <w:trPr>
          <w:jc w:val="center"/>
        </w:trPr>
        <w:tc>
          <w:tcPr>
            <w:tcW w:w="0" w:type="auto"/>
          </w:tcPr>
          <w:p w14:paraId="3F80580B" w14:textId="77777777" w:rsidR="007A5E59" w:rsidRDefault="0095198F">
            <w:pPr>
              <w:jc w:val="center"/>
            </w:pPr>
            <w:r>
              <w:t>7</w:t>
            </w:r>
          </w:p>
        </w:tc>
        <w:tc>
          <w:tcPr>
            <w:tcW w:w="0" w:type="auto"/>
          </w:tcPr>
          <w:p w14:paraId="39BE6A20" w14:textId="77777777" w:rsidR="007A5E59" w:rsidRDefault="0095198F">
            <w:r>
              <w:t>Население, с НДС</w:t>
            </w:r>
          </w:p>
        </w:tc>
        <w:tc>
          <w:tcPr>
            <w:tcW w:w="0" w:type="auto"/>
          </w:tcPr>
          <w:p w14:paraId="58FA1614" w14:textId="77777777" w:rsidR="007A5E59" w:rsidRDefault="0095198F">
            <w:r>
              <w:t>Двухставочный</w:t>
            </w:r>
          </w:p>
        </w:tc>
        <w:tc>
          <w:tcPr>
            <w:tcW w:w="0" w:type="auto"/>
          </w:tcPr>
          <w:p w14:paraId="0D2DEFE9" w14:textId="77777777" w:rsidR="007A5E59" w:rsidRPr="00794D67" w:rsidRDefault="0095198F">
            <w:pPr>
              <w:rPr>
                <w:lang w:val="ru-RU"/>
              </w:rPr>
            </w:pPr>
            <w:r w:rsidRPr="00794D67">
              <w:rPr>
                <w:lang w:val="ru-RU"/>
              </w:rPr>
              <w:t>Ставка за содержание тепловой мощности</w:t>
            </w:r>
          </w:p>
        </w:tc>
        <w:tc>
          <w:tcPr>
            <w:tcW w:w="0" w:type="auto"/>
          </w:tcPr>
          <w:p w14:paraId="36596DAD" w14:textId="77777777" w:rsidR="007A5E59" w:rsidRPr="00794D67" w:rsidRDefault="0095198F">
            <w:pPr>
              <w:rPr>
                <w:lang w:val="ru-RU"/>
              </w:rPr>
            </w:pPr>
            <w:r w:rsidRPr="00794D67">
              <w:rPr>
                <w:lang w:val="ru-RU"/>
              </w:rPr>
              <w:t>тыс. руб./Гкал/ч в месяц</w:t>
            </w:r>
          </w:p>
        </w:tc>
        <w:tc>
          <w:tcPr>
            <w:tcW w:w="0" w:type="auto"/>
          </w:tcPr>
          <w:p w14:paraId="1FD149E3" w14:textId="77777777" w:rsidR="007A5E59" w:rsidRDefault="0095198F">
            <w:r>
              <w:t>с 01.01.2026</w:t>
            </w:r>
          </w:p>
        </w:tc>
        <w:tc>
          <w:tcPr>
            <w:tcW w:w="0" w:type="auto"/>
          </w:tcPr>
          <w:p w14:paraId="3B0C3A3E" w14:textId="77777777" w:rsidR="007A5E59" w:rsidRDefault="0095198F">
            <w:pPr>
              <w:jc w:val="center"/>
            </w:pPr>
            <w:r>
              <w:t>1 029,83335</w:t>
            </w:r>
          </w:p>
        </w:tc>
      </w:tr>
      <w:tr w:rsidR="007A5E59" w14:paraId="76EA69D1" w14:textId="77777777">
        <w:trPr>
          <w:jc w:val="center"/>
        </w:trPr>
        <w:tc>
          <w:tcPr>
            <w:tcW w:w="0" w:type="auto"/>
          </w:tcPr>
          <w:p w14:paraId="66566F08" w14:textId="77777777" w:rsidR="007A5E59" w:rsidRDefault="0095198F">
            <w:pPr>
              <w:jc w:val="center"/>
            </w:pPr>
            <w:r>
              <w:t>8</w:t>
            </w:r>
          </w:p>
        </w:tc>
        <w:tc>
          <w:tcPr>
            <w:tcW w:w="0" w:type="auto"/>
          </w:tcPr>
          <w:p w14:paraId="1CEE6D03" w14:textId="77777777" w:rsidR="007A5E59" w:rsidRDefault="0095198F">
            <w:r>
              <w:t>Население, с НДС</w:t>
            </w:r>
          </w:p>
        </w:tc>
        <w:tc>
          <w:tcPr>
            <w:tcW w:w="0" w:type="auto"/>
          </w:tcPr>
          <w:p w14:paraId="01D8BD2C" w14:textId="77777777" w:rsidR="007A5E59" w:rsidRDefault="0095198F">
            <w:r>
              <w:t>Двухставочный</w:t>
            </w:r>
          </w:p>
        </w:tc>
        <w:tc>
          <w:tcPr>
            <w:tcW w:w="0" w:type="auto"/>
          </w:tcPr>
          <w:p w14:paraId="72DDF37C" w14:textId="77777777" w:rsidR="007A5E59" w:rsidRPr="00794D67" w:rsidRDefault="0095198F">
            <w:pPr>
              <w:rPr>
                <w:lang w:val="ru-RU"/>
              </w:rPr>
            </w:pPr>
            <w:r w:rsidRPr="00794D67">
              <w:rPr>
                <w:lang w:val="ru-RU"/>
              </w:rPr>
              <w:t>Ставка за содержание тепловой мощности</w:t>
            </w:r>
          </w:p>
        </w:tc>
        <w:tc>
          <w:tcPr>
            <w:tcW w:w="0" w:type="auto"/>
          </w:tcPr>
          <w:p w14:paraId="47D2C639" w14:textId="77777777" w:rsidR="007A5E59" w:rsidRPr="00794D67" w:rsidRDefault="0095198F">
            <w:pPr>
              <w:rPr>
                <w:lang w:val="ru-RU"/>
              </w:rPr>
            </w:pPr>
            <w:r w:rsidRPr="00794D67">
              <w:rPr>
                <w:lang w:val="ru-RU"/>
              </w:rPr>
              <w:t>тыс. руб./Гкал/ч в месяц</w:t>
            </w:r>
          </w:p>
        </w:tc>
        <w:tc>
          <w:tcPr>
            <w:tcW w:w="0" w:type="auto"/>
          </w:tcPr>
          <w:p w14:paraId="7C0B51F1" w14:textId="77777777" w:rsidR="007A5E59" w:rsidRDefault="0095198F">
            <w:r>
              <w:t>с 01.10.2026</w:t>
            </w:r>
          </w:p>
        </w:tc>
        <w:tc>
          <w:tcPr>
            <w:tcW w:w="0" w:type="auto"/>
          </w:tcPr>
          <w:p w14:paraId="59539791" w14:textId="77777777" w:rsidR="007A5E59" w:rsidRDefault="0095198F">
            <w:pPr>
              <w:jc w:val="center"/>
            </w:pPr>
            <w:r>
              <w:t>1 031,60917</w:t>
            </w:r>
          </w:p>
        </w:tc>
      </w:tr>
      <w:tr w:rsidR="007A5E59" w14:paraId="72A12813" w14:textId="77777777">
        <w:trPr>
          <w:jc w:val="center"/>
        </w:trPr>
        <w:tc>
          <w:tcPr>
            <w:tcW w:w="0" w:type="auto"/>
          </w:tcPr>
          <w:p w14:paraId="19EA7675" w14:textId="77777777" w:rsidR="007A5E59" w:rsidRDefault="0095198F">
            <w:pPr>
              <w:jc w:val="center"/>
            </w:pPr>
            <w:r>
              <w:t>9</w:t>
            </w:r>
          </w:p>
        </w:tc>
        <w:tc>
          <w:tcPr>
            <w:tcW w:w="0" w:type="auto"/>
          </w:tcPr>
          <w:p w14:paraId="52CF1FF9" w14:textId="77777777" w:rsidR="007A5E59" w:rsidRDefault="0095198F">
            <w:r>
              <w:t>Прочие потребители, без НДС</w:t>
            </w:r>
          </w:p>
        </w:tc>
        <w:tc>
          <w:tcPr>
            <w:tcW w:w="0" w:type="auto"/>
          </w:tcPr>
          <w:p w14:paraId="6F0A7982" w14:textId="77777777" w:rsidR="007A5E59" w:rsidRDefault="0095198F">
            <w:r>
              <w:t>Одноставочный</w:t>
            </w:r>
          </w:p>
        </w:tc>
        <w:tc>
          <w:tcPr>
            <w:tcW w:w="0" w:type="auto"/>
          </w:tcPr>
          <w:p w14:paraId="7FE45933" w14:textId="77777777" w:rsidR="007A5E59" w:rsidRDefault="0095198F">
            <w:r>
              <w:t>Тариф на тепловую энергию</w:t>
            </w:r>
          </w:p>
        </w:tc>
        <w:tc>
          <w:tcPr>
            <w:tcW w:w="0" w:type="auto"/>
          </w:tcPr>
          <w:p w14:paraId="763EE5CC" w14:textId="77777777" w:rsidR="007A5E59" w:rsidRDefault="0095198F">
            <w:r>
              <w:t>руб./Гкал</w:t>
            </w:r>
          </w:p>
        </w:tc>
        <w:tc>
          <w:tcPr>
            <w:tcW w:w="0" w:type="auto"/>
          </w:tcPr>
          <w:p w14:paraId="6602AF14" w14:textId="77777777" w:rsidR="007A5E59" w:rsidRDefault="0095198F">
            <w:r>
              <w:t>с 01.01.2027</w:t>
            </w:r>
          </w:p>
        </w:tc>
        <w:tc>
          <w:tcPr>
            <w:tcW w:w="0" w:type="auto"/>
          </w:tcPr>
          <w:p w14:paraId="100388BB" w14:textId="77777777" w:rsidR="007A5E59" w:rsidRDefault="0095198F">
            <w:pPr>
              <w:jc w:val="center"/>
            </w:pPr>
            <w:r>
              <w:t>3 253,54</w:t>
            </w:r>
          </w:p>
        </w:tc>
      </w:tr>
      <w:tr w:rsidR="007A5E59" w14:paraId="439AEACA" w14:textId="77777777">
        <w:trPr>
          <w:jc w:val="center"/>
        </w:trPr>
        <w:tc>
          <w:tcPr>
            <w:tcW w:w="0" w:type="auto"/>
          </w:tcPr>
          <w:p w14:paraId="2B8B5F4F" w14:textId="77777777" w:rsidR="007A5E59" w:rsidRDefault="0095198F">
            <w:pPr>
              <w:jc w:val="center"/>
            </w:pPr>
            <w:r>
              <w:t>10</w:t>
            </w:r>
          </w:p>
        </w:tc>
        <w:tc>
          <w:tcPr>
            <w:tcW w:w="0" w:type="auto"/>
          </w:tcPr>
          <w:p w14:paraId="1CD41DA9" w14:textId="77777777" w:rsidR="007A5E59" w:rsidRDefault="0095198F">
            <w:r>
              <w:t>Прочие потребители, без НДС</w:t>
            </w:r>
          </w:p>
        </w:tc>
        <w:tc>
          <w:tcPr>
            <w:tcW w:w="0" w:type="auto"/>
          </w:tcPr>
          <w:p w14:paraId="1082AC92" w14:textId="77777777" w:rsidR="007A5E59" w:rsidRDefault="0095198F">
            <w:r>
              <w:t>Одноставочный</w:t>
            </w:r>
          </w:p>
        </w:tc>
        <w:tc>
          <w:tcPr>
            <w:tcW w:w="0" w:type="auto"/>
          </w:tcPr>
          <w:p w14:paraId="00231E28" w14:textId="77777777" w:rsidR="007A5E59" w:rsidRDefault="0095198F">
            <w:r>
              <w:t>Тариф на тепловую энергию</w:t>
            </w:r>
          </w:p>
        </w:tc>
        <w:tc>
          <w:tcPr>
            <w:tcW w:w="0" w:type="auto"/>
          </w:tcPr>
          <w:p w14:paraId="5E489216" w14:textId="77777777" w:rsidR="007A5E59" w:rsidRDefault="0095198F">
            <w:r>
              <w:t>руб./Гкал</w:t>
            </w:r>
          </w:p>
        </w:tc>
        <w:tc>
          <w:tcPr>
            <w:tcW w:w="0" w:type="auto"/>
          </w:tcPr>
          <w:p w14:paraId="2119409E" w14:textId="77777777" w:rsidR="007A5E59" w:rsidRDefault="0095198F">
            <w:r>
              <w:t>с 01.07.2027</w:t>
            </w:r>
          </w:p>
        </w:tc>
        <w:tc>
          <w:tcPr>
            <w:tcW w:w="0" w:type="auto"/>
          </w:tcPr>
          <w:p w14:paraId="60D0C177" w14:textId="77777777" w:rsidR="007A5E59" w:rsidRDefault="0095198F">
            <w:pPr>
              <w:jc w:val="center"/>
            </w:pPr>
            <w:r>
              <w:t>3 464,97</w:t>
            </w:r>
          </w:p>
        </w:tc>
      </w:tr>
      <w:tr w:rsidR="007A5E59" w14:paraId="1D6CD760" w14:textId="77777777">
        <w:trPr>
          <w:jc w:val="center"/>
        </w:trPr>
        <w:tc>
          <w:tcPr>
            <w:tcW w:w="0" w:type="auto"/>
          </w:tcPr>
          <w:p w14:paraId="292E2B30" w14:textId="77777777" w:rsidR="007A5E59" w:rsidRDefault="0095198F">
            <w:pPr>
              <w:jc w:val="center"/>
            </w:pPr>
            <w:r>
              <w:t>11</w:t>
            </w:r>
          </w:p>
        </w:tc>
        <w:tc>
          <w:tcPr>
            <w:tcW w:w="0" w:type="auto"/>
          </w:tcPr>
          <w:p w14:paraId="6B3BA82D" w14:textId="77777777" w:rsidR="007A5E59" w:rsidRDefault="0095198F">
            <w:r>
              <w:t>Прочие потребители, без НДС</w:t>
            </w:r>
          </w:p>
        </w:tc>
        <w:tc>
          <w:tcPr>
            <w:tcW w:w="0" w:type="auto"/>
          </w:tcPr>
          <w:p w14:paraId="6AAFBB15" w14:textId="77777777" w:rsidR="007A5E59" w:rsidRDefault="0095198F">
            <w:r>
              <w:t>Одноставочный</w:t>
            </w:r>
          </w:p>
        </w:tc>
        <w:tc>
          <w:tcPr>
            <w:tcW w:w="0" w:type="auto"/>
          </w:tcPr>
          <w:p w14:paraId="72A914D4" w14:textId="77777777" w:rsidR="007A5E59" w:rsidRDefault="0095198F">
            <w:r>
              <w:t>Тариф на тепловую энергию</w:t>
            </w:r>
          </w:p>
        </w:tc>
        <w:tc>
          <w:tcPr>
            <w:tcW w:w="0" w:type="auto"/>
          </w:tcPr>
          <w:p w14:paraId="5B91010D" w14:textId="77777777" w:rsidR="007A5E59" w:rsidRDefault="0095198F">
            <w:r>
              <w:t>руб./Гкал</w:t>
            </w:r>
          </w:p>
        </w:tc>
        <w:tc>
          <w:tcPr>
            <w:tcW w:w="0" w:type="auto"/>
          </w:tcPr>
          <w:p w14:paraId="64E22943" w14:textId="77777777" w:rsidR="007A5E59" w:rsidRDefault="0095198F">
            <w:r>
              <w:t>с 01.01.2028 по 01.01.2029</w:t>
            </w:r>
          </w:p>
        </w:tc>
        <w:tc>
          <w:tcPr>
            <w:tcW w:w="0" w:type="auto"/>
          </w:tcPr>
          <w:p w14:paraId="5355CB80" w14:textId="77777777" w:rsidR="007A5E59" w:rsidRDefault="0095198F">
            <w:pPr>
              <w:jc w:val="center"/>
            </w:pPr>
            <w:r>
              <w:t>3 446,94</w:t>
            </w:r>
          </w:p>
        </w:tc>
      </w:tr>
      <w:tr w:rsidR="007A5E59" w14:paraId="33F2E5C8" w14:textId="77777777">
        <w:trPr>
          <w:jc w:val="center"/>
        </w:trPr>
        <w:tc>
          <w:tcPr>
            <w:tcW w:w="0" w:type="auto"/>
          </w:tcPr>
          <w:p w14:paraId="738F4A99" w14:textId="77777777" w:rsidR="007A5E59" w:rsidRDefault="0095198F">
            <w:pPr>
              <w:jc w:val="center"/>
            </w:pPr>
            <w:r>
              <w:t>12</w:t>
            </w:r>
          </w:p>
        </w:tc>
        <w:tc>
          <w:tcPr>
            <w:tcW w:w="0" w:type="auto"/>
          </w:tcPr>
          <w:p w14:paraId="5B2DCFC8" w14:textId="77777777" w:rsidR="007A5E59" w:rsidRDefault="0095198F">
            <w:r>
              <w:t>Прочие потребители, без НДС</w:t>
            </w:r>
          </w:p>
        </w:tc>
        <w:tc>
          <w:tcPr>
            <w:tcW w:w="0" w:type="auto"/>
          </w:tcPr>
          <w:p w14:paraId="078923C5" w14:textId="77777777" w:rsidR="007A5E59" w:rsidRDefault="0095198F">
            <w:r>
              <w:t>Одноставочный</w:t>
            </w:r>
          </w:p>
        </w:tc>
        <w:tc>
          <w:tcPr>
            <w:tcW w:w="0" w:type="auto"/>
          </w:tcPr>
          <w:p w14:paraId="332DF690" w14:textId="77777777" w:rsidR="007A5E59" w:rsidRDefault="0095198F">
            <w:r>
              <w:t>Тариф на тепловую энергию</w:t>
            </w:r>
          </w:p>
        </w:tc>
        <w:tc>
          <w:tcPr>
            <w:tcW w:w="0" w:type="auto"/>
          </w:tcPr>
          <w:p w14:paraId="0558BC6C" w14:textId="77777777" w:rsidR="007A5E59" w:rsidRDefault="0095198F">
            <w:r>
              <w:t>руб./Гкал</w:t>
            </w:r>
          </w:p>
        </w:tc>
        <w:tc>
          <w:tcPr>
            <w:tcW w:w="0" w:type="auto"/>
          </w:tcPr>
          <w:p w14:paraId="38412100" w14:textId="77777777" w:rsidR="007A5E59" w:rsidRDefault="0095198F">
            <w:r>
              <w:t>с 01.07.2029</w:t>
            </w:r>
          </w:p>
        </w:tc>
        <w:tc>
          <w:tcPr>
            <w:tcW w:w="0" w:type="auto"/>
          </w:tcPr>
          <w:p w14:paraId="359BC575" w14:textId="77777777" w:rsidR="007A5E59" w:rsidRDefault="0095198F">
            <w:pPr>
              <w:jc w:val="center"/>
            </w:pPr>
            <w:r>
              <w:t>3 672,46</w:t>
            </w:r>
          </w:p>
        </w:tc>
      </w:tr>
      <w:tr w:rsidR="007A5E59" w14:paraId="0D5ADF20" w14:textId="77777777">
        <w:trPr>
          <w:jc w:val="center"/>
        </w:trPr>
        <w:tc>
          <w:tcPr>
            <w:tcW w:w="0" w:type="auto"/>
          </w:tcPr>
          <w:p w14:paraId="0866000D" w14:textId="77777777" w:rsidR="007A5E59" w:rsidRDefault="0095198F">
            <w:pPr>
              <w:jc w:val="center"/>
            </w:pPr>
            <w:r>
              <w:t>13</w:t>
            </w:r>
          </w:p>
        </w:tc>
        <w:tc>
          <w:tcPr>
            <w:tcW w:w="0" w:type="auto"/>
          </w:tcPr>
          <w:p w14:paraId="4C1CB6C2" w14:textId="77777777" w:rsidR="007A5E59" w:rsidRDefault="0095198F">
            <w:r>
              <w:t>Прочие потребители, без НДС</w:t>
            </w:r>
          </w:p>
        </w:tc>
        <w:tc>
          <w:tcPr>
            <w:tcW w:w="0" w:type="auto"/>
          </w:tcPr>
          <w:p w14:paraId="049C079F" w14:textId="77777777" w:rsidR="007A5E59" w:rsidRDefault="0095198F">
            <w:r>
              <w:t>Одноставочный</w:t>
            </w:r>
          </w:p>
        </w:tc>
        <w:tc>
          <w:tcPr>
            <w:tcW w:w="0" w:type="auto"/>
          </w:tcPr>
          <w:p w14:paraId="70DD1BC0" w14:textId="77777777" w:rsidR="007A5E59" w:rsidRDefault="0095198F">
            <w:r>
              <w:t>Тариф на тепловую энергию</w:t>
            </w:r>
          </w:p>
        </w:tc>
        <w:tc>
          <w:tcPr>
            <w:tcW w:w="0" w:type="auto"/>
          </w:tcPr>
          <w:p w14:paraId="6D7E8F68" w14:textId="77777777" w:rsidR="007A5E59" w:rsidRDefault="0095198F">
            <w:r>
              <w:t>руб./Гкал</w:t>
            </w:r>
          </w:p>
        </w:tc>
        <w:tc>
          <w:tcPr>
            <w:tcW w:w="0" w:type="auto"/>
          </w:tcPr>
          <w:p w14:paraId="2B506FF6" w14:textId="77777777" w:rsidR="007A5E59" w:rsidRDefault="0095198F">
            <w:r>
              <w:t>с 01.01.2030 по 01.01.2031</w:t>
            </w:r>
          </w:p>
        </w:tc>
        <w:tc>
          <w:tcPr>
            <w:tcW w:w="0" w:type="auto"/>
          </w:tcPr>
          <w:p w14:paraId="47E3E87D" w14:textId="77777777" w:rsidR="007A5E59" w:rsidRDefault="0095198F">
            <w:pPr>
              <w:jc w:val="center"/>
            </w:pPr>
            <w:r>
              <w:t>3 653,24</w:t>
            </w:r>
          </w:p>
        </w:tc>
      </w:tr>
      <w:tr w:rsidR="007A5E59" w14:paraId="229DB7CE" w14:textId="77777777">
        <w:trPr>
          <w:jc w:val="center"/>
        </w:trPr>
        <w:tc>
          <w:tcPr>
            <w:tcW w:w="0" w:type="auto"/>
          </w:tcPr>
          <w:p w14:paraId="722E8EB0" w14:textId="77777777" w:rsidR="007A5E59" w:rsidRDefault="0095198F">
            <w:pPr>
              <w:jc w:val="center"/>
            </w:pPr>
            <w:r>
              <w:t>14</w:t>
            </w:r>
          </w:p>
        </w:tc>
        <w:tc>
          <w:tcPr>
            <w:tcW w:w="0" w:type="auto"/>
          </w:tcPr>
          <w:p w14:paraId="7F24DB63" w14:textId="77777777" w:rsidR="007A5E59" w:rsidRDefault="0095198F">
            <w:r>
              <w:t>Прочие потребители, без НДС</w:t>
            </w:r>
          </w:p>
        </w:tc>
        <w:tc>
          <w:tcPr>
            <w:tcW w:w="0" w:type="auto"/>
          </w:tcPr>
          <w:p w14:paraId="44016312" w14:textId="77777777" w:rsidR="007A5E59" w:rsidRDefault="0095198F">
            <w:r>
              <w:t>Одноставочный</w:t>
            </w:r>
          </w:p>
        </w:tc>
        <w:tc>
          <w:tcPr>
            <w:tcW w:w="0" w:type="auto"/>
          </w:tcPr>
          <w:p w14:paraId="044277FE" w14:textId="77777777" w:rsidR="007A5E59" w:rsidRDefault="0095198F">
            <w:r>
              <w:t>Тариф на тепловую энергию</w:t>
            </w:r>
          </w:p>
        </w:tc>
        <w:tc>
          <w:tcPr>
            <w:tcW w:w="0" w:type="auto"/>
          </w:tcPr>
          <w:p w14:paraId="05020592" w14:textId="77777777" w:rsidR="007A5E59" w:rsidRDefault="0095198F">
            <w:r>
              <w:t>руб./Гкал</w:t>
            </w:r>
          </w:p>
        </w:tc>
        <w:tc>
          <w:tcPr>
            <w:tcW w:w="0" w:type="auto"/>
          </w:tcPr>
          <w:p w14:paraId="399C71A7" w14:textId="77777777" w:rsidR="007A5E59" w:rsidRDefault="0095198F">
            <w:r>
              <w:t>с 01.07.2031</w:t>
            </w:r>
          </w:p>
        </w:tc>
        <w:tc>
          <w:tcPr>
            <w:tcW w:w="0" w:type="auto"/>
          </w:tcPr>
          <w:p w14:paraId="41C0F5AD" w14:textId="77777777" w:rsidR="007A5E59" w:rsidRDefault="0095198F">
            <w:pPr>
              <w:jc w:val="center"/>
            </w:pPr>
            <w:r>
              <w:t>3 893,82</w:t>
            </w:r>
          </w:p>
        </w:tc>
      </w:tr>
      <w:tr w:rsidR="007A5E59" w14:paraId="63038CF8" w14:textId="77777777">
        <w:trPr>
          <w:jc w:val="center"/>
        </w:trPr>
        <w:tc>
          <w:tcPr>
            <w:tcW w:w="0" w:type="auto"/>
          </w:tcPr>
          <w:p w14:paraId="17A11807" w14:textId="77777777" w:rsidR="007A5E59" w:rsidRDefault="0095198F">
            <w:pPr>
              <w:jc w:val="center"/>
            </w:pPr>
            <w:r>
              <w:t>15</w:t>
            </w:r>
          </w:p>
        </w:tc>
        <w:tc>
          <w:tcPr>
            <w:tcW w:w="0" w:type="auto"/>
          </w:tcPr>
          <w:p w14:paraId="1A23953E" w14:textId="77777777" w:rsidR="007A5E59" w:rsidRDefault="0095198F">
            <w:r>
              <w:t>Население, с НДС</w:t>
            </w:r>
          </w:p>
        </w:tc>
        <w:tc>
          <w:tcPr>
            <w:tcW w:w="0" w:type="auto"/>
          </w:tcPr>
          <w:p w14:paraId="6221370D" w14:textId="77777777" w:rsidR="007A5E59" w:rsidRDefault="0095198F">
            <w:r>
              <w:t>Одноставочный</w:t>
            </w:r>
          </w:p>
        </w:tc>
        <w:tc>
          <w:tcPr>
            <w:tcW w:w="0" w:type="auto"/>
          </w:tcPr>
          <w:p w14:paraId="2F49CB29" w14:textId="77777777" w:rsidR="007A5E59" w:rsidRDefault="0095198F">
            <w:r>
              <w:t>Тариф на тепловую энергию</w:t>
            </w:r>
          </w:p>
        </w:tc>
        <w:tc>
          <w:tcPr>
            <w:tcW w:w="0" w:type="auto"/>
          </w:tcPr>
          <w:p w14:paraId="3D03AAC7" w14:textId="77777777" w:rsidR="007A5E59" w:rsidRDefault="0095198F">
            <w:r>
              <w:t>руб./Гкал</w:t>
            </w:r>
          </w:p>
        </w:tc>
        <w:tc>
          <w:tcPr>
            <w:tcW w:w="0" w:type="auto"/>
          </w:tcPr>
          <w:p w14:paraId="50BB67B0" w14:textId="77777777" w:rsidR="007A5E59" w:rsidRDefault="0095198F">
            <w:r>
              <w:t>с 01.01.2027</w:t>
            </w:r>
          </w:p>
        </w:tc>
        <w:tc>
          <w:tcPr>
            <w:tcW w:w="0" w:type="auto"/>
          </w:tcPr>
          <w:p w14:paraId="4085AB25" w14:textId="77777777" w:rsidR="007A5E59" w:rsidRDefault="0095198F">
            <w:pPr>
              <w:jc w:val="center"/>
            </w:pPr>
            <w:r>
              <w:t>3 904,25</w:t>
            </w:r>
          </w:p>
        </w:tc>
      </w:tr>
      <w:tr w:rsidR="007A5E59" w14:paraId="69FDD640" w14:textId="77777777">
        <w:trPr>
          <w:jc w:val="center"/>
        </w:trPr>
        <w:tc>
          <w:tcPr>
            <w:tcW w:w="0" w:type="auto"/>
          </w:tcPr>
          <w:p w14:paraId="1A4400D4" w14:textId="77777777" w:rsidR="007A5E59" w:rsidRDefault="0095198F">
            <w:pPr>
              <w:jc w:val="center"/>
            </w:pPr>
            <w:r>
              <w:t>16</w:t>
            </w:r>
          </w:p>
        </w:tc>
        <w:tc>
          <w:tcPr>
            <w:tcW w:w="0" w:type="auto"/>
          </w:tcPr>
          <w:p w14:paraId="3DE08CB9" w14:textId="77777777" w:rsidR="007A5E59" w:rsidRDefault="0095198F">
            <w:r>
              <w:t>Население, с НДС</w:t>
            </w:r>
          </w:p>
        </w:tc>
        <w:tc>
          <w:tcPr>
            <w:tcW w:w="0" w:type="auto"/>
          </w:tcPr>
          <w:p w14:paraId="6A836886" w14:textId="77777777" w:rsidR="007A5E59" w:rsidRDefault="0095198F">
            <w:r>
              <w:t>Одноставочный</w:t>
            </w:r>
          </w:p>
        </w:tc>
        <w:tc>
          <w:tcPr>
            <w:tcW w:w="0" w:type="auto"/>
          </w:tcPr>
          <w:p w14:paraId="4E4DDC48" w14:textId="77777777" w:rsidR="007A5E59" w:rsidRDefault="0095198F">
            <w:r>
              <w:t>Тариф на тепловую энергию</w:t>
            </w:r>
          </w:p>
        </w:tc>
        <w:tc>
          <w:tcPr>
            <w:tcW w:w="0" w:type="auto"/>
          </w:tcPr>
          <w:p w14:paraId="1C089CCF" w14:textId="77777777" w:rsidR="007A5E59" w:rsidRDefault="0095198F">
            <w:r>
              <w:t>руб./Гкал</w:t>
            </w:r>
          </w:p>
        </w:tc>
        <w:tc>
          <w:tcPr>
            <w:tcW w:w="0" w:type="auto"/>
          </w:tcPr>
          <w:p w14:paraId="11748532" w14:textId="77777777" w:rsidR="007A5E59" w:rsidRDefault="0095198F">
            <w:r>
              <w:t>с 01.07.2027</w:t>
            </w:r>
          </w:p>
        </w:tc>
        <w:tc>
          <w:tcPr>
            <w:tcW w:w="0" w:type="auto"/>
          </w:tcPr>
          <w:p w14:paraId="3E269A64" w14:textId="77777777" w:rsidR="007A5E59" w:rsidRDefault="0095198F">
            <w:pPr>
              <w:jc w:val="center"/>
            </w:pPr>
            <w:r>
              <w:t>4 157,96</w:t>
            </w:r>
          </w:p>
        </w:tc>
      </w:tr>
      <w:tr w:rsidR="007A5E59" w14:paraId="67B89154" w14:textId="77777777">
        <w:trPr>
          <w:jc w:val="center"/>
        </w:trPr>
        <w:tc>
          <w:tcPr>
            <w:tcW w:w="0" w:type="auto"/>
          </w:tcPr>
          <w:p w14:paraId="4A1152FB" w14:textId="77777777" w:rsidR="007A5E59" w:rsidRDefault="0095198F">
            <w:pPr>
              <w:jc w:val="center"/>
            </w:pPr>
            <w:r>
              <w:t>17</w:t>
            </w:r>
          </w:p>
        </w:tc>
        <w:tc>
          <w:tcPr>
            <w:tcW w:w="0" w:type="auto"/>
          </w:tcPr>
          <w:p w14:paraId="15A93915" w14:textId="77777777" w:rsidR="007A5E59" w:rsidRDefault="0095198F">
            <w:r>
              <w:t>Население, с НДС</w:t>
            </w:r>
          </w:p>
        </w:tc>
        <w:tc>
          <w:tcPr>
            <w:tcW w:w="0" w:type="auto"/>
          </w:tcPr>
          <w:p w14:paraId="17FFA290" w14:textId="77777777" w:rsidR="007A5E59" w:rsidRDefault="0095198F">
            <w:r>
              <w:t>Одноставочный</w:t>
            </w:r>
          </w:p>
        </w:tc>
        <w:tc>
          <w:tcPr>
            <w:tcW w:w="0" w:type="auto"/>
          </w:tcPr>
          <w:p w14:paraId="450C302D" w14:textId="77777777" w:rsidR="007A5E59" w:rsidRDefault="0095198F">
            <w:r>
              <w:t>Тариф на тепловую энергию</w:t>
            </w:r>
          </w:p>
        </w:tc>
        <w:tc>
          <w:tcPr>
            <w:tcW w:w="0" w:type="auto"/>
          </w:tcPr>
          <w:p w14:paraId="7FA0FB38" w14:textId="77777777" w:rsidR="007A5E59" w:rsidRDefault="0095198F">
            <w:r>
              <w:t>руб./Гкал</w:t>
            </w:r>
          </w:p>
        </w:tc>
        <w:tc>
          <w:tcPr>
            <w:tcW w:w="0" w:type="auto"/>
          </w:tcPr>
          <w:p w14:paraId="5DD2A17B" w14:textId="77777777" w:rsidR="007A5E59" w:rsidRDefault="0095198F">
            <w:r>
              <w:t>с 01.01.2028 по 01.01.2029</w:t>
            </w:r>
          </w:p>
        </w:tc>
        <w:tc>
          <w:tcPr>
            <w:tcW w:w="0" w:type="auto"/>
          </w:tcPr>
          <w:p w14:paraId="7489DB8C" w14:textId="77777777" w:rsidR="007A5E59" w:rsidRDefault="0095198F">
            <w:pPr>
              <w:jc w:val="center"/>
            </w:pPr>
            <w:r>
              <w:t>4 136,33</w:t>
            </w:r>
          </w:p>
        </w:tc>
      </w:tr>
      <w:tr w:rsidR="007A5E59" w14:paraId="085A2AE1" w14:textId="77777777">
        <w:trPr>
          <w:jc w:val="center"/>
        </w:trPr>
        <w:tc>
          <w:tcPr>
            <w:tcW w:w="0" w:type="auto"/>
          </w:tcPr>
          <w:p w14:paraId="2EAC2CF1" w14:textId="77777777" w:rsidR="007A5E59" w:rsidRDefault="0095198F">
            <w:pPr>
              <w:jc w:val="center"/>
            </w:pPr>
            <w:r>
              <w:t>18</w:t>
            </w:r>
          </w:p>
        </w:tc>
        <w:tc>
          <w:tcPr>
            <w:tcW w:w="0" w:type="auto"/>
          </w:tcPr>
          <w:p w14:paraId="1E44E2D5" w14:textId="77777777" w:rsidR="007A5E59" w:rsidRDefault="0095198F">
            <w:r>
              <w:t>Население, с НДС</w:t>
            </w:r>
          </w:p>
        </w:tc>
        <w:tc>
          <w:tcPr>
            <w:tcW w:w="0" w:type="auto"/>
          </w:tcPr>
          <w:p w14:paraId="53BED195" w14:textId="77777777" w:rsidR="007A5E59" w:rsidRDefault="0095198F">
            <w:r>
              <w:t>Одноставочный</w:t>
            </w:r>
          </w:p>
        </w:tc>
        <w:tc>
          <w:tcPr>
            <w:tcW w:w="0" w:type="auto"/>
          </w:tcPr>
          <w:p w14:paraId="5A7B108D" w14:textId="77777777" w:rsidR="007A5E59" w:rsidRDefault="0095198F">
            <w:r>
              <w:t>Тариф на тепловую энергию</w:t>
            </w:r>
          </w:p>
        </w:tc>
        <w:tc>
          <w:tcPr>
            <w:tcW w:w="0" w:type="auto"/>
          </w:tcPr>
          <w:p w14:paraId="3E36DFBE" w14:textId="77777777" w:rsidR="007A5E59" w:rsidRDefault="0095198F">
            <w:r>
              <w:t>руб./Гкал</w:t>
            </w:r>
          </w:p>
        </w:tc>
        <w:tc>
          <w:tcPr>
            <w:tcW w:w="0" w:type="auto"/>
          </w:tcPr>
          <w:p w14:paraId="5A3252CA" w14:textId="77777777" w:rsidR="007A5E59" w:rsidRDefault="0095198F">
            <w:r>
              <w:t>с 01.07.2029</w:t>
            </w:r>
          </w:p>
        </w:tc>
        <w:tc>
          <w:tcPr>
            <w:tcW w:w="0" w:type="auto"/>
          </w:tcPr>
          <w:p w14:paraId="579EF642" w14:textId="77777777" w:rsidR="007A5E59" w:rsidRDefault="0095198F">
            <w:pPr>
              <w:jc w:val="center"/>
            </w:pPr>
            <w:r>
              <w:t>4 406,95</w:t>
            </w:r>
          </w:p>
        </w:tc>
      </w:tr>
      <w:tr w:rsidR="007A5E59" w14:paraId="51C8083A" w14:textId="77777777">
        <w:trPr>
          <w:jc w:val="center"/>
        </w:trPr>
        <w:tc>
          <w:tcPr>
            <w:tcW w:w="0" w:type="auto"/>
          </w:tcPr>
          <w:p w14:paraId="062BB89B" w14:textId="77777777" w:rsidR="007A5E59" w:rsidRDefault="0095198F">
            <w:pPr>
              <w:jc w:val="center"/>
            </w:pPr>
            <w:r>
              <w:t>19</w:t>
            </w:r>
          </w:p>
        </w:tc>
        <w:tc>
          <w:tcPr>
            <w:tcW w:w="0" w:type="auto"/>
          </w:tcPr>
          <w:p w14:paraId="5655D4FE" w14:textId="77777777" w:rsidR="007A5E59" w:rsidRDefault="0095198F">
            <w:r>
              <w:t>Население, с НДС</w:t>
            </w:r>
          </w:p>
        </w:tc>
        <w:tc>
          <w:tcPr>
            <w:tcW w:w="0" w:type="auto"/>
          </w:tcPr>
          <w:p w14:paraId="35D90770" w14:textId="77777777" w:rsidR="007A5E59" w:rsidRDefault="0095198F">
            <w:r>
              <w:t>Одноставочный</w:t>
            </w:r>
          </w:p>
        </w:tc>
        <w:tc>
          <w:tcPr>
            <w:tcW w:w="0" w:type="auto"/>
          </w:tcPr>
          <w:p w14:paraId="61FF347E" w14:textId="77777777" w:rsidR="007A5E59" w:rsidRDefault="0095198F">
            <w:r>
              <w:t>Тариф на тепловую энергию</w:t>
            </w:r>
          </w:p>
        </w:tc>
        <w:tc>
          <w:tcPr>
            <w:tcW w:w="0" w:type="auto"/>
          </w:tcPr>
          <w:p w14:paraId="168DB9B1" w14:textId="77777777" w:rsidR="007A5E59" w:rsidRDefault="0095198F">
            <w:r>
              <w:t>руб./Гкал</w:t>
            </w:r>
          </w:p>
        </w:tc>
        <w:tc>
          <w:tcPr>
            <w:tcW w:w="0" w:type="auto"/>
          </w:tcPr>
          <w:p w14:paraId="56196EB3" w14:textId="77777777" w:rsidR="007A5E59" w:rsidRDefault="0095198F">
            <w:r>
              <w:t>с 01.01.2030 по 01.01.2031</w:t>
            </w:r>
          </w:p>
        </w:tc>
        <w:tc>
          <w:tcPr>
            <w:tcW w:w="0" w:type="auto"/>
          </w:tcPr>
          <w:p w14:paraId="28B8BA19" w14:textId="77777777" w:rsidR="007A5E59" w:rsidRDefault="0095198F">
            <w:pPr>
              <w:jc w:val="center"/>
            </w:pPr>
            <w:r>
              <w:t>4 383,89</w:t>
            </w:r>
          </w:p>
        </w:tc>
      </w:tr>
      <w:tr w:rsidR="007A5E59" w14:paraId="51FED3BC" w14:textId="77777777">
        <w:trPr>
          <w:jc w:val="center"/>
        </w:trPr>
        <w:tc>
          <w:tcPr>
            <w:tcW w:w="0" w:type="auto"/>
          </w:tcPr>
          <w:p w14:paraId="01F08D4A" w14:textId="77777777" w:rsidR="007A5E59" w:rsidRDefault="0095198F">
            <w:pPr>
              <w:jc w:val="center"/>
            </w:pPr>
            <w:r>
              <w:t>20</w:t>
            </w:r>
          </w:p>
        </w:tc>
        <w:tc>
          <w:tcPr>
            <w:tcW w:w="0" w:type="auto"/>
          </w:tcPr>
          <w:p w14:paraId="0468F8CC" w14:textId="77777777" w:rsidR="007A5E59" w:rsidRDefault="0095198F">
            <w:r>
              <w:t>Население, с НДС</w:t>
            </w:r>
          </w:p>
        </w:tc>
        <w:tc>
          <w:tcPr>
            <w:tcW w:w="0" w:type="auto"/>
          </w:tcPr>
          <w:p w14:paraId="4A1D6455" w14:textId="77777777" w:rsidR="007A5E59" w:rsidRDefault="0095198F">
            <w:r>
              <w:t>Одноставочный</w:t>
            </w:r>
          </w:p>
        </w:tc>
        <w:tc>
          <w:tcPr>
            <w:tcW w:w="0" w:type="auto"/>
          </w:tcPr>
          <w:p w14:paraId="649EE084" w14:textId="77777777" w:rsidR="007A5E59" w:rsidRDefault="0095198F">
            <w:r>
              <w:t>Тариф на тепловую энергию</w:t>
            </w:r>
          </w:p>
        </w:tc>
        <w:tc>
          <w:tcPr>
            <w:tcW w:w="0" w:type="auto"/>
          </w:tcPr>
          <w:p w14:paraId="3E181C18" w14:textId="77777777" w:rsidR="007A5E59" w:rsidRDefault="0095198F">
            <w:r>
              <w:t>руб./Гкал</w:t>
            </w:r>
          </w:p>
        </w:tc>
        <w:tc>
          <w:tcPr>
            <w:tcW w:w="0" w:type="auto"/>
          </w:tcPr>
          <w:p w14:paraId="3DFA8D06" w14:textId="77777777" w:rsidR="007A5E59" w:rsidRDefault="0095198F">
            <w:r>
              <w:t>с 01.07.2031</w:t>
            </w:r>
          </w:p>
        </w:tc>
        <w:tc>
          <w:tcPr>
            <w:tcW w:w="0" w:type="auto"/>
          </w:tcPr>
          <w:p w14:paraId="500103E2" w14:textId="77777777" w:rsidR="007A5E59" w:rsidRDefault="0095198F">
            <w:pPr>
              <w:jc w:val="center"/>
            </w:pPr>
            <w:r>
              <w:t>4 672,58</w:t>
            </w:r>
          </w:p>
        </w:tc>
      </w:tr>
      <w:tr w:rsidR="007A5E59" w:rsidRPr="00C07C05" w14:paraId="2A6CE34D" w14:textId="77777777">
        <w:trPr>
          <w:jc w:val="center"/>
        </w:trPr>
        <w:tc>
          <w:tcPr>
            <w:tcW w:w="0" w:type="auto"/>
          </w:tcPr>
          <w:p w14:paraId="380DBCF2" w14:textId="77777777" w:rsidR="007A5E59" w:rsidRPr="00794D67" w:rsidRDefault="0095198F">
            <w:pPr>
              <w:rPr>
                <w:lang w:val="ru-RU"/>
              </w:rPr>
            </w:pPr>
            <w:r w:rsidRPr="00794D67">
              <w:rPr>
                <w:lang w:val="ru-RU"/>
              </w:rPr>
              <w:t>Прогнозные значения на 2032–2036 годы (не являются утверждёнными тарифами)</w:t>
            </w:r>
          </w:p>
        </w:tc>
        <w:tc>
          <w:tcPr>
            <w:tcW w:w="0" w:type="auto"/>
          </w:tcPr>
          <w:p w14:paraId="02166E1A" w14:textId="77777777" w:rsidR="007A5E59" w:rsidRPr="00794D67" w:rsidRDefault="007A5E59">
            <w:pPr>
              <w:rPr>
                <w:lang w:val="ru-RU"/>
              </w:rPr>
            </w:pPr>
          </w:p>
        </w:tc>
        <w:tc>
          <w:tcPr>
            <w:tcW w:w="0" w:type="auto"/>
          </w:tcPr>
          <w:p w14:paraId="318A9B49" w14:textId="77777777" w:rsidR="007A5E59" w:rsidRPr="00794D67" w:rsidRDefault="007A5E59">
            <w:pPr>
              <w:rPr>
                <w:lang w:val="ru-RU"/>
              </w:rPr>
            </w:pPr>
          </w:p>
        </w:tc>
        <w:tc>
          <w:tcPr>
            <w:tcW w:w="0" w:type="auto"/>
          </w:tcPr>
          <w:p w14:paraId="2D741012" w14:textId="77777777" w:rsidR="007A5E59" w:rsidRPr="00794D67" w:rsidRDefault="007A5E59">
            <w:pPr>
              <w:rPr>
                <w:lang w:val="ru-RU"/>
              </w:rPr>
            </w:pPr>
          </w:p>
        </w:tc>
        <w:tc>
          <w:tcPr>
            <w:tcW w:w="0" w:type="auto"/>
          </w:tcPr>
          <w:p w14:paraId="58995722" w14:textId="77777777" w:rsidR="007A5E59" w:rsidRPr="00794D67" w:rsidRDefault="007A5E59">
            <w:pPr>
              <w:rPr>
                <w:lang w:val="ru-RU"/>
              </w:rPr>
            </w:pPr>
          </w:p>
        </w:tc>
        <w:tc>
          <w:tcPr>
            <w:tcW w:w="0" w:type="auto"/>
          </w:tcPr>
          <w:p w14:paraId="0DB08FF7" w14:textId="77777777" w:rsidR="007A5E59" w:rsidRPr="00794D67" w:rsidRDefault="007A5E59">
            <w:pPr>
              <w:rPr>
                <w:lang w:val="ru-RU"/>
              </w:rPr>
            </w:pPr>
          </w:p>
        </w:tc>
        <w:tc>
          <w:tcPr>
            <w:tcW w:w="0" w:type="auto"/>
          </w:tcPr>
          <w:p w14:paraId="498FBDB0" w14:textId="77777777" w:rsidR="007A5E59" w:rsidRPr="00794D67" w:rsidRDefault="007A5E59">
            <w:pPr>
              <w:rPr>
                <w:lang w:val="ru-RU"/>
              </w:rPr>
            </w:pPr>
          </w:p>
        </w:tc>
      </w:tr>
      <w:tr w:rsidR="007A5E59" w:rsidRPr="00C07C05" w14:paraId="1696942A" w14:textId="77777777">
        <w:trPr>
          <w:jc w:val="center"/>
        </w:trPr>
        <w:tc>
          <w:tcPr>
            <w:tcW w:w="0" w:type="auto"/>
          </w:tcPr>
          <w:p w14:paraId="2E58DD10" w14:textId="77777777" w:rsidR="007A5E59" w:rsidRDefault="0095198F">
            <w:r>
              <w:t>Год</w:t>
            </w:r>
          </w:p>
        </w:tc>
        <w:tc>
          <w:tcPr>
            <w:tcW w:w="0" w:type="auto"/>
          </w:tcPr>
          <w:p w14:paraId="22256B5B" w14:textId="77777777" w:rsidR="007A5E59" w:rsidRPr="00794D67" w:rsidRDefault="0095198F">
            <w:pPr>
              <w:rPr>
                <w:lang w:val="ru-RU"/>
              </w:rPr>
            </w:pPr>
            <w:r w:rsidRPr="00794D67">
              <w:rPr>
                <w:lang w:val="ru-RU"/>
              </w:rPr>
              <w:t>Прогноз тарифа без НДС, руб./Гкал</w:t>
            </w:r>
          </w:p>
        </w:tc>
        <w:tc>
          <w:tcPr>
            <w:tcW w:w="0" w:type="auto"/>
          </w:tcPr>
          <w:p w14:paraId="109452E9" w14:textId="77777777" w:rsidR="007A5E59" w:rsidRPr="00794D67" w:rsidRDefault="0095198F">
            <w:pPr>
              <w:rPr>
                <w:lang w:val="ru-RU"/>
              </w:rPr>
            </w:pPr>
            <w:r w:rsidRPr="00794D67">
              <w:rPr>
                <w:lang w:val="ru-RU"/>
              </w:rPr>
              <w:t>Прогноз тарифа с НДС 20 %, руб./Гкал</w:t>
            </w:r>
          </w:p>
        </w:tc>
        <w:tc>
          <w:tcPr>
            <w:tcW w:w="0" w:type="auto"/>
          </w:tcPr>
          <w:p w14:paraId="253D67BF" w14:textId="77777777" w:rsidR="007A5E59" w:rsidRPr="00794D67" w:rsidRDefault="007A5E59">
            <w:pPr>
              <w:rPr>
                <w:lang w:val="ru-RU"/>
              </w:rPr>
            </w:pPr>
          </w:p>
        </w:tc>
        <w:tc>
          <w:tcPr>
            <w:tcW w:w="0" w:type="auto"/>
          </w:tcPr>
          <w:p w14:paraId="3FC1DF95" w14:textId="77777777" w:rsidR="007A5E59" w:rsidRPr="00794D67" w:rsidRDefault="007A5E59">
            <w:pPr>
              <w:rPr>
                <w:lang w:val="ru-RU"/>
              </w:rPr>
            </w:pPr>
          </w:p>
        </w:tc>
        <w:tc>
          <w:tcPr>
            <w:tcW w:w="0" w:type="auto"/>
          </w:tcPr>
          <w:p w14:paraId="0BAB1EC4" w14:textId="77777777" w:rsidR="007A5E59" w:rsidRPr="00794D67" w:rsidRDefault="007A5E59">
            <w:pPr>
              <w:rPr>
                <w:lang w:val="ru-RU"/>
              </w:rPr>
            </w:pPr>
          </w:p>
        </w:tc>
        <w:tc>
          <w:tcPr>
            <w:tcW w:w="0" w:type="auto"/>
          </w:tcPr>
          <w:p w14:paraId="3EC7EB31" w14:textId="77777777" w:rsidR="007A5E59" w:rsidRPr="00794D67" w:rsidRDefault="007A5E59">
            <w:pPr>
              <w:rPr>
                <w:lang w:val="ru-RU"/>
              </w:rPr>
            </w:pPr>
          </w:p>
        </w:tc>
      </w:tr>
      <w:tr w:rsidR="007A5E59" w14:paraId="4AD84C10" w14:textId="77777777">
        <w:trPr>
          <w:jc w:val="center"/>
        </w:trPr>
        <w:tc>
          <w:tcPr>
            <w:tcW w:w="0" w:type="auto"/>
          </w:tcPr>
          <w:p w14:paraId="29BECF2C" w14:textId="77777777" w:rsidR="007A5E59" w:rsidRDefault="0095198F">
            <w:pPr>
              <w:jc w:val="center"/>
            </w:pPr>
            <w:r>
              <w:t>2032</w:t>
            </w:r>
          </w:p>
        </w:tc>
        <w:tc>
          <w:tcPr>
            <w:tcW w:w="0" w:type="auto"/>
          </w:tcPr>
          <w:p w14:paraId="181EA281" w14:textId="77777777" w:rsidR="007A5E59" w:rsidRDefault="0095198F">
            <w:pPr>
              <w:jc w:val="center"/>
            </w:pPr>
            <w:r>
              <w:t>3 992,57</w:t>
            </w:r>
          </w:p>
        </w:tc>
        <w:tc>
          <w:tcPr>
            <w:tcW w:w="0" w:type="auto"/>
          </w:tcPr>
          <w:p w14:paraId="6A4CE855" w14:textId="77777777" w:rsidR="007A5E59" w:rsidRDefault="0095198F">
            <w:pPr>
              <w:jc w:val="center"/>
            </w:pPr>
            <w:r>
              <w:t>4 791,08</w:t>
            </w:r>
          </w:p>
        </w:tc>
        <w:tc>
          <w:tcPr>
            <w:tcW w:w="0" w:type="auto"/>
          </w:tcPr>
          <w:p w14:paraId="2379EAEF" w14:textId="77777777" w:rsidR="007A5E59" w:rsidRDefault="007A5E59"/>
        </w:tc>
        <w:tc>
          <w:tcPr>
            <w:tcW w:w="0" w:type="auto"/>
          </w:tcPr>
          <w:p w14:paraId="17369570" w14:textId="77777777" w:rsidR="007A5E59" w:rsidRDefault="007A5E59"/>
        </w:tc>
        <w:tc>
          <w:tcPr>
            <w:tcW w:w="0" w:type="auto"/>
          </w:tcPr>
          <w:p w14:paraId="240FAF86" w14:textId="77777777" w:rsidR="007A5E59" w:rsidRDefault="007A5E59"/>
        </w:tc>
        <w:tc>
          <w:tcPr>
            <w:tcW w:w="0" w:type="auto"/>
          </w:tcPr>
          <w:p w14:paraId="08CD6640" w14:textId="77777777" w:rsidR="007A5E59" w:rsidRDefault="007A5E59"/>
        </w:tc>
      </w:tr>
      <w:tr w:rsidR="007A5E59" w14:paraId="5AE66DF9" w14:textId="77777777">
        <w:trPr>
          <w:jc w:val="center"/>
        </w:trPr>
        <w:tc>
          <w:tcPr>
            <w:tcW w:w="0" w:type="auto"/>
          </w:tcPr>
          <w:p w14:paraId="66EADF19" w14:textId="77777777" w:rsidR="007A5E59" w:rsidRDefault="0095198F">
            <w:pPr>
              <w:jc w:val="center"/>
            </w:pPr>
            <w:r>
              <w:t>2033</w:t>
            </w:r>
          </w:p>
        </w:tc>
        <w:tc>
          <w:tcPr>
            <w:tcW w:w="0" w:type="auto"/>
          </w:tcPr>
          <w:p w14:paraId="5B7DA164" w14:textId="77777777" w:rsidR="007A5E59" w:rsidRDefault="0095198F">
            <w:pPr>
              <w:jc w:val="center"/>
            </w:pPr>
            <w:r>
              <w:t>4 071,18</w:t>
            </w:r>
          </w:p>
        </w:tc>
        <w:tc>
          <w:tcPr>
            <w:tcW w:w="0" w:type="auto"/>
          </w:tcPr>
          <w:p w14:paraId="7DA554F6" w14:textId="77777777" w:rsidR="007A5E59" w:rsidRDefault="0095198F">
            <w:pPr>
              <w:jc w:val="center"/>
            </w:pPr>
            <w:r>
              <w:t>4 885,41</w:t>
            </w:r>
          </w:p>
        </w:tc>
        <w:tc>
          <w:tcPr>
            <w:tcW w:w="0" w:type="auto"/>
          </w:tcPr>
          <w:p w14:paraId="4AB96730" w14:textId="77777777" w:rsidR="007A5E59" w:rsidRDefault="007A5E59"/>
        </w:tc>
        <w:tc>
          <w:tcPr>
            <w:tcW w:w="0" w:type="auto"/>
          </w:tcPr>
          <w:p w14:paraId="45B88629" w14:textId="77777777" w:rsidR="007A5E59" w:rsidRDefault="007A5E59"/>
        </w:tc>
        <w:tc>
          <w:tcPr>
            <w:tcW w:w="0" w:type="auto"/>
          </w:tcPr>
          <w:p w14:paraId="52FFB80C" w14:textId="77777777" w:rsidR="007A5E59" w:rsidRDefault="007A5E59"/>
        </w:tc>
        <w:tc>
          <w:tcPr>
            <w:tcW w:w="0" w:type="auto"/>
          </w:tcPr>
          <w:p w14:paraId="37448671" w14:textId="77777777" w:rsidR="007A5E59" w:rsidRDefault="007A5E59"/>
        </w:tc>
      </w:tr>
      <w:tr w:rsidR="007A5E59" w14:paraId="2B6117E0" w14:textId="77777777">
        <w:trPr>
          <w:jc w:val="center"/>
        </w:trPr>
        <w:tc>
          <w:tcPr>
            <w:tcW w:w="0" w:type="auto"/>
          </w:tcPr>
          <w:p w14:paraId="5515C9E4" w14:textId="77777777" w:rsidR="007A5E59" w:rsidRDefault="0095198F">
            <w:pPr>
              <w:jc w:val="center"/>
            </w:pPr>
            <w:r>
              <w:t>2034</w:t>
            </w:r>
          </w:p>
        </w:tc>
        <w:tc>
          <w:tcPr>
            <w:tcW w:w="0" w:type="auto"/>
          </w:tcPr>
          <w:p w14:paraId="3FEF00E7" w14:textId="77777777" w:rsidR="007A5E59" w:rsidRDefault="0095198F">
            <w:pPr>
              <w:jc w:val="center"/>
            </w:pPr>
            <w:r>
              <w:t>4 160,61</w:t>
            </w:r>
          </w:p>
        </w:tc>
        <w:tc>
          <w:tcPr>
            <w:tcW w:w="0" w:type="auto"/>
          </w:tcPr>
          <w:p w14:paraId="4F0265EC" w14:textId="77777777" w:rsidR="007A5E59" w:rsidRDefault="0095198F">
            <w:pPr>
              <w:jc w:val="center"/>
            </w:pPr>
            <w:r>
              <w:t>4 992,73</w:t>
            </w:r>
          </w:p>
        </w:tc>
        <w:tc>
          <w:tcPr>
            <w:tcW w:w="0" w:type="auto"/>
          </w:tcPr>
          <w:p w14:paraId="2A0CFDEE" w14:textId="77777777" w:rsidR="007A5E59" w:rsidRDefault="007A5E59"/>
        </w:tc>
        <w:tc>
          <w:tcPr>
            <w:tcW w:w="0" w:type="auto"/>
          </w:tcPr>
          <w:p w14:paraId="4F765C37" w14:textId="77777777" w:rsidR="007A5E59" w:rsidRDefault="007A5E59"/>
        </w:tc>
        <w:tc>
          <w:tcPr>
            <w:tcW w:w="0" w:type="auto"/>
          </w:tcPr>
          <w:p w14:paraId="0ABC9222" w14:textId="77777777" w:rsidR="007A5E59" w:rsidRDefault="007A5E59"/>
        </w:tc>
        <w:tc>
          <w:tcPr>
            <w:tcW w:w="0" w:type="auto"/>
          </w:tcPr>
          <w:p w14:paraId="7F3EE842" w14:textId="77777777" w:rsidR="007A5E59" w:rsidRDefault="007A5E59"/>
        </w:tc>
      </w:tr>
      <w:tr w:rsidR="007A5E59" w14:paraId="571AD9E2" w14:textId="77777777">
        <w:trPr>
          <w:jc w:val="center"/>
        </w:trPr>
        <w:tc>
          <w:tcPr>
            <w:tcW w:w="0" w:type="auto"/>
          </w:tcPr>
          <w:p w14:paraId="46DDB56E" w14:textId="77777777" w:rsidR="007A5E59" w:rsidRDefault="0095198F">
            <w:pPr>
              <w:jc w:val="center"/>
            </w:pPr>
            <w:r>
              <w:t>2035</w:t>
            </w:r>
          </w:p>
        </w:tc>
        <w:tc>
          <w:tcPr>
            <w:tcW w:w="0" w:type="auto"/>
          </w:tcPr>
          <w:p w14:paraId="42861A9F" w14:textId="77777777" w:rsidR="007A5E59" w:rsidRDefault="0095198F">
            <w:pPr>
              <w:jc w:val="center"/>
            </w:pPr>
            <w:r>
              <w:t>4 279,63</w:t>
            </w:r>
          </w:p>
        </w:tc>
        <w:tc>
          <w:tcPr>
            <w:tcW w:w="0" w:type="auto"/>
          </w:tcPr>
          <w:p w14:paraId="2DB8218D" w14:textId="77777777" w:rsidR="007A5E59" w:rsidRDefault="0095198F">
            <w:pPr>
              <w:jc w:val="center"/>
            </w:pPr>
            <w:r>
              <w:t>5 135,55</w:t>
            </w:r>
          </w:p>
        </w:tc>
        <w:tc>
          <w:tcPr>
            <w:tcW w:w="0" w:type="auto"/>
          </w:tcPr>
          <w:p w14:paraId="0BEBE542" w14:textId="77777777" w:rsidR="007A5E59" w:rsidRDefault="007A5E59"/>
        </w:tc>
        <w:tc>
          <w:tcPr>
            <w:tcW w:w="0" w:type="auto"/>
          </w:tcPr>
          <w:p w14:paraId="73C6CFF1" w14:textId="77777777" w:rsidR="007A5E59" w:rsidRDefault="007A5E59"/>
        </w:tc>
        <w:tc>
          <w:tcPr>
            <w:tcW w:w="0" w:type="auto"/>
          </w:tcPr>
          <w:p w14:paraId="2D244EE2" w14:textId="77777777" w:rsidR="007A5E59" w:rsidRDefault="007A5E59"/>
        </w:tc>
        <w:tc>
          <w:tcPr>
            <w:tcW w:w="0" w:type="auto"/>
          </w:tcPr>
          <w:p w14:paraId="64F2F12B" w14:textId="77777777" w:rsidR="007A5E59" w:rsidRDefault="007A5E59"/>
        </w:tc>
      </w:tr>
      <w:tr w:rsidR="007A5E59" w14:paraId="367B84CB" w14:textId="77777777">
        <w:trPr>
          <w:jc w:val="center"/>
        </w:trPr>
        <w:tc>
          <w:tcPr>
            <w:tcW w:w="0" w:type="auto"/>
          </w:tcPr>
          <w:p w14:paraId="3C259615" w14:textId="77777777" w:rsidR="007A5E59" w:rsidRDefault="0095198F">
            <w:pPr>
              <w:jc w:val="center"/>
            </w:pPr>
            <w:r>
              <w:t>2036</w:t>
            </w:r>
          </w:p>
        </w:tc>
        <w:tc>
          <w:tcPr>
            <w:tcW w:w="0" w:type="auto"/>
          </w:tcPr>
          <w:p w14:paraId="08FB7B73" w14:textId="77777777" w:rsidR="007A5E59" w:rsidRDefault="0095198F">
            <w:pPr>
              <w:jc w:val="center"/>
            </w:pPr>
            <w:r>
              <w:t>4 420,56</w:t>
            </w:r>
          </w:p>
        </w:tc>
        <w:tc>
          <w:tcPr>
            <w:tcW w:w="0" w:type="auto"/>
          </w:tcPr>
          <w:p w14:paraId="32BB99C2" w14:textId="77777777" w:rsidR="007A5E59" w:rsidRDefault="0095198F">
            <w:pPr>
              <w:jc w:val="center"/>
            </w:pPr>
            <w:r>
              <w:t>5 304,67</w:t>
            </w:r>
          </w:p>
        </w:tc>
        <w:tc>
          <w:tcPr>
            <w:tcW w:w="0" w:type="auto"/>
          </w:tcPr>
          <w:p w14:paraId="62067D0B" w14:textId="77777777" w:rsidR="007A5E59" w:rsidRDefault="007A5E59"/>
        </w:tc>
        <w:tc>
          <w:tcPr>
            <w:tcW w:w="0" w:type="auto"/>
          </w:tcPr>
          <w:p w14:paraId="2DF7F978" w14:textId="77777777" w:rsidR="007A5E59" w:rsidRDefault="007A5E59"/>
        </w:tc>
        <w:tc>
          <w:tcPr>
            <w:tcW w:w="0" w:type="auto"/>
          </w:tcPr>
          <w:p w14:paraId="1D2A4EB5" w14:textId="77777777" w:rsidR="007A5E59" w:rsidRDefault="007A5E59"/>
        </w:tc>
        <w:tc>
          <w:tcPr>
            <w:tcW w:w="0" w:type="auto"/>
          </w:tcPr>
          <w:p w14:paraId="7B1A2E9F" w14:textId="77777777" w:rsidR="007A5E59" w:rsidRDefault="007A5E59"/>
        </w:tc>
      </w:tr>
    </w:tbl>
    <w:p w14:paraId="3BA2437A" w14:textId="77777777" w:rsidR="007A5E59" w:rsidRPr="00312815" w:rsidRDefault="0095198F">
      <w:pPr>
        <w:spacing w:after="0"/>
        <w:ind w:firstLine="709"/>
        <w:jc w:val="both"/>
        <w:rPr>
          <w:lang w:val="ru-RU"/>
        </w:rPr>
      </w:pPr>
      <w:r w:rsidRPr="00794D67">
        <w:rPr>
          <w:lang w:val="ru-RU"/>
        </w:rPr>
        <w:t xml:space="preserve">1. Тарифы на 2026–2031 годы приняты по постановлению </w:t>
      </w:r>
      <w:r w:rsidRPr="00312815">
        <w:rPr>
          <w:lang w:val="ru-RU"/>
        </w:rPr>
        <w:t>Региональной энергетической комиссии Кузбасса, которым внесены изменения в постановление от 19.12.2024 № 631 «Об установлении ООО «Южно-Кузбасская энергетическая компания» долгосрочных тарифов на тепловую энергию, реализуемую на потребительском рынке Таштагольского муниципального округа, на 2025–2031 годы».</w:t>
      </w:r>
    </w:p>
    <w:p w14:paraId="5B037017" w14:textId="77777777" w:rsidR="007A5E59" w:rsidRPr="00794D67" w:rsidRDefault="0095198F">
      <w:pPr>
        <w:spacing w:after="0"/>
        <w:ind w:firstLine="709"/>
        <w:jc w:val="both"/>
        <w:rPr>
          <w:lang w:val="ru-RU"/>
        </w:rPr>
      </w:pPr>
      <w:r w:rsidRPr="00794D67">
        <w:rPr>
          <w:lang w:val="ru-RU"/>
        </w:rPr>
        <w:t>2. В 2026 году тариф установлен в двухставочной форме: отдельно ставка за тепловую энергию и отдельно ставка за содержание тепловой мощности. Одноставочный тариф на 2026 год постановлением не устанавливался, поэтому единая величина в руб./Гкал за 2026 год в таблице не приводится. Ставки имеют разные единицы измерения и суммированию между собой не подлежат.</w:t>
      </w:r>
    </w:p>
    <w:p w14:paraId="2DF01B37" w14:textId="77777777" w:rsidR="007A5E59" w:rsidRPr="00794D67" w:rsidRDefault="0095198F">
      <w:pPr>
        <w:spacing w:after="0"/>
        <w:ind w:firstLine="709"/>
        <w:jc w:val="both"/>
        <w:rPr>
          <w:lang w:val="ru-RU"/>
        </w:rPr>
      </w:pPr>
      <w:r w:rsidRPr="00794D67">
        <w:rPr>
          <w:lang w:val="ru-RU"/>
        </w:rPr>
        <w:t>3. С 2027 года и до конца периода регулирования тариф установлен в одноставочной форме с полугодовой периодизацией. Тарифы для населения приведены с налогом на добавленную стоимость, для прочих потребителей — без него.</w:t>
      </w:r>
    </w:p>
    <w:p w14:paraId="6F50E64B" w14:textId="77777777" w:rsidR="007A5E59" w:rsidRPr="00794D67" w:rsidRDefault="0095198F">
      <w:pPr>
        <w:spacing w:after="0"/>
        <w:ind w:firstLine="709"/>
        <w:jc w:val="both"/>
        <w:rPr>
          <w:lang w:val="ru-RU"/>
        </w:rPr>
      </w:pPr>
      <w:r w:rsidRPr="00794D67">
        <w:rPr>
          <w:lang w:val="ru-RU"/>
        </w:rPr>
        <w:t>4. Значения на 2032–2036 годы являются расчётным прогнозом для целей схемы теплоснабжения и не являются утверждёнными регулирующим органом тарифами. Прогноз получен приведением динамики тарифно-балансовой модели утверждённых схем теплоснабжения к уровню последнего утверждённого тарифа 2031 года; собственный индекс роста не вводился.</w:t>
      </w:r>
    </w:p>
    <w:p w14:paraId="0D9FB8DF" w14:textId="77777777" w:rsidR="007A5E59" w:rsidRPr="00794D67" w:rsidRDefault="0095198F">
      <w:pPr>
        <w:spacing w:after="0"/>
        <w:ind w:firstLine="709"/>
        <w:jc w:val="both"/>
        <w:rPr>
          <w:lang w:val="ru-RU"/>
        </w:rPr>
      </w:pPr>
      <w:r w:rsidRPr="00794D67">
        <w:rPr>
          <w:lang w:val="ru-RU"/>
        </w:rPr>
        <w:t>5. Территориальной дифференциации тарифа по населённым пунктам Таштагольского муниципального округа постановление не содержит: тариф установлен единым для зоны деятельности организации.</w:t>
      </w:r>
    </w:p>
    <w:p w14:paraId="4383EC99" w14:textId="77777777" w:rsidR="007A5E59" w:rsidRPr="001F1187" w:rsidRDefault="0095198F">
      <w:pPr>
        <w:pStyle w:val="21"/>
        <w:spacing w:before="1200"/>
        <w:jc w:val="center"/>
        <w:rPr>
          <w:lang w:val="ru-RU"/>
        </w:rPr>
      </w:pPr>
      <w:bookmarkStart w:id="102" w:name="_Toc238015693"/>
      <w:r w:rsidRPr="00794D67">
        <w:rPr>
          <w:lang w:val="ru-RU"/>
        </w:rPr>
        <w:t>14.2. Состояние тарифной оценки</w:t>
      </w:r>
      <w:bookmarkEnd w:id="102"/>
    </w:p>
    <w:p w14:paraId="37187C27" w14:textId="77777777" w:rsidR="007A5E59" w:rsidRPr="001F1187" w:rsidRDefault="0095198F">
      <w:pPr>
        <w:spacing w:before="1200"/>
        <w:jc w:val="center"/>
        <w:rPr>
          <w:lang w:val="ru-RU"/>
        </w:rPr>
      </w:pPr>
      <w:r w:rsidRPr="00794D67">
        <w:rPr>
          <w:lang w:val="ru-RU"/>
        </w:rPr>
        <w:t>Раздел различает четыре величины, которые между собой не подменяются: действующий утверждённый тариф; долгосрочные параметры регулирования; потенциальное влияние инвестиционных решений; и то, что на дату настоящей редакции расчёту не поддаётся.</w:t>
      </w:r>
    </w:p>
    <w:p w14:paraId="415FC473" w14:textId="77777777" w:rsidR="00F04CBD" w:rsidRPr="00794D67" w:rsidRDefault="00B4275B">
      <w:pPr>
        <w:keepNext/>
        <w:spacing w:before="160"/>
        <w:rPr>
          <w:lang w:val="ru-RU"/>
        </w:rPr>
      </w:pPr>
      <w:r w:rsidRPr="00794D67">
        <w:rPr>
          <w:b/>
          <w:lang w:val="ru-RU"/>
        </w:rPr>
        <w:t>Таблица 14.2 — Состояние тарифной оценки по группам мероприятий</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747"/>
        <w:gridCol w:w="1878"/>
        <w:gridCol w:w="2004"/>
        <w:gridCol w:w="1711"/>
        <w:gridCol w:w="2005"/>
      </w:tblGrid>
      <w:tr w:rsidR="00F04CBD" w14:paraId="0090C3BA" w14:textId="77777777">
        <w:trPr>
          <w:cantSplit/>
          <w:tblHeader/>
          <w:jc w:val="center"/>
        </w:trPr>
        <w:tc>
          <w:tcPr>
            <w:tcW w:w="0" w:type="auto"/>
            <w:shd w:val="clear" w:color="auto" w:fill="E2F0D9"/>
          </w:tcPr>
          <w:p w14:paraId="12005948" w14:textId="77777777" w:rsidR="00F04CBD" w:rsidRDefault="00B4275B">
            <w:pPr>
              <w:jc w:val="center"/>
            </w:pPr>
            <w:r>
              <w:rPr>
                <w:b/>
              </w:rPr>
              <w:t>Группа мероприятий</w:t>
            </w:r>
          </w:p>
        </w:tc>
        <w:tc>
          <w:tcPr>
            <w:tcW w:w="0" w:type="auto"/>
            <w:shd w:val="clear" w:color="auto" w:fill="E2F0D9"/>
          </w:tcPr>
          <w:p w14:paraId="326DC90B" w14:textId="77777777" w:rsidR="00F04CBD" w:rsidRDefault="00B4275B">
            <w:pPr>
              <w:jc w:val="center"/>
            </w:pPr>
            <w:r>
              <w:rPr>
                <w:b/>
              </w:rPr>
              <w:t>Стоимость определена</w:t>
            </w:r>
          </w:p>
        </w:tc>
        <w:tc>
          <w:tcPr>
            <w:tcW w:w="0" w:type="auto"/>
            <w:shd w:val="clear" w:color="auto" w:fill="E2F0D9"/>
          </w:tcPr>
          <w:p w14:paraId="38C67314" w14:textId="77777777" w:rsidR="00F04CBD" w:rsidRDefault="00B4275B">
            <w:pPr>
              <w:jc w:val="center"/>
            </w:pPr>
            <w:r>
              <w:rPr>
                <w:b/>
              </w:rPr>
              <w:t>Источник финансирования утверждён</w:t>
            </w:r>
          </w:p>
        </w:tc>
        <w:tc>
          <w:tcPr>
            <w:tcW w:w="0" w:type="auto"/>
            <w:shd w:val="clear" w:color="auto" w:fill="E2F0D9"/>
          </w:tcPr>
          <w:p w14:paraId="30399611" w14:textId="77777777" w:rsidR="00F04CBD" w:rsidRDefault="00B4275B">
            <w:pPr>
              <w:jc w:val="center"/>
            </w:pPr>
            <w:r>
              <w:rPr>
                <w:b/>
              </w:rPr>
              <w:t>Тарифный эффект рассчитываем</w:t>
            </w:r>
          </w:p>
        </w:tc>
        <w:tc>
          <w:tcPr>
            <w:tcW w:w="0" w:type="auto"/>
            <w:shd w:val="clear" w:color="auto" w:fill="E2F0D9"/>
          </w:tcPr>
          <w:p w14:paraId="2C3ECED0" w14:textId="77777777" w:rsidR="00F04CBD" w:rsidRDefault="00B4275B">
            <w:pPr>
              <w:jc w:val="center"/>
            </w:pPr>
            <w:r>
              <w:rPr>
                <w:b/>
              </w:rPr>
              <w:t>Причина</w:t>
            </w:r>
          </w:p>
        </w:tc>
      </w:tr>
      <w:tr w:rsidR="00F04CBD" w:rsidRPr="00C07C05" w14:paraId="07BDE399" w14:textId="77777777">
        <w:trPr>
          <w:cantSplit/>
          <w:jc w:val="center"/>
        </w:trPr>
        <w:tc>
          <w:tcPr>
            <w:tcW w:w="0" w:type="auto"/>
          </w:tcPr>
          <w:p w14:paraId="4CB178F5" w14:textId="77777777" w:rsidR="00F04CBD" w:rsidRPr="00794D67" w:rsidRDefault="00B4275B">
            <w:pPr>
              <w:rPr>
                <w:lang w:val="ru-RU"/>
              </w:rPr>
            </w:pPr>
            <w:r w:rsidRPr="00794D67">
              <w:rPr>
                <w:lang w:val="ru-RU"/>
              </w:rPr>
              <w:t>Перевод источников на природный газ</w:t>
            </w:r>
          </w:p>
        </w:tc>
        <w:tc>
          <w:tcPr>
            <w:tcW w:w="0" w:type="auto"/>
          </w:tcPr>
          <w:p w14:paraId="4F7A264C" w14:textId="77777777" w:rsidR="00F04CBD" w:rsidRDefault="00B4275B">
            <w:pPr>
              <w:jc w:val="center"/>
            </w:pPr>
            <w:r>
              <w:t>ориентировочно, цены 2024 года</w:t>
            </w:r>
          </w:p>
        </w:tc>
        <w:tc>
          <w:tcPr>
            <w:tcW w:w="0" w:type="auto"/>
          </w:tcPr>
          <w:p w14:paraId="1C1C0801" w14:textId="77777777" w:rsidR="00F04CBD" w:rsidRDefault="00B4275B">
            <w:pPr>
              <w:jc w:val="center"/>
            </w:pPr>
            <w:r>
              <w:t>нет</w:t>
            </w:r>
          </w:p>
        </w:tc>
        <w:tc>
          <w:tcPr>
            <w:tcW w:w="0" w:type="auto"/>
          </w:tcPr>
          <w:p w14:paraId="7A6BD265" w14:textId="77777777" w:rsidR="00F04CBD" w:rsidRDefault="00B4275B">
            <w:pPr>
              <w:jc w:val="center"/>
            </w:pPr>
            <w:r>
              <w:t>нет</w:t>
            </w:r>
          </w:p>
        </w:tc>
        <w:tc>
          <w:tcPr>
            <w:tcW w:w="0" w:type="auto"/>
          </w:tcPr>
          <w:p w14:paraId="15736A33" w14:textId="77777777" w:rsidR="00F04CBD" w:rsidRPr="00794D67" w:rsidRDefault="00B4275B">
            <w:pPr>
              <w:jc w:val="center"/>
              <w:rPr>
                <w:lang w:val="ru-RU"/>
              </w:rPr>
            </w:pPr>
            <w:r w:rsidRPr="00794D67">
              <w:rPr>
                <w:lang w:val="ru-RU"/>
              </w:rPr>
              <w:t>источник финансирования не утверждён, регулируемый период и состав необходимой валовой выручки по мероприятиям не определены</w:t>
            </w:r>
          </w:p>
        </w:tc>
      </w:tr>
      <w:tr w:rsidR="00F04CBD" w14:paraId="47633643" w14:textId="77777777">
        <w:trPr>
          <w:cantSplit/>
          <w:jc w:val="center"/>
        </w:trPr>
        <w:tc>
          <w:tcPr>
            <w:tcW w:w="0" w:type="auto"/>
          </w:tcPr>
          <w:p w14:paraId="1AD1197C" w14:textId="77777777" w:rsidR="00F04CBD" w:rsidRPr="00794D67" w:rsidRDefault="00B4275B">
            <w:pPr>
              <w:rPr>
                <w:lang w:val="ru-RU"/>
              </w:rPr>
            </w:pPr>
            <w:r w:rsidRPr="00794D67">
              <w:rPr>
                <w:lang w:val="ru-RU"/>
              </w:rPr>
              <w:t>Перевод открытых систем горячего водоснабжения</w:t>
            </w:r>
          </w:p>
        </w:tc>
        <w:tc>
          <w:tcPr>
            <w:tcW w:w="0" w:type="auto"/>
          </w:tcPr>
          <w:p w14:paraId="62CB66A9" w14:textId="77777777" w:rsidR="00F04CBD" w:rsidRDefault="00B4275B">
            <w:pPr>
              <w:jc w:val="center"/>
            </w:pPr>
            <w:r>
              <w:t>нет, имеется величина 2021 года</w:t>
            </w:r>
          </w:p>
        </w:tc>
        <w:tc>
          <w:tcPr>
            <w:tcW w:w="0" w:type="auto"/>
          </w:tcPr>
          <w:p w14:paraId="302E5F93" w14:textId="77777777" w:rsidR="00F04CBD" w:rsidRDefault="00B4275B">
            <w:pPr>
              <w:jc w:val="center"/>
            </w:pPr>
            <w:r>
              <w:t>нет</w:t>
            </w:r>
          </w:p>
        </w:tc>
        <w:tc>
          <w:tcPr>
            <w:tcW w:w="0" w:type="auto"/>
          </w:tcPr>
          <w:p w14:paraId="7E155FBE" w14:textId="77777777" w:rsidR="00F04CBD" w:rsidRDefault="00B4275B">
            <w:pPr>
              <w:jc w:val="center"/>
            </w:pPr>
            <w:r>
              <w:t>нет</w:t>
            </w:r>
          </w:p>
        </w:tc>
        <w:tc>
          <w:tcPr>
            <w:tcW w:w="0" w:type="auto"/>
          </w:tcPr>
          <w:p w14:paraId="1506F7F5" w14:textId="77777777" w:rsidR="00F04CBD" w:rsidRDefault="00B4275B">
            <w:pPr>
              <w:jc w:val="center"/>
            </w:pPr>
            <w:r>
              <w:t>текущая стоимость не определена</w:t>
            </w:r>
          </w:p>
        </w:tc>
      </w:tr>
      <w:tr w:rsidR="00F04CBD" w:rsidRPr="00C07C05" w14:paraId="6204C3DB" w14:textId="77777777">
        <w:trPr>
          <w:cantSplit/>
          <w:jc w:val="center"/>
        </w:trPr>
        <w:tc>
          <w:tcPr>
            <w:tcW w:w="0" w:type="auto"/>
          </w:tcPr>
          <w:p w14:paraId="44259463" w14:textId="77777777" w:rsidR="00F04CBD" w:rsidRDefault="00B4275B">
            <w:r>
              <w:t>Мероприятия по надёжности</w:t>
            </w:r>
          </w:p>
        </w:tc>
        <w:tc>
          <w:tcPr>
            <w:tcW w:w="0" w:type="auto"/>
          </w:tcPr>
          <w:p w14:paraId="70BA70F4" w14:textId="77777777" w:rsidR="00F04CBD" w:rsidRDefault="00B4275B">
            <w:pPr>
              <w:jc w:val="center"/>
            </w:pPr>
            <w:r>
              <w:t>нет</w:t>
            </w:r>
          </w:p>
        </w:tc>
        <w:tc>
          <w:tcPr>
            <w:tcW w:w="0" w:type="auto"/>
          </w:tcPr>
          <w:p w14:paraId="3B8C3C6C" w14:textId="77777777" w:rsidR="00F04CBD" w:rsidRDefault="00B4275B">
            <w:pPr>
              <w:jc w:val="center"/>
            </w:pPr>
            <w:r>
              <w:t>нет</w:t>
            </w:r>
          </w:p>
        </w:tc>
        <w:tc>
          <w:tcPr>
            <w:tcW w:w="0" w:type="auto"/>
          </w:tcPr>
          <w:p w14:paraId="0DF6D7C6" w14:textId="77777777" w:rsidR="00F04CBD" w:rsidRDefault="00B4275B">
            <w:pPr>
              <w:jc w:val="center"/>
            </w:pPr>
            <w:r>
              <w:t>нет</w:t>
            </w:r>
          </w:p>
        </w:tc>
        <w:tc>
          <w:tcPr>
            <w:tcW w:w="0" w:type="auto"/>
          </w:tcPr>
          <w:p w14:paraId="51C086EB" w14:textId="77777777" w:rsidR="00F04CBD" w:rsidRPr="00794D67" w:rsidRDefault="00B4275B">
            <w:pPr>
              <w:jc w:val="center"/>
              <w:rPr>
                <w:lang w:val="ru-RU"/>
              </w:rPr>
            </w:pPr>
            <w:r w:rsidRPr="00794D67">
              <w:rPr>
                <w:lang w:val="ru-RU"/>
              </w:rPr>
              <w:t>техническое решение и стоимость не определены</w:t>
            </w:r>
          </w:p>
        </w:tc>
      </w:tr>
      <w:tr w:rsidR="00F04CBD" w14:paraId="4B066E4C" w14:textId="77777777">
        <w:trPr>
          <w:cantSplit/>
          <w:jc w:val="center"/>
        </w:trPr>
        <w:tc>
          <w:tcPr>
            <w:tcW w:w="0" w:type="auto"/>
          </w:tcPr>
          <w:p w14:paraId="6BDA8445" w14:textId="77777777" w:rsidR="00F04CBD" w:rsidRDefault="00B4275B">
            <w:r>
              <w:t>Повышение экологических характеристик</w:t>
            </w:r>
          </w:p>
        </w:tc>
        <w:tc>
          <w:tcPr>
            <w:tcW w:w="0" w:type="auto"/>
          </w:tcPr>
          <w:p w14:paraId="3911317E" w14:textId="77777777" w:rsidR="00F04CBD" w:rsidRDefault="00B4275B">
            <w:pPr>
              <w:jc w:val="center"/>
            </w:pPr>
            <w:r>
              <w:t>нет</w:t>
            </w:r>
          </w:p>
        </w:tc>
        <w:tc>
          <w:tcPr>
            <w:tcW w:w="0" w:type="auto"/>
          </w:tcPr>
          <w:p w14:paraId="63A4944D" w14:textId="77777777" w:rsidR="00F04CBD" w:rsidRDefault="00B4275B">
            <w:pPr>
              <w:jc w:val="center"/>
            </w:pPr>
            <w:r>
              <w:t>нет</w:t>
            </w:r>
          </w:p>
        </w:tc>
        <w:tc>
          <w:tcPr>
            <w:tcW w:w="0" w:type="auto"/>
          </w:tcPr>
          <w:p w14:paraId="3BDA2C88" w14:textId="77777777" w:rsidR="00F04CBD" w:rsidRDefault="00B4275B">
            <w:pPr>
              <w:jc w:val="center"/>
            </w:pPr>
            <w:r>
              <w:t>нет</w:t>
            </w:r>
          </w:p>
        </w:tc>
        <w:tc>
          <w:tcPr>
            <w:tcW w:w="0" w:type="auto"/>
          </w:tcPr>
          <w:p w14:paraId="3BEB4016" w14:textId="77777777" w:rsidR="00F04CBD" w:rsidRDefault="00B4275B">
            <w:pPr>
              <w:jc w:val="center"/>
            </w:pPr>
            <w:r>
              <w:t>техническое решение не определено</w:t>
            </w:r>
          </w:p>
        </w:tc>
      </w:tr>
    </w:tbl>
    <w:p w14:paraId="50C23F70" w14:textId="77777777" w:rsidR="007A5E59" w:rsidRPr="001F1187" w:rsidRDefault="0095198F">
      <w:pPr>
        <w:spacing w:before="1200"/>
        <w:jc w:val="center"/>
        <w:rPr>
          <w:lang w:val="ru-RU"/>
        </w:rPr>
      </w:pPr>
      <w:r w:rsidRPr="00794D67">
        <w:rPr>
          <w:lang w:val="ru-RU"/>
        </w:rPr>
        <w:t>Упрощённое отнесение капитальных вложений на отпуск тепловой энергии как способ получения тарифной надбавки не применяется: такой расчёт не учитывает срок реализации, амортизацию, источник финансирования, регулируемый период и структуру необходимой валовой выручки, и его результат тарифным прогнозом не является.</w:t>
      </w:r>
    </w:p>
    <w:p w14:paraId="47087FC2" w14:textId="77777777" w:rsidR="00312815" w:rsidRDefault="0095198F">
      <w:pPr>
        <w:spacing w:before="1200"/>
        <w:jc w:val="center"/>
        <w:rPr>
          <w:lang w:val="ru-RU"/>
        </w:rPr>
      </w:pPr>
      <w:r w:rsidRPr="00794D67">
        <w:rPr>
          <w:lang w:val="ru-RU"/>
        </w:rPr>
        <w:t>Точный тарифный эффект мероприятий настоящей схемы определяется после утверждения инвестиционной программы теплоснабжающей организации и установления стоимостных параметров мероприятий в порядке, предусмотренном постановлением Правительства Российской Федерации от 05.05.2014 № 410. До этого момента действующим является утверждённый тариф, приведённый выше.</w:t>
      </w:r>
    </w:p>
    <w:p w14:paraId="2C1A07AD" w14:textId="77777777" w:rsidR="007A5E59" w:rsidRPr="00C07C05" w:rsidRDefault="00312815" w:rsidP="00312815">
      <w:pPr>
        <w:rPr>
          <w:lang w:val="ru-RU"/>
        </w:rPr>
      </w:pPr>
      <w:r>
        <w:rPr>
          <w:lang w:val="ru-RU"/>
        </w:rPr>
        <w:br w:type="page"/>
      </w:r>
    </w:p>
    <w:p w14:paraId="7DA53549" w14:textId="77777777" w:rsidR="007A5E59" w:rsidRPr="00312815" w:rsidRDefault="0095198F">
      <w:pPr>
        <w:pStyle w:val="1"/>
        <w:rPr>
          <w:lang w:val="ru-RU"/>
        </w:rPr>
      </w:pPr>
      <w:bookmarkStart w:id="103" w:name="_Toc238015694"/>
      <w:r w:rsidRPr="00344E69">
        <w:rPr>
          <w:color w:val="4F81BD" w:themeColor="accent1"/>
          <w:lang w:val="ru-RU"/>
        </w:rPr>
        <w:t>РАЗДЕЛ 15. РЕЕСТР ЕДИНЫХ ТЕПЛОСНАБЖАЮЩИХ ОРГАНИЗАЦИЙ</w:t>
      </w:r>
      <w:bookmarkEnd w:id="103"/>
    </w:p>
    <w:p w14:paraId="45FA2FA0" w14:textId="77777777" w:rsidR="007A5E59" w:rsidRPr="00794D67" w:rsidRDefault="0095198F">
      <w:pPr>
        <w:ind w:firstLine="709"/>
        <w:jc w:val="both"/>
        <w:rPr>
          <w:lang w:val="ru-RU"/>
        </w:rPr>
      </w:pPr>
      <w:r w:rsidRPr="00794D67">
        <w:rPr>
          <w:lang w:val="ru-RU"/>
        </w:rPr>
        <w:t>Единой теплоснабжающей организацией в границах Таштагольского муниципального округа является ООО «Южно-Кузбасская энергетическая компания». Организация определена постановлением администрации Таштагольского муниципального района от 25.09.2020 № 1114-п, вступившим в силу с 01.10.2020.</w:t>
      </w:r>
    </w:p>
    <w:p w14:paraId="2A01DB94" w14:textId="77777777" w:rsidR="007A5E59" w:rsidRPr="00794D67" w:rsidRDefault="0095198F">
      <w:pPr>
        <w:ind w:firstLine="709"/>
        <w:jc w:val="both"/>
        <w:rPr>
          <w:lang w:val="ru-RU"/>
        </w:rPr>
      </w:pPr>
      <w:r w:rsidRPr="00794D67">
        <w:rPr>
          <w:lang w:val="ru-RU"/>
        </w:rPr>
        <w:t>Реестр зон деятельности единой теплоснабжающей организации приведён в таблице 15.1, реестр систем теплоснабжения с адресами источников — в таблице 15.2. Все десять действующих источников закреплены за одной организацией; зон деятельности иных теплоснабжающих организаций в границах округа не заявлено.</w:t>
      </w:r>
    </w:p>
    <w:p w14:paraId="24517710" w14:textId="77777777" w:rsidR="007A5E59" w:rsidRPr="00794D67" w:rsidRDefault="0095198F">
      <w:pPr>
        <w:ind w:firstLine="709"/>
        <w:jc w:val="both"/>
        <w:rPr>
          <w:lang w:val="ru-RU"/>
        </w:rPr>
      </w:pPr>
      <w:r w:rsidRPr="00794D67">
        <w:rPr>
          <w:lang w:val="ru-RU"/>
        </w:rPr>
        <w:t>Критерии определения единой теплоснабжающей организации соблюдены: организация владеет источниками тепловой энергии с наибольшей рабочей тепловой мощностью и тепловыми сетями с наибольшей ёмкостью в каждой зоне деятельности. Оснований для пересмотра статуса на расчётный период не выявлено.</w:t>
      </w:r>
    </w:p>
    <w:p w14:paraId="6451606D" w14:textId="77777777" w:rsidR="007A5E59" w:rsidRPr="00794D67" w:rsidRDefault="0095198F">
      <w:pPr>
        <w:ind w:firstLine="709"/>
        <w:jc w:val="both"/>
        <w:rPr>
          <w:lang w:val="ru-RU"/>
        </w:rPr>
      </w:pPr>
      <w:r w:rsidRPr="00794D67">
        <w:rPr>
          <w:lang w:val="ru-RU"/>
        </w:rPr>
        <w:t>Статус единой теплоснабжающей организации сохраняется неизменным начиная с 2020 года. В схемах городских поселений, действовавших до объединения, зона деятельности ООО «ЮКЭК» также охватывала все источники соответствующей территории, а конкурирующих теплоснабжающих организаций не отмечалось. Объединение поселений в округ организационную структуру теплоснабжения не изменило: изменился только состав зон, сведённых в единый реестр.</w:t>
      </w:r>
    </w:p>
    <w:p w14:paraId="20ED179B" w14:textId="77777777" w:rsidR="007A5E59" w:rsidRPr="00794D67" w:rsidRDefault="0095198F">
      <w:pPr>
        <w:rPr>
          <w:lang w:val="ru-RU"/>
        </w:rPr>
      </w:pPr>
      <w:r w:rsidRPr="00794D67">
        <w:rPr>
          <w:b/>
          <w:lang w:val="ru-RU"/>
        </w:rPr>
        <w:t>Таблица 15.1 — Реестр зон деятельности единых теплоснабжающих организаций</w:t>
      </w:r>
    </w:p>
    <w:tbl>
      <w:tblPr>
        <w:tblStyle w:val="aff0"/>
        <w:tblW w:w="5000" w:type="pct"/>
        <w:jc w:val="center"/>
        <w:tblCellMar>
          <w:left w:w="57" w:type="dxa"/>
          <w:right w:w="57" w:type="dxa"/>
        </w:tblCellMar>
        <w:tblLook w:val="04A0" w:firstRow="1" w:lastRow="0" w:firstColumn="1" w:lastColumn="0" w:noHBand="0" w:noVBand="1"/>
      </w:tblPr>
      <w:tblGrid>
        <w:gridCol w:w="488"/>
        <w:gridCol w:w="3867"/>
        <w:gridCol w:w="3233"/>
        <w:gridCol w:w="1757"/>
      </w:tblGrid>
      <w:tr w:rsidR="007A5E59" w14:paraId="31D3FC7F" w14:textId="77777777">
        <w:trPr>
          <w:cantSplit/>
          <w:tblHeader/>
          <w:jc w:val="center"/>
        </w:trPr>
        <w:tc>
          <w:tcPr>
            <w:tcW w:w="0" w:type="auto"/>
            <w:shd w:val="clear" w:color="auto" w:fill="E2F0D9"/>
            <w:vAlign w:val="center"/>
          </w:tcPr>
          <w:p w14:paraId="42AF5F43" w14:textId="77777777" w:rsidR="007A5E59" w:rsidRDefault="0095198F">
            <w:pPr>
              <w:jc w:val="center"/>
            </w:pPr>
            <w:r>
              <w:rPr>
                <w:b/>
              </w:rPr>
              <w:t>№ пп</w:t>
            </w:r>
          </w:p>
        </w:tc>
        <w:tc>
          <w:tcPr>
            <w:tcW w:w="0" w:type="auto"/>
            <w:shd w:val="clear" w:color="auto" w:fill="E2F0D9"/>
            <w:vAlign w:val="center"/>
          </w:tcPr>
          <w:p w14:paraId="5CE671E4" w14:textId="77777777" w:rsidR="007A5E59" w:rsidRDefault="0095198F">
            <w:pPr>
              <w:jc w:val="center"/>
            </w:pPr>
            <w:r>
              <w:rPr>
                <w:b/>
              </w:rPr>
              <w:t>Источник</w:t>
            </w:r>
          </w:p>
        </w:tc>
        <w:tc>
          <w:tcPr>
            <w:tcW w:w="0" w:type="auto"/>
            <w:shd w:val="clear" w:color="auto" w:fill="E2F0D9"/>
            <w:vAlign w:val="center"/>
          </w:tcPr>
          <w:p w14:paraId="0FAC2EE4" w14:textId="77777777" w:rsidR="007A5E59" w:rsidRDefault="0095198F">
            <w:pPr>
              <w:jc w:val="center"/>
            </w:pPr>
            <w:r>
              <w:rPr>
                <w:b/>
              </w:rPr>
              <w:t>Наименование предприятия</w:t>
            </w:r>
          </w:p>
        </w:tc>
        <w:tc>
          <w:tcPr>
            <w:tcW w:w="0" w:type="auto"/>
            <w:shd w:val="clear" w:color="auto" w:fill="E2F0D9"/>
            <w:vAlign w:val="center"/>
          </w:tcPr>
          <w:p w14:paraId="5B8FAC5B" w14:textId="77777777" w:rsidR="007A5E59" w:rsidRDefault="0095198F">
            <w:pPr>
              <w:jc w:val="center"/>
            </w:pPr>
            <w:r>
              <w:rPr>
                <w:b/>
              </w:rPr>
              <w:t>Статус ЕТО</w:t>
            </w:r>
          </w:p>
        </w:tc>
      </w:tr>
      <w:tr w:rsidR="007A5E59" w14:paraId="4EE2D585" w14:textId="77777777">
        <w:trPr>
          <w:cantSplit/>
          <w:tblHeader/>
          <w:jc w:val="center"/>
        </w:trPr>
        <w:tc>
          <w:tcPr>
            <w:tcW w:w="0" w:type="auto"/>
            <w:shd w:val="clear" w:color="auto" w:fill="F2F2F2"/>
            <w:vAlign w:val="center"/>
          </w:tcPr>
          <w:p w14:paraId="2C8A5B05" w14:textId="77777777" w:rsidR="007A5E59" w:rsidRDefault="0095198F">
            <w:pPr>
              <w:jc w:val="center"/>
            </w:pPr>
            <w:r>
              <w:t>1</w:t>
            </w:r>
          </w:p>
        </w:tc>
        <w:tc>
          <w:tcPr>
            <w:tcW w:w="0" w:type="auto"/>
            <w:shd w:val="clear" w:color="auto" w:fill="F2F2F2"/>
            <w:vAlign w:val="center"/>
          </w:tcPr>
          <w:p w14:paraId="52D2A236" w14:textId="77777777" w:rsidR="007A5E59" w:rsidRDefault="0095198F">
            <w:pPr>
              <w:jc w:val="center"/>
            </w:pPr>
            <w:r>
              <w:t>2</w:t>
            </w:r>
          </w:p>
        </w:tc>
        <w:tc>
          <w:tcPr>
            <w:tcW w:w="0" w:type="auto"/>
            <w:shd w:val="clear" w:color="auto" w:fill="F2F2F2"/>
            <w:vAlign w:val="center"/>
          </w:tcPr>
          <w:p w14:paraId="75A5D1D2" w14:textId="77777777" w:rsidR="007A5E59" w:rsidRDefault="0095198F">
            <w:pPr>
              <w:jc w:val="center"/>
            </w:pPr>
            <w:r>
              <w:t>3</w:t>
            </w:r>
          </w:p>
        </w:tc>
        <w:tc>
          <w:tcPr>
            <w:tcW w:w="0" w:type="auto"/>
            <w:shd w:val="clear" w:color="auto" w:fill="F2F2F2"/>
            <w:vAlign w:val="center"/>
          </w:tcPr>
          <w:p w14:paraId="756F6E2E" w14:textId="77777777" w:rsidR="007A5E59" w:rsidRDefault="0095198F">
            <w:pPr>
              <w:jc w:val="center"/>
            </w:pPr>
            <w:r>
              <w:t>4</w:t>
            </w:r>
          </w:p>
        </w:tc>
      </w:tr>
      <w:tr w:rsidR="007A5E59" w14:paraId="399B5187" w14:textId="77777777">
        <w:trPr>
          <w:jc w:val="center"/>
        </w:trPr>
        <w:tc>
          <w:tcPr>
            <w:tcW w:w="0" w:type="auto"/>
          </w:tcPr>
          <w:p w14:paraId="6F261E10" w14:textId="77777777" w:rsidR="007A5E59" w:rsidRDefault="0095198F">
            <w:pPr>
              <w:jc w:val="center"/>
            </w:pPr>
            <w:r>
              <w:t>1</w:t>
            </w:r>
          </w:p>
        </w:tc>
        <w:tc>
          <w:tcPr>
            <w:tcW w:w="0" w:type="auto"/>
          </w:tcPr>
          <w:p w14:paraId="245C4858" w14:textId="77777777" w:rsidR="007A5E59" w:rsidRDefault="0095198F">
            <w:r>
              <w:t>Котельная «Производственно-отопительная УПК №1»</w:t>
            </w:r>
          </w:p>
        </w:tc>
        <w:tc>
          <w:tcPr>
            <w:tcW w:w="0" w:type="auto"/>
          </w:tcPr>
          <w:p w14:paraId="03502D9E"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35F2AB1D" w14:textId="77777777" w:rsidR="007A5E59" w:rsidRDefault="0095198F">
            <w:r>
              <w:t>ЕТО № 001 — ООО «ЮКЭК»</w:t>
            </w:r>
          </w:p>
        </w:tc>
      </w:tr>
      <w:tr w:rsidR="007A5E59" w14:paraId="74D796F9" w14:textId="77777777">
        <w:trPr>
          <w:jc w:val="center"/>
        </w:trPr>
        <w:tc>
          <w:tcPr>
            <w:tcW w:w="0" w:type="auto"/>
          </w:tcPr>
          <w:p w14:paraId="1693784B" w14:textId="77777777" w:rsidR="007A5E59" w:rsidRDefault="0095198F">
            <w:pPr>
              <w:jc w:val="center"/>
            </w:pPr>
            <w:r>
              <w:t>2</w:t>
            </w:r>
          </w:p>
        </w:tc>
        <w:tc>
          <w:tcPr>
            <w:tcW w:w="0" w:type="auto"/>
          </w:tcPr>
          <w:p w14:paraId="327A9D54" w14:textId="77777777" w:rsidR="007A5E59" w:rsidRPr="00794D67" w:rsidRDefault="0095198F">
            <w:pPr>
              <w:rPr>
                <w:lang w:val="ru-RU"/>
              </w:rPr>
            </w:pPr>
            <w:r w:rsidRPr="00794D67">
              <w:rPr>
                <w:lang w:val="ru-RU"/>
              </w:rPr>
              <w:t>Котельная «Производственно-отопительная УПК №2 ЦМК»</w:t>
            </w:r>
          </w:p>
        </w:tc>
        <w:tc>
          <w:tcPr>
            <w:tcW w:w="0" w:type="auto"/>
          </w:tcPr>
          <w:p w14:paraId="24F26F51"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03A53B10" w14:textId="77777777" w:rsidR="007A5E59" w:rsidRDefault="0095198F">
            <w:r>
              <w:t>ЕТО № 001 — ООО «ЮКЭК»</w:t>
            </w:r>
          </w:p>
        </w:tc>
      </w:tr>
      <w:tr w:rsidR="007A5E59" w14:paraId="322B5395" w14:textId="77777777">
        <w:trPr>
          <w:jc w:val="center"/>
        </w:trPr>
        <w:tc>
          <w:tcPr>
            <w:tcW w:w="0" w:type="auto"/>
          </w:tcPr>
          <w:p w14:paraId="0DC7B736" w14:textId="77777777" w:rsidR="007A5E59" w:rsidRDefault="0095198F">
            <w:pPr>
              <w:jc w:val="center"/>
            </w:pPr>
            <w:r>
              <w:t>3</w:t>
            </w:r>
          </w:p>
        </w:tc>
        <w:tc>
          <w:tcPr>
            <w:tcW w:w="0" w:type="auto"/>
          </w:tcPr>
          <w:p w14:paraId="41CC43B2" w14:textId="77777777" w:rsidR="007A5E59" w:rsidRPr="00794D67" w:rsidRDefault="0095198F">
            <w:pPr>
              <w:rPr>
                <w:lang w:val="ru-RU"/>
              </w:rPr>
            </w:pPr>
            <w:r w:rsidRPr="00794D67">
              <w:rPr>
                <w:lang w:val="ru-RU"/>
              </w:rPr>
              <w:t>Котельная «Производственно-отопительная УПК №2 Шалым»</w:t>
            </w:r>
          </w:p>
        </w:tc>
        <w:tc>
          <w:tcPr>
            <w:tcW w:w="0" w:type="auto"/>
          </w:tcPr>
          <w:p w14:paraId="544DDC87"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4A121137" w14:textId="77777777" w:rsidR="007A5E59" w:rsidRDefault="0095198F">
            <w:r>
              <w:t>ЕТО № 001 — ООО «ЮКЭК»</w:t>
            </w:r>
          </w:p>
        </w:tc>
      </w:tr>
      <w:tr w:rsidR="007A5E59" w14:paraId="65653FDB" w14:textId="77777777">
        <w:trPr>
          <w:jc w:val="center"/>
        </w:trPr>
        <w:tc>
          <w:tcPr>
            <w:tcW w:w="0" w:type="auto"/>
          </w:tcPr>
          <w:p w14:paraId="4332447C" w14:textId="77777777" w:rsidR="007A5E59" w:rsidRDefault="0095198F">
            <w:pPr>
              <w:jc w:val="center"/>
            </w:pPr>
            <w:r>
              <w:t>4</w:t>
            </w:r>
          </w:p>
        </w:tc>
        <w:tc>
          <w:tcPr>
            <w:tcW w:w="0" w:type="auto"/>
          </w:tcPr>
          <w:p w14:paraId="7A7A1C37" w14:textId="77777777" w:rsidR="007A5E59" w:rsidRPr="00794D67" w:rsidRDefault="0095198F">
            <w:pPr>
              <w:rPr>
                <w:lang w:val="ru-RU"/>
              </w:rPr>
            </w:pPr>
            <w:r w:rsidRPr="00794D67">
              <w:rPr>
                <w:lang w:val="ru-RU"/>
              </w:rPr>
              <w:t>Котельная «Производственно-отопительная УПК №9 ГРЭ»</w:t>
            </w:r>
          </w:p>
        </w:tc>
        <w:tc>
          <w:tcPr>
            <w:tcW w:w="0" w:type="auto"/>
          </w:tcPr>
          <w:p w14:paraId="39995BA6"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4B5DB7E9" w14:textId="77777777" w:rsidR="007A5E59" w:rsidRDefault="0095198F">
            <w:r>
              <w:t>ЕТО № 001 — ООО «ЮКЭК»</w:t>
            </w:r>
          </w:p>
        </w:tc>
      </w:tr>
      <w:tr w:rsidR="007A5E59" w14:paraId="7F8AED1D" w14:textId="77777777">
        <w:trPr>
          <w:jc w:val="center"/>
        </w:trPr>
        <w:tc>
          <w:tcPr>
            <w:tcW w:w="0" w:type="auto"/>
          </w:tcPr>
          <w:p w14:paraId="784FA912" w14:textId="77777777" w:rsidR="007A5E59" w:rsidRDefault="0095198F">
            <w:pPr>
              <w:jc w:val="center"/>
            </w:pPr>
            <w:r>
              <w:t>5</w:t>
            </w:r>
          </w:p>
        </w:tc>
        <w:tc>
          <w:tcPr>
            <w:tcW w:w="0" w:type="auto"/>
          </w:tcPr>
          <w:p w14:paraId="231602B0" w14:textId="77777777" w:rsidR="007A5E59" w:rsidRPr="00794D67" w:rsidRDefault="0095198F">
            <w:pPr>
              <w:rPr>
                <w:lang w:val="ru-RU"/>
              </w:rPr>
            </w:pPr>
            <w:r w:rsidRPr="00794D67">
              <w:rPr>
                <w:lang w:val="ru-RU"/>
              </w:rPr>
              <w:t>Котельная «Производственно-отопительная УПК №3 Спасск»</w:t>
            </w:r>
          </w:p>
        </w:tc>
        <w:tc>
          <w:tcPr>
            <w:tcW w:w="0" w:type="auto"/>
          </w:tcPr>
          <w:p w14:paraId="1E71EA30"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1331FB86" w14:textId="77777777" w:rsidR="007A5E59" w:rsidRDefault="0095198F">
            <w:r>
              <w:t>ЕТО № 001 — ООО «ЮКЭК»</w:t>
            </w:r>
          </w:p>
        </w:tc>
      </w:tr>
      <w:tr w:rsidR="007A5E59" w14:paraId="3E2D1F93" w14:textId="77777777">
        <w:trPr>
          <w:jc w:val="center"/>
        </w:trPr>
        <w:tc>
          <w:tcPr>
            <w:tcW w:w="0" w:type="auto"/>
          </w:tcPr>
          <w:p w14:paraId="0FB75C89" w14:textId="77777777" w:rsidR="007A5E59" w:rsidRDefault="0095198F">
            <w:pPr>
              <w:jc w:val="center"/>
            </w:pPr>
            <w:r>
              <w:t>6</w:t>
            </w:r>
          </w:p>
        </w:tc>
        <w:tc>
          <w:tcPr>
            <w:tcW w:w="0" w:type="auto"/>
          </w:tcPr>
          <w:p w14:paraId="0865B5EF" w14:textId="77777777" w:rsidR="007A5E59" w:rsidRPr="00794D67" w:rsidRDefault="0095198F">
            <w:pPr>
              <w:rPr>
                <w:lang w:val="ru-RU"/>
              </w:rPr>
            </w:pPr>
            <w:r w:rsidRPr="00794D67">
              <w:rPr>
                <w:lang w:val="ru-RU"/>
              </w:rPr>
              <w:t>Котельная «Производственно-отопительная УПК №5 Новый Шерегеш»</w:t>
            </w:r>
          </w:p>
        </w:tc>
        <w:tc>
          <w:tcPr>
            <w:tcW w:w="0" w:type="auto"/>
          </w:tcPr>
          <w:p w14:paraId="41015436"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6B0872E8" w14:textId="77777777" w:rsidR="007A5E59" w:rsidRDefault="0095198F">
            <w:r>
              <w:t>ЕТО № 001 — ООО «ЮКЭК»</w:t>
            </w:r>
          </w:p>
        </w:tc>
      </w:tr>
      <w:tr w:rsidR="007A5E59" w14:paraId="681D0B6B" w14:textId="77777777">
        <w:trPr>
          <w:jc w:val="center"/>
        </w:trPr>
        <w:tc>
          <w:tcPr>
            <w:tcW w:w="0" w:type="auto"/>
          </w:tcPr>
          <w:p w14:paraId="64211674" w14:textId="77777777" w:rsidR="007A5E59" w:rsidRDefault="0095198F">
            <w:pPr>
              <w:jc w:val="center"/>
            </w:pPr>
            <w:r>
              <w:t>7</w:t>
            </w:r>
          </w:p>
        </w:tc>
        <w:tc>
          <w:tcPr>
            <w:tcW w:w="0" w:type="auto"/>
          </w:tcPr>
          <w:p w14:paraId="646747FD" w14:textId="77777777" w:rsidR="007A5E59" w:rsidRPr="00794D67" w:rsidRDefault="0095198F">
            <w:pPr>
              <w:rPr>
                <w:lang w:val="ru-RU"/>
              </w:rPr>
            </w:pPr>
            <w:r w:rsidRPr="00794D67">
              <w:rPr>
                <w:lang w:val="ru-RU"/>
              </w:rPr>
              <w:t>Котельная «Производственно-отопительная УПК №6 Старый Шерегеш»</w:t>
            </w:r>
          </w:p>
        </w:tc>
        <w:tc>
          <w:tcPr>
            <w:tcW w:w="0" w:type="auto"/>
          </w:tcPr>
          <w:p w14:paraId="6941ABAB"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1763BB81" w14:textId="77777777" w:rsidR="007A5E59" w:rsidRDefault="0095198F">
            <w:r>
              <w:t>ЕТО № 001 — ООО «ЮКЭК»</w:t>
            </w:r>
          </w:p>
        </w:tc>
      </w:tr>
      <w:tr w:rsidR="007A5E59" w14:paraId="0500DF7A" w14:textId="77777777">
        <w:trPr>
          <w:jc w:val="center"/>
        </w:trPr>
        <w:tc>
          <w:tcPr>
            <w:tcW w:w="0" w:type="auto"/>
          </w:tcPr>
          <w:p w14:paraId="3D4BF39E" w14:textId="77777777" w:rsidR="007A5E59" w:rsidRDefault="0095198F">
            <w:pPr>
              <w:jc w:val="center"/>
            </w:pPr>
            <w:r>
              <w:t>8</w:t>
            </w:r>
          </w:p>
        </w:tc>
        <w:tc>
          <w:tcPr>
            <w:tcW w:w="0" w:type="auto"/>
          </w:tcPr>
          <w:p w14:paraId="25CDD5E2" w14:textId="77777777" w:rsidR="007A5E59" w:rsidRPr="00794D67" w:rsidRDefault="0095198F">
            <w:pPr>
              <w:rPr>
                <w:lang w:val="ru-RU"/>
              </w:rPr>
            </w:pPr>
            <w:r w:rsidRPr="00794D67">
              <w:rPr>
                <w:lang w:val="ru-RU"/>
              </w:rPr>
              <w:t>Котельная «Производственно-отопительная УПК №7 Каз»</w:t>
            </w:r>
          </w:p>
        </w:tc>
        <w:tc>
          <w:tcPr>
            <w:tcW w:w="0" w:type="auto"/>
          </w:tcPr>
          <w:p w14:paraId="6492FEA4"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763FB49D" w14:textId="77777777" w:rsidR="007A5E59" w:rsidRDefault="0095198F">
            <w:r>
              <w:t>ЕТО № 001 — ООО «ЮКЭК»</w:t>
            </w:r>
          </w:p>
        </w:tc>
      </w:tr>
      <w:tr w:rsidR="007A5E59" w14:paraId="32F72EE8" w14:textId="77777777">
        <w:trPr>
          <w:jc w:val="center"/>
        </w:trPr>
        <w:tc>
          <w:tcPr>
            <w:tcW w:w="0" w:type="auto"/>
          </w:tcPr>
          <w:p w14:paraId="0D8A094A" w14:textId="77777777" w:rsidR="007A5E59" w:rsidRDefault="0095198F">
            <w:pPr>
              <w:jc w:val="center"/>
            </w:pPr>
            <w:r>
              <w:t>9</w:t>
            </w:r>
          </w:p>
        </w:tc>
        <w:tc>
          <w:tcPr>
            <w:tcW w:w="0" w:type="auto"/>
          </w:tcPr>
          <w:p w14:paraId="039317AE" w14:textId="77777777" w:rsidR="007A5E59" w:rsidRPr="00794D67" w:rsidRDefault="0095198F">
            <w:pPr>
              <w:rPr>
                <w:lang w:val="ru-RU"/>
              </w:rPr>
            </w:pPr>
            <w:r w:rsidRPr="00794D67">
              <w:rPr>
                <w:lang w:val="ru-RU"/>
              </w:rPr>
              <w:t>Котельная «Производственно-отопительная УПК №8 Мундыбаш»</w:t>
            </w:r>
          </w:p>
        </w:tc>
        <w:tc>
          <w:tcPr>
            <w:tcW w:w="0" w:type="auto"/>
          </w:tcPr>
          <w:p w14:paraId="3D001FBD"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48CE71F9" w14:textId="77777777" w:rsidR="007A5E59" w:rsidRDefault="0095198F">
            <w:r>
              <w:t>ЕТО № 001 — ООО «ЮКЭК»</w:t>
            </w:r>
          </w:p>
        </w:tc>
      </w:tr>
      <w:tr w:rsidR="007A5E59" w14:paraId="4DC0B0D8" w14:textId="77777777">
        <w:trPr>
          <w:jc w:val="center"/>
        </w:trPr>
        <w:tc>
          <w:tcPr>
            <w:tcW w:w="0" w:type="auto"/>
          </w:tcPr>
          <w:p w14:paraId="4FCF3EC4" w14:textId="77777777" w:rsidR="007A5E59" w:rsidRDefault="0095198F">
            <w:pPr>
              <w:jc w:val="center"/>
            </w:pPr>
            <w:r>
              <w:t>10</w:t>
            </w:r>
          </w:p>
        </w:tc>
        <w:tc>
          <w:tcPr>
            <w:tcW w:w="0" w:type="auto"/>
          </w:tcPr>
          <w:p w14:paraId="5CA7BFCA" w14:textId="77777777" w:rsidR="007A5E59" w:rsidRPr="00794D67" w:rsidRDefault="0095198F">
            <w:pPr>
              <w:rPr>
                <w:lang w:val="ru-RU"/>
              </w:rPr>
            </w:pPr>
            <w:r w:rsidRPr="00794D67">
              <w:rPr>
                <w:lang w:val="ru-RU"/>
              </w:rPr>
              <w:t>Котельная «Производственно-отопительная УПК №10 Темир-Тау»</w:t>
            </w:r>
          </w:p>
        </w:tc>
        <w:tc>
          <w:tcPr>
            <w:tcW w:w="0" w:type="auto"/>
          </w:tcPr>
          <w:p w14:paraId="2A759960"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7C89CE6A" w14:textId="77777777" w:rsidR="007A5E59" w:rsidRDefault="0095198F">
            <w:r>
              <w:t>ЕТО № 001 — ООО «ЮКЭК»</w:t>
            </w:r>
          </w:p>
        </w:tc>
      </w:tr>
    </w:tbl>
    <w:p w14:paraId="744D1D84" w14:textId="77777777" w:rsidR="007A5E59" w:rsidRPr="00794D67" w:rsidRDefault="0095198F">
      <w:pPr>
        <w:spacing w:after="0"/>
        <w:ind w:firstLine="709"/>
        <w:jc w:val="both"/>
        <w:rPr>
          <w:lang w:val="ru-RU"/>
        </w:rPr>
      </w:pPr>
      <w:r w:rsidRPr="00794D67">
        <w:rPr>
          <w:lang w:val="ru-RU"/>
        </w:rPr>
        <w:t xml:space="preserve">1. Единой теплоснабжающей организацией является ООО «ЮКЭК» (Южно-Кузбасская энергетическая компания), ИНН 4228010684. Тарифно-балансовая модель сформирована в целом по Таштагольскому муниципальному округу, поэтому к организационному контуру ЕТО № 001 отнесены все десять действующих источников. </w:t>
      </w:r>
      <w:r w:rsidRPr="00312815">
        <w:rPr>
          <w:lang w:val="ru-RU"/>
        </w:rPr>
        <w:t xml:space="preserve">Котельные УПК № 4 «Калинина», УПК № 11 (пгт Мундыбаш, ул. Вокзальная) и УПК № 12 (пгт Мундыбаш, ул. </w:t>
      </w:r>
      <w:r w:rsidRPr="00794D67">
        <w:rPr>
          <w:lang w:val="ru-RU"/>
        </w:rPr>
        <w:t>Школьная) выведены из эксплуатации и в реестр не включены. Единая теплоснабжающая организация определена постановлением администрации Таштагольского муниципального района от 25.09.2020 № 1114-п по услугам горячего водоснабжения и отопления; постановление вступило в силу с 01.10.2020.</w:t>
      </w:r>
    </w:p>
    <w:p w14:paraId="4D7242FE" w14:textId="77777777" w:rsidR="007A5E59" w:rsidRPr="00794D67" w:rsidRDefault="007A5E59">
      <w:pPr>
        <w:rPr>
          <w:lang w:val="ru-RU"/>
        </w:rPr>
      </w:pPr>
    </w:p>
    <w:p w14:paraId="3380F5CC" w14:textId="77777777" w:rsidR="007A5E59" w:rsidRDefault="0095198F">
      <w:r>
        <w:rPr>
          <w:b/>
        </w:rPr>
        <w:t>Таблица 15.2 — Реестр систем теплоснабжения</w:t>
      </w:r>
    </w:p>
    <w:tbl>
      <w:tblPr>
        <w:tblStyle w:val="aff0"/>
        <w:tblW w:w="5000" w:type="pct"/>
        <w:jc w:val="center"/>
        <w:tblCellMar>
          <w:left w:w="57" w:type="dxa"/>
          <w:right w:w="57" w:type="dxa"/>
        </w:tblCellMar>
        <w:tblLook w:val="04A0" w:firstRow="1" w:lastRow="0" w:firstColumn="1" w:lastColumn="0" w:noHBand="0" w:noVBand="1"/>
      </w:tblPr>
      <w:tblGrid>
        <w:gridCol w:w="455"/>
        <w:gridCol w:w="3276"/>
        <w:gridCol w:w="2722"/>
        <w:gridCol w:w="2892"/>
      </w:tblGrid>
      <w:tr w:rsidR="007A5E59" w14:paraId="487687AA" w14:textId="77777777">
        <w:trPr>
          <w:cantSplit/>
          <w:tblHeader/>
          <w:jc w:val="center"/>
        </w:trPr>
        <w:tc>
          <w:tcPr>
            <w:tcW w:w="0" w:type="auto"/>
            <w:shd w:val="clear" w:color="auto" w:fill="E2F0D9"/>
            <w:vAlign w:val="center"/>
          </w:tcPr>
          <w:p w14:paraId="75625FAF" w14:textId="77777777" w:rsidR="007A5E59" w:rsidRDefault="0095198F">
            <w:pPr>
              <w:jc w:val="center"/>
            </w:pPr>
            <w:r>
              <w:rPr>
                <w:b/>
              </w:rPr>
              <w:t>№ пп</w:t>
            </w:r>
          </w:p>
        </w:tc>
        <w:tc>
          <w:tcPr>
            <w:tcW w:w="0" w:type="auto"/>
            <w:shd w:val="clear" w:color="auto" w:fill="E2F0D9"/>
            <w:vAlign w:val="center"/>
          </w:tcPr>
          <w:p w14:paraId="59FDAED7" w14:textId="77777777" w:rsidR="007A5E59" w:rsidRDefault="0095198F">
            <w:pPr>
              <w:jc w:val="center"/>
            </w:pPr>
            <w:r>
              <w:rPr>
                <w:b/>
              </w:rPr>
              <w:t>Источник</w:t>
            </w:r>
          </w:p>
        </w:tc>
        <w:tc>
          <w:tcPr>
            <w:tcW w:w="0" w:type="auto"/>
            <w:shd w:val="clear" w:color="auto" w:fill="E2F0D9"/>
            <w:vAlign w:val="center"/>
          </w:tcPr>
          <w:p w14:paraId="74294817" w14:textId="77777777" w:rsidR="007A5E59" w:rsidRDefault="0095198F">
            <w:pPr>
              <w:jc w:val="center"/>
            </w:pPr>
            <w:r>
              <w:rPr>
                <w:b/>
              </w:rPr>
              <w:t>Наименование предприятия</w:t>
            </w:r>
          </w:p>
        </w:tc>
        <w:tc>
          <w:tcPr>
            <w:tcW w:w="0" w:type="auto"/>
            <w:shd w:val="clear" w:color="auto" w:fill="E2F0D9"/>
            <w:vAlign w:val="center"/>
          </w:tcPr>
          <w:p w14:paraId="6EBFA053" w14:textId="77777777" w:rsidR="007A5E59" w:rsidRDefault="0095198F">
            <w:pPr>
              <w:jc w:val="center"/>
            </w:pPr>
            <w:r>
              <w:rPr>
                <w:b/>
              </w:rPr>
              <w:t>Адрес источника</w:t>
            </w:r>
          </w:p>
        </w:tc>
      </w:tr>
      <w:tr w:rsidR="007A5E59" w14:paraId="7646F378" w14:textId="77777777">
        <w:trPr>
          <w:cantSplit/>
          <w:tblHeader/>
          <w:jc w:val="center"/>
        </w:trPr>
        <w:tc>
          <w:tcPr>
            <w:tcW w:w="0" w:type="auto"/>
            <w:shd w:val="clear" w:color="auto" w:fill="F2F2F2"/>
            <w:vAlign w:val="center"/>
          </w:tcPr>
          <w:p w14:paraId="063F53D0" w14:textId="77777777" w:rsidR="007A5E59" w:rsidRDefault="0095198F">
            <w:pPr>
              <w:jc w:val="center"/>
            </w:pPr>
            <w:r>
              <w:t>1</w:t>
            </w:r>
          </w:p>
        </w:tc>
        <w:tc>
          <w:tcPr>
            <w:tcW w:w="0" w:type="auto"/>
            <w:shd w:val="clear" w:color="auto" w:fill="F2F2F2"/>
            <w:vAlign w:val="center"/>
          </w:tcPr>
          <w:p w14:paraId="467EF7E0" w14:textId="77777777" w:rsidR="007A5E59" w:rsidRDefault="0095198F">
            <w:pPr>
              <w:jc w:val="center"/>
            </w:pPr>
            <w:r>
              <w:t>2</w:t>
            </w:r>
          </w:p>
        </w:tc>
        <w:tc>
          <w:tcPr>
            <w:tcW w:w="0" w:type="auto"/>
            <w:shd w:val="clear" w:color="auto" w:fill="F2F2F2"/>
            <w:vAlign w:val="center"/>
          </w:tcPr>
          <w:p w14:paraId="0FF837C0" w14:textId="77777777" w:rsidR="007A5E59" w:rsidRDefault="0095198F">
            <w:pPr>
              <w:jc w:val="center"/>
            </w:pPr>
            <w:r>
              <w:t>3</w:t>
            </w:r>
          </w:p>
        </w:tc>
        <w:tc>
          <w:tcPr>
            <w:tcW w:w="0" w:type="auto"/>
            <w:shd w:val="clear" w:color="auto" w:fill="F2F2F2"/>
            <w:vAlign w:val="center"/>
          </w:tcPr>
          <w:p w14:paraId="407F7F64" w14:textId="77777777" w:rsidR="007A5E59" w:rsidRDefault="0095198F">
            <w:pPr>
              <w:jc w:val="center"/>
            </w:pPr>
            <w:r>
              <w:t>4</w:t>
            </w:r>
          </w:p>
        </w:tc>
      </w:tr>
      <w:tr w:rsidR="007A5E59" w:rsidRPr="00312815" w14:paraId="4A82F955" w14:textId="77777777">
        <w:trPr>
          <w:jc w:val="center"/>
        </w:trPr>
        <w:tc>
          <w:tcPr>
            <w:tcW w:w="0" w:type="auto"/>
          </w:tcPr>
          <w:p w14:paraId="1AF74220" w14:textId="77777777" w:rsidR="007A5E59" w:rsidRDefault="0095198F">
            <w:pPr>
              <w:jc w:val="center"/>
            </w:pPr>
            <w:r>
              <w:t>1</w:t>
            </w:r>
          </w:p>
        </w:tc>
        <w:tc>
          <w:tcPr>
            <w:tcW w:w="0" w:type="auto"/>
          </w:tcPr>
          <w:p w14:paraId="1AB07F19" w14:textId="77777777" w:rsidR="007A5E59" w:rsidRDefault="0095198F">
            <w:r>
              <w:t>Котельная «Производственно-отопительная УПК №1»</w:t>
            </w:r>
          </w:p>
        </w:tc>
        <w:tc>
          <w:tcPr>
            <w:tcW w:w="0" w:type="auto"/>
          </w:tcPr>
          <w:p w14:paraId="0008A1C6"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6632EB8A" w14:textId="77777777" w:rsidR="007A5E59" w:rsidRPr="00312815" w:rsidRDefault="0095198F">
            <w:pPr>
              <w:rPr>
                <w:lang w:val="ru-RU"/>
              </w:rPr>
            </w:pPr>
            <w:r w:rsidRPr="00312815">
              <w:rPr>
                <w:lang w:val="ru-RU"/>
              </w:rPr>
              <w:t>г. Таштагол, ул. Мира, 30а</w:t>
            </w:r>
          </w:p>
        </w:tc>
      </w:tr>
      <w:tr w:rsidR="007A5E59" w:rsidRPr="00312815" w14:paraId="309FCAC3" w14:textId="77777777">
        <w:trPr>
          <w:jc w:val="center"/>
        </w:trPr>
        <w:tc>
          <w:tcPr>
            <w:tcW w:w="0" w:type="auto"/>
          </w:tcPr>
          <w:p w14:paraId="1DA3FE15" w14:textId="77777777" w:rsidR="007A5E59" w:rsidRDefault="0095198F">
            <w:pPr>
              <w:jc w:val="center"/>
            </w:pPr>
            <w:r>
              <w:t>2</w:t>
            </w:r>
          </w:p>
        </w:tc>
        <w:tc>
          <w:tcPr>
            <w:tcW w:w="0" w:type="auto"/>
          </w:tcPr>
          <w:p w14:paraId="37573B0E" w14:textId="77777777" w:rsidR="007A5E59" w:rsidRPr="00794D67" w:rsidRDefault="0095198F">
            <w:pPr>
              <w:rPr>
                <w:lang w:val="ru-RU"/>
              </w:rPr>
            </w:pPr>
            <w:r w:rsidRPr="00794D67">
              <w:rPr>
                <w:lang w:val="ru-RU"/>
              </w:rPr>
              <w:t>Котельная «Производственно-отопительная УПК №2 ЦМК»</w:t>
            </w:r>
          </w:p>
        </w:tc>
        <w:tc>
          <w:tcPr>
            <w:tcW w:w="0" w:type="auto"/>
          </w:tcPr>
          <w:p w14:paraId="2881503E"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03F0314B" w14:textId="77777777" w:rsidR="007A5E59" w:rsidRPr="00312815" w:rsidRDefault="0095198F">
            <w:pPr>
              <w:rPr>
                <w:lang w:val="ru-RU"/>
              </w:rPr>
            </w:pPr>
            <w:r w:rsidRPr="00312815">
              <w:rPr>
                <w:lang w:val="ru-RU"/>
              </w:rPr>
              <w:t>г. Таштагол, ул. Советская, 2а</w:t>
            </w:r>
          </w:p>
        </w:tc>
      </w:tr>
      <w:tr w:rsidR="007A5E59" w14:paraId="411858E3" w14:textId="77777777">
        <w:trPr>
          <w:jc w:val="center"/>
        </w:trPr>
        <w:tc>
          <w:tcPr>
            <w:tcW w:w="0" w:type="auto"/>
          </w:tcPr>
          <w:p w14:paraId="7D325D5F" w14:textId="77777777" w:rsidR="007A5E59" w:rsidRDefault="0095198F">
            <w:pPr>
              <w:jc w:val="center"/>
            </w:pPr>
            <w:r>
              <w:t>3</w:t>
            </w:r>
          </w:p>
        </w:tc>
        <w:tc>
          <w:tcPr>
            <w:tcW w:w="0" w:type="auto"/>
          </w:tcPr>
          <w:p w14:paraId="1035111B" w14:textId="77777777" w:rsidR="007A5E59" w:rsidRPr="00794D67" w:rsidRDefault="0095198F">
            <w:pPr>
              <w:rPr>
                <w:lang w:val="ru-RU"/>
              </w:rPr>
            </w:pPr>
            <w:r w:rsidRPr="00794D67">
              <w:rPr>
                <w:lang w:val="ru-RU"/>
              </w:rPr>
              <w:t>Котельная «Производственно-отопительная УПК №2 Шалым»</w:t>
            </w:r>
          </w:p>
        </w:tc>
        <w:tc>
          <w:tcPr>
            <w:tcW w:w="0" w:type="auto"/>
          </w:tcPr>
          <w:p w14:paraId="5EDDFB91"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0508E3D0" w14:textId="77777777" w:rsidR="007A5E59" w:rsidRDefault="0095198F">
            <w:r>
              <w:t>г. Таштагол, ул. Кислородная, 2</w:t>
            </w:r>
          </w:p>
        </w:tc>
      </w:tr>
      <w:tr w:rsidR="007A5E59" w14:paraId="440CE2C8" w14:textId="77777777">
        <w:trPr>
          <w:jc w:val="center"/>
        </w:trPr>
        <w:tc>
          <w:tcPr>
            <w:tcW w:w="0" w:type="auto"/>
          </w:tcPr>
          <w:p w14:paraId="5E16CA64" w14:textId="77777777" w:rsidR="007A5E59" w:rsidRDefault="0095198F">
            <w:pPr>
              <w:jc w:val="center"/>
            </w:pPr>
            <w:r>
              <w:t>4</w:t>
            </w:r>
          </w:p>
        </w:tc>
        <w:tc>
          <w:tcPr>
            <w:tcW w:w="0" w:type="auto"/>
          </w:tcPr>
          <w:p w14:paraId="2B5F3492" w14:textId="77777777" w:rsidR="007A5E59" w:rsidRPr="00794D67" w:rsidRDefault="0095198F">
            <w:pPr>
              <w:rPr>
                <w:lang w:val="ru-RU"/>
              </w:rPr>
            </w:pPr>
            <w:r w:rsidRPr="00794D67">
              <w:rPr>
                <w:lang w:val="ru-RU"/>
              </w:rPr>
              <w:t>Котельная «Производственно-отопительная УПК №9 ГРЭ»</w:t>
            </w:r>
          </w:p>
        </w:tc>
        <w:tc>
          <w:tcPr>
            <w:tcW w:w="0" w:type="auto"/>
          </w:tcPr>
          <w:p w14:paraId="7E70A17F"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41F08AE2" w14:textId="77777777" w:rsidR="007A5E59" w:rsidRDefault="0095198F">
            <w:r>
              <w:t>г. Таштагол, ул. Геологическая, 68</w:t>
            </w:r>
          </w:p>
        </w:tc>
      </w:tr>
      <w:tr w:rsidR="007A5E59" w14:paraId="7F3F8C13" w14:textId="77777777">
        <w:trPr>
          <w:jc w:val="center"/>
        </w:trPr>
        <w:tc>
          <w:tcPr>
            <w:tcW w:w="0" w:type="auto"/>
          </w:tcPr>
          <w:p w14:paraId="3D64F4F6" w14:textId="77777777" w:rsidR="007A5E59" w:rsidRDefault="0095198F">
            <w:pPr>
              <w:jc w:val="center"/>
            </w:pPr>
            <w:r>
              <w:t>5</w:t>
            </w:r>
          </w:p>
        </w:tc>
        <w:tc>
          <w:tcPr>
            <w:tcW w:w="0" w:type="auto"/>
          </w:tcPr>
          <w:p w14:paraId="65166731" w14:textId="77777777" w:rsidR="007A5E59" w:rsidRPr="00794D67" w:rsidRDefault="0095198F">
            <w:pPr>
              <w:rPr>
                <w:lang w:val="ru-RU"/>
              </w:rPr>
            </w:pPr>
            <w:r w:rsidRPr="00794D67">
              <w:rPr>
                <w:lang w:val="ru-RU"/>
              </w:rPr>
              <w:t>Котельная «Производственно-отопительная УПК №3 Спасск»</w:t>
            </w:r>
          </w:p>
        </w:tc>
        <w:tc>
          <w:tcPr>
            <w:tcW w:w="0" w:type="auto"/>
          </w:tcPr>
          <w:p w14:paraId="2781BD3C"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374578FE" w14:textId="77777777" w:rsidR="007A5E59" w:rsidRDefault="0095198F">
            <w:r>
              <w:t>пгт Спасск, ул. Набережная, 15</w:t>
            </w:r>
          </w:p>
        </w:tc>
      </w:tr>
      <w:tr w:rsidR="007A5E59" w14:paraId="3BD7C89D" w14:textId="77777777">
        <w:trPr>
          <w:jc w:val="center"/>
        </w:trPr>
        <w:tc>
          <w:tcPr>
            <w:tcW w:w="0" w:type="auto"/>
          </w:tcPr>
          <w:p w14:paraId="43EDB302" w14:textId="77777777" w:rsidR="007A5E59" w:rsidRDefault="0095198F">
            <w:pPr>
              <w:jc w:val="center"/>
            </w:pPr>
            <w:r>
              <w:t>6</w:t>
            </w:r>
          </w:p>
        </w:tc>
        <w:tc>
          <w:tcPr>
            <w:tcW w:w="0" w:type="auto"/>
          </w:tcPr>
          <w:p w14:paraId="10F9222E" w14:textId="77777777" w:rsidR="007A5E59" w:rsidRPr="00794D67" w:rsidRDefault="0095198F">
            <w:pPr>
              <w:rPr>
                <w:lang w:val="ru-RU"/>
              </w:rPr>
            </w:pPr>
            <w:r w:rsidRPr="00794D67">
              <w:rPr>
                <w:lang w:val="ru-RU"/>
              </w:rPr>
              <w:t>Котельная «Производственно-отопительная УПК №5 Новый Шерегеш»</w:t>
            </w:r>
          </w:p>
        </w:tc>
        <w:tc>
          <w:tcPr>
            <w:tcW w:w="0" w:type="auto"/>
          </w:tcPr>
          <w:p w14:paraId="40A0F901"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7A7D8156" w14:textId="77777777" w:rsidR="007A5E59" w:rsidRDefault="0095198F">
            <w:r w:rsidRPr="00794D67">
              <w:rPr>
                <w:lang w:val="ru-RU"/>
              </w:rPr>
              <w:t xml:space="preserve">пгт Шерегеш (Новый Шерегеш), ул. </w:t>
            </w:r>
            <w:r>
              <w:t>Гагарина, сооружение 1 В/1</w:t>
            </w:r>
          </w:p>
        </w:tc>
      </w:tr>
      <w:tr w:rsidR="007A5E59" w14:paraId="48735358" w14:textId="77777777">
        <w:trPr>
          <w:jc w:val="center"/>
        </w:trPr>
        <w:tc>
          <w:tcPr>
            <w:tcW w:w="0" w:type="auto"/>
          </w:tcPr>
          <w:p w14:paraId="6037F8FD" w14:textId="77777777" w:rsidR="007A5E59" w:rsidRDefault="0095198F">
            <w:pPr>
              <w:jc w:val="center"/>
            </w:pPr>
            <w:r>
              <w:t>7</w:t>
            </w:r>
          </w:p>
        </w:tc>
        <w:tc>
          <w:tcPr>
            <w:tcW w:w="0" w:type="auto"/>
          </w:tcPr>
          <w:p w14:paraId="5E57E676" w14:textId="77777777" w:rsidR="007A5E59" w:rsidRPr="00794D67" w:rsidRDefault="0095198F">
            <w:pPr>
              <w:rPr>
                <w:lang w:val="ru-RU"/>
              </w:rPr>
            </w:pPr>
            <w:r w:rsidRPr="00794D67">
              <w:rPr>
                <w:lang w:val="ru-RU"/>
              </w:rPr>
              <w:t>Котельная «Производственно-отопительная УПК №6 Старый Шерегеш»</w:t>
            </w:r>
          </w:p>
        </w:tc>
        <w:tc>
          <w:tcPr>
            <w:tcW w:w="0" w:type="auto"/>
          </w:tcPr>
          <w:p w14:paraId="6D3133ED"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13A1FCFE" w14:textId="77777777" w:rsidR="007A5E59" w:rsidRDefault="0095198F">
            <w:r w:rsidRPr="00794D67">
              <w:rPr>
                <w:lang w:val="ru-RU"/>
              </w:rPr>
              <w:t xml:space="preserve">пгт Шерегеш (Старый Шерегеш), ул. </w:t>
            </w:r>
            <w:r>
              <w:t>Кирова, земельный участок № 1Г</w:t>
            </w:r>
          </w:p>
        </w:tc>
      </w:tr>
      <w:tr w:rsidR="007A5E59" w14:paraId="265A5544" w14:textId="77777777">
        <w:trPr>
          <w:jc w:val="center"/>
        </w:trPr>
        <w:tc>
          <w:tcPr>
            <w:tcW w:w="0" w:type="auto"/>
          </w:tcPr>
          <w:p w14:paraId="0B514438" w14:textId="77777777" w:rsidR="007A5E59" w:rsidRDefault="0095198F">
            <w:pPr>
              <w:jc w:val="center"/>
            </w:pPr>
            <w:r>
              <w:t>8</w:t>
            </w:r>
          </w:p>
        </w:tc>
        <w:tc>
          <w:tcPr>
            <w:tcW w:w="0" w:type="auto"/>
          </w:tcPr>
          <w:p w14:paraId="47B2C560" w14:textId="77777777" w:rsidR="007A5E59" w:rsidRPr="00794D67" w:rsidRDefault="0095198F">
            <w:pPr>
              <w:rPr>
                <w:lang w:val="ru-RU"/>
              </w:rPr>
            </w:pPr>
            <w:r w:rsidRPr="00794D67">
              <w:rPr>
                <w:lang w:val="ru-RU"/>
              </w:rPr>
              <w:t>Котельная «Производственно-отопительная УПК №7 Каз»</w:t>
            </w:r>
          </w:p>
        </w:tc>
        <w:tc>
          <w:tcPr>
            <w:tcW w:w="0" w:type="auto"/>
          </w:tcPr>
          <w:p w14:paraId="304AD416"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41B70C29" w14:textId="77777777" w:rsidR="007A5E59" w:rsidRDefault="0095198F">
            <w:r>
              <w:t>пгт Каз, ул. Фабричная, 2</w:t>
            </w:r>
          </w:p>
        </w:tc>
      </w:tr>
      <w:tr w:rsidR="007A5E59" w14:paraId="7C42F0E1" w14:textId="77777777">
        <w:trPr>
          <w:jc w:val="center"/>
        </w:trPr>
        <w:tc>
          <w:tcPr>
            <w:tcW w:w="0" w:type="auto"/>
          </w:tcPr>
          <w:p w14:paraId="7285D968" w14:textId="77777777" w:rsidR="007A5E59" w:rsidRDefault="0095198F">
            <w:pPr>
              <w:jc w:val="center"/>
            </w:pPr>
            <w:r>
              <w:t>9</w:t>
            </w:r>
          </w:p>
        </w:tc>
        <w:tc>
          <w:tcPr>
            <w:tcW w:w="0" w:type="auto"/>
          </w:tcPr>
          <w:p w14:paraId="13F26478" w14:textId="77777777" w:rsidR="007A5E59" w:rsidRPr="00794D67" w:rsidRDefault="0095198F">
            <w:pPr>
              <w:rPr>
                <w:lang w:val="ru-RU"/>
              </w:rPr>
            </w:pPr>
            <w:r w:rsidRPr="00794D67">
              <w:rPr>
                <w:lang w:val="ru-RU"/>
              </w:rPr>
              <w:t>Котельная «Производственно-отопительная УПК №8 Мундыбаш»</w:t>
            </w:r>
          </w:p>
        </w:tc>
        <w:tc>
          <w:tcPr>
            <w:tcW w:w="0" w:type="auto"/>
          </w:tcPr>
          <w:p w14:paraId="55050278"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3C3C9C3F" w14:textId="77777777" w:rsidR="007A5E59" w:rsidRDefault="0095198F">
            <w:r>
              <w:t>пгт Мундыбаш, ул. Октябрьская, 33</w:t>
            </w:r>
          </w:p>
        </w:tc>
      </w:tr>
      <w:tr w:rsidR="007A5E59" w14:paraId="71D4543C" w14:textId="77777777">
        <w:trPr>
          <w:jc w:val="center"/>
        </w:trPr>
        <w:tc>
          <w:tcPr>
            <w:tcW w:w="0" w:type="auto"/>
          </w:tcPr>
          <w:p w14:paraId="2F1FD955" w14:textId="77777777" w:rsidR="007A5E59" w:rsidRDefault="0095198F">
            <w:pPr>
              <w:jc w:val="center"/>
            </w:pPr>
            <w:r>
              <w:t>10</w:t>
            </w:r>
          </w:p>
        </w:tc>
        <w:tc>
          <w:tcPr>
            <w:tcW w:w="0" w:type="auto"/>
          </w:tcPr>
          <w:p w14:paraId="73E15370" w14:textId="77777777" w:rsidR="007A5E59" w:rsidRPr="00794D67" w:rsidRDefault="0095198F">
            <w:pPr>
              <w:rPr>
                <w:lang w:val="ru-RU"/>
              </w:rPr>
            </w:pPr>
            <w:r w:rsidRPr="00794D67">
              <w:rPr>
                <w:lang w:val="ru-RU"/>
              </w:rPr>
              <w:t>Котельная «Производственно-отопительная УПК №10 Темир-Тау»</w:t>
            </w:r>
          </w:p>
        </w:tc>
        <w:tc>
          <w:tcPr>
            <w:tcW w:w="0" w:type="auto"/>
          </w:tcPr>
          <w:p w14:paraId="264AED6B" w14:textId="77777777" w:rsidR="007A5E59" w:rsidRPr="00794D67" w:rsidRDefault="0095198F">
            <w:pPr>
              <w:rPr>
                <w:lang w:val="ru-RU"/>
              </w:rPr>
            </w:pPr>
            <w:r w:rsidRPr="00794D67">
              <w:rPr>
                <w:lang w:val="ru-RU"/>
              </w:rPr>
              <w:t>ООО «ЮКЭК» (Южно-Кузбасская энергетическая компания)</w:t>
            </w:r>
          </w:p>
        </w:tc>
        <w:tc>
          <w:tcPr>
            <w:tcW w:w="0" w:type="auto"/>
          </w:tcPr>
          <w:p w14:paraId="2382F3EB" w14:textId="77777777" w:rsidR="007A5E59" w:rsidRDefault="0095198F">
            <w:r>
              <w:t>пгт Темиртау, ул. Центральная, 39</w:t>
            </w:r>
          </w:p>
        </w:tc>
      </w:tr>
    </w:tbl>
    <w:p w14:paraId="79B08824" w14:textId="77777777" w:rsidR="00312815" w:rsidRDefault="0095198F">
      <w:pPr>
        <w:spacing w:after="0"/>
        <w:ind w:firstLine="709"/>
        <w:jc w:val="both"/>
        <w:rPr>
          <w:lang w:val="ru-RU"/>
        </w:rPr>
      </w:pPr>
      <w:r w:rsidRPr="00794D67">
        <w:rPr>
          <w:lang w:val="ru-RU"/>
        </w:rPr>
        <w:t>1. Адреса котельных приведены по данным ООО «ЮКЭК», предоставленным Заказчиком по состоянию на 2026 год.</w:t>
      </w:r>
    </w:p>
    <w:p w14:paraId="0463C125" w14:textId="77777777" w:rsidR="007A5E59" w:rsidRPr="00C07C05" w:rsidRDefault="00312815">
      <w:pPr>
        <w:rPr>
          <w:lang w:val="ru-RU"/>
        </w:rPr>
      </w:pPr>
      <w:r>
        <w:rPr>
          <w:lang w:val="ru-RU"/>
        </w:rPr>
        <w:br w:type="page"/>
      </w:r>
    </w:p>
    <w:p w14:paraId="01F569DC" w14:textId="77777777" w:rsidR="007A5E59" w:rsidRPr="00344E69" w:rsidRDefault="0095198F">
      <w:pPr>
        <w:pStyle w:val="1"/>
        <w:spacing w:before="1200"/>
        <w:jc w:val="center"/>
        <w:rPr>
          <w:color w:val="4F81BD" w:themeColor="accent1"/>
          <w:lang w:val="ru-RU"/>
        </w:rPr>
      </w:pPr>
      <w:bookmarkStart w:id="104" w:name="_Toc238015695"/>
      <w:r w:rsidRPr="00344E69">
        <w:rPr>
          <w:color w:val="4F81BD" w:themeColor="accent1"/>
          <w:lang w:val="ru-RU"/>
        </w:rPr>
        <w:t>РАЗДЕЛ 16. РЕЕСТР МЕРОПРИЯТИЙ СХЕМЫ ТЕПЛОСНАБЖЕНИЯ</w:t>
      </w:r>
      <w:bookmarkEnd w:id="104"/>
    </w:p>
    <w:p w14:paraId="3EEABFFD" w14:textId="77777777" w:rsidR="007A5E59" w:rsidRPr="001F1187" w:rsidRDefault="0095198F">
      <w:pPr>
        <w:spacing w:before="1200"/>
        <w:jc w:val="center"/>
        <w:rPr>
          <w:lang w:val="ru-RU"/>
        </w:rPr>
      </w:pPr>
      <w:r w:rsidRPr="00794D67">
        <w:rPr>
          <w:lang w:val="ru-RU"/>
        </w:rPr>
        <w:t>Реестр объединяет все мероприятия, предусмотренные настоящей схемой теплоснабжения, в единый сквозной перечень. Каждое мероприятие имеет единственный идентификатор, по которому оно прослеживается во всех главах обосновывающих материалов и разделах утверждаемой части. Дублирование мероприятий не допускается.</w:t>
      </w:r>
    </w:p>
    <w:p w14:paraId="4ED4270D" w14:textId="77777777" w:rsidR="007A5E59" w:rsidRPr="001F1187" w:rsidRDefault="0095198F">
      <w:pPr>
        <w:pStyle w:val="21"/>
        <w:spacing w:before="1200"/>
        <w:jc w:val="center"/>
        <w:rPr>
          <w:lang w:val="ru-RU"/>
        </w:rPr>
      </w:pPr>
      <w:bookmarkStart w:id="105" w:name="_Toc238015696"/>
      <w:r w:rsidRPr="00794D67">
        <w:rPr>
          <w:lang w:val="ru-RU"/>
        </w:rPr>
        <w:t>16.1. Состав реестра</w:t>
      </w:r>
      <w:bookmarkEnd w:id="105"/>
    </w:p>
    <w:p w14:paraId="3BEAFBE8" w14:textId="77777777" w:rsidR="007A5E59" w:rsidRPr="001F1187" w:rsidRDefault="0095198F">
      <w:pPr>
        <w:spacing w:before="1200"/>
        <w:jc w:val="center"/>
        <w:rPr>
          <w:lang w:val="ru-RU"/>
        </w:rPr>
      </w:pPr>
      <w:r w:rsidRPr="00794D67">
        <w:rPr>
          <w:lang w:val="ru-RU"/>
        </w:rPr>
        <w:t xml:space="preserve">Реестр содержит 27 мероприятий четырёх групп: перевод источников тепловой энергии на природный газ — 10; повышение экологических характеристик источников — 1; повышение надёжности теплоснабжения — 6; перевод открытых систем горячего водоснабжения на закрытые — 10. </w:t>
      </w:r>
      <w:r w:rsidRPr="00312815">
        <w:rPr>
          <w:lang w:val="ru-RU"/>
        </w:rPr>
        <w:t xml:space="preserve">Группа определяет предмет мероприятия и главу обосновывающих материалов, в которой приведено его обоснование. </w:t>
      </w:r>
      <w:r w:rsidRPr="00794D67">
        <w:rPr>
          <w:lang w:val="ru-RU"/>
        </w:rPr>
        <w:t>Пунктом 85 требований к схемам теплоснабжения предусмотрены три перечня: по источникам тепловой энергии, по тепловым сетям и сооружениям на них и по переводу открытых систем горячего водоснабжения. Отнесение каждого мероприятия к перечню приведено в подразделе 16.2; мероприятия по надёжности и по экологическим характеристикам самостоятельными перечнями пункта 85 не являются и отнесены к перечням «а» либо «б» по предмету.</w:t>
      </w:r>
    </w:p>
    <w:p w14:paraId="40CED97C" w14:textId="77777777" w:rsidR="00B808F9" w:rsidRPr="00794D67" w:rsidRDefault="00B808F9">
      <w:pPr>
        <w:rPr>
          <w:lang w:val="ru-RU"/>
        </w:rPr>
        <w:sectPr w:rsidR="00B808F9" w:rsidRPr="00794D67" w:rsidSect="00034616">
          <w:footerReference w:type="default" r:id="rId103"/>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A7A3A98" w14:textId="77777777" w:rsidR="00A76BAA" w:rsidRPr="00794D67" w:rsidRDefault="005B05B6">
      <w:pPr>
        <w:keepNext/>
        <w:spacing w:before="160"/>
        <w:rPr>
          <w:lang w:val="ru-RU"/>
        </w:rPr>
      </w:pPr>
      <w:r w:rsidRPr="00794D67">
        <w:rPr>
          <w:b/>
          <w:lang w:val="ru-RU"/>
        </w:rPr>
        <w:t>Таблица 16.1 — Сводный реестр мероприятий схемы теплоснабжения</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1858"/>
        <w:gridCol w:w="1372"/>
        <w:gridCol w:w="2846"/>
        <w:gridCol w:w="2825"/>
        <w:gridCol w:w="1544"/>
        <w:gridCol w:w="1544"/>
        <w:gridCol w:w="2288"/>
      </w:tblGrid>
      <w:tr w:rsidR="00A76BAA" w14:paraId="4822AF41" w14:textId="77777777">
        <w:trPr>
          <w:cantSplit/>
          <w:tblHeader/>
          <w:jc w:val="center"/>
        </w:trPr>
        <w:tc>
          <w:tcPr>
            <w:tcW w:w="0" w:type="auto"/>
            <w:shd w:val="clear" w:color="auto" w:fill="E2F0D9"/>
          </w:tcPr>
          <w:p w14:paraId="1E26BD2D" w14:textId="77777777" w:rsidR="00A76BAA" w:rsidRDefault="005B05B6">
            <w:pPr>
              <w:jc w:val="center"/>
            </w:pPr>
            <w:r>
              <w:rPr>
                <w:b/>
              </w:rPr>
              <w:t>Идентификатор</w:t>
            </w:r>
          </w:p>
        </w:tc>
        <w:tc>
          <w:tcPr>
            <w:tcW w:w="0" w:type="auto"/>
            <w:shd w:val="clear" w:color="auto" w:fill="E2F0D9"/>
          </w:tcPr>
          <w:p w14:paraId="4F3426A9" w14:textId="77777777" w:rsidR="00A76BAA" w:rsidRDefault="005B05B6">
            <w:pPr>
              <w:jc w:val="center"/>
            </w:pPr>
            <w:r>
              <w:rPr>
                <w:b/>
              </w:rPr>
              <w:t>Объект</w:t>
            </w:r>
          </w:p>
        </w:tc>
        <w:tc>
          <w:tcPr>
            <w:tcW w:w="0" w:type="auto"/>
            <w:shd w:val="clear" w:color="auto" w:fill="E2F0D9"/>
          </w:tcPr>
          <w:p w14:paraId="1EBC0DE5" w14:textId="77777777" w:rsidR="00A76BAA" w:rsidRDefault="005B05B6">
            <w:pPr>
              <w:jc w:val="center"/>
            </w:pPr>
            <w:r>
              <w:rPr>
                <w:b/>
              </w:rPr>
              <w:t>Мероприятие</w:t>
            </w:r>
          </w:p>
        </w:tc>
        <w:tc>
          <w:tcPr>
            <w:tcW w:w="0" w:type="auto"/>
            <w:shd w:val="clear" w:color="auto" w:fill="E2F0D9"/>
          </w:tcPr>
          <w:p w14:paraId="2F6DBE45" w14:textId="77777777" w:rsidR="00A76BAA" w:rsidRDefault="005B05B6">
            <w:pPr>
              <w:jc w:val="center"/>
            </w:pPr>
            <w:r>
              <w:rPr>
                <w:b/>
              </w:rPr>
              <w:t>Основание</w:t>
            </w:r>
          </w:p>
        </w:tc>
        <w:tc>
          <w:tcPr>
            <w:tcW w:w="0" w:type="auto"/>
            <w:shd w:val="clear" w:color="auto" w:fill="E2F0D9"/>
          </w:tcPr>
          <w:p w14:paraId="202919C3" w14:textId="77777777" w:rsidR="00A76BAA" w:rsidRDefault="005B05B6">
            <w:pPr>
              <w:jc w:val="center"/>
            </w:pPr>
            <w:r>
              <w:rPr>
                <w:b/>
              </w:rPr>
              <w:t>Период</w:t>
            </w:r>
          </w:p>
        </w:tc>
        <w:tc>
          <w:tcPr>
            <w:tcW w:w="0" w:type="auto"/>
            <w:shd w:val="clear" w:color="auto" w:fill="E2F0D9"/>
          </w:tcPr>
          <w:p w14:paraId="63CE0642" w14:textId="77777777" w:rsidR="00A76BAA" w:rsidRDefault="005B05B6">
            <w:pPr>
              <w:jc w:val="center"/>
            </w:pPr>
            <w:r>
              <w:rPr>
                <w:b/>
              </w:rPr>
              <w:t>Стоимость, тыс. руб.</w:t>
            </w:r>
          </w:p>
        </w:tc>
        <w:tc>
          <w:tcPr>
            <w:tcW w:w="0" w:type="auto"/>
            <w:shd w:val="clear" w:color="auto" w:fill="E2F0D9"/>
          </w:tcPr>
          <w:p w14:paraId="71D3098F" w14:textId="77777777" w:rsidR="00A76BAA" w:rsidRDefault="005B05B6">
            <w:pPr>
              <w:jc w:val="center"/>
            </w:pPr>
            <w:r>
              <w:rPr>
                <w:b/>
              </w:rPr>
              <w:t>Состояние решения</w:t>
            </w:r>
          </w:p>
        </w:tc>
      </w:tr>
      <w:tr w:rsidR="00A76BAA" w14:paraId="7D92DD32" w14:textId="77777777">
        <w:trPr>
          <w:cantSplit/>
          <w:jc w:val="center"/>
        </w:trPr>
        <w:tc>
          <w:tcPr>
            <w:tcW w:w="0" w:type="auto"/>
          </w:tcPr>
          <w:p w14:paraId="75AA37A3" w14:textId="77777777" w:rsidR="00A76BAA" w:rsidRDefault="005B05B6">
            <w:r>
              <w:t>MS-G-01</w:t>
            </w:r>
          </w:p>
        </w:tc>
        <w:tc>
          <w:tcPr>
            <w:tcW w:w="0" w:type="auto"/>
          </w:tcPr>
          <w:p w14:paraId="1E255F0E" w14:textId="77777777" w:rsidR="00A76BAA" w:rsidRDefault="005B05B6">
            <w:pPr>
              <w:jc w:val="center"/>
            </w:pPr>
            <w:r>
              <w:t>УПК № 1 Таштагол</w:t>
            </w:r>
          </w:p>
        </w:tc>
        <w:tc>
          <w:tcPr>
            <w:tcW w:w="0" w:type="auto"/>
          </w:tcPr>
          <w:p w14:paraId="1ABC52DC" w14:textId="77777777" w:rsidR="00A76BAA" w:rsidRPr="00794D67" w:rsidRDefault="005B05B6">
            <w:pPr>
              <w:jc w:val="center"/>
              <w:rPr>
                <w:lang w:val="ru-RU"/>
              </w:rPr>
            </w:pPr>
            <w:r w:rsidRPr="00794D67">
              <w:rPr>
                <w:lang w:val="ru-RU"/>
              </w:rPr>
              <w:t>Реконструкция котельной с переводом на природный газ</w:t>
            </w:r>
          </w:p>
        </w:tc>
        <w:tc>
          <w:tcPr>
            <w:tcW w:w="0" w:type="auto"/>
          </w:tcPr>
          <w:p w14:paraId="45C3934B" w14:textId="77777777" w:rsidR="00A76BAA" w:rsidRPr="00794D67" w:rsidRDefault="005B05B6">
            <w:pPr>
              <w:jc w:val="center"/>
              <w:rPr>
                <w:lang w:val="ru-RU"/>
              </w:rPr>
            </w:pPr>
            <w:r w:rsidRPr="00794D67">
              <w:rPr>
                <w:lang w:val="ru-RU"/>
              </w:rPr>
              <w:t>программа подготовки к приёму газа от 16.07.2024; договор поставки газа от 19.08.2024 № 30/011/9756</w:t>
            </w:r>
          </w:p>
        </w:tc>
        <w:tc>
          <w:tcPr>
            <w:tcW w:w="0" w:type="auto"/>
          </w:tcPr>
          <w:p w14:paraId="7AF6881F" w14:textId="77777777" w:rsidR="00A76BAA" w:rsidRDefault="005B05B6">
            <w:pPr>
              <w:jc w:val="center"/>
            </w:pPr>
            <w:r>
              <w:t>2035</w:t>
            </w:r>
          </w:p>
        </w:tc>
        <w:tc>
          <w:tcPr>
            <w:tcW w:w="0" w:type="auto"/>
          </w:tcPr>
          <w:p w14:paraId="5ED11255" w14:textId="77777777" w:rsidR="00A76BAA" w:rsidRDefault="005B05B6">
            <w:pPr>
              <w:jc w:val="center"/>
            </w:pPr>
            <w:r>
              <w:t>382 000,0</w:t>
            </w:r>
          </w:p>
        </w:tc>
        <w:tc>
          <w:tcPr>
            <w:tcW w:w="0" w:type="auto"/>
          </w:tcPr>
          <w:p w14:paraId="15B93780" w14:textId="77777777" w:rsidR="00A76BAA" w:rsidRDefault="005B05B6">
            <w:pPr>
              <w:jc w:val="center"/>
            </w:pPr>
            <w:r>
              <w:t>решение принято</w:t>
            </w:r>
          </w:p>
        </w:tc>
      </w:tr>
      <w:tr w:rsidR="00A76BAA" w14:paraId="2EF02AAA" w14:textId="77777777">
        <w:trPr>
          <w:cantSplit/>
          <w:jc w:val="center"/>
        </w:trPr>
        <w:tc>
          <w:tcPr>
            <w:tcW w:w="0" w:type="auto"/>
          </w:tcPr>
          <w:p w14:paraId="063CD41C" w14:textId="77777777" w:rsidR="00A76BAA" w:rsidRDefault="005B05B6">
            <w:r>
              <w:t>MS-G-02</w:t>
            </w:r>
          </w:p>
        </w:tc>
        <w:tc>
          <w:tcPr>
            <w:tcW w:w="0" w:type="auto"/>
          </w:tcPr>
          <w:p w14:paraId="66A1DCE8" w14:textId="77777777" w:rsidR="00A76BAA" w:rsidRDefault="005B05B6">
            <w:pPr>
              <w:jc w:val="center"/>
            </w:pPr>
            <w:r>
              <w:t>УПК № 2 Шалым</w:t>
            </w:r>
          </w:p>
        </w:tc>
        <w:tc>
          <w:tcPr>
            <w:tcW w:w="0" w:type="auto"/>
          </w:tcPr>
          <w:p w14:paraId="6AA4ACF6" w14:textId="77777777" w:rsidR="00A76BAA" w:rsidRPr="00794D67" w:rsidRDefault="005B05B6">
            <w:pPr>
              <w:jc w:val="center"/>
              <w:rPr>
                <w:lang w:val="ru-RU"/>
              </w:rPr>
            </w:pPr>
            <w:r w:rsidRPr="00794D67">
              <w:rPr>
                <w:lang w:val="ru-RU"/>
              </w:rPr>
              <w:t>Реконструкция котельной с переводом на природный газ</w:t>
            </w:r>
          </w:p>
        </w:tc>
        <w:tc>
          <w:tcPr>
            <w:tcW w:w="0" w:type="auto"/>
          </w:tcPr>
          <w:p w14:paraId="4A8C3CCC" w14:textId="77777777" w:rsidR="00A76BAA" w:rsidRPr="00794D67" w:rsidRDefault="005B05B6">
            <w:pPr>
              <w:jc w:val="center"/>
              <w:rPr>
                <w:lang w:val="ru-RU"/>
              </w:rPr>
            </w:pPr>
            <w:r w:rsidRPr="00794D67">
              <w:rPr>
                <w:lang w:val="ru-RU"/>
              </w:rPr>
              <w:t>программа подготовки к приёму газа от 16.07.2024; договор поставки газа от 19.08.2024 № 30/011/9756</w:t>
            </w:r>
          </w:p>
        </w:tc>
        <w:tc>
          <w:tcPr>
            <w:tcW w:w="0" w:type="auto"/>
          </w:tcPr>
          <w:p w14:paraId="01053960" w14:textId="77777777" w:rsidR="00A76BAA" w:rsidRDefault="005B05B6">
            <w:pPr>
              <w:jc w:val="center"/>
            </w:pPr>
            <w:r>
              <w:t>2035</w:t>
            </w:r>
          </w:p>
        </w:tc>
        <w:tc>
          <w:tcPr>
            <w:tcW w:w="0" w:type="auto"/>
          </w:tcPr>
          <w:p w14:paraId="4076D47E" w14:textId="77777777" w:rsidR="00A76BAA" w:rsidRDefault="005B05B6">
            <w:pPr>
              <w:jc w:val="center"/>
            </w:pPr>
            <w:r>
              <w:t>59 289,0</w:t>
            </w:r>
          </w:p>
        </w:tc>
        <w:tc>
          <w:tcPr>
            <w:tcW w:w="0" w:type="auto"/>
          </w:tcPr>
          <w:p w14:paraId="29C2BD98" w14:textId="77777777" w:rsidR="00A76BAA" w:rsidRDefault="005B05B6">
            <w:pPr>
              <w:jc w:val="center"/>
            </w:pPr>
            <w:r>
              <w:t>решение принято</w:t>
            </w:r>
          </w:p>
        </w:tc>
      </w:tr>
      <w:tr w:rsidR="00A76BAA" w14:paraId="501A2C67" w14:textId="77777777">
        <w:trPr>
          <w:cantSplit/>
          <w:jc w:val="center"/>
        </w:trPr>
        <w:tc>
          <w:tcPr>
            <w:tcW w:w="0" w:type="auto"/>
          </w:tcPr>
          <w:p w14:paraId="4EA1894F" w14:textId="77777777" w:rsidR="00A76BAA" w:rsidRDefault="005B05B6">
            <w:r>
              <w:t>MS-G-03</w:t>
            </w:r>
          </w:p>
        </w:tc>
        <w:tc>
          <w:tcPr>
            <w:tcW w:w="0" w:type="auto"/>
          </w:tcPr>
          <w:p w14:paraId="261D7577" w14:textId="77777777" w:rsidR="00A76BAA" w:rsidRDefault="005B05B6">
            <w:pPr>
              <w:jc w:val="center"/>
            </w:pPr>
            <w:r>
              <w:t>УПК № 2 ЦМК</w:t>
            </w:r>
          </w:p>
        </w:tc>
        <w:tc>
          <w:tcPr>
            <w:tcW w:w="0" w:type="auto"/>
          </w:tcPr>
          <w:p w14:paraId="533020EF" w14:textId="77777777" w:rsidR="00A76BAA" w:rsidRPr="00794D67" w:rsidRDefault="005B05B6">
            <w:pPr>
              <w:jc w:val="center"/>
              <w:rPr>
                <w:lang w:val="ru-RU"/>
              </w:rPr>
            </w:pPr>
            <w:r w:rsidRPr="00794D67">
              <w:rPr>
                <w:lang w:val="ru-RU"/>
              </w:rPr>
              <w:t>Реконструкция котельной с переводом на природный газ</w:t>
            </w:r>
          </w:p>
        </w:tc>
        <w:tc>
          <w:tcPr>
            <w:tcW w:w="0" w:type="auto"/>
          </w:tcPr>
          <w:p w14:paraId="786C4E55" w14:textId="77777777" w:rsidR="00A76BAA" w:rsidRPr="00794D67" w:rsidRDefault="005B05B6">
            <w:pPr>
              <w:jc w:val="center"/>
              <w:rPr>
                <w:lang w:val="ru-RU"/>
              </w:rPr>
            </w:pPr>
            <w:r w:rsidRPr="00794D67">
              <w:rPr>
                <w:lang w:val="ru-RU"/>
              </w:rPr>
              <w:t>программа подготовки к приёму газа от 16.07.2024; договор поставки газа от 19.08.2024 № 30/011/9756</w:t>
            </w:r>
          </w:p>
        </w:tc>
        <w:tc>
          <w:tcPr>
            <w:tcW w:w="0" w:type="auto"/>
          </w:tcPr>
          <w:p w14:paraId="6E060717" w14:textId="77777777" w:rsidR="00A76BAA" w:rsidRDefault="005B05B6">
            <w:pPr>
              <w:jc w:val="center"/>
            </w:pPr>
            <w:r>
              <w:t>2035</w:t>
            </w:r>
          </w:p>
        </w:tc>
        <w:tc>
          <w:tcPr>
            <w:tcW w:w="0" w:type="auto"/>
          </w:tcPr>
          <w:p w14:paraId="784AF311" w14:textId="77777777" w:rsidR="00A76BAA" w:rsidRDefault="005B05B6">
            <w:pPr>
              <w:jc w:val="center"/>
            </w:pPr>
            <w:r>
              <w:t>29 644,0</w:t>
            </w:r>
          </w:p>
        </w:tc>
        <w:tc>
          <w:tcPr>
            <w:tcW w:w="0" w:type="auto"/>
          </w:tcPr>
          <w:p w14:paraId="6E5BBACD" w14:textId="77777777" w:rsidR="00A76BAA" w:rsidRDefault="005B05B6">
            <w:pPr>
              <w:jc w:val="center"/>
            </w:pPr>
            <w:r>
              <w:t>решение принято</w:t>
            </w:r>
          </w:p>
        </w:tc>
      </w:tr>
      <w:tr w:rsidR="00A76BAA" w14:paraId="3F2FB9D3" w14:textId="77777777">
        <w:trPr>
          <w:cantSplit/>
          <w:jc w:val="center"/>
        </w:trPr>
        <w:tc>
          <w:tcPr>
            <w:tcW w:w="0" w:type="auto"/>
          </w:tcPr>
          <w:p w14:paraId="172654D8" w14:textId="77777777" w:rsidR="00A76BAA" w:rsidRDefault="005B05B6">
            <w:r>
              <w:t>MS-G-04</w:t>
            </w:r>
          </w:p>
        </w:tc>
        <w:tc>
          <w:tcPr>
            <w:tcW w:w="0" w:type="auto"/>
          </w:tcPr>
          <w:p w14:paraId="3491ABC0" w14:textId="77777777" w:rsidR="00A76BAA" w:rsidRDefault="005B05B6">
            <w:pPr>
              <w:jc w:val="center"/>
            </w:pPr>
            <w:r>
              <w:t>УПК № 3 Спасск</w:t>
            </w:r>
          </w:p>
        </w:tc>
        <w:tc>
          <w:tcPr>
            <w:tcW w:w="0" w:type="auto"/>
          </w:tcPr>
          <w:p w14:paraId="5376B0F4" w14:textId="77777777" w:rsidR="00A76BAA" w:rsidRPr="00794D67" w:rsidRDefault="005B05B6">
            <w:pPr>
              <w:jc w:val="center"/>
              <w:rPr>
                <w:lang w:val="ru-RU"/>
              </w:rPr>
            </w:pPr>
            <w:r w:rsidRPr="00794D67">
              <w:rPr>
                <w:lang w:val="ru-RU"/>
              </w:rPr>
              <w:t>Реконструкция котельной с переводом на природный газ</w:t>
            </w:r>
          </w:p>
        </w:tc>
        <w:tc>
          <w:tcPr>
            <w:tcW w:w="0" w:type="auto"/>
          </w:tcPr>
          <w:p w14:paraId="0B6F5011" w14:textId="77777777" w:rsidR="00A76BAA" w:rsidRPr="00794D67" w:rsidRDefault="005B05B6">
            <w:pPr>
              <w:jc w:val="center"/>
              <w:rPr>
                <w:lang w:val="ru-RU"/>
              </w:rPr>
            </w:pPr>
            <w:r w:rsidRPr="00794D67">
              <w:rPr>
                <w:lang w:val="ru-RU"/>
              </w:rPr>
              <w:t>программа подготовки к приёму газа от 16.07.2024; договор поставки газа от 19.08.2024 № 30/011/9756</w:t>
            </w:r>
          </w:p>
        </w:tc>
        <w:tc>
          <w:tcPr>
            <w:tcW w:w="0" w:type="auto"/>
          </w:tcPr>
          <w:p w14:paraId="485F6455" w14:textId="77777777" w:rsidR="00A76BAA" w:rsidRDefault="005B05B6">
            <w:pPr>
              <w:jc w:val="center"/>
            </w:pPr>
            <w:r>
              <w:t>2035</w:t>
            </w:r>
          </w:p>
        </w:tc>
        <w:tc>
          <w:tcPr>
            <w:tcW w:w="0" w:type="auto"/>
          </w:tcPr>
          <w:p w14:paraId="0E98E7A6" w14:textId="77777777" w:rsidR="00A76BAA" w:rsidRDefault="005B05B6">
            <w:pPr>
              <w:jc w:val="center"/>
            </w:pPr>
            <w:r>
              <w:t>29 644,0</w:t>
            </w:r>
          </w:p>
        </w:tc>
        <w:tc>
          <w:tcPr>
            <w:tcW w:w="0" w:type="auto"/>
          </w:tcPr>
          <w:p w14:paraId="1AFB8BD2" w14:textId="77777777" w:rsidR="00A76BAA" w:rsidRDefault="005B05B6">
            <w:pPr>
              <w:jc w:val="center"/>
            </w:pPr>
            <w:r>
              <w:t>решение принято</w:t>
            </w:r>
          </w:p>
        </w:tc>
      </w:tr>
      <w:tr w:rsidR="00A76BAA" w14:paraId="24CFCE6D" w14:textId="77777777">
        <w:trPr>
          <w:cantSplit/>
          <w:jc w:val="center"/>
        </w:trPr>
        <w:tc>
          <w:tcPr>
            <w:tcW w:w="0" w:type="auto"/>
          </w:tcPr>
          <w:p w14:paraId="24F8B8E2" w14:textId="77777777" w:rsidR="00A76BAA" w:rsidRDefault="005B05B6">
            <w:r>
              <w:t>MS-G-05</w:t>
            </w:r>
          </w:p>
        </w:tc>
        <w:tc>
          <w:tcPr>
            <w:tcW w:w="0" w:type="auto"/>
          </w:tcPr>
          <w:p w14:paraId="74D978C9" w14:textId="77777777" w:rsidR="00A76BAA" w:rsidRDefault="005B05B6">
            <w:pPr>
              <w:jc w:val="center"/>
            </w:pPr>
            <w:r>
              <w:t>УПК № 5 Новый Шерегеш</w:t>
            </w:r>
          </w:p>
        </w:tc>
        <w:tc>
          <w:tcPr>
            <w:tcW w:w="0" w:type="auto"/>
          </w:tcPr>
          <w:p w14:paraId="55FBAA2F" w14:textId="77777777" w:rsidR="00A76BAA" w:rsidRPr="00794D67" w:rsidRDefault="005B05B6">
            <w:pPr>
              <w:jc w:val="center"/>
              <w:rPr>
                <w:lang w:val="ru-RU"/>
              </w:rPr>
            </w:pPr>
            <w:r w:rsidRPr="00794D67">
              <w:rPr>
                <w:lang w:val="ru-RU"/>
              </w:rPr>
              <w:t>Реконструкция котельной с переводом на природный газ</w:t>
            </w:r>
          </w:p>
        </w:tc>
        <w:tc>
          <w:tcPr>
            <w:tcW w:w="0" w:type="auto"/>
          </w:tcPr>
          <w:p w14:paraId="32BCADF5" w14:textId="77777777" w:rsidR="00A76BAA" w:rsidRPr="00794D67" w:rsidRDefault="005B05B6">
            <w:pPr>
              <w:jc w:val="center"/>
              <w:rPr>
                <w:lang w:val="ru-RU"/>
              </w:rPr>
            </w:pPr>
            <w:r w:rsidRPr="00794D67">
              <w:rPr>
                <w:lang w:val="ru-RU"/>
              </w:rPr>
              <w:t>программа подготовки к приёму газа от 16.07.2024; договор поставки газа от 19.08.2024 № 30/011/9756</w:t>
            </w:r>
          </w:p>
        </w:tc>
        <w:tc>
          <w:tcPr>
            <w:tcW w:w="0" w:type="auto"/>
          </w:tcPr>
          <w:p w14:paraId="0B6A6487" w14:textId="77777777" w:rsidR="00A76BAA" w:rsidRDefault="005B05B6">
            <w:pPr>
              <w:jc w:val="center"/>
            </w:pPr>
            <w:r>
              <w:t>2026–2036</w:t>
            </w:r>
          </w:p>
        </w:tc>
        <w:tc>
          <w:tcPr>
            <w:tcW w:w="0" w:type="auto"/>
          </w:tcPr>
          <w:p w14:paraId="0B9F3E54" w14:textId="77777777" w:rsidR="00A76BAA" w:rsidRDefault="005B05B6">
            <w:pPr>
              <w:jc w:val="center"/>
            </w:pPr>
            <w:r>
              <w:t>652 186,0</w:t>
            </w:r>
          </w:p>
        </w:tc>
        <w:tc>
          <w:tcPr>
            <w:tcW w:w="0" w:type="auto"/>
          </w:tcPr>
          <w:p w14:paraId="7726C13A" w14:textId="77777777" w:rsidR="00A76BAA" w:rsidRDefault="005B05B6">
            <w:pPr>
              <w:jc w:val="center"/>
            </w:pPr>
            <w:r>
              <w:t>решение принято</w:t>
            </w:r>
          </w:p>
        </w:tc>
      </w:tr>
      <w:tr w:rsidR="00A76BAA" w14:paraId="16E606F8" w14:textId="77777777">
        <w:trPr>
          <w:cantSplit/>
          <w:jc w:val="center"/>
        </w:trPr>
        <w:tc>
          <w:tcPr>
            <w:tcW w:w="0" w:type="auto"/>
          </w:tcPr>
          <w:p w14:paraId="532EE4EB" w14:textId="77777777" w:rsidR="00A76BAA" w:rsidRDefault="005B05B6">
            <w:r>
              <w:t>MS-G-06</w:t>
            </w:r>
          </w:p>
        </w:tc>
        <w:tc>
          <w:tcPr>
            <w:tcW w:w="0" w:type="auto"/>
          </w:tcPr>
          <w:p w14:paraId="4910E37D" w14:textId="77777777" w:rsidR="00A76BAA" w:rsidRDefault="005B05B6">
            <w:pPr>
              <w:jc w:val="center"/>
            </w:pPr>
            <w:r>
              <w:t>УПК № 6 Старый Шерегеш</w:t>
            </w:r>
          </w:p>
        </w:tc>
        <w:tc>
          <w:tcPr>
            <w:tcW w:w="0" w:type="auto"/>
          </w:tcPr>
          <w:p w14:paraId="27F3FD44" w14:textId="77777777" w:rsidR="00A76BAA" w:rsidRPr="00794D67" w:rsidRDefault="005B05B6">
            <w:pPr>
              <w:jc w:val="center"/>
              <w:rPr>
                <w:lang w:val="ru-RU"/>
              </w:rPr>
            </w:pPr>
            <w:r w:rsidRPr="00794D67">
              <w:rPr>
                <w:lang w:val="ru-RU"/>
              </w:rPr>
              <w:t>Реконструкция котельной с переводом на природный газ</w:t>
            </w:r>
          </w:p>
        </w:tc>
        <w:tc>
          <w:tcPr>
            <w:tcW w:w="0" w:type="auto"/>
          </w:tcPr>
          <w:p w14:paraId="5647DEC9" w14:textId="77777777" w:rsidR="00A76BAA" w:rsidRPr="00794D67" w:rsidRDefault="005B05B6">
            <w:pPr>
              <w:jc w:val="center"/>
              <w:rPr>
                <w:lang w:val="ru-RU"/>
              </w:rPr>
            </w:pPr>
            <w:r w:rsidRPr="00794D67">
              <w:rPr>
                <w:lang w:val="ru-RU"/>
              </w:rPr>
              <w:t>программа подготовки к приёму газа от 16.07.2024; договор поставки газа от 19.08.2024 № 30/011/9756</w:t>
            </w:r>
          </w:p>
        </w:tc>
        <w:tc>
          <w:tcPr>
            <w:tcW w:w="0" w:type="auto"/>
          </w:tcPr>
          <w:p w14:paraId="1E3AB0FE" w14:textId="77777777" w:rsidR="00A76BAA" w:rsidRDefault="005B05B6">
            <w:pPr>
              <w:jc w:val="center"/>
            </w:pPr>
            <w:r>
              <w:t>2026–2036</w:t>
            </w:r>
          </w:p>
        </w:tc>
        <w:tc>
          <w:tcPr>
            <w:tcW w:w="0" w:type="auto"/>
          </w:tcPr>
          <w:p w14:paraId="4CA4D04C" w14:textId="77777777" w:rsidR="00A76BAA" w:rsidRDefault="005B05B6">
            <w:pPr>
              <w:jc w:val="center"/>
            </w:pPr>
            <w:r>
              <w:t>41 502,0</w:t>
            </w:r>
          </w:p>
        </w:tc>
        <w:tc>
          <w:tcPr>
            <w:tcW w:w="0" w:type="auto"/>
          </w:tcPr>
          <w:p w14:paraId="69D7CD25" w14:textId="77777777" w:rsidR="00A76BAA" w:rsidRDefault="005B05B6">
            <w:pPr>
              <w:jc w:val="center"/>
            </w:pPr>
            <w:r>
              <w:t>решение принято</w:t>
            </w:r>
          </w:p>
        </w:tc>
      </w:tr>
      <w:tr w:rsidR="00A76BAA" w14:paraId="7AD45C54" w14:textId="77777777">
        <w:trPr>
          <w:cantSplit/>
          <w:jc w:val="center"/>
        </w:trPr>
        <w:tc>
          <w:tcPr>
            <w:tcW w:w="0" w:type="auto"/>
          </w:tcPr>
          <w:p w14:paraId="11A61B9B" w14:textId="77777777" w:rsidR="00A76BAA" w:rsidRDefault="005B05B6">
            <w:r>
              <w:t>MS-G-07</w:t>
            </w:r>
          </w:p>
        </w:tc>
        <w:tc>
          <w:tcPr>
            <w:tcW w:w="0" w:type="auto"/>
          </w:tcPr>
          <w:p w14:paraId="2C7DD609" w14:textId="77777777" w:rsidR="00A76BAA" w:rsidRDefault="005B05B6">
            <w:pPr>
              <w:jc w:val="center"/>
            </w:pPr>
            <w:r>
              <w:t>УПК № 7 Каз</w:t>
            </w:r>
          </w:p>
        </w:tc>
        <w:tc>
          <w:tcPr>
            <w:tcW w:w="0" w:type="auto"/>
          </w:tcPr>
          <w:p w14:paraId="7288F11B" w14:textId="77777777" w:rsidR="00A76BAA" w:rsidRPr="00794D67" w:rsidRDefault="005B05B6">
            <w:pPr>
              <w:jc w:val="center"/>
              <w:rPr>
                <w:lang w:val="ru-RU"/>
              </w:rPr>
            </w:pPr>
            <w:r w:rsidRPr="00794D67">
              <w:rPr>
                <w:lang w:val="ru-RU"/>
              </w:rPr>
              <w:t>Реконструкция котельной с переводом на природный газ</w:t>
            </w:r>
          </w:p>
        </w:tc>
        <w:tc>
          <w:tcPr>
            <w:tcW w:w="0" w:type="auto"/>
          </w:tcPr>
          <w:p w14:paraId="0A9690D9" w14:textId="77777777" w:rsidR="00A76BAA" w:rsidRPr="00794D67" w:rsidRDefault="005B05B6">
            <w:pPr>
              <w:jc w:val="center"/>
              <w:rPr>
                <w:lang w:val="ru-RU"/>
              </w:rPr>
            </w:pPr>
            <w:r w:rsidRPr="00794D67">
              <w:rPr>
                <w:lang w:val="ru-RU"/>
              </w:rPr>
              <w:t>программа подготовки к приёму газа от 16.07.2024; договор поставки газа от 19.08.2024 № 30/011/9756</w:t>
            </w:r>
          </w:p>
        </w:tc>
        <w:tc>
          <w:tcPr>
            <w:tcW w:w="0" w:type="auto"/>
          </w:tcPr>
          <w:p w14:paraId="4D3F8802" w14:textId="77777777" w:rsidR="00A76BAA" w:rsidRDefault="005B05B6">
            <w:pPr>
              <w:jc w:val="center"/>
            </w:pPr>
            <w:r>
              <w:t>2034</w:t>
            </w:r>
          </w:p>
        </w:tc>
        <w:tc>
          <w:tcPr>
            <w:tcW w:w="0" w:type="auto"/>
          </w:tcPr>
          <w:p w14:paraId="195190E4" w14:textId="77777777" w:rsidR="00A76BAA" w:rsidRDefault="005B05B6">
            <w:pPr>
              <w:jc w:val="center"/>
            </w:pPr>
            <w:r>
              <w:t>177 868,0</w:t>
            </w:r>
          </w:p>
        </w:tc>
        <w:tc>
          <w:tcPr>
            <w:tcW w:w="0" w:type="auto"/>
          </w:tcPr>
          <w:p w14:paraId="69303E56" w14:textId="77777777" w:rsidR="00A76BAA" w:rsidRDefault="005B05B6">
            <w:pPr>
              <w:jc w:val="center"/>
            </w:pPr>
            <w:r>
              <w:t>решение принято</w:t>
            </w:r>
          </w:p>
        </w:tc>
      </w:tr>
      <w:tr w:rsidR="00A76BAA" w14:paraId="30CEEEA8" w14:textId="77777777">
        <w:trPr>
          <w:cantSplit/>
          <w:jc w:val="center"/>
        </w:trPr>
        <w:tc>
          <w:tcPr>
            <w:tcW w:w="0" w:type="auto"/>
          </w:tcPr>
          <w:p w14:paraId="3FE702B8" w14:textId="77777777" w:rsidR="00A76BAA" w:rsidRDefault="005B05B6">
            <w:r>
              <w:t>MS-G-08</w:t>
            </w:r>
          </w:p>
        </w:tc>
        <w:tc>
          <w:tcPr>
            <w:tcW w:w="0" w:type="auto"/>
          </w:tcPr>
          <w:p w14:paraId="1C601E98" w14:textId="77777777" w:rsidR="00A76BAA" w:rsidRDefault="005B05B6">
            <w:pPr>
              <w:jc w:val="center"/>
            </w:pPr>
            <w:r>
              <w:t>УПК № 8 Мундыбаш</w:t>
            </w:r>
          </w:p>
        </w:tc>
        <w:tc>
          <w:tcPr>
            <w:tcW w:w="0" w:type="auto"/>
          </w:tcPr>
          <w:p w14:paraId="2E826737" w14:textId="77777777" w:rsidR="00A76BAA" w:rsidRPr="00794D67" w:rsidRDefault="005B05B6">
            <w:pPr>
              <w:jc w:val="center"/>
              <w:rPr>
                <w:lang w:val="ru-RU"/>
              </w:rPr>
            </w:pPr>
            <w:r w:rsidRPr="00794D67">
              <w:rPr>
                <w:lang w:val="ru-RU"/>
              </w:rPr>
              <w:t>Реконструкция котельной с переводом на природный газ</w:t>
            </w:r>
          </w:p>
        </w:tc>
        <w:tc>
          <w:tcPr>
            <w:tcW w:w="0" w:type="auto"/>
          </w:tcPr>
          <w:p w14:paraId="5BBE7315" w14:textId="77777777" w:rsidR="00A76BAA" w:rsidRPr="00794D67" w:rsidRDefault="005B05B6">
            <w:pPr>
              <w:jc w:val="center"/>
              <w:rPr>
                <w:lang w:val="ru-RU"/>
              </w:rPr>
            </w:pPr>
            <w:r w:rsidRPr="00794D67">
              <w:rPr>
                <w:lang w:val="ru-RU"/>
              </w:rPr>
              <w:t>программа подготовки к приёму газа от 16.07.2024; договор поставки газа от 19.08.2024 № 30/011/9756</w:t>
            </w:r>
          </w:p>
        </w:tc>
        <w:tc>
          <w:tcPr>
            <w:tcW w:w="0" w:type="auto"/>
          </w:tcPr>
          <w:p w14:paraId="3451DF1F" w14:textId="77777777" w:rsidR="00A76BAA" w:rsidRDefault="005B05B6">
            <w:pPr>
              <w:jc w:val="center"/>
            </w:pPr>
            <w:r>
              <w:t>2034</w:t>
            </w:r>
          </w:p>
        </w:tc>
        <w:tc>
          <w:tcPr>
            <w:tcW w:w="0" w:type="auto"/>
          </w:tcPr>
          <w:p w14:paraId="43E970B8" w14:textId="77777777" w:rsidR="00A76BAA" w:rsidRDefault="005B05B6">
            <w:pPr>
              <w:jc w:val="center"/>
            </w:pPr>
            <w:r>
              <w:t>78 262,0</w:t>
            </w:r>
          </w:p>
        </w:tc>
        <w:tc>
          <w:tcPr>
            <w:tcW w:w="0" w:type="auto"/>
          </w:tcPr>
          <w:p w14:paraId="6D960F1E" w14:textId="77777777" w:rsidR="00A76BAA" w:rsidRDefault="005B05B6">
            <w:pPr>
              <w:jc w:val="center"/>
            </w:pPr>
            <w:r>
              <w:t>решение принято</w:t>
            </w:r>
          </w:p>
        </w:tc>
      </w:tr>
      <w:tr w:rsidR="00A76BAA" w14:paraId="77DF58FF" w14:textId="77777777">
        <w:trPr>
          <w:cantSplit/>
          <w:jc w:val="center"/>
        </w:trPr>
        <w:tc>
          <w:tcPr>
            <w:tcW w:w="0" w:type="auto"/>
          </w:tcPr>
          <w:p w14:paraId="0DA66725" w14:textId="77777777" w:rsidR="00A76BAA" w:rsidRDefault="005B05B6">
            <w:r>
              <w:t>MS-G-09</w:t>
            </w:r>
          </w:p>
        </w:tc>
        <w:tc>
          <w:tcPr>
            <w:tcW w:w="0" w:type="auto"/>
          </w:tcPr>
          <w:p w14:paraId="43CFAE30" w14:textId="77777777" w:rsidR="00A76BAA" w:rsidRDefault="005B05B6">
            <w:pPr>
              <w:jc w:val="center"/>
            </w:pPr>
            <w:r>
              <w:t>УПК № 9 ГРЭ</w:t>
            </w:r>
          </w:p>
        </w:tc>
        <w:tc>
          <w:tcPr>
            <w:tcW w:w="0" w:type="auto"/>
          </w:tcPr>
          <w:p w14:paraId="115A46AD" w14:textId="77777777" w:rsidR="00A76BAA" w:rsidRPr="00794D67" w:rsidRDefault="005B05B6">
            <w:pPr>
              <w:jc w:val="center"/>
              <w:rPr>
                <w:lang w:val="ru-RU"/>
              </w:rPr>
            </w:pPr>
            <w:r w:rsidRPr="00794D67">
              <w:rPr>
                <w:lang w:val="ru-RU"/>
              </w:rPr>
              <w:t>Реконструкция котельной с переводом на природный газ</w:t>
            </w:r>
          </w:p>
        </w:tc>
        <w:tc>
          <w:tcPr>
            <w:tcW w:w="0" w:type="auto"/>
          </w:tcPr>
          <w:p w14:paraId="4F560927" w14:textId="77777777" w:rsidR="00A76BAA" w:rsidRPr="00794D67" w:rsidRDefault="005B05B6">
            <w:pPr>
              <w:jc w:val="center"/>
              <w:rPr>
                <w:lang w:val="ru-RU"/>
              </w:rPr>
            </w:pPr>
            <w:r w:rsidRPr="00794D67">
              <w:rPr>
                <w:lang w:val="ru-RU"/>
              </w:rPr>
              <w:t>программа подготовки к приёму газа от 16.07.2024; договор поставки газа от 19.08.2024 № 30/011/9756</w:t>
            </w:r>
          </w:p>
        </w:tc>
        <w:tc>
          <w:tcPr>
            <w:tcW w:w="0" w:type="auto"/>
          </w:tcPr>
          <w:p w14:paraId="32AA00C0" w14:textId="77777777" w:rsidR="00A76BAA" w:rsidRDefault="005B05B6">
            <w:pPr>
              <w:jc w:val="center"/>
            </w:pPr>
            <w:r>
              <w:t>2035</w:t>
            </w:r>
          </w:p>
        </w:tc>
        <w:tc>
          <w:tcPr>
            <w:tcW w:w="0" w:type="auto"/>
          </w:tcPr>
          <w:p w14:paraId="3EEB8896" w14:textId="77777777" w:rsidR="00A76BAA" w:rsidRDefault="005B05B6">
            <w:pPr>
              <w:jc w:val="center"/>
            </w:pPr>
            <w:r>
              <w:t>17 786,0</w:t>
            </w:r>
          </w:p>
        </w:tc>
        <w:tc>
          <w:tcPr>
            <w:tcW w:w="0" w:type="auto"/>
          </w:tcPr>
          <w:p w14:paraId="6CE3BD3A" w14:textId="77777777" w:rsidR="00A76BAA" w:rsidRDefault="005B05B6">
            <w:pPr>
              <w:jc w:val="center"/>
            </w:pPr>
            <w:r>
              <w:t>решение принято</w:t>
            </w:r>
          </w:p>
        </w:tc>
      </w:tr>
      <w:tr w:rsidR="00A76BAA" w14:paraId="49DBDD0B" w14:textId="77777777">
        <w:trPr>
          <w:cantSplit/>
          <w:jc w:val="center"/>
        </w:trPr>
        <w:tc>
          <w:tcPr>
            <w:tcW w:w="0" w:type="auto"/>
          </w:tcPr>
          <w:p w14:paraId="4E662373" w14:textId="77777777" w:rsidR="00A76BAA" w:rsidRDefault="005B05B6">
            <w:r>
              <w:t>MS-G-10</w:t>
            </w:r>
          </w:p>
        </w:tc>
        <w:tc>
          <w:tcPr>
            <w:tcW w:w="0" w:type="auto"/>
          </w:tcPr>
          <w:p w14:paraId="3F6AD383" w14:textId="77777777" w:rsidR="00A76BAA" w:rsidRDefault="005B05B6">
            <w:pPr>
              <w:jc w:val="center"/>
            </w:pPr>
            <w:r>
              <w:t>УПК № 10 Темир-Тау</w:t>
            </w:r>
          </w:p>
        </w:tc>
        <w:tc>
          <w:tcPr>
            <w:tcW w:w="0" w:type="auto"/>
          </w:tcPr>
          <w:p w14:paraId="00410F2D" w14:textId="77777777" w:rsidR="00A76BAA" w:rsidRPr="00794D67" w:rsidRDefault="005B05B6">
            <w:pPr>
              <w:jc w:val="center"/>
              <w:rPr>
                <w:lang w:val="ru-RU"/>
              </w:rPr>
            </w:pPr>
            <w:r w:rsidRPr="00794D67">
              <w:rPr>
                <w:lang w:val="ru-RU"/>
              </w:rPr>
              <w:t>Реконструкция котельной с переводом на природный газ</w:t>
            </w:r>
          </w:p>
        </w:tc>
        <w:tc>
          <w:tcPr>
            <w:tcW w:w="0" w:type="auto"/>
          </w:tcPr>
          <w:p w14:paraId="5AEFE8DE" w14:textId="77777777" w:rsidR="00A76BAA" w:rsidRPr="00794D67" w:rsidRDefault="005B05B6">
            <w:pPr>
              <w:jc w:val="center"/>
              <w:rPr>
                <w:lang w:val="ru-RU"/>
              </w:rPr>
            </w:pPr>
            <w:r w:rsidRPr="00794D67">
              <w:rPr>
                <w:lang w:val="ru-RU"/>
              </w:rPr>
              <w:t>программа подготовки к приёму газа от 16.07.2024; договор поставки газа от 19.08.2024 № 30/011/9756</w:t>
            </w:r>
          </w:p>
        </w:tc>
        <w:tc>
          <w:tcPr>
            <w:tcW w:w="0" w:type="auto"/>
          </w:tcPr>
          <w:p w14:paraId="40C57D58" w14:textId="77777777" w:rsidR="00A76BAA" w:rsidRDefault="005B05B6">
            <w:pPr>
              <w:jc w:val="center"/>
            </w:pPr>
            <w:r>
              <w:t>2034</w:t>
            </w:r>
          </w:p>
        </w:tc>
        <w:tc>
          <w:tcPr>
            <w:tcW w:w="0" w:type="auto"/>
          </w:tcPr>
          <w:p w14:paraId="73666205" w14:textId="77777777" w:rsidR="00A76BAA" w:rsidRDefault="005B05B6">
            <w:pPr>
              <w:jc w:val="center"/>
            </w:pPr>
            <w:r>
              <w:t>71 147,0</w:t>
            </w:r>
          </w:p>
        </w:tc>
        <w:tc>
          <w:tcPr>
            <w:tcW w:w="0" w:type="auto"/>
          </w:tcPr>
          <w:p w14:paraId="39CB5DD7" w14:textId="77777777" w:rsidR="00A76BAA" w:rsidRDefault="005B05B6">
            <w:pPr>
              <w:jc w:val="center"/>
            </w:pPr>
            <w:r>
              <w:t>решение принято</w:t>
            </w:r>
          </w:p>
        </w:tc>
      </w:tr>
      <w:tr w:rsidR="00A76BAA" w14:paraId="7856C8F5" w14:textId="77777777">
        <w:trPr>
          <w:cantSplit/>
          <w:jc w:val="center"/>
        </w:trPr>
        <w:tc>
          <w:tcPr>
            <w:tcW w:w="0" w:type="auto"/>
          </w:tcPr>
          <w:p w14:paraId="12BBC3F8" w14:textId="77777777" w:rsidR="00A76BAA" w:rsidRDefault="005B05B6">
            <w:r>
              <w:t>MS-E-01</w:t>
            </w:r>
          </w:p>
        </w:tc>
        <w:tc>
          <w:tcPr>
            <w:tcW w:w="0" w:type="auto"/>
          </w:tcPr>
          <w:p w14:paraId="4859B3D2" w14:textId="77777777" w:rsidR="00A76BAA" w:rsidRDefault="005B05B6">
            <w:pPr>
              <w:jc w:val="center"/>
            </w:pPr>
            <w:r>
              <w:t>УПК № 5 Новый Шерегеш</w:t>
            </w:r>
          </w:p>
        </w:tc>
        <w:tc>
          <w:tcPr>
            <w:tcW w:w="0" w:type="auto"/>
          </w:tcPr>
          <w:p w14:paraId="34545801" w14:textId="77777777" w:rsidR="00A76BAA" w:rsidRPr="00794D67" w:rsidRDefault="005B05B6">
            <w:pPr>
              <w:jc w:val="center"/>
              <w:rPr>
                <w:lang w:val="ru-RU"/>
              </w:rPr>
            </w:pPr>
            <w:r w:rsidRPr="00794D67">
              <w:rPr>
                <w:lang w:val="ru-RU"/>
              </w:rPr>
              <w:t>Техническое перевооружение с установкой второй ступени газоочистки на котлах № 4, 5, 6, 7</w:t>
            </w:r>
          </w:p>
        </w:tc>
        <w:tc>
          <w:tcPr>
            <w:tcW w:w="0" w:type="auto"/>
          </w:tcPr>
          <w:p w14:paraId="22C0FA9A" w14:textId="77777777" w:rsidR="00A76BAA" w:rsidRPr="00794D67" w:rsidRDefault="005B05B6">
            <w:pPr>
              <w:jc w:val="center"/>
              <w:rPr>
                <w:lang w:val="ru-RU"/>
              </w:rPr>
            </w:pPr>
            <w:r w:rsidRPr="00794D67">
              <w:rPr>
                <w:lang w:val="ru-RU"/>
              </w:rPr>
              <w:t>инвестиционная программа ООО «ЮКЭК» на 2017–2031, мероприятие 4.3</w:t>
            </w:r>
          </w:p>
        </w:tc>
        <w:tc>
          <w:tcPr>
            <w:tcW w:w="0" w:type="auto"/>
          </w:tcPr>
          <w:p w14:paraId="605AB06C" w14:textId="77777777" w:rsidR="00A76BAA" w:rsidRDefault="005B05B6">
            <w:pPr>
              <w:jc w:val="center"/>
            </w:pPr>
            <w:r>
              <w:t>2023–2031</w:t>
            </w:r>
          </w:p>
        </w:tc>
        <w:tc>
          <w:tcPr>
            <w:tcW w:w="0" w:type="auto"/>
          </w:tcPr>
          <w:p w14:paraId="122F0E35" w14:textId="77777777" w:rsidR="00A76BAA" w:rsidRDefault="005B05B6">
            <w:pPr>
              <w:jc w:val="center"/>
            </w:pPr>
            <w:r>
              <w:t>подлежит определению</w:t>
            </w:r>
          </w:p>
        </w:tc>
        <w:tc>
          <w:tcPr>
            <w:tcW w:w="0" w:type="auto"/>
          </w:tcPr>
          <w:p w14:paraId="3240BB1B" w14:textId="77777777" w:rsidR="00A76BAA" w:rsidRDefault="005B05B6">
            <w:pPr>
              <w:jc w:val="center"/>
            </w:pPr>
            <w:r>
              <w:t>решение принято</w:t>
            </w:r>
          </w:p>
        </w:tc>
      </w:tr>
      <w:tr w:rsidR="00A76BAA" w:rsidRPr="00C07C05" w14:paraId="055608AD" w14:textId="77777777">
        <w:trPr>
          <w:cantSplit/>
          <w:jc w:val="center"/>
        </w:trPr>
        <w:tc>
          <w:tcPr>
            <w:tcW w:w="0" w:type="auto"/>
          </w:tcPr>
          <w:p w14:paraId="34684A27" w14:textId="77777777" w:rsidR="00A76BAA" w:rsidRDefault="005B05B6">
            <w:r>
              <w:t>MS-R-01</w:t>
            </w:r>
          </w:p>
        </w:tc>
        <w:tc>
          <w:tcPr>
            <w:tcW w:w="0" w:type="auto"/>
          </w:tcPr>
          <w:p w14:paraId="1FF18A6B" w14:textId="77777777" w:rsidR="00A76BAA" w:rsidRDefault="005B05B6">
            <w:pPr>
              <w:jc w:val="center"/>
            </w:pPr>
            <w:r>
              <w:t>УПК № 9 ГРЭ</w:t>
            </w:r>
          </w:p>
        </w:tc>
        <w:tc>
          <w:tcPr>
            <w:tcW w:w="0" w:type="auto"/>
          </w:tcPr>
          <w:p w14:paraId="1057F2F5" w14:textId="77777777" w:rsidR="00A76BAA" w:rsidRPr="00794D67" w:rsidRDefault="005B05B6">
            <w:pPr>
              <w:jc w:val="center"/>
              <w:rPr>
                <w:lang w:val="ru-RU"/>
              </w:rPr>
            </w:pPr>
            <w:r w:rsidRPr="00794D67">
              <w:rPr>
                <w:lang w:val="ru-RU"/>
              </w:rPr>
              <w:t>Обеспечение резервного электроснабжения — второй ввод либо стационарный резервный источник питания</w:t>
            </w:r>
          </w:p>
        </w:tc>
        <w:tc>
          <w:tcPr>
            <w:tcW w:w="0" w:type="auto"/>
          </w:tcPr>
          <w:p w14:paraId="19104A71" w14:textId="77777777" w:rsidR="00A76BAA" w:rsidRPr="00794D67" w:rsidRDefault="005B05B6">
            <w:pPr>
              <w:jc w:val="center"/>
              <w:rPr>
                <w:lang w:val="ru-RU"/>
              </w:rPr>
            </w:pPr>
            <w:r w:rsidRPr="00794D67">
              <w:rPr>
                <w:lang w:val="ru-RU"/>
              </w:rPr>
              <w:t>подтверждённое отсутствие резервного ввода, Кэ = 0,6</w:t>
            </w:r>
          </w:p>
        </w:tc>
        <w:tc>
          <w:tcPr>
            <w:tcW w:w="0" w:type="auto"/>
          </w:tcPr>
          <w:p w14:paraId="210495B0" w14:textId="77777777" w:rsidR="00A76BAA" w:rsidRDefault="005B05B6">
            <w:pPr>
              <w:jc w:val="center"/>
            </w:pPr>
            <w:r>
              <w:t>срок не определён</w:t>
            </w:r>
          </w:p>
        </w:tc>
        <w:tc>
          <w:tcPr>
            <w:tcW w:w="0" w:type="auto"/>
          </w:tcPr>
          <w:p w14:paraId="47EF4319" w14:textId="77777777" w:rsidR="00A76BAA" w:rsidRDefault="005B05B6">
            <w:pPr>
              <w:jc w:val="center"/>
            </w:pPr>
            <w:r>
              <w:t>подлежит определению</w:t>
            </w:r>
          </w:p>
        </w:tc>
        <w:tc>
          <w:tcPr>
            <w:tcW w:w="0" w:type="auto"/>
          </w:tcPr>
          <w:p w14:paraId="40EDFED5" w14:textId="77777777" w:rsidR="00A76BAA" w:rsidRPr="00794D67" w:rsidRDefault="005B05B6">
            <w:pPr>
              <w:jc w:val="center"/>
              <w:rPr>
                <w:lang w:val="ru-RU"/>
              </w:rPr>
            </w:pPr>
            <w:r w:rsidRPr="00794D67">
              <w:rPr>
                <w:lang w:val="ru-RU"/>
              </w:rPr>
              <w:t>решение принято, объём уточняется по исходным данным</w:t>
            </w:r>
          </w:p>
        </w:tc>
      </w:tr>
      <w:tr w:rsidR="00A76BAA" w:rsidRPr="00C07C05" w14:paraId="54C08D84" w14:textId="77777777">
        <w:trPr>
          <w:cantSplit/>
          <w:jc w:val="center"/>
        </w:trPr>
        <w:tc>
          <w:tcPr>
            <w:tcW w:w="0" w:type="auto"/>
          </w:tcPr>
          <w:p w14:paraId="50977969" w14:textId="77777777" w:rsidR="00A76BAA" w:rsidRDefault="005B05B6">
            <w:r>
              <w:t>MS-R-02</w:t>
            </w:r>
          </w:p>
        </w:tc>
        <w:tc>
          <w:tcPr>
            <w:tcW w:w="0" w:type="auto"/>
          </w:tcPr>
          <w:p w14:paraId="5E19A38F" w14:textId="77777777" w:rsidR="00A76BAA" w:rsidRDefault="005B05B6">
            <w:pPr>
              <w:jc w:val="center"/>
            </w:pPr>
            <w:r>
              <w:t>Все зоны</w:t>
            </w:r>
          </w:p>
        </w:tc>
        <w:tc>
          <w:tcPr>
            <w:tcW w:w="0" w:type="auto"/>
          </w:tcPr>
          <w:p w14:paraId="18A48CCD" w14:textId="77777777" w:rsidR="00A76BAA" w:rsidRPr="00794D67" w:rsidRDefault="005B05B6">
            <w:pPr>
              <w:jc w:val="center"/>
              <w:rPr>
                <w:lang w:val="ru-RU"/>
              </w:rPr>
            </w:pPr>
            <w:r w:rsidRPr="00794D67">
              <w:rPr>
                <w:lang w:val="ru-RU"/>
              </w:rPr>
              <w:t>Замена ветхих участков тепловых сетей</w:t>
            </w:r>
          </w:p>
        </w:tc>
        <w:tc>
          <w:tcPr>
            <w:tcW w:w="0" w:type="auto"/>
          </w:tcPr>
          <w:p w14:paraId="7BBA64DE" w14:textId="77777777" w:rsidR="00A76BAA" w:rsidRPr="00794D67" w:rsidRDefault="005B05B6">
            <w:pPr>
              <w:jc w:val="center"/>
              <w:rPr>
                <w:lang w:val="ru-RU"/>
              </w:rPr>
            </w:pPr>
            <w:r w:rsidRPr="00794D67">
              <w:rPr>
                <w:lang w:val="ru-RU"/>
              </w:rPr>
              <w:t>доля ветхих сетей 20–30 %, физический износ 52 %</w:t>
            </w:r>
          </w:p>
        </w:tc>
        <w:tc>
          <w:tcPr>
            <w:tcW w:w="0" w:type="auto"/>
          </w:tcPr>
          <w:p w14:paraId="38BC9508" w14:textId="77777777" w:rsidR="00A76BAA" w:rsidRDefault="005B05B6">
            <w:pPr>
              <w:jc w:val="center"/>
            </w:pPr>
            <w:r>
              <w:t>срок не определён</w:t>
            </w:r>
          </w:p>
        </w:tc>
        <w:tc>
          <w:tcPr>
            <w:tcW w:w="0" w:type="auto"/>
          </w:tcPr>
          <w:p w14:paraId="35AE1B77" w14:textId="77777777" w:rsidR="00A76BAA" w:rsidRDefault="005B05B6">
            <w:pPr>
              <w:jc w:val="center"/>
            </w:pPr>
            <w:r>
              <w:t>подлежит определению</w:t>
            </w:r>
          </w:p>
        </w:tc>
        <w:tc>
          <w:tcPr>
            <w:tcW w:w="0" w:type="auto"/>
          </w:tcPr>
          <w:p w14:paraId="7360699C" w14:textId="77777777" w:rsidR="00A76BAA" w:rsidRPr="00794D67" w:rsidRDefault="005B05B6">
            <w:pPr>
              <w:jc w:val="center"/>
              <w:rPr>
                <w:lang w:val="ru-RU"/>
              </w:rPr>
            </w:pPr>
            <w:r w:rsidRPr="00794D67">
              <w:rPr>
                <w:lang w:val="ru-RU"/>
              </w:rPr>
              <w:t>решение принято, объём уточняется по исходным данным</w:t>
            </w:r>
          </w:p>
        </w:tc>
      </w:tr>
      <w:tr w:rsidR="00A76BAA" w:rsidRPr="00C07C05" w14:paraId="5DA592BF" w14:textId="77777777">
        <w:trPr>
          <w:cantSplit/>
          <w:jc w:val="center"/>
        </w:trPr>
        <w:tc>
          <w:tcPr>
            <w:tcW w:w="0" w:type="auto"/>
          </w:tcPr>
          <w:p w14:paraId="7A01E6ED" w14:textId="77777777" w:rsidR="00A76BAA" w:rsidRDefault="005B05B6">
            <w:r>
              <w:t>MS-R-03</w:t>
            </w:r>
          </w:p>
        </w:tc>
        <w:tc>
          <w:tcPr>
            <w:tcW w:w="0" w:type="auto"/>
          </w:tcPr>
          <w:p w14:paraId="36051A78" w14:textId="77777777" w:rsidR="00A76BAA" w:rsidRDefault="005B05B6">
            <w:pPr>
              <w:jc w:val="center"/>
            </w:pPr>
            <w:r>
              <w:t>УПК № 5 Новый Шерегеш</w:t>
            </w:r>
          </w:p>
        </w:tc>
        <w:tc>
          <w:tcPr>
            <w:tcW w:w="0" w:type="auto"/>
          </w:tcPr>
          <w:p w14:paraId="7CD5378B" w14:textId="77777777" w:rsidR="00A76BAA" w:rsidRDefault="005B05B6">
            <w:pPr>
              <w:jc w:val="center"/>
            </w:pPr>
            <w:r>
              <w:t>Замещение низкоэффективного котельного оборудования</w:t>
            </w:r>
          </w:p>
        </w:tc>
        <w:tc>
          <w:tcPr>
            <w:tcW w:w="0" w:type="auto"/>
          </w:tcPr>
          <w:p w14:paraId="1AC0DA6A" w14:textId="77777777" w:rsidR="00A76BAA" w:rsidRPr="00794D67" w:rsidRDefault="005B05B6">
            <w:pPr>
              <w:jc w:val="center"/>
              <w:rPr>
                <w:lang w:val="ru-RU"/>
              </w:rPr>
            </w:pPr>
            <w:r w:rsidRPr="00794D67">
              <w:rPr>
                <w:lang w:val="ru-RU"/>
              </w:rPr>
              <w:t>КПД четырёх котлов из семи ниже 73 %; возраст от 1967 года; согласование с газификацией</w:t>
            </w:r>
          </w:p>
        </w:tc>
        <w:tc>
          <w:tcPr>
            <w:tcW w:w="0" w:type="auto"/>
          </w:tcPr>
          <w:p w14:paraId="7387E55A" w14:textId="77777777" w:rsidR="00A76BAA" w:rsidRDefault="005B05B6">
            <w:pPr>
              <w:jc w:val="center"/>
            </w:pPr>
            <w:r>
              <w:t>срок не определён</w:t>
            </w:r>
          </w:p>
        </w:tc>
        <w:tc>
          <w:tcPr>
            <w:tcW w:w="0" w:type="auto"/>
          </w:tcPr>
          <w:p w14:paraId="3F76AD86" w14:textId="77777777" w:rsidR="00A76BAA" w:rsidRDefault="005B05B6">
            <w:pPr>
              <w:jc w:val="center"/>
            </w:pPr>
            <w:r>
              <w:t>подлежит определению</w:t>
            </w:r>
          </w:p>
        </w:tc>
        <w:tc>
          <w:tcPr>
            <w:tcW w:w="0" w:type="auto"/>
          </w:tcPr>
          <w:p w14:paraId="46EBC306" w14:textId="77777777" w:rsidR="00A76BAA" w:rsidRPr="00794D67" w:rsidRDefault="005B05B6">
            <w:pPr>
              <w:jc w:val="center"/>
              <w:rPr>
                <w:lang w:val="ru-RU"/>
              </w:rPr>
            </w:pPr>
            <w:r w:rsidRPr="00794D67">
              <w:rPr>
                <w:lang w:val="ru-RU"/>
              </w:rPr>
              <w:t>решение принято, объём уточняется по исходным данным</w:t>
            </w:r>
          </w:p>
        </w:tc>
      </w:tr>
      <w:tr w:rsidR="00A76BAA" w:rsidRPr="00C07C05" w14:paraId="58E2BA3E" w14:textId="77777777">
        <w:trPr>
          <w:cantSplit/>
          <w:jc w:val="center"/>
        </w:trPr>
        <w:tc>
          <w:tcPr>
            <w:tcW w:w="0" w:type="auto"/>
          </w:tcPr>
          <w:p w14:paraId="33FB93DC" w14:textId="77777777" w:rsidR="00A76BAA" w:rsidRDefault="005B05B6">
            <w:r>
              <w:t>MS-R-04</w:t>
            </w:r>
          </w:p>
        </w:tc>
        <w:tc>
          <w:tcPr>
            <w:tcW w:w="0" w:type="auto"/>
          </w:tcPr>
          <w:p w14:paraId="55643D08" w14:textId="77777777" w:rsidR="00A76BAA" w:rsidRDefault="005B05B6">
            <w:pPr>
              <w:jc w:val="center"/>
            </w:pPr>
            <w:r>
              <w:t>Все зоны</w:t>
            </w:r>
          </w:p>
        </w:tc>
        <w:tc>
          <w:tcPr>
            <w:tcW w:w="0" w:type="auto"/>
          </w:tcPr>
          <w:p w14:paraId="01863B25" w14:textId="77777777" w:rsidR="00A76BAA" w:rsidRPr="00794D67" w:rsidRDefault="005B05B6">
            <w:pPr>
              <w:jc w:val="center"/>
              <w:rPr>
                <w:lang w:val="ru-RU"/>
              </w:rPr>
            </w:pPr>
            <w:r w:rsidRPr="00794D67">
              <w:rPr>
                <w:lang w:val="ru-RU"/>
              </w:rPr>
              <w:t>Устройство резервирующих связей тепловых сетей</w:t>
            </w:r>
          </w:p>
        </w:tc>
        <w:tc>
          <w:tcPr>
            <w:tcW w:w="0" w:type="auto"/>
          </w:tcPr>
          <w:p w14:paraId="1597A8C0" w14:textId="77777777" w:rsidR="00A76BAA" w:rsidRDefault="005B05B6">
            <w:pPr>
              <w:jc w:val="center"/>
            </w:pPr>
            <w:r>
              <w:t>ожидает результата сценария MS-09</w:t>
            </w:r>
          </w:p>
        </w:tc>
        <w:tc>
          <w:tcPr>
            <w:tcW w:w="0" w:type="auto"/>
          </w:tcPr>
          <w:p w14:paraId="76318AF7" w14:textId="77777777" w:rsidR="00A76BAA" w:rsidRDefault="005B05B6">
            <w:pPr>
              <w:jc w:val="center"/>
            </w:pPr>
            <w:r>
              <w:t>срок не определён</w:t>
            </w:r>
          </w:p>
        </w:tc>
        <w:tc>
          <w:tcPr>
            <w:tcW w:w="0" w:type="auto"/>
          </w:tcPr>
          <w:p w14:paraId="65AD1A6E" w14:textId="77777777" w:rsidR="00A76BAA" w:rsidRDefault="005B05B6">
            <w:pPr>
              <w:jc w:val="center"/>
            </w:pPr>
            <w:r>
              <w:t>подлежит определению</w:t>
            </w:r>
          </w:p>
        </w:tc>
        <w:tc>
          <w:tcPr>
            <w:tcW w:w="0" w:type="auto"/>
          </w:tcPr>
          <w:p w14:paraId="3CDBD763" w14:textId="77777777" w:rsidR="00A76BAA" w:rsidRPr="00794D67" w:rsidRDefault="005B05B6">
            <w:pPr>
              <w:jc w:val="center"/>
              <w:rPr>
                <w:lang w:val="ru-RU"/>
              </w:rPr>
            </w:pPr>
            <w:r w:rsidRPr="00794D67">
              <w:rPr>
                <w:lang w:val="ru-RU"/>
              </w:rPr>
              <w:t>решение принято, объём уточняется по исходным данным</w:t>
            </w:r>
          </w:p>
        </w:tc>
      </w:tr>
      <w:tr w:rsidR="00A76BAA" w:rsidRPr="00C07C05" w14:paraId="1B35BEA9" w14:textId="77777777">
        <w:trPr>
          <w:cantSplit/>
          <w:jc w:val="center"/>
        </w:trPr>
        <w:tc>
          <w:tcPr>
            <w:tcW w:w="0" w:type="auto"/>
          </w:tcPr>
          <w:p w14:paraId="0D0FCF18" w14:textId="77777777" w:rsidR="00A76BAA" w:rsidRDefault="005B05B6">
            <w:r>
              <w:t>MS-R-05</w:t>
            </w:r>
          </w:p>
        </w:tc>
        <w:tc>
          <w:tcPr>
            <w:tcW w:w="0" w:type="auto"/>
          </w:tcPr>
          <w:p w14:paraId="328874C8" w14:textId="77777777" w:rsidR="00A76BAA" w:rsidRDefault="005B05B6">
            <w:pPr>
              <w:jc w:val="center"/>
            </w:pPr>
            <w:r>
              <w:t>Шалым, Темир-Тау, Спасск</w:t>
            </w:r>
          </w:p>
        </w:tc>
        <w:tc>
          <w:tcPr>
            <w:tcW w:w="0" w:type="auto"/>
          </w:tcPr>
          <w:p w14:paraId="37F4E4D0" w14:textId="77777777" w:rsidR="00A76BAA" w:rsidRPr="00794D67" w:rsidRDefault="005B05B6">
            <w:pPr>
              <w:jc w:val="center"/>
              <w:rPr>
                <w:lang w:val="ru-RU"/>
              </w:rPr>
            </w:pPr>
            <w:r w:rsidRPr="00794D67">
              <w:rPr>
                <w:lang w:val="ru-RU"/>
              </w:rPr>
              <w:t>Подтверждение технологии водоподготовки и закрытие дефицита производительности</w:t>
            </w:r>
          </w:p>
        </w:tc>
        <w:tc>
          <w:tcPr>
            <w:tcW w:w="0" w:type="auto"/>
          </w:tcPr>
          <w:p w14:paraId="48FAD654" w14:textId="77777777" w:rsidR="00A76BAA" w:rsidRPr="00794D67" w:rsidRDefault="005B05B6">
            <w:pPr>
              <w:jc w:val="center"/>
              <w:rPr>
                <w:lang w:val="ru-RU"/>
              </w:rPr>
            </w:pPr>
            <w:r w:rsidRPr="00794D67">
              <w:rPr>
                <w:lang w:val="ru-RU"/>
              </w:rPr>
              <w:t>дефицит производительности ВПУ: Темир-Тау −4,05, Шалым −2,28, Спасск −0,43 т/ч при заявленной нулевой производ</w:t>
            </w:r>
          </w:p>
        </w:tc>
        <w:tc>
          <w:tcPr>
            <w:tcW w:w="0" w:type="auto"/>
          </w:tcPr>
          <w:p w14:paraId="59FD3B64" w14:textId="77777777" w:rsidR="00A76BAA" w:rsidRDefault="005B05B6">
            <w:pPr>
              <w:jc w:val="center"/>
            </w:pPr>
            <w:r>
              <w:t>срок не определён</w:t>
            </w:r>
          </w:p>
        </w:tc>
        <w:tc>
          <w:tcPr>
            <w:tcW w:w="0" w:type="auto"/>
          </w:tcPr>
          <w:p w14:paraId="62DC543A" w14:textId="77777777" w:rsidR="00A76BAA" w:rsidRDefault="005B05B6">
            <w:pPr>
              <w:jc w:val="center"/>
            </w:pPr>
            <w:r>
              <w:t>подлежит определению</w:t>
            </w:r>
          </w:p>
        </w:tc>
        <w:tc>
          <w:tcPr>
            <w:tcW w:w="0" w:type="auto"/>
          </w:tcPr>
          <w:p w14:paraId="39981A4D" w14:textId="77777777" w:rsidR="00A76BAA" w:rsidRPr="00794D67" w:rsidRDefault="005B05B6">
            <w:pPr>
              <w:jc w:val="center"/>
              <w:rPr>
                <w:lang w:val="ru-RU"/>
              </w:rPr>
            </w:pPr>
            <w:r w:rsidRPr="00794D67">
              <w:rPr>
                <w:lang w:val="ru-RU"/>
              </w:rPr>
              <w:t>решение принято, объём уточняется по исходным данным</w:t>
            </w:r>
          </w:p>
        </w:tc>
      </w:tr>
      <w:tr w:rsidR="00A76BAA" w:rsidRPr="00C07C05" w14:paraId="1E698448" w14:textId="77777777">
        <w:trPr>
          <w:cantSplit/>
          <w:jc w:val="center"/>
        </w:trPr>
        <w:tc>
          <w:tcPr>
            <w:tcW w:w="0" w:type="auto"/>
          </w:tcPr>
          <w:p w14:paraId="77E02631" w14:textId="77777777" w:rsidR="00A76BAA" w:rsidRDefault="005B05B6">
            <w:r>
              <w:t>MS-R-06</w:t>
            </w:r>
          </w:p>
        </w:tc>
        <w:tc>
          <w:tcPr>
            <w:tcW w:w="0" w:type="auto"/>
          </w:tcPr>
          <w:p w14:paraId="6D262CF8" w14:textId="77777777" w:rsidR="00A76BAA" w:rsidRDefault="005B05B6">
            <w:pPr>
              <w:jc w:val="center"/>
            </w:pPr>
            <w:r>
              <w:t>УПК № 5 Новый Шерегеш</w:t>
            </w:r>
          </w:p>
        </w:tc>
        <w:tc>
          <w:tcPr>
            <w:tcW w:w="0" w:type="auto"/>
          </w:tcPr>
          <w:p w14:paraId="6C981A01" w14:textId="77777777" w:rsidR="00A76BAA" w:rsidRPr="00794D67" w:rsidRDefault="005B05B6">
            <w:pPr>
              <w:jc w:val="center"/>
              <w:rPr>
                <w:lang w:val="ru-RU"/>
              </w:rPr>
            </w:pPr>
            <w:r w:rsidRPr="00794D67">
              <w:rPr>
                <w:lang w:val="ru-RU"/>
              </w:rPr>
              <w:t>Обеспечение подпитки тепловой сети — закрытие дефицита производительности и покрытие аварийной подпитки</w:t>
            </w:r>
          </w:p>
        </w:tc>
        <w:tc>
          <w:tcPr>
            <w:tcW w:w="0" w:type="auto"/>
          </w:tcPr>
          <w:p w14:paraId="222A9891" w14:textId="77777777" w:rsidR="00A76BAA" w:rsidRPr="00794D67" w:rsidRDefault="005B05B6">
            <w:pPr>
              <w:jc w:val="center"/>
              <w:rPr>
                <w:lang w:val="ru-RU"/>
              </w:rPr>
            </w:pPr>
            <w:r w:rsidRPr="00794D67">
              <w:rPr>
                <w:lang w:val="ru-RU"/>
              </w:rPr>
              <w:t>дефицит ВПУ −0,49 т/ч при производительности 26,4 и требуемой 29,9 т/ч; требуемая аварийная подпитка 101,8 т/ч</w:t>
            </w:r>
          </w:p>
        </w:tc>
        <w:tc>
          <w:tcPr>
            <w:tcW w:w="0" w:type="auto"/>
          </w:tcPr>
          <w:p w14:paraId="572BC46C" w14:textId="77777777" w:rsidR="00A76BAA" w:rsidRDefault="005B05B6">
            <w:pPr>
              <w:jc w:val="center"/>
            </w:pPr>
            <w:r>
              <w:t>срок не определён</w:t>
            </w:r>
          </w:p>
        </w:tc>
        <w:tc>
          <w:tcPr>
            <w:tcW w:w="0" w:type="auto"/>
          </w:tcPr>
          <w:p w14:paraId="451B4398" w14:textId="77777777" w:rsidR="00A76BAA" w:rsidRDefault="005B05B6">
            <w:pPr>
              <w:jc w:val="center"/>
            </w:pPr>
            <w:r>
              <w:t>подлежит определению</w:t>
            </w:r>
          </w:p>
        </w:tc>
        <w:tc>
          <w:tcPr>
            <w:tcW w:w="0" w:type="auto"/>
          </w:tcPr>
          <w:p w14:paraId="41FCE853" w14:textId="77777777" w:rsidR="00A76BAA" w:rsidRPr="00794D67" w:rsidRDefault="005B05B6">
            <w:pPr>
              <w:jc w:val="center"/>
              <w:rPr>
                <w:lang w:val="ru-RU"/>
              </w:rPr>
            </w:pPr>
            <w:r w:rsidRPr="00794D67">
              <w:rPr>
                <w:lang w:val="ru-RU"/>
              </w:rPr>
              <w:t>решение принято, объём уточняется по исходным данным</w:t>
            </w:r>
          </w:p>
        </w:tc>
      </w:tr>
      <w:tr w:rsidR="00A76BAA" w:rsidRPr="00C07C05" w14:paraId="3A83A02A" w14:textId="77777777">
        <w:trPr>
          <w:cantSplit/>
          <w:jc w:val="center"/>
        </w:trPr>
        <w:tc>
          <w:tcPr>
            <w:tcW w:w="0" w:type="auto"/>
          </w:tcPr>
          <w:p w14:paraId="5104869C" w14:textId="77777777" w:rsidR="00A76BAA" w:rsidRDefault="005B05B6">
            <w:r>
              <w:t>MS-DHW-01</w:t>
            </w:r>
          </w:p>
        </w:tc>
        <w:tc>
          <w:tcPr>
            <w:tcW w:w="0" w:type="auto"/>
          </w:tcPr>
          <w:p w14:paraId="35AD0150" w14:textId="77777777" w:rsidR="00A76BAA" w:rsidRDefault="005B05B6">
            <w:pPr>
              <w:jc w:val="center"/>
            </w:pPr>
            <w:r>
              <w:t>УПК № 1 Таштагол</w:t>
            </w:r>
          </w:p>
        </w:tc>
        <w:tc>
          <w:tcPr>
            <w:tcW w:w="0" w:type="auto"/>
          </w:tcPr>
          <w:p w14:paraId="49183074" w14:textId="77777777" w:rsidR="00A76BAA" w:rsidRPr="00794D67" w:rsidRDefault="005B05B6">
            <w:pPr>
              <w:jc w:val="center"/>
              <w:rPr>
                <w:lang w:val="ru-RU"/>
              </w:rPr>
            </w:pPr>
            <w:r w:rsidRPr="00794D67">
              <w:rPr>
                <w:lang w:val="ru-RU"/>
              </w:rPr>
              <w:t>Перевод системы горячего водоснабжения на закрытую схему — реконструкция и монтаж индивидуальных тепловых пунк</w:t>
            </w:r>
          </w:p>
        </w:tc>
        <w:tc>
          <w:tcPr>
            <w:tcW w:w="0" w:type="auto"/>
          </w:tcPr>
          <w:p w14:paraId="4007BC8A" w14:textId="77777777" w:rsidR="00A76BAA" w:rsidRPr="00794D67" w:rsidRDefault="005B05B6">
            <w:pPr>
              <w:jc w:val="center"/>
              <w:rPr>
                <w:lang w:val="ru-RU"/>
              </w:rPr>
            </w:pPr>
            <w:r w:rsidRPr="00794D67">
              <w:rPr>
                <w:lang w:val="ru-RU"/>
              </w:rPr>
              <w:t>часть 9 статьи 29 Федерального закона № 190-ФЗ; открытый водоразбор 341</w:t>
            </w:r>
            <w:r>
              <w:t> </w:t>
            </w:r>
            <w:r w:rsidRPr="00794D67">
              <w:rPr>
                <w:lang w:val="ru-RU"/>
              </w:rPr>
              <w:t>475 т/год</w:t>
            </w:r>
          </w:p>
        </w:tc>
        <w:tc>
          <w:tcPr>
            <w:tcW w:w="0" w:type="auto"/>
          </w:tcPr>
          <w:p w14:paraId="03D8D147" w14:textId="77777777" w:rsidR="00A76BAA" w:rsidRDefault="005B05B6">
            <w:pPr>
              <w:jc w:val="center"/>
            </w:pPr>
            <w:r>
              <w:t>2027–2031</w:t>
            </w:r>
          </w:p>
        </w:tc>
        <w:tc>
          <w:tcPr>
            <w:tcW w:w="0" w:type="auto"/>
          </w:tcPr>
          <w:p w14:paraId="2FE14DC9" w14:textId="77777777" w:rsidR="00A76BAA" w:rsidRDefault="005B05B6">
            <w:pPr>
              <w:jc w:val="center"/>
            </w:pPr>
            <w:r>
              <w:t>подлежит определению</w:t>
            </w:r>
          </w:p>
        </w:tc>
        <w:tc>
          <w:tcPr>
            <w:tcW w:w="0" w:type="auto"/>
          </w:tcPr>
          <w:p w14:paraId="7171EC50" w14:textId="77777777" w:rsidR="00A76BAA" w:rsidRPr="00794D67" w:rsidRDefault="005B05B6">
            <w:pPr>
              <w:jc w:val="center"/>
              <w:rPr>
                <w:lang w:val="ru-RU"/>
              </w:rPr>
            </w:pPr>
            <w:r w:rsidRPr="00794D67">
              <w:rPr>
                <w:lang w:val="ru-RU"/>
              </w:rPr>
              <w:t>предпочтительное решение, подлежит расчётному подтверждению</w:t>
            </w:r>
          </w:p>
        </w:tc>
      </w:tr>
      <w:tr w:rsidR="00A76BAA" w:rsidRPr="00C07C05" w14:paraId="2246F1EB" w14:textId="77777777">
        <w:trPr>
          <w:cantSplit/>
          <w:jc w:val="center"/>
        </w:trPr>
        <w:tc>
          <w:tcPr>
            <w:tcW w:w="0" w:type="auto"/>
          </w:tcPr>
          <w:p w14:paraId="66A442B2" w14:textId="77777777" w:rsidR="00A76BAA" w:rsidRDefault="005B05B6">
            <w:r>
              <w:t>MS-DHW-02</w:t>
            </w:r>
          </w:p>
        </w:tc>
        <w:tc>
          <w:tcPr>
            <w:tcW w:w="0" w:type="auto"/>
          </w:tcPr>
          <w:p w14:paraId="469FA5E4" w14:textId="77777777" w:rsidR="00A76BAA" w:rsidRDefault="005B05B6">
            <w:pPr>
              <w:jc w:val="center"/>
            </w:pPr>
            <w:r>
              <w:t>УПК № 2 Шалым</w:t>
            </w:r>
          </w:p>
        </w:tc>
        <w:tc>
          <w:tcPr>
            <w:tcW w:w="0" w:type="auto"/>
          </w:tcPr>
          <w:p w14:paraId="75AC0600" w14:textId="77777777" w:rsidR="00A76BAA" w:rsidRPr="00794D67" w:rsidRDefault="005B05B6">
            <w:pPr>
              <w:jc w:val="center"/>
              <w:rPr>
                <w:lang w:val="ru-RU"/>
              </w:rPr>
            </w:pPr>
            <w:r w:rsidRPr="00794D67">
              <w:rPr>
                <w:lang w:val="ru-RU"/>
              </w:rPr>
              <w:t>Перевод системы горячего водоснабжения на закрытую схему — реконструкция и монтаж индивидуальных тепловых пунк</w:t>
            </w:r>
          </w:p>
        </w:tc>
        <w:tc>
          <w:tcPr>
            <w:tcW w:w="0" w:type="auto"/>
          </w:tcPr>
          <w:p w14:paraId="636F1699" w14:textId="77777777" w:rsidR="00A76BAA" w:rsidRPr="00794D67" w:rsidRDefault="005B05B6">
            <w:pPr>
              <w:jc w:val="center"/>
              <w:rPr>
                <w:lang w:val="ru-RU"/>
              </w:rPr>
            </w:pPr>
            <w:r w:rsidRPr="00794D67">
              <w:rPr>
                <w:lang w:val="ru-RU"/>
              </w:rPr>
              <w:t>часть 9 статьи 29 Федерального закона № 190-ФЗ; открытый водоразбор 18</w:t>
            </w:r>
            <w:r>
              <w:t> </w:t>
            </w:r>
            <w:r w:rsidRPr="00794D67">
              <w:rPr>
                <w:lang w:val="ru-RU"/>
              </w:rPr>
              <w:t>157 т/год</w:t>
            </w:r>
          </w:p>
        </w:tc>
        <w:tc>
          <w:tcPr>
            <w:tcW w:w="0" w:type="auto"/>
          </w:tcPr>
          <w:p w14:paraId="37C2DB4D" w14:textId="77777777" w:rsidR="00A76BAA" w:rsidRDefault="005B05B6">
            <w:pPr>
              <w:jc w:val="center"/>
            </w:pPr>
            <w:r>
              <w:t>2031–2036</w:t>
            </w:r>
          </w:p>
        </w:tc>
        <w:tc>
          <w:tcPr>
            <w:tcW w:w="0" w:type="auto"/>
          </w:tcPr>
          <w:p w14:paraId="4963EC25" w14:textId="77777777" w:rsidR="00A76BAA" w:rsidRDefault="005B05B6">
            <w:pPr>
              <w:jc w:val="center"/>
            </w:pPr>
            <w:r>
              <w:t>подлежит определению</w:t>
            </w:r>
          </w:p>
        </w:tc>
        <w:tc>
          <w:tcPr>
            <w:tcW w:w="0" w:type="auto"/>
          </w:tcPr>
          <w:p w14:paraId="196712BF" w14:textId="77777777" w:rsidR="00A76BAA" w:rsidRPr="00794D67" w:rsidRDefault="005B05B6">
            <w:pPr>
              <w:jc w:val="center"/>
              <w:rPr>
                <w:lang w:val="ru-RU"/>
              </w:rPr>
            </w:pPr>
            <w:r w:rsidRPr="00794D67">
              <w:rPr>
                <w:lang w:val="ru-RU"/>
              </w:rPr>
              <w:t>предпочтительное решение, подлежит расчётному подтверждению</w:t>
            </w:r>
          </w:p>
        </w:tc>
      </w:tr>
      <w:tr w:rsidR="00A76BAA" w:rsidRPr="00C07C05" w14:paraId="10C3609B" w14:textId="77777777">
        <w:trPr>
          <w:cantSplit/>
          <w:jc w:val="center"/>
        </w:trPr>
        <w:tc>
          <w:tcPr>
            <w:tcW w:w="0" w:type="auto"/>
          </w:tcPr>
          <w:p w14:paraId="16BB979F" w14:textId="77777777" w:rsidR="00A76BAA" w:rsidRDefault="005B05B6">
            <w:r>
              <w:t>MS-DHW-03</w:t>
            </w:r>
          </w:p>
        </w:tc>
        <w:tc>
          <w:tcPr>
            <w:tcW w:w="0" w:type="auto"/>
          </w:tcPr>
          <w:p w14:paraId="35B45AAC" w14:textId="77777777" w:rsidR="00A76BAA" w:rsidRDefault="005B05B6">
            <w:pPr>
              <w:jc w:val="center"/>
            </w:pPr>
            <w:r>
              <w:t>УПК № 2 ЦМК</w:t>
            </w:r>
          </w:p>
        </w:tc>
        <w:tc>
          <w:tcPr>
            <w:tcW w:w="0" w:type="auto"/>
          </w:tcPr>
          <w:p w14:paraId="63073CE4" w14:textId="77777777" w:rsidR="00A76BAA" w:rsidRPr="00794D67" w:rsidRDefault="005B05B6">
            <w:pPr>
              <w:jc w:val="center"/>
              <w:rPr>
                <w:lang w:val="ru-RU"/>
              </w:rPr>
            </w:pPr>
            <w:r w:rsidRPr="00794D67">
              <w:rPr>
                <w:lang w:val="ru-RU"/>
              </w:rPr>
              <w:t>Перевод системы горячего водоснабжения на закрытую схему — реконструкция и монтаж индивидуальных тепловых пунк</w:t>
            </w:r>
          </w:p>
        </w:tc>
        <w:tc>
          <w:tcPr>
            <w:tcW w:w="0" w:type="auto"/>
          </w:tcPr>
          <w:p w14:paraId="27B7F0D0" w14:textId="77777777" w:rsidR="00A76BAA" w:rsidRPr="00794D67" w:rsidRDefault="005B05B6">
            <w:pPr>
              <w:jc w:val="center"/>
              <w:rPr>
                <w:lang w:val="ru-RU"/>
              </w:rPr>
            </w:pPr>
            <w:r w:rsidRPr="00794D67">
              <w:rPr>
                <w:lang w:val="ru-RU"/>
              </w:rPr>
              <w:t>часть 9 статьи 29 Федерального закона № 190-ФЗ; открытый водоразбор 13</w:t>
            </w:r>
            <w:r>
              <w:t> </w:t>
            </w:r>
            <w:r w:rsidRPr="00794D67">
              <w:rPr>
                <w:lang w:val="ru-RU"/>
              </w:rPr>
              <w:t>266 т/год</w:t>
            </w:r>
          </w:p>
        </w:tc>
        <w:tc>
          <w:tcPr>
            <w:tcW w:w="0" w:type="auto"/>
          </w:tcPr>
          <w:p w14:paraId="569E2A50" w14:textId="77777777" w:rsidR="00A76BAA" w:rsidRDefault="005B05B6">
            <w:pPr>
              <w:jc w:val="center"/>
            </w:pPr>
            <w:r>
              <w:t>2031–2036</w:t>
            </w:r>
          </w:p>
        </w:tc>
        <w:tc>
          <w:tcPr>
            <w:tcW w:w="0" w:type="auto"/>
          </w:tcPr>
          <w:p w14:paraId="0CCA153C" w14:textId="77777777" w:rsidR="00A76BAA" w:rsidRDefault="005B05B6">
            <w:pPr>
              <w:jc w:val="center"/>
            </w:pPr>
            <w:r>
              <w:t>подлежит определению</w:t>
            </w:r>
          </w:p>
        </w:tc>
        <w:tc>
          <w:tcPr>
            <w:tcW w:w="0" w:type="auto"/>
          </w:tcPr>
          <w:p w14:paraId="3F9D4DED" w14:textId="77777777" w:rsidR="00A76BAA" w:rsidRPr="00794D67" w:rsidRDefault="005B05B6">
            <w:pPr>
              <w:jc w:val="center"/>
              <w:rPr>
                <w:lang w:val="ru-RU"/>
              </w:rPr>
            </w:pPr>
            <w:r w:rsidRPr="00794D67">
              <w:rPr>
                <w:lang w:val="ru-RU"/>
              </w:rPr>
              <w:t>предпочтительное решение, подлежит расчётному подтверждению</w:t>
            </w:r>
          </w:p>
        </w:tc>
      </w:tr>
      <w:tr w:rsidR="00A76BAA" w:rsidRPr="00C07C05" w14:paraId="5A7EBD5B" w14:textId="77777777">
        <w:trPr>
          <w:cantSplit/>
          <w:jc w:val="center"/>
        </w:trPr>
        <w:tc>
          <w:tcPr>
            <w:tcW w:w="0" w:type="auto"/>
          </w:tcPr>
          <w:p w14:paraId="325DD62D" w14:textId="77777777" w:rsidR="00A76BAA" w:rsidRDefault="005B05B6">
            <w:r>
              <w:t>MS-DHW-04</w:t>
            </w:r>
          </w:p>
        </w:tc>
        <w:tc>
          <w:tcPr>
            <w:tcW w:w="0" w:type="auto"/>
          </w:tcPr>
          <w:p w14:paraId="54EE5B35" w14:textId="77777777" w:rsidR="00A76BAA" w:rsidRDefault="005B05B6">
            <w:pPr>
              <w:jc w:val="center"/>
            </w:pPr>
            <w:r>
              <w:t>УПК № 9 ГРЭ</w:t>
            </w:r>
          </w:p>
        </w:tc>
        <w:tc>
          <w:tcPr>
            <w:tcW w:w="0" w:type="auto"/>
          </w:tcPr>
          <w:p w14:paraId="572DD872" w14:textId="77777777" w:rsidR="00A76BAA" w:rsidRPr="00794D67" w:rsidRDefault="005B05B6">
            <w:pPr>
              <w:jc w:val="center"/>
              <w:rPr>
                <w:lang w:val="ru-RU"/>
              </w:rPr>
            </w:pPr>
            <w:r w:rsidRPr="00794D67">
              <w:rPr>
                <w:lang w:val="ru-RU"/>
              </w:rPr>
              <w:t>Перевод системы горячего водоснабжения на закрытую схему — реконструкция и монтаж индивидуальных тепловых пунк</w:t>
            </w:r>
          </w:p>
        </w:tc>
        <w:tc>
          <w:tcPr>
            <w:tcW w:w="0" w:type="auto"/>
          </w:tcPr>
          <w:p w14:paraId="14D55F3D" w14:textId="77777777" w:rsidR="00A76BAA" w:rsidRPr="00794D67" w:rsidRDefault="005B05B6">
            <w:pPr>
              <w:jc w:val="center"/>
              <w:rPr>
                <w:lang w:val="ru-RU"/>
              </w:rPr>
            </w:pPr>
            <w:r w:rsidRPr="00794D67">
              <w:rPr>
                <w:lang w:val="ru-RU"/>
              </w:rPr>
              <w:t>часть 9 статьи 29 Федерального закона № 190-ФЗ; открытый водоразбор не раскрыт</w:t>
            </w:r>
          </w:p>
        </w:tc>
        <w:tc>
          <w:tcPr>
            <w:tcW w:w="0" w:type="auto"/>
          </w:tcPr>
          <w:p w14:paraId="58B3681F" w14:textId="77777777" w:rsidR="00A76BAA" w:rsidRDefault="005B05B6">
            <w:pPr>
              <w:jc w:val="center"/>
            </w:pPr>
            <w:r>
              <w:t>подлежит определению</w:t>
            </w:r>
          </w:p>
        </w:tc>
        <w:tc>
          <w:tcPr>
            <w:tcW w:w="0" w:type="auto"/>
          </w:tcPr>
          <w:p w14:paraId="75AE599B" w14:textId="77777777" w:rsidR="00A76BAA" w:rsidRDefault="005B05B6">
            <w:pPr>
              <w:jc w:val="center"/>
            </w:pPr>
            <w:r>
              <w:t>подлежит определению</w:t>
            </w:r>
          </w:p>
        </w:tc>
        <w:tc>
          <w:tcPr>
            <w:tcW w:w="0" w:type="auto"/>
          </w:tcPr>
          <w:p w14:paraId="3CB0822D" w14:textId="77777777" w:rsidR="00A76BAA" w:rsidRPr="00794D67" w:rsidRDefault="005B05B6">
            <w:pPr>
              <w:jc w:val="center"/>
              <w:rPr>
                <w:lang w:val="ru-RU"/>
              </w:rPr>
            </w:pPr>
            <w:r w:rsidRPr="00794D67">
              <w:rPr>
                <w:lang w:val="ru-RU"/>
              </w:rPr>
              <w:t>предпочтительное решение, подлежит подтверждению сведениями</w:t>
            </w:r>
          </w:p>
        </w:tc>
      </w:tr>
      <w:tr w:rsidR="00A76BAA" w:rsidRPr="00C07C05" w14:paraId="46F3E8D1" w14:textId="77777777">
        <w:trPr>
          <w:cantSplit/>
          <w:jc w:val="center"/>
        </w:trPr>
        <w:tc>
          <w:tcPr>
            <w:tcW w:w="0" w:type="auto"/>
          </w:tcPr>
          <w:p w14:paraId="4B333110" w14:textId="77777777" w:rsidR="00A76BAA" w:rsidRDefault="005B05B6">
            <w:r>
              <w:t>MS-DHW-05</w:t>
            </w:r>
          </w:p>
        </w:tc>
        <w:tc>
          <w:tcPr>
            <w:tcW w:w="0" w:type="auto"/>
          </w:tcPr>
          <w:p w14:paraId="05EE06F6" w14:textId="77777777" w:rsidR="00A76BAA" w:rsidRDefault="005B05B6">
            <w:pPr>
              <w:jc w:val="center"/>
            </w:pPr>
            <w:r>
              <w:t>УПК № 5 Новый Шерегеш</w:t>
            </w:r>
          </w:p>
        </w:tc>
        <w:tc>
          <w:tcPr>
            <w:tcW w:w="0" w:type="auto"/>
          </w:tcPr>
          <w:p w14:paraId="178DBE2C" w14:textId="77777777" w:rsidR="00A76BAA" w:rsidRPr="00794D67" w:rsidRDefault="005B05B6">
            <w:pPr>
              <w:jc w:val="center"/>
              <w:rPr>
                <w:lang w:val="ru-RU"/>
              </w:rPr>
            </w:pPr>
            <w:r w:rsidRPr="00794D67">
              <w:rPr>
                <w:lang w:val="ru-RU"/>
              </w:rPr>
              <w:t>Перевод системы горячего водоснабжения на закрытую схему — реконструкция и монтаж индивидуальных тепловых пунк</w:t>
            </w:r>
          </w:p>
        </w:tc>
        <w:tc>
          <w:tcPr>
            <w:tcW w:w="0" w:type="auto"/>
          </w:tcPr>
          <w:p w14:paraId="33C5574E" w14:textId="77777777" w:rsidR="00A76BAA" w:rsidRPr="00794D67" w:rsidRDefault="005B05B6">
            <w:pPr>
              <w:jc w:val="center"/>
              <w:rPr>
                <w:lang w:val="ru-RU"/>
              </w:rPr>
            </w:pPr>
            <w:r w:rsidRPr="00794D67">
              <w:rPr>
                <w:lang w:val="ru-RU"/>
              </w:rPr>
              <w:t>часть 9 статьи 29 Федерального закона № 190-ФЗ; открытый водоразбор 217</w:t>
            </w:r>
            <w:r>
              <w:t> </w:t>
            </w:r>
            <w:r w:rsidRPr="00794D67">
              <w:rPr>
                <w:lang w:val="ru-RU"/>
              </w:rPr>
              <w:t>064 т/год</w:t>
            </w:r>
          </w:p>
        </w:tc>
        <w:tc>
          <w:tcPr>
            <w:tcW w:w="0" w:type="auto"/>
          </w:tcPr>
          <w:p w14:paraId="34B32374" w14:textId="77777777" w:rsidR="00A76BAA" w:rsidRDefault="005B05B6">
            <w:pPr>
              <w:jc w:val="center"/>
            </w:pPr>
            <w:r>
              <w:t>2027–2031</w:t>
            </w:r>
          </w:p>
        </w:tc>
        <w:tc>
          <w:tcPr>
            <w:tcW w:w="0" w:type="auto"/>
          </w:tcPr>
          <w:p w14:paraId="5763E3FE" w14:textId="77777777" w:rsidR="00A76BAA" w:rsidRDefault="005B05B6">
            <w:pPr>
              <w:jc w:val="center"/>
            </w:pPr>
            <w:r>
              <w:t>подлежит определению</w:t>
            </w:r>
          </w:p>
        </w:tc>
        <w:tc>
          <w:tcPr>
            <w:tcW w:w="0" w:type="auto"/>
          </w:tcPr>
          <w:p w14:paraId="2E2E72B9" w14:textId="77777777" w:rsidR="00A76BAA" w:rsidRPr="00794D67" w:rsidRDefault="005B05B6">
            <w:pPr>
              <w:jc w:val="center"/>
              <w:rPr>
                <w:lang w:val="ru-RU"/>
              </w:rPr>
            </w:pPr>
            <w:r w:rsidRPr="00794D67">
              <w:rPr>
                <w:lang w:val="ru-RU"/>
              </w:rPr>
              <w:t>предпочтительное решение, подлежит расчётному подтверждению</w:t>
            </w:r>
          </w:p>
        </w:tc>
      </w:tr>
      <w:tr w:rsidR="00A76BAA" w:rsidRPr="00C07C05" w14:paraId="2CEF740F" w14:textId="77777777">
        <w:trPr>
          <w:cantSplit/>
          <w:jc w:val="center"/>
        </w:trPr>
        <w:tc>
          <w:tcPr>
            <w:tcW w:w="0" w:type="auto"/>
          </w:tcPr>
          <w:p w14:paraId="163769F4" w14:textId="77777777" w:rsidR="00A76BAA" w:rsidRDefault="005B05B6">
            <w:r>
              <w:t>MS-DHW-06</w:t>
            </w:r>
          </w:p>
        </w:tc>
        <w:tc>
          <w:tcPr>
            <w:tcW w:w="0" w:type="auto"/>
          </w:tcPr>
          <w:p w14:paraId="66E868D1" w14:textId="77777777" w:rsidR="00A76BAA" w:rsidRDefault="005B05B6">
            <w:pPr>
              <w:jc w:val="center"/>
            </w:pPr>
            <w:r>
              <w:t>УПК № 6 Старый Шерегеш</w:t>
            </w:r>
          </w:p>
        </w:tc>
        <w:tc>
          <w:tcPr>
            <w:tcW w:w="0" w:type="auto"/>
          </w:tcPr>
          <w:p w14:paraId="7D09F616" w14:textId="77777777" w:rsidR="00A76BAA" w:rsidRPr="00794D67" w:rsidRDefault="005B05B6">
            <w:pPr>
              <w:jc w:val="center"/>
              <w:rPr>
                <w:lang w:val="ru-RU"/>
              </w:rPr>
            </w:pPr>
            <w:r w:rsidRPr="00794D67">
              <w:rPr>
                <w:lang w:val="ru-RU"/>
              </w:rPr>
              <w:t>Перевод системы горячего водоснабжения на закрытую схему — реконструкция и монтаж индивидуальных тепловых пунк</w:t>
            </w:r>
          </w:p>
        </w:tc>
        <w:tc>
          <w:tcPr>
            <w:tcW w:w="0" w:type="auto"/>
          </w:tcPr>
          <w:p w14:paraId="023293DF" w14:textId="77777777" w:rsidR="00A76BAA" w:rsidRPr="00794D67" w:rsidRDefault="005B05B6">
            <w:pPr>
              <w:jc w:val="center"/>
              <w:rPr>
                <w:lang w:val="ru-RU"/>
              </w:rPr>
            </w:pPr>
            <w:r w:rsidRPr="00794D67">
              <w:rPr>
                <w:lang w:val="ru-RU"/>
              </w:rPr>
              <w:t>часть 9 статьи 29 Федерального закона № 190-ФЗ; открытый водоразбор 22</w:t>
            </w:r>
            <w:r>
              <w:t> </w:t>
            </w:r>
            <w:r w:rsidRPr="00794D67">
              <w:rPr>
                <w:lang w:val="ru-RU"/>
              </w:rPr>
              <w:t>390 т/год</w:t>
            </w:r>
          </w:p>
        </w:tc>
        <w:tc>
          <w:tcPr>
            <w:tcW w:w="0" w:type="auto"/>
          </w:tcPr>
          <w:p w14:paraId="695F7873" w14:textId="77777777" w:rsidR="00A76BAA" w:rsidRDefault="005B05B6">
            <w:pPr>
              <w:jc w:val="center"/>
            </w:pPr>
            <w:r>
              <w:t>2031–2036</w:t>
            </w:r>
          </w:p>
        </w:tc>
        <w:tc>
          <w:tcPr>
            <w:tcW w:w="0" w:type="auto"/>
          </w:tcPr>
          <w:p w14:paraId="0E9CB497" w14:textId="77777777" w:rsidR="00A76BAA" w:rsidRDefault="005B05B6">
            <w:pPr>
              <w:jc w:val="center"/>
            </w:pPr>
            <w:r>
              <w:t>подлежит определению</w:t>
            </w:r>
          </w:p>
        </w:tc>
        <w:tc>
          <w:tcPr>
            <w:tcW w:w="0" w:type="auto"/>
          </w:tcPr>
          <w:p w14:paraId="2CC8C30C" w14:textId="77777777" w:rsidR="00A76BAA" w:rsidRPr="00794D67" w:rsidRDefault="005B05B6">
            <w:pPr>
              <w:jc w:val="center"/>
              <w:rPr>
                <w:lang w:val="ru-RU"/>
              </w:rPr>
            </w:pPr>
            <w:r w:rsidRPr="00794D67">
              <w:rPr>
                <w:lang w:val="ru-RU"/>
              </w:rPr>
              <w:t>предпочтительное решение, подлежит расчётному подтверждению</w:t>
            </w:r>
          </w:p>
        </w:tc>
      </w:tr>
      <w:tr w:rsidR="00A76BAA" w:rsidRPr="00C07C05" w14:paraId="22274912" w14:textId="77777777">
        <w:trPr>
          <w:cantSplit/>
          <w:jc w:val="center"/>
        </w:trPr>
        <w:tc>
          <w:tcPr>
            <w:tcW w:w="0" w:type="auto"/>
          </w:tcPr>
          <w:p w14:paraId="79442EF9" w14:textId="77777777" w:rsidR="00A76BAA" w:rsidRDefault="005B05B6">
            <w:r>
              <w:t>MS-DHW-07</w:t>
            </w:r>
          </w:p>
        </w:tc>
        <w:tc>
          <w:tcPr>
            <w:tcW w:w="0" w:type="auto"/>
          </w:tcPr>
          <w:p w14:paraId="47CB0A41" w14:textId="77777777" w:rsidR="00A76BAA" w:rsidRDefault="005B05B6">
            <w:pPr>
              <w:jc w:val="center"/>
            </w:pPr>
            <w:r>
              <w:t>УПК № 7 Каз</w:t>
            </w:r>
          </w:p>
        </w:tc>
        <w:tc>
          <w:tcPr>
            <w:tcW w:w="0" w:type="auto"/>
          </w:tcPr>
          <w:p w14:paraId="53554CEF" w14:textId="77777777" w:rsidR="00A76BAA" w:rsidRPr="00794D67" w:rsidRDefault="005B05B6">
            <w:pPr>
              <w:jc w:val="center"/>
              <w:rPr>
                <w:lang w:val="ru-RU"/>
              </w:rPr>
            </w:pPr>
            <w:r w:rsidRPr="00794D67">
              <w:rPr>
                <w:lang w:val="ru-RU"/>
              </w:rPr>
              <w:t>Перевод системы горячего водоснабжения на закрытую схему — реконструкция и монтаж индивидуальных тепловых пунк</w:t>
            </w:r>
          </w:p>
        </w:tc>
        <w:tc>
          <w:tcPr>
            <w:tcW w:w="0" w:type="auto"/>
          </w:tcPr>
          <w:p w14:paraId="0A754731" w14:textId="77777777" w:rsidR="00A76BAA" w:rsidRPr="00794D67" w:rsidRDefault="005B05B6">
            <w:pPr>
              <w:jc w:val="center"/>
              <w:rPr>
                <w:lang w:val="ru-RU"/>
              </w:rPr>
            </w:pPr>
            <w:r w:rsidRPr="00794D67">
              <w:rPr>
                <w:lang w:val="ru-RU"/>
              </w:rPr>
              <w:t>часть 9 статьи 29 Федерального закона № 190-ФЗ; открытый водоразбор 76</w:t>
            </w:r>
            <w:r>
              <w:t> </w:t>
            </w:r>
            <w:r w:rsidRPr="00794D67">
              <w:rPr>
                <w:lang w:val="ru-RU"/>
              </w:rPr>
              <w:t>238 т/год</w:t>
            </w:r>
          </w:p>
        </w:tc>
        <w:tc>
          <w:tcPr>
            <w:tcW w:w="0" w:type="auto"/>
          </w:tcPr>
          <w:p w14:paraId="5038D886" w14:textId="77777777" w:rsidR="00A76BAA" w:rsidRDefault="005B05B6">
            <w:pPr>
              <w:jc w:val="center"/>
            </w:pPr>
            <w:r>
              <w:t>2027–2031</w:t>
            </w:r>
          </w:p>
        </w:tc>
        <w:tc>
          <w:tcPr>
            <w:tcW w:w="0" w:type="auto"/>
          </w:tcPr>
          <w:p w14:paraId="2FD76F96" w14:textId="77777777" w:rsidR="00A76BAA" w:rsidRDefault="005B05B6">
            <w:pPr>
              <w:jc w:val="center"/>
            </w:pPr>
            <w:r>
              <w:t>подлежит определению</w:t>
            </w:r>
          </w:p>
        </w:tc>
        <w:tc>
          <w:tcPr>
            <w:tcW w:w="0" w:type="auto"/>
          </w:tcPr>
          <w:p w14:paraId="76E09E56" w14:textId="77777777" w:rsidR="00A76BAA" w:rsidRPr="00794D67" w:rsidRDefault="005B05B6">
            <w:pPr>
              <w:jc w:val="center"/>
              <w:rPr>
                <w:lang w:val="ru-RU"/>
              </w:rPr>
            </w:pPr>
            <w:r w:rsidRPr="00794D67">
              <w:rPr>
                <w:lang w:val="ru-RU"/>
              </w:rPr>
              <w:t>предпочтительное решение, подлежит расчётному подтверждению</w:t>
            </w:r>
          </w:p>
        </w:tc>
      </w:tr>
      <w:tr w:rsidR="00A76BAA" w:rsidRPr="00C07C05" w14:paraId="01A901FB" w14:textId="77777777">
        <w:trPr>
          <w:cantSplit/>
          <w:jc w:val="center"/>
        </w:trPr>
        <w:tc>
          <w:tcPr>
            <w:tcW w:w="0" w:type="auto"/>
          </w:tcPr>
          <w:p w14:paraId="582B0CE2" w14:textId="77777777" w:rsidR="00A76BAA" w:rsidRDefault="005B05B6">
            <w:r>
              <w:t>MS-DHW-08</w:t>
            </w:r>
          </w:p>
        </w:tc>
        <w:tc>
          <w:tcPr>
            <w:tcW w:w="0" w:type="auto"/>
          </w:tcPr>
          <w:p w14:paraId="069A0FAC" w14:textId="77777777" w:rsidR="00A76BAA" w:rsidRDefault="005B05B6">
            <w:pPr>
              <w:jc w:val="center"/>
            </w:pPr>
            <w:r>
              <w:t>УПК № 8 Мундыбаш</w:t>
            </w:r>
          </w:p>
        </w:tc>
        <w:tc>
          <w:tcPr>
            <w:tcW w:w="0" w:type="auto"/>
          </w:tcPr>
          <w:p w14:paraId="5F57FD98" w14:textId="77777777" w:rsidR="00A76BAA" w:rsidRPr="00794D67" w:rsidRDefault="005B05B6">
            <w:pPr>
              <w:jc w:val="center"/>
              <w:rPr>
                <w:lang w:val="ru-RU"/>
              </w:rPr>
            </w:pPr>
            <w:r w:rsidRPr="00794D67">
              <w:rPr>
                <w:lang w:val="ru-RU"/>
              </w:rPr>
              <w:t>Перевод системы горячего водоснабжения на закрытую схему — реконструкция и монтаж индивидуальных тепловых пунк</w:t>
            </w:r>
          </w:p>
        </w:tc>
        <w:tc>
          <w:tcPr>
            <w:tcW w:w="0" w:type="auto"/>
          </w:tcPr>
          <w:p w14:paraId="4DA88E54" w14:textId="77777777" w:rsidR="00A76BAA" w:rsidRPr="00794D67" w:rsidRDefault="005B05B6">
            <w:pPr>
              <w:jc w:val="center"/>
              <w:rPr>
                <w:lang w:val="ru-RU"/>
              </w:rPr>
            </w:pPr>
            <w:r w:rsidRPr="00794D67">
              <w:rPr>
                <w:lang w:val="ru-RU"/>
              </w:rPr>
              <w:t>часть 9 статьи 29 Федерального закона № 190-ФЗ; открытый водоразбор 62</w:t>
            </w:r>
            <w:r>
              <w:t> </w:t>
            </w:r>
            <w:r w:rsidRPr="00794D67">
              <w:rPr>
                <w:lang w:val="ru-RU"/>
              </w:rPr>
              <w:t>183 т/год</w:t>
            </w:r>
          </w:p>
        </w:tc>
        <w:tc>
          <w:tcPr>
            <w:tcW w:w="0" w:type="auto"/>
          </w:tcPr>
          <w:p w14:paraId="56690BC0" w14:textId="77777777" w:rsidR="00A76BAA" w:rsidRDefault="005B05B6">
            <w:pPr>
              <w:jc w:val="center"/>
            </w:pPr>
            <w:r>
              <w:t>2031–2036</w:t>
            </w:r>
          </w:p>
        </w:tc>
        <w:tc>
          <w:tcPr>
            <w:tcW w:w="0" w:type="auto"/>
          </w:tcPr>
          <w:p w14:paraId="16F4996C" w14:textId="77777777" w:rsidR="00A76BAA" w:rsidRDefault="005B05B6">
            <w:pPr>
              <w:jc w:val="center"/>
            </w:pPr>
            <w:r>
              <w:t>подлежит определению</w:t>
            </w:r>
          </w:p>
        </w:tc>
        <w:tc>
          <w:tcPr>
            <w:tcW w:w="0" w:type="auto"/>
          </w:tcPr>
          <w:p w14:paraId="40AE8173" w14:textId="77777777" w:rsidR="00A76BAA" w:rsidRPr="00794D67" w:rsidRDefault="005B05B6">
            <w:pPr>
              <w:jc w:val="center"/>
              <w:rPr>
                <w:lang w:val="ru-RU"/>
              </w:rPr>
            </w:pPr>
            <w:r w:rsidRPr="00794D67">
              <w:rPr>
                <w:lang w:val="ru-RU"/>
              </w:rPr>
              <w:t>предпочтительное решение, подлежит расчётному подтверждению</w:t>
            </w:r>
          </w:p>
        </w:tc>
      </w:tr>
      <w:tr w:rsidR="00A76BAA" w:rsidRPr="00C07C05" w14:paraId="4870AB08" w14:textId="77777777">
        <w:trPr>
          <w:cantSplit/>
          <w:jc w:val="center"/>
        </w:trPr>
        <w:tc>
          <w:tcPr>
            <w:tcW w:w="0" w:type="auto"/>
          </w:tcPr>
          <w:p w14:paraId="4BBDAE8F" w14:textId="77777777" w:rsidR="00A76BAA" w:rsidRDefault="005B05B6">
            <w:r>
              <w:t>MS-DHW-09</w:t>
            </w:r>
          </w:p>
        </w:tc>
        <w:tc>
          <w:tcPr>
            <w:tcW w:w="0" w:type="auto"/>
          </w:tcPr>
          <w:p w14:paraId="46DE7C84" w14:textId="77777777" w:rsidR="00A76BAA" w:rsidRDefault="005B05B6">
            <w:pPr>
              <w:jc w:val="center"/>
            </w:pPr>
            <w:r>
              <w:t>УПК № 10 Темир-Тау</w:t>
            </w:r>
          </w:p>
        </w:tc>
        <w:tc>
          <w:tcPr>
            <w:tcW w:w="0" w:type="auto"/>
          </w:tcPr>
          <w:p w14:paraId="605BADB7" w14:textId="77777777" w:rsidR="00A76BAA" w:rsidRPr="00794D67" w:rsidRDefault="005B05B6">
            <w:pPr>
              <w:jc w:val="center"/>
              <w:rPr>
                <w:lang w:val="ru-RU"/>
              </w:rPr>
            </w:pPr>
            <w:r w:rsidRPr="00794D67">
              <w:rPr>
                <w:lang w:val="ru-RU"/>
              </w:rPr>
              <w:t>Перевод системы горячего водоснабжения на закрытую схему — реконструкция и монтаж индивидуальных тепловых пунк</w:t>
            </w:r>
          </w:p>
        </w:tc>
        <w:tc>
          <w:tcPr>
            <w:tcW w:w="0" w:type="auto"/>
          </w:tcPr>
          <w:p w14:paraId="3824368C" w14:textId="77777777" w:rsidR="00A76BAA" w:rsidRPr="00794D67" w:rsidRDefault="005B05B6">
            <w:pPr>
              <w:jc w:val="center"/>
              <w:rPr>
                <w:lang w:val="ru-RU"/>
              </w:rPr>
            </w:pPr>
            <w:r w:rsidRPr="00794D67">
              <w:rPr>
                <w:lang w:val="ru-RU"/>
              </w:rPr>
              <w:t>часть 9 статьи 29 Федерального закона № 190-ФЗ; открытый водоразбор 29</w:t>
            </w:r>
            <w:r>
              <w:t> </w:t>
            </w:r>
            <w:r w:rsidRPr="00794D67">
              <w:rPr>
                <w:lang w:val="ru-RU"/>
              </w:rPr>
              <w:t>079 т/год</w:t>
            </w:r>
          </w:p>
        </w:tc>
        <w:tc>
          <w:tcPr>
            <w:tcW w:w="0" w:type="auto"/>
          </w:tcPr>
          <w:p w14:paraId="604D765E" w14:textId="77777777" w:rsidR="00A76BAA" w:rsidRDefault="005B05B6">
            <w:pPr>
              <w:jc w:val="center"/>
            </w:pPr>
            <w:r>
              <w:t>2027–2031</w:t>
            </w:r>
          </w:p>
        </w:tc>
        <w:tc>
          <w:tcPr>
            <w:tcW w:w="0" w:type="auto"/>
          </w:tcPr>
          <w:p w14:paraId="16C2E85D" w14:textId="77777777" w:rsidR="00A76BAA" w:rsidRDefault="005B05B6">
            <w:pPr>
              <w:jc w:val="center"/>
            </w:pPr>
            <w:r>
              <w:t>подлежит определению</w:t>
            </w:r>
          </w:p>
        </w:tc>
        <w:tc>
          <w:tcPr>
            <w:tcW w:w="0" w:type="auto"/>
          </w:tcPr>
          <w:p w14:paraId="4E59070F" w14:textId="77777777" w:rsidR="00A76BAA" w:rsidRPr="00794D67" w:rsidRDefault="005B05B6">
            <w:pPr>
              <w:jc w:val="center"/>
              <w:rPr>
                <w:lang w:val="ru-RU"/>
              </w:rPr>
            </w:pPr>
            <w:r w:rsidRPr="00794D67">
              <w:rPr>
                <w:lang w:val="ru-RU"/>
              </w:rPr>
              <w:t>предпочтительное решение, подлежит расчётному подтверждению</w:t>
            </w:r>
          </w:p>
        </w:tc>
      </w:tr>
      <w:tr w:rsidR="00A76BAA" w:rsidRPr="00C07C05" w14:paraId="2BE350C5" w14:textId="77777777">
        <w:trPr>
          <w:cantSplit/>
          <w:jc w:val="center"/>
        </w:trPr>
        <w:tc>
          <w:tcPr>
            <w:tcW w:w="0" w:type="auto"/>
          </w:tcPr>
          <w:p w14:paraId="255E30EB" w14:textId="77777777" w:rsidR="00A76BAA" w:rsidRDefault="005B05B6">
            <w:r>
              <w:t>MS-DHW-10</w:t>
            </w:r>
          </w:p>
        </w:tc>
        <w:tc>
          <w:tcPr>
            <w:tcW w:w="0" w:type="auto"/>
          </w:tcPr>
          <w:p w14:paraId="29876723" w14:textId="77777777" w:rsidR="00A76BAA" w:rsidRDefault="005B05B6">
            <w:pPr>
              <w:jc w:val="center"/>
            </w:pPr>
            <w:r>
              <w:t>УПК № 3 Спасск</w:t>
            </w:r>
          </w:p>
        </w:tc>
        <w:tc>
          <w:tcPr>
            <w:tcW w:w="0" w:type="auto"/>
          </w:tcPr>
          <w:p w14:paraId="4A8C734B" w14:textId="77777777" w:rsidR="00A76BAA" w:rsidRPr="00794D67" w:rsidRDefault="005B05B6">
            <w:pPr>
              <w:jc w:val="center"/>
              <w:rPr>
                <w:lang w:val="ru-RU"/>
              </w:rPr>
            </w:pPr>
            <w:r w:rsidRPr="00794D67">
              <w:rPr>
                <w:lang w:val="ru-RU"/>
              </w:rPr>
              <w:t>Перевод системы горячего водоснабжения на закрытую схему — реконструкция и монтаж индивидуальных тепловых пунк</w:t>
            </w:r>
          </w:p>
        </w:tc>
        <w:tc>
          <w:tcPr>
            <w:tcW w:w="0" w:type="auto"/>
          </w:tcPr>
          <w:p w14:paraId="092FEC53" w14:textId="77777777" w:rsidR="00A76BAA" w:rsidRPr="00794D67" w:rsidRDefault="005B05B6">
            <w:pPr>
              <w:jc w:val="center"/>
              <w:rPr>
                <w:lang w:val="ru-RU"/>
              </w:rPr>
            </w:pPr>
            <w:r w:rsidRPr="00794D67">
              <w:rPr>
                <w:lang w:val="ru-RU"/>
              </w:rPr>
              <w:t>часть 9 статьи 29 Федерального закона № 190-ФЗ; открытый водоразбор 2</w:t>
            </w:r>
            <w:r>
              <w:t> </w:t>
            </w:r>
            <w:r w:rsidRPr="00794D67">
              <w:rPr>
                <w:lang w:val="ru-RU"/>
              </w:rPr>
              <w:t>932 т/год</w:t>
            </w:r>
          </w:p>
        </w:tc>
        <w:tc>
          <w:tcPr>
            <w:tcW w:w="0" w:type="auto"/>
          </w:tcPr>
          <w:p w14:paraId="0E89EB18" w14:textId="77777777" w:rsidR="00A76BAA" w:rsidRDefault="005B05B6">
            <w:pPr>
              <w:jc w:val="center"/>
            </w:pPr>
            <w:r>
              <w:t>2031–2036</w:t>
            </w:r>
          </w:p>
        </w:tc>
        <w:tc>
          <w:tcPr>
            <w:tcW w:w="0" w:type="auto"/>
          </w:tcPr>
          <w:p w14:paraId="5C0CC15F" w14:textId="77777777" w:rsidR="00A76BAA" w:rsidRDefault="005B05B6">
            <w:pPr>
              <w:jc w:val="center"/>
            </w:pPr>
            <w:r>
              <w:t>подлежит определению</w:t>
            </w:r>
          </w:p>
        </w:tc>
        <w:tc>
          <w:tcPr>
            <w:tcW w:w="0" w:type="auto"/>
          </w:tcPr>
          <w:p w14:paraId="7063488E" w14:textId="77777777" w:rsidR="00A76BAA" w:rsidRPr="00794D67" w:rsidRDefault="005B05B6">
            <w:pPr>
              <w:jc w:val="center"/>
              <w:rPr>
                <w:lang w:val="ru-RU"/>
              </w:rPr>
            </w:pPr>
            <w:r w:rsidRPr="00794D67">
              <w:rPr>
                <w:lang w:val="ru-RU"/>
              </w:rPr>
              <w:t>предпочтительное решение, подлежит расчётному подтверждению</w:t>
            </w:r>
          </w:p>
        </w:tc>
      </w:tr>
    </w:tbl>
    <w:p w14:paraId="4A9E5FAC" w14:textId="77777777" w:rsidR="00B808F9" w:rsidRPr="00794D67" w:rsidRDefault="00B808F9">
      <w:pPr>
        <w:rPr>
          <w:lang w:val="ru-RU"/>
        </w:rPr>
        <w:sectPr w:rsidR="00B808F9" w:rsidRPr="00794D67" w:rsidSect="00034616">
          <w:footerReference w:type="default" r:id="rId104"/>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8C9159D" w14:textId="77777777" w:rsidR="006B264F" w:rsidRPr="00794D67" w:rsidRDefault="00B03E75">
      <w:pPr>
        <w:pStyle w:val="21"/>
        <w:rPr>
          <w:lang w:val="ru-RU"/>
        </w:rPr>
      </w:pPr>
      <w:bookmarkStart w:id="106" w:name="_Toc238015697"/>
      <w:r w:rsidRPr="00794D67">
        <w:rPr>
          <w:lang w:val="ru-RU"/>
        </w:rPr>
        <w:t>16.2. Отнесение мероприятий к перечням пункта 85 и источники инвестиций</w:t>
      </w:r>
      <w:bookmarkEnd w:id="106"/>
    </w:p>
    <w:p w14:paraId="154EF07E" w14:textId="77777777" w:rsidR="006B264F" w:rsidRPr="00794D67" w:rsidRDefault="00B03E75">
      <w:pPr>
        <w:rPr>
          <w:lang w:val="ru-RU"/>
        </w:rPr>
      </w:pPr>
      <w:r w:rsidRPr="00794D67">
        <w:rPr>
          <w:lang w:val="ru-RU"/>
        </w:rPr>
        <w:t>Каждое мероприятие реестра отнесено к одному из трёх перечней, предусмотренных пунктом 85 требований к схемам теплоснабжения, и снабжено указанием источника инвестиций в соответствии с подпунктом «д» пункта 86 тех же требований. Характер источника приводится раздельно: подтверждённым считается источник, закреплённый за мероприятием действующим документом.</w:t>
      </w:r>
    </w:p>
    <w:p w14:paraId="106CDE0E" w14:textId="77777777" w:rsidR="006B264F" w:rsidRPr="00344E69" w:rsidRDefault="00B03E75">
      <w:pPr>
        <w:rPr>
          <w:b/>
          <w:bCs/>
          <w:lang w:val="ru-RU"/>
        </w:rPr>
      </w:pPr>
      <w:r w:rsidRPr="00344E69">
        <w:rPr>
          <w:b/>
          <w:bCs/>
          <w:lang w:val="ru-RU"/>
        </w:rPr>
        <w:t>Таблица 16.2 — Отнесение мероприятий к перечням пункта 85 и источники инвестиций</w:t>
      </w:r>
    </w:p>
    <w:tbl>
      <w:tblPr>
        <w:tblW w:w="5000" w:type="pct"/>
        <w:tblCellMar>
          <w:left w:w="57" w:type="dxa"/>
          <w:right w:w="57" w:type="dxa"/>
        </w:tblCellMar>
        <w:tblLook w:val="04A0" w:firstRow="1" w:lastRow="0" w:firstColumn="1" w:lastColumn="0" w:noHBand="0" w:noVBand="1"/>
      </w:tblPr>
      <w:tblGrid>
        <w:gridCol w:w="1916"/>
        <w:gridCol w:w="1782"/>
        <w:gridCol w:w="1782"/>
        <w:gridCol w:w="2093"/>
        <w:gridCol w:w="1782"/>
      </w:tblGrid>
      <w:tr w:rsidR="006B264F" w14:paraId="44D07E5D" w14:textId="77777777">
        <w:trPr>
          <w:cantSplit/>
          <w:tblHeader/>
        </w:trPr>
        <w:tc>
          <w:tcPr>
            <w:tcW w:w="1728" w:type="dxa"/>
            <w:shd w:val="clear" w:color="auto" w:fill="E2F0D9"/>
          </w:tcPr>
          <w:p w14:paraId="3B8F6F1E" w14:textId="77777777" w:rsidR="006B264F" w:rsidRDefault="00B03E75">
            <w:pPr>
              <w:jc w:val="center"/>
            </w:pPr>
            <w:r>
              <w:rPr>
                <w:b/>
              </w:rPr>
              <w:t>Идентификатор</w:t>
            </w:r>
          </w:p>
        </w:tc>
        <w:tc>
          <w:tcPr>
            <w:tcW w:w="1728" w:type="dxa"/>
            <w:shd w:val="clear" w:color="auto" w:fill="E2F0D9"/>
          </w:tcPr>
          <w:p w14:paraId="08A695F0" w14:textId="77777777" w:rsidR="006B264F" w:rsidRDefault="00B03E75">
            <w:pPr>
              <w:jc w:val="center"/>
            </w:pPr>
            <w:r>
              <w:rPr>
                <w:b/>
              </w:rPr>
              <w:t>Объект</w:t>
            </w:r>
          </w:p>
        </w:tc>
        <w:tc>
          <w:tcPr>
            <w:tcW w:w="1728" w:type="dxa"/>
            <w:shd w:val="clear" w:color="auto" w:fill="E2F0D9"/>
          </w:tcPr>
          <w:p w14:paraId="79D2C8F6" w14:textId="77777777" w:rsidR="006B264F" w:rsidRDefault="00B03E75">
            <w:pPr>
              <w:jc w:val="center"/>
            </w:pPr>
            <w:r>
              <w:rPr>
                <w:b/>
              </w:rPr>
              <w:t>Перечень по пункту 85</w:t>
            </w:r>
          </w:p>
        </w:tc>
        <w:tc>
          <w:tcPr>
            <w:tcW w:w="1728" w:type="dxa"/>
            <w:shd w:val="clear" w:color="auto" w:fill="E2F0D9"/>
          </w:tcPr>
          <w:p w14:paraId="26748F16" w14:textId="77777777" w:rsidR="006B264F" w:rsidRDefault="00B03E75">
            <w:pPr>
              <w:jc w:val="center"/>
            </w:pPr>
            <w:r>
              <w:rPr>
                <w:b/>
              </w:rPr>
              <w:t>Источник инвестиций</w:t>
            </w:r>
          </w:p>
        </w:tc>
        <w:tc>
          <w:tcPr>
            <w:tcW w:w="1728" w:type="dxa"/>
            <w:shd w:val="clear" w:color="auto" w:fill="E2F0D9"/>
          </w:tcPr>
          <w:p w14:paraId="60A2136F" w14:textId="77777777" w:rsidR="006B264F" w:rsidRDefault="00B03E75">
            <w:pPr>
              <w:jc w:val="center"/>
            </w:pPr>
            <w:r>
              <w:rPr>
                <w:b/>
              </w:rPr>
              <w:t>Характер источника</w:t>
            </w:r>
          </w:p>
        </w:tc>
      </w:tr>
      <w:tr w:rsidR="006B264F" w14:paraId="37FD4F7E" w14:textId="77777777">
        <w:trPr>
          <w:cantSplit/>
        </w:trPr>
        <w:tc>
          <w:tcPr>
            <w:tcW w:w="1728" w:type="dxa"/>
            <w:shd w:val="clear" w:color="auto" w:fill="F2F2F2"/>
          </w:tcPr>
          <w:p w14:paraId="0D8C84FD" w14:textId="77777777" w:rsidR="006B264F" w:rsidRDefault="00B03E75">
            <w:r>
              <w:t>MS-G-01</w:t>
            </w:r>
          </w:p>
        </w:tc>
        <w:tc>
          <w:tcPr>
            <w:tcW w:w="1728" w:type="dxa"/>
            <w:shd w:val="clear" w:color="auto" w:fill="FFFFFF"/>
          </w:tcPr>
          <w:p w14:paraId="62D69129" w14:textId="77777777" w:rsidR="006B264F" w:rsidRDefault="00B03E75">
            <w:r>
              <w:t>УПК № 1 Таштагол</w:t>
            </w:r>
          </w:p>
        </w:tc>
        <w:tc>
          <w:tcPr>
            <w:tcW w:w="1728" w:type="dxa"/>
            <w:shd w:val="clear" w:color="auto" w:fill="FFFFFF"/>
          </w:tcPr>
          <w:p w14:paraId="5C8BB506" w14:textId="77777777" w:rsidR="006B264F" w:rsidRDefault="00B03E75">
            <w:r>
              <w:t>а) источники тепловой энергии</w:t>
            </w:r>
          </w:p>
        </w:tc>
        <w:tc>
          <w:tcPr>
            <w:tcW w:w="1728" w:type="dxa"/>
            <w:shd w:val="clear" w:color="auto" w:fill="FFFFFF"/>
          </w:tcPr>
          <w:p w14:paraId="76AC8CEE" w14:textId="77777777" w:rsidR="006B264F" w:rsidRPr="00794D67" w:rsidRDefault="00B03E75">
            <w:pPr>
              <w:rPr>
                <w:lang w:val="ru-RU"/>
              </w:rPr>
            </w:pPr>
            <w:r w:rsidRPr="00794D67">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14:paraId="54A779ED" w14:textId="77777777" w:rsidR="006B264F" w:rsidRDefault="00B03E75">
            <w:r>
              <w:t>предлагаемый; программный</w:t>
            </w:r>
          </w:p>
        </w:tc>
      </w:tr>
      <w:tr w:rsidR="006B264F" w14:paraId="2FE89A94" w14:textId="77777777">
        <w:trPr>
          <w:cantSplit/>
        </w:trPr>
        <w:tc>
          <w:tcPr>
            <w:tcW w:w="1728" w:type="dxa"/>
            <w:shd w:val="clear" w:color="auto" w:fill="F2F2F2"/>
          </w:tcPr>
          <w:p w14:paraId="0BDF58D0" w14:textId="77777777" w:rsidR="006B264F" w:rsidRDefault="00B03E75">
            <w:r>
              <w:t>MS-G-02</w:t>
            </w:r>
          </w:p>
        </w:tc>
        <w:tc>
          <w:tcPr>
            <w:tcW w:w="1728" w:type="dxa"/>
            <w:shd w:val="clear" w:color="auto" w:fill="FFFFFF"/>
          </w:tcPr>
          <w:p w14:paraId="125ED458" w14:textId="77777777" w:rsidR="006B264F" w:rsidRDefault="00B03E75">
            <w:r>
              <w:t>УПК № 2 Шалым</w:t>
            </w:r>
          </w:p>
        </w:tc>
        <w:tc>
          <w:tcPr>
            <w:tcW w:w="1728" w:type="dxa"/>
            <w:shd w:val="clear" w:color="auto" w:fill="FFFFFF"/>
          </w:tcPr>
          <w:p w14:paraId="5B04F0F6" w14:textId="77777777" w:rsidR="006B264F" w:rsidRDefault="00B03E75">
            <w:r>
              <w:t>а) источники тепловой энергии</w:t>
            </w:r>
          </w:p>
        </w:tc>
        <w:tc>
          <w:tcPr>
            <w:tcW w:w="1728" w:type="dxa"/>
            <w:shd w:val="clear" w:color="auto" w:fill="FFFFFF"/>
          </w:tcPr>
          <w:p w14:paraId="679CE1A9" w14:textId="77777777" w:rsidR="006B264F" w:rsidRPr="00794D67" w:rsidRDefault="00B03E75">
            <w:pPr>
              <w:rPr>
                <w:lang w:val="ru-RU"/>
              </w:rPr>
            </w:pPr>
            <w:r w:rsidRPr="00794D67">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14:paraId="0889F780" w14:textId="77777777" w:rsidR="006B264F" w:rsidRDefault="00B03E75">
            <w:r>
              <w:t>предлагаемый; программный</w:t>
            </w:r>
          </w:p>
        </w:tc>
      </w:tr>
      <w:tr w:rsidR="006B264F" w14:paraId="3C5F77B8" w14:textId="77777777">
        <w:trPr>
          <w:cantSplit/>
        </w:trPr>
        <w:tc>
          <w:tcPr>
            <w:tcW w:w="1728" w:type="dxa"/>
            <w:shd w:val="clear" w:color="auto" w:fill="F2F2F2"/>
          </w:tcPr>
          <w:p w14:paraId="097EF8A2" w14:textId="77777777" w:rsidR="006B264F" w:rsidRDefault="00B03E75">
            <w:r>
              <w:t>MS-G-03</w:t>
            </w:r>
          </w:p>
        </w:tc>
        <w:tc>
          <w:tcPr>
            <w:tcW w:w="1728" w:type="dxa"/>
            <w:shd w:val="clear" w:color="auto" w:fill="FFFFFF"/>
          </w:tcPr>
          <w:p w14:paraId="671522A9" w14:textId="77777777" w:rsidR="006B264F" w:rsidRDefault="00B03E75">
            <w:r>
              <w:t>УПК № 2 ЦМК</w:t>
            </w:r>
          </w:p>
        </w:tc>
        <w:tc>
          <w:tcPr>
            <w:tcW w:w="1728" w:type="dxa"/>
            <w:shd w:val="clear" w:color="auto" w:fill="FFFFFF"/>
          </w:tcPr>
          <w:p w14:paraId="30DF95FF" w14:textId="77777777" w:rsidR="006B264F" w:rsidRDefault="00B03E75">
            <w:r>
              <w:t>а) источники тепловой энергии</w:t>
            </w:r>
          </w:p>
        </w:tc>
        <w:tc>
          <w:tcPr>
            <w:tcW w:w="1728" w:type="dxa"/>
            <w:shd w:val="clear" w:color="auto" w:fill="FFFFFF"/>
          </w:tcPr>
          <w:p w14:paraId="0C8A20FF" w14:textId="77777777" w:rsidR="006B264F" w:rsidRPr="00794D67" w:rsidRDefault="00B03E75">
            <w:pPr>
              <w:rPr>
                <w:lang w:val="ru-RU"/>
              </w:rPr>
            </w:pPr>
            <w:r w:rsidRPr="00794D67">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14:paraId="2A208372" w14:textId="77777777" w:rsidR="006B264F" w:rsidRDefault="00B03E75">
            <w:r>
              <w:t>предлагаемый; программный</w:t>
            </w:r>
          </w:p>
        </w:tc>
      </w:tr>
      <w:tr w:rsidR="006B264F" w14:paraId="744756A0" w14:textId="77777777">
        <w:trPr>
          <w:cantSplit/>
        </w:trPr>
        <w:tc>
          <w:tcPr>
            <w:tcW w:w="1728" w:type="dxa"/>
            <w:shd w:val="clear" w:color="auto" w:fill="F2F2F2"/>
          </w:tcPr>
          <w:p w14:paraId="35809660" w14:textId="77777777" w:rsidR="006B264F" w:rsidRDefault="00B03E75">
            <w:r>
              <w:t>MS-G-04</w:t>
            </w:r>
          </w:p>
        </w:tc>
        <w:tc>
          <w:tcPr>
            <w:tcW w:w="1728" w:type="dxa"/>
            <w:shd w:val="clear" w:color="auto" w:fill="FFFFFF"/>
          </w:tcPr>
          <w:p w14:paraId="2115B41F" w14:textId="77777777" w:rsidR="006B264F" w:rsidRDefault="00B03E75">
            <w:r>
              <w:t>УПК № 3 Спасск</w:t>
            </w:r>
          </w:p>
        </w:tc>
        <w:tc>
          <w:tcPr>
            <w:tcW w:w="1728" w:type="dxa"/>
            <w:shd w:val="clear" w:color="auto" w:fill="FFFFFF"/>
          </w:tcPr>
          <w:p w14:paraId="58ABDB88" w14:textId="77777777" w:rsidR="006B264F" w:rsidRDefault="00B03E75">
            <w:r>
              <w:t>а) источники тепловой энергии</w:t>
            </w:r>
          </w:p>
        </w:tc>
        <w:tc>
          <w:tcPr>
            <w:tcW w:w="1728" w:type="dxa"/>
            <w:shd w:val="clear" w:color="auto" w:fill="FFFFFF"/>
          </w:tcPr>
          <w:p w14:paraId="5411DB2E" w14:textId="77777777" w:rsidR="006B264F" w:rsidRPr="00794D67" w:rsidRDefault="00B03E75">
            <w:pPr>
              <w:rPr>
                <w:lang w:val="ru-RU"/>
              </w:rPr>
            </w:pPr>
            <w:r w:rsidRPr="00794D67">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14:paraId="4C124755" w14:textId="77777777" w:rsidR="006B264F" w:rsidRDefault="00B03E75">
            <w:r>
              <w:t>предлагаемый; программный</w:t>
            </w:r>
          </w:p>
        </w:tc>
      </w:tr>
      <w:tr w:rsidR="006B264F" w14:paraId="5357FB4B" w14:textId="77777777">
        <w:trPr>
          <w:cantSplit/>
        </w:trPr>
        <w:tc>
          <w:tcPr>
            <w:tcW w:w="1728" w:type="dxa"/>
            <w:shd w:val="clear" w:color="auto" w:fill="F2F2F2"/>
          </w:tcPr>
          <w:p w14:paraId="6FD334A7" w14:textId="77777777" w:rsidR="006B264F" w:rsidRDefault="00B03E75">
            <w:r>
              <w:t>MS-G-05</w:t>
            </w:r>
          </w:p>
        </w:tc>
        <w:tc>
          <w:tcPr>
            <w:tcW w:w="1728" w:type="dxa"/>
            <w:shd w:val="clear" w:color="auto" w:fill="FFFFFF"/>
          </w:tcPr>
          <w:p w14:paraId="1497E6AD" w14:textId="77777777" w:rsidR="006B264F" w:rsidRDefault="00B03E75">
            <w:r>
              <w:t>УПК № 5 Новый Шерегеш</w:t>
            </w:r>
          </w:p>
        </w:tc>
        <w:tc>
          <w:tcPr>
            <w:tcW w:w="1728" w:type="dxa"/>
            <w:shd w:val="clear" w:color="auto" w:fill="FFFFFF"/>
          </w:tcPr>
          <w:p w14:paraId="22794601" w14:textId="77777777" w:rsidR="006B264F" w:rsidRDefault="00B03E75">
            <w:r>
              <w:t>а) источники тепловой энергии</w:t>
            </w:r>
          </w:p>
        </w:tc>
        <w:tc>
          <w:tcPr>
            <w:tcW w:w="1728" w:type="dxa"/>
            <w:shd w:val="clear" w:color="auto" w:fill="FFFFFF"/>
          </w:tcPr>
          <w:p w14:paraId="217F4EF6" w14:textId="77777777" w:rsidR="006B264F" w:rsidRPr="00794D67" w:rsidRDefault="00B03E75">
            <w:pPr>
              <w:rPr>
                <w:lang w:val="ru-RU"/>
              </w:rPr>
            </w:pPr>
            <w:r w:rsidRPr="00794D67">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14:paraId="2C04E87E" w14:textId="77777777" w:rsidR="006B264F" w:rsidRDefault="00B03E75">
            <w:r>
              <w:t>предлагаемый; программный</w:t>
            </w:r>
          </w:p>
        </w:tc>
      </w:tr>
      <w:tr w:rsidR="006B264F" w14:paraId="778541D6" w14:textId="77777777">
        <w:trPr>
          <w:cantSplit/>
        </w:trPr>
        <w:tc>
          <w:tcPr>
            <w:tcW w:w="1728" w:type="dxa"/>
            <w:shd w:val="clear" w:color="auto" w:fill="F2F2F2"/>
          </w:tcPr>
          <w:p w14:paraId="71505E0F" w14:textId="77777777" w:rsidR="006B264F" w:rsidRDefault="00B03E75">
            <w:r>
              <w:t>MS-G-06</w:t>
            </w:r>
          </w:p>
        </w:tc>
        <w:tc>
          <w:tcPr>
            <w:tcW w:w="1728" w:type="dxa"/>
            <w:shd w:val="clear" w:color="auto" w:fill="FFFFFF"/>
          </w:tcPr>
          <w:p w14:paraId="33356248" w14:textId="77777777" w:rsidR="006B264F" w:rsidRDefault="00B03E75">
            <w:r>
              <w:t>УПК № 6 Старый Шерегеш</w:t>
            </w:r>
          </w:p>
        </w:tc>
        <w:tc>
          <w:tcPr>
            <w:tcW w:w="1728" w:type="dxa"/>
            <w:shd w:val="clear" w:color="auto" w:fill="FFFFFF"/>
          </w:tcPr>
          <w:p w14:paraId="22082F50" w14:textId="77777777" w:rsidR="006B264F" w:rsidRDefault="00B03E75">
            <w:r>
              <w:t>а) источники тепловой энергии</w:t>
            </w:r>
          </w:p>
        </w:tc>
        <w:tc>
          <w:tcPr>
            <w:tcW w:w="1728" w:type="dxa"/>
            <w:shd w:val="clear" w:color="auto" w:fill="FFFFFF"/>
          </w:tcPr>
          <w:p w14:paraId="2F0BCAA8" w14:textId="77777777" w:rsidR="006B264F" w:rsidRPr="00794D67" w:rsidRDefault="00B03E75">
            <w:pPr>
              <w:rPr>
                <w:lang w:val="ru-RU"/>
              </w:rPr>
            </w:pPr>
            <w:r w:rsidRPr="00794D67">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14:paraId="726A6A84" w14:textId="77777777" w:rsidR="006B264F" w:rsidRDefault="00B03E75">
            <w:r>
              <w:t>предлагаемый; программный</w:t>
            </w:r>
          </w:p>
        </w:tc>
      </w:tr>
      <w:tr w:rsidR="006B264F" w14:paraId="33814C61" w14:textId="77777777">
        <w:trPr>
          <w:cantSplit/>
        </w:trPr>
        <w:tc>
          <w:tcPr>
            <w:tcW w:w="1728" w:type="dxa"/>
            <w:shd w:val="clear" w:color="auto" w:fill="F2F2F2"/>
          </w:tcPr>
          <w:p w14:paraId="4E3BA08F" w14:textId="77777777" w:rsidR="006B264F" w:rsidRDefault="00B03E75">
            <w:r>
              <w:t>MS-G-07</w:t>
            </w:r>
          </w:p>
        </w:tc>
        <w:tc>
          <w:tcPr>
            <w:tcW w:w="1728" w:type="dxa"/>
            <w:shd w:val="clear" w:color="auto" w:fill="FFFFFF"/>
          </w:tcPr>
          <w:p w14:paraId="608B647D" w14:textId="77777777" w:rsidR="006B264F" w:rsidRDefault="00B03E75">
            <w:r>
              <w:t>УПК № 7 Каз</w:t>
            </w:r>
          </w:p>
        </w:tc>
        <w:tc>
          <w:tcPr>
            <w:tcW w:w="1728" w:type="dxa"/>
            <w:shd w:val="clear" w:color="auto" w:fill="FFFFFF"/>
          </w:tcPr>
          <w:p w14:paraId="5E9B07BE" w14:textId="77777777" w:rsidR="006B264F" w:rsidRDefault="00B03E75">
            <w:r>
              <w:t>а) источники тепловой энергии</w:t>
            </w:r>
          </w:p>
        </w:tc>
        <w:tc>
          <w:tcPr>
            <w:tcW w:w="1728" w:type="dxa"/>
            <w:shd w:val="clear" w:color="auto" w:fill="FFFFFF"/>
          </w:tcPr>
          <w:p w14:paraId="7C84F948" w14:textId="77777777" w:rsidR="006B264F" w:rsidRPr="00794D67" w:rsidRDefault="00B03E75">
            <w:pPr>
              <w:rPr>
                <w:lang w:val="ru-RU"/>
              </w:rPr>
            </w:pPr>
            <w:r w:rsidRPr="00794D67">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14:paraId="145C49A0" w14:textId="77777777" w:rsidR="006B264F" w:rsidRDefault="00B03E75">
            <w:r>
              <w:t>предлагаемый; программный</w:t>
            </w:r>
          </w:p>
        </w:tc>
      </w:tr>
      <w:tr w:rsidR="006B264F" w14:paraId="50E34ADA" w14:textId="77777777">
        <w:trPr>
          <w:cantSplit/>
        </w:trPr>
        <w:tc>
          <w:tcPr>
            <w:tcW w:w="1728" w:type="dxa"/>
            <w:shd w:val="clear" w:color="auto" w:fill="F2F2F2"/>
          </w:tcPr>
          <w:p w14:paraId="025BE322" w14:textId="77777777" w:rsidR="006B264F" w:rsidRDefault="00B03E75">
            <w:r>
              <w:t>MS-G-08</w:t>
            </w:r>
          </w:p>
        </w:tc>
        <w:tc>
          <w:tcPr>
            <w:tcW w:w="1728" w:type="dxa"/>
            <w:shd w:val="clear" w:color="auto" w:fill="FFFFFF"/>
          </w:tcPr>
          <w:p w14:paraId="1A25442E" w14:textId="77777777" w:rsidR="006B264F" w:rsidRDefault="00B03E75">
            <w:r>
              <w:t>УПК № 8 Мундыбаш</w:t>
            </w:r>
          </w:p>
        </w:tc>
        <w:tc>
          <w:tcPr>
            <w:tcW w:w="1728" w:type="dxa"/>
            <w:shd w:val="clear" w:color="auto" w:fill="FFFFFF"/>
          </w:tcPr>
          <w:p w14:paraId="22B54E5D" w14:textId="77777777" w:rsidR="006B264F" w:rsidRDefault="00B03E75">
            <w:r>
              <w:t>а) источники тепловой энергии</w:t>
            </w:r>
          </w:p>
        </w:tc>
        <w:tc>
          <w:tcPr>
            <w:tcW w:w="1728" w:type="dxa"/>
            <w:shd w:val="clear" w:color="auto" w:fill="FFFFFF"/>
          </w:tcPr>
          <w:p w14:paraId="208C125D" w14:textId="77777777" w:rsidR="006B264F" w:rsidRPr="00794D67" w:rsidRDefault="00B03E75">
            <w:pPr>
              <w:rPr>
                <w:lang w:val="ru-RU"/>
              </w:rPr>
            </w:pPr>
            <w:r w:rsidRPr="00794D67">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14:paraId="38A945B0" w14:textId="77777777" w:rsidR="006B264F" w:rsidRDefault="00B03E75">
            <w:r>
              <w:t>предлагаемый; программный</w:t>
            </w:r>
          </w:p>
        </w:tc>
      </w:tr>
      <w:tr w:rsidR="006B264F" w14:paraId="273EC5D6" w14:textId="77777777">
        <w:trPr>
          <w:cantSplit/>
        </w:trPr>
        <w:tc>
          <w:tcPr>
            <w:tcW w:w="1728" w:type="dxa"/>
            <w:shd w:val="clear" w:color="auto" w:fill="F2F2F2"/>
          </w:tcPr>
          <w:p w14:paraId="3ABB65D6" w14:textId="77777777" w:rsidR="006B264F" w:rsidRDefault="00B03E75">
            <w:r>
              <w:t>MS-G-09</w:t>
            </w:r>
          </w:p>
        </w:tc>
        <w:tc>
          <w:tcPr>
            <w:tcW w:w="1728" w:type="dxa"/>
            <w:shd w:val="clear" w:color="auto" w:fill="FFFFFF"/>
          </w:tcPr>
          <w:p w14:paraId="423E9803" w14:textId="77777777" w:rsidR="006B264F" w:rsidRDefault="00B03E75">
            <w:r>
              <w:t>УПК № 9 ГРЭ</w:t>
            </w:r>
          </w:p>
        </w:tc>
        <w:tc>
          <w:tcPr>
            <w:tcW w:w="1728" w:type="dxa"/>
            <w:shd w:val="clear" w:color="auto" w:fill="FFFFFF"/>
          </w:tcPr>
          <w:p w14:paraId="765A79B0" w14:textId="77777777" w:rsidR="006B264F" w:rsidRDefault="00B03E75">
            <w:r>
              <w:t>а) источники тепловой энергии</w:t>
            </w:r>
          </w:p>
        </w:tc>
        <w:tc>
          <w:tcPr>
            <w:tcW w:w="1728" w:type="dxa"/>
            <w:shd w:val="clear" w:color="auto" w:fill="FFFFFF"/>
          </w:tcPr>
          <w:p w14:paraId="07FB4389" w14:textId="77777777" w:rsidR="006B264F" w:rsidRPr="00794D67" w:rsidRDefault="00B03E75">
            <w:pPr>
              <w:rPr>
                <w:lang w:val="ru-RU"/>
              </w:rPr>
            </w:pPr>
            <w:r w:rsidRPr="00794D67">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14:paraId="4D5A9624" w14:textId="77777777" w:rsidR="006B264F" w:rsidRDefault="00B03E75">
            <w:r>
              <w:t>предлагаемый; программный</w:t>
            </w:r>
          </w:p>
        </w:tc>
      </w:tr>
      <w:tr w:rsidR="006B264F" w14:paraId="1B2EBD94" w14:textId="77777777">
        <w:trPr>
          <w:cantSplit/>
        </w:trPr>
        <w:tc>
          <w:tcPr>
            <w:tcW w:w="1728" w:type="dxa"/>
            <w:shd w:val="clear" w:color="auto" w:fill="F2F2F2"/>
          </w:tcPr>
          <w:p w14:paraId="2E3865A8" w14:textId="77777777" w:rsidR="006B264F" w:rsidRDefault="00B03E75">
            <w:r>
              <w:t>MS-G-10</w:t>
            </w:r>
          </w:p>
        </w:tc>
        <w:tc>
          <w:tcPr>
            <w:tcW w:w="1728" w:type="dxa"/>
            <w:shd w:val="clear" w:color="auto" w:fill="FFFFFF"/>
          </w:tcPr>
          <w:p w14:paraId="44A09960" w14:textId="77777777" w:rsidR="006B264F" w:rsidRDefault="00B03E75">
            <w:r>
              <w:t>УПК № 10 Темир-Тау</w:t>
            </w:r>
          </w:p>
        </w:tc>
        <w:tc>
          <w:tcPr>
            <w:tcW w:w="1728" w:type="dxa"/>
            <w:shd w:val="clear" w:color="auto" w:fill="FFFFFF"/>
          </w:tcPr>
          <w:p w14:paraId="6028CC51" w14:textId="77777777" w:rsidR="006B264F" w:rsidRDefault="00B03E75">
            <w:r>
              <w:t>а) источники тепловой энергии</w:t>
            </w:r>
          </w:p>
        </w:tc>
        <w:tc>
          <w:tcPr>
            <w:tcW w:w="1728" w:type="dxa"/>
            <w:shd w:val="clear" w:color="auto" w:fill="FFFFFF"/>
          </w:tcPr>
          <w:p w14:paraId="18333477" w14:textId="77777777" w:rsidR="006B264F" w:rsidRPr="00794D67" w:rsidRDefault="00B03E75">
            <w:pPr>
              <w:rPr>
                <w:lang w:val="ru-RU"/>
              </w:rPr>
            </w:pPr>
            <w:r w:rsidRPr="00794D67">
              <w:rPr>
                <w:lang w:val="ru-RU"/>
              </w:rPr>
              <w:t>Инвестиционная программа теплоснабжающей организации; региональная программа газификации</w:t>
            </w:r>
          </w:p>
        </w:tc>
        <w:tc>
          <w:tcPr>
            <w:tcW w:w="1728" w:type="dxa"/>
            <w:shd w:val="clear" w:color="auto" w:fill="FFFFFF"/>
          </w:tcPr>
          <w:p w14:paraId="7F70886D" w14:textId="77777777" w:rsidR="006B264F" w:rsidRDefault="00B03E75">
            <w:r>
              <w:t>предлагаемый; программный</w:t>
            </w:r>
          </w:p>
        </w:tc>
      </w:tr>
      <w:tr w:rsidR="006B264F" w14:paraId="5DE7F981" w14:textId="77777777">
        <w:trPr>
          <w:cantSplit/>
        </w:trPr>
        <w:tc>
          <w:tcPr>
            <w:tcW w:w="1728" w:type="dxa"/>
            <w:shd w:val="clear" w:color="auto" w:fill="F2F2F2"/>
          </w:tcPr>
          <w:p w14:paraId="6B2B9388" w14:textId="77777777" w:rsidR="006B264F" w:rsidRDefault="00B03E75">
            <w:r>
              <w:t>MS-E-01</w:t>
            </w:r>
          </w:p>
        </w:tc>
        <w:tc>
          <w:tcPr>
            <w:tcW w:w="1728" w:type="dxa"/>
            <w:shd w:val="clear" w:color="auto" w:fill="FFFFFF"/>
          </w:tcPr>
          <w:p w14:paraId="01C7AE2A" w14:textId="77777777" w:rsidR="006B264F" w:rsidRDefault="00B03E75">
            <w:r>
              <w:t>УПК № 5 Новый Шерегеш</w:t>
            </w:r>
          </w:p>
        </w:tc>
        <w:tc>
          <w:tcPr>
            <w:tcW w:w="1728" w:type="dxa"/>
            <w:shd w:val="clear" w:color="auto" w:fill="FFFFFF"/>
          </w:tcPr>
          <w:p w14:paraId="64712825" w14:textId="77777777" w:rsidR="006B264F" w:rsidRDefault="00B03E75">
            <w:r>
              <w:t>а) источники тепловой энергии</w:t>
            </w:r>
          </w:p>
        </w:tc>
        <w:tc>
          <w:tcPr>
            <w:tcW w:w="1728" w:type="dxa"/>
            <w:shd w:val="clear" w:color="auto" w:fill="FFFFFF"/>
          </w:tcPr>
          <w:p w14:paraId="641DF7B2" w14:textId="77777777" w:rsidR="006B264F" w:rsidRPr="00794D67" w:rsidRDefault="00B03E75">
            <w:pPr>
              <w:rPr>
                <w:lang w:val="ru-RU"/>
              </w:rPr>
            </w:pPr>
            <w:r w:rsidRPr="00794D67">
              <w:rPr>
                <w:lang w:val="ru-RU"/>
              </w:rPr>
              <w:t>Инвестиционная программа теплоснабжающей организации, мероприятие 4.3 программы 2017–2031 годов</w:t>
            </w:r>
          </w:p>
        </w:tc>
        <w:tc>
          <w:tcPr>
            <w:tcW w:w="1728" w:type="dxa"/>
            <w:shd w:val="clear" w:color="auto" w:fill="FFFFFF"/>
          </w:tcPr>
          <w:p w14:paraId="6CB459DA" w14:textId="77777777" w:rsidR="006B264F" w:rsidRDefault="00B03E75">
            <w:r>
              <w:t>предлагаемый</w:t>
            </w:r>
          </w:p>
        </w:tc>
      </w:tr>
      <w:tr w:rsidR="006B264F" w14:paraId="652F9F33" w14:textId="77777777">
        <w:trPr>
          <w:cantSplit/>
        </w:trPr>
        <w:tc>
          <w:tcPr>
            <w:tcW w:w="1728" w:type="dxa"/>
            <w:shd w:val="clear" w:color="auto" w:fill="F2F2F2"/>
          </w:tcPr>
          <w:p w14:paraId="275BA6B4" w14:textId="77777777" w:rsidR="006B264F" w:rsidRDefault="00B03E75">
            <w:r>
              <w:t>MS-R-01</w:t>
            </w:r>
          </w:p>
        </w:tc>
        <w:tc>
          <w:tcPr>
            <w:tcW w:w="1728" w:type="dxa"/>
            <w:shd w:val="clear" w:color="auto" w:fill="FFFFFF"/>
          </w:tcPr>
          <w:p w14:paraId="0216FCE5" w14:textId="77777777" w:rsidR="006B264F" w:rsidRDefault="00B03E75">
            <w:r>
              <w:t>УПК № 9 ГРЭ</w:t>
            </w:r>
          </w:p>
        </w:tc>
        <w:tc>
          <w:tcPr>
            <w:tcW w:w="1728" w:type="dxa"/>
            <w:shd w:val="clear" w:color="auto" w:fill="FFFFFF"/>
          </w:tcPr>
          <w:p w14:paraId="46F084D4" w14:textId="77777777" w:rsidR="006B264F" w:rsidRDefault="00B03E75">
            <w:r>
              <w:t>а) источники тепловой энергии</w:t>
            </w:r>
          </w:p>
        </w:tc>
        <w:tc>
          <w:tcPr>
            <w:tcW w:w="1728" w:type="dxa"/>
            <w:shd w:val="clear" w:color="auto" w:fill="FFFFFF"/>
          </w:tcPr>
          <w:p w14:paraId="1424963B" w14:textId="77777777" w:rsidR="006B264F" w:rsidRDefault="00B03E75">
            <w:r>
              <w:t>Инвестиционная программа теплоснабжающей организации</w:t>
            </w:r>
          </w:p>
        </w:tc>
        <w:tc>
          <w:tcPr>
            <w:tcW w:w="1728" w:type="dxa"/>
            <w:shd w:val="clear" w:color="auto" w:fill="FFFFFF"/>
          </w:tcPr>
          <w:p w14:paraId="5AA41E6A" w14:textId="77777777" w:rsidR="006B264F" w:rsidRDefault="00B03E75">
            <w:r>
              <w:t>предлагаемый</w:t>
            </w:r>
          </w:p>
        </w:tc>
      </w:tr>
      <w:tr w:rsidR="006B264F" w14:paraId="5789BC65" w14:textId="77777777">
        <w:trPr>
          <w:cantSplit/>
        </w:trPr>
        <w:tc>
          <w:tcPr>
            <w:tcW w:w="1728" w:type="dxa"/>
            <w:shd w:val="clear" w:color="auto" w:fill="F2F2F2"/>
          </w:tcPr>
          <w:p w14:paraId="6EFB476F" w14:textId="77777777" w:rsidR="006B264F" w:rsidRDefault="00B03E75">
            <w:r>
              <w:t>MS-R-03</w:t>
            </w:r>
          </w:p>
        </w:tc>
        <w:tc>
          <w:tcPr>
            <w:tcW w:w="1728" w:type="dxa"/>
            <w:shd w:val="clear" w:color="auto" w:fill="FFFFFF"/>
          </w:tcPr>
          <w:p w14:paraId="38F05A58" w14:textId="77777777" w:rsidR="006B264F" w:rsidRDefault="00B03E75">
            <w:r>
              <w:t>УПК № 5 Новый Шерегеш</w:t>
            </w:r>
          </w:p>
        </w:tc>
        <w:tc>
          <w:tcPr>
            <w:tcW w:w="1728" w:type="dxa"/>
            <w:shd w:val="clear" w:color="auto" w:fill="FFFFFF"/>
          </w:tcPr>
          <w:p w14:paraId="77C6C6E5" w14:textId="77777777" w:rsidR="006B264F" w:rsidRDefault="00B03E75">
            <w:r>
              <w:t>а) источники тепловой энергии</w:t>
            </w:r>
          </w:p>
        </w:tc>
        <w:tc>
          <w:tcPr>
            <w:tcW w:w="1728" w:type="dxa"/>
            <w:shd w:val="clear" w:color="auto" w:fill="FFFFFF"/>
          </w:tcPr>
          <w:p w14:paraId="1FC932BC" w14:textId="77777777" w:rsidR="006B264F" w:rsidRDefault="00B03E75">
            <w:r>
              <w:t>Инвестиционная программа теплоснабжающей организации</w:t>
            </w:r>
          </w:p>
        </w:tc>
        <w:tc>
          <w:tcPr>
            <w:tcW w:w="1728" w:type="dxa"/>
            <w:shd w:val="clear" w:color="auto" w:fill="FFFFFF"/>
          </w:tcPr>
          <w:p w14:paraId="04AC0D60" w14:textId="77777777" w:rsidR="006B264F" w:rsidRDefault="00B03E75">
            <w:r>
              <w:t>предлагаемый</w:t>
            </w:r>
          </w:p>
        </w:tc>
      </w:tr>
      <w:tr w:rsidR="006B264F" w14:paraId="7F0180F4" w14:textId="77777777">
        <w:trPr>
          <w:cantSplit/>
        </w:trPr>
        <w:tc>
          <w:tcPr>
            <w:tcW w:w="1728" w:type="dxa"/>
            <w:shd w:val="clear" w:color="auto" w:fill="F2F2F2"/>
          </w:tcPr>
          <w:p w14:paraId="5A0D4216" w14:textId="77777777" w:rsidR="006B264F" w:rsidRDefault="00B03E75">
            <w:r>
              <w:t>MS-R-05</w:t>
            </w:r>
          </w:p>
        </w:tc>
        <w:tc>
          <w:tcPr>
            <w:tcW w:w="1728" w:type="dxa"/>
            <w:shd w:val="clear" w:color="auto" w:fill="FFFFFF"/>
          </w:tcPr>
          <w:p w14:paraId="49AD2633" w14:textId="77777777" w:rsidR="006B264F" w:rsidRDefault="00B03E75">
            <w:r>
              <w:t>Шалым, Темир-Тау, Спасск</w:t>
            </w:r>
          </w:p>
        </w:tc>
        <w:tc>
          <w:tcPr>
            <w:tcW w:w="1728" w:type="dxa"/>
            <w:shd w:val="clear" w:color="auto" w:fill="FFFFFF"/>
          </w:tcPr>
          <w:p w14:paraId="129F5510" w14:textId="77777777" w:rsidR="006B264F" w:rsidRDefault="00B03E75">
            <w:r>
              <w:t>а) источники тепловой энергии</w:t>
            </w:r>
          </w:p>
        </w:tc>
        <w:tc>
          <w:tcPr>
            <w:tcW w:w="1728" w:type="dxa"/>
            <w:shd w:val="clear" w:color="auto" w:fill="FFFFFF"/>
          </w:tcPr>
          <w:p w14:paraId="058EF4D3" w14:textId="77777777" w:rsidR="006B264F" w:rsidRDefault="00B03E75">
            <w:r>
              <w:t>Инвестиционная программа теплоснабжающей организации</w:t>
            </w:r>
          </w:p>
        </w:tc>
        <w:tc>
          <w:tcPr>
            <w:tcW w:w="1728" w:type="dxa"/>
            <w:shd w:val="clear" w:color="auto" w:fill="FFFFFF"/>
          </w:tcPr>
          <w:p w14:paraId="5852E3FF" w14:textId="77777777" w:rsidR="006B264F" w:rsidRDefault="00B03E75">
            <w:r>
              <w:t>предлагаемый</w:t>
            </w:r>
          </w:p>
        </w:tc>
      </w:tr>
      <w:tr w:rsidR="006B264F" w14:paraId="214E3D4C" w14:textId="77777777">
        <w:trPr>
          <w:cantSplit/>
        </w:trPr>
        <w:tc>
          <w:tcPr>
            <w:tcW w:w="1728" w:type="dxa"/>
            <w:shd w:val="clear" w:color="auto" w:fill="F2F2F2"/>
          </w:tcPr>
          <w:p w14:paraId="77BD103E" w14:textId="77777777" w:rsidR="006B264F" w:rsidRDefault="00B03E75">
            <w:r>
              <w:t>MS-R-06</w:t>
            </w:r>
          </w:p>
        </w:tc>
        <w:tc>
          <w:tcPr>
            <w:tcW w:w="1728" w:type="dxa"/>
            <w:shd w:val="clear" w:color="auto" w:fill="FFFFFF"/>
          </w:tcPr>
          <w:p w14:paraId="2B250140" w14:textId="77777777" w:rsidR="006B264F" w:rsidRDefault="00B03E75">
            <w:r>
              <w:t>УПК № 5 Новый Шерегеш</w:t>
            </w:r>
          </w:p>
        </w:tc>
        <w:tc>
          <w:tcPr>
            <w:tcW w:w="1728" w:type="dxa"/>
            <w:shd w:val="clear" w:color="auto" w:fill="FFFFFF"/>
          </w:tcPr>
          <w:p w14:paraId="45ADCF4A" w14:textId="77777777" w:rsidR="006B264F" w:rsidRDefault="00B03E75">
            <w:r>
              <w:t>а) источники тепловой энергии</w:t>
            </w:r>
          </w:p>
        </w:tc>
        <w:tc>
          <w:tcPr>
            <w:tcW w:w="1728" w:type="dxa"/>
            <w:shd w:val="clear" w:color="auto" w:fill="FFFFFF"/>
          </w:tcPr>
          <w:p w14:paraId="37F617F5" w14:textId="77777777" w:rsidR="006B264F" w:rsidRDefault="00B03E75">
            <w:r>
              <w:t>Инвестиционная программа теплоснабжающей организации</w:t>
            </w:r>
          </w:p>
        </w:tc>
        <w:tc>
          <w:tcPr>
            <w:tcW w:w="1728" w:type="dxa"/>
            <w:shd w:val="clear" w:color="auto" w:fill="FFFFFF"/>
          </w:tcPr>
          <w:p w14:paraId="7701F62E" w14:textId="77777777" w:rsidR="006B264F" w:rsidRDefault="00B03E75">
            <w:r>
              <w:t>предлагаемый</w:t>
            </w:r>
          </w:p>
        </w:tc>
      </w:tr>
      <w:tr w:rsidR="006B264F" w14:paraId="1D99CF68" w14:textId="77777777">
        <w:trPr>
          <w:cantSplit/>
        </w:trPr>
        <w:tc>
          <w:tcPr>
            <w:tcW w:w="1728" w:type="dxa"/>
            <w:shd w:val="clear" w:color="auto" w:fill="F2F2F2"/>
          </w:tcPr>
          <w:p w14:paraId="51924661" w14:textId="77777777" w:rsidR="006B264F" w:rsidRDefault="00B03E75">
            <w:r>
              <w:t>MS-R-02</w:t>
            </w:r>
          </w:p>
        </w:tc>
        <w:tc>
          <w:tcPr>
            <w:tcW w:w="1728" w:type="dxa"/>
            <w:shd w:val="clear" w:color="auto" w:fill="FFFFFF"/>
          </w:tcPr>
          <w:p w14:paraId="73A2D2CC" w14:textId="77777777" w:rsidR="006B264F" w:rsidRDefault="00B03E75">
            <w:r>
              <w:t>Все зоны</w:t>
            </w:r>
          </w:p>
        </w:tc>
        <w:tc>
          <w:tcPr>
            <w:tcW w:w="1728" w:type="dxa"/>
            <w:shd w:val="clear" w:color="auto" w:fill="FFFFFF"/>
          </w:tcPr>
          <w:p w14:paraId="487DDAF6" w14:textId="77777777" w:rsidR="006B264F" w:rsidRPr="00794D67" w:rsidRDefault="00B03E75">
            <w:pPr>
              <w:rPr>
                <w:lang w:val="ru-RU"/>
              </w:rPr>
            </w:pPr>
            <w:r w:rsidRPr="00794D67">
              <w:rPr>
                <w:lang w:val="ru-RU"/>
              </w:rPr>
              <w:t>б) тепловые сети и сооружения на них</w:t>
            </w:r>
          </w:p>
        </w:tc>
        <w:tc>
          <w:tcPr>
            <w:tcW w:w="1728" w:type="dxa"/>
            <w:shd w:val="clear" w:color="auto" w:fill="FFFFFF"/>
          </w:tcPr>
          <w:p w14:paraId="1F45FD24" w14:textId="77777777" w:rsidR="006B264F" w:rsidRDefault="00B03E75">
            <w:r>
              <w:t>Инвестиционная программа теплоснабжающей организации</w:t>
            </w:r>
          </w:p>
        </w:tc>
        <w:tc>
          <w:tcPr>
            <w:tcW w:w="1728" w:type="dxa"/>
            <w:shd w:val="clear" w:color="auto" w:fill="FFFFFF"/>
          </w:tcPr>
          <w:p w14:paraId="5B0D0586" w14:textId="77777777" w:rsidR="006B264F" w:rsidRDefault="00B03E75">
            <w:r>
              <w:t>предлагаемый</w:t>
            </w:r>
          </w:p>
        </w:tc>
      </w:tr>
      <w:tr w:rsidR="006B264F" w14:paraId="64BAECFA" w14:textId="77777777">
        <w:trPr>
          <w:cantSplit/>
        </w:trPr>
        <w:tc>
          <w:tcPr>
            <w:tcW w:w="1728" w:type="dxa"/>
            <w:shd w:val="clear" w:color="auto" w:fill="F2F2F2"/>
          </w:tcPr>
          <w:p w14:paraId="30B68793" w14:textId="77777777" w:rsidR="006B264F" w:rsidRDefault="00B03E75">
            <w:r>
              <w:t>MS-R-04</w:t>
            </w:r>
          </w:p>
        </w:tc>
        <w:tc>
          <w:tcPr>
            <w:tcW w:w="1728" w:type="dxa"/>
            <w:shd w:val="clear" w:color="auto" w:fill="FFFFFF"/>
          </w:tcPr>
          <w:p w14:paraId="657BCE1E" w14:textId="77777777" w:rsidR="006B264F" w:rsidRDefault="00B03E75">
            <w:r>
              <w:t>Все зоны</w:t>
            </w:r>
          </w:p>
        </w:tc>
        <w:tc>
          <w:tcPr>
            <w:tcW w:w="1728" w:type="dxa"/>
            <w:shd w:val="clear" w:color="auto" w:fill="FFFFFF"/>
          </w:tcPr>
          <w:p w14:paraId="599F4C2F" w14:textId="77777777" w:rsidR="006B264F" w:rsidRPr="00794D67" w:rsidRDefault="00B03E75">
            <w:pPr>
              <w:rPr>
                <w:lang w:val="ru-RU"/>
              </w:rPr>
            </w:pPr>
            <w:r w:rsidRPr="00794D67">
              <w:rPr>
                <w:lang w:val="ru-RU"/>
              </w:rPr>
              <w:t>б) тепловые сети и сооружения на них</w:t>
            </w:r>
          </w:p>
        </w:tc>
        <w:tc>
          <w:tcPr>
            <w:tcW w:w="1728" w:type="dxa"/>
            <w:shd w:val="clear" w:color="auto" w:fill="FFFFFF"/>
          </w:tcPr>
          <w:p w14:paraId="4F3A8782" w14:textId="77777777" w:rsidR="006B264F" w:rsidRDefault="00B03E75">
            <w:r>
              <w:t>Инвестиционная программа теплоснабжающей организации</w:t>
            </w:r>
          </w:p>
        </w:tc>
        <w:tc>
          <w:tcPr>
            <w:tcW w:w="1728" w:type="dxa"/>
            <w:shd w:val="clear" w:color="auto" w:fill="FFFFFF"/>
          </w:tcPr>
          <w:p w14:paraId="136D574D" w14:textId="77777777" w:rsidR="006B264F" w:rsidRDefault="00B03E75">
            <w:r>
              <w:t>предлагаемый</w:t>
            </w:r>
          </w:p>
        </w:tc>
      </w:tr>
      <w:tr w:rsidR="006B264F" w14:paraId="29309600" w14:textId="77777777">
        <w:trPr>
          <w:cantSplit/>
        </w:trPr>
        <w:tc>
          <w:tcPr>
            <w:tcW w:w="1728" w:type="dxa"/>
            <w:shd w:val="clear" w:color="auto" w:fill="F2F2F2"/>
          </w:tcPr>
          <w:p w14:paraId="72222203" w14:textId="77777777" w:rsidR="006B264F" w:rsidRDefault="00B03E75">
            <w:r>
              <w:t>MS-DHW-01</w:t>
            </w:r>
          </w:p>
        </w:tc>
        <w:tc>
          <w:tcPr>
            <w:tcW w:w="1728" w:type="dxa"/>
            <w:shd w:val="clear" w:color="auto" w:fill="FFFFFF"/>
          </w:tcPr>
          <w:p w14:paraId="227FBC36" w14:textId="77777777" w:rsidR="006B264F" w:rsidRDefault="00B03E75">
            <w:r>
              <w:t>УПК № 1 Таштагол</w:t>
            </w:r>
          </w:p>
        </w:tc>
        <w:tc>
          <w:tcPr>
            <w:tcW w:w="1728" w:type="dxa"/>
            <w:shd w:val="clear" w:color="auto" w:fill="FFFFFF"/>
          </w:tcPr>
          <w:p w14:paraId="1964257B" w14:textId="77777777" w:rsidR="006B264F" w:rsidRPr="00794D67" w:rsidRDefault="00B03E75">
            <w:pPr>
              <w:rPr>
                <w:lang w:val="ru-RU"/>
              </w:rPr>
            </w:pPr>
            <w:r w:rsidRPr="00794D67">
              <w:rPr>
                <w:lang w:val="ru-RU"/>
              </w:rPr>
              <w:t>в) перевод открытых систем горячего водоснабжения</w:t>
            </w:r>
          </w:p>
        </w:tc>
        <w:tc>
          <w:tcPr>
            <w:tcW w:w="1728" w:type="dxa"/>
            <w:shd w:val="clear" w:color="auto" w:fill="FFFFFF"/>
          </w:tcPr>
          <w:p w14:paraId="31FEAC90" w14:textId="77777777" w:rsidR="006B264F" w:rsidRDefault="00B03E75">
            <w:r>
              <w:t>Инвестиционная программа теплоснабжающей организации</w:t>
            </w:r>
          </w:p>
        </w:tc>
        <w:tc>
          <w:tcPr>
            <w:tcW w:w="1728" w:type="dxa"/>
            <w:shd w:val="clear" w:color="auto" w:fill="FFFFFF"/>
          </w:tcPr>
          <w:p w14:paraId="122ED1BA" w14:textId="77777777" w:rsidR="006B264F" w:rsidRDefault="00B03E75">
            <w:r>
              <w:t>предлагаемый</w:t>
            </w:r>
          </w:p>
        </w:tc>
      </w:tr>
      <w:tr w:rsidR="006B264F" w14:paraId="7CDBA090" w14:textId="77777777">
        <w:trPr>
          <w:cantSplit/>
        </w:trPr>
        <w:tc>
          <w:tcPr>
            <w:tcW w:w="1728" w:type="dxa"/>
            <w:shd w:val="clear" w:color="auto" w:fill="F2F2F2"/>
          </w:tcPr>
          <w:p w14:paraId="47F75823" w14:textId="77777777" w:rsidR="006B264F" w:rsidRDefault="00B03E75">
            <w:r>
              <w:t>MS-DHW-02</w:t>
            </w:r>
          </w:p>
        </w:tc>
        <w:tc>
          <w:tcPr>
            <w:tcW w:w="1728" w:type="dxa"/>
            <w:shd w:val="clear" w:color="auto" w:fill="FFFFFF"/>
          </w:tcPr>
          <w:p w14:paraId="76FD2442" w14:textId="77777777" w:rsidR="006B264F" w:rsidRDefault="00B03E75">
            <w:r>
              <w:t>УПК № 2 Шалым</w:t>
            </w:r>
          </w:p>
        </w:tc>
        <w:tc>
          <w:tcPr>
            <w:tcW w:w="1728" w:type="dxa"/>
            <w:shd w:val="clear" w:color="auto" w:fill="FFFFFF"/>
          </w:tcPr>
          <w:p w14:paraId="6864E73E" w14:textId="77777777" w:rsidR="006B264F" w:rsidRPr="00794D67" w:rsidRDefault="00B03E75">
            <w:pPr>
              <w:rPr>
                <w:lang w:val="ru-RU"/>
              </w:rPr>
            </w:pPr>
            <w:r w:rsidRPr="00794D67">
              <w:rPr>
                <w:lang w:val="ru-RU"/>
              </w:rPr>
              <w:t>в) перевод открытых систем горячего водоснабжения</w:t>
            </w:r>
          </w:p>
        </w:tc>
        <w:tc>
          <w:tcPr>
            <w:tcW w:w="1728" w:type="dxa"/>
            <w:shd w:val="clear" w:color="auto" w:fill="FFFFFF"/>
          </w:tcPr>
          <w:p w14:paraId="02082BB1" w14:textId="77777777" w:rsidR="006B264F" w:rsidRDefault="00B03E75">
            <w:r>
              <w:t>Инвестиционная программа теплоснабжающей организации</w:t>
            </w:r>
          </w:p>
        </w:tc>
        <w:tc>
          <w:tcPr>
            <w:tcW w:w="1728" w:type="dxa"/>
            <w:shd w:val="clear" w:color="auto" w:fill="FFFFFF"/>
          </w:tcPr>
          <w:p w14:paraId="0E80C393" w14:textId="77777777" w:rsidR="006B264F" w:rsidRDefault="00B03E75">
            <w:r>
              <w:t>предлагаемый</w:t>
            </w:r>
          </w:p>
        </w:tc>
      </w:tr>
      <w:tr w:rsidR="006B264F" w14:paraId="6ED64923" w14:textId="77777777">
        <w:trPr>
          <w:cantSplit/>
        </w:trPr>
        <w:tc>
          <w:tcPr>
            <w:tcW w:w="1728" w:type="dxa"/>
            <w:shd w:val="clear" w:color="auto" w:fill="F2F2F2"/>
          </w:tcPr>
          <w:p w14:paraId="10ABB412" w14:textId="77777777" w:rsidR="006B264F" w:rsidRDefault="00B03E75">
            <w:r>
              <w:t>MS-DHW-03</w:t>
            </w:r>
          </w:p>
        </w:tc>
        <w:tc>
          <w:tcPr>
            <w:tcW w:w="1728" w:type="dxa"/>
            <w:shd w:val="clear" w:color="auto" w:fill="FFFFFF"/>
          </w:tcPr>
          <w:p w14:paraId="2627BE7A" w14:textId="77777777" w:rsidR="006B264F" w:rsidRDefault="00B03E75">
            <w:r>
              <w:t>УПК № 2 ЦМК</w:t>
            </w:r>
          </w:p>
        </w:tc>
        <w:tc>
          <w:tcPr>
            <w:tcW w:w="1728" w:type="dxa"/>
            <w:shd w:val="clear" w:color="auto" w:fill="FFFFFF"/>
          </w:tcPr>
          <w:p w14:paraId="5DC3210A" w14:textId="77777777" w:rsidR="006B264F" w:rsidRPr="00794D67" w:rsidRDefault="00B03E75">
            <w:pPr>
              <w:rPr>
                <w:lang w:val="ru-RU"/>
              </w:rPr>
            </w:pPr>
            <w:r w:rsidRPr="00794D67">
              <w:rPr>
                <w:lang w:val="ru-RU"/>
              </w:rPr>
              <w:t>в) перевод открытых систем горячего водоснабжения</w:t>
            </w:r>
          </w:p>
        </w:tc>
        <w:tc>
          <w:tcPr>
            <w:tcW w:w="1728" w:type="dxa"/>
            <w:shd w:val="clear" w:color="auto" w:fill="FFFFFF"/>
          </w:tcPr>
          <w:p w14:paraId="21D76ADB" w14:textId="77777777" w:rsidR="006B264F" w:rsidRDefault="00B03E75">
            <w:r>
              <w:t>Инвестиционная программа теплоснабжающей организации</w:t>
            </w:r>
          </w:p>
        </w:tc>
        <w:tc>
          <w:tcPr>
            <w:tcW w:w="1728" w:type="dxa"/>
            <w:shd w:val="clear" w:color="auto" w:fill="FFFFFF"/>
          </w:tcPr>
          <w:p w14:paraId="602B0E73" w14:textId="77777777" w:rsidR="006B264F" w:rsidRDefault="00B03E75">
            <w:r>
              <w:t>предлагаемый</w:t>
            </w:r>
          </w:p>
        </w:tc>
      </w:tr>
      <w:tr w:rsidR="006B264F" w14:paraId="01336789" w14:textId="77777777">
        <w:trPr>
          <w:cantSplit/>
        </w:trPr>
        <w:tc>
          <w:tcPr>
            <w:tcW w:w="1728" w:type="dxa"/>
            <w:shd w:val="clear" w:color="auto" w:fill="F2F2F2"/>
          </w:tcPr>
          <w:p w14:paraId="2DC0AB1E" w14:textId="77777777" w:rsidR="006B264F" w:rsidRDefault="00B03E75">
            <w:r>
              <w:t>MS-DHW-04</w:t>
            </w:r>
          </w:p>
        </w:tc>
        <w:tc>
          <w:tcPr>
            <w:tcW w:w="1728" w:type="dxa"/>
            <w:shd w:val="clear" w:color="auto" w:fill="FFFFFF"/>
          </w:tcPr>
          <w:p w14:paraId="53716AD9" w14:textId="77777777" w:rsidR="006B264F" w:rsidRDefault="00B03E75">
            <w:r>
              <w:t>УПК № 9 ГРЭ</w:t>
            </w:r>
          </w:p>
        </w:tc>
        <w:tc>
          <w:tcPr>
            <w:tcW w:w="1728" w:type="dxa"/>
            <w:shd w:val="clear" w:color="auto" w:fill="FFFFFF"/>
          </w:tcPr>
          <w:p w14:paraId="411CF594" w14:textId="77777777" w:rsidR="006B264F" w:rsidRPr="00794D67" w:rsidRDefault="00B03E75">
            <w:pPr>
              <w:rPr>
                <w:lang w:val="ru-RU"/>
              </w:rPr>
            </w:pPr>
            <w:r w:rsidRPr="00794D67">
              <w:rPr>
                <w:lang w:val="ru-RU"/>
              </w:rPr>
              <w:t>в) перевод открытых систем горячего водоснабжения</w:t>
            </w:r>
          </w:p>
        </w:tc>
        <w:tc>
          <w:tcPr>
            <w:tcW w:w="1728" w:type="dxa"/>
            <w:shd w:val="clear" w:color="auto" w:fill="FFFFFF"/>
          </w:tcPr>
          <w:p w14:paraId="0F05F414" w14:textId="77777777" w:rsidR="006B264F" w:rsidRDefault="00B03E75">
            <w:r>
              <w:t>Инвестиционная программа теплоснабжающей организации</w:t>
            </w:r>
          </w:p>
        </w:tc>
        <w:tc>
          <w:tcPr>
            <w:tcW w:w="1728" w:type="dxa"/>
            <w:shd w:val="clear" w:color="auto" w:fill="FFFFFF"/>
          </w:tcPr>
          <w:p w14:paraId="7271576A" w14:textId="77777777" w:rsidR="006B264F" w:rsidRDefault="00B03E75">
            <w:r>
              <w:t>предлагаемый</w:t>
            </w:r>
          </w:p>
        </w:tc>
      </w:tr>
      <w:tr w:rsidR="006B264F" w14:paraId="2A34EB66" w14:textId="77777777">
        <w:trPr>
          <w:cantSplit/>
        </w:trPr>
        <w:tc>
          <w:tcPr>
            <w:tcW w:w="1728" w:type="dxa"/>
            <w:shd w:val="clear" w:color="auto" w:fill="F2F2F2"/>
          </w:tcPr>
          <w:p w14:paraId="2C17A725" w14:textId="77777777" w:rsidR="006B264F" w:rsidRDefault="00B03E75">
            <w:r>
              <w:t>MS-DHW-05</w:t>
            </w:r>
          </w:p>
        </w:tc>
        <w:tc>
          <w:tcPr>
            <w:tcW w:w="1728" w:type="dxa"/>
            <w:shd w:val="clear" w:color="auto" w:fill="FFFFFF"/>
          </w:tcPr>
          <w:p w14:paraId="22740F03" w14:textId="77777777" w:rsidR="006B264F" w:rsidRDefault="00B03E75">
            <w:r>
              <w:t>УПК № 5 Новый Шерегеш</w:t>
            </w:r>
          </w:p>
        </w:tc>
        <w:tc>
          <w:tcPr>
            <w:tcW w:w="1728" w:type="dxa"/>
            <w:shd w:val="clear" w:color="auto" w:fill="FFFFFF"/>
          </w:tcPr>
          <w:p w14:paraId="59709987" w14:textId="77777777" w:rsidR="006B264F" w:rsidRPr="00794D67" w:rsidRDefault="00B03E75">
            <w:pPr>
              <w:rPr>
                <w:lang w:val="ru-RU"/>
              </w:rPr>
            </w:pPr>
            <w:r w:rsidRPr="00794D67">
              <w:rPr>
                <w:lang w:val="ru-RU"/>
              </w:rPr>
              <w:t>в) перевод открытых систем горячего водоснабжения</w:t>
            </w:r>
          </w:p>
        </w:tc>
        <w:tc>
          <w:tcPr>
            <w:tcW w:w="1728" w:type="dxa"/>
            <w:shd w:val="clear" w:color="auto" w:fill="FFFFFF"/>
          </w:tcPr>
          <w:p w14:paraId="4FBEB169" w14:textId="77777777" w:rsidR="006B264F" w:rsidRDefault="00B03E75">
            <w:r>
              <w:t>Инвестиционная программа теплоснабжающей организации</w:t>
            </w:r>
          </w:p>
        </w:tc>
        <w:tc>
          <w:tcPr>
            <w:tcW w:w="1728" w:type="dxa"/>
            <w:shd w:val="clear" w:color="auto" w:fill="FFFFFF"/>
          </w:tcPr>
          <w:p w14:paraId="61A8F7BD" w14:textId="77777777" w:rsidR="006B264F" w:rsidRDefault="00B03E75">
            <w:r>
              <w:t>предлагаемый</w:t>
            </w:r>
          </w:p>
        </w:tc>
      </w:tr>
      <w:tr w:rsidR="006B264F" w14:paraId="0CCF8BA7" w14:textId="77777777">
        <w:trPr>
          <w:cantSplit/>
        </w:trPr>
        <w:tc>
          <w:tcPr>
            <w:tcW w:w="1728" w:type="dxa"/>
            <w:shd w:val="clear" w:color="auto" w:fill="F2F2F2"/>
          </w:tcPr>
          <w:p w14:paraId="4B376472" w14:textId="77777777" w:rsidR="006B264F" w:rsidRDefault="00B03E75">
            <w:r>
              <w:t>MS-DHW-06</w:t>
            </w:r>
          </w:p>
        </w:tc>
        <w:tc>
          <w:tcPr>
            <w:tcW w:w="1728" w:type="dxa"/>
            <w:shd w:val="clear" w:color="auto" w:fill="FFFFFF"/>
          </w:tcPr>
          <w:p w14:paraId="271552B1" w14:textId="77777777" w:rsidR="006B264F" w:rsidRDefault="00B03E75">
            <w:r>
              <w:t>УПК № 6 Старый Шерегеш</w:t>
            </w:r>
          </w:p>
        </w:tc>
        <w:tc>
          <w:tcPr>
            <w:tcW w:w="1728" w:type="dxa"/>
            <w:shd w:val="clear" w:color="auto" w:fill="FFFFFF"/>
          </w:tcPr>
          <w:p w14:paraId="78120BA4" w14:textId="77777777" w:rsidR="006B264F" w:rsidRPr="00794D67" w:rsidRDefault="00B03E75">
            <w:pPr>
              <w:rPr>
                <w:lang w:val="ru-RU"/>
              </w:rPr>
            </w:pPr>
            <w:r w:rsidRPr="00794D67">
              <w:rPr>
                <w:lang w:val="ru-RU"/>
              </w:rPr>
              <w:t>в) перевод открытых систем горячего водоснабжения</w:t>
            </w:r>
          </w:p>
        </w:tc>
        <w:tc>
          <w:tcPr>
            <w:tcW w:w="1728" w:type="dxa"/>
            <w:shd w:val="clear" w:color="auto" w:fill="FFFFFF"/>
          </w:tcPr>
          <w:p w14:paraId="67558D62" w14:textId="77777777" w:rsidR="006B264F" w:rsidRDefault="00B03E75">
            <w:r>
              <w:t>Инвестиционная программа теплоснабжающей организации</w:t>
            </w:r>
          </w:p>
        </w:tc>
        <w:tc>
          <w:tcPr>
            <w:tcW w:w="1728" w:type="dxa"/>
            <w:shd w:val="clear" w:color="auto" w:fill="FFFFFF"/>
          </w:tcPr>
          <w:p w14:paraId="581DDDB7" w14:textId="77777777" w:rsidR="006B264F" w:rsidRDefault="00B03E75">
            <w:r>
              <w:t>предлагаемый</w:t>
            </w:r>
          </w:p>
        </w:tc>
      </w:tr>
      <w:tr w:rsidR="006B264F" w14:paraId="4F2BDFAF" w14:textId="77777777">
        <w:trPr>
          <w:cantSplit/>
        </w:trPr>
        <w:tc>
          <w:tcPr>
            <w:tcW w:w="1728" w:type="dxa"/>
            <w:shd w:val="clear" w:color="auto" w:fill="F2F2F2"/>
          </w:tcPr>
          <w:p w14:paraId="112D34CD" w14:textId="77777777" w:rsidR="006B264F" w:rsidRDefault="00B03E75">
            <w:r>
              <w:t>MS-DHW-07</w:t>
            </w:r>
          </w:p>
        </w:tc>
        <w:tc>
          <w:tcPr>
            <w:tcW w:w="1728" w:type="dxa"/>
            <w:shd w:val="clear" w:color="auto" w:fill="FFFFFF"/>
          </w:tcPr>
          <w:p w14:paraId="0E4F599E" w14:textId="77777777" w:rsidR="006B264F" w:rsidRDefault="00B03E75">
            <w:r>
              <w:t>УПК № 7 Каз</w:t>
            </w:r>
          </w:p>
        </w:tc>
        <w:tc>
          <w:tcPr>
            <w:tcW w:w="1728" w:type="dxa"/>
            <w:shd w:val="clear" w:color="auto" w:fill="FFFFFF"/>
          </w:tcPr>
          <w:p w14:paraId="152DBE45" w14:textId="77777777" w:rsidR="006B264F" w:rsidRPr="00794D67" w:rsidRDefault="00B03E75">
            <w:pPr>
              <w:rPr>
                <w:lang w:val="ru-RU"/>
              </w:rPr>
            </w:pPr>
            <w:r w:rsidRPr="00794D67">
              <w:rPr>
                <w:lang w:val="ru-RU"/>
              </w:rPr>
              <w:t>в) перевод открытых систем горячего водоснабжения</w:t>
            </w:r>
          </w:p>
        </w:tc>
        <w:tc>
          <w:tcPr>
            <w:tcW w:w="1728" w:type="dxa"/>
            <w:shd w:val="clear" w:color="auto" w:fill="FFFFFF"/>
          </w:tcPr>
          <w:p w14:paraId="16E91591" w14:textId="77777777" w:rsidR="006B264F" w:rsidRDefault="00B03E75">
            <w:r>
              <w:t>Инвестиционная программа теплоснабжающей организации</w:t>
            </w:r>
          </w:p>
        </w:tc>
        <w:tc>
          <w:tcPr>
            <w:tcW w:w="1728" w:type="dxa"/>
            <w:shd w:val="clear" w:color="auto" w:fill="FFFFFF"/>
          </w:tcPr>
          <w:p w14:paraId="06ED0D82" w14:textId="77777777" w:rsidR="006B264F" w:rsidRDefault="00B03E75">
            <w:r>
              <w:t>предлагаемый</w:t>
            </w:r>
          </w:p>
        </w:tc>
      </w:tr>
      <w:tr w:rsidR="006B264F" w14:paraId="7236984B" w14:textId="77777777">
        <w:trPr>
          <w:cantSplit/>
        </w:trPr>
        <w:tc>
          <w:tcPr>
            <w:tcW w:w="1728" w:type="dxa"/>
            <w:shd w:val="clear" w:color="auto" w:fill="F2F2F2"/>
          </w:tcPr>
          <w:p w14:paraId="613123E6" w14:textId="77777777" w:rsidR="006B264F" w:rsidRDefault="00B03E75">
            <w:r>
              <w:t>MS-DHW-08</w:t>
            </w:r>
          </w:p>
        </w:tc>
        <w:tc>
          <w:tcPr>
            <w:tcW w:w="1728" w:type="dxa"/>
            <w:shd w:val="clear" w:color="auto" w:fill="FFFFFF"/>
          </w:tcPr>
          <w:p w14:paraId="353B1AE7" w14:textId="77777777" w:rsidR="006B264F" w:rsidRDefault="00B03E75">
            <w:r>
              <w:t>УПК № 8 Мундыбаш</w:t>
            </w:r>
          </w:p>
        </w:tc>
        <w:tc>
          <w:tcPr>
            <w:tcW w:w="1728" w:type="dxa"/>
            <w:shd w:val="clear" w:color="auto" w:fill="FFFFFF"/>
          </w:tcPr>
          <w:p w14:paraId="3783DC6C" w14:textId="77777777" w:rsidR="006B264F" w:rsidRPr="00794D67" w:rsidRDefault="00B03E75">
            <w:pPr>
              <w:rPr>
                <w:lang w:val="ru-RU"/>
              </w:rPr>
            </w:pPr>
            <w:r w:rsidRPr="00794D67">
              <w:rPr>
                <w:lang w:val="ru-RU"/>
              </w:rPr>
              <w:t>в) перевод открытых систем горячего водоснабжения</w:t>
            </w:r>
          </w:p>
        </w:tc>
        <w:tc>
          <w:tcPr>
            <w:tcW w:w="1728" w:type="dxa"/>
            <w:shd w:val="clear" w:color="auto" w:fill="FFFFFF"/>
          </w:tcPr>
          <w:p w14:paraId="58ABE02B" w14:textId="77777777" w:rsidR="006B264F" w:rsidRDefault="00B03E75">
            <w:r>
              <w:t>Инвестиционная программа теплоснабжающей организации</w:t>
            </w:r>
          </w:p>
        </w:tc>
        <w:tc>
          <w:tcPr>
            <w:tcW w:w="1728" w:type="dxa"/>
            <w:shd w:val="clear" w:color="auto" w:fill="FFFFFF"/>
          </w:tcPr>
          <w:p w14:paraId="54C3AFA8" w14:textId="77777777" w:rsidR="006B264F" w:rsidRDefault="00B03E75">
            <w:r>
              <w:t>предлагаемый</w:t>
            </w:r>
          </w:p>
        </w:tc>
      </w:tr>
      <w:tr w:rsidR="006B264F" w14:paraId="42F55326" w14:textId="77777777">
        <w:trPr>
          <w:cantSplit/>
        </w:trPr>
        <w:tc>
          <w:tcPr>
            <w:tcW w:w="1728" w:type="dxa"/>
            <w:shd w:val="clear" w:color="auto" w:fill="F2F2F2"/>
          </w:tcPr>
          <w:p w14:paraId="337D7467" w14:textId="77777777" w:rsidR="006B264F" w:rsidRDefault="00B03E75">
            <w:r>
              <w:t>MS-DHW-09</w:t>
            </w:r>
          </w:p>
        </w:tc>
        <w:tc>
          <w:tcPr>
            <w:tcW w:w="1728" w:type="dxa"/>
            <w:shd w:val="clear" w:color="auto" w:fill="FFFFFF"/>
          </w:tcPr>
          <w:p w14:paraId="6EE75055" w14:textId="77777777" w:rsidR="006B264F" w:rsidRDefault="00B03E75">
            <w:r>
              <w:t>УПК № 10 Темир-Тау</w:t>
            </w:r>
          </w:p>
        </w:tc>
        <w:tc>
          <w:tcPr>
            <w:tcW w:w="1728" w:type="dxa"/>
            <w:shd w:val="clear" w:color="auto" w:fill="FFFFFF"/>
          </w:tcPr>
          <w:p w14:paraId="3B01C092" w14:textId="77777777" w:rsidR="006B264F" w:rsidRPr="00794D67" w:rsidRDefault="00B03E75">
            <w:pPr>
              <w:rPr>
                <w:lang w:val="ru-RU"/>
              </w:rPr>
            </w:pPr>
            <w:r w:rsidRPr="00794D67">
              <w:rPr>
                <w:lang w:val="ru-RU"/>
              </w:rPr>
              <w:t>в) перевод открытых систем горячего водоснабжения</w:t>
            </w:r>
          </w:p>
        </w:tc>
        <w:tc>
          <w:tcPr>
            <w:tcW w:w="1728" w:type="dxa"/>
            <w:shd w:val="clear" w:color="auto" w:fill="FFFFFF"/>
          </w:tcPr>
          <w:p w14:paraId="4D4565E6" w14:textId="77777777" w:rsidR="006B264F" w:rsidRDefault="00B03E75">
            <w:r>
              <w:t>Инвестиционная программа теплоснабжающей организации</w:t>
            </w:r>
          </w:p>
        </w:tc>
        <w:tc>
          <w:tcPr>
            <w:tcW w:w="1728" w:type="dxa"/>
            <w:shd w:val="clear" w:color="auto" w:fill="FFFFFF"/>
          </w:tcPr>
          <w:p w14:paraId="7A62FF9E" w14:textId="77777777" w:rsidR="006B264F" w:rsidRDefault="00B03E75">
            <w:r>
              <w:t>предлагаемый</w:t>
            </w:r>
          </w:p>
        </w:tc>
      </w:tr>
      <w:tr w:rsidR="006B264F" w14:paraId="406ECF71" w14:textId="77777777">
        <w:trPr>
          <w:cantSplit/>
        </w:trPr>
        <w:tc>
          <w:tcPr>
            <w:tcW w:w="1728" w:type="dxa"/>
            <w:shd w:val="clear" w:color="auto" w:fill="F2F2F2"/>
          </w:tcPr>
          <w:p w14:paraId="5883B14B" w14:textId="77777777" w:rsidR="006B264F" w:rsidRDefault="00B03E75">
            <w:r>
              <w:t>MS-DHW-10</w:t>
            </w:r>
          </w:p>
        </w:tc>
        <w:tc>
          <w:tcPr>
            <w:tcW w:w="1728" w:type="dxa"/>
            <w:shd w:val="clear" w:color="auto" w:fill="FFFFFF"/>
          </w:tcPr>
          <w:p w14:paraId="4F3577F1" w14:textId="77777777" w:rsidR="006B264F" w:rsidRDefault="00B03E75">
            <w:r>
              <w:t>УПК № 3 Спасск</w:t>
            </w:r>
          </w:p>
        </w:tc>
        <w:tc>
          <w:tcPr>
            <w:tcW w:w="1728" w:type="dxa"/>
            <w:shd w:val="clear" w:color="auto" w:fill="FFFFFF"/>
          </w:tcPr>
          <w:p w14:paraId="51472F64" w14:textId="77777777" w:rsidR="006B264F" w:rsidRPr="00794D67" w:rsidRDefault="00B03E75">
            <w:pPr>
              <w:rPr>
                <w:lang w:val="ru-RU"/>
              </w:rPr>
            </w:pPr>
            <w:r w:rsidRPr="00794D67">
              <w:rPr>
                <w:lang w:val="ru-RU"/>
              </w:rPr>
              <w:t>в) перевод открытых систем горячего водоснабжения</w:t>
            </w:r>
          </w:p>
        </w:tc>
        <w:tc>
          <w:tcPr>
            <w:tcW w:w="1728" w:type="dxa"/>
            <w:shd w:val="clear" w:color="auto" w:fill="FFFFFF"/>
          </w:tcPr>
          <w:p w14:paraId="32F1FD2D" w14:textId="77777777" w:rsidR="006B264F" w:rsidRDefault="00B03E75">
            <w:r>
              <w:t>Инвестиционная программа теплоснабжающей организации</w:t>
            </w:r>
          </w:p>
        </w:tc>
        <w:tc>
          <w:tcPr>
            <w:tcW w:w="1728" w:type="dxa"/>
            <w:shd w:val="clear" w:color="auto" w:fill="FFFFFF"/>
          </w:tcPr>
          <w:p w14:paraId="088A65C4" w14:textId="77777777" w:rsidR="006B264F" w:rsidRDefault="00B03E75">
            <w:r>
              <w:t>предлагаемый</w:t>
            </w:r>
          </w:p>
        </w:tc>
      </w:tr>
    </w:tbl>
    <w:p w14:paraId="76190793" w14:textId="77777777" w:rsidR="006B264F" w:rsidRPr="00794D67" w:rsidRDefault="00B03E75">
      <w:pPr>
        <w:rPr>
          <w:lang w:val="ru-RU"/>
        </w:rPr>
      </w:pPr>
      <w:r w:rsidRPr="00794D67">
        <w:rPr>
          <w:lang w:val="ru-RU"/>
        </w:rPr>
        <w:t xml:space="preserve">Итог отнесения: перечень «а» — 15 мероприятий, перечень «б» — 2 мероприятия, перечень «в» — 10 мероприятий, всего 27. </w:t>
      </w:r>
      <w:r w:rsidRPr="00312815">
        <w:rPr>
          <w:lang w:val="ru-RU"/>
        </w:rPr>
        <w:t xml:space="preserve">Подтверждённых источников инвестиций по мероприятиям настоящей схемы не выявлено: ни один механизм не закреплён действующим документом за конкретным мероприятием. </w:t>
      </w:r>
      <w:r w:rsidRPr="00794D67">
        <w:rPr>
          <w:lang w:val="ru-RU"/>
        </w:rPr>
        <w:t>Отнесение мероприятий к источникам выполняется при формировании и утверждении инвестиционной программы теплоснабжающей организации в порядке, установленном статьёй 23 Федерального закона от 27.07.2010 № 190-ФЗ и постановлением Правительства Российской Федерации от 05.05.2014 № 410.</w:t>
      </w:r>
    </w:p>
    <w:p w14:paraId="39449753" w14:textId="77777777" w:rsidR="006B264F" w:rsidRPr="00794D67" w:rsidRDefault="00B03E75">
      <w:pPr>
        <w:pStyle w:val="21"/>
        <w:rPr>
          <w:lang w:val="ru-RU"/>
        </w:rPr>
      </w:pPr>
      <w:bookmarkStart w:id="107" w:name="_Toc238015698"/>
      <w:r w:rsidRPr="00794D67">
        <w:rPr>
          <w:lang w:val="ru-RU"/>
        </w:rPr>
        <w:t>16.3. Планируемые объёмы инвестиций по годам реализации</w:t>
      </w:r>
      <w:bookmarkEnd w:id="107"/>
    </w:p>
    <w:p w14:paraId="176E2DFC" w14:textId="77777777" w:rsidR="006B264F" w:rsidRPr="00344E69" w:rsidRDefault="00B03E75">
      <w:pPr>
        <w:rPr>
          <w:b/>
          <w:bCs/>
          <w:lang w:val="ru-RU"/>
        </w:rPr>
      </w:pPr>
      <w:r w:rsidRPr="00794D67">
        <w:rPr>
          <w:lang w:val="ru-RU"/>
        </w:rPr>
        <w:t xml:space="preserve">Подпункт «г» пункта 86 требований к схемам теплоснабжения требует приводить объём планируемых инвестиций не только на реализацию проекта в целом, но и по каждому году его реализации; пункт 201 Методических указаний по разработке схем теплоснабжения устанавливает форму представления по приложению </w:t>
      </w:r>
      <w:r w:rsidRPr="00312815">
        <w:rPr>
          <w:lang w:val="ru-RU"/>
        </w:rPr>
        <w:t xml:space="preserve">№ 50 к указаниям — с разбивкой по годам расчётного периода и по группам проектов. </w:t>
      </w:r>
      <w:r w:rsidRPr="00794D67">
        <w:rPr>
          <w:lang w:val="ru-RU"/>
        </w:rPr>
        <w:t xml:space="preserve">Ниже приведена раскладка в объёме </w:t>
      </w:r>
      <w:r w:rsidRPr="00344E69">
        <w:rPr>
          <w:b/>
          <w:bCs/>
          <w:lang w:val="ru-RU"/>
        </w:rPr>
        <w:t>определённых величин; базовым годом разработки принят 2026 год.</w:t>
      </w:r>
    </w:p>
    <w:p w14:paraId="78E6E66C" w14:textId="77777777" w:rsidR="006B264F" w:rsidRPr="00344E69" w:rsidRDefault="00B03E75">
      <w:pPr>
        <w:rPr>
          <w:b/>
          <w:bCs/>
          <w:lang w:val="ru-RU"/>
        </w:rPr>
      </w:pPr>
      <w:r w:rsidRPr="00344E69">
        <w:rPr>
          <w:b/>
          <w:bCs/>
          <w:lang w:val="ru-RU"/>
        </w:rPr>
        <w:t>Таблица 16.3 — Планируемые капитальные вложения по годам реализации, тыс. руб. с налогом на добавленную стоимость</w:t>
      </w:r>
    </w:p>
    <w:tbl>
      <w:tblPr>
        <w:tblW w:w="5000" w:type="pct"/>
        <w:tblCellMar>
          <w:left w:w="57" w:type="dxa"/>
          <w:right w:w="57" w:type="dxa"/>
        </w:tblCellMar>
        <w:tblLook w:val="04A0" w:firstRow="1" w:lastRow="0" w:firstColumn="1" w:lastColumn="0" w:noHBand="0" w:noVBand="1"/>
      </w:tblPr>
      <w:tblGrid>
        <w:gridCol w:w="1881"/>
        <w:gridCol w:w="1459"/>
        <w:gridCol w:w="1459"/>
        <w:gridCol w:w="1459"/>
        <w:gridCol w:w="1459"/>
        <w:gridCol w:w="1638"/>
      </w:tblGrid>
      <w:tr w:rsidR="006B264F" w14:paraId="6BCC128D" w14:textId="77777777">
        <w:trPr>
          <w:cantSplit/>
          <w:tblHeader/>
        </w:trPr>
        <w:tc>
          <w:tcPr>
            <w:tcW w:w="1440" w:type="dxa"/>
            <w:shd w:val="clear" w:color="auto" w:fill="E2F0D9"/>
          </w:tcPr>
          <w:p w14:paraId="4D22C12F" w14:textId="77777777" w:rsidR="006B264F" w:rsidRDefault="00B03E75">
            <w:pPr>
              <w:jc w:val="center"/>
            </w:pPr>
            <w:r>
              <w:rPr>
                <w:b/>
              </w:rPr>
              <w:t>Идентификатор</w:t>
            </w:r>
          </w:p>
        </w:tc>
        <w:tc>
          <w:tcPr>
            <w:tcW w:w="1440" w:type="dxa"/>
            <w:shd w:val="clear" w:color="auto" w:fill="E2F0D9"/>
          </w:tcPr>
          <w:p w14:paraId="4959FCF8" w14:textId="77777777" w:rsidR="006B264F" w:rsidRDefault="00B03E75">
            <w:pPr>
              <w:jc w:val="center"/>
            </w:pPr>
            <w:r>
              <w:rPr>
                <w:b/>
              </w:rPr>
              <w:t>Объект</w:t>
            </w:r>
          </w:p>
        </w:tc>
        <w:tc>
          <w:tcPr>
            <w:tcW w:w="1440" w:type="dxa"/>
            <w:shd w:val="clear" w:color="auto" w:fill="E2F0D9"/>
          </w:tcPr>
          <w:p w14:paraId="1C4A8838" w14:textId="77777777" w:rsidR="006B264F" w:rsidRDefault="00B03E75">
            <w:pPr>
              <w:jc w:val="center"/>
            </w:pPr>
            <w:r>
              <w:rPr>
                <w:b/>
              </w:rPr>
              <w:t>Группа проектов</w:t>
            </w:r>
          </w:p>
        </w:tc>
        <w:tc>
          <w:tcPr>
            <w:tcW w:w="1440" w:type="dxa"/>
            <w:shd w:val="clear" w:color="auto" w:fill="E2F0D9"/>
          </w:tcPr>
          <w:p w14:paraId="725882D0" w14:textId="77777777" w:rsidR="006B264F" w:rsidRDefault="00B03E75">
            <w:pPr>
              <w:jc w:val="center"/>
            </w:pPr>
            <w:r>
              <w:rPr>
                <w:b/>
              </w:rPr>
              <w:t>2034 год</w:t>
            </w:r>
          </w:p>
        </w:tc>
        <w:tc>
          <w:tcPr>
            <w:tcW w:w="1440" w:type="dxa"/>
            <w:shd w:val="clear" w:color="auto" w:fill="E2F0D9"/>
          </w:tcPr>
          <w:p w14:paraId="489F67CA" w14:textId="77777777" w:rsidR="006B264F" w:rsidRDefault="00B03E75">
            <w:pPr>
              <w:jc w:val="center"/>
            </w:pPr>
            <w:r>
              <w:rPr>
                <w:b/>
              </w:rPr>
              <w:t>2035 год</w:t>
            </w:r>
          </w:p>
        </w:tc>
        <w:tc>
          <w:tcPr>
            <w:tcW w:w="1440" w:type="dxa"/>
            <w:shd w:val="clear" w:color="auto" w:fill="E2F0D9"/>
          </w:tcPr>
          <w:p w14:paraId="265D7E89" w14:textId="77777777" w:rsidR="006B264F" w:rsidRDefault="00B03E75">
            <w:pPr>
              <w:jc w:val="center"/>
            </w:pPr>
            <w:r>
              <w:rPr>
                <w:b/>
              </w:rPr>
              <w:t>Всего по мероприятию</w:t>
            </w:r>
          </w:p>
        </w:tc>
      </w:tr>
      <w:tr w:rsidR="006B264F" w14:paraId="601A04B7" w14:textId="77777777">
        <w:trPr>
          <w:cantSplit/>
        </w:trPr>
        <w:tc>
          <w:tcPr>
            <w:tcW w:w="1440" w:type="dxa"/>
            <w:shd w:val="clear" w:color="auto" w:fill="F2F2F2"/>
          </w:tcPr>
          <w:p w14:paraId="0EF0A1B0" w14:textId="77777777" w:rsidR="006B264F" w:rsidRDefault="00B03E75">
            <w:r>
              <w:t>MS-G-07</w:t>
            </w:r>
          </w:p>
        </w:tc>
        <w:tc>
          <w:tcPr>
            <w:tcW w:w="1440" w:type="dxa"/>
            <w:shd w:val="clear" w:color="auto" w:fill="FFFFFF"/>
          </w:tcPr>
          <w:p w14:paraId="40779728" w14:textId="77777777" w:rsidR="006B264F" w:rsidRDefault="00B03E75">
            <w:r>
              <w:t>УПК № 7 Каз</w:t>
            </w:r>
          </w:p>
        </w:tc>
        <w:tc>
          <w:tcPr>
            <w:tcW w:w="1440" w:type="dxa"/>
            <w:shd w:val="clear" w:color="auto" w:fill="FFFFFF"/>
          </w:tcPr>
          <w:p w14:paraId="46EEB88A" w14:textId="77777777" w:rsidR="006B264F" w:rsidRDefault="00B03E75">
            <w:r>
              <w:t>а) источники</w:t>
            </w:r>
          </w:p>
        </w:tc>
        <w:tc>
          <w:tcPr>
            <w:tcW w:w="1440" w:type="dxa"/>
            <w:shd w:val="clear" w:color="auto" w:fill="FFFFFF"/>
          </w:tcPr>
          <w:p w14:paraId="4F2A6C42" w14:textId="77777777" w:rsidR="006B264F" w:rsidRDefault="00B03E75">
            <w:r>
              <w:t>177 868,0</w:t>
            </w:r>
          </w:p>
        </w:tc>
        <w:tc>
          <w:tcPr>
            <w:tcW w:w="1440" w:type="dxa"/>
            <w:shd w:val="clear" w:color="auto" w:fill="FFFFFF"/>
          </w:tcPr>
          <w:p w14:paraId="29880FEC" w14:textId="77777777" w:rsidR="006B264F" w:rsidRDefault="00B03E75">
            <w:r>
              <w:t>—</w:t>
            </w:r>
          </w:p>
        </w:tc>
        <w:tc>
          <w:tcPr>
            <w:tcW w:w="1440" w:type="dxa"/>
            <w:shd w:val="clear" w:color="auto" w:fill="FFFFFF"/>
          </w:tcPr>
          <w:p w14:paraId="63D79272" w14:textId="77777777" w:rsidR="006B264F" w:rsidRDefault="00B03E75">
            <w:r>
              <w:t>177 868,0</w:t>
            </w:r>
          </w:p>
        </w:tc>
      </w:tr>
      <w:tr w:rsidR="006B264F" w14:paraId="25DB07F9" w14:textId="77777777">
        <w:trPr>
          <w:cantSplit/>
        </w:trPr>
        <w:tc>
          <w:tcPr>
            <w:tcW w:w="1440" w:type="dxa"/>
            <w:shd w:val="clear" w:color="auto" w:fill="F2F2F2"/>
          </w:tcPr>
          <w:p w14:paraId="6133D07F" w14:textId="77777777" w:rsidR="006B264F" w:rsidRDefault="00B03E75">
            <w:r>
              <w:t>MS-G-08</w:t>
            </w:r>
          </w:p>
        </w:tc>
        <w:tc>
          <w:tcPr>
            <w:tcW w:w="1440" w:type="dxa"/>
            <w:shd w:val="clear" w:color="auto" w:fill="FFFFFF"/>
          </w:tcPr>
          <w:p w14:paraId="1BD2872F" w14:textId="77777777" w:rsidR="006B264F" w:rsidRDefault="00B03E75">
            <w:r>
              <w:t>УПК № 8 Мундыбаш</w:t>
            </w:r>
          </w:p>
        </w:tc>
        <w:tc>
          <w:tcPr>
            <w:tcW w:w="1440" w:type="dxa"/>
            <w:shd w:val="clear" w:color="auto" w:fill="FFFFFF"/>
          </w:tcPr>
          <w:p w14:paraId="7698D0E4" w14:textId="77777777" w:rsidR="006B264F" w:rsidRDefault="00B03E75">
            <w:r>
              <w:t>а) источники</w:t>
            </w:r>
          </w:p>
        </w:tc>
        <w:tc>
          <w:tcPr>
            <w:tcW w:w="1440" w:type="dxa"/>
            <w:shd w:val="clear" w:color="auto" w:fill="FFFFFF"/>
          </w:tcPr>
          <w:p w14:paraId="5F92AB38" w14:textId="77777777" w:rsidR="006B264F" w:rsidRDefault="00B03E75">
            <w:r>
              <w:t>78 262,0</w:t>
            </w:r>
          </w:p>
        </w:tc>
        <w:tc>
          <w:tcPr>
            <w:tcW w:w="1440" w:type="dxa"/>
            <w:shd w:val="clear" w:color="auto" w:fill="FFFFFF"/>
          </w:tcPr>
          <w:p w14:paraId="18BF6EDE" w14:textId="77777777" w:rsidR="006B264F" w:rsidRDefault="00B03E75">
            <w:r>
              <w:t>—</w:t>
            </w:r>
          </w:p>
        </w:tc>
        <w:tc>
          <w:tcPr>
            <w:tcW w:w="1440" w:type="dxa"/>
            <w:shd w:val="clear" w:color="auto" w:fill="FFFFFF"/>
          </w:tcPr>
          <w:p w14:paraId="030D073B" w14:textId="77777777" w:rsidR="006B264F" w:rsidRDefault="00B03E75">
            <w:r>
              <w:t>78 262,0</w:t>
            </w:r>
          </w:p>
        </w:tc>
      </w:tr>
      <w:tr w:rsidR="006B264F" w14:paraId="1F6A791A" w14:textId="77777777">
        <w:trPr>
          <w:cantSplit/>
        </w:trPr>
        <w:tc>
          <w:tcPr>
            <w:tcW w:w="1440" w:type="dxa"/>
            <w:shd w:val="clear" w:color="auto" w:fill="F2F2F2"/>
          </w:tcPr>
          <w:p w14:paraId="5ECDB55F" w14:textId="77777777" w:rsidR="006B264F" w:rsidRDefault="00B03E75">
            <w:r>
              <w:t>MS-G-10</w:t>
            </w:r>
          </w:p>
        </w:tc>
        <w:tc>
          <w:tcPr>
            <w:tcW w:w="1440" w:type="dxa"/>
            <w:shd w:val="clear" w:color="auto" w:fill="FFFFFF"/>
          </w:tcPr>
          <w:p w14:paraId="14B3ED28" w14:textId="77777777" w:rsidR="006B264F" w:rsidRDefault="00B03E75">
            <w:r>
              <w:t>УПК № 10 Темир-Тау</w:t>
            </w:r>
          </w:p>
        </w:tc>
        <w:tc>
          <w:tcPr>
            <w:tcW w:w="1440" w:type="dxa"/>
            <w:shd w:val="clear" w:color="auto" w:fill="FFFFFF"/>
          </w:tcPr>
          <w:p w14:paraId="559DE3BB" w14:textId="77777777" w:rsidR="006B264F" w:rsidRDefault="00B03E75">
            <w:r>
              <w:t>а) источники</w:t>
            </w:r>
          </w:p>
        </w:tc>
        <w:tc>
          <w:tcPr>
            <w:tcW w:w="1440" w:type="dxa"/>
            <w:shd w:val="clear" w:color="auto" w:fill="FFFFFF"/>
          </w:tcPr>
          <w:p w14:paraId="253672B9" w14:textId="77777777" w:rsidR="006B264F" w:rsidRDefault="00B03E75">
            <w:r>
              <w:t>71 147,0</w:t>
            </w:r>
          </w:p>
        </w:tc>
        <w:tc>
          <w:tcPr>
            <w:tcW w:w="1440" w:type="dxa"/>
            <w:shd w:val="clear" w:color="auto" w:fill="FFFFFF"/>
          </w:tcPr>
          <w:p w14:paraId="34DBEB5D" w14:textId="77777777" w:rsidR="006B264F" w:rsidRDefault="00B03E75">
            <w:r>
              <w:t>—</w:t>
            </w:r>
          </w:p>
        </w:tc>
        <w:tc>
          <w:tcPr>
            <w:tcW w:w="1440" w:type="dxa"/>
            <w:shd w:val="clear" w:color="auto" w:fill="FFFFFF"/>
          </w:tcPr>
          <w:p w14:paraId="73E1258D" w14:textId="77777777" w:rsidR="006B264F" w:rsidRDefault="00B03E75">
            <w:r>
              <w:t>71 147,0</w:t>
            </w:r>
          </w:p>
        </w:tc>
      </w:tr>
      <w:tr w:rsidR="006B264F" w14:paraId="600C93B2" w14:textId="77777777">
        <w:trPr>
          <w:cantSplit/>
        </w:trPr>
        <w:tc>
          <w:tcPr>
            <w:tcW w:w="1440" w:type="dxa"/>
            <w:shd w:val="clear" w:color="auto" w:fill="F2F2F2"/>
          </w:tcPr>
          <w:p w14:paraId="52B49D0E" w14:textId="77777777" w:rsidR="006B264F" w:rsidRDefault="00B03E75">
            <w:r>
              <w:t>MS-G-01</w:t>
            </w:r>
          </w:p>
        </w:tc>
        <w:tc>
          <w:tcPr>
            <w:tcW w:w="1440" w:type="dxa"/>
            <w:shd w:val="clear" w:color="auto" w:fill="FFFFFF"/>
          </w:tcPr>
          <w:p w14:paraId="75FA0E48" w14:textId="77777777" w:rsidR="006B264F" w:rsidRDefault="00B03E75">
            <w:r>
              <w:t>УПК № 1 Таштагол</w:t>
            </w:r>
          </w:p>
        </w:tc>
        <w:tc>
          <w:tcPr>
            <w:tcW w:w="1440" w:type="dxa"/>
            <w:shd w:val="clear" w:color="auto" w:fill="FFFFFF"/>
          </w:tcPr>
          <w:p w14:paraId="1502C516" w14:textId="77777777" w:rsidR="006B264F" w:rsidRDefault="00B03E75">
            <w:r>
              <w:t>а) источники</w:t>
            </w:r>
          </w:p>
        </w:tc>
        <w:tc>
          <w:tcPr>
            <w:tcW w:w="1440" w:type="dxa"/>
            <w:shd w:val="clear" w:color="auto" w:fill="FFFFFF"/>
          </w:tcPr>
          <w:p w14:paraId="264FAA3F" w14:textId="77777777" w:rsidR="006B264F" w:rsidRDefault="00B03E75">
            <w:r>
              <w:t>—</w:t>
            </w:r>
          </w:p>
        </w:tc>
        <w:tc>
          <w:tcPr>
            <w:tcW w:w="1440" w:type="dxa"/>
            <w:shd w:val="clear" w:color="auto" w:fill="FFFFFF"/>
          </w:tcPr>
          <w:p w14:paraId="5942F0C7" w14:textId="77777777" w:rsidR="006B264F" w:rsidRDefault="00B03E75">
            <w:r>
              <w:t>382 000,0</w:t>
            </w:r>
          </w:p>
        </w:tc>
        <w:tc>
          <w:tcPr>
            <w:tcW w:w="1440" w:type="dxa"/>
            <w:shd w:val="clear" w:color="auto" w:fill="FFFFFF"/>
          </w:tcPr>
          <w:p w14:paraId="781BDD7A" w14:textId="77777777" w:rsidR="006B264F" w:rsidRDefault="00B03E75">
            <w:r>
              <w:t>382 000,0</w:t>
            </w:r>
          </w:p>
        </w:tc>
      </w:tr>
      <w:tr w:rsidR="006B264F" w14:paraId="55A70E2B" w14:textId="77777777">
        <w:trPr>
          <w:cantSplit/>
        </w:trPr>
        <w:tc>
          <w:tcPr>
            <w:tcW w:w="1440" w:type="dxa"/>
            <w:shd w:val="clear" w:color="auto" w:fill="F2F2F2"/>
          </w:tcPr>
          <w:p w14:paraId="5D8AEF99" w14:textId="77777777" w:rsidR="006B264F" w:rsidRDefault="00B03E75">
            <w:r>
              <w:t>MS-G-02</w:t>
            </w:r>
          </w:p>
        </w:tc>
        <w:tc>
          <w:tcPr>
            <w:tcW w:w="1440" w:type="dxa"/>
            <w:shd w:val="clear" w:color="auto" w:fill="FFFFFF"/>
          </w:tcPr>
          <w:p w14:paraId="3616BBEA" w14:textId="77777777" w:rsidR="006B264F" w:rsidRDefault="00B03E75">
            <w:r>
              <w:t>УПК № 2 Шалым</w:t>
            </w:r>
          </w:p>
        </w:tc>
        <w:tc>
          <w:tcPr>
            <w:tcW w:w="1440" w:type="dxa"/>
            <w:shd w:val="clear" w:color="auto" w:fill="FFFFFF"/>
          </w:tcPr>
          <w:p w14:paraId="2133D91A" w14:textId="77777777" w:rsidR="006B264F" w:rsidRDefault="00B03E75">
            <w:r>
              <w:t>а) источники</w:t>
            </w:r>
          </w:p>
        </w:tc>
        <w:tc>
          <w:tcPr>
            <w:tcW w:w="1440" w:type="dxa"/>
            <w:shd w:val="clear" w:color="auto" w:fill="FFFFFF"/>
          </w:tcPr>
          <w:p w14:paraId="5D1C6CCC" w14:textId="77777777" w:rsidR="006B264F" w:rsidRDefault="00B03E75">
            <w:r>
              <w:t>—</w:t>
            </w:r>
          </w:p>
        </w:tc>
        <w:tc>
          <w:tcPr>
            <w:tcW w:w="1440" w:type="dxa"/>
            <w:shd w:val="clear" w:color="auto" w:fill="FFFFFF"/>
          </w:tcPr>
          <w:p w14:paraId="2686AA59" w14:textId="77777777" w:rsidR="006B264F" w:rsidRDefault="00B03E75">
            <w:r>
              <w:t>59 289,0</w:t>
            </w:r>
          </w:p>
        </w:tc>
        <w:tc>
          <w:tcPr>
            <w:tcW w:w="1440" w:type="dxa"/>
            <w:shd w:val="clear" w:color="auto" w:fill="FFFFFF"/>
          </w:tcPr>
          <w:p w14:paraId="1741E2D0" w14:textId="77777777" w:rsidR="006B264F" w:rsidRDefault="00B03E75">
            <w:r>
              <w:t>59 289,0</w:t>
            </w:r>
          </w:p>
        </w:tc>
      </w:tr>
      <w:tr w:rsidR="006B264F" w14:paraId="35C12D8B" w14:textId="77777777">
        <w:trPr>
          <w:cantSplit/>
        </w:trPr>
        <w:tc>
          <w:tcPr>
            <w:tcW w:w="1440" w:type="dxa"/>
            <w:shd w:val="clear" w:color="auto" w:fill="F2F2F2"/>
          </w:tcPr>
          <w:p w14:paraId="04D761D7" w14:textId="77777777" w:rsidR="006B264F" w:rsidRDefault="00B03E75">
            <w:r>
              <w:t>MS-G-03</w:t>
            </w:r>
          </w:p>
        </w:tc>
        <w:tc>
          <w:tcPr>
            <w:tcW w:w="1440" w:type="dxa"/>
            <w:shd w:val="clear" w:color="auto" w:fill="FFFFFF"/>
          </w:tcPr>
          <w:p w14:paraId="55D11CE4" w14:textId="77777777" w:rsidR="006B264F" w:rsidRDefault="00B03E75">
            <w:r>
              <w:t>УПК № 2 ЦМК</w:t>
            </w:r>
          </w:p>
        </w:tc>
        <w:tc>
          <w:tcPr>
            <w:tcW w:w="1440" w:type="dxa"/>
            <w:shd w:val="clear" w:color="auto" w:fill="FFFFFF"/>
          </w:tcPr>
          <w:p w14:paraId="524E41FA" w14:textId="77777777" w:rsidR="006B264F" w:rsidRDefault="00B03E75">
            <w:r>
              <w:t>а) источники</w:t>
            </w:r>
          </w:p>
        </w:tc>
        <w:tc>
          <w:tcPr>
            <w:tcW w:w="1440" w:type="dxa"/>
            <w:shd w:val="clear" w:color="auto" w:fill="FFFFFF"/>
          </w:tcPr>
          <w:p w14:paraId="1F45E3EC" w14:textId="77777777" w:rsidR="006B264F" w:rsidRDefault="00B03E75">
            <w:r>
              <w:t>—</w:t>
            </w:r>
          </w:p>
        </w:tc>
        <w:tc>
          <w:tcPr>
            <w:tcW w:w="1440" w:type="dxa"/>
            <w:shd w:val="clear" w:color="auto" w:fill="FFFFFF"/>
          </w:tcPr>
          <w:p w14:paraId="57458EE1" w14:textId="77777777" w:rsidR="006B264F" w:rsidRDefault="00B03E75">
            <w:r>
              <w:t>29 644,0</w:t>
            </w:r>
          </w:p>
        </w:tc>
        <w:tc>
          <w:tcPr>
            <w:tcW w:w="1440" w:type="dxa"/>
            <w:shd w:val="clear" w:color="auto" w:fill="FFFFFF"/>
          </w:tcPr>
          <w:p w14:paraId="228725C8" w14:textId="77777777" w:rsidR="006B264F" w:rsidRDefault="00B03E75">
            <w:r>
              <w:t>29 644,0</w:t>
            </w:r>
          </w:p>
        </w:tc>
      </w:tr>
      <w:tr w:rsidR="006B264F" w14:paraId="142DFD5C" w14:textId="77777777">
        <w:trPr>
          <w:cantSplit/>
        </w:trPr>
        <w:tc>
          <w:tcPr>
            <w:tcW w:w="1440" w:type="dxa"/>
            <w:shd w:val="clear" w:color="auto" w:fill="F2F2F2"/>
          </w:tcPr>
          <w:p w14:paraId="4EFCF6B3" w14:textId="77777777" w:rsidR="006B264F" w:rsidRDefault="00B03E75">
            <w:r>
              <w:t>MS-G-04</w:t>
            </w:r>
          </w:p>
        </w:tc>
        <w:tc>
          <w:tcPr>
            <w:tcW w:w="1440" w:type="dxa"/>
            <w:shd w:val="clear" w:color="auto" w:fill="FFFFFF"/>
          </w:tcPr>
          <w:p w14:paraId="59911CA0" w14:textId="77777777" w:rsidR="006B264F" w:rsidRDefault="00B03E75">
            <w:r>
              <w:t>УПК № 3 Спасск</w:t>
            </w:r>
          </w:p>
        </w:tc>
        <w:tc>
          <w:tcPr>
            <w:tcW w:w="1440" w:type="dxa"/>
            <w:shd w:val="clear" w:color="auto" w:fill="FFFFFF"/>
          </w:tcPr>
          <w:p w14:paraId="2F03F9AC" w14:textId="77777777" w:rsidR="006B264F" w:rsidRDefault="00B03E75">
            <w:r>
              <w:t>а) источники</w:t>
            </w:r>
          </w:p>
        </w:tc>
        <w:tc>
          <w:tcPr>
            <w:tcW w:w="1440" w:type="dxa"/>
            <w:shd w:val="clear" w:color="auto" w:fill="FFFFFF"/>
          </w:tcPr>
          <w:p w14:paraId="468E0344" w14:textId="77777777" w:rsidR="006B264F" w:rsidRDefault="00B03E75">
            <w:r>
              <w:t>—</w:t>
            </w:r>
          </w:p>
        </w:tc>
        <w:tc>
          <w:tcPr>
            <w:tcW w:w="1440" w:type="dxa"/>
            <w:shd w:val="clear" w:color="auto" w:fill="FFFFFF"/>
          </w:tcPr>
          <w:p w14:paraId="512021FE" w14:textId="77777777" w:rsidR="006B264F" w:rsidRDefault="00B03E75">
            <w:r>
              <w:t>29 644,0</w:t>
            </w:r>
          </w:p>
        </w:tc>
        <w:tc>
          <w:tcPr>
            <w:tcW w:w="1440" w:type="dxa"/>
            <w:shd w:val="clear" w:color="auto" w:fill="FFFFFF"/>
          </w:tcPr>
          <w:p w14:paraId="58C4E264" w14:textId="77777777" w:rsidR="006B264F" w:rsidRDefault="00B03E75">
            <w:r>
              <w:t>29 644,0</w:t>
            </w:r>
          </w:p>
        </w:tc>
      </w:tr>
      <w:tr w:rsidR="006B264F" w14:paraId="42190866" w14:textId="77777777">
        <w:trPr>
          <w:cantSplit/>
        </w:trPr>
        <w:tc>
          <w:tcPr>
            <w:tcW w:w="1440" w:type="dxa"/>
            <w:shd w:val="clear" w:color="auto" w:fill="F2F2F2"/>
          </w:tcPr>
          <w:p w14:paraId="435D5C88" w14:textId="77777777" w:rsidR="006B264F" w:rsidRDefault="00B03E75">
            <w:r>
              <w:t>MS-G-09</w:t>
            </w:r>
          </w:p>
        </w:tc>
        <w:tc>
          <w:tcPr>
            <w:tcW w:w="1440" w:type="dxa"/>
            <w:shd w:val="clear" w:color="auto" w:fill="FFFFFF"/>
          </w:tcPr>
          <w:p w14:paraId="6FB3AA64" w14:textId="77777777" w:rsidR="006B264F" w:rsidRDefault="00B03E75">
            <w:r>
              <w:t>УПК № 9 ГРЭ</w:t>
            </w:r>
          </w:p>
        </w:tc>
        <w:tc>
          <w:tcPr>
            <w:tcW w:w="1440" w:type="dxa"/>
            <w:shd w:val="clear" w:color="auto" w:fill="FFFFFF"/>
          </w:tcPr>
          <w:p w14:paraId="5A9CA820" w14:textId="77777777" w:rsidR="006B264F" w:rsidRDefault="00B03E75">
            <w:r>
              <w:t>а) источники</w:t>
            </w:r>
          </w:p>
        </w:tc>
        <w:tc>
          <w:tcPr>
            <w:tcW w:w="1440" w:type="dxa"/>
            <w:shd w:val="clear" w:color="auto" w:fill="FFFFFF"/>
          </w:tcPr>
          <w:p w14:paraId="46EABFBF" w14:textId="77777777" w:rsidR="006B264F" w:rsidRDefault="00B03E75">
            <w:r>
              <w:t>—</w:t>
            </w:r>
          </w:p>
        </w:tc>
        <w:tc>
          <w:tcPr>
            <w:tcW w:w="1440" w:type="dxa"/>
            <w:shd w:val="clear" w:color="auto" w:fill="FFFFFF"/>
          </w:tcPr>
          <w:p w14:paraId="36CAE059" w14:textId="77777777" w:rsidR="006B264F" w:rsidRDefault="00B03E75">
            <w:r>
              <w:t>17 786,0</w:t>
            </w:r>
          </w:p>
        </w:tc>
        <w:tc>
          <w:tcPr>
            <w:tcW w:w="1440" w:type="dxa"/>
            <w:shd w:val="clear" w:color="auto" w:fill="FFFFFF"/>
          </w:tcPr>
          <w:p w14:paraId="200D87A2" w14:textId="77777777" w:rsidR="006B264F" w:rsidRDefault="00B03E75">
            <w:r>
              <w:t>17 786,0</w:t>
            </w:r>
          </w:p>
        </w:tc>
      </w:tr>
      <w:tr w:rsidR="006B264F" w14:paraId="25718B6C" w14:textId="77777777">
        <w:trPr>
          <w:cantSplit/>
        </w:trPr>
        <w:tc>
          <w:tcPr>
            <w:tcW w:w="1440" w:type="dxa"/>
            <w:shd w:val="clear" w:color="auto" w:fill="DBE5F1"/>
          </w:tcPr>
          <w:p w14:paraId="556413E2" w14:textId="77777777" w:rsidR="006B264F" w:rsidRDefault="00B03E75">
            <w:r>
              <w:rPr>
                <w:b/>
              </w:rPr>
              <w:t>Итого по годам</w:t>
            </w:r>
          </w:p>
        </w:tc>
        <w:tc>
          <w:tcPr>
            <w:tcW w:w="1440" w:type="dxa"/>
            <w:shd w:val="clear" w:color="auto" w:fill="DBE5F1"/>
          </w:tcPr>
          <w:p w14:paraId="7B5BB557" w14:textId="77777777" w:rsidR="006B264F" w:rsidRDefault="00B03E75">
            <w:r>
              <w:rPr>
                <w:b/>
              </w:rPr>
              <w:t>—</w:t>
            </w:r>
          </w:p>
        </w:tc>
        <w:tc>
          <w:tcPr>
            <w:tcW w:w="1440" w:type="dxa"/>
            <w:shd w:val="clear" w:color="auto" w:fill="DBE5F1"/>
          </w:tcPr>
          <w:p w14:paraId="0848CE8F" w14:textId="77777777" w:rsidR="006B264F" w:rsidRDefault="00B03E75">
            <w:r>
              <w:rPr>
                <w:b/>
              </w:rPr>
              <w:t>—</w:t>
            </w:r>
          </w:p>
        </w:tc>
        <w:tc>
          <w:tcPr>
            <w:tcW w:w="1440" w:type="dxa"/>
            <w:shd w:val="clear" w:color="auto" w:fill="DBE5F1"/>
          </w:tcPr>
          <w:p w14:paraId="6C28F27A" w14:textId="77777777" w:rsidR="006B264F" w:rsidRDefault="00B03E75">
            <w:r>
              <w:rPr>
                <w:b/>
              </w:rPr>
              <w:t>327 277,0</w:t>
            </w:r>
          </w:p>
        </w:tc>
        <w:tc>
          <w:tcPr>
            <w:tcW w:w="1440" w:type="dxa"/>
            <w:shd w:val="clear" w:color="auto" w:fill="DBE5F1"/>
          </w:tcPr>
          <w:p w14:paraId="79EB2ACD" w14:textId="77777777" w:rsidR="006B264F" w:rsidRDefault="00B03E75">
            <w:r>
              <w:rPr>
                <w:b/>
              </w:rPr>
              <w:t>518 363,0</w:t>
            </w:r>
          </w:p>
        </w:tc>
        <w:tc>
          <w:tcPr>
            <w:tcW w:w="1440" w:type="dxa"/>
            <w:shd w:val="clear" w:color="auto" w:fill="DBE5F1"/>
          </w:tcPr>
          <w:p w14:paraId="4DD5FDAC" w14:textId="77777777" w:rsidR="006B264F" w:rsidRDefault="00B03E75">
            <w:r>
              <w:rPr>
                <w:b/>
              </w:rPr>
              <w:t>845 640,0</w:t>
            </w:r>
          </w:p>
        </w:tc>
      </w:tr>
      <w:tr w:rsidR="006B264F" w14:paraId="1FD7F810" w14:textId="77777777">
        <w:trPr>
          <w:cantSplit/>
        </w:trPr>
        <w:tc>
          <w:tcPr>
            <w:tcW w:w="1440" w:type="dxa"/>
            <w:shd w:val="clear" w:color="auto" w:fill="DBE5F1"/>
          </w:tcPr>
          <w:p w14:paraId="0FFE8335" w14:textId="77777777" w:rsidR="006B264F" w:rsidRDefault="00B03E75">
            <w:r>
              <w:rPr>
                <w:b/>
              </w:rPr>
              <w:t>Накопленным итогом</w:t>
            </w:r>
          </w:p>
        </w:tc>
        <w:tc>
          <w:tcPr>
            <w:tcW w:w="1440" w:type="dxa"/>
            <w:shd w:val="clear" w:color="auto" w:fill="DBE5F1"/>
          </w:tcPr>
          <w:p w14:paraId="31FC3AFB" w14:textId="77777777" w:rsidR="006B264F" w:rsidRDefault="00B03E75">
            <w:r>
              <w:rPr>
                <w:b/>
              </w:rPr>
              <w:t>—</w:t>
            </w:r>
          </w:p>
        </w:tc>
        <w:tc>
          <w:tcPr>
            <w:tcW w:w="1440" w:type="dxa"/>
            <w:shd w:val="clear" w:color="auto" w:fill="DBE5F1"/>
          </w:tcPr>
          <w:p w14:paraId="346F87E6" w14:textId="77777777" w:rsidR="006B264F" w:rsidRDefault="00B03E75">
            <w:r>
              <w:rPr>
                <w:b/>
              </w:rPr>
              <w:t>—</w:t>
            </w:r>
          </w:p>
        </w:tc>
        <w:tc>
          <w:tcPr>
            <w:tcW w:w="1440" w:type="dxa"/>
            <w:shd w:val="clear" w:color="auto" w:fill="DBE5F1"/>
          </w:tcPr>
          <w:p w14:paraId="35BD5ECB" w14:textId="77777777" w:rsidR="006B264F" w:rsidRDefault="00B03E75">
            <w:r>
              <w:rPr>
                <w:b/>
              </w:rPr>
              <w:t>327 277,0</w:t>
            </w:r>
          </w:p>
        </w:tc>
        <w:tc>
          <w:tcPr>
            <w:tcW w:w="1440" w:type="dxa"/>
            <w:shd w:val="clear" w:color="auto" w:fill="DBE5F1"/>
          </w:tcPr>
          <w:p w14:paraId="3CEA5C3A" w14:textId="77777777" w:rsidR="006B264F" w:rsidRDefault="00B03E75">
            <w:r>
              <w:rPr>
                <w:b/>
              </w:rPr>
              <w:t>845 640,0</w:t>
            </w:r>
          </w:p>
        </w:tc>
        <w:tc>
          <w:tcPr>
            <w:tcW w:w="1440" w:type="dxa"/>
            <w:shd w:val="clear" w:color="auto" w:fill="DBE5F1"/>
          </w:tcPr>
          <w:p w14:paraId="05E0E5AE" w14:textId="77777777" w:rsidR="006B264F" w:rsidRDefault="00B03E75">
            <w:r>
              <w:rPr>
                <w:b/>
              </w:rPr>
              <w:t>845 640,0</w:t>
            </w:r>
          </w:p>
        </w:tc>
      </w:tr>
    </w:tbl>
    <w:p w14:paraId="3B544BF7" w14:textId="77777777" w:rsidR="006B264F" w:rsidRPr="00794D67" w:rsidRDefault="00B03E75">
      <w:pPr>
        <w:rPr>
          <w:lang w:val="ru-RU"/>
        </w:rPr>
      </w:pPr>
      <w:r w:rsidRPr="00794D67">
        <w:rPr>
          <w:lang w:val="ru-RU"/>
        </w:rPr>
        <w:t xml:space="preserve">В таблицу включены мероприятия, по которым одновременно определены стоимость и год реализации. По мероприятиям </w:t>
      </w:r>
      <w:r>
        <w:t>MS</w:t>
      </w:r>
      <w:r w:rsidRPr="00794D67">
        <w:rPr>
          <w:lang w:val="ru-RU"/>
        </w:rPr>
        <w:t>-</w:t>
      </w:r>
      <w:r>
        <w:t>G</w:t>
      </w:r>
      <w:r w:rsidRPr="00794D67">
        <w:rPr>
          <w:lang w:val="ru-RU"/>
        </w:rPr>
        <w:t xml:space="preserve">-05 «УПК № 5 Новый Шерегеш» и </w:t>
      </w:r>
      <w:r>
        <w:t>MS</w:t>
      </w:r>
      <w:r w:rsidRPr="00794D67">
        <w:rPr>
          <w:lang w:val="ru-RU"/>
        </w:rPr>
        <w:t>-</w:t>
      </w:r>
      <w:r>
        <w:t>G</w:t>
      </w:r>
      <w:r w:rsidRPr="00794D67">
        <w:rPr>
          <w:lang w:val="ru-RU"/>
        </w:rPr>
        <w:t>-06 «УПК № 6 Старый Шерегеш» стоимость определена и составляет 652 186,0 и 41 502,0 тыс. руб. соответственно, однако срок реализации задан исходными материалами интервалом 2026–2036 годов без разнесения по годам: программа подготовки потребителей к приёму газа календарной даты ввода по этим источникам не содержит. Распределение указанных величин по годам будет выполнено после уточнения срока и самостоятельно настоящей схемой не назначается.</w:t>
      </w:r>
    </w:p>
    <w:p w14:paraId="2BF30784" w14:textId="77777777" w:rsidR="006B264F" w:rsidRPr="00794D67" w:rsidRDefault="00B03E75">
      <w:pPr>
        <w:rPr>
          <w:lang w:val="ru-RU"/>
        </w:rPr>
      </w:pPr>
      <w:r w:rsidRPr="00794D67">
        <w:rPr>
          <w:lang w:val="ru-RU"/>
        </w:rPr>
        <w:t xml:space="preserve">По мероприятиям групп </w:t>
      </w:r>
      <w:r>
        <w:t>MS</w:t>
      </w:r>
      <w:r w:rsidRPr="00794D67">
        <w:rPr>
          <w:lang w:val="ru-RU"/>
        </w:rPr>
        <w:t>-</w:t>
      </w:r>
      <w:r>
        <w:t>E</w:t>
      </w:r>
      <w:r w:rsidRPr="00794D67">
        <w:rPr>
          <w:lang w:val="ru-RU"/>
        </w:rPr>
        <w:t xml:space="preserve">, </w:t>
      </w:r>
      <w:r>
        <w:t>MS</w:t>
      </w:r>
      <w:r w:rsidRPr="00794D67">
        <w:rPr>
          <w:lang w:val="ru-RU"/>
        </w:rPr>
        <w:t>-</w:t>
      </w:r>
      <w:r>
        <w:t>R</w:t>
      </w:r>
      <w:r w:rsidRPr="00794D67">
        <w:rPr>
          <w:lang w:val="ru-RU"/>
        </w:rPr>
        <w:t xml:space="preserve"> и </w:t>
      </w:r>
      <w:r>
        <w:t>MS</w:t>
      </w:r>
      <w:r w:rsidRPr="00794D67">
        <w:rPr>
          <w:lang w:val="ru-RU"/>
        </w:rPr>
        <w:t>-</w:t>
      </w:r>
      <w:r>
        <w:t>DHW</w:t>
      </w:r>
      <w:r w:rsidRPr="00794D67">
        <w:rPr>
          <w:lang w:val="ru-RU"/>
        </w:rPr>
        <w:t xml:space="preserve"> стоимость на дату настоящей редакции не определена, вследствие чего погодовое распределение по ним также не определяется. Нулевые значения по таким мероприятиям не проставляются: отсутствие определённой стоимости нулевой стоимостью не является. Объёмы будут внесены одновременно с определением стоимости — после уточнения числа тепловых пунктов, разработки технических решений и получения результатов расчётного моделирования.</w:t>
      </w:r>
    </w:p>
    <w:p w14:paraId="2574230E" w14:textId="77777777" w:rsidR="006B264F" w:rsidRPr="00794D67" w:rsidRDefault="00B03E75">
      <w:pPr>
        <w:rPr>
          <w:lang w:val="ru-RU"/>
        </w:rPr>
      </w:pPr>
      <w:r w:rsidRPr="00794D67">
        <w:rPr>
          <w:lang w:val="ru-RU"/>
        </w:rPr>
        <w:t>Распределение по группам проектов в форме приложения № 50: группа «Источники теплоснабжения» — 845 640,0 тыс. руб. распределено по годам и 693 688,0 тыс. руб. не разнесено по срокам, итого определённая стоимость группы 1 539 328,0 тыс. руб.; группа «Тепловые сети и сооружения на них» — стоимость подлежит определению; группа «Перевод открытых систем горячего водоснабжения» — стоимость подлежит определению. Источники инвестиций по каждой группе приведены в таблице 16.2.</w:t>
      </w:r>
    </w:p>
    <w:p w14:paraId="73718A3A" w14:textId="77777777" w:rsidR="007A5E59" w:rsidRPr="001F1187" w:rsidRDefault="0095198F">
      <w:pPr>
        <w:pStyle w:val="21"/>
        <w:spacing w:before="1200"/>
        <w:jc w:val="center"/>
        <w:rPr>
          <w:lang w:val="ru-RU"/>
        </w:rPr>
      </w:pPr>
      <w:bookmarkStart w:id="108" w:name="_Toc238015699"/>
      <w:r w:rsidRPr="00794D67">
        <w:rPr>
          <w:lang w:val="ru-RU"/>
        </w:rPr>
        <w:t>16.4. Прослеживаемость</w:t>
      </w:r>
      <w:bookmarkEnd w:id="108"/>
    </w:p>
    <w:p w14:paraId="65D0D179" w14:textId="77777777" w:rsidR="007A5E59" w:rsidRPr="001F1187" w:rsidRDefault="0095198F">
      <w:pPr>
        <w:spacing w:before="1200"/>
        <w:jc w:val="center"/>
        <w:rPr>
          <w:lang w:val="ru-RU"/>
        </w:rPr>
      </w:pPr>
      <w:r w:rsidRPr="00794D67">
        <w:rPr>
          <w:lang w:val="ru-RU"/>
        </w:rPr>
        <w:t xml:space="preserve">Мероприятия групп </w:t>
      </w:r>
      <w:r>
        <w:t>MS</w:t>
      </w:r>
      <w:r w:rsidRPr="00794D67">
        <w:rPr>
          <w:lang w:val="ru-RU"/>
        </w:rPr>
        <w:t>-</w:t>
      </w:r>
      <w:r>
        <w:t>G</w:t>
      </w:r>
      <w:r w:rsidRPr="00794D67">
        <w:rPr>
          <w:lang w:val="ru-RU"/>
        </w:rPr>
        <w:t xml:space="preserve"> и </w:t>
      </w:r>
      <w:r>
        <w:t>MS</w:t>
      </w:r>
      <w:r w:rsidRPr="00794D67">
        <w:rPr>
          <w:lang w:val="ru-RU"/>
        </w:rPr>
        <w:t>-</w:t>
      </w:r>
      <w:r>
        <w:t>E</w:t>
      </w:r>
      <w:r w:rsidRPr="00794D67">
        <w:rPr>
          <w:lang w:val="ru-RU"/>
        </w:rPr>
        <w:t xml:space="preserve"> обоснованы главой 7 и главой 5; группы </w:t>
      </w:r>
      <w:r>
        <w:t>MS</w:t>
      </w:r>
      <w:r w:rsidRPr="00794D67">
        <w:rPr>
          <w:lang w:val="ru-RU"/>
        </w:rPr>
        <w:t>-</w:t>
      </w:r>
      <w:r>
        <w:t>R</w:t>
      </w:r>
      <w:r w:rsidRPr="00794D67">
        <w:rPr>
          <w:lang w:val="ru-RU"/>
        </w:rPr>
        <w:t xml:space="preserve"> — главой 11; группы </w:t>
      </w:r>
      <w:r>
        <w:t>MS</w:t>
      </w:r>
      <w:r w:rsidRPr="00794D67">
        <w:rPr>
          <w:lang w:val="ru-RU"/>
        </w:rPr>
        <w:t>-</w:t>
      </w:r>
      <w:r>
        <w:t>DHW</w:t>
      </w:r>
      <w:r w:rsidRPr="00794D67">
        <w:rPr>
          <w:lang w:val="ru-RU"/>
        </w:rPr>
        <w:t xml:space="preserve"> — главой 9. </w:t>
      </w:r>
      <w:r w:rsidRPr="00312815">
        <w:rPr>
          <w:lang w:val="ru-RU"/>
        </w:rPr>
        <w:t>Объёмы капитальных вложений и источники финансирования приведены в главе 12. Решения, подлежащие утверждению, изложены соответствующими разделами утверждаемой части.</w:t>
      </w:r>
    </w:p>
    <w:p w14:paraId="1700F948" w14:textId="77777777" w:rsidR="00312815" w:rsidRDefault="0095198F">
      <w:pPr>
        <w:spacing w:before="1200"/>
        <w:jc w:val="center"/>
        <w:rPr>
          <w:lang w:val="ru-RU"/>
        </w:rPr>
      </w:pPr>
      <w:r w:rsidRPr="00794D67">
        <w:rPr>
          <w:lang w:val="ru-RU"/>
        </w:rPr>
        <w:t>Стоимость мероприятий по переводу открытых систем горячего водоснабжения и по повышению надёжности на дату настоящей редакции подлежит определению: она зависит от актуального числа тепловых пунктов, проектных решений и результатов расчётного моделирования. Ранее оценённые величины приведены в главе 12 с указанием базиса цен.</w:t>
      </w:r>
    </w:p>
    <w:p w14:paraId="1B680F55" w14:textId="77777777" w:rsidR="007A5E59" w:rsidRPr="00C07C05" w:rsidRDefault="00312815" w:rsidP="00312815">
      <w:pPr>
        <w:rPr>
          <w:lang w:val="ru-RU"/>
        </w:rPr>
      </w:pPr>
      <w:r>
        <w:rPr>
          <w:lang w:val="ru-RU"/>
        </w:rPr>
        <w:br w:type="page"/>
      </w:r>
    </w:p>
    <w:p w14:paraId="0220F0FF" w14:textId="77777777" w:rsidR="007A5E59" w:rsidRPr="00344E69" w:rsidRDefault="0095198F">
      <w:pPr>
        <w:pStyle w:val="1"/>
        <w:rPr>
          <w:color w:val="4F81BD" w:themeColor="accent1"/>
          <w:lang w:val="ru-RU"/>
        </w:rPr>
      </w:pPr>
      <w:bookmarkStart w:id="109" w:name="_Toc238015700"/>
      <w:r w:rsidRPr="00344E69">
        <w:rPr>
          <w:color w:val="4F81BD" w:themeColor="accent1"/>
          <w:lang w:val="ru-RU"/>
        </w:rPr>
        <w:t>РАЗДЕЛ 17. ЗАМЕЧАНИЯ И ПРЕДЛОЖЕНИЯ К ПРОЕКТУ СХЕМЫ ТЕПЛОСНАБЖЕНИЯ</w:t>
      </w:r>
      <w:bookmarkEnd w:id="109"/>
    </w:p>
    <w:p w14:paraId="44CA1431" w14:textId="77777777" w:rsidR="007A5E59" w:rsidRPr="00794D67" w:rsidRDefault="0095198F">
      <w:pPr>
        <w:ind w:firstLine="709"/>
        <w:jc w:val="both"/>
        <w:rPr>
          <w:lang w:val="ru-RU"/>
        </w:rPr>
      </w:pPr>
      <w:r w:rsidRPr="00794D67">
        <w:rPr>
          <w:lang w:val="ru-RU"/>
        </w:rPr>
        <w:t>Замечания и предложения к проекту схемы теплоснабжения от органов местного самоуправления, ресурсоснабжающих организаций и иных участников по состоянию на дату настоящей редакции в письменном виде не поступали.</w:t>
      </w:r>
    </w:p>
    <w:p w14:paraId="1775866E" w14:textId="77777777" w:rsidR="007A5E59" w:rsidRPr="00794D67" w:rsidRDefault="0095198F">
      <w:pPr>
        <w:ind w:firstLine="709"/>
        <w:jc w:val="both"/>
        <w:rPr>
          <w:lang w:val="ru-RU"/>
        </w:rPr>
      </w:pPr>
      <w:r w:rsidRPr="00794D67">
        <w:rPr>
          <w:lang w:val="ru-RU"/>
        </w:rPr>
        <w:t>Открытыми остаются вопросы, требующие решения Заказчика или эксплуатирующей организации: подтверждение расчётного ограничения мощности режимными картами и актами технического освидетельствования по каждому источнику; представление сведений о фактической производительности водоподготовительных установок по источникам, где эти данные не получены; подтверждение календарного срока перевода на природный газ по УПК № 5 «Новый Шерегеш» и УПК № 6 «Старый Шерегеш»; представление инвестиционной программы с утверждёнными объёмами и источниками финансирования мероприятий.</w:t>
      </w:r>
    </w:p>
    <w:p w14:paraId="12B2E049" w14:textId="77777777" w:rsidR="00312815" w:rsidRDefault="0095198F">
      <w:pPr>
        <w:ind w:firstLine="709"/>
        <w:jc w:val="both"/>
        <w:rPr>
          <w:lang w:val="ru-RU"/>
        </w:rPr>
      </w:pPr>
      <w:r w:rsidRPr="00794D67">
        <w:rPr>
          <w:lang w:val="ru-RU"/>
        </w:rPr>
        <w:t>Получение перечисленных материалов позволит заменить принятые в схеме расчётные допущения подтверждёнными величинами при очередной актуализации.</w:t>
      </w:r>
    </w:p>
    <w:p w14:paraId="73531E71" w14:textId="77777777" w:rsidR="007A5E59" w:rsidRPr="00C07C05" w:rsidRDefault="00312815" w:rsidP="00312815">
      <w:pPr>
        <w:rPr>
          <w:lang w:val="ru-RU"/>
        </w:rPr>
      </w:pPr>
      <w:r>
        <w:rPr>
          <w:lang w:val="ru-RU"/>
        </w:rPr>
        <w:br w:type="page"/>
      </w:r>
    </w:p>
    <w:p w14:paraId="56C3D1A8" w14:textId="77777777" w:rsidR="007A5E59" w:rsidRPr="00344E69" w:rsidRDefault="0095198F">
      <w:pPr>
        <w:pStyle w:val="1"/>
        <w:rPr>
          <w:color w:val="4F81BD" w:themeColor="accent1"/>
          <w:lang w:val="ru-RU"/>
        </w:rPr>
      </w:pPr>
      <w:bookmarkStart w:id="110" w:name="_Toc238015701"/>
      <w:r w:rsidRPr="00344E69">
        <w:rPr>
          <w:color w:val="4F81BD" w:themeColor="accent1"/>
          <w:lang w:val="ru-RU"/>
        </w:rPr>
        <w:t>РАЗДЕЛ 18. СВОДНЫЙ ТОМ ИЗМЕНЕНИЙ, ВЫПОЛНЕННЫХ В ДОРАБОТАННОЙ И (ИЛИ) АКТУАЛИЗИРОВАННОЙ СХЕМЕ ТЕПЛОСНАБЖЕНИЯ</w:t>
      </w:r>
      <w:bookmarkEnd w:id="110"/>
    </w:p>
    <w:p w14:paraId="314EF692" w14:textId="77777777" w:rsidR="007A5E59" w:rsidRPr="00794D67" w:rsidRDefault="0095198F">
      <w:pPr>
        <w:ind w:firstLine="709"/>
        <w:jc w:val="both"/>
        <w:rPr>
          <w:lang w:val="ru-RU"/>
        </w:rPr>
      </w:pPr>
      <w:r w:rsidRPr="00794D67">
        <w:rPr>
          <w:lang w:val="ru-RU"/>
        </w:rPr>
        <w:t>Настоящая редакция схемы теплоснабжения разработана на период 2026–2036 годов. Состав изменений относительно предшествующих материалов определяется составом переданных Заказчиком исходных данных.</w:t>
      </w:r>
    </w:p>
    <w:p w14:paraId="3D55FF07" w14:textId="77777777" w:rsidR="007A5E59" w:rsidRPr="00794D67" w:rsidRDefault="0095198F">
      <w:pPr>
        <w:ind w:firstLine="709"/>
        <w:jc w:val="both"/>
        <w:rPr>
          <w:lang w:val="ru-RU"/>
        </w:rPr>
      </w:pPr>
      <w:r w:rsidRPr="00794D67">
        <w:rPr>
          <w:lang w:val="ru-RU"/>
        </w:rPr>
        <w:t>Состав действующих источников приведён в соответствие с фактическим состоянием: котельные УПК № 4 «Калинина», УПК № 11 и УПК № 12 исключены как выведенные из эксплуатации, нагрузка их потребителей учтена по источникам-получателям. Число действующих источников составляет десять.</w:t>
      </w:r>
    </w:p>
    <w:p w14:paraId="27258E08" w14:textId="77777777" w:rsidR="007A5E59" w:rsidRPr="00794D67" w:rsidRDefault="0095198F">
      <w:pPr>
        <w:ind w:firstLine="709"/>
        <w:jc w:val="both"/>
        <w:rPr>
          <w:lang w:val="ru-RU"/>
        </w:rPr>
      </w:pPr>
      <w:r w:rsidRPr="00794D67">
        <w:rPr>
          <w:lang w:val="ru-RU"/>
        </w:rPr>
        <w:t>Паровые и конденсатные тепловые сети выделены самостоятельным показателем и в протяжённость водяных сетей не включены; их геометрия принята по расчёту нормативов технологических потерь 2017 года без переноса нормативных потерь того же документа на базовый 2026 год.</w:t>
      </w:r>
    </w:p>
    <w:p w14:paraId="66C67E41" w14:textId="77777777" w:rsidR="007A5E59" w:rsidRPr="00794D67" w:rsidRDefault="0095198F">
      <w:pPr>
        <w:ind w:firstLine="709"/>
        <w:jc w:val="both"/>
        <w:rPr>
          <w:lang w:val="ru-RU"/>
        </w:rPr>
      </w:pPr>
      <w:r w:rsidRPr="00794D67">
        <w:rPr>
          <w:lang w:val="ru-RU"/>
        </w:rPr>
        <w:t>Тарифный слой приведён в соответствие с действующими тарифными решениями с раздельным изложением утверждённых величин и расчётного прогноза. Программа перевода источников на природный газ включена по газификационному пакету Заказчика с сохранением ориентировочного характера стоимостных показателей.</w:t>
      </w:r>
    </w:p>
    <w:p w14:paraId="67E66A0A" w14:textId="77777777" w:rsidR="007A5E59" w:rsidRPr="00794D67" w:rsidRDefault="0095198F">
      <w:pPr>
        <w:ind w:firstLine="709"/>
        <w:jc w:val="both"/>
        <w:rPr>
          <w:lang w:val="ru-RU"/>
        </w:rPr>
      </w:pPr>
      <w:r w:rsidRPr="00794D67">
        <w:rPr>
          <w:lang w:val="ru-RU"/>
        </w:rPr>
        <w:t>Расчётное ограничение мощности 25 % установленной мощности квалифицировано как допущение расчёта, а не как подтверждённое эксплуатационное ограничение; численные значения располагаемой мощности при этом не изменялись.</w:t>
      </w:r>
    </w:p>
    <w:p w14:paraId="0D7EE717" w14:textId="77777777" w:rsidR="007A5E59" w:rsidRPr="00794D67" w:rsidRDefault="0095198F">
      <w:pPr>
        <w:ind w:firstLine="709"/>
        <w:jc w:val="both"/>
        <w:rPr>
          <w:lang w:val="ru-RU"/>
        </w:rPr>
      </w:pPr>
      <w:r w:rsidRPr="00794D67">
        <w:rPr>
          <w:lang w:val="ru-RU"/>
        </w:rPr>
        <w:t>Состав изменений относительно ранее утверждённых схем городских поселений сводится к следующему. Шесть раздельных документов сведены в единый документ округа при сохранении технологической изолированности систем. Состав источников приведён к фактическому: исключены котельная УПК № 4 «Калинина» и котельные УПК № 11 и УПК № 12, ликвидация которых была предусмотрена предшествующей актуализацией и выполнена. Установленная мощность отдельных источников приведена к актуальным сведениям эксплуатирующей организации, наиболее заметно по котельной УПК № 7 «Каз». Демографическая перспектива заменена с экстраполяции убыли населения на сценарий генеральных планов с ростом по пгт Шерегеш. Протяжённость сетей получена не усреднением, а суммированием поучастковой базы. Добавлена программа перевода источников на природный газ, отсутствовавшая в прежних редакциях.</w:t>
      </w:r>
    </w:p>
    <w:p w14:paraId="58740E95" w14:textId="77777777" w:rsidR="007A5E59" w:rsidRPr="00344E69" w:rsidRDefault="0095198F">
      <w:pPr>
        <w:pStyle w:val="1"/>
        <w:spacing w:before="1200"/>
        <w:jc w:val="center"/>
        <w:rPr>
          <w:color w:val="4F81BD" w:themeColor="accent1"/>
          <w:lang w:val="ru-RU"/>
        </w:rPr>
      </w:pPr>
      <w:bookmarkStart w:id="111" w:name="_Toc238015702"/>
      <w:r w:rsidRPr="00344E69">
        <w:rPr>
          <w:color w:val="4F81BD" w:themeColor="accent1"/>
          <w:lang w:val="ru-RU"/>
        </w:rPr>
        <w:t>ДОПОЛНИТЕЛЬНЫЕ МАТЕРИАЛЫ</w:t>
      </w:r>
      <w:bookmarkEnd w:id="111"/>
    </w:p>
    <w:p w14:paraId="776050ED" w14:textId="77777777" w:rsidR="00312815" w:rsidRDefault="0095198F">
      <w:pPr>
        <w:spacing w:before="1200"/>
        <w:jc w:val="center"/>
        <w:rPr>
          <w:lang w:val="ru-RU"/>
        </w:rPr>
      </w:pPr>
      <w:r w:rsidRPr="00794D67">
        <w:rPr>
          <w:lang w:val="ru-RU"/>
        </w:rPr>
        <w:t>Приведённые ниже материалы главами обосновывающих материалов по пункту 23 требований к схемам теплоснабжения не являются: соответствующие решения принимаются утверждаемой частью. Их содержание сохранено как обоснование принятых решений.</w:t>
      </w:r>
    </w:p>
    <w:p w14:paraId="450D9C64" w14:textId="77777777" w:rsidR="007A5E59" w:rsidRPr="00C07C05" w:rsidRDefault="00312815" w:rsidP="00312815">
      <w:pPr>
        <w:rPr>
          <w:lang w:val="ru-RU"/>
        </w:rPr>
      </w:pPr>
      <w:r>
        <w:rPr>
          <w:lang w:val="ru-RU"/>
        </w:rPr>
        <w:br w:type="page"/>
      </w:r>
    </w:p>
    <w:p w14:paraId="363591C1" w14:textId="77777777" w:rsidR="007A5E59" w:rsidRPr="00344E69" w:rsidRDefault="0095198F">
      <w:pPr>
        <w:pStyle w:val="1"/>
        <w:rPr>
          <w:color w:val="4F81BD" w:themeColor="accent1"/>
          <w:lang w:val="ru-RU"/>
        </w:rPr>
      </w:pPr>
      <w:bookmarkStart w:id="112" w:name="_Toc238015703"/>
      <w:r w:rsidRPr="00344E69">
        <w:rPr>
          <w:color w:val="4F81BD" w:themeColor="accent1"/>
          <w:lang w:val="ru-RU"/>
        </w:rPr>
        <w:t>ДОПОЛНИТЕЛЬНЫЙ МАТЕРИАЛ 1. РЕШЕНИЯ ПО РАСПРЕДЕЛЕНИЮ ТЕПЛОВОЙ НАГРУЗКИ МЕЖДУ ИСТОЧНИКАМИ ТЕПЛОВОЙ ЭНЕРГИИ</w:t>
      </w:r>
      <w:bookmarkEnd w:id="112"/>
    </w:p>
    <w:p w14:paraId="40256265" w14:textId="77777777" w:rsidR="007A5E59" w:rsidRPr="00794D67" w:rsidRDefault="0095198F">
      <w:pPr>
        <w:ind w:firstLine="709"/>
        <w:jc w:val="both"/>
        <w:rPr>
          <w:lang w:val="ru-RU"/>
        </w:rPr>
      </w:pPr>
      <w:r w:rsidRPr="00794D67">
        <w:rPr>
          <w:lang w:val="ru-RU"/>
        </w:rPr>
        <w:t>Решения по распределению тепловой нагрузки между источниками тепловой энергии на расчётном периоде состоят в сохранении существующего закрепления потребителей за источниками. Зоны действия источников не пересекаются, технологические связи между зонами отсутствуют, поэтому перераспределение нагрузки между источниками технически невозможно без строительства новых сетей.</w:t>
      </w:r>
    </w:p>
    <w:p w14:paraId="753C88E4" w14:textId="77777777" w:rsidR="007A5E59" w:rsidRPr="00C07C05" w:rsidRDefault="0095198F">
      <w:pPr>
        <w:ind w:firstLine="709"/>
        <w:jc w:val="both"/>
        <w:rPr>
          <w:lang w:val="ru-RU"/>
        </w:rPr>
      </w:pPr>
      <w:r w:rsidRPr="00794D67">
        <w:rPr>
          <w:lang w:val="ru-RU"/>
        </w:rPr>
        <w:t xml:space="preserve">Единственное состоявшееся перераспределение относится к выведенным из эксплуатации котельным УПК № 4 «Калинина», УПК № 11 и УПК № 12. </w:t>
      </w:r>
      <w:r w:rsidRPr="00312815">
        <w:rPr>
          <w:lang w:val="ru-RU"/>
        </w:rPr>
        <w:t xml:space="preserve">Нагрузка их потребителей переключена на действующие источники, и это переключение уже отражено в присоединённой нагрузке источников-получателей в таблице 1.4. </w:t>
      </w:r>
      <w:r w:rsidRPr="00C07C05">
        <w:rPr>
          <w:lang w:val="ru-RU"/>
        </w:rPr>
        <w:t>Повторный учёт переключённой нагрузки в балансах не производится.</w:t>
      </w:r>
    </w:p>
    <w:p w14:paraId="2E5C889E" w14:textId="77777777" w:rsidR="00312815" w:rsidRDefault="0095198F">
      <w:pPr>
        <w:ind w:firstLine="709"/>
        <w:jc w:val="both"/>
        <w:rPr>
          <w:lang w:val="ru-RU"/>
        </w:rPr>
      </w:pPr>
      <w:r w:rsidRPr="00794D67">
        <w:rPr>
          <w:lang w:val="ru-RU"/>
        </w:rPr>
        <w:t>Отрицательный баланс УПК № 5 «Новый Шерегеш» перераспределением нагрузки не устраняется: ближайшие источники расположены вне радиуса оптимального теплоснабжения зоны и собственного резерва достаточной величины не имеют. Решение вопроса отнесено к проектному решению по реконструкции источника согласно разделу 4.</w:t>
      </w:r>
    </w:p>
    <w:p w14:paraId="2EF1DD8E" w14:textId="77777777" w:rsidR="007A5E59" w:rsidRPr="00C07C05" w:rsidRDefault="00312815" w:rsidP="00312815">
      <w:pPr>
        <w:rPr>
          <w:lang w:val="ru-RU"/>
        </w:rPr>
      </w:pPr>
      <w:r>
        <w:rPr>
          <w:lang w:val="ru-RU"/>
        </w:rPr>
        <w:br w:type="page"/>
      </w:r>
    </w:p>
    <w:p w14:paraId="0FCD675B" w14:textId="77777777" w:rsidR="007A5E59" w:rsidRPr="00344E69" w:rsidRDefault="0095198F">
      <w:pPr>
        <w:pStyle w:val="1"/>
        <w:rPr>
          <w:color w:val="4F81BD" w:themeColor="accent1"/>
          <w:lang w:val="ru-RU"/>
        </w:rPr>
      </w:pPr>
      <w:bookmarkStart w:id="113" w:name="_Toc238015704"/>
      <w:r w:rsidRPr="00344E69">
        <w:rPr>
          <w:color w:val="4F81BD" w:themeColor="accent1"/>
          <w:lang w:val="ru-RU"/>
        </w:rPr>
        <w:t>ДОПОЛНИТЕЛЬНЫЙ МАТЕРИАЛ 2. РЕШЕНИЯ ПО БЕСХОЗЯЙНЫМ ТЕПЛОВЫМ СЕТЯМ</w:t>
      </w:r>
      <w:bookmarkEnd w:id="113"/>
    </w:p>
    <w:p w14:paraId="5602CE92" w14:textId="77777777" w:rsidR="007A5E59" w:rsidRPr="00794D67" w:rsidRDefault="0095198F">
      <w:pPr>
        <w:ind w:firstLine="709"/>
        <w:jc w:val="both"/>
        <w:rPr>
          <w:lang w:val="ru-RU"/>
        </w:rPr>
      </w:pPr>
      <w:r w:rsidRPr="00794D67">
        <w:rPr>
          <w:lang w:val="ru-RU"/>
        </w:rPr>
        <w:t>Бесхозяйные тепловые сети в границах Таштагольского муниципального округа Заказчиком не заявлены. В составе исходных данных отсутствуют акты выявления бесхозяйного имущества, судебные решения о признании права муниципальной собственности и перечни участков, не имеющих эксплуатирующей организации.</w:t>
      </w:r>
    </w:p>
    <w:p w14:paraId="44BB9FF0" w14:textId="77777777" w:rsidR="007A5E59" w:rsidRPr="00794D67" w:rsidRDefault="0095198F">
      <w:pPr>
        <w:ind w:firstLine="709"/>
        <w:jc w:val="both"/>
        <w:rPr>
          <w:lang w:val="ru-RU"/>
        </w:rPr>
      </w:pPr>
      <w:r w:rsidRPr="00794D67">
        <w:rPr>
          <w:lang w:val="ru-RU"/>
        </w:rPr>
        <w:t>Это положение подтверждается и ранее утверждёнными схемами: в схемах всех шести городских поселений в соответствующих разделах указано, что бесхозяйные сети на территории поселения отсутствуют, а все сети обслуживаются теплоснабжающей организацией, в зоне действия источников которой они расположены. Таким образом отсутствие бесхозяйных сетей является устойчивым состоянием, а не следствием неполноты сведений текущей редакции.</w:t>
      </w:r>
    </w:p>
    <w:p w14:paraId="6CF39F6A" w14:textId="77777777" w:rsidR="007A5E59" w:rsidRPr="00794D67" w:rsidRDefault="0095198F">
      <w:pPr>
        <w:ind w:firstLine="709"/>
        <w:jc w:val="both"/>
        <w:rPr>
          <w:lang w:val="ru-RU"/>
        </w:rPr>
      </w:pPr>
      <w:r w:rsidRPr="00794D67">
        <w:rPr>
          <w:lang w:val="ru-RU"/>
        </w:rPr>
        <w:t>Вся поучастковая база тепловых сетей округа, приведённая в приложении 4, отнесена к зонам действия действующих источников и эксплуатируется единой теплоснабжающей организацией.</w:t>
      </w:r>
    </w:p>
    <w:p w14:paraId="59378E8E" w14:textId="77777777" w:rsidR="00312815" w:rsidRDefault="0095198F">
      <w:pPr>
        <w:ind w:firstLine="709"/>
        <w:jc w:val="both"/>
        <w:rPr>
          <w:lang w:val="ru-RU"/>
        </w:rPr>
      </w:pPr>
      <w:r w:rsidRPr="00794D67">
        <w:rPr>
          <w:lang w:val="ru-RU"/>
        </w:rPr>
        <w:t>При выявлении бесхозяйных участков в период действия схемы их эксплуатация до признания права собственности возлагается на организацию, тепловые сети которой непосредственно соединены с такими участками, с последующим учётом затрат в установленном порядке и внесением участков в схему при очередной актуализации.</w:t>
      </w:r>
    </w:p>
    <w:p w14:paraId="4364D0E7" w14:textId="77777777" w:rsidR="007A5E59" w:rsidRPr="00C07C05" w:rsidRDefault="00312815" w:rsidP="00312815">
      <w:pPr>
        <w:rPr>
          <w:lang w:val="ru-RU"/>
        </w:rPr>
      </w:pPr>
      <w:r>
        <w:rPr>
          <w:lang w:val="ru-RU"/>
        </w:rPr>
        <w:br w:type="page"/>
      </w:r>
    </w:p>
    <w:p w14:paraId="0DAEF64D" w14:textId="77777777" w:rsidR="007A5E59" w:rsidRPr="00344E69" w:rsidRDefault="0095198F">
      <w:pPr>
        <w:pStyle w:val="1"/>
        <w:rPr>
          <w:color w:val="4F81BD" w:themeColor="accent1"/>
          <w:lang w:val="ru-RU"/>
        </w:rPr>
      </w:pPr>
      <w:bookmarkStart w:id="114" w:name="_Toc238015705"/>
      <w:r w:rsidRPr="00344E69">
        <w:rPr>
          <w:color w:val="4F81BD" w:themeColor="accent1"/>
          <w:lang w:val="ru-RU"/>
        </w:rPr>
        <w:t>СПИСОК ИСПОЛЬЗОВАННЫХ МАТЕРИАЛОВ</w:t>
      </w:r>
      <w:bookmarkEnd w:id="114"/>
    </w:p>
    <w:p w14:paraId="0C2BAD49" w14:textId="77777777" w:rsidR="007A5E59" w:rsidRPr="00794D67" w:rsidRDefault="0095198F">
      <w:pPr>
        <w:spacing w:after="0"/>
        <w:ind w:firstLine="709"/>
        <w:jc w:val="both"/>
        <w:rPr>
          <w:lang w:val="ru-RU"/>
        </w:rPr>
      </w:pPr>
      <w:r w:rsidRPr="00794D67">
        <w:rPr>
          <w:lang w:val="ru-RU"/>
        </w:rPr>
        <w:t>1. Постановление администрации Таштагольского муниципального района от 25.09.2020 № 1114-п об определении единой теплоснабжающей организации.</w:t>
      </w:r>
    </w:p>
    <w:p w14:paraId="02A37DAC" w14:textId="77777777" w:rsidR="007A5E59" w:rsidRPr="00794D67" w:rsidRDefault="0095198F">
      <w:pPr>
        <w:spacing w:after="0"/>
        <w:ind w:firstLine="709"/>
        <w:jc w:val="both"/>
        <w:rPr>
          <w:lang w:val="ru-RU"/>
        </w:rPr>
      </w:pPr>
      <w:r w:rsidRPr="00794D67">
        <w:rPr>
          <w:lang w:val="ru-RU"/>
        </w:rPr>
        <w:t>2. Постановление Региональной энергетической комиссии Кузбасса от 19.12.2024 № 631 об установлении долгосрочных тарифов на тепловую энергию на 2025–2031 годы и постановление о внесении в него изменений.</w:t>
      </w:r>
    </w:p>
    <w:p w14:paraId="5518F325" w14:textId="77777777" w:rsidR="007A5E59" w:rsidRPr="00794D67" w:rsidRDefault="0095198F">
      <w:pPr>
        <w:spacing w:after="0"/>
        <w:ind w:firstLine="709"/>
        <w:jc w:val="both"/>
        <w:rPr>
          <w:lang w:val="ru-RU"/>
        </w:rPr>
      </w:pPr>
      <w:r w:rsidRPr="00794D67">
        <w:rPr>
          <w:lang w:val="ru-RU"/>
        </w:rPr>
        <w:t>3. Программа подготовки потребителей к приёму газа от 16.07.2024 с календарным графиком.</w:t>
      </w:r>
    </w:p>
    <w:p w14:paraId="3934AD1C" w14:textId="77777777" w:rsidR="007A5E59" w:rsidRPr="00312815" w:rsidRDefault="0095198F">
      <w:pPr>
        <w:spacing w:after="0"/>
        <w:ind w:firstLine="709"/>
        <w:jc w:val="both"/>
        <w:rPr>
          <w:lang w:val="ru-RU"/>
        </w:rPr>
      </w:pPr>
      <w:r w:rsidRPr="00312815">
        <w:rPr>
          <w:lang w:val="ru-RU"/>
        </w:rPr>
        <w:t>4. Договор поставки газа ООО «Газпром межрегионгаз Кемерово» с ООО «ЮКЭК» от 19.08.2024 № 30/011/9756.</w:t>
      </w:r>
    </w:p>
    <w:p w14:paraId="34E1CD69" w14:textId="77777777" w:rsidR="007A5E59" w:rsidRPr="00312815" w:rsidRDefault="0095198F">
      <w:pPr>
        <w:spacing w:after="0"/>
        <w:ind w:firstLine="709"/>
        <w:jc w:val="both"/>
        <w:rPr>
          <w:lang w:val="ru-RU"/>
        </w:rPr>
      </w:pPr>
      <w:r w:rsidRPr="00312815">
        <w:rPr>
          <w:lang w:val="ru-RU"/>
        </w:rPr>
        <w:t>5. Пояснительная записка ООО «ЮКЭК» об ориентировочной стоимости газификации котельных.</w:t>
      </w:r>
    </w:p>
    <w:p w14:paraId="5591FE80" w14:textId="77777777" w:rsidR="007A5E59" w:rsidRPr="00312815" w:rsidRDefault="0095198F">
      <w:pPr>
        <w:spacing w:after="0"/>
        <w:ind w:firstLine="709"/>
        <w:jc w:val="both"/>
        <w:rPr>
          <w:lang w:val="ru-RU"/>
        </w:rPr>
      </w:pPr>
      <w:r w:rsidRPr="00312815">
        <w:rPr>
          <w:lang w:val="ru-RU"/>
        </w:rPr>
        <w:t>6. Расчёт нормативов технологических потерь при передаче тепловой энергии ООО «ЮКЭК», 2017 год.</w:t>
      </w:r>
    </w:p>
    <w:p w14:paraId="5CDD47AB" w14:textId="77777777" w:rsidR="007A5E59" w:rsidRPr="00312815" w:rsidRDefault="0095198F">
      <w:pPr>
        <w:spacing w:after="0"/>
        <w:ind w:firstLine="709"/>
        <w:jc w:val="both"/>
        <w:rPr>
          <w:lang w:val="ru-RU"/>
        </w:rPr>
      </w:pPr>
      <w:r w:rsidRPr="00312815">
        <w:rPr>
          <w:lang w:val="ru-RU"/>
        </w:rPr>
        <w:t>7. Реестр потребителей тепловой энергии ООО «ЮКЭК» с характеристиками объектов.</w:t>
      </w:r>
    </w:p>
    <w:p w14:paraId="30135CCA" w14:textId="77777777" w:rsidR="007A5E59" w:rsidRPr="00312815" w:rsidRDefault="0095198F">
      <w:pPr>
        <w:spacing w:after="0"/>
        <w:ind w:firstLine="709"/>
        <w:jc w:val="both"/>
        <w:rPr>
          <w:lang w:val="ru-RU"/>
        </w:rPr>
      </w:pPr>
      <w:r w:rsidRPr="00312815">
        <w:rPr>
          <w:lang w:val="ru-RU"/>
        </w:rPr>
        <w:t>8. Сведения эксплуатирующей организации о составе, адресах и годах ввода в эксплуатацию источников тепловой энергии.</w:t>
      </w:r>
    </w:p>
    <w:p w14:paraId="71DB79E9" w14:textId="77777777" w:rsidR="00312815" w:rsidRPr="00C07C05" w:rsidRDefault="0095198F" w:rsidP="00312815">
      <w:pPr>
        <w:spacing w:after="0"/>
        <w:ind w:firstLine="709"/>
        <w:jc w:val="both"/>
        <w:rPr>
          <w:lang w:val="ru-RU"/>
        </w:rPr>
      </w:pPr>
      <w:r w:rsidRPr="00312815">
        <w:rPr>
          <w:lang w:val="ru-RU"/>
        </w:rPr>
        <w:t>9. Данные о численности населения населённых пунктов Таштагольского муниципального округа.</w:t>
      </w:r>
    </w:p>
    <w:p w14:paraId="0BE0D942" w14:textId="77777777" w:rsidR="00312815" w:rsidRPr="00C07C05" w:rsidRDefault="00312815" w:rsidP="00312815">
      <w:pPr>
        <w:rPr>
          <w:lang w:val="ru-RU"/>
        </w:rPr>
      </w:pPr>
      <w:r w:rsidRPr="00C07C05">
        <w:rPr>
          <w:lang w:val="ru-RU"/>
        </w:rPr>
        <w:br w:type="page"/>
      </w:r>
    </w:p>
    <w:p w14:paraId="4BFB64F6" w14:textId="77777777" w:rsidR="007A5E59" w:rsidRPr="00344E69" w:rsidRDefault="0095198F">
      <w:pPr>
        <w:pStyle w:val="1"/>
        <w:rPr>
          <w:color w:val="4F81BD" w:themeColor="accent1"/>
          <w:lang w:val="ru-RU"/>
        </w:rPr>
      </w:pPr>
      <w:bookmarkStart w:id="115" w:name="_Toc238015706"/>
      <w:r w:rsidRPr="00344E69">
        <w:rPr>
          <w:color w:val="4F81BD" w:themeColor="accent1"/>
          <w:lang w:val="ru-RU"/>
        </w:rPr>
        <w:t>ПРИЛОЖЕНИЕ 1. Расчётные таблицы спроса и тепловых нагрузок</w:t>
      </w:r>
      <w:bookmarkEnd w:id="115"/>
    </w:p>
    <w:p w14:paraId="065CFCC0" w14:textId="77777777" w:rsidR="007A5E59" w:rsidRPr="00312815" w:rsidRDefault="0095198F">
      <w:pPr>
        <w:ind w:firstLine="709"/>
        <w:jc w:val="both"/>
        <w:rPr>
          <w:lang w:val="ru-RU"/>
        </w:rPr>
      </w:pPr>
      <w:r w:rsidRPr="00312815">
        <w:rPr>
          <w:lang w:val="ru-RU"/>
        </w:rPr>
        <w:t>Приведены расчётные объёмы теплопотребления объектами теплоснабжения и прогноз изменения тепловой нагрузки потребителей с разбивкой по этапам. Материал является доказательной базой перспективного слоя раздела 2.</w:t>
      </w:r>
    </w:p>
    <w:p w14:paraId="3858FAE3" w14:textId="77777777" w:rsidR="00B808F9" w:rsidRPr="00312815" w:rsidRDefault="00B808F9">
      <w:pPr>
        <w:rPr>
          <w:lang w:val="ru-RU"/>
        </w:rPr>
        <w:sectPr w:rsidR="00B808F9" w:rsidRPr="00312815" w:rsidSect="00034616">
          <w:footerReference w:type="default" r:id="rId105"/>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89DA597" w14:textId="77777777" w:rsidR="007A5E59" w:rsidRPr="00312815" w:rsidRDefault="0095198F">
      <w:pPr>
        <w:rPr>
          <w:lang w:val="ru-RU"/>
        </w:rPr>
      </w:pPr>
      <w:r w:rsidRPr="00312815">
        <w:rPr>
          <w:b/>
          <w:lang w:val="ru-RU"/>
        </w:rPr>
        <w:t>Таблица П1.1. Расчётные объёмы теплопотребления объектами теплоснабжения</w:t>
      </w:r>
    </w:p>
    <w:tbl>
      <w:tblPr>
        <w:tblStyle w:val="aff0"/>
        <w:tblW w:w="5000" w:type="pct"/>
        <w:jc w:val="center"/>
        <w:tblCellMar>
          <w:left w:w="57" w:type="dxa"/>
          <w:right w:w="57" w:type="dxa"/>
        </w:tblCellMar>
        <w:tblLook w:val="04A0" w:firstRow="1" w:lastRow="0" w:firstColumn="1" w:lastColumn="0" w:noHBand="0" w:noVBand="1"/>
      </w:tblPr>
      <w:tblGrid>
        <w:gridCol w:w="683"/>
        <w:gridCol w:w="1502"/>
        <w:gridCol w:w="946"/>
        <w:gridCol w:w="790"/>
        <w:gridCol w:w="716"/>
        <w:gridCol w:w="1361"/>
        <w:gridCol w:w="1361"/>
        <w:gridCol w:w="1218"/>
        <w:gridCol w:w="1517"/>
        <w:gridCol w:w="1421"/>
        <w:gridCol w:w="1182"/>
        <w:gridCol w:w="861"/>
        <w:gridCol w:w="719"/>
      </w:tblGrid>
      <w:tr w:rsidR="007A5E59" w14:paraId="064F6D1D" w14:textId="77777777">
        <w:trPr>
          <w:cantSplit/>
          <w:tblHeader/>
          <w:jc w:val="center"/>
        </w:trPr>
        <w:tc>
          <w:tcPr>
            <w:tcW w:w="0" w:type="auto"/>
            <w:shd w:val="clear" w:color="auto" w:fill="E2F0D9"/>
            <w:vAlign w:val="center"/>
          </w:tcPr>
          <w:p w14:paraId="62E66480" w14:textId="77777777" w:rsidR="007A5E59" w:rsidRDefault="0095198F">
            <w:pPr>
              <w:jc w:val="center"/>
            </w:pPr>
            <w:r>
              <w:rPr>
                <w:b/>
              </w:rPr>
              <w:t>№ пп</w:t>
            </w:r>
          </w:p>
        </w:tc>
        <w:tc>
          <w:tcPr>
            <w:tcW w:w="0" w:type="auto"/>
            <w:shd w:val="clear" w:color="auto" w:fill="E2F0D9"/>
            <w:vAlign w:val="center"/>
          </w:tcPr>
          <w:p w14:paraId="3BAA69C0" w14:textId="77777777" w:rsidR="007A5E59" w:rsidRDefault="0095198F">
            <w:pPr>
              <w:jc w:val="center"/>
            </w:pPr>
            <w:r>
              <w:rPr>
                <w:b/>
              </w:rPr>
              <w:t>Населенный пункт / система теплоснабжения</w:t>
            </w:r>
          </w:p>
        </w:tc>
        <w:tc>
          <w:tcPr>
            <w:tcW w:w="0" w:type="auto"/>
            <w:shd w:val="clear" w:color="auto" w:fill="E2F0D9"/>
            <w:vAlign w:val="center"/>
          </w:tcPr>
          <w:p w14:paraId="13A7D022" w14:textId="77777777" w:rsidR="007A5E59" w:rsidRDefault="0095198F">
            <w:pPr>
              <w:jc w:val="center"/>
            </w:pPr>
            <w:r>
              <w:rPr>
                <w:b/>
              </w:rPr>
              <w:t>Площадь, м²</w:t>
            </w:r>
          </w:p>
        </w:tc>
        <w:tc>
          <w:tcPr>
            <w:tcW w:w="0" w:type="auto"/>
            <w:shd w:val="clear" w:color="auto" w:fill="E2F0D9"/>
            <w:vAlign w:val="center"/>
          </w:tcPr>
          <w:p w14:paraId="27E8529D" w14:textId="77777777" w:rsidR="007A5E59" w:rsidRDefault="0095198F">
            <w:pPr>
              <w:jc w:val="center"/>
            </w:pPr>
            <w:r>
              <w:rPr>
                <w:b/>
              </w:rPr>
              <w:t>Высота, м</w:t>
            </w:r>
          </w:p>
        </w:tc>
        <w:tc>
          <w:tcPr>
            <w:tcW w:w="0" w:type="auto"/>
            <w:shd w:val="clear" w:color="auto" w:fill="E2F0D9"/>
            <w:vAlign w:val="center"/>
          </w:tcPr>
          <w:p w14:paraId="16B61599" w14:textId="77777777" w:rsidR="007A5E59" w:rsidRDefault="0095198F">
            <w:pPr>
              <w:jc w:val="center"/>
            </w:pPr>
            <w:r>
              <w:rPr>
                <w:b/>
              </w:rPr>
              <w:t>Объем, м³</w:t>
            </w:r>
          </w:p>
        </w:tc>
        <w:tc>
          <w:tcPr>
            <w:tcW w:w="0" w:type="auto"/>
            <w:shd w:val="clear" w:color="auto" w:fill="E2F0D9"/>
            <w:vAlign w:val="center"/>
          </w:tcPr>
          <w:p w14:paraId="626749C6" w14:textId="77777777" w:rsidR="007A5E59" w:rsidRPr="00312815" w:rsidRDefault="0095198F">
            <w:pPr>
              <w:jc w:val="center"/>
              <w:rPr>
                <w:lang w:val="ru-RU"/>
              </w:rPr>
            </w:pPr>
            <w:r w:rsidRPr="00312815">
              <w:rPr>
                <w:b/>
                <w:lang w:val="ru-RU"/>
              </w:rPr>
              <w:t>Прод-сть отопительного периода, час/год</w:t>
            </w:r>
          </w:p>
        </w:tc>
        <w:tc>
          <w:tcPr>
            <w:tcW w:w="0" w:type="auto"/>
            <w:shd w:val="clear" w:color="auto" w:fill="E2F0D9"/>
            <w:vAlign w:val="center"/>
          </w:tcPr>
          <w:p w14:paraId="2F861DCD" w14:textId="77777777" w:rsidR="007A5E59" w:rsidRPr="00312815" w:rsidRDefault="0095198F">
            <w:pPr>
              <w:jc w:val="center"/>
              <w:rPr>
                <w:lang w:val="ru-RU"/>
              </w:rPr>
            </w:pPr>
            <w:r w:rsidRPr="00312815">
              <w:rPr>
                <w:b/>
                <w:lang w:val="ru-RU"/>
              </w:rPr>
              <w:t>Средняя температура отопительного периода, °</w:t>
            </w:r>
            <w:r>
              <w:rPr>
                <w:b/>
              </w:rPr>
              <w:t>C</w:t>
            </w:r>
          </w:p>
        </w:tc>
        <w:tc>
          <w:tcPr>
            <w:tcW w:w="0" w:type="auto"/>
            <w:shd w:val="clear" w:color="auto" w:fill="E2F0D9"/>
            <w:vAlign w:val="center"/>
          </w:tcPr>
          <w:p w14:paraId="47321864" w14:textId="77777777" w:rsidR="007A5E59" w:rsidRPr="00312815" w:rsidRDefault="0095198F">
            <w:pPr>
              <w:jc w:val="center"/>
              <w:rPr>
                <w:lang w:val="ru-RU"/>
              </w:rPr>
            </w:pPr>
            <w:r w:rsidRPr="00312815">
              <w:rPr>
                <w:b/>
                <w:lang w:val="ru-RU"/>
              </w:rPr>
              <w:t>Температура воздуха в помещениях, °</w:t>
            </w:r>
            <w:r>
              <w:rPr>
                <w:b/>
              </w:rPr>
              <w:t>C</w:t>
            </w:r>
          </w:p>
        </w:tc>
        <w:tc>
          <w:tcPr>
            <w:tcW w:w="0" w:type="auto"/>
            <w:shd w:val="clear" w:color="auto" w:fill="E2F0D9"/>
            <w:vAlign w:val="center"/>
          </w:tcPr>
          <w:p w14:paraId="67DE82C7" w14:textId="77777777" w:rsidR="007A5E59" w:rsidRPr="00312815" w:rsidRDefault="0095198F">
            <w:pPr>
              <w:jc w:val="center"/>
              <w:rPr>
                <w:lang w:val="ru-RU"/>
              </w:rPr>
            </w:pPr>
            <w:r w:rsidRPr="00312815">
              <w:rPr>
                <w:b/>
                <w:lang w:val="ru-RU"/>
              </w:rPr>
              <w:t>Удельная отопительная характеристика, ккал/(ч·м³·°</w:t>
            </w:r>
            <w:r>
              <w:rPr>
                <w:b/>
              </w:rPr>
              <w:t>C</w:t>
            </w:r>
            <w:r w:rsidRPr="00312815">
              <w:rPr>
                <w:b/>
                <w:lang w:val="ru-RU"/>
              </w:rPr>
              <w:t>)</w:t>
            </w:r>
          </w:p>
        </w:tc>
        <w:tc>
          <w:tcPr>
            <w:tcW w:w="0" w:type="auto"/>
            <w:shd w:val="clear" w:color="auto" w:fill="E2F0D9"/>
            <w:vAlign w:val="center"/>
          </w:tcPr>
          <w:p w14:paraId="5E4BECF3" w14:textId="77777777" w:rsidR="007A5E59" w:rsidRPr="00312815" w:rsidRDefault="0095198F">
            <w:pPr>
              <w:jc w:val="center"/>
              <w:rPr>
                <w:lang w:val="ru-RU"/>
              </w:rPr>
            </w:pPr>
            <w:r w:rsidRPr="00312815">
              <w:rPr>
                <w:b/>
                <w:lang w:val="ru-RU"/>
              </w:rPr>
              <w:t>Коэффициент корректировки на климатические условия</w:t>
            </w:r>
          </w:p>
        </w:tc>
        <w:tc>
          <w:tcPr>
            <w:tcW w:w="0" w:type="auto"/>
            <w:shd w:val="clear" w:color="auto" w:fill="E2F0D9"/>
            <w:vAlign w:val="center"/>
          </w:tcPr>
          <w:p w14:paraId="21CE0C42" w14:textId="77777777" w:rsidR="007A5E59" w:rsidRPr="00312815" w:rsidRDefault="0095198F">
            <w:pPr>
              <w:jc w:val="center"/>
              <w:rPr>
                <w:lang w:val="ru-RU"/>
              </w:rPr>
            </w:pPr>
            <w:r w:rsidRPr="00312815">
              <w:rPr>
                <w:b/>
                <w:lang w:val="ru-RU"/>
              </w:rPr>
              <w:t>Расчетная температура наружного воздуха, °</w:t>
            </w:r>
            <w:r>
              <w:rPr>
                <w:b/>
              </w:rPr>
              <w:t>C</w:t>
            </w:r>
          </w:p>
        </w:tc>
        <w:tc>
          <w:tcPr>
            <w:tcW w:w="0" w:type="auto"/>
            <w:shd w:val="clear" w:color="auto" w:fill="E2F0D9"/>
            <w:vAlign w:val="center"/>
          </w:tcPr>
          <w:p w14:paraId="78B8FB9E" w14:textId="77777777" w:rsidR="007A5E59" w:rsidRDefault="0095198F">
            <w:pPr>
              <w:jc w:val="center"/>
            </w:pPr>
            <w:r>
              <w:rPr>
                <w:b/>
              </w:rPr>
              <w:t>Q, Гкал/год</w:t>
            </w:r>
          </w:p>
        </w:tc>
        <w:tc>
          <w:tcPr>
            <w:tcW w:w="0" w:type="auto"/>
            <w:shd w:val="clear" w:color="auto" w:fill="E2F0D9"/>
            <w:vAlign w:val="center"/>
          </w:tcPr>
          <w:p w14:paraId="6B99CCB7" w14:textId="77777777" w:rsidR="007A5E59" w:rsidRDefault="0095198F">
            <w:pPr>
              <w:jc w:val="center"/>
            </w:pPr>
            <w:r>
              <w:rPr>
                <w:b/>
              </w:rPr>
              <w:t>Q, Гкал/ч</w:t>
            </w:r>
          </w:p>
        </w:tc>
      </w:tr>
      <w:tr w:rsidR="007A5E59" w14:paraId="79D53558" w14:textId="77777777">
        <w:trPr>
          <w:cantSplit/>
          <w:tblHeader/>
          <w:jc w:val="center"/>
        </w:trPr>
        <w:tc>
          <w:tcPr>
            <w:tcW w:w="0" w:type="auto"/>
            <w:shd w:val="clear" w:color="auto" w:fill="F2F2F2"/>
            <w:vAlign w:val="center"/>
          </w:tcPr>
          <w:p w14:paraId="3019A2EA" w14:textId="77777777" w:rsidR="007A5E59" w:rsidRDefault="0095198F">
            <w:pPr>
              <w:jc w:val="center"/>
            </w:pPr>
            <w:r>
              <w:t>1</w:t>
            </w:r>
          </w:p>
        </w:tc>
        <w:tc>
          <w:tcPr>
            <w:tcW w:w="0" w:type="auto"/>
            <w:shd w:val="clear" w:color="auto" w:fill="F2F2F2"/>
            <w:vAlign w:val="center"/>
          </w:tcPr>
          <w:p w14:paraId="628BB962" w14:textId="77777777" w:rsidR="007A5E59" w:rsidRDefault="0095198F">
            <w:pPr>
              <w:jc w:val="center"/>
            </w:pPr>
            <w:r>
              <w:t>2</w:t>
            </w:r>
          </w:p>
        </w:tc>
        <w:tc>
          <w:tcPr>
            <w:tcW w:w="0" w:type="auto"/>
            <w:shd w:val="clear" w:color="auto" w:fill="F2F2F2"/>
            <w:vAlign w:val="center"/>
          </w:tcPr>
          <w:p w14:paraId="2553BE4B" w14:textId="77777777" w:rsidR="007A5E59" w:rsidRDefault="0095198F">
            <w:pPr>
              <w:jc w:val="center"/>
            </w:pPr>
            <w:r>
              <w:t>3</w:t>
            </w:r>
          </w:p>
        </w:tc>
        <w:tc>
          <w:tcPr>
            <w:tcW w:w="0" w:type="auto"/>
            <w:shd w:val="clear" w:color="auto" w:fill="F2F2F2"/>
            <w:vAlign w:val="center"/>
          </w:tcPr>
          <w:p w14:paraId="18B806FC" w14:textId="77777777" w:rsidR="007A5E59" w:rsidRDefault="0095198F">
            <w:pPr>
              <w:jc w:val="center"/>
            </w:pPr>
            <w:r>
              <w:t>4</w:t>
            </w:r>
          </w:p>
        </w:tc>
        <w:tc>
          <w:tcPr>
            <w:tcW w:w="0" w:type="auto"/>
            <w:shd w:val="clear" w:color="auto" w:fill="F2F2F2"/>
            <w:vAlign w:val="center"/>
          </w:tcPr>
          <w:p w14:paraId="66F0ACD0" w14:textId="77777777" w:rsidR="007A5E59" w:rsidRDefault="0095198F">
            <w:pPr>
              <w:jc w:val="center"/>
            </w:pPr>
            <w:r>
              <w:t>5</w:t>
            </w:r>
          </w:p>
        </w:tc>
        <w:tc>
          <w:tcPr>
            <w:tcW w:w="0" w:type="auto"/>
            <w:shd w:val="clear" w:color="auto" w:fill="F2F2F2"/>
            <w:vAlign w:val="center"/>
          </w:tcPr>
          <w:p w14:paraId="3A229B67" w14:textId="77777777" w:rsidR="007A5E59" w:rsidRDefault="0095198F">
            <w:pPr>
              <w:jc w:val="center"/>
            </w:pPr>
            <w:r>
              <w:t>6</w:t>
            </w:r>
          </w:p>
        </w:tc>
        <w:tc>
          <w:tcPr>
            <w:tcW w:w="0" w:type="auto"/>
            <w:shd w:val="clear" w:color="auto" w:fill="F2F2F2"/>
            <w:vAlign w:val="center"/>
          </w:tcPr>
          <w:p w14:paraId="5CB09136" w14:textId="77777777" w:rsidR="007A5E59" w:rsidRDefault="0095198F">
            <w:pPr>
              <w:jc w:val="center"/>
            </w:pPr>
            <w:r>
              <w:t>7</w:t>
            </w:r>
          </w:p>
        </w:tc>
        <w:tc>
          <w:tcPr>
            <w:tcW w:w="0" w:type="auto"/>
            <w:shd w:val="clear" w:color="auto" w:fill="F2F2F2"/>
            <w:vAlign w:val="center"/>
          </w:tcPr>
          <w:p w14:paraId="7CBFB9CD" w14:textId="77777777" w:rsidR="007A5E59" w:rsidRDefault="0095198F">
            <w:pPr>
              <w:jc w:val="center"/>
            </w:pPr>
            <w:r>
              <w:t>8</w:t>
            </w:r>
          </w:p>
        </w:tc>
        <w:tc>
          <w:tcPr>
            <w:tcW w:w="0" w:type="auto"/>
            <w:shd w:val="clear" w:color="auto" w:fill="F2F2F2"/>
            <w:vAlign w:val="center"/>
          </w:tcPr>
          <w:p w14:paraId="6247F0F8" w14:textId="77777777" w:rsidR="007A5E59" w:rsidRDefault="0095198F">
            <w:pPr>
              <w:jc w:val="center"/>
            </w:pPr>
            <w:r>
              <w:t>9</w:t>
            </w:r>
          </w:p>
        </w:tc>
        <w:tc>
          <w:tcPr>
            <w:tcW w:w="0" w:type="auto"/>
            <w:shd w:val="clear" w:color="auto" w:fill="F2F2F2"/>
            <w:vAlign w:val="center"/>
          </w:tcPr>
          <w:p w14:paraId="7CF451E7" w14:textId="77777777" w:rsidR="007A5E59" w:rsidRDefault="0095198F">
            <w:pPr>
              <w:jc w:val="center"/>
            </w:pPr>
            <w:r>
              <w:t>10</w:t>
            </w:r>
          </w:p>
        </w:tc>
        <w:tc>
          <w:tcPr>
            <w:tcW w:w="0" w:type="auto"/>
            <w:shd w:val="clear" w:color="auto" w:fill="F2F2F2"/>
            <w:vAlign w:val="center"/>
          </w:tcPr>
          <w:p w14:paraId="43F6F5C4" w14:textId="77777777" w:rsidR="007A5E59" w:rsidRDefault="0095198F">
            <w:pPr>
              <w:jc w:val="center"/>
            </w:pPr>
            <w:r>
              <w:t>11</w:t>
            </w:r>
          </w:p>
        </w:tc>
        <w:tc>
          <w:tcPr>
            <w:tcW w:w="0" w:type="auto"/>
            <w:shd w:val="clear" w:color="auto" w:fill="F2F2F2"/>
            <w:vAlign w:val="center"/>
          </w:tcPr>
          <w:p w14:paraId="743F3AF0" w14:textId="77777777" w:rsidR="007A5E59" w:rsidRDefault="0095198F">
            <w:pPr>
              <w:jc w:val="center"/>
            </w:pPr>
            <w:r>
              <w:t>12</w:t>
            </w:r>
          </w:p>
        </w:tc>
        <w:tc>
          <w:tcPr>
            <w:tcW w:w="0" w:type="auto"/>
            <w:shd w:val="clear" w:color="auto" w:fill="F2F2F2"/>
            <w:vAlign w:val="center"/>
          </w:tcPr>
          <w:p w14:paraId="38C5081E" w14:textId="77777777" w:rsidR="007A5E59" w:rsidRDefault="0095198F">
            <w:pPr>
              <w:jc w:val="center"/>
            </w:pPr>
            <w:r>
              <w:t>13</w:t>
            </w:r>
          </w:p>
        </w:tc>
      </w:tr>
      <w:tr w:rsidR="007A5E59" w14:paraId="2D0B579A" w14:textId="77777777">
        <w:trPr>
          <w:jc w:val="center"/>
        </w:trPr>
        <w:tc>
          <w:tcPr>
            <w:tcW w:w="0" w:type="auto"/>
          </w:tcPr>
          <w:p w14:paraId="036C77FE" w14:textId="77777777" w:rsidR="007A5E59" w:rsidRDefault="0095198F">
            <w:pPr>
              <w:jc w:val="center"/>
            </w:pPr>
            <w:r>
              <w:t>1</w:t>
            </w:r>
          </w:p>
        </w:tc>
        <w:tc>
          <w:tcPr>
            <w:tcW w:w="0" w:type="auto"/>
          </w:tcPr>
          <w:p w14:paraId="73440B09" w14:textId="77777777" w:rsidR="007A5E59" w:rsidRDefault="0095198F">
            <w:r>
              <w:t>г. Таштагол / УПК № 1</w:t>
            </w:r>
          </w:p>
        </w:tc>
        <w:tc>
          <w:tcPr>
            <w:tcW w:w="0" w:type="auto"/>
          </w:tcPr>
          <w:p w14:paraId="14684837" w14:textId="77777777" w:rsidR="007A5E59" w:rsidRDefault="0095198F">
            <w:pPr>
              <w:jc w:val="center"/>
            </w:pPr>
            <w:r>
              <w:t>281 998,1</w:t>
            </w:r>
          </w:p>
        </w:tc>
        <w:tc>
          <w:tcPr>
            <w:tcW w:w="0" w:type="auto"/>
          </w:tcPr>
          <w:p w14:paraId="7FA727D7" w14:textId="77777777" w:rsidR="007A5E59" w:rsidRDefault="0095198F">
            <w:pPr>
              <w:jc w:val="center"/>
            </w:pPr>
            <w:r>
              <w:t>4,66</w:t>
            </w:r>
          </w:p>
        </w:tc>
        <w:tc>
          <w:tcPr>
            <w:tcW w:w="0" w:type="auto"/>
          </w:tcPr>
          <w:p w14:paraId="4AB05658" w14:textId="77777777" w:rsidR="007A5E59" w:rsidRDefault="0095198F">
            <w:pPr>
              <w:jc w:val="center"/>
            </w:pPr>
            <w:r>
              <w:t>1 313 659,8</w:t>
            </w:r>
          </w:p>
        </w:tc>
        <w:tc>
          <w:tcPr>
            <w:tcW w:w="0" w:type="auto"/>
          </w:tcPr>
          <w:p w14:paraId="69ED55E4" w14:textId="77777777" w:rsidR="007A5E59" w:rsidRDefault="0095198F">
            <w:pPr>
              <w:jc w:val="center"/>
            </w:pPr>
            <w:r>
              <w:t>5 808,00</w:t>
            </w:r>
          </w:p>
        </w:tc>
        <w:tc>
          <w:tcPr>
            <w:tcW w:w="0" w:type="auto"/>
          </w:tcPr>
          <w:p w14:paraId="5105098F" w14:textId="77777777" w:rsidR="007A5E59" w:rsidRDefault="0095198F">
            <w:r>
              <w:t>-7,9</w:t>
            </w:r>
          </w:p>
        </w:tc>
        <w:tc>
          <w:tcPr>
            <w:tcW w:w="0" w:type="auto"/>
          </w:tcPr>
          <w:p w14:paraId="494C84D8" w14:textId="77777777" w:rsidR="007A5E59" w:rsidRDefault="0095198F">
            <w:pPr>
              <w:jc w:val="center"/>
            </w:pPr>
            <w:r>
              <w:t>20,00</w:t>
            </w:r>
          </w:p>
        </w:tc>
        <w:tc>
          <w:tcPr>
            <w:tcW w:w="0" w:type="auto"/>
          </w:tcPr>
          <w:p w14:paraId="179140C4" w14:textId="77777777" w:rsidR="007A5E59" w:rsidRDefault="0095198F">
            <w:pPr>
              <w:jc w:val="center"/>
            </w:pPr>
            <w:r>
              <w:t>0,3920</w:t>
            </w:r>
          </w:p>
        </w:tc>
        <w:tc>
          <w:tcPr>
            <w:tcW w:w="0" w:type="auto"/>
          </w:tcPr>
          <w:p w14:paraId="3A6E6111" w14:textId="77777777" w:rsidR="007A5E59" w:rsidRDefault="0095198F">
            <w:pPr>
              <w:jc w:val="center"/>
            </w:pPr>
            <w:r>
              <w:t>0,91</w:t>
            </w:r>
          </w:p>
        </w:tc>
        <w:tc>
          <w:tcPr>
            <w:tcW w:w="0" w:type="auto"/>
          </w:tcPr>
          <w:p w14:paraId="378E960E" w14:textId="77777777" w:rsidR="007A5E59" w:rsidRDefault="0095198F">
            <w:r>
              <w:t>-39,0</w:t>
            </w:r>
          </w:p>
        </w:tc>
        <w:tc>
          <w:tcPr>
            <w:tcW w:w="0" w:type="auto"/>
          </w:tcPr>
          <w:p w14:paraId="741F587F" w14:textId="77777777" w:rsidR="007A5E59" w:rsidRDefault="0095198F">
            <w:pPr>
              <w:jc w:val="center"/>
            </w:pPr>
            <w:r>
              <w:t>76 175,3</w:t>
            </w:r>
          </w:p>
        </w:tc>
        <w:tc>
          <w:tcPr>
            <w:tcW w:w="0" w:type="auto"/>
          </w:tcPr>
          <w:p w14:paraId="7192EFED" w14:textId="77777777" w:rsidR="007A5E59" w:rsidRDefault="0095198F">
            <w:pPr>
              <w:jc w:val="center"/>
            </w:pPr>
            <w:r>
              <w:t>27,7355</w:t>
            </w:r>
          </w:p>
        </w:tc>
      </w:tr>
      <w:tr w:rsidR="007A5E59" w14:paraId="6A311654" w14:textId="77777777">
        <w:trPr>
          <w:jc w:val="center"/>
        </w:trPr>
        <w:tc>
          <w:tcPr>
            <w:tcW w:w="0" w:type="auto"/>
          </w:tcPr>
          <w:p w14:paraId="272C7634" w14:textId="77777777" w:rsidR="007A5E59" w:rsidRDefault="0095198F">
            <w:pPr>
              <w:jc w:val="center"/>
            </w:pPr>
            <w:r>
              <w:t>2</w:t>
            </w:r>
          </w:p>
        </w:tc>
        <w:tc>
          <w:tcPr>
            <w:tcW w:w="0" w:type="auto"/>
          </w:tcPr>
          <w:p w14:paraId="6FBF78C3" w14:textId="77777777" w:rsidR="007A5E59" w:rsidRDefault="0095198F">
            <w:r>
              <w:t>г. Таштагол / УПК № 2 Шалым</w:t>
            </w:r>
          </w:p>
        </w:tc>
        <w:tc>
          <w:tcPr>
            <w:tcW w:w="0" w:type="auto"/>
          </w:tcPr>
          <w:p w14:paraId="1F88C2CF" w14:textId="77777777" w:rsidR="007A5E59" w:rsidRDefault="0095198F">
            <w:pPr>
              <w:jc w:val="center"/>
            </w:pPr>
            <w:r>
              <w:t>22 036,0</w:t>
            </w:r>
          </w:p>
        </w:tc>
        <w:tc>
          <w:tcPr>
            <w:tcW w:w="0" w:type="auto"/>
          </w:tcPr>
          <w:p w14:paraId="5CA63D50" w14:textId="77777777" w:rsidR="007A5E59" w:rsidRDefault="0095198F">
            <w:pPr>
              <w:jc w:val="center"/>
            </w:pPr>
            <w:r>
              <w:t>4,59</w:t>
            </w:r>
          </w:p>
        </w:tc>
        <w:tc>
          <w:tcPr>
            <w:tcW w:w="0" w:type="auto"/>
          </w:tcPr>
          <w:p w14:paraId="708B1627" w14:textId="77777777" w:rsidR="007A5E59" w:rsidRDefault="0095198F">
            <w:pPr>
              <w:jc w:val="center"/>
            </w:pPr>
            <w:r>
              <w:t>101 052,5</w:t>
            </w:r>
          </w:p>
        </w:tc>
        <w:tc>
          <w:tcPr>
            <w:tcW w:w="0" w:type="auto"/>
          </w:tcPr>
          <w:p w14:paraId="22DDCC2F" w14:textId="77777777" w:rsidR="007A5E59" w:rsidRDefault="0095198F">
            <w:pPr>
              <w:jc w:val="center"/>
            </w:pPr>
            <w:r>
              <w:t>5 808,00</w:t>
            </w:r>
          </w:p>
        </w:tc>
        <w:tc>
          <w:tcPr>
            <w:tcW w:w="0" w:type="auto"/>
          </w:tcPr>
          <w:p w14:paraId="31EEDDD9" w14:textId="77777777" w:rsidR="007A5E59" w:rsidRDefault="0095198F">
            <w:r>
              <w:t>-7,9</w:t>
            </w:r>
          </w:p>
        </w:tc>
        <w:tc>
          <w:tcPr>
            <w:tcW w:w="0" w:type="auto"/>
          </w:tcPr>
          <w:p w14:paraId="33C19F35" w14:textId="77777777" w:rsidR="007A5E59" w:rsidRDefault="0095198F">
            <w:pPr>
              <w:jc w:val="center"/>
            </w:pPr>
            <w:r>
              <w:t>20,00</w:t>
            </w:r>
          </w:p>
        </w:tc>
        <w:tc>
          <w:tcPr>
            <w:tcW w:w="0" w:type="auto"/>
          </w:tcPr>
          <w:p w14:paraId="260571C6" w14:textId="77777777" w:rsidR="007A5E59" w:rsidRDefault="0095198F">
            <w:pPr>
              <w:jc w:val="center"/>
            </w:pPr>
            <w:r>
              <w:t>0,4743</w:t>
            </w:r>
          </w:p>
        </w:tc>
        <w:tc>
          <w:tcPr>
            <w:tcW w:w="0" w:type="auto"/>
          </w:tcPr>
          <w:p w14:paraId="39EA7147" w14:textId="77777777" w:rsidR="007A5E59" w:rsidRDefault="0095198F">
            <w:pPr>
              <w:jc w:val="center"/>
            </w:pPr>
            <w:r>
              <w:t>0,91</w:t>
            </w:r>
          </w:p>
        </w:tc>
        <w:tc>
          <w:tcPr>
            <w:tcW w:w="0" w:type="auto"/>
          </w:tcPr>
          <w:p w14:paraId="72087B0B" w14:textId="77777777" w:rsidR="007A5E59" w:rsidRDefault="0095198F">
            <w:r>
              <w:t>-39,0</w:t>
            </w:r>
          </w:p>
        </w:tc>
        <w:tc>
          <w:tcPr>
            <w:tcW w:w="0" w:type="auto"/>
          </w:tcPr>
          <w:p w14:paraId="4A65556C" w14:textId="77777777" w:rsidR="007A5E59" w:rsidRDefault="0095198F">
            <w:pPr>
              <w:jc w:val="center"/>
            </w:pPr>
            <w:r>
              <w:t>7 090,0</w:t>
            </w:r>
          </w:p>
        </w:tc>
        <w:tc>
          <w:tcPr>
            <w:tcW w:w="0" w:type="auto"/>
          </w:tcPr>
          <w:p w14:paraId="2C8AF6F6" w14:textId="77777777" w:rsidR="007A5E59" w:rsidRDefault="0095198F">
            <w:pPr>
              <w:jc w:val="center"/>
            </w:pPr>
            <w:r>
              <w:t>2,5815</w:t>
            </w:r>
          </w:p>
        </w:tc>
      </w:tr>
      <w:tr w:rsidR="007A5E59" w14:paraId="05ED24E8" w14:textId="77777777">
        <w:trPr>
          <w:jc w:val="center"/>
        </w:trPr>
        <w:tc>
          <w:tcPr>
            <w:tcW w:w="0" w:type="auto"/>
          </w:tcPr>
          <w:p w14:paraId="783281FC" w14:textId="77777777" w:rsidR="007A5E59" w:rsidRDefault="0095198F">
            <w:pPr>
              <w:jc w:val="center"/>
            </w:pPr>
            <w:r>
              <w:t>3</w:t>
            </w:r>
          </w:p>
        </w:tc>
        <w:tc>
          <w:tcPr>
            <w:tcW w:w="0" w:type="auto"/>
          </w:tcPr>
          <w:p w14:paraId="44B188D9" w14:textId="77777777" w:rsidR="007A5E59" w:rsidRDefault="0095198F">
            <w:r>
              <w:t>г. Таштагол / УПК № 2 ЦМК</w:t>
            </w:r>
          </w:p>
        </w:tc>
        <w:tc>
          <w:tcPr>
            <w:tcW w:w="0" w:type="auto"/>
          </w:tcPr>
          <w:p w14:paraId="69DBC0AD" w14:textId="77777777" w:rsidR="007A5E59" w:rsidRDefault="0095198F">
            <w:pPr>
              <w:jc w:val="center"/>
            </w:pPr>
            <w:r>
              <w:t>16 218,5</w:t>
            </w:r>
          </w:p>
        </w:tc>
        <w:tc>
          <w:tcPr>
            <w:tcW w:w="0" w:type="auto"/>
          </w:tcPr>
          <w:p w14:paraId="2E7B9081" w14:textId="77777777" w:rsidR="007A5E59" w:rsidRDefault="0095198F">
            <w:pPr>
              <w:jc w:val="center"/>
            </w:pPr>
            <w:r>
              <w:t>4,67</w:t>
            </w:r>
          </w:p>
        </w:tc>
        <w:tc>
          <w:tcPr>
            <w:tcW w:w="0" w:type="auto"/>
          </w:tcPr>
          <w:p w14:paraId="55636EAB" w14:textId="77777777" w:rsidR="007A5E59" w:rsidRDefault="0095198F">
            <w:pPr>
              <w:jc w:val="center"/>
            </w:pPr>
            <w:r>
              <w:t>75 803,9</w:t>
            </w:r>
          </w:p>
        </w:tc>
        <w:tc>
          <w:tcPr>
            <w:tcW w:w="0" w:type="auto"/>
          </w:tcPr>
          <w:p w14:paraId="62996CBD" w14:textId="77777777" w:rsidR="007A5E59" w:rsidRDefault="0095198F">
            <w:pPr>
              <w:jc w:val="center"/>
            </w:pPr>
            <w:r>
              <w:t>5 808,00</w:t>
            </w:r>
          </w:p>
        </w:tc>
        <w:tc>
          <w:tcPr>
            <w:tcW w:w="0" w:type="auto"/>
          </w:tcPr>
          <w:p w14:paraId="32ED679A" w14:textId="77777777" w:rsidR="007A5E59" w:rsidRDefault="0095198F">
            <w:r>
              <w:t>-7,9</w:t>
            </w:r>
          </w:p>
        </w:tc>
        <w:tc>
          <w:tcPr>
            <w:tcW w:w="0" w:type="auto"/>
          </w:tcPr>
          <w:p w14:paraId="58AC49B9" w14:textId="77777777" w:rsidR="007A5E59" w:rsidRDefault="0095198F">
            <w:pPr>
              <w:jc w:val="center"/>
            </w:pPr>
            <w:r>
              <w:t>20,00</w:t>
            </w:r>
          </w:p>
        </w:tc>
        <w:tc>
          <w:tcPr>
            <w:tcW w:w="0" w:type="auto"/>
          </w:tcPr>
          <w:p w14:paraId="649522AF" w14:textId="77777777" w:rsidR="007A5E59" w:rsidRDefault="0095198F">
            <w:pPr>
              <w:jc w:val="center"/>
            </w:pPr>
            <w:r>
              <w:t>0,4240</w:t>
            </w:r>
          </w:p>
        </w:tc>
        <w:tc>
          <w:tcPr>
            <w:tcW w:w="0" w:type="auto"/>
          </w:tcPr>
          <w:p w14:paraId="486083AB" w14:textId="77777777" w:rsidR="007A5E59" w:rsidRDefault="0095198F">
            <w:pPr>
              <w:jc w:val="center"/>
            </w:pPr>
            <w:r>
              <w:t>0,91</w:t>
            </w:r>
          </w:p>
        </w:tc>
        <w:tc>
          <w:tcPr>
            <w:tcW w:w="0" w:type="auto"/>
          </w:tcPr>
          <w:p w14:paraId="39A806C5" w14:textId="77777777" w:rsidR="007A5E59" w:rsidRDefault="0095198F">
            <w:r>
              <w:t>-39,0</w:t>
            </w:r>
          </w:p>
        </w:tc>
        <w:tc>
          <w:tcPr>
            <w:tcW w:w="0" w:type="auto"/>
          </w:tcPr>
          <w:p w14:paraId="7E1890A0" w14:textId="77777777" w:rsidR="007A5E59" w:rsidRDefault="0095198F">
            <w:pPr>
              <w:jc w:val="center"/>
            </w:pPr>
            <w:r>
              <w:t>4 754,5</w:t>
            </w:r>
          </w:p>
        </w:tc>
        <w:tc>
          <w:tcPr>
            <w:tcW w:w="0" w:type="auto"/>
          </w:tcPr>
          <w:p w14:paraId="0F713AE5" w14:textId="77777777" w:rsidR="007A5E59" w:rsidRDefault="0095198F">
            <w:pPr>
              <w:jc w:val="center"/>
            </w:pPr>
            <w:r>
              <w:t>1,7311</w:t>
            </w:r>
          </w:p>
        </w:tc>
      </w:tr>
      <w:tr w:rsidR="007A5E59" w14:paraId="16DEC74F" w14:textId="77777777">
        <w:trPr>
          <w:jc w:val="center"/>
        </w:trPr>
        <w:tc>
          <w:tcPr>
            <w:tcW w:w="0" w:type="auto"/>
          </w:tcPr>
          <w:p w14:paraId="75AD9738" w14:textId="77777777" w:rsidR="007A5E59" w:rsidRDefault="0095198F">
            <w:pPr>
              <w:jc w:val="center"/>
            </w:pPr>
            <w:r>
              <w:t>4</w:t>
            </w:r>
          </w:p>
        </w:tc>
        <w:tc>
          <w:tcPr>
            <w:tcW w:w="0" w:type="auto"/>
          </w:tcPr>
          <w:p w14:paraId="1F8F2F5D" w14:textId="77777777" w:rsidR="007A5E59" w:rsidRDefault="0095198F">
            <w:r>
              <w:t>г. Таштагол / УПК № 9 ГРЭ</w:t>
            </w:r>
          </w:p>
        </w:tc>
        <w:tc>
          <w:tcPr>
            <w:tcW w:w="0" w:type="auto"/>
          </w:tcPr>
          <w:p w14:paraId="5318CB8A" w14:textId="77777777" w:rsidR="007A5E59" w:rsidRDefault="0095198F">
            <w:pPr>
              <w:jc w:val="center"/>
            </w:pPr>
            <w:r>
              <w:t>1 367,3</w:t>
            </w:r>
          </w:p>
        </w:tc>
        <w:tc>
          <w:tcPr>
            <w:tcW w:w="0" w:type="auto"/>
          </w:tcPr>
          <w:p w14:paraId="79455548" w14:textId="77777777" w:rsidR="007A5E59" w:rsidRDefault="0095198F">
            <w:pPr>
              <w:jc w:val="center"/>
            </w:pPr>
            <w:r>
              <w:t>3,22</w:t>
            </w:r>
          </w:p>
        </w:tc>
        <w:tc>
          <w:tcPr>
            <w:tcW w:w="0" w:type="auto"/>
          </w:tcPr>
          <w:p w14:paraId="73E5976D" w14:textId="77777777" w:rsidR="007A5E59" w:rsidRDefault="0095198F">
            <w:pPr>
              <w:jc w:val="center"/>
            </w:pPr>
            <w:r>
              <w:t>4 407,6</w:t>
            </w:r>
          </w:p>
        </w:tc>
        <w:tc>
          <w:tcPr>
            <w:tcW w:w="0" w:type="auto"/>
          </w:tcPr>
          <w:p w14:paraId="49EF1C92" w14:textId="77777777" w:rsidR="007A5E59" w:rsidRDefault="0095198F">
            <w:pPr>
              <w:jc w:val="center"/>
            </w:pPr>
            <w:r>
              <w:t>5 808,00</w:t>
            </w:r>
          </w:p>
        </w:tc>
        <w:tc>
          <w:tcPr>
            <w:tcW w:w="0" w:type="auto"/>
          </w:tcPr>
          <w:p w14:paraId="7527DD22" w14:textId="77777777" w:rsidR="007A5E59" w:rsidRDefault="0095198F">
            <w:r>
              <w:t>-7,9</w:t>
            </w:r>
          </w:p>
        </w:tc>
        <w:tc>
          <w:tcPr>
            <w:tcW w:w="0" w:type="auto"/>
          </w:tcPr>
          <w:p w14:paraId="155B683A" w14:textId="77777777" w:rsidR="007A5E59" w:rsidRDefault="0095198F">
            <w:pPr>
              <w:jc w:val="center"/>
            </w:pPr>
            <w:r>
              <w:t>20,00</w:t>
            </w:r>
          </w:p>
        </w:tc>
        <w:tc>
          <w:tcPr>
            <w:tcW w:w="0" w:type="auto"/>
          </w:tcPr>
          <w:p w14:paraId="6EBA2ABF" w14:textId="77777777" w:rsidR="007A5E59" w:rsidRDefault="0095198F">
            <w:pPr>
              <w:jc w:val="center"/>
            </w:pPr>
            <w:r>
              <w:t>0,7995</w:t>
            </w:r>
          </w:p>
        </w:tc>
        <w:tc>
          <w:tcPr>
            <w:tcW w:w="0" w:type="auto"/>
          </w:tcPr>
          <w:p w14:paraId="7706CBA2" w14:textId="77777777" w:rsidR="007A5E59" w:rsidRDefault="0095198F">
            <w:pPr>
              <w:jc w:val="center"/>
            </w:pPr>
            <w:r>
              <w:t>0,91</w:t>
            </w:r>
          </w:p>
        </w:tc>
        <w:tc>
          <w:tcPr>
            <w:tcW w:w="0" w:type="auto"/>
          </w:tcPr>
          <w:p w14:paraId="5ABEF591" w14:textId="77777777" w:rsidR="007A5E59" w:rsidRDefault="0095198F">
            <w:r>
              <w:t>-39,0</w:t>
            </w:r>
          </w:p>
        </w:tc>
        <w:tc>
          <w:tcPr>
            <w:tcW w:w="0" w:type="auto"/>
          </w:tcPr>
          <w:p w14:paraId="6ADFB548" w14:textId="77777777" w:rsidR="007A5E59" w:rsidRDefault="0095198F">
            <w:pPr>
              <w:jc w:val="center"/>
            </w:pPr>
            <w:r>
              <w:t>521,3</w:t>
            </w:r>
          </w:p>
        </w:tc>
        <w:tc>
          <w:tcPr>
            <w:tcW w:w="0" w:type="auto"/>
          </w:tcPr>
          <w:p w14:paraId="233A83CB" w14:textId="77777777" w:rsidR="007A5E59" w:rsidRDefault="0095198F">
            <w:pPr>
              <w:jc w:val="center"/>
            </w:pPr>
            <w:r>
              <w:t>0,1898</w:t>
            </w:r>
          </w:p>
        </w:tc>
      </w:tr>
      <w:tr w:rsidR="007A5E59" w14:paraId="3DE6E73C" w14:textId="77777777">
        <w:trPr>
          <w:jc w:val="center"/>
        </w:trPr>
        <w:tc>
          <w:tcPr>
            <w:tcW w:w="0" w:type="auto"/>
          </w:tcPr>
          <w:p w14:paraId="7B90DCE4" w14:textId="77777777" w:rsidR="007A5E59" w:rsidRDefault="0095198F">
            <w:pPr>
              <w:jc w:val="center"/>
            </w:pPr>
            <w:r>
              <w:t>5</w:t>
            </w:r>
          </w:p>
        </w:tc>
        <w:tc>
          <w:tcPr>
            <w:tcW w:w="0" w:type="auto"/>
          </w:tcPr>
          <w:p w14:paraId="7F7703B2" w14:textId="77777777" w:rsidR="007A5E59" w:rsidRPr="00312815" w:rsidRDefault="0095198F">
            <w:pPr>
              <w:rPr>
                <w:lang w:val="ru-RU"/>
              </w:rPr>
            </w:pPr>
            <w:r w:rsidRPr="00312815">
              <w:rPr>
                <w:lang w:val="ru-RU"/>
              </w:rPr>
              <w:t>пгт Шерегеш / УПК № 5 Новый Шерегеш</w:t>
            </w:r>
          </w:p>
        </w:tc>
        <w:tc>
          <w:tcPr>
            <w:tcW w:w="0" w:type="auto"/>
          </w:tcPr>
          <w:p w14:paraId="13D5C106" w14:textId="77777777" w:rsidR="007A5E59" w:rsidRDefault="0095198F">
            <w:pPr>
              <w:jc w:val="center"/>
            </w:pPr>
            <w:r>
              <w:t>207 411,0</w:t>
            </w:r>
          </w:p>
        </w:tc>
        <w:tc>
          <w:tcPr>
            <w:tcW w:w="0" w:type="auto"/>
          </w:tcPr>
          <w:p w14:paraId="0A5AB250" w14:textId="77777777" w:rsidR="007A5E59" w:rsidRDefault="0095198F">
            <w:pPr>
              <w:jc w:val="center"/>
            </w:pPr>
            <w:r>
              <w:t>4,78</w:t>
            </w:r>
          </w:p>
        </w:tc>
        <w:tc>
          <w:tcPr>
            <w:tcW w:w="0" w:type="auto"/>
          </w:tcPr>
          <w:p w14:paraId="54776434" w14:textId="77777777" w:rsidR="007A5E59" w:rsidRDefault="0095198F">
            <w:pPr>
              <w:jc w:val="center"/>
            </w:pPr>
            <w:r>
              <w:t>991 647,2</w:t>
            </w:r>
          </w:p>
        </w:tc>
        <w:tc>
          <w:tcPr>
            <w:tcW w:w="0" w:type="auto"/>
          </w:tcPr>
          <w:p w14:paraId="034C0120" w14:textId="77777777" w:rsidR="007A5E59" w:rsidRDefault="0095198F">
            <w:pPr>
              <w:jc w:val="center"/>
            </w:pPr>
            <w:r>
              <w:t>5 808,00</w:t>
            </w:r>
          </w:p>
        </w:tc>
        <w:tc>
          <w:tcPr>
            <w:tcW w:w="0" w:type="auto"/>
          </w:tcPr>
          <w:p w14:paraId="15D3E120" w14:textId="77777777" w:rsidR="007A5E59" w:rsidRDefault="0095198F">
            <w:r>
              <w:t>-7,9</w:t>
            </w:r>
          </w:p>
        </w:tc>
        <w:tc>
          <w:tcPr>
            <w:tcW w:w="0" w:type="auto"/>
          </w:tcPr>
          <w:p w14:paraId="7C703A74" w14:textId="77777777" w:rsidR="007A5E59" w:rsidRDefault="0095198F">
            <w:pPr>
              <w:jc w:val="center"/>
            </w:pPr>
            <w:r>
              <w:t>20,00</w:t>
            </w:r>
          </w:p>
        </w:tc>
        <w:tc>
          <w:tcPr>
            <w:tcW w:w="0" w:type="auto"/>
          </w:tcPr>
          <w:p w14:paraId="787F5CF6" w14:textId="77777777" w:rsidR="007A5E59" w:rsidRDefault="0095198F">
            <w:pPr>
              <w:jc w:val="center"/>
            </w:pPr>
            <w:r>
              <w:t>0,3751</w:t>
            </w:r>
          </w:p>
        </w:tc>
        <w:tc>
          <w:tcPr>
            <w:tcW w:w="0" w:type="auto"/>
          </w:tcPr>
          <w:p w14:paraId="491E4E11" w14:textId="77777777" w:rsidR="007A5E59" w:rsidRDefault="0095198F">
            <w:pPr>
              <w:jc w:val="center"/>
            </w:pPr>
            <w:r>
              <w:t>0,91</w:t>
            </w:r>
          </w:p>
        </w:tc>
        <w:tc>
          <w:tcPr>
            <w:tcW w:w="0" w:type="auto"/>
          </w:tcPr>
          <w:p w14:paraId="2AA5B007" w14:textId="77777777" w:rsidR="007A5E59" w:rsidRDefault="0095198F">
            <w:r>
              <w:t>-39,0</w:t>
            </w:r>
          </w:p>
        </w:tc>
        <w:tc>
          <w:tcPr>
            <w:tcW w:w="0" w:type="auto"/>
          </w:tcPr>
          <w:p w14:paraId="315ECBD1" w14:textId="77777777" w:rsidR="007A5E59" w:rsidRDefault="0095198F">
            <w:pPr>
              <w:jc w:val="center"/>
            </w:pPr>
            <w:r>
              <w:t>55 023,7</w:t>
            </w:r>
          </w:p>
        </w:tc>
        <w:tc>
          <w:tcPr>
            <w:tcW w:w="0" w:type="auto"/>
          </w:tcPr>
          <w:p w14:paraId="1CBDF183" w14:textId="77777777" w:rsidR="007A5E59" w:rsidRDefault="0095198F">
            <w:pPr>
              <w:jc w:val="center"/>
            </w:pPr>
            <w:r>
              <w:t>20,0341</w:t>
            </w:r>
          </w:p>
        </w:tc>
      </w:tr>
      <w:tr w:rsidR="007A5E59" w14:paraId="3B71A839" w14:textId="77777777">
        <w:trPr>
          <w:jc w:val="center"/>
        </w:trPr>
        <w:tc>
          <w:tcPr>
            <w:tcW w:w="0" w:type="auto"/>
          </w:tcPr>
          <w:p w14:paraId="5E41CEEC" w14:textId="77777777" w:rsidR="007A5E59" w:rsidRDefault="0095198F">
            <w:pPr>
              <w:jc w:val="center"/>
            </w:pPr>
            <w:r>
              <w:t>6</w:t>
            </w:r>
          </w:p>
        </w:tc>
        <w:tc>
          <w:tcPr>
            <w:tcW w:w="0" w:type="auto"/>
          </w:tcPr>
          <w:p w14:paraId="1DAC23AE" w14:textId="77777777" w:rsidR="007A5E59" w:rsidRPr="00312815" w:rsidRDefault="0095198F">
            <w:pPr>
              <w:rPr>
                <w:lang w:val="ru-RU"/>
              </w:rPr>
            </w:pPr>
            <w:r w:rsidRPr="00312815">
              <w:rPr>
                <w:lang w:val="ru-RU"/>
              </w:rPr>
              <w:t>пгт Шерегеш / УПК № 6 Старый Шерегеш</w:t>
            </w:r>
          </w:p>
        </w:tc>
        <w:tc>
          <w:tcPr>
            <w:tcW w:w="0" w:type="auto"/>
          </w:tcPr>
          <w:p w14:paraId="6FE18BEC" w14:textId="77777777" w:rsidR="007A5E59" w:rsidRDefault="0095198F">
            <w:pPr>
              <w:jc w:val="center"/>
            </w:pPr>
            <w:r>
              <w:t>19 489,8</w:t>
            </w:r>
          </w:p>
        </w:tc>
        <w:tc>
          <w:tcPr>
            <w:tcW w:w="0" w:type="auto"/>
          </w:tcPr>
          <w:p w14:paraId="3AC1C20A" w14:textId="77777777" w:rsidR="007A5E59" w:rsidRDefault="0095198F">
            <w:pPr>
              <w:jc w:val="center"/>
            </w:pPr>
            <w:r>
              <w:t>4,43</w:t>
            </w:r>
          </w:p>
        </w:tc>
        <w:tc>
          <w:tcPr>
            <w:tcW w:w="0" w:type="auto"/>
          </w:tcPr>
          <w:p w14:paraId="363DC34A" w14:textId="77777777" w:rsidR="007A5E59" w:rsidRDefault="0095198F">
            <w:pPr>
              <w:jc w:val="center"/>
            </w:pPr>
            <w:r>
              <w:t>86 419,3</w:t>
            </w:r>
          </w:p>
        </w:tc>
        <w:tc>
          <w:tcPr>
            <w:tcW w:w="0" w:type="auto"/>
          </w:tcPr>
          <w:p w14:paraId="7A79B68F" w14:textId="77777777" w:rsidR="007A5E59" w:rsidRDefault="0095198F">
            <w:pPr>
              <w:jc w:val="center"/>
            </w:pPr>
            <w:r>
              <w:t>5 808,00</w:t>
            </w:r>
          </w:p>
        </w:tc>
        <w:tc>
          <w:tcPr>
            <w:tcW w:w="0" w:type="auto"/>
          </w:tcPr>
          <w:p w14:paraId="2A5D937F" w14:textId="77777777" w:rsidR="007A5E59" w:rsidRDefault="0095198F">
            <w:r>
              <w:t>-7,9</w:t>
            </w:r>
          </w:p>
        </w:tc>
        <w:tc>
          <w:tcPr>
            <w:tcW w:w="0" w:type="auto"/>
          </w:tcPr>
          <w:p w14:paraId="62F0393D" w14:textId="77777777" w:rsidR="007A5E59" w:rsidRDefault="0095198F">
            <w:pPr>
              <w:jc w:val="center"/>
            </w:pPr>
            <w:r>
              <w:t>20,00</w:t>
            </w:r>
          </w:p>
        </w:tc>
        <w:tc>
          <w:tcPr>
            <w:tcW w:w="0" w:type="auto"/>
          </w:tcPr>
          <w:p w14:paraId="34D0CBA7" w14:textId="77777777" w:rsidR="007A5E59" w:rsidRDefault="0095198F">
            <w:pPr>
              <w:jc w:val="center"/>
            </w:pPr>
            <w:r>
              <w:t>0,4436</w:t>
            </w:r>
          </w:p>
        </w:tc>
        <w:tc>
          <w:tcPr>
            <w:tcW w:w="0" w:type="auto"/>
          </w:tcPr>
          <w:p w14:paraId="49218E20" w14:textId="77777777" w:rsidR="007A5E59" w:rsidRDefault="0095198F">
            <w:pPr>
              <w:jc w:val="center"/>
            </w:pPr>
            <w:r>
              <w:t>0,91</w:t>
            </w:r>
          </w:p>
        </w:tc>
        <w:tc>
          <w:tcPr>
            <w:tcW w:w="0" w:type="auto"/>
          </w:tcPr>
          <w:p w14:paraId="27562DE7" w14:textId="77777777" w:rsidR="007A5E59" w:rsidRDefault="0095198F">
            <w:r>
              <w:t>-39,0</w:t>
            </w:r>
          </w:p>
        </w:tc>
        <w:tc>
          <w:tcPr>
            <w:tcW w:w="0" w:type="auto"/>
          </w:tcPr>
          <w:p w14:paraId="302BCD50" w14:textId="77777777" w:rsidR="007A5E59" w:rsidRDefault="0095198F">
            <w:pPr>
              <w:jc w:val="center"/>
            </w:pPr>
            <w:r>
              <w:t>5 670,8</w:t>
            </w:r>
          </w:p>
        </w:tc>
        <w:tc>
          <w:tcPr>
            <w:tcW w:w="0" w:type="auto"/>
          </w:tcPr>
          <w:p w14:paraId="1B703A1A" w14:textId="77777777" w:rsidR="007A5E59" w:rsidRDefault="0095198F">
            <w:pPr>
              <w:jc w:val="center"/>
            </w:pPr>
            <w:r>
              <w:t>2,0648</w:t>
            </w:r>
          </w:p>
        </w:tc>
      </w:tr>
      <w:tr w:rsidR="007A5E59" w14:paraId="45384DC8" w14:textId="77777777">
        <w:trPr>
          <w:jc w:val="center"/>
        </w:trPr>
        <w:tc>
          <w:tcPr>
            <w:tcW w:w="0" w:type="auto"/>
          </w:tcPr>
          <w:p w14:paraId="124F7611" w14:textId="77777777" w:rsidR="007A5E59" w:rsidRDefault="0095198F">
            <w:pPr>
              <w:jc w:val="center"/>
            </w:pPr>
            <w:r>
              <w:t>7</w:t>
            </w:r>
          </w:p>
        </w:tc>
        <w:tc>
          <w:tcPr>
            <w:tcW w:w="0" w:type="auto"/>
          </w:tcPr>
          <w:p w14:paraId="0D71181C" w14:textId="77777777" w:rsidR="007A5E59" w:rsidRDefault="0095198F">
            <w:r>
              <w:t>пгт Каз / УПК № 7 Каз</w:t>
            </w:r>
          </w:p>
        </w:tc>
        <w:tc>
          <w:tcPr>
            <w:tcW w:w="0" w:type="auto"/>
          </w:tcPr>
          <w:p w14:paraId="46B6AAE9" w14:textId="77777777" w:rsidR="007A5E59" w:rsidRDefault="0095198F">
            <w:pPr>
              <w:jc w:val="center"/>
            </w:pPr>
            <w:r>
              <w:t>74 573,5</w:t>
            </w:r>
          </w:p>
        </w:tc>
        <w:tc>
          <w:tcPr>
            <w:tcW w:w="0" w:type="auto"/>
          </w:tcPr>
          <w:p w14:paraId="68C78415" w14:textId="77777777" w:rsidR="007A5E59" w:rsidRDefault="0095198F">
            <w:pPr>
              <w:jc w:val="center"/>
            </w:pPr>
            <w:r>
              <w:t>4,46</w:t>
            </w:r>
          </w:p>
        </w:tc>
        <w:tc>
          <w:tcPr>
            <w:tcW w:w="0" w:type="auto"/>
          </w:tcPr>
          <w:p w14:paraId="492318DB" w14:textId="77777777" w:rsidR="007A5E59" w:rsidRDefault="0095198F">
            <w:pPr>
              <w:jc w:val="center"/>
            </w:pPr>
            <w:r>
              <w:t>332 719,2</w:t>
            </w:r>
          </w:p>
        </w:tc>
        <w:tc>
          <w:tcPr>
            <w:tcW w:w="0" w:type="auto"/>
          </w:tcPr>
          <w:p w14:paraId="627D73BB" w14:textId="77777777" w:rsidR="007A5E59" w:rsidRDefault="0095198F">
            <w:pPr>
              <w:jc w:val="center"/>
            </w:pPr>
            <w:r>
              <w:t>5 808,00</w:t>
            </w:r>
          </w:p>
        </w:tc>
        <w:tc>
          <w:tcPr>
            <w:tcW w:w="0" w:type="auto"/>
          </w:tcPr>
          <w:p w14:paraId="01CDB58A" w14:textId="77777777" w:rsidR="007A5E59" w:rsidRDefault="0095198F">
            <w:r>
              <w:t>-7,9</w:t>
            </w:r>
          </w:p>
        </w:tc>
        <w:tc>
          <w:tcPr>
            <w:tcW w:w="0" w:type="auto"/>
          </w:tcPr>
          <w:p w14:paraId="4BBA1220" w14:textId="77777777" w:rsidR="007A5E59" w:rsidRDefault="0095198F">
            <w:pPr>
              <w:jc w:val="center"/>
            </w:pPr>
            <w:r>
              <w:t>20,00</w:t>
            </w:r>
          </w:p>
        </w:tc>
        <w:tc>
          <w:tcPr>
            <w:tcW w:w="0" w:type="auto"/>
          </w:tcPr>
          <w:p w14:paraId="3C5628CC" w14:textId="77777777" w:rsidR="007A5E59" w:rsidRDefault="0095198F">
            <w:pPr>
              <w:jc w:val="center"/>
            </w:pPr>
            <w:r>
              <w:t>0,4117</w:t>
            </w:r>
          </w:p>
        </w:tc>
        <w:tc>
          <w:tcPr>
            <w:tcW w:w="0" w:type="auto"/>
          </w:tcPr>
          <w:p w14:paraId="5067FC6A" w14:textId="77777777" w:rsidR="007A5E59" w:rsidRDefault="0095198F">
            <w:pPr>
              <w:jc w:val="center"/>
            </w:pPr>
            <w:r>
              <w:t>0,91</w:t>
            </w:r>
          </w:p>
        </w:tc>
        <w:tc>
          <w:tcPr>
            <w:tcW w:w="0" w:type="auto"/>
          </w:tcPr>
          <w:p w14:paraId="404B5456" w14:textId="77777777" w:rsidR="007A5E59" w:rsidRDefault="0095198F">
            <w:r>
              <w:t>-39,0</w:t>
            </w:r>
          </w:p>
        </w:tc>
        <w:tc>
          <w:tcPr>
            <w:tcW w:w="0" w:type="auto"/>
          </w:tcPr>
          <w:p w14:paraId="24EF3B50" w14:textId="77777777" w:rsidR="007A5E59" w:rsidRDefault="0095198F">
            <w:pPr>
              <w:jc w:val="center"/>
            </w:pPr>
            <w:r>
              <w:t>20 263,0</w:t>
            </w:r>
          </w:p>
        </w:tc>
        <w:tc>
          <w:tcPr>
            <w:tcW w:w="0" w:type="auto"/>
          </w:tcPr>
          <w:p w14:paraId="08C33E43" w14:textId="77777777" w:rsidR="007A5E59" w:rsidRDefault="0095198F">
            <w:pPr>
              <w:jc w:val="center"/>
            </w:pPr>
            <w:r>
              <w:t>7,3778</w:t>
            </w:r>
          </w:p>
        </w:tc>
      </w:tr>
      <w:tr w:rsidR="007A5E59" w14:paraId="2194B1B7" w14:textId="77777777">
        <w:trPr>
          <w:jc w:val="center"/>
        </w:trPr>
        <w:tc>
          <w:tcPr>
            <w:tcW w:w="0" w:type="auto"/>
          </w:tcPr>
          <w:p w14:paraId="1C0CC966" w14:textId="77777777" w:rsidR="007A5E59" w:rsidRDefault="0095198F">
            <w:pPr>
              <w:jc w:val="center"/>
            </w:pPr>
            <w:r>
              <w:t>8</w:t>
            </w:r>
          </w:p>
        </w:tc>
        <w:tc>
          <w:tcPr>
            <w:tcW w:w="0" w:type="auto"/>
          </w:tcPr>
          <w:p w14:paraId="31971C6E" w14:textId="77777777" w:rsidR="007A5E59" w:rsidRDefault="0095198F">
            <w:r>
              <w:t>пгт Мундыбаш / УПК № 8 Мундыбаш</w:t>
            </w:r>
          </w:p>
        </w:tc>
        <w:tc>
          <w:tcPr>
            <w:tcW w:w="0" w:type="auto"/>
          </w:tcPr>
          <w:p w14:paraId="0D2A81A7" w14:textId="77777777" w:rsidR="007A5E59" w:rsidRDefault="0095198F">
            <w:pPr>
              <w:jc w:val="center"/>
            </w:pPr>
            <w:r>
              <w:t>73 276,3</w:t>
            </w:r>
          </w:p>
        </w:tc>
        <w:tc>
          <w:tcPr>
            <w:tcW w:w="0" w:type="auto"/>
          </w:tcPr>
          <w:p w14:paraId="32BCA767" w14:textId="77777777" w:rsidR="007A5E59" w:rsidRDefault="0095198F">
            <w:pPr>
              <w:jc w:val="center"/>
            </w:pPr>
            <w:r>
              <w:t>4,30</w:t>
            </w:r>
          </w:p>
        </w:tc>
        <w:tc>
          <w:tcPr>
            <w:tcW w:w="0" w:type="auto"/>
          </w:tcPr>
          <w:p w14:paraId="0A6EFC0E" w14:textId="77777777" w:rsidR="007A5E59" w:rsidRDefault="0095198F">
            <w:pPr>
              <w:jc w:val="center"/>
            </w:pPr>
            <w:r>
              <w:t>314 740,7</w:t>
            </w:r>
          </w:p>
        </w:tc>
        <w:tc>
          <w:tcPr>
            <w:tcW w:w="0" w:type="auto"/>
          </w:tcPr>
          <w:p w14:paraId="5EC84C32" w14:textId="77777777" w:rsidR="007A5E59" w:rsidRDefault="0095198F">
            <w:pPr>
              <w:jc w:val="center"/>
            </w:pPr>
            <w:r>
              <w:t>5 808,00</w:t>
            </w:r>
          </w:p>
        </w:tc>
        <w:tc>
          <w:tcPr>
            <w:tcW w:w="0" w:type="auto"/>
          </w:tcPr>
          <w:p w14:paraId="45201353" w14:textId="77777777" w:rsidR="007A5E59" w:rsidRDefault="0095198F">
            <w:r>
              <w:t>-7,9</w:t>
            </w:r>
          </w:p>
        </w:tc>
        <w:tc>
          <w:tcPr>
            <w:tcW w:w="0" w:type="auto"/>
          </w:tcPr>
          <w:p w14:paraId="7A9225F9" w14:textId="77777777" w:rsidR="007A5E59" w:rsidRDefault="0095198F">
            <w:pPr>
              <w:jc w:val="center"/>
            </w:pPr>
            <w:r>
              <w:t>20,00</w:t>
            </w:r>
          </w:p>
        </w:tc>
        <w:tc>
          <w:tcPr>
            <w:tcW w:w="0" w:type="auto"/>
          </w:tcPr>
          <w:p w14:paraId="53C7C4F5" w14:textId="77777777" w:rsidR="007A5E59" w:rsidRDefault="0095198F">
            <w:pPr>
              <w:jc w:val="center"/>
            </w:pPr>
            <w:r>
              <w:t>0,4258</w:t>
            </w:r>
          </w:p>
        </w:tc>
        <w:tc>
          <w:tcPr>
            <w:tcW w:w="0" w:type="auto"/>
          </w:tcPr>
          <w:p w14:paraId="31DBBC74" w14:textId="77777777" w:rsidR="007A5E59" w:rsidRDefault="0095198F">
            <w:pPr>
              <w:jc w:val="center"/>
            </w:pPr>
            <w:r>
              <w:t>0,91</w:t>
            </w:r>
          </w:p>
        </w:tc>
        <w:tc>
          <w:tcPr>
            <w:tcW w:w="0" w:type="auto"/>
          </w:tcPr>
          <w:p w14:paraId="55D972A0" w14:textId="77777777" w:rsidR="007A5E59" w:rsidRDefault="0095198F">
            <w:r>
              <w:t>-39,0</w:t>
            </w:r>
          </w:p>
        </w:tc>
        <w:tc>
          <w:tcPr>
            <w:tcW w:w="0" w:type="auto"/>
          </w:tcPr>
          <w:p w14:paraId="120F3EB7" w14:textId="77777777" w:rsidR="007A5E59" w:rsidRDefault="0095198F">
            <w:pPr>
              <w:jc w:val="center"/>
            </w:pPr>
            <w:r>
              <w:t>19 824,6</w:t>
            </w:r>
          </w:p>
        </w:tc>
        <w:tc>
          <w:tcPr>
            <w:tcW w:w="0" w:type="auto"/>
          </w:tcPr>
          <w:p w14:paraId="6DE5BD1B" w14:textId="77777777" w:rsidR="007A5E59" w:rsidRDefault="0095198F">
            <w:pPr>
              <w:jc w:val="center"/>
            </w:pPr>
            <w:r>
              <w:t>7,2181</w:t>
            </w:r>
          </w:p>
        </w:tc>
      </w:tr>
      <w:tr w:rsidR="007A5E59" w14:paraId="7C9E2C16" w14:textId="77777777">
        <w:trPr>
          <w:jc w:val="center"/>
        </w:trPr>
        <w:tc>
          <w:tcPr>
            <w:tcW w:w="0" w:type="auto"/>
          </w:tcPr>
          <w:p w14:paraId="60728B86" w14:textId="77777777" w:rsidR="007A5E59" w:rsidRDefault="0095198F">
            <w:pPr>
              <w:jc w:val="center"/>
            </w:pPr>
            <w:r>
              <w:t>9</w:t>
            </w:r>
          </w:p>
        </w:tc>
        <w:tc>
          <w:tcPr>
            <w:tcW w:w="0" w:type="auto"/>
          </w:tcPr>
          <w:p w14:paraId="255F8FEA" w14:textId="77777777" w:rsidR="007A5E59" w:rsidRPr="00312815" w:rsidRDefault="0095198F">
            <w:pPr>
              <w:rPr>
                <w:lang w:val="ru-RU"/>
              </w:rPr>
            </w:pPr>
            <w:r w:rsidRPr="00312815">
              <w:rPr>
                <w:lang w:val="ru-RU"/>
              </w:rPr>
              <w:t>пгт Темиртау / УПК № 10 Темир-Тау</w:t>
            </w:r>
          </w:p>
        </w:tc>
        <w:tc>
          <w:tcPr>
            <w:tcW w:w="0" w:type="auto"/>
          </w:tcPr>
          <w:p w14:paraId="5E20BDA0" w14:textId="77777777" w:rsidR="007A5E59" w:rsidRDefault="0095198F">
            <w:pPr>
              <w:jc w:val="center"/>
            </w:pPr>
            <w:r>
              <w:t>58 176,4</w:t>
            </w:r>
          </w:p>
        </w:tc>
        <w:tc>
          <w:tcPr>
            <w:tcW w:w="0" w:type="auto"/>
          </w:tcPr>
          <w:p w14:paraId="2917971E" w14:textId="77777777" w:rsidR="007A5E59" w:rsidRDefault="0095198F">
            <w:pPr>
              <w:jc w:val="center"/>
            </w:pPr>
            <w:r>
              <w:t>3,91</w:t>
            </w:r>
          </w:p>
        </w:tc>
        <w:tc>
          <w:tcPr>
            <w:tcW w:w="0" w:type="auto"/>
          </w:tcPr>
          <w:p w14:paraId="090D1445" w14:textId="77777777" w:rsidR="007A5E59" w:rsidRDefault="0095198F">
            <w:pPr>
              <w:jc w:val="center"/>
            </w:pPr>
            <w:r>
              <w:t>227 715,7</w:t>
            </w:r>
          </w:p>
        </w:tc>
        <w:tc>
          <w:tcPr>
            <w:tcW w:w="0" w:type="auto"/>
          </w:tcPr>
          <w:p w14:paraId="55CF61A6" w14:textId="77777777" w:rsidR="007A5E59" w:rsidRDefault="0095198F">
            <w:pPr>
              <w:jc w:val="center"/>
            </w:pPr>
            <w:r>
              <w:t>5 808,00</w:t>
            </w:r>
          </w:p>
        </w:tc>
        <w:tc>
          <w:tcPr>
            <w:tcW w:w="0" w:type="auto"/>
          </w:tcPr>
          <w:p w14:paraId="0FE1FB31" w14:textId="77777777" w:rsidR="007A5E59" w:rsidRDefault="0095198F">
            <w:r>
              <w:t>-7,9</w:t>
            </w:r>
          </w:p>
        </w:tc>
        <w:tc>
          <w:tcPr>
            <w:tcW w:w="0" w:type="auto"/>
          </w:tcPr>
          <w:p w14:paraId="6B6E5121" w14:textId="77777777" w:rsidR="007A5E59" w:rsidRDefault="0095198F">
            <w:pPr>
              <w:jc w:val="center"/>
            </w:pPr>
            <w:r>
              <w:t>20,00</w:t>
            </w:r>
          </w:p>
        </w:tc>
        <w:tc>
          <w:tcPr>
            <w:tcW w:w="0" w:type="auto"/>
          </w:tcPr>
          <w:p w14:paraId="022B4006" w14:textId="77777777" w:rsidR="007A5E59" w:rsidRDefault="0095198F">
            <w:pPr>
              <w:jc w:val="center"/>
            </w:pPr>
            <w:r>
              <w:t>0,4504</w:t>
            </w:r>
          </w:p>
        </w:tc>
        <w:tc>
          <w:tcPr>
            <w:tcW w:w="0" w:type="auto"/>
          </w:tcPr>
          <w:p w14:paraId="5043E259" w14:textId="77777777" w:rsidR="007A5E59" w:rsidRDefault="0095198F">
            <w:pPr>
              <w:jc w:val="center"/>
            </w:pPr>
            <w:r>
              <w:t>0,91</w:t>
            </w:r>
          </w:p>
        </w:tc>
        <w:tc>
          <w:tcPr>
            <w:tcW w:w="0" w:type="auto"/>
          </w:tcPr>
          <w:p w14:paraId="574F44B4" w14:textId="77777777" w:rsidR="007A5E59" w:rsidRDefault="0095198F">
            <w:r>
              <w:t>-39,0</w:t>
            </w:r>
          </w:p>
        </w:tc>
        <w:tc>
          <w:tcPr>
            <w:tcW w:w="0" w:type="auto"/>
          </w:tcPr>
          <w:p w14:paraId="170B8C1A" w14:textId="77777777" w:rsidR="007A5E59" w:rsidRDefault="0095198F">
            <w:pPr>
              <w:jc w:val="center"/>
            </w:pPr>
            <w:r>
              <w:t>15 171,8</w:t>
            </w:r>
          </w:p>
        </w:tc>
        <w:tc>
          <w:tcPr>
            <w:tcW w:w="0" w:type="auto"/>
          </w:tcPr>
          <w:p w14:paraId="310A8BB3" w14:textId="77777777" w:rsidR="007A5E59" w:rsidRDefault="0095198F">
            <w:pPr>
              <w:jc w:val="center"/>
            </w:pPr>
            <w:r>
              <w:t>5,5241</w:t>
            </w:r>
          </w:p>
        </w:tc>
      </w:tr>
      <w:tr w:rsidR="007A5E59" w14:paraId="3F09C643" w14:textId="77777777">
        <w:trPr>
          <w:jc w:val="center"/>
        </w:trPr>
        <w:tc>
          <w:tcPr>
            <w:tcW w:w="0" w:type="auto"/>
          </w:tcPr>
          <w:p w14:paraId="5B0E54EE" w14:textId="77777777" w:rsidR="007A5E59" w:rsidRDefault="0095198F">
            <w:pPr>
              <w:jc w:val="center"/>
            </w:pPr>
            <w:r>
              <w:t>10</w:t>
            </w:r>
          </w:p>
        </w:tc>
        <w:tc>
          <w:tcPr>
            <w:tcW w:w="0" w:type="auto"/>
          </w:tcPr>
          <w:p w14:paraId="4FDD21ED" w14:textId="77777777" w:rsidR="007A5E59" w:rsidRDefault="0095198F">
            <w:r>
              <w:t>пгт Спасск / УПК № 3 Спасск</w:t>
            </w:r>
          </w:p>
        </w:tc>
        <w:tc>
          <w:tcPr>
            <w:tcW w:w="0" w:type="auto"/>
          </w:tcPr>
          <w:p w14:paraId="716B576A" w14:textId="77777777" w:rsidR="007A5E59" w:rsidRDefault="0095198F">
            <w:pPr>
              <w:jc w:val="center"/>
            </w:pPr>
            <w:r>
              <w:t>6 131,5</w:t>
            </w:r>
          </w:p>
        </w:tc>
        <w:tc>
          <w:tcPr>
            <w:tcW w:w="0" w:type="auto"/>
          </w:tcPr>
          <w:p w14:paraId="3E0560F0" w14:textId="77777777" w:rsidR="007A5E59" w:rsidRDefault="0095198F">
            <w:pPr>
              <w:jc w:val="center"/>
            </w:pPr>
            <w:r>
              <w:t>2,94</w:t>
            </w:r>
          </w:p>
        </w:tc>
        <w:tc>
          <w:tcPr>
            <w:tcW w:w="0" w:type="auto"/>
          </w:tcPr>
          <w:p w14:paraId="6F64B286" w14:textId="77777777" w:rsidR="007A5E59" w:rsidRDefault="0095198F">
            <w:pPr>
              <w:jc w:val="center"/>
            </w:pPr>
            <w:r>
              <w:t>18 002,8</w:t>
            </w:r>
          </w:p>
        </w:tc>
        <w:tc>
          <w:tcPr>
            <w:tcW w:w="0" w:type="auto"/>
          </w:tcPr>
          <w:p w14:paraId="0521A8A2" w14:textId="77777777" w:rsidR="007A5E59" w:rsidRDefault="0095198F">
            <w:pPr>
              <w:jc w:val="center"/>
            </w:pPr>
            <w:r>
              <w:t>5 808,00</w:t>
            </w:r>
          </w:p>
        </w:tc>
        <w:tc>
          <w:tcPr>
            <w:tcW w:w="0" w:type="auto"/>
          </w:tcPr>
          <w:p w14:paraId="774EFC54" w14:textId="77777777" w:rsidR="007A5E59" w:rsidRDefault="0095198F">
            <w:r>
              <w:t>-7,9</w:t>
            </w:r>
          </w:p>
        </w:tc>
        <w:tc>
          <w:tcPr>
            <w:tcW w:w="0" w:type="auto"/>
          </w:tcPr>
          <w:p w14:paraId="2C332C89" w14:textId="77777777" w:rsidR="007A5E59" w:rsidRDefault="0095198F">
            <w:pPr>
              <w:jc w:val="center"/>
            </w:pPr>
            <w:r>
              <w:t>20,00</w:t>
            </w:r>
          </w:p>
        </w:tc>
        <w:tc>
          <w:tcPr>
            <w:tcW w:w="0" w:type="auto"/>
          </w:tcPr>
          <w:p w14:paraId="42404DB9" w14:textId="77777777" w:rsidR="007A5E59" w:rsidRDefault="0095198F">
            <w:pPr>
              <w:jc w:val="center"/>
            </w:pPr>
            <w:r>
              <w:t>0,8190</w:t>
            </w:r>
          </w:p>
        </w:tc>
        <w:tc>
          <w:tcPr>
            <w:tcW w:w="0" w:type="auto"/>
          </w:tcPr>
          <w:p w14:paraId="37F296C3" w14:textId="77777777" w:rsidR="007A5E59" w:rsidRDefault="0095198F">
            <w:pPr>
              <w:jc w:val="center"/>
            </w:pPr>
            <w:r>
              <w:t>0,91</w:t>
            </w:r>
          </w:p>
        </w:tc>
        <w:tc>
          <w:tcPr>
            <w:tcW w:w="0" w:type="auto"/>
          </w:tcPr>
          <w:p w14:paraId="708E8789" w14:textId="77777777" w:rsidR="007A5E59" w:rsidRDefault="0095198F">
            <w:r>
              <w:t>-39,0</w:t>
            </w:r>
          </w:p>
        </w:tc>
        <w:tc>
          <w:tcPr>
            <w:tcW w:w="0" w:type="auto"/>
          </w:tcPr>
          <w:p w14:paraId="26F284AA" w14:textId="77777777" w:rsidR="007A5E59" w:rsidRDefault="0095198F">
            <w:pPr>
              <w:jc w:val="center"/>
            </w:pPr>
            <w:r>
              <w:t>2 181,1</w:t>
            </w:r>
          </w:p>
        </w:tc>
        <w:tc>
          <w:tcPr>
            <w:tcW w:w="0" w:type="auto"/>
          </w:tcPr>
          <w:p w14:paraId="40D824D5" w14:textId="77777777" w:rsidR="007A5E59" w:rsidRDefault="0095198F">
            <w:pPr>
              <w:jc w:val="center"/>
            </w:pPr>
            <w:r>
              <w:t>0,7941</w:t>
            </w:r>
          </w:p>
        </w:tc>
      </w:tr>
      <w:tr w:rsidR="007A5E59" w14:paraId="1B86A8FC" w14:textId="77777777">
        <w:trPr>
          <w:jc w:val="center"/>
        </w:trPr>
        <w:tc>
          <w:tcPr>
            <w:tcW w:w="0" w:type="auto"/>
            <w:shd w:val="clear" w:color="auto" w:fill="DBE5F1"/>
          </w:tcPr>
          <w:p w14:paraId="7507CBBB" w14:textId="77777777" w:rsidR="007A5E59" w:rsidRDefault="0095198F">
            <w:r>
              <w:rPr>
                <w:b/>
              </w:rPr>
              <w:t>Итого:</w:t>
            </w:r>
          </w:p>
        </w:tc>
        <w:tc>
          <w:tcPr>
            <w:tcW w:w="0" w:type="auto"/>
            <w:shd w:val="clear" w:color="auto" w:fill="DBE5F1"/>
          </w:tcPr>
          <w:p w14:paraId="471FCB81" w14:textId="77777777" w:rsidR="007A5E59" w:rsidRDefault="007A5E59"/>
        </w:tc>
        <w:tc>
          <w:tcPr>
            <w:tcW w:w="0" w:type="auto"/>
            <w:shd w:val="clear" w:color="auto" w:fill="DBE5F1"/>
          </w:tcPr>
          <w:p w14:paraId="29CEF665" w14:textId="77777777" w:rsidR="007A5E59" w:rsidRDefault="0095198F">
            <w:pPr>
              <w:jc w:val="center"/>
            </w:pPr>
            <w:r>
              <w:rPr>
                <w:b/>
              </w:rPr>
              <w:t>760 678,3</w:t>
            </w:r>
          </w:p>
        </w:tc>
        <w:tc>
          <w:tcPr>
            <w:tcW w:w="0" w:type="auto"/>
            <w:shd w:val="clear" w:color="auto" w:fill="DBE5F1"/>
          </w:tcPr>
          <w:p w14:paraId="03CF5511" w14:textId="77777777" w:rsidR="007A5E59" w:rsidRDefault="007A5E59"/>
        </w:tc>
        <w:tc>
          <w:tcPr>
            <w:tcW w:w="0" w:type="auto"/>
            <w:shd w:val="clear" w:color="auto" w:fill="DBE5F1"/>
          </w:tcPr>
          <w:p w14:paraId="43FF0E85" w14:textId="77777777" w:rsidR="007A5E59" w:rsidRDefault="0095198F">
            <w:pPr>
              <w:jc w:val="center"/>
            </w:pPr>
            <w:r>
              <w:rPr>
                <w:b/>
              </w:rPr>
              <w:t>3 466 168,6</w:t>
            </w:r>
          </w:p>
        </w:tc>
        <w:tc>
          <w:tcPr>
            <w:tcW w:w="0" w:type="auto"/>
            <w:shd w:val="clear" w:color="auto" w:fill="DBE5F1"/>
          </w:tcPr>
          <w:p w14:paraId="2ADCD7A3" w14:textId="77777777" w:rsidR="007A5E59" w:rsidRDefault="007A5E59"/>
        </w:tc>
        <w:tc>
          <w:tcPr>
            <w:tcW w:w="0" w:type="auto"/>
            <w:shd w:val="clear" w:color="auto" w:fill="DBE5F1"/>
          </w:tcPr>
          <w:p w14:paraId="75496174" w14:textId="77777777" w:rsidR="007A5E59" w:rsidRDefault="007A5E59"/>
        </w:tc>
        <w:tc>
          <w:tcPr>
            <w:tcW w:w="0" w:type="auto"/>
            <w:shd w:val="clear" w:color="auto" w:fill="DBE5F1"/>
          </w:tcPr>
          <w:p w14:paraId="1B2C85CC" w14:textId="77777777" w:rsidR="007A5E59" w:rsidRDefault="007A5E59"/>
        </w:tc>
        <w:tc>
          <w:tcPr>
            <w:tcW w:w="0" w:type="auto"/>
            <w:shd w:val="clear" w:color="auto" w:fill="DBE5F1"/>
          </w:tcPr>
          <w:p w14:paraId="161590E5" w14:textId="77777777" w:rsidR="007A5E59" w:rsidRDefault="007A5E59"/>
        </w:tc>
        <w:tc>
          <w:tcPr>
            <w:tcW w:w="0" w:type="auto"/>
            <w:shd w:val="clear" w:color="auto" w:fill="DBE5F1"/>
          </w:tcPr>
          <w:p w14:paraId="546453FE" w14:textId="77777777" w:rsidR="007A5E59" w:rsidRDefault="007A5E59"/>
        </w:tc>
        <w:tc>
          <w:tcPr>
            <w:tcW w:w="0" w:type="auto"/>
            <w:shd w:val="clear" w:color="auto" w:fill="DBE5F1"/>
          </w:tcPr>
          <w:p w14:paraId="27F716F5" w14:textId="77777777" w:rsidR="007A5E59" w:rsidRDefault="007A5E59"/>
        </w:tc>
        <w:tc>
          <w:tcPr>
            <w:tcW w:w="0" w:type="auto"/>
            <w:shd w:val="clear" w:color="auto" w:fill="DBE5F1"/>
          </w:tcPr>
          <w:p w14:paraId="4D388D1E" w14:textId="77777777" w:rsidR="007A5E59" w:rsidRDefault="0095198F">
            <w:pPr>
              <w:jc w:val="center"/>
            </w:pPr>
            <w:r>
              <w:rPr>
                <w:b/>
              </w:rPr>
              <w:t>206 675,93</w:t>
            </w:r>
          </w:p>
        </w:tc>
        <w:tc>
          <w:tcPr>
            <w:tcW w:w="0" w:type="auto"/>
            <w:shd w:val="clear" w:color="auto" w:fill="DBE5F1"/>
          </w:tcPr>
          <w:p w14:paraId="0D8AA91E" w14:textId="77777777" w:rsidR="007A5E59" w:rsidRDefault="0095198F">
            <w:pPr>
              <w:jc w:val="center"/>
            </w:pPr>
            <w:r>
              <w:rPr>
                <w:b/>
              </w:rPr>
              <w:t>75,25</w:t>
            </w:r>
          </w:p>
        </w:tc>
      </w:tr>
    </w:tbl>
    <w:p w14:paraId="180D9128" w14:textId="77777777" w:rsidR="00B808F9" w:rsidRDefault="00B808F9">
      <w:pPr>
        <w:sectPr w:rsidR="00B808F9" w:rsidSect="00034616">
          <w:footerReference w:type="default" r:id="rId106"/>
          <w:pgSz w:w="16838" w:h="11906" w:orient="landscape"/>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B867B8E" w14:textId="77777777" w:rsidR="007A5E59" w:rsidRPr="00312815" w:rsidRDefault="0095198F">
      <w:pPr>
        <w:spacing w:after="0"/>
        <w:ind w:firstLine="709"/>
        <w:jc w:val="both"/>
        <w:rPr>
          <w:lang w:val="ru-RU"/>
        </w:rPr>
      </w:pPr>
      <w:r w:rsidRPr="00312815">
        <w:rPr>
          <w:lang w:val="ru-RU"/>
        </w:rPr>
        <w:t>1. Источники данных. Площадь и строительный объём жилых домов приняты по реестру потребителей ООО УК «ЮКЭК» (документ из 28 страниц, раздел «Расчёт расхода тепловой энергии на отопление и ГВС — жилые дома», страницы 1–17). Перенесены только показатели геометрии, не зависящие от климатического базиса.</w:t>
      </w:r>
    </w:p>
    <w:p w14:paraId="513ED020" w14:textId="77777777" w:rsidR="007A5E59" w:rsidRPr="00312815" w:rsidRDefault="0095198F">
      <w:pPr>
        <w:spacing w:after="0"/>
        <w:ind w:firstLine="709"/>
        <w:jc w:val="both"/>
        <w:rPr>
          <w:lang w:val="ru-RU"/>
        </w:rPr>
      </w:pPr>
      <w:r w:rsidRPr="00312815">
        <w:rPr>
          <w:lang w:val="ru-RU"/>
        </w:rPr>
        <w:t>2. Итог таблицы. Приведён подтверждённый итог по жилым домам зон обслуживания ООО УК «ЮКЭК»: 760 678,31 м² и 3 466 168,60 м³. Подписанный контрольный объём документа — 3 466 168,59 м³; расхождение 0,01 м³ возникает от округления при чтении зон и на результат не влияет.</w:t>
      </w:r>
    </w:p>
    <w:p w14:paraId="71C337C9" w14:textId="77777777" w:rsidR="007A5E59" w:rsidRPr="00312815" w:rsidRDefault="0095198F">
      <w:pPr>
        <w:spacing w:after="0"/>
        <w:ind w:firstLine="709"/>
        <w:jc w:val="both"/>
        <w:rPr>
          <w:lang w:val="ru-RU"/>
        </w:rPr>
      </w:pPr>
      <w:r w:rsidRPr="00312815">
        <w:rPr>
          <w:lang w:val="ru-RU"/>
        </w:rPr>
        <w:t>3. Охват. Итог не является полным итогом отапливаемых объектов округа: реестр не содержит доказательных площадей и строительных объёмов бюджетных организаций, юридических лиц, индивидуальных предпринимателей, промышленных потребителей, горнорудных предприятий и прочих нежилых объектов.</w:t>
      </w:r>
    </w:p>
    <w:p w14:paraId="694003E4" w14:textId="77777777" w:rsidR="007A5E59" w:rsidRPr="00312815" w:rsidRDefault="0095198F">
      <w:pPr>
        <w:spacing w:after="0"/>
        <w:ind w:firstLine="709"/>
        <w:jc w:val="both"/>
        <w:rPr>
          <w:lang w:val="ru-RU"/>
        </w:rPr>
      </w:pPr>
      <w:r w:rsidRPr="00312815">
        <w:rPr>
          <w:lang w:val="ru-RU"/>
        </w:rPr>
        <w:t>4. Расчётный базис. Климатический базис схемы принят единым: продолжительность отопительного периода 242 суток (5 808 часов), расчётная температура наружного воздуха минус 39 °</w:t>
      </w:r>
      <w:r>
        <w:t>C</w:t>
      </w:r>
      <w:r w:rsidRPr="00312815">
        <w:rPr>
          <w:lang w:val="ru-RU"/>
        </w:rPr>
        <w:t>, средняя температура отопительного периода минус 7,9 °</w:t>
      </w:r>
      <w:r>
        <w:t>C</w:t>
      </w:r>
      <w:r w:rsidRPr="00312815">
        <w:rPr>
          <w:lang w:val="ru-RU"/>
        </w:rPr>
        <w:t>, температура внутреннего воздуха плюс 20 °</w:t>
      </w:r>
      <w:r>
        <w:t>C</w:t>
      </w:r>
      <w:r w:rsidRPr="00312815">
        <w:rPr>
          <w:lang w:val="ru-RU"/>
        </w:rPr>
        <w:t>. Удельная отопительная характеристика графы 9 приведена к справочным условиям, климат схемы учитывается графой 10.</w:t>
      </w:r>
    </w:p>
    <w:p w14:paraId="57E234FE" w14:textId="77777777" w:rsidR="007A5E59" w:rsidRPr="00312815" w:rsidRDefault="0095198F">
      <w:pPr>
        <w:spacing w:after="0"/>
        <w:ind w:firstLine="709"/>
        <w:jc w:val="both"/>
        <w:rPr>
          <w:lang w:val="ru-RU"/>
        </w:rPr>
      </w:pPr>
      <w:r w:rsidRPr="00312815">
        <w:rPr>
          <w:lang w:val="ru-RU"/>
        </w:rPr>
        <w:t>5. Отнесение зоны. Зона реестра «г. Таштагол» отнесена к УПК № 1: после вывода из эксплуатации котельной УПК № 4 «Калинина» иных действующих источников в этой зоне не остаётся.</w:t>
      </w:r>
    </w:p>
    <w:p w14:paraId="1C17D515" w14:textId="77777777" w:rsidR="007A5E59" w:rsidRPr="00312815" w:rsidRDefault="0095198F">
      <w:pPr>
        <w:spacing w:after="0"/>
        <w:ind w:firstLine="709"/>
        <w:jc w:val="both"/>
        <w:rPr>
          <w:lang w:val="ru-RU"/>
        </w:rPr>
      </w:pPr>
      <w:r w:rsidRPr="00312815">
        <w:rPr>
          <w:lang w:val="ru-RU"/>
        </w:rPr>
        <w:t>6. Состав источников. Котельные УПК № 4 «Калинина», УПК № 11 Мундыбаш (ул. Вокзальная) и УПК № 12 Мундыбаш (ул. Школьная) выведены из эксплуатации; их потребители переключены на УПК № 1 и УПК № 8 Мундыбаш и учтены в показателях источников-получателей.</w:t>
      </w:r>
    </w:p>
    <w:p w14:paraId="5956542E" w14:textId="77777777" w:rsidR="007A5E59" w:rsidRPr="00312815" w:rsidRDefault="0095198F">
      <w:pPr>
        <w:spacing w:after="0"/>
        <w:ind w:firstLine="709"/>
        <w:jc w:val="both"/>
        <w:rPr>
          <w:lang w:val="ru-RU"/>
        </w:rPr>
      </w:pPr>
      <w:r w:rsidRPr="00312815">
        <w:rPr>
          <w:lang w:val="ru-RU"/>
        </w:rPr>
        <w:t xml:space="preserve">7. Графы 9 и 10. Удельная отопительная характеристика (графа 9) рассчитана пообъектно из отопительной нагрузки того же реестра ООО УК «ЮКЭК» и того же строительного объёма: </w:t>
      </w:r>
      <w:r>
        <w:t>q</w:t>
      </w:r>
      <w:r w:rsidRPr="00312815">
        <w:rPr>
          <w:lang w:val="ru-RU"/>
        </w:rPr>
        <w:t xml:space="preserve"> = </w:t>
      </w:r>
      <w:r>
        <w:t>Q</w:t>
      </w:r>
      <w:r w:rsidRPr="00312815">
        <w:rPr>
          <w:lang w:val="ru-RU"/>
        </w:rPr>
        <w:t xml:space="preserve"> · 10⁶ / (</w:t>
      </w:r>
      <w:r>
        <w:t>V</w:t>
      </w:r>
      <w:r w:rsidRPr="00312815">
        <w:rPr>
          <w:lang w:val="ru-RU"/>
        </w:rPr>
        <w:t xml:space="preserve"> · </w:t>
      </w:r>
      <w:r>
        <w:t>a</w:t>
      </w:r>
      <w:r w:rsidRPr="00312815">
        <w:rPr>
          <w:lang w:val="ru-RU"/>
        </w:rPr>
        <w:t xml:space="preserve"> · (</w:t>
      </w:r>
      <w:r>
        <w:t>t</w:t>
      </w:r>
      <w:r w:rsidRPr="00312815">
        <w:rPr>
          <w:lang w:val="ru-RU"/>
        </w:rPr>
        <w:t xml:space="preserve">в − </w:t>
      </w:r>
      <w:r>
        <w:t>t</w:t>
      </w:r>
      <w:r w:rsidRPr="00312815">
        <w:rPr>
          <w:lang w:val="ru-RU"/>
        </w:rPr>
        <w:t>н)) при базисе реестра −39 °</w:t>
      </w:r>
      <w:r>
        <w:t>C</w:t>
      </w:r>
      <w:r w:rsidRPr="00312815">
        <w:rPr>
          <w:lang w:val="ru-RU"/>
        </w:rPr>
        <w:t xml:space="preserve">. Класс — получено из источника. Коэффициент корректировки на климатические условия (графа 10) рассчитан по формуле А. А. Ионина </w:t>
      </w:r>
      <w:r>
        <w:t>a</w:t>
      </w:r>
      <w:r w:rsidRPr="00312815">
        <w:rPr>
          <w:lang w:val="ru-RU"/>
        </w:rPr>
        <w:t xml:space="preserve"> = 0,54 + 22/(</w:t>
      </w:r>
      <w:r>
        <w:t>t</w:t>
      </w:r>
      <w:r w:rsidRPr="00312815">
        <w:rPr>
          <w:lang w:val="ru-RU"/>
        </w:rPr>
        <w:t xml:space="preserve">в − </w:t>
      </w:r>
      <w:r>
        <w:t>t</w:t>
      </w:r>
      <w:r w:rsidRPr="00312815">
        <w:rPr>
          <w:lang w:val="ru-RU"/>
        </w:rPr>
        <w:t>н) от собственных параметров листа (графы 8 и 11) и приведён формулой в каждой строке. Класс — нормативный расчёт. Единица графы 9 — ккал/(ч·м³·°</w:t>
      </w:r>
      <w:r>
        <w:t>C</w:t>
      </w:r>
      <w:r w:rsidRPr="00312815">
        <w:rPr>
          <w:lang w:val="ru-RU"/>
        </w:rPr>
        <w:t>): именно она согласована с формулами граф 12 и 13, приводящими результат к Гкал.</w:t>
      </w:r>
    </w:p>
    <w:p w14:paraId="5FE84279" w14:textId="77777777" w:rsidR="007A5E59" w:rsidRPr="00312815" w:rsidRDefault="007A5E59">
      <w:pPr>
        <w:rPr>
          <w:lang w:val="ru-RU"/>
        </w:rPr>
      </w:pPr>
    </w:p>
    <w:p w14:paraId="6C4B0D05" w14:textId="77777777" w:rsidR="007A5E59" w:rsidRPr="00312815" w:rsidRDefault="0095198F">
      <w:pPr>
        <w:rPr>
          <w:lang w:val="ru-RU"/>
        </w:rPr>
      </w:pPr>
      <w:r w:rsidRPr="00312815">
        <w:rPr>
          <w:b/>
          <w:lang w:val="ru-RU"/>
        </w:rPr>
        <w:t>Таблица П1.2. Прогноз изменения тепловой нагрузки потребителей</w:t>
      </w:r>
    </w:p>
    <w:tbl>
      <w:tblPr>
        <w:tblStyle w:val="aff0"/>
        <w:tblW w:w="5000" w:type="pct"/>
        <w:jc w:val="center"/>
        <w:tblCellMar>
          <w:left w:w="57" w:type="dxa"/>
          <w:right w:w="57" w:type="dxa"/>
        </w:tblCellMar>
        <w:tblLook w:val="04A0" w:firstRow="1" w:lastRow="0" w:firstColumn="1" w:lastColumn="0" w:noHBand="0" w:noVBand="1"/>
      </w:tblPr>
      <w:tblGrid>
        <w:gridCol w:w="333"/>
        <w:gridCol w:w="1253"/>
        <w:gridCol w:w="510"/>
        <w:gridCol w:w="752"/>
        <w:gridCol w:w="545"/>
        <w:gridCol w:w="510"/>
        <w:gridCol w:w="869"/>
        <w:gridCol w:w="869"/>
        <w:gridCol w:w="510"/>
        <w:gridCol w:w="1021"/>
        <w:gridCol w:w="891"/>
        <w:gridCol w:w="688"/>
        <w:gridCol w:w="594"/>
      </w:tblGrid>
      <w:tr w:rsidR="007A5E59" w14:paraId="78B0DAA1" w14:textId="77777777">
        <w:trPr>
          <w:cantSplit/>
          <w:tblHeader/>
          <w:jc w:val="center"/>
        </w:trPr>
        <w:tc>
          <w:tcPr>
            <w:tcW w:w="0" w:type="auto"/>
            <w:vMerge w:val="restart"/>
            <w:shd w:val="clear" w:color="auto" w:fill="E2F0D9"/>
            <w:vAlign w:val="center"/>
          </w:tcPr>
          <w:p w14:paraId="163F7CB1" w14:textId="77777777" w:rsidR="007A5E59" w:rsidRDefault="0095198F">
            <w:pPr>
              <w:jc w:val="center"/>
            </w:pPr>
            <w:r>
              <w:rPr>
                <w:b/>
              </w:rPr>
              <w:t>№ пп</w:t>
            </w:r>
          </w:p>
        </w:tc>
        <w:tc>
          <w:tcPr>
            <w:tcW w:w="0" w:type="auto"/>
            <w:vMerge w:val="restart"/>
            <w:shd w:val="clear" w:color="auto" w:fill="E2F0D9"/>
            <w:vAlign w:val="center"/>
          </w:tcPr>
          <w:p w14:paraId="1C9F6027" w14:textId="77777777" w:rsidR="007A5E59" w:rsidRDefault="0095198F">
            <w:pPr>
              <w:jc w:val="center"/>
            </w:pPr>
            <w:r>
              <w:rPr>
                <w:b/>
              </w:rPr>
              <w:t>Показатель</w:t>
            </w:r>
          </w:p>
        </w:tc>
        <w:tc>
          <w:tcPr>
            <w:tcW w:w="0" w:type="auto"/>
            <w:gridSpan w:val="11"/>
            <w:shd w:val="clear" w:color="auto" w:fill="E2F0D9"/>
            <w:vAlign w:val="center"/>
          </w:tcPr>
          <w:p w14:paraId="29388772" w14:textId="77777777" w:rsidR="007A5E59" w:rsidRDefault="0095198F">
            <w:pPr>
              <w:jc w:val="center"/>
            </w:pPr>
            <w:r w:rsidRPr="00312815">
              <w:rPr>
                <w:b/>
                <w:lang w:val="ru-RU"/>
              </w:rPr>
              <w:t xml:space="preserve">Потребление тепловой энергии (всего / прирост / снижение), Гкал/год. </w:t>
            </w:r>
            <w:r>
              <w:rPr>
                <w:b/>
              </w:rPr>
              <w:t>ЕТО № 001 — ООО «ЮКЭК»</w:t>
            </w:r>
          </w:p>
        </w:tc>
      </w:tr>
      <w:tr w:rsidR="007A5E59" w14:paraId="4D2418F4" w14:textId="77777777">
        <w:trPr>
          <w:cantSplit/>
          <w:tblHeader/>
          <w:jc w:val="center"/>
        </w:trPr>
        <w:tc>
          <w:tcPr>
            <w:tcW w:w="0" w:type="auto"/>
            <w:vMerge/>
            <w:shd w:val="clear" w:color="auto" w:fill="E2F0D9"/>
            <w:vAlign w:val="center"/>
          </w:tcPr>
          <w:p w14:paraId="33C057DD" w14:textId="77777777" w:rsidR="007A5E59" w:rsidRDefault="007A5E59">
            <w:pPr>
              <w:jc w:val="center"/>
            </w:pPr>
          </w:p>
        </w:tc>
        <w:tc>
          <w:tcPr>
            <w:tcW w:w="0" w:type="auto"/>
            <w:vMerge/>
            <w:shd w:val="clear" w:color="auto" w:fill="E2F0D9"/>
            <w:vAlign w:val="center"/>
          </w:tcPr>
          <w:p w14:paraId="74F7790C" w14:textId="77777777" w:rsidR="007A5E59" w:rsidRDefault="007A5E59">
            <w:pPr>
              <w:jc w:val="center"/>
            </w:pPr>
          </w:p>
        </w:tc>
        <w:tc>
          <w:tcPr>
            <w:tcW w:w="0" w:type="auto"/>
            <w:gridSpan w:val="4"/>
            <w:shd w:val="clear" w:color="auto" w:fill="E2F0D9"/>
            <w:vAlign w:val="center"/>
          </w:tcPr>
          <w:p w14:paraId="54EBB14D" w14:textId="77777777" w:rsidR="007A5E59" w:rsidRDefault="0095198F">
            <w:pPr>
              <w:jc w:val="center"/>
            </w:pPr>
            <w:r>
              <w:rPr>
                <w:b/>
              </w:rPr>
              <w:t>г. Таштагол</w:t>
            </w:r>
          </w:p>
        </w:tc>
        <w:tc>
          <w:tcPr>
            <w:tcW w:w="0" w:type="auto"/>
            <w:gridSpan w:val="2"/>
            <w:shd w:val="clear" w:color="auto" w:fill="E2F0D9"/>
            <w:vAlign w:val="center"/>
          </w:tcPr>
          <w:p w14:paraId="70FDBF32" w14:textId="77777777" w:rsidR="007A5E59" w:rsidRDefault="0095198F">
            <w:pPr>
              <w:jc w:val="center"/>
            </w:pPr>
            <w:r>
              <w:rPr>
                <w:b/>
              </w:rPr>
              <w:t>пгт Шерегеш</w:t>
            </w:r>
          </w:p>
        </w:tc>
        <w:tc>
          <w:tcPr>
            <w:tcW w:w="0" w:type="auto"/>
            <w:shd w:val="clear" w:color="auto" w:fill="E2F0D9"/>
            <w:vAlign w:val="center"/>
          </w:tcPr>
          <w:p w14:paraId="519CD467" w14:textId="77777777" w:rsidR="007A5E59" w:rsidRDefault="0095198F">
            <w:pPr>
              <w:jc w:val="center"/>
            </w:pPr>
            <w:r>
              <w:rPr>
                <w:b/>
              </w:rPr>
              <w:t>пгт Каз</w:t>
            </w:r>
          </w:p>
        </w:tc>
        <w:tc>
          <w:tcPr>
            <w:tcW w:w="0" w:type="auto"/>
            <w:shd w:val="clear" w:color="auto" w:fill="E2F0D9"/>
            <w:vAlign w:val="center"/>
          </w:tcPr>
          <w:p w14:paraId="088D5B59" w14:textId="77777777" w:rsidR="007A5E59" w:rsidRDefault="0095198F">
            <w:pPr>
              <w:jc w:val="center"/>
            </w:pPr>
            <w:r>
              <w:rPr>
                <w:b/>
              </w:rPr>
              <w:t>пгт Мундыбаш</w:t>
            </w:r>
          </w:p>
        </w:tc>
        <w:tc>
          <w:tcPr>
            <w:tcW w:w="0" w:type="auto"/>
            <w:shd w:val="clear" w:color="auto" w:fill="E2F0D9"/>
            <w:vAlign w:val="center"/>
          </w:tcPr>
          <w:p w14:paraId="31F61656" w14:textId="77777777" w:rsidR="007A5E59" w:rsidRDefault="0095198F">
            <w:pPr>
              <w:jc w:val="center"/>
            </w:pPr>
            <w:r>
              <w:rPr>
                <w:b/>
              </w:rPr>
              <w:t>пгт Темиртау</w:t>
            </w:r>
          </w:p>
        </w:tc>
        <w:tc>
          <w:tcPr>
            <w:tcW w:w="0" w:type="auto"/>
            <w:shd w:val="clear" w:color="auto" w:fill="E2F0D9"/>
            <w:vAlign w:val="center"/>
          </w:tcPr>
          <w:p w14:paraId="48C3B323" w14:textId="77777777" w:rsidR="007A5E59" w:rsidRDefault="0095198F">
            <w:pPr>
              <w:jc w:val="center"/>
            </w:pPr>
            <w:r>
              <w:rPr>
                <w:b/>
              </w:rPr>
              <w:t>пгт Спасск</w:t>
            </w:r>
          </w:p>
        </w:tc>
        <w:tc>
          <w:tcPr>
            <w:tcW w:w="0" w:type="auto"/>
            <w:shd w:val="clear" w:color="auto" w:fill="E2F0D9"/>
            <w:vAlign w:val="center"/>
          </w:tcPr>
          <w:p w14:paraId="16BC3403" w14:textId="77777777" w:rsidR="007A5E59" w:rsidRDefault="0095198F">
            <w:pPr>
              <w:jc w:val="center"/>
            </w:pPr>
            <w:r>
              <w:rPr>
                <w:b/>
              </w:rPr>
              <w:t>Итого</w:t>
            </w:r>
          </w:p>
        </w:tc>
      </w:tr>
      <w:tr w:rsidR="007A5E59" w14:paraId="39FF3349" w14:textId="77777777">
        <w:trPr>
          <w:cantSplit/>
          <w:tblHeader/>
          <w:jc w:val="center"/>
        </w:trPr>
        <w:tc>
          <w:tcPr>
            <w:tcW w:w="0" w:type="auto"/>
            <w:vMerge/>
            <w:shd w:val="clear" w:color="auto" w:fill="E2F0D9"/>
            <w:vAlign w:val="center"/>
          </w:tcPr>
          <w:p w14:paraId="7CDE1583" w14:textId="77777777" w:rsidR="007A5E59" w:rsidRDefault="007A5E59">
            <w:pPr>
              <w:jc w:val="center"/>
            </w:pPr>
          </w:p>
        </w:tc>
        <w:tc>
          <w:tcPr>
            <w:tcW w:w="0" w:type="auto"/>
            <w:vMerge/>
            <w:shd w:val="clear" w:color="auto" w:fill="E2F0D9"/>
            <w:vAlign w:val="center"/>
          </w:tcPr>
          <w:p w14:paraId="6EEC50BA" w14:textId="77777777" w:rsidR="007A5E59" w:rsidRDefault="007A5E59">
            <w:pPr>
              <w:jc w:val="center"/>
            </w:pPr>
          </w:p>
        </w:tc>
        <w:tc>
          <w:tcPr>
            <w:tcW w:w="0" w:type="auto"/>
            <w:shd w:val="clear" w:color="auto" w:fill="E2F0D9"/>
            <w:vAlign w:val="center"/>
          </w:tcPr>
          <w:p w14:paraId="7AE1DF6F" w14:textId="77777777" w:rsidR="007A5E59" w:rsidRDefault="0095198F">
            <w:pPr>
              <w:jc w:val="center"/>
            </w:pPr>
            <w:r>
              <w:rPr>
                <w:b/>
              </w:rPr>
              <w:t>УПК № 1</w:t>
            </w:r>
          </w:p>
        </w:tc>
        <w:tc>
          <w:tcPr>
            <w:tcW w:w="0" w:type="auto"/>
            <w:shd w:val="clear" w:color="auto" w:fill="E2F0D9"/>
            <w:vAlign w:val="center"/>
          </w:tcPr>
          <w:p w14:paraId="4645ACDF" w14:textId="77777777" w:rsidR="007A5E59" w:rsidRDefault="0095198F">
            <w:pPr>
              <w:jc w:val="center"/>
            </w:pPr>
            <w:r>
              <w:rPr>
                <w:b/>
              </w:rPr>
              <w:t>УПК № 2 Шалым</w:t>
            </w:r>
          </w:p>
        </w:tc>
        <w:tc>
          <w:tcPr>
            <w:tcW w:w="0" w:type="auto"/>
            <w:shd w:val="clear" w:color="auto" w:fill="E2F0D9"/>
            <w:vAlign w:val="center"/>
          </w:tcPr>
          <w:p w14:paraId="7A05B11D" w14:textId="77777777" w:rsidR="007A5E59" w:rsidRDefault="0095198F">
            <w:pPr>
              <w:jc w:val="center"/>
            </w:pPr>
            <w:r>
              <w:rPr>
                <w:b/>
              </w:rPr>
              <w:t>УПК № 2 ЦМК</w:t>
            </w:r>
          </w:p>
        </w:tc>
        <w:tc>
          <w:tcPr>
            <w:tcW w:w="0" w:type="auto"/>
            <w:shd w:val="clear" w:color="auto" w:fill="E2F0D9"/>
            <w:vAlign w:val="center"/>
          </w:tcPr>
          <w:p w14:paraId="47689807" w14:textId="77777777" w:rsidR="007A5E59" w:rsidRDefault="0095198F">
            <w:pPr>
              <w:jc w:val="center"/>
            </w:pPr>
            <w:r>
              <w:rPr>
                <w:b/>
              </w:rPr>
              <w:t>УПК № 9 ГРЭ</w:t>
            </w:r>
          </w:p>
        </w:tc>
        <w:tc>
          <w:tcPr>
            <w:tcW w:w="0" w:type="auto"/>
            <w:shd w:val="clear" w:color="auto" w:fill="E2F0D9"/>
            <w:vAlign w:val="center"/>
          </w:tcPr>
          <w:p w14:paraId="129D0D00" w14:textId="77777777" w:rsidR="007A5E59" w:rsidRDefault="0095198F">
            <w:pPr>
              <w:jc w:val="center"/>
            </w:pPr>
            <w:r>
              <w:rPr>
                <w:b/>
              </w:rPr>
              <w:t>УПК № 5 Новый Шерегеш</w:t>
            </w:r>
          </w:p>
        </w:tc>
        <w:tc>
          <w:tcPr>
            <w:tcW w:w="0" w:type="auto"/>
            <w:shd w:val="clear" w:color="auto" w:fill="E2F0D9"/>
            <w:vAlign w:val="center"/>
          </w:tcPr>
          <w:p w14:paraId="2E088547" w14:textId="77777777" w:rsidR="007A5E59" w:rsidRDefault="0095198F">
            <w:pPr>
              <w:jc w:val="center"/>
            </w:pPr>
            <w:r>
              <w:rPr>
                <w:b/>
              </w:rPr>
              <w:t>УПК № 6 Старый Шерегеш</w:t>
            </w:r>
          </w:p>
        </w:tc>
        <w:tc>
          <w:tcPr>
            <w:tcW w:w="0" w:type="auto"/>
            <w:shd w:val="clear" w:color="auto" w:fill="E2F0D9"/>
            <w:vAlign w:val="center"/>
          </w:tcPr>
          <w:p w14:paraId="17EDCB30" w14:textId="77777777" w:rsidR="007A5E59" w:rsidRDefault="0095198F">
            <w:pPr>
              <w:jc w:val="center"/>
            </w:pPr>
            <w:r>
              <w:rPr>
                <w:b/>
              </w:rPr>
              <w:t>УПК № 7 Каз</w:t>
            </w:r>
          </w:p>
        </w:tc>
        <w:tc>
          <w:tcPr>
            <w:tcW w:w="0" w:type="auto"/>
            <w:shd w:val="clear" w:color="auto" w:fill="E2F0D9"/>
            <w:vAlign w:val="center"/>
          </w:tcPr>
          <w:p w14:paraId="1898B47A" w14:textId="77777777" w:rsidR="007A5E59" w:rsidRDefault="0095198F">
            <w:pPr>
              <w:jc w:val="center"/>
            </w:pPr>
            <w:r>
              <w:rPr>
                <w:b/>
              </w:rPr>
              <w:t>УПК № 8 Мундыбаш</w:t>
            </w:r>
          </w:p>
        </w:tc>
        <w:tc>
          <w:tcPr>
            <w:tcW w:w="0" w:type="auto"/>
            <w:shd w:val="clear" w:color="auto" w:fill="E2F0D9"/>
            <w:vAlign w:val="center"/>
          </w:tcPr>
          <w:p w14:paraId="35505D1A" w14:textId="77777777" w:rsidR="007A5E59" w:rsidRDefault="0095198F">
            <w:pPr>
              <w:jc w:val="center"/>
            </w:pPr>
            <w:r>
              <w:rPr>
                <w:b/>
              </w:rPr>
              <w:t>УПК № 10 Темир-Тау</w:t>
            </w:r>
          </w:p>
        </w:tc>
        <w:tc>
          <w:tcPr>
            <w:tcW w:w="0" w:type="auto"/>
            <w:shd w:val="clear" w:color="auto" w:fill="E2F0D9"/>
            <w:vAlign w:val="center"/>
          </w:tcPr>
          <w:p w14:paraId="67106B6F" w14:textId="77777777" w:rsidR="007A5E59" w:rsidRDefault="0095198F">
            <w:pPr>
              <w:jc w:val="center"/>
            </w:pPr>
            <w:r>
              <w:rPr>
                <w:b/>
              </w:rPr>
              <w:t>УПК № 3 Спасск</w:t>
            </w:r>
          </w:p>
        </w:tc>
        <w:tc>
          <w:tcPr>
            <w:tcW w:w="0" w:type="auto"/>
            <w:shd w:val="clear" w:color="auto" w:fill="E2F0D9"/>
            <w:vAlign w:val="center"/>
          </w:tcPr>
          <w:p w14:paraId="7BF67BFA" w14:textId="77777777" w:rsidR="007A5E59" w:rsidRDefault="007A5E59">
            <w:pPr>
              <w:jc w:val="center"/>
            </w:pPr>
          </w:p>
        </w:tc>
      </w:tr>
      <w:tr w:rsidR="007A5E59" w14:paraId="2F8F8AD2" w14:textId="77777777">
        <w:trPr>
          <w:cantSplit/>
          <w:tblHeader/>
          <w:jc w:val="center"/>
        </w:trPr>
        <w:tc>
          <w:tcPr>
            <w:tcW w:w="0" w:type="auto"/>
            <w:shd w:val="clear" w:color="auto" w:fill="F2F2F2"/>
            <w:vAlign w:val="center"/>
          </w:tcPr>
          <w:p w14:paraId="0E5F4EF7" w14:textId="77777777" w:rsidR="007A5E59" w:rsidRDefault="0095198F">
            <w:pPr>
              <w:jc w:val="center"/>
            </w:pPr>
            <w:r>
              <w:t>1</w:t>
            </w:r>
          </w:p>
        </w:tc>
        <w:tc>
          <w:tcPr>
            <w:tcW w:w="0" w:type="auto"/>
            <w:shd w:val="clear" w:color="auto" w:fill="F2F2F2"/>
            <w:vAlign w:val="center"/>
          </w:tcPr>
          <w:p w14:paraId="79650C3B" w14:textId="77777777" w:rsidR="007A5E59" w:rsidRDefault="0095198F">
            <w:pPr>
              <w:jc w:val="center"/>
            </w:pPr>
            <w:r>
              <w:t>2</w:t>
            </w:r>
          </w:p>
        </w:tc>
        <w:tc>
          <w:tcPr>
            <w:tcW w:w="0" w:type="auto"/>
            <w:shd w:val="clear" w:color="auto" w:fill="F2F2F2"/>
            <w:vAlign w:val="center"/>
          </w:tcPr>
          <w:p w14:paraId="34931D9C" w14:textId="77777777" w:rsidR="007A5E59" w:rsidRDefault="0095198F">
            <w:pPr>
              <w:jc w:val="center"/>
            </w:pPr>
            <w:r>
              <w:t>3</w:t>
            </w:r>
          </w:p>
        </w:tc>
        <w:tc>
          <w:tcPr>
            <w:tcW w:w="0" w:type="auto"/>
            <w:shd w:val="clear" w:color="auto" w:fill="F2F2F2"/>
            <w:vAlign w:val="center"/>
          </w:tcPr>
          <w:p w14:paraId="0AE3ABFD" w14:textId="77777777" w:rsidR="007A5E59" w:rsidRDefault="0095198F">
            <w:pPr>
              <w:jc w:val="center"/>
            </w:pPr>
            <w:r>
              <w:t>4</w:t>
            </w:r>
          </w:p>
        </w:tc>
        <w:tc>
          <w:tcPr>
            <w:tcW w:w="0" w:type="auto"/>
            <w:shd w:val="clear" w:color="auto" w:fill="F2F2F2"/>
            <w:vAlign w:val="center"/>
          </w:tcPr>
          <w:p w14:paraId="5B49B2DE" w14:textId="77777777" w:rsidR="007A5E59" w:rsidRDefault="0095198F">
            <w:pPr>
              <w:jc w:val="center"/>
            </w:pPr>
            <w:r>
              <w:t>5</w:t>
            </w:r>
          </w:p>
        </w:tc>
        <w:tc>
          <w:tcPr>
            <w:tcW w:w="0" w:type="auto"/>
            <w:shd w:val="clear" w:color="auto" w:fill="F2F2F2"/>
            <w:vAlign w:val="center"/>
          </w:tcPr>
          <w:p w14:paraId="355FE410" w14:textId="77777777" w:rsidR="007A5E59" w:rsidRDefault="0095198F">
            <w:pPr>
              <w:jc w:val="center"/>
            </w:pPr>
            <w:r>
              <w:t>6</w:t>
            </w:r>
          </w:p>
        </w:tc>
        <w:tc>
          <w:tcPr>
            <w:tcW w:w="0" w:type="auto"/>
            <w:shd w:val="clear" w:color="auto" w:fill="F2F2F2"/>
            <w:vAlign w:val="center"/>
          </w:tcPr>
          <w:p w14:paraId="3ABD057E" w14:textId="77777777" w:rsidR="007A5E59" w:rsidRDefault="0095198F">
            <w:pPr>
              <w:jc w:val="center"/>
            </w:pPr>
            <w:r>
              <w:t>7</w:t>
            </w:r>
          </w:p>
        </w:tc>
        <w:tc>
          <w:tcPr>
            <w:tcW w:w="0" w:type="auto"/>
            <w:shd w:val="clear" w:color="auto" w:fill="F2F2F2"/>
            <w:vAlign w:val="center"/>
          </w:tcPr>
          <w:p w14:paraId="008877C9" w14:textId="77777777" w:rsidR="007A5E59" w:rsidRDefault="0095198F">
            <w:pPr>
              <w:jc w:val="center"/>
            </w:pPr>
            <w:r>
              <w:t>8</w:t>
            </w:r>
          </w:p>
        </w:tc>
        <w:tc>
          <w:tcPr>
            <w:tcW w:w="0" w:type="auto"/>
            <w:shd w:val="clear" w:color="auto" w:fill="F2F2F2"/>
            <w:vAlign w:val="center"/>
          </w:tcPr>
          <w:p w14:paraId="0E6818AA" w14:textId="77777777" w:rsidR="007A5E59" w:rsidRDefault="0095198F">
            <w:pPr>
              <w:jc w:val="center"/>
            </w:pPr>
            <w:r>
              <w:t>9</w:t>
            </w:r>
          </w:p>
        </w:tc>
        <w:tc>
          <w:tcPr>
            <w:tcW w:w="0" w:type="auto"/>
            <w:shd w:val="clear" w:color="auto" w:fill="F2F2F2"/>
            <w:vAlign w:val="center"/>
          </w:tcPr>
          <w:p w14:paraId="4A86DF8A" w14:textId="77777777" w:rsidR="007A5E59" w:rsidRDefault="0095198F">
            <w:pPr>
              <w:jc w:val="center"/>
            </w:pPr>
            <w:r>
              <w:t>10</w:t>
            </w:r>
          </w:p>
        </w:tc>
        <w:tc>
          <w:tcPr>
            <w:tcW w:w="0" w:type="auto"/>
            <w:shd w:val="clear" w:color="auto" w:fill="F2F2F2"/>
            <w:vAlign w:val="center"/>
          </w:tcPr>
          <w:p w14:paraId="333A95CD" w14:textId="77777777" w:rsidR="007A5E59" w:rsidRDefault="0095198F">
            <w:pPr>
              <w:jc w:val="center"/>
            </w:pPr>
            <w:r>
              <w:t>11</w:t>
            </w:r>
          </w:p>
        </w:tc>
        <w:tc>
          <w:tcPr>
            <w:tcW w:w="0" w:type="auto"/>
            <w:shd w:val="clear" w:color="auto" w:fill="F2F2F2"/>
            <w:vAlign w:val="center"/>
          </w:tcPr>
          <w:p w14:paraId="6991A167" w14:textId="77777777" w:rsidR="007A5E59" w:rsidRDefault="0095198F">
            <w:pPr>
              <w:jc w:val="center"/>
            </w:pPr>
            <w:r>
              <w:t>12</w:t>
            </w:r>
          </w:p>
        </w:tc>
        <w:tc>
          <w:tcPr>
            <w:tcW w:w="0" w:type="auto"/>
            <w:shd w:val="clear" w:color="auto" w:fill="F2F2F2"/>
            <w:vAlign w:val="center"/>
          </w:tcPr>
          <w:p w14:paraId="12E9D4A5" w14:textId="77777777" w:rsidR="007A5E59" w:rsidRDefault="0095198F">
            <w:pPr>
              <w:jc w:val="center"/>
            </w:pPr>
            <w:r>
              <w:t>13</w:t>
            </w:r>
          </w:p>
        </w:tc>
      </w:tr>
      <w:tr w:rsidR="007A5E59" w14:paraId="31729B64" w14:textId="77777777">
        <w:trPr>
          <w:jc w:val="center"/>
        </w:trPr>
        <w:tc>
          <w:tcPr>
            <w:tcW w:w="0" w:type="auto"/>
          </w:tcPr>
          <w:p w14:paraId="30CD5BB4" w14:textId="77777777" w:rsidR="007A5E59" w:rsidRDefault="0095198F">
            <w:pPr>
              <w:jc w:val="center"/>
            </w:pPr>
            <w:r>
              <w:t>1</w:t>
            </w:r>
          </w:p>
        </w:tc>
        <w:tc>
          <w:tcPr>
            <w:tcW w:w="0" w:type="auto"/>
          </w:tcPr>
          <w:p w14:paraId="5143D1D2" w14:textId="77777777" w:rsidR="007A5E59" w:rsidRPr="00312815" w:rsidRDefault="0095198F">
            <w:pPr>
              <w:rPr>
                <w:lang w:val="ru-RU"/>
              </w:rPr>
            </w:pPr>
            <w:r w:rsidRPr="00312815">
              <w:rPr>
                <w:lang w:val="ru-RU"/>
              </w:rPr>
              <w:t>Годовое потребление тепловой энергии потребителями в 2026 году</w:t>
            </w:r>
          </w:p>
        </w:tc>
        <w:tc>
          <w:tcPr>
            <w:tcW w:w="0" w:type="auto"/>
          </w:tcPr>
          <w:p w14:paraId="31D53F6E" w14:textId="77777777" w:rsidR="007A5E59" w:rsidRDefault="0095198F">
            <w:pPr>
              <w:jc w:val="center"/>
            </w:pPr>
            <w:r>
              <w:t>215 899,4</w:t>
            </w:r>
          </w:p>
        </w:tc>
        <w:tc>
          <w:tcPr>
            <w:tcW w:w="0" w:type="auto"/>
          </w:tcPr>
          <w:p w14:paraId="5CEF2624" w14:textId="77777777" w:rsidR="007A5E59" w:rsidRDefault="0095198F">
            <w:pPr>
              <w:jc w:val="center"/>
            </w:pPr>
            <w:r>
              <w:t>12 328,9</w:t>
            </w:r>
          </w:p>
        </w:tc>
        <w:tc>
          <w:tcPr>
            <w:tcW w:w="0" w:type="auto"/>
          </w:tcPr>
          <w:p w14:paraId="5D972258" w14:textId="77777777" w:rsidR="007A5E59" w:rsidRDefault="0095198F">
            <w:pPr>
              <w:jc w:val="center"/>
            </w:pPr>
            <w:r>
              <w:t>4 900,0</w:t>
            </w:r>
          </w:p>
        </w:tc>
        <w:tc>
          <w:tcPr>
            <w:tcW w:w="0" w:type="auto"/>
          </w:tcPr>
          <w:p w14:paraId="0A0D800F" w14:textId="77777777" w:rsidR="007A5E59" w:rsidRDefault="0095198F">
            <w:pPr>
              <w:jc w:val="center"/>
            </w:pPr>
            <w:r>
              <w:t>1 289,0</w:t>
            </w:r>
          </w:p>
        </w:tc>
        <w:tc>
          <w:tcPr>
            <w:tcW w:w="0" w:type="auto"/>
          </w:tcPr>
          <w:p w14:paraId="42F67D1E" w14:textId="77777777" w:rsidR="007A5E59" w:rsidRDefault="0095198F">
            <w:pPr>
              <w:jc w:val="center"/>
            </w:pPr>
            <w:r>
              <w:t>263 537,2</w:t>
            </w:r>
          </w:p>
        </w:tc>
        <w:tc>
          <w:tcPr>
            <w:tcW w:w="0" w:type="auto"/>
          </w:tcPr>
          <w:p w14:paraId="052AAE2F" w14:textId="77777777" w:rsidR="007A5E59" w:rsidRDefault="0095198F">
            <w:pPr>
              <w:jc w:val="center"/>
            </w:pPr>
            <w:r>
              <w:t>10 264,5</w:t>
            </w:r>
          </w:p>
        </w:tc>
        <w:tc>
          <w:tcPr>
            <w:tcW w:w="0" w:type="auto"/>
          </w:tcPr>
          <w:p w14:paraId="51690316" w14:textId="77777777" w:rsidR="007A5E59" w:rsidRDefault="0095198F">
            <w:pPr>
              <w:jc w:val="center"/>
            </w:pPr>
            <w:r>
              <w:t>51 266,4</w:t>
            </w:r>
          </w:p>
        </w:tc>
        <w:tc>
          <w:tcPr>
            <w:tcW w:w="0" w:type="auto"/>
          </w:tcPr>
          <w:p w14:paraId="44A83DCE" w14:textId="77777777" w:rsidR="007A5E59" w:rsidRDefault="0095198F">
            <w:pPr>
              <w:jc w:val="center"/>
            </w:pPr>
            <w:r>
              <w:t>21 408,9</w:t>
            </w:r>
          </w:p>
        </w:tc>
        <w:tc>
          <w:tcPr>
            <w:tcW w:w="0" w:type="auto"/>
          </w:tcPr>
          <w:p w14:paraId="0557E760" w14:textId="77777777" w:rsidR="007A5E59" w:rsidRDefault="0095198F">
            <w:pPr>
              <w:jc w:val="center"/>
            </w:pPr>
            <w:r>
              <w:t>22 347,3</w:t>
            </w:r>
          </w:p>
        </w:tc>
        <w:tc>
          <w:tcPr>
            <w:tcW w:w="0" w:type="auto"/>
          </w:tcPr>
          <w:p w14:paraId="1853F1B2" w14:textId="77777777" w:rsidR="007A5E59" w:rsidRDefault="0095198F">
            <w:pPr>
              <w:jc w:val="center"/>
            </w:pPr>
            <w:r>
              <w:t>3 186,3</w:t>
            </w:r>
          </w:p>
        </w:tc>
        <w:tc>
          <w:tcPr>
            <w:tcW w:w="0" w:type="auto"/>
          </w:tcPr>
          <w:p w14:paraId="676BE665" w14:textId="77777777" w:rsidR="007A5E59" w:rsidRDefault="0095198F">
            <w:pPr>
              <w:jc w:val="center"/>
            </w:pPr>
            <w:r>
              <w:t>606 427,9</w:t>
            </w:r>
          </w:p>
        </w:tc>
      </w:tr>
      <w:tr w:rsidR="007A5E59" w14:paraId="6F164AE0" w14:textId="77777777">
        <w:trPr>
          <w:jc w:val="center"/>
        </w:trPr>
        <w:tc>
          <w:tcPr>
            <w:tcW w:w="0" w:type="auto"/>
          </w:tcPr>
          <w:p w14:paraId="14C017FC" w14:textId="77777777" w:rsidR="007A5E59" w:rsidRDefault="0095198F">
            <w:r>
              <w:t>1.1</w:t>
            </w:r>
          </w:p>
        </w:tc>
        <w:tc>
          <w:tcPr>
            <w:tcW w:w="0" w:type="auto"/>
          </w:tcPr>
          <w:p w14:paraId="2864CB0E" w14:textId="77777777" w:rsidR="007A5E59" w:rsidRPr="00312815" w:rsidRDefault="0095198F">
            <w:pPr>
              <w:rPr>
                <w:lang w:val="ru-RU"/>
              </w:rPr>
            </w:pPr>
            <w:r w:rsidRPr="00312815">
              <w:rPr>
                <w:lang w:val="ru-RU"/>
              </w:rPr>
              <w:t>Изменение годового потребления в период 2026–2031 гг.</w:t>
            </w:r>
          </w:p>
        </w:tc>
        <w:tc>
          <w:tcPr>
            <w:tcW w:w="0" w:type="auto"/>
          </w:tcPr>
          <w:p w14:paraId="3DCEADE1" w14:textId="77777777" w:rsidR="007A5E59" w:rsidRDefault="0095198F">
            <w:pPr>
              <w:jc w:val="center"/>
            </w:pPr>
            <w:r>
              <w:t>237,3</w:t>
            </w:r>
          </w:p>
        </w:tc>
        <w:tc>
          <w:tcPr>
            <w:tcW w:w="0" w:type="auto"/>
          </w:tcPr>
          <w:p w14:paraId="3CF169C1" w14:textId="77777777" w:rsidR="007A5E59" w:rsidRDefault="0095198F">
            <w:pPr>
              <w:jc w:val="center"/>
            </w:pPr>
            <w:r>
              <w:t>0,0</w:t>
            </w:r>
          </w:p>
        </w:tc>
        <w:tc>
          <w:tcPr>
            <w:tcW w:w="0" w:type="auto"/>
          </w:tcPr>
          <w:p w14:paraId="1472E2DD" w14:textId="77777777" w:rsidR="007A5E59" w:rsidRDefault="0095198F">
            <w:pPr>
              <w:jc w:val="center"/>
            </w:pPr>
            <w:r>
              <w:t>585,0</w:t>
            </w:r>
          </w:p>
        </w:tc>
        <w:tc>
          <w:tcPr>
            <w:tcW w:w="0" w:type="auto"/>
          </w:tcPr>
          <w:p w14:paraId="1675F248" w14:textId="77777777" w:rsidR="007A5E59" w:rsidRDefault="0095198F">
            <w:pPr>
              <w:jc w:val="center"/>
            </w:pPr>
            <w:r>
              <w:t>0,0</w:t>
            </w:r>
          </w:p>
        </w:tc>
        <w:tc>
          <w:tcPr>
            <w:tcW w:w="0" w:type="auto"/>
          </w:tcPr>
          <w:p w14:paraId="45DC7E43" w14:textId="77777777" w:rsidR="007A5E59" w:rsidRDefault="0095198F">
            <w:pPr>
              <w:jc w:val="center"/>
            </w:pPr>
            <w:r>
              <w:t>174 386,8</w:t>
            </w:r>
          </w:p>
        </w:tc>
        <w:tc>
          <w:tcPr>
            <w:tcW w:w="0" w:type="auto"/>
          </w:tcPr>
          <w:p w14:paraId="36E49C78" w14:textId="77777777" w:rsidR="007A5E59" w:rsidRDefault="0095198F">
            <w:pPr>
              <w:jc w:val="center"/>
            </w:pPr>
            <w:r>
              <w:t>230,6</w:t>
            </w:r>
          </w:p>
        </w:tc>
        <w:tc>
          <w:tcPr>
            <w:tcW w:w="0" w:type="auto"/>
          </w:tcPr>
          <w:p w14:paraId="7B53700C" w14:textId="77777777" w:rsidR="007A5E59" w:rsidRDefault="0095198F">
            <w:pPr>
              <w:jc w:val="center"/>
            </w:pPr>
            <w:r>
              <w:t>255,0</w:t>
            </w:r>
          </w:p>
        </w:tc>
        <w:tc>
          <w:tcPr>
            <w:tcW w:w="0" w:type="auto"/>
          </w:tcPr>
          <w:p w14:paraId="4AFE6F00" w14:textId="77777777" w:rsidR="007A5E59" w:rsidRDefault="0095198F">
            <w:pPr>
              <w:jc w:val="center"/>
            </w:pPr>
            <w:r>
              <w:t>0,0</w:t>
            </w:r>
          </w:p>
        </w:tc>
        <w:tc>
          <w:tcPr>
            <w:tcW w:w="0" w:type="auto"/>
          </w:tcPr>
          <w:p w14:paraId="1DF5298B" w14:textId="77777777" w:rsidR="007A5E59" w:rsidRDefault="0095198F">
            <w:pPr>
              <w:jc w:val="center"/>
            </w:pPr>
            <w:r>
              <w:t>0,0</w:t>
            </w:r>
          </w:p>
        </w:tc>
        <w:tc>
          <w:tcPr>
            <w:tcW w:w="0" w:type="auto"/>
          </w:tcPr>
          <w:p w14:paraId="61478B77" w14:textId="77777777" w:rsidR="007A5E59" w:rsidRDefault="0095198F">
            <w:pPr>
              <w:jc w:val="center"/>
            </w:pPr>
            <w:r>
              <w:t>23,0</w:t>
            </w:r>
          </w:p>
        </w:tc>
        <w:tc>
          <w:tcPr>
            <w:tcW w:w="0" w:type="auto"/>
          </w:tcPr>
          <w:p w14:paraId="10BE497F" w14:textId="77777777" w:rsidR="007A5E59" w:rsidRDefault="0095198F">
            <w:pPr>
              <w:jc w:val="center"/>
            </w:pPr>
            <w:r>
              <w:t>175 717,7</w:t>
            </w:r>
          </w:p>
        </w:tc>
      </w:tr>
      <w:tr w:rsidR="007A5E59" w14:paraId="04FFA792" w14:textId="77777777">
        <w:trPr>
          <w:jc w:val="center"/>
        </w:trPr>
        <w:tc>
          <w:tcPr>
            <w:tcW w:w="0" w:type="auto"/>
          </w:tcPr>
          <w:p w14:paraId="454366FD" w14:textId="77777777" w:rsidR="007A5E59" w:rsidRDefault="0095198F">
            <w:pPr>
              <w:jc w:val="center"/>
            </w:pPr>
            <w:r>
              <w:t>2</w:t>
            </w:r>
          </w:p>
        </w:tc>
        <w:tc>
          <w:tcPr>
            <w:tcW w:w="0" w:type="auto"/>
          </w:tcPr>
          <w:p w14:paraId="45D2DC3D" w14:textId="77777777" w:rsidR="007A5E59" w:rsidRPr="00312815" w:rsidRDefault="0095198F">
            <w:pPr>
              <w:rPr>
                <w:lang w:val="ru-RU"/>
              </w:rPr>
            </w:pPr>
            <w:r w:rsidRPr="00312815">
              <w:rPr>
                <w:lang w:val="ru-RU"/>
              </w:rPr>
              <w:t>Годовое потребление тепловой энергии потребителями в 2031 году</w:t>
            </w:r>
          </w:p>
        </w:tc>
        <w:tc>
          <w:tcPr>
            <w:tcW w:w="0" w:type="auto"/>
          </w:tcPr>
          <w:p w14:paraId="4557F251" w14:textId="77777777" w:rsidR="007A5E59" w:rsidRDefault="0095198F">
            <w:pPr>
              <w:jc w:val="center"/>
            </w:pPr>
            <w:r>
              <w:t>216 136,7</w:t>
            </w:r>
          </w:p>
        </w:tc>
        <w:tc>
          <w:tcPr>
            <w:tcW w:w="0" w:type="auto"/>
          </w:tcPr>
          <w:p w14:paraId="59F7E551" w14:textId="77777777" w:rsidR="007A5E59" w:rsidRDefault="0095198F">
            <w:pPr>
              <w:jc w:val="center"/>
            </w:pPr>
            <w:r>
              <w:t>12 328,9</w:t>
            </w:r>
          </w:p>
        </w:tc>
        <w:tc>
          <w:tcPr>
            <w:tcW w:w="0" w:type="auto"/>
          </w:tcPr>
          <w:p w14:paraId="162530BE" w14:textId="77777777" w:rsidR="007A5E59" w:rsidRDefault="0095198F">
            <w:pPr>
              <w:jc w:val="center"/>
            </w:pPr>
            <w:r>
              <w:t>5 485,0</w:t>
            </w:r>
          </w:p>
        </w:tc>
        <w:tc>
          <w:tcPr>
            <w:tcW w:w="0" w:type="auto"/>
          </w:tcPr>
          <w:p w14:paraId="2BCB941C" w14:textId="77777777" w:rsidR="007A5E59" w:rsidRDefault="0095198F">
            <w:pPr>
              <w:jc w:val="center"/>
            </w:pPr>
            <w:r>
              <w:t>1 289,0</w:t>
            </w:r>
          </w:p>
        </w:tc>
        <w:tc>
          <w:tcPr>
            <w:tcW w:w="0" w:type="auto"/>
          </w:tcPr>
          <w:p w14:paraId="3BFDBAA8" w14:textId="77777777" w:rsidR="007A5E59" w:rsidRDefault="0095198F">
            <w:pPr>
              <w:jc w:val="center"/>
            </w:pPr>
            <w:r>
              <w:t>437 924,0</w:t>
            </w:r>
          </w:p>
        </w:tc>
        <w:tc>
          <w:tcPr>
            <w:tcW w:w="0" w:type="auto"/>
          </w:tcPr>
          <w:p w14:paraId="0FEE999F" w14:textId="77777777" w:rsidR="007A5E59" w:rsidRDefault="0095198F">
            <w:pPr>
              <w:jc w:val="center"/>
            </w:pPr>
            <w:r>
              <w:t>10 495,1</w:t>
            </w:r>
          </w:p>
        </w:tc>
        <w:tc>
          <w:tcPr>
            <w:tcW w:w="0" w:type="auto"/>
          </w:tcPr>
          <w:p w14:paraId="4F883364" w14:textId="77777777" w:rsidR="007A5E59" w:rsidRDefault="0095198F">
            <w:pPr>
              <w:jc w:val="center"/>
            </w:pPr>
            <w:r>
              <w:t>51 521,4</w:t>
            </w:r>
          </w:p>
        </w:tc>
        <w:tc>
          <w:tcPr>
            <w:tcW w:w="0" w:type="auto"/>
          </w:tcPr>
          <w:p w14:paraId="372859DF" w14:textId="77777777" w:rsidR="007A5E59" w:rsidRDefault="0095198F">
            <w:pPr>
              <w:jc w:val="center"/>
            </w:pPr>
            <w:r>
              <w:t>21 408,9</w:t>
            </w:r>
          </w:p>
        </w:tc>
        <w:tc>
          <w:tcPr>
            <w:tcW w:w="0" w:type="auto"/>
          </w:tcPr>
          <w:p w14:paraId="220C91FC" w14:textId="77777777" w:rsidR="007A5E59" w:rsidRDefault="0095198F">
            <w:pPr>
              <w:jc w:val="center"/>
            </w:pPr>
            <w:r>
              <w:t>22 347,3</w:t>
            </w:r>
          </w:p>
        </w:tc>
        <w:tc>
          <w:tcPr>
            <w:tcW w:w="0" w:type="auto"/>
          </w:tcPr>
          <w:p w14:paraId="57493F72" w14:textId="77777777" w:rsidR="007A5E59" w:rsidRDefault="0095198F">
            <w:pPr>
              <w:jc w:val="center"/>
            </w:pPr>
            <w:r>
              <w:t>3 209,3</w:t>
            </w:r>
          </w:p>
        </w:tc>
        <w:tc>
          <w:tcPr>
            <w:tcW w:w="0" w:type="auto"/>
          </w:tcPr>
          <w:p w14:paraId="3013DC85" w14:textId="77777777" w:rsidR="007A5E59" w:rsidRDefault="0095198F">
            <w:pPr>
              <w:jc w:val="center"/>
            </w:pPr>
            <w:r>
              <w:t>782 145,6</w:t>
            </w:r>
          </w:p>
        </w:tc>
      </w:tr>
      <w:tr w:rsidR="007A5E59" w14:paraId="1B38E9C6" w14:textId="77777777">
        <w:trPr>
          <w:jc w:val="center"/>
        </w:trPr>
        <w:tc>
          <w:tcPr>
            <w:tcW w:w="0" w:type="auto"/>
          </w:tcPr>
          <w:p w14:paraId="5ECC49EE" w14:textId="77777777" w:rsidR="007A5E59" w:rsidRDefault="0095198F">
            <w:r>
              <w:t>2.1</w:t>
            </w:r>
          </w:p>
        </w:tc>
        <w:tc>
          <w:tcPr>
            <w:tcW w:w="0" w:type="auto"/>
          </w:tcPr>
          <w:p w14:paraId="5E3D0AA6" w14:textId="77777777" w:rsidR="007A5E59" w:rsidRPr="00312815" w:rsidRDefault="0095198F">
            <w:pPr>
              <w:rPr>
                <w:lang w:val="ru-RU"/>
              </w:rPr>
            </w:pPr>
            <w:r w:rsidRPr="00312815">
              <w:rPr>
                <w:lang w:val="ru-RU"/>
              </w:rPr>
              <w:t>Изменение годового потребления в период 2031–2036 гг.</w:t>
            </w:r>
          </w:p>
        </w:tc>
        <w:tc>
          <w:tcPr>
            <w:tcW w:w="0" w:type="auto"/>
          </w:tcPr>
          <w:p w14:paraId="66CE5E51" w14:textId="77777777" w:rsidR="007A5E59" w:rsidRDefault="0095198F">
            <w:pPr>
              <w:jc w:val="center"/>
            </w:pPr>
            <w:r>
              <w:t>0,0</w:t>
            </w:r>
          </w:p>
        </w:tc>
        <w:tc>
          <w:tcPr>
            <w:tcW w:w="0" w:type="auto"/>
          </w:tcPr>
          <w:p w14:paraId="1605255E" w14:textId="77777777" w:rsidR="007A5E59" w:rsidRDefault="0095198F">
            <w:pPr>
              <w:jc w:val="center"/>
            </w:pPr>
            <w:r>
              <w:t>0,0</w:t>
            </w:r>
          </w:p>
        </w:tc>
        <w:tc>
          <w:tcPr>
            <w:tcW w:w="0" w:type="auto"/>
          </w:tcPr>
          <w:p w14:paraId="5E7735C1" w14:textId="77777777" w:rsidR="007A5E59" w:rsidRDefault="0095198F">
            <w:pPr>
              <w:jc w:val="center"/>
            </w:pPr>
            <w:r>
              <w:t>0,0</w:t>
            </w:r>
          </w:p>
        </w:tc>
        <w:tc>
          <w:tcPr>
            <w:tcW w:w="0" w:type="auto"/>
          </w:tcPr>
          <w:p w14:paraId="1E560635" w14:textId="77777777" w:rsidR="007A5E59" w:rsidRDefault="0095198F">
            <w:pPr>
              <w:jc w:val="center"/>
            </w:pPr>
            <w:r>
              <w:t>0,0</w:t>
            </w:r>
          </w:p>
        </w:tc>
        <w:tc>
          <w:tcPr>
            <w:tcW w:w="0" w:type="auto"/>
          </w:tcPr>
          <w:p w14:paraId="6538D19B" w14:textId="77777777" w:rsidR="007A5E59" w:rsidRDefault="0095198F">
            <w:pPr>
              <w:jc w:val="center"/>
            </w:pPr>
            <w:r>
              <w:t>0,0</w:t>
            </w:r>
          </w:p>
        </w:tc>
        <w:tc>
          <w:tcPr>
            <w:tcW w:w="0" w:type="auto"/>
          </w:tcPr>
          <w:p w14:paraId="4FCE038B" w14:textId="77777777" w:rsidR="007A5E59" w:rsidRDefault="0095198F">
            <w:pPr>
              <w:jc w:val="center"/>
            </w:pPr>
            <w:r>
              <w:t>0,0</w:t>
            </w:r>
          </w:p>
        </w:tc>
        <w:tc>
          <w:tcPr>
            <w:tcW w:w="0" w:type="auto"/>
          </w:tcPr>
          <w:p w14:paraId="2D6ADC57" w14:textId="77777777" w:rsidR="007A5E59" w:rsidRDefault="0095198F">
            <w:pPr>
              <w:jc w:val="center"/>
            </w:pPr>
            <w:r>
              <w:t>0,0</w:t>
            </w:r>
          </w:p>
        </w:tc>
        <w:tc>
          <w:tcPr>
            <w:tcW w:w="0" w:type="auto"/>
          </w:tcPr>
          <w:p w14:paraId="7793BE35" w14:textId="77777777" w:rsidR="007A5E59" w:rsidRDefault="0095198F">
            <w:pPr>
              <w:jc w:val="center"/>
            </w:pPr>
            <w:r>
              <w:t>0,0</w:t>
            </w:r>
          </w:p>
        </w:tc>
        <w:tc>
          <w:tcPr>
            <w:tcW w:w="0" w:type="auto"/>
          </w:tcPr>
          <w:p w14:paraId="79F4F7D4" w14:textId="77777777" w:rsidR="007A5E59" w:rsidRDefault="0095198F">
            <w:pPr>
              <w:jc w:val="center"/>
            </w:pPr>
            <w:r>
              <w:t>0,0</w:t>
            </w:r>
          </w:p>
        </w:tc>
        <w:tc>
          <w:tcPr>
            <w:tcW w:w="0" w:type="auto"/>
          </w:tcPr>
          <w:p w14:paraId="45D47487" w14:textId="77777777" w:rsidR="007A5E59" w:rsidRDefault="0095198F">
            <w:pPr>
              <w:jc w:val="center"/>
            </w:pPr>
            <w:r>
              <w:t>0,0</w:t>
            </w:r>
          </w:p>
        </w:tc>
        <w:tc>
          <w:tcPr>
            <w:tcW w:w="0" w:type="auto"/>
          </w:tcPr>
          <w:p w14:paraId="02874A45" w14:textId="77777777" w:rsidR="007A5E59" w:rsidRDefault="0095198F">
            <w:pPr>
              <w:jc w:val="center"/>
            </w:pPr>
            <w:r>
              <w:t>0,0</w:t>
            </w:r>
          </w:p>
        </w:tc>
      </w:tr>
      <w:tr w:rsidR="007A5E59" w14:paraId="01B9E46D" w14:textId="77777777">
        <w:trPr>
          <w:jc w:val="center"/>
        </w:trPr>
        <w:tc>
          <w:tcPr>
            <w:tcW w:w="0" w:type="auto"/>
          </w:tcPr>
          <w:p w14:paraId="716D06F4" w14:textId="77777777" w:rsidR="007A5E59" w:rsidRDefault="0095198F">
            <w:pPr>
              <w:jc w:val="center"/>
            </w:pPr>
            <w:r>
              <w:t>3</w:t>
            </w:r>
          </w:p>
        </w:tc>
        <w:tc>
          <w:tcPr>
            <w:tcW w:w="0" w:type="auto"/>
          </w:tcPr>
          <w:p w14:paraId="7EB0AE0E" w14:textId="77777777" w:rsidR="007A5E59" w:rsidRPr="00312815" w:rsidRDefault="0095198F">
            <w:pPr>
              <w:rPr>
                <w:lang w:val="ru-RU"/>
              </w:rPr>
            </w:pPr>
            <w:r w:rsidRPr="00312815">
              <w:rPr>
                <w:lang w:val="ru-RU"/>
              </w:rPr>
              <w:t>Годовое потребление тепловой энергии потребителями в 2036 году</w:t>
            </w:r>
          </w:p>
        </w:tc>
        <w:tc>
          <w:tcPr>
            <w:tcW w:w="0" w:type="auto"/>
          </w:tcPr>
          <w:p w14:paraId="5B12532F" w14:textId="77777777" w:rsidR="007A5E59" w:rsidRDefault="0095198F">
            <w:pPr>
              <w:jc w:val="center"/>
            </w:pPr>
            <w:r>
              <w:t>216 136,7</w:t>
            </w:r>
          </w:p>
        </w:tc>
        <w:tc>
          <w:tcPr>
            <w:tcW w:w="0" w:type="auto"/>
          </w:tcPr>
          <w:p w14:paraId="690E14E7" w14:textId="77777777" w:rsidR="007A5E59" w:rsidRDefault="0095198F">
            <w:pPr>
              <w:jc w:val="center"/>
            </w:pPr>
            <w:r>
              <w:t>12 328,9</w:t>
            </w:r>
          </w:p>
        </w:tc>
        <w:tc>
          <w:tcPr>
            <w:tcW w:w="0" w:type="auto"/>
          </w:tcPr>
          <w:p w14:paraId="5C44D229" w14:textId="77777777" w:rsidR="007A5E59" w:rsidRDefault="0095198F">
            <w:pPr>
              <w:jc w:val="center"/>
            </w:pPr>
            <w:r>
              <w:t>5 485,0</w:t>
            </w:r>
          </w:p>
        </w:tc>
        <w:tc>
          <w:tcPr>
            <w:tcW w:w="0" w:type="auto"/>
          </w:tcPr>
          <w:p w14:paraId="573F4C7B" w14:textId="77777777" w:rsidR="007A5E59" w:rsidRDefault="0095198F">
            <w:pPr>
              <w:jc w:val="center"/>
            </w:pPr>
            <w:r>
              <w:t>1 289,0</w:t>
            </w:r>
          </w:p>
        </w:tc>
        <w:tc>
          <w:tcPr>
            <w:tcW w:w="0" w:type="auto"/>
          </w:tcPr>
          <w:p w14:paraId="3265DF81" w14:textId="77777777" w:rsidR="007A5E59" w:rsidRDefault="0095198F">
            <w:pPr>
              <w:jc w:val="center"/>
            </w:pPr>
            <w:r>
              <w:t>437 924,0</w:t>
            </w:r>
          </w:p>
        </w:tc>
        <w:tc>
          <w:tcPr>
            <w:tcW w:w="0" w:type="auto"/>
          </w:tcPr>
          <w:p w14:paraId="093C2305" w14:textId="77777777" w:rsidR="007A5E59" w:rsidRDefault="0095198F">
            <w:pPr>
              <w:jc w:val="center"/>
            </w:pPr>
            <w:r>
              <w:t>10 495,1</w:t>
            </w:r>
          </w:p>
        </w:tc>
        <w:tc>
          <w:tcPr>
            <w:tcW w:w="0" w:type="auto"/>
          </w:tcPr>
          <w:p w14:paraId="63183169" w14:textId="77777777" w:rsidR="007A5E59" w:rsidRDefault="0095198F">
            <w:pPr>
              <w:jc w:val="center"/>
            </w:pPr>
            <w:r>
              <w:t>51 521,4</w:t>
            </w:r>
          </w:p>
        </w:tc>
        <w:tc>
          <w:tcPr>
            <w:tcW w:w="0" w:type="auto"/>
          </w:tcPr>
          <w:p w14:paraId="322C64A2" w14:textId="77777777" w:rsidR="007A5E59" w:rsidRDefault="0095198F">
            <w:pPr>
              <w:jc w:val="center"/>
            </w:pPr>
            <w:r>
              <w:t>21 408,9</w:t>
            </w:r>
          </w:p>
        </w:tc>
        <w:tc>
          <w:tcPr>
            <w:tcW w:w="0" w:type="auto"/>
          </w:tcPr>
          <w:p w14:paraId="6C1D6C5F" w14:textId="77777777" w:rsidR="007A5E59" w:rsidRDefault="0095198F">
            <w:pPr>
              <w:jc w:val="center"/>
            </w:pPr>
            <w:r>
              <w:t>22 347,3</w:t>
            </w:r>
          </w:p>
        </w:tc>
        <w:tc>
          <w:tcPr>
            <w:tcW w:w="0" w:type="auto"/>
          </w:tcPr>
          <w:p w14:paraId="3FD36A54" w14:textId="77777777" w:rsidR="007A5E59" w:rsidRDefault="0095198F">
            <w:pPr>
              <w:jc w:val="center"/>
            </w:pPr>
            <w:r>
              <w:t>3 209,3</w:t>
            </w:r>
          </w:p>
        </w:tc>
        <w:tc>
          <w:tcPr>
            <w:tcW w:w="0" w:type="auto"/>
          </w:tcPr>
          <w:p w14:paraId="2CA2EF0F" w14:textId="77777777" w:rsidR="007A5E59" w:rsidRDefault="0095198F">
            <w:pPr>
              <w:jc w:val="center"/>
            </w:pPr>
            <w:r>
              <w:t>782 145,6</w:t>
            </w:r>
          </w:p>
        </w:tc>
      </w:tr>
    </w:tbl>
    <w:p w14:paraId="537CD222" w14:textId="77777777" w:rsidR="007A5E59" w:rsidRPr="00312815" w:rsidRDefault="0095198F">
      <w:pPr>
        <w:spacing w:after="0"/>
        <w:ind w:firstLine="709"/>
        <w:jc w:val="both"/>
        <w:rPr>
          <w:lang w:val="ru-RU"/>
        </w:rPr>
      </w:pPr>
      <w:r w:rsidRPr="00312815">
        <w:rPr>
          <w:lang w:val="ru-RU"/>
        </w:rPr>
        <w:t>1. Показатели рассчитываются формулами листа «Таблица 1.6» расчётной книги по каждому источнику отдельно (отопление + вентиляция + ГВС + пар). Литеральных значений потребления в таблице нет; изменение исходных данных листа «Таблица 1.6» расчётной книги протягивается автоматически.</w:t>
      </w:r>
    </w:p>
    <w:p w14:paraId="76964675" w14:textId="77777777" w:rsidR="00312815" w:rsidRDefault="0095198F">
      <w:pPr>
        <w:spacing w:after="0"/>
        <w:ind w:firstLine="709"/>
        <w:jc w:val="both"/>
        <w:rPr>
          <w:lang w:val="ru-RU"/>
        </w:rPr>
      </w:pPr>
      <w:r w:rsidRPr="00312815">
        <w:rPr>
          <w:lang w:val="ru-RU"/>
        </w:rPr>
        <w:t>2. Таблица построена по десяти действующим источникам. Котельные «УПК № 4 Калинина», «УПК № 11 Мундыбаш, ул. Вокзальная» и «УПК № 12 Мундыбаш, ул. Школьная» выведены из эксплуатации и в расчётном периоде 2026–2036 гг. не участвуют.</w:t>
      </w:r>
    </w:p>
    <w:p w14:paraId="7E19DAC1" w14:textId="77777777" w:rsidR="007A5E59" w:rsidRPr="00312815" w:rsidRDefault="00312815" w:rsidP="00312815">
      <w:r>
        <w:rPr>
          <w:lang w:val="ru-RU"/>
        </w:rPr>
        <w:br w:type="page"/>
      </w:r>
    </w:p>
    <w:p w14:paraId="40EA1FD0" w14:textId="77777777" w:rsidR="007A5E59" w:rsidRPr="00344E69" w:rsidRDefault="0095198F">
      <w:pPr>
        <w:pStyle w:val="1"/>
        <w:rPr>
          <w:color w:val="4F81BD" w:themeColor="accent1"/>
          <w:lang w:val="ru-RU"/>
        </w:rPr>
      </w:pPr>
      <w:bookmarkStart w:id="116" w:name="_Toc238015707"/>
      <w:r w:rsidRPr="00344E69">
        <w:rPr>
          <w:color w:val="4F81BD" w:themeColor="accent1"/>
          <w:lang w:val="ru-RU"/>
        </w:rPr>
        <w:t>ПРИЛОЖЕНИЕ 2. Балансы тепловой мощности</w:t>
      </w:r>
      <w:bookmarkEnd w:id="116"/>
    </w:p>
    <w:p w14:paraId="70D35895" w14:textId="77777777" w:rsidR="007A5E59" w:rsidRPr="00312815" w:rsidRDefault="0095198F">
      <w:pPr>
        <w:ind w:firstLine="709"/>
        <w:jc w:val="both"/>
        <w:rPr>
          <w:lang w:val="ru-RU"/>
        </w:rPr>
      </w:pPr>
      <w:r w:rsidRPr="00312815">
        <w:rPr>
          <w:lang w:val="ru-RU"/>
        </w:rPr>
        <w:t>Приведены балансы тепловой мощности и тепловой нагрузки по каждому из десяти действующих источников на три расчётных этапа. Материал является доказательной базой разделов 1.6 и 4.</w:t>
      </w:r>
    </w:p>
    <w:p w14:paraId="76FA4D27" w14:textId="77777777" w:rsidR="007A5E59" w:rsidRPr="00312815" w:rsidRDefault="0095198F">
      <w:pPr>
        <w:rPr>
          <w:lang w:val="ru-RU"/>
        </w:rPr>
      </w:pPr>
      <w:r w:rsidRPr="00312815">
        <w:rPr>
          <w:b/>
          <w:lang w:val="ru-RU"/>
        </w:rPr>
        <w:t>Таблица П2.1. Баланс тепловой мощности — Производственно-отопительная УПК № 1</w:t>
      </w:r>
    </w:p>
    <w:tbl>
      <w:tblPr>
        <w:tblStyle w:val="aff0"/>
        <w:tblW w:w="5000" w:type="pct"/>
        <w:jc w:val="center"/>
        <w:tblCellMar>
          <w:left w:w="57" w:type="dxa"/>
          <w:right w:w="57" w:type="dxa"/>
        </w:tblCellMar>
        <w:tblLook w:val="04A0" w:firstRow="1" w:lastRow="0" w:firstColumn="1" w:lastColumn="0" w:noHBand="0" w:noVBand="1"/>
      </w:tblPr>
      <w:tblGrid>
        <w:gridCol w:w="714"/>
        <w:gridCol w:w="3784"/>
        <w:gridCol w:w="997"/>
        <w:gridCol w:w="1822"/>
        <w:gridCol w:w="1014"/>
        <w:gridCol w:w="1014"/>
      </w:tblGrid>
      <w:tr w:rsidR="007A5E59" w14:paraId="6522547F" w14:textId="77777777">
        <w:trPr>
          <w:cantSplit/>
          <w:tblHeader/>
          <w:jc w:val="center"/>
        </w:trPr>
        <w:tc>
          <w:tcPr>
            <w:tcW w:w="0" w:type="auto"/>
            <w:vMerge w:val="restart"/>
            <w:shd w:val="clear" w:color="auto" w:fill="E2F0D9"/>
            <w:vAlign w:val="center"/>
          </w:tcPr>
          <w:p w14:paraId="7B6EC946" w14:textId="77777777" w:rsidR="007A5E59" w:rsidRDefault="0095198F">
            <w:pPr>
              <w:jc w:val="center"/>
            </w:pPr>
            <w:r>
              <w:rPr>
                <w:b/>
              </w:rPr>
              <w:t>№ пп</w:t>
            </w:r>
          </w:p>
        </w:tc>
        <w:tc>
          <w:tcPr>
            <w:tcW w:w="0" w:type="auto"/>
            <w:vMerge w:val="restart"/>
            <w:shd w:val="clear" w:color="auto" w:fill="E2F0D9"/>
            <w:vAlign w:val="center"/>
          </w:tcPr>
          <w:p w14:paraId="642C8939" w14:textId="77777777" w:rsidR="007A5E59" w:rsidRDefault="0095198F">
            <w:pPr>
              <w:jc w:val="center"/>
            </w:pPr>
            <w:r>
              <w:rPr>
                <w:b/>
              </w:rPr>
              <w:t>Показатель</w:t>
            </w:r>
          </w:p>
        </w:tc>
        <w:tc>
          <w:tcPr>
            <w:tcW w:w="0" w:type="auto"/>
            <w:vMerge w:val="restart"/>
            <w:shd w:val="clear" w:color="auto" w:fill="E2F0D9"/>
            <w:vAlign w:val="center"/>
          </w:tcPr>
          <w:p w14:paraId="1B994738" w14:textId="77777777" w:rsidR="007A5E59" w:rsidRDefault="0095198F">
            <w:pPr>
              <w:jc w:val="center"/>
            </w:pPr>
            <w:r>
              <w:rPr>
                <w:b/>
              </w:rPr>
              <w:t>Ед. изм.</w:t>
            </w:r>
          </w:p>
        </w:tc>
        <w:tc>
          <w:tcPr>
            <w:tcW w:w="0" w:type="auto"/>
            <w:gridSpan w:val="3"/>
            <w:shd w:val="clear" w:color="auto" w:fill="E2F0D9"/>
            <w:vAlign w:val="center"/>
          </w:tcPr>
          <w:p w14:paraId="624DFE51" w14:textId="77777777" w:rsidR="007A5E59" w:rsidRDefault="0095198F">
            <w:pPr>
              <w:jc w:val="center"/>
            </w:pPr>
            <w:r>
              <w:rPr>
                <w:b/>
              </w:rPr>
              <w:t>Этапы развития схемы ТС</w:t>
            </w:r>
          </w:p>
        </w:tc>
      </w:tr>
      <w:tr w:rsidR="007A5E59" w14:paraId="3537E1AB" w14:textId="77777777">
        <w:trPr>
          <w:cantSplit/>
          <w:tblHeader/>
          <w:jc w:val="center"/>
        </w:trPr>
        <w:tc>
          <w:tcPr>
            <w:tcW w:w="0" w:type="auto"/>
            <w:vMerge/>
            <w:shd w:val="clear" w:color="auto" w:fill="E2F0D9"/>
            <w:vAlign w:val="center"/>
          </w:tcPr>
          <w:p w14:paraId="71107BA1" w14:textId="77777777" w:rsidR="007A5E59" w:rsidRDefault="007A5E59">
            <w:pPr>
              <w:jc w:val="center"/>
            </w:pPr>
          </w:p>
        </w:tc>
        <w:tc>
          <w:tcPr>
            <w:tcW w:w="0" w:type="auto"/>
            <w:vMerge/>
            <w:shd w:val="clear" w:color="auto" w:fill="E2F0D9"/>
            <w:vAlign w:val="center"/>
          </w:tcPr>
          <w:p w14:paraId="2063B41F" w14:textId="77777777" w:rsidR="007A5E59" w:rsidRDefault="007A5E59">
            <w:pPr>
              <w:jc w:val="center"/>
            </w:pPr>
          </w:p>
        </w:tc>
        <w:tc>
          <w:tcPr>
            <w:tcW w:w="0" w:type="auto"/>
            <w:vMerge/>
            <w:shd w:val="clear" w:color="auto" w:fill="E2F0D9"/>
            <w:vAlign w:val="center"/>
          </w:tcPr>
          <w:p w14:paraId="2C01BAA4" w14:textId="77777777" w:rsidR="007A5E59" w:rsidRDefault="007A5E59">
            <w:pPr>
              <w:jc w:val="center"/>
            </w:pPr>
          </w:p>
        </w:tc>
        <w:tc>
          <w:tcPr>
            <w:tcW w:w="0" w:type="auto"/>
            <w:shd w:val="clear" w:color="auto" w:fill="E2F0D9"/>
            <w:vAlign w:val="center"/>
          </w:tcPr>
          <w:p w14:paraId="5961F3F4" w14:textId="77777777" w:rsidR="007A5E59" w:rsidRDefault="0095198F">
            <w:pPr>
              <w:jc w:val="center"/>
            </w:pPr>
            <w:r>
              <w:rPr>
                <w:b/>
              </w:rPr>
              <w:t>2026</w:t>
            </w:r>
          </w:p>
        </w:tc>
        <w:tc>
          <w:tcPr>
            <w:tcW w:w="0" w:type="auto"/>
            <w:shd w:val="clear" w:color="auto" w:fill="E2F0D9"/>
            <w:vAlign w:val="center"/>
          </w:tcPr>
          <w:p w14:paraId="1DD8B155" w14:textId="77777777" w:rsidR="007A5E59" w:rsidRDefault="0095198F">
            <w:pPr>
              <w:jc w:val="center"/>
            </w:pPr>
            <w:r>
              <w:rPr>
                <w:b/>
              </w:rPr>
              <w:t>2031</w:t>
            </w:r>
          </w:p>
        </w:tc>
        <w:tc>
          <w:tcPr>
            <w:tcW w:w="0" w:type="auto"/>
            <w:shd w:val="clear" w:color="auto" w:fill="E2F0D9"/>
            <w:vAlign w:val="center"/>
          </w:tcPr>
          <w:p w14:paraId="1D17CD9E" w14:textId="77777777" w:rsidR="007A5E59" w:rsidRDefault="0095198F">
            <w:pPr>
              <w:jc w:val="center"/>
            </w:pPr>
            <w:r>
              <w:rPr>
                <w:b/>
              </w:rPr>
              <w:t>2036</w:t>
            </w:r>
          </w:p>
        </w:tc>
      </w:tr>
      <w:tr w:rsidR="007A5E59" w14:paraId="3065D6AD" w14:textId="77777777">
        <w:trPr>
          <w:cantSplit/>
          <w:tblHeader/>
          <w:jc w:val="center"/>
        </w:trPr>
        <w:tc>
          <w:tcPr>
            <w:tcW w:w="0" w:type="auto"/>
            <w:shd w:val="clear" w:color="auto" w:fill="F2F2F2"/>
            <w:vAlign w:val="center"/>
          </w:tcPr>
          <w:p w14:paraId="3BD92A99" w14:textId="77777777" w:rsidR="007A5E59" w:rsidRDefault="0095198F">
            <w:pPr>
              <w:jc w:val="center"/>
            </w:pPr>
            <w:r>
              <w:t>1</w:t>
            </w:r>
          </w:p>
        </w:tc>
        <w:tc>
          <w:tcPr>
            <w:tcW w:w="0" w:type="auto"/>
            <w:shd w:val="clear" w:color="auto" w:fill="F2F2F2"/>
            <w:vAlign w:val="center"/>
          </w:tcPr>
          <w:p w14:paraId="15440261" w14:textId="77777777" w:rsidR="007A5E59" w:rsidRDefault="0095198F">
            <w:pPr>
              <w:jc w:val="center"/>
            </w:pPr>
            <w:r>
              <w:t>2</w:t>
            </w:r>
          </w:p>
        </w:tc>
        <w:tc>
          <w:tcPr>
            <w:tcW w:w="0" w:type="auto"/>
            <w:shd w:val="clear" w:color="auto" w:fill="F2F2F2"/>
            <w:vAlign w:val="center"/>
          </w:tcPr>
          <w:p w14:paraId="6D1C120F" w14:textId="77777777" w:rsidR="007A5E59" w:rsidRDefault="0095198F">
            <w:pPr>
              <w:jc w:val="center"/>
            </w:pPr>
            <w:r>
              <w:t>3</w:t>
            </w:r>
          </w:p>
        </w:tc>
        <w:tc>
          <w:tcPr>
            <w:tcW w:w="0" w:type="auto"/>
            <w:shd w:val="clear" w:color="auto" w:fill="F2F2F2"/>
            <w:vAlign w:val="center"/>
          </w:tcPr>
          <w:p w14:paraId="68EDCCF2" w14:textId="77777777" w:rsidR="007A5E59" w:rsidRDefault="0095198F">
            <w:pPr>
              <w:jc w:val="center"/>
            </w:pPr>
            <w:r>
              <w:t>4</w:t>
            </w:r>
          </w:p>
        </w:tc>
        <w:tc>
          <w:tcPr>
            <w:tcW w:w="0" w:type="auto"/>
            <w:shd w:val="clear" w:color="auto" w:fill="F2F2F2"/>
            <w:vAlign w:val="center"/>
          </w:tcPr>
          <w:p w14:paraId="05DC57BA" w14:textId="77777777" w:rsidR="007A5E59" w:rsidRDefault="0095198F">
            <w:pPr>
              <w:jc w:val="center"/>
            </w:pPr>
            <w:r>
              <w:t>5</w:t>
            </w:r>
          </w:p>
        </w:tc>
        <w:tc>
          <w:tcPr>
            <w:tcW w:w="0" w:type="auto"/>
            <w:shd w:val="clear" w:color="auto" w:fill="F2F2F2"/>
            <w:vAlign w:val="center"/>
          </w:tcPr>
          <w:p w14:paraId="711E3F0D" w14:textId="77777777" w:rsidR="007A5E59" w:rsidRDefault="0095198F">
            <w:pPr>
              <w:jc w:val="center"/>
            </w:pPr>
            <w:r>
              <w:t>6</w:t>
            </w:r>
          </w:p>
        </w:tc>
      </w:tr>
      <w:tr w:rsidR="007A5E59" w14:paraId="14805E3C" w14:textId="77777777">
        <w:trPr>
          <w:jc w:val="center"/>
        </w:trPr>
        <w:tc>
          <w:tcPr>
            <w:tcW w:w="0" w:type="auto"/>
          </w:tcPr>
          <w:p w14:paraId="4DE9758D" w14:textId="77777777" w:rsidR="007A5E59" w:rsidRDefault="0095198F">
            <w:r>
              <w:t>1.1</w:t>
            </w:r>
          </w:p>
        </w:tc>
        <w:tc>
          <w:tcPr>
            <w:tcW w:w="0" w:type="auto"/>
          </w:tcPr>
          <w:p w14:paraId="104F7FBD" w14:textId="77777777" w:rsidR="007A5E59" w:rsidRDefault="0095198F">
            <w:r>
              <w:t>Производственно-отопительная УПК № 1</w:t>
            </w:r>
          </w:p>
        </w:tc>
        <w:tc>
          <w:tcPr>
            <w:tcW w:w="0" w:type="auto"/>
          </w:tcPr>
          <w:p w14:paraId="54E41D25" w14:textId="77777777" w:rsidR="007A5E59" w:rsidRDefault="007A5E59"/>
        </w:tc>
        <w:tc>
          <w:tcPr>
            <w:tcW w:w="0" w:type="auto"/>
          </w:tcPr>
          <w:p w14:paraId="4E3F0A14" w14:textId="77777777" w:rsidR="007A5E59" w:rsidRDefault="007A5E59"/>
        </w:tc>
        <w:tc>
          <w:tcPr>
            <w:tcW w:w="0" w:type="auto"/>
          </w:tcPr>
          <w:p w14:paraId="637281D9" w14:textId="77777777" w:rsidR="007A5E59" w:rsidRDefault="007A5E59"/>
        </w:tc>
        <w:tc>
          <w:tcPr>
            <w:tcW w:w="0" w:type="auto"/>
          </w:tcPr>
          <w:p w14:paraId="3AEC40D7" w14:textId="77777777" w:rsidR="007A5E59" w:rsidRDefault="007A5E59"/>
        </w:tc>
      </w:tr>
      <w:tr w:rsidR="007A5E59" w14:paraId="6111C589" w14:textId="77777777">
        <w:trPr>
          <w:jc w:val="center"/>
        </w:trPr>
        <w:tc>
          <w:tcPr>
            <w:tcW w:w="0" w:type="auto"/>
          </w:tcPr>
          <w:p w14:paraId="1BABED61" w14:textId="77777777" w:rsidR="007A5E59" w:rsidRDefault="0095198F">
            <w:r>
              <w:t>1.1.1</w:t>
            </w:r>
          </w:p>
        </w:tc>
        <w:tc>
          <w:tcPr>
            <w:tcW w:w="0" w:type="auto"/>
          </w:tcPr>
          <w:p w14:paraId="2DBE63F4" w14:textId="77777777" w:rsidR="007A5E59" w:rsidRDefault="0095198F">
            <w:r>
              <w:t>Максимальная нагрузка потребителей</w:t>
            </w:r>
          </w:p>
        </w:tc>
        <w:tc>
          <w:tcPr>
            <w:tcW w:w="0" w:type="auto"/>
          </w:tcPr>
          <w:p w14:paraId="7C0D4694" w14:textId="77777777" w:rsidR="007A5E59" w:rsidRDefault="0095198F">
            <w:r>
              <w:t>Гкал/час</w:t>
            </w:r>
          </w:p>
        </w:tc>
        <w:tc>
          <w:tcPr>
            <w:tcW w:w="0" w:type="auto"/>
          </w:tcPr>
          <w:p w14:paraId="24598BC9" w14:textId="77777777" w:rsidR="007A5E59" w:rsidRDefault="0095198F">
            <w:pPr>
              <w:jc w:val="center"/>
            </w:pPr>
            <w:r>
              <w:t>81,5472</w:t>
            </w:r>
          </w:p>
        </w:tc>
        <w:tc>
          <w:tcPr>
            <w:tcW w:w="0" w:type="auto"/>
          </w:tcPr>
          <w:p w14:paraId="1A5466C7" w14:textId="77777777" w:rsidR="007A5E59" w:rsidRDefault="0095198F">
            <w:pPr>
              <w:jc w:val="center"/>
            </w:pPr>
            <w:r>
              <w:t>81,6982</w:t>
            </w:r>
          </w:p>
        </w:tc>
        <w:tc>
          <w:tcPr>
            <w:tcW w:w="0" w:type="auto"/>
          </w:tcPr>
          <w:p w14:paraId="32F7A215" w14:textId="77777777" w:rsidR="007A5E59" w:rsidRDefault="0095198F">
            <w:pPr>
              <w:jc w:val="center"/>
            </w:pPr>
            <w:r>
              <w:t>81,6982</w:t>
            </w:r>
          </w:p>
        </w:tc>
      </w:tr>
      <w:tr w:rsidR="007A5E59" w14:paraId="3CBD8CF4" w14:textId="77777777">
        <w:trPr>
          <w:jc w:val="center"/>
        </w:trPr>
        <w:tc>
          <w:tcPr>
            <w:tcW w:w="0" w:type="auto"/>
          </w:tcPr>
          <w:p w14:paraId="01D404AC" w14:textId="77777777" w:rsidR="007A5E59" w:rsidRDefault="0095198F">
            <w:r>
              <w:t>1.1.2</w:t>
            </w:r>
          </w:p>
        </w:tc>
        <w:tc>
          <w:tcPr>
            <w:tcW w:w="0" w:type="auto"/>
          </w:tcPr>
          <w:p w14:paraId="3DC3DD2D" w14:textId="77777777" w:rsidR="007A5E59" w:rsidRDefault="0095198F">
            <w:r>
              <w:t>Потери ТЭ в сетях</w:t>
            </w:r>
          </w:p>
        </w:tc>
        <w:tc>
          <w:tcPr>
            <w:tcW w:w="0" w:type="auto"/>
          </w:tcPr>
          <w:p w14:paraId="1E08E503" w14:textId="77777777" w:rsidR="007A5E59" w:rsidRDefault="0095198F">
            <w:r>
              <w:t>Гкал/час</w:t>
            </w:r>
          </w:p>
        </w:tc>
        <w:tc>
          <w:tcPr>
            <w:tcW w:w="0" w:type="auto"/>
          </w:tcPr>
          <w:p w14:paraId="56467084" w14:textId="77777777" w:rsidR="007A5E59" w:rsidRDefault="0095198F">
            <w:pPr>
              <w:jc w:val="center"/>
            </w:pPr>
            <w:r>
              <w:t>6,9180</w:t>
            </w:r>
          </w:p>
        </w:tc>
        <w:tc>
          <w:tcPr>
            <w:tcW w:w="0" w:type="auto"/>
          </w:tcPr>
          <w:p w14:paraId="67575C48" w14:textId="77777777" w:rsidR="007A5E59" w:rsidRDefault="0095198F">
            <w:pPr>
              <w:jc w:val="center"/>
            </w:pPr>
            <w:r>
              <w:t>6,9180</w:t>
            </w:r>
          </w:p>
        </w:tc>
        <w:tc>
          <w:tcPr>
            <w:tcW w:w="0" w:type="auto"/>
          </w:tcPr>
          <w:p w14:paraId="1D7C1851" w14:textId="77777777" w:rsidR="007A5E59" w:rsidRDefault="0095198F">
            <w:pPr>
              <w:jc w:val="center"/>
            </w:pPr>
            <w:r>
              <w:t>6,9180</w:t>
            </w:r>
          </w:p>
        </w:tc>
      </w:tr>
      <w:tr w:rsidR="007A5E59" w14:paraId="277E9F5B" w14:textId="77777777">
        <w:trPr>
          <w:jc w:val="center"/>
        </w:trPr>
        <w:tc>
          <w:tcPr>
            <w:tcW w:w="0" w:type="auto"/>
          </w:tcPr>
          <w:p w14:paraId="4ED548F4" w14:textId="77777777" w:rsidR="007A5E59" w:rsidRDefault="0095198F">
            <w:r>
              <w:t>1.1.3</w:t>
            </w:r>
          </w:p>
        </w:tc>
        <w:tc>
          <w:tcPr>
            <w:tcW w:w="0" w:type="auto"/>
          </w:tcPr>
          <w:p w14:paraId="675C8A16" w14:textId="77777777" w:rsidR="007A5E59" w:rsidRDefault="007A5E59"/>
        </w:tc>
        <w:tc>
          <w:tcPr>
            <w:tcW w:w="0" w:type="auto"/>
          </w:tcPr>
          <w:p w14:paraId="642A58D7" w14:textId="77777777" w:rsidR="007A5E59" w:rsidRDefault="0095198F">
            <w:r>
              <w:t>%</w:t>
            </w:r>
          </w:p>
        </w:tc>
        <w:tc>
          <w:tcPr>
            <w:tcW w:w="0" w:type="auto"/>
          </w:tcPr>
          <w:p w14:paraId="479F0AB2" w14:textId="77777777" w:rsidR="007A5E59" w:rsidRDefault="0095198F">
            <w:pPr>
              <w:jc w:val="center"/>
            </w:pPr>
            <w:r>
              <w:t>7,8</w:t>
            </w:r>
          </w:p>
        </w:tc>
        <w:tc>
          <w:tcPr>
            <w:tcW w:w="0" w:type="auto"/>
          </w:tcPr>
          <w:p w14:paraId="3B6A194B" w14:textId="77777777" w:rsidR="007A5E59" w:rsidRDefault="0095198F">
            <w:pPr>
              <w:jc w:val="center"/>
            </w:pPr>
            <w:r>
              <w:t>7,8</w:t>
            </w:r>
          </w:p>
        </w:tc>
        <w:tc>
          <w:tcPr>
            <w:tcW w:w="0" w:type="auto"/>
          </w:tcPr>
          <w:p w14:paraId="705928C9" w14:textId="77777777" w:rsidR="007A5E59" w:rsidRDefault="0095198F">
            <w:pPr>
              <w:jc w:val="center"/>
            </w:pPr>
            <w:r>
              <w:t>7,8</w:t>
            </w:r>
          </w:p>
        </w:tc>
      </w:tr>
      <w:tr w:rsidR="007A5E59" w14:paraId="1A765FBF" w14:textId="77777777">
        <w:trPr>
          <w:jc w:val="center"/>
        </w:trPr>
        <w:tc>
          <w:tcPr>
            <w:tcW w:w="0" w:type="auto"/>
          </w:tcPr>
          <w:p w14:paraId="3FB4351C" w14:textId="77777777" w:rsidR="007A5E59" w:rsidRDefault="0095198F">
            <w:r>
              <w:t>1.1.4</w:t>
            </w:r>
          </w:p>
        </w:tc>
        <w:tc>
          <w:tcPr>
            <w:tcW w:w="0" w:type="auto"/>
          </w:tcPr>
          <w:p w14:paraId="7F663ED9" w14:textId="77777777" w:rsidR="007A5E59" w:rsidRDefault="0095198F">
            <w:r>
              <w:t>Нагрузка на коллекторах котельной</w:t>
            </w:r>
          </w:p>
        </w:tc>
        <w:tc>
          <w:tcPr>
            <w:tcW w:w="0" w:type="auto"/>
          </w:tcPr>
          <w:p w14:paraId="1085F635" w14:textId="77777777" w:rsidR="007A5E59" w:rsidRDefault="0095198F">
            <w:r>
              <w:t>Гкал/час</w:t>
            </w:r>
          </w:p>
        </w:tc>
        <w:tc>
          <w:tcPr>
            <w:tcW w:w="0" w:type="auto"/>
          </w:tcPr>
          <w:p w14:paraId="7E430DF7" w14:textId="77777777" w:rsidR="007A5E59" w:rsidRDefault="0095198F">
            <w:pPr>
              <w:jc w:val="center"/>
            </w:pPr>
            <w:r>
              <w:t>88,4652</w:t>
            </w:r>
          </w:p>
        </w:tc>
        <w:tc>
          <w:tcPr>
            <w:tcW w:w="0" w:type="auto"/>
          </w:tcPr>
          <w:p w14:paraId="6D7BBE34" w14:textId="77777777" w:rsidR="007A5E59" w:rsidRDefault="0095198F">
            <w:pPr>
              <w:jc w:val="center"/>
            </w:pPr>
            <w:r>
              <w:t>88,6162</w:t>
            </w:r>
          </w:p>
        </w:tc>
        <w:tc>
          <w:tcPr>
            <w:tcW w:w="0" w:type="auto"/>
          </w:tcPr>
          <w:p w14:paraId="3F3CCC4C" w14:textId="77777777" w:rsidR="007A5E59" w:rsidRDefault="0095198F">
            <w:pPr>
              <w:jc w:val="center"/>
            </w:pPr>
            <w:r>
              <w:t>88,6162</w:t>
            </w:r>
          </w:p>
        </w:tc>
      </w:tr>
      <w:tr w:rsidR="007A5E59" w14:paraId="545736AD" w14:textId="77777777">
        <w:trPr>
          <w:jc w:val="center"/>
        </w:trPr>
        <w:tc>
          <w:tcPr>
            <w:tcW w:w="0" w:type="auto"/>
          </w:tcPr>
          <w:p w14:paraId="4A43D796" w14:textId="77777777" w:rsidR="007A5E59" w:rsidRDefault="0095198F">
            <w:r>
              <w:t>1.1.5</w:t>
            </w:r>
          </w:p>
        </w:tc>
        <w:tc>
          <w:tcPr>
            <w:tcW w:w="0" w:type="auto"/>
          </w:tcPr>
          <w:p w14:paraId="27B26DFC" w14:textId="77777777" w:rsidR="007A5E59" w:rsidRPr="00312815" w:rsidRDefault="0095198F">
            <w:pPr>
              <w:rPr>
                <w:lang w:val="ru-RU"/>
              </w:rPr>
            </w:pPr>
            <w:r w:rsidRPr="00312815">
              <w:rPr>
                <w:lang w:val="ru-RU"/>
              </w:rPr>
              <w:t>Потери на СН котельной при максимальной нагрузке</w:t>
            </w:r>
          </w:p>
        </w:tc>
        <w:tc>
          <w:tcPr>
            <w:tcW w:w="0" w:type="auto"/>
          </w:tcPr>
          <w:p w14:paraId="033223E2" w14:textId="77777777" w:rsidR="007A5E59" w:rsidRDefault="0095198F">
            <w:r>
              <w:t>Гкал/час</w:t>
            </w:r>
          </w:p>
        </w:tc>
        <w:tc>
          <w:tcPr>
            <w:tcW w:w="0" w:type="auto"/>
          </w:tcPr>
          <w:p w14:paraId="35974595" w14:textId="77777777" w:rsidR="007A5E59" w:rsidRDefault="0095198F">
            <w:pPr>
              <w:jc w:val="center"/>
            </w:pPr>
            <w:r>
              <w:t>4,5880</w:t>
            </w:r>
          </w:p>
        </w:tc>
        <w:tc>
          <w:tcPr>
            <w:tcW w:w="0" w:type="auto"/>
          </w:tcPr>
          <w:p w14:paraId="07552C9E" w14:textId="77777777" w:rsidR="007A5E59" w:rsidRDefault="0095198F">
            <w:pPr>
              <w:jc w:val="center"/>
            </w:pPr>
            <w:r>
              <w:t>4,5880</w:t>
            </w:r>
          </w:p>
        </w:tc>
        <w:tc>
          <w:tcPr>
            <w:tcW w:w="0" w:type="auto"/>
          </w:tcPr>
          <w:p w14:paraId="699D5874" w14:textId="77777777" w:rsidR="007A5E59" w:rsidRDefault="0095198F">
            <w:pPr>
              <w:jc w:val="center"/>
            </w:pPr>
            <w:r>
              <w:t>4,5880</w:t>
            </w:r>
          </w:p>
        </w:tc>
      </w:tr>
      <w:tr w:rsidR="007A5E59" w14:paraId="6CD6373A" w14:textId="77777777">
        <w:trPr>
          <w:jc w:val="center"/>
        </w:trPr>
        <w:tc>
          <w:tcPr>
            <w:tcW w:w="0" w:type="auto"/>
          </w:tcPr>
          <w:p w14:paraId="30D97133" w14:textId="77777777" w:rsidR="007A5E59" w:rsidRDefault="0095198F">
            <w:r>
              <w:t>1.1.6</w:t>
            </w:r>
          </w:p>
        </w:tc>
        <w:tc>
          <w:tcPr>
            <w:tcW w:w="0" w:type="auto"/>
          </w:tcPr>
          <w:p w14:paraId="20D89004" w14:textId="77777777" w:rsidR="007A5E59" w:rsidRDefault="0095198F">
            <w:r>
              <w:t>Полная максимальная нагрузка котельной</w:t>
            </w:r>
          </w:p>
        </w:tc>
        <w:tc>
          <w:tcPr>
            <w:tcW w:w="0" w:type="auto"/>
          </w:tcPr>
          <w:p w14:paraId="2F199ECE" w14:textId="77777777" w:rsidR="007A5E59" w:rsidRDefault="0095198F">
            <w:r>
              <w:t>Гкал/час</w:t>
            </w:r>
          </w:p>
        </w:tc>
        <w:tc>
          <w:tcPr>
            <w:tcW w:w="0" w:type="auto"/>
          </w:tcPr>
          <w:p w14:paraId="04EE04E7" w14:textId="77777777" w:rsidR="007A5E59" w:rsidRDefault="0095198F">
            <w:pPr>
              <w:jc w:val="center"/>
            </w:pPr>
            <w:r>
              <w:t>93,0532</w:t>
            </w:r>
          </w:p>
        </w:tc>
        <w:tc>
          <w:tcPr>
            <w:tcW w:w="0" w:type="auto"/>
          </w:tcPr>
          <w:p w14:paraId="3A3ED102" w14:textId="77777777" w:rsidR="007A5E59" w:rsidRDefault="0095198F">
            <w:pPr>
              <w:jc w:val="center"/>
            </w:pPr>
            <w:r>
              <w:t>93,2042</w:t>
            </w:r>
          </w:p>
        </w:tc>
        <w:tc>
          <w:tcPr>
            <w:tcW w:w="0" w:type="auto"/>
          </w:tcPr>
          <w:p w14:paraId="16E51152" w14:textId="77777777" w:rsidR="007A5E59" w:rsidRDefault="0095198F">
            <w:pPr>
              <w:jc w:val="center"/>
            </w:pPr>
            <w:r>
              <w:t>93,2042</w:t>
            </w:r>
          </w:p>
        </w:tc>
      </w:tr>
      <w:tr w:rsidR="007A5E59" w14:paraId="6D2B96F4" w14:textId="77777777">
        <w:trPr>
          <w:jc w:val="center"/>
        </w:trPr>
        <w:tc>
          <w:tcPr>
            <w:tcW w:w="0" w:type="auto"/>
          </w:tcPr>
          <w:p w14:paraId="71118E00" w14:textId="77777777" w:rsidR="007A5E59" w:rsidRDefault="0095198F">
            <w:r>
              <w:t>1.1.7</w:t>
            </w:r>
          </w:p>
        </w:tc>
        <w:tc>
          <w:tcPr>
            <w:tcW w:w="0" w:type="auto"/>
          </w:tcPr>
          <w:p w14:paraId="49817F6D" w14:textId="77777777" w:rsidR="007A5E59" w:rsidRDefault="0095198F">
            <w:r>
              <w:t>Загрузка оборудования котельной</w:t>
            </w:r>
          </w:p>
        </w:tc>
        <w:tc>
          <w:tcPr>
            <w:tcW w:w="0" w:type="auto"/>
          </w:tcPr>
          <w:p w14:paraId="080241F5" w14:textId="77777777" w:rsidR="007A5E59" w:rsidRDefault="0095198F">
            <w:r>
              <w:t>%</w:t>
            </w:r>
          </w:p>
        </w:tc>
        <w:tc>
          <w:tcPr>
            <w:tcW w:w="0" w:type="auto"/>
          </w:tcPr>
          <w:p w14:paraId="59A900CF" w14:textId="77777777" w:rsidR="007A5E59" w:rsidRDefault="0095198F">
            <w:pPr>
              <w:jc w:val="center"/>
            </w:pPr>
            <w:r>
              <w:t>62,0</w:t>
            </w:r>
          </w:p>
        </w:tc>
        <w:tc>
          <w:tcPr>
            <w:tcW w:w="0" w:type="auto"/>
          </w:tcPr>
          <w:p w14:paraId="4390F6DE" w14:textId="77777777" w:rsidR="007A5E59" w:rsidRDefault="0095198F">
            <w:pPr>
              <w:jc w:val="center"/>
            </w:pPr>
            <w:r>
              <w:t>62,1</w:t>
            </w:r>
          </w:p>
        </w:tc>
        <w:tc>
          <w:tcPr>
            <w:tcW w:w="0" w:type="auto"/>
          </w:tcPr>
          <w:p w14:paraId="2B5B6B2E" w14:textId="77777777" w:rsidR="007A5E59" w:rsidRDefault="0095198F">
            <w:pPr>
              <w:jc w:val="center"/>
            </w:pPr>
            <w:r>
              <w:t>62,1</w:t>
            </w:r>
          </w:p>
        </w:tc>
      </w:tr>
      <w:tr w:rsidR="007A5E59" w14:paraId="630BB1A0" w14:textId="77777777">
        <w:trPr>
          <w:jc w:val="center"/>
        </w:trPr>
        <w:tc>
          <w:tcPr>
            <w:tcW w:w="0" w:type="auto"/>
          </w:tcPr>
          <w:p w14:paraId="3C4B0747" w14:textId="77777777" w:rsidR="007A5E59" w:rsidRDefault="0095198F">
            <w:r>
              <w:t>1.1.8</w:t>
            </w:r>
          </w:p>
        </w:tc>
        <w:tc>
          <w:tcPr>
            <w:tcW w:w="0" w:type="auto"/>
          </w:tcPr>
          <w:p w14:paraId="2562F35B" w14:textId="77777777" w:rsidR="007A5E59" w:rsidRDefault="0095198F">
            <w:r>
              <w:t>Резерв мощности котельной</w:t>
            </w:r>
          </w:p>
        </w:tc>
        <w:tc>
          <w:tcPr>
            <w:tcW w:w="0" w:type="auto"/>
          </w:tcPr>
          <w:p w14:paraId="601EA540" w14:textId="77777777" w:rsidR="007A5E59" w:rsidRDefault="0095198F">
            <w:r>
              <w:t>%</w:t>
            </w:r>
          </w:p>
        </w:tc>
        <w:tc>
          <w:tcPr>
            <w:tcW w:w="0" w:type="auto"/>
          </w:tcPr>
          <w:p w14:paraId="12B67520" w14:textId="77777777" w:rsidR="007A5E59" w:rsidRDefault="0095198F">
            <w:pPr>
              <w:jc w:val="center"/>
            </w:pPr>
            <w:r>
              <w:t>38,0</w:t>
            </w:r>
          </w:p>
        </w:tc>
        <w:tc>
          <w:tcPr>
            <w:tcW w:w="0" w:type="auto"/>
          </w:tcPr>
          <w:p w14:paraId="7CB7FD2D" w14:textId="77777777" w:rsidR="007A5E59" w:rsidRDefault="0095198F">
            <w:pPr>
              <w:jc w:val="center"/>
            </w:pPr>
            <w:r>
              <w:t>37,9</w:t>
            </w:r>
          </w:p>
        </w:tc>
        <w:tc>
          <w:tcPr>
            <w:tcW w:w="0" w:type="auto"/>
          </w:tcPr>
          <w:p w14:paraId="39789C29" w14:textId="77777777" w:rsidR="007A5E59" w:rsidRDefault="0095198F">
            <w:pPr>
              <w:jc w:val="center"/>
            </w:pPr>
            <w:r>
              <w:t>37,9</w:t>
            </w:r>
          </w:p>
        </w:tc>
      </w:tr>
      <w:tr w:rsidR="007A5E59" w14:paraId="073757D5" w14:textId="77777777">
        <w:trPr>
          <w:jc w:val="center"/>
        </w:trPr>
        <w:tc>
          <w:tcPr>
            <w:tcW w:w="0" w:type="auto"/>
          </w:tcPr>
          <w:p w14:paraId="52AA3412" w14:textId="77777777" w:rsidR="007A5E59" w:rsidRDefault="0095198F">
            <w:r>
              <w:t>1.1.9</w:t>
            </w:r>
          </w:p>
        </w:tc>
        <w:tc>
          <w:tcPr>
            <w:tcW w:w="0" w:type="auto"/>
          </w:tcPr>
          <w:p w14:paraId="669C746C" w14:textId="77777777" w:rsidR="007A5E59" w:rsidRPr="00312815" w:rsidRDefault="0095198F">
            <w:pPr>
              <w:rPr>
                <w:lang w:val="ru-RU"/>
              </w:rPr>
            </w:pPr>
            <w:r w:rsidRPr="00312815">
              <w:rPr>
                <w:lang w:val="ru-RU"/>
              </w:rPr>
              <w:t>Резерв мощности котельной по располагаемой мощности</w:t>
            </w:r>
          </w:p>
        </w:tc>
        <w:tc>
          <w:tcPr>
            <w:tcW w:w="0" w:type="auto"/>
          </w:tcPr>
          <w:p w14:paraId="1B2B43EE" w14:textId="77777777" w:rsidR="007A5E59" w:rsidRDefault="0095198F">
            <w:r>
              <w:t>Гкал/час</w:t>
            </w:r>
          </w:p>
        </w:tc>
        <w:tc>
          <w:tcPr>
            <w:tcW w:w="0" w:type="auto"/>
          </w:tcPr>
          <w:p w14:paraId="65D9BC21" w14:textId="77777777" w:rsidR="007A5E59" w:rsidRDefault="0095198F">
            <w:pPr>
              <w:jc w:val="center"/>
            </w:pPr>
            <w:r>
              <w:t>56,9468</w:t>
            </w:r>
          </w:p>
        </w:tc>
        <w:tc>
          <w:tcPr>
            <w:tcW w:w="0" w:type="auto"/>
          </w:tcPr>
          <w:p w14:paraId="6D132071" w14:textId="77777777" w:rsidR="007A5E59" w:rsidRDefault="0095198F">
            <w:pPr>
              <w:jc w:val="center"/>
            </w:pPr>
            <w:r>
              <w:t>56,7958</w:t>
            </w:r>
          </w:p>
        </w:tc>
        <w:tc>
          <w:tcPr>
            <w:tcW w:w="0" w:type="auto"/>
          </w:tcPr>
          <w:p w14:paraId="11D082D1" w14:textId="77777777" w:rsidR="007A5E59" w:rsidRDefault="0095198F">
            <w:pPr>
              <w:jc w:val="center"/>
            </w:pPr>
            <w:r>
              <w:t>56,7958</w:t>
            </w:r>
          </w:p>
        </w:tc>
      </w:tr>
      <w:tr w:rsidR="007A5E59" w14:paraId="29AFE9E2" w14:textId="77777777">
        <w:trPr>
          <w:jc w:val="center"/>
        </w:trPr>
        <w:tc>
          <w:tcPr>
            <w:tcW w:w="0" w:type="auto"/>
          </w:tcPr>
          <w:p w14:paraId="713139ED" w14:textId="77777777" w:rsidR="007A5E59" w:rsidRDefault="0095198F">
            <w:r>
              <w:t>1.1.10</w:t>
            </w:r>
          </w:p>
        </w:tc>
        <w:tc>
          <w:tcPr>
            <w:tcW w:w="0" w:type="auto"/>
          </w:tcPr>
          <w:p w14:paraId="0888381B" w14:textId="77777777" w:rsidR="007A5E59" w:rsidRDefault="0095198F">
            <w:r>
              <w:t>Мощность "нетто" котельной</w:t>
            </w:r>
          </w:p>
        </w:tc>
        <w:tc>
          <w:tcPr>
            <w:tcW w:w="0" w:type="auto"/>
          </w:tcPr>
          <w:p w14:paraId="6CDD12C9" w14:textId="77777777" w:rsidR="007A5E59" w:rsidRDefault="0095198F">
            <w:r>
              <w:t>Гкал/час</w:t>
            </w:r>
          </w:p>
        </w:tc>
        <w:tc>
          <w:tcPr>
            <w:tcW w:w="0" w:type="auto"/>
          </w:tcPr>
          <w:p w14:paraId="7826A4F3" w14:textId="77777777" w:rsidR="007A5E59" w:rsidRDefault="0095198F">
            <w:pPr>
              <w:jc w:val="center"/>
            </w:pPr>
            <w:r>
              <w:t>142,2207</w:t>
            </w:r>
          </w:p>
        </w:tc>
        <w:tc>
          <w:tcPr>
            <w:tcW w:w="0" w:type="auto"/>
          </w:tcPr>
          <w:p w14:paraId="7D92E8E6" w14:textId="77777777" w:rsidR="007A5E59" w:rsidRDefault="0095198F">
            <w:pPr>
              <w:jc w:val="center"/>
            </w:pPr>
            <w:r>
              <w:t>142,2339</w:t>
            </w:r>
          </w:p>
        </w:tc>
        <w:tc>
          <w:tcPr>
            <w:tcW w:w="0" w:type="auto"/>
          </w:tcPr>
          <w:p w14:paraId="07FDABAE" w14:textId="77777777" w:rsidR="007A5E59" w:rsidRDefault="0095198F">
            <w:pPr>
              <w:jc w:val="center"/>
            </w:pPr>
            <w:r>
              <w:t>142,2339</w:t>
            </w:r>
          </w:p>
        </w:tc>
      </w:tr>
      <w:tr w:rsidR="007A5E59" w14:paraId="00B2E848" w14:textId="77777777">
        <w:trPr>
          <w:jc w:val="center"/>
        </w:trPr>
        <w:tc>
          <w:tcPr>
            <w:tcW w:w="0" w:type="auto"/>
          </w:tcPr>
          <w:p w14:paraId="5CAC5B5E" w14:textId="77777777" w:rsidR="007A5E59" w:rsidRDefault="0095198F">
            <w:r>
              <w:t>1.1.11</w:t>
            </w:r>
          </w:p>
        </w:tc>
        <w:tc>
          <w:tcPr>
            <w:tcW w:w="0" w:type="auto"/>
          </w:tcPr>
          <w:p w14:paraId="5B39FDF0" w14:textId="77777777" w:rsidR="007A5E59" w:rsidRPr="00312815" w:rsidRDefault="0095198F">
            <w:pPr>
              <w:rPr>
                <w:lang w:val="ru-RU"/>
              </w:rPr>
            </w:pPr>
            <w:r w:rsidRPr="00312815">
              <w:rPr>
                <w:lang w:val="ru-RU"/>
              </w:rPr>
              <w:t>Потери на СН по располагаемой мощности</w:t>
            </w:r>
          </w:p>
        </w:tc>
        <w:tc>
          <w:tcPr>
            <w:tcW w:w="0" w:type="auto"/>
          </w:tcPr>
          <w:p w14:paraId="5ACFC364" w14:textId="77777777" w:rsidR="007A5E59" w:rsidRDefault="0095198F">
            <w:r>
              <w:t>Гкал/час</w:t>
            </w:r>
          </w:p>
        </w:tc>
        <w:tc>
          <w:tcPr>
            <w:tcW w:w="0" w:type="auto"/>
          </w:tcPr>
          <w:p w14:paraId="6F87C00C" w14:textId="77777777" w:rsidR="007A5E59" w:rsidRDefault="0095198F">
            <w:pPr>
              <w:jc w:val="center"/>
            </w:pPr>
            <w:r>
              <w:t>7,7793</w:t>
            </w:r>
          </w:p>
        </w:tc>
        <w:tc>
          <w:tcPr>
            <w:tcW w:w="0" w:type="auto"/>
          </w:tcPr>
          <w:p w14:paraId="45DF7BB4" w14:textId="77777777" w:rsidR="007A5E59" w:rsidRDefault="0095198F">
            <w:pPr>
              <w:jc w:val="center"/>
            </w:pPr>
            <w:r>
              <w:t>7,7661</w:t>
            </w:r>
          </w:p>
        </w:tc>
        <w:tc>
          <w:tcPr>
            <w:tcW w:w="0" w:type="auto"/>
          </w:tcPr>
          <w:p w14:paraId="29997F3C" w14:textId="77777777" w:rsidR="007A5E59" w:rsidRDefault="0095198F">
            <w:pPr>
              <w:jc w:val="center"/>
            </w:pPr>
            <w:r>
              <w:t>7,7661</w:t>
            </w:r>
          </w:p>
        </w:tc>
      </w:tr>
      <w:tr w:rsidR="007A5E59" w14:paraId="30974313" w14:textId="77777777">
        <w:trPr>
          <w:jc w:val="center"/>
        </w:trPr>
        <w:tc>
          <w:tcPr>
            <w:tcW w:w="0" w:type="auto"/>
          </w:tcPr>
          <w:p w14:paraId="6A85D092" w14:textId="77777777" w:rsidR="007A5E59" w:rsidRDefault="0095198F">
            <w:r>
              <w:t>1.1.12</w:t>
            </w:r>
          </w:p>
        </w:tc>
        <w:tc>
          <w:tcPr>
            <w:tcW w:w="0" w:type="auto"/>
          </w:tcPr>
          <w:p w14:paraId="2A9F56A5" w14:textId="77777777" w:rsidR="007A5E59" w:rsidRDefault="0095198F">
            <w:r>
              <w:t>Потери на СН котельной</w:t>
            </w:r>
          </w:p>
        </w:tc>
        <w:tc>
          <w:tcPr>
            <w:tcW w:w="0" w:type="auto"/>
          </w:tcPr>
          <w:p w14:paraId="3DCBC292" w14:textId="77777777" w:rsidR="007A5E59" w:rsidRDefault="0095198F">
            <w:r>
              <w:t>%</w:t>
            </w:r>
          </w:p>
        </w:tc>
        <w:tc>
          <w:tcPr>
            <w:tcW w:w="0" w:type="auto"/>
          </w:tcPr>
          <w:p w14:paraId="4CF43195" w14:textId="77777777" w:rsidR="007A5E59" w:rsidRDefault="0095198F">
            <w:pPr>
              <w:jc w:val="center"/>
            </w:pPr>
            <w:r>
              <w:t>5,2</w:t>
            </w:r>
          </w:p>
        </w:tc>
        <w:tc>
          <w:tcPr>
            <w:tcW w:w="0" w:type="auto"/>
          </w:tcPr>
          <w:p w14:paraId="4F1EF31A" w14:textId="77777777" w:rsidR="007A5E59" w:rsidRDefault="0095198F">
            <w:pPr>
              <w:jc w:val="center"/>
            </w:pPr>
            <w:r>
              <w:t>5,2</w:t>
            </w:r>
          </w:p>
        </w:tc>
        <w:tc>
          <w:tcPr>
            <w:tcW w:w="0" w:type="auto"/>
          </w:tcPr>
          <w:p w14:paraId="7160FB58" w14:textId="77777777" w:rsidR="007A5E59" w:rsidRDefault="0095198F">
            <w:pPr>
              <w:jc w:val="center"/>
            </w:pPr>
            <w:r>
              <w:t>5,2</w:t>
            </w:r>
          </w:p>
        </w:tc>
      </w:tr>
      <w:tr w:rsidR="007A5E59" w14:paraId="3AC341DA" w14:textId="77777777">
        <w:trPr>
          <w:jc w:val="center"/>
        </w:trPr>
        <w:tc>
          <w:tcPr>
            <w:tcW w:w="0" w:type="auto"/>
          </w:tcPr>
          <w:p w14:paraId="35F4FD28" w14:textId="77777777" w:rsidR="007A5E59" w:rsidRDefault="0095198F">
            <w:r>
              <w:t>1.1.13</w:t>
            </w:r>
          </w:p>
        </w:tc>
        <w:tc>
          <w:tcPr>
            <w:tcW w:w="0" w:type="auto"/>
          </w:tcPr>
          <w:p w14:paraId="12A0A56D" w14:textId="77777777" w:rsidR="007A5E59" w:rsidRDefault="0095198F">
            <w:r>
              <w:t>Располагаемая мощность котельной</w:t>
            </w:r>
          </w:p>
        </w:tc>
        <w:tc>
          <w:tcPr>
            <w:tcW w:w="0" w:type="auto"/>
          </w:tcPr>
          <w:p w14:paraId="37F6FB6C" w14:textId="77777777" w:rsidR="007A5E59" w:rsidRDefault="0095198F">
            <w:r>
              <w:t>Гкал/час</w:t>
            </w:r>
          </w:p>
        </w:tc>
        <w:tc>
          <w:tcPr>
            <w:tcW w:w="0" w:type="auto"/>
          </w:tcPr>
          <w:p w14:paraId="19183A40" w14:textId="77777777" w:rsidR="007A5E59" w:rsidRDefault="0095198F">
            <w:pPr>
              <w:jc w:val="center"/>
            </w:pPr>
            <w:r>
              <w:t>150,0000</w:t>
            </w:r>
          </w:p>
        </w:tc>
        <w:tc>
          <w:tcPr>
            <w:tcW w:w="0" w:type="auto"/>
          </w:tcPr>
          <w:p w14:paraId="517F5ED3" w14:textId="77777777" w:rsidR="007A5E59" w:rsidRDefault="0095198F">
            <w:pPr>
              <w:jc w:val="center"/>
            </w:pPr>
            <w:r>
              <w:t>150,0000</w:t>
            </w:r>
          </w:p>
        </w:tc>
        <w:tc>
          <w:tcPr>
            <w:tcW w:w="0" w:type="auto"/>
          </w:tcPr>
          <w:p w14:paraId="1E6599A0" w14:textId="77777777" w:rsidR="007A5E59" w:rsidRDefault="0095198F">
            <w:pPr>
              <w:jc w:val="center"/>
            </w:pPr>
            <w:r>
              <w:t>150,0000</w:t>
            </w:r>
          </w:p>
        </w:tc>
      </w:tr>
      <w:tr w:rsidR="007A5E59" w14:paraId="7C89200B" w14:textId="77777777">
        <w:trPr>
          <w:jc w:val="center"/>
        </w:trPr>
        <w:tc>
          <w:tcPr>
            <w:tcW w:w="0" w:type="auto"/>
          </w:tcPr>
          <w:p w14:paraId="6FC220E8" w14:textId="77777777" w:rsidR="007A5E59" w:rsidRDefault="0095198F">
            <w:r>
              <w:t>1.1.14</w:t>
            </w:r>
          </w:p>
        </w:tc>
        <w:tc>
          <w:tcPr>
            <w:tcW w:w="0" w:type="auto"/>
          </w:tcPr>
          <w:p w14:paraId="057566E3" w14:textId="77777777" w:rsidR="007A5E59" w:rsidRDefault="0095198F">
            <w:r>
              <w:t>Подтверждённые технические ограничения*</w:t>
            </w:r>
          </w:p>
        </w:tc>
        <w:tc>
          <w:tcPr>
            <w:tcW w:w="0" w:type="auto"/>
          </w:tcPr>
          <w:p w14:paraId="03F8B6A9" w14:textId="77777777" w:rsidR="007A5E59" w:rsidRDefault="0095198F">
            <w:r>
              <w:t>Гкал/час</w:t>
            </w:r>
          </w:p>
        </w:tc>
        <w:tc>
          <w:tcPr>
            <w:tcW w:w="0" w:type="auto"/>
          </w:tcPr>
          <w:p w14:paraId="77841A9A" w14:textId="77777777" w:rsidR="007A5E59" w:rsidRDefault="0095198F">
            <w:pPr>
              <w:jc w:val="center"/>
            </w:pPr>
            <w:r>
              <w:t>0,0000</w:t>
            </w:r>
          </w:p>
        </w:tc>
        <w:tc>
          <w:tcPr>
            <w:tcW w:w="0" w:type="auto"/>
          </w:tcPr>
          <w:p w14:paraId="21FD8267" w14:textId="77777777" w:rsidR="007A5E59" w:rsidRDefault="0095198F">
            <w:pPr>
              <w:jc w:val="center"/>
            </w:pPr>
            <w:r>
              <w:t>0,0000</w:t>
            </w:r>
          </w:p>
        </w:tc>
        <w:tc>
          <w:tcPr>
            <w:tcW w:w="0" w:type="auto"/>
          </w:tcPr>
          <w:p w14:paraId="15807805" w14:textId="77777777" w:rsidR="007A5E59" w:rsidRDefault="0095198F">
            <w:pPr>
              <w:jc w:val="center"/>
            </w:pPr>
            <w:r>
              <w:t>0,0000</w:t>
            </w:r>
          </w:p>
        </w:tc>
      </w:tr>
      <w:tr w:rsidR="007A5E59" w14:paraId="6C9BE76F" w14:textId="77777777">
        <w:trPr>
          <w:jc w:val="center"/>
        </w:trPr>
        <w:tc>
          <w:tcPr>
            <w:tcW w:w="0" w:type="auto"/>
          </w:tcPr>
          <w:p w14:paraId="339F4A19" w14:textId="77777777" w:rsidR="007A5E59" w:rsidRDefault="0095198F">
            <w:r>
              <w:t>1.1.15</w:t>
            </w:r>
          </w:p>
        </w:tc>
        <w:tc>
          <w:tcPr>
            <w:tcW w:w="0" w:type="auto"/>
          </w:tcPr>
          <w:p w14:paraId="00EA5D8E" w14:textId="77777777" w:rsidR="007A5E59" w:rsidRDefault="0095198F">
            <w:r>
              <w:t>Установленная мощность</w:t>
            </w:r>
          </w:p>
        </w:tc>
        <w:tc>
          <w:tcPr>
            <w:tcW w:w="0" w:type="auto"/>
          </w:tcPr>
          <w:p w14:paraId="3A13B41A" w14:textId="77777777" w:rsidR="007A5E59" w:rsidRDefault="0095198F">
            <w:r>
              <w:t>Гкал/час</w:t>
            </w:r>
          </w:p>
        </w:tc>
        <w:tc>
          <w:tcPr>
            <w:tcW w:w="0" w:type="auto"/>
          </w:tcPr>
          <w:p w14:paraId="20F12709" w14:textId="77777777" w:rsidR="007A5E59" w:rsidRDefault="0095198F">
            <w:pPr>
              <w:jc w:val="center"/>
            </w:pPr>
            <w:r>
              <w:t>150,0000</w:t>
            </w:r>
          </w:p>
        </w:tc>
        <w:tc>
          <w:tcPr>
            <w:tcW w:w="0" w:type="auto"/>
          </w:tcPr>
          <w:p w14:paraId="5E733E30" w14:textId="77777777" w:rsidR="007A5E59" w:rsidRDefault="0095198F">
            <w:pPr>
              <w:jc w:val="center"/>
            </w:pPr>
            <w:r>
              <w:t>150,0000</w:t>
            </w:r>
          </w:p>
        </w:tc>
        <w:tc>
          <w:tcPr>
            <w:tcW w:w="0" w:type="auto"/>
          </w:tcPr>
          <w:p w14:paraId="0625A0F1" w14:textId="77777777" w:rsidR="007A5E59" w:rsidRDefault="0095198F">
            <w:pPr>
              <w:jc w:val="center"/>
            </w:pPr>
            <w:r>
              <w:t>150,0000</w:t>
            </w:r>
          </w:p>
        </w:tc>
      </w:tr>
      <w:tr w:rsidR="007A5E59" w14:paraId="0D922BA4" w14:textId="77777777">
        <w:trPr>
          <w:jc w:val="center"/>
        </w:trPr>
        <w:tc>
          <w:tcPr>
            <w:tcW w:w="0" w:type="auto"/>
          </w:tcPr>
          <w:p w14:paraId="340A7BC5" w14:textId="77777777" w:rsidR="007A5E59" w:rsidRDefault="0095198F">
            <w:r>
              <w:t>№ пп</w:t>
            </w:r>
          </w:p>
        </w:tc>
        <w:tc>
          <w:tcPr>
            <w:tcW w:w="0" w:type="auto"/>
          </w:tcPr>
          <w:p w14:paraId="113B0485" w14:textId="77777777" w:rsidR="007A5E59" w:rsidRDefault="0095198F">
            <w:r>
              <w:t>Показатель</w:t>
            </w:r>
          </w:p>
        </w:tc>
        <w:tc>
          <w:tcPr>
            <w:tcW w:w="0" w:type="auto"/>
          </w:tcPr>
          <w:p w14:paraId="20290E87" w14:textId="77777777" w:rsidR="007A5E59" w:rsidRDefault="0095198F">
            <w:r>
              <w:t>Ед. изм.</w:t>
            </w:r>
          </w:p>
        </w:tc>
        <w:tc>
          <w:tcPr>
            <w:tcW w:w="0" w:type="auto"/>
          </w:tcPr>
          <w:p w14:paraId="621F0AF6" w14:textId="77777777" w:rsidR="007A5E59" w:rsidRDefault="0095198F">
            <w:r>
              <w:t>Этапы развития схемы ТС</w:t>
            </w:r>
          </w:p>
        </w:tc>
        <w:tc>
          <w:tcPr>
            <w:tcW w:w="0" w:type="auto"/>
          </w:tcPr>
          <w:p w14:paraId="5BF468DD" w14:textId="77777777" w:rsidR="007A5E59" w:rsidRDefault="007A5E59"/>
        </w:tc>
        <w:tc>
          <w:tcPr>
            <w:tcW w:w="0" w:type="auto"/>
          </w:tcPr>
          <w:p w14:paraId="4A67DCE5" w14:textId="77777777" w:rsidR="007A5E59" w:rsidRDefault="007A5E59"/>
        </w:tc>
      </w:tr>
      <w:tr w:rsidR="007A5E59" w14:paraId="79DE4AEA" w14:textId="77777777">
        <w:trPr>
          <w:jc w:val="center"/>
        </w:trPr>
        <w:tc>
          <w:tcPr>
            <w:tcW w:w="0" w:type="auto"/>
          </w:tcPr>
          <w:p w14:paraId="3BA0DC04" w14:textId="77777777" w:rsidR="007A5E59" w:rsidRDefault="007A5E59"/>
        </w:tc>
        <w:tc>
          <w:tcPr>
            <w:tcW w:w="0" w:type="auto"/>
          </w:tcPr>
          <w:p w14:paraId="25254A17" w14:textId="77777777" w:rsidR="007A5E59" w:rsidRDefault="007A5E59"/>
        </w:tc>
        <w:tc>
          <w:tcPr>
            <w:tcW w:w="0" w:type="auto"/>
          </w:tcPr>
          <w:p w14:paraId="22981685" w14:textId="77777777" w:rsidR="007A5E59" w:rsidRDefault="007A5E59"/>
        </w:tc>
        <w:tc>
          <w:tcPr>
            <w:tcW w:w="0" w:type="auto"/>
          </w:tcPr>
          <w:p w14:paraId="3FA4AEB4" w14:textId="77777777" w:rsidR="007A5E59" w:rsidRDefault="0095198F">
            <w:pPr>
              <w:jc w:val="center"/>
            </w:pPr>
            <w:r>
              <w:t>2026</w:t>
            </w:r>
          </w:p>
        </w:tc>
        <w:tc>
          <w:tcPr>
            <w:tcW w:w="0" w:type="auto"/>
          </w:tcPr>
          <w:p w14:paraId="2BCF06AF" w14:textId="77777777" w:rsidR="007A5E59" w:rsidRDefault="0095198F">
            <w:pPr>
              <w:jc w:val="center"/>
            </w:pPr>
            <w:r>
              <w:t>2031</w:t>
            </w:r>
          </w:p>
        </w:tc>
        <w:tc>
          <w:tcPr>
            <w:tcW w:w="0" w:type="auto"/>
          </w:tcPr>
          <w:p w14:paraId="40403281" w14:textId="77777777" w:rsidR="007A5E59" w:rsidRDefault="0095198F">
            <w:pPr>
              <w:jc w:val="center"/>
            </w:pPr>
            <w:r>
              <w:t>2036</w:t>
            </w:r>
          </w:p>
        </w:tc>
      </w:tr>
      <w:tr w:rsidR="007A5E59" w14:paraId="42153C35" w14:textId="77777777">
        <w:trPr>
          <w:jc w:val="center"/>
        </w:trPr>
        <w:tc>
          <w:tcPr>
            <w:tcW w:w="0" w:type="auto"/>
          </w:tcPr>
          <w:p w14:paraId="5FECDADB" w14:textId="77777777" w:rsidR="007A5E59" w:rsidRDefault="0095198F">
            <w:pPr>
              <w:jc w:val="center"/>
            </w:pPr>
            <w:r>
              <w:t>1</w:t>
            </w:r>
          </w:p>
        </w:tc>
        <w:tc>
          <w:tcPr>
            <w:tcW w:w="0" w:type="auto"/>
          </w:tcPr>
          <w:p w14:paraId="1C94FA79" w14:textId="77777777" w:rsidR="007A5E59" w:rsidRDefault="0095198F">
            <w:pPr>
              <w:jc w:val="center"/>
            </w:pPr>
            <w:r>
              <w:t>2</w:t>
            </w:r>
          </w:p>
        </w:tc>
        <w:tc>
          <w:tcPr>
            <w:tcW w:w="0" w:type="auto"/>
          </w:tcPr>
          <w:p w14:paraId="1A59B18D" w14:textId="77777777" w:rsidR="007A5E59" w:rsidRDefault="0095198F">
            <w:pPr>
              <w:jc w:val="center"/>
            </w:pPr>
            <w:r>
              <w:t>3</w:t>
            </w:r>
          </w:p>
        </w:tc>
        <w:tc>
          <w:tcPr>
            <w:tcW w:w="0" w:type="auto"/>
          </w:tcPr>
          <w:p w14:paraId="7DFD2D89" w14:textId="77777777" w:rsidR="007A5E59" w:rsidRDefault="0095198F">
            <w:pPr>
              <w:jc w:val="center"/>
            </w:pPr>
            <w:r>
              <w:t>4</w:t>
            </w:r>
          </w:p>
        </w:tc>
        <w:tc>
          <w:tcPr>
            <w:tcW w:w="0" w:type="auto"/>
          </w:tcPr>
          <w:p w14:paraId="74C8CD43" w14:textId="77777777" w:rsidR="007A5E59" w:rsidRDefault="0095198F">
            <w:pPr>
              <w:jc w:val="center"/>
            </w:pPr>
            <w:r>
              <w:t>5</w:t>
            </w:r>
          </w:p>
        </w:tc>
        <w:tc>
          <w:tcPr>
            <w:tcW w:w="0" w:type="auto"/>
          </w:tcPr>
          <w:p w14:paraId="56778424" w14:textId="77777777" w:rsidR="007A5E59" w:rsidRDefault="0095198F">
            <w:pPr>
              <w:jc w:val="center"/>
            </w:pPr>
            <w:r>
              <w:t>6</w:t>
            </w:r>
          </w:p>
        </w:tc>
      </w:tr>
      <w:tr w:rsidR="007A5E59" w14:paraId="447BA239" w14:textId="77777777">
        <w:trPr>
          <w:jc w:val="center"/>
        </w:trPr>
        <w:tc>
          <w:tcPr>
            <w:tcW w:w="0" w:type="auto"/>
          </w:tcPr>
          <w:p w14:paraId="43B3A302" w14:textId="77777777" w:rsidR="007A5E59" w:rsidRDefault="0095198F">
            <w:r>
              <w:t>3.</w:t>
            </w:r>
          </w:p>
        </w:tc>
        <w:tc>
          <w:tcPr>
            <w:tcW w:w="0" w:type="auto"/>
          </w:tcPr>
          <w:p w14:paraId="5D8150D4" w14:textId="77777777" w:rsidR="007A5E59" w:rsidRDefault="0095198F">
            <w:r>
              <w:t>г. Таштагол</w:t>
            </w:r>
          </w:p>
        </w:tc>
        <w:tc>
          <w:tcPr>
            <w:tcW w:w="0" w:type="auto"/>
          </w:tcPr>
          <w:p w14:paraId="4506AB55" w14:textId="77777777" w:rsidR="007A5E59" w:rsidRDefault="007A5E59"/>
        </w:tc>
        <w:tc>
          <w:tcPr>
            <w:tcW w:w="0" w:type="auto"/>
          </w:tcPr>
          <w:p w14:paraId="2BE7BF4F" w14:textId="77777777" w:rsidR="007A5E59" w:rsidRDefault="007A5E59"/>
        </w:tc>
        <w:tc>
          <w:tcPr>
            <w:tcW w:w="0" w:type="auto"/>
          </w:tcPr>
          <w:p w14:paraId="74A314F6" w14:textId="77777777" w:rsidR="007A5E59" w:rsidRDefault="007A5E59"/>
        </w:tc>
        <w:tc>
          <w:tcPr>
            <w:tcW w:w="0" w:type="auto"/>
          </w:tcPr>
          <w:p w14:paraId="2F680459" w14:textId="77777777" w:rsidR="007A5E59" w:rsidRDefault="007A5E59"/>
        </w:tc>
      </w:tr>
    </w:tbl>
    <w:p w14:paraId="560B4105" w14:textId="77777777" w:rsidR="007A5E59" w:rsidRDefault="007A5E59"/>
    <w:p w14:paraId="08CA2E44" w14:textId="77777777" w:rsidR="007A5E59" w:rsidRPr="00312815" w:rsidRDefault="0095198F">
      <w:pPr>
        <w:rPr>
          <w:lang w:val="ru-RU"/>
        </w:rPr>
      </w:pPr>
      <w:r w:rsidRPr="00312815">
        <w:rPr>
          <w:b/>
          <w:lang w:val="ru-RU"/>
        </w:rPr>
        <w:t>Таблица П2.2. Баланс тепловой мощности — Производственно-отопительная УПК № 2 Шалым</w:t>
      </w:r>
    </w:p>
    <w:tbl>
      <w:tblPr>
        <w:tblStyle w:val="aff0"/>
        <w:tblW w:w="5000" w:type="pct"/>
        <w:jc w:val="center"/>
        <w:tblCellMar>
          <w:left w:w="57" w:type="dxa"/>
          <w:right w:w="57" w:type="dxa"/>
        </w:tblCellMar>
        <w:tblLook w:val="04A0" w:firstRow="1" w:lastRow="0" w:firstColumn="1" w:lastColumn="0" w:noHBand="0" w:noVBand="1"/>
      </w:tblPr>
      <w:tblGrid>
        <w:gridCol w:w="714"/>
        <w:gridCol w:w="3950"/>
        <w:gridCol w:w="997"/>
        <w:gridCol w:w="1896"/>
        <w:gridCol w:w="894"/>
        <w:gridCol w:w="894"/>
      </w:tblGrid>
      <w:tr w:rsidR="007A5E59" w14:paraId="2226A917" w14:textId="77777777">
        <w:trPr>
          <w:cantSplit/>
          <w:tblHeader/>
          <w:jc w:val="center"/>
        </w:trPr>
        <w:tc>
          <w:tcPr>
            <w:tcW w:w="0" w:type="auto"/>
            <w:vMerge w:val="restart"/>
            <w:shd w:val="clear" w:color="auto" w:fill="E2F0D9"/>
            <w:vAlign w:val="center"/>
          </w:tcPr>
          <w:p w14:paraId="4F5DAB30" w14:textId="77777777" w:rsidR="007A5E59" w:rsidRDefault="0095198F">
            <w:pPr>
              <w:jc w:val="center"/>
            </w:pPr>
            <w:r>
              <w:rPr>
                <w:b/>
              </w:rPr>
              <w:t>№ пп</w:t>
            </w:r>
          </w:p>
        </w:tc>
        <w:tc>
          <w:tcPr>
            <w:tcW w:w="0" w:type="auto"/>
            <w:vMerge w:val="restart"/>
            <w:shd w:val="clear" w:color="auto" w:fill="E2F0D9"/>
            <w:vAlign w:val="center"/>
          </w:tcPr>
          <w:p w14:paraId="577D2B06" w14:textId="77777777" w:rsidR="007A5E59" w:rsidRDefault="0095198F">
            <w:pPr>
              <w:jc w:val="center"/>
            </w:pPr>
            <w:r>
              <w:rPr>
                <w:b/>
              </w:rPr>
              <w:t>Показатель</w:t>
            </w:r>
          </w:p>
        </w:tc>
        <w:tc>
          <w:tcPr>
            <w:tcW w:w="0" w:type="auto"/>
            <w:vMerge w:val="restart"/>
            <w:shd w:val="clear" w:color="auto" w:fill="E2F0D9"/>
            <w:vAlign w:val="center"/>
          </w:tcPr>
          <w:p w14:paraId="77E8762B" w14:textId="77777777" w:rsidR="007A5E59" w:rsidRDefault="0095198F">
            <w:pPr>
              <w:jc w:val="center"/>
            </w:pPr>
            <w:r>
              <w:rPr>
                <w:b/>
              </w:rPr>
              <w:t>Ед. изм.</w:t>
            </w:r>
          </w:p>
        </w:tc>
        <w:tc>
          <w:tcPr>
            <w:tcW w:w="0" w:type="auto"/>
            <w:gridSpan w:val="3"/>
            <w:shd w:val="clear" w:color="auto" w:fill="E2F0D9"/>
            <w:vAlign w:val="center"/>
          </w:tcPr>
          <w:p w14:paraId="2C0A4C87" w14:textId="77777777" w:rsidR="007A5E59" w:rsidRDefault="0095198F">
            <w:pPr>
              <w:jc w:val="center"/>
            </w:pPr>
            <w:r>
              <w:rPr>
                <w:b/>
              </w:rPr>
              <w:t>Этапы развития схемы ТС</w:t>
            </w:r>
          </w:p>
        </w:tc>
      </w:tr>
      <w:tr w:rsidR="007A5E59" w14:paraId="3C542DF1" w14:textId="77777777">
        <w:trPr>
          <w:cantSplit/>
          <w:tblHeader/>
          <w:jc w:val="center"/>
        </w:trPr>
        <w:tc>
          <w:tcPr>
            <w:tcW w:w="0" w:type="auto"/>
            <w:vMerge/>
            <w:shd w:val="clear" w:color="auto" w:fill="E2F0D9"/>
            <w:vAlign w:val="center"/>
          </w:tcPr>
          <w:p w14:paraId="4031AD39" w14:textId="77777777" w:rsidR="007A5E59" w:rsidRDefault="007A5E59">
            <w:pPr>
              <w:jc w:val="center"/>
            </w:pPr>
          </w:p>
        </w:tc>
        <w:tc>
          <w:tcPr>
            <w:tcW w:w="0" w:type="auto"/>
            <w:vMerge/>
            <w:shd w:val="clear" w:color="auto" w:fill="E2F0D9"/>
            <w:vAlign w:val="center"/>
          </w:tcPr>
          <w:p w14:paraId="4CCF43B1" w14:textId="77777777" w:rsidR="007A5E59" w:rsidRDefault="007A5E59">
            <w:pPr>
              <w:jc w:val="center"/>
            </w:pPr>
          </w:p>
        </w:tc>
        <w:tc>
          <w:tcPr>
            <w:tcW w:w="0" w:type="auto"/>
            <w:vMerge/>
            <w:shd w:val="clear" w:color="auto" w:fill="E2F0D9"/>
            <w:vAlign w:val="center"/>
          </w:tcPr>
          <w:p w14:paraId="4664AAED" w14:textId="77777777" w:rsidR="007A5E59" w:rsidRDefault="007A5E59">
            <w:pPr>
              <w:jc w:val="center"/>
            </w:pPr>
          </w:p>
        </w:tc>
        <w:tc>
          <w:tcPr>
            <w:tcW w:w="0" w:type="auto"/>
            <w:shd w:val="clear" w:color="auto" w:fill="E2F0D9"/>
            <w:vAlign w:val="center"/>
          </w:tcPr>
          <w:p w14:paraId="1EFE26D5" w14:textId="77777777" w:rsidR="007A5E59" w:rsidRDefault="0095198F">
            <w:pPr>
              <w:jc w:val="center"/>
            </w:pPr>
            <w:r>
              <w:rPr>
                <w:b/>
              </w:rPr>
              <w:t>2026</w:t>
            </w:r>
          </w:p>
        </w:tc>
        <w:tc>
          <w:tcPr>
            <w:tcW w:w="0" w:type="auto"/>
            <w:shd w:val="clear" w:color="auto" w:fill="E2F0D9"/>
            <w:vAlign w:val="center"/>
          </w:tcPr>
          <w:p w14:paraId="17247FF7" w14:textId="77777777" w:rsidR="007A5E59" w:rsidRDefault="0095198F">
            <w:pPr>
              <w:jc w:val="center"/>
            </w:pPr>
            <w:r>
              <w:rPr>
                <w:b/>
              </w:rPr>
              <w:t>2031</w:t>
            </w:r>
          </w:p>
        </w:tc>
        <w:tc>
          <w:tcPr>
            <w:tcW w:w="0" w:type="auto"/>
            <w:shd w:val="clear" w:color="auto" w:fill="E2F0D9"/>
            <w:vAlign w:val="center"/>
          </w:tcPr>
          <w:p w14:paraId="6E4DDE40" w14:textId="77777777" w:rsidR="007A5E59" w:rsidRDefault="0095198F">
            <w:pPr>
              <w:jc w:val="center"/>
            </w:pPr>
            <w:r>
              <w:rPr>
                <w:b/>
              </w:rPr>
              <w:t>2036</w:t>
            </w:r>
          </w:p>
        </w:tc>
      </w:tr>
      <w:tr w:rsidR="007A5E59" w14:paraId="682330D6" w14:textId="77777777">
        <w:trPr>
          <w:cantSplit/>
          <w:tblHeader/>
          <w:jc w:val="center"/>
        </w:trPr>
        <w:tc>
          <w:tcPr>
            <w:tcW w:w="0" w:type="auto"/>
            <w:shd w:val="clear" w:color="auto" w:fill="F2F2F2"/>
            <w:vAlign w:val="center"/>
          </w:tcPr>
          <w:p w14:paraId="04735796" w14:textId="77777777" w:rsidR="007A5E59" w:rsidRDefault="0095198F">
            <w:pPr>
              <w:jc w:val="center"/>
            </w:pPr>
            <w:r>
              <w:t>1</w:t>
            </w:r>
          </w:p>
        </w:tc>
        <w:tc>
          <w:tcPr>
            <w:tcW w:w="0" w:type="auto"/>
            <w:shd w:val="clear" w:color="auto" w:fill="F2F2F2"/>
            <w:vAlign w:val="center"/>
          </w:tcPr>
          <w:p w14:paraId="57F3D195" w14:textId="77777777" w:rsidR="007A5E59" w:rsidRDefault="0095198F">
            <w:pPr>
              <w:jc w:val="center"/>
            </w:pPr>
            <w:r>
              <w:t>2</w:t>
            </w:r>
          </w:p>
        </w:tc>
        <w:tc>
          <w:tcPr>
            <w:tcW w:w="0" w:type="auto"/>
            <w:shd w:val="clear" w:color="auto" w:fill="F2F2F2"/>
            <w:vAlign w:val="center"/>
          </w:tcPr>
          <w:p w14:paraId="3FBC34E5" w14:textId="77777777" w:rsidR="007A5E59" w:rsidRDefault="0095198F">
            <w:pPr>
              <w:jc w:val="center"/>
            </w:pPr>
            <w:r>
              <w:t>3</w:t>
            </w:r>
          </w:p>
        </w:tc>
        <w:tc>
          <w:tcPr>
            <w:tcW w:w="0" w:type="auto"/>
            <w:shd w:val="clear" w:color="auto" w:fill="F2F2F2"/>
            <w:vAlign w:val="center"/>
          </w:tcPr>
          <w:p w14:paraId="32460105" w14:textId="77777777" w:rsidR="007A5E59" w:rsidRDefault="0095198F">
            <w:pPr>
              <w:jc w:val="center"/>
            </w:pPr>
            <w:r>
              <w:t>4</w:t>
            </w:r>
          </w:p>
        </w:tc>
        <w:tc>
          <w:tcPr>
            <w:tcW w:w="0" w:type="auto"/>
            <w:shd w:val="clear" w:color="auto" w:fill="F2F2F2"/>
            <w:vAlign w:val="center"/>
          </w:tcPr>
          <w:p w14:paraId="42A1EFC3" w14:textId="77777777" w:rsidR="007A5E59" w:rsidRDefault="0095198F">
            <w:pPr>
              <w:jc w:val="center"/>
            </w:pPr>
            <w:r>
              <w:t>5</w:t>
            </w:r>
          </w:p>
        </w:tc>
        <w:tc>
          <w:tcPr>
            <w:tcW w:w="0" w:type="auto"/>
            <w:shd w:val="clear" w:color="auto" w:fill="F2F2F2"/>
            <w:vAlign w:val="center"/>
          </w:tcPr>
          <w:p w14:paraId="5977E89A" w14:textId="77777777" w:rsidR="007A5E59" w:rsidRDefault="0095198F">
            <w:pPr>
              <w:jc w:val="center"/>
            </w:pPr>
            <w:r>
              <w:t>6</w:t>
            </w:r>
          </w:p>
        </w:tc>
      </w:tr>
      <w:tr w:rsidR="007A5E59" w14:paraId="7DE208F7" w14:textId="77777777">
        <w:trPr>
          <w:jc w:val="center"/>
        </w:trPr>
        <w:tc>
          <w:tcPr>
            <w:tcW w:w="0" w:type="auto"/>
          </w:tcPr>
          <w:p w14:paraId="29157A3B" w14:textId="77777777" w:rsidR="007A5E59" w:rsidRDefault="0095198F">
            <w:r>
              <w:t>3.1</w:t>
            </w:r>
          </w:p>
        </w:tc>
        <w:tc>
          <w:tcPr>
            <w:tcW w:w="0" w:type="auto"/>
          </w:tcPr>
          <w:p w14:paraId="37FEDFE8" w14:textId="77777777" w:rsidR="007A5E59" w:rsidRDefault="0095198F">
            <w:r>
              <w:t>Производственно-отопительная УПК № 2 Шалым</w:t>
            </w:r>
          </w:p>
        </w:tc>
        <w:tc>
          <w:tcPr>
            <w:tcW w:w="0" w:type="auto"/>
          </w:tcPr>
          <w:p w14:paraId="47E0A325" w14:textId="77777777" w:rsidR="007A5E59" w:rsidRDefault="007A5E59"/>
        </w:tc>
        <w:tc>
          <w:tcPr>
            <w:tcW w:w="0" w:type="auto"/>
          </w:tcPr>
          <w:p w14:paraId="0FDF9072" w14:textId="77777777" w:rsidR="007A5E59" w:rsidRDefault="007A5E59"/>
        </w:tc>
        <w:tc>
          <w:tcPr>
            <w:tcW w:w="0" w:type="auto"/>
          </w:tcPr>
          <w:p w14:paraId="0EB51C44" w14:textId="77777777" w:rsidR="007A5E59" w:rsidRDefault="007A5E59"/>
        </w:tc>
        <w:tc>
          <w:tcPr>
            <w:tcW w:w="0" w:type="auto"/>
          </w:tcPr>
          <w:p w14:paraId="550A0EAE" w14:textId="77777777" w:rsidR="007A5E59" w:rsidRDefault="007A5E59"/>
        </w:tc>
      </w:tr>
      <w:tr w:rsidR="007A5E59" w14:paraId="7D9D6878" w14:textId="77777777">
        <w:trPr>
          <w:jc w:val="center"/>
        </w:trPr>
        <w:tc>
          <w:tcPr>
            <w:tcW w:w="0" w:type="auto"/>
          </w:tcPr>
          <w:p w14:paraId="637EF12D" w14:textId="77777777" w:rsidR="007A5E59" w:rsidRDefault="0095198F">
            <w:r>
              <w:t>3.1.1</w:t>
            </w:r>
          </w:p>
        </w:tc>
        <w:tc>
          <w:tcPr>
            <w:tcW w:w="0" w:type="auto"/>
          </w:tcPr>
          <w:p w14:paraId="17F73885" w14:textId="77777777" w:rsidR="007A5E59" w:rsidRDefault="0095198F">
            <w:r>
              <w:t>Максимальная нагрузка потребителей</w:t>
            </w:r>
          </w:p>
        </w:tc>
        <w:tc>
          <w:tcPr>
            <w:tcW w:w="0" w:type="auto"/>
          </w:tcPr>
          <w:p w14:paraId="024012BF" w14:textId="77777777" w:rsidR="007A5E59" w:rsidRDefault="0095198F">
            <w:r>
              <w:t>Гкал/час</w:t>
            </w:r>
          </w:p>
        </w:tc>
        <w:tc>
          <w:tcPr>
            <w:tcW w:w="0" w:type="auto"/>
          </w:tcPr>
          <w:p w14:paraId="6F1BE75A" w14:textId="77777777" w:rsidR="007A5E59" w:rsidRDefault="0095198F">
            <w:pPr>
              <w:jc w:val="center"/>
            </w:pPr>
            <w:r>
              <w:t>5,1362</w:t>
            </w:r>
          </w:p>
        </w:tc>
        <w:tc>
          <w:tcPr>
            <w:tcW w:w="0" w:type="auto"/>
          </w:tcPr>
          <w:p w14:paraId="1C8749DB" w14:textId="77777777" w:rsidR="007A5E59" w:rsidRDefault="0095198F">
            <w:pPr>
              <w:jc w:val="center"/>
            </w:pPr>
            <w:r>
              <w:t>5,1362</w:t>
            </w:r>
          </w:p>
        </w:tc>
        <w:tc>
          <w:tcPr>
            <w:tcW w:w="0" w:type="auto"/>
          </w:tcPr>
          <w:p w14:paraId="0D291F2B" w14:textId="77777777" w:rsidR="007A5E59" w:rsidRDefault="0095198F">
            <w:pPr>
              <w:jc w:val="center"/>
            </w:pPr>
            <w:r>
              <w:t>5,1362</w:t>
            </w:r>
          </w:p>
        </w:tc>
      </w:tr>
      <w:tr w:rsidR="007A5E59" w14:paraId="0ECC7221" w14:textId="77777777">
        <w:trPr>
          <w:jc w:val="center"/>
        </w:trPr>
        <w:tc>
          <w:tcPr>
            <w:tcW w:w="0" w:type="auto"/>
          </w:tcPr>
          <w:p w14:paraId="1ABDB81C" w14:textId="77777777" w:rsidR="007A5E59" w:rsidRDefault="0095198F">
            <w:r>
              <w:t>3.1.2</w:t>
            </w:r>
          </w:p>
        </w:tc>
        <w:tc>
          <w:tcPr>
            <w:tcW w:w="0" w:type="auto"/>
          </w:tcPr>
          <w:p w14:paraId="7B4CCF07" w14:textId="77777777" w:rsidR="007A5E59" w:rsidRDefault="0095198F">
            <w:r>
              <w:t>Потери ТЭ в сетях</w:t>
            </w:r>
          </w:p>
        </w:tc>
        <w:tc>
          <w:tcPr>
            <w:tcW w:w="0" w:type="auto"/>
          </w:tcPr>
          <w:p w14:paraId="4CAF3CF9" w14:textId="77777777" w:rsidR="007A5E59" w:rsidRDefault="0095198F">
            <w:r>
              <w:t>Гкал/час</w:t>
            </w:r>
          </w:p>
        </w:tc>
        <w:tc>
          <w:tcPr>
            <w:tcW w:w="0" w:type="auto"/>
          </w:tcPr>
          <w:p w14:paraId="79C2F8FE" w14:textId="77777777" w:rsidR="007A5E59" w:rsidRDefault="0095198F">
            <w:pPr>
              <w:jc w:val="center"/>
            </w:pPr>
            <w:r>
              <w:t>0,5420</w:t>
            </w:r>
          </w:p>
        </w:tc>
        <w:tc>
          <w:tcPr>
            <w:tcW w:w="0" w:type="auto"/>
          </w:tcPr>
          <w:p w14:paraId="47D70EA0" w14:textId="77777777" w:rsidR="007A5E59" w:rsidRDefault="0095198F">
            <w:pPr>
              <w:jc w:val="center"/>
            </w:pPr>
            <w:r>
              <w:t>0,5420</w:t>
            </w:r>
          </w:p>
        </w:tc>
        <w:tc>
          <w:tcPr>
            <w:tcW w:w="0" w:type="auto"/>
          </w:tcPr>
          <w:p w14:paraId="2058EEC3" w14:textId="77777777" w:rsidR="007A5E59" w:rsidRDefault="0095198F">
            <w:pPr>
              <w:jc w:val="center"/>
            </w:pPr>
            <w:r>
              <w:t>0,5420</w:t>
            </w:r>
          </w:p>
        </w:tc>
      </w:tr>
      <w:tr w:rsidR="007A5E59" w14:paraId="2279A3B3" w14:textId="77777777">
        <w:trPr>
          <w:jc w:val="center"/>
        </w:trPr>
        <w:tc>
          <w:tcPr>
            <w:tcW w:w="0" w:type="auto"/>
          </w:tcPr>
          <w:p w14:paraId="544313CF" w14:textId="77777777" w:rsidR="007A5E59" w:rsidRDefault="0095198F">
            <w:r>
              <w:t>3.1.3</w:t>
            </w:r>
          </w:p>
        </w:tc>
        <w:tc>
          <w:tcPr>
            <w:tcW w:w="0" w:type="auto"/>
          </w:tcPr>
          <w:p w14:paraId="2C5BD267" w14:textId="77777777" w:rsidR="007A5E59" w:rsidRDefault="007A5E59"/>
        </w:tc>
        <w:tc>
          <w:tcPr>
            <w:tcW w:w="0" w:type="auto"/>
          </w:tcPr>
          <w:p w14:paraId="59A389F7" w14:textId="77777777" w:rsidR="007A5E59" w:rsidRDefault="0095198F">
            <w:r>
              <w:t>%</w:t>
            </w:r>
          </w:p>
        </w:tc>
        <w:tc>
          <w:tcPr>
            <w:tcW w:w="0" w:type="auto"/>
          </w:tcPr>
          <w:p w14:paraId="71F0ACAF" w14:textId="77777777" w:rsidR="007A5E59" w:rsidRDefault="0095198F">
            <w:pPr>
              <w:jc w:val="center"/>
            </w:pPr>
            <w:r>
              <w:t>9,5</w:t>
            </w:r>
          </w:p>
        </w:tc>
        <w:tc>
          <w:tcPr>
            <w:tcW w:w="0" w:type="auto"/>
          </w:tcPr>
          <w:p w14:paraId="391D9B41" w14:textId="77777777" w:rsidR="007A5E59" w:rsidRDefault="0095198F">
            <w:pPr>
              <w:jc w:val="center"/>
            </w:pPr>
            <w:r>
              <w:t>9,5</w:t>
            </w:r>
          </w:p>
        </w:tc>
        <w:tc>
          <w:tcPr>
            <w:tcW w:w="0" w:type="auto"/>
          </w:tcPr>
          <w:p w14:paraId="3FD9D2D2" w14:textId="77777777" w:rsidR="007A5E59" w:rsidRDefault="0095198F">
            <w:pPr>
              <w:jc w:val="center"/>
            </w:pPr>
            <w:r>
              <w:t>9,5</w:t>
            </w:r>
          </w:p>
        </w:tc>
      </w:tr>
      <w:tr w:rsidR="007A5E59" w14:paraId="2BCA4438" w14:textId="77777777">
        <w:trPr>
          <w:jc w:val="center"/>
        </w:trPr>
        <w:tc>
          <w:tcPr>
            <w:tcW w:w="0" w:type="auto"/>
          </w:tcPr>
          <w:p w14:paraId="2F89C299" w14:textId="77777777" w:rsidR="007A5E59" w:rsidRDefault="0095198F">
            <w:r>
              <w:t>3.1.4</w:t>
            </w:r>
          </w:p>
        </w:tc>
        <w:tc>
          <w:tcPr>
            <w:tcW w:w="0" w:type="auto"/>
          </w:tcPr>
          <w:p w14:paraId="52FB46BD" w14:textId="77777777" w:rsidR="007A5E59" w:rsidRDefault="0095198F">
            <w:r>
              <w:t>Нагрузка на коллекторах котельной</w:t>
            </w:r>
          </w:p>
        </w:tc>
        <w:tc>
          <w:tcPr>
            <w:tcW w:w="0" w:type="auto"/>
          </w:tcPr>
          <w:p w14:paraId="0CD5B4BA" w14:textId="77777777" w:rsidR="007A5E59" w:rsidRDefault="0095198F">
            <w:r>
              <w:t>Гкал/час</w:t>
            </w:r>
          </w:p>
        </w:tc>
        <w:tc>
          <w:tcPr>
            <w:tcW w:w="0" w:type="auto"/>
          </w:tcPr>
          <w:p w14:paraId="7D8304E8" w14:textId="77777777" w:rsidR="007A5E59" w:rsidRDefault="0095198F">
            <w:pPr>
              <w:jc w:val="center"/>
            </w:pPr>
            <w:r>
              <w:t>5,6782</w:t>
            </w:r>
          </w:p>
        </w:tc>
        <w:tc>
          <w:tcPr>
            <w:tcW w:w="0" w:type="auto"/>
          </w:tcPr>
          <w:p w14:paraId="2660211C" w14:textId="77777777" w:rsidR="007A5E59" w:rsidRDefault="0095198F">
            <w:pPr>
              <w:jc w:val="center"/>
            </w:pPr>
            <w:r>
              <w:t>5,6782</w:t>
            </w:r>
          </w:p>
        </w:tc>
        <w:tc>
          <w:tcPr>
            <w:tcW w:w="0" w:type="auto"/>
          </w:tcPr>
          <w:p w14:paraId="50E2E725" w14:textId="77777777" w:rsidR="007A5E59" w:rsidRDefault="0095198F">
            <w:pPr>
              <w:jc w:val="center"/>
            </w:pPr>
            <w:r>
              <w:t>5,6782</w:t>
            </w:r>
          </w:p>
        </w:tc>
      </w:tr>
      <w:tr w:rsidR="007A5E59" w14:paraId="57733AB1" w14:textId="77777777">
        <w:trPr>
          <w:jc w:val="center"/>
        </w:trPr>
        <w:tc>
          <w:tcPr>
            <w:tcW w:w="0" w:type="auto"/>
          </w:tcPr>
          <w:p w14:paraId="09A7E0A7" w14:textId="77777777" w:rsidR="007A5E59" w:rsidRDefault="0095198F">
            <w:r>
              <w:t>3.1.5</w:t>
            </w:r>
          </w:p>
        </w:tc>
        <w:tc>
          <w:tcPr>
            <w:tcW w:w="0" w:type="auto"/>
          </w:tcPr>
          <w:p w14:paraId="08622503" w14:textId="77777777" w:rsidR="007A5E59" w:rsidRPr="00312815" w:rsidRDefault="0095198F">
            <w:pPr>
              <w:rPr>
                <w:lang w:val="ru-RU"/>
              </w:rPr>
            </w:pPr>
            <w:r w:rsidRPr="00312815">
              <w:rPr>
                <w:lang w:val="ru-RU"/>
              </w:rPr>
              <w:t>Потери на СН котельной при максимальной нагрузке</w:t>
            </w:r>
          </w:p>
        </w:tc>
        <w:tc>
          <w:tcPr>
            <w:tcW w:w="0" w:type="auto"/>
          </w:tcPr>
          <w:p w14:paraId="38329C5D" w14:textId="77777777" w:rsidR="007A5E59" w:rsidRDefault="0095198F">
            <w:r>
              <w:t>Гкал/час</w:t>
            </w:r>
          </w:p>
        </w:tc>
        <w:tc>
          <w:tcPr>
            <w:tcW w:w="0" w:type="auto"/>
          </w:tcPr>
          <w:p w14:paraId="08A55F13" w14:textId="77777777" w:rsidR="007A5E59" w:rsidRDefault="0095198F">
            <w:pPr>
              <w:jc w:val="center"/>
            </w:pPr>
            <w:r>
              <w:t>0,1820</w:t>
            </w:r>
          </w:p>
        </w:tc>
        <w:tc>
          <w:tcPr>
            <w:tcW w:w="0" w:type="auto"/>
          </w:tcPr>
          <w:p w14:paraId="4B3D13B9" w14:textId="77777777" w:rsidR="007A5E59" w:rsidRDefault="0095198F">
            <w:pPr>
              <w:jc w:val="center"/>
            </w:pPr>
            <w:r>
              <w:t>0,1820</w:t>
            </w:r>
          </w:p>
        </w:tc>
        <w:tc>
          <w:tcPr>
            <w:tcW w:w="0" w:type="auto"/>
          </w:tcPr>
          <w:p w14:paraId="012A866A" w14:textId="77777777" w:rsidR="007A5E59" w:rsidRDefault="0095198F">
            <w:pPr>
              <w:jc w:val="center"/>
            </w:pPr>
            <w:r>
              <w:t>0,1820</w:t>
            </w:r>
          </w:p>
        </w:tc>
      </w:tr>
      <w:tr w:rsidR="007A5E59" w14:paraId="69276E09" w14:textId="77777777">
        <w:trPr>
          <w:jc w:val="center"/>
        </w:trPr>
        <w:tc>
          <w:tcPr>
            <w:tcW w:w="0" w:type="auto"/>
          </w:tcPr>
          <w:p w14:paraId="7A9F7C41" w14:textId="77777777" w:rsidR="007A5E59" w:rsidRDefault="0095198F">
            <w:r>
              <w:t>3.1.6</w:t>
            </w:r>
          </w:p>
        </w:tc>
        <w:tc>
          <w:tcPr>
            <w:tcW w:w="0" w:type="auto"/>
          </w:tcPr>
          <w:p w14:paraId="536EBAC1" w14:textId="77777777" w:rsidR="007A5E59" w:rsidRDefault="0095198F">
            <w:r>
              <w:t>Полная максимальная нагрузка котельной</w:t>
            </w:r>
          </w:p>
        </w:tc>
        <w:tc>
          <w:tcPr>
            <w:tcW w:w="0" w:type="auto"/>
          </w:tcPr>
          <w:p w14:paraId="59FF62BE" w14:textId="77777777" w:rsidR="007A5E59" w:rsidRDefault="0095198F">
            <w:r>
              <w:t>Гкал/час</w:t>
            </w:r>
          </w:p>
        </w:tc>
        <w:tc>
          <w:tcPr>
            <w:tcW w:w="0" w:type="auto"/>
          </w:tcPr>
          <w:p w14:paraId="357BEAB1" w14:textId="77777777" w:rsidR="007A5E59" w:rsidRDefault="0095198F">
            <w:pPr>
              <w:jc w:val="center"/>
            </w:pPr>
            <w:r>
              <w:t>5,8602</w:t>
            </w:r>
          </w:p>
        </w:tc>
        <w:tc>
          <w:tcPr>
            <w:tcW w:w="0" w:type="auto"/>
          </w:tcPr>
          <w:p w14:paraId="6DE74FB4" w14:textId="77777777" w:rsidR="007A5E59" w:rsidRDefault="0095198F">
            <w:pPr>
              <w:jc w:val="center"/>
            </w:pPr>
            <w:r>
              <w:t>5,8602</w:t>
            </w:r>
          </w:p>
        </w:tc>
        <w:tc>
          <w:tcPr>
            <w:tcW w:w="0" w:type="auto"/>
          </w:tcPr>
          <w:p w14:paraId="5DE9B090" w14:textId="77777777" w:rsidR="007A5E59" w:rsidRDefault="0095198F">
            <w:pPr>
              <w:jc w:val="center"/>
            </w:pPr>
            <w:r>
              <w:t>5,8602</w:t>
            </w:r>
          </w:p>
        </w:tc>
      </w:tr>
      <w:tr w:rsidR="007A5E59" w14:paraId="1BB42361" w14:textId="77777777">
        <w:trPr>
          <w:jc w:val="center"/>
        </w:trPr>
        <w:tc>
          <w:tcPr>
            <w:tcW w:w="0" w:type="auto"/>
          </w:tcPr>
          <w:p w14:paraId="28B5346D" w14:textId="77777777" w:rsidR="007A5E59" w:rsidRDefault="0095198F">
            <w:r>
              <w:t>3.1.7</w:t>
            </w:r>
          </w:p>
        </w:tc>
        <w:tc>
          <w:tcPr>
            <w:tcW w:w="0" w:type="auto"/>
          </w:tcPr>
          <w:p w14:paraId="4AA8F551" w14:textId="77777777" w:rsidR="007A5E59" w:rsidRDefault="0095198F">
            <w:r>
              <w:t>Загрузка оборудования котельной</w:t>
            </w:r>
          </w:p>
        </w:tc>
        <w:tc>
          <w:tcPr>
            <w:tcW w:w="0" w:type="auto"/>
          </w:tcPr>
          <w:p w14:paraId="4ED7F559" w14:textId="77777777" w:rsidR="007A5E59" w:rsidRDefault="0095198F">
            <w:r>
              <w:t>%</w:t>
            </w:r>
          </w:p>
        </w:tc>
        <w:tc>
          <w:tcPr>
            <w:tcW w:w="0" w:type="auto"/>
          </w:tcPr>
          <w:p w14:paraId="4DEC37C4" w14:textId="77777777" w:rsidR="007A5E59" w:rsidRDefault="0095198F">
            <w:pPr>
              <w:jc w:val="center"/>
            </w:pPr>
            <w:r>
              <w:t>34,5</w:t>
            </w:r>
          </w:p>
        </w:tc>
        <w:tc>
          <w:tcPr>
            <w:tcW w:w="0" w:type="auto"/>
          </w:tcPr>
          <w:p w14:paraId="7A242B46" w14:textId="77777777" w:rsidR="007A5E59" w:rsidRDefault="0095198F">
            <w:pPr>
              <w:jc w:val="center"/>
            </w:pPr>
            <w:r>
              <w:t>34,5</w:t>
            </w:r>
          </w:p>
        </w:tc>
        <w:tc>
          <w:tcPr>
            <w:tcW w:w="0" w:type="auto"/>
          </w:tcPr>
          <w:p w14:paraId="589D0ACC" w14:textId="77777777" w:rsidR="007A5E59" w:rsidRDefault="0095198F">
            <w:pPr>
              <w:jc w:val="center"/>
            </w:pPr>
            <w:r>
              <w:t>34,5</w:t>
            </w:r>
          </w:p>
        </w:tc>
      </w:tr>
      <w:tr w:rsidR="007A5E59" w14:paraId="70067F58" w14:textId="77777777">
        <w:trPr>
          <w:jc w:val="center"/>
        </w:trPr>
        <w:tc>
          <w:tcPr>
            <w:tcW w:w="0" w:type="auto"/>
          </w:tcPr>
          <w:p w14:paraId="68BE0FF6" w14:textId="77777777" w:rsidR="007A5E59" w:rsidRDefault="0095198F">
            <w:r>
              <w:t>3.1.8</w:t>
            </w:r>
          </w:p>
        </w:tc>
        <w:tc>
          <w:tcPr>
            <w:tcW w:w="0" w:type="auto"/>
          </w:tcPr>
          <w:p w14:paraId="5E773465" w14:textId="77777777" w:rsidR="007A5E59" w:rsidRDefault="0095198F">
            <w:r>
              <w:t>Резерв мощности котельной</w:t>
            </w:r>
          </w:p>
        </w:tc>
        <w:tc>
          <w:tcPr>
            <w:tcW w:w="0" w:type="auto"/>
          </w:tcPr>
          <w:p w14:paraId="1E21F357" w14:textId="77777777" w:rsidR="007A5E59" w:rsidRDefault="0095198F">
            <w:r>
              <w:t>%</w:t>
            </w:r>
          </w:p>
        </w:tc>
        <w:tc>
          <w:tcPr>
            <w:tcW w:w="0" w:type="auto"/>
          </w:tcPr>
          <w:p w14:paraId="1781129F" w14:textId="77777777" w:rsidR="007A5E59" w:rsidRDefault="0095198F">
            <w:pPr>
              <w:jc w:val="center"/>
            </w:pPr>
            <w:r>
              <w:t>65,5</w:t>
            </w:r>
          </w:p>
        </w:tc>
        <w:tc>
          <w:tcPr>
            <w:tcW w:w="0" w:type="auto"/>
          </w:tcPr>
          <w:p w14:paraId="4DB41236" w14:textId="77777777" w:rsidR="007A5E59" w:rsidRDefault="0095198F">
            <w:pPr>
              <w:jc w:val="center"/>
            </w:pPr>
            <w:r>
              <w:t>65,5</w:t>
            </w:r>
          </w:p>
        </w:tc>
        <w:tc>
          <w:tcPr>
            <w:tcW w:w="0" w:type="auto"/>
          </w:tcPr>
          <w:p w14:paraId="102B8127" w14:textId="77777777" w:rsidR="007A5E59" w:rsidRDefault="0095198F">
            <w:pPr>
              <w:jc w:val="center"/>
            </w:pPr>
            <w:r>
              <w:t>65,5</w:t>
            </w:r>
          </w:p>
        </w:tc>
      </w:tr>
      <w:tr w:rsidR="007A5E59" w14:paraId="527C0670" w14:textId="77777777">
        <w:trPr>
          <w:jc w:val="center"/>
        </w:trPr>
        <w:tc>
          <w:tcPr>
            <w:tcW w:w="0" w:type="auto"/>
          </w:tcPr>
          <w:p w14:paraId="44504C6D" w14:textId="77777777" w:rsidR="007A5E59" w:rsidRDefault="0095198F">
            <w:r>
              <w:t>3.1.9</w:t>
            </w:r>
          </w:p>
        </w:tc>
        <w:tc>
          <w:tcPr>
            <w:tcW w:w="0" w:type="auto"/>
          </w:tcPr>
          <w:p w14:paraId="5790DC5F" w14:textId="77777777" w:rsidR="007A5E59" w:rsidRPr="00312815" w:rsidRDefault="0095198F">
            <w:pPr>
              <w:rPr>
                <w:lang w:val="ru-RU"/>
              </w:rPr>
            </w:pPr>
            <w:r w:rsidRPr="00312815">
              <w:rPr>
                <w:lang w:val="ru-RU"/>
              </w:rPr>
              <w:t>Резерв мощности котельной по располагаемой мощности</w:t>
            </w:r>
          </w:p>
        </w:tc>
        <w:tc>
          <w:tcPr>
            <w:tcW w:w="0" w:type="auto"/>
          </w:tcPr>
          <w:p w14:paraId="6B62FC21" w14:textId="77777777" w:rsidR="007A5E59" w:rsidRDefault="0095198F">
            <w:r>
              <w:t>Гкал/час</w:t>
            </w:r>
          </w:p>
        </w:tc>
        <w:tc>
          <w:tcPr>
            <w:tcW w:w="0" w:type="auto"/>
          </w:tcPr>
          <w:p w14:paraId="4F6F731A" w14:textId="77777777" w:rsidR="007A5E59" w:rsidRDefault="0095198F">
            <w:pPr>
              <w:jc w:val="center"/>
            </w:pPr>
            <w:r>
              <w:t>11,1398</w:t>
            </w:r>
          </w:p>
        </w:tc>
        <w:tc>
          <w:tcPr>
            <w:tcW w:w="0" w:type="auto"/>
          </w:tcPr>
          <w:p w14:paraId="019F82B1" w14:textId="77777777" w:rsidR="007A5E59" w:rsidRDefault="0095198F">
            <w:pPr>
              <w:jc w:val="center"/>
            </w:pPr>
            <w:r>
              <w:t>11,1398</w:t>
            </w:r>
          </w:p>
        </w:tc>
        <w:tc>
          <w:tcPr>
            <w:tcW w:w="0" w:type="auto"/>
          </w:tcPr>
          <w:p w14:paraId="5F657666" w14:textId="77777777" w:rsidR="007A5E59" w:rsidRDefault="0095198F">
            <w:pPr>
              <w:jc w:val="center"/>
            </w:pPr>
            <w:r>
              <w:t>11,1398</w:t>
            </w:r>
          </w:p>
        </w:tc>
      </w:tr>
      <w:tr w:rsidR="007A5E59" w14:paraId="43D1BF22" w14:textId="77777777">
        <w:trPr>
          <w:jc w:val="center"/>
        </w:trPr>
        <w:tc>
          <w:tcPr>
            <w:tcW w:w="0" w:type="auto"/>
          </w:tcPr>
          <w:p w14:paraId="7B0FE4C1" w14:textId="77777777" w:rsidR="007A5E59" w:rsidRDefault="0095198F">
            <w:r>
              <w:t>3.1.10</w:t>
            </w:r>
          </w:p>
        </w:tc>
        <w:tc>
          <w:tcPr>
            <w:tcW w:w="0" w:type="auto"/>
          </w:tcPr>
          <w:p w14:paraId="2BC7B9CC" w14:textId="77777777" w:rsidR="007A5E59" w:rsidRDefault="0095198F">
            <w:r>
              <w:t>Мощность "нетто" котельной</w:t>
            </w:r>
          </w:p>
        </w:tc>
        <w:tc>
          <w:tcPr>
            <w:tcW w:w="0" w:type="auto"/>
          </w:tcPr>
          <w:p w14:paraId="282FA05A" w14:textId="77777777" w:rsidR="007A5E59" w:rsidRDefault="0095198F">
            <w:r>
              <w:t>Гкал/час</w:t>
            </w:r>
          </w:p>
        </w:tc>
        <w:tc>
          <w:tcPr>
            <w:tcW w:w="0" w:type="auto"/>
          </w:tcPr>
          <w:p w14:paraId="46275CFC" w14:textId="77777777" w:rsidR="007A5E59" w:rsidRDefault="0095198F">
            <w:pPr>
              <w:jc w:val="center"/>
            </w:pPr>
            <w:r>
              <w:t>16,4551</w:t>
            </w:r>
          </w:p>
        </w:tc>
        <w:tc>
          <w:tcPr>
            <w:tcW w:w="0" w:type="auto"/>
          </w:tcPr>
          <w:p w14:paraId="6F27038A" w14:textId="77777777" w:rsidR="007A5E59" w:rsidRDefault="0095198F">
            <w:pPr>
              <w:jc w:val="center"/>
            </w:pPr>
            <w:r>
              <w:t>16,4551</w:t>
            </w:r>
          </w:p>
        </w:tc>
        <w:tc>
          <w:tcPr>
            <w:tcW w:w="0" w:type="auto"/>
          </w:tcPr>
          <w:p w14:paraId="46BFB6B9" w14:textId="77777777" w:rsidR="007A5E59" w:rsidRDefault="0095198F">
            <w:pPr>
              <w:jc w:val="center"/>
            </w:pPr>
            <w:r>
              <w:t>16,4551</w:t>
            </w:r>
          </w:p>
        </w:tc>
      </w:tr>
      <w:tr w:rsidR="007A5E59" w14:paraId="31497BF0" w14:textId="77777777">
        <w:trPr>
          <w:jc w:val="center"/>
        </w:trPr>
        <w:tc>
          <w:tcPr>
            <w:tcW w:w="0" w:type="auto"/>
          </w:tcPr>
          <w:p w14:paraId="609E52B7" w14:textId="77777777" w:rsidR="007A5E59" w:rsidRDefault="0095198F">
            <w:r>
              <w:t>3.1.11</w:t>
            </w:r>
          </w:p>
        </w:tc>
        <w:tc>
          <w:tcPr>
            <w:tcW w:w="0" w:type="auto"/>
          </w:tcPr>
          <w:p w14:paraId="34D82EBE" w14:textId="77777777" w:rsidR="007A5E59" w:rsidRPr="00312815" w:rsidRDefault="0095198F">
            <w:pPr>
              <w:rPr>
                <w:lang w:val="ru-RU"/>
              </w:rPr>
            </w:pPr>
            <w:r w:rsidRPr="00312815">
              <w:rPr>
                <w:lang w:val="ru-RU"/>
              </w:rPr>
              <w:t>Потери на СН по располагаемой мощности</w:t>
            </w:r>
          </w:p>
        </w:tc>
        <w:tc>
          <w:tcPr>
            <w:tcW w:w="0" w:type="auto"/>
          </w:tcPr>
          <w:p w14:paraId="6485F6F4" w14:textId="77777777" w:rsidR="007A5E59" w:rsidRDefault="0095198F">
            <w:r>
              <w:t>Гкал/час</w:t>
            </w:r>
          </w:p>
        </w:tc>
        <w:tc>
          <w:tcPr>
            <w:tcW w:w="0" w:type="auto"/>
          </w:tcPr>
          <w:p w14:paraId="025FD6DF" w14:textId="77777777" w:rsidR="007A5E59" w:rsidRDefault="0095198F">
            <w:pPr>
              <w:jc w:val="center"/>
            </w:pPr>
            <w:r>
              <w:t>0,5449</w:t>
            </w:r>
          </w:p>
        </w:tc>
        <w:tc>
          <w:tcPr>
            <w:tcW w:w="0" w:type="auto"/>
          </w:tcPr>
          <w:p w14:paraId="31C2CF87" w14:textId="77777777" w:rsidR="007A5E59" w:rsidRDefault="0095198F">
            <w:pPr>
              <w:jc w:val="center"/>
            </w:pPr>
            <w:r>
              <w:t>0,5449</w:t>
            </w:r>
          </w:p>
        </w:tc>
        <w:tc>
          <w:tcPr>
            <w:tcW w:w="0" w:type="auto"/>
          </w:tcPr>
          <w:p w14:paraId="19A02F76" w14:textId="77777777" w:rsidR="007A5E59" w:rsidRDefault="0095198F">
            <w:pPr>
              <w:jc w:val="center"/>
            </w:pPr>
            <w:r>
              <w:t>0,5449</w:t>
            </w:r>
          </w:p>
        </w:tc>
      </w:tr>
      <w:tr w:rsidR="007A5E59" w14:paraId="2B7D8E6E" w14:textId="77777777">
        <w:trPr>
          <w:jc w:val="center"/>
        </w:trPr>
        <w:tc>
          <w:tcPr>
            <w:tcW w:w="0" w:type="auto"/>
          </w:tcPr>
          <w:p w14:paraId="6B247742" w14:textId="77777777" w:rsidR="007A5E59" w:rsidRDefault="0095198F">
            <w:r>
              <w:t>3.1.12</w:t>
            </w:r>
          </w:p>
        </w:tc>
        <w:tc>
          <w:tcPr>
            <w:tcW w:w="0" w:type="auto"/>
          </w:tcPr>
          <w:p w14:paraId="71000D58" w14:textId="77777777" w:rsidR="007A5E59" w:rsidRDefault="0095198F">
            <w:r>
              <w:t>Потери на СН котельной</w:t>
            </w:r>
          </w:p>
        </w:tc>
        <w:tc>
          <w:tcPr>
            <w:tcW w:w="0" w:type="auto"/>
          </w:tcPr>
          <w:p w14:paraId="2A0CD83D" w14:textId="77777777" w:rsidR="007A5E59" w:rsidRDefault="0095198F">
            <w:r>
              <w:t>%</w:t>
            </w:r>
          </w:p>
        </w:tc>
        <w:tc>
          <w:tcPr>
            <w:tcW w:w="0" w:type="auto"/>
          </w:tcPr>
          <w:p w14:paraId="49D06BF5" w14:textId="77777777" w:rsidR="007A5E59" w:rsidRDefault="0095198F">
            <w:pPr>
              <w:jc w:val="center"/>
            </w:pPr>
            <w:r>
              <w:t>3,2</w:t>
            </w:r>
          </w:p>
        </w:tc>
        <w:tc>
          <w:tcPr>
            <w:tcW w:w="0" w:type="auto"/>
          </w:tcPr>
          <w:p w14:paraId="5BCA8100" w14:textId="77777777" w:rsidR="007A5E59" w:rsidRDefault="0095198F">
            <w:pPr>
              <w:jc w:val="center"/>
            </w:pPr>
            <w:r>
              <w:t>3,2</w:t>
            </w:r>
          </w:p>
        </w:tc>
        <w:tc>
          <w:tcPr>
            <w:tcW w:w="0" w:type="auto"/>
          </w:tcPr>
          <w:p w14:paraId="02C3C587" w14:textId="77777777" w:rsidR="007A5E59" w:rsidRDefault="0095198F">
            <w:pPr>
              <w:jc w:val="center"/>
            </w:pPr>
            <w:r>
              <w:t>3,2</w:t>
            </w:r>
          </w:p>
        </w:tc>
      </w:tr>
      <w:tr w:rsidR="007A5E59" w14:paraId="60E7565D" w14:textId="77777777">
        <w:trPr>
          <w:jc w:val="center"/>
        </w:trPr>
        <w:tc>
          <w:tcPr>
            <w:tcW w:w="0" w:type="auto"/>
          </w:tcPr>
          <w:p w14:paraId="0ACDE942" w14:textId="77777777" w:rsidR="007A5E59" w:rsidRDefault="0095198F">
            <w:r>
              <w:t>3.1.13</w:t>
            </w:r>
          </w:p>
        </w:tc>
        <w:tc>
          <w:tcPr>
            <w:tcW w:w="0" w:type="auto"/>
          </w:tcPr>
          <w:p w14:paraId="187A448C" w14:textId="77777777" w:rsidR="007A5E59" w:rsidRDefault="0095198F">
            <w:r>
              <w:t>Располагаемая мощность котельной</w:t>
            </w:r>
          </w:p>
        </w:tc>
        <w:tc>
          <w:tcPr>
            <w:tcW w:w="0" w:type="auto"/>
          </w:tcPr>
          <w:p w14:paraId="25A471D9" w14:textId="77777777" w:rsidR="007A5E59" w:rsidRDefault="0095198F">
            <w:r>
              <w:t>Гкал/час</w:t>
            </w:r>
          </w:p>
        </w:tc>
        <w:tc>
          <w:tcPr>
            <w:tcW w:w="0" w:type="auto"/>
          </w:tcPr>
          <w:p w14:paraId="30B05425" w14:textId="77777777" w:rsidR="007A5E59" w:rsidRDefault="0095198F">
            <w:pPr>
              <w:jc w:val="center"/>
            </w:pPr>
            <w:r>
              <w:t>17,0000</w:t>
            </w:r>
          </w:p>
        </w:tc>
        <w:tc>
          <w:tcPr>
            <w:tcW w:w="0" w:type="auto"/>
          </w:tcPr>
          <w:p w14:paraId="7798DFC3" w14:textId="77777777" w:rsidR="007A5E59" w:rsidRDefault="0095198F">
            <w:pPr>
              <w:jc w:val="center"/>
            </w:pPr>
            <w:r>
              <w:t>17,0000</w:t>
            </w:r>
          </w:p>
        </w:tc>
        <w:tc>
          <w:tcPr>
            <w:tcW w:w="0" w:type="auto"/>
          </w:tcPr>
          <w:p w14:paraId="3ECD3141" w14:textId="77777777" w:rsidR="007A5E59" w:rsidRDefault="0095198F">
            <w:pPr>
              <w:jc w:val="center"/>
            </w:pPr>
            <w:r>
              <w:t>17,0000</w:t>
            </w:r>
          </w:p>
        </w:tc>
      </w:tr>
      <w:tr w:rsidR="007A5E59" w14:paraId="63683960" w14:textId="77777777">
        <w:trPr>
          <w:jc w:val="center"/>
        </w:trPr>
        <w:tc>
          <w:tcPr>
            <w:tcW w:w="0" w:type="auto"/>
          </w:tcPr>
          <w:p w14:paraId="25E92021" w14:textId="77777777" w:rsidR="007A5E59" w:rsidRDefault="0095198F">
            <w:r>
              <w:t>3.1.14</w:t>
            </w:r>
          </w:p>
        </w:tc>
        <w:tc>
          <w:tcPr>
            <w:tcW w:w="0" w:type="auto"/>
          </w:tcPr>
          <w:p w14:paraId="7B824C81" w14:textId="77777777" w:rsidR="007A5E59" w:rsidRDefault="0095198F">
            <w:r>
              <w:t>Подтверждённые технические ограничения*</w:t>
            </w:r>
          </w:p>
        </w:tc>
        <w:tc>
          <w:tcPr>
            <w:tcW w:w="0" w:type="auto"/>
          </w:tcPr>
          <w:p w14:paraId="50BDEBBF" w14:textId="77777777" w:rsidR="007A5E59" w:rsidRDefault="0095198F">
            <w:r>
              <w:t>Гкал/час</w:t>
            </w:r>
          </w:p>
        </w:tc>
        <w:tc>
          <w:tcPr>
            <w:tcW w:w="0" w:type="auto"/>
          </w:tcPr>
          <w:p w14:paraId="2109D408" w14:textId="77777777" w:rsidR="007A5E59" w:rsidRDefault="0095198F">
            <w:pPr>
              <w:jc w:val="center"/>
            </w:pPr>
            <w:r>
              <w:t>0,0000</w:t>
            </w:r>
          </w:p>
        </w:tc>
        <w:tc>
          <w:tcPr>
            <w:tcW w:w="0" w:type="auto"/>
          </w:tcPr>
          <w:p w14:paraId="111801FD" w14:textId="77777777" w:rsidR="007A5E59" w:rsidRDefault="0095198F">
            <w:pPr>
              <w:jc w:val="center"/>
            </w:pPr>
            <w:r>
              <w:t>0,0000</w:t>
            </w:r>
          </w:p>
        </w:tc>
        <w:tc>
          <w:tcPr>
            <w:tcW w:w="0" w:type="auto"/>
          </w:tcPr>
          <w:p w14:paraId="6110FA89" w14:textId="77777777" w:rsidR="007A5E59" w:rsidRDefault="0095198F">
            <w:pPr>
              <w:jc w:val="center"/>
            </w:pPr>
            <w:r>
              <w:t>0,0000</w:t>
            </w:r>
          </w:p>
        </w:tc>
      </w:tr>
      <w:tr w:rsidR="007A5E59" w14:paraId="07209049" w14:textId="77777777">
        <w:trPr>
          <w:jc w:val="center"/>
        </w:trPr>
        <w:tc>
          <w:tcPr>
            <w:tcW w:w="0" w:type="auto"/>
          </w:tcPr>
          <w:p w14:paraId="306E0F63" w14:textId="77777777" w:rsidR="007A5E59" w:rsidRDefault="0095198F">
            <w:r>
              <w:t>3.1.15</w:t>
            </w:r>
          </w:p>
        </w:tc>
        <w:tc>
          <w:tcPr>
            <w:tcW w:w="0" w:type="auto"/>
          </w:tcPr>
          <w:p w14:paraId="095117F1" w14:textId="77777777" w:rsidR="007A5E59" w:rsidRDefault="0095198F">
            <w:r>
              <w:t>Установленная мощность</w:t>
            </w:r>
          </w:p>
        </w:tc>
        <w:tc>
          <w:tcPr>
            <w:tcW w:w="0" w:type="auto"/>
          </w:tcPr>
          <w:p w14:paraId="07103D44" w14:textId="77777777" w:rsidR="007A5E59" w:rsidRDefault="0095198F">
            <w:r>
              <w:t>Гкал/час</w:t>
            </w:r>
          </w:p>
        </w:tc>
        <w:tc>
          <w:tcPr>
            <w:tcW w:w="0" w:type="auto"/>
          </w:tcPr>
          <w:p w14:paraId="150AFC79" w14:textId="77777777" w:rsidR="007A5E59" w:rsidRDefault="0095198F">
            <w:pPr>
              <w:jc w:val="center"/>
            </w:pPr>
            <w:r>
              <w:t>17,0000</w:t>
            </w:r>
          </w:p>
        </w:tc>
        <w:tc>
          <w:tcPr>
            <w:tcW w:w="0" w:type="auto"/>
          </w:tcPr>
          <w:p w14:paraId="61846C39" w14:textId="77777777" w:rsidR="007A5E59" w:rsidRDefault="0095198F">
            <w:pPr>
              <w:jc w:val="center"/>
            </w:pPr>
            <w:r>
              <w:t>17,0000</w:t>
            </w:r>
          </w:p>
        </w:tc>
        <w:tc>
          <w:tcPr>
            <w:tcW w:w="0" w:type="auto"/>
          </w:tcPr>
          <w:p w14:paraId="30389E60" w14:textId="77777777" w:rsidR="007A5E59" w:rsidRDefault="0095198F">
            <w:pPr>
              <w:jc w:val="center"/>
            </w:pPr>
            <w:r>
              <w:t>17,0000</w:t>
            </w:r>
          </w:p>
        </w:tc>
      </w:tr>
      <w:tr w:rsidR="007A5E59" w14:paraId="798A3E39" w14:textId="77777777">
        <w:trPr>
          <w:jc w:val="center"/>
        </w:trPr>
        <w:tc>
          <w:tcPr>
            <w:tcW w:w="0" w:type="auto"/>
          </w:tcPr>
          <w:p w14:paraId="074BF7F8" w14:textId="77777777" w:rsidR="007A5E59" w:rsidRDefault="0095198F">
            <w:r>
              <w:t>№ пп</w:t>
            </w:r>
          </w:p>
        </w:tc>
        <w:tc>
          <w:tcPr>
            <w:tcW w:w="0" w:type="auto"/>
          </w:tcPr>
          <w:p w14:paraId="0874A875" w14:textId="77777777" w:rsidR="007A5E59" w:rsidRDefault="0095198F">
            <w:r>
              <w:t>Показатель</w:t>
            </w:r>
          </w:p>
        </w:tc>
        <w:tc>
          <w:tcPr>
            <w:tcW w:w="0" w:type="auto"/>
          </w:tcPr>
          <w:p w14:paraId="7E6F4F4A" w14:textId="77777777" w:rsidR="007A5E59" w:rsidRDefault="0095198F">
            <w:r>
              <w:t>Ед. изм.</w:t>
            </w:r>
          </w:p>
        </w:tc>
        <w:tc>
          <w:tcPr>
            <w:tcW w:w="0" w:type="auto"/>
          </w:tcPr>
          <w:p w14:paraId="0F41D255" w14:textId="77777777" w:rsidR="007A5E59" w:rsidRDefault="0095198F">
            <w:r>
              <w:t>Этапы развития схемы ТС</w:t>
            </w:r>
          </w:p>
        </w:tc>
        <w:tc>
          <w:tcPr>
            <w:tcW w:w="0" w:type="auto"/>
          </w:tcPr>
          <w:p w14:paraId="6B2EB183" w14:textId="77777777" w:rsidR="007A5E59" w:rsidRDefault="007A5E59"/>
        </w:tc>
        <w:tc>
          <w:tcPr>
            <w:tcW w:w="0" w:type="auto"/>
          </w:tcPr>
          <w:p w14:paraId="795CD5FD" w14:textId="77777777" w:rsidR="007A5E59" w:rsidRDefault="007A5E59"/>
        </w:tc>
      </w:tr>
      <w:tr w:rsidR="007A5E59" w14:paraId="07E91E13" w14:textId="77777777">
        <w:trPr>
          <w:jc w:val="center"/>
        </w:trPr>
        <w:tc>
          <w:tcPr>
            <w:tcW w:w="0" w:type="auto"/>
          </w:tcPr>
          <w:p w14:paraId="4781FF87" w14:textId="77777777" w:rsidR="007A5E59" w:rsidRDefault="007A5E59"/>
        </w:tc>
        <w:tc>
          <w:tcPr>
            <w:tcW w:w="0" w:type="auto"/>
          </w:tcPr>
          <w:p w14:paraId="6134AA65" w14:textId="77777777" w:rsidR="007A5E59" w:rsidRDefault="007A5E59"/>
        </w:tc>
        <w:tc>
          <w:tcPr>
            <w:tcW w:w="0" w:type="auto"/>
          </w:tcPr>
          <w:p w14:paraId="3C79C20D" w14:textId="77777777" w:rsidR="007A5E59" w:rsidRDefault="007A5E59"/>
        </w:tc>
        <w:tc>
          <w:tcPr>
            <w:tcW w:w="0" w:type="auto"/>
          </w:tcPr>
          <w:p w14:paraId="26165300" w14:textId="77777777" w:rsidR="007A5E59" w:rsidRDefault="0095198F">
            <w:pPr>
              <w:jc w:val="center"/>
            </w:pPr>
            <w:r>
              <w:t>2026</w:t>
            </w:r>
          </w:p>
        </w:tc>
        <w:tc>
          <w:tcPr>
            <w:tcW w:w="0" w:type="auto"/>
          </w:tcPr>
          <w:p w14:paraId="417AFE84" w14:textId="77777777" w:rsidR="007A5E59" w:rsidRDefault="0095198F">
            <w:pPr>
              <w:jc w:val="center"/>
            </w:pPr>
            <w:r>
              <w:t>2031</w:t>
            </w:r>
          </w:p>
        </w:tc>
        <w:tc>
          <w:tcPr>
            <w:tcW w:w="0" w:type="auto"/>
          </w:tcPr>
          <w:p w14:paraId="2682EDCA" w14:textId="77777777" w:rsidR="007A5E59" w:rsidRDefault="0095198F">
            <w:pPr>
              <w:jc w:val="center"/>
            </w:pPr>
            <w:r>
              <w:t>2036</w:t>
            </w:r>
          </w:p>
        </w:tc>
      </w:tr>
      <w:tr w:rsidR="007A5E59" w14:paraId="64D8F332" w14:textId="77777777">
        <w:trPr>
          <w:jc w:val="center"/>
        </w:trPr>
        <w:tc>
          <w:tcPr>
            <w:tcW w:w="0" w:type="auto"/>
          </w:tcPr>
          <w:p w14:paraId="15338184" w14:textId="77777777" w:rsidR="007A5E59" w:rsidRDefault="0095198F">
            <w:pPr>
              <w:jc w:val="center"/>
            </w:pPr>
            <w:r>
              <w:t>1</w:t>
            </w:r>
          </w:p>
        </w:tc>
        <w:tc>
          <w:tcPr>
            <w:tcW w:w="0" w:type="auto"/>
          </w:tcPr>
          <w:p w14:paraId="73FC6AC9" w14:textId="77777777" w:rsidR="007A5E59" w:rsidRDefault="0095198F">
            <w:pPr>
              <w:jc w:val="center"/>
            </w:pPr>
            <w:r>
              <w:t>2</w:t>
            </w:r>
          </w:p>
        </w:tc>
        <w:tc>
          <w:tcPr>
            <w:tcW w:w="0" w:type="auto"/>
          </w:tcPr>
          <w:p w14:paraId="359985F3" w14:textId="77777777" w:rsidR="007A5E59" w:rsidRDefault="0095198F">
            <w:pPr>
              <w:jc w:val="center"/>
            </w:pPr>
            <w:r>
              <w:t>3</w:t>
            </w:r>
          </w:p>
        </w:tc>
        <w:tc>
          <w:tcPr>
            <w:tcW w:w="0" w:type="auto"/>
          </w:tcPr>
          <w:p w14:paraId="5DB48887" w14:textId="77777777" w:rsidR="007A5E59" w:rsidRDefault="0095198F">
            <w:pPr>
              <w:jc w:val="center"/>
            </w:pPr>
            <w:r>
              <w:t>4</w:t>
            </w:r>
          </w:p>
        </w:tc>
        <w:tc>
          <w:tcPr>
            <w:tcW w:w="0" w:type="auto"/>
          </w:tcPr>
          <w:p w14:paraId="71E6874B" w14:textId="77777777" w:rsidR="007A5E59" w:rsidRDefault="0095198F">
            <w:pPr>
              <w:jc w:val="center"/>
            </w:pPr>
            <w:r>
              <w:t>5</w:t>
            </w:r>
          </w:p>
        </w:tc>
        <w:tc>
          <w:tcPr>
            <w:tcW w:w="0" w:type="auto"/>
          </w:tcPr>
          <w:p w14:paraId="33E149CC" w14:textId="77777777" w:rsidR="007A5E59" w:rsidRDefault="0095198F">
            <w:pPr>
              <w:jc w:val="center"/>
            </w:pPr>
            <w:r>
              <w:t>6</w:t>
            </w:r>
          </w:p>
        </w:tc>
      </w:tr>
      <w:tr w:rsidR="007A5E59" w14:paraId="490E0967" w14:textId="77777777">
        <w:trPr>
          <w:jc w:val="center"/>
        </w:trPr>
        <w:tc>
          <w:tcPr>
            <w:tcW w:w="0" w:type="auto"/>
          </w:tcPr>
          <w:p w14:paraId="71F6A811" w14:textId="77777777" w:rsidR="007A5E59" w:rsidRDefault="0095198F">
            <w:r>
              <w:t>2.</w:t>
            </w:r>
          </w:p>
        </w:tc>
        <w:tc>
          <w:tcPr>
            <w:tcW w:w="0" w:type="auto"/>
          </w:tcPr>
          <w:p w14:paraId="1E9A8B64" w14:textId="77777777" w:rsidR="007A5E59" w:rsidRDefault="0095198F">
            <w:r>
              <w:t>г. Таштагол</w:t>
            </w:r>
          </w:p>
        </w:tc>
        <w:tc>
          <w:tcPr>
            <w:tcW w:w="0" w:type="auto"/>
          </w:tcPr>
          <w:p w14:paraId="29E22E81" w14:textId="77777777" w:rsidR="007A5E59" w:rsidRDefault="007A5E59"/>
        </w:tc>
        <w:tc>
          <w:tcPr>
            <w:tcW w:w="0" w:type="auto"/>
          </w:tcPr>
          <w:p w14:paraId="651EE706" w14:textId="77777777" w:rsidR="007A5E59" w:rsidRDefault="007A5E59"/>
        </w:tc>
        <w:tc>
          <w:tcPr>
            <w:tcW w:w="0" w:type="auto"/>
          </w:tcPr>
          <w:p w14:paraId="6D91BB0D" w14:textId="77777777" w:rsidR="007A5E59" w:rsidRDefault="007A5E59"/>
        </w:tc>
        <w:tc>
          <w:tcPr>
            <w:tcW w:w="0" w:type="auto"/>
          </w:tcPr>
          <w:p w14:paraId="0AC1D4D1" w14:textId="77777777" w:rsidR="007A5E59" w:rsidRDefault="007A5E59"/>
        </w:tc>
      </w:tr>
    </w:tbl>
    <w:p w14:paraId="3A8B8617" w14:textId="77777777" w:rsidR="007A5E59" w:rsidRDefault="007A5E59"/>
    <w:p w14:paraId="15A3F9BF" w14:textId="77777777" w:rsidR="007A5E59" w:rsidRPr="00312815" w:rsidRDefault="0095198F">
      <w:pPr>
        <w:rPr>
          <w:lang w:val="ru-RU"/>
        </w:rPr>
      </w:pPr>
      <w:r w:rsidRPr="00312815">
        <w:rPr>
          <w:b/>
          <w:lang w:val="ru-RU"/>
        </w:rPr>
        <w:t>Таблица П2.3. Баланс тепловой мощности — Производственно-отопительная УПК № 2 ЦМК</w:t>
      </w:r>
    </w:p>
    <w:tbl>
      <w:tblPr>
        <w:tblStyle w:val="aff0"/>
        <w:tblW w:w="5000" w:type="pct"/>
        <w:jc w:val="center"/>
        <w:tblCellMar>
          <w:left w:w="57" w:type="dxa"/>
          <w:right w:w="57" w:type="dxa"/>
        </w:tblCellMar>
        <w:tblLook w:val="04A0" w:firstRow="1" w:lastRow="0" w:firstColumn="1" w:lastColumn="0" w:noHBand="0" w:noVBand="1"/>
      </w:tblPr>
      <w:tblGrid>
        <w:gridCol w:w="714"/>
        <w:gridCol w:w="3950"/>
        <w:gridCol w:w="997"/>
        <w:gridCol w:w="1896"/>
        <w:gridCol w:w="894"/>
        <w:gridCol w:w="894"/>
      </w:tblGrid>
      <w:tr w:rsidR="007A5E59" w14:paraId="5F837B98" w14:textId="77777777">
        <w:trPr>
          <w:cantSplit/>
          <w:tblHeader/>
          <w:jc w:val="center"/>
        </w:trPr>
        <w:tc>
          <w:tcPr>
            <w:tcW w:w="0" w:type="auto"/>
            <w:vMerge w:val="restart"/>
            <w:shd w:val="clear" w:color="auto" w:fill="E2F0D9"/>
            <w:vAlign w:val="center"/>
          </w:tcPr>
          <w:p w14:paraId="4EB0E29C" w14:textId="77777777" w:rsidR="007A5E59" w:rsidRDefault="0095198F">
            <w:pPr>
              <w:jc w:val="center"/>
            </w:pPr>
            <w:r>
              <w:rPr>
                <w:b/>
              </w:rPr>
              <w:t>№ пп</w:t>
            </w:r>
          </w:p>
        </w:tc>
        <w:tc>
          <w:tcPr>
            <w:tcW w:w="0" w:type="auto"/>
            <w:vMerge w:val="restart"/>
            <w:shd w:val="clear" w:color="auto" w:fill="E2F0D9"/>
            <w:vAlign w:val="center"/>
          </w:tcPr>
          <w:p w14:paraId="72F26CC9" w14:textId="77777777" w:rsidR="007A5E59" w:rsidRDefault="0095198F">
            <w:pPr>
              <w:jc w:val="center"/>
            </w:pPr>
            <w:r>
              <w:rPr>
                <w:b/>
              </w:rPr>
              <w:t>Показатель</w:t>
            </w:r>
          </w:p>
        </w:tc>
        <w:tc>
          <w:tcPr>
            <w:tcW w:w="0" w:type="auto"/>
            <w:vMerge w:val="restart"/>
            <w:shd w:val="clear" w:color="auto" w:fill="E2F0D9"/>
            <w:vAlign w:val="center"/>
          </w:tcPr>
          <w:p w14:paraId="59444D5C" w14:textId="77777777" w:rsidR="007A5E59" w:rsidRDefault="0095198F">
            <w:pPr>
              <w:jc w:val="center"/>
            </w:pPr>
            <w:r>
              <w:rPr>
                <w:b/>
              </w:rPr>
              <w:t>Ед. изм.</w:t>
            </w:r>
          </w:p>
        </w:tc>
        <w:tc>
          <w:tcPr>
            <w:tcW w:w="0" w:type="auto"/>
            <w:gridSpan w:val="3"/>
            <w:shd w:val="clear" w:color="auto" w:fill="E2F0D9"/>
            <w:vAlign w:val="center"/>
          </w:tcPr>
          <w:p w14:paraId="2C58A375" w14:textId="77777777" w:rsidR="007A5E59" w:rsidRDefault="0095198F">
            <w:pPr>
              <w:jc w:val="center"/>
            </w:pPr>
            <w:r>
              <w:rPr>
                <w:b/>
              </w:rPr>
              <w:t>Этапы развития схемы ТС</w:t>
            </w:r>
          </w:p>
        </w:tc>
      </w:tr>
      <w:tr w:rsidR="007A5E59" w14:paraId="28BEBF28" w14:textId="77777777">
        <w:trPr>
          <w:cantSplit/>
          <w:tblHeader/>
          <w:jc w:val="center"/>
        </w:trPr>
        <w:tc>
          <w:tcPr>
            <w:tcW w:w="0" w:type="auto"/>
            <w:vMerge/>
            <w:shd w:val="clear" w:color="auto" w:fill="E2F0D9"/>
            <w:vAlign w:val="center"/>
          </w:tcPr>
          <w:p w14:paraId="522969FB" w14:textId="77777777" w:rsidR="007A5E59" w:rsidRDefault="007A5E59">
            <w:pPr>
              <w:jc w:val="center"/>
            </w:pPr>
          </w:p>
        </w:tc>
        <w:tc>
          <w:tcPr>
            <w:tcW w:w="0" w:type="auto"/>
            <w:vMerge/>
            <w:shd w:val="clear" w:color="auto" w:fill="E2F0D9"/>
            <w:vAlign w:val="center"/>
          </w:tcPr>
          <w:p w14:paraId="19D3B461" w14:textId="77777777" w:rsidR="007A5E59" w:rsidRDefault="007A5E59">
            <w:pPr>
              <w:jc w:val="center"/>
            </w:pPr>
          </w:p>
        </w:tc>
        <w:tc>
          <w:tcPr>
            <w:tcW w:w="0" w:type="auto"/>
            <w:vMerge/>
            <w:shd w:val="clear" w:color="auto" w:fill="E2F0D9"/>
            <w:vAlign w:val="center"/>
          </w:tcPr>
          <w:p w14:paraId="69BB99D2" w14:textId="77777777" w:rsidR="007A5E59" w:rsidRDefault="007A5E59">
            <w:pPr>
              <w:jc w:val="center"/>
            </w:pPr>
          </w:p>
        </w:tc>
        <w:tc>
          <w:tcPr>
            <w:tcW w:w="0" w:type="auto"/>
            <w:shd w:val="clear" w:color="auto" w:fill="E2F0D9"/>
            <w:vAlign w:val="center"/>
          </w:tcPr>
          <w:p w14:paraId="5D08EA0D" w14:textId="77777777" w:rsidR="007A5E59" w:rsidRDefault="0095198F">
            <w:pPr>
              <w:jc w:val="center"/>
            </w:pPr>
            <w:r>
              <w:rPr>
                <w:b/>
              </w:rPr>
              <w:t>2026</w:t>
            </w:r>
          </w:p>
        </w:tc>
        <w:tc>
          <w:tcPr>
            <w:tcW w:w="0" w:type="auto"/>
            <w:shd w:val="clear" w:color="auto" w:fill="E2F0D9"/>
            <w:vAlign w:val="center"/>
          </w:tcPr>
          <w:p w14:paraId="3A07C99E" w14:textId="77777777" w:rsidR="007A5E59" w:rsidRDefault="0095198F">
            <w:pPr>
              <w:jc w:val="center"/>
            </w:pPr>
            <w:r>
              <w:rPr>
                <w:b/>
              </w:rPr>
              <w:t>2031</w:t>
            </w:r>
          </w:p>
        </w:tc>
        <w:tc>
          <w:tcPr>
            <w:tcW w:w="0" w:type="auto"/>
            <w:shd w:val="clear" w:color="auto" w:fill="E2F0D9"/>
            <w:vAlign w:val="center"/>
          </w:tcPr>
          <w:p w14:paraId="57CE8485" w14:textId="77777777" w:rsidR="007A5E59" w:rsidRDefault="0095198F">
            <w:pPr>
              <w:jc w:val="center"/>
            </w:pPr>
            <w:r>
              <w:rPr>
                <w:b/>
              </w:rPr>
              <w:t>2036</w:t>
            </w:r>
          </w:p>
        </w:tc>
      </w:tr>
      <w:tr w:rsidR="007A5E59" w14:paraId="4418F99D" w14:textId="77777777">
        <w:trPr>
          <w:cantSplit/>
          <w:tblHeader/>
          <w:jc w:val="center"/>
        </w:trPr>
        <w:tc>
          <w:tcPr>
            <w:tcW w:w="0" w:type="auto"/>
            <w:shd w:val="clear" w:color="auto" w:fill="F2F2F2"/>
            <w:vAlign w:val="center"/>
          </w:tcPr>
          <w:p w14:paraId="38B81708" w14:textId="77777777" w:rsidR="007A5E59" w:rsidRDefault="0095198F">
            <w:pPr>
              <w:jc w:val="center"/>
            </w:pPr>
            <w:r>
              <w:t>1</w:t>
            </w:r>
          </w:p>
        </w:tc>
        <w:tc>
          <w:tcPr>
            <w:tcW w:w="0" w:type="auto"/>
            <w:shd w:val="clear" w:color="auto" w:fill="F2F2F2"/>
            <w:vAlign w:val="center"/>
          </w:tcPr>
          <w:p w14:paraId="09585BE9" w14:textId="77777777" w:rsidR="007A5E59" w:rsidRDefault="0095198F">
            <w:pPr>
              <w:jc w:val="center"/>
            </w:pPr>
            <w:r>
              <w:t>2</w:t>
            </w:r>
          </w:p>
        </w:tc>
        <w:tc>
          <w:tcPr>
            <w:tcW w:w="0" w:type="auto"/>
            <w:shd w:val="clear" w:color="auto" w:fill="F2F2F2"/>
            <w:vAlign w:val="center"/>
          </w:tcPr>
          <w:p w14:paraId="1DCAB07F" w14:textId="77777777" w:rsidR="007A5E59" w:rsidRDefault="0095198F">
            <w:pPr>
              <w:jc w:val="center"/>
            </w:pPr>
            <w:r>
              <w:t>3</w:t>
            </w:r>
          </w:p>
        </w:tc>
        <w:tc>
          <w:tcPr>
            <w:tcW w:w="0" w:type="auto"/>
            <w:shd w:val="clear" w:color="auto" w:fill="F2F2F2"/>
            <w:vAlign w:val="center"/>
          </w:tcPr>
          <w:p w14:paraId="03E1AA1E" w14:textId="77777777" w:rsidR="007A5E59" w:rsidRDefault="0095198F">
            <w:pPr>
              <w:jc w:val="center"/>
            </w:pPr>
            <w:r>
              <w:t>4</w:t>
            </w:r>
          </w:p>
        </w:tc>
        <w:tc>
          <w:tcPr>
            <w:tcW w:w="0" w:type="auto"/>
            <w:shd w:val="clear" w:color="auto" w:fill="F2F2F2"/>
            <w:vAlign w:val="center"/>
          </w:tcPr>
          <w:p w14:paraId="0347FA4C" w14:textId="77777777" w:rsidR="007A5E59" w:rsidRDefault="0095198F">
            <w:pPr>
              <w:jc w:val="center"/>
            </w:pPr>
            <w:r>
              <w:t>5</w:t>
            </w:r>
          </w:p>
        </w:tc>
        <w:tc>
          <w:tcPr>
            <w:tcW w:w="0" w:type="auto"/>
            <w:shd w:val="clear" w:color="auto" w:fill="F2F2F2"/>
            <w:vAlign w:val="center"/>
          </w:tcPr>
          <w:p w14:paraId="7B59EE54" w14:textId="77777777" w:rsidR="007A5E59" w:rsidRDefault="0095198F">
            <w:pPr>
              <w:jc w:val="center"/>
            </w:pPr>
            <w:r>
              <w:t>6</w:t>
            </w:r>
          </w:p>
        </w:tc>
      </w:tr>
      <w:tr w:rsidR="007A5E59" w14:paraId="4F44F0AE" w14:textId="77777777">
        <w:trPr>
          <w:jc w:val="center"/>
        </w:trPr>
        <w:tc>
          <w:tcPr>
            <w:tcW w:w="0" w:type="auto"/>
          </w:tcPr>
          <w:p w14:paraId="0D2CD893" w14:textId="77777777" w:rsidR="007A5E59" w:rsidRDefault="0095198F">
            <w:r>
              <w:t>2.1</w:t>
            </w:r>
          </w:p>
        </w:tc>
        <w:tc>
          <w:tcPr>
            <w:tcW w:w="0" w:type="auto"/>
          </w:tcPr>
          <w:p w14:paraId="0C7D3F65" w14:textId="77777777" w:rsidR="007A5E59" w:rsidRDefault="0095198F">
            <w:r>
              <w:t>Производственно-отопительная УПК № 2 ЦМК</w:t>
            </w:r>
          </w:p>
        </w:tc>
        <w:tc>
          <w:tcPr>
            <w:tcW w:w="0" w:type="auto"/>
          </w:tcPr>
          <w:p w14:paraId="3BF5BDD0" w14:textId="77777777" w:rsidR="007A5E59" w:rsidRDefault="007A5E59"/>
        </w:tc>
        <w:tc>
          <w:tcPr>
            <w:tcW w:w="0" w:type="auto"/>
          </w:tcPr>
          <w:p w14:paraId="5D7FB046" w14:textId="77777777" w:rsidR="007A5E59" w:rsidRDefault="007A5E59"/>
        </w:tc>
        <w:tc>
          <w:tcPr>
            <w:tcW w:w="0" w:type="auto"/>
          </w:tcPr>
          <w:p w14:paraId="069A53DC" w14:textId="77777777" w:rsidR="007A5E59" w:rsidRDefault="007A5E59"/>
        </w:tc>
        <w:tc>
          <w:tcPr>
            <w:tcW w:w="0" w:type="auto"/>
          </w:tcPr>
          <w:p w14:paraId="698FDE02" w14:textId="77777777" w:rsidR="007A5E59" w:rsidRDefault="007A5E59"/>
        </w:tc>
      </w:tr>
      <w:tr w:rsidR="007A5E59" w14:paraId="7157A975" w14:textId="77777777">
        <w:trPr>
          <w:jc w:val="center"/>
        </w:trPr>
        <w:tc>
          <w:tcPr>
            <w:tcW w:w="0" w:type="auto"/>
          </w:tcPr>
          <w:p w14:paraId="22D22A04" w14:textId="77777777" w:rsidR="007A5E59" w:rsidRDefault="0095198F">
            <w:r>
              <w:t>2.1.1</w:t>
            </w:r>
          </w:p>
        </w:tc>
        <w:tc>
          <w:tcPr>
            <w:tcW w:w="0" w:type="auto"/>
          </w:tcPr>
          <w:p w14:paraId="73A29705" w14:textId="77777777" w:rsidR="007A5E59" w:rsidRDefault="0095198F">
            <w:r>
              <w:t>Максимальная нагрузка потребителей</w:t>
            </w:r>
          </w:p>
        </w:tc>
        <w:tc>
          <w:tcPr>
            <w:tcW w:w="0" w:type="auto"/>
          </w:tcPr>
          <w:p w14:paraId="3F88842A" w14:textId="77777777" w:rsidR="007A5E59" w:rsidRDefault="0095198F">
            <w:r>
              <w:t>Гкал/час</w:t>
            </w:r>
          </w:p>
        </w:tc>
        <w:tc>
          <w:tcPr>
            <w:tcW w:w="0" w:type="auto"/>
          </w:tcPr>
          <w:p w14:paraId="73432814" w14:textId="77777777" w:rsidR="007A5E59" w:rsidRDefault="0095198F">
            <w:pPr>
              <w:jc w:val="center"/>
            </w:pPr>
            <w:r>
              <w:t>3,0481</w:t>
            </w:r>
          </w:p>
        </w:tc>
        <w:tc>
          <w:tcPr>
            <w:tcW w:w="0" w:type="auto"/>
          </w:tcPr>
          <w:p w14:paraId="72658BE3" w14:textId="77777777" w:rsidR="007A5E59" w:rsidRDefault="0095198F">
            <w:pPr>
              <w:jc w:val="center"/>
            </w:pPr>
            <w:r>
              <w:t>3,5791</w:t>
            </w:r>
          </w:p>
        </w:tc>
        <w:tc>
          <w:tcPr>
            <w:tcW w:w="0" w:type="auto"/>
          </w:tcPr>
          <w:p w14:paraId="3CB470C9" w14:textId="77777777" w:rsidR="007A5E59" w:rsidRDefault="0095198F">
            <w:pPr>
              <w:jc w:val="center"/>
            </w:pPr>
            <w:r>
              <w:t>3,5791</w:t>
            </w:r>
          </w:p>
        </w:tc>
      </w:tr>
      <w:tr w:rsidR="007A5E59" w14:paraId="4686D8A6" w14:textId="77777777">
        <w:trPr>
          <w:jc w:val="center"/>
        </w:trPr>
        <w:tc>
          <w:tcPr>
            <w:tcW w:w="0" w:type="auto"/>
          </w:tcPr>
          <w:p w14:paraId="4B0CD08F" w14:textId="77777777" w:rsidR="007A5E59" w:rsidRDefault="0095198F">
            <w:r>
              <w:t>2.1.2</w:t>
            </w:r>
          </w:p>
        </w:tc>
        <w:tc>
          <w:tcPr>
            <w:tcW w:w="0" w:type="auto"/>
          </w:tcPr>
          <w:p w14:paraId="45A9DCE2" w14:textId="77777777" w:rsidR="007A5E59" w:rsidRDefault="0095198F">
            <w:r>
              <w:t>Потери ТЭ в сетях</w:t>
            </w:r>
          </w:p>
        </w:tc>
        <w:tc>
          <w:tcPr>
            <w:tcW w:w="0" w:type="auto"/>
          </w:tcPr>
          <w:p w14:paraId="208BA943" w14:textId="77777777" w:rsidR="007A5E59" w:rsidRDefault="0095198F">
            <w:r>
              <w:t>Гкал/час</w:t>
            </w:r>
          </w:p>
        </w:tc>
        <w:tc>
          <w:tcPr>
            <w:tcW w:w="0" w:type="auto"/>
          </w:tcPr>
          <w:p w14:paraId="28E93D0B" w14:textId="77777777" w:rsidR="007A5E59" w:rsidRDefault="0095198F">
            <w:pPr>
              <w:jc w:val="center"/>
            </w:pPr>
            <w:r>
              <w:t>0,5890</w:t>
            </w:r>
          </w:p>
        </w:tc>
        <w:tc>
          <w:tcPr>
            <w:tcW w:w="0" w:type="auto"/>
          </w:tcPr>
          <w:p w14:paraId="16D79056" w14:textId="77777777" w:rsidR="007A5E59" w:rsidRDefault="0095198F">
            <w:pPr>
              <w:jc w:val="center"/>
            </w:pPr>
            <w:r>
              <w:t>0,5890</w:t>
            </w:r>
          </w:p>
        </w:tc>
        <w:tc>
          <w:tcPr>
            <w:tcW w:w="0" w:type="auto"/>
          </w:tcPr>
          <w:p w14:paraId="66C8F5B4" w14:textId="77777777" w:rsidR="007A5E59" w:rsidRDefault="0095198F">
            <w:pPr>
              <w:jc w:val="center"/>
            </w:pPr>
            <w:r>
              <w:t>0,5890</w:t>
            </w:r>
          </w:p>
        </w:tc>
      </w:tr>
      <w:tr w:rsidR="007A5E59" w14:paraId="7827797D" w14:textId="77777777">
        <w:trPr>
          <w:jc w:val="center"/>
        </w:trPr>
        <w:tc>
          <w:tcPr>
            <w:tcW w:w="0" w:type="auto"/>
          </w:tcPr>
          <w:p w14:paraId="3E32457A" w14:textId="77777777" w:rsidR="007A5E59" w:rsidRDefault="0095198F">
            <w:r>
              <w:t>2.1.3</w:t>
            </w:r>
          </w:p>
        </w:tc>
        <w:tc>
          <w:tcPr>
            <w:tcW w:w="0" w:type="auto"/>
          </w:tcPr>
          <w:p w14:paraId="29A025C0" w14:textId="77777777" w:rsidR="007A5E59" w:rsidRDefault="007A5E59"/>
        </w:tc>
        <w:tc>
          <w:tcPr>
            <w:tcW w:w="0" w:type="auto"/>
          </w:tcPr>
          <w:p w14:paraId="7FD4F4B6" w14:textId="77777777" w:rsidR="007A5E59" w:rsidRDefault="0095198F">
            <w:r>
              <w:t>%</w:t>
            </w:r>
          </w:p>
        </w:tc>
        <w:tc>
          <w:tcPr>
            <w:tcW w:w="0" w:type="auto"/>
          </w:tcPr>
          <w:p w14:paraId="27BCF2A3" w14:textId="77777777" w:rsidR="007A5E59" w:rsidRDefault="0095198F">
            <w:pPr>
              <w:jc w:val="center"/>
            </w:pPr>
            <w:r>
              <w:t>16,2</w:t>
            </w:r>
          </w:p>
        </w:tc>
        <w:tc>
          <w:tcPr>
            <w:tcW w:w="0" w:type="auto"/>
          </w:tcPr>
          <w:p w14:paraId="16B52F42" w14:textId="77777777" w:rsidR="007A5E59" w:rsidRDefault="0095198F">
            <w:pPr>
              <w:jc w:val="center"/>
            </w:pPr>
            <w:r>
              <w:t>14,1</w:t>
            </w:r>
          </w:p>
        </w:tc>
        <w:tc>
          <w:tcPr>
            <w:tcW w:w="0" w:type="auto"/>
          </w:tcPr>
          <w:p w14:paraId="3FE2BADD" w14:textId="77777777" w:rsidR="007A5E59" w:rsidRDefault="0095198F">
            <w:pPr>
              <w:jc w:val="center"/>
            </w:pPr>
            <w:r>
              <w:t>14,1</w:t>
            </w:r>
          </w:p>
        </w:tc>
      </w:tr>
      <w:tr w:rsidR="007A5E59" w14:paraId="01366D1B" w14:textId="77777777">
        <w:trPr>
          <w:jc w:val="center"/>
        </w:trPr>
        <w:tc>
          <w:tcPr>
            <w:tcW w:w="0" w:type="auto"/>
          </w:tcPr>
          <w:p w14:paraId="1D6C9C02" w14:textId="77777777" w:rsidR="007A5E59" w:rsidRDefault="0095198F">
            <w:r>
              <w:t>2.1.4</w:t>
            </w:r>
          </w:p>
        </w:tc>
        <w:tc>
          <w:tcPr>
            <w:tcW w:w="0" w:type="auto"/>
          </w:tcPr>
          <w:p w14:paraId="6AA9CC45" w14:textId="77777777" w:rsidR="007A5E59" w:rsidRDefault="0095198F">
            <w:r>
              <w:t>Нагрузка на коллекторах котельной</w:t>
            </w:r>
          </w:p>
        </w:tc>
        <w:tc>
          <w:tcPr>
            <w:tcW w:w="0" w:type="auto"/>
          </w:tcPr>
          <w:p w14:paraId="0F0E6137" w14:textId="77777777" w:rsidR="007A5E59" w:rsidRDefault="0095198F">
            <w:r>
              <w:t>Гкал/час</w:t>
            </w:r>
          </w:p>
        </w:tc>
        <w:tc>
          <w:tcPr>
            <w:tcW w:w="0" w:type="auto"/>
          </w:tcPr>
          <w:p w14:paraId="35B42EE8" w14:textId="77777777" w:rsidR="007A5E59" w:rsidRDefault="0095198F">
            <w:pPr>
              <w:jc w:val="center"/>
            </w:pPr>
            <w:r>
              <w:t>3,6371</w:t>
            </w:r>
          </w:p>
        </w:tc>
        <w:tc>
          <w:tcPr>
            <w:tcW w:w="0" w:type="auto"/>
          </w:tcPr>
          <w:p w14:paraId="5C784F66" w14:textId="77777777" w:rsidR="007A5E59" w:rsidRDefault="0095198F">
            <w:pPr>
              <w:jc w:val="center"/>
            </w:pPr>
            <w:r>
              <w:t>4,1681</w:t>
            </w:r>
          </w:p>
        </w:tc>
        <w:tc>
          <w:tcPr>
            <w:tcW w:w="0" w:type="auto"/>
          </w:tcPr>
          <w:p w14:paraId="0E8AE316" w14:textId="77777777" w:rsidR="007A5E59" w:rsidRDefault="0095198F">
            <w:pPr>
              <w:jc w:val="center"/>
            </w:pPr>
            <w:r>
              <w:t>4,1681</w:t>
            </w:r>
          </w:p>
        </w:tc>
      </w:tr>
      <w:tr w:rsidR="007A5E59" w14:paraId="4A66C91B" w14:textId="77777777">
        <w:trPr>
          <w:jc w:val="center"/>
        </w:trPr>
        <w:tc>
          <w:tcPr>
            <w:tcW w:w="0" w:type="auto"/>
          </w:tcPr>
          <w:p w14:paraId="20045B6F" w14:textId="77777777" w:rsidR="007A5E59" w:rsidRDefault="0095198F">
            <w:r>
              <w:t>2.1.5</w:t>
            </w:r>
          </w:p>
        </w:tc>
        <w:tc>
          <w:tcPr>
            <w:tcW w:w="0" w:type="auto"/>
          </w:tcPr>
          <w:p w14:paraId="623474C2" w14:textId="77777777" w:rsidR="007A5E59" w:rsidRPr="00312815" w:rsidRDefault="0095198F">
            <w:pPr>
              <w:rPr>
                <w:lang w:val="ru-RU"/>
              </w:rPr>
            </w:pPr>
            <w:r w:rsidRPr="00312815">
              <w:rPr>
                <w:lang w:val="ru-RU"/>
              </w:rPr>
              <w:t>Потери на СН котельной при максимальной нагрузке</w:t>
            </w:r>
          </w:p>
        </w:tc>
        <w:tc>
          <w:tcPr>
            <w:tcW w:w="0" w:type="auto"/>
          </w:tcPr>
          <w:p w14:paraId="11702E1A" w14:textId="77777777" w:rsidR="007A5E59" w:rsidRDefault="0095198F">
            <w:r>
              <w:t>Гкал/час</w:t>
            </w:r>
          </w:p>
        </w:tc>
        <w:tc>
          <w:tcPr>
            <w:tcW w:w="0" w:type="auto"/>
          </w:tcPr>
          <w:p w14:paraId="17A561BB" w14:textId="77777777" w:rsidR="007A5E59" w:rsidRDefault="0095198F">
            <w:pPr>
              <w:jc w:val="center"/>
            </w:pPr>
            <w:r>
              <w:t>0,0680</w:t>
            </w:r>
          </w:p>
        </w:tc>
        <w:tc>
          <w:tcPr>
            <w:tcW w:w="0" w:type="auto"/>
          </w:tcPr>
          <w:p w14:paraId="3EA304F2" w14:textId="77777777" w:rsidR="007A5E59" w:rsidRDefault="0095198F">
            <w:pPr>
              <w:jc w:val="center"/>
            </w:pPr>
            <w:r>
              <w:t>0,0680</w:t>
            </w:r>
          </w:p>
        </w:tc>
        <w:tc>
          <w:tcPr>
            <w:tcW w:w="0" w:type="auto"/>
          </w:tcPr>
          <w:p w14:paraId="0F0192BB" w14:textId="77777777" w:rsidR="007A5E59" w:rsidRDefault="0095198F">
            <w:pPr>
              <w:jc w:val="center"/>
            </w:pPr>
            <w:r>
              <w:t>0,0680</w:t>
            </w:r>
          </w:p>
        </w:tc>
      </w:tr>
      <w:tr w:rsidR="007A5E59" w14:paraId="78D2F22C" w14:textId="77777777">
        <w:trPr>
          <w:jc w:val="center"/>
        </w:trPr>
        <w:tc>
          <w:tcPr>
            <w:tcW w:w="0" w:type="auto"/>
          </w:tcPr>
          <w:p w14:paraId="643DDAFC" w14:textId="77777777" w:rsidR="007A5E59" w:rsidRDefault="0095198F">
            <w:r>
              <w:t>2.1.6</w:t>
            </w:r>
          </w:p>
        </w:tc>
        <w:tc>
          <w:tcPr>
            <w:tcW w:w="0" w:type="auto"/>
          </w:tcPr>
          <w:p w14:paraId="3406EF02" w14:textId="77777777" w:rsidR="007A5E59" w:rsidRDefault="0095198F">
            <w:r>
              <w:t>Полная максимальная нагрузка котельной</w:t>
            </w:r>
          </w:p>
        </w:tc>
        <w:tc>
          <w:tcPr>
            <w:tcW w:w="0" w:type="auto"/>
          </w:tcPr>
          <w:p w14:paraId="090BE411" w14:textId="77777777" w:rsidR="007A5E59" w:rsidRDefault="0095198F">
            <w:r>
              <w:t>Гкал/час</w:t>
            </w:r>
          </w:p>
        </w:tc>
        <w:tc>
          <w:tcPr>
            <w:tcW w:w="0" w:type="auto"/>
          </w:tcPr>
          <w:p w14:paraId="28390677" w14:textId="77777777" w:rsidR="007A5E59" w:rsidRDefault="0095198F">
            <w:pPr>
              <w:jc w:val="center"/>
            </w:pPr>
            <w:r>
              <w:t>3,7051</w:t>
            </w:r>
          </w:p>
        </w:tc>
        <w:tc>
          <w:tcPr>
            <w:tcW w:w="0" w:type="auto"/>
          </w:tcPr>
          <w:p w14:paraId="2EB9D61A" w14:textId="77777777" w:rsidR="007A5E59" w:rsidRDefault="0095198F">
            <w:pPr>
              <w:jc w:val="center"/>
            </w:pPr>
            <w:r>
              <w:t>4,2361</w:t>
            </w:r>
          </w:p>
        </w:tc>
        <w:tc>
          <w:tcPr>
            <w:tcW w:w="0" w:type="auto"/>
          </w:tcPr>
          <w:p w14:paraId="2A57793D" w14:textId="77777777" w:rsidR="007A5E59" w:rsidRDefault="0095198F">
            <w:pPr>
              <w:jc w:val="center"/>
            </w:pPr>
            <w:r>
              <w:t>4,2361</w:t>
            </w:r>
          </w:p>
        </w:tc>
      </w:tr>
      <w:tr w:rsidR="007A5E59" w14:paraId="0A2D6F61" w14:textId="77777777">
        <w:trPr>
          <w:jc w:val="center"/>
        </w:trPr>
        <w:tc>
          <w:tcPr>
            <w:tcW w:w="0" w:type="auto"/>
          </w:tcPr>
          <w:p w14:paraId="4FA17A18" w14:textId="77777777" w:rsidR="007A5E59" w:rsidRDefault="0095198F">
            <w:r>
              <w:t>2.1.7</w:t>
            </w:r>
          </w:p>
        </w:tc>
        <w:tc>
          <w:tcPr>
            <w:tcW w:w="0" w:type="auto"/>
          </w:tcPr>
          <w:p w14:paraId="00D5CB28" w14:textId="77777777" w:rsidR="007A5E59" w:rsidRDefault="0095198F">
            <w:r>
              <w:t>Загрузка оборудования котельной</w:t>
            </w:r>
          </w:p>
        </w:tc>
        <w:tc>
          <w:tcPr>
            <w:tcW w:w="0" w:type="auto"/>
          </w:tcPr>
          <w:p w14:paraId="24DF683E" w14:textId="77777777" w:rsidR="007A5E59" w:rsidRDefault="0095198F">
            <w:r>
              <w:t>%</w:t>
            </w:r>
          </w:p>
        </w:tc>
        <w:tc>
          <w:tcPr>
            <w:tcW w:w="0" w:type="auto"/>
          </w:tcPr>
          <w:p w14:paraId="29AEDA88" w14:textId="77777777" w:rsidR="007A5E59" w:rsidRDefault="0095198F">
            <w:pPr>
              <w:jc w:val="center"/>
            </w:pPr>
            <w:r>
              <w:t>36,3</w:t>
            </w:r>
          </w:p>
        </w:tc>
        <w:tc>
          <w:tcPr>
            <w:tcW w:w="0" w:type="auto"/>
          </w:tcPr>
          <w:p w14:paraId="340267BD" w14:textId="77777777" w:rsidR="007A5E59" w:rsidRDefault="0095198F">
            <w:pPr>
              <w:jc w:val="center"/>
            </w:pPr>
            <w:r>
              <w:t>41,5</w:t>
            </w:r>
          </w:p>
        </w:tc>
        <w:tc>
          <w:tcPr>
            <w:tcW w:w="0" w:type="auto"/>
          </w:tcPr>
          <w:p w14:paraId="5B529510" w14:textId="77777777" w:rsidR="007A5E59" w:rsidRDefault="0095198F">
            <w:pPr>
              <w:jc w:val="center"/>
            </w:pPr>
            <w:r>
              <w:t>41,5</w:t>
            </w:r>
          </w:p>
        </w:tc>
      </w:tr>
      <w:tr w:rsidR="007A5E59" w14:paraId="62FA7F6A" w14:textId="77777777">
        <w:trPr>
          <w:jc w:val="center"/>
        </w:trPr>
        <w:tc>
          <w:tcPr>
            <w:tcW w:w="0" w:type="auto"/>
          </w:tcPr>
          <w:p w14:paraId="0C168EE5" w14:textId="77777777" w:rsidR="007A5E59" w:rsidRDefault="0095198F">
            <w:r>
              <w:t>2.1.8</w:t>
            </w:r>
          </w:p>
        </w:tc>
        <w:tc>
          <w:tcPr>
            <w:tcW w:w="0" w:type="auto"/>
          </w:tcPr>
          <w:p w14:paraId="58749293" w14:textId="77777777" w:rsidR="007A5E59" w:rsidRDefault="0095198F">
            <w:r>
              <w:t>Резерв мощности котельной</w:t>
            </w:r>
          </w:p>
        </w:tc>
        <w:tc>
          <w:tcPr>
            <w:tcW w:w="0" w:type="auto"/>
          </w:tcPr>
          <w:p w14:paraId="0B27F1C4" w14:textId="77777777" w:rsidR="007A5E59" w:rsidRDefault="0095198F">
            <w:r>
              <w:t>%</w:t>
            </w:r>
          </w:p>
        </w:tc>
        <w:tc>
          <w:tcPr>
            <w:tcW w:w="0" w:type="auto"/>
          </w:tcPr>
          <w:p w14:paraId="16728FF2" w14:textId="77777777" w:rsidR="007A5E59" w:rsidRDefault="0095198F">
            <w:pPr>
              <w:jc w:val="center"/>
            </w:pPr>
            <w:r>
              <w:t>63,7</w:t>
            </w:r>
          </w:p>
        </w:tc>
        <w:tc>
          <w:tcPr>
            <w:tcW w:w="0" w:type="auto"/>
          </w:tcPr>
          <w:p w14:paraId="4409030B" w14:textId="77777777" w:rsidR="007A5E59" w:rsidRDefault="0095198F">
            <w:pPr>
              <w:jc w:val="center"/>
            </w:pPr>
            <w:r>
              <w:t>58,5</w:t>
            </w:r>
          </w:p>
        </w:tc>
        <w:tc>
          <w:tcPr>
            <w:tcW w:w="0" w:type="auto"/>
          </w:tcPr>
          <w:p w14:paraId="28C68574" w14:textId="77777777" w:rsidR="007A5E59" w:rsidRDefault="0095198F">
            <w:pPr>
              <w:jc w:val="center"/>
            </w:pPr>
            <w:r>
              <w:t>58,5</w:t>
            </w:r>
          </w:p>
        </w:tc>
      </w:tr>
      <w:tr w:rsidR="007A5E59" w14:paraId="6869EFE9" w14:textId="77777777">
        <w:trPr>
          <w:jc w:val="center"/>
        </w:trPr>
        <w:tc>
          <w:tcPr>
            <w:tcW w:w="0" w:type="auto"/>
          </w:tcPr>
          <w:p w14:paraId="3EF70244" w14:textId="77777777" w:rsidR="007A5E59" w:rsidRDefault="0095198F">
            <w:r>
              <w:t>2.1.9</w:t>
            </w:r>
          </w:p>
        </w:tc>
        <w:tc>
          <w:tcPr>
            <w:tcW w:w="0" w:type="auto"/>
          </w:tcPr>
          <w:p w14:paraId="251EAEBD" w14:textId="77777777" w:rsidR="007A5E59" w:rsidRPr="00312815" w:rsidRDefault="0095198F">
            <w:pPr>
              <w:rPr>
                <w:lang w:val="ru-RU"/>
              </w:rPr>
            </w:pPr>
            <w:r w:rsidRPr="00312815">
              <w:rPr>
                <w:lang w:val="ru-RU"/>
              </w:rPr>
              <w:t>Резерв мощности котельной по располагаемой мощности</w:t>
            </w:r>
          </w:p>
        </w:tc>
        <w:tc>
          <w:tcPr>
            <w:tcW w:w="0" w:type="auto"/>
          </w:tcPr>
          <w:p w14:paraId="25225FCE" w14:textId="77777777" w:rsidR="007A5E59" w:rsidRDefault="0095198F">
            <w:r>
              <w:t>Гкал/час</w:t>
            </w:r>
          </w:p>
        </w:tc>
        <w:tc>
          <w:tcPr>
            <w:tcW w:w="0" w:type="auto"/>
          </w:tcPr>
          <w:p w14:paraId="32C21ED4" w14:textId="77777777" w:rsidR="007A5E59" w:rsidRDefault="0095198F">
            <w:pPr>
              <w:jc w:val="center"/>
            </w:pPr>
            <w:r>
              <w:t>6,4949</w:t>
            </w:r>
          </w:p>
        </w:tc>
        <w:tc>
          <w:tcPr>
            <w:tcW w:w="0" w:type="auto"/>
          </w:tcPr>
          <w:p w14:paraId="5C257F4F" w14:textId="77777777" w:rsidR="007A5E59" w:rsidRDefault="0095198F">
            <w:pPr>
              <w:jc w:val="center"/>
            </w:pPr>
            <w:r>
              <w:t>5,9639</w:t>
            </w:r>
          </w:p>
        </w:tc>
        <w:tc>
          <w:tcPr>
            <w:tcW w:w="0" w:type="auto"/>
          </w:tcPr>
          <w:p w14:paraId="2591E0CD" w14:textId="77777777" w:rsidR="007A5E59" w:rsidRDefault="0095198F">
            <w:pPr>
              <w:jc w:val="center"/>
            </w:pPr>
            <w:r>
              <w:t>5,9639</w:t>
            </w:r>
          </w:p>
        </w:tc>
      </w:tr>
      <w:tr w:rsidR="007A5E59" w14:paraId="3272206E" w14:textId="77777777">
        <w:trPr>
          <w:jc w:val="center"/>
        </w:trPr>
        <w:tc>
          <w:tcPr>
            <w:tcW w:w="0" w:type="auto"/>
          </w:tcPr>
          <w:p w14:paraId="4325BCDF" w14:textId="77777777" w:rsidR="007A5E59" w:rsidRDefault="0095198F">
            <w:r>
              <w:t>2.1.10</w:t>
            </w:r>
          </w:p>
        </w:tc>
        <w:tc>
          <w:tcPr>
            <w:tcW w:w="0" w:type="auto"/>
          </w:tcPr>
          <w:p w14:paraId="19CBA130" w14:textId="77777777" w:rsidR="007A5E59" w:rsidRDefault="0095198F">
            <w:r>
              <w:t>Мощность "нетто" котельной</w:t>
            </w:r>
          </w:p>
        </w:tc>
        <w:tc>
          <w:tcPr>
            <w:tcW w:w="0" w:type="auto"/>
          </w:tcPr>
          <w:p w14:paraId="33F370AD" w14:textId="77777777" w:rsidR="007A5E59" w:rsidRDefault="0095198F">
            <w:r>
              <w:t>Гкал/час</w:t>
            </w:r>
          </w:p>
        </w:tc>
        <w:tc>
          <w:tcPr>
            <w:tcW w:w="0" w:type="auto"/>
          </w:tcPr>
          <w:p w14:paraId="1D366634" w14:textId="77777777" w:rsidR="007A5E59" w:rsidRDefault="0095198F">
            <w:pPr>
              <w:jc w:val="center"/>
            </w:pPr>
            <w:r>
              <w:t>10,0093</w:t>
            </w:r>
          </w:p>
        </w:tc>
        <w:tc>
          <w:tcPr>
            <w:tcW w:w="0" w:type="auto"/>
          </w:tcPr>
          <w:p w14:paraId="4AFBAC10" w14:textId="77777777" w:rsidR="007A5E59" w:rsidRDefault="0095198F">
            <w:pPr>
              <w:jc w:val="center"/>
            </w:pPr>
            <w:r>
              <w:t>10,0336</w:t>
            </w:r>
          </w:p>
        </w:tc>
        <w:tc>
          <w:tcPr>
            <w:tcW w:w="0" w:type="auto"/>
          </w:tcPr>
          <w:p w14:paraId="3404AD1E" w14:textId="77777777" w:rsidR="007A5E59" w:rsidRDefault="0095198F">
            <w:pPr>
              <w:jc w:val="center"/>
            </w:pPr>
            <w:r>
              <w:t>10,0336</w:t>
            </w:r>
          </w:p>
        </w:tc>
      </w:tr>
      <w:tr w:rsidR="007A5E59" w14:paraId="23028BAD" w14:textId="77777777">
        <w:trPr>
          <w:jc w:val="center"/>
        </w:trPr>
        <w:tc>
          <w:tcPr>
            <w:tcW w:w="0" w:type="auto"/>
          </w:tcPr>
          <w:p w14:paraId="5F52EF34" w14:textId="77777777" w:rsidR="007A5E59" w:rsidRDefault="0095198F">
            <w:r>
              <w:t>2.1.11</w:t>
            </w:r>
          </w:p>
        </w:tc>
        <w:tc>
          <w:tcPr>
            <w:tcW w:w="0" w:type="auto"/>
          </w:tcPr>
          <w:p w14:paraId="0BAF9687" w14:textId="77777777" w:rsidR="007A5E59" w:rsidRPr="00312815" w:rsidRDefault="0095198F">
            <w:pPr>
              <w:rPr>
                <w:lang w:val="ru-RU"/>
              </w:rPr>
            </w:pPr>
            <w:r w:rsidRPr="00312815">
              <w:rPr>
                <w:lang w:val="ru-RU"/>
              </w:rPr>
              <w:t>Потери на СН по располагаемой мощности</w:t>
            </w:r>
          </w:p>
        </w:tc>
        <w:tc>
          <w:tcPr>
            <w:tcW w:w="0" w:type="auto"/>
          </w:tcPr>
          <w:p w14:paraId="6A2E7D73" w14:textId="77777777" w:rsidR="007A5E59" w:rsidRDefault="0095198F">
            <w:r>
              <w:t>Гкал/час</w:t>
            </w:r>
          </w:p>
        </w:tc>
        <w:tc>
          <w:tcPr>
            <w:tcW w:w="0" w:type="auto"/>
          </w:tcPr>
          <w:p w14:paraId="148F9EC3" w14:textId="77777777" w:rsidR="007A5E59" w:rsidRDefault="0095198F">
            <w:pPr>
              <w:jc w:val="center"/>
            </w:pPr>
            <w:r>
              <w:t>0,1907</w:t>
            </w:r>
          </w:p>
        </w:tc>
        <w:tc>
          <w:tcPr>
            <w:tcW w:w="0" w:type="auto"/>
          </w:tcPr>
          <w:p w14:paraId="64CA6D96" w14:textId="77777777" w:rsidR="007A5E59" w:rsidRDefault="0095198F">
            <w:pPr>
              <w:jc w:val="center"/>
            </w:pPr>
            <w:r>
              <w:t>0,1664</w:t>
            </w:r>
          </w:p>
        </w:tc>
        <w:tc>
          <w:tcPr>
            <w:tcW w:w="0" w:type="auto"/>
          </w:tcPr>
          <w:p w14:paraId="44DB1006" w14:textId="77777777" w:rsidR="007A5E59" w:rsidRDefault="0095198F">
            <w:pPr>
              <w:jc w:val="center"/>
            </w:pPr>
            <w:r>
              <w:t>0,1664</w:t>
            </w:r>
          </w:p>
        </w:tc>
      </w:tr>
      <w:tr w:rsidR="007A5E59" w14:paraId="518A5B46" w14:textId="77777777">
        <w:trPr>
          <w:jc w:val="center"/>
        </w:trPr>
        <w:tc>
          <w:tcPr>
            <w:tcW w:w="0" w:type="auto"/>
          </w:tcPr>
          <w:p w14:paraId="33B528FD" w14:textId="77777777" w:rsidR="007A5E59" w:rsidRDefault="0095198F">
            <w:r>
              <w:t>2.1.12</w:t>
            </w:r>
          </w:p>
        </w:tc>
        <w:tc>
          <w:tcPr>
            <w:tcW w:w="0" w:type="auto"/>
          </w:tcPr>
          <w:p w14:paraId="47F25424" w14:textId="77777777" w:rsidR="007A5E59" w:rsidRDefault="0095198F">
            <w:r>
              <w:t>Потери на СН котельной</w:t>
            </w:r>
          </w:p>
        </w:tc>
        <w:tc>
          <w:tcPr>
            <w:tcW w:w="0" w:type="auto"/>
          </w:tcPr>
          <w:p w14:paraId="3692C7F0" w14:textId="77777777" w:rsidR="007A5E59" w:rsidRDefault="0095198F">
            <w:r>
              <w:t>%</w:t>
            </w:r>
          </w:p>
        </w:tc>
        <w:tc>
          <w:tcPr>
            <w:tcW w:w="0" w:type="auto"/>
          </w:tcPr>
          <w:p w14:paraId="380D1A61" w14:textId="77777777" w:rsidR="007A5E59" w:rsidRDefault="0095198F">
            <w:pPr>
              <w:jc w:val="center"/>
            </w:pPr>
            <w:r>
              <w:t>1,9</w:t>
            </w:r>
          </w:p>
        </w:tc>
        <w:tc>
          <w:tcPr>
            <w:tcW w:w="0" w:type="auto"/>
          </w:tcPr>
          <w:p w14:paraId="69B9CD0F" w14:textId="77777777" w:rsidR="007A5E59" w:rsidRDefault="0095198F">
            <w:pPr>
              <w:jc w:val="center"/>
            </w:pPr>
            <w:r>
              <w:t>1,6</w:t>
            </w:r>
          </w:p>
        </w:tc>
        <w:tc>
          <w:tcPr>
            <w:tcW w:w="0" w:type="auto"/>
          </w:tcPr>
          <w:p w14:paraId="17FC9FC7" w14:textId="77777777" w:rsidR="007A5E59" w:rsidRDefault="0095198F">
            <w:pPr>
              <w:jc w:val="center"/>
            </w:pPr>
            <w:r>
              <w:t>1,6</w:t>
            </w:r>
          </w:p>
        </w:tc>
      </w:tr>
      <w:tr w:rsidR="007A5E59" w14:paraId="15A918C7" w14:textId="77777777">
        <w:trPr>
          <w:jc w:val="center"/>
        </w:trPr>
        <w:tc>
          <w:tcPr>
            <w:tcW w:w="0" w:type="auto"/>
          </w:tcPr>
          <w:p w14:paraId="43DC7F4B" w14:textId="77777777" w:rsidR="007A5E59" w:rsidRDefault="0095198F">
            <w:r>
              <w:t>2.1.13</w:t>
            </w:r>
          </w:p>
        </w:tc>
        <w:tc>
          <w:tcPr>
            <w:tcW w:w="0" w:type="auto"/>
          </w:tcPr>
          <w:p w14:paraId="7D0C4B8A" w14:textId="77777777" w:rsidR="007A5E59" w:rsidRDefault="0095198F">
            <w:r>
              <w:t>Располагаемая мощность котельной</w:t>
            </w:r>
          </w:p>
        </w:tc>
        <w:tc>
          <w:tcPr>
            <w:tcW w:w="0" w:type="auto"/>
          </w:tcPr>
          <w:p w14:paraId="5BBAF188" w14:textId="77777777" w:rsidR="007A5E59" w:rsidRDefault="0095198F">
            <w:r>
              <w:t>Гкал/час</w:t>
            </w:r>
          </w:p>
        </w:tc>
        <w:tc>
          <w:tcPr>
            <w:tcW w:w="0" w:type="auto"/>
          </w:tcPr>
          <w:p w14:paraId="2DD0C6C0" w14:textId="77777777" w:rsidR="007A5E59" w:rsidRDefault="0095198F">
            <w:pPr>
              <w:jc w:val="center"/>
            </w:pPr>
            <w:r>
              <w:t>10,2000</w:t>
            </w:r>
          </w:p>
        </w:tc>
        <w:tc>
          <w:tcPr>
            <w:tcW w:w="0" w:type="auto"/>
          </w:tcPr>
          <w:p w14:paraId="3D656D25" w14:textId="77777777" w:rsidR="007A5E59" w:rsidRDefault="0095198F">
            <w:pPr>
              <w:jc w:val="center"/>
            </w:pPr>
            <w:r>
              <w:t>10,2000</w:t>
            </w:r>
          </w:p>
        </w:tc>
        <w:tc>
          <w:tcPr>
            <w:tcW w:w="0" w:type="auto"/>
          </w:tcPr>
          <w:p w14:paraId="77190386" w14:textId="77777777" w:rsidR="007A5E59" w:rsidRDefault="0095198F">
            <w:pPr>
              <w:jc w:val="center"/>
            </w:pPr>
            <w:r>
              <w:t>10,2000</w:t>
            </w:r>
          </w:p>
        </w:tc>
      </w:tr>
      <w:tr w:rsidR="007A5E59" w14:paraId="33BE458E" w14:textId="77777777">
        <w:trPr>
          <w:jc w:val="center"/>
        </w:trPr>
        <w:tc>
          <w:tcPr>
            <w:tcW w:w="0" w:type="auto"/>
          </w:tcPr>
          <w:p w14:paraId="13284FC1" w14:textId="77777777" w:rsidR="007A5E59" w:rsidRDefault="0095198F">
            <w:r>
              <w:t>2.1.14</w:t>
            </w:r>
          </w:p>
        </w:tc>
        <w:tc>
          <w:tcPr>
            <w:tcW w:w="0" w:type="auto"/>
          </w:tcPr>
          <w:p w14:paraId="0C886134" w14:textId="77777777" w:rsidR="007A5E59" w:rsidRDefault="0095198F">
            <w:r>
              <w:t>Подтверждённые технические ограничения*</w:t>
            </w:r>
          </w:p>
        </w:tc>
        <w:tc>
          <w:tcPr>
            <w:tcW w:w="0" w:type="auto"/>
          </w:tcPr>
          <w:p w14:paraId="6705C34F" w14:textId="77777777" w:rsidR="007A5E59" w:rsidRDefault="0095198F">
            <w:r>
              <w:t>Гкал/час</w:t>
            </w:r>
          </w:p>
        </w:tc>
        <w:tc>
          <w:tcPr>
            <w:tcW w:w="0" w:type="auto"/>
          </w:tcPr>
          <w:p w14:paraId="6322891C" w14:textId="77777777" w:rsidR="007A5E59" w:rsidRDefault="0095198F">
            <w:pPr>
              <w:jc w:val="center"/>
            </w:pPr>
            <w:r>
              <w:t>0,0000</w:t>
            </w:r>
          </w:p>
        </w:tc>
        <w:tc>
          <w:tcPr>
            <w:tcW w:w="0" w:type="auto"/>
          </w:tcPr>
          <w:p w14:paraId="3EF2E817" w14:textId="77777777" w:rsidR="007A5E59" w:rsidRDefault="0095198F">
            <w:pPr>
              <w:jc w:val="center"/>
            </w:pPr>
            <w:r>
              <w:t>0,0000</w:t>
            </w:r>
          </w:p>
        </w:tc>
        <w:tc>
          <w:tcPr>
            <w:tcW w:w="0" w:type="auto"/>
          </w:tcPr>
          <w:p w14:paraId="07BE89EF" w14:textId="77777777" w:rsidR="007A5E59" w:rsidRDefault="0095198F">
            <w:pPr>
              <w:jc w:val="center"/>
            </w:pPr>
            <w:r>
              <w:t>0,0000</w:t>
            </w:r>
          </w:p>
        </w:tc>
      </w:tr>
      <w:tr w:rsidR="007A5E59" w14:paraId="239B2D92" w14:textId="77777777">
        <w:trPr>
          <w:jc w:val="center"/>
        </w:trPr>
        <w:tc>
          <w:tcPr>
            <w:tcW w:w="0" w:type="auto"/>
          </w:tcPr>
          <w:p w14:paraId="257F271D" w14:textId="77777777" w:rsidR="007A5E59" w:rsidRDefault="0095198F">
            <w:r>
              <w:t>2.1.15</w:t>
            </w:r>
          </w:p>
        </w:tc>
        <w:tc>
          <w:tcPr>
            <w:tcW w:w="0" w:type="auto"/>
          </w:tcPr>
          <w:p w14:paraId="1A0C44CD" w14:textId="77777777" w:rsidR="007A5E59" w:rsidRDefault="0095198F">
            <w:r>
              <w:t>Установленная мощность</w:t>
            </w:r>
          </w:p>
        </w:tc>
        <w:tc>
          <w:tcPr>
            <w:tcW w:w="0" w:type="auto"/>
          </w:tcPr>
          <w:p w14:paraId="63B827F7" w14:textId="77777777" w:rsidR="007A5E59" w:rsidRDefault="0095198F">
            <w:r>
              <w:t>Гкал/час</w:t>
            </w:r>
          </w:p>
        </w:tc>
        <w:tc>
          <w:tcPr>
            <w:tcW w:w="0" w:type="auto"/>
          </w:tcPr>
          <w:p w14:paraId="2AE2111D" w14:textId="77777777" w:rsidR="007A5E59" w:rsidRDefault="0095198F">
            <w:pPr>
              <w:jc w:val="center"/>
            </w:pPr>
            <w:r>
              <w:t>10,2000</w:t>
            </w:r>
          </w:p>
        </w:tc>
        <w:tc>
          <w:tcPr>
            <w:tcW w:w="0" w:type="auto"/>
          </w:tcPr>
          <w:p w14:paraId="3DB74BF8" w14:textId="77777777" w:rsidR="007A5E59" w:rsidRDefault="0095198F">
            <w:pPr>
              <w:jc w:val="center"/>
            </w:pPr>
            <w:r>
              <w:t>10,2000</w:t>
            </w:r>
          </w:p>
        </w:tc>
        <w:tc>
          <w:tcPr>
            <w:tcW w:w="0" w:type="auto"/>
          </w:tcPr>
          <w:p w14:paraId="3BEA390B" w14:textId="77777777" w:rsidR="007A5E59" w:rsidRDefault="0095198F">
            <w:pPr>
              <w:jc w:val="center"/>
            </w:pPr>
            <w:r>
              <w:t>10,2000</w:t>
            </w:r>
          </w:p>
        </w:tc>
      </w:tr>
      <w:tr w:rsidR="007A5E59" w14:paraId="6B09076B" w14:textId="77777777">
        <w:trPr>
          <w:jc w:val="center"/>
        </w:trPr>
        <w:tc>
          <w:tcPr>
            <w:tcW w:w="0" w:type="auto"/>
          </w:tcPr>
          <w:p w14:paraId="132FF3F6" w14:textId="77777777" w:rsidR="007A5E59" w:rsidRDefault="0095198F">
            <w:r>
              <w:t>№ пп</w:t>
            </w:r>
          </w:p>
        </w:tc>
        <w:tc>
          <w:tcPr>
            <w:tcW w:w="0" w:type="auto"/>
          </w:tcPr>
          <w:p w14:paraId="31AEE781" w14:textId="77777777" w:rsidR="007A5E59" w:rsidRDefault="0095198F">
            <w:r>
              <w:t>Показатель</w:t>
            </w:r>
          </w:p>
        </w:tc>
        <w:tc>
          <w:tcPr>
            <w:tcW w:w="0" w:type="auto"/>
          </w:tcPr>
          <w:p w14:paraId="1DF4101D" w14:textId="77777777" w:rsidR="007A5E59" w:rsidRDefault="0095198F">
            <w:r>
              <w:t>Ед. изм.</w:t>
            </w:r>
          </w:p>
        </w:tc>
        <w:tc>
          <w:tcPr>
            <w:tcW w:w="0" w:type="auto"/>
          </w:tcPr>
          <w:p w14:paraId="371AF09E" w14:textId="77777777" w:rsidR="007A5E59" w:rsidRDefault="0095198F">
            <w:r>
              <w:t>Этапы развития схемы ТС</w:t>
            </w:r>
          </w:p>
        </w:tc>
        <w:tc>
          <w:tcPr>
            <w:tcW w:w="0" w:type="auto"/>
          </w:tcPr>
          <w:p w14:paraId="1F8DAD33" w14:textId="77777777" w:rsidR="007A5E59" w:rsidRDefault="007A5E59"/>
        </w:tc>
        <w:tc>
          <w:tcPr>
            <w:tcW w:w="0" w:type="auto"/>
          </w:tcPr>
          <w:p w14:paraId="193A422A" w14:textId="77777777" w:rsidR="007A5E59" w:rsidRDefault="007A5E59"/>
        </w:tc>
      </w:tr>
      <w:tr w:rsidR="007A5E59" w14:paraId="693B8391" w14:textId="77777777">
        <w:trPr>
          <w:jc w:val="center"/>
        </w:trPr>
        <w:tc>
          <w:tcPr>
            <w:tcW w:w="0" w:type="auto"/>
          </w:tcPr>
          <w:p w14:paraId="546E7C9F" w14:textId="77777777" w:rsidR="007A5E59" w:rsidRDefault="007A5E59"/>
        </w:tc>
        <w:tc>
          <w:tcPr>
            <w:tcW w:w="0" w:type="auto"/>
          </w:tcPr>
          <w:p w14:paraId="2DAFB734" w14:textId="77777777" w:rsidR="007A5E59" w:rsidRDefault="007A5E59"/>
        </w:tc>
        <w:tc>
          <w:tcPr>
            <w:tcW w:w="0" w:type="auto"/>
          </w:tcPr>
          <w:p w14:paraId="49141EC1" w14:textId="77777777" w:rsidR="007A5E59" w:rsidRDefault="007A5E59"/>
        </w:tc>
        <w:tc>
          <w:tcPr>
            <w:tcW w:w="0" w:type="auto"/>
          </w:tcPr>
          <w:p w14:paraId="23ECBC4A" w14:textId="77777777" w:rsidR="007A5E59" w:rsidRDefault="0095198F">
            <w:pPr>
              <w:jc w:val="center"/>
            </w:pPr>
            <w:r>
              <w:t>2026</w:t>
            </w:r>
          </w:p>
        </w:tc>
        <w:tc>
          <w:tcPr>
            <w:tcW w:w="0" w:type="auto"/>
          </w:tcPr>
          <w:p w14:paraId="4C00251E" w14:textId="77777777" w:rsidR="007A5E59" w:rsidRDefault="0095198F">
            <w:pPr>
              <w:jc w:val="center"/>
            </w:pPr>
            <w:r>
              <w:t>2031</w:t>
            </w:r>
          </w:p>
        </w:tc>
        <w:tc>
          <w:tcPr>
            <w:tcW w:w="0" w:type="auto"/>
          </w:tcPr>
          <w:p w14:paraId="3C9CDF9E" w14:textId="77777777" w:rsidR="007A5E59" w:rsidRDefault="0095198F">
            <w:pPr>
              <w:jc w:val="center"/>
            </w:pPr>
            <w:r>
              <w:t>2036</w:t>
            </w:r>
          </w:p>
        </w:tc>
      </w:tr>
      <w:tr w:rsidR="007A5E59" w14:paraId="26883941" w14:textId="77777777">
        <w:trPr>
          <w:jc w:val="center"/>
        </w:trPr>
        <w:tc>
          <w:tcPr>
            <w:tcW w:w="0" w:type="auto"/>
          </w:tcPr>
          <w:p w14:paraId="2B334358" w14:textId="77777777" w:rsidR="007A5E59" w:rsidRDefault="0095198F">
            <w:pPr>
              <w:jc w:val="center"/>
            </w:pPr>
            <w:r>
              <w:t>1</w:t>
            </w:r>
          </w:p>
        </w:tc>
        <w:tc>
          <w:tcPr>
            <w:tcW w:w="0" w:type="auto"/>
          </w:tcPr>
          <w:p w14:paraId="68AB4F7F" w14:textId="77777777" w:rsidR="007A5E59" w:rsidRDefault="0095198F">
            <w:pPr>
              <w:jc w:val="center"/>
            </w:pPr>
            <w:r>
              <w:t>2</w:t>
            </w:r>
          </w:p>
        </w:tc>
        <w:tc>
          <w:tcPr>
            <w:tcW w:w="0" w:type="auto"/>
          </w:tcPr>
          <w:p w14:paraId="0F15B4C0" w14:textId="77777777" w:rsidR="007A5E59" w:rsidRDefault="0095198F">
            <w:pPr>
              <w:jc w:val="center"/>
            </w:pPr>
            <w:r>
              <w:t>3</w:t>
            </w:r>
          </w:p>
        </w:tc>
        <w:tc>
          <w:tcPr>
            <w:tcW w:w="0" w:type="auto"/>
          </w:tcPr>
          <w:p w14:paraId="4EC3D5A8" w14:textId="77777777" w:rsidR="007A5E59" w:rsidRDefault="0095198F">
            <w:pPr>
              <w:jc w:val="center"/>
            </w:pPr>
            <w:r>
              <w:t>4</w:t>
            </w:r>
          </w:p>
        </w:tc>
        <w:tc>
          <w:tcPr>
            <w:tcW w:w="0" w:type="auto"/>
          </w:tcPr>
          <w:p w14:paraId="49E878CE" w14:textId="77777777" w:rsidR="007A5E59" w:rsidRDefault="0095198F">
            <w:pPr>
              <w:jc w:val="center"/>
            </w:pPr>
            <w:r>
              <w:t>5</w:t>
            </w:r>
          </w:p>
        </w:tc>
        <w:tc>
          <w:tcPr>
            <w:tcW w:w="0" w:type="auto"/>
          </w:tcPr>
          <w:p w14:paraId="766F4A74" w14:textId="77777777" w:rsidR="007A5E59" w:rsidRDefault="0095198F">
            <w:pPr>
              <w:jc w:val="center"/>
            </w:pPr>
            <w:r>
              <w:t>6</w:t>
            </w:r>
          </w:p>
        </w:tc>
      </w:tr>
      <w:tr w:rsidR="007A5E59" w14:paraId="6A39B828" w14:textId="77777777">
        <w:trPr>
          <w:jc w:val="center"/>
        </w:trPr>
        <w:tc>
          <w:tcPr>
            <w:tcW w:w="0" w:type="auto"/>
          </w:tcPr>
          <w:p w14:paraId="530948DB" w14:textId="77777777" w:rsidR="007A5E59" w:rsidRDefault="0095198F">
            <w:r>
              <w:t>4.</w:t>
            </w:r>
          </w:p>
        </w:tc>
        <w:tc>
          <w:tcPr>
            <w:tcW w:w="0" w:type="auto"/>
          </w:tcPr>
          <w:p w14:paraId="263CD606" w14:textId="77777777" w:rsidR="007A5E59" w:rsidRDefault="0095198F">
            <w:r>
              <w:t>г. Таштагол</w:t>
            </w:r>
          </w:p>
        </w:tc>
        <w:tc>
          <w:tcPr>
            <w:tcW w:w="0" w:type="auto"/>
          </w:tcPr>
          <w:p w14:paraId="06EB5D34" w14:textId="77777777" w:rsidR="007A5E59" w:rsidRDefault="007A5E59"/>
        </w:tc>
        <w:tc>
          <w:tcPr>
            <w:tcW w:w="0" w:type="auto"/>
          </w:tcPr>
          <w:p w14:paraId="0E635023" w14:textId="77777777" w:rsidR="007A5E59" w:rsidRDefault="007A5E59"/>
        </w:tc>
        <w:tc>
          <w:tcPr>
            <w:tcW w:w="0" w:type="auto"/>
          </w:tcPr>
          <w:p w14:paraId="130603B1" w14:textId="77777777" w:rsidR="007A5E59" w:rsidRDefault="007A5E59"/>
        </w:tc>
        <w:tc>
          <w:tcPr>
            <w:tcW w:w="0" w:type="auto"/>
          </w:tcPr>
          <w:p w14:paraId="68C860E2" w14:textId="77777777" w:rsidR="007A5E59" w:rsidRDefault="007A5E59"/>
        </w:tc>
      </w:tr>
    </w:tbl>
    <w:p w14:paraId="435AD29D" w14:textId="77777777" w:rsidR="007A5E59" w:rsidRDefault="007A5E59"/>
    <w:p w14:paraId="0E4EA316" w14:textId="77777777" w:rsidR="007A5E59" w:rsidRPr="00312815" w:rsidRDefault="0095198F">
      <w:pPr>
        <w:rPr>
          <w:lang w:val="ru-RU"/>
        </w:rPr>
      </w:pPr>
      <w:r w:rsidRPr="00312815">
        <w:rPr>
          <w:b/>
          <w:lang w:val="ru-RU"/>
        </w:rPr>
        <w:t>Таблица П2.4. Баланс тепловой мощности — Производственно-отопительная УПК № 9 ГРЭ</w:t>
      </w:r>
    </w:p>
    <w:tbl>
      <w:tblPr>
        <w:tblStyle w:val="aff0"/>
        <w:tblW w:w="5000" w:type="pct"/>
        <w:jc w:val="center"/>
        <w:tblCellMar>
          <w:left w:w="57" w:type="dxa"/>
          <w:right w:w="57" w:type="dxa"/>
        </w:tblCellMar>
        <w:tblLook w:val="04A0" w:firstRow="1" w:lastRow="0" w:firstColumn="1" w:lastColumn="0" w:noHBand="0" w:noVBand="1"/>
      </w:tblPr>
      <w:tblGrid>
        <w:gridCol w:w="714"/>
        <w:gridCol w:w="4116"/>
        <w:gridCol w:w="997"/>
        <w:gridCol w:w="1970"/>
        <w:gridCol w:w="774"/>
        <w:gridCol w:w="774"/>
      </w:tblGrid>
      <w:tr w:rsidR="007A5E59" w14:paraId="6AA7E200" w14:textId="77777777">
        <w:trPr>
          <w:cantSplit/>
          <w:tblHeader/>
          <w:jc w:val="center"/>
        </w:trPr>
        <w:tc>
          <w:tcPr>
            <w:tcW w:w="0" w:type="auto"/>
            <w:vMerge w:val="restart"/>
            <w:shd w:val="clear" w:color="auto" w:fill="E2F0D9"/>
            <w:vAlign w:val="center"/>
          </w:tcPr>
          <w:p w14:paraId="79D3327E" w14:textId="77777777" w:rsidR="007A5E59" w:rsidRDefault="0095198F">
            <w:pPr>
              <w:jc w:val="center"/>
            </w:pPr>
            <w:r>
              <w:rPr>
                <w:b/>
              </w:rPr>
              <w:t>№ пп</w:t>
            </w:r>
          </w:p>
        </w:tc>
        <w:tc>
          <w:tcPr>
            <w:tcW w:w="0" w:type="auto"/>
            <w:vMerge w:val="restart"/>
            <w:shd w:val="clear" w:color="auto" w:fill="E2F0D9"/>
            <w:vAlign w:val="center"/>
          </w:tcPr>
          <w:p w14:paraId="3645121F" w14:textId="77777777" w:rsidR="007A5E59" w:rsidRDefault="0095198F">
            <w:pPr>
              <w:jc w:val="center"/>
            </w:pPr>
            <w:r>
              <w:rPr>
                <w:b/>
              </w:rPr>
              <w:t>Показатель</w:t>
            </w:r>
          </w:p>
        </w:tc>
        <w:tc>
          <w:tcPr>
            <w:tcW w:w="0" w:type="auto"/>
            <w:vMerge w:val="restart"/>
            <w:shd w:val="clear" w:color="auto" w:fill="E2F0D9"/>
            <w:vAlign w:val="center"/>
          </w:tcPr>
          <w:p w14:paraId="12D4FCF7" w14:textId="77777777" w:rsidR="007A5E59" w:rsidRDefault="0095198F">
            <w:pPr>
              <w:jc w:val="center"/>
            </w:pPr>
            <w:r>
              <w:rPr>
                <w:b/>
              </w:rPr>
              <w:t>Ед. изм.</w:t>
            </w:r>
          </w:p>
        </w:tc>
        <w:tc>
          <w:tcPr>
            <w:tcW w:w="0" w:type="auto"/>
            <w:gridSpan w:val="3"/>
            <w:shd w:val="clear" w:color="auto" w:fill="E2F0D9"/>
            <w:vAlign w:val="center"/>
          </w:tcPr>
          <w:p w14:paraId="0FF95112" w14:textId="77777777" w:rsidR="007A5E59" w:rsidRDefault="0095198F">
            <w:pPr>
              <w:jc w:val="center"/>
            </w:pPr>
            <w:r>
              <w:rPr>
                <w:b/>
              </w:rPr>
              <w:t>Этапы развития схемы ТС</w:t>
            </w:r>
          </w:p>
        </w:tc>
      </w:tr>
      <w:tr w:rsidR="007A5E59" w14:paraId="2E11D15B" w14:textId="77777777">
        <w:trPr>
          <w:cantSplit/>
          <w:tblHeader/>
          <w:jc w:val="center"/>
        </w:trPr>
        <w:tc>
          <w:tcPr>
            <w:tcW w:w="0" w:type="auto"/>
            <w:vMerge/>
            <w:shd w:val="clear" w:color="auto" w:fill="E2F0D9"/>
            <w:vAlign w:val="center"/>
          </w:tcPr>
          <w:p w14:paraId="4595F843" w14:textId="77777777" w:rsidR="007A5E59" w:rsidRDefault="007A5E59">
            <w:pPr>
              <w:jc w:val="center"/>
            </w:pPr>
          </w:p>
        </w:tc>
        <w:tc>
          <w:tcPr>
            <w:tcW w:w="0" w:type="auto"/>
            <w:vMerge/>
            <w:shd w:val="clear" w:color="auto" w:fill="E2F0D9"/>
            <w:vAlign w:val="center"/>
          </w:tcPr>
          <w:p w14:paraId="2561E926" w14:textId="77777777" w:rsidR="007A5E59" w:rsidRDefault="007A5E59">
            <w:pPr>
              <w:jc w:val="center"/>
            </w:pPr>
          </w:p>
        </w:tc>
        <w:tc>
          <w:tcPr>
            <w:tcW w:w="0" w:type="auto"/>
            <w:vMerge/>
            <w:shd w:val="clear" w:color="auto" w:fill="E2F0D9"/>
            <w:vAlign w:val="center"/>
          </w:tcPr>
          <w:p w14:paraId="383A233B" w14:textId="77777777" w:rsidR="007A5E59" w:rsidRDefault="007A5E59">
            <w:pPr>
              <w:jc w:val="center"/>
            </w:pPr>
          </w:p>
        </w:tc>
        <w:tc>
          <w:tcPr>
            <w:tcW w:w="0" w:type="auto"/>
            <w:shd w:val="clear" w:color="auto" w:fill="E2F0D9"/>
            <w:vAlign w:val="center"/>
          </w:tcPr>
          <w:p w14:paraId="296672C4" w14:textId="77777777" w:rsidR="007A5E59" w:rsidRDefault="0095198F">
            <w:pPr>
              <w:jc w:val="center"/>
            </w:pPr>
            <w:r>
              <w:rPr>
                <w:b/>
              </w:rPr>
              <w:t>2026</w:t>
            </w:r>
          </w:p>
        </w:tc>
        <w:tc>
          <w:tcPr>
            <w:tcW w:w="0" w:type="auto"/>
            <w:shd w:val="clear" w:color="auto" w:fill="E2F0D9"/>
            <w:vAlign w:val="center"/>
          </w:tcPr>
          <w:p w14:paraId="5A4D84FF" w14:textId="77777777" w:rsidR="007A5E59" w:rsidRDefault="0095198F">
            <w:pPr>
              <w:jc w:val="center"/>
            </w:pPr>
            <w:r>
              <w:rPr>
                <w:b/>
              </w:rPr>
              <w:t>2031</w:t>
            </w:r>
          </w:p>
        </w:tc>
        <w:tc>
          <w:tcPr>
            <w:tcW w:w="0" w:type="auto"/>
            <w:shd w:val="clear" w:color="auto" w:fill="E2F0D9"/>
            <w:vAlign w:val="center"/>
          </w:tcPr>
          <w:p w14:paraId="6AF40286" w14:textId="77777777" w:rsidR="007A5E59" w:rsidRDefault="0095198F">
            <w:pPr>
              <w:jc w:val="center"/>
            </w:pPr>
            <w:r>
              <w:rPr>
                <w:b/>
              </w:rPr>
              <w:t>2036</w:t>
            </w:r>
          </w:p>
        </w:tc>
      </w:tr>
      <w:tr w:rsidR="007A5E59" w14:paraId="7D84DD24" w14:textId="77777777">
        <w:trPr>
          <w:cantSplit/>
          <w:tblHeader/>
          <w:jc w:val="center"/>
        </w:trPr>
        <w:tc>
          <w:tcPr>
            <w:tcW w:w="0" w:type="auto"/>
            <w:shd w:val="clear" w:color="auto" w:fill="F2F2F2"/>
            <w:vAlign w:val="center"/>
          </w:tcPr>
          <w:p w14:paraId="7C996181" w14:textId="77777777" w:rsidR="007A5E59" w:rsidRDefault="0095198F">
            <w:pPr>
              <w:jc w:val="center"/>
            </w:pPr>
            <w:r>
              <w:t>1</w:t>
            </w:r>
          </w:p>
        </w:tc>
        <w:tc>
          <w:tcPr>
            <w:tcW w:w="0" w:type="auto"/>
            <w:shd w:val="clear" w:color="auto" w:fill="F2F2F2"/>
            <w:vAlign w:val="center"/>
          </w:tcPr>
          <w:p w14:paraId="233E7CB7" w14:textId="77777777" w:rsidR="007A5E59" w:rsidRDefault="0095198F">
            <w:pPr>
              <w:jc w:val="center"/>
            </w:pPr>
            <w:r>
              <w:t>2</w:t>
            </w:r>
          </w:p>
        </w:tc>
        <w:tc>
          <w:tcPr>
            <w:tcW w:w="0" w:type="auto"/>
            <w:shd w:val="clear" w:color="auto" w:fill="F2F2F2"/>
            <w:vAlign w:val="center"/>
          </w:tcPr>
          <w:p w14:paraId="2F432CDB" w14:textId="77777777" w:rsidR="007A5E59" w:rsidRDefault="0095198F">
            <w:pPr>
              <w:jc w:val="center"/>
            </w:pPr>
            <w:r>
              <w:t>3</w:t>
            </w:r>
          </w:p>
        </w:tc>
        <w:tc>
          <w:tcPr>
            <w:tcW w:w="0" w:type="auto"/>
            <w:shd w:val="clear" w:color="auto" w:fill="F2F2F2"/>
            <w:vAlign w:val="center"/>
          </w:tcPr>
          <w:p w14:paraId="3F1CA620" w14:textId="77777777" w:rsidR="007A5E59" w:rsidRDefault="0095198F">
            <w:pPr>
              <w:jc w:val="center"/>
            </w:pPr>
            <w:r>
              <w:t>4</w:t>
            </w:r>
          </w:p>
        </w:tc>
        <w:tc>
          <w:tcPr>
            <w:tcW w:w="0" w:type="auto"/>
            <w:shd w:val="clear" w:color="auto" w:fill="F2F2F2"/>
            <w:vAlign w:val="center"/>
          </w:tcPr>
          <w:p w14:paraId="491DE7ED" w14:textId="77777777" w:rsidR="007A5E59" w:rsidRDefault="0095198F">
            <w:pPr>
              <w:jc w:val="center"/>
            </w:pPr>
            <w:r>
              <w:t>5</w:t>
            </w:r>
          </w:p>
        </w:tc>
        <w:tc>
          <w:tcPr>
            <w:tcW w:w="0" w:type="auto"/>
            <w:shd w:val="clear" w:color="auto" w:fill="F2F2F2"/>
            <w:vAlign w:val="center"/>
          </w:tcPr>
          <w:p w14:paraId="1B5741D2" w14:textId="77777777" w:rsidR="007A5E59" w:rsidRDefault="0095198F">
            <w:pPr>
              <w:jc w:val="center"/>
            </w:pPr>
            <w:r>
              <w:t>6</w:t>
            </w:r>
          </w:p>
        </w:tc>
      </w:tr>
      <w:tr w:rsidR="007A5E59" w14:paraId="3DDE39C0" w14:textId="77777777">
        <w:trPr>
          <w:jc w:val="center"/>
        </w:trPr>
        <w:tc>
          <w:tcPr>
            <w:tcW w:w="0" w:type="auto"/>
          </w:tcPr>
          <w:p w14:paraId="6D24B5B2" w14:textId="77777777" w:rsidR="007A5E59" w:rsidRDefault="0095198F">
            <w:r>
              <w:t>5.1</w:t>
            </w:r>
          </w:p>
        </w:tc>
        <w:tc>
          <w:tcPr>
            <w:tcW w:w="0" w:type="auto"/>
          </w:tcPr>
          <w:p w14:paraId="345B652D" w14:textId="77777777" w:rsidR="007A5E59" w:rsidRDefault="0095198F">
            <w:r>
              <w:t>Производственно-отопительная УПК № 9 ГРЭ</w:t>
            </w:r>
          </w:p>
        </w:tc>
        <w:tc>
          <w:tcPr>
            <w:tcW w:w="0" w:type="auto"/>
          </w:tcPr>
          <w:p w14:paraId="31453E66" w14:textId="77777777" w:rsidR="007A5E59" w:rsidRDefault="007A5E59"/>
        </w:tc>
        <w:tc>
          <w:tcPr>
            <w:tcW w:w="0" w:type="auto"/>
          </w:tcPr>
          <w:p w14:paraId="48779ABB" w14:textId="77777777" w:rsidR="007A5E59" w:rsidRDefault="007A5E59"/>
        </w:tc>
        <w:tc>
          <w:tcPr>
            <w:tcW w:w="0" w:type="auto"/>
          </w:tcPr>
          <w:p w14:paraId="2F77E34F" w14:textId="77777777" w:rsidR="007A5E59" w:rsidRDefault="007A5E59"/>
        </w:tc>
        <w:tc>
          <w:tcPr>
            <w:tcW w:w="0" w:type="auto"/>
          </w:tcPr>
          <w:p w14:paraId="25580C57" w14:textId="77777777" w:rsidR="007A5E59" w:rsidRDefault="007A5E59"/>
        </w:tc>
      </w:tr>
      <w:tr w:rsidR="007A5E59" w14:paraId="351DF96B" w14:textId="77777777">
        <w:trPr>
          <w:jc w:val="center"/>
        </w:trPr>
        <w:tc>
          <w:tcPr>
            <w:tcW w:w="0" w:type="auto"/>
          </w:tcPr>
          <w:p w14:paraId="115A53EB" w14:textId="77777777" w:rsidR="007A5E59" w:rsidRDefault="0095198F">
            <w:r>
              <w:t>5.1.1</w:t>
            </w:r>
          </w:p>
        </w:tc>
        <w:tc>
          <w:tcPr>
            <w:tcW w:w="0" w:type="auto"/>
          </w:tcPr>
          <w:p w14:paraId="515217B1" w14:textId="77777777" w:rsidR="007A5E59" w:rsidRDefault="0095198F">
            <w:r>
              <w:t>Максимальная нагрузка потребителей</w:t>
            </w:r>
          </w:p>
        </w:tc>
        <w:tc>
          <w:tcPr>
            <w:tcW w:w="0" w:type="auto"/>
          </w:tcPr>
          <w:p w14:paraId="5563B96A" w14:textId="77777777" w:rsidR="007A5E59" w:rsidRDefault="0095198F">
            <w:r>
              <w:t>Гкал/час</w:t>
            </w:r>
          </w:p>
        </w:tc>
        <w:tc>
          <w:tcPr>
            <w:tcW w:w="0" w:type="auto"/>
          </w:tcPr>
          <w:p w14:paraId="6DCD08B9" w14:textId="77777777" w:rsidR="007A5E59" w:rsidRDefault="0095198F">
            <w:pPr>
              <w:jc w:val="center"/>
            </w:pPr>
            <w:r>
              <w:t>0,7260</w:t>
            </w:r>
          </w:p>
        </w:tc>
        <w:tc>
          <w:tcPr>
            <w:tcW w:w="0" w:type="auto"/>
          </w:tcPr>
          <w:p w14:paraId="6DD48CA7" w14:textId="77777777" w:rsidR="007A5E59" w:rsidRDefault="0095198F">
            <w:pPr>
              <w:jc w:val="center"/>
            </w:pPr>
            <w:r>
              <w:t>0,7260</w:t>
            </w:r>
          </w:p>
        </w:tc>
        <w:tc>
          <w:tcPr>
            <w:tcW w:w="0" w:type="auto"/>
          </w:tcPr>
          <w:p w14:paraId="0E24CECB" w14:textId="77777777" w:rsidR="007A5E59" w:rsidRDefault="0095198F">
            <w:pPr>
              <w:jc w:val="center"/>
            </w:pPr>
            <w:r>
              <w:t>0,7260</w:t>
            </w:r>
          </w:p>
        </w:tc>
      </w:tr>
      <w:tr w:rsidR="007A5E59" w14:paraId="1CFFB5C7" w14:textId="77777777">
        <w:trPr>
          <w:jc w:val="center"/>
        </w:trPr>
        <w:tc>
          <w:tcPr>
            <w:tcW w:w="0" w:type="auto"/>
          </w:tcPr>
          <w:p w14:paraId="59F65623" w14:textId="77777777" w:rsidR="007A5E59" w:rsidRDefault="0095198F">
            <w:r>
              <w:t>5.1.2</w:t>
            </w:r>
          </w:p>
        </w:tc>
        <w:tc>
          <w:tcPr>
            <w:tcW w:w="0" w:type="auto"/>
          </w:tcPr>
          <w:p w14:paraId="5A535581" w14:textId="77777777" w:rsidR="007A5E59" w:rsidRDefault="0095198F">
            <w:r>
              <w:t>Потери ТЭ в сетях</w:t>
            </w:r>
          </w:p>
        </w:tc>
        <w:tc>
          <w:tcPr>
            <w:tcW w:w="0" w:type="auto"/>
          </w:tcPr>
          <w:p w14:paraId="4A041911" w14:textId="77777777" w:rsidR="007A5E59" w:rsidRDefault="0095198F">
            <w:r>
              <w:t>Гкал/час</w:t>
            </w:r>
          </w:p>
        </w:tc>
        <w:tc>
          <w:tcPr>
            <w:tcW w:w="0" w:type="auto"/>
          </w:tcPr>
          <w:p w14:paraId="1A428DE6" w14:textId="77777777" w:rsidR="007A5E59" w:rsidRDefault="0095198F">
            <w:pPr>
              <w:jc w:val="center"/>
            </w:pPr>
            <w:r>
              <w:t>0,5360</w:t>
            </w:r>
          </w:p>
        </w:tc>
        <w:tc>
          <w:tcPr>
            <w:tcW w:w="0" w:type="auto"/>
          </w:tcPr>
          <w:p w14:paraId="064A798A" w14:textId="77777777" w:rsidR="007A5E59" w:rsidRDefault="0095198F">
            <w:pPr>
              <w:jc w:val="center"/>
            </w:pPr>
            <w:r>
              <w:t>0,5360</w:t>
            </w:r>
          </w:p>
        </w:tc>
        <w:tc>
          <w:tcPr>
            <w:tcW w:w="0" w:type="auto"/>
          </w:tcPr>
          <w:p w14:paraId="72255375" w14:textId="77777777" w:rsidR="007A5E59" w:rsidRDefault="0095198F">
            <w:pPr>
              <w:jc w:val="center"/>
            </w:pPr>
            <w:r>
              <w:t>0,5360</w:t>
            </w:r>
          </w:p>
        </w:tc>
      </w:tr>
      <w:tr w:rsidR="007A5E59" w14:paraId="3D0AA153" w14:textId="77777777">
        <w:trPr>
          <w:jc w:val="center"/>
        </w:trPr>
        <w:tc>
          <w:tcPr>
            <w:tcW w:w="0" w:type="auto"/>
          </w:tcPr>
          <w:p w14:paraId="18ED59F4" w14:textId="77777777" w:rsidR="007A5E59" w:rsidRDefault="0095198F">
            <w:r>
              <w:t>5.1.3</w:t>
            </w:r>
          </w:p>
        </w:tc>
        <w:tc>
          <w:tcPr>
            <w:tcW w:w="0" w:type="auto"/>
          </w:tcPr>
          <w:p w14:paraId="64A0A421" w14:textId="77777777" w:rsidR="007A5E59" w:rsidRDefault="007A5E59"/>
        </w:tc>
        <w:tc>
          <w:tcPr>
            <w:tcW w:w="0" w:type="auto"/>
          </w:tcPr>
          <w:p w14:paraId="01C57290" w14:textId="77777777" w:rsidR="007A5E59" w:rsidRDefault="0095198F">
            <w:r>
              <w:t>%</w:t>
            </w:r>
          </w:p>
        </w:tc>
        <w:tc>
          <w:tcPr>
            <w:tcW w:w="0" w:type="auto"/>
          </w:tcPr>
          <w:p w14:paraId="0EC8B95C" w14:textId="77777777" w:rsidR="007A5E59" w:rsidRDefault="0095198F">
            <w:pPr>
              <w:jc w:val="center"/>
            </w:pPr>
            <w:r>
              <w:t>42,5</w:t>
            </w:r>
          </w:p>
        </w:tc>
        <w:tc>
          <w:tcPr>
            <w:tcW w:w="0" w:type="auto"/>
          </w:tcPr>
          <w:p w14:paraId="457BB6FF" w14:textId="77777777" w:rsidR="007A5E59" w:rsidRDefault="0095198F">
            <w:pPr>
              <w:jc w:val="center"/>
            </w:pPr>
            <w:r>
              <w:t>42,5</w:t>
            </w:r>
          </w:p>
        </w:tc>
        <w:tc>
          <w:tcPr>
            <w:tcW w:w="0" w:type="auto"/>
          </w:tcPr>
          <w:p w14:paraId="36282470" w14:textId="77777777" w:rsidR="007A5E59" w:rsidRDefault="0095198F">
            <w:pPr>
              <w:jc w:val="center"/>
            </w:pPr>
            <w:r>
              <w:t>42,5</w:t>
            </w:r>
          </w:p>
        </w:tc>
      </w:tr>
      <w:tr w:rsidR="007A5E59" w14:paraId="1250A63F" w14:textId="77777777">
        <w:trPr>
          <w:jc w:val="center"/>
        </w:trPr>
        <w:tc>
          <w:tcPr>
            <w:tcW w:w="0" w:type="auto"/>
          </w:tcPr>
          <w:p w14:paraId="5BDBAF50" w14:textId="77777777" w:rsidR="007A5E59" w:rsidRDefault="0095198F">
            <w:r>
              <w:t>5.1.4</w:t>
            </w:r>
          </w:p>
        </w:tc>
        <w:tc>
          <w:tcPr>
            <w:tcW w:w="0" w:type="auto"/>
          </w:tcPr>
          <w:p w14:paraId="15E178D1" w14:textId="77777777" w:rsidR="007A5E59" w:rsidRDefault="0095198F">
            <w:r>
              <w:t>Нагрузка на коллекторах котельной</w:t>
            </w:r>
          </w:p>
        </w:tc>
        <w:tc>
          <w:tcPr>
            <w:tcW w:w="0" w:type="auto"/>
          </w:tcPr>
          <w:p w14:paraId="05E49ADC" w14:textId="77777777" w:rsidR="007A5E59" w:rsidRDefault="0095198F">
            <w:r>
              <w:t>Гкал/час</w:t>
            </w:r>
          </w:p>
        </w:tc>
        <w:tc>
          <w:tcPr>
            <w:tcW w:w="0" w:type="auto"/>
          </w:tcPr>
          <w:p w14:paraId="2E158E7D" w14:textId="77777777" w:rsidR="007A5E59" w:rsidRDefault="0095198F">
            <w:pPr>
              <w:jc w:val="center"/>
            </w:pPr>
            <w:r>
              <w:t>1,2620</w:t>
            </w:r>
          </w:p>
        </w:tc>
        <w:tc>
          <w:tcPr>
            <w:tcW w:w="0" w:type="auto"/>
          </w:tcPr>
          <w:p w14:paraId="0C081D77" w14:textId="77777777" w:rsidR="007A5E59" w:rsidRDefault="0095198F">
            <w:pPr>
              <w:jc w:val="center"/>
            </w:pPr>
            <w:r>
              <w:t>1,2620</w:t>
            </w:r>
          </w:p>
        </w:tc>
        <w:tc>
          <w:tcPr>
            <w:tcW w:w="0" w:type="auto"/>
          </w:tcPr>
          <w:p w14:paraId="2E5F1FB8" w14:textId="77777777" w:rsidR="007A5E59" w:rsidRDefault="0095198F">
            <w:pPr>
              <w:jc w:val="center"/>
            </w:pPr>
            <w:r>
              <w:t>1,2620</w:t>
            </w:r>
          </w:p>
        </w:tc>
      </w:tr>
      <w:tr w:rsidR="007A5E59" w14:paraId="4CC8699A" w14:textId="77777777">
        <w:trPr>
          <w:jc w:val="center"/>
        </w:trPr>
        <w:tc>
          <w:tcPr>
            <w:tcW w:w="0" w:type="auto"/>
          </w:tcPr>
          <w:p w14:paraId="3B066E8B" w14:textId="77777777" w:rsidR="007A5E59" w:rsidRDefault="0095198F">
            <w:r>
              <w:t>5.1.5</w:t>
            </w:r>
          </w:p>
        </w:tc>
        <w:tc>
          <w:tcPr>
            <w:tcW w:w="0" w:type="auto"/>
          </w:tcPr>
          <w:p w14:paraId="00CB920F" w14:textId="77777777" w:rsidR="007A5E59" w:rsidRPr="00312815" w:rsidRDefault="0095198F">
            <w:pPr>
              <w:rPr>
                <w:lang w:val="ru-RU"/>
              </w:rPr>
            </w:pPr>
            <w:r w:rsidRPr="00312815">
              <w:rPr>
                <w:lang w:val="ru-RU"/>
              </w:rPr>
              <w:t>Потери на СН котельной при максимальной нагрузке</w:t>
            </w:r>
          </w:p>
        </w:tc>
        <w:tc>
          <w:tcPr>
            <w:tcW w:w="0" w:type="auto"/>
          </w:tcPr>
          <w:p w14:paraId="1CAEE879" w14:textId="77777777" w:rsidR="007A5E59" w:rsidRDefault="0095198F">
            <w:r>
              <w:t>Гкал/час</w:t>
            </w:r>
          </w:p>
        </w:tc>
        <w:tc>
          <w:tcPr>
            <w:tcW w:w="0" w:type="auto"/>
          </w:tcPr>
          <w:p w14:paraId="7D192513" w14:textId="77777777" w:rsidR="007A5E59" w:rsidRDefault="0095198F">
            <w:pPr>
              <w:jc w:val="center"/>
            </w:pPr>
            <w:r>
              <w:t>0,0710</w:t>
            </w:r>
          </w:p>
        </w:tc>
        <w:tc>
          <w:tcPr>
            <w:tcW w:w="0" w:type="auto"/>
          </w:tcPr>
          <w:p w14:paraId="48B03B4E" w14:textId="77777777" w:rsidR="007A5E59" w:rsidRDefault="0095198F">
            <w:pPr>
              <w:jc w:val="center"/>
            </w:pPr>
            <w:r>
              <w:t>0,0710</w:t>
            </w:r>
          </w:p>
        </w:tc>
        <w:tc>
          <w:tcPr>
            <w:tcW w:w="0" w:type="auto"/>
          </w:tcPr>
          <w:p w14:paraId="2BE00910" w14:textId="77777777" w:rsidR="007A5E59" w:rsidRDefault="0095198F">
            <w:pPr>
              <w:jc w:val="center"/>
            </w:pPr>
            <w:r>
              <w:t>0,0710</w:t>
            </w:r>
          </w:p>
        </w:tc>
      </w:tr>
      <w:tr w:rsidR="007A5E59" w14:paraId="4270FB03" w14:textId="77777777">
        <w:trPr>
          <w:jc w:val="center"/>
        </w:trPr>
        <w:tc>
          <w:tcPr>
            <w:tcW w:w="0" w:type="auto"/>
          </w:tcPr>
          <w:p w14:paraId="3F881B07" w14:textId="77777777" w:rsidR="007A5E59" w:rsidRDefault="0095198F">
            <w:r>
              <w:t>5.1.6</w:t>
            </w:r>
          </w:p>
        </w:tc>
        <w:tc>
          <w:tcPr>
            <w:tcW w:w="0" w:type="auto"/>
          </w:tcPr>
          <w:p w14:paraId="6381AC77" w14:textId="77777777" w:rsidR="007A5E59" w:rsidRDefault="0095198F">
            <w:r>
              <w:t>Полная максимальная нагрузка котельной</w:t>
            </w:r>
          </w:p>
        </w:tc>
        <w:tc>
          <w:tcPr>
            <w:tcW w:w="0" w:type="auto"/>
          </w:tcPr>
          <w:p w14:paraId="00C231AB" w14:textId="77777777" w:rsidR="007A5E59" w:rsidRDefault="0095198F">
            <w:r>
              <w:t>Гкал/час</w:t>
            </w:r>
          </w:p>
        </w:tc>
        <w:tc>
          <w:tcPr>
            <w:tcW w:w="0" w:type="auto"/>
          </w:tcPr>
          <w:p w14:paraId="34F817D5" w14:textId="77777777" w:rsidR="007A5E59" w:rsidRDefault="0095198F">
            <w:pPr>
              <w:jc w:val="center"/>
            </w:pPr>
            <w:r>
              <w:t>1,3330</w:t>
            </w:r>
          </w:p>
        </w:tc>
        <w:tc>
          <w:tcPr>
            <w:tcW w:w="0" w:type="auto"/>
          </w:tcPr>
          <w:p w14:paraId="2CB70E63" w14:textId="77777777" w:rsidR="007A5E59" w:rsidRDefault="0095198F">
            <w:pPr>
              <w:jc w:val="center"/>
            </w:pPr>
            <w:r>
              <w:t>1,3330</w:t>
            </w:r>
          </w:p>
        </w:tc>
        <w:tc>
          <w:tcPr>
            <w:tcW w:w="0" w:type="auto"/>
          </w:tcPr>
          <w:p w14:paraId="05AFC04D" w14:textId="77777777" w:rsidR="007A5E59" w:rsidRDefault="0095198F">
            <w:pPr>
              <w:jc w:val="center"/>
            </w:pPr>
            <w:r>
              <w:t>1,3330</w:t>
            </w:r>
          </w:p>
        </w:tc>
      </w:tr>
      <w:tr w:rsidR="007A5E59" w14:paraId="643DBF41" w14:textId="77777777">
        <w:trPr>
          <w:jc w:val="center"/>
        </w:trPr>
        <w:tc>
          <w:tcPr>
            <w:tcW w:w="0" w:type="auto"/>
          </w:tcPr>
          <w:p w14:paraId="035A8AA8" w14:textId="77777777" w:rsidR="007A5E59" w:rsidRDefault="0095198F">
            <w:r>
              <w:t>5.1.7</w:t>
            </w:r>
          </w:p>
        </w:tc>
        <w:tc>
          <w:tcPr>
            <w:tcW w:w="0" w:type="auto"/>
          </w:tcPr>
          <w:p w14:paraId="438601AF" w14:textId="77777777" w:rsidR="007A5E59" w:rsidRDefault="0095198F">
            <w:r>
              <w:t>Загрузка оборудования котельной</w:t>
            </w:r>
          </w:p>
        </w:tc>
        <w:tc>
          <w:tcPr>
            <w:tcW w:w="0" w:type="auto"/>
          </w:tcPr>
          <w:p w14:paraId="06FB6853" w14:textId="77777777" w:rsidR="007A5E59" w:rsidRDefault="0095198F">
            <w:r>
              <w:t>%</w:t>
            </w:r>
          </w:p>
        </w:tc>
        <w:tc>
          <w:tcPr>
            <w:tcW w:w="0" w:type="auto"/>
          </w:tcPr>
          <w:p w14:paraId="75DDF225" w14:textId="77777777" w:rsidR="007A5E59" w:rsidRDefault="0095198F">
            <w:pPr>
              <w:jc w:val="center"/>
            </w:pPr>
            <w:r>
              <w:t>29,6</w:t>
            </w:r>
          </w:p>
        </w:tc>
        <w:tc>
          <w:tcPr>
            <w:tcW w:w="0" w:type="auto"/>
          </w:tcPr>
          <w:p w14:paraId="5E9F65E8" w14:textId="77777777" w:rsidR="007A5E59" w:rsidRDefault="0095198F">
            <w:pPr>
              <w:jc w:val="center"/>
            </w:pPr>
            <w:r>
              <w:t>29,6</w:t>
            </w:r>
          </w:p>
        </w:tc>
        <w:tc>
          <w:tcPr>
            <w:tcW w:w="0" w:type="auto"/>
          </w:tcPr>
          <w:p w14:paraId="241567D9" w14:textId="77777777" w:rsidR="007A5E59" w:rsidRDefault="0095198F">
            <w:pPr>
              <w:jc w:val="center"/>
            </w:pPr>
            <w:r>
              <w:t>29,6</w:t>
            </w:r>
          </w:p>
        </w:tc>
      </w:tr>
      <w:tr w:rsidR="007A5E59" w14:paraId="44BAE85B" w14:textId="77777777">
        <w:trPr>
          <w:jc w:val="center"/>
        </w:trPr>
        <w:tc>
          <w:tcPr>
            <w:tcW w:w="0" w:type="auto"/>
          </w:tcPr>
          <w:p w14:paraId="2FDF0F22" w14:textId="77777777" w:rsidR="007A5E59" w:rsidRDefault="0095198F">
            <w:r>
              <w:t>5.1.8</w:t>
            </w:r>
          </w:p>
        </w:tc>
        <w:tc>
          <w:tcPr>
            <w:tcW w:w="0" w:type="auto"/>
          </w:tcPr>
          <w:p w14:paraId="1B54621F" w14:textId="77777777" w:rsidR="007A5E59" w:rsidRDefault="0095198F">
            <w:r>
              <w:t>Резерв мощности котельной</w:t>
            </w:r>
          </w:p>
        </w:tc>
        <w:tc>
          <w:tcPr>
            <w:tcW w:w="0" w:type="auto"/>
          </w:tcPr>
          <w:p w14:paraId="0F44FFC7" w14:textId="77777777" w:rsidR="007A5E59" w:rsidRDefault="0095198F">
            <w:r>
              <w:t>%</w:t>
            </w:r>
          </w:p>
        </w:tc>
        <w:tc>
          <w:tcPr>
            <w:tcW w:w="0" w:type="auto"/>
          </w:tcPr>
          <w:p w14:paraId="651537D4" w14:textId="77777777" w:rsidR="007A5E59" w:rsidRDefault="0095198F">
            <w:pPr>
              <w:jc w:val="center"/>
            </w:pPr>
            <w:r>
              <w:t>70,4</w:t>
            </w:r>
          </w:p>
        </w:tc>
        <w:tc>
          <w:tcPr>
            <w:tcW w:w="0" w:type="auto"/>
          </w:tcPr>
          <w:p w14:paraId="7A0BA53E" w14:textId="77777777" w:rsidR="007A5E59" w:rsidRDefault="0095198F">
            <w:pPr>
              <w:jc w:val="center"/>
            </w:pPr>
            <w:r>
              <w:t>70,4</w:t>
            </w:r>
          </w:p>
        </w:tc>
        <w:tc>
          <w:tcPr>
            <w:tcW w:w="0" w:type="auto"/>
          </w:tcPr>
          <w:p w14:paraId="2BCF2493" w14:textId="77777777" w:rsidR="007A5E59" w:rsidRDefault="0095198F">
            <w:pPr>
              <w:jc w:val="center"/>
            </w:pPr>
            <w:r>
              <w:t>70,4</w:t>
            </w:r>
          </w:p>
        </w:tc>
      </w:tr>
      <w:tr w:rsidR="007A5E59" w14:paraId="4D6C3EB8" w14:textId="77777777">
        <w:trPr>
          <w:jc w:val="center"/>
        </w:trPr>
        <w:tc>
          <w:tcPr>
            <w:tcW w:w="0" w:type="auto"/>
          </w:tcPr>
          <w:p w14:paraId="5170B370" w14:textId="77777777" w:rsidR="007A5E59" w:rsidRDefault="0095198F">
            <w:r>
              <w:t>5.1.9</w:t>
            </w:r>
          </w:p>
        </w:tc>
        <w:tc>
          <w:tcPr>
            <w:tcW w:w="0" w:type="auto"/>
          </w:tcPr>
          <w:p w14:paraId="6BA0BB5B" w14:textId="77777777" w:rsidR="007A5E59" w:rsidRPr="00312815" w:rsidRDefault="0095198F">
            <w:pPr>
              <w:rPr>
                <w:lang w:val="ru-RU"/>
              </w:rPr>
            </w:pPr>
            <w:r w:rsidRPr="00312815">
              <w:rPr>
                <w:lang w:val="ru-RU"/>
              </w:rPr>
              <w:t>Резерв мощности котельной по располагаемой мощности</w:t>
            </w:r>
          </w:p>
        </w:tc>
        <w:tc>
          <w:tcPr>
            <w:tcW w:w="0" w:type="auto"/>
          </w:tcPr>
          <w:p w14:paraId="104092F0" w14:textId="77777777" w:rsidR="007A5E59" w:rsidRDefault="0095198F">
            <w:r>
              <w:t>Гкал/час</w:t>
            </w:r>
          </w:p>
        </w:tc>
        <w:tc>
          <w:tcPr>
            <w:tcW w:w="0" w:type="auto"/>
          </w:tcPr>
          <w:p w14:paraId="1851C4DA" w14:textId="77777777" w:rsidR="007A5E59" w:rsidRDefault="0095198F">
            <w:pPr>
              <w:jc w:val="center"/>
            </w:pPr>
            <w:r>
              <w:t>3,1670</w:t>
            </w:r>
          </w:p>
        </w:tc>
        <w:tc>
          <w:tcPr>
            <w:tcW w:w="0" w:type="auto"/>
          </w:tcPr>
          <w:p w14:paraId="13F99380" w14:textId="77777777" w:rsidR="007A5E59" w:rsidRDefault="0095198F">
            <w:pPr>
              <w:jc w:val="center"/>
            </w:pPr>
            <w:r>
              <w:t>3,1670</w:t>
            </w:r>
          </w:p>
        </w:tc>
        <w:tc>
          <w:tcPr>
            <w:tcW w:w="0" w:type="auto"/>
          </w:tcPr>
          <w:p w14:paraId="689C40BB" w14:textId="77777777" w:rsidR="007A5E59" w:rsidRDefault="0095198F">
            <w:pPr>
              <w:jc w:val="center"/>
            </w:pPr>
            <w:r>
              <w:t>3,1670</w:t>
            </w:r>
          </w:p>
        </w:tc>
      </w:tr>
      <w:tr w:rsidR="007A5E59" w14:paraId="46332C18" w14:textId="77777777">
        <w:trPr>
          <w:jc w:val="center"/>
        </w:trPr>
        <w:tc>
          <w:tcPr>
            <w:tcW w:w="0" w:type="auto"/>
          </w:tcPr>
          <w:p w14:paraId="4CAEEB31" w14:textId="77777777" w:rsidR="007A5E59" w:rsidRDefault="0095198F">
            <w:r>
              <w:t>5.1.10</w:t>
            </w:r>
          </w:p>
        </w:tc>
        <w:tc>
          <w:tcPr>
            <w:tcW w:w="0" w:type="auto"/>
          </w:tcPr>
          <w:p w14:paraId="6D81822D" w14:textId="77777777" w:rsidR="007A5E59" w:rsidRDefault="0095198F">
            <w:r>
              <w:t>Мощность "нетто" котельной</w:t>
            </w:r>
          </w:p>
        </w:tc>
        <w:tc>
          <w:tcPr>
            <w:tcW w:w="0" w:type="auto"/>
          </w:tcPr>
          <w:p w14:paraId="1C6BEE36" w14:textId="77777777" w:rsidR="007A5E59" w:rsidRDefault="0095198F">
            <w:r>
              <w:t>Гкал/час</w:t>
            </w:r>
          </w:p>
        </w:tc>
        <w:tc>
          <w:tcPr>
            <w:tcW w:w="0" w:type="auto"/>
          </w:tcPr>
          <w:p w14:paraId="739E5CD0" w14:textId="77777777" w:rsidR="007A5E59" w:rsidRDefault="0095198F">
            <w:pPr>
              <w:jc w:val="center"/>
            </w:pPr>
            <w:r>
              <w:t>4,2468</w:t>
            </w:r>
          </w:p>
        </w:tc>
        <w:tc>
          <w:tcPr>
            <w:tcW w:w="0" w:type="auto"/>
          </w:tcPr>
          <w:p w14:paraId="1D5B978B" w14:textId="77777777" w:rsidR="007A5E59" w:rsidRDefault="0095198F">
            <w:pPr>
              <w:jc w:val="center"/>
            </w:pPr>
            <w:r>
              <w:t>4,2468</w:t>
            </w:r>
          </w:p>
        </w:tc>
        <w:tc>
          <w:tcPr>
            <w:tcW w:w="0" w:type="auto"/>
          </w:tcPr>
          <w:p w14:paraId="5DD16C43" w14:textId="77777777" w:rsidR="007A5E59" w:rsidRDefault="0095198F">
            <w:pPr>
              <w:jc w:val="center"/>
            </w:pPr>
            <w:r>
              <w:t>4,2468</w:t>
            </w:r>
          </w:p>
        </w:tc>
      </w:tr>
      <w:tr w:rsidR="007A5E59" w14:paraId="76CC69F3" w14:textId="77777777">
        <w:trPr>
          <w:jc w:val="center"/>
        </w:trPr>
        <w:tc>
          <w:tcPr>
            <w:tcW w:w="0" w:type="auto"/>
          </w:tcPr>
          <w:p w14:paraId="342F61D2" w14:textId="77777777" w:rsidR="007A5E59" w:rsidRDefault="0095198F">
            <w:r>
              <w:t>5.1.11</w:t>
            </w:r>
          </w:p>
        </w:tc>
        <w:tc>
          <w:tcPr>
            <w:tcW w:w="0" w:type="auto"/>
          </w:tcPr>
          <w:p w14:paraId="18C88B9C" w14:textId="77777777" w:rsidR="007A5E59" w:rsidRPr="00312815" w:rsidRDefault="0095198F">
            <w:pPr>
              <w:rPr>
                <w:lang w:val="ru-RU"/>
              </w:rPr>
            </w:pPr>
            <w:r w:rsidRPr="00312815">
              <w:rPr>
                <w:lang w:val="ru-RU"/>
              </w:rPr>
              <w:t>Потери на СН по располагаемой мощности</w:t>
            </w:r>
          </w:p>
        </w:tc>
        <w:tc>
          <w:tcPr>
            <w:tcW w:w="0" w:type="auto"/>
          </w:tcPr>
          <w:p w14:paraId="60A09CBD" w14:textId="77777777" w:rsidR="007A5E59" w:rsidRDefault="0095198F">
            <w:r>
              <w:t>Гкал/час</w:t>
            </w:r>
          </w:p>
        </w:tc>
        <w:tc>
          <w:tcPr>
            <w:tcW w:w="0" w:type="auto"/>
          </w:tcPr>
          <w:p w14:paraId="0CA9D9ED" w14:textId="77777777" w:rsidR="007A5E59" w:rsidRDefault="0095198F">
            <w:pPr>
              <w:jc w:val="center"/>
            </w:pPr>
            <w:r>
              <w:t>0,2532</w:t>
            </w:r>
          </w:p>
        </w:tc>
        <w:tc>
          <w:tcPr>
            <w:tcW w:w="0" w:type="auto"/>
          </w:tcPr>
          <w:p w14:paraId="6B1A15B6" w14:textId="77777777" w:rsidR="007A5E59" w:rsidRDefault="0095198F">
            <w:pPr>
              <w:jc w:val="center"/>
            </w:pPr>
            <w:r>
              <w:t>0,2532</w:t>
            </w:r>
          </w:p>
        </w:tc>
        <w:tc>
          <w:tcPr>
            <w:tcW w:w="0" w:type="auto"/>
          </w:tcPr>
          <w:p w14:paraId="62BFE54B" w14:textId="77777777" w:rsidR="007A5E59" w:rsidRDefault="0095198F">
            <w:pPr>
              <w:jc w:val="center"/>
            </w:pPr>
            <w:r>
              <w:t>0,2532</w:t>
            </w:r>
          </w:p>
        </w:tc>
      </w:tr>
      <w:tr w:rsidR="007A5E59" w14:paraId="4C6AB844" w14:textId="77777777">
        <w:trPr>
          <w:jc w:val="center"/>
        </w:trPr>
        <w:tc>
          <w:tcPr>
            <w:tcW w:w="0" w:type="auto"/>
          </w:tcPr>
          <w:p w14:paraId="1B098B36" w14:textId="77777777" w:rsidR="007A5E59" w:rsidRDefault="0095198F">
            <w:r>
              <w:t>5.1.12</w:t>
            </w:r>
          </w:p>
        </w:tc>
        <w:tc>
          <w:tcPr>
            <w:tcW w:w="0" w:type="auto"/>
          </w:tcPr>
          <w:p w14:paraId="582E5AE0" w14:textId="77777777" w:rsidR="007A5E59" w:rsidRDefault="0095198F">
            <w:r>
              <w:t>Потери на СН котельной</w:t>
            </w:r>
          </w:p>
        </w:tc>
        <w:tc>
          <w:tcPr>
            <w:tcW w:w="0" w:type="auto"/>
          </w:tcPr>
          <w:p w14:paraId="05612F6D" w14:textId="77777777" w:rsidR="007A5E59" w:rsidRDefault="0095198F">
            <w:r>
              <w:t>%</w:t>
            </w:r>
          </w:p>
        </w:tc>
        <w:tc>
          <w:tcPr>
            <w:tcW w:w="0" w:type="auto"/>
          </w:tcPr>
          <w:p w14:paraId="7C651939" w14:textId="77777777" w:rsidR="007A5E59" w:rsidRDefault="0095198F">
            <w:pPr>
              <w:jc w:val="center"/>
            </w:pPr>
            <w:r>
              <w:t>5,6</w:t>
            </w:r>
          </w:p>
        </w:tc>
        <w:tc>
          <w:tcPr>
            <w:tcW w:w="0" w:type="auto"/>
          </w:tcPr>
          <w:p w14:paraId="4D859B7D" w14:textId="77777777" w:rsidR="007A5E59" w:rsidRDefault="0095198F">
            <w:pPr>
              <w:jc w:val="center"/>
            </w:pPr>
            <w:r>
              <w:t>5,6</w:t>
            </w:r>
          </w:p>
        </w:tc>
        <w:tc>
          <w:tcPr>
            <w:tcW w:w="0" w:type="auto"/>
          </w:tcPr>
          <w:p w14:paraId="19AAE6F3" w14:textId="77777777" w:rsidR="007A5E59" w:rsidRDefault="0095198F">
            <w:pPr>
              <w:jc w:val="center"/>
            </w:pPr>
            <w:r>
              <w:t>5,6</w:t>
            </w:r>
          </w:p>
        </w:tc>
      </w:tr>
      <w:tr w:rsidR="007A5E59" w14:paraId="3BFD5BA4" w14:textId="77777777">
        <w:trPr>
          <w:jc w:val="center"/>
        </w:trPr>
        <w:tc>
          <w:tcPr>
            <w:tcW w:w="0" w:type="auto"/>
          </w:tcPr>
          <w:p w14:paraId="352BE730" w14:textId="77777777" w:rsidR="007A5E59" w:rsidRDefault="0095198F">
            <w:r>
              <w:t>5.1.13</w:t>
            </w:r>
          </w:p>
        </w:tc>
        <w:tc>
          <w:tcPr>
            <w:tcW w:w="0" w:type="auto"/>
          </w:tcPr>
          <w:p w14:paraId="7050F826" w14:textId="77777777" w:rsidR="007A5E59" w:rsidRDefault="0095198F">
            <w:r>
              <w:t>Располагаемая мощность котельной</w:t>
            </w:r>
          </w:p>
        </w:tc>
        <w:tc>
          <w:tcPr>
            <w:tcW w:w="0" w:type="auto"/>
          </w:tcPr>
          <w:p w14:paraId="6D4CB03B" w14:textId="77777777" w:rsidR="007A5E59" w:rsidRDefault="0095198F">
            <w:r>
              <w:t>Гкал/час</w:t>
            </w:r>
          </w:p>
        </w:tc>
        <w:tc>
          <w:tcPr>
            <w:tcW w:w="0" w:type="auto"/>
          </w:tcPr>
          <w:p w14:paraId="3211ACF6" w14:textId="77777777" w:rsidR="007A5E59" w:rsidRDefault="0095198F">
            <w:pPr>
              <w:jc w:val="center"/>
            </w:pPr>
            <w:r>
              <w:t>4,5000</w:t>
            </w:r>
          </w:p>
        </w:tc>
        <w:tc>
          <w:tcPr>
            <w:tcW w:w="0" w:type="auto"/>
          </w:tcPr>
          <w:p w14:paraId="6B253800" w14:textId="77777777" w:rsidR="007A5E59" w:rsidRDefault="0095198F">
            <w:pPr>
              <w:jc w:val="center"/>
            </w:pPr>
            <w:r>
              <w:t>4,5000</w:t>
            </w:r>
          </w:p>
        </w:tc>
        <w:tc>
          <w:tcPr>
            <w:tcW w:w="0" w:type="auto"/>
          </w:tcPr>
          <w:p w14:paraId="0DE241A7" w14:textId="77777777" w:rsidR="007A5E59" w:rsidRDefault="0095198F">
            <w:pPr>
              <w:jc w:val="center"/>
            </w:pPr>
            <w:r>
              <w:t>4,5000</w:t>
            </w:r>
          </w:p>
        </w:tc>
      </w:tr>
      <w:tr w:rsidR="007A5E59" w14:paraId="7F4D7413" w14:textId="77777777">
        <w:trPr>
          <w:jc w:val="center"/>
        </w:trPr>
        <w:tc>
          <w:tcPr>
            <w:tcW w:w="0" w:type="auto"/>
          </w:tcPr>
          <w:p w14:paraId="01B1705C" w14:textId="77777777" w:rsidR="007A5E59" w:rsidRDefault="0095198F">
            <w:r>
              <w:t>5.1.14</w:t>
            </w:r>
          </w:p>
        </w:tc>
        <w:tc>
          <w:tcPr>
            <w:tcW w:w="0" w:type="auto"/>
          </w:tcPr>
          <w:p w14:paraId="0F301B5E" w14:textId="77777777" w:rsidR="007A5E59" w:rsidRDefault="0095198F">
            <w:r>
              <w:t>Подтверждённые технические ограничения*</w:t>
            </w:r>
          </w:p>
        </w:tc>
        <w:tc>
          <w:tcPr>
            <w:tcW w:w="0" w:type="auto"/>
          </w:tcPr>
          <w:p w14:paraId="4396A37E" w14:textId="77777777" w:rsidR="007A5E59" w:rsidRDefault="0095198F">
            <w:r>
              <w:t>Гкал/час</w:t>
            </w:r>
          </w:p>
        </w:tc>
        <w:tc>
          <w:tcPr>
            <w:tcW w:w="0" w:type="auto"/>
          </w:tcPr>
          <w:p w14:paraId="050AE80D" w14:textId="77777777" w:rsidR="007A5E59" w:rsidRDefault="0095198F">
            <w:pPr>
              <w:jc w:val="center"/>
            </w:pPr>
            <w:r>
              <w:t>0,0000</w:t>
            </w:r>
          </w:p>
        </w:tc>
        <w:tc>
          <w:tcPr>
            <w:tcW w:w="0" w:type="auto"/>
          </w:tcPr>
          <w:p w14:paraId="0E74F4F2" w14:textId="77777777" w:rsidR="007A5E59" w:rsidRDefault="0095198F">
            <w:pPr>
              <w:jc w:val="center"/>
            </w:pPr>
            <w:r>
              <w:t>0,0000</w:t>
            </w:r>
          </w:p>
        </w:tc>
        <w:tc>
          <w:tcPr>
            <w:tcW w:w="0" w:type="auto"/>
          </w:tcPr>
          <w:p w14:paraId="37E5A090" w14:textId="77777777" w:rsidR="007A5E59" w:rsidRDefault="0095198F">
            <w:pPr>
              <w:jc w:val="center"/>
            </w:pPr>
            <w:r>
              <w:t>0,0000</w:t>
            </w:r>
          </w:p>
        </w:tc>
      </w:tr>
      <w:tr w:rsidR="007A5E59" w14:paraId="09075E7A" w14:textId="77777777">
        <w:trPr>
          <w:jc w:val="center"/>
        </w:trPr>
        <w:tc>
          <w:tcPr>
            <w:tcW w:w="0" w:type="auto"/>
          </w:tcPr>
          <w:p w14:paraId="596AECD8" w14:textId="77777777" w:rsidR="007A5E59" w:rsidRDefault="0095198F">
            <w:r>
              <w:t>5.1.15</w:t>
            </w:r>
          </w:p>
        </w:tc>
        <w:tc>
          <w:tcPr>
            <w:tcW w:w="0" w:type="auto"/>
          </w:tcPr>
          <w:p w14:paraId="760D02B1" w14:textId="77777777" w:rsidR="007A5E59" w:rsidRDefault="0095198F">
            <w:r>
              <w:t>Установленная мощность</w:t>
            </w:r>
          </w:p>
        </w:tc>
        <w:tc>
          <w:tcPr>
            <w:tcW w:w="0" w:type="auto"/>
          </w:tcPr>
          <w:p w14:paraId="6C2D338A" w14:textId="77777777" w:rsidR="007A5E59" w:rsidRDefault="0095198F">
            <w:r>
              <w:t>Гкал/час</w:t>
            </w:r>
          </w:p>
        </w:tc>
        <w:tc>
          <w:tcPr>
            <w:tcW w:w="0" w:type="auto"/>
          </w:tcPr>
          <w:p w14:paraId="1D1F1D10" w14:textId="77777777" w:rsidR="007A5E59" w:rsidRDefault="0095198F">
            <w:pPr>
              <w:jc w:val="center"/>
            </w:pPr>
            <w:r>
              <w:t>4,5000</w:t>
            </w:r>
          </w:p>
        </w:tc>
        <w:tc>
          <w:tcPr>
            <w:tcW w:w="0" w:type="auto"/>
          </w:tcPr>
          <w:p w14:paraId="4DAA9FE4" w14:textId="77777777" w:rsidR="007A5E59" w:rsidRDefault="0095198F">
            <w:pPr>
              <w:jc w:val="center"/>
            </w:pPr>
            <w:r>
              <w:t>4,5000</w:t>
            </w:r>
          </w:p>
        </w:tc>
        <w:tc>
          <w:tcPr>
            <w:tcW w:w="0" w:type="auto"/>
          </w:tcPr>
          <w:p w14:paraId="25C4C6B2" w14:textId="77777777" w:rsidR="007A5E59" w:rsidRDefault="0095198F">
            <w:pPr>
              <w:jc w:val="center"/>
            </w:pPr>
            <w:r>
              <w:t>4,5000</w:t>
            </w:r>
          </w:p>
        </w:tc>
      </w:tr>
      <w:tr w:rsidR="007A5E59" w14:paraId="20A0CAF7" w14:textId="77777777">
        <w:trPr>
          <w:jc w:val="center"/>
        </w:trPr>
        <w:tc>
          <w:tcPr>
            <w:tcW w:w="0" w:type="auto"/>
          </w:tcPr>
          <w:p w14:paraId="7AC0308E" w14:textId="77777777" w:rsidR="007A5E59" w:rsidRDefault="0095198F">
            <w:r>
              <w:t>№ пп</w:t>
            </w:r>
          </w:p>
        </w:tc>
        <w:tc>
          <w:tcPr>
            <w:tcW w:w="0" w:type="auto"/>
          </w:tcPr>
          <w:p w14:paraId="3A13A74E" w14:textId="77777777" w:rsidR="007A5E59" w:rsidRDefault="0095198F">
            <w:r>
              <w:t>Показатель</w:t>
            </w:r>
          </w:p>
        </w:tc>
        <w:tc>
          <w:tcPr>
            <w:tcW w:w="0" w:type="auto"/>
          </w:tcPr>
          <w:p w14:paraId="1F062E95" w14:textId="77777777" w:rsidR="007A5E59" w:rsidRDefault="0095198F">
            <w:r>
              <w:t>Ед. изм.</w:t>
            </w:r>
          </w:p>
        </w:tc>
        <w:tc>
          <w:tcPr>
            <w:tcW w:w="0" w:type="auto"/>
          </w:tcPr>
          <w:p w14:paraId="4B35DC66" w14:textId="77777777" w:rsidR="007A5E59" w:rsidRDefault="0095198F">
            <w:r>
              <w:t>Этапы развития схемы ТС</w:t>
            </w:r>
          </w:p>
        </w:tc>
        <w:tc>
          <w:tcPr>
            <w:tcW w:w="0" w:type="auto"/>
          </w:tcPr>
          <w:p w14:paraId="6C551FD3" w14:textId="77777777" w:rsidR="007A5E59" w:rsidRDefault="007A5E59"/>
        </w:tc>
        <w:tc>
          <w:tcPr>
            <w:tcW w:w="0" w:type="auto"/>
          </w:tcPr>
          <w:p w14:paraId="18B2DBA3" w14:textId="77777777" w:rsidR="007A5E59" w:rsidRDefault="007A5E59"/>
        </w:tc>
      </w:tr>
      <w:tr w:rsidR="007A5E59" w14:paraId="092015F0" w14:textId="77777777">
        <w:trPr>
          <w:jc w:val="center"/>
        </w:trPr>
        <w:tc>
          <w:tcPr>
            <w:tcW w:w="0" w:type="auto"/>
          </w:tcPr>
          <w:p w14:paraId="53973BE6" w14:textId="77777777" w:rsidR="007A5E59" w:rsidRDefault="007A5E59"/>
        </w:tc>
        <w:tc>
          <w:tcPr>
            <w:tcW w:w="0" w:type="auto"/>
          </w:tcPr>
          <w:p w14:paraId="6BE1BC0C" w14:textId="77777777" w:rsidR="007A5E59" w:rsidRDefault="007A5E59"/>
        </w:tc>
        <w:tc>
          <w:tcPr>
            <w:tcW w:w="0" w:type="auto"/>
          </w:tcPr>
          <w:p w14:paraId="4DF7FBDD" w14:textId="77777777" w:rsidR="007A5E59" w:rsidRDefault="007A5E59"/>
        </w:tc>
        <w:tc>
          <w:tcPr>
            <w:tcW w:w="0" w:type="auto"/>
          </w:tcPr>
          <w:p w14:paraId="3D862F84" w14:textId="77777777" w:rsidR="007A5E59" w:rsidRDefault="0095198F">
            <w:pPr>
              <w:jc w:val="center"/>
            </w:pPr>
            <w:r>
              <w:t>2026</w:t>
            </w:r>
          </w:p>
        </w:tc>
        <w:tc>
          <w:tcPr>
            <w:tcW w:w="0" w:type="auto"/>
          </w:tcPr>
          <w:p w14:paraId="5FD9B9D0" w14:textId="77777777" w:rsidR="007A5E59" w:rsidRDefault="0095198F">
            <w:pPr>
              <w:jc w:val="center"/>
            </w:pPr>
            <w:r>
              <w:t>2031</w:t>
            </w:r>
          </w:p>
        </w:tc>
        <w:tc>
          <w:tcPr>
            <w:tcW w:w="0" w:type="auto"/>
          </w:tcPr>
          <w:p w14:paraId="3EBA38C1" w14:textId="77777777" w:rsidR="007A5E59" w:rsidRDefault="0095198F">
            <w:pPr>
              <w:jc w:val="center"/>
            </w:pPr>
            <w:r>
              <w:t>2036</w:t>
            </w:r>
          </w:p>
        </w:tc>
      </w:tr>
      <w:tr w:rsidR="007A5E59" w14:paraId="3143A7CD" w14:textId="77777777">
        <w:trPr>
          <w:jc w:val="center"/>
        </w:trPr>
        <w:tc>
          <w:tcPr>
            <w:tcW w:w="0" w:type="auto"/>
          </w:tcPr>
          <w:p w14:paraId="2EF65927" w14:textId="77777777" w:rsidR="007A5E59" w:rsidRDefault="0095198F">
            <w:pPr>
              <w:jc w:val="center"/>
            </w:pPr>
            <w:r>
              <w:t>1</w:t>
            </w:r>
          </w:p>
        </w:tc>
        <w:tc>
          <w:tcPr>
            <w:tcW w:w="0" w:type="auto"/>
          </w:tcPr>
          <w:p w14:paraId="3BC6F327" w14:textId="77777777" w:rsidR="007A5E59" w:rsidRDefault="0095198F">
            <w:pPr>
              <w:jc w:val="center"/>
            </w:pPr>
            <w:r>
              <w:t>2</w:t>
            </w:r>
          </w:p>
        </w:tc>
        <w:tc>
          <w:tcPr>
            <w:tcW w:w="0" w:type="auto"/>
          </w:tcPr>
          <w:p w14:paraId="5A6AEBAB" w14:textId="77777777" w:rsidR="007A5E59" w:rsidRDefault="0095198F">
            <w:pPr>
              <w:jc w:val="center"/>
            </w:pPr>
            <w:r>
              <w:t>3</w:t>
            </w:r>
          </w:p>
        </w:tc>
        <w:tc>
          <w:tcPr>
            <w:tcW w:w="0" w:type="auto"/>
          </w:tcPr>
          <w:p w14:paraId="52DFEA6B" w14:textId="77777777" w:rsidR="007A5E59" w:rsidRDefault="0095198F">
            <w:pPr>
              <w:jc w:val="center"/>
            </w:pPr>
            <w:r>
              <w:t>4</w:t>
            </w:r>
          </w:p>
        </w:tc>
        <w:tc>
          <w:tcPr>
            <w:tcW w:w="0" w:type="auto"/>
          </w:tcPr>
          <w:p w14:paraId="7330E8E7" w14:textId="77777777" w:rsidR="007A5E59" w:rsidRDefault="0095198F">
            <w:pPr>
              <w:jc w:val="center"/>
            </w:pPr>
            <w:r>
              <w:t>5</w:t>
            </w:r>
          </w:p>
        </w:tc>
        <w:tc>
          <w:tcPr>
            <w:tcW w:w="0" w:type="auto"/>
          </w:tcPr>
          <w:p w14:paraId="3663E48C" w14:textId="77777777" w:rsidR="007A5E59" w:rsidRDefault="0095198F">
            <w:pPr>
              <w:jc w:val="center"/>
            </w:pPr>
            <w:r>
              <w:t>6</w:t>
            </w:r>
          </w:p>
        </w:tc>
      </w:tr>
      <w:tr w:rsidR="007A5E59" w14:paraId="33996FC6" w14:textId="77777777">
        <w:trPr>
          <w:jc w:val="center"/>
        </w:trPr>
        <w:tc>
          <w:tcPr>
            <w:tcW w:w="0" w:type="auto"/>
          </w:tcPr>
          <w:p w14:paraId="0B892E41" w14:textId="77777777" w:rsidR="007A5E59" w:rsidRDefault="0095198F">
            <w:r>
              <w:t>7.</w:t>
            </w:r>
          </w:p>
        </w:tc>
        <w:tc>
          <w:tcPr>
            <w:tcW w:w="0" w:type="auto"/>
          </w:tcPr>
          <w:p w14:paraId="28C031BB" w14:textId="77777777" w:rsidR="007A5E59" w:rsidRDefault="0095198F">
            <w:r>
              <w:t>пгт Шерегеш</w:t>
            </w:r>
          </w:p>
        </w:tc>
        <w:tc>
          <w:tcPr>
            <w:tcW w:w="0" w:type="auto"/>
          </w:tcPr>
          <w:p w14:paraId="70409CA9" w14:textId="77777777" w:rsidR="007A5E59" w:rsidRDefault="007A5E59"/>
        </w:tc>
        <w:tc>
          <w:tcPr>
            <w:tcW w:w="0" w:type="auto"/>
          </w:tcPr>
          <w:p w14:paraId="79C6F567" w14:textId="77777777" w:rsidR="007A5E59" w:rsidRDefault="007A5E59"/>
        </w:tc>
        <w:tc>
          <w:tcPr>
            <w:tcW w:w="0" w:type="auto"/>
          </w:tcPr>
          <w:p w14:paraId="60C173EA" w14:textId="77777777" w:rsidR="007A5E59" w:rsidRDefault="007A5E59"/>
        </w:tc>
        <w:tc>
          <w:tcPr>
            <w:tcW w:w="0" w:type="auto"/>
          </w:tcPr>
          <w:p w14:paraId="7888CFD1" w14:textId="77777777" w:rsidR="007A5E59" w:rsidRDefault="007A5E59"/>
        </w:tc>
      </w:tr>
    </w:tbl>
    <w:p w14:paraId="2061D9AC" w14:textId="77777777" w:rsidR="007A5E59" w:rsidRDefault="007A5E59"/>
    <w:p w14:paraId="64E84DAF" w14:textId="77777777" w:rsidR="007A5E59" w:rsidRPr="00312815" w:rsidRDefault="0095198F">
      <w:pPr>
        <w:rPr>
          <w:lang w:val="ru-RU"/>
        </w:rPr>
      </w:pPr>
      <w:r w:rsidRPr="00312815">
        <w:rPr>
          <w:b/>
          <w:lang w:val="ru-RU"/>
        </w:rPr>
        <w:t>Таблица П2.5. Баланс тепловой мощности — Производственно-отопительная УПК № 5 Новый Шерегеш</w:t>
      </w:r>
    </w:p>
    <w:tbl>
      <w:tblPr>
        <w:tblStyle w:val="aff0"/>
        <w:tblW w:w="5000" w:type="pct"/>
        <w:jc w:val="center"/>
        <w:tblCellMar>
          <w:left w:w="57" w:type="dxa"/>
          <w:right w:w="57" w:type="dxa"/>
        </w:tblCellMar>
        <w:tblLook w:val="04A0" w:firstRow="1" w:lastRow="0" w:firstColumn="1" w:lastColumn="0" w:noHBand="0" w:noVBand="1"/>
      </w:tblPr>
      <w:tblGrid>
        <w:gridCol w:w="714"/>
        <w:gridCol w:w="3810"/>
        <w:gridCol w:w="997"/>
        <w:gridCol w:w="1796"/>
        <w:gridCol w:w="1014"/>
        <w:gridCol w:w="1014"/>
      </w:tblGrid>
      <w:tr w:rsidR="007A5E59" w14:paraId="34D62536" w14:textId="77777777">
        <w:trPr>
          <w:cantSplit/>
          <w:tblHeader/>
          <w:jc w:val="center"/>
        </w:trPr>
        <w:tc>
          <w:tcPr>
            <w:tcW w:w="0" w:type="auto"/>
            <w:vMerge w:val="restart"/>
            <w:shd w:val="clear" w:color="auto" w:fill="E2F0D9"/>
            <w:vAlign w:val="center"/>
          </w:tcPr>
          <w:p w14:paraId="3EF9273D" w14:textId="77777777" w:rsidR="007A5E59" w:rsidRDefault="0095198F">
            <w:pPr>
              <w:jc w:val="center"/>
            </w:pPr>
            <w:r>
              <w:rPr>
                <w:b/>
              </w:rPr>
              <w:t>№ пп</w:t>
            </w:r>
          </w:p>
        </w:tc>
        <w:tc>
          <w:tcPr>
            <w:tcW w:w="0" w:type="auto"/>
            <w:vMerge w:val="restart"/>
            <w:shd w:val="clear" w:color="auto" w:fill="E2F0D9"/>
            <w:vAlign w:val="center"/>
          </w:tcPr>
          <w:p w14:paraId="776321E1" w14:textId="77777777" w:rsidR="007A5E59" w:rsidRDefault="0095198F">
            <w:pPr>
              <w:jc w:val="center"/>
            </w:pPr>
            <w:r>
              <w:rPr>
                <w:b/>
              </w:rPr>
              <w:t>Показатель</w:t>
            </w:r>
          </w:p>
        </w:tc>
        <w:tc>
          <w:tcPr>
            <w:tcW w:w="0" w:type="auto"/>
            <w:vMerge w:val="restart"/>
            <w:shd w:val="clear" w:color="auto" w:fill="E2F0D9"/>
            <w:vAlign w:val="center"/>
          </w:tcPr>
          <w:p w14:paraId="3117A2F6" w14:textId="77777777" w:rsidR="007A5E59" w:rsidRDefault="0095198F">
            <w:pPr>
              <w:jc w:val="center"/>
            </w:pPr>
            <w:r>
              <w:rPr>
                <w:b/>
              </w:rPr>
              <w:t>Ед. изм.</w:t>
            </w:r>
          </w:p>
        </w:tc>
        <w:tc>
          <w:tcPr>
            <w:tcW w:w="0" w:type="auto"/>
            <w:gridSpan w:val="3"/>
            <w:shd w:val="clear" w:color="auto" w:fill="E2F0D9"/>
            <w:vAlign w:val="center"/>
          </w:tcPr>
          <w:p w14:paraId="72D37255" w14:textId="77777777" w:rsidR="007A5E59" w:rsidRDefault="0095198F">
            <w:pPr>
              <w:jc w:val="center"/>
            </w:pPr>
            <w:r>
              <w:rPr>
                <w:b/>
              </w:rPr>
              <w:t>Этапы развития схемы ТС</w:t>
            </w:r>
          </w:p>
        </w:tc>
      </w:tr>
      <w:tr w:rsidR="007A5E59" w14:paraId="4EB27A82" w14:textId="77777777">
        <w:trPr>
          <w:cantSplit/>
          <w:tblHeader/>
          <w:jc w:val="center"/>
        </w:trPr>
        <w:tc>
          <w:tcPr>
            <w:tcW w:w="0" w:type="auto"/>
            <w:vMerge/>
            <w:shd w:val="clear" w:color="auto" w:fill="E2F0D9"/>
            <w:vAlign w:val="center"/>
          </w:tcPr>
          <w:p w14:paraId="165E45B0" w14:textId="77777777" w:rsidR="007A5E59" w:rsidRDefault="007A5E59">
            <w:pPr>
              <w:jc w:val="center"/>
            </w:pPr>
          </w:p>
        </w:tc>
        <w:tc>
          <w:tcPr>
            <w:tcW w:w="0" w:type="auto"/>
            <w:vMerge/>
            <w:shd w:val="clear" w:color="auto" w:fill="E2F0D9"/>
            <w:vAlign w:val="center"/>
          </w:tcPr>
          <w:p w14:paraId="39A425D6" w14:textId="77777777" w:rsidR="007A5E59" w:rsidRDefault="007A5E59">
            <w:pPr>
              <w:jc w:val="center"/>
            </w:pPr>
          </w:p>
        </w:tc>
        <w:tc>
          <w:tcPr>
            <w:tcW w:w="0" w:type="auto"/>
            <w:vMerge/>
            <w:shd w:val="clear" w:color="auto" w:fill="E2F0D9"/>
            <w:vAlign w:val="center"/>
          </w:tcPr>
          <w:p w14:paraId="694C65B8" w14:textId="77777777" w:rsidR="007A5E59" w:rsidRDefault="007A5E59">
            <w:pPr>
              <w:jc w:val="center"/>
            </w:pPr>
          </w:p>
        </w:tc>
        <w:tc>
          <w:tcPr>
            <w:tcW w:w="0" w:type="auto"/>
            <w:shd w:val="clear" w:color="auto" w:fill="E2F0D9"/>
            <w:vAlign w:val="center"/>
          </w:tcPr>
          <w:p w14:paraId="32E74206" w14:textId="77777777" w:rsidR="007A5E59" w:rsidRDefault="0095198F">
            <w:pPr>
              <w:jc w:val="center"/>
            </w:pPr>
            <w:r>
              <w:rPr>
                <w:b/>
              </w:rPr>
              <w:t>2026</w:t>
            </w:r>
          </w:p>
        </w:tc>
        <w:tc>
          <w:tcPr>
            <w:tcW w:w="0" w:type="auto"/>
            <w:shd w:val="clear" w:color="auto" w:fill="E2F0D9"/>
            <w:vAlign w:val="center"/>
          </w:tcPr>
          <w:p w14:paraId="6CDCB585" w14:textId="77777777" w:rsidR="007A5E59" w:rsidRDefault="0095198F">
            <w:pPr>
              <w:jc w:val="center"/>
            </w:pPr>
            <w:r>
              <w:rPr>
                <w:b/>
              </w:rPr>
              <w:t>2031</w:t>
            </w:r>
          </w:p>
        </w:tc>
        <w:tc>
          <w:tcPr>
            <w:tcW w:w="0" w:type="auto"/>
            <w:shd w:val="clear" w:color="auto" w:fill="E2F0D9"/>
            <w:vAlign w:val="center"/>
          </w:tcPr>
          <w:p w14:paraId="6A2CAB3F" w14:textId="77777777" w:rsidR="007A5E59" w:rsidRDefault="0095198F">
            <w:pPr>
              <w:jc w:val="center"/>
            </w:pPr>
            <w:r>
              <w:rPr>
                <w:b/>
              </w:rPr>
              <w:t>2036</w:t>
            </w:r>
          </w:p>
        </w:tc>
      </w:tr>
      <w:tr w:rsidR="007A5E59" w14:paraId="33A53A86" w14:textId="77777777">
        <w:trPr>
          <w:cantSplit/>
          <w:tblHeader/>
          <w:jc w:val="center"/>
        </w:trPr>
        <w:tc>
          <w:tcPr>
            <w:tcW w:w="0" w:type="auto"/>
            <w:shd w:val="clear" w:color="auto" w:fill="F2F2F2"/>
            <w:vAlign w:val="center"/>
          </w:tcPr>
          <w:p w14:paraId="3012B946" w14:textId="77777777" w:rsidR="007A5E59" w:rsidRDefault="0095198F">
            <w:pPr>
              <w:jc w:val="center"/>
            </w:pPr>
            <w:r>
              <w:t>1</w:t>
            </w:r>
          </w:p>
        </w:tc>
        <w:tc>
          <w:tcPr>
            <w:tcW w:w="0" w:type="auto"/>
            <w:shd w:val="clear" w:color="auto" w:fill="F2F2F2"/>
            <w:vAlign w:val="center"/>
          </w:tcPr>
          <w:p w14:paraId="595A896C" w14:textId="77777777" w:rsidR="007A5E59" w:rsidRDefault="0095198F">
            <w:pPr>
              <w:jc w:val="center"/>
            </w:pPr>
            <w:r>
              <w:t>2</w:t>
            </w:r>
          </w:p>
        </w:tc>
        <w:tc>
          <w:tcPr>
            <w:tcW w:w="0" w:type="auto"/>
            <w:shd w:val="clear" w:color="auto" w:fill="F2F2F2"/>
            <w:vAlign w:val="center"/>
          </w:tcPr>
          <w:p w14:paraId="0156C9A8" w14:textId="77777777" w:rsidR="007A5E59" w:rsidRDefault="0095198F">
            <w:pPr>
              <w:jc w:val="center"/>
            </w:pPr>
            <w:r>
              <w:t>3</w:t>
            </w:r>
          </w:p>
        </w:tc>
        <w:tc>
          <w:tcPr>
            <w:tcW w:w="0" w:type="auto"/>
            <w:shd w:val="clear" w:color="auto" w:fill="F2F2F2"/>
            <w:vAlign w:val="center"/>
          </w:tcPr>
          <w:p w14:paraId="7982E834" w14:textId="77777777" w:rsidR="007A5E59" w:rsidRDefault="0095198F">
            <w:pPr>
              <w:jc w:val="center"/>
            </w:pPr>
            <w:r>
              <w:t>4</w:t>
            </w:r>
          </w:p>
        </w:tc>
        <w:tc>
          <w:tcPr>
            <w:tcW w:w="0" w:type="auto"/>
            <w:shd w:val="clear" w:color="auto" w:fill="F2F2F2"/>
            <w:vAlign w:val="center"/>
          </w:tcPr>
          <w:p w14:paraId="2E12F93F" w14:textId="77777777" w:rsidR="007A5E59" w:rsidRDefault="0095198F">
            <w:pPr>
              <w:jc w:val="center"/>
            </w:pPr>
            <w:r>
              <w:t>5</w:t>
            </w:r>
          </w:p>
        </w:tc>
        <w:tc>
          <w:tcPr>
            <w:tcW w:w="0" w:type="auto"/>
            <w:shd w:val="clear" w:color="auto" w:fill="F2F2F2"/>
            <w:vAlign w:val="center"/>
          </w:tcPr>
          <w:p w14:paraId="28F0A98C" w14:textId="77777777" w:rsidR="007A5E59" w:rsidRDefault="0095198F">
            <w:pPr>
              <w:jc w:val="center"/>
            </w:pPr>
            <w:r>
              <w:t>6</w:t>
            </w:r>
          </w:p>
        </w:tc>
      </w:tr>
      <w:tr w:rsidR="007A5E59" w:rsidRPr="00C07C05" w14:paraId="5178943E" w14:textId="77777777">
        <w:trPr>
          <w:jc w:val="center"/>
        </w:trPr>
        <w:tc>
          <w:tcPr>
            <w:tcW w:w="0" w:type="auto"/>
          </w:tcPr>
          <w:p w14:paraId="64C2F846" w14:textId="77777777" w:rsidR="007A5E59" w:rsidRDefault="0095198F">
            <w:r>
              <w:t>7.1</w:t>
            </w:r>
          </w:p>
        </w:tc>
        <w:tc>
          <w:tcPr>
            <w:tcW w:w="0" w:type="auto"/>
          </w:tcPr>
          <w:p w14:paraId="26BB8E37" w14:textId="77777777" w:rsidR="007A5E59" w:rsidRPr="00312815" w:rsidRDefault="0095198F">
            <w:pPr>
              <w:rPr>
                <w:lang w:val="ru-RU"/>
              </w:rPr>
            </w:pPr>
            <w:r w:rsidRPr="00312815">
              <w:rPr>
                <w:lang w:val="ru-RU"/>
              </w:rPr>
              <w:t>Производственно-отопительная УПК № 5 Новый Шерегеш</w:t>
            </w:r>
          </w:p>
        </w:tc>
        <w:tc>
          <w:tcPr>
            <w:tcW w:w="0" w:type="auto"/>
          </w:tcPr>
          <w:p w14:paraId="044BA655" w14:textId="77777777" w:rsidR="007A5E59" w:rsidRPr="00312815" w:rsidRDefault="007A5E59">
            <w:pPr>
              <w:rPr>
                <w:lang w:val="ru-RU"/>
              </w:rPr>
            </w:pPr>
          </w:p>
        </w:tc>
        <w:tc>
          <w:tcPr>
            <w:tcW w:w="0" w:type="auto"/>
          </w:tcPr>
          <w:p w14:paraId="6538AFE4" w14:textId="77777777" w:rsidR="007A5E59" w:rsidRPr="00312815" w:rsidRDefault="007A5E59">
            <w:pPr>
              <w:rPr>
                <w:lang w:val="ru-RU"/>
              </w:rPr>
            </w:pPr>
          </w:p>
        </w:tc>
        <w:tc>
          <w:tcPr>
            <w:tcW w:w="0" w:type="auto"/>
          </w:tcPr>
          <w:p w14:paraId="4AC0B3B1" w14:textId="77777777" w:rsidR="007A5E59" w:rsidRPr="00312815" w:rsidRDefault="007A5E59">
            <w:pPr>
              <w:rPr>
                <w:lang w:val="ru-RU"/>
              </w:rPr>
            </w:pPr>
          </w:p>
        </w:tc>
        <w:tc>
          <w:tcPr>
            <w:tcW w:w="0" w:type="auto"/>
          </w:tcPr>
          <w:p w14:paraId="5DBA5C6C" w14:textId="77777777" w:rsidR="007A5E59" w:rsidRPr="00312815" w:rsidRDefault="007A5E59">
            <w:pPr>
              <w:rPr>
                <w:lang w:val="ru-RU"/>
              </w:rPr>
            </w:pPr>
          </w:p>
        </w:tc>
      </w:tr>
      <w:tr w:rsidR="007A5E59" w14:paraId="42EBA4FA" w14:textId="77777777">
        <w:trPr>
          <w:jc w:val="center"/>
        </w:trPr>
        <w:tc>
          <w:tcPr>
            <w:tcW w:w="0" w:type="auto"/>
          </w:tcPr>
          <w:p w14:paraId="19DBF5C7" w14:textId="77777777" w:rsidR="007A5E59" w:rsidRDefault="0095198F">
            <w:r>
              <w:t>7.1.1</w:t>
            </w:r>
          </w:p>
        </w:tc>
        <w:tc>
          <w:tcPr>
            <w:tcW w:w="0" w:type="auto"/>
          </w:tcPr>
          <w:p w14:paraId="2670924F" w14:textId="77777777" w:rsidR="007A5E59" w:rsidRDefault="0095198F">
            <w:r>
              <w:t>Максимальная нагрузка потребителей</w:t>
            </w:r>
          </w:p>
        </w:tc>
        <w:tc>
          <w:tcPr>
            <w:tcW w:w="0" w:type="auto"/>
          </w:tcPr>
          <w:p w14:paraId="47A9B152" w14:textId="77777777" w:rsidR="007A5E59" w:rsidRDefault="0095198F">
            <w:r>
              <w:t>Гкал/час</w:t>
            </w:r>
          </w:p>
        </w:tc>
        <w:tc>
          <w:tcPr>
            <w:tcW w:w="0" w:type="auto"/>
          </w:tcPr>
          <w:p w14:paraId="540481B6" w14:textId="77777777" w:rsidR="007A5E59" w:rsidRDefault="0095198F">
            <w:pPr>
              <w:jc w:val="center"/>
            </w:pPr>
            <w:r>
              <w:t>62,5993</w:t>
            </w:r>
          </w:p>
        </w:tc>
        <w:tc>
          <w:tcPr>
            <w:tcW w:w="0" w:type="auto"/>
          </w:tcPr>
          <w:p w14:paraId="4BF104AC" w14:textId="77777777" w:rsidR="007A5E59" w:rsidRDefault="0095198F">
            <w:pPr>
              <w:jc w:val="center"/>
            </w:pPr>
            <w:r>
              <w:t>108,4333</w:t>
            </w:r>
          </w:p>
        </w:tc>
        <w:tc>
          <w:tcPr>
            <w:tcW w:w="0" w:type="auto"/>
          </w:tcPr>
          <w:p w14:paraId="784D275A" w14:textId="77777777" w:rsidR="007A5E59" w:rsidRDefault="0095198F">
            <w:pPr>
              <w:jc w:val="center"/>
            </w:pPr>
            <w:r>
              <w:t>108,4333</w:t>
            </w:r>
          </w:p>
        </w:tc>
      </w:tr>
      <w:tr w:rsidR="007A5E59" w14:paraId="69B19545" w14:textId="77777777">
        <w:trPr>
          <w:jc w:val="center"/>
        </w:trPr>
        <w:tc>
          <w:tcPr>
            <w:tcW w:w="0" w:type="auto"/>
          </w:tcPr>
          <w:p w14:paraId="6524D945" w14:textId="77777777" w:rsidR="007A5E59" w:rsidRDefault="0095198F">
            <w:r>
              <w:t>7.1.2</w:t>
            </w:r>
          </w:p>
        </w:tc>
        <w:tc>
          <w:tcPr>
            <w:tcW w:w="0" w:type="auto"/>
          </w:tcPr>
          <w:p w14:paraId="51B00CB9" w14:textId="77777777" w:rsidR="007A5E59" w:rsidRDefault="0095198F">
            <w:r>
              <w:t>Потери ТЭ в сетях</w:t>
            </w:r>
          </w:p>
        </w:tc>
        <w:tc>
          <w:tcPr>
            <w:tcW w:w="0" w:type="auto"/>
          </w:tcPr>
          <w:p w14:paraId="69E4FB2F" w14:textId="77777777" w:rsidR="007A5E59" w:rsidRDefault="0095198F">
            <w:r>
              <w:t>Гкал/час</w:t>
            </w:r>
          </w:p>
        </w:tc>
        <w:tc>
          <w:tcPr>
            <w:tcW w:w="0" w:type="auto"/>
          </w:tcPr>
          <w:p w14:paraId="10851C15" w14:textId="77777777" w:rsidR="007A5E59" w:rsidRDefault="0095198F">
            <w:pPr>
              <w:jc w:val="center"/>
            </w:pPr>
            <w:r>
              <w:t>3,6770</w:t>
            </w:r>
          </w:p>
        </w:tc>
        <w:tc>
          <w:tcPr>
            <w:tcW w:w="0" w:type="auto"/>
          </w:tcPr>
          <w:p w14:paraId="5D931B95" w14:textId="77777777" w:rsidR="007A5E59" w:rsidRDefault="0095198F">
            <w:pPr>
              <w:jc w:val="center"/>
            </w:pPr>
            <w:r>
              <w:t>3,6770</w:t>
            </w:r>
          </w:p>
        </w:tc>
        <w:tc>
          <w:tcPr>
            <w:tcW w:w="0" w:type="auto"/>
          </w:tcPr>
          <w:p w14:paraId="6F9607AE" w14:textId="77777777" w:rsidR="007A5E59" w:rsidRDefault="0095198F">
            <w:pPr>
              <w:jc w:val="center"/>
            </w:pPr>
            <w:r>
              <w:t>3,6770</w:t>
            </w:r>
          </w:p>
        </w:tc>
      </w:tr>
      <w:tr w:rsidR="007A5E59" w14:paraId="3A0139A3" w14:textId="77777777">
        <w:trPr>
          <w:jc w:val="center"/>
        </w:trPr>
        <w:tc>
          <w:tcPr>
            <w:tcW w:w="0" w:type="auto"/>
          </w:tcPr>
          <w:p w14:paraId="5CB86A08" w14:textId="77777777" w:rsidR="007A5E59" w:rsidRDefault="0095198F">
            <w:r>
              <w:t>7.1.3</w:t>
            </w:r>
          </w:p>
        </w:tc>
        <w:tc>
          <w:tcPr>
            <w:tcW w:w="0" w:type="auto"/>
          </w:tcPr>
          <w:p w14:paraId="29C89950" w14:textId="77777777" w:rsidR="007A5E59" w:rsidRDefault="007A5E59"/>
        </w:tc>
        <w:tc>
          <w:tcPr>
            <w:tcW w:w="0" w:type="auto"/>
          </w:tcPr>
          <w:p w14:paraId="0FAE54D4" w14:textId="77777777" w:rsidR="007A5E59" w:rsidRDefault="0095198F">
            <w:r>
              <w:t>%</w:t>
            </w:r>
          </w:p>
        </w:tc>
        <w:tc>
          <w:tcPr>
            <w:tcW w:w="0" w:type="auto"/>
          </w:tcPr>
          <w:p w14:paraId="2DF8F66C" w14:textId="77777777" w:rsidR="007A5E59" w:rsidRDefault="0095198F">
            <w:pPr>
              <w:jc w:val="center"/>
            </w:pPr>
            <w:r>
              <w:t>5,5</w:t>
            </w:r>
          </w:p>
        </w:tc>
        <w:tc>
          <w:tcPr>
            <w:tcW w:w="0" w:type="auto"/>
          </w:tcPr>
          <w:p w14:paraId="431269EC" w14:textId="77777777" w:rsidR="007A5E59" w:rsidRDefault="0095198F">
            <w:pPr>
              <w:jc w:val="center"/>
            </w:pPr>
            <w:r>
              <w:t>3,3</w:t>
            </w:r>
          </w:p>
        </w:tc>
        <w:tc>
          <w:tcPr>
            <w:tcW w:w="0" w:type="auto"/>
          </w:tcPr>
          <w:p w14:paraId="347650A9" w14:textId="77777777" w:rsidR="007A5E59" w:rsidRDefault="0095198F">
            <w:pPr>
              <w:jc w:val="center"/>
            </w:pPr>
            <w:r>
              <w:t>3,3</w:t>
            </w:r>
          </w:p>
        </w:tc>
      </w:tr>
      <w:tr w:rsidR="007A5E59" w14:paraId="24FF4B05" w14:textId="77777777">
        <w:trPr>
          <w:jc w:val="center"/>
        </w:trPr>
        <w:tc>
          <w:tcPr>
            <w:tcW w:w="0" w:type="auto"/>
          </w:tcPr>
          <w:p w14:paraId="5C0CFEAD" w14:textId="77777777" w:rsidR="007A5E59" w:rsidRDefault="0095198F">
            <w:r>
              <w:t>7.1.4</w:t>
            </w:r>
          </w:p>
        </w:tc>
        <w:tc>
          <w:tcPr>
            <w:tcW w:w="0" w:type="auto"/>
          </w:tcPr>
          <w:p w14:paraId="7993123A" w14:textId="77777777" w:rsidR="007A5E59" w:rsidRDefault="0095198F">
            <w:r>
              <w:t>Нагрузка на коллекторах котельной</w:t>
            </w:r>
          </w:p>
        </w:tc>
        <w:tc>
          <w:tcPr>
            <w:tcW w:w="0" w:type="auto"/>
          </w:tcPr>
          <w:p w14:paraId="1A2F440B" w14:textId="77777777" w:rsidR="007A5E59" w:rsidRDefault="0095198F">
            <w:r>
              <w:t>Гкал/час</w:t>
            </w:r>
          </w:p>
        </w:tc>
        <w:tc>
          <w:tcPr>
            <w:tcW w:w="0" w:type="auto"/>
          </w:tcPr>
          <w:p w14:paraId="22520EF9" w14:textId="77777777" w:rsidR="007A5E59" w:rsidRDefault="0095198F">
            <w:pPr>
              <w:jc w:val="center"/>
            </w:pPr>
            <w:r>
              <w:t>66,2763</w:t>
            </w:r>
          </w:p>
        </w:tc>
        <w:tc>
          <w:tcPr>
            <w:tcW w:w="0" w:type="auto"/>
          </w:tcPr>
          <w:p w14:paraId="41152A0B" w14:textId="77777777" w:rsidR="007A5E59" w:rsidRDefault="0095198F">
            <w:pPr>
              <w:jc w:val="center"/>
            </w:pPr>
            <w:r>
              <w:t>112,1103</w:t>
            </w:r>
          </w:p>
        </w:tc>
        <w:tc>
          <w:tcPr>
            <w:tcW w:w="0" w:type="auto"/>
          </w:tcPr>
          <w:p w14:paraId="63FABBB0" w14:textId="77777777" w:rsidR="007A5E59" w:rsidRDefault="0095198F">
            <w:pPr>
              <w:jc w:val="center"/>
            </w:pPr>
            <w:r>
              <w:t>112,1103</w:t>
            </w:r>
          </w:p>
        </w:tc>
      </w:tr>
      <w:tr w:rsidR="007A5E59" w14:paraId="72835F45" w14:textId="77777777">
        <w:trPr>
          <w:jc w:val="center"/>
        </w:trPr>
        <w:tc>
          <w:tcPr>
            <w:tcW w:w="0" w:type="auto"/>
          </w:tcPr>
          <w:p w14:paraId="70EDD0DC" w14:textId="77777777" w:rsidR="007A5E59" w:rsidRDefault="0095198F">
            <w:r>
              <w:t>7.1.5</w:t>
            </w:r>
          </w:p>
        </w:tc>
        <w:tc>
          <w:tcPr>
            <w:tcW w:w="0" w:type="auto"/>
          </w:tcPr>
          <w:p w14:paraId="6E728427" w14:textId="77777777" w:rsidR="007A5E59" w:rsidRPr="00312815" w:rsidRDefault="0095198F">
            <w:pPr>
              <w:rPr>
                <w:lang w:val="ru-RU"/>
              </w:rPr>
            </w:pPr>
            <w:r w:rsidRPr="00312815">
              <w:rPr>
                <w:lang w:val="ru-RU"/>
              </w:rPr>
              <w:t>Потери на СН котельной при максимальной нагрузке</w:t>
            </w:r>
          </w:p>
        </w:tc>
        <w:tc>
          <w:tcPr>
            <w:tcW w:w="0" w:type="auto"/>
          </w:tcPr>
          <w:p w14:paraId="3A44AC4D" w14:textId="77777777" w:rsidR="007A5E59" w:rsidRDefault="0095198F">
            <w:r>
              <w:t>Гкал/час</w:t>
            </w:r>
          </w:p>
        </w:tc>
        <w:tc>
          <w:tcPr>
            <w:tcW w:w="0" w:type="auto"/>
          </w:tcPr>
          <w:p w14:paraId="7792E19B" w14:textId="77777777" w:rsidR="007A5E59" w:rsidRDefault="0095198F">
            <w:pPr>
              <w:jc w:val="center"/>
            </w:pPr>
            <w:r>
              <w:t>2,3360</w:t>
            </w:r>
          </w:p>
        </w:tc>
        <w:tc>
          <w:tcPr>
            <w:tcW w:w="0" w:type="auto"/>
          </w:tcPr>
          <w:p w14:paraId="58E5FD21" w14:textId="77777777" w:rsidR="007A5E59" w:rsidRDefault="0095198F">
            <w:pPr>
              <w:jc w:val="center"/>
            </w:pPr>
            <w:r>
              <w:t>2,3360</w:t>
            </w:r>
          </w:p>
        </w:tc>
        <w:tc>
          <w:tcPr>
            <w:tcW w:w="0" w:type="auto"/>
          </w:tcPr>
          <w:p w14:paraId="0A2CC4B7" w14:textId="77777777" w:rsidR="007A5E59" w:rsidRDefault="0095198F">
            <w:pPr>
              <w:jc w:val="center"/>
            </w:pPr>
            <w:r>
              <w:t>2,3360</w:t>
            </w:r>
          </w:p>
        </w:tc>
      </w:tr>
      <w:tr w:rsidR="007A5E59" w14:paraId="0BC3EDCD" w14:textId="77777777">
        <w:trPr>
          <w:jc w:val="center"/>
        </w:trPr>
        <w:tc>
          <w:tcPr>
            <w:tcW w:w="0" w:type="auto"/>
          </w:tcPr>
          <w:p w14:paraId="34EABC26" w14:textId="77777777" w:rsidR="007A5E59" w:rsidRDefault="0095198F">
            <w:r>
              <w:t>7.1.6</w:t>
            </w:r>
          </w:p>
        </w:tc>
        <w:tc>
          <w:tcPr>
            <w:tcW w:w="0" w:type="auto"/>
          </w:tcPr>
          <w:p w14:paraId="2C40CECE" w14:textId="77777777" w:rsidR="007A5E59" w:rsidRDefault="0095198F">
            <w:r>
              <w:t>Полная максимальная нагрузка котельной</w:t>
            </w:r>
          </w:p>
        </w:tc>
        <w:tc>
          <w:tcPr>
            <w:tcW w:w="0" w:type="auto"/>
          </w:tcPr>
          <w:p w14:paraId="4D4A75E0" w14:textId="77777777" w:rsidR="007A5E59" w:rsidRDefault="0095198F">
            <w:r>
              <w:t>Гкал/час</w:t>
            </w:r>
          </w:p>
        </w:tc>
        <w:tc>
          <w:tcPr>
            <w:tcW w:w="0" w:type="auto"/>
          </w:tcPr>
          <w:p w14:paraId="3C98DF54" w14:textId="77777777" w:rsidR="007A5E59" w:rsidRDefault="0095198F">
            <w:pPr>
              <w:jc w:val="center"/>
            </w:pPr>
            <w:r>
              <w:t>68,6123</w:t>
            </w:r>
          </w:p>
        </w:tc>
        <w:tc>
          <w:tcPr>
            <w:tcW w:w="0" w:type="auto"/>
          </w:tcPr>
          <w:p w14:paraId="4FBC61E5" w14:textId="77777777" w:rsidR="007A5E59" w:rsidRDefault="0095198F">
            <w:pPr>
              <w:jc w:val="center"/>
            </w:pPr>
            <w:r>
              <w:t>114,4463</w:t>
            </w:r>
          </w:p>
        </w:tc>
        <w:tc>
          <w:tcPr>
            <w:tcW w:w="0" w:type="auto"/>
          </w:tcPr>
          <w:p w14:paraId="090479DE" w14:textId="77777777" w:rsidR="007A5E59" w:rsidRDefault="0095198F">
            <w:pPr>
              <w:jc w:val="center"/>
            </w:pPr>
            <w:r>
              <w:t>114,4463</w:t>
            </w:r>
          </w:p>
        </w:tc>
      </w:tr>
      <w:tr w:rsidR="007A5E59" w14:paraId="280123F3" w14:textId="77777777">
        <w:trPr>
          <w:jc w:val="center"/>
        </w:trPr>
        <w:tc>
          <w:tcPr>
            <w:tcW w:w="0" w:type="auto"/>
          </w:tcPr>
          <w:p w14:paraId="76869521" w14:textId="77777777" w:rsidR="007A5E59" w:rsidRDefault="0095198F">
            <w:r>
              <w:t>7.1.7</w:t>
            </w:r>
          </w:p>
        </w:tc>
        <w:tc>
          <w:tcPr>
            <w:tcW w:w="0" w:type="auto"/>
          </w:tcPr>
          <w:p w14:paraId="24141404" w14:textId="77777777" w:rsidR="007A5E59" w:rsidRDefault="0095198F">
            <w:r>
              <w:t>Загрузка оборудования котельной</w:t>
            </w:r>
          </w:p>
        </w:tc>
        <w:tc>
          <w:tcPr>
            <w:tcW w:w="0" w:type="auto"/>
          </w:tcPr>
          <w:p w14:paraId="3150AF33" w14:textId="77777777" w:rsidR="007A5E59" w:rsidRDefault="0095198F">
            <w:r>
              <w:t>%</w:t>
            </w:r>
          </w:p>
        </w:tc>
        <w:tc>
          <w:tcPr>
            <w:tcW w:w="0" w:type="auto"/>
          </w:tcPr>
          <w:p w14:paraId="7F5E17E2" w14:textId="77777777" w:rsidR="007A5E59" w:rsidRDefault="0095198F">
            <w:pPr>
              <w:jc w:val="center"/>
            </w:pPr>
            <w:r>
              <w:t>60,2</w:t>
            </w:r>
          </w:p>
        </w:tc>
        <w:tc>
          <w:tcPr>
            <w:tcW w:w="0" w:type="auto"/>
          </w:tcPr>
          <w:p w14:paraId="57C72991" w14:textId="77777777" w:rsidR="007A5E59" w:rsidRDefault="0095198F">
            <w:pPr>
              <w:jc w:val="center"/>
            </w:pPr>
            <w:r>
              <w:t>100,4</w:t>
            </w:r>
          </w:p>
        </w:tc>
        <w:tc>
          <w:tcPr>
            <w:tcW w:w="0" w:type="auto"/>
          </w:tcPr>
          <w:p w14:paraId="0E92923F" w14:textId="77777777" w:rsidR="007A5E59" w:rsidRDefault="0095198F">
            <w:pPr>
              <w:jc w:val="center"/>
            </w:pPr>
            <w:r>
              <w:t>100,4</w:t>
            </w:r>
          </w:p>
        </w:tc>
      </w:tr>
      <w:tr w:rsidR="007A5E59" w14:paraId="5154C9B9" w14:textId="77777777">
        <w:trPr>
          <w:jc w:val="center"/>
        </w:trPr>
        <w:tc>
          <w:tcPr>
            <w:tcW w:w="0" w:type="auto"/>
          </w:tcPr>
          <w:p w14:paraId="4ECCE96F" w14:textId="77777777" w:rsidR="007A5E59" w:rsidRDefault="0095198F">
            <w:r>
              <w:t>7.1.8</w:t>
            </w:r>
          </w:p>
        </w:tc>
        <w:tc>
          <w:tcPr>
            <w:tcW w:w="0" w:type="auto"/>
          </w:tcPr>
          <w:p w14:paraId="26241E18" w14:textId="77777777" w:rsidR="007A5E59" w:rsidRDefault="0095198F">
            <w:r>
              <w:t>Резерв мощности котельной</w:t>
            </w:r>
          </w:p>
        </w:tc>
        <w:tc>
          <w:tcPr>
            <w:tcW w:w="0" w:type="auto"/>
          </w:tcPr>
          <w:p w14:paraId="52A33F3B" w14:textId="77777777" w:rsidR="007A5E59" w:rsidRDefault="0095198F">
            <w:r>
              <w:t>%</w:t>
            </w:r>
          </w:p>
        </w:tc>
        <w:tc>
          <w:tcPr>
            <w:tcW w:w="0" w:type="auto"/>
          </w:tcPr>
          <w:p w14:paraId="5BBDA355" w14:textId="77777777" w:rsidR="007A5E59" w:rsidRDefault="0095198F">
            <w:pPr>
              <w:jc w:val="center"/>
            </w:pPr>
            <w:r>
              <w:t>39,8</w:t>
            </w:r>
          </w:p>
        </w:tc>
        <w:tc>
          <w:tcPr>
            <w:tcW w:w="0" w:type="auto"/>
          </w:tcPr>
          <w:p w14:paraId="152FD91C" w14:textId="77777777" w:rsidR="007A5E59" w:rsidRDefault="0095198F">
            <w:r>
              <w:t>−0,4</w:t>
            </w:r>
          </w:p>
        </w:tc>
        <w:tc>
          <w:tcPr>
            <w:tcW w:w="0" w:type="auto"/>
          </w:tcPr>
          <w:p w14:paraId="67A8C9DB" w14:textId="77777777" w:rsidR="007A5E59" w:rsidRDefault="0095198F">
            <w:r>
              <w:t>−0,4</w:t>
            </w:r>
          </w:p>
        </w:tc>
      </w:tr>
      <w:tr w:rsidR="007A5E59" w14:paraId="4C046FC8" w14:textId="77777777">
        <w:trPr>
          <w:jc w:val="center"/>
        </w:trPr>
        <w:tc>
          <w:tcPr>
            <w:tcW w:w="0" w:type="auto"/>
          </w:tcPr>
          <w:p w14:paraId="3CCB9F04" w14:textId="77777777" w:rsidR="007A5E59" w:rsidRDefault="0095198F">
            <w:r>
              <w:t>7.1.9</w:t>
            </w:r>
          </w:p>
        </w:tc>
        <w:tc>
          <w:tcPr>
            <w:tcW w:w="0" w:type="auto"/>
          </w:tcPr>
          <w:p w14:paraId="6AA02A00" w14:textId="77777777" w:rsidR="007A5E59" w:rsidRPr="00312815" w:rsidRDefault="0095198F">
            <w:pPr>
              <w:rPr>
                <w:lang w:val="ru-RU"/>
              </w:rPr>
            </w:pPr>
            <w:r w:rsidRPr="00312815">
              <w:rPr>
                <w:lang w:val="ru-RU"/>
              </w:rPr>
              <w:t>Резерв мощности котельной по располагаемой мощности</w:t>
            </w:r>
          </w:p>
        </w:tc>
        <w:tc>
          <w:tcPr>
            <w:tcW w:w="0" w:type="auto"/>
          </w:tcPr>
          <w:p w14:paraId="1D784221" w14:textId="77777777" w:rsidR="007A5E59" w:rsidRDefault="0095198F">
            <w:r>
              <w:t>Гкал/час</w:t>
            </w:r>
          </w:p>
        </w:tc>
        <w:tc>
          <w:tcPr>
            <w:tcW w:w="0" w:type="auto"/>
          </w:tcPr>
          <w:p w14:paraId="298DB6B2" w14:textId="77777777" w:rsidR="007A5E59" w:rsidRDefault="0095198F">
            <w:pPr>
              <w:jc w:val="center"/>
            </w:pPr>
            <w:r>
              <w:t>45,3877</w:t>
            </w:r>
          </w:p>
        </w:tc>
        <w:tc>
          <w:tcPr>
            <w:tcW w:w="0" w:type="auto"/>
          </w:tcPr>
          <w:p w14:paraId="3CA681D0" w14:textId="77777777" w:rsidR="007A5E59" w:rsidRDefault="0095198F">
            <w:r>
              <w:t>−0,4463</w:t>
            </w:r>
          </w:p>
        </w:tc>
        <w:tc>
          <w:tcPr>
            <w:tcW w:w="0" w:type="auto"/>
          </w:tcPr>
          <w:p w14:paraId="5ACED669" w14:textId="77777777" w:rsidR="007A5E59" w:rsidRDefault="0095198F">
            <w:r>
              <w:t>−0,4463</w:t>
            </w:r>
          </w:p>
        </w:tc>
      </w:tr>
      <w:tr w:rsidR="007A5E59" w14:paraId="0DED6F8D" w14:textId="77777777">
        <w:trPr>
          <w:jc w:val="center"/>
        </w:trPr>
        <w:tc>
          <w:tcPr>
            <w:tcW w:w="0" w:type="auto"/>
          </w:tcPr>
          <w:p w14:paraId="61412C3D" w14:textId="77777777" w:rsidR="007A5E59" w:rsidRDefault="0095198F">
            <w:r>
              <w:t>7.1.10</w:t>
            </w:r>
          </w:p>
        </w:tc>
        <w:tc>
          <w:tcPr>
            <w:tcW w:w="0" w:type="auto"/>
          </w:tcPr>
          <w:p w14:paraId="1C4AFF2C" w14:textId="77777777" w:rsidR="007A5E59" w:rsidRDefault="0095198F">
            <w:r>
              <w:t>Мощность "нетто" котельной</w:t>
            </w:r>
          </w:p>
        </w:tc>
        <w:tc>
          <w:tcPr>
            <w:tcW w:w="0" w:type="auto"/>
          </w:tcPr>
          <w:p w14:paraId="042BFAC1" w14:textId="77777777" w:rsidR="007A5E59" w:rsidRDefault="0095198F">
            <w:r>
              <w:t>Гкал/час</w:t>
            </w:r>
          </w:p>
        </w:tc>
        <w:tc>
          <w:tcPr>
            <w:tcW w:w="0" w:type="auto"/>
          </w:tcPr>
          <w:p w14:paraId="263F6155" w14:textId="77777777" w:rsidR="007A5E59" w:rsidRDefault="0095198F">
            <w:pPr>
              <w:jc w:val="center"/>
            </w:pPr>
            <w:r>
              <w:t>109,9819</w:t>
            </w:r>
          </w:p>
        </w:tc>
        <w:tc>
          <w:tcPr>
            <w:tcW w:w="0" w:type="auto"/>
          </w:tcPr>
          <w:p w14:paraId="6885BB97" w14:textId="77777777" w:rsidR="007A5E59" w:rsidRDefault="0095198F">
            <w:pPr>
              <w:jc w:val="center"/>
            </w:pPr>
            <w:r>
              <w:t>111,6246</w:t>
            </w:r>
          </w:p>
        </w:tc>
        <w:tc>
          <w:tcPr>
            <w:tcW w:w="0" w:type="auto"/>
          </w:tcPr>
          <w:p w14:paraId="6D7A7528" w14:textId="77777777" w:rsidR="007A5E59" w:rsidRDefault="0095198F">
            <w:pPr>
              <w:jc w:val="center"/>
            </w:pPr>
            <w:r>
              <w:t>111,6246</w:t>
            </w:r>
          </w:p>
        </w:tc>
      </w:tr>
      <w:tr w:rsidR="007A5E59" w14:paraId="68B46476" w14:textId="77777777">
        <w:trPr>
          <w:jc w:val="center"/>
        </w:trPr>
        <w:tc>
          <w:tcPr>
            <w:tcW w:w="0" w:type="auto"/>
          </w:tcPr>
          <w:p w14:paraId="68DD3CFA" w14:textId="77777777" w:rsidR="007A5E59" w:rsidRDefault="0095198F">
            <w:r>
              <w:t>7.1.11</w:t>
            </w:r>
          </w:p>
        </w:tc>
        <w:tc>
          <w:tcPr>
            <w:tcW w:w="0" w:type="auto"/>
          </w:tcPr>
          <w:p w14:paraId="0A792AF9" w14:textId="77777777" w:rsidR="007A5E59" w:rsidRPr="00312815" w:rsidRDefault="0095198F">
            <w:pPr>
              <w:rPr>
                <w:lang w:val="ru-RU"/>
              </w:rPr>
            </w:pPr>
            <w:r w:rsidRPr="00312815">
              <w:rPr>
                <w:lang w:val="ru-RU"/>
              </w:rPr>
              <w:t>Потери на СН по располагаемой мощности</w:t>
            </w:r>
          </w:p>
        </w:tc>
        <w:tc>
          <w:tcPr>
            <w:tcW w:w="0" w:type="auto"/>
          </w:tcPr>
          <w:p w14:paraId="6572585D" w14:textId="77777777" w:rsidR="007A5E59" w:rsidRDefault="0095198F">
            <w:r>
              <w:t>Гкал/час</w:t>
            </w:r>
          </w:p>
        </w:tc>
        <w:tc>
          <w:tcPr>
            <w:tcW w:w="0" w:type="auto"/>
          </w:tcPr>
          <w:p w14:paraId="6EB4D3AE" w14:textId="77777777" w:rsidR="007A5E59" w:rsidRDefault="0095198F">
            <w:pPr>
              <w:jc w:val="center"/>
            </w:pPr>
            <w:r>
              <w:t>4,0181</w:t>
            </w:r>
          </w:p>
        </w:tc>
        <w:tc>
          <w:tcPr>
            <w:tcW w:w="0" w:type="auto"/>
          </w:tcPr>
          <w:p w14:paraId="2A29A9A2" w14:textId="77777777" w:rsidR="007A5E59" w:rsidRDefault="0095198F">
            <w:pPr>
              <w:jc w:val="center"/>
            </w:pPr>
            <w:r>
              <w:t>2,3754</w:t>
            </w:r>
          </w:p>
        </w:tc>
        <w:tc>
          <w:tcPr>
            <w:tcW w:w="0" w:type="auto"/>
          </w:tcPr>
          <w:p w14:paraId="1B5D633A" w14:textId="77777777" w:rsidR="007A5E59" w:rsidRDefault="0095198F">
            <w:pPr>
              <w:jc w:val="center"/>
            </w:pPr>
            <w:r>
              <w:t>2,3754</w:t>
            </w:r>
          </w:p>
        </w:tc>
      </w:tr>
      <w:tr w:rsidR="007A5E59" w14:paraId="329195F2" w14:textId="77777777">
        <w:trPr>
          <w:jc w:val="center"/>
        </w:trPr>
        <w:tc>
          <w:tcPr>
            <w:tcW w:w="0" w:type="auto"/>
          </w:tcPr>
          <w:p w14:paraId="6B7EEC24" w14:textId="77777777" w:rsidR="007A5E59" w:rsidRDefault="0095198F">
            <w:r>
              <w:t>7.1.12</w:t>
            </w:r>
          </w:p>
        </w:tc>
        <w:tc>
          <w:tcPr>
            <w:tcW w:w="0" w:type="auto"/>
          </w:tcPr>
          <w:p w14:paraId="7F3602C8" w14:textId="77777777" w:rsidR="007A5E59" w:rsidRDefault="0095198F">
            <w:r>
              <w:t>Потери на СН котельной</w:t>
            </w:r>
          </w:p>
        </w:tc>
        <w:tc>
          <w:tcPr>
            <w:tcW w:w="0" w:type="auto"/>
          </w:tcPr>
          <w:p w14:paraId="5615AD76" w14:textId="77777777" w:rsidR="007A5E59" w:rsidRDefault="0095198F">
            <w:r>
              <w:t>%</w:t>
            </w:r>
          </w:p>
        </w:tc>
        <w:tc>
          <w:tcPr>
            <w:tcW w:w="0" w:type="auto"/>
          </w:tcPr>
          <w:p w14:paraId="18AC7CFC" w14:textId="77777777" w:rsidR="007A5E59" w:rsidRDefault="0095198F">
            <w:pPr>
              <w:jc w:val="center"/>
            </w:pPr>
            <w:r>
              <w:t>3,5</w:t>
            </w:r>
          </w:p>
        </w:tc>
        <w:tc>
          <w:tcPr>
            <w:tcW w:w="0" w:type="auto"/>
          </w:tcPr>
          <w:p w14:paraId="2C437F5A" w14:textId="77777777" w:rsidR="007A5E59" w:rsidRDefault="0095198F">
            <w:pPr>
              <w:jc w:val="center"/>
            </w:pPr>
            <w:r>
              <w:t>2,1</w:t>
            </w:r>
          </w:p>
        </w:tc>
        <w:tc>
          <w:tcPr>
            <w:tcW w:w="0" w:type="auto"/>
          </w:tcPr>
          <w:p w14:paraId="34797531" w14:textId="77777777" w:rsidR="007A5E59" w:rsidRDefault="0095198F">
            <w:pPr>
              <w:jc w:val="center"/>
            </w:pPr>
            <w:r>
              <w:t>2,1</w:t>
            </w:r>
          </w:p>
        </w:tc>
      </w:tr>
      <w:tr w:rsidR="007A5E59" w14:paraId="3F90BB76" w14:textId="77777777">
        <w:trPr>
          <w:jc w:val="center"/>
        </w:trPr>
        <w:tc>
          <w:tcPr>
            <w:tcW w:w="0" w:type="auto"/>
          </w:tcPr>
          <w:p w14:paraId="163220C9" w14:textId="77777777" w:rsidR="007A5E59" w:rsidRDefault="0095198F">
            <w:r>
              <w:t>7.1.13</w:t>
            </w:r>
          </w:p>
        </w:tc>
        <w:tc>
          <w:tcPr>
            <w:tcW w:w="0" w:type="auto"/>
          </w:tcPr>
          <w:p w14:paraId="1C207785" w14:textId="77777777" w:rsidR="007A5E59" w:rsidRDefault="0095198F">
            <w:r>
              <w:t>Располагаемая мощность котельной</w:t>
            </w:r>
          </w:p>
        </w:tc>
        <w:tc>
          <w:tcPr>
            <w:tcW w:w="0" w:type="auto"/>
          </w:tcPr>
          <w:p w14:paraId="2495DB25" w14:textId="77777777" w:rsidR="007A5E59" w:rsidRDefault="0095198F">
            <w:r>
              <w:t>Гкал/час</w:t>
            </w:r>
          </w:p>
        </w:tc>
        <w:tc>
          <w:tcPr>
            <w:tcW w:w="0" w:type="auto"/>
          </w:tcPr>
          <w:p w14:paraId="2404EC44" w14:textId="77777777" w:rsidR="007A5E59" w:rsidRDefault="0095198F">
            <w:pPr>
              <w:jc w:val="center"/>
            </w:pPr>
            <w:r>
              <w:t>114,0000</w:t>
            </w:r>
          </w:p>
        </w:tc>
        <w:tc>
          <w:tcPr>
            <w:tcW w:w="0" w:type="auto"/>
          </w:tcPr>
          <w:p w14:paraId="6BE8ADAA" w14:textId="77777777" w:rsidR="007A5E59" w:rsidRDefault="0095198F">
            <w:pPr>
              <w:jc w:val="center"/>
            </w:pPr>
            <w:r>
              <w:t>114,0000</w:t>
            </w:r>
          </w:p>
        </w:tc>
        <w:tc>
          <w:tcPr>
            <w:tcW w:w="0" w:type="auto"/>
          </w:tcPr>
          <w:p w14:paraId="585B3F1A" w14:textId="77777777" w:rsidR="007A5E59" w:rsidRDefault="0095198F">
            <w:pPr>
              <w:jc w:val="center"/>
            </w:pPr>
            <w:r>
              <w:t>114,0000</w:t>
            </w:r>
          </w:p>
        </w:tc>
      </w:tr>
      <w:tr w:rsidR="007A5E59" w14:paraId="0CF4FA8F" w14:textId="77777777">
        <w:trPr>
          <w:jc w:val="center"/>
        </w:trPr>
        <w:tc>
          <w:tcPr>
            <w:tcW w:w="0" w:type="auto"/>
          </w:tcPr>
          <w:p w14:paraId="2E7470BD" w14:textId="77777777" w:rsidR="007A5E59" w:rsidRDefault="0095198F">
            <w:r>
              <w:t>7.1.14</w:t>
            </w:r>
          </w:p>
        </w:tc>
        <w:tc>
          <w:tcPr>
            <w:tcW w:w="0" w:type="auto"/>
          </w:tcPr>
          <w:p w14:paraId="4415D874" w14:textId="77777777" w:rsidR="007A5E59" w:rsidRDefault="0095198F">
            <w:r>
              <w:t>Подтверждённые технические ограничения*</w:t>
            </w:r>
          </w:p>
        </w:tc>
        <w:tc>
          <w:tcPr>
            <w:tcW w:w="0" w:type="auto"/>
          </w:tcPr>
          <w:p w14:paraId="151DB329" w14:textId="77777777" w:rsidR="007A5E59" w:rsidRDefault="0095198F">
            <w:r>
              <w:t>Гкал/час</w:t>
            </w:r>
          </w:p>
        </w:tc>
        <w:tc>
          <w:tcPr>
            <w:tcW w:w="0" w:type="auto"/>
          </w:tcPr>
          <w:p w14:paraId="2F6ED748" w14:textId="77777777" w:rsidR="007A5E59" w:rsidRDefault="0095198F">
            <w:pPr>
              <w:jc w:val="center"/>
            </w:pPr>
            <w:r>
              <w:t>0,0000</w:t>
            </w:r>
          </w:p>
        </w:tc>
        <w:tc>
          <w:tcPr>
            <w:tcW w:w="0" w:type="auto"/>
          </w:tcPr>
          <w:p w14:paraId="4A459F27" w14:textId="77777777" w:rsidR="007A5E59" w:rsidRDefault="0095198F">
            <w:pPr>
              <w:jc w:val="center"/>
            </w:pPr>
            <w:r>
              <w:t>0,0000</w:t>
            </w:r>
          </w:p>
        </w:tc>
        <w:tc>
          <w:tcPr>
            <w:tcW w:w="0" w:type="auto"/>
          </w:tcPr>
          <w:p w14:paraId="6BF76545" w14:textId="77777777" w:rsidR="007A5E59" w:rsidRDefault="0095198F">
            <w:pPr>
              <w:jc w:val="center"/>
            </w:pPr>
            <w:r>
              <w:t>0,0000</w:t>
            </w:r>
          </w:p>
        </w:tc>
      </w:tr>
      <w:tr w:rsidR="007A5E59" w14:paraId="0EE28924" w14:textId="77777777">
        <w:trPr>
          <w:jc w:val="center"/>
        </w:trPr>
        <w:tc>
          <w:tcPr>
            <w:tcW w:w="0" w:type="auto"/>
          </w:tcPr>
          <w:p w14:paraId="2D3D0868" w14:textId="77777777" w:rsidR="007A5E59" w:rsidRDefault="0095198F">
            <w:r>
              <w:t>7.1.15</w:t>
            </w:r>
          </w:p>
        </w:tc>
        <w:tc>
          <w:tcPr>
            <w:tcW w:w="0" w:type="auto"/>
          </w:tcPr>
          <w:p w14:paraId="19784A10" w14:textId="77777777" w:rsidR="007A5E59" w:rsidRDefault="0095198F">
            <w:r>
              <w:t>Установленная мощность</w:t>
            </w:r>
          </w:p>
        </w:tc>
        <w:tc>
          <w:tcPr>
            <w:tcW w:w="0" w:type="auto"/>
          </w:tcPr>
          <w:p w14:paraId="36BDF7D8" w14:textId="77777777" w:rsidR="007A5E59" w:rsidRDefault="0095198F">
            <w:r>
              <w:t>Гкал/час</w:t>
            </w:r>
          </w:p>
        </w:tc>
        <w:tc>
          <w:tcPr>
            <w:tcW w:w="0" w:type="auto"/>
          </w:tcPr>
          <w:p w14:paraId="30D9DD81" w14:textId="77777777" w:rsidR="007A5E59" w:rsidRDefault="0095198F">
            <w:pPr>
              <w:jc w:val="center"/>
            </w:pPr>
            <w:r>
              <w:t>114,0000</w:t>
            </w:r>
          </w:p>
        </w:tc>
        <w:tc>
          <w:tcPr>
            <w:tcW w:w="0" w:type="auto"/>
          </w:tcPr>
          <w:p w14:paraId="31137502" w14:textId="77777777" w:rsidR="007A5E59" w:rsidRDefault="0095198F">
            <w:pPr>
              <w:jc w:val="center"/>
            </w:pPr>
            <w:r>
              <w:t>114,0000</w:t>
            </w:r>
          </w:p>
        </w:tc>
        <w:tc>
          <w:tcPr>
            <w:tcW w:w="0" w:type="auto"/>
          </w:tcPr>
          <w:p w14:paraId="527C8AB8" w14:textId="77777777" w:rsidR="007A5E59" w:rsidRDefault="0095198F">
            <w:pPr>
              <w:jc w:val="center"/>
            </w:pPr>
            <w:r>
              <w:t>114,0000</w:t>
            </w:r>
          </w:p>
        </w:tc>
      </w:tr>
      <w:tr w:rsidR="007A5E59" w14:paraId="16CC5059" w14:textId="77777777">
        <w:trPr>
          <w:jc w:val="center"/>
        </w:trPr>
        <w:tc>
          <w:tcPr>
            <w:tcW w:w="0" w:type="auto"/>
          </w:tcPr>
          <w:p w14:paraId="23B3EAD1" w14:textId="77777777" w:rsidR="007A5E59" w:rsidRDefault="0095198F">
            <w:r>
              <w:t>№ пп</w:t>
            </w:r>
          </w:p>
        </w:tc>
        <w:tc>
          <w:tcPr>
            <w:tcW w:w="0" w:type="auto"/>
          </w:tcPr>
          <w:p w14:paraId="48442B5E" w14:textId="77777777" w:rsidR="007A5E59" w:rsidRDefault="0095198F">
            <w:r>
              <w:t>Показатель</w:t>
            </w:r>
          </w:p>
        </w:tc>
        <w:tc>
          <w:tcPr>
            <w:tcW w:w="0" w:type="auto"/>
          </w:tcPr>
          <w:p w14:paraId="7A408E03" w14:textId="77777777" w:rsidR="007A5E59" w:rsidRDefault="0095198F">
            <w:r>
              <w:t>Ед. изм.</w:t>
            </w:r>
          </w:p>
        </w:tc>
        <w:tc>
          <w:tcPr>
            <w:tcW w:w="0" w:type="auto"/>
          </w:tcPr>
          <w:p w14:paraId="1994F344" w14:textId="77777777" w:rsidR="007A5E59" w:rsidRDefault="0095198F">
            <w:r>
              <w:t>Этапы развития схемы ТС</w:t>
            </w:r>
          </w:p>
        </w:tc>
        <w:tc>
          <w:tcPr>
            <w:tcW w:w="0" w:type="auto"/>
          </w:tcPr>
          <w:p w14:paraId="02453A05" w14:textId="77777777" w:rsidR="007A5E59" w:rsidRDefault="007A5E59"/>
        </w:tc>
        <w:tc>
          <w:tcPr>
            <w:tcW w:w="0" w:type="auto"/>
          </w:tcPr>
          <w:p w14:paraId="34CF7BC7" w14:textId="77777777" w:rsidR="007A5E59" w:rsidRDefault="007A5E59"/>
        </w:tc>
      </w:tr>
      <w:tr w:rsidR="007A5E59" w14:paraId="2CE44FB0" w14:textId="77777777">
        <w:trPr>
          <w:jc w:val="center"/>
        </w:trPr>
        <w:tc>
          <w:tcPr>
            <w:tcW w:w="0" w:type="auto"/>
          </w:tcPr>
          <w:p w14:paraId="373322A6" w14:textId="77777777" w:rsidR="007A5E59" w:rsidRDefault="007A5E59"/>
        </w:tc>
        <w:tc>
          <w:tcPr>
            <w:tcW w:w="0" w:type="auto"/>
          </w:tcPr>
          <w:p w14:paraId="3FC51C9C" w14:textId="77777777" w:rsidR="007A5E59" w:rsidRDefault="007A5E59"/>
        </w:tc>
        <w:tc>
          <w:tcPr>
            <w:tcW w:w="0" w:type="auto"/>
          </w:tcPr>
          <w:p w14:paraId="07E77281" w14:textId="77777777" w:rsidR="007A5E59" w:rsidRDefault="007A5E59"/>
        </w:tc>
        <w:tc>
          <w:tcPr>
            <w:tcW w:w="0" w:type="auto"/>
          </w:tcPr>
          <w:p w14:paraId="55206C92" w14:textId="77777777" w:rsidR="007A5E59" w:rsidRDefault="0095198F">
            <w:pPr>
              <w:jc w:val="center"/>
            </w:pPr>
            <w:r>
              <w:t>2026</w:t>
            </w:r>
          </w:p>
        </w:tc>
        <w:tc>
          <w:tcPr>
            <w:tcW w:w="0" w:type="auto"/>
          </w:tcPr>
          <w:p w14:paraId="57F1EF3C" w14:textId="77777777" w:rsidR="007A5E59" w:rsidRDefault="0095198F">
            <w:pPr>
              <w:jc w:val="center"/>
            </w:pPr>
            <w:r>
              <w:t>2031</w:t>
            </w:r>
          </w:p>
        </w:tc>
        <w:tc>
          <w:tcPr>
            <w:tcW w:w="0" w:type="auto"/>
          </w:tcPr>
          <w:p w14:paraId="7773B499" w14:textId="77777777" w:rsidR="007A5E59" w:rsidRDefault="0095198F">
            <w:pPr>
              <w:jc w:val="center"/>
            </w:pPr>
            <w:r>
              <w:t>2036</w:t>
            </w:r>
          </w:p>
        </w:tc>
      </w:tr>
      <w:tr w:rsidR="007A5E59" w14:paraId="58C5C033" w14:textId="77777777">
        <w:trPr>
          <w:jc w:val="center"/>
        </w:trPr>
        <w:tc>
          <w:tcPr>
            <w:tcW w:w="0" w:type="auto"/>
          </w:tcPr>
          <w:p w14:paraId="4DD1E163" w14:textId="77777777" w:rsidR="007A5E59" w:rsidRDefault="0095198F">
            <w:pPr>
              <w:jc w:val="center"/>
            </w:pPr>
            <w:r>
              <w:t>1</w:t>
            </w:r>
          </w:p>
        </w:tc>
        <w:tc>
          <w:tcPr>
            <w:tcW w:w="0" w:type="auto"/>
          </w:tcPr>
          <w:p w14:paraId="07C073A0" w14:textId="77777777" w:rsidR="007A5E59" w:rsidRDefault="0095198F">
            <w:pPr>
              <w:jc w:val="center"/>
            </w:pPr>
            <w:r>
              <w:t>2</w:t>
            </w:r>
          </w:p>
        </w:tc>
        <w:tc>
          <w:tcPr>
            <w:tcW w:w="0" w:type="auto"/>
          </w:tcPr>
          <w:p w14:paraId="7D2080BC" w14:textId="77777777" w:rsidR="007A5E59" w:rsidRDefault="0095198F">
            <w:pPr>
              <w:jc w:val="center"/>
            </w:pPr>
            <w:r>
              <w:t>3</w:t>
            </w:r>
          </w:p>
        </w:tc>
        <w:tc>
          <w:tcPr>
            <w:tcW w:w="0" w:type="auto"/>
          </w:tcPr>
          <w:p w14:paraId="62F7B4AA" w14:textId="77777777" w:rsidR="007A5E59" w:rsidRDefault="0095198F">
            <w:pPr>
              <w:jc w:val="center"/>
            </w:pPr>
            <w:r>
              <w:t>4</w:t>
            </w:r>
          </w:p>
        </w:tc>
        <w:tc>
          <w:tcPr>
            <w:tcW w:w="0" w:type="auto"/>
          </w:tcPr>
          <w:p w14:paraId="53DACE13" w14:textId="77777777" w:rsidR="007A5E59" w:rsidRDefault="0095198F">
            <w:pPr>
              <w:jc w:val="center"/>
            </w:pPr>
            <w:r>
              <w:t>5</w:t>
            </w:r>
          </w:p>
        </w:tc>
        <w:tc>
          <w:tcPr>
            <w:tcW w:w="0" w:type="auto"/>
          </w:tcPr>
          <w:p w14:paraId="0C209376" w14:textId="77777777" w:rsidR="007A5E59" w:rsidRDefault="0095198F">
            <w:pPr>
              <w:jc w:val="center"/>
            </w:pPr>
            <w:r>
              <w:t>6</w:t>
            </w:r>
          </w:p>
        </w:tc>
      </w:tr>
      <w:tr w:rsidR="007A5E59" w14:paraId="306C117D" w14:textId="77777777">
        <w:trPr>
          <w:jc w:val="center"/>
        </w:trPr>
        <w:tc>
          <w:tcPr>
            <w:tcW w:w="0" w:type="auto"/>
          </w:tcPr>
          <w:p w14:paraId="356B566B" w14:textId="77777777" w:rsidR="007A5E59" w:rsidRDefault="0095198F">
            <w:r>
              <w:t>8.</w:t>
            </w:r>
          </w:p>
        </w:tc>
        <w:tc>
          <w:tcPr>
            <w:tcW w:w="0" w:type="auto"/>
          </w:tcPr>
          <w:p w14:paraId="71DF244E" w14:textId="77777777" w:rsidR="007A5E59" w:rsidRDefault="0095198F">
            <w:r>
              <w:t>пгт Шерегеш</w:t>
            </w:r>
          </w:p>
        </w:tc>
        <w:tc>
          <w:tcPr>
            <w:tcW w:w="0" w:type="auto"/>
          </w:tcPr>
          <w:p w14:paraId="1880B196" w14:textId="77777777" w:rsidR="007A5E59" w:rsidRDefault="007A5E59"/>
        </w:tc>
        <w:tc>
          <w:tcPr>
            <w:tcW w:w="0" w:type="auto"/>
          </w:tcPr>
          <w:p w14:paraId="1C2974AD" w14:textId="77777777" w:rsidR="007A5E59" w:rsidRDefault="007A5E59"/>
        </w:tc>
        <w:tc>
          <w:tcPr>
            <w:tcW w:w="0" w:type="auto"/>
          </w:tcPr>
          <w:p w14:paraId="7D6DD8A0" w14:textId="77777777" w:rsidR="007A5E59" w:rsidRDefault="007A5E59"/>
        </w:tc>
        <w:tc>
          <w:tcPr>
            <w:tcW w:w="0" w:type="auto"/>
          </w:tcPr>
          <w:p w14:paraId="7A1C72C6" w14:textId="77777777" w:rsidR="007A5E59" w:rsidRDefault="007A5E59"/>
        </w:tc>
      </w:tr>
    </w:tbl>
    <w:p w14:paraId="3CE7B01E" w14:textId="77777777" w:rsidR="007A5E59" w:rsidRDefault="007A5E59"/>
    <w:p w14:paraId="1F5C4239" w14:textId="77777777" w:rsidR="007A5E59" w:rsidRPr="00312815" w:rsidRDefault="0095198F">
      <w:pPr>
        <w:rPr>
          <w:lang w:val="ru-RU"/>
        </w:rPr>
      </w:pPr>
      <w:r w:rsidRPr="00312815">
        <w:rPr>
          <w:b/>
          <w:lang w:val="ru-RU"/>
        </w:rPr>
        <w:t>Таблица П2.6. Баланс тепловой мощности — Производственно-отопительная УПК № 6 Старый Шерегеш</w:t>
      </w:r>
    </w:p>
    <w:tbl>
      <w:tblPr>
        <w:tblStyle w:val="aff0"/>
        <w:tblW w:w="5000" w:type="pct"/>
        <w:jc w:val="center"/>
        <w:tblCellMar>
          <w:left w:w="57" w:type="dxa"/>
          <w:right w:w="57" w:type="dxa"/>
        </w:tblCellMar>
        <w:tblLook w:val="04A0" w:firstRow="1" w:lastRow="0" w:firstColumn="1" w:lastColumn="0" w:noHBand="0" w:noVBand="1"/>
      </w:tblPr>
      <w:tblGrid>
        <w:gridCol w:w="714"/>
        <w:gridCol w:w="3990"/>
        <w:gridCol w:w="997"/>
        <w:gridCol w:w="1856"/>
        <w:gridCol w:w="894"/>
        <w:gridCol w:w="894"/>
      </w:tblGrid>
      <w:tr w:rsidR="007A5E59" w14:paraId="7DEB5B1D" w14:textId="77777777">
        <w:trPr>
          <w:cantSplit/>
          <w:tblHeader/>
          <w:jc w:val="center"/>
        </w:trPr>
        <w:tc>
          <w:tcPr>
            <w:tcW w:w="0" w:type="auto"/>
            <w:vMerge w:val="restart"/>
            <w:shd w:val="clear" w:color="auto" w:fill="E2F0D9"/>
            <w:vAlign w:val="center"/>
          </w:tcPr>
          <w:p w14:paraId="31653796" w14:textId="77777777" w:rsidR="007A5E59" w:rsidRDefault="0095198F">
            <w:pPr>
              <w:jc w:val="center"/>
            </w:pPr>
            <w:r>
              <w:rPr>
                <w:b/>
              </w:rPr>
              <w:t>№ пп</w:t>
            </w:r>
          </w:p>
        </w:tc>
        <w:tc>
          <w:tcPr>
            <w:tcW w:w="0" w:type="auto"/>
            <w:vMerge w:val="restart"/>
            <w:shd w:val="clear" w:color="auto" w:fill="E2F0D9"/>
            <w:vAlign w:val="center"/>
          </w:tcPr>
          <w:p w14:paraId="131235C9" w14:textId="77777777" w:rsidR="007A5E59" w:rsidRDefault="0095198F">
            <w:pPr>
              <w:jc w:val="center"/>
            </w:pPr>
            <w:r>
              <w:rPr>
                <w:b/>
              </w:rPr>
              <w:t>Показатель</w:t>
            </w:r>
          </w:p>
        </w:tc>
        <w:tc>
          <w:tcPr>
            <w:tcW w:w="0" w:type="auto"/>
            <w:vMerge w:val="restart"/>
            <w:shd w:val="clear" w:color="auto" w:fill="E2F0D9"/>
            <w:vAlign w:val="center"/>
          </w:tcPr>
          <w:p w14:paraId="3CA60DA7" w14:textId="77777777" w:rsidR="007A5E59" w:rsidRDefault="0095198F">
            <w:pPr>
              <w:jc w:val="center"/>
            </w:pPr>
            <w:r>
              <w:rPr>
                <w:b/>
              </w:rPr>
              <w:t>Ед. изм.</w:t>
            </w:r>
          </w:p>
        </w:tc>
        <w:tc>
          <w:tcPr>
            <w:tcW w:w="0" w:type="auto"/>
            <w:gridSpan w:val="3"/>
            <w:shd w:val="clear" w:color="auto" w:fill="E2F0D9"/>
            <w:vAlign w:val="center"/>
          </w:tcPr>
          <w:p w14:paraId="49668AE5" w14:textId="77777777" w:rsidR="007A5E59" w:rsidRDefault="0095198F">
            <w:pPr>
              <w:jc w:val="center"/>
            </w:pPr>
            <w:r>
              <w:rPr>
                <w:b/>
              </w:rPr>
              <w:t>Этапы развития схемы ТС</w:t>
            </w:r>
          </w:p>
        </w:tc>
      </w:tr>
      <w:tr w:rsidR="007A5E59" w14:paraId="47527A6B" w14:textId="77777777">
        <w:trPr>
          <w:cantSplit/>
          <w:tblHeader/>
          <w:jc w:val="center"/>
        </w:trPr>
        <w:tc>
          <w:tcPr>
            <w:tcW w:w="0" w:type="auto"/>
            <w:vMerge/>
            <w:shd w:val="clear" w:color="auto" w:fill="E2F0D9"/>
            <w:vAlign w:val="center"/>
          </w:tcPr>
          <w:p w14:paraId="49136544" w14:textId="77777777" w:rsidR="007A5E59" w:rsidRDefault="007A5E59">
            <w:pPr>
              <w:jc w:val="center"/>
            </w:pPr>
          </w:p>
        </w:tc>
        <w:tc>
          <w:tcPr>
            <w:tcW w:w="0" w:type="auto"/>
            <w:vMerge/>
            <w:shd w:val="clear" w:color="auto" w:fill="E2F0D9"/>
            <w:vAlign w:val="center"/>
          </w:tcPr>
          <w:p w14:paraId="0820B3C1" w14:textId="77777777" w:rsidR="007A5E59" w:rsidRDefault="007A5E59">
            <w:pPr>
              <w:jc w:val="center"/>
            </w:pPr>
          </w:p>
        </w:tc>
        <w:tc>
          <w:tcPr>
            <w:tcW w:w="0" w:type="auto"/>
            <w:vMerge/>
            <w:shd w:val="clear" w:color="auto" w:fill="E2F0D9"/>
            <w:vAlign w:val="center"/>
          </w:tcPr>
          <w:p w14:paraId="699CA29E" w14:textId="77777777" w:rsidR="007A5E59" w:rsidRDefault="007A5E59">
            <w:pPr>
              <w:jc w:val="center"/>
            </w:pPr>
          </w:p>
        </w:tc>
        <w:tc>
          <w:tcPr>
            <w:tcW w:w="0" w:type="auto"/>
            <w:shd w:val="clear" w:color="auto" w:fill="E2F0D9"/>
            <w:vAlign w:val="center"/>
          </w:tcPr>
          <w:p w14:paraId="39176762" w14:textId="77777777" w:rsidR="007A5E59" w:rsidRDefault="0095198F">
            <w:pPr>
              <w:jc w:val="center"/>
            </w:pPr>
            <w:r>
              <w:rPr>
                <w:b/>
              </w:rPr>
              <w:t>2026</w:t>
            </w:r>
          </w:p>
        </w:tc>
        <w:tc>
          <w:tcPr>
            <w:tcW w:w="0" w:type="auto"/>
            <w:shd w:val="clear" w:color="auto" w:fill="E2F0D9"/>
            <w:vAlign w:val="center"/>
          </w:tcPr>
          <w:p w14:paraId="51E5E83A" w14:textId="77777777" w:rsidR="007A5E59" w:rsidRDefault="0095198F">
            <w:pPr>
              <w:jc w:val="center"/>
            </w:pPr>
            <w:r>
              <w:rPr>
                <w:b/>
              </w:rPr>
              <w:t>2031</w:t>
            </w:r>
          </w:p>
        </w:tc>
        <w:tc>
          <w:tcPr>
            <w:tcW w:w="0" w:type="auto"/>
            <w:shd w:val="clear" w:color="auto" w:fill="E2F0D9"/>
            <w:vAlign w:val="center"/>
          </w:tcPr>
          <w:p w14:paraId="7C0AD9CD" w14:textId="77777777" w:rsidR="007A5E59" w:rsidRDefault="0095198F">
            <w:pPr>
              <w:jc w:val="center"/>
            </w:pPr>
            <w:r>
              <w:rPr>
                <w:b/>
              </w:rPr>
              <w:t>2036</w:t>
            </w:r>
          </w:p>
        </w:tc>
      </w:tr>
      <w:tr w:rsidR="007A5E59" w14:paraId="545B16AB" w14:textId="77777777">
        <w:trPr>
          <w:cantSplit/>
          <w:tblHeader/>
          <w:jc w:val="center"/>
        </w:trPr>
        <w:tc>
          <w:tcPr>
            <w:tcW w:w="0" w:type="auto"/>
            <w:shd w:val="clear" w:color="auto" w:fill="F2F2F2"/>
            <w:vAlign w:val="center"/>
          </w:tcPr>
          <w:p w14:paraId="422F38E8" w14:textId="77777777" w:rsidR="007A5E59" w:rsidRDefault="0095198F">
            <w:pPr>
              <w:jc w:val="center"/>
            </w:pPr>
            <w:r>
              <w:t>1</w:t>
            </w:r>
          </w:p>
        </w:tc>
        <w:tc>
          <w:tcPr>
            <w:tcW w:w="0" w:type="auto"/>
            <w:shd w:val="clear" w:color="auto" w:fill="F2F2F2"/>
            <w:vAlign w:val="center"/>
          </w:tcPr>
          <w:p w14:paraId="28A6F48C" w14:textId="77777777" w:rsidR="007A5E59" w:rsidRDefault="0095198F">
            <w:pPr>
              <w:jc w:val="center"/>
            </w:pPr>
            <w:r>
              <w:t>2</w:t>
            </w:r>
          </w:p>
        </w:tc>
        <w:tc>
          <w:tcPr>
            <w:tcW w:w="0" w:type="auto"/>
            <w:shd w:val="clear" w:color="auto" w:fill="F2F2F2"/>
            <w:vAlign w:val="center"/>
          </w:tcPr>
          <w:p w14:paraId="280077A7" w14:textId="77777777" w:rsidR="007A5E59" w:rsidRDefault="0095198F">
            <w:pPr>
              <w:jc w:val="center"/>
            </w:pPr>
            <w:r>
              <w:t>3</w:t>
            </w:r>
          </w:p>
        </w:tc>
        <w:tc>
          <w:tcPr>
            <w:tcW w:w="0" w:type="auto"/>
            <w:shd w:val="clear" w:color="auto" w:fill="F2F2F2"/>
            <w:vAlign w:val="center"/>
          </w:tcPr>
          <w:p w14:paraId="34FAFE83" w14:textId="77777777" w:rsidR="007A5E59" w:rsidRDefault="0095198F">
            <w:pPr>
              <w:jc w:val="center"/>
            </w:pPr>
            <w:r>
              <w:t>4</w:t>
            </w:r>
          </w:p>
        </w:tc>
        <w:tc>
          <w:tcPr>
            <w:tcW w:w="0" w:type="auto"/>
            <w:shd w:val="clear" w:color="auto" w:fill="F2F2F2"/>
            <w:vAlign w:val="center"/>
          </w:tcPr>
          <w:p w14:paraId="1C02ADF3" w14:textId="77777777" w:rsidR="007A5E59" w:rsidRDefault="0095198F">
            <w:pPr>
              <w:jc w:val="center"/>
            </w:pPr>
            <w:r>
              <w:t>5</w:t>
            </w:r>
          </w:p>
        </w:tc>
        <w:tc>
          <w:tcPr>
            <w:tcW w:w="0" w:type="auto"/>
            <w:shd w:val="clear" w:color="auto" w:fill="F2F2F2"/>
            <w:vAlign w:val="center"/>
          </w:tcPr>
          <w:p w14:paraId="2DD80C42" w14:textId="77777777" w:rsidR="007A5E59" w:rsidRDefault="0095198F">
            <w:pPr>
              <w:jc w:val="center"/>
            </w:pPr>
            <w:r>
              <w:t>6</w:t>
            </w:r>
          </w:p>
        </w:tc>
      </w:tr>
      <w:tr w:rsidR="007A5E59" w:rsidRPr="00C07C05" w14:paraId="734E6BC7" w14:textId="77777777">
        <w:trPr>
          <w:jc w:val="center"/>
        </w:trPr>
        <w:tc>
          <w:tcPr>
            <w:tcW w:w="0" w:type="auto"/>
          </w:tcPr>
          <w:p w14:paraId="45817E07" w14:textId="77777777" w:rsidR="007A5E59" w:rsidRDefault="0095198F">
            <w:r>
              <w:t>8.1</w:t>
            </w:r>
          </w:p>
        </w:tc>
        <w:tc>
          <w:tcPr>
            <w:tcW w:w="0" w:type="auto"/>
          </w:tcPr>
          <w:p w14:paraId="13CCBF91" w14:textId="77777777" w:rsidR="007A5E59" w:rsidRPr="00312815" w:rsidRDefault="0095198F">
            <w:pPr>
              <w:rPr>
                <w:lang w:val="ru-RU"/>
              </w:rPr>
            </w:pPr>
            <w:r w:rsidRPr="00312815">
              <w:rPr>
                <w:lang w:val="ru-RU"/>
              </w:rPr>
              <w:t>Производственно-отопительная УПК № 6 Старый Шерегеш</w:t>
            </w:r>
          </w:p>
        </w:tc>
        <w:tc>
          <w:tcPr>
            <w:tcW w:w="0" w:type="auto"/>
          </w:tcPr>
          <w:p w14:paraId="30DDDC2B" w14:textId="77777777" w:rsidR="007A5E59" w:rsidRPr="00312815" w:rsidRDefault="007A5E59">
            <w:pPr>
              <w:rPr>
                <w:lang w:val="ru-RU"/>
              </w:rPr>
            </w:pPr>
          </w:p>
        </w:tc>
        <w:tc>
          <w:tcPr>
            <w:tcW w:w="0" w:type="auto"/>
          </w:tcPr>
          <w:p w14:paraId="4A5423D4" w14:textId="77777777" w:rsidR="007A5E59" w:rsidRPr="00312815" w:rsidRDefault="007A5E59">
            <w:pPr>
              <w:rPr>
                <w:lang w:val="ru-RU"/>
              </w:rPr>
            </w:pPr>
          </w:p>
        </w:tc>
        <w:tc>
          <w:tcPr>
            <w:tcW w:w="0" w:type="auto"/>
          </w:tcPr>
          <w:p w14:paraId="18EF5D6D" w14:textId="77777777" w:rsidR="007A5E59" w:rsidRPr="00312815" w:rsidRDefault="007A5E59">
            <w:pPr>
              <w:rPr>
                <w:lang w:val="ru-RU"/>
              </w:rPr>
            </w:pPr>
          </w:p>
        </w:tc>
        <w:tc>
          <w:tcPr>
            <w:tcW w:w="0" w:type="auto"/>
          </w:tcPr>
          <w:p w14:paraId="31DFD72B" w14:textId="77777777" w:rsidR="007A5E59" w:rsidRPr="00312815" w:rsidRDefault="007A5E59">
            <w:pPr>
              <w:rPr>
                <w:lang w:val="ru-RU"/>
              </w:rPr>
            </w:pPr>
          </w:p>
        </w:tc>
      </w:tr>
      <w:tr w:rsidR="007A5E59" w14:paraId="3BBC3788" w14:textId="77777777">
        <w:trPr>
          <w:jc w:val="center"/>
        </w:trPr>
        <w:tc>
          <w:tcPr>
            <w:tcW w:w="0" w:type="auto"/>
          </w:tcPr>
          <w:p w14:paraId="2289A55C" w14:textId="77777777" w:rsidR="007A5E59" w:rsidRDefault="0095198F">
            <w:r>
              <w:t>8.1.1</w:t>
            </w:r>
          </w:p>
        </w:tc>
        <w:tc>
          <w:tcPr>
            <w:tcW w:w="0" w:type="auto"/>
          </w:tcPr>
          <w:p w14:paraId="15997BD6" w14:textId="77777777" w:rsidR="007A5E59" w:rsidRDefault="0095198F">
            <w:r>
              <w:t>Максимальная нагрузка потребителей</w:t>
            </w:r>
          </w:p>
        </w:tc>
        <w:tc>
          <w:tcPr>
            <w:tcW w:w="0" w:type="auto"/>
          </w:tcPr>
          <w:p w14:paraId="3C308A2C" w14:textId="77777777" w:rsidR="007A5E59" w:rsidRDefault="0095198F">
            <w:r>
              <w:t>Гкал/час</w:t>
            </w:r>
          </w:p>
        </w:tc>
        <w:tc>
          <w:tcPr>
            <w:tcW w:w="0" w:type="auto"/>
          </w:tcPr>
          <w:p w14:paraId="2D319420" w14:textId="77777777" w:rsidR="007A5E59" w:rsidRDefault="0095198F">
            <w:pPr>
              <w:jc w:val="center"/>
            </w:pPr>
            <w:r>
              <w:t>3,4056</w:t>
            </w:r>
          </w:p>
        </w:tc>
        <w:tc>
          <w:tcPr>
            <w:tcW w:w="0" w:type="auto"/>
          </w:tcPr>
          <w:p w14:paraId="620C56CE" w14:textId="77777777" w:rsidR="007A5E59" w:rsidRDefault="0095198F">
            <w:pPr>
              <w:jc w:val="center"/>
            </w:pPr>
            <w:r>
              <w:t>3,5556</w:t>
            </w:r>
          </w:p>
        </w:tc>
        <w:tc>
          <w:tcPr>
            <w:tcW w:w="0" w:type="auto"/>
          </w:tcPr>
          <w:p w14:paraId="0E6B0C1C" w14:textId="77777777" w:rsidR="007A5E59" w:rsidRDefault="0095198F">
            <w:pPr>
              <w:jc w:val="center"/>
            </w:pPr>
            <w:r>
              <w:t>3,5556</w:t>
            </w:r>
          </w:p>
        </w:tc>
      </w:tr>
      <w:tr w:rsidR="007A5E59" w14:paraId="2C5F9968" w14:textId="77777777">
        <w:trPr>
          <w:jc w:val="center"/>
        </w:trPr>
        <w:tc>
          <w:tcPr>
            <w:tcW w:w="0" w:type="auto"/>
          </w:tcPr>
          <w:p w14:paraId="3EAB4070" w14:textId="77777777" w:rsidR="007A5E59" w:rsidRDefault="0095198F">
            <w:r>
              <w:t>8.1.2</w:t>
            </w:r>
          </w:p>
        </w:tc>
        <w:tc>
          <w:tcPr>
            <w:tcW w:w="0" w:type="auto"/>
          </w:tcPr>
          <w:p w14:paraId="4AD3CEF8" w14:textId="77777777" w:rsidR="007A5E59" w:rsidRDefault="0095198F">
            <w:r>
              <w:t>Потери ТЭ в сетях</w:t>
            </w:r>
          </w:p>
        </w:tc>
        <w:tc>
          <w:tcPr>
            <w:tcW w:w="0" w:type="auto"/>
          </w:tcPr>
          <w:p w14:paraId="3AB7E878" w14:textId="77777777" w:rsidR="007A5E59" w:rsidRDefault="0095198F">
            <w:r>
              <w:t>Гкал/час</w:t>
            </w:r>
          </w:p>
        </w:tc>
        <w:tc>
          <w:tcPr>
            <w:tcW w:w="0" w:type="auto"/>
          </w:tcPr>
          <w:p w14:paraId="3C5E1E68" w14:textId="77777777" w:rsidR="007A5E59" w:rsidRDefault="0095198F">
            <w:pPr>
              <w:jc w:val="center"/>
            </w:pPr>
            <w:r>
              <w:t>1,0790</w:t>
            </w:r>
          </w:p>
        </w:tc>
        <w:tc>
          <w:tcPr>
            <w:tcW w:w="0" w:type="auto"/>
          </w:tcPr>
          <w:p w14:paraId="01C15B52" w14:textId="77777777" w:rsidR="007A5E59" w:rsidRDefault="0095198F">
            <w:pPr>
              <w:jc w:val="center"/>
            </w:pPr>
            <w:r>
              <w:t>1,0790</w:t>
            </w:r>
          </w:p>
        </w:tc>
        <w:tc>
          <w:tcPr>
            <w:tcW w:w="0" w:type="auto"/>
          </w:tcPr>
          <w:p w14:paraId="71D8FC9A" w14:textId="77777777" w:rsidR="007A5E59" w:rsidRDefault="0095198F">
            <w:pPr>
              <w:jc w:val="center"/>
            </w:pPr>
            <w:r>
              <w:t>1,0790</w:t>
            </w:r>
          </w:p>
        </w:tc>
      </w:tr>
      <w:tr w:rsidR="007A5E59" w14:paraId="5F93AEDC" w14:textId="77777777">
        <w:trPr>
          <w:jc w:val="center"/>
        </w:trPr>
        <w:tc>
          <w:tcPr>
            <w:tcW w:w="0" w:type="auto"/>
          </w:tcPr>
          <w:p w14:paraId="6A8D061E" w14:textId="77777777" w:rsidR="007A5E59" w:rsidRDefault="0095198F">
            <w:r>
              <w:t>8.1.3</w:t>
            </w:r>
          </w:p>
        </w:tc>
        <w:tc>
          <w:tcPr>
            <w:tcW w:w="0" w:type="auto"/>
          </w:tcPr>
          <w:p w14:paraId="3F3096D9" w14:textId="77777777" w:rsidR="007A5E59" w:rsidRDefault="007A5E59"/>
        </w:tc>
        <w:tc>
          <w:tcPr>
            <w:tcW w:w="0" w:type="auto"/>
          </w:tcPr>
          <w:p w14:paraId="4617D687" w14:textId="77777777" w:rsidR="007A5E59" w:rsidRDefault="0095198F">
            <w:r>
              <w:t>%</w:t>
            </w:r>
          </w:p>
        </w:tc>
        <w:tc>
          <w:tcPr>
            <w:tcW w:w="0" w:type="auto"/>
          </w:tcPr>
          <w:p w14:paraId="1B8DCEC3" w14:textId="77777777" w:rsidR="007A5E59" w:rsidRDefault="0095198F">
            <w:pPr>
              <w:jc w:val="center"/>
            </w:pPr>
            <w:r>
              <w:t>24,1</w:t>
            </w:r>
          </w:p>
        </w:tc>
        <w:tc>
          <w:tcPr>
            <w:tcW w:w="0" w:type="auto"/>
          </w:tcPr>
          <w:p w14:paraId="2A41E0E3" w14:textId="77777777" w:rsidR="007A5E59" w:rsidRDefault="0095198F">
            <w:pPr>
              <w:jc w:val="center"/>
            </w:pPr>
            <w:r>
              <w:t>23,3</w:t>
            </w:r>
          </w:p>
        </w:tc>
        <w:tc>
          <w:tcPr>
            <w:tcW w:w="0" w:type="auto"/>
          </w:tcPr>
          <w:p w14:paraId="3C5D3A55" w14:textId="77777777" w:rsidR="007A5E59" w:rsidRDefault="0095198F">
            <w:pPr>
              <w:jc w:val="center"/>
            </w:pPr>
            <w:r>
              <w:t>23,3</w:t>
            </w:r>
          </w:p>
        </w:tc>
      </w:tr>
      <w:tr w:rsidR="007A5E59" w14:paraId="21233032" w14:textId="77777777">
        <w:trPr>
          <w:jc w:val="center"/>
        </w:trPr>
        <w:tc>
          <w:tcPr>
            <w:tcW w:w="0" w:type="auto"/>
          </w:tcPr>
          <w:p w14:paraId="3FA821E9" w14:textId="77777777" w:rsidR="007A5E59" w:rsidRDefault="0095198F">
            <w:r>
              <w:t>8.1.4</w:t>
            </w:r>
          </w:p>
        </w:tc>
        <w:tc>
          <w:tcPr>
            <w:tcW w:w="0" w:type="auto"/>
          </w:tcPr>
          <w:p w14:paraId="3029C861" w14:textId="77777777" w:rsidR="007A5E59" w:rsidRDefault="0095198F">
            <w:r>
              <w:t>Нагрузка на коллекторах котельной</w:t>
            </w:r>
          </w:p>
        </w:tc>
        <w:tc>
          <w:tcPr>
            <w:tcW w:w="0" w:type="auto"/>
          </w:tcPr>
          <w:p w14:paraId="4DF8F7D2" w14:textId="77777777" w:rsidR="007A5E59" w:rsidRDefault="0095198F">
            <w:r>
              <w:t>Гкал/час</w:t>
            </w:r>
          </w:p>
        </w:tc>
        <w:tc>
          <w:tcPr>
            <w:tcW w:w="0" w:type="auto"/>
          </w:tcPr>
          <w:p w14:paraId="6348112C" w14:textId="77777777" w:rsidR="007A5E59" w:rsidRDefault="0095198F">
            <w:pPr>
              <w:jc w:val="center"/>
            </w:pPr>
            <w:r>
              <w:t>4,4846</w:t>
            </w:r>
          </w:p>
        </w:tc>
        <w:tc>
          <w:tcPr>
            <w:tcW w:w="0" w:type="auto"/>
          </w:tcPr>
          <w:p w14:paraId="5EC7B5AD" w14:textId="77777777" w:rsidR="007A5E59" w:rsidRDefault="0095198F">
            <w:pPr>
              <w:jc w:val="center"/>
            </w:pPr>
            <w:r>
              <w:t>4,6346</w:t>
            </w:r>
          </w:p>
        </w:tc>
        <w:tc>
          <w:tcPr>
            <w:tcW w:w="0" w:type="auto"/>
          </w:tcPr>
          <w:p w14:paraId="2E918EE2" w14:textId="77777777" w:rsidR="007A5E59" w:rsidRDefault="0095198F">
            <w:pPr>
              <w:jc w:val="center"/>
            </w:pPr>
            <w:r>
              <w:t>4,6346</w:t>
            </w:r>
          </w:p>
        </w:tc>
      </w:tr>
      <w:tr w:rsidR="007A5E59" w14:paraId="7DA09A7B" w14:textId="77777777">
        <w:trPr>
          <w:jc w:val="center"/>
        </w:trPr>
        <w:tc>
          <w:tcPr>
            <w:tcW w:w="0" w:type="auto"/>
          </w:tcPr>
          <w:p w14:paraId="5DFCBB90" w14:textId="77777777" w:rsidR="007A5E59" w:rsidRDefault="0095198F">
            <w:r>
              <w:t>8.1.5</w:t>
            </w:r>
          </w:p>
        </w:tc>
        <w:tc>
          <w:tcPr>
            <w:tcW w:w="0" w:type="auto"/>
          </w:tcPr>
          <w:p w14:paraId="43B47581" w14:textId="77777777" w:rsidR="007A5E59" w:rsidRPr="00312815" w:rsidRDefault="0095198F">
            <w:pPr>
              <w:rPr>
                <w:lang w:val="ru-RU"/>
              </w:rPr>
            </w:pPr>
            <w:r w:rsidRPr="00312815">
              <w:rPr>
                <w:lang w:val="ru-RU"/>
              </w:rPr>
              <w:t>Потери на СН котельной при максимальной нагрузке</w:t>
            </w:r>
          </w:p>
        </w:tc>
        <w:tc>
          <w:tcPr>
            <w:tcW w:w="0" w:type="auto"/>
          </w:tcPr>
          <w:p w14:paraId="7D0CA8CE" w14:textId="77777777" w:rsidR="007A5E59" w:rsidRDefault="0095198F">
            <w:r>
              <w:t>Гкал/час</w:t>
            </w:r>
          </w:p>
        </w:tc>
        <w:tc>
          <w:tcPr>
            <w:tcW w:w="0" w:type="auto"/>
          </w:tcPr>
          <w:p w14:paraId="69B4E9F5" w14:textId="77777777" w:rsidR="007A5E59" w:rsidRDefault="0095198F">
            <w:pPr>
              <w:jc w:val="center"/>
            </w:pPr>
            <w:r>
              <w:t>0,1850</w:t>
            </w:r>
          </w:p>
        </w:tc>
        <w:tc>
          <w:tcPr>
            <w:tcW w:w="0" w:type="auto"/>
          </w:tcPr>
          <w:p w14:paraId="5C805769" w14:textId="77777777" w:rsidR="007A5E59" w:rsidRDefault="0095198F">
            <w:pPr>
              <w:jc w:val="center"/>
            </w:pPr>
            <w:r>
              <w:t>0,1850</w:t>
            </w:r>
          </w:p>
        </w:tc>
        <w:tc>
          <w:tcPr>
            <w:tcW w:w="0" w:type="auto"/>
          </w:tcPr>
          <w:p w14:paraId="42A63734" w14:textId="77777777" w:rsidR="007A5E59" w:rsidRDefault="0095198F">
            <w:pPr>
              <w:jc w:val="center"/>
            </w:pPr>
            <w:r>
              <w:t>0,1850</w:t>
            </w:r>
          </w:p>
        </w:tc>
      </w:tr>
      <w:tr w:rsidR="007A5E59" w14:paraId="039EB422" w14:textId="77777777">
        <w:trPr>
          <w:jc w:val="center"/>
        </w:trPr>
        <w:tc>
          <w:tcPr>
            <w:tcW w:w="0" w:type="auto"/>
          </w:tcPr>
          <w:p w14:paraId="155363A9" w14:textId="77777777" w:rsidR="007A5E59" w:rsidRDefault="0095198F">
            <w:r>
              <w:t>8.1.6</w:t>
            </w:r>
          </w:p>
        </w:tc>
        <w:tc>
          <w:tcPr>
            <w:tcW w:w="0" w:type="auto"/>
          </w:tcPr>
          <w:p w14:paraId="3B23115A" w14:textId="77777777" w:rsidR="007A5E59" w:rsidRDefault="0095198F">
            <w:r>
              <w:t>Полная максимальная нагрузка котельной</w:t>
            </w:r>
          </w:p>
        </w:tc>
        <w:tc>
          <w:tcPr>
            <w:tcW w:w="0" w:type="auto"/>
          </w:tcPr>
          <w:p w14:paraId="4B5D840F" w14:textId="77777777" w:rsidR="007A5E59" w:rsidRDefault="0095198F">
            <w:r>
              <w:t>Гкал/час</w:t>
            </w:r>
          </w:p>
        </w:tc>
        <w:tc>
          <w:tcPr>
            <w:tcW w:w="0" w:type="auto"/>
          </w:tcPr>
          <w:p w14:paraId="5DA00F89" w14:textId="77777777" w:rsidR="007A5E59" w:rsidRDefault="0095198F">
            <w:pPr>
              <w:jc w:val="center"/>
            </w:pPr>
            <w:r>
              <w:t>4,6696</w:t>
            </w:r>
          </w:p>
        </w:tc>
        <w:tc>
          <w:tcPr>
            <w:tcW w:w="0" w:type="auto"/>
          </w:tcPr>
          <w:p w14:paraId="6080DDAC" w14:textId="77777777" w:rsidR="007A5E59" w:rsidRDefault="0095198F">
            <w:pPr>
              <w:jc w:val="center"/>
            </w:pPr>
            <w:r>
              <w:t>4,8196</w:t>
            </w:r>
          </w:p>
        </w:tc>
        <w:tc>
          <w:tcPr>
            <w:tcW w:w="0" w:type="auto"/>
          </w:tcPr>
          <w:p w14:paraId="4AC506B2" w14:textId="77777777" w:rsidR="007A5E59" w:rsidRDefault="0095198F">
            <w:pPr>
              <w:jc w:val="center"/>
            </w:pPr>
            <w:r>
              <w:t>4,8196</w:t>
            </w:r>
          </w:p>
        </w:tc>
      </w:tr>
      <w:tr w:rsidR="007A5E59" w14:paraId="11DA6A60" w14:textId="77777777">
        <w:trPr>
          <w:jc w:val="center"/>
        </w:trPr>
        <w:tc>
          <w:tcPr>
            <w:tcW w:w="0" w:type="auto"/>
          </w:tcPr>
          <w:p w14:paraId="7A712B2E" w14:textId="77777777" w:rsidR="007A5E59" w:rsidRDefault="0095198F">
            <w:r>
              <w:t>8.1.7</w:t>
            </w:r>
          </w:p>
        </w:tc>
        <w:tc>
          <w:tcPr>
            <w:tcW w:w="0" w:type="auto"/>
          </w:tcPr>
          <w:p w14:paraId="629271B4" w14:textId="77777777" w:rsidR="007A5E59" w:rsidRDefault="0095198F">
            <w:r>
              <w:t>Загрузка оборудования котельной</w:t>
            </w:r>
          </w:p>
        </w:tc>
        <w:tc>
          <w:tcPr>
            <w:tcW w:w="0" w:type="auto"/>
          </w:tcPr>
          <w:p w14:paraId="2720F91C" w14:textId="77777777" w:rsidR="007A5E59" w:rsidRDefault="0095198F">
            <w:r>
              <w:t>%</w:t>
            </w:r>
          </w:p>
        </w:tc>
        <w:tc>
          <w:tcPr>
            <w:tcW w:w="0" w:type="auto"/>
          </w:tcPr>
          <w:p w14:paraId="37015E2C" w14:textId="77777777" w:rsidR="007A5E59" w:rsidRDefault="0095198F">
            <w:pPr>
              <w:jc w:val="center"/>
            </w:pPr>
            <w:r>
              <w:t>19,5</w:t>
            </w:r>
          </w:p>
        </w:tc>
        <w:tc>
          <w:tcPr>
            <w:tcW w:w="0" w:type="auto"/>
          </w:tcPr>
          <w:p w14:paraId="4A867DE6" w14:textId="77777777" w:rsidR="007A5E59" w:rsidRDefault="0095198F">
            <w:pPr>
              <w:jc w:val="center"/>
            </w:pPr>
            <w:r>
              <w:t>20,1</w:t>
            </w:r>
          </w:p>
        </w:tc>
        <w:tc>
          <w:tcPr>
            <w:tcW w:w="0" w:type="auto"/>
          </w:tcPr>
          <w:p w14:paraId="2498B813" w14:textId="77777777" w:rsidR="007A5E59" w:rsidRDefault="0095198F">
            <w:pPr>
              <w:jc w:val="center"/>
            </w:pPr>
            <w:r>
              <w:t>20,1</w:t>
            </w:r>
          </w:p>
        </w:tc>
      </w:tr>
      <w:tr w:rsidR="007A5E59" w14:paraId="58C17054" w14:textId="77777777">
        <w:trPr>
          <w:jc w:val="center"/>
        </w:trPr>
        <w:tc>
          <w:tcPr>
            <w:tcW w:w="0" w:type="auto"/>
          </w:tcPr>
          <w:p w14:paraId="032FA491" w14:textId="77777777" w:rsidR="007A5E59" w:rsidRDefault="0095198F">
            <w:r>
              <w:t>8.1.8</w:t>
            </w:r>
          </w:p>
        </w:tc>
        <w:tc>
          <w:tcPr>
            <w:tcW w:w="0" w:type="auto"/>
          </w:tcPr>
          <w:p w14:paraId="55C91149" w14:textId="77777777" w:rsidR="007A5E59" w:rsidRDefault="0095198F">
            <w:r>
              <w:t>Резерв мощности котельной</w:t>
            </w:r>
          </w:p>
        </w:tc>
        <w:tc>
          <w:tcPr>
            <w:tcW w:w="0" w:type="auto"/>
          </w:tcPr>
          <w:p w14:paraId="1DA909B9" w14:textId="77777777" w:rsidR="007A5E59" w:rsidRDefault="0095198F">
            <w:r>
              <w:t>%</w:t>
            </w:r>
          </w:p>
        </w:tc>
        <w:tc>
          <w:tcPr>
            <w:tcW w:w="0" w:type="auto"/>
          </w:tcPr>
          <w:p w14:paraId="78E6AD69" w14:textId="77777777" w:rsidR="007A5E59" w:rsidRDefault="0095198F">
            <w:pPr>
              <w:jc w:val="center"/>
            </w:pPr>
            <w:r>
              <w:t>80,5</w:t>
            </w:r>
          </w:p>
        </w:tc>
        <w:tc>
          <w:tcPr>
            <w:tcW w:w="0" w:type="auto"/>
          </w:tcPr>
          <w:p w14:paraId="44977F9E" w14:textId="77777777" w:rsidR="007A5E59" w:rsidRDefault="0095198F">
            <w:pPr>
              <w:jc w:val="center"/>
            </w:pPr>
            <w:r>
              <w:t>79,9</w:t>
            </w:r>
          </w:p>
        </w:tc>
        <w:tc>
          <w:tcPr>
            <w:tcW w:w="0" w:type="auto"/>
          </w:tcPr>
          <w:p w14:paraId="0307AE96" w14:textId="77777777" w:rsidR="007A5E59" w:rsidRDefault="0095198F">
            <w:pPr>
              <w:jc w:val="center"/>
            </w:pPr>
            <w:r>
              <w:t>79,9</w:t>
            </w:r>
          </w:p>
        </w:tc>
      </w:tr>
      <w:tr w:rsidR="007A5E59" w14:paraId="37639957" w14:textId="77777777">
        <w:trPr>
          <w:jc w:val="center"/>
        </w:trPr>
        <w:tc>
          <w:tcPr>
            <w:tcW w:w="0" w:type="auto"/>
          </w:tcPr>
          <w:p w14:paraId="0FFF3D6F" w14:textId="77777777" w:rsidR="007A5E59" w:rsidRDefault="0095198F">
            <w:r>
              <w:t>8.1.9</w:t>
            </w:r>
          </w:p>
        </w:tc>
        <w:tc>
          <w:tcPr>
            <w:tcW w:w="0" w:type="auto"/>
          </w:tcPr>
          <w:p w14:paraId="4DE4798E" w14:textId="77777777" w:rsidR="007A5E59" w:rsidRPr="00312815" w:rsidRDefault="0095198F">
            <w:pPr>
              <w:rPr>
                <w:lang w:val="ru-RU"/>
              </w:rPr>
            </w:pPr>
            <w:r w:rsidRPr="00312815">
              <w:rPr>
                <w:lang w:val="ru-RU"/>
              </w:rPr>
              <w:t>Резерв мощности котельной по располагаемой мощности</w:t>
            </w:r>
          </w:p>
        </w:tc>
        <w:tc>
          <w:tcPr>
            <w:tcW w:w="0" w:type="auto"/>
          </w:tcPr>
          <w:p w14:paraId="51181932" w14:textId="77777777" w:rsidR="007A5E59" w:rsidRDefault="0095198F">
            <w:r>
              <w:t>Гкал/час</w:t>
            </w:r>
          </w:p>
        </w:tc>
        <w:tc>
          <w:tcPr>
            <w:tcW w:w="0" w:type="auto"/>
          </w:tcPr>
          <w:p w14:paraId="248B807D" w14:textId="77777777" w:rsidR="007A5E59" w:rsidRDefault="0095198F">
            <w:pPr>
              <w:jc w:val="center"/>
            </w:pPr>
            <w:r>
              <w:t>19,3304</w:t>
            </w:r>
          </w:p>
        </w:tc>
        <w:tc>
          <w:tcPr>
            <w:tcW w:w="0" w:type="auto"/>
          </w:tcPr>
          <w:p w14:paraId="16CCEF6A" w14:textId="77777777" w:rsidR="007A5E59" w:rsidRDefault="0095198F">
            <w:pPr>
              <w:jc w:val="center"/>
            </w:pPr>
            <w:r>
              <w:t>19,1804</w:t>
            </w:r>
          </w:p>
        </w:tc>
        <w:tc>
          <w:tcPr>
            <w:tcW w:w="0" w:type="auto"/>
          </w:tcPr>
          <w:p w14:paraId="4F096B3B" w14:textId="77777777" w:rsidR="007A5E59" w:rsidRDefault="0095198F">
            <w:pPr>
              <w:jc w:val="center"/>
            </w:pPr>
            <w:r>
              <w:t>19,1804</w:t>
            </w:r>
          </w:p>
        </w:tc>
      </w:tr>
      <w:tr w:rsidR="007A5E59" w14:paraId="54D3F0FC" w14:textId="77777777">
        <w:trPr>
          <w:jc w:val="center"/>
        </w:trPr>
        <w:tc>
          <w:tcPr>
            <w:tcW w:w="0" w:type="auto"/>
          </w:tcPr>
          <w:p w14:paraId="02FE6F75" w14:textId="77777777" w:rsidR="007A5E59" w:rsidRDefault="0095198F">
            <w:r>
              <w:t>8.1.10</w:t>
            </w:r>
          </w:p>
        </w:tc>
        <w:tc>
          <w:tcPr>
            <w:tcW w:w="0" w:type="auto"/>
          </w:tcPr>
          <w:p w14:paraId="76068E9A" w14:textId="77777777" w:rsidR="007A5E59" w:rsidRDefault="0095198F">
            <w:r>
              <w:t>Мощность "нетто" котельной</w:t>
            </w:r>
          </w:p>
        </w:tc>
        <w:tc>
          <w:tcPr>
            <w:tcW w:w="0" w:type="auto"/>
          </w:tcPr>
          <w:p w14:paraId="7499A580" w14:textId="77777777" w:rsidR="007A5E59" w:rsidRDefault="0095198F">
            <w:r>
              <w:t>Гкал/час</w:t>
            </w:r>
          </w:p>
        </w:tc>
        <w:tc>
          <w:tcPr>
            <w:tcW w:w="0" w:type="auto"/>
          </w:tcPr>
          <w:p w14:paraId="456F247F" w14:textId="77777777" w:rsidR="007A5E59" w:rsidRDefault="0095198F">
            <w:pPr>
              <w:jc w:val="center"/>
            </w:pPr>
            <w:r>
              <w:t>23,0099</w:t>
            </w:r>
          </w:p>
        </w:tc>
        <w:tc>
          <w:tcPr>
            <w:tcW w:w="0" w:type="auto"/>
          </w:tcPr>
          <w:p w14:paraId="53D805DC" w14:textId="77777777" w:rsidR="007A5E59" w:rsidRDefault="0095198F">
            <w:pPr>
              <w:jc w:val="center"/>
            </w:pPr>
            <w:r>
              <w:t>23,0420</w:t>
            </w:r>
          </w:p>
        </w:tc>
        <w:tc>
          <w:tcPr>
            <w:tcW w:w="0" w:type="auto"/>
          </w:tcPr>
          <w:p w14:paraId="2165AE14" w14:textId="77777777" w:rsidR="007A5E59" w:rsidRDefault="0095198F">
            <w:pPr>
              <w:jc w:val="center"/>
            </w:pPr>
            <w:r>
              <w:t>23,0420</w:t>
            </w:r>
          </w:p>
        </w:tc>
      </w:tr>
      <w:tr w:rsidR="007A5E59" w14:paraId="41E13489" w14:textId="77777777">
        <w:trPr>
          <w:jc w:val="center"/>
        </w:trPr>
        <w:tc>
          <w:tcPr>
            <w:tcW w:w="0" w:type="auto"/>
          </w:tcPr>
          <w:p w14:paraId="61D0C478" w14:textId="77777777" w:rsidR="007A5E59" w:rsidRDefault="0095198F">
            <w:r>
              <w:t>8.1.11</w:t>
            </w:r>
          </w:p>
        </w:tc>
        <w:tc>
          <w:tcPr>
            <w:tcW w:w="0" w:type="auto"/>
          </w:tcPr>
          <w:p w14:paraId="210E1007" w14:textId="77777777" w:rsidR="007A5E59" w:rsidRPr="00312815" w:rsidRDefault="0095198F">
            <w:pPr>
              <w:rPr>
                <w:lang w:val="ru-RU"/>
              </w:rPr>
            </w:pPr>
            <w:r w:rsidRPr="00312815">
              <w:rPr>
                <w:lang w:val="ru-RU"/>
              </w:rPr>
              <w:t>Потери на СН по располагаемой мощности</w:t>
            </w:r>
          </w:p>
        </w:tc>
        <w:tc>
          <w:tcPr>
            <w:tcW w:w="0" w:type="auto"/>
          </w:tcPr>
          <w:p w14:paraId="3389AD9E" w14:textId="77777777" w:rsidR="007A5E59" w:rsidRDefault="0095198F">
            <w:r>
              <w:t>Гкал/час</w:t>
            </w:r>
          </w:p>
        </w:tc>
        <w:tc>
          <w:tcPr>
            <w:tcW w:w="0" w:type="auto"/>
          </w:tcPr>
          <w:p w14:paraId="43D64E68" w14:textId="77777777" w:rsidR="007A5E59" w:rsidRDefault="0095198F">
            <w:pPr>
              <w:jc w:val="center"/>
            </w:pPr>
            <w:r>
              <w:t>0,9901</w:t>
            </w:r>
          </w:p>
        </w:tc>
        <w:tc>
          <w:tcPr>
            <w:tcW w:w="0" w:type="auto"/>
          </w:tcPr>
          <w:p w14:paraId="0F8AB49D" w14:textId="77777777" w:rsidR="007A5E59" w:rsidRDefault="0095198F">
            <w:pPr>
              <w:jc w:val="center"/>
            </w:pPr>
            <w:r>
              <w:t>0,9580</w:t>
            </w:r>
          </w:p>
        </w:tc>
        <w:tc>
          <w:tcPr>
            <w:tcW w:w="0" w:type="auto"/>
          </w:tcPr>
          <w:p w14:paraId="573FB3CA" w14:textId="77777777" w:rsidR="007A5E59" w:rsidRDefault="0095198F">
            <w:pPr>
              <w:jc w:val="center"/>
            </w:pPr>
            <w:r>
              <w:t>0,9580</w:t>
            </w:r>
          </w:p>
        </w:tc>
      </w:tr>
      <w:tr w:rsidR="007A5E59" w14:paraId="7A65EB64" w14:textId="77777777">
        <w:trPr>
          <w:jc w:val="center"/>
        </w:trPr>
        <w:tc>
          <w:tcPr>
            <w:tcW w:w="0" w:type="auto"/>
          </w:tcPr>
          <w:p w14:paraId="77A931AD" w14:textId="77777777" w:rsidR="007A5E59" w:rsidRDefault="0095198F">
            <w:r>
              <w:t>8.1.12</w:t>
            </w:r>
          </w:p>
        </w:tc>
        <w:tc>
          <w:tcPr>
            <w:tcW w:w="0" w:type="auto"/>
          </w:tcPr>
          <w:p w14:paraId="30E3A5BF" w14:textId="77777777" w:rsidR="007A5E59" w:rsidRDefault="0095198F">
            <w:r>
              <w:t>Потери на СН котельной</w:t>
            </w:r>
          </w:p>
        </w:tc>
        <w:tc>
          <w:tcPr>
            <w:tcW w:w="0" w:type="auto"/>
          </w:tcPr>
          <w:p w14:paraId="285A5972" w14:textId="77777777" w:rsidR="007A5E59" w:rsidRDefault="0095198F">
            <w:r>
              <w:t>%</w:t>
            </w:r>
          </w:p>
        </w:tc>
        <w:tc>
          <w:tcPr>
            <w:tcW w:w="0" w:type="auto"/>
          </w:tcPr>
          <w:p w14:paraId="2D2621B6" w14:textId="77777777" w:rsidR="007A5E59" w:rsidRDefault="0095198F">
            <w:pPr>
              <w:jc w:val="center"/>
            </w:pPr>
            <w:r>
              <w:t>4,1</w:t>
            </w:r>
          </w:p>
        </w:tc>
        <w:tc>
          <w:tcPr>
            <w:tcW w:w="0" w:type="auto"/>
          </w:tcPr>
          <w:p w14:paraId="2AE81EE8" w14:textId="77777777" w:rsidR="007A5E59" w:rsidRDefault="0095198F">
            <w:pPr>
              <w:jc w:val="center"/>
            </w:pPr>
            <w:r>
              <w:t>4,0</w:t>
            </w:r>
          </w:p>
        </w:tc>
        <w:tc>
          <w:tcPr>
            <w:tcW w:w="0" w:type="auto"/>
          </w:tcPr>
          <w:p w14:paraId="25F67151" w14:textId="77777777" w:rsidR="007A5E59" w:rsidRDefault="0095198F">
            <w:pPr>
              <w:jc w:val="center"/>
            </w:pPr>
            <w:r>
              <w:t>4,0</w:t>
            </w:r>
          </w:p>
        </w:tc>
      </w:tr>
      <w:tr w:rsidR="007A5E59" w14:paraId="2B0C3A7B" w14:textId="77777777">
        <w:trPr>
          <w:jc w:val="center"/>
        </w:trPr>
        <w:tc>
          <w:tcPr>
            <w:tcW w:w="0" w:type="auto"/>
          </w:tcPr>
          <w:p w14:paraId="330459A9" w14:textId="77777777" w:rsidR="007A5E59" w:rsidRDefault="0095198F">
            <w:r>
              <w:t>8.1.13</w:t>
            </w:r>
          </w:p>
        </w:tc>
        <w:tc>
          <w:tcPr>
            <w:tcW w:w="0" w:type="auto"/>
          </w:tcPr>
          <w:p w14:paraId="48F06576" w14:textId="77777777" w:rsidR="007A5E59" w:rsidRDefault="0095198F">
            <w:r>
              <w:t>Располагаемая мощность котельной</w:t>
            </w:r>
          </w:p>
        </w:tc>
        <w:tc>
          <w:tcPr>
            <w:tcW w:w="0" w:type="auto"/>
          </w:tcPr>
          <w:p w14:paraId="49713B21" w14:textId="77777777" w:rsidR="007A5E59" w:rsidRDefault="0095198F">
            <w:r>
              <w:t>Гкал/час</w:t>
            </w:r>
          </w:p>
        </w:tc>
        <w:tc>
          <w:tcPr>
            <w:tcW w:w="0" w:type="auto"/>
          </w:tcPr>
          <w:p w14:paraId="17F643F9" w14:textId="77777777" w:rsidR="007A5E59" w:rsidRDefault="0095198F">
            <w:pPr>
              <w:jc w:val="center"/>
            </w:pPr>
            <w:r>
              <w:t>24,0000</w:t>
            </w:r>
          </w:p>
        </w:tc>
        <w:tc>
          <w:tcPr>
            <w:tcW w:w="0" w:type="auto"/>
          </w:tcPr>
          <w:p w14:paraId="5D9A58E9" w14:textId="77777777" w:rsidR="007A5E59" w:rsidRDefault="0095198F">
            <w:pPr>
              <w:jc w:val="center"/>
            </w:pPr>
            <w:r>
              <w:t>24,0000</w:t>
            </w:r>
          </w:p>
        </w:tc>
        <w:tc>
          <w:tcPr>
            <w:tcW w:w="0" w:type="auto"/>
          </w:tcPr>
          <w:p w14:paraId="0551B7FE" w14:textId="77777777" w:rsidR="007A5E59" w:rsidRDefault="0095198F">
            <w:pPr>
              <w:jc w:val="center"/>
            </w:pPr>
            <w:r>
              <w:t>24,0000</w:t>
            </w:r>
          </w:p>
        </w:tc>
      </w:tr>
      <w:tr w:rsidR="007A5E59" w14:paraId="12D3F27D" w14:textId="77777777">
        <w:trPr>
          <w:jc w:val="center"/>
        </w:trPr>
        <w:tc>
          <w:tcPr>
            <w:tcW w:w="0" w:type="auto"/>
          </w:tcPr>
          <w:p w14:paraId="0F2C44CC" w14:textId="77777777" w:rsidR="007A5E59" w:rsidRDefault="0095198F">
            <w:r>
              <w:t>8.1.14</w:t>
            </w:r>
          </w:p>
        </w:tc>
        <w:tc>
          <w:tcPr>
            <w:tcW w:w="0" w:type="auto"/>
          </w:tcPr>
          <w:p w14:paraId="3057FDDB" w14:textId="77777777" w:rsidR="007A5E59" w:rsidRDefault="0095198F">
            <w:r>
              <w:t>Подтверждённые технические ограничения*</w:t>
            </w:r>
          </w:p>
        </w:tc>
        <w:tc>
          <w:tcPr>
            <w:tcW w:w="0" w:type="auto"/>
          </w:tcPr>
          <w:p w14:paraId="3AB299CB" w14:textId="77777777" w:rsidR="007A5E59" w:rsidRDefault="0095198F">
            <w:r>
              <w:t>Гкал/час</w:t>
            </w:r>
          </w:p>
        </w:tc>
        <w:tc>
          <w:tcPr>
            <w:tcW w:w="0" w:type="auto"/>
          </w:tcPr>
          <w:p w14:paraId="70C2D56A" w14:textId="77777777" w:rsidR="007A5E59" w:rsidRDefault="0095198F">
            <w:pPr>
              <w:jc w:val="center"/>
            </w:pPr>
            <w:r>
              <w:t>0,0000</w:t>
            </w:r>
          </w:p>
        </w:tc>
        <w:tc>
          <w:tcPr>
            <w:tcW w:w="0" w:type="auto"/>
          </w:tcPr>
          <w:p w14:paraId="7D822716" w14:textId="77777777" w:rsidR="007A5E59" w:rsidRDefault="0095198F">
            <w:pPr>
              <w:jc w:val="center"/>
            </w:pPr>
            <w:r>
              <w:t>0,0000</w:t>
            </w:r>
          </w:p>
        </w:tc>
        <w:tc>
          <w:tcPr>
            <w:tcW w:w="0" w:type="auto"/>
          </w:tcPr>
          <w:p w14:paraId="05226045" w14:textId="77777777" w:rsidR="007A5E59" w:rsidRDefault="0095198F">
            <w:pPr>
              <w:jc w:val="center"/>
            </w:pPr>
            <w:r>
              <w:t>0,0000</w:t>
            </w:r>
          </w:p>
        </w:tc>
      </w:tr>
      <w:tr w:rsidR="007A5E59" w14:paraId="5C8FF3F4" w14:textId="77777777">
        <w:trPr>
          <w:jc w:val="center"/>
        </w:trPr>
        <w:tc>
          <w:tcPr>
            <w:tcW w:w="0" w:type="auto"/>
          </w:tcPr>
          <w:p w14:paraId="680A5A75" w14:textId="77777777" w:rsidR="007A5E59" w:rsidRDefault="0095198F">
            <w:r>
              <w:t>8.1.15</w:t>
            </w:r>
          </w:p>
        </w:tc>
        <w:tc>
          <w:tcPr>
            <w:tcW w:w="0" w:type="auto"/>
          </w:tcPr>
          <w:p w14:paraId="703D2B6B" w14:textId="77777777" w:rsidR="007A5E59" w:rsidRDefault="0095198F">
            <w:r>
              <w:t>Установленная мощность</w:t>
            </w:r>
          </w:p>
        </w:tc>
        <w:tc>
          <w:tcPr>
            <w:tcW w:w="0" w:type="auto"/>
          </w:tcPr>
          <w:p w14:paraId="75B79DCE" w14:textId="77777777" w:rsidR="007A5E59" w:rsidRDefault="0095198F">
            <w:r>
              <w:t>Гкал/час</w:t>
            </w:r>
          </w:p>
        </w:tc>
        <w:tc>
          <w:tcPr>
            <w:tcW w:w="0" w:type="auto"/>
          </w:tcPr>
          <w:p w14:paraId="202DE472" w14:textId="77777777" w:rsidR="007A5E59" w:rsidRDefault="0095198F">
            <w:pPr>
              <w:jc w:val="center"/>
            </w:pPr>
            <w:r>
              <w:t>24,0000</w:t>
            </w:r>
          </w:p>
        </w:tc>
        <w:tc>
          <w:tcPr>
            <w:tcW w:w="0" w:type="auto"/>
          </w:tcPr>
          <w:p w14:paraId="1BA19F97" w14:textId="77777777" w:rsidR="007A5E59" w:rsidRDefault="0095198F">
            <w:pPr>
              <w:jc w:val="center"/>
            </w:pPr>
            <w:r>
              <w:t>24,0000</w:t>
            </w:r>
          </w:p>
        </w:tc>
        <w:tc>
          <w:tcPr>
            <w:tcW w:w="0" w:type="auto"/>
          </w:tcPr>
          <w:p w14:paraId="227423D9" w14:textId="77777777" w:rsidR="007A5E59" w:rsidRDefault="0095198F">
            <w:pPr>
              <w:jc w:val="center"/>
            </w:pPr>
            <w:r>
              <w:t>24,0000</w:t>
            </w:r>
          </w:p>
        </w:tc>
      </w:tr>
      <w:tr w:rsidR="007A5E59" w14:paraId="58E4111F" w14:textId="77777777">
        <w:trPr>
          <w:jc w:val="center"/>
        </w:trPr>
        <w:tc>
          <w:tcPr>
            <w:tcW w:w="0" w:type="auto"/>
          </w:tcPr>
          <w:p w14:paraId="198EB35B" w14:textId="77777777" w:rsidR="007A5E59" w:rsidRDefault="0095198F">
            <w:r>
              <w:t>№ пп</w:t>
            </w:r>
          </w:p>
        </w:tc>
        <w:tc>
          <w:tcPr>
            <w:tcW w:w="0" w:type="auto"/>
          </w:tcPr>
          <w:p w14:paraId="12836A20" w14:textId="77777777" w:rsidR="007A5E59" w:rsidRDefault="0095198F">
            <w:r>
              <w:t>Показатель</w:t>
            </w:r>
          </w:p>
        </w:tc>
        <w:tc>
          <w:tcPr>
            <w:tcW w:w="0" w:type="auto"/>
          </w:tcPr>
          <w:p w14:paraId="568B0CB7" w14:textId="77777777" w:rsidR="007A5E59" w:rsidRDefault="0095198F">
            <w:r>
              <w:t>Ед. изм.</w:t>
            </w:r>
          </w:p>
        </w:tc>
        <w:tc>
          <w:tcPr>
            <w:tcW w:w="0" w:type="auto"/>
          </w:tcPr>
          <w:p w14:paraId="2F73A013" w14:textId="77777777" w:rsidR="007A5E59" w:rsidRDefault="0095198F">
            <w:r>
              <w:t>Этапы развития схемы ТС</w:t>
            </w:r>
          </w:p>
        </w:tc>
        <w:tc>
          <w:tcPr>
            <w:tcW w:w="0" w:type="auto"/>
          </w:tcPr>
          <w:p w14:paraId="01D0B958" w14:textId="77777777" w:rsidR="007A5E59" w:rsidRDefault="007A5E59"/>
        </w:tc>
        <w:tc>
          <w:tcPr>
            <w:tcW w:w="0" w:type="auto"/>
          </w:tcPr>
          <w:p w14:paraId="3F632089" w14:textId="77777777" w:rsidR="007A5E59" w:rsidRDefault="007A5E59"/>
        </w:tc>
      </w:tr>
      <w:tr w:rsidR="007A5E59" w14:paraId="16B2B5B5" w14:textId="77777777">
        <w:trPr>
          <w:jc w:val="center"/>
        </w:trPr>
        <w:tc>
          <w:tcPr>
            <w:tcW w:w="0" w:type="auto"/>
          </w:tcPr>
          <w:p w14:paraId="4071AB94" w14:textId="77777777" w:rsidR="007A5E59" w:rsidRDefault="007A5E59"/>
        </w:tc>
        <w:tc>
          <w:tcPr>
            <w:tcW w:w="0" w:type="auto"/>
          </w:tcPr>
          <w:p w14:paraId="63D01405" w14:textId="77777777" w:rsidR="007A5E59" w:rsidRDefault="007A5E59"/>
        </w:tc>
        <w:tc>
          <w:tcPr>
            <w:tcW w:w="0" w:type="auto"/>
          </w:tcPr>
          <w:p w14:paraId="409CFA0E" w14:textId="77777777" w:rsidR="007A5E59" w:rsidRDefault="007A5E59"/>
        </w:tc>
        <w:tc>
          <w:tcPr>
            <w:tcW w:w="0" w:type="auto"/>
          </w:tcPr>
          <w:p w14:paraId="6131B6B0" w14:textId="77777777" w:rsidR="007A5E59" w:rsidRDefault="0095198F">
            <w:pPr>
              <w:jc w:val="center"/>
            </w:pPr>
            <w:r>
              <w:t>2026</w:t>
            </w:r>
          </w:p>
        </w:tc>
        <w:tc>
          <w:tcPr>
            <w:tcW w:w="0" w:type="auto"/>
          </w:tcPr>
          <w:p w14:paraId="4B3A6257" w14:textId="77777777" w:rsidR="007A5E59" w:rsidRDefault="0095198F">
            <w:pPr>
              <w:jc w:val="center"/>
            </w:pPr>
            <w:r>
              <w:t>2031</w:t>
            </w:r>
          </w:p>
        </w:tc>
        <w:tc>
          <w:tcPr>
            <w:tcW w:w="0" w:type="auto"/>
          </w:tcPr>
          <w:p w14:paraId="19DB8CBC" w14:textId="77777777" w:rsidR="007A5E59" w:rsidRDefault="0095198F">
            <w:pPr>
              <w:jc w:val="center"/>
            </w:pPr>
            <w:r>
              <w:t>2036</w:t>
            </w:r>
          </w:p>
        </w:tc>
      </w:tr>
      <w:tr w:rsidR="007A5E59" w14:paraId="1422CBA9" w14:textId="77777777">
        <w:trPr>
          <w:jc w:val="center"/>
        </w:trPr>
        <w:tc>
          <w:tcPr>
            <w:tcW w:w="0" w:type="auto"/>
          </w:tcPr>
          <w:p w14:paraId="60F19713" w14:textId="77777777" w:rsidR="007A5E59" w:rsidRDefault="0095198F">
            <w:pPr>
              <w:jc w:val="center"/>
            </w:pPr>
            <w:r>
              <w:t>1</w:t>
            </w:r>
          </w:p>
        </w:tc>
        <w:tc>
          <w:tcPr>
            <w:tcW w:w="0" w:type="auto"/>
          </w:tcPr>
          <w:p w14:paraId="2F3DA831" w14:textId="77777777" w:rsidR="007A5E59" w:rsidRDefault="0095198F">
            <w:pPr>
              <w:jc w:val="center"/>
            </w:pPr>
            <w:r>
              <w:t>2</w:t>
            </w:r>
          </w:p>
        </w:tc>
        <w:tc>
          <w:tcPr>
            <w:tcW w:w="0" w:type="auto"/>
          </w:tcPr>
          <w:p w14:paraId="6B6A360A" w14:textId="77777777" w:rsidR="007A5E59" w:rsidRDefault="0095198F">
            <w:pPr>
              <w:jc w:val="center"/>
            </w:pPr>
            <w:r>
              <w:t>3</w:t>
            </w:r>
          </w:p>
        </w:tc>
        <w:tc>
          <w:tcPr>
            <w:tcW w:w="0" w:type="auto"/>
          </w:tcPr>
          <w:p w14:paraId="64A82075" w14:textId="77777777" w:rsidR="007A5E59" w:rsidRDefault="0095198F">
            <w:pPr>
              <w:jc w:val="center"/>
            </w:pPr>
            <w:r>
              <w:t>4</w:t>
            </w:r>
          </w:p>
        </w:tc>
        <w:tc>
          <w:tcPr>
            <w:tcW w:w="0" w:type="auto"/>
          </w:tcPr>
          <w:p w14:paraId="20F2080A" w14:textId="77777777" w:rsidR="007A5E59" w:rsidRDefault="0095198F">
            <w:pPr>
              <w:jc w:val="center"/>
            </w:pPr>
            <w:r>
              <w:t>5</w:t>
            </w:r>
          </w:p>
        </w:tc>
        <w:tc>
          <w:tcPr>
            <w:tcW w:w="0" w:type="auto"/>
          </w:tcPr>
          <w:p w14:paraId="002B31D1" w14:textId="77777777" w:rsidR="007A5E59" w:rsidRDefault="0095198F">
            <w:pPr>
              <w:jc w:val="center"/>
            </w:pPr>
            <w:r>
              <w:t>6</w:t>
            </w:r>
          </w:p>
        </w:tc>
      </w:tr>
      <w:tr w:rsidR="007A5E59" w14:paraId="094F1692" w14:textId="77777777">
        <w:trPr>
          <w:jc w:val="center"/>
        </w:trPr>
        <w:tc>
          <w:tcPr>
            <w:tcW w:w="0" w:type="auto"/>
          </w:tcPr>
          <w:p w14:paraId="15EBD6BC" w14:textId="77777777" w:rsidR="007A5E59" w:rsidRDefault="0095198F">
            <w:r>
              <w:t>9.</w:t>
            </w:r>
          </w:p>
        </w:tc>
        <w:tc>
          <w:tcPr>
            <w:tcW w:w="0" w:type="auto"/>
          </w:tcPr>
          <w:p w14:paraId="13999EF5" w14:textId="77777777" w:rsidR="007A5E59" w:rsidRDefault="0095198F">
            <w:r>
              <w:t>пгт Каз</w:t>
            </w:r>
          </w:p>
        </w:tc>
        <w:tc>
          <w:tcPr>
            <w:tcW w:w="0" w:type="auto"/>
          </w:tcPr>
          <w:p w14:paraId="0773CC92" w14:textId="77777777" w:rsidR="007A5E59" w:rsidRDefault="007A5E59"/>
        </w:tc>
        <w:tc>
          <w:tcPr>
            <w:tcW w:w="0" w:type="auto"/>
          </w:tcPr>
          <w:p w14:paraId="007B9F1E" w14:textId="77777777" w:rsidR="007A5E59" w:rsidRDefault="007A5E59"/>
        </w:tc>
        <w:tc>
          <w:tcPr>
            <w:tcW w:w="0" w:type="auto"/>
          </w:tcPr>
          <w:p w14:paraId="2193EFAA" w14:textId="77777777" w:rsidR="007A5E59" w:rsidRDefault="007A5E59"/>
        </w:tc>
        <w:tc>
          <w:tcPr>
            <w:tcW w:w="0" w:type="auto"/>
          </w:tcPr>
          <w:p w14:paraId="435E0769" w14:textId="77777777" w:rsidR="007A5E59" w:rsidRDefault="007A5E59"/>
        </w:tc>
      </w:tr>
    </w:tbl>
    <w:p w14:paraId="3A21A732" w14:textId="77777777" w:rsidR="007A5E59" w:rsidRDefault="007A5E59"/>
    <w:p w14:paraId="3817FFEF" w14:textId="77777777" w:rsidR="007A5E59" w:rsidRPr="00312815" w:rsidRDefault="0095198F">
      <w:pPr>
        <w:rPr>
          <w:lang w:val="ru-RU"/>
        </w:rPr>
      </w:pPr>
      <w:r w:rsidRPr="00312815">
        <w:rPr>
          <w:b/>
          <w:lang w:val="ru-RU"/>
        </w:rPr>
        <w:t>Таблица П2.7. Баланс тепловой мощности — Производственно-отопительная УПК № 7 Каз</w:t>
      </w:r>
    </w:p>
    <w:tbl>
      <w:tblPr>
        <w:tblStyle w:val="aff0"/>
        <w:tblW w:w="5000" w:type="pct"/>
        <w:jc w:val="center"/>
        <w:tblCellMar>
          <w:left w:w="57" w:type="dxa"/>
          <w:right w:w="57" w:type="dxa"/>
        </w:tblCellMar>
        <w:tblLook w:val="04A0" w:firstRow="1" w:lastRow="0" w:firstColumn="1" w:lastColumn="0" w:noHBand="0" w:noVBand="1"/>
      </w:tblPr>
      <w:tblGrid>
        <w:gridCol w:w="714"/>
        <w:gridCol w:w="3950"/>
        <w:gridCol w:w="997"/>
        <w:gridCol w:w="1896"/>
        <w:gridCol w:w="894"/>
        <w:gridCol w:w="894"/>
      </w:tblGrid>
      <w:tr w:rsidR="007A5E59" w14:paraId="2118C1C5" w14:textId="77777777">
        <w:trPr>
          <w:cantSplit/>
          <w:tblHeader/>
          <w:jc w:val="center"/>
        </w:trPr>
        <w:tc>
          <w:tcPr>
            <w:tcW w:w="0" w:type="auto"/>
            <w:vMerge w:val="restart"/>
            <w:shd w:val="clear" w:color="auto" w:fill="E2F0D9"/>
            <w:vAlign w:val="center"/>
          </w:tcPr>
          <w:p w14:paraId="0BC23457" w14:textId="77777777" w:rsidR="007A5E59" w:rsidRDefault="0095198F">
            <w:pPr>
              <w:jc w:val="center"/>
            </w:pPr>
            <w:r>
              <w:rPr>
                <w:b/>
              </w:rPr>
              <w:t>№ пп</w:t>
            </w:r>
          </w:p>
        </w:tc>
        <w:tc>
          <w:tcPr>
            <w:tcW w:w="0" w:type="auto"/>
            <w:vMerge w:val="restart"/>
            <w:shd w:val="clear" w:color="auto" w:fill="E2F0D9"/>
            <w:vAlign w:val="center"/>
          </w:tcPr>
          <w:p w14:paraId="345EB025" w14:textId="77777777" w:rsidR="007A5E59" w:rsidRDefault="0095198F">
            <w:pPr>
              <w:jc w:val="center"/>
            </w:pPr>
            <w:r>
              <w:rPr>
                <w:b/>
              </w:rPr>
              <w:t>Показатель</w:t>
            </w:r>
          </w:p>
        </w:tc>
        <w:tc>
          <w:tcPr>
            <w:tcW w:w="0" w:type="auto"/>
            <w:vMerge w:val="restart"/>
            <w:shd w:val="clear" w:color="auto" w:fill="E2F0D9"/>
            <w:vAlign w:val="center"/>
          </w:tcPr>
          <w:p w14:paraId="2F983A4F" w14:textId="77777777" w:rsidR="007A5E59" w:rsidRDefault="0095198F">
            <w:pPr>
              <w:jc w:val="center"/>
            </w:pPr>
            <w:r>
              <w:rPr>
                <w:b/>
              </w:rPr>
              <w:t>Ед. изм.</w:t>
            </w:r>
          </w:p>
        </w:tc>
        <w:tc>
          <w:tcPr>
            <w:tcW w:w="0" w:type="auto"/>
            <w:gridSpan w:val="3"/>
            <w:shd w:val="clear" w:color="auto" w:fill="E2F0D9"/>
            <w:vAlign w:val="center"/>
          </w:tcPr>
          <w:p w14:paraId="7E01AB62" w14:textId="77777777" w:rsidR="007A5E59" w:rsidRDefault="0095198F">
            <w:pPr>
              <w:jc w:val="center"/>
            </w:pPr>
            <w:r>
              <w:rPr>
                <w:b/>
              </w:rPr>
              <w:t>Этапы развития схемы ТС</w:t>
            </w:r>
          </w:p>
        </w:tc>
      </w:tr>
      <w:tr w:rsidR="007A5E59" w14:paraId="33706C05" w14:textId="77777777">
        <w:trPr>
          <w:cantSplit/>
          <w:tblHeader/>
          <w:jc w:val="center"/>
        </w:trPr>
        <w:tc>
          <w:tcPr>
            <w:tcW w:w="0" w:type="auto"/>
            <w:vMerge/>
            <w:shd w:val="clear" w:color="auto" w:fill="E2F0D9"/>
            <w:vAlign w:val="center"/>
          </w:tcPr>
          <w:p w14:paraId="4DCE5D16" w14:textId="77777777" w:rsidR="007A5E59" w:rsidRDefault="007A5E59">
            <w:pPr>
              <w:jc w:val="center"/>
            </w:pPr>
          </w:p>
        </w:tc>
        <w:tc>
          <w:tcPr>
            <w:tcW w:w="0" w:type="auto"/>
            <w:vMerge/>
            <w:shd w:val="clear" w:color="auto" w:fill="E2F0D9"/>
            <w:vAlign w:val="center"/>
          </w:tcPr>
          <w:p w14:paraId="00D5E984" w14:textId="77777777" w:rsidR="007A5E59" w:rsidRDefault="007A5E59">
            <w:pPr>
              <w:jc w:val="center"/>
            </w:pPr>
          </w:p>
        </w:tc>
        <w:tc>
          <w:tcPr>
            <w:tcW w:w="0" w:type="auto"/>
            <w:vMerge/>
            <w:shd w:val="clear" w:color="auto" w:fill="E2F0D9"/>
            <w:vAlign w:val="center"/>
          </w:tcPr>
          <w:p w14:paraId="296C1C3C" w14:textId="77777777" w:rsidR="007A5E59" w:rsidRDefault="007A5E59">
            <w:pPr>
              <w:jc w:val="center"/>
            </w:pPr>
          </w:p>
        </w:tc>
        <w:tc>
          <w:tcPr>
            <w:tcW w:w="0" w:type="auto"/>
            <w:shd w:val="clear" w:color="auto" w:fill="E2F0D9"/>
            <w:vAlign w:val="center"/>
          </w:tcPr>
          <w:p w14:paraId="3383F4E1" w14:textId="77777777" w:rsidR="007A5E59" w:rsidRDefault="0095198F">
            <w:pPr>
              <w:jc w:val="center"/>
            </w:pPr>
            <w:r>
              <w:rPr>
                <w:b/>
              </w:rPr>
              <w:t>2026</w:t>
            </w:r>
          </w:p>
        </w:tc>
        <w:tc>
          <w:tcPr>
            <w:tcW w:w="0" w:type="auto"/>
            <w:shd w:val="clear" w:color="auto" w:fill="E2F0D9"/>
            <w:vAlign w:val="center"/>
          </w:tcPr>
          <w:p w14:paraId="68561ADD" w14:textId="77777777" w:rsidR="007A5E59" w:rsidRDefault="0095198F">
            <w:pPr>
              <w:jc w:val="center"/>
            </w:pPr>
            <w:r>
              <w:rPr>
                <w:b/>
              </w:rPr>
              <w:t>2031</w:t>
            </w:r>
          </w:p>
        </w:tc>
        <w:tc>
          <w:tcPr>
            <w:tcW w:w="0" w:type="auto"/>
            <w:shd w:val="clear" w:color="auto" w:fill="E2F0D9"/>
            <w:vAlign w:val="center"/>
          </w:tcPr>
          <w:p w14:paraId="4A517E8B" w14:textId="77777777" w:rsidR="007A5E59" w:rsidRDefault="0095198F">
            <w:pPr>
              <w:jc w:val="center"/>
            </w:pPr>
            <w:r>
              <w:rPr>
                <w:b/>
              </w:rPr>
              <w:t>2036</w:t>
            </w:r>
          </w:p>
        </w:tc>
      </w:tr>
      <w:tr w:rsidR="007A5E59" w14:paraId="3885F6BC" w14:textId="77777777">
        <w:trPr>
          <w:cantSplit/>
          <w:tblHeader/>
          <w:jc w:val="center"/>
        </w:trPr>
        <w:tc>
          <w:tcPr>
            <w:tcW w:w="0" w:type="auto"/>
            <w:shd w:val="clear" w:color="auto" w:fill="F2F2F2"/>
            <w:vAlign w:val="center"/>
          </w:tcPr>
          <w:p w14:paraId="7AECC744" w14:textId="77777777" w:rsidR="007A5E59" w:rsidRDefault="0095198F">
            <w:pPr>
              <w:jc w:val="center"/>
            </w:pPr>
            <w:r>
              <w:t>1</w:t>
            </w:r>
          </w:p>
        </w:tc>
        <w:tc>
          <w:tcPr>
            <w:tcW w:w="0" w:type="auto"/>
            <w:shd w:val="clear" w:color="auto" w:fill="F2F2F2"/>
            <w:vAlign w:val="center"/>
          </w:tcPr>
          <w:p w14:paraId="68A57888" w14:textId="77777777" w:rsidR="007A5E59" w:rsidRDefault="0095198F">
            <w:pPr>
              <w:jc w:val="center"/>
            </w:pPr>
            <w:r>
              <w:t>2</w:t>
            </w:r>
          </w:p>
        </w:tc>
        <w:tc>
          <w:tcPr>
            <w:tcW w:w="0" w:type="auto"/>
            <w:shd w:val="clear" w:color="auto" w:fill="F2F2F2"/>
            <w:vAlign w:val="center"/>
          </w:tcPr>
          <w:p w14:paraId="2F0DEAED" w14:textId="77777777" w:rsidR="007A5E59" w:rsidRDefault="0095198F">
            <w:pPr>
              <w:jc w:val="center"/>
            </w:pPr>
            <w:r>
              <w:t>3</w:t>
            </w:r>
          </w:p>
        </w:tc>
        <w:tc>
          <w:tcPr>
            <w:tcW w:w="0" w:type="auto"/>
            <w:shd w:val="clear" w:color="auto" w:fill="F2F2F2"/>
            <w:vAlign w:val="center"/>
          </w:tcPr>
          <w:p w14:paraId="43FA40B1" w14:textId="77777777" w:rsidR="007A5E59" w:rsidRDefault="0095198F">
            <w:pPr>
              <w:jc w:val="center"/>
            </w:pPr>
            <w:r>
              <w:t>4</w:t>
            </w:r>
          </w:p>
        </w:tc>
        <w:tc>
          <w:tcPr>
            <w:tcW w:w="0" w:type="auto"/>
            <w:shd w:val="clear" w:color="auto" w:fill="F2F2F2"/>
            <w:vAlign w:val="center"/>
          </w:tcPr>
          <w:p w14:paraId="7290A1C9" w14:textId="77777777" w:rsidR="007A5E59" w:rsidRDefault="0095198F">
            <w:pPr>
              <w:jc w:val="center"/>
            </w:pPr>
            <w:r>
              <w:t>5</w:t>
            </w:r>
          </w:p>
        </w:tc>
        <w:tc>
          <w:tcPr>
            <w:tcW w:w="0" w:type="auto"/>
            <w:shd w:val="clear" w:color="auto" w:fill="F2F2F2"/>
            <w:vAlign w:val="center"/>
          </w:tcPr>
          <w:p w14:paraId="319B93E8" w14:textId="77777777" w:rsidR="007A5E59" w:rsidRDefault="0095198F">
            <w:pPr>
              <w:jc w:val="center"/>
            </w:pPr>
            <w:r>
              <w:t>6</w:t>
            </w:r>
          </w:p>
        </w:tc>
      </w:tr>
      <w:tr w:rsidR="007A5E59" w14:paraId="134178B7" w14:textId="77777777">
        <w:trPr>
          <w:jc w:val="center"/>
        </w:trPr>
        <w:tc>
          <w:tcPr>
            <w:tcW w:w="0" w:type="auto"/>
          </w:tcPr>
          <w:p w14:paraId="065760C5" w14:textId="77777777" w:rsidR="007A5E59" w:rsidRDefault="0095198F">
            <w:r>
              <w:t>9.1</w:t>
            </w:r>
          </w:p>
        </w:tc>
        <w:tc>
          <w:tcPr>
            <w:tcW w:w="0" w:type="auto"/>
          </w:tcPr>
          <w:p w14:paraId="61280A34" w14:textId="77777777" w:rsidR="007A5E59" w:rsidRDefault="0095198F">
            <w:r>
              <w:t>Производственно-отопительная УПК № 7 Каз</w:t>
            </w:r>
          </w:p>
        </w:tc>
        <w:tc>
          <w:tcPr>
            <w:tcW w:w="0" w:type="auto"/>
          </w:tcPr>
          <w:p w14:paraId="581C6646" w14:textId="77777777" w:rsidR="007A5E59" w:rsidRDefault="007A5E59"/>
        </w:tc>
        <w:tc>
          <w:tcPr>
            <w:tcW w:w="0" w:type="auto"/>
          </w:tcPr>
          <w:p w14:paraId="548C6F29" w14:textId="77777777" w:rsidR="007A5E59" w:rsidRDefault="007A5E59"/>
        </w:tc>
        <w:tc>
          <w:tcPr>
            <w:tcW w:w="0" w:type="auto"/>
          </w:tcPr>
          <w:p w14:paraId="2A9148AB" w14:textId="77777777" w:rsidR="007A5E59" w:rsidRDefault="007A5E59"/>
        </w:tc>
        <w:tc>
          <w:tcPr>
            <w:tcW w:w="0" w:type="auto"/>
          </w:tcPr>
          <w:p w14:paraId="229D9A9F" w14:textId="77777777" w:rsidR="007A5E59" w:rsidRDefault="007A5E59"/>
        </w:tc>
      </w:tr>
      <w:tr w:rsidR="007A5E59" w14:paraId="7C179689" w14:textId="77777777">
        <w:trPr>
          <w:jc w:val="center"/>
        </w:trPr>
        <w:tc>
          <w:tcPr>
            <w:tcW w:w="0" w:type="auto"/>
          </w:tcPr>
          <w:p w14:paraId="51C0CBBD" w14:textId="77777777" w:rsidR="007A5E59" w:rsidRDefault="0095198F">
            <w:r>
              <w:t>9.1.1</w:t>
            </w:r>
          </w:p>
        </w:tc>
        <w:tc>
          <w:tcPr>
            <w:tcW w:w="0" w:type="auto"/>
          </w:tcPr>
          <w:p w14:paraId="6C54E188" w14:textId="77777777" w:rsidR="007A5E59" w:rsidRDefault="0095198F">
            <w:r>
              <w:t>Максимальная нагрузка потребителей</w:t>
            </w:r>
          </w:p>
        </w:tc>
        <w:tc>
          <w:tcPr>
            <w:tcW w:w="0" w:type="auto"/>
          </w:tcPr>
          <w:p w14:paraId="0F5D1060" w14:textId="77777777" w:rsidR="007A5E59" w:rsidRDefault="0095198F">
            <w:r>
              <w:t>Гкал/час</w:t>
            </w:r>
          </w:p>
        </w:tc>
        <w:tc>
          <w:tcPr>
            <w:tcW w:w="0" w:type="auto"/>
          </w:tcPr>
          <w:p w14:paraId="0049F0FF" w14:textId="77777777" w:rsidR="007A5E59" w:rsidRDefault="0095198F">
            <w:pPr>
              <w:jc w:val="center"/>
            </w:pPr>
            <w:r>
              <w:t>14,0137</w:t>
            </w:r>
          </w:p>
        </w:tc>
        <w:tc>
          <w:tcPr>
            <w:tcW w:w="0" w:type="auto"/>
          </w:tcPr>
          <w:p w14:paraId="2FAF0A01" w14:textId="77777777" w:rsidR="007A5E59" w:rsidRDefault="0095198F">
            <w:pPr>
              <w:jc w:val="center"/>
            </w:pPr>
            <w:r>
              <w:t>14,0577</w:t>
            </w:r>
          </w:p>
        </w:tc>
        <w:tc>
          <w:tcPr>
            <w:tcW w:w="0" w:type="auto"/>
          </w:tcPr>
          <w:p w14:paraId="691F9803" w14:textId="77777777" w:rsidR="007A5E59" w:rsidRDefault="0095198F">
            <w:pPr>
              <w:jc w:val="center"/>
            </w:pPr>
            <w:r>
              <w:t>14,0577</w:t>
            </w:r>
          </w:p>
        </w:tc>
      </w:tr>
      <w:tr w:rsidR="007A5E59" w14:paraId="0EAD86C5" w14:textId="77777777">
        <w:trPr>
          <w:jc w:val="center"/>
        </w:trPr>
        <w:tc>
          <w:tcPr>
            <w:tcW w:w="0" w:type="auto"/>
          </w:tcPr>
          <w:p w14:paraId="2FF6F1BE" w14:textId="77777777" w:rsidR="007A5E59" w:rsidRDefault="0095198F">
            <w:r>
              <w:t>9.1.2</w:t>
            </w:r>
          </w:p>
        </w:tc>
        <w:tc>
          <w:tcPr>
            <w:tcW w:w="0" w:type="auto"/>
          </w:tcPr>
          <w:p w14:paraId="2FA4D620" w14:textId="77777777" w:rsidR="007A5E59" w:rsidRDefault="0095198F">
            <w:r>
              <w:t>Потери ТЭ в сетях</w:t>
            </w:r>
          </w:p>
        </w:tc>
        <w:tc>
          <w:tcPr>
            <w:tcW w:w="0" w:type="auto"/>
          </w:tcPr>
          <w:p w14:paraId="61B743C5" w14:textId="77777777" w:rsidR="007A5E59" w:rsidRDefault="0095198F">
            <w:r>
              <w:t>Гкал/час</w:t>
            </w:r>
          </w:p>
        </w:tc>
        <w:tc>
          <w:tcPr>
            <w:tcW w:w="0" w:type="auto"/>
          </w:tcPr>
          <w:p w14:paraId="4EAFB49B" w14:textId="77777777" w:rsidR="007A5E59" w:rsidRDefault="0095198F">
            <w:pPr>
              <w:jc w:val="center"/>
            </w:pPr>
            <w:r>
              <w:t>4,8680</w:t>
            </w:r>
          </w:p>
        </w:tc>
        <w:tc>
          <w:tcPr>
            <w:tcW w:w="0" w:type="auto"/>
          </w:tcPr>
          <w:p w14:paraId="45B0888F" w14:textId="77777777" w:rsidR="007A5E59" w:rsidRDefault="0095198F">
            <w:pPr>
              <w:jc w:val="center"/>
            </w:pPr>
            <w:r>
              <w:t>4,8850</w:t>
            </w:r>
          </w:p>
        </w:tc>
        <w:tc>
          <w:tcPr>
            <w:tcW w:w="0" w:type="auto"/>
          </w:tcPr>
          <w:p w14:paraId="20739F28" w14:textId="77777777" w:rsidR="007A5E59" w:rsidRDefault="0095198F">
            <w:pPr>
              <w:jc w:val="center"/>
            </w:pPr>
            <w:r>
              <w:t>4,8850</w:t>
            </w:r>
          </w:p>
        </w:tc>
      </w:tr>
      <w:tr w:rsidR="007A5E59" w14:paraId="65C97B58" w14:textId="77777777">
        <w:trPr>
          <w:jc w:val="center"/>
        </w:trPr>
        <w:tc>
          <w:tcPr>
            <w:tcW w:w="0" w:type="auto"/>
          </w:tcPr>
          <w:p w14:paraId="3217E0C0" w14:textId="77777777" w:rsidR="007A5E59" w:rsidRDefault="0095198F">
            <w:r>
              <w:t>9.1.3</w:t>
            </w:r>
          </w:p>
        </w:tc>
        <w:tc>
          <w:tcPr>
            <w:tcW w:w="0" w:type="auto"/>
          </w:tcPr>
          <w:p w14:paraId="5915ED88" w14:textId="77777777" w:rsidR="007A5E59" w:rsidRDefault="007A5E59"/>
        </w:tc>
        <w:tc>
          <w:tcPr>
            <w:tcW w:w="0" w:type="auto"/>
          </w:tcPr>
          <w:p w14:paraId="394654B2" w14:textId="77777777" w:rsidR="007A5E59" w:rsidRDefault="0095198F">
            <w:r>
              <w:t>%</w:t>
            </w:r>
          </w:p>
        </w:tc>
        <w:tc>
          <w:tcPr>
            <w:tcW w:w="0" w:type="auto"/>
          </w:tcPr>
          <w:p w14:paraId="5A2C05C8" w14:textId="77777777" w:rsidR="007A5E59" w:rsidRDefault="0095198F">
            <w:pPr>
              <w:jc w:val="center"/>
            </w:pPr>
            <w:r>
              <w:t>25,8</w:t>
            </w:r>
          </w:p>
        </w:tc>
        <w:tc>
          <w:tcPr>
            <w:tcW w:w="0" w:type="auto"/>
          </w:tcPr>
          <w:p w14:paraId="65E6B0AE" w14:textId="77777777" w:rsidR="007A5E59" w:rsidRDefault="0095198F">
            <w:pPr>
              <w:jc w:val="center"/>
            </w:pPr>
            <w:r>
              <w:t>25,8</w:t>
            </w:r>
          </w:p>
        </w:tc>
        <w:tc>
          <w:tcPr>
            <w:tcW w:w="0" w:type="auto"/>
          </w:tcPr>
          <w:p w14:paraId="5E14FA0C" w14:textId="77777777" w:rsidR="007A5E59" w:rsidRDefault="0095198F">
            <w:pPr>
              <w:jc w:val="center"/>
            </w:pPr>
            <w:r>
              <w:t>25,8</w:t>
            </w:r>
          </w:p>
        </w:tc>
      </w:tr>
      <w:tr w:rsidR="007A5E59" w14:paraId="7B41FCBA" w14:textId="77777777">
        <w:trPr>
          <w:jc w:val="center"/>
        </w:trPr>
        <w:tc>
          <w:tcPr>
            <w:tcW w:w="0" w:type="auto"/>
          </w:tcPr>
          <w:p w14:paraId="7D8DC8C4" w14:textId="77777777" w:rsidR="007A5E59" w:rsidRDefault="0095198F">
            <w:r>
              <w:t>9.1.4</w:t>
            </w:r>
          </w:p>
        </w:tc>
        <w:tc>
          <w:tcPr>
            <w:tcW w:w="0" w:type="auto"/>
          </w:tcPr>
          <w:p w14:paraId="435BF353" w14:textId="77777777" w:rsidR="007A5E59" w:rsidRDefault="0095198F">
            <w:r>
              <w:t>Нагрузка на коллекторах котельной</w:t>
            </w:r>
          </w:p>
        </w:tc>
        <w:tc>
          <w:tcPr>
            <w:tcW w:w="0" w:type="auto"/>
          </w:tcPr>
          <w:p w14:paraId="39929530" w14:textId="77777777" w:rsidR="007A5E59" w:rsidRDefault="0095198F">
            <w:r>
              <w:t>Гкал/час</w:t>
            </w:r>
          </w:p>
        </w:tc>
        <w:tc>
          <w:tcPr>
            <w:tcW w:w="0" w:type="auto"/>
          </w:tcPr>
          <w:p w14:paraId="47722AB4" w14:textId="77777777" w:rsidR="007A5E59" w:rsidRDefault="0095198F">
            <w:pPr>
              <w:jc w:val="center"/>
            </w:pPr>
            <w:r>
              <w:t>18,8817</w:t>
            </w:r>
          </w:p>
        </w:tc>
        <w:tc>
          <w:tcPr>
            <w:tcW w:w="0" w:type="auto"/>
          </w:tcPr>
          <w:p w14:paraId="01DD142F" w14:textId="77777777" w:rsidR="007A5E59" w:rsidRDefault="0095198F">
            <w:pPr>
              <w:jc w:val="center"/>
            </w:pPr>
            <w:r>
              <w:t>18,9427</w:t>
            </w:r>
          </w:p>
        </w:tc>
        <w:tc>
          <w:tcPr>
            <w:tcW w:w="0" w:type="auto"/>
          </w:tcPr>
          <w:p w14:paraId="195C0BEB" w14:textId="77777777" w:rsidR="007A5E59" w:rsidRDefault="0095198F">
            <w:pPr>
              <w:jc w:val="center"/>
            </w:pPr>
            <w:r>
              <w:t>18,9427</w:t>
            </w:r>
          </w:p>
        </w:tc>
      </w:tr>
      <w:tr w:rsidR="007A5E59" w14:paraId="40B93E27" w14:textId="77777777">
        <w:trPr>
          <w:jc w:val="center"/>
        </w:trPr>
        <w:tc>
          <w:tcPr>
            <w:tcW w:w="0" w:type="auto"/>
          </w:tcPr>
          <w:p w14:paraId="2D8971EB" w14:textId="77777777" w:rsidR="007A5E59" w:rsidRDefault="0095198F">
            <w:r>
              <w:t>9.1.5</w:t>
            </w:r>
          </w:p>
        </w:tc>
        <w:tc>
          <w:tcPr>
            <w:tcW w:w="0" w:type="auto"/>
          </w:tcPr>
          <w:p w14:paraId="0CE41213" w14:textId="77777777" w:rsidR="007A5E59" w:rsidRPr="00312815" w:rsidRDefault="0095198F">
            <w:pPr>
              <w:rPr>
                <w:lang w:val="ru-RU"/>
              </w:rPr>
            </w:pPr>
            <w:r w:rsidRPr="00312815">
              <w:rPr>
                <w:lang w:val="ru-RU"/>
              </w:rPr>
              <w:t>Потери на СН котельной при максимальной нагрузке</w:t>
            </w:r>
          </w:p>
        </w:tc>
        <w:tc>
          <w:tcPr>
            <w:tcW w:w="0" w:type="auto"/>
          </w:tcPr>
          <w:p w14:paraId="2496243E" w14:textId="77777777" w:rsidR="007A5E59" w:rsidRDefault="0095198F">
            <w:r>
              <w:t>Гкал/час</w:t>
            </w:r>
          </w:p>
        </w:tc>
        <w:tc>
          <w:tcPr>
            <w:tcW w:w="0" w:type="auto"/>
          </w:tcPr>
          <w:p w14:paraId="2EF920FC" w14:textId="77777777" w:rsidR="007A5E59" w:rsidRDefault="0095198F">
            <w:pPr>
              <w:jc w:val="center"/>
            </w:pPr>
            <w:r>
              <w:t>0,5580</w:t>
            </w:r>
          </w:p>
        </w:tc>
        <w:tc>
          <w:tcPr>
            <w:tcW w:w="0" w:type="auto"/>
          </w:tcPr>
          <w:p w14:paraId="267341CF" w14:textId="77777777" w:rsidR="007A5E59" w:rsidRDefault="0095198F">
            <w:pPr>
              <w:jc w:val="center"/>
            </w:pPr>
            <w:r>
              <w:t>0,5600</w:t>
            </w:r>
          </w:p>
        </w:tc>
        <w:tc>
          <w:tcPr>
            <w:tcW w:w="0" w:type="auto"/>
          </w:tcPr>
          <w:p w14:paraId="2EB06902" w14:textId="77777777" w:rsidR="007A5E59" w:rsidRDefault="0095198F">
            <w:pPr>
              <w:jc w:val="center"/>
            </w:pPr>
            <w:r>
              <w:t>0,5600</w:t>
            </w:r>
          </w:p>
        </w:tc>
      </w:tr>
      <w:tr w:rsidR="007A5E59" w14:paraId="5CFF3610" w14:textId="77777777">
        <w:trPr>
          <w:jc w:val="center"/>
        </w:trPr>
        <w:tc>
          <w:tcPr>
            <w:tcW w:w="0" w:type="auto"/>
          </w:tcPr>
          <w:p w14:paraId="1D924280" w14:textId="77777777" w:rsidR="007A5E59" w:rsidRDefault="0095198F">
            <w:r>
              <w:t>9.1.6</w:t>
            </w:r>
          </w:p>
        </w:tc>
        <w:tc>
          <w:tcPr>
            <w:tcW w:w="0" w:type="auto"/>
          </w:tcPr>
          <w:p w14:paraId="0F0DE44C" w14:textId="77777777" w:rsidR="007A5E59" w:rsidRDefault="0095198F">
            <w:r>
              <w:t>Полная максимальная нагрузка котельной</w:t>
            </w:r>
          </w:p>
        </w:tc>
        <w:tc>
          <w:tcPr>
            <w:tcW w:w="0" w:type="auto"/>
          </w:tcPr>
          <w:p w14:paraId="22FBE924" w14:textId="77777777" w:rsidR="007A5E59" w:rsidRDefault="0095198F">
            <w:r>
              <w:t>Гкал/час</w:t>
            </w:r>
          </w:p>
        </w:tc>
        <w:tc>
          <w:tcPr>
            <w:tcW w:w="0" w:type="auto"/>
          </w:tcPr>
          <w:p w14:paraId="352BC007" w14:textId="77777777" w:rsidR="007A5E59" w:rsidRDefault="0095198F">
            <w:pPr>
              <w:jc w:val="center"/>
            </w:pPr>
            <w:r>
              <w:t>19,4397</w:t>
            </w:r>
          </w:p>
        </w:tc>
        <w:tc>
          <w:tcPr>
            <w:tcW w:w="0" w:type="auto"/>
          </w:tcPr>
          <w:p w14:paraId="6A729DFD" w14:textId="77777777" w:rsidR="007A5E59" w:rsidRDefault="0095198F">
            <w:pPr>
              <w:jc w:val="center"/>
            </w:pPr>
            <w:r>
              <w:t>19,5027</w:t>
            </w:r>
          </w:p>
        </w:tc>
        <w:tc>
          <w:tcPr>
            <w:tcW w:w="0" w:type="auto"/>
          </w:tcPr>
          <w:p w14:paraId="4A23DDC2" w14:textId="77777777" w:rsidR="007A5E59" w:rsidRDefault="0095198F">
            <w:pPr>
              <w:jc w:val="center"/>
            </w:pPr>
            <w:r>
              <w:t>19,5027</w:t>
            </w:r>
          </w:p>
        </w:tc>
      </w:tr>
      <w:tr w:rsidR="007A5E59" w14:paraId="5308EDB0" w14:textId="77777777">
        <w:trPr>
          <w:jc w:val="center"/>
        </w:trPr>
        <w:tc>
          <w:tcPr>
            <w:tcW w:w="0" w:type="auto"/>
          </w:tcPr>
          <w:p w14:paraId="45C9F4CE" w14:textId="77777777" w:rsidR="007A5E59" w:rsidRDefault="0095198F">
            <w:r>
              <w:t>9.1.7</w:t>
            </w:r>
          </w:p>
        </w:tc>
        <w:tc>
          <w:tcPr>
            <w:tcW w:w="0" w:type="auto"/>
          </w:tcPr>
          <w:p w14:paraId="6FC15960" w14:textId="77777777" w:rsidR="007A5E59" w:rsidRDefault="0095198F">
            <w:r>
              <w:t>Загрузка оборудования котельной</w:t>
            </w:r>
          </w:p>
        </w:tc>
        <w:tc>
          <w:tcPr>
            <w:tcW w:w="0" w:type="auto"/>
          </w:tcPr>
          <w:p w14:paraId="678EB035" w14:textId="77777777" w:rsidR="007A5E59" w:rsidRDefault="0095198F">
            <w:r>
              <w:t>%</w:t>
            </w:r>
          </w:p>
        </w:tc>
        <w:tc>
          <w:tcPr>
            <w:tcW w:w="0" w:type="auto"/>
          </w:tcPr>
          <w:p w14:paraId="680AD6AA" w14:textId="77777777" w:rsidR="007A5E59" w:rsidRDefault="0095198F">
            <w:pPr>
              <w:jc w:val="center"/>
            </w:pPr>
            <w:r>
              <w:t>27,0</w:t>
            </w:r>
          </w:p>
        </w:tc>
        <w:tc>
          <w:tcPr>
            <w:tcW w:w="0" w:type="auto"/>
          </w:tcPr>
          <w:p w14:paraId="02DA29CD" w14:textId="77777777" w:rsidR="007A5E59" w:rsidRDefault="0095198F">
            <w:pPr>
              <w:jc w:val="center"/>
            </w:pPr>
            <w:r>
              <w:t>27,1</w:t>
            </w:r>
          </w:p>
        </w:tc>
        <w:tc>
          <w:tcPr>
            <w:tcW w:w="0" w:type="auto"/>
          </w:tcPr>
          <w:p w14:paraId="0682627C" w14:textId="77777777" w:rsidR="007A5E59" w:rsidRDefault="0095198F">
            <w:pPr>
              <w:jc w:val="center"/>
            </w:pPr>
            <w:r>
              <w:t>27,1</w:t>
            </w:r>
          </w:p>
        </w:tc>
      </w:tr>
      <w:tr w:rsidR="007A5E59" w14:paraId="0E548A04" w14:textId="77777777">
        <w:trPr>
          <w:jc w:val="center"/>
        </w:trPr>
        <w:tc>
          <w:tcPr>
            <w:tcW w:w="0" w:type="auto"/>
          </w:tcPr>
          <w:p w14:paraId="18936414" w14:textId="77777777" w:rsidR="007A5E59" w:rsidRDefault="0095198F">
            <w:r>
              <w:t>9.1.8</w:t>
            </w:r>
          </w:p>
        </w:tc>
        <w:tc>
          <w:tcPr>
            <w:tcW w:w="0" w:type="auto"/>
          </w:tcPr>
          <w:p w14:paraId="69731414" w14:textId="77777777" w:rsidR="007A5E59" w:rsidRDefault="0095198F">
            <w:r>
              <w:t>Резерв мощности котельной</w:t>
            </w:r>
          </w:p>
        </w:tc>
        <w:tc>
          <w:tcPr>
            <w:tcW w:w="0" w:type="auto"/>
          </w:tcPr>
          <w:p w14:paraId="7ED621AC" w14:textId="77777777" w:rsidR="007A5E59" w:rsidRDefault="0095198F">
            <w:r>
              <w:t>%</w:t>
            </w:r>
          </w:p>
        </w:tc>
        <w:tc>
          <w:tcPr>
            <w:tcW w:w="0" w:type="auto"/>
          </w:tcPr>
          <w:p w14:paraId="77D6BE97" w14:textId="77777777" w:rsidR="007A5E59" w:rsidRDefault="0095198F">
            <w:pPr>
              <w:jc w:val="center"/>
            </w:pPr>
            <w:r>
              <w:t>73,0</w:t>
            </w:r>
          </w:p>
        </w:tc>
        <w:tc>
          <w:tcPr>
            <w:tcW w:w="0" w:type="auto"/>
          </w:tcPr>
          <w:p w14:paraId="045A917B" w14:textId="77777777" w:rsidR="007A5E59" w:rsidRDefault="0095198F">
            <w:pPr>
              <w:jc w:val="center"/>
            </w:pPr>
            <w:r>
              <w:t>72,9</w:t>
            </w:r>
          </w:p>
        </w:tc>
        <w:tc>
          <w:tcPr>
            <w:tcW w:w="0" w:type="auto"/>
          </w:tcPr>
          <w:p w14:paraId="218BE172" w14:textId="77777777" w:rsidR="007A5E59" w:rsidRDefault="0095198F">
            <w:pPr>
              <w:jc w:val="center"/>
            </w:pPr>
            <w:r>
              <w:t>72,9</w:t>
            </w:r>
          </w:p>
        </w:tc>
      </w:tr>
      <w:tr w:rsidR="007A5E59" w14:paraId="328EABE1" w14:textId="77777777">
        <w:trPr>
          <w:jc w:val="center"/>
        </w:trPr>
        <w:tc>
          <w:tcPr>
            <w:tcW w:w="0" w:type="auto"/>
          </w:tcPr>
          <w:p w14:paraId="5C3F6663" w14:textId="77777777" w:rsidR="007A5E59" w:rsidRDefault="0095198F">
            <w:r>
              <w:t>9.1.9</w:t>
            </w:r>
          </w:p>
        </w:tc>
        <w:tc>
          <w:tcPr>
            <w:tcW w:w="0" w:type="auto"/>
          </w:tcPr>
          <w:p w14:paraId="0747C0E1" w14:textId="77777777" w:rsidR="007A5E59" w:rsidRPr="00312815" w:rsidRDefault="0095198F">
            <w:pPr>
              <w:rPr>
                <w:lang w:val="ru-RU"/>
              </w:rPr>
            </w:pPr>
            <w:r w:rsidRPr="00312815">
              <w:rPr>
                <w:lang w:val="ru-RU"/>
              </w:rPr>
              <w:t>Резерв мощности котельной по располагаемой мощности</w:t>
            </w:r>
          </w:p>
        </w:tc>
        <w:tc>
          <w:tcPr>
            <w:tcW w:w="0" w:type="auto"/>
          </w:tcPr>
          <w:p w14:paraId="66BF3434" w14:textId="77777777" w:rsidR="007A5E59" w:rsidRDefault="0095198F">
            <w:r>
              <w:t>Гкал/час</w:t>
            </w:r>
          </w:p>
        </w:tc>
        <w:tc>
          <w:tcPr>
            <w:tcW w:w="0" w:type="auto"/>
          </w:tcPr>
          <w:p w14:paraId="50429F22" w14:textId="77777777" w:rsidR="007A5E59" w:rsidRDefault="0095198F">
            <w:pPr>
              <w:jc w:val="center"/>
            </w:pPr>
            <w:r>
              <w:t>52,5603</w:t>
            </w:r>
          </w:p>
        </w:tc>
        <w:tc>
          <w:tcPr>
            <w:tcW w:w="0" w:type="auto"/>
          </w:tcPr>
          <w:p w14:paraId="26DFB8F0" w14:textId="77777777" w:rsidR="007A5E59" w:rsidRDefault="0095198F">
            <w:pPr>
              <w:jc w:val="center"/>
            </w:pPr>
            <w:r>
              <w:t>52,4973</w:t>
            </w:r>
          </w:p>
        </w:tc>
        <w:tc>
          <w:tcPr>
            <w:tcW w:w="0" w:type="auto"/>
          </w:tcPr>
          <w:p w14:paraId="6FC6A401" w14:textId="77777777" w:rsidR="007A5E59" w:rsidRDefault="0095198F">
            <w:pPr>
              <w:jc w:val="center"/>
            </w:pPr>
            <w:r>
              <w:t>52,4973</w:t>
            </w:r>
          </w:p>
        </w:tc>
      </w:tr>
      <w:tr w:rsidR="007A5E59" w14:paraId="77E1DECC" w14:textId="77777777">
        <w:trPr>
          <w:jc w:val="center"/>
        </w:trPr>
        <w:tc>
          <w:tcPr>
            <w:tcW w:w="0" w:type="auto"/>
          </w:tcPr>
          <w:p w14:paraId="2664B7C6" w14:textId="77777777" w:rsidR="007A5E59" w:rsidRDefault="0095198F">
            <w:r>
              <w:t>9.1.10</w:t>
            </w:r>
          </w:p>
        </w:tc>
        <w:tc>
          <w:tcPr>
            <w:tcW w:w="0" w:type="auto"/>
          </w:tcPr>
          <w:p w14:paraId="00EAE307" w14:textId="77777777" w:rsidR="007A5E59" w:rsidRDefault="0095198F">
            <w:r>
              <w:t>Мощность "нетто" котельной</w:t>
            </w:r>
          </w:p>
        </w:tc>
        <w:tc>
          <w:tcPr>
            <w:tcW w:w="0" w:type="auto"/>
          </w:tcPr>
          <w:p w14:paraId="4E142A95" w14:textId="77777777" w:rsidR="007A5E59" w:rsidRDefault="0095198F">
            <w:r>
              <w:t>Гкал/час</w:t>
            </w:r>
          </w:p>
        </w:tc>
        <w:tc>
          <w:tcPr>
            <w:tcW w:w="0" w:type="auto"/>
          </w:tcPr>
          <w:p w14:paraId="76B261F4" w14:textId="77777777" w:rsidR="007A5E59" w:rsidRDefault="0095198F">
            <w:pPr>
              <w:jc w:val="center"/>
            </w:pPr>
            <w:r>
              <w:t>69,8722</w:t>
            </w:r>
          </w:p>
        </w:tc>
        <w:tc>
          <w:tcPr>
            <w:tcW w:w="0" w:type="auto"/>
          </w:tcPr>
          <w:p w14:paraId="3464D26A" w14:textId="77777777" w:rsidR="007A5E59" w:rsidRDefault="0095198F">
            <w:pPr>
              <w:jc w:val="center"/>
            </w:pPr>
            <w:r>
              <w:t>69,8715</w:t>
            </w:r>
          </w:p>
        </w:tc>
        <w:tc>
          <w:tcPr>
            <w:tcW w:w="0" w:type="auto"/>
          </w:tcPr>
          <w:p w14:paraId="1AE90141" w14:textId="77777777" w:rsidR="007A5E59" w:rsidRDefault="0095198F">
            <w:pPr>
              <w:jc w:val="center"/>
            </w:pPr>
            <w:r>
              <w:t>69,8715</w:t>
            </w:r>
          </w:p>
        </w:tc>
      </w:tr>
      <w:tr w:rsidR="007A5E59" w14:paraId="439D130D" w14:textId="77777777">
        <w:trPr>
          <w:jc w:val="center"/>
        </w:trPr>
        <w:tc>
          <w:tcPr>
            <w:tcW w:w="0" w:type="auto"/>
          </w:tcPr>
          <w:p w14:paraId="2F2D1D30" w14:textId="77777777" w:rsidR="007A5E59" w:rsidRDefault="0095198F">
            <w:r>
              <w:t>9.1.11</w:t>
            </w:r>
          </w:p>
        </w:tc>
        <w:tc>
          <w:tcPr>
            <w:tcW w:w="0" w:type="auto"/>
          </w:tcPr>
          <w:p w14:paraId="70C5959F" w14:textId="77777777" w:rsidR="007A5E59" w:rsidRPr="00312815" w:rsidRDefault="0095198F">
            <w:pPr>
              <w:rPr>
                <w:lang w:val="ru-RU"/>
              </w:rPr>
            </w:pPr>
            <w:r w:rsidRPr="00312815">
              <w:rPr>
                <w:lang w:val="ru-RU"/>
              </w:rPr>
              <w:t>Потери на СН по располагаемой мощности</w:t>
            </w:r>
          </w:p>
        </w:tc>
        <w:tc>
          <w:tcPr>
            <w:tcW w:w="0" w:type="auto"/>
          </w:tcPr>
          <w:p w14:paraId="6709F723" w14:textId="77777777" w:rsidR="007A5E59" w:rsidRDefault="0095198F">
            <w:r>
              <w:t>Гкал/час</w:t>
            </w:r>
          </w:p>
        </w:tc>
        <w:tc>
          <w:tcPr>
            <w:tcW w:w="0" w:type="auto"/>
          </w:tcPr>
          <w:p w14:paraId="045AD5A8" w14:textId="77777777" w:rsidR="007A5E59" w:rsidRDefault="0095198F">
            <w:pPr>
              <w:jc w:val="center"/>
            </w:pPr>
            <w:r>
              <w:t>2,1278</w:t>
            </w:r>
          </w:p>
        </w:tc>
        <w:tc>
          <w:tcPr>
            <w:tcW w:w="0" w:type="auto"/>
          </w:tcPr>
          <w:p w14:paraId="2BC33CA3" w14:textId="77777777" w:rsidR="007A5E59" w:rsidRDefault="0095198F">
            <w:pPr>
              <w:jc w:val="center"/>
            </w:pPr>
            <w:r>
              <w:t>2,1285</w:t>
            </w:r>
          </w:p>
        </w:tc>
        <w:tc>
          <w:tcPr>
            <w:tcW w:w="0" w:type="auto"/>
          </w:tcPr>
          <w:p w14:paraId="7BFA124D" w14:textId="77777777" w:rsidR="007A5E59" w:rsidRDefault="0095198F">
            <w:pPr>
              <w:jc w:val="center"/>
            </w:pPr>
            <w:r>
              <w:t>2,1285</w:t>
            </w:r>
          </w:p>
        </w:tc>
      </w:tr>
      <w:tr w:rsidR="007A5E59" w14:paraId="2E72F8A4" w14:textId="77777777">
        <w:trPr>
          <w:jc w:val="center"/>
        </w:trPr>
        <w:tc>
          <w:tcPr>
            <w:tcW w:w="0" w:type="auto"/>
          </w:tcPr>
          <w:p w14:paraId="7BF0B5F5" w14:textId="77777777" w:rsidR="007A5E59" w:rsidRDefault="0095198F">
            <w:r>
              <w:t>9.1.12</w:t>
            </w:r>
          </w:p>
        </w:tc>
        <w:tc>
          <w:tcPr>
            <w:tcW w:w="0" w:type="auto"/>
          </w:tcPr>
          <w:p w14:paraId="5C8168D8" w14:textId="77777777" w:rsidR="007A5E59" w:rsidRDefault="0095198F">
            <w:r>
              <w:t>Потери на СН котельной</w:t>
            </w:r>
          </w:p>
        </w:tc>
        <w:tc>
          <w:tcPr>
            <w:tcW w:w="0" w:type="auto"/>
          </w:tcPr>
          <w:p w14:paraId="6BA01596" w14:textId="77777777" w:rsidR="007A5E59" w:rsidRDefault="0095198F">
            <w:r>
              <w:t>%</w:t>
            </w:r>
          </w:p>
        </w:tc>
        <w:tc>
          <w:tcPr>
            <w:tcW w:w="0" w:type="auto"/>
          </w:tcPr>
          <w:p w14:paraId="776903A4" w14:textId="77777777" w:rsidR="007A5E59" w:rsidRDefault="0095198F">
            <w:pPr>
              <w:jc w:val="center"/>
            </w:pPr>
            <w:r>
              <w:t>3,0</w:t>
            </w:r>
          </w:p>
        </w:tc>
        <w:tc>
          <w:tcPr>
            <w:tcW w:w="0" w:type="auto"/>
          </w:tcPr>
          <w:p w14:paraId="12BD9701" w14:textId="77777777" w:rsidR="007A5E59" w:rsidRDefault="0095198F">
            <w:pPr>
              <w:jc w:val="center"/>
            </w:pPr>
            <w:r>
              <w:t>3,0</w:t>
            </w:r>
          </w:p>
        </w:tc>
        <w:tc>
          <w:tcPr>
            <w:tcW w:w="0" w:type="auto"/>
          </w:tcPr>
          <w:p w14:paraId="0E56AE8C" w14:textId="77777777" w:rsidR="007A5E59" w:rsidRDefault="0095198F">
            <w:pPr>
              <w:jc w:val="center"/>
            </w:pPr>
            <w:r>
              <w:t>3,0</w:t>
            </w:r>
          </w:p>
        </w:tc>
      </w:tr>
      <w:tr w:rsidR="007A5E59" w14:paraId="046B80A0" w14:textId="77777777">
        <w:trPr>
          <w:jc w:val="center"/>
        </w:trPr>
        <w:tc>
          <w:tcPr>
            <w:tcW w:w="0" w:type="auto"/>
          </w:tcPr>
          <w:p w14:paraId="0BB985DF" w14:textId="77777777" w:rsidR="007A5E59" w:rsidRDefault="0095198F">
            <w:r>
              <w:t>9.1.13</w:t>
            </w:r>
          </w:p>
        </w:tc>
        <w:tc>
          <w:tcPr>
            <w:tcW w:w="0" w:type="auto"/>
          </w:tcPr>
          <w:p w14:paraId="67516AC4" w14:textId="77777777" w:rsidR="007A5E59" w:rsidRDefault="0095198F">
            <w:r>
              <w:t>Располагаемая мощность котельной</w:t>
            </w:r>
          </w:p>
        </w:tc>
        <w:tc>
          <w:tcPr>
            <w:tcW w:w="0" w:type="auto"/>
          </w:tcPr>
          <w:p w14:paraId="3979C83B" w14:textId="77777777" w:rsidR="007A5E59" w:rsidRDefault="0095198F">
            <w:r>
              <w:t>Гкал/час</w:t>
            </w:r>
          </w:p>
        </w:tc>
        <w:tc>
          <w:tcPr>
            <w:tcW w:w="0" w:type="auto"/>
          </w:tcPr>
          <w:p w14:paraId="10034FE9" w14:textId="77777777" w:rsidR="007A5E59" w:rsidRDefault="0095198F">
            <w:pPr>
              <w:jc w:val="center"/>
            </w:pPr>
            <w:r>
              <w:t>72,0000</w:t>
            </w:r>
          </w:p>
        </w:tc>
        <w:tc>
          <w:tcPr>
            <w:tcW w:w="0" w:type="auto"/>
          </w:tcPr>
          <w:p w14:paraId="6A1D5444" w14:textId="77777777" w:rsidR="007A5E59" w:rsidRDefault="0095198F">
            <w:pPr>
              <w:jc w:val="center"/>
            </w:pPr>
            <w:r>
              <w:t>72,0000</w:t>
            </w:r>
          </w:p>
        </w:tc>
        <w:tc>
          <w:tcPr>
            <w:tcW w:w="0" w:type="auto"/>
          </w:tcPr>
          <w:p w14:paraId="02369E82" w14:textId="77777777" w:rsidR="007A5E59" w:rsidRDefault="0095198F">
            <w:pPr>
              <w:jc w:val="center"/>
            </w:pPr>
            <w:r>
              <w:t>72,0000</w:t>
            </w:r>
          </w:p>
        </w:tc>
      </w:tr>
      <w:tr w:rsidR="007A5E59" w14:paraId="4C014B83" w14:textId="77777777">
        <w:trPr>
          <w:jc w:val="center"/>
        </w:trPr>
        <w:tc>
          <w:tcPr>
            <w:tcW w:w="0" w:type="auto"/>
          </w:tcPr>
          <w:p w14:paraId="2B3231BA" w14:textId="77777777" w:rsidR="007A5E59" w:rsidRDefault="0095198F">
            <w:r>
              <w:t>9.1.14</w:t>
            </w:r>
          </w:p>
        </w:tc>
        <w:tc>
          <w:tcPr>
            <w:tcW w:w="0" w:type="auto"/>
          </w:tcPr>
          <w:p w14:paraId="3FAA6E80" w14:textId="77777777" w:rsidR="007A5E59" w:rsidRDefault="0095198F">
            <w:r>
              <w:t>Подтверждённые технические ограничения*</w:t>
            </w:r>
          </w:p>
        </w:tc>
        <w:tc>
          <w:tcPr>
            <w:tcW w:w="0" w:type="auto"/>
          </w:tcPr>
          <w:p w14:paraId="085DE91A" w14:textId="77777777" w:rsidR="007A5E59" w:rsidRDefault="0095198F">
            <w:r>
              <w:t>Гкал/час</w:t>
            </w:r>
          </w:p>
        </w:tc>
        <w:tc>
          <w:tcPr>
            <w:tcW w:w="0" w:type="auto"/>
          </w:tcPr>
          <w:p w14:paraId="15C435E8" w14:textId="77777777" w:rsidR="007A5E59" w:rsidRDefault="0095198F">
            <w:pPr>
              <w:jc w:val="center"/>
            </w:pPr>
            <w:r>
              <w:t>0,0000</w:t>
            </w:r>
          </w:p>
        </w:tc>
        <w:tc>
          <w:tcPr>
            <w:tcW w:w="0" w:type="auto"/>
          </w:tcPr>
          <w:p w14:paraId="2354C63F" w14:textId="77777777" w:rsidR="007A5E59" w:rsidRDefault="0095198F">
            <w:pPr>
              <w:jc w:val="center"/>
            </w:pPr>
            <w:r>
              <w:t>0,0000</w:t>
            </w:r>
          </w:p>
        </w:tc>
        <w:tc>
          <w:tcPr>
            <w:tcW w:w="0" w:type="auto"/>
          </w:tcPr>
          <w:p w14:paraId="064624E0" w14:textId="77777777" w:rsidR="007A5E59" w:rsidRDefault="0095198F">
            <w:pPr>
              <w:jc w:val="center"/>
            </w:pPr>
            <w:r>
              <w:t>0,0000</w:t>
            </w:r>
          </w:p>
        </w:tc>
      </w:tr>
      <w:tr w:rsidR="007A5E59" w14:paraId="269180FA" w14:textId="77777777">
        <w:trPr>
          <w:jc w:val="center"/>
        </w:trPr>
        <w:tc>
          <w:tcPr>
            <w:tcW w:w="0" w:type="auto"/>
          </w:tcPr>
          <w:p w14:paraId="68BACBE3" w14:textId="77777777" w:rsidR="007A5E59" w:rsidRDefault="0095198F">
            <w:r>
              <w:t>9.1.15</w:t>
            </w:r>
          </w:p>
        </w:tc>
        <w:tc>
          <w:tcPr>
            <w:tcW w:w="0" w:type="auto"/>
          </w:tcPr>
          <w:p w14:paraId="612CA180" w14:textId="77777777" w:rsidR="007A5E59" w:rsidRDefault="0095198F">
            <w:r>
              <w:t>Установленная мощность</w:t>
            </w:r>
          </w:p>
        </w:tc>
        <w:tc>
          <w:tcPr>
            <w:tcW w:w="0" w:type="auto"/>
          </w:tcPr>
          <w:p w14:paraId="083C83C5" w14:textId="77777777" w:rsidR="007A5E59" w:rsidRDefault="0095198F">
            <w:r>
              <w:t>Гкал/час</w:t>
            </w:r>
          </w:p>
        </w:tc>
        <w:tc>
          <w:tcPr>
            <w:tcW w:w="0" w:type="auto"/>
          </w:tcPr>
          <w:p w14:paraId="1497CEFF" w14:textId="77777777" w:rsidR="007A5E59" w:rsidRDefault="0095198F">
            <w:pPr>
              <w:jc w:val="center"/>
            </w:pPr>
            <w:r>
              <w:t>72,0000</w:t>
            </w:r>
          </w:p>
        </w:tc>
        <w:tc>
          <w:tcPr>
            <w:tcW w:w="0" w:type="auto"/>
          </w:tcPr>
          <w:p w14:paraId="1EECC97B" w14:textId="77777777" w:rsidR="007A5E59" w:rsidRDefault="0095198F">
            <w:pPr>
              <w:jc w:val="center"/>
            </w:pPr>
            <w:r>
              <w:t>72,0000</w:t>
            </w:r>
          </w:p>
        </w:tc>
        <w:tc>
          <w:tcPr>
            <w:tcW w:w="0" w:type="auto"/>
          </w:tcPr>
          <w:p w14:paraId="7CFA3A0A" w14:textId="77777777" w:rsidR="007A5E59" w:rsidRDefault="0095198F">
            <w:pPr>
              <w:jc w:val="center"/>
            </w:pPr>
            <w:r>
              <w:t>72,0000</w:t>
            </w:r>
          </w:p>
        </w:tc>
      </w:tr>
      <w:tr w:rsidR="007A5E59" w14:paraId="21B72ADF" w14:textId="77777777">
        <w:trPr>
          <w:jc w:val="center"/>
        </w:trPr>
        <w:tc>
          <w:tcPr>
            <w:tcW w:w="0" w:type="auto"/>
          </w:tcPr>
          <w:p w14:paraId="370DCDAA" w14:textId="77777777" w:rsidR="007A5E59" w:rsidRDefault="0095198F">
            <w:r>
              <w:t>№ пп</w:t>
            </w:r>
          </w:p>
        </w:tc>
        <w:tc>
          <w:tcPr>
            <w:tcW w:w="0" w:type="auto"/>
          </w:tcPr>
          <w:p w14:paraId="2797BA3E" w14:textId="77777777" w:rsidR="007A5E59" w:rsidRDefault="0095198F">
            <w:r>
              <w:t>Показатель</w:t>
            </w:r>
          </w:p>
        </w:tc>
        <w:tc>
          <w:tcPr>
            <w:tcW w:w="0" w:type="auto"/>
          </w:tcPr>
          <w:p w14:paraId="02D09AF1" w14:textId="77777777" w:rsidR="007A5E59" w:rsidRDefault="0095198F">
            <w:r>
              <w:t>Ед. изм.</w:t>
            </w:r>
          </w:p>
        </w:tc>
        <w:tc>
          <w:tcPr>
            <w:tcW w:w="0" w:type="auto"/>
          </w:tcPr>
          <w:p w14:paraId="17D4CECB" w14:textId="77777777" w:rsidR="007A5E59" w:rsidRDefault="0095198F">
            <w:r>
              <w:t>Этапы развития схемы ТС</w:t>
            </w:r>
          </w:p>
        </w:tc>
        <w:tc>
          <w:tcPr>
            <w:tcW w:w="0" w:type="auto"/>
          </w:tcPr>
          <w:p w14:paraId="5A0E00E9" w14:textId="77777777" w:rsidR="007A5E59" w:rsidRDefault="007A5E59"/>
        </w:tc>
        <w:tc>
          <w:tcPr>
            <w:tcW w:w="0" w:type="auto"/>
          </w:tcPr>
          <w:p w14:paraId="6645E034" w14:textId="77777777" w:rsidR="007A5E59" w:rsidRDefault="007A5E59"/>
        </w:tc>
      </w:tr>
      <w:tr w:rsidR="007A5E59" w14:paraId="2716F77A" w14:textId="77777777">
        <w:trPr>
          <w:jc w:val="center"/>
        </w:trPr>
        <w:tc>
          <w:tcPr>
            <w:tcW w:w="0" w:type="auto"/>
          </w:tcPr>
          <w:p w14:paraId="0AF469C8" w14:textId="77777777" w:rsidR="007A5E59" w:rsidRDefault="007A5E59"/>
        </w:tc>
        <w:tc>
          <w:tcPr>
            <w:tcW w:w="0" w:type="auto"/>
          </w:tcPr>
          <w:p w14:paraId="5D8ADD0B" w14:textId="77777777" w:rsidR="007A5E59" w:rsidRDefault="007A5E59"/>
        </w:tc>
        <w:tc>
          <w:tcPr>
            <w:tcW w:w="0" w:type="auto"/>
          </w:tcPr>
          <w:p w14:paraId="334EE276" w14:textId="77777777" w:rsidR="007A5E59" w:rsidRDefault="007A5E59"/>
        </w:tc>
        <w:tc>
          <w:tcPr>
            <w:tcW w:w="0" w:type="auto"/>
          </w:tcPr>
          <w:p w14:paraId="74529F2F" w14:textId="77777777" w:rsidR="007A5E59" w:rsidRDefault="0095198F">
            <w:pPr>
              <w:jc w:val="center"/>
            </w:pPr>
            <w:r>
              <w:t>2026</w:t>
            </w:r>
          </w:p>
        </w:tc>
        <w:tc>
          <w:tcPr>
            <w:tcW w:w="0" w:type="auto"/>
          </w:tcPr>
          <w:p w14:paraId="20B1B182" w14:textId="77777777" w:rsidR="007A5E59" w:rsidRDefault="0095198F">
            <w:pPr>
              <w:jc w:val="center"/>
            </w:pPr>
            <w:r>
              <w:t>2031</w:t>
            </w:r>
          </w:p>
        </w:tc>
        <w:tc>
          <w:tcPr>
            <w:tcW w:w="0" w:type="auto"/>
          </w:tcPr>
          <w:p w14:paraId="5BF37D33" w14:textId="77777777" w:rsidR="007A5E59" w:rsidRDefault="0095198F">
            <w:pPr>
              <w:jc w:val="center"/>
            </w:pPr>
            <w:r>
              <w:t>2036</w:t>
            </w:r>
          </w:p>
        </w:tc>
      </w:tr>
      <w:tr w:rsidR="007A5E59" w14:paraId="25D26105" w14:textId="77777777">
        <w:trPr>
          <w:jc w:val="center"/>
        </w:trPr>
        <w:tc>
          <w:tcPr>
            <w:tcW w:w="0" w:type="auto"/>
          </w:tcPr>
          <w:p w14:paraId="3720D704" w14:textId="77777777" w:rsidR="007A5E59" w:rsidRDefault="0095198F">
            <w:pPr>
              <w:jc w:val="center"/>
            </w:pPr>
            <w:r>
              <w:t>1</w:t>
            </w:r>
          </w:p>
        </w:tc>
        <w:tc>
          <w:tcPr>
            <w:tcW w:w="0" w:type="auto"/>
          </w:tcPr>
          <w:p w14:paraId="01E58A2D" w14:textId="77777777" w:rsidR="007A5E59" w:rsidRDefault="0095198F">
            <w:pPr>
              <w:jc w:val="center"/>
            </w:pPr>
            <w:r>
              <w:t>2</w:t>
            </w:r>
          </w:p>
        </w:tc>
        <w:tc>
          <w:tcPr>
            <w:tcW w:w="0" w:type="auto"/>
          </w:tcPr>
          <w:p w14:paraId="5DF28C08" w14:textId="77777777" w:rsidR="007A5E59" w:rsidRDefault="0095198F">
            <w:pPr>
              <w:jc w:val="center"/>
            </w:pPr>
            <w:r>
              <w:t>3</w:t>
            </w:r>
          </w:p>
        </w:tc>
        <w:tc>
          <w:tcPr>
            <w:tcW w:w="0" w:type="auto"/>
          </w:tcPr>
          <w:p w14:paraId="3CF2E4C7" w14:textId="77777777" w:rsidR="007A5E59" w:rsidRDefault="0095198F">
            <w:pPr>
              <w:jc w:val="center"/>
            </w:pPr>
            <w:r>
              <w:t>4</w:t>
            </w:r>
          </w:p>
        </w:tc>
        <w:tc>
          <w:tcPr>
            <w:tcW w:w="0" w:type="auto"/>
          </w:tcPr>
          <w:p w14:paraId="4D3F76EA" w14:textId="77777777" w:rsidR="007A5E59" w:rsidRDefault="0095198F">
            <w:pPr>
              <w:jc w:val="center"/>
            </w:pPr>
            <w:r>
              <w:t>5</w:t>
            </w:r>
          </w:p>
        </w:tc>
        <w:tc>
          <w:tcPr>
            <w:tcW w:w="0" w:type="auto"/>
          </w:tcPr>
          <w:p w14:paraId="16C1D9EF" w14:textId="77777777" w:rsidR="007A5E59" w:rsidRDefault="0095198F">
            <w:pPr>
              <w:jc w:val="center"/>
            </w:pPr>
            <w:r>
              <w:t>6</w:t>
            </w:r>
          </w:p>
        </w:tc>
      </w:tr>
      <w:tr w:rsidR="007A5E59" w14:paraId="691BAA95" w14:textId="77777777">
        <w:trPr>
          <w:jc w:val="center"/>
        </w:trPr>
        <w:tc>
          <w:tcPr>
            <w:tcW w:w="0" w:type="auto"/>
          </w:tcPr>
          <w:p w14:paraId="12E0C354" w14:textId="77777777" w:rsidR="007A5E59" w:rsidRDefault="0095198F">
            <w:r>
              <w:t>10.</w:t>
            </w:r>
          </w:p>
        </w:tc>
        <w:tc>
          <w:tcPr>
            <w:tcW w:w="0" w:type="auto"/>
          </w:tcPr>
          <w:p w14:paraId="53B21E11" w14:textId="77777777" w:rsidR="007A5E59" w:rsidRDefault="0095198F">
            <w:r>
              <w:t>пгт Мундыбаш</w:t>
            </w:r>
          </w:p>
        </w:tc>
        <w:tc>
          <w:tcPr>
            <w:tcW w:w="0" w:type="auto"/>
          </w:tcPr>
          <w:p w14:paraId="733866FC" w14:textId="77777777" w:rsidR="007A5E59" w:rsidRDefault="007A5E59"/>
        </w:tc>
        <w:tc>
          <w:tcPr>
            <w:tcW w:w="0" w:type="auto"/>
          </w:tcPr>
          <w:p w14:paraId="55D3D891" w14:textId="77777777" w:rsidR="007A5E59" w:rsidRDefault="007A5E59"/>
        </w:tc>
        <w:tc>
          <w:tcPr>
            <w:tcW w:w="0" w:type="auto"/>
          </w:tcPr>
          <w:p w14:paraId="3B2818CE" w14:textId="77777777" w:rsidR="007A5E59" w:rsidRDefault="007A5E59"/>
        </w:tc>
        <w:tc>
          <w:tcPr>
            <w:tcW w:w="0" w:type="auto"/>
          </w:tcPr>
          <w:p w14:paraId="0C4C606B" w14:textId="77777777" w:rsidR="007A5E59" w:rsidRDefault="007A5E59"/>
        </w:tc>
      </w:tr>
    </w:tbl>
    <w:p w14:paraId="656BFB6E" w14:textId="77777777" w:rsidR="007A5E59" w:rsidRDefault="007A5E59"/>
    <w:p w14:paraId="7A999AFA" w14:textId="77777777" w:rsidR="007A5E59" w:rsidRPr="00312815" w:rsidRDefault="0095198F">
      <w:pPr>
        <w:rPr>
          <w:lang w:val="ru-RU"/>
        </w:rPr>
      </w:pPr>
      <w:r w:rsidRPr="00312815">
        <w:rPr>
          <w:b/>
          <w:lang w:val="ru-RU"/>
        </w:rPr>
        <w:t>Таблица П2.8. Баланс тепловой мощности — Производственно-отопительная УПК № 8 Мундыбаш</w:t>
      </w:r>
    </w:p>
    <w:tbl>
      <w:tblPr>
        <w:tblStyle w:val="aff0"/>
        <w:tblW w:w="5000" w:type="pct"/>
        <w:jc w:val="center"/>
        <w:tblCellMar>
          <w:left w:w="57" w:type="dxa"/>
          <w:right w:w="57" w:type="dxa"/>
        </w:tblCellMar>
        <w:tblLook w:val="04A0" w:firstRow="1" w:lastRow="0" w:firstColumn="1" w:lastColumn="0" w:noHBand="0" w:noVBand="1"/>
      </w:tblPr>
      <w:tblGrid>
        <w:gridCol w:w="834"/>
        <w:gridCol w:w="3867"/>
        <w:gridCol w:w="997"/>
        <w:gridCol w:w="1859"/>
        <w:gridCol w:w="894"/>
        <w:gridCol w:w="894"/>
      </w:tblGrid>
      <w:tr w:rsidR="007A5E59" w14:paraId="1674D965" w14:textId="77777777">
        <w:trPr>
          <w:cantSplit/>
          <w:tblHeader/>
          <w:jc w:val="center"/>
        </w:trPr>
        <w:tc>
          <w:tcPr>
            <w:tcW w:w="0" w:type="auto"/>
            <w:vMerge w:val="restart"/>
            <w:shd w:val="clear" w:color="auto" w:fill="E2F0D9"/>
            <w:vAlign w:val="center"/>
          </w:tcPr>
          <w:p w14:paraId="71DB57DD" w14:textId="77777777" w:rsidR="007A5E59" w:rsidRDefault="0095198F">
            <w:pPr>
              <w:jc w:val="center"/>
            </w:pPr>
            <w:r>
              <w:rPr>
                <w:b/>
              </w:rPr>
              <w:t>№ пп</w:t>
            </w:r>
          </w:p>
        </w:tc>
        <w:tc>
          <w:tcPr>
            <w:tcW w:w="0" w:type="auto"/>
            <w:vMerge w:val="restart"/>
            <w:shd w:val="clear" w:color="auto" w:fill="E2F0D9"/>
            <w:vAlign w:val="center"/>
          </w:tcPr>
          <w:p w14:paraId="06C69A9F" w14:textId="77777777" w:rsidR="007A5E59" w:rsidRDefault="0095198F">
            <w:pPr>
              <w:jc w:val="center"/>
            </w:pPr>
            <w:r>
              <w:rPr>
                <w:b/>
              </w:rPr>
              <w:t>Показатель</w:t>
            </w:r>
          </w:p>
        </w:tc>
        <w:tc>
          <w:tcPr>
            <w:tcW w:w="0" w:type="auto"/>
            <w:vMerge w:val="restart"/>
            <w:shd w:val="clear" w:color="auto" w:fill="E2F0D9"/>
            <w:vAlign w:val="center"/>
          </w:tcPr>
          <w:p w14:paraId="0C267771" w14:textId="77777777" w:rsidR="007A5E59" w:rsidRDefault="0095198F">
            <w:pPr>
              <w:jc w:val="center"/>
            </w:pPr>
            <w:r>
              <w:rPr>
                <w:b/>
              </w:rPr>
              <w:t>Ед. изм.</w:t>
            </w:r>
          </w:p>
        </w:tc>
        <w:tc>
          <w:tcPr>
            <w:tcW w:w="0" w:type="auto"/>
            <w:gridSpan w:val="3"/>
            <w:shd w:val="clear" w:color="auto" w:fill="E2F0D9"/>
            <w:vAlign w:val="center"/>
          </w:tcPr>
          <w:p w14:paraId="3AC0EDF0" w14:textId="77777777" w:rsidR="007A5E59" w:rsidRDefault="0095198F">
            <w:pPr>
              <w:jc w:val="center"/>
            </w:pPr>
            <w:r>
              <w:rPr>
                <w:b/>
              </w:rPr>
              <w:t>Этапы развития схемы ТС</w:t>
            </w:r>
          </w:p>
        </w:tc>
      </w:tr>
      <w:tr w:rsidR="007A5E59" w14:paraId="3EEDFDF1" w14:textId="77777777">
        <w:trPr>
          <w:cantSplit/>
          <w:tblHeader/>
          <w:jc w:val="center"/>
        </w:trPr>
        <w:tc>
          <w:tcPr>
            <w:tcW w:w="0" w:type="auto"/>
            <w:vMerge/>
            <w:shd w:val="clear" w:color="auto" w:fill="E2F0D9"/>
            <w:vAlign w:val="center"/>
          </w:tcPr>
          <w:p w14:paraId="1BC4BCED" w14:textId="77777777" w:rsidR="007A5E59" w:rsidRDefault="007A5E59">
            <w:pPr>
              <w:jc w:val="center"/>
            </w:pPr>
          </w:p>
        </w:tc>
        <w:tc>
          <w:tcPr>
            <w:tcW w:w="0" w:type="auto"/>
            <w:vMerge/>
            <w:shd w:val="clear" w:color="auto" w:fill="E2F0D9"/>
            <w:vAlign w:val="center"/>
          </w:tcPr>
          <w:p w14:paraId="6590A3A4" w14:textId="77777777" w:rsidR="007A5E59" w:rsidRDefault="007A5E59">
            <w:pPr>
              <w:jc w:val="center"/>
            </w:pPr>
          </w:p>
        </w:tc>
        <w:tc>
          <w:tcPr>
            <w:tcW w:w="0" w:type="auto"/>
            <w:vMerge/>
            <w:shd w:val="clear" w:color="auto" w:fill="E2F0D9"/>
            <w:vAlign w:val="center"/>
          </w:tcPr>
          <w:p w14:paraId="78E2B8B8" w14:textId="77777777" w:rsidR="007A5E59" w:rsidRDefault="007A5E59">
            <w:pPr>
              <w:jc w:val="center"/>
            </w:pPr>
          </w:p>
        </w:tc>
        <w:tc>
          <w:tcPr>
            <w:tcW w:w="0" w:type="auto"/>
            <w:shd w:val="clear" w:color="auto" w:fill="E2F0D9"/>
            <w:vAlign w:val="center"/>
          </w:tcPr>
          <w:p w14:paraId="2CD56B7F" w14:textId="77777777" w:rsidR="007A5E59" w:rsidRDefault="0095198F">
            <w:pPr>
              <w:jc w:val="center"/>
            </w:pPr>
            <w:r>
              <w:rPr>
                <w:b/>
              </w:rPr>
              <w:t>2026</w:t>
            </w:r>
          </w:p>
        </w:tc>
        <w:tc>
          <w:tcPr>
            <w:tcW w:w="0" w:type="auto"/>
            <w:shd w:val="clear" w:color="auto" w:fill="E2F0D9"/>
            <w:vAlign w:val="center"/>
          </w:tcPr>
          <w:p w14:paraId="1289BC55" w14:textId="77777777" w:rsidR="007A5E59" w:rsidRDefault="0095198F">
            <w:pPr>
              <w:jc w:val="center"/>
            </w:pPr>
            <w:r>
              <w:rPr>
                <w:b/>
              </w:rPr>
              <w:t>2031</w:t>
            </w:r>
          </w:p>
        </w:tc>
        <w:tc>
          <w:tcPr>
            <w:tcW w:w="0" w:type="auto"/>
            <w:shd w:val="clear" w:color="auto" w:fill="E2F0D9"/>
            <w:vAlign w:val="center"/>
          </w:tcPr>
          <w:p w14:paraId="490AD083" w14:textId="77777777" w:rsidR="007A5E59" w:rsidRDefault="0095198F">
            <w:pPr>
              <w:jc w:val="center"/>
            </w:pPr>
            <w:r>
              <w:rPr>
                <w:b/>
              </w:rPr>
              <w:t>2036</w:t>
            </w:r>
          </w:p>
        </w:tc>
      </w:tr>
      <w:tr w:rsidR="007A5E59" w14:paraId="06F87946" w14:textId="77777777">
        <w:trPr>
          <w:cantSplit/>
          <w:tblHeader/>
          <w:jc w:val="center"/>
        </w:trPr>
        <w:tc>
          <w:tcPr>
            <w:tcW w:w="0" w:type="auto"/>
            <w:shd w:val="clear" w:color="auto" w:fill="F2F2F2"/>
            <w:vAlign w:val="center"/>
          </w:tcPr>
          <w:p w14:paraId="4B33E3E9" w14:textId="77777777" w:rsidR="007A5E59" w:rsidRDefault="0095198F">
            <w:pPr>
              <w:jc w:val="center"/>
            </w:pPr>
            <w:r>
              <w:t>1</w:t>
            </w:r>
          </w:p>
        </w:tc>
        <w:tc>
          <w:tcPr>
            <w:tcW w:w="0" w:type="auto"/>
            <w:shd w:val="clear" w:color="auto" w:fill="F2F2F2"/>
            <w:vAlign w:val="center"/>
          </w:tcPr>
          <w:p w14:paraId="20BB47ED" w14:textId="77777777" w:rsidR="007A5E59" w:rsidRDefault="0095198F">
            <w:pPr>
              <w:jc w:val="center"/>
            </w:pPr>
            <w:r>
              <w:t>2</w:t>
            </w:r>
          </w:p>
        </w:tc>
        <w:tc>
          <w:tcPr>
            <w:tcW w:w="0" w:type="auto"/>
            <w:shd w:val="clear" w:color="auto" w:fill="F2F2F2"/>
            <w:vAlign w:val="center"/>
          </w:tcPr>
          <w:p w14:paraId="4BC30040" w14:textId="77777777" w:rsidR="007A5E59" w:rsidRDefault="0095198F">
            <w:pPr>
              <w:jc w:val="center"/>
            </w:pPr>
            <w:r>
              <w:t>3</w:t>
            </w:r>
          </w:p>
        </w:tc>
        <w:tc>
          <w:tcPr>
            <w:tcW w:w="0" w:type="auto"/>
            <w:shd w:val="clear" w:color="auto" w:fill="F2F2F2"/>
            <w:vAlign w:val="center"/>
          </w:tcPr>
          <w:p w14:paraId="12ED7716" w14:textId="77777777" w:rsidR="007A5E59" w:rsidRDefault="0095198F">
            <w:pPr>
              <w:jc w:val="center"/>
            </w:pPr>
            <w:r>
              <w:t>4</w:t>
            </w:r>
          </w:p>
        </w:tc>
        <w:tc>
          <w:tcPr>
            <w:tcW w:w="0" w:type="auto"/>
            <w:shd w:val="clear" w:color="auto" w:fill="F2F2F2"/>
            <w:vAlign w:val="center"/>
          </w:tcPr>
          <w:p w14:paraId="3AFE46AF" w14:textId="77777777" w:rsidR="007A5E59" w:rsidRDefault="0095198F">
            <w:pPr>
              <w:jc w:val="center"/>
            </w:pPr>
            <w:r>
              <w:t>5</w:t>
            </w:r>
          </w:p>
        </w:tc>
        <w:tc>
          <w:tcPr>
            <w:tcW w:w="0" w:type="auto"/>
            <w:shd w:val="clear" w:color="auto" w:fill="F2F2F2"/>
            <w:vAlign w:val="center"/>
          </w:tcPr>
          <w:p w14:paraId="47EA6A2F" w14:textId="77777777" w:rsidR="007A5E59" w:rsidRDefault="0095198F">
            <w:pPr>
              <w:jc w:val="center"/>
            </w:pPr>
            <w:r>
              <w:t>6</w:t>
            </w:r>
          </w:p>
        </w:tc>
      </w:tr>
      <w:tr w:rsidR="007A5E59" w14:paraId="591352C3" w14:textId="77777777">
        <w:trPr>
          <w:jc w:val="center"/>
        </w:trPr>
        <w:tc>
          <w:tcPr>
            <w:tcW w:w="0" w:type="auto"/>
          </w:tcPr>
          <w:p w14:paraId="05513100" w14:textId="77777777" w:rsidR="007A5E59" w:rsidRDefault="0095198F">
            <w:r>
              <w:t>10.1</w:t>
            </w:r>
          </w:p>
        </w:tc>
        <w:tc>
          <w:tcPr>
            <w:tcW w:w="0" w:type="auto"/>
          </w:tcPr>
          <w:p w14:paraId="16D173D1" w14:textId="77777777" w:rsidR="007A5E59" w:rsidRDefault="0095198F">
            <w:r>
              <w:t>Производственно-отопительная УПК № 8 Мундыбаш</w:t>
            </w:r>
          </w:p>
        </w:tc>
        <w:tc>
          <w:tcPr>
            <w:tcW w:w="0" w:type="auto"/>
          </w:tcPr>
          <w:p w14:paraId="7C54CFD8" w14:textId="77777777" w:rsidR="007A5E59" w:rsidRDefault="007A5E59"/>
        </w:tc>
        <w:tc>
          <w:tcPr>
            <w:tcW w:w="0" w:type="auto"/>
          </w:tcPr>
          <w:p w14:paraId="5CB69724" w14:textId="77777777" w:rsidR="007A5E59" w:rsidRDefault="007A5E59"/>
        </w:tc>
        <w:tc>
          <w:tcPr>
            <w:tcW w:w="0" w:type="auto"/>
          </w:tcPr>
          <w:p w14:paraId="63D11BB7" w14:textId="77777777" w:rsidR="007A5E59" w:rsidRDefault="007A5E59"/>
        </w:tc>
        <w:tc>
          <w:tcPr>
            <w:tcW w:w="0" w:type="auto"/>
          </w:tcPr>
          <w:p w14:paraId="68211AF0" w14:textId="77777777" w:rsidR="007A5E59" w:rsidRDefault="007A5E59"/>
        </w:tc>
      </w:tr>
      <w:tr w:rsidR="007A5E59" w14:paraId="4F8FAFD5" w14:textId="77777777">
        <w:trPr>
          <w:jc w:val="center"/>
        </w:trPr>
        <w:tc>
          <w:tcPr>
            <w:tcW w:w="0" w:type="auto"/>
          </w:tcPr>
          <w:p w14:paraId="555ADA0E" w14:textId="77777777" w:rsidR="007A5E59" w:rsidRDefault="0095198F">
            <w:r>
              <w:t>10.1.1</w:t>
            </w:r>
          </w:p>
        </w:tc>
        <w:tc>
          <w:tcPr>
            <w:tcW w:w="0" w:type="auto"/>
          </w:tcPr>
          <w:p w14:paraId="196C3569" w14:textId="77777777" w:rsidR="007A5E59" w:rsidRDefault="0095198F">
            <w:r>
              <w:t>Максимальная нагрузка потребителей</w:t>
            </w:r>
          </w:p>
        </w:tc>
        <w:tc>
          <w:tcPr>
            <w:tcW w:w="0" w:type="auto"/>
          </w:tcPr>
          <w:p w14:paraId="6749CD51" w14:textId="77777777" w:rsidR="007A5E59" w:rsidRDefault="0095198F">
            <w:r>
              <w:t>Гкал/час</w:t>
            </w:r>
          </w:p>
        </w:tc>
        <w:tc>
          <w:tcPr>
            <w:tcW w:w="0" w:type="auto"/>
          </w:tcPr>
          <w:p w14:paraId="155683E8" w14:textId="77777777" w:rsidR="007A5E59" w:rsidRDefault="0095198F">
            <w:pPr>
              <w:jc w:val="center"/>
            </w:pPr>
            <w:r>
              <w:t>17,0415</w:t>
            </w:r>
          </w:p>
        </w:tc>
        <w:tc>
          <w:tcPr>
            <w:tcW w:w="0" w:type="auto"/>
          </w:tcPr>
          <w:p w14:paraId="330F08D7" w14:textId="77777777" w:rsidR="007A5E59" w:rsidRDefault="0095198F">
            <w:pPr>
              <w:jc w:val="center"/>
            </w:pPr>
            <w:r>
              <w:t>17,0415</w:t>
            </w:r>
          </w:p>
        </w:tc>
        <w:tc>
          <w:tcPr>
            <w:tcW w:w="0" w:type="auto"/>
          </w:tcPr>
          <w:p w14:paraId="62D2E45D" w14:textId="77777777" w:rsidR="007A5E59" w:rsidRDefault="0095198F">
            <w:pPr>
              <w:jc w:val="center"/>
            </w:pPr>
            <w:r>
              <w:t>17,0415</w:t>
            </w:r>
          </w:p>
        </w:tc>
      </w:tr>
      <w:tr w:rsidR="007A5E59" w14:paraId="623D9FD8" w14:textId="77777777">
        <w:trPr>
          <w:jc w:val="center"/>
        </w:trPr>
        <w:tc>
          <w:tcPr>
            <w:tcW w:w="0" w:type="auto"/>
          </w:tcPr>
          <w:p w14:paraId="5659555F" w14:textId="77777777" w:rsidR="007A5E59" w:rsidRDefault="0095198F">
            <w:r>
              <w:t>10.1.2</w:t>
            </w:r>
          </w:p>
        </w:tc>
        <w:tc>
          <w:tcPr>
            <w:tcW w:w="0" w:type="auto"/>
          </w:tcPr>
          <w:p w14:paraId="3C2CF2EE" w14:textId="77777777" w:rsidR="007A5E59" w:rsidRDefault="0095198F">
            <w:r>
              <w:t>Потери ТЭ в сетях</w:t>
            </w:r>
          </w:p>
        </w:tc>
        <w:tc>
          <w:tcPr>
            <w:tcW w:w="0" w:type="auto"/>
          </w:tcPr>
          <w:p w14:paraId="23707100" w14:textId="77777777" w:rsidR="007A5E59" w:rsidRDefault="0095198F">
            <w:r>
              <w:t>Гкал/час</w:t>
            </w:r>
          </w:p>
        </w:tc>
        <w:tc>
          <w:tcPr>
            <w:tcW w:w="0" w:type="auto"/>
          </w:tcPr>
          <w:p w14:paraId="2BABCCFE" w14:textId="77777777" w:rsidR="007A5E59" w:rsidRDefault="0095198F">
            <w:pPr>
              <w:jc w:val="center"/>
            </w:pPr>
            <w:r>
              <w:t>2,7330</w:t>
            </w:r>
          </w:p>
        </w:tc>
        <w:tc>
          <w:tcPr>
            <w:tcW w:w="0" w:type="auto"/>
          </w:tcPr>
          <w:p w14:paraId="78E3E464" w14:textId="77777777" w:rsidR="007A5E59" w:rsidRDefault="0095198F">
            <w:pPr>
              <w:jc w:val="center"/>
            </w:pPr>
            <w:r>
              <w:t>2,7330</w:t>
            </w:r>
          </w:p>
        </w:tc>
        <w:tc>
          <w:tcPr>
            <w:tcW w:w="0" w:type="auto"/>
          </w:tcPr>
          <w:p w14:paraId="59BDD267" w14:textId="77777777" w:rsidR="007A5E59" w:rsidRDefault="0095198F">
            <w:pPr>
              <w:jc w:val="center"/>
            </w:pPr>
            <w:r>
              <w:t>2,7330</w:t>
            </w:r>
          </w:p>
        </w:tc>
      </w:tr>
      <w:tr w:rsidR="007A5E59" w14:paraId="56EBAC5D" w14:textId="77777777">
        <w:trPr>
          <w:jc w:val="center"/>
        </w:trPr>
        <w:tc>
          <w:tcPr>
            <w:tcW w:w="0" w:type="auto"/>
          </w:tcPr>
          <w:p w14:paraId="712A06EB" w14:textId="77777777" w:rsidR="007A5E59" w:rsidRDefault="0095198F">
            <w:r>
              <w:t>10.1.3</w:t>
            </w:r>
          </w:p>
        </w:tc>
        <w:tc>
          <w:tcPr>
            <w:tcW w:w="0" w:type="auto"/>
          </w:tcPr>
          <w:p w14:paraId="74586353" w14:textId="77777777" w:rsidR="007A5E59" w:rsidRDefault="007A5E59"/>
        </w:tc>
        <w:tc>
          <w:tcPr>
            <w:tcW w:w="0" w:type="auto"/>
          </w:tcPr>
          <w:p w14:paraId="7DE74E07" w14:textId="77777777" w:rsidR="007A5E59" w:rsidRDefault="0095198F">
            <w:r>
              <w:t>%</w:t>
            </w:r>
          </w:p>
        </w:tc>
        <w:tc>
          <w:tcPr>
            <w:tcW w:w="0" w:type="auto"/>
          </w:tcPr>
          <w:p w14:paraId="2DA94B85" w14:textId="77777777" w:rsidR="007A5E59" w:rsidRDefault="0095198F">
            <w:pPr>
              <w:jc w:val="center"/>
            </w:pPr>
            <w:r>
              <w:t>13,8</w:t>
            </w:r>
          </w:p>
        </w:tc>
        <w:tc>
          <w:tcPr>
            <w:tcW w:w="0" w:type="auto"/>
          </w:tcPr>
          <w:p w14:paraId="52C2F339" w14:textId="77777777" w:rsidR="007A5E59" w:rsidRDefault="0095198F">
            <w:pPr>
              <w:jc w:val="center"/>
            </w:pPr>
            <w:r>
              <w:t>13,8</w:t>
            </w:r>
          </w:p>
        </w:tc>
        <w:tc>
          <w:tcPr>
            <w:tcW w:w="0" w:type="auto"/>
          </w:tcPr>
          <w:p w14:paraId="1BF9BD9B" w14:textId="77777777" w:rsidR="007A5E59" w:rsidRDefault="0095198F">
            <w:pPr>
              <w:jc w:val="center"/>
            </w:pPr>
            <w:r>
              <w:t>13,8</w:t>
            </w:r>
          </w:p>
        </w:tc>
      </w:tr>
      <w:tr w:rsidR="007A5E59" w14:paraId="37FF04F4" w14:textId="77777777">
        <w:trPr>
          <w:jc w:val="center"/>
        </w:trPr>
        <w:tc>
          <w:tcPr>
            <w:tcW w:w="0" w:type="auto"/>
          </w:tcPr>
          <w:p w14:paraId="2A404972" w14:textId="77777777" w:rsidR="007A5E59" w:rsidRDefault="0095198F">
            <w:r>
              <w:t>10.1.4</w:t>
            </w:r>
          </w:p>
        </w:tc>
        <w:tc>
          <w:tcPr>
            <w:tcW w:w="0" w:type="auto"/>
          </w:tcPr>
          <w:p w14:paraId="7F4E7633" w14:textId="77777777" w:rsidR="007A5E59" w:rsidRDefault="0095198F">
            <w:r>
              <w:t>Нагрузка на коллекторах котельной</w:t>
            </w:r>
          </w:p>
        </w:tc>
        <w:tc>
          <w:tcPr>
            <w:tcW w:w="0" w:type="auto"/>
          </w:tcPr>
          <w:p w14:paraId="00196FED" w14:textId="77777777" w:rsidR="007A5E59" w:rsidRDefault="0095198F">
            <w:r>
              <w:t>Гкал/час</w:t>
            </w:r>
          </w:p>
        </w:tc>
        <w:tc>
          <w:tcPr>
            <w:tcW w:w="0" w:type="auto"/>
          </w:tcPr>
          <w:p w14:paraId="6AE79210" w14:textId="77777777" w:rsidR="007A5E59" w:rsidRDefault="0095198F">
            <w:pPr>
              <w:jc w:val="center"/>
            </w:pPr>
            <w:r>
              <w:t>19,7745</w:t>
            </w:r>
          </w:p>
        </w:tc>
        <w:tc>
          <w:tcPr>
            <w:tcW w:w="0" w:type="auto"/>
          </w:tcPr>
          <w:p w14:paraId="50DB6E24" w14:textId="77777777" w:rsidR="007A5E59" w:rsidRDefault="0095198F">
            <w:pPr>
              <w:jc w:val="center"/>
            </w:pPr>
            <w:r>
              <w:t>19,7745</w:t>
            </w:r>
          </w:p>
        </w:tc>
        <w:tc>
          <w:tcPr>
            <w:tcW w:w="0" w:type="auto"/>
          </w:tcPr>
          <w:p w14:paraId="0D1D4C26" w14:textId="77777777" w:rsidR="007A5E59" w:rsidRDefault="0095198F">
            <w:pPr>
              <w:jc w:val="center"/>
            </w:pPr>
            <w:r>
              <w:t>19,7745</w:t>
            </w:r>
          </w:p>
        </w:tc>
      </w:tr>
      <w:tr w:rsidR="007A5E59" w14:paraId="2D4099B2" w14:textId="77777777">
        <w:trPr>
          <w:jc w:val="center"/>
        </w:trPr>
        <w:tc>
          <w:tcPr>
            <w:tcW w:w="0" w:type="auto"/>
          </w:tcPr>
          <w:p w14:paraId="4D6DD27E" w14:textId="77777777" w:rsidR="007A5E59" w:rsidRDefault="0095198F">
            <w:r>
              <w:t>10.1.5</w:t>
            </w:r>
          </w:p>
        </w:tc>
        <w:tc>
          <w:tcPr>
            <w:tcW w:w="0" w:type="auto"/>
          </w:tcPr>
          <w:p w14:paraId="0930FB0D" w14:textId="77777777" w:rsidR="007A5E59" w:rsidRPr="00312815" w:rsidRDefault="0095198F">
            <w:pPr>
              <w:rPr>
                <w:lang w:val="ru-RU"/>
              </w:rPr>
            </w:pPr>
            <w:r w:rsidRPr="00312815">
              <w:rPr>
                <w:lang w:val="ru-RU"/>
              </w:rPr>
              <w:t>Потери на СН котельной при максимальной нагрузке</w:t>
            </w:r>
          </w:p>
        </w:tc>
        <w:tc>
          <w:tcPr>
            <w:tcW w:w="0" w:type="auto"/>
          </w:tcPr>
          <w:p w14:paraId="371BDBF1" w14:textId="77777777" w:rsidR="007A5E59" w:rsidRDefault="0095198F">
            <w:r>
              <w:t>Гкал/час</w:t>
            </w:r>
          </w:p>
        </w:tc>
        <w:tc>
          <w:tcPr>
            <w:tcW w:w="0" w:type="auto"/>
          </w:tcPr>
          <w:p w14:paraId="42D18B8F" w14:textId="77777777" w:rsidR="007A5E59" w:rsidRDefault="0095198F">
            <w:pPr>
              <w:jc w:val="center"/>
            </w:pPr>
            <w:r>
              <w:t>0,4730</w:t>
            </w:r>
          </w:p>
        </w:tc>
        <w:tc>
          <w:tcPr>
            <w:tcW w:w="0" w:type="auto"/>
          </w:tcPr>
          <w:p w14:paraId="7BE3D313" w14:textId="77777777" w:rsidR="007A5E59" w:rsidRDefault="0095198F">
            <w:pPr>
              <w:jc w:val="center"/>
            </w:pPr>
            <w:r>
              <w:t>0,4730</w:t>
            </w:r>
          </w:p>
        </w:tc>
        <w:tc>
          <w:tcPr>
            <w:tcW w:w="0" w:type="auto"/>
          </w:tcPr>
          <w:p w14:paraId="6E256FD8" w14:textId="77777777" w:rsidR="007A5E59" w:rsidRDefault="0095198F">
            <w:pPr>
              <w:jc w:val="center"/>
            </w:pPr>
            <w:r>
              <w:t>0,4730</w:t>
            </w:r>
          </w:p>
        </w:tc>
      </w:tr>
      <w:tr w:rsidR="007A5E59" w14:paraId="10924D27" w14:textId="77777777">
        <w:trPr>
          <w:jc w:val="center"/>
        </w:trPr>
        <w:tc>
          <w:tcPr>
            <w:tcW w:w="0" w:type="auto"/>
          </w:tcPr>
          <w:p w14:paraId="22550E9E" w14:textId="77777777" w:rsidR="007A5E59" w:rsidRDefault="0095198F">
            <w:r>
              <w:t>10.1.6</w:t>
            </w:r>
          </w:p>
        </w:tc>
        <w:tc>
          <w:tcPr>
            <w:tcW w:w="0" w:type="auto"/>
          </w:tcPr>
          <w:p w14:paraId="341E8BC8" w14:textId="77777777" w:rsidR="007A5E59" w:rsidRDefault="0095198F">
            <w:r>
              <w:t>Полная максимальная нагрузка котельной</w:t>
            </w:r>
          </w:p>
        </w:tc>
        <w:tc>
          <w:tcPr>
            <w:tcW w:w="0" w:type="auto"/>
          </w:tcPr>
          <w:p w14:paraId="12E53CF8" w14:textId="77777777" w:rsidR="007A5E59" w:rsidRDefault="0095198F">
            <w:r>
              <w:t>Гкал/час</w:t>
            </w:r>
          </w:p>
        </w:tc>
        <w:tc>
          <w:tcPr>
            <w:tcW w:w="0" w:type="auto"/>
          </w:tcPr>
          <w:p w14:paraId="7F60AA3E" w14:textId="77777777" w:rsidR="007A5E59" w:rsidRDefault="0095198F">
            <w:pPr>
              <w:jc w:val="center"/>
            </w:pPr>
            <w:r>
              <w:t>20,2475</w:t>
            </w:r>
          </w:p>
        </w:tc>
        <w:tc>
          <w:tcPr>
            <w:tcW w:w="0" w:type="auto"/>
          </w:tcPr>
          <w:p w14:paraId="3A6FF68C" w14:textId="77777777" w:rsidR="007A5E59" w:rsidRDefault="0095198F">
            <w:pPr>
              <w:jc w:val="center"/>
            </w:pPr>
            <w:r>
              <w:t>20,2475</w:t>
            </w:r>
          </w:p>
        </w:tc>
        <w:tc>
          <w:tcPr>
            <w:tcW w:w="0" w:type="auto"/>
          </w:tcPr>
          <w:p w14:paraId="74523398" w14:textId="77777777" w:rsidR="007A5E59" w:rsidRDefault="0095198F">
            <w:pPr>
              <w:jc w:val="center"/>
            </w:pPr>
            <w:r>
              <w:t>20,2475</w:t>
            </w:r>
          </w:p>
        </w:tc>
      </w:tr>
      <w:tr w:rsidR="007A5E59" w14:paraId="5842F4E1" w14:textId="77777777">
        <w:trPr>
          <w:jc w:val="center"/>
        </w:trPr>
        <w:tc>
          <w:tcPr>
            <w:tcW w:w="0" w:type="auto"/>
          </w:tcPr>
          <w:p w14:paraId="57A67941" w14:textId="77777777" w:rsidR="007A5E59" w:rsidRDefault="0095198F">
            <w:r>
              <w:t>10.1.7</w:t>
            </w:r>
          </w:p>
        </w:tc>
        <w:tc>
          <w:tcPr>
            <w:tcW w:w="0" w:type="auto"/>
          </w:tcPr>
          <w:p w14:paraId="28869346" w14:textId="77777777" w:rsidR="007A5E59" w:rsidRDefault="0095198F">
            <w:r>
              <w:t>Загрузка оборудования котельной</w:t>
            </w:r>
          </w:p>
        </w:tc>
        <w:tc>
          <w:tcPr>
            <w:tcW w:w="0" w:type="auto"/>
          </w:tcPr>
          <w:p w14:paraId="4DCCA40B" w14:textId="77777777" w:rsidR="007A5E59" w:rsidRDefault="0095198F">
            <w:r>
              <w:t>%</w:t>
            </w:r>
          </w:p>
        </w:tc>
        <w:tc>
          <w:tcPr>
            <w:tcW w:w="0" w:type="auto"/>
          </w:tcPr>
          <w:p w14:paraId="3EBE1C01" w14:textId="77777777" w:rsidR="007A5E59" w:rsidRDefault="0095198F">
            <w:pPr>
              <w:jc w:val="center"/>
            </w:pPr>
            <w:r>
              <w:t>56,2</w:t>
            </w:r>
          </w:p>
        </w:tc>
        <w:tc>
          <w:tcPr>
            <w:tcW w:w="0" w:type="auto"/>
          </w:tcPr>
          <w:p w14:paraId="1E451C52" w14:textId="77777777" w:rsidR="007A5E59" w:rsidRDefault="0095198F">
            <w:pPr>
              <w:jc w:val="center"/>
            </w:pPr>
            <w:r>
              <w:t>56,2</w:t>
            </w:r>
          </w:p>
        </w:tc>
        <w:tc>
          <w:tcPr>
            <w:tcW w:w="0" w:type="auto"/>
          </w:tcPr>
          <w:p w14:paraId="5C5C33FA" w14:textId="77777777" w:rsidR="007A5E59" w:rsidRDefault="0095198F">
            <w:pPr>
              <w:jc w:val="center"/>
            </w:pPr>
            <w:r>
              <w:t>56,2</w:t>
            </w:r>
          </w:p>
        </w:tc>
      </w:tr>
      <w:tr w:rsidR="007A5E59" w14:paraId="65A0DF2B" w14:textId="77777777">
        <w:trPr>
          <w:jc w:val="center"/>
        </w:trPr>
        <w:tc>
          <w:tcPr>
            <w:tcW w:w="0" w:type="auto"/>
          </w:tcPr>
          <w:p w14:paraId="1BB94DA2" w14:textId="77777777" w:rsidR="007A5E59" w:rsidRDefault="0095198F">
            <w:r>
              <w:t>10.1.8</w:t>
            </w:r>
          </w:p>
        </w:tc>
        <w:tc>
          <w:tcPr>
            <w:tcW w:w="0" w:type="auto"/>
          </w:tcPr>
          <w:p w14:paraId="2EE3F6ED" w14:textId="77777777" w:rsidR="007A5E59" w:rsidRDefault="0095198F">
            <w:r>
              <w:t>Резерв мощности котельной</w:t>
            </w:r>
          </w:p>
        </w:tc>
        <w:tc>
          <w:tcPr>
            <w:tcW w:w="0" w:type="auto"/>
          </w:tcPr>
          <w:p w14:paraId="7A84A8FA" w14:textId="77777777" w:rsidR="007A5E59" w:rsidRDefault="0095198F">
            <w:r>
              <w:t>%</w:t>
            </w:r>
          </w:p>
        </w:tc>
        <w:tc>
          <w:tcPr>
            <w:tcW w:w="0" w:type="auto"/>
          </w:tcPr>
          <w:p w14:paraId="4E537894" w14:textId="77777777" w:rsidR="007A5E59" w:rsidRDefault="0095198F">
            <w:pPr>
              <w:jc w:val="center"/>
            </w:pPr>
            <w:r>
              <w:t>43,8</w:t>
            </w:r>
          </w:p>
        </w:tc>
        <w:tc>
          <w:tcPr>
            <w:tcW w:w="0" w:type="auto"/>
          </w:tcPr>
          <w:p w14:paraId="7345A60C" w14:textId="77777777" w:rsidR="007A5E59" w:rsidRDefault="0095198F">
            <w:pPr>
              <w:jc w:val="center"/>
            </w:pPr>
            <w:r>
              <w:t>43,8</w:t>
            </w:r>
          </w:p>
        </w:tc>
        <w:tc>
          <w:tcPr>
            <w:tcW w:w="0" w:type="auto"/>
          </w:tcPr>
          <w:p w14:paraId="520003DC" w14:textId="77777777" w:rsidR="007A5E59" w:rsidRDefault="0095198F">
            <w:pPr>
              <w:jc w:val="center"/>
            </w:pPr>
            <w:r>
              <w:t>43,8</w:t>
            </w:r>
          </w:p>
        </w:tc>
      </w:tr>
      <w:tr w:rsidR="007A5E59" w14:paraId="6CA0FC3E" w14:textId="77777777">
        <w:trPr>
          <w:jc w:val="center"/>
        </w:trPr>
        <w:tc>
          <w:tcPr>
            <w:tcW w:w="0" w:type="auto"/>
          </w:tcPr>
          <w:p w14:paraId="679E6310" w14:textId="77777777" w:rsidR="007A5E59" w:rsidRDefault="0095198F">
            <w:r>
              <w:t>10.1.9</w:t>
            </w:r>
          </w:p>
        </w:tc>
        <w:tc>
          <w:tcPr>
            <w:tcW w:w="0" w:type="auto"/>
          </w:tcPr>
          <w:p w14:paraId="424B52F9" w14:textId="77777777" w:rsidR="007A5E59" w:rsidRPr="00312815" w:rsidRDefault="0095198F">
            <w:pPr>
              <w:rPr>
                <w:lang w:val="ru-RU"/>
              </w:rPr>
            </w:pPr>
            <w:r w:rsidRPr="00312815">
              <w:rPr>
                <w:lang w:val="ru-RU"/>
              </w:rPr>
              <w:t>Резерв мощности котельной по располагаемой мощности</w:t>
            </w:r>
          </w:p>
        </w:tc>
        <w:tc>
          <w:tcPr>
            <w:tcW w:w="0" w:type="auto"/>
          </w:tcPr>
          <w:p w14:paraId="5EBB0574" w14:textId="77777777" w:rsidR="007A5E59" w:rsidRDefault="0095198F">
            <w:r>
              <w:t>Гкал/час</w:t>
            </w:r>
          </w:p>
        </w:tc>
        <w:tc>
          <w:tcPr>
            <w:tcW w:w="0" w:type="auto"/>
          </w:tcPr>
          <w:p w14:paraId="47CD1BAA" w14:textId="77777777" w:rsidR="007A5E59" w:rsidRDefault="0095198F">
            <w:pPr>
              <w:jc w:val="center"/>
            </w:pPr>
            <w:r>
              <w:t>15,7525</w:t>
            </w:r>
          </w:p>
        </w:tc>
        <w:tc>
          <w:tcPr>
            <w:tcW w:w="0" w:type="auto"/>
          </w:tcPr>
          <w:p w14:paraId="22AB3182" w14:textId="77777777" w:rsidR="007A5E59" w:rsidRDefault="0095198F">
            <w:pPr>
              <w:jc w:val="center"/>
            </w:pPr>
            <w:r>
              <w:t>15,7525</w:t>
            </w:r>
          </w:p>
        </w:tc>
        <w:tc>
          <w:tcPr>
            <w:tcW w:w="0" w:type="auto"/>
          </w:tcPr>
          <w:p w14:paraId="1C971F85" w14:textId="77777777" w:rsidR="007A5E59" w:rsidRDefault="0095198F">
            <w:pPr>
              <w:jc w:val="center"/>
            </w:pPr>
            <w:r>
              <w:t>15,7525</w:t>
            </w:r>
          </w:p>
        </w:tc>
      </w:tr>
      <w:tr w:rsidR="007A5E59" w14:paraId="676F1E43" w14:textId="77777777">
        <w:trPr>
          <w:jc w:val="center"/>
        </w:trPr>
        <w:tc>
          <w:tcPr>
            <w:tcW w:w="0" w:type="auto"/>
          </w:tcPr>
          <w:p w14:paraId="76F9C8F0" w14:textId="77777777" w:rsidR="007A5E59" w:rsidRDefault="0095198F">
            <w:r>
              <w:t>10.1.10</w:t>
            </w:r>
          </w:p>
        </w:tc>
        <w:tc>
          <w:tcPr>
            <w:tcW w:w="0" w:type="auto"/>
          </w:tcPr>
          <w:p w14:paraId="679E871C" w14:textId="77777777" w:rsidR="007A5E59" w:rsidRDefault="0095198F">
            <w:r>
              <w:t>Мощность "нетто" котельной</w:t>
            </w:r>
          </w:p>
        </w:tc>
        <w:tc>
          <w:tcPr>
            <w:tcW w:w="0" w:type="auto"/>
          </w:tcPr>
          <w:p w14:paraId="47B23AFA" w14:textId="77777777" w:rsidR="007A5E59" w:rsidRDefault="0095198F">
            <w:r>
              <w:t>Гкал/час</w:t>
            </w:r>
          </w:p>
        </w:tc>
        <w:tc>
          <w:tcPr>
            <w:tcW w:w="0" w:type="auto"/>
          </w:tcPr>
          <w:p w14:paraId="1B8D61B0" w14:textId="77777777" w:rsidR="007A5E59" w:rsidRDefault="0095198F">
            <w:pPr>
              <w:jc w:val="center"/>
            </w:pPr>
            <w:r>
              <w:t>35,1389</w:t>
            </w:r>
          </w:p>
        </w:tc>
        <w:tc>
          <w:tcPr>
            <w:tcW w:w="0" w:type="auto"/>
          </w:tcPr>
          <w:p w14:paraId="19E960C0" w14:textId="77777777" w:rsidR="007A5E59" w:rsidRDefault="0095198F">
            <w:pPr>
              <w:jc w:val="center"/>
            </w:pPr>
            <w:r>
              <w:t>35,1389</w:t>
            </w:r>
          </w:p>
        </w:tc>
        <w:tc>
          <w:tcPr>
            <w:tcW w:w="0" w:type="auto"/>
          </w:tcPr>
          <w:p w14:paraId="293167FD" w14:textId="77777777" w:rsidR="007A5E59" w:rsidRDefault="0095198F">
            <w:pPr>
              <w:jc w:val="center"/>
            </w:pPr>
            <w:r>
              <w:t>35,1389</w:t>
            </w:r>
          </w:p>
        </w:tc>
      </w:tr>
      <w:tr w:rsidR="007A5E59" w14:paraId="4403A813" w14:textId="77777777">
        <w:trPr>
          <w:jc w:val="center"/>
        </w:trPr>
        <w:tc>
          <w:tcPr>
            <w:tcW w:w="0" w:type="auto"/>
          </w:tcPr>
          <w:p w14:paraId="2CE8E9E0" w14:textId="77777777" w:rsidR="007A5E59" w:rsidRDefault="0095198F">
            <w:r>
              <w:t>10.1.11</w:t>
            </w:r>
          </w:p>
        </w:tc>
        <w:tc>
          <w:tcPr>
            <w:tcW w:w="0" w:type="auto"/>
          </w:tcPr>
          <w:p w14:paraId="7E6101AD" w14:textId="77777777" w:rsidR="007A5E59" w:rsidRPr="00312815" w:rsidRDefault="0095198F">
            <w:pPr>
              <w:rPr>
                <w:lang w:val="ru-RU"/>
              </w:rPr>
            </w:pPr>
            <w:r w:rsidRPr="00312815">
              <w:rPr>
                <w:lang w:val="ru-RU"/>
              </w:rPr>
              <w:t>Потери на СН по располагаемой мощности</w:t>
            </w:r>
          </w:p>
        </w:tc>
        <w:tc>
          <w:tcPr>
            <w:tcW w:w="0" w:type="auto"/>
          </w:tcPr>
          <w:p w14:paraId="6A8A38BD" w14:textId="77777777" w:rsidR="007A5E59" w:rsidRDefault="0095198F">
            <w:r>
              <w:t>Гкал/час</w:t>
            </w:r>
          </w:p>
        </w:tc>
        <w:tc>
          <w:tcPr>
            <w:tcW w:w="0" w:type="auto"/>
          </w:tcPr>
          <w:p w14:paraId="53AFA445" w14:textId="77777777" w:rsidR="007A5E59" w:rsidRDefault="0095198F">
            <w:pPr>
              <w:jc w:val="center"/>
            </w:pPr>
            <w:r>
              <w:t>0,8611</w:t>
            </w:r>
          </w:p>
        </w:tc>
        <w:tc>
          <w:tcPr>
            <w:tcW w:w="0" w:type="auto"/>
          </w:tcPr>
          <w:p w14:paraId="143DBD57" w14:textId="77777777" w:rsidR="007A5E59" w:rsidRDefault="0095198F">
            <w:pPr>
              <w:jc w:val="center"/>
            </w:pPr>
            <w:r>
              <w:t>0,8611</w:t>
            </w:r>
          </w:p>
        </w:tc>
        <w:tc>
          <w:tcPr>
            <w:tcW w:w="0" w:type="auto"/>
          </w:tcPr>
          <w:p w14:paraId="1F957704" w14:textId="77777777" w:rsidR="007A5E59" w:rsidRDefault="0095198F">
            <w:pPr>
              <w:jc w:val="center"/>
            </w:pPr>
            <w:r>
              <w:t>0,8611</w:t>
            </w:r>
          </w:p>
        </w:tc>
      </w:tr>
      <w:tr w:rsidR="007A5E59" w14:paraId="63746DCF" w14:textId="77777777">
        <w:trPr>
          <w:jc w:val="center"/>
        </w:trPr>
        <w:tc>
          <w:tcPr>
            <w:tcW w:w="0" w:type="auto"/>
          </w:tcPr>
          <w:p w14:paraId="5B53AFA7" w14:textId="77777777" w:rsidR="007A5E59" w:rsidRDefault="0095198F">
            <w:r>
              <w:t>10.1.12</w:t>
            </w:r>
          </w:p>
        </w:tc>
        <w:tc>
          <w:tcPr>
            <w:tcW w:w="0" w:type="auto"/>
          </w:tcPr>
          <w:p w14:paraId="34866FD6" w14:textId="77777777" w:rsidR="007A5E59" w:rsidRDefault="0095198F">
            <w:r>
              <w:t>Потери на СН котельной</w:t>
            </w:r>
          </w:p>
        </w:tc>
        <w:tc>
          <w:tcPr>
            <w:tcW w:w="0" w:type="auto"/>
          </w:tcPr>
          <w:p w14:paraId="247D3A3D" w14:textId="77777777" w:rsidR="007A5E59" w:rsidRDefault="0095198F">
            <w:r>
              <w:t>%</w:t>
            </w:r>
          </w:p>
        </w:tc>
        <w:tc>
          <w:tcPr>
            <w:tcW w:w="0" w:type="auto"/>
          </w:tcPr>
          <w:p w14:paraId="732FF34D" w14:textId="77777777" w:rsidR="007A5E59" w:rsidRDefault="0095198F">
            <w:pPr>
              <w:jc w:val="center"/>
            </w:pPr>
            <w:r>
              <w:t>2,4</w:t>
            </w:r>
          </w:p>
        </w:tc>
        <w:tc>
          <w:tcPr>
            <w:tcW w:w="0" w:type="auto"/>
          </w:tcPr>
          <w:p w14:paraId="1195B335" w14:textId="77777777" w:rsidR="007A5E59" w:rsidRDefault="0095198F">
            <w:pPr>
              <w:jc w:val="center"/>
            </w:pPr>
            <w:r>
              <w:t>2,4</w:t>
            </w:r>
          </w:p>
        </w:tc>
        <w:tc>
          <w:tcPr>
            <w:tcW w:w="0" w:type="auto"/>
          </w:tcPr>
          <w:p w14:paraId="3708B0D3" w14:textId="77777777" w:rsidR="007A5E59" w:rsidRDefault="0095198F">
            <w:pPr>
              <w:jc w:val="center"/>
            </w:pPr>
            <w:r>
              <w:t>2,4</w:t>
            </w:r>
          </w:p>
        </w:tc>
      </w:tr>
      <w:tr w:rsidR="007A5E59" w14:paraId="2D149749" w14:textId="77777777">
        <w:trPr>
          <w:jc w:val="center"/>
        </w:trPr>
        <w:tc>
          <w:tcPr>
            <w:tcW w:w="0" w:type="auto"/>
          </w:tcPr>
          <w:p w14:paraId="04A59244" w14:textId="77777777" w:rsidR="007A5E59" w:rsidRDefault="0095198F">
            <w:r>
              <w:t>10.1.13</w:t>
            </w:r>
          </w:p>
        </w:tc>
        <w:tc>
          <w:tcPr>
            <w:tcW w:w="0" w:type="auto"/>
          </w:tcPr>
          <w:p w14:paraId="5EE8FC0A" w14:textId="77777777" w:rsidR="007A5E59" w:rsidRDefault="0095198F">
            <w:r>
              <w:t>Располагаемая мощность котельной</w:t>
            </w:r>
          </w:p>
        </w:tc>
        <w:tc>
          <w:tcPr>
            <w:tcW w:w="0" w:type="auto"/>
          </w:tcPr>
          <w:p w14:paraId="2B19F476" w14:textId="77777777" w:rsidR="007A5E59" w:rsidRDefault="0095198F">
            <w:r>
              <w:t>Гкал/час</w:t>
            </w:r>
          </w:p>
        </w:tc>
        <w:tc>
          <w:tcPr>
            <w:tcW w:w="0" w:type="auto"/>
          </w:tcPr>
          <w:p w14:paraId="1DC40AC4" w14:textId="77777777" w:rsidR="007A5E59" w:rsidRDefault="0095198F">
            <w:pPr>
              <w:jc w:val="center"/>
            </w:pPr>
            <w:r>
              <w:t>36,0000</w:t>
            </w:r>
          </w:p>
        </w:tc>
        <w:tc>
          <w:tcPr>
            <w:tcW w:w="0" w:type="auto"/>
          </w:tcPr>
          <w:p w14:paraId="04DDC804" w14:textId="77777777" w:rsidR="007A5E59" w:rsidRDefault="0095198F">
            <w:pPr>
              <w:jc w:val="center"/>
            </w:pPr>
            <w:r>
              <w:t>36,0000</w:t>
            </w:r>
          </w:p>
        </w:tc>
        <w:tc>
          <w:tcPr>
            <w:tcW w:w="0" w:type="auto"/>
          </w:tcPr>
          <w:p w14:paraId="4B4EE784" w14:textId="77777777" w:rsidR="007A5E59" w:rsidRDefault="0095198F">
            <w:pPr>
              <w:jc w:val="center"/>
            </w:pPr>
            <w:r>
              <w:t>36,0000</w:t>
            </w:r>
          </w:p>
        </w:tc>
      </w:tr>
      <w:tr w:rsidR="007A5E59" w14:paraId="5924F04B" w14:textId="77777777">
        <w:trPr>
          <w:jc w:val="center"/>
        </w:trPr>
        <w:tc>
          <w:tcPr>
            <w:tcW w:w="0" w:type="auto"/>
          </w:tcPr>
          <w:p w14:paraId="09FC8751" w14:textId="77777777" w:rsidR="007A5E59" w:rsidRDefault="0095198F">
            <w:r>
              <w:t>10.1.14</w:t>
            </w:r>
          </w:p>
        </w:tc>
        <w:tc>
          <w:tcPr>
            <w:tcW w:w="0" w:type="auto"/>
          </w:tcPr>
          <w:p w14:paraId="37DFDFF4" w14:textId="77777777" w:rsidR="007A5E59" w:rsidRDefault="0095198F">
            <w:r>
              <w:t>Подтверждённые технические ограничения*</w:t>
            </w:r>
          </w:p>
        </w:tc>
        <w:tc>
          <w:tcPr>
            <w:tcW w:w="0" w:type="auto"/>
          </w:tcPr>
          <w:p w14:paraId="229F6FF4" w14:textId="77777777" w:rsidR="007A5E59" w:rsidRDefault="0095198F">
            <w:r>
              <w:t>Гкал/час</w:t>
            </w:r>
          </w:p>
        </w:tc>
        <w:tc>
          <w:tcPr>
            <w:tcW w:w="0" w:type="auto"/>
          </w:tcPr>
          <w:p w14:paraId="5996B516" w14:textId="77777777" w:rsidR="007A5E59" w:rsidRDefault="0095198F">
            <w:pPr>
              <w:jc w:val="center"/>
            </w:pPr>
            <w:r>
              <w:t>0,0000</w:t>
            </w:r>
          </w:p>
        </w:tc>
        <w:tc>
          <w:tcPr>
            <w:tcW w:w="0" w:type="auto"/>
          </w:tcPr>
          <w:p w14:paraId="05ADF7D8" w14:textId="77777777" w:rsidR="007A5E59" w:rsidRDefault="0095198F">
            <w:pPr>
              <w:jc w:val="center"/>
            </w:pPr>
            <w:r>
              <w:t>0,0000</w:t>
            </w:r>
          </w:p>
        </w:tc>
        <w:tc>
          <w:tcPr>
            <w:tcW w:w="0" w:type="auto"/>
          </w:tcPr>
          <w:p w14:paraId="7E09CDB1" w14:textId="77777777" w:rsidR="007A5E59" w:rsidRDefault="0095198F">
            <w:pPr>
              <w:jc w:val="center"/>
            </w:pPr>
            <w:r>
              <w:t>0,0000</w:t>
            </w:r>
          </w:p>
        </w:tc>
      </w:tr>
      <w:tr w:rsidR="007A5E59" w14:paraId="07DD4DA1" w14:textId="77777777">
        <w:trPr>
          <w:jc w:val="center"/>
        </w:trPr>
        <w:tc>
          <w:tcPr>
            <w:tcW w:w="0" w:type="auto"/>
          </w:tcPr>
          <w:p w14:paraId="792343C9" w14:textId="77777777" w:rsidR="007A5E59" w:rsidRDefault="0095198F">
            <w:r>
              <w:t>10.1.15</w:t>
            </w:r>
          </w:p>
        </w:tc>
        <w:tc>
          <w:tcPr>
            <w:tcW w:w="0" w:type="auto"/>
          </w:tcPr>
          <w:p w14:paraId="58EC6E5A" w14:textId="77777777" w:rsidR="007A5E59" w:rsidRDefault="0095198F">
            <w:r>
              <w:t>Установленная мощность</w:t>
            </w:r>
          </w:p>
        </w:tc>
        <w:tc>
          <w:tcPr>
            <w:tcW w:w="0" w:type="auto"/>
          </w:tcPr>
          <w:p w14:paraId="0152681D" w14:textId="77777777" w:rsidR="007A5E59" w:rsidRDefault="0095198F">
            <w:r>
              <w:t>Гкал/час</w:t>
            </w:r>
          </w:p>
        </w:tc>
        <w:tc>
          <w:tcPr>
            <w:tcW w:w="0" w:type="auto"/>
          </w:tcPr>
          <w:p w14:paraId="5170C5D9" w14:textId="77777777" w:rsidR="007A5E59" w:rsidRDefault="0095198F">
            <w:pPr>
              <w:jc w:val="center"/>
            </w:pPr>
            <w:r>
              <w:t>36,0000</w:t>
            </w:r>
          </w:p>
        </w:tc>
        <w:tc>
          <w:tcPr>
            <w:tcW w:w="0" w:type="auto"/>
          </w:tcPr>
          <w:p w14:paraId="6E630134" w14:textId="77777777" w:rsidR="007A5E59" w:rsidRDefault="0095198F">
            <w:pPr>
              <w:jc w:val="center"/>
            </w:pPr>
            <w:r>
              <w:t>36,0000</w:t>
            </w:r>
          </w:p>
        </w:tc>
        <w:tc>
          <w:tcPr>
            <w:tcW w:w="0" w:type="auto"/>
          </w:tcPr>
          <w:p w14:paraId="6732185B" w14:textId="77777777" w:rsidR="007A5E59" w:rsidRDefault="0095198F">
            <w:pPr>
              <w:jc w:val="center"/>
            </w:pPr>
            <w:r>
              <w:t>36,0000</w:t>
            </w:r>
          </w:p>
        </w:tc>
      </w:tr>
      <w:tr w:rsidR="007A5E59" w14:paraId="427C7132" w14:textId="77777777">
        <w:trPr>
          <w:jc w:val="center"/>
        </w:trPr>
        <w:tc>
          <w:tcPr>
            <w:tcW w:w="0" w:type="auto"/>
          </w:tcPr>
          <w:p w14:paraId="4FF7C28C" w14:textId="77777777" w:rsidR="007A5E59" w:rsidRDefault="0095198F">
            <w:r>
              <w:t>№ пп</w:t>
            </w:r>
          </w:p>
        </w:tc>
        <w:tc>
          <w:tcPr>
            <w:tcW w:w="0" w:type="auto"/>
          </w:tcPr>
          <w:p w14:paraId="6EEF6360" w14:textId="77777777" w:rsidR="007A5E59" w:rsidRDefault="0095198F">
            <w:r>
              <w:t>Показатель</w:t>
            </w:r>
          </w:p>
        </w:tc>
        <w:tc>
          <w:tcPr>
            <w:tcW w:w="0" w:type="auto"/>
          </w:tcPr>
          <w:p w14:paraId="70C45701" w14:textId="77777777" w:rsidR="007A5E59" w:rsidRDefault="0095198F">
            <w:r>
              <w:t>Ед. изм.</w:t>
            </w:r>
          </w:p>
        </w:tc>
        <w:tc>
          <w:tcPr>
            <w:tcW w:w="0" w:type="auto"/>
          </w:tcPr>
          <w:p w14:paraId="374AA864" w14:textId="77777777" w:rsidR="007A5E59" w:rsidRDefault="0095198F">
            <w:r>
              <w:t>Этапы развития схемы ТС</w:t>
            </w:r>
          </w:p>
        </w:tc>
        <w:tc>
          <w:tcPr>
            <w:tcW w:w="0" w:type="auto"/>
          </w:tcPr>
          <w:p w14:paraId="462AD4E0" w14:textId="77777777" w:rsidR="007A5E59" w:rsidRDefault="007A5E59"/>
        </w:tc>
        <w:tc>
          <w:tcPr>
            <w:tcW w:w="0" w:type="auto"/>
          </w:tcPr>
          <w:p w14:paraId="74357954" w14:textId="77777777" w:rsidR="007A5E59" w:rsidRDefault="007A5E59"/>
        </w:tc>
      </w:tr>
      <w:tr w:rsidR="007A5E59" w14:paraId="40AFECD2" w14:textId="77777777">
        <w:trPr>
          <w:jc w:val="center"/>
        </w:trPr>
        <w:tc>
          <w:tcPr>
            <w:tcW w:w="0" w:type="auto"/>
          </w:tcPr>
          <w:p w14:paraId="3B0F515F" w14:textId="77777777" w:rsidR="007A5E59" w:rsidRDefault="007A5E59"/>
        </w:tc>
        <w:tc>
          <w:tcPr>
            <w:tcW w:w="0" w:type="auto"/>
          </w:tcPr>
          <w:p w14:paraId="55B18AEB" w14:textId="77777777" w:rsidR="007A5E59" w:rsidRDefault="007A5E59"/>
        </w:tc>
        <w:tc>
          <w:tcPr>
            <w:tcW w:w="0" w:type="auto"/>
          </w:tcPr>
          <w:p w14:paraId="172B384F" w14:textId="77777777" w:rsidR="007A5E59" w:rsidRDefault="007A5E59"/>
        </w:tc>
        <w:tc>
          <w:tcPr>
            <w:tcW w:w="0" w:type="auto"/>
          </w:tcPr>
          <w:p w14:paraId="701BE77E" w14:textId="77777777" w:rsidR="007A5E59" w:rsidRDefault="0095198F">
            <w:pPr>
              <w:jc w:val="center"/>
            </w:pPr>
            <w:r>
              <w:t>2026</w:t>
            </w:r>
          </w:p>
        </w:tc>
        <w:tc>
          <w:tcPr>
            <w:tcW w:w="0" w:type="auto"/>
          </w:tcPr>
          <w:p w14:paraId="798CC0D6" w14:textId="77777777" w:rsidR="007A5E59" w:rsidRDefault="0095198F">
            <w:pPr>
              <w:jc w:val="center"/>
            </w:pPr>
            <w:r>
              <w:t>2031</w:t>
            </w:r>
          </w:p>
        </w:tc>
        <w:tc>
          <w:tcPr>
            <w:tcW w:w="0" w:type="auto"/>
          </w:tcPr>
          <w:p w14:paraId="27CEB985" w14:textId="77777777" w:rsidR="007A5E59" w:rsidRDefault="0095198F">
            <w:pPr>
              <w:jc w:val="center"/>
            </w:pPr>
            <w:r>
              <w:t>2036</w:t>
            </w:r>
          </w:p>
        </w:tc>
      </w:tr>
      <w:tr w:rsidR="007A5E59" w14:paraId="08260874" w14:textId="77777777">
        <w:trPr>
          <w:jc w:val="center"/>
        </w:trPr>
        <w:tc>
          <w:tcPr>
            <w:tcW w:w="0" w:type="auto"/>
          </w:tcPr>
          <w:p w14:paraId="381D1566" w14:textId="77777777" w:rsidR="007A5E59" w:rsidRDefault="0095198F">
            <w:pPr>
              <w:jc w:val="center"/>
            </w:pPr>
            <w:r>
              <w:t>1</w:t>
            </w:r>
          </w:p>
        </w:tc>
        <w:tc>
          <w:tcPr>
            <w:tcW w:w="0" w:type="auto"/>
          </w:tcPr>
          <w:p w14:paraId="4ECAAD1D" w14:textId="77777777" w:rsidR="007A5E59" w:rsidRDefault="0095198F">
            <w:pPr>
              <w:jc w:val="center"/>
            </w:pPr>
            <w:r>
              <w:t>2</w:t>
            </w:r>
          </w:p>
        </w:tc>
        <w:tc>
          <w:tcPr>
            <w:tcW w:w="0" w:type="auto"/>
          </w:tcPr>
          <w:p w14:paraId="5060212D" w14:textId="77777777" w:rsidR="007A5E59" w:rsidRDefault="0095198F">
            <w:pPr>
              <w:jc w:val="center"/>
            </w:pPr>
            <w:r>
              <w:t>3</w:t>
            </w:r>
          </w:p>
        </w:tc>
        <w:tc>
          <w:tcPr>
            <w:tcW w:w="0" w:type="auto"/>
          </w:tcPr>
          <w:p w14:paraId="12E5ADEB" w14:textId="77777777" w:rsidR="007A5E59" w:rsidRDefault="0095198F">
            <w:pPr>
              <w:jc w:val="center"/>
            </w:pPr>
            <w:r>
              <w:t>4</w:t>
            </w:r>
          </w:p>
        </w:tc>
        <w:tc>
          <w:tcPr>
            <w:tcW w:w="0" w:type="auto"/>
          </w:tcPr>
          <w:p w14:paraId="104DB96F" w14:textId="77777777" w:rsidR="007A5E59" w:rsidRDefault="0095198F">
            <w:pPr>
              <w:jc w:val="center"/>
            </w:pPr>
            <w:r>
              <w:t>5</w:t>
            </w:r>
          </w:p>
        </w:tc>
        <w:tc>
          <w:tcPr>
            <w:tcW w:w="0" w:type="auto"/>
          </w:tcPr>
          <w:p w14:paraId="10CF9F7C" w14:textId="77777777" w:rsidR="007A5E59" w:rsidRDefault="0095198F">
            <w:pPr>
              <w:jc w:val="center"/>
            </w:pPr>
            <w:r>
              <w:t>6</w:t>
            </w:r>
          </w:p>
        </w:tc>
      </w:tr>
      <w:tr w:rsidR="007A5E59" w14:paraId="52A79B55" w14:textId="77777777">
        <w:trPr>
          <w:jc w:val="center"/>
        </w:trPr>
        <w:tc>
          <w:tcPr>
            <w:tcW w:w="0" w:type="auto"/>
          </w:tcPr>
          <w:p w14:paraId="361F0AA8" w14:textId="77777777" w:rsidR="007A5E59" w:rsidRDefault="0095198F">
            <w:r>
              <w:t>11.</w:t>
            </w:r>
          </w:p>
        </w:tc>
        <w:tc>
          <w:tcPr>
            <w:tcW w:w="0" w:type="auto"/>
          </w:tcPr>
          <w:p w14:paraId="5FE89191" w14:textId="77777777" w:rsidR="007A5E59" w:rsidRDefault="0095198F">
            <w:r>
              <w:t>пгт Темиртау</w:t>
            </w:r>
          </w:p>
        </w:tc>
        <w:tc>
          <w:tcPr>
            <w:tcW w:w="0" w:type="auto"/>
          </w:tcPr>
          <w:p w14:paraId="78254CE7" w14:textId="77777777" w:rsidR="007A5E59" w:rsidRDefault="007A5E59"/>
        </w:tc>
        <w:tc>
          <w:tcPr>
            <w:tcW w:w="0" w:type="auto"/>
          </w:tcPr>
          <w:p w14:paraId="4A0422F8" w14:textId="77777777" w:rsidR="007A5E59" w:rsidRDefault="007A5E59"/>
        </w:tc>
        <w:tc>
          <w:tcPr>
            <w:tcW w:w="0" w:type="auto"/>
          </w:tcPr>
          <w:p w14:paraId="1BBE510C" w14:textId="77777777" w:rsidR="007A5E59" w:rsidRDefault="007A5E59"/>
        </w:tc>
        <w:tc>
          <w:tcPr>
            <w:tcW w:w="0" w:type="auto"/>
          </w:tcPr>
          <w:p w14:paraId="6F3801BD" w14:textId="77777777" w:rsidR="007A5E59" w:rsidRDefault="007A5E59"/>
        </w:tc>
      </w:tr>
    </w:tbl>
    <w:p w14:paraId="02FEE679" w14:textId="77777777" w:rsidR="007A5E59" w:rsidRDefault="007A5E59"/>
    <w:p w14:paraId="07DC543A" w14:textId="77777777" w:rsidR="007A5E59" w:rsidRPr="00312815" w:rsidRDefault="0095198F">
      <w:pPr>
        <w:rPr>
          <w:lang w:val="ru-RU"/>
        </w:rPr>
      </w:pPr>
      <w:r w:rsidRPr="00312815">
        <w:rPr>
          <w:b/>
          <w:lang w:val="ru-RU"/>
        </w:rPr>
        <w:t>Таблица П2.9. Баланс тепловой мощности — Производственно-отопительная УПК № 10 Темир-Тау</w:t>
      </w:r>
    </w:p>
    <w:tbl>
      <w:tblPr>
        <w:tblStyle w:val="aff0"/>
        <w:tblW w:w="5000" w:type="pct"/>
        <w:jc w:val="center"/>
        <w:tblCellMar>
          <w:left w:w="57" w:type="dxa"/>
          <w:right w:w="57" w:type="dxa"/>
        </w:tblCellMar>
        <w:tblLook w:val="04A0" w:firstRow="1" w:lastRow="0" w:firstColumn="1" w:lastColumn="0" w:noHBand="0" w:noVBand="1"/>
      </w:tblPr>
      <w:tblGrid>
        <w:gridCol w:w="834"/>
        <w:gridCol w:w="3867"/>
        <w:gridCol w:w="997"/>
        <w:gridCol w:w="1859"/>
        <w:gridCol w:w="894"/>
        <w:gridCol w:w="894"/>
      </w:tblGrid>
      <w:tr w:rsidR="007A5E59" w14:paraId="0AA7EA2F" w14:textId="77777777">
        <w:trPr>
          <w:cantSplit/>
          <w:tblHeader/>
          <w:jc w:val="center"/>
        </w:trPr>
        <w:tc>
          <w:tcPr>
            <w:tcW w:w="0" w:type="auto"/>
            <w:vMerge w:val="restart"/>
            <w:shd w:val="clear" w:color="auto" w:fill="E2F0D9"/>
            <w:vAlign w:val="center"/>
          </w:tcPr>
          <w:p w14:paraId="2A97E541" w14:textId="77777777" w:rsidR="007A5E59" w:rsidRDefault="0095198F">
            <w:pPr>
              <w:jc w:val="center"/>
            </w:pPr>
            <w:r>
              <w:rPr>
                <w:b/>
              </w:rPr>
              <w:t>№ пп</w:t>
            </w:r>
          </w:p>
        </w:tc>
        <w:tc>
          <w:tcPr>
            <w:tcW w:w="0" w:type="auto"/>
            <w:vMerge w:val="restart"/>
            <w:shd w:val="clear" w:color="auto" w:fill="E2F0D9"/>
            <w:vAlign w:val="center"/>
          </w:tcPr>
          <w:p w14:paraId="2042B138" w14:textId="77777777" w:rsidR="007A5E59" w:rsidRDefault="0095198F">
            <w:pPr>
              <w:jc w:val="center"/>
            </w:pPr>
            <w:r>
              <w:rPr>
                <w:b/>
              </w:rPr>
              <w:t>Показатель</w:t>
            </w:r>
          </w:p>
        </w:tc>
        <w:tc>
          <w:tcPr>
            <w:tcW w:w="0" w:type="auto"/>
            <w:vMerge w:val="restart"/>
            <w:shd w:val="clear" w:color="auto" w:fill="E2F0D9"/>
            <w:vAlign w:val="center"/>
          </w:tcPr>
          <w:p w14:paraId="399567EE" w14:textId="77777777" w:rsidR="007A5E59" w:rsidRDefault="0095198F">
            <w:pPr>
              <w:jc w:val="center"/>
            </w:pPr>
            <w:r>
              <w:rPr>
                <w:b/>
              </w:rPr>
              <w:t>Ед. изм.</w:t>
            </w:r>
          </w:p>
        </w:tc>
        <w:tc>
          <w:tcPr>
            <w:tcW w:w="0" w:type="auto"/>
            <w:gridSpan w:val="3"/>
            <w:shd w:val="clear" w:color="auto" w:fill="E2F0D9"/>
            <w:vAlign w:val="center"/>
          </w:tcPr>
          <w:p w14:paraId="33C0E898" w14:textId="77777777" w:rsidR="007A5E59" w:rsidRDefault="0095198F">
            <w:pPr>
              <w:jc w:val="center"/>
            </w:pPr>
            <w:r>
              <w:rPr>
                <w:b/>
              </w:rPr>
              <w:t>Этапы развития схемы ТС</w:t>
            </w:r>
          </w:p>
        </w:tc>
      </w:tr>
      <w:tr w:rsidR="007A5E59" w14:paraId="5F0D0E7B" w14:textId="77777777">
        <w:trPr>
          <w:cantSplit/>
          <w:tblHeader/>
          <w:jc w:val="center"/>
        </w:trPr>
        <w:tc>
          <w:tcPr>
            <w:tcW w:w="0" w:type="auto"/>
            <w:vMerge/>
            <w:shd w:val="clear" w:color="auto" w:fill="E2F0D9"/>
            <w:vAlign w:val="center"/>
          </w:tcPr>
          <w:p w14:paraId="66CFD42E" w14:textId="77777777" w:rsidR="007A5E59" w:rsidRDefault="007A5E59">
            <w:pPr>
              <w:jc w:val="center"/>
            </w:pPr>
          </w:p>
        </w:tc>
        <w:tc>
          <w:tcPr>
            <w:tcW w:w="0" w:type="auto"/>
            <w:vMerge/>
            <w:shd w:val="clear" w:color="auto" w:fill="E2F0D9"/>
            <w:vAlign w:val="center"/>
          </w:tcPr>
          <w:p w14:paraId="4E0BD103" w14:textId="77777777" w:rsidR="007A5E59" w:rsidRDefault="007A5E59">
            <w:pPr>
              <w:jc w:val="center"/>
            </w:pPr>
          </w:p>
        </w:tc>
        <w:tc>
          <w:tcPr>
            <w:tcW w:w="0" w:type="auto"/>
            <w:vMerge/>
            <w:shd w:val="clear" w:color="auto" w:fill="E2F0D9"/>
            <w:vAlign w:val="center"/>
          </w:tcPr>
          <w:p w14:paraId="365E33EF" w14:textId="77777777" w:rsidR="007A5E59" w:rsidRDefault="007A5E59">
            <w:pPr>
              <w:jc w:val="center"/>
            </w:pPr>
          </w:p>
        </w:tc>
        <w:tc>
          <w:tcPr>
            <w:tcW w:w="0" w:type="auto"/>
            <w:shd w:val="clear" w:color="auto" w:fill="E2F0D9"/>
            <w:vAlign w:val="center"/>
          </w:tcPr>
          <w:p w14:paraId="56FB3B7A" w14:textId="77777777" w:rsidR="007A5E59" w:rsidRDefault="0095198F">
            <w:pPr>
              <w:jc w:val="center"/>
            </w:pPr>
            <w:r>
              <w:rPr>
                <w:b/>
              </w:rPr>
              <w:t>2026</w:t>
            </w:r>
          </w:p>
        </w:tc>
        <w:tc>
          <w:tcPr>
            <w:tcW w:w="0" w:type="auto"/>
            <w:shd w:val="clear" w:color="auto" w:fill="E2F0D9"/>
            <w:vAlign w:val="center"/>
          </w:tcPr>
          <w:p w14:paraId="7F25A77C" w14:textId="77777777" w:rsidR="007A5E59" w:rsidRDefault="0095198F">
            <w:pPr>
              <w:jc w:val="center"/>
            </w:pPr>
            <w:r>
              <w:rPr>
                <w:b/>
              </w:rPr>
              <w:t>2031</w:t>
            </w:r>
          </w:p>
        </w:tc>
        <w:tc>
          <w:tcPr>
            <w:tcW w:w="0" w:type="auto"/>
            <w:shd w:val="clear" w:color="auto" w:fill="E2F0D9"/>
            <w:vAlign w:val="center"/>
          </w:tcPr>
          <w:p w14:paraId="62973D07" w14:textId="77777777" w:rsidR="007A5E59" w:rsidRDefault="0095198F">
            <w:pPr>
              <w:jc w:val="center"/>
            </w:pPr>
            <w:r>
              <w:rPr>
                <w:b/>
              </w:rPr>
              <w:t>2036</w:t>
            </w:r>
          </w:p>
        </w:tc>
      </w:tr>
      <w:tr w:rsidR="007A5E59" w14:paraId="0C0B531D" w14:textId="77777777">
        <w:trPr>
          <w:cantSplit/>
          <w:tblHeader/>
          <w:jc w:val="center"/>
        </w:trPr>
        <w:tc>
          <w:tcPr>
            <w:tcW w:w="0" w:type="auto"/>
            <w:shd w:val="clear" w:color="auto" w:fill="F2F2F2"/>
            <w:vAlign w:val="center"/>
          </w:tcPr>
          <w:p w14:paraId="12F175D4" w14:textId="77777777" w:rsidR="007A5E59" w:rsidRDefault="0095198F">
            <w:pPr>
              <w:jc w:val="center"/>
            </w:pPr>
            <w:r>
              <w:t>1</w:t>
            </w:r>
          </w:p>
        </w:tc>
        <w:tc>
          <w:tcPr>
            <w:tcW w:w="0" w:type="auto"/>
            <w:shd w:val="clear" w:color="auto" w:fill="F2F2F2"/>
            <w:vAlign w:val="center"/>
          </w:tcPr>
          <w:p w14:paraId="54420421" w14:textId="77777777" w:rsidR="007A5E59" w:rsidRDefault="0095198F">
            <w:pPr>
              <w:jc w:val="center"/>
            </w:pPr>
            <w:r>
              <w:t>2</w:t>
            </w:r>
          </w:p>
        </w:tc>
        <w:tc>
          <w:tcPr>
            <w:tcW w:w="0" w:type="auto"/>
            <w:shd w:val="clear" w:color="auto" w:fill="F2F2F2"/>
            <w:vAlign w:val="center"/>
          </w:tcPr>
          <w:p w14:paraId="03A55616" w14:textId="77777777" w:rsidR="007A5E59" w:rsidRDefault="0095198F">
            <w:pPr>
              <w:jc w:val="center"/>
            </w:pPr>
            <w:r>
              <w:t>3</w:t>
            </w:r>
          </w:p>
        </w:tc>
        <w:tc>
          <w:tcPr>
            <w:tcW w:w="0" w:type="auto"/>
            <w:shd w:val="clear" w:color="auto" w:fill="F2F2F2"/>
            <w:vAlign w:val="center"/>
          </w:tcPr>
          <w:p w14:paraId="78E43346" w14:textId="77777777" w:rsidR="007A5E59" w:rsidRDefault="0095198F">
            <w:pPr>
              <w:jc w:val="center"/>
            </w:pPr>
            <w:r>
              <w:t>4</w:t>
            </w:r>
          </w:p>
        </w:tc>
        <w:tc>
          <w:tcPr>
            <w:tcW w:w="0" w:type="auto"/>
            <w:shd w:val="clear" w:color="auto" w:fill="F2F2F2"/>
            <w:vAlign w:val="center"/>
          </w:tcPr>
          <w:p w14:paraId="659007DA" w14:textId="77777777" w:rsidR="007A5E59" w:rsidRDefault="0095198F">
            <w:pPr>
              <w:jc w:val="center"/>
            </w:pPr>
            <w:r>
              <w:t>5</w:t>
            </w:r>
          </w:p>
        </w:tc>
        <w:tc>
          <w:tcPr>
            <w:tcW w:w="0" w:type="auto"/>
            <w:shd w:val="clear" w:color="auto" w:fill="F2F2F2"/>
            <w:vAlign w:val="center"/>
          </w:tcPr>
          <w:p w14:paraId="618A271C" w14:textId="77777777" w:rsidR="007A5E59" w:rsidRDefault="0095198F">
            <w:pPr>
              <w:jc w:val="center"/>
            </w:pPr>
            <w:r>
              <w:t>6</w:t>
            </w:r>
          </w:p>
        </w:tc>
      </w:tr>
      <w:tr w:rsidR="007A5E59" w:rsidRPr="00C07C05" w14:paraId="3D4BEBD1" w14:textId="77777777">
        <w:trPr>
          <w:jc w:val="center"/>
        </w:trPr>
        <w:tc>
          <w:tcPr>
            <w:tcW w:w="0" w:type="auto"/>
          </w:tcPr>
          <w:p w14:paraId="29802F44" w14:textId="77777777" w:rsidR="007A5E59" w:rsidRDefault="0095198F">
            <w:r>
              <w:t>11.1</w:t>
            </w:r>
          </w:p>
        </w:tc>
        <w:tc>
          <w:tcPr>
            <w:tcW w:w="0" w:type="auto"/>
          </w:tcPr>
          <w:p w14:paraId="35A2123B" w14:textId="77777777" w:rsidR="007A5E59" w:rsidRPr="00312815" w:rsidRDefault="0095198F">
            <w:pPr>
              <w:rPr>
                <w:lang w:val="ru-RU"/>
              </w:rPr>
            </w:pPr>
            <w:r w:rsidRPr="00312815">
              <w:rPr>
                <w:lang w:val="ru-RU"/>
              </w:rPr>
              <w:t>Производственно-отопительная УПК № 10 Темир-Тау</w:t>
            </w:r>
          </w:p>
        </w:tc>
        <w:tc>
          <w:tcPr>
            <w:tcW w:w="0" w:type="auto"/>
          </w:tcPr>
          <w:p w14:paraId="25A222B3" w14:textId="77777777" w:rsidR="007A5E59" w:rsidRPr="00312815" w:rsidRDefault="007A5E59">
            <w:pPr>
              <w:rPr>
                <w:lang w:val="ru-RU"/>
              </w:rPr>
            </w:pPr>
          </w:p>
        </w:tc>
        <w:tc>
          <w:tcPr>
            <w:tcW w:w="0" w:type="auto"/>
          </w:tcPr>
          <w:p w14:paraId="5819E885" w14:textId="77777777" w:rsidR="007A5E59" w:rsidRPr="00312815" w:rsidRDefault="007A5E59">
            <w:pPr>
              <w:rPr>
                <w:lang w:val="ru-RU"/>
              </w:rPr>
            </w:pPr>
          </w:p>
        </w:tc>
        <w:tc>
          <w:tcPr>
            <w:tcW w:w="0" w:type="auto"/>
          </w:tcPr>
          <w:p w14:paraId="74FA18B2" w14:textId="77777777" w:rsidR="007A5E59" w:rsidRPr="00312815" w:rsidRDefault="007A5E59">
            <w:pPr>
              <w:rPr>
                <w:lang w:val="ru-RU"/>
              </w:rPr>
            </w:pPr>
          </w:p>
        </w:tc>
        <w:tc>
          <w:tcPr>
            <w:tcW w:w="0" w:type="auto"/>
          </w:tcPr>
          <w:p w14:paraId="39925176" w14:textId="77777777" w:rsidR="007A5E59" w:rsidRPr="00312815" w:rsidRDefault="007A5E59">
            <w:pPr>
              <w:rPr>
                <w:lang w:val="ru-RU"/>
              </w:rPr>
            </w:pPr>
          </w:p>
        </w:tc>
      </w:tr>
      <w:tr w:rsidR="007A5E59" w14:paraId="75690667" w14:textId="77777777">
        <w:trPr>
          <w:jc w:val="center"/>
        </w:trPr>
        <w:tc>
          <w:tcPr>
            <w:tcW w:w="0" w:type="auto"/>
          </w:tcPr>
          <w:p w14:paraId="24A28380" w14:textId="77777777" w:rsidR="007A5E59" w:rsidRDefault="0095198F">
            <w:r>
              <w:t>11.1.1</w:t>
            </w:r>
          </w:p>
        </w:tc>
        <w:tc>
          <w:tcPr>
            <w:tcW w:w="0" w:type="auto"/>
          </w:tcPr>
          <w:p w14:paraId="099B7F6C" w14:textId="77777777" w:rsidR="007A5E59" w:rsidRDefault="0095198F">
            <w:r>
              <w:t>Максимальная нагрузка потребителей</w:t>
            </w:r>
          </w:p>
        </w:tc>
        <w:tc>
          <w:tcPr>
            <w:tcW w:w="0" w:type="auto"/>
          </w:tcPr>
          <w:p w14:paraId="2D74155F" w14:textId="77777777" w:rsidR="007A5E59" w:rsidRDefault="0095198F">
            <w:r>
              <w:t>Гкал/час</w:t>
            </w:r>
          </w:p>
        </w:tc>
        <w:tc>
          <w:tcPr>
            <w:tcW w:w="0" w:type="auto"/>
          </w:tcPr>
          <w:p w14:paraId="5964ADC2" w14:textId="77777777" w:rsidR="007A5E59" w:rsidRDefault="0095198F">
            <w:pPr>
              <w:jc w:val="center"/>
            </w:pPr>
            <w:r>
              <w:t>7,6445</w:t>
            </w:r>
          </w:p>
        </w:tc>
        <w:tc>
          <w:tcPr>
            <w:tcW w:w="0" w:type="auto"/>
          </w:tcPr>
          <w:p w14:paraId="066AD9ED" w14:textId="77777777" w:rsidR="007A5E59" w:rsidRDefault="0095198F">
            <w:pPr>
              <w:jc w:val="center"/>
            </w:pPr>
            <w:r>
              <w:t>7,6445</w:t>
            </w:r>
          </w:p>
        </w:tc>
        <w:tc>
          <w:tcPr>
            <w:tcW w:w="0" w:type="auto"/>
          </w:tcPr>
          <w:p w14:paraId="4C370288" w14:textId="77777777" w:rsidR="007A5E59" w:rsidRDefault="0095198F">
            <w:pPr>
              <w:jc w:val="center"/>
            </w:pPr>
            <w:r>
              <w:t>7,6445</w:t>
            </w:r>
          </w:p>
        </w:tc>
      </w:tr>
      <w:tr w:rsidR="007A5E59" w14:paraId="0326AEE0" w14:textId="77777777">
        <w:trPr>
          <w:jc w:val="center"/>
        </w:trPr>
        <w:tc>
          <w:tcPr>
            <w:tcW w:w="0" w:type="auto"/>
          </w:tcPr>
          <w:p w14:paraId="592785F1" w14:textId="77777777" w:rsidR="007A5E59" w:rsidRDefault="0095198F">
            <w:r>
              <w:t>11.1.2</w:t>
            </w:r>
          </w:p>
        </w:tc>
        <w:tc>
          <w:tcPr>
            <w:tcW w:w="0" w:type="auto"/>
          </w:tcPr>
          <w:p w14:paraId="5C4A5760" w14:textId="77777777" w:rsidR="007A5E59" w:rsidRDefault="0095198F">
            <w:r>
              <w:t>Потери ТЭ в сетях</w:t>
            </w:r>
          </w:p>
        </w:tc>
        <w:tc>
          <w:tcPr>
            <w:tcW w:w="0" w:type="auto"/>
          </w:tcPr>
          <w:p w14:paraId="2B06DC23" w14:textId="77777777" w:rsidR="007A5E59" w:rsidRDefault="0095198F">
            <w:r>
              <w:t>Гкал/час</w:t>
            </w:r>
          </w:p>
        </w:tc>
        <w:tc>
          <w:tcPr>
            <w:tcW w:w="0" w:type="auto"/>
          </w:tcPr>
          <w:p w14:paraId="4137F186" w14:textId="77777777" w:rsidR="007A5E59" w:rsidRDefault="0095198F">
            <w:pPr>
              <w:jc w:val="center"/>
            </w:pPr>
            <w:r>
              <w:t>0,9150</w:t>
            </w:r>
          </w:p>
        </w:tc>
        <w:tc>
          <w:tcPr>
            <w:tcW w:w="0" w:type="auto"/>
          </w:tcPr>
          <w:p w14:paraId="1A396E1C" w14:textId="77777777" w:rsidR="007A5E59" w:rsidRDefault="0095198F">
            <w:pPr>
              <w:jc w:val="center"/>
            </w:pPr>
            <w:r>
              <w:t>0,9150</w:t>
            </w:r>
          </w:p>
        </w:tc>
        <w:tc>
          <w:tcPr>
            <w:tcW w:w="0" w:type="auto"/>
          </w:tcPr>
          <w:p w14:paraId="2841E624" w14:textId="77777777" w:rsidR="007A5E59" w:rsidRDefault="0095198F">
            <w:pPr>
              <w:jc w:val="center"/>
            </w:pPr>
            <w:r>
              <w:t>0,9150</w:t>
            </w:r>
          </w:p>
        </w:tc>
      </w:tr>
      <w:tr w:rsidR="007A5E59" w14:paraId="705D9519" w14:textId="77777777">
        <w:trPr>
          <w:jc w:val="center"/>
        </w:trPr>
        <w:tc>
          <w:tcPr>
            <w:tcW w:w="0" w:type="auto"/>
          </w:tcPr>
          <w:p w14:paraId="7E0F78E6" w14:textId="77777777" w:rsidR="007A5E59" w:rsidRDefault="0095198F">
            <w:r>
              <w:t>11.1.3</w:t>
            </w:r>
          </w:p>
        </w:tc>
        <w:tc>
          <w:tcPr>
            <w:tcW w:w="0" w:type="auto"/>
          </w:tcPr>
          <w:p w14:paraId="329E123C" w14:textId="77777777" w:rsidR="007A5E59" w:rsidRDefault="007A5E59"/>
        </w:tc>
        <w:tc>
          <w:tcPr>
            <w:tcW w:w="0" w:type="auto"/>
          </w:tcPr>
          <w:p w14:paraId="752E49F5" w14:textId="77777777" w:rsidR="007A5E59" w:rsidRDefault="0095198F">
            <w:r>
              <w:t>%</w:t>
            </w:r>
          </w:p>
        </w:tc>
        <w:tc>
          <w:tcPr>
            <w:tcW w:w="0" w:type="auto"/>
          </w:tcPr>
          <w:p w14:paraId="0BD824C2" w14:textId="77777777" w:rsidR="007A5E59" w:rsidRDefault="0095198F">
            <w:pPr>
              <w:jc w:val="center"/>
            </w:pPr>
            <w:r>
              <w:t>10,7</w:t>
            </w:r>
          </w:p>
        </w:tc>
        <w:tc>
          <w:tcPr>
            <w:tcW w:w="0" w:type="auto"/>
          </w:tcPr>
          <w:p w14:paraId="7E06D78D" w14:textId="77777777" w:rsidR="007A5E59" w:rsidRDefault="0095198F">
            <w:pPr>
              <w:jc w:val="center"/>
            </w:pPr>
            <w:r>
              <w:t>10,7</w:t>
            </w:r>
          </w:p>
        </w:tc>
        <w:tc>
          <w:tcPr>
            <w:tcW w:w="0" w:type="auto"/>
          </w:tcPr>
          <w:p w14:paraId="67883B73" w14:textId="77777777" w:rsidR="007A5E59" w:rsidRDefault="0095198F">
            <w:pPr>
              <w:jc w:val="center"/>
            </w:pPr>
            <w:r>
              <w:t>10,7</w:t>
            </w:r>
          </w:p>
        </w:tc>
      </w:tr>
      <w:tr w:rsidR="007A5E59" w14:paraId="1CCDF144" w14:textId="77777777">
        <w:trPr>
          <w:jc w:val="center"/>
        </w:trPr>
        <w:tc>
          <w:tcPr>
            <w:tcW w:w="0" w:type="auto"/>
          </w:tcPr>
          <w:p w14:paraId="512DD69E" w14:textId="77777777" w:rsidR="007A5E59" w:rsidRDefault="0095198F">
            <w:r>
              <w:t>11.1.4</w:t>
            </w:r>
          </w:p>
        </w:tc>
        <w:tc>
          <w:tcPr>
            <w:tcW w:w="0" w:type="auto"/>
          </w:tcPr>
          <w:p w14:paraId="668F5306" w14:textId="77777777" w:rsidR="007A5E59" w:rsidRDefault="0095198F">
            <w:r>
              <w:t>Нагрузка на коллекторах котельной</w:t>
            </w:r>
          </w:p>
        </w:tc>
        <w:tc>
          <w:tcPr>
            <w:tcW w:w="0" w:type="auto"/>
          </w:tcPr>
          <w:p w14:paraId="2370EF0A" w14:textId="77777777" w:rsidR="007A5E59" w:rsidRDefault="0095198F">
            <w:r>
              <w:t>Гкал/час</w:t>
            </w:r>
          </w:p>
        </w:tc>
        <w:tc>
          <w:tcPr>
            <w:tcW w:w="0" w:type="auto"/>
          </w:tcPr>
          <w:p w14:paraId="3E8F0EA7" w14:textId="77777777" w:rsidR="007A5E59" w:rsidRDefault="0095198F">
            <w:pPr>
              <w:jc w:val="center"/>
            </w:pPr>
            <w:r>
              <w:t>8,5595</w:t>
            </w:r>
          </w:p>
        </w:tc>
        <w:tc>
          <w:tcPr>
            <w:tcW w:w="0" w:type="auto"/>
          </w:tcPr>
          <w:p w14:paraId="1131E31B" w14:textId="77777777" w:rsidR="007A5E59" w:rsidRDefault="0095198F">
            <w:pPr>
              <w:jc w:val="center"/>
            </w:pPr>
            <w:r>
              <w:t>8,5595</w:t>
            </w:r>
          </w:p>
        </w:tc>
        <w:tc>
          <w:tcPr>
            <w:tcW w:w="0" w:type="auto"/>
          </w:tcPr>
          <w:p w14:paraId="41E22C65" w14:textId="77777777" w:rsidR="007A5E59" w:rsidRDefault="0095198F">
            <w:pPr>
              <w:jc w:val="center"/>
            </w:pPr>
            <w:r>
              <w:t>8,5595</w:t>
            </w:r>
          </w:p>
        </w:tc>
      </w:tr>
      <w:tr w:rsidR="007A5E59" w14:paraId="61970305" w14:textId="77777777">
        <w:trPr>
          <w:jc w:val="center"/>
        </w:trPr>
        <w:tc>
          <w:tcPr>
            <w:tcW w:w="0" w:type="auto"/>
          </w:tcPr>
          <w:p w14:paraId="23AD77A0" w14:textId="77777777" w:rsidR="007A5E59" w:rsidRDefault="0095198F">
            <w:r>
              <w:t>11.1.5</w:t>
            </w:r>
          </w:p>
        </w:tc>
        <w:tc>
          <w:tcPr>
            <w:tcW w:w="0" w:type="auto"/>
          </w:tcPr>
          <w:p w14:paraId="50D2F843" w14:textId="77777777" w:rsidR="007A5E59" w:rsidRPr="00312815" w:rsidRDefault="0095198F">
            <w:pPr>
              <w:rPr>
                <w:lang w:val="ru-RU"/>
              </w:rPr>
            </w:pPr>
            <w:r w:rsidRPr="00312815">
              <w:rPr>
                <w:lang w:val="ru-RU"/>
              </w:rPr>
              <w:t>Потери на СН котельной при максимальной нагрузке</w:t>
            </w:r>
          </w:p>
        </w:tc>
        <w:tc>
          <w:tcPr>
            <w:tcW w:w="0" w:type="auto"/>
          </w:tcPr>
          <w:p w14:paraId="488AF296" w14:textId="77777777" w:rsidR="007A5E59" w:rsidRDefault="0095198F">
            <w:r>
              <w:t>Гкал/час</w:t>
            </w:r>
          </w:p>
        </w:tc>
        <w:tc>
          <w:tcPr>
            <w:tcW w:w="0" w:type="auto"/>
          </w:tcPr>
          <w:p w14:paraId="158952F0" w14:textId="77777777" w:rsidR="007A5E59" w:rsidRDefault="0095198F">
            <w:pPr>
              <w:jc w:val="center"/>
            </w:pPr>
            <w:r>
              <w:t>0,1390</w:t>
            </w:r>
          </w:p>
        </w:tc>
        <w:tc>
          <w:tcPr>
            <w:tcW w:w="0" w:type="auto"/>
          </w:tcPr>
          <w:p w14:paraId="503F90FC" w14:textId="77777777" w:rsidR="007A5E59" w:rsidRDefault="0095198F">
            <w:pPr>
              <w:jc w:val="center"/>
            </w:pPr>
            <w:r>
              <w:t>0,1390</w:t>
            </w:r>
          </w:p>
        </w:tc>
        <w:tc>
          <w:tcPr>
            <w:tcW w:w="0" w:type="auto"/>
          </w:tcPr>
          <w:p w14:paraId="31A9FE8C" w14:textId="77777777" w:rsidR="007A5E59" w:rsidRDefault="0095198F">
            <w:pPr>
              <w:jc w:val="center"/>
            </w:pPr>
            <w:r>
              <w:t>0,1390</w:t>
            </w:r>
          </w:p>
        </w:tc>
      </w:tr>
      <w:tr w:rsidR="007A5E59" w14:paraId="6059FEC2" w14:textId="77777777">
        <w:trPr>
          <w:jc w:val="center"/>
        </w:trPr>
        <w:tc>
          <w:tcPr>
            <w:tcW w:w="0" w:type="auto"/>
          </w:tcPr>
          <w:p w14:paraId="795BBF90" w14:textId="77777777" w:rsidR="007A5E59" w:rsidRDefault="0095198F">
            <w:r>
              <w:t>11.1.6</w:t>
            </w:r>
          </w:p>
        </w:tc>
        <w:tc>
          <w:tcPr>
            <w:tcW w:w="0" w:type="auto"/>
          </w:tcPr>
          <w:p w14:paraId="4FD0F4F7" w14:textId="77777777" w:rsidR="007A5E59" w:rsidRDefault="0095198F">
            <w:r>
              <w:t>Полная максимальная нагрузка котельной</w:t>
            </w:r>
          </w:p>
        </w:tc>
        <w:tc>
          <w:tcPr>
            <w:tcW w:w="0" w:type="auto"/>
          </w:tcPr>
          <w:p w14:paraId="1E529919" w14:textId="77777777" w:rsidR="007A5E59" w:rsidRDefault="0095198F">
            <w:r>
              <w:t>Гкал/час</w:t>
            </w:r>
          </w:p>
        </w:tc>
        <w:tc>
          <w:tcPr>
            <w:tcW w:w="0" w:type="auto"/>
          </w:tcPr>
          <w:p w14:paraId="61C8271A" w14:textId="77777777" w:rsidR="007A5E59" w:rsidRDefault="0095198F">
            <w:pPr>
              <w:jc w:val="center"/>
            </w:pPr>
            <w:r>
              <w:t>8,6985</w:t>
            </w:r>
          </w:p>
        </w:tc>
        <w:tc>
          <w:tcPr>
            <w:tcW w:w="0" w:type="auto"/>
          </w:tcPr>
          <w:p w14:paraId="5690F42C" w14:textId="77777777" w:rsidR="007A5E59" w:rsidRDefault="0095198F">
            <w:pPr>
              <w:jc w:val="center"/>
            </w:pPr>
            <w:r>
              <w:t>8,6985</w:t>
            </w:r>
          </w:p>
        </w:tc>
        <w:tc>
          <w:tcPr>
            <w:tcW w:w="0" w:type="auto"/>
          </w:tcPr>
          <w:p w14:paraId="11F43320" w14:textId="77777777" w:rsidR="007A5E59" w:rsidRDefault="0095198F">
            <w:pPr>
              <w:jc w:val="center"/>
            </w:pPr>
            <w:r>
              <w:t>8,6985</w:t>
            </w:r>
          </w:p>
        </w:tc>
      </w:tr>
      <w:tr w:rsidR="007A5E59" w14:paraId="0AD55872" w14:textId="77777777">
        <w:trPr>
          <w:jc w:val="center"/>
        </w:trPr>
        <w:tc>
          <w:tcPr>
            <w:tcW w:w="0" w:type="auto"/>
          </w:tcPr>
          <w:p w14:paraId="778F31CA" w14:textId="77777777" w:rsidR="007A5E59" w:rsidRDefault="0095198F">
            <w:r>
              <w:t>11.1.7</w:t>
            </w:r>
          </w:p>
        </w:tc>
        <w:tc>
          <w:tcPr>
            <w:tcW w:w="0" w:type="auto"/>
          </w:tcPr>
          <w:p w14:paraId="4B760001" w14:textId="77777777" w:rsidR="007A5E59" w:rsidRDefault="0095198F">
            <w:r>
              <w:t>Загрузка оборудования котельной</w:t>
            </w:r>
          </w:p>
        </w:tc>
        <w:tc>
          <w:tcPr>
            <w:tcW w:w="0" w:type="auto"/>
          </w:tcPr>
          <w:p w14:paraId="08EAF651" w14:textId="77777777" w:rsidR="007A5E59" w:rsidRDefault="0095198F">
            <w:r>
              <w:t>%</w:t>
            </w:r>
          </w:p>
        </w:tc>
        <w:tc>
          <w:tcPr>
            <w:tcW w:w="0" w:type="auto"/>
          </w:tcPr>
          <w:p w14:paraId="38F82DA2" w14:textId="77777777" w:rsidR="007A5E59" w:rsidRDefault="0095198F">
            <w:pPr>
              <w:jc w:val="center"/>
            </w:pPr>
            <w:r>
              <w:t>25,9</w:t>
            </w:r>
          </w:p>
        </w:tc>
        <w:tc>
          <w:tcPr>
            <w:tcW w:w="0" w:type="auto"/>
          </w:tcPr>
          <w:p w14:paraId="23FB8023" w14:textId="77777777" w:rsidR="007A5E59" w:rsidRDefault="0095198F">
            <w:pPr>
              <w:jc w:val="center"/>
            </w:pPr>
            <w:r>
              <w:t>25,9</w:t>
            </w:r>
          </w:p>
        </w:tc>
        <w:tc>
          <w:tcPr>
            <w:tcW w:w="0" w:type="auto"/>
          </w:tcPr>
          <w:p w14:paraId="026F81DB" w14:textId="77777777" w:rsidR="007A5E59" w:rsidRDefault="0095198F">
            <w:pPr>
              <w:jc w:val="center"/>
            </w:pPr>
            <w:r>
              <w:t>25,9</w:t>
            </w:r>
          </w:p>
        </w:tc>
      </w:tr>
      <w:tr w:rsidR="007A5E59" w14:paraId="0B74AC24" w14:textId="77777777">
        <w:trPr>
          <w:jc w:val="center"/>
        </w:trPr>
        <w:tc>
          <w:tcPr>
            <w:tcW w:w="0" w:type="auto"/>
          </w:tcPr>
          <w:p w14:paraId="35AED580" w14:textId="77777777" w:rsidR="007A5E59" w:rsidRDefault="0095198F">
            <w:r>
              <w:t>11.1.8</w:t>
            </w:r>
          </w:p>
        </w:tc>
        <w:tc>
          <w:tcPr>
            <w:tcW w:w="0" w:type="auto"/>
          </w:tcPr>
          <w:p w14:paraId="0F414FEF" w14:textId="77777777" w:rsidR="007A5E59" w:rsidRDefault="0095198F">
            <w:r>
              <w:t>Резерв мощности котельной</w:t>
            </w:r>
          </w:p>
        </w:tc>
        <w:tc>
          <w:tcPr>
            <w:tcW w:w="0" w:type="auto"/>
          </w:tcPr>
          <w:p w14:paraId="57A4301B" w14:textId="77777777" w:rsidR="007A5E59" w:rsidRDefault="0095198F">
            <w:r>
              <w:t>%</w:t>
            </w:r>
          </w:p>
        </w:tc>
        <w:tc>
          <w:tcPr>
            <w:tcW w:w="0" w:type="auto"/>
          </w:tcPr>
          <w:p w14:paraId="50D6630F" w14:textId="77777777" w:rsidR="007A5E59" w:rsidRDefault="0095198F">
            <w:pPr>
              <w:jc w:val="center"/>
            </w:pPr>
            <w:r>
              <w:t>74,1</w:t>
            </w:r>
          </w:p>
        </w:tc>
        <w:tc>
          <w:tcPr>
            <w:tcW w:w="0" w:type="auto"/>
          </w:tcPr>
          <w:p w14:paraId="4BA31BD4" w14:textId="77777777" w:rsidR="007A5E59" w:rsidRDefault="0095198F">
            <w:pPr>
              <w:jc w:val="center"/>
            </w:pPr>
            <w:r>
              <w:t>74,1</w:t>
            </w:r>
          </w:p>
        </w:tc>
        <w:tc>
          <w:tcPr>
            <w:tcW w:w="0" w:type="auto"/>
          </w:tcPr>
          <w:p w14:paraId="4B6F64A3" w14:textId="77777777" w:rsidR="007A5E59" w:rsidRDefault="0095198F">
            <w:pPr>
              <w:jc w:val="center"/>
            </w:pPr>
            <w:r>
              <w:t>74,1</w:t>
            </w:r>
          </w:p>
        </w:tc>
      </w:tr>
      <w:tr w:rsidR="007A5E59" w14:paraId="65503A05" w14:textId="77777777">
        <w:trPr>
          <w:jc w:val="center"/>
        </w:trPr>
        <w:tc>
          <w:tcPr>
            <w:tcW w:w="0" w:type="auto"/>
          </w:tcPr>
          <w:p w14:paraId="15FC9C46" w14:textId="77777777" w:rsidR="007A5E59" w:rsidRDefault="0095198F">
            <w:r>
              <w:t>11.1.9</w:t>
            </w:r>
          </w:p>
        </w:tc>
        <w:tc>
          <w:tcPr>
            <w:tcW w:w="0" w:type="auto"/>
          </w:tcPr>
          <w:p w14:paraId="1703EFF1" w14:textId="77777777" w:rsidR="007A5E59" w:rsidRPr="00312815" w:rsidRDefault="0095198F">
            <w:pPr>
              <w:rPr>
                <w:lang w:val="ru-RU"/>
              </w:rPr>
            </w:pPr>
            <w:r w:rsidRPr="00312815">
              <w:rPr>
                <w:lang w:val="ru-RU"/>
              </w:rPr>
              <w:t>Резерв мощности котельной по располагаемой мощности</w:t>
            </w:r>
          </w:p>
        </w:tc>
        <w:tc>
          <w:tcPr>
            <w:tcW w:w="0" w:type="auto"/>
          </w:tcPr>
          <w:p w14:paraId="0D18A11C" w14:textId="77777777" w:rsidR="007A5E59" w:rsidRDefault="0095198F">
            <w:r>
              <w:t>Гкал/час</w:t>
            </w:r>
          </w:p>
        </w:tc>
        <w:tc>
          <w:tcPr>
            <w:tcW w:w="0" w:type="auto"/>
          </w:tcPr>
          <w:p w14:paraId="04E95743" w14:textId="77777777" w:rsidR="007A5E59" w:rsidRDefault="0095198F">
            <w:pPr>
              <w:jc w:val="center"/>
            </w:pPr>
            <w:r>
              <w:t>24,9015</w:t>
            </w:r>
          </w:p>
        </w:tc>
        <w:tc>
          <w:tcPr>
            <w:tcW w:w="0" w:type="auto"/>
          </w:tcPr>
          <w:p w14:paraId="06C55FA3" w14:textId="77777777" w:rsidR="007A5E59" w:rsidRDefault="0095198F">
            <w:pPr>
              <w:jc w:val="center"/>
            </w:pPr>
            <w:r>
              <w:t>24,9015</w:t>
            </w:r>
          </w:p>
        </w:tc>
        <w:tc>
          <w:tcPr>
            <w:tcW w:w="0" w:type="auto"/>
          </w:tcPr>
          <w:p w14:paraId="5CF2AFD4" w14:textId="77777777" w:rsidR="007A5E59" w:rsidRDefault="0095198F">
            <w:pPr>
              <w:jc w:val="center"/>
            </w:pPr>
            <w:r>
              <w:t>24,9015</w:t>
            </w:r>
          </w:p>
        </w:tc>
      </w:tr>
      <w:tr w:rsidR="007A5E59" w14:paraId="5F1379FD" w14:textId="77777777">
        <w:trPr>
          <w:jc w:val="center"/>
        </w:trPr>
        <w:tc>
          <w:tcPr>
            <w:tcW w:w="0" w:type="auto"/>
          </w:tcPr>
          <w:p w14:paraId="51CEC222" w14:textId="77777777" w:rsidR="007A5E59" w:rsidRDefault="0095198F">
            <w:r>
              <w:t>11.1.10</w:t>
            </w:r>
          </w:p>
        </w:tc>
        <w:tc>
          <w:tcPr>
            <w:tcW w:w="0" w:type="auto"/>
          </w:tcPr>
          <w:p w14:paraId="03FA76E9" w14:textId="77777777" w:rsidR="007A5E59" w:rsidRDefault="0095198F">
            <w:r>
              <w:t>Мощность "нетто" котельной</w:t>
            </w:r>
          </w:p>
        </w:tc>
        <w:tc>
          <w:tcPr>
            <w:tcW w:w="0" w:type="auto"/>
          </w:tcPr>
          <w:p w14:paraId="3AB072FB" w14:textId="77777777" w:rsidR="007A5E59" w:rsidRDefault="0095198F">
            <w:r>
              <w:t>Гкал/час</w:t>
            </w:r>
          </w:p>
        </w:tc>
        <w:tc>
          <w:tcPr>
            <w:tcW w:w="0" w:type="auto"/>
          </w:tcPr>
          <w:p w14:paraId="1E37D2B7" w14:textId="77777777" w:rsidR="007A5E59" w:rsidRDefault="0095198F">
            <w:pPr>
              <w:jc w:val="center"/>
            </w:pPr>
            <w:r>
              <w:t>33,0544</w:t>
            </w:r>
          </w:p>
        </w:tc>
        <w:tc>
          <w:tcPr>
            <w:tcW w:w="0" w:type="auto"/>
          </w:tcPr>
          <w:p w14:paraId="5E9B6D8D" w14:textId="77777777" w:rsidR="007A5E59" w:rsidRDefault="0095198F">
            <w:pPr>
              <w:jc w:val="center"/>
            </w:pPr>
            <w:r>
              <w:t>33,0544</w:t>
            </w:r>
          </w:p>
        </w:tc>
        <w:tc>
          <w:tcPr>
            <w:tcW w:w="0" w:type="auto"/>
          </w:tcPr>
          <w:p w14:paraId="0BC6A779" w14:textId="77777777" w:rsidR="007A5E59" w:rsidRDefault="0095198F">
            <w:pPr>
              <w:jc w:val="center"/>
            </w:pPr>
            <w:r>
              <w:t>33,0544</w:t>
            </w:r>
          </w:p>
        </w:tc>
      </w:tr>
      <w:tr w:rsidR="007A5E59" w14:paraId="7267E01F" w14:textId="77777777">
        <w:trPr>
          <w:jc w:val="center"/>
        </w:trPr>
        <w:tc>
          <w:tcPr>
            <w:tcW w:w="0" w:type="auto"/>
          </w:tcPr>
          <w:p w14:paraId="093BBF1F" w14:textId="77777777" w:rsidR="007A5E59" w:rsidRDefault="0095198F">
            <w:r>
              <w:t>11.1.11</w:t>
            </w:r>
          </w:p>
        </w:tc>
        <w:tc>
          <w:tcPr>
            <w:tcW w:w="0" w:type="auto"/>
          </w:tcPr>
          <w:p w14:paraId="541FC46E" w14:textId="77777777" w:rsidR="007A5E59" w:rsidRPr="00312815" w:rsidRDefault="0095198F">
            <w:pPr>
              <w:rPr>
                <w:lang w:val="ru-RU"/>
              </w:rPr>
            </w:pPr>
            <w:r w:rsidRPr="00312815">
              <w:rPr>
                <w:lang w:val="ru-RU"/>
              </w:rPr>
              <w:t>Потери на СН по располагаемой мощности</w:t>
            </w:r>
          </w:p>
        </w:tc>
        <w:tc>
          <w:tcPr>
            <w:tcW w:w="0" w:type="auto"/>
          </w:tcPr>
          <w:p w14:paraId="61BF8454" w14:textId="77777777" w:rsidR="007A5E59" w:rsidRDefault="0095198F">
            <w:r>
              <w:t>Гкал/час</w:t>
            </w:r>
          </w:p>
        </w:tc>
        <w:tc>
          <w:tcPr>
            <w:tcW w:w="0" w:type="auto"/>
          </w:tcPr>
          <w:p w14:paraId="0B447897" w14:textId="77777777" w:rsidR="007A5E59" w:rsidRDefault="0095198F">
            <w:pPr>
              <w:jc w:val="center"/>
            </w:pPr>
            <w:r>
              <w:t>0,5456</w:t>
            </w:r>
          </w:p>
        </w:tc>
        <w:tc>
          <w:tcPr>
            <w:tcW w:w="0" w:type="auto"/>
          </w:tcPr>
          <w:p w14:paraId="5CD2E5D0" w14:textId="77777777" w:rsidR="007A5E59" w:rsidRDefault="0095198F">
            <w:pPr>
              <w:jc w:val="center"/>
            </w:pPr>
            <w:r>
              <w:t>0,5456</w:t>
            </w:r>
          </w:p>
        </w:tc>
        <w:tc>
          <w:tcPr>
            <w:tcW w:w="0" w:type="auto"/>
          </w:tcPr>
          <w:p w14:paraId="21C735CE" w14:textId="77777777" w:rsidR="007A5E59" w:rsidRDefault="0095198F">
            <w:pPr>
              <w:jc w:val="center"/>
            </w:pPr>
            <w:r>
              <w:t>0,5456</w:t>
            </w:r>
          </w:p>
        </w:tc>
      </w:tr>
      <w:tr w:rsidR="007A5E59" w14:paraId="2A88F7BA" w14:textId="77777777">
        <w:trPr>
          <w:jc w:val="center"/>
        </w:trPr>
        <w:tc>
          <w:tcPr>
            <w:tcW w:w="0" w:type="auto"/>
          </w:tcPr>
          <w:p w14:paraId="160DFF9F" w14:textId="77777777" w:rsidR="007A5E59" w:rsidRDefault="0095198F">
            <w:r>
              <w:t>11.1.12</w:t>
            </w:r>
          </w:p>
        </w:tc>
        <w:tc>
          <w:tcPr>
            <w:tcW w:w="0" w:type="auto"/>
          </w:tcPr>
          <w:p w14:paraId="32144211" w14:textId="77777777" w:rsidR="007A5E59" w:rsidRDefault="0095198F">
            <w:r>
              <w:t>Потери на СН котельной</w:t>
            </w:r>
          </w:p>
        </w:tc>
        <w:tc>
          <w:tcPr>
            <w:tcW w:w="0" w:type="auto"/>
          </w:tcPr>
          <w:p w14:paraId="4E374EB5" w14:textId="77777777" w:rsidR="007A5E59" w:rsidRDefault="0095198F">
            <w:r>
              <w:t>%</w:t>
            </w:r>
          </w:p>
        </w:tc>
        <w:tc>
          <w:tcPr>
            <w:tcW w:w="0" w:type="auto"/>
          </w:tcPr>
          <w:p w14:paraId="3AD34900" w14:textId="77777777" w:rsidR="007A5E59" w:rsidRDefault="0095198F">
            <w:pPr>
              <w:jc w:val="center"/>
            </w:pPr>
            <w:r>
              <w:t>1,6</w:t>
            </w:r>
          </w:p>
        </w:tc>
        <w:tc>
          <w:tcPr>
            <w:tcW w:w="0" w:type="auto"/>
          </w:tcPr>
          <w:p w14:paraId="56A45745" w14:textId="77777777" w:rsidR="007A5E59" w:rsidRDefault="0095198F">
            <w:pPr>
              <w:jc w:val="center"/>
            </w:pPr>
            <w:r>
              <w:t>1,6</w:t>
            </w:r>
          </w:p>
        </w:tc>
        <w:tc>
          <w:tcPr>
            <w:tcW w:w="0" w:type="auto"/>
          </w:tcPr>
          <w:p w14:paraId="79B4DCD6" w14:textId="77777777" w:rsidR="007A5E59" w:rsidRDefault="0095198F">
            <w:pPr>
              <w:jc w:val="center"/>
            </w:pPr>
            <w:r>
              <w:t>1,6</w:t>
            </w:r>
          </w:p>
        </w:tc>
      </w:tr>
      <w:tr w:rsidR="007A5E59" w14:paraId="02759FCB" w14:textId="77777777">
        <w:trPr>
          <w:jc w:val="center"/>
        </w:trPr>
        <w:tc>
          <w:tcPr>
            <w:tcW w:w="0" w:type="auto"/>
          </w:tcPr>
          <w:p w14:paraId="63946951" w14:textId="77777777" w:rsidR="007A5E59" w:rsidRDefault="0095198F">
            <w:r>
              <w:t>11.1.13</w:t>
            </w:r>
          </w:p>
        </w:tc>
        <w:tc>
          <w:tcPr>
            <w:tcW w:w="0" w:type="auto"/>
          </w:tcPr>
          <w:p w14:paraId="4F9944F5" w14:textId="77777777" w:rsidR="007A5E59" w:rsidRDefault="0095198F">
            <w:r>
              <w:t>Располагаемая мощность котельной</w:t>
            </w:r>
          </w:p>
        </w:tc>
        <w:tc>
          <w:tcPr>
            <w:tcW w:w="0" w:type="auto"/>
          </w:tcPr>
          <w:p w14:paraId="45F7407F" w14:textId="77777777" w:rsidR="007A5E59" w:rsidRDefault="0095198F">
            <w:r>
              <w:t>Гкал/час</w:t>
            </w:r>
          </w:p>
        </w:tc>
        <w:tc>
          <w:tcPr>
            <w:tcW w:w="0" w:type="auto"/>
          </w:tcPr>
          <w:p w14:paraId="39722BA4" w14:textId="77777777" w:rsidR="007A5E59" w:rsidRDefault="0095198F">
            <w:pPr>
              <w:jc w:val="center"/>
            </w:pPr>
            <w:r>
              <w:t>33,6000</w:t>
            </w:r>
          </w:p>
        </w:tc>
        <w:tc>
          <w:tcPr>
            <w:tcW w:w="0" w:type="auto"/>
          </w:tcPr>
          <w:p w14:paraId="6C0114CF" w14:textId="77777777" w:rsidR="007A5E59" w:rsidRDefault="0095198F">
            <w:pPr>
              <w:jc w:val="center"/>
            </w:pPr>
            <w:r>
              <w:t>33,6000</w:t>
            </w:r>
          </w:p>
        </w:tc>
        <w:tc>
          <w:tcPr>
            <w:tcW w:w="0" w:type="auto"/>
          </w:tcPr>
          <w:p w14:paraId="00882810" w14:textId="77777777" w:rsidR="007A5E59" w:rsidRDefault="0095198F">
            <w:pPr>
              <w:jc w:val="center"/>
            </w:pPr>
            <w:r>
              <w:t>33,6000</w:t>
            </w:r>
          </w:p>
        </w:tc>
      </w:tr>
      <w:tr w:rsidR="007A5E59" w14:paraId="75E1FFB4" w14:textId="77777777">
        <w:trPr>
          <w:jc w:val="center"/>
        </w:trPr>
        <w:tc>
          <w:tcPr>
            <w:tcW w:w="0" w:type="auto"/>
          </w:tcPr>
          <w:p w14:paraId="757FE824" w14:textId="77777777" w:rsidR="007A5E59" w:rsidRDefault="0095198F">
            <w:r>
              <w:t>11.1.14</w:t>
            </w:r>
          </w:p>
        </w:tc>
        <w:tc>
          <w:tcPr>
            <w:tcW w:w="0" w:type="auto"/>
          </w:tcPr>
          <w:p w14:paraId="46F997A9" w14:textId="77777777" w:rsidR="007A5E59" w:rsidRDefault="0095198F">
            <w:r>
              <w:t>Подтверждённые технические ограничения*</w:t>
            </w:r>
          </w:p>
        </w:tc>
        <w:tc>
          <w:tcPr>
            <w:tcW w:w="0" w:type="auto"/>
          </w:tcPr>
          <w:p w14:paraId="703C132C" w14:textId="77777777" w:rsidR="007A5E59" w:rsidRDefault="0095198F">
            <w:r>
              <w:t>Гкал/час</w:t>
            </w:r>
          </w:p>
        </w:tc>
        <w:tc>
          <w:tcPr>
            <w:tcW w:w="0" w:type="auto"/>
          </w:tcPr>
          <w:p w14:paraId="4BB86496" w14:textId="77777777" w:rsidR="007A5E59" w:rsidRDefault="0095198F">
            <w:pPr>
              <w:jc w:val="center"/>
            </w:pPr>
            <w:r>
              <w:t>0,0000</w:t>
            </w:r>
          </w:p>
        </w:tc>
        <w:tc>
          <w:tcPr>
            <w:tcW w:w="0" w:type="auto"/>
          </w:tcPr>
          <w:p w14:paraId="7BF7B404" w14:textId="77777777" w:rsidR="007A5E59" w:rsidRDefault="0095198F">
            <w:pPr>
              <w:jc w:val="center"/>
            </w:pPr>
            <w:r>
              <w:t>0,0000</w:t>
            </w:r>
          </w:p>
        </w:tc>
        <w:tc>
          <w:tcPr>
            <w:tcW w:w="0" w:type="auto"/>
          </w:tcPr>
          <w:p w14:paraId="68C20260" w14:textId="77777777" w:rsidR="007A5E59" w:rsidRDefault="0095198F">
            <w:pPr>
              <w:jc w:val="center"/>
            </w:pPr>
            <w:r>
              <w:t>0,0000</w:t>
            </w:r>
          </w:p>
        </w:tc>
      </w:tr>
      <w:tr w:rsidR="007A5E59" w14:paraId="31E24F5F" w14:textId="77777777">
        <w:trPr>
          <w:jc w:val="center"/>
        </w:trPr>
        <w:tc>
          <w:tcPr>
            <w:tcW w:w="0" w:type="auto"/>
          </w:tcPr>
          <w:p w14:paraId="7A1B8CA1" w14:textId="77777777" w:rsidR="007A5E59" w:rsidRDefault="0095198F">
            <w:r>
              <w:t>11.1.15</w:t>
            </w:r>
          </w:p>
        </w:tc>
        <w:tc>
          <w:tcPr>
            <w:tcW w:w="0" w:type="auto"/>
          </w:tcPr>
          <w:p w14:paraId="0DEF0097" w14:textId="77777777" w:rsidR="007A5E59" w:rsidRDefault="0095198F">
            <w:r>
              <w:t>Установленная мощность</w:t>
            </w:r>
          </w:p>
        </w:tc>
        <w:tc>
          <w:tcPr>
            <w:tcW w:w="0" w:type="auto"/>
          </w:tcPr>
          <w:p w14:paraId="24F65D53" w14:textId="77777777" w:rsidR="007A5E59" w:rsidRDefault="0095198F">
            <w:r>
              <w:t>Гкал/час</w:t>
            </w:r>
          </w:p>
        </w:tc>
        <w:tc>
          <w:tcPr>
            <w:tcW w:w="0" w:type="auto"/>
          </w:tcPr>
          <w:p w14:paraId="1A670309" w14:textId="77777777" w:rsidR="007A5E59" w:rsidRDefault="0095198F">
            <w:pPr>
              <w:jc w:val="center"/>
            </w:pPr>
            <w:r>
              <w:t>33,6000</w:t>
            </w:r>
          </w:p>
        </w:tc>
        <w:tc>
          <w:tcPr>
            <w:tcW w:w="0" w:type="auto"/>
          </w:tcPr>
          <w:p w14:paraId="7CEC277D" w14:textId="77777777" w:rsidR="007A5E59" w:rsidRDefault="0095198F">
            <w:pPr>
              <w:jc w:val="center"/>
            </w:pPr>
            <w:r>
              <w:t>33,6000</w:t>
            </w:r>
          </w:p>
        </w:tc>
        <w:tc>
          <w:tcPr>
            <w:tcW w:w="0" w:type="auto"/>
          </w:tcPr>
          <w:p w14:paraId="0AB3E199" w14:textId="77777777" w:rsidR="007A5E59" w:rsidRDefault="0095198F">
            <w:pPr>
              <w:jc w:val="center"/>
            </w:pPr>
            <w:r>
              <w:t>33,6000</w:t>
            </w:r>
          </w:p>
        </w:tc>
      </w:tr>
      <w:tr w:rsidR="007A5E59" w14:paraId="430820B5" w14:textId="77777777">
        <w:trPr>
          <w:jc w:val="center"/>
        </w:trPr>
        <w:tc>
          <w:tcPr>
            <w:tcW w:w="0" w:type="auto"/>
          </w:tcPr>
          <w:p w14:paraId="520BD078" w14:textId="77777777" w:rsidR="007A5E59" w:rsidRDefault="0095198F">
            <w:r>
              <w:t>№ пп</w:t>
            </w:r>
          </w:p>
        </w:tc>
        <w:tc>
          <w:tcPr>
            <w:tcW w:w="0" w:type="auto"/>
          </w:tcPr>
          <w:p w14:paraId="2A496715" w14:textId="77777777" w:rsidR="007A5E59" w:rsidRDefault="0095198F">
            <w:r>
              <w:t>Показатель</w:t>
            </w:r>
          </w:p>
        </w:tc>
        <w:tc>
          <w:tcPr>
            <w:tcW w:w="0" w:type="auto"/>
          </w:tcPr>
          <w:p w14:paraId="5D046226" w14:textId="77777777" w:rsidR="007A5E59" w:rsidRDefault="0095198F">
            <w:r>
              <w:t>Ед. изм.</w:t>
            </w:r>
          </w:p>
        </w:tc>
        <w:tc>
          <w:tcPr>
            <w:tcW w:w="0" w:type="auto"/>
          </w:tcPr>
          <w:p w14:paraId="0C363DA0" w14:textId="77777777" w:rsidR="007A5E59" w:rsidRDefault="0095198F">
            <w:r>
              <w:t>Этапы развития схемы ТС</w:t>
            </w:r>
          </w:p>
        </w:tc>
        <w:tc>
          <w:tcPr>
            <w:tcW w:w="0" w:type="auto"/>
          </w:tcPr>
          <w:p w14:paraId="17E6D33B" w14:textId="77777777" w:rsidR="007A5E59" w:rsidRDefault="007A5E59"/>
        </w:tc>
        <w:tc>
          <w:tcPr>
            <w:tcW w:w="0" w:type="auto"/>
          </w:tcPr>
          <w:p w14:paraId="0D424971" w14:textId="77777777" w:rsidR="007A5E59" w:rsidRDefault="007A5E59"/>
        </w:tc>
      </w:tr>
      <w:tr w:rsidR="007A5E59" w14:paraId="11BB9C7B" w14:textId="77777777">
        <w:trPr>
          <w:jc w:val="center"/>
        </w:trPr>
        <w:tc>
          <w:tcPr>
            <w:tcW w:w="0" w:type="auto"/>
          </w:tcPr>
          <w:p w14:paraId="29DBA37C" w14:textId="77777777" w:rsidR="007A5E59" w:rsidRDefault="007A5E59"/>
        </w:tc>
        <w:tc>
          <w:tcPr>
            <w:tcW w:w="0" w:type="auto"/>
          </w:tcPr>
          <w:p w14:paraId="6A1B9CD1" w14:textId="77777777" w:rsidR="007A5E59" w:rsidRDefault="007A5E59"/>
        </w:tc>
        <w:tc>
          <w:tcPr>
            <w:tcW w:w="0" w:type="auto"/>
          </w:tcPr>
          <w:p w14:paraId="405BF6C9" w14:textId="77777777" w:rsidR="007A5E59" w:rsidRDefault="007A5E59"/>
        </w:tc>
        <w:tc>
          <w:tcPr>
            <w:tcW w:w="0" w:type="auto"/>
          </w:tcPr>
          <w:p w14:paraId="23175656" w14:textId="77777777" w:rsidR="007A5E59" w:rsidRDefault="0095198F">
            <w:pPr>
              <w:jc w:val="center"/>
            </w:pPr>
            <w:r>
              <w:t>2026</w:t>
            </w:r>
          </w:p>
        </w:tc>
        <w:tc>
          <w:tcPr>
            <w:tcW w:w="0" w:type="auto"/>
          </w:tcPr>
          <w:p w14:paraId="5157E880" w14:textId="77777777" w:rsidR="007A5E59" w:rsidRDefault="0095198F">
            <w:pPr>
              <w:jc w:val="center"/>
            </w:pPr>
            <w:r>
              <w:t>2031</w:t>
            </w:r>
          </w:p>
        </w:tc>
        <w:tc>
          <w:tcPr>
            <w:tcW w:w="0" w:type="auto"/>
          </w:tcPr>
          <w:p w14:paraId="347F4660" w14:textId="77777777" w:rsidR="007A5E59" w:rsidRDefault="0095198F">
            <w:pPr>
              <w:jc w:val="center"/>
            </w:pPr>
            <w:r>
              <w:t>2036</w:t>
            </w:r>
          </w:p>
        </w:tc>
      </w:tr>
      <w:tr w:rsidR="007A5E59" w14:paraId="2CE15008" w14:textId="77777777">
        <w:trPr>
          <w:jc w:val="center"/>
        </w:trPr>
        <w:tc>
          <w:tcPr>
            <w:tcW w:w="0" w:type="auto"/>
          </w:tcPr>
          <w:p w14:paraId="656ED8B9" w14:textId="77777777" w:rsidR="007A5E59" w:rsidRDefault="0095198F">
            <w:pPr>
              <w:jc w:val="center"/>
            </w:pPr>
            <w:r>
              <w:t>1</w:t>
            </w:r>
          </w:p>
        </w:tc>
        <w:tc>
          <w:tcPr>
            <w:tcW w:w="0" w:type="auto"/>
          </w:tcPr>
          <w:p w14:paraId="687D1A54" w14:textId="77777777" w:rsidR="007A5E59" w:rsidRDefault="0095198F">
            <w:pPr>
              <w:jc w:val="center"/>
            </w:pPr>
            <w:r>
              <w:t>2</w:t>
            </w:r>
          </w:p>
        </w:tc>
        <w:tc>
          <w:tcPr>
            <w:tcW w:w="0" w:type="auto"/>
          </w:tcPr>
          <w:p w14:paraId="226802A7" w14:textId="77777777" w:rsidR="007A5E59" w:rsidRDefault="0095198F">
            <w:pPr>
              <w:jc w:val="center"/>
            </w:pPr>
            <w:r>
              <w:t>3</w:t>
            </w:r>
          </w:p>
        </w:tc>
        <w:tc>
          <w:tcPr>
            <w:tcW w:w="0" w:type="auto"/>
          </w:tcPr>
          <w:p w14:paraId="0B3A76FF" w14:textId="77777777" w:rsidR="007A5E59" w:rsidRDefault="0095198F">
            <w:pPr>
              <w:jc w:val="center"/>
            </w:pPr>
            <w:r>
              <w:t>4</w:t>
            </w:r>
          </w:p>
        </w:tc>
        <w:tc>
          <w:tcPr>
            <w:tcW w:w="0" w:type="auto"/>
          </w:tcPr>
          <w:p w14:paraId="5CF3BC33" w14:textId="77777777" w:rsidR="007A5E59" w:rsidRDefault="0095198F">
            <w:pPr>
              <w:jc w:val="center"/>
            </w:pPr>
            <w:r>
              <w:t>5</w:t>
            </w:r>
          </w:p>
        </w:tc>
        <w:tc>
          <w:tcPr>
            <w:tcW w:w="0" w:type="auto"/>
          </w:tcPr>
          <w:p w14:paraId="0D87C6C6" w14:textId="77777777" w:rsidR="007A5E59" w:rsidRDefault="0095198F">
            <w:pPr>
              <w:jc w:val="center"/>
            </w:pPr>
            <w:r>
              <w:t>6</w:t>
            </w:r>
          </w:p>
        </w:tc>
      </w:tr>
      <w:tr w:rsidR="007A5E59" w14:paraId="2E76231E" w14:textId="77777777">
        <w:trPr>
          <w:jc w:val="center"/>
        </w:trPr>
        <w:tc>
          <w:tcPr>
            <w:tcW w:w="0" w:type="auto"/>
          </w:tcPr>
          <w:p w14:paraId="5AC7FBED" w14:textId="77777777" w:rsidR="007A5E59" w:rsidRDefault="0095198F">
            <w:r>
              <w:t>6.</w:t>
            </w:r>
          </w:p>
        </w:tc>
        <w:tc>
          <w:tcPr>
            <w:tcW w:w="0" w:type="auto"/>
          </w:tcPr>
          <w:p w14:paraId="451895B4" w14:textId="77777777" w:rsidR="007A5E59" w:rsidRDefault="0095198F">
            <w:r>
              <w:t>пгт Спасск</w:t>
            </w:r>
          </w:p>
        </w:tc>
        <w:tc>
          <w:tcPr>
            <w:tcW w:w="0" w:type="auto"/>
          </w:tcPr>
          <w:p w14:paraId="5B33F5BA" w14:textId="77777777" w:rsidR="007A5E59" w:rsidRDefault="007A5E59"/>
        </w:tc>
        <w:tc>
          <w:tcPr>
            <w:tcW w:w="0" w:type="auto"/>
          </w:tcPr>
          <w:p w14:paraId="7366CA84" w14:textId="77777777" w:rsidR="007A5E59" w:rsidRDefault="007A5E59"/>
        </w:tc>
        <w:tc>
          <w:tcPr>
            <w:tcW w:w="0" w:type="auto"/>
          </w:tcPr>
          <w:p w14:paraId="49742403" w14:textId="77777777" w:rsidR="007A5E59" w:rsidRDefault="007A5E59"/>
        </w:tc>
        <w:tc>
          <w:tcPr>
            <w:tcW w:w="0" w:type="auto"/>
          </w:tcPr>
          <w:p w14:paraId="07965CE3" w14:textId="77777777" w:rsidR="007A5E59" w:rsidRDefault="007A5E59"/>
        </w:tc>
      </w:tr>
    </w:tbl>
    <w:p w14:paraId="052E07A6" w14:textId="77777777" w:rsidR="007A5E59" w:rsidRDefault="007A5E59"/>
    <w:p w14:paraId="51E8254C" w14:textId="77777777" w:rsidR="007A5E59" w:rsidRPr="00312815" w:rsidRDefault="0095198F">
      <w:pPr>
        <w:rPr>
          <w:lang w:val="ru-RU"/>
        </w:rPr>
      </w:pPr>
      <w:r w:rsidRPr="00312815">
        <w:rPr>
          <w:b/>
          <w:lang w:val="ru-RU"/>
        </w:rPr>
        <w:t>Таблица П2.10. Баланс тепловой мощности — Производственно-отопительная УПК № 3 Спасск</w:t>
      </w:r>
    </w:p>
    <w:tbl>
      <w:tblPr>
        <w:tblStyle w:val="aff0"/>
        <w:tblW w:w="5000" w:type="pct"/>
        <w:jc w:val="center"/>
        <w:tblCellMar>
          <w:left w:w="57" w:type="dxa"/>
          <w:right w:w="57" w:type="dxa"/>
        </w:tblCellMar>
        <w:tblLook w:val="04A0" w:firstRow="1" w:lastRow="0" w:firstColumn="1" w:lastColumn="0" w:noHBand="0" w:noVBand="1"/>
      </w:tblPr>
      <w:tblGrid>
        <w:gridCol w:w="715"/>
        <w:gridCol w:w="4807"/>
        <w:gridCol w:w="997"/>
        <w:gridCol w:w="942"/>
        <w:gridCol w:w="942"/>
        <w:gridCol w:w="942"/>
      </w:tblGrid>
      <w:tr w:rsidR="007A5E59" w14:paraId="768C1105" w14:textId="77777777">
        <w:trPr>
          <w:cantSplit/>
          <w:tblHeader/>
          <w:jc w:val="center"/>
        </w:trPr>
        <w:tc>
          <w:tcPr>
            <w:tcW w:w="0" w:type="auto"/>
            <w:vMerge w:val="restart"/>
            <w:shd w:val="clear" w:color="auto" w:fill="E2F0D9"/>
            <w:vAlign w:val="center"/>
          </w:tcPr>
          <w:p w14:paraId="51EBC513" w14:textId="77777777" w:rsidR="007A5E59" w:rsidRDefault="0095198F">
            <w:pPr>
              <w:jc w:val="center"/>
            </w:pPr>
            <w:r>
              <w:rPr>
                <w:b/>
              </w:rPr>
              <w:t>№ пп</w:t>
            </w:r>
          </w:p>
        </w:tc>
        <w:tc>
          <w:tcPr>
            <w:tcW w:w="0" w:type="auto"/>
            <w:vMerge w:val="restart"/>
            <w:shd w:val="clear" w:color="auto" w:fill="E2F0D9"/>
            <w:vAlign w:val="center"/>
          </w:tcPr>
          <w:p w14:paraId="5CF45C64" w14:textId="77777777" w:rsidR="007A5E59" w:rsidRDefault="0095198F">
            <w:pPr>
              <w:jc w:val="center"/>
            </w:pPr>
            <w:r>
              <w:rPr>
                <w:b/>
              </w:rPr>
              <w:t>Показатель</w:t>
            </w:r>
          </w:p>
        </w:tc>
        <w:tc>
          <w:tcPr>
            <w:tcW w:w="0" w:type="auto"/>
            <w:vMerge w:val="restart"/>
            <w:shd w:val="clear" w:color="auto" w:fill="E2F0D9"/>
            <w:vAlign w:val="center"/>
          </w:tcPr>
          <w:p w14:paraId="25895726" w14:textId="77777777" w:rsidR="007A5E59" w:rsidRDefault="0095198F">
            <w:pPr>
              <w:jc w:val="center"/>
            </w:pPr>
            <w:r>
              <w:rPr>
                <w:b/>
              </w:rPr>
              <w:t>Ед. изм.</w:t>
            </w:r>
          </w:p>
        </w:tc>
        <w:tc>
          <w:tcPr>
            <w:tcW w:w="0" w:type="auto"/>
            <w:gridSpan w:val="3"/>
            <w:shd w:val="clear" w:color="auto" w:fill="E2F0D9"/>
            <w:vAlign w:val="center"/>
          </w:tcPr>
          <w:p w14:paraId="20E11915" w14:textId="77777777" w:rsidR="007A5E59" w:rsidRDefault="0095198F">
            <w:pPr>
              <w:jc w:val="center"/>
            </w:pPr>
            <w:r>
              <w:rPr>
                <w:b/>
              </w:rPr>
              <w:t>Этапы развития схемы ТС</w:t>
            </w:r>
          </w:p>
        </w:tc>
      </w:tr>
      <w:tr w:rsidR="007A5E59" w14:paraId="281B7BF0" w14:textId="77777777">
        <w:trPr>
          <w:cantSplit/>
          <w:tblHeader/>
          <w:jc w:val="center"/>
        </w:trPr>
        <w:tc>
          <w:tcPr>
            <w:tcW w:w="0" w:type="auto"/>
            <w:vMerge/>
            <w:shd w:val="clear" w:color="auto" w:fill="E2F0D9"/>
            <w:vAlign w:val="center"/>
          </w:tcPr>
          <w:p w14:paraId="7675D736" w14:textId="77777777" w:rsidR="007A5E59" w:rsidRDefault="007A5E59">
            <w:pPr>
              <w:jc w:val="center"/>
            </w:pPr>
          </w:p>
        </w:tc>
        <w:tc>
          <w:tcPr>
            <w:tcW w:w="0" w:type="auto"/>
            <w:vMerge/>
            <w:shd w:val="clear" w:color="auto" w:fill="E2F0D9"/>
            <w:vAlign w:val="center"/>
          </w:tcPr>
          <w:p w14:paraId="21CE3020" w14:textId="77777777" w:rsidR="007A5E59" w:rsidRDefault="007A5E59">
            <w:pPr>
              <w:jc w:val="center"/>
            </w:pPr>
          </w:p>
        </w:tc>
        <w:tc>
          <w:tcPr>
            <w:tcW w:w="0" w:type="auto"/>
            <w:vMerge/>
            <w:shd w:val="clear" w:color="auto" w:fill="E2F0D9"/>
            <w:vAlign w:val="center"/>
          </w:tcPr>
          <w:p w14:paraId="7E18F8B0" w14:textId="77777777" w:rsidR="007A5E59" w:rsidRDefault="007A5E59">
            <w:pPr>
              <w:jc w:val="center"/>
            </w:pPr>
          </w:p>
        </w:tc>
        <w:tc>
          <w:tcPr>
            <w:tcW w:w="0" w:type="auto"/>
            <w:shd w:val="clear" w:color="auto" w:fill="E2F0D9"/>
            <w:vAlign w:val="center"/>
          </w:tcPr>
          <w:p w14:paraId="1F097991" w14:textId="77777777" w:rsidR="007A5E59" w:rsidRDefault="0095198F">
            <w:pPr>
              <w:jc w:val="center"/>
            </w:pPr>
            <w:r>
              <w:rPr>
                <w:b/>
              </w:rPr>
              <w:t>2026</w:t>
            </w:r>
          </w:p>
        </w:tc>
        <w:tc>
          <w:tcPr>
            <w:tcW w:w="0" w:type="auto"/>
            <w:shd w:val="clear" w:color="auto" w:fill="E2F0D9"/>
            <w:vAlign w:val="center"/>
          </w:tcPr>
          <w:p w14:paraId="49896C71" w14:textId="77777777" w:rsidR="007A5E59" w:rsidRDefault="0095198F">
            <w:pPr>
              <w:jc w:val="center"/>
            </w:pPr>
            <w:r>
              <w:rPr>
                <w:b/>
              </w:rPr>
              <w:t>2031</w:t>
            </w:r>
          </w:p>
        </w:tc>
        <w:tc>
          <w:tcPr>
            <w:tcW w:w="0" w:type="auto"/>
            <w:shd w:val="clear" w:color="auto" w:fill="E2F0D9"/>
            <w:vAlign w:val="center"/>
          </w:tcPr>
          <w:p w14:paraId="381210CE" w14:textId="77777777" w:rsidR="007A5E59" w:rsidRDefault="0095198F">
            <w:pPr>
              <w:jc w:val="center"/>
            </w:pPr>
            <w:r>
              <w:rPr>
                <w:b/>
              </w:rPr>
              <w:t>2036</w:t>
            </w:r>
          </w:p>
        </w:tc>
      </w:tr>
      <w:tr w:rsidR="007A5E59" w14:paraId="5676F1BE" w14:textId="77777777">
        <w:trPr>
          <w:cantSplit/>
          <w:tblHeader/>
          <w:jc w:val="center"/>
        </w:trPr>
        <w:tc>
          <w:tcPr>
            <w:tcW w:w="0" w:type="auto"/>
            <w:shd w:val="clear" w:color="auto" w:fill="F2F2F2"/>
            <w:vAlign w:val="center"/>
          </w:tcPr>
          <w:p w14:paraId="416E7C81" w14:textId="77777777" w:rsidR="007A5E59" w:rsidRDefault="0095198F">
            <w:pPr>
              <w:jc w:val="center"/>
            </w:pPr>
            <w:r>
              <w:t>1</w:t>
            </w:r>
          </w:p>
        </w:tc>
        <w:tc>
          <w:tcPr>
            <w:tcW w:w="0" w:type="auto"/>
            <w:shd w:val="clear" w:color="auto" w:fill="F2F2F2"/>
            <w:vAlign w:val="center"/>
          </w:tcPr>
          <w:p w14:paraId="46AB444B" w14:textId="77777777" w:rsidR="007A5E59" w:rsidRDefault="0095198F">
            <w:pPr>
              <w:jc w:val="center"/>
            </w:pPr>
            <w:r>
              <w:t>2</w:t>
            </w:r>
          </w:p>
        </w:tc>
        <w:tc>
          <w:tcPr>
            <w:tcW w:w="0" w:type="auto"/>
            <w:shd w:val="clear" w:color="auto" w:fill="F2F2F2"/>
            <w:vAlign w:val="center"/>
          </w:tcPr>
          <w:p w14:paraId="3367CC83" w14:textId="77777777" w:rsidR="007A5E59" w:rsidRDefault="0095198F">
            <w:pPr>
              <w:jc w:val="center"/>
            </w:pPr>
            <w:r>
              <w:t>3</w:t>
            </w:r>
          </w:p>
        </w:tc>
        <w:tc>
          <w:tcPr>
            <w:tcW w:w="0" w:type="auto"/>
            <w:shd w:val="clear" w:color="auto" w:fill="F2F2F2"/>
            <w:vAlign w:val="center"/>
          </w:tcPr>
          <w:p w14:paraId="301D7A35" w14:textId="77777777" w:rsidR="007A5E59" w:rsidRDefault="0095198F">
            <w:pPr>
              <w:jc w:val="center"/>
            </w:pPr>
            <w:r>
              <w:t>4</w:t>
            </w:r>
          </w:p>
        </w:tc>
        <w:tc>
          <w:tcPr>
            <w:tcW w:w="0" w:type="auto"/>
            <w:shd w:val="clear" w:color="auto" w:fill="F2F2F2"/>
            <w:vAlign w:val="center"/>
          </w:tcPr>
          <w:p w14:paraId="75E61B11" w14:textId="77777777" w:rsidR="007A5E59" w:rsidRDefault="0095198F">
            <w:pPr>
              <w:jc w:val="center"/>
            </w:pPr>
            <w:r>
              <w:t>5</w:t>
            </w:r>
          </w:p>
        </w:tc>
        <w:tc>
          <w:tcPr>
            <w:tcW w:w="0" w:type="auto"/>
            <w:shd w:val="clear" w:color="auto" w:fill="F2F2F2"/>
            <w:vAlign w:val="center"/>
          </w:tcPr>
          <w:p w14:paraId="17A956E3" w14:textId="77777777" w:rsidR="007A5E59" w:rsidRDefault="0095198F">
            <w:pPr>
              <w:jc w:val="center"/>
            </w:pPr>
            <w:r>
              <w:t>6</w:t>
            </w:r>
          </w:p>
        </w:tc>
      </w:tr>
      <w:tr w:rsidR="007A5E59" w14:paraId="4DAFA539" w14:textId="77777777">
        <w:trPr>
          <w:jc w:val="center"/>
        </w:trPr>
        <w:tc>
          <w:tcPr>
            <w:tcW w:w="0" w:type="auto"/>
          </w:tcPr>
          <w:p w14:paraId="2C24F777" w14:textId="77777777" w:rsidR="007A5E59" w:rsidRDefault="0095198F">
            <w:r>
              <w:t>6.1</w:t>
            </w:r>
          </w:p>
        </w:tc>
        <w:tc>
          <w:tcPr>
            <w:tcW w:w="0" w:type="auto"/>
          </w:tcPr>
          <w:p w14:paraId="21366A39" w14:textId="77777777" w:rsidR="007A5E59" w:rsidRDefault="0095198F">
            <w:r>
              <w:t>Производственно-отопительная УПК № 3 Спасск</w:t>
            </w:r>
          </w:p>
        </w:tc>
        <w:tc>
          <w:tcPr>
            <w:tcW w:w="0" w:type="auto"/>
          </w:tcPr>
          <w:p w14:paraId="3F95C5F4" w14:textId="77777777" w:rsidR="007A5E59" w:rsidRDefault="007A5E59"/>
        </w:tc>
        <w:tc>
          <w:tcPr>
            <w:tcW w:w="0" w:type="auto"/>
          </w:tcPr>
          <w:p w14:paraId="6FD7F2C9" w14:textId="77777777" w:rsidR="007A5E59" w:rsidRDefault="007A5E59"/>
        </w:tc>
        <w:tc>
          <w:tcPr>
            <w:tcW w:w="0" w:type="auto"/>
          </w:tcPr>
          <w:p w14:paraId="4A89FE5B" w14:textId="77777777" w:rsidR="007A5E59" w:rsidRDefault="007A5E59"/>
        </w:tc>
        <w:tc>
          <w:tcPr>
            <w:tcW w:w="0" w:type="auto"/>
          </w:tcPr>
          <w:p w14:paraId="2AEFD448" w14:textId="77777777" w:rsidR="007A5E59" w:rsidRDefault="007A5E59"/>
        </w:tc>
      </w:tr>
      <w:tr w:rsidR="007A5E59" w14:paraId="6B6CA82B" w14:textId="77777777">
        <w:trPr>
          <w:jc w:val="center"/>
        </w:trPr>
        <w:tc>
          <w:tcPr>
            <w:tcW w:w="0" w:type="auto"/>
          </w:tcPr>
          <w:p w14:paraId="66625817" w14:textId="77777777" w:rsidR="007A5E59" w:rsidRDefault="0095198F">
            <w:r>
              <w:t>6.1.1</w:t>
            </w:r>
          </w:p>
        </w:tc>
        <w:tc>
          <w:tcPr>
            <w:tcW w:w="0" w:type="auto"/>
          </w:tcPr>
          <w:p w14:paraId="65DA6922" w14:textId="77777777" w:rsidR="007A5E59" w:rsidRDefault="0095198F">
            <w:r>
              <w:t>Максимальная нагрузка потребителей</w:t>
            </w:r>
          </w:p>
        </w:tc>
        <w:tc>
          <w:tcPr>
            <w:tcW w:w="0" w:type="auto"/>
          </w:tcPr>
          <w:p w14:paraId="07002415" w14:textId="77777777" w:rsidR="007A5E59" w:rsidRDefault="0095198F">
            <w:r>
              <w:t>Гкал/час</w:t>
            </w:r>
          </w:p>
        </w:tc>
        <w:tc>
          <w:tcPr>
            <w:tcW w:w="0" w:type="auto"/>
          </w:tcPr>
          <w:p w14:paraId="2B74EE3B" w14:textId="77777777" w:rsidR="007A5E59" w:rsidRDefault="0095198F">
            <w:pPr>
              <w:jc w:val="center"/>
            </w:pPr>
            <w:r>
              <w:t>1,4451</w:t>
            </w:r>
          </w:p>
        </w:tc>
        <w:tc>
          <w:tcPr>
            <w:tcW w:w="0" w:type="auto"/>
          </w:tcPr>
          <w:p w14:paraId="3FE4148A" w14:textId="77777777" w:rsidR="007A5E59" w:rsidRDefault="0095198F">
            <w:pPr>
              <w:jc w:val="center"/>
            </w:pPr>
            <w:r>
              <w:t>1,4501</w:t>
            </w:r>
          </w:p>
        </w:tc>
        <w:tc>
          <w:tcPr>
            <w:tcW w:w="0" w:type="auto"/>
          </w:tcPr>
          <w:p w14:paraId="2BF4DA6F" w14:textId="77777777" w:rsidR="007A5E59" w:rsidRDefault="0095198F">
            <w:pPr>
              <w:jc w:val="center"/>
            </w:pPr>
            <w:r>
              <w:t>1,4501</w:t>
            </w:r>
          </w:p>
        </w:tc>
      </w:tr>
      <w:tr w:rsidR="007A5E59" w14:paraId="1E7FE8D1" w14:textId="77777777">
        <w:trPr>
          <w:jc w:val="center"/>
        </w:trPr>
        <w:tc>
          <w:tcPr>
            <w:tcW w:w="0" w:type="auto"/>
          </w:tcPr>
          <w:p w14:paraId="427C5D47" w14:textId="77777777" w:rsidR="007A5E59" w:rsidRDefault="0095198F">
            <w:r>
              <w:t>6.1.2</w:t>
            </w:r>
          </w:p>
        </w:tc>
        <w:tc>
          <w:tcPr>
            <w:tcW w:w="0" w:type="auto"/>
          </w:tcPr>
          <w:p w14:paraId="381336BF" w14:textId="77777777" w:rsidR="007A5E59" w:rsidRDefault="0095198F">
            <w:r>
              <w:t>Потери ТЭ в сетях</w:t>
            </w:r>
          </w:p>
        </w:tc>
        <w:tc>
          <w:tcPr>
            <w:tcW w:w="0" w:type="auto"/>
          </w:tcPr>
          <w:p w14:paraId="542821F1" w14:textId="77777777" w:rsidR="007A5E59" w:rsidRDefault="0095198F">
            <w:r>
              <w:t>Гкал/час</w:t>
            </w:r>
          </w:p>
        </w:tc>
        <w:tc>
          <w:tcPr>
            <w:tcW w:w="0" w:type="auto"/>
          </w:tcPr>
          <w:p w14:paraId="22AAEB40" w14:textId="77777777" w:rsidR="007A5E59" w:rsidRDefault="0095198F">
            <w:pPr>
              <w:jc w:val="center"/>
            </w:pPr>
            <w:r>
              <w:t>0,3850</w:t>
            </w:r>
          </w:p>
        </w:tc>
        <w:tc>
          <w:tcPr>
            <w:tcW w:w="0" w:type="auto"/>
          </w:tcPr>
          <w:p w14:paraId="120FC1C8" w14:textId="77777777" w:rsidR="007A5E59" w:rsidRDefault="0095198F">
            <w:pPr>
              <w:jc w:val="center"/>
            </w:pPr>
            <w:r>
              <w:t>0,3870</w:t>
            </w:r>
          </w:p>
        </w:tc>
        <w:tc>
          <w:tcPr>
            <w:tcW w:w="0" w:type="auto"/>
          </w:tcPr>
          <w:p w14:paraId="0189CCBC" w14:textId="77777777" w:rsidR="007A5E59" w:rsidRDefault="0095198F">
            <w:pPr>
              <w:jc w:val="center"/>
            </w:pPr>
            <w:r>
              <w:t>0,3870</w:t>
            </w:r>
          </w:p>
        </w:tc>
      </w:tr>
      <w:tr w:rsidR="007A5E59" w14:paraId="18E7DE33" w14:textId="77777777">
        <w:trPr>
          <w:jc w:val="center"/>
        </w:trPr>
        <w:tc>
          <w:tcPr>
            <w:tcW w:w="0" w:type="auto"/>
          </w:tcPr>
          <w:p w14:paraId="2C136D53" w14:textId="77777777" w:rsidR="007A5E59" w:rsidRDefault="0095198F">
            <w:r>
              <w:t>6.1.3</w:t>
            </w:r>
          </w:p>
        </w:tc>
        <w:tc>
          <w:tcPr>
            <w:tcW w:w="0" w:type="auto"/>
          </w:tcPr>
          <w:p w14:paraId="0055CE81" w14:textId="77777777" w:rsidR="007A5E59" w:rsidRDefault="007A5E59"/>
        </w:tc>
        <w:tc>
          <w:tcPr>
            <w:tcW w:w="0" w:type="auto"/>
          </w:tcPr>
          <w:p w14:paraId="76DFCF50" w14:textId="77777777" w:rsidR="007A5E59" w:rsidRDefault="0095198F">
            <w:r>
              <w:t>%</w:t>
            </w:r>
          </w:p>
        </w:tc>
        <w:tc>
          <w:tcPr>
            <w:tcW w:w="0" w:type="auto"/>
          </w:tcPr>
          <w:p w14:paraId="03212B36" w14:textId="77777777" w:rsidR="007A5E59" w:rsidRDefault="0095198F">
            <w:pPr>
              <w:jc w:val="center"/>
            </w:pPr>
            <w:r>
              <w:t>21,0</w:t>
            </w:r>
          </w:p>
        </w:tc>
        <w:tc>
          <w:tcPr>
            <w:tcW w:w="0" w:type="auto"/>
          </w:tcPr>
          <w:p w14:paraId="2A837988" w14:textId="77777777" w:rsidR="007A5E59" w:rsidRDefault="0095198F">
            <w:pPr>
              <w:jc w:val="center"/>
            </w:pPr>
            <w:r>
              <w:t>21,1</w:t>
            </w:r>
          </w:p>
        </w:tc>
        <w:tc>
          <w:tcPr>
            <w:tcW w:w="0" w:type="auto"/>
          </w:tcPr>
          <w:p w14:paraId="10DA11C1" w14:textId="77777777" w:rsidR="007A5E59" w:rsidRDefault="0095198F">
            <w:pPr>
              <w:jc w:val="center"/>
            </w:pPr>
            <w:r>
              <w:t>21,1</w:t>
            </w:r>
          </w:p>
        </w:tc>
      </w:tr>
      <w:tr w:rsidR="007A5E59" w14:paraId="4EFA4BB9" w14:textId="77777777">
        <w:trPr>
          <w:jc w:val="center"/>
        </w:trPr>
        <w:tc>
          <w:tcPr>
            <w:tcW w:w="0" w:type="auto"/>
          </w:tcPr>
          <w:p w14:paraId="12441024" w14:textId="77777777" w:rsidR="007A5E59" w:rsidRDefault="0095198F">
            <w:r>
              <w:t>6.1.4</w:t>
            </w:r>
          </w:p>
        </w:tc>
        <w:tc>
          <w:tcPr>
            <w:tcW w:w="0" w:type="auto"/>
          </w:tcPr>
          <w:p w14:paraId="582BDEBD" w14:textId="77777777" w:rsidR="007A5E59" w:rsidRDefault="0095198F">
            <w:r>
              <w:t>Нагрузка на коллекторах котельной</w:t>
            </w:r>
          </w:p>
        </w:tc>
        <w:tc>
          <w:tcPr>
            <w:tcW w:w="0" w:type="auto"/>
          </w:tcPr>
          <w:p w14:paraId="260CD234" w14:textId="77777777" w:rsidR="007A5E59" w:rsidRDefault="0095198F">
            <w:r>
              <w:t>Гкал/час</w:t>
            </w:r>
          </w:p>
        </w:tc>
        <w:tc>
          <w:tcPr>
            <w:tcW w:w="0" w:type="auto"/>
          </w:tcPr>
          <w:p w14:paraId="54E8CAB0" w14:textId="77777777" w:rsidR="007A5E59" w:rsidRDefault="0095198F">
            <w:pPr>
              <w:jc w:val="center"/>
            </w:pPr>
            <w:r>
              <w:t>1,8301</w:t>
            </w:r>
          </w:p>
        </w:tc>
        <w:tc>
          <w:tcPr>
            <w:tcW w:w="0" w:type="auto"/>
          </w:tcPr>
          <w:p w14:paraId="01B4ABD1" w14:textId="77777777" w:rsidR="007A5E59" w:rsidRDefault="0095198F">
            <w:pPr>
              <w:jc w:val="center"/>
            </w:pPr>
            <w:r>
              <w:t>1,8371</w:t>
            </w:r>
          </w:p>
        </w:tc>
        <w:tc>
          <w:tcPr>
            <w:tcW w:w="0" w:type="auto"/>
          </w:tcPr>
          <w:p w14:paraId="0B30174B" w14:textId="77777777" w:rsidR="007A5E59" w:rsidRDefault="0095198F">
            <w:pPr>
              <w:jc w:val="center"/>
            </w:pPr>
            <w:r>
              <w:t>1,8371</w:t>
            </w:r>
          </w:p>
        </w:tc>
      </w:tr>
      <w:tr w:rsidR="007A5E59" w14:paraId="5EB2D8C3" w14:textId="77777777">
        <w:trPr>
          <w:jc w:val="center"/>
        </w:trPr>
        <w:tc>
          <w:tcPr>
            <w:tcW w:w="0" w:type="auto"/>
          </w:tcPr>
          <w:p w14:paraId="7337E0DF" w14:textId="77777777" w:rsidR="007A5E59" w:rsidRDefault="0095198F">
            <w:r>
              <w:t>6.1.5</w:t>
            </w:r>
          </w:p>
        </w:tc>
        <w:tc>
          <w:tcPr>
            <w:tcW w:w="0" w:type="auto"/>
          </w:tcPr>
          <w:p w14:paraId="41BAB26A" w14:textId="77777777" w:rsidR="007A5E59" w:rsidRPr="00312815" w:rsidRDefault="0095198F">
            <w:pPr>
              <w:rPr>
                <w:lang w:val="ru-RU"/>
              </w:rPr>
            </w:pPr>
            <w:r w:rsidRPr="00312815">
              <w:rPr>
                <w:lang w:val="ru-RU"/>
              </w:rPr>
              <w:t>Потери на СН котельной при максимальной нагрузке</w:t>
            </w:r>
          </w:p>
        </w:tc>
        <w:tc>
          <w:tcPr>
            <w:tcW w:w="0" w:type="auto"/>
          </w:tcPr>
          <w:p w14:paraId="325B5976" w14:textId="77777777" w:rsidR="007A5E59" w:rsidRDefault="0095198F">
            <w:r>
              <w:t>Гкал/час</w:t>
            </w:r>
          </w:p>
        </w:tc>
        <w:tc>
          <w:tcPr>
            <w:tcW w:w="0" w:type="auto"/>
          </w:tcPr>
          <w:p w14:paraId="7583CC3F" w14:textId="77777777" w:rsidR="007A5E59" w:rsidRDefault="0095198F">
            <w:pPr>
              <w:jc w:val="center"/>
            </w:pPr>
            <w:r>
              <w:t>0,0460</w:t>
            </w:r>
          </w:p>
        </w:tc>
        <w:tc>
          <w:tcPr>
            <w:tcW w:w="0" w:type="auto"/>
          </w:tcPr>
          <w:p w14:paraId="5C3F788F" w14:textId="77777777" w:rsidR="007A5E59" w:rsidRDefault="0095198F">
            <w:pPr>
              <w:jc w:val="center"/>
            </w:pPr>
            <w:r>
              <w:t>0,0460</w:t>
            </w:r>
          </w:p>
        </w:tc>
        <w:tc>
          <w:tcPr>
            <w:tcW w:w="0" w:type="auto"/>
          </w:tcPr>
          <w:p w14:paraId="0A00E08B" w14:textId="77777777" w:rsidR="007A5E59" w:rsidRDefault="0095198F">
            <w:pPr>
              <w:jc w:val="center"/>
            </w:pPr>
            <w:r>
              <w:t>0,0460</w:t>
            </w:r>
          </w:p>
        </w:tc>
      </w:tr>
      <w:tr w:rsidR="007A5E59" w14:paraId="2C47CC50" w14:textId="77777777">
        <w:trPr>
          <w:jc w:val="center"/>
        </w:trPr>
        <w:tc>
          <w:tcPr>
            <w:tcW w:w="0" w:type="auto"/>
          </w:tcPr>
          <w:p w14:paraId="0E328763" w14:textId="77777777" w:rsidR="007A5E59" w:rsidRDefault="0095198F">
            <w:r>
              <w:t>6.1.6</w:t>
            </w:r>
          </w:p>
        </w:tc>
        <w:tc>
          <w:tcPr>
            <w:tcW w:w="0" w:type="auto"/>
          </w:tcPr>
          <w:p w14:paraId="43808C93" w14:textId="77777777" w:rsidR="007A5E59" w:rsidRDefault="0095198F">
            <w:r>
              <w:t>Полная максимальная нагрузка котельной</w:t>
            </w:r>
          </w:p>
        </w:tc>
        <w:tc>
          <w:tcPr>
            <w:tcW w:w="0" w:type="auto"/>
          </w:tcPr>
          <w:p w14:paraId="359DB24E" w14:textId="77777777" w:rsidR="007A5E59" w:rsidRDefault="0095198F">
            <w:r>
              <w:t>Гкал/час</w:t>
            </w:r>
          </w:p>
        </w:tc>
        <w:tc>
          <w:tcPr>
            <w:tcW w:w="0" w:type="auto"/>
          </w:tcPr>
          <w:p w14:paraId="7DCE1813" w14:textId="77777777" w:rsidR="007A5E59" w:rsidRDefault="0095198F">
            <w:pPr>
              <w:jc w:val="center"/>
            </w:pPr>
            <w:r>
              <w:t>1,8761</w:t>
            </w:r>
          </w:p>
        </w:tc>
        <w:tc>
          <w:tcPr>
            <w:tcW w:w="0" w:type="auto"/>
          </w:tcPr>
          <w:p w14:paraId="667E8484" w14:textId="77777777" w:rsidR="007A5E59" w:rsidRDefault="0095198F">
            <w:pPr>
              <w:jc w:val="center"/>
            </w:pPr>
            <w:r>
              <w:t>1,8831</w:t>
            </w:r>
          </w:p>
        </w:tc>
        <w:tc>
          <w:tcPr>
            <w:tcW w:w="0" w:type="auto"/>
          </w:tcPr>
          <w:p w14:paraId="1EAEA049" w14:textId="77777777" w:rsidR="007A5E59" w:rsidRDefault="0095198F">
            <w:pPr>
              <w:jc w:val="center"/>
            </w:pPr>
            <w:r>
              <w:t>1,8831</w:t>
            </w:r>
          </w:p>
        </w:tc>
      </w:tr>
      <w:tr w:rsidR="007A5E59" w14:paraId="039DCCAA" w14:textId="77777777">
        <w:trPr>
          <w:jc w:val="center"/>
        </w:trPr>
        <w:tc>
          <w:tcPr>
            <w:tcW w:w="0" w:type="auto"/>
          </w:tcPr>
          <w:p w14:paraId="5975F0F4" w14:textId="77777777" w:rsidR="007A5E59" w:rsidRDefault="0095198F">
            <w:r>
              <w:t>6.1.7</w:t>
            </w:r>
          </w:p>
        </w:tc>
        <w:tc>
          <w:tcPr>
            <w:tcW w:w="0" w:type="auto"/>
          </w:tcPr>
          <w:p w14:paraId="1CA99CF4" w14:textId="77777777" w:rsidR="007A5E59" w:rsidRDefault="0095198F">
            <w:r>
              <w:t>Загрузка оборудования котельной</w:t>
            </w:r>
          </w:p>
        </w:tc>
        <w:tc>
          <w:tcPr>
            <w:tcW w:w="0" w:type="auto"/>
          </w:tcPr>
          <w:p w14:paraId="31F70E17" w14:textId="77777777" w:rsidR="007A5E59" w:rsidRDefault="0095198F">
            <w:r>
              <w:t>%</w:t>
            </w:r>
          </w:p>
        </w:tc>
        <w:tc>
          <w:tcPr>
            <w:tcW w:w="0" w:type="auto"/>
          </w:tcPr>
          <w:p w14:paraId="6DE44CD6" w14:textId="77777777" w:rsidR="007A5E59" w:rsidRDefault="0095198F">
            <w:pPr>
              <w:jc w:val="center"/>
            </w:pPr>
            <w:r>
              <w:t>34,9</w:t>
            </w:r>
          </w:p>
        </w:tc>
        <w:tc>
          <w:tcPr>
            <w:tcW w:w="0" w:type="auto"/>
          </w:tcPr>
          <w:p w14:paraId="6A64AEB1" w14:textId="77777777" w:rsidR="007A5E59" w:rsidRDefault="0095198F">
            <w:pPr>
              <w:jc w:val="center"/>
            </w:pPr>
            <w:r>
              <w:t>35,1</w:t>
            </w:r>
          </w:p>
        </w:tc>
        <w:tc>
          <w:tcPr>
            <w:tcW w:w="0" w:type="auto"/>
          </w:tcPr>
          <w:p w14:paraId="338EAD5E" w14:textId="77777777" w:rsidR="007A5E59" w:rsidRDefault="0095198F">
            <w:pPr>
              <w:jc w:val="center"/>
            </w:pPr>
            <w:r>
              <w:t>35,1</w:t>
            </w:r>
          </w:p>
        </w:tc>
      </w:tr>
      <w:tr w:rsidR="007A5E59" w14:paraId="3867D665" w14:textId="77777777">
        <w:trPr>
          <w:jc w:val="center"/>
        </w:trPr>
        <w:tc>
          <w:tcPr>
            <w:tcW w:w="0" w:type="auto"/>
          </w:tcPr>
          <w:p w14:paraId="57C13D3E" w14:textId="77777777" w:rsidR="007A5E59" w:rsidRDefault="0095198F">
            <w:r>
              <w:t>6.1.8</w:t>
            </w:r>
          </w:p>
        </w:tc>
        <w:tc>
          <w:tcPr>
            <w:tcW w:w="0" w:type="auto"/>
          </w:tcPr>
          <w:p w14:paraId="2B57692A" w14:textId="77777777" w:rsidR="007A5E59" w:rsidRDefault="0095198F">
            <w:r>
              <w:t>Резерв мощности котельной</w:t>
            </w:r>
          </w:p>
        </w:tc>
        <w:tc>
          <w:tcPr>
            <w:tcW w:w="0" w:type="auto"/>
          </w:tcPr>
          <w:p w14:paraId="536A2A7A" w14:textId="77777777" w:rsidR="007A5E59" w:rsidRDefault="0095198F">
            <w:r>
              <w:t>%</w:t>
            </w:r>
          </w:p>
        </w:tc>
        <w:tc>
          <w:tcPr>
            <w:tcW w:w="0" w:type="auto"/>
          </w:tcPr>
          <w:p w14:paraId="2AEC6955" w14:textId="77777777" w:rsidR="007A5E59" w:rsidRDefault="0095198F">
            <w:pPr>
              <w:jc w:val="center"/>
            </w:pPr>
            <w:r>
              <w:t>65,1</w:t>
            </w:r>
          </w:p>
        </w:tc>
        <w:tc>
          <w:tcPr>
            <w:tcW w:w="0" w:type="auto"/>
          </w:tcPr>
          <w:p w14:paraId="4A91A1A4" w14:textId="77777777" w:rsidR="007A5E59" w:rsidRDefault="0095198F">
            <w:pPr>
              <w:jc w:val="center"/>
            </w:pPr>
            <w:r>
              <w:t>64,9</w:t>
            </w:r>
          </w:p>
        </w:tc>
        <w:tc>
          <w:tcPr>
            <w:tcW w:w="0" w:type="auto"/>
          </w:tcPr>
          <w:p w14:paraId="4FF30085" w14:textId="77777777" w:rsidR="007A5E59" w:rsidRDefault="0095198F">
            <w:pPr>
              <w:jc w:val="center"/>
            </w:pPr>
            <w:r>
              <w:t>64,9</w:t>
            </w:r>
          </w:p>
        </w:tc>
      </w:tr>
      <w:tr w:rsidR="007A5E59" w14:paraId="275E7654" w14:textId="77777777">
        <w:trPr>
          <w:jc w:val="center"/>
        </w:trPr>
        <w:tc>
          <w:tcPr>
            <w:tcW w:w="0" w:type="auto"/>
          </w:tcPr>
          <w:p w14:paraId="02989FA3" w14:textId="77777777" w:rsidR="007A5E59" w:rsidRDefault="0095198F">
            <w:r>
              <w:t>6.1.9</w:t>
            </w:r>
          </w:p>
        </w:tc>
        <w:tc>
          <w:tcPr>
            <w:tcW w:w="0" w:type="auto"/>
          </w:tcPr>
          <w:p w14:paraId="3430D382" w14:textId="77777777" w:rsidR="007A5E59" w:rsidRPr="00312815" w:rsidRDefault="0095198F">
            <w:pPr>
              <w:rPr>
                <w:lang w:val="ru-RU"/>
              </w:rPr>
            </w:pPr>
            <w:r w:rsidRPr="00312815">
              <w:rPr>
                <w:lang w:val="ru-RU"/>
              </w:rPr>
              <w:t>Резерв мощности котельной по располагаемой мощности</w:t>
            </w:r>
          </w:p>
        </w:tc>
        <w:tc>
          <w:tcPr>
            <w:tcW w:w="0" w:type="auto"/>
          </w:tcPr>
          <w:p w14:paraId="502EEAE9" w14:textId="77777777" w:rsidR="007A5E59" w:rsidRDefault="0095198F">
            <w:r>
              <w:t>Гкал/час</w:t>
            </w:r>
          </w:p>
        </w:tc>
        <w:tc>
          <w:tcPr>
            <w:tcW w:w="0" w:type="auto"/>
          </w:tcPr>
          <w:p w14:paraId="32F6BE78" w14:textId="77777777" w:rsidR="007A5E59" w:rsidRDefault="0095198F">
            <w:pPr>
              <w:jc w:val="center"/>
            </w:pPr>
            <w:r>
              <w:t>3,4939</w:t>
            </w:r>
          </w:p>
        </w:tc>
        <w:tc>
          <w:tcPr>
            <w:tcW w:w="0" w:type="auto"/>
          </w:tcPr>
          <w:p w14:paraId="3EF5C28F" w14:textId="77777777" w:rsidR="007A5E59" w:rsidRDefault="0095198F">
            <w:pPr>
              <w:jc w:val="center"/>
            </w:pPr>
            <w:r>
              <w:t>3,4869</w:t>
            </w:r>
          </w:p>
        </w:tc>
        <w:tc>
          <w:tcPr>
            <w:tcW w:w="0" w:type="auto"/>
          </w:tcPr>
          <w:p w14:paraId="7535ADEE" w14:textId="77777777" w:rsidR="007A5E59" w:rsidRDefault="0095198F">
            <w:pPr>
              <w:jc w:val="center"/>
            </w:pPr>
            <w:r>
              <w:t>3,4869</w:t>
            </w:r>
          </w:p>
        </w:tc>
      </w:tr>
      <w:tr w:rsidR="007A5E59" w14:paraId="1883D411" w14:textId="77777777">
        <w:trPr>
          <w:jc w:val="center"/>
        </w:trPr>
        <w:tc>
          <w:tcPr>
            <w:tcW w:w="0" w:type="auto"/>
          </w:tcPr>
          <w:p w14:paraId="6DEE3986" w14:textId="77777777" w:rsidR="007A5E59" w:rsidRDefault="0095198F">
            <w:r>
              <w:t>6.1.10</w:t>
            </w:r>
          </w:p>
        </w:tc>
        <w:tc>
          <w:tcPr>
            <w:tcW w:w="0" w:type="auto"/>
          </w:tcPr>
          <w:p w14:paraId="6721AEAE" w14:textId="77777777" w:rsidR="007A5E59" w:rsidRDefault="0095198F">
            <w:r>
              <w:t>Мощность "нетто" котельной</w:t>
            </w:r>
          </w:p>
        </w:tc>
        <w:tc>
          <w:tcPr>
            <w:tcW w:w="0" w:type="auto"/>
          </w:tcPr>
          <w:p w14:paraId="123743B9" w14:textId="77777777" w:rsidR="007A5E59" w:rsidRDefault="0095198F">
            <w:r>
              <w:t>Гкал/час</w:t>
            </w:r>
          </w:p>
        </w:tc>
        <w:tc>
          <w:tcPr>
            <w:tcW w:w="0" w:type="auto"/>
          </w:tcPr>
          <w:p w14:paraId="6D2DC302" w14:textId="77777777" w:rsidR="007A5E59" w:rsidRDefault="0095198F">
            <w:pPr>
              <w:jc w:val="center"/>
            </w:pPr>
            <w:r>
              <w:t>5,2350</w:t>
            </w:r>
          </w:p>
        </w:tc>
        <w:tc>
          <w:tcPr>
            <w:tcW w:w="0" w:type="auto"/>
          </w:tcPr>
          <w:p w14:paraId="0F9F036A" w14:textId="77777777" w:rsidR="007A5E59" w:rsidRDefault="0095198F">
            <w:pPr>
              <w:jc w:val="center"/>
            </w:pPr>
            <w:r>
              <w:t>5,2355</w:t>
            </w:r>
          </w:p>
        </w:tc>
        <w:tc>
          <w:tcPr>
            <w:tcW w:w="0" w:type="auto"/>
          </w:tcPr>
          <w:p w14:paraId="6252AB55" w14:textId="77777777" w:rsidR="007A5E59" w:rsidRDefault="0095198F">
            <w:pPr>
              <w:jc w:val="center"/>
            </w:pPr>
            <w:r>
              <w:t>5,2355</w:t>
            </w:r>
          </w:p>
        </w:tc>
      </w:tr>
      <w:tr w:rsidR="007A5E59" w14:paraId="18EABF90" w14:textId="77777777">
        <w:trPr>
          <w:jc w:val="center"/>
        </w:trPr>
        <w:tc>
          <w:tcPr>
            <w:tcW w:w="0" w:type="auto"/>
          </w:tcPr>
          <w:p w14:paraId="146B5124" w14:textId="77777777" w:rsidR="007A5E59" w:rsidRDefault="0095198F">
            <w:r>
              <w:t>6.1.11</w:t>
            </w:r>
          </w:p>
        </w:tc>
        <w:tc>
          <w:tcPr>
            <w:tcW w:w="0" w:type="auto"/>
          </w:tcPr>
          <w:p w14:paraId="7414980F" w14:textId="77777777" w:rsidR="007A5E59" w:rsidRPr="00312815" w:rsidRDefault="0095198F">
            <w:pPr>
              <w:rPr>
                <w:lang w:val="ru-RU"/>
              </w:rPr>
            </w:pPr>
            <w:r w:rsidRPr="00312815">
              <w:rPr>
                <w:lang w:val="ru-RU"/>
              </w:rPr>
              <w:t>Потери на СН по располагаемой мощности</w:t>
            </w:r>
          </w:p>
        </w:tc>
        <w:tc>
          <w:tcPr>
            <w:tcW w:w="0" w:type="auto"/>
          </w:tcPr>
          <w:p w14:paraId="551A6A50" w14:textId="77777777" w:rsidR="007A5E59" w:rsidRDefault="0095198F">
            <w:r>
              <w:t>Гкал/час</w:t>
            </w:r>
          </w:p>
        </w:tc>
        <w:tc>
          <w:tcPr>
            <w:tcW w:w="0" w:type="auto"/>
          </w:tcPr>
          <w:p w14:paraId="716D6A6F" w14:textId="77777777" w:rsidR="007A5E59" w:rsidRDefault="0095198F">
            <w:pPr>
              <w:jc w:val="center"/>
            </w:pPr>
            <w:r>
              <w:t>0,1350</w:t>
            </w:r>
          </w:p>
        </w:tc>
        <w:tc>
          <w:tcPr>
            <w:tcW w:w="0" w:type="auto"/>
          </w:tcPr>
          <w:p w14:paraId="0D990955" w14:textId="77777777" w:rsidR="007A5E59" w:rsidRDefault="0095198F">
            <w:pPr>
              <w:jc w:val="center"/>
            </w:pPr>
            <w:r>
              <w:t>0,1345</w:t>
            </w:r>
          </w:p>
        </w:tc>
        <w:tc>
          <w:tcPr>
            <w:tcW w:w="0" w:type="auto"/>
          </w:tcPr>
          <w:p w14:paraId="4307AFA9" w14:textId="77777777" w:rsidR="007A5E59" w:rsidRDefault="0095198F">
            <w:pPr>
              <w:jc w:val="center"/>
            </w:pPr>
            <w:r>
              <w:t>0,1345</w:t>
            </w:r>
          </w:p>
        </w:tc>
      </w:tr>
      <w:tr w:rsidR="007A5E59" w14:paraId="6C2BF172" w14:textId="77777777">
        <w:trPr>
          <w:jc w:val="center"/>
        </w:trPr>
        <w:tc>
          <w:tcPr>
            <w:tcW w:w="0" w:type="auto"/>
          </w:tcPr>
          <w:p w14:paraId="00C3B0A3" w14:textId="77777777" w:rsidR="007A5E59" w:rsidRDefault="0095198F">
            <w:r>
              <w:t>6.1.12</w:t>
            </w:r>
          </w:p>
        </w:tc>
        <w:tc>
          <w:tcPr>
            <w:tcW w:w="0" w:type="auto"/>
          </w:tcPr>
          <w:p w14:paraId="6E5C0EF7" w14:textId="77777777" w:rsidR="007A5E59" w:rsidRDefault="0095198F">
            <w:r>
              <w:t>Потери на СН котельной</w:t>
            </w:r>
          </w:p>
        </w:tc>
        <w:tc>
          <w:tcPr>
            <w:tcW w:w="0" w:type="auto"/>
          </w:tcPr>
          <w:p w14:paraId="5CB70AF2" w14:textId="77777777" w:rsidR="007A5E59" w:rsidRDefault="0095198F">
            <w:r>
              <w:t>%</w:t>
            </w:r>
          </w:p>
        </w:tc>
        <w:tc>
          <w:tcPr>
            <w:tcW w:w="0" w:type="auto"/>
          </w:tcPr>
          <w:p w14:paraId="752BDCF9" w14:textId="77777777" w:rsidR="007A5E59" w:rsidRDefault="0095198F">
            <w:pPr>
              <w:jc w:val="center"/>
            </w:pPr>
            <w:r>
              <w:t>2,5</w:t>
            </w:r>
          </w:p>
        </w:tc>
        <w:tc>
          <w:tcPr>
            <w:tcW w:w="0" w:type="auto"/>
          </w:tcPr>
          <w:p w14:paraId="2EC92E59" w14:textId="77777777" w:rsidR="007A5E59" w:rsidRDefault="0095198F">
            <w:pPr>
              <w:jc w:val="center"/>
            </w:pPr>
            <w:r>
              <w:t>2,5</w:t>
            </w:r>
          </w:p>
        </w:tc>
        <w:tc>
          <w:tcPr>
            <w:tcW w:w="0" w:type="auto"/>
          </w:tcPr>
          <w:p w14:paraId="7703E9C4" w14:textId="77777777" w:rsidR="007A5E59" w:rsidRDefault="0095198F">
            <w:pPr>
              <w:jc w:val="center"/>
            </w:pPr>
            <w:r>
              <w:t>2,5</w:t>
            </w:r>
          </w:p>
        </w:tc>
      </w:tr>
      <w:tr w:rsidR="007A5E59" w14:paraId="1E282AC3" w14:textId="77777777">
        <w:trPr>
          <w:jc w:val="center"/>
        </w:trPr>
        <w:tc>
          <w:tcPr>
            <w:tcW w:w="0" w:type="auto"/>
          </w:tcPr>
          <w:p w14:paraId="6CDA9C52" w14:textId="77777777" w:rsidR="007A5E59" w:rsidRDefault="0095198F">
            <w:r>
              <w:t>6.1.13</w:t>
            </w:r>
          </w:p>
        </w:tc>
        <w:tc>
          <w:tcPr>
            <w:tcW w:w="0" w:type="auto"/>
          </w:tcPr>
          <w:p w14:paraId="19ABE403" w14:textId="77777777" w:rsidR="007A5E59" w:rsidRDefault="0095198F">
            <w:r>
              <w:t>Располагаемая мощность котельной</w:t>
            </w:r>
          </w:p>
        </w:tc>
        <w:tc>
          <w:tcPr>
            <w:tcW w:w="0" w:type="auto"/>
          </w:tcPr>
          <w:p w14:paraId="7257020E" w14:textId="77777777" w:rsidR="007A5E59" w:rsidRDefault="0095198F">
            <w:r>
              <w:t>Гкал/час</w:t>
            </w:r>
          </w:p>
        </w:tc>
        <w:tc>
          <w:tcPr>
            <w:tcW w:w="0" w:type="auto"/>
          </w:tcPr>
          <w:p w14:paraId="0EF6D16B" w14:textId="77777777" w:rsidR="007A5E59" w:rsidRDefault="0095198F">
            <w:pPr>
              <w:jc w:val="center"/>
            </w:pPr>
            <w:r>
              <w:t>5,3700</w:t>
            </w:r>
          </w:p>
        </w:tc>
        <w:tc>
          <w:tcPr>
            <w:tcW w:w="0" w:type="auto"/>
          </w:tcPr>
          <w:p w14:paraId="2DCCB2F0" w14:textId="77777777" w:rsidR="007A5E59" w:rsidRDefault="0095198F">
            <w:pPr>
              <w:jc w:val="center"/>
            </w:pPr>
            <w:r>
              <w:t>5,3700</w:t>
            </w:r>
          </w:p>
        </w:tc>
        <w:tc>
          <w:tcPr>
            <w:tcW w:w="0" w:type="auto"/>
          </w:tcPr>
          <w:p w14:paraId="20F97C74" w14:textId="77777777" w:rsidR="007A5E59" w:rsidRDefault="0095198F">
            <w:pPr>
              <w:jc w:val="center"/>
            </w:pPr>
            <w:r>
              <w:t>5,3700</w:t>
            </w:r>
          </w:p>
        </w:tc>
      </w:tr>
      <w:tr w:rsidR="007A5E59" w14:paraId="065983E1" w14:textId="77777777">
        <w:trPr>
          <w:jc w:val="center"/>
        </w:trPr>
        <w:tc>
          <w:tcPr>
            <w:tcW w:w="0" w:type="auto"/>
          </w:tcPr>
          <w:p w14:paraId="05FD2C4C" w14:textId="77777777" w:rsidR="007A5E59" w:rsidRDefault="0095198F">
            <w:r>
              <w:t>6.1.14</w:t>
            </w:r>
          </w:p>
        </w:tc>
        <w:tc>
          <w:tcPr>
            <w:tcW w:w="0" w:type="auto"/>
          </w:tcPr>
          <w:p w14:paraId="5C990E97" w14:textId="77777777" w:rsidR="007A5E59" w:rsidRDefault="0095198F">
            <w:r>
              <w:t>Подтверждённые технические ограничения*</w:t>
            </w:r>
          </w:p>
        </w:tc>
        <w:tc>
          <w:tcPr>
            <w:tcW w:w="0" w:type="auto"/>
          </w:tcPr>
          <w:p w14:paraId="76D18C6C" w14:textId="77777777" w:rsidR="007A5E59" w:rsidRDefault="0095198F">
            <w:r>
              <w:t>Гкал/час</w:t>
            </w:r>
          </w:p>
        </w:tc>
        <w:tc>
          <w:tcPr>
            <w:tcW w:w="0" w:type="auto"/>
          </w:tcPr>
          <w:p w14:paraId="6004F5B5" w14:textId="77777777" w:rsidR="007A5E59" w:rsidRDefault="0095198F">
            <w:pPr>
              <w:jc w:val="center"/>
            </w:pPr>
            <w:r>
              <w:t>0,0000</w:t>
            </w:r>
          </w:p>
        </w:tc>
        <w:tc>
          <w:tcPr>
            <w:tcW w:w="0" w:type="auto"/>
          </w:tcPr>
          <w:p w14:paraId="3952FEF1" w14:textId="77777777" w:rsidR="007A5E59" w:rsidRDefault="0095198F">
            <w:pPr>
              <w:jc w:val="center"/>
            </w:pPr>
            <w:r>
              <w:t>0,0000</w:t>
            </w:r>
          </w:p>
        </w:tc>
        <w:tc>
          <w:tcPr>
            <w:tcW w:w="0" w:type="auto"/>
          </w:tcPr>
          <w:p w14:paraId="400B2364" w14:textId="77777777" w:rsidR="007A5E59" w:rsidRDefault="0095198F">
            <w:pPr>
              <w:jc w:val="center"/>
            </w:pPr>
            <w:r>
              <w:t>0,0000</w:t>
            </w:r>
          </w:p>
        </w:tc>
      </w:tr>
      <w:tr w:rsidR="007A5E59" w14:paraId="1EC14479" w14:textId="77777777">
        <w:trPr>
          <w:jc w:val="center"/>
        </w:trPr>
        <w:tc>
          <w:tcPr>
            <w:tcW w:w="0" w:type="auto"/>
          </w:tcPr>
          <w:p w14:paraId="33250C55" w14:textId="77777777" w:rsidR="007A5E59" w:rsidRDefault="0095198F">
            <w:r>
              <w:t>6.1.15</w:t>
            </w:r>
          </w:p>
        </w:tc>
        <w:tc>
          <w:tcPr>
            <w:tcW w:w="0" w:type="auto"/>
          </w:tcPr>
          <w:p w14:paraId="2F56D832" w14:textId="77777777" w:rsidR="007A5E59" w:rsidRDefault="0095198F">
            <w:r>
              <w:t>Установленная мощность</w:t>
            </w:r>
          </w:p>
        </w:tc>
        <w:tc>
          <w:tcPr>
            <w:tcW w:w="0" w:type="auto"/>
          </w:tcPr>
          <w:p w14:paraId="31B0BC4C" w14:textId="77777777" w:rsidR="007A5E59" w:rsidRDefault="0095198F">
            <w:r>
              <w:t>Гкал/час</w:t>
            </w:r>
          </w:p>
        </w:tc>
        <w:tc>
          <w:tcPr>
            <w:tcW w:w="0" w:type="auto"/>
          </w:tcPr>
          <w:p w14:paraId="64348A0C" w14:textId="77777777" w:rsidR="007A5E59" w:rsidRDefault="0095198F">
            <w:pPr>
              <w:jc w:val="center"/>
            </w:pPr>
            <w:r>
              <w:t>5,3700</w:t>
            </w:r>
          </w:p>
        </w:tc>
        <w:tc>
          <w:tcPr>
            <w:tcW w:w="0" w:type="auto"/>
          </w:tcPr>
          <w:p w14:paraId="4EA0D16A" w14:textId="77777777" w:rsidR="007A5E59" w:rsidRDefault="0095198F">
            <w:pPr>
              <w:jc w:val="center"/>
            </w:pPr>
            <w:r>
              <w:t>5,3700</w:t>
            </w:r>
          </w:p>
        </w:tc>
        <w:tc>
          <w:tcPr>
            <w:tcW w:w="0" w:type="auto"/>
          </w:tcPr>
          <w:p w14:paraId="0A8EAE4C" w14:textId="77777777" w:rsidR="007A5E59" w:rsidRDefault="0095198F">
            <w:pPr>
              <w:jc w:val="center"/>
            </w:pPr>
            <w:r>
              <w:t>5,3700</w:t>
            </w:r>
          </w:p>
        </w:tc>
      </w:tr>
    </w:tbl>
    <w:p w14:paraId="776C8589" w14:textId="77777777" w:rsidR="00312815" w:rsidRDefault="00312815"/>
    <w:p w14:paraId="194BBFB9" w14:textId="77777777" w:rsidR="007A5E59" w:rsidRDefault="00312815">
      <w:r>
        <w:br w:type="page"/>
      </w:r>
    </w:p>
    <w:p w14:paraId="0A06E5DD" w14:textId="77777777" w:rsidR="007A5E59" w:rsidRPr="00344E69" w:rsidRDefault="0095198F">
      <w:pPr>
        <w:pStyle w:val="1"/>
        <w:rPr>
          <w:color w:val="4F81BD" w:themeColor="accent1"/>
          <w:lang w:val="ru-RU"/>
        </w:rPr>
      </w:pPr>
      <w:bookmarkStart w:id="117" w:name="_Toc238015708"/>
      <w:r w:rsidRPr="00344E69">
        <w:rPr>
          <w:color w:val="4F81BD" w:themeColor="accent1"/>
          <w:lang w:val="ru-RU"/>
        </w:rPr>
        <w:t>ПРИЛОЖЕНИЕ 3. Распределение протяжённости тепловых сетей по диаметрам</w:t>
      </w:r>
      <w:bookmarkEnd w:id="117"/>
    </w:p>
    <w:p w14:paraId="45AD17F7" w14:textId="77777777" w:rsidR="007A5E59" w:rsidRPr="00312815" w:rsidRDefault="0095198F">
      <w:pPr>
        <w:ind w:firstLine="709"/>
        <w:jc w:val="both"/>
        <w:rPr>
          <w:lang w:val="ru-RU"/>
        </w:rPr>
      </w:pPr>
      <w:r w:rsidRPr="00312815">
        <w:rPr>
          <w:lang w:val="ru-RU"/>
        </w:rPr>
        <w:t>Приведено распределение протяжённости тепловых сетей по каждому действующему источнику: длина по оси трассы в разрезе наружных диаметров и способов прокладки, раздельно по всей сети и по участкам, подлежащим замене. Материал является доказательной базой сводных показателей подраздела 1.3 и раздела 7.</w:t>
      </w:r>
    </w:p>
    <w:p w14:paraId="1C7D3FEA" w14:textId="77777777" w:rsidR="007A5E59" w:rsidRPr="00312815" w:rsidRDefault="0095198F">
      <w:pPr>
        <w:rPr>
          <w:lang w:val="ru-RU"/>
        </w:rPr>
      </w:pPr>
      <w:r w:rsidRPr="00312815">
        <w:rPr>
          <w:b/>
          <w:lang w:val="ru-RU"/>
        </w:rPr>
        <w:t>Таблица П3.1. Распределение протяжённости тепловых сетей по диаметрам — Производственно-отопительная УПК № 1 (г. Таштагол)</w:t>
      </w:r>
    </w:p>
    <w:tbl>
      <w:tblPr>
        <w:tblStyle w:val="aff0"/>
        <w:tblW w:w="5000" w:type="pct"/>
        <w:jc w:val="center"/>
        <w:tblCellMar>
          <w:left w:w="57" w:type="dxa"/>
          <w:right w:w="57" w:type="dxa"/>
        </w:tblCellMar>
        <w:tblLook w:val="04A0" w:firstRow="1" w:lastRow="0" w:firstColumn="1" w:lastColumn="0" w:noHBand="0" w:noVBand="1"/>
      </w:tblPr>
      <w:tblGrid>
        <w:gridCol w:w="913"/>
        <w:gridCol w:w="433"/>
        <w:gridCol w:w="377"/>
        <w:gridCol w:w="377"/>
        <w:gridCol w:w="377"/>
        <w:gridCol w:w="377"/>
        <w:gridCol w:w="433"/>
        <w:gridCol w:w="433"/>
        <w:gridCol w:w="376"/>
        <w:gridCol w:w="376"/>
        <w:gridCol w:w="432"/>
        <w:gridCol w:w="434"/>
        <w:gridCol w:w="434"/>
        <w:gridCol w:w="434"/>
        <w:gridCol w:w="434"/>
        <w:gridCol w:w="434"/>
        <w:gridCol w:w="434"/>
        <w:gridCol w:w="434"/>
        <w:gridCol w:w="434"/>
        <w:gridCol w:w="434"/>
        <w:gridCol w:w="535"/>
      </w:tblGrid>
      <w:tr w:rsidR="007A5E59" w:rsidRPr="00C07C05" w14:paraId="745E1A52" w14:textId="77777777">
        <w:trPr>
          <w:cantSplit/>
          <w:tblHeader/>
          <w:jc w:val="center"/>
        </w:trPr>
        <w:tc>
          <w:tcPr>
            <w:tcW w:w="0" w:type="auto"/>
            <w:vMerge w:val="restart"/>
            <w:shd w:val="clear" w:color="auto" w:fill="E2F0D9"/>
            <w:vAlign w:val="center"/>
          </w:tcPr>
          <w:p w14:paraId="0C09BE0A" w14:textId="77777777" w:rsidR="007A5E59" w:rsidRDefault="0095198F">
            <w:pPr>
              <w:jc w:val="center"/>
            </w:pPr>
            <w:r>
              <w:rPr>
                <w:b/>
              </w:rPr>
              <w:t>Способ прокладки</w:t>
            </w:r>
          </w:p>
        </w:tc>
        <w:tc>
          <w:tcPr>
            <w:tcW w:w="0" w:type="auto"/>
            <w:gridSpan w:val="20"/>
            <w:shd w:val="clear" w:color="auto" w:fill="E2F0D9"/>
            <w:vAlign w:val="center"/>
          </w:tcPr>
          <w:p w14:paraId="6CCC4ACA" w14:textId="77777777" w:rsidR="007A5E59" w:rsidRPr="00312815" w:rsidRDefault="0095198F">
            <w:pPr>
              <w:jc w:val="center"/>
              <w:rPr>
                <w:lang w:val="ru-RU"/>
              </w:rPr>
            </w:pPr>
            <w:r w:rsidRPr="00312815">
              <w:rPr>
                <w:b/>
                <w:lang w:val="ru-RU"/>
              </w:rPr>
              <w:t>Длина по оси трассы (двухтрубная прокладка), м</w:t>
            </w:r>
          </w:p>
        </w:tc>
      </w:tr>
      <w:tr w:rsidR="007A5E59" w14:paraId="61A977CE" w14:textId="77777777">
        <w:trPr>
          <w:cantSplit/>
          <w:tblHeader/>
          <w:jc w:val="center"/>
        </w:trPr>
        <w:tc>
          <w:tcPr>
            <w:tcW w:w="0" w:type="auto"/>
            <w:vMerge/>
            <w:shd w:val="clear" w:color="auto" w:fill="E2F0D9"/>
            <w:vAlign w:val="center"/>
          </w:tcPr>
          <w:p w14:paraId="5924AE34" w14:textId="77777777" w:rsidR="007A5E59" w:rsidRPr="00312815" w:rsidRDefault="007A5E59">
            <w:pPr>
              <w:jc w:val="center"/>
              <w:rPr>
                <w:lang w:val="ru-RU"/>
              </w:rPr>
            </w:pPr>
          </w:p>
        </w:tc>
        <w:tc>
          <w:tcPr>
            <w:tcW w:w="0" w:type="auto"/>
            <w:shd w:val="clear" w:color="auto" w:fill="E2F0D9"/>
            <w:vAlign w:val="center"/>
          </w:tcPr>
          <w:p w14:paraId="6F3BE8D0" w14:textId="77777777" w:rsidR="007A5E59" w:rsidRDefault="0095198F">
            <w:pPr>
              <w:jc w:val="center"/>
            </w:pPr>
            <w:r>
              <w:rPr>
                <w:b/>
              </w:rPr>
              <w:t>Дн15</w:t>
            </w:r>
          </w:p>
        </w:tc>
        <w:tc>
          <w:tcPr>
            <w:tcW w:w="0" w:type="auto"/>
            <w:shd w:val="clear" w:color="auto" w:fill="E2F0D9"/>
            <w:vAlign w:val="center"/>
          </w:tcPr>
          <w:p w14:paraId="685F714A" w14:textId="77777777" w:rsidR="007A5E59" w:rsidRDefault="0095198F">
            <w:pPr>
              <w:jc w:val="center"/>
            </w:pPr>
            <w:r>
              <w:rPr>
                <w:b/>
              </w:rPr>
              <w:t>Дн20</w:t>
            </w:r>
          </w:p>
        </w:tc>
        <w:tc>
          <w:tcPr>
            <w:tcW w:w="0" w:type="auto"/>
            <w:shd w:val="clear" w:color="auto" w:fill="E2F0D9"/>
            <w:vAlign w:val="center"/>
          </w:tcPr>
          <w:p w14:paraId="308A1C4B" w14:textId="77777777" w:rsidR="007A5E59" w:rsidRDefault="0095198F">
            <w:pPr>
              <w:jc w:val="center"/>
            </w:pPr>
            <w:r>
              <w:rPr>
                <w:b/>
              </w:rPr>
              <w:t>Дн25</w:t>
            </w:r>
          </w:p>
        </w:tc>
        <w:tc>
          <w:tcPr>
            <w:tcW w:w="0" w:type="auto"/>
            <w:shd w:val="clear" w:color="auto" w:fill="E2F0D9"/>
            <w:vAlign w:val="center"/>
          </w:tcPr>
          <w:p w14:paraId="3D6C3F1D" w14:textId="77777777" w:rsidR="007A5E59" w:rsidRDefault="0095198F">
            <w:pPr>
              <w:jc w:val="center"/>
            </w:pPr>
            <w:r>
              <w:rPr>
                <w:b/>
              </w:rPr>
              <w:t>Дн32</w:t>
            </w:r>
          </w:p>
        </w:tc>
        <w:tc>
          <w:tcPr>
            <w:tcW w:w="0" w:type="auto"/>
            <w:shd w:val="clear" w:color="auto" w:fill="E2F0D9"/>
            <w:vAlign w:val="center"/>
          </w:tcPr>
          <w:p w14:paraId="7CBE1B84" w14:textId="77777777" w:rsidR="007A5E59" w:rsidRDefault="0095198F">
            <w:pPr>
              <w:jc w:val="center"/>
            </w:pPr>
            <w:r>
              <w:rPr>
                <w:b/>
              </w:rPr>
              <w:t>Дн40</w:t>
            </w:r>
          </w:p>
        </w:tc>
        <w:tc>
          <w:tcPr>
            <w:tcW w:w="0" w:type="auto"/>
            <w:shd w:val="clear" w:color="auto" w:fill="E2F0D9"/>
            <w:vAlign w:val="center"/>
          </w:tcPr>
          <w:p w14:paraId="24328AF2" w14:textId="77777777" w:rsidR="007A5E59" w:rsidRDefault="0095198F">
            <w:pPr>
              <w:jc w:val="center"/>
            </w:pPr>
            <w:r>
              <w:rPr>
                <w:b/>
              </w:rPr>
              <w:t>Дн50</w:t>
            </w:r>
          </w:p>
        </w:tc>
        <w:tc>
          <w:tcPr>
            <w:tcW w:w="0" w:type="auto"/>
            <w:shd w:val="clear" w:color="auto" w:fill="E2F0D9"/>
            <w:vAlign w:val="center"/>
          </w:tcPr>
          <w:p w14:paraId="42092049" w14:textId="77777777" w:rsidR="007A5E59" w:rsidRDefault="0095198F">
            <w:pPr>
              <w:jc w:val="center"/>
            </w:pPr>
            <w:r>
              <w:rPr>
                <w:b/>
              </w:rPr>
              <w:t>Дн65</w:t>
            </w:r>
          </w:p>
        </w:tc>
        <w:tc>
          <w:tcPr>
            <w:tcW w:w="0" w:type="auto"/>
            <w:shd w:val="clear" w:color="auto" w:fill="E2F0D9"/>
            <w:vAlign w:val="center"/>
          </w:tcPr>
          <w:p w14:paraId="73285719" w14:textId="77777777" w:rsidR="007A5E59" w:rsidRDefault="0095198F">
            <w:pPr>
              <w:jc w:val="center"/>
            </w:pPr>
            <w:r>
              <w:rPr>
                <w:b/>
              </w:rPr>
              <w:t>Дн68</w:t>
            </w:r>
          </w:p>
        </w:tc>
        <w:tc>
          <w:tcPr>
            <w:tcW w:w="0" w:type="auto"/>
            <w:shd w:val="clear" w:color="auto" w:fill="E2F0D9"/>
            <w:vAlign w:val="center"/>
          </w:tcPr>
          <w:p w14:paraId="6DA25E54" w14:textId="77777777" w:rsidR="007A5E59" w:rsidRDefault="0095198F">
            <w:pPr>
              <w:jc w:val="center"/>
            </w:pPr>
            <w:r>
              <w:rPr>
                <w:b/>
              </w:rPr>
              <w:t>Дн70</w:t>
            </w:r>
          </w:p>
        </w:tc>
        <w:tc>
          <w:tcPr>
            <w:tcW w:w="0" w:type="auto"/>
            <w:shd w:val="clear" w:color="auto" w:fill="E2F0D9"/>
            <w:vAlign w:val="center"/>
          </w:tcPr>
          <w:p w14:paraId="0909AD49" w14:textId="77777777" w:rsidR="007A5E59" w:rsidRDefault="0095198F">
            <w:pPr>
              <w:jc w:val="center"/>
            </w:pPr>
            <w:r>
              <w:rPr>
                <w:b/>
              </w:rPr>
              <w:t>Дн80</w:t>
            </w:r>
          </w:p>
        </w:tc>
        <w:tc>
          <w:tcPr>
            <w:tcW w:w="0" w:type="auto"/>
            <w:shd w:val="clear" w:color="auto" w:fill="E2F0D9"/>
            <w:vAlign w:val="center"/>
          </w:tcPr>
          <w:p w14:paraId="53498B3B" w14:textId="77777777" w:rsidR="007A5E59" w:rsidRDefault="0095198F">
            <w:pPr>
              <w:jc w:val="center"/>
            </w:pPr>
            <w:r>
              <w:rPr>
                <w:b/>
              </w:rPr>
              <w:t>Дн100</w:t>
            </w:r>
          </w:p>
        </w:tc>
        <w:tc>
          <w:tcPr>
            <w:tcW w:w="0" w:type="auto"/>
            <w:shd w:val="clear" w:color="auto" w:fill="E2F0D9"/>
            <w:vAlign w:val="center"/>
          </w:tcPr>
          <w:p w14:paraId="476F3BBD" w14:textId="77777777" w:rsidR="007A5E59" w:rsidRDefault="0095198F">
            <w:pPr>
              <w:jc w:val="center"/>
            </w:pPr>
            <w:r>
              <w:rPr>
                <w:b/>
              </w:rPr>
              <w:t>Дн125</w:t>
            </w:r>
          </w:p>
        </w:tc>
        <w:tc>
          <w:tcPr>
            <w:tcW w:w="0" w:type="auto"/>
            <w:shd w:val="clear" w:color="auto" w:fill="E2F0D9"/>
            <w:vAlign w:val="center"/>
          </w:tcPr>
          <w:p w14:paraId="11538B51" w14:textId="77777777" w:rsidR="007A5E59" w:rsidRDefault="0095198F">
            <w:pPr>
              <w:jc w:val="center"/>
            </w:pPr>
            <w:r>
              <w:rPr>
                <w:b/>
              </w:rPr>
              <w:t>Дн150</w:t>
            </w:r>
          </w:p>
        </w:tc>
        <w:tc>
          <w:tcPr>
            <w:tcW w:w="0" w:type="auto"/>
            <w:shd w:val="clear" w:color="auto" w:fill="E2F0D9"/>
            <w:vAlign w:val="center"/>
          </w:tcPr>
          <w:p w14:paraId="4D146B1B" w14:textId="77777777" w:rsidR="007A5E59" w:rsidRDefault="0095198F">
            <w:pPr>
              <w:jc w:val="center"/>
            </w:pPr>
            <w:r>
              <w:rPr>
                <w:b/>
              </w:rPr>
              <w:t>Дн200</w:t>
            </w:r>
          </w:p>
        </w:tc>
        <w:tc>
          <w:tcPr>
            <w:tcW w:w="0" w:type="auto"/>
            <w:shd w:val="clear" w:color="auto" w:fill="E2F0D9"/>
            <w:vAlign w:val="center"/>
          </w:tcPr>
          <w:p w14:paraId="235DCBFE" w14:textId="77777777" w:rsidR="007A5E59" w:rsidRDefault="0095198F">
            <w:pPr>
              <w:jc w:val="center"/>
            </w:pPr>
            <w:r>
              <w:rPr>
                <w:b/>
              </w:rPr>
              <w:t>Дн250</w:t>
            </w:r>
          </w:p>
        </w:tc>
        <w:tc>
          <w:tcPr>
            <w:tcW w:w="0" w:type="auto"/>
            <w:shd w:val="clear" w:color="auto" w:fill="E2F0D9"/>
            <w:vAlign w:val="center"/>
          </w:tcPr>
          <w:p w14:paraId="6067994D" w14:textId="77777777" w:rsidR="007A5E59" w:rsidRDefault="0095198F">
            <w:pPr>
              <w:jc w:val="center"/>
            </w:pPr>
            <w:r>
              <w:rPr>
                <w:b/>
              </w:rPr>
              <w:t>Дн300</w:t>
            </w:r>
          </w:p>
        </w:tc>
        <w:tc>
          <w:tcPr>
            <w:tcW w:w="0" w:type="auto"/>
            <w:shd w:val="clear" w:color="auto" w:fill="E2F0D9"/>
            <w:vAlign w:val="center"/>
          </w:tcPr>
          <w:p w14:paraId="01710A80" w14:textId="77777777" w:rsidR="007A5E59" w:rsidRDefault="0095198F">
            <w:pPr>
              <w:jc w:val="center"/>
            </w:pPr>
            <w:r>
              <w:rPr>
                <w:b/>
              </w:rPr>
              <w:t>Дн350</w:t>
            </w:r>
          </w:p>
        </w:tc>
        <w:tc>
          <w:tcPr>
            <w:tcW w:w="0" w:type="auto"/>
            <w:shd w:val="clear" w:color="auto" w:fill="E2F0D9"/>
            <w:vAlign w:val="center"/>
          </w:tcPr>
          <w:p w14:paraId="68AC76B6" w14:textId="77777777" w:rsidR="007A5E59" w:rsidRDefault="0095198F">
            <w:pPr>
              <w:jc w:val="center"/>
            </w:pPr>
            <w:r>
              <w:rPr>
                <w:b/>
              </w:rPr>
              <w:t>Дн400</w:t>
            </w:r>
          </w:p>
        </w:tc>
        <w:tc>
          <w:tcPr>
            <w:tcW w:w="0" w:type="auto"/>
            <w:shd w:val="clear" w:color="auto" w:fill="E2F0D9"/>
            <w:vAlign w:val="center"/>
          </w:tcPr>
          <w:p w14:paraId="3B531662" w14:textId="77777777" w:rsidR="007A5E59" w:rsidRDefault="0095198F">
            <w:pPr>
              <w:jc w:val="center"/>
            </w:pPr>
            <w:r>
              <w:rPr>
                <w:b/>
              </w:rPr>
              <w:t>Дн500</w:t>
            </w:r>
          </w:p>
        </w:tc>
        <w:tc>
          <w:tcPr>
            <w:tcW w:w="0" w:type="auto"/>
            <w:shd w:val="clear" w:color="auto" w:fill="E2F0D9"/>
            <w:vAlign w:val="center"/>
          </w:tcPr>
          <w:p w14:paraId="7D8E92FA" w14:textId="77777777" w:rsidR="007A5E59" w:rsidRDefault="0095198F">
            <w:pPr>
              <w:jc w:val="center"/>
            </w:pPr>
            <w:r>
              <w:rPr>
                <w:b/>
              </w:rPr>
              <w:t>ИТОГО</w:t>
            </w:r>
          </w:p>
        </w:tc>
      </w:tr>
      <w:tr w:rsidR="007A5E59" w:rsidRPr="00C07C05" w14:paraId="0A51CDB6" w14:textId="77777777">
        <w:trPr>
          <w:jc w:val="center"/>
        </w:trPr>
        <w:tc>
          <w:tcPr>
            <w:tcW w:w="0" w:type="auto"/>
          </w:tcPr>
          <w:p w14:paraId="3D6604C2" w14:textId="77777777" w:rsidR="007A5E59" w:rsidRPr="00312815" w:rsidRDefault="0095198F">
            <w:pPr>
              <w:rPr>
                <w:lang w:val="ru-RU"/>
              </w:rPr>
            </w:pPr>
            <w:r w:rsidRPr="00312815">
              <w:rPr>
                <w:lang w:val="ru-RU"/>
              </w:rPr>
              <w:t>БЛОК 1. Вся сеть — существующее состояние</w:t>
            </w:r>
          </w:p>
        </w:tc>
        <w:tc>
          <w:tcPr>
            <w:tcW w:w="0" w:type="auto"/>
          </w:tcPr>
          <w:p w14:paraId="0DD16809" w14:textId="77777777" w:rsidR="007A5E59" w:rsidRPr="00312815" w:rsidRDefault="007A5E59">
            <w:pPr>
              <w:rPr>
                <w:lang w:val="ru-RU"/>
              </w:rPr>
            </w:pPr>
          </w:p>
        </w:tc>
        <w:tc>
          <w:tcPr>
            <w:tcW w:w="0" w:type="auto"/>
          </w:tcPr>
          <w:p w14:paraId="3590E7C7" w14:textId="77777777" w:rsidR="007A5E59" w:rsidRPr="00312815" w:rsidRDefault="007A5E59">
            <w:pPr>
              <w:rPr>
                <w:lang w:val="ru-RU"/>
              </w:rPr>
            </w:pPr>
          </w:p>
        </w:tc>
        <w:tc>
          <w:tcPr>
            <w:tcW w:w="0" w:type="auto"/>
          </w:tcPr>
          <w:p w14:paraId="13189436" w14:textId="77777777" w:rsidR="007A5E59" w:rsidRPr="00312815" w:rsidRDefault="007A5E59">
            <w:pPr>
              <w:rPr>
                <w:lang w:val="ru-RU"/>
              </w:rPr>
            </w:pPr>
          </w:p>
        </w:tc>
        <w:tc>
          <w:tcPr>
            <w:tcW w:w="0" w:type="auto"/>
          </w:tcPr>
          <w:p w14:paraId="30FAAA11" w14:textId="77777777" w:rsidR="007A5E59" w:rsidRPr="00312815" w:rsidRDefault="007A5E59">
            <w:pPr>
              <w:rPr>
                <w:lang w:val="ru-RU"/>
              </w:rPr>
            </w:pPr>
          </w:p>
        </w:tc>
        <w:tc>
          <w:tcPr>
            <w:tcW w:w="0" w:type="auto"/>
          </w:tcPr>
          <w:p w14:paraId="1B5B2ED6" w14:textId="77777777" w:rsidR="007A5E59" w:rsidRPr="00312815" w:rsidRDefault="007A5E59">
            <w:pPr>
              <w:rPr>
                <w:lang w:val="ru-RU"/>
              </w:rPr>
            </w:pPr>
          </w:p>
        </w:tc>
        <w:tc>
          <w:tcPr>
            <w:tcW w:w="0" w:type="auto"/>
          </w:tcPr>
          <w:p w14:paraId="1420875C" w14:textId="77777777" w:rsidR="007A5E59" w:rsidRPr="00312815" w:rsidRDefault="007A5E59">
            <w:pPr>
              <w:rPr>
                <w:lang w:val="ru-RU"/>
              </w:rPr>
            </w:pPr>
          </w:p>
        </w:tc>
        <w:tc>
          <w:tcPr>
            <w:tcW w:w="0" w:type="auto"/>
          </w:tcPr>
          <w:p w14:paraId="3EF59011" w14:textId="77777777" w:rsidR="007A5E59" w:rsidRPr="00312815" w:rsidRDefault="007A5E59">
            <w:pPr>
              <w:rPr>
                <w:lang w:val="ru-RU"/>
              </w:rPr>
            </w:pPr>
          </w:p>
        </w:tc>
        <w:tc>
          <w:tcPr>
            <w:tcW w:w="0" w:type="auto"/>
          </w:tcPr>
          <w:p w14:paraId="6DA4A621" w14:textId="77777777" w:rsidR="007A5E59" w:rsidRPr="00312815" w:rsidRDefault="007A5E59">
            <w:pPr>
              <w:rPr>
                <w:lang w:val="ru-RU"/>
              </w:rPr>
            </w:pPr>
          </w:p>
        </w:tc>
        <w:tc>
          <w:tcPr>
            <w:tcW w:w="0" w:type="auto"/>
          </w:tcPr>
          <w:p w14:paraId="6086248A" w14:textId="77777777" w:rsidR="007A5E59" w:rsidRPr="00312815" w:rsidRDefault="007A5E59">
            <w:pPr>
              <w:rPr>
                <w:lang w:val="ru-RU"/>
              </w:rPr>
            </w:pPr>
          </w:p>
        </w:tc>
        <w:tc>
          <w:tcPr>
            <w:tcW w:w="0" w:type="auto"/>
          </w:tcPr>
          <w:p w14:paraId="1534B959" w14:textId="77777777" w:rsidR="007A5E59" w:rsidRPr="00312815" w:rsidRDefault="007A5E59">
            <w:pPr>
              <w:rPr>
                <w:lang w:val="ru-RU"/>
              </w:rPr>
            </w:pPr>
          </w:p>
        </w:tc>
        <w:tc>
          <w:tcPr>
            <w:tcW w:w="0" w:type="auto"/>
          </w:tcPr>
          <w:p w14:paraId="22B73E6F" w14:textId="77777777" w:rsidR="007A5E59" w:rsidRPr="00312815" w:rsidRDefault="007A5E59">
            <w:pPr>
              <w:rPr>
                <w:lang w:val="ru-RU"/>
              </w:rPr>
            </w:pPr>
          </w:p>
        </w:tc>
        <w:tc>
          <w:tcPr>
            <w:tcW w:w="0" w:type="auto"/>
          </w:tcPr>
          <w:p w14:paraId="6AE2FD84" w14:textId="77777777" w:rsidR="007A5E59" w:rsidRPr="00312815" w:rsidRDefault="007A5E59">
            <w:pPr>
              <w:rPr>
                <w:lang w:val="ru-RU"/>
              </w:rPr>
            </w:pPr>
          </w:p>
        </w:tc>
        <w:tc>
          <w:tcPr>
            <w:tcW w:w="0" w:type="auto"/>
          </w:tcPr>
          <w:p w14:paraId="21249EF3" w14:textId="77777777" w:rsidR="007A5E59" w:rsidRPr="00312815" w:rsidRDefault="007A5E59">
            <w:pPr>
              <w:rPr>
                <w:lang w:val="ru-RU"/>
              </w:rPr>
            </w:pPr>
          </w:p>
        </w:tc>
        <w:tc>
          <w:tcPr>
            <w:tcW w:w="0" w:type="auto"/>
          </w:tcPr>
          <w:p w14:paraId="14F29CA2" w14:textId="77777777" w:rsidR="007A5E59" w:rsidRPr="00312815" w:rsidRDefault="007A5E59">
            <w:pPr>
              <w:rPr>
                <w:lang w:val="ru-RU"/>
              </w:rPr>
            </w:pPr>
          </w:p>
        </w:tc>
        <w:tc>
          <w:tcPr>
            <w:tcW w:w="0" w:type="auto"/>
          </w:tcPr>
          <w:p w14:paraId="3A6FA9D9" w14:textId="77777777" w:rsidR="007A5E59" w:rsidRPr="00312815" w:rsidRDefault="007A5E59">
            <w:pPr>
              <w:rPr>
                <w:lang w:val="ru-RU"/>
              </w:rPr>
            </w:pPr>
          </w:p>
        </w:tc>
        <w:tc>
          <w:tcPr>
            <w:tcW w:w="0" w:type="auto"/>
          </w:tcPr>
          <w:p w14:paraId="68D3D01B" w14:textId="77777777" w:rsidR="007A5E59" w:rsidRPr="00312815" w:rsidRDefault="007A5E59">
            <w:pPr>
              <w:rPr>
                <w:lang w:val="ru-RU"/>
              </w:rPr>
            </w:pPr>
          </w:p>
        </w:tc>
        <w:tc>
          <w:tcPr>
            <w:tcW w:w="0" w:type="auto"/>
          </w:tcPr>
          <w:p w14:paraId="20E399B1" w14:textId="77777777" w:rsidR="007A5E59" w:rsidRPr="00312815" w:rsidRDefault="007A5E59">
            <w:pPr>
              <w:rPr>
                <w:lang w:val="ru-RU"/>
              </w:rPr>
            </w:pPr>
          </w:p>
        </w:tc>
        <w:tc>
          <w:tcPr>
            <w:tcW w:w="0" w:type="auto"/>
          </w:tcPr>
          <w:p w14:paraId="568BD4C5" w14:textId="77777777" w:rsidR="007A5E59" w:rsidRPr="00312815" w:rsidRDefault="007A5E59">
            <w:pPr>
              <w:rPr>
                <w:lang w:val="ru-RU"/>
              </w:rPr>
            </w:pPr>
          </w:p>
        </w:tc>
        <w:tc>
          <w:tcPr>
            <w:tcW w:w="0" w:type="auto"/>
          </w:tcPr>
          <w:p w14:paraId="4D6E6F9E" w14:textId="77777777" w:rsidR="007A5E59" w:rsidRPr="00312815" w:rsidRDefault="007A5E59">
            <w:pPr>
              <w:rPr>
                <w:lang w:val="ru-RU"/>
              </w:rPr>
            </w:pPr>
          </w:p>
        </w:tc>
        <w:tc>
          <w:tcPr>
            <w:tcW w:w="0" w:type="auto"/>
          </w:tcPr>
          <w:p w14:paraId="20BCE960" w14:textId="77777777" w:rsidR="007A5E59" w:rsidRPr="00312815" w:rsidRDefault="007A5E59">
            <w:pPr>
              <w:rPr>
                <w:lang w:val="ru-RU"/>
              </w:rPr>
            </w:pPr>
          </w:p>
        </w:tc>
      </w:tr>
      <w:tr w:rsidR="007A5E59" w14:paraId="76E01911" w14:textId="77777777">
        <w:trPr>
          <w:jc w:val="center"/>
        </w:trPr>
        <w:tc>
          <w:tcPr>
            <w:tcW w:w="0" w:type="auto"/>
          </w:tcPr>
          <w:p w14:paraId="7F4D7DAE" w14:textId="77777777" w:rsidR="007A5E59" w:rsidRDefault="0095198F">
            <w:r>
              <w:t>в канале</w:t>
            </w:r>
          </w:p>
        </w:tc>
        <w:tc>
          <w:tcPr>
            <w:tcW w:w="0" w:type="auto"/>
          </w:tcPr>
          <w:p w14:paraId="5ADB6FC0" w14:textId="77777777" w:rsidR="007A5E59" w:rsidRDefault="0095198F">
            <w:pPr>
              <w:jc w:val="center"/>
            </w:pPr>
            <w:r>
              <w:t>0,0</w:t>
            </w:r>
          </w:p>
        </w:tc>
        <w:tc>
          <w:tcPr>
            <w:tcW w:w="0" w:type="auto"/>
          </w:tcPr>
          <w:p w14:paraId="2F5AF630" w14:textId="77777777" w:rsidR="007A5E59" w:rsidRDefault="0095198F">
            <w:pPr>
              <w:jc w:val="center"/>
            </w:pPr>
            <w:r>
              <w:t>0,0</w:t>
            </w:r>
          </w:p>
        </w:tc>
        <w:tc>
          <w:tcPr>
            <w:tcW w:w="0" w:type="auto"/>
          </w:tcPr>
          <w:p w14:paraId="4FA35652" w14:textId="77777777" w:rsidR="007A5E59" w:rsidRDefault="0095198F">
            <w:pPr>
              <w:jc w:val="center"/>
            </w:pPr>
            <w:r>
              <w:t>30,0</w:t>
            </w:r>
          </w:p>
        </w:tc>
        <w:tc>
          <w:tcPr>
            <w:tcW w:w="0" w:type="auto"/>
          </w:tcPr>
          <w:p w14:paraId="48335B2F" w14:textId="77777777" w:rsidR="007A5E59" w:rsidRDefault="0095198F">
            <w:pPr>
              <w:jc w:val="center"/>
            </w:pPr>
            <w:r>
              <w:t>0,0</w:t>
            </w:r>
          </w:p>
        </w:tc>
        <w:tc>
          <w:tcPr>
            <w:tcW w:w="0" w:type="auto"/>
          </w:tcPr>
          <w:p w14:paraId="753DFA47" w14:textId="77777777" w:rsidR="007A5E59" w:rsidRDefault="0095198F">
            <w:pPr>
              <w:jc w:val="center"/>
            </w:pPr>
            <w:r>
              <w:t>0,0</w:t>
            </w:r>
          </w:p>
        </w:tc>
        <w:tc>
          <w:tcPr>
            <w:tcW w:w="0" w:type="auto"/>
          </w:tcPr>
          <w:p w14:paraId="65B77EAF" w14:textId="77777777" w:rsidR="007A5E59" w:rsidRDefault="0095198F">
            <w:pPr>
              <w:jc w:val="center"/>
            </w:pPr>
            <w:r>
              <w:t>566,0</w:t>
            </w:r>
          </w:p>
        </w:tc>
        <w:tc>
          <w:tcPr>
            <w:tcW w:w="0" w:type="auto"/>
          </w:tcPr>
          <w:p w14:paraId="4B83FA62" w14:textId="77777777" w:rsidR="007A5E59" w:rsidRDefault="0095198F">
            <w:pPr>
              <w:jc w:val="center"/>
            </w:pPr>
            <w:r>
              <w:t>252,9</w:t>
            </w:r>
          </w:p>
        </w:tc>
        <w:tc>
          <w:tcPr>
            <w:tcW w:w="0" w:type="auto"/>
          </w:tcPr>
          <w:p w14:paraId="21295047" w14:textId="77777777" w:rsidR="007A5E59" w:rsidRDefault="0095198F">
            <w:pPr>
              <w:jc w:val="center"/>
            </w:pPr>
            <w:r>
              <w:t>0,0</w:t>
            </w:r>
          </w:p>
        </w:tc>
        <w:tc>
          <w:tcPr>
            <w:tcW w:w="0" w:type="auto"/>
          </w:tcPr>
          <w:p w14:paraId="48F982FE" w14:textId="77777777" w:rsidR="007A5E59" w:rsidRDefault="0095198F">
            <w:pPr>
              <w:jc w:val="center"/>
            </w:pPr>
            <w:r>
              <w:t>70,0</w:t>
            </w:r>
          </w:p>
        </w:tc>
        <w:tc>
          <w:tcPr>
            <w:tcW w:w="0" w:type="auto"/>
          </w:tcPr>
          <w:p w14:paraId="272323E4" w14:textId="77777777" w:rsidR="007A5E59" w:rsidRDefault="0095198F">
            <w:pPr>
              <w:jc w:val="center"/>
            </w:pPr>
            <w:r>
              <w:t>1 614,5</w:t>
            </w:r>
          </w:p>
        </w:tc>
        <w:tc>
          <w:tcPr>
            <w:tcW w:w="0" w:type="auto"/>
          </w:tcPr>
          <w:p w14:paraId="0A249E99" w14:textId="77777777" w:rsidR="007A5E59" w:rsidRDefault="0095198F">
            <w:pPr>
              <w:jc w:val="center"/>
            </w:pPr>
            <w:r>
              <w:t>5 955,3</w:t>
            </w:r>
          </w:p>
        </w:tc>
        <w:tc>
          <w:tcPr>
            <w:tcW w:w="0" w:type="auto"/>
          </w:tcPr>
          <w:p w14:paraId="39E512F9" w14:textId="77777777" w:rsidR="007A5E59" w:rsidRDefault="0095198F">
            <w:pPr>
              <w:jc w:val="center"/>
            </w:pPr>
            <w:r>
              <w:t>382,9</w:t>
            </w:r>
          </w:p>
        </w:tc>
        <w:tc>
          <w:tcPr>
            <w:tcW w:w="0" w:type="auto"/>
          </w:tcPr>
          <w:p w14:paraId="2415A78F" w14:textId="77777777" w:rsidR="007A5E59" w:rsidRDefault="0095198F">
            <w:pPr>
              <w:jc w:val="center"/>
            </w:pPr>
            <w:r>
              <w:t>3 523,4</w:t>
            </w:r>
          </w:p>
        </w:tc>
        <w:tc>
          <w:tcPr>
            <w:tcW w:w="0" w:type="auto"/>
          </w:tcPr>
          <w:p w14:paraId="6DC9EF44" w14:textId="77777777" w:rsidR="007A5E59" w:rsidRDefault="0095198F">
            <w:pPr>
              <w:jc w:val="center"/>
            </w:pPr>
            <w:r>
              <w:t>6 144,5</w:t>
            </w:r>
          </w:p>
        </w:tc>
        <w:tc>
          <w:tcPr>
            <w:tcW w:w="0" w:type="auto"/>
          </w:tcPr>
          <w:p w14:paraId="76ECE721" w14:textId="77777777" w:rsidR="007A5E59" w:rsidRDefault="0095198F">
            <w:pPr>
              <w:jc w:val="center"/>
            </w:pPr>
            <w:r>
              <w:t>1 485,0</w:t>
            </w:r>
          </w:p>
        </w:tc>
        <w:tc>
          <w:tcPr>
            <w:tcW w:w="0" w:type="auto"/>
          </w:tcPr>
          <w:p w14:paraId="796BDEB0" w14:textId="77777777" w:rsidR="007A5E59" w:rsidRDefault="0095198F">
            <w:pPr>
              <w:jc w:val="center"/>
            </w:pPr>
            <w:r>
              <w:t>4 381,0</w:t>
            </w:r>
          </w:p>
        </w:tc>
        <w:tc>
          <w:tcPr>
            <w:tcW w:w="0" w:type="auto"/>
          </w:tcPr>
          <w:p w14:paraId="3A4AEFF6" w14:textId="77777777" w:rsidR="007A5E59" w:rsidRDefault="0095198F">
            <w:pPr>
              <w:jc w:val="center"/>
            </w:pPr>
            <w:r>
              <w:t>0,0</w:t>
            </w:r>
          </w:p>
        </w:tc>
        <w:tc>
          <w:tcPr>
            <w:tcW w:w="0" w:type="auto"/>
          </w:tcPr>
          <w:p w14:paraId="67E48B1A" w14:textId="77777777" w:rsidR="007A5E59" w:rsidRDefault="0095198F">
            <w:pPr>
              <w:jc w:val="center"/>
            </w:pPr>
            <w:r>
              <w:t>0,0</w:t>
            </w:r>
          </w:p>
        </w:tc>
        <w:tc>
          <w:tcPr>
            <w:tcW w:w="0" w:type="auto"/>
          </w:tcPr>
          <w:p w14:paraId="45B96360" w14:textId="77777777" w:rsidR="007A5E59" w:rsidRDefault="0095198F">
            <w:pPr>
              <w:jc w:val="center"/>
            </w:pPr>
            <w:r>
              <w:t>0,0</w:t>
            </w:r>
          </w:p>
        </w:tc>
        <w:tc>
          <w:tcPr>
            <w:tcW w:w="0" w:type="auto"/>
          </w:tcPr>
          <w:p w14:paraId="7426282C" w14:textId="77777777" w:rsidR="007A5E59" w:rsidRDefault="0095198F">
            <w:pPr>
              <w:jc w:val="center"/>
            </w:pPr>
            <w:r>
              <w:t>24 405,5</w:t>
            </w:r>
          </w:p>
        </w:tc>
      </w:tr>
      <w:tr w:rsidR="007A5E59" w14:paraId="4486C19F" w14:textId="77777777">
        <w:trPr>
          <w:jc w:val="center"/>
        </w:trPr>
        <w:tc>
          <w:tcPr>
            <w:tcW w:w="0" w:type="auto"/>
          </w:tcPr>
          <w:p w14:paraId="0E2E8F66" w14:textId="77777777" w:rsidR="007A5E59" w:rsidRDefault="0095198F">
            <w:r>
              <w:t>бесканально</w:t>
            </w:r>
          </w:p>
        </w:tc>
        <w:tc>
          <w:tcPr>
            <w:tcW w:w="0" w:type="auto"/>
          </w:tcPr>
          <w:p w14:paraId="2B3FF706" w14:textId="77777777" w:rsidR="007A5E59" w:rsidRDefault="0095198F">
            <w:pPr>
              <w:jc w:val="center"/>
            </w:pPr>
            <w:r>
              <w:t>0,0</w:t>
            </w:r>
          </w:p>
        </w:tc>
        <w:tc>
          <w:tcPr>
            <w:tcW w:w="0" w:type="auto"/>
          </w:tcPr>
          <w:p w14:paraId="4FF47925" w14:textId="77777777" w:rsidR="007A5E59" w:rsidRDefault="0095198F">
            <w:pPr>
              <w:jc w:val="center"/>
            </w:pPr>
            <w:r>
              <w:t>0,0</w:t>
            </w:r>
          </w:p>
        </w:tc>
        <w:tc>
          <w:tcPr>
            <w:tcW w:w="0" w:type="auto"/>
          </w:tcPr>
          <w:p w14:paraId="70D863B8" w14:textId="77777777" w:rsidR="007A5E59" w:rsidRDefault="0095198F">
            <w:pPr>
              <w:jc w:val="center"/>
            </w:pPr>
            <w:r>
              <w:t>0,0</w:t>
            </w:r>
          </w:p>
        </w:tc>
        <w:tc>
          <w:tcPr>
            <w:tcW w:w="0" w:type="auto"/>
          </w:tcPr>
          <w:p w14:paraId="38767D89" w14:textId="77777777" w:rsidR="007A5E59" w:rsidRDefault="0095198F">
            <w:pPr>
              <w:jc w:val="center"/>
            </w:pPr>
            <w:r>
              <w:t>0,0</w:t>
            </w:r>
          </w:p>
        </w:tc>
        <w:tc>
          <w:tcPr>
            <w:tcW w:w="0" w:type="auto"/>
          </w:tcPr>
          <w:p w14:paraId="34BAB5A1" w14:textId="77777777" w:rsidR="007A5E59" w:rsidRDefault="0095198F">
            <w:pPr>
              <w:jc w:val="center"/>
            </w:pPr>
            <w:r>
              <w:t>0,0</w:t>
            </w:r>
          </w:p>
        </w:tc>
        <w:tc>
          <w:tcPr>
            <w:tcW w:w="0" w:type="auto"/>
          </w:tcPr>
          <w:p w14:paraId="79D6B88D" w14:textId="77777777" w:rsidR="007A5E59" w:rsidRDefault="0095198F">
            <w:pPr>
              <w:jc w:val="center"/>
            </w:pPr>
            <w:r>
              <w:t>0,0</w:t>
            </w:r>
          </w:p>
        </w:tc>
        <w:tc>
          <w:tcPr>
            <w:tcW w:w="0" w:type="auto"/>
          </w:tcPr>
          <w:p w14:paraId="3D72FBF9" w14:textId="77777777" w:rsidR="007A5E59" w:rsidRDefault="0095198F">
            <w:pPr>
              <w:jc w:val="center"/>
            </w:pPr>
            <w:r>
              <w:t>0,0</w:t>
            </w:r>
          </w:p>
        </w:tc>
        <w:tc>
          <w:tcPr>
            <w:tcW w:w="0" w:type="auto"/>
          </w:tcPr>
          <w:p w14:paraId="7F3957F2" w14:textId="77777777" w:rsidR="007A5E59" w:rsidRDefault="0095198F">
            <w:pPr>
              <w:jc w:val="center"/>
            </w:pPr>
            <w:r>
              <w:t>0,0</w:t>
            </w:r>
          </w:p>
        </w:tc>
        <w:tc>
          <w:tcPr>
            <w:tcW w:w="0" w:type="auto"/>
          </w:tcPr>
          <w:p w14:paraId="55EFCC9C" w14:textId="77777777" w:rsidR="007A5E59" w:rsidRDefault="0095198F">
            <w:pPr>
              <w:jc w:val="center"/>
            </w:pPr>
            <w:r>
              <w:t>0,0</w:t>
            </w:r>
          </w:p>
        </w:tc>
        <w:tc>
          <w:tcPr>
            <w:tcW w:w="0" w:type="auto"/>
          </w:tcPr>
          <w:p w14:paraId="6B895383" w14:textId="77777777" w:rsidR="007A5E59" w:rsidRDefault="0095198F">
            <w:pPr>
              <w:jc w:val="center"/>
            </w:pPr>
            <w:r>
              <w:t>0,0</w:t>
            </w:r>
          </w:p>
        </w:tc>
        <w:tc>
          <w:tcPr>
            <w:tcW w:w="0" w:type="auto"/>
          </w:tcPr>
          <w:p w14:paraId="0E55B670" w14:textId="77777777" w:rsidR="007A5E59" w:rsidRDefault="0095198F">
            <w:pPr>
              <w:jc w:val="center"/>
            </w:pPr>
            <w:r>
              <w:t>0,0</w:t>
            </w:r>
          </w:p>
        </w:tc>
        <w:tc>
          <w:tcPr>
            <w:tcW w:w="0" w:type="auto"/>
          </w:tcPr>
          <w:p w14:paraId="0944A542" w14:textId="77777777" w:rsidR="007A5E59" w:rsidRDefault="0095198F">
            <w:pPr>
              <w:jc w:val="center"/>
            </w:pPr>
            <w:r>
              <w:t>0,0</w:t>
            </w:r>
          </w:p>
        </w:tc>
        <w:tc>
          <w:tcPr>
            <w:tcW w:w="0" w:type="auto"/>
          </w:tcPr>
          <w:p w14:paraId="29847BCB" w14:textId="77777777" w:rsidR="007A5E59" w:rsidRDefault="0095198F">
            <w:pPr>
              <w:jc w:val="center"/>
            </w:pPr>
            <w:r>
              <w:t>0,0</w:t>
            </w:r>
          </w:p>
        </w:tc>
        <w:tc>
          <w:tcPr>
            <w:tcW w:w="0" w:type="auto"/>
          </w:tcPr>
          <w:p w14:paraId="5A8DD1AB" w14:textId="77777777" w:rsidR="007A5E59" w:rsidRDefault="0095198F">
            <w:pPr>
              <w:jc w:val="center"/>
            </w:pPr>
            <w:r>
              <w:t>0,0</w:t>
            </w:r>
          </w:p>
        </w:tc>
        <w:tc>
          <w:tcPr>
            <w:tcW w:w="0" w:type="auto"/>
          </w:tcPr>
          <w:p w14:paraId="0DB16C6F" w14:textId="77777777" w:rsidR="007A5E59" w:rsidRDefault="0095198F">
            <w:pPr>
              <w:jc w:val="center"/>
            </w:pPr>
            <w:r>
              <w:t>0,0</w:t>
            </w:r>
          </w:p>
        </w:tc>
        <w:tc>
          <w:tcPr>
            <w:tcW w:w="0" w:type="auto"/>
          </w:tcPr>
          <w:p w14:paraId="6A999399" w14:textId="77777777" w:rsidR="007A5E59" w:rsidRDefault="0095198F">
            <w:pPr>
              <w:jc w:val="center"/>
            </w:pPr>
            <w:r>
              <w:t>0,0</w:t>
            </w:r>
          </w:p>
        </w:tc>
        <w:tc>
          <w:tcPr>
            <w:tcW w:w="0" w:type="auto"/>
          </w:tcPr>
          <w:p w14:paraId="20C0340B" w14:textId="77777777" w:rsidR="007A5E59" w:rsidRDefault="0095198F">
            <w:pPr>
              <w:jc w:val="center"/>
            </w:pPr>
            <w:r>
              <w:t>0,0</w:t>
            </w:r>
          </w:p>
        </w:tc>
        <w:tc>
          <w:tcPr>
            <w:tcW w:w="0" w:type="auto"/>
          </w:tcPr>
          <w:p w14:paraId="08994D36" w14:textId="77777777" w:rsidR="007A5E59" w:rsidRDefault="0095198F">
            <w:pPr>
              <w:jc w:val="center"/>
            </w:pPr>
            <w:r>
              <w:t>0,0</w:t>
            </w:r>
          </w:p>
        </w:tc>
        <w:tc>
          <w:tcPr>
            <w:tcW w:w="0" w:type="auto"/>
          </w:tcPr>
          <w:p w14:paraId="7C33C178" w14:textId="77777777" w:rsidR="007A5E59" w:rsidRDefault="0095198F">
            <w:pPr>
              <w:jc w:val="center"/>
            </w:pPr>
            <w:r>
              <w:t>0,0</w:t>
            </w:r>
          </w:p>
        </w:tc>
        <w:tc>
          <w:tcPr>
            <w:tcW w:w="0" w:type="auto"/>
          </w:tcPr>
          <w:p w14:paraId="689202EA" w14:textId="77777777" w:rsidR="007A5E59" w:rsidRDefault="0095198F">
            <w:pPr>
              <w:jc w:val="center"/>
            </w:pPr>
            <w:r>
              <w:t>0,0</w:t>
            </w:r>
          </w:p>
        </w:tc>
      </w:tr>
      <w:tr w:rsidR="007A5E59" w14:paraId="7F193C98" w14:textId="77777777">
        <w:trPr>
          <w:jc w:val="center"/>
        </w:trPr>
        <w:tc>
          <w:tcPr>
            <w:tcW w:w="0" w:type="auto"/>
          </w:tcPr>
          <w:p w14:paraId="00BEB8D9" w14:textId="77777777" w:rsidR="007A5E59" w:rsidRDefault="0095198F">
            <w:r>
              <w:t>надземная</w:t>
            </w:r>
          </w:p>
        </w:tc>
        <w:tc>
          <w:tcPr>
            <w:tcW w:w="0" w:type="auto"/>
          </w:tcPr>
          <w:p w14:paraId="2FC60645" w14:textId="77777777" w:rsidR="007A5E59" w:rsidRDefault="0095198F">
            <w:pPr>
              <w:jc w:val="center"/>
            </w:pPr>
            <w:r>
              <w:t>0,0</w:t>
            </w:r>
          </w:p>
        </w:tc>
        <w:tc>
          <w:tcPr>
            <w:tcW w:w="0" w:type="auto"/>
          </w:tcPr>
          <w:p w14:paraId="5AEB49B3" w14:textId="77777777" w:rsidR="007A5E59" w:rsidRDefault="0095198F">
            <w:pPr>
              <w:jc w:val="center"/>
            </w:pPr>
            <w:r>
              <w:t>0,0</w:t>
            </w:r>
          </w:p>
        </w:tc>
        <w:tc>
          <w:tcPr>
            <w:tcW w:w="0" w:type="auto"/>
          </w:tcPr>
          <w:p w14:paraId="0F774C0F" w14:textId="77777777" w:rsidR="007A5E59" w:rsidRDefault="0095198F">
            <w:pPr>
              <w:jc w:val="center"/>
            </w:pPr>
            <w:r>
              <w:t>0,0</w:t>
            </w:r>
          </w:p>
        </w:tc>
        <w:tc>
          <w:tcPr>
            <w:tcW w:w="0" w:type="auto"/>
          </w:tcPr>
          <w:p w14:paraId="6EAD8628" w14:textId="77777777" w:rsidR="007A5E59" w:rsidRDefault="0095198F">
            <w:pPr>
              <w:jc w:val="center"/>
            </w:pPr>
            <w:r>
              <w:t>0,0</w:t>
            </w:r>
          </w:p>
        </w:tc>
        <w:tc>
          <w:tcPr>
            <w:tcW w:w="0" w:type="auto"/>
          </w:tcPr>
          <w:p w14:paraId="12009AE7" w14:textId="77777777" w:rsidR="007A5E59" w:rsidRDefault="0095198F">
            <w:pPr>
              <w:jc w:val="center"/>
            </w:pPr>
            <w:r>
              <w:t>0,0</w:t>
            </w:r>
          </w:p>
        </w:tc>
        <w:tc>
          <w:tcPr>
            <w:tcW w:w="0" w:type="auto"/>
          </w:tcPr>
          <w:p w14:paraId="3C4358D3" w14:textId="77777777" w:rsidR="007A5E59" w:rsidRDefault="0095198F">
            <w:pPr>
              <w:jc w:val="center"/>
            </w:pPr>
            <w:r>
              <w:t>495,0</w:t>
            </w:r>
          </w:p>
        </w:tc>
        <w:tc>
          <w:tcPr>
            <w:tcW w:w="0" w:type="auto"/>
          </w:tcPr>
          <w:p w14:paraId="7EB3665F" w14:textId="77777777" w:rsidR="007A5E59" w:rsidRDefault="0095198F">
            <w:pPr>
              <w:jc w:val="center"/>
            </w:pPr>
            <w:r>
              <w:t>466,0</w:t>
            </w:r>
          </w:p>
        </w:tc>
        <w:tc>
          <w:tcPr>
            <w:tcW w:w="0" w:type="auto"/>
          </w:tcPr>
          <w:p w14:paraId="436B54E8" w14:textId="77777777" w:rsidR="007A5E59" w:rsidRDefault="0095198F">
            <w:pPr>
              <w:jc w:val="center"/>
            </w:pPr>
            <w:r>
              <w:t>0,0</w:t>
            </w:r>
          </w:p>
        </w:tc>
        <w:tc>
          <w:tcPr>
            <w:tcW w:w="0" w:type="auto"/>
          </w:tcPr>
          <w:p w14:paraId="07A50EA5" w14:textId="77777777" w:rsidR="007A5E59" w:rsidRDefault="0095198F">
            <w:pPr>
              <w:jc w:val="center"/>
            </w:pPr>
            <w:r>
              <w:t>0,0</w:t>
            </w:r>
          </w:p>
        </w:tc>
        <w:tc>
          <w:tcPr>
            <w:tcW w:w="0" w:type="auto"/>
          </w:tcPr>
          <w:p w14:paraId="622F728E" w14:textId="77777777" w:rsidR="007A5E59" w:rsidRDefault="0095198F">
            <w:pPr>
              <w:jc w:val="center"/>
            </w:pPr>
            <w:r>
              <w:t>376,0</w:t>
            </w:r>
          </w:p>
        </w:tc>
        <w:tc>
          <w:tcPr>
            <w:tcW w:w="0" w:type="auto"/>
          </w:tcPr>
          <w:p w14:paraId="514AAEA4" w14:textId="77777777" w:rsidR="007A5E59" w:rsidRDefault="0095198F">
            <w:pPr>
              <w:jc w:val="center"/>
            </w:pPr>
            <w:r>
              <w:t>1 489,0</w:t>
            </w:r>
          </w:p>
        </w:tc>
        <w:tc>
          <w:tcPr>
            <w:tcW w:w="0" w:type="auto"/>
          </w:tcPr>
          <w:p w14:paraId="391AA97D" w14:textId="77777777" w:rsidR="007A5E59" w:rsidRDefault="0095198F">
            <w:pPr>
              <w:jc w:val="center"/>
            </w:pPr>
            <w:r>
              <w:t>0,0</w:t>
            </w:r>
          </w:p>
        </w:tc>
        <w:tc>
          <w:tcPr>
            <w:tcW w:w="0" w:type="auto"/>
          </w:tcPr>
          <w:p w14:paraId="4EE4E711" w14:textId="77777777" w:rsidR="007A5E59" w:rsidRDefault="0095198F">
            <w:pPr>
              <w:jc w:val="center"/>
            </w:pPr>
            <w:r>
              <w:t>3 996,0</w:t>
            </w:r>
          </w:p>
        </w:tc>
        <w:tc>
          <w:tcPr>
            <w:tcW w:w="0" w:type="auto"/>
          </w:tcPr>
          <w:p w14:paraId="3E815C08" w14:textId="77777777" w:rsidR="007A5E59" w:rsidRDefault="0095198F">
            <w:pPr>
              <w:jc w:val="center"/>
            </w:pPr>
            <w:r>
              <w:t>353,0</w:t>
            </w:r>
          </w:p>
        </w:tc>
        <w:tc>
          <w:tcPr>
            <w:tcW w:w="0" w:type="auto"/>
          </w:tcPr>
          <w:p w14:paraId="03B4651E" w14:textId="77777777" w:rsidR="007A5E59" w:rsidRDefault="0095198F">
            <w:pPr>
              <w:jc w:val="center"/>
            </w:pPr>
            <w:r>
              <w:t>160,0</w:t>
            </w:r>
          </w:p>
        </w:tc>
        <w:tc>
          <w:tcPr>
            <w:tcW w:w="0" w:type="auto"/>
          </w:tcPr>
          <w:p w14:paraId="3A97EAF1" w14:textId="77777777" w:rsidR="007A5E59" w:rsidRDefault="0095198F">
            <w:pPr>
              <w:jc w:val="center"/>
            </w:pPr>
            <w:r>
              <w:t>5 153,0</w:t>
            </w:r>
          </w:p>
        </w:tc>
        <w:tc>
          <w:tcPr>
            <w:tcW w:w="0" w:type="auto"/>
          </w:tcPr>
          <w:p w14:paraId="711CFE7B" w14:textId="77777777" w:rsidR="007A5E59" w:rsidRDefault="0095198F">
            <w:pPr>
              <w:jc w:val="center"/>
            </w:pPr>
            <w:r>
              <w:t>1 327,0</w:t>
            </w:r>
          </w:p>
        </w:tc>
        <w:tc>
          <w:tcPr>
            <w:tcW w:w="0" w:type="auto"/>
          </w:tcPr>
          <w:p w14:paraId="005BBA36" w14:textId="77777777" w:rsidR="007A5E59" w:rsidRDefault="0095198F">
            <w:pPr>
              <w:jc w:val="center"/>
            </w:pPr>
            <w:r>
              <w:t>0,0</w:t>
            </w:r>
          </w:p>
        </w:tc>
        <w:tc>
          <w:tcPr>
            <w:tcW w:w="0" w:type="auto"/>
          </w:tcPr>
          <w:p w14:paraId="5A03511A" w14:textId="77777777" w:rsidR="007A5E59" w:rsidRDefault="0095198F">
            <w:pPr>
              <w:jc w:val="center"/>
            </w:pPr>
            <w:r>
              <w:t>0,0</w:t>
            </w:r>
          </w:p>
        </w:tc>
        <w:tc>
          <w:tcPr>
            <w:tcW w:w="0" w:type="auto"/>
          </w:tcPr>
          <w:p w14:paraId="4C4B4815" w14:textId="77777777" w:rsidR="007A5E59" w:rsidRDefault="0095198F">
            <w:pPr>
              <w:jc w:val="center"/>
            </w:pPr>
            <w:r>
              <w:t>13 815,0</w:t>
            </w:r>
          </w:p>
        </w:tc>
      </w:tr>
      <w:tr w:rsidR="007A5E59" w14:paraId="2A533A53" w14:textId="77777777">
        <w:trPr>
          <w:jc w:val="center"/>
        </w:trPr>
        <w:tc>
          <w:tcPr>
            <w:tcW w:w="0" w:type="auto"/>
            <w:shd w:val="clear" w:color="auto" w:fill="DBE5F1"/>
          </w:tcPr>
          <w:p w14:paraId="063693CD" w14:textId="77777777" w:rsidR="007A5E59" w:rsidRDefault="0095198F">
            <w:r>
              <w:rPr>
                <w:b/>
              </w:rPr>
              <w:t>ИТОГО существующая сеть</w:t>
            </w:r>
          </w:p>
        </w:tc>
        <w:tc>
          <w:tcPr>
            <w:tcW w:w="0" w:type="auto"/>
            <w:shd w:val="clear" w:color="auto" w:fill="DBE5F1"/>
          </w:tcPr>
          <w:p w14:paraId="76D0C742" w14:textId="77777777" w:rsidR="007A5E59" w:rsidRDefault="0095198F">
            <w:pPr>
              <w:jc w:val="center"/>
            </w:pPr>
            <w:r>
              <w:rPr>
                <w:b/>
              </w:rPr>
              <w:t>0,0</w:t>
            </w:r>
          </w:p>
        </w:tc>
        <w:tc>
          <w:tcPr>
            <w:tcW w:w="0" w:type="auto"/>
            <w:shd w:val="clear" w:color="auto" w:fill="DBE5F1"/>
          </w:tcPr>
          <w:p w14:paraId="42791A20" w14:textId="77777777" w:rsidR="007A5E59" w:rsidRDefault="0095198F">
            <w:pPr>
              <w:jc w:val="center"/>
            </w:pPr>
            <w:r>
              <w:rPr>
                <w:b/>
              </w:rPr>
              <w:t>0,0</w:t>
            </w:r>
          </w:p>
        </w:tc>
        <w:tc>
          <w:tcPr>
            <w:tcW w:w="0" w:type="auto"/>
            <w:shd w:val="clear" w:color="auto" w:fill="DBE5F1"/>
          </w:tcPr>
          <w:p w14:paraId="3AEC0DE0" w14:textId="77777777" w:rsidR="007A5E59" w:rsidRDefault="0095198F">
            <w:pPr>
              <w:jc w:val="center"/>
            </w:pPr>
            <w:r>
              <w:rPr>
                <w:b/>
              </w:rPr>
              <w:t>30,0</w:t>
            </w:r>
          </w:p>
        </w:tc>
        <w:tc>
          <w:tcPr>
            <w:tcW w:w="0" w:type="auto"/>
            <w:shd w:val="clear" w:color="auto" w:fill="DBE5F1"/>
          </w:tcPr>
          <w:p w14:paraId="0CDD1276" w14:textId="77777777" w:rsidR="007A5E59" w:rsidRDefault="0095198F">
            <w:pPr>
              <w:jc w:val="center"/>
            </w:pPr>
            <w:r>
              <w:rPr>
                <w:b/>
              </w:rPr>
              <w:t>0,0</w:t>
            </w:r>
          </w:p>
        </w:tc>
        <w:tc>
          <w:tcPr>
            <w:tcW w:w="0" w:type="auto"/>
            <w:shd w:val="clear" w:color="auto" w:fill="DBE5F1"/>
          </w:tcPr>
          <w:p w14:paraId="1819E24E" w14:textId="77777777" w:rsidR="007A5E59" w:rsidRDefault="0095198F">
            <w:pPr>
              <w:jc w:val="center"/>
            </w:pPr>
            <w:r>
              <w:rPr>
                <w:b/>
              </w:rPr>
              <w:t>0,0</w:t>
            </w:r>
          </w:p>
        </w:tc>
        <w:tc>
          <w:tcPr>
            <w:tcW w:w="0" w:type="auto"/>
            <w:shd w:val="clear" w:color="auto" w:fill="DBE5F1"/>
          </w:tcPr>
          <w:p w14:paraId="340B8EF9" w14:textId="77777777" w:rsidR="007A5E59" w:rsidRDefault="0095198F">
            <w:pPr>
              <w:jc w:val="center"/>
            </w:pPr>
            <w:r>
              <w:rPr>
                <w:b/>
              </w:rPr>
              <w:t>1 061,0</w:t>
            </w:r>
          </w:p>
        </w:tc>
        <w:tc>
          <w:tcPr>
            <w:tcW w:w="0" w:type="auto"/>
            <w:shd w:val="clear" w:color="auto" w:fill="DBE5F1"/>
          </w:tcPr>
          <w:p w14:paraId="3A78A89F" w14:textId="77777777" w:rsidR="007A5E59" w:rsidRDefault="0095198F">
            <w:pPr>
              <w:jc w:val="center"/>
            </w:pPr>
            <w:r>
              <w:rPr>
                <w:b/>
              </w:rPr>
              <w:t>718,9</w:t>
            </w:r>
          </w:p>
        </w:tc>
        <w:tc>
          <w:tcPr>
            <w:tcW w:w="0" w:type="auto"/>
            <w:shd w:val="clear" w:color="auto" w:fill="DBE5F1"/>
          </w:tcPr>
          <w:p w14:paraId="41E99E26" w14:textId="77777777" w:rsidR="007A5E59" w:rsidRDefault="0095198F">
            <w:pPr>
              <w:jc w:val="center"/>
            </w:pPr>
            <w:r>
              <w:rPr>
                <w:b/>
              </w:rPr>
              <w:t>0,0</w:t>
            </w:r>
          </w:p>
        </w:tc>
        <w:tc>
          <w:tcPr>
            <w:tcW w:w="0" w:type="auto"/>
            <w:shd w:val="clear" w:color="auto" w:fill="DBE5F1"/>
          </w:tcPr>
          <w:p w14:paraId="3A64EF19" w14:textId="77777777" w:rsidR="007A5E59" w:rsidRDefault="0095198F">
            <w:pPr>
              <w:jc w:val="center"/>
            </w:pPr>
            <w:r>
              <w:rPr>
                <w:b/>
              </w:rPr>
              <w:t>70,0</w:t>
            </w:r>
          </w:p>
        </w:tc>
        <w:tc>
          <w:tcPr>
            <w:tcW w:w="0" w:type="auto"/>
            <w:shd w:val="clear" w:color="auto" w:fill="DBE5F1"/>
          </w:tcPr>
          <w:p w14:paraId="4D355D03" w14:textId="77777777" w:rsidR="007A5E59" w:rsidRDefault="0095198F">
            <w:pPr>
              <w:jc w:val="center"/>
            </w:pPr>
            <w:r>
              <w:rPr>
                <w:b/>
              </w:rPr>
              <w:t>1 990,5</w:t>
            </w:r>
          </w:p>
        </w:tc>
        <w:tc>
          <w:tcPr>
            <w:tcW w:w="0" w:type="auto"/>
            <w:shd w:val="clear" w:color="auto" w:fill="DBE5F1"/>
          </w:tcPr>
          <w:p w14:paraId="133E0825" w14:textId="77777777" w:rsidR="007A5E59" w:rsidRDefault="0095198F">
            <w:pPr>
              <w:jc w:val="center"/>
            </w:pPr>
            <w:r>
              <w:rPr>
                <w:b/>
              </w:rPr>
              <w:t>7 444,3</w:t>
            </w:r>
          </w:p>
        </w:tc>
        <w:tc>
          <w:tcPr>
            <w:tcW w:w="0" w:type="auto"/>
            <w:shd w:val="clear" w:color="auto" w:fill="DBE5F1"/>
          </w:tcPr>
          <w:p w14:paraId="4DCB34EE" w14:textId="77777777" w:rsidR="007A5E59" w:rsidRDefault="0095198F">
            <w:pPr>
              <w:jc w:val="center"/>
            </w:pPr>
            <w:r>
              <w:rPr>
                <w:b/>
              </w:rPr>
              <w:t>382,9</w:t>
            </w:r>
          </w:p>
        </w:tc>
        <w:tc>
          <w:tcPr>
            <w:tcW w:w="0" w:type="auto"/>
            <w:shd w:val="clear" w:color="auto" w:fill="DBE5F1"/>
          </w:tcPr>
          <w:p w14:paraId="07BA5EDD" w14:textId="77777777" w:rsidR="007A5E59" w:rsidRDefault="0095198F">
            <w:pPr>
              <w:jc w:val="center"/>
            </w:pPr>
            <w:r>
              <w:rPr>
                <w:b/>
              </w:rPr>
              <w:t>7 519,4</w:t>
            </w:r>
          </w:p>
        </w:tc>
        <w:tc>
          <w:tcPr>
            <w:tcW w:w="0" w:type="auto"/>
            <w:shd w:val="clear" w:color="auto" w:fill="DBE5F1"/>
          </w:tcPr>
          <w:p w14:paraId="13D5F3F1" w14:textId="77777777" w:rsidR="007A5E59" w:rsidRDefault="0095198F">
            <w:pPr>
              <w:jc w:val="center"/>
            </w:pPr>
            <w:r>
              <w:rPr>
                <w:b/>
              </w:rPr>
              <w:t>6 497,5</w:t>
            </w:r>
          </w:p>
        </w:tc>
        <w:tc>
          <w:tcPr>
            <w:tcW w:w="0" w:type="auto"/>
            <w:shd w:val="clear" w:color="auto" w:fill="DBE5F1"/>
          </w:tcPr>
          <w:p w14:paraId="11FC2C1C" w14:textId="77777777" w:rsidR="007A5E59" w:rsidRDefault="0095198F">
            <w:pPr>
              <w:jc w:val="center"/>
            </w:pPr>
            <w:r>
              <w:rPr>
                <w:b/>
              </w:rPr>
              <w:t>1 645,0</w:t>
            </w:r>
          </w:p>
        </w:tc>
        <w:tc>
          <w:tcPr>
            <w:tcW w:w="0" w:type="auto"/>
            <w:shd w:val="clear" w:color="auto" w:fill="DBE5F1"/>
          </w:tcPr>
          <w:p w14:paraId="1234F38F" w14:textId="77777777" w:rsidR="007A5E59" w:rsidRDefault="0095198F">
            <w:pPr>
              <w:jc w:val="center"/>
            </w:pPr>
            <w:r>
              <w:rPr>
                <w:b/>
              </w:rPr>
              <w:t>9 534,0</w:t>
            </w:r>
          </w:p>
        </w:tc>
        <w:tc>
          <w:tcPr>
            <w:tcW w:w="0" w:type="auto"/>
            <w:shd w:val="clear" w:color="auto" w:fill="DBE5F1"/>
          </w:tcPr>
          <w:p w14:paraId="14707012" w14:textId="77777777" w:rsidR="007A5E59" w:rsidRDefault="0095198F">
            <w:pPr>
              <w:jc w:val="center"/>
            </w:pPr>
            <w:r>
              <w:rPr>
                <w:b/>
              </w:rPr>
              <w:t>1 327,0</w:t>
            </w:r>
          </w:p>
        </w:tc>
        <w:tc>
          <w:tcPr>
            <w:tcW w:w="0" w:type="auto"/>
            <w:shd w:val="clear" w:color="auto" w:fill="DBE5F1"/>
          </w:tcPr>
          <w:p w14:paraId="38882214" w14:textId="77777777" w:rsidR="007A5E59" w:rsidRDefault="0095198F">
            <w:pPr>
              <w:jc w:val="center"/>
            </w:pPr>
            <w:r>
              <w:rPr>
                <w:b/>
              </w:rPr>
              <w:t>0,0</w:t>
            </w:r>
          </w:p>
        </w:tc>
        <w:tc>
          <w:tcPr>
            <w:tcW w:w="0" w:type="auto"/>
            <w:shd w:val="clear" w:color="auto" w:fill="DBE5F1"/>
          </w:tcPr>
          <w:p w14:paraId="5990344D" w14:textId="77777777" w:rsidR="007A5E59" w:rsidRDefault="0095198F">
            <w:pPr>
              <w:jc w:val="center"/>
            </w:pPr>
            <w:r>
              <w:rPr>
                <w:b/>
              </w:rPr>
              <w:t>0,0</w:t>
            </w:r>
          </w:p>
        </w:tc>
        <w:tc>
          <w:tcPr>
            <w:tcW w:w="0" w:type="auto"/>
            <w:shd w:val="clear" w:color="auto" w:fill="DBE5F1"/>
          </w:tcPr>
          <w:p w14:paraId="0C33626A" w14:textId="77777777" w:rsidR="007A5E59" w:rsidRDefault="0095198F">
            <w:pPr>
              <w:jc w:val="center"/>
            </w:pPr>
            <w:r>
              <w:rPr>
                <w:b/>
              </w:rPr>
              <w:t>38 220,5</w:t>
            </w:r>
          </w:p>
        </w:tc>
      </w:tr>
      <w:tr w:rsidR="007A5E59" w14:paraId="42E4BF33" w14:textId="77777777">
        <w:trPr>
          <w:jc w:val="center"/>
        </w:trPr>
        <w:tc>
          <w:tcPr>
            <w:tcW w:w="0" w:type="auto"/>
          </w:tcPr>
          <w:p w14:paraId="55F1565F" w14:textId="77777777" w:rsidR="007A5E59" w:rsidRDefault="0095198F">
            <w:r w:rsidRPr="00312815">
              <w:rPr>
                <w:lang w:val="ru-RU"/>
              </w:rPr>
              <w:t xml:space="preserve">БЛОК 2. Подлежит замене — по сроку службы (порог см. </w:t>
            </w:r>
            <w:r>
              <w:t>БЛОК 4), м</w:t>
            </w:r>
          </w:p>
        </w:tc>
        <w:tc>
          <w:tcPr>
            <w:tcW w:w="0" w:type="auto"/>
          </w:tcPr>
          <w:p w14:paraId="268B5AA6" w14:textId="77777777" w:rsidR="007A5E59" w:rsidRDefault="007A5E59"/>
        </w:tc>
        <w:tc>
          <w:tcPr>
            <w:tcW w:w="0" w:type="auto"/>
          </w:tcPr>
          <w:p w14:paraId="4B214781" w14:textId="77777777" w:rsidR="007A5E59" w:rsidRDefault="007A5E59"/>
        </w:tc>
        <w:tc>
          <w:tcPr>
            <w:tcW w:w="0" w:type="auto"/>
          </w:tcPr>
          <w:p w14:paraId="56C0F85A" w14:textId="77777777" w:rsidR="007A5E59" w:rsidRDefault="007A5E59"/>
        </w:tc>
        <w:tc>
          <w:tcPr>
            <w:tcW w:w="0" w:type="auto"/>
          </w:tcPr>
          <w:p w14:paraId="44048264" w14:textId="77777777" w:rsidR="007A5E59" w:rsidRDefault="007A5E59"/>
        </w:tc>
        <w:tc>
          <w:tcPr>
            <w:tcW w:w="0" w:type="auto"/>
          </w:tcPr>
          <w:p w14:paraId="7C0B0D2B" w14:textId="77777777" w:rsidR="007A5E59" w:rsidRDefault="007A5E59"/>
        </w:tc>
        <w:tc>
          <w:tcPr>
            <w:tcW w:w="0" w:type="auto"/>
          </w:tcPr>
          <w:p w14:paraId="4F051877" w14:textId="77777777" w:rsidR="007A5E59" w:rsidRDefault="007A5E59"/>
        </w:tc>
        <w:tc>
          <w:tcPr>
            <w:tcW w:w="0" w:type="auto"/>
          </w:tcPr>
          <w:p w14:paraId="11887229" w14:textId="77777777" w:rsidR="007A5E59" w:rsidRDefault="007A5E59"/>
        </w:tc>
        <w:tc>
          <w:tcPr>
            <w:tcW w:w="0" w:type="auto"/>
          </w:tcPr>
          <w:p w14:paraId="3A905C12" w14:textId="77777777" w:rsidR="007A5E59" w:rsidRDefault="007A5E59"/>
        </w:tc>
        <w:tc>
          <w:tcPr>
            <w:tcW w:w="0" w:type="auto"/>
          </w:tcPr>
          <w:p w14:paraId="4F28FBD3" w14:textId="77777777" w:rsidR="007A5E59" w:rsidRDefault="007A5E59"/>
        </w:tc>
        <w:tc>
          <w:tcPr>
            <w:tcW w:w="0" w:type="auto"/>
          </w:tcPr>
          <w:p w14:paraId="7251ACF5" w14:textId="77777777" w:rsidR="007A5E59" w:rsidRDefault="007A5E59"/>
        </w:tc>
        <w:tc>
          <w:tcPr>
            <w:tcW w:w="0" w:type="auto"/>
          </w:tcPr>
          <w:p w14:paraId="42653501" w14:textId="77777777" w:rsidR="007A5E59" w:rsidRDefault="007A5E59"/>
        </w:tc>
        <w:tc>
          <w:tcPr>
            <w:tcW w:w="0" w:type="auto"/>
          </w:tcPr>
          <w:p w14:paraId="3FAF46E6" w14:textId="77777777" w:rsidR="007A5E59" w:rsidRDefault="007A5E59"/>
        </w:tc>
        <w:tc>
          <w:tcPr>
            <w:tcW w:w="0" w:type="auto"/>
          </w:tcPr>
          <w:p w14:paraId="423FAFBC" w14:textId="77777777" w:rsidR="007A5E59" w:rsidRDefault="007A5E59"/>
        </w:tc>
        <w:tc>
          <w:tcPr>
            <w:tcW w:w="0" w:type="auto"/>
          </w:tcPr>
          <w:p w14:paraId="20459265" w14:textId="77777777" w:rsidR="007A5E59" w:rsidRDefault="007A5E59"/>
        </w:tc>
        <w:tc>
          <w:tcPr>
            <w:tcW w:w="0" w:type="auto"/>
          </w:tcPr>
          <w:p w14:paraId="280DF107" w14:textId="77777777" w:rsidR="007A5E59" w:rsidRDefault="007A5E59"/>
        </w:tc>
        <w:tc>
          <w:tcPr>
            <w:tcW w:w="0" w:type="auto"/>
          </w:tcPr>
          <w:p w14:paraId="39E46632" w14:textId="77777777" w:rsidR="007A5E59" w:rsidRDefault="007A5E59"/>
        </w:tc>
        <w:tc>
          <w:tcPr>
            <w:tcW w:w="0" w:type="auto"/>
          </w:tcPr>
          <w:p w14:paraId="0A315F0A" w14:textId="77777777" w:rsidR="007A5E59" w:rsidRDefault="007A5E59"/>
        </w:tc>
        <w:tc>
          <w:tcPr>
            <w:tcW w:w="0" w:type="auto"/>
          </w:tcPr>
          <w:p w14:paraId="2317B211" w14:textId="77777777" w:rsidR="007A5E59" w:rsidRDefault="007A5E59"/>
        </w:tc>
        <w:tc>
          <w:tcPr>
            <w:tcW w:w="0" w:type="auto"/>
          </w:tcPr>
          <w:p w14:paraId="5F16E8D3" w14:textId="77777777" w:rsidR="007A5E59" w:rsidRDefault="007A5E59"/>
        </w:tc>
        <w:tc>
          <w:tcPr>
            <w:tcW w:w="0" w:type="auto"/>
          </w:tcPr>
          <w:p w14:paraId="0CEEDEC4" w14:textId="77777777" w:rsidR="007A5E59" w:rsidRDefault="007A5E59"/>
        </w:tc>
      </w:tr>
      <w:tr w:rsidR="007A5E59" w14:paraId="587A0285" w14:textId="77777777">
        <w:trPr>
          <w:jc w:val="center"/>
        </w:trPr>
        <w:tc>
          <w:tcPr>
            <w:tcW w:w="0" w:type="auto"/>
          </w:tcPr>
          <w:p w14:paraId="5C87D1A1" w14:textId="77777777" w:rsidR="007A5E59" w:rsidRDefault="0095198F">
            <w:r>
              <w:t>Этап</w:t>
            </w:r>
          </w:p>
        </w:tc>
        <w:tc>
          <w:tcPr>
            <w:tcW w:w="0" w:type="auto"/>
          </w:tcPr>
          <w:p w14:paraId="6181FFFA" w14:textId="77777777" w:rsidR="007A5E59" w:rsidRDefault="0095198F">
            <w:r>
              <w:t>Дн15</w:t>
            </w:r>
          </w:p>
        </w:tc>
        <w:tc>
          <w:tcPr>
            <w:tcW w:w="0" w:type="auto"/>
          </w:tcPr>
          <w:p w14:paraId="534608A3" w14:textId="77777777" w:rsidR="007A5E59" w:rsidRDefault="0095198F">
            <w:r>
              <w:t>Дн20</w:t>
            </w:r>
          </w:p>
        </w:tc>
        <w:tc>
          <w:tcPr>
            <w:tcW w:w="0" w:type="auto"/>
          </w:tcPr>
          <w:p w14:paraId="40C647DB" w14:textId="77777777" w:rsidR="007A5E59" w:rsidRDefault="0095198F">
            <w:r>
              <w:t>Дн25</w:t>
            </w:r>
          </w:p>
        </w:tc>
        <w:tc>
          <w:tcPr>
            <w:tcW w:w="0" w:type="auto"/>
          </w:tcPr>
          <w:p w14:paraId="11BF72F4" w14:textId="77777777" w:rsidR="007A5E59" w:rsidRDefault="0095198F">
            <w:r>
              <w:t>Дн32</w:t>
            </w:r>
          </w:p>
        </w:tc>
        <w:tc>
          <w:tcPr>
            <w:tcW w:w="0" w:type="auto"/>
          </w:tcPr>
          <w:p w14:paraId="78A9BEAC" w14:textId="77777777" w:rsidR="007A5E59" w:rsidRDefault="0095198F">
            <w:r>
              <w:t>Дн40</w:t>
            </w:r>
          </w:p>
        </w:tc>
        <w:tc>
          <w:tcPr>
            <w:tcW w:w="0" w:type="auto"/>
          </w:tcPr>
          <w:p w14:paraId="2304C9FE" w14:textId="77777777" w:rsidR="007A5E59" w:rsidRDefault="0095198F">
            <w:r>
              <w:t>Дн50</w:t>
            </w:r>
          </w:p>
        </w:tc>
        <w:tc>
          <w:tcPr>
            <w:tcW w:w="0" w:type="auto"/>
          </w:tcPr>
          <w:p w14:paraId="09C5D258" w14:textId="77777777" w:rsidR="007A5E59" w:rsidRDefault="0095198F">
            <w:r>
              <w:t>Дн65</w:t>
            </w:r>
          </w:p>
        </w:tc>
        <w:tc>
          <w:tcPr>
            <w:tcW w:w="0" w:type="auto"/>
          </w:tcPr>
          <w:p w14:paraId="05232EDF" w14:textId="77777777" w:rsidR="007A5E59" w:rsidRDefault="0095198F">
            <w:r>
              <w:t>Дн68</w:t>
            </w:r>
          </w:p>
        </w:tc>
        <w:tc>
          <w:tcPr>
            <w:tcW w:w="0" w:type="auto"/>
          </w:tcPr>
          <w:p w14:paraId="31C9DDA1" w14:textId="77777777" w:rsidR="007A5E59" w:rsidRDefault="0095198F">
            <w:r>
              <w:t>Дн70</w:t>
            </w:r>
          </w:p>
        </w:tc>
        <w:tc>
          <w:tcPr>
            <w:tcW w:w="0" w:type="auto"/>
          </w:tcPr>
          <w:p w14:paraId="2848414E" w14:textId="77777777" w:rsidR="007A5E59" w:rsidRDefault="0095198F">
            <w:r>
              <w:t>Дн80</w:t>
            </w:r>
          </w:p>
        </w:tc>
        <w:tc>
          <w:tcPr>
            <w:tcW w:w="0" w:type="auto"/>
          </w:tcPr>
          <w:p w14:paraId="76FE22AD" w14:textId="77777777" w:rsidR="007A5E59" w:rsidRDefault="0095198F">
            <w:r>
              <w:t>Дн100</w:t>
            </w:r>
          </w:p>
        </w:tc>
        <w:tc>
          <w:tcPr>
            <w:tcW w:w="0" w:type="auto"/>
          </w:tcPr>
          <w:p w14:paraId="0E8542C8" w14:textId="77777777" w:rsidR="007A5E59" w:rsidRDefault="0095198F">
            <w:r>
              <w:t>Дн125</w:t>
            </w:r>
          </w:p>
        </w:tc>
        <w:tc>
          <w:tcPr>
            <w:tcW w:w="0" w:type="auto"/>
          </w:tcPr>
          <w:p w14:paraId="295FB6EB" w14:textId="77777777" w:rsidR="007A5E59" w:rsidRDefault="0095198F">
            <w:r>
              <w:t>Дн150</w:t>
            </w:r>
          </w:p>
        </w:tc>
        <w:tc>
          <w:tcPr>
            <w:tcW w:w="0" w:type="auto"/>
          </w:tcPr>
          <w:p w14:paraId="57F91B0E" w14:textId="77777777" w:rsidR="007A5E59" w:rsidRDefault="0095198F">
            <w:r>
              <w:t>Дн200</w:t>
            </w:r>
          </w:p>
        </w:tc>
        <w:tc>
          <w:tcPr>
            <w:tcW w:w="0" w:type="auto"/>
          </w:tcPr>
          <w:p w14:paraId="0A8FBF15" w14:textId="77777777" w:rsidR="007A5E59" w:rsidRDefault="0095198F">
            <w:r>
              <w:t>Дн250</w:t>
            </w:r>
          </w:p>
        </w:tc>
        <w:tc>
          <w:tcPr>
            <w:tcW w:w="0" w:type="auto"/>
          </w:tcPr>
          <w:p w14:paraId="47A237AF" w14:textId="77777777" w:rsidR="007A5E59" w:rsidRDefault="0095198F">
            <w:r>
              <w:t>Дн300</w:t>
            </w:r>
          </w:p>
        </w:tc>
        <w:tc>
          <w:tcPr>
            <w:tcW w:w="0" w:type="auto"/>
          </w:tcPr>
          <w:p w14:paraId="353F111D" w14:textId="77777777" w:rsidR="007A5E59" w:rsidRDefault="0095198F">
            <w:r>
              <w:t>Дн350</w:t>
            </w:r>
          </w:p>
        </w:tc>
        <w:tc>
          <w:tcPr>
            <w:tcW w:w="0" w:type="auto"/>
          </w:tcPr>
          <w:p w14:paraId="4F804586" w14:textId="77777777" w:rsidR="007A5E59" w:rsidRDefault="0095198F">
            <w:r>
              <w:t>Дн400</w:t>
            </w:r>
          </w:p>
        </w:tc>
        <w:tc>
          <w:tcPr>
            <w:tcW w:w="0" w:type="auto"/>
          </w:tcPr>
          <w:p w14:paraId="06F8042B" w14:textId="77777777" w:rsidR="007A5E59" w:rsidRDefault="0095198F">
            <w:r>
              <w:t>Дн500</w:t>
            </w:r>
          </w:p>
        </w:tc>
        <w:tc>
          <w:tcPr>
            <w:tcW w:w="0" w:type="auto"/>
          </w:tcPr>
          <w:p w14:paraId="73C49AF8" w14:textId="77777777" w:rsidR="007A5E59" w:rsidRDefault="007A5E59"/>
        </w:tc>
      </w:tr>
      <w:tr w:rsidR="007A5E59" w14:paraId="3F9475B9" w14:textId="77777777">
        <w:trPr>
          <w:jc w:val="center"/>
        </w:trPr>
        <w:tc>
          <w:tcPr>
            <w:tcW w:w="0" w:type="auto"/>
          </w:tcPr>
          <w:p w14:paraId="5BBF8DD8" w14:textId="77777777" w:rsidR="007A5E59" w:rsidRDefault="0095198F">
            <w:r>
              <w:t>2026 (год ввода до 2001 включительно)</w:t>
            </w:r>
          </w:p>
        </w:tc>
        <w:tc>
          <w:tcPr>
            <w:tcW w:w="0" w:type="auto"/>
          </w:tcPr>
          <w:p w14:paraId="5EB17607" w14:textId="77777777" w:rsidR="007A5E59" w:rsidRDefault="0095198F">
            <w:pPr>
              <w:jc w:val="center"/>
            </w:pPr>
            <w:r>
              <w:t>0,0</w:t>
            </w:r>
          </w:p>
        </w:tc>
        <w:tc>
          <w:tcPr>
            <w:tcW w:w="0" w:type="auto"/>
          </w:tcPr>
          <w:p w14:paraId="5909CD39" w14:textId="77777777" w:rsidR="007A5E59" w:rsidRDefault="0095198F">
            <w:pPr>
              <w:jc w:val="center"/>
            </w:pPr>
            <w:r>
              <w:t>0,0</w:t>
            </w:r>
          </w:p>
        </w:tc>
        <w:tc>
          <w:tcPr>
            <w:tcW w:w="0" w:type="auto"/>
          </w:tcPr>
          <w:p w14:paraId="6812E603" w14:textId="77777777" w:rsidR="007A5E59" w:rsidRDefault="0095198F">
            <w:pPr>
              <w:jc w:val="center"/>
            </w:pPr>
            <w:r>
              <w:t>30,0</w:t>
            </w:r>
          </w:p>
        </w:tc>
        <w:tc>
          <w:tcPr>
            <w:tcW w:w="0" w:type="auto"/>
          </w:tcPr>
          <w:p w14:paraId="380EE6EB" w14:textId="77777777" w:rsidR="007A5E59" w:rsidRDefault="0095198F">
            <w:pPr>
              <w:jc w:val="center"/>
            </w:pPr>
            <w:r>
              <w:t>0,0</w:t>
            </w:r>
          </w:p>
        </w:tc>
        <w:tc>
          <w:tcPr>
            <w:tcW w:w="0" w:type="auto"/>
          </w:tcPr>
          <w:p w14:paraId="2EBD9971" w14:textId="77777777" w:rsidR="007A5E59" w:rsidRDefault="0095198F">
            <w:pPr>
              <w:jc w:val="center"/>
            </w:pPr>
            <w:r>
              <w:t>0,0</w:t>
            </w:r>
          </w:p>
        </w:tc>
        <w:tc>
          <w:tcPr>
            <w:tcW w:w="0" w:type="auto"/>
          </w:tcPr>
          <w:p w14:paraId="3AB4563F" w14:textId="77777777" w:rsidR="007A5E59" w:rsidRDefault="0095198F">
            <w:pPr>
              <w:jc w:val="center"/>
            </w:pPr>
            <w:r>
              <w:t>1 004,0</w:t>
            </w:r>
          </w:p>
        </w:tc>
        <w:tc>
          <w:tcPr>
            <w:tcW w:w="0" w:type="auto"/>
          </w:tcPr>
          <w:p w14:paraId="335D92B1" w14:textId="77777777" w:rsidR="007A5E59" w:rsidRDefault="0095198F">
            <w:pPr>
              <w:jc w:val="center"/>
            </w:pPr>
            <w:r>
              <w:t>476,9</w:t>
            </w:r>
          </w:p>
        </w:tc>
        <w:tc>
          <w:tcPr>
            <w:tcW w:w="0" w:type="auto"/>
          </w:tcPr>
          <w:p w14:paraId="27D1680B" w14:textId="77777777" w:rsidR="007A5E59" w:rsidRDefault="0095198F">
            <w:pPr>
              <w:jc w:val="center"/>
            </w:pPr>
            <w:r>
              <w:t>0,0</w:t>
            </w:r>
          </w:p>
        </w:tc>
        <w:tc>
          <w:tcPr>
            <w:tcW w:w="0" w:type="auto"/>
          </w:tcPr>
          <w:p w14:paraId="27913C5F" w14:textId="77777777" w:rsidR="007A5E59" w:rsidRDefault="0095198F">
            <w:pPr>
              <w:jc w:val="center"/>
            </w:pPr>
            <w:r>
              <w:t>70,0</w:t>
            </w:r>
          </w:p>
        </w:tc>
        <w:tc>
          <w:tcPr>
            <w:tcW w:w="0" w:type="auto"/>
          </w:tcPr>
          <w:p w14:paraId="09C5E234" w14:textId="77777777" w:rsidR="007A5E59" w:rsidRDefault="0095198F">
            <w:pPr>
              <w:jc w:val="center"/>
            </w:pPr>
            <w:r>
              <w:t>1 605,3</w:t>
            </w:r>
          </w:p>
        </w:tc>
        <w:tc>
          <w:tcPr>
            <w:tcW w:w="0" w:type="auto"/>
          </w:tcPr>
          <w:p w14:paraId="0783A8A1" w14:textId="77777777" w:rsidR="007A5E59" w:rsidRDefault="0095198F">
            <w:pPr>
              <w:jc w:val="center"/>
            </w:pPr>
            <w:r>
              <w:t>5 741,3</w:t>
            </w:r>
          </w:p>
        </w:tc>
        <w:tc>
          <w:tcPr>
            <w:tcW w:w="0" w:type="auto"/>
          </w:tcPr>
          <w:p w14:paraId="60E8E3C1" w14:textId="77777777" w:rsidR="007A5E59" w:rsidRDefault="0095198F">
            <w:pPr>
              <w:jc w:val="center"/>
            </w:pPr>
            <w:r>
              <w:t>382,9</w:t>
            </w:r>
          </w:p>
        </w:tc>
        <w:tc>
          <w:tcPr>
            <w:tcW w:w="0" w:type="auto"/>
          </w:tcPr>
          <w:p w14:paraId="617656F3" w14:textId="77777777" w:rsidR="007A5E59" w:rsidRDefault="0095198F">
            <w:pPr>
              <w:jc w:val="center"/>
            </w:pPr>
            <w:r>
              <w:t>4 451,4</w:t>
            </w:r>
          </w:p>
        </w:tc>
        <w:tc>
          <w:tcPr>
            <w:tcW w:w="0" w:type="auto"/>
          </w:tcPr>
          <w:p w14:paraId="13F2A170" w14:textId="77777777" w:rsidR="007A5E59" w:rsidRDefault="0095198F">
            <w:pPr>
              <w:jc w:val="center"/>
            </w:pPr>
            <w:r>
              <w:t>5 763,5</w:t>
            </w:r>
          </w:p>
        </w:tc>
        <w:tc>
          <w:tcPr>
            <w:tcW w:w="0" w:type="auto"/>
          </w:tcPr>
          <w:p w14:paraId="5E281483" w14:textId="77777777" w:rsidR="007A5E59" w:rsidRDefault="0095198F">
            <w:pPr>
              <w:jc w:val="center"/>
            </w:pPr>
            <w:r>
              <w:t>1 485,0</w:t>
            </w:r>
          </w:p>
        </w:tc>
        <w:tc>
          <w:tcPr>
            <w:tcW w:w="0" w:type="auto"/>
          </w:tcPr>
          <w:p w14:paraId="42A7C2BA" w14:textId="77777777" w:rsidR="007A5E59" w:rsidRDefault="0095198F">
            <w:pPr>
              <w:jc w:val="center"/>
            </w:pPr>
            <w:r>
              <w:t>8 799,0</w:t>
            </w:r>
          </w:p>
        </w:tc>
        <w:tc>
          <w:tcPr>
            <w:tcW w:w="0" w:type="auto"/>
          </w:tcPr>
          <w:p w14:paraId="38E62AF1" w14:textId="77777777" w:rsidR="007A5E59" w:rsidRDefault="0095198F">
            <w:pPr>
              <w:jc w:val="center"/>
            </w:pPr>
            <w:r>
              <w:t>807,0</w:t>
            </w:r>
          </w:p>
        </w:tc>
        <w:tc>
          <w:tcPr>
            <w:tcW w:w="0" w:type="auto"/>
          </w:tcPr>
          <w:p w14:paraId="710A436D" w14:textId="77777777" w:rsidR="007A5E59" w:rsidRDefault="0095198F">
            <w:pPr>
              <w:jc w:val="center"/>
            </w:pPr>
            <w:r>
              <w:t>0,0</w:t>
            </w:r>
          </w:p>
        </w:tc>
        <w:tc>
          <w:tcPr>
            <w:tcW w:w="0" w:type="auto"/>
          </w:tcPr>
          <w:p w14:paraId="31C9B1AC" w14:textId="77777777" w:rsidR="007A5E59" w:rsidRDefault="0095198F">
            <w:pPr>
              <w:jc w:val="center"/>
            </w:pPr>
            <w:r>
              <w:t>0,0</w:t>
            </w:r>
          </w:p>
        </w:tc>
        <w:tc>
          <w:tcPr>
            <w:tcW w:w="0" w:type="auto"/>
          </w:tcPr>
          <w:p w14:paraId="21B1DDBE" w14:textId="77777777" w:rsidR="007A5E59" w:rsidRDefault="0095198F">
            <w:pPr>
              <w:jc w:val="center"/>
            </w:pPr>
            <w:r>
              <w:t>30 616,3</w:t>
            </w:r>
          </w:p>
        </w:tc>
      </w:tr>
      <w:tr w:rsidR="007A5E59" w14:paraId="0F03C3AD" w14:textId="77777777">
        <w:trPr>
          <w:jc w:val="center"/>
        </w:trPr>
        <w:tc>
          <w:tcPr>
            <w:tcW w:w="0" w:type="auto"/>
          </w:tcPr>
          <w:p w14:paraId="3D7520C9" w14:textId="77777777" w:rsidR="007A5E59" w:rsidRDefault="0095198F">
            <w:r>
              <w:t>2031 (год ввода 2002–2006)</w:t>
            </w:r>
          </w:p>
        </w:tc>
        <w:tc>
          <w:tcPr>
            <w:tcW w:w="0" w:type="auto"/>
          </w:tcPr>
          <w:p w14:paraId="51778C0C" w14:textId="77777777" w:rsidR="007A5E59" w:rsidRDefault="0095198F">
            <w:pPr>
              <w:jc w:val="center"/>
            </w:pPr>
            <w:r>
              <w:t>0,0</w:t>
            </w:r>
          </w:p>
        </w:tc>
        <w:tc>
          <w:tcPr>
            <w:tcW w:w="0" w:type="auto"/>
          </w:tcPr>
          <w:p w14:paraId="724477B5" w14:textId="77777777" w:rsidR="007A5E59" w:rsidRDefault="0095198F">
            <w:pPr>
              <w:jc w:val="center"/>
            </w:pPr>
            <w:r>
              <w:t>0,0</w:t>
            </w:r>
          </w:p>
        </w:tc>
        <w:tc>
          <w:tcPr>
            <w:tcW w:w="0" w:type="auto"/>
          </w:tcPr>
          <w:p w14:paraId="47B1424E" w14:textId="77777777" w:rsidR="007A5E59" w:rsidRDefault="0095198F">
            <w:pPr>
              <w:jc w:val="center"/>
            </w:pPr>
            <w:r>
              <w:t>0,0</w:t>
            </w:r>
          </w:p>
        </w:tc>
        <w:tc>
          <w:tcPr>
            <w:tcW w:w="0" w:type="auto"/>
          </w:tcPr>
          <w:p w14:paraId="7649855F" w14:textId="77777777" w:rsidR="007A5E59" w:rsidRDefault="0095198F">
            <w:pPr>
              <w:jc w:val="center"/>
            </w:pPr>
            <w:r>
              <w:t>0,0</w:t>
            </w:r>
          </w:p>
        </w:tc>
        <w:tc>
          <w:tcPr>
            <w:tcW w:w="0" w:type="auto"/>
          </w:tcPr>
          <w:p w14:paraId="7D8E81F2" w14:textId="77777777" w:rsidR="007A5E59" w:rsidRDefault="0095198F">
            <w:pPr>
              <w:jc w:val="center"/>
            </w:pPr>
            <w:r>
              <w:t>0,0</w:t>
            </w:r>
          </w:p>
        </w:tc>
        <w:tc>
          <w:tcPr>
            <w:tcW w:w="0" w:type="auto"/>
          </w:tcPr>
          <w:p w14:paraId="5F1C2B9B" w14:textId="77777777" w:rsidR="007A5E59" w:rsidRDefault="0095198F">
            <w:pPr>
              <w:jc w:val="center"/>
            </w:pPr>
            <w:r>
              <w:t>0,0</w:t>
            </w:r>
          </w:p>
        </w:tc>
        <w:tc>
          <w:tcPr>
            <w:tcW w:w="0" w:type="auto"/>
          </w:tcPr>
          <w:p w14:paraId="56C1BB8A" w14:textId="77777777" w:rsidR="007A5E59" w:rsidRDefault="0095198F">
            <w:pPr>
              <w:jc w:val="center"/>
            </w:pPr>
            <w:r>
              <w:t>242,0</w:t>
            </w:r>
          </w:p>
        </w:tc>
        <w:tc>
          <w:tcPr>
            <w:tcW w:w="0" w:type="auto"/>
          </w:tcPr>
          <w:p w14:paraId="61447BFE" w14:textId="77777777" w:rsidR="007A5E59" w:rsidRDefault="0095198F">
            <w:pPr>
              <w:jc w:val="center"/>
            </w:pPr>
            <w:r>
              <w:t>0,0</w:t>
            </w:r>
          </w:p>
        </w:tc>
        <w:tc>
          <w:tcPr>
            <w:tcW w:w="0" w:type="auto"/>
          </w:tcPr>
          <w:p w14:paraId="1B559777" w14:textId="77777777" w:rsidR="007A5E59" w:rsidRDefault="0095198F">
            <w:pPr>
              <w:jc w:val="center"/>
            </w:pPr>
            <w:r>
              <w:t>0,0</w:t>
            </w:r>
          </w:p>
        </w:tc>
        <w:tc>
          <w:tcPr>
            <w:tcW w:w="0" w:type="auto"/>
          </w:tcPr>
          <w:p w14:paraId="3DA0820D" w14:textId="77777777" w:rsidR="007A5E59" w:rsidRDefault="0095198F">
            <w:pPr>
              <w:jc w:val="center"/>
            </w:pPr>
            <w:r>
              <w:t>242,0</w:t>
            </w:r>
          </w:p>
        </w:tc>
        <w:tc>
          <w:tcPr>
            <w:tcW w:w="0" w:type="auto"/>
          </w:tcPr>
          <w:p w14:paraId="51AA140C" w14:textId="77777777" w:rsidR="007A5E59" w:rsidRDefault="0095198F">
            <w:pPr>
              <w:jc w:val="center"/>
            </w:pPr>
            <w:r>
              <w:t>0,0</w:t>
            </w:r>
          </w:p>
        </w:tc>
        <w:tc>
          <w:tcPr>
            <w:tcW w:w="0" w:type="auto"/>
          </w:tcPr>
          <w:p w14:paraId="04CFFCB6" w14:textId="77777777" w:rsidR="007A5E59" w:rsidRDefault="0095198F">
            <w:pPr>
              <w:jc w:val="center"/>
            </w:pPr>
            <w:r>
              <w:t>0,0</w:t>
            </w:r>
          </w:p>
        </w:tc>
        <w:tc>
          <w:tcPr>
            <w:tcW w:w="0" w:type="auto"/>
          </w:tcPr>
          <w:p w14:paraId="3A1E7842" w14:textId="77777777" w:rsidR="007A5E59" w:rsidRDefault="0095198F">
            <w:pPr>
              <w:jc w:val="center"/>
            </w:pPr>
            <w:r>
              <w:t>492,0</w:t>
            </w:r>
          </w:p>
        </w:tc>
        <w:tc>
          <w:tcPr>
            <w:tcW w:w="0" w:type="auto"/>
          </w:tcPr>
          <w:p w14:paraId="3DF840E9" w14:textId="77777777" w:rsidR="007A5E59" w:rsidRDefault="0095198F">
            <w:pPr>
              <w:jc w:val="center"/>
            </w:pPr>
            <w:r>
              <w:t>150,0</w:t>
            </w:r>
          </w:p>
        </w:tc>
        <w:tc>
          <w:tcPr>
            <w:tcW w:w="0" w:type="auto"/>
          </w:tcPr>
          <w:p w14:paraId="77DF08AD" w14:textId="77777777" w:rsidR="007A5E59" w:rsidRDefault="0095198F">
            <w:pPr>
              <w:jc w:val="center"/>
            </w:pPr>
            <w:r>
              <w:t>0,0</w:t>
            </w:r>
          </w:p>
        </w:tc>
        <w:tc>
          <w:tcPr>
            <w:tcW w:w="0" w:type="auto"/>
          </w:tcPr>
          <w:p w14:paraId="425CD37A" w14:textId="77777777" w:rsidR="007A5E59" w:rsidRDefault="0095198F">
            <w:pPr>
              <w:jc w:val="center"/>
            </w:pPr>
            <w:r>
              <w:t>0,0</w:t>
            </w:r>
          </w:p>
        </w:tc>
        <w:tc>
          <w:tcPr>
            <w:tcW w:w="0" w:type="auto"/>
          </w:tcPr>
          <w:p w14:paraId="7E29C842" w14:textId="77777777" w:rsidR="007A5E59" w:rsidRDefault="0095198F">
            <w:pPr>
              <w:jc w:val="center"/>
            </w:pPr>
            <w:r>
              <w:t>0,0</w:t>
            </w:r>
          </w:p>
        </w:tc>
        <w:tc>
          <w:tcPr>
            <w:tcW w:w="0" w:type="auto"/>
          </w:tcPr>
          <w:p w14:paraId="23F47D1F" w14:textId="77777777" w:rsidR="007A5E59" w:rsidRDefault="0095198F">
            <w:pPr>
              <w:jc w:val="center"/>
            </w:pPr>
            <w:r>
              <w:t>0,0</w:t>
            </w:r>
          </w:p>
        </w:tc>
        <w:tc>
          <w:tcPr>
            <w:tcW w:w="0" w:type="auto"/>
          </w:tcPr>
          <w:p w14:paraId="7570CC86" w14:textId="77777777" w:rsidR="007A5E59" w:rsidRDefault="0095198F">
            <w:pPr>
              <w:jc w:val="center"/>
            </w:pPr>
            <w:r>
              <w:t>0,0</w:t>
            </w:r>
          </w:p>
        </w:tc>
        <w:tc>
          <w:tcPr>
            <w:tcW w:w="0" w:type="auto"/>
          </w:tcPr>
          <w:p w14:paraId="03632EB7" w14:textId="77777777" w:rsidR="007A5E59" w:rsidRDefault="0095198F">
            <w:pPr>
              <w:jc w:val="center"/>
            </w:pPr>
            <w:r>
              <w:t>1 126,0</w:t>
            </w:r>
          </w:p>
        </w:tc>
      </w:tr>
      <w:tr w:rsidR="007A5E59" w14:paraId="61C3A0D6" w14:textId="77777777">
        <w:trPr>
          <w:jc w:val="center"/>
        </w:trPr>
        <w:tc>
          <w:tcPr>
            <w:tcW w:w="0" w:type="auto"/>
          </w:tcPr>
          <w:p w14:paraId="1E76893C" w14:textId="77777777" w:rsidR="007A5E59" w:rsidRDefault="0095198F">
            <w:r>
              <w:t>2036 (год ввода 2007–2011)</w:t>
            </w:r>
          </w:p>
        </w:tc>
        <w:tc>
          <w:tcPr>
            <w:tcW w:w="0" w:type="auto"/>
          </w:tcPr>
          <w:p w14:paraId="447B7DEA" w14:textId="77777777" w:rsidR="007A5E59" w:rsidRDefault="0095198F">
            <w:pPr>
              <w:jc w:val="center"/>
            </w:pPr>
            <w:r>
              <w:t>0,0</w:t>
            </w:r>
          </w:p>
        </w:tc>
        <w:tc>
          <w:tcPr>
            <w:tcW w:w="0" w:type="auto"/>
          </w:tcPr>
          <w:p w14:paraId="509A5FE9" w14:textId="77777777" w:rsidR="007A5E59" w:rsidRDefault="0095198F">
            <w:pPr>
              <w:jc w:val="center"/>
            </w:pPr>
            <w:r>
              <w:t>0,0</w:t>
            </w:r>
          </w:p>
        </w:tc>
        <w:tc>
          <w:tcPr>
            <w:tcW w:w="0" w:type="auto"/>
          </w:tcPr>
          <w:p w14:paraId="4D5E48AF" w14:textId="77777777" w:rsidR="007A5E59" w:rsidRDefault="0095198F">
            <w:pPr>
              <w:jc w:val="center"/>
            </w:pPr>
            <w:r>
              <w:t>0,0</w:t>
            </w:r>
          </w:p>
        </w:tc>
        <w:tc>
          <w:tcPr>
            <w:tcW w:w="0" w:type="auto"/>
          </w:tcPr>
          <w:p w14:paraId="35172FA7" w14:textId="77777777" w:rsidR="007A5E59" w:rsidRDefault="0095198F">
            <w:pPr>
              <w:jc w:val="center"/>
            </w:pPr>
            <w:r>
              <w:t>0,0</w:t>
            </w:r>
          </w:p>
        </w:tc>
        <w:tc>
          <w:tcPr>
            <w:tcW w:w="0" w:type="auto"/>
          </w:tcPr>
          <w:p w14:paraId="558BD77C" w14:textId="77777777" w:rsidR="007A5E59" w:rsidRDefault="0095198F">
            <w:pPr>
              <w:jc w:val="center"/>
            </w:pPr>
            <w:r>
              <w:t>0,0</w:t>
            </w:r>
          </w:p>
        </w:tc>
        <w:tc>
          <w:tcPr>
            <w:tcW w:w="0" w:type="auto"/>
          </w:tcPr>
          <w:p w14:paraId="70D68443" w14:textId="77777777" w:rsidR="007A5E59" w:rsidRDefault="0095198F">
            <w:pPr>
              <w:jc w:val="center"/>
            </w:pPr>
            <w:r>
              <w:t>57,0</w:t>
            </w:r>
          </w:p>
        </w:tc>
        <w:tc>
          <w:tcPr>
            <w:tcW w:w="0" w:type="auto"/>
          </w:tcPr>
          <w:p w14:paraId="709D04D5" w14:textId="77777777" w:rsidR="007A5E59" w:rsidRDefault="0095198F">
            <w:pPr>
              <w:jc w:val="center"/>
            </w:pPr>
            <w:r>
              <w:t>0,0</w:t>
            </w:r>
          </w:p>
        </w:tc>
        <w:tc>
          <w:tcPr>
            <w:tcW w:w="0" w:type="auto"/>
          </w:tcPr>
          <w:p w14:paraId="52CF6161" w14:textId="77777777" w:rsidR="007A5E59" w:rsidRDefault="0095198F">
            <w:pPr>
              <w:jc w:val="center"/>
            </w:pPr>
            <w:r>
              <w:t>0,0</w:t>
            </w:r>
          </w:p>
        </w:tc>
        <w:tc>
          <w:tcPr>
            <w:tcW w:w="0" w:type="auto"/>
          </w:tcPr>
          <w:p w14:paraId="78D7A5C5" w14:textId="77777777" w:rsidR="007A5E59" w:rsidRDefault="0095198F">
            <w:pPr>
              <w:jc w:val="center"/>
            </w:pPr>
            <w:r>
              <w:t>0,0</w:t>
            </w:r>
          </w:p>
        </w:tc>
        <w:tc>
          <w:tcPr>
            <w:tcW w:w="0" w:type="auto"/>
          </w:tcPr>
          <w:p w14:paraId="03FF671D" w14:textId="77777777" w:rsidR="007A5E59" w:rsidRDefault="0095198F">
            <w:pPr>
              <w:jc w:val="center"/>
            </w:pPr>
            <w:r>
              <w:t>143,2</w:t>
            </w:r>
          </w:p>
        </w:tc>
        <w:tc>
          <w:tcPr>
            <w:tcW w:w="0" w:type="auto"/>
          </w:tcPr>
          <w:p w14:paraId="7823706A" w14:textId="77777777" w:rsidR="007A5E59" w:rsidRDefault="0095198F">
            <w:pPr>
              <w:jc w:val="center"/>
            </w:pPr>
            <w:r>
              <w:t>1 433,0</w:t>
            </w:r>
          </w:p>
        </w:tc>
        <w:tc>
          <w:tcPr>
            <w:tcW w:w="0" w:type="auto"/>
          </w:tcPr>
          <w:p w14:paraId="029C8B25" w14:textId="77777777" w:rsidR="007A5E59" w:rsidRDefault="0095198F">
            <w:pPr>
              <w:jc w:val="center"/>
            </w:pPr>
            <w:r>
              <w:t>0,0</w:t>
            </w:r>
          </w:p>
        </w:tc>
        <w:tc>
          <w:tcPr>
            <w:tcW w:w="0" w:type="auto"/>
          </w:tcPr>
          <w:p w14:paraId="4A92CF00" w14:textId="77777777" w:rsidR="007A5E59" w:rsidRDefault="0095198F">
            <w:pPr>
              <w:jc w:val="center"/>
            </w:pPr>
            <w:r>
              <w:t>407,5</w:t>
            </w:r>
          </w:p>
        </w:tc>
        <w:tc>
          <w:tcPr>
            <w:tcW w:w="0" w:type="auto"/>
          </w:tcPr>
          <w:p w14:paraId="7D1C148E" w14:textId="77777777" w:rsidR="007A5E59" w:rsidRDefault="0095198F">
            <w:pPr>
              <w:jc w:val="center"/>
            </w:pPr>
            <w:r>
              <w:t>584,0</w:t>
            </w:r>
          </w:p>
        </w:tc>
        <w:tc>
          <w:tcPr>
            <w:tcW w:w="0" w:type="auto"/>
          </w:tcPr>
          <w:p w14:paraId="394D8F76" w14:textId="77777777" w:rsidR="007A5E59" w:rsidRDefault="0095198F">
            <w:pPr>
              <w:jc w:val="center"/>
            </w:pPr>
            <w:r>
              <w:t>160,0</w:t>
            </w:r>
          </w:p>
        </w:tc>
        <w:tc>
          <w:tcPr>
            <w:tcW w:w="0" w:type="auto"/>
          </w:tcPr>
          <w:p w14:paraId="6F856FB7" w14:textId="77777777" w:rsidR="007A5E59" w:rsidRDefault="0095198F">
            <w:pPr>
              <w:jc w:val="center"/>
            </w:pPr>
            <w:r>
              <w:t>735,0</w:t>
            </w:r>
          </w:p>
        </w:tc>
        <w:tc>
          <w:tcPr>
            <w:tcW w:w="0" w:type="auto"/>
          </w:tcPr>
          <w:p w14:paraId="6D1BB51E" w14:textId="77777777" w:rsidR="007A5E59" w:rsidRDefault="0095198F">
            <w:pPr>
              <w:jc w:val="center"/>
            </w:pPr>
            <w:r>
              <w:t>520,0</w:t>
            </w:r>
          </w:p>
        </w:tc>
        <w:tc>
          <w:tcPr>
            <w:tcW w:w="0" w:type="auto"/>
          </w:tcPr>
          <w:p w14:paraId="5B0020A1" w14:textId="77777777" w:rsidR="007A5E59" w:rsidRDefault="0095198F">
            <w:pPr>
              <w:jc w:val="center"/>
            </w:pPr>
            <w:r>
              <w:t>0,0</w:t>
            </w:r>
          </w:p>
        </w:tc>
        <w:tc>
          <w:tcPr>
            <w:tcW w:w="0" w:type="auto"/>
          </w:tcPr>
          <w:p w14:paraId="2EF0AD83" w14:textId="77777777" w:rsidR="007A5E59" w:rsidRDefault="0095198F">
            <w:pPr>
              <w:jc w:val="center"/>
            </w:pPr>
            <w:r>
              <w:t>0,0</w:t>
            </w:r>
          </w:p>
        </w:tc>
        <w:tc>
          <w:tcPr>
            <w:tcW w:w="0" w:type="auto"/>
          </w:tcPr>
          <w:p w14:paraId="623D3914" w14:textId="77777777" w:rsidR="007A5E59" w:rsidRDefault="0095198F">
            <w:pPr>
              <w:jc w:val="center"/>
            </w:pPr>
            <w:r>
              <w:t>4 039,7</w:t>
            </w:r>
          </w:p>
        </w:tc>
      </w:tr>
      <w:tr w:rsidR="007A5E59" w14:paraId="64595CE7" w14:textId="77777777">
        <w:trPr>
          <w:jc w:val="center"/>
        </w:trPr>
        <w:tc>
          <w:tcPr>
            <w:tcW w:w="0" w:type="auto"/>
            <w:shd w:val="clear" w:color="auto" w:fill="DBE5F1"/>
          </w:tcPr>
          <w:p w14:paraId="28FE1327" w14:textId="77777777" w:rsidR="007A5E59" w:rsidRDefault="0095198F">
            <w:r>
              <w:rPr>
                <w:b/>
              </w:rPr>
              <w:t>ИТОГО под замену 2026–2036</w:t>
            </w:r>
          </w:p>
        </w:tc>
        <w:tc>
          <w:tcPr>
            <w:tcW w:w="0" w:type="auto"/>
            <w:shd w:val="clear" w:color="auto" w:fill="DBE5F1"/>
          </w:tcPr>
          <w:p w14:paraId="363177BD" w14:textId="77777777" w:rsidR="007A5E59" w:rsidRDefault="0095198F">
            <w:pPr>
              <w:jc w:val="center"/>
            </w:pPr>
            <w:r>
              <w:rPr>
                <w:b/>
              </w:rPr>
              <w:t>0,0</w:t>
            </w:r>
          </w:p>
        </w:tc>
        <w:tc>
          <w:tcPr>
            <w:tcW w:w="0" w:type="auto"/>
            <w:shd w:val="clear" w:color="auto" w:fill="DBE5F1"/>
          </w:tcPr>
          <w:p w14:paraId="22CB6CD2" w14:textId="77777777" w:rsidR="007A5E59" w:rsidRDefault="0095198F">
            <w:pPr>
              <w:jc w:val="center"/>
            </w:pPr>
            <w:r>
              <w:rPr>
                <w:b/>
              </w:rPr>
              <w:t>0,0</w:t>
            </w:r>
          </w:p>
        </w:tc>
        <w:tc>
          <w:tcPr>
            <w:tcW w:w="0" w:type="auto"/>
            <w:shd w:val="clear" w:color="auto" w:fill="DBE5F1"/>
          </w:tcPr>
          <w:p w14:paraId="711A81FD" w14:textId="77777777" w:rsidR="007A5E59" w:rsidRDefault="0095198F">
            <w:pPr>
              <w:jc w:val="center"/>
            </w:pPr>
            <w:r>
              <w:rPr>
                <w:b/>
              </w:rPr>
              <w:t>30,0</w:t>
            </w:r>
          </w:p>
        </w:tc>
        <w:tc>
          <w:tcPr>
            <w:tcW w:w="0" w:type="auto"/>
            <w:shd w:val="clear" w:color="auto" w:fill="DBE5F1"/>
          </w:tcPr>
          <w:p w14:paraId="20F9AE9D" w14:textId="77777777" w:rsidR="007A5E59" w:rsidRDefault="0095198F">
            <w:pPr>
              <w:jc w:val="center"/>
            </w:pPr>
            <w:r>
              <w:rPr>
                <w:b/>
              </w:rPr>
              <w:t>0,0</w:t>
            </w:r>
          </w:p>
        </w:tc>
        <w:tc>
          <w:tcPr>
            <w:tcW w:w="0" w:type="auto"/>
            <w:shd w:val="clear" w:color="auto" w:fill="DBE5F1"/>
          </w:tcPr>
          <w:p w14:paraId="25AC7F80" w14:textId="77777777" w:rsidR="007A5E59" w:rsidRDefault="0095198F">
            <w:pPr>
              <w:jc w:val="center"/>
            </w:pPr>
            <w:r>
              <w:rPr>
                <w:b/>
              </w:rPr>
              <w:t>0,0</w:t>
            </w:r>
          </w:p>
        </w:tc>
        <w:tc>
          <w:tcPr>
            <w:tcW w:w="0" w:type="auto"/>
            <w:shd w:val="clear" w:color="auto" w:fill="DBE5F1"/>
          </w:tcPr>
          <w:p w14:paraId="65A40965" w14:textId="77777777" w:rsidR="007A5E59" w:rsidRDefault="0095198F">
            <w:pPr>
              <w:jc w:val="center"/>
            </w:pPr>
            <w:r>
              <w:rPr>
                <w:b/>
              </w:rPr>
              <w:t>1 061,0</w:t>
            </w:r>
          </w:p>
        </w:tc>
        <w:tc>
          <w:tcPr>
            <w:tcW w:w="0" w:type="auto"/>
            <w:shd w:val="clear" w:color="auto" w:fill="DBE5F1"/>
          </w:tcPr>
          <w:p w14:paraId="610954DC" w14:textId="77777777" w:rsidR="007A5E59" w:rsidRDefault="0095198F">
            <w:pPr>
              <w:jc w:val="center"/>
            </w:pPr>
            <w:r>
              <w:rPr>
                <w:b/>
              </w:rPr>
              <w:t>718,9</w:t>
            </w:r>
          </w:p>
        </w:tc>
        <w:tc>
          <w:tcPr>
            <w:tcW w:w="0" w:type="auto"/>
            <w:shd w:val="clear" w:color="auto" w:fill="DBE5F1"/>
          </w:tcPr>
          <w:p w14:paraId="3E096EB6" w14:textId="77777777" w:rsidR="007A5E59" w:rsidRDefault="0095198F">
            <w:pPr>
              <w:jc w:val="center"/>
            </w:pPr>
            <w:r>
              <w:rPr>
                <w:b/>
              </w:rPr>
              <w:t>0,0</w:t>
            </w:r>
          </w:p>
        </w:tc>
        <w:tc>
          <w:tcPr>
            <w:tcW w:w="0" w:type="auto"/>
            <w:shd w:val="clear" w:color="auto" w:fill="DBE5F1"/>
          </w:tcPr>
          <w:p w14:paraId="0AE92073" w14:textId="77777777" w:rsidR="007A5E59" w:rsidRDefault="0095198F">
            <w:pPr>
              <w:jc w:val="center"/>
            </w:pPr>
            <w:r>
              <w:rPr>
                <w:b/>
              </w:rPr>
              <w:t>70,0</w:t>
            </w:r>
          </w:p>
        </w:tc>
        <w:tc>
          <w:tcPr>
            <w:tcW w:w="0" w:type="auto"/>
            <w:shd w:val="clear" w:color="auto" w:fill="DBE5F1"/>
          </w:tcPr>
          <w:p w14:paraId="2C8E9792" w14:textId="77777777" w:rsidR="007A5E59" w:rsidRDefault="0095198F">
            <w:pPr>
              <w:jc w:val="center"/>
            </w:pPr>
            <w:r>
              <w:rPr>
                <w:b/>
              </w:rPr>
              <w:t>1 990,5</w:t>
            </w:r>
          </w:p>
        </w:tc>
        <w:tc>
          <w:tcPr>
            <w:tcW w:w="0" w:type="auto"/>
            <w:shd w:val="clear" w:color="auto" w:fill="DBE5F1"/>
          </w:tcPr>
          <w:p w14:paraId="755993ED" w14:textId="77777777" w:rsidR="007A5E59" w:rsidRDefault="0095198F">
            <w:pPr>
              <w:jc w:val="center"/>
            </w:pPr>
            <w:r>
              <w:rPr>
                <w:b/>
              </w:rPr>
              <w:t>7 174,3</w:t>
            </w:r>
          </w:p>
        </w:tc>
        <w:tc>
          <w:tcPr>
            <w:tcW w:w="0" w:type="auto"/>
            <w:shd w:val="clear" w:color="auto" w:fill="DBE5F1"/>
          </w:tcPr>
          <w:p w14:paraId="088CEDC7" w14:textId="77777777" w:rsidR="007A5E59" w:rsidRDefault="0095198F">
            <w:pPr>
              <w:jc w:val="center"/>
            </w:pPr>
            <w:r>
              <w:rPr>
                <w:b/>
              </w:rPr>
              <w:t>382,9</w:t>
            </w:r>
          </w:p>
        </w:tc>
        <w:tc>
          <w:tcPr>
            <w:tcW w:w="0" w:type="auto"/>
            <w:shd w:val="clear" w:color="auto" w:fill="DBE5F1"/>
          </w:tcPr>
          <w:p w14:paraId="218A9661" w14:textId="77777777" w:rsidR="007A5E59" w:rsidRDefault="0095198F">
            <w:pPr>
              <w:jc w:val="center"/>
            </w:pPr>
            <w:r>
              <w:rPr>
                <w:b/>
              </w:rPr>
              <w:t>5 350,9</w:t>
            </w:r>
          </w:p>
        </w:tc>
        <w:tc>
          <w:tcPr>
            <w:tcW w:w="0" w:type="auto"/>
            <w:shd w:val="clear" w:color="auto" w:fill="DBE5F1"/>
          </w:tcPr>
          <w:p w14:paraId="5CB7CBB9" w14:textId="77777777" w:rsidR="007A5E59" w:rsidRDefault="0095198F">
            <w:pPr>
              <w:jc w:val="center"/>
            </w:pPr>
            <w:r>
              <w:rPr>
                <w:b/>
              </w:rPr>
              <w:t>6 497,5</w:t>
            </w:r>
          </w:p>
        </w:tc>
        <w:tc>
          <w:tcPr>
            <w:tcW w:w="0" w:type="auto"/>
            <w:shd w:val="clear" w:color="auto" w:fill="DBE5F1"/>
          </w:tcPr>
          <w:p w14:paraId="120F52CC" w14:textId="77777777" w:rsidR="007A5E59" w:rsidRDefault="0095198F">
            <w:pPr>
              <w:jc w:val="center"/>
            </w:pPr>
            <w:r>
              <w:rPr>
                <w:b/>
              </w:rPr>
              <w:t>1 645,0</w:t>
            </w:r>
          </w:p>
        </w:tc>
        <w:tc>
          <w:tcPr>
            <w:tcW w:w="0" w:type="auto"/>
            <w:shd w:val="clear" w:color="auto" w:fill="DBE5F1"/>
          </w:tcPr>
          <w:p w14:paraId="70E826BC" w14:textId="77777777" w:rsidR="007A5E59" w:rsidRDefault="0095198F">
            <w:pPr>
              <w:jc w:val="center"/>
            </w:pPr>
            <w:r>
              <w:rPr>
                <w:b/>
              </w:rPr>
              <w:t>9 534,0</w:t>
            </w:r>
          </w:p>
        </w:tc>
        <w:tc>
          <w:tcPr>
            <w:tcW w:w="0" w:type="auto"/>
            <w:shd w:val="clear" w:color="auto" w:fill="DBE5F1"/>
          </w:tcPr>
          <w:p w14:paraId="1522F735" w14:textId="77777777" w:rsidR="007A5E59" w:rsidRDefault="0095198F">
            <w:pPr>
              <w:jc w:val="center"/>
            </w:pPr>
            <w:r>
              <w:rPr>
                <w:b/>
              </w:rPr>
              <w:t>1 327,0</w:t>
            </w:r>
          </w:p>
        </w:tc>
        <w:tc>
          <w:tcPr>
            <w:tcW w:w="0" w:type="auto"/>
            <w:shd w:val="clear" w:color="auto" w:fill="DBE5F1"/>
          </w:tcPr>
          <w:p w14:paraId="797257EF" w14:textId="77777777" w:rsidR="007A5E59" w:rsidRDefault="0095198F">
            <w:pPr>
              <w:jc w:val="center"/>
            </w:pPr>
            <w:r>
              <w:rPr>
                <w:b/>
              </w:rPr>
              <w:t>0,0</w:t>
            </w:r>
          </w:p>
        </w:tc>
        <w:tc>
          <w:tcPr>
            <w:tcW w:w="0" w:type="auto"/>
            <w:shd w:val="clear" w:color="auto" w:fill="DBE5F1"/>
          </w:tcPr>
          <w:p w14:paraId="32A4680E" w14:textId="77777777" w:rsidR="007A5E59" w:rsidRDefault="0095198F">
            <w:pPr>
              <w:jc w:val="center"/>
            </w:pPr>
            <w:r>
              <w:rPr>
                <w:b/>
              </w:rPr>
              <w:t>0,0</w:t>
            </w:r>
          </w:p>
        </w:tc>
        <w:tc>
          <w:tcPr>
            <w:tcW w:w="0" w:type="auto"/>
            <w:shd w:val="clear" w:color="auto" w:fill="DBE5F1"/>
          </w:tcPr>
          <w:p w14:paraId="6838C138" w14:textId="77777777" w:rsidR="007A5E59" w:rsidRDefault="0095198F">
            <w:pPr>
              <w:jc w:val="center"/>
            </w:pPr>
            <w:r>
              <w:rPr>
                <w:b/>
              </w:rPr>
              <w:t>35 782,0</w:t>
            </w:r>
          </w:p>
        </w:tc>
      </w:tr>
      <w:tr w:rsidR="007A5E59" w:rsidRPr="00C07C05" w14:paraId="2B06C4C8" w14:textId="77777777">
        <w:trPr>
          <w:jc w:val="center"/>
        </w:trPr>
        <w:tc>
          <w:tcPr>
            <w:tcW w:w="0" w:type="auto"/>
          </w:tcPr>
          <w:p w14:paraId="534E08C5" w14:textId="77777777" w:rsidR="007A5E59" w:rsidRPr="00312815" w:rsidRDefault="0095198F">
            <w:pPr>
              <w:rPr>
                <w:lang w:val="ru-RU"/>
              </w:rPr>
            </w:pPr>
            <w:r w:rsidRPr="00312815">
              <w:rPr>
                <w:lang w:val="ru-RU"/>
              </w:rPr>
              <w:t>БЛОК 3. Площадь поверхности тепловых сетей, м² (</w:t>
            </w:r>
            <w:r>
              <w:t>π</w:t>
            </w:r>
            <w:r w:rsidRPr="00312815">
              <w:rPr>
                <w:lang w:val="ru-RU"/>
              </w:rPr>
              <w:t xml:space="preserve"> × Ø × длина по оси трассы)</w:t>
            </w:r>
          </w:p>
        </w:tc>
        <w:tc>
          <w:tcPr>
            <w:tcW w:w="0" w:type="auto"/>
          </w:tcPr>
          <w:p w14:paraId="73B35B42" w14:textId="77777777" w:rsidR="007A5E59" w:rsidRPr="00312815" w:rsidRDefault="007A5E59">
            <w:pPr>
              <w:rPr>
                <w:lang w:val="ru-RU"/>
              </w:rPr>
            </w:pPr>
          </w:p>
        </w:tc>
        <w:tc>
          <w:tcPr>
            <w:tcW w:w="0" w:type="auto"/>
          </w:tcPr>
          <w:p w14:paraId="42C0F02F" w14:textId="77777777" w:rsidR="007A5E59" w:rsidRPr="00312815" w:rsidRDefault="007A5E59">
            <w:pPr>
              <w:rPr>
                <w:lang w:val="ru-RU"/>
              </w:rPr>
            </w:pPr>
          </w:p>
        </w:tc>
        <w:tc>
          <w:tcPr>
            <w:tcW w:w="0" w:type="auto"/>
          </w:tcPr>
          <w:p w14:paraId="7ECB02A1" w14:textId="77777777" w:rsidR="007A5E59" w:rsidRPr="00312815" w:rsidRDefault="007A5E59">
            <w:pPr>
              <w:rPr>
                <w:lang w:val="ru-RU"/>
              </w:rPr>
            </w:pPr>
          </w:p>
        </w:tc>
        <w:tc>
          <w:tcPr>
            <w:tcW w:w="0" w:type="auto"/>
          </w:tcPr>
          <w:p w14:paraId="4D30C63C" w14:textId="77777777" w:rsidR="007A5E59" w:rsidRPr="00312815" w:rsidRDefault="007A5E59">
            <w:pPr>
              <w:rPr>
                <w:lang w:val="ru-RU"/>
              </w:rPr>
            </w:pPr>
          </w:p>
        </w:tc>
        <w:tc>
          <w:tcPr>
            <w:tcW w:w="0" w:type="auto"/>
          </w:tcPr>
          <w:p w14:paraId="6331CD6D" w14:textId="77777777" w:rsidR="007A5E59" w:rsidRPr="00312815" w:rsidRDefault="007A5E59">
            <w:pPr>
              <w:rPr>
                <w:lang w:val="ru-RU"/>
              </w:rPr>
            </w:pPr>
          </w:p>
        </w:tc>
        <w:tc>
          <w:tcPr>
            <w:tcW w:w="0" w:type="auto"/>
          </w:tcPr>
          <w:p w14:paraId="08A2C271" w14:textId="77777777" w:rsidR="007A5E59" w:rsidRPr="00312815" w:rsidRDefault="007A5E59">
            <w:pPr>
              <w:rPr>
                <w:lang w:val="ru-RU"/>
              </w:rPr>
            </w:pPr>
          </w:p>
        </w:tc>
        <w:tc>
          <w:tcPr>
            <w:tcW w:w="0" w:type="auto"/>
          </w:tcPr>
          <w:p w14:paraId="670A157B" w14:textId="77777777" w:rsidR="007A5E59" w:rsidRPr="00312815" w:rsidRDefault="007A5E59">
            <w:pPr>
              <w:rPr>
                <w:lang w:val="ru-RU"/>
              </w:rPr>
            </w:pPr>
          </w:p>
        </w:tc>
        <w:tc>
          <w:tcPr>
            <w:tcW w:w="0" w:type="auto"/>
          </w:tcPr>
          <w:p w14:paraId="08E704E0" w14:textId="77777777" w:rsidR="007A5E59" w:rsidRPr="00312815" w:rsidRDefault="007A5E59">
            <w:pPr>
              <w:rPr>
                <w:lang w:val="ru-RU"/>
              </w:rPr>
            </w:pPr>
          </w:p>
        </w:tc>
        <w:tc>
          <w:tcPr>
            <w:tcW w:w="0" w:type="auto"/>
          </w:tcPr>
          <w:p w14:paraId="21B2BC26" w14:textId="77777777" w:rsidR="007A5E59" w:rsidRPr="00312815" w:rsidRDefault="007A5E59">
            <w:pPr>
              <w:rPr>
                <w:lang w:val="ru-RU"/>
              </w:rPr>
            </w:pPr>
          </w:p>
        </w:tc>
        <w:tc>
          <w:tcPr>
            <w:tcW w:w="0" w:type="auto"/>
          </w:tcPr>
          <w:p w14:paraId="60E8CF2D" w14:textId="77777777" w:rsidR="007A5E59" w:rsidRPr="00312815" w:rsidRDefault="007A5E59">
            <w:pPr>
              <w:rPr>
                <w:lang w:val="ru-RU"/>
              </w:rPr>
            </w:pPr>
          </w:p>
        </w:tc>
        <w:tc>
          <w:tcPr>
            <w:tcW w:w="0" w:type="auto"/>
          </w:tcPr>
          <w:p w14:paraId="5E60D53A" w14:textId="77777777" w:rsidR="007A5E59" w:rsidRPr="00312815" w:rsidRDefault="007A5E59">
            <w:pPr>
              <w:rPr>
                <w:lang w:val="ru-RU"/>
              </w:rPr>
            </w:pPr>
          </w:p>
        </w:tc>
        <w:tc>
          <w:tcPr>
            <w:tcW w:w="0" w:type="auto"/>
          </w:tcPr>
          <w:p w14:paraId="43E0F0C8" w14:textId="77777777" w:rsidR="007A5E59" w:rsidRPr="00312815" w:rsidRDefault="007A5E59">
            <w:pPr>
              <w:rPr>
                <w:lang w:val="ru-RU"/>
              </w:rPr>
            </w:pPr>
          </w:p>
        </w:tc>
        <w:tc>
          <w:tcPr>
            <w:tcW w:w="0" w:type="auto"/>
          </w:tcPr>
          <w:p w14:paraId="2781F2E9" w14:textId="77777777" w:rsidR="007A5E59" w:rsidRPr="00312815" w:rsidRDefault="007A5E59">
            <w:pPr>
              <w:rPr>
                <w:lang w:val="ru-RU"/>
              </w:rPr>
            </w:pPr>
          </w:p>
        </w:tc>
        <w:tc>
          <w:tcPr>
            <w:tcW w:w="0" w:type="auto"/>
          </w:tcPr>
          <w:p w14:paraId="3F50AEB5" w14:textId="77777777" w:rsidR="007A5E59" w:rsidRPr="00312815" w:rsidRDefault="007A5E59">
            <w:pPr>
              <w:rPr>
                <w:lang w:val="ru-RU"/>
              </w:rPr>
            </w:pPr>
          </w:p>
        </w:tc>
        <w:tc>
          <w:tcPr>
            <w:tcW w:w="0" w:type="auto"/>
          </w:tcPr>
          <w:p w14:paraId="154B3C55" w14:textId="77777777" w:rsidR="007A5E59" w:rsidRPr="00312815" w:rsidRDefault="007A5E59">
            <w:pPr>
              <w:rPr>
                <w:lang w:val="ru-RU"/>
              </w:rPr>
            </w:pPr>
          </w:p>
        </w:tc>
        <w:tc>
          <w:tcPr>
            <w:tcW w:w="0" w:type="auto"/>
          </w:tcPr>
          <w:p w14:paraId="025655E9" w14:textId="77777777" w:rsidR="007A5E59" w:rsidRPr="00312815" w:rsidRDefault="007A5E59">
            <w:pPr>
              <w:rPr>
                <w:lang w:val="ru-RU"/>
              </w:rPr>
            </w:pPr>
          </w:p>
        </w:tc>
        <w:tc>
          <w:tcPr>
            <w:tcW w:w="0" w:type="auto"/>
          </w:tcPr>
          <w:p w14:paraId="452A74A1" w14:textId="77777777" w:rsidR="007A5E59" w:rsidRPr="00312815" w:rsidRDefault="007A5E59">
            <w:pPr>
              <w:rPr>
                <w:lang w:val="ru-RU"/>
              </w:rPr>
            </w:pPr>
          </w:p>
        </w:tc>
        <w:tc>
          <w:tcPr>
            <w:tcW w:w="0" w:type="auto"/>
          </w:tcPr>
          <w:p w14:paraId="08C92C0C" w14:textId="77777777" w:rsidR="007A5E59" w:rsidRPr="00312815" w:rsidRDefault="007A5E59">
            <w:pPr>
              <w:rPr>
                <w:lang w:val="ru-RU"/>
              </w:rPr>
            </w:pPr>
          </w:p>
        </w:tc>
        <w:tc>
          <w:tcPr>
            <w:tcW w:w="0" w:type="auto"/>
          </w:tcPr>
          <w:p w14:paraId="28AB6D87" w14:textId="77777777" w:rsidR="007A5E59" w:rsidRPr="00312815" w:rsidRDefault="007A5E59">
            <w:pPr>
              <w:rPr>
                <w:lang w:val="ru-RU"/>
              </w:rPr>
            </w:pPr>
          </w:p>
        </w:tc>
        <w:tc>
          <w:tcPr>
            <w:tcW w:w="0" w:type="auto"/>
          </w:tcPr>
          <w:p w14:paraId="53958B1D" w14:textId="77777777" w:rsidR="007A5E59" w:rsidRPr="00312815" w:rsidRDefault="007A5E59">
            <w:pPr>
              <w:rPr>
                <w:lang w:val="ru-RU"/>
              </w:rPr>
            </w:pPr>
          </w:p>
        </w:tc>
      </w:tr>
      <w:tr w:rsidR="007A5E59" w14:paraId="73758070" w14:textId="77777777">
        <w:trPr>
          <w:jc w:val="center"/>
        </w:trPr>
        <w:tc>
          <w:tcPr>
            <w:tcW w:w="0" w:type="auto"/>
          </w:tcPr>
          <w:p w14:paraId="3DB8000D" w14:textId="77777777" w:rsidR="007A5E59" w:rsidRDefault="0095198F">
            <w:r>
              <w:t>в канале</w:t>
            </w:r>
          </w:p>
        </w:tc>
        <w:tc>
          <w:tcPr>
            <w:tcW w:w="0" w:type="auto"/>
          </w:tcPr>
          <w:p w14:paraId="56E6D2EE" w14:textId="77777777" w:rsidR="007A5E59" w:rsidRDefault="0095198F">
            <w:pPr>
              <w:jc w:val="center"/>
            </w:pPr>
            <w:r>
              <w:t>0,00</w:t>
            </w:r>
          </w:p>
        </w:tc>
        <w:tc>
          <w:tcPr>
            <w:tcW w:w="0" w:type="auto"/>
          </w:tcPr>
          <w:p w14:paraId="7036D6FD" w14:textId="77777777" w:rsidR="007A5E59" w:rsidRDefault="0095198F">
            <w:pPr>
              <w:jc w:val="center"/>
            </w:pPr>
            <w:r>
              <w:t>0,00</w:t>
            </w:r>
          </w:p>
        </w:tc>
        <w:tc>
          <w:tcPr>
            <w:tcW w:w="0" w:type="auto"/>
          </w:tcPr>
          <w:p w14:paraId="02E2A2A6" w14:textId="77777777" w:rsidR="007A5E59" w:rsidRDefault="0095198F">
            <w:pPr>
              <w:jc w:val="center"/>
            </w:pPr>
            <w:r>
              <w:t>2,36</w:t>
            </w:r>
          </w:p>
        </w:tc>
        <w:tc>
          <w:tcPr>
            <w:tcW w:w="0" w:type="auto"/>
          </w:tcPr>
          <w:p w14:paraId="4B865BCC" w14:textId="77777777" w:rsidR="007A5E59" w:rsidRDefault="0095198F">
            <w:pPr>
              <w:jc w:val="center"/>
            </w:pPr>
            <w:r>
              <w:t>0,00</w:t>
            </w:r>
          </w:p>
        </w:tc>
        <w:tc>
          <w:tcPr>
            <w:tcW w:w="0" w:type="auto"/>
          </w:tcPr>
          <w:p w14:paraId="7C7C825E" w14:textId="77777777" w:rsidR="007A5E59" w:rsidRDefault="0095198F">
            <w:pPr>
              <w:jc w:val="center"/>
            </w:pPr>
            <w:r>
              <w:t>0,00</w:t>
            </w:r>
          </w:p>
        </w:tc>
        <w:tc>
          <w:tcPr>
            <w:tcW w:w="0" w:type="auto"/>
          </w:tcPr>
          <w:p w14:paraId="4FA23826" w14:textId="77777777" w:rsidR="007A5E59" w:rsidRDefault="0095198F">
            <w:pPr>
              <w:jc w:val="center"/>
            </w:pPr>
            <w:r>
              <w:t>88,91</w:t>
            </w:r>
          </w:p>
        </w:tc>
        <w:tc>
          <w:tcPr>
            <w:tcW w:w="0" w:type="auto"/>
          </w:tcPr>
          <w:p w14:paraId="1D50E824" w14:textId="77777777" w:rsidR="007A5E59" w:rsidRDefault="0095198F">
            <w:pPr>
              <w:jc w:val="center"/>
            </w:pPr>
            <w:r>
              <w:t>51,64</w:t>
            </w:r>
          </w:p>
        </w:tc>
        <w:tc>
          <w:tcPr>
            <w:tcW w:w="0" w:type="auto"/>
          </w:tcPr>
          <w:p w14:paraId="43E67ADB" w14:textId="77777777" w:rsidR="007A5E59" w:rsidRDefault="0095198F">
            <w:pPr>
              <w:jc w:val="center"/>
            </w:pPr>
            <w:r>
              <w:t>0,00</w:t>
            </w:r>
          </w:p>
        </w:tc>
        <w:tc>
          <w:tcPr>
            <w:tcW w:w="0" w:type="auto"/>
          </w:tcPr>
          <w:p w14:paraId="7C03EBDC" w14:textId="77777777" w:rsidR="007A5E59" w:rsidRDefault="0095198F">
            <w:pPr>
              <w:jc w:val="center"/>
            </w:pPr>
            <w:r>
              <w:t>15,39</w:t>
            </w:r>
          </w:p>
        </w:tc>
        <w:tc>
          <w:tcPr>
            <w:tcW w:w="0" w:type="auto"/>
          </w:tcPr>
          <w:p w14:paraId="3D7C61FD" w14:textId="77777777" w:rsidR="007A5E59" w:rsidRDefault="0095198F">
            <w:pPr>
              <w:jc w:val="center"/>
            </w:pPr>
            <w:r>
              <w:t>405,77</w:t>
            </w:r>
          </w:p>
        </w:tc>
        <w:tc>
          <w:tcPr>
            <w:tcW w:w="0" w:type="auto"/>
          </w:tcPr>
          <w:p w14:paraId="67C8058B" w14:textId="77777777" w:rsidR="007A5E59" w:rsidRDefault="0095198F">
            <w:pPr>
              <w:jc w:val="center"/>
            </w:pPr>
            <w:r>
              <w:t>1 870,91</w:t>
            </w:r>
          </w:p>
        </w:tc>
        <w:tc>
          <w:tcPr>
            <w:tcW w:w="0" w:type="auto"/>
          </w:tcPr>
          <w:p w14:paraId="7F898F24" w14:textId="77777777" w:rsidR="007A5E59" w:rsidRDefault="0095198F">
            <w:pPr>
              <w:jc w:val="center"/>
            </w:pPr>
            <w:r>
              <w:t>150,36</w:t>
            </w:r>
          </w:p>
        </w:tc>
        <w:tc>
          <w:tcPr>
            <w:tcW w:w="0" w:type="auto"/>
          </w:tcPr>
          <w:p w14:paraId="5B455CA0" w14:textId="77777777" w:rsidR="007A5E59" w:rsidRDefault="0095198F">
            <w:pPr>
              <w:jc w:val="center"/>
            </w:pPr>
            <w:r>
              <w:t>1 660,36</w:t>
            </w:r>
          </w:p>
        </w:tc>
        <w:tc>
          <w:tcPr>
            <w:tcW w:w="0" w:type="auto"/>
          </w:tcPr>
          <w:p w14:paraId="0EFF4C68" w14:textId="77777777" w:rsidR="007A5E59" w:rsidRDefault="0095198F">
            <w:pPr>
              <w:jc w:val="center"/>
            </w:pPr>
            <w:r>
              <w:t>3 860,70</w:t>
            </w:r>
          </w:p>
        </w:tc>
        <w:tc>
          <w:tcPr>
            <w:tcW w:w="0" w:type="auto"/>
          </w:tcPr>
          <w:p w14:paraId="7322E2EE" w14:textId="77777777" w:rsidR="007A5E59" w:rsidRDefault="0095198F">
            <w:pPr>
              <w:jc w:val="center"/>
            </w:pPr>
            <w:r>
              <w:t>1 166,32</w:t>
            </w:r>
          </w:p>
        </w:tc>
        <w:tc>
          <w:tcPr>
            <w:tcW w:w="0" w:type="auto"/>
          </w:tcPr>
          <w:p w14:paraId="1C68CAA9" w14:textId="77777777" w:rsidR="007A5E59" w:rsidRDefault="0095198F">
            <w:pPr>
              <w:jc w:val="center"/>
            </w:pPr>
            <w:r>
              <w:t>4 129,00</w:t>
            </w:r>
          </w:p>
        </w:tc>
        <w:tc>
          <w:tcPr>
            <w:tcW w:w="0" w:type="auto"/>
          </w:tcPr>
          <w:p w14:paraId="7B337528" w14:textId="77777777" w:rsidR="007A5E59" w:rsidRDefault="0095198F">
            <w:pPr>
              <w:jc w:val="center"/>
            </w:pPr>
            <w:r>
              <w:t>0,00</w:t>
            </w:r>
          </w:p>
        </w:tc>
        <w:tc>
          <w:tcPr>
            <w:tcW w:w="0" w:type="auto"/>
          </w:tcPr>
          <w:p w14:paraId="00226F7A" w14:textId="77777777" w:rsidR="007A5E59" w:rsidRDefault="0095198F">
            <w:pPr>
              <w:jc w:val="center"/>
            </w:pPr>
            <w:r>
              <w:t>0,00</w:t>
            </w:r>
          </w:p>
        </w:tc>
        <w:tc>
          <w:tcPr>
            <w:tcW w:w="0" w:type="auto"/>
          </w:tcPr>
          <w:p w14:paraId="441B5D2F" w14:textId="77777777" w:rsidR="007A5E59" w:rsidRDefault="0095198F">
            <w:pPr>
              <w:jc w:val="center"/>
            </w:pPr>
            <w:r>
              <w:t>0,00</w:t>
            </w:r>
          </w:p>
        </w:tc>
        <w:tc>
          <w:tcPr>
            <w:tcW w:w="0" w:type="auto"/>
          </w:tcPr>
          <w:p w14:paraId="68D2A0F3" w14:textId="77777777" w:rsidR="007A5E59" w:rsidRDefault="0095198F">
            <w:pPr>
              <w:jc w:val="center"/>
            </w:pPr>
            <w:r>
              <w:t>13 401,72</w:t>
            </w:r>
          </w:p>
        </w:tc>
      </w:tr>
      <w:tr w:rsidR="007A5E59" w14:paraId="203D4D06" w14:textId="77777777">
        <w:trPr>
          <w:jc w:val="center"/>
        </w:trPr>
        <w:tc>
          <w:tcPr>
            <w:tcW w:w="0" w:type="auto"/>
          </w:tcPr>
          <w:p w14:paraId="7DCD33AF" w14:textId="77777777" w:rsidR="007A5E59" w:rsidRDefault="0095198F">
            <w:r>
              <w:t>бесканально</w:t>
            </w:r>
          </w:p>
        </w:tc>
        <w:tc>
          <w:tcPr>
            <w:tcW w:w="0" w:type="auto"/>
          </w:tcPr>
          <w:p w14:paraId="4444A919" w14:textId="77777777" w:rsidR="007A5E59" w:rsidRDefault="0095198F">
            <w:pPr>
              <w:jc w:val="center"/>
            </w:pPr>
            <w:r>
              <w:t>0,00</w:t>
            </w:r>
          </w:p>
        </w:tc>
        <w:tc>
          <w:tcPr>
            <w:tcW w:w="0" w:type="auto"/>
          </w:tcPr>
          <w:p w14:paraId="19180CE9" w14:textId="77777777" w:rsidR="007A5E59" w:rsidRDefault="0095198F">
            <w:pPr>
              <w:jc w:val="center"/>
            </w:pPr>
            <w:r>
              <w:t>0,00</w:t>
            </w:r>
          </w:p>
        </w:tc>
        <w:tc>
          <w:tcPr>
            <w:tcW w:w="0" w:type="auto"/>
          </w:tcPr>
          <w:p w14:paraId="4AB3FE8A" w14:textId="77777777" w:rsidR="007A5E59" w:rsidRDefault="0095198F">
            <w:pPr>
              <w:jc w:val="center"/>
            </w:pPr>
            <w:r>
              <w:t>0,00</w:t>
            </w:r>
          </w:p>
        </w:tc>
        <w:tc>
          <w:tcPr>
            <w:tcW w:w="0" w:type="auto"/>
          </w:tcPr>
          <w:p w14:paraId="7638E14D" w14:textId="77777777" w:rsidR="007A5E59" w:rsidRDefault="0095198F">
            <w:pPr>
              <w:jc w:val="center"/>
            </w:pPr>
            <w:r>
              <w:t>0,00</w:t>
            </w:r>
          </w:p>
        </w:tc>
        <w:tc>
          <w:tcPr>
            <w:tcW w:w="0" w:type="auto"/>
          </w:tcPr>
          <w:p w14:paraId="7F2839C2" w14:textId="77777777" w:rsidR="007A5E59" w:rsidRDefault="0095198F">
            <w:pPr>
              <w:jc w:val="center"/>
            </w:pPr>
            <w:r>
              <w:t>0,00</w:t>
            </w:r>
          </w:p>
        </w:tc>
        <w:tc>
          <w:tcPr>
            <w:tcW w:w="0" w:type="auto"/>
          </w:tcPr>
          <w:p w14:paraId="453CD22B" w14:textId="77777777" w:rsidR="007A5E59" w:rsidRDefault="0095198F">
            <w:pPr>
              <w:jc w:val="center"/>
            </w:pPr>
            <w:r>
              <w:t>0,00</w:t>
            </w:r>
          </w:p>
        </w:tc>
        <w:tc>
          <w:tcPr>
            <w:tcW w:w="0" w:type="auto"/>
          </w:tcPr>
          <w:p w14:paraId="49579DDA" w14:textId="77777777" w:rsidR="007A5E59" w:rsidRDefault="0095198F">
            <w:pPr>
              <w:jc w:val="center"/>
            </w:pPr>
            <w:r>
              <w:t>0,00</w:t>
            </w:r>
          </w:p>
        </w:tc>
        <w:tc>
          <w:tcPr>
            <w:tcW w:w="0" w:type="auto"/>
          </w:tcPr>
          <w:p w14:paraId="414F930E" w14:textId="77777777" w:rsidR="007A5E59" w:rsidRDefault="0095198F">
            <w:pPr>
              <w:jc w:val="center"/>
            </w:pPr>
            <w:r>
              <w:t>0,00</w:t>
            </w:r>
          </w:p>
        </w:tc>
        <w:tc>
          <w:tcPr>
            <w:tcW w:w="0" w:type="auto"/>
          </w:tcPr>
          <w:p w14:paraId="24C95847" w14:textId="77777777" w:rsidR="007A5E59" w:rsidRDefault="0095198F">
            <w:pPr>
              <w:jc w:val="center"/>
            </w:pPr>
            <w:r>
              <w:t>0,00</w:t>
            </w:r>
          </w:p>
        </w:tc>
        <w:tc>
          <w:tcPr>
            <w:tcW w:w="0" w:type="auto"/>
          </w:tcPr>
          <w:p w14:paraId="5B4C6D9D" w14:textId="77777777" w:rsidR="007A5E59" w:rsidRDefault="0095198F">
            <w:pPr>
              <w:jc w:val="center"/>
            </w:pPr>
            <w:r>
              <w:t>0,00</w:t>
            </w:r>
          </w:p>
        </w:tc>
        <w:tc>
          <w:tcPr>
            <w:tcW w:w="0" w:type="auto"/>
          </w:tcPr>
          <w:p w14:paraId="1E16075D" w14:textId="77777777" w:rsidR="007A5E59" w:rsidRDefault="0095198F">
            <w:pPr>
              <w:jc w:val="center"/>
            </w:pPr>
            <w:r>
              <w:t>0,00</w:t>
            </w:r>
          </w:p>
        </w:tc>
        <w:tc>
          <w:tcPr>
            <w:tcW w:w="0" w:type="auto"/>
          </w:tcPr>
          <w:p w14:paraId="4E2540C5" w14:textId="77777777" w:rsidR="007A5E59" w:rsidRDefault="0095198F">
            <w:pPr>
              <w:jc w:val="center"/>
            </w:pPr>
            <w:r>
              <w:t>0,00</w:t>
            </w:r>
          </w:p>
        </w:tc>
        <w:tc>
          <w:tcPr>
            <w:tcW w:w="0" w:type="auto"/>
          </w:tcPr>
          <w:p w14:paraId="06329212" w14:textId="77777777" w:rsidR="007A5E59" w:rsidRDefault="0095198F">
            <w:pPr>
              <w:jc w:val="center"/>
            </w:pPr>
            <w:r>
              <w:t>0,00</w:t>
            </w:r>
          </w:p>
        </w:tc>
        <w:tc>
          <w:tcPr>
            <w:tcW w:w="0" w:type="auto"/>
          </w:tcPr>
          <w:p w14:paraId="5D1A8179" w14:textId="77777777" w:rsidR="007A5E59" w:rsidRDefault="0095198F">
            <w:pPr>
              <w:jc w:val="center"/>
            </w:pPr>
            <w:r>
              <w:t>0,00</w:t>
            </w:r>
          </w:p>
        </w:tc>
        <w:tc>
          <w:tcPr>
            <w:tcW w:w="0" w:type="auto"/>
          </w:tcPr>
          <w:p w14:paraId="5CE5DCFE" w14:textId="77777777" w:rsidR="007A5E59" w:rsidRDefault="0095198F">
            <w:pPr>
              <w:jc w:val="center"/>
            </w:pPr>
            <w:r>
              <w:t>0,00</w:t>
            </w:r>
          </w:p>
        </w:tc>
        <w:tc>
          <w:tcPr>
            <w:tcW w:w="0" w:type="auto"/>
          </w:tcPr>
          <w:p w14:paraId="795BD489" w14:textId="77777777" w:rsidR="007A5E59" w:rsidRDefault="0095198F">
            <w:pPr>
              <w:jc w:val="center"/>
            </w:pPr>
            <w:r>
              <w:t>0,00</w:t>
            </w:r>
          </w:p>
        </w:tc>
        <w:tc>
          <w:tcPr>
            <w:tcW w:w="0" w:type="auto"/>
          </w:tcPr>
          <w:p w14:paraId="52F58AEC" w14:textId="77777777" w:rsidR="007A5E59" w:rsidRDefault="0095198F">
            <w:pPr>
              <w:jc w:val="center"/>
            </w:pPr>
            <w:r>
              <w:t>0,00</w:t>
            </w:r>
          </w:p>
        </w:tc>
        <w:tc>
          <w:tcPr>
            <w:tcW w:w="0" w:type="auto"/>
          </w:tcPr>
          <w:p w14:paraId="30DF6304" w14:textId="77777777" w:rsidR="007A5E59" w:rsidRDefault="0095198F">
            <w:pPr>
              <w:jc w:val="center"/>
            </w:pPr>
            <w:r>
              <w:t>0,00</w:t>
            </w:r>
          </w:p>
        </w:tc>
        <w:tc>
          <w:tcPr>
            <w:tcW w:w="0" w:type="auto"/>
          </w:tcPr>
          <w:p w14:paraId="04E65DC8" w14:textId="77777777" w:rsidR="007A5E59" w:rsidRDefault="0095198F">
            <w:pPr>
              <w:jc w:val="center"/>
            </w:pPr>
            <w:r>
              <w:t>0,00</w:t>
            </w:r>
          </w:p>
        </w:tc>
        <w:tc>
          <w:tcPr>
            <w:tcW w:w="0" w:type="auto"/>
          </w:tcPr>
          <w:p w14:paraId="14A88685" w14:textId="77777777" w:rsidR="007A5E59" w:rsidRDefault="0095198F">
            <w:pPr>
              <w:jc w:val="center"/>
            </w:pPr>
            <w:r>
              <w:t>0,00</w:t>
            </w:r>
          </w:p>
        </w:tc>
      </w:tr>
      <w:tr w:rsidR="007A5E59" w14:paraId="3C5D5022" w14:textId="77777777">
        <w:trPr>
          <w:jc w:val="center"/>
        </w:trPr>
        <w:tc>
          <w:tcPr>
            <w:tcW w:w="0" w:type="auto"/>
          </w:tcPr>
          <w:p w14:paraId="6AC09533" w14:textId="77777777" w:rsidR="007A5E59" w:rsidRDefault="0095198F">
            <w:r>
              <w:t>надземная</w:t>
            </w:r>
          </w:p>
        </w:tc>
        <w:tc>
          <w:tcPr>
            <w:tcW w:w="0" w:type="auto"/>
          </w:tcPr>
          <w:p w14:paraId="7928C44E" w14:textId="77777777" w:rsidR="007A5E59" w:rsidRDefault="0095198F">
            <w:pPr>
              <w:jc w:val="center"/>
            </w:pPr>
            <w:r>
              <w:t>0,00</w:t>
            </w:r>
          </w:p>
        </w:tc>
        <w:tc>
          <w:tcPr>
            <w:tcW w:w="0" w:type="auto"/>
          </w:tcPr>
          <w:p w14:paraId="2BFFCB10" w14:textId="77777777" w:rsidR="007A5E59" w:rsidRDefault="0095198F">
            <w:pPr>
              <w:jc w:val="center"/>
            </w:pPr>
            <w:r>
              <w:t>0,00</w:t>
            </w:r>
          </w:p>
        </w:tc>
        <w:tc>
          <w:tcPr>
            <w:tcW w:w="0" w:type="auto"/>
          </w:tcPr>
          <w:p w14:paraId="0F1DFFDB" w14:textId="77777777" w:rsidR="007A5E59" w:rsidRDefault="0095198F">
            <w:pPr>
              <w:jc w:val="center"/>
            </w:pPr>
            <w:r>
              <w:t>0,00</w:t>
            </w:r>
          </w:p>
        </w:tc>
        <w:tc>
          <w:tcPr>
            <w:tcW w:w="0" w:type="auto"/>
          </w:tcPr>
          <w:p w14:paraId="0CED1C46" w14:textId="77777777" w:rsidR="007A5E59" w:rsidRDefault="0095198F">
            <w:pPr>
              <w:jc w:val="center"/>
            </w:pPr>
            <w:r>
              <w:t>0,00</w:t>
            </w:r>
          </w:p>
        </w:tc>
        <w:tc>
          <w:tcPr>
            <w:tcW w:w="0" w:type="auto"/>
          </w:tcPr>
          <w:p w14:paraId="7F62673E" w14:textId="77777777" w:rsidR="007A5E59" w:rsidRDefault="0095198F">
            <w:pPr>
              <w:jc w:val="center"/>
            </w:pPr>
            <w:r>
              <w:t>0,00</w:t>
            </w:r>
          </w:p>
        </w:tc>
        <w:tc>
          <w:tcPr>
            <w:tcW w:w="0" w:type="auto"/>
          </w:tcPr>
          <w:p w14:paraId="7D1FB01A" w14:textId="77777777" w:rsidR="007A5E59" w:rsidRDefault="0095198F">
            <w:pPr>
              <w:jc w:val="center"/>
            </w:pPr>
            <w:r>
              <w:t>77,75</w:t>
            </w:r>
          </w:p>
        </w:tc>
        <w:tc>
          <w:tcPr>
            <w:tcW w:w="0" w:type="auto"/>
          </w:tcPr>
          <w:p w14:paraId="43B3DBF1" w14:textId="77777777" w:rsidR="007A5E59" w:rsidRDefault="0095198F">
            <w:pPr>
              <w:jc w:val="center"/>
            </w:pPr>
            <w:r>
              <w:t>95,16</w:t>
            </w:r>
          </w:p>
        </w:tc>
        <w:tc>
          <w:tcPr>
            <w:tcW w:w="0" w:type="auto"/>
          </w:tcPr>
          <w:p w14:paraId="66098830" w14:textId="77777777" w:rsidR="007A5E59" w:rsidRDefault="0095198F">
            <w:pPr>
              <w:jc w:val="center"/>
            </w:pPr>
            <w:r>
              <w:t>0,00</w:t>
            </w:r>
          </w:p>
        </w:tc>
        <w:tc>
          <w:tcPr>
            <w:tcW w:w="0" w:type="auto"/>
          </w:tcPr>
          <w:p w14:paraId="16BA78E6" w14:textId="77777777" w:rsidR="007A5E59" w:rsidRDefault="0095198F">
            <w:pPr>
              <w:jc w:val="center"/>
            </w:pPr>
            <w:r>
              <w:t>0,00</w:t>
            </w:r>
          </w:p>
        </w:tc>
        <w:tc>
          <w:tcPr>
            <w:tcW w:w="0" w:type="auto"/>
          </w:tcPr>
          <w:p w14:paraId="0ABCD2C5" w14:textId="77777777" w:rsidR="007A5E59" w:rsidRDefault="0095198F">
            <w:pPr>
              <w:jc w:val="center"/>
            </w:pPr>
            <w:r>
              <w:t>94,50</w:t>
            </w:r>
          </w:p>
        </w:tc>
        <w:tc>
          <w:tcPr>
            <w:tcW w:w="0" w:type="auto"/>
          </w:tcPr>
          <w:p w14:paraId="08EE806C" w14:textId="77777777" w:rsidR="007A5E59" w:rsidRDefault="0095198F">
            <w:pPr>
              <w:jc w:val="center"/>
            </w:pPr>
            <w:r>
              <w:t>467,78</w:t>
            </w:r>
          </w:p>
        </w:tc>
        <w:tc>
          <w:tcPr>
            <w:tcW w:w="0" w:type="auto"/>
          </w:tcPr>
          <w:p w14:paraId="40C17332" w14:textId="77777777" w:rsidR="007A5E59" w:rsidRDefault="0095198F">
            <w:pPr>
              <w:jc w:val="center"/>
            </w:pPr>
            <w:r>
              <w:t>0,00</w:t>
            </w:r>
          </w:p>
        </w:tc>
        <w:tc>
          <w:tcPr>
            <w:tcW w:w="0" w:type="auto"/>
          </w:tcPr>
          <w:p w14:paraId="586D1556" w14:textId="77777777" w:rsidR="007A5E59" w:rsidRDefault="0095198F">
            <w:pPr>
              <w:jc w:val="center"/>
            </w:pPr>
            <w:r>
              <w:t>1 883,07</w:t>
            </w:r>
          </w:p>
        </w:tc>
        <w:tc>
          <w:tcPr>
            <w:tcW w:w="0" w:type="auto"/>
          </w:tcPr>
          <w:p w14:paraId="6BD86BB7" w14:textId="77777777" w:rsidR="007A5E59" w:rsidRDefault="0095198F">
            <w:pPr>
              <w:jc w:val="center"/>
            </w:pPr>
            <w:r>
              <w:t>221,80</w:t>
            </w:r>
          </w:p>
        </w:tc>
        <w:tc>
          <w:tcPr>
            <w:tcW w:w="0" w:type="auto"/>
          </w:tcPr>
          <w:p w14:paraId="68A945C3" w14:textId="77777777" w:rsidR="007A5E59" w:rsidRDefault="0095198F">
            <w:pPr>
              <w:jc w:val="center"/>
            </w:pPr>
            <w:r>
              <w:t>125,66</w:t>
            </w:r>
          </w:p>
        </w:tc>
        <w:tc>
          <w:tcPr>
            <w:tcW w:w="0" w:type="auto"/>
          </w:tcPr>
          <w:p w14:paraId="40E63477" w14:textId="77777777" w:rsidR="007A5E59" w:rsidRDefault="0095198F">
            <w:pPr>
              <w:jc w:val="center"/>
            </w:pPr>
            <w:r>
              <w:t>4 856,59</w:t>
            </w:r>
          </w:p>
        </w:tc>
        <w:tc>
          <w:tcPr>
            <w:tcW w:w="0" w:type="auto"/>
          </w:tcPr>
          <w:p w14:paraId="5A777EEA" w14:textId="77777777" w:rsidR="007A5E59" w:rsidRDefault="0095198F">
            <w:pPr>
              <w:jc w:val="center"/>
            </w:pPr>
            <w:r>
              <w:t>1 459,11</w:t>
            </w:r>
          </w:p>
        </w:tc>
        <w:tc>
          <w:tcPr>
            <w:tcW w:w="0" w:type="auto"/>
          </w:tcPr>
          <w:p w14:paraId="354CAE00" w14:textId="77777777" w:rsidR="007A5E59" w:rsidRDefault="0095198F">
            <w:pPr>
              <w:jc w:val="center"/>
            </w:pPr>
            <w:r>
              <w:t>0,00</w:t>
            </w:r>
          </w:p>
        </w:tc>
        <w:tc>
          <w:tcPr>
            <w:tcW w:w="0" w:type="auto"/>
          </w:tcPr>
          <w:p w14:paraId="59BC0B6B" w14:textId="77777777" w:rsidR="007A5E59" w:rsidRDefault="0095198F">
            <w:pPr>
              <w:jc w:val="center"/>
            </w:pPr>
            <w:r>
              <w:t>0,00</w:t>
            </w:r>
          </w:p>
        </w:tc>
        <w:tc>
          <w:tcPr>
            <w:tcW w:w="0" w:type="auto"/>
          </w:tcPr>
          <w:p w14:paraId="1E0EE469" w14:textId="77777777" w:rsidR="007A5E59" w:rsidRDefault="0095198F">
            <w:pPr>
              <w:jc w:val="center"/>
            </w:pPr>
            <w:r>
              <w:t>9 281,43</w:t>
            </w:r>
          </w:p>
        </w:tc>
      </w:tr>
      <w:tr w:rsidR="007A5E59" w14:paraId="4F2C08F0" w14:textId="77777777">
        <w:trPr>
          <w:jc w:val="center"/>
        </w:trPr>
        <w:tc>
          <w:tcPr>
            <w:tcW w:w="0" w:type="auto"/>
            <w:shd w:val="clear" w:color="auto" w:fill="DBE5F1"/>
          </w:tcPr>
          <w:p w14:paraId="62D806D6" w14:textId="77777777" w:rsidR="007A5E59" w:rsidRDefault="0095198F">
            <w:r>
              <w:rPr>
                <w:b/>
              </w:rPr>
              <w:t>ИТОГО по диаметрам</w:t>
            </w:r>
          </w:p>
        </w:tc>
        <w:tc>
          <w:tcPr>
            <w:tcW w:w="0" w:type="auto"/>
            <w:shd w:val="clear" w:color="auto" w:fill="DBE5F1"/>
          </w:tcPr>
          <w:p w14:paraId="148B1B75" w14:textId="77777777" w:rsidR="007A5E59" w:rsidRDefault="0095198F">
            <w:pPr>
              <w:jc w:val="center"/>
            </w:pPr>
            <w:r>
              <w:rPr>
                <w:b/>
              </w:rPr>
              <w:t>0,00</w:t>
            </w:r>
          </w:p>
        </w:tc>
        <w:tc>
          <w:tcPr>
            <w:tcW w:w="0" w:type="auto"/>
            <w:shd w:val="clear" w:color="auto" w:fill="DBE5F1"/>
          </w:tcPr>
          <w:p w14:paraId="37A91792" w14:textId="77777777" w:rsidR="007A5E59" w:rsidRDefault="0095198F">
            <w:pPr>
              <w:jc w:val="center"/>
            </w:pPr>
            <w:r>
              <w:rPr>
                <w:b/>
              </w:rPr>
              <w:t>0,00</w:t>
            </w:r>
          </w:p>
        </w:tc>
        <w:tc>
          <w:tcPr>
            <w:tcW w:w="0" w:type="auto"/>
            <w:shd w:val="clear" w:color="auto" w:fill="DBE5F1"/>
          </w:tcPr>
          <w:p w14:paraId="6CF9FB20" w14:textId="77777777" w:rsidR="007A5E59" w:rsidRDefault="0095198F">
            <w:pPr>
              <w:jc w:val="center"/>
            </w:pPr>
            <w:r>
              <w:rPr>
                <w:b/>
              </w:rPr>
              <w:t>2,36</w:t>
            </w:r>
          </w:p>
        </w:tc>
        <w:tc>
          <w:tcPr>
            <w:tcW w:w="0" w:type="auto"/>
            <w:shd w:val="clear" w:color="auto" w:fill="DBE5F1"/>
          </w:tcPr>
          <w:p w14:paraId="4D23F894" w14:textId="77777777" w:rsidR="007A5E59" w:rsidRDefault="0095198F">
            <w:pPr>
              <w:jc w:val="center"/>
            </w:pPr>
            <w:r>
              <w:rPr>
                <w:b/>
              </w:rPr>
              <w:t>0,00</w:t>
            </w:r>
          </w:p>
        </w:tc>
        <w:tc>
          <w:tcPr>
            <w:tcW w:w="0" w:type="auto"/>
            <w:shd w:val="clear" w:color="auto" w:fill="DBE5F1"/>
          </w:tcPr>
          <w:p w14:paraId="78042CA4" w14:textId="77777777" w:rsidR="007A5E59" w:rsidRDefault="0095198F">
            <w:pPr>
              <w:jc w:val="center"/>
            </w:pPr>
            <w:r>
              <w:rPr>
                <w:b/>
              </w:rPr>
              <w:t>0,00</w:t>
            </w:r>
          </w:p>
        </w:tc>
        <w:tc>
          <w:tcPr>
            <w:tcW w:w="0" w:type="auto"/>
            <w:shd w:val="clear" w:color="auto" w:fill="DBE5F1"/>
          </w:tcPr>
          <w:p w14:paraId="5331787A" w14:textId="77777777" w:rsidR="007A5E59" w:rsidRDefault="0095198F">
            <w:pPr>
              <w:jc w:val="center"/>
            </w:pPr>
            <w:r>
              <w:rPr>
                <w:b/>
              </w:rPr>
              <w:t>166,66</w:t>
            </w:r>
          </w:p>
        </w:tc>
        <w:tc>
          <w:tcPr>
            <w:tcW w:w="0" w:type="auto"/>
            <w:shd w:val="clear" w:color="auto" w:fill="DBE5F1"/>
          </w:tcPr>
          <w:p w14:paraId="2BE7C58D" w14:textId="77777777" w:rsidR="007A5E59" w:rsidRDefault="0095198F">
            <w:pPr>
              <w:jc w:val="center"/>
            </w:pPr>
            <w:r>
              <w:rPr>
                <w:b/>
              </w:rPr>
              <w:t>146,80</w:t>
            </w:r>
          </w:p>
        </w:tc>
        <w:tc>
          <w:tcPr>
            <w:tcW w:w="0" w:type="auto"/>
            <w:shd w:val="clear" w:color="auto" w:fill="DBE5F1"/>
          </w:tcPr>
          <w:p w14:paraId="759274E8" w14:textId="77777777" w:rsidR="007A5E59" w:rsidRDefault="0095198F">
            <w:pPr>
              <w:jc w:val="center"/>
            </w:pPr>
            <w:r>
              <w:rPr>
                <w:b/>
              </w:rPr>
              <w:t>0,00</w:t>
            </w:r>
          </w:p>
        </w:tc>
        <w:tc>
          <w:tcPr>
            <w:tcW w:w="0" w:type="auto"/>
            <w:shd w:val="clear" w:color="auto" w:fill="DBE5F1"/>
          </w:tcPr>
          <w:p w14:paraId="0E9BDB73" w14:textId="77777777" w:rsidR="007A5E59" w:rsidRDefault="0095198F">
            <w:pPr>
              <w:jc w:val="center"/>
            </w:pPr>
            <w:r>
              <w:rPr>
                <w:b/>
              </w:rPr>
              <w:t>15,39</w:t>
            </w:r>
          </w:p>
        </w:tc>
        <w:tc>
          <w:tcPr>
            <w:tcW w:w="0" w:type="auto"/>
            <w:shd w:val="clear" w:color="auto" w:fill="DBE5F1"/>
          </w:tcPr>
          <w:p w14:paraId="0C3E854D" w14:textId="77777777" w:rsidR="007A5E59" w:rsidRDefault="0095198F">
            <w:pPr>
              <w:jc w:val="center"/>
            </w:pPr>
            <w:r>
              <w:rPr>
                <w:b/>
              </w:rPr>
              <w:t>500,27</w:t>
            </w:r>
          </w:p>
        </w:tc>
        <w:tc>
          <w:tcPr>
            <w:tcW w:w="0" w:type="auto"/>
            <w:shd w:val="clear" w:color="auto" w:fill="DBE5F1"/>
          </w:tcPr>
          <w:p w14:paraId="558C8921" w14:textId="77777777" w:rsidR="007A5E59" w:rsidRDefault="0095198F">
            <w:pPr>
              <w:jc w:val="center"/>
            </w:pPr>
            <w:r>
              <w:rPr>
                <w:b/>
              </w:rPr>
              <w:t>2 338,70</w:t>
            </w:r>
          </w:p>
        </w:tc>
        <w:tc>
          <w:tcPr>
            <w:tcW w:w="0" w:type="auto"/>
            <w:shd w:val="clear" w:color="auto" w:fill="DBE5F1"/>
          </w:tcPr>
          <w:p w14:paraId="0B758CA3" w14:textId="77777777" w:rsidR="007A5E59" w:rsidRDefault="0095198F">
            <w:pPr>
              <w:jc w:val="center"/>
            </w:pPr>
            <w:r>
              <w:rPr>
                <w:b/>
              </w:rPr>
              <w:t>150,36</w:t>
            </w:r>
          </w:p>
        </w:tc>
        <w:tc>
          <w:tcPr>
            <w:tcW w:w="0" w:type="auto"/>
            <w:shd w:val="clear" w:color="auto" w:fill="DBE5F1"/>
          </w:tcPr>
          <w:p w14:paraId="37A0EDEE" w14:textId="77777777" w:rsidR="007A5E59" w:rsidRDefault="0095198F">
            <w:pPr>
              <w:jc w:val="center"/>
            </w:pPr>
            <w:r>
              <w:rPr>
                <w:b/>
              </w:rPr>
              <w:t>3 543,43</w:t>
            </w:r>
          </w:p>
        </w:tc>
        <w:tc>
          <w:tcPr>
            <w:tcW w:w="0" w:type="auto"/>
            <w:shd w:val="clear" w:color="auto" w:fill="DBE5F1"/>
          </w:tcPr>
          <w:p w14:paraId="33D49D73" w14:textId="77777777" w:rsidR="007A5E59" w:rsidRDefault="0095198F">
            <w:pPr>
              <w:jc w:val="center"/>
            </w:pPr>
            <w:r>
              <w:rPr>
                <w:b/>
              </w:rPr>
              <w:t>4 082,50</w:t>
            </w:r>
          </w:p>
        </w:tc>
        <w:tc>
          <w:tcPr>
            <w:tcW w:w="0" w:type="auto"/>
            <w:shd w:val="clear" w:color="auto" w:fill="DBE5F1"/>
          </w:tcPr>
          <w:p w14:paraId="7EA92462" w14:textId="77777777" w:rsidR="007A5E59" w:rsidRDefault="0095198F">
            <w:pPr>
              <w:jc w:val="center"/>
            </w:pPr>
            <w:r>
              <w:rPr>
                <w:b/>
              </w:rPr>
              <w:t>1 291,98</w:t>
            </w:r>
          </w:p>
        </w:tc>
        <w:tc>
          <w:tcPr>
            <w:tcW w:w="0" w:type="auto"/>
            <w:shd w:val="clear" w:color="auto" w:fill="DBE5F1"/>
          </w:tcPr>
          <w:p w14:paraId="39E5BB1D" w14:textId="77777777" w:rsidR="007A5E59" w:rsidRDefault="0095198F">
            <w:pPr>
              <w:jc w:val="center"/>
            </w:pPr>
            <w:r>
              <w:rPr>
                <w:b/>
              </w:rPr>
              <w:t>8 985,58</w:t>
            </w:r>
          </w:p>
        </w:tc>
        <w:tc>
          <w:tcPr>
            <w:tcW w:w="0" w:type="auto"/>
            <w:shd w:val="clear" w:color="auto" w:fill="DBE5F1"/>
          </w:tcPr>
          <w:p w14:paraId="3D481696" w14:textId="77777777" w:rsidR="007A5E59" w:rsidRDefault="0095198F">
            <w:pPr>
              <w:jc w:val="center"/>
            </w:pPr>
            <w:r>
              <w:rPr>
                <w:b/>
              </w:rPr>
              <w:t>1 459,11</w:t>
            </w:r>
          </w:p>
        </w:tc>
        <w:tc>
          <w:tcPr>
            <w:tcW w:w="0" w:type="auto"/>
            <w:shd w:val="clear" w:color="auto" w:fill="DBE5F1"/>
          </w:tcPr>
          <w:p w14:paraId="1197442C" w14:textId="77777777" w:rsidR="007A5E59" w:rsidRDefault="0095198F">
            <w:pPr>
              <w:jc w:val="center"/>
            </w:pPr>
            <w:r>
              <w:rPr>
                <w:b/>
              </w:rPr>
              <w:t>0,00</w:t>
            </w:r>
          </w:p>
        </w:tc>
        <w:tc>
          <w:tcPr>
            <w:tcW w:w="0" w:type="auto"/>
            <w:shd w:val="clear" w:color="auto" w:fill="DBE5F1"/>
          </w:tcPr>
          <w:p w14:paraId="731F10FE" w14:textId="77777777" w:rsidR="007A5E59" w:rsidRDefault="0095198F">
            <w:pPr>
              <w:jc w:val="center"/>
            </w:pPr>
            <w:r>
              <w:rPr>
                <w:b/>
              </w:rPr>
              <w:t>0,00</w:t>
            </w:r>
          </w:p>
        </w:tc>
        <w:tc>
          <w:tcPr>
            <w:tcW w:w="0" w:type="auto"/>
            <w:shd w:val="clear" w:color="auto" w:fill="DBE5F1"/>
          </w:tcPr>
          <w:p w14:paraId="09DBC548" w14:textId="77777777" w:rsidR="007A5E59" w:rsidRDefault="0095198F">
            <w:pPr>
              <w:jc w:val="center"/>
            </w:pPr>
            <w:r>
              <w:rPr>
                <w:b/>
              </w:rPr>
              <w:t>22 683,15</w:t>
            </w:r>
          </w:p>
        </w:tc>
      </w:tr>
      <w:tr w:rsidR="007A5E59" w14:paraId="61B09FF2" w14:textId="77777777">
        <w:trPr>
          <w:jc w:val="center"/>
        </w:trPr>
        <w:tc>
          <w:tcPr>
            <w:tcW w:w="0" w:type="auto"/>
            <w:shd w:val="clear" w:color="auto" w:fill="DBE5F1"/>
          </w:tcPr>
          <w:p w14:paraId="675FB85A" w14:textId="77777777" w:rsidR="007A5E59" w:rsidRDefault="0095198F">
            <w:r>
              <w:rPr>
                <w:b/>
              </w:rPr>
              <w:t>ВСЕГО площадь поверхности, м²</w:t>
            </w:r>
          </w:p>
        </w:tc>
        <w:tc>
          <w:tcPr>
            <w:tcW w:w="0" w:type="auto"/>
            <w:shd w:val="clear" w:color="auto" w:fill="DBE5F1"/>
          </w:tcPr>
          <w:p w14:paraId="5E303461" w14:textId="77777777" w:rsidR="007A5E59" w:rsidRDefault="0095198F">
            <w:pPr>
              <w:jc w:val="center"/>
            </w:pPr>
            <w:r>
              <w:rPr>
                <w:b/>
              </w:rPr>
              <w:t>22 683,15</w:t>
            </w:r>
          </w:p>
        </w:tc>
        <w:tc>
          <w:tcPr>
            <w:tcW w:w="0" w:type="auto"/>
            <w:shd w:val="clear" w:color="auto" w:fill="DBE5F1"/>
          </w:tcPr>
          <w:p w14:paraId="7A56455A" w14:textId="77777777" w:rsidR="007A5E59" w:rsidRDefault="007A5E59"/>
        </w:tc>
        <w:tc>
          <w:tcPr>
            <w:tcW w:w="0" w:type="auto"/>
            <w:shd w:val="clear" w:color="auto" w:fill="DBE5F1"/>
          </w:tcPr>
          <w:p w14:paraId="5AAF7EE9" w14:textId="77777777" w:rsidR="007A5E59" w:rsidRDefault="007A5E59"/>
        </w:tc>
        <w:tc>
          <w:tcPr>
            <w:tcW w:w="0" w:type="auto"/>
            <w:shd w:val="clear" w:color="auto" w:fill="DBE5F1"/>
          </w:tcPr>
          <w:p w14:paraId="19A49C2B" w14:textId="77777777" w:rsidR="007A5E59" w:rsidRDefault="007A5E59"/>
        </w:tc>
        <w:tc>
          <w:tcPr>
            <w:tcW w:w="0" w:type="auto"/>
            <w:shd w:val="clear" w:color="auto" w:fill="DBE5F1"/>
          </w:tcPr>
          <w:p w14:paraId="5B07EA32" w14:textId="77777777" w:rsidR="007A5E59" w:rsidRDefault="007A5E59"/>
        </w:tc>
        <w:tc>
          <w:tcPr>
            <w:tcW w:w="0" w:type="auto"/>
            <w:shd w:val="clear" w:color="auto" w:fill="DBE5F1"/>
          </w:tcPr>
          <w:p w14:paraId="59B0726E" w14:textId="77777777" w:rsidR="007A5E59" w:rsidRDefault="007A5E59"/>
        </w:tc>
        <w:tc>
          <w:tcPr>
            <w:tcW w:w="0" w:type="auto"/>
            <w:shd w:val="clear" w:color="auto" w:fill="DBE5F1"/>
          </w:tcPr>
          <w:p w14:paraId="6122BFE0" w14:textId="77777777" w:rsidR="007A5E59" w:rsidRDefault="007A5E59"/>
        </w:tc>
        <w:tc>
          <w:tcPr>
            <w:tcW w:w="0" w:type="auto"/>
            <w:shd w:val="clear" w:color="auto" w:fill="DBE5F1"/>
          </w:tcPr>
          <w:p w14:paraId="0D27CD05" w14:textId="77777777" w:rsidR="007A5E59" w:rsidRDefault="007A5E59"/>
        </w:tc>
        <w:tc>
          <w:tcPr>
            <w:tcW w:w="0" w:type="auto"/>
            <w:shd w:val="clear" w:color="auto" w:fill="DBE5F1"/>
          </w:tcPr>
          <w:p w14:paraId="4AF0E7B9" w14:textId="77777777" w:rsidR="007A5E59" w:rsidRDefault="007A5E59"/>
        </w:tc>
        <w:tc>
          <w:tcPr>
            <w:tcW w:w="0" w:type="auto"/>
            <w:shd w:val="clear" w:color="auto" w:fill="DBE5F1"/>
          </w:tcPr>
          <w:p w14:paraId="16F672CF" w14:textId="77777777" w:rsidR="007A5E59" w:rsidRDefault="007A5E59"/>
        </w:tc>
        <w:tc>
          <w:tcPr>
            <w:tcW w:w="0" w:type="auto"/>
            <w:shd w:val="clear" w:color="auto" w:fill="DBE5F1"/>
          </w:tcPr>
          <w:p w14:paraId="079F376F" w14:textId="77777777" w:rsidR="007A5E59" w:rsidRDefault="007A5E59"/>
        </w:tc>
        <w:tc>
          <w:tcPr>
            <w:tcW w:w="0" w:type="auto"/>
            <w:shd w:val="clear" w:color="auto" w:fill="DBE5F1"/>
          </w:tcPr>
          <w:p w14:paraId="021E54B3" w14:textId="77777777" w:rsidR="007A5E59" w:rsidRDefault="007A5E59"/>
        </w:tc>
        <w:tc>
          <w:tcPr>
            <w:tcW w:w="0" w:type="auto"/>
            <w:shd w:val="clear" w:color="auto" w:fill="DBE5F1"/>
          </w:tcPr>
          <w:p w14:paraId="60A4136B" w14:textId="77777777" w:rsidR="007A5E59" w:rsidRDefault="007A5E59"/>
        </w:tc>
        <w:tc>
          <w:tcPr>
            <w:tcW w:w="0" w:type="auto"/>
            <w:shd w:val="clear" w:color="auto" w:fill="DBE5F1"/>
          </w:tcPr>
          <w:p w14:paraId="1189D927" w14:textId="77777777" w:rsidR="007A5E59" w:rsidRDefault="007A5E59"/>
        </w:tc>
        <w:tc>
          <w:tcPr>
            <w:tcW w:w="0" w:type="auto"/>
            <w:shd w:val="clear" w:color="auto" w:fill="DBE5F1"/>
          </w:tcPr>
          <w:p w14:paraId="705C5926" w14:textId="77777777" w:rsidR="007A5E59" w:rsidRDefault="007A5E59"/>
        </w:tc>
        <w:tc>
          <w:tcPr>
            <w:tcW w:w="0" w:type="auto"/>
            <w:shd w:val="clear" w:color="auto" w:fill="DBE5F1"/>
          </w:tcPr>
          <w:p w14:paraId="21D4F88C" w14:textId="77777777" w:rsidR="007A5E59" w:rsidRDefault="007A5E59"/>
        </w:tc>
        <w:tc>
          <w:tcPr>
            <w:tcW w:w="0" w:type="auto"/>
            <w:shd w:val="clear" w:color="auto" w:fill="DBE5F1"/>
          </w:tcPr>
          <w:p w14:paraId="024FE283" w14:textId="77777777" w:rsidR="007A5E59" w:rsidRDefault="007A5E59"/>
        </w:tc>
        <w:tc>
          <w:tcPr>
            <w:tcW w:w="0" w:type="auto"/>
            <w:shd w:val="clear" w:color="auto" w:fill="DBE5F1"/>
          </w:tcPr>
          <w:p w14:paraId="4DB17249" w14:textId="77777777" w:rsidR="007A5E59" w:rsidRDefault="007A5E59"/>
        </w:tc>
        <w:tc>
          <w:tcPr>
            <w:tcW w:w="0" w:type="auto"/>
            <w:shd w:val="clear" w:color="auto" w:fill="DBE5F1"/>
          </w:tcPr>
          <w:p w14:paraId="2B7A4B4A" w14:textId="77777777" w:rsidR="007A5E59" w:rsidRDefault="007A5E59"/>
        </w:tc>
        <w:tc>
          <w:tcPr>
            <w:tcW w:w="0" w:type="auto"/>
            <w:shd w:val="clear" w:color="auto" w:fill="DBE5F1"/>
          </w:tcPr>
          <w:p w14:paraId="0DA72E87" w14:textId="77777777" w:rsidR="007A5E59" w:rsidRDefault="007A5E59"/>
        </w:tc>
      </w:tr>
      <w:tr w:rsidR="007A5E59" w14:paraId="5809EE69" w14:textId="77777777">
        <w:trPr>
          <w:jc w:val="center"/>
        </w:trPr>
        <w:tc>
          <w:tcPr>
            <w:tcW w:w="0" w:type="auto"/>
          </w:tcPr>
          <w:p w14:paraId="4FF4FBE0" w14:textId="77777777" w:rsidR="007A5E59" w:rsidRPr="00312815" w:rsidRDefault="0095198F">
            <w:pPr>
              <w:rPr>
                <w:lang w:val="ru-RU"/>
              </w:rPr>
            </w:pPr>
            <w:r w:rsidRPr="00312815">
              <w:rPr>
                <w:lang w:val="ru-RU"/>
              </w:rPr>
              <w:t>Материальная характеристика, м² (2·</w:t>
            </w:r>
            <w:r>
              <w:t>S</w:t>
            </w:r>
            <w:r w:rsidRPr="00312815">
              <w:rPr>
                <w:lang w:val="ru-RU"/>
              </w:rPr>
              <w:t>/</w:t>
            </w:r>
            <w:r>
              <w:t>π</w:t>
            </w:r>
            <w:r w:rsidRPr="00312815">
              <w:rPr>
                <w:lang w:val="ru-RU"/>
              </w:rPr>
              <w:t>)</w:t>
            </w:r>
          </w:p>
        </w:tc>
        <w:tc>
          <w:tcPr>
            <w:tcW w:w="0" w:type="auto"/>
          </w:tcPr>
          <w:p w14:paraId="046FAEF9" w14:textId="77777777" w:rsidR="007A5E59" w:rsidRDefault="0095198F">
            <w:pPr>
              <w:jc w:val="center"/>
            </w:pPr>
            <w:r>
              <w:t>14 440,54</w:t>
            </w:r>
          </w:p>
        </w:tc>
        <w:tc>
          <w:tcPr>
            <w:tcW w:w="0" w:type="auto"/>
          </w:tcPr>
          <w:p w14:paraId="4B983DD4" w14:textId="77777777" w:rsidR="007A5E59" w:rsidRDefault="007A5E59"/>
        </w:tc>
        <w:tc>
          <w:tcPr>
            <w:tcW w:w="0" w:type="auto"/>
          </w:tcPr>
          <w:p w14:paraId="2A88D0C6" w14:textId="77777777" w:rsidR="007A5E59" w:rsidRDefault="007A5E59"/>
        </w:tc>
        <w:tc>
          <w:tcPr>
            <w:tcW w:w="0" w:type="auto"/>
          </w:tcPr>
          <w:p w14:paraId="5DBDFED7" w14:textId="77777777" w:rsidR="007A5E59" w:rsidRDefault="007A5E59"/>
        </w:tc>
        <w:tc>
          <w:tcPr>
            <w:tcW w:w="0" w:type="auto"/>
          </w:tcPr>
          <w:p w14:paraId="5CE65FCF" w14:textId="77777777" w:rsidR="007A5E59" w:rsidRDefault="007A5E59"/>
        </w:tc>
        <w:tc>
          <w:tcPr>
            <w:tcW w:w="0" w:type="auto"/>
          </w:tcPr>
          <w:p w14:paraId="0CF68303" w14:textId="77777777" w:rsidR="007A5E59" w:rsidRDefault="007A5E59"/>
        </w:tc>
        <w:tc>
          <w:tcPr>
            <w:tcW w:w="0" w:type="auto"/>
          </w:tcPr>
          <w:p w14:paraId="680CB266" w14:textId="77777777" w:rsidR="007A5E59" w:rsidRDefault="007A5E59"/>
        </w:tc>
        <w:tc>
          <w:tcPr>
            <w:tcW w:w="0" w:type="auto"/>
          </w:tcPr>
          <w:p w14:paraId="4A24E89E" w14:textId="77777777" w:rsidR="007A5E59" w:rsidRDefault="007A5E59"/>
        </w:tc>
        <w:tc>
          <w:tcPr>
            <w:tcW w:w="0" w:type="auto"/>
          </w:tcPr>
          <w:p w14:paraId="04FCCF04" w14:textId="77777777" w:rsidR="007A5E59" w:rsidRDefault="007A5E59"/>
        </w:tc>
        <w:tc>
          <w:tcPr>
            <w:tcW w:w="0" w:type="auto"/>
          </w:tcPr>
          <w:p w14:paraId="719E8938" w14:textId="77777777" w:rsidR="007A5E59" w:rsidRDefault="007A5E59"/>
        </w:tc>
        <w:tc>
          <w:tcPr>
            <w:tcW w:w="0" w:type="auto"/>
          </w:tcPr>
          <w:p w14:paraId="6A030F18" w14:textId="77777777" w:rsidR="007A5E59" w:rsidRDefault="007A5E59"/>
        </w:tc>
        <w:tc>
          <w:tcPr>
            <w:tcW w:w="0" w:type="auto"/>
          </w:tcPr>
          <w:p w14:paraId="1266FF56" w14:textId="77777777" w:rsidR="007A5E59" w:rsidRDefault="007A5E59"/>
        </w:tc>
        <w:tc>
          <w:tcPr>
            <w:tcW w:w="0" w:type="auto"/>
          </w:tcPr>
          <w:p w14:paraId="145E4423" w14:textId="77777777" w:rsidR="007A5E59" w:rsidRDefault="007A5E59"/>
        </w:tc>
        <w:tc>
          <w:tcPr>
            <w:tcW w:w="0" w:type="auto"/>
          </w:tcPr>
          <w:p w14:paraId="7F68A789" w14:textId="77777777" w:rsidR="007A5E59" w:rsidRDefault="007A5E59"/>
        </w:tc>
        <w:tc>
          <w:tcPr>
            <w:tcW w:w="0" w:type="auto"/>
          </w:tcPr>
          <w:p w14:paraId="6CF03524" w14:textId="77777777" w:rsidR="007A5E59" w:rsidRDefault="007A5E59"/>
        </w:tc>
        <w:tc>
          <w:tcPr>
            <w:tcW w:w="0" w:type="auto"/>
          </w:tcPr>
          <w:p w14:paraId="5633A861" w14:textId="77777777" w:rsidR="007A5E59" w:rsidRDefault="007A5E59"/>
        </w:tc>
        <w:tc>
          <w:tcPr>
            <w:tcW w:w="0" w:type="auto"/>
          </w:tcPr>
          <w:p w14:paraId="16CF6649" w14:textId="77777777" w:rsidR="007A5E59" w:rsidRDefault="007A5E59"/>
        </w:tc>
        <w:tc>
          <w:tcPr>
            <w:tcW w:w="0" w:type="auto"/>
          </w:tcPr>
          <w:p w14:paraId="2D93B837" w14:textId="77777777" w:rsidR="007A5E59" w:rsidRDefault="007A5E59"/>
        </w:tc>
        <w:tc>
          <w:tcPr>
            <w:tcW w:w="0" w:type="auto"/>
          </w:tcPr>
          <w:p w14:paraId="170EEA94" w14:textId="77777777" w:rsidR="007A5E59" w:rsidRDefault="007A5E59"/>
        </w:tc>
        <w:tc>
          <w:tcPr>
            <w:tcW w:w="0" w:type="auto"/>
          </w:tcPr>
          <w:p w14:paraId="3249E604" w14:textId="77777777" w:rsidR="007A5E59" w:rsidRDefault="007A5E59"/>
        </w:tc>
      </w:tr>
      <w:tr w:rsidR="007A5E59" w:rsidRPr="00C07C05" w14:paraId="5B9C17F8" w14:textId="77777777">
        <w:trPr>
          <w:jc w:val="center"/>
        </w:trPr>
        <w:tc>
          <w:tcPr>
            <w:tcW w:w="0" w:type="auto"/>
          </w:tcPr>
          <w:p w14:paraId="100C0C83" w14:textId="77777777" w:rsidR="007A5E59" w:rsidRPr="00312815" w:rsidRDefault="0095198F">
            <w:pPr>
              <w:rPr>
                <w:lang w:val="ru-RU"/>
              </w:rPr>
            </w:pPr>
            <w:r w:rsidRPr="00312815">
              <w:rPr>
                <w:lang w:val="ru-RU"/>
              </w:rPr>
              <w:t>БЛОК 4. Параметры, программа мероприятий и контроль</w:t>
            </w:r>
          </w:p>
        </w:tc>
        <w:tc>
          <w:tcPr>
            <w:tcW w:w="0" w:type="auto"/>
          </w:tcPr>
          <w:p w14:paraId="3948B350" w14:textId="77777777" w:rsidR="007A5E59" w:rsidRPr="00312815" w:rsidRDefault="007A5E59">
            <w:pPr>
              <w:rPr>
                <w:lang w:val="ru-RU"/>
              </w:rPr>
            </w:pPr>
          </w:p>
        </w:tc>
        <w:tc>
          <w:tcPr>
            <w:tcW w:w="0" w:type="auto"/>
          </w:tcPr>
          <w:p w14:paraId="3513E6F8" w14:textId="77777777" w:rsidR="007A5E59" w:rsidRPr="00312815" w:rsidRDefault="007A5E59">
            <w:pPr>
              <w:rPr>
                <w:lang w:val="ru-RU"/>
              </w:rPr>
            </w:pPr>
          </w:p>
        </w:tc>
        <w:tc>
          <w:tcPr>
            <w:tcW w:w="0" w:type="auto"/>
          </w:tcPr>
          <w:p w14:paraId="579088F1" w14:textId="77777777" w:rsidR="007A5E59" w:rsidRPr="00312815" w:rsidRDefault="007A5E59">
            <w:pPr>
              <w:rPr>
                <w:lang w:val="ru-RU"/>
              </w:rPr>
            </w:pPr>
          </w:p>
        </w:tc>
        <w:tc>
          <w:tcPr>
            <w:tcW w:w="0" w:type="auto"/>
          </w:tcPr>
          <w:p w14:paraId="5EE25F03" w14:textId="77777777" w:rsidR="007A5E59" w:rsidRPr="00312815" w:rsidRDefault="007A5E59">
            <w:pPr>
              <w:rPr>
                <w:lang w:val="ru-RU"/>
              </w:rPr>
            </w:pPr>
          </w:p>
        </w:tc>
        <w:tc>
          <w:tcPr>
            <w:tcW w:w="0" w:type="auto"/>
          </w:tcPr>
          <w:p w14:paraId="2D63F1A6" w14:textId="77777777" w:rsidR="007A5E59" w:rsidRPr="00312815" w:rsidRDefault="007A5E59">
            <w:pPr>
              <w:rPr>
                <w:lang w:val="ru-RU"/>
              </w:rPr>
            </w:pPr>
          </w:p>
        </w:tc>
        <w:tc>
          <w:tcPr>
            <w:tcW w:w="0" w:type="auto"/>
          </w:tcPr>
          <w:p w14:paraId="6E3A34EF" w14:textId="77777777" w:rsidR="007A5E59" w:rsidRPr="00312815" w:rsidRDefault="007A5E59">
            <w:pPr>
              <w:rPr>
                <w:lang w:val="ru-RU"/>
              </w:rPr>
            </w:pPr>
          </w:p>
        </w:tc>
        <w:tc>
          <w:tcPr>
            <w:tcW w:w="0" w:type="auto"/>
          </w:tcPr>
          <w:p w14:paraId="4A0DA78A" w14:textId="77777777" w:rsidR="007A5E59" w:rsidRPr="00312815" w:rsidRDefault="007A5E59">
            <w:pPr>
              <w:rPr>
                <w:lang w:val="ru-RU"/>
              </w:rPr>
            </w:pPr>
          </w:p>
        </w:tc>
        <w:tc>
          <w:tcPr>
            <w:tcW w:w="0" w:type="auto"/>
          </w:tcPr>
          <w:p w14:paraId="08E13692" w14:textId="77777777" w:rsidR="007A5E59" w:rsidRPr="00312815" w:rsidRDefault="007A5E59">
            <w:pPr>
              <w:rPr>
                <w:lang w:val="ru-RU"/>
              </w:rPr>
            </w:pPr>
          </w:p>
        </w:tc>
        <w:tc>
          <w:tcPr>
            <w:tcW w:w="0" w:type="auto"/>
          </w:tcPr>
          <w:p w14:paraId="42F745EC" w14:textId="77777777" w:rsidR="007A5E59" w:rsidRPr="00312815" w:rsidRDefault="007A5E59">
            <w:pPr>
              <w:rPr>
                <w:lang w:val="ru-RU"/>
              </w:rPr>
            </w:pPr>
          </w:p>
        </w:tc>
        <w:tc>
          <w:tcPr>
            <w:tcW w:w="0" w:type="auto"/>
          </w:tcPr>
          <w:p w14:paraId="23424222" w14:textId="77777777" w:rsidR="007A5E59" w:rsidRPr="00312815" w:rsidRDefault="007A5E59">
            <w:pPr>
              <w:rPr>
                <w:lang w:val="ru-RU"/>
              </w:rPr>
            </w:pPr>
          </w:p>
        </w:tc>
        <w:tc>
          <w:tcPr>
            <w:tcW w:w="0" w:type="auto"/>
          </w:tcPr>
          <w:p w14:paraId="3FEFCC32" w14:textId="77777777" w:rsidR="007A5E59" w:rsidRPr="00312815" w:rsidRDefault="007A5E59">
            <w:pPr>
              <w:rPr>
                <w:lang w:val="ru-RU"/>
              </w:rPr>
            </w:pPr>
          </w:p>
        </w:tc>
        <w:tc>
          <w:tcPr>
            <w:tcW w:w="0" w:type="auto"/>
          </w:tcPr>
          <w:p w14:paraId="6D797CB1" w14:textId="77777777" w:rsidR="007A5E59" w:rsidRPr="00312815" w:rsidRDefault="007A5E59">
            <w:pPr>
              <w:rPr>
                <w:lang w:val="ru-RU"/>
              </w:rPr>
            </w:pPr>
          </w:p>
        </w:tc>
        <w:tc>
          <w:tcPr>
            <w:tcW w:w="0" w:type="auto"/>
          </w:tcPr>
          <w:p w14:paraId="68B18D08" w14:textId="77777777" w:rsidR="007A5E59" w:rsidRPr="00312815" w:rsidRDefault="007A5E59">
            <w:pPr>
              <w:rPr>
                <w:lang w:val="ru-RU"/>
              </w:rPr>
            </w:pPr>
          </w:p>
        </w:tc>
        <w:tc>
          <w:tcPr>
            <w:tcW w:w="0" w:type="auto"/>
          </w:tcPr>
          <w:p w14:paraId="7E7C5A1F" w14:textId="77777777" w:rsidR="007A5E59" w:rsidRPr="00312815" w:rsidRDefault="007A5E59">
            <w:pPr>
              <w:rPr>
                <w:lang w:val="ru-RU"/>
              </w:rPr>
            </w:pPr>
          </w:p>
        </w:tc>
        <w:tc>
          <w:tcPr>
            <w:tcW w:w="0" w:type="auto"/>
          </w:tcPr>
          <w:p w14:paraId="039A5EE3" w14:textId="77777777" w:rsidR="007A5E59" w:rsidRPr="00312815" w:rsidRDefault="007A5E59">
            <w:pPr>
              <w:rPr>
                <w:lang w:val="ru-RU"/>
              </w:rPr>
            </w:pPr>
          </w:p>
        </w:tc>
        <w:tc>
          <w:tcPr>
            <w:tcW w:w="0" w:type="auto"/>
          </w:tcPr>
          <w:p w14:paraId="5436D53F" w14:textId="77777777" w:rsidR="007A5E59" w:rsidRPr="00312815" w:rsidRDefault="007A5E59">
            <w:pPr>
              <w:rPr>
                <w:lang w:val="ru-RU"/>
              </w:rPr>
            </w:pPr>
          </w:p>
        </w:tc>
        <w:tc>
          <w:tcPr>
            <w:tcW w:w="0" w:type="auto"/>
          </w:tcPr>
          <w:p w14:paraId="569FC739" w14:textId="77777777" w:rsidR="007A5E59" w:rsidRPr="00312815" w:rsidRDefault="007A5E59">
            <w:pPr>
              <w:rPr>
                <w:lang w:val="ru-RU"/>
              </w:rPr>
            </w:pPr>
          </w:p>
        </w:tc>
        <w:tc>
          <w:tcPr>
            <w:tcW w:w="0" w:type="auto"/>
          </w:tcPr>
          <w:p w14:paraId="4AAAC0C7" w14:textId="77777777" w:rsidR="007A5E59" w:rsidRPr="00312815" w:rsidRDefault="007A5E59">
            <w:pPr>
              <w:rPr>
                <w:lang w:val="ru-RU"/>
              </w:rPr>
            </w:pPr>
          </w:p>
        </w:tc>
        <w:tc>
          <w:tcPr>
            <w:tcW w:w="0" w:type="auto"/>
          </w:tcPr>
          <w:p w14:paraId="13B281CA" w14:textId="77777777" w:rsidR="007A5E59" w:rsidRPr="00312815" w:rsidRDefault="007A5E59">
            <w:pPr>
              <w:rPr>
                <w:lang w:val="ru-RU"/>
              </w:rPr>
            </w:pPr>
          </w:p>
        </w:tc>
        <w:tc>
          <w:tcPr>
            <w:tcW w:w="0" w:type="auto"/>
          </w:tcPr>
          <w:p w14:paraId="4229E0A6" w14:textId="77777777" w:rsidR="007A5E59" w:rsidRPr="00312815" w:rsidRDefault="007A5E59">
            <w:pPr>
              <w:rPr>
                <w:lang w:val="ru-RU"/>
              </w:rPr>
            </w:pPr>
          </w:p>
        </w:tc>
      </w:tr>
      <w:tr w:rsidR="007A5E59" w14:paraId="0B9D023A" w14:textId="77777777">
        <w:trPr>
          <w:jc w:val="center"/>
        </w:trPr>
        <w:tc>
          <w:tcPr>
            <w:tcW w:w="0" w:type="auto"/>
          </w:tcPr>
          <w:p w14:paraId="0E5072DE" w14:textId="77777777" w:rsidR="007A5E59" w:rsidRPr="00312815" w:rsidRDefault="0095198F">
            <w:pPr>
              <w:rPr>
                <w:lang w:val="ru-RU"/>
              </w:rPr>
            </w:pPr>
            <w:r w:rsidRPr="00312815">
              <w:rPr>
                <w:lang w:val="ru-RU"/>
              </w:rPr>
              <w:t>Принятый расчётный срок службы, лет</w:t>
            </w:r>
          </w:p>
        </w:tc>
        <w:tc>
          <w:tcPr>
            <w:tcW w:w="0" w:type="auto"/>
          </w:tcPr>
          <w:p w14:paraId="3F536619" w14:textId="77777777" w:rsidR="007A5E59" w:rsidRDefault="0095198F">
            <w:pPr>
              <w:jc w:val="center"/>
            </w:pPr>
            <w:r>
              <w:t>25,0</w:t>
            </w:r>
          </w:p>
        </w:tc>
        <w:tc>
          <w:tcPr>
            <w:tcW w:w="0" w:type="auto"/>
          </w:tcPr>
          <w:p w14:paraId="7D809070" w14:textId="77777777" w:rsidR="007A5E59" w:rsidRDefault="007A5E59"/>
        </w:tc>
        <w:tc>
          <w:tcPr>
            <w:tcW w:w="0" w:type="auto"/>
          </w:tcPr>
          <w:p w14:paraId="48322434" w14:textId="77777777" w:rsidR="007A5E59" w:rsidRDefault="007A5E59"/>
        </w:tc>
        <w:tc>
          <w:tcPr>
            <w:tcW w:w="0" w:type="auto"/>
          </w:tcPr>
          <w:p w14:paraId="46A3C11F" w14:textId="77777777" w:rsidR="007A5E59" w:rsidRDefault="007A5E59"/>
        </w:tc>
        <w:tc>
          <w:tcPr>
            <w:tcW w:w="0" w:type="auto"/>
          </w:tcPr>
          <w:p w14:paraId="1334A120" w14:textId="77777777" w:rsidR="007A5E59" w:rsidRDefault="007A5E59"/>
        </w:tc>
        <w:tc>
          <w:tcPr>
            <w:tcW w:w="0" w:type="auto"/>
          </w:tcPr>
          <w:p w14:paraId="6515FA73" w14:textId="77777777" w:rsidR="007A5E59" w:rsidRDefault="007A5E59"/>
        </w:tc>
        <w:tc>
          <w:tcPr>
            <w:tcW w:w="0" w:type="auto"/>
          </w:tcPr>
          <w:p w14:paraId="173605F7" w14:textId="77777777" w:rsidR="007A5E59" w:rsidRDefault="007A5E59"/>
        </w:tc>
        <w:tc>
          <w:tcPr>
            <w:tcW w:w="0" w:type="auto"/>
          </w:tcPr>
          <w:p w14:paraId="0E8F95B2" w14:textId="77777777" w:rsidR="007A5E59" w:rsidRDefault="007A5E59"/>
        </w:tc>
        <w:tc>
          <w:tcPr>
            <w:tcW w:w="0" w:type="auto"/>
          </w:tcPr>
          <w:p w14:paraId="356E93A6" w14:textId="77777777" w:rsidR="007A5E59" w:rsidRDefault="007A5E59"/>
        </w:tc>
        <w:tc>
          <w:tcPr>
            <w:tcW w:w="0" w:type="auto"/>
          </w:tcPr>
          <w:p w14:paraId="6E2313CE" w14:textId="77777777" w:rsidR="007A5E59" w:rsidRDefault="007A5E59"/>
        </w:tc>
        <w:tc>
          <w:tcPr>
            <w:tcW w:w="0" w:type="auto"/>
          </w:tcPr>
          <w:p w14:paraId="52BBB122" w14:textId="77777777" w:rsidR="007A5E59" w:rsidRDefault="007A5E59"/>
        </w:tc>
        <w:tc>
          <w:tcPr>
            <w:tcW w:w="0" w:type="auto"/>
          </w:tcPr>
          <w:p w14:paraId="05874364" w14:textId="77777777" w:rsidR="007A5E59" w:rsidRDefault="007A5E59"/>
        </w:tc>
        <w:tc>
          <w:tcPr>
            <w:tcW w:w="0" w:type="auto"/>
          </w:tcPr>
          <w:p w14:paraId="3131053B" w14:textId="77777777" w:rsidR="007A5E59" w:rsidRDefault="007A5E59"/>
        </w:tc>
        <w:tc>
          <w:tcPr>
            <w:tcW w:w="0" w:type="auto"/>
          </w:tcPr>
          <w:p w14:paraId="40A28139" w14:textId="77777777" w:rsidR="007A5E59" w:rsidRDefault="007A5E59"/>
        </w:tc>
        <w:tc>
          <w:tcPr>
            <w:tcW w:w="0" w:type="auto"/>
          </w:tcPr>
          <w:p w14:paraId="35444AEA" w14:textId="77777777" w:rsidR="007A5E59" w:rsidRDefault="007A5E59"/>
        </w:tc>
        <w:tc>
          <w:tcPr>
            <w:tcW w:w="0" w:type="auto"/>
          </w:tcPr>
          <w:p w14:paraId="17FAB95E" w14:textId="77777777" w:rsidR="007A5E59" w:rsidRDefault="007A5E59"/>
        </w:tc>
        <w:tc>
          <w:tcPr>
            <w:tcW w:w="0" w:type="auto"/>
          </w:tcPr>
          <w:p w14:paraId="08A61422" w14:textId="77777777" w:rsidR="007A5E59" w:rsidRDefault="007A5E59"/>
        </w:tc>
        <w:tc>
          <w:tcPr>
            <w:tcW w:w="0" w:type="auto"/>
          </w:tcPr>
          <w:p w14:paraId="665F0CAE" w14:textId="77777777" w:rsidR="007A5E59" w:rsidRDefault="007A5E59"/>
        </w:tc>
        <w:tc>
          <w:tcPr>
            <w:tcW w:w="0" w:type="auto"/>
          </w:tcPr>
          <w:p w14:paraId="67764F1E" w14:textId="77777777" w:rsidR="007A5E59" w:rsidRDefault="007A5E59"/>
        </w:tc>
        <w:tc>
          <w:tcPr>
            <w:tcW w:w="0" w:type="auto"/>
          </w:tcPr>
          <w:p w14:paraId="40C61EEB" w14:textId="77777777" w:rsidR="007A5E59" w:rsidRDefault="007A5E59"/>
        </w:tc>
      </w:tr>
      <w:tr w:rsidR="007A5E59" w14:paraId="5FA09F01" w14:textId="77777777">
        <w:trPr>
          <w:jc w:val="center"/>
        </w:trPr>
        <w:tc>
          <w:tcPr>
            <w:tcW w:w="0" w:type="auto"/>
            <w:shd w:val="clear" w:color="auto" w:fill="DBE5F1"/>
          </w:tcPr>
          <w:p w14:paraId="216B3148" w14:textId="77777777" w:rsidR="007A5E59" w:rsidRDefault="0095198F">
            <w:r>
              <w:rPr>
                <w:b/>
              </w:rPr>
              <w:t>Всего участков в базе</w:t>
            </w:r>
          </w:p>
        </w:tc>
        <w:tc>
          <w:tcPr>
            <w:tcW w:w="0" w:type="auto"/>
            <w:shd w:val="clear" w:color="auto" w:fill="DBE5F1"/>
          </w:tcPr>
          <w:p w14:paraId="284E5234" w14:textId="77777777" w:rsidR="007A5E59" w:rsidRDefault="0095198F">
            <w:pPr>
              <w:jc w:val="center"/>
            </w:pPr>
            <w:r>
              <w:rPr>
                <w:b/>
              </w:rPr>
              <w:t>230,0</w:t>
            </w:r>
          </w:p>
        </w:tc>
        <w:tc>
          <w:tcPr>
            <w:tcW w:w="0" w:type="auto"/>
            <w:shd w:val="clear" w:color="auto" w:fill="DBE5F1"/>
          </w:tcPr>
          <w:p w14:paraId="5FB44D76" w14:textId="77777777" w:rsidR="007A5E59" w:rsidRDefault="007A5E59"/>
        </w:tc>
        <w:tc>
          <w:tcPr>
            <w:tcW w:w="0" w:type="auto"/>
            <w:shd w:val="clear" w:color="auto" w:fill="DBE5F1"/>
          </w:tcPr>
          <w:p w14:paraId="230C8707" w14:textId="77777777" w:rsidR="007A5E59" w:rsidRDefault="007A5E59"/>
        </w:tc>
        <w:tc>
          <w:tcPr>
            <w:tcW w:w="0" w:type="auto"/>
            <w:shd w:val="clear" w:color="auto" w:fill="DBE5F1"/>
          </w:tcPr>
          <w:p w14:paraId="32A4E53F" w14:textId="77777777" w:rsidR="007A5E59" w:rsidRDefault="007A5E59"/>
        </w:tc>
        <w:tc>
          <w:tcPr>
            <w:tcW w:w="0" w:type="auto"/>
            <w:shd w:val="clear" w:color="auto" w:fill="DBE5F1"/>
          </w:tcPr>
          <w:p w14:paraId="7AFB6339" w14:textId="77777777" w:rsidR="007A5E59" w:rsidRDefault="007A5E59"/>
        </w:tc>
        <w:tc>
          <w:tcPr>
            <w:tcW w:w="0" w:type="auto"/>
            <w:shd w:val="clear" w:color="auto" w:fill="DBE5F1"/>
          </w:tcPr>
          <w:p w14:paraId="191A6A89" w14:textId="77777777" w:rsidR="007A5E59" w:rsidRDefault="007A5E59"/>
        </w:tc>
        <w:tc>
          <w:tcPr>
            <w:tcW w:w="0" w:type="auto"/>
            <w:shd w:val="clear" w:color="auto" w:fill="DBE5F1"/>
          </w:tcPr>
          <w:p w14:paraId="2575C1BE" w14:textId="77777777" w:rsidR="007A5E59" w:rsidRDefault="007A5E59"/>
        </w:tc>
        <w:tc>
          <w:tcPr>
            <w:tcW w:w="0" w:type="auto"/>
            <w:shd w:val="clear" w:color="auto" w:fill="DBE5F1"/>
          </w:tcPr>
          <w:p w14:paraId="319663CD" w14:textId="77777777" w:rsidR="007A5E59" w:rsidRDefault="007A5E59"/>
        </w:tc>
        <w:tc>
          <w:tcPr>
            <w:tcW w:w="0" w:type="auto"/>
            <w:shd w:val="clear" w:color="auto" w:fill="DBE5F1"/>
          </w:tcPr>
          <w:p w14:paraId="717F77C7" w14:textId="77777777" w:rsidR="007A5E59" w:rsidRDefault="007A5E59"/>
        </w:tc>
        <w:tc>
          <w:tcPr>
            <w:tcW w:w="0" w:type="auto"/>
            <w:shd w:val="clear" w:color="auto" w:fill="DBE5F1"/>
          </w:tcPr>
          <w:p w14:paraId="4222F1FF" w14:textId="77777777" w:rsidR="007A5E59" w:rsidRDefault="007A5E59"/>
        </w:tc>
        <w:tc>
          <w:tcPr>
            <w:tcW w:w="0" w:type="auto"/>
            <w:shd w:val="clear" w:color="auto" w:fill="DBE5F1"/>
          </w:tcPr>
          <w:p w14:paraId="51AAA245" w14:textId="77777777" w:rsidR="007A5E59" w:rsidRDefault="007A5E59"/>
        </w:tc>
        <w:tc>
          <w:tcPr>
            <w:tcW w:w="0" w:type="auto"/>
            <w:shd w:val="clear" w:color="auto" w:fill="DBE5F1"/>
          </w:tcPr>
          <w:p w14:paraId="1A201AB8" w14:textId="77777777" w:rsidR="007A5E59" w:rsidRDefault="007A5E59"/>
        </w:tc>
        <w:tc>
          <w:tcPr>
            <w:tcW w:w="0" w:type="auto"/>
            <w:shd w:val="clear" w:color="auto" w:fill="DBE5F1"/>
          </w:tcPr>
          <w:p w14:paraId="5CADBCAA" w14:textId="77777777" w:rsidR="007A5E59" w:rsidRDefault="007A5E59"/>
        </w:tc>
        <w:tc>
          <w:tcPr>
            <w:tcW w:w="0" w:type="auto"/>
            <w:shd w:val="clear" w:color="auto" w:fill="DBE5F1"/>
          </w:tcPr>
          <w:p w14:paraId="102BABF7" w14:textId="77777777" w:rsidR="007A5E59" w:rsidRDefault="007A5E59"/>
        </w:tc>
        <w:tc>
          <w:tcPr>
            <w:tcW w:w="0" w:type="auto"/>
            <w:shd w:val="clear" w:color="auto" w:fill="DBE5F1"/>
          </w:tcPr>
          <w:p w14:paraId="7670CCE9" w14:textId="77777777" w:rsidR="007A5E59" w:rsidRDefault="007A5E59"/>
        </w:tc>
        <w:tc>
          <w:tcPr>
            <w:tcW w:w="0" w:type="auto"/>
            <w:shd w:val="clear" w:color="auto" w:fill="DBE5F1"/>
          </w:tcPr>
          <w:p w14:paraId="607210F6" w14:textId="77777777" w:rsidR="007A5E59" w:rsidRDefault="007A5E59"/>
        </w:tc>
        <w:tc>
          <w:tcPr>
            <w:tcW w:w="0" w:type="auto"/>
            <w:shd w:val="clear" w:color="auto" w:fill="DBE5F1"/>
          </w:tcPr>
          <w:p w14:paraId="13019333" w14:textId="77777777" w:rsidR="007A5E59" w:rsidRDefault="007A5E59"/>
        </w:tc>
        <w:tc>
          <w:tcPr>
            <w:tcW w:w="0" w:type="auto"/>
            <w:shd w:val="clear" w:color="auto" w:fill="DBE5F1"/>
          </w:tcPr>
          <w:p w14:paraId="3E78B93C" w14:textId="77777777" w:rsidR="007A5E59" w:rsidRDefault="007A5E59"/>
        </w:tc>
        <w:tc>
          <w:tcPr>
            <w:tcW w:w="0" w:type="auto"/>
            <w:shd w:val="clear" w:color="auto" w:fill="DBE5F1"/>
          </w:tcPr>
          <w:p w14:paraId="386704FE" w14:textId="77777777" w:rsidR="007A5E59" w:rsidRDefault="007A5E59"/>
        </w:tc>
        <w:tc>
          <w:tcPr>
            <w:tcW w:w="0" w:type="auto"/>
            <w:shd w:val="clear" w:color="auto" w:fill="DBE5F1"/>
          </w:tcPr>
          <w:p w14:paraId="63376813" w14:textId="77777777" w:rsidR="007A5E59" w:rsidRDefault="007A5E59"/>
        </w:tc>
      </w:tr>
      <w:tr w:rsidR="007A5E59" w14:paraId="466191DD" w14:textId="77777777">
        <w:trPr>
          <w:jc w:val="center"/>
        </w:trPr>
        <w:tc>
          <w:tcPr>
            <w:tcW w:w="0" w:type="auto"/>
          </w:tcPr>
          <w:p w14:paraId="3000DE1A" w14:textId="77777777" w:rsidR="007A5E59" w:rsidRPr="00312815" w:rsidRDefault="0095198F">
            <w:pPr>
              <w:rPr>
                <w:lang w:val="ru-RU"/>
              </w:rPr>
            </w:pPr>
            <w:r w:rsidRPr="00312815">
              <w:rPr>
                <w:lang w:val="ru-RU"/>
              </w:rPr>
              <w:t>Участков вне горизонта 2026–2036 (год ввода 2012 и позднее)</w:t>
            </w:r>
          </w:p>
        </w:tc>
        <w:tc>
          <w:tcPr>
            <w:tcW w:w="0" w:type="auto"/>
          </w:tcPr>
          <w:p w14:paraId="2C556523" w14:textId="77777777" w:rsidR="007A5E59" w:rsidRDefault="0095198F">
            <w:pPr>
              <w:jc w:val="center"/>
            </w:pPr>
            <w:r>
              <w:t>4,0</w:t>
            </w:r>
          </w:p>
        </w:tc>
        <w:tc>
          <w:tcPr>
            <w:tcW w:w="0" w:type="auto"/>
          </w:tcPr>
          <w:p w14:paraId="6315B373" w14:textId="77777777" w:rsidR="007A5E59" w:rsidRDefault="007A5E59"/>
        </w:tc>
        <w:tc>
          <w:tcPr>
            <w:tcW w:w="0" w:type="auto"/>
          </w:tcPr>
          <w:p w14:paraId="52922468" w14:textId="77777777" w:rsidR="007A5E59" w:rsidRDefault="007A5E59"/>
        </w:tc>
        <w:tc>
          <w:tcPr>
            <w:tcW w:w="0" w:type="auto"/>
          </w:tcPr>
          <w:p w14:paraId="4B8B9D9F" w14:textId="77777777" w:rsidR="007A5E59" w:rsidRDefault="007A5E59"/>
        </w:tc>
        <w:tc>
          <w:tcPr>
            <w:tcW w:w="0" w:type="auto"/>
          </w:tcPr>
          <w:p w14:paraId="462AAF8F" w14:textId="77777777" w:rsidR="007A5E59" w:rsidRDefault="007A5E59"/>
        </w:tc>
        <w:tc>
          <w:tcPr>
            <w:tcW w:w="0" w:type="auto"/>
          </w:tcPr>
          <w:p w14:paraId="6E9DCFC5" w14:textId="77777777" w:rsidR="007A5E59" w:rsidRDefault="007A5E59"/>
        </w:tc>
        <w:tc>
          <w:tcPr>
            <w:tcW w:w="0" w:type="auto"/>
          </w:tcPr>
          <w:p w14:paraId="3738BC11" w14:textId="77777777" w:rsidR="007A5E59" w:rsidRDefault="007A5E59"/>
        </w:tc>
        <w:tc>
          <w:tcPr>
            <w:tcW w:w="0" w:type="auto"/>
          </w:tcPr>
          <w:p w14:paraId="1693A9A0" w14:textId="77777777" w:rsidR="007A5E59" w:rsidRDefault="007A5E59"/>
        </w:tc>
        <w:tc>
          <w:tcPr>
            <w:tcW w:w="0" w:type="auto"/>
          </w:tcPr>
          <w:p w14:paraId="39DF239C" w14:textId="77777777" w:rsidR="007A5E59" w:rsidRDefault="007A5E59"/>
        </w:tc>
        <w:tc>
          <w:tcPr>
            <w:tcW w:w="0" w:type="auto"/>
          </w:tcPr>
          <w:p w14:paraId="4065F243" w14:textId="77777777" w:rsidR="007A5E59" w:rsidRDefault="007A5E59"/>
        </w:tc>
        <w:tc>
          <w:tcPr>
            <w:tcW w:w="0" w:type="auto"/>
          </w:tcPr>
          <w:p w14:paraId="220BBEF8" w14:textId="77777777" w:rsidR="007A5E59" w:rsidRDefault="007A5E59"/>
        </w:tc>
        <w:tc>
          <w:tcPr>
            <w:tcW w:w="0" w:type="auto"/>
          </w:tcPr>
          <w:p w14:paraId="37AA06A3" w14:textId="77777777" w:rsidR="007A5E59" w:rsidRDefault="007A5E59"/>
        </w:tc>
        <w:tc>
          <w:tcPr>
            <w:tcW w:w="0" w:type="auto"/>
          </w:tcPr>
          <w:p w14:paraId="10CD6D31" w14:textId="77777777" w:rsidR="007A5E59" w:rsidRDefault="007A5E59"/>
        </w:tc>
        <w:tc>
          <w:tcPr>
            <w:tcW w:w="0" w:type="auto"/>
          </w:tcPr>
          <w:p w14:paraId="33E29957" w14:textId="77777777" w:rsidR="007A5E59" w:rsidRDefault="007A5E59"/>
        </w:tc>
        <w:tc>
          <w:tcPr>
            <w:tcW w:w="0" w:type="auto"/>
          </w:tcPr>
          <w:p w14:paraId="17215C59" w14:textId="77777777" w:rsidR="007A5E59" w:rsidRDefault="007A5E59"/>
        </w:tc>
        <w:tc>
          <w:tcPr>
            <w:tcW w:w="0" w:type="auto"/>
          </w:tcPr>
          <w:p w14:paraId="75E08F95" w14:textId="77777777" w:rsidR="007A5E59" w:rsidRDefault="007A5E59"/>
        </w:tc>
        <w:tc>
          <w:tcPr>
            <w:tcW w:w="0" w:type="auto"/>
          </w:tcPr>
          <w:p w14:paraId="42F12B62" w14:textId="77777777" w:rsidR="007A5E59" w:rsidRDefault="007A5E59"/>
        </w:tc>
        <w:tc>
          <w:tcPr>
            <w:tcW w:w="0" w:type="auto"/>
          </w:tcPr>
          <w:p w14:paraId="391A29F1" w14:textId="77777777" w:rsidR="007A5E59" w:rsidRDefault="007A5E59"/>
        </w:tc>
        <w:tc>
          <w:tcPr>
            <w:tcW w:w="0" w:type="auto"/>
          </w:tcPr>
          <w:p w14:paraId="3BC7C623" w14:textId="77777777" w:rsidR="007A5E59" w:rsidRDefault="007A5E59"/>
        </w:tc>
        <w:tc>
          <w:tcPr>
            <w:tcW w:w="0" w:type="auto"/>
          </w:tcPr>
          <w:p w14:paraId="7A090068" w14:textId="77777777" w:rsidR="007A5E59" w:rsidRDefault="007A5E59"/>
        </w:tc>
      </w:tr>
      <w:tr w:rsidR="007A5E59" w14:paraId="202F7586" w14:textId="77777777">
        <w:trPr>
          <w:jc w:val="center"/>
        </w:trPr>
        <w:tc>
          <w:tcPr>
            <w:tcW w:w="0" w:type="auto"/>
          </w:tcPr>
          <w:p w14:paraId="28259D55" w14:textId="77777777" w:rsidR="007A5E59" w:rsidRPr="00312815" w:rsidRDefault="0095198F">
            <w:pPr>
              <w:rPr>
                <w:lang w:val="ru-RU"/>
              </w:rPr>
            </w:pPr>
            <w:r w:rsidRPr="00312815">
              <w:rPr>
                <w:lang w:val="ru-RU"/>
              </w:rPr>
              <w:t>Под замену по программе мероприятий 2026, м</w:t>
            </w:r>
          </w:p>
        </w:tc>
        <w:tc>
          <w:tcPr>
            <w:tcW w:w="0" w:type="auto"/>
          </w:tcPr>
          <w:p w14:paraId="46119BBF" w14:textId="77777777" w:rsidR="007A5E59" w:rsidRDefault="0095198F">
            <w:pPr>
              <w:jc w:val="center"/>
            </w:pPr>
            <w:r>
              <w:t>0,0</w:t>
            </w:r>
          </w:p>
        </w:tc>
        <w:tc>
          <w:tcPr>
            <w:tcW w:w="0" w:type="auto"/>
          </w:tcPr>
          <w:p w14:paraId="2C90CE5F" w14:textId="77777777" w:rsidR="007A5E59" w:rsidRDefault="007A5E59"/>
        </w:tc>
        <w:tc>
          <w:tcPr>
            <w:tcW w:w="0" w:type="auto"/>
          </w:tcPr>
          <w:p w14:paraId="4A49E023" w14:textId="77777777" w:rsidR="007A5E59" w:rsidRDefault="007A5E59"/>
        </w:tc>
        <w:tc>
          <w:tcPr>
            <w:tcW w:w="0" w:type="auto"/>
          </w:tcPr>
          <w:p w14:paraId="0F287F73" w14:textId="77777777" w:rsidR="007A5E59" w:rsidRDefault="007A5E59"/>
        </w:tc>
        <w:tc>
          <w:tcPr>
            <w:tcW w:w="0" w:type="auto"/>
          </w:tcPr>
          <w:p w14:paraId="1FAE255D" w14:textId="77777777" w:rsidR="007A5E59" w:rsidRDefault="007A5E59"/>
        </w:tc>
        <w:tc>
          <w:tcPr>
            <w:tcW w:w="0" w:type="auto"/>
          </w:tcPr>
          <w:p w14:paraId="76DC184E" w14:textId="77777777" w:rsidR="007A5E59" w:rsidRDefault="007A5E59"/>
        </w:tc>
        <w:tc>
          <w:tcPr>
            <w:tcW w:w="0" w:type="auto"/>
          </w:tcPr>
          <w:p w14:paraId="749D5906" w14:textId="77777777" w:rsidR="007A5E59" w:rsidRDefault="007A5E59"/>
        </w:tc>
        <w:tc>
          <w:tcPr>
            <w:tcW w:w="0" w:type="auto"/>
          </w:tcPr>
          <w:p w14:paraId="536D4293" w14:textId="77777777" w:rsidR="007A5E59" w:rsidRDefault="007A5E59"/>
        </w:tc>
        <w:tc>
          <w:tcPr>
            <w:tcW w:w="0" w:type="auto"/>
          </w:tcPr>
          <w:p w14:paraId="219FE3EF" w14:textId="77777777" w:rsidR="007A5E59" w:rsidRDefault="007A5E59"/>
        </w:tc>
        <w:tc>
          <w:tcPr>
            <w:tcW w:w="0" w:type="auto"/>
          </w:tcPr>
          <w:p w14:paraId="0DF81C32" w14:textId="77777777" w:rsidR="007A5E59" w:rsidRDefault="007A5E59"/>
        </w:tc>
        <w:tc>
          <w:tcPr>
            <w:tcW w:w="0" w:type="auto"/>
          </w:tcPr>
          <w:p w14:paraId="025E71E0" w14:textId="77777777" w:rsidR="007A5E59" w:rsidRDefault="007A5E59"/>
        </w:tc>
        <w:tc>
          <w:tcPr>
            <w:tcW w:w="0" w:type="auto"/>
          </w:tcPr>
          <w:p w14:paraId="7C434B54" w14:textId="77777777" w:rsidR="007A5E59" w:rsidRDefault="007A5E59"/>
        </w:tc>
        <w:tc>
          <w:tcPr>
            <w:tcW w:w="0" w:type="auto"/>
          </w:tcPr>
          <w:p w14:paraId="3CADD51F" w14:textId="77777777" w:rsidR="007A5E59" w:rsidRDefault="007A5E59"/>
        </w:tc>
        <w:tc>
          <w:tcPr>
            <w:tcW w:w="0" w:type="auto"/>
          </w:tcPr>
          <w:p w14:paraId="73D5DD8D" w14:textId="77777777" w:rsidR="007A5E59" w:rsidRDefault="007A5E59"/>
        </w:tc>
        <w:tc>
          <w:tcPr>
            <w:tcW w:w="0" w:type="auto"/>
          </w:tcPr>
          <w:p w14:paraId="6EA15B83" w14:textId="77777777" w:rsidR="007A5E59" w:rsidRDefault="007A5E59"/>
        </w:tc>
        <w:tc>
          <w:tcPr>
            <w:tcW w:w="0" w:type="auto"/>
          </w:tcPr>
          <w:p w14:paraId="3F40A301" w14:textId="77777777" w:rsidR="007A5E59" w:rsidRDefault="007A5E59"/>
        </w:tc>
        <w:tc>
          <w:tcPr>
            <w:tcW w:w="0" w:type="auto"/>
          </w:tcPr>
          <w:p w14:paraId="2DBA454A" w14:textId="77777777" w:rsidR="007A5E59" w:rsidRDefault="007A5E59"/>
        </w:tc>
        <w:tc>
          <w:tcPr>
            <w:tcW w:w="0" w:type="auto"/>
          </w:tcPr>
          <w:p w14:paraId="5E00FF3F" w14:textId="77777777" w:rsidR="007A5E59" w:rsidRDefault="007A5E59"/>
        </w:tc>
        <w:tc>
          <w:tcPr>
            <w:tcW w:w="0" w:type="auto"/>
          </w:tcPr>
          <w:p w14:paraId="674D0C25" w14:textId="77777777" w:rsidR="007A5E59" w:rsidRDefault="007A5E59"/>
        </w:tc>
        <w:tc>
          <w:tcPr>
            <w:tcW w:w="0" w:type="auto"/>
          </w:tcPr>
          <w:p w14:paraId="11D7D5BD" w14:textId="77777777" w:rsidR="007A5E59" w:rsidRDefault="007A5E59"/>
        </w:tc>
      </w:tr>
      <w:tr w:rsidR="007A5E59" w14:paraId="29B5AD62" w14:textId="77777777">
        <w:trPr>
          <w:jc w:val="center"/>
        </w:trPr>
        <w:tc>
          <w:tcPr>
            <w:tcW w:w="0" w:type="auto"/>
          </w:tcPr>
          <w:p w14:paraId="57BC628E" w14:textId="77777777" w:rsidR="007A5E59" w:rsidRPr="00312815" w:rsidRDefault="0095198F">
            <w:pPr>
              <w:rPr>
                <w:lang w:val="ru-RU"/>
              </w:rPr>
            </w:pPr>
            <w:r w:rsidRPr="00312815">
              <w:rPr>
                <w:lang w:val="ru-RU"/>
              </w:rPr>
              <w:t>Новое строительство по программе 2026, м</w:t>
            </w:r>
          </w:p>
        </w:tc>
        <w:tc>
          <w:tcPr>
            <w:tcW w:w="0" w:type="auto"/>
          </w:tcPr>
          <w:p w14:paraId="711DC95C" w14:textId="77777777" w:rsidR="007A5E59" w:rsidRDefault="0095198F">
            <w:pPr>
              <w:jc w:val="center"/>
            </w:pPr>
            <w:r>
              <w:t>1 869,4</w:t>
            </w:r>
          </w:p>
        </w:tc>
        <w:tc>
          <w:tcPr>
            <w:tcW w:w="0" w:type="auto"/>
          </w:tcPr>
          <w:p w14:paraId="1EC2BE38" w14:textId="77777777" w:rsidR="007A5E59" w:rsidRDefault="007A5E59"/>
        </w:tc>
        <w:tc>
          <w:tcPr>
            <w:tcW w:w="0" w:type="auto"/>
          </w:tcPr>
          <w:p w14:paraId="30081E1F" w14:textId="77777777" w:rsidR="007A5E59" w:rsidRDefault="007A5E59"/>
        </w:tc>
        <w:tc>
          <w:tcPr>
            <w:tcW w:w="0" w:type="auto"/>
          </w:tcPr>
          <w:p w14:paraId="42785272" w14:textId="77777777" w:rsidR="007A5E59" w:rsidRDefault="007A5E59"/>
        </w:tc>
        <w:tc>
          <w:tcPr>
            <w:tcW w:w="0" w:type="auto"/>
          </w:tcPr>
          <w:p w14:paraId="1CFFA852" w14:textId="77777777" w:rsidR="007A5E59" w:rsidRDefault="007A5E59"/>
        </w:tc>
        <w:tc>
          <w:tcPr>
            <w:tcW w:w="0" w:type="auto"/>
          </w:tcPr>
          <w:p w14:paraId="16E92184" w14:textId="77777777" w:rsidR="007A5E59" w:rsidRDefault="007A5E59"/>
        </w:tc>
        <w:tc>
          <w:tcPr>
            <w:tcW w:w="0" w:type="auto"/>
          </w:tcPr>
          <w:p w14:paraId="08B7829F" w14:textId="77777777" w:rsidR="007A5E59" w:rsidRDefault="007A5E59"/>
        </w:tc>
        <w:tc>
          <w:tcPr>
            <w:tcW w:w="0" w:type="auto"/>
          </w:tcPr>
          <w:p w14:paraId="031AD40C" w14:textId="77777777" w:rsidR="007A5E59" w:rsidRDefault="007A5E59"/>
        </w:tc>
        <w:tc>
          <w:tcPr>
            <w:tcW w:w="0" w:type="auto"/>
          </w:tcPr>
          <w:p w14:paraId="3745925F" w14:textId="77777777" w:rsidR="007A5E59" w:rsidRDefault="007A5E59"/>
        </w:tc>
        <w:tc>
          <w:tcPr>
            <w:tcW w:w="0" w:type="auto"/>
          </w:tcPr>
          <w:p w14:paraId="030D2155" w14:textId="77777777" w:rsidR="007A5E59" w:rsidRDefault="007A5E59"/>
        </w:tc>
        <w:tc>
          <w:tcPr>
            <w:tcW w:w="0" w:type="auto"/>
          </w:tcPr>
          <w:p w14:paraId="29C463B1" w14:textId="77777777" w:rsidR="007A5E59" w:rsidRDefault="007A5E59"/>
        </w:tc>
        <w:tc>
          <w:tcPr>
            <w:tcW w:w="0" w:type="auto"/>
          </w:tcPr>
          <w:p w14:paraId="6E313E6A" w14:textId="77777777" w:rsidR="007A5E59" w:rsidRDefault="007A5E59"/>
        </w:tc>
        <w:tc>
          <w:tcPr>
            <w:tcW w:w="0" w:type="auto"/>
          </w:tcPr>
          <w:p w14:paraId="7234536E" w14:textId="77777777" w:rsidR="007A5E59" w:rsidRDefault="007A5E59"/>
        </w:tc>
        <w:tc>
          <w:tcPr>
            <w:tcW w:w="0" w:type="auto"/>
          </w:tcPr>
          <w:p w14:paraId="5C718497" w14:textId="77777777" w:rsidR="007A5E59" w:rsidRDefault="007A5E59"/>
        </w:tc>
        <w:tc>
          <w:tcPr>
            <w:tcW w:w="0" w:type="auto"/>
          </w:tcPr>
          <w:p w14:paraId="09F888C6" w14:textId="77777777" w:rsidR="007A5E59" w:rsidRDefault="007A5E59"/>
        </w:tc>
        <w:tc>
          <w:tcPr>
            <w:tcW w:w="0" w:type="auto"/>
          </w:tcPr>
          <w:p w14:paraId="1EA3C755" w14:textId="77777777" w:rsidR="007A5E59" w:rsidRDefault="007A5E59"/>
        </w:tc>
        <w:tc>
          <w:tcPr>
            <w:tcW w:w="0" w:type="auto"/>
          </w:tcPr>
          <w:p w14:paraId="0C22D296" w14:textId="77777777" w:rsidR="007A5E59" w:rsidRDefault="007A5E59"/>
        </w:tc>
        <w:tc>
          <w:tcPr>
            <w:tcW w:w="0" w:type="auto"/>
          </w:tcPr>
          <w:p w14:paraId="2EF57BA4" w14:textId="77777777" w:rsidR="007A5E59" w:rsidRDefault="007A5E59"/>
        </w:tc>
        <w:tc>
          <w:tcPr>
            <w:tcW w:w="0" w:type="auto"/>
          </w:tcPr>
          <w:p w14:paraId="1A95106E" w14:textId="77777777" w:rsidR="007A5E59" w:rsidRDefault="007A5E59"/>
        </w:tc>
        <w:tc>
          <w:tcPr>
            <w:tcW w:w="0" w:type="auto"/>
          </w:tcPr>
          <w:p w14:paraId="63A41B3C" w14:textId="77777777" w:rsidR="007A5E59" w:rsidRDefault="007A5E59"/>
        </w:tc>
      </w:tr>
      <w:tr w:rsidR="007A5E59" w14:paraId="0EB3D47A" w14:textId="77777777">
        <w:trPr>
          <w:jc w:val="center"/>
        </w:trPr>
        <w:tc>
          <w:tcPr>
            <w:tcW w:w="0" w:type="auto"/>
          </w:tcPr>
          <w:p w14:paraId="39C94140" w14:textId="77777777" w:rsidR="007A5E59" w:rsidRPr="00312815" w:rsidRDefault="0095198F">
            <w:pPr>
              <w:rPr>
                <w:lang w:val="ru-RU"/>
              </w:rPr>
            </w:pPr>
            <w:r w:rsidRPr="00312815">
              <w:rPr>
                <w:lang w:val="ru-RU"/>
              </w:rPr>
              <w:t>Стоимость мероприятий по программе 2026, тыс. руб.</w:t>
            </w:r>
          </w:p>
        </w:tc>
        <w:tc>
          <w:tcPr>
            <w:tcW w:w="0" w:type="auto"/>
          </w:tcPr>
          <w:p w14:paraId="78D8F403" w14:textId="77777777" w:rsidR="007A5E59" w:rsidRDefault="0095198F">
            <w:pPr>
              <w:jc w:val="center"/>
            </w:pPr>
            <w:r>
              <w:t>38 491,6</w:t>
            </w:r>
          </w:p>
        </w:tc>
        <w:tc>
          <w:tcPr>
            <w:tcW w:w="0" w:type="auto"/>
          </w:tcPr>
          <w:p w14:paraId="36160709" w14:textId="77777777" w:rsidR="007A5E59" w:rsidRDefault="007A5E59"/>
        </w:tc>
        <w:tc>
          <w:tcPr>
            <w:tcW w:w="0" w:type="auto"/>
          </w:tcPr>
          <w:p w14:paraId="0618A623" w14:textId="77777777" w:rsidR="007A5E59" w:rsidRDefault="007A5E59"/>
        </w:tc>
        <w:tc>
          <w:tcPr>
            <w:tcW w:w="0" w:type="auto"/>
          </w:tcPr>
          <w:p w14:paraId="7AAA333A" w14:textId="77777777" w:rsidR="007A5E59" w:rsidRDefault="007A5E59"/>
        </w:tc>
        <w:tc>
          <w:tcPr>
            <w:tcW w:w="0" w:type="auto"/>
          </w:tcPr>
          <w:p w14:paraId="6E7C1FD8" w14:textId="77777777" w:rsidR="007A5E59" w:rsidRDefault="007A5E59"/>
        </w:tc>
        <w:tc>
          <w:tcPr>
            <w:tcW w:w="0" w:type="auto"/>
          </w:tcPr>
          <w:p w14:paraId="2ADE9157" w14:textId="77777777" w:rsidR="007A5E59" w:rsidRDefault="007A5E59"/>
        </w:tc>
        <w:tc>
          <w:tcPr>
            <w:tcW w:w="0" w:type="auto"/>
          </w:tcPr>
          <w:p w14:paraId="377A716D" w14:textId="77777777" w:rsidR="007A5E59" w:rsidRDefault="007A5E59"/>
        </w:tc>
        <w:tc>
          <w:tcPr>
            <w:tcW w:w="0" w:type="auto"/>
          </w:tcPr>
          <w:p w14:paraId="6F5E2CA0" w14:textId="77777777" w:rsidR="007A5E59" w:rsidRDefault="007A5E59"/>
        </w:tc>
        <w:tc>
          <w:tcPr>
            <w:tcW w:w="0" w:type="auto"/>
          </w:tcPr>
          <w:p w14:paraId="0AE2E1A7" w14:textId="77777777" w:rsidR="007A5E59" w:rsidRDefault="007A5E59"/>
        </w:tc>
        <w:tc>
          <w:tcPr>
            <w:tcW w:w="0" w:type="auto"/>
          </w:tcPr>
          <w:p w14:paraId="3CF769F5" w14:textId="77777777" w:rsidR="007A5E59" w:rsidRDefault="007A5E59"/>
        </w:tc>
        <w:tc>
          <w:tcPr>
            <w:tcW w:w="0" w:type="auto"/>
          </w:tcPr>
          <w:p w14:paraId="7AA8AEDF" w14:textId="77777777" w:rsidR="007A5E59" w:rsidRDefault="007A5E59"/>
        </w:tc>
        <w:tc>
          <w:tcPr>
            <w:tcW w:w="0" w:type="auto"/>
          </w:tcPr>
          <w:p w14:paraId="34499D2B" w14:textId="77777777" w:rsidR="007A5E59" w:rsidRDefault="007A5E59"/>
        </w:tc>
        <w:tc>
          <w:tcPr>
            <w:tcW w:w="0" w:type="auto"/>
          </w:tcPr>
          <w:p w14:paraId="071F53B7" w14:textId="77777777" w:rsidR="007A5E59" w:rsidRDefault="007A5E59"/>
        </w:tc>
        <w:tc>
          <w:tcPr>
            <w:tcW w:w="0" w:type="auto"/>
          </w:tcPr>
          <w:p w14:paraId="57DB45D5" w14:textId="77777777" w:rsidR="007A5E59" w:rsidRDefault="007A5E59"/>
        </w:tc>
        <w:tc>
          <w:tcPr>
            <w:tcW w:w="0" w:type="auto"/>
          </w:tcPr>
          <w:p w14:paraId="1212D89E" w14:textId="77777777" w:rsidR="007A5E59" w:rsidRDefault="007A5E59"/>
        </w:tc>
        <w:tc>
          <w:tcPr>
            <w:tcW w:w="0" w:type="auto"/>
          </w:tcPr>
          <w:p w14:paraId="780CEFE0" w14:textId="77777777" w:rsidR="007A5E59" w:rsidRDefault="007A5E59"/>
        </w:tc>
        <w:tc>
          <w:tcPr>
            <w:tcW w:w="0" w:type="auto"/>
          </w:tcPr>
          <w:p w14:paraId="235B5359" w14:textId="77777777" w:rsidR="007A5E59" w:rsidRDefault="007A5E59"/>
        </w:tc>
        <w:tc>
          <w:tcPr>
            <w:tcW w:w="0" w:type="auto"/>
          </w:tcPr>
          <w:p w14:paraId="01993143" w14:textId="77777777" w:rsidR="007A5E59" w:rsidRDefault="007A5E59"/>
        </w:tc>
        <w:tc>
          <w:tcPr>
            <w:tcW w:w="0" w:type="auto"/>
          </w:tcPr>
          <w:p w14:paraId="6D038618" w14:textId="77777777" w:rsidR="007A5E59" w:rsidRDefault="007A5E59"/>
        </w:tc>
        <w:tc>
          <w:tcPr>
            <w:tcW w:w="0" w:type="auto"/>
          </w:tcPr>
          <w:p w14:paraId="3B3C2DBF" w14:textId="77777777" w:rsidR="007A5E59" w:rsidRDefault="007A5E59"/>
        </w:tc>
      </w:tr>
      <w:tr w:rsidR="007A5E59" w14:paraId="06B0A7BE" w14:textId="77777777">
        <w:trPr>
          <w:jc w:val="center"/>
        </w:trPr>
        <w:tc>
          <w:tcPr>
            <w:tcW w:w="0" w:type="auto"/>
          </w:tcPr>
          <w:p w14:paraId="23EB08DD" w14:textId="77777777" w:rsidR="007A5E59" w:rsidRPr="00312815" w:rsidRDefault="0095198F">
            <w:pPr>
              <w:rPr>
                <w:lang w:val="ru-RU"/>
              </w:rPr>
            </w:pPr>
            <w:r w:rsidRPr="00312815">
              <w:rPr>
                <w:lang w:val="ru-RU"/>
              </w:rPr>
              <w:t>Сверка: ИТОГО блока 1 = сумме длин участков базы</w:t>
            </w:r>
          </w:p>
        </w:tc>
        <w:tc>
          <w:tcPr>
            <w:tcW w:w="0" w:type="auto"/>
          </w:tcPr>
          <w:p w14:paraId="0ABFD723" w14:textId="77777777" w:rsidR="007A5E59" w:rsidRDefault="0095198F">
            <w:r>
              <w:t>ДА</w:t>
            </w:r>
          </w:p>
        </w:tc>
        <w:tc>
          <w:tcPr>
            <w:tcW w:w="0" w:type="auto"/>
          </w:tcPr>
          <w:p w14:paraId="7CAD0CD0" w14:textId="77777777" w:rsidR="007A5E59" w:rsidRDefault="007A5E59"/>
        </w:tc>
        <w:tc>
          <w:tcPr>
            <w:tcW w:w="0" w:type="auto"/>
          </w:tcPr>
          <w:p w14:paraId="15D1831F" w14:textId="77777777" w:rsidR="007A5E59" w:rsidRDefault="007A5E59"/>
        </w:tc>
        <w:tc>
          <w:tcPr>
            <w:tcW w:w="0" w:type="auto"/>
          </w:tcPr>
          <w:p w14:paraId="21A003F8" w14:textId="77777777" w:rsidR="007A5E59" w:rsidRDefault="007A5E59"/>
        </w:tc>
        <w:tc>
          <w:tcPr>
            <w:tcW w:w="0" w:type="auto"/>
          </w:tcPr>
          <w:p w14:paraId="12C5146B" w14:textId="77777777" w:rsidR="007A5E59" w:rsidRDefault="007A5E59"/>
        </w:tc>
        <w:tc>
          <w:tcPr>
            <w:tcW w:w="0" w:type="auto"/>
          </w:tcPr>
          <w:p w14:paraId="2DACFFC0" w14:textId="77777777" w:rsidR="007A5E59" w:rsidRDefault="007A5E59"/>
        </w:tc>
        <w:tc>
          <w:tcPr>
            <w:tcW w:w="0" w:type="auto"/>
          </w:tcPr>
          <w:p w14:paraId="60DC2909" w14:textId="77777777" w:rsidR="007A5E59" w:rsidRDefault="007A5E59"/>
        </w:tc>
        <w:tc>
          <w:tcPr>
            <w:tcW w:w="0" w:type="auto"/>
          </w:tcPr>
          <w:p w14:paraId="791F38A0" w14:textId="77777777" w:rsidR="007A5E59" w:rsidRDefault="007A5E59"/>
        </w:tc>
        <w:tc>
          <w:tcPr>
            <w:tcW w:w="0" w:type="auto"/>
          </w:tcPr>
          <w:p w14:paraId="3DCC43B7" w14:textId="77777777" w:rsidR="007A5E59" w:rsidRDefault="007A5E59"/>
        </w:tc>
        <w:tc>
          <w:tcPr>
            <w:tcW w:w="0" w:type="auto"/>
          </w:tcPr>
          <w:p w14:paraId="604EAB68" w14:textId="77777777" w:rsidR="007A5E59" w:rsidRDefault="007A5E59"/>
        </w:tc>
        <w:tc>
          <w:tcPr>
            <w:tcW w:w="0" w:type="auto"/>
          </w:tcPr>
          <w:p w14:paraId="45128C26" w14:textId="77777777" w:rsidR="007A5E59" w:rsidRDefault="007A5E59"/>
        </w:tc>
        <w:tc>
          <w:tcPr>
            <w:tcW w:w="0" w:type="auto"/>
          </w:tcPr>
          <w:p w14:paraId="73975FB3" w14:textId="77777777" w:rsidR="007A5E59" w:rsidRDefault="007A5E59"/>
        </w:tc>
        <w:tc>
          <w:tcPr>
            <w:tcW w:w="0" w:type="auto"/>
          </w:tcPr>
          <w:p w14:paraId="113F4453" w14:textId="77777777" w:rsidR="007A5E59" w:rsidRDefault="007A5E59"/>
        </w:tc>
        <w:tc>
          <w:tcPr>
            <w:tcW w:w="0" w:type="auto"/>
          </w:tcPr>
          <w:p w14:paraId="432CE604" w14:textId="77777777" w:rsidR="007A5E59" w:rsidRDefault="007A5E59"/>
        </w:tc>
        <w:tc>
          <w:tcPr>
            <w:tcW w:w="0" w:type="auto"/>
          </w:tcPr>
          <w:p w14:paraId="2C80F455" w14:textId="77777777" w:rsidR="007A5E59" w:rsidRDefault="007A5E59"/>
        </w:tc>
        <w:tc>
          <w:tcPr>
            <w:tcW w:w="0" w:type="auto"/>
          </w:tcPr>
          <w:p w14:paraId="6A2A224A" w14:textId="77777777" w:rsidR="007A5E59" w:rsidRDefault="007A5E59"/>
        </w:tc>
        <w:tc>
          <w:tcPr>
            <w:tcW w:w="0" w:type="auto"/>
          </w:tcPr>
          <w:p w14:paraId="6D7260AC" w14:textId="77777777" w:rsidR="007A5E59" w:rsidRDefault="007A5E59"/>
        </w:tc>
        <w:tc>
          <w:tcPr>
            <w:tcW w:w="0" w:type="auto"/>
          </w:tcPr>
          <w:p w14:paraId="57F3A6FC" w14:textId="77777777" w:rsidR="007A5E59" w:rsidRDefault="007A5E59"/>
        </w:tc>
        <w:tc>
          <w:tcPr>
            <w:tcW w:w="0" w:type="auto"/>
          </w:tcPr>
          <w:p w14:paraId="3959FF2B" w14:textId="77777777" w:rsidR="007A5E59" w:rsidRDefault="007A5E59"/>
        </w:tc>
        <w:tc>
          <w:tcPr>
            <w:tcW w:w="0" w:type="auto"/>
          </w:tcPr>
          <w:p w14:paraId="4C9EE47F" w14:textId="77777777" w:rsidR="007A5E59" w:rsidRDefault="007A5E59"/>
        </w:tc>
      </w:tr>
    </w:tbl>
    <w:p w14:paraId="421FE210" w14:textId="77777777" w:rsidR="007A5E59" w:rsidRDefault="007A5E59"/>
    <w:p w14:paraId="5C3068EF" w14:textId="77777777" w:rsidR="007A5E59" w:rsidRPr="00312815" w:rsidRDefault="0095198F">
      <w:pPr>
        <w:rPr>
          <w:lang w:val="ru-RU"/>
        </w:rPr>
      </w:pPr>
      <w:r w:rsidRPr="00312815">
        <w:rPr>
          <w:b/>
          <w:lang w:val="ru-RU"/>
        </w:rPr>
        <w:t>Таблица П3.2. Распределение протяжённости тепловых сетей по диаметрам — Производственно-отопительная УПК № 2 Шалым (г. Таштагол)</w:t>
      </w:r>
    </w:p>
    <w:tbl>
      <w:tblPr>
        <w:tblStyle w:val="aff0"/>
        <w:tblW w:w="5000" w:type="pct"/>
        <w:jc w:val="center"/>
        <w:tblCellMar>
          <w:left w:w="57" w:type="dxa"/>
          <w:right w:w="57" w:type="dxa"/>
        </w:tblCellMar>
        <w:tblLook w:val="04A0" w:firstRow="1" w:lastRow="0" w:firstColumn="1" w:lastColumn="0" w:noHBand="0" w:noVBand="1"/>
      </w:tblPr>
      <w:tblGrid>
        <w:gridCol w:w="913"/>
        <w:gridCol w:w="433"/>
        <w:gridCol w:w="377"/>
        <w:gridCol w:w="377"/>
        <w:gridCol w:w="377"/>
        <w:gridCol w:w="377"/>
        <w:gridCol w:w="433"/>
        <w:gridCol w:w="433"/>
        <w:gridCol w:w="376"/>
        <w:gridCol w:w="376"/>
        <w:gridCol w:w="432"/>
        <w:gridCol w:w="434"/>
        <w:gridCol w:w="434"/>
        <w:gridCol w:w="434"/>
        <w:gridCol w:w="434"/>
        <w:gridCol w:w="434"/>
        <w:gridCol w:w="434"/>
        <w:gridCol w:w="434"/>
        <w:gridCol w:w="434"/>
        <w:gridCol w:w="434"/>
        <w:gridCol w:w="535"/>
      </w:tblGrid>
      <w:tr w:rsidR="007A5E59" w:rsidRPr="00C07C05" w14:paraId="429E5D3A" w14:textId="77777777">
        <w:trPr>
          <w:cantSplit/>
          <w:tblHeader/>
          <w:jc w:val="center"/>
        </w:trPr>
        <w:tc>
          <w:tcPr>
            <w:tcW w:w="0" w:type="auto"/>
            <w:vMerge w:val="restart"/>
            <w:shd w:val="clear" w:color="auto" w:fill="E2F0D9"/>
            <w:vAlign w:val="center"/>
          </w:tcPr>
          <w:p w14:paraId="483692F5" w14:textId="77777777" w:rsidR="007A5E59" w:rsidRDefault="0095198F">
            <w:pPr>
              <w:jc w:val="center"/>
            </w:pPr>
            <w:r>
              <w:rPr>
                <w:b/>
              </w:rPr>
              <w:t>Способ прокладки</w:t>
            </w:r>
          </w:p>
        </w:tc>
        <w:tc>
          <w:tcPr>
            <w:tcW w:w="0" w:type="auto"/>
            <w:gridSpan w:val="20"/>
            <w:shd w:val="clear" w:color="auto" w:fill="E2F0D9"/>
            <w:vAlign w:val="center"/>
          </w:tcPr>
          <w:p w14:paraId="70B09DB0" w14:textId="77777777" w:rsidR="007A5E59" w:rsidRPr="00312815" w:rsidRDefault="0095198F">
            <w:pPr>
              <w:jc w:val="center"/>
              <w:rPr>
                <w:lang w:val="ru-RU"/>
              </w:rPr>
            </w:pPr>
            <w:r w:rsidRPr="00312815">
              <w:rPr>
                <w:b/>
                <w:lang w:val="ru-RU"/>
              </w:rPr>
              <w:t>Длина по оси трассы (двухтрубная прокладка), м</w:t>
            </w:r>
          </w:p>
        </w:tc>
      </w:tr>
      <w:tr w:rsidR="007A5E59" w14:paraId="1D116EBF" w14:textId="77777777">
        <w:trPr>
          <w:cantSplit/>
          <w:tblHeader/>
          <w:jc w:val="center"/>
        </w:trPr>
        <w:tc>
          <w:tcPr>
            <w:tcW w:w="0" w:type="auto"/>
            <w:vMerge/>
            <w:shd w:val="clear" w:color="auto" w:fill="E2F0D9"/>
            <w:vAlign w:val="center"/>
          </w:tcPr>
          <w:p w14:paraId="506B5050" w14:textId="77777777" w:rsidR="007A5E59" w:rsidRPr="00312815" w:rsidRDefault="007A5E59">
            <w:pPr>
              <w:jc w:val="center"/>
              <w:rPr>
                <w:lang w:val="ru-RU"/>
              </w:rPr>
            </w:pPr>
          </w:p>
        </w:tc>
        <w:tc>
          <w:tcPr>
            <w:tcW w:w="0" w:type="auto"/>
            <w:shd w:val="clear" w:color="auto" w:fill="E2F0D9"/>
            <w:vAlign w:val="center"/>
          </w:tcPr>
          <w:p w14:paraId="3FF4E986" w14:textId="77777777" w:rsidR="007A5E59" w:rsidRDefault="0095198F">
            <w:pPr>
              <w:jc w:val="center"/>
            </w:pPr>
            <w:r>
              <w:rPr>
                <w:b/>
              </w:rPr>
              <w:t>Дн15</w:t>
            </w:r>
          </w:p>
        </w:tc>
        <w:tc>
          <w:tcPr>
            <w:tcW w:w="0" w:type="auto"/>
            <w:shd w:val="clear" w:color="auto" w:fill="E2F0D9"/>
            <w:vAlign w:val="center"/>
          </w:tcPr>
          <w:p w14:paraId="31AF9911" w14:textId="77777777" w:rsidR="007A5E59" w:rsidRDefault="0095198F">
            <w:pPr>
              <w:jc w:val="center"/>
            </w:pPr>
            <w:r>
              <w:rPr>
                <w:b/>
              </w:rPr>
              <w:t>Дн20</w:t>
            </w:r>
          </w:p>
        </w:tc>
        <w:tc>
          <w:tcPr>
            <w:tcW w:w="0" w:type="auto"/>
            <w:shd w:val="clear" w:color="auto" w:fill="E2F0D9"/>
            <w:vAlign w:val="center"/>
          </w:tcPr>
          <w:p w14:paraId="388FDD6B" w14:textId="77777777" w:rsidR="007A5E59" w:rsidRDefault="0095198F">
            <w:pPr>
              <w:jc w:val="center"/>
            </w:pPr>
            <w:r>
              <w:rPr>
                <w:b/>
              </w:rPr>
              <w:t>Дн25</w:t>
            </w:r>
          </w:p>
        </w:tc>
        <w:tc>
          <w:tcPr>
            <w:tcW w:w="0" w:type="auto"/>
            <w:shd w:val="clear" w:color="auto" w:fill="E2F0D9"/>
            <w:vAlign w:val="center"/>
          </w:tcPr>
          <w:p w14:paraId="022E2D36" w14:textId="77777777" w:rsidR="007A5E59" w:rsidRDefault="0095198F">
            <w:pPr>
              <w:jc w:val="center"/>
            </w:pPr>
            <w:r>
              <w:rPr>
                <w:b/>
              </w:rPr>
              <w:t>Дн32</w:t>
            </w:r>
          </w:p>
        </w:tc>
        <w:tc>
          <w:tcPr>
            <w:tcW w:w="0" w:type="auto"/>
            <w:shd w:val="clear" w:color="auto" w:fill="E2F0D9"/>
            <w:vAlign w:val="center"/>
          </w:tcPr>
          <w:p w14:paraId="40893434" w14:textId="77777777" w:rsidR="007A5E59" w:rsidRDefault="0095198F">
            <w:pPr>
              <w:jc w:val="center"/>
            </w:pPr>
            <w:r>
              <w:rPr>
                <w:b/>
              </w:rPr>
              <w:t>Дн40</w:t>
            </w:r>
          </w:p>
        </w:tc>
        <w:tc>
          <w:tcPr>
            <w:tcW w:w="0" w:type="auto"/>
            <w:shd w:val="clear" w:color="auto" w:fill="E2F0D9"/>
            <w:vAlign w:val="center"/>
          </w:tcPr>
          <w:p w14:paraId="6AA48296" w14:textId="77777777" w:rsidR="007A5E59" w:rsidRDefault="0095198F">
            <w:pPr>
              <w:jc w:val="center"/>
            </w:pPr>
            <w:r>
              <w:rPr>
                <w:b/>
              </w:rPr>
              <w:t>Дн50</w:t>
            </w:r>
          </w:p>
        </w:tc>
        <w:tc>
          <w:tcPr>
            <w:tcW w:w="0" w:type="auto"/>
            <w:shd w:val="clear" w:color="auto" w:fill="E2F0D9"/>
            <w:vAlign w:val="center"/>
          </w:tcPr>
          <w:p w14:paraId="4432A137" w14:textId="77777777" w:rsidR="007A5E59" w:rsidRDefault="0095198F">
            <w:pPr>
              <w:jc w:val="center"/>
            </w:pPr>
            <w:r>
              <w:rPr>
                <w:b/>
              </w:rPr>
              <w:t>Дн65</w:t>
            </w:r>
          </w:p>
        </w:tc>
        <w:tc>
          <w:tcPr>
            <w:tcW w:w="0" w:type="auto"/>
            <w:shd w:val="clear" w:color="auto" w:fill="E2F0D9"/>
            <w:vAlign w:val="center"/>
          </w:tcPr>
          <w:p w14:paraId="655F83F5" w14:textId="77777777" w:rsidR="007A5E59" w:rsidRDefault="0095198F">
            <w:pPr>
              <w:jc w:val="center"/>
            </w:pPr>
            <w:r>
              <w:rPr>
                <w:b/>
              </w:rPr>
              <w:t>Дн68</w:t>
            </w:r>
          </w:p>
        </w:tc>
        <w:tc>
          <w:tcPr>
            <w:tcW w:w="0" w:type="auto"/>
            <w:shd w:val="clear" w:color="auto" w:fill="E2F0D9"/>
            <w:vAlign w:val="center"/>
          </w:tcPr>
          <w:p w14:paraId="1C564B10" w14:textId="77777777" w:rsidR="007A5E59" w:rsidRDefault="0095198F">
            <w:pPr>
              <w:jc w:val="center"/>
            </w:pPr>
            <w:r>
              <w:rPr>
                <w:b/>
              </w:rPr>
              <w:t>Дн70</w:t>
            </w:r>
          </w:p>
        </w:tc>
        <w:tc>
          <w:tcPr>
            <w:tcW w:w="0" w:type="auto"/>
            <w:shd w:val="clear" w:color="auto" w:fill="E2F0D9"/>
            <w:vAlign w:val="center"/>
          </w:tcPr>
          <w:p w14:paraId="358A5E5C" w14:textId="77777777" w:rsidR="007A5E59" w:rsidRDefault="0095198F">
            <w:pPr>
              <w:jc w:val="center"/>
            </w:pPr>
            <w:r>
              <w:rPr>
                <w:b/>
              </w:rPr>
              <w:t>Дн80</w:t>
            </w:r>
          </w:p>
        </w:tc>
        <w:tc>
          <w:tcPr>
            <w:tcW w:w="0" w:type="auto"/>
            <w:shd w:val="clear" w:color="auto" w:fill="E2F0D9"/>
            <w:vAlign w:val="center"/>
          </w:tcPr>
          <w:p w14:paraId="1852B615" w14:textId="77777777" w:rsidR="007A5E59" w:rsidRDefault="0095198F">
            <w:pPr>
              <w:jc w:val="center"/>
            </w:pPr>
            <w:r>
              <w:rPr>
                <w:b/>
              </w:rPr>
              <w:t>Дн100</w:t>
            </w:r>
          </w:p>
        </w:tc>
        <w:tc>
          <w:tcPr>
            <w:tcW w:w="0" w:type="auto"/>
            <w:shd w:val="clear" w:color="auto" w:fill="E2F0D9"/>
            <w:vAlign w:val="center"/>
          </w:tcPr>
          <w:p w14:paraId="3820021F" w14:textId="77777777" w:rsidR="007A5E59" w:rsidRDefault="0095198F">
            <w:pPr>
              <w:jc w:val="center"/>
            </w:pPr>
            <w:r>
              <w:rPr>
                <w:b/>
              </w:rPr>
              <w:t>Дн125</w:t>
            </w:r>
          </w:p>
        </w:tc>
        <w:tc>
          <w:tcPr>
            <w:tcW w:w="0" w:type="auto"/>
            <w:shd w:val="clear" w:color="auto" w:fill="E2F0D9"/>
            <w:vAlign w:val="center"/>
          </w:tcPr>
          <w:p w14:paraId="3EFE2578" w14:textId="77777777" w:rsidR="007A5E59" w:rsidRDefault="0095198F">
            <w:pPr>
              <w:jc w:val="center"/>
            </w:pPr>
            <w:r>
              <w:rPr>
                <w:b/>
              </w:rPr>
              <w:t>Дн150</w:t>
            </w:r>
          </w:p>
        </w:tc>
        <w:tc>
          <w:tcPr>
            <w:tcW w:w="0" w:type="auto"/>
            <w:shd w:val="clear" w:color="auto" w:fill="E2F0D9"/>
            <w:vAlign w:val="center"/>
          </w:tcPr>
          <w:p w14:paraId="36F04E00" w14:textId="77777777" w:rsidR="007A5E59" w:rsidRDefault="0095198F">
            <w:pPr>
              <w:jc w:val="center"/>
            </w:pPr>
            <w:r>
              <w:rPr>
                <w:b/>
              </w:rPr>
              <w:t>Дн200</w:t>
            </w:r>
          </w:p>
        </w:tc>
        <w:tc>
          <w:tcPr>
            <w:tcW w:w="0" w:type="auto"/>
            <w:shd w:val="clear" w:color="auto" w:fill="E2F0D9"/>
            <w:vAlign w:val="center"/>
          </w:tcPr>
          <w:p w14:paraId="3BED34EF" w14:textId="77777777" w:rsidR="007A5E59" w:rsidRDefault="0095198F">
            <w:pPr>
              <w:jc w:val="center"/>
            </w:pPr>
            <w:r>
              <w:rPr>
                <w:b/>
              </w:rPr>
              <w:t>Дн250</w:t>
            </w:r>
          </w:p>
        </w:tc>
        <w:tc>
          <w:tcPr>
            <w:tcW w:w="0" w:type="auto"/>
            <w:shd w:val="clear" w:color="auto" w:fill="E2F0D9"/>
            <w:vAlign w:val="center"/>
          </w:tcPr>
          <w:p w14:paraId="161493FC" w14:textId="77777777" w:rsidR="007A5E59" w:rsidRDefault="0095198F">
            <w:pPr>
              <w:jc w:val="center"/>
            </w:pPr>
            <w:r>
              <w:rPr>
                <w:b/>
              </w:rPr>
              <w:t>Дн300</w:t>
            </w:r>
          </w:p>
        </w:tc>
        <w:tc>
          <w:tcPr>
            <w:tcW w:w="0" w:type="auto"/>
            <w:shd w:val="clear" w:color="auto" w:fill="E2F0D9"/>
            <w:vAlign w:val="center"/>
          </w:tcPr>
          <w:p w14:paraId="2E7DF840" w14:textId="77777777" w:rsidR="007A5E59" w:rsidRDefault="0095198F">
            <w:pPr>
              <w:jc w:val="center"/>
            </w:pPr>
            <w:r>
              <w:rPr>
                <w:b/>
              </w:rPr>
              <w:t>Дн350</w:t>
            </w:r>
          </w:p>
        </w:tc>
        <w:tc>
          <w:tcPr>
            <w:tcW w:w="0" w:type="auto"/>
            <w:shd w:val="clear" w:color="auto" w:fill="E2F0D9"/>
            <w:vAlign w:val="center"/>
          </w:tcPr>
          <w:p w14:paraId="31A97097" w14:textId="77777777" w:rsidR="007A5E59" w:rsidRDefault="0095198F">
            <w:pPr>
              <w:jc w:val="center"/>
            </w:pPr>
            <w:r>
              <w:rPr>
                <w:b/>
              </w:rPr>
              <w:t>Дн400</w:t>
            </w:r>
          </w:p>
        </w:tc>
        <w:tc>
          <w:tcPr>
            <w:tcW w:w="0" w:type="auto"/>
            <w:shd w:val="clear" w:color="auto" w:fill="E2F0D9"/>
            <w:vAlign w:val="center"/>
          </w:tcPr>
          <w:p w14:paraId="4C511351" w14:textId="77777777" w:rsidR="007A5E59" w:rsidRDefault="0095198F">
            <w:pPr>
              <w:jc w:val="center"/>
            </w:pPr>
            <w:r>
              <w:rPr>
                <w:b/>
              </w:rPr>
              <w:t>Дн500</w:t>
            </w:r>
          </w:p>
        </w:tc>
        <w:tc>
          <w:tcPr>
            <w:tcW w:w="0" w:type="auto"/>
            <w:shd w:val="clear" w:color="auto" w:fill="E2F0D9"/>
            <w:vAlign w:val="center"/>
          </w:tcPr>
          <w:p w14:paraId="5D5EE8AF" w14:textId="77777777" w:rsidR="007A5E59" w:rsidRDefault="0095198F">
            <w:pPr>
              <w:jc w:val="center"/>
            </w:pPr>
            <w:r>
              <w:rPr>
                <w:b/>
              </w:rPr>
              <w:t>ИТОГО</w:t>
            </w:r>
          </w:p>
        </w:tc>
      </w:tr>
      <w:tr w:rsidR="007A5E59" w:rsidRPr="00C07C05" w14:paraId="66595C9E" w14:textId="77777777">
        <w:trPr>
          <w:jc w:val="center"/>
        </w:trPr>
        <w:tc>
          <w:tcPr>
            <w:tcW w:w="0" w:type="auto"/>
          </w:tcPr>
          <w:p w14:paraId="40D261D0" w14:textId="77777777" w:rsidR="007A5E59" w:rsidRPr="00312815" w:rsidRDefault="0095198F">
            <w:pPr>
              <w:rPr>
                <w:lang w:val="ru-RU"/>
              </w:rPr>
            </w:pPr>
            <w:r w:rsidRPr="00312815">
              <w:rPr>
                <w:lang w:val="ru-RU"/>
              </w:rPr>
              <w:t>БЛОК 1. Вся сеть — существующее состояние</w:t>
            </w:r>
          </w:p>
        </w:tc>
        <w:tc>
          <w:tcPr>
            <w:tcW w:w="0" w:type="auto"/>
          </w:tcPr>
          <w:p w14:paraId="61FF4CE4" w14:textId="77777777" w:rsidR="007A5E59" w:rsidRPr="00312815" w:rsidRDefault="007A5E59">
            <w:pPr>
              <w:rPr>
                <w:lang w:val="ru-RU"/>
              </w:rPr>
            </w:pPr>
          </w:p>
        </w:tc>
        <w:tc>
          <w:tcPr>
            <w:tcW w:w="0" w:type="auto"/>
          </w:tcPr>
          <w:p w14:paraId="1A35A8FD" w14:textId="77777777" w:rsidR="007A5E59" w:rsidRPr="00312815" w:rsidRDefault="007A5E59">
            <w:pPr>
              <w:rPr>
                <w:lang w:val="ru-RU"/>
              </w:rPr>
            </w:pPr>
          </w:p>
        </w:tc>
        <w:tc>
          <w:tcPr>
            <w:tcW w:w="0" w:type="auto"/>
          </w:tcPr>
          <w:p w14:paraId="17A0A371" w14:textId="77777777" w:rsidR="007A5E59" w:rsidRPr="00312815" w:rsidRDefault="007A5E59">
            <w:pPr>
              <w:rPr>
                <w:lang w:val="ru-RU"/>
              </w:rPr>
            </w:pPr>
          </w:p>
        </w:tc>
        <w:tc>
          <w:tcPr>
            <w:tcW w:w="0" w:type="auto"/>
          </w:tcPr>
          <w:p w14:paraId="08AADC01" w14:textId="77777777" w:rsidR="007A5E59" w:rsidRPr="00312815" w:rsidRDefault="007A5E59">
            <w:pPr>
              <w:rPr>
                <w:lang w:val="ru-RU"/>
              </w:rPr>
            </w:pPr>
          </w:p>
        </w:tc>
        <w:tc>
          <w:tcPr>
            <w:tcW w:w="0" w:type="auto"/>
          </w:tcPr>
          <w:p w14:paraId="1DC6BD73" w14:textId="77777777" w:rsidR="007A5E59" w:rsidRPr="00312815" w:rsidRDefault="007A5E59">
            <w:pPr>
              <w:rPr>
                <w:lang w:val="ru-RU"/>
              </w:rPr>
            </w:pPr>
          </w:p>
        </w:tc>
        <w:tc>
          <w:tcPr>
            <w:tcW w:w="0" w:type="auto"/>
          </w:tcPr>
          <w:p w14:paraId="6C5EA942" w14:textId="77777777" w:rsidR="007A5E59" w:rsidRPr="00312815" w:rsidRDefault="007A5E59">
            <w:pPr>
              <w:rPr>
                <w:lang w:val="ru-RU"/>
              </w:rPr>
            </w:pPr>
          </w:p>
        </w:tc>
        <w:tc>
          <w:tcPr>
            <w:tcW w:w="0" w:type="auto"/>
          </w:tcPr>
          <w:p w14:paraId="069049EF" w14:textId="77777777" w:rsidR="007A5E59" w:rsidRPr="00312815" w:rsidRDefault="007A5E59">
            <w:pPr>
              <w:rPr>
                <w:lang w:val="ru-RU"/>
              </w:rPr>
            </w:pPr>
          </w:p>
        </w:tc>
        <w:tc>
          <w:tcPr>
            <w:tcW w:w="0" w:type="auto"/>
          </w:tcPr>
          <w:p w14:paraId="6870FA2A" w14:textId="77777777" w:rsidR="007A5E59" w:rsidRPr="00312815" w:rsidRDefault="007A5E59">
            <w:pPr>
              <w:rPr>
                <w:lang w:val="ru-RU"/>
              </w:rPr>
            </w:pPr>
          </w:p>
        </w:tc>
        <w:tc>
          <w:tcPr>
            <w:tcW w:w="0" w:type="auto"/>
          </w:tcPr>
          <w:p w14:paraId="5139FAC5" w14:textId="77777777" w:rsidR="007A5E59" w:rsidRPr="00312815" w:rsidRDefault="007A5E59">
            <w:pPr>
              <w:rPr>
                <w:lang w:val="ru-RU"/>
              </w:rPr>
            </w:pPr>
          </w:p>
        </w:tc>
        <w:tc>
          <w:tcPr>
            <w:tcW w:w="0" w:type="auto"/>
          </w:tcPr>
          <w:p w14:paraId="3856256B" w14:textId="77777777" w:rsidR="007A5E59" w:rsidRPr="00312815" w:rsidRDefault="007A5E59">
            <w:pPr>
              <w:rPr>
                <w:lang w:val="ru-RU"/>
              </w:rPr>
            </w:pPr>
          </w:p>
        </w:tc>
        <w:tc>
          <w:tcPr>
            <w:tcW w:w="0" w:type="auto"/>
          </w:tcPr>
          <w:p w14:paraId="5BE64925" w14:textId="77777777" w:rsidR="007A5E59" w:rsidRPr="00312815" w:rsidRDefault="007A5E59">
            <w:pPr>
              <w:rPr>
                <w:lang w:val="ru-RU"/>
              </w:rPr>
            </w:pPr>
          </w:p>
        </w:tc>
        <w:tc>
          <w:tcPr>
            <w:tcW w:w="0" w:type="auto"/>
          </w:tcPr>
          <w:p w14:paraId="2C90F107" w14:textId="77777777" w:rsidR="007A5E59" w:rsidRPr="00312815" w:rsidRDefault="007A5E59">
            <w:pPr>
              <w:rPr>
                <w:lang w:val="ru-RU"/>
              </w:rPr>
            </w:pPr>
          </w:p>
        </w:tc>
        <w:tc>
          <w:tcPr>
            <w:tcW w:w="0" w:type="auto"/>
          </w:tcPr>
          <w:p w14:paraId="4F7B5230" w14:textId="77777777" w:rsidR="007A5E59" w:rsidRPr="00312815" w:rsidRDefault="007A5E59">
            <w:pPr>
              <w:rPr>
                <w:lang w:val="ru-RU"/>
              </w:rPr>
            </w:pPr>
          </w:p>
        </w:tc>
        <w:tc>
          <w:tcPr>
            <w:tcW w:w="0" w:type="auto"/>
          </w:tcPr>
          <w:p w14:paraId="490CE191" w14:textId="77777777" w:rsidR="007A5E59" w:rsidRPr="00312815" w:rsidRDefault="007A5E59">
            <w:pPr>
              <w:rPr>
                <w:lang w:val="ru-RU"/>
              </w:rPr>
            </w:pPr>
          </w:p>
        </w:tc>
        <w:tc>
          <w:tcPr>
            <w:tcW w:w="0" w:type="auto"/>
          </w:tcPr>
          <w:p w14:paraId="0E364142" w14:textId="77777777" w:rsidR="007A5E59" w:rsidRPr="00312815" w:rsidRDefault="007A5E59">
            <w:pPr>
              <w:rPr>
                <w:lang w:val="ru-RU"/>
              </w:rPr>
            </w:pPr>
          </w:p>
        </w:tc>
        <w:tc>
          <w:tcPr>
            <w:tcW w:w="0" w:type="auto"/>
          </w:tcPr>
          <w:p w14:paraId="527242B0" w14:textId="77777777" w:rsidR="007A5E59" w:rsidRPr="00312815" w:rsidRDefault="007A5E59">
            <w:pPr>
              <w:rPr>
                <w:lang w:val="ru-RU"/>
              </w:rPr>
            </w:pPr>
          </w:p>
        </w:tc>
        <w:tc>
          <w:tcPr>
            <w:tcW w:w="0" w:type="auto"/>
          </w:tcPr>
          <w:p w14:paraId="04753F3F" w14:textId="77777777" w:rsidR="007A5E59" w:rsidRPr="00312815" w:rsidRDefault="007A5E59">
            <w:pPr>
              <w:rPr>
                <w:lang w:val="ru-RU"/>
              </w:rPr>
            </w:pPr>
          </w:p>
        </w:tc>
        <w:tc>
          <w:tcPr>
            <w:tcW w:w="0" w:type="auto"/>
          </w:tcPr>
          <w:p w14:paraId="2107F72E" w14:textId="77777777" w:rsidR="007A5E59" w:rsidRPr="00312815" w:rsidRDefault="007A5E59">
            <w:pPr>
              <w:rPr>
                <w:lang w:val="ru-RU"/>
              </w:rPr>
            </w:pPr>
          </w:p>
        </w:tc>
        <w:tc>
          <w:tcPr>
            <w:tcW w:w="0" w:type="auto"/>
          </w:tcPr>
          <w:p w14:paraId="49A26864" w14:textId="77777777" w:rsidR="007A5E59" w:rsidRPr="00312815" w:rsidRDefault="007A5E59">
            <w:pPr>
              <w:rPr>
                <w:lang w:val="ru-RU"/>
              </w:rPr>
            </w:pPr>
          </w:p>
        </w:tc>
        <w:tc>
          <w:tcPr>
            <w:tcW w:w="0" w:type="auto"/>
          </w:tcPr>
          <w:p w14:paraId="768BA582" w14:textId="77777777" w:rsidR="007A5E59" w:rsidRPr="00312815" w:rsidRDefault="007A5E59">
            <w:pPr>
              <w:rPr>
                <w:lang w:val="ru-RU"/>
              </w:rPr>
            </w:pPr>
          </w:p>
        </w:tc>
      </w:tr>
      <w:tr w:rsidR="007A5E59" w14:paraId="67698E5B" w14:textId="77777777">
        <w:trPr>
          <w:jc w:val="center"/>
        </w:trPr>
        <w:tc>
          <w:tcPr>
            <w:tcW w:w="0" w:type="auto"/>
          </w:tcPr>
          <w:p w14:paraId="0D4304ED" w14:textId="77777777" w:rsidR="007A5E59" w:rsidRDefault="0095198F">
            <w:r>
              <w:t>в канале</w:t>
            </w:r>
          </w:p>
        </w:tc>
        <w:tc>
          <w:tcPr>
            <w:tcW w:w="0" w:type="auto"/>
          </w:tcPr>
          <w:p w14:paraId="5F209E4F" w14:textId="77777777" w:rsidR="007A5E59" w:rsidRDefault="0095198F">
            <w:pPr>
              <w:jc w:val="center"/>
            </w:pPr>
            <w:r>
              <w:t>0,0</w:t>
            </w:r>
          </w:p>
        </w:tc>
        <w:tc>
          <w:tcPr>
            <w:tcW w:w="0" w:type="auto"/>
          </w:tcPr>
          <w:p w14:paraId="01662EF8" w14:textId="77777777" w:rsidR="007A5E59" w:rsidRDefault="0095198F">
            <w:pPr>
              <w:jc w:val="center"/>
            </w:pPr>
            <w:r>
              <w:t>50,0</w:t>
            </w:r>
          </w:p>
        </w:tc>
        <w:tc>
          <w:tcPr>
            <w:tcW w:w="0" w:type="auto"/>
          </w:tcPr>
          <w:p w14:paraId="482493A5" w14:textId="77777777" w:rsidR="007A5E59" w:rsidRDefault="0095198F">
            <w:pPr>
              <w:jc w:val="center"/>
            </w:pPr>
            <w:r>
              <w:t>18,0</w:t>
            </w:r>
          </w:p>
        </w:tc>
        <w:tc>
          <w:tcPr>
            <w:tcW w:w="0" w:type="auto"/>
          </w:tcPr>
          <w:p w14:paraId="3E40F995" w14:textId="77777777" w:rsidR="007A5E59" w:rsidRDefault="0095198F">
            <w:pPr>
              <w:jc w:val="center"/>
            </w:pPr>
            <w:r>
              <w:t>25,0</w:t>
            </w:r>
          </w:p>
        </w:tc>
        <w:tc>
          <w:tcPr>
            <w:tcW w:w="0" w:type="auto"/>
          </w:tcPr>
          <w:p w14:paraId="5DB3A9DC" w14:textId="77777777" w:rsidR="007A5E59" w:rsidRDefault="0095198F">
            <w:pPr>
              <w:jc w:val="center"/>
            </w:pPr>
            <w:r>
              <w:t>0,0</w:t>
            </w:r>
          </w:p>
        </w:tc>
        <w:tc>
          <w:tcPr>
            <w:tcW w:w="0" w:type="auto"/>
          </w:tcPr>
          <w:p w14:paraId="508849DE" w14:textId="77777777" w:rsidR="007A5E59" w:rsidRDefault="0095198F">
            <w:pPr>
              <w:jc w:val="center"/>
            </w:pPr>
            <w:r>
              <w:t>335,0</w:t>
            </w:r>
          </w:p>
        </w:tc>
        <w:tc>
          <w:tcPr>
            <w:tcW w:w="0" w:type="auto"/>
          </w:tcPr>
          <w:p w14:paraId="1786A789" w14:textId="77777777" w:rsidR="007A5E59" w:rsidRDefault="0095198F">
            <w:pPr>
              <w:jc w:val="center"/>
            </w:pPr>
            <w:r>
              <w:t>348,0</w:t>
            </w:r>
          </w:p>
        </w:tc>
        <w:tc>
          <w:tcPr>
            <w:tcW w:w="0" w:type="auto"/>
          </w:tcPr>
          <w:p w14:paraId="23D5FD1A" w14:textId="77777777" w:rsidR="007A5E59" w:rsidRDefault="0095198F">
            <w:pPr>
              <w:jc w:val="center"/>
            </w:pPr>
            <w:r>
              <w:t>0,0</w:t>
            </w:r>
          </w:p>
        </w:tc>
        <w:tc>
          <w:tcPr>
            <w:tcW w:w="0" w:type="auto"/>
          </w:tcPr>
          <w:p w14:paraId="635B891D" w14:textId="77777777" w:rsidR="007A5E59" w:rsidRDefault="0095198F">
            <w:pPr>
              <w:jc w:val="center"/>
            </w:pPr>
            <w:r>
              <w:t>0,0</w:t>
            </w:r>
          </w:p>
        </w:tc>
        <w:tc>
          <w:tcPr>
            <w:tcW w:w="0" w:type="auto"/>
          </w:tcPr>
          <w:p w14:paraId="49A7FFFE" w14:textId="77777777" w:rsidR="007A5E59" w:rsidRDefault="0095198F">
            <w:pPr>
              <w:jc w:val="center"/>
            </w:pPr>
            <w:r>
              <w:t>236,0</w:t>
            </w:r>
          </w:p>
        </w:tc>
        <w:tc>
          <w:tcPr>
            <w:tcW w:w="0" w:type="auto"/>
          </w:tcPr>
          <w:p w14:paraId="4D1480AD" w14:textId="77777777" w:rsidR="007A5E59" w:rsidRDefault="0095198F">
            <w:pPr>
              <w:jc w:val="center"/>
            </w:pPr>
            <w:r>
              <w:t>358,0</w:t>
            </w:r>
          </w:p>
        </w:tc>
        <w:tc>
          <w:tcPr>
            <w:tcW w:w="0" w:type="auto"/>
          </w:tcPr>
          <w:p w14:paraId="269938AD" w14:textId="77777777" w:rsidR="007A5E59" w:rsidRDefault="0095198F">
            <w:pPr>
              <w:jc w:val="center"/>
            </w:pPr>
            <w:r>
              <w:t>0,0</w:t>
            </w:r>
          </w:p>
        </w:tc>
        <w:tc>
          <w:tcPr>
            <w:tcW w:w="0" w:type="auto"/>
          </w:tcPr>
          <w:p w14:paraId="5F2017CB" w14:textId="77777777" w:rsidR="007A5E59" w:rsidRDefault="0095198F">
            <w:pPr>
              <w:jc w:val="center"/>
            </w:pPr>
            <w:r>
              <w:t>0,0</w:t>
            </w:r>
          </w:p>
        </w:tc>
        <w:tc>
          <w:tcPr>
            <w:tcW w:w="0" w:type="auto"/>
          </w:tcPr>
          <w:p w14:paraId="6D3DA381" w14:textId="77777777" w:rsidR="007A5E59" w:rsidRDefault="0095198F">
            <w:pPr>
              <w:jc w:val="center"/>
            </w:pPr>
            <w:r>
              <w:t>106,0</w:t>
            </w:r>
          </w:p>
        </w:tc>
        <w:tc>
          <w:tcPr>
            <w:tcW w:w="0" w:type="auto"/>
          </w:tcPr>
          <w:p w14:paraId="70B6871E" w14:textId="77777777" w:rsidR="007A5E59" w:rsidRDefault="0095198F">
            <w:pPr>
              <w:jc w:val="center"/>
            </w:pPr>
            <w:r>
              <w:t>0,0</w:t>
            </w:r>
          </w:p>
        </w:tc>
        <w:tc>
          <w:tcPr>
            <w:tcW w:w="0" w:type="auto"/>
          </w:tcPr>
          <w:p w14:paraId="256A8276" w14:textId="77777777" w:rsidR="007A5E59" w:rsidRDefault="0095198F">
            <w:pPr>
              <w:jc w:val="center"/>
            </w:pPr>
            <w:r>
              <w:t>0,0</w:t>
            </w:r>
          </w:p>
        </w:tc>
        <w:tc>
          <w:tcPr>
            <w:tcW w:w="0" w:type="auto"/>
          </w:tcPr>
          <w:p w14:paraId="021BA663" w14:textId="77777777" w:rsidR="007A5E59" w:rsidRDefault="0095198F">
            <w:pPr>
              <w:jc w:val="center"/>
            </w:pPr>
            <w:r>
              <w:t>0,0</w:t>
            </w:r>
          </w:p>
        </w:tc>
        <w:tc>
          <w:tcPr>
            <w:tcW w:w="0" w:type="auto"/>
          </w:tcPr>
          <w:p w14:paraId="79CADC4F" w14:textId="77777777" w:rsidR="007A5E59" w:rsidRDefault="0095198F">
            <w:pPr>
              <w:jc w:val="center"/>
            </w:pPr>
            <w:r>
              <w:t>0,0</w:t>
            </w:r>
          </w:p>
        </w:tc>
        <w:tc>
          <w:tcPr>
            <w:tcW w:w="0" w:type="auto"/>
          </w:tcPr>
          <w:p w14:paraId="7672B351" w14:textId="77777777" w:rsidR="007A5E59" w:rsidRDefault="0095198F">
            <w:pPr>
              <w:jc w:val="center"/>
            </w:pPr>
            <w:r>
              <w:t>0,0</w:t>
            </w:r>
          </w:p>
        </w:tc>
        <w:tc>
          <w:tcPr>
            <w:tcW w:w="0" w:type="auto"/>
          </w:tcPr>
          <w:p w14:paraId="29561B7F" w14:textId="77777777" w:rsidR="007A5E59" w:rsidRDefault="0095198F">
            <w:pPr>
              <w:jc w:val="center"/>
            </w:pPr>
            <w:r>
              <w:t>1 476,0</w:t>
            </w:r>
          </w:p>
        </w:tc>
      </w:tr>
      <w:tr w:rsidR="007A5E59" w14:paraId="5118DC25" w14:textId="77777777">
        <w:trPr>
          <w:jc w:val="center"/>
        </w:trPr>
        <w:tc>
          <w:tcPr>
            <w:tcW w:w="0" w:type="auto"/>
          </w:tcPr>
          <w:p w14:paraId="5787343D" w14:textId="77777777" w:rsidR="007A5E59" w:rsidRDefault="0095198F">
            <w:r>
              <w:t>бесканально</w:t>
            </w:r>
          </w:p>
        </w:tc>
        <w:tc>
          <w:tcPr>
            <w:tcW w:w="0" w:type="auto"/>
          </w:tcPr>
          <w:p w14:paraId="78EBF9AC" w14:textId="77777777" w:rsidR="007A5E59" w:rsidRDefault="0095198F">
            <w:pPr>
              <w:jc w:val="center"/>
            </w:pPr>
            <w:r>
              <w:t>0,0</w:t>
            </w:r>
          </w:p>
        </w:tc>
        <w:tc>
          <w:tcPr>
            <w:tcW w:w="0" w:type="auto"/>
          </w:tcPr>
          <w:p w14:paraId="0FD642CF" w14:textId="77777777" w:rsidR="007A5E59" w:rsidRDefault="0095198F">
            <w:pPr>
              <w:jc w:val="center"/>
            </w:pPr>
            <w:r>
              <w:t>0,0</w:t>
            </w:r>
          </w:p>
        </w:tc>
        <w:tc>
          <w:tcPr>
            <w:tcW w:w="0" w:type="auto"/>
          </w:tcPr>
          <w:p w14:paraId="29CDB47A" w14:textId="77777777" w:rsidR="007A5E59" w:rsidRDefault="0095198F">
            <w:pPr>
              <w:jc w:val="center"/>
            </w:pPr>
            <w:r>
              <w:t>0,0</w:t>
            </w:r>
          </w:p>
        </w:tc>
        <w:tc>
          <w:tcPr>
            <w:tcW w:w="0" w:type="auto"/>
          </w:tcPr>
          <w:p w14:paraId="5391656A" w14:textId="77777777" w:rsidR="007A5E59" w:rsidRDefault="0095198F">
            <w:pPr>
              <w:jc w:val="center"/>
            </w:pPr>
            <w:r>
              <w:t>0,0</w:t>
            </w:r>
          </w:p>
        </w:tc>
        <w:tc>
          <w:tcPr>
            <w:tcW w:w="0" w:type="auto"/>
          </w:tcPr>
          <w:p w14:paraId="0BEC7D16" w14:textId="77777777" w:rsidR="007A5E59" w:rsidRDefault="0095198F">
            <w:pPr>
              <w:jc w:val="center"/>
            </w:pPr>
            <w:r>
              <w:t>0,0</w:t>
            </w:r>
          </w:p>
        </w:tc>
        <w:tc>
          <w:tcPr>
            <w:tcW w:w="0" w:type="auto"/>
          </w:tcPr>
          <w:p w14:paraId="0A8765D9" w14:textId="77777777" w:rsidR="007A5E59" w:rsidRDefault="0095198F">
            <w:pPr>
              <w:jc w:val="center"/>
            </w:pPr>
            <w:r>
              <w:t>0,0</w:t>
            </w:r>
          </w:p>
        </w:tc>
        <w:tc>
          <w:tcPr>
            <w:tcW w:w="0" w:type="auto"/>
          </w:tcPr>
          <w:p w14:paraId="075AF9CC" w14:textId="77777777" w:rsidR="007A5E59" w:rsidRDefault="0095198F">
            <w:pPr>
              <w:jc w:val="center"/>
            </w:pPr>
            <w:r>
              <w:t>0,0</w:t>
            </w:r>
          </w:p>
        </w:tc>
        <w:tc>
          <w:tcPr>
            <w:tcW w:w="0" w:type="auto"/>
          </w:tcPr>
          <w:p w14:paraId="482DB0EB" w14:textId="77777777" w:rsidR="007A5E59" w:rsidRDefault="0095198F">
            <w:pPr>
              <w:jc w:val="center"/>
            </w:pPr>
            <w:r>
              <w:t>0,0</w:t>
            </w:r>
          </w:p>
        </w:tc>
        <w:tc>
          <w:tcPr>
            <w:tcW w:w="0" w:type="auto"/>
          </w:tcPr>
          <w:p w14:paraId="1BE90ED9" w14:textId="77777777" w:rsidR="007A5E59" w:rsidRDefault="0095198F">
            <w:pPr>
              <w:jc w:val="center"/>
            </w:pPr>
            <w:r>
              <w:t>0,0</w:t>
            </w:r>
          </w:p>
        </w:tc>
        <w:tc>
          <w:tcPr>
            <w:tcW w:w="0" w:type="auto"/>
          </w:tcPr>
          <w:p w14:paraId="56EB6EC0" w14:textId="77777777" w:rsidR="007A5E59" w:rsidRDefault="0095198F">
            <w:pPr>
              <w:jc w:val="center"/>
            </w:pPr>
            <w:r>
              <w:t>0,0</w:t>
            </w:r>
          </w:p>
        </w:tc>
        <w:tc>
          <w:tcPr>
            <w:tcW w:w="0" w:type="auto"/>
          </w:tcPr>
          <w:p w14:paraId="2104A660" w14:textId="77777777" w:rsidR="007A5E59" w:rsidRDefault="0095198F">
            <w:pPr>
              <w:jc w:val="center"/>
            </w:pPr>
            <w:r>
              <w:t>0,0</w:t>
            </w:r>
          </w:p>
        </w:tc>
        <w:tc>
          <w:tcPr>
            <w:tcW w:w="0" w:type="auto"/>
          </w:tcPr>
          <w:p w14:paraId="4A6F768F" w14:textId="77777777" w:rsidR="007A5E59" w:rsidRDefault="0095198F">
            <w:pPr>
              <w:jc w:val="center"/>
            </w:pPr>
            <w:r>
              <w:t>0,0</w:t>
            </w:r>
          </w:p>
        </w:tc>
        <w:tc>
          <w:tcPr>
            <w:tcW w:w="0" w:type="auto"/>
          </w:tcPr>
          <w:p w14:paraId="312422F1" w14:textId="77777777" w:rsidR="007A5E59" w:rsidRDefault="0095198F">
            <w:pPr>
              <w:jc w:val="center"/>
            </w:pPr>
            <w:r>
              <w:t>0,0</w:t>
            </w:r>
          </w:p>
        </w:tc>
        <w:tc>
          <w:tcPr>
            <w:tcW w:w="0" w:type="auto"/>
          </w:tcPr>
          <w:p w14:paraId="525D4CF8" w14:textId="77777777" w:rsidR="007A5E59" w:rsidRDefault="0095198F">
            <w:pPr>
              <w:jc w:val="center"/>
            </w:pPr>
            <w:r>
              <w:t>0,0</w:t>
            </w:r>
          </w:p>
        </w:tc>
        <w:tc>
          <w:tcPr>
            <w:tcW w:w="0" w:type="auto"/>
          </w:tcPr>
          <w:p w14:paraId="605EA2A1" w14:textId="77777777" w:rsidR="007A5E59" w:rsidRDefault="0095198F">
            <w:pPr>
              <w:jc w:val="center"/>
            </w:pPr>
            <w:r>
              <w:t>0,0</w:t>
            </w:r>
          </w:p>
        </w:tc>
        <w:tc>
          <w:tcPr>
            <w:tcW w:w="0" w:type="auto"/>
          </w:tcPr>
          <w:p w14:paraId="2991E0D8" w14:textId="77777777" w:rsidR="007A5E59" w:rsidRDefault="0095198F">
            <w:pPr>
              <w:jc w:val="center"/>
            </w:pPr>
            <w:r>
              <w:t>0,0</w:t>
            </w:r>
          </w:p>
        </w:tc>
        <w:tc>
          <w:tcPr>
            <w:tcW w:w="0" w:type="auto"/>
          </w:tcPr>
          <w:p w14:paraId="5C6B7697" w14:textId="77777777" w:rsidR="007A5E59" w:rsidRDefault="0095198F">
            <w:pPr>
              <w:jc w:val="center"/>
            </w:pPr>
            <w:r>
              <w:t>0,0</w:t>
            </w:r>
          </w:p>
        </w:tc>
        <w:tc>
          <w:tcPr>
            <w:tcW w:w="0" w:type="auto"/>
          </w:tcPr>
          <w:p w14:paraId="21B15A92" w14:textId="77777777" w:rsidR="007A5E59" w:rsidRDefault="0095198F">
            <w:pPr>
              <w:jc w:val="center"/>
            </w:pPr>
            <w:r>
              <w:t>0,0</w:t>
            </w:r>
          </w:p>
        </w:tc>
        <w:tc>
          <w:tcPr>
            <w:tcW w:w="0" w:type="auto"/>
          </w:tcPr>
          <w:p w14:paraId="2BEC531B" w14:textId="77777777" w:rsidR="007A5E59" w:rsidRDefault="0095198F">
            <w:pPr>
              <w:jc w:val="center"/>
            </w:pPr>
            <w:r>
              <w:t>0,0</w:t>
            </w:r>
          </w:p>
        </w:tc>
        <w:tc>
          <w:tcPr>
            <w:tcW w:w="0" w:type="auto"/>
          </w:tcPr>
          <w:p w14:paraId="243CF1E6" w14:textId="77777777" w:rsidR="007A5E59" w:rsidRDefault="0095198F">
            <w:pPr>
              <w:jc w:val="center"/>
            </w:pPr>
            <w:r>
              <w:t>0,0</w:t>
            </w:r>
          </w:p>
        </w:tc>
      </w:tr>
      <w:tr w:rsidR="007A5E59" w14:paraId="216A8ED8" w14:textId="77777777">
        <w:trPr>
          <w:jc w:val="center"/>
        </w:trPr>
        <w:tc>
          <w:tcPr>
            <w:tcW w:w="0" w:type="auto"/>
          </w:tcPr>
          <w:p w14:paraId="41C25E3E" w14:textId="77777777" w:rsidR="007A5E59" w:rsidRDefault="0095198F">
            <w:r>
              <w:t>надземная</w:t>
            </w:r>
          </w:p>
        </w:tc>
        <w:tc>
          <w:tcPr>
            <w:tcW w:w="0" w:type="auto"/>
          </w:tcPr>
          <w:p w14:paraId="58A65274" w14:textId="77777777" w:rsidR="007A5E59" w:rsidRDefault="0095198F">
            <w:pPr>
              <w:jc w:val="center"/>
            </w:pPr>
            <w:r>
              <w:t>0,0</w:t>
            </w:r>
          </w:p>
        </w:tc>
        <w:tc>
          <w:tcPr>
            <w:tcW w:w="0" w:type="auto"/>
          </w:tcPr>
          <w:p w14:paraId="7FB6157C" w14:textId="77777777" w:rsidR="007A5E59" w:rsidRDefault="0095198F">
            <w:pPr>
              <w:jc w:val="center"/>
            </w:pPr>
            <w:r>
              <w:t>0,0</w:t>
            </w:r>
          </w:p>
        </w:tc>
        <w:tc>
          <w:tcPr>
            <w:tcW w:w="0" w:type="auto"/>
          </w:tcPr>
          <w:p w14:paraId="07634517" w14:textId="77777777" w:rsidR="007A5E59" w:rsidRDefault="0095198F">
            <w:pPr>
              <w:jc w:val="center"/>
            </w:pPr>
            <w:r>
              <w:t>114,0</w:t>
            </w:r>
          </w:p>
        </w:tc>
        <w:tc>
          <w:tcPr>
            <w:tcW w:w="0" w:type="auto"/>
          </w:tcPr>
          <w:p w14:paraId="065E2D65" w14:textId="77777777" w:rsidR="007A5E59" w:rsidRDefault="0095198F">
            <w:pPr>
              <w:jc w:val="center"/>
            </w:pPr>
            <w:r>
              <w:t>0,0</w:t>
            </w:r>
          </w:p>
        </w:tc>
        <w:tc>
          <w:tcPr>
            <w:tcW w:w="0" w:type="auto"/>
          </w:tcPr>
          <w:p w14:paraId="66002B58" w14:textId="77777777" w:rsidR="007A5E59" w:rsidRDefault="0095198F">
            <w:pPr>
              <w:jc w:val="center"/>
            </w:pPr>
            <w:r>
              <w:t>372,0</w:t>
            </w:r>
          </w:p>
        </w:tc>
        <w:tc>
          <w:tcPr>
            <w:tcW w:w="0" w:type="auto"/>
          </w:tcPr>
          <w:p w14:paraId="2F8BBCE4" w14:textId="77777777" w:rsidR="007A5E59" w:rsidRDefault="0095198F">
            <w:pPr>
              <w:jc w:val="center"/>
            </w:pPr>
            <w:r>
              <w:t>966,0</w:t>
            </w:r>
          </w:p>
        </w:tc>
        <w:tc>
          <w:tcPr>
            <w:tcW w:w="0" w:type="auto"/>
          </w:tcPr>
          <w:p w14:paraId="1EDA3C37" w14:textId="77777777" w:rsidR="007A5E59" w:rsidRDefault="0095198F">
            <w:pPr>
              <w:jc w:val="center"/>
            </w:pPr>
            <w:r>
              <w:t>428,0</w:t>
            </w:r>
          </w:p>
        </w:tc>
        <w:tc>
          <w:tcPr>
            <w:tcW w:w="0" w:type="auto"/>
          </w:tcPr>
          <w:p w14:paraId="3544C51A" w14:textId="77777777" w:rsidR="007A5E59" w:rsidRDefault="0095198F">
            <w:pPr>
              <w:jc w:val="center"/>
            </w:pPr>
            <w:r>
              <w:t>0,0</w:t>
            </w:r>
          </w:p>
        </w:tc>
        <w:tc>
          <w:tcPr>
            <w:tcW w:w="0" w:type="auto"/>
          </w:tcPr>
          <w:p w14:paraId="2A4A35FC" w14:textId="77777777" w:rsidR="007A5E59" w:rsidRDefault="0095198F">
            <w:pPr>
              <w:jc w:val="center"/>
            </w:pPr>
            <w:r>
              <w:t>0,0</w:t>
            </w:r>
          </w:p>
        </w:tc>
        <w:tc>
          <w:tcPr>
            <w:tcW w:w="0" w:type="auto"/>
          </w:tcPr>
          <w:p w14:paraId="7C05DF95" w14:textId="77777777" w:rsidR="007A5E59" w:rsidRDefault="0095198F">
            <w:pPr>
              <w:jc w:val="center"/>
            </w:pPr>
            <w:r>
              <w:t>222,0</w:t>
            </w:r>
          </w:p>
        </w:tc>
        <w:tc>
          <w:tcPr>
            <w:tcW w:w="0" w:type="auto"/>
          </w:tcPr>
          <w:p w14:paraId="085F4B92" w14:textId="77777777" w:rsidR="007A5E59" w:rsidRDefault="0095198F">
            <w:pPr>
              <w:jc w:val="center"/>
            </w:pPr>
            <w:r>
              <w:t>699,0</w:t>
            </w:r>
          </w:p>
        </w:tc>
        <w:tc>
          <w:tcPr>
            <w:tcW w:w="0" w:type="auto"/>
          </w:tcPr>
          <w:p w14:paraId="4AE2DE01" w14:textId="77777777" w:rsidR="007A5E59" w:rsidRDefault="0095198F">
            <w:pPr>
              <w:jc w:val="center"/>
            </w:pPr>
            <w:r>
              <w:t>0,0</w:t>
            </w:r>
          </w:p>
        </w:tc>
        <w:tc>
          <w:tcPr>
            <w:tcW w:w="0" w:type="auto"/>
          </w:tcPr>
          <w:p w14:paraId="7C6BAE84" w14:textId="77777777" w:rsidR="007A5E59" w:rsidRDefault="0095198F">
            <w:pPr>
              <w:jc w:val="center"/>
            </w:pPr>
            <w:r>
              <w:t>0,0</w:t>
            </w:r>
          </w:p>
        </w:tc>
        <w:tc>
          <w:tcPr>
            <w:tcW w:w="0" w:type="auto"/>
          </w:tcPr>
          <w:p w14:paraId="4A12FC35" w14:textId="77777777" w:rsidR="007A5E59" w:rsidRDefault="0095198F">
            <w:pPr>
              <w:jc w:val="center"/>
            </w:pPr>
            <w:r>
              <w:t>795,0</w:t>
            </w:r>
          </w:p>
        </w:tc>
        <w:tc>
          <w:tcPr>
            <w:tcW w:w="0" w:type="auto"/>
          </w:tcPr>
          <w:p w14:paraId="556259A4" w14:textId="77777777" w:rsidR="007A5E59" w:rsidRDefault="0095198F">
            <w:pPr>
              <w:jc w:val="center"/>
            </w:pPr>
            <w:r>
              <w:t>0,0</w:t>
            </w:r>
          </w:p>
        </w:tc>
        <w:tc>
          <w:tcPr>
            <w:tcW w:w="0" w:type="auto"/>
          </w:tcPr>
          <w:p w14:paraId="3915C0FF" w14:textId="77777777" w:rsidR="007A5E59" w:rsidRDefault="0095198F">
            <w:pPr>
              <w:jc w:val="center"/>
            </w:pPr>
            <w:r>
              <w:t>0,0</w:t>
            </w:r>
          </w:p>
        </w:tc>
        <w:tc>
          <w:tcPr>
            <w:tcW w:w="0" w:type="auto"/>
          </w:tcPr>
          <w:p w14:paraId="1299B701" w14:textId="77777777" w:rsidR="007A5E59" w:rsidRDefault="0095198F">
            <w:pPr>
              <w:jc w:val="center"/>
            </w:pPr>
            <w:r>
              <w:t>0,0</w:t>
            </w:r>
          </w:p>
        </w:tc>
        <w:tc>
          <w:tcPr>
            <w:tcW w:w="0" w:type="auto"/>
          </w:tcPr>
          <w:p w14:paraId="2E0E55F7" w14:textId="77777777" w:rsidR="007A5E59" w:rsidRDefault="0095198F">
            <w:pPr>
              <w:jc w:val="center"/>
            </w:pPr>
            <w:r>
              <w:t>0,0</w:t>
            </w:r>
          </w:p>
        </w:tc>
        <w:tc>
          <w:tcPr>
            <w:tcW w:w="0" w:type="auto"/>
          </w:tcPr>
          <w:p w14:paraId="7704ABD6" w14:textId="77777777" w:rsidR="007A5E59" w:rsidRDefault="0095198F">
            <w:pPr>
              <w:jc w:val="center"/>
            </w:pPr>
            <w:r>
              <w:t>0,0</w:t>
            </w:r>
          </w:p>
        </w:tc>
        <w:tc>
          <w:tcPr>
            <w:tcW w:w="0" w:type="auto"/>
          </w:tcPr>
          <w:p w14:paraId="0941190C" w14:textId="77777777" w:rsidR="007A5E59" w:rsidRDefault="0095198F">
            <w:pPr>
              <w:jc w:val="center"/>
            </w:pPr>
            <w:r>
              <w:t>3 596,0</w:t>
            </w:r>
          </w:p>
        </w:tc>
      </w:tr>
      <w:tr w:rsidR="007A5E59" w14:paraId="4C89A811" w14:textId="77777777">
        <w:trPr>
          <w:jc w:val="center"/>
        </w:trPr>
        <w:tc>
          <w:tcPr>
            <w:tcW w:w="0" w:type="auto"/>
            <w:shd w:val="clear" w:color="auto" w:fill="DBE5F1"/>
          </w:tcPr>
          <w:p w14:paraId="0FF6B1C3" w14:textId="77777777" w:rsidR="007A5E59" w:rsidRDefault="0095198F">
            <w:r>
              <w:rPr>
                <w:b/>
              </w:rPr>
              <w:t>ИТОГО существующая сеть</w:t>
            </w:r>
          </w:p>
        </w:tc>
        <w:tc>
          <w:tcPr>
            <w:tcW w:w="0" w:type="auto"/>
            <w:shd w:val="clear" w:color="auto" w:fill="DBE5F1"/>
          </w:tcPr>
          <w:p w14:paraId="060E4FA6" w14:textId="77777777" w:rsidR="007A5E59" w:rsidRDefault="0095198F">
            <w:pPr>
              <w:jc w:val="center"/>
            </w:pPr>
            <w:r>
              <w:rPr>
                <w:b/>
              </w:rPr>
              <w:t>0,0</w:t>
            </w:r>
          </w:p>
        </w:tc>
        <w:tc>
          <w:tcPr>
            <w:tcW w:w="0" w:type="auto"/>
            <w:shd w:val="clear" w:color="auto" w:fill="DBE5F1"/>
          </w:tcPr>
          <w:p w14:paraId="6E12438E" w14:textId="77777777" w:rsidR="007A5E59" w:rsidRDefault="0095198F">
            <w:pPr>
              <w:jc w:val="center"/>
            </w:pPr>
            <w:r>
              <w:rPr>
                <w:b/>
              </w:rPr>
              <w:t>50,0</w:t>
            </w:r>
          </w:p>
        </w:tc>
        <w:tc>
          <w:tcPr>
            <w:tcW w:w="0" w:type="auto"/>
            <w:shd w:val="clear" w:color="auto" w:fill="DBE5F1"/>
          </w:tcPr>
          <w:p w14:paraId="4DB69DE3" w14:textId="77777777" w:rsidR="007A5E59" w:rsidRDefault="0095198F">
            <w:pPr>
              <w:jc w:val="center"/>
            </w:pPr>
            <w:r>
              <w:rPr>
                <w:b/>
              </w:rPr>
              <w:t>132,0</w:t>
            </w:r>
          </w:p>
        </w:tc>
        <w:tc>
          <w:tcPr>
            <w:tcW w:w="0" w:type="auto"/>
            <w:shd w:val="clear" w:color="auto" w:fill="DBE5F1"/>
          </w:tcPr>
          <w:p w14:paraId="71D3FEAE" w14:textId="77777777" w:rsidR="007A5E59" w:rsidRDefault="0095198F">
            <w:pPr>
              <w:jc w:val="center"/>
            </w:pPr>
            <w:r>
              <w:rPr>
                <w:b/>
              </w:rPr>
              <w:t>25,0</w:t>
            </w:r>
          </w:p>
        </w:tc>
        <w:tc>
          <w:tcPr>
            <w:tcW w:w="0" w:type="auto"/>
            <w:shd w:val="clear" w:color="auto" w:fill="DBE5F1"/>
          </w:tcPr>
          <w:p w14:paraId="6CDE44A8" w14:textId="77777777" w:rsidR="007A5E59" w:rsidRDefault="0095198F">
            <w:pPr>
              <w:jc w:val="center"/>
            </w:pPr>
            <w:r>
              <w:rPr>
                <w:b/>
              </w:rPr>
              <w:t>372,0</w:t>
            </w:r>
          </w:p>
        </w:tc>
        <w:tc>
          <w:tcPr>
            <w:tcW w:w="0" w:type="auto"/>
            <w:shd w:val="clear" w:color="auto" w:fill="DBE5F1"/>
          </w:tcPr>
          <w:p w14:paraId="25FCCD28" w14:textId="77777777" w:rsidR="007A5E59" w:rsidRDefault="0095198F">
            <w:pPr>
              <w:jc w:val="center"/>
            </w:pPr>
            <w:r>
              <w:rPr>
                <w:b/>
              </w:rPr>
              <w:t>1 301,0</w:t>
            </w:r>
          </w:p>
        </w:tc>
        <w:tc>
          <w:tcPr>
            <w:tcW w:w="0" w:type="auto"/>
            <w:shd w:val="clear" w:color="auto" w:fill="DBE5F1"/>
          </w:tcPr>
          <w:p w14:paraId="6E572F33" w14:textId="77777777" w:rsidR="007A5E59" w:rsidRDefault="0095198F">
            <w:pPr>
              <w:jc w:val="center"/>
            </w:pPr>
            <w:r>
              <w:rPr>
                <w:b/>
              </w:rPr>
              <w:t>776,0</w:t>
            </w:r>
          </w:p>
        </w:tc>
        <w:tc>
          <w:tcPr>
            <w:tcW w:w="0" w:type="auto"/>
            <w:shd w:val="clear" w:color="auto" w:fill="DBE5F1"/>
          </w:tcPr>
          <w:p w14:paraId="21BAB629" w14:textId="77777777" w:rsidR="007A5E59" w:rsidRDefault="0095198F">
            <w:pPr>
              <w:jc w:val="center"/>
            </w:pPr>
            <w:r>
              <w:rPr>
                <w:b/>
              </w:rPr>
              <w:t>0,0</w:t>
            </w:r>
          </w:p>
        </w:tc>
        <w:tc>
          <w:tcPr>
            <w:tcW w:w="0" w:type="auto"/>
            <w:shd w:val="clear" w:color="auto" w:fill="DBE5F1"/>
          </w:tcPr>
          <w:p w14:paraId="12EAF579" w14:textId="77777777" w:rsidR="007A5E59" w:rsidRDefault="0095198F">
            <w:pPr>
              <w:jc w:val="center"/>
            </w:pPr>
            <w:r>
              <w:rPr>
                <w:b/>
              </w:rPr>
              <w:t>0,0</w:t>
            </w:r>
          </w:p>
        </w:tc>
        <w:tc>
          <w:tcPr>
            <w:tcW w:w="0" w:type="auto"/>
            <w:shd w:val="clear" w:color="auto" w:fill="DBE5F1"/>
          </w:tcPr>
          <w:p w14:paraId="5AD7EDBC" w14:textId="77777777" w:rsidR="007A5E59" w:rsidRDefault="0095198F">
            <w:pPr>
              <w:jc w:val="center"/>
            </w:pPr>
            <w:r>
              <w:rPr>
                <w:b/>
              </w:rPr>
              <w:t>458,0</w:t>
            </w:r>
          </w:p>
        </w:tc>
        <w:tc>
          <w:tcPr>
            <w:tcW w:w="0" w:type="auto"/>
            <w:shd w:val="clear" w:color="auto" w:fill="DBE5F1"/>
          </w:tcPr>
          <w:p w14:paraId="28C829C7" w14:textId="77777777" w:rsidR="007A5E59" w:rsidRDefault="0095198F">
            <w:pPr>
              <w:jc w:val="center"/>
            </w:pPr>
            <w:r>
              <w:rPr>
                <w:b/>
              </w:rPr>
              <w:t>1 057,0</w:t>
            </w:r>
          </w:p>
        </w:tc>
        <w:tc>
          <w:tcPr>
            <w:tcW w:w="0" w:type="auto"/>
            <w:shd w:val="clear" w:color="auto" w:fill="DBE5F1"/>
          </w:tcPr>
          <w:p w14:paraId="21F78106" w14:textId="77777777" w:rsidR="007A5E59" w:rsidRDefault="0095198F">
            <w:pPr>
              <w:jc w:val="center"/>
            </w:pPr>
            <w:r>
              <w:rPr>
                <w:b/>
              </w:rPr>
              <w:t>0,0</w:t>
            </w:r>
          </w:p>
        </w:tc>
        <w:tc>
          <w:tcPr>
            <w:tcW w:w="0" w:type="auto"/>
            <w:shd w:val="clear" w:color="auto" w:fill="DBE5F1"/>
          </w:tcPr>
          <w:p w14:paraId="2F1D92D4" w14:textId="77777777" w:rsidR="007A5E59" w:rsidRDefault="0095198F">
            <w:pPr>
              <w:jc w:val="center"/>
            </w:pPr>
            <w:r>
              <w:rPr>
                <w:b/>
              </w:rPr>
              <w:t>0,0</w:t>
            </w:r>
          </w:p>
        </w:tc>
        <w:tc>
          <w:tcPr>
            <w:tcW w:w="0" w:type="auto"/>
            <w:shd w:val="clear" w:color="auto" w:fill="DBE5F1"/>
          </w:tcPr>
          <w:p w14:paraId="1C96AC14" w14:textId="77777777" w:rsidR="007A5E59" w:rsidRDefault="0095198F">
            <w:pPr>
              <w:jc w:val="center"/>
            </w:pPr>
            <w:r>
              <w:rPr>
                <w:b/>
              </w:rPr>
              <w:t>901,0</w:t>
            </w:r>
          </w:p>
        </w:tc>
        <w:tc>
          <w:tcPr>
            <w:tcW w:w="0" w:type="auto"/>
            <w:shd w:val="clear" w:color="auto" w:fill="DBE5F1"/>
          </w:tcPr>
          <w:p w14:paraId="5B5445AB" w14:textId="77777777" w:rsidR="007A5E59" w:rsidRDefault="0095198F">
            <w:pPr>
              <w:jc w:val="center"/>
            </w:pPr>
            <w:r>
              <w:rPr>
                <w:b/>
              </w:rPr>
              <w:t>0,0</w:t>
            </w:r>
          </w:p>
        </w:tc>
        <w:tc>
          <w:tcPr>
            <w:tcW w:w="0" w:type="auto"/>
            <w:shd w:val="clear" w:color="auto" w:fill="DBE5F1"/>
          </w:tcPr>
          <w:p w14:paraId="4B01991F" w14:textId="77777777" w:rsidR="007A5E59" w:rsidRDefault="0095198F">
            <w:pPr>
              <w:jc w:val="center"/>
            </w:pPr>
            <w:r>
              <w:rPr>
                <w:b/>
              </w:rPr>
              <w:t>0,0</w:t>
            </w:r>
          </w:p>
        </w:tc>
        <w:tc>
          <w:tcPr>
            <w:tcW w:w="0" w:type="auto"/>
            <w:shd w:val="clear" w:color="auto" w:fill="DBE5F1"/>
          </w:tcPr>
          <w:p w14:paraId="175C1899" w14:textId="77777777" w:rsidR="007A5E59" w:rsidRDefault="0095198F">
            <w:pPr>
              <w:jc w:val="center"/>
            </w:pPr>
            <w:r>
              <w:rPr>
                <w:b/>
              </w:rPr>
              <w:t>0,0</w:t>
            </w:r>
          </w:p>
        </w:tc>
        <w:tc>
          <w:tcPr>
            <w:tcW w:w="0" w:type="auto"/>
            <w:shd w:val="clear" w:color="auto" w:fill="DBE5F1"/>
          </w:tcPr>
          <w:p w14:paraId="4328735C" w14:textId="77777777" w:rsidR="007A5E59" w:rsidRDefault="0095198F">
            <w:pPr>
              <w:jc w:val="center"/>
            </w:pPr>
            <w:r>
              <w:rPr>
                <w:b/>
              </w:rPr>
              <w:t>0,0</w:t>
            </w:r>
          </w:p>
        </w:tc>
        <w:tc>
          <w:tcPr>
            <w:tcW w:w="0" w:type="auto"/>
            <w:shd w:val="clear" w:color="auto" w:fill="DBE5F1"/>
          </w:tcPr>
          <w:p w14:paraId="01DE58BB" w14:textId="77777777" w:rsidR="007A5E59" w:rsidRDefault="0095198F">
            <w:pPr>
              <w:jc w:val="center"/>
            </w:pPr>
            <w:r>
              <w:rPr>
                <w:b/>
              </w:rPr>
              <w:t>0,0</w:t>
            </w:r>
          </w:p>
        </w:tc>
        <w:tc>
          <w:tcPr>
            <w:tcW w:w="0" w:type="auto"/>
            <w:shd w:val="clear" w:color="auto" w:fill="DBE5F1"/>
          </w:tcPr>
          <w:p w14:paraId="49FEBC46" w14:textId="77777777" w:rsidR="007A5E59" w:rsidRDefault="0095198F">
            <w:pPr>
              <w:jc w:val="center"/>
            </w:pPr>
            <w:r>
              <w:rPr>
                <w:b/>
              </w:rPr>
              <w:t>5 072,0</w:t>
            </w:r>
          </w:p>
        </w:tc>
      </w:tr>
      <w:tr w:rsidR="007A5E59" w14:paraId="3BA7EA47" w14:textId="77777777">
        <w:trPr>
          <w:jc w:val="center"/>
        </w:trPr>
        <w:tc>
          <w:tcPr>
            <w:tcW w:w="0" w:type="auto"/>
          </w:tcPr>
          <w:p w14:paraId="58016E77" w14:textId="77777777" w:rsidR="007A5E59" w:rsidRDefault="0095198F">
            <w:r w:rsidRPr="00312815">
              <w:rPr>
                <w:lang w:val="ru-RU"/>
              </w:rPr>
              <w:t xml:space="preserve">БЛОК 2. Подлежит замене — по сроку службы (порог см. </w:t>
            </w:r>
            <w:r>
              <w:t>БЛОК 4), м</w:t>
            </w:r>
          </w:p>
        </w:tc>
        <w:tc>
          <w:tcPr>
            <w:tcW w:w="0" w:type="auto"/>
          </w:tcPr>
          <w:p w14:paraId="49F7A059" w14:textId="77777777" w:rsidR="007A5E59" w:rsidRDefault="007A5E59"/>
        </w:tc>
        <w:tc>
          <w:tcPr>
            <w:tcW w:w="0" w:type="auto"/>
          </w:tcPr>
          <w:p w14:paraId="3BCF5D5C" w14:textId="77777777" w:rsidR="007A5E59" w:rsidRDefault="007A5E59"/>
        </w:tc>
        <w:tc>
          <w:tcPr>
            <w:tcW w:w="0" w:type="auto"/>
          </w:tcPr>
          <w:p w14:paraId="1D3D62E6" w14:textId="77777777" w:rsidR="007A5E59" w:rsidRDefault="007A5E59"/>
        </w:tc>
        <w:tc>
          <w:tcPr>
            <w:tcW w:w="0" w:type="auto"/>
          </w:tcPr>
          <w:p w14:paraId="5707C82D" w14:textId="77777777" w:rsidR="007A5E59" w:rsidRDefault="007A5E59"/>
        </w:tc>
        <w:tc>
          <w:tcPr>
            <w:tcW w:w="0" w:type="auto"/>
          </w:tcPr>
          <w:p w14:paraId="60975025" w14:textId="77777777" w:rsidR="007A5E59" w:rsidRDefault="007A5E59"/>
        </w:tc>
        <w:tc>
          <w:tcPr>
            <w:tcW w:w="0" w:type="auto"/>
          </w:tcPr>
          <w:p w14:paraId="27EA8791" w14:textId="77777777" w:rsidR="007A5E59" w:rsidRDefault="007A5E59"/>
        </w:tc>
        <w:tc>
          <w:tcPr>
            <w:tcW w:w="0" w:type="auto"/>
          </w:tcPr>
          <w:p w14:paraId="6B5F7D45" w14:textId="77777777" w:rsidR="007A5E59" w:rsidRDefault="007A5E59"/>
        </w:tc>
        <w:tc>
          <w:tcPr>
            <w:tcW w:w="0" w:type="auto"/>
          </w:tcPr>
          <w:p w14:paraId="4955B7BA" w14:textId="77777777" w:rsidR="007A5E59" w:rsidRDefault="007A5E59"/>
        </w:tc>
        <w:tc>
          <w:tcPr>
            <w:tcW w:w="0" w:type="auto"/>
          </w:tcPr>
          <w:p w14:paraId="7876378E" w14:textId="77777777" w:rsidR="007A5E59" w:rsidRDefault="007A5E59"/>
        </w:tc>
        <w:tc>
          <w:tcPr>
            <w:tcW w:w="0" w:type="auto"/>
          </w:tcPr>
          <w:p w14:paraId="6A3E2C62" w14:textId="77777777" w:rsidR="007A5E59" w:rsidRDefault="007A5E59"/>
        </w:tc>
        <w:tc>
          <w:tcPr>
            <w:tcW w:w="0" w:type="auto"/>
          </w:tcPr>
          <w:p w14:paraId="6E3997B8" w14:textId="77777777" w:rsidR="007A5E59" w:rsidRDefault="007A5E59"/>
        </w:tc>
        <w:tc>
          <w:tcPr>
            <w:tcW w:w="0" w:type="auto"/>
          </w:tcPr>
          <w:p w14:paraId="327E722B" w14:textId="77777777" w:rsidR="007A5E59" w:rsidRDefault="007A5E59"/>
        </w:tc>
        <w:tc>
          <w:tcPr>
            <w:tcW w:w="0" w:type="auto"/>
          </w:tcPr>
          <w:p w14:paraId="37EEAD12" w14:textId="77777777" w:rsidR="007A5E59" w:rsidRDefault="007A5E59"/>
        </w:tc>
        <w:tc>
          <w:tcPr>
            <w:tcW w:w="0" w:type="auto"/>
          </w:tcPr>
          <w:p w14:paraId="5A725006" w14:textId="77777777" w:rsidR="007A5E59" w:rsidRDefault="007A5E59"/>
        </w:tc>
        <w:tc>
          <w:tcPr>
            <w:tcW w:w="0" w:type="auto"/>
          </w:tcPr>
          <w:p w14:paraId="6E74D0C4" w14:textId="77777777" w:rsidR="007A5E59" w:rsidRDefault="007A5E59"/>
        </w:tc>
        <w:tc>
          <w:tcPr>
            <w:tcW w:w="0" w:type="auto"/>
          </w:tcPr>
          <w:p w14:paraId="1279E033" w14:textId="77777777" w:rsidR="007A5E59" w:rsidRDefault="007A5E59"/>
        </w:tc>
        <w:tc>
          <w:tcPr>
            <w:tcW w:w="0" w:type="auto"/>
          </w:tcPr>
          <w:p w14:paraId="689AB4B4" w14:textId="77777777" w:rsidR="007A5E59" w:rsidRDefault="007A5E59"/>
        </w:tc>
        <w:tc>
          <w:tcPr>
            <w:tcW w:w="0" w:type="auto"/>
          </w:tcPr>
          <w:p w14:paraId="121355BB" w14:textId="77777777" w:rsidR="007A5E59" w:rsidRDefault="007A5E59"/>
        </w:tc>
        <w:tc>
          <w:tcPr>
            <w:tcW w:w="0" w:type="auto"/>
          </w:tcPr>
          <w:p w14:paraId="0ACC8F79" w14:textId="77777777" w:rsidR="007A5E59" w:rsidRDefault="007A5E59"/>
        </w:tc>
        <w:tc>
          <w:tcPr>
            <w:tcW w:w="0" w:type="auto"/>
          </w:tcPr>
          <w:p w14:paraId="64A8D2B2" w14:textId="77777777" w:rsidR="007A5E59" w:rsidRDefault="007A5E59"/>
        </w:tc>
      </w:tr>
      <w:tr w:rsidR="007A5E59" w14:paraId="5BF55BEC" w14:textId="77777777">
        <w:trPr>
          <w:jc w:val="center"/>
        </w:trPr>
        <w:tc>
          <w:tcPr>
            <w:tcW w:w="0" w:type="auto"/>
          </w:tcPr>
          <w:p w14:paraId="33D38A0C" w14:textId="77777777" w:rsidR="007A5E59" w:rsidRDefault="0095198F">
            <w:r>
              <w:t>Этап</w:t>
            </w:r>
          </w:p>
        </w:tc>
        <w:tc>
          <w:tcPr>
            <w:tcW w:w="0" w:type="auto"/>
          </w:tcPr>
          <w:p w14:paraId="5563C98C" w14:textId="77777777" w:rsidR="007A5E59" w:rsidRDefault="0095198F">
            <w:r>
              <w:t>Дн15</w:t>
            </w:r>
          </w:p>
        </w:tc>
        <w:tc>
          <w:tcPr>
            <w:tcW w:w="0" w:type="auto"/>
          </w:tcPr>
          <w:p w14:paraId="7037DBDE" w14:textId="77777777" w:rsidR="007A5E59" w:rsidRDefault="0095198F">
            <w:r>
              <w:t>Дн20</w:t>
            </w:r>
          </w:p>
        </w:tc>
        <w:tc>
          <w:tcPr>
            <w:tcW w:w="0" w:type="auto"/>
          </w:tcPr>
          <w:p w14:paraId="29FAD5F3" w14:textId="77777777" w:rsidR="007A5E59" w:rsidRDefault="0095198F">
            <w:r>
              <w:t>Дн25</w:t>
            </w:r>
          </w:p>
        </w:tc>
        <w:tc>
          <w:tcPr>
            <w:tcW w:w="0" w:type="auto"/>
          </w:tcPr>
          <w:p w14:paraId="16EEA053" w14:textId="77777777" w:rsidR="007A5E59" w:rsidRDefault="0095198F">
            <w:r>
              <w:t>Дн32</w:t>
            </w:r>
          </w:p>
        </w:tc>
        <w:tc>
          <w:tcPr>
            <w:tcW w:w="0" w:type="auto"/>
          </w:tcPr>
          <w:p w14:paraId="5B8949D9" w14:textId="77777777" w:rsidR="007A5E59" w:rsidRDefault="0095198F">
            <w:r>
              <w:t>Дн40</w:t>
            </w:r>
          </w:p>
        </w:tc>
        <w:tc>
          <w:tcPr>
            <w:tcW w:w="0" w:type="auto"/>
          </w:tcPr>
          <w:p w14:paraId="3CE2DE6D" w14:textId="77777777" w:rsidR="007A5E59" w:rsidRDefault="0095198F">
            <w:r>
              <w:t>Дн50</w:t>
            </w:r>
          </w:p>
        </w:tc>
        <w:tc>
          <w:tcPr>
            <w:tcW w:w="0" w:type="auto"/>
          </w:tcPr>
          <w:p w14:paraId="667BD835" w14:textId="77777777" w:rsidR="007A5E59" w:rsidRDefault="0095198F">
            <w:r>
              <w:t>Дн65</w:t>
            </w:r>
          </w:p>
        </w:tc>
        <w:tc>
          <w:tcPr>
            <w:tcW w:w="0" w:type="auto"/>
          </w:tcPr>
          <w:p w14:paraId="38225693" w14:textId="77777777" w:rsidR="007A5E59" w:rsidRDefault="0095198F">
            <w:r>
              <w:t>Дн68</w:t>
            </w:r>
          </w:p>
        </w:tc>
        <w:tc>
          <w:tcPr>
            <w:tcW w:w="0" w:type="auto"/>
          </w:tcPr>
          <w:p w14:paraId="18601FC5" w14:textId="77777777" w:rsidR="007A5E59" w:rsidRDefault="0095198F">
            <w:r>
              <w:t>Дн70</w:t>
            </w:r>
          </w:p>
        </w:tc>
        <w:tc>
          <w:tcPr>
            <w:tcW w:w="0" w:type="auto"/>
          </w:tcPr>
          <w:p w14:paraId="3AAF7E4A" w14:textId="77777777" w:rsidR="007A5E59" w:rsidRDefault="0095198F">
            <w:r>
              <w:t>Дн80</w:t>
            </w:r>
          </w:p>
        </w:tc>
        <w:tc>
          <w:tcPr>
            <w:tcW w:w="0" w:type="auto"/>
          </w:tcPr>
          <w:p w14:paraId="798CBFC9" w14:textId="77777777" w:rsidR="007A5E59" w:rsidRDefault="0095198F">
            <w:r>
              <w:t>Дн100</w:t>
            </w:r>
          </w:p>
        </w:tc>
        <w:tc>
          <w:tcPr>
            <w:tcW w:w="0" w:type="auto"/>
          </w:tcPr>
          <w:p w14:paraId="27A6793B" w14:textId="77777777" w:rsidR="007A5E59" w:rsidRDefault="0095198F">
            <w:r>
              <w:t>Дн125</w:t>
            </w:r>
          </w:p>
        </w:tc>
        <w:tc>
          <w:tcPr>
            <w:tcW w:w="0" w:type="auto"/>
          </w:tcPr>
          <w:p w14:paraId="3885A5F9" w14:textId="77777777" w:rsidR="007A5E59" w:rsidRDefault="0095198F">
            <w:r>
              <w:t>Дн150</w:t>
            </w:r>
          </w:p>
        </w:tc>
        <w:tc>
          <w:tcPr>
            <w:tcW w:w="0" w:type="auto"/>
          </w:tcPr>
          <w:p w14:paraId="7A3D1D9E" w14:textId="77777777" w:rsidR="007A5E59" w:rsidRDefault="0095198F">
            <w:r>
              <w:t>Дн200</w:t>
            </w:r>
          </w:p>
        </w:tc>
        <w:tc>
          <w:tcPr>
            <w:tcW w:w="0" w:type="auto"/>
          </w:tcPr>
          <w:p w14:paraId="15A62046" w14:textId="77777777" w:rsidR="007A5E59" w:rsidRDefault="0095198F">
            <w:r>
              <w:t>Дн250</w:t>
            </w:r>
          </w:p>
        </w:tc>
        <w:tc>
          <w:tcPr>
            <w:tcW w:w="0" w:type="auto"/>
          </w:tcPr>
          <w:p w14:paraId="2130EA3C" w14:textId="77777777" w:rsidR="007A5E59" w:rsidRDefault="0095198F">
            <w:r>
              <w:t>Дн300</w:t>
            </w:r>
          </w:p>
        </w:tc>
        <w:tc>
          <w:tcPr>
            <w:tcW w:w="0" w:type="auto"/>
          </w:tcPr>
          <w:p w14:paraId="6C96BA3D" w14:textId="77777777" w:rsidR="007A5E59" w:rsidRDefault="0095198F">
            <w:r>
              <w:t>Дн350</w:t>
            </w:r>
          </w:p>
        </w:tc>
        <w:tc>
          <w:tcPr>
            <w:tcW w:w="0" w:type="auto"/>
          </w:tcPr>
          <w:p w14:paraId="6D73AA12" w14:textId="77777777" w:rsidR="007A5E59" w:rsidRDefault="0095198F">
            <w:r>
              <w:t>Дн400</w:t>
            </w:r>
          </w:p>
        </w:tc>
        <w:tc>
          <w:tcPr>
            <w:tcW w:w="0" w:type="auto"/>
          </w:tcPr>
          <w:p w14:paraId="095074BF" w14:textId="77777777" w:rsidR="007A5E59" w:rsidRDefault="0095198F">
            <w:r>
              <w:t>Дн500</w:t>
            </w:r>
          </w:p>
        </w:tc>
        <w:tc>
          <w:tcPr>
            <w:tcW w:w="0" w:type="auto"/>
          </w:tcPr>
          <w:p w14:paraId="6E9B6EC5" w14:textId="77777777" w:rsidR="007A5E59" w:rsidRDefault="007A5E59"/>
        </w:tc>
      </w:tr>
      <w:tr w:rsidR="007A5E59" w14:paraId="0F02134E" w14:textId="77777777">
        <w:trPr>
          <w:jc w:val="center"/>
        </w:trPr>
        <w:tc>
          <w:tcPr>
            <w:tcW w:w="0" w:type="auto"/>
          </w:tcPr>
          <w:p w14:paraId="6ED45D59" w14:textId="77777777" w:rsidR="007A5E59" w:rsidRDefault="0095198F">
            <w:r>
              <w:t>2026 (год ввода до 2001 включительно)</w:t>
            </w:r>
          </w:p>
        </w:tc>
        <w:tc>
          <w:tcPr>
            <w:tcW w:w="0" w:type="auto"/>
          </w:tcPr>
          <w:p w14:paraId="640E1FC2" w14:textId="77777777" w:rsidR="007A5E59" w:rsidRDefault="0095198F">
            <w:pPr>
              <w:jc w:val="center"/>
            </w:pPr>
            <w:r>
              <w:t>0,0</w:t>
            </w:r>
          </w:p>
        </w:tc>
        <w:tc>
          <w:tcPr>
            <w:tcW w:w="0" w:type="auto"/>
          </w:tcPr>
          <w:p w14:paraId="0CE53C35" w14:textId="77777777" w:rsidR="007A5E59" w:rsidRDefault="0095198F">
            <w:pPr>
              <w:jc w:val="center"/>
            </w:pPr>
            <w:r>
              <w:t>50,0</w:t>
            </w:r>
          </w:p>
        </w:tc>
        <w:tc>
          <w:tcPr>
            <w:tcW w:w="0" w:type="auto"/>
          </w:tcPr>
          <w:p w14:paraId="514371DA" w14:textId="77777777" w:rsidR="007A5E59" w:rsidRDefault="0095198F">
            <w:pPr>
              <w:jc w:val="center"/>
            </w:pPr>
            <w:r>
              <w:t>97,0</w:t>
            </w:r>
          </w:p>
        </w:tc>
        <w:tc>
          <w:tcPr>
            <w:tcW w:w="0" w:type="auto"/>
          </w:tcPr>
          <w:p w14:paraId="2373A5AB" w14:textId="77777777" w:rsidR="007A5E59" w:rsidRDefault="0095198F">
            <w:pPr>
              <w:jc w:val="center"/>
            </w:pPr>
            <w:r>
              <w:t>0,0</w:t>
            </w:r>
          </w:p>
        </w:tc>
        <w:tc>
          <w:tcPr>
            <w:tcW w:w="0" w:type="auto"/>
          </w:tcPr>
          <w:p w14:paraId="26A7530F" w14:textId="77777777" w:rsidR="007A5E59" w:rsidRDefault="0095198F">
            <w:pPr>
              <w:jc w:val="center"/>
            </w:pPr>
            <w:r>
              <w:t>115,0</w:t>
            </w:r>
          </w:p>
        </w:tc>
        <w:tc>
          <w:tcPr>
            <w:tcW w:w="0" w:type="auto"/>
          </w:tcPr>
          <w:p w14:paraId="7C2A3A4A" w14:textId="77777777" w:rsidR="007A5E59" w:rsidRDefault="0095198F">
            <w:pPr>
              <w:jc w:val="center"/>
            </w:pPr>
            <w:r>
              <w:t>399,0</w:t>
            </w:r>
          </w:p>
        </w:tc>
        <w:tc>
          <w:tcPr>
            <w:tcW w:w="0" w:type="auto"/>
          </w:tcPr>
          <w:p w14:paraId="7B0B32E6" w14:textId="77777777" w:rsidR="007A5E59" w:rsidRDefault="0095198F">
            <w:pPr>
              <w:jc w:val="center"/>
            </w:pPr>
            <w:r>
              <w:t>390,0</w:t>
            </w:r>
          </w:p>
        </w:tc>
        <w:tc>
          <w:tcPr>
            <w:tcW w:w="0" w:type="auto"/>
          </w:tcPr>
          <w:p w14:paraId="77AC91DE" w14:textId="77777777" w:rsidR="007A5E59" w:rsidRDefault="0095198F">
            <w:pPr>
              <w:jc w:val="center"/>
            </w:pPr>
            <w:r>
              <w:t>0,0</w:t>
            </w:r>
          </w:p>
        </w:tc>
        <w:tc>
          <w:tcPr>
            <w:tcW w:w="0" w:type="auto"/>
          </w:tcPr>
          <w:p w14:paraId="3264FCA4" w14:textId="77777777" w:rsidR="007A5E59" w:rsidRDefault="0095198F">
            <w:pPr>
              <w:jc w:val="center"/>
            </w:pPr>
            <w:r>
              <w:t>0,0</w:t>
            </w:r>
          </w:p>
        </w:tc>
        <w:tc>
          <w:tcPr>
            <w:tcW w:w="0" w:type="auto"/>
          </w:tcPr>
          <w:p w14:paraId="673CF751" w14:textId="77777777" w:rsidR="007A5E59" w:rsidRDefault="0095198F">
            <w:pPr>
              <w:jc w:val="center"/>
            </w:pPr>
            <w:r>
              <w:t>438,0</w:t>
            </w:r>
          </w:p>
        </w:tc>
        <w:tc>
          <w:tcPr>
            <w:tcW w:w="0" w:type="auto"/>
          </w:tcPr>
          <w:p w14:paraId="28E8D32A" w14:textId="77777777" w:rsidR="007A5E59" w:rsidRDefault="0095198F">
            <w:pPr>
              <w:jc w:val="center"/>
            </w:pPr>
            <w:r>
              <w:t>495,0</w:t>
            </w:r>
          </w:p>
        </w:tc>
        <w:tc>
          <w:tcPr>
            <w:tcW w:w="0" w:type="auto"/>
          </w:tcPr>
          <w:p w14:paraId="06F9CBF3" w14:textId="77777777" w:rsidR="007A5E59" w:rsidRDefault="0095198F">
            <w:pPr>
              <w:jc w:val="center"/>
            </w:pPr>
            <w:r>
              <w:t>0,0</w:t>
            </w:r>
          </w:p>
        </w:tc>
        <w:tc>
          <w:tcPr>
            <w:tcW w:w="0" w:type="auto"/>
          </w:tcPr>
          <w:p w14:paraId="3811ED03" w14:textId="77777777" w:rsidR="007A5E59" w:rsidRDefault="0095198F">
            <w:pPr>
              <w:jc w:val="center"/>
            </w:pPr>
            <w:r>
              <w:t>0,0</w:t>
            </w:r>
          </w:p>
        </w:tc>
        <w:tc>
          <w:tcPr>
            <w:tcW w:w="0" w:type="auto"/>
          </w:tcPr>
          <w:p w14:paraId="22BE6DB9" w14:textId="77777777" w:rsidR="007A5E59" w:rsidRDefault="0095198F">
            <w:pPr>
              <w:jc w:val="center"/>
            </w:pPr>
            <w:r>
              <w:t>901,0</w:t>
            </w:r>
          </w:p>
        </w:tc>
        <w:tc>
          <w:tcPr>
            <w:tcW w:w="0" w:type="auto"/>
          </w:tcPr>
          <w:p w14:paraId="7E841FAE" w14:textId="77777777" w:rsidR="007A5E59" w:rsidRDefault="0095198F">
            <w:pPr>
              <w:jc w:val="center"/>
            </w:pPr>
            <w:r>
              <w:t>0,0</w:t>
            </w:r>
          </w:p>
        </w:tc>
        <w:tc>
          <w:tcPr>
            <w:tcW w:w="0" w:type="auto"/>
          </w:tcPr>
          <w:p w14:paraId="2DC04F5F" w14:textId="77777777" w:rsidR="007A5E59" w:rsidRDefault="0095198F">
            <w:pPr>
              <w:jc w:val="center"/>
            </w:pPr>
            <w:r>
              <w:t>0,0</w:t>
            </w:r>
          </w:p>
        </w:tc>
        <w:tc>
          <w:tcPr>
            <w:tcW w:w="0" w:type="auto"/>
          </w:tcPr>
          <w:p w14:paraId="45B1BE69" w14:textId="77777777" w:rsidR="007A5E59" w:rsidRDefault="0095198F">
            <w:pPr>
              <w:jc w:val="center"/>
            </w:pPr>
            <w:r>
              <w:t>0,0</w:t>
            </w:r>
          </w:p>
        </w:tc>
        <w:tc>
          <w:tcPr>
            <w:tcW w:w="0" w:type="auto"/>
          </w:tcPr>
          <w:p w14:paraId="4EE2A640" w14:textId="77777777" w:rsidR="007A5E59" w:rsidRDefault="0095198F">
            <w:pPr>
              <w:jc w:val="center"/>
            </w:pPr>
            <w:r>
              <w:t>0,0</w:t>
            </w:r>
          </w:p>
        </w:tc>
        <w:tc>
          <w:tcPr>
            <w:tcW w:w="0" w:type="auto"/>
          </w:tcPr>
          <w:p w14:paraId="6810B280" w14:textId="77777777" w:rsidR="007A5E59" w:rsidRDefault="0095198F">
            <w:pPr>
              <w:jc w:val="center"/>
            </w:pPr>
            <w:r>
              <w:t>0,0</w:t>
            </w:r>
          </w:p>
        </w:tc>
        <w:tc>
          <w:tcPr>
            <w:tcW w:w="0" w:type="auto"/>
          </w:tcPr>
          <w:p w14:paraId="639CBCC1" w14:textId="77777777" w:rsidR="007A5E59" w:rsidRDefault="0095198F">
            <w:pPr>
              <w:jc w:val="center"/>
            </w:pPr>
            <w:r>
              <w:t>2 885,0</w:t>
            </w:r>
          </w:p>
        </w:tc>
      </w:tr>
      <w:tr w:rsidR="007A5E59" w14:paraId="55B29BA2" w14:textId="77777777">
        <w:trPr>
          <w:jc w:val="center"/>
        </w:trPr>
        <w:tc>
          <w:tcPr>
            <w:tcW w:w="0" w:type="auto"/>
          </w:tcPr>
          <w:p w14:paraId="5DAB4CFC" w14:textId="77777777" w:rsidR="007A5E59" w:rsidRDefault="0095198F">
            <w:r>
              <w:t>2031 (год ввода 2002–2006)</w:t>
            </w:r>
          </w:p>
        </w:tc>
        <w:tc>
          <w:tcPr>
            <w:tcW w:w="0" w:type="auto"/>
          </w:tcPr>
          <w:p w14:paraId="0FB53B7D" w14:textId="77777777" w:rsidR="007A5E59" w:rsidRDefault="0095198F">
            <w:pPr>
              <w:jc w:val="center"/>
            </w:pPr>
            <w:r>
              <w:t>0,0</w:t>
            </w:r>
          </w:p>
        </w:tc>
        <w:tc>
          <w:tcPr>
            <w:tcW w:w="0" w:type="auto"/>
          </w:tcPr>
          <w:p w14:paraId="36B7D904" w14:textId="77777777" w:rsidR="007A5E59" w:rsidRDefault="0095198F">
            <w:pPr>
              <w:jc w:val="center"/>
            </w:pPr>
            <w:r>
              <w:t>0,0</w:t>
            </w:r>
          </w:p>
        </w:tc>
        <w:tc>
          <w:tcPr>
            <w:tcW w:w="0" w:type="auto"/>
          </w:tcPr>
          <w:p w14:paraId="460D478B" w14:textId="77777777" w:rsidR="007A5E59" w:rsidRDefault="0095198F">
            <w:pPr>
              <w:jc w:val="center"/>
            </w:pPr>
            <w:r>
              <w:t>0,0</w:t>
            </w:r>
          </w:p>
        </w:tc>
        <w:tc>
          <w:tcPr>
            <w:tcW w:w="0" w:type="auto"/>
          </w:tcPr>
          <w:p w14:paraId="067E7837" w14:textId="77777777" w:rsidR="007A5E59" w:rsidRDefault="0095198F">
            <w:pPr>
              <w:jc w:val="center"/>
            </w:pPr>
            <w:r>
              <w:t>0,0</w:t>
            </w:r>
          </w:p>
        </w:tc>
        <w:tc>
          <w:tcPr>
            <w:tcW w:w="0" w:type="auto"/>
          </w:tcPr>
          <w:p w14:paraId="3CD68BDB" w14:textId="77777777" w:rsidR="007A5E59" w:rsidRDefault="0095198F">
            <w:pPr>
              <w:jc w:val="center"/>
            </w:pPr>
            <w:r>
              <w:t>0,0</w:t>
            </w:r>
          </w:p>
        </w:tc>
        <w:tc>
          <w:tcPr>
            <w:tcW w:w="0" w:type="auto"/>
          </w:tcPr>
          <w:p w14:paraId="0DC01B0A" w14:textId="77777777" w:rsidR="007A5E59" w:rsidRDefault="0095198F">
            <w:pPr>
              <w:jc w:val="center"/>
            </w:pPr>
            <w:r>
              <w:t>0,0</w:t>
            </w:r>
          </w:p>
        </w:tc>
        <w:tc>
          <w:tcPr>
            <w:tcW w:w="0" w:type="auto"/>
          </w:tcPr>
          <w:p w14:paraId="1DDA173E" w14:textId="77777777" w:rsidR="007A5E59" w:rsidRDefault="0095198F">
            <w:pPr>
              <w:jc w:val="center"/>
            </w:pPr>
            <w:r>
              <w:t>0,0</w:t>
            </w:r>
          </w:p>
        </w:tc>
        <w:tc>
          <w:tcPr>
            <w:tcW w:w="0" w:type="auto"/>
          </w:tcPr>
          <w:p w14:paraId="52BA595F" w14:textId="77777777" w:rsidR="007A5E59" w:rsidRDefault="0095198F">
            <w:pPr>
              <w:jc w:val="center"/>
            </w:pPr>
            <w:r>
              <w:t>0,0</w:t>
            </w:r>
          </w:p>
        </w:tc>
        <w:tc>
          <w:tcPr>
            <w:tcW w:w="0" w:type="auto"/>
          </w:tcPr>
          <w:p w14:paraId="52038606" w14:textId="77777777" w:rsidR="007A5E59" w:rsidRDefault="0095198F">
            <w:pPr>
              <w:jc w:val="center"/>
            </w:pPr>
            <w:r>
              <w:t>0,0</w:t>
            </w:r>
          </w:p>
        </w:tc>
        <w:tc>
          <w:tcPr>
            <w:tcW w:w="0" w:type="auto"/>
          </w:tcPr>
          <w:p w14:paraId="6C397F53" w14:textId="77777777" w:rsidR="007A5E59" w:rsidRDefault="0095198F">
            <w:pPr>
              <w:jc w:val="center"/>
            </w:pPr>
            <w:r>
              <w:t>0,0</w:t>
            </w:r>
          </w:p>
        </w:tc>
        <w:tc>
          <w:tcPr>
            <w:tcW w:w="0" w:type="auto"/>
          </w:tcPr>
          <w:p w14:paraId="74D6899C" w14:textId="77777777" w:rsidR="007A5E59" w:rsidRDefault="0095198F">
            <w:pPr>
              <w:jc w:val="center"/>
            </w:pPr>
            <w:r>
              <w:t>0,0</w:t>
            </w:r>
          </w:p>
        </w:tc>
        <w:tc>
          <w:tcPr>
            <w:tcW w:w="0" w:type="auto"/>
          </w:tcPr>
          <w:p w14:paraId="656A2C9E" w14:textId="77777777" w:rsidR="007A5E59" w:rsidRDefault="0095198F">
            <w:pPr>
              <w:jc w:val="center"/>
            </w:pPr>
            <w:r>
              <w:t>0,0</w:t>
            </w:r>
          </w:p>
        </w:tc>
        <w:tc>
          <w:tcPr>
            <w:tcW w:w="0" w:type="auto"/>
          </w:tcPr>
          <w:p w14:paraId="353E887C" w14:textId="77777777" w:rsidR="007A5E59" w:rsidRDefault="0095198F">
            <w:pPr>
              <w:jc w:val="center"/>
            </w:pPr>
            <w:r>
              <w:t>0,0</w:t>
            </w:r>
          </w:p>
        </w:tc>
        <w:tc>
          <w:tcPr>
            <w:tcW w:w="0" w:type="auto"/>
          </w:tcPr>
          <w:p w14:paraId="3B06C3C8" w14:textId="77777777" w:rsidR="007A5E59" w:rsidRDefault="0095198F">
            <w:pPr>
              <w:jc w:val="center"/>
            </w:pPr>
            <w:r>
              <w:t>0,0</w:t>
            </w:r>
          </w:p>
        </w:tc>
        <w:tc>
          <w:tcPr>
            <w:tcW w:w="0" w:type="auto"/>
          </w:tcPr>
          <w:p w14:paraId="0D91951E" w14:textId="77777777" w:rsidR="007A5E59" w:rsidRDefault="0095198F">
            <w:pPr>
              <w:jc w:val="center"/>
            </w:pPr>
            <w:r>
              <w:t>0,0</w:t>
            </w:r>
          </w:p>
        </w:tc>
        <w:tc>
          <w:tcPr>
            <w:tcW w:w="0" w:type="auto"/>
          </w:tcPr>
          <w:p w14:paraId="251261FD" w14:textId="77777777" w:rsidR="007A5E59" w:rsidRDefault="0095198F">
            <w:pPr>
              <w:jc w:val="center"/>
            </w:pPr>
            <w:r>
              <w:t>0,0</w:t>
            </w:r>
          </w:p>
        </w:tc>
        <w:tc>
          <w:tcPr>
            <w:tcW w:w="0" w:type="auto"/>
          </w:tcPr>
          <w:p w14:paraId="4D45E254" w14:textId="77777777" w:rsidR="007A5E59" w:rsidRDefault="0095198F">
            <w:pPr>
              <w:jc w:val="center"/>
            </w:pPr>
            <w:r>
              <w:t>0,0</w:t>
            </w:r>
          </w:p>
        </w:tc>
        <w:tc>
          <w:tcPr>
            <w:tcW w:w="0" w:type="auto"/>
          </w:tcPr>
          <w:p w14:paraId="0D088BEE" w14:textId="77777777" w:rsidR="007A5E59" w:rsidRDefault="0095198F">
            <w:pPr>
              <w:jc w:val="center"/>
            </w:pPr>
            <w:r>
              <w:t>0,0</w:t>
            </w:r>
          </w:p>
        </w:tc>
        <w:tc>
          <w:tcPr>
            <w:tcW w:w="0" w:type="auto"/>
          </w:tcPr>
          <w:p w14:paraId="1BECF404" w14:textId="77777777" w:rsidR="007A5E59" w:rsidRDefault="0095198F">
            <w:pPr>
              <w:jc w:val="center"/>
            </w:pPr>
            <w:r>
              <w:t>0,0</w:t>
            </w:r>
          </w:p>
        </w:tc>
        <w:tc>
          <w:tcPr>
            <w:tcW w:w="0" w:type="auto"/>
          </w:tcPr>
          <w:p w14:paraId="6C5A0D06" w14:textId="77777777" w:rsidR="007A5E59" w:rsidRDefault="0095198F">
            <w:pPr>
              <w:jc w:val="center"/>
            </w:pPr>
            <w:r>
              <w:t>0,0</w:t>
            </w:r>
          </w:p>
        </w:tc>
      </w:tr>
      <w:tr w:rsidR="007A5E59" w14:paraId="64A66468" w14:textId="77777777">
        <w:trPr>
          <w:jc w:val="center"/>
        </w:trPr>
        <w:tc>
          <w:tcPr>
            <w:tcW w:w="0" w:type="auto"/>
          </w:tcPr>
          <w:p w14:paraId="40098AD1" w14:textId="77777777" w:rsidR="007A5E59" w:rsidRDefault="0095198F">
            <w:r>
              <w:t>2036 (год ввода 2007–2011)</w:t>
            </w:r>
          </w:p>
        </w:tc>
        <w:tc>
          <w:tcPr>
            <w:tcW w:w="0" w:type="auto"/>
          </w:tcPr>
          <w:p w14:paraId="491F3C28" w14:textId="77777777" w:rsidR="007A5E59" w:rsidRDefault="0095198F">
            <w:pPr>
              <w:jc w:val="center"/>
            </w:pPr>
            <w:r>
              <w:t>0,0</w:t>
            </w:r>
          </w:p>
        </w:tc>
        <w:tc>
          <w:tcPr>
            <w:tcW w:w="0" w:type="auto"/>
          </w:tcPr>
          <w:p w14:paraId="4E53A844" w14:textId="77777777" w:rsidR="007A5E59" w:rsidRDefault="0095198F">
            <w:pPr>
              <w:jc w:val="center"/>
            </w:pPr>
            <w:r>
              <w:t>0,0</w:t>
            </w:r>
          </w:p>
        </w:tc>
        <w:tc>
          <w:tcPr>
            <w:tcW w:w="0" w:type="auto"/>
          </w:tcPr>
          <w:p w14:paraId="7A6B1B75" w14:textId="77777777" w:rsidR="007A5E59" w:rsidRDefault="0095198F">
            <w:pPr>
              <w:jc w:val="center"/>
            </w:pPr>
            <w:r>
              <w:t>25,0</w:t>
            </w:r>
          </w:p>
        </w:tc>
        <w:tc>
          <w:tcPr>
            <w:tcW w:w="0" w:type="auto"/>
          </w:tcPr>
          <w:p w14:paraId="7A0940C6" w14:textId="77777777" w:rsidR="007A5E59" w:rsidRDefault="0095198F">
            <w:pPr>
              <w:jc w:val="center"/>
            </w:pPr>
            <w:r>
              <w:t>25,0</w:t>
            </w:r>
          </w:p>
        </w:tc>
        <w:tc>
          <w:tcPr>
            <w:tcW w:w="0" w:type="auto"/>
          </w:tcPr>
          <w:p w14:paraId="5006F413" w14:textId="77777777" w:rsidR="007A5E59" w:rsidRDefault="0095198F">
            <w:pPr>
              <w:jc w:val="center"/>
            </w:pPr>
            <w:r>
              <w:t>167,0</w:t>
            </w:r>
          </w:p>
        </w:tc>
        <w:tc>
          <w:tcPr>
            <w:tcW w:w="0" w:type="auto"/>
          </w:tcPr>
          <w:p w14:paraId="35CE5864" w14:textId="77777777" w:rsidR="007A5E59" w:rsidRDefault="0095198F">
            <w:pPr>
              <w:jc w:val="center"/>
            </w:pPr>
            <w:r>
              <w:t>355,0</w:t>
            </w:r>
          </w:p>
        </w:tc>
        <w:tc>
          <w:tcPr>
            <w:tcW w:w="0" w:type="auto"/>
          </w:tcPr>
          <w:p w14:paraId="4821C5DA" w14:textId="77777777" w:rsidR="007A5E59" w:rsidRDefault="0095198F">
            <w:pPr>
              <w:jc w:val="center"/>
            </w:pPr>
            <w:r>
              <w:t>386,0</w:t>
            </w:r>
          </w:p>
        </w:tc>
        <w:tc>
          <w:tcPr>
            <w:tcW w:w="0" w:type="auto"/>
          </w:tcPr>
          <w:p w14:paraId="52B007A6" w14:textId="77777777" w:rsidR="007A5E59" w:rsidRDefault="0095198F">
            <w:pPr>
              <w:jc w:val="center"/>
            </w:pPr>
            <w:r>
              <w:t>0,0</w:t>
            </w:r>
          </w:p>
        </w:tc>
        <w:tc>
          <w:tcPr>
            <w:tcW w:w="0" w:type="auto"/>
          </w:tcPr>
          <w:p w14:paraId="462241C6" w14:textId="77777777" w:rsidR="007A5E59" w:rsidRDefault="0095198F">
            <w:pPr>
              <w:jc w:val="center"/>
            </w:pPr>
            <w:r>
              <w:t>0,0</w:t>
            </w:r>
          </w:p>
        </w:tc>
        <w:tc>
          <w:tcPr>
            <w:tcW w:w="0" w:type="auto"/>
          </w:tcPr>
          <w:p w14:paraId="2B4213EF" w14:textId="77777777" w:rsidR="007A5E59" w:rsidRDefault="0095198F">
            <w:pPr>
              <w:jc w:val="center"/>
            </w:pPr>
            <w:r>
              <w:t>20,0</w:t>
            </w:r>
          </w:p>
        </w:tc>
        <w:tc>
          <w:tcPr>
            <w:tcW w:w="0" w:type="auto"/>
          </w:tcPr>
          <w:p w14:paraId="21038AD9" w14:textId="77777777" w:rsidR="007A5E59" w:rsidRDefault="0095198F">
            <w:pPr>
              <w:jc w:val="center"/>
            </w:pPr>
            <w:r>
              <w:t>532,0</w:t>
            </w:r>
          </w:p>
        </w:tc>
        <w:tc>
          <w:tcPr>
            <w:tcW w:w="0" w:type="auto"/>
          </w:tcPr>
          <w:p w14:paraId="1FF26433" w14:textId="77777777" w:rsidR="007A5E59" w:rsidRDefault="0095198F">
            <w:pPr>
              <w:jc w:val="center"/>
            </w:pPr>
            <w:r>
              <w:t>0,0</w:t>
            </w:r>
          </w:p>
        </w:tc>
        <w:tc>
          <w:tcPr>
            <w:tcW w:w="0" w:type="auto"/>
          </w:tcPr>
          <w:p w14:paraId="30FAC94D" w14:textId="77777777" w:rsidR="007A5E59" w:rsidRDefault="0095198F">
            <w:pPr>
              <w:jc w:val="center"/>
            </w:pPr>
            <w:r>
              <w:t>0,0</w:t>
            </w:r>
          </w:p>
        </w:tc>
        <w:tc>
          <w:tcPr>
            <w:tcW w:w="0" w:type="auto"/>
          </w:tcPr>
          <w:p w14:paraId="20096179" w14:textId="77777777" w:rsidR="007A5E59" w:rsidRDefault="0095198F">
            <w:pPr>
              <w:jc w:val="center"/>
            </w:pPr>
            <w:r>
              <w:t>0,0</w:t>
            </w:r>
          </w:p>
        </w:tc>
        <w:tc>
          <w:tcPr>
            <w:tcW w:w="0" w:type="auto"/>
          </w:tcPr>
          <w:p w14:paraId="22ED11E9" w14:textId="77777777" w:rsidR="007A5E59" w:rsidRDefault="0095198F">
            <w:pPr>
              <w:jc w:val="center"/>
            </w:pPr>
            <w:r>
              <w:t>0,0</w:t>
            </w:r>
          </w:p>
        </w:tc>
        <w:tc>
          <w:tcPr>
            <w:tcW w:w="0" w:type="auto"/>
          </w:tcPr>
          <w:p w14:paraId="7BD4DEE6" w14:textId="77777777" w:rsidR="007A5E59" w:rsidRDefault="0095198F">
            <w:pPr>
              <w:jc w:val="center"/>
            </w:pPr>
            <w:r>
              <w:t>0,0</w:t>
            </w:r>
          </w:p>
        </w:tc>
        <w:tc>
          <w:tcPr>
            <w:tcW w:w="0" w:type="auto"/>
          </w:tcPr>
          <w:p w14:paraId="307813CB" w14:textId="77777777" w:rsidR="007A5E59" w:rsidRDefault="0095198F">
            <w:pPr>
              <w:jc w:val="center"/>
            </w:pPr>
            <w:r>
              <w:t>0,0</w:t>
            </w:r>
          </w:p>
        </w:tc>
        <w:tc>
          <w:tcPr>
            <w:tcW w:w="0" w:type="auto"/>
          </w:tcPr>
          <w:p w14:paraId="099C1E81" w14:textId="77777777" w:rsidR="007A5E59" w:rsidRDefault="0095198F">
            <w:pPr>
              <w:jc w:val="center"/>
            </w:pPr>
            <w:r>
              <w:t>0,0</w:t>
            </w:r>
          </w:p>
        </w:tc>
        <w:tc>
          <w:tcPr>
            <w:tcW w:w="0" w:type="auto"/>
          </w:tcPr>
          <w:p w14:paraId="454AE07A" w14:textId="77777777" w:rsidR="007A5E59" w:rsidRDefault="0095198F">
            <w:pPr>
              <w:jc w:val="center"/>
            </w:pPr>
            <w:r>
              <w:t>0,0</w:t>
            </w:r>
          </w:p>
        </w:tc>
        <w:tc>
          <w:tcPr>
            <w:tcW w:w="0" w:type="auto"/>
          </w:tcPr>
          <w:p w14:paraId="64928933" w14:textId="77777777" w:rsidR="007A5E59" w:rsidRDefault="0095198F">
            <w:pPr>
              <w:jc w:val="center"/>
            </w:pPr>
            <w:r>
              <w:t>1 510,0</w:t>
            </w:r>
          </w:p>
        </w:tc>
      </w:tr>
      <w:tr w:rsidR="007A5E59" w14:paraId="1C564A03" w14:textId="77777777">
        <w:trPr>
          <w:jc w:val="center"/>
        </w:trPr>
        <w:tc>
          <w:tcPr>
            <w:tcW w:w="0" w:type="auto"/>
            <w:shd w:val="clear" w:color="auto" w:fill="DBE5F1"/>
          </w:tcPr>
          <w:p w14:paraId="5E66E5C9" w14:textId="77777777" w:rsidR="007A5E59" w:rsidRDefault="0095198F">
            <w:r>
              <w:rPr>
                <w:b/>
              </w:rPr>
              <w:t>ИТОГО под замену 2026–2036</w:t>
            </w:r>
          </w:p>
        </w:tc>
        <w:tc>
          <w:tcPr>
            <w:tcW w:w="0" w:type="auto"/>
            <w:shd w:val="clear" w:color="auto" w:fill="DBE5F1"/>
          </w:tcPr>
          <w:p w14:paraId="2C8A4176" w14:textId="77777777" w:rsidR="007A5E59" w:rsidRDefault="0095198F">
            <w:pPr>
              <w:jc w:val="center"/>
            </w:pPr>
            <w:r>
              <w:rPr>
                <w:b/>
              </w:rPr>
              <w:t>0,0</w:t>
            </w:r>
          </w:p>
        </w:tc>
        <w:tc>
          <w:tcPr>
            <w:tcW w:w="0" w:type="auto"/>
            <w:shd w:val="clear" w:color="auto" w:fill="DBE5F1"/>
          </w:tcPr>
          <w:p w14:paraId="4EFE25DB" w14:textId="77777777" w:rsidR="007A5E59" w:rsidRDefault="0095198F">
            <w:pPr>
              <w:jc w:val="center"/>
            </w:pPr>
            <w:r>
              <w:rPr>
                <w:b/>
              </w:rPr>
              <w:t>50,0</w:t>
            </w:r>
          </w:p>
        </w:tc>
        <w:tc>
          <w:tcPr>
            <w:tcW w:w="0" w:type="auto"/>
            <w:shd w:val="clear" w:color="auto" w:fill="DBE5F1"/>
          </w:tcPr>
          <w:p w14:paraId="06FF222C" w14:textId="77777777" w:rsidR="007A5E59" w:rsidRDefault="0095198F">
            <w:pPr>
              <w:jc w:val="center"/>
            </w:pPr>
            <w:r>
              <w:rPr>
                <w:b/>
              </w:rPr>
              <w:t>122,0</w:t>
            </w:r>
          </w:p>
        </w:tc>
        <w:tc>
          <w:tcPr>
            <w:tcW w:w="0" w:type="auto"/>
            <w:shd w:val="clear" w:color="auto" w:fill="DBE5F1"/>
          </w:tcPr>
          <w:p w14:paraId="04CE9CC6" w14:textId="77777777" w:rsidR="007A5E59" w:rsidRDefault="0095198F">
            <w:pPr>
              <w:jc w:val="center"/>
            </w:pPr>
            <w:r>
              <w:rPr>
                <w:b/>
              </w:rPr>
              <w:t>25,0</w:t>
            </w:r>
          </w:p>
        </w:tc>
        <w:tc>
          <w:tcPr>
            <w:tcW w:w="0" w:type="auto"/>
            <w:shd w:val="clear" w:color="auto" w:fill="DBE5F1"/>
          </w:tcPr>
          <w:p w14:paraId="0561008B" w14:textId="77777777" w:rsidR="007A5E59" w:rsidRDefault="0095198F">
            <w:pPr>
              <w:jc w:val="center"/>
            </w:pPr>
            <w:r>
              <w:rPr>
                <w:b/>
              </w:rPr>
              <w:t>282,0</w:t>
            </w:r>
          </w:p>
        </w:tc>
        <w:tc>
          <w:tcPr>
            <w:tcW w:w="0" w:type="auto"/>
            <w:shd w:val="clear" w:color="auto" w:fill="DBE5F1"/>
          </w:tcPr>
          <w:p w14:paraId="755E9934" w14:textId="77777777" w:rsidR="007A5E59" w:rsidRDefault="0095198F">
            <w:pPr>
              <w:jc w:val="center"/>
            </w:pPr>
            <w:r>
              <w:rPr>
                <w:b/>
              </w:rPr>
              <w:t>754,0</w:t>
            </w:r>
          </w:p>
        </w:tc>
        <w:tc>
          <w:tcPr>
            <w:tcW w:w="0" w:type="auto"/>
            <w:shd w:val="clear" w:color="auto" w:fill="DBE5F1"/>
          </w:tcPr>
          <w:p w14:paraId="49284F62" w14:textId="77777777" w:rsidR="007A5E59" w:rsidRDefault="0095198F">
            <w:pPr>
              <w:jc w:val="center"/>
            </w:pPr>
            <w:r>
              <w:rPr>
                <w:b/>
              </w:rPr>
              <w:t>776,0</w:t>
            </w:r>
          </w:p>
        </w:tc>
        <w:tc>
          <w:tcPr>
            <w:tcW w:w="0" w:type="auto"/>
            <w:shd w:val="clear" w:color="auto" w:fill="DBE5F1"/>
          </w:tcPr>
          <w:p w14:paraId="2A7A473B" w14:textId="77777777" w:rsidR="007A5E59" w:rsidRDefault="0095198F">
            <w:pPr>
              <w:jc w:val="center"/>
            </w:pPr>
            <w:r>
              <w:rPr>
                <w:b/>
              </w:rPr>
              <w:t>0,0</w:t>
            </w:r>
          </w:p>
        </w:tc>
        <w:tc>
          <w:tcPr>
            <w:tcW w:w="0" w:type="auto"/>
            <w:shd w:val="clear" w:color="auto" w:fill="DBE5F1"/>
          </w:tcPr>
          <w:p w14:paraId="300B7A1A" w14:textId="77777777" w:rsidR="007A5E59" w:rsidRDefault="0095198F">
            <w:pPr>
              <w:jc w:val="center"/>
            </w:pPr>
            <w:r>
              <w:rPr>
                <w:b/>
              </w:rPr>
              <w:t>0,0</w:t>
            </w:r>
          </w:p>
        </w:tc>
        <w:tc>
          <w:tcPr>
            <w:tcW w:w="0" w:type="auto"/>
            <w:shd w:val="clear" w:color="auto" w:fill="DBE5F1"/>
          </w:tcPr>
          <w:p w14:paraId="4357FEDA" w14:textId="77777777" w:rsidR="007A5E59" w:rsidRDefault="0095198F">
            <w:pPr>
              <w:jc w:val="center"/>
            </w:pPr>
            <w:r>
              <w:rPr>
                <w:b/>
              </w:rPr>
              <w:t>458,0</w:t>
            </w:r>
          </w:p>
        </w:tc>
        <w:tc>
          <w:tcPr>
            <w:tcW w:w="0" w:type="auto"/>
            <w:shd w:val="clear" w:color="auto" w:fill="DBE5F1"/>
          </w:tcPr>
          <w:p w14:paraId="21D8CF02" w14:textId="77777777" w:rsidR="007A5E59" w:rsidRDefault="0095198F">
            <w:pPr>
              <w:jc w:val="center"/>
            </w:pPr>
            <w:r>
              <w:rPr>
                <w:b/>
              </w:rPr>
              <w:t>1 027,0</w:t>
            </w:r>
          </w:p>
        </w:tc>
        <w:tc>
          <w:tcPr>
            <w:tcW w:w="0" w:type="auto"/>
            <w:shd w:val="clear" w:color="auto" w:fill="DBE5F1"/>
          </w:tcPr>
          <w:p w14:paraId="158A4317" w14:textId="77777777" w:rsidR="007A5E59" w:rsidRDefault="0095198F">
            <w:pPr>
              <w:jc w:val="center"/>
            </w:pPr>
            <w:r>
              <w:rPr>
                <w:b/>
              </w:rPr>
              <w:t>0,0</w:t>
            </w:r>
          </w:p>
        </w:tc>
        <w:tc>
          <w:tcPr>
            <w:tcW w:w="0" w:type="auto"/>
            <w:shd w:val="clear" w:color="auto" w:fill="DBE5F1"/>
          </w:tcPr>
          <w:p w14:paraId="743C8824" w14:textId="77777777" w:rsidR="007A5E59" w:rsidRDefault="0095198F">
            <w:pPr>
              <w:jc w:val="center"/>
            </w:pPr>
            <w:r>
              <w:rPr>
                <w:b/>
              </w:rPr>
              <w:t>0,0</w:t>
            </w:r>
          </w:p>
        </w:tc>
        <w:tc>
          <w:tcPr>
            <w:tcW w:w="0" w:type="auto"/>
            <w:shd w:val="clear" w:color="auto" w:fill="DBE5F1"/>
          </w:tcPr>
          <w:p w14:paraId="513FD586" w14:textId="77777777" w:rsidR="007A5E59" w:rsidRDefault="0095198F">
            <w:pPr>
              <w:jc w:val="center"/>
            </w:pPr>
            <w:r>
              <w:rPr>
                <w:b/>
              </w:rPr>
              <w:t>901,0</w:t>
            </w:r>
          </w:p>
        </w:tc>
        <w:tc>
          <w:tcPr>
            <w:tcW w:w="0" w:type="auto"/>
            <w:shd w:val="clear" w:color="auto" w:fill="DBE5F1"/>
          </w:tcPr>
          <w:p w14:paraId="18EF46AE" w14:textId="77777777" w:rsidR="007A5E59" w:rsidRDefault="0095198F">
            <w:pPr>
              <w:jc w:val="center"/>
            </w:pPr>
            <w:r>
              <w:rPr>
                <w:b/>
              </w:rPr>
              <w:t>0,0</w:t>
            </w:r>
          </w:p>
        </w:tc>
        <w:tc>
          <w:tcPr>
            <w:tcW w:w="0" w:type="auto"/>
            <w:shd w:val="clear" w:color="auto" w:fill="DBE5F1"/>
          </w:tcPr>
          <w:p w14:paraId="2E774240" w14:textId="77777777" w:rsidR="007A5E59" w:rsidRDefault="0095198F">
            <w:pPr>
              <w:jc w:val="center"/>
            </w:pPr>
            <w:r>
              <w:rPr>
                <w:b/>
              </w:rPr>
              <w:t>0,0</w:t>
            </w:r>
          </w:p>
        </w:tc>
        <w:tc>
          <w:tcPr>
            <w:tcW w:w="0" w:type="auto"/>
            <w:shd w:val="clear" w:color="auto" w:fill="DBE5F1"/>
          </w:tcPr>
          <w:p w14:paraId="30355E34" w14:textId="77777777" w:rsidR="007A5E59" w:rsidRDefault="0095198F">
            <w:pPr>
              <w:jc w:val="center"/>
            </w:pPr>
            <w:r>
              <w:rPr>
                <w:b/>
              </w:rPr>
              <w:t>0,0</w:t>
            </w:r>
          </w:p>
        </w:tc>
        <w:tc>
          <w:tcPr>
            <w:tcW w:w="0" w:type="auto"/>
            <w:shd w:val="clear" w:color="auto" w:fill="DBE5F1"/>
          </w:tcPr>
          <w:p w14:paraId="0A6BB946" w14:textId="77777777" w:rsidR="007A5E59" w:rsidRDefault="0095198F">
            <w:pPr>
              <w:jc w:val="center"/>
            </w:pPr>
            <w:r>
              <w:rPr>
                <w:b/>
              </w:rPr>
              <w:t>0,0</w:t>
            </w:r>
          </w:p>
        </w:tc>
        <w:tc>
          <w:tcPr>
            <w:tcW w:w="0" w:type="auto"/>
            <w:shd w:val="clear" w:color="auto" w:fill="DBE5F1"/>
          </w:tcPr>
          <w:p w14:paraId="61AF77BD" w14:textId="77777777" w:rsidR="007A5E59" w:rsidRDefault="0095198F">
            <w:pPr>
              <w:jc w:val="center"/>
            </w:pPr>
            <w:r>
              <w:rPr>
                <w:b/>
              </w:rPr>
              <w:t>0,0</w:t>
            </w:r>
          </w:p>
        </w:tc>
        <w:tc>
          <w:tcPr>
            <w:tcW w:w="0" w:type="auto"/>
            <w:shd w:val="clear" w:color="auto" w:fill="DBE5F1"/>
          </w:tcPr>
          <w:p w14:paraId="2391682D" w14:textId="77777777" w:rsidR="007A5E59" w:rsidRDefault="0095198F">
            <w:pPr>
              <w:jc w:val="center"/>
            </w:pPr>
            <w:r>
              <w:rPr>
                <w:b/>
              </w:rPr>
              <w:t>4 395,0</w:t>
            </w:r>
          </w:p>
        </w:tc>
      </w:tr>
      <w:tr w:rsidR="007A5E59" w:rsidRPr="00C07C05" w14:paraId="56B529AA" w14:textId="77777777">
        <w:trPr>
          <w:jc w:val="center"/>
        </w:trPr>
        <w:tc>
          <w:tcPr>
            <w:tcW w:w="0" w:type="auto"/>
          </w:tcPr>
          <w:p w14:paraId="35620964" w14:textId="77777777" w:rsidR="007A5E59" w:rsidRPr="00312815" w:rsidRDefault="0095198F">
            <w:pPr>
              <w:rPr>
                <w:lang w:val="ru-RU"/>
              </w:rPr>
            </w:pPr>
            <w:r w:rsidRPr="00312815">
              <w:rPr>
                <w:lang w:val="ru-RU"/>
              </w:rPr>
              <w:t>БЛОК 3. Площадь поверхности тепловых сетей, м² (</w:t>
            </w:r>
            <w:r>
              <w:t>π</w:t>
            </w:r>
            <w:r w:rsidRPr="00312815">
              <w:rPr>
                <w:lang w:val="ru-RU"/>
              </w:rPr>
              <w:t xml:space="preserve"> × Ø × длина по оси трассы)</w:t>
            </w:r>
          </w:p>
        </w:tc>
        <w:tc>
          <w:tcPr>
            <w:tcW w:w="0" w:type="auto"/>
          </w:tcPr>
          <w:p w14:paraId="0D0F12EE" w14:textId="77777777" w:rsidR="007A5E59" w:rsidRPr="00312815" w:rsidRDefault="007A5E59">
            <w:pPr>
              <w:rPr>
                <w:lang w:val="ru-RU"/>
              </w:rPr>
            </w:pPr>
          </w:p>
        </w:tc>
        <w:tc>
          <w:tcPr>
            <w:tcW w:w="0" w:type="auto"/>
          </w:tcPr>
          <w:p w14:paraId="1655E086" w14:textId="77777777" w:rsidR="007A5E59" w:rsidRPr="00312815" w:rsidRDefault="007A5E59">
            <w:pPr>
              <w:rPr>
                <w:lang w:val="ru-RU"/>
              </w:rPr>
            </w:pPr>
          </w:p>
        </w:tc>
        <w:tc>
          <w:tcPr>
            <w:tcW w:w="0" w:type="auto"/>
          </w:tcPr>
          <w:p w14:paraId="779320A9" w14:textId="77777777" w:rsidR="007A5E59" w:rsidRPr="00312815" w:rsidRDefault="007A5E59">
            <w:pPr>
              <w:rPr>
                <w:lang w:val="ru-RU"/>
              </w:rPr>
            </w:pPr>
          </w:p>
        </w:tc>
        <w:tc>
          <w:tcPr>
            <w:tcW w:w="0" w:type="auto"/>
          </w:tcPr>
          <w:p w14:paraId="6258E522" w14:textId="77777777" w:rsidR="007A5E59" w:rsidRPr="00312815" w:rsidRDefault="007A5E59">
            <w:pPr>
              <w:rPr>
                <w:lang w:val="ru-RU"/>
              </w:rPr>
            </w:pPr>
          </w:p>
        </w:tc>
        <w:tc>
          <w:tcPr>
            <w:tcW w:w="0" w:type="auto"/>
          </w:tcPr>
          <w:p w14:paraId="075B3F5E" w14:textId="77777777" w:rsidR="007A5E59" w:rsidRPr="00312815" w:rsidRDefault="007A5E59">
            <w:pPr>
              <w:rPr>
                <w:lang w:val="ru-RU"/>
              </w:rPr>
            </w:pPr>
          </w:p>
        </w:tc>
        <w:tc>
          <w:tcPr>
            <w:tcW w:w="0" w:type="auto"/>
          </w:tcPr>
          <w:p w14:paraId="529AAFD8" w14:textId="77777777" w:rsidR="007A5E59" w:rsidRPr="00312815" w:rsidRDefault="007A5E59">
            <w:pPr>
              <w:rPr>
                <w:lang w:val="ru-RU"/>
              </w:rPr>
            </w:pPr>
          </w:p>
        </w:tc>
        <w:tc>
          <w:tcPr>
            <w:tcW w:w="0" w:type="auto"/>
          </w:tcPr>
          <w:p w14:paraId="1358E23D" w14:textId="77777777" w:rsidR="007A5E59" w:rsidRPr="00312815" w:rsidRDefault="007A5E59">
            <w:pPr>
              <w:rPr>
                <w:lang w:val="ru-RU"/>
              </w:rPr>
            </w:pPr>
          </w:p>
        </w:tc>
        <w:tc>
          <w:tcPr>
            <w:tcW w:w="0" w:type="auto"/>
          </w:tcPr>
          <w:p w14:paraId="53EBFFCC" w14:textId="77777777" w:rsidR="007A5E59" w:rsidRPr="00312815" w:rsidRDefault="007A5E59">
            <w:pPr>
              <w:rPr>
                <w:lang w:val="ru-RU"/>
              </w:rPr>
            </w:pPr>
          </w:p>
        </w:tc>
        <w:tc>
          <w:tcPr>
            <w:tcW w:w="0" w:type="auto"/>
          </w:tcPr>
          <w:p w14:paraId="1FC11372" w14:textId="77777777" w:rsidR="007A5E59" w:rsidRPr="00312815" w:rsidRDefault="007A5E59">
            <w:pPr>
              <w:rPr>
                <w:lang w:val="ru-RU"/>
              </w:rPr>
            </w:pPr>
          </w:p>
        </w:tc>
        <w:tc>
          <w:tcPr>
            <w:tcW w:w="0" w:type="auto"/>
          </w:tcPr>
          <w:p w14:paraId="4D13CA30" w14:textId="77777777" w:rsidR="007A5E59" w:rsidRPr="00312815" w:rsidRDefault="007A5E59">
            <w:pPr>
              <w:rPr>
                <w:lang w:val="ru-RU"/>
              </w:rPr>
            </w:pPr>
          </w:p>
        </w:tc>
        <w:tc>
          <w:tcPr>
            <w:tcW w:w="0" w:type="auto"/>
          </w:tcPr>
          <w:p w14:paraId="0B40821C" w14:textId="77777777" w:rsidR="007A5E59" w:rsidRPr="00312815" w:rsidRDefault="007A5E59">
            <w:pPr>
              <w:rPr>
                <w:lang w:val="ru-RU"/>
              </w:rPr>
            </w:pPr>
          </w:p>
        </w:tc>
        <w:tc>
          <w:tcPr>
            <w:tcW w:w="0" w:type="auto"/>
          </w:tcPr>
          <w:p w14:paraId="44CC2A83" w14:textId="77777777" w:rsidR="007A5E59" w:rsidRPr="00312815" w:rsidRDefault="007A5E59">
            <w:pPr>
              <w:rPr>
                <w:lang w:val="ru-RU"/>
              </w:rPr>
            </w:pPr>
          </w:p>
        </w:tc>
        <w:tc>
          <w:tcPr>
            <w:tcW w:w="0" w:type="auto"/>
          </w:tcPr>
          <w:p w14:paraId="6787C239" w14:textId="77777777" w:rsidR="007A5E59" w:rsidRPr="00312815" w:rsidRDefault="007A5E59">
            <w:pPr>
              <w:rPr>
                <w:lang w:val="ru-RU"/>
              </w:rPr>
            </w:pPr>
          </w:p>
        </w:tc>
        <w:tc>
          <w:tcPr>
            <w:tcW w:w="0" w:type="auto"/>
          </w:tcPr>
          <w:p w14:paraId="5E32EE5B" w14:textId="77777777" w:rsidR="007A5E59" w:rsidRPr="00312815" w:rsidRDefault="007A5E59">
            <w:pPr>
              <w:rPr>
                <w:lang w:val="ru-RU"/>
              </w:rPr>
            </w:pPr>
          </w:p>
        </w:tc>
        <w:tc>
          <w:tcPr>
            <w:tcW w:w="0" w:type="auto"/>
          </w:tcPr>
          <w:p w14:paraId="62EEF73E" w14:textId="77777777" w:rsidR="007A5E59" w:rsidRPr="00312815" w:rsidRDefault="007A5E59">
            <w:pPr>
              <w:rPr>
                <w:lang w:val="ru-RU"/>
              </w:rPr>
            </w:pPr>
          </w:p>
        </w:tc>
        <w:tc>
          <w:tcPr>
            <w:tcW w:w="0" w:type="auto"/>
          </w:tcPr>
          <w:p w14:paraId="048FEBBB" w14:textId="77777777" w:rsidR="007A5E59" w:rsidRPr="00312815" w:rsidRDefault="007A5E59">
            <w:pPr>
              <w:rPr>
                <w:lang w:val="ru-RU"/>
              </w:rPr>
            </w:pPr>
          </w:p>
        </w:tc>
        <w:tc>
          <w:tcPr>
            <w:tcW w:w="0" w:type="auto"/>
          </w:tcPr>
          <w:p w14:paraId="20530F1F" w14:textId="77777777" w:rsidR="007A5E59" w:rsidRPr="00312815" w:rsidRDefault="007A5E59">
            <w:pPr>
              <w:rPr>
                <w:lang w:val="ru-RU"/>
              </w:rPr>
            </w:pPr>
          </w:p>
        </w:tc>
        <w:tc>
          <w:tcPr>
            <w:tcW w:w="0" w:type="auto"/>
          </w:tcPr>
          <w:p w14:paraId="2D77D5DB" w14:textId="77777777" w:rsidR="007A5E59" w:rsidRPr="00312815" w:rsidRDefault="007A5E59">
            <w:pPr>
              <w:rPr>
                <w:lang w:val="ru-RU"/>
              </w:rPr>
            </w:pPr>
          </w:p>
        </w:tc>
        <w:tc>
          <w:tcPr>
            <w:tcW w:w="0" w:type="auto"/>
          </w:tcPr>
          <w:p w14:paraId="6953F1DF" w14:textId="77777777" w:rsidR="007A5E59" w:rsidRPr="00312815" w:rsidRDefault="007A5E59">
            <w:pPr>
              <w:rPr>
                <w:lang w:val="ru-RU"/>
              </w:rPr>
            </w:pPr>
          </w:p>
        </w:tc>
        <w:tc>
          <w:tcPr>
            <w:tcW w:w="0" w:type="auto"/>
          </w:tcPr>
          <w:p w14:paraId="5472E482" w14:textId="77777777" w:rsidR="007A5E59" w:rsidRPr="00312815" w:rsidRDefault="007A5E59">
            <w:pPr>
              <w:rPr>
                <w:lang w:val="ru-RU"/>
              </w:rPr>
            </w:pPr>
          </w:p>
        </w:tc>
      </w:tr>
      <w:tr w:rsidR="007A5E59" w14:paraId="2C5E792B" w14:textId="77777777">
        <w:trPr>
          <w:jc w:val="center"/>
        </w:trPr>
        <w:tc>
          <w:tcPr>
            <w:tcW w:w="0" w:type="auto"/>
          </w:tcPr>
          <w:p w14:paraId="7F0C41CF" w14:textId="77777777" w:rsidR="007A5E59" w:rsidRDefault="0095198F">
            <w:r>
              <w:t>в канале</w:t>
            </w:r>
          </w:p>
        </w:tc>
        <w:tc>
          <w:tcPr>
            <w:tcW w:w="0" w:type="auto"/>
          </w:tcPr>
          <w:p w14:paraId="1445A75A" w14:textId="77777777" w:rsidR="007A5E59" w:rsidRDefault="0095198F">
            <w:pPr>
              <w:jc w:val="center"/>
            </w:pPr>
            <w:r>
              <w:t>0,00</w:t>
            </w:r>
          </w:p>
        </w:tc>
        <w:tc>
          <w:tcPr>
            <w:tcW w:w="0" w:type="auto"/>
          </w:tcPr>
          <w:p w14:paraId="4F31D2A1" w14:textId="77777777" w:rsidR="007A5E59" w:rsidRDefault="0095198F">
            <w:pPr>
              <w:jc w:val="center"/>
            </w:pPr>
            <w:r>
              <w:t>3,14</w:t>
            </w:r>
          </w:p>
        </w:tc>
        <w:tc>
          <w:tcPr>
            <w:tcW w:w="0" w:type="auto"/>
          </w:tcPr>
          <w:p w14:paraId="456A4766" w14:textId="77777777" w:rsidR="007A5E59" w:rsidRDefault="0095198F">
            <w:pPr>
              <w:jc w:val="center"/>
            </w:pPr>
            <w:r>
              <w:t>1,41</w:t>
            </w:r>
          </w:p>
        </w:tc>
        <w:tc>
          <w:tcPr>
            <w:tcW w:w="0" w:type="auto"/>
          </w:tcPr>
          <w:p w14:paraId="1941F6E3" w14:textId="77777777" w:rsidR="007A5E59" w:rsidRDefault="0095198F">
            <w:pPr>
              <w:jc w:val="center"/>
            </w:pPr>
            <w:r>
              <w:t>2,51</w:t>
            </w:r>
          </w:p>
        </w:tc>
        <w:tc>
          <w:tcPr>
            <w:tcW w:w="0" w:type="auto"/>
          </w:tcPr>
          <w:p w14:paraId="12A92C59" w14:textId="77777777" w:rsidR="007A5E59" w:rsidRDefault="0095198F">
            <w:pPr>
              <w:jc w:val="center"/>
            </w:pPr>
            <w:r>
              <w:t>0,00</w:t>
            </w:r>
          </w:p>
        </w:tc>
        <w:tc>
          <w:tcPr>
            <w:tcW w:w="0" w:type="auto"/>
          </w:tcPr>
          <w:p w14:paraId="7F17098D" w14:textId="77777777" w:rsidR="007A5E59" w:rsidRDefault="0095198F">
            <w:pPr>
              <w:jc w:val="center"/>
            </w:pPr>
            <w:r>
              <w:t>52,62</w:t>
            </w:r>
          </w:p>
        </w:tc>
        <w:tc>
          <w:tcPr>
            <w:tcW w:w="0" w:type="auto"/>
          </w:tcPr>
          <w:p w14:paraId="31D66168" w14:textId="77777777" w:rsidR="007A5E59" w:rsidRDefault="0095198F">
            <w:pPr>
              <w:jc w:val="center"/>
            </w:pPr>
            <w:r>
              <w:t>71,06</w:t>
            </w:r>
          </w:p>
        </w:tc>
        <w:tc>
          <w:tcPr>
            <w:tcW w:w="0" w:type="auto"/>
          </w:tcPr>
          <w:p w14:paraId="08639DF0" w14:textId="77777777" w:rsidR="007A5E59" w:rsidRDefault="0095198F">
            <w:pPr>
              <w:jc w:val="center"/>
            </w:pPr>
            <w:r>
              <w:t>0,00</w:t>
            </w:r>
          </w:p>
        </w:tc>
        <w:tc>
          <w:tcPr>
            <w:tcW w:w="0" w:type="auto"/>
          </w:tcPr>
          <w:p w14:paraId="70AEBAC7" w14:textId="77777777" w:rsidR="007A5E59" w:rsidRDefault="0095198F">
            <w:pPr>
              <w:jc w:val="center"/>
            </w:pPr>
            <w:r>
              <w:t>0,00</w:t>
            </w:r>
          </w:p>
        </w:tc>
        <w:tc>
          <w:tcPr>
            <w:tcW w:w="0" w:type="auto"/>
          </w:tcPr>
          <w:p w14:paraId="7A406624" w14:textId="77777777" w:rsidR="007A5E59" w:rsidRDefault="0095198F">
            <w:pPr>
              <w:jc w:val="center"/>
            </w:pPr>
            <w:r>
              <w:t>59,31</w:t>
            </w:r>
          </w:p>
        </w:tc>
        <w:tc>
          <w:tcPr>
            <w:tcW w:w="0" w:type="auto"/>
          </w:tcPr>
          <w:p w14:paraId="139B6B0B" w14:textId="77777777" w:rsidR="007A5E59" w:rsidRDefault="0095198F">
            <w:pPr>
              <w:jc w:val="center"/>
            </w:pPr>
            <w:r>
              <w:t>112,47</w:t>
            </w:r>
          </w:p>
        </w:tc>
        <w:tc>
          <w:tcPr>
            <w:tcW w:w="0" w:type="auto"/>
          </w:tcPr>
          <w:p w14:paraId="4C663121" w14:textId="77777777" w:rsidR="007A5E59" w:rsidRDefault="0095198F">
            <w:pPr>
              <w:jc w:val="center"/>
            </w:pPr>
            <w:r>
              <w:t>0,00</w:t>
            </w:r>
          </w:p>
        </w:tc>
        <w:tc>
          <w:tcPr>
            <w:tcW w:w="0" w:type="auto"/>
          </w:tcPr>
          <w:p w14:paraId="0777984E" w14:textId="77777777" w:rsidR="007A5E59" w:rsidRDefault="0095198F">
            <w:pPr>
              <w:jc w:val="center"/>
            </w:pPr>
            <w:r>
              <w:t>0,00</w:t>
            </w:r>
          </w:p>
        </w:tc>
        <w:tc>
          <w:tcPr>
            <w:tcW w:w="0" w:type="auto"/>
          </w:tcPr>
          <w:p w14:paraId="121AAF99" w14:textId="77777777" w:rsidR="007A5E59" w:rsidRDefault="0095198F">
            <w:pPr>
              <w:jc w:val="center"/>
            </w:pPr>
            <w:r>
              <w:t>66,60</w:t>
            </w:r>
          </w:p>
        </w:tc>
        <w:tc>
          <w:tcPr>
            <w:tcW w:w="0" w:type="auto"/>
          </w:tcPr>
          <w:p w14:paraId="24CF2A18" w14:textId="77777777" w:rsidR="007A5E59" w:rsidRDefault="0095198F">
            <w:pPr>
              <w:jc w:val="center"/>
            </w:pPr>
            <w:r>
              <w:t>0,00</w:t>
            </w:r>
          </w:p>
        </w:tc>
        <w:tc>
          <w:tcPr>
            <w:tcW w:w="0" w:type="auto"/>
          </w:tcPr>
          <w:p w14:paraId="3A8EA652" w14:textId="77777777" w:rsidR="007A5E59" w:rsidRDefault="0095198F">
            <w:pPr>
              <w:jc w:val="center"/>
            </w:pPr>
            <w:r>
              <w:t>0,00</w:t>
            </w:r>
          </w:p>
        </w:tc>
        <w:tc>
          <w:tcPr>
            <w:tcW w:w="0" w:type="auto"/>
          </w:tcPr>
          <w:p w14:paraId="0D8F7C32" w14:textId="77777777" w:rsidR="007A5E59" w:rsidRDefault="0095198F">
            <w:pPr>
              <w:jc w:val="center"/>
            </w:pPr>
            <w:r>
              <w:t>0,00</w:t>
            </w:r>
          </w:p>
        </w:tc>
        <w:tc>
          <w:tcPr>
            <w:tcW w:w="0" w:type="auto"/>
          </w:tcPr>
          <w:p w14:paraId="549C4CED" w14:textId="77777777" w:rsidR="007A5E59" w:rsidRDefault="0095198F">
            <w:pPr>
              <w:jc w:val="center"/>
            </w:pPr>
            <w:r>
              <w:t>0,00</w:t>
            </w:r>
          </w:p>
        </w:tc>
        <w:tc>
          <w:tcPr>
            <w:tcW w:w="0" w:type="auto"/>
          </w:tcPr>
          <w:p w14:paraId="0B3FF3DF" w14:textId="77777777" w:rsidR="007A5E59" w:rsidRDefault="0095198F">
            <w:pPr>
              <w:jc w:val="center"/>
            </w:pPr>
            <w:r>
              <w:t>0,00</w:t>
            </w:r>
          </w:p>
        </w:tc>
        <w:tc>
          <w:tcPr>
            <w:tcW w:w="0" w:type="auto"/>
          </w:tcPr>
          <w:p w14:paraId="2F7B6856" w14:textId="77777777" w:rsidR="007A5E59" w:rsidRDefault="0095198F">
            <w:pPr>
              <w:jc w:val="center"/>
            </w:pPr>
            <w:r>
              <w:t>369,14</w:t>
            </w:r>
          </w:p>
        </w:tc>
      </w:tr>
      <w:tr w:rsidR="007A5E59" w14:paraId="620417DB" w14:textId="77777777">
        <w:trPr>
          <w:jc w:val="center"/>
        </w:trPr>
        <w:tc>
          <w:tcPr>
            <w:tcW w:w="0" w:type="auto"/>
          </w:tcPr>
          <w:p w14:paraId="3F5B3CDD" w14:textId="77777777" w:rsidR="007A5E59" w:rsidRDefault="0095198F">
            <w:r>
              <w:t>бесканально</w:t>
            </w:r>
          </w:p>
        </w:tc>
        <w:tc>
          <w:tcPr>
            <w:tcW w:w="0" w:type="auto"/>
          </w:tcPr>
          <w:p w14:paraId="2A3AC6C0" w14:textId="77777777" w:rsidR="007A5E59" w:rsidRDefault="0095198F">
            <w:pPr>
              <w:jc w:val="center"/>
            </w:pPr>
            <w:r>
              <w:t>0,00</w:t>
            </w:r>
          </w:p>
        </w:tc>
        <w:tc>
          <w:tcPr>
            <w:tcW w:w="0" w:type="auto"/>
          </w:tcPr>
          <w:p w14:paraId="2BE76CC6" w14:textId="77777777" w:rsidR="007A5E59" w:rsidRDefault="0095198F">
            <w:pPr>
              <w:jc w:val="center"/>
            </w:pPr>
            <w:r>
              <w:t>0,00</w:t>
            </w:r>
          </w:p>
        </w:tc>
        <w:tc>
          <w:tcPr>
            <w:tcW w:w="0" w:type="auto"/>
          </w:tcPr>
          <w:p w14:paraId="6844A42B" w14:textId="77777777" w:rsidR="007A5E59" w:rsidRDefault="0095198F">
            <w:pPr>
              <w:jc w:val="center"/>
            </w:pPr>
            <w:r>
              <w:t>0,00</w:t>
            </w:r>
          </w:p>
        </w:tc>
        <w:tc>
          <w:tcPr>
            <w:tcW w:w="0" w:type="auto"/>
          </w:tcPr>
          <w:p w14:paraId="2C5B0753" w14:textId="77777777" w:rsidR="007A5E59" w:rsidRDefault="0095198F">
            <w:pPr>
              <w:jc w:val="center"/>
            </w:pPr>
            <w:r>
              <w:t>0,00</w:t>
            </w:r>
          </w:p>
        </w:tc>
        <w:tc>
          <w:tcPr>
            <w:tcW w:w="0" w:type="auto"/>
          </w:tcPr>
          <w:p w14:paraId="3B34BEBD" w14:textId="77777777" w:rsidR="007A5E59" w:rsidRDefault="0095198F">
            <w:pPr>
              <w:jc w:val="center"/>
            </w:pPr>
            <w:r>
              <w:t>0,00</w:t>
            </w:r>
          </w:p>
        </w:tc>
        <w:tc>
          <w:tcPr>
            <w:tcW w:w="0" w:type="auto"/>
          </w:tcPr>
          <w:p w14:paraId="71862C5A" w14:textId="77777777" w:rsidR="007A5E59" w:rsidRDefault="0095198F">
            <w:pPr>
              <w:jc w:val="center"/>
            </w:pPr>
            <w:r>
              <w:t>0,00</w:t>
            </w:r>
          </w:p>
        </w:tc>
        <w:tc>
          <w:tcPr>
            <w:tcW w:w="0" w:type="auto"/>
          </w:tcPr>
          <w:p w14:paraId="436074C7" w14:textId="77777777" w:rsidR="007A5E59" w:rsidRDefault="0095198F">
            <w:pPr>
              <w:jc w:val="center"/>
            </w:pPr>
            <w:r>
              <w:t>0,00</w:t>
            </w:r>
          </w:p>
        </w:tc>
        <w:tc>
          <w:tcPr>
            <w:tcW w:w="0" w:type="auto"/>
          </w:tcPr>
          <w:p w14:paraId="666CC856" w14:textId="77777777" w:rsidR="007A5E59" w:rsidRDefault="0095198F">
            <w:pPr>
              <w:jc w:val="center"/>
            </w:pPr>
            <w:r>
              <w:t>0,00</w:t>
            </w:r>
          </w:p>
        </w:tc>
        <w:tc>
          <w:tcPr>
            <w:tcW w:w="0" w:type="auto"/>
          </w:tcPr>
          <w:p w14:paraId="764E8778" w14:textId="77777777" w:rsidR="007A5E59" w:rsidRDefault="0095198F">
            <w:pPr>
              <w:jc w:val="center"/>
            </w:pPr>
            <w:r>
              <w:t>0,00</w:t>
            </w:r>
          </w:p>
        </w:tc>
        <w:tc>
          <w:tcPr>
            <w:tcW w:w="0" w:type="auto"/>
          </w:tcPr>
          <w:p w14:paraId="3DB00CF1" w14:textId="77777777" w:rsidR="007A5E59" w:rsidRDefault="0095198F">
            <w:pPr>
              <w:jc w:val="center"/>
            </w:pPr>
            <w:r>
              <w:t>0,00</w:t>
            </w:r>
          </w:p>
        </w:tc>
        <w:tc>
          <w:tcPr>
            <w:tcW w:w="0" w:type="auto"/>
          </w:tcPr>
          <w:p w14:paraId="25ED4741" w14:textId="77777777" w:rsidR="007A5E59" w:rsidRDefault="0095198F">
            <w:pPr>
              <w:jc w:val="center"/>
            </w:pPr>
            <w:r>
              <w:t>0,00</w:t>
            </w:r>
          </w:p>
        </w:tc>
        <w:tc>
          <w:tcPr>
            <w:tcW w:w="0" w:type="auto"/>
          </w:tcPr>
          <w:p w14:paraId="1AD349F4" w14:textId="77777777" w:rsidR="007A5E59" w:rsidRDefault="0095198F">
            <w:pPr>
              <w:jc w:val="center"/>
            </w:pPr>
            <w:r>
              <w:t>0,00</w:t>
            </w:r>
          </w:p>
        </w:tc>
        <w:tc>
          <w:tcPr>
            <w:tcW w:w="0" w:type="auto"/>
          </w:tcPr>
          <w:p w14:paraId="36C8D81A" w14:textId="77777777" w:rsidR="007A5E59" w:rsidRDefault="0095198F">
            <w:pPr>
              <w:jc w:val="center"/>
            </w:pPr>
            <w:r>
              <w:t>0,00</w:t>
            </w:r>
          </w:p>
        </w:tc>
        <w:tc>
          <w:tcPr>
            <w:tcW w:w="0" w:type="auto"/>
          </w:tcPr>
          <w:p w14:paraId="52173BB4" w14:textId="77777777" w:rsidR="007A5E59" w:rsidRDefault="0095198F">
            <w:pPr>
              <w:jc w:val="center"/>
            </w:pPr>
            <w:r>
              <w:t>0,00</w:t>
            </w:r>
          </w:p>
        </w:tc>
        <w:tc>
          <w:tcPr>
            <w:tcW w:w="0" w:type="auto"/>
          </w:tcPr>
          <w:p w14:paraId="605A558F" w14:textId="77777777" w:rsidR="007A5E59" w:rsidRDefault="0095198F">
            <w:pPr>
              <w:jc w:val="center"/>
            </w:pPr>
            <w:r>
              <w:t>0,00</w:t>
            </w:r>
          </w:p>
        </w:tc>
        <w:tc>
          <w:tcPr>
            <w:tcW w:w="0" w:type="auto"/>
          </w:tcPr>
          <w:p w14:paraId="049141BE" w14:textId="77777777" w:rsidR="007A5E59" w:rsidRDefault="0095198F">
            <w:pPr>
              <w:jc w:val="center"/>
            </w:pPr>
            <w:r>
              <w:t>0,00</w:t>
            </w:r>
          </w:p>
        </w:tc>
        <w:tc>
          <w:tcPr>
            <w:tcW w:w="0" w:type="auto"/>
          </w:tcPr>
          <w:p w14:paraId="5393D3FD" w14:textId="77777777" w:rsidR="007A5E59" w:rsidRDefault="0095198F">
            <w:pPr>
              <w:jc w:val="center"/>
            </w:pPr>
            <w:r>
              <w:t>0,00</w:t>
            </w:r>
          </w:p>
        </w:tc>
        <w:tc>
          <w:tcPr>
            <w:tcW w:w="0" w:type="auto"/>
          </w:tcPr>
          <w:p w14:paraId="69387310" w14:textId="77777777" w:rsidR="007A5E59" w:rsidRDefault="0095198F">
            <w:pPr>
              <w:jc w:val="center"/>
            </w:pPr>
            <w:r>
              <w:t>0,00</w:t>
            </w:r>
          </w:p>
        </w:tc>
        <w:tc>
          <w:tcPr>
            <w:tcW w:w="0" w:type="auto"/>
          </w:tcPr>
          <w:p w14:paraId="35A32B11" w14:textId="77777777" w:rsidR="007A5E59" w:rsidRDefault="0095198F">
            <w:pPr>
              <w:jc w:val="center"/>
            </w:pPr>
            <w:r>
              <w:t>0,00</w:t>
            </w:r>
          </w:p>
        </w:tc>
        <w:tc>
          <w:tcPr>
            <w:tcW w:w="0" w:type="auto"/>
          </w:tcPr>
          <w:p w14:paraId="4FB8077D" w14:textId="77777777" w:rsidR="007A5E59" w:rsidRDefault="0095198F">
            <w:pPr>
              <w:jc w:val="center"/>
            </w:pPr>
            <w:r>
              <w:t>0,00</w:t>
            </w:r>
          </w:p>
        </w:tc>
      </w:tr>
      <w:tr w:rsidR="007A5E59" w14:paraId="18F68ACC" w14:textId="77777777">
        <w:trPr>
          <w:jc w:val="center"/>
        </w:trPr>
        <w:tc>
          <w:tcPr>
            <w:tcW w:w="0" w:type="auto"/>
          </w:tcPr>
          <w:p w14:paraId="52141768" w14:textId="77777777" w:rsidR="007A5E59" w:rsidRDefault="0095198F">
            <w:r>
              <w:t>надземная</w:t>
            </w:r>
          </w:p>
        </w:tc>
        <w:tc>
          <w:tcPr>
            <w:tcW w:w="0" w:type="auto"/>
          </w:tcPr>
          <w:p w14:paraId="67D2CB5E" w14:textId="77777777" w:rsidR="007A5E59" w:rsidRDefault="0095198F">
            <w:pPr>
              <w:jc w:val="center"/>
            </w:pPr>
            <w:r>
              <w:t>0,00</w:t>
            </w:r>
          </w:p>
        </w:tc>
        <w:tc>
          <w:tcPr>
            <w:tcW w:w="0" w:type="auto"/>
          </w:tcPr>
          <w:p w14:paraId="1CD0C625" w14:textId="77777777" w:rsidR="007A5E59" w:rsidRDefault="0095198F">
            <w:pPr>
              <w:jc w:val="center"/>
            </w:pPr>
            <w:r>
              <w:t>0,00</w:t>
            </w:r>
          </w:p>
        </w:tc>
        <w:tc>
          <w:tcPr>
            <w:tcW w:w="0" w:type="auto"/>
          </w:tcPr>
          <w:p w14:paraId="104E29A0" w14:textId="77777777" w:rsidR="007A5E59" w:rsidRDefault="0095198F">
            <w:pPr>
              <w:jc w:val="center"/>
            </w:pPr>
            <w:r>
              <w:t>8,95</w:t>
            </w:r>
          </w:p>
        </w:tc>
        <w:tc>
          <w:tcPr>
            <w:tcW w:w="0" w:type="auto"/>
          </w:tcPr>
          <w:p w14:paraId="219F8ABC" w14:textId="77777777" w:rsidR="007A5E59" w:rsidRDefault="0095198F">
            <w:pPr>
              <w:jc w:val="center"/>
            </w:pPr>
            <w:r>
              <w:t>0,00</w:t>
            </w:r>
          </w:p>
        </w:tc>
        <w:tc>
          <w:tcPr>
            <w:tcW w:w="0" w:type="auto"/>
          </w:tcPr>
          <w:p w14:paraId="009A1D33" w14:textId="77777777" w:rsidR="007A5E59" w:rsidRDefault="0095198F">
            <w:pPr>
              <w:jc w:val="center"/>
            </w:pPr>
            <w:r>
              <w:t>46,75</w:t>
            </w:r>
          </w:p>
        </w:tc>
        <w:tc>
          <w:tcPr>
            <w:tcW w:w="0" w:type="auto"/>
          </w:tcPr>
          <w:p w14:paraId="335EEB45" w14:textId="77777777" w:rsidR="007A5E59" w:rsidRDefault="0095198F">
            <w:pPr>
              <w:jc w:val="center"/>
            </w:pPr>
            <w:r>
              <w:t>151,74</w:t>
            </w:r>
          </w:p>
        </w:tc>
        <w:tc>
          <w:tcPr>
            <w:tcW w:w="0" w:type="auto"/>
          </w:tcPr>
          <w:p w14:paraId="5B748351" w14:textId="77777777" w:rsidR="007A5E59" w:rsidRDefault="0095198F">
            <w:pPr>
              <w:jc w:val="center"/>
            </w:pPr>
            <w:r>
              <w:t>87,40</w:t>
            </w:r>
          </w:p>
        </w:tc>
        <w:tc>
          <w:tcPr>
            <w:tcW w:w="0" w:type="auto"/>
          </w:tcPr>
          <w:p w14:paraId="1FDEAA2F" w14:textId="77777777" w:rsidR="007A5E59" w:rsidRDefault="0095198F">
            <w:pPr>
              <w:jc w:val="center"/>
            </w:pPr>
            <w:r>
              <w:t>0,00</w:t>
            </w:r>
          </w:p>
        </w:tc>
        <w:tc>
          <w:tcPr>
            <w:tcW w:w="0" w:type="auto"/>
          </w:tcPr>
          <w:p w14:paraId="3C339083" w14:textId="77777777" w:rsidR="007A5E59" w:rsidRDefault="0095198F">
            <w:pPr>
              <w:jc w:val="center"/>
            </w:pPr>
            <w:r>
              <w:t>0,00</w:t>
            </w:r>
          </w:p>
        </w:tc>
        <w:tc>
          <w:tcPr>
            <w:tcW w:w="0" w:type="auto"/>
          </w:tcPr>
          <w:p w14:paraId="213BB75A" w14:textId="77777777" w:rsidR="007A5E59" w:rsidRDefault="0095198F">
            <w:pPr>
              <w:jc w:val="center"/>
            </w:pPr>
            <w:r>
              <w:t>55,79</w:t>
            </w:r>
          </w:p>
        </w:tc>
        <w:tc>
          <w:tcPr>
            <w:tcW w:w="0" w:type="auto"/>
          </w:tcPr>
          <w:p w14:paraId="0AF5AF4C" w14:textId="77777777" w:rsidR="007A5E59" w:rsidRDefault="0095198F">
            <w:pPr>
              <w:jc w:val="center"/>
            </w:pPr>
            <w:r>
              <w:t>219,60</w:t>
            </w:r>
          </w:p>
        </w:tc>
        <w:tc>
          <w:tcPr>
            <w:tcW w:w="0" w:type="auto"/>
          </w:tcPr>
          <w:p w14:paraId="0E52A18C" w14:textId="77777777" w:rsidR="007A5E59" w:rsidRDefault="0095198F">
            <w:pPr>
              <w:jc w:val="center"/>
            </w:pPr>
            <w:r>
              <w:t>0,00</w:t>
            </w:r>
          </w:p>
        </w:tc>
        <w:tc>
          <w:tcPr>
            <w:tcW w:w="0" w:type="auto"/>
          </w:tcPr>
          <w:p w14:paraId="130C2E69" w14:textId="77777777" w:rsidR="007A5E59" w:rsidRDefault="0095198F">
            <w:pPr>
              <w:jc w:val="center"/>
            </w:pPr>
            <w:r>
              <w:t>0,00</w:t>
            </w:r>
          </w:p>
        </w:tc>
        <w:tc>
          <w:tcPr>
            <w:tcW w:w="0" w:type="auto"/>
          </w:tcPr>
          <w:p w14:paraId="555D2E9C" w14:textId="77777777" w:rsidR="007A5E59" w:rsidRDefault="0095198F">
            <w:pPr>
              <w:jc w:val="center"/>
            </w:pPr>
            <w:r>
              <w:t>499,51</w:t>
            </w:r>
          </w:p>
        </w:tc>
        <w:tc>
          <w:tcPr>
            <w:tcW w:w="0" w:type="auto"/>
          </w:tcPr>
          <w:p w14:paraId="72D206E9" w14:textId="77777777" w:rsidR="007A5E59" w:rsidRDefault="0095198F">
            <w:pPr>
              <w:jc w:val="center"/>
            </w:pPr>
            <w:r>
              <w:t>0,00</w:t>
            </w:r>
          </w:p>
        </w:tc>
        <w:tc>
          <w:tcPr>
            <w:tcW w:w="0" w:type="auto"/>
          </w:tcPr>
          <w:p w14:paraId="7E601C97" w14:textId="77777777" w:rsidR="007A5E59" w:rsidRDefault="0095198F">
            <w:pPr>
              <w:jc w:val="center"/>
            </w:pPr>
            <w:r>
              <w:t>0,00</w:t>
            </w:r>
          </w:p>
        </w:tc>
        <w:tc>
          <w:tcPr>
            <w:tcW w:w="0" w:type="auto"/>
          </w:tcPr>
          <w:p w14:paraId="4835C81D" w14:textId="77777777" w:rsidR="007A5E59" w:rsidRDefault="0095198F">
            <w:pPr>
              <w:jc w:val="center"/>
            </w:pPr>
            <w:r>
              <w:t>0,00</w:t>
            </w:r>
          </w:p>
        </w:tc>
        <w:tc>
          <w:tcPr>
            <w:tcW w:w="0" w:type="auto"/>
          </w:tcPr>
          <w:p w14:paraId="524AD2BB" w14:textId="77777777" w:rsidR="007A5E59" w:rsidRDefault="0095198F">
            <w:pPr>
              <w:jc w:val="center"/>
            </w:pPr>
            <w:r>
              <w:t>0,00</w:t>
            </w:r>
          </w:p>
        </w:tc>
        <w:tc>
          <w:tcPr>
            <w:tcW w:w="0" w:type="auto"/>
          </w:tcPr>
          <w:p w14:paraId="1B8333BE" w14:textId="77777777" w:rsidR="007A5E59" w:rsidRDefault="0095198F">
            <w:pPr>
              <w:jc w:val="center"/>
            </w:pPr>
            <w:r>
              <w:t>0,00</w:t>
            </w:r>
          </w:p>
        </w:tc>
        <w:tc>
          <w:tcPr>
            <w:tcW w:w="0" w:type="auto"/>
          </w:tcPr>
          <w:p w14:paraId="1364B167" w14:textId="77777777" w:rsidR="007A5E59" w:rsidRDefault="0095198F">
            <w:pPr>
              <w:jc w:val="center"/>
            </w:pPr>
            <w:r>
              <w:t>1 069,74</w:t>
            </w:r>
          </w:p>
        </w:tc>
      </w:tr>
      <w:tr w:rsidR="007A5E59" w14:paraId="188BAE94" w14:textId="77777777">
        <w:trPr>
          <w:jc w:val="center"/>
        </w:trPr>
        <w:tc>
          <w:tcPr>
            <w:tcW w:w="0" w:type="auto"/>
            <w:shd w:val="clear" w:color="auto" w:fill="DBE5F1"/>
          </w:tcPr>
          <w:p w14:paraId="4537676F" w14:textId="77777777" w:rsidR="007A5E59" w:rsidRDefault="0095198F">
            <w:r>
              <w:rPr>
                <w:b/>
              </w:rPr>
              <w:t>ИТОГО по диаметрам</w:t>
            </w:r>
          </w:p>
        </w:tc>
        <w:tc>
          <w:tcPr>
            <w:tcW w:w="0" w:type="auto"/>
            <w:shd w:val="clear" w:color="auto" w:fill="DBE5F1"/>
          </w:tcPr>
          <w:p w14:paraId="7987F76B" w14:textId="77777777" w:rsidR="007A5E59" w:rsidRDefault="0095198F">
            <w:pPr>
              <w:jc w:val="center"/>
            </w:pPr>
            <w:r>
              <w:rPr>
                <w:b/>
              </w:rPr>
              <w:t>0,00</w:t>
            </w:r>
          </w:p>
        </w:tc>
        <w:tc>
          <w:tcPr>
            <w:tcW w:w="0" w:type="auto"/>
            <w:shd w:val="clear" w:color="auto" w:fill="DBE5F1"/>
          </w:tcPr>
          <w:p w14:paraId="702BCBDD" w14:textId="77777777" w:rsidR="007A5E59" w:rsidRDefault="0095198F">
            <w:pPr>
              <w:jc w:val="center"/>
            </w:pPr>
            <w:r>
              <w:rPr>
                <w:b/>
              </w:rPr>
              <w:t>3,14</w:t>
            </w:r>
          </w:p>
        </w:tc>
        <w:tc>
          <w:tcPr>
            <w:tcW w:w="0" w:type="auto"/>
            <w:shd w:val="clear" w:color="auto" w:fill="DBE5F1"/>
          </w:tcPr>
          <w:p w14:paraId="5B38D133" w14:textId="77777777" w:rsidR="007A5E59" w:rsidRDefault="0095198F">
            <w:pPr>
              <w:jc w:val="center"/>
            </w:pPr>
            <w:r>
              <w:rPr>
                <w:b/>
              </w:rPr>
              <w:t>10,37</w:t>
            </w:r>
          </w:p>
        </w:tc>
        <w:tc>
          <w:tcPr>
            <w:tcW w:w="0" w:type="auto"/>
            <w:shd w:val="clear" w:color="auto" w:fill="DBE5F1"/>
          </w:tcPr>
          <w:p w14:paraId="2DBE6B5E" w14:textId="77777777" w:rsidR="007A5E59" w:rsidRDefault="0095198F">
            <w:pPr>
              <w:jc w:val="center"/>
            </w:pPr>
            <w:r>
              <w:rPr>
                <w:b/>
              </w:rPr>
              <w:t>2,51</w:t>
            </w:r>
          </w:p>
        </w:tc>
        <w:tc>
          <w:tcPr>
            <w:tcW w:w="0" w:type="auto"/>
            <w:shd w:val="clear" w:color="auto" w:fill="DBE5F1"/>
          </w:tcPr>
          <w:p w14:paraId="7D29C6D1" w14:textId="77777777" w:rsidR="007A5E59" w:rsidRDefault="0095198F">
            <w:pPr>
              <w:jc w:val="center"/>
            </w:pPr>
            <w:r>
              <w:rPr>
                <w:b/>
              </w:rPr>
              <w:t>46,75</w:t>
            </w:r>
          </w:p>
        </w:tc>
        <w:tc>
          <w:tcPr>
            <w:tcW w:w="0" w:type="auto"/>
            <w:shd w:val="clear" w:color="auto" w:fill="DBE5F1"/>
          </w:tcPr>
          <w:p w14:paraId="46BD3FAE" w14:textId="77777777" w:rsidR="007A5E59" w:rsidRDefault="0095198F">
            <w:pPr>
              <w:jc w:val="center"/>
            </w:pPr>
            <w:r>
              <w:rPr>
                <w:b/>
              </w:rPr>
              <w:t>204,36</w:t>
            </w:r>
          </w:p>
        </w:tc>
        <w:tc>
          <w:tcPr>
            <w:tcW w:w="0" w:type="auto"/>
            <w:shd w:val="clear" w:color="auto" w:fill="DBE5F1"/>
          </w:tcPr>
          <w:p w14:paraId="6540C482" w14:textId="77777777" w:rsidR="007A5E59" w:rsidRDefault="0095198F">
            <w:pPr>
              <w:jc w:val="center"/>
            </w:pPr>
            <w:r>
              <w:rPr>
                <w:b/>
              </w:rPr>
              <w:t>158,46</w:t>
            </w:r>
          </w:p>
        </w:tc>
        <w:tc>
          <w:tcPr>
            <w:tcW w:w="0" w:type="auto"/>
            <w:shd w:val="clear" w:color="auto" w:fill="DBE5F1"/>
          </w:tcPr>
          <w:p w14:paraId="00BFA851" w14:textId="77777777" w:rsidR="007A5E59" w:rsidRDefault="0095198F">
            <w:pPr>
              <w:jc w:val="center"/>
            </w:pPr>
            <w:r>
              <w:rPr>
                <w:b/>
              </w:rPr>
              <w:t>0,00</w:t>
            </w:r>
          </w:p>
        </w:tc>
        <w:tc>
          <w:tcPr>
            <w:tcW w:w="0" w:type="auto"/>
            <w:shd w:val="clear" w:color="auto" w:fill="DBE5F1"/>
          </w:tcPr>
          <w:p w14:paraId="53A8CCEB" w14:textId="77777777" w:rsidR="007A5E59" w:rsidRDefault="0095198F">
            <w:pPr>
              <w:jc w:val="center"/>
            </w:pPr>
            <w:r>
              <w:rPr>
                <w:b/>
              </w:rPr>
              <w:t>0,00</w:t>
            </w:r>
          </w:p>
        </w:tc>
        <w:tc>
          <w:tcPr>
            <w:tcW w:w="0" w:type="auto"/>
            <w:shd w:val="clear" w:color="auto" w:fill="DBE5F1"/>
          </w:tcPr>
          <w:p w14:paraId="0DCA34A2" w14:textId="77777777" w:rsidR="007A5E59" w:rsidRDefault="0095198F">
            <w:pPr>
              <w:jc w:val="center"/>
            </w:pPr>
            <w:r>
              <w:rPr>
                <w:b/>
              </w:rPr>
              <w:t>115,11</w:t>
            </w:r>
          </w:p>
        </w:tc>
        <w:tc>
          <w:tcPr>
            <w:tcW w:w="0" w:type="auto"/>
            <w:shd w:val="clear" w:color="auto" w:fill="DBE5F1"/>
          </w:tcPr>
          <w:p w14:paraId="2151E0F4" w14:textId="77777777" w:rsidR="007A5E59" w:rsidRDefault="0095198F">
            <w:pPr>
              <w:jc w:val="center"/>
            </w:pPr>
            <w:r>
              <w:rPr>
                <w:b/>
              </w:rPr>
              <w:t>332,07</w:t>
            </w:r>
          </w:p>
        </w:tc>
        <w:tc>
          <w:tcPr>
            <w:tcW w:w="0" w:type="auto"/>
            <w:shd w:val="clear" w:color="auto" w:fill="DBE5F1"/>
          </w:tcPr>
          <w:p w14:paraId="5D2FA9A9" w14:textId="77777777" w:rsidR="007A5E59" w:rsidRDefault="0095198F">
            <w:pPr>
              <w:jc w:val="center"/>
            </w:pPr>
            <w:r>
              <w:rPr>
                <w:b/>
              </w:rPr>
              <w:t>0,00</w:t>
            </w:r>
          </w:p>
        </w:tc>
        <w:tc>
          <w:tcPr>
            <w:tcW w:w="0" w:type="auto"/>
            <w:shd w:val="clear" w:color="auto" w:fill="DBE5F1"/>
          </w:tcPr>
          <w:p w14:paraId="088C9B01" w14:textId="77777777" w:rsidR="007A5E59" w:rsidRDefault="0095198F">
            <w:pPr>
              <w:jc w:val="center"/>
            </w:pPr>
            <w:r>
              <w:rPr>
                <w:b/>
              </w:rPr>
              <w:t>0,00</w:t>
            </w:r>
          </w:p>
        </w:tc>
        <w:tc>
          <w:tcPr>
            <w:tcW w:w="0" w:type="auto"/>
            <w:shd w:val="clear" w:color="auto" w:fill="DBE5F1"/>
          </w:tcPr>
          <w:p w14:paraId="15232A57" w14:textId="77777777" w:rsidR="007A5E59" w:rsidRDefault="0095198F">
            <w:pPr>
              <w:jc w:val="center"/>
            </w:pPr>
            <w:r>
              <w:rPr>
                <w:b/>
              </w:rPr>
              <w:t>566,11</w:t>
            </w:r>
          </w:p>
        </w:tc>
        <w:tc>
          <w:tcPr>
            <w:tcW w:w="0" w:type="auto"/>
            <w:shd w:val="clear" w:color="auto" w:fill="DBE5F1"/>
          </w:tcPr>
          <w:p w14:paraId="011C0F32" w14:textId="77777777" w:rsidR="007A5E59" w:rsidRDefault="0095198F">
            <w:pPr>
              <w:jc w:val="center"/>
            </w:pPr>
            <w:r>
              <w:rPr>
                <w:b/>
              </w:rPr>
              <w:t>0,00</w:t>
            </w:r>
          </w:p>
        </w:tc>
        <w:tc>
          <w:tcPr>
            <w:tcW w:w="0" w:type="auto"/>
            <w:shd w:val="clear" w:color="auto" w:fill="DBE5F1"/>
          </w:tcPr>
          <w:p w14:paraId="2C7F9E7F" w14:textId="77777777" w:rsidR="007A5E59" w:rsidRDefault="0095198F">
            <w:pPr>
              <w:jc w:val="center"/>
            </w:pPr>
            <w:r>
              <w:rPr>
                <w:b/>
              </w:rPr>
              <w:t>0,00</w:t>
            </w:r>
          </w:p>
        </w:tc>
        <w:tc>
          <w:tcPr>
            <w:tcW w:w="0" w:type="auto"/>
            <w:shd w:val="clear" w:color="auto" w:fill="DBE5F1"/>
          </w:tcPr>
          <w:p w14:paraId="36F043DB" w14:textId="77777777" w:rsidR="007A5E59" w:rsidRDefault="0095198F">
            <w:pPr>
              <w:jc w:val="center"/>
            </w:pPr>
            <w:r>
              <w:rPr>
                <w:b/>
              </w:rPr>
              <w:t>0,00</w:t>
            </w:r>
          </w:p>
        </w:tc>
        <w:tc>
          <w:tcPr>
            <w:tcW w:w="0" w:type="auto"/>
            <w:shd w:val="clear" w:color="auto" w:fill="DBE5F1"/>
          </w:tcPr>
          <w:p w14:paraId="3A68061B" w14:textId="77777777" w:rsidR="007A5E59" w:rsidRDefault="0095198F">
            <w:pPr>
              <w:jc w:val="center"/>
            </w:pPr>
            <w:r>
              <w:rPr>
                <w:b/>
              </w:rPr>
              <w:t>0,00</w:t>
            </w:r>
          </w:p>
        </w:tc>
        <w:tc>
          <w:tcPr>
            <w:tcW w:w="0" w:type="auto"/>
            <w:shd w:val="clear" w:color="auto" w:fill="DBE5F1"/>
          </w:tcPr>
          <w:p w14:paraId="43BF1E5D" w14:textId="77777777" w:rsidR="007A5E59" w:rsidRDefault="0095198F">
            <w:pPr>
              <w:jc w:val="center"/>
            </w:pPr>
            <w:r>
              <w:rPr>
                <w:b/>
              </w:rPr>
              <w:t>0,00</w:t>
            </w:r>
          </w:p>
        </w:tc>
        <w:tc>
          <w:tcPr>
            <w:tcW w:w="0" w:type="auto"/>
            <w:shd w:val="clear" w:color="auto" w:fill="DBE5F1"/>
          </w:tcPr>
          <w:p w14:paraId="15FCA67C" w14:textId="77777777" w:rsidR="007A5E59" w:rsidRDefault="0095198F">
            <w:pPr>
              <w:jc w:val="center"/>
            </w:pPr>
            <w:r>
              <w:rPr>
                <w:b/>
              </w:rPr>
              <w:t>1 438,88</w:t>
            </w:r>
          </w:p>
        </w:tc>
      </w:tr>
      <w:tr w:rsidR="007A5E59" w14:paraId="1876D9E1" w14:textId="77777777">
        <w:trPr>
          <w:jc w:val="center"/>
        </w:trPr>
        <w:tc>
          <w:tcPr>
            <w:tcW w:w="0" w:type="auto"/>
            <w:shd w:val="clear" w:color="auto" w:fill="DBE5F1"/>
          </w:tcPr>
          <w:p w14:paraId="41B51AD7" w14:textId="77777777" w:rsidR="007A5E59" w:rsidRDefault="0095198F">
            <w:r>
              <w:rPr>
                <w:b/>
              </w:rPr>
              <w:t>ВСЕГО площадь поверхности, м²</w:t>
            </w:r>
          </w:p>
        </w:tc>
        <w:tc>
          <w:tcPr>
            <w:tcW w:w="0" w:type="auto"/>
            <w:shd w:val="clear" w:color="auto" w:fill="DBE5F1"/>
          </w:tcPr>
          <w:p w14:paraId="5BD370FC" w14:textId="77777777" w:rsidR="007A5E59" w:rsidRDefault="0095198F">
            <w:pPr>
              <w:jc w:val="center"/>
            </w:pPr>
            <w:r>
              <w:rPr>
                <w:b/>
              </w:rPr>
              <w:t>1 438,88</w:t>
            </w:r>
          </w:p>
        </w:tc>
        <w:tc>
          <w:tcPr>
            <w:tcW w:w="0" w:type="auto"/>
            <w:shd w:val="clear" w:color="auto" w:fill="DBE5F1"/>
          </w:tcPr>
          <w:p w14:paraId="59A26D4E" w14:textId="77777777" w:rsidR="007A5E59" w:rsidRDefault="007A5E59"/>
        </w:tc>
        <w:tc>
          <w:tcPr>
            <w:tcW w:w="0" w:type="auto"/>
            <w:shd w:val="clear" w:color="auto" w:fill="DBE5F1"/>
          </w:tcPr>
          <w:p w14:paraId="4748298B" w14:textId="77777777" w:rsidR="007A5E59" w:rsidRDefault="007A5E59"/>
        </w:tc>
        <w:tc>
          <w:tcPr>
            <w:tcW w:w="0" w:type="auto"/>
            <w:shd w:val="clear" w:color="auto" w:fill="DBE5F1"/>
          </w:tcPr>
          <w:p w14:paraId="366E9C07" w14:textId="77777777" w:rsidR="007A5E59" w:rsidRDefault="007A5E59"/>
        </w:tc>
        <w:tc>
          <w:tcPr>
            <w:tcW w:w="0" w:type="auto"/>
            <w:shd w:val="clear" w:color="auto" w:fill="DBE5F1"/>
          </w:tcPr>
          <w:p w14:paraId="4C648CE9" w14:textId="77777777" w:rsidR="007A5E59" w:rsidRDefault="007A5E59"/>
        </w:tc>
        <w:tc>
          <w:tcPr>
            <w:tcW w:w="0" w:type="auto"/>
            <w:shd w:val="clear" w:color="auto" w:fill="DBE5F1"/>
          </w:tcPr>
          <w:p w14:paraId="487EB4B7" w14:textId="77777777" w:rsidR="007A5E59" w:rsidRDefault="007A5E59"/>
        </w:tc>
        <w:tc>
          <w:tcPr>
            <w:tcW w:w="0" w:type="auto"/>
            <w:shd w:val="clear" w:color="auto" w:fill="DBE5F1"/>
          </w:tcPr>
          <w:p w14:paraId="3FE7A3CD" w14:textId="77777777" w:rsidR="007A5E59" w:rsidRDefault="007A5E59"/>
        </w:tc>
        <w:tc>
          <w:tcPr>
            <w:tcW w:w="0" w:type="auto"/>
            <w:shd w:val="clear" w:color="auto" w:fill="DBE5F1"/>
          </w:tcPr>
          <w:p w14:paraId="3483C8B7" w14:textId="77777777" w:rsidR="007A5E59" w:rsidRDefault="007A5E59"/>
        </w:tc>
        <w:tc>
          <w:tcPr>
            <w:tcW w:w="0" w:type="auto"/>
            <w:shd w:val="clear" w:color="auto" w:fill="DBE5F1"/>
          </w:tcPr>
          <w:p w14:paraId="3EB7D4C5" w14:textId="77777777" w:rsidR="007A5E59" w:rsidRDefault="007A5E59"/>
        </w:tc>
        <w:tc>
          <w:tcPr>
            <w:tcW w:w="0" w:type="auto"/>
            <w:shd w:val="clear" w:color="auto" w:fill="DBE5F1"/>
          </w:tcPr>
          <w:p w14:paraId="2D6A5D90" w14:textId="77777777" w:rsidR="007A5E59" w:rsidRDefault="007A5E59"/>
        </w:tc>
        <w:tc>
          <w:tcPr>
            <w:tcW w:w="0" w:type="auto"/>
            <w:shd w:val="clear" w:color="auto" w:fill="DBE5F1"/>
          </w:tcPr>
          <w:p w14:paraId="6494288A" w14:textId="77777777" w:rsidR="007A5E59" w:rsidRDefault="007A5E59"/>
        </w:tc>
        <w:tc>
          <w:tcPr>
            <w:tcW w:w="0" w:type="auto"/>
            <w:shd w:val="clear" w:color="auto" w:fill="DBE5F1"/>
          </w:tcPr>
          <w:p w14:paraId="22E41E0F" w14:textId="77777777" w:rsidR="007A5E59" w:rsidRDefault="007A5E59"/>
        </w:tc>
        <w:tc>
          <w:tcPr>
            <w:tcW w:w="0" w:type="auto"/>
            <w:shd w:val="clear" w:color="auto" w:fill="DBE5F1"/>
          </w:tcPr>
          <w:p w14:paraId="2461FCD1" w14:textId="77777777" w:rsidR="007A5E59" w:rsidRDefault="007A5E59"/>
        </w:tc>
        <w:tc>
          <w:tcPr>
            <w:tcW w:w="0" w:type="auto"/>
            <w:shd w:val="clear" w:color="auto" w:fill="DBE5F1"/>
          </w:tcPr>
          <w:p w14:paraId="5E2CAFD2" w14:textId="77777777" w:rsidR="007A5E59" w:rsidRDefault="007A5E59"/>
        </w:tc>
        <w:tc>
          <w:tcPr>
            <w:tcW w:w="0" w:type="auto"/>
            <w:shd w:val="clear" w:color="auto" w:fill="DBE5F1"/>
          </w:tcPr>
          <w:p w14:paraId="7361F995" w14:textId="77777777" w:rsidR="007A5E59" w:rsidRDefault="007A5E59"/>
        </w:tc>
        <w:tc>
          <w:tcPr>
            <w:tcW w:w="0" w:type="auto"/>
            <w:shd w:val="clear" w:color="auto" w:fill="DBE5F1"/>
          </w:tcPr>
          <w:p w14:paraId="10B0B15B" w14:textId="77777777" w:rsidR="007A5E59" w:rsidRDefault="007A5E59"/>
        </w:tc>
        <w:tc>
          <w:tcPr>
            <w:tcW w:w="0" w:type="auto"/>
            <w:shd w:val="clear" w:color="auto" w:fill="DBE5F1"/>
          </w:tcPr>
          <w:p w14:paraId="6590BD02" w14:textId="77777777" w:rsidR="007A5E59" w:rsidRDefault="007A5E59"/>
        </w:tc>
        <w:tc>
          <w:tcPr>
            <w:tcW w:w="0" w:type="auto"/>
            <w:shd w:val="clear" w:color="auto" w:fill="DBE5F1"/>
          </w:tcPr>
          <w:p w14:paraId="7CAFE478" w14:textId="77777777" w:rsidR="007A5E59" w:rsidRDefault="007A5E59"/>
        </w:tc>
        <w:tc>
          <w:tcPr>
            <w:tcW w:w="0" w:type="auto"/>
            <w:shd w:val="clear" w:color="auto" w:fill="DBE5F1"/>
          </w:tcPr>
          <w:p w14:paraId="02DCBB45" w14:textId="77777777" w:rsidR="007A5E59" w:rsidRDefault="007A5E59"/>
        </w:tc>
        <w:tc>
          <w:tcPr>
            <w:tcW w:w="0" w:type="auto"/>
            <w:shd w:val="clear" w:color="auto" w:fill="DBE5F1"/>
          </w:tcPr>
          <w:p w14:paraId="6908FA4A" w14:textId="77777777" w:rsidR="007A5E59" w:rsidRDefault="007A5E59"/>
        </w:tc>
      </w:tr>
      <w:tr w:rsidR="007A5E59" w14:paraId="58A74031" w14:textId="77777777">
        <w:trPr>
          <w:jc w:val="center"/>
        </w:trPr>
        <w:tc>
          <w:tcPr>
            <w:tcW w:w="0" w:type="auto"/>
          </w:tcPr>
          <w:p w14:paraId="229153EC" w14:textId="77777777" w:rsidR="007A5E59" w:rsidRPr="00312815" w:rsidRDefault="0095198F">
            <w:pPr>
              <w:rPr>
                <w:lang w:val="ru-RU"/>
              </w:rPr>
            </w:pPr>
            <w:r w:rsidRPr="00312815">
              <w:rPr>
                <w:lang w:val="ru-RU"/>
              </w:rPr>
              <w:t>Материальная характеристика, м² (2·</w:t>
            </w:r>
            <w:r>
              <w:t>S</w:t>
            </w:r>
            <w:r w:rsidRPr="00312815">
              <w:rPr>
                <w:lang w:val="ru-RU"/>
              </w:rPr>
              <w:t>/</w:t>
            </w:r>
            <w:r>
              <w:t>π</w:t>
            </w:r>
            <w:r w:rsidRPr="00312815">
              <w:rPr>
                <w:lang w:val="ru-RU"/>
              </w:rPr>
              <w:t>)</w:t>
            </w:r>
          </w:p>
        </w:tc>
        <w:tc>
          <w:tcPr>
            <w:tcW w:w="0" w:type="auto"/>
          </w:tcPr>
          <w:p w14:paraId="3C4D4DA4" w14:textId="77777777" w:rsidR="007A5E59" w:rsidRDefault="0095198F">
            <w:pPr>
              <w:jc w:val="center"/>
            </w:pPr>
            <w:r>
              <w:t>916,02</w:t>
            </w:r>
          </w:p>
        </w:tc>
        <w:tc>
          <w:tcPr>
            <w:tcW w:w="0" w:type="auto"/>
          </w:tcPr>
          <w:p w14:paraId="7CA85C4C" w14:textId="77777777" w:rsidR="007A5E59" w:rsidRDefault="007A5E59"/>
        </w:tc>
        <w:tc>
          <w:tcPr>
            <w:tcW w:w="0" w:type="auto"/>
          </w:tcPr>
          <w:p w14:paraId="61E9DA00" w14:textId="77777777" w:rsidR="007A5E59" w:rsidRDefault="007A5E59"/>
        </w:tc>
        <w:tc>
          <w:tcPr>
            <w:tcW w:w="0" w:type="auto"/>
          </w:tcPr>
          <w:p w14:paraId="635D1EB8" w14:textId="77777777" w:rsidR="007A5E59" w:rsidRDefault="007A5E59"/>
        </w:tc>
        <w:tc>
          <w:tcPr>
            <w:tcW w:w="0" w:type="auto"/>
          </w:tcPr>
          <w:p w14:paraId="06706831" w14:textId="77777777" w:rsidR="007A5E59" w:rsidRDefault="007A5E59"/>
        </w:tc>
        <w:tc>
          <w:tcPr>
            <w:tcW w:w="0" w:type="auto"/>
          </w:tcPr>
          <w:p w14:paraId="2159D022" w14:textId="77777777" w:rsidR="007A5E59" w:rsidRDefault="007A5E59"/>
        </w:tc>
        <w:tc>
          <w:tcPr>
            <w:tcW w:w="0" w:type="auto"/>
          </w:tcPr>
          <w:p w14:paraId="0D9261E6" w14:textId="77777777" w:rsidR="007A5E59" w:rsidRDefault="007A5E59"/>
        </w:tc>
        <w:tc>
          <w:tcPr>
            <w:tcW w:w="0" w:type="auto"/>
          </w:tcPr>
          <w:p w14:paraId="43C27B36" w14:textId="77777777" w:rsidR="007A5E59" w:rsidRDefault="007A5E59"/>
        </w:tc>
        <w:tc>
          <w:tcPr>
            <w:tcW w:w="0" w:type="auto"/>
          </w:tcPr>
          <w:p w14:paraId="16FDAB79" w14:textId="77777777" w:rsidR="007A5E59" w:rsidRDefault="007A5E59"/>
        </w:tc>
        <w:tc>
          <w:tcPr>
            <w:tcW w:w="0" w:type="auto"/>
          </w:tcPr>
          <w:p w14:paraId="1CA8072B" w14:textId="77777777" w:rsidR="007A5E59" w:rsidRDefault="007A5E59"/>
        </w:tc>
        <w:tc>
          <w:tcPr>
            <w:tcW w:w="0" w:type="auto"/>
          </w:tcPr>
          <w:p w14:paraId="7527B7A9" w14:textId="77777777" w:rsidR="007A5E59" w:rsidRDefault="007A5E59"/>
        </w:tc>
        <w:tc>
          <w:tcPr>
            <w:tcW w:w="0" w:type="auto"/>
          </w:tcPr>
          <w:p w14:paraId="0FBDD3B2" w14:textId="77777777" w:rsidR="007A5E59" w:rsidRDefault="007A5E59"/>
        </w:tc>
        <w:tc>
          <w:tcPr>
            <w:tcW w:w="0" w:type="auto"/>
          </w:tcPr>
          <w:p w14:paraId="006F0C8A" w14:textId="77777777" w:rsidR="007A5E59" w:rsidRDefault="007A5E59"/>
        </w:tc>
        <w:tc>
          <w:tcPr>
            <w:tcW w:w="0" w:type="auto"/>
          </w:tcPr>
          <w:p w14:paraId="3F40B870" w14:textId="77777777" w:rsidR="007A5E59" w:rsidRDefault="007A5E59"/>
        </w:tc>
        <w:tc>
          <w:tcPr>
            <w:tcW w:w="0" w:type="auto"/>
          </w:tcPr>
          <w:p w14:paraId="30F08445" w14:textId="77777777" w:rsidR="007A5E59" w:rsidRDefault="007A5E59"/>
        </w:tc>
        <w:tc>
          <w:tcPr>
            <w:tcW w:w="0" w:type="auto"/>
          </w:tcPr>
          <w:p w14:paraId="160F195F" w14:textId="77777777" w:rsidR="007A5E59" w:rsidRDefault="007A5E59"/>
        </w:tc>
        <w:tc>
          <w:tcPr>
            <w:tcW w:w="0" w:type="auto"/>
          </w:tcPr>
          <w:p w14:paraId="5C4CFDDE" w14:textId="77777777" w:rsidR="007A5E59" w:rsidRDefault="007A5E59"/>
        </w:tc>
        <w:tc>
          <w:tcPr>
            <w:tcW w:w="0" w:type="auto"/>
          </w:tcPr>
          <w:p w14:paraId="10B41BDF" w14:textId="77777777" w:rsidR="007A5E59" w:rsidRDefault="007A5E59"/>
        </w:tc>
        <w:tc>
          <w:tcPr>
            <w:tcW w:w="0" w:type="auto"/>
          </w:tcPr>
          <w:p w14:paraId="689DF4E7" w14:textId="77777777" w:rsidR="007A5E59" w:rsidRDefault="007A5E59"/>
        </w:tc>
        <w:tc>
          <w:tcPr>
            <w:tcW w:w="0" w:type="auto"/>
          </w:tcPr>
          <w:p w14:paraId="0EC93948" w14:textId="77777777" w:rsidR="007A5E59" w:rsidRDefault="007A5E59"/>
        </w:tc>
      </w:tr>
      <w:tr w:rsidR="007A5E59" w:rsidRPr="00C07C05" w14:paraId="3AD1C1AD" w14:textId="77777777">
        <w:trPr>
          <w:jc w:val="center"/>
        </w:trPr>
        <w:tc>
          <w:tcPr>
            <w:tcW w:w="0" w:type="auto"/>
          </w:tcPr>
          <w:p w14:paraId="23568B1E" w14:textId="77777777" w:rsidR="007A5E59" w:rsidRPr="00312815" w:rsidRDefault="0095198F">
            <w:pPr>
              <w:rPr>
                <w:lang w:val="ru-RU"/>
              </w:rPr>
            </w:pPr>
            <w:r w:rsidRPr="00312815">
              <w:rPr>
                <w:lang w:val="ru-RU"/>
              </w:rPr>
              <w:t>БЛОК 4. Параметры, программа мероприятий и контроль</w:t>
            </w:r>
          </w:p>
        </w:tc>
        <w:tc>
          <w:tcPr>
            <w:tcW w:w="0" w:type="auto"/>
          </w:tcPr>
          <w:p w14:paraId="4A23C647" w14:textId="77777777" w:rsidR="007A5E59" w:rsidRPr="00312815" w:rsidRDefault="007A5E59">
            <w:pPr>
              <w:rPr>
                <w:lang w:val="ru-RU"/>
              </w:rPr>
            </w:pPr>
          </w:p>
        </w:tc>
        <w:tc>
          <w:tcPr>
            <w:tcW w:w="0" w:type="auto"/>
          </w:tcPr>
          <w:p w14:paraId="597A7D77" w14:textId="77777777" w:rsidR="007A5E59" w:rsidRPr="00312815" w:rsidRDefault="007A5E59">
            <w:pPr>
              <w:rPr>
                <w:lang w:val="ru-RU"/>
              </w:rPr>
            </w:pPr>
          </w:p>
        </w:tc>
        <w:tc>
          <w:tcPr>
            <w:tcW w:w="0" w:type="auto"/>
          </w:tcPr>
          <w:p w14:paraId="4B2C18BE" w14:textId="77777777" w:rsidR="007A5E59" w:rsidRPr="00312815" w:rsidRDefault="007A5E59">
            <w:pPr>
              <w:rPr>
                <w:lang w:val="ru-RU"/>
              </w:rPr>
            </w:pPr>
          </w:p>
        </w:tc>
        <w:tc>
          <w:tcPr>
            <w:tcW w:w="0" w:type="auto"/>
          </w:tcPr>
          <w:p w14:paraId="75BE1B0B" w14:textId="77777777" w:rsidR="007A5E59" w:rsidRPr="00312815" w:rsidRDefault="007A5E59">
            <w:pPr>
              <w:rPr>
                <w:lang w:val="ru-RU"/>
              </w:rPr>
            </w:pPr>
          </w:p>
        </w:tc>
        <w:tc>
          <w:tcPr>
            <w:tcW w:w="0" w:type="auto"/>
          </w:tcPr>
          <w:p w14:paraId="19207606" w14:textId="77777777" w:rsidR="007A5E59" w:rsidRPr="00312815" w:rsidRDefault="007A5E59">
            <w:pPr>
              <w:rPr>
                <w:lang w:val="ru-RU"/>
              </w:rPr>
            </w:pPr>
          </w:p>
        </w:tc>
        <w:tc>
          <w:tcPr>
            <w:tcW w:w="0" w:type="auto"/>
          </w:tcPr>
          <w:p w14:paraId="0D5C95EE" w14:textId="77777777" w:rsidR="007A5E59" w:rsidRPr="00312815" w:rsidRDefault="007A5E59">
            <w:pPr>
              <w:rPr>
                <w:lang w:val="ru-RU"/>
              </w:rPr>
            </w:pPr>
          </w:p>
        </w:tc>
        <w:tc>
          <w:tcPr>
            <w:tcW w:w="0" w:type="auto"/>
          </w:tcPr>
          <w:p w14:paraId="33F08575" w14:textId="77777777" w:rsidR="007A5E59" w:rsidRPr="00312815" w:rsidRDefault="007A5E59">
            <w:pPr>
              <w:rPr>
                <w:lang w:val="ru-RU"/>
              </w:rPr>
            </w:pPr>
          </w:p>
        </w:tc>
        <w:tc>
          <w:tcPr>
            <w:tcW w:w="0" w:type="auto"/>
          </w:tcPr>
          <w:p w14:paraId="2D3CA39C" w14:textId="77777777" w:rsidR="007A5E59" w:rsidRPr="00312815" w:rsidRDefault="007A5E59">
            <w:pPr>
              <w:rPr>
                <w:lang w:val="ru-RU"/>
              </w:rPr>
            </w:pPr>
          </w:p>
        </w:tc>
        <w:tc>
          <w:tcPr>
            <w:tcW w:w="0" w:type="auto"/>
          </w:tcPr>
          <w:p w14:paraId="0A5D63CD" w14:textId="77777777" w:rsidR="007A5E59" w:rsidRPr="00312815" w:rsidRDefault="007A5E59">
            <w:pPr>
              <w:rPr>
                <w:lang w:val="ru-RU"/>
              </w:rPr>
            </w:pPr>
          </w:p>
        </w:tc>
        <w:tc>
          <w:tcPr>
            <w:tcW w:w="0" w:type="auto"/>
          </w:tcPr>
          <w:p w14:paraId="3BCA77EE" w14:textId="77777777" w:rsidR="007A5E59" w:rsidRPr="00312815" w:rsidRDefault="007A5E59">
            <w:pPr>
              <w:rPr>
                <w:lang w:val="ru-RU"/>
              </w:rPr>
            </w:pPr>
          </w:p>
        </w:tc>
        <w:tc>
          <w:tcPr>
            <w:tcW w:w="0" w:type="auto"/>
          </w:tcPr>
          <w:p w14:paraId="6167B1BC" w14:textId="77777777" w:rsidR="007A5E59" w:rsidRPr="00312815" w:rsidRDefault="007A5E59">
            <w:pPr>
              <w:rPr>
                <w:lang w:val="ru-RU"/>
              </w:rPr>
            </w:pPr>
          </w:p>
        </w:tc>
        <w:tc>
          <w:tcPr>
            <w:tcW w:w="0" w:type="auto"/>
          </w:tcPr>
          <w:p w14:paraId="621A760D" w14:textId="77777777" w:rsidR="007A5E59" w:rsidRPr="00312815" w:rsidRDefault="007A5E59">
            <w:pPr>
              <w:rPr>
                <w:lang w:val="ru-RU"/>
              </w:rPr>
            </w:pPr>
          </w:p>
        </w:tc>
        <w:tc>
          <w:tcPr>
            <w:tcW w:w="0" w:type="auto"/>
          </w:tcPr>
          <w:p w14:paraId="2C2FBB1F" w14:textId="77777777" w:rsidR="007A5E59" w:rsidRPr="00312815" w:rsidRDefault="007A5E59">
            <w:pPr>
              <w:rPr>
                <w:lang w:val="ru-RU"/>
              </w:rPr>
            </w:pPr>
          </w:p>
        </w:tc>
        <w:tc>
          <w:tcPr>
            <w:tcW w:w="0" w:type="auto"/>
          </w:tcPr>
          <w:p w14:paraId="3E2A6B67" w14:textId="77777777" w:rsidR="007A5E59" w:rsidRPr="00312815" w:rsidRDefault="007A5E59">
            <w:pPr>
              <w:rPr>
                <w:lang w:val="ru-RU"/>
              </w:rPr>
            </w:pPr>
          </w:p>
        </w:tc>
        <w:tc>
          <w:tcPr>
            <w:tcW w:w="0" w:type="auto"/>
          </w:tcPr>
          <w:p w14:paraId="7C6731C5" w14:textId="77777777" w:rsidR="007A5E59" w:rsidRPr="00312815" w:rsidRDefault="007A5E59">
            <w:pPr>
              <w:rPr>
                <w:lang w:val="ru-RU"/>
              </w:rPr>
            </w:pPr>
          </w:p>
        </w:tc>
        <w:tc>
          <w:tcPr>
            <w:tcW w:w="0" w:type="auto"/>
          </w:tcPr>
          <w:p w14:paraId="1DED4D3A" w14:textId="77777777" w:rsidR="007A5E59" w:rsidRPr="00312815" w:rsidRDefault="007A5E59">
            <w:pPr>
              <w:rPr>
                <w:lang w:val="ru-RU"/>
              </w:rPr>
            </w:pPr>
          </w:p>
        </w:tc>
        <w:tc>
          <w:tcPr>
            <w:tcW w:w="0" w:type="auto"/>
          </w:tcPr>
          <w:p w14:paraId="33B86AE2" w14:textId="77777777" w:rsidR="007A5E59" w:rsidRPr="00312815" w:rsidRDefault="007A5E59">
            <w:pPr>
              <w:rPr>
                <w:lang w:val="ru-RU"/>
              </w:rPr>
            </w:pPr>
          </w:p>
        </w:tc>
        <w:tc>
          <w:tcPr>
            <w:tcW w:w="0" w:type="auto"/>
          </w:tcPr>
          <w:p w14:paraId="44E93E83" w14:textId="77777777" w:rsidR="007A5E59" w:rsidRPr="00312815" w:rsidRDefault="007A5E59">
            <w:pPr>
              <w:rPr>
                <w:lang w:val="ru-RU"/>
              </w:rPr>
            </w:pPr>
          </w:p>
        </w:tc>
        <w:tc>
          <w:tcPr>
            <w:tcW w:w="0" w:type="auto"/>
          </w:tcPr>
          <w:p w14:paraId="430FFC55" w14:textId="77777777" w:rsidR="007A5E59" w:rsidRPr="00312815" w:rsidRDefault="007A5E59">
            <w:pPr>
              <w:rPr>
                <w:lang w:val="ru-RU"/>
              </w:rPr>
            </w:pPr>
          </w:p>
        </w:tc>
        <w:tc>
          <w:tcPr>
            <w:tcW w:w="0" w:type="auto"/>
          </w:tcPr>
          <w:p w14:paraId="5750336D" w14:textId="77777777" w:rsidR="007A5E59" w:rsidRPr="00312815" w:rsidRDefault="007A5E59">
            <w:pPr>
              <w:rPr>
                <w:lang w:val="ru-RU"/>
              </w:rPr>
            </w:pPr>
          </w:p>
        </w:tc>
      </w:tr>
      <w:tr w:rsidR="007A5E59" w14:paraId="4F5C2515" w14:textId="77777777">
        <w:trPr>
          <w:jc w:val="center"/>
        </w:trPr>
        <w:tc>
          <w:tcPr>
            <w:tcW w:w="0" w:type="auto"/>
          </w:tcPr>
          <w:p w14:paraId="1BFFE4F7" w14:textId="77777777" w:rsidR="007A5E59" w:rsidRPr="00312815" w:rsidRDefault="0095198F">
            <w:pPr>
              <w:rPr>
                <w:lang w:val="ru-RU"/>
              </w:rPr>
            </w:pPr>
            <w:r w:rsidRPr="00312815">
              <w:rPr>
                <w:lang w:val="ru-RU"/>
              </w:rPr>
              <w:t>Принятый расчётный срок службы, лет</w:t>
            </w:r>
          </w:p>
        </w:tc>
        <w:tc>
          <w:tcPr>
            <w:tcW w:w="0" w:type="auto"/>
          </w:tcPr>
          <w:p w14:paraId="42FF8669" w14:textId="77777777" w:rsidR="007A5E59" w:rsidRDefault="0095198F">
            <w:pPr>
              <w:jc w:val="center"/>
            </w:pPr>
            <w:r>
              <w:t>25,0</w:t>
            </w:r>
          </w:p>
        </w:tc>
        <w:tc>
          <w:tcPr>
            <w:tcW w:w="0" w:type="auto"/>
          </w:tcPr>
          <w:p w14:paraId="5FD44A33" w14:textId="77777777" w:rsidR="007A5E59" w:rsidRDefault="007A5E59"/>
        </w:tc>
        <w:tc>
          <w:tcPr>
            <w:tcW w:w="0" w:type="auto"/>
          </w:tcPr>
          <w:p w14:paraId="6E2F817B" w14:textId="77777777" w:rsidR="007A5E59" w:rsidRDefault="007A5E59"/>
        </w:tc>
        <w:tc>
          <w:tcPr>
            <w:tcW w:w="0" w:type="auto"/>
          </w:tcPr>
          <w:p w14:paraId="2F874EA9" w14:textId="77777777" w:rsidR="007A5E59" w:rsidRDefault="007A5E59"/>
        </w:tc>
        <w:tc>
          <w:tcPr>
            <w:tcW w:w="0" w:type="auto"/>
          </w:tcPr>
          <w:p w14:paraId="74E17059" w14:textId="77777777" w:rsidR="007A5E59" w:rsidRDefault="007A5E59"/>
        </w:tc>
        <w:tc>
          <w:tcPr>
            <w:tcW w:w="0" w:type="auto"/>
          </w:tcPr>
          <w:p w14:paraId="07A00710" w14:textId="77777777" w:rsidR="007A5E59" w:rsidRDefault="007A5E59"/>
        </w:tc>
        <w:tc>
          <w:tcPr>
            <w:tcW w:w="0" w:type="auto"/>
          </w:tcPr>
          <w:p w14:paraId="213BA6B0" w14:textId="77777777" w:rsidR="007A5E59" w:rsidRDefault="007A5E59"/>
        </w:tc>
        <w:tc>
          <w:tcPr>
            <w:tcW w:w="0" w:type="auto"/>
          </w:tcPr>
          <w:p w14:paraId="0876786C" w14:textId="77777777" w:rsidR="007A5E59" w:rsidRDefault="007A5E59"/>
        </w:tc>
        <w:tc>
          <w:tcPr>
            <w:tcW w:w="0" w:type="auto"/>
          </w:tcPr>
          <w:p w14:paraId="43F6697A" w14:textId="77777777" w:rsidR="007A5E59" w:rsidRDefault="007A5E59"/>
        </w:tc>
        <w:tc>
          <w:tcPr>
            <w:tcW w:w="0" w:type="auto"/>
          </w:tcPr>
          <w:p w14:paraId="5F394788" w14:textId="77777777" w:rsidR="007A5E59" w:rsidRDefault="007A5E59"/>
        </w:tc>
        <w:tc>
          <w:tcPr>
            <w:tcW w:w="0" w:type="auto"/>
          </w:tcPr>
          <w:p w14:paraId="337A20EC" w14:textId="77777777" w:rsidR="007A5E59" w:rsidRDefault="007A5E59"/>
        </w:tc>
        <w:tc>
          <w:tcPr>
            <w:tcW w:w="0" w:type="auto"/>
          </w:tcPr>
          <w:p w14:paraId="6F4DC284" w14:textId="77777777" w:rsidR="007A5E59" w:rsidRDefault="007A5E59"/>
        </w:tc>
        <w:tc>
          <w:tcPr>
            <w:tcW w:w="0" w:type="auto"/>
          </w:tcPr>
          <w:p w14:paraId="152C386B" w14:textId="77777777" w:rsidR="007A5E59" w:rsidRDefault="007A5E59"/>
        </w:tc>
        <w:tc>
          <w:tcPr>
            <w:tcW w:w="0" w:type="auto"/>
          </w:tcPr>
          <w:p w14:paraId="5C7D1B17" w14:textId="77777777" w:rsidR="007A5E59" w:rsidRDefault="007A5E59"/>
        </w:tc>
        <w:tc>
          <w:tcPr>
            <w:tcW w:w="0" w:type="auto"/>
          </w:tcPr>
          <w:p w14:paraId="4685205D" w14:textId="77777777" w:rsidR="007A5E59" w:rsidRDefault="007A5E59"/>
        </w:tc>
        <w:tc>
          <w:tcPr>
            <w:tcW w:w="0" w:type="auto"/>
          </w:tcPr>
          <w:p w14:paraId="7C3775E9" w14:textId="77777777" w:rsidR="007A5E59" w:rsidRDefault="007A5E59"/>
        </w:tc>
        <w:tc>
          <w:tcPr>
            <w:tcW w:w="0" w:type="auto"/>
          </w:tcPr>
          <w:p w14:paraId="76B35B96" w14:textId="77777777" w:rsidR="007A5E59" w:rsidRDefault="007A5E59"/>
        </w:tc>
        <w:tc>
          <w:tcPr>
            <w:tcW w:w="0" w:type="auto"/>
          </w:tcPr>
          <w:p w14:paraId="59CD71B7" w14:textId="77777777" w:rsidR="007A5E59" w:rsidRDefault="007A5E59"/>
        </w:tc>
        <w:tc>
          <w:tcPr>
            <w:tcW w:w="0" w:type="auto"/>
          </w:tcPr>
          <w:p w14:paraId="39906CCC" w14:textId="77777777" w:rsidR="007A5E59" w:rsidRDefault="007A5E59"/>
        </w:tc>
        <w:tc>
          <w:tcPr>
            <w:tcW w:w="0" w:type="auto"/>
          </w:tcPr>
          <w:p w14:paraId="74AA967D" w14:textId="77777777" w:rsidR="007A5E59" w:rsidRDefault="007A5E59"/>
        </w:tc>
      </w:tr>
      <w:tr w:rsidR="007A5E59" w14:paraId="31F78269" w14:textId="77777777">
        <w:trPr>
          <w:jc w:val="center"/>
        </w:trPr>
        <w:tc>
          <w:tcPr>
            <w:tcW w:w="0" w:type="auto"/>
            <w:shd w:val="clear" w:color="auto" w:fill="DBE5F1"/>
          </w:tcPr>
          <w:p w14:paraId="1D077138" w14:textId="77777777" w:rsidR="007A5E59" w:rsidRDefault="0095198F">
            <w:r>
              <w:rPr>
                <w:b/>
              </w:rPr>
              <w:t>Всего участков в базе</w:t>
            </w:r>
          </w:p>
        </w:tc>
        <w:tc>
          <w:tcPr>
            <w:tcW w:w="0" w:type="auto"/>
            <w:shd w:val="clear" w:color="auto" w:fill="DBE5F1"/>
          </w:tcPr>
          <w:p w14:paraId="418F3BF9" w14:textId="77777777" w:rsidR="007A5E59" w:rsidRDefault="0095198F">
            <w:pPr>
              <w:jc w:val="center"/>
            </w:pPr>
            <w:r>
              <w:rPr>
                <w:b/>
              </w:rPr>
              <w:t>184,0</w:t>
            </w:r>
          </w:p>
        </w:tc>
        <w:tc>
          <w:tcPr>
            <w:tcW w:w="0" w:type="auto"/>
            <w:shd w:val="clear" w:color="auto" w:fill="DBE5F1"/>
          </w:tcPr>
          <w:p w14:paraId="2EFC9600" w14:textId="77777777" w:rsidR="007A5E59" w:rsidRDefault="007A5E59"/>
        </w:tc>
        <w:tc>
          <w:tcPr>
            <w:tcW w:w="0" w:type="auto"/>
            <w:shd w:val="clear" w:color="auto" w:fill="DBE5F1"/>
          </w:tcPr>
          <w:p w14:paraId="2B134FF9" w14:textId="77777777" w:rsidR="007A5E59" w:rsidRDefault="007A5E59"/>
        </w:tc>
        <w:tc>
          <w:tcPr>
            <w:tcW w:w="0" w:type="auto"/>
            <w:shd w:val="clear" w:color="auto" w:fill="DBE5F1"/>
          </w:tcPr>
          <w:p w14:paraId="1EEFD25C" w14:textId="77777777" w:rsidR="007A5E59" w:rsidRDefault="007A5E59"/>
        </w:tc>
        <w:tc>
          <w:tcPr>
            <w:tcW w:w="0" w:type="auto"/>
            <w:shd w:val="clear" w:color="auto" w:fill="DBE5F1"/>
          </w:tcPr>
          <w:p w14:paraId="7165D129" w14:textId="77777777" w:rsidR="007A5E59" w:rsidRDefault="007A5E59"/>
        </w:tc>
        <w:tc>
          <w:tcPr>
            <w:tcW w:w="0" w:type="auto"/>
            <w:shd w:val="clear" w:color="auto" w:fill="DBE5F1"/>
          </w:tcPr>
          <w:p w14:paraId="6A160582" w14:textId="77777777" w:rsidR="007A5E59" w:rsidRDefault="007A5E59"/>
        </w:tc>
        <w:tc>
          <w:tcPr>
            <w:tcW w:w="0" w:type="auto"/>
            <w:shd w:val="clear" w:color="auto" w:fill="DBE5F1"/>
          </w:tcPr>
          <w:p w14:paraId="69DE308E" w14:textId="77777777" w:rsidR="007A5E59" w:rsidRDefault="007A5E59"/>
        </w:tc>
        <w:tc>
          <w:tcPr>
            <w:tcW w:w="0" w:type="auto"/>
            <w:shd w:val="clear" w:color="auto" w:fill="DBE5F1"/>
          </w:tcPr>
          <w:p w14:paraId="0BF999BF" w14:textId="77777777" w:rsidR="007A5E59" w:rsidRDefault="007A5E59"/>
        </w:tc>
        <w:tc>
          <w:tcPr>
            <w:tcW w:w="0" w:type="auto"/>
            <w:shd w:val="clear" w:color="auto" w:fill="DBE5F1"/>
          </w:tcPr>
          <w:p w14:paraId="018BE5EB" w14:textId="77777777" w:rsidR="007A5E59" w:rsidRDefault="007A5E59"/>
        </w:tc>
        <w:tc>
          <w:tcPr>
            <w:tcW w:w="0" w:type="auto"/>
            <w:shd w:val="clear" w:color="auto" w:fill="DBE5F1"/>
          </w:tcPr>
          <w:p w14:paraId="6F001E51" w14:textId="77777777" w:rsidR="007A5E59" w:rsidRDefault="007A5E59"/>
        </w:tc>
        <w:tc>
          <w:tcPr>
            <w:tcW w:w="0" w:type="auto"/>
            <w:shd w:val="clear" w:color="auto" w:fill="DBE5F1"/>
          </w:tcPr>
          <w:p w14:paraId="7298013C" w14:textId="77777777" w:rsidR="007A5E59" w:rsidRDefault="007A5E59"/>
        </w:tc>
        <w:tc>
          <w:tcPr>
            <w:tcW w:w="0" w:type="auto"/>
            <w:shd w:val="clear" w:color="auto" w:fill="DBE5F1"/>
          </w:tcPr>
          <w:p w14:paraId="4C745142" w14:textId="77777777" w:rsidR="007A5E59" w:rsidRDefault="007A5E59"/>
        </w:tc>
        <w:tc>
          <w:tcPr>
            <w:tcW w:w="0" w:type="auto"/>
            <w:shd w:val="clear" w:color="auto" w:fill="DBE5F1"/>
          </w:tcPr>
          <w:p w14:paraId="255E3190" w14:textId="77777777" w:rsidR="007A5E59" w:rsidRDefault="007A5E59"/>
        </w:tc>
        <w:tc>
          <w:tcPr>
            <w:tcW w:w="0" w:type="auto"/>
            <w:shd w:val="clear" w:color="auto" w:fill="DBE5F1"/>
          </w:tcPr>
          <w:p w14:paraId="29A019F6" w14:textId="77777777" w:rsidR="007A5E59" w:rsidRDefault="007A5E59"/>
        </w:tc>
        <w:tc>
          <w:tcPr>
            <w:tcW w:w="0" w:type="auto"/>
            <w:shd w:val="clear" w:color="auto" w:fill="DBE5F1"/>
          </w:tcPr>
          <w:p w14:paraId="7E10B221" w14:textId="77777777" w:rsidR="007A5E59" w:rsidRDefault="007A5E59"/>
        </w:tc>
        <w:tc>
          <w:tcPr>
            <w:tcW w:w="0" w:type="auto"/>
            <w:shd w:val="clear" w:color="auto" w:fill="DBE5F1"/>
          </w:tcPr>
          <w:p w14:paraId="618E8BEE" w14:textId="77777777" w:rsidR="007A5E59" w:rsidRDefault="007A5E59"/>
        </w:tc>
        <w:tc>
          <w:tcPr>
            <w:tcW w:w="0" w:type="auto"/>
            <w:shd w:val="clear" w:color="auto" w:fill="DBE5F1"/>
          </w:tcPr>
          <w:p w14:paraId="349B11B0" w14:textId="77777777" w:rsidR="007A5E59" w:rsidRDefault="007A5E59"/>
        </w:tc>
        <w:tc>
          <w:tcPr>
            <w:tcW w:w="0" w:type="auto"/>
            <w:shd w:val="clear" w:color="auto" w:fill="DBE5F1"/>
          </w:tcPr>
          <w:p w14:paraId="3C0259D1" w14:textId="77777777" w:rsidR="007A5E59" w:rsidRDefault="007A5E59"/>
        </w:tc>
        <w:tc>
          <w:tcPr>
            <w:tcW w:w="0" w:type="auto"/>
            <w:shd w:val="clear" w:color="auto" w:fill="DBE5F1"/>
          </w:tcPr>
          <w:p w14:paraId="413C6857" w14:textId="77777777" w:rsidR="007A5E59" w:rsidRDefault="007A5E59"/>
        </w:tc>
        <w:tc>
          <w:tcPr>
            <w:tcW w:w="0" w:type="auto"/>
            <w:shd w:val="clear" w:color="auto" w:fill="DBE5F1"/>
          </w:tcPr>
          <w:p w14:paraId="457B9B09" w14:textId="77777777" w:rsidR="007A5E59" w:rsidRDefault="007A5E59"/>
        </w:tc>
      </w:tr>
      <w:tr w:rsidR="007A5E59" w14:paraId="38AE24A0" w14:textId="77777777">
        <w:trPr>
          <w:jc w:val="center"/>
        </w:trPr>
        <w:tc>
          <w:tcPr>
            <w:tcW w:w="0" w:type="auto"/>
          </w:tcPr>
          <w:p w14:paraId="7F52BD53" w14:textId="77777777" w:rsidR="007A5E59" w:rsidRPr="00312815" w:rsidRDefault="0095198F">
            <w:pPr>
              <w:rPr>
                <w:lang w:val="ru-RU"/>
              </w:rPr>
            </w:pPr>
            <w:r w:rsidRPr="00312815">
              <w:rPr>
                <w:lang w:val="ru-RU"/>
              </w:rPr>
              <w:t>Участков вне горизонта 2026–2036 (год ввода 2012 и позднее)</w:t>
            </w:r>
          </w:p>
        </w:tc>
        <w:tc>
          <w:tcPr>
            <w:tcW w:w="0" w:type="auto"/>
          </w:tcPr>
          <w:p w14:paraId="2436086C" w14:textId="77777777" w:rsidR="007A5E59" w:rsidRDefault="0095198F">
            <w:pPr>
              <w:jc w:val="center"/>
            </w:pPr>
            <w:r>
              <w:t>29,0</w:t>
            </w:r>
          </w:p>
        </w:tc>
        <w:tc>
          <w:tcPr>
            <w:tcW w:w="0" w:type="auto"/>
          </w:tcPr>
          <w:p w14:paraId="47EDE708" w14:textId="77777777" w:rsidR="007A5E59" w:rsidRDefault="007A5E59"/>
        </w:tc>
        <w:tc>
          <w:tcPr>
            <w:tcW w:w="0" w:type="auto"/>
          </w:tcPr>
          <w:p w14:paraId="0CC508E8" w14:textId="77777777" w:rsidR="007A5E59" w:rsidRDefault="007A5E59"/>
        </w:tc>
        <w:tc>
          <w:tcPr>
            <w:tcW w:w="0" w:type="auto"/>
          </w:tcPr>
          <w:p w14:paraId="7DF36E71" w14:textId="77777777" w:rsidR="007A5E59" w:rsidRDefault="007A5E59"/>
        </w:tc>
        <w:tc>
          <w:tcPr>
            <w:tcW w:w="0" w:type="auto"/>
          </w:tcPr>
          <w:p w14:paraId="7EE0CDCC" w14:textId="77777777" w:rsidR="007A5E59" w:rsidRDefault="007A5E59"/>
        </w:tc>
        <w:tc>
          <w:tcPr>
            <w:tcW w:w="0" w:type="auto"/>
          </w:tcPr>
          <w:p w14:paraId="114408EB" w14:textId="77777777" w:rsidR="007A5E59" w:rsidRDefault="007A5E59"/>
        </w:tc>
        <w:tc>
          <w:tcPr>
            <w:tcW w:w="0" w:type="auto"/>
          </w:tcPr>
          <w:p w14:paraId="7A16D1F2" w14:textId="77777777" w:rsidR="007A5E59" w:rsidRDefault="007A5E59"/>
        </w:tc>
        <w:tc>
          <w:tcPr>
            <w:tcW w:w="0" w:type="auto"/>
          </w:tcPr>
          <w:p w14:paraId="5881220E" w14:textId="77777777" w:rsidR="007A5E59" w:rsidRDefault="007A5E59"/>
        </w:tc>
        <w:tc>
          <w:tcPr>
            <w:tcW w:w="0" w:type="auto"/>
          </w:tcPr>
          <w:p w14:paraId="6D0457B6" w14:textId="77777777" w:rsidR="007A5E59" w:rsidRDefault="007A5E59"/>
        </w:tc>
        <w:tc>
          <w:tcPr>
            <w:tcW w:w="0" w:type="auto"/>
          </w:tcPr>
          <w:p w14:paraId="5AA5DF25" w14:textId="77777777" w:rsidR="007A5E59" w:rsidRDefault="007A5E59"/>
        </w:tc>
        <w:tc>
          <w:tcPr>
            <w:tcW w:w="0" w:type="auto"/>
          </w:tcPr>
          <w:p w14:paraId="286E7C5D" w14:textId="77777777" w:rsidR="007A5E59" w:rsidRDefault="007A5E59"/>
        </w:tc>
        <w:tc>
          <w:tcPr>
            <w:tcW w:w="0" w:type="auto"/>
          </w:tcPr>
          <w:p w14:paraId="31A5C12C" w14:textId="77777777" w:rsidR="007A5E59" w:rsidRDefault="007A5E59"/>
        </w:tc>
        <w:tc>
          <w:tcPr>
            <w:tcW w:w="0" w:type="auto"/>
          </w:tcPr>
          <w:p w14:paraId="3EF0701A" w14:textId="77777777" w:rsidR="007A5E59" w:rsidRDefault="007A5E59"/>
        </w:tc>
        <w:tc>
          <w:tcPr>
            <w:tcW w:w="0" w:type="auto"/>
          </w:tcPr>
          <w:p w14:paraId="29097B59" w14:textId="77777777" w:rsidR="007A5E59" w:rsidRDefault="007A5E59"/>
        </w:tc>
        <w:tc>
          <w:tcPr>
            <w:tcW w:w="0" w:type="auto"/>
          </w:tcPr>
          <w:p w14:paraId="6BCDE05E" w14:textId="77777777" w:rsidR="007A5E59" w:rsidRDefault="007A5E59"/>
        </w:tc>
        <w:tc>
          <w:tcPr>
            <w:tcW w:w="0" w:type="auto"/>
          </w:tcPr>
          <w:p w14:paraId="54256A96" w14:textId="77777777" w:rsidR="007A5E59" w:rsidRDefault="007A5E59"/>
        </w:tc>
        <w:tc>
          <w:tcPr>
            <w:tcW w:w="0" w:type="auto"/>
          </w:tcPr>
          <w:p w14:paraId="3A76E0D2" w14:textId="77777777" w:rsidR="007A5E59" w:rsidRDefault="007A5E59"/>
        </w:tc>
        <w:tc>
          <w:tcPr>
            <w:tcW w:w="0" w:type="auto"/>
          </w:tcPr>
          <w:p w14:paraId="7D9BBA71" w14:textId="77777777" w:rsidR="007A5E59" w:rsidRDefault="007A5E59"/>
        </w:tc>
        <w:tc>
          <w:tcPr>
            <w:tcW w:w="0" w:type="auto"/>
          </w:tcPr>
          <w:p w14:paraId="5A4C7F4E" w14:textId="77777777" w:rsidR="007A5E59" w:rsidRDefault="007A5E59"/>
        </w:tc>
        <w:tc>
          <w:tcPr>
            <w:tcW w:w="0" w:type="auto"/>
          </w:tcPr>
          <w:p w14:paraId="43BCAFB9" w14:textId="77777777" w:rsidR="007A5E59" w:rsidRDefault="007A5E59"/>
        </w:tc>
      </w:tr>
      <w:tr w:rsidR="007A5E59" w14:paraId="4A06F651" w14:textId="77777777">
        <w:trPr>
          <w:jc w:val="center"/>
        </w:trPr>
        <w:tc>
          <w:tcPr>
            <w:tcW w:w="0" w:type="auto"/>
          </w:tcPr>
          <w:p w14:paraId="0BBFCE7E" w14:textId="77777777" w:rsidR="007A5E59" w:rsidRPr="00312815" w:rsidRDefault="0095198F">
            <w:pPr>
              <w:rPr>
                <w:lang w:val="ru-RU"/>
              </w:rPr>
            </w:pPr>
            <w:r w:rsidRPr="00312815">
              <w:rPr>
                <w:lang w:val="ru-RU"/>
              </w:rPr>
              <w:t>Под замену по программе мероприятий 2026, м</w:t>
            </w:r>
          </w:p>
        </w:tc>
        <w:tc>
          <w:tcPr>
            <w:tcW w:w="0" w:type="auto"/>
          </w:tcPr>
          <w:p w14:paraId="58616C5F" w14:textId="77777777" w:rsidR="007A5E59" w:rsidRDefault="0095198F">
            <w:pPr>
              <w:jc w:val="center"/>
            </w:pPr>
            <w:r>
              <w:t>0,0</w:t>
            </w:r>
          </w:p>
        </w:tc>
        <w:tc>
          <w:tcPr>
            <w:tcW w:w="0" w:type="auto"/>
          </w:tcPr>
          <w:p w14:paraId="2C8765FC" w14:textId="77777777" w:rsidR="007A5E59" w:rsidRDefault="007A5E59"/>
        </w:tc>
        <w:tc>
          <w:tcPr>
            <w:tcW w:w="0" w:type="auto"/>
          </w:tcPr>
          <w:p w14:paraId="6160367B" w14:textId="77777777" w:rsidR="007A5E59" w:rsidRDefault="007A5E59"/>
        </w:tc>
        <w:tc>
          <w:tcPr>
            <w:tcW w:w="0" w:type="auto"/>
          </w:tcPr>
          <w:p w14:paraId="431706E4" w14:textId="77777777" w:rsidR="007A5E59" w:rsidRDefault="007A5E59"/>
        </w:tc>
        <w:tc>
          <w:tcPr>
            <w:tcW w:w="0" w:type="auto"/>
          </w:tcPr>
          <w:p w14:paraId="65703C7B" w14:textId="77777777" w:rsidR="007A5E59" w:rsidRDefault="007A5E59"/>
        </w:tc>
        <w:tc>
          <w:tcPr>
            <w:tcW w:w="0" w:type="auto"/>
          </w:tcPr>
          <w:p w14:paraId="1DCD2ADB" w14:textId="77777777" w:rsidR="007A5E59" w:rsidRDefault="007A5E59"/>
        </w:tc>
        <w:tc>
          <w:tcPr>
            <w:tcW w:w="0" w:type="auto"/>
          </w:tcPr>
          <w:p w14:paraId="62F1C3D0" w14:textId="77777777" w:rsidR="007A5E59" w:rsidRDefault="007A5E59"/>
        </w:tc>
        <w:tc>
          <w:tcPr>
            <w:tcW w:w="0" w:type="auto"/>
          </w:tcPr>
          <w:p w14:paraId="6FF1DB80" w14:textId="77777777" w:rsidR="007A5E59" w:rsidRDefault="007A5E59"/>
        </w:tc>
        <w:tc>
          <w:tcPr>
            <w:tcW w:w="0" w:type="auto"/>
          </w:tcPr>
          <w:p w14:paraId="2C7EAEA5" w14:textId="77777777" w:rsidR="007A5E59" w:rsidRDefault="007A5E59"/>
        </w:tc>
        <w:tc>
          <w:tcPr>
            <w:tcW w:w="0" w:type="auto"/>
          </w:tcPr>
          <w:p w14:paraId="12FEAE36" w14:textId="77777777" w:rsidR="007A5E59" w:rsidRDefault="007A5E59"/>
        </w:tc>
        <w:tc>
          <w:tcPr>
            <w:tcW w:w="0" w:type="auto"/>
          </w:tcPr>
          <w:p w14:paraId="4F6DFEEB" w14:textId="77777777" w:rsidR="007A5E59" w:rsidRDefault="007A5E59"/>
        </w:tc>
        <w:tc>
          <w:tcPr>
            <w:tcW w:w="0" w:type="auto"/>
          </w:tcPr>
          <w:p w14:paraId="49D96B24" w14:textId="77777777" w:rsidR="007A5E59" w:rsidRDefault="007A5E59"/>
        </w:tc>
        <w:tc>
          <w:tcPr>
            <w:tcW w:w="0" w:type="auto"/>
          </w:tcPr>
          <w:p w14:paraId="34F021E4" w14:textId="77777777" w:rsidR="007A5E59" w:rsidRDefault="007A5E59"/>
        </w:tc>
        <w:tc>
          <w:tcPr>
            <w:tcW w:w="0" w:type="auto"/>
          </w:tcPr>
          <w:p w14:paraId="7B50EB2F" w14:textId="77777777" w:rsidR="007A5E59" w:rsidRDefault="007A5E59"/>
        </w:tc>
        <w:tc>
          <w:tcPr>
            <w:tcW w:w="0" w:type="auto"/>
          </w:tcPr>
          <w:p w14:paraId="6A5B7597" w14:textId="77777777" w:rsidR="007A5E59" w:rsidRDefault="007A5E59"/>
        </w:tc>
        <w:tc>
          <w:tcPr>
            <w:tcW w:w="0" w:type="auto"/>
          </w:tcPr>
          <w:p w14:paraId="51BB0416" w14:textId="77777777" w:rsidR="007A5E59" w:rsidRDefault="007A5E59"/>
        </w:tc>
        <w:tc>
          <w:tcPr>
            <w:tcW w:w="0" w:type="auto"/>
          </w:tcPr>
          <w:p w14:paraId="0E989EDB" w14:textId="77777777" w:rsidR="007A5E59" w:rsidRDefault="007A5E59"/>
        </w:tc>
        <w:tc>
          <w:tcPr>
            <w:tcW w:w="0" w:type="auto"/>
          </w:tcPr>
          <w:p w14:paraId="1012E964" w14:textId="77777777" w:rsidR="007A5E59" w:rsidRDefault="007A5E59"/>
        </w:tc>
        <w:tc>
          <w:tcPr>
            <w:tcW w:w="0" w:type="auto"/>
          </w:tcPr>
          <w:p w14:paraId="40904CC9" w14:textId="77777777" w:rsidR="007A5E59" w:rsidRDefault="007A5E59"/>
        </w:tc>
        <w:tc>
          <w:tcPr>
            <w:tcW w:w="0" w:type="auto"/>
          </w:tcPr>
          <w:p w14:paraId="7ADEA258" w14:textId="77777777" w:rsidR="007A5E59" w:rsidRDefault="007A5E59"/>
        </w:tc>
      </w:tr>
      <w:tr w:rsidR="007A5E59" w14:paraId="33AB6BE1" w14:textId="77777777">
        <w:trPr>
          <w:jc w:val="center"/>
        </w:trPr>
        <w:tc>
          <w:tcPr>
            <w:tcW w:w="0" w:type="auto"/>
          </w:tcPr>
          <w:p w14:paraId="08244E15" w14:textId="77777777" w:rsidR="007A5E59" w:rsidRPr="00312815" w:rsidRDefault="0095198F">
            <w:pPr>
              <w:rPr>
                <w:lang w:val="ru-RU"/>
              </w:rPr>
            </w:pPr>
            <w:r w:rsidRPr="00312815">
              <w:rPr>
                <w:lang w:val="ru-RU"/>
              </w:rPr>
              <w:t>Новое строительство по программе 2026, м</w:t>
            </w:r>
          </w:p>
        </w:tc>
        <w:tc>
          <w:tcPr>
            <w:tcW w:w="0" w:type="auto"/>
          </w:tcPr>
          <w:p w14:paraId="73D42822" w14:textId="77777777" w:rsidR="007A5E59" w:rsidRDefault="0095198F">
            <w:pPr>
              <w:jc w:val="center"/>
            </w:pPr>
            <w:r>
              <w:t>95,0</w:t>
            </w:r>
          </w:p>
        </w:tc>
        <w:tc>
          <w:tcPr>
            <w:tcW w:w="0" w:type="auto"/>
          </w:tcPr>
          <w:p w14:paraId="2D149C82" w14:textId="77777777" w:rsidR="007A5E59" w:rsidRDefault="007A5E59"/>
        </w:tc>
        <w:tc>
          <w:tcPr>
            <w:tcW w:w="0" w:type="auto"/>
          </w:tcPr>
          <w:p w14:paraId="0AC50052" w14:textId="77777777" w:rsidR="007A5E59" w:rsidRDefault="007A5E59"/>
        </w:tc>
        <w:tc>
          <w:tcPr>
            <w:tcW w:w="0" w:type="auto"/>
          </w:tcPr>
          <w:p w14:paraId="42A9FC24" w14:textId="77777777" w:rsidR="007A5E59" w:rsidRDefault="007A5E59"/>
        </w:tc>
        <w:tc>
          <w:tcPr>
            <w:tcW w:w="0" w:type="auto"/>
          </w:tcPr>
          <w:p w14:paraId="0E3ACD51" w14:textId="77777777" w:rsidR="007A5E59" w:rsidRDefault="007A5E59"/>
        </w:tc>
        <w:tc>
          <w:tcPr>
            <w:tcW w:w="0" w:type="auto"/>
          </w:tcPr>
          <w:p w14:paraId="00E366E9" w14:textId="77777777" w:rsidR="007A5E59" w:rsidRDefault="007A5E59"/>
        </w:tc>
        <w:tc>
          <w:tcPr>
            <w:tcW w:w="0" w:type="auto"/>
          </w:tcPr>
          <w:p w14:paraId="2EEF9AE3" w14:textId="77777777" w:rsidR="007A5E59" w:rsidRDefault="007A5E59"/>
        </w:tc>
        <w:tc>
          <w:tcPr>
            <w:tcW w:w="0" w:type="auto"/>
          </w:tcPr>
          <w:p w14:paraId="3915D0AE" w14:textId="77777777" w:rsidR="007A5E59" w:rsidRDefault="007A5E59"/>
        </w:tc>
        <w:tc>
          <w:tcPr>
            <w:tcW w:w="0" w:type="auto"/>
          </w:tcPr>
          <w:p w14:paraId="14F37CDE" w14:textId="77777777" w:rsidR="007A5E59" w:rsidRDefault="007A5E59"/>
        </w:tc>
        <w:tc>
          <w:tcPr>
            <w:tcW w:w="0" w:type="auto"/>
          </w:tcPr>
          <w:p w14:paraId="5C09FDC1" w14:textId="77777777" w:rsidR="007A5E59" w:rsidRDefault="007A5E59"/>
        </w:tc>
        <w:tc>
          <w:tcPr>
            <w:tcW w:w="0" w:type="auto"/>
          </w:tcPr>
          <w:p w14:paraId="0658BC4B" w14:textId="77777777" w:rsidR="007A5E59" w:rsidRDefault="007A5E59"/>
        </w:tc>
        <w:tc>
          <w:tcPr>
            <w:tcW w:w="0" w:type="auto"/>
          </w:tcPr>
          <w:p w14:paraId="153C414C" w14:textId="77777777" w:rsidR="007A5E59" w:rsidRDefault="007A5E59"/>
        </w:tc>
        <w:tc>
          <w:tcPr>
            <w:tcW w:w="0" w:type="auto"/>
          </w:tcPr>
          <w:p w14:paraId="43A1AEFD" w14:textId="77777777" w:rsidR="007A5E59" w:rsidRDefault="007A5E59"/>
        </w:tc>
        <w:tc>
          <w:tcPr>
            <w:tcW w:w="0" w:type="auto"/>
          </w:tcPr>
          <w:p w14:paraId="2CC30A76" w14:textId="77777777" w:rsidR="007A5E59" w:rsidRDefault="007A5E59"/>
        </w:tc>
        <w:tc>
          <w:tcPr>
            <w:tcW w:w="0" w:type="auto"/>
          </w:tcPr>
          <w:p w14:paraId="51750F95" w14:textId="77777777" w:rsidR="007A5E59" w:rsidRDefault="007A5E59"/>
        </w:tc>
        <w:tc>
          <w:tcPr>
            <w:tcW w:w="0" w:type="auto"/>
          </w:tcPr>
          <w:p w14:paraId="12E3A23F" w14:textId="77777777" w:rsidR="007A5E59" w:rsidRDefault="007A5E59"/>
        </w:tc>
        <w:tc>
          <w:tcPr>
            <w:tcW w:w="0" w:type="auto"/>
          </w:tcPr>
          <w:p w14:paraId="41D3F991" w14:textId="77777777" w:rsidR="007A5E59" w:rsidRDefault="007A5E59"/>
        </w:tc>
        <w:tc>
          <w:tcPr>
            <w:tcW w:w="0" w:type="auto"/>
          </w:tcPr>
          <w:p w14:paraId="7C1A0FBB" w14:textId="77777777" w:rsidR="007A5E59" w:rsidRDefault="007A5E59"/>
        </w:tc>
        <w:tc>
          <w:tcPr>
            <w:tcW w:w="0" w:type="auto"/>
          </w:tcPr>
          <w:p w14:paraId="0EDA73E5" w14:textId="77777777" w:rsidR="007A5E59" w:rsidRDefault="007A5E59"/>
        </w:tc>
        <w:tc>
          <w:tcPr>
            <w:tcW w:w="0" w:type="auto"/>
          </w:tcPr>
          <w:p w14:paraId="6D9CCE83" w14:textId="77777777" w:rsidR="007A5E59" w:rsidRDefault="007A5E59"/>
        </w:tc>
      </w:tr>
      <w:tr w:rsidR="007A5E59" w14:paraId="3AD23C35" w14:textId="77777777">
        <w:trPr>
          <w:jc w:val="center"/>
        </w:trPr>
        <w:tc>
          <w:tcPr>
            <w:tcW w:w="0" w:type="auto"/>
          </w:tcPr>
          <w:p w14:paraId="52566CFB" w14:textId="77777777" w:rsidR="007A5E59" w:rsidRPr="00312815" w:rsidRDefault="0095198F">
            <w:pPr>
              <w:rPr>
                <w:lang w:val="ru-RU"/>
              </w:rPr>
            </w:pPr>
            <w:r w:rsidRPr="00312815">
              <w:rPr>
                <w:lang w:val="ru-RU"/>
              </w:rPr>
              <w:t>Стоимость мероприятий по программе 2026, тыс. руб.</w:t>
            </w:r>
          </w:p>
        </w:tc>
        <w:tc>
          <w:tcPr>
            <w:tcW w:w="0" w:type="auto"/>
          </w:tcPr>
          <w:p w14:paraId="589FB5A5" w14:textId="77777777" w:rsidR="007A5E59" w:rsidRDefault="0095198F">
            <w:pPr>
              <w:jc w:val="center"/>
            </w:pPr>
            <w:r>
              <w:t>1 753,4</w:t>
            </w:r>
          </w:p>
        </w:tc>
        <w:tc>
          <w:tcPr>
            <w:tcW w:w="0" w:type="auto"/>
          </w:tcPr>
          <w:p w14:paraId="02085A54" w14:textId="77777777" w:rsidR="007A5E59" w:rsidRDefault="007A5E59"/>
        </w:tc>
        <w:tc>
          <w:tcPr>
            <w:tcW w:w="0" w:type="auto"/>
          </w:tcPr>
          <w:p w14:paraId="157E04C3" w14:textId="77777777" w:rsidR="007A5E59" w:rsidRDefault="007A5E59"/>
        </w:tc>
        <w:tc>
          <w:tcPr>
            <w:tcW w:w="0" w:type="auto"/>
          </w:tcPr>
          <w:p w14:paraId="1E8961D2" w14:textId="77777777" w:rsidR="007A5E59" w:rsidRDefault="007A5E59"/>
        </w:tc>
        <w:tc>
          <w:tcPr>
            <w:tcW w:w="0" w:type="auto"/>
          </w:tcPr>
          <w:p w14:paraId="177A6984" w14:textId="77777777" w:rsidR="007A5E59" w:rsidRDefault="007A5E59"/>
        </w:tc>
        <w:tc>
          <w:tcPr>
            <w:tcW w:w="0" w:type="auto"/>
          </w:tcPr>
          <w:p w14:paraId="4E2EB795" w14:textId="77777777" w:rsidR="007A5E59" w:rsidRDefault="007A5E59"/>
        </w:tc>
        <w:tc>
          <w:tcPr>
            <w:tcW w:w="0" w:type="auto"/>
          </w:tcPr>
          <w:p w14:paraId="7145A5AB" w14:textId="77777777" w:rsidR="007A5E59" w:rsidRDefault="007A5E59"/>
        </w:tc>
        <w:tc>
          <w:tcPr>
            <w:tcW w:w="0" w:type="auto"/>
          </w:tcPr>
          <w:p w14:paraId="17F18975" w14:textId="77777777" w:rsidR="007A5E59" w:rsidRDefault="007A5E59"/>
        </w:tc>
        <w:tc>
          <w:tcPr>
            <w:tcW w:w="0" w:type="auto"/>
          </w:tcPr>
          <w:p w14:paraId="28331C8E" w14:textId="77777777" w:rsidR="007A5E59" w:rsidRDefault="007A5E59"/>
        </w:tc>
        <w:tc>
          <w:tcPr>
            <w:tcW w:w="0" w:type="auto"/>
          </w:tcPr>
          <w:p w14:paraId="4BDB3F43" w14:textId="77777777" w:rsidR="007A5E59" w:rsidRDefault="007A5E59"/>
        </w:tc>
        <w:tc>
          <w:tcPr>
            <w:tcW w:w="0" w:type="auto"/>
          </w:tcPr>
          <w:p w14:paraId="3516D8B7" w14:textId="77777777" w:rsidR="007A5E59" w:rsidRDefault="007A5E59"/>
        </w:tc>
        <w:tc>
          <w:tcPr>
            <w:tcW w:w="0" w:type="auto"/>
          </w:tcPr>
          <w:p w14:paraId="4884A31F" w14:textId="77777777" w:rsidR="007A5E59" w:rsidRDefault="007A5E59"/>
        </w:tc>
        <w:tc>
          <w:tcPr>
            <w:tcW w:w="0" w:type="auto"/>
          </w:tcPr>
          <w:p w14:paraId="2372B069" w14:textId="77777777" w:rsidR="007A5E59" w:rsidRDefault="007A5E59"/>
        </w:tc>
        <w:tc>
          <w:tcPr>
            <w:tcW w:w="0" w:type="auto"/>
          </w:tcPr>
          <w:p w14:paraId="01E65EF3" w14:textId="77777777" w:rsidR="007A5E59" w:rsidRDefault="007A5E59"/>
        </w:tc>
        <w:tc>
          <w:tcPr>
            <w:tcW w:w="0" w:type="auto"/>
          </w:tcPr>
          <w:p w14:paraId="7DD54998" w14:textId="77777777" w:rsidR="007A5E59" w:rsidRDefault="007A5E59"/>
        </w:tc>
        <w:tc>
          <w:tcPr>
            <w:tcW w:w="0" w:type="auto"/>
          </w:tcPr>
          <w:p w14:paraId="7A754AB2" w14:textId="77777777" w:rsidR="007A5E59" w:rsidRDefault="007A5E59"/>
        </w:tc>
        <w:tc>
          <w:tcPr>
            <w:tcW w:w="0" w:type="auto"/>
          </w:tcPr>
          <w:p w14:paraId="00BF96F6" w14:textId="77777777" w:rsidR="007A5E59" w:rsidRDefault="007A5E59"/>
        </w:tc>
        <w:tc>
          <w:tcPr>
            <w:tcW w:w="0" w:type="auto"/>
          </w:tcPr>
          <w:p w14:paraId="510F1E6D" w14:textId="77777777" w:rsidR="007A5E59" w:rsidRDefault="007A5E59"/>
        </w:tc>
        <w:tc>
          <w:tcPr>
            <w:tcW w:w="0" w:type="auto"/>
          </w:tcPr>
          <w:p w14:paraId="4C0F2B3E" w14:textId="77777777" w:rsidR="007A5E59" w:rsidRDefault="007A5E59"/>
        </w:tc>
        <w:tc>
          <w:tcPr>
            <w:tcW w:w="0" w:type="auto"/>
          </w:tcPr>
          <w:p w14:paraId="7CFAC130" w14:textId="77777777" w:rsidR="007A5E59" w:rsidRDefault="007A5E59"/>
        </w:tc>
      </w:tr>
      <w:tr w:rsidR="007A5E59" w14:paraId="6F3B5FE6" w14:textId="77777777">
        <w:trPr>
          <w:jc w:val="center"/>
        </w:trPr>
        <w:tc>
          <w:tcPr>
            <w:tcW w:w="0" w:type="auto"/>
          </w:tcPr>
          <w:p w14:paraId="2E5C9B24" w14:textId="77777777" w:rsidR="007A5E59" w:rsidRPr="00312815" w:rsidRDefault="0095198F">
            <w:pPr>
              <w:rPr>
                <w:lang w:val="ru-RU"/>
              </w:rPr>
            </w:pPr>
            <w:r w:rsidRPr="00312815">
              <w:rPr>
                <w:lang w:val="ru-RU"/>
              </w:rPr>
              <w:t>Сверка: ИТОГО блока 1 = сумме длин участков базы</w:t>
            </w:r>
          </w:p>
        </w:tc>
        <w:tc>
          <w:tcPr>
            <w:tcW w:w="0" w:type="auto"/>
          </w:tcPr>
          <w:p w14:paraId="31B87E68" w14:textId="77777777" w:rsidR="007A5E59" w:rsidRDefault="0095198F">
            <w:r>
              <w:t>ДА</w:t>
            </w:r>
          </w:p>
        </w:tc>
        <w:tc>
          <w:tcPr>
            <w:tcW w:w="0" w:type="auto"/>
          </w:tcPr>
          <w:p w14:paraId="0DD63CD1" w14:textId="77777777" w:rsidR="007A5E59" w:rsidRDefault="007A5E59"/>
        </w:tc>
        <w:tc>
          <w:tcPr>
            <w:tcW w:w="0" w:type="auto"/>
          </w:tcPr>
          <w:p w14:paraId="6EE7DA04" w14:textId="77777777" w:rsidR="007A5E59" w:rsidRDefault="007A5E59"/>
        </w:tc>
        <w:tc>
          <w:tcPr>
            <w:tcW w:w="0" w:type="auto"/>
          </w:tcPr>
          <w:p w14:paraId="4FA3BF37" w14:textId="77777777" w:rsidR="007A5E59" w:rsidRDefault="007A5E59"/>
        </w:tc>
        <w:tc>
          <w:tcPr>
            <w:tcW w:w="0" w:type="auto"/>
          </w:tcPr>
          <w:p w14:paraId="57EB933F" w14:textId="77777777" w:rsidR="007A5E59" w:rsidRDefault="007A5E59"/>
        </w:tc>
        <w:tc>
          <w:tcPr>
            <w:tcW w:w="0" w:type="auto"/>
          </w:tcPr>
          <w:p w14:paraId="037CB1CE" w14:textId="77777777" w:rsidR="007A5E59" w:rsidRDefault="007A5E59"/>
        </w:tc>
        <w:tc>
          <w:tcPr>
            <w:tcW w:w="0" w:type="auto"/>
          </w:tcPr>
          <w:p w14:paraId="61BDDE1C" w14:textId="77777777" w:rsidR="007A5E59" w:rsidRDefault="007A5E59"/>
        </w:tc>
        <w:tc>
          <w:tcPr>
            <w:tcW w:w="0" w:type="auto"/>
          </w:tcPr>
          <w:p w14:paraId="4BFED3CE" w14:textId="77777777" w:rsidR="007A5E59" w:rsidRDefault="007A5E59"/>
        </w:tc>
        <w:tc>
          <w:tcPr>
            <w:tcW w:w="0" w:type="auto"/>
          </w:tcPr>
          <w:p w14:paraId="0A105470" w14:textId="77777777" w:rsidR="007A5E59" w:rsidRDefault="007A5E59"/>
        </w:tc>
        <w:tc>
          <w:tcPr>
            <w:tcW w:w="0" w:type="auto"/>
          </w:tcPr>
          <w:p w14:paraId="2F8414EB" w14:textId="77777777" w:rsidR="007A5E59" w:rsidRDefault="007A5E59"/>
        </w:tc>
        <w:tc>
          <w:tcPr>
            <w:tcW w:w="0" w:type="auto"/>
          </w:tcPr>
          <w:p w14:paraId="7923591A" w14:textId="77777777" w:rsidR="007A5E59" w:rsidRDefault="007A5E59"/>
        </w:tc>
        <w:tc>
          <w:tcPr>
            <w:tcW w:w="0" w:type="auto"/>
          </w:tcPr>
          <w:p w14:paraId="5C1E4390" w14:textId="77777777" w:rsidR="007A5E59" w:rsidRDefault="007A5E59"/>
        </w:tc>
        <w:tc>
          <w:tcPr>
            <w:tcW w:w="0" w:type="auto"/>
          </w:tcPr>
          <w:p w14:paraId="1012D4BD" w14:textId="77777777" w:rsidR="007A5E59" w:rsidRDefault="007A5E59"/>
        </w:tc>
        <w:tc>
          <w:tcPr>
            <w:tcW w:w="0" w:type="auto"/>
          </w:tcPr>
          <w:p w14:paraId="3D781FF1" w14:textId="77777777" w:rsidR="007A5E59" w:rsidRDefault="007A5E59"/>
        </w:tc>
        <w:tc>
          <w:tcPr>
            <w:tcW w:w="0" w:type="auto"/>
          </w:tcPr>
          <w:p w14:paraId="446E2CC1" w14:textId="77777777" w:rsidR="007A5E59" w:rsidRDefault="007A5E59"/>
        </w:tc>
        <w:tc>
          <w:tcPr>
            <w:tcW w:w="0" w:type="auto"/>
          </w:tcPr>
          <w:p w14:paraId="51B7B789" w14:textId="77777777" w:rsidR="007A5E59" w:rsidRDefault="007A5E59"/>
        </w:tc>
        <w:tc>
          <w:tcPr>
            <w:tcW w:w="0" w:type="auto"/>
          </w:tcPr>
          <w:p w14:paraId="1008F14B" w14:textId="77777777" w:rsidR="007A5E59" w:rsidRDefault="007A5E59"/>
        </w:tc>
        <w:tc>
          <w:tcPr>
            <w:tcW w:w="0" w:type="auto"/>
          </w:tcPr>
          <w:p w14:paraId="421D7AA6" w14:textId="77777777" w:rsidR="007A5E59" w:rsidRDefault="007A5E59"/>
        </w:tc>
        <w:tc>
          <w:tcPr>
            <w:tcW w:w="0" w:type="auto"/>
          </w:tcPr>
          <w:p w14:paraId="7FF7192D" w14:textId="77777777" w:rsidR="007A5E59" w:rsidRDefault="007A5E59"/>
        </w:tc>
        <w:tc>
          <w:tcPr>
            <w:tcW w:w="0" w:type="auto"/>
          </w:tcPr>
          <w:p w14:paraId="458DE29C" w14:textId="77777777" w:rsidR="007A5E59" w:rsidRDefault="007A5E59"/>
        </w:tc>
      </w:tr>
    </w:tbl>
    <w:p w14:paraId="53DAE39A" w14:textId="77777777" w:rsidR="007A5E59" w:rsidRDefault="007A5E59"/>
    <w:p w14:paraId="0F5A7E43" w14:textId="77777777" w:rsidR="007A5E59" w:rsidRPr="00312815" w:rsidRDefault="0095198F">
      <w:pPr>
        <w:rPr>
          <w:lang w:val="ru-RU"/>
        </w:rPr>
      </w:pPr>
      <w:r w:rsidRPr="00312815">
        <w:rPr>
          <w:b/>
          <w:lang w:val="ru-RU"/>
        </w:rPr>
        <w:t>Таблица П3.3. Распределение протяжённости тепловых сетей по диаметрам — Производственно-отопительная УПК № 2 ЦМК (г. Таштагол)</w:t>
      </w:r>
    </w:p>
    <w:tbl>
      <w:tblPr>
        <w:tblStyle w:val="aff0"/>
        <w:tblW w:w="5000" w:type="pct"/>
        <w:jc w:val="center"/>
        <w:tblCellMar>
          <w:left w:w="57" w:type="dxa"/>
          <w:right w:w="57" w:type="dxa"/>
        </w:tblCellMar>
        <w:tblLook w:val="04A0" w:firstRow="1" w:lastRow="0" w:firstColumn="1" w:lastColumn="0" w:noHBand="0" w:noVBand="1"/>
      </w:tblPr>
      <w:tblGrid>
        <w:gridCol w:w="932"/>
        <w:gridCol w:w="441"/>
        <w:gridCol w:w="384"/>
        <w:gridCol w:w="383"/>
        <w:gridCol w:w="383"/>
        <w:gridCol w:w="383"/>
        <w:gridCol w:w="383"/>
        <w:gridCol w:w="383"/>
        <w:gridCol w:w="383"/>
        <w:gridCol w:w="383"/>
        <w:gridCol w:w="383"/>
        <w:gridCol w:w="442"/>
        <w:gridCol w:w="442"/>
        <w:gridCol w:w="442"/>
        <w:gridCol w:w="442"/>
        <w:gridCol w:w="442"/>
        <w:gridCol w:w="442"/>
        <w:gridCol w:w="442"/>
        <w:gridCol w:w="442"/>
        <w:gridCol w:w="442"/>
        <w:gridCol w:w="546"/>
      </w:tblGrid>
      <w:tr w:rsidR="007A5E59" w:rsidRPr="00C07C05" w14:paraId="20B3C078" w14:textId="77777777">
        <w:trPr>
          <w:cantSplit/>
          <w:tblHeader/>
          <w:jc w:val="center"/>
        </w:trPr>
        <w:tc>
          <w:tcPr>
            <w:tcW w:w="0" w:type="auto"/>
            <w:vMerge w:val="restart"/>
            <w:shd w:val="clear" w:color="auto" w:fill="E2F0D9"/>
            <w:vAlign w:val="center"/>
          </w:tcPr>
          <w:p w14:paraId="1DAA98B9" w14:textId="77777777" w:rsidR="007A5E59" w:rsidRDefault="0095198F">
            <w:pPr>
              <w:jc w:val="center"/>
            </w:pPr>
            <w:r>
              <w:rPr>
                <w:b/>
              </w:rPr>
              <w:t>Способ прокладки</w:t>
            </w:r>
          </w:p>
        </w:tc>
        <w:tc>
          <w:tcPr>
            <w:tcW w:w="0" w:type="auto"/>
            <w:gridSpan w:val="20"/>
            <w:shd w:val="clear" w:color="auto" w:fill="E2F0D9"/>
            <w:vAlign w:val="center"/>
          </w:tcPr>
          <w:p w14:paraId="34B1B684" w14:textId="77777777" w:rsidR="007A5E59" w:rsidRPr="00312815" w:rsidRDefault="0095198F">
            <w:pPr>
              <w:jc w:val="center"/>
              <w:rPr>
                <w:lang w:val="ru-RU"/>
              </w:rPr>
            </w:pPr>
            <w:r w:rsidRPr="00312815">
              <w:rPr>
                <w:b/>
                <w:lang w:val="ru-RU"/>
              </w:rPr>
              <w:t>Длина по оси трассы (двухтрубная прокладка), м</w:t>
            </w:r>
          </w:p>
        </w:tc>
      </w:tr>
      <w:tr w:rsidR="007A5E59" w14:paraId="1DB2F823" w14:textId="77777777">
        <w:trPr>
          <w:cantSplit/>
          <w:tblHeader/>
          <w:jc w:val="center"/>
        </w:trPr>
        <w:tc>
          <w:tcPr>
            <w:tcW w:w="0" w:type="auto"/>
            <w:vMerge/>
            <w:shd w:val="clear" w:color="auto" w:fill="E2F0D9"/>
            <w:vAlign w:val="center"/>
          </w:tcPr>
          <w:p w14:paraId="2AEB7F41" w14:textId="77777777" w:rsidR="007A5E59" w:rsidRPr="00312815" w:rsidRDefault="007A5E59">
            <w:pPr>
              <w:jc w:val="center"/>
              <w:rPr>
                <w:lang w:val="ru-RU"/>
              </w:rPr>
            </w:pPr>
          </w:p>
        </w:tc>
        <w:tc>
          <w:tcPr>
            <w:tcW w:w="0" w:type="auto"/>
            <w:shd w:val="clear" w:color="auto" w:fill="E2F0D9"/>
            <w:vAlign w:val="center"/>
          </w:tcPr>
          <w:p w14:paraId="277DBB47" w14:textId="77777777" w:rsidR="007A5E59" w:rsidRDefault="0095198F">
            <w:pPr>
              <w:jc w:val="center"/>
            </w:pPr>
            <w:r>
              <w:rPr>
                <w:b/>
              </w:rPr>
              <w:t>Дн15</w:t>
            </w:r>
          </w:p>
        </w:tc>
        <w:tc>
          <w:tcPr>
            <w:tcW w:w="0" w:type="auto"/>
            <w:shd w:val="clear" w:color="auto" w:fill="E2F0D9"/>
            <w:vAlign w:val="center"/>
          </w:tcPr>
          <w:p w14:paraId="1D866464" w14:textId="77777777" w:rsidR="007A5E59" w:rsidRDefault="0095198F">
            <w:pPr>
              <w:jc w:val="center"/>
            </w:pPr>
            <w:r>
              <w:rPr>
                <w:b/>
              </w:rPr>
              <w:t>Дн20</w:t>
            </w:r>
          </w:p>
        </w:tc>
        <w:tc>
          <w:tcPr>
            <w:tcW w:w="0" w:type="auto"/>
            <w:shd w:val="clear" w:color="auto" w:fill="E2F0D9"/>
            <w:vAlign w:val="center"/>
          </w:tcPr>
          <w:p w14:paraId="47C622C0" w14:textId="77777777" w:rsidR="007A5E59" w:rsidRDefault="0095198F">
            <w:pPr>
              <w:jc w:val="center"/>
            </w:pPr>
            <w:r>
              <w:rPr>
                <w:b/>
              </w:rPr>
              <w:t>Дн25</w:t>
            </w:r>
          </w:p>
        </w:tc>
        <w:tc>
          <w:tcPr>
            <w:tcW w:w="0" w:type="auto"/>
            <w:shd w:val="clear" w:color="auto" w:fill="E2F0D9"/>
            <w:vAlign w:val="center"/>
          </w:tcPr>
          <w:p w14:paraId="172FF219" w14:textId="77777777" w:rsidR="007A5E59" w:rsidRDefault="0095198F">
            <w:pPr>
              <w:jc w:val="center"/>
            </w:pPr>
            <w:r>
              <w:rPr>
                <w:b/>
              </w:rPr>
              <w:t>Дн32</w:t>
            </w:r>
          </w:p>
        </w:tc>
        <w:tc>
          <w:tcPr>
            <w:tcW w:w="0" w:type="auto"/>
            <w:shd w:val="clear" w:color="auto" w:fill="E2F0D9"/>
            <w:vAlign w:val="center"/>
          </w:tcPr>
          <w:p w14:paraId="25677476" w14:textId="77777777" w:rsidR="007A5E59" w:rsidRDefault="0095198F">
            <w:pPr>
              <w:jc w:val="center"/>
            </w:pPr>
            <w:r>
              <w:rPr>
                <w:b/>
              </w:rPr>
              <w:t>Дн40</w:t>
            </w:r>
          </w:p>
        </w:tc>
        <w:tc>
          <w:tcPr>
            <w:tcW w:w="0" w:type="auto"/>
            <w:shd w:val="clear" w:color="auto" w:fill="E2F0D9"/>
            <w:vAlign w:val="center"/>
          </w:tcPr>
          <w:p w14:paraId="0CEBA25F" w14:textId="77777777" w:rsidR="007A5E59" w:rsidRDefault="0095198F">
            <w:pPr>
              <w:jc w:val="center"/>
            </w:pPr>
            <w:r>
              <w:rPr>
                <w:b/>
              </w:rPr>
              <w:t>Дн50</w:t>
            </w:r>
          </w:p>
        </w:tc>
        <w:tc>
          <w:tcPr>
            <w:tcW w:w="0" w:type="auto"/>
            <w:shd w:val="clear" w:color="auto" w:fill="E2F0D9"/>
            <w:vAlign w:val="center"/>
          </w:tcPr>
          <w:p w14:paraId="46C0BF46" w14:textId="77777777" w:rsidR="007A5E59" w:rsidRDefault="0095198F">
            <w:pPr>
              <w:jc w:val="center"/>
            </w:pPr>
            <w:r>
              <w:rPr>
                <w:b/>
              </w:rPr>
              <w:t>Дн65</w:t>
            </w:r>
          </w:p>
        </w:tc>
        <w:tc>
          <w:tcPr>
            <w:tcW w:w="0" w:type="auto"/>
            <w:shd w:val="clear" w:color="auto" w:fill="E2F0D9"/>
            <w:vAlign w:val="center"/>
          </w:tcPr>
          <w:p w14:paraId="6B76B313" w14:textId="77777777" w:rsidR="007A5E59" w:rsidRDefault="0095198F">
            <w:pPr>
              <w:jc w:val="center"/>
            </w:pPr>
            <w:r>
              <w:rPr>
                <w:b/>
              </w:rPr>
              <w:t>Дн68</w:t>
            </w:r>
          </w:p>
        </w:tc>
        <w:tc>
          <w:tcPr>
            <w:tcW w:w="0" w:type="auto"/>
            <w:shd w:val="clear" w:color="auto" w:fill="E2F0D9"/>
            <w:vAlign w:val="center"/>
          </w:tcPr>
          <w:p w14:paraId="43C0C727" w14:textId="77777777" w:rsidR="007A5E59" w:rsidRDefault="0095198F">
            <w:pPr>
              <w:jc w:val="center"/>
            </w:pPr>
            <w:r>
              <w:rPr>
                <w:b/>
              </w:rPr>
              <w:t>Дн70</w:t>
            </w:r>
          </w:p>
        </w:tc>
        <w:tc>
          <w:tcPr>
            <w:tcW w:w="0" w:type="auto"/>
            <w:shd w:val="clear" w:color="auto" w:fill="E2F0D9"/>
            <w:vAlign w:val="center"/>
          </w:tcPr>
          <w:p w14:paraId="55A508B2" w14:textId="77777777" w:rsidR="007A5E59" w:rsidRDefault="0095198F">
            <w:pPr>
              <w:jc w:val="center"/>
            </w:pPr>
            <w:r>
              <w:rPr>
                <w:b/>
              </w:rPr>
              <w:t>Дн80</w:t>
            </w:r>
          </w:p>
        </w:tc>
        <w:tc>
          <w:tcPr>
            <w:tcW w:w="0" w:type="auto"/>
            <w:shd w:val="clear" w:color="auto" w:fill="E2F0D9"/>
            <w:vAlign w:val="center"/>
          </w:tcPr>
          <w:p w14:paraId="374B7339" w14:textId="77777777" w:rsidR="007A5E59" w:rsidRDefault="0095198F">
            <w:pPr>
              <w:jc w:val="center"/>
            </w:pPr>
            <w:r>
              <w:rPr>
                <w:b/>
              </w:rPr>
              <w:t>Дн100</w:t>
            </w:r>
          </w:p>
        </w:tc>
        <w:tc>
          <w:tcPr>
            <w:tcW w:w="0" w:type="auto"/>
            <w:shd w:val="clear" w:color="auto" w:fill="E2F0D9"/>
            <w:vAlign w:val="center"/>
          </w:tcPr>
          <w:p w14:paraId="64903463" w14:textId="77777777" w:rsidR="007A5E59" w:rsidRDefault="0095198F">
            <w:pPr>
              <w:jc w:val="center"/>
            </w:pPr>
            <w:r>
              <w:rPr>
                <w:b/>
              </w:rPr>
              <w:t>Дн125</w:t>
            </w:r>
          </w:p>
        </w:tc>
        <w:tc>
          <w:tcPr>
            <w:tcW w:w="0" w:type="auto"/>
            <w:shd w:val="clear" w:color="auto" w:fill="E2F0D9"/>
            <w:vAlign w:val="center"/>
          </w:tcPr>
          <w:p w14:paraId="0B369C46" w14:textId="77777777" w:rsidR="007A5E59" w:rsidRDefault="0095198F">
            <w:pPr>
              <w:jc w:val="center"/>
            </w:pPr>
            <w:r>
              <w:rPr>
                <w:b/>
              </w:rPr>
              <w:t>Дн150</w:t>
            </w:r>
          </w:p>
        </w:tc>
        <w:tc>
          <w:tcPr>
            <w:tcW w:w="0" w:type="auto"/>
            <w:shd w:val="clear" w:color="auto" w:fill="E2F0D9"/>
            <w:vAlign w:val="center"/>
          </w:tcPr>
          <w:p w14:paraId="4915E8E5" w14:textId="77777777" w:rsidR="007A5E59" w:rsidRDefault="0095198F">
            <w:pPr>
              <w:jc w:val="center"/>
            </w:pPr>
            <w:r>
              <w:rPr>
                <w:b/>
              </w:rPr>
              <w:t>Дн200</w:t>
            </w:r>
          </w:p>
        </w:tc>
        <w:tc>
          <w:tcPr>
            <w:tcW w:w="0" w:type="auto"/>
            <w:shd w:val="clear" w:color="auto" w:fill="E2F0D9"/>
            <w:vAlign w:val="center"/>
          </w:tcPr>
          <w:p w14:paraId="68946D42" w14:textId="77777777" w:rsidR="007A5E59" w:rsidRDefault="0095198F">
            <w:pPr>
              <w:jc w:val="center"/>
            </w:pPr>
            <w:r>
              <w:rPr>
                <w:b/>
              </w:rPr>
              <w:t>Дн250</w:t>
            </w:r>
          </w:p>
        </w:tc>
        <w:tc>
          <w:tcPr>
            <w:tcW w:w="0" w:type="auto"/>
            <w:shd w:val="clear" w:color="auto" w:fill="E2F0D9"/>
            <w:vAlign w:val="center"/>
          </w:tcPr>
          <w:p w14:paraId="2130758A" w14:textId="77777777" w:rsidR="007A5E59" w:rsidRDefault="0095198F">
            <w:pPr>
              <w:jc w:val="center"/>
            </w:pPr>
            <w:r>
              <w:rPr>
                <w:b/>
              </w:rPr>
              <w:t>Дн300</w:t>
            </w:r>
          </w:p>
        </w:tc>
        <w:tc>
          <w:tcPr>
            <w:tcW w:w="0" w:type="auto"/>
            <w:shd w:val="clear" w:color="auto" w:fill="E2F0D9"/>
            <w:vAlign w:val="center"/>
          </w:tcPr>
          <w:p w14:paraId="5B19EC93" w14:textId="77777777" w:rsidR="007A5E59" w:rsidRDefault="0095198F">
            <w:pPr>
              <w:jc w:val="center"/>
            </w:pPr>
            <w:r>
              <w:rPr>
                <w:b/>
              </w:rPr>
              <w:t>Дн350</w:t>
            </w:r>
          </w:p>
        </w:tc>
        <w:tc>
          <w:tcPr>
            <w:tcW w:w="0" w:type="auto"/>
            <w:shd w:val="clear" w:color="auto" w:fill="E2F0D9"/>
            <w:vAlign w:val="center"/>
          </w:tcPr>
          <w:p w14:paraId="0C959B26" w14:textId="77777777" w:rsidR="007A5E59" w:rsidRDefault="0095198F">
            <w:pPr>
              <w:jc w:val="center"/>
            </w:pPr>
            <w:r>
              <w:rPr>
                <w:b/>
              </w:rPr>
              <w:t>Дн400</w:t>
            </w:r>
          </w:p>
        </w:tc>
        <w:tc>
          <w:tcPr>
            <w:tcW w:w="0" w:type="auto"/>
            <w:shd w:val="clear" w:color="auto" w:fill="E2F0D9"/>
            <w:vAlign w:val="center"/>
          </w:tcPr>
          <w:p w14:paraId="626DA8D1" w14:textId="77777777" w:rsidR="007A5E59" w:rsidRDefault="0095198F">
            <w:pPr>
              <w:jc w:val="center"/>
            </w:pPr>
            <w:r>
              <w:rPr>
                <w:b/>
              </w:rPr>
              <w:t>Дн500</w:t>
            </w:r>
          </w:p>
        </w:tc>
        <w:tc>
          <w:tcPr>
            <w:tcW w:w="0" w:type="auto"/>
            <w:shd w:val="clear" w:color="auto" w:fill="E2F0D9"/>
            <w:vAlign w:val="center"/>
          </w:tcPr>
          <w:p w14:paraId="23F2339E" w14:textId="77777777" w:rsidR="007A5E59" w:rsidRDefault="0095198F">
            <w:pPr>
              <w:jc w:val="center"/>
            </w:pPr>
            <w:r>
              <w:rPr>
                <w:b/>
              </w:rPr>
              <w:t>ИТОГО</w:t>
            </w:r>
          </w:p>
        </w:tc>
      </w:tr>
      <w:tr w:rsidR="007A5E59" w:rsidRPr="00C07C05" w14:paraId="79179292" w14:textId="77777777">
        <w:trPr>
          <w:jc w:val="center"/>
        </w:trPr>
        <w:tc>
          <w:tcPr>
            <w:tcW w:w="0" w:type="auto"/>
          </w:tcPr>
          <w:p w14:paraId="75E611FB" w14:textId="77777777" w:rsidR="007A5E59" w:rsidRPr="00312815" w:rsidRDefault="0095198F">
            <w:pPr>
              <w:rPr>
                <w:lang w:val="ru-RU"/>
              </w:rPr>
            </w:pPr>
            <w:r w:rsidRPr="00312815">
              <w:rPr>
                <w:lang w:val="ru-RU"/>
              </w:rPr>
              <w:t>БЛОК 1. Вся сеть — существующее состояние</w:t>
            </w:r>
          </w:p>
        </w:tc>
        <w:tc>
          <w:tcPr>
            <w:tcW w:w="0" w:type="auto"/>
          </w:tcPr>
          <w:p w14:paraId="164CBE07" w14:textId="77777777" w:rsidR="007A5E59" w:rsidRPr="00312815" w:rsidRDefault="007A5E59">
            <w:pPr>
              <w:rPr>
                <w:lang w:val="ru-RU"/>
              </w:rPr>
            </w:pPr>
          </w:p>
        </w:tc>
        <w:tc>
          <w:tcPr>
            <w:tcW w:w="0" w:type="auto"/>
          </w:tcPr>
          <w:p w14:paraId="1922BF21" w14:textId="77777777" w:rsidR="007A5E59" w:rsidRPr="00312815" w:rsidRDefault="007A5E59">
            <w:pPr>
              <w:rPr>
                <w:lang w:val="ru-RU"/>
              </w:rPr>
            </w:pPr>
          </w:p>
        </w:tc>
        <w:tc>
          <w:tcPr>
            <w:tcW w:w="0" w:type="auto"/>
          </w:tcPr>
          <w:p w14:paraId="650B0B62" w14:textId="77777777" w:rsidR="007A5E59" w:rsidRPr="00312815" w:rsidRDefault="007A5E59">
            <w:pPr>
              <w:rPr>
                <w:lang w:val="ru-RU"/>
              </w:rPr>
            </w:pPr>
          </w:p>
        </w:tc>
        <w:tc>
          <w:tcPr>
            <w:tcW w:w="0" w:type="auto"/>
          </w:tcPr>
          <w:p w14:paraId="73C0A9DB" w14:textId="77777777" w:rsidR="007A5E59" w:rsidRPr="00312815" w:rsidRDefault="007A5E59">
            <w:pPr>
              <w:rPr>
                <w:lang w:val="ru-RU"/>
              </w:rPr>
            </w:pPr>
          </w:p>
        </w:tc>
        <w:tc>
          <w:tcPr>
            <w:tcW w:w="0" w:type="auto"/>
          </w:tcPr>
          <w:p w14:paraId="41412F0B" w14:textId="77777777" w:rsidR="007A5E59" w:rsidRPr="00312815" w:rsidRDefault="007A5E59">
            <w:pPr>
              <w:rPr>
                <w:lang w:val="ru-RU"/>
              </w:rPr>
            </w:pPr>
          </w:p>
        </w:tc>
        <w:tc>
          <w:tcPr>
            <w:tcW w:w="0" w:type="auto"/>
          </w:tcPr>
          <w:p w14:paraId="7CB695D4" w14:textId="77777777" w:rsidR="007A5E59" w:rsidRPr="00312815" w:rsidRDefault="007A5E59">
            <w:pPr>
              <w:rPr>
                <w:lang w:val="ru-RU"/>
              </w:rPr>
            </w:pPr>
          </w:p>
        </w:tc>
        <w:tc>
          <w:tcPr>
            <w:tcW w:w="0" w:type="auto"/>
          </w:tcPr>
          <w:p w14:paraId="039EE83F" w14:textId="77777777" w:rsidR="007A5E59" w:rsidRPr="00312815" w:rsidRDefault="007A5E59">
            <w:pPr>
              <w:rPr>
                <w:lang w:val="ru-RU"/>
              </w:rPr>
            </w:pPr>
          </w:p>
        </w:tc>
        <w:tc>
          <w:tcPr>
            <w:tcW w:w="0" w:type="auto"/>
          </w:tcPr>
          <w:p w14:paraId="024060AE" w14:textId="77777777" w:rsidR="007A5E59" w:rsidRPr="00312815" w:rsidRDefault="007A5E59">
            <w:pPr>
              <w:rPr>
                <w:lang w:val="ru-RU"/>
              </w:rPr>
            </w:pPr>
          </w:p>
        </w:tc>
        <w:tc>
          <w:tcPr>
            <w:tcW w:w="0" w:type="auto"/>
          </w:tcPr>
          <w:p w14:paraId="7AC991A1" w14:textId="77777777" w:rsidR="007A5E59" w:rsidRPr="00312815" w:rsidRDefault="007A5E59">
            <w:pPr>
              <w:rPr>
                <w:lang w:val="ru-RU"/>
              </w:rPr>
            </w:pPr>
          </w:p>
        </w:tc>
        <w:tc>
          <w:tcPr>
            <w:tcW w:w="0" w:type="auto"/>
          </w:tcPr>
          <w:p w14:paraId="21E4C3F4" w14:textId="77777777" w:rsidR="007A5E59" w:rsidRPr="00312815" w:rsidRDefault="007A5E59">
            <w:pPr>
              <w:rPr>
                <w:lang w:val="ru-RU"/>
              </w:rPr>
            </w:pPr>
          </w:p>
        </w:tc>
        <w:tc>
          <w:tcPr>
            <w:tcW w:w="0" w:type="auto"/>
          </w:tcPr>
          <w:p w14:paraId="603E38C9" w14:textId="77777777" w:rsidR="007A5E59" w:rsidRPr="00312815" w:rsidRDefault="007A5E59">
            <w:pPr>
              <w:rPr>
                <w:lang w:val="ru-RU"/>
              </w:rPr>
            </w:pPr>
          </w:p>
        </w:tc>
        <w:tc>
          <w:tcPr>
            <w:tcW w:w="0" w:type="auto"/>
          </w:tcPr>
          <w:p w14:paraId="4E156C5B" w14:textId="77777777" w:rsidR="007A5E59" w:rsidRPr="00312815" w:rsidRDefault="007A5E59">
            <w:pPr>
              <w:rPr>
                <w:lang w:val="ru-RU"/>
              </w:rPr>
            </w:pPr>
          </w:p>
        </w:tc>
        <w:tc>
          <w:tcPr>
            <w:tcW w:w="0" w:type="auto"/>
          </w:tcPr>
          <w:p w14:paraId="26EACA22" w14:textId="77777777" w:rsidR="007A5E59" w:rsidRPr="00312815" w:rsidRDefault="007A5E59">
            <w:pPr>
              <w:rPr>
                <w:lang w:val="ru-RU"/>
              </w:rPr>
            </w:pPr>
          </w:p>
        </w:tc>
        <w:tc>
          <w:tcPr>
            <w:tcW w:w="0" w:type="auto"/>
          </w:tcPr>
          <w:p w14:paraId="1859437C" w14:textId="77777777" w:rsidR="007A5E59" w:rsidRPr="00312815" w:rsidRDefault="007A5E59">
            <w:pPr>
              <w:rPr>
                <w:lang w:val="ru-RU"/>
              </w:rPr>
            </w:pPr>
          </w:p>
        </w:tc>
        <w:tc>
          <w:tcPr>
            <w:tcW w:w="0" w:type="auto"/>
          </w:tcPr>
          <w:p w14:paraId="337EAA50" w14:textId="77777777" w:rsidR="007A5E59" w:rsidRPr="00312815" w:rsidRDefault="007A5E59">
            <w:pPr>
              <w:rPr>
                <w:lang w:val="ru-RU"/>
              </w:rPr>
            </w:pPr>
          </w:p>
        </w:tc>
        <w:tc>
          <w:tcPr>
            <w:tcW w:w="0" w:type="auto"/>
          </w:tcPr>
          <w:p w14:paraId="1D5896BB" w14:textId="77777777" w:rsidR="007A5E59" w:rsidRPr="00312815" w:rsidRDefault="007A5E59">
            <w:pPr>
              <w:rPr>
                <w:lang w:val="ru-RU"/>
              </w:rPr>
            </w:pPr>
          </w:p>
        </w:tc>
        <w:tc>
          <w:tcPr>
            <w:tcW w:w="0" w:type="auto"/>
          </w:tcPr>
          <w:p w14:paraId="6A9B4B57" w14:textId="77777777" w:rsidR="007A5E59" w:rsidRPr="00312815" w:rsidRDefault="007A5E59">
            <w:pPr>
              <w:rPr>
                <w:lang w:val="ru-RU"/>
              </w:rPr>
            </w:pPr>
          </w:p>
        </w:tc>
        <w:tc>
          <w:tcPr>
            <w:tcW w:w="0" w:type="auto"/>
          </w:tcPr>
          <w:p w14:paraId="62A6266A" w14:textId="77777777" w:rsidR="007A5E59" w:rsidRPr="00312815" w:rsidRDefault="007A5E59">
            <w:pPr>
              <w:rPr>
                <w:lang w:val="ru-RU"/>
              </w:rPr>
            </w:pPr>
          </w:p>
        </w:tc>
        <w:tc>
          <w:tcPr>
            <w:tcW w:w="0" w:type="auto"/>
          </w:tcPr>
          <w:p w14:paraId="1B1C9A3C" w14:textId="77777777" w:rsidR="007A5E59" w:rsidRPr="00312815" w:rsidRDefault="007A5E59">
            <w:pPr>
              <w:rPr>
                <w:lang w:val="ru-RU"/>
              </w:rPr>
            </w:pPr>
          </w:p>
        </w:tc>
        <w:tc>
          <w:tcPr>
            <w:tcW w:w="0" w:type="auto"/>
          </w:tcPr>
          <w:p w14:paraId="3355AE96" w14:textId="77777777" w:rsidR="007A5E59" w:rsidRPr="00312815" w:rsidRDefault="007A5E59">
            <w:pPr>
              <w:rPr>
                <w:lang w:val="ru-RU"/>
              </w:rPr>
            </w:pPr>
          </w:p>
        </w:tc>
      </w:tr>
      <w:tr w:rsidR="007A5E59" w14:paraId="21AD310F" w14:textId="77777777">
        <w:trPr>
          <w:jc w:val="center"/>
        </w:trPr>
        <w:tc>
          <w:tcPr>
            <w:tcW w:w="0" w:type="auto"/>
          </w:tcPr>
          <w:p w14:paraId="185EE254" w14:textId="77777777" w:rsidR="007A5E59" w:rsidRDefault="0095198F">
            <w:r>
              <w:t>в канале</w:t>
            </w:r>
          </w:p>
        </w:tc>
        <w:tc>
          <w:tcPr>
            <w:tcW w:w="0" w:type="auto"/>
          </w:tcPr>
          <w:p w14:paraId="0B1D6A97" w14:textId="77777777" w:rsidR="007A5E59" w:rsidRDefault="0095198F">
            <w:pPr>
              <w:jc w:val="center"/>
            </w:pPr>
            <w:r>
              <w:t>0,0</w:t>
            </w:r>
          </w:p>
        </w:tc>
        <w:tc>
          <w:tcPr>
            <w:tcW w:w="0" w:type="auto"/>
          </w:tcPr>
          <w:p w14:paraId="028ECD92" w14:textId="77777777" w:rsidR="007A5E59" w:rsidRDefault="0095198F">
            <w:pPr>
              <w:jc w:val="center"/>
            </w:pPr>
            <w:r>
              <w:t>0,0</w:t>
            </w:r>
          </w:p>
        </w:tc>
        <w:tc>
          <w:tcPr>
            <w:tcW w:w="0" w:type="auto"/>
          </w:tcPr>
          <w:p w14:paraId="3B70FBAF" w14:textId="77777777" w:rsidR="007A5E59" w:rsidRDefault="0095198F">
            <w:pPr>
              <w:jc w:val="center"/>
            </w:pPr>
            <w:r>
              <w:t>344,0</w:t>
            </w:r>
          </w:p>
        </w:tc>
        <w:tc>
          <w:tcPr>
            <w:tcW w:w="0" w:type="auto"/>
          </w:tcPr>
          <w:p w14:paraId="78743167" w14:textId="77777777" w:rsidR="007A5E59" w:rsidRDefault="0095198F">
            <w:pPr>
              <w:jc w:val="center"/>
            </w:pPr>
            <w:r>
              <w:t>110,0</w:t>
            </w:r>
          </w:p>
        </w:tc>
        <w:tc>
          <w:tcPr>
            <w:tcW w:w="0" w:type="auto"/>
          </w:tcPr>
          <w:p w14:paraId="1C98428B" w14:textId="77777777" w:rsidR="007A5E59" w:rsidRDefault="0095198F">
            <w:pPr>
              <w:jc w:val="center"/>
            </w:pPr>
            <w:r>
              <w:t>138,0</w:t>
            </w:r>
          </w:p>
        </w:tc>
        <w:tc>
          <w:tcPr>
            <w:tcW w:w="0" w:type="auto"/>
          </w:tcPr>
          <w:p w14:paraId="183D875F" w14:textId="77777777" w:rsidR="007A5E59" w:rsidRDefault="0095198F">
            <w:pPr>
              <w:jc w:val="center"/>
            </w:pPr>
            <w:r>
              <w:t>346,0</w:t>
            </w:r>
          </w:p>
        </w:tc>
        <w:tc>
          <w:tcPr>
            <w:tcW w:w="0" w:type="auto"/>
          </w:tcPr>
          <w:p w14:paraId="0B7EF5D2" w14:textId="77777777" w:rsidR="007A5E59" w:rsidRDefault="0095198F">
            <w:pPr>
              <w:jc w:val="center"/>
            </w:pPr>
            <w:r>
              <w:t>226,0</w:t>
            </w:r>
          </w:p>
        </w:tc>
        <w:tc>
          <w:tcPr>
            <w:tcW w:w="0" w:type="auto"/>
          </w:tcPr>
          <w:p w14:paraId="20A93682" w14:textId="77777777" w:rsidR="007A5E59" w:rsidRDefault="0095198F">
            <w:pPr>
              <w:jc w:val="center"/>
            </w:pPr>
            <w:r>
              <w:t>0,0</w:t>
            </w:r>
          </w:p>
        </w:tc>
        <w:tc>
          <w:tcPr>
            <w:tcW w:w="0" w:type="auto"/>
          </w:tcPr>
          <w:p w14:paraId="169CDC11" w14:textId="77777777" w:rsidR="007A5E59" w:rsidRDefault="0095198F">
            <w:pPr>
              <w:jc w:val="center"/>
            </w:pPr>
            <w:r>
              <w:t>0,0</w:t>
            </w:r>
          </w:p>
        </w:tc>
        <w:tc>
          <w:tcPr>
            <w:tcW w:w="0" w:type="auto"/>
          </w:tcPr>
          <w:p w14:paraId="1AB32C8E" w14:textId="77777777" w:rsidR="007A5E59" w:rsidRDefault="0095198F">
            <w:pPr>
              <w:jc w:val="center"/>
            </w:pPr>
            <w:r>
              <w:t>93,0</w:t>
            </w:r>
          </w:p>
        </w:tc>
        <w:tc>
          <w:tcPr>
            <w:tcW w:w="0" w:type="auto"/>
          </w:tcPr>
          <w:p w14:paraId="66C0F5C9" w14:textId="77777777" w:rsidR="007A5E59" w:rsidRDefault="0095198F">
            <w:pPr>
              <w:jc w:val="center"/>
            </w:pPr>
            <w:r>
              <w:t>98,0</w:t>
            </w:r>
          </w:p>
        </w:tc>
        <w:tc>
          <w:tcPr>
            <w:tcW w:w="0" w:type="auto"/>
          </w:tcPr>
          <w:p w14:paraId="13A214B0" w14:textId="77777777" w:rsidR="007A5E59" w:rsidRDefault="0095198F">
            <w:pPr>
              <w:jc w:val="center"/>
            </w:pPr>
            <w:r>
              <w:t>34,0</w:t>
            </w:r>
          </w:p>
        </w:tc>
        <w:tc>
          <w:tcPr>
            <w:tcW w:w="0" w:type="auto"/>
          </w:tcPr>
          <w:p w14:paraId="4C00504B" w14:textId="77777777" w:rsidR="007A5E59" w:rsidRDefault="0095198F">
            <w:pPr>
              <w:jc w:val="center"/>
            </w:pPr>
            <w:r>
              <w:t>448,0</w:t>
            </w:r>
          </w:p>
        </w:tc>
        <w:tc>
          <w:tcPr>
            <w:tcW w:w="0" w:type="auto"/>
          </w:tcPr>
          <w:p w14:paraId="43153B77" w14:textId="77777777" w:rsidR="007A5E59" w:rsidRDefault="0095198F">
            <w:pPr>
              <w:jc w:val="center"/>
            </w:pPr>
            <w:r>
              <w:t>0,0</w:t>
            </w:r>
          </w:p>
        </w:tc>
        <w:tc>
          <w:tcPr>
            <w:tcW w:w="0" w:type="auto"/>
          </w:tcPr>
          <w:p w14:paraId="2097257D" w14:textId="77777777" w:rsidR="007A5E59" w:rsidRDefault="0095198F">
            <w:pPr>
              <w:jc w:val="center"/>
            </w:pPr>
            <w:r>
              <w:t>0,0</w:t>
            </w:r>
          </w:p>
        </w:tc>
        <w:tc>
          <w:tcPr>
            <w:tcW w:w="0" w:type="auto"/>
          </w:tcPr>
          <w:p w14:paraId="6185FD68" w14:textId="77777777" w:rsidR="007A5E59" w:rsidRDefault="0095198F">
            <w:pPr>
              <w:jc w:val="center"/>
            </w:pPr>
            <w:r>
              <w:t>0,0</w:t>
            </w:r>
          </w:p>
        </w:tc>
        <w:tc>
          <w:tcPr>
            <w:tcW w:w="0" w:type="auto"/>
          </w:tcPr>
          <w:p w14:paraId="6C57662E" w14:textId="77777777" w:rsidR="007A5E59" w:rsidRDefault="0095198F">
            <w:pPr>
              <w:jc w:val="center"/>
            </w:pPr>
            <w:r>
              <w:t>0,0</w:t>
            </w:r>
          </w:p>
        </w:tc>
        <w:tc>
          <w:tcPr>
            <w:tcW w:w="0" w:type="auto"/>
          </w:tcPr>
          <w:p w14:paraId="6FF7E606" w14:textId="77777777" w:rsidR="007A5E59" w:rsidRDefault="0095198F">
            <w:pPr>
              <w:jc w:val="center"/>
            </w:pPr>
            <w:r>
              <w:t>0,0</w:t>
            </w:r>
          </w:p>
        </w:tc>
        <w:tc>
          <w:tcPr>
            <w:tcW w:w="0" w:type="auto"/>
          </w:tcPr>
          <w:p w14:paraId="14406300" w14:textId="77777777" w:rsidR="007A5E59" w:rsidRDefault="0095198F">
            <w:pPr>
              <w:jc w:val="center"/>
            </w:pPr>
            <w:r>
              <w:t>0,0</w:t>
            </w:r>
          </w:p>
        </w:tc>
        <w:tc>
          <w:tcPr>
            <w:tcW w:w="0" w:type="auto"/>
          </w:tcPr>
          <w:p w14:paraId="0522C35B" w14:textId="77777777" w:rsidR="007A5E59" w:rsidRDefault="0095198F">
            <w:pPr>
              <w:jc w:val="center"/>
            </w:pPr>
            <w:r>
              <w:t>1 837,0</w:t>
            </w:r>
          </w:p>
        </w:tc>
      </w:tr>
      <w:tr w:rsidR="007A5E59" w14:paraId="24002A48" w14:textId="77777777">
        <w:trPr>
          <w:jc w:val="center"/>
        </w:trPr>
        <w:tc>
          <w:tcPr>
            <w:tcW w:w="0" w:type="auto"/>
          </w:tcPr>
          <w:p w14:paraId="0C3FCC5E" w14:textId="77777777" w:rsidR="007A5E59" w:rsidRDefault="0095198F">
            <w:r>
              <w:t>бесканально</w:t>
            </w:r>
          </w:p>
        </w:tc>
        <w:tc>
          <w:tcPr>
            <w:tcW w:w="0" w:type="auto"/>
          </w:tcPr>
          <w:p w14:paraId="068FE34E" w14:textId="77777777" w:rsidR="007A5E59" w:rsidRDefault="0095198F">
            <w:pPr>
              <w:jc w:val="center"/>
            </w:pPr>
            <w:r>
              <w:t>0,0</w:t>
            </w:r>
          </w:p>
        </w:tc>
        <w:tc>
          <w:tcPr>
            <w:tcW w:w="0" w:type="auto"/>
          </w:tcPr>
          <w:p w14:paraId="590FE0CE" w14:textId="77777777" w:rsidR="007A5E59" w:rsidRDefault="0095198F">
            <w:pPr>
              <w:jc w:val="center"/>
            </w:pPr>
            <w:r>
              <w:t>0,0</w:t>
            </w:r>
          </w:p>
        </w:tc>
        <w:tc>
          <w:tcPr>
            <w:tcW w:w="0" w:type="auto"/>
          </w:tcPr>
          <w:p w14:paraId="513024E3" w14:textId="77777777" w:rsidR="007A5E59" w:rsidRDefault="0095198F">
            <w:pPr>
              <w:jc w:val="center"/>
            </w:pPr>
            <w:r>
              <w:t>0,0</w:t>
            </w:r>
          </w:p>
        </w:tc>
        <w:tc>
          <w:tcPr>
            <w:tcW w:w="0" w:type="auto"/>
          </w:tcPr>
          <w:p w14:paraId="3F040171" w14:textId="77777777" w:rsidR="007A5E59" w:rsidRDefault="0095198F">
            <w:pPr>
              <w:jc w:val="center"/>
            </w:pPr>
            <w:r>
              <w:t>0,0</w:t>
            </w:r>
          </w:p>
        </w:tc>
        <w:tc>
          <w:tcPr>
            <w:tcW w:w="0" w:type="auto"/>
          </w:tcPr>
          <w:p w14:paraId="17B811E3" w14:textId="77777777" w:rsidR="007A5E59" w:rsidRDefault="0095198F">
            <w:pPr>
              <w:jc w:val="center"/>
            </w:pPr>
            <w:r>
              <w:t>0,0</w:t>
            </w:r>
          </w:p>
        </w:tc>
        <w:tc>
          <w:tcPr>
            <w:tcW w:w="0" w:type="auto"/>
          </w:tcPr>
          <w:p w14:paraId="0B92F009" w14:textId="77777777" w:rsidR="007A5E59" w:rsidRDefault="0095198F">
            <w:pPr>
              <w:jc w:val="center"/>
            </w:pPr>
            <w:r>
              <w:t>0,0</w:t>
            </w:r>
          </w:p>
        </w:tc>
        <w:tc>
          <w:tcPr>
            <w:tcW w:w="0" w:type="auto"/>
          </w:tcPr>
          <w:p w14:paraId="1F0F3016" w14:textId="77777777" w:rsidR="007A5E59" w:rsidRDefault="0095198F">
            <w:pPr>
              <w:jc w:val="center"/>
            </w:pPr>
            <w:r>
              <w:t>0,0</w:t>
            </w:r>
          </w:p>
        </w:tc>
        <w:tc>
          <w:tcPr>
            <w:tcW w:w="0" w:type="auto"/>
          </w:tcPr>
          <w:p w14:paraId="24B472EB" w14:textId="77777777" w:rsidR="007A5E59" w:rsidRDefault="0095198F">
            <w:pPr>
              <w:jc w:val="center"/>
            </w:pPr>
            <w:r>
              <w:t>0,0</w:t>
            </w:r>
          </w:p>
        </w:tc>
        <w:tc>
          <w:tcPr>
            <w:tcW w:w="0" w:type="auto"/>
          </w:tcPr>
          <w:p w14:paraId="39A95A51" w14:textId="77777777" w:rsidR="007A5E59" w:rsidRDefault="0095198F">
            <w:pPr>
              <w:jc w:val="center"/>
            </w:pPr>
            <w:r>
              <w:t>0,0</w:t>
            </w:r>
          </w:p>
        </w:tc>
        <w:tc>
          <w:tcPr>
            <w:tcW w:w="0" w:type="auto"/>
          </w:tcPr>
          <w:p w14:paraId="30FAB110" w14:textId="77777777" w:rsidR="007A5E59" w:rsidRDefault="0095198F">
            <w:pPr>
              <w:jc w:val="center"/>
            </w:pPr>
            <w:r>
              <w:t>0,0</w:t>
            </w:r>
          </w:p>
        </w:tc>
        <w:tc>
          <w:tcPr>
            <w:tcW w:w="0" w:type="auto"/>
          </w:tcPr>
          <w:p w14:paraId="1C679246" w14:textId="77777777" w:rsidR="007A5E59" w:rsidRDefault="0095198F">
            <w:pPr>
              <w:jc w:val="center"/>
            </w:pPr>
            <w:r>
              <w:t>0,0</w:t>
            </w:r>
          </w:p>
        </w:tc>
        <w:tc>
          <w:tcPr>
            <w:tcW w:w="0" w:type="auto"/>
          </w:tcPr>
          <w:p w14:paraId="4C634AA4" w14:textId="77777777" w:rsidR="007A5E59" w:rsidRDefault="0095198F">
            <w:pPr>
              <w:jc w:val="center"/>
            </w:pPr>
            <w:r>
              <w:t>0,0</w:t>
            </w:r>
          </w:p>
        </w:tc>
        <w:tc>
          <w:tcPr>
            <w:tcW w:w="0" w:type="auto"/>
          </w:tcPr>
          <w:p w14:paraId="18334CCC" w14:textId="77777777" w:rsidR="007A5E59" w:rsidRDefault="0095198F">
            <w:pPr>
              <w:jc w:val="center"/>
            </w:pPr>
            <w:r>
              <w:t>0,0</w:t>
            </w:r>
          </w:p>
        </w:tc>
        <w:tc>
          <w:tcPr>
            <w:tcW w:w="0" w:type="auto"/>
          </w:tcPr>
          <w:p w14:paraId="0315F213" w14:textId="77777777" w:rsidR="007A5E59" w:rsidRDefault="0095198F">
            <w:pPr>
              <w:jc w:val="center"/>
            </w:pPr>
            <w:r>
              <w:t>0,0</w:t>
            </w:r>
          </w:p>
        </w:tc>
        <w:tc>
          <w:tcPr>
            <w:tcW w:w="0" w:type="auto"/>
          </w:tcPr>
          <w:p w14:paraId="7BF46CB6" w14:textId="77777777" w:rsidR="007A5E59" w:rsidRDefault="0095198F">
            <w:pPr>
              <w:jc w:val="center"/>
            </w:pPr>
            <w:r>
              <w:t>0,0</w:t>
            </w:r>
          </w:p>
        </w:tc>
        <w:tc>
          <w:tcPr>
            <w:tcW w:w="0" w:type="auto"/>
          </w:tcPr>
          <w:p w14:paraId="6AFB6998" w14:textId="77777777" w:rsidR="007A5E59" w:rsidRDefault="0095198F">
            <w:pPr>
              <w:jc w:val="center"/>
            </w:pPr>
            <w:r>
              <w:t>0,0</w:t>
            </w:r>
          </w:p>
        </w:tc>
        <w:tc>
          <w:tcPr>
            <w:tcW w:w="0" w:type="auto"/>
          </w:tcPr>
          <w:p w14:paraId="4A0ED724" w14:textId="77777777" w:rsidR="007A5E59" w:rsidRDefault="0095198F">
            <w:pPr>
              <w:jc w:val="center"/>
            </w:pPr>
            <w:r>
              <w:t>0,0</w:t>
            </w:r>
          </w:p>
        </w:tc>
        <w:tc>
          <w:tcPr>
            <w:tcW w:w="0" w:type="auto"/>
          </w:tcPr>
          <w:p w14:paraId="366061B6" w14:textId="77777777" w:rsidR="007A5E59" w:rsidRDefault="0095198F">
            <w:pPr>
              <w:jc w:val="center"/>
            </w:pPr>
            <w:r>
              <w:t>0,0</w:t>
            </w:r>
          </w:p>
        </w:tc>
        <w:tc>
          <w:tcPr>
            <w:tcW w:w="0" w:type="auto"/>
          </w:tcPr>
          <w:p w14:paraId="2A915098" w14:textId="77777777" w:rsidR="007A5E59" w:rsidRDefault="0095198F">
            <w:pPr>
              <w:jc w:val="center"/>
            </w:pPr>
            <w:r>
              <w:t>0,0</w:t>
            </w:r>
          </w:p>
        </w:tc>
        <w:tc>
          <w:tcPr>
            <w:tcW w:w="0" w:type="auto"/>
          </w:tcPr>
          <w:p w14:paraId="23CDAA04" w14:textId="77777777" w:rsidR="007A5E59" w:rsidRDefault="0095198F">
            <w:pPr>
              <w:jc w:val="center"/>
            </w:pPr>
            <w:r>
              <w:t>0,0</w:t>
            </w:r>
          </w:p>
        </w:tc>
      </w:tr>
      <w:tr w:rsidR="007A5E59" w14:paraId="0E69DD36" w14:textId="77777777">
        <w:trPr>
          <w:jc w:val="center"/>
        </w:trPr>
        <w:tc>
          <w:tcPr>
            <w:tcW w:w="0" w:type="auto"/>
          </w:tcPr>
          <w:p w14:paraId="3562C2EE" w14:textId="77777777" w:rsidR="007A5E59" w:rsidRDefault="0095198F">
            <w:r>
              <w:t>надземная</w:t>
            </w:r>
          </w:p>
        </w:tc>
        <w:tc>
          <w:tcPr>
            <w:tcW w:w="0" w:type="auto"/>
          </w:tcPr>
          <w:p w14:paraId="28DCF5D6" w14:textId="77777777" w:rsidR="007A5E59" w:rsidRDefault="0095198F">
            <w:pPr>
              <w:jc w:val="center"/>
            </w:pPr>
            <w:r>
              <w:t>0,0</w:t>
            </w:r>
          </w:p>
        </w:tc>
        <w:tc>
          <w:tcPr>
            <w:tcW w:w="0" w:type="auto"/>
          </w:tcPr>
          <w:p w14:paraId="3FCFD042" w14:textId="77777777" w:rsidR="007A5E59" w:rsidRDefault="0095198F">
            <w:pPr>
              <w:jc w:val="center"/>
            </w:pPr>
            <w:r>
              <w:t>0,0</w:t>
            </w:r>
          </w:p>
        </w:tc>
        <w:tc>
          <w:tcPr>
            <w:tcW w:w="0" w:type="auto"/>
          </w:tcPr>
          <w:p w14:paraId="227552B0" w14:textId="77777777" w:rsidR="007A5E59" w:rsidRDefault="0095198F">
            <w:pPr>
              <w:jc w:val="center"/>
            </w:pPr>
            <w:r>
              <w:t>0,0</w:t>
            </w:r>
          </w:p>
        </w:tc>
        <w:tc>
          <w:tcPr>
            <w:tcW w:w="0" w:type="auto"/>
          </w:tcPr>
          <w:p w14:paraId="09F1F432" w14:textId="77777777" w:rsidR="007A5E59" w:rsidRDefault="0095198F">
            <w:pPr>
              <w:jc w:val="center"/>
            </w:pPr>
            <w:r>
              <w:t>0,0</w:t>
            </w:r>
          </w:p>
        </w:tc>
        <w:tc>
          <w:tcPr>
            <w:tcW w:w="0" w:type="auto"/>
          </w:tcPr>
          <w:p w14:paraId="2231D5DE" w14:textId="77777777" w:rsidR="007A5E59" w:rsidRDefault="0095198F">
            <w:pPr>
              <w:jc w:val="center"/>
            </w:pPr>
            <w:r>
              <w:t>0,0</w:t>
            </w:r>
          </w:p>
        </w:tc>
        <w:tc>
          <w:tcPr>
            <w:tcW w:w="0" w:type="auto"/>
          </w:tcPr>
          <w:p w14:paraId="6CE665DC" w14:textId="77777777" w:rsidR="007A5E59" w:rsidRDefault="0095198F">
            <w:pPr>
              <w:jc w:val="center"/>
            </w:pPr>
            <w:r>
              <w:t>0,0</w:t>
            </w:r>
          </w:p>
        </w:tc>
        <w:tc>
          <w:tcPr>
            <w:tcW w:w="0" w:type="auto"/>
          </w:tcPr>
          <w:p w14:paraId="5DDE9C4F" w14:textId="77777777" w:rsidR="007A5E59" w:rsidRDefault="0095198F">
            <w:pPr>
              <w:jc w:val="center"/>
            </w:pPr>
            <w:r>
              <w:t>0,0</w:t>
            </w:r>
          </w:p>
        </w:tc>
        <w:tc>
          <w:tcPr>
            <w:tcW w:w="0" w:type="auto"/>
          </w:tcPr>
          <w:p w14:paraId="401F7869" w14:textId="77777777" w:rsidR="007A5E59" w:rsidRDefault="0095198F">
            <w:pPr>
              <w:jc w:val="center"/>
            </w:pPr>
            <w:r>
              <w:t>0,0</w:t>
            </w:r>
          </w:p>
        </w:tc>
        <w:tc>
          <w:tcPr>
            <w:tcW w:w="0" w:type="auto"/>
          </w:tcPr>
          <w:p w14:paraId="125B3BB3" w14:textId="77777777" w:rsidR="007A5E59" w:rsidRDefault="0095198F">
            <w:pPr>
              <w:jc w:val="center"/>
            </w:pPr>
            <w:r>
              <w:t>0,0</w:t>
            </w:r>
          </w:p>
        </w:tc>
        <w:tc>
          <w:tcPr>
            <w:tcW w:w="0" w:type="auto"/>
          </w:tcPr>
          <w:p w14:paraId="510DF68D" w14:textId="77777777" w:rsidR="007A5E59" w:rsidRDefault="0095198F">
            <w:pPr>
              <w:jc w:val="center"/>
            </w:pPr>
            <w:r>
              <w:t>15,0</w:t>
            </w:r>
          </w:p>
        </w:tc>
        <w:tc>
          <w:tcPr>
            <w:tcW w:w="0" w:type="auto"/>
          </w:tcPr>
          <w:p w14:paraId="1FB865BA" w14:textId="77777777" w:rsidR="007A5E59" w:rsidRDefault="0095198F">
            <w:pPr>
              <w:jc w:val="center"/>
            </w:pPr>
            <w:r>
              <w:t>2 401,5</w:t>
            </w:r>
          </w:p>
        </w:tc>
        <w:tc>
          <w:tcPr>
            <w:tcW w:w="0" w:type="auto"/>
          </w:tcPr>
          <w:p w14:paraId="002356A2" w14:textId="77777777" w:rsidR="007A5E59" w:rsidRDefault="0095198F">
            <w:pPr>
              <w:jc w:val="center"/>
            </w:pPr>
            <w:r>
              <w:t>0,0</w:t>
            </w:r>
          </w:p>
        </w:tc>
        <w:tc>
          <w:tcPr>
            <w:tcW w:w="0" w:type="auto"/>
          </w:tcPr>
          <w:p w14:paraId="66BF31F5" w14:textId="77777777" w:rsidR="007A5E59" w:rsidRDefault="0095198F">
            <w:pPr>
              <w:jc w:val="center"/>
            </w:pPr>
            <w:r>
              <w:t>0,0</w:t>
            </w:r>
          </w:p>
        </w:tc>
        <w:tc>
          <w:tcPr>
            <w:tcW w:w="0" w:type="auto"/>
          </w:tcPr>
          <w:p w14:paraId="4FEC6B2E" w14:textId="77777777" w:rsidR="007A5E59" w:rsidRDefault="0095198F">
            <w:pPr>
              <w:jc w:val="center"/>
            </w:pPr>
            <w:r>
              <w:t>0,0</w:t>
            </w:r>
          </w:p>
        </w:tc>
        <w:tc>
          <w:tcPr>
            <w:tcW w:w="0" w:type="auto"/>
          </w:tcPr>
          <w:p w14:paraId="3BD8B082" w14:textId="77777777" w:rsidR="007A5E59" w:rsidRDefault="0095198F">
            <w:pPr>
              <w:jc w:val="center"/>
            </w:pPr>
            <w:r>
              <w:t>0,0</w:t>
            </w:r>
          </w:p>
        </w:tc>
        <w:tc>
          <w:tcPr>
            <w:tcW w:w="0" w:type="auto"/>
          </w:tcPr>
          <w:p w14:paraId="02F83B2E" w14:textId="77777777" w:rsidR="007A5E59" w:rsidRDefault="0095198F">
            <w:pPr>
              <w:jc w:val="center"/>
            </w:pPr>
            <w:r>
              <w:t>0,0</w:t>
            </w:r>
          </w:p>
        </w:tc>
        <w:tc>
          <w:tcPr>
            <w:tcW w:w="0" w:type="auto"/>
          </w:tcPr>
          <w:p w14:paraId="0802FFEC" w14:textId="77777777" w:rsidR="007A5E59" w:rsidRDefault="0095198F">
            <w:pPr>
              <w:jc w:val="center"/>
            </w:pPr>
            <w:r>
              <w:t>0,0</w:t>
            </w:r>
          </w:p>
        </w:tc>
        <w:tc>
          <w:tcPr>
            <w:tcW w:w="0" w:type="auto"/>
          </w:tcPr>
          <w:p w14:paraId="7620BAA7" w14:textId="77777777" w:rsidR="007A5E59" w:rsidRDefault="0095198F">
            <w:pPr>
              <w:jc w:val="center"/>
            </w:pPr>
            <w:r>
              <w:t>0,0</w:t>
            </w:r>
          </w:p>
        </w:tc>
        <w:tc>
          <w:tcPr>
            <w:tcW w:w="0" w:type="auto"/>
          </w:tcPr>
          <w:p w14:paraId="60A59929" w14:textId="77777777" w:rsidR="007A5E59" w:rsidRDefault="0095198F">
            <w:pPr>
              <w:jc w:val="center"/>
            </w:pPr>
            <w:r>
              <w:t>0,0</w:t>
            </w:r>
          </w:p>
        </w:tc>
        <w:tc>
          <w:tcPr>
            <w:tcW w:w="0" w:type="auto"/>
          </w:tcPr>
          <w:p w14:paraId="4BF1983B" w14:textId="77777777" w:rsidR="007A5E59" w:rsidRDefault="0095198F">
            <w:pPr>
              <w:jc w:val="center"/>
            </w:pPr>
            <w:r>
              <w:t>2 416,5</w:t>
            </w:r>
          </w:p>
        </w:tc>
      </w:tr>
      <w:tr w:rsidR="007A5E59" w14:paraId="6A32CCD0" w14:textId="77777777">
        <w:trPr>
          <w:jc w:val="center"/>
        </w:trPr>
        <w:tc>
          <w:tcPr>
            <w:tcW w:w="0" w:type="auto"/>
            <w:shd w:val="clear" w:color="auto" w:fill="DBE5F1"/>
          </w:tcPr>
          <w:p w14:paraId="0E5828ED" w14:textId="77777777" w:rsidR="007A5E59" w:rsidRDefault="0095198F">
            <w:r>
              <w:rPr>
                <w:b/>
              </w:rPr>
              <w:t>ИТОГО существующая сеть</w:t>
            </w:r>
          </w:p>
        </w:tc>
        <w:tc>
          <w:tcPr>
            <w:tcW w:w="0" w:type="auto"/>
            <w:shd w:val="clear" w:color="auto" w:fill="DBE5F1"/>
          </w:tcPr>
          <w:p w14:paraId="6726CA70" w14:textId="77777777" w:rsidR="007A5E59" w:rsidRDefault="0095198F">
            <w:pPr>
              <w:jc w:val="center"/>
            </w:pPr>
            <w:r>
              <w:rPr>
                <w:b/>
              </w:rPr>
              <w:t>0,0</w:t>
            </w:r>
          </w:p>
        </w:tc>
        <w:tc>
          <w:tcPr>
            <w:tcW w:w="0" w:type="auto"/>
            <w:shd w:val="clear" w:color="auto" w:fill="DBE5F1"/>
          </w:tcPr>
          <w:p w14:paraId="56310952" w14:textId="77777777" w:rsidR="007A5E59" w:rsidRDefault="0095198F">
            <w:pPr>
              <w:jc w:val="center"/>
            </w:pPr>
            <w:r>
              <w:rPr>
                <w:b/>
              </w:rPr>
              <w:t>0,0</w:t>
            </w:r>
          </w:p>
        </w:tc>
        <w:tc>
          <w:tcPr>
            <w:tcW w:w="0" w:type="auto"/>
            <w:shd w:val="clear" w:color="auto" w:fill="DBE5F1"/>
          </w:tcPr>
          <w:p w14:paraId="323F7870" w14:textId="77777777" w:rsidR="007A5E59" w:rsidRDefault="0095198F">
            <w:pPr>
              <w:jc w:val="center"/>
            </w:pPr>
            <w:r>
              <w:rPr>
                <w:b/>
              </w:rPr>
              <w:t>344,0</w:t>
            </w:r>
          </w:p>
        </w:tc>
        <w:tc>
          <w:tcPr>
            <w:tcW w:w="0" w:type="auto"/>
            <w:shd w:val="clear" w:color="auto" w:fill="DBE5F1"/>
          </w:tcPr>
          <w:p w14:paraId="47FC3EDF" w14:textId="77777777" w:rsidR="007A5E59" w:rsidRDefault="0095198F">
            <w:pPr>
              <w:jc w:val="center"/>
            </w:pPr>
            <w:r>
              <w:rPr>
                <w:b/>
              </w:rPr>
              <w:t>110,0</w:t>
            </w:r>
          </w:p>
        </w:tc>
        <w:tc>
          <w:tcPr>
            <w:tcW w:w="0" w:type="auto"/>
            <w:shd w:val="clear" w:color="auto" w:fill="DBE5F1"/>
          </w:tcPr>
          <w:p w14:paraId="3304D737" w14:textId="77777777" w:rsidR="007A5E59" w:rsidRDefault="0095198F">
            <w:pPr>
              <w:jc w:val="center"/>
            </w:pPr>
            <w:r>
              <w:rPr>
                <w:b/>
              </w:rPr>
              <w:t>138,0</w:t>
            </w:r>
          </w:p>
        </w:tc>
        <w:tc>
          <w:tcPr>
            <w:tcW w:w="0" w:type="auto"/>
            <w:shd w:val="clear" w:color="auto" w:fill="DBE5F1"/>
          </w:tcPr>
          <w:p w14:paraId="5BC12987" w14:textId="77777777" w:rsidR="007A5E59" w:rsidRDefault="0095198F">
            <w:pPr>
              <w:jc w:val="center"/>
            </w:pPr>
            <w:r>
              <w:rPr>
                <w:b/>
              </w:rPr>
              <w:t>346,0</w:t>
            </w:r>
          </w:p>
        </w:tc>
        <w:tc>
          <w:tcPr>
            <w:tcW w:w="0" w:type="auto"/>
            <w:shd w:val="clear" w:color="auto" w:fill="DBE5F1"/>
          </w:tcPr>
          <w:p w14:paraId="1C630400" w14:textId="77777777" w:rsidR="007A5E59" w:rsidRDefault="0095198F">
            <w:pPr>
              <w:jc w:val="center"/>
            </w:pPr>
            <w:r>
              <w:rPr>
                <w:b/>
              </w:rPr>
              <w:t>226,0</w:t>
            </w:r>
          </w:p>
        </w:tc>
        <w:tc>
          <w:tcPr>
            <w:tcW w:w="0" w:type="auto"/>
            <w:shd w:val="clear" w:color="auto" w:fill="DBE5F1"/>
          </w:tcPr>
          <w:p w14:paraId="1D9D3351" w14:textId="77777777" w:rsidR="007A5E59" w:rsidRDefault="0095198F">
            <w:pPr>
              <w:jc w:val="center"/>
            </w:pPr>
            <w:r>
              <w:rPr>
                <w:b/>
              </w:rPr>
              <w:t>0,0</w:t>
            </w:r>
          </w:p>
        </w:tc>
        <w:tc>
          <w:tcPr>
            <w:tcW w:w="0" w:type="auto"/>
            <w:shd w:val="clear" w:color="auto" w:fill="DBE5F1"/>
          </w:tcPr>
          <w:p w14:paraId="32C6708F" w14:textId="77777777" w:rsidR="007A5E59" w:rsidRDefault="0095198F">
            <w:pPr>
              <w:jc w:val="center"/>
            </w:pPr>
            <w:r>
              <w:rPr>
                <w:b/>
              </w:rPr>
              <w:t>0,0</w:t>
            </w:r>
          </w:p>
        </w:tc>
        <w:tc>
          <w:tcPr>
            <w:tcW w:w="0" w:type="auto"/>
            <w:shd w:val="clear" w:color="auto" w:fill="DBE5F1"/>
          </w:tcPr>
          <w:p w14:paraId="01D8F864" w14:textId="77777777" w:rsidR="007A5E59" w:rsidRDefault="0095198F">
            <w:pPr>
              <w:jc w:val="center"/>
            </w:pPr>
            <w:r>
              <w:rPr>
                <w:b/>
              </w:rPr>
              <w:t>108,0</w:t>
            </w:r>
          </w:p>
        </w:tc>
        <w:tc>
          <w:tcPr>
            <w:tcW w:w="0" w:type="auto"/>
            <w:shd w:val="clear" w:color="auto" w:fill="DBE5F1"/>
          </w:tcPr>
          <w:p w14:paraId="7BBDD104" w14:textId="77777777" w:rsidR="007A5E59" w:rsidRDefault="0095198F">
            <w:pPr>
              <w:jc w:val="center"/>
            </w:pPr>
            <w:r>
              <w:rPr>
                <w:b/>
              </w:rPr>
              <w:t>2 499,5</w:t>
            </w:r>
          </w:p>
        </w:tc>
        <w:tc>
          <w:tcPr>
            <w:tcW w:w="0" w:type="auto"/>
            <w:shd w:val="clear" w:color="auto" w:fill="DBE5F1"/>
          </w:tcPr>
          <w:p w14:paraId="3C088B9B" w14:textId="77777777" w:rsidR="007A5E59" w:rsidRDefault="0095198F">
            <w:pPr>
              <w:jc w:val="center"/>
            </w:pPr>
            <w:r>
              <w:rPr>
                <w:b/>
              </w:rPr>
              <w:t>34,0</w:t>
            </w:r>
          </w:p>
        </w:tc>
        <w:tc>
          <w:tcPr>
            <w:tcW w:w="0" w:type="auto"/>
            <w:shd w:val="clear" w:color="auto" w:fill="DBE5F1"/>
          </w:tcPr>
          <w:p w14:paraId="2EE07B2C" w14:textId="77777777" w:rsidR="007A5E59" w:rsidRDefault="0095198F">
            <w:pPr>
              <w:jc w:val="center"/>
            </w:pPr>
            <w:r>
              <w:rPr>
                <w:b/>
              </w:rPr>
              <w:t>448,0</w:t>
            </w:r>
          </w:p>
        </w:tc>
        <w:tc>
          <w:tcPr>
            <w:tcW w:w="0" w:type="auto"/>
            <w:shd w:val="clear" w:color="auto" w:fill="DBE5F1"/>
          </w:tcPr>
          <w:p w14:paraId="74E213DC" w14:textId="77777777" w:rsidR="007A5E59" w:rsidRDefault="0095198F">
            <w:pPr>
              <w:jc w:val="center"/>
            </w:pPr>
            <w:r>
              <w:rPr>
                <w:b/>
              </w:rPr>
              <w:t>0,0</w:t>
            </w:r>
          </w:p>
        </w:tc>
        <w:tc>
          <w:tcPr>
            <w:tcW w:w="0" w:type="auto"/>
            <w:shd w:val="clear" w:color="auto" w:fill="DBE5F1"/>
          </w:tcPr>
          <w:p w14:paraId="2020C6B3" w14:textId="77777777" w:rsidR="007A5E59" w:rsidRDefault="0095198F">
            <w:pPr>
              <w:jc w:val="center"/>
            </w:pPr>
            <w:r>
              <w:rPr>
                <w:b/>
              </w:rPr>
              <w:t>0,0</w:t>
            </w:r>
          </w:p>
        </w:tc>
        <w:tc>
          <w:tcPr>
            <w:tcW w:w="0" w:type="auto"/>
            <w:shd w:val="clear" w:color="auto" w:fill="DBE5F1"/>
          </w:tcPr>
          <w:p w14:paraId="24738A89" w14:textId="77777777" w:rsidR="007A5E59" w:rsidRDefault="0095198F">
            <w:pPr>
              <w:jc w:val="center"/>
            </w:pPr>
            <w:r>
              <w:rPr>
                <w:b/>
              </w:rPr>
              <w:t>0,0</w:t>
            </w:r>
          </w:p>
        </w:tc>
        <w:tc>
          <w:tcPr>
            <w:tcW w:w="0" w:type="auto"/>
            <w:shd w:val="clear" w:color="auto" w:fill="DBE5F1"/>
          </w:tcPr>
          <w:p w14:paraId="7F966482" w14:textId="77777777" w:rsidR="007A5E59" w:rsidRDefault="0095198F">
            <w:pPr>
              <w:jc w:val="center"/>
            </w:pPr>
            <w:r>
              <w:rPr>
                <w:b/>
              </w:rPr>
              <w:t>0,0</w:t>
            </w:r>
          </w:p>
        </w:tc>
        <w:tc>
          <w:tcPr>
            <w:tcW w:w="0" w:type="auto"/>
            <w:shd w:val="clear" w:color="auto" w:fill="DBE5F1"/>
          </w:tcPr>
          <w:p w14:paraId="479ADF04" w14:textId="77777777" w:rsidR="007A5E59" w:rsidRDefault="0095198F">
            <w:pPr>
              <w:jc w:val="center"/>
            </w:pPr>
            <w:r>
              <w:rPr>
                <w:b/>
              </w:rPr>
              <w:t>0,0</w:t>
            </w:r>
          </w:p>
        </w:tc>
        <w:tc>
          <w:tcPr>
            <w:tcW w:w="0" w:type="auto"/>
            <w:shd w:val="clear" w:color="auto" w:fill="DBE5F1"/>
          </w:tcPr>
          <w:p w14:paraId="1B6A65CF" w14:textId="77777777" w:rsidR="007A5E59" w:rsidRDefault="0095198F">
            <w:pPr>
              <w:jc w:val="center"/>
            </w:pPr>
            <w:r>
              <w:rPr>
                <w:b/>
              </w:rPr>
              <w:t>0,0</w:t>
            </w:r>
          </w:p>
        </w:tc>
        <w:tc>
          <w:tcPr>
            <w:tcW w:w="0" w:type="auto"/>
            <w:shd w:val="clear" w:color="auto" w:fill="DBE5F1"/>
          </w:tcPr>
          <w:p w14:paraId="5BD0895E" w14:textId="77777777" w:rsidR="007A5E59" w:rsidRDefault="0095198F">
            <w:pPr>
              <w:jc w:val="center"/>
            </w:pPr>
            <w:r>
              <w:rPr>
                <w:b/>
              </w:rPr>
              <w:t>4 253,5</w:t>
            </w:r>
          </w:p>
        </w:tc>
      </w:tr>
      <w:tr w:rsidR="007A5E59" w14:paraId="5825879F" w14:textId="77777777">
        <w:trPr>
          <w:jc w:val="center"/>
        </w:trPr>
        <w:tc>
          <w:tcPr>
            <w:tcW w:w="0" w:type="auto"/>
          </w:tcPr>
          <w:p w14:paraId="39E83675" w14:textId="77777777" w:rsidR="007A5E59" w:rsidRDefault="0095198F">
            <w:r w:rsidRPr="00312815">
              <w:rPr>
                <w:lang w:val="ru-RU"/>
              </w:rPr>
              <w:t xml:space="preserve">БЛОК 2. Подлежит замене — по сроку службы (порог см. </w:t>
            </w:r>
            <w:r>
              <w:t>БЛОК 4), м</w:t>
            </w:r>
          </w:p>
        </w:tc>
        <w:tc>
          <w:tcPr>
            <w:tcW w:w="0" w:type="auto"/>
          </w:tcPr>
          <w:p w14:paraId="1C7DF9C0" w14:textId="77777777" w:rsidR="007A5E59" w:rsidRDefault="007A5E59"/>
        </w:tc>
        <w:tc>
          <w:tcPr>
            <w:tcW w:w="0" w:type="auto"/>
          </w:tcPr>
          <w:p w14:paraId="27E30D06" w14:textId="77777777" w:rsidR="007A5E59" w:rsidRDefault="007A5E59"/>
        </w:tc>
        <w:tc>
          <w:tcPr>
            <w:tcW w:w="0" w:type="auto"/>
          </w:tcPr>
          <w:p w14:paraId="4C776397" w14:textId="77777777" w:rsidR="007A5E59" w:rsidRDefault="007A5E59"/>
        </w:tc>
        <w:tc>
          <w:tcPr>
            <w:tcW w:w="0" w:type="auto"/>
          </w:tcPr>
          <w:p w14:paraId="1B346B7A" w14:textId="77777777" w:rsidR="007A5E59" w:rsidRDefault="007A5E59"/>
        </w:tc>
        <w:tc>
          <w:tcPr>
            <w:tcW w:w="0" w:type="auto"/>
          </w:tcPr>
          <w:p w14:paraId="450BF612" w14:textId="77777777" w:rsidR="007A5E59" w:rsidRDefault="007A5E59"/>
        </w:tc>
        <w:tc>
          <w:tcPr>
            <w:tcW w:w="0" w:type="auto"/>
          </w:tcPr>
          <w:p w14:paraId="76EBE6B4" w14:textId="77777777" w:rsidR="007A5E59" w:rsidRDefault="007A5E59"/>
        </w:tc>
        <w:tc>
          <w:tcPr>
            <w:tcW w:w="0" w:type="auto"/>
          </w:tcPr>
          <w:p w14:paraId="52FE833F" w14:textId="77777777" w:rsidR="007A5E59" w:rsidRDefault="007A5E59"/>
        </w:tc>
        <w:tc>
          <w:tcPr>
            <w:tcW w:w="0" w:type="auto"/>
          </w:tcPr>
          <w:p w14:paraId="08FDEB78" w14:textId="77777777" w:rsidR="007A5E59" w:rsidRDefault="007A5E59"/>
        </w:tc>
        <w:tc>
          <w:tcPr>
            <w:tcW w:w="0" w:type="auto"/>
          </w:tcPr>
          <w:p w14:paraId="103F1D6F" w14:textId="77777777" w:rsidR="007A5E59" w:rsidRDefault="007A5E59"/>
        </w:tc>
        <w:tc>
          <w:tcPr>
            <w:tcW w:w="0" w:type="auto"/>
          </w:tcPr>
          <w:p w14:paraId="6058DFB3" w14:textId="77777777" w:rsidR="007A5E59" w:rsidRDefault="007A5E59"/>
        </w:tc>
        <w:tc>
          <w:tcPr>
            <w:tcW w:w="0" w:type="auto"/>
          </w:tcPr>
          <w:p w14:paraId="4C8AAE98" w14:textId="77777777" w:rsidR="007A5E59" w:rsidRDefault="007A5E59"/>
        </w:tc>
        <w:tc>
          <w:tcPr>
            <w:tcW w:w="0" w:type="auto"/>
          </w:tcPr>
          <w:p w14:paraId="7F58CB84" w14:textId="77777777" w:rsidR="007A5E59" w:rsidRDefault="007A5E59"/>
        </w:tc>
        <w:tc>
          <w:tcPr>
            <w:tcW w:w="0" w:type="auto"/>
          </w:tcPr>
          <w:p w14:paraId="0C84800A" w14:textId="77777777" w:rsidR="007A5E59" w:rsidRDefault="007A5E59"/>
        </w:tc>
        <w:tc>
          <w:tcPr>
            <w:tcW w:w="0" w:type="auto"/>
          </w:tcPr>
          <w:p w14:paraId="5230C77D" w14:textId="77777777" w:rsidR="007A5E59" w:rsidRDefault="007A5E59"/>
        </w:tc>
        <w:tc>
          <w:tcPr>
            <w:tcW w:w="0" w:type="auto"/>
          </w:tcPr>
          <w:p w14:paraId="3461E7AB" w14:textId="77777777" w:rsidR="007A5E59" w:rsidRDefault="007A5E59"/>
        </w:tc>
        <w:tc>
          <w:tcPr>
            <w:tcW w:w="0" w:type="auto"/>
          </w:tcPr>
          <w:p w14:paraId="2B015C1F" w14:textId="77777777" w:rsidR="007A5E59" w:rsidRDefault="007A5E59"/>
        </w:tc>
        <w:tc>
          <w:tcPr>
            <w:tcW w:w="0" w:type="auto"/>
          </w:tcPr>
          <w:p w14:paraId="6E37D24C" w14:textId="77777777" w:rsidR="007A5E59" w:rsidRDefault="007A5E59"/>
        </w:tc>
        <w:tc>
          <w:tcPr>
            <w:tcW w:w="0" w:type="auto"/>
          </w:tcPr>
          <w:p w14:paraId="6E8BA0EC" w14:textId="77777777" w:rsidR="007A5E59" w:rsidRDefault="007A5E59"/>
        </w:tc>
        <w:tc>
          <w:tcPr>
            <w:tcW w:w="0" w:type="auto"/>
          </w:tcPr>
          <w:p w14:paraId="7DA96C8D" w14:textId="77777777" w:rsidR="007A5E59" w:rsidRDefault="007A5E59"/>
        </w:tc>
        <w:tc>
          <w:tcPr>
            <w:tcW w:w="0" w:type="auto"/>
          </w:tcPr>
          <w:p w14:paraId="67B64FF0" w14:textId="77777777" w:rsidR="007A5E59" w:rsidRDefault="007A5E59"/>
        </w:tc>
      </w:tr>
      <w:tr w:rsidR="007A5E59" w14:paraId="3391B3A0" w14:textId="77777777">
        <w:trPr>
          <w:jc w:val="center"/>
        </w:trPr>
        <w:tc>
          <w:tcPr>
            <w:tcW w:w="0" w:type="auto"/>
          </w:tcPr>
          <w:p w14:paraId="32D0CC02" w14:textId="77777777" w:rsidR="007A5E59" w:rsidRDefault="0095198F">
            <w:r>
              <w:t>Этап</w:t>
            </w:r>
          </w:p>
        </w:tc>
        <w:tc>
          <w:tcPr>
            <w:tcW w:w="0" w:type="auto"/>
          </w:tcPr>
          <w:p w14:paraId="0F2F3C20" w14:textId="77777777" w:rsidR="007A5E59" w:rsidRDefault="0095198F">
            <w:r>
              <w:t>Дн15</w:t>
            </w:r>
          </w:p>
        </w:tc>
        <w:tc>
          <w:tcPr>
            <w:tcW w:w="0" w:type="auto"/>
          </w:tcPr>
          <w:p w14:paraId="22225179" w14:textId="77777777" w:rsidR="007A5E59" w:rsidRDefault="0095198F">
            <w:r>
              <w:t>Дн20</w:t>
            </w:r>
          </w:p>
        </w:tc>
        <w:tc>
          <w:tcPr>
            <w:tcW w:w="0" w:type="auto"/>
          </w:tcPr>
          <w:p w14:paraId="199C4B21" w14:textId="77777777" w:rsidR="007A5E59" w:rsidRDefault="0095198F">
            <w:r>
              <w:t>Дн25</w:t>
            </w:r>
          </w:p>
        </w:tc>
        <w:tc>
          <w:tcPr>
            <w:tcW w:w="0" w:type="auto"/>
          </w:tcPr>
          <w:p w14:paraId="1BFADEFF" w14:textId="77777777" w:rsidR="007A5E59" w:rsidRDefault="0095198F">
            <w:r>
              <w:t>Дн32</w:t>
            </w:r>
          </w:p>
        </w:tc>
        <w:tc>
          <w:tcPr>
            <w:tcW w:w="0" w:type="auto"/>
          </w:tcPr>
          <w:p w14:paraId="0249A459" w14:textId="77777777" w:rsidR="007A5E59" w:rsidRDefault="0095198F">
            <w:r>
              <w:t>Дн40</w:t>
            </w:r>
          </w:p>
        </w:tc>
        <w:tc>
          <w:tcPr>
            <w:tcW w:w="0" w:type="auto"/>
          </w:tcPr>
          <w:p w14:paraId="5E32974A" w14:textId="77777777" w:rsidR="007A5E59" w:rsidRDefault="0095198F">
            <w:r>
              <w:t>Дн50</w:t>
            </w:r>
          </w:p>
        </w:tc>
        <w:tc>
          <w:tcPr>
            <w:tcW w:w="0" w:type="auto"/>
          </w:tcPr>
          <w:p w14:paraId="55E2CB20" w14:textId="77777777" w:rsidR="007A5E59" w:rsidRDefault="0095198F">
            <w:r>
              <w:t>Дн65</w:t>
            </w:r>
          </w:p>
        </w:tc>
        <w:tc>
          <w:tcPr>
            <w:tcW w:w="0" w:type="auto"/>
          </w:tcPr>
          <w:p w14:paraId="789761EA" w14:textId="77777777" w:rsidR="007A5E59" w:rsidRDefault="0095198F">
            <w:r>
              <w:t>Дн68</w:t>
            </w:r>
          </w:p>
        </w:tc>
        <w:tc>
          <w:tcPr>
            <w:tcW w:w="0" w:type="auto"/>
          </w:tcPr>
          <w:p w14:paraId="62943F4C" w14:textId="77777777" w:rsidR="007A5E59" w:rsidRDefault="0095198F">
            <w:r>
              <w:t>Дн70</w:t>
            </w:r>
          </w:p>
        </w:tc>
        <w:tc>
          <w:tcPr>
            <w:tcW w:w="0" w:type="auto"/>
          </w:tcPr>
          <w:p w14:paraId="6C4D3906" w14:textId="77777777" w:rsidR="007A5E59" w:rsidRDefault="0095198F">
            <w:r>
              <w:t>Дн80</w:t>
            </w:r>
          </w:p>
        </w:tc>
        <w:tc>
          <w:tcPr>
            <w:tcW w:w="0" w:type="auto"/>
          </w:tcPr>
          <w:p w14:paraId="69918307" w14:textId="77777777" w:rsidR="007A5E59" w:rsidRDefault="0095198F">
            <w:r>
              <w:t>Дн100</w:t>
            </w:r>
          </w:p>
        </w:tc>
        <w:tc>
          <w:tcPr>
            <w:tcW w:w="0" w:type="auto"/>
          </w:tcPr>
          <w:p w14:paraId="0E5C9A75" w14:textId="77777777" w:rsidR="007A5E59" w:rsidRDefault="0095198F">
            <w:r>
              <w:t>Дн125</w:t>
            </w:r>
          </w:p>
        </w:tc>
        <w:tc>
          <w:tcPr>
            <w:tcW w:w="0" w:type="auto"/>
          </w:tcPr>
          <w:p w14:paraId="119E3819" w14:textId="77777777" w:rsidR="007A5E59" w:rsidRDefault="0095198F">
            <w:r>
              <w:t>Дн150</w:t>
            </w:r>
          </w:p>
        </w:tc>
        <w:tc>
          <w:tcPr>
            <w:tcW w:w="0" w:type="auto"/>
          </w:tcPr>
          <w:p w14:paraId="7DDAD665" w14:textId="77777777" w:rsidR="007A5E59" w:rsidRDefault="0095198F">
            <w:r>
              <w:t>Дн200</w:t>
            </w:r>
          </w:p>
        </w:tc>
        <w:tc>
          <w:tcPr>
            <w:tcW w:w="0" w:type="auto"/>
          </w:tcPr>
          <w:p w14:paraId="4F5FCD30" w14:textId="77777777" w:rsidR="007A5E59" w:rsidRDefault="0095198F">
            <w:r>
              <w:t>Дн250</w:t>
            </w:r>
          </w:p>
        </w:tc>
        <w:tc>
          <w:tcPr>
            <w:tcW w:w="0" w:type="auto"/>
          </w:tcPr>
          <w:p w14:paraId="294F84E1" w14:textId="77777777" w:rsidR="007A5E59" w:rsidRDefault="0095198F">
            <w:r>
              <w:t>Дн300</w:t>
            </w:r>
          </w:p>
        </w:tc>
        <w:tc>
          <w:tcPr>
            <w:tcW w:w="0" w:type="auto"/>
          </w:tcPr>
          <w:p w14:paraId="6AA9686E" w14:textId="77777777" w:rsidR="007A5E59" w:rsidRDefault="0095198F">
            <w:r>
              <w:t>Дн350</w:t>
            </w:r>
          </w:p>
        </w:tc>
        <w:tc>
          <w:tcPr>
            <w:tcW w:w="0" w:type="auto"/>
          </w:tcPr>
          <w:p w14:paraId="001822C0" w14:textId="77777777" w:rsidR="007A5E59" w:rsidRDefault="0095198F">
            <w:r>
              <w:t>Дн400</w:t>
            </w:r>
          </w:p>
        </w:tc>
        <w:tc>
          <w:tcPr>
            <w:tcW w:w="0" w:type="auto"/>
          </w:tcPr>
          <w:p w14:paraId="38F9CA9C" w14:textId="77777777" w:rsidR="007A5E59" w:rsidRDefault="0095198F">
            <w:r>
              <w:t>Дн500</w:t>
            </w:r>
          </w:p>
        </w:tc>
        <w:tc>
          <w:tcPr>
            <w:tcW w:w="0" w:type="auto"/>
          </w:tcPr>
          <w:p w14:paraId="61DE989D" w14:textId="77777777" w:rsidR="007A5E59" w:rsidRDefault="007A5E59"/>
        </w:tc>
      </w:tr>
      <w:tr w:rsidR="007A5E59" w14:paraId="09044A8A" w14:textId="77777777">
        <w:trPr>
          <w:jc w:val="center"/>
        </w:trPr>
        <w:tc>
          <w:tcPr>
            <w:tcW w:w="0" w:type="auto"/>
          </w:tcPr>
          <w:p w14:paraId="77A4CCE0" w14:textId="77777777" w:rsidR="007A5E59" w:rsidRDefault="0095198F">
            <w:r>
              <w:t>2026 (год ввода до 2001 включительно)</w:t>
            </w:r>
          </w:p>
        </w:tc>
        <w:tc>
          <w:tcPr>
            <w:tcW w:w="0" w:type="auto"/>
          </w:tcPr>
          <w:p w14:paraId="08549FB8" w14:textId="77777777" w:rsidR="007A5E59" w:rsidRDefault="0095198F">
            <w:pPr>
              <w:jc w:val="center"/>
            </w:pPr>
            <w:r>
              <w:t>0,0</w:t>
            </w:r>
          </w:p>
        </w:tc>
        <w:tc>
          <w:tcPr>
            <w:tcW w:w="0" w:type="auto"/>
          </w:tcPr>
          <w:p w14:paraId="31801084" w14:textId="77777777" w:rsidR="007A5E59" w:rsidRDefault="0095198F">
            <w:pPr>
              <w:jc w:val="center"/>
            </w:pPr>
            <w:r>
              <w:t>0,0</w:t>
            </w:r>
          </w:p>
        </w:tc>
        <w:tc>
          <w:tcPr>
            <w:tcW w:w="0" w:type="auto"/>
          </w:tcPr>
          <w:p w14:paraId="1906540C" w14:textId="77777777" w:rsidR="007A5E59" w:rsidRDefault="0095198F">
            <w:pPr>
              <w:jc w:val="center"/>
            </w:pPr>
            <w:r>
              <w:t>187,0</w:t>
            </w:r>
          </w:p>
        </w:tc>
        <w:tc>
          <w:tcPr>
            <w:tcW w:w="0" w:type="auto"/>
          </w:tcPr>
          <w:p w14:paraId="22D31DC3" w14:textId="77777777" w:rsidR="007A5E59" w:rsidRDefault="0095198F">
            <w:pPr>
              <w:jc w:val="center"/>
            </w:pPr>
            <w:r>
              <w:t>0,0</w:t>
            </w:r>
          </w:p>
        </w:tc>
        <w:tc>
          <w:tcPr>
            <w:tcW w:w="0" w:type="auto"/>
          </w:tcPr>
          <w:p w14:paraId="18298DAC" w14:textId="77777777" w:rsidR="007A5E59" w:rsidRDefault="0095198F">
            <w:pPr>
              <w:jc w:val="center"/>
            </w:pPr>
            <w:r>
              <w:t>123,0</w:t>
            </w:r>
          </w:p>
        </w:tc>
        <w:tc>
          <w:tcPr>
            <w:tcW w:w="0" w:type="auto"/>
          </w:tcPr>
          <w:p w14:paraId="0D2CAC12" w14:textId="77777777" w:rsidR="007A5E59" w:rsidRDefault="0095198F">
            <w:pPr>
              <w:jc w:val="center"/>
            </w:pPr>
            <w:r>
              <w:t>113,0</w:t>
            </w:r>
          </w:p>
        </w:tc>
        <w:tc>
          <w:tcPr>
            <w:tcW w:w="0" w:type="auto"/>
          </w:tcPr>
          <w:p w14:paraId="05D1E4F1" w14:textId="77777777" w:rsidR="007A5E59" w:rsidRDefault="0095198F">
            <w:pPr>
              <w:jc w:val="center"/>
            </w:pPr>
            <w:r>
              <w:t>206,0</w:t>
            </w:r>
          </w:p>
        </w:tc>
        <w:tc>
          <w:tcPr>
            <w:tcW w:w="0" w:type="auto"/>
          </w:tcPr>
          <w:p w14:paraId="6048A014" w14:textId="77777777" w:rsidR="007A5E59" w:rsidRDefault="0095198F">
            <w:pPr>
              <w:jc w:val="center"/>
            </w:pPr>
            <w:r>
              <w:t>0,0</w:t>
            </w:r>
          </w:p>
        </w:tc>
        <w:tc>
          <w:tcPr>
            <w:tcW w:w="0" w:type="auto"/>
          </w:tcPr>
          <w:p w14:paraId="5D3217C0" w14:textId="77777777" w:rsidR="007A5E59" w:rsidRDefault="0095198F">
            <w:pPr>
              <w:jc w:val="center"/>
            </w:pPr>
            <w:r>
              <w:t>0,0</w:t>
            </w:r>
          </w:p>
        </w:tc>
        <w:tc>
          <w:tcPr>
            <w:tcW w:w="0" w:type="auto"/>
          </w:tcPr>
          <w:p w14:paraId="65C5FD96" w14:textId="77777777" w:rsidR="007A5E59" w:rsidRDefault="0095198F">
            <w:pPr>
              <w:jc w:val="center"/>
            </w:pPr>
            <w:r>
              <w:t>0,0</w:t>
            </w:r>
          </w:p>
        </w:tc>
        <w:tc>
          <w:tcPr>
            <w:tcW w:w="0" w:type="auto"/>
          </w:tcPr>
          <w:p w14:paraId="779E3F5A" w14:textId="77777777" w:rsidR="007A5E59" w:rsidRDefault="0095198F">
            <w:pPr>
              <w:jc w:val="center"/>
            </w:pPr>
            <w:r>
              <w:t>0,0</w:t>
            </w:r>
          </w:p>
        </w:tc>
        <w:tc>
          <w:tcPr>
            <w:tcW w:w="0" w:type="auto"/>
          </w:tcPr>
          <w:p w14:paraId="0CF15410" w14:textId="77777777" w:rsidR="007A5E59" w:rsidRDefault="0095198F">
            <w:pPr>
              <w:jc w:val="center"/>
            </w:pPr>
            <w:r>
              <w:t>0,0</w:t>
            </w:r>
          </w:p>
        </w:tc>
        <w:tc>
          <w:tcPr>
            <w:tcW w:w="0" w:type="auto"/>
          </w:tcPr>
          <w:p w14:paraId="2132A0BD" w14:textId="77777777" w:rsidR="007A5E59" w:rsidRDefault="0095198F">
            <w:pPr>
              <w:jc w:val="center"/>
            </w:pPr>
            <w:r>
              <w:t>0,0</w:t>
            </w:r>
          </w:p>
        </w:tc>
        <w:tc>
          <w:tcPr>
            <w:tcW w:w="0" w:type="auto"/>
          </w:tcPr>
          <w:p w14:paraId="2E4D2B9B" w14:textId="77777777" w:rsidR="007A5E59" w:rsidRDefault="0095198F">
            <w:pPr>
              <w:jc w:val="center"/>
            </w:pPr>
            <w:r>
              <w:t>0,0</w:t>
            </w:r>
          </w:p>
        </w:tc>
        <w:tc>
          <w:tcPr>
            <w:tcW w:w="0" w:type="auto"/>
          </w:tcPr>
          <w:p w14:paraId="618EB4F2" w14:textId="77777777" w:rsidR="007A5E59" w:rsidRDefault="0095198F">
            <w:pPr>
              <w:jc w:val="center"/>
            </w:pPr>
            <w:r>
              <w:t>0,0</w:t>
            </w:r>
          </w:p>
        </w:tc>
        <w:tc>
          <w:tcPr>
            <w:tcW w:w="0" w:type="auto"/>
          </w:tcPr>
          <w:p w14:paraId="3AC08760" w14:textId="77777777" w:rsidR="007A5E59" w:rsidRDefault="0095198F">
            <w:pPr>
              <w:jc w:val="center"/>
            </w:pPr>
            <w:r>
              <w:t>0,0</w:t>
            </w:r>
          </w:p>
        </w:tc>
        <w:tc>
          <w:tcPr>
            <w:tcW w:w="0" w:type="auto"/>
          </w:tcPr>
          <w:p w14:paraId="07163117" w14:textId="77777777" w:rsidR="007A5E59" w:rsidRDefault="0095198F">
            <w:pPr>
              <w:jc w:val="center"/>
            </w:pPr>
            <w:r>
              <w:t>0,0</w:t>
            </w:r>
          </w:p>
        </w:tc>
        <w:tc>
          <w:tcPr>
            <w:tcW w:w="0" w:type="auto"/>
          </w:tcPr>
          <w:p w14:paraId="7965F035" w14:textId="77777777" w:rsidR="007A5E59" w:rsidRDefault="0095198F">
            <w:pPr>
              <w:jc w:val="center"/>
            </w:pPr>
            <w:r>
              <w:t>0,0</w:t>
            </w:r>
          </w:p>
        </w:tc>
        <w:tc>
          <w:tcPr>
            <w:tcW w:w="0" w:type="auto"/>
          </w:tcPr>
          <w:p w14:paraId="56BD0B93" w14:textId="77777777" w:rsidR="007A5E59" w:rsidRDefault="0095198F">
            <w:pPr>
              <w:jc w:val="center"/>
            </w:pPr>
            <w:r>
              <w:t>0,0</w:t>
            </w:r>
          </w:p>
        </w:tc>
        <w:tc>
          <w:tcPr>
            <w:tcW w:w="0" w:type="auto"/>
          </w:tcPr>
          <w:p w14:paraId="2D71FD04" w14:textId="77777777" w:rsidR="007A5E59" w:rsidRDefault="0095198F">
            <w:pPr>
              <w:jc w:val="center"/>
            </w:pPr>
            <w:r>
              <w:t>629,0</w:t>
            </w:r>
          </w:p>
        </w:tc>
      </w:tr>
      <w:tr w:rsidR="007A5E59" w14:paraId="54B1E543" w14:textId="77777777">
        <w:trPr>
          <w:jc w:val="center"/>
        </w:trPr>
        <w:tc>
          <w:tcPr>
            <w:tcW w:w="0" w:type="auto"/>
          </w:tcPr>
          <w:p w14:paraId="04AC3992" w14:textId="77777777" w:rsidR="007A5E59" w:rsidRDefault="0095198F">
            <w:r>
              <w:t>2031 (год ввода 2002–2006)</w:t>
            </w:r>
          </w:p>
        </w:tc>
        <w:tc>
          <w:tcPr>
            <w:tcW w:w="0" w:type="auto"/>
          </w:tcPr>
          <w:p w14:paraId="5E295AAC" w14:textId="77777777" w:rsidR="007A5E59" w:rsidRDefault="0095198F">
            <w:pPr>
              <w:jc w:val="center"/>
            </w:pPr>
            <w:r>
              <w:t>0,0</w:t>
            </w:r>
          </w:p>
        </w:tc>
        <w:tc>
          <w:tcPr>
            <w:tcW w:w="0" w:type="auto"/>
          </w:tcPr>
          <w:p w14:paraId="73886102" w14:textId="77777777" w:rsidR="007A5E59" w:rsidRDefault="0095198F">
            <w:pPr>
              <w:jc w:val="center"/>
            </w:pPr>
            <w:r>
              <w:t>0,0</w:t>
            </w:r>
          </w:p>
        </w:tc>
        <w:tc>
          <w:tcPr>
            <w:tcW w:w="0" w:type="auto"/>
          </w:tcPr>
          <w:p w14:paraId="51FE727A" w14:textId="77777777" w:rsidR="007A5E59" w:rsidRDefault="0095198F">
            <w:pPr>
              <w:jc w:val="center"/>
            </w:pPr>
            <w:r>
              <w:t>157,0</w:t>
            </w:r>
          </w:p>
        </w:tc>
        <w:tc>
          <w:tcPr>
            <w:tcW w:w="0" w:type="auto"/>
          </w:tcPr>
          <w:p w14:paraId="297A89C3" w14:textId="77777777" w:rsidR="007A5E59" w:rsidRDefault="0095198F">
            <w:pPr>
              <w:jc w:val="center"/>
            </w:pPr>
            <w:r>
              <w:t>110,0</w:t>
            </w:r>
          </w:p>
        </w:tc>
        <w:tc>
          <w:tcPr>
            <w:tcW w:w="0" w:type="auto"/>
          </w:tcPr>
          <w:p w14:paraId="5D03D6B4" w14:textId="77777777" w:rsidR="007A5E59" w:rsidRDefault="0095198F">
            <w:pPr>
              <w:jc w:val="center"/>
            </w:pPr>
            <w:r>
              <w:t>15,0</w:t>
            </w:r>
          </w:p>
        </w:tc>
        <w:tc>
          <w:tcPr>
            <w:tcW w:w="0" w:type="auto"/>
          </w:tcPr>
          <w:p w14:paraId="7750A190" w14:textId="77777777" w:rsidR="007A5E59" w:rsidRDefault="0095198F">
            <w:pPr>
              <w:jc w:val="center"/>
            </w:pPr>
            <w:r>
              <w:t>233,0</w:t>
            </w:r>
          </w:p>
        </w:tc>
        <w:tc>
          <w:tcPr>
            <w:tcW w:w="0" w:type="auto"/>
          </w:tcPr>
          <w:p w14:paraId="6B52F9E9" w14:textId="77777777" w:rsidR="007A5E59" w:rsidRDefault="0095198F">
            <w:pPr>
              <w:jc w:val="center"/>
            </w:pPr>
            <w:r>
              <w:t>20,0</w:t>
            </w:r>
          </w:p>
        </w:tc>
        <w:tc>
          <w:tcPr>
            <w:tcW w:w="0" w:type="auto"/>
          </w:tcPr>
          <w:p w14:paraId="694A4F5C" w14:textId="77777777" w:rsidR="007A5E59" w:rsidRDefault="0095198F">
            <w:pPr>
              <w:jc w:val="center"/>
            </w:pPr>
            <w:r>
              <w:t>0,0</w:t>
            </w:r>
          </w:p>
        </w:tc>
        <w:tc>
          <w:tcPr>
            <w:tcW w:w="0" w:type="auto"/>
          </w:tcPr>
          <w:p w14:paraId="62D37607" w14:textId="77777777" w:rsidR="007A5E59" w:rsidRDefault="0095198F">
            <w:pPr>
              <w:jc w:val="center"/>
            </w:pPr>
            <w:r>
              <w:t>0,0</w:t>
            </w:r>
          </w:p>
        </w:tc>
        <w:tc>
          <w:tcPr>
            <w:tcW w:w="0" w:type="auto"/>
          </w:tcPr>
          <w:p w14:paraId="6563E32D" w14:textId="77777777" w:rsidR="007A5E59" w:rsidRDefault="0095198F">
            <w:pPr>
              <w:jc w:val="center"/>
            </w:pPr>
            <w:r>
              <w:t>103,0</w:t>
            </w:r>
          </w:p>
        </w:tc>
        <w:tc>
          <w:tcPr>
            <w:tcW w:w="0" w:type="auto"/>
          </w:tcPr>
          <w:p w14:paraId="440F201F" w14:textId="77777777" w:rsidR="007A5E59" w:rsidRDefault="0095198F">
            <w:pPr>
              <w:jc w:val="center"/>
            </w:pPr>
            <w:r>
              <w:t>2 499,5</w:t>
            </w:r>
          </w:p>
        </w:tc>
        <w:tc>
          <w:tcPr>
            <w:tcW w:w="0" w:type="auto"/>
          </w:tcPr>
          <w:p w14:paraId="135018E2" w14:textId="77777777" w:rsidR="007A5E59" w:rsidRDefault="0095198F">
            <w:pPr>
              <w:jc w:val="center"/>
            </w:pPr>
            <w:r>
              <w:t>34,0</w:t>
            </w:r>
          </w:p>
        </w:tc>
        <w:tc>
          <w:tcPr>
            <w:tcW w:w="0" w:type="auto"/>
          </w:tcPr>
          <w:p w14:paraId="02D764DB" w14:textId="77777777" w:rsidR="007A5E59" w:rsidRDefault="0095198F">
            <w:pPr>
              <w:jc w:val="center"/>
            </w:pPr>
            <w:r>
              <w:t>448,0</w:t>
            </w:r>
          </w:p>
        </w:tc>
        <w:tc>
          <w:tcPr>
            <w:tcW w:w="0" w:type="auto"/>
          </w:tcPr>
          <w:p w14:paraId="1C44D55E" w14:textId="77777777" w:rsidR="007A5E59" w:rsidRDefault="0095198F">
            <w:pPr>
              <w:jc w:val="center"/>
            </w:pPr>
            <w:r>
              <w:t>0,0</w:t>
            </w:r>
          </w:p>
        </w:tc>
        <w:tc>
          <w:tcPr>
            <w:tcW w:w="0" w:type="auto"/>
          </w:tcPr>
          <w:p w14:paraId="17BA2649" w14:textId="77777777" w:rsidR="007A5E59" w:rsidRDefault="0095198F">
            <w:pPr>
              <w:jc w:val="center"/>
            </w:pPr>
            <w:r>
              <w:t>0,0</w:t>
            </w:r>
          </w:p>
        </w:tc>
        <w:tc>
          <w:tcPr>
            <w:tcW w:w="0" w:type="auto"/>
          </w:tcPr>
          <w:p w14:paraId="5B5B6C4D" w14:textId="77777777" w:rsidR="007A5E59" w:rsidRDefault="0095198F">
            <w:pPr>
              <w:jc w:val="center"/>
            </w:pPr>
            <w:r>
              <w:t>0,0</w:t>
            </w:r>
          </w:p>
        </w:tc>
        <w:tc>
          <w:tcPr>
            <w:tcW w:w="0" w:type="auto"/>
          </w:tcPr>
          <w:p w14:paraId="5D569F23" w14:textId="77777777" w:rsidR="007A5E59" w:rsidRDefault="0095198F">
            <w:pPr>
              <w:jc w:val="center"/>
            </w:pPr>
            <w:r>
              <w:t>0,0</w:t>
            </w:r>
          </w:p>
        </w:tc>
        <w:tc>
          <w:tcPr>
            <w:tcW w:w="0" w:type="auto"/>
          </w:tcPr>
          <w:p w14:paraId="5F23E166" w14:textId="77777777" w:rsidR="007A5E59" w:rsidRDefault="0095198F">
            <w:pPr>
              <w:jc w:val="center"/>
            </w:pPr>
            <w:r>
              <w:t>0,0</w:t>
            </w:r>
          </w:p>
        </w:tc>
        <w:tc>
          <w:tcPr>
            <w:tcW w:w="0" w:type="auto"/>
          </w:tcPr>
          <w:p w14:paraId="7E8ADE2B" w14:textId="77777777" w:rsidR="007A5E59" w:rsidRDefault="0095198F">
            <w:pPr>
              <w:jc w:val="center"/>
            </w:pPr>
            <w:r>
              <w:t>0,0</w:t>
            </w:r>
          </w:p>
        </w:tc>
        <w:tc>
          <w:tcPr>
            <w:tcW w:w="0" w:type="auto"/>
          </w:tcPr>
          <w:p w14:paraId="307A08D7" w14:textId="77777777" w:rsidR="007A5E59" w:rsidRDefault="0095198F">
            <w:pPr>
              <w:jc w:val="center"/>
            </w:pPr>
            <w:r>
              <w:t>3 619,5</w:t>
            </w:r>
          </w:p>
        </w:tc>
      </w:tr>
      <w:tr w:rsidR="007A5E59" w14:paraId="7B96648F" w14:textId="77777777">
        <w:trPr>
          <w:jc w:val="center"/>
        </w:trPr>
        <w:tc>
          <w:tcPr>
            <w:tcW w:w="0" w:type="auto"/>
          </w:tcPr>
          <w:p w14:paraId="47B52E48" w14:textId="77777777" w:rsidR="007A5E59" w:rsidRDefault="0095198F">
            <w:r>
              <w:t>2036 (год ввода 2007–2011)</w:t>
            </w:r>
          </w:p>
        </w:tc>
        <w:tc>
          <w:tcPr>
            <w:tcW w:w="0" w:type="auto"/>
          </w:tcPr>
          <w:p w14:paraId="0CBD4C10" w14:textId="77777777" w:rsidR="007A5E59" w:rsidRDefault="0095198F">
            <w:pPr>
              <w:jc w:val="center"/>
            </w:pPr>
            <w:r>
              <w:t>0,0</w:t>
            </w:r>
          </w:p>
        </w:tc>
        <w:tc>
          <w:tcPr>
            <w:tcW w:w="0" w:type="auto"/>
          </w:tcPr>
          <w:p w14:paraId="551BB55D" w14:textId="77777777" w:rsidR="007A5E59" w:rsidRDefault="0095198F">
            <w:pPr>
              <w:jc w:val="center"/>
            </w:pPr>
            <w:r>
              <w:t>0,0</w:t>
            </w:r>
          </w:p>
        </w:tc>
        <w:tc>
          <w:tcPr>
            <w:tcW w:w="0" w:type="auto"/>
          </w:tcPr>
          <w:p w14:paraId="2309896D" w14:textId="77777777" w:rsidR="007A5E59" w:rsidRDefault="0095198F">
            <w:pPr>
              <w:jc w:val="center"/>
            </w:pPr>
            <w:r>
              <w:t>0,0</w:t>
            </w:r>
          </w:p>
        </w:tc>
        <w:tc>
          <w:tcPr>
            <w:tcW w:w="0" w:type="auto"/>
          </w:tcPr>
          <w:p w14:paraId="3FE9EFDE" w14:textId="77777777" w:rsidR="007A5E59" w:rsidRDefault="0095198F">
            <w:pPr>
              <w:jc w:val="center"/>
            </w:pPr>
            <w:r>
              <w:t>0,0</w:t>
            </w:r>
          </w:p>
        </w:tc>
        <w:tc>
          <w:tcPr>
            <w:tcW w:w="0" w:type="auto"/>
          </w:tcPr>
          <w:p w14:paraId="0CA3E640" w14:textId="77777777" w:rsidR="007A5E59" w:rsidRDefault="0095198F">
            <w:pPr>
              <w:jc w:val="center"/>
            </w:pPr>
            <w:r>
              <w:t>0,0</w:t>
            </w:r>
          </w:p>
        </w:tc>
        <w:tc>
          <w:tcPr>
            <w:tcW w:w="0" w:type="auto"/>
          </w:tcPr>
          <w:p w14:paraId="06C4ED7C" w14:textId="77777777" w:rsidR="007A5E59" w:rsidRDefault="0095198F">
            <w:pPr>
              <w:jc w:val="center"/>
            </w:pPr>
            <w:r>
              <w:t>0,0</w:t>
            </w:r>
          </w:p>
        </w:tc>
        <w:tc>
          <w:tcPr>
            <w:tcW w:w="0" w:type="auto"/>
          </w:tcPr>
          <w:p w14:paraId="4BD7656B" w14:textId="77777777" w:rsidR="007A5E59" w:rsidRDefault="0095198F">
            <w:pPr>
              <w:jc w:val="center"/>
            </w:pPr>
            <w:r>
              <w:t>0,0</w:t>
            </w:r>
          </w:p>
        </w:tc>
        <w:tc>
          <w:tcPr>
            <w:tcW w:w="0" w:type="auto"/>
          </w:tcPr>
          <w:p w14:paraId="215A9CA1" w14:textId="77777777" w:rsidR="007A5E59" w:rsidRDefault="0095198F">
            <w:pPr>
              <w:jc w:val="center"/>
            </w:pPr>
            <w:r>
              <w:t>0,0</w:t>
            </w:r>
          </w:p>
        </w:tc>
        <w:tc>
          <w:tcPr>
            <w:tcW w:w="0" w:type="auto"/>
          </w:tcPr>
          <w:p w14:paraId="2C378F67" w14:textId="77777777" w:rsidR="007A5E59" w:rsidRDefault="0095198F">
            <w:pPr>
              <w:jc w:val="center"/>
            </w:pPr>
            <w:r>
              <w:t>0,0</w:t>
            </w:r>
          </w:p>
        </w:tc>
        <w:tc>
          <w:tcPr>
            <w:tcW w:w="0" w:type="auto"/>
          </w:tcPr>
          <w:p w14:paraId="6A851DC2" w14:textId="77777777" w:rsidR="007A5E59" w:rsidRDefault="0095198F">
            <w:pPr>
              <w:jc w:val="center"/>
            </w:pPr>
            <w:r>
              <w:t>0,0</w:t>
            </w:r>
          </w:p>
        </w:tc>
        <w:tc>
          <w:tcPr>
            <w:tcW w:w="0" w:type="auto"/>
          </w:tcPr>
          <w:p w14:paraId="0FD3964A" w14:textId="77777777" w:rsidR="007A5E59" w:rsidRDefault="0095198F">
            <w:pPr>
              <w:jc w:val="center"/>
            </w:pPr>
            <w:r>
              <w:t>0,0</w:t>
            </w:r>
          </w:p>
        </w:tc>
        <w:tc>
          <w:tcPr>
            <w:tcW w:w="0" w:type="auto"/>
          </w:tcPr>
          <w:p w14:paraId="43393D32" w14:textId="77777777" w:rsidR="007A5E59" w:rsidRDefault="0095198F">
            <w:pPr>
              <w:jc w:val="center"/>
            </w:pPr>
            <w:r>
              <w:t>0,0</w:t>
            </w:r>
          </w:p>
        </w:tc>
        <w:tc>
          <w:tcPr>
            <w:tcW w:w="0" w:type="auto"/>
          </w:tcPr>
          <w:p w14:paraId="05ED765E" w14:textId="77777777" w:rsidR="007A5E59" w:rsidRDefault="0095198F">
            <w:pPr>
              <w:jc w:val="center"/>
            </w:pPr>
            <w:r>
              <w:t>0,0</w:t>
            </w:r>
          </w:p>
        </w:tc>
        <w:tc>
          <w:tcPr>
            <w:tcW w:w="0" w:type="auto"/>
          </w:tcPr>
          <w:p w14:paraId="01E2A767" w14:textId="77777777" w:rsidR="007A5E59" w:rsidRDefault="0095198F">
            <w:pPr>
              <w:jc w:val="center"/>
            </w:pPr>
            <w:r>
              <w:t>0,0</w:t>
            </w:r>
          </w:p>
        </w:tc>
        <w:tc>
          <w:tcPr>
            <w:tcW w:w="0" w:type="auto"/>
          </w:tcPr>
          <w:p w14:paraId="6F3CD72F" w14:textId="77777777" w:rsidR="007A5E59" w:rsidRDefault="0095198F">
            <w:pPr>
              <w:jc w:val="center"/>
            </w:pPr>
            <w:r>
              <w:t>0,0</w:t>
            </w:r>
          </w:p>
        </w:tc>
        <w:tc>
          <w:tcPr>
            <w:tcW w:w="0" w:type="auto"/>
          </w:tcPr>
          <w:p w14:paraId="0C180BD5" w14:textId="77777777" w:rsidR="007A5E59" w:rsidRDefault="0095198F">
            <w:pPr>
              <w:jc w:val="center"/>
            </w:pPr>
            <w:r>
              <w:t>0,0</w:t>
            </w:r>
          </w:p>
        </w:tc>
        <w:tc>
          <w:tcPr>
            <w:tcW w:w="0" w:type="auto"/>
          </w:tcPr>
          <w:p w14:paraId="118AA833" w14:textId="77777777" w:rsidR="007A5E59" w:rsidRDefault="0095198F">
            <w:pPr>
              <w:jc w:val="center"/>
            </w:pPr>
            <w:r>
              <w:t>0,0</w:t>
            </w:r>
          </w:p>
        </w:tc>
        <w:tc>
          <w:tcPr>
            <w:tcW w:w="0" w:type="auto"/>
          </w:tcPr>
          <w:p w14:paraId="0F635A63" w14:textId="77777777" w:rsidR="007A5E59" w:rsidRDefault="0095198F">
            <w:pPr>
              <w:jc w:val="center"/>
            </w:pPr>
            <w:r>
              <w:t>0,0</w:t>
            </w:r>
          </w:p>
        </w:tc>
        <w:tc>
          <w:tcPr>
            <w:tcW w:w="0" w:type="auto"/>
          </w:tcPr>
          <w:p w14:paraId="718F41BB" w14:textId="77777777" w:rsidR="007A5E59" w:rsidRDefault="0095198F">
            <w:pPr>
              <w:jc w:val="center"/>
            </w:pPr>
            <w:r>
              <w:t>0,0</w:t>
            </w:r>
          </w:p>
        </w:tc>
        <w:tc>
          <w:tcPr>
            <w:tcW w:w="0" w:type="auto"/>
          </w:tcPr>
          <w:p w14:paraId="1FD9A4DD" w14:textId="77777777" w:rsidR="007A5E59" w:rsidRDefault="0095198F">
            <w:pPr>
              <w:jc w:val="center"/>
            </w:pPr>
            <w:r>
              <w:t>0,0</w:t>
            </w:r>
          </w:p>
        </w:tc>
      </w:tr>
      <w:tr w:rsidR="007A5E59" w14:paraId="1BA6490D" w14:textId="77777777">
        <w:trPr>
          <w:jc w:val="center"/>
        </w:trPr>
        <w:tc>
          <w:tcPr>
            <w:tcW w:w="0" w:type="auto"/>
            <w:shd w:val="clear" w:color="auto" w:fill="DBE5F1"/>
          </w:tcPr>
          <w:p w14:paraId="539CBD94" w14:textId="77777777" w:rsidR="007A5E59" w:rsidRDefault="0095198F">
            <w:r>
              <w:rPr>
                <w:b/>
              </w:rPr>
              <w:t>ИТОГО под замену 2026–2036</w:t>
            </w:r>
          </w:p>
        </w:tc>
        <w:tc>
          <w:tcPr>
            <w:tcW w:w="0" w:type="auto"/>
            <w:shd w:val="clear" w:color="auto" w:fill="DBE5F1"/>
          </w:tcPr>
          <w:p w14:paraId="3F21CBE1" w14:textId="77777777" w:rsidR="007A5E59" w:rsidRDefault="0095198F">
            <w:pPr>
              <w:jc w:val="center"/>
            </w:pPr>
            <w:r>
              <w:rPr>
                <w:b/>
              </w:rPr>
              <w:t>0,0</w:t>
            </w:r>
          </w:p>
        </w:tc>
        <w:tc>
          <w:tcPr>
            <w:tcW w:w="0" w:type="auto"/>
            <w:shd w:val="clear" w:color="auto" w:fill="DBE5F1"/>
          </w:tcPr>
          <w:p w14:paraId="0E974CE9" w14:textId="77777777" w:rsidR="007A5E59" w:rsidRDefault="0095198F">
            <w:pPr>
              <w:jc w:val="center"/>
            </w:pPr>
            <w:r>
              <w:rPr>
                <w:b/>
              </w:rPr>
              <w:t>0,0</w:t>
            </w:r>
          </w:p>
        </w:tc>
        <w:tc>
          <w:tcPr>
            <w:tcW w:w="0" w:type="auto"/>
            <w:shd w:val="clear" w:color="auto" w:fill="DBE5F1"/>
          </w:tcPr>
          <w:p w14:paraId="5D6E35C6" w14:textId="77777777" w:rsidR="007A5E59" w:rsidRDefault="0095198F">
            <w:pPr>
              <w:jc w:val="center"/>
            </w:pPr>
            <w:r>
              <w:rPr>
                <w:b/>
              </w:rPr>
              <w:t>344,0</w:t>
            </w:r>
          </w:p>
        </w:tc>
        <w:tc>
          <w:tcPr>
            <w:tcW w:w="0" w:type="auto"/>
            <w:shd w:val="clear" w:color="auto" w:fill="DBE5F1"/>
          </w:tcPr>
          <w:p w14:paraId="6811D06F" w14:textId="77777777" w:rsidR="007A5E59" w:rsidRDefault="0095198F">
            <w:pPr>
              <w:jc w:val="center"/>
            </w:pPr>
            <w:r>
              <w:rPr>
                <w:b/>
              </w:rPr>
              <w:t>110,0</w:t>
            </w:r>
          </w:p>
        </w:tc>
        <w:tc>
          <w:tcPr>
            <w:tcW w:w="0" w:type="auto"/>
            <w:shd w:val="clear" w:color="auto" w:fill="DBE5F1"/>
          </w:tcPr>
          <w:p w14:paraId="0E76148F" w14:textId="77777777" w:rsidR="007A5E59" w:rsidRDefault="0095198F">
            <w:pPr>
              <w:jc w:val="center"/>
            </w:pPr>
            <w:r>
              <w:rPr>
                <w:b/>
              </w:rPr>
              <w:t>138,0</w:t>
            </w:r>
          </w:p>
        </w:tc>
        <w:tc>
          <w:tcPr>
            <w:tcW w:w="0" w:type="auto"/>
            <w:shd w:val="clear" w:color="auto" w:fill="DBE5F1"/>
          </w:tcPr>
          <w:p w14:paraId="62FF6A71" w14:textId="77777777" w:rsidR="007A5E59" w:rsidRDefault="0095198F">
            <w:pPr>
              <w:jc w:val="center"/>
            </w:pPr>
            <w:r>
              <w:rPr>
                <w:b/>
              </w:rPr>
              <w:t>346,0</w:t>
            </w:r>
          </w:p>
        </w:tc>
        <w:tc>
          <w:tcPr>
            <w:tcW w:w="0" w:type="auto"/>
            <w:shd w:val="clear" w:color="auto" w:fill="DBE5F1"/>
          </w:tcPr>
          <w:p w14:paraId="7BA36F9A" w14:textId="77777777" w:rsidR="007A5E59" w:rsidRDefault="0095198F">
            <w:pPr>
              <w:jc w:val="center"/>
            </w:pPr>
            <w:r>
              <w:rPr>
                <w:b/>
              </w:rPr>
              <w:t>226,0</w:t>
            </w:r>
          </w:p>
        </w:tc>
        <w:tc>
          <w:tcPr>
            <w:tcW w:w="0" w:type="auto"/>
            <w:shd w:val="clear" w:color="auto" w:fill="DBE5F1"/>
          </w:tcPr>
          <w:p w14:paraId="47FD5F21" w14:textId="77777777" w:rsidR="007A5E59" w:rsidRDefault="0095198F">
            <w:pPr>
              <w:jc w:val="center"/>
            </w:pPr>
            <w:r>
              <w:rPr>
                <w:b/>
              </w:rPr>
              <w:t>0,0</w:t>
            </w:r>
          </w:p>
        </w:tc>
        <w:tc>
          <w:tcPr>
            <w:tcW w:w="0" w:type="auto"/>
            <w:shd w:val="clear" w:color="auto" w:fill="DBE5F1"/>
          </w:tcPr>
          <w:p w14:paraId="5E375C50" w14:textId="77777777" w:rsidR="007A5E59" w:rsidRDefault="0095198F">
            <w:pPr>
              <w:jc w:val="center"/>
            </w:pPr>
            <w:r>
              <w:rPr>
                <w:b/>
              </w:rPr>
              <w:t>0,0</w:t>
            </w:r>
          </w:p>
        </w:tc>
        <w:tc>
          <w:tcPr>
            <w:tcW w:w="0" w:type="auto"/>
            <w:shd w:val="clear" w:color="auto" w:fill="DBE5F1"/>
          </w:tcPr>
          <w:p w14:paraId="0CDD556A" w14:textId="77777777" w:rsidR="007A5E59" w:rsidRDefault="0095198F">
            <w:pPr>
              <w:jc w:val="center"/>
            </w:pPr>
            <w:r>
              <w:rPr>
                <w:b/>
              </w:rPr>
              <w:t>103,0</w:t>
            </w:r>
          </w:p>
        </w:tc>
        <w:tc>
          <w:tcPr>
            <w:tcW w:w="0" w:type="auto"/>
            <w:shd w:val="clear" w:color="auto" w:fill="DBE5F1"/>
          </w:tcPr>
          <w:p w14:paraId="222269A6" w14:textId="77777777" w:rsidR="007A5E59" w:rsidRDefault="0095198F">
            <w:pPr>
              <w:jc w:val="center"/>
            </w:pPr>
            <w:r>
              <w:rPr>
                <w:b/>
              </w:rPr>
              <w:t>2 499,5</w:t>
            </w:r>
          </w:p>
        </w:tc>
        <w:tc>
          <w:tcPr>
            <w:tcW w:w="0" w:type="auto"/>
            <w:shd w:val="clear" w:color="auto" w:fill="DBE5F1"/>
          </w:tcPr>
          <w:p w14:paraId="1D3BCA3E" w14:textId="77777777" w:rsidR="007A5E59" w:rsidRDefault="0095198F">
            <w:pPr>
              <w:jc w:val="center"/>
            </w:pPr>
            <w:r>
              <w:rPr>
                <w:b/>
              </w:rPr>
              <w:t>34,0</w:t>
            </w:r>
          </w:p>
        </w:tc>
        <w:tc>
          <w:tcPr>
            <w:tcW w:w="0" w:type="auto"/>
            <w:shd w:val="clear" w:color="auto" w:fill="DBE5F1"/>
          </w:tcPr>
          <w:p w14:paraId="19CA6433" w14:textId="77777777" w:rsidR="007A5E59" w:rsidRDefault="0095198F">
            <w:pPr>
              <w:jc w:val="center"/>
            </w:pPr>
            <w:r>
              <w:rPr>
                <w:b/>
              </w:rPr>
              <w:t>448,0</w:t>
            </w:r>
          </w:p>
        </w:tc>
        <w:tc>
          <w:tcPr>
            <w:tcW w:w="0" w:type="auto"/>
            <w:shd w:val="clear" w:color="auto" w:fill="DBE5F1"/>
          </w:tcPr>
          <w:p w14:paraId="0472AA6F" w14:textId="77777777" w:rsidR="007A5E59" w:rsidRDefault="0095198F">
            <w:pPr>
              <w:jc w:val="center"/>
            </w:pPr>
            <w:r>
              <w:rPr>
                <w:b/>
              </w:rPr>
              <w:t>0,0</w:t>
            </w:r>
          </w:p>
        </w:tc>
        <w:tc>
          <w:tcPr>
            <w:tcW w:w="0" w:type="auto"/>
            <w:shd w:val="clear" w:color="auto" w:fill="DBE5F1"/>
          </w:tcPr>
          <w:p w14:paraId="3E0116C0" w14:textId="77777777" w:rsidR="007A5E59" w:rsidRDefault="0095198F">
            <w:pPr>
              <w:jc w:val="center"/>
            </w:pPr>
            <w:r>
              <w:rPr>
                <w:b/>
              </w:rPr>
              <w:t>0,0</w:t>
            </w:r>
          </w:p>
        </w:tc>
        <w:tc>
          <w:tcPr>
            <w:tcW w:w="0" w:type="auto"/>
            <w:shd w:val="clear" w:color="auto" w:fill="DBE5F1"/>
          </w:tcPr>
          <w:p w14:paraId="4AD2A6F4" w14:textId="77777777" w:rsidR="007A5E59" w:rsidRDefault="0095198F">
            <w:pPr>
              <w:jc w:val="center"/>
            </w:pPr>
            <w:r>
              <w:rPr>
                <w:b/>
              </w:rPr>
              <w:t>0,0</w:t>
            </w:r>
          </w:p>
        </w:tc>
        <w:tc>
          <w:tcPr>
            <w:tcW w:w="0" w:type="auto"/>
            <w:shd w:val="clear" w:color="auto" w:fill="DBE5F1"/>
          </w:tcPr>
          <w:p w14:paraId="0E5BCB5D" w14:textId="77777777" w:rsidR="007A5E59" w:rsidRDefault="0095198F">
            <w:pPr>
              <w:jc w:val="center"/>
            </w:pPr>
            <w:r>
              <w:rPr>
                <w:b/>
              </w:rPr>
              <w:t>0,0</w:t>
            </w:r>
          </w:p>
        </w:tc>
        <w:tc>
          <w:tcPr>
            <w:tcW w:w="0" w:type="auto"/>
            <w:shd w:val="clear" w:color="auto" w:fill="DBE5F1"/>
          </w:tcPr>
          <w:p w14:paraId="729577C3" w14:textId="77777777" w:rsidR="007A5E59" w:rsidRDefault="0095198F">
            <w:pPr>
              <w:jc w:val="center"/>
            </w:pPr>
            <w:r>
              <w:rPr>
                <w:b/>
              </w:rPr>
              <w:t>0,0</w:t>
            </w:r>
          </w:p>
        </w:tc>
        <w:tc>
          <w:tcPr>
            <w:tcW w:w="0" w:type="auto"/>
            <w:shd w:val="clear" w:color="auto" w:fill="DBE5F1"/>
          </w:tcPr>
          <w:p w14:paraId="6B2070E5" w14:textId="77777777" w:rsidR="007A5E59" w:rsidRDefault="0095198F">
            <w:pPr>
              <w:jc w:val="center"/>
            </w:pPr>
            <w:r>
              <w:rPr>
                <w:b/>
              </w:rPr>
              <w:t>0,0</w:t>
            </w:r>
          </w:p>
        </w:tc>
        <w:tc>
          <w:tcPr>
            <w:tcW w:w="0" w:type="auto"/>
            <w:shd w:val="clear" w:color="auto" w:fill="DBE5F1"/>
          </w:tcPr>
          <w:p w14:paraId="5697E12C" w14:textId="77777777" w:rsidR="007A5E59" w:rsidRDefault="0095198F">
            <w:pPr>
              <w:jc w:val="center"/>
            </w:pPr>
            <w:r>
              <w:rPr>
                <w:b/>
              </w:rPr>
              <w:t>4 248,5</w:t>
            </w:r>
          </w:p>
        </w:tc>
      </w:tr>
      <w:tr w:rsidR="007A5E59" w:rsidRPr="00C07C05" w14:paraId="419AF2B6" w14:textId="77777777">
        <w:trPr>
          <w:jc w:val="center"/>
        </w:trPr>
        <w:tc>
          <w:tcPr>
            <w:tcW w:w="0" w:type="auto"/>
          </w:tcPr>
          <w:p w14:paraId="554D390F" w14:textId="77777777" w:rsidR="007A5E59" w:rsidRPr="00312815" w:rsidRDefault="0095198F">
            <w:pPr>
              <w:rPr>
                <w:lang w:val="ru-RU"/>
              </w:rPr>
            </w:pPr>
            <w:r w:rsidRPr="00312815">
              <w:rPr>
                <w:lang w:val="ru-RU"/>
              </w:rPr>
              <w:t>БЛОК 3. Площадь поверхности тепловых сетей, м² (</w:t>
            </w:r>
            <w:r>
              <w:t>π</w:t>
            </w:r>
            <w:r w:rsidRPr="00312815">
              <w:rPr>
                <w:lang w:val="ru-RU"/>
              </w:rPr>
              <w:t xml:space="preserve"> × Ø × длина по оси трассы)</w:t>
            </w:r>
          </w:p>
        </w:tc>
        <w:tc>
          <w:tcPr>
            <w:tcW w:w="0" w:type="auto"/>
          </w:tcPr>
          <w:p w14:paraId="0E92DD47" w14:textId="77777777" w:rsidR="007A5E59" w:rsidRPr="00312815" w:rsidRDefault="007A5E59">
            <w:pPr>
              <w:rPr>
                <w:lang w:val="ru-RU"/>
              </w:rPr>
            </w:pPr>
          </w:p>
        </w:tc>
        <w:tc>
          <w:tcPr>
            <w:tcW w:w="0" w:type="auto"/>
          </w:tcPr>
          <w:p w14:paraId="333FA4B1" w14:textId="77777777" w:rsidR="007A5E59" w:rsidRPr="00312815" w:rsidRDefault="007A5E59">
            <w:pPr>
              <w:rPr>
                <w:lang w:val="ru-RU"/>
              </w:rPr>
            </w:pPr>
          </w:p>
        </w:tc>
        <w:tc>
          <w:tcPr>
            <w:tcW w:w="0" w:type="auto"/>
          </w:tcPr>
          <w:p w14:paraId="2B9DE11C" w14:textId="77777777" w:rsidR="007A5E59" w:rsidRPr="00312815" w:rsidRDefault="007A5E59">
            <w:pPr>
              <w:rPr>
                <w:lang w:val="ru-RU"/>
              </w:rPr>
            </w:pPr>
          </w:p>
        </w:tc>
        <w:tc>
          <w:tcPr>
            <w:tcW w:w="0" w:type="auto"/>
          </w:tcPr>
          <w:p w14:paraId="62D1BB99" w14:textId="77777777" w:rsidR="007A5E59" w:rsidRPr="00312815" w:rsidRDefault="007A5E59">
            <w:pPr>
              <w:rPr>
                <w:lang w:val="ru-RU"/>
              </w:rPr>
            </w:pPr>
          </w:p>
        </w:tc>
        <w:tc>
          <w:tcPr>
            <w:tcW w:w="0" w:type="auto"/>
          </w:tcPr>
          <w:p w14:paraId="2316C0EA" w14:textId="77777777" w:rsidR="007A5E59" w:rsidRPr="00312815" w:rsidRDefault="007A5E59">
            <w:pPr>
              <w:rPr>
                <w:lang w:val="ru-RU"/>
              </w:rPr>
            </w:pPr>
          </w:p>
        </w:tc>
        <w:tc>
          <w:tcPr>
            <w:tcW w:w="0" w:type="auto"/>
          </w:tcPr>
          <w:p w14:paraId="3AF38CCD" w14:textId="77777777" w:rsidR="007A5E59" w:rsidRPr="00312815" w:rsidRDefault="007A5E59">
            <w:pPr>
              <w:rPr>
                <w:lang w:val="ru-RU"/>
              </w:rPr>
            </w:pPr>
          </w:p>
        </w:tc>
        <w:tc>
          <w:tcPr>
            <w:tcW w:w="0" w:type="auto"/>
          </w:tcPr>
          <w:p w14:paraId="2C6D6C5D" w14:textId="77777777" w:rsidR="007A5E59" w:rsidRPr="00312815" w:rsidRDefault="007A5E59">
            <w:pPr>
              <w:rPr>
                <w:lang w:val="ru-RU"/>
              </w:rPr>
            </w:pPr>
          </w:p>
        </w:tc>
        <w:tc>
          <w:tcPr>
            <w:tcW w:w="0" w:type="auto"/>
          </w:tcPr>
          <w:p w14:paraId="7CE30818" w14:textId="77777777" w:rsidR="007A5E59" w:rsidRPr="00312815" w:rsidRDefault="007A5E59">
            <w:pPr>
              <w:rPr>
                <w:lang w:val="ru-RU"/>
              </w:rPr>
            </w:pPr>
          </w:p>
        </w:tc>
        <w:tc>
          <w:tcPr>
            <w:tcW w:w="0" w:type="auto"/>
          </w:tcPr>
          <w:p w14:paraId="2CBA7888" w14:textId="77777777" w:rsidR="007A5E59" w:rsidRPr="00312815" w:rsidRDefault="007A5E59">
            <w:pPr>
              <w:rPr>
                <w:lang w:val="ru-RU"/>
              </w:rPr>
            </w:pPr>
          </w:p>
        </w:tc>
        <w:tc>
          <w:tcPr>
            <w:tcW w:w="0" w:type="auto"/>
          </w:tcPr>
          <w:p w14:paraId="08AEBDF8" w14:textId="77777777" w:rsidR="007A5E59" w:rsidRPr="00312815" w:rsidRDefault="007A5E59">
            <w:pPr>
              <w:rPr>
                <w:lang w:val="ru-RU"/>
              </w:rPr>
            </w:pPr>
          </w:p>
        </w:tc>
        <w:tc>
          <w:tcPr>
            <w:tcW w:w="0" w:type="auto"/>
          </w:tcPr>
          <w:p w14:paraId="32BA8E4A" w14:textId="77777777" w:rsidR="007A5E59" w:rsidRPr="00312815" w:rsidRDefault="007A5E59">
            <w:pPr>
              <w:rPr>
                <w:lang w:val="ru-RU"/>
              </w:rPr>
            </w:pPr>
          </w:p>
        </w:tc>
        <w:tc>
          <w:tcPr>
            <w:tcW w:w="0" w:type="auto"/>
          </w:tcPr>
          <w:p w14:paraId="39F17364" w14:textId="77777777" w:rsidR="007A5E59" w:rsidRPr="00312815" w:rsidRDefault="007A5E59">
            <w:pPr>
              <w:rPr>
                <w:lang w:val="ru-RU"/>
              </w:rPr>
            </w:pPr>
          </w:p>
        </w:tc>
        <w:tc>
          <w:tcPr>
            <w:tcW w:w="0" w:type="auto"/>
          </w:tcPr>
          <w:p w14:paraId="7EE49A3E" w14:textId="77777777" w:rsidR="007A5E59" w:rsidRPr="00312815" w:rsidRDefault="007A5E59">
            <w:pPr>
              <w:rPr>
                <w:lang w:val="ru-RU"/>
              </w:rPr>
            </w:pPr>
          </w:p>
        </w:tc>
        <w:tc>
          <w:tcPr>
            <w:tcW w:w="0" w:type="auto"/>
          </w:tcPr>
          <w:p w14:paraId="22FE3157" w14:textId="77777777" w:rsidR="007A5E59" w:rsidRPr="00312815" w:rsidRDefault="007A5E59">
            <w:pPr>
              <w:rPr>
                <w:lang w:val="ru-RU"/>
              </w:rPr>
            </w:pPr>
          </w:p>
        </w:tc>
        <w:tc>
          <w:tcPr>
            <w:tcW w:w="0" w:type="auto"/>
          </w:tcPr>
          <w:p w14:paraId="0CB790FA" w14:textId="77777777" w:rsidR="007A5E59" w:rsidRPr="00312815" w:rsidRDefault="007A5E59">
            <w:pPr>
              <w:rPr>
                <w:lang w:val="ru-RU"/>
              </w:rPr>
            </w:pPr>
          </w:p>
        </w:tc>
        <w:tc>
          <w:tcPr>
            <w:tcW w:w="0" w:type="auto"/>
          </w:tcPr>
          <w:p w14:paraId="79418D66" w14:textId="77777777" w:rsidR="007A5E59" w:rsidRPr="00312815" w:rsidRDefault="007A5E59">
            <w:pPr>
              <w:rPr>
                <w:lang w:val="ru-RU"/>
              </w:rPr>
            </w:pPr>
          </w:p>
        </w:tc>
        <w:tc>
          <w:tcPr>
            <w:tcW w:w="0" w:type="auto"/>
          </w:tcPr>
          <w:p w14:paraId="62DA864D" w14:textId="77777777" w:rsidR="007A5E59" w:rsidRPr="00312815" w:rsidRDefault="007A5E59">
            <w:pPr>
              <w:rPr>
                <w:lang w:val="ru-RU"/>
              </w:rPr>
            </w:pPr>
          </w:p>
        </w:tc>
        <w:tc>
          <w:tcPr>
            <w:tcW w:w="0" w:type="auto"/>
          </w:tcPr>
          <w:p w14:paraId="745F28BD" w14:textId="77777777" w:rsidR="007A5E59" w:rsidRPr="00312815" w:rsidRDefault="007A5E59">
            <w:pPr>
              <w:rPr>
                <w:lang w:val="ru-RU"/>
              </w:rPr>
            </w:pPr>
          </w:p>
        </w:tc>
        <w:tc>
          <w:tcPr>
            <w:tcW w:w="0" w:type="auto"/>
          </w:tcPr>
          <w:p w14:paraId="01AAC2AA" w14:textId="77777777" w:rsidR="007A5E59" w:rsidRPr="00312815" w:rsidRDefault="007A5E59">
            <w:pPr>
              <w:rPr>
                <w:lang w:val="ru-RU"/>
              </w:rPr>
            </w:pPr>
          </w:p>
        </w:tc>
        <w:tc>
          <w:tcPr>
            <w:tcW w:w="0" w:type="auto"/>
          </w:tcPr>
          <w:p w14:paraId="0EFAABBC" w14:textId="77777777" w:rsidR="007A5E59" w:rsidRPr="00312815" w:rsidRDefault="007A5E59">
            <w:pPr>
              <w:rPr>
                <w:lang w:val="ru-RU"/>
              </w:rPr>
            </w:pPr>
          </w:p>
        </w:tc>
      </w:tr>
      <w:tr w:rsidR="007A5E59" w14:paraId="5F381199" w14:textId="77777777">
        <w:trPr>
          <w:jc w:val="center"/>
        </w:trPr>
        <w:tc>
          <w:tcPr>
            <w:tcW w:w="0" w:type="auto"/>
          </w:tcPr>
          <w:p w14:paraId="705E0F6C" w14:textId="77777777" w:rsidR="007A5E59" w:rsidRDefault="0095198F">
            <w:r>
              <w:t>в канале</w:t>
            </w:r>
          </w:p>
        </w:tc>
        <w:tc>
          <w:tcPr>
            <w:tcW w:w="0" w:type="auto"/>
          </w:tcPr>
          <w:p w14:paraId="6382A43C" w14:textId="77777777" w:rsidR="007A5E59" w:rsidRDefault="0095198F">
            <w:pPr>
              <w:jc w:val="center"/>
            </w:pPr>
            <w:r>
              <w:t>0,00</w:t>
            </w:r>
          </w:p>
        </w:tc>
        <w:tc>
          <w:tcPr>
            <w:tcW w:w="0" w:type="auto"/>
          </w:tcPr>
          <w:p w14:paraId="25E37155" w14:textId="77777777" w:rsidR="007A5E59" w:rsidRDefault="0095198F">
            <w:pPr>
              <w:jc w:val="center"/>
            </w:pPr>
            <w:r>
              <w:t>0,00</w:t>
            </w:r>
          </w:p>
        </w:tc>
        <w:tc>
          <w:tcPr>
            <w:tcW w:w="0" w:type="auto"/>
          </w:tcPr>
          <w:p w14:paraId="217F940F" w14:textId="77777777" w:rsidR="007A5E59" w:rsidRDefault="0095198F">
            <w:pPr>
              <w:jc w:val="center"/>
            </w:pPr>
            <w:r>
              <w:t>27,02</w:t>
            </w:r>
          </w:p>
        </w:tc>
        <w:tc>
          <w:tcPr>
            <w:tcW w:w="0" w:type="auto"/>
          </w:tcPr>
          <w:p w14:paraId="365FD68C" w14:textId="77777777" w:rsidR="007A5E59" w:rsidRDefault="0095198F">
            <w:pPr>
              <w:jc w:val="center"/>
            </w:pPr>
            <w:r>
              <w:t>11,06</w:t>
            </w:r>
          </w:p>
        </w:tc>
        <w:tc>
          <w:tcPr>
            <w:tcW w:w="0" w:type="auto"/>
          </w:tcPr>
          <w:p w14:paraId="15B67D32" w14:textId="77777777" w:rsidR="007A5E59" w:rsidRDefault="0095198F">
            <w:pPr>
              <w:jc w:val="center"/>
            </w:pPr>
            <w:r>
              <w:t>17,34</w:t>
            </w:r>
          </w:p>
        </w:tc>
        <w:tc>
          <w:tcPr>
            <w:tcW w:w="0" w:type="auto"/>
          </w:tcPr>
          <w:p w14:paraId="14EDB3D2" w14:textId="77777777" w:rsidR="007A5E59" w:rsidRDefault="0095198F">
            <w:pPr>
              <w:jc w:val="center"/>
            </w:pPr>
            <w:r>
              <w:t>54,35</w:t>
            </w:r>
          </w:p>
        </w:tc>
        <w:tc>
          <w:tcPr>
            <w:tcW w:w="0" w:type="auto"/>
          </w:tcPr>
          <w:p w14:paraId="7E182BCB" w14:textId="77777777" w:rsidR="007A5E59" w:rsidRDefault="0095198F">
            <w:pPr>
              <w:jc w:val="center"/>
            </w:pPr>
            <w:r>
              <w:t>46,15</w:t>
            </w:r>
          </w:p>
        </w:tc>
        <w:tc>
          <w:tcPr>
            <w:tcW w:w="0" w:type="auto"/>
          </w:tcPr>
          <w:p w14:paraId="005506E8" w14:textId="77777777" w:rsidR="007A5E59" w:rsidRDefault="0095198F">
            <w:pPr>
              <w:jc w:val="center"/>
            </w:pPr>
            <w:r>
              <w:t>0,00</w:t>
            </w:r>
          </w:p>
        </w:tc>
        <w:tc>
          <w:tcPr>
            <w:tcW w:w="0" w:type="auto"/>
          </w:tcPr>
          <w:p w14:paraId="58F6A502" w14:textId="77777777" w:rsidR="007A5E59" w:rsidRDefault="0095198F">
            <w:pPr>
              <w:jc w:val="center"/>
            </w:pPr>
            <w:r>
              <w:t>0,00</w:t>
            </w:r>
          </w:p>
        </w:tc>
        <w:tc>
          <w:tcPr>
            <w:tcW w:w="0" w:type="auto"/>
          </w:tcPr>
          <w:p w14:paraId="09251672" w14:textId="77777777" w:rsidR="007A5E59" w:rsidRDefault="0095198F">
            <w:pPr>
              <w:jc w:val="center"/>
            </w:pPr>
            <w:r>
              <w:t>23,37</w:t>
            </w:r>
          </w:p>
        </w:tc>
        <w:tc>
          <w:tcPr>
            <w:tcW w:w="0" w:type="auto"/>
          </w:tcPr>
          <w:p w14:paraId="6EDAD7AC" w14:textId="77777777" w:rsidR="007A5E59" w:rsidRDefault="0095198F">
            <w:pPr>
              <w:jc w:val="center"/>
            </w:pPr>
            <w:r>
              <w:t>30,79</w:t>
            </w:r>
          </w:p>
        </w:tc>
        <w:tc>
          <w:tcPr>
            <w:tcW w:w="0" w:type="auto"/>
          </w:tcPr>
          <w:p w14:paraId="5C90CD88" w14:textId="77777777" w:rsidR="007A5E59" w:rsidRDefault="0095198F">
            <w:pPr>
              <w:jc w:val="center"/>
            </w:pPr>
            <w:r>
              <w:t>13,35</w:t>
            </w:r>
          </w:p>
        </w:tc>
        <w:tc>
          <w:tcPr>
            <w:tcW w:w="0" w:type="auto"/>
          </w:tcPr>
          <w:p w14:paraId="3A29B18C" w14:textId="77777777" w:rsidR="007A5E59" w:rsidRDefault="0095198F">
            <w:pPr>
              <w:jc w:val="center"/>
            </w:pPr>
            <w:r>
              <w:t>211,12</w:t>
            </w:r>
          </w:p>
        </w:tc>
        <w:tc>
          <w:tcPr>
            <w:tcW w:w="0" w:type="auto"/>
          </w:tcPr>
          <w:p w14:paraId="6C8D2B36" w14:textId="77777777" w:rsidR="007A5E59" w:rsidRDefault="0095198F">
            <w:pPr>
              <w:jc w:val="center"/>
            </w:pPr>
            <w:r>
              <w:t>0,00</w:t>
            </w:r>
          </w:p>
        </w:tc>
        <w:tc>
          <w:tcPr>
            <w:tcW w:w="0" w:type="auto"/>
          </w:tcPr>
          <w:p w14:paraId="7EBFB145" w14:textId="77777777" w:rsidR="007A5E59" w:rsidRDefault="0095198F">
            <w:pPr>
              <w:jc w:val="center"/>
            </w:pPr>
            <w:r>
              <w:t>0,00</w:t>
            </w:r>
          </w:p>
        </w:tc>
        <w:tc>
          <w:tcPr>
            <w:tcW w:w="0" w:type="auto"/>
          </w:tcPr>
          <w:p w14:paraId="1B00B19C" w14:textId="77777777" w:rsidR="007A5E59" w:rsidRDefault="0095198F">
            <w:pPr>
              <w:jc w:val="center"/>
            </w:pPr>
            <w:r>
              <w:t>0,00</w:t>
            </w:r>
          </w:p>
        </w:tc>
        <w:tc>
          <w:tcPr>
            <w:tcW w:w="0" w:type="auto"/>
          </w:tcPr>
          <w:p w14:paraId="04AA65CC" w14:textId="77777777" w:rsidR="007A5E59" w:rsidRDefault="0095198F">
            <w:pPr>
              <w:jc w:val="center"/>
            </w:pPr>
            <w:r>
              <w:t>0,00</w:t>
            </w:r>
          </w:p>
        </w:tc>
        <w:tc>
          <w:tcPr>
            <w:tcW w:w="0" w:type="auto"/>
          </w:tcPr>
          <w:p w14:paraId="180FF876" w14:textId="77777777" w:rsidR="007A5E59" w:rsidRDefault="0095198F">
            <w:pPr>
              <w:jc w:val="center"/>
            </w:pPr>
            <w:r>
              <w:t>0,00</w:t>
            </w:r>
          </w:p>
        </w:tc>
        <w:tc>
          <w:tcPr>
            <w:tcW w:w="0" w:type="auto"/>
          </w:tcPr>
          <w:p w14:paraId="37BB86EF" w14:textId="77777777" w:rsidR="007A5E59" w:rsidRDefault="0095198F">
            <w:pPr>
              <w:jc w:val="center"/>
            </w:pPr>
            <w:r>
              <w:t>0,00</w:t>
            </w:r>
          </w:p>
        </w:tc>
        <w:tc>
          <w:tcPr>
            <w:tcW w:w="0" w:type="auto"/>
          </w:tcPr>
          <w:p w14:paraId="30343DEA" w14:textId="77777777" w:rsidR="007A5E59" w:rsidRDefault="0095198F">
            <w:pPr>
              <w:jc w:val="center"/>
            </w:pPr>
            <w:r>
              <w:t>434,55</w:t>
            </w:r>
          </w:p>
        </w:tc>
      </w:tr>
      <w:tr w:rsidR="007A5E59" w14:paraId="461F3CD1" w14:textId="77777777">
        <w:trPr>
          <w:jc w:val="center"/>
        </w:trPr>
        <w:tc>
          <w:tcPr>
            <w:tcW w:w="0" w:type="auto"/>
          </w:tcPr>
          <w:p w14:paraId="05080163" w14:textId="77777777" w:rsidR="007A5E59" w:rsidRDefault="0095198F">
            <w:r>
              <w:t>бесканально</w:t>
            </w:r>
          </w:p>
        </w:tc>
        <w:tc>
          <w:tcPr>
            <w:tcW w:w="0" w:type="auto"/>
          </w:tcPr>
          <w:p w14:paraId="1F29EE89" w14:textId="77777777" w:rsidR="007A5E59" w:rsidRDefault="0095198F">
            <w:pPr>
              <w:jc w:val="center"/>
            </w:pPr>
            <w:r>
              <w:t>0,00</w:t>
            </w:r>
          </w:p>
        </w:tc>
        <w:tc>
          <w:tcPr>
            <w:tcW w:w="0" w:type="auto"/>
          </w:tcPr>
          <w:p w14:paraId="26B0C0C2" w14:textId="77777777" w:rsidR="007A5E59" w:rsidRDefault="0095198F">
            <w:pPr>
              <w:jc w:val="center"/>
            </w:pPr>
            <w:r>
              <w:t>0,00</w:t>
            </w:r>
          </w:p>
        </w:tc>
        <w:tc>
          <w:tcPr>
            <w:tcW w:w="0" w:type="auto"/>
          </w:tcPr>
          <w:p w14:paraId="65DF94C9" w14:textId="77777777" w:rsidR="007A5E59" w:rsidRDefault="0095198F">
            <w:pPr>
              <w:jc w:val="center"/>
            </w:pPr>
            <w:r>
              <w:t>0,00</w:t>
            </w:r>
          </w:p>
        </w:tc>
        <w:tc>
          <w:tcPr>
            <w:tcW w:w="0" w:type="auto"/>
          </w:tcPr>
          <w:p w14:paraId="4D5BD9B5" w14:textId="77777777" w:rsidR="007A5E59" w:rsidRDefault="0095198F">
            <w:pPr>
              <w:jc w:val="center"/>
            </w:pPr>
            <w:r>
              <w:t>0,00</w:t>
            </w:r>
          </w:p>
        </w:tc>
        <w:tc>
          <w:tcPr>
            <w:tcW w:w="0" w:type="auto"/>
          </w:tcPr>
          <w:p w14:paraId="57BBC3CD" w14:textId="77777777" w:rsidR="007A5E59" w:rsidRDefault="0095198F">
            <w:pPr>
              <w:jc w:val="center"/>
            </w:pPr>
            <w:r>
              <w:t>0,00</w:t>
            </w:r>
          </w:p>
        </w:tc>
        <w:tc>
          <w:tcPr>
            <w:tcW w:w="0" w:type="auto"/>
          </w:tcPr>
          <w:p w14:paraId="59538183" w14:textId="77777777" w:rsidR="007A5E59" w:rsidRDefault="0095198F">
            <w:pPr>
              <w:jc w:val="center"/>
            </w:pPr>
            <w:r>
              <w:t>0,00</w:t>
            </w:r>
          </w:p>
        </w:tc>
        <w:tc>
          <w:tcPr>
            <w:tcW w:w="0" w:type="auto"/>
          </w:tcPr>
          <w:p w14:paraId="739C69F6" w14:textId="77777777" w:rsidR="007A5E59" w:rsidRDefault="0095198F">
            <w:pPr>
              <w:jc w:val="center"/>
            </w:pPr>
            <w:r>
              <w:t>0,00</w:t>
            </w:r>
          </w:p>
        </w:tc>
        <w:tc>
          <w:tcPr>
            <w:tcW w:w="0" w:type="auto"/>
          </w:tcPr>
          <w:p w14:paraId="5299E75F" w14:textId="77777777" w:rsidR="007A5E59" w:rsidRDefault="0095198F">
            <w:pPr>
              <w:jc w:val="center"/>
            </w:pPr>
            <w:r>
              <w:t>0,00</w:t>
            </w:r>
          </w:p>
        </w:tc>
        <w:tc>
          <w:tcPr>
            <w:tcW w:w="0" w:type="auto"/>
          </w:tcPr>
          <w:p w14:paraId="754DFBA7" w14:textId="77777777" w:rsidR="007A5E59" w:rsidRDefault="0095198F">
            <w:pPr>
              <w:jc w:val="center"/>
            </w:pPr>
            <w:r>
              <w:t>0,00</w:t>
            </w:r>
          </w:p>
        </w:tc>
        <w:tc>
          <w:tcPr>
            <w:tcW w:w="0" w:type="auto"/>
          </w:tcPr>
          <w:p w14:paraId="4BBC3532" w14:textId="77777777" w:rsidR="007A5E59" w:rsidRDefault="0095198F">
            <w:pPr>
              <w:jc w:val="center"/>
            </w:pPr>
            <w:r>
              <w:t>0,00</w:t>
            </w:r>
          </w:p>
        </w:tc>
        <w:tc>
          <w:tcPr>
            <w:tcW w:w="0" w:type="auto"/>
          </w:tcPr>
          <w:p w14:paraId="0E519F00" w14:textId="77777777" w:rsidR="007A5E59" w:rsidRDefault="0095198F">
            <w:pPr>
              <w:jc w:val="center"/>
            </w:pPr>
            <w:r>
              <w:t>0,00</w:t>
            </w:r>
          </w:p>
        </w:tc>
        <w:tc>
          <w:tcPr>
            <w:tcW w:w="0" w:type="auto"/>
          </w:tcPr>
          <w:p w14:paraId="6C4D82B0" w14:textId="77777777" w:rsidR="007A5E59" w:rsidRDefault="0095198F">
            <w:pPr>
              <w:jc w:val="center"/>
            </w:pPr>
            <w:r>
              <w:t>0,00</w:t>
            </w:r>
          </w:p>
        </w:tc>
        <w:tc>
          <w:tcPr>
            <w:tcW w:w="0" w:type="auto"/>
          </w:tcPr>
          <w:p w14:paraId="749B82E9" w14:textId="77777777" w:rsidR="007A5E59" w:rsidRDefault="0095198F">
            <w:pPr>
              <w:jc w:val="center"/>
            </w:pPr>
            <w:r>
              <w:t>0,00</w:t>
            </w:r>
          </w:p>
        </w:tc>
        <w:tc>
          <w:tcPr>
            <w:tcW w:w="0" w:type="auto"/>
          </w:tcPr>
          <w:p w14:paraId="0CFA10EB" w14:textId="77777777" w:rsidR="007A5E59" w:rsidRDefault="0095198F">
            <w:pPr>
              <w:jc w:val="center"/>
            </w:pPr>
            <w:r>
              <w:t>0,00</w:t>
            </w:r>
          </w:p>
        </w:tc>
        <w:tc>
          <w:tcPr>
            <w:tcW w:w="0" w:type="auto"/>
          </w:tcPr>
          <w:p w14:paraId="7067CCFA" w14:textId="77777777" w:rsidR="007A5E59" w:rsidRDefault="0095198F">
            <w:pPr>
              <w:jc w:val="center"/>
            </w:pPr>
            <w:r>
              <w:t>0,00</w:t>
            </w:r>
          </w:p>
        </w:tc>
        <w:tc>
          <w:tcPr>
            <w:tcW w:w="0" w:type="auto"/>
          </w:tcPr>
          <w:p w14:paraId="592F8935" w14:textId="77777777" w:rsidR="007A5E59" w:rsidRDefault="0095198F">
            <w:pPr>
              <w:jc w:val="center"/>
            </w:pPr>
            <w:r>
              <w:t>0,00</w:t>
            </w:r>
          </w:p>
        </w:tc>
        <w:tc>
          <w:tcPr>
            <w:tcW w:w="0" w:type="auto"/>
          </w:tcPr>
          <w:p w14:paraId="0FAF8FCC" w14:textId="77777777" w:rsidR="007A5E59" w:rsidRDefault="0095198F">
            <w:pPr>
              <w:jc w:val="center"/>
            </w:pPr>
            <w:r>
              <w:t>0,00</w:t>
            </w:r>
          </w:p>
        </w:tc>
        <w:tc>
          <w:tcPr>
            <w:tcW w:w="0" w:type="auto"/>
          </w:tcPr>
          <w:p w14:paraId="5D2C3AE8" w14:textId="77777777" w:rsidR="007A5E59" w:rsidRDefault="0095198F">
            <w:pPr>
              <w:jc w:val="center"/>
            </w:pPr>
            <w:r>
              <w:t>0,00</w:t>
            </w:r>
          </w:p>
        </w:tc>
        <w:tc>
          <w:tcPr>
            <w:tcW w:w="0" w:type="auto"/>
          </w:tcPr>
          <w:p w14:paraId="04DCC029" w14:textId="77777777" w:rsidR="007A5E59" w:rsidRDefault="0095198F">
            <w:pPr>
              <w:jc w:val="center"/>
            </w:pPr>
            <w:r>
              <w:t>0,00</w:t>
            </w:r>
          </w:p>
        </w:tc>
        <w:tc>
          <w:tcPr>
            <w:tcW w:w="0" w:type="auto"/>
          </w:tcPr>
          <w:p w14:paraId="23C48B43" w14:textId="77777777" w:rsidR="007A5E59" w:rsidRDefault="0095198F">
            <w:pPr>
              <w:jc w:val="center"/>
            </w:pPr>
            <w:r>
              <w:t>0,00</w:t>
            </w:r>
          </w:p>
        </w:tc>
      </w:tr>
      <w:tr w:rsidR="007A5E59" w14:paraId="71DCE30D" w14:textId="77777777">
        <w:trPr>
          <w:jc w:val="center"/>
        </w:trPr>
        <w:tc>
          <w:tcPr>
            <w:tcW w:w="0" w:type="auto"/>
          </w:tcPr>
          <w:p w14:paraId="376CEF99" w14:textId="77777777" w:rsidR="007A5E59" w:rsidRDefault="0095198F">
            <w:r>
              <w:t>надземная</w:t>
            </w:r>
          </w:p>
        </w:tc>
        <w:tc>
          <w:tcPr>
            <w:tcW w:w="0" w:type="auto"/>
          </w:tcPr>
          <w:p w14:paraId="693099F8" w14:textId="77777777" w:rsidR="007A5E59" w:rsidRDefault="0095198F">
            <w:pPr>
              <w:jc w:val="center"/>
            </w:pPr>
            <w:r>
              <w:t>0,00</w:t>
            </w:r>
          </w:p>
        </w:tc>
        <w:tc>
          <w:tcPr>
            <w:tcW w:w="0" w:type="auto"/>
          </w:tcPr>
          <w:p w14:paraId="088FB3B0" w14:textId="77777777" w:rsidR="007A5E59" w:rsidRDefault="0095198F">
            <w:pPr>
              <w:jc w:val="center"/>
            </w:pPr>
            <w:r>
              <w:t>0,00</w:t>
            </w:r>
          </w:p>
        </w:tc>
        <w:tc>
          <w:tcPr>
            <w:tcW w:w="0" w:type="auto"/>
          </w:tcPr>
          <w:p w14:paraId="0BED0C55" w14:textId="77777777" w:rsidR="007A5E59" w:rsidRDefault="0095198F">
            <w:pPr>
              <w:jc w:val="center"/>
            </w:pPr>
            <w:r>
              <w:t>0,00</w:t>
            </w:r>
          </w:p>
        </w:tc>
        <w:tc>
          <w:tcPr>
            <w:tcW w:w="0" w:type="auto"/>
          </w:tcPr>
          <w:p w14:paraId="1FFEBE7F" w14:textId="77777777" w:rsidR="007A5E59" w:rsidRDefault="0095198F">
            <w:pPr>
              <w:jc w:val="center"/>
            </w:pPr>
            <w:r>
              <w:t>0,00</w:t>
            </w:r>
          </w:p>
        </w:tc>
        <w:tc>
          <w:tcPr>
            <w:tcW w:w="0" w:type="auto"/>
          </w:tcPr>
          <w:p w14:paraId="0ADEC8A9" w14:textId="77777777" w:rsidR="007A5E59" w:rsidRDefault="0095198F">
            <w:pPr>
              <w:jc w:val="center"/>
            </w:pPr>
            <w:r>
              <w:t>0,00</w:t>
            </w:r>
          </w:p>
        </w:tc>
        <w:tc>
          <w:tcPr>
            <w:tcW w:w="0" w:type="auto"/>
          </w:tcPr>
          <w:p w14:paraId="1FC4A98D" w14:textId="77777777" w:rsidR="007A5E59" w:rsidRDefault="0095198F">
            <w:pPr>
              <w:jc w:val="center"/>
            </w:pPr>
            <w:r>
              <w:t>0,00</w:t>
            </w:r>
          </w:p>
        </w:tc>
        <w:tc>
          <w:tcPr>
            <w:tcW w:w="0" w:type="auto"/>
          </w:tcPr>
          <w:p w14:paraId="56A95BDD" w14:textId="77777777" w:rsidR="007A5E59" w:rsidRDefault="0095198F">
            <w:pPr>
              <w:jc w:val="center"/>
            </w:pPr>
            <w:r>
              <w:t>0,00</w:t>
            </w:r>
          </w:p>
        </w:tc>
        <w:tc>
          <w:tcPr>
            <w:tcW w:w="0" w:type="auto"/>
          </w:tcPr>
          <w:p w14:paraId="3A361EBA" w14:textId="77777777" w:rsidR="007A5E59" w:rsidRDefault="0095198F">
            <w:pPr>
              <w:jc w:val="center"/>
            </w:pPr>
            <w:r>
              <w:t>0,00</w:t>
            </w:r>
          </w:p>
        </w:tc>
        <w:tc>
          <w:tcPr>
            <w:tcW w:w="0" w:type="auto"/>
          </w:tcPr>
          <w:p w14:paraId="49459F8F" w14:textId="77777777" w:rsidR="007A5E59" w:rsidRDefault="0095198F">
            <w:pPr>
              <w:jc w:val="center"/>
            </w:pPr>
            <w:r>
              <w:t>0,00</w:t>
            </w:r>
          </w:p>
        </w:tc>
        <w:tc>
          <w:tcPr>
            <w:tcW w:w="0" w:type="auto"/>
          </w:tcPr>
          <w:p w14:paraId="0F071090" w14:textId="77777777" w:rsidR="007A5E59" w:rsidRDefault="0095198F">
            <w:pPr>
              <w:jc w:val="center"/>
            </w:pPr>
            <w:r>
              <w:t>3,77</w:t>
            </w:r>
          </w:p>
        </w:tc>
        <w:tc>
          <w:tcPr>
            <w:tcW w:w="0" w:type="auto"/>
          </w:tcPr>
          <w:p w14:paraId="1D130F19" w14:textId="77777777" w:rsidR="007A5E59" w:rsidRDefault="0095198F">
            <w:pPr>
              <w:jc w:val="center"/>
            </w:pPr>
            <w:r>
              <w:t>754,45</w:t>
            </w:r>
          </w:p>
        </w:tc>
        <w:tc>
          <w:tcPr>
            <w:tcW w:w="0" w:type="auto"/>
          </w:tcPr>
          <w:p w14:paraId="7F37010E" w14:textId="77777777" w:rsidR="007A5E59" w:rsidRDefault="0095198F">
            <w:pPr>
              <w:jc w:val="center"/>
            </w:pPr>
            <w:r>
              <w:t>0,00</w:t>
            </w:r>
          </w:p>
        </w:tc>
        <w:tc>
          <w:tcPr>
            <w:tcW w:w="0" w:type="auto"/>
          </w:tcPr>
          <w:p w14:paraId="7C306128" w14:textId="77777777" w:rsidR="007A5E59" w:rsidRDefault="0095198F">
            <w:pPr>
              <w:jc w:val="center"/>
            </w:pPr>
            <w:r>
              <w:t>0,00</w:t>
            </w:r>
          </w:p>
        </w:tc>
        <w:tc>
          <w:tcPr>
            <w:tcW w:w="0" w:type="auto"/>
          </w:tcPr>
          <w:p w14:paraId="670C2B19" w14:textId="77777777" w:rsidR="007A5E59" w:rsidRDefault="0095198F">
            <w:pPr>
              <w:jc w:val="center"/>
            </w:pPr>
            <w:r>
              <w:t>0,00</w:t>
            </w:r>
          </w:p>
        </w:tc>
        <w:tc>
          <w:tcPr>
            <w:tcW w:w="0" w:type="auto"/>
          </w:tcPr>
          <w:p w14:paraId="58DE49C1" w14:textId="77777777" w:rsidR="007A5E59" w:rsidRDefault="0095198F">
            <w:pPr>
              <w:jc w:val="center"/>
            </w:pPr>
            <w:r>
              <w:t>0,00</w:t>
            </w:r>
          </w:p>
        </w:tc>
        <w:tc>
          <w:tcPr>
            <w:tcW w:w="0" w:type="auto"/>
          </w:tcPr>
          <w:p w14:paraId="62C04BA0" w14:textId="77777777" w:rsidR="007A5E59" w:rsidRDefault="0095198F">
            <w:pPr>
              <w:jc w:val="center"/>
            </w:pPr>
            <w:r>
              <w:t>0,00</w:t>
            </w:r>
          </w:p>
        </w:tc>
        <w:tc>
          <w:tcPr>
            <w:tcW w:w="0" w:type="auto"/>
          </w:tcPr>
          <w:p w14:paraId="06222327" w14:textId="77777777" w:rsidR="007A5E59" w:rsidRDefault="0095198F">
            <w:pPr>
              <w:jc w:val="center"/>
            </w:pPr>
            <w:r>
              <w:t>0,00</w:t>
            </w:r>
          </w:p>
        </w:tc>
        <w:tc>
          <w:tcPr>
            <w:tcW w:w="0" w:type="auto"/>
          </w:tcPr>
          <w:p w14:paraId="66AB4377" w14:textId="77777777" w:rsidR="007A5E59" w:rsidRDefault="0095198F">
            <w:pPr>
              <w:jc w:val="center"/>
            </w:pPr>
            <w:r>
              <w:t>0,00</w:t>
            </w:r>
          </w:p>
        </w:tc>
        <w:tc>
          <w:tcPr>
            <w:tcW w:w="0" w:type="auto"/>
          </w:tcPr>
          <w:p w14:paraId="53482431" w14:textId="77777777" w:rsidR="007A5E59" w:rsidRDefault="0095198F">
            <w:pPr>
              <w:jc w:val="center"/>
            </w:pPr>
            <w:r>
              <w:t>0,00</w:t>
            </w:r>
          </w:p>
        </w:tc>
        <w:tc>
          <w:tcPr>
            <w:tcW w:w="0" w:type="auto"/>
          </w:tcPr>
          <w:p w14:paraId="11A13E3A" w14:textId="77777777" w:rsidR="007A5E59" w:rsidRDefault="0095198F">
            <w:pPr>
              <w:jc w:val="center"/>
            </w:pPr>
            <w:r>
              <w:t>758,22</w:t>
            </w:r>
          </w:p>
        </w:tc>
      </w:tr>
      <w:tr w:rsidR="007A5E59" w14:paraId="5356FAE3" w14:textId="77777777">
        <w:trPr>
          <w:jc w:val="center"/>
        </w:trPr>
        <w:tc>
          <w:tcPr>
            <w:tcW w:w="0" w:type="auto"/>
            <w:shd w:val="clear" w:color="auto" w:fill="DBE5F1"/>
          </w:tcPr>
          <w:p w14:paraId="41FF5B77" w14:textId="77777777" w:rsidR="007A5E59" w:rsidRDefault="0095198F">
            <w:r>
              <w:rPr>
                <w:b/>
              </w:rPr>
              <w:t>ИТОГО по диаметрам</w:t>
            </w:r>
          </w:p>
        </w:tc>
        <w:tc>
          <w:tcPr>
            <w:tcW w:w="0" w:type="auto"/>
            <w:shd w:val="clear" w:color="auto" w:fill="DBE5F1"/>
          </w:tcPr>
          <w:p w14:paraId="7C64B3E0" w14:textId="77777777" w:rsidR="007A5E59" w:rsidRDefault="0095198F">
            <w:pPr>
              <w:jc w:val="center"/>
            </w:pPr>
            <w:r>
              <w:rPr>
                <w:b/>
              </w:rPr>
              <w:t>0,00</w:t>
            </w:r>
          </w:p>
        </w:tc>
        <w:tc>
          <w:tcPr>
            <w:tcW w:w="0" w:type="auto"/>
            <w:shd w:val="clear" w:color="auto" w:fill="DBE5F1"/>
          </w:tcPr>
          <w:p w14:paraId="3E559BCD" w14:textId="77777777" w:rsidR="007A5E59" w:rsidRDefault="0095198F">
            <w:pPr>
              <w:jc w:val="center"/>
            </w:pPr>
            <w:r>
              <w:rPr>
                <w:b/>
              </w:rPr>
              <w:t>0,00</w:t>
            </w:r>
          </w:p>
        </w:tc>
        <w:tc>
          <w:tcPr>
            <w:tcW w:w="0" w:type="auto"/>
            <w:shd w:val="clear" w:color="auto" w:fill="DBE5F1"/>
          </w:tcPr>
          <w:p w14:paraId="7546D206" w14:textId="77777777" w:rsidR="007A5E59" w:rsidRDefault="0095198F">
            <w:pPr>
              <w:jc w:val="center"/>
            </w:pPr>
            <w:r>
              <w:rPr>
                <w:b/>
              </w:rPr>
              <w:t>27,02</w:t>
            </w:r>
          </w:p>
        </w:tc>
        <w:tc>
          <w:tcPr>
            <w:tcW w:w="0" w:type="auto"/>
            <w:shd w:val="clear" w:color="auto" w:fill="DBE5F1"/>
          </w:tcPr>
          <w:p w14:paraId="38F4261E" w14:textId="77777777" w:rsidR="007A5E59" w:rsidRDefault="0095198F">
            <w:pPr>
              <w:jc w:val="center"/>
            </w:pPr>
            <w:r>
              <w:rPr>
                <w:b/>
              </w:rPr>
              <w:t>11,06</w:t>
            </w:r>
          </w:p>
        </w:tc>
        <w:tc>
          <w:tcPr>
            <w:tcW w:w="0" w:type="auto"/>
            <w:shd w:val="clear" w:color="auto" w:fill="DBE5F1"/>
          </w:tcPr>
          <w:p w14:paraId="09672325" w14:textId="77777777" w:rsidR="007A5E59" w:rsidRDefault="0095198F">
            <w:pPr>
              <w:jc w:val="center"/>
            </w:pPr>
            <w:r>
              <w:rPr>
                <w:b/>
              </w:rPr>
              <w:t>17,34</w:t>
            </w:r>
          </w:p>
        </w:tc>
        <w:tc>
          <w:tcPr>
            <w:tcW w:w="0" w:type="auto"/>
            <w:shd w:val="clear" w:color="auto" w:fill="DBE5F1"/>
          </w:tcPr>
          <w:p w14:paraId="54BBF88A" w14:textId="77777777" w:rsidR="007A5E59" w:rsidRDefault="0095198F">
            <w:pPr>
              <w:jc w:val="center"/>
            </w:pPr>
            <w:r>
              <w:rPr>
                <w:b/>
              </w:rPr>
              <w:t>54,35</w:t>
            </w:r>
          </w:p>
        </w:tc>
        <w:tc>
          <w:tcPr>
            <w:tcW w:w="0" w:type="auto"/>
            <w:shd w:val="clear" w:color="auto" w:fill="DBE5F1"/>
          </w:tcPr>
          <w:p w14:paraId="4A3AA584" w14:textId="77777777" w:rsidR="007A5E59" w:rsidRDefault="0095198F">
            <w:pPr>
              <w:jc w:val="center"/>
            </w:pPr>
            <w:r>
              <w:rPr>
                <w:b/>
              </w:rPr>
              <w:t>46,15</w:t>
            </w:r>
          </w:p>
        </w:tc>
        <w:tc>
          <w:tcPr>
            <w:tcW w:w="0" w:type="auto"/>
            <w:shd w:val="clear" w:color="auto" w:fill="DBE5F1"/>
          </w:tcPr>
          <w:p w14:paraId="46EC9B8F" w14:textId="77777777" w:rsidR="007A5E59" w:rsidRDefault="0095198F">
            <w:pPr>
              <w:jc w:val="center"/>
            </w:pPr>
            <w:r>
              <w:rPr>
                <w:b/>
              </w:rPr>
              <w:t>0,00</w:t>
            </w:r>
          </w:p>
        </w:tc>
        <w:tc>
          <w:tcPr>
            <w:tcW w:w="0" w:type="auto"/>
            <w:shd w:val="clear" w:color="auto" w:fill="DBE5F1"/>
          </w:tcPr>
          <w:p w14:paraId="7E189849" w14:textId="77777777" w:rsidR="007A5E59" w:rsidRDefault="0095198F">
            <w:pPr>
              <w:jc w:val="center"/>
            </w:pPr>
            <w:r>
              <w:rPr>
                <w:b/>
              </w:rPr>
              <w:t>0,00</w:t>
            </w:r>
          </w:p>
        </w:tc>
        <w:tc>
          <w:tcPr>
            <w:tcW w:w="0" w:type="auto"/>
            <w:shd w:val="clear" w:color="auto" w:fill="DBE5F1"/>
          </w:tcPr>
          <w:p w14:paraId="10971279" w14:textId="77777777" w:rsidR="007A5E59" w:rsidRDefault="0095198F">
            <w:pPr>
              <w:jc w:val="center"/>
            </w:pPr>
            <w:r>
              <w:rPr>
                <w:b/>
              </w:rPr>
              <w:t>27,14</w:t>
            </w:r>
          </w:p>
        </w:tc>
        <w:tc>
          <w:tcPr>
            <w:tcW w:w="0" w:type="auto"/>
            <w:shd w:val="clear" w:color="auto" w:fill="DBE5F1"/>
          </w:tcPr>
          <w:p w14:paraId="0EAC5971" w14:textId="77777777" w:rsidR="007A5E59" w:rsidRDefault="0095198F">
            <w:pPr>
              <w:jc w:val="center"/>
            </w:pPr>
            <w:r>
              <w:rPr>
                <w:b/>
              </w:rPr>
              <w:t>785,24</w:t>
            </w:r>
          </w:p>
        </w:tc>
        <w:tc>
          <w:tcPr>
            <w:tcW w:w="0" w:type="auto"/>
            <w:shd w:val="clear" w:color="auto" w:fill="DBE5F1"/>
          </w:tcPr>
          <w:p w14:paraId="04F00159" w14:textId="77777777" w:rsidR="007A5E59" w:rsidRDefault="0095198F">
            <w:pPr>
              <w:jc w:val="center"/>
            </w:pPr>
            <w:r>
              <w:rPr>
                <w:b/>
              </w:rPr>
              <w:t>13,35</w:t>
            </w:r>
          </w:p>
        </w:tc>
        <w:tc>
          <w:tcPr>
            <w:tcW w:w="0" w:type="auto"/>
            <w:shd w:val="clear" w:color="auto" w:fill="DBE5F1"/>
          </w:tcPr>
          <w:p w14:paraId="067056C7" w14:textId="77777777" w:rsidR="007A5E59" w:rsidRDefault="0095198F">
            <w:pPr>
              <w:jc w:val="center"/>
            </w:pPr>
            <w:r>
              <w:rPr>
                <w:b/>
              </w:rPr>
              <w:t>211,12</w:t>
            </w:r>
          </w:p>
        </w:tc>
        <w:tc>
          <w:tcPr>
            <w:tcW w:w="0" w:type="auto"/>
            <w:shd w:val="clear" w:color="auto" w:fill="DBE5F1"/>
          </w:tcPr>
          <w:p w14:paraId="1EBDC08D" w14:textId="77777777" w:rsidR="007A5E59" w:rsidRDefault="0095198F">
            <w:pPr>
              <w:jc w:val="center"/>
            </w:pPr>
            <w:r>
              <w:rPr>
                <w:b/>
              </w:rPr>
              <w:t>0,00</w:t>
            </w:r>
          </w:p>
        </w:tc>
        <w:tc>
          <w:tcPr>
            <w:tcW w:w="0" w:type="auto"/>
            <w:shd w:val="clear" w:color="auto" w:fill="DBE5F1"/>
          </w:tcPr>
          <w:p w14:paraId="709093CC" w14:textId="77777777" w:rsidR="007A5E59" w:rsidRDefault="0095198F">
            <w:pPr>
              <w:jc w:val="center"/>
            </w:pPr>
            <w:r>
              <w:rPr>
                <w:b/>
              </w:rPr>
              <w:t>0,00</w:t>
            </w:r>
          </w:p>
        </w:tc>
        <w:tc>
          <w:tcPr>
            <w:tcW w:w="0" w:type="auto"/>
            <w:shd w:val="clear" w:color="auto" w:fill="DBE5F1"/>
          </w:tcPr>
          <w:p w14:paraId="7582EA40" w14:textId="77777777" w:rsidR="007A5E59" w:rsidRDefault="0095198F">
            <w:pPr>
              <w:jc w:val="center"/>
            </w:pPr>
            <w:r>
              <w:rPr>
                <w:b/>
              </w:rPr>
              <w:t>0,00</w:t>
            </w:r>
          </w:p>
        </w:tc>
        <w:tc>
          <w:tcPr>
            <w:tcW w:w="0" w:type="auto"/>
            <w:shd w:val="clear" w:color="auto" w:fill="DBE5F1"/>
          </w:tcPr>
          <w:p w14:paraId="3A617DE1" w14:textId="77777777" w:rsidR="007A5E59" w:rsidRDefault="0095198F">
            <w:pPr>
              <w:jc w:val="center"/>
            </w:pPr>
            <w:r>
              <w:rPr>
                <w:b/>
              </w:rPr>
              <w:t>0,00</w:t>
            </w:r>
          </w:p>
        </w:tc>
        <w:tc>
          <w:tcPr>
            <w:tcW w:w="0" w:type="auto"/>
            <w:shd w:val="clear" w:color="auto" w:fill="DBE5F1"/>
          </w:tcPr>
          <w:p w14:paraId="4926F87B" w14:textId="77777777" w:rsidR="007A5E59" w:rsidRDefault="0095198F">
            <w:pPr>
              <w:jc w:val="center"/>
            </w:pPr>
            <w:r>
              <w:rPr>
                <w:b/>
              </w:rPr>
              <w:t>0,00</w:t>
            </w:r>
          </w:p>
        </w:tc>
        <w:tc>
          <w:tcPr>
            <w:tcW w:w="0" w:type="auto"/>
            <w:shd w:val="clear" w:color="auto" w:fill="DBE5F1"/>
          </w:tcPr>
          <w:p w14:paraId="7717550E" w14:textId="77777777" w:rsidR="007A5E59" w:rsidRDefault="0095198F">
            <w:pPr>
              <w:jc w:val="center"/>
            </w:pPr>
            <w:r>
              <w:rPr>
                <w:b/>
              </w:rPr>
              <w:t>0,00</w:t>
            </w:r>
          </w:p>
        </w:tc>
        <w:tc>
          <w:tcPr>
            <w:tcW w:w="0" w:type="auto"/>
            <w:shd w:val="clear" w:color="auto" w:fill="DBE5F1"/>
          </w:tcPr>
          <w:p w14:paraId="5526FA23" w14:textId="77777777" w:rsidR="007A5E59" w:rsidRDefault="0095198F">
            <w:pPr>
              <w:jc w:val="center"/>
            </w:pPr>
            <w:r>
              <w:rPr>
                <w:b/>
              </w:rPr>
              <w:t>1 192,77</w:t>
            </w:r>
          </w:p>
        </w:tc>
      </w:tr>
      <w:tr w:rsidR="007A5E59" w14:paraId="248AB1EB" w14:textId="77777777">
        <w:trPr>
          <w:jc w:val="center"/>
        </w:trPr>
        <w:tc>
          <w:tcPr>
            <w:tcW w:w="0" w:type="auto"/>
            <w:shd w:val="clear" w:color="auto" w:fill="DBE5F1"/>
          </w:tcPr>
          <w:p w14:paraId="4AE3BF10" w14:textId="77777777" w:rsidR="007A5E59" w:rsidRDefault="0095198F">
            <w:r>
              <w:rPr>
                <w:b/>
              </w:rPr>
              <w:t>ВСЕГО площадь поверхности, м²</w:t>
            </w:r>
          </w:p>
        </w:tc>
        <w:tc>
          <w:tcPr>
            <w:tcW w:w="0" w:type="auto"/>
            <w:shd w:val="clear" w:color="auto" w:fill="DBE5F1"/>
          </w:tcPr>
          <w:p w14:paraId="1E25B888" w14:textId="77777777" w:rsidR="007A5E59" w:rsidRDefault="0095198F">
            <w:pPr>
              <w:jc w:val="center"/>
            </w:pPr>
            <w:r>
              <w:rPr>
                <w:b/>
              </w:rPr>
              <w:t>1 192,77</w:t>
            </w:r>
          </w:p>
        </w:tc>
        <w:tc>
          <w:tcPr>
            <w:tcW w:w="0" w:type="auto"/>
            <w:shd w:val="clear" w:color="auto" w:fill="DBE5F1"/>
          </w:tcPr>
          <w:p w14:paraId="28250C94" w14:textId="77777777" w:rsidR="007A5E59" w:rsidRDefault="007A5E59"/>
        </w:tc>
        <w:tc>
          <w:tcPr>
            <w:tcW w:w="0" w:type="auto"/>
            <w:shd w:val="clear" w:color="auto" w:fill="DBE5F1"/>
          </w:tcPr>
          <w:p w14:paraId="30605512" w14:textId="77777777" w:rsidR="007A5E59" w:rsidRDefault="007A5E59"/>
        </w:tc>
        <w:tc>
          <w:tcPr>
            <w:tcW w:w="0" w:type="auto"/>
            <w:shd w:val="clear" w:color="auto" w:fill="DBE5F1"/>
          </w:tcPr>
          <w:p w14:paraId="7AAC5C11" w14:textId="77777777" w:rsidR="007A5E59" w:rsidRDefault="007A5E59"/>
        </w:tc>
        <w:tc>
          <w:tcPr>
            <w:tcW w:w="0" w:type="auto"/>
            <w:shd w:val="clear" w:color="auto" w:fill="DBE5F1"/>
          </w:tcPr>
          <w:p w14:paraId="4154F1C9" w14:textId="77777777" w:rsidR="007A5E59" w:rsidRDefault="007A5E59"/>
        </w:tc>
        <w:tc>
          <w:tcPr>
            <w:tcW w:w="0" w:type="auto"/>
            <w:shd w:val="clear" w:color="auto" w:fill="DBE5F1"/>
          </w:tcPr>
          <w:p w14:paraId="72CC7E5D" w14:textId="77777777" w:rsidR="007A5E59" w:rsidRDefault="007A5E59"/>
        </w:tc>
        <w:tc>
          <w:tcPr>
            <w:tcW w:w="0" w:type="auto"/>
            <w:shd w:val="clear" w:color="auto" w:fill="DBE5F1"/>
          </w:tcPr>
          <w:p w14:paraId="2A18A787" w14:textId="77777777" w:rsidR="007A5E59" w:rsidRDefault="007A5E59"/>
        </w:tc>
        <w:tc>
          <w:tcPr>
            <w:tcW w:w="0" w:type="auto"/>
            <w:shd w:val="clear" w:color="auto" w:fill="DBE5F1"/>
          </w:tcPr>
          <w:p w14:paraId="0EDFB5B2" w14:textId="77777777" w:rsidR="007A5E59" w:rsidRDefault="007A5E59"/>
        </w:tc>
        <w:tc>
          <w:tcPr>
            <w:tcW w:w="0" w:type="auto"/>
            <w:shd w:val="clear" w:color="auto" w:fill="DBE5F1"/>
          </w:tcPr>
          <w:p w14:paraId="374A245D" w14:textId="77777777" w:rsidR="007A5E59" w:rsidRDefault="007A5E59"/>
        </w:tc>
        <w:tc>
          <w:tcPr>
            <w:tcW w:w="0" w:type="auto"/>
            <w:shd w:val="clear" w:color="auto" w:fill="DBE5F1"/>
          </w:tcPr>
          <w:p w14:paraId="3261CE31" w14:textId="77777777" w:rsidR="007A5E59" w:rsidRDefault="007A5E59"/>
        </w:tc>
        <w:tc>
          <w:tcPr>
            <w:tcW w:w="0" w:type="auto"/>
            <w:shd w:val="clear" w:color="auto" w:fill="DBE5F1"/>
          </w:tcPr>
          <w:p w14:paraId="6D2FEF6F" w14:textId="77777777" w:rsidR="007A5E59" w:rsidRDefault="007A5E59"/>
        </w:tc>
        <w:tc>
          <w:tcPr>
            <w:tcW w:w="0" w:type="auto"/>
            <w:shd w:val="clear" w:color="auto" w:fill="DBE5F1"/>
          </w:tcPr>
          <w:p w14:paraId="63017A05" w14:textId="77777777" w:rsidR="007A5E59" w:rsidRDefault="007A5E59"/>
        </w:tc>
        <w:tc>
          <w:tcPr>
            <w:tcW w:w="0" w:type="auto"/>
            <w:shd w:val="clear" w:color="auto" w:fill="DBE5F1"/>
          </w:tcPr>
          <w:p w14:paraId="4AB30608" w14:textId="77777777" w:rsidR="007A5E59" w:rsidRDefault="007A5E59"/>
        </w:tc>
        <w:tc>
          <w:tcPr>
            <w:tcW w:w="0" w:type="auto"/>
            <w:shd w:val="clear" w:color="auto" w:fill="DBE5F1"/>
          </w:tcPr>
          <w:p w14:paraId="50FB302E" w14:textId="77777777" w:rsidR="007A5E59" w:rsidRDefault="007A5E59"/>
        </w:tc>
        <w:tc>
          <w:tcPr>
            <w:tcW w:w="0" w:type="auto"/>
            <w:shd w:val="clear" w:color="auto" w:fill="DBE5F1"/>
          </w:tcPr>
          <w:p w14:paraId="4F74354B" w14:textId="77777777" w:rsidR="007A5E59" w:rsidRDefault="007A5E59"/>
        </w:tc>
        <w:tc>
          <w:tcPr>
            <w:tcW w:w="0" w:type="auto"/>
            <w:shd w:val="clear" w:color="auto" w:fill="DBE5F1"/>
          </w:tcPr>
          <w:p w14:paraId="382D5D42" w14:textId="77777777" w:rsidR="007A5E59" w:rsidRDefault="007A5E59"/>
        </w:tc>
        <w:tc>
          <w:tcPr>
            <w:tcW w:w="0" w:type="auto"/>
            <w:shd w:val="clear" w:color="auto" w:fill="DBE5F1"/>
          </w:tcPr>
          <w:p w14:paraId="3F5F6CBE" w14:textId="77777777" w:rsidR="007A5E59" w:rsidRDefault="007A5E59"/>
        </w:tc>
        <w:tc>
          <w:tcPr>
            <w:tcW w:w="0" w:type="auto"/>
            <w:shd w:val="clear" w:color="auto" w:fill="DBE5F1"/>
          </w:tcPr>
          <w:p w14:paraId="4ADB7E9A" w14:textId="77777777" w:rsidR="007A5E59" w:rsidRDefault="007A5E59"/>
        </w:tc>
        <w:tc>
          <w:tcPr>
            <w:tcW w:w="0" w:type="auto"/>
            <w:shd w:val="clear" w:color="auto" w:fill="DBE5F1"/>
          </w:tcPr>
          <w:p w14:paraId="6194C205" w14:textId="77777777" w:rsidR="007A5E59" w:rsidRDefault="007A5E59"/>
        </w:tc>
        <w:tc>
          <w:tcPr>
            <w:tcW w:w="0" w:type="auto"/>
            <w:shd w:val="clear" w:color="auto" w:fill="DBE5F1"/>
          </w:tcPr>
          <w:p w14:paraId="22E41F1F" w14:textId="77777777" w:rsidR="007A5E59" w:rsidRDefault="007A5E59"/>
        </w:tc>
      </w:tr>
      <w:tr w:rsidR="007A5E59" w14:paraId="27D73EDD" w14:textId="77777777">
        <w:trPr>
          <w:jc w:val="center"/>
        </w:trPr>
        <w:tc>
          <w:tcPr>
            <w:tcW w:w="0" w:type="auto"/>
          </w:tcPr>
          <w:p w14:paraId="77D84D0C" w14:textId="77777777" w:rsidR="007A5E59" w:rsidRPr="00312815" w:rsidRDefault="0095198F">
            <w:pPr>
              <w:rPr>
                <w:lang w:val="ru-RU"/>
              </w:rPr>
            </w:pPr>
            <w:r w:rsidRPr="00312815">
              <w:rPr>
                <w:lang w:val="ru-RU"/>
              </w:rPr>
              <w:t>Материальная характеристика, м² (2·</w:t>
            </w:r>
            <w:r>
              <w:t>S</w:t>
            </w:r>
            <w:r w:rsidRPr="00312815">
              <w:rPr>
                <w:lang w:val="ru-RU"/>
              </w:rPr>
              <w:t>/</w:t>
            </w:r>
            <w:r>
              <w:t>π</w:t>
            </w:r>
            <w:r w:rsidRPr="00312815">
              <w:rPr>
                <w:lang w:val="ru-RU"/>
              </w:rPr>
              <w:t>)</w:t>
            </w:r>
          </w:p>
        </w:tc>
        <w:tc>
          <w:tcPr>
            <w:tcW w:w="0" w:type="auto"/>
          </w:tcPr>
          <w:p w14:paraId="4010CCE8" w14:textId="77777777" w:rsidR="007A5E59" w:rsidRDefault="0095198F">
            <w:pPr>
              <w:jc w:val="center"/>
            </w:pPr>
            <w:r>
              <w:t>759,34</w:t>
            </w:r>
          </w:p>
        </w:tc>
        <w:tc>
          <w:tcPr>
            <w:tcW w:w="0" w:type="auto"/>
          </w:tcPr>
          <w:p w14:paraId="5F91AA62" w14:textId="77777777" w:rsidR="007A5E59" w:rsidRDefault="007A5E59"/>
        </w:tc>
        <w:tc>
          <w:tcPr>
            <w:tcW w:w="0" w:type="auto"/>
          </w:tcPr>
          <w:p w14:paraId="72426417" w14:textId="77777777" w:rsidR="007A5E59" w:rsidRDefault="007A5E59"/>
        </w:tc>
        <w:tc>
          <w:tcPr>
            <w:tcW w:w="0" w:type="auto"/>
          </w:tcPr>
          <w:p w14:paraId="7806B52C" w14:textId="77777777" w:rsidR="007A5E59" w:rsidRDefault="007A5E59"/>
        </w:tc>
        <w:tc>
          <w:tcPr>
            <w:tcW w:w="0" w:type="auto"/>
          </w:tcPr>
          <w:p w14:paraId="34614BB3" w14:textId="77777777" w:rsidR="007A5E59" w:rsidRDefault="007A5E59"/>
        </w:tc>
        <w:tc>
          <w:tcPr>
            <w:tcW w:w="0" w:type="auto"/>
          </w:tcPr>
          <w:p w14:paraId="13A1EF77" w14:textId="77777777" w:rsidR="007A5E59" w:rsidRDefault="007A5E59"/>
        </w:tc>
        <w:tc>
          <w:tcPr>
            <w:tcW w:w="0" w:type="auto"/>
          </w:tcPr>
          <w:p w14:paraId="466C6F1D" w14:textId="77777777" w:rsidR="007A5E59" w:rsidRDefault="007A5E59"/>
        </w:tc>
        <w:tc>
          <w:tcPr>
            <w:tcW w:w="0" w:type="auto"/>
          </w:tcPr>
          <w:p w14:paraId="48EF7EEE" w14:textId="77777777" w:rsidR="007A5E59" w:rsidRDefault="007A5E59"/>
        </w:tc>
        <w:tc>
          <w:tcPr>
            <w:tcW w:w="0" w:type="auto"/>
          </w:tcPr>
          <w:p w14:paraId="26E550AC" w14:textId="77777777" w:rsidR="007A5E59" w:rsidRDefault="007A5E59"/>
        </w:tc>
        <w:tc>
          <w:tcPr>
            <w:tcW w:w="0" w:type="auto"/>
          </w:tcPr>
          <w:p w14:paraId="465492A7" w14:textId="77777777" w:rsidR="007A5E59" w:rsidRDefault="007A5E59"/>
        </w:tc>
        <w:tc>
          <w:tcPr>
            <w:tcW w:w="0" w:type="auto"/>
          </w:tcPr>
          <w:p w14:paraId="358AE50A" w14:textId="77777777" w:rsidR="007A5E59" w:rsidRDefault="007A5E59"/>
        </w:tc>
        <w:tc>
          <w:tcPr>
            <w:tcW w:w="0" w:type="auto"/>
          </w:tcPr>
          <w:p w14:paraId="2C817857" w14:textId="77777777" w:rsidR="007A5E59" w:rsidRDefault="007A5E59"/>
        </w:tc>
        <w:tc>
          <w:tcPr>
            <w:tcW w:w="0" w:type="auto"/>
          </w:tcPr>
          <w:p w14:paraId="7DF274EC" w14:textId="77777777" w:rsidR="007A5E59" w:rsidRDefault="007A5E59"/>
        </w:tc>
        <w:tc>
          <w:tcPr>
            <w:tcW w:w="0" w:type="auto"/>
          </w:tcPr>
          <w:p w14:paraId="597C8156" w14:textId="77777777" w:rsidR="007A5E59" w:rsidRDefault="007A5E59"/>
        </w:tc>
        <w:tc>
          <w:tcPr>
            <w:tcW w:w="0" w:type="auto"/>
          </w:tcPr>
          <w:p w14:paraId="187AA6F9" w14:textId="77777777" w:rsidR="007A5E59" w:rsidRDefault="007A5E59"/>
        </w:tc>
        <w:tc>
          <w:tcPr>
            <w:tcW w:w="0" w:type="auto"/>
          </w:tcPr>
          <w:p w14:paraId="3464530F" w14:textId="77777777" w:rsidR="007A5E59" w:rsidRDefault="007A5E59"/>
        </w:tc>
        <w:tc>
          <w:tcPr>
            <w:tcW w:w="0" w:type="auto"/>
          </w:tcPr>
          <w:p w14:paraId="07D32D8F" w14:textId="77777777" w:rsidR="007A5E59" w:rsidRDefault="007A5E59"/>
        </w:tc>
        <w:tc>
          <w:tcPr>
            <w:tcW w:w="0" w:type="auto"/>
          </w:tcPr>
          <w:p w14:paraId="4B8788E3" w14:textId="77777777" w:rsidR="007A5E59" w:rsidRDefault="007A5E59"/>
        </w:tc>
        <w:tc>
          <w:tcPr>
            <w:tcW w:w="0" w:type="auto"/>
          </w:tcPr>
          <w:p w14:paraId="299B4050" w14:textId="77777777" w:rsidR="007A5E59" w:rsidRDefault="007A5E59"/>
        </w:tc>
        <w:tc>
          <w:tcPr>
            <w:tcW w:w="0" w:type="auto"/>
          </w:tcPr>
          <w:p w14:paraId="43FEFA5B" w14:textId="77777777" w:rsidR="007A5E59" w:rsidRDefault="007A5E59"/>
        </w:tc>
      </w:tr>
      <w:tr w:rsidR="007A5E59" w:rsidRPr="00C07C05" w14:paraId="0035DE64" w14:textId="77777777">
        <w:trPr>
          <w:jc w:val="center"/>
        </w:trPr>
        <w:tc>
          <w:tcPr>
            <w:tcW w:w="0" w:type="auto"/>
          </w:tcPr>
          <w:p w14:paraId="07937AE8" w14:textId="77777777" w:rsidR="007A5E59" w:rsidRPr="00312815" w:rsidRDefault="0095198F">
            <w:pPr>
              <w:rPr>
                <w:lang w:val="ru-RU"/>
              </w:rPr>
            </w:pPr>
            <w:r w:rsidRPr="00312815">
              <w:rPr>
                <w:lang w:val="ru-RU"/>
              </w:rPr>
              <w:t>БЛОК 4. Параметры, программа мероприятий и контроль</w:t>
            </w:r>
          </w:p>
        </w:tc>
        <w:tc>
          <w:tcPr>
            <w:tcW w:w="0" w:type="auto"/>
          </w:tcPr>
          <w:p w14:paraId="3FDEC8DC" w14:textId="77777777" w:rsidR="007A5E59" w:rsidRPr="00312815" w:rsidRDefault="007A5E59">
            <w:pPr>
              <w:rPr>
                <w:lang w:val="ru-RU"/>
              </w:rPr>
            </w:pPr>
          </w:p>
        </w:tc>
        <w:tc>
          <w:tcPr>
            <w:tcW w:w="0" w:type="auto"/>
          </w:tcPr>
          <w:p w14:paraId="60CC6AB3" w14:textId="77777777" w:rsidR="007A5E59" w:rsidRPr="00312815" w:rsidRDefault="007A5E59">
            <w:pPr>
              <w:rPr>
                <w:lang w:val="ru-RU"/>
              </w:rPr>
            </w:pPr>
          </w:p>
        </w:tc>
        <w:tc>
          <w:tcPr>
            <w:tcW w:w="0" w:type="auto"/>
          </w:tcPr>
          <w:p w14:paraId="1D263982" w14:textId="77777777" w:rsidR="007A5E59" w:rsidRPr="00312815" w:rsidRDefault="007A5E59">
            <w:pPr>
              <w:rPr>
                <w:lang w:val="ru-RU"/>
              </w:rPr>
            </w:pPr>
          </w:p>
        </w:tc>
        <w:tc>
          <w:tcPr>
            <w:tcW w:w="0" w:type="auto"/>
          </w:tcPr>
          <w:p w14:paraId="5E78F9F4" w14:textId="77777777" w:rsidR="007A5E59" w:rsidRPr="00312815" w:rsidRDefault="007A5E59">
            <w:pPr>
              <w:rPr>
                <w:lang w:val="ru-RU"/>
              </w:rPr>
            </w:pPr>
          </w:p>
        </w:tc>
        <w:tc>
          <w:tcPr>
            <w:tcW w:w="0" w:type="auto"/>
          </w:tcPr>
          <w:p w14:paraId="6219FBA7" w14:textId="77777777" w:rsidR="007A5E59" w:rsidRPr="00312815" w:rsidRDefault="007A5E59">
            <w:pPr>
              <w:rPr>
                <w:lang w:val="ru-RU"/>
              </w:rPr>
            </w:pPr>
          </w:p>
        </w:tc>
        <w:tc>
          <w:tcPr>
            <w:tcW w:w="0" w:type="auto"/>
          </w:tcPr>
          <w:p w14:paraId="19D812BB" w14:textId="77777777" w:rsidR="007A5E59" w:rsidRPr="00312815" w:rsidRDefault="007A5E59">
            <w:pPr>
              <w:rPr>
                <w:lang w:val="ru-RU"/>
              </w:rPr>
            </w:pPr>
          </w:p>
        </w:tc>
        <w:tc>
          <w:tcPr>
            <w:tcW w:w="0" w:type="auto"/>
          </w:tcPr>
          <w:p w14:paraId="11535A57" w14:textId="77777777" w:rsidR="007A5E59" w:rsidRPr="00312815" w:rsidRDefault="007A5E59">
            <w:pPr>
              <w:rPr>
                <w:lang w:val="ru-RU"/>
              </w:rPr>
            </w:pPr>
          </w:p>
        </w:tc>
        <w:tc>
          <w:tcPr>
            <w:tcW w:w="0" w:type="auto"/>
          </w:tcPr>
          <w:p w14:paraId="45BD7D3E" w14:textId="77777777" w:rsidR="007A5E59" w:rsidRPr="00312815" w:rsidRDefault="007A5E59">
            <w:pPr>
              <w:rPr>
                <w:lang w:val="ru-RU"/>
              </w:rPr>
            </w:pPr>
          </w:p>
        </w:tc>
        <w:tc>
          <w:tcPr>
            <w:tcW w:w="0" w:type="auto"/>
          </w:tcPr>
          <w:p w14:paraId="117A91DC" w14:textId="77777777" w:rsidR="007A5E59" w:rsidRPr="00312815" w:rsidRDefault="007A5E59">
            <w:pPr>
              <w:rPr>
                <w:lang w:val="ru-RU"/>
              </w:rPr>
            </w:pPr>
          </w:p>
        </w:tc>
        <w:tc>
          <w:tcPr>
            <w:tcW w:w="0" w:type="auto"/>
          </w:tcPr>
          <w:p w14:paraId="263A72B3" w14:textId="77777777" w:rsidR="007A5E59" w:rsidRPr="00312815" w:rsidRDefault="007A5E59">
            <w:pPr>
              <w:rPr>
                <w:lang w:val="ru-RU"/>
              </w:rPr>
            </w:pPr>
          </w:p>
        </w:tc>
        <w:tc>
          <w:tcPr>
            <w:tcW w:w="0" w:type="auto"/>
          </w:tcPr>
          <w:p w14:paraId="2B4F0556" w14:textId="77777777" w:rsidR="007A5E59" w:rsidRPr="00312815" w:rsidRDefault="007A5E59">
            <w:pPr>
              <w:rPr>
                <w:lang w:val="ru-RU"/>
              </w:rPr>
            </w:pPr>
          </w:p>
        </w:tc>
        <w:tc>
          <w:tcPr>
            <w:tcW w:w="0" w:type="auto"/>
          </w:tcPr>
          <w:p w14:paraId="118C7296" w14:textId="77777777" w:rsidR="007A5E59" w:rsidRPr="00312815" w:rsidRDefault="007A5E59">
            <w:pPr>
              <w:rPr>
                <w:lang w:val="ru-RU"/>
              </w:rPr>
            </w:pPr>
          </w:p>
        </w:tc>
        <w:tc>
          <w:tcPr>
            <w:tcW w:w="0" w:type="auto"/>
          </w:tcPr>
          <w:p w14:paraId="54149CC3" w14:textId="77777777" w:rsidR="007A5E59" w:rsidRPr="00312815" w:rsidRDefault="007A5E59">
            <w:pPr>
              <w:rPr>
                <w:lang w:val="ru-RU"/>
              </w:rPr>
            </w:pPr>
          </w:p>
        </w:tc>
        <w:tc>
          <w:tcPr>
            <w:tcW w:w="0" w:type="auto"/>
          </w:tcPr>
          <w:p w14:paraId="35CECE7D" w14:textId="77777777" w:rsidR="007A5E59" w:rsidRPr="00312815" w:rsidRDefault="007A5E59">
            <w:pPr>
              <w:rPr>
                <w:lang w:val="ru-RU"/>
              </w:rPr>
            </w:pPr>
          </w:p>
        </w:tc>
        <w:tc>
          <w:tcPr>
            <w:tcW w:w="0" w:type="auto"/>
          </w:tcPr>
          <w:p w14:paraId="59D46F98" w14:textId="77777777" w:rsidR="007A5E59" w:rsidRPr="00312815" w:rsidRDefault="007A5E59">
            <w:pPr>
              <w:rPr>
                <w:lang w:val="ru-RU"/>
              </w:rPr>
            </w:pPr>
          </w:p>
        </w:tc>
        <w:tc>
          <w:tcPr>
            <w:tcW w:w="0" w:type="auto"/>
          </w:tcPr>
          <w:p w14:paraId="45CA006C" w14:textId="77777777" w:rsidR="007A5E59" w:rsidRPr="00312815" w:rsidRDefault="007A5E59">
            <w:pPr>
              <w:rPr>
                <w:lang w:val="ru-RU"/>
              </w:rPr>
            </w:pPr>
          </w:p>
        </w:tc>
        <w:tc>
          <w:tcPr>
            <w:tcW w:w="0" w:type="auto"/>
          </w:tcPr>
          <w:p w14:paraId="717EFFC8" w14:textId="77777777" w:rsidR="007A5E59" w:rsidRPr="00312815" w:rsidRDefault="007A5E59">
            <w:pPr>
              <w:rPr>
                <w:lang w:val="ru-RU"/>
              </w:rPr>
            </w:pPr>
          </w:p>
        </w:tc>
        <w:tc>
          <w:tcPr>
            <w:tcW w:w="0" w:type="auto"/>
          </w:tcPr>
          <w:p w14:paraId="30277F9D" w14:textId="77777777" w:rsidR="007A5E59" w:rsidRPr="00312815" w:rsidRDefault="007A5E59">
            <w:pPr>
              <w:rPr>
                <w:lang w:val="ru-RU"/>
              </w:rPr>
            </w:pPr>
          </w:p>
        </w:tc>
        <w:tc>
          <w:tcPr>
            <w:tcW w:w="0" w:type="auto"/>
          </w:tcPr>
          <w:p w14:paraId="7657697F" w14:textId="77777777" w:rsidR="007A5E59" w:rsidRPr="00312815" w:rsidRDefault="007A5E59">
            <w:pPr>
              <w:rPr>
                <w:lang w:val="ru-RU"/>
              </w:rPr>
            </w:pPr>
          </w:p>
        </w:tc>
        <w:tc>
          <w:tcPr>
            <w:tcW w:w="0" w:type="auto"/>
          </w:tcPr>
          <w:p w14:paraId="12772793" w14:textId="77777777" w:rsidR="007A5E59" w:rsidRPr="00312815" w:rsidRDefault="007A5E59">
            <w:pPr>
              <w:rPr>
                <w:lang w:val="ru-RU"/>
              </w:rPr>
            </w:pPr>
          </w:p>
        </w:tc>
      </w:tr>
      <w:tr w:rsidR="007A5E59" w14:paraId="2DBAFC19" w14:textId="77777777">
        <w:trPr>
          <w:jc w:val="center"/>
        </w:trPr>
        <w:tc>
          <w:tcPr>
            <w:tcW w:w="0" w:type="auto"/>
          </w:tcPr>
          <w:p w14:paraId="2DA14758" w14:textId="77777777" w:rsidR="007A5E59" w:rsidRPr="00312815" w:rsidRDefault="0095198F">
            <w:pPr>
              <w:rPr>
                <w:lang w:val="ru-RU"/>
              </w:rPr>
            </w:pPr>
            <w:r w:rsidRPr="00312815">
              <w:rPr>
                <w:lang w:val="ru-RU"/>
              </w:rPr>
              <w:t>Принятый расчётный срок службы, лет</w:t>
            </w:r>
          </w:p>
        </w:tc>
        <w:tc>
          <w:tcPr>
            <w:tcW w:w="0" w:type="auto"/>
          </w:tcPr>
          <w:p w14:paraId="1F3ACA79" w14:textId="77777777" w:rsidR="007A5E59" w:rsidRDefault="0095198F">
            <w:pPr>
              <w:jc w:val="center"/>
            </w:pPr>
            <w:r>
              <w:t>25,0</w:t>
            </w:r>
          </w:p>
        </w:tc>
        <w:tc>
          <w:tcPr>
            <w:tcW w:w="0" w:type="auto"/>
          </w:tcPr>
          <w:p w14:paraId="2D763B1B" w14:textId="77777777" w:rsidR="007A5E59" w:rsidRDefault="007A5E59"/>
        </w:tc>
        <w:tc>
          <w:tcPr>
            <w:tcW w:w="0" w:type="auto"/>
          </w:tcPr>
          <w:p w14:paraId="2BC648A9" w14:textId="77777777" w:rsidR="007A5E59" w:rsidRDefault="007A5E59"/>
        </w:tc>
        <w:tc>
          <w:tcPr>
            <w:tcW w:w="0" w:type="auto"/>
          </w:tcPr>
          <w:p w14:paraId="70DE4AAA" w14:textId="77777777" w:rsidR="007A5E59" w:rsidRDefault="007A5E59"/>
        </w:tc>
        <w:tc>
          <w:tcPr>
            <w:tcW w:w="0" w:type="auto"/>
          </w:tcPr>
          <w:p w14:paraId="1AE362B5" w14:textId="77777777" w:rsidR="007A5E59" w:rsidRDefault="007A5E59"/>
        </w:tc>
        <w:tc>
          <w:tcPr>
            <w:tcW w:w="0" w:type="auto"/>
          </w:tcPr>
          <w:p w14:paraId="204E727A" w14:textId="77777777" w:rsidR="007A5E59" w:rsidRDefault="007A5E59"/>
        </w:tc>
        <w:tc>
          <w:tcPr>
            <w:tcW w:w="0" w:type="auto"/>
          </w:tcPr>
          <w:p w14:paraId="7C8A790D" w14:textId="77777777" w:rsidR="007A5E59" w:rsidRDefault="007A5E59"/>
        </w:tc>
        <w:tc>
          <w:tcPr>
            <w:tcW w:w="0" w:type="auto"/>
          </w:tcPr>
          <w:p w14:paraId="6752D38B" w14:textId="77777777" w:rsidR="007A5E59" w:rsidRDefault="007A5E59"/>
        </w:tc>
        <w:tc>
          <w:tcPr>
            <w:tcW w:w="0" w:type="auto"/>
          </w:tcPr>
          <w:p w14:paraId="6F8A6405" w14:textId="77777777" w:rsidR="007A5E59" w:rsidRDefault="007A5E59"/>
        </w:tc>
        <w:tc>
          <w:tcPr>
            <w:tcW w:w="0" w:type="auto"/>
          </w:tcPr>
          <w:p w14:paraId="2B2BFC91" w14:textId="77777777" w:rsidR="007A5E59" w:rsidRDefault="007A5E59"/>
        </w:tc>
        <w:tc>
          <w:tcPr>
            <w:tcW w:w="0" w:type="auto"/>
          </w:tcPr>
          <w:p w14:paraId="51851E1E" w14:textId="77777777" w:rsidR="007A5E59" w:rsidRDefault="007A5E59"/>
        </w:tc>
        <w:tc>
          <w:tcPr>
            <w:tcW w:w="0" w:type="auto"/>
          </w:tcPr>
          <w:p w14:paraId="7AE13DC3" w14:textId="77777777" w:rsidR="007A5E59" w:rsidRDefault="007A5E59"/>
        </w:tc>
        <w:tc>
          <w:tcPr>
            <w:tcW w:w="0" w:type="auto"/>
          </w:tcPr>
          <w:p w14:paraId="2E0B4C04" w14:textId="77777777" w:rsidR="007A5E59" w:rsidRDefault="007A5E59"/>
        </w:tc>
        <w:tc>
          <w:tcPr>
            <w:tcW w:w="0" w:type="auto"/>
          </w:tcPr>
          <w:p w14:paraId="026FF7C5" w14:textId="77777777" w:rsidR="007A5E59" w:rsidRDefault="007A5E59"/>
        </w:tc>
        <w:tc>
          <w:tcPr>
            <w:tcW w:w="0" w:type="auto"/>
          </w:tcPr>
          <w:p w14:paraId="1C80EA87" w14:textId="77777777" w:rsidR="007A5E59" w:rsidRDefault="007A5E59"/>
        </w:tc>
        <w:tc>
          <w:tcPr>
            <w:tcW w:w="0" w:type="auto"/>
          </w:tcPr>
          <w:p w14:paraId="18B20C19" w14:textId="77777777" w:rsidR="007A5E59" w:rsidRDefault="007A5E59"/>
        </w:tc>
        <w:tc>
          <w:tcPr>
            <w:tcW w:w="0" w:type="auto"/>
          </w:tcPr>
          <w:p w14:paraId="0186D767" w14:textId="77777777" w:rsidR="007A5E59" w:rsidRDefault="007A5E59"/>
        </w:tc>
        <w:tc>
          <w:tcPr>
            <w:tcW w:w="0" w:type="auto"/>
          </w:tcPr>
          <w:p w14:paraId="2D02465D" w14:textId="77777777" w:rsidR="007A5E59" w:rsidRDefault="007A5E59"/>
        </w:tc>
        <w:tc>
          <w:tcPr>
            <w:tcW w:w="0" w:type="auto"/>
          </w:tcPr>
          <w:p w14:paraId="4B521D40" w14:textId="77777777" w:rsidR="007A5E59" w:rsidRDefault="007A5E59"/>
        </w:tc>
        <w:tc>
          <w:tcPr>
            <w:tcW w:w="0" w:type="auto"/>
          </w:tcPr>
          <w:p w14:paraId="2838FFD3" w14:textId="77777777" w:rsidR="007A5E59" w:rsidRDefault="007A5E59"/>
        </w:tc>
      </w:tr>
      <w:tr w:rsidR="007A5E59" w14:paraId="36A45544" w14:textId="77777777">
        <w:trPr>
          <w:jc w:val="center"/>
        </w:trPr>
        <w:tc>
          <w:tcPr>
            <w:tcW w:w="0" w:type="auto"/>
            <w:shd w:val="clear" w:color="auto" w:fill="DBE5F1"/>
          </w:tcPr>
          <w:p w14:paraId="796618A1" w14:textId="77777777" w:rsidR="007A5E59" w:rsidRDefault="0095198F">
            <w:r>
              <w:rPr>
                <w:b/>
              </w:rPr>
              <w:t>Всего участков в базе</w:t>
            </w:r>
          </w:p>
        </w:tc>
        <w:tc>
          <w:tcPr>
            <w:tcW w:w="0" w:type="auto"/>
            <w:shd w:val="clear" w:color="auto" w:fill="DBE5F1"/>
          </w:tcPr>
          <w:p w14:paraId="5CCBD89D" w14:textId="77777777" w:rsidR="007A5E59" w:rsidRDefault="0095198F">
            <w:pPr>
              <w:jc w:val="center"/>
            </w:pPr>
            <w:r>
              <w:rPr>
                <w:b/>
              </w:rPr>
              <w:t>48,0</w:t>
            </w:r>
          </w:p>
        </w:tc>
        <w:tc>
          <w:tcPr>
            <w:tcW w:w="0" w:type="auto"/>
            <w:shd w:val="clear" w:color="auto" w:fill="DBE5F1"/>
          </w:tcPr>
          <w:p w14:paraId="1341F041" w14:textId="77777777" w:rsidR="007A5E59" w:rsidRDefault="007A5E59"/>
        </w:tc>
        <w:tc>
          <w:tcPr>
            <w:tcW w:w="0" w:type="auto"/>
            <w:shd w:val="clear" w:color="auto" w:fill="DBE5F1"/>
          </w:tcPr>
          <w:p w14:paraId="63AAB2B2" w14:textId="77777777" w:rsidR="007A5E59" w:rsidRDefault="007A5E59"/>
        </w:tc>
        <w:tc>
          <w:tcPr>
            <w:tcW w:w="0" w:type="auto"/>
            <w:shd w:val="clear" w:color="auto" w:fill="DBE5F1"/>
          </w:tcPr>
          <w:p w14:paraId="269642A3" w14:textId="77777777" w:rsidR="007A5E59" w:rsidRDefault="007A5E59"/>
        </w:tc>
        <w:tc>
          <w:tcPr>
            <w:tcW w:w="0" w:type="auto"/>
            <w:shd w:val="clear" w:color="auto" w:fill="DBE5F1"/>
          </w:tcPr>
          <w:p w14:paraId="6D87373C" w14:textId="77777777" w:rsidR="007A5E59" w:rsidRDefault="007A5E59"/>
        </w:tc>
        <w:tc>
          <w:tcPr>
            <w:tcW w:w="0" w:type="auto"/>
            <w:shd w:val="clear" w:color="auto" w:fill="DBE5F1"/>
          </w:tcPr>
          <w:p w14:paraId="775EF8B2" w14:textId="77777777" w:rsidR="007A5E59" w:rsidRDefault="007A5E59"/>
        </w:tc>
        <w:tc>
          <w:tcPr>
            <w:tcW w:w="0" w:type="auto"/>
            <w:shd w:val="clear" w:color="auto" w:fill="DBE5F1"/>
          </w:tcPr>
          <w:p w14:paraId="1177C744" w14:textId="77777777" w:rsidR="007A5E59" w:rsidRDefault="007A5E59"/>
        </w:tc>
        <w:tc>
          <w:tcPr>
            <w:tcW w:w="0" w:type="auto"/>
            <w:shd w:val="clear" w:color="auto" w:fill="DBE5F1"/>
          </w:tcPr>
          <w:p w14:paraId="3B244642" w14:textId="77777777" w:rsidR="007A5E59" w:rsidRDefault="007A5E59"/>
        </w:tc>
        <w:tc>
          <w:tcPr>
            <w:tcW w:w="0" w:type="auto"/>
            <w:shd w:val="clear" w:color="auto" w:fill="DBE5F1"/>
          </w:tcPr>
          <w:p w14:paraId="79A8218C" w14:textId="77777777" w:rsidR="007A5E59" w:rsidRDefault="007A5E59"/>
        </w:tc>
        <w:tc>
          <w:tcPr>
            <w:tcW w:w="0" w:type="auto"/>
            <w:shd w:val="clear" w:color="auto" w:fill="DBE5F1"/>
          </w:tcPr>
          <w:p w14:paraId="421BF451" w14:textId="77777777" w:rsidR="007A5E59" w:rsidRDefault="007A5E59"/>
        </w:tc>
        <w:tc>
          <w:tcPr>
            <w:tcW w:w="0" w:type="auto"/>
            <w:shd w:val="clear" w:color="auto" w:fill="DBE5F1"/>
          </w:tcPr>
          <w:p w14:paraId="45789607" w14:textId="77777777" w:rsidR="007A5E59" w:rsidRDefault="007A5E59"/>
        </w:tc>
        <w:tc>
          <w:tcPr>
            <w:tcW w:w="0" w:type="auto"/>
            <w:shd w:val="clear" w:color="auto" w:fill="DBE5F1"/>
          </w:tcPr>
          <w:p w14:paraId="3E2052C6" w14:textId="77777777" w:rsidR="007A5E59" w:rsidRDefault="007A5E59"/>
        </w:tc>
        <w:tc>
          <w:tcPr>
            <w:tcW w:w="0" w:type="auto"/>
            <w:shd w:val="clear" w:color="auto" w:fill="DBE5F1"/>
          </w:tcPr>
          <w:p w14:paraId="791453A9" w14:textId="77777777" w:rsidR="007A5E59" w:rsidRDefault="007A5E59"/>
        </w:tc>
        <w:tc>
          <w:tcPr>
            <w:tcW w:w="0" w:type="auto"/>
            <w:shd w:val="clear" w:color="auto" w:fill="DBE5F1"/>
          </w:tcPr>
          <w:p w14:paraId="1BDA8384" w14:textId="77777777" w:rsidR="007A5E59" w:rsidRDefault="007A5E59"/>
        </w:tc>
        <w:tc>
          <w:tcPr>
            <w:tcW w:w="0" w:type="auto"/>
            <w:shd w:val="clear" w:color="auto" w:fill="DBE5F1"/>
          </w:tcPr>
          <w:p w14:paraId="28F42204" w14:textId="77777777" w:rsidR="007A5E59" w:rsidRDefault="007A5E59"/>
        </w:tc>
        <w:tc>
          <w:tcPr>
            <w:tcW w:w="0" w:type="auto"/>
            <w:shd w:val="clear" w:color="auto" w:fill="DBE5F1"/>
          </w:tcPr>
          <w:p w14:paraId="38C9BCBC" w14:textId="77777777" w:rsidR="007A5E59" w:rsidRDefault="007A5E59"/>
        </w:tc>
        <w:tc>
          <w:tcPr>
            <w:tcW w:w="0" w:type="auto"/>
            <w:shd w:val="clear" w:color="auto" w:fill="DBE5F1"/>
          </w:tcPr>
          <w:p w14:paraId="2E5A4480" w14:textId="77777777" w:rsidR="007A5E59" w:rsidRDefault="007A5E59"/>
        </w:tc>
        <w:tc>
          <w:tcPr>
            <w:tcW w:w="0" w:type="auto"/>
            <w:shd w:val="clear" w:color="auto" w:fill="DBE5F1"/>
          </w:tcPr>
          <w:p w14:paraId="5802B1EC" w14:textId="77777777" w:rsidR="007A5E59" w:rsidRDefault="007A5E59"/>
        </w:tc>
        <w:tc>
          <w:tcPr>
            <w:tcW w:w="0" w:type="auto"/>
            <w:shd w:val="clear" w:color="auto" w:fill="DBE5F1"/>
          </w:tcPr>
          <w:p w14:paraId="7A709940" w14:textId="77777777" w:rsidR="007A5E59" w:rsidRDefault="007A5E59"/>
        </w:tc>
        <w:tc>
          <w:tcPr>
            <w:tcW w:w="0" w:type="auto"/>
            <w:shd w:val="clear" w:color="auto" w:fill="DBE5F1"/>
          </w:tcPr>
          <w:p w14:paraId="4CB42961" w14:textId="77777777" w:rsidR="007A5E59" w:rsidRDefault="007A5E59"/>
        </w:tc>
      </w:tr>
      <w:tr w:rsidR="007A5E59" w14:paraId="16071D32" w14:textId="77777777">
        <w:trPr>
          <w:jc w:val="center"/>
        </w:trPr>
        <w:tc>
          <w:tcPr>
            <w:tcW w:w="0" w:type="auto"/>
          </w:tcPr>
          <w:p w14:paraId="5967E22D" w14:textId="77777777" w:rsidR="007A5E59" w:rsidRPr="00312815" w:rsidRDefault="0095198F">
            <w:pPr>
              <w:rPr>
                <w:lang w:val="ru-RU"/>
              </w:rPr>
            </w:pPr>
            <w:r w:rsidRPr="00312815">
              <w:rPr>
                <w:lang w:val="ru-RU"/>
              </w:rPr>
              <w:t>Участков вне горизонта 2026–2036 (год ввода 2012 и позднее)</w:t>
            </w:r>
          </w:p>
        </w:tc>
        <w:tc>
          <w:tcPr>
            <w:tcW w:w="0" w:type="auto"/>
          </w:tcPr>
          <w:p w14:paraId="015CB556" w14:textId="77777777" w:rsidR="007A5E59" w:rsidRDefault="0095198F">
            <w:pPr>
              <w:jc w:val="center"/>
            </w:pPr>
            <w:r>
              <w:t>1,0</w:t>
            </w:r>
          </w:p>
        </w:tc>
        <w:tc>
          <w:tcPr>
            <w:tcW w:w="0" w:type="auto"/>
          </w:tcPr>
          <w:p w14:paraId="5CA567AD" w14:textId="77777777" w:rsidR="007A5E59" w:rsidRDefault="007A5E59"/>
        </w:tc>
        <w:tc>
          <w:tcPr>
            <w:tcW w:w="0" w:type="auto"/>
          </w:tcPr>
          <w:p w14:paraId="508743F8" w14:textId="77777777" w:rsidR="007A5E59" w:rsidRDefault="007A5E59"/>
        </w:tc>
        <w:tc>
          <w:tcPr>
            <w:tcW w:w="0" w:type="auto"/>
          </w:tcPr>
          <w:p w14:paraId="70476A84" w14:textId="77777777" w:rsidR="007A5E59" w:rsidRDefault="007A5E59"/>
        </w:tc>
        <w:tc>
          <w:tcPr>
            <w:tcW w:w="0" w:type="auto"/>
          </w:tcPr>
          <w:p w14:paraId="7ECE3998" w14:textId="77777777" w:rsidR="007A5E59" w:rsidRDefault="007A5E59"/>
        </w:tc>
        <w:tc>
          <w:tcPr>
            <w:tcW w:w="0" w:type="auto"/>
          </w:tcPr>
          <w:p w14:paraId="48846EEF" w14:textId="77777777" w:rsidR="007A5E59" w:rsidRDefault="007A5E59"/>
        </w:tc>
        <w:tc>
          <w:tcPr>
            <w:tcW w:w="0" w:type="auto"/>
          </w:tcPr>
          <w:p w14:paraId="1BA0A443" w14:textId="77777777" w:rsidR="007A5E59" w:rsidRDefault="007A5E59"/>
        </w:tc>
        <w:tc>
          <w:tcPr>
            <w:tcW w:w="0" w:type="auto"/>
          </w:tcPr>
          <w:p w14:paraId="7CCA6538" w14:textId="77777777" w:rsidR="007A5E59" w:rsidRDefault="007A5E59"/>
        </w:tc>
        <w:tc>
          <w:tcPr>
            <w:tcW w:w="0" w:type="auto"/>
          </w:tcPr>
          <w:p w14:paraId="7B9A0F19" w14:textId="77777777" w:rsidR="007A5E59" w:rsidRDefault="007A5E59"/>
        </w:tc>
        <w:tc>
          <w:tcPr>
            <w:tcW w:w="0" w:type="auto"/>
          </w:tcPr>
          <w:p w14:paraId="604238BA" w14:textId="77777777" w:rsidR="007A5E59" w:rsidRDefault="007A5E59"/>
        </w:tc>
        <w:tc>
          <w:tcPr>
            <w:tcW w:w="0" w:type="auto"/>
          </w:tcPr>
          <w:p w14:paraId="67872124" w14:textId="77777777" w:rsidR="007A5E59" w:rsidRDefault="007A5E59"/>
        </w:tc>
        <w:tc>
          <w:tcPr>
            <w:tcW w:w="0" w:type="auto"/>
          </w:tcPr>
          <w:p w14:paraId="460F5FA8" w14:textId="77777777" w:rsidR="007A5E59" w:rsidRDefault="007A5E59"/>
        </w:tc>
        <w:tc>
          <w:tcPr>
            <w:tcW w:w="0" w:type="auto"/>
          </w:tcPr>
          <w:p w14:paraId="56D59A5A" w14:textId="77777777" w:rsidR="007A5E59" w:rsidRDefault="007A5E59"/>
        </w:tc>
        <w:tc>
          <w:tcPr>
            <w:tcW w:w="0" w:type="auto"/>
          </w:tcPr>
          <w:p w14:paraId="5B8F653B" w14:textId="77777777" w:rsidR="007A5E59" w:rsidRDefault="007A5E59"/>
        </w:tc>
        <w:tc>
          <w:tcPr>
            <w:tcW w:w="0" w:type="auto"/>
          </w:tcPr>
          <w:p w14:paraId="272B6FE9" w14:textId="77777777" w:rsidR="007A5E59" w:rsidRDefault="007A5E59"/>
        </w:tc>
        <w:tc>
          <w:tcPr>
            <w:tcW w:w="0" w:type="auto"/>
          </w:tcPr>
          <w:p w14:paraId="48711190" w14:textId="77777777" w:rsidR="007A5E59" w:rsidRDefault="007A5E59"/>
        </w:tc>
        <w:tc>
          <w:tcPr>
            <w:tcW w:w="0" w:type="auto"/>
          </w:tcPr>
          <w:p w14:paraId="34BBABF0" w14:textId="77777777" w:rsidR="007A5E59" w:rsidRDefault="007A5E59"/>
        </w:tc>
        <w:tc>
          <w:tcPr>
            <w:tcW w:w="0" w:type="auto"/>
          </w:tcPr>
          <w:p w14:paraId="1EBFDBE0" w14:textId="77777777" w:rsidR="007A5E59" w:rsidRDefault="007A5E59"/>
        </w:tc>
        <w:tc>
          <w:tcPr>
            <w:tcW w:w="0" w:type="auto"/>
          </w:tcPr>
          <w:p w14:paraId="4162D101" w14:textId="77777777" w:rsidR="007A5E59" w:rsidRDefault="007A5E59"/>
        </w:tc>
        <w:tc>
          <w:tcPr>
            <w:tcW w:w="0" w:type="auto"/>
          </w:tcPr>
          <w:p w14:paraId="06F8E8C9" w14:textId="77777777" w:rsidR="007A5E59" w:rsidRDefault="007A5E59"/>
        </w:tc>
      </w:tr>
      <w:tr w:rsidR="007A5E59" w14:paraId="439D69CF" w14:textId="77777777">
        <w:trPr>
          <w:jc w:val="center"/>
        </w:trPr>
        <w:tc>
          <w:tcPr>
            <w:tcW w:w="0" w:type="auto"/>
          </w:tcPr>
          <w:p w14:paraId="29F7C728" w14:textId="77777777" w:rsidR="007A5E59" w:rsidRPr="00312815" w:rsidRDefault="0095198F">
            <w:pPr>
              <w:rPr>
                <w:lang w:val="ru-RU"/>
              </w:rPr>
            </w:pPr>
            <w:r w:rsidRPr="00312815">
              <w:rPr>
                <w:lang w:val="ru-RU"/>
              </w:rPr>
              <w:t>Под замену по программе мероприятий 2026, м</w:t>
            </w:r>
          </w:p>
        </w:tc>
        <w:tc>
          <w:tcPr>
            <w:tcW w:w="0" w:type="auto"/>
          </w:tcPr>
          <w:p w14:paraId="21A001A8" w14:textId="77777777" w:rsidR="007A5E59" w:rsidRDefault="0095198F">
            <w:pPr>
              <w:jc w:val="center"/>
            </w:pPr>
            <w:r>
              <w:t>0,0</w:t>
            </w:r>
          </w:p>
        </w:tc>
        <w:tc>
          <w:tcPr>
            <w:tcW w:w="0" w:type="auto"/>
          </w:tcPr>
          <w:p w14:paraId="126C3F62" w14:textId="77777777" w:rsidR="007A5E59" w:rsidRDefault="007A5E59"/>
        </w:tc>
        <w:tc>
          <w:tcPr>
            <w:tcW w:w="0" w:type="auto"/>
          </w:tcPr>
          <w:p w14:paraId="5DC852AA" w14:textId="77777777" w:rsidR="007A5E59" w:rsidRDefault="007A5E59"/>
        </w:tc>
        <w:tc>
          <w:tcPr>
            <w:tcW w:w="0" w:type="auto"/>
          </w:tcPr>
          <w:p w14:paraId="69182935" w14:textId="77777777" w:rsidR="007A5E59" w:rsidRDefault="007A5E59"/>
        </w:tc>
        <w:tc>
          <w:tcPr>
            <w:tcW w:w="0" w:type="auto"/>
          </w:tcPr>
          <w:p w14:paraId="5EF1D435" w14:textId="77777777" w:rsidR="007A5E59" w:rsidRDefault="007A5E59"/>
        </w:tc>
        <w:tc>
          <w:tcPr>
            <w:tcW w:w="0" w:type="auto"/>
          </w:tcPr>
          <w:p w14:paraId="7E66DC0D" w14:textId="77777777" w:rsidR="007A5E59" w:rsidRDefault="007A5E59"/>
        </w:tc>
        <w:tc>
          <w:tcPr>
            <w:tcW w:w="0" w:type="auto"/>
          </w:tcPr>
          <w:p w14:paraId="4B14E704" w14:textId="77777777" w:rsidR="007A5E59" w:rsidRDefault="007A5E59"/>
        </w:tc>
        <w:tc>
          <w:tcPr>
            <w:tcW w:w="0" w:type="auto"/>
          </w:tcPr>
          <w:p w14:paraId="7BEF6DE0" w14:textId="77777777" w:rsidR="007A5E59" w:rsidRDefault="007A5E59"/>
        </w:tc>
        <w:tc>
          <w:tcPr>
            <w:tcW w:w="0" w:type="auto"/>
          </w:tcPr>
          <w:p w14:paraId="2B571A05" w14:textId="77777777" w:rsidR="007A5E59" w:rsidRDefault="007A5E59"/>
        </w:tc>
        <w:tc>
          <w:tcPr>
            <w:tcW w:w="0" w:type="auto"/>
          </w:tcPr>
          <w:p w14:paraId="478DFE2B" w14:textId="77777777" w:rsidR="007A5E59" w:rsidRDefault="007A5E59"/>
        </w:tc>
        <w:tc>
          <w:tcPr>
            <w:tcW w:w="0" w:type="auto"/>
          </w:tcPr>
          <w:p w14:paraId="2D5C94FC" w14:textId="77777777" w:rsidR="007A5E59" w:rsidRDefault="007A5E59"/>
        </w:tc>
        <w:tc>
          <w:tcPr>
            <w:tcW w:w="0" w:type="auto"/>
          </w:tcPr>
          <w:p w14:paraId="53CC4776" w14:textId="77777777" w:rsidR="007A5E59" w:rsidRDefault="007A5E59"/>
        </w:tc>
        <w:tc>
          <w:tcPr>
            <w:tcW w:w="0" w:type="auto"/>
          </w:tcPr>
          <w:p w14:paraId="5EDE5162" w14:textId="77777777" w:rsidR="007A5E59" w:rsidRDefault="007A5E59"/>
        </w:tc>
        <w:tc>
          <w:tcPr>
            <w:tcW w:w="0" w:type="auto"/>
          </w:tcPr>
          <w:p w14:paraId="11E4FC70" w14:textId="77777777" w:rsidR="007A5E59" w:rsidRDefault="007A5E59"/>
        </w:tc>
        <w:tc>
          <w:tcPr>
            <w:tcW w:w="0" w:type="auto"/>
          </w:tcPr>
          <w:p w14:paraId="18B51461" w14:textId="77777777" w:rsidR="007A5E59" w:rsidRDefault="007A5E59"/>
        </w:tc>
        <w:tc>
          <w:tcPr>
            <w:tcW w:w="0" w:type="auto"/>
          </w:tcPr>
          <w:p w14:paraId="75DB8FD9" w14:textId="77777777" w:rsidR="007A5E59" w:rsidRDefault="007A5E59"/>
        </w:tc>
        <w:tc>
          <w:tcPr>
            <w:tcW w:w="0" w:type="auto"/>
          </w:tcPr>
          <w:p w14:paraId="032A6408" w14:textId="77777777" w:rsidR="007A5E59" w:rsidRDefault="007A5E59"/>
        </w:tc>
        <w:tc>
          <w:tcPr>
            <w:tcW w:w="0" w:type="auto"/>
          </w:tcPr>
          <w:p w14:paraId="0C4C457A" w14:textId="77777777" w:rsidR="007A5E59" w:rsidRDefault="007A5E59"/>
        </w:tc>
        <w:tc>
          <w:tcPr>
            <w:tcW w:w="0" w:type="auto"/>
          </w:tcPr>
          <w:p w14:paraId="65120022" w14:textId="77777777" w:rsidR="007A5E59" w:rsidRDefault="007A5E59"/>
        </w:tc>
        <w:tc>
          <w:tcPr>
            <w:tcW w:w="0" w:type="auto"/>
          </w:tcPr>
          <w:p w14:paraId="7E9C0CA1" w14:textId="77777777" w:rsidR="007A5E59" w:rsidRDefault="007A5E59"/>
        </w:tc>
      </w:tr>
      <w:tr w:rsidR="007A5E59" w14:paraId="4B15A470" w14:textId="77777777">
        <w:trPr>
          <w:jc w:val="center"/>
        </w:trPr>
        <w:tc>
          <w:tcPr>
            <w:tcW w:w="0" w:type="auto"/>
          </w:tcPr>
          <w:p w14:paraId="08F104A4" w14:textId="77777777" w:rsidR="007A5E59" w:rsidRPr="00312815" w:rsidRDefault="0095198F">
            <w:pPr>
              <w:rPr>
                <w:lang w:val="ru-RU"/>
              </w:rPr>
            </w:pPr>
            <w:r w:rsidRPr="00312815">
              <w:rPr>
                <w:lang w:val="ru-RU"/>
              </w:rPr>
              <w:t>Новое строительство по программе 2026, м</w:t>
            </w:r>
          </w:p>
        </w:tc>
        <w:tc>
          <w:tcPr>
            <w:tcW w:w="0" w:type="auto"/>
          </w:tcPr>
          <w:p w14:paraId="214BC446" w14:textId="77777777" w:rsidR="007A5E59" w:rsidRDefault="0095198F">
            <w:pPr>
              <w:jc w:val="center"/>
            </w:pPr>
            <w:r>
              <w:t>0,0</w:t>
            </w:r>
          </w:p>
        </w:tc>
        <w:tc>
          <w:tcPr>
            <w:tcW w:w="0" w:type="auto"/>
          </w:tcPr>
          <w:p w14:paraId="72B569D9" w14:textId="77777777" w:rsidR="007A5E59" w:rsidRDefault="007A5E59"/>
        </w:tc>
        <w:tc>
          <w:tcPr>
            <w:tcW w:w="0" w:type="auto"/>
          </w:tcPr>
          <w:p w14:paraId="34AAA16B" w14:textId="77777777" w:rsidR="007A5E59" w:rsidRDefault="007A5E59"/>
        </w:tc>
        <w:tc>
          <w:tcPr>
            <w:tcW w:w="0" w:type="auto"/>
          </w:tcPr>
          <w:p w14:paraId="10FF5BD1" w14:textId="77777777" w:rsidR="007A5E59" w:rsidRDefault="007A5E59"/>
        </w:tc>
        <w:tc>
          <w:tcPr>
            <w:tcW w:w="0" w:type="auto"/>
          </w:tcPr>
          <w:p w14:paraId="2F722184" w14:textId="77777777" w:rsidR="007A5E59" w:rsidRDefault="007A5E59"/>
        </w:tc>
        <w:tc>
          <w:tcPr>
            <w:tcW w:w="0" w:type="auto"/>
          </w:tcPr>
          <w:p w14:paraId="487C8E75" w14:textId="77777777" w:rsidR="007A5E59" w:rsidRDefault="007A5E59"/>
        </w:tc>
        <w:tc>
          <w:tcPr>
            <w:tcW w:w="0" w:type="auto"/>
          </w:tcPr>
          <w:p w14:paraId="6D71FF9C" w14:textId="77777777" w:rsidR="007A5E59" w:rsidRDefault="007A5E59"/>
        </w:tc>
        <w:tc>
          <w:tcPr>
            <w:tcW w:w="0" w:type="auto"/>
          </w:tcPr>
          <w:p w14:paraId="4967ED19" w14:textId="77777777" w:rsidR="007A5E59" w:rsidRDefault="007A5E59"/>
        </w:tc>
        <w:tc>
          <w:tcPr>
            <w:tcW w:w="0" w:type="auto"/>
          </w:tcPr>
          <w:p w14:paraId="32FFA170" w14:textId="77777777" w:rsidR="007A5E59" w:rsidRDefault="007A5E59"/>
        </w:tc>
        <w:tc>
          <w:tcPr>
            <w:tcW w:w="0" w:type="auto"/>
          </w:tcPr>
          <w:p w14:paraId="13E118DC" w14:textId="77777777" w:rsidR="007A5E59" w:rsidRDefault="007A5E59"/>
        </w:tc>
        <w:tc>
          <w:tcPr>
            <w:tcW w:w="0" w:type="auto"/>
          </w:tcPr>
          <w:p w14:paraId="3D837B3A" w14:textId="77777777" w:rsidR="007A5E59" w:rsidRDefault="007A5E59"/>
        </w:tc>
        <w:tc>
          <w:tcPr>
            <w:tcW w:w="0" w:type="auto"/>
          </w:tcPr>
          <w:p w14:paraId="781B2899" w14:textId="77777777" w:rsidR="007A5E59" w:rsidRDefault="007A5E59"/>
        </w:tc>
        <w:tc>
          <w:tcPr>
            <w:tcW w:w="0" w:type="auto"/>
          </w:tcPr>
          <w:p w14:paraId="44F16F31" w14:textId="77777777" w:rsidR="007A5E59" w:rsidRDefault="007A5E59"/>
        </w:tc>
        <w:tc>
          <w:tcPr>
            <w:tcW w:w="0" w:type="auto"/>
          </w:tcPr>
          <w:p w14:paraId="7D437D25" w14:textId="77777777" w:rsidR="007A5E59" w:rsidRDefault="007A5E59"/>
        </w:tc>
        <w:tc>
          <w:tcPr>
            <w:tcW w:w="0" w:type="auto"/>
          </w:tcPr>
          <w:p w14:paraId="2124E62F" w14:textId="77777777" w:rsidR="007A5E59" w:rsidRDefault="007A5E59"/>
        </w:tc>
        <w:tc>
          <w:tcPr>
            <w:tcW w:w="0" w:type="auto"/>
          </w:tcPr>
          <w:p w14:paraId="1F9F68BA" w14:textId="77777777" w:rsidR="007A5E59" w:rsidRDefault="007A5E59"/>
        </w:tc>
        <w:tc>
          <w:tcPr>
            <w:tcW w:w="0" w:type="auto"/>
          </w:tcPr>
          <w:p w14:paraId="41815E45" w14:textId="77777777" w:rsidR="007A5E59" w:rsidRDefault="007A5E59"/>
        </w:tc>
        <w:tc>
          <w:tcPr>
            <w:tcW w:w="0" w:type="auto"/>
          </w:tcPr>
          <w:p w14:paraId="1B0A4779" w14:textId="77777777" w:rsidR="007A5E59" w:rsidRDefault="007A5E59"/>
        </w:tc>
        <w:tc>
          <w:tcPr>
            <w:tcW w:w="0" w:type="auto"/>
          </w:tcPr>
          <w:p w14:paraId="7464AE97" w14:textId="77777777" w:rsidR="007A5E59" w:rsidRDefault="007A5E59"/>
        </w:tc>
        <w:tc>
          <w:tcPr>
            <w:tcW w:w="0" w:type="auto"/>
          </w:tcPr>
          <w:p w14:paraId="558ADB8D" w14:textId="77777777" w:rsidR="007A5E59" w:rsidRDefault="007A5E59"/>
        </w:tc>
      </w:tr>
      <w:tr w:rsidR="007A5E59" w:rsidRPr="00C07C05" w14:paraId="270C48B2" w14:textId="77777777">
        <w:trPr>
          <w:jc w:val="center"/>
        </w:trPr>
        <w:tc>
          <w:tcPr>
            <w:tcW w:w="0" w:type="auto"/>
          </w:tcPr>
          <w:p w14:paraId="18522BF7" w14:textId="77777777" w:rsidR="007A5E59" w:rsidRPr="00312815" w:rsidRDefault="0095198F">
            <w:pPr>
              <w:rPr>
                <w:lang w:val="ru-RU"/>
              </w:rPr>
            </w:pPr>
            <w:r w:rsidRPr="00312815">
              <w:rPr>
                <w:lang w:val="ru-RU"/>
              </w:rPr>
              <w:t>Стоимость мероприятий по программе 2026, тыс. руб.</w:t>
            </w:r>
          </w:p>
        </w:tc>
        <w:tc>
          <w:tcPr>
            <w:tcW w:w="0" w:type="auto"/>
          </w:tcPr>
          <w:p w14:paraId="236D5CF4" w14:textId="77777777" w:rsidR="007A5E59" w:rsidRPr="00312815" w:rsidRDefault="007A5E59">
            <w:pPr>
              <w:rPr>
                <w:lang w:val="ru-RU"/>
              </w:rPr>
            </w:pPr>
          </w:p>
        </w:tc>
        <w:tc>
          <w:tcPr>
            <w:tcW w:w="0" w:type="auto"/>
          </w:tcPr>
          <w:p w14:paraId="3593B54A" w14:textId="77777777" w:rsidR="007A5E59" w:rsidRPr="00312815" w:rsidRDefault="007A5E59">
            <w:pPr>
              <w:rPr>
                <w:lang w:val="ru-RU"/>
              </w:rPr>
            </w:pPr>
          </w:p>
        </w:tc>
        <w:tc>
          <w:tcPr>
            <w:tcW w:w="0" w:type="auto"/>
          </w:tcPr>
          <w:p w14:paraId="7E9E97A5" w14:textId="77777777" w:rsidR="007A5E59" w:rsidRPr="00312815" w:rsidRDefault="007A5E59">
            <w:pPr>
              <w:rPr>
                <w:lang w:val="ru-RU"/>
              </w:rPr>
            </w:pPr>
          </w:p>
        </w:tc>
        <w:tc>
          <w:tcPr>
            <w:tcW w:w="0" w:type="auto"/>
          </w:tcPr>
          <w:p w14:paraId="252C84E3" w14:textId="77777777" w:rsidR="007A5E59" w:rsidRPr="00312815" w:rsidRDefault="007A5E59">
            <w:pPr>
              <w:rPr>
                <w:lang w:val="ru-RU"/>
              </w:rPr>
            </w:pPr>
          </w:p>
        </w:tc>
        <w:tc>
          <w:tcPr>
            <w:tcW w:w="0" w:type="auto"/>
          </w:tcPr>
          <w:p w14:paraId="37F2BA54" w14:textId="77777777" w:rsidR="007A5E59" w:rsidRPr="00312815" w:rsidRDefault="007A5E59">
            <w:pPr>
              <w:rPr>
                <w:lang w:val="ru-RU"/>
              </w:rPr>
            </w:pPr>
          </w:p>
        </w:tc>
        <w:tc>
          <w:tcPr>
            <w:tcW w:w="0" w:type="auto"/>
          </w:tcPr>
          <w:p w14:paraId="75E2F564" w14:textId="77777777" w:rsidR="007A5E59" w:rsidRPr="00312815" w:rsidRDefault="007A5E59">
            <w:pPr>
              <w:rPr>
                <w:lang w:val="ru-RU"/>
              </w:rPr>
            </w:pPr>
          </w:p>
        </w:tc>
        <w:tc>
          <w:tcPr>
            <w:tcW w:w="0" w:type="auto"/>
          </w:tcPr>
          <w:p w14:paraId="1EECE51B" w14:textId="77777777" w:rsidR="007A5E59" w:rsidRPr="00312815" w:rsidRDefault="007A5E59">
            <w:pPr>
              <w:rPr>
                <w:lang w:val="ru-RU"/>
              </w:rPr>
            </w:pPr>
          </w:p>
        </w:tc>
        <w:tc>
          <w:tcPr>
            <w:tcW w:w="0" w:type="auto"/>
          </w:tcPr>
          <w:p w14:paraId="011E0651" w14:textId="77777777" w:rsidR="007A5E59" w:rsidRPr="00312815" w:rsidRDefault="007A5E59">
            <w:pPr>
              <w:rPr>
                <w:lang w:val="ru-RU"/>
              </w:rPr>
            </w:pPr>
          </w:p>
        </w:tc>
        <w:tc>
          <w:tcPr>
            <w:tcW w:w="0" w:type="auto"/>
          </w:tcPr>
          <w:p w14:paraId="77E50C2B" w14:textId="77777777" w:rsidR="007A5E59" w:rsidRPr="00312815" w:rsidRDefault="007A5E59">
            <w:pPr>
              <w:rPr>
                <w:lang w:val="ru-RU"/>
              </w:rPr>
            </w:pPr>
          </w:p>
        </w:tc>
        <w:tc>
          <w:tcPr>
            <w:tcW w:w="0" w:type="auto"/>
          </w:tcPr>
          <w:p w14:paraId="2910B70C" w14:textId="77777777" w:rsidR="007A5E59" w:rsidRPr="00312815" w:rsidRDefault="007A5E59">
            <w:pPr>
              <w:rPr>
                <w:lang w:val="ru-RU"/>
              </w:rPr>
            </w:pPr>
          </w:p>
        </w:tc>
        <w:tc>
          <w:tcPr>
            <w:tcW w:w="0" w:type="auto"/>
          </w:tcPr>
          <w:p w14:paraId="014B1C42" w14:textId="77777777" w:rsidR="007A5E59" w:rsidRPr="00312815" w:rsidRDefault="007A5E59">
            <w:pPr>
              <w:rPr>
                <w:lang w:val="ru-RU"/>
              </w:rPr>
            </w:pPr>
          </w:p>
        </w:tc>
        <w:tc>
          <w:tcPr>
            <w:tcW w:w="0" w:type="auto"/>
          </w:tcPr>
          <w:p w14:paraId="3987BBBC" w14:textId="77777777" w:rsidR="007A5E59" w:rsidRPr="00312815" w:rsidRDefault="007A5E59">
            <w:pPr>
              <w:rPr>
                <w:lang w:val="ru-RU"/>
              </w:rPr>
            </w:pPr>
          </w:p>
        </w:tc>
        <w:tc>
          <w:tcPr>
            <w:tcW w:w="0" w:type="auto"/>
          </w:tcPr>
          <w:p w14:paraId="2739F823" w14:textId="77777777" w:rsidR="007A5E59" w:rsidRPr="00312815" w:rsidRDefault="007A5E59">
            <w:pPr>
              <w:rPr>
                <w:lang w:val="ru-RU"/>
              </w:rPr>
            </w:pPr>
          </w:p>
        </w:tc>
        <w:tc>
          <w:tcPr>
            <w:tcW w:w="0" w:type="auto"/>
          </w:tcPr>
          <w:p w14:paraId="75F117AD" w14:textId="77777777" w:rsidR="007A5E59" w:rsidRPr="00312815" w:rsidRDefault="007A5E59">
            <w:pPr>
              <w:rPr>
                <w:lang w:val="ru-RU"/>
              </w:rPr>
            </w:pPr>
          </w:p>
        </w:tc>
        <w:tc>
          <w:tcPr>
            <w:tcW w:w="0" w:type="auto"/>
          </w:tcPr>
          <w:p w14:paraId="3D263432" w14:textId="77777777" w:rsidR="007A5E59" w:rsidRPr="00312815" w:rsidRDefault="007A5E59">
            <w:pPr>
              <w:rPr>
                <w:lang w:val="ru-RU"/>
              </w:rPr>
            </w:pPr>
          </w:p>
        </w:tc>
        <w:tc>
          <w:tcPr>
            <w:tcW w:w="0" w:type="auto"/>
          </w:tcPr>
          <w:p w14:paraId="7DAD2ED0" w14:textId="77777777" w:rsidR="007A5E59" w:rsidRPr="00312815" w:rsidRDefault="007A5E59">
            <w:pPr>
              <w:rPr>
                <w:lang w:val="ru-RU"/>
              </w:rPr>
            </w:pPr>
          </w:p>
        </w:tc>
        <w:tc>
          <w:tcPr>
            <w:tcW w:w="0" w:type="auto"/>
          </w:tcPr>
          <w:p w14:paraId="77E9DACB" w14:textId="77777777" w:rsidR="007A5E59" w:rsidRPr="00312815" w:rsidRDefault="007A5E59">
            <w:pPr>
              <w:rPr>
                <w:lang w:val="ru-RU"/>
              </w:rPr>
            </w:pPr>
          </w:p>
        </w:tc>
        <w:tc>
          <w:tcPr>
            <w:tcW w:w="0" w:type="auto"/>
          </w:tcPr>
          <w:p w14:paraId="617B9A0D" w14:textId="77777777" w:rsidR="007A5E59" w:rsidRPr="00312815" w:rsidRDefault="007A5E59">
            <w:pPr>
              <w:rPr>
                <w:lang w:val="ru-RU"/>
              </w:rPr>
            </w:pPr>
          </w:p>
        </w:tc>
        <w:tc>
          <w:tcPr>
            <w:tcW w:w="0" w:type="auto"/>
          </w:tcPr>
          <w:p w14:paraId="5DD1CBBF" w14:textId="77777777" w:rsidR="007A5E59" w:rsidRPr="00312815" w:rsidRDefault="007A5E59">
            <w:pPr>
              <w:rPr>
                <w:lang w:val="ru-RU"/>
              </w:rPr>
            </w:pPr>
          </w:p>
        </w:tc>
        <w:tc>
          <w:tcPr>
            <w:tcW w:w="0" w:type="auto"/>
          </w:tcPr>
          <w:p w14:paraId="54825539" w14:textId="77777777" w:rsidR="007A5E59" w:rsidRPr="00312815" w:rsidRDefault="007A5E59">
            <w:pPr>
              <w:rPr>
                <w:lang w:val="ru-RU"/>
              </w:rPr>
            </w:pPr>
          </w:p>
        </w:tc>
      </w:tr>
      <w:tr w:rsidR="007A5E59" w14:paraId="4379A5BD" w14:textId="77777777">
        <w:trPr>
          <w:jc w:val="center"/>
        </w:trPr>
        <w:tc>
          <w:tcPr>
            <w:tcW w:w="0" w:type="auto"/>
          </w:tcPr>
          <w:p w14:paraId="1D4D981A" w14:textId="77777777" w:rsidR="007A5E59" w:rsidRPr="00312815" w:rsidRDefault="0095198F">
            <w:pPr>
              <w:rPr>
                <w:lang w:val="ru-RU"/>
              </w:rPr>
            </w:pPr>
            <w:r w:rsidRPr="00312815">
              <w:rPr>
                <w:lang w:val="ru-RU"/>
              </w:rPr>
              <w:t>Сверка: ИТОГО блока 1 = сумме длин участков базы</w:t>
            </w:r>
          </w:p>
        </w:tc>
        <w:tc>
          <w:tcPr>
            <w:tcW w:w="0" w:type="auto"/>
          </w:tcPr>
          <w:p w14:paraId="44D0E334" w14:textId="77777777" w:rsidR="007A5E59" w:rsidRDefault="0095198F">
            <w:r>
              <w:t>ДА</w:t>
            </w:r>
          </w:p>
        </w:tc>
        <w:tc>
          <w:tcPr>
            <w:tcW w:w="0" w:type="auto"/>
          </w:tcPr>
          <w:p w14:paraId="1CA91FDA" w14:textId="77777777" w:rsidR="007A5E59" w:rsidRDefault="007A5E59"/>
        </w:tc>
        <w:tc>
          <w:tcPr>
            <w:tcW w:w="0" w:type="auto"/>
          </w:tcPr>
          <w:p w14:paraId="1F37BF7F" w14:textId="77777777" w:rsidR="007A5E59" w:rsidRDefault="007A5E59"/>
        </w:tc>
        <w:tc>
          <w:tcPr>
            <w:tcW w:w="0" w:type="auto"/>
          </w:tcPr>
          <w:p w14:paraId="38BA21AF" w14:textId="77777777" w:rsidR="007A5E59" w:rsidRDefault="007A5E59"/>
        </w:tc>
        <w:tc>
          <w:tcPr>
            <w:tcW w:w="0" w:type="auto"/>
          </w:tcPr>
          <w:p w14:paraId="57AB1967" w14:textId="77777777" w:rsidR="007A5E59" w:rsidRDefault="007A5E59"/>
        </w:tc>
        <w:tc>
          <w:tcPr>
            <w:tcW w:w="0" w:type="auto"/>
          </w:tcPr>
          <w:p w14:paraId="59FA74A9" w14:textId="77777777" w:rsidR="007A5E59" w:rsidRDefault="007A5E59"/>
        </w:tc>
        <w:tc>
          <w:tcPr>
            <w:tcW w:w="0" w:type="auto"/>
          </w:tcPr>
          <w:p w14:paraId="785A54FA" w14:textId="77777777" w:rsidR="007A5E59" w:rsidRDefault="007A5E59"/>
        </w:tc>
        <w:tc>
          <w:tcPr>
            <w:tcW w:w="0" w:type="auto"/>
          </w:tcPr>
          <w:p w14:paraId="3C7AF601" w14:textId="77777777" w:rsidR="007A5E59" w:rsidRDefault="007A5E59"/>
        </w:tc>
        <w:tc>
          <w:tcPr>
            <w:tcW w:w="0" w:type="auto"/>
          </w:tcPr>
          <w:p w14:paraId="543C4F84" w14:textId="77777777" w:rsidR="007A5E59" w:rsidRDefault="007A5E59"/>
        </w:tc>
        <w:tc>
          <w:tcPr>
            <w:tcW w:w="0" w:type="auto"/>
          </w:tcPr>
          <w:p w14:paraId="28C35BE9" w14:textId="77777777" w:rsidR="007A5E59" w:rsidRDefault="007A5E59"/>
        </w:tc>
        <w:tc>
          <w:tcPr>
            <w:tcW w:w="0" w:type="auto"/>
          </w:tcPr>
          <w:p w14:paraId="69A9D521" w14:textId="77777777" w:rsidR="007A5E59" w:rsidRDefault="007A5E59"/>
        </w:tc>
        <w:tc>
          <w:tcPr>
            <w:tcW w:w="0" w:type="auto"/>
          </w:tcPr>
          <w:p w14:paraId="33624AE0" w14:textId="77777777" w:rsidR="007A5E59" w:rsidRDefault="007A5E59"/>
        </w:tc>
        <w:tc>
          <w:tcPr>
            <w:tcW w:w="0" w:type="auto"/>
          </w:tcPr>
          <w:p w14:paraId="5CDF3ED4" w14:textId="77777777" w:rsidR="007A5E59" w:rsidRDefault="007A5E59"/>
        </w:tc>
        <w:tc>
          <w:tcPr>
            <w:tcW w:w="0" w:type="auto"/>
          </w:tcPr>
          <w:p w14:paraId="7B7A217B" w14:textId="77777777" w:rsidR="007A5E59" w:rsidRDefault="007A5E59"/>
        </w:tc>
        <w:tc>
          <w:tcPr>
            <w:tcW w:w="0" w:type="auto"/>
          </w:tcPr>
          <w:p w14:paraId="17635D0E" w14:textId="77777777" w:rsidR="007A5E59" w:rsidRDefault="007A5E59"/>
        </w:tc>
        <w:tc>
          <w:tcPr>
            <w:tcW w:w="0" w:type="auto"/>
          </w:tcPr>
          <w:p w14:paraId="59F58ED1" w14:textId="77777777" w:rsidR="007A5E59" w:rsidRDefault="007A5E59"/>
        </w:tc>
        <w:tc>
          <w:tcPr>
            <w:tcW w:w="0" w:type="auto"/>
          </w:tcPr>
          <w:p w14:paraId="3C74D2A0" w14:textId="77777777" w:rsidR="007A5E59" w:rsidRDefault="007A5E59"/>
        </w:tc>
        <w:tc>
          <w:tcPr>
            <w:tcW w:w="0" w:type="auto"/>
          </w:tcPr>
          <w:p w14:paraId="68C110C6" w14:textId="77777777" w:rsidR="007A5E59" w:rsidRDefault="007A5E59"/>
        </w:tc>
        <w:tc>
          <w:tcPr>
            <w:tcW w:w="0" w:type="auto"/>
          </w:tcPr>
          <w:p w14:paraId="51AD752A" w14:textId="77777777" w:rsidR="007A5E59" w:rsidRDefault="007A5E59"/>
        </w:tc>
        <w:tc>
          <w:tcPr>
            <w:tcW w:w="0" w:type="auto"/>
          </w:tcPr>
          <w:p w14:paraId="0674A20E" w14:textId="77777777" w:rsidR="007A5E59" w:rsidRDefault="007A5E59"/>
        </w:tc>
      </w:tr>
    </w:tbl>
    <w:p w14:paraId="2CD81569" w14:textId="77777777" w:rsidR="007A5E59" w:rsidRDefault="007A5E59"/>
    <w:p w14:paraId="78BA1723" w14:textId="77777777" w:rsidR="007A5E59" w:rsidRPr="00312815" w:rsidRDefault="0095198F">
      <w:pPr>
        <w:rPr>
          <w:lang w:val="ru-RU"/>
        </w:rPr>
      </w:pPr>
      <w:r w:rsidRPr="00312815">
        <w:rPr>
          <w:b/>
          <w:lang w:val="ru-RU"/>
        </w:rPr>
        <w:t>Таблица П3.4. Распределение протяжённости тепловых сетей по диаметрам — Производственно-отопительная УПК № 9 ГРЭ (г. Таштагол)</w:t>
      </w:r>
    </w:p>
    <w:tbl>
      <w:tblPr>
        <w:tblStyle w:val="aff0"/>
        <w:tblW w:w="5000" w:type="pct"/>
        <w:jc w:val="center"/>
        <w:tblCellMar>
          <w:left w:w="57" w:type="dxa"/>
          <w:right w:w="57" w:type="dxa"/>
        </w:tblCellMar>
        <w:tblLook w:val="04A0" w:firstRow="1" w:lastRow="0" w:firstColumn="1" w:lastColumn="0" w:noHBand="0" w:noVBand="1"/>
      </w:tblPr>
      <w:tblGrid>
        <w:gridCol w:w="932"/>
        <w:gridCol w:w="441"/>
        <w:gridCol w:w="384"/>
        <w:gridCol w:w="383"/>
        <w:gridCol w:w="383"/>
        <w:gridCol w:w="383"/>
        <w:gridCol w:w="383"/>
        <w:gridCol w:w="383"/>
        <w:gridCol w:w="383"/>
        <w:gridCol w:w="383"/>
        <w:gridCol w:w="383"/>
        <w:gridCol w:w="442"/>
        <w:gridCol w:w="442"/>
        <w:gridCol w:w="442"/>
        <w:gridCol w:w="442"/>
        <w:gridCol w:w="442"/>
        <w:gridCol w:w="442"/>
        <w:gridCol w:w="442"/>
        <w:gridCol w:w="442"/>
        <w:gridCol w:w="442"/>
        <w:gridCol w:w="546"/>
      </w:tblGrid>
      <w:tr w:rsidR="007A5E59" w:rsidRPr="00C07C05" w14:paraId="54CAE837" w14:textId="77777777">
        <w:trPr>
          <w:cantSplit/>
          <w:tblHeader/>
          <w:jc w:val="center"/>
        </w:trPr>
        <w:tc>
          <w:tcPr>
            <w:tcW w:w="0" w:type="auto"/>
            <w:vMerge w:val="restart"/>
            <w:shd w:val="clear" w:color="auto" w:fill="E2F0D9"/>
            <w:vAlign w:val="center"/>
          </w:tcPr>
          <w:p w14:paraId="16168A2F" w14:textId="77777777" w:rsidR="007A5E59" w:rsidRDefault="0095198F">
            <w:pPr>
              <w:jc w:val="center"/>
            </w:pPr>
            <w:r>
              <w:rPr>
                <w:b/>
              </w:rPr>
              <w:t>Способ прокладки</w:t>
            </w:r>
          </w:p>
        </w:tc>
        <w:tc>
          <w:tcPr>
            <w:tcW w:w="0" w:type="auto"/>
            <w:gridSpan w:val="20"/>
            <w:shd w:val="clear" w:color="auto" w:fill="E2F0D9"/>
            <w:vAlign w:val="center"/>
          </w:tcPr>
          <w:p w14:paraId="79BFF946" w14:textId="77777777" w:rsidR="007A5E59" w:rsidRPr="00312815" w:rsidRDefault="0095198F">
            <w:pPr>
              <w:jc w:val="center"/>
              <w:rPr>
                <w:lang w:val="ru-RU"/>
              </w:rPr>
            </w:pPr>
            <w:r w:rsidRPr="00312815">
              <w:rPr>
                <w:b/>
                <w:lang w:val="ru-RU"/>
              </w:rPr>
              <w:t>Длина по оси трассы (двухтрубная прокладка), м</w:t>
            </w:r>
          </w:p>
        </w:tc>
      </w:tr>
      <w:tr w:rsidR="007A5E59" w14:paraId="40BCA7F7" w14:textId="77777777">
        <w:trPr>
          <w:cantSplit/>
          <w:tblHeader/>
          <w:jc w:val="center"/>
        </w:trPr>
        <w:tc>
          <w:tcPr>
            <w:tcW w:w="0" w:type="auto"/>
            <w:vMerge/>
            <w:shd w:val="clear" w:color="auto" w:fill="E2F0D9"/>
            <w:vAlign w:val="center"/>
          </w:tcPr>
          <w:p w14:paraId="073B7481" w14:textId="77777777" w:rsidR="007A5E59" w:rsidRPr="00312815" w:rsidRDefault="007A5E59">
            <w:pPr>
              <w:jc w:val="center"/>
              <w:rPr>
                <w:lang w:val="ru-RU"/>
              </w:rPr>
            </w:pPr>
          </w:p>
        </w:tc>
        <w:tc>
          <w:tcPr>
            <w:tcW w:w="0" w:type="auto"/>
            <w:shd w:val="clear" w:color="auto" w:fill="E2F0D9"/>
            <w:vAlign w:val="center"/>
          </w:tcPr>
          <w:p w14:paraId="0EF12945" w14:textId="77777777" w:rsidR="007A5E59" w:rsidRDefault="0095198F">
            <w:pPr>
              <w:jc w:val="center"/>
            </w:pPr>
            <w:r>
              <w:rPr>
                <w:b/>
              </w:rPr>
              <w:t>Дн15</w:t>
            </w:r>
          </w:p>
        </w:tc>
        <w:tc>
          <w:tcPr>
            <w:tcW w:w="0" w:type="auto"/>
            <w:shd w:val="clear" w:color="auto" w:fill="E2F0D9"/>
            <w:vAlign w:val="center"/>
          </w:tcPr>
          <w:p w14:paraId="54C8FC94" w14:textId="77777777" w:rsidR="007A5E59" w:rsidRDefault="0095198F">
            <w:pPr>
              <w:jc w:val="center"/>
            </w:pPr>
            <w:r>
              <w:rPr>
                <w:b/>
              </w:rPr>
              <w:t>Дн20</w:t>
            </w:r>
          </w:p>
        </w:tc>
        <w:tc>
          <w:tcPr>
            <w:tcW w:w="0" w:type="auto"/>
            <w:shd w:val="clear" w:color="auto" w:fill="E2F0D9"/>
            <w:vAlign w:val="center"/>
          </w:tcPr>
          <w:p w14:paraId="3D8EA2AA" w14:textId="77777777" w:rsidR="007A5E59" w:rsidRDefault="0095198F">
            <w:pPr>
              <w:jc w:val="center"/>
            </w:pPr>
            <w:r>
              <w:rPr>
                <w:b/>
              </w:rPr>
              <w:t>Дн25</w:t>
            </w:r>
          </w:p>
        </w:tc>
        <w:tc>
          <w:tcPr>
            <w:tcW w:w="0" w:type="auto"/>
            <w:shd w:val="clear" w:color="auto" w:fill="E2F0D9"/>
            <w:vAlign w:val="center"/>
          </w:tcPr>
          <w:p w14:paraId="240338FD" w14:textId="77777777" w:rsidR="007A5E59" w:rsidRDefault="0095198F">
            <w:pPr>
              <w:jc w:val="center"/>
            </w:pPr>
            <w:r>
              <w:rPr>
                <w:b/>
              </w:rPr>
              <w:t>Дн32</w:t>
            </w:r>
          </w:p>
        </w:tc>
        <w:tc>
          <w:tcPr>
            <w:tcW w:w="0" w:type="auto"/>
            <w:shd w:val="clear" w:color="auto" w:fill="E2F0D9"/>
            <w:vAlign w:val="center"/>
          </w:tcPr>
          <w:p w14:paraId="2AAE0499" w14:textId="77777777" w:rsidR="007A5E59" w:rsidRDefault="0095198F">
            <w:pPr>
              <w:jc w:val="center"/>
            </w:pPr>
            <w:r>
              <w:rPr>
                <w:b/>
              </w:rPr>
              <w:t>Дн40</w:t>
            </w:r>
          </w:p>
        </w:tc>
        <w:tc>
          <w:tcPr>
            <w:tcW w:w="0" w:type="auto"/>
            <w:shd w:val="clear" w:color="auto" w:fill="E2F0D9"/>
            <w:vAlign w:val="center"/>
          </w:tcPr>
          <w:p w14:paraId="70F32E62" w14:textId="77777777" w:rsidR="007A5E59" w:rsidRDefault="0095198F">
            <w:pPr>
              <w:jc w:val="center"/>
            </w:pPr>
            <w:r>
              <w:rPr>
                <w:b/>
              </w:rPr>
              <w:t>Дн50</w:t>
            </w:r>
          </w:p>
        </w:tc>
        <w:tc>
          <w:tcPr>
            <w:tcW w:w="0" w:type="auto"/>
            <w:shd w:val="clear" w:color="auto" w:fill="E2F0D9"/>
            <w:vAlign w:val="center"/>
          </w:tcPr>
          <w:p w14:paraId="3C474669" w14:textId="77777777" w:rsidR="007A5E59" w:rsidRDefault="0095198F">
            <w:pPr>
              <w:jc w:val="center"/>
            </w:pPr>
            <w:r>
              <w:rPr>
                <w:b/>
              </w:rPr>
              <w:t>Дн65</w:t>
            </w:r>
          </w:p>
        </w:tc>
        <w:tc>
          <w:tcPr>
            <w:tcW w:w="0" w:type="auto"/>
            <w:shd w:val="clear" w:color="auto" w:fill="E2F0D9"/>
            <w:vAlign w:val="center"/>
          </w:tcPr>
          <w:p w14:paraId="1564F7B3" w14:textId="77777777" w:rsidR="007A5E59" w:rsidRDefault="0095198F">
            <w:pPr>
              <w:jc w:val="center"/>
            </w:pPr>
            <w:r>
              <w:rPr>
                <w:b/>
              </w:rPr>
              <w:t>Дн68</w:t>
            </w:r>
          </w:p>
        </w:tc>
        <w:tc>
          <w:tcPr>
            <w:tcW w:w="0" w:type="auto"/>
            <w:shd w:val="clear" w:color="auto" w:fill="E2F0D9"/>
            <w:vAlign w:val="center"/>
          </w:tcPr>
          <w:p w14:paraId="5D7F416D" w14:textId="77777777" w:rsidR="007A5E59" w:rsidRDefault="0095198F">
            <w:pPr>
              <w:jc w:val="center"/>
            </w:pPr>
            <w:r>
              <w:rPr>
                <w:b/>
              </w:rPr>
              <w:t>Дн70</w:t>
            </w:r>
          </w:p>
        </w:tc>
        <w:tc>
          <w:tcPr>
            <w:tcW w:w="0" w:type="auto"/>
            <w:shd w:val="clear" w:color="auto" w:fill="E2F0D9"/>
            <w:vAlign w:val="center"/>
          </w:tcPr>
          <w:p w14:paraId="75FDE3A9" w14:textId="77777777" w:rsidR="007A5E59" w:rsidRDefault="0095198F">
            <w:pPr>
              <w:jc w:val="center"/>
            </w:pPr>
            <w:r>
              <w:rPr>
                <w:b/>
              </w:rPr>
              <w:t>Дн80</w:t>
            </w:r>
          </w:p>
        </w:tc>
        <w:tc>
          <w:tcPr>
            <w:tcW w:w="0" w:type="auto"/>
            <w:shd w:val="clear" w:color="auto" w:fill="E2F0D9"/>
            <w:vAlign w:val="center"/>
          </w:tcPr>
          <w:p w14:paraId="2813CE45" w14:textId="77777777" w:rsidR="007A5E59" w:rsidRDefault="0095198F">
            <w:pPr>
              <w:jc w:val="center"/>
            </w:pPr>
            <w:r>
              <w:rPr>
                <w:b/>
              </w:rPr>
              <w:t>Дн100</w:t>
            </w:r>
          </w:p>
        </w:tc>
        <w:tc>
          <w:tcPr>
            <w:tcW w:w="0" w:type="auto"/>
            <w:shd w:val="clear" w:color="auto" w:fill="E2F0D9"/>
            <w:vAlign w:val="center"/>
          </w:tcPr>
          <w:p w14:paraId="1ADCFAEB" w14:textId="77777777" w:rsidR="007A5E59" w:rsidRDefault="0095198F">
            <w:pPr>
              <w:jc w:val="center"/>
            </w:pPr>
            <w:r>
              <w:rPr>
                <w:b/>
              </w:rPr>
              <w:t>Дн125</w:t>
            </w:r>
          </w:p>
        </w:tc>
        <w:tc>
          <w:tcPr>
            <w:tcW w:w="0" w:type="auto"/>
            <w:shd w:val="clear" w:color="auto" w:fill="E2F0D9"/>
            <w:vAlign w:val="center"/>
          </w:tcPr>
          <w:p w14:paraId="2A92D8A6" w14:textId="77777777" w:rsidR="007A5E59" w:rsidRDefault="0095198F">
            <w:pPr>
              <w:jc w:val="center"/>
            </w:pPr>
            <w:r>
              <w:rPr>
                <w:b/>
              </w:rPr>
              <w:t>Дн150</w:t>
            </w:r>
          </w:p>
        </w:tc>
        <w:tc>
          <w:tcPr>
            <w:tcW w:w="0" w:type="auto"/>
            <w:shd w:val="clear" w:color="auto" w:fill="E2F0D9"/>
            <w:vAlign w:val="center"/>
          </w:tcPr>
          <w:p w14:paraId="5E8E1286" w14:textId="77777777" w:rsidR="007A5E59" w:rsidRDefault="0095198F">
            <w:pPr>
              <w:jc w:val="center"/>
            </w:pPr>
            <w:r>
              <w:rPr>
                <w:b/>
              </w:rPr>
              <w:t>Дн200</w:t>
            </w:r>
          </w:p>
        </w:tc>
        <w:tc>
          <w:tcPr>
            <w:tcW w:w="0" w:type="auto"/>
            <w:shd w:val="clear" w:color="auto" w:fill="E2F0D9"/>
            <w:vAlign w:val="center"/>
          </w:tcPr>
          <w:p w14:paraId="0B697DB1" w14:textId="77777777" w:rsidR="007A5E59" w:rsidRDefault="0095198F">
            <w:pPr>
              <w:jc w:val="center"/>
            </w:pPr>
            <w:r>
              <w:rPr>
                <w:b/>
              </w:rPr>
              <w:t>Дн250</w:t>
            </w:r>
          </w:p>
        </w:tc>
        <w:tc>
          <w:tcPr>
            <w:tcW w:w="0" w:type="auto"/>
            <w:shd w:val="clear" w:color="auto" w:fill="E2F0D9"/>
            <w:vAlign w:val="center"/>
          </w:tcPr>
          <w:p w14:paraId="6907AF10" w14:textId="77777777" w:rsidR="007A5E59" w:rsidRDefault="0095198F">
            <w:pPr>
              <w:jc w:val="center"/>
            </w:pPr>
            <w:r>
              <w:rPr>
                <w:b/>
              </w:rPr>
              <w:t>Дн300</w:t>
            </w:r>
          </w:p>
        </w:tc>
        <w:tc>
          <w:tcPr>
            <w:tcW w:w="0" w:type="auto"/>
            <w:shd w:val="clear" w:color="auto" w:fill="E2F0D9"/>
            <w:vAlign w:val="center"/>
          </w:tcPr>
          <w:p w14:paraId="66D3E8C1" w14:textId="77777777" w:rsidR="007A5E59" w:rsidRDefault="0095198F">
            <w:pPr>
              <w:jc w:val="center"/>
            </w:pPr>
            <w:r>
              <w:rPr>
                <w:b/>
              </w:rPr>
              <w:t>Дн350</w:t>
            </w:r>
          </w:p>
        </w:tc>
        <w:tc>
          <w:tcPr>
            <w:tcW w:w="0" w:type="auto"/>
            <w:shd w:val="clear" w:color="auto" w:fill="E2F0D9"/>
            <w:vAlign w:val="center"/>
          </w:tcPr>
          <w:p w14:paraId="6A951C30" w14:textId="77777777" w:rsidR="007A5E59" w:rsidRDefault="0095198F">
            <w:pPr>
              <w:jc w:val="center"/>
            </w:pPr>
            <w:r>
              <w:rPr>
                <w:b/>
              </w:rPr>
              <w:t>Дн400</w:t>
            </w:r>
          </w:p>
        </w:tc>
        <w:tc>
          <w:tcPr>
            <w:tcW w:w="0" w:type="auto"/>
            <w:shd w:val="clear" w:color="auto" w:fill="E2F0D9"/>
            <w:vAlign w:val="center"/>
          </w:tcPr>
          <w:p w14:paraId="756742BD" w14:textId="77777777" w:rsidR="007A5E59" w:rsidRDefault="0095198F">
            <w:pPr>
              <w:jc w:val="center"/>
            </w:pPr>
            <w:r>
              <w:rPr>
                <w:b/>
              </w:rPr>
              <w:t>Дн500</w:t>
            </w:r>
          </w:p>
        </w:tc>
        <w:tc>
          <w:tcPr>
            <w:tcW w:w="0" w:type="auto"/>
            <w:shd w:val="clear" w:color="auto" w:fill="E2F0D9"/>
            <w:vAlign w:val="center"/>
          </w:tcPr>
          <w:p w14:paraId="15783CAE" w14:textId="77777777" w:rsidR="007A5E59" w:rsidRDefault="0095198F">
            <w:pPr>
              <w:jc w:val="center"/>
            </w:pPr>
            <w:r>
              <w:rPr>
                <w:b/>
              </w:rPr>
              <w:t>ИТОГО</w:t>
            </w:r>
          </w:p>
        </w:tc>
      </w:tr>
      <w:tr w:rsidR="007A5E59" w:rsidRPr="00C07C05" w14:paraId="7E0A2232" w14:textId="77777777">
        <w:trPr>
          <w:jc w:val="center"/>
        </w:trPr>
        <w:tc>
          <w:tcPr>
            <w:tcW w:w="0" w:type="auto"/>
          </w:tcPr>
          <w:p w14:paraId="208496E2" w14:textId="77777777" w:rsidR="007A5E59" w:rsidRPr="00312815" w:rsidRDefault="0095198F">
            <w:pPr>
              <w:rPr>
                <w:lang w:val="ru-RU"/>
              </w:rPr>
            </w:pPr>
            <w:r w:rsidRPr="00312815">
              <w:rPr>
                <w:lang w:val="ru-RU"/>
              </w:rPr>
              <w:t>БЛОК 1. Вся сеть — существующее состояние</w:t>
            </w:r>
          </w:p>
        </w:tc>
        <w:tc>
          <w:tcPr>
            <w:tcW w:w="0" w:type="auto"/>
          </w:tcPr>
          <w:p w14:paraId="199D2203" w14:textId="77777777" w:rsidR="007A5E59" w:rsidRPr="00312815" w:rsidRDefault="007A5E59">
            <w:pPr>
              <w:rPr>
                <w:lang w:val="ru-RU"/>
              </w:rPr>
            </w:pPr>
          </w:p>
        </w:tc>
        <w:tc>
          <w:tcPr>
            <w:tcW w:w="0" w:type="auto"/>
          </w:tcPr>
          <w:p w14:paraId="3C2E92A0" w14:textId="77777777" w:rsidR="007A5E59" w:rsidRPr="00312815" w:rsidRDefault="007A5E59">
            <w:pPr>
              <w:rPr>
                <w:lang w:val="ru-RU"/>
              </w:rPr>
            </w:pPr>
          </w:p>
        </w:tc>
        <w:tc>
          <w:tcPr>
            <w:tcW w:w="0" w:type="auto"/>
          </w:tcPr>
          <w:p w14:paraId="61BBCD2E" w14:textId="77777777" w:rsidR="007A5E59" w:rsidRPr="00312815" w:rsidRDefault="007A5E59">
            <w:pPr>
              <w:rPr>
                <w:lang w:val="ru-RU"/>
              </w:rPr>
            </w:pPr>
          </w:p>
        </w:tc>
        <w:tc>
          <w:tcPr>
            <w:tcW w:w="0" w:type="auto"/>
          </w:tcPr>
          <w:p w14:paraId="7CBB3B5E" w14:textId="77777777" w:rsidR="007A5E59" w:rsidRPr="00312815" w:rsidRDefault="007A5E59">
            <w:pPr>
              <w:rPr>
                <w:lang w:val="ru-RU"/>
              </w:rPr>
            </w:pPr>
          </w:p>
        </w:tc>
        <w:tc>
          <w:tcPr>
            <w:tcW w:w="0" w:type="auto"/>
          </w:tcPr>
          <w:p w14:paraId="35E1874D" w14:textId="77777777" w:rsidR="007A5E59" w:rsidRPr="00312815" w:rsidRDefault="007A5E59">
            <w:pPr>
              <w:rPr>
                <w:lang w:val="ru-RU"/>
              </w:rPr>
            </w:pPr>
          </w:p>
        </w:tc>
        <w:tc>
          <w:tcPr>
            <w:tcW w:w="0" w:type="auto"/>
          </w:tcPr>
          <w:p w14:paraId="28105C15" w14:textId="77777777" w:rsidR="007A5E59" w:rsidRPr="00312815" w:rsidRDefault="007A5E59">
            <w:pPr>
              <w:rPr>
                <w:lang w:val="ru-RU"/>
              </w:rPr>
            </w:pPr>
          </w:p>
        </w:tc>
        <w:tc>
          <w:tcPr>
            <w:tcW w:w="0" w:type="auto"/>
          </w:tcPr>
          <w:p w14:paraId="16A95392" w14:textId="77777777" w:rsidR="007A5E59" w:rsidRPr="00312815" w:rsidRDefault="007A5E59">
            <w:pPr>
              <w:rPr>
                <w:lang w:val="ru-RU"/>
              </w:rPr>
            </w:pPr>
          </w:p>
        </w:tc>
        <w:tc>
          <w:tcPr>
            <w:tcW w:w="0" w:type="auto"/>
          </w:tcPr>
          <w:p w14:paraId="78F7B584" w14:textId="77777777" w:rsidR="007A5E59" w:rsidRPr="00312815" w:rsidRDefault="007A5E59">
            <w:pPr>
              <w:rPr>
                <w:lang w:val="ru-RU"/>
              </w:rPr>
            </w:pPr>
          </w:p>
        </w:tc>
        <w:tc>
          <w:tcPr>
            <w:tcW w:w="0" w:type="auto"/>
          </w:tcPr>
          <w:p w14:paraId="51FB92F8" w14:textId="77777777" w:rsidR="007A5E59" w:rsidRPr="00312815" w:rsidRDefault="007A5E59">
            <w:pPr>
              <w:rPr>
                <w:lang w:val="ru-RU"/>
              </w:rPr>
            </w:pPr>
          </w:p>
        </w:tc>
        <w:tc>
          <w:tcPr>
            <w:tcW w:w="0" w:type="auto"/>
          </w:tcPr>
          <w:p w14:paraId="3B422469" w14:textId="77777777" w:rsidR="007A5E59" w:rsidRPr="00312815" w:rsidRDefault="007A5E59">
            <w:pPr>
              <w:rPr>
                <w:lang w:val="ru-RU"/>
              </w:rPr>
            </w:pPr>
          </w:p>
        </w:tc>
        <w:tc>
          <w:tcPr>
            <w:tcW w:w="0" w:type="auto"/>
          </w:tcPr>
          <w:p w14:paraId="737BB4B2" w14:textId="77777777" w:rsidR="007A5E59" w:rsidRPr="00312815" w:rsidRDefault="007A5E59">
            <w:pPr>
              <w:rPr>
                <w:lang w:val="ru-RU"/>
              </w:rPr>
            </w:pPr>
          </w:p>
        </w:tc>
        <w:tc>
          <w:tcPr>
            <w:tcW w:w="0" w:type="auto"/>
          </w:tcPr>
          <w:p w14:paraId="6BD007B9" w14:textId="77777777" w:rsidR="007A5E59" w:rsidRPr="00312815" w:rsidRDefault="007A5E59">
            <w:pPr>
              <w:rPr>
                <w:lang w:val="ru-RU"/>
              </w:rPr>
            </w:pPr>
          </w:p>
        </w:tc>
        <w:tc>
          <w:tcPr>
            <w:tcW w:w="0" w:type="auto"/>
          </w:tcPr>
          <w:p w14:paraId="26C5362D" w14:textId="77777777" w:rsidR="007A5E59" w:rsidRPr="00312815" w:rsidRDefault="007A5E59">
            <w:pPr>
              <w:rPr>
                <w:lang w:val="ru-RU"/>
              </w:rPr>
            </w:pPr>
          </w:p>
        </w:tc>
        <w:tc>
          <w:tcPr>
            <w:tcW w:w="0" w:type="auto"/>
          </w:tcPr>
          <w:p w14:paraId="76BC1A76" w14:textId="77777777" w:rsidR="007A5E59" w:rsidRPr="00312815" w:rsidRDefault="007A5E59">
            <w:pPr>
              <w:rPr>
                <w:lang w:val="ru-RU"/>
              </w:rPr>
            </w:pPr>
          </w:p>
        </w:tc>
        <w:tc>
          <w:tcPr>
            <w:tcW w:w="0" w:type="auto"/>
          </w:tcPr>
          <w:p w14:paraId="295010F6" w14:textId="77777777" w:rsidR="007A5E59" w:rsidRPr="00312815" w:rsidRDefault="007A5E59">
            <w:pPr>
              <w:rPr>
                <w:lang w:val="ru-RU"/>
              </w:rPr>
            </w:pPr>
          </w:p>
        </w:tc>
        <w:tc>
          <w:tcPr>
            <w:tcW w:w="0" w:type="auto"/>
          </w:tcPr>
          <w:p w14:paraId="7FA77D03" w14:textId="77777777" w:rsidR="007A5E59" w:rsidRPr="00312815" w:rsidRDefault="007A5E59">
            <w:pPr>
              <w:rPr>
                <w:lang w:val="ru-RU"/>
              </w:rPr>
            </w:pPr>
          </w:p>
        </w:tc>
        <w:tc>
          <w:tcPr>
            <w:tcW w:w="0" w:type="auto"/>
          </w:tcPr>
          <w:p w14:paraId="5773DF83" w14:textId="77777777" w:rsidR="007A5E59" w:rsidRPr="00312815" w:rsidRDefault="007A5E59">
            <w:pPr>
              <w:rPr>
                <w:lang w:val="ru-RU"/>
              </w:rPr>
            </w:pPr>
          </w:p>
        </w:tc>
        <w:tc>
          <w:tcPr>
            <w:tcW w:w="0" w:type="auto"/>
          </w:tcPr>
          <w:p w14:paraId="13529583" w14:textId="77777777" w:rsidR="007A5E59" w:rsidRPr="00312815" w:rsidRDefault="007A5E59">
            <w:pPr>
              <w:rPr>
                <w:lang w:val="ru-RU"/>
              </w:rPr>
            </w:pPr>
          </w:p>
        </w:tc>
        <w:tc>
          <w:tcPr>
            <w:tcW w:w="0" w:type="auto"/>
          </w:tcPr>
          <w:p w14:paraId="623E6BCC" w14:textId="77777777" w:rsidR="007A5E59" w:rsidRPr="00312815" w:rsidRDefault="007A5E59">
            <w:pPr>
              <w:rPr>
                <w:lang w:val="ru-RU"/>
              </w:rPr>
            </w:pPr>
          </w:p>
        </w:tc>
        <w:tc>
          <w:tcPr>
            <w:tcW w:w="0" w:type="auto"/>
          </w:tcPr>
          <w:p w14:paraId="0FBA6D92" w14:textId="77777777" w:rsidR="007A5E59" w:rsidRPr="00312815" w:rsidRDefault="007A5E59">
            <w:pPr>
              <w:rPr>
                <w:lang w:val="ru-RU"/>
              </w:rPr>
            </w:pPr>
          </w:p>
        </w:tc>
      </w:tr>
      <w:tr w:rsidR="007A5E59" w14:paraId="4E7C5A1B" w14:textId="77777777">
        <w:trPr>
          <w:jc w:val="center"/>
        </w:trPr>
        <w:tc>
          <w:tcPr>
            <w:tcW w:w="0" w:type="auto"/>
          </w:tcPr>
          <w:p w14:paraId="65CEE627" w14:textId="77777777" w:rsidR="007A5E59" w:rsidRDefault="0095198F">
            <w:r>
              <w:t>в канале</w:t>
            </w:r>
          </w:p>
        </w:tc>
        <w:tc>
          <w:tcPr>
            <w:tcW w:w="0" w:type="auto"/>
          </w:tcPr>
          <w:p w14:paraId="4D604819" w14:textId="77777777" w:rsidR="007A5E59" w:rsidRDefault="0095198F">
            <w:pPr>
              <w:jc w:val="center"/>
            </w:pPr>
            <w:r>
              <w:t>0,0</w:t>
            </w:r>
          </w:p>
        </w:tc>
        <w:tc>
          <w:tcPr>
            <w:tcW w:w="0" w:type="auto"/>
          </w:tcPr>
          <w:p w14:paraId="01BAD06F" w14:textId="77777777" w:rsidR="007A5E59" w:rsidRDefault="0095198F">
            <w:pPr>
              <w:jc w:val="center"/>
            </w:pPr>
            <w:r>
              <w:t>0,0</w:t>
            </w:r>
          </w:p>
        </w:tc>
        <w:tc>
          <w:tcPr>
            <w:tcW w:w="0" w:type="auto"/>
          </w:tcPr>
          <w:p w14:paraId="76DAF4A2" w14:textId="77777777" w:rsidR="007A5E59" w:rsidRDefault="0095198F">
            <w:pPr>
              <w:jc w:val="center"/>
            </w:pPr>
            <w:r>
              <w:t>0,0</w:t>
            </w:r>
          </w:p>
        </w:tc>
        <w:tc>
          <w:tcPr>
            <w:tcW w:w="0" w:type="auto"/>
          </w:tcPr>
          <w:p w14:paraId="48E7E18A" w14:textId="77777777" w:rsidR="007A5E59" w:rsidRDefault="0095198F">
            <w:pPr>
              <w:jc w:val="center"/>
            </w:pPr>
            <w:r>
              <w:t>0,0</w:t>
            </w:r>
          </w:p>
        </w:tc>
        <w:tc>
          <w:tcPr>
            <w:tcW w:w="0" w:type="auto"/>
          </w:tcPr>
          <w:p w14:paraId="02C45144" w14:textId="77777777" w:rsidR="007A5E59" w:rsidRDefault="0095198F">
            <w:pPr>
              <w:jc w:val="center"/>
            </w:pPr>
            <w:r>
              <w:t>0,0</w:t>
            </w:r>
          </w:p>
        </w:tc>
        <w:tc>
          <w:tcPr>
            <w:tcW w:w="0" w:type="auto"/>
          </w:tcPr>
          <w:p w14:paraId="406E40EB" w14:textId="77777777" w:rsidR="007A5E59" w:rsidRDefault="0095198F">
            <w:pPr>
              <w:jc w:val="center"/>
            </w:pPr>
            <w:r>
              <w:t>0,0</w:t>
            </w:r>
          </w:p>
        </w:tc>
        <w:tc>
          <w:tcPr>
            <w:tcW w:w="0" w:type="auto"/>
          </w:tcPr>
          <w:p w14:paraId="60BD5F72" w14:textId="77777777" w:rsidR="007A5E59" w:rsidRDefault="0095198F">
            <w:pPr>
              <w:jc w:val="center"/>
            </w:pPr>
            <w:r>
              <w:t>0,0</w:t>
            </w:r>
          </w:p>
        </w:tc>
        <w:tc>
          <w:tcPr>
            <w:tcW w:w="0" w:type="auto"/>
          </w:tcPr>
          <w:p w14:paraId="5C0394B8" w14:textId="77777777" w:rsidR="007A5E59" w:rsidRDefault="0095198F">
            <w:pPr>
              <w:jc w:val="center"/>
            </w:pPr>
            <w:r>
              <w:t>0,0</w:t>
            </w:r>
          </w:p>
        </w:tc>
        <w:tc>
          <w:tcPr>
            <w:tcW w:w="0" w:type="auto"/>
          </w:tcPr>
          <w:p w14:paraId="106D3DCC" w14:textId="77777777" w:rsidR="007A5E59" w:rsidRDefault="0095198F">
            <w:pPr>
              <w:jc w:val="center"/>
            </w:pPr>
            <w:r>
              <w:t>0,0</w:t>
            </w:r>
          </w:p>
        </w:tc>
        <w:tc>
          <w:tcPr>
            <w:tcW w:w="0" w:type="auto"/>
          </w:tcPr>
          <w:p w14:paraId="49E8849D" w14:textId="77777777" w:rsidR="007A5E59" w:rsidRDefault="0095198F">
            <w:pPr>
              <w:jc w:val="center"/>
            </w:pPr>
            <w:r>
              <w:t>30,0</w:t>
            </w:r>
          </w:p>
        </w:tc>
        <w:tc>
          <w:tcPr>
            <w:tcW w:w="0" w:type="auto"/>
          </w:tcPr>
          <w:p w14:paraId="78345C24" w14:textId="77777777" w:rsidR="007A5E59" w:rsidRDefault="0095198F">
            <w:pPr>
              <w:jc w:val="center"/>
            </w:pPr>
            <w:r>
              <w:t>155,0</w:t>
            </w:r>
          </w:p>
        </w:tc>
        <w:tc>
          <w:tcPr>
            <w:tcW w:w="0" w:type="auto"/>
          </w:tcPr>
          <w:p w14:paraId="0BBFBA81" w14:textId="77777777" w:rsidR="007A5E59" w:rsidRDefault="0095198F">
            <w:pPr>
              <w:jc w:val="center"/>
            </w:pPr>
            <w:r>
              <w:t>0,0</w:t>
            </w:r>
          </w:p>
        </w:tc>
        <w:tc>
          <w:tcPr>
            <w:tcW w:w="0" w:type="auto"/>
          </w:tcPr>
          <w:p w14:paraId="5562B038" w14:textId="77777777" w:rsidR="007A5E59" w:rsidRDefault="0095198F">
            <w:pPr>
              <w:jc w:val="center"/>
            </w:pPr>
            <w:r>
              <w:t>0,0</w:t>
            </w:r>
          </w:p>
        </w:tc>
        <w:tc>
          <w:tcPr>
            <w:tcW w:w="0" w:type="auto"/>
          </w:tcPr>
          <w:p w14:paraId="460F2784" w14:textId="77777777" w:rsidR="007A5E59" w:rsidRDefault="0095198F">
            <w:pPr>
              <w:jc w:val="center"/>
            </w:pPr>
            <w:r>
              <w:t>0,0</w:t>
            </w:r>
          </w:p>
        </w:tc>
        <w:tc>
          <w:tcPr>
            <w:tcW w:w="0" w:type="auto"/>
          </w:tcPr>
          <w:p w14:paraId="4E6BBE41" w14:textId="77777777" w:rsidR="007A5E59" w:rsidRDefault="0095198F">
            <w:pPr>
              <w:jc w:val="center"/>
            </w:pPr>
            <w:r>
              <w:t>0,0</w:t>
            </w:r>
          </w:p>
        </w:tc>
        <w:tc>
          <w:tcPr>
            <w:tcW w:w="0" w:type="auto"/>
          </w:tcPr>
          <w:p w14:paraId="166EB283" w14:textId="77777777" w:rsidR="007A5E59" w:rsidRDefault="0095198F">
            <w:pPr>
              <w:jc w:val="center"/>
            </w:pPr>
            <w:r>
              <w:t>0,0</w:t>
            </w:r>
          </w:p>
        </w:tc>
        <w:tc>
          <w:tcPr>
            <w:tcW w:w="0" w:type="auto"/>
          </w:tcPr>
          <w:p w14:paraId="2FC2F879" w14:textId="77777777" w:rsidR="007A5E59" w:rsidRDefault="0095198F">
            <w:pPr>
              <w:jc w:val="center"/>
            </w:pPr>
            <w:r>
              <w:t>0,0</w:t>
            </w:r>
          </w:p>
        </w:tc>
        <w:tc>
          <w:tcPr>
            <w:tcW w:w="0" w:type="auto"/>
          </w:tcPr>
          <w:p w14:paraId="65C30C3A" w14:textId="77777777" w:rsidR="007A5E59" w:rsidRDefault="0095198F">
            <w:pPr>
              <w:jc w:val="center"/>
            </w:pPr>
            <w:r>
              <w:t>0,0</w:t>
            </w:r>
          </w:p>
        </w:tc>
        <w:tc>
          <w:tcPr>
            <w:tcW w:w="0" w:type="auto"/>
          </w:tcPr>
          <w:p w14:paraId="06B8F7D9" w14:textId="77777777" w:rsidR="007A5E59" w:rsidRDefault="0095198F">
            <w:pPr>
              <w:jc w:val="center"/>
            </w:pPr>
            <w:r>
              <w:t>0,0</w:t>
            </w:r>
          </w:p>
        </w:tc>
        <w:tc>
          <w:tcPr>
            <w:tcW w:w="0" w:type="auto"/>
          </w:tcPr>
          <w:p w14:paraId="0108ED18" w14:textId="77777777" w:rsidR="007A5E59" w:rsidRDefault="0095198F">
            <w:pPr>
              <w:jc w:val="center"/>
            </w:pPr>
            <w:r>
              <w:t>185,0</w:t>
            </w:r>
          </w:p>
        </w:tc>
      </w:tr>
      <w:tr w:rsidR="007A5E59" w14:paraId="62435685" w14:textId="77777777">
        <w:trPr>
          <w:jc w:val="center"/>
        </w:trPr>
        <w:tc>
          <w:tcPr>
            <w:tcW w:w="0" w:type="auto"/>
          </w:tcPr>
          <w:p w14:paraId="139993FB" w14:textId="77777777" w:rsidR="007A5E59" w:rsidRDefault="0095198F">
            <w:r>
              <w:t>бесканально</w:t>
            </w:r>
          </w:p>
        </w:tc>
        <w:tc>
          <w:tcPr>
            <w:tcW w:w="0" w:type="auto"/>
          </w:tcPr>
          <w:p w14:paraId="05CEBEC8" w14:textId="77777777" w:rsidR="007A5E59" w:rsidRDefault="0095198F">
            <w:pPr>
              <w:jc w:val="center"/>
            </w:pPr>
            <w:r>
              <w:t>0,0</w:t>
            </w:r>
          </w:p>
        </w:tc>
        <w:tc>
          <w:tcPr>
            <w:tcW w:w="0" w:type="auto"/>
          </w:tcPr>
          <w:p w14:paraId="6779B3C7" w14:textId="77777777" w:rsidR="007A5E59" w:rsidRDefault="0095198F">
            <w:pPr>
              <w:jc w:val="center"/>
            </w:pPr>
            <w:r>
              <w:t>0,0</w:t>
            </w:r>
          </w:p>
        </w:tc>
        <w:tc>
          <w:tcPr>
            <w:tcW w:w="0" w:type="auto"/>
          </w:tcPr>
          <w:p w14:paraId="42F2D12E" w14:textId="77777777" w:rsidR="007A5E59" w:rsidRDefault="0095198F">
            <w:pPr>
              <w:jc w:val="center"/>
            </w:pPr>
            <w:r>
              <w:t>0,0</w:t>
            </w:r>
          </w:p>
        </w:tc>
        <w:tc>
          <w:tcPr>
            <w:tcW w:w="0" w:type="auto"/>
          </w:tcPr>
          <w:p w14:paraId="784F9D29" w14:textId="77777777" w:rsidR="007A5E59" w:rsidRDefault="0095198F">
            <w:pPr>
              <w:jc w:val="center"/>
            </w:pPr>
            <w:r>
              <w:t>0,0</w:t>
            </w:r>
          </w:p>
        </w:tc>
        <w:tc>
          <w:tcPr>
            <w:tcW w:w="0" w:type="auto"/>
          </w:tcPr>
          <w:p w14:paraId="214D2ABA" w14:textId="77777777" w:rsidR="007A5E59" w:rsidRDefault="0095198F">
            <w:pPr>
              <w:jc w:val="center"/>
            </w:pPr>
            <w:r>
              <w:t>0,0</w:t>
            </w:r>
          </w:p>
        </w:tc>
        <w:tc>
          <w:tcPr>
            <w:tcW w:w="0" w:type="auto"/>
          </w:tcPr>
          <w:p w14:paraId="286CECBA" w14:textId="77777777" w:rsidR="007A5E59" w:rsidRDefault="0095198F">
            <w:pPr>
              <w:jc w:val="center"/>
            </w:pPr>
            <w:r>
              <w:t>0,0</w:t>
            </w:r>
          </w:p>
        </w:tc>
        <w:tc>
          <w:tcPr>
            <w:tcW w:w="0" w:type="auto"/>
          </w:tcPr>
          <w:p w14:paraId="75C25629" w14:textId="77777777" w:rsidR="007A5E59" w:rsidRDefault="0095198F">
            <w:pPr>
              <w:jc w:val="center"/>
            </w:pPr>
            <w:r>
              <w:t>0,0</w:t>
            </w:r>
          </w:p>
        </w:tc>
        <w:tc>
          <w:tcPr>
            <w:tcW w:w="0" w:type="auto"/>
          </w:tcPr>
          <w:p w14:paraId="3B7064BF" w14:textId="77777777" w:rsidR="007A5E59" w:rsidRDefault="0095198F">
            <w:pPr>
              <w:jc w:val="center"/>
            </w:pPr>
            <w:r>
              <w:t>0,0</w:t>
            </w:r>
          </w:p>
        </w:tc>
        <w:tc>
          <w:tcPr>
            <w:tcW w:w="0" w:type="auto"/>
          </w:tcPr>
          <w:p w14:paraId="61D5C4FB" w14:textId="77777777" w:rsidR="007A5E59" w:rsidRDefault="0095198F">
            <w:pPr>
              <w:jc w:val="center"/>
            </w:pPr>
            <w:r>
              <w:t>0,0</w:t>
            </w:r>
          </w:p>
        </w:tc>
        <w:tc>
          <w:tcPr>
            <w:tcW w:w="0" w:type="auto"/>
          </w:tcPr>
          <w:p w14:paraId="60F2C9F7" w14:textId="77777777" w:rsidR="007A5E59" w:rsidRDefault="0095198F">
            <w:pPr>
              <w:jc w:val="center"/>
            </w:pPr>
            <w:r>
              <w:t>0,0</w:t>
            </w:r>
          </w:p>
        </w:tc>
        <w:tc>
          <w:tcPr>
            <w:tcW w:w="0" w:type="auto"/>
          </w:tcPr>
          <w:p w14:paraId="5D3B0170" w14:textId="77777777" w:rsidR="007A5E59" w:rsidRDefault="0095198F">
            <w:pPr>
              <w:jc w:val="center"/>
            </w:pPr>
            <w:r>
              <w:t>0,0</w:t>
            </w:r>
          </w:p>
        </w:tc>
        <w:tc>
          <w:tcPr>
            <w:tcW w:w="0" w:type="auto"/>
          </w:tcPr>
          <w:p w14:paraId="3BB3176E" w14:textId="77777777" w:rsidR="007A5E59" w:rsidRDefault="0095198F">
            <w:pPr>
              <w:jc w:val="center"/>
            </w:pPr>
            <w:r>
              <w:t>0,0</w:t>
            </w:r>
          </w:p>
        </w:tc>
        <w:tc>
          <w:tcPr>
            <w:tcW w:w="0" w:type="auto"/>
          </w:tcPr>
          <w:p w14:paraId="6096A675" w14:textId="77777777" w:rsidR="007A5E59" w:rsidRDefault="0095198F">
            <w:pPr>
              <w:jc w:val="center"/>
            </w:pPr>
            <w:r>
              <w:t>0,0</w:t>
            </w:r>
          </w:p>
        </w:tc>
        <w:tc>
          <w:tcPr>
            <w:tcW w:w="0" w:type="auto"/>
          </w:tcPr>
          <w:p w14:paraId="0E7CCBFF" w14:textId="77777777" w:rsidR="007A5E59" w:rsidRDefault="0095198F">
            <w:pPr>
              <w:jc w:val="center"/>
            </w:pPr>
            <w:r>
              <w:t>0,0</w:t>
            </w:r>
          </w:p>
        </w:tc>
        <w:tc>
          <w:tcPr>
            <w:tcW w:w="0" w:type="auto"/>
          </w:tcPr>
          <w:p w14:paraId="64AAA1EB" w14:textId="77777777" w:rsidR="007A5E59" w:rsidRDefault="0095198F">
            <w:pPr>
              <w:jc w:val="center"/>
            </w:pPr>
            <w:r>
              <w:t>0,0</w:t>
            </w:r>
          </w:p>
        </w:tc>
        <w:tc>
          <w:tcPr>
            <w:tcW w:w="0" w:type="auto"/>
          </w:tcPr>
          <w:p w14:paraId="01129BA0" w14:textId="77777777" w:rsidR="007A5E59" w:rsidRDefault="0095198F">
            <w:pPr>
              <w:jc w:val="center"/>
            </w:pPr>
            <w:r>
              <w:t>0,0</w:t>
            </w:r>
          </w:p>
        </w:tc>
        <w:tc>
          <w:tcPr>
            <w:tcW w:w="0" w:type="auto"/>
          </w:tcPr>
          <w:p w14:paraId="41E90824" w14:textId="77777777" w:rsidR="007A5E59" w:rsidRDefault="0095198F">
            <w:pPr>
              <w:jc w:val="center"/>
            </w:pPr>
            <w:r>
              <w:t>0,0</w:t>
            </w:r>
          </w:p>
        </w:tc>
        <w:tc>
          <w:tcPr>
            <w:tcW w:w="0" w:type="auto"/>
          </w:tcPr>
          <w:p w14:paraId="23EA1DB4" w14:textId="77777777" w:rsidR="007A5E59" w:rsidRDefault="0095198F">
            <w:pPr>
              <w:jc w:val="center"/>
            </w:pPr>
            <w:r>
              <w:t>0,0</w:t>
            </w:r>
          </w:p>
        </w:tc>
        <w:tc>
          <w:tcPr>
            <w:tcW w:w="0" w:type="auto"/>
          </w:tcPr>
          <w:p w14:paraId="67825269" w14:textId="77777777" w:rsidR="007A5E59" w:rsidRDefault="0095198F">
            <w:pPr>
              <w:jc w:val="center"/>
            </w:pPr>
            <w:r>
              <w:t>0,0</w:t>
            </w:r>
          </w:p>
        </w:tc>
        <w:tc>
          <w:tcPr>
            <w:tcW w:w="0" w:type="auto"/>
          </w:tcPr>
          <w:p w14:paraId="0DA0860D" w14:textId="77777777" w:rsidR="007A5E59" w:rsidRDefault="0095198F">
            <w:pPr>
              <w:jc w:val="center"/>
            </w:pPr>
            <w:r>
              <w:t>0,0</w:t>
            </w:r>
          </w:p>
        </w:tc>
      </w:tr>
      <w:tr w:rsidR="007A5E59" w14:paraId="0D481594" w14:textId="77777777">
        <w:trPr>
          <w:jc w:val="center"/>
        </w:trPr>
        <w:tc>
          <w:tcPr>
            <w:tcW w:w="0" w:type="auto"/>
          </w:tcPr>
          <w:p w14:paraId="4C5B1631" w14:textId="77777777" w:rsidR="007A5E59" w:rsidRDefault="0095198F">
            <w:r>
              <w:t>надземная</w:t>
            </w:r>
          </w:p>
        </w:tc>
        <w:tc>
          <w:tcPr>
            <w:tcW w:w="0" w:type="auto"/>
          </w:tcPr>
          <w:p w14:paraId="5D6F2287" w14:textId="77777777" w:rsidR="007A5E59" w:rsidRDefault="0095198F">
            <w:pPr>
              <w:jc w:val="center"/>
            </w:pPr>
            <w:r>
              <w:t>0,0</w:t>
            </w:r>
          </w:p>
        </w:tc>
        <w:tc>
          <w:tcPr>
            <w:tcW w:w="0" w:type="auto"/>
          </w:tcPr>
          <w:p w14:paraId="0B8C6EE3" w14:textId="77777777" w:rsidR="007A5E59" w:rsidRDefault="0095198F">
            <w:pPr>
              <w:jc w:val="center"/>
            </w:pPr>
            <w:r>
              <w:t>0,0</w:t>
            </w:r>
          </w:p>
        </w:tc>
        <w:tc>
          <w:tcPr>
            <w:tcW w:w="0" w:type="auto"/>
          </w:tcPr>
          <w:p w14:paraId="2586A5C6" w14:textId="77777777" w:rsidR="007A5E59" w:rsidRDefault="0095198F">
            <w:pPr>
              <w:jc w:val="center"/>
            </w:pPr>
            <w:r>
              <w:t>0,0</w:t>
            </w:r>
          </w:p>
        </w:tc>
        <w:tc>
          <w:tcPr>
            <w:tcW w:w="0" w:type="auto"/>
          </w:tcPr>
          <w:p w14:paraId="39927652" w14:textId="77777777" w:rsidR="007A5E59" w:rsidRDefault="0095198F">
            <w:pPr>
              <w:jc w:val="center"/>
            </w:pPr>
            <w:r>
              <w:t>0,0</w:t>
            </w:r>
          </w:p>
        </w:tc>
        <w:tc>
          <w:tcPr>
            <w:tcW w:w="0" w:type="auto"/>
          </w:tcPr>
          <w:p w14:paraId="42D1F604" w14:textId="77777777" w:rsidR="007A5E59" w:rsidRDefault="0095198F">
            <w:pPr>
              <w:jc w:val="center"/>
            </w:pPr>
            <w:r>
              <w:t>67,0</w:t>
            </w:r>
          </w:p>
        </w:tc>
        <w:tc>
          <w:tcPr>
            <w:tcW w:w="0" w:type="auto"/>
          </w:tcPr>
          <w:p w14:paraId="0BD7C336" w14:textId="77777777" w:rsidR="007A5E59" w:rsidRDefault="0095198F">
            <w:pPr>
              <w:jc w:val="center"/>
            </w:pPr>
            <w:r>
              <w:t>48,0</w:t>
            </w:r>
          </w:p>
        </w:tc>
        <w:tc>
          <w:tcPr>
            <w:tcW w:w="0" w:type="auto"/>
          </w:tcPr>
          <w:p w14:paraId="6F68943B" w14:textId="77777777" w:rsidR="007A5E59" w:rsidRDefault="0095198F">
            <w:pPr>
              <w:jc w:val="center"/>
            </w:pPr>
            <w:r>
              <w:t>0,0</w:t>
            </w:r>
          </w:p>
        </w:tc>
        <w:tc>
          <w:tcPr>
            <w:tcW w:w="0" w:type="auto"/>
          </w:tcPr>
          <w:p w14:paraId="1A0B7C52" w14:textId="77777777" w:rsidR="007A5E59" w:rsidRDefault="0095198F">
            <w:pPr>
              <w:jc w:val="center"/>
            </w:pPr>
            <w:r>
              <w:t>94,0</w:t>
            </w:r>
          </w:p>
        </w:tc>
        <w:tc>
          <w:tcPr>
            <w:tcW w:w="0" w:type="auto"/>
          </w:tcPr>
          <w:p w14:paraId="45AD0405" w14:textId="77777777" w:rsidR="007A5E59" w:rsidRDefault="0095198F">
            <w:pPr>
              <w:jc w:val="center"/>
            </w:pPr>
            <w:r>
              <w:t>0,0</w:t>
            </w:r>
          </w:p>
        </w:tc>
        <w:tc>
          <w:tcPr>
            <w:tcW w:w="0" w:type="auto"/>
          </w:tcPr>
          <w:p w14:paraId="1980106E" w14:textId="77777777" w:rsidR="007A5E59" w:rsidRDefault="0095198F">
            <w:pPr>
              <w:jc w:val="center"/>
            </w:pPr>
            <w:r>
              <w:t>97,0</w:t>
            </w:r>
          </w:p>
        </w:tc>
        <w:tc>
          <w:tcPr>
            <w:tcW w:w="0" w:type="auto"/>
          </w:tcPr>
          <w:p w14:paraId="610312EB" w14:textId="77777777" w:rsidR="007A5E59" w:rsidRDefault="0095198F">
            <w:pPr>
              <w:jc w:val="center"/>
            </w:pPr>
            <w:r>
              <w:t>248,0</w:t>
            </w:r>
          </w:p>
        </w:tc>
        <w:tc>
          <w:tcPr>
            <w:tcW w:w="0" w:type="auto"/>
          </w:tcPr>
          <w:p w14:paraId="4DF99BBC" w14:textId="77777777" w:rsidR="007A5E59" w:rsidRDefault="0095198F">
            <w:pPr>
              <w:jc w:val="center"/>
            </w:pPr>
            <w:r>
              <w:t>0,0</w:t>
            </w:r>
          </w:p>
        </w:tc>
        <w:tc>
          <w:tcPr>
            <w:tcW w:w="0" w:type="auto"/>
          </w:tcPr>
          <w:p w14:paraId="7BD85761" w14:textId="77777777" w:rsidR="007A5E59" w:rsidRDefault="0095198F">
            <w:pPr>
              <w:jc w:val="center"/>
            </w:pPr>
            <w:r>
              <w:t>0,0</w:t>
            </w:r>
          </w:p>
        </w:tc>
        <w:tc>
          <w:tcPr>
            <w:tcW w:w="0" w:type="auto"/>
          </w:tcPr>
          <w:p w14:paraId="359D2D82" w14:textId="77777777" w:rsidR="007A5E59" w:rsidRDefault="0095198F">
            <w:pPr>
              <w:jc w:val="center"/>
            </w:pPr>
            <w:r>
              <w:t>0,0</w:t>
            </w:r>
          </w:p>
        </w:tc>
        <w:tc>
          <w:tcPr>
            <w:tcW w:w="0" w:type="auto"/>
          </w:tcPr>
          <w:p w14:paraId="69E7A512" w14:textId="77777777" w:rsidR="007A5E59" w:rsidRDefault="0095198F">
            <w:pPr>
              <w:jc w:val="center"/>
            </w:pPr>
            <w:r>
              <w:t>0,0</w:t>
            </w:r>
          </w:p>
        </w:tc>
        <w:tc>
          <w:tcPr>
            <w:tcW w:w="0" w:type="auto"/>
          </w:tcPr>
          <w:p w14:paraId="76B4A35D" w14:textId="77777777" w:rsidR="007A5E59" w:rsidRDefault="0095198F">
            <w:pPr>
              <w:jc w:val="center"/>
            </w:pPr>
            <w:r>
              <w:t>0,0</w:t>
            </w:r>
          </w:p>
        </w:tc>
        <w:tc>
          <w:tcPr>
            <w:tcW w:w="0" w:type="auto"/>
          </w:tcPr>
          <w:p w14:paraId="0AEC2258" w14:textId="77777777" w:rsidR="007A5E59" w:rsidRDefault="0095198F">
            <w:pPr>
              <w:jc w:val="center"/>
            </w:pPr>
            <w:r>
              <w:t>0,0</w:t>
            </w:r>
          </w:p>
        </w:tc>
        <w:tc>
          <w:tcPr>
            <w:tcW w:w="0" w:type="auto"/>
          </w:tcPr>
          <w:p w14:paraId="1FEE51AD" w14:textId="77777777" w:rsidR="007A5E59" w:rsidRDefault="0095198F">
            <w:pPr>
              <w:jc w:val="center"/>
            </w:pPr>
            <w:r>
              <w:t>0,0</w:t>
            </w:r>
          </w:p>
        </w:tc>
        <w:tc>
          <w:tcPr>
            <w:tcW w:w="0" w:type="auto"/>
          </w:tcPr>
          <w:p w14:paraId="14C02D2C" w14:textId="77777777" w:rsidR="007A5E59" w:rsidRDefault="0095198F">
            <w:pPr>
              <w:jc w:val="center"/>
            </w:pPr>
            <w:r>
              <w:t>0,0</w:t>
            </w:r>
          </w:p>
        </w:tc>
        <w:tc>
          <w:tcPr>
            <w:tcW w:w="0" w:type="auto"/>
          </w:tcPr>
          <w:p w14:paraId="2B91A3DD" w14:textId="77777777" w:rsidR="007A5E59" w:rsidRDefault="0095198F">
            <w:pPr>
              <w:jc w:val="center"/>
            </w:pPr>
            <w:r>
              <w:t>554,0</w:t>
            </w:r>
          </w:p>
        </w:tc>
      </w:tr>
      <w:tr w:rsidR="007A5E59" w14:paraId="35CBA67A" w14:textId="77777777">
        <w:trPr>
          <w:jc w:val="center"/>
        </w:trPr>
        <w:tc>
          <w:tcPr>
            <w:tcW w:w="0" w:type="auto"/>
            <w:shd w:val="clear" w:color="auto" w:fill="DBE5F1"/>
          </w:tcPr>
          <w:p w14:paraId="21707C66" w14:textId="77777777" w:rsidR="007A5E59" w:rsidRDefault="0095198F">
            <w:r>
              <w:rPr>
                <w:b/>
              </w:rPr>
              <w:t>ИТОГО существующая сеть</w:t>
            </w:r>
          </w:p>
        </w:tc>
        <w:tc>
          <w:tcPr>
            <w:tcW w:w="0" w:type="auto"/>
            <w:shd w:val="clear" w:color="auto" w:fill="DBE5F1"/>
          </w:tcPr>
          <w:p w14:paraId="73612048" w14:textId="77777777" w:rsidR="007A5E59" w:rsidRDefault="0095198F">
            <w:pPr>
              <w:jc w:val="center"/>
            </w:pPr>
            <w:r>
              <w:rPr>
                <w:b/>
              </w:rPr>
              <w:t>0,0</w:t>
            </w:r>
          </w:p>
        </w:tc>
        <w:tc>
          <w:tcPr>
            <w:tcW w:w="0" w:type="auto"/>
            <w:shd w:val="clear" w:color="auto" w:fill="DBE5F1"/>
          </w:tcPr>
          <w:p w14:paraId="70205214" w14:textId="77777777" w:rsidR="007A5E59" w:rsidRDefault="0095198F">
            <w:pPr>
              <w:jc w:val="center"/>
            </w:pPr>
            <w:r>
              <w:rPr>
                <w:b/>
              </w:rPr>
              <w:t>0,0</w:t>
            </w:r>
          </w:p>
        </w:tc>
        <w:tc>
          <w:tcPr>
            <w:tcW w:w="0" w:type="auto"/>
            <w:shd w:val="clear" w:color="auto" w:fill="DBE5F1"/>
          </w:tcPr>
          <w:p w14:paraId="22F9C713" w14:textId="77777777" w:rsidR="007A5E59" w:rsidRDefault="0095198F">
            <w:pPr>
              <w:jc w:val="center"/>
            </w:pPr>
            <w:r>
              <w:rPr>
                <w:b/>
              </w:rPr>
              <w:t>0,0</w:t>
            </w:r>
          </w:p>
        </w:tc>
        <w:tc>
          <w:tcPr>
            <w:tcW w:w="0" w:type="auto"/>
            <w:shd w:val="clear" w:color="auto" w:fill="DBE5F1"/>
          </w:tcPr>
          <w:p w14:paraId="6356D67A" w14:textId="77777777" w:rsidR="007A5E59" w:rsidRDefault="0095198F">
            <w:pPr>
              <w:jc w:val="center"/>
            </w:pPr>
            <w:r>
              <w:rPr>
                <w:b/>
              </w:rPr>
              <w:t>0,0</w:t>
            </w:r>
          </w:p>
        </w:tc>
        <w:tc>
          <w:tcPr>
            <w:tcW w:w="0" w:type="auto"/>
            <w:shd w:val="clear" w:color="auto" w:fill="DBE5F1"/>
          </w:tcPr>
          <w:p w14:paraId="156EF777" w14:textId="77777777" w:rsidR="007A5E59" w:rsidRDefault="0095198F">
            <w:pPr>
              <w:jc w:val="center"/>
            </w:pPr>
            <w:r>
              <w:rPr>
                <w:b/>
              </w:rPr>
              <w:t>67,0</w:t>
            </w:r>
          </w:p>
        </w:tc>
        <w:tc>
          <w:tcPr>
            <w:tcW w:w="0" w:type="auto"/>
            <w:shd w:val="clear" w:color="auto" w:fill="DBE5F1"/>
          </w:tcPr>
          <w:p w14:paraId="5D184E58" w14:textId="77777777" w:rsidR="007A5E59" w:rsidRDefault="0095198F">
            <w:pPr>
              <w:jc w:val="center"/>
            </w:pPr>
            <w:r>
              <w:rPr>
                <w:b/>
              </w:rPr>
              <w:t>48,0</w:t>
            </w:r>
          </w:p>
        </w:tc>
        <w:tc>
          <w:tcPr>
            <w:tcW w:w="0" w:type="auto"/>
            <w:shd w:val="clear" w:color="auto" w:fill="DBE5F1"/>
          </w:tcPr>
          <w:p w14:paraId="08827611" w14:textId="77777777" w:rsidR="007A5E59" w:rsidRDefault="0095198F">
            <w:pPr>
              <w:jc w:val="center"/>
            </w:pPr>
            <w:r>
              <w:rPr>
                <w:b/>
              </w:rPr>
              <w:t>0,0</w:t>
            </w:r>
          </w:p>
        </w:tc>
        <w:tc>
          <w:tcPr>
            <w:tcW w:w="0" w:type="auto"/>
            <w:shd w:val="clear" w:color="auto" w:fill="DBE5F1"/>
          </w:tcPr>
          <w:p w14:paraId="0FF81377" w14:textId="77777777" w:rsidR="007A5E59" w:rsidRDefault="0095198F">
            <w:pPr>
              <w:jc w:val="center"/>
            </w:pPr>
            <w:r>
              <w:rPr>
                <w:b/>
              </w:rPr>
              <w:t>94,0</w:t>
            </w:r>
          </w:p>
        </w:tc>
        <w:tc>
          <w:tcPr>
            <w:tcW w:w="0" w:type="auto"/>
            <w:shd w:val="clear" w:color="auto" w:fill="DBE5F1"/>
          </w:tcPr>
          <w:p w14:paraId="3B0F72EE" w14:textId="77777777" w:rsidR="007A5E59" w:rsidRDefault="0095198F">
            <w:pPr>
              <w:jc w:val="center"/>
            </w:pPr>
            <w:r>
              <w:rPr>
                <w:b/>
              </w:rPr>
              <w:t>0,0</w:t>
            </w:r>
          </w:p>
        </w:tc>
        <w:tc>
          <w:tcPr>
            <w:tcW w:w="0" w:type="auto"/>
            <w:shd w:val="clear" w:color="auto" w:fill="DBE5F1"/>
          </w:tcPr>
          <w:p w14:paraId="5AB8DEDD" w14:textId="77777777" w:rsidR="007A5E59" w:rsidRDefault="0095198F">
            <w:pPr>
              <w:jc w:val="center"/>
            </w:pPr>
            <w:r>
              <w:rPr>
                <w:b/>
              </w:rPr>
              <w:t>127,0</w:t>
            </w:r>
          </w:p>
        </w:tc>
        <w:tc>
          <w:tcPr>
            <w:tcW w:w="0" w:type="auto"/>
            <w:shd w:val="clear" w:color="auto" w:fill="DBE5F1"/>
          </w:tcPr>
          <w:p w14:paraId="014AAC4A" w14:textId="77777777" w:rsidR="007A5E59" w:rsidRDefault="0095198F">
            <w:pPr>
              <w:jc w:val="center"/>
            </w:pPr>
            <w:r>
              <w:rPr>
                <w:b/>
              </w:rPr>
              <w:t>403,0</w:t>
            </w:r>
          </w:p>
        </w:tc>
        <w:tc>
          <w:tcPr>
            <w:tcW w:w="0" w:type="auto"/>
            <w:shd w:val="clear" w:color="auto" w:fill="DBE5F1"/>
          </w:tcPr>
          <w:p w14:paraId="28C04ADB" w14:textId="77777777" w:rsidR="007A5E59" w:rsidRDefault="0095198F">
            <w:pPr>
              <w:jc w:val="center"/>
            </w:pPr>
            <w:r>
              <w:rPr>
                <w:b/>
              </w:rPr>
              <w:t>0,0</w:t>
            </w:r>
          </w:p>
        </w:tc>
        <w:tc>
          <w:tcPr>
            <w:tcW w:w="0" w:type="auto"/>
            <w:shd w:val="clear" w:color="auto" w:fill="DBE5F1"/>
          </w:tcPr>
          <w:p w14:paraId="74048155" w14:textId="77777777" w:rsidR="007A5E59" w:rsidRDefault="0095198F">
            <w:pPr>
              <w:jc w:val="center"/>
            </w:pPr>
            <w:r>
              <w:rPr>
                <w:b/>
              </w:rPr>
              <w:t>0,0</w:t>
            </w:r>
          </w:p>
        </w:tc>
        <w:tc>
          <w:tcPr>
            <w:tcW w:w="0" w:type="auto"/>
            <w:shd w:val="clear" w:color="auto" w:fill="DBE5F1"/>
          </w:tcPr>
          <w:p w14:paraId="6BE2940C" w14:textId="77777777" w:rsidR="007A5E59" w:rsidRDefault="0095198F">
            <w:pPr>
              <w:jc w:val="center"/>
            </w:pPr>
            <w:r>
              <w:rPr>
                <w:b/>
              </w:rPr>
              <w:t>0,0</w:t>
            </w:r>
          </w:p>
        </w:tc>
        <w:tc>
          <w:tcPr>
            <w:tcW w:w="0" w:type="auto"/>
            <w:shd w:val="clear" w:color="auto" w:fill="DBE5F1"/>
          </w:tcPr>
          <w:p w14:paraId="6E5683D2" w14:textId="77777777" w:rsidR="007A5E59" w:rsidRDefault="0095198F">
            <w:pPr>
              <w:jc w:val="center"/>
            </w:pPr>
            <w:r>
              <w:rPr>
                <w:b/>
              </w:rPr>
              <w:t>0,0</w:t>
            </w:r>
          </w:p>
        </w:tc>
        <w:tc>
          <w:tcPr>
            <w:tcW w:w="0" w:type="auto"/>
            <w:shd w:val="clear" w:color="auto" w:fill="DBE5F1"/>
          </w:tcPr>
          <w:p w14:paraId="080C0C0C" w14:textId="77777777" w:rsidR="007A5E59" w:rsidRDefault="0095198F">
            <w:pPr>
              <w:jc w:val="center"/>
            </w:pPr>
            <w:r>
              <w:rPr>
                <w:b/>
              </w:rPr>
              <w:t>0,0</w:t>
            </w:r>
          </w:p>
        </w:tc>
        <w:tc>
          <w:tcPr>
            <w:tcW w:w="0" w:type="auto"/>
            <w:shd w:val="clear" w:color="auto" w:fill="DBE5F1"/>
          </w:tcPr>
          <w:p w14:paraId="5136EC78" w14:textId="77777777" w:rsidR="007A5E59" w:rsidRDefault="0095198F">
            <w:pPr>
              <w:jc w:val="center"/>
            </w:pPr>
            <w:r>
              <w:rPr>
                <w:b/>
              </w:rPr>
              <w:t>0,0</w:t>
            </w:r>
          </w:p>
        </w:tc>
        <w:tc>
          <w:tcPr>
            <w:tcW w:w="0" w:type="auto"/>
            <w:shd w:val="clear" w:color="auto" w:fill="DBE5F1"/>
          </w:tcPr>
          <w:p w14:paraId="431A95B4" w14:textId="77777777" w:rsidR="007A5E59" w:rsidRDefault="0095198F">
            <w:pPr>
              <w:jc w:val="center"/>
            </w:pPr>
            <w:r>
              <w:rPr>
                <w:b/>
              </w:rPr>
              <w:t>0,0</w:t>
            </w:r>
          </w:p>
        </w:tc>
        <w:tc>
          <w:tcPr>
            <w:tcW w:w="0" w:type="auto"/>
            <w:shd w:val="clear" w:color="auto" w:fill="DBE5F1"/>
          </w:tcPr>
          <w:p w14:paraId="6DEDF99F" w14:textId="77777777" w:rsidR="007A5E59" w:rsidRDefault="0095198F">
            <w:pPr>
              <w:jc w:val="center"/>
            </w:pPr>
            <w:r>
              <w:rPr>
                <w:b/>
              </w:rPr>
              <w:t>0,0</w:t>
            </w:r>
          </w:p>
        </w:tc>
        <w:tc>
          <w:tcPr>
            <w:tcW w:w="0" w:type="auto"/>
            <w:shd w:val="clear" w:color="auto" w:fill="DBE5F1"/>
          </w:tcPr>
          <w:p w14:paraId="5D8E43CB" w14:textId="77777777" w:rsidR="007A5E59" w:rsidRDefault="0095198F">
            <w:pPr>
              <w:jc w:val="center"/>
            </w:pPr>
            <w:r>
              <w:rPr>
                <w:b/>
              </w:rPr>
              <w:t>739,0</w:t>
            </w:r>
          </w:p>
        </w:tc>
      </w:tr>
      <w:tr w:rsidR="007A5E59" w14:paraId="07BA1968" w14:textId="77777777">
        <w:trPr>
          <w:jc w:val="center"/>
        </w:trPr>
        <w:tc>
          <w:tcPr>
            <w:tcW w:w="0" w:type="auto"/>
          </w:tcPr>
          <w:p w14:paraId="60BE6717" w14:textId="77777777" w:rsidR="007A5E59" w:rsidRDefault="0095198F">
            <w:r w:rsidRPr="00312815">
              <w:rPr>
                <w:lang w:val="ru-RU"/>
              </w:rPr>
              <w:t xml:space="preserve">БЛОК 2. Подлежит замене — по сроку службы (порог см. </w:t>
            </w:r>
            <w:r>
              <w:t>БЛОК 4), м</w:t>
            </w:r>
          </w:p>
        </w:tc>
        <w:tc>
          <w:tcPr>
            <w:tcW w:w="0" w:type="auto"/>
          </w:tcPr>
          <w:p w14:paraId="0385D638" w14:textId="77777777" w:rsidR="007A5E59" w:rsidRDefault="007A5E59"/>
        </w:tc>
        <w:tc>
          <w:tcPr>
            <w:tcW w:w="0" w:type="auto"/>
          </w:tcPr>
          <w:p w14:paraId="4077D54C" w14:textId="77777777" w:rsidR="007A5E59" w:rsidRDefault="007A5E59"/>
        </w:tc>
        <w:tc>
          <w:tcPr>
            <w:tcW w:w="0" w:type="auto"/>
          </w:tcPr>
          <w:p w14:paraId="503E8BDE" w14:textId="77777777" w:rsidR="007A5E59" w:rsidRDefault="007A5E59"/>
        </w:tc>
        <w:tc>
          <w:tcPr>
            <w:tcW w:w="0" w:type="auto"/>
          </w:tcPr>
          <w:p w14:paraId="0A889387" w14:textId="77777777" w:rsidR="007A5E59" w:rsidRDefault="007A5E59"/>
        </w:tc>
        <w:tc>
          <w:tcPr>
            <w:tcW w:w="0" w:type="auto"/>
          </w:tcPr>
          <w:p w14:paraId="34904749" w14:textId="77777777" w:rsidR="007A5E59" w:rsidRDefault="007A5E59"/>
        </w:tc>
        <w:tc>
          <w:tcPr>
            <w:tcW w:w="0" w:type="auto"/>
          </w:tcPr>
          <w:p w14:paraId="1E0B7990" w14:textId="77777777" w:rsidR="007A5E59" w:rsidRDefault="007A5E59"/>
        </w:tc>
        <w:tc>
          <w:tcPr>
            <w:tcW w:w="0" w:type="auto"/>
          </w:tcPr>
          <w:p w14:paraId="39434C13" w14:textId="77777777" w:rsidR="007A5E59" w:rsidRDefault="007A5E59"/>
        </w:tc>
        <w:tc>
          <w:tcPr>
            <w:tcW w:w="0" w:type="auto"/>
          </w:tcPr>
          <w:p w14:paraId="65CA48AC" w14:textId="77777777" w:rsidR="007A5E59" w:rsidRDefault="007A5E59"/>
        </w:tc>
        <w:tc>
          <w:tcPr>
            <w:tcW w:w="0" w:type="auto"/>
          </w:tcPr>
          <w:p w14:paraId="1C52CB2C" w14:textId="77777777" w:rsidR="007A5E59" w:rsidRDefault="007A5E59"/>
        </w:tc>
        <w:tc>
          <w:tcPr>
            <w:tcW w:w="0" w:type="auto"/>
          </w:tcPr>
          <w:p w14:paraId="2F4924E9" w14:textId="77777777" w:rsidR="007A5E59" w:rsidRDefault="007A5E59"/>
        </w:tc>
        <w:tc>
          <w:tcPr>
            <w:tcW w:w="0" w:type="auto"/>
          </w:tcPr>
          <w:p w14:paraId="2419D4E4" w14:textId="77777777" w:rsidR="007A5E59" w:rsidRDefault="007A5E59"/>
        </w:tc>
        <w:tc>
          <w:tcPr>
            <w:tcW w:w="0" w:type="auto"/>
          </w:tcPr>
          <w:p w14:paraId="0E08E4EE" w14:textId="77777777" w:rsidR="007A5E59" w:rsidRDefault="007A5E59"/>
        </w:tc>
        <w:tc>
          <w:tcPr>
            <w:tcW w:w="0" w:type="auto"/>
          </w:tcPr>
          <w:p w14:paraId="0643377C" w14:textId="77777777" w:rsidR="007A5E59" w:rsidRDefault="007A5E59"/>
        </w:tc>
        <w:tc>
          <w:tcPr>
            <w:tcW w:w="0" w:type="auto"/>
          </w:tcPr>
          <w:p w14:paraId="5BB44C4A" w14:textId="77777777" w:rsidR="007A5E59" w:rsidRDefault="007A5E59"/>
        </w:tc>
        <w:tc>
          <w:tcPr>
            <w:tcW w:w="0" w:type="auto"/>
          </w:tcPr>
          <w:p w14:paraId="2EDF8E39" w14:textId="77777777" w:rsidR="007A5E59" w:rsidRDefault="007A5E59"/>
        </w:tc>
        <w:tc>
          <w:tcPr>
            <w:tcW w:w="0" w:type="auto"/>
          </w:tcPr>
          <w:p w14:paraId="515FE44B" w14:textId="77777777" w:rsidR="007A5E59" w:rsidRDefault="007A5E59"/>
        </w:tc>
        <w:tc>
          <w:tcPr>
            <w:tcW w:w="0" w:type="auto"/>
          </w:tcPr>
          <w:p w14:paraId="66C5E4F0" w14:textId="77777777" w:rsidR="007A5E59" w:rsidRDefault="007A5E59"/>
        </w:tc>
        <w:tc>
          <w:tcPr>
            <w:tcW w:w="0" w:type="auto"/>
          </w:tcPr>
          <w:p w14:paraId="50ECC745" w14:textId="77777777" w:rsidR="007A5E59" w:rsidRDefault="007A5E59"/>
        </w:tc>
        <w:tc>
          <w:tcPr>
            <w:tcW w:w="0" w:type="auto"/>
          </w:tcPr>
          <w:p w14:paraId="26A5741D" w14:textId="77777777" w:rsidR="007A5E59" w:rsidRDefault="007A5E59"/>
        </w:tc>
        <w:tc>
          <w:tcPr>
            <w:tcW w:w="0" w:type="auto"/>
          </w:tcPr>
          <w:p w14:paraId="34645267" w14:textId="77777777" w:rsidR="007A5E59" w:rsidRDefault="007A5E59"/>
        </w:tc>
      </w:tr>
      <w:tr w:rsidR="007A5E59" w14:paraId="453FE125" w14:textId="77777777">
        <w:trPr>
          <w:jc w:val="center"/>
        </w:trPr>
        <w:tc>
          <w:tcPr>
            <w:tcW w:w="0" w:type="auto"/>
          </w:tcPr>
          <w:p w14:paraId="096D520C" w14:textId="77777777" w:rsidR="007A5E59" w:rsidRDefault="0095198F">
            <w:r>
              <w:t>Этап</w:t>
            </w:r>
          </w:p>
        </w:tc>
        <w:tc>
          <w:tcPr>
            <w:tcW w:w="0" w:type="auto"/>
          </w:tcPr>
          <w:p w14:paraId="41F150BB" w14:textId="77777777" w:rsidR="007A5E59" w:rsidRDefault="0095198F">
            <w:r>
              <w:t>Дн15</w:t>
            </w:r>
          </w:p>
        </w:tc>
        <w:tc>
          <w:tcPr>
            <w:tcW w:w="0" w:type="auto"/>
          </w:tcPr>
          <w:p w14:paraId="61B2DC84" w14:textId="77777777" w:rsidR="007A5E59" w:rsidRDefault="0095198F">
            <w:r>
              <w:t>Дн20</w:t>
            </w:r>
          </w:p>
        </w:tc>
        <w:tc>
          <w:tcPr>
            <w:tcW w:w="0" w:type="auto"/>
          </w:tcPr>
          <w:p w14:paraId="25C291D7" w14:textId="77777777" w:rsidR="007A5E59" w:rsidRDefault="0095198F">
            <w:r>
              <w:t>Дн25</w:t>
            </w:r>
          </w:p>
        </w:tc>
        <w:tc>
          <w:tcPr>
            <w:tcW w:w="0" w:type="auto"/>
          </w:tcPr>
          <w:p w14:paraId="3461AF6F" w14:textId="77777777" w:rsidR="007A5E59" w:rsidRDefault="0095198F">
            <w:r>
              <w:t>Дн32</w:t>
            </w:r>
          </w:p>
        </w:tc>
        <w:tc>
          <w:tcPr>
            <w:tcW w:w="0" w:type="auto"/>
          </w:tcPr>
          <w:p w14:paraId="2294165C" w14:textId="77777777" w:rsidR="007A5E59" w:rsidRDefault="0095198F">
            <w:r>
              <w:t>Дн40</w:t>
            </w:r>
          </w:p>
        </w:tc>
        <w:tc>
          <w:tcPr>
            <w:tcW w:w="0" w:type="auto"/>
          </w:tcPr>
          <w:p w14:paraId="262A8384" w14:textId="77777777" w:rsidR="007A5E59" w:rsidRDefault="0095198F">
            <w:r>
              <w:t>Дн50</w:t>
            </w:r>
          </w:p>
        </w:tc>
        <w:tc>
          <w:tcPr>
            <w:tcW w:w="0" w:type="auto"/>
          </w:tcPr>
          <w:p w14:paraId="48042C5B" w14:textId="77777777" w:rsidR="007A5E59" w:rsidRDefault="0095198F">
            <w:r>
              <w:t>Дн65</w:t>
            </w:r>
          </w:p>
        </w:tc>
        <w:tc>
          <w:tcPr>
            <w:tcW w:w="0" w:type="auto"/>
          </w:tcPr>
          <w:p w14:paraId="63266AE2" w14:textId="77777777" w:rsidR="007A5E59" w:rsidRDefault="0095198F">
            <w:r>
              <w:t>Дн68</w:t>
            </w:r>
          </w:p>
        </w:tc>
        <w:tc>
          <w:tcPr>
            <w:tcW w:w="0" w:type="auto"/>
          </w:tcPr>
          <w:p w14:paraId="53DF5969" w14:textId="77777777" w:rsidR="007A5E59" w:rsidRDefault="0095198F">
            <w:r>
              <w:t>Дн70</w:t>
            </w:r>
          </w:p>
        </w:tc>
        <w:tc>
          <w:tcPr>
            <w:tcW w:w="0" w:type="auto"/>
          </w:tcPr>
          <w:p w14:paraId="3A75EDE8" w14:textId="77777777" w:rsidR="007A5E59" w:rsidRDefault="0095198F">
            <w:r>
              <w:t>Дн80</w:t>
            </w:r>
          </w:p>
        </w:tc>
        <w:tc>
          <w:tcPr>
            <w:tcW w:w="0" w:type="auto"/>
          </w:tcPr>
          <w:p w14:paraId="5934B22C" w14:textId="77777777" w:rsidR="007A5E59" w:rsidRDefault="0095198F">
            <w:r>
              <w:t>Дн100</w:t>
            </w:r>
          </w:p>
        </w:tc>
        <w:tc>
          <w:tcPr>
            <w:tcW w:w="0" w:type="auto"/>
          </w:tcPr>
          <w:p w14:paraId="55A43A78" w14:textId="77777777" w:rsidR="007A5E59" w:rsidRDefault="0095198F">
            <w:r>
              <w:t>Дн125</w:t>
            </w:r>
          </w:p>
        </w:tc>
        <w:tc>
          <w:tcPr>
            <w:tcW w:w="0" w:type="auto"/>
          </w:tcPr>
          <w:p w14:paraId="1863EA6F" w14:textId="77777777" w:rsidR="007A5E59" w:rsidRDefault="0095198F">
            <w:r>
              <w:t>Дн150</w:t>
            </w:r>
          </w:p>
        </w:tc>
        <w:tc>
          <w:tcPr>
            <w:tcW w:w="0" w:type="auto"/>
          </w:tcPr>
          <w:p w14:paraId="4C2559D3" w14:textId="77777777" w:rsidR="007A5E59" w:rsidRDefault="0095198F">
            <w:r>
              <w:t>Дн200</w:t>
            </w:r>
          </w:p>
        </w:tc>
        <w:tc>
          <w:tcPr>
            <w:tcW w:w="0" w:type="auto"/>
          </w:tcPr>
          <w:p w14:paraId="4FF3C1A7" w14:textId="77777777" w:rsidR="007A5E59" w:rsidRDefault="0095198F">
            <w:r>
              <w:t>Дн250</w:t>
            </w:r>
          </w:p>
        </w:tc>
        <w:tc>
          <w:tcPr>
            <w:tcW w:w="0" w:type="auto"/>
          </w:tcPr>
          <w:p w14:paraId="555900E1" w14:textId="77777777" w:rsidR="007A5E59" w:rsidRDefault="0095198F">
            <w:r>
              <w:t>Дн300</w:t>
            </w:r>
          </w:p>
        </w:tc>
        <w:tc>
          <w:tcPr>
            <w:tcW w:w="0" w:type="auto"/>
          </w:tcPr>
          <w:p w14:paraId="52839014" w14:textId="77777777" w:rsidR="007A5E59" w:rsidRDefault="0095198F">
            <w:r>
              <w:t>Дн350</w:t>
            </w:r>
          </w:p>
        </w:tc>
        <w:tc>
          <w:tcPr>
            <w:tcW w:w="0" w:type="auto"/>
          </w:tcPr>
          <w:p w14:paraId="1C3B2F07" w14:textId="77777777" w:rsidR="007A5E59" w:rsidRDefault="0095198F">
            <w:r>
              <w:t>Дн400</w:t>
            </w:r>
          </w:p>
        </w:tc>
        <w:tc>
          <w:tcPr>
            <w:tcW w:w="0" w:type="auto"/>
          </w:tcPr>
          <w:p w14:paraId="2587D844" w14:textId="77777777" w:rsidR="007A5E59" w:rsidRDefault="0095198F">
            <w:r>
              <w:t>Дн500</w:t>
            </w:r>
          </w:p>
        </w:tc>
        <w:tc>
          <w:tcPr>
            <w:tcW w:w="0" w:type="auto"/>
          </w:tcPr>
          <w:p w14:paraId="67806F6F" w14:textId="77777777" w:rsidR="007A5E59" w:rsidRDefault="007A5E59"/>
        </w:tc>
      </w:tr>
      <w:tr w:rsidR="007A5E59" w14:paraId="0757F7F9" w14:textId="77777777">
        <w:trPr>
          <w:jc w:val="center"/>
        </w:trPr>
        <w:tc>
          <w:tcPr>
            <w:tcW w:w="0" w:type="auto"/>
          </w:tcPr>
          <w:p w14:paraId="3EAD30E4" w14:textId="77777777" w:rsidR="007A5E59" w:rsidRDefault="0095198F">
            <w:r>
              <w:t>2026 (год ввода до 2001 включительно)</w:t>
            </w:r>
          </w:p>
        </w:tc>
        <w:tc>
          <w:tcPr>
            <w:tcW w:w="0" w:type="auto"/>
          </w:tcPr>
          <w:p w14:paraId="15397C9D" w14:textId="77777777" w:rsidR="007A5E59" w:rsidRDefault="0095198F">
            <w:pPr>
              <w:jc w:val="center"/>
            </w:pPr>
            <w:r>
              <w:t>0,0</w:t>
            </w:r>
          </w:p>
        </w:tc>
        <w:tc>
          <w:tcPr>
            <w:tcW w:w="0" w:type="auto"/>
          </w:tcPr>
          <w:p w14:paraId="596E4815" w14:textId="77777777" w:rsidR="007A5E59" w:rsidRDefault="0095198F">
            <w:pPr>
              <w:jc w:val="center"/>
            </w:pPr>
            <w:r>
              <w:t>0,0</w:t>
            </w:r>
          </w:p>
        </w:tc>
        <w:tc>
          <w:tcPr>
            <w:tcW w:w="0" w:type="auto"/>
          </w:tcPr>
          <w:p w14:paraId="76D03E8B" w14:textId="77777777" w:rsidR="007A5E59" w:rsidRDefault="0095198F">
            <w:pPr>
              <w:jc w:val="center"/>
            </w:pPr>
            <w:r>
              <w:t>0,0</w:t>
            </w:r>
          </w:p>
        </w:tc>
        <w:tc>
          <w:tcPr>
            <w:tcW w:w="0" w:type="auto"/>
          </w:tcPr>
          <w:p w14:paraId="2DFC506F" w14:textId="77777777" w:rsidR="007A5E59" w:rsidRDefault="0095198F">
            <w:pPr>
              <w:jc w:val="center"/>
            </w:pPr>
            <w:r>
              <w:t>0,0</w:t>
            </w:r>
          </w:p>
        </w:tc>
        <w:tc>
          <w:tcPr>
            <w:tcW w:w="0" w:type="auto"/>
          </w:tcPr>
          <w:p w14:paraId="43A68891" w14:textId="77777777" w:rsidR="007A5E59" w:rsidRDefault="0095198F">
            <w:pPr>
              <w:jc w:val="center"/>
            </w:pPr>
            <w:r>
              <w:t>0,0</w:t>
            </w:r>
          </w:p>
        </w:tc>
        <w:tc>
          <w:tcPr>
            <w:tcW w:w="0" w:type="auto"/>
          </w:tcPr>
          <w:p w14:paraId="66D1FF23" w14:textId="77777777" w:rsidR="007A5E59" w:rsidRDefault="0095198F">
            <w:pPr>
              <w:jc w:val="center"/>
            </w:pPr>
            <w:r>
              <w:t>0,0</w:t>
            </w:r>
          </w:p>
        </w:tc>
        <w:tc>
          <w:tcPr>
            <w:tcW w:w="0" w:type="auto"/>
          </w:tcPr>
          <w:p w14:paraId="2135C11A" w14:textId="77777777" w:rsidR="007A5E59" w:rsidRDefault="0095198F">
            <w:pPr>
              <w:jc w:val="center"/>
            </w:pPr>
            <w:r>
              <w:t>0,0</w:t>
            </w:r>
          </w:p>
        </w:tc>
        <w:tc>
          <w:tcPr>
            <w:tcW w:w="0" w:type="auto"/>
          </w:tcPr>
          <w:p w14:paraId="263DBEB1" w14:textId="77777777" w:rsidR="007A5E59" w:rsidRDefault="0095198F">
            <w:pPr>
              <w:jc w:val="center"/>
            </w:pPr>
            <w:r>
              <w:t>0,0</w:t>
            </w:r>
          </w:p>
        </w:tc>
        <w:tc>
          <w:tcPr>
            <w:tcW w:w="0" w:type="auto"/>
          </w:tcPr>
          <w:p w14:paraId="29C94147" w14:textId="77777777" w:rsidR="007A5E59" w:rsidRDefault="0095198F">
            <w:pPr>
              <w:jc w:val="center"/>
            </w:pPr>
            <w:r>
              <w:t>0,0</w:t>
            </w:r>
          </w:p>
        </w:tc>
        <w:tc>
          <w:tcPr>
            <w:tcW w:w="0" w:type="auto"/>
          </w:tcPr>
          <w:p w14:paraId="28DA0461" w14:textId="77777777" w:rsidR="007A5E59" w:rsidRDefault="0095198F">
            <w:pPr>
              <w:jc w:val="center"/>
            </w:pPr>
            <w:r>
              <w:t>0,0</w:t>
            </w:r>
          </w:p>
        </w:tc>
        <w:tc>
          <w:tcPr>
            <w:tcW w:w="0" w:type="auto"/>
          </w:tcPr>
          <w:p w14:paraId="4EE6D0EF" w14:textId="77777777" w:rsidR="007A5E59" w:rsidRDefault="0095198F">
            <w:pPr>
              <w:jc w:val="center"/>
            </w:pPr>
            <w:r>
              <w:t>0,0</w:t>
            </w:r>
          </w:p>
        </w:tc>
        <w:tc>
          <w:tcPr>
            <w:tcW w:w="0" w:type="auto"/>
          </w:tcPr>
          <w:p w14:paraId="07EA368C" w14:textId="77777777" w:rsidR="007A5E59" w:rsidRDefault="0095198F">
            <w:pPr>
              <w:jc w:val="center"/>
            </w:pPr>
            <w:r>
              <w:t>0,0</w:t>
            </w:r>
          </w:p>
        </w:tc>
        <w:tc>
          <w:tcPr>
            <w:tcW w:w="0" w:type="auto"/>
          </w:tcPr>
          <w:p w14:paraId="3F3B448B" w14:textId="77777777" w:rsidR="007A5E59" w:rsidRDefault="0095198F">
            <w:pPr>
              <w:jc w:val="center"/>
            </w:pPr>
            <w:r>
              <w:t>0,0</w:t>
            </w:r>
          </w:p>
        </w:tc>
        <w:tc>
          <w:tcPr>
            <w:tcW w:w="0" w:type="auto"/>
          </w:tcPr>
          <w:p w14:paraId="5FC15E5D" w14:textId="77777777" w:rsidR="007A5E59" w:rsidRDefault="0095198F">
            <w:pPr>
              <w:jc w:val="center"/>
            </w:pPr>
            <w:r>
              <w:t>0,0</w:t>
            </w:r>
          </w:p>
        </w:tc>
        <w:tc>
          <w:tcPr>
            <w:tcW w:w="0" w:type="auto"/>
          </w:tcPr>
          <w:p w14:paraId="184DF5C5" w14:textId="77777777" w:rsidR="007A5E59" w:rsidRDefault="0095198F">
            <w:pPr>
              <w:jc w:val="center"/>
            </w:pPr>
            <w:r>
              <w:t>0,0</w:t>
            </w:r>
          </w:p>
        </w:tc>
        <w:tc>
          <w:tcPr>
            <w:tcW w:w="0" w:type="auto"/>
          </w:tcPr>
          <w:p w14:paraId="01DA5432" w14:textId="77777777" w:rsidR="007A5E59" w:rsidRDefault="0095198F">
            <w:pPr>
              <w:jc w:val="center"/>
            </w:pPr>
            <w:r>
              <w:t>0,0</w:t>
            </w:r>
          </w:p>
        </w:tc>
        <w:tc>
          <w:tcPr>
            <w:tcW w:w="0" w:type="auto"/>
          </w:tcPr>
          <w:p w14:paraId="2FDCBC89" w14:textId="77777777" w:rsidR="007A5E59" w:rsidRDefault="0095198F">
            <w:pPr>
              <w:jc w:val="center"/>
            </w:pPr>
            <w:r>
              <w:t>0,0</w:t>
            </w:r>
          </w:p>
        </w:tc>
        <w:tc>
          <w:tcPr>
            <w:tcW w:w="0" w:type="auto"/>
          </w:tcPr>
          <w:p w14:paraId="42399A5B" w14:textId="77777777" w:rsidR="007A5E59" w:rsidRDefault="0095198F">
            <w:pPr>
              <w:jc w:val="center"/>
            </w:pPr>
            <w:r>
              <w:t>0,0</w:t>
            </w:r>
          </w:p>
        </w:tc>
        <w:tc>
          <w:tcPr>
            <w:tcW w:w="0" w:type="auto"/>
          </w:tcPr>
          <w:p w14:paraId="36E36396" w14:textId="77777777" w:rsidR="007A5E59" w:rsidRDefault="0095198F">
            <w:pPr>
              <w:jc w:val="center"/>
            </w:pPr>
            <w:r>
              <w:t>0,0</w:t>
            </w:r>
          </w:p>
        </w:tc>
        <w:tc>
          <w:tcPr>
            <w:tcW w:w="0" w:type="auto"/>
          </w:tcPr>
          <w:p w14:paraId="4C7032C1" w14:textId="77777777" w:rsidR="007A5E59" w:rsidRDefault="0095198F">
            <w:pPr>
              <w:jc w:val="center"/>
            </w:pPr>
            <w:r>
              <w:t>0,0</w:t>
            </w:r>
          </w:p>
        </w:tc>
      </w:tr>
      <w:tr w:rsidR="007A5E59" w14:paraId="52410901" w14:textId="77777777">
        <w:trPr>
          <w:jc w:val="center"/>
        </w:trPr>
        <w:tc>
          <w:tcPr>
            <w:tcW w:w="0" w:type="auto"/>
          </w:tcPr>
          <w:p w14:paraId="54D0C779" w14:textId="77777777" w:rsidR="007A5E59" w:rsidRDefault="0095198F">
            <w:r>
              <w:t>2031 (год ввода 2002–2006)</w:t>
            </w:r>
          </w:p>
        </w:tc>
        <w:tc>
          <w:tcPr>
            <w:tcW w:w="0" w:type="auto"/>
          </w:tcPr>
          <w:p w14:paraId="688159C0" w14:textId="77777777" w:rsidR="007A5E59" w:rsidRDefault="0095198F">
            <w:pPr>
              <w:jc w:val="center"/>
            </w:pPr>
            <w:r>
              <w:t>0,0</w:t>
            </w:r>
          </w:p>
        </w:tc>
        <w:tc>
          <w:tcPr>
            <w:tcW w:w="0" w:type="auto"/>
          </w:tcPr>
          <w:p w14:paraId="455D1110" w14:textId="77777777" w:rsidR="007A5E59" w:rsidRDefault="0095198F">
            <w:pPr>
              <w:jc w:val="center"/>
            </w:pPr>
            <w:r>
              <w:t>0,0</w:t>
            </w:r>
          </w:p>
        </w:tc>
        <w:tc>
          <w:tcPr>
            <w:tcW w:w="0" w:type="auto"/>
          </w:tcPr>
          <w:p w14:paraId="1E646563" w14:textId="77777777" w:rsidR="007A5E59" w:rsidRDefault="0095198F">
            <w:pPr>
              <w:jc w:val="center"/>
            </w:pPr>
            <w:r>
              <w:t>0,0</w:t>
            </w:r>
          </w:p>
        </w:tc>
        <w:tc>
          <w:tcPr>
            <w:tcW w:w="0" w:type="auto"/>
          </w:tcPr>
          <w:p w14:paraId="0C9240E3" w14:textId="77777777" w:rsidR="007A5E59" w:rsidRDefault="0095198F">
            <w:pPr>
              <w:jc w:val="center"/>
            </w:pPr>
            <w:r>
              <w:t>0,0</w:t>
            </w:r>
          </w:p>
        </w:tc>
        <w:tc>
          <w:tcPr>
            <w:tcW w:w="0" w:type="auto"/>
          </w:tcPr>
          <w:p w14:paraId="61D00799" w14:textId="77777777" w:rsidR="007A5E59" w:rsidRDefault="0095198F">
            <w:pPr>
              <w:jc w:val="center"/>
            </w:pPr>
            <w:r>
              <w:t>67,0</w:t>
            </w:r>
          </w:p>
        </w:tc>
        <w:tc>
          <w:tcPr>
            <w:tcW w:w="0" w:type="auto"/>
          </w:tcPr>
          <w:p w14:paraId="04C06F33" w14:textId="77777777" w:rsidR="007A5E59" w:rsidRDefault="0095198F">
            <w:pPr>
              <w:jc w:val="center"/>
            </w:pPr>
            <w:r>
              <w:t>48,0</w:t>
            </w:r>
          </w:p>
        </w:tc>
        <w:tc>
          <w:tcPr>
            <w:tcW w:w="0" w:type="auto"/>
          </w:tcPr>
          <w:p w14:paraId="6576993E" w14:textId="77777777" w:rsidR="007A5E59" w:rsidRDefault="0095198F">
            <w:pPr>
              <w:jc w:val="center"/>
            </w:pPr>
            <w:r>
              <w:t>0,0</w:t>
            </w:r>
          </w:p>
        </w:tc>
        <w:tc>
          <w:tcPr>
            <w:tcW w:w="0" w:type="auto"/>
          </w:tcPr>
          <w:p w14:paraId="11E1D5B0" w14:textId="77777777" w:rsidR="007A5E59" w:rsidRDefault="0095198F">
            <w:pPr>
              <w:jc w:val="center"/>
            </w:pPr>
            <w:r>
              <w:t>94,0</w:t>
            </w:r>
          </w:p>
        </w:tc>
        <w:tc>
          <w:tcPr>
            <w:tcW w:w="0" w:type="auto"/>
          </w:tcPr>
          <w:p w14:paraId="1FCF8593" w14:textId="77777777" w:rsidR="007A5E59" w:rsidRDefault="0095198F">
            <w:pPr>
              <w:jc w:val="center"/>
            </w:pPr>
            <w:r>
              <w:t>0,0</w:t>
            </w:r>
          </w:p>
        </w:tc>
        <w:tc>
          <w:tcPr>
            <w:tcW w:w="0" w:type="auto"/>
          </w:tcPr>
          <w:p w14:paraId="77441A90" w14:textId="77777777" w:rsidR="007A5E59" w:rsidRDefault="0095198F">
            <w:pPr>
              <w:jc w:val="center"/>
            </w:pPr>
            <w:r>
              <w:t>127,0</w:t>
            </w:r>
          </w:p>
        </w:tc>
        <w:tc>
          <w:tcPr>
            <w:tcW w:w="0" w:type="auto"/>
          </w:tcPr>
          <w:p w14:paraId="0ABBEF11" w14:textId="77777777" w:rsidR="007A5E59" w:rsidRDefault="0095198F">
            <w:pPr>
              <w:jc w:val="center"/>
            </w:pPr>
            <w:r>
              <w:t>403,0</w:t>
            </w:r>
          </w:p>
        </w:tc>
        <w:tc>
          <w:tcPr>
            <w:tcW w:w="0" w:type="auto"/>
          </w:tcPr>
          <w:p w14:paraId="66CF1040" w14:textId="77777777" w:rsidR="007A5E59" w:rsidRDefault="0095198F">
            <w:pPr>
              <w:jc w:val="center"/>
            </w:pPr>
            <w:r>
              <w:t>0,0</w:t>
            </w:r>
          </w:p>
        </w:tc>
        <w:tc>
          <w:tcPr>
            <w:tcW w:w="0" w:type="auto"/>
          </w:tcPr>
          <w:p w14:paraId="30AF667B" w14:textId="77777777" w:rsidR="007A5E59" w:rsidRDefault="0095198F">
            <w:pPr>
              <w:jc w:val="center"/>
            </w:pPr>
            <w:r>
              <w:t>0,0</w:t>
            </w:r>
          </w:p>
        </w:tc>
        <w:tc>
          <w:tcPr>
            <w:tcW w:w="0" w:type="auto"/>
          </w:tcPr>
          <w:p w14:paraId="53FB407E" w14:textId="77777777" w:rsidR="007A5E59" w:rsidRDefault="0095198F">
            <w:pPr>
              <w:jc w:val="center"/>
            </w:pPr>
            <w:r>
              <w:t>0,0</w:t>
            </w:r>
          </w:p>
        </w:tc>
        <w:tc>
          <w:tcPr>
            <w:tcW w:w="0" w:type="auto"/>
          </w:tcPr>
          <w:p w14:paraId="68E60A5F" w14:textId="77777777" w:rsidR="007A5E59" w:rsidRDefault="0095198F">
            <w:pPr>
              <w:jc w:val="center"/>
            </w:pPr>
            <w:r>
              <w:t>0,0</w:t>
            </w:r>
          </w:p>
        </w:tc>
        <w:tc>
          <w:tcPr>
            <w:tcW w:w="0" w:type="auto"/>
          </w:tcPr>
          <w:p w14:paraId="5C28CE3A" w14:textId="77777777" w:rsidR="007A5E59" w:rsidRDefault="0095198F">
            <w:pPr>
              <w:jc w:val="center"/>
            </w:pPr>
            <w:r>
              <w:t>0,0</w:t>
            </w:r>
          </w:p>
        </w:tc>
        <w:tc>
          <w:tcPr>
            <w:tcW w:w="0" w:type="auto"/>
          </w:tcPr>
          <w:p w14:paraId="247C809B" w14:textId="77777777" w:rsidR="007A5E59" w:rsidRDefault="0095198F">
            <w:pPr>
              <w:jc w:val="center"/>
            </w:pPr>
            <w:r>
              <w:t>0,0</w:t>
            </w:r>
          </w:p>
        </w:tc>
        <w:tc>
          <w:tcPr>
            <w:tcW w:w="0" w:type="auto"/>
          </w:tcPr>
          <w:p w14:paraId="575E859C" w14:textId="77777777" w:rsidR="007A5E59" w:rsidRDefault="0095198F">
            <w:pPr>
              <w:jc w:val="center"/>
            </w:pPr>
            <w:r>
              <w:t>0,0</w:t>
            </w:r>
          </w:p>
        </w:tc>
        <w:tc>
          <w:tcPr>
            <w:tcW w:w="0" w:type="auto"/>
          </w:tcPr>
          <w:p w14:paraId="6038A090" w14:textId="77777777" w:rsidR="007A5E59" w:rsidRDefault="0095198F">
            <w:pPr>
              <w:jc w:val="center"/>
            </w:pPr>
            <w:r>
              <w:t>0,0</w:t>
            </w:r>
          </w:p>
        </w:tc>
        <w:tc>
          <w:tcPr>
            <w:tcW w:w="0" w:type="auto"/>
          </w:tcPr>
          <w:p w14:paraId="7774ADEB" w14:textId="77777777" w:rsidR="007A5E59" w:rsidRDefault="0095198F">
            <w:pPr>
              <w:jc w:val="center"/>
            </w:pPr>
            <w:r>
              <w:t>739,0</w:t>
            </w:r>
          </w:p>
        </w:tc>
      </w:tr>
      <w:tr w:rsidR="007A5E59" w14:paraId="689E2B78" w14:textId="77777777">
        <w:trPr>
          <w:jc w:val="center"/>
        </w:trPr>
        <w:tc>
          <w:tcPr>
            <w:tcW w:w="0" w:type="auto"/>
          </w:tcPr>
          <w:p w14:paraId="2403564A" w14:textId="77777777" w:rsidR="007A5E59" w:rsidRDefault="0095198F">
            <w:r>
              <w:t>2036 (год ввода 2007–2011)</w:t>
            </w:r>
          </w:p>
        </w:tc>
        <w:tc>
          <w:tcPr>
            <w:tcW w:w="0" w:type="auto"/>
          </w:tcPr>
          <w:p w14:paraId="2F121014" w14:textId="77777777" w:rsidR="007A5E59" w:rsidRDefault="0095198F">
            <w:pPr>
              <w:jc w:val="center"/>
            </w:pPr>
            <w:r>
              <w:t>0,0</w:t>
            </w:r>
          </w:p>
        </w:tc>
        <w:tc>
          <w:tcPr>
            <w:tcW w:w="0" w:type="auto"/>
          </w:tcPr>
          <w:p w14:paraId="62FF95C5" w14:textId="77777777" w:rsidR="007A5E59" w:rsidRDefault="0095198F">
            <w:pPr>
              <w:jc w:val="center"/>
            </w:pPr>
            <w:r>
              <w:t>0,0</w:t>
            </w:r>
          </w:p>
        </w:tc>
        <w:tc>
          <w:tcPr>
            <w:tcW w:w="0" w:type="auto"/>
          </w:tcPr>
          <w:p w14:paraId="0221A3DA" w14:textId="77777777" w:rsidR="007A5E59" w:rsidRDefault="0095198F">
            <w:pPr>
              <w:jc w:val="center"/>
            </w:pPr>
            <w:r>
              <w:t>0,0</w:t>
            </w:r>
          </w:p>
        </w:tc>
        <w:tc>
          <w:tcPr>
            <w:tcW w:w="0" w:type="auto"/>
          </w:tcPr>
          <w:p w14:paraId="5F978A48" w14:textId="77777777" w:rsidR="007A5E59" w:rsidRDefault="0095198F">
            <w:pPr>
              <w:jc w:val="center"/>
            </w:pPr>
            <w:r>
              <w:t>0,0</w:t>
            </w:r>
          </w:p>
        </w:tc>
        <w:tc>
          <w:tcPr>
            <w:tcW w:w="0" w:type="auto"/>
          </w:tcPr>
          <w:p w14:paraId="53A0CCD1" w14:textId="77777777" w:rsidR="007A5E59" w:rsidRDefault="0095198F">
            <w:pPr>
              <w:jc w:val="center"/>
            </w:pPr>
            <w:r>
              <w:t>0,0</w:t>
            </w:r>
          </w:p>
        </w:tc>
        <w:tc>
          <w:tcPr>
            <w:tcW w:w="0" w:type="auto"/>
          </w:tcPr>
          <w:p w14:paraId="5ADE448B" w14:textId="77777777" w:rsidR="007A5E59" w:rsidRDefault="0095198F">
            <w:pPr>
              <w:jc w:val="center"/>
            </w:pPr>
            <w:r>
              <w:t>0,0</w:t>
            </w:r>
          </w:p>
        </w:tc>
        <w:tc>
          <w:tcPr>
            <w:tcW w:w="0" w:type="auto"/>
          </w:tcPr>
          <w:p w14:paraId="1BF86170" w14:textId="77777777" w:rsidR="007A5E59" w:rsidRDefault="0095198F">
            <w:pPr>
              <w:jc w:val="center"/>
            </w:pPr>
            <w:r>
              <w:t>0,0</w:t>
            </w:r>
          </w:p>
        </w:tc>
        <w:tc>
          <w:tcPr>
            <w:tcW w:w="0" w:type="auto"/>
          </w:tcPr>
          <w:p w14:paraId="22BED078" w14:textId="77777777" w:rsidR="007A5E59" w:rsidRDefault="0095198F">
            <w:pPr>
              <w:jc w:val="center"/>
            </w:pPr>
            <w:r>
              <w:t>0,0</w:t>
            </w:r>
          </w:p>
        </w:tc>
        <w:tc>
          <w:tcPr>
            <w:tcW w:w="0" w:type="auto"/>
          </w:tcPr>
          <w:p w14:paraId="0D5049B6" w14:textId="77777777" w:rsidR="007A5E59" w:rsidRDefault="0095198F">
            <w:pPr>
              <w:jc w:val="center"/>
            </w:pPr>
            <w:r>
              <w:t>0,0</w:t>
            </w:r>
          </w:p>
        </w:tc>
        <w:tc>
          <w:tcPr>
            <w:tcW w:w="0" w:type="auto"/>
          </w:tcPr>
          <w:p w14:paraId="5C2894D8" w14:textId="77777777" w:rsidR="007A5E59" w:rsidRDefault="0095198F">
            <w:pPr>
              <w:jc w:val="center"/>
            </w:pPr>
            <w:r>
              <w:t>0,0</w:t>
            </w:r>
          </w:p>
        </w:tc>
        <w:tc>
          <w:tcPr>
            <w:tcW w:w="0" w:type="auto"/>
          </w:tcPr>
          <w:p w14:paraId="1BE3187C" w14:textId="77777777" w:rsidR="007A5E59" w:rsidRDefault="0095198F">
            <w:pPr>
              <w:jc w:val="center"/>
            </w:pPr>
            <w:r>
              <w:t>0,0</w:t>
            </w:r>
          </w:p>
        </w:tc>
        <w:tc>
          <w:tcPr>
            <w:tcW w:w="0" w:type="auto"/>
          </w:tcPr>
          <w:p w14:paraId="722F03BE" w14:textId="77777777" w:rsidR="007A5E59" w:rsidRDefault="0095198F">
            <w:pPr>
              <w:jc w:val="center"/>
            </w:pPr>
            <w:r>
              <w:t>0,0</w:t>
            </w:r>
          </w:p>
        </w:tc>
        <w:tc>
          <w:tcPr>
            <w:tcW w:w="0" w:type="auto"/>
          </w:tcPr>
          <w:p w14:paraId="10AF80CB" w14:textId="77777777" w:rsidR="007A5E59" w:rsidRDefault="0095198F">
            <w:pPr>
              <w:jc w:val="center"/>
            </w:pPr>
            <w:r>
              <w:t>0,0</w:t>
            </w:r>
          </w:p>
        </w:tc>
        <w:tc>
          <w:tcPr>
            <w:tcW w:w="0" w:type="auto"/>
          </w:tcPr>
          <w:p w14:paraId="37ECAD76" w14:textId="77777777" w:rsidR="007A5E59" w:rsidRDefault="0095198F">
            <w:pPr>
              <w:jc w:val="center"/>
            </w:pPr>
            <w:r>
              <w:t>0,0</w:t>
            </w:r>
          </w:p>
        </w:tc>
        <w:tc>
          <w:tcPr>
            <w:tcW w:w="0" w:type="auto"/>
          </w:tcPr>
          <w:p w14:paraId="0DC746CF" w14:textId="77777777" w:rsidR="007A5E59" w:rsidRDefault="0095198F">
            <w:pPr>
              <w:jc w:val="center"/>
            </w:pPr>
            <w:r>
              <w:t>0,0</w:t>
            </w:r>
          </w:p>
        </w:tc>
        <w:tc>
          <w:tcPr>
            <w:tcW w:w="0" w:type="auto"/>
          </w:tcPr>
          <w:p w14:paraId="30F43CDB" w14:textId="77777777" w:rsidR="007A5E59" w:rsidRDefault="0095198F">
            <w:pPr>
              <w:jc w:val="center"/>
            </w:pPr>
            <w:r>
              <w:t>0,0</w:t>
            </w:r>
          </w:p>
        </w:tc>
        <w:tc>
          <w:tcPr>
            <w:tcW w:w="0" w:type="auto"/>
          </w:tcPr>
          <w:p w14:paraId="24CF663E" w14:textId="77777777" w:rsidR="007A5E59" w:rsidRDefault="0095198F">
            <w:pPr>
              <w:jc w:val="center"/>
            </w:pPr>
            <w:r>
              <w:t>0,0</w:t>
            </w:r>
          </w:p>
        </w:tc>
        <w:tc>
          <w:tcPr>
            <w:tcW w:w="0" w:type="auto"/>
          </w:tcPr>
          <w:p w14:paraId="43921358" w14:textId="77777777" w:rsidR="007A5E59" w:rsidRDefault="0095198F">
            <w:pPr>
              <w:jc w:val="center"/>
            </w:pPr>
            <w:r>
              <w:t>0,0</w:t>
            </w:r>
          </w:p>
        </w:tc>
        <w:tc>
          <w:tcPr>
            <w:tcW w:w="0" w:type="auto"/>
          </w:tcPr>
          <w:p w14:paraId="55FCE0FF" w14:textId="77777777" w:rsidR="007A5E59" w:rsidRDefault="0095198F">
            <w:pPr>
              <w:jc w:val="center"/>
            </w:pPr>
            <w:r>
              <w:t>0,0</w:t>
            </w:r>
          </w:p>
        </w:tc>
        <w:tc>
          <w:tcPr>
            <w:tcW w:w="0" w:type="auto"/>
          </w:tcPr>
          <w:p w14:paraId="61508228" w14:textId="77777777" w:rsidR="007A5E59" w:rsidRDefault="0095198F">
            <w:pPr>
              <w:jc w:val="center"/>
            </w:pPr>
            <w:r>
              <w:t>0,0</w:t>
            </w:r>
          </w:p>
        </w:tc>
      </w:tr>
      <w:tr w:rsidR="007A5E59" w14:paraId="753150D8" w14:textId="77777777">
        <w:trPr>
          <w:jc w:val="center"/>
        </w:trPr>
        <w:tc>
          <w:tcPr>
            <w:tcW w:w="0" w:type="auto"/>
            <w:shd w:val="clear" w:color="auto" w:fill="DBE5F1"/>
          </w:tcPr>
          <w:p w14:paraId="16F68CDD" w14:textId="77777777" w:rsidR="007A5E59" w:rsidRDefault="0095198F">
            <w:r>
              <w:rPr>
                <w:b/>
              </w:rPr>
              <w:t>ИТОГО под замену 2026–2036</w:t>
            </w:r>
          </w:p>
        </w:tc>
        <w:tc>
          <w:tcPr>
            <w:tcW w:w="0" w:type="auto"/>
            <w:shd w:val="clear" w:color="auto" w:fill="DBE5F1"/>
          </w:tcPr>
          <w:p w14:paraId="0B86ADD7" w14:textId="77777777" w:rsidR="007A5E59" w:rsidRDefault="0095198F">
            <w:pPr>
              <w:jc w:val="center"/>
            </w:pPr>
            <w:r>
              <w:rPr>
                <w:b/>
              </w:rPr>
              <w:t>0,0</w:t>
            </w:r>
          </w:p>
        </w:tc>
        <w:tc>
          <w:tcPr>
            <w:tcW w:w="0" w:type="auto"/>
            <w:shd w:val="clear" w:color="auto" w:fill="DBE5F1"/>
          </w:tcPr>
          <w:p w14:paraId="48C7C362" w14:textId="77777777" w:rsidR="007A5E59" w:rsidRDefault="0095198F">
            <w:pPr>
              <w:jc w:val="center"/>
            </w:pPr>
            <w:r>
              <w:rPr>
                <w:b/>
              </w:rPr>
              <w:t>0,0</w:t>
            </w:r>
          </w:p>
        </w:tc>
        <w:tc>
          <w:tcPr>
            <w:tcW w:w="0" w:type="auto"/>
            <w:shd w:val="clear" w:color="auto" w:fill="DBE5F1"/>
          </w:tcPr>
          <w:p w14:paraId="329F5BDF" w14:textId="77777777" w:rsidR="007A5E59" w:rsidRDefault="0095198F">
            <w:pPr>
              <w:jc w:val="center"/>
            </w:pPr>
            <w:r>
              <w:rPr>
                <w:b/>
              </w:rPr>
              <w:t>0,0</w:t>
            </w:r>
          </w:p>
        </w:tc>
        <w:tc>
          <w:tcPr>
            <w:tcW w:w="0" w:type="auto"/>
            <w:shd w:val="clear" w:color="auto" w:fill="DBE5F1"/>
          </w:tcPr>
          <w:p w14:paraId="2694489D" w14:textId="77777777" w:rsidR="007A5E59" w:rsidRDefault="0095198F">
            <w:pPr>
              <w:jc w:val="center"/>
            </w:pPr>
            <w:r>
              <w:rPr>
                <w:b/>
              </w:rPr>
              <w:t>0,0</w:t>
            </w:r>
          </w:p>
        </w:tc>
        <w:tc>
          <w:tcPr>
            <w:tcW w:w="0" w:type="auto"/>
            <w:shd w:val="clear" w:color="auto" w:fill="DBE5F1"/>
          </w:tcPr>
          <w:p w14:paraId="21B27745" w14:textId="77777777" w:rsidR="007A5E59" w:rsidRDefault="0095198F">
            <w:pPr>
              <w:jc w:val="center"/>
            </w:pPr>
            <w:r>
              <w:rPr>
                <w:b/>
              </w:rPr>
              <w:t>67,0</w:t>
            </w:r>
          </w:p>
        </w:tc>
        <w:tc>
          <w:tcPr>
            <w:tcW w:w="0" w:type="auto"/>
            <w:shd w:val="clear" w:color="auto" w:fill="DBE5F1"/>
          </w:tcPr>
          <w:p w14:paraId="56964970" w14:textId="77777777" w:rsidR="007A5E59" w:rsidRDefault="0095198F">
            <w:pPr>
              <w:jc w:val="center"/>
            </w:pPr>
            <w:r>
              <w:rPr>
                <w:b/>
              </w:rPr>
              <w:t>48,0</w:t>
            </w:r>
          </w:p>
        </w:tc>
        <w:tc>
          <w:tcPr>
            <w:tcW w:w="0" w:type="auto"/>
            <w:shd w:val="clear" w:color="auto" w:fill="DBE5F1"/>
          </w:tcPr>
          <w:p w14:paraId="5E8C3071" w14:textId="77777777" w:rsidR="007A5E59" w:rsidRDefault="0095198F">
            <w:pPr>
              <w:jc w:val="center"/>
            </w:pPr>
            <w:r>
              <w:rPr>
                <w:b/>
              </w:rPr>
              <w:t>0,0</w:t>
            </w:r>
          </w:p>
        </w:tc>
        <w:tc>
          <w:tcPr>
            <w:tcW w:w="0" w:type="auto"/>
            <w:shd w:val="clear" w:color="auto" w:fill="DBE5F1"/>
          </w:tcPr>
          <w:p w14:paraId="432B4853" w14:textId="77777777" w:rsidR="007A5E59" w:rsidRDefault="0095198F">
            <w:pPr>
              <w:jc w:val="center"/>
            </w:pPr>
            <w:r>
              <w:rPr>
                <w:b/>
              </w:rPr>
              <w:t>94,0</w:t>
            </w:r>
          </w:p>
        </w:tc>
        <w:tc>
          <w:tcPr>
            <w:tcW w:w="0" w:type="auto"/>
            <w:shd w:val="clear" w:color="auto" w:fill="DBE5F1"/>
          </w:tcPr>
          <w:p w14:paraId="6E8279DB" w14:textId="77777777" w:rsidR="007A5E59" w:rsidRDefault="0095198F">
            <w:pPr>
              <w:jc w:val="center"/>
            </w:pPr>
            <w:r>
              <w:rPr>
                <w:b/>
              </w:rPr>
              <w:t>0,0</w:t>
            </w:r>
          </w:p>
        </w:tc>
        <w:tc>
          <w:tcPr>
            <w:tcW w:w="0" w:type="auto"/>
            <w:shd w:val="clear" w:color="auto" w:fill="DBE5F1"/>
          </w:tcPr>
          <w:p w14:paraId="1E89C15E" w14:textId="77777777" w:rsidR="007A5E59" w:rsidRDefault="0095198F">
            <w:pPr>
              <w:jc w:val="center"/>
            </w:pPr>
            <w:r>
              <w:rPr>
                <w:b/>
              </w:rPr>
              <w:t>127,0</w:t>
            </w:r>
          </w:p>
        </w:tc>
        <w:tc>
          <w:tcPr>
            <w:tcW w:w="0" w:type="auto"/>
            <w:shd w:val="clear" w:color="auto" w:fill="DBE5F1"/>
          </w:tcPr>
          <w:p w14:paraId="25CC01E6" w14:textId="77777777" w:rsidR="007A5E59" w:rsidRDefault="0095198F">
            <w:pPr>
              <w:jc w:val="center"/>
            </w:pPr>
            <w:r>
              <w:rPr>
                <w:b/>
              </w:rPr>
              <w:t>403,0</w:t>
            </w:r>
          </w:p>
        </w:tc>
        <w:tc>
          <w:tcPr>
            <w:tcW w:w="0" w:type="auto"/>
            <w:shd w:val="clear" w:color="auto" w:fill="DBE5F1"/>
          </w:tcPr>
          <w:p w14:paraId="1E71AAB9" w14:textId="77777777" w:rsidR="007A5E59" w:rsidRDefault="0095198F">
            <w:pPr>
              <w:jc w:val="center"/>
            </w:pPr>
            <w:r>
              <w:rPr>
                <w:b/>
              </w:rPr>
              <w:t>0,0</w:t>
            </w:r>
          </w:p>
        </w:tc>
        <w:tc>
          <w:tcPr>
            <w:tcW w:w="0" w:type="auto"/>
            <w:shd w:val="clear" w:color="auto" w:fill="DBE5F1"/>
          </w:tcPr>
          <w:p w14:paraId="09AF50B4" w14:textId="77777777" w:rsidR="007A5E59" w:rsidRDefault="0095198F">
            <w:pPr>
              <w:jc w:val="center"/>
            </w:pPr>
            <w:r>
              <w:rPr>
                <w:b/>
              </w:rPr>
              <w:t>0,0</w:t>
            </w:r>
          </w:p>
        </w:tc>
        <w:tc>
          <w:tcPr>
            <w:tcW w:w="0" w:type="auto"/>
            <w:shd w:val="clear" w:color="auto" w:fill="DBE5F1"/>
          </w:tcPr>
          <w:p w14:paraId="25B7C689" w14:textId="77777777" w:rsidR="007A5E59" w:rsidRDefault="0095198F">
            <w:pPr>
              <w:jc w:val="center"/>
            </w:pPr>
            <w:r>
              <w:rPr>
                <w:b/>
              </w:rPr>
              <w:t>0,0</w:t>
            </w:r>
          </w:p>
        </w:tc>
        <w:tc>
          <w:tcPr>
            <w:tcW w:w="0" w:type="auto"/>
            <w:shd w:val="clear" w:color="auto" w:fill="DBE5F1"/>
          </w:tcPr>
          <w:p w14:paraId="164831A4" w14:textId="77777777" w:rsidR="007A5E59" w:rsidRDefault="0095198F">
            <w:pPr>
              <w:jc w:val="center"/>
            </w:pPr>
            <w:r>
              <w:rPr>
                <w:b/>
              </w:rPr>
              <w:t>0,0</w:t>
            </w:r>
          </w:p>
        </w:tc>
        <w:tc>
          <w:tcPr>
            <w:tcW w:w="0" w:type="auto"/>
            <w:shd w:val="clear" w:color="auto" w:fill="DBE5F1"/>
          </w:tcPr>
          <w:p w14:paraId="6AA51912" w14:textId="77777777" w:rsidR="007A5E59" w:rsidRDefault="0095198F">
            <w:pPr>
              <w:jc w:val="center"/>
            </w:pPr>
            <w:r>
              <w:rPr>
                <w:b/>
              </w:rPr>
              <w:t>0,0</w:t>
            </w:r>
          </w:p>
        </w:tc>
        <w:tc>
          <w:tcPr>
            <w:tcW w:w="0" w:type="auto"/>
            <w:shd w:val="clear" w:color="auto" w:fill="DBE5F1"/>
          </w:tcPr>
          <w:p w14:paraId="5ABFC617" w14:textId="77777777" w:rsidR="007A5E59" w:rsidRDefault="0095198F">
            <w:pPr>
              <w:jc w:val="center"/>
            </w:pPr>
            <w:r>
              <w:rPr>
                <w:b/>
              </w:rPr>
              <w:t>0,0</w:t>
            </w:r>
          </w:p>
        </w:tc>
        <w:tc>
          <w:tcPr>
            <w:tcW w:w="0" w:type="auto"/>
            <w:shd w:val="clear" w:color="auto" w:fill="DBE5F1"/>
          </w:tcPr>
          <w:p w14:paraId="0A1F588B" w14:textId="77777777" w:rsidR="007A5E59" w:rsidRDefault="0095198F">
            <w:pPr>
              <w:jc w:val="center"/>
            </w:pPr>
            <w:r>
              <w:rPr>
                <w:b/>
              </w:rPr>
              <w:t>0,0</w:t>
            </w:r>
          </w:p>
        </w:tc>
        <w:tc>
          <w:tcPr>
            <w:tcW w:w="0" w:type="auto"/>
            <w:shd w:val="clear" w:color="auto" w:fill="DBE5F1"/>
          </w:tcPr>
          <w:p w14:paraId="6F948D75" w14:textId="77777777" w:rsidR="007A5E59" w:rsidRDefault="0095198F">
            <w:pPr>
              <w:jc w:val="center"/>
            </w:pPr>
            <w:r>
              <w:rPr>
                <w:b/>
              </w:rPr>
              <w:t>0,0</w:t>
            </w:r>
          </w:p>
        </w:tc>
        <w:tc>
          <w:tcPr>
            <w:tcW w:w="0" w:type="auto"/>
            <w:shd w:val="clear" w:color="auto" w:fill="DBE5F1"/>
          </w:tcPr>
          <w:p w14:paraId="3103ADDA" w14:textId="77777777" w:rsidR="007A5E59" w:rsidRDefault="0095198F">
            <w:pPr>
              <w:jc w:val="center"/>
            </w:pPr>
            <w:r>
              <w:rPr>
                <w:b/>
              </w:rPr>
              <w:t>739,0</w:t>
            </w:r>
          </w:p>
        </w:tc>
      </w:tr>
      <w:tr w:rsidR="007A5E59" w:rsidRPr="00C07C05" w14:paraId="7540E56A" w14:textId="77777777">
        <w:trPr>
          <w:jc w:val="center"/>
        </w:trPr>
        <w:tc>
          <w:tcPr>
            <w:tcW w:w="0" w:type="auto"/>
          </w:tcPr>
          <w:p w14:paraId="7FF767B3" w14:textId="77777777" w:rsidR="007A5E59" w:rsidRPr="00312815" w:rsidRDefault="0095198F">
            <w:pPr>
              <w:rPr>
                <w:lang w:val="ru-RU"/>
              </w:rPr>
            </w:pPr>
            <w:r w:rsidRPr="00312815">
              <w:rPr>
                <w:lang w:val="ru-RU"/>
              </w:rPr>
              <w:t>БЛОК 3. Площадь поверхности тепловых сетей, м² (</w:t>
            </w:r>
            <w:r>
              <w:t>π</w:t>
            </w:r>
            <w:r w:rsidRPr="00312815">
              <w:rPr>
                <w:lang w:val="ru-RU"/>
              </w:rPr>
              <w:t xml:space="preserve"> × Ø × длина по оси трассы)</w:t>
            </w:r>
          </w:p>
        </w:tc>
        <w:tc>
          <w:tcPr>
            <w:tcW w:w="0" w:type="auto"/>
          </w:tcPr>
          <w:p w14:paraId="51523A55" w14:textId="77777777" w:rsidR="007A5E59" w:rsidRPr="00312815" w:rsidRDefault="007A5E59">
            <w:pPr>
              <w:rPr>
                <w:lang w:val="ru-RU"/>
              </w:rPr>
            </w:pPr>
          </w:p>
        </w:tc>
        <w:tc>
          <w:tcPr>
            <w:tcW w:w="0" w:type="auto"/>
          </w:tcPr>
          <w:p w14:paraId="5A94B5E7" w14:textId="77777777" w:rsidR="007A5E59" w:rsidRPr="00312815" w:rsidRDefault="007A5E59">
            <w:pPr>
              <w:rPr>
                <w:lang w:val="ru-RU"/>
              </w:rPr>
            </w:pPr>
          </w:p>
        </w:tc>
        <w:tc>
          <w:tcPr>
            <w:tcW w:w="0" w:type="auto"/>
          </w:tcPr>
          <w:p w14:paraId="161355C2" w14:textId="77777777" w:rsidR="007A5E59" w:rsidRPr="00312815" w:rsidRDefault="007A5E59">
            <w:pPr>
              <w:rPr>
                <w:lang w:val="ru-RU"/>
              </w:rPr>
            </w:pPr>
          </w:p>
        </w:tc>
        <w:tc>
          <w:tcPr>
            <w:tcW w:w="0" w:type="auto"/>
          </w:tcPr>
          <w:p w14:paraId="7ECDAA19" w14:textId="77777777" w:rsidR="007A5E59" w:rsidRPr="00312815" w:rsidRDefault="007A5E59">
            <w:pPr>
              <w:rPr>
                <w:lang w:val="ru-RU"/>
              </w:rPr>
            </w:pPr>
          </w:p>
        </w:tc>
        <w:tc>
          <w:tcPr>
            <w:tcW w:w="0" w:type="auto"/>
          </w:tcPr>
          <w:p w14:paraId="33036AE2" w14:textId="77777777" w:rsidR="007A5E59" w:rsidRPr="00312815" w:rsidRDefault="007A5E59">
            <w:pPr>
              <w:rPr>
                <w:lang w:val="ru-RU"/>
              </w:rPr>
            </w:pPr>
          </w:p>
        </w:tc>
        <w:tc>
          <w:tcPr>
            <w:tcW w:w="0" w:type="auto"/>
          </w:tcPr>
          <w:p w14:paraId="252825DD" w14:textId="77777777" w:rsidR="007A5E59" w:rsidRPr="00312815" w:rsidRDefault="007A5E59">
            <w:pPr>
              <w:rPr>
                <w:lang w:val="ru-RU"/>
              </w:rPr>
            </w:pPr>
          </w:p>
        </w:tc>
        <w:tc>
          <w:tcPr>
            <w:tcW w:w="0" w:type="auto"/>
          </w:tcPr>
          <w:p w14:paraId="104146E3" w14:textId="77777777" w:rsidR="007A5E59" w:rsidRPr="00312815" w:rsidRDefault="007A5E59">
            <w:pPr>
              <w:rPr>
                <w:lang w:val="ru-RU"/>
              </w:rPr>
            </w:pPr>
          </w:p>
        </w:tc>
        <w:tc>
          <w:tcPr>
            <w:tcW w:w="0" w:type="auto"/>
          </w:tcPr>
          <w:p w14:paraId="33491D66" w14:textId="77777777" w:rsidR="007A5E59" w:rsidRPr="00312815" w:rsidRDefault="007A5E59">
            <w:pPr>
              <w:rPr>
                <w:lang w:val="ru-RU"/>
              </w:rPr>
            </w:pPr>
          </w:p>
        </w:tc>
        <w:tc>
          <w:tcPr>
            <w:tcW w:w="0" w:type="auto"/>
          </w:tcPr>
          <w:p w14:paraId="16F9AEF8" w14:textId="77777777" w:rsidR="007A5E59" w:rsidRPr="00312815" w:rsidRDefault="007A5E59">
            <w:pPr>
              <w:rPr>
                <w:lang w:val="ru-RU"/>
              </w:rPr>
            </w:pPr>
          </w:p>
        </w:tc>
        <w:tc>
          <w:tcPr>
            <w:tcW w:w="0" w:type="auto"/>
          </w:tcPr>
          <w:p w14:paraId="03BA1C91" w14:textId="77777777" w:rsidR="007A5E59" w:rsidRPr="00312815" w:rsidRDefault="007A5E59">
            <w:pPr>
              <w:rPr>
                <w:lang w:val="ru-RU"/>
              </w:rPr>
            </w:pPr>
          </w:p>
        </w:tc>
        <w:tc>
          <w:tcPr>
            <w:tcW w:w="0" w:type="auto"/>
          </w:tcPr>
          <w:p w14:paraId="15E68A32" w14:textId="77777777" w:rsidR="007A5E59" w:rsidRPr="00312815" w:rsidRDefault="007A5E59">
            <w:pPr>
              <w:rPr>
                <w:lang w:val="ru-RU"/>
              </w:rPr>
            </w:pPr>
          </w:p>
        </w:tc>
        <w:tc>
          <w:tcPr>
            <w:tcW w:w="0" w:type="auto"/>
          </w:tcPr>
          <w:p w14:paraId="48505763" w14:textId="77777777" w:rsidR="007A5E59" w:rsidRPr="00312815" w:rsidRDefault="007A5E59">
            <w:pPr>
              <w:rPr>
                <w:lang w:val="ru-RU"/>
              </w:rPr>
            </w:pPr>
          </w:p>
        </w:tc>
        <w:tc>
          <w:tcPr>
            <w:tcW w:w="0" w:type="auto"/>
          </w:tcPr>
          <w:p w14:paraId="4D3545C8" w14:textId="77777777" w:rsidR="007A5E59" w:rsidRPr="00312815" w:rsidRDefault="007A5E59">
            <w:pPr>
              <w:rPr>
                <w:lang w:val="ru-RU"/>
              </w:rPr>
            </w:pPr>
          </w:p>
        </w:tc>
        <w:tc>
          <w:tcPr>
            <w:tcW w:w="0" w:type="auto"/>
          </w:tcPr>
          <w:p w14:paraId="0FC2FB2D" w14:textId="77777777" w:rsidR="007A5E59" w:rsidRPr="00312815" w:rsidRDefault="007A5E59">
            <w:pPr>
              <w:rPr>
                <w:lang w:val="ru-RU"/>
              </w:rPr>
            </w:pPr>
          </w:p>
        </w:tc>
        <w:tc>
          <w:tcPr>
            <w:tcW w:w="0" w:type="auto"/>
          </w:tcPr>
          <w:p w14:paraId="462AA7F1" w14:textId="77777777" w:rsidR="007A5E59" w:rsidRPr="00312815" w:rsidRDefault="007A5E59">
            <w:pPr>
              <w:rPr>
                <w:lang w:val="ru-RU"/>
              </w:rPr>
            </w:pPr>
          </w:p>
        </w:tc>
        <w:tc>
          <w:tcPr>
            <w:tcW w:w="0" w:type="auto"/>
          </w:tcPr>
          <w:p w14:paraId="6D79A409" w14:textId="77777777" w:rsidR="007A5E59" w:rsidRPr="00312815" w:rsidRDefault="007A5E59">
            <w:pPr>
              <w:rPr>
                <w:lang w:val="ru-RU"/>
              </w:rPr>
            </w:pPr>
          </w:p>
        </w:tc>
        <w:tc>
          <w:tcPr>
            <w:tcW w:w="0" w:type="auto"/>
          </w:tcPr>
          <w:p w14:paraId="6E96E527" w14:textId="77777777" w:rsidR="007A5E59" w:rsidRPr="00312815" w:rsidRDefault="007A5E59">
            <w:pPr>
              <w:rPr>
                <w:lang w:val="ru-RU"/>
              </w:rPr>
            </w:pPr>
          </w:p>
        </w:tc>
        <w:tc>
          <w:tcPr>
            <w:tcW w:w="0" w:type="auto"/>
          </w:tcPr>
          <w:p w14:paraId="2DE1FAFC" w14:textId="77777777" w:rsidR="007A5E59" w:rsidRPr="00312815" w:rsidRDefault="007A5E59">
            <w:pPr>
              <w:rPr>
                <w:lang w:val="ru-RU"/>
              </w:rPr>
            </w:pPr>
          </w:p>
        </w:tc>
        <w:tc>
          <w:tcPr>
            <w:tcW w:w="0" w:type="auto"/>
          </w:tcPr>
          <w:p w14:paraId="51666C17" w14:textId="77777777" w:rsidR="007A5E59" w:rsidRPr="00312815" w:rsidRDefault="007A5E59">
            <w:pPr>
              <w:rPr>
                <w:lang w:val="ru-RU"/>
              </w:rPr>
            </w:pPr>
          </w:p>
        </w:tc>
        <w:tc>
          <w:tcPr>
            <w:tcW w:w="0" w:type="auto"/>
          </w:tcPr>
          <w:p w14:paraId="614D8053" w14:textId="77777777" w:rsidR="007A5E59" w:rsidRPr="00312815" w:rsidRDefault="007A5E59">
            <w:pPr>
              <w:rPr>
                <w:lang w:val="ru-RU"/>
              </w:rPr>
            </w:pPr>
          </w:p>
        </w:tc>
      </w:tr>
      <w:tr w:rsidR="007A5E59" w14:paraId="1F0392FF" w14:textId="77777777">
        <w:trPr>
          <w:jc w:val="center"/>
        </w:trPr>
        <w:tc>
          <w:tcPr>
            <w:tcW w:w="0" w:type="auto"/>
          </w:tcPr>
          <w:p w14:paraId="55ADF79C" w14:textId="77777777" w:rsidR="007A5E59" w:rsidRDefault="0095198F">
            <w:r>
              <w:t>в канале</w:t>
            </w:r>
          </w:p>
        </w:tc>
        <w:tc>
          <w:tcPr>
            <w:tcW w:w="0" w:type="auto"/>
          </w:tcPr>
          <w:p w14:paraId="0E010F4A" w14:textId="77777777" w:rsidR="007A5E59" w:rsidRDefault="0095198F">
            <w:pPr>
              <w:jc w:val="center"/>
            </w:pPr>
            <w:r>
              <w:t>0,00</w:t>
            </w:r>
          </w:p>
        </w:tc>
        <w:tc>
          <w:tcPr>
            <w:tcW w:w="0" w:type="auto"/>
          </w:tcPr>
          <w:p w14:paraId="59B447C6" w14:textId="77777777" w:rsidR="007A5E59" w:rsidRDefault="0095198F">
            <w:pPr>
              <w:jc w:val="center"/>
            </w:pPr>
            <w:r>
              <w:t>0,00</w:t>
            </w:r>
          </w:p>
        </w:tc>
        <w:tc>
          <w:tcPr>
            <w:tcW w:w="0" w:type="auto"/>
          </w:tcPr>
          <w:p w14:paraId="7432521D" w14:textId="77777777" w:rsidR="007A5E59" w:rsidRDefault="0095198F">
            <w:pPr>
              <w:jc w:val="center"/>
            </w:pPr>
            <w:r>
              <w:t>0,00</w:t>
            </w:r>
          </w:p>
        </w:tc>
        <w:tc>
          <w:tcPr>
            <w:tcW w:w="0" w:type="auto"/>
          </w:tcPr>
          <w:p w14:paraId="498524E9" w14:textId="77777777" w:rsidR="007A5E59" w:rsidRDefault="0095198F">
            <w:pPr>
              <w:jc w:val="center"/>
            </w:pPr>
            <w:r>
              <w:t>0,00</w:t>
            </w:r>
          </w:p>
        </w:tc>
        <w:tc>
          <w:tcPr>
            <w:tcW w:w="0" w:type="auto"/>
          </w:tcPr>
          <w:p w14:paraId="13E5DA96" w14:textId="77777777" w:rsidR="007A5E59" w:rsidRDefault="0095198F">
            <w:pPr>
              <w:jc w:val="center"/>
            </w:pPr>
            <w:r>
              <w:t>0,00</w:t>
            </w:r>
          </w:p>
        </w:tc>
        <w:tc>
          <w:tcPr>
            <w:tcW w:w="0" w:type="auto"/>
          </w:tcPr>
          <w:p w14:paraId="73FF5B18" w14:textId="77777777" w:rsidR="007A5E59" w:rsidRDefault="0095198F">
            <w:pPr>
              <w:jc w:val="center"/>
            </w:pPr>
            <w:r>
              <w:t>0,00</w:t>
            </w:r>
          </w:p>
        </w:tc>
        <w:tc>
          <w:tcPr>
            <w:tcW w:w="0" w:type="auto"/>
          </w:tcPr>
          <w:p w14:paraId="2656A72C" w14:textId="77777777" w:rsidR="007A5E59" w:rsidRDefault="0095198F">
            <w:pPr>
              <w:jc w:val="center"/>
            </w:pPr>
            <w:r>
              <w:t>0,00</w:t>
            </w:r>
          </w:p>
        </w:tc>
        <w:tc>
          <w:tcPr>
            <w:tcW w:w="0" w:type="auto"/>
          </w:tcPr>
          <w:p w14:paraId="65581BC6" w14:textId="77777777" w:rsidR="007A5E59" w:rsidRDefault="0095198F">
            <w:pPr>
              <w:jc w:val="center"/>
            </w:pPr>
            <w:r>
              <w:t>0,00</w:t>
            </w:r>
          </w:p>
        </w:tc>
        <w:tc>
          <w:tcPr>
            <w:tcW w:w="0" w:type="auto"/>
          </w:tcPr>
          <w:p w14:paraId="002E5E24" w14:textId="77777777" w:rsidR="007A5E59" w:rsidRDefault="0095198F">
            <w:pPr>
              <w:jc w:val="center"/>
            </w:pPr>
            <w:r>
              <w:t>0,00</w:t>
            </w:r>
          </w:p>
        </w:tc>
        <w:tc>
          <w:tcPr>
            <w:tcW w:w="0" w:type="auto"/>
          </w:tcPr>
          <w:p w14:paraId="0DDE2B13" w14:textId="77777777" w:rsidR="007A5E59" w:rsidRDefault="0095198F">
            <w:pPr>
              <w:jc w:val="center"/>
            </w:pPr>
            <w:r>
              <w:t>7,54</w:t>
            </w:r>
          </w:p>
        </w:tc>
        <w:tc>
          <w:tcPr>
            <w:tcW w:w="0" w:type="auto"/>
          </w:tcPr>
          <w:p w14:paraId="1F2740E3" w14:textId="77777777" w:rsidR="007A5E59" w:rsidRDefault="0095198F">
            <w:pPr>
              <w:jc w:val="center"/>
            </w:pPr>
            <w:r>
              <w:t>48,69</w:t>
            </w:r>
          </w:p>
        </w:tc>
        <w:tc>
          <w:tcPr>
            <w:tcW w:w="0" w:type="auto"/>
          </w:tcPr>
          <w:p w14:paraId="3FF10329" w14:textId="77777777" w:rsidR="007A5E59" w:rsidRDefault="0095198F">
            <w:pPr>
              <w:jc w:val="center"/>
            </w:pPr>
            <w:r>
              <w:t>0,00</w:t>
            </w:r>
          </w:p>
        </w:tc>
        <w:tc>
          <w:tcPr>
            <w:tcW w:w="0" w:type="auto"/>
          </w:tcPr>
          <w:p w14:paraId="1C131EE1" w14:textId="77777777" w:rsidR="007A5E59" w:rsidRDefault="0095198F">
            <w:pPr>
              <w:jc w:val="center"/>
            </w:pPr>
            <w:r>
              <w:t>0,00</w:t>
            </w:r>
          </w:p>
        </w:tc>
        <w:tc>
          <w:tcPr>
            <w:tcW w:w="0" w:type="auto"/>
          </w:tcPr>
          <w:p w14:paraId="24944F31" w14:textId="77777777" w:rsidR="007A5E59" w:rsidRDefault="0095198F">
            <w:pPr>
              <w:jc w:val="center"/>
            </w:pPr>
            <w:r>
              <w:t>0,00</w:t>
            </w:r>
          </w:p>
        </w:tc>
        <w:tc>
          <w:tcPr>
            <w:tcW w:w="0" w:type="auto"/>
          </w:tcPr>
          <w:p w14:paraId="68AEE024" w14:textId="77777777" w:rsidR="007A5E59" w:rsidRDefault="0095198F">
            <w:pPr>
              <w:jc w:val="center"/>
            </w:pPr>
            <w:r>
              <w:t>0,00</w:t>
            </w:r>
          </w:p>
        </w:tc>
        <w:tc>
          <w:tcPr>
            <w:tcW w:w="0" w:type="auto"/>
          </w:tcPr>
          <w:p w14:paraId="17D9C103" w14:textId="77777777" w:rsidR="007A5E59" w:rsidRDefault="0095198F">
            <w:pPr>
              <w:jc w:val="center"/>
            </w:pPr>
            <w:r>
              <w:t>0,00</w:t>
            </w:r>
          </w:p>
        </w:tc>
        <w:tc>
          <w:tcPr>
            <w:tcW w:w="0" w:type="auto"/>
          </w:tcPr>
          <w:p w14:paraId="17CE5434" w14:textId="77777777" w:rsidR="007A5E59" w:rsidRDefault="0095198F">
            <w:pPr>
              <w:jc w:val="center"/>
            </w:pPr>
            <w:r>
              <w:t>0,00</w:t>
            </w:r>
          </w:p>
        </w:tc>
        <w:tc>
          <w:tcPr>
            <w:tcW w:w="0" w:type="auto"/>
          </w:tcPr>
          <w:p w14:paraId="618106A3" w14:textId="77777777" w:rsidR="007A5E59" w:rsidRDefault="0095198F">
            <w:pPr>
              <w:jc w:val="center"/>
            </w:pPr>
            <w:r>
              <w:t>0,00</w:t>
            </w:r>
          </w:p>
        </w:tc>
        <w:tc>
          <w:tcPr>
            <w:tcW w:w="0" w:type="auto"/>
          </w:tcPr>
          <w:p w14:paraId="2DE87A73" w14:textId="77777777" w:rsidR="007A5E59" w:rsidRDefault="0095198F">
            <w:pPr>
              <w:jc w:val="center"/>
            </w:pPr>
            <w:r>
              <w:t>0,00</w:t>
            </w:r>
          </w:p>
        </w:tc>
        <w:tc>
          <w:tcPr>
            <w:tcW w:w="0" w:type="auto"/>
          </w:tcPr>
          <w:p w14:paraId="4AAE6272" w14:textId="77777777" w:rsidR="007A5E59" w:rsidRDefault="0095198F">
            <w:pPr>
              <w:jc w:val="center"/>
            </w:pPr>
            <w:r>
              <w:t>56,23</w:t>
            </w:r>
          </w:p>
        </w:tc>
      </w:tr>
      <w:tr w:rsidR="007A5E59" w14:paraId="0647C7C4" w14:textId="77777777">
        <w:trPr>
          <w:jc w:val="center"/>
        </w:trPr>
        <w:tc>
          <w:tcPr>
            <w:tcW w:w="0" w:type="auto"/>
          </w:tcPr>
          <w:p w14:paraId="672B0378" w14:textId="77777777" w:rsidR="007A5E59" w:rsidRDefault="0095198F">
            <w:r>
              <w:t>бесканально</w:t>
            </w:r>
          </w:p>
        </w:tc>
        <w:tc>
          <w:tcPr>
            <w:tcW w:w="0" w:type="auto"/>
          </w:tcPr>
          <w:p w14:paraId="783113B1" w14:textId="77777777" w:rsidR="007A5E59" w:rsidRDefault="0095198F">
            <w:pPr>
              <w:jc w:val="center"/>
            </w:pPr>
            <w:r>
              <w:t>0,00</w:t>
            </w:r>
          </w:p>
        </w:tc>
        <w:tc>
          <w:tcPr>
            <w:tcW w:w="0" w:type="auto"/>
          </w:tcPr>
          <w:p w14:paraId="0DCD6C3C" w14:textId="77777777" w:rsidR="007A5E59" w:rsidRDefault="0095198F">
            <w:pPr>
              <w:jc w:val="center"/>
            </w:pPr>
            <w:r>
              <w:t>0,00</w:t>
            </w:r>
          </w:p>
        </w:tc>
        <w:tc>
          <w:tcPr>
            <w:tcW w:w="0" w:type="auto"/>
          </w:tcPr>
          <w:p w14:paraId="1CBDE1E3" w14:textId="77777777" w:rsidR="007A5E59" w:rsidRDefault="0095198F">
            <w:pPr>
              <w:jc w:val="center"/>
            </w:pPr>
            <w:r>
              <w:t>0,00</w:t>
            </w:r>
          </w:p>
        </w:tc>
        <w:tc>
          <w:tcPr>
            <w:tcW w:w="0" w:type="auto"/>
          </w:tcPr>
          <w:p w14:paraId="3B8F7BC2" w14:textId="77777777" w:rsidR="007A5E59" w:rsidRDefault="0095198F">
            <w:pPr>
              <w:jc w:val="center"/>
            </w:pPr>
            <w:r>
              <w:t>0,00</w:t>
            </w:r>
          </w:p>
        </w:tc>
        <w:tc>
          <w:tcPr>
            <w:tcW w:w="0" w:type="auto"/>
          </w:tcPr>
          <w:p w14:paraId="0A8BA775" w14:textId="77777777" w:rsidR="007A5E59" w:rsidRDefault="0095198F">
            <w:pPr>
              <w:jc w:val="center"/>
            </w:pPr>
            <w:r>
              <w:t>0,00</w:t>
            </w:r>
          </w:p>
        </w:tc>
        <w:tc>
          <w:tcPr>
            <w:tcW w:w="0" w:type="auto"/>
          </w:tcPr>
          <w:p w14:paraId="2AA3EF26" w14:textId="77777777" w:rsidR="007A5E59" w:rsidRDefault="0095198F">
            <w:pPr>
              <w:jc w:val="center"/>
            </w:pPr>
            <w:r>
              <w:t>0,00</w:t>
            </w:r>
          </w:p>
        </w:tc>
        <w:tc>
          <w:tcPr>
            <w:tcW w:w="0" w:type="auto"/>
          </w:tcPr>
          <w:p w14:paraId="6E1A4EC2" w14:textId="77777777" w:rsidR="007A5E59" w:rsidRDefault="0095198F">
            <w:pPr>
              <w:jc w:val="center"/>
            </w:pPr>
            <w:r>
              <w:t>0,00</w:t>
            </w:r>
          </w:p>
        </w:tc>
        <w:tc>
          <w:tcPr>
            <w:tcW w:w="0" w:type="auto"/>
          </w:tcPr>
          <w:p w14:paraId="024C4D09" w14:textId="77777777" w:rsidR="007A5E59" w:rsidRDefault="0095198F">
            <w:pPr>
              <w:jc w:val="center"/>
            </w:pPr>
            <w:r>
              <w:t>0,00</w:t>
            </w:r>
          </w:p>
        </w:tc>
        <w:tc>
          <w:tcPr>
            <w:tcW w:w="0" w:type="auto"/>
          </w:tcPr>
          <w:p w14:paraId="4433FCC1" w14:textId="77777777" w:rsidR="007A5E59" w:rsidRDefault="0095198F">
            <w:pPr>
              <w:jc w:val="center"/>
            </w:pPr>
            <w:r>
              <w:t>0,00</w:t>
            </w:r>
          </w:p>
        </w:tc>
        <w:tc>
          <w:tcPr>
            <w:tcW w:w="0" w:type="auto"/>
          </w:tcPr>
          <w:p w14:paraId="19745195" w14:textId="77777777" w:rsidR="007A5E59" w:rsidRDefault="0095198F">
            <w:pPr>
              <w:jc w:val="center"/>
            </w:pPr>
            <w:r>
              <w:t>0,00</w:t>
            </w:r>
          </w:p>
        </w:tc>
        <w:tc>
          <w:tcPr>
            <w:tcW w:w="0" w:type="auto"/>
          </w:tcPr>
          <w:p w14:paraId="1E6A86F7" w14:textId="77777777" w:rsidR="007A5E59" w:rsidRDefault="0095198F">
            <w:pPr>
              <w:jc w:val="center"/>
            </w:pPr>
            <w:r>
              <w:t>0,00</w:t>
            </w:r>
          </w:p>
        </w:tc>
        <w:tc>
          <w:tcPr>
            <w:tcW w:w="0" w:type="auto"/>
          </w:tcPr>
          <w:p w14:paraId="77C8704B" w14:textId="77777777" w:rsidR="007A5E59" w:rsidRDefault="0095198F">
            <w:pPr>
              <w:jc w:val="center"/>
            </w:pPr>
            <w:r>
              <w:t>0,00</w:t>
            </w:r>
          </w:p>
        </w:tc>
        <w:tc>
          <w:tcPr>
            <w:tcW w:w="0" w:type="auto"/>
          </w:tcPr>
          <w:p w14:paraId="5F88E0C9" w14:textId="77777777" w:rsidR="007A5E59" w:rsidRDefault="0095198F">
            <w:pPr>
              <w:jc w:val="center"/>
            </w:pPr>
            <w:r>
              <w:t>0,00</w:t>
            </w:r>
          </w:p>
        </w:tc>
        <w:tc>
          <w:tcPr>
            <w:tcW w:w="0" w:type="auto"/>
          </w:tcPr>
          <w:p w14:paraId="21245C75" w14:textId="77777777" w:rsidR="007A5E59" w:rsidRDefault="0095198F">
            <w:pPr>
              <w:jc w:val="center"/>
            </w:pPr>
            <w:r>
              <w:t>0,00</w:t>
            </w:r>
          </w:p>
        </w:tc>
        <w:tc>
          <w:tcPr>
            <w:tcW w:w="0" w:type="auto"/>
          </w:tcPr>
          <w:p w14:paraId="0AFBBB64" w14:textId="77777777" w:rsidR="007A5E59" w:rsidRDefault="0095198F">
            <w:pPr>
              <w:jc w:val="center"/>
            </w:pPr>
            <w:r>
              <w:t>0,00</w:t>
            </w:r>
          </w:p>
        </w:tc>
        <w:tc>
          <w:tcPr>
            <w:tcW w:w="0" w:type="auto"/>
          </w:tcPr>
          <w:p w14:paraId="7650985B" w14:textId="77777777" w:rsidR="007A5E59" w:rsidRDefault="0095198F">
            <w:pPr>
              <w:jc w:val="center"/>
            </w:pPr>
            <w:r>
              <w:t>0,00</w:t>
            </w:r>
          </w:p>
        </w:tc>
        <w:tc>
          <w:tcPr>
            <w:tcW w:w="0" w:type="auto"/>
          </w:tcPr>
          <w:p w14:paraId="0CF1E1A2" w14:textId="77777777" w:rsidR="007A5E59" w:rsidRDefault="0095198F">
            <w:pPr>
              <w:jc w:val="center"/>
            </w:pPr>
            <w:r>
              <w:t>0,00</w:t>
            </w:r>
          </w:p>
        </w:tc>
        <w:tc>
          <w:tcPr>
            <w:tcW w:w="0" w:type="auto"/>
          </w:tcPr>
          <w:p w14:paraId="3669C005" w14:textId="77777777" w:rsidR="007A5E59" w:rsidRDefault="0095198F">
            <w:pPr>
              <w:jc w:val="center"/>
            </w:pPr>
            <w:r>
              <w:t>0,00</w:t>
            </w:r>
          </w:p>
        </w:tc>
        <w:tc>
          <w:tcPr>
            <w:tcW w:w="0" w:type="auto"/>
          </w:tcPr>
          <w:p w14:paraId="11F85430" w14:textId="77777777" w:rsidR="007A5E59" w:rsidRDefault="0095198F">
            <w:pPr>
              <w:jc w:val="center"/>
            </w:pPr>
            <w:r>
              <w:t>0,00</w:t>
            </w:r>
          </w:p>
        </w:tc>
        <w:tc>
          <w:tcPr>
            <w:tcW w:w="0" w:type="auto"/>
          </w:tcPr>
          <w:p w14:paraId="7EC27D24" w14:textId="77777777" w:rsidR="007A5E59" w:rsidRDefault="0095198F">
            <w:pPr>
              <w:jc w:val="center"/>
            </w:pPr>
            <w:r>
              <w:t>0,00</w:t>
            </w:r>
          </w:p>
        </w:tc>
      </w:tr>
      <w:tr w:rsidR="007A5E59" w14:paraId="51E85878" w14:textId="77777777">
        <w:trPr>
          <w:jc w:val="center"/>
        </w:trPr>
        <w:tc>
          <w:tcPr>
            <w:tcW w:w="0" w:type="auto"/>
          </w:tcPr>
          <w:p w14:paraId="0AC75D15" w14:textId="77777777" w:rsidR="007A5E59" w:rsidRDefault="0095198F">
            <w:r>
              <w:t>надземная</w:t>
            </w:r>
          </w:p>
        </w:tc>
        <w:tc>
          <w:tcPr>
            <w:tcW w:w="0" w:type="auto"/>
          </w:tcPr>
          <w:p w14:paraId="1D4AAEEB" w14:textId="77777777" w:rsidR="007A5E59" w:rsidRDefault="0095198F">
            <w:pPr>
              <w:jc w:val="center"/>
            </w:pPr>
            <w:r>
              <w:t>0,00</w:t>
            </w:r>
          </w:p>
        </w:tc>
        <w:tc>
          <w:tcPr>
            <w:tcW w:w="0" w:type="auto"/>
          </w:tcPr>
          <w:p w14:paraId="5525415D" w14:textId="77777777" w:rsidR="007A5E59" w:rsidRDefault="0095198F">
            <w:pPr>
              <w:jc w:val="center"/>
            </w:pPr>
            <w:r>
              <w:t>0,00</w:t>
            </w:r>
          </w:p>
        </w:tc>
        <w:tc>
          <w:tcPr>
            <w:tcW w:w="0" w:type="auto"/>
          </w:tcPr>
          <w:p w14:paraId="11497E61" w14:textId="77777777" w:rsidR="007A5E59" w:rsidRDefault="0095198F">
            <w:pPr>
              <w:jc w:val="center"/>
            </w:pPr>
            <w:r>
              <w:t>0,00</w:t>
            </w:r>
          </w:p>
        </w:tc>
        <w:tc>
          <w:tcPr>
            <w:tcW w:w="0" w:type="auto"/>
          </w:tcPr>
          <w:p w14:paraId="4B8210CD" w14:textId="77777777" w:rsidR="007A5E59" w:rsidRDefault="0095198F">
            <w:pPr>
              <w:jc w:val="center"/>
            </w:pPr>
            <w:r>
              <w:t>0,00</w:t>
            </w:r>
          </w:p>
        </w:tc>
        <w:tc>
          <w:tcPr>
            <w:tcW w:w="0" w:type="auto"/>
          </w:tcPr>
          <w:p w14:paraId="57CB5FD7" w14:textId="77777777" w:rsidR="007A5E59" w:rsidRDefault="0095198F">
            <w:pPr>
              <w:jc w:val="center"/>
            </w:pPr>
            <w:r>
              <w:t>8,42</w:t>
            </w:r>
          </w:p>
        </w:tc>
        <w:tc>
          <w:tcPr>
            <w:tcW w:w="0" w:type="auto"/>
          </w:tcPr>
          <w:p w14:paraId="30288D01" w14:textId="77777777" w:rsidR="007A5E59" w:rsidRDefault="0095198F">
            <w:pPr>
              <w:jc w:val="center"/>
            </w:pPr>
            <w:r>
              <w:t>7,54</w:t>
            </w:r>
          </w:p>
        </w:tc>
        <w:tc>
          <w:tcPr>
            <w:tcW w:w="0" w:type="auto"/>
          </w:tcPr>
          <w:p w14:paraId="1EB6274C" w14:textId="77777777" w:rsidR="007A5E59" w:rsidRDefault="0095198F">
            <w:pPr>
              <w:jc w:val="center"/>
            </w:pPr>
            <w:r>
              <w:t>0,00</w:t>
            </w:r>
          </w:p>
        </w:tc>
        <w:tc>
          <w:tcPr>
            <w:tcW w:w="0" w:type="auto"/>
          </w:tcPr>
          <w:p w14:paraId="4D0E5079" w14:textId="77777777" w:rsidR="007A5E59" w:rsidRDefault="0095198F">
            <w:pPr>
              <w:jc w:val="center"/>
            </w:pPr>
            <w:r>
              <w:t>20,08</w:t>
            </w:r>
          </w:p>
        </w:tc>
        <w:tc>
          <w:tcPr>
            <w:tcW w:w="0" w:type="auto"/>
          </w:tcPr>
          <w:p w14:paraId="3931FED6" w14:textId="77777777" w:rsidR="007A5E59" w:rsidRDefault="0095198F">
            <w:pPr>
              <w:jc w:val="center"/>
            </w:pPr>
            <w:r>
              <w:t>0,00</w:t>
            </w:r>
          </w:p>
        </w:tc>
        <w:tc>
          <w:tcPr>
            <w:tcW w:w="0" w:type="auto"/>
          </w:tcPr>
          <w:p w14:paraId="4E0A1927" w14:textId="77777777" w:rsidR="007A5E59" w:rsidRDefault="0095198F">
            <w:pPr>
              <w:jc w:val="center"/>
            </w:pPr>
            <w:r>
              <w:t>24,38</w:t>
            </w:r>
          </w:p>
        </w:tc>
        <w:tc>
          <w:tcPr>
            <w:tcW w:w="0" w:type="auto"/>
          </w:tcPr>
          <w:p w14:paraId="7473DCF5" w14:textId="77777777" w:rsidR="007A5E59" w:rsidRDefault="0095198F">
            <w:pPr>
              <w:jc w:val="center"/>
            </w:pPr>
            <w:r>
              <w:t>77,91</w:t>
            </w:r>
          </w:p>
        </w:tc>
        <w:tc>
          <w:tcPr>
            <w:tcW w:w="0" w:type="auto"/>
          </w:tcPr>
          <w:p w14:paraId="1BF0A382" w14:textId="77777777" w:rsidR="007A5E59" w:rsidRDefault="0095198F">
            <w:pPr>
              <w:jc w:val="center"/>
            </w:pPr>
            <w:r>
              <w:t>0,00</w:t>
            </w:r>
          </w:p>
        </w:tc>
        <w:tc>
          <w:tcPr>
            <w:tcW w:w="0" w:type="auto"/>
          </w:tcPr>
          <w:p w14:paraId="79BD797B" w14:textId="77777777" w:rsidR="007A5E59" w:rsidRDefault="0095198F">
            <w:pPr>
              <w:jc w:val="center"/>
            </w:pPr>
            <w:r>
              <w:t>0,00</w:t>
            </w:r>
          </w:p>
        </w:tc>
        <w:tc>
          <w:tcPr>
            <w:tcW w:w="0" w:type="auto"/>
          </w:tcPr>
          <w:p w14:paraId="74EA59EB" w14:textId="77777777" w:rsidR="007A5E59" w:rsidRDefault="0095198F">
            <w:pPr>
              <w:jc w:val="center"/>
            </w:pPr>
            <w:r>
              <w:t>0,00</w:t>
            </w:r>
          </w:p>
        </w:tc>
        <w:tc>
          <w:tcPr>
            <w:tcW w:w="0" w:type="auto"/>
          </w:tcPr>
          <w:p w14:paraId="5D887E7C" w14:textId="77777777" w:rsidR="007A5E59" w:rsidRDefault="0095198F">
            <w:pPr>
              <w:jc w:val="center"/>
            </w:pPr>
            <w:r>
              <w:t>0,00</w:t>
            </w:r>
          </w:p>
        </w:tc>
        <w:tc>
          <w:tcPr>
            <w:tcW w:w="0" w:type="auto"/>
          </w:tcPr>
          <w:p w14:paraId="58694D76" w14:textId="77777777" w:rsidR="007A5E59" w:rsidRDefault="0095198F">
            <w:pPr>
              <w:jc w:val="center"/>
            </w:pPr>
            <w:r>
              <w:t>0,00</w:t>
            </w:r>
          </w:p>
        </w:tc>
        <w:tc>
          <w:tcPr>
            <w:tcW w:w="0" w:type="auto"/>
          </w:tcPr>
          <w:p w14:paraId="5ACD8FB7" w14:textId="77777777" w:rsidR="007A5E59" w:rsidRDefault="0095198F">
            <w:pPr>
              <w:jc w:val="center"/>
            </w:pPr>
            <w:r>
              <w:t>0,00</w:t>
            </w:r>
          </w:p>
        </w:tc>
        <w:tc>
          <w:tcPr>
            <w:tcW w:w="0" w:type="auto"/>
          </w:tcPr>
          <w:p w14:paraId="1B0F563F" w14:textId="77777777" w:rsidR="007A5E59" w:rsidRDefault="0095198F">
            <w:pPr>
              <w:jc w:val="center"/>
            </w:pPr>
            <w:r>
              <w:t>0,00</w:t>
            </w:r>
          </w:p>
        </w:tc>
        <w:tc>
          <w:tcPr>
            <w:tcW w:w="0" w:type="auto"/>
          </w:tcPr>
          <w:p w14:paraId="366C5E8B" w14:textId="77777777" w:rsidR="007A5E59" w:rsidRDefault="0095198F">
            <w:pPr>
              <w:jc w:val="center"/>
            </w:pPr>
            <w:r>
              <w:t>0,00</w:t>
            </w:r>
          </w:p>
        </w:tc>
        <w:tc>
          <w:tcPr>
            <w:tcW w:w="0" w:type="auto"/>
          </w:tcPr>
          <w:p w14:paraId="7673C20D" w14:textId="77777777" w:rsidR="007A5E59" w:rsidRDefault="0095198F">
            <w:pPr>
              <w:jc w:val="center"/>
            </w:pPr>
            <w:r>
              <w:t>138,33</w:t>
            </w:r>
          </w:p>
        </w:tc>
      </w:tr>
      <w:tr w:rsidR="007A5E59" w14:paraId="1F792092" w14:textId="77777777">
        <w:trPr>
          <w:jc w:val="center"/>
        </w:trPr>
        <w:tc>
          <w:tcPr>
            <w:tcW w:w="0" w:type="auto"/>
            <w:shd w:val="clear" w:color="auto" w:fill="DBE5F1"/>
          </w:tcPr>
          <w:p w14:paraId="5996D539" w14:textId="77777777" w:rsidR="007A5E59" w:rsidRDefault="0095198F">
            <w:r>
              <w:rPr>
                <w:b/>
              </w:rPr>
              <w:t>ИТОГО по диаметрам</w:t>
            </w:r>
          </w:p>
        </w:tc>
        <w:tc>
          <w:tcPr>
            <w:tcW w:w="0" w:type="auto"/>
            <w:shd w:val="clear" w:color="auto" w:fill="DBE5F1"/>
          </w:tcPr>
          <w:p w14:paraId="0A7EDF8D" w14:textId="77777777" w:rsidR="007A5E59" w:rsidRDefault="0095198F">
            <w:pPr>
              <w:jc w:val="center"/>
            </w:pPr>
            <w:r>
              <w:rPr>
                <w:b/>
              </w:rPr>
              <w:t>0,00</w:t>
            </w:r>
          </w:p>
        </w:tc>
        <w:tc>
          <w:tcPr>
            <w:tcW w:w="0" w:type="auto"/>
            <w:shd w:val="clear" w:color="auto" w:fill="DBE5F1"/>
          </w:tcPr>
          <w:p w14:paraId="4052D0A8" w14:textId="77777777" w:rsidR="007A5E59" w:rsidRDefault="0095198F">
            <w:pPr>
              <w:jc w:val="center"/>
            </w:pPr>
            <w:r>
              <w:rPr>
                <w:b/>
              </w:rPr>
              <w:t>0,00</w:t>
            </w:r>
          </w:p>
        </w:tc>
        <w:tc>
          <w:tcPr>
            <w:tcW w:w="0" w:type="auto"/>
            <w:shd w:val="clear" w:color="auto" w:fill="DBE5F1"/>
          </w:tcPr>
          <w:p w14:paraId="441B8BDB" w14:textId="77777777" w:rsidR="007A5E59" w:rsidRDefault="0095198F">
            <w:pPr>
              <w:jc w:val="center"/>
            </w:pPr>
            <w:r>
              <w:rPr>
                <w:b/>
              </w:rPr>
              <w:t>0,00</w:t>
            </w:r>
          </w:p>
        </w:tc>
        <w:tc>
          <w:tcPr>
            <w:tcW w:w="0" w:type="auto"/>
            <w:shd w:val="clear" w:color="auto" w:fill="DBE5F1"/>
          </w:tcPr>
          <w:p w14:paraId="6FD12DB1" w14:textId="77777777" w:rsidR="007A5E59" w:rsidRDefault="0095198F">
            <w:pPr>
              <w:jc w:val="center"/>
            </w:pPr>
            <w:r>
              <w:rPr>
                <w:b/>
              </w:rPr>
              <w:t>0,00</w:t>
            </w:r>
          </w:p>
        </w:tc>
        <w:tc>
          <w:tcPr>
            <w:tcW w:w="0" w:type="auto"/>
            <w:shd w:val="clear" w:color="auto" w:fill="DBE5F1"/>
          </w:tcPr>
          <w:p w14:paraId="46D2D709" w14:textId="77777777" w:rsidR="007A5E59" w:rsidRDefault="0095198F">
            <w:pPr>
              <w:jc w:val="center"/>
            </w:pPr>
            <w:r>
              <w:rPr>
                <w:b/>
              </w:rPr>
              <w:t>8,42</w:t>
            </w:r>
          </w:p>
        </w:tc>
        <w:tc>
          <w:tcPr>
            <w:tcW w:w="0" w:type="auto"/>
            <w:shd w:val="clear" w:color="auto" w:fill="DBE5F1"/>
          </w:tcPr>
          <w:p w14:paraId="2190584D" w14:textId="77777777" w:rsidR="007A5E59" w:rsidRDefault="0095198F">
            <w:pPr>
              <w:jc w:val="center"/>
            </w:pPr>
            <w:r>
              <w:rPr>
                <w:b/>
              </w:rPr>
              <w:t>7,54</w:t>
            </w:r>
          </w:p>
        </w:tc>
        <w:tc>
          <w:tcPr>
            <w:tcW w:w="0" w:type="auto"/>
            <w:shd w:val="clear" w:color="auto" w:fill="DBE5F1"/>
          </w:tcPr>
          <w:p w14:paraId="39984842" w14:textId="77777777" w:rsidR="007A5E59" w:rsidRDefault="0095198F">
            <w:pPr>
              <w:jc w:val="center"/>
            </w:pPr>
            <w:r>
              <w:rPr>
                <w:b/>
              </w:rPr>
              <w:t>0,00</w:t>
            </w:r>
          </w:p>
        </w:tc>
        <w:tc>
          <w:tcPr>
            <w:tcW w:w="0" w:type="auto"/>
            <w:shd w:val="clear" w:color="auto" w:fill="DBE5F1"/>
          </w:tcPr>
          <w:p w14:paraId="2218CDFE" w14:textId="77777777" w:rsidR="007A5E59" w:rsidRDefault="0095198F">
            <w:pPr>
              <w:jc w:val="center"/>
            </w:pPr>
            <w:r>
              <w:rPr>
                <w:b/>
              </w:rPr>
              <w:t>20,08</w:t>
            </w:r>
          </w:p>
        </w:tc>
        <w:tc>
          <w:tcPr>
            <w:tcW w:w="0" w:type="auto"/>
            <w:shd w:val="clear" w:color="auto" w:fill="DBE5F1"/>
          </w:tcPr>
          <w:p w14:paraId="2CA33DBA" w14:textId="77777777" w:rsidR="007A5E59" w:rsidRDefault="0095198F">
            <w:pPr>
              <w:jc w:val="center"/>
            </w:pPr>
            <w:r>
              <w:rPr>
                <w:b/>
              </w:rPr>
              <w:t>0,00</w:t>
            </w:r>
          </w:p>
        </w:tc>
        <w:tc>
          <w:tcPr>
            <w:tcW w:w="0" w:type="auto"/>
            <w:shd w:val="clear" w:color="auto" w:fill="DBE5F1"/>
          </w:tcPr>
          <w:p w14:paraId="0D83C1BE" w14:textId="77777777" w:rsidR="007A5E59" w:rsidRDefault="0095198F">
            <w:pPr>
              <w:jc w:val="center"/>
            </w:pPr>
            <w:r>
              <w:rPr>
                <w:b/>
              </w:rPr>
              <w:t>31,92</w:t>
            </w:r>
          </w:p>
        </w:tc>
        <w:tc>
          <w:tcPr>
            <w:tcW w:w="0" w:type="auto"/>
            <w:shd w:val="clear" w:color="auto" w:fill="DBE5F1"/>
          </w:tcPr>
          <w:p w14:paraId="12AC6035" w14:textId="77777777" w:rsidR="007A5E59" w:rsidRDefault="0095198F">
            <w:pPr>
              <w:jc w:val="center"/>
            </w:pPr>
            <w:r>
              <w:rPr>
                <w:b/>
              </w:rPr>
              <w:t>126,61</w:t>
            </w:r>
          </w:p>
        </w:tc>
        <w:tc>
          <w:tcPr>
            <w:tcW w:w="0" w:type="auto"/>
            <w:shd w:val="clear" w:color="auto" w:fill="DBE5F1"/>
          </w:tcPr>
          <w:p w14:paraId="79F37DFC" w14:textId="77777777" w:rsidR="007A5E59" w:rsidRDefault="0095198F">
            <w:pPr>
              <w:jc w:val="center"/>
            </w:pPr>
            <w:r>
              <w:rPr>
                <w:b/>
              </w:rPr>
              <w:t>0,00</w:t>
            </w:r>
          </w:p>
        </w:tc>
        <w:tc>
          <w:tcPr>
            <w:tcW w:w="0" w:type="auto"/>
            <w:shd w:val="clear" w:color="auto" w:fill="DBE5F1"/>
          </w:tcPr>
          <w:p w14:paraId="0D351740" w14:textId="77777777" w:rsidR="007A5E59" w:rsidRDefault="0095198F">
            <w:pPr>
              <w:jc w:val="center"/>
            </w:pPr>
            <w:r>
              <w:rPr>
                <w:b/>
              </w:rPr>
              <w:t>0,00</w:t>
            </w:r>
          </w:p>
        </w:tc>
        <w:tc>
          <w:tcPr>
            <w:tcW w:w="0" w:type="auto"/>
            <w:shd w:val="clear" w:color="auto" w:fill="DBE5F1"/>
          </w:tcPr>
          <w:p w14:paraId="48C9988A" w14:textId="77777777" w:rsidR="007A5E59" w:rsidRDefault="0095198F">
            <w:pPr>
              <w:jc w:val="center"/>
            </w:pPr>
            <w:r>
              <w:rPr>
                <w:b/>
              </w:rPr>
              <w:t>0,00</w:t>
            </w:r>
          </w:p>
        </w:tc>
        <w:tc>
          <w:tcPr>
            <w:tcW w:w="0" w:type="auto"/>
            <w:shd w:val="clear" w:color="auto" w:fill="DBE5F1"/>
          </w:tcPr>
          <w:p w14:paraId="78EDB900" w14:textId="77777777" w:rsidR="007A5E59" w:rsidRDefault="0095198F">
            <w:pPr>
              <w:jc w:val="center"/>
            </w:pPr>
            <w:r>
              <w:rPr>
                <w:b/>
              </w:rPr>
              <w:t>0,00</w:t>
            </w:r>
          </w:p>
        </w:tc>
        <w:tc>
          <w:tcPr>
            <w:tcW w:w="0" w:type="auto"/>
            <w:shd w:val="clear" w:color="auto" w:fill="DBE5F1"/>
          </w:tcPr>
          <w:p w14:paraId="52DF3128" w14:textId="77777777" w:rsidR="007A5E59" w:rsidRDefault="0095198F">
            <w:pPr>
              <w:jc w:val="center"/>
            </w:pPr>
            <w:r>
              <w:rPr>
                <w:b/>
              </w:rPr>
              <w:t>0,00</w:t>
            </w:r>
          </w:p>
        </w:tc>
        <w:tc>
          <w:tcPr>
            <w:tcW w:w="0" w:type="auto"/>
            <w:shd w:val="clear" w:color="auto" w:fill="DBE5F1"/>
          </w:tcPr>
          <w:p w14:paraId="576DA49F" w14:textId="77777777" w:rsidR="007A5E59" w:rsidRDefault="0095198F">
            <w:pPr>
              <w:jc w:val="center"/>
            </w:pPr>
            <w:r>
              <w:rPr>
                <w:b/>
              </w:rPr>
              <w:t>0,00</w:t>
            </w:r>
          </w:p>
        </w:tc>
        <w:tc>
          <w:tcPr>
            <w:tcW w:w="0" w:type="auto"/>
            <w:shd w:val="clear" w:color="auto" w:fill="DBE5F1"/>
          </w:tcPr>
          <w:p w14:paraId="2451407B" w14:textId="77777777" w:rsidR="007A5E59" w:rsidRDefault="0095198F">
            <w:pPr>
              <w:jc w:val="center"/>
            </w:pPr>
            <w:r>
              <w:rPr>
                <w:b/>
              </w:rPr>
              <w:t>0,00</w:t>
            </w:r>
          </w:p>
        </w:tc>
        <w:tc>
          <w:tcPr>
            <w:tcW w:w="0" w:type="auto"/>
            <w:shd w:val="clear" w:color="auto" w:fill="DBE5F1"/>
          </w:tcPr>
          <w:p w14:paraId="5C23648E" w14:textId="77777777" w:rsidR="007A5E59" w:rsidRDefault="0095198F">
            <w:pPr>
              <w:jc w:val="center"/>
            </w:pPr>
            <w:r>
              <w:rPr>
                <w:b/>
              </w:rPr>
              <w:t>0,00</w:t>
            </w:r>
          </w:p>
        </w:tc>
        <w:tc>
          <w:tcPr>
            <w:tcW w:w="0" w:type="auto"/>
            <w:shd w:val="clear" w:color="auto" w:fill="DBE5F1"/>
          </w:tcPr>
          <w:p w14:paraId="54D58C6D" w14:textId="77777777" w:rsidR="007A5E59" w:rsidRDefault="0095198F">
            <w:pPr>
              <w:jc w:val="center"/>
            </w:pPr>
            <w:r>
              <w:rPr>
                <w:b/>
              </w:rPr>
              <w:t>194,57</w:t>
            </w:r>
          </w:p>
        </w:tc>
      </w:tr>
      <w:tr w:rsidR="007A5E59" w14:paraId="5B7D3CD1" w14:textId="77777777">
        <w:trPr>
          <w:jc w:val="center"/>
        </w:trPr>
        <w:tc>
          <w:tcPr>
            <w:tcW w:w="0" w:type="auto"/>
            <w:shd w:val="clear" w:color="auto" w:fill="DBE5F1"/>
          </w:tcPr>
          <w:p w14:paraId="04E334E5" w14:textId="77777777" w:rsidR="007A5E59" w:rsidRDefault="0095198F">
            <w:r>
              <w:rPr>
                <w:b/>
              </w:rPr>
              <w:t>ВСЕГО площадь поверхности, м²</w:t>
            </w:r>
          </w:p>
        </w:tc>
        <w:tc>
          <w:tcPr>
            <w:tcW w:w="0" w:type="auto"/>
            <w:shd w:val="clear" w:color="auto" w:fill="DBE5F1"/>
          </w:tcPr>
          <w:p w14:paraId="1B70DCFB" w14:textId="77777777" w:rsidR="007A5E59" w:rsidRDefault="0095198F">
            <w:pPr>
              <w:jc w:val="center"/>
            </w:pPr>
            <w:r>
              <w:rPr>
                <w:b/>
              </w:rPr>
              <w:t>194,57</w:t>
            </w:r>
          </w:p>
        </w:tc>
        <w:tc>
          <w:tcPr>
            <w:tcW w:w="0" w:type="auto"/>
            <w:shd w:val="clear" w:color="auto" w:fill="DBE5F1"/>
          </w:tcPr>
          <w:p w14:paraId="53DA4DF8" w14:textId="77777777" w:rsidR="007A5E59" w:rsidRDefault="007A5E59"/>
        </w:tc>
        <w:tc>
          <w:tcPr>
            <w:tcW w:w="0" w:type="auto"/>
            <w:shd w:val="clear" w:color="auto" w:fill="DBE5F1"/>
          </w:tcPr>
          <w:p w14:paraId="78EDF330" w14:textId="77777777" w:rsidR="007A5E59" w:rsidRDefault="007A5E59"/>
        </w:tc>
        <w:tc>
          <w:tcPr>
            <w:tcW w:w="0" w:type="auto"/>
            <w:shd w:val="clear" w:color="auto" w:fill="DBE5F1"/>
          </w:tcPr>
          <w:p w14:paraId="5B977F4F" w14:textId="77777777" w:rsidR="007A5E59" w:rsidRDefault="007A5E59"/>
        </w:tc>
        <w:tc>
          <w:tcPr>
            <w:tcW w:w="0" w:type="auto"/>
            <w:shd w:val="clear" w:color="auto" w:fill="DBE5F1"/>
          </w:tcPr>
          <w:p w14:paraId="5DFBD1BD" w14:textId="77777777" w:rsidR="007A5E59" w:rsidRDefault="007A5E59"/>
        </w:tc>
        <w:tc>
          <w:tcPr>
            <w:tcW w:w="0" w:type="auto"/>
            <w:shd w:val="clear" w:color="auto" w:fill="DBE5F1"/>
          </w:tcPr>
          <w:p w14:paraId="20AA29E9" w14:textId="77777777" w:rsidR="007A5E59" w:rsidRDefault="007A5E59"/>
        </w:tc>
        <w:tc>
          <w:tcPr>
            <w:tcW w:w="0" w:type="auto"/>
            <w:shd w:val="clear" w:color="auto" w:fill="DBE5F1"/>
          </w:tcPr>
          <w:p w14:paraId="3B1698DA" w14:textId="77777777" w:rsidR="007A5E59" w:rsidRDefault="007A5E59"/>
        </w:tc>
        <w:tc>
          <w:tcPr>
            <w:tcW w:w="0" w:type="auto"/>
            <w:shd w:val="clear" w:color="auto" w:fill="DBE5F1"/>
          </w:tcPr>
          <w:p w14:paraId="6CF2A86D" w14:textId="77777777" w:rsidR="007A5E59" w:rsidRDefault="007A5E59"/>
        </w:tc>
        <w:tc>
          <w:tcPr>
            <w:tcW w:w="0" w:type="auto"/>
            <w:shd w:val="clear" w:color="auto" w:fill="DBE5F1"/>
          </w:tcPr>
          <w:p w14:paraId="34345782" w14:textId="77777777" w:rsidR="007A5E59" w:rsidRDefault="007A5E59"/>
        </w:tc>
        <w:tc>
          <w:tcPr>
            <w:tcW w:w="0" w:type="auto"/>
            <w:shd w:val="clear" w:color="auto" w:fill="DBE5F1"/>
          </w:tcPr>
          <w:p w14:paraId="570DDE15" w14:textId="77777777" w:rsidR="007A5E59" w:rsidRDefault="007A5E59"/>
        </w:tc>
        <w:tc>
          <w:tcPr>
            <w:tcW w:w="0" w:type="auto"/>
            <w:shd w:val="clear" w:color="auto" w:fill="DBE5F1"/>
          </w:tcPr>
          <w:p w14:paraId="4A0DACE3" w14:textId="77777777" w:rsidR="007A5E59" w:rsidRDefault="007A5E59"/>
        </w:tc>
        <w:tc>
          <w:tcPr>
            <w:tcW w:w="0" w:type="auto"/>
            <w:shd w:val="clear" w:color="auto" w:fill="DBE5F1"/>
          </w:tcPr>
          <w:p w14:paraId="09AE5177" w14:textId="77777777" w:rsidR="007A5E59" w:rsidRDefault="007A5E59"/>
        </w:tc>
        <w:tc>
          <w:tcPr>
            <w:tcW w:w="0" w:type="auto"/>
            <w:shd w:val="clear" w:color="auto" w:fill="DBE5F1"/>
          </w:tcPr>
          <w:p w14:paraId="7F780344" w14:textId="77777777" w:rsidR="007A5E59" w:rsidRDefault="007A5E59"/>
        </w:tc>
        <w:tc>
          <w:tcPr>
            <w:tcW w:w="0" w:type="auto"/>
            <w:shd w:val="clear" w:color="auto" w:fill="DBE5F1"/>
          </w:tcPr>
          <w:p w14:paraId="3A223B05" w14:textId="77777777" w:rsidR="007A5E59" w:rsidRDefault="007A5E59"/>
        </w:tc>
        <w:tc>
          <w:tcPr>
            <w:tcW w:w="0" w:type="auto"/>
            <w:shd w:val="clear" w:color="auto" w:fill="DBE5F1"/>
          </w:tcPr>
          <w:p w14:paraId="4E3EF746" w14:textId="77777777" w:rsidR="007A5E59" w:rsidRDefault="007A5E59"/>
        </w:tc>
        <w:tc>
          <w:tcPr>
            <w:tcW w:w="0" w:type="auto"/>
            <w:shd w:val="clear" w:color="auto" w:fill="DBE5F1"/>
          </w:tcPr>
          <w:p w14:paraId="60A104B4" w14:textId="77777777" w:rsidR="007A5E59" w:rsidRDefault="007A5E59"/>
        </w:tc>
        <w:tc>
          <w:tcPr>
            <w:tcW w:w="0" w:type="auto"/>
            <w:shd w:val="clear" w:color="auto" w:fill="DBE5F1"/>
          </w:tcPr>
          <w:p w14:paraId="1C3E6A26" w14:textId="77777777" w:rsidR="007A5E59" w:rsidRDefault="007A5E59"/>
        </w:tc>
        <w:tc>
          <w:tcPr>
            <w:tcW w:w="0" w:type="auto"/>
            <w:shd w:val="clear" w:color="auto" w:fill="DBE5F1"/>
          </w:tcPr>
          <w:p w14:paraId="217AF7D7" w14:textId="77777777" w:rsidR="007A5E59" w:rsidRDefault="007A5E59"/>
        </w:tc>
        <w:tc>
          <w:tcPr>
            <w:tcW w:w="0" w:type="auto"/>
            <w:shd w:val="clear" w:color="auto" w:fill="DBE5F1"/>
          </w:tcPr>
          <w:p w14:paraId="0582CA40" w14:textId="77777777" w:rsidR="007A5E59" w:rsidRDefault="007A5E59"/>
        </w:tc>
        <w:tc>
          <w:tcPr>
            <w:tcW w:w="0" w:type="auto"/>
            <w:shd w:val="clear" w:color="auto" w:fill="DBE5F1"/>
          </w:tcPr>
          <w:p w14:paraId="0595B63F" w14:textId="77777777" w:rsidR="007A5E59" w:rsidRDefault="007A5E59"/>
        </w:tc>
      </w:tr>
      <w:tr w:rsidR="007A5E59" w14:paraId="566359CA" w14:textId="77777777">
        <w:trPr>
          <w:jc w:val="center"/>
        </w:trPr>
        <w:tc>
          <w:tcPr>
            <w:tcW w:w="0" w:type="auto"/>
          </w:tcPr>
          <w:p w14:paraId="6E930506" w14:textId="77777777" w:rsidR="007A5E59" w:rsidRPr="00312815" w:rsidRDefault="0095198F">
            <w:pPr>
              <w:rPr>
                <w:lang w:val="ru-RU"/>
              </w:rPr>
            </w:pPr>
            <w:r w:rsidRPr="00312815">
              <w:rPr>
                <w:lang w:val="ru-RU"/>
              </w:rPr>
              <w:t>Материальная характеристика, м² (2·</w:t>
            </w:r>
            <w:r>
              <w:t>S</w:t>
            </w:r>
            <w:r w:rsidRPr="00312815">
              <w:rPr>
                <w:lang w:val="ru-RU"/>
              </w:rPr>
              <w:t>/</w:t>
            </w:r>
            <w:r>
              <w:t>π</w:t>
            </w:r>
            <w:r w:rsidRPr="00312815">
              <w:rPr>
                <w:lang w:val="ru-RU"/>
              </w:rPr>
              <w:t>)</w:t>
            </w:r>
          </w:p>
        </w:tc>
        <w:tc>
          <w:tcPr>
            <w:tcW w:w="0" w:type="auto"/>
          </w:tcPr>
          <w:p w14:paraId="1934B4FD" w14:textId="77777777" w:rsidR="007A5E59" w:rsidRDefault="0095198F">
            <w:pPr>
              <w:jc w:val="center"/>
            </w:pPr>
            <w:r>
              <w:t>123,86</w:t>
            </w:r>
          </w:p>
        </w:tc>
        <w:tc>
          <w:tcPr>
            <w:tcW w:w="0" w:type="auto"/>
          </w:tcPr>
          <w:p w14:paraId="1610007D" w14:textId="77777777" w:rsidR="007A5E59" w:rsidRDefault="007A5E59"/>
        </w:tc>
        <w:tc>
          <w:tcPr>
            <w:tcW w:w="0" w:type="auto"/>
          </w:tcPr>
          <w:p w14:paraId="7EEF862F" w14:textId="77777777" w:rsidR="007A5E59" w:rsidRDefault="007A5E59"/>
        </w:tc>
        <w:tc>
          <w:tcPr>
            <w:tcW w:w="0" w:type="auto"/>
          </w:tcPr>
          <w:p w14:paraId="45FBC3EB" w14:textId="77777777" w:rsidR="007A5E59" w:rsidRDefault="007A5E59"/>
        </w:tc>
        <w:tc>
          <w:tcPr>
            <w:tcW w:w="0" w:type="auto"/>
          </w:tcPr>
          <w:p w14:paraId="6697D82C" w14:textId="77777777" w:rsidR="007A5E59" w:rsidRDefault="007A5E59"/>
        </w:tc>
        <w:tc>
          <w:tcPr>
            <w:tcW w:w="0" w:type="auto"/>
          </w:tcPr>
          <w:p w14:paraId="6A4D0CF6" w14:textId="77777777" w:rsidR="007A5E59" w:rsidRDefault="007A5E59"/>
        </w:tc>
        <w:tc>
          <w:tcPr>
            <w:tcW w:w="0" w:type="auto"/>
          </w:tcPr>
          <w:p w14:paraId="28F738AC" w14:textId="77777777" w:rsidR="007A5E59" w:rsidRDefault="007A5E59"/>
        </w:tc>
        <w:tc>
          <w:tcPr>
            <w:tcW w:w="0" w:type="auto"/>
          </w:tcPr>
          <w:p w14:paraId="2F45E944" w14:textId="77777777" w:rsidR="007A5E59" w:rsidRDefault="007A5E59"/>
        </w:tc>
        <w:tc>
          <w:tcPr>
            <w:tcW w:w="0" w:type="auto"/>
          </w:tcPr>
          <w:p w14:paraId="281293D2" w14:textId="77777777" w:rsidR="007A5E59" w:rsidRDefault="007A5E59"/>
        </w:tc>
        <w:tc>
          <w:tcPr>
            <w:tcW w:w="0" w:type="auto"/>
          </w:tcPr>
          <w:p w14:paraId="6BBDA904" w14:textId="77777777" w:rsidR="007A5E59" w:rsidRDefault="007A5E59"/>
        </w:tc>
        <w:tc>
          <w:tcPr>
            <w:tcW w:w="0" w:type="auto"/>
          </w:tcPr>
          <w:p w14:paraId="6609F477" w14:textId="77777777" w:rsidR="007A5E59" w:rsidRDefault="007A5E59"/>
        </w:tc>
        <w:tc>
          <w:tcPr>
            <w:tcW w:w="0" w:type="auto"/>
          </w:tcPr>
          <w:p w14:paraId="26F4565E" w14:textId="77777777" w:rsidR="007A5E59" w:rsidRDefault="007A5E59"/>
        </w:tc>
        <w:tc>
          <w:tcPr>
            <w:tcW w:w="0" w:type="auto"/>
          </w:tcPr>
          <w:p w14:paraId="06A22586" w14:textId="77777777" w:rsidR="007A5E59" w:rsidRDefault="007A5E59"/>
        </w:tc>
        <w:tc>
          <w:tcPr>
            <w:tcW w:w="0" w:type="auto"/>
          </w:tcPr>
          <w:p w14:paraId="15864333" w14:textId="77777777" w:rsidR="007A5E59" w:rsidRDefault="007A5E59"/>
        </w:tc>
        <w:tc>
          <w:tcPr>
            <w:tcW w:w="0" w:type="auto"/>
          </w:tcPr>
          <w:p w14:paraId="5ACCB3DF" w14:textId="77777777" w:rsidR="007A5E59" w:rsidRDefault="007A5E59"/>
        </w:tc>
        <w:tc>
          <w:tcPr>
            <w:tcW w:w="0" w:type="auto"/>
          </w:tcPr>
          <w:p w14:paraId="7A1D62A0" w14:textId="77777777" w:rsidR="007A5E59" w:rsidRDefault="007A5E59"/>
        </w:tc>
        <w:tc>
          <w:tcPr>
            <w:tcW w:w="0" w:type="auto"/>
          </w:tcPr>
          <w:p w14:paraId="545D948D" w14:textId="77777777" w:rsidR="007A5E59" w:rsidRDefault="007A5E59"/>
        </w:tc>
        <w:tc>
          <w:tcPr>
            <w:tcW w:w="0" w:type="auto"/>
          </w:tcPr>
          <w:p w14:paraId="2518CBF4" w14:textId="77777777" w:rsidR="007A5E59" w:rsidRDefault="007A5E59"/>
        </w:tc>
        <w:tc>
          <w:tcPr>
            <w:tcW w:w="0" w:type="auto"/>
          </w:tcPr>
          <w:p w14:paraId="4355043E" w14:textId="77777777" w:rsidR="007A5E59" w:rsidRDefault="007A5E59"/>
        </w:tc>
        <w:tc>
          <w:tcPr>
            <w:tcW w:w="0" w:type="auto"/>
          </w:tcPr>
          <w:p w14:paraId="2F9085A2" w14:textId="77777777" w:rsidR="007A5E59" w:rsidRDefault="007A5E59"/>
        </w:tc>
      </w:tr>
      <w:tr w:rsidR="007A5E59" w:rsidRPr="00C07C05" w14:paraId="7248B104" w14:textId="77777777">
        <w:trPr>
          <w:jc w:val="center"/>
        </w:trPr>
        <w:tc>
          <w:tcPr>
            <w:tcW w:w="0" w:type="auto"/>
          </w:tcPr>
          <w:p w14:paraId="3C786E3A" w14:textId="77777777" w:rsidR="007A5E59" w:rsidRPr="00312815" w:rsidRDefault="0095198F">
            <w:pPr>
              <w:rPr>
                <w:lang w:val="ru-RU"/>
              </w:rPr>
            </w:pPr>
            <w:r w:rsidRPr="00312815">
              <w:rPr>
                <w:lang w:val="ru-RU"/>
              </w:rPr>
              <w:t>БЛОК 4. Параметры, программа мероприятий и контроль</w:t>
            </w:r>
          </w:p>
        </w:tc>
        <w:tc>
          <w:tcPr>
            <w:tcW w:w="0" w:type="auto"/>
          </w:tcPr>
          <w:p w14:paraId="73298AB9" w14:textId="77777777" w:rsidR="007A5E59" w:rsidRPr="00312815" w:rsidRDefault="007A5E59">
            <w:pPr>
              <w:rPr>
                <w:lang w:val="ru-RU"/>
              </w:rPr>
            </w:pPr>
          </w:p>
        </w:tc>
        <w:tc>
          <w:tcPr>
            <w:tcW w:w="0" w:type="auto"/>
          </w:tcPr>
          <w:p w14:paraId="1BBBCB61" w14:textId="77777777" w:rsidR="007A5E59" w:rsidRPr="00312815" w:rsidRDefault="007A5E59">
            <w:pPr>
              <w:rPr>
                <w:lang w:val="ru-RU"/>
              </w:rPr>
            </w:pPr>
          </w:p>
        </w:tc>
        <w:tc>
          <w:tcPr>
            <w:tcW w:w="0" w:type="auto"/>
          </w:tcPr>
          <w:p w14:paraId="0E75F892" w14:textId="77777777" w:rsidR="007A5E59" w:rsidRPr="00312815" w:rsidRDefault="007A5E59">
            <w:pPr>
              <w:rPr>
                <w:lang w:val="ru-RU"/>
              </w:rPr>
            </w:pPr>
          </w:p>
        </w:tc>
        <w:tc>
          <w:tcPr>
            <w:tcW w:w="0" w:type="auto"/>
          </w:tcPr>
          <w:p w14:paraId="5ECDB295" w14:textId="77777777" w:rsidR="007A5E59" w:rsidRPr="00312815" w:rsidRDefault="007A5E59">
            <w:pPr>
              <w:rPr>
                <w:lang w:val="ru-RU"/>
              </w:rPr>
            </w:pPr>
          </w:p>
        </w:tc>
        <w:tc>
          <w:tcPr>
            <w:tcW w:w="0" w:type="auto"/>
          </w:tcPr>
          <w:p w14:paraId="1448EB27" w14:textId="77777777" w:rsidR="007A5E59" w:rsidRPr="00312815" w:rsidRDefault="007A5E59">
            <w:pPr>
              <w:rPr>
                <w:lang w:val="ru-RU"/>
              </w:rPr>
            </w:pPr>
          </w:p>
        </w:tc>
        <w:tc>
          <w:tcPr>
            <w:tcW w:w="0" w:type="auto"/>
          </w:tcPr>
          <w:p w14:paraId="4C71F5A8" w14:textId="77777777" w:rsidR="007A5E59" w:rsidRPr="00312815" w:rsidRDefault="007A5E59">
            <w:pPr>
              <w:rPr>
                <w:lang w:val="ru-RU"/>
              </w:rPr>
            </w:pPr>
          </w:p>
        </w:tc>
        <w:tc>
          <w:tcPr>
            <w:tcW w:w="0" w:type="auto"/>
          </w:tcPr>
          <w:p w14:paraId="4AEA1A9A" w14:textId="77777777" w:rsidR="007A5E59" w:rsidRPr="00312815" w:rsidRDefault="007A5E59">
            <w:pPr>
              <w:rPr>
                <w:lang w:val="ru-RU"/>
              </w:rPr>
            </w:pPr>
          </w:p>
        </w:tc>
        <w:tc>
          <w:tcPr>
            <w:tcW w:w="0" w:type="auto"/>
          </w:tcPr>
          <w:p w14:paraId="120B675B" w14:textId="77777777" w:rsidR="007A5E59" w:rsidRPr="00312815" w:rsidRDefault="007A5E59">
            <w:pPr>
              <w:rPr>
                <w:lang w:val="ru-RU"/>
              </w:rPr>
            </w:pPr>
          </w:p>
        </w:tc>
        <w:tc>
          <w:tcPr>
            <w:tcW w:w="0" w:type="auto"/>
          </w:tcPr>
          <w:p w14:paraId="5A88C6A1" w14:textId="77777777" w:rsidR="007A5E59" w:rsidRPr="00312815" w:rsidRDefault="007A5E59">
            <w:pPr>
              <w:rPr>
                <w:lang w:val="ru-RU"/>
              </w:rPr>
            </w:pPr>
          </w:p>
        </w:tc>
        <w:tc>
          <w:tcPr>
            <w:tcW w:w="0" w:type="auto"/>
          </w:tcPr>
          <w:p w14:paraId="4C38EDA6" w14:textId="77777777" w:rsidR="007A5E59" w:rsidRPr="00312815" w:rsidRDefault="007A5E59">
            <w:pPr>
              <w:rPr>
                <w:lang w:val="ru-RU"/>
              </w:rPr>
            </w:pPr>
          </w:p>
        </w:tc>
        <w:tc>
          <w:tcPr>
            <w:tcW w:w="0" w:type="auto"/>
          </w:tcPr>
          <w:p w14:paraId="3F01C701" w14:textId="77777777" w:rsidR="007A5E59" w:rsidRPr="00312815" w:rsidRDefault="007A5E59">
            <w:pPr>
              <w:rPr>
                <w:lang w:val="ru-RU"/>
              </w:rPr>
            </w:pPr>
          </w:p>
        </w:tc>
        <w:tc>
          <w:tcPr>
            <w:tcW w:w="0" w:type="auto"/>
          </w:tcPr>
          <w:p w14:paraId="423C5910" w14:textId="77777777" w:rsidR="007A5E59" w:rsidRPr="00312815" w:rsidRDefault="007A5E59">
            <w:pPr>
              <w:rPr>
                <w:lang w:val="ru-RU"/>
              </w:rPr>
            </w:pPr>
          </w:p>
        </w:tc>
        <w:tc>
          <w:tcPr>
            <w:tcW w:w="0" w:type="auto"/>
          </w:tcPr>
          <w:p w14:paraId="2031A3A4" w14:textId="77777777" w:rsidR="007A5E59" w:rsidRPr="00312815" w:rsidRDefault="007A5E59">
            <w:pPr>
              <w:rPr>
                <w:lang w:val="ru-RU"/>
              </w:rPr>
            </w:pPr>
          </w:p>
        </w:tc>
        <w:tc>
          <w:tcPr>
            <w:tcW w:w="0" w:type="auto"/>
          </w:tcPr>
          <w:p w14:paraId="2B5F827A" w14:textId="77777777" w:rsidR="007A5E59" w:rsidRPr="00312815" w:rsidRDefault="007A5E59">
            <w:pPr>
              <w:rPr>
                <w:lang w:val="ru-RU"/>
              </w:rPr>
            </w:pPr>
          </w:p>
        </w:tc>
        <w:tc>
          <w:tcPr>
            <w:tcW w:w="0" w:type="auto"/>
          </w:tcPr>
          <w:p w14:paraId="0A1D4922" w14:textId="77777777" w:rsidR="007A5E59" w:rsidRPr="00312815" w:rsidRDefault="007A5E59">
            <w:pPr>
              <w:rPr>
                <w:lang w:val="ru-RU"/>
              </w:rPr>
            </w:pPr>
          </w:p>
        </w:tc>
        <w:tc>
          <w:tcPr>
            <w:tcW w:w="0" w:type="auto"/>
          </w:tcPr>
          <w:p w14:paraId="208B436B" w14:textId="77777777" w:rsidR="007A5E59" w:rsidRPr="00312815" w:rsidRDefault="007A5E59">
            <w:pPr>
              <w:rPr>
                <w:lang w:val="ru-RU"/>
              </w:rPr>
            </w:pPr>
          </w:p>
        </w:tc>
        <w:tc>
          <w:tcPr>
            <w:tcW w:w="0" w:type="auto"/>
          </w:tcPr>
          <w:p w14:paraId="19A61DD7" w14:textId="77777777" w:rsidR="007A5E59" w:rsidRPr="00312815" w:rsidRDefault="007A5E59">
            <w:pPr>
              <w:rPr>
                <w:lang w:val="ru-RU"/>
              </w:rPr>
            </w:pPr>
          </w:p>
        </w:tc>
        <w:tc>
          <w:tcPr>
            <w:tcW w:w="0" w:type="auto"/>
          </w:tcPr>
          <w:p w14:paraId="14D37CE7" w14:textId="77777777" w:rsidR="007A5E59" w:rsidRPr="00312815" w:rsidRDefault="007A5E59">
            <w:pPr>
              <w:rPr>
                <w:lang w:val="ru-RU"/>
              </w:rPr>
            </w:pPr>
          </w:p>
        </w:tc>
        <w:tc>
          <w:tcPr>
            <w:tcW w:w="0" w:type="auto"/>
          </w:tcPr>
          <w:p w14:paraId="106B5B73" w14:textId="77777777" w:rsidR="007A5E59" w:rsidRPr="00312815" w:rsidRDefault="007A5E59">
            <w:pPr>
              <w:rPr>
                <w:lang w:val="ru-RU"/>
              </w:rPr>
            </w:pPr>
          </w:p>
        </w:tc>
        <w:tc>
          <w:tcPr>
            <w:tcW w:w="0" w:type="auto"/>
          </w:tcPr>
          <w:p w14:paraId="01A000BB" w14:textId="77777777" w:rsidR="007A5E59" w:rsidRPr="00312815" w:rsidRDefault="007A5E59">
            <w:pPr>
              <w:rPr>
                <w:lang w:val="ru-RU"/>
              </w:rPr>
            </w:pPr>
          </w:p>
        </w:tc>
      </w:tr>
      <w:tr w:rsidR="007A5E59" w14:paraId="3DF91A75" w14:textId="77777777">
        <w:trPr>
          <w:jc w:val="center"/>
        </w:trPr>
        <w:tc>
          <w:tcPr>
            <w:tcW w:w="0" w:type="auto"/>
          </w:tcPr>
          <w:p w14:paraId="69BBD14D" w14:textId="77777777" w:rsidR="007A5E59" w:rsidRPr="00312815" w:rsidRDefault="0095198F">
            <w:pPr>
              <w:rPr>
                <w:lang w:val="ru-RU"/>
              </w:rPr>
            </w:pPr>
            <w:r w:rsidRPr="00312815">
              <w:rPr>
                <w:lang w:val="ru-RU"/>
              </w:rPr>
              <w:t>Принятый расчётный срок службы, лет</w:t>
            </w:r>
          </w:p>
        </w:tc>
        <w:tc>
          <w:tcPr>
            <w:tcW w:w="0" w:type="auto"/>
          </w:tcPr>
          <w:p w14:paraId="65595D19" w14:textId="77777777" w:rsidR="007A5E59" w:rsidRDefault="0095198F">
            <w:pPr>
              <w:jc w:val="center"/>
            </w:pPr>
            <w:r>
              <w:t>25,0</w:t>
            </w:r>
          </w:p>
        </w:tc>
        <w:tc>
          <w:tcPr>
            <w:tcW w:w="0" w:type="auto"/>
          </w:tcPr>
          <w:p w14:paraId="30557807" w14:textId="77777777" w:rsidR="007A5E59" w:rsidRDefault="007A5E59"/>
        </w:tc>
        <w:tc>
          <w:tcPr>
            <w:tcW w:w="0" w:type="auto"/>
          </w:tcPr>
          <w:p w14:paraId="59EA6641" w14:textId="77777777" w:rsidR="007A5E59" w:rsidRDefault="007A5E59"/>
        </w:tc>
        <w:tc>
          <w:tcPr>
            <w:tcW w:w="0" w:type="auto"/>
          </w:tcPr>
          <w:p w14:paraId="1061B0EB" w14:textId="77777777" w:rsidR="007A5E59" w:rsidRDefault="007A5E59"/>
        </w:tc>
        <w:tc>
          <w:tcPr>
            <w:tcW w:w="0" w:type="auto"/>
          </w:tcPr>
          <w:p w14:paraId="0ECCF107" w14:textId="77777777" w:rsidR="007A5E59" w:rsidRDefault="007A5E59"/>
        </w:tc>
        <w:tc>
          <w:tcPr>
            <w:tcW w:w="0" w:type="auto"/>
          </w:tcPr>
          <w:p w14:paraId="67476239" w14:textId="77777777" w:rsidR="007A5E59" w:rsidRDefault="007A5E59"/>
        </w:tc>
        <w:tc>
          <w:tcPr>
            <w:tcW w:w="0" w:type="auto"/>
          </w:tcPr>
          <w:p w14:paraId="389005E4" w14:textId="77777777" w:rsidR="007A5E59" w:rsidRDefault="007A5E59"/>
        </w:tc>
        <w:tc>
          <w:tcPr>
            <w:tcW w:w="0" w:type="auto"/>
          </w:tcPr>
          <w:p w14:paraId="083EC5DC" w14:textId="77777777" w:rsidR="007A5E59" w:rsidRDefault="007A5E59"/>
        </w:tc>
        <w:tc>
          <w:tcPr>
            <w:tcW w:w="0" w:type="auto"/>
          </w:tcPr>
          <w:p w14:paraId="6B394E14" w14:textId="77777777" w:rsidR="007A5E59" w:rsidRDefault="007A5E59"/>
        </w:tc>
        <w:tc>
          <w:tcPr>
            <w:tcW w:w="0" w:type="auto"/>
          </w:tcPr>
          <w:p w14:paraId="10754835" w14:textId="77777777" w:rsidR="007A5E59" w:rsidRDefault="007A5E59"/>
        </w:tc>
        <w:tc>
          <w:tcPr>
            <w:tcW w:w="0" w:type="auto"/>
          </w:tcPr>
          <w:p w14:paraId="7E5FE54D" w14:textId="77777777" w:rsidR="007A5E59" w:rsidRDefault="007A5E59"/>
        </w:tc>
        <w:tc>
          <w:tcPr>
            <w:tcW w:w="0" w:type="auto"/>
          </w:tcPr>
          <w:p w14:paraId="3FECC930" w14:textId="77777777" w:rsidR="007A5E59" w:rsidRDefault="007A5E59"/>
        </w:tc>
        <w:tc>
          <w:tcPr>
            <w:tcW w:w="0" w:type="auto"/>
          </w:tcPr>
          <w:p w14:paraId="79EF06FB" w14:textId="77777777" w:rsidR="007A5E59" w:rsidRDefault="007A5E59"/>
        </w:tc>
        <w:tc>
          <w:tcPr>
            <w:tcW w:w="0" w:type="auto"/>
          </w:tcPr>
          <w:p w14:paraId="61EBD580" w14:textId="77777777" w:rsidR="007A5E59" w:rsidRDefault="007A5E59"/>
        </w:tc>
        <w:tc>
          <w:tcPr>
            <w:tcW w:w="0" w:type="auto"/>
          </w:tcPr>
          <w:p w14:paraId="2F6A7554" w14:textId="77777777" w:rsidR="007A5E59" w:rsidRDefault="007A5E59"/>
        </w:tc>
        <w:tc>
          <w:tcPr>
            <w:tcW w:w="0" w:type="auto"/>
          </w:tcPr>
          <w:p w14:paraId="2223EB96" w14:textId="77777777" w:rsidR="007A5E59" w:rsidRDefault="007A5E59"/>
        </w:tc>
        <w:tc>
          <w:tcPr>
            <w:tcW w:w="0" w:type="auto"/>
          </w:tcPr>
          <w:p w14:paraId="5711ABB0" w14:textId="77777777" w:rsidR="007A5E59" w:rsidRDefault="007A5E59"/>
        </w:tc>
        <w:tc>
          <w:tcPr>
            <w:tcW w:w="0" w:type="auto"/>
          </w:tcPr>
          <w:p w14:paraId="5BF462BE" w14:textId="77777777" w:rsidR="007A5E59" w:rsidRDefault="007A5E59"/>
        </w:tc>
        <w:tc>
          <w:tcPr>
            <w:tcW w:w="0" w:type="auto"/>
          </w:tcPr>
          <w:p w14:paraId="497CEAC4" w14:textId="77777777" w:rsidR="007A5E59" w:rsidRDefault="007A5E59"/>
        </w:tc>
        <w:tc>
          <w:tcPr>
            <w:tcW w:w="0" w:type="auto"/>
          </w:tcPr>
          <w:p w14:paraId="58472F94" w14:textId="77777777" w:rsidR="007A5E59" w:rsidRDefault="007A5E59"/>
        </w:tc>
      </w:tr>
      <w:tr w:rsidR="007A5E59" w14:paraId="7413DCDE" w14:textId="77777777">
        <w:trPr>
          <w:jc w:val="center"/>
        </w:trPr>
        <w:tc>
          <w:tcPr>
            <w:tcW w:w="0" w:type="auto"/>
            <w:shd w:val="clear" w:color="auto" w:fill="DBE5F1"/>
          </w:tcPr>
          <w:p w14:paraId="1878BE3E" w14:textId="77777777" w:rsidR="007A5E59" w:rsidRDefault="0095198F">
            <w:r>
              <w:rPr>
                <w:b/>
              </w:rPr>
              <w:t>Всего участков в базе</w:t>
            </w:r>
          </w:p>
        </w:tc>
        <w:tc>
          <w:tcPr>
            <w:tcW w:w="0" w:type="auto"/>
            <w:shd w:val="clear" w:color="auto" w:fill="DBE5F1"/>
          </w:tcPr>
          <w:p w14:paraId="6B270BCA" w14:textId="77777777" w:rsidR="007A5E59" w:rsidRDefault="0095198F">
            <w:pPr>
              <w:jc w:val="center"/>
            </w:pPr>
            <w:r>
              <w:rPr>
                <w:b/>
              </w:rPr>
              <w:t>8,0</w:t>
            </w:r>
          </w:p>
        </w:tc>
        <w:tc>
          <w:tcPr>
            <w:tcW w:w="0" w:type="auto"/>
            <w:shd w:val="clear" w:color="auto" w:fill="DBE5F1"/>
          </w:tcPr>
          <w:p w14:paraId="53FC3839" w14:textId="77777777" w:rsidR="007A5E59" w:rsidRDefault="007A5E59"/>
        </w:tc>
        <w:tc>
          <w:tcPr>
            <w:tcW w:w="0" w:type="auto"/>
            <w:shd w:val="clear" w:color="auto" w:fill="DBE5F1"/>
          </w:tcPr>
          <w:p w14:paraId="0E05B5A8" w14:textId="77777777" w:rsidR="007A5E59" w:rsidRDefault="007A5E59"/>
        </w:tc>
        <w:tc>
          <w:tcPr>
            <w:tcW w:w="0" w:type="auto"/>
            <w:shd w:val="clear" w:color="auto" w:fill="DBE5F1"/>
          </w:tcPr>
          <w:p w14:paraId="0C16A46F" w14:textId="77777777" w:rsidR="007A5E59" w:rsidRDefault="007A5E59"/>
        </w:tc>
        <w:tc>
          <w:tcPr>
            <w:tcW w:w="0" w:type="auto"/>
            <w:shd w:val="clear" w:color="auto" w:fill="DBE5F1"/>
          </w:tcPr>
          <w:p w14:paraId="5BAEE4DA" w14:textId="77777777" w:rsidR="007A5E59" w:rsidRDefault="007A5E59"/>
        </w:tc>
        <w:tc>
          <w:tcPr>
            <w:tcW w:w="0" w:type="auto"/>
            <w:shd w:val="clear" w:color="auto" w:fill="DBE5F1"/>
          </w:tcPr>
          <w:p w14:paraId="5F8E77AE" w14:textId="77777777" w:rsidR="007A5E59" w:rsidRDefault="007A5E59"/>
        </w:tc>
        <w:tc>
          <w:tcPr>
            <w:tcW w:w="0" w:type="auto"/>
            <w:shd w:val="clear" w:color="auto" w:fill="DBE5F1"/>
          </w:tcPr>
          <w:p w14:paraId="77922B0B" w14:textId="77777777" w:rsidR="007A5E59" w:rsidRDefault="007A5E59"/>
        </w:tc>
        <w:tc>
          <w:tcPr>
            <w:tcW w:w="0" w:type="auto"/>
            <w:shd w:val="clear" w:color="auto" w:fill="DBE5F1"/>
          </w:tcPr>
          <w:p w14:paraId="3D8A4739" w14:textId="77777777" w:rsidR="007A5E59" w:rsidRDefault="007A5E59"/>
        </w:tc>
        <w:tc>
          <w:tcPr>
            <w:tcW w:w="0" w:type="auto"/>
            <w:shd w:val="clear" w:color="auto" w:fill="DBE5F1"/>
          </w:tcPr>
          <w:p w14:paraId="7CDB23DB" w14:textId="77777777" w:rsidR="007A5E59" w:rsidRDefault="007A5E59"/>
        </w:tc>
        <w:tc>
          <w:tcPr>
            <w:tcW w:w="0" w:type="auto"/>
            <w:shd w:val="clear" w:color="auto" w:fill="DBE5F1"/>
          </w:tcPr>
          <w:p w14:paraId="7DFB73B4" w14:textId="77777777" w:rsidR="007A5E59" w:rsidRDefault="007A5E59"/>
        </w:tc>
        <w:tc>
          <w:tcPr>
            <w:tcW w:w="0" w:type="auto"/>
            <w:shd w:val="clear" w:color="auto" w:fill="DBE5F1"/>
          </w:tcPr>
          <w:p w14:paraId="3292B701" w14:textId="77777777" w:rsidR="007A5E59" w:rsidRDefault="007A5E59"/>
        </w:tc>
        <w:tc>
          <w:tcPr>
            <w:tcW w:w="0" w:type="auto"/>
            <w:shd w:val="clear" w:color="auto" w:fill="DBE5F1"/>
          </w:tcPr>
          <w:p w14:paraId="41836985" w14:textId="77777777" w:rsidR="007A5E59" w:rsidRDefault="007A5E59"/>
        </w:tc>
        <w:tc>
          <w:tcPr>
            <w:tcW w:w="0" w:type="auto"/>
            <w:shd w:val="clear" w:color="auto" w:fill="DBE5F1"/>
          </w:tcPr>
          <w:p w14:paraId="6973EA15" w14:textId="77777777" w:rsidR="007A5E59" w:rsidRDefault="007A5E59"/>
        </w:tc>
        <w:tc>
          <w:tcPr>
            <w:tcW w:w="0" w:type="auto"/>
            <w:shd w:val="clear" w:color="auto" w:fill="DBE5F1"/>
          </w:tcPr>
          <w:p w14:paraId="1EE80E82" w14:textId="77777777" w:rsidR="007A5E59" w:rsidRDefault="007A5E59"/>
        </w:tc>
        <w:tc>
          <w:tcPr>
            <w:tcW w:w="0" w:type="auto"/>
            <w:shd w:val="clear" w:color="auto" w:fill="DBE5F1"/>
          </w:tcPr>
          <w:p w14:paraId="478153C3" w14:textId="77777777" w:rsidR="007A5E59" w:rsidRDefault="007A5E59"/>
        </w:tc>
        <w:tc>
          <w:tcPr>
            <w:tcW w:w="0" w:type="auto"/>
            <w:shd w:val="clear" w:color="auto" w:fill="DBE5F1"/>
          </w:tcPr>
          <w:p w14:paraId="47774511" w14:textId="77777777" w:rsidR="007A5E59" w:rsidRDefault="007A5E59"/>
        </w:tc>
        <w:tc>
          <w:tcPr>
            <w:tcW w:w="0" w:type="auto"/>
            <w:shd w:val="clear" w:color="auto" w:fill="DBE5F1"/>
          </w:tcPr>
          <w:p w14:paraId="45A1863A" w14:textId="77777777" w:rsidR="007A5E59" w:rsidRDefault="007A5E59"/>
        </w:tc>
        <w:tc>
          <w:tcPr>
            <w:tcW w:w="0" w:type="auto"/>
            <w:shd w:val="clear" w:color="auto" w:fill="DBE5F1"/>
          </w:tcPr>
          <w:p w14:paraId="60A72BDF" w14:textId="77777777" w:rsidR="007A5E59" w:rsidRDefault="007A5E59"/>
        </w:tc>
        <w:tc>
          <w:tcPr>
            <w:tcW w:w="0" w:type="auto"/>
            <w:shd w:val="clear" w:color="auto" w:fill="DBE5F1"/>
          </w:tcPr>
          <w:p w14:paraId="084AEAD3" w14:textId="77777777" w:rsidR="007A5E59" w:rsidRDefault="007A5E59"/>
        </w:tc>
        <w:tc>
          <w:tcPr>
            <w:tcW w:w="0" w:type="auto"/>
            <w:shd w:val="clear" w:color="auto" w:fill="DBE5F1"/>
          </w:tcPr>
          <w:p w14:paraId="3D1F47D7" w14:textId="77777777" w:rsidR="007A5E59" w:rsidRDefault="007A5E59"/>
        </w:tc>
      </w:tr>
      <w:tr w:rsidR="007A5E59" w14:paraId="125EC820" w14:textId="77777777">
        <w:trPr>
          <w:jc w:val="center"/>
        </w:trPr>
        <w:tc>
          <w:tcPr>
            <w:tcW w:w="0" w:type="auto"/>
          </w:tcPr>
          <w:p w14:paraId="390D21B7" w14:textId="77777777" w:rsidR="007A5E59" w:rsidRPr="00312815" w:rsidRDefault="0095198F">
            <w:pPr>
              <w:rPr>
                <w:lang w:val="ru-RU"/>
              </w:rPr>
            </w:pPr>
            <w:r w:rsidRPr="00312815">
              <w:rPr>
                <w:lang w:val="ru-RU"/>
              </w:rPr>
              <w:t>Участков вне горизонта 2026–2036 (год ввода 2012 и позднее)</w:t>
            </w:r>
          </w:p>
        </w:tc>
        <w:tc>
          <w:tcPr>
            <w:tcW w:w="0" w:type="auto"/>
          </w:tcPr>
          <w:p w14:paraId="47D34711" w14:textId="77777777" w:rsidR="007A5E59" w:rsidRDefault="0095198F">
            <w:pPr>
              <w:jc w:val="center"/>
            </w:pPr>
            <w:r>
              <w:t>0,0</w:t>
            </w:r>
          </w:p>
        </w:tc>
        <w:tc>
          <w:tcPr>
            <w:tcW w:w="0" w:type="auto"/>
          </w:tcPr>
          <w:p w14:paraId="0F5A2BFF" w14:textId="77777777" w:rsidR="007A5E59" w:rsidRDefault="007A5E59"/>
        </w:tc>
        <w:tc>
          <w:tcPr>
            <w:tcW w:w="0" w:type="auto"/>
          </w:tcPr>
          <w:p w14:paraId="1156A0CB" w14:textId="77777777" w:rsidR="007A5E59" w:rsidRDefault="007A5E59"/>
        </w:tc>
        <w:tc>
          <w:tcPr>
            <w:tcW w:w="0" w:type="auto"/>
          </w:tcPr>
          <w:p w14:paraId="43634657" w14:textId="77777777" w:rsidR="007A5E59" w:rsidRDefault="007A5E59"/>
        </w:tc>
        <w:tc>
          <w:tcPr>
            <w:tcW w:w="0" w:type="auto"/>
          </w:tcPr>
          <w:p w14:paraId="528E5318" w14:textId="77777777" w:rsidR="007A5E59" w:rsidRDefault="007A5E59"/>
        </w:tc>
        <w:tc>
          <w:tcPr>
            <w:tcW w:w="0" w:type="auto"/>
          </w:tcPr>
          <w:p w14:paraId="3916913E" w14:textId="77777777" w:rsidR="007A5E59" w:rsidRDefault="007A5E59"/>
        </w:tc>
        <w:tc>
          <w:tcPr>
            <w:tcW w:w="0" w:type="auto"/>
          </w:tcPr>
          <w:p w14:paraId="31CEC2FA" w14:textId="77777777" w:rsidR="007A5E59" w:rsidRDefault="007A5E59"/>
        </w:tc>
        <w:tc>
          <w:tcPr>
            <w:tcW w:w="0" w:type="auto"/>
          </w:tcPr>
          <w:p w14:paraId="641AC749" w14:textId="77777777" w:rsidR="007A5E59" w:rsidRDefault="007A5E59"/>
        </w:tc>
        <w:tc>
          <w:tcPr>
            <w:tcW w:w="0" w:type="auto"/>
          </w:tcPr>
          <w:p w14:paraId="725C2CE2" w14:textId="77777777" w:rsidR="007A5E59" w:rsidRDefault="007A5E59"/>
        </w:tc>
        <w:tc>
          <w:tcPr>
            <w:tcW w:w="0" w:type="auto"/>
          </w:tcPr>
          <w:p w14:paraId="5532D37C" w14:textId="77777777" w:rsidR="007A5E59" w:rsidRDefault="007A5E59"/>
        </w:tc>
        <w:tc>
          <w:tcPr>
            <w:tcW w:w="0" w:type="auto"/>
          </w:tcPr>
          <w:p w14:paraId="19E81FC7" w14:textId="77777777" w:rsidR="007A5E59" w:rsidRDefault="007A5E59"/>
        </w:tc>
        <w:tc>
          <w:tcPr>
            <w:tcW w:w="0" w:type="auto"/>
          </w:tcPr>
          <w:p w14:paraId="7917E610" w14:textId="77777777" w:rsidR="007A5E59" w:rsidRDefault="007A5E59"/>
        </w:tc>
        <w:tc>
          <w:tcPr>
            <w:tcW w:w="0" w:type="auto"/>
          </w:tcPr>
          <w:p w14:paraId="24E1ECAC" w14:textId="77777777" w:rsidR="007A5E59" w:rsidRDefault="007A5E59"/>
        </w:tc>
        <w:tc>
          <w:tcPr>
            <w:tcW w:w="0" w:type="auto"/>
          </w:tcPr>
          <w:p w14:paraId="0A415BE1" w14:textId="77777777" w:rsidR="007A5E59" w:rsidRDefault="007A5E59"/>
        </w:tc>
        <w:tc>
          <w:tcPr>
            <w:tcW w:w="0" w:type="auto"/>
          </w:tcPr>
          <w:p w14:paraId="086E6E9B" w14:textId="77777777" w:rsidR="007A5E59" w:rsidRDefault="007A5E59"/>
        </w:tc>
        <w:tc>
          <w:tcPr>
            <w:tcW w:w="0" w:type="auto"/>
          </w:tcPr>
          <w:p w14:paraId="0F95D5B3" w14:textId="77777777" w:rsidR="007A5E59" w:rsidRDefault="007A5E59"/>
        </w:tc>
        <w:tc>
          <w:tcPr>
            <w:tcW w:w="0" w:type="auto"/>
          </w:tcPr>
          <w:p w14:paraId="02340002" w14:textId="77777777" w:rsidR="007A5E59" w:rsidRDefault="007A5E59"/>
        </w:tc>
        <w:tc>
          <w:tcPr>
            <w:tcW w:w="0" w:type="auto"/>
          </w:tcPr>
          <w:p w14:paraId="1FF1073F" w14:textId="77777777" w:rsidR="007A5E59" w:rsidRDefault="007A5E59"/>
        </w:tc>
        <w:tc>
          <w:tcPr>
            <w:tcW w:w="0" w:type="auto"/>
          </w:tcPr>
          <w:p w14:paraId="7CAFD068" w14:textId="77777777" w:rsidR="007A5E59" w:rsidRDefault="007A5E59"/>
        </w:tc>
        <w:tc>
          <w:tcPr>
            <w:tcW w:w="0" w:type="auto"/>
          </w:tcPr>
          <w:p w14:paraId="7FDB126C" w14:textId="77777777" w:rsidR="007A5E59" w:rsidRDefault="007A5E59"/>
        </w:tc>
      </w:tr>
      <w:tr w:rsidR="007A5E59" w14:paraId="101EAA70" w14:textId="77777777">
        <w:trPr>
          <w:jc w:val="center"/>
        </w:trPr>
        <w:tc>
          <w:tcPr>
            <w:tcW w:w="0" w:type="auto"/>
          </w:tcPr>
          <w:p w14:paraId="59303616" w14:textId="77777777" w:rsidR="007A5E59" w:rsidRPr="00312815" w:rsidRDefault="0095198F">
            <w:pPr>
              <w:rPr>
                <w:lang w:val="ru-RU"/>
              </w:rPr>
            </w:pPr>
            <w:r w:rsidRPr="00312815">
              <w:rPr>
                <w:lang w:val="ru-RU"/>
              </w:rPr>
              <w:t>Под замену по программе мероприятий 2026, м</w:t>
            </w:r>
          </w:p>
        </w:tc>
        <w:tc>
          <w:tcPr>
            <w:tcW w:w="0" w:type="auto"/>
          </w:tcPr>
          <w:p w14:paraId="2997C841" w14:textId="77777777" w:rsidR="007A5E59" w:rsidRDefault="0095198F">
            <w:pPr>
              <w:jc w:val="center"/>
            </w:pPr>
            <w:r>
              <w:t>0,0</w:t>
            </w:r>
          </w:p>
        </w:tc>
        <w:tc>
          <w:tcPr>
            <w:tcW w:w="0" w:type="auto"/>
          </w:tcPr>
          <w:p w14:paraId="3EEA2C6C" w14:textId="77777777" w:rsidR="007A5E59" w:rsidRDefault="007A5E59"/>
        </w:tc>
        <w:tc>
          <w:tcPr>
            <w:tcW w:w="0" w:type="auto"/>
          </w:tcPr>
          <w:p w14:paraId="38B6F7A9" w14:textId="77777777" w:rsidR="007A5E59" w:rsidRDefault="007A5E59"/>
        </w:tc>
        <w:tc>
          <w:tcPr>
            <w:tcW w:w="0" w:type="auto"/>
          </w:tcPr>
          <w:p w14:paraId="5E47F2B9" w14:textId="77777777" w:rsidR="007A5E59" w:rsidRDefault="007A5E59"/>
        </w:tc>
        <w:tc>
          <w:tcPr>
            <w:tcW w:w="0" w:type="auto"/>
          </w:tcPr>
          <w:p w14:paraId="0937855E" w14:textId="77777777" w:rsidR="007A5E59" w:rsidRDefault="007A5E59"/>
        </w:tc>
        <w:tc>
          <w:tcPr>
            <w:tcW w:w="0" w:type="auto"/>
          </w:tcPr>
          <w:p w14:paraId="320418AD" w14:textId="77777777" w:rsidR="007A5E59" w:rsidRDefault="007A5E59"/>
        </w:tc>
        <w:tc>
          <w:tcPr>
            <w:tcW w:w="0" w:type="auto"/>
          </w:tcPr>
          <w:p w14:paraId="62338128" w14:textId="77777777" w:rsidR="007A5E59" w:rsidRDefault="007A5E59"/>
        </w:tc>
        <w:tc>
          <w:tcPr>
            <w:tcW w:w="0" w:type="auto"/>
          </w:tcPr>
          <w:p w14:paraId="6CEED357" w14:textId="77777777" w:rsidR="007A5E59" w:rsidRDefault="007A5E59"/>
        </w:tc>
        <w:tc>
          <w:tcPr>
            <w:tcW w:w="0" w:type="auto"/>
          </w:tcPr>
          <w:p w14:paraId="212E9B75" w14:textId="77777777" w:rsidR="007A5E59" w:rsidRDefault="007A5E59"/>
        </w:tc>
        <w:tc>
          <w:tcPr>
            <w:tcW w:w="0" w:type="auto"/>
          </w:tcPr>
          <w:p w14:paraId="140E8BE2" w14:textId="77777777" w:rsidR="007A5E59" w:rsidRDefault="007A5E59"/>
        </w:tc>
        <w:tc>
          <w:tcPr>
            <w:tcW w:w="0" w:type="auto"/>
          </w:tcPr>
          <w:p w14:paraId="0D190F4F" w14:textId="77777777" w:rsidR="007A5E59" w:rsidRDefault="007A5E59"/>
        </w:tc>
        <w:tc>
          <w:tcPr>
            <w:tcW w:w="0" w:type="auto"/>
          </w:tcPr>
          <w:p w14:paraId="156CF1A4" w14:textId="77777777" w:rsidR="007A5E59" w:rsidRDefault="007A5E59"/>
        </w:tc>
        <w:tc>
          <w:tcPr>
            <w:tcW w:w="0" w:type="auto"/>
          </w:tcPr>
          <w:p w14:paraId="0F7ECCF0" w14:textId="77777777" w:rsidR="007A5E59" w:rsidRDefault="007A5E59"/>
        </w:tc>
        <w:tc>
          <w:tcPr>
            <w:tcW w:w="0" w:type="auto"/>
          </w:tcPr>
          <w:p w14:paraId="0E88DB0C" w14:textId="77777777" w:rsidR="007A5E59" w:rsidRDefault="007A5E59"/>
        </w:tc>
        <w:tc>
          <w:tcPr>
            <w:tcW w:w="0" w:type="auto"/>
          </w:tcPr>
          <w:p w14:paraId="33481641" w14:textId="77777777" w:rsidR="007A5E59" w:rsidRDefault="007A5E59"/>
        </w:tc>
        <w:tc>
          <w:tcPr>
            <w:tcW w:w="0" w:type="auto"/>
          </w:tcPr>
          <w:p w14:paraId="6F8A8C9C" w14:textId="77777777" w:rsidR="007A5E59" w:rsidRDefault="007A5E59"/>
        </w:tc>
        <w:tc>
          <w:tcPr>
            <w:tcW w:w="0" w:type="auto"/>
          </w:tcPr>
          <w:p w14:paraId="31412413" w14:textId="77777777" w:rsidR="007A5E59" w:rsidRDefault="007A5E59"/>
        </w:tc>
        <w:tc>
          <w:tcPr>
            <w:tcW w:w="0" w:type="auto"/>
          </w:tcPr>
          <w:p w14:paraId="2B11B9DB" w14:textId="77777777" w:rsidR="007A5E59" w:rsidRDefault="007A5E59"/>
        </w:tc>
        <w:tc>
          <w:tcPr>
            <w:tcW w:w="0" w:type="auto"/>
          </w:tcPr>
          <w:p w14:paraId="6213CEF0" w14:textId="77777777" w:rsidR="007A5E59" w:rsidRDefault="007A5E59"/>
        </w:tc>
        <w:tc>
          <w:tcPr>
            <w:tcW w:w="0" w:type="auto"/>
          </w:tcPr>
          <w:p w14:paraId="2CF6B8DC" w14:textId="77777777" w:rsidR="007A5E59" w:rsidRDefault="007A5E59"/>
        </w:tc>
      </w:tr>
      <w:tr w:rsidR="007A5E59" w14:paraId="287E4925" w14:textId="77777777">
        <w:trPr>
          <w:jc w:val="center"/>
        </w:trPr>
        <w:tc>
          <w:tcPr>
            <w:tcW w:w="0" w:type="auto"/>
          </w:tcPr>
          <w:p w14:paraId="037D4E5A" w14:textId="77777777" w:rsidR="007A5E59" w:rsidRPr="00312815" w:rsidRDefault="0095198F">
            <w:pPr>
              <w:rPr>
                <w:lang w:val="ru-RU"/>
              </w:rPr>
            </w:pPr>
            <w:r w:rsidRPr="00312815">
              <w:rPr>
                <w:lang w:val="ru-RU"/>
              </w:rPr>
              <w:t>Новое строительство по программе 2026, м</w:t>
            </w:r>
          </w:p>
        </w:tc>
        <w:tc>
          <w:tcPr>
            <w:tcW w:w="0" w:type="auto"/>
          </w:tcPr>
          <w:p w14:paraId="793386FE" w14:textId="77777777" w:rsidR="007A5E59" w:rsidRDefault="0095198F">
            <w:pPr>
              <w:jc w:val="center"/>
            </w:pPr>
            <w:r>
              <w:t>0,0</w:t>
            </w:r>
          </w:p>
        </w:tc>
        <w:tc>
          <w:tcPr>
            <w:tcW w:w="0" w:type="auto"/>
          </w:tcPr>
          <w:p w14:paraId="48CEB63C" w14:textId="77777777" w:rsidR="007A5E59" w:rsidRDefault="007A5E59"/>
        </w:tc>
        <w:tc>
          <w:tcPr>
            <w:tcW w:w="0" w:type="auto"/>
          </w:tcPr>
          <w:p w14:paraId="3D31EE4B" w14:textId="77777777" w:rsidR="007A5E59" w:rsidRDefault="007A5E59"/>
        </w:tc>
        <w:tc>
          <w:tcPr>
            <w:tcW w:w="0" w:type="auto"/>
          </w:tcPr>
          <w:p w14:paraId="3F8F8C90" w14:textId="77777777" w:rsidR="007A5E59" w:rsidRDefault="007A5E59"/>
        </w:tc>
        <w:tc>
          <w:tcPr>
            <w:tcW w:w="0" w:type="auto"/>
          </w:tcPr>
          <w:p w14:paraId="01103793" w14:textId="77777777" w:rsidR="007A5E59" w:rsidRDefault="007A5E59"/>
        </w:tc>
        <w:tc>
          <w:tcPr>
            <w:tcW w:w="0" w:type="auto"/>
          </w:tcPr>
          <w:p w14:paraId="6630ABE9" w14:textId="77777777" w:rsidR="007A5E59" w:rsidRDefault="007A5E59"/>
        </w:tc>
        <w:tc>
          <w:tcPr>
            <w:tcW w:w="0" w:type="auto"/>
          </w:tcPr>
          <w:p w14:paraId="743FFB9C" w14:textId="77777777" w:rsidR="007A5E59" w:rsidRDefault="007A5E59"/>
        </w:tc>
        <w:tc>
          <w:tcPr>
            <w:tcW w:w="0" w:type="auto"/>
          </w:tcPr>
          <w:p w14:paraId="55A47F8A" w14:textId="77777777" w:rsidR="007A5E59" w:rsidRDefault="007A5E59"/>
        </w:tc>
        <w:tc>
          <w:tcPr>
            <w:tcW w:w="0" w:type="auto"/>
          </w:tcPr>
          <w:p w14:paraId="22BDB251" w14:textId="77777777" w:rsidR="007A5E59" w:rsidRDefault="007A5E59"/>
        </w:tc>
        <w:tc>
          <w:tcPr>
            <w:tcW w:w="0" w:type="auto"/>
          </w:tcPr>
          <w:p w14:paraId="626E9774" w14:textId="77777777" w:rsidR="007A5E59" w:rsidRDefault="007A5E59"/>
        </w:tc>
        <w:tc>
          <w:tcPr>
            <w:tcW w:w="0" w:type="auto"/>
          </w:tcPr>
          <w:p w14:paraId="47B528AA" w14:textId="77777777" w:rsidR="007A5E59" w:rsidRDefault="007A5E59"/>
        </w:tc>
        <w:tc>
          <w:tcPr>
            <w:tcW w:w="0" w:type="auto"/>
          </w:tcPr>
          <w:p w14:paraId="0BE5CE57" w14:textId="77777777" w:rsidR="007A5E59" w:rsidRDefault="007A5E59"/>
        </w:tc>
        <w:tc>
          <w:tcPr>
            <w:tcW w:w="0" w:type="auto"/>
          </w:tcPr>
          <w:p w14:paraId="0A298526" w14:textId="77777777" w:rsidR="007A5E59" w:rsidRDefault="007A5E59"/>
        </w:tc>
        <w:tc>
          <w:tcPr>
            <w:tcW w:w="0" w:type="auto"/>
          </w:tcPr>
          <w:p w14:paraId="75E5B65A" w14:textId="77777777" w:rsidR="007A5E59" w:rsidRDefault="007A5E59"/>
        </w:tc>
        <w:tc>
          <w:tcPr>
            <w:tcW w:w="0" w:type="auto"/>
          </w:tcPr>
          <w:p w14:paraId="089199B4" w14:textId="77777777" w:rsidR="007A5E59" w:rsidRDefault="007A5E59"/>
        </w:tc>
        <w:tc>
          <w:tcPr>
            <w:tcW w:w="0" w:type="auto"/>
          </w:tcPr>
          <w:p w14:paraId="54C23D5F" w14:textId="77777777" w:rsidR="007A5E59" w:rsidRDefault="007A5E59"/>
        </w:tc>
        <w:tc>
          <w:tcPr>
            <w:tcW w:w="0" w:type="auto"/>
          </w:tcPr>
          <w:p w14:paraId="3AB93B15" w14:textId="77777777" w:rsidR="007A5E59" w:rsidRDefault="007A5E59"/>
        </w:tc>
        <w:tc>
          <w:tcPr>
            <w:tcW w:w="0" w:type="auto"/>
          </w:tcPr>
          <w:p w14:paraId="6F1C58BC" w14:textId="77777777" w:rsidR="007A5E59" w:rsidRDefault="007A5E59"/>
        </w:tc>
        <w:tc>
          <w:tcPr>
            <w:tcW w:w="0" w:type="auto"/>
          </w:tcPr>
          <w:p w14:paraId="2D8528C6" w14:textId="77777777" w:rsidR="007A5E59" w:rsidRDefault="007A5E59"/>
        </w:tc>
        <w:tc>
          <w:tcPr>
            <w:tcW w:w="0" w:type="auto"/>
          </w:tcPr>
          <w:p w14:paraId="6879ECCC" w14:textId="77777777" w:rsidR="007A5E59" w:rsidRDefault="007A5E59"/>
        </w:tc>
      </w:tr>
      <w:tr w:rsidR="007A5E59" w:rsidRPr="00C07C05" w14:paraId="3FD8BD81" w14:textId="77777777">
        <w:trPr>
          <w:jc w:val="center"/>
        </w:trPr>
        <w:tc>
          <w:tcPr>
            <w:tcW w:w="0" w:type="auto"/>
          </w:tcPr>
          <w:p w14:paraId="0FC8CDA9" w14:textId="77777777" w:rsidR="007A5E59" w:rsidRPr="00312815" w:rsidRDefault="0095198F">
            <w:pPr>
              <w:rPr>
                <w:lang w:val="ru-RU"/>
              </w:rPr>
            </w:pPr>
            <w:r w:rsidRPr="00312815">
              <w:rPr>
                <w:lang w:val="ru-RU"/>
              </w:rPr>
              <w:t>Стоимость мероприятий по программе 2026, тыс. руб.</w:t>
            </w:r>
          </w:p>
        </w:tc>
        <w:tc>
          <w:tcPr>
            <w:tcW w:w="0" w:type="auto"/>
          </w:tcPr>
          <w:p w14:paraId="25868F3C" w14:textId="77777777" w:rsidR="007A5E59" w:rsidRPr="00312815" w:rsidRDefault="007A5E59">
            <w:pPr>
              <w:rPr>
                <w:lang w:val="ru-RU"/>
              </w:rPr>
            </w:pPr>
          </w:p>
        </w:tc>
        <w:tc>
          <w:tcPr>
            <w:tcW w:w="0" w:type="auto"/>
          </w:tcPr>
          <w:p w14:paraId="3631A52C" w14:textId="77777777" w:rsidR="007A5E59" w:rsidRPr="00312815" w:rsidRDefault="007A5E59">
            <w:pPr>
              <w:rPr>
                <w:lang w:val="ru-RU"/>
              </w:rPr>
            </w:pPr>
          </w:p>
        </w:tc>
        <w:tc>
          <w:tcPr>
            <w:tcW w:w="0" w:type="auto"/>
          </w:tcPr>
          <w:p w14:paraId="299A618D" w14:textId="77777777" w:rsidR="007A5E59" w:rsidRPr="00312815" w:rsidRDefault="007A5E59">
            <w:pPr>
              <w:rPr>
                <w:lang w:val="ru-RU"/>
              </w:rPr>
            </w:pPr>
          </w:p>
        </w:tc>
        <w:tc>
          <w:tcPr>
            <w:tcW w:w="0" w:type="auto"/>
          </w:tcPr>
          <w:p w14:paraId="229D2C86" w14:textId="77777777" w:rsidR="007A5E59" w:rsidRPr="00312815" w:rsidRDefault="007A5E59">
            <w:pPr>
              <w:rPr>
                <w:lang w:val="ru-RU"/>
              </w:rPr>
            </w:pPr>
          </w:p>
        </w:tc>
        <w:tc>
          <w:tcPr>
            <w:tcW w:w="0" w:type="auto"/>
          </w:tcPr>
          <w:p w14:paraId="02C1E368" w14:textId="77777777" w:rsidR="007A5E59" w:rsidRPr="00312815" w:rsidRDefault="007A5E59">
            <w:pPr>
              <w:rPr>
                <w:lang w:val="ru-RU"/>
              </w:rPr>
            </w:pPr>
          </w:p>
        </w:tc>
        <w:tc>
          <w:tcPr>
            <w:tcW w:w="0" w:type="auto"/>
          </w:tcPr>
          <w:p w14:paraId="633DAE46" w14:textId="77777777" w:rsidR="007A5E59" w:rsidRPr="00312815" w:rsidRDefault="007A5E59">
            <w:pPr>
              <w:rPr>
                <w:lang w:val="ru-RU"/>
              </w:rPr>
            </w:pPr>
          </w:p>
        </w:tc>
        <w:tc>
          <w:tcPr>
            <w:tcW w:w="0" w:type="auto"/>
          </w:tcPr>
          <w:p w14:paraId="505394B0" w14:textId="77777777" w:rsidR="007A5E59" w:rsidRPr="00312815" w:rsidRDefault="007A5E59">
            <w:pPr>
              <w:rPr>
                <w:lang w:val="ru-RU"/>
              </w:rPr>
            </w:pPr>
          </w:p>
        </w:tc>
        <w:tc>
          <w:tcPr>
            <w:tcW w:w="0" w:type="auto"/>
          </w:tcPr>
          <w:p w14:paraId="317C0BF0" w14:textId="77777777" w:rsidR="007A5E59" w:rsidRPr="00312815" w:rsidRDefault="007A5E59">
            <w:pPr>
              <w:rPr>
                <w:lang w:val="ru-RU"/>
              </w:rPr>
            </w:pPr>
          </w:p>
        </w:tc>
        <w:tc>
          <w:tcPr>
            <w:tcW w:w="0" w:type="auto"/>
          </w:tcPr>
          <w:p w14:paraId="7EE2D485" w14:textId="77777777" w:rsidR="007A5E59" w:rsidRPr="00312815" w:rsidRDefault="007A5E59">
            <w:pPr>
              <w:rPr>
                <w:lang w:val="ru-RU"/>
              </w:rPr>
            </w:pPr>
          </w:p>
        </w:tc>
        <w:tc>
          <w:tcPr>
            <w:tcW w:w="0" w:type="auto"/>
          </w:tcPr>
          <w:p w14:paraId="5EFFE674" w14:textId="77777777" w:rsidR="007A5E59" w:rsidRPr="00312815" w:rsidRDefault="007A5E59">
            <w:pPr>
              <w:rPr>
                <w:lang w:val="ru-RU"/>
              </w:rPr>
            </w:pPr>
          </w:p>
        </w:tc>
        <w:tc>
          <w:tcPr>
            <w:tcW w:w="0" w:type="auto"/>
          </w:tcPr>
          <w:p w14:paraId="1A38DEF6" w14:textId="77777777" w:rsidR="007A5E59" w:rsidRPr="00312815" w:rsidRDefault="007A5E59">
            <w:pPr>
              <w:rPr>
                <w:lang w:val="ru-RU"/>
              </w:rPr>
            </w:pPr>
          </w:p>
        </w:tc>
        <w:tc>
          <w:tcPr>
            <w:tcW w:w="0" w:type="auto"/>
          </w:tcPr>
          <w:p w14:paraId="12CE4FA6" w14:textId="77777777" w:rsidR="007A5E59" w:rsidRPr="00312815" w:rsidRDefault="007A5E59">
            <w:pPr>
              <w:rPr>
                <w:lang w:val="ru-RU"/>
              </w:rPr>
            </w:pPr>
          </w:p>
        </w:tc>
        <w:tc>
          <w:tcPr>
            <w:tcW w:w="0" w:type="auto"/>
          </w:tcPr>
          <w:p w14:paraId="0FD24356" w14:textId="77777777" w:rsidR="007A5E59" w:rsidRPr="00312815" w:rsidRDefault="007A5E59">
            <w:pPr>
              <w:rPr>
                <w:lang w:val="ru-RU"/>
              </w:rPr>
            </w:pPr>
          </w:p>
        </w:tc>
        <w:tc>
          <w:tcPr>
            <w:tcW w:w="0" w:type="auto"/>
          </w:tcPr>
          <w:p w14:paraId="106DFE48" w14:textId="77777777" w:rsidR="007A5E59" w:rsidRPr="00312815" w:rsidRDefault="007A5E59">
            <w:pPr>
              <w:rPr>
                <w:lang w:val="ru-RU"/>
              </w:rPr>
            </w:pPr>
          </w:p>
        </w:tc>
        <w:tc>
          <w:tcPr>
            <w:tcW w:w="0" w:type="auto"/>
          </w:tcPr>
          <w:p w14:paraId="66C0C0EF" w14:textId="77777777" w:rsidR="007A5E59" w:rsidRPr="00312815" w:rsidRDefault="007A5E59">
            <w:pPr>
              <w:rPr>
                <w:lang w:val="ru-RU"/>
              </w:rPr>
            </w:pPr>
          </w:p>
        </w:tc>
        <w:tc>
          <w:tcPr>
            <w:tcW w:w="0" w:type="auto"/>
          </w:tcPr>
          <w:p w14:paraId="0BB6742F" w14:textId="77777777" w:rsidR="007A5E59" w:rsidRPr="00312815" w:rsidRDefault="007A5E59">
            <w:pPr>
              <w:rPr>
                <w:lang w:val="ru-RU"/>
              </w:rPr>
            </w:pPr>
          </w:p>
        </w:tc>
        <w:tc>
          <w:tcPr>
            <w:tcW w:w="0" w:type="auto"/>
          </w:tcPr>
          <w:p w14:paraId="7193DD01" w14:textId="77777777" w:rsidR="007A5E59" w:rsidRPr="00312815" w:rsidRDefault="007A5E59">
            <w:pPr>
              <w:rPr>
                <w:lang w:val="ru-RU"/>
              </w:rPr>
            </w:pPr>
          </w:p>
        </w:tc>
        <w:tc>
          <w:tcPr>
            <w:tcW w:w="0" w:type="auto"/>
          </w:tcPr>
          <w:p w14:paraId="50925677" w14:textId="77777777" w:rsidR="007A5E59" w:rsidRPr="00312815" w:rsidRDefault="007A5E59">
            <w:pPr>
              <w:rPr>
                <w:lang w:val="ru-RU"/>
              </w:rPr>
            </w:pPr>
          </w:p>
        </w:tc>
        <w:tc>
          <w:tcPr>
            <w:tcW w:w="0" w:type="auto"/>
          </w:tcPr>
          <w:p w14:paraId="190BEAAD" w14:textId="77777777" w:rsidR="007A5E59" w:rsidRPr="00312815" w:rsidRDefault="007A5E59">
            <w:pPr>
              <w:rPr>
                <w:lang w:val="ru-RU"/>
              </w:rPr>
            </w:pPr>
          </w:p>
        </w:tc>
        <w:tc>
          <w:tcPr>
            <w:tcW w:w="0" w:type="auto"/>
          </w:tcPr>
          <w:p w14:paraId="7936A159" w14:textId="77777777" w:rsidR="007A5E59" w:rsidRPr="00312815" w:rsidRDefault="007A5E59">
            <w:pPr>
              <w:rPr>
                <w:lang w:val="ru-RU"/>
              </w:rPr>
            </w:pPr>
          </w:p>
        </w:tc>
      </w:tr>
      <w:tr w:rsidR="007A5E59" w14:paraId="0E360AA8" w14:textId="77777777">
        <w:trPr>
          <w:jc w:val="center"/>
        </w:trPr>
        <w:tc>
          <w:tcPr>
            <w:tcW w:w="0" w:type="auto"/>
          </w:tcPr>
          <w:p w14:paraId="78EAE689" w14:textId="77777777" w:rsidR="007A5E59" w:rsidRPr="00312815" w:rsidRDefault="0095198F">
            <w:pPr>
              <w:rPr>
                <w:lang w:val="ru-RU"/>
              </w:rPr>
            </w:pPr>
            <w:r w:rsidRPr="00312815">
              <w:rPr>
                <w:lang w:val="ru-RU"/>
              </w:rPr>
              <w:t>Сверка: ИТОГО блока 1 = сумме длин участков базы</w:t>
            </w:r>
          </w:p>
        </w:tc>
        <w:tc>
          <w:tcPr>
            <w:tcW w:w="0" w:type="auto"/>
          </w:tcPr>
          <w:p w14:paraId="669B0C74" w14:textId="77777777" w:rsidR="007A5E59" w:rsidRDefault="0095198F">
            <w:r>
              <w:t>ДА</w:t>
            </w:r>
          </w:p>
        </w:tc>
        <w:tc>
          <w:tcPr>
            <w:tcW w:w="0" w:type="auto"/>
          </w:tcPr>
          <w:p w14:paraId="6539B38D" w14:textId="77777777" w:rsidR="007A5E59" w:rsidRDefault="007A5E59"/>
        </w:tc>
        <w:tc>
          <w:tcPr>
            <w:tcW w:w="0" w:type="auto"/>
          </w:tcPr>
          <w:p w14:paraId="71AA1A43" w14:textId="77777777" w:rsidR="007A5E59" w:rsidRDefault="007A5E59"/>
        </w:tc>
        <w:tc>
          <w:tcPr>
            <w:tcW w:w="0" w:type="auto"/>
          </w:tcPr>
          <w:p w14:paraId="25BE67B7" w14:textId="77777777" w:rsidR="007A5E59" w:rsidRDefault="007A5E59"/>
        </w:tc>
        <w:tc>
          <w:tcPr>
            <w:tcW w:w="0" w:type="auto"/>
          </w:tcPr>
          <w:p w14:paraId="149D9633" w14:textId="77777777" w:rsidR="007A5E59" w:rsidRDefault="007A5E59"/>
        </w:tc>
        <w:tc>
          <w:tcPr>
            <w:tcW w:w="0" w:type="auto"/>
          </w:tcPr>
          <w:p w14:paraId="7C97D746" w14:textId="77777777" w:rsidR="007A5E59" w:rsidRDefault="007A5E59"/>
        </w:tc>
        <w:tc>
          <w:tcPr>
            <w:tcW w:w="0" w:type="auto"/>
          </w:tcPr>
          <w:p w14:paraId="682A93D6" w14:textId="77777777" w:rsidR="007A5E59" w:rsidRDefault="007A5E59"/>
        </w:tc>
        <w:tc>
          <w:tcPr>
            <w:tcW w:w="0" w:type="auto"/>
          </w:tcPr>
          <w:p w14:paraId="447658E0" w14:textId="77777777" w:rsidR="007A5E59" w:rsidRDefault="007A5E59"/>
        </w:tc>
        <w:tc>
          <w:tcPr>
            <w:tcW w:w="0" w:type="auto"/>
          </w:tcPr>
          <w:p w14:paraId="0B3C64F1" w14:textId="77777777" w:rsidR="007A5E59" w:rsidRDefault="007A5E59"/>
        </w:tc>
        <w:tc>
          <w:tcPr>
            <w:tcW w:w="0" w:type="auto"/>
          </w:tcPr>
          <w:p w14:paraId="26F923AE" w14:textId="77777777" w:rsidR="007A5E59" w:rsidRDefault="007A5E59"/>
        </w:tc>
        <w:tc>
          <w:tcPr>
            <w:tcW w:w="0" w:type="auto"/>
          </w:tcPr>
          <w:p w14:paraId="3EDA918B" w14:textId="77777777" w:rsidR="007A5E59" w:rsidRDefault="007A5E59"/>
        </w:tc>
        <w:tc>
          <w:tcPr>
            <w:tcW w:w="0" w:type="auto"/>
          </w:tcPr>
          <w:p w14:paraId="620E5856" w14:textId="77777777" w:rsidR="007A5E59" w:rsidRDefault="007A5E59"/>
        </w:tc>
        <w:tc>
          <w:tcPr>
            <w:tcW w:w="0" w:type="auto"/>
          </w:tcPr>
          <w:p w14:paraId="5B5FC916" w14:textId="77777777" w:rsidR="007A5E59" w:rsidRDefault="007A5E59"/>
        </w:tc>
        <w:tc>
          <w:tcPr>
            <w:tcW w:w="0" w:type="auto"/>
          </w:tcPr>
          <w:p w14:paraId="04B235C6" w14:textId="77777777" w:rsidR="007A5E59" w:rsidRDefault="007A5E59"/>
        </w:tc>
        <w:tc>
          <w:tcPr>
            <w:tcW w:w="0" w:type="auto"/>
          </w:tcPr>
          <w:p w14:paraId="43C5AC2B" w14:textId="77777777" w:rsidR="007A5E59" w:rsidRDefault="007A5E59"/>
        </w:tc>
        <w:tc>
          <w:tcPr>
            <w:tcW w:w="0" w:type="auto"/>
          </w:tcPr>
          <w:p w14:paraId="116AD327" w14:textId="77777777" w:rsidR="007A5E59" w:rsidRDefault="007A5E59"/>
        </w:tc>
        <w:tc>
          <w:tcPr>
            <w:tcW w:w="0" w:type="auto"/>
          </w:tcPr>
          <w:p w14:paraId="4A33375D" w14:textId="77777777" w:rsidR="007A5E59" w:rsidRDefault="007A5E59"/>
        </w:tc>
        <w:tc>
          <w:tcPr>
            <w:tcW w:w="0" w:type="auto"/>
          </w:tcPr>
          <w:p w14:paraId="29DFCD78" w14:textId="77777777" w:rsidR="007A5E59" w:rsidRDefault="007A5E59"/>
        </w:tc>
        <w:tc>
          <w:tcPr>
            <w:tcW w:w="0" w:type="auto"/>
          </w:tcPr>
          <w:p w14:paraId="09DA308A" w14:textId="77777777" w:rsidR="007A5E59" w:rsidRDefault="007A5E59"/>
        </w:tc>
        <w:tc>
          <w:tcPr>
            <w:tcW w:w="0" w:type="auto"/>
          </w:tcPr>
          <w:p w14:paraId="1284DD9A" w14:textId="77777777" w:rsidR="007A5E59" w:rsidRDefault="007A5E59"/>
        </w:tc>
      </w:tr>
    </w:tbl>
    <w:p w14:paraId="4A437ADD" w14:textId="77777777" w:rsidR="007A5E59" w:rsidRDefault="007A5E59"/>
    <w:p w14:paraId="19CD5418" w14:textId="77777777" w:rsidR="007A5E59" w:rsidRPr="00312815" w:rsidRDefault="0095198F">
      <w:pPr>
        <w:rPr>
          <w:lang w:val="ru-RU"/>
        </w:rPr>
      </w:pPr>
      <w:r w:rsidRPr="00312815">
        <w:rPr>
          <w:b/>
          <w:lang w:val="ru-RU"/>
        </w:rPr>
        <w:t>Таблица П3.5. Распределение протяжённости тепловых сетей по диаметрам — Производственно-отопительная УПК № 5 Новый Шерегеш (пгт Шерегеш)</w:t>
      </w:r>
    </w:p>
    <w:tbl>
      <w:tblPr>
        <w:tblStyle w:val="aff0"/>
        <w:tblW w:w="5000" w:type="pct"/>
        <w:jc w:val="center"/>
        <w:tblCellMar>
          <w:left w:w="57" w:type="dxa"/>
          <w:right w:w="57" w:type="dxa"/>
        </w:tblCellMar>
        <w:tblLook w:val="04A0" w:firstRow="1" w:lastRow="0" w:firstColumn="1" w:lastColumn="0" w:noHBand="0" w:noVBand="1"/>
      </w:tblPr>
      <w:tblGrid>
        <w:gridCol w:w="905"/>
        <w:gridCol w:w="430"/>
        <w:gridCol w:w="374"/>
        <w:gridCol w:w="430"/>
        <w:gridCol w:w="374"/>
        <w:gridCol w:w="374"/>
        <w:gridCol w:w="430"/>
        <w:gridCol w:w="430"/>
        <w:gridCol w:w="374"/>
        <w:gridCol w:w="374"/>
        <w:gridCol w:w="430"/>
        <w:gridCol w:w="432"/>
        <w:gridCol w:w="432"/>
        <w:gridCol w:w="432"/>
        <w:gridCol w:w="432"/>
        <w:gridCol w:w="432"/>
        <w:gridCol w:w="432"/>
        <w:gridCol w:w="432"/>
        <w:gridCol w:w="432"/>
        <w:gridCol w:w="432"/>
        <w:gridCol w:w="532"/>
      </w:tblGrid>
      <w:tr w:rsidR="007A5E59" w:rsidRPr="00C07C05" w14:paraId="081E5959" w14:textId="77777777">
        <w:trPr>
          <w:cantSplit/>
          <w:tblHeader/>
          <w:jc w:val="center"/>
        </w:trPr>
        <w:tc>
          <w:tcPr>
            <w:tcW w:w="0" w:type="auto"/>
            <w:vMerge w:val="restart"/>
            <w:shd w:val="clear" w:color="auto" w:fill="E2F0D9"/>
            <w:vAlign w:val="center"/>
          </w:tcPr>
          <w:p w14:paraId="751FCE18" w14:textId="77777777" w:rsidR="007A5E59" w:rsidRDefault="0095198F">
            <w:pPr>
              <w:jc w:val="center"/>
            </w:pPr>
            <w:r>
              <w:rPr>
                <w:b/>
              </w:rPr>
              <w:t>Способ прокладки</w:t>
            </w:r>
          </w:p>
        </w:tc>
        <w:tc>
          <w:tcPr>
            <w:tcW w:w="0" w:type="auto"/>
            <w:gridSpan w:val="20"/>
            <w:shd w:val="clear" w:color="auto" w:fill="E2F0D9"/>
            <w:vAlign w:val="center"/>
          </w:tcPr>
          <w:p w14:paraId="60326375" w14:textId="77777777" w:rsidR="007A5E59" w:rsidRPr="00312815" w:rsidRDefault="0095198F">
            <w:pPr>
              <w:jc w:val="center"/>
              <w:rPr>
                <w:lang w:val="ru-RU"/>
              </w:rPr>
            </w:pPr>
            <w:r w:rsidRPr="00312815">
              <w:rPr>
                <w:b/>
                <w:lang w:val="ru-RU"/>
              </w:rPr>
              <w:t>Длина по оси трассы (двухтрубная прокладка), м</w:t>
            </w:r>
          </w:p>
        </w:tc>
      </w:tr>
      <w:tr w:rsidR="007A5E59" w14:paraId="51A27667" w14:textId="77777777">
        <w:trPr>
          <w:cantSplit/>
          <w:tblHeader/>
          <w:jc w:val="center"/>
        </w:trPr>
        <w:tc>
          <w:tcPr>
            <w:tcW w:w="0" w:type="auto"/>
            <w:vMerge/>
            <w:shd w:val="clear" w:color="auto" w:fill="E2F0D9"/>
            <w:vAlign w:val="center"/>
          </w:tcPr>
          <w:p w14:paraId="0F5656A5" w14:textId="77777777" w:rsidR="007A5E59" w:rsidRPr="00312815" w:rsidRDefault="007A5E59">
            <w:pPr>
              <w:jc w:val="center"/>
              <w:rPr>
                <w:lang w:val="ru-RU"/>
              </w:rPr>
            </w:pPr>
          </w:p>
        </w:tc>
        <w:tc>
          <w:tcPr>
            <w:tcW w:w="0" w:type="auto"/>
            <w:shd w:val="clear" w:color="auto" w:fill="E2F0D9"/>
            <w:vAlign w:val="center"/>
          </w:tcPr>
          <w:p w14:paraId="7E46AAF7" w14:textId="77777777" w:rsidR="007A5E59" w:rsidRDefault="0095198F">
            <w:pPr>
              <w:jc w:val="center"/>
            </w:pPr>
            <w:r>
              <w:rPr>
                <w:b/>
              </w:rPr>
              <w:t>Дн15</w:t>
            </w:r>
          </w:p>
        </w:tc>
        <w:tc>
          <w:tcPr>
            <w:tcW w:w="0" w:type="auto"/>
            <w:shd w:val="clear" w:color="auto" w:fill="E2F0D9"/>
            <w:vAlign w:val="center"/>
          </w:tcPr>
          <w:p w14:paraId="7819BA51" w14:textId="77777777" w:rsidR="007A5E59" w:rsidRDefault="0095198F">
            <w:pPr>
              <w:jc w:val="center"/>
            </w:pPr>
            <w:r>
              <w:rPr>
                <w:b/>
              </w:rPr>
              <w:t>Дн20</w:t>
            </w:r>
          </w:p>
        </w:tc>
        <w:tc>
          <w:tcPr>
            <w:tcW w:w="0" w:type="auto"/>
            <w:shd w:val="clear" w:color="auto" w:fill="E2F0D9"/>
            <w:vAlign w:val="center"/>
          </w:tcPr>
          <w:p w14:paraId="0E0DA78C" w14:textId="77777777" w:rsidR="007A5E59" w:rsidRDefault="0095198F">
            <w:pPr>
              <w:jc w:val="center"/>
            </w:pPr>
            <w:r>
              <w:rPr>
                <w:b/>
              </w:rPr>
              <w:t>Дн25</w:t>
            </w:r>
          </w:p>
        </w:tc>
        <w:tc>
          <w:tcPr>
            <w:tcW w:w="0" w:type="auto"/>
            <w:shd w:val="clear" w:color="auto" w:fill="E2F0D9"/>
            <w:vAlign w:val="center"/>
          </w:tcPr>
          <w:p w14:paraId="3CE14B8C" w14:textId="77777777" w:rsidR="007A5E59" w:rsidRDefault="0095198F">
            <w:pPr>
              <w:jc w:val="center"/>
            </w:pPr>
            <w:r>
              <w:rPr>
                <w:b/>
              </w:rPr>
              <w:t>Дн32</w:t>
            </w:r>
          </w:p>
        </w:tc>
        <w:tc>
          <w:tcPr>
            <w:tcW w:w="0" w:type="auto"/>
            <w:shd w:val="clear" w:color="auto" w:fill="E2F0D9"/>
            <w:vAlign w:val="center"/>
          </w:tcPr>
          <w:p w14:paraId="2A1C21B6" w14:textId="77777777" w:rsidR="007A5E59" w:rsidRDefault="0095198F">
            <w:pPr>
              <w:jc w:val="center"/>
            </w:pPr>
            <w:r>
              <w:rPr>
                <w:b/>
              </w:rPr>
              <w:t>Дн40</w:t>
            </w:r>
          </w:p>
        </w:tc>
        <w:tc>
          <w:tcPr>
            <w:tcW w:w="0" w:type="auto"/>
            <w:shd w:val="clear" w:color="auto" w:fill="E2F0D9"/>
            <w:vAlign w:val="center"/>
          </w:tcPr>
          <w:p w14:paraId="14461385" w14:textId="77777777" w:rsidR="007A5E59" w:rsidRDefault="0095198F">
            <w:pPr>
              <w:jc w:val="center"/>
            </w:pPr>
            <w:r>
              <w:rPr>
                <w:b/>
              </w:rPr>
              <w:t>Дн50</w:t>
            </w:r>
          </w:p>
        </w:tc>
        <w:tc>
          <w:tcPr>
            <w:tcW w:w="0" w:type="auto"/>
            <w:shd w:val="clear" w:color="auto" w:fill="E2F0D9"/>
            <w:vAlign w:val="center"/>
          </w:tcPr>
          <w:p w14:paraId="5F6784F8" w14:textId="77777777" w:rsidR="007A5E59" w:rsidRDefault="0095198F">
            <w:pPr>
              <w:jc w:val="center"/>
            </w:pPr>
            <w:r>
              <w:rPr>
                <w:b/>
              </w:rPr>
              <w:t>Дн65</w:t>
            </w:r>
          </w:p>
        </w:tc>
        <w:tc>
          <w:tcPr>
            <w:tcW w:w="0" w:type="auto"/>
            <w:shd w:val="clear" w:color="auto" w:fill="E2F0D9"/>
            <w:vAlign w:val="center"/>
          </w:tcPr>
          <w:p w14:paraId="21650C04" w14:textId="77777777" w:rsidR="007A5E59" w:rsidRDefault="0095198F">
            <w:pPr>
              <w:jc w:val="center"/>
            </w:pPr>
            <w:r>
              <w:rPr>
                <w:b/>
              </w:rPr>
              <w:t>Дн68</w:t>
            </w:r>
          </w:p>
        </w:tc>
        <w:tc>
          <w:tcPr>
            <w:tcW w:w="0" w:type="auto"/>
            <w:shd w:val="clear" w:color="auto" w:fill="E2F0D9"/>
            <w:vAlign w:val="center"/>
          </w:tcPr>
          <w:p w14:paraId="3C8ABAD6" w14:textId="77777777" w:rsidR="007A5E59" w:rsidRDefault="0095198F">
            <w:pPr>
              <w:jc w:val="center"/>
            </w:pPr>
            <w:r>
              <w:rPr>
                <w:b/>
              </w:rPr>
              <w:t>Дн70</w:t>
            </w:r>
          </w:p>
        </w:tc>
        <w:tc>
          <w:tcPr>
            <w:tcW w:w="0" w:type="auto"/>
            <w:shd w:val="clear" w:color="auto" w:fill="E2F0D9"/>
            <w:vAlign w:val="center"/>
          </w:tcPr>
          <w:p w14:paraId="312E853A" w14:textId="77777777" w:rsidR="007A5E59" w:rsidRDefault="0095198F">
            <w:pPr>
              <w:jc w:val="center"/>
            </w:pPr>
            <w:r>
              <w:rPr>
                <w:b/>
              </w:rPr>
              <w:t>Дн80</w:t>
            </w:r>
          </w:p>
        </w:tc>
        <w:tc>
          <w:tcPr>
            <w:tcW w:w="0" w:type="auto"/>
            <w:shd w:val="clear" w:color="auto" w:fill="E2F0D9"/>
            <w:vAlign w:val="center"/>
          </w:tcPr>
          <w:p w14:paraId="60B9C19C" w14:textId="77777777" w:rsidR="007A5E59" w:rsidRDefault="0095198F">
            <w:pPr>
              <w:jc w:val="center"/>
            </w:pPr>
            <w:r>
              <w:rPr>
                <w:b/>
              </w:rPr>
              <w:t>Дн100</w:t>
            </w:r>
          </w:p>
        </w:tc>
        <w:tc>
          <w:tcPr>
            <w:tcW w:w="0" w:type="auto"/>
            <w:shd w:val="clear" w:color="auto" w:fill="E2F0D9"/>
            <w:vAlign w:val="center"/>
          </w:tcPr>
          <w:p w14:paraId="514558B6" w14:textId="77777777" w:rsidR="007A5E59" w:rsidRDefault="0095198F">
            <w:pPr>
              <w:jc w:val="center"/>
            </w:pPr>
            <w:r>
              <w:rPr>
                <w:b/>
              </w:rPr>
              <w:t>Дн125</w:t>
            </w:r>
          </w:p>
        </w:tc>
        <w:tc>
          <w:tcPr>
            <w:tcW w:w="0" w:type="auto"/>
            <w:shd w:val="clear" w:color="auto" w:fill="E2F0D9"/>
            <w:vAlign w:val="center"/>
          </w:tcPr>
          <w:p w14:paraId="6C690C31" w14:textId="77777777" w:rsidR="007A5E59" w:rsidRDefault="0095198F">
            <w:pPr>
              <w:jc w:val="center"/>
            </w:pPr>
            <w:r>
              <w:rPr>
                <w:b/>
              </w:rPr>
              <w:t>Дн150</w:t>
            </w:r>
          </w:p>
        </w:tc>
        <w:tc>
          <w:tcPr>
            <w:tcW w:w="0" w:type="auto"/>
            <w:shd w:val="clear" w:color="auto" w:fill="E2F0D9"/>
            <w:vAlign w:val="center"/>
          </w:tcPr>
          <w:p w14:paraId="150597FC" w14:textId="77777777" w:rsidR="007A5E59" w:rsidRDefault="0095198F">
            <w:pPr>
              <w:jc w:val="center"/>
            </w:pPr>
            <w:r>
              <w:rPr>
                <w:b/>
              </w:rPr>
              <w:t>Дн200</w:t>
            </w:r>
          </w:p>
        </w:tc>
        <w:tc>
          <w:tcPr>
            <w:tcW w:w="0" w:type="auto"/>
            <w:shd w:val="clear" w:color="auto" w:fill="E2F0D9"/>
            <w:vAlign w:val="center"/>
          </w:tcPr>
          <w:p w14:paraId="12A44C7B" w14:textId="77777777" w:rsidR="007A5E59" w:rsidRDefault="0095198F">
            <w:pPr>
              <w:jc w:val="center"/>
            </w:pPr>
            <w:r>
              <w:rPr>
                <w:b/>
              </w:rPr>
              <w:t>Дн250</w:t>
            </w:r>
          </w:p>
        </w:tc>
        <w:tc>
          <w:tcPr>
            <w:tcW w:w="0" w:type="auto"/>
            <w:shd w:val="clear" w:color="auto" w:fill="E2F0D9"/>
            <w:vAlign w:val="center"/>
          </w:tcPr>
          <w:p w14:paraId="4416CB6C" w14:textId="77777777" w:rsidR="007A5E59" w:rsidRDefault="0095198F">
            <w:pPr>
              <w:jc w:val="center"/>
            </w:pPr>
            <w:r>
              <w:rPr>
                <w:b/>
              </w:rPr>
              <w:t>Дн300</w:t>
            </w:r>
          </w:p>
        </w:tc>
        <w:tc>
          <w:tcPr>
            <w:tcW w:w="0" w:type="auto"/>
            <w:shd w:val="clear" w:color="auto" w:fill="E2F0D9"/>
            <w:vAlign w:val="center"/>
          </w:tcPr>
          <w:p w14:paraId="3986C5AD" w14:textId="77777777" w:rsidR="007A5E59" w:rsidRDefault="0095198F">
            <w:pPr>
              <w:jc w:val="center"/>
            </w:pPr>
            <w:r>
              <w:rPr>
                <w:b/>
              </w:rPr>
              <w:t>Дн350</w:t>
            </w:r>
          </w:p>
        </w:tc>
        <w:tc>
          <w:tcPr>
            <w:tcW w:w="0" w:type="auto"/>
            <w:shd w:val="clear" w:color="auto" w:fill="E2F0D9"/>
            <w:vAlign w:val="center"/>
          </w:tcPr>
          <w:p w14:paraId="025A56B7" w14:textId="77777777" w:rsidR="007A5E59" w:rsidRDefault="0095198F">
            <w:pPr>
              <w:jc w:val="center"/>
            </w:pPr>
            <w:r>
              <w:rPr>
                <w:b/>
              </w:rPr>
              <w:t>Дн400</w:t>
            </w:r>
          </w:p>
        </w:tc>
        <w:tc>
          <w:tcPr>
            <w:tcW w:w="0" w:type="auto"/>
            <w:shd w:val="clear" w:color="auto" w:fill="E2F0D9"/>
            <w:vAlign w:val="center"/>
          </w:tcPr>
          <w:p w14:paraId="5EBD6E4A" w14:textId="77777777" w:rsidR="007A5E59" w:rsidRDefault="0095198F">
            <w:pPr>
              <w:jc w:val="center"/>
            </w:pPr>
            <w:r>
              <w:rPr>
                <w:b/>
              </w:rPr>
              <w:t>Дн500</w:t>
            </w:r>
          </w:p>
        </w:tc>
        <w:tc>
          <w:tcPr>
            <w:tcW w:w="0" w:type="auto"/>
            <w:shd w:val="clear" w:color="auto" w:fill="E2F0D9"/>
            <w:vAlign w:val="center"/>
          </w:tcPr>
          <w:p w14:paraId="243CF57D" w14:textId="77777777" w:rsidR="007A5E59" w:rsidRDefault="0095198F">
            <w:pPr>
              <w:jc w:val="center"/>
            </w:pPr>
            <w:r>
              <w:rPr>
                <w:b/>
              </w:rPr>
              <w:t>ИТОГО</w:t>
            </w:r>
          </w:p>
        </w:tc>
      </w:tr>
      <w:tr w:rsidR="007A5E59" w:rsidRPr="00C07C05" w14:paraId="100EEE2F" w14:textId="77777777">
        <w:trPr>
          <w:jc w:val="center"/>
        </w:trPr>
        <w:tc>
          <w:tcPr>
            <w:tcW w:w="0" w:type="auto"/>
          </w:tcPr>
          <w:p w14:paraId="60A53DE2" w14:textId="77777777" w:rsidR="007A5E59" w:rsidRPr="00312815" w:rsidRDefault="0095198F">
            <w:pPr>
              <w:rPr>
                <w:lang w:val="ru-RU"/>
              </w:rPr>
            </w:pPr>
            <w:r w:rsidRPr="00312815">
              <w:rPr>
                <w:lang w:val="ru-RU"/>
              </w:rPr>
              <w:t>БЛОК 1. Вся сеть — существующее состояние</w:t>
            </w:r>
          </w:p>
        </w:tc>
        <w:tc>
          <w:tcPr>
            <w:tcW w:w="0" w:type="auto"/>
          </w:tcPr>
          <w:p w14:paraId="3E43F998" w14:textId="77777777" w:rsidR="007A5E59" w:rsidRPr="00312815" w:rsidRDefault="007A5E59">
            <w:pPr>
              <w:rPr>
                <w:lang w:val="ru-RU"/>
              </w:rPr>
            </w:pPr>
          </w:p>
        </w:tc>
        <w:tc>
          <w:tcPr>
            <w:tcW w:w="0" w:type="auto"/>
          </w:tcPr>
          <w:p w14:paraId="50CB04AC" w14:textId="77777777" w:rsidR="007A5E59" w:rsidRPr="00312815" w:rsidRDefault="007A5E59">
            <w:pPr>
              <w:rPr>
                <w:lang w:val="ru-RU"/>
              </w:rPr>
            </w:pPr>
          </w:p>
        </w:tc>
        <w:tc>
          <w:tcPr>
            <w:tcW w:w="0" w:type="auto"/>
          </w:tcPr>
          <w:p w14:paraId="177F2D21" w14:textId="77777777" w:rsidR="007A5E59" w:rsidRPr="00312815" w:rsidRDefault="007A5E59">
            <w:pPr>
              <w:rPr>
                <w:lang w:val="ru-RU"/>
              </w:rPr>
            </w:pPr>
          </w:p>
        </w:tc>
        <w:tc>
          <w:tcPr>
            <w:tcW w:w="0" w:type="auto"/>
          </w:tcPr>
          <w:p w14:paraId="04F2FB05" w14:textId="77777777" w:rsidR="007A5E59" w:rsidRPr="00312815" w:rsidRDefault="007A5E59">
            <w:pPr>
              <w:rPr>
                <w:lang w:val="ru-RU"/>
              </w:rPr>
            </w:pPr>
          </w:p>
        </w:tc>
        <w:tc>
          <w:tcPr>
            <w:tcW w:w="0" w:type="auto"/>
          </w:tcPr>
          <w:p w14:paraId="7894B2D9" w14:textId="77777777" w:rsidR="007A5E59" w:rsidRPr="00312815" w:rsidRDefault="007A5E59">
            <w:pPr>
              <w:rPr>
                <w:lang w:val="ru-RU"/>
              </w:rPr>
            </w:pPr>
          </w:p>
        </w:tc>
        <w:tc>
          <w:tcPr>
            <w:tcW w:w="0" w:type="auto"/>
          </w:tcPr>
          <w:p w14:paraId="7B9E2C55" w14:textId="77777777" w:rsidR="007A5E59" w:rsidRPr="00312815" w:rsidRDefault="007A5E59">
            <w:pPr>
              <w:rPr>
                <w:lang w:val="ru-RU"/>
              </w:rPr>
            </w:pPr>
          </w:p>
        </w:tc>
        <w:tc>
          <w:tcPr>
            <w:tcW w:w="0" w:type="auto"/>
          </w:tcPr>
          <w:p w14:paraId="7E17C2AB" w14:textId="77777777" w:rsidR="007A5E59" w:rsidRPr="00312815" w:rsidRDefault="007A5E59">
            <w:pPr>
              <w:rPr>
                <w:lang w:val="ru-RU"/>
              </w:rPr>
            </w:pPr>
          </w:p>
        </w:tc>
        <w:tc>
          <w:tcPr>
            <w:tcW w:w="0" w:type="auto"/>
          </w:tcPr>
          <w:p w14:paraId="70941BD2" w14:textId="77777777" w:rsidR="007A5E59" w:rsidRPr="00312815" w:rsidRDefault="007A5E59">
            <w:pPr>
              <w:rPr>
                <w:lang w:val="ru-RU"/>
              </w:rPr>
            </w:pPr>
          </w:p>
        </w:tc>
        <w:tc>
          <w:tcPr>
            <w:tcW w:w="0" w:type="auto"/>
          </w:tcPr>
          <w:p w14:paraId="7CFC314F" w14:textId="77777777" w:rsidR="007A5E59" w:rsidRPr="00312815" w:rsidRDefault="007A5E59">
            <w:pPr>
              <w:rPr>
                <w:lang w:val="ru-RU"/>
              </w:rPr>
            </w:pPr>
          </w:p>
        </w:tc>
        <w:tc>
          <w:tcPr>
            <w:tcW w:w="0" w:type="auto"/>
          </w:tcPr>
          <w:p w14:paraId="71FCA4CC" w14:textId="77777777" w:rsidR="007A5E59" w:rsidRPr="00312815" w:rsidRDefault="007A5E59">
            <w:pPr>
              <w:rPr>
                <w:lang w:val="ru-RU"/>
              </w:rPr>
            </w:pPr>
          </w:p>
        </w:tc>
        <w:tc>
          <w:tcPr>
            <w:tcW w:w="0" w:type="auto"/>
          </w:tcPr>
          <w:p w14:paraId="044B251E" w14:textId="77777777" w:rsidR="007A5E59" w:rsidRPr="00312815" w:rsidRDefault="007A5E59">
            <w:pPr>
              <w:rPr>
                <w:lang w:val="ru-RU"/>
              </w:rPr>
            </w:pPr>
          </w:p>
        </w:tc>
        <w:tc>
          <w:tcPr>
            <w:tcW w:w="0" w:type="auto"/>
          </w:tcPr>
          <w:p w14:paraId="51DB9EE1" w14:textId="77777777" w:rsidR="007A5E59" w:rsidRPr="00312815" w:rsidRDefault="007A5E59">
            <w:pPr>
              <w:rPr>
                <w:lang w:val="ru-RU"/>
              </w:rPr>
            </w:pPr>
          </w:p>
        </w:tc>
        <w:tc>
          <w:tcPr>
            <w:tcW w:w="0" w:type="auto"/>
          </w:tcPr>
          <w:p w14:paraId="716AF34E" w14:textId="77777777" w:rsidR="007A5E59" w:rsidRPr="00312815" w:rsidRDefault="007A5E59">
            <w:pPr>
              <w:rPr>
                <w:lang w:val="ru-RU"/>
              </w:rPr>
            </w:pPr>
          </w:p>
        </w:tc>
        <w:tc>
          <w:tcPr>
            <w:tcW w:w="0" w:type="auto"/>
          </w:tcPr>
          <w:p w14:paraId="2F04E1CF" w14:textId="77777777" w:rsidR="007A5E59" w:rsidRPr="00312815" w:rsidRDefault="007A5E59">
            <w:pPr>
              <w:rPr>
                <w:lang w:val="ru-RU"/>
              </w:rPr>
            </w:pPr>
          </w:p>
        </w:tc>
        <w:tc>
          <w:tcPr>
            <w:tcW w:w="0" w:type="auto"/>
          </w:tcPr>
          <w:p w14:paraId="6957A062" w14:textId="77777777" w:rsidR="007A5E59" w:rsidRPr="00312815" w:rsidRDefault="007A5E59">
            <w:pPr>
              <w:rPr>
                <w:lang w:val="ru-RU"/>
              </w:rPr>
            </w:pPr>
          </w:p>
        </w:tc>
        <w:tc>
          <w:tcPr>
            <w:tcW w:w="0" w:type="auto"/>
          </w:tcPr>
          <w:p w14:paraId="61B0B5CD" w14:textId="77777777" w:rsidR="007A5E59" w:rsidRPr="00312815" w:rsidRDefault="007A5E59">
            <w:pPr>
              <w:rPr>
                <w:lang w:val="ru-RU"/>
              </w:rPr>
            </w:pPr>
          </w:p>
        </w:tc>
        <w:tc>
          <w:tcPr>
            <w:tcW w:w="0" w:type="auto"/>
          </w:tcPr>
          <w:p w14:paraId="533B7062" w14:textId="77777777" w:rsidR="007A5E59" w:rsidRPr="00312815" w:rsidRDefault="007A5E59">
            <w:pPr>
              <w:rPr>
                <w:lang w:val="ru-RU"/>
              </w:rPr>
            </w:pPr>
          </w:p>
        </w:tc>
        <w:tc>
          <w:tcPr>
            <w:tcW w:w="0" w:type="auto"/>
          </w:tcPr>
          <w:p w14:paraId="2A53438F" w14:textId="77777777" w:rsidR="007A5E59" w:rsidRPr="00312815" w:rsidRDefault="007A5E59">
            <w:pPr>
              <w:rPr>
                <w:lang w:val="ru-RU"/>
              </w:rPr>
            </w:pPr>
          </w:p>
        </w:tc>
        <w:tc>
          <w:tcPr>
            <w:tcW w:w="0" w:type="auto"/>
          </w:tcPr>
          <w:p w14:paraId="57538443" w14:textId="77777777" w:rsidR="007A5E59" w:rsidRPr="00312815" w:rsidRDefault="007A5E59">
            <w:pPr>
              <w:rPr>
                <w:lang w:val="ru-RU"/>
              </w:rPr>
            </w:pPr>
          </w:p>
        </w:tc>
        <w:tc>
          <w:tcPr>
            <w:tcW w:w="0" w:type="auto"/>
          </w:tcPr>
          <w:p w14:paraId="3A05EAD6" w14:textId="77777777" w:rsidR="007A5E59" w:rsidRPr="00312815" w:rsidRDefault="007A5E59">
            <w:pPr>
              <w:rPr>
                <w:lang w:val="ru-RU"/>
              </w:rPr>
            </w:pPr>
          </w:p>
        </w:tc>
      </w:tr>
      <w:tr w:rsidR="007A5E59" w14:paraId="1F0C6DCD" w14:textId="77777777">
        <w:trPr>
          <w:jc w:val="center"/>
        </w:trPr>
        <w:tc>
          <w:tcPr>
            <w:tcW w:w="0" w:type="auto"/>
          </w:tcPr>
          <w:p w14:paraId="27D43DC5" w14:textId="77777777" w:rsidR="007A5E59" w:rsidRDefault="0095198F">
            <w:r>
              <w:t>в канале</w:t>
            </w:r>
          </w:p>
        </w:tc>
        <w:tc>
          <w:tcPr>
            <w:tcW w:w="0" w:type="auto"/>
          </w:tcPr>
          <w:p w14:paraId="145266FE" w14:textId="77777777" w:rsidR="007A5E59" w:rsidRDefault="0095198F">
            <w:pPr>
              <w:jc w:val="center"/>
            </w:pPr>
            <w:r>
              <w:t>0,0</w:t>
            </w:r>
          </w:p>
        </w:tc>
        <w:tc>
          <w:tcPr>
            <w:tcW w:w="0" w:type="auto"/>
          </w:tcPr>
          <w:p w14:paraId="3845C922" w14:textId="77777777" w:rsidR="007A5E59" w:rsidRDefault="0095198F">
            <w:pPr>
              <w:jc w:val="center"/>
            </w:pPr>
            <w:r>
              <w:t>28,0</w:t>
            </w:r>
          </w:p>
        </w:tc>
        <w:tc>
          <w:tcPr>
            <w:tcW w:w="0" w:type="auto"/>
          </w:tcPr>
          <w:p w14:paraId="6841F34B" w14:textId="77777777" w:rsidR="007A5E59" w:rsidRDefault="0095198F">
            <w:pPr>
              <w:jc w:val="center"/>
            </w:pPr>
            <w:r>
              <w:t>2 346,0</w:t>
            </w:r>
          </w:p>
        </w:tc>
        <w:tc>
          <w:tcPr>
            <w:tcW w:w="0" w:type="auto"/>
          </w:tcPr>
          <w:p w14:paraId="451F6B33" w14:textId="77777777" w:rsidR="007A5E59" w:rsidRDefault="0095198F">
            <w:pPr>
              <w:jc w:val="center"/>
            </w:pPr>
            <w:r>
              <w:t>0,0</w:t>
            </w:r>
          </w:p>
        </w:tc>
        <w:tc>
          <w:tcPr>
            <w:tcW w:w="0" w:type="auto"/>
          </w:tcPr>
          <w:p w14:paraId="61604D08" w14:textId="77777777" w:rsidR="007A5E59" w:rsidRDefault="0095198F">
            <w:pPr>
              <w:jc w:val="center"/>
            </w:pPr>
            <w:r>
              <w:t>373,0</w:t>
            </w:r>
          </w:p>
        </w:tc>
        <w:tc>
          <w:tcPr>
            <w:tcW w:w="0" w:type="auto"/>
          </w:tcPr>
          <w:p w14:paraId="46780D03" w14:textId="77777777" w:rsidR="007A5E59" w:rsidRDefault="0095198F">
            <w:pPr>
              <w:jc w:val="center"/>
            </w:pPr>
            <w:r>
              <w:t>839,0</w:t>
            </w:r>
          </w:p>
        </w:tc>
        <w:tc>
          <w:tcPr>
            <w:tcW w:w="0" w:type="auto"/>
          </w:tcPr>
          <w:p w14:paraId="06981585" w14:textId="77777777" w:rsidR="007A5E59" w:rsidRDefault="0095198F">
            <w:pPr>
              <w:jc w:val="center"/>
            </w:pPr>
            <w:r>
              <w:t>1 072,0</w:t>
            </w:r>
          </w:p>
        </w:tc>
        <w:tc>
          <w:tcPr>
            <w:tcW w:w="0" w:type="auto"/>
          </w:tcPr>
          <w:p w14:paraId="137E323C" w14:textId="77777777" w:rsidR="007A5E59" w:rsidRDefault="0095198F">
            <w:pPr>
              <w:jc w:val="center"/>
            </w:pPr>
            <w:r>
              <w:t>0,0</w:t>
            </w:r>
          </w:p>
        </w:tc>
        <w:tc>
          <w:tcPr>
            <w:tcW w:w="0" w:type="auto"/>
          </w:tcPr>
          <w:p w14:paraId="6B59F3FF" w14:textId="77777777" w:rsidR="007A5E59" w:rsidRDefault="0095198F">
            <w:pPr>
              <w:jc w:val="center"/>
            </w:pPr>
            <w:r>
              <w:t>0,0</w:t>
            </w:r>
          </w:p>
        </w:tc>
        <w:tc>
          <w:tcPr>
            <w:tcW w:w="0" w:type="auto"/>
          </w:tcPr>
          <w:p w14:paraId="74F2736C" w14:textId="77777777" w:rsidR="007A5E59" w:rsidRDefault="0095198F">
            <w:pPr>
              <w:jc w:val="center"/>
            </w:pPr>
            <w:r>
              <w:t>587,0</w:t>
            </w:r>
          </w:p>
        </w:tc>
        <w:tc>
          <w:tcPr>
            <w:tcW w:w="0" w:type="auto"/>
          </w:tcPr>
          <w:p w14:paraId="1442E4C2" w14:textId="77777777" w:rsidR="007A5E59" w:rsidRDefault="0095198F">
            <w:pPr>
              <w:jc w:val="center"/>
            </w:pPr>
            <w:r>
              <w:t>1 861,0</w:t>
            </w:r>
          </w:p>
        </w:tc>
        <w:tc>
          <w:tcPr>
            <w:tcW w:w="0" w:type="auto"/>
          </w:tcPr>
          <w:p w14:paraId="654E96F4" w14:textId="77777777" w:rsidR="007A5E59" w:rsidRDefault="0095198F">
            <w:pPr>
              <w:jc w:val="center"/>
            </w:pPr>
            <w:r>
              <w:t>210,0</w:t>
            </w:r>
          </w:p>
        </w:tc>
        <w:tc>
          <w:tcPr>
            <w:tcW w:w="0" w:type="auto"/>
          </w:tcPr>
          <w:p w14:paraId="1301FC7D" w14:textId="77777777" w:rsidR="007A5E59" w:rsidRDefault="0095198F">
            <w:pPr>
              <w:jc w:val="center"/>
            </w:pPr>
            <w:r>
              <w:t>1 181,0</w:t>
            </w:r>
          </w:p>
        </w:tc>
        <w:tc>
          <w:tcPr>
            <w:tcW w:w="0" w:type="auto"/>
          </w:tcPr>
          <w:p w14:paraId="4E4005D3" w14:textId="77777777" w:rsidR="007A5E59" w:rsidRDefault="0095198F">
            <w:pPr>
              <w:jc w:val="center"/>
            </w:pPr>
            <w:r>
              <w:t>968,0</w:t>
            </w:r>
          </w:p>
        </w:tc>
        <w:tc>
          <w:tcPr>
            <w:tcW w:w="0" w:type="auto"/>
          </w:tcPr>
          <w:p w14:paraId="092C5542" w14:textId="77777777" w:rsidR="007A5E59" w:rsidRDefault="0095198F">
            <w:pPr>
              <w:jc w:val="center"/>
            </w:pPr>
            <w:r>
              <w:t>618,0</w:t>
            </w:r>
          </w:p>
        </w:tc>
        <w:tc>
          <w:tcPr>
            <w:tcW w:w="0" w:type="auto"/>
          </w:tcPr>
          <w:p w14:paraId="04CF8425" w14:textId="77777777" w:rsidR="007A5E59" w:rsidRDefault="0095198F">
            <w:pPr>
              <w:jc w:val="center"/>
            </w:pPr>
            <w:r>
              <w:t>244,0</w:t>
            </w:r>
          </w:p>
        </w:tc>
        <w:tc>
          <w:tcPr>
            <w:tcW w:w="0" w:type="auto"/>
          </w:tcPr>
          <w:p w14:paraId="280D37A4" w14:textId="77777777" w:rsidR="007A5E59" w:rsidRDefault="0095198F">
            <w:pPr>
              <w:jc w:val="center"/>
            </w:pPr>
            <w:r>
              <w:t>301,0</w:t>
            </w:r>
          </w:p>
        </w:tc>
        <w:tc>
          <w:tcPr>
            <w:tcW w:w="0" w:type="auto"/>
          </w:tcPr>
          <w:p w14:paraId="1E1C4AE6" w14:textId="77777777" w:rsidR="007A5E59" w:rsidRDefault="0095198F">
            <w:pPr>
              <w:jc w:val="center"/>
            </w:pPr>
            <w:r>
              <w:t>180,0</w:t>
            </w:r>
          </w:p>
        </w:tc>
        <w:tc>
          <w:tcPr>
            <w:tcW w:w="0" w:type="auto"/>
          </w:tcPr>
          <w:p w14:paraId="3E72157F" w14:textId="77777777" w:rsidR="007A5E59" w:rsidRDefault="0095198F">
            <w:pPr>
              <w:jc w:val="center"/>
            </w:pPr>
            <w:r>
              <w:t>0,0</w:t>
            </w:r>
          </w:p>
        </w:tc>
        <w:tc>
          <w:tcPr>
            <w:tcW w:w="0" w:type="auto"/>
          </w:tcPr>
          <w:p w14:paraId="39AF8EF7" w14:textId="77777777" w:rsidR="007A5E59" w:rsidRDefault="0095198F">
            <w:pPr>
              <w:jc w:val="center"/>
            </w:pPr>
            <w:r>
              <w:t>10 808,0</w:t>
            </w:r>
          </w:p>
        </w:tc>
      </w:tr>
      <w:tr w:rsidR="007A5E59" w14:paraId="68C3F113" w14:textId="77777777">
        <w:trPr>
          <w:jc w:val="center"/>
        </w:trPr>
        <w:tc>
          <w:tcPr>
            <w:tcW w:w="0" w:type="auto"/>
          </w:tcPr>
          <w:p w14:paraId="3ADD23AB" w14:textId="77777777" w:rsidR="007A5E59" w:rsidRDefault="0095198F">
            <w:r>
              <w:t>бесканально</w:t>
            </w:r>
          </w:p>
        </w:tc>
        <w:tc>
          <w:tcPr>
            <w:tcW w:w="0" w:type="auto"/>
          </w:tcPr>
          <w:p w14:paraId="50AE3AED" w14:textId="77777777" w:rsidR="007A5E59" w:rsidRDefault="0095198F">
            <w:pPr>
              <w:jc w:val="center"/>
            </w:pPr>
            <w:r>
              <w:t>0,0</w:t>
            </w:r>
          </w:p>
        </w:tc>
        <w:tc>
          <w:tcPr>
            <w:tcW w:w="0" w:type="auto"/>
          </w:tcPr>
          <w:p w14:paraId="47176DD7" w14:textId="77777777" w:rsidR="007A5E59" w:rsidRDefault="0095198F">
            <w:pPr>
              <w:jc w:val="center"/>
            </w:pPr>
            <w:r>
              <w:t>0,0</w:t>
            </w:r>
          </w:p>
        </w:tc>
        <w:tc>
          <w:tcPr>
            <w:tcW w:w="0" w:type="auto"/>
          </w:tcPr>
          <w:p w14:paraId="68DD9F7A" w14:textId="77777777" w:rsidR="007A5E59" w:rsidRDefault="0095198F">
            <w:pPr>
              <w:jc w:val="center"/>
            </w:pPr>
            <w:r>
              <w:t>0,0</w:t>
            </w:r>
          </w:p>
        </w:tc>
        <w:tc>
          <w:tcPr>
            <w:tcW w:w="0" w:type="auto"/>
          </w:tcPr>
          <w:p w14:paraId="193C0B60" w14:textId="77777777" w:rsidR="007A5E59" w:rsidRDefault="0095198F">
            <w:pPr>
              <w:jc w:val="center"/>
            </w:pPr>
            <w:r>
              <w:t>0,0</w:t>
            </w:r>
          </w:p>
        </w:tc>
        <w:tc>
          <w:tcPr>
            <w:tcW w:w="0" w:type="auto"/>
          </w:tcPr>
          <w:p w14:paraId="2F8D259D" w14:textId="77777777" w:rsidR="007A5E59" w:rsidRDefault="0095198F">
            <w:pPr>
              <w:jc w:val="center"/>
            </w:pPr>
            <w:r>
              <w:t>0,0</w:t>
            </w:r>
          </w:p>
        </w:tc>
        <w:tc>
          <w:tcPr>
            <w:tcW w:w="0" w:type="auto"/>
          </w:tcPr>
          <w:p w14:paraId="54E8B34D" w14:textId="77777777" w:rsidR="007A5E59" w:rsidRDefault="0095198F">
            <w:pPr>
              <w:jc w:val="center"/>
            </w:pPr>
            <w:r>
              <w:t>0,0</w:t>
            </w:r>
          </w:p>
        </w:tc>
        <w:tc>
          <w:tcPr>
            <w:tcW w:w="0" w:type="auto"/>
          </w:tcPr>
          <w:p w14:paraId="7E3384CF" w14:textId="77777777" w:rsidR="007A5E59" w:rsidRDefault="0095198F">
            <w:pPr>
              <w:jc w:val="center"/>
            </w:pPr>
            <w:r>
              <w:t>0,0</w:t>
            </w:r>
          </w:p>
        </w:tc>
        <w:tc>
          <w:tcPr>
            <w:tcW w:w="0" w:type="auto"/>
          </w:tcPr>
          <w:p w14:paraId="197AF25C" w14:textId="77777777" w:rsidR="007A5E59" w:rsidRDefault="0095198F">
            <w:pPr>
              <w:jc w:val="center"/>
            </w:pPr>
            <w:r>
              <w:t>0,0</w:t>
            </w:r>
          </w:p>
        </w:tc>
        <w:tc>
          <w:tcPr>
            <w:tcW w:w="0" w:type="auto"/>
          </w:tcPr>
          <w:p w14:paraId="1CB08253" w14:textId="77777777" w:rsidR="007A5E59" w:rsidRDefault="0095198F">
            <w:pPr>
              <w:jc w:val="center"/>
            </w:pPr>
            <w:r>
              <w:t>0,0</w:t>
            </w:r>
          </w:p>
        </w:tc>
        <w:tc>
          <w:tcPr>
            <w:tcW w:w="0" w:type="auto"/>
          </w:tcPr>
          <w:p w14:paraId="3A8467E5" w14:textId="77777777" w:rsidR="007A5E59" w:rsidRDefault="0095198F">
            <w:pPr>
              <w:jc w:val="center"/>
            </w:pPr>
            <w:r>
              <w:t>0,0</w:t>
            </w:r>
          </w:p>
        </w:tc>
        <w:tc>
          <w:tcPr>
            <w:tcW w:w="0" w:type="auto"/>
          </w:tcPr>
          <w:p w14:paraId="04928972" w14:textId="77777777" w:rsidR="007A5E59" w:rsidRDefault="0095198F">
            <w:pPr>
              <w:jc w:val="center"/>
            </w:pPr>
            <w:r>
              <w:t>0,0</w:t>
            </w:r>
          </w:p>
        </w:tc>
        <w:tc>
          <w:tcPr>
            <w:tcW w:w="0" w:type="auto"/>
          </w:tcPr>
          <w:p w14:paraId="04AF984F" w14:textId="77777777" w:rsidR="007A5E59" w:rsidRDefault="0095198F">
            <w:pPr>
              <w:jc w:val="center"/>
            </w:pPr>
            <w:r>
              <w:t>0,0</w:t>
            </w:r>
          </w:p>
        </w:tc>
        <w:tc>
          <w:tcPr>
            <w:tcW w:w="0" w:type="auto"/>
          </w:tcPr>
          <w:p w14:paraId="5F72C386" w14:textId="77777777" w:rsidR="007A5E59" w:rsidRDefault="0095198F">
            <w:pPr>
              <w:jc w:val="center"/>
            </w:pPr>
            <w:r>
              <w:t>0,0</w:t>
            </w:r>
          </w:p>
        </w:tc>
        <w:tc>
          <w:tcPr>
            <w:tcW w:w="0" w:type="auto"/>
          </w:tcPr>
          <w:p w14:paraId="50C3C7B1" w14:textId="77777777" w:rsidR="007A5E59" w:rsidRDefault="0095198F">
            <w:pPr>
              <w:jc w:val="center"/>
            </w:pPr>
            <w:r>
              <w:t>0,0</w:t>
            </w:r>
          </w:p>
        </w:tc>
        <w:tc>
          <w:tcPr>
            <w:tcW w:w="0" w:type="auto"/>
          </w:tcPr>
          <w:p w14:paraId="01D0AD3E" w14:textId="77777777" w:rsidR="007A5E59" w:rsidRDefault="0095198F">
            <w:pPr>
              <w:jc w:val="center"/>
            </w:pPr>
            <w:r>
              <w:t>0,0</w:t>
            </w:r>
          </w:p>
        </w:tc>
        <w:tc>
          <w:tcPr>
            <w:tcW w:w="0" w:type="auto"/>
          </w:tcPr>
          <w:p w14:paraId="3D92D221" w14:textId="77777777" w:rsidR="007A5E59" w:rsidRDefault="0095198F">
            <w:pPr>
              <w:jc w:val="center"/>
            </w:pPr>
            <w:r>
              <w:t>0,0</w:t>
            </w:r>
          </w:p>
        </w:tc>
        <w:tc>
          <w:tcPr>
            <w:tcW w:w="0" w:type="auto"/>
          </w:tcPr>
          <w:p w14:paraId="44941515" w14:textId="77777777" w:rsidR="007A5E59" w:rsidRDefault="0095198F">
            <w:pPr>
              <w:jc w:val="center"/>
            </w:pPr>
            <w:r>
              <w:t>0,0</w:t>
            </w:r>
          </w:p>
        </w:tc>
        <w:tc>
          <w:tcPr>
            <w:tcW w:w="0" w:type="auto"/>
          </w:tcPr>
          <w:p w14:paraId="7FF98FFB" w14:textId="77777777" w:rsidR="007A5E59" w:rsidRDefault="0095198F">
            <w:pPr>
              <w:jc w:val="center"/>
            </w:pPr>
            <w:r>
              <w:t>0,0</w:t>
            </w:r>
          </w:p>
        </w:tc>
        <w:tc>
          <w:tcPr>
            <w:tcW w:w="0" w:type="auto"/>
          </w:tcPr>
          <w:p w14:paraId="241589B8" w14:textId="77777777" w:rsidR="007A5E59" w:rsidRDefault="0095198F">
            <w:pPr>
              <w:jc w:val="center"/>
            </w:pPr>
            <w:r>
              <w:t>0,0</w:t>
            </w:r>
          </w:p>
        </w:tc>
        <w:tc>
          <w:tcPr>
            <w:tcW w:w="0" w:type="auto"/>
          </w:tcPr>
          <w:p w14:paraId="6951234B" w14:textId="77777777" w:rsidR="007A5E59" w:rsidRDefault="0095198F">
            <w:pPr>
              <w:jc w:val="center"/>
            </w:pPr>
            <w:r>
              <w:t>0,0</w:t>
            </w:r>
          </w:p>
        </w:tc>
      </w:tr>
      <w:tr w:rsidR="007A5E59" w14:paraId="5CB5096E" w14:textId="77777777">
        <w:trPr>
          <w:jc w:val="center"/>
        </w:trPr>
        <w:tc>
          <w:tcPr>
            <w:tcW w:w="0" w:type="auto"/>
          </w:tcPr>
          <w:p w14:paraId="40045745" w14:textId="77777777" w:rsidR="007A5E59" w:rsidRDefault="0095198F">
            <w:r>
              <w:t>надземная</w:t>
            </w:r>
          </w:p>
        </w:tc>
        <w:tc>
          <w:tcPr>
            <w:tcW w:w="0" w:type="auto"/>
          </w:tcPr>
          <w:p w14:paraId="0194C517" w14:textId="77777777" w:rsidR="007A5E59" w:rsidRDefault="0095198F">
            <w:pPr>
              <w:jc w:val="center"/>
            </w:pPr>
            <w:r>
              <w:t>0,0</w:t>
            </w:r>
          </w:p>
        </w:tc>
        <w:tc>
          <w:tcPr>
            <w:tcW w:w="0" w:type="auto"/>
          </w:tcPr>
          <w:p w14:paraId="4359C0B9" w14:textId="77777777" w:rsidR="007A5E59" w:rsidRDefault="0095198F">
            <w:pPr>
              <w:jc w:val="center"/>
            </w:pPr>
            <w:r>
              <w:t>39,0</w:t>
            </w:r>
          </w:p>
        </w:tc>
        <w:tc>
          <w:tcPr>
            <w:tcW w:w="0" w:type="auto"/>
          </w:tcPr>
          <w:p w14:paraId="654349FB" w14:textId="77777777" w:rsidR="007A5E59" w:rsidRDefault="0095198F">
            <w:pPr>
              <w:jc w:val="center"/>
            </w:pPr>
            <w:r>
              <w:t>57,0</w:t>
            </w:r>
          </w:p>
        </w:tc>
        <w:tc>
          <w:tcPr>
            <w:tcW w:w="0" w:type="auto"/>
          </w:tcPr>
          <w:p w14:paraId="617A0024" w14:textId="77777777" w:rsidR="007A5E59" w:rsidRDefault="0095198F">
            <w:pPr>
              <w:jc w:val="center"/>
            </w:pPr>
            <w:r>
              <w:t>0,0</w:t>
            </w:r>
          </w:p>
        </w:tc>
        <w:tc>
          <w:tcPr>
            <w:tcW w:w="0" w:type="auto"/>
          </w:tcPr>
          <w:p w14:paraId="20645CBE" w14:textId="77777777" w:rsidR="007A5E59" w:rsidRDefault="0095198F">
            <w:pPr>
              <w:jc w:val="center"/>
            </w:pPr>
            <w:r>
              <w:t>10,0</w:t>
            </w:r>
          </w:p>
        </w:tc>
        <w:tc>
          <w:tcPr>
            <w:tcW w:w="0" w:type="auto"/>
          </w:tcPr>
          <w:p w14:paraId="45469B92" w14:textId="77777777" w:rsidR="007A5E59" w:rsidRDefault="0095198F">
            <w:pPr>
              <w:jc w:val="center"/>
            </w:pPr>
            <w:r>
              <w:t>25,0</w:t>
            </w:r>
          </w:p>
        </w:tc>
        <w:tc>
          <w:tcPr>
            <w:tcW w:w="0" w:type="auto"/>
          </w:tcPr>
          <w:p w14:paraId="40CB12DF" w14:textId="77777777" w:rsidR="007A5E59" w:rsidRDefault="0095198F">
            <w:pPr>
              <w:jc w:val="center"/>
            </w:pPr>
            <w:r>
              <w:t>20,0</w:t>
            </w:r>
          </w:p>
        </w:tc>
        <w:tc>
          <w:tcPr>
            <w:tcW w:w="0" w:type="auto"/>
          </w:tcPr>
          <w:p w14:paraId="499FBEE4" w14:textId="77777777" w:rsidR="007A5E59" w:rsidRDefault="0095198F">
            <w:pPr>
              <w:jc w:val="center"/>
            </w:pPr>
            <w:r>
              <w:t>0,0</w:t>
            </w:r>
          </w:p>
        </w:tc>
        <w:tc>
          <w:tcPr>
            <w:tcW w:w="0" w:type="auto"/>
          </w:tcPr>
          <w:p w14:paraId="106B0E6B" w14:textId="77777777" w:rsidR="007A5E59" w:rsidRDefault="0095198F">
            <w:pPr>
              <w:jc w:val="center"/>
            </w:pPr>
            <w:r>
              <w:t>0,0</w:t>
            </w:r>
          </w:p>
        </w:tc>
        <w:tc>
          <w:tcPr>
            <w:tcW w:w="0" w:type="auto"/>
          </w:tcPr>
          <w:p w14:paraId="7614CD53" w14:textId="77777777" w:rsidR="007A5E59" w:rsidRDefault="0095198F">
            <w:pPr>
              <w:jc w:val="center"/>
            </w:pPr>
            <w:r>
              <w:t>654,0</w:t>
            </w:r>
          </w:p>
        </w:tc>
        <w:tc>
          <w:tcPr>
            <w:tcW w:w="0" w:type="auto"/>
          </w:tcPr>
          <w:p w14:paraId="1715DAAC" w14:textId="77777777" w:rsidR="007A5E59" w:rsidRDefault="0095198F">
            <w:pPr>
              <w:jc w:val="center"/>
            </w:pPr>
            <w:r>
              <w:t>1 590,0</w:t>
            </w:r>
          </w:p>
        </w:tc>
        <w:tc>
          <w:tcPr>
            <w:tcW w:w="0" w:type="auto"/>
          </w:tcPr>
          <w:p w14:paraId="3C72B327" w14:textId="77777777" w:rsidR="007A5E59" w:rsidRDefault="0095198F">
            <w:pPr>
              <w:jc w:val="center"/>
            </w:pPr>
            <w:r>
              <w:t>0,0</w:t>
            </w:r>
          </w:p>
        </w:tc>
        <w:tc>
          <w:tcPr>
            <w:tcW w:w="0" w:type="auto"/>
          </w:tcPr>
          <w:p w14:paraId="174FC1A0" w14:textId="77777777" w:rsidR="007A5E59" w:rsidRDefault="0095198F">
            <w:pPr>
              <w:jc w:val="center"/>
            </w:pPr>
            <w:r>
              <w:t>1 243,0</w:t>
            </w:r>
          </w:p>
        </w:tc>
        <w:tc>
          <w:tcPr>
            <w:tcW w:w="0" w:type="auto"/>
          </w:tcPr>
          <w:p w14:paraId="69C3E486" w14:textId="77777777" w:rsidR="007A5E59" w:rsidRDefault="0095198F">
            <w:pPr>
              <w:jc w:val="center"/>
            </w:pPr>
            <w:r>
              <w:t>1 095,0</w:t>
            </w:r>
          </w:p>
        </w:tc>
        <w:tc>
          <w:tcPr>
            <w:tcW w:w="0" w:type="auto"/>
          </w:tcPr>
          <w:p w14:paraId="1B22DADF" w14:textId="77777777" w:rsidR="007A5E59" w:rsidRDefault="0095198F">
            <w:pPr>
              <w:jc w:val="center"/>
            </w:pPr>
            <w:r>
              <w:t>500,0</w:t>
            </w:r>
          </w:p>
        </w:tc>
        <w:tc>
          <w:tcPr>
            <w:tcW w:w="0" w:type="auto"/>
          </w:tcPr>
          <w:p w14:paraId="23336FF6" w14:textId="77777777" w:rsidR="007A5E59" w:rsidRDefault="0095198F">
            <w:pPr>
              <w:jc w:val="center"/>
            </w:pPr>
            <w:r>
              <w:t>1 161,0</w:t>
            </w:r>
          </w:p>
        </w:tc>
        <w:tc>
          <w:tcPr>
            <w:tcW w:w="0" w:type="auto"/>
          </w:tcPr>
          <w:p w14:paraId="075AE6C5" w14:textId="77777777" w:rsidR="007A5E59" w:rsidRDefault="0095198F">
            <w:pPr>
              <w:jc w:val="center"/>
            </w:pPr>
            <w:r>
              <w:t>497,0</w:t>
            </w:r>
          </w:p>
        </w:tc>
        <w:tc>
          <w:tcPr>
            <w:tcW w:w="0" w:type="auto"/>
          </w:tcPr>
          <w:p w14:paraId="4553C219" w14:textId="77777777" w:rsidR="007A5E59" w:rsidRDefault="0095198F">
            <w:pPr>
              <w:jc w:val="center"/>
            </w:pPr>
            <w:r>
              <w:t>523,0</w:t>
            </w:r>
          </w:p>
        </w:tc>
        <w:tc>
          <w:tcPr>
            <w:tcW w:w="0" w:type="auto"/>
          </w:tcPr>
          <w:p w14:paraId="394A0B34" w14:textId="77777777" w:rsidR="007A5E59" w:rsidRDefault="0095198F">
            <w:pPr>
              <w:jc w:val="center"/>
            </w:pPr>
            <w:r>
              <w:t>0,0</w:t>
            </w:r>
          </w:p>
        </w:tc>
        <w:tc>
          <w:tcPr>
            <w:tcW w:w="0" w:type="auto"/>
          </w:tcPr>
          <w:p w14:paraId="689CA6BA" w14:textId="77777777" w:rsidR="007A5E59" w:rsidRDefault="0095198F">
            <w:pPr>
              <w:jc w:val="center"/>
            </w:pPr>
            <w:r>
              <w:t>7 414,0</w:t>
            </w:r>
          </w:p>
        </w:tc>
      </w:tr>
      <w:tr w:rsidR="007A5E59" w14:paraId="38746D43" w14:textId="77777777">
        <w:trPr>
          <w:jc w:val="center"/>
        </w:trPr>
        <w:tc>
          <w:tcPr>
            <w:tcW w:w="0" w:type="auto"/>
            <w:shd w:val="clear" w:color="auto" w:fill="DBE5F1"/>
          </w:tcPr>
          <w:p w14:paraId="2837B554" w14:textId="77777777" w:rsidR="007A5E59" w:rsidRDefault="0095198F">
            <w:r>
              <w:rPr>
                <w:b/>
              </w:rPr>
              <w:t>ИТОГО существующая сеть</w:t>
            </w:r>
          </w:p>
        </w:tc>
        <w:tc>
          <w:tcPr>
            <w:tcW w:w="0" w:type="auto"/>
            <w:shd w:val="clear" w:color="auto" w:fill="DBE5F1"/>
          </w:tcPr>
          <w:p w14:paraId="7C340E5C" w14:textId="77777777" w:rsidR="007A5E59" w:rsidRDefault="0095198F">
            <w:pPr>
              <w:jc w:val="center"/>
            </w:pPr>
            <w:r>
              <w:rPr>
                <w:b/>
              </w:rPr>
              <w:t>0,0</w:t>
            </w:r>
          </w:p>
        </w:tc>
        <w:tc>
          <w:tcPr>
            <w:tcW w:w="0" w:type="auto"/>
            <w:shd w:val="clear" w:color="auto" w:fill="DBE5F1"/>
          </w:tcPr>
          <w:p w14:paraId="7417DE1F" w14:textId="77777777" w:rsidR="007A5E59" w:rsidRDefault="0095198F">
            <w:pPr>
              <w:jc w:val="center"/>
            </w:pPr>
            <w:r>
              <w:rPr>
                <w:b/>
              </w:rPr>
              <w:t>67,0</w:t>
            </w:r>
          </w:p>
        </w:tc>
        <w:tc>
          <w:tcPr>
            <w:tcW w:w="0" w:type="auto"/>
            <w:shd w:val="clear" w:color="auto" w:fill="DBE5F1"/>
          </w:tcPr>
          <w:p w14:paraId="52B15175" w14:textId="77777777" w:rsidR="007A5E59" w:rsidRDefault="0095198F">
            <w:pPr>
              <w:jc w:val="center"/>
            </w:pPr>
            <w:r>
              <w:rPr>
                <w:b/>
              </w:rPr>
              <w:t>2 403,0</w:t>
            </w:r>
          </w:p>
        </w:tc>
        <w:tc>
          <w:tcPr>
            <w:tcW w:w="0" w:type="auto"/>
            <w:shd w:val="clear" w:color="auto" w:fill="DBE5F1"/>
          </w:tcPr>
          <w:p w14:paraId="778EDBA1" w14:textId="77777777" w:rsidR="007A5E59" w:rsidRDefault="0095198F">
            <w:pPr>
              <w:jc w:val="center"/>
            </w:pPr>
            <w:r>
              <w:rPr>
                <w:b/>
              </w:rPr>
              <w:t>0,0</w:t>
            </w:r>
          </w:p>
        </w:tc>
        <w:tc>
          <w:tcPr>
            <w:tcW w:w="0" w:type="auto"/>
            <w:shd w:val="clear" w:color="auto" w:fill="DBE5F1"/>
          </w:tcPr>
          <w:p w14:paraId="3E8C9F6E" w14:textId="77777777" w:rsidR="007A5E59" w:rsidRDefault="0095198F">
            <w:pPr>
              <w:jc w:val="center"/>
            </w:pPr>
            <w:r>
              <w:rPr>
                <w:b/>
              </w:rPr>
              <w:t>383,0</w:t>
            </w:r>
          </w:p>
        </w:tc>
        <w:tc>
          <w:tcPr>
            <w:tcW w:w="0" w:type="auto"/>
            <w:shd w:val="clear" w:color="auto" w:fill="DBE5F1"/>
          </w:tcPr>
          <w:p w14:paraId="33CD2730" w14:textId="77777777" w:rsidR="007A5E59" w:rsidRDefault="0095198F">
            <w:pPr>
              <w:jc w:val="center"/>
            </w:pPr>
            <w:r>
              <w:rPr>
                <w:b/>
              </w:rPr>
              <w:t>864,0</w:t>
            </w:r>
          </w:p>
        </w:tc>
        <w:tc>
          <w:tcPr>
            <w:tcW w:w="0" w:type="auto"/>
            <w:shd w:val="clear" w:color="auto" w:fill="DBE5F1"/>
          </w:tcPr>
          <w:p w14:paraId="60652950" w14:textId="77777777" w:rsidR="007A5E59" w:rsidRDefault="0095198F">
            <w:pPr>
              <w:jc w:val="center"/>
            </w:pPr>
            <w:r>
              <w:rPr>
                <w:b/>
              </w:rPr>
              <w:t>1 092,0</w:t>
            </w:r>
          </w:p>
        </w:tc>
        <w:tc>
          <w:tcPr>
            <w:tcW w:w="0" w:type="auto"/>
            <w:shd w:val="clear" w:color="auto" w:fill="DBE5F1"/>
          </w:tcPr>
          <w:p w14:paraId="23EEC9D7" w14:textId="77777777" w:rsidR="007A5E59" w:rsidRDefault="0095198F">
            <w:pPr>
              <w:jc w:val="center"/>
            </w:pPr>
            <w:r>
              <w:rPr>
                <w:b/>
              </w:rPr>
              <w:t>0,0</w:t>
            </w:r>
          </w:p>
        </w:tc>
        <w:tc>
          <w:tcPr>
            <w:tcW w:w="0" w:type="auto"/>
            <w:shd w:val="clear" w:color="auto" w:fill="DBE5F1"/>
          </w:tcPr>
          <w:p w14:paraId="1AC2068A" w14:textId="77777777" w:rsidR="007A5E59" w:rsidRDefault="0095198F">
            <w:pPr>
              <w:jc w:val="center"/>
            </w:pPr>
            <w:r>
              <w:rPr>
                <w:b/>
              </w:rPr>
              <w:t>0,0</w:t>
            </w:r>
          </w:p>
        </w:tc>
        <w:tc>
          <w:tcPr>
            <w:tcW w:w="0" w:type="auto"/>
            <w:shd w:val="clear" w:color="auto" w:fill="DBE5F1"/>
          </w:tcPr>
          <w:p w14:paraId="20818FE9" w14:textId="77777777" w:rsidR="007A5E59" w:rsidRDefault="0095198F">
            <w:pPr>
              <w:jc w:val="center"/>
            </w:pPr>
            <w:r>
              <w:rPr>
                <w:b/>
              </w:rPr>
              <w:t>1 241,0</w:t>
            </w:r>
          </w:p>
        </w:tc>
        <w:tc>
          <w:tcPr>
            <w:tcW w:w="0" w:type="auto"/>
            <w:shd w:val="clear" w:color="auto" w:fill="DBE5F1"/>
          </w:tcPr>
          <w:p w14:paraId="257AA4D4" w14:textId="77777777" w:rsidR="007A5E59" w:rsidRDefault="0095198F">
            <w:pPr>
              <w:jc w:val="center"/>
            </w:pPr>
            <w:r>
              <w:rPr>
                <w:b/>
              </w:rPr>
              <w:t>3 451,0</w:t>
            </w:r>
          </w:p>
        </w:tc>
        <w:tc>
          <w:tcPr>
            <w:tcW w:w="0" w:type="auto"/>
            <w:shd w:val="clear" w:color="auto" w:fill="DBE5F1"/>
          </w:tcPr>
          <w:p w14:paraId="6D1221EB" w14:textId="77777777" w:rsidR="007A5E59" w:rsidRDefault="0095198F">
            <w:pPr>
              <w:jc w:val="center"/>
            </w:pPr>
            <w:r>
              <w:rPr>
                <w:b/>
              </w:rPr>
              <w:t>210,0</w:t>
            </w:r>
          </w:p>
        </w:tc>
        <w:tc>
          <w:tcPr>
            <w:tcW w:w="0" w:type="auto"/>
            <w:shd w:val="clear" w:color="auto" w:fill="DBE5F1"/>
          </w:tcPr>
          <w:p w14:paraId="6BAC2A75" w14:textId="77777777" w:rsidR="007A5E59" w:rsidRDefault="0095198F">
            <w:pPr>
              <w:jc w:val="center"/>
            </w:pPr>
            <w:r>
              <w:rPr>
                <w:b/>
              </w:rPr>
              <w:t>2 424,0</w:t>
            </w:r>
          </w:p>
        </w:tc>
        <w:tc>
          <w:tcPr>
            <w:tcW w:w="0" w:type="auto"/>
            <w:shd w:val="clear" w:color="auto" w:fill="DBE5F1"/>
          </w:tcPr>
          <w:p w14:paraId="46E5AE88" w14:textId="77777777" w:rsidR="007A5E59" w:rsidRDefault="0095198F">
            <w:pPr>
              <w:jc w:val="center"/>
            </w:pPr>
            <w:r>
              <w:rPr>
                <w:b/>
              </w:rPr>
              <w:t>2 063,0</w:t>
            </w:r>
          </w:p>
        </w:tc>
        <w:tc>
          <w:tcPr>
            <w:tcW w:w="0" w:type="auto"/>
            <w:shd w:val="clear" w:color="auto" w:fill="DBE5F1"/>
          </w:tcPr>
          <w:p w14:paraId="74658420" w14:textId="77777777" w:rsidR="007A5E59" w:rsidRDefault="0095198F">
            <w:pPr>
              <w:jc w:val="center"/>
            </w:pPr>
            <w:r>
              <w:rPr>
                <w:b/>
              </w:rPr>
              <w:t>1 118,0</w:t>
            </w:r>
          </w:p>
        </w:tc>
        <w:tc>
          <w:tcPr>
            <w:tcW w:w="0" w:type="auto"/>
            <w:shd w:val="clear" w:color="auto" w:fill="DBE5F1"/>
          </w:tcPr>
          <w:p w14:paraId="758AAEF7" w14:textId="77777777" w:rsidR="007A5E59" w:rsidRDefault="0095198F">
            <w:pPr>
              <w:jc w:val="center"/>
            </w:pPr>
            <w:r>
              <w:rPr>
                <w:b/>
              </w:rPr>
              <w:t>1 405,0</w:t>
            </w:r>
          </w:p>
        </w:tc>
        <w:tc>
          <w:tcPr>
            <w:tcW w:w="0" w:type="auto"/>
            <w:shd w:val="clear" w:color="auto" w:fill="DBE5F1"/>
          </w:tcPr>
          <w:p w14:paraId="646736EF" w14:textId="77777777" w:rsidR="007A5E59" w:rsidRDefault="0095198F">
            <w:pPr>
              <w:jc w:val="center"/>
            </w:pPr>
            <w:r>
              <w:rPr>
                <w:b/>
              </w:rPr>
              <w:t>798,0</w:t>
            </w:r>
          </w:p>
        </w:tc>
        <w:tc>
          <w:tcPr>
            <w:tcW w:w="0" w:type="auto"/>
            <w:shd w:val="clear" w:color="auto" w:fill="DBE5F1"/>
          </w:tcPr>
          <w:p w14:paraId="66B35CBE" w14:textId="77777777" w:rsidR="007A5E59" w:rsidRDefault="0095198F">
            <w:pPr>
              <w:jc w:val="center"/>
            </w:pPr>
            <w:r>
              <w:rPr>
                <w:b/>
              </w:rPr>
              <w:t>703,0</w:t>
            </w:r>
          </w:p>
        </w:tc>
        <w:tc>
          <w:tcPr>
            <w:tcW w:w="0" w:type="auto"/>
            <w:shd w:val="clear" w:color="auto" w:fill="DBE5F1"/>
          </w:tcPr>
          <w:p w14:paraId="09F9D0C6" w14:textId="77777777" w:rsidR="007A5E59" w:rsidRDefault="0095198F">
            <w:pPr>
              <w:jc w:val="center"/>
            </w:pPr>
            <w:r>
              <w:rPr>
                <w:b/>
              </w:rPr>
              <w:t>0,0</w:t>
            </w:r>
          </w:p>
        </w:tc>
        <w:tc>
          <w:tcPr>
            <w:tcW w:w="0" w:type="auto"/>
            <w:shd w:val="clear" w:color="auto" w:fill="DBE5F1"/>
          </w:tcPr>
          <w:p w14:paraId="4FCAF70C" w14:textId="77777777" w:rsidR="007A5E59" w:rsidRDefault="0095198F">
            <w:pPr>
              <w:jc w:val="center"/>
            </w:pPr>
            <w:r>
              <w:rPr>
                <w:b/>
              </w:rPr>
              <w:t>18 222,0</w:t>
            </w:r>
          </w:p>
        </w:tc>
      </w:tr>
      <w:tr w:rsidR="007A5E59" w14:paraId="3EF8D511" w14:textId="77777777">
        <w:trPr>
          <w:jc w:val="center"/>
        </w:trPr>
        <w:tc>
          <w:tcPr>
            <w:tcW w:w="0" w:type="auto"/>
          </w:tcPr>
          <w:p w14:paraId="65907E60" w14:textId="77777777" w:rsidR="007A5E59" w:rsidRDefault="0095198F">
            <w:r w:rsidRPr="00312815">
              <w:rPr>
                <w:lang w:val="ru-RU"/>
              </w:rPr>
              <w:t xml:space="preserve">БЛОК 2. Подлежит замене — по сроку службы (порог см. </w:t>
            </w:r>
            <w:r>
              <w:t>БЛОК 4), м</w:t>
            </w:r>
          </w:p>
        </w:tc>
        <w:tc>
          <w:tcPr>
            <w:tcW w:w="0" w:type="auto"/>
          </w:tcPr>
          <w:p w14:paraId="734D1D50" w14:textId="77777777" w:rsidR="007A5E59" w:rsidRDefault="007A5E59"/>
        </w:tc>
        <w:tc>
          <w:tcPr>
            <w:tcW w:w="0" w:type="auto"/>
          </w:tcPr>
          <w:p w14:paraId="706A6A3D" w14:textId="77777777" w:rsidR="007A5E59" w:rsidRDefault="007A5E59"/>
        </w:tc>
        <w:tc>
          <w:tcPr>
            <w:tcW w:w="0" w:type="auto"/>
          </w:tcPr>
          <w:p w14:paraId="3D7AA0D1" w14:textId="77777777" w:rsidR="007A5E59" w:rsidRDefault="007A5E59"/>
        </w:tc>
        <w:tc>
          <w:tcPr>
            <w:tcW w:w="0" w:type="auto"/>
          </w:tcPr>
          <w:p w14:paraId="2478591B" w14:textId="77777777" w:rsidR="007A5E59" w:rsidRDefault="007A5E59"/>
        </w:tc>
        <w:tc>
          <w:tcPr>
            <w:tcW w:w="0" w:type="auto"/>
          </w:tcPr>
          <w:p w14:paraId="37FF18DB" w14:textId="77777777" w:rsidR="007A5E59" w:rsidRDefault="007A5E59"/>
        </w:tc>
        <w:tc>
          <w:tcPr>
            <w:tcW w:w="0" w:type="auto"/>
          </w:tcPr>
          <w:p w14:paraId="50695E4D" w14:textId="77777777" w:rsidR="007A5E59" w:rsidRDefault="007A5E59"/>
        </w:tc>
        <w:tc>
          <w:tcPr>
            <w:tcW w:w="0" w:type="auto"/>
          </w:tcPr>
          <w:p w14:paraId="75539A85" w14:textId="77777777" w:rsidR="007A5E59" w:rsidRDefault="007A5E59"/>
        </w:tc>
        <w:tc>
          <w:tcPr>
            <w:tcW w:w="0" w:type="auto"/>
          </w:tcPr>
          <w:p w14:paraId="235BC566" w14:textId="77777777" w:rsidR="007A5E59" w:rsidRDefault="007A5E59"/>
        </w:tc>
        <w:tc>
          <w:tcPr>
            <w:tcW w:w="0" w:type="auto"/>
          </w:tcPr>
          <w:p w14:paraId="12B08EE2" w14:textId="77777777" w:rsidR="007A5E59" w:rsidRDefault="007A5E59"/>
        </w:tc>
        <w:tc>
          <w:tcPr>
            <w:tcW w:w="0" w:type="auto"/>
          </w:tcPr>
          <w:p w14:paraId="1A6629C1" w14:textId="77777777" w:rsidR="007A5E59" w:rsidRDefault="007A5E59"/>
        </w:tc>
        <w:tc>
          <w:tcPr>
            <w:tcW w:w="0" w:type="auto"/>
          </w:tcPr>
          <w:p w14:paraId="5C5C86B0" w14:textId="77777777" w:rsidR="007A5E59" w:rsidRDefault="007A5E59"/>
        </w:tc>
        <w:tc>
          <w:tcPr>
            <w:tcW w:w="0" w:type="auto"/>
          </w:tcPr>
          <w:p w14:paraId="64A7E2E7" w14:textId="77777777" w:rsidR="007A5E59" w:rsidRDefault="007A5E59"/>
        </w:tc>
        <w:tc>
          <w:tcPr>
            <w:tcW w:w="0" w:type="auto"/>
          </w:tcPr>
          <w:p w14:paraId="17B8B760" w14:textId="77777777" w:rsidR="007A5E59" w:rsidRDefault="007A5E59"/>
        </w:tc>
        <w:tc>
          <w:tcPr>
            <w:tcW w:w="0" w:type="auto"/>
          </w:tcPr>
          <w:p w14:paraId="245F903B" w14:textId="77777777" w:rsidR="007A5E59" w:rsidRDefault="007A5E59"/>
        </w:tc>
        <w:tc>
          <w:tcPr>
            <w:tcW w:w="0" w:type="auto"/>
          </w:tcPr>
          <w:p w14:paraId="012CDD50" w14:textId="77777777" w:rsidR="007A5E59" w:rsidRDefault="007A5E59"/>
        </w:tc>
        <w:tc>
          <w:tcPr>
            <w:tcW w:w="0" w:type="auto"/>
          </w:tcPr>
          <w:p w14:paraId="3132EA2E" w14:textId="77777777" w:rsidR="007A5E59" w:rsidRDefault="007A5E59"/>
        </w:tc>
        <w:tc>
          <w:tcPr>
            <w:tcW w:w="0" w:type="auto"/>
          </w:tcPr>
          <w:p w14:paraId="094EAF52" w14:textId="77777777" w:rsidR="007A5E59" w:rsidRDefault="007A5E59"/>
        </w:tc>
        <w:tc>
          <w:tcPr>
            <w:tcW w:w="0" w:type="auto"/>
          </w:tcPr>
          <w:p w14:paraId="2AA89C24" w14:textId="77777777" w:rsidR="007A5E59" w:rsidRDefault="007A5E59"/>
        </w:tc>
        <w:tc>
          <w:tcPr>
            <w:tcW w:w="0" w:type="auto"/>
          </w:tcPr>
          <w:p w14:paraId="217AEDE1" w14:textId="77777777" w:rsidR="007A5E59" w:rsidRDefault="007A5E59"/>
        </w:tc>
        <w:tc>
          <w:tcPr>
            <w:tcW w:w="0" w:type="auto"/>
          </w:tcPr>
          <w:p w14:paraId="040495F0" w14:textId="77777777" w:rsidR="007A5E59" w:rsidRDefault="007A5E59"/>
        </w:tc>
      </w:tr>
      <w:tr w:rsidR="007A5E59" w14:paraId="154FF727" w14:textId="77777777">
        <w:trPr>
          <w:jc w:val="center"/>
        </w:trPr>
        <w:tc>
          <w:tcPr>
            <w:tcW w:w="0" w:type="auto"/>
          </w:tcPr>
          <w:p w14:paraId="6B12CA32" w14:textId="77777777" w:rsidR="007A5E59" w:rsidRDefault="0095198F">
            <w:r>
              <w:t>Этап</w:t>
            </w:r>
          </w:p>
        </w:tc>
        <w:tc>
          <w:tcPr>
            <w:tcW w:w="0" w:type="auto"/>
          </w:tcPr>
          <w:p w14:paraId="4AE3E097" w14:textId="77777777" w:rsidR="007A5E59" w:rsidRDefault="0095198F">
            <w:r>
              <w:t>Дн15</w:t>
            </w:r>
          </w:p>
        </w:tc>
        <w:tc>
          <w:tcPr>
            <w:tcW w:w="0" w:type="auto"/>
          </w:tcPr>
          <w:p w14:paraId="232BE796" w14:textId="77777777" w:rsidR="007A5E59" w:rsidRDefault="0095198F">
            <w:r>
              <w:t>Дн20</w:t>
            </w:r>
          </w:p>
        </w:tc>
        <w:tc>
          <w:tcPr>
            <w:tcW w:w="0" w:type="auto"/>
          </w:tcPr>
          <w:p w14:paraId="66601A17" w14:textId="77777777" w:rsidR="007A5E59" w:rsidRDefault="0095198F">
            <w:r>
              <w:t>Дн25</w:t>
            </w:r>
          </w:p>
        </w:tc>
        <w:tc>
          <w:tcPr>
            <w:tcW w:w="0" w:type="auto"/>
          </w:tcPr>
          <w:p w14:paraId="0FD5D1D4" w14:textId="77777777" w:rsidR="007A5E59" w:rsidRDefault="0095198F">
            <w:r>
              <w:t>Дн32</w:t>
            </w:r>
          </w:p>
        </w:tc>
        <w:tc>
          <w:tcPr>
            <w:tcW w:w="0" w:type="auto"/>
          </w:tcPr>
          <w:p w14:paraId="18DF73F5" w14:textId="77777777" w:rsidR="007A5E59" w:rsidRDefault="0095198F">
            <w:r>
              <w:t>Дн40</w:t>
            </w:r>
          </w:p>
        </w:tc>
        <w:tc>
          <w:tcPr>
            <w:tcW w:w="0" w:type="auto"/>
          </w:tcPr>
          <w:p w14:paraId="4F702B7C" w14:textId="77777777" w:rsidR="007A5E59" w:rsidRDefault="0095198F">
            <w:r>
              <w:t>Дн50</w:t>
            </w:r>
          </w:p>
        </w:tc>
        <w:tc>
          <w:tcPr>
            <w:tcW w:w="0" w:type="auto"/>
          </w:tcPr>
          <w:p w14:paraId="1D4117B4" w14:textId="77777777" w:rsidR="007A5E59" w:rsidRDefault="0095198F">
            <w:r>
              <w:t>Дн65</w:t>
            </w:r>
          </w:p>
        </w:tc>
        <w:tc>
          <w:tcPr>
            <w:tcW w:w="0" w:type="auto"/>
          </w:tcPr>
          <w:p w14:paraId="65371E31" w14:textId="77777777" w:rsidR="007A5E59" w:rsidRDefault="0095198F">
            <w:r>
              <w:t>Дн68</w:t>
            </w:r>
          </w:p>
        </w:tc>
        <w:tc>
          <w:tcPr>
            <w:tcW w:w="0" w:type="auto"/>
          </w:tcPr>
          <w:p w14:paraId="0E8E3AC9" w14:textId="77777777" w:rsidR="007A5E59" w:rsidRDefault="0095198F">
            <w:r>
              <w:t>Дн70</w:t>
            </w:r>
          </w:p>
        </w:tc>
        <w:tc>
          <w:tcPr>
            <w:tcW w:w="0" w:type="auto"/>
          </w:tcPr>
          <w:p w14:paraId="0171E39A" w14:textId="77777777" w:rsidR="007A5E59" w:rsidRDefault="0095198F">
            <w:r>
              <w:t>Дн80</w:t>
            </w:r>
          </w:p>
        </w:tc>
        <w:tc>
          <w:tcPr>
            <w:tcW w:w="0" w:type="auto"/>
          </w:tcPr>
          <w:p w14:paraId="09352F5D" w14:textId="77777777" w:rsidR="007A5E59" w:rsidRDefault="0095198F">
            <w:r>
              <w:t>Дн100</w:t>
            </w:r>
          </w:p>
        </w:tc>
        <w:tc>
          <w:tcPr>
            <w:tcW w:w="0" w:type="auto"/>
          </w:tcPr>
          <w:p w14:paraId="5866C0E7" w14:textId="77777777" w:rsidR="007A5E59" w:rsidRDefault="0095198F">
            <w:r>
              <w:t>Дн125</w:t>
            </w:r>
          </w:p>
        </w:tc>
        <w:tc>
          <w:tcPr>
            <w:tcW w:w="0" w:type="auto"/>
          </w:tcPr>
          <w:p w14:paraId="79033325" w14:textId="77777777" w:rsidR="007A5E59" w:rsidRDefault="0095198F">
            <w:r>
              <w:t>Дн150</w:t>
            </w:r>
          </w:p>
        </w:tc>
        <w:tc>
          <w:tcPr>
            <w:tcW w:w="0" w:type="auto"/>
          </w:tcPr>
          <w:p w14:paraId="0ACE1711" w14:textId="77777777" w:rsidR="007A5E59" w:rsidRDefault="0095198F">
            <w:r>
              <w:t>Дн200</w:t>
            </w:r>
          </w:p>
        </w:tc>
        <w:tc>
          <w:tcPr>
            <w:tcW w:w="0" w:type="auto"/>
          </w:tcPr>
          <w:p w14:paraId="1F57AE23" w14:textId="77777777" w:rsidR="007A5E59" w:rsidRDefault="0095198F">
            <w:r>
              <w:t>Дн250</w:t>
            </w:r>
          </w:p>
        </w:tc>
        <w:tc>
          <w:tcPr>
            <w:tcW w:w="0" w:type="auto"/>
          </w:tcPr>
          <w:p w14:paraId="01C028B8" w14:textId="77777777" w:rsidR="007A5E59" w:rsidRDefault="0095198F">
            <w:r>
              <w:t>Дн300</w:t>
            </w:r>
          </w:p>
        </w:tc>
        <w:tc>
          <w:tcPr>
            <w:tcW w:w="0" w:type="auto"/>
          </w:tcPr>
          <w:p w14:paraId="43E6D091" w14:textId="77777777" w:rsidR="007A5E59" w:rsidRDefault="0095198F">
            <w:r>
              <w:t>Дн350</w:t>
            </w:r>
          </w:p>
        </w:tc>
        <w:tc>
          <w:tcPr>
            <w:tcW w:w="0" w:type="auto"/>
          </w:tcPr>
          <w:p w14:paraId="08DC2D96" w14:textId="77777777" w:rsidR="007A5E59" w:rsidRDefault="0095198F">
            <w:r>
              <w:t>Дн400</w:t>
            </w:r>
          </w:p>
        </w:tc>
        <w:tc>
          <w:tcPr>
            <w:tcW w:w="0" w:type="auto"/>
          </w:tcPr>
          <w:p w14:paraId="01CD94FC" w14:textId="77777777" w:rsidR="007A5E59" w:rsidRDefault="0095198F">
            <w:r>
              <w:t>Дн500</w:t>
            </w:r>
          </w:p>
        </w:tc>
        <w:tc>
          <w:tcPr>
            <w:tcW w:w="0" w:type="auto"/>
          </w:tcPr>
          <w:p w14:paraId="46D93195" w14:textId="77777777" w:rsidR="007A5E59" w:rsidRDefault="007A5E59"/>
        </w:tc>
      </w:tr>
      <w:tr w:rsidR="007A5E59" w14:paraId="1777D37D" w14:textId="77777777">
        <w:trPr>
          <w:jc w:val="center"/>
        </w:trPr>
        <w:tc>
          <w:tcPr>
            <w:tcW w:w="0" w:type="auto"/>
          </w:tcPr>
          <w:p w14:paraId="37C94B5D" w14:textId="77777777" w:rsidR="007A5E59" w:rsidRDefault="0095198F">
            <w:r>
              <w:t>2026 (год ввода до 2001 включительно)</w:t>
            </w:r>
          </w:p>
        </w:tc>
        <w:tc>
          <w:tcPr>
            <w:tcW w:w="0" w:type="auto"/>
          </w:tcPr>
          <w:p w14:paraId="405D1177" w14:textId="77777777" w:rsidR="007A5E59" w:rsidRDefault="0095198F">
            <w:pPr>
              <w:jc w:val="center"/>
            </w:pPr>
            <w:r>
              <w:t>0,0</w:t>
            </w:r>
          </w:p>
        </w:tc>
        <w:tc>
          <w:tcPr>
            <w:tcW w:w="0" w:type="auto"/>
          </w:tcPr>
          <w:p w14:paraId="4D73E489" w14:textId="77777777" w:rsidR="007A5E59" w:rsidRDefault="0095198F">
            <w:pPr>
              <w:jc w:val="center"/>
            </w:pPr>
            <w:r>
              <w:t>67,0</w:t>
            </w:r>
          </w:p>
        </w:tc>
        <w:tc>
          <w:tcPr>
            <w:tcW w:w="0" w:type="auto"/>
          </w:tcPr>
          <w:p w14:paraId="72134198" w14:textId="77777777" w:rsidR="007A5E59" w:rsidRDefault="0095198F">
            <w:pPr>
              <w:jc w:val="center"/>
            </w:pPr>
            <w:r>
              <w:t>780,0</w:t>
            </w:r>
          </w:p>
        </w:tc>
        <w:tc>
          <w:tcPr>
            <w:tcW w:w="0" w:type="auto"/>
          </w:tcPr>
          <w:p w14:paraId="67C85EA6" w14:textId="77777777" w:rsidR="007A5E59" w:rsidRDefault="0095198F">
            <w:pPr>
              <w:jc w:val="center"/>
            </w:pPr>
            <w:r>
              <w:t>0,0</w:t>
            </w:r>
          </w:p>
        </w:tc>
        <w:tc>
          <w:tcPr>
            <w:tcW w:w="0" w:type="auto"/>
          </w:tcPr>
          <w:p w14:paraId="0CE3FF05" w14:textId="77777777" w:rsidR="007A5E59" w:rsidRDefault="0095198F">
            <w:pPr>
              <w:jc w:val="center"/>
            </w:pPr>
            <w:r>
              <w:t>144,0</w:t>
            </w:r>
          </w:p>
        </w:tc>
        <w:tc>
          <w:tcPr>
            <w:tcW w:w="0" w:type="auto"/>
          </w:tcPr>
          <w:p w14:paraId="21BB07D5" w14:textId="77777777" w:rsidR="007A5E59" w:rsidRDefault="0095198F">
            <w:pPr>
              <w:jc w:val="center"/>
            </w:pPr>
            <w:r>
              <w:t>536,0</w:t>
            </w:r>
          </w:p>
        </w:tc>
        <w:tc>
          <w:tcPr>
            <w:tcW w:w="0" w:type="auto"/>
          </w:tcPr>
          <w:p w14:paraId="1F2845E1" w14:textId="77777777" w:rsidR="007A5E59" w:rsidRDefault="0095198F">
            <w:pPr>
              <w:jc w:val="center"/>
            </w:pPr>
            <w:r>
              <w:t>944,0</w:t>
            </w:r>
          </w:p>
        </w:tc>
        <w:tc>
          <w:tcPr>
            <w:tcW w:w="0" w:type="auto"/>
          </w:tcPr>
          <w:p w14:paraId="670D97DC" w14:textId="77777777" w:rsidR="007A5E59" w:rsidRDefault="0095198F">
            <w:pPr>
              <w:jc w:val="center"/>
            </w:pPr>
            <w:r>
              <w:t>0,0</w:t>
            </w:r>
          </w:p>
        </w:tc>
        <w:tc>
          <w:tcPr>
            <w:tcW w:w="0" w:type="auto"/>
          </w:tcPr>
          <w:p w14:paraId="0F87CBEF" w14:textId="77777777" w:rsidR="007A5E59" w:rsidRDefault="0095198F">
            <w:pPr>
              <w:jc w:val="center"/>
            </w:pPr>
            <w:r>
              <w:t>0,0</w:t>
            </w:r>
          </w:p>
        </w:tc>
        <w:tc>
          <w:tcPr>
            <w:tcW w:w="0" w:type="auto"/>
          </w:tcPr>
          <w:p w14:paraId="67A750B6" w14:textId="77777777" w:rsidR="007A5E59" w:rsidRDefault="0095198F">
            <w:pPr>
              <w:jc w:val="center"/>
            </w:pPr>
            <w:r>
              <w:t>1 175,0</w:t>
            </w:r>
          </w:p>
        </w:tc>
        <w:tc>
          <w:tcPr>
            <w:tcW w:w="0" w:type="auto"/>
          </w:tcPr>
          <w:p w14:paraId="18D03B7F" w14:textId="77777777" w:rsidR="007A5E59" w:rsidRDefault="0095198F">
            <w:pPr>
              <w:jc w:val="center"/>
            </w:pPr>
            <w:r>
              <w:t>2 497,0</w:t>
            </w:r>
          </w:p>
        </w:tc>
        <w:tc>
          <w:tcPr>
            <w:tcW w:w="0" w:type="auto"/>
          </w:tcPr>
          <w:p w14:paraId="078747C3" w14:textId="77777777" w:rsidR="007A5E59" w:rsidRDefault="0095198F">
            <w:pPr>
              <w:jc w:val="center"/>
            </w:pPr>
            <w:r>
              <w:t>165,0</w:t>
            </w:r>
          </w:p>
        </w:tc>
        <w:tc>
          <w:tcPr>
            <w:tcW w:w="0" w:type="auto"/>
          </w:tcPr>
          <w:p w14:paraId="6BD8C866" w14:textId="77777777" w:rsidR="007A5E59" w:rsidRDefault="0095198F">
            <w:pPr>
              <w:jc w:val="center"/>
            </w:pPr>
            <w:r>
              <w:t>2 026,0</w:t>
            </w:r>
          </w:p>
        </w:tc>
        <w:tc>
          <w:tcPr>
            <w:tcW w:w="0" w:type="auto"/>
          </w:tcPr>
          <w:p w14:paraId="768CD29C" w14:textId="77777777" w:rsidR="007A5E59" w:rsidRDefault="0095198F">
            <w:pPr>
              <w:jc w:val="center"/>
            </w:pPr>
            <w:r>
              <w:t>1 545,0</w:t>
            </w:r>
          </w:p>
        </w:tc>
        <w:tc>
          <w:tcPr>
            <w:tcW w:w="0" w:type="auto"/>
          </w:tcPr>
          <w:p w14:paraId="137897B2" w14:textId="77777777" w:rsidR="007A5E59" w:rsidRDefault="0095198F">
            <w:pPr>
              <w:jc w:val="center"/>
            </w:pPr>
            <w:r>
              <w:t>975,0</w:t>
            </w:r>
          </w:p>
        </w:tc>
        <w:tc>
          <w:tcPr>
            <w:tcW w:w="0" w:type="auto"/>
          </w:tcPr>
          <w:p w14:paraId="1460463B" w14:textId="77777777" w:rsidR="007A5E59" w:rsidRDefault="0095198F">
            <w:pPr>
              <w:jc w:val="center"/>
            </w:pPr>
            <w:r>
              <w:t>1 405,0</w:t>
            </w:r>
          </w:p>
        </w:tc>
        <w:tc>
          <w:tcPr>
            <w:tcW w:w="0" w:type="auto"/>
          </w:tcPr>
          <w:p w14:paraId="4C73129C" w14:textId="77777777" w:rsidR="007A5E59" w:rsidRDefault="0095198F">
            <w:pPr>
              <w:jc w:val="center"/>
            </w:pPr>
            <w:r>
              <w:t>0,0</w:t>
            </w:r>
          </w:p>
        </w:tc>
        <w:tc>
          <w:tcPr>
            <w:tcW w:w="0" w:type="auto"/>
          </w:tcPr>
          <w:p w14:paraId="759DC7F4" w14:textId="77777777" w:rsidR="007A5E59" w:rsidRDefault="0095198F">
            <w:pPr>
              <w:jc w:val="center"/>
            </w:pPr>
            <w:r>
              <w:t>703,0</w:t>
            </w:r>
          </w:p>
        </w:tc>
        <w:tc>
          <w:tcPr>
            <w:tcW w:w="0" w:type="auto"/>
          </w:tcPr>
          <w:p w14:paraId="410CE150" w14:textId="77777777" w:rsidR="007A5E59" w:rsidRDefault="0095198F">
            <w:pPr>
              <w:jc w:val="center"/>
            </w:pPr>
            <w:r>
              <w:t>0,0</w:t>
            </w:r>
          </w:p>
        </w:tc>
        <w:tc>
          <w:tcPr>
            <w:tcW w:w="0" w:type="auto"/>
          </w:tcPr>
          <w:p w14:paraId="262C95B4" w14:textId="77777777" w:rsidR="007A5E59" w:rsidRDefault="0095198F">
            <w:pPr>
              <w:jc w:val="center"/>
            </w:pPr>
            <w:r>
              <w:t>12 962,0</w:t>
            </w:r>
          </w:p>
        </w:tc>
      </w:tr>
      <w:tr w:rsidR="007A5E59" w14:paraId="208E6D2A" w14:textId="77777777">
        <w:trPr>
          <w:jc w:val="center"/>
        </w:trPr>
        <w:tc>
          <w:tcPr>
            <w:tcW w:w="0" w:type="auto"/>
          </w:tcPr>
          <w:p w14:paraId="6AF9259E" w14:textId="77777777" w:rsidR="007A5E59" w:rsidRDefault="0095198F">
            <w:r>
              <w:t>2031 (год ввода 2002–2006)</w:t>
            </w:r>
          </w:p>
        </w:tc>
        <w:tc>
          <w:tcPr>
            <w:tcW w:w="0" w:type="auto"/>
          </w:tcPr>
          <w:p w14:paraId="73251BFA" w14:textId="77777777" w:rsidR="007A5E59" w:rsidRDefault="0095198F">
            <w:pPr>
              <w:jc w:val="center"/>
            </w:pPr>
            <w:r>
              <w:t>0,0</w:t>
            </w:r>
          </w:p>
        </w:tc>
        <w:tc>
          <w:tcPr>
            <w:tcW w:w="0" w:type="auto"/>
          </w:tcPr>
          <w:p w14:paraId="71AF3024" w14:textId="77777777" w:rsidR="007A5E59" w:rsidRDefault="0095198F">
            <w:pPr>
              <w:jc w:val="center"/>
            </w:pPr>
            <w:r>
              <w:t>0,0</w:t>
            </w:r>
          </w:p>
        </w:tc>
        <w:tc>
          <w:tcPr>
            <w:tcW w:w="0" w:type="auto"/>
          </w:tcPr>
          <w:p w14:paraId="68D6CBB0" w14:textId="77777777" w:rsidR="007A5E59" w:rsidRDefault="0095198F">
            <w:pPr>
              <w:jc w:val="center"/>
            </w:pPr>
            <w:r>
              <w:t>856,0</w:t>
            </w:r>
          </w:p>
        </w:tc>
        <w:tc>
          <w:tcPr>
            <w:tcW w:w="0" w:type="auto"/>
          </w:tcPr>
          <w:p w14:paraId="13510D76" w14:textId="77777777" w:rsidR="007A5E59" w:rsidRDefault="0095198F">
            <w:pPr>
              <w:jc w:val="center"/>
            </w:pPr>
            <w:r>
              <w:t>0,0</w:t>
            </w:r>
          </w:p>
        </w:tc>
        <w:tc>
          <w:tcPr>
            <w:tcW w:w="0" w:type="auto"/>
          </w:tcPr>
          <w:p w14:paraId="277E1846" w14:textId="77777777" w:rsidR="007A5E59" w:rsidRDefault="0095198F">
            <w:pPr>
              <w:jc w:val="center"/>
            </w:pPr>
            <w:r>
              <w:t>32,0</w:t>
            </w:r>
          </w:p>
        </w:tc>
        <w:tc>
          <w:tcPr>
            <w:tcW w:w="0" w:type="auto"/>
          </w:tcPr>
          <w:p w14:paraId="2B75F5F2" w14:textId="77777777" w:rsidR="007A5E59" w:rsidRDefault="0095198F">
            <w:pPr>
              <w:jc w:val="center"/>
            </w:pPr>
            <w:r>
              <w:t>236,0</w:t>
            </w:r>
          </w:p>
        </w:tc>
        <w:tc>
          <w:tcPr>
            <w:tcW w:w="0" w:type="auto"/>
          </w:tcPr>
          <w:p w14:paraId="67690773" w14:textId="77777777" w:rsidR="007A5E59" w:rsidRDefault="0095198F">
            <w:pPr>
              <w:jc w:val="center"/>
            </w:pPr>
            <w:r>
              <w:t>133,0</w:t>
            </w:r>
          </w:p>
        </w:tc>
        <w:tc>
          <w:tcPr>
            <w:tcW w:w="0" w:type="auto"/>
          </w:tcPr>
          <w:p w14:paraId="434FAC01" w14:textId="77777777" w:rsidR="007A5E59" w:rsidRDefault="0095198F">
            <w:pPr>
              <w:jc w:val="center"/>
            </w:pPr>
            <w:r>
              <w:t>0,0</w:t>
            </w:r>
          </w:p>
        </w:tc>
        <w:tc>
          <w:tcPr>
            <w:tcW w:w="0" w:type="auto"/>
          </w:tcPr>
          <w:p w14:paraId="62868B69" w14:textId="77777777" w:rsidR="007A5E59" w:rsidRDefault="0095198F">
            <w:pPr>
              <w:jc w:val="center"/>
            </w:pPr>
            <w:r>
              <w:t>0,0</w:t>
            </w:r>
          </w:p>
        </w:tc>
        <w:tc>
          <w:tcPr>
            <w:tcW w:w="0" w:type="auto"/>
          </w:tcPr>
          <w:p w14:paraId="5E9F2E4F" w14:textId="77777777" w:rsidR="007A5E59" w:rsidRDefault="0095198F">
            <w:pPr>
              <w:jc w:val="center"/>
            </w:pPr>
            <w:r>
              <w:t>0,0</w:t>
            </w:r>
          </w:p>
        </w:tc>
        <w:tc>
          <w:tcPr>
            <w:tcW w:w="0" w:type="auto"/>
          </w:tcPr>
          <w:p w14:paraId="1BC06D82" w14:textId="77777777" w:rsidR="007A5E59" w:rsidRDefault="0095198F">
            <w:pPr>
              <w:jc w:val="center"/>
            </w:pPr>
            <w:r>
              <w:t>439,0</w:t>
            </w:r>
          </w:p>
        </w:tc>
        <w:tc>
          <w:tcPr>
            <w:tcW w:w="0" w:type="auto"/>
          </w:tcPr>
          <w:p w14:paraId="4035E1C7" w14:textId="77777777" w:rsidR="007A5E59" w:rsidRDefault="0095198F">
            <w:pPr>
              <w:jc w:val="center"/>
            </w:pPr>
            <w:r>
              <w:t>0,0</w:t>
            </w:r>
          </w:p>
        </w:tc>
        <w:tc>
          <w:tcPr>
            <w:tcW w:w="0" w:type="auto"/>
          </w:tcPr>
          <w:p w14:paraId="6E23690E" w14:textId="77777777" w:rsidR="007A5E59" w:rsidRDefault="0095198F">
            <w:pPr>
              <w:jc w:val="center"/>
            </w:pPr>
            <w:r>
              <w:t>320,0</w:t>
            </w:r>
          </w:p>
        </w:tc>
        <w:tc>
          <w:tcPr>
            <w:tcW w:w="0" w:type="auto"/>
          </w:tcPr>
          <w:p w14:paraId="5F822F27" w14:textId="77777777" w:rsidR="007A5E59" w:rsidRDefault="0095198F">
            <w:pPr>
              <w:jc w:val="center"/>
            </w:pPr>
            <w:r>
              <w:t>265,0</w:t>
            </w:r>
          </w:p>
        </w:tc>
        <w:tc>
          <w:tcPr>
            <w:tcW w:w="0" w:type="auto"/>
          </w:tcPr>
          <w:p w14:paraId="2057C8C1" w14:textId="77777777" w:rsidR="007A5E59" w:rsidRDefault="0095198F">
            <w:pPr>
              <w:jc w:val="center"/>
            </w:pPr>
            <w:r>
              <w:t>143,0</w:t>
            </w:r>
          </w:p>
        </w:tc>
        <w:tc>
          <w:tcPr>
            <w:tcW w:w="0" w:type="auto"/>
          </w:tcPr>
          <w:p w14:paraId="62BD68EE" w14:textId="77777777" w:rsidR="007A5E59" w:rsidRDefault="0095198F">
            <w:pPr>
              <w:jc w:val="center"/>
            </w:pPr>
            <w:r>
              <w:t>0,0</w:t>
            </w:r>
          </w:p>
        </w:tc>
        <w:tc>
          <w:tcPr>
            <w:tcW w:w="0" w:type="auto"/>
          </w:tcPr>
          <w:p w14:paraId="176F63FB" w14:textId="77777777" w:rsidR="007A5E59" w:rsidRDefault="0095198F">
            <w:pPr>
              <w:jc w:val="center"/>
            </w:pPr>
            <w:r>
              <w:t>0,0</w:t>
            </w:r>
          </w:p>
        </w:tc>
        <w:tc>
          <w:tcPr>
            <w:tcW w:w="0" w:type="auto"/>
          </w:tcPr>
          <w:p w14:paraId="275B4EC8" w14:textId="77777777" w:rsidR="007A5E59" w:rsidRDefault="0095198F">
            <w:pPr>
              <w:jc w:val="center"/>
            </w:pPr>
            <w:r>
              <w:t>0,0</w:t>
            </w:r>
          </w:p>
        </w:tc>
        <w:tc>
          <w:tcPr>
            <w:tcW w:w="0" w:type="auto"/>
          </w:tcPr>
          <w:p w14:paraId="74EA03C7" w14:textId="77777777" w:rsidR="007A5E59" w:rsidRDefault="0095198F">
            <w:pPr>
              <w:jc w:val="center"/>
            </w:pPr>
            <w:r>
              <w:t>0,0</w:t>
            </w:r>
          </w:p>
        </w:tc>
        <w:tc>
          <w:tcPr>
            <w:tcW w:w="0" w:type="auto"/>
          </w:tcPr>
          <w:p w14:paraId="509FE12D" w14:textId="77777777" w:rsidR="007A5E59" w:rsidRDefault="0095198F">
            <w:pPr>
              <w:jc w:val="center"/>
            </w:pPr>
            <w:r>
              <w:t>2 424,0</w:t>
            </w:r>
          </w:p>
        </w:tc>
      </w:tr>
      <w:tr w:rsidR="007A5E59" w14:paraId="7A0566DA" w14:textId="77777777">
        <w:trPr>
          <w:jc w:val="center"/>
        </w:trPr>
        <w:tc>
          <w:tcPr>
            <w:tcW w:w="0" w:type="auto"/>
          </w:tcPr>
          <w:p w14:paraId="12FEBABA" w14:textId="77777777" w:rsidR="007A5E59" w:rsidRDefault="0095198F">
            <w:r>
              <w:t>2036 (год ввода 2007–2011)</w:t>
            </w:r>
          </w:p>
        </w:tc>
        <w:tc>
          <w:tcPr>
            <w:tcW w:w="0" w:type="auto"/>
          </w:tcPr>
          <w:p w14:paraId="514E3C93" w14:textId="77777777" w:rsidR="007A5E59" w:rsidRDefault="0095198F">
            <w:pPr>
              <w:jc w:val="center"/>
            </w:pPr>
            <w:r>
              <w:t>0,0</w:t>
            </w:r>
          </w:p>
        </w:tc>
        <w:tc>
          <w:tcPr>
            <w:tcW w:w="0" w:type="auto"/>
          </w:tcPr>
          <w:p w14:paraId="4176A66C" w14:textId="77777777" w:rsidR="007A5E59" w:rsidRDefault="0095198F">
            <w:pPr>
              <w:jc w:val="center"/>
            </w:pPr>
            <w:r>
              <w:t>0,0</w:t>
            </w:r>
          </w:p>
        </w:tc>
        <w:tc>
          <w:tcPr>
            <w:tcW w:w="0" w:type="auto"/>
          </w:tcPr>
          <w:p w14:paraId="7FDB60F6" w14:textId="77777777" w:rsidR="007A5E59" w:rsidRDefault="0095198F">
            <w:pPr>
              <w:jc w:val="center"/>
            </w:pPr>
            <w:r>
              <w:t>352,0</w:t>
            </w:r>
          </w:p>
        </w:tc>
        <w:tc>
          <w:tcPr>
            <w:tcW w:w="0" w:type="auto"/>
          </w:tcPr>
          <w:p w14:paraId="1E23B481" w14:textId="77777777" w:rsidR="007A5E59" w:rsidRDefault="0095198F">
            <w:pPr>
              <w:jc w:val="center"/>
            </w:pPr>
            <w:r>
              <w:t>0,0</w:t>
            </w:r>
          </w:p>
        </w:tc>
        <w:tc>
          <w:tcPr>
            <w:tcW w:w="0" w:type="auto"/>
          </w:tcPr>
          <w:p w14:paraId="5AD08B82" w14:textId="77777777" w:rsidR="007A5E59" w:rsidRDefault="0095198F">
            <w:pPr>
              <w:jc w:val="center"/>
            </w:pPr>
            <w:r>
              <w:t>207,0</w:t>
            </w:r>
          </w:p>
        </w:tc>
        <w:tc>
          <w:tcPr>
            <w:tcW w:w="0" w:type="auto"/>
          </w:tcPr>
          <w:p w14:paraId="0D84E17B" w14:textId="77777777" w:rsidR="007A5E59" w:rsidRDefault="0095198F">
            <w:pPr>
              <w:jc w:val="center"/>
            </w:pPr>
            <w:r>
              <w:t>44,0</w:t>
            </w:r>
          </w:p>
        </w:tc>
        <w:tc>
          <w:tcPr>
            <w:tcW w:w="0" w:type="auto"/>
          </w:tcPr>
          <w:p w14:paraId="3DCAEAB3" w14:textId="77777777" w:rsidR="007A5E59" w:rsidRDefault="0095198F">
            <w:pPr>
              <w:jc w:val="center"/>
            </w:pPr>
            <w:r>
              <w:t>15,0</w:t>
            </w:r>
          </w:p>
        </w:tc>
        <w:tc>
          <w:tcPr>
            <w:tcW w:w="0" w:type="auto"/>
          </w:tcPr>
          <w:p w14:paraId="2C9AA5A7" w14:textId="77777777" w:rsidR="007A5E59" w:rsidRDefault="0095198F">
            <w:pPr>
              <w:jc w:val="center"/>
            </w:pPr>
            <w:r>
              <w:t>0,0</w:t>
            </w:r>
          </w:p>
        </w:tc>
        <w:tc>
          <w:tcPr>
            <w:tcW w:w="0" w:type="auto"/>
          </w:tcPr>
          <w:p w14:paraId="43D1BC3A" w14:textId="77777777" w:rsidR="007A5E59" w:rsidRDefault="0095198F">
            <w:pPr>
              <w:jc w:val="center"/>
            </w:pPr>
            <w:r>
              <w:t>0,0</w:t>
            </w:r>
          </w:p>
        </w:tc>
        <w:tc>
          <w:tcPr>
            <w:tcW w:w="0" w:type="auto"/>
          </w:tcPr>
          <w:p w14:paraId="602EDEA0" w14:textId="77777777" w:rsidR="007A5E59" w:rsidRDefault="0095198F">
            <w:pPr>
              <w:jc w:val="center"/>
            </w:pPr>
            <w:r>
              <w:t>66,0</w:t>
            </w:r>
          </w:p>
        </w:tc>
        <w:tc>
          <w:tcPr>
            <w:tcW w:w="0" w:type="auto"/>
          </w:tcPr>
          <w:p w14:paraId="011F8D00" w14:textId="77777777" w:rsidR="007A5E59" w:rsidRDefault="0095198F">
            <w:pPr>
              <w:jc w:val="center"/>
            </w:pPr>
            <w:r>
              <w:t>515,0</w:t>
            </w:r>
          </w:p>
        </w:tc>
        <w:tc>
          <w:tcPr>
            <w:tcW w:w="0" w:type="auto"/>
          </w:tcPr>
          <w:p w14:paraId="3270E98E" w14:textId="77777777" w:rsidR="007A5E59" w:rsidRDefault="0095198F">
            <w:pPr>
              <w:jc w:val="center"/>
            </w:pPr>
            <w:r>
              <w:t>0,0</w:t>
            </w:r>
          </w:p>
        </w:tc>
        <w:tc>
          <w:tcPr>
            <w:tcW w:w="0" w:type="auto"/>
          </w:tcPr>
          <w:p w14:paraId="30BCBB0A" w14:textId="77777777" w:rsidR="007A5E59" w:rsidRDefault="0095198F">
            <w:pPr>
              <w:jc w:val="center"/>
            </w:pPr>
            <w:r>
              <w:t>0,0</w:t>
            </w:r>
          </w:p>
        </w:tc>
        <w:tc>
          <w:tcPr>
            <w:tcW w:w="0" w:type="auto"/>
          </w:tcPr>
          <w:p w14:paraId="5360346D" w14:textId="77777777" w:rsidR="007A5E59" w:rsidRDefault="0095198F">
            <w:pPr>
              <w:jc w:val="center"/>
            </w:pPr>
            <w:r>
              <w:t>55,0</w:t>
            </w:r>
          </w:p>
        </w:tc>
        <w:tc>
          <w:tcPr>
            <w:tcW w:w="0" w:type="auto"/>
          </w:tcPr>
          <w:p w14:paraId="2CC82E3A" w14:textId="77777777" w:rsidR="007A5E59" w:rsidRDefault="0095198F">
            <w:pPr>
              <w:jc w:val="center"/>
            </w:pPr>
            <w:r>
              <w:t>0,0</w:t>
            </w:r>
          </w:p>
        </w:tc>
        <w:tc>
          <w:tcPr>
            <w:tcW w:w="0" w:type="auto"/>
          </w:tcPr>
          <w:p w14:paraId="16A2232A" w14:textId="77777777" w:rsidR="007A5E59" w:rsidRDefault="0095198F">
            <w:pPr>
              <w:jc w:val="center"/>
            </w:pPr>
            <w:r>
              <w:t>0,0</w:t>
            </w:r>
          </w:p>
        </w:tc>
        <w:tc>
          <w:tcPr>
            <w:tcW w:w="0" w:type="auto"/>
          </w:tcPr>
          <w:p w14:paraId="652BCFA8" w14:textId="77777777" w:rsidR="007A5E59" w:rsidRDefault="0095198F">
            <w:pPr>
              <w:jc w:val="center"/>
            </w:pPr>
            <w:r>
              <w:t>0,0</w:t>
            </w:r>
          </w:p>
        </w:tc>
        <w:tc>
          <w:tcPr>
            <w:tcW w:w="0" w:type="auto"/>
          </w:tcPr>
          <w:p w14:paraId="5CCA5238" w14:textId="77777777" w:rsidR="007A5E59" w:rsidRDefault="0095198F">
            <w:pPr>
              <w:jc w:val="center"/>
            </w:pPr>
            <w:r>
              <w:t>0,0</w:t>
            </w:r>
          </w:p>
        </w:tc>
        <w:tc>
          <w:tcPr>
            <w:tcW w:w="0" w:type="auto"/>
          </w:tcPr>
          <w:p w14:paraId="58C127A7" w14:textId="77777777" w:rsidR="007A5E59" w:rsidRDefault="0095198F">
            <w:pPr>
              <w:jc w:val="center"/>
            </w:pPr>
            <w:r>
              <w:t>0,0</w:t>
            </w:r>
          </w:p>
        </w:tc>
        <w:tc>
          <w:tcPr>
            <w:tcW w:w="0" w:type="auto"/>
          </w:tcPr>
          <w:p w14:paraId="051B0E6F" w14:textId="77777777" w:rsidR="007A5E59" w:rsidRDefault="0095198F">
            <w:pPr>
              <w:jc w:val="center"/>
            </w:pPr>
            <w:r>
              <w:t>1 254,0</w:t>
            </w:r>
          </w:p>
        </w:tc>
      </w:tr>
      <w:tr w:rsidR="007A5E59" w14:paraId="3AB94D93" w14:textId="77777777">
        <w:trPr>
          <w:jc w:val="center"/>
        </w:trPr>
        <w:tc>
          <w:tcPr>
            <w:tcW w:w="0" w:type="auto"/>
            <w:shd w:val="clear" w:color="auto" w:fill="DBE5F1"/>
          </w:tcPr>
          <w:p w14:paraId="3C47B1AE" w14:textId="77777777" w:rsidR="007A5E59" w:rsidRDefault="0095198F">
            <w:r>
              <w:rPr>
                <w:b/>
              </w:rPr>
              <w:t>ИТОГО под замену 2026–2036</w:t>
            </w:r>
          </w:p>
        </w:tc>
        <w:tc>
          <w:tcPr>
            <w:tcW w:w="0" w:type="auto"/>
            <w:shd w:val="clear" w:color="auto" w:fill="DBE5F1"/>
          </w:tcPr>
          <w:p w14:paraId="25783D0D" w14:textId="77777777" w:rsidR="007A5E59" w:rsidRDefault="0095198F">
            <w:pPr>
              <w:jc w:val="center"/>
            </w:pPr>
            <w:r>
              <w:rPr>
                <w:b/>
              </w:rPr>
              <w:t>0,0</w:t>
            </w:r>
          </w:p>
        </w:tc>
        <w:tc>
          <w:tcPr>
            <w:tcW w:w="0" w:type="auto"/>
            <w:shd w:val="clear" w:color="auto" w:fill="DBE5F1"/>
          </w:tcPr>
          <w:p w14:paraId="10CAD13A" w14:textId="77777777" w:rsidR="007A5E59" w:rsidRDefault="0095198F">
            <w:pPr>
              <w:jc w:val="center"/>
            </w:pPr>
            <w:r>
              <w:rPr>
                <w:b/>
              </w:rPr>
              <w:t>67,0</w:t>
            </w:r>
          </w:p>
        </w:tc>
        <w:tc>
          <w:tcPr>
            <w:tcW w:w="0" w:type="auto"/>
            <w:shd w:val="clear" w:color="auto" w:fill="DBE5F1"/>
          </w:tcPr>
          <w:p w14:paraId="4FC945B5" w14:textId="77777777" w:rsidR="007A5E59" w:rsidRDefault="0095198F">
            <w:pPr>
              <w:jc w:val="center"/>
            </w:pPr>
            <w:r>
              <w:rPr>
                <w:b/>
              </w:rPr>
              <w:t>1 988,0</w:t>
            </w:r>
          </w:p>
        </w:tc>
        <w:tc>
          <w:tcPr>
            <w:tcW w:w="0" w:type="auto"/>
            <w:shd w:val="clear" w:color="auto" w:fill="DBE5F1"/>
          </w:tcPr>
          <w:p w14:paraId="77840DF6" w14:textId="77777777" w:rsidR="007A5E59" w:rsidRDefault="0095198F">
            <w:pPr>
              <w:jc w:val="center"/>
            </w:pPr>
            <w:r>
              <w:rPr>
                <w:b/>
              </w:rPr>
              <w:t>0,0</w:t>
            </w:r>
          </w:p>
        </w:tc>
        <w:tc>
          <w:tcPr>
            <w:tcW w:w="0" w:type="auto"/>
            <w:shd w:val="clear" w:color="auto" w:fill="DBE5F1"/>
          </w:tcPr>
          <w:p w14:paraId="20189513" w14:textId="77777777" w:rsidR="007A5E59" w:rsidRDefault="0095198F">
            <w:pPr>
              <w:jc w:val="center"/>
            </w:pPr>
            <w:r>
              <w:rPr>
                <w:b/>
              </w:rPr>
              <w:t>383,0</w:t>
            </w:r>
          </w:p>
        </w:tc>
        <w:tc>
          <w:tcPr>
            <w:tcW w:w="0" w:type="auto"/>
            <w:shd w:val="clear" w:color="auto" w:fill="DBE5F1"/>
          </w:tcPr>
          <w:p w14:paraId="6A1BB35F" w14:textId="77777777" w:rsidR="007A5E59" w:rsidRDefault="0095198F">
            <w:pPr>
              <w:jc w:val="center"/>
            </w:pPr>
            <w:r>
              <w:rPr>
                <w:b/>
              </w:rPr>
              <w:t>816,0</w:t>
            </w:r>
          </w:p>
        </w:tc>
        <w:tc>
          <w:tcPr>
            <w:tcW w:w="0" w:type="auto"/>
            <w:shd w:val="clear" w:color="auto" w:fill="DBE5F1"/>
          </w:tcPr>
          <w:p w14:paraId="43BD2990" w14:textId="77777777" w:rsidR="007A5E59" w:rsidRDefault="0095198F">
            <w:pPr>
              <w:jc w:val="center"/>
            </w:pPr>
            <w:r>
              <w:rPr>
                <w:b/>
              </w:rPr>
              <w:t>1 092,0</w:t>
            </w:r>
          </w:p>
        </w:tc>
        <w:tc>
          <w:tcPr>
            <w:tcW w:w="0" w:type="auto"/>
            <w:shd w:val="clear" w:color="auto" w:fill="DBE5F1"/>
          </w:tcPr>
          <w:p w14:paraId="4AF06249" w14:textId="77777777" w:rsidR="007A5E59" w:rsidRDefault="0095198F">
            <w:pPr>
              <w:jc w:val="center"/>
            </w:pPr>
            <w:r>
              <w:rPr>
                <w:b/>
              </w:rPr>
              <w:t>0,0</w:t>
            </w:r>
          </w:p>
        </w:tc>
        <w:tc>
          <w:tcPr>
            <w:tcW w:w="0" w:type="auto"/>
            <w:shd w:val="clear" w:color="auto" w:fill="DBE5F1"/>
          </w:tcPr>
          <w:p w14:paraId="02F776B8" w14:textId="77777777" w:rsidR="007A5E59" w:rsidRDefault="0095198F">
            <w:pPr>
              <w:jc w:val="center"/>
            </w:pPr>
            <w:r>
              <w:rPr>
                <w:b/>
              </w:rPr>
              <w:t>0,0</w:t>
            </w:r>
          </w:p>
        </w:tc>
        <w:tc>
          <w:tcPr>
            <w:tcW w:w="0" w:type="auto"/>
            <w:shd w:val="clear" w:color="auto" w:fill="DBE5F1"/>
          </w:tcPr>
          <w:p w14:paraId="6A922F68" w14:textId="77777777" w:rsidR="007A5E59" w:rsidRDefault="0095198F">
            <w:pPr>
              <w:jc w:val="center"/>
            </w:pPr>
            <w:r>
              <w:rPr>
                <w:b/>
              </w:rPr>
              <w:t>1 241,0</w:t>
            </w:r>
          </w:p>
        </w:tc>
        <w:tc>
          <w:tcPr>
            <w:tcW w:w="0" w:type="auto"/>
            <w:shd w:val="clear" w:color="auto" w:fill="DBE5F1"/>
          </w:tcPr>
          <w:p w14:paraId="05319C54" w14:textId="77777777" w:rsidR="007A5E59" w:rsidRDefault="0095198F">
            <w:pPr>
              <w:jc w:val="center"/>
            </w:pPr>
            <w:r>
              <w:rPr>
                <w:b/>
              </w:rPr>
              <w:t>3 451,0</w:t>
            </w:r>
          </w:p>
        </w:tc>
        <w:tc>
          <w:tcPr>
            <w:tcW w:w="0" w:type="auto"/>
            <w:shd w:val="clear" w:color="auto" w:fill="DBE5F1"/>
          </w:tcPr>
          <w:p w14:paraId="5B46EA14" w14:textId="77777777" w:rsidR="007A5E59" w:rsidRDefault="0095198F">
            <w:pPr>
              <w:jc w:val="center"/>
            </w:pPr>
            <w:r>
              <w:rPr>
                <w:b/>
              </w:rPr>
              <w:t>165,0</w:t>
            </w:r>
          </w:p>
        </w:tc>
        <w:tc>
          <w:tcPr>
            <w:tcW w:w="0" w:type="auto"/>
            <w:shd w:val="clear" w:color="auto" w:fill="DBE5F1"/>
          </w:tcPr>
          <w:p w14:paraId="4A8ED782" w14:textId="77777777" w:rsidR="007A5E59" w:rsidRDefault="0095198F">
            <w:pPr>
              <w:jc w:val="center"/>
            </w:pPr>
            <w:r>
              <w:rPr>
                <w:b/>
              </w:rPr>
              <w:t>2 346,0</w:t>
            </w:r>
          </w:p>
        </w:tc>
        <w:tc>
          <w:tcPr>
            <w:tcW w:w="0" w:type="auto"/>
            <w:shd w:val="clear" w:color="auto" w:fill="DBE5F1"/>
          </w:tcPr>
          <w:p w14:paraId="64EE72B0" w14:textId="77777777" w:rsidR="007A5E59" w:rsidRDefault="0095198F">
            <w:pPr>
              <w:jc w:val="center"/>
            </w:pPr>
            <w:r>
              <w:rPr>
                <w:b/>
              </w:rPr>
              <w:t>1 865,0</w:t>
            </w:r>
          </w:p>
        </w:tc>
        <w:tc>
          <w:tcPr>
            <w:tcW w:w="0" w:type="auto"/>
            <w:shd w:val="clear" w:color="auto" w:fill="DBE5F1"/>
          </w:tcPr>
          <w:p w14:paraId="2AB2A953" w14:textId="77777777" w:rsidR="007A5E59" w:rsidRDefault="0095198F">
            <w:pPr>
              <w:jc w:val="center"/>
            </w:pPr>
            <w:r>
              <w:rPr>
                <w:b/>
              </w:rPr>
              <w:t>1 118,0</w:t>
            </w:r>
          </w:p>
        </w:tc>
        <w:tc>
          <w:tcPr>
            <w:tcW w:w="0" w:type="auto"/>
            <w:shd w:val="clear" w:color="auto" w:fill="DBE5F1"/>
          </w:tcPr>
          <w:p w14:paraId="23169166" w14:textId="77777777" w:rsidR="007A5E59" w:rsidRDefault="0095198F">
            <w:pPr>
              <w:jc w:val="center"/>
            </w:pPr>
            <w:r>
              <w:rPr>
                <w:b/>
              </w:rPr>
              <w:t>1 405,0</w:t>
            </w:r>
          </w:p>
        </w:tc>
        <w:tc>
          <w:tcPr>
            <w:tcW w:w="0" w:type="auto"/>
            <w:shd w:val="clear" w:color="auto" w:fill="DBE5F1"/>
          </w:tcPr>
          <w:p w14:paraId="33D4AB08" w14:textId="77777777" w:rsidR="007A5E59" w:rsidRDefault="0095198F">
            <w:pPr>
              <w:jc w:val="center"/>
            </w:pPr>
            <w:r>
              <w:rPr>
                <w:b/>
              </w:rPr>
              <w:t>0,0</w:t>
            </w:r>
          </w:p>
        </w:tc>
        <w:tc>
          <w:tcPr>
            <w:tcW w:w="0" w:type="auto"/>
            <w:shd w:val="clear" w:color="auto" w:fill="DBE5F1"/>
          </w:tcPr>
          <w:p w14:paraId="00B2157F" w14:textId="77777777" w:rsidR="007A5E59" w:rsidRDefault="0095198F">
            <w:pPr>
              <w:jc w:val="center"/>
            </w:pPr>
            <w:r>
              <w:rPr>
                <w:b/>
              </w:rPr>
              <w:t>703,0</w:t>
            </w:r>
          </w:p>
        </w:tc>
        <w:tc>
          <w:tcPr>
            <w:tcW w:w="0" w:type="auto"/>
            <w:shd w:val="clear" w:color="auto" w:fill="DBE5F1"/>
          </w:tcPr>
          <w:p w14:paraId="4AEF5678" w14:textId="77777777" w:rsidR="007A5E59" w:rsidRDefault="0095198F">
            <w:pPr>
              <w:jc w:val="center"/>
            </w:pPr>
            <w:r>
              <w:rPr>
                <w:b/>
              </w:rPr>
              <w:t>0,0</w:t>
            </w:r>
          </w:p>
        </w:tc>
        <w:tc>
          <w:tcPr>
            <w:tcW w:w="0" w:type="auto"/>
            <w:shd w:val="clear" w:color="auto" w:fill="DBE5F1"/>
          </w:tcPr>
          <w:p w14:paraId="5AD50F50" w14:textId="77777777" w:rsidR="007A5E59" w:rsidRDefault="0095198F">
            <w:pPr>
              <w:jc w:val="center"/>
            </w:pPr>
            <w:r>
              <w:rPr>
                <w:b/>
              </w:rPr>
              <w:t>16 640,0</w:t>
            </w:r>
          </w:p>
        </w:tc>
      </w:tr>
      <w:tr w:rsidR="007A5E59" w:rsidRPr="00C07C05" w14:paraId="3FD4DEC3" w14:textId="77777777">
        <w:trPr>
          <w:jc w:val="center"/>
        </w:trPr>
        <w:tc>
          <w:tcPr>
            <w:tcW w:w="0" w:type="auto"/>
          </w:tcPr>
          <w:p w14:paraId="71E1CE40" w14:textId="77777777" w:rsidR="007A5E59" w:rsidRPr="00312815" w:rsidRDefault="0095198F">
            <w:pPr>
              <w:rPr>
                <w:lang w:val="ru-RU"/>
              </w:rPr>
            </w:pPr>
            <w:r w:rsidRPr="00312815">
              <w:rPr>
                <w:lang w:val="ru-RU"/>
              </w:rPr>
              <w:t>БЛОК 3. Площадь поверхности тепловых сетей, м² (</w:t>
            </w:r>
            <w:r>
              <w:t>π</w:t>
            </w:r>
            <w:r w:rsidRPr="00312815">
              <w:rPr>
                <w:lang w:val="ru-RU"/>
              </w:rPr>
              <w:t xml:space="preserve"> × Ø × длина по оси трассы)</w:t>
            </w:r>
          </w:p>
        </w:tc>
        <w:tc>
          <w:tcPr>
            <w:tcW w:w="0" w:type="auto"/>
          </w:tcPr>
          <w:p w14:paraId="7EB262E2" w14:textId="77777777" w:rsidR="007A5E59" w:rsidRPr="00312815" w:rsidRDefault="007A5E59">
            <w:pPr>
              <w:rPr>
                <w:lang w:val="ru-RU"/>
              </w:rPr>
            </w:pPr>
          </w:p>
        </w:tc>
        <w:tc>
          <w:tcPr>
            <w:tcW w:w="0" w:type="auto"/>
          </w:tcPr>
          <w:p w14:paraId="1C887F33" w14:textId="77777777" w:rsidR="007A5E59" w:rsidRPr="00312815" w:rsidRDefault="007A5E59">
            <w:pPr>
              <w:rPr>
                <w:lang w:val="ru-RU"/>
              </w:rPr>
            </w:pPr>
          </w:p>
        </w:tc>
        <w:tc>
          <w:tcPr>
            <w:tcW w:w="0" w:type="auto"/>
          </w:tcPr>
          <w:p w14:paraId="3B848E2F" w14:textId="77777777" w:rsidR="007A5E59" w:rsidRPr="00312815" w:rsidRDefault="007A5E59">
            <w:pPr>
              <w:rPr>
                <w:lang w:val="ru-RU"/>
              </w:rPr>
            </w:pPr>
          </w:p>
        </w:tc>
        <w:tc>
          <w:tcPr>
            <w:tcW w:w="0" w:type="auto"/>
          </w:tcPr>
          <w:p w14:paraId="674F85ED" w14:textId="77777777" w:rsidR="007A5E59" w:rsidRPr="00312815" w:rsidRDefault="007A5E59">
            <w:pPr>
              <w:rPr>
                <w:lang w:val="ru-RU"/>
              </w:rPr>
            </w:pPr>
          </w:p>
        </w:tc>
        <w:tc>
          <w:tcPr>
            <w:tcW w:w="0" w:type="auto"/>
          </w:tcPr>
          <w:p w14:paraId="70D1C1AB" w14:textId="77777777" w:rsidR="007A5E59" w:rsidRPr="00312815" w:rsidRDefault="007A5E59">
            <w:pPr>
              <w:rPr>
                <w:lang w:val="ru-RU"/>
              </w:rPr>
            </w:pPr>
          </w:p>
        </w:tc>
        <w:tc>
          <w:tcPr>
            <w:tcW w:w="0" w:type="auto"/>
          </w:tcPr>
          <w:p w14:paraId="39FF9E87" w14:textId="77777777" w:rsidR="007A5E59" w:rsidRPr="00312815" w:rsidRDefault="007A5E59">
            <w:pPr>
              <w:rPr>
                <w:lang w:val="ru-RU"/>
              </w:rPr>
            </w:pPr>
          </w:p>
        </w:tc>
        <w:tc>
          <w:tcPr>
            <w:tcW w:w="0" w:type="auto"/>
          </w:tcPr>
          <w:p w14:paraId="1E717FFB" w14:textId="77777777" w:rsidR="007A5E59" w:rsidRPr="00312815" w:rsidRDefault="007A5E59">
            <w:pPr>
              <w:rPr>
                <w:lang w:val="ru-RU"/>
              </w:rPr>
            </w:pPr>
          </w:p>
        </w:tc>
        <w:tc>
          <w:tcPr>
            <w:tcW w:w="0" w:type="auto"/>
          </w:tcPr>
          <w:p w14:paraId="034778FC" w14:textId="77777777" w:rsidR="007A5E59" w:rsidRPr="00312815" w:rsidRDefault="007A5E59">
            <w:pPr>
              <w:rPr>
                <w:lang w:val="ru-RU"/>
              </w:rPr>
            </w:pPr>
          </w:p>
        </w:tc>
        <w:tc>
          <w:tcPr>
            <w:tcW w:w="0" w:type="auto"/>
          </w:tcPr>
          <w:p w14:paraId="67F902E2" w14:textId="77777777" w:rsidR="007A5E59" w:rsidRPr="00312815" w:rsidRDefault="007A5E59">
            <w:pPr>
              <w:rPr>
                <w:lang w:val="ru-RU"/>
              </w:rPr>
            </w:pPr>
          </w:p>
        </w:tc>
        <w:tc>
          <w:tcPr>
            <w:tcW w:w="0" w:type="auto"/>
          </w:tcPr>
          <w:p w14:paraId="56F07FCE" w14:textId="77777777" w:rsidR="007A5E59" w:rsidRPr="00312815" w:rsidRDefault="007A5E59">
            <w:pPr>
              <w:rPr>
                <w:lang w:val="ru-RU"/>
              </w:rPr>
            </w:pPr>
          </w:p>
        </w:tc>
        <w:tc>
          <w:tcPr>
            <w:tcW w:w="0" w:type="auto"/>
          </w:tcPr>
          <w:p w14:paraId="6363DB4C" w14:textId="77777777" w:rsidR="007A5E59" w:rsidRPr="00312815" w:rsidRDefault="007A5E59">
            <w:pPr>
              <w:rPr>
                <w:lang w:val="ru-RU"/>
              </w:rPr>
            </w:pPr>
          </w:p>
        </w:tc>
        <w:tc>
          <w:tcPr>
            <w:tcW w:w="0" w:type="auto"/>
          </w:tcPr>
          <w:p w14:paraId="08E0EE2B" w14:textId="77777777" w:rsidR="007A5E59" w:rsidRPr="00312815" w:rsidRDefault="007A5E59">
            <w:pPr>
              <w:rPr>
                <w:lang w:val="ru-RU"/>
              </w:rPr>
            </w:pPr>
          </w:p>
        </w:tc>
        <w:tc>
          <w:tcPr>
            <w:tcW w:w="0" w:type="auto"/>
          </w:tcPr>
          <w:p w14:paraId="381DAF41" w14:textId="77777777" w:rsidR="007A5E59" w:rsidRPr="00312815" w:rsidRDefault="007A5E59">
            <w:pPr>
              <w:rPr>
                <w:lang w:val="ru-RU"/>
              </w:rPr>
            </w:pPr>
          </w:p>
        </w:tc>
        <w:tc>
          <w:tcPr>
            <w:tcW w:w="0" w:type="auto"/>
          </w:tcPr>
          <w:p w14:paraId="65D91CF7" w14:textId="77777777" w:rsidR="007A5E59" w:rsidRPr="00312815" w:rsidRDefault="007A5E59">
            <w:pPr>
              <w:rPr>
                <w:lang w:val="ru-RU"/>
              </w:rPr>
            </w:pPr>
          </w:p>
        </w:tc>
        <w:tc>
          <w:tcPr>
            <w:tcW w:w="0" w:type="auto"/>
          </w:tcPr>
          <w:p w14:paraId="55390D17" w14:textId="77777777" w:rsidR="007A5E59" w:rsidRPr="00312815" w:rsidRDefault="007A5E59">
            <w:pPr>
              <w:rPr>
                <w:lang w:val="ru-RU"/>
              </w:rPr>
            </w:pPr>
          </w:p>
        </w:tc>
        <w:tc>
          <w:tcPr>
            <w:tcW w:w="0" w:type="auto"/>
          </w:tcPr>
          <w:p w14:paraId="08B811A3" w14:textId="77777777" w:rsidR="007A5E59" w:rsidRPr="00312815" w:rsidRDefault="007A5E59">
            <w:pPr>
              <w:rPr>
                <w:lang w:val="ru-RU"/>
              </w:rPr>
            </w:pPr>
          </w:p>
        </w:tc>
        <w:tc>
          <w:tcPr>
            <w:tcW w:w="0" w:type="auto"/>
          </w:tcPr>
          <w:p w14:paraId="18894B5F" w14:textId="77777777" w:rsidR="007A5E59" w:rsidRPr="00312815" w:rsidRDefault="007A5E59">
            <w:pPr>
              <w:rPr>
                <w:lang w:val="ru-RU"/>
              </w:rPr>
            </w:pPr>
          </w:p>
        </w:tc>
        <w:tc>
          <w:tcPr>
            <w:tcW w:w="0" w:type="auto"/>
          </w:tcPr>
          <w:p w14:paraId="661D34FB" w14:textId="77777777" w:rsidR="007A5E59" w:rsidRPr="00312815" w:rsidRDefault="007A5E59">
            <w:pPr>
              <w:rPr>
                <w:lang w:val="ru-RU"/>
              </w:rPr>
            </w:pPr>
          </w:p>
        </w:tc>
        <w:tc>
          <w:tcPr>
            <w:tcW w:w="0" w:type="auto"/>
          </w:tcPr>
          <w:p w14:paraId="0986673D" w14:textId="77777777" w:rsidR="007A5E59" w:rsidRPr="00312815" w:rsidRDefault="007A5E59">
            <w:pPr>
              <w:rPr>
                <w:lang w:val="ru-RU"/>
              </w:rPr>
            </w:pPr>
          </w:p>
        </w:tc>
        <w:tc>
          <w:tcPr>
            <w:tcW w:w="0" w:type="auto"/>
          </w:tcPr>
          <w:p w14:paraId="043351C6" w14:textId="77777777" w:rsidR="007A5E59" w:rsidRPr="00312815" w:rsidRDefault="007A5E59">
            <w:pPr>
              <w:rPr>
                <w:lang w:val="ru-RU"/>
              </w:rPr>
            </w:pPr>
          </w:p>
        </w:tc>
      </w:tr>
      <w:tr w:rsidR="007A5E59" w14:paraId="53EF9DA9" w14:textId="77777777">
        <w:trPr>
          <w:jc w:val="center"/>
        </w:trPr>
        <w:tc>
          <w:tcPr>
            <w:tcW w:w="0" w:type="auto"/>
          </w:tcPr>
          <w:p w14:paraId="6472C3C4" w14:textId="77777777" w:rsidR="007A5E59" w:rsidRDefault="0095198F">
            <w:r>
              <w:t>в канале</w:t>
            </w:r>
          </w:p>
        </w:tc>
        <w:tc>
          <w:tcPr>
            <w:tcW w:w="0" w:type="auto"/>
          </w:tcPr>
          <w:p w14:paraId="21CD29BF" w14:textId="77777777" w:rsidR="007A5E59" w:rsidRDefault="0095198F">
            <w:pPr>
              <w:jc w:val="center"/>
            </w:pPr>
            <w:r>
              <w:t>0,00</w:t>
            </w:r>
          </w:p>
        </w:tc>
        <w:tc>
          <w:tcPr>
            <w:tcW w:w="0" w:type="auto"/>
          </w:tcPr>
          <w:p w14:paraId="56C73B4F" w14:textId="77777777" w:rsidR="007A5E59" w:rsidRDefault="0095198F">
            <w:pPr>
              <w:jc w:val="center"/>
            </w:pPr>
            <w:r>
              <w:t>1,76</w:t>
            </w:r>
          </w:p>
        </w:tc>
        <w:tc>
          <w:tcPr>
            <w:tcW w:w="0" w:type="auto"/>
          </w:tcPr>
          <w:p w14:paraId="343B2502" w14:textId="77777777" w:rsidR="007A5E59" w:rsidRDefault="0095198F">
            <w:pPr>
              <w:jc w:val="center"/>
            </w:pPr>
            <w:r>
              <w:t>184,25</w:t>
            </w:r>
          </w:p>
        </w:tc>
        <w:tc>
          <w:tcPr>
            <w:tcW w:w="0" w:type="auto"/>
          </w:tcPr>
          <w:p w14:paraId="5C07995D" w14:textId="77777777" w:rsidR="007A5E59" w:rsidRDefault="0095198F">
            <w:pPr>
              <w:jc w:val="center"/>
            </w:pPr>
            <w:r>
              <w:t>0,00</w:t>
            </w:r>
          </w:p>
        </w:tc>
        <w:tc>
          <w:tcPr>
            <w:tcW w:w="0" w:type="auto"/>
          </w:tcPr>
          <w:p w14:paraId="2A93643F" w14:textId="77777777" w:rsidR="007A5E59" w:rsidRDefault="0095198F">
            <w:pPr>
              <w:jc w:val="center"/>
            </w:pPr>
            <w:r>
              <w:t>46,87</w:t>
            </w:r>
          </w:p>
        </w:tc>
        <w:tc>
          <w:tcPr>
            <w:tcW w:w="0" w:type="auto"/>
          </w:tcPr>
          <w:p w14:paraId="73798818" w14:textId="77777777" w:rsidR="007A5E59" w:rsidRDefault="0095198F">
            <w:pPr>
              <w:jc w:val="center"/>
            </w:pPr>
            <w:r>
              <w:t>131,79</w:t>
            </w:r>
          </w:p>
        </w:tc>
        <w:tc>
          <w:tcPr>
            <w:tcW w:w="0" w:type="auto"/>
          </w:tcPr>
          <w:p w14:paraId="1866FE4D" w14:textId="77777777" w:rsidR="007A5E59" w:rsidRDefault="0095198F">
            <w:pPr>
              <w:jc w:val="center"/>
            </w:pPr>
            <w:r>
              <w:t>218,91</w:t>
            </w:r>
          </w:p>
        </w:tc>
        <w:tc>
          <w:tcPr>
            <w:tcW w:w="0" w:type="auto"/>
          </w:tcPr>
          <w:p w14:paraId="423693EF" w14:textId="77777777" w:rsidR="007A5E59" w:rsidRDefault="0095198F">
            <w:pPr>
              <w:jc w:val="center"/>
            </w:pPr>
            <w:r>
              <w:t>0,00</w:t>
            </w:r>
          </w:p>
        </w:tc>
        <w:tc>
          <w:tcPr>
            <w:tcW w:w="0" w:type="auto"/>
          </w:tcPr>
          <w:p w14:paraId="42D607FF" w14:textId="77777777" w:rsidR="007A5E59" w:rsidRDefault="0095198F">
            <w:pPr>
              <w:jc w:val="center"/>
            </w:pPr>
            <w:r>
              <w:t>0,00</w:t>
            </w:r>
          </w:p>
        </w:tc>
        <w:tc>
          <w:tcPr>
            <w:tcW w:w="0" w:type="auto"/>
          </w:tcPr>
          <w:p w14:paraId="27FDA91D" w14:textId="77777777" w:rsidR="007A5E59" w:rsidRDefault="0095198F">
            <w:pPr>
              <w:jc w:val="center"/>
            </w:pPr>
            <w:r>
              <w:t>147,53</w:t>
            </w:r>
          </w:p>
        </w:tc>
        <w:tc>
          <w:tcPr>
            <w:tcW w:w="0" w:type="auto"/>
          </w:tcPr>
          <w:p w14:paraId="494D9174" w14:textId="77777777" w:rsidR="007A5E59" w:rsidRDefault="0095198F">
            <w:pPr>
              <w:jc w:val="center"/>
            </w:pPr>
            <w:r>
              <w:t>584,65</w:t>
            </w:r>
          </w:p>
        </w:tc>
        <w:tc>
          <w:tcPr>
            <w:tcW w:w="0" w:type="auto"/>
          </w:tcPr>
          <w:p w14:paraId="3FD1F9C4" w14:textId="77777777" w:rsidR="007A5E59" w:rsidRDefault="0095198F">
            <w:pPr>
              <w:jc w:val="center"/>
            </w:pPr>
            <w:r>
              <w:t>82,47</w:t>
            </w:r>
          </w:p>
        </w:tc>
        <w:tc>
          <w:tcPr>
            <w:tcW w:w="0" w:type="auto"/>
          </w:tcPr>
          <w:p w14:paraId="756799E2" w14:textId="77777777" w:rsidR="007A5E59" w:rsidRDefault="0095198F">
            <w:pPr>
              <w:jc w:val="center"/>
            </w:pPr>
            <w:r>
              <w:t>556,53</w:t>
            </w:r>
          </w:p>
        </w:tc>
        <w:tc>
          <w:tcPr>
            <w:tcW w:w="0" w:type="auto"/>
          </w:tcPr>
          <w:p w14:paraId="22877075" w14:textId="77777777" w:rsidR="007A5E59" w:rsidRDefault="0095198F">
            <w:pPr>
              <w:jc w:val="center"/>
            </w:pPr>
            <w:r>
              <w:t>608,21</w:t>
            </w:r>
          </w:p>
        </w:tc>
        <w:tc>
          <w:tcPr>
            <w:tcW w:w="0" w:type="auto"/>
          </w:tcPr>
          <w:p w14:paraId="40F20DFF" w14:textId="77777777" w:rsidR="007A5E59" w:rsidRDefault="0095198F">
            <w:pPr>
              <w:jc w:val="center"/>
            </w:pPr>
            <w:r>
              <w:t>485,38</w:t>
            </w:r>
          </w:p>
        </w:tc>
        <w:tc>
          <w:tcPr>
            <w:tcW w:w="0" w:type="auto"/>
          </w:tcPr>
          <w:p w14:paraId="210FD325" w14:textId="77777777" w:rsidR="007A5E59" w:rsidRDefault="0095198F">
            <w:pPr>
              <w:jc w:val="center"/>
            </w:pPr>
            <w:r>
              <w:t>229,96</w:t>
            </w:r>
          </w:p>
        </w:tc>
        <w:tc>
          <w:tcPr>
            <w:tcW w:w="0" w:type="auto"/>
          </w:tcPr>
          <w:p w14:paraId="7723EE4E" w14:textId="77777777" w:rsidR="007A5E59" w:rsidRDefault="0095198F">
            <w:pPr>
              <w:jc w:val="center"/>
            </w:pPr>
            <w:r>
              <w:t>330,97</w:t>
            </w:r>
          </w:p>
        </w:tc>
        <w:tc>
          <w:tcPr>
            <w:tcW w:w="0" w:type="auto"/>
          </w:tcPr>
          <w:p w14:paraId="387A2B8F" w14:textId="77777777" w:rsidR="007A5E59" w:rsidRDefault="0095198F">
            <w:pPr>
              <w:jc w:val="center"/>
            </w:pPr>
            <w:r>
              <w:t>226,19</w:t>
            </w:r>
          </w:p>
        </w:tc>
        <w:tc>
          <w:tcPr>
            <w:tcW w:w="0" w:type="auto"/>
          </w:tcPr>
          <w:p w14:paraId="41E5E54A" w14:textId="77777777" w:rsidR="007A5E59" w:rsidRDefault="0095198F">
            <w:pPr>
              <w:jc w:val="center"/>
            </w:pPr>
            <w:r>
              <w:t>0,00</w:t>
            </w:r>
          </w:p>
        </w:tc>
        <w:tc>
          <w:tcPr>
            <w:tcW w:w="0" w:type="auto"/>
          </w:tcPr>
          <w:p w14:paraId="2B9A27A5" w14:textId="77777777" w:rsidR="007A5E59" w:rsidRDefault="0095198F">
            <w:pPr>
              <w:jc w:val="center"/>
            </w:pPr>
            <w:r>
              <w:t>3 835,48</w:t>
            </w:r>
          </w:p>
        </w:tc>
      </w:tr>
      <w:tr w:rsidR="007A5E59" w14:paraId="31318B2F" w14:textId="77777777">
        <w:trPr>
          <w:jc w:val="center"/>
        </w:trPr>
        <w:tc>
          <w:tcPr>
            <w:tcW w:w="0" w:type="auto"/>
          </w:tcPr>
          <w:p w14:paraId="2A80497E" w14:textId="77777777" w:rsidR="007A5E59" w:rsidRDefault="0095198F">
            <w:r>
              <w:t>бесканально</w:t>
            </w:r>
          </w:p>
        </w:tc>
        <w:tc>
          <w:tcPr>
            <w:tcW w:w="0" w:type="auto"/>
          </w:tcPr>
          <w:p w14:paraId="16902C3C" w14:textId="77777777" w:rsidR="007A5E59" w:rsidRDefault="0095198F">
            <w:pPr>
              <w:jc w:val="center"/>
            </w:pPr>
            <w:r>
              <w:t>0,00</w:t>
            </w:r>
          </w:p>
        </w:tc>
        <w:tc>
          <w:tcPr>
            <w:tcW w:w="0" w:type="auto"/>
          </w:tcPr>
          <w:p w14:paraId="33FDBBE2" w14:textId="77777777" w:rsidR="007A5E59" w:rsidRDefault="0095198F">
            <w:pPr>
              <w:jc w:val="center"/>
            </w:pPr>
            <w:r>
              <w:t>0,00</w:t>
            </w:r>
          </w:p>
        </w:tc>
        <w:tc>
          <w:tcPr>
            <w:tcW w:w="0" w:type="auto"/>
          </w:tcPr>
          <w:p w14:paraId="281DAEE3" w14:textId="77777777" w:rsidR="007A5E59" w:rsidRDefault="0095198F">
            <w:pPr>
              <w:jc w:val="center"/>
            </w:pPr>
            <w:r>
              <w:t>0,00</w:t>
            </w:r>
          </w:p>
        </w:tc>
        <w:tc>
          <w:tcPr>
            <w:tcW w:w="0" w:type="auto"/>
          </w:tcPr>
          <w:p w14:paraId="15CAEF84" w14:textId="77777777" w:rsidR="007A5E59" w:rsidRDefault="0095198F">
            <w:pPr>
              <w:jc w:val="center"/>
            </w:pPr>
            <w:r>
              <w:t>0,00</w:t>
            </w:r>
          </w:p>
        </w:tc>
        <w:tc>
          <w:tcPr>
            <w:tcW w:w="0" w:type="auto"/>
          </w:tcPr>
          <w:p w14:paraId="25536582" w14:textId="77777777" w:rsidR="007A5E59" w:rsidRDefault="0095198F">
            <w:pPr>
              <w:jc w:val="center"/>
            </w:pPr>
            <w:r>
              <w:t>0,00</w:t>
            </w:r>
          </w:p>
        </w:tc>
        <w:tc>
          <w:tcPr>
            <w:tcW w:w="0" w:type="auto"/>
          </w:tcPr>
          <w:p w14:paraId="0B69FBCE" w14:textId="77777777" w:rsidR="007A5E59" w:rsidRDefault="0095198F">
            <w:pPr>
              <w:jc w:val="center"/>
            </w:pPr>
            <w:r>
              <w:t>0,00</w:t>
            </w:r>
          </w:p>
        </w:tc>
        <w:tc>
          <w:tcPr>
            <w:tcW w:w="0" w:type="auto"/>
          </w:tcPr>
          <w:p w14:paraId="7BEDBD90" w14:textId="77777777" w:rsidR="007A5E59" w:rsidRDefault="0095198F">
            <w:pPr>
              <w:jc w:val="center"/>
            </w:pPr>
            <w:r>
              <w:t>0,00</w:t>
            </w:r>
          </w:p>
        </w:tc>
        <w:tc>
          <w:tcPr>
            <w:tcW w:w="0" w:type="auto"/>
          </w:tcPr>
          <w:p w14:paraId="6A8E3233" w14:textId="77777777" w:rsidR="007A5E59" w:rsidRDefault="0095198F">
            <w:pPr>
              <w:jc w:val="center"/>
            </w:pPr>
            <w:r>
              <w:t>0,00</w:t>
            </w:r>
          </w:p>
        </w:tc>
        <w:tc>
          <w:tcPr>
            <w:tcW w:w="0" w:type="auto"/>
          </w:tcPr>
          <w:p w14:paraId="6C28B627" w14:textId="77777777" w:rsidR="007A5E59" w:rsidRDefault="0095198F">
            <w:pPr>
              <w:jc w:val="center"/>
            </w:pPr>
            <w:r>
              <w:t>0,00</w:t>
            </w:r>
          </w:p>
        </w:tc>
        <w:tc>
          <w:tcPr>
            <w:tcW w:w="0" w:type="auto"/>
          </w:tcPr>
          <w:p w14:paraId="70E0D806" w14:textId="77777777" w:rsidR="007A5E59" w:rsidRDefault="0095198F">
            <w:pPr>
              <w:jc w:val="center"/>
            </w:pPr>
            <w:r>
              <w:t>0,00</w:t>
            </w:r>
          </w:p>
        </w:tc>
        <w:tc>
          <w:tcPr>
            <w:tcW w:w="0" w:type="auto"/>
          </w:tcPr>
          <w:p w14:paraId="7CCC40B5" w14:textId="77777777" w:rsidR="007A5E59" w:rsidRDefault="0095198F">
            <w:pPr>
              <w:jc w:val="center"/>
            </w:pPr>
            <w:r>
              <w:t>0,00</w:t>
            </w:r>
          </w:p>
        </w:tc>
        <w:tc>
          <w:tcPr>
            <w:tcW w:w="0" w:type="auto"/>
          </w:tcPr>
          <w:p w14:paraId="42DB5A90" w14:textId="77777777" w:rsidR="007A5E59" w:rsidRDefault="0095198F">
            <w:pPr>
              <w:jc w:val="center"/>
            </w:pPr>
            <w:r>
              <w:t>0,00</w:t>
            </w:r>
          </w:p>
        </w:tc>
        <w:tc>
          <w:tcPr>
            <w:tcW w:w="0" w:type="auto"/>
          </w:tcPr>
          <w:p w14:paraId="742E150F" w14:textId="77777777" w:rsidR="007A5E59" w:rsidRDefault="0095198F">
            <w:pPr>
              <w:jc w:val="center"/>
            </w:pPr>
            <w:r>
              <w:t>0,00</w:t>
            </w:r>
          </w:p>
        </w:tc>
        <w:tc>
          <w:tcPr>
            <w:tcW w:w="0" w:type="auto"/>
          </w:tcPr>
          <w:p w14:paraId="26EADCFB" w14:textId="77777777" w:rsidR="007A5E59" w:rsidRDefault="0095198F">
            <w:pPr>
              <w:jc w:val="center"/>
            </w:pPr>
            <w:r>
              <w:t>0,00</w:t>
            </w:r>
          </w:p>
        </w:tc>
        <w:tc>
          <w:tcPr>
            <w:tcW w:w="0" w:type="auto"/>
          </w:tcPr>
          <w:p w14:paraId="1B2C5ED4" w14:textId="77777777" w:rsidR="007A5E59" w:rsidRDefault="0095198F">
            <w:pPr>
              <w:jc w:val="center"/>
            </w:pPr>
            <w:r>
              <w:t>0,00</w:t>
            </w:r>
          </w:p>
        </w:tc>
        <w:tc>
          <w:tcPr>
            <w:tcW w:w="0" w:type="auto"/>
          </w:tcPr>
          <w:p w14:paraId="103EB619" w14:textId="77777777" w:rsidR="007A5E59" w:rsidRDefault="0095198F">
            <w:pPr>
              <w:jc w:val="center"/>
            </w:pPr>
            <w:r>
              <w:t>0,00</w:t>
            </w:r>
          </w:p>
        </w:tc>
        <w:tc>
          <w:tcPr>
            <w:tcW w:w="0" w:type="auto"/>
          </w:tcPr>
          <w:p w14:paraId="50DC90B5" w14:textId="77777777" w:rsidR="007A5E59" w:rsidRDefault="0095198F">
            <w:pPr>
              <w:jc w:val="center"/>
            </w:pPr>
            <w:r>
              <w:t>0,00</w:t>
            </w:r>
          </w:p>
        </w:tc>
        <w:tc>
          <w:tcPr>
            <w:tcW w:w="0" w:type="auto"/>
          </w:tcPr>
          <w:p w14:paraId="38A84F5D" w14:textId="77777777" w:rsidR="007A5E59" w:rsidRDefault="0095198F">
            <w:pPr>
              <w:jc w:val="center"/>
            </w:pPr>
            <w:r>
              <w:t>0,00</w:t>
            </w:r>
          </w:p>
        </w:tc>
        <w:tc>
          <w:tcPr>
            <w:tcW w:w="0" w:type="auto"/>
          </w:tcPr>
          <w:p w14:paraId="2BF973EF" w14:textId="77777777" w:rsidR="007A5E59" w:rsidRDefault="0095198F">
            <w:pPr>
              <w:jc w:val="center"/>
            </w:pPr>
            <w:r>
              <w:t>0,00</w:t>
            </w:r>
          </w:p>
        </w:tc>
        <w:tc>
          <w:tcPr>
            <w:tcW w:w="0" w:type="auto"/>
          </w:tcPr>
          <w:p w14:paraId="1BE166CD" w14:textId="77777777" w:rsidR="007A5E59" w:rsidRDefault="0095198F">
            <w:pPr>
              <w:jc w:val="center"/>
            </w:pPr>
            <w:r>
              <w:t>0,00</w:t>
            </w:r>
          </w:p>
        </w:tc>
      </w:tr>
      <w:tr w:rsidR="007A5E59" w14:paraId="308DBE18" w14:textId="77777777">
        <w:trPr>
          <w:jc w:val="center"/>
        </w:trPr>
        <w:tc>
          <w:tcPr>
            <w:tcW w:w="0" w:type="auto"/>
          </w:tcPr>
          <w:p w14:paraId="54B55334" w14:textId="77777777" w:rsidR="007A5E59" w:rsidRDefault="0095198F">
            <w:r>
              <w:t>надземная</w:t>
            </w:r>
          </w:p>
        </w:tc>
        <w:tc>
          <w:tcPr>
            <w:tcW w:w="0" w:type="auto"/>
          </w:tcPr>
          <w:p w14:paraId="4B45D685" w14:textId="77777777" w:rsidR="007A5E59" w:rsidRDefault="0095198F">
            <w:pPr>
              <w:jc w:val="center"/>
            </w:pPr>
            <w:r>
              <w:t>0,00</w:t>
            </w:r>
          </w:p>
        </w:tc>
        <w:tc>
          <w:tcPr>
            <w:tcW w:w="0" w:type="auto"/>
          </w:tcPr>
          <w:p w14:paraId="514383FB" w14:textId="77777777" w:rsidR="007A5E59" w:rsidRDefault="0095198F">
            <w:pPr>
              <w:jc w:val="center"/>
            </w:pPr>
            <w:r>
              <w:t>2,45</w:t>
            </w:r>
          </w:p>
        </w:tc>
        <w:tc>
          <w:tcPr>
            <w:tcW w:w="0" w:type="auto"/>
          </w:tcPr>
          <w:p w14:paraId="262B21F5" w14:textId="77777777" w:rsidR="007A5E59" w:rsidRDefault="0095198F">
            <w:pPr>
              <w:jc w:val="center"/>
            </w:pPr>
            <w:r>
              <w:t>4,48</w:t>
            </w:r>
          </w:p>
        </w:tc>
        <w:tc>
          <w:tcPr>
            <w:tcW w:w="0" w:type="auto"/>
          </w:tcPr>
          <w:p w14:paraId="5FC26B73" w14:textId="77777777" w:rsidR="007A5E59" w:rsidRDefault="0095198F">
            <w:pPr>
              <w:jc w:val="center"/>
            </w:pPr>
            <w:r>
              <w:t>0,00</w:t>
            </w:r>
          </w:p>
        </w:tc>
        <w:tc>
          <w:tcPr>
            <w:tcW w:w="0" w:type="auto"/>
          </w:tcPr>
          <w:p w14:paraId="40A10480" w14:textId="77777777" w:rsidR="007A5E59" w:rsidRDefault="0095198F">
            <w:pPr>
              <w:jc w:val="center"/>
            </w:pPr>
            <w:r>
              <w:t>1,26</w:t>
            </w:r>
          </w:p>
        </w:tc>
        <w:tc>
          <w:tcPr>
            <w:tcW w:w="0" w:type="auto"/>
          </w:tcPr>
          <w:p w14:paraId="7C3687A6" w14:textId="77777777" w:rsidR="007A5E59" w:rsidRDefault="0095198F">
            <w:pPr>
              <w:jc w:val="center"/>
            </w:pPr>
            <w:r>
              <w:t>3,93</w:t>
            </w:r>
          </w:p>
        </w:tc>
        <w:tc>
          <w:tcPr>
            <w:tcW w:w="0" w:type="auto"/>
          </w:tcPr>
          <w:p w14:paraId="52FEF3C0" w14:textId="77777777" w:rsidR="007A5E59" w:rsidRDefault="0095198F">
            <w:pPr>
              <w:jc w:val="center"/>
            </w:pPr>
            <w:r>
              <w:t>4,08</w:t>
            </w:r>
          </w:p>
        </w:tc>
        <w:tc>
          <w:tcPr>
            <w:tcW w:w="0" w:type="auto"/>
          </w:tcPr>
          <w:p w14:paraId="19D9DDC0" w14:textId="77777777" w:rsidR="007A5E59" w:rsidRDefault="0095198F">
            <w:pPr>
              <w:jc w:val="center"/>
            </w:pPr>
            <w:r>
              <w:t>0,00</w:t>
            </w:r>
          </w:p>
        </w:tc>
        <w:tc>
          <w:tcPr>
            <w:tcW w:w="0" w:type="auto"/>
          </w:tcPr>
          <w:p w14:paraId="561CCFC9" w14:textId="77777777" w:rsidR="007A5E59" w:rsidRDefault="0095198F">
            <w:pPr>
              <w:jc w:val="center"/>
            </w:pPr>
            <w:r>
              <w:t>0,00</w:t>
            </w:r>
          </w:p>
        </w:tc>
        <w:tc>
          <w:tcPr>
            <w:tcW w:w="0" w:type="auto"/>
          </w:tcPr>
          <w:p w14:paraId="2A5C4556" w14:textId="77777777" w:rsidR="007A5E59" w:rsidRDefault="0095198F">
            <w:pPr>
              <w:jc w:val="center"/>
            </w:pPr>
            <w:r>
              <w:t>164,37</w:t>
            </w:r>
          </w:p>
        </w:tc>
        <w:tc>
          <w:tcPr>
            <w:tcW w:w="0" w:type="auto"/>
          </w:tcPr>
          <w:p w14:paraId="30DCBCA0" w14:textId="77777777" w:rsidR="007A5E59" w:rsidRDefault="0095198F">
            <w:pPr>
              <w:jc w:val="center"/>
            </w:pPr>
            <w:r>
              <w:t>499,51</w:t>
            </w:r>
          </w:p>
        </w:tc>
        <w:tc>
          <w:tcPr>
            <w:tcW w:w="0" w:type="auto"/>
          </w:tcPr>
          <w:p w14:paraId="1F3D0B70" w14:textId="77777777" w:rsidR="007A5E59" w:rsidRDefault="0095198F">
            <w:pPr>
              <w:jc w:val="center"/>
            </w:pPr>
            <w:r>
              <w:t>0,00</w:t>
            </w:r>
          </w:p>
        </w:tc>
        <w:tc>
          <w:tcPr>
            <w:tcW w:w="0" w:type="auto"/>
          </w:tcPr>
          <w:p w14:paraId="03EC7BD7" w14:textId="77777777" w:rsidR="007A5E59" w:rsidRDefault="0095198F">
            <w:pPr>
              <w:jc w:val="center"/>
            </w:pPr>
            <w:r>
              <w:t>585,75</w:t>
            </w:r>
          </w:p>
        </w:tc>
        <w:tc>
          <w:tcPr>
            <w:tcW w:w="0" w:type="auto"/>
          </w:tcPr>
          <w:p w14:paraId="2257AAC5" w14:textId="77777777" w:rsidR="007A5E59" w:rsidRDefault="0095198F">
            <w:pPr>
              <w:jc w:val="center"/>
            </w:pPr>
            <w:r>
              <w:t>688,01</w:t>
            </w:r>
          </w:p>
        </w:tc>
        <w:tc>
          <w:tcPr>
            <w:tcW w:w="0" w:type="auto"/>
          </w:tcPr>
          <w:p w14:paraId="183EFBDE" w14:textId="77777777" w:rsidR="007A5E59" w:rsidRDefault="0095198F">
            <w:pPr>
              <w:jc w:val="center"/>
            </w:pPr>
            <w:r>
              <w:t>392,70</w:t>
            </w:r>
          </w:p>
        </w:tc>
        <w:tc>
          <w:tcPr>
            <w:tcW w:w="0" w:type="auto"/>
          </w:tcPr>
          <w:p w14:paraId="4351453F" w14:textId="77777777" w:rsidR="007A5E59" w:rsidRDefault="0095198F">
            <w:pPr>
              <w:jc w:val="center"/>
            </w:pPr>
            <w:r>
              <w:t>1 094,22</w:t>
            </w:r>
          </w:p>
        </w:tc>
        <w:tc>
          <w:tcPr>
            <w:tcW w:w="0" w:type="auto"/>
          </w:tcPr>
          <w:p w14:paraId="1FDA544F" w14:textId="77777777" w:rsidR="007A5E59" w:rsidRDefault="0095198F">
            <w:pPr>
              <w:jc w:val="center"/>
            </w:pPr>
            <w:r>
              <w:t>546,48</w:t>
            </w:r>
          </w:p>
        </w:tc>
        <w:tc>
          <w:tcPr>
            <w:tcW w:w="0" w:type="auto"/>
          </w:tcPr>
          <w:p w14:paraId="15E12D0C" w14:textId="77777777" w:rsidR="007A5E59" w:rsidRDefault="0095198F">
            <w:pPr>
              <w:jc w:val="center"/>
            </w:pPr>
            <w:r>
              <w:t>657,22</w:t>
            </w:r>
          </w:p>
        </w:tc>
        <w:tc>
          <w:tcPr>
            <w:tcW w:w="0" w:type="auto"/>
          </w:tcPr>
          <w:p w14:paraId="7A89F0BC" w14:textId="77777777" w:rsidR="007A5E59" w:rsidRDefault="0095198F">
            <w:pPr>
              <w:jc w:val="center"/>
            </w:pPr>
            <w:r>
              <w:t>0,00</w:t>
            </w:r>
          </w:p>
        </w:tc>
        <w:tc>
          <w:tcPr>
            <w:tcW w:w="0" w:type="auto"/>
          </w:tcPr>
          <w:p w14:paraId="18E55229" w14:textId="77777777" w:rsidR="007A5E59" w:rsidRDefault="0095198F">
            <w:pPr>
              <w:jc w:val="center"/>
            </w:pPr>
            <w:r>
              <w:t>4 644,45</w:t>
            </w:r>
          </w:p>
        </w:tc>
      </w:tr>
      <w:tr w:rsidR="007A5E59" w14:paraId="0C81D24C" w14:textId="77777777">
        <w:trPr>
          <w:jc w:val="center"/>
        </w:trPr>
        <w:tc>
          <w:tcPr>
            <w:tcW w:w="0" w:type="auto"/>
            <w:shd w:val="clear" w:color="auto" w:fill="DBE5F1"/>
          </w:tcPr>
          <w:p w14:paraId="48C27855" w14:textId="77777777" w:rsidR="007A5E59" w:rsidRDefault="0095198F">
            <w:r>
              <w:rPr>
                <w:b/>
              </w:rPr>
              <w:t>ИТОГО по диаметрам</w:t>
            </w:r>
          </w:p>
        </w:tc>
        <w:tc>
          <w:tcPr>
            <w:tcW w:w="0" w:type="auto"/>
            <w:shd w:val="clear" w:color="auto" w:fill="DBE5F1"/>
          </w:tcPr>
          <w:p w14:paraId="678F3802" w14:textId="77777777" w:rsidR="007A5E59" w:rsidRDefault="0095198F">
            <w:pPr>
              <w:jc w:val="center"/>
            </w:pPr>
            <w:r>
              <w:rPr>
                <w:b/>
              </w:rPr>
              <w:t>0,00</w:t>
            </w:r>
          </w:p>
        </w:tc>
        <w:tc>
          <w:tcPr>
            <w:tcW w:w="0" w:type="auto"/>
            <w:shd w:val="clear" w:color="auto" w:fill="DBE5F1"/>
          </w:tcPr>
          <w:p w14:paraId="7C648A7A" w14:textId="77777777" w:rsidR="007A5E59" w:rsidRDefault="0095198F">
            <w:pPr>
              <w:jc w:val="center"/>
            </w:pPr>
            <w:r>
              <w:rPr>
                <w:b/>
              </w:rPr>
              <w:t>4,21</w:t>
            </w:r>
          </w:p>
        </w:tc>
        <w:tc>
          <w:tcPr>
            <w:tcW w:w="0" w:type="auto"/>
            <w:shd w:val="clear" w:color="auto" w:fill="DBE5F1"/>
          </w:tcPr>
          <w:p w14:paraId="38215DC9" w14:textId="77777777" w:rsidR="007A5E59" w:rsidRDefault="0095198F">
            <w:pPr>
              <w:jc w:val="center"/>
            </w:pPr>
            <w:r>
              <w:rPr>
                <w:b/>
              </w:rPr>
              <w:t>188,73</w:t>
            </w:r>
          </w:p>
        </w:tc>
        <w:tc>
          <w:tcPr>
            <w:tcW w:w="0" w:type="auto"/>
            <w:shd w:val="clear" w:color="auto" w:fill="DBE5F1"/>
          </w:tcPr>
          <w:p w14:paraId="7317BE69" w14:textId="77777777" w:rsidR="007A5E59" w:rsidRDefault="0095198F">
            <w:pPr>
              <w:jc w:val="center"/>
            </w:pPr>
            <w:r>
              <w:rPr>
                <w:b/>
              </w:rPr>
              <w:t>0,00</w:t>
            </w:r>
          </w:p>
        </w:tc>
        <w:tc>
          <w:tcPr>
            <w:tcW w:w="0" w:type="auto"/>
            <w:shd w:val="clear" w:color="auto" w:fill="DBE5F1"/>
          </w:tcPr>
          <w:p w14:paraId="70F0AC8A" w14:textId="77777777" w:rsidR="007A5E59" w:rsidRDefault="0095198F">
            <w:pPr>
              <w:jc w:val="center"/>
            </w:pPr>
            <w:r>
              <w:rPr>
                <w:b/>
              </w:rPr>
              <w:t>48,13</w:t>
            </w:r>
          </w:p>
        </w:tc>
        <w:tc>
          <w:tcPr>
            <w:tcW w:w="0" w:type="auto"/>
            <w:shd w:val="clear" w:color="auto" w:fill="DBE5F1"/>
          </w:tcPr>
          <w:p w14:paraId="5C1827A3" w14:textId="77777777" w:rsidR="007A5E59" w:rsidRDefault="0095198F">
            <w:pPr>
              <w:jc w:val="center"/>
            </w:pPr>
            <w:r>
              <w:rPr>
                <w:b/>
              </w:rPr>
              <w:t>135,72</w:t>
            </w:r>
          </w:p>
        </w:tc>
        <w:tc>
          <w:tcPr>
            <w:tcW w:w="0" w:type="auto"/>
            <w:shd w:val="clear" w:color="auto" w:fill="DBE5F1"/>
          </w:tcPr>
          <w:p w14:paraId="25B57BA6" w14:textId="77777777" w:rsidR="007A5E59" w:rsidRDefault="0095198F">
            <w:pPr>
              <w:jc w:val="center"/>
            </w:pPr>
            <w:r>
              <w:rPr>
                <w:b/>
              </w:rPr>
              <w:t>222,99</w:t>
            </w:r>
          </w:p>
        </w:tc>
        <w:tc>
          <w:tcPr>
            <w:tcW w:w="0" w:type="auto"/>
            <w:shd w:val="clear" w:color="auto" w:fill="DBE5F1"/>
          </w:tcPr>
          <w:p w14:paraId="3E554434" w14:textId="77777777" w:rsidR="007A5E59" w:rsidRDefault="0095198F">
            <w:pPr>
              <w:jc w:val="center"/>
            </w:pPr>
            <w:r>
              <w:rPr>
                <w:b/>
              </w:rPr>
              <w:t>0,00</w:t>
            </w:r>
          </w:p>
        </w:tc>
        <w:tc>
          <w:tcPr>
            <w:tcW w:w="0" w:type="auto"/>
            <w:shd w:val="clear" w:color="auto" w:fill="DBE5F1"/>
          </w:tcPr>
          <w:p w14:paraId="682661DE" w14:textId="77777777" w:rsidR="007A5E59" w:rsidRDefault="0095198F">
            <w:pPr>
              <w:jc w:val="center"/>
            </w:pPr>
            <w:r>
              <w:rPr>
                <w:b/>
              </w:rPr>
              <w:t>0,00</w:t>
            </w:r>
          </w:p>
        </w:tc>
        <w:tc>
          <w:tcPr>
            <w:tcW w:w="0" w:type="auto"/>
            <w:shd w:val="clear" w:color="auto" w:fill="DBE5F1"/>
          </w:tcPr>
          <w:p w14:paraId="23857FD4" w14:textId="77777777" w:rsidR="007A5E59" w:rsidRDefault="0095198F">
            <w:pPr>
              <w:jc w:val="center"/>
            </w:pPr>
            <w:r>
              <w:rPr>
                <w:b/>
              </w:rPr>
              <w:t>311,90</w:t>
            </w:r>
          </w:p>
        </w:tc>
        <w:tc>
          <w:tcPr>
            <w:tcW w:w="0" w:type="auto"/>
            <w:shd w:val="clear" w:color="auto" w:fill="DBE5F1"/>
          </w:tcPr>
          <w:p w14:paraId="5385BD5C" w14:textId="77777777" w:rsidR="007A5E59" w:rsidRDefault="0095198F">
            <w:pPr>
              <w:jc w:val="center"/>
            </w:pPr>
            <w:r>
              <w:rPr>
                <w:b/>
              </w:rPr>
              <w:t>1 084,16</w:t>
            </w:r>
          </w:p>
        </w:tc>
        <w:tc>
          <w:tcPr>
            <w:tcW w:w="0" w:type="auto"/>
            <w:shd w:val="clear" w:color="auto" w:fill="DBE5F1"/>
          </w:tcPr>
          <w:p w14:paraId="4CBE47FD" w14:textId="77777777" w:rsidR="007A5E59" w:rsidRDefault="0095198F">
            <w:pPr>
              <w:jc w:val="center"/>
            </w:pPr>
            <w:r>
              <w:rPr>
                <w:b/>
              </w:rPr>
              <w:t>82,47</w:t>
            </w:r>
          </w:p>
        </w:tc>
        <w:tc>
          <w:tcPr>
            <w:tcW w:w="0" w:type="auto"/>
            <w:shd w:val="clear" w:color="auto" w:fill="DBE5F1"/>
          </w:tcPr>
          <w:p w14:paraId="3ADC9F62" w14:textId="77777777" w:rsidR="007A5E59" w:rsidRDefault="0095198F">
            <w:pPr>
              <w:jc w:val="center"/>
            </w:pPr>
            <w:r>
              <w:rPr>
                <w:b/>
              </w:rPr>
              <w:t>1 142,28</w:t>
            </w:r>
          </w:p>
        </w:tc>
        <w:tc>
          <w:tcPr>
            <w:tcW w:w="0" w:type="auto"/>
            <w:shd w:val="clear" w:color="auto" w:fill="DBE5F1"/>
          </w:tcPr>
          <w:p w14:paraId="3CDB50B6" w14:textId="77777777" w:rsidR="007A5E59" w:rsidRDefault="0095198F">
            <w:pPr>
              <w:jc w:val="center"/>
            </w:pPr>
            <w:r>
              <w:rPr>
                <w:b/>
              </w:rPr>
              <w:t>1 296,22</w:t>
            </w:r>
          </w:p>
        </w:tc>
        <w:tc>
          <w:tcPr>
            <w:tcW w:w="0" w:type="auto"/>
            <w:shd w:val="clear" w:color="auto" w:fill="DBE5F1"/>
          </w:tcPr>
          <w:p w14:paraId="44B4355A" w14:textId="77777777" w:rsidR="007A5E59" w:rsidRDefault="0095198F">
            <w:pPr>
              <w:jc w:val="center"/>
            </w:pPr>
            <w:r>
              <w:rPr>
                <w:b/>
              </w:rPr>
              <w:t>878,08</w:t>
            </w:r>
          </w:p>
        </w:tc>
        <w:tc>
          <w:tcPr>
            <w:tcW w:w="0" w:type="auto"/>
            <w:shd w:val="clear" w:color="auto" w:fill="DBE5F1"/>
          </w:tcPr>
          <w:p w14:paraId="506F925D" w14:textId="77777777" w:rsidR="007A5E59" w:rsidRDefault="0095198F">
            <w:pPr>
              <w:jc w:val="center"/>
            </w:pPr>
            <w:r>
              <w:rPr>
                <w:b/>
              </w:rPr>
              <w:t>1 324,18</w:t>
            </w:r>
          </w:p>
        </w:tc>
        <w:tc>
          <w:tcPr>
            <w:tcW w:w="0" w:type="auto"/>
            <w:shd w:val="clear" w:color="auto" w:fill="DBE5F1"/>
          </w:tcPr>
          <w:p w14:paraId="634EDD5D" w14:textId="77777777" w:rsidR="007A5E59" w:rsidRDefault="0095198F">
            <w:pPr>
              <w:jc w:val="center"/>
            </w:pPr>
            <w:r>
              <w:rPr>
                <w:b/>
              </w:rPr>
              <w:t>877,45</w:t>
            </w:r>
          </w:p>
        </w:tc>
        <w:tc>
          <w:tcPr>
            <w:tcW w:w="0" w:type="auto"/>
            <w:shd w:val="clear" w:color="auto" w:fill="DBE5F1"/>
          </w:tcPr>
          <w:p w14:paraId="638F21FC" w14:textId="77777777" w:rsidR="007A5E59" w:rsidRDefault="0095198F">
            <w:pPr>
              <w:jc w:val="center"/>
            </w:pPr>
            <w:r>
              <w:rPr>
                <w:b/>
              </w:rPr>
              <w:t>883,42</w:t>
            </w:r>
          </w:p>
        </w:tc>
        <w:tc>
          <w:tcPr>
            <w:tcW w:w="0" w:type="auto"/>
            <w:shd w:val="clear" w:color="auto" w:fill="DBE5F1"/>
          </w:tcPr>
          <w:p w14:paraId="05179B4A" w14:textId="77777777" w:rsidR="007A5E59" w:rsidRDefault="0095198F">
            <w:pPr>
              <w:jc w:val="center"/>
            </w:pPr>
            <w:r>
              <w:rPr>
                <w:b/>
              </w:rPr>
              <w:t>0,00</w:t>
            </w:r>
          </w:p>
        </w:tc>
        <w:tc>
          <w:tcPr>
            <w:tcW w:w="0" w:type="auto"/>
            <w:shd w:val="clear" w:color="auto" w:fill="DBE5F1"/>
          </w:tcPr>
          <w:p w14:paraId="75AD1815" w14:textId="77777777" w:rsidR="007A5E59" w:rsidRDefault="0095198F">
            <w:pPr>
              <w:jc w:val="center"/>
            </w:pPr>
            <w:r>
              <w:rPr>
                <w:b/>
              </w:rPr>
              <w:t>8 479,93</w:t>
            </w:r>
          </w:p>
        </w:tc>
      </w:tr>
      <w:tr w:rsidR="007A5E59" w14:paraId="1829515E" w14:textId="77777777">
        <w:trPr>
          <w:jc w:val="center"/>
        </w:trPr>
        <w:tc>
          <w:tcPr>
            <w:tcW w:w="0" w:type="auto"/>
            <w:shd w:val="clear" w:color="auto" w:fill="DBE5F1"/>
          </w:tcPr>
          <w:p w14:paraId="6B6D5A0A" w14:textId="77777777" w:rsidR="007A5E59" w:rsidRDefault="0095198F">
            <w:r>
              <w:rPr>
                <w:b/>
              </w:rPr>
              <w:t>ВСЕГО площадь поверхности, м²</w:t>
            </w:r>
          </w:p>
        </w:tc>
        <w:tc>
          <w:tcPr>
            <w:tcW w:w="0" w:type="auto"/>
            <w:shd w:val="clear" w:color="auto" w:fill="DBE5F1"/>
          </w:tcPr>
          <w:p w14:paraId="5D2426D2" w14:textId="77777777" w:rsidR="007A5E59" w:rsidRDefault="0095198F">
            <w:pPr>
              <w:jc w:val="center"/>
            </w:pPr>
            <w:r>
              <w:rPr>
                <w:b/>
              </w:rPr>
              <w:t>8 479,93</w:t>
            </w:r>
          </w:p>
        </w:tc>
        <w:tc>
          <w:tcPr>
            <w:tcW w:w="0" w:type="auto"/>
            <w:shd w:val="clear" w:color="auto" w:fill="DBE5F1"/>
          </w:tcPr>
          <w:p w14:paraId="4EF2236D" w14:textId="77777777" w:rsidR="007A5E59" w:rsidRDefault="007A5E59"/>
        </w:tc>
        <w:tc>
          <w:tcPr>
            <w:tcW w:w="0" w:type="auto"/>
            <w:shd w:val="clear" w:color="auto" w:fill="DBE5F1"/>
          </w:tcPr>
          <w:p w14:paraId="3A45DDF8" w14:textId="77777777" w:rsidR="007A5E59" w:rsidRDefault="007A5E59"/>
        </w:tc>
        <w:tc>
          <w:tcPr>
            <w:tcW w:w="0" w:type="auto"/>
            <w:shd w:val="clear" w:color="auto" w:fill="DBE5F1"/>
          </w:tcPr>
          <w:p w14:paraId="256156FA" w14:textId="77777777" w:rsidR="007A5E59" w:rsidRDefault="007A5E59"/>
        </w:tc>
        <w:tc>
          <w:tcPr>
            <w:tcW w:w="0" w:type="auto"/>
            <w:shd w:val="clear" w:color="auto" w:fill="DBE5F1"/>
          </w:tcPr>
          <w:p w14:paraId="22526D2B" w14:textId="77777777" w:rsidR="007A5E59" w:rsidRDefault="007A5E59"/>
        </w:tc>
        <w:tc>
          <w:tcPr>
            <w:tcW w:w="0" w:type="auto"/>
            <w:shd w:val="clear" w:color="auto" w:fill="DBE5F1"/>
          </w:tcPr>
          <w:p w14:paraId="4F32D4E0" w14:textId="77777777" w:rsidR="007A5E59" w:rsidRDefault="007A5E59"/>
        </w:tc>
        <w:tc>
          <w:tcPr>
            <w:tcW w:w="0" w:type="auto"/>
            <w:shd w:val="clear" w:color="auto" w:fill="DBE5F1"/>
          </w:tcPr>
          <w:p w14:paraId="6C1D6F70" w14:textId="77777777" w:rsidR="007A5E59" w:rsidRDefault="007A5E59"/>
        </w:tc>
        <w:tc>
          <w:tcPr>
            <w:tcW w:w="0" w:type="auto"/>
            <w:shd w:val="clear" w:color="auto" w:fill="DBE5F1"/>
          </w:tcPr>
          <w:p w14:paraId="40490244" w14:textId="77777777" w:rsidR="007A5E59" w:rsidRDefault="007A5E59"/>
        </w:tc>
        <w:tc>
          <w:tcPr>
            <w:tcW w:w="0" w:type="auto"/>
            <w:shd w:val="clear" w:color="auto" w:fill="DBE5F1"/>
          </w:tcPr>
          <w:p w14:paraId="4BE8B7CE" w14:textId="77777777" w:rsidR="007A5E59" w:rsidRDefault="007A5E59"/>
        </w:tc>
        <w:tc>
          <w:tcPr>
            <w:tcW w:w="0" w:type="auto"/>
            <w:shd w:val="clear" w:color="auto" w:fill="DBE5F1"/>
          </w:tcPr>
          <w:p w14:paraId="39E03027" w14:textId="77777777" w:rsidR="007A5E59" w:rsidRDefault="007A5E59"/>
        </w:tc>
        <w:tc>
          <w:tcPr>
            <w:tcW w:w="0" w:type="auto"/>
            <w:shd w:val="clear" w:color="auto" w:fill="DBE5F1"/>
          </w:tcPr>
          <w:p w14:paraId="68A42B98" w14:textId="77777777" w:rsidR="007A5E59" w:rsidRDefault="007A5E59"/>
        </w:tc>
        <w:tc>
          <w:tcPr>
            <w:tcW w:w="0" w:type="auto"/>
            <w:shd w:val="clear" w:color="auto" w:fill="DBE5F1"/>
          </w:tcPr>
          <w:p w14:paraId="7D2967D7" w14:textId="77777777" w:rsidR="007A5E59" w:rsidRDefault="007A5E59"/>
        </w:tc>
        <w:tc>
          <w:tcPr>
            <w:tcW w:w="0" w:type="auto"/>
            <w:shd w:val="clear" w:color="auto" w:fill="DBE5F1"/>
          </w:tcPr>
          <w:p w14:paraId="3881AC73" w14:textId="77777777" w:rsidR="007A5E59" w:rsidRDefault="007A5E59"/>
        </w:tc>
        <w:tc>
          <w:tcPr>
            <w:tcW w:w="0" w:type="auto"/>
            <w:shd w:val="clear" w:color="auto" w:fill="DBE5F1"/>
          </w:tcPr>
          <w:p w14:paraId="61C18FAB" w14:textId="77777777" w:rsidR="007A5E59" w:rsidRDefault="007A5E59"/>
        </w:tc>
        <w:tc>
          <w:tcPr>
            <w:tcW w:w="0" w:type="auto"/>
            <w:shd w:val="clear" w:color="auto" w:fill="DBE5F1"/>
          </w:tcPr>
          <w:p w14:paraId="59B16F6E" w14:textId="77777777" w:rsidR="007A5E59" w:rsidRDefault="007A5E59"/>
        </w:tc>
        <w:tc>
          <w:tcPr>
            <w:tcW w:w="0" w:type="auto"/>
            <w:shd w:val="clear" w:color="auto" w:fill="DBE5F1"/>
          </w:tcPr>
          <w:p w14:paraId="070CC6C6" w14:textId="77777777" w:rsidR="007A5E59" w:rsidRDefault="007A5E59"/>
        </w:tc>
        <w:tc>
          <w:tcPr>
            <w:tcW w:w="0" w:type="auto"/>
            <w:shd w:val="clear" w:color="auto" w:fill="DBE5F1"/>
          </w:tcPr>
          <w:p w14:paraId="10325E6B" w14:textId="77777777" w:rsidR="007A5E59" w:rsidRDefault="007A5E59"/>
        </w:tc>
        <w:tc>
          <w:tcPr>
            <w:tcW w:w="0" w:type="auto"/>
            <w:shd w:val="clear" w:color="auto" w:fill="DBE5F1"/>
          </w:tcPr>
          <w:p w14:paraId="775CE318" w14:textId="77777777" w:rsidR="007A5E59" w:rsidRDefault="007A5E59"/>
        </w:tc>
        <w:tc>
          <w:tcPr>
            <w:tcW w:w="0" w:type="auto"/>
            <w:shd w:val="clear" w:color="auto" w:fill="DBE5F1"/>
          </w:tcPr>
          <w:p w14:paraId="418100B6" w14:textId="77777777" w:rsidR="007A5E59" w:rsidRDefault="007A5E59"/>
        </w:tc>
        <w:tc>
          <w:tcPr>
            <w:tcW w:w="0" w:type="auto"/>
            <w:shd w:val="clear" w:color="auto" w:fill="DBE5F1"/>
          </w:tcPr>
          <w:p w14:paraId="0D051CAA" w14:textId="77777777" w:rsidR="007A5E59" w:rsidRDefault="007A5E59"/>
        </w:tc>
      </w:tr>
      <w:tr w:rsidR="007A5E59" w14:paraId="174B2BAD" w14:textId="77777777">
        <w:trPr>
          <w:jc w:val="center"/>
        </w:trPr>
        <w:tc>
          <w:tcPr>
            <w:tcW w:w="0" w:type="auto"/>
          </w:tcPr>
          <w:p w14:paraId="0423520D" w14:textId="77777777" w:rsidR="007A5E59" w:rsidRPr="00312815" w:rsidRDefault="0095198F">
            <w:pPr>
              <w:rPr>
                <w:lang w:val="ru-RU"/>
              </w:rPr>
            </w:pPr>
            <w:r w:rsidRPr="00312815">
              <w:rPr>
                <w:lang w:val="ru-RU"/>
              </w:rPr>
              <w:t>Материальная характеристика, м² (2·</w:t>
            </w:r>
            <w:r>
              <w:t>S</w:t>
            </w:r>
            <w:r w:rsidRPr="00312815">
              <w:rPr>
                <w:lang w:val="ru-RU"/>
              </w:rPr>
              <w:t>/</w:t>
            </w:r>
            <w:r>
              <w:t>π</w:t>
            </w:r>
            <w:r w:rsidRPr="00312815">
              <w:rPr>
                <w:lang w:val="ru-RU"/>
              </w:rPr>
              <w:t>)</w:t>
            </w:r>
          </w:p>
        </w:tc>
        <w:tc>
          <w:tcPr>
            <w:tcW w:w="0" w:type="auto"/>
          </w:tcPr>
          <w:p w14:paraId="5A0F7A76" w14:textId="77777777" w:rsidR="007A5E59" w:rsidRDefault="0095198F">
            <w:pPr>
              <w:jc w:val="center"/>
            </w:pPr>
            <w:r>
              <w:t>5 398,49</w:t>
            </w:r>
          </w:p>
        </w:tc>
        <w:tc>
          <w:tcPr>
            <w:tcW w:w="0" w:type="auto"/>
          </w:tcPr>
          <w:p w14:paraId="1ED9F47C" w14:textId="77777777" w:rsidR="007A5E59" w:rsidRDefault="007A5E59"/>
        </w:tc>
        <w:tc>
          <w:tcPr>
            <w:tcW w:w="0" w:type="auto"/>
          </w:tcPr>
          <w:p w14:paraId="2A84F6F0" w14:textId="77777777" w:rsidR="007A5E59" w:rsidRDefault="007A5E59"/>
        </w:tc>
        <w:tc>
          <w:tcPr>
            <w:tcW w:w="0" w:type="auto"/>
          </w:tcPr>
          <w:p w14:paraId="4A023060" w14:textId="77777777" w:rsidR="007A5E59" w:rsidRDefault="007A5E59"/>
        </w:tc>
        <w:tc>
          <w:tcPr>
            <w:tcW w:w="0" w:type="auto"/>
          </w:tcPr>
          <w:p w14:paraId="5106AEE3" w14:textId="77777777" w:rsidR="007A5E59" w:rsidRDefault="007A5E59"/>
        </w:tc>
        <w:tc>
          <w:tcPr>
            <w:tcW w:w="0" w:type="auto"/>
          </w:tcPr>
          <w:p w14:paraId="08701668" w14:textId="77777777" w:rsidR="007A5E59" w:rsidRDefault="007A5E59"/>
        </w:tc>
        <w:tc>
          <w:tcPr>
            <w:tcW w:w="0" w:type="auto"/>
          </w:tcPr>
          <w:p w14:paraId="4F184263" w14:textId="77777777" w:rsidR="007A5E59" w:rsidRDefault="007A5E59"/>
        </w:tc>
        <w:tc>
          <w:tcPr>
            <w:tcW w:w="0" w:type="auto"/>
          </w:tcPr>
          <w:p w14:paraId="70B7A90D" w14:textId="77777777" w:rsidR="007A5E59" w:rsidRDefault="007A5E59"/>
        </w:tc>
        <w:tc>
          <w:tcPr>
            <w:tcW w:w="0" w:type="auto"/>
          </w:tcPr>
          <w:p w14:paraId="50DD56CD" w14:textId="77777777" w:rsidR="007A5E59" w:rsidRDefault="007A5E59"/>
        </w:tc>
        <w:tc>
          <w:tcPr>
            <w:tcW w:w="0" w:type="auto"/>
          </w:tcPr>
          <w:p w14:paraId="5657D2B5" w14:textId="77777777" w:rsidR="007A5E59" w:rsidRDefault="007A5E59"/>
        </w:tc>
        <w:tc>
          <w:tcPr>
            <w:tcW w:w="0" w:type="auto"/>
          </w:tcPr>
          <w:p w14:paraId="023B5A9A" w14:textId="77777777" w:rsidR="007A5E59" w:rsidRDefault="007A5E59"/>
        </w:tc>
        <w:tc>
          <w:tcPr>
            <w:tcW w:w="0" w:type="auto"/>
          </w:tcPr>
          <w:p w14:paraId="3A0F6830" w14:textId="77777777" w:rsidR="007A5E59" w:rsidRDefault="007A5E59"/>
        </w:tc>
        <w:tc>
          <w:tcPr>
            <w:tcW w:w="0" w:type="auto"/>
          </w:tcPr>
          <w:p w14:paraId="7C1CD3A6" w14:textId="77777777" w:rsidR="007A5E59" w:rsidRDefault="007A5E59"/>
        </w:tc>
        <w:tc>
          <w:tcPr>
            <w:tcW w:w="0" w:type="auto"/>
          </w:tcPr>
          <w:p w14:paraId="78F092D1" w14:textId="77777777" w:rsidR="007A5E59" w:rsidRDefault="007A5E59"/>
        </w:tc>
        <w:tc>
          <w:tcPr>
            <w:tcW w:w="0" w:type="auto"/>
          </w:tcPr>
          <w:p w14:paraId="403D6485" w14:textId="77777777" w:rsidR="007A5E59" w:rsidRDefault="007A5E59"/>
        </w:tc>
        <w:tc>
          <w:tcPr>
            <w:tcW w:w="0" w:type="auto"/>
          </w:tcPr>
          <w:p w14:paraId="0E462141" w14:textId="77777777" w:rsidR="007A5E59" w:rsidRDefault="007A5E59"/>
        </w:tc>
        <w:tc>
          <w:tcPr>
            <w:tcW w:w="0" w:type="auto"/>
          </w:tcPr>
          <w:p w14:paraId="33767369" w14:textId="77777777" w:rsidR="007A5E59" w:rsidRDefault="007A5E59"/>
        </w:tc>
        <w:tc>
          <w:tcPr>
            <w:tcW w:w="0" w:type="auto"/>
          </w:tcPr>
          <w:p w14:paraId="623650D8" w14:textId="77777777" w:rsidR="007A5E59" w:rsidRDefault="007A5E59"/>
        </w:tc>
        <w:tc>
          <w:tcPr>
            <w:tcW w:w="0" w:type="auto"/>
          </w:tcPr>
          <w:p w14:paraId="58C8562B" w14:textId="77777777" w:rsidR="007A5E59" w:rsidRDefault="007A5E59"/>
        </w:tc>
        <w:tc>
          <w:tcPr>
            <w:tcW w:w="0" w:type="auto"/>
          </w:tcPr>
          <w:p w14:paraId="189E9873" w14:textId="77777777" w:rsidR="007A5E59" w:rsidRDefault="007A5E59"/>
        </w:tc>
      </w:tr>
      <w:tr w:rsidR="007A5E59" w:rsidRPr="00C07C05" w14:paraId="1D942D51" w14:textId="77777777">
        <w:trPr>
          <w:jc w:val="center"/>
        </w:trPr>
        <w:tc>
          <w:tcPr>
            <w:tcW w:w="0" w:type="auto"/>
          </w:tcPr>
          <w:p w14:paraId="39D752A8" w14:textId="77777777" w:rsidR="007A5E59" w:rsidRPr="00312815" w:rsidRDefault="0095198F">
            <w:pPr>
              <w:rPr>
                <w:lang w:val="ru-RU"/>
              </w:rPr>
            </w:pPr>
            <w:r w:rsidRPr="00312815">
              <w:rPr>
                <w:lang w:val="ru-RU"/>
              </w:rPr>
              <w:t>БЛОК 4. Параметры, программа мероприятий и контроль</w:t>
            </w:r>
          </w:p>
        </w:tc>
        <w:tc>
          <w:tcPr>
            <w:tcW w:w="0" w:type="auto"/>
          </w:tcPr>
          <w:p w14:paraId="148AC376" w14:textId="77777777" w:rsidR="007A5E59" w:rsidRPr="00312815" w:rsidRDefault="007A5E59">
            <w:pPr>
              <w:rPr>
                <w:lang w:val="ru-RU"/>
              </w:rPr>
            </w:pPr>
          </w:p>
        </w:tc>
        <w:tc>
          <w:tcPr>
            <w:tcW w:w="0" w:type="auto"/>
          </w:tcPr>
          <w:p w14:paraId="2A7943D6" w14:textId="77777777" w:rsidR="007A5E59" w:rsidRPr="00312815" w:rsidRDefault="007A5E59">
            <w:pPr>
              <w:rPr>
                <w:lang w:val="ru-RU"/>
              </w:rPr>
            </w:pPr>
          </w:p>
        </w:tc>
        <w:tc>
          <w:tcPr>
            <w:tcW w:w="0" w:type="auto"/>
          </w:tcPr>
          <w:p w14:paraId="092C248A" w14:textId="77777777" w:rsidR="007A5E59" w:rsidRPr="00312815" w:rsidRDefault="007A5E59">
            <w:pPr>
              <w:rPr>
                <w:lang w:val="ru-RU"/>
              </w:rPr>
            </w:pPr>
          </w:p>
        </w:tc>
        <w:tc>
          <w:tcPr>
            <w:tcW w:w="0" w:type="auto"/>
          </w:tcPr>
          <w:p w14:paraId="7D8273A8" w14:textId="77777777" w:rsidR="007A5E59" w:rsidRPr="00312815" w:rsidRDefault="007A5E59">
            <w:pPr>
              <w:rPr>
                <w:lang w:val="ru-RU"/>
              </w:rPr>
            </w:pPr>
          </w:p>
        </w:tc>
        <w:tc>
          <w:tcPr>
            <w:tcW w:w="0" w:type="auto"/>
          </w:tcPr>
          <w:p w14:paraId="109BF6B6" w14:textId="77777777" w:rsidR="007A5E59" w:rsidRPr="00312815" w:rsidRDefault="007A5E59">
            <w:pPr>
              <w:rPr>
                <w:lang w:val="ru-RU"/>
              </w:rPr>
            </w:pPr>
          </w:p>
        </w:tc>
        <w:tc>
          <w:tcPr>
            <w:tcW w:w="0" w:type="auto"/>
          </w:tcPr>
          <w:p w14:paraId="4A544F33" w14:textId="77777777" w:rsidR="007A5E59" w:rsidRPr="00312815" w:rsidRDefault="007A5E59">
            <w:pPr>
              <w:rPr>
                <w:lang w:val="ru-RU"/>
              </w:rPr>
            </w:pPr>
          </w:p>
        </w:tc>
        <w:tc>
          <w:tcPr>
            <w:tcW w:w="0" w:type="auto"/>
          </w:tcPr>
          <w:p w14:paraId="1F6F4261" w14:textId="77777777" w:rsidR="007A5E59" w:rsidRPr="00312815" w:rsidRDefault="007A5E59">
            <w:pPr>
              <w:rPr>
                <w:lang w:val="ru-RU"/>
              </w:rPr>
            </w:pPr>
          </w:p>
        </w:tc>
        <w:tc>
          <w:tcPr>
            <w:tcW w:w="0" w:type="auto"/>
          </w:tcPr>
          <w:p w14:paraId="0A523778" w14:textId="77777777" w:rsidR="007A5E59" w:rsidRPr="00312815" w:rsidRDefault="007A5E59">
            <w:pPr>
              <w:rPr>
                <w:lang w:val="ru-RU"/>
              </w:rPr>
            </w:pPr>
          </w:p>
        </w:tc>
        <w:tc>
          <w:tcPr>
            <w:tcW w:w="0" w:type="auto"/>
          </w:tcPr>
          <w:p w14:paraId="0F269ADD" w14:textId="77777777" w:rsidR="007A5E59" w:rsidRPr="00312815" w:rsidRDefault="007A5E59">
            <w:pPr>
              <w:rPr>
                <w:lang w:val="ru-RU"/>
              </w:rPr>
            </w:pPr>
          </w:p>
        </w:tc>
        <w:tc>
          <w:tcPr>
            <w:tcW w:w="0" w:type="auto"/>
          </w:tcPr>
          <w:p w14:paraId="570FC077" w14:textId="77777777" w:rsidR="007A5E59" w:rsidRPr="00312815" w:rsidRDefault="007A5E59">
            <w:pPr>
              <w:rPr>
                <w:lang w:val="ru-RU"/>
              </w:rPr>
            </w:pPr>
          </w:p>
        </w:tc>
        <w:tc>
          <w:tcPr>
            <w:tcW w:w="0" w:type="auto"/>
          </w:tcPr>
          <w:p w14:paraId="12576735" w14:textId="77777777" w:rsidR="007A5E59" w:rsidRPr="00312815" w:rsidRDefault="007A5E59">
            <w:pPr>
              <w:rPr>
                <w:lang w:val="ru-RU"/>
              </w:rPr>
            </w:pPr>
          </w:p>
        </w:tc>
        <w:tc>
          <w:tcPr>
            <w:tcW w:w="0" w:type="auto"/>
          </w:tcPr>
          <w:p w14:paraId="3E1F04CA" w14:textId="77777777" w:rsidR="007A5E59" w:rsidRPr="00312815" w:rsidRDefault="007A5E59">
            <w:pPr>
              <w:rPr>
                <w:lang w:val="ru-RU"/>
              </w:rPr>
            </w:pPr>
          </w:p>
        </w:tc>
        <w:tc>
          <w:tcPr>
            <w:tcW w:w="0" w:type="auto"/>
          </w:tcPr>
          <w:p w14:paraId="47079D7D" w14:textId="77777777" w:rsidR="007A5E59" w:rsidRPr="00312815" w:rsidRDefault="007A5E59">
            <w:pPr>
              <w:rPr>
                <w:lang w:val="ru-RU"/>
              </w:rPr>
            </w:pPr>
          </w:p>
        </w:tc>
        <w:tc>
          <w:tcPr>
            <w:tcW w:w="0" w:type="auto"/>
          </w:tcPr>
          <w:p w14:paraId="0A3191AA" w14:textId="77777777" w:rsidR="007A5E59" w:rsidRPr="00312815" w:rsidRDefault="007A5E59">
            <w:pPr>
              <w:rPr>
                <w:lang w:val="ru-RU"/>
              </w:rPr>
            </w:pPr>
          </w:p>
        </w:tc>
        <w:tc>
          <w:tcPr>
            <w:tcW w:w="0" w:type="auto"/>
          </w:tcPr>
          <w:p w14:paraId="2AADE4A6" w14:textId="77777777" w:rsidR="007A5E59" w:rsidRPr="00312815" w:rsidRDefault="007A5E59">
            <w:pPr>
              <w:rPr>
                <w:lang w:val="ru-RU"/>
              </w:rPr>
            </w:pPr>
          </w:p>
        </w:tc>
        <w:tc>
          <w:tcPr>
            <w:tcW w:w="0" w:type="auto"/>
          </w:tcPr>
          <w:p w14:paraId="6C298F7D" w14:textId="77777777" w:rsidR="007A5E59" w:rsidRPr="00312815" w:rsidRDefault="007A5E59">
            <w:pPr>
              <w:rPr>
                <w:lang w:val="ru-RU"/>
              </w:rPr>
            </w:pPr>
          </w:p>
        </w:tc>
        <w:tc>
          <w:tcPr>
            <w:tcW w:w="0" w:type="auto"/>
          </w:tcPr>
          <w:p w14:paraId="1172B0CA" w14:textId="77777777" w:rsidR="007A5E59" w:rsidRPr="00312815" w:rsidRDefault="007A5E59">
            <w:pPr>
              <w:rPr>
                <w:lang w:val="ru-RU"/>
              </w:rPr>
            </w:pPr>
          </w:p>
        </w:tc>
        <w:tc>
          <w:tcPr>
            <w:tcW w:w="0" w:type="auto"/>
          </w:tcPr>
          <w:p w14:paraId="77F4EAF4" w14:textId="77777777" w:rsidR="007A5E59" w:rsidRPr="00312815" w:rsidRDefault="007A5E59">
            <w:pPr>
              <w:rPr>
                <w:lang w:val="ru-RU"/>
              </w:rPr>
            </w:pPr>
          </w:p>
        </w:tc>
        <w:tc>
          <w:tcPr>
            <w:tcW w:w="0" w:type="auto"/>
          </w:tcPr>
          <w:p w14:paraId="09E68DFA" w14:textId="77777777" w:rsidR="007A5E59" w:rsidRPr="00312815" w:rsidRDefault="007A5E59">
            <w:pPr>
              <w:rPr>
                <w:lang w:val="ru-RU"/>
              </w:rPr>
            </w:pPr>
          </w:p>
        </w:tc>
        <w:tc>
          <w:tcPr>
            <w:tcW w:w="0" w:type="auto"/>
          </w:tcPr>
          <w:p w14:paraId="6CE162B2" w14:textId="77777777" w:rsidR="007A5E59" w:rsidRPr="00312815" w:rsidRDefault="007A5E59">
            <w:pPr>
              <w:rPr>
                <w:lang w:val="ru-RU"/>
              </w:rPr>
            </w:pPr>
          </w:p>
        </w:tc>
      </w:tr>
      <w:tr w:rsidR="007A5E59" w14:paraId="675590FB" w14:textId="77777777">
        <w:trPr>
          <w:jc w:val="center"/>
        </w:trPr>
        <w:tc>
          <w:tcPr>
            <w:tcW w:w="0" w:type="auto"/>
          </w:tcPr>
          <w:p w14:paraId="589B5092" w14:textId="77777777" w:rsidR="007A5E59" w:rsidRPr="00312815" w:rsidRDefault="0095198F">
            <w:pPr>
              <w:rPr>
                <w:lang w:val="ru-RU"/>
              </w:rPr>
            </w:pPr>
            <w:r w:rsidRPr="00312815">
              <w:rPr>
                <w:lang w:val="ru-RU"/>
              </w:rPr>
              <w:t>Принятый расчётный срок службы, лет</w:t>
            </w:r>
          </w:p>
        </w:tc>
        <w:tc>
          <w:tcPr>
            <w:tcW w:w="0" w:type="auto"/>
          </w:tcPr>
          <w:p w14:paraId="596ECA34" w14:textId="77777777" w:rsidR="007A5E59" w:rsidRDefault="0095198F">
            <w:pPr>
              <w:jc w:val="center"/>
            </w:pPr>
            <w:r>
              <w:t>25,0</w:t>
            </w:r>
          </w:p>
        </w:tc>
        <w:tc>
          <w:tcPr>
            <w:tcW w:w="0" w:type="auto"/>
          </w:tcPr>
          <w:p w14:paraId="0A500C94" w14:textId="77777777" w:rsidR="007A5E59" w:rsidRDefault="007A5E59"/>
        </w:tc>
        <w:tc>
          <w:tcPr>
            <w:tcW w:w="0" w:type="auto"/>
          </w:tcPr>
          <w:p w14:paraId="3BFF3B85" w14:textId="77777777" w:rsidR="007A5E59" w:rsidRDefault="007A5E59"/>
        </w:tc>
        <w:tc>
          <w:tcPr>
            <w:tcW w:w="0" w:type="auto"/>
          </w:tcPr>
          <w:p w14:paraId="499B282B" w14:textId="77777777" w:rsidR="007A5E59" w:rsidRDefault="007A5E59"/>
        </w:tc>
        <w:tc>
          <w:tcPr>
            <w:tcW w:w="0" w:type="auto"/>
          </w:tcPr>
          <w:p w14:paraId="6060E511" w14:textId="77777777" w:rsidR="007A5E59" w:rsidRDefault="007A5E59"/>
        </w:tc>
        <w:tc>
          <w:tcPr>
            <w:tcW w:w="0" w:type="auto"/>
          </w:tcPr>
          <w:p w14:paraId="0040A927" w14:textId="77777777" w:rsidR="007A5E59" w:rsidRDefault="007A5E59"/>
        </w:tc>
        <w:tc>
          <w:tcPr>
            <w:tcW w:w="0" w:type="auto"/>
          </w:tcPr>
          <w:p w14:paraId="4BA5E6D4" w14:textId="77777777" w:rsidR="007A5E59" w:rsidRDefault="007A5E59"/>
        </w:tc>
        <w:tc>
          <w:tcPr>
            <w:tcW w:w="0" w:type="auto"/>
          </w:tcPr>
          <w:p w14:paraId="36952C8F" w14:textId="77777777" w:rsidR="007A5E59" w:rsidRDefault="007A5E59"/>
        </w:tc>
        <w:tc>
          <w:tcPr>
            <w:tcW w:w="0" w:type="auto"/>
          </w:tcPr>
          <w:p w14:paraId="13DB2E23" w14:textId="77777777" w:rsidR="007A5E59" w:rsidRDefault="007A5E59"/>
        </w:tc>
        <w:tc>
          <w:tcPr>
            <w:tcW w:w="0" w:type="auto"/>
          </w:tcPr>
          <w:p w14:paraId="5A85B36E" w14:textId="77777777" w:rsidR="007A5E59" w:rsidRDefault="007A5E59"/>
        </w:tc>
        <w:tc>
          <w:tcPr>
            <w:tcW w:w="0" w:type="auto"/>
          </w:tcPr>
          <w:p w14:paraId="56415E13" w14:textId="77777777" w:rsidR="007A5E59" w:rsidRDefault="007A5E59"/>
        </w:tc>
        <w:tc>
          <w:tcPr>
            <w:tcW w:w="0" w:type="auto"/>
          </w:tcPr>
          <w:p w14:paraId="24C2D3F3" w14:textId="77777777" w:rsidR="007A5E59" w:rsidRDefault="007A5E59"/>
        </w:tc>
        <w:tc>
          <w:tcPr>
            <w:tcW w:w="0" w:type="auto"/>
          </w:tcPr>
          <w:p w14:paraId="6149CAF8" w14:textId="77777777" w:rsidR="007A5E59" w:rsidRDefault="007A5E59"/>
        </w:tc>
        <w:tc>
          <w:tcPr>
            <w:tcW w:w="0" w:type="auto"/>
          </w:tcPr>
          <w:p w14:paraId="66FC870D" w14:textId="77777777" w:rsidR="007A5E59" w:rsidRDefault="007A5E59"/>
        </w:tc>
        <w:tc>
          <w:tcPr>
            <w:tcW w:w="0" w:type="auto"/>
          </w:tcPr>
          <w:p w14:paraId="00D5DA57" w14:textId="77777777" w:rsidR="007A5E59" w:rsidRDefault="007A5E59"/>
        </w:tc>
        <w:tc>
          <w:tcPr>
            <w:tcW w:w="0" w:type="auto"/>
          </w:tcPr>
          <w:p w14:paraId="2725DC33" w14:textId="77777777" w:rsidR="007A5E59" w:rsidRDefault="007A5E59"/>
        </w:tc>
        <w:tc>
          <w:tcPr>
            <w:tcW w:w="0" w:type="auto"/>
          </w:tcPr>
          <w:p w14:paraId="727D6AE4" w14:textId="77777777" w:rsidR="007A5E59" w:rsidRDefault="007A5E59"/>
        </w:tc>
        <w:tc>
          <w:tcPr>
            <w:tcW w:w="0" w:type="auto"/>
          </w:tcPr>
          <w:p w14:paraId="507A946A" w14:textId="77777777" w:rsidR="007A5E59" w:rsidRDefault="007A5E59"/>
        </w:tc>
        <w:tc>
          <w:tcPr>
            <w:tcW w:w="0" w:type="auto"/>
          </w:tcPr>
          <w:p w14:paraId="099C982D" w14:textId="77777777" w:rsidR="007A5E59" w:rsidRDefault="007A5E59"/>
        </w:tc>
        <w:tc>
          <w:tcPr>
            <w:tcW w:w="0" w:type="auto"/>
          </w:tcPr>
          <w:p w14:paraId="5786BEE1" w14:textId="77777777" w:rsidR="007A5E59" w:rsidRDefault="007A5E59"/>
        </w:tc>
      </w:tr>
      <w:tr w:rsidR="007A5E59" w14:paraId="2A82148C" w14:textId="77777777">
        <w:trPr>
          <w:jc w:val="center"/>
        </w:trPr>
        <w:tc>
          <w:tcPr>
            <w:tcW w:w="0" w:type="auto"/>
            <w:shd w:val="clear" w:color="auto" w:fill="DBE5F1"/>
          </w:tcPr>
          <w:p w14:paraId="58A7E5D1" w14:textId="77777777" w:rsidR="007A5E59" w:rsidRDefault="0095198F">
            <w:r>
              <w:rPr>
                <w:b/>
              </w:rPr>
              <w:t>Всего участков в базе</w:t>
            </w:r>
          </w:p>
        </w:tc>
        <w:tc>
          <w:tcPr>
            <w:tcW w:w="0" w:type="auto"/>
            <w:shd w:val="clear" w:color="auto" w:fill="DBE5F1"/>
          </w:tcPr>
          <w:p w14:paraId="3C286DB3" w14:textId="77777777" w:rsidR="007A5E59" w:rsidRDefault="0095198F">
            <w:pPr>
              <w:jc w:val="center"/>
            </w:pPr>
            <w:r>
              <w:rPr>
                <w:b/>
              </w:rPr>
              <w:t>379,0</w:t>
            </w:r>
          </w:p>
        </w:tc>
        <w:tc>
          <w:tcPr>
            <w:tcW w:w="0" w:type="auto"/>
            <w:shd w:val="clear" w:color="auto" w:fill="DBE5F1"/>
          </w:tcPr>
          <w:p w14:paraId="76053FA5" w14:textId="77777777" w:rsidR="007A5E59" w:rsidRDefault="007A5E59"/>
        </w:tc>
        <w:tc>
          <w:tcPr>
            <w:tcW w:w="0" w:type="auto"/>
            <w:shd w:val="clear" w:color="auto" w:fill="DBE5F1"/>
          </w:tcPr>
          <w:p w14:paraId="4267920E" w14:textId="77777777" w:rsidR="007A5E59" w:rsidRDefault="007A5E59"/>
        </w:tc>
        <w:tc>
          <w:tcPr>
            <w:tcW w:w="0" w:type="auto"/>
            <w:shd w:val="clear" w:color="auto" w:fill="DBE5F1"/>
          </w:tcPr>
          <w:p w14:paraId="1A5AF955" w14:textId="77777777" w:rsidR="007A5E59" w:rsidRDefault="007A5E59"/>
        </w:tc>
        <w:tc>
          <w:tcPr>
            <w:tcW w:w="0" w:type="auto"/>
            <w:shd w:val="clear" w:color="auto" w:fill="DBE5F1"/>
          </w:tcPr>
          <w:p w14:paraId="2F1BE7FA" w14:textId="77777777" w:rsidR="007A5E59" w:rsidRDefault="007A5E59"/>
        </w:tc>
        <w:tc>
          <w:tcPr>
            <w:tcW w:w="0" w:type="auto"/>
            <w:shd w:val="clear" w:color="auto" w:fill="DBE5F1"/>
          </w:tcPr>
          <w:p w14:paraId="5C9F4134" w14:textId="77777777" w:rsidR="007A5E59" w:rsidRDefault="007A5E59"/>
        </w:tc>
        <w:tc>
          <w:tcPr>
            <w:tcW w:w="0" w:type="auto"/>
            <w:shd w:val="clear" w:color="auto" w:fill="DBE5F1"/>
          </w:tcPr>
          <w:p w14:paraId="64954A7F" w14:textId="77777777" w:rsidR="007A5E59" w:rsidRDefault="007A5E59"/>
        </w:tc>
        <w:tc>
          <w:tcPr>
            <w:tcW w:w="0" w:type="auto"/>
            <w:shd w:val="clear" w:color="auto" w:fill="DBE5F1"/>
          </w:tcPr>
          <w:p w14:paraId="4E57C579" w14:textId="77777777" w:rsidR="007A5E59" w:rsidRDefault="007A5E59"/>
        </w:tc>
        <w:tc>
          <w:tcPr>
            <w:tcW w:w="0" w:type="auto"/>
            <w:shd w:val="clear" w:color="auto" w:fill="DBE5F1"/>
          </w:tcPr>
          <w:p w14:paraId="183F9CE9" w14:textId="77777777" w:rsidR="007A5E59" w:rsidRDefault="007A5E59"/>
        </w:tc>
        <w:tc>
          <w:tcPr>
            <w:tcW w:w="0" w:type="auto"/>
            <w:shd w:val="clear" w:color="auto" w:fill="DBE5F1"/>
          </w:tcPr>
          <w:p w14:paraId="5B7343FA" w14:textId="77777777" w:rsidR="007A5E59" w:rsidRDefault="007A5E59"/>
        </w:tc>
        <w:tc>
          <w:tcPr>
            <w:tcW w:w="0" w:type="auto"/>
            <w:shd w:val="clear" w:color="auto" w:fill="DBE5F1"/>
          </w:tcPr>
          <w:p w14:paraId="7003A389" w14:textId="77777777" w:rsidR="007A5E59" w:rsidRDefault="007A5E59"/>
        </w:tc>
        <w:tc>
          <w:tcPr>
            <w:tcW w:w="0" w:type="auto"/>
            <w:shd w:val="clear" w:color="auto" w:fill="DBE5F1"/>
          </w:tcPr>
          <w:p w14:paraId="56A5B72E" w14:textId="77777777" w:rsidR="007A5E59" w:rsidRDefault="007A5E59"/>
        </w:tc>
        <w:tc>
          <w:tcPr>
            <w:tcW w:w="0" w:type="auto"/>
            <w:shd w:val="clear" w:color="auto" w:fill="DBE5F1"/>
          </w:tcPr>
          <w:p w14:paraId="2E7135A8" w14:textId="77777777" w:rsidR="007A5E59" w:rsidRDefault="007A5E59"/>
        </w:tc>
        <w:tc>
          <w:tcPr>
            <w:tcW w:w="0" w:type="auto"/>
            <w:shd w:val="clear" w:color="auto" w:fill="DBE5F1"/>
          </w:tcPr>
          <w:p w14:paraId="48242E9F" w14:textId="77777777" w:rsidR="007A5E59" w:rsidRDefault="007A5E59"/>
        </w:tc>
        <w:tc>
          <w:tcPr>
            <w:tcW w:w="0" w:type="auto"/>
            <w:shd w:val="clear" w:color="auto" w:fill="DBE5F1"/>
          </w:tcPr>
          <w:p w14:paraId="2F1D5345" w14:textId="77777777" w:rsidR="007A5E59" w:rsidRDefault="007A5E59"/>
        </w:tc>
        <w:tc>
          <w:tcPr>
            <w:tcW w:w="0" w:type="auto"/>
            <w:shd w:val="clear" w:color="auto" w:fill="DBE5F1"/>
          </w:tcPr>
          <w:p w14:paraId="131038D0" w14:textId="77777777" w:rsidR="007A5E59" w:rsidRDefault="007A5E59"/>
        </w:tc>
        <w:tc>
          <w:tcPr>
            <w:tcW w:w="0" w:type="auto"/>
            <w:shd w:val="clear" w:color="auto" w:fill="DBE5F1"/>
          </w:tcPr>
          <w:p w14:paraId="7060469F" w14:textId="77777777" w:rsidR="007A5E59" w:rsidRDefault="007A5E59"/>
        </w:tc>
        <w:tc>
          <w:tcPr>
            <w:tcW w:w="0" w:type="auto"/>
            <w:shd w:val="clear" w:color="auto" w:fill="DBE5F1"/>
          </w:tcPr>
          <w:p w14:paraId="38823168" w14:textId="77777777" w:rsidR="007A5E59" w:rsidRDefault="007A5E59"/>
        </w:tc>
        <w:tc>
          <w:tcPr>
            <w:tcW w:w="0" w:type="auto"/>
            <w:shd w:val="clear" w:color="auto" w:fill="DBE5F1"/>
          </w:tcPr>
          <w:p w14:paraId="75AE2F21" w14:textId="77777777" w:rsidR="007A5E59" w:rsidRDefault="007A5E59"/>
        </w:tc>
        <w:tc>
          <w:tcPr>
            <w:tcW w:w="0" w:type="auto"/>
            <w:shd w:val="clear" w:color="auto" w:fill="DBE5F1"/>
          </w:tcPr>
          <w:p w14:paraId="365308B7" w14:textId="77777777" w:rsidR="007A5E59" w:rsidRDefault="007A5E59"/>
        </w:tc>
      </w:tr>
      <w:tr w:rsidR="007A5E59" w14:paraId="57BCBEAB" w14:textId="77777777">
        <w:trPr>
          <w:jc w:val="center"/>
        </w:trPr>
        <w:tc>
          <w:tcPr>
            <w:tcW w:w="0" w:type="auto"/>
          </w:tcPr>
          <w:p w14:paraId="5B5AFDF3" w14:textId="77777777" w:rsidR="007A5E59" w:rsidRPr="00312815" w:rsidRDefault="0095198F">
            <w:pPr>
              <w:rPr>
                <w:lang w:val="ru-RU"/>
              </w:rPr>
            </w:pPr>
            <w:r w:rsidRPr="00312815">
              <w:rPr>
                <w:lang w:val="ru-RU"/>
              </w:rPr>
              <w:t>Участков вне горизонта 2026–2036 (год ввода 2012 и позднее)</w:t>
            </w:r>
          </w:p>
        </w:tc>
        <w:tc>
          <w:tcPr>
            <w:tcW w:w="0" w:type="auto"/>
          </w:tcPr>
          <w:p w14:paraId="4CCD2ADE" w14:textId="77777777" w:rsidR="007A5E59" w:rsidRDefault="0095198F">
            <w:pPr>
              <w:jc w:val="center"/>
            </w:pPr>
            <w:r>
              <w:t>17,0</w:t>
            </w:r>
          </w:p>
        </w:tc>
        <w:tc>
          <w:tcPr>
            <w:tcW w:w="0" w:type="auto"/>
          </w:tcPr>
          <w:p w14:paraId="75F26D72" w14:textId="77777777" w:rsidR="007A5E59" w:rsidRDefault="007A5E59"/>
        </w:tc>
        <w:tc>
          <w:tcPr>
            <w:tcW w:w="0" w:type="auto"/>
          </w:tcPr>
          <w:p w14:paraId="705DB6B5" w14:textId="77777777" w:rsidR="007A5E59" w:rsidRDefault="007A5E59"/>
        </w:tc>
        <w:tc>
          <w:tcPr>
            <w:tcW w:w="0" w:type="auto"/>
          </w:tcPr>
          <w:p w14:paraId="5637272D" w14:textId="77777777" w:rsidR="007A5E59" w:rsidRDefault="007A5E59"/>
        </w:tc>
        <w:tc>
          <w:tcPr>
            <w:tcW w:w="0" w:type="auto"/>
          </w:tcPr>
          <w:p w14:paraId="1CE6D911" w14:textId="77777777" w:rsidR="007A5E59" w:rsidRDefault="007A5E59"/>
        </w:tc>
        <w:tc>
          <w:tcPr>
            <w:tcW w:w="0" w:type="auto"/>
          </w:tcPr>
          <w:p w14:paraId="5F223458" w14:textId="77777777" w:rsidR="007A5E59" w:rsidRDefault="007A5E59"/>
        </w:tc>
        <w:tc>
          <w:tcPr>
            <w:tcW w:w="0" w:type="auto"/>
          </w:tcPr>
          <w:p w14:paraId="3E3F05A3" w14:textId="77777777" w:rsidR="007A5E59" w:rsidRDefault="007A5E59"/>
        </w:tc>
        <w:tc>
          <w:tcPr>
            <w:tcW w:w="0" w:type="auto"/>
          </w:tcPr>
          <w:p w14:paraId="12C806C0" w14:textId="77777777" w:rsidR="007A5E59" w:rsidRDefault="007A5E59"/>
        </w:tc>
        <w:tc>
          <w:tcPr>
            <w:tcW w:w="0" w:type="auto"/>
          </w:tcPr>
          <w:p w14:paraId="1EB7A0A2" w14:textId="77777777" w:rsidR="007A5E59" w:rsidRDefault="007A5E59"/>
        </w:tc>
        <w:tc>
          <w:tcPr>
            <w:tcW w:w="0" w:type="auto"/>
          </w:tcPr>
          <w:p w14:paraId="059A3920" w14:textId="77777777" w:rsidR="007A5E59" w:rsidRDefault="007A5E59"/>
        </w:tc>
        <w:tc>
          <w:tcPr>
            <w:tcW w:w="0" w:type="auto"/>
          </w:tcPr>
          <w:p w14:paraId="088E450A" w14:textId="77777777" w:rsidR="007A5E59" w:rsidRDefault="007A5E59"/>
        </w:tc>
        <w:tc>
          <w:tcPr>
            <w:tcW w:w="0" w:type="auto"/>
          </w:tcPr>
          <w:p w14:paraId="54FB3DE3" w14:textId="77777777" w:rsidR="007A5E59" w:rsidRDefault="007A5E59"/>
        </w:tc>
        <w:tc>
          <w:tcPr>
            <w:tcW w:w="0" w:type="auto"/>
          </w:tcPr>
          <w:p w14:paraId="45822294" w14:textId="77777777" w:rsidR="007A5E59" w:rsidRDefault="007A5E59"/>
        </w:tc>
        <w:tc>
          <w:tcPr>
            <w:tcW w:w="0" w:type="auto"/>
          </w:tcPr>
          <w:p w14:paraId="2C755DEF" w14:textId="77777777" w:rsidR="007A5E59" w:rsidRDefault="007A5E59"/>
        </w:tc>
        <w:tc>
          <w:tcPr>
            <w:tcW w:w="0" w:type="auto"/>
          </w:tcPr>
          <w:p w14:paraId="2DA16F52" w14:textId="77777777" w:rsidR="007A5E59" w:rsidRDefault="007A5E59"/>
        </w:tc>
        <w:tc>
          <w:tcPr>
            <w:tcW w:w="0" w:type="auto"/>
          </w:tcPr>
          <w:p w14:paraId="253859EF" w14:textId="77777777" w:rsidR="007A5E59" w:rsidRDefault="007A5E59"/>
        </w:tc>
        <w:tc>
          <w:tcPr>
            <w:tcW w:w="0" w:type="auto"/>
          </w:tcPr>
          <w:p w14:paraId="7DDEE1B0" w14:textId="77777777" w:rsidR="007A5E59" w:rsidRDefault="007A5E59"/>
        </w:tc>
        <w:tc>
          <w:tcPr>
            <w:tcW w:w="0" w:type="auto"/>
          </w:tcPr>
          <w:p w14:paraId="6A852228" w14:textId="77777777" w:rsidR="007A5E59" w:rsidRDefault="007A5E59"/>
        </w:tc>
        <w:tc>
          <w:tcPr>
            <w:tcW w:w="0" w:type="auto"/>
          </w:tcPr>
          <w:p w14:paraId="107C573D" w14:textId="77777777" w:rsidR="007A5E59" w:rsidRDefault="007A5E59"/>
        </w:tc>
        <w:tc>
          <w:tcPr>
            <w:tcW w:w="0" w:type="auto"/>
          </w:tcPr>
          <w:p w14:paraId="0D2B788F" w14:textId="77777777" w:rsidR="007A5E59" w:rsidRDefault="007A5E59"/>
        </w:tc>
      </w:tr>
      <w:tr w:rsidR="007A5E59" w14:paraId="554F75B1" w14:textId="77777777">
        <w:trPr>
          <w:jc w:val="center"/>
        </w:trPr>
        <w:tc>
          <w:tcPr>
            <w:tcW w:w="0" w:type="auto"/>
          </w:tcPr>
          <w:p w14:paraId="7EEB9337" w14:textId="77777777" w:rsidR="007A5E59" w:rsidRPr="00312815" w:rsidRDefault="0095198F">
            <w:pPr>
              <w:rPr>
                <w:lang w:val="ru-RU"/>
              </w:rPr>
            </w:pPr>
            <w:r w:rsidRPr="00312815">
              <w:rPr>
                <w:lang w:val="ru-RU"/>
              </w:rPr>
              <w:t>Под замену по программе мероприятий 2026, м</w:t>
            </w:r>
          </w:p>
        </w:tc>
        <w:tc>
          <w:tcPr>
            <w:tcW w:w="0" w:type="auto"/>
          </w:tcPr>
          <w:p w14:paraId="2E7B90CE" w14:textId="77777777" w:rsidR="007A5E59" w:rsidRDefault="0095198F">
            <w:pPr>
              <w:jc w:val="center"/>
            </w:pPr>
            <w:r>
              <w:t>45,0</w:t>
            </w:r>
          </w:p>
        </w:tc>
        <w:tc>
          <w:tcPr>
            <w:tcW w:w="0" w:type="auto"/>
          </w:tcPr>
          <w:p w14:paraId="556EF0FF" w14:textId="77777777" w:rsidR="007A5E59" w:rsidRDefault="007A5E59"/>
        </w:tc>
        <w:tc>
          <w:tcPr>
            <w:tcW w:w="0" w:type="auto"/>
          </w:tcPr>
          <w:p w14:paraId="1C204F64" w14:textId="77777777" w:rsidR="007A5E59" w:rsidRDefault="007A5E59"/>
        </w:tc>
        <w:tc>
          <w:tcPr>
            <w:tcW w:w="0" w:type="auto"/>
          </w:tcPr>
          <w:p w14:paraId="1E926042" w14:textId="77777777" w:rsidR="007A5E59" w:rsidRDefault="007A5E59"/>
        </w:tc>
        <w:tc>
          <w:tcPr>
            <w:tcW w:w="0" w:type="auto"/>
          </w:tcPr>
          <w:p w14:paraId="70838EE7" w14:textId="77777777" w:rsidR="007A5E59" w:rsidRDefault="007A5E59"/>
        </w:tc>
        <w:tc>
          <w:tcPr>
            <w:tcW w:w="0" w:type="auto"/>
          </w:tcPr>
          <w:p w14:paraId="020E2656" w14:textId="77777777" w:rsidR="007A5E59" w:rsidRDefault="007A5E59"/>
        </w:tc>
        <w:tc>
          <w:tcPr>
            <w:tcW w:w="0" w:type="auto"/>
          </w:tcPr>
          <w:p w14:paraId="73E172CD" w14:textId="77777777" w:rsidR="007A5E59" w:rsidRDefault="007A5E59"/>
        </w:tc>
        <w:tc>
          <w:tcPr>
            <w:tcW w:w="0" w:type="auto"/>
          </w:tcPr>
          <w:p w14:paraId="2AFE2035" w14:textId="77777777" w:rsidR="007A5E59" w:rsidRDefault="007A5E59"/>
        </w:tc>
        <w:tc>
          <w:tcPr>
            <w:tcW w:w="0" w:type="auto"/>
          </w:tcPr>
          <w:p w14:paraId="722653DD" w14:textId="77777777" w:rsidR="007A5E59" w:rsidRDefault="007A5E59"/>
        </w:tc>
        <w:tc>
          <w:tcPr>
            <w:tcW w:w="0" w:type="auto"/>
          </w:tcPr>
          <w:p w14:paraId="436C317B" w14:textId="77777777" w:rsidR="007A5E59" w:rsidRDefault="007A5E59"/>
        </w:tc>
        <w:tc>
          <w:tcPr>
            <w:tcW w:w="0" w:type="auto"/>
          </w:tcPr>
          <w:p w14:paraId="28B3209D" w14:textId="77777777" w:rsidR="007A5E59" w:rsidRDefault="007A5E59"/>
        </w:tc>
        <w:tc>
          <w:tcPr>
            <w:tcW w:w="0" w:type="auto"/>
          </w:tcPr>
          <w:p w14:paraId="7AF6F435" w14:textId="77777777" w:rsidR="007A5E59" w:rsidRDefault="007A5E59"/>
        </w:tc>
        <w:tc>
          <w:tcPr>
            <w:tcW w:w="0" w:type="auto"/>
          </w:tcPr>
          <w:p w14:paraId="6F0398E6" w14:textId="77777777" w:rsidR="007A5E59" w:rsidRDefault="007A5E59"/>
        </w:tc>
        <w:tc>
          <w:tcPr>
            <w:tcW w:w="0" w:type="auto"/>
          </w:tcPr>
          <w:p w14:paraId="780DB54C" w14:textId="77777777" w:rsidR="007A5E59" w:rsidRDefault="007A5E59"/>
        </w:tc>
        <w:tc>
          <w:tcPr>
            <w:tcW w:w="0" w:type="auto"/>
          </w:tcPr>
          <w:p w14:paraId="40F12DA7" w14:textId="77777777" w:rsidR="007A5E59" w:rsidRDefault="007A5E59"/>
        </w:tc>
        <w:tc>
          <w:tcPr>
            <w:tcW w:w="0" w:type="auto"/>
          </w:tcPr>
          <w:p w14:paraId="7F71420C" w14:textId="77777777" w:rsidR="007A5E59" w:rsidRDefault="007A5E59"/>
        </w:tc>
        <w:tc>
          <w:tcPr>
            <w:tcW w:w="0" w:type="auto"/>
          </w:tcPr>
          <w:p w14:paraId="36FFB328" w14:textId="77777777" w:rsidR="007A5E59" w:rsidRDefault="007A5E59"/>
        </w:tc>
        <w:tc>
          <w:tcPr>
            <w:tcW w:w="0" w:type="auto"/>
          </w:tcPr>
          <w:p w14:paraId="0A88D57C" w14:textId="77777777" w:rsidR="007A5E59" w:rsidRDefault="007A5E59"/>
        </w:tc>
        <w:tc>
          <w:tcPr>
            <w:tcW w:w="0" w:type="auto"/>
          </w:tcPr>
          <w:p w14:paraId="3E72A241" w14:textId="77777777" w:rsidR="007A5E59" w:rsidRDefault="007A5E59"/>
        </w:tc>
        <w:tc>
          <w:tcPr>
            <w:tcW w:w="0" w:type="auto"/>
          </w:tcPr>
          <w:p w14:paraId="4EC777E5" w14:textId="77777777" w:rsidR="007A5E59" w:rsidRDefault="007A5E59"/>
        </w:tc>
      </w:tr>
      <w:tr w:rsidR="007A5E59" w14:paraId="6560D28C" w14:textId="77777777">
        <w:trPr>
          <w:jc w:val="center"/>
        </w:trPr>
        <w:tc>
          <w:tcPr>
            <w:tcW w:w="0" w:type="auto"/>
          </w:tcPr>
          <w:p w14:paraId="6462D78C" w14:textId="77777777" w:rsidR="007A5E59" w:rsidRPr="00312815" w:rsidRDefault="0095198F">
            <w:pPr>
              <w:rPr>
                <w:lang w:val="ru-RU"/>
              </w:rPr>
            </w:pPr>
            <w:r w:rsidRPr="00312815">
              <w:rPr>
                <w:lang w:val="ru-RU"/>
              </w:rPr>
              <w:t>Новое строительство по программе 2026, м</w:t>
            </w:r>
          </w:p>
        </w:tc>
        <w:tc>
          <w:tcPr>
            <w:tcW w:w="0" w:type="auto"/>
          </w:tcPr>
          <w:p w14:paraId="3EF4044E" w14:textId="77777777" w:rsidR="007A5E59" w:rsidRDefault="0095198F">
            <w:pPr>
              <w:jc w:val="center"/>
            </w:pPr>
            <w:r>
              <w:t>6 230,0</w:t>
            </w:r>
          </w:p>
        </w:tc>
        <w:tc>
          <w:tcPr>
            <w:tcW w:w="0" w:type="auto"/>
          </w:tcPr>
          <w:p w14:paraId="3255F423" w14:textId="77777777" w:rsidR="007A5E59" w:rsidRDefault="007A5E59"/>
        </w:tc>
        <w:tc>
          <w:tcPr>
            <w:tcW w:w="0" w:type="auto"/>
          </w:tcPr>
          <w:p w14:paraId="2683A75A" w14:textId="77777777" w:rsidR="007A5E59" w:rsidRDefault="007A5E59"/>
        </w:tc>
        <w:tc>
          <w:tcPr>
            <w:tcW w:w="0" w:type="auto"/>
          </w:tcPr>
          <w:p w14:paraId="23B7E9DC" w14:textId="77777777" w:rsidR="007A5E59" w:rsidRDefault="007A5E59"/>
        </w:tc>
        <w:tc>
          <w:tcPr>
            <w:tcW w:w="0" w:type="auto"/>
          </w:tcPr>
          <w:p w14:paraId="61935F4E" w14:textId="77777777" w:rsidR="007A5E59" w:rsidRDefault="007A5E59"/>
        </w:tc>
        <w:tc>
          <w:tcPr>
            <w:tcW w:w="0" w:type="auto"/>
          </w:tcPr>
          <w:p w14:paraId="6DBC30FD" w14:textId="77777777" w:rsidR="007A5E59" w:rsidRDefault="007A5E59"/>
        </w:tc>
        <w:tc>
          <w:tcPr>
            <w:tcW w:w="0" w:type="auto"/>
          </w:tcPr>
          <w:p w14:paraId="67B04B33" w14:textId="77777777" w:rsidR="007A5E59" w:rsidRDefault="007A5E59"/>
        </w:tc>
        <w:tc>
          <w:tcPr>
            <w:tcW w:w="0" w:type="auto"/>
          </w:tcPr>
          <w:p w14:paraId="7141D5F1" w14:textId="77777777" w:rsidR="007A5E59" w:rsidRDefault="007A5E59"/>
        </w:tc>
        <w:tc>
          <w:tcPr>
            <w:tcW w:w="0" w:type="auto"/>
          </w:tcPr>
          <w:p w14:paraId="05B96668" w14:textId="77777777" w:rsidR="007A5E59" w:rsidRDefault="007A5E59"/>
        </w:tc>
        <w:tc>
          <w:tcPr>
            <w:tcW w:w="0" w:type="auto"/>
          </w:tcPr>
          <w:p w14:paraId="349A4DF8" w14:textId="77777777" w:rsidR="007A5E59" w:rsidRDefault="007A5E59"/>
        </w:tc>
        <w:tc>
          <w:tcPr>
            <w:tcW w:w="0" w:type="auto"/>
          </w:tcPr>
          <w:p w14:paraId="1EADE0B0" w14:textId="77777777" w:rsidR="007A5E59" w:rsidRDefault="007A5E59"/>
        </w:tc>
        <w:tc>
          <w:tcPr>
            <w:tcW w:w="0" w:type="auto"/>
          </w:tcPr>
          <w:p w14:paraId="0F917F41" w14:textId="77777777" w:rsidR="007A5E59" w:rsidRDefault="007A5E59"/>
        </w:tc>
        <w:tc>
          <w:tcPr>
            <w:tcW w:w="0" w:type="auto"/>
          </w:tcPr>
          <w:p w14:paraId="5BCBA6BF" w14:textId="77777777" w:rsidR="007A5E59" w:rsidRDefault="007A5E59"/>
        </w:tc>
        <w:tc>
          <w:tcPr>
            <w:tcW w:w="0" w:type="auto"/>
          </w:tcPr>
          <w:p w14:paraId="2EC8C7D4" w14:textId="77777777" w:rsidR="007A5E59" w:rsidRDefault="007A5E59"/>
        </w:tc>
        <w:tc>
          <w:tcPr>
            <w:tcW w:w="0" w:type="auto"/>
          </w:tcPr>
          <w:p w14:paraId="67A6CCB5" w14:textId="77777777" w:rsidR="007A5E59" w:rsidRDefault="007A5E59"/>
        </w:tc>
        <w:tc>
          <w:tcPr>
            <w:tcW w:w="0" w:type="auto"/>
          </w:tcPr>
          <w:p w14:paraId="05081A8B" w14:textId="77777777" w:rsidR="007A5E59" w:rsidRDefault="007A5E59"/>
        </w:tc>
        <w:tc>
          <w:tcPr>
            <w:tcW w:w="0" w:type="auto"/>
          </w:tcPr>
          <w:p w14:paraId="22EEF15B" w14:textId="77777777" w:rsidR="007A5E59" w:rsidRDefault="007A5E59"/>
        </w:tc>
        <w:tc>
          <w:tcPr>
            <w:tcW w:w="0" w:type="auto"/>
          </w:tcPr>
          <w:p w14:paraId="43AE0600" w14:textId="77777777" w:rsidR="007A5E59" w:rsidRDefault="007A5E59"/>
        </w:tc>
        <w:tc>
          <w:tcPr>
            <w:tcW w:w="0" w:type="auto"/>
          </w:tcPr>
          <w:p w14:paraId="062914F5" w14:textId="77777777" w:rsidR="007A5E59" w:rsidRDefault="007A5E59"/>
        </w:tc>
        <w:tc>
          <w:tcPr>
            <w:tcW w:w="0" w:type="auto"/>
          </w:tcPr>
          <w:p w14:paraId="71159E25" w14:textId="77777777" w:rsidR="007A5E59" w:rsidRDefault="007A5E59"/>
        </w:tc>
      </w:tr>
      <w:tr w:rsidR="007A5E59" w14:paraId="3B719311" w14:textId="77777777">
        <w:trPr>
          <w:jc w:val="center"/>
        </w:trPr>
        <w:tc>
          <w:tcPr>
            <w:tcW w:w="0" w:type="auto"/>
          </w:tcPr>
          <w:p w14:paraId="4E7A2E48" w14:textId="77777777" w:rsidR="007A5E59" w:rsidRPr="00312815" w:rsidRDefault="0095198F">
            <w:pPr>
              <w:rPr>
                <w:lang w:val="ru-RU"/>
              </w:rPr>
            </w:pPr>
            <w:r w:rsidRPr="00312815">
              <w:rPr>
                <w:lang w:val="ru-RU"/>
              </w:rPr>
              <w:t>Стоимость мероприятий по программе 2026, тыс. руб.</w:t>
            </w:r>
          </w:p>
        </w:tc>
        <w:tc>
          <w:tcPr>
            <w:tcW w:w="0" w:type="auto"/>
          </w:tcPr>
          <w:p w14:paraId="404E6FCD" w14:textId="77777777" w:rsidR="007A5E59" w:rsidRDefault="0095198F">
            <w:pPr>
              <w:jc w:val="center"/>
            </w:pPr>
            <w:r>
              <w:t>489 938,0</w:t>
            </w:r>
          </w:p>
        </w:tc>
        <w:tc>
          <w:tcPr>
            <w:tcW w:w="0" w:type="auto"/>
          </w:tcPr>
          <w:p w14:paraId="1C23D7AD" w14:textId="77777777" w:rsidR="007A5E59" w:rsidRDefault="007A5E59"/>
        </w:tc>
        <w:tc>
          <w:tcPr>
            <w:tcW w:w="0" w:type="auto"/>
          </w:tcPr>
          <w:p w14:paraId="2615D746" w14:textId="77777777" w:rsidR="007A5E59" w:rsidRDefault="007A5E59"/>
        </w:tc>
        <w:tc>
          <w:tcPr>
            <w:tcW w:w="0" w:type="auto"/>
          </w:tcPr>
          <w:p w14:paraId="2EF06096" w14:textId="77777777" w:rsidR="007A5E59" w:rsidRDefault="007A5E59"/>
        </w:tc>
        <w:tc>
          <w:tcPr>
            <w:tcW w:w="0" w:type="auto"/>
          </w:tcPr>
          <w:p w14:paraId="56B63142" w14:textId="77777777" w:rsidR="007A5E59" w:rsidRDefault="007A5E59"/>
        </w:tc>
        <w:tc>
          <w:tcPr>
            <w:tcW w:w="0" w:type="auto"/>
          </w:tcPr>
          <w:p w14:paraId="268C97DB" w14:textId="77777777" w:rsidR="007A5E59" w:rsidRDefault="007A5E59"/>
        </w:tc>
        <w:tc>
          <w:tcPr>
            <w:tcW w:w="0" w:type="auto"/>
          </w:tcPr>
          <w:p w14:paraId="7AAA6F17" w14:textId="77777777" w:rsidR="007A5E59" w:rsidRDefault="007A5E59"/>
        </w:tc>
        <w:tc>
          <w:tcPr>
            <w:tcW w:w="0" w:type="auto"/>
          </w:tcPr>
          <w:p w14:paraId="7774D0F2" w14:textId="77777777" w:rsidR="007A5E59" w:rsidRDefault="007A5E59"/>
        </w:tc>
        <w:tc>
          <w:tcPr>
            <w:tcW w:w="0" w:type="auto"/>
          </w:tcPr>
          <w:p w14:paraId="5780BD0A" w14:textId="77777777" w:rsidR="007A5E59" w:rsidRDefault="007A5E59"/>
        </w:tc>
        <w:tc>
          <w:tcPr>
            <w:tcW w:w="0" w:type="auto"/>
          </w:tcPr>
          <w:p w14:paraId="00E0FC7B" w14:textId="77777777" w:rsidR="007A5E59" w:rsidRDefault="007A5E59"/>
        </w:tc>
        <w:tc>
          <w:tcPr>
            <w:tcW w:w="0" w:type="auto"/>
          </w:tcPr>
          <w:p w14:paraId="5242B7F9" w14:textId="77777777" w:rsidR="007A5E59" w:rsidRDefault="007A5E59"/>
        </w:tc>
        <w:tc>
          <w:tcPr>
            <w:tcW w:w="0" w:type="auto"/>
          </w:tcPr>
          <w:p w14:paraId="6498BBA0" w14:textId="77777777" w:rsidR="007A5E59" w:rsidRDefault="007A5E59"/>
        </w:tc>
        <w:tc>
          <w:tcPr>
            <w:tcW w:w="0" w:type="auto"/>
          </w:tcPr>
          <w:p w14:paraId="5262CB35" w14:textId="77777777" w:rsidR="007A5E59" w:rsidRDefault="007A5E59"/>
        </w:tc>
        <w:tc>
          <w:tcPr>
            <w:tcW w:w="0" w:type="auto"/>
          </w:tcPr>
          <w:p w14:paraId="331A812D" w14:textId="77777777" w:rsidR="007A5E59" w:rsidRDefault="007A5E59"/>
        </w:tc>
        <w:tc>
          <w:tcPr>
            <w:tcW w:w="0" w:type="auto"/>
          </w:tcPr>
          <w:p w14:paraId="1ADA7BC8" w14:textId="77777777" w:rsidR="007A5E59" w:rsidRDefault="007A5E59"/>
        </w:tc>
        <w:tc>
          <w:tcPr>
            <w:tcW w:w="0" w:type="auto"/>
          </w:tcPr>
          <w:p w14:paraId="4ACB78BA" w14:textId="77777777" w:rsidR="007A5E59" w:rsidRDefault="007A5E59"/>
        </w:tc>
        <w:tc>
          <w:tcPr>
            <w:tcW w:w="0" w:type="auto"/>
          </w:tcPr>
          <w:p w14:paraId="7AE365F0" w14:textId="77777777" w:rsidR="007A5E59" w:rsidRDefault="007A5E59"/>
        </w:tc>
        <w:tc>
          <w:tcPr>
            <w:tcW w:w="0" w:type="auto"/>
          </w:tcPr>
          <w:p w14:paraId="00CA9763" w14:textId="77777777" w:rsidR="007A5E59" w:rsidRDefault="007A5E59"/>
        </w:tc>
        <w:tc>
          <w:tcPr>
            <w:tcW w:w="0" w:type="auto"/>
          </w:tcPr>
          <w:p w14:paraId="771E535B" w14:textId="77777777" w:rsidR="007A5E59" w:rsidRDefault="007A5E59"/>
        </w:tc>
        <w:tc>
          <w:tcPr>
            <w:tcW w:w="0" w:type="auto"/>
          </w:tcPr>
          <w:p w14:paraId="6170B235" w14:textId="77777777" w:rsidR="007A5E59" w:rsidRDefault="007A5E59"/>
        </w:tc>
      </w:tr>
      <w:tr w:rsidR="007A5E59" w14:paraId="3CBCF57C" w14:textId="77777777">
        <w:trPr>
          <w:jc w:val="center"/>
        </w:trPr>
        <w:tc>
          <w:tcPr>
            <w:tcW w:w="0" w:type="auto"/>
          </w:tcPr>
          <w:p w14:paraId="0F23B7AA" w14:textId="77777777" w:rsidR="007A5E59" w:rsidRPr="00312815" w:rsidRDefault="0095198F">
            <w:pPr>
              <w:rPr>
                <w:lang w:val="ru-RU"/>
              </w:rPr>
            </w:pPr>
            <w:r w:rsidRPr="00312815">
              <w:rPr>
                <w:lang w:val="ru-RU"/>
              </w:rPr>
              <w:t>Сверка: ИТОГО блока 1 = сумме длин участков базы</w:t>
            </w:r>
          </w:p>
        </w:tc>
        <w:tc>
          <w:tcPr>
            <w:tcW w:w="0" w:type="auto"/>
          </w:tcPr>
          <w:p w14:paraId="6849A8FB" w14:textId="77777777" w:rsidR="007A5E59" w:rsidRDefault="0095198F">
            <w:r>
              <w:t>ДА</w:t>
            </w:r>
          </w:p>
        </w:tc>
        <w:tc>
          <w:tcPr>
            <w:tcW w:w="0" w:type="auto"/>
          </w:tcPr>
          <w:p w14:paraId="6CE4962C" w14:textId="77777777" w:rsidR="007A5E59" w:rsidRDefault="007A5E59"/>
        </w:tc>
        <w:tc>
          <w:tcPr>
            <w:tcW w:w="0" w:type="auto"/>
          </w:tcPr>
          <w:p w14:paraId="186212E5" w14:textId="77777777" w:rsidR="007A5E59" w:rsidRDefault="007A5E59"/>
        </w:tc>
        <w:tc>
          <w:tcPr>
            <w:tcW w:w="0" w:type="auto"/>
          </w:tcPr>
          <w:p w14:paraId="057B86E1" w14:textId="77777777" w:rsidR="007A5E59" w:rsidRDefault="007A5E59"/>
        </w:tc>
        <w:tc>
          <w:tcPr>
            <w:tcW w:w="0" w:type="auto"/>
          </w:tcPr>
          <w:p w14:paraId="6EF2153E" w14:textId="77777777" w:rsidR="007A5E59" w:rsidRDefault="007A5E59"/>
        </w:tc>
        <w:tc>
          <w:tcPr>
            <w:tcW w:w="0" w:type="auto"/>
          </w:tcPr>
          <w:p w14:paraId="5825CB81" w14:textId="77777777" w:rsidR="007A5E59" w:rsidRDefault="007A5E59"/>
        </w:tc>
        <w:tc>
          <w:tcPr>
            <w:tcW w:w="0" w:type="auto"/>
          </w:tcPr>
          <w:p w14:paraId="3CFD07ED" w14:textId="77777777" w:rsidR="007A5E59" w:rsidRDefault="007A5E59"/>
        </w:tc>
        <w:tc>
          <w:tcPr>
            <w:tcW w:w="0" w:type="auto"/>
          </w:tcPr>
          <w:p w14:paraId="5225F6CC" w14:textId="77777777" w:rsidR="007A5E59" w:rsidRDefault="007A5E59"/>
        </w:tc>
        <w:tc>
          <w:tcPr>
            <w:tcW w:w="0" w:type="auto"/>
          </w:tcPr>
          <w:p w14:paraId="1579D8F0" w14:textId="77777777" w:rsidR="007A5E59" w:rsidRDefault="007A5E59"/>
        </w:tc>
        <w:tc>
          <w:tcPr>
            <w:tcW w:w="0" w:type="auto"/>
          </w:tcPr>
          <w:p w14:paraId="7E842715" w14:textId="77777777" w:rsidR="007A5E59" w:rsidRDefault="007A5E59"/>
        </w:tc>
        <w:tc>
          <w:tcPr>
            <w:tcW w:w="0" w:type="auto"/>
          </w:tcPr>
          <w:p w14:paraId="2EDC3DCD" w14:textId="77777777" w:rsidR="007A5E59" w:rsidRDefault="007A5E59"/>
        </w:tc>
        <w:tc>
          <w:tcPr>
            <w:tcW w:w="0" w:type="auto"/>
          </w:tcPr>
          <w:p w14:paraId="523BADF9" w14:textId="77777777" w:rsidR="007A5E59" w:rsidRDefault="007A5E59"/>
        </w:tc>
        <w:tc>
          <w:tcPr>
            <w:tcW w:w="0" w:type="auto"/>
          </w:tcPr>
          <w:p w14:paraId="568E14C1" w14:textId="77777777" w:rsidR="007A5E59" w:rsidRDefault="007A5E59"/>
        </w:tc>
        <w:tc>
          <w:tcPr>
            <w:tcW w:w="0" w:type="auto"/>
          </w:tcPr>
          <w:p w14:paraId="23BF0E26" w14:textId="77777777" w:rsidR="007A5E59" w:rsidRDefault="007A5E59"/>
        </w:tc>
        <w:tc>
          <w:tcPr>
            <w:tcW w:w="0" w:type="auto"/>
          </w:tcPr>
          <w:p w14:paraId="738EA011" w14:textId="77777777" w:rsidR="007A5E59" w:rsidRDefault="007A5E59"/>
        </w:tc>
        <w:tc>
          <w:tcPr>
            <w:tcW w:w="0" w:type="auto"/>
          </w:tcPr>
          <w:p w14:paraId="419FAB54" w14:textId="77777777" w:rsidR="007A5E59" w:rsidRDefault="007A5E59"/>
        </w:tc>
        <w:tc>
          <w:tcPr>
            <w:tcW w:w="0" w:type="auto"/>
          </w:tcPr>
          <w:p w14:paraId="257C98CC" w14:textId="77777777" w:rsidR="007A5E59" w:rsidRDefault="007A5E59"/>
        </w:tc>
        <w:tc>
          <w:tcPr>
            <w:tcW w:w="0" w:type="auto"/>
          </w:tcPr>
          <w:p w14:paraId="37FE9770" w14:textId="77777777" w:rsidR="007A5E59" w:rsidRDefault="007A5E59"/>
        </w:tc>
        <w:tc>
          <w:tcPr>
            <w:tcW w:w="0" w:type="auto"/>
          </w:tcPr>
          <w:p w14:paraId="3D04688C" w14:textId="77777777" w:rsidR="007A5E59" w:rsidRDefault="007A5E59"/>
        </w:tc>
        <w:tc>
          <w:tcPr>
            <w:tcW w:w="0" w:type="auto"/>
          </w:tcPr>
          <w:p w14:paraId="6D2B99EC" w14:textId="77777777" w:rsidR="007A5E59" w:rsidRDefault="007A5E59"/>
        </w:tc>
      </w:tr>
    </w:tbl>
    <w:p w14:paraId="38226E8A" w14:textId="77777777" w:rsidR="007A5E59" w:rsidRDefault="007A5E59"/>
    <w:p w14:paraId="1BF76B78" w14:textId="77777777" w:rsidR="007A5E59" w:rsidRPr="00312815" w:rsidRDefault="0095198F">
      <w:pPr>
        <w:rPr>
          <w:lang w:val="ru-RU"/>
        </w:rPr>
      </w:pPr>
      <w:r w:rsidRPr="00312815">
        <w:rPr>
          <w:b/>
          <w:lang w:val="ru-RU"/>
        </w:rPr>
        <w:t>Таблица П3.6. Распределение протяжённости тепловых сетей по диаметрам — Производственно-отопительная УПК № 6 Старый Шерегеш (пгт Шерегеш)</w:t>
      </w:r>
    </w:p>
    <w:tbl>
      <w:tblPr>
        <w:tblStyle w:val="aff0"/>
        <w:tblW w:w="5000" w:type="pct"/>
        <w:jc w:val="center"/>
        <w:tblCellMar>
          <w:left w:w="57" w:type="dxa"/>
          <w:right w:w="57" w:type="dxa"/>
        </w:tblCellMar>
        <w:tblLook w:val="04A0" w:firstRow="1" w:lastRow="0" w:firstColumn="1" w:lastColumn="0" w:noHBand="0" w:noVBand="1"/>
      </w:tblPr>
      <w:tblGrid>
        <w:gridCol w:w="932"/>
        <w:gridCol w:w="441"/>
        <w:gridCol w:w="384"/>
        <w:gridCol w:w="383"/>
        <w:gridCol w:w="383"/>
        <w:gridCol w:w="383"/>
        <w:gridCol w:w="383"/>
        <w:gridCol w:w="383"/>
        <w:gridCol w:w="383"/>
        <w:gridCol w:w="383"/>
        <w:gridCol w:w="383"/>
        <w:gridCol w:w="442"/>
        <w:gridCol w:w="442"/>
        <w:gridCol w:w="442"/>
        <w:gridCol w:w="442"/>
        <w:gridCol w:w="442"/>
        <w:gridCol w:w="442"/>
        <w:gridCol w:w="442"/>
        <w:gridCol w:w="442"/>
        <w:gridCol w:w="442"/>
        <w:gridCol w:w="546"/>
      </w:tblGrid>
      <w:tr w:rsidR="007A5E59" w:rsidRPr="00C07C05" w14:paraId="0E06D789" w14:textId="77777777">
        <w:trPr>
          <w:cantSplit/>
          <w:tblHeader/>
          <w:jc w:val="center"/>
        </w:trPr>
        <w:tc>
          <w:tcPr>
            <w:tcW w:w="0" w:type="auto"/>
            <w:vMerge w:val="restart"/>
            <w:shd w:val="clear" w:color="auto" w:fill="E2F0D9"/>
            <w:vAlign w:val="center"/>
          </w:tcPr>
          <w:p w14:paraId="7DE28B12" w14:textId="77777777" w:rsidR="007A5E59" w:rsidRDefault="0095198F">
            <w:pPr>
              <w:jc w:val="center"/>
            </w:pPr>
            <w:r>
              <w:rPr>
                <w:b/>
              </w:rPr>
              <w:t>Способ прокладки</w:t>
            </w:r>
          </w:p>
        </w:tc>
        <w:tc>
          <w:tcPr>
            <w:tcW w:w="0" w:type="auto"/>
            <w:gridSpan w:val="20"/>
            <w:shd w:val="clear" w:color="auto" w:fill="E2F0D9"/>
            <w:vAlign w:val="center"/>
          </w:tcPr>
          <w:p w14:paraId="76FE1F62" w14:textId="77777777" w:rsidR="007A5E59" w:rsidRPr="00312815" w:rsidRDefault="0095198F">
            <w:pPr>
              <w:jc w:val="center"/>
              <w:rPr>
                <w:lang w:val="ru-RU"/>
              </w:rPr>
            </w:pPr>
            <w:r w:rsidRPr="00312815">
              <w:rPr>
                <w:b/>
                <w:lang w:val="ru-RU"/>
              </w:rPr>
              <w:t>Длина по оси трассы (двухтрубная прокладка), м</w:t>
            </w:r>
          </w:p>
        </w:tc>
      </w:tr>
      <w:tr w:rsidR="007A5E59" w14:paraId="5ADCDB31" w14:textId="77777777">
        <w:trPr>
          <w:cantSplit/>
          <w:tblHeader/>
          <w:jc w:val="center"/>
        </w:trPr>
        <w:tc>
          <w:tcPr>
            <w:tcW w:w="0" w:type="auto"/>
            <w:vMerge/>
            <w:shd w:val="clear" w:color="auto" w:fill="E2F0D9"/>
            <w:vAlign w:val="center"/>
          </w:tcPr>
          <w:p w14:paraId="378749A8" w14:textId="77777777" w:rsidR="007A5E59" w:rsidRPr="00312815" w:rsidRDefault="007A5E59">
            <w:pPr>
              <w:jc w:val="center"/>
              <w:rPr>
                <w:lang w:val="ru-RU"/>
              </w:rPr>
            </w:pPr>
          </w:p>
        </w:tc>
        <w:tc>
          <w:tcPr>
            <w:tcW w:w="0" w:type="auto"/>
            <w:shd w:val="clear" w:color="auto" w:fill="E2F0D9"/>
            <w:vAlign w:val="center"/>
          </w:tcPr>
          <w:p w14:paraId="5C219649" w14:textId="77777777" w:rsidR="007A5E59" w:rsidRDefault="0095198F">
            <w:pPr>
              <w:jc w:val="center"/>
            </w:pPr>
            <w:r>
              <w:rPr>
                <w:b/>
              </w:rPr>
              <w:t>Дн15</w:t>
            </w:r>
          </w:p>
        </w:tc>
        <w:tc>
          <w:tcPr>
            <w:tcW w:w="0" w:type="auto"/>
            <w:shd w:val="clear" w:color="auto" w:fill="E2F0D9"/>
            <w:vAlign w:val="center"/>
          </w:tcPr>
          <w:p w14:paraId="0F8F49B6" w14:textId="77777777" w:rsidR="007A5E59" w:rsidRDefault="0095198F">
            <w:pPr>
              <w:jc w:val="center"/>
            </w:pPr>
            <w:r>
              <w:rPr>
                <w:b/>
              </w:rPr>
              <w:t>Дн20</w:t>
            </w:r>
          </w:p>
        </w:tc>
        <w:tc>
          <w:tcPr>
            <w:tcW w:w="0" w:type="auto"/>
            <w:shd w:val="clear" w:color="auto" w:fill="E2F0D9"/>
            <w:vAlign w:val="center"/>
          </w:tcPr>
          <w:p w14:paraId="070B80C5" w14:textId="77777777" w:rsidR="007A5E59" w:rsidRDefault="0095198F">
            <w:pPr>
              <w:jc w:val="center"/>
            </w:pPr>
            <w:r>
              <w:rPr>
                <w:b/>
              </w:rPr>
              <w:t>Дн25</w:t>
            </w:r>
          </w:p>
        </w:tc>
        <w:tc>
          <w:tcPr>
            <w:tcW w:w="0" w:type="auto"/>
            <w:shd w:val="clear" w:color="auto" w:fill="E2F0D9"/>
            <w:vAlign w:val="center"/>
          </w:tcPr>
          <w:p w14:paraId="5F57BB23" w14:textId="77777777" w:rsidR="007A5E59" w:rsidRDefault="0095198F">
            <w:pPr>
              <w:jc w:val="center"/>
            </w:pPr>
            <w:r>
              <w:rPr>
                <w:b/>
              </w:rPr>
              <w:t>Дн32</w:t>
            </w:r>
          </w:p>
        </w:tc>
        <w:tc>
          <w:tcPr>
            <w:tcW w:w="0" w:type="auto"/>
            <w:shd w:val="clear" w:color="auto" w:fill="E2F0D9"/>
            <w:vAlign w:val="center"/>
          </w:tcPr>
          <w:p w14:paraId="43B3290C" w14:textId="77777777" w:rsidR="007A5E59" w:rsidRDefault="0095198F">
            <w:pPr>
              <w:jc w:val="center"/>
            </w:pPr>
            <w:r>
              <w:rPr>
                <w:b/>
              </w:rPr>
              <w:t>Дн40</w:t>
            </w:r>
          </w:p>
        </w:tc>
        <w:tc>
          <w:tcPr>
            <w:tcW w:w="0" w:type="auto"/>
            <w:shd w:val="clear" w:color="auto" w:fill="E2F0D9"/>
            <w:vAlign w:val="center"/>
          </w:tcPr>
          <w:p w14:paraId="4B3A8A73" w14:textId="77777777" w:rsidR="007A5E59" w:rsidRDefault="0095198F">
            <w:pPr>
              <w:jc w:val="center"/>
            </w:pPr>
            <w:r>
              <w:rPr>
                <w:b/>
              </w:rPr>
              <w:t>Дн50</w:t>
            </w:r>
          </w:p>
        </w:tc>
        <w:tc>
          <w:tcPr>
            <w:tcW w:w="0" w:type="auto"/>
            <w:shd w:val="clear" w:color="auto" w:fill="E2F0D9"/>
            <w:vAlign w:val="center"/>
          </w:tcPr>
          <w:p w14:paraId="1FDE367F" w14:textId="77777777" w:rsidR="007A5E59" w:rsidRDefault="0095198F">
            <w:pPr>
              <w:jc w:val="center"/>
            </w:pPr>
            <w:r>
              <w:rPr>
                <w:b/>
              </w:rPr>
              <w:t>Дн65</w:t>
            </w:r>
          </w:p>
        </w:tc>
        <w:tc>
          <w:tcPr>
            <w:tcW w:w="0" w:type="auto"/>
            <w:shd w:val="clear" w:color="auto" w:fill="E2F0D9"/>
            <w:vAlign w:val="center"/>
          </w:tcPr>
          <w:p w14:paraId="2ADD5C03" w14:textId="77777777" w:rsidR="007A5E59" w:rsidRDefault="0095198F">
            <w:pPr>
              <w:jc w:val="center"/>
            </w:pPr>
            <w:r>
              <w:rPr>
                <w:b/>
              </w:rPr>
              <w:t>Дн68</w:t>
            </w:r>
          </w:p>
        </w:tc>
        <w:tc>
          <w:tcPr>
            <w:tcW w:w="0" w:type="auto"/>
            <w:shd w:val="clear" w:color="auto" w:fill="E2F0D9"/>
            <w:vAlign w:val="center"/>
          </w:tcPr>
          <w:p w14:paraId="091FA992" w14:textId="77777777" w:rsidR="007A5E59" w:rsidRDefault="0095198F">
            <w:pPr>
              <w:jc w:val="center"/>
            </w:pPr>
            <w:r>
              <w:rPr>
                <w:b/>
              </w:rPr>
              <w:t>Дн70</w:t>
            </w:r>
          </w:p>
        </w:tc>
        <w:tc>
          <w:tcPr>
            <w:tcW w:w="0" w:type="auto"/>
            <w:shd w:val="clear" w:color="auto" w:fill="E2F0D9"/>
            <w:vAlign w:val="center"/>
          </w:tcPr>
          <w:p w14:paraId="1EB90EA6" w14:textId="77777777" w:rsidR="007A5E59" w:rsidRDefault="0095198F">
            <w:pPr>
              <w:jc w:val="center"/>
            </w:pPr>
            <w:r>
              <w:rPr>
                <w:b/>
              </w:rPr>
              <w:t>Дн80</w:t>
            </w:r>
          </w:p>
        </w:tc>
        <w:tc>
          <w:tcPr>
            <w:tcW w:w="0" w:type="auto"/>
            <w:shd w:val="clear" w:color="auto" w:fill="E2F0D9"/>
            <w:vAlign w:val="center"/>
          </w:tcPr>
          <w:p w14:paraId="3C73AA28" w14:textId="77777777" w:rsidR="007A5E59" w:rsidRDefault="0095198F">
            <w:pPr>
              <w:jc w:val="center"/>
            </w:pPr>
            <w:r>
              <w:rPr>
                <w:b/>
              </w:rPr>
              <w:t>Дн100</w:t>
            </w:r>
          </w:p>
        </w:tc>
        <w:tc>
          <w:tcPr>
            <w:tcW w:w="0" w:type="auto"/>
            <w:shd w:val="clear" w:color="auto" w:fill="E2F0D9"/>
            <w:vAlign w:val="center"/>
          </w:tcPr>
          <w:p w14:paraId="3C538EAF" w14:textId="77777777" w:rsidR="007A5E59" w:rsidRDefault="0095198F">
            <w:pPr>
              <w:jc w:val="center"/>
            </w:pPr>
            <w:r>
              <w:rPr>
                <w:b/>
              </w:rPr>
              <w:t>Дн125</w:t>
            </w:r>
          </w:p>
        </w:tc>
        <w:tc>
          <w:tcPr>
            <w:tcW w:w="0" w:type="auto"/>
            <w:shd w:val="clear" w:color="auto" w:fill="E2F0D9"/>
            <w:vAlign w:val="center"/>
          </w:tcPr>
          <w:p w14:paraId="6C95945B" w14:textId="77777777" w:rsidR="007A5E59" w:rsidRDefault="0095198F">
            <w:pPr>
              <w:jc w:val="center"/>
            </w:pPr>
            <w:r>
              <w:rPr>
                <w:b/>
              </w:rPr>
              <w:t>Дн150</w:t>
            </w:r>
          </w:p>
        </w:tc>
        <w:tc>
          <w:tcPr>
            <w:tcW w:w="0" w:type="auto"/>
            <w:shd w:val="clear" w:color="auto" w:fill="E2F0D9"/>
            <w:vAlign w:val="center"/>
          </w:tcPr>
          <w:p w14:paraId="41695D85" w14:textId="77777777" w:rsidR="007A5E59" w:rsidRDefault="0095198F">
            <w:pPr>
              <w:jc w:val="center"/>
            </w:pPr>
            <w:r>
              <w:rPr>
                <w:b/>
              </w:rPr>
              <w:t>Дн200</w:t>
            </w:r>
          </w:p>
        </w:tc>
        <w:tc>
          <w:tcPr>
            <w:tcW w:w="0" w:type="auto"/>
            <w:shd w:val="clear" w:color="auto" w:fill="E2F0D9"/>
            <w:vAlign w:val="center"/>
          </w:tcPr>
          <w:p w14:paraId="023597E7" w14:textId="77777777" w:rsidR="007A5E59" w:rsidRDefault="0095198F">
            <w:pPr>
              <w:jc w:val="center"/>
            </w:pPr>
            <w:r>
              <w:rPr>
                <w:b/>
              </w:rPr>
              <w:t>Дн250</w:t>
            </w:r>
          </w:p>
        </w:tc>
        <w:tc>
          <w:tcPr>
            <w:tcW w:w="0" w:type="auto"/>
            <w:shd w:val="clear" w:color="auto" w:fill="E2F0D9"/>
            <w:vAlign w:val="center"/>
          </w:tcPr>
          <w:p w14:paraId="5D113190" w14:textId="77777777" w:rsidR="007A5E59" w:rsidRDefault="0095198F">
            <w:pPr>
              <w:jc w:val="center"/>
            </w:pPr>
            <w:r>
              <w:rPr>
                <w:b/>
              </w:rPr>
              <w:t>Дн300</w:t>
            </w:r>
          </w:p>
        </w:tc>
        <w:tc>
          <w:tcPr>
            <w:tcW w:w="0" w:type="auto"/>
            <w:shd w:val="clear" w:color="auto" w:fill="E2F0D9"/>
            <w:vAlign w:val="center"/>
          </w:tcPr>
          <w:p w14:paraId="77A74770" w14:textId="77777777" w:rsidR="007A5E59" w:rsidRDefault="0095198F">
            <w:pPr>
              <w:jc w:val="center"/>
            </w:pPr>
            <w:r>
              <w:rPr>
                <w:b/>
              </w:rPr>
              <w:t>Дн350</w:t>
            </w:r>
          </w:p>
        </w:tc>
        <w:tc>
          <w:tcPr>
            <w:tcW w:w="0" w:type="auto"/>
            <w:shd w:val="clear" w:color="auto" w:fill="E2F0D9"/>
            <w:vAlign w:val="center"/>
          </w:tcPr>
          <w:p w14:paraId="676C9AA2" w14:textId="77777777" w:rsidR="007A5E59" w:rsidRDefault="0095198F">
            <w:pPr>
              <w:jc w:val="center"/>
            </w:pPr>
            <w:r>
              <w:rPr>
                <w:b/>
              </w:rPr>
              <w:t>Дн400</w:t>
            </w:r>
          </w:p>
        </w:tc>
        <w:tc>
          <w:tcPr>
            <w:tcW w:w="0" w:type="auto"/>
            <w:shd w:val="clear" w:color="auto" w:fill="E2F0D9"/>
            <w:vAlign w:val="center"/>
          </w:tcPr>
          <w:p w14:paraId="4C7517EF" w14:textId="77777777" w:rsidR="007A5E59" w:rsidRDefault="0095198F">
            <w:pPr>
              <w:jc w:val="center"/>
            </w:pPr>
            <w:r>
              <w:rPr>
                <w:b/>
              </w:rPr>
              <w:t>Дн500</w:t>
            </w:r>
          </w:p>
        </w:tc>
        <w:tc>
          <w:tcPr>
            <w:tcW w:w="0" w:type="auto"/>
            <w:shd w:val="clear" w:color="auto" w:fill="E2F0D9"/>
            <w:vAlign w:val="center"/>
          </w:tcPr>
          <w:p w14:paraId="432418EC" w14:textId="77777777" w:rsidR="007A5E59" w:rsidRDefault="0095198F">
            <w:pPr>
              <w:jc w:val="center"/>
            </w:pPr>
            <w:r>
              <w:rPr>
                <w:b/>
              </w:rPr>
              <w:t>ИТОГО</w:t>
            </w:r>
          </w:p>
        </w:tc>
      </w:tr>
      <w:tr w:rsidR="007A5E59" w:rsidRPr="00C07C05" w14:paraId="624DEB2D" w14:textId="77777777">
        <w:trPr>
          <w:jc w:val="center"/>
        </w:trPr>
        <w:tc>
          <w:tcPr>
            <w:tcW w:w="0" w:type="auto"/>
          </w:tcPr>
          <w:p w14:paraId="65D1CF40" w14:textId="77777777" w:rsidR="007A5E59" w:rsidRPr="00312815" w:rsidRDefault="0095198F">
            <w:pPr>
              <w:rPr>
                <w:lang w:val="ru-RU"/>
              </w:rPr>
            </w:pPr>
            <w:r w:rsidRPr="00312815">
              <w:rPr>
                <w:lang w:val="ru-RU"/>
              </w:rPr>
              <w:t>БЛОК 1. Вся сеть — существующее состояние</w:t>
            </w:r>
          </w:p>
        </w:tc>
        <w:tc>
          <w:tcPr>
            <w:tcW w:w="0" w:type="auto"/>
          </w:tcPr>
          <w:p w14:paraId="3D08AC08" w14:textId="77777777" w:rsidR="007A5E59" w:rsidRPr="00312815" w:rsidRDefault="007A5E59">
            <w:pPr>
              <w:rPr>
                <w:lang w:val="ru-RU"/>
              </w:rPr>
            </w:pPr>
          </w:p>
        </w:tc>
        <w:tc>
          <w:tcPr>
            <w:tcW w:w="0" w:type="auto"/>
          </w:tcPr>
          <w:p w14:paraId="10BC8A52" w14:textId="77777777" w:rsidR="007A5E59" w:rsidRPr="00312815" w:rsidRDefault="007A5E59">
            <w:pPr>
              <w:rPr>
                <w:lang w:val="ru-RU"/>
              </w:rPr>
            </w:pPr>
          </w:p>
        </w:tc>
        <w:tc>
          <w:tcPr>
            <w:tcW w:w="0" w:type="auto"/>
          </w:tcPr>
          <w:p w14:paraId="2C133658" w14:textId="77777777" w:rsidR="007A5E59" w:rsidRPr="00312815" w:rsidRDefault="007A5E59">
            <w:pPr>
              <w:rPr>
                <w:lang w:val="ru-RU"/>
              </w:rPr>
            </w:pPr>
          </w:p>
        </w:tc>
        <w:tc>
          <w:tcPr>
            <w:tcW w:w="0" w:type="auto"/>
          </w:tcPr>
          <w:p w14:paraId="78189D8A" w14:textId="77777777" w:rsidR="007A5E59" w:rsidRPr="00312815" w:rsidRDefault="007A5E59">
            <w:pPr>
              <w:rPr>
                <w:lang w:val="ru-RU"/>
              </w:rPr>
            </w:pPr>
          </w:p>
        </w:tc>
        <w:tc>
          <w:tcPr>
            <w:tcW w:w="0" w:type="auto"/>
          </w:tcPr>
          <w:p w14:paraId="6360B396" w14:textId="77777777" w:rsidR="007A5E59" w:rsidRPr="00312815" w:rsidRDefault="007A5E59">
            <w:pPr>
              <w:rPr>
                <w:lang w:val="ru-RU"/>
              </w:rPr>
            </w:pPr>
          </w:p>
        </w:tc>
        <w:tc>
          <w:tcPr>
            <w:tcW w:w="0" w:type="auto"/>
          </w:tcPr>
          <w:p w14:paraId="0FD67675" w14:textId="77777777" w:rsidR="007A5E59" w:rsidRPr="00312815" w:rsidRDefault="007A5E59">
            <w:pPr>
              <w:rPr>
                <w:lang w:val="ru-RU"/>
              </w:rPr>
            </w:pPr>
          </w:p>
        </w:tc>
        <w:tc>
          <w:tcPr>
            <w:tcW w:w="0" w:type="auto"/>
          </w:tcPr>
          <w:p w14:paraId="318B2EBC" w14:textId="77777777" w:rsidR="007A5E59" w:rsidRPr="00312815" w:rsidRDefault="007A5E59">
            <w:pPr>
              <w:rPr>
                <w:lang w:val="ru-RU"/>
              </w:rPr>
            </w:pPr>
          </w:p>
        </w:tc>
        <w:tc>
          <w:tcPr>
            <w:tcW w:w="0" w:type="auto"/>
          </w:tcPr>
          <w:p w14:paraId="438CC008" w14:textId="77777777" w:rsidR="007A5E59" w:rsidRPr="00312815" w:rsidRDefault="007A5E59">
            <w:pPr>
              <w:rPr>
                <w:lang w:val="ru-RU"/>
              </w:rPr>
            </w:pPr>
          </w:p>
        </w:tc>
        <w:tc>
          <w:tcPr>
            <w:tcW w:w="0" w:type="auto"/>
          </w:tcPr>
          <w:p w14:paraId="09AFD5AA" w14:textId="77777777" w:rsidR="007A5E59" w:rsidRPr="00312815" w:rsidRDefault="007A5E59">
            <w:pPr>
              <w:rPr>
                <w:lang w:val="ru-RU"/>
              </w:rPr>
            </w:pPr>
          </w:p>
        </w:tc>
        <w:tc>
          <w:tcPr>
            <w:tcW w:w="0" w:type="auto"/>
          </w:tcPr>
          <w:p w14:paraId="39A49DAB" w14:textId="77777777" w:rsidR="007A5E59" w:rsidRPr="00312815" w:rsidRDefault="007A5E59">
            <w:pPr>
              <w:rPr>
                <w:lang w:val="ru-RU"/>
              </w:rPr>
            </w:pPr>
          </w:p>
        </w:tc>
        <w:tc>
          <w:tcPr>
            <w:tcW w:w="0" w:type="auto"/>
          </w:tcPr>
          <w:p w14:paraId="7B418AD3" w14:textId="77777777" w:rsidR="007A5E59" w:rsidRPr="00312815" w:rsidRDefault="007A5E59">
            <w:pPr>
              <w:rPr>
                <w:lang w:val="ru-RU"/>
              </w:rPr>
            </w:pPr>
          </w:p>
        </w:tc>
        <w:tc>
          <w:tcPr>
            <w:tcW w:w="0" w:type="auto"/>
          </w:tcPr>
          <w:p w14:paraId="1C77BB76" w14:textId="77777777" w:rsidR="007A5E59" w:rsidRPr="00312815" w:rsidRDefault="007A5E59">
            <w:pPr>
              <w:rPr>
                <w:lang w:val="ru-RU"/>
              </w:rPr>
            </w:pPr>
          </w:p>
        </w:tc>
        <w:tc>
          <w:tcPr>
            <w:tcW w:w="0" w:type="auto"/>
          </w:tcPr>
          <w:p w14:paraId="385F6C9E" w14:textId="77777777" w:rsidR="007A5E59" w:rsidRPr="00312815" w:rsidRDefault="007A5E59">
            <w:pPr>
              <w:rPr>
                <w:lang w:val="ru-RU"/>
              </w:rPr>
            </w:pPr>
          </w:p>
        </w:tc>
        <w:tc>
          <w:tcPr>
            <w:tcW w:w="0" w:type="auto"/>
          </w:tcPr>
          <w:p w14:paraId="3FD6BF91" w14:textId="77777777" w:rsidR="007A5E59" w:rsidRPr="00312815" w:rsidRDefault="007A5E59">
            <w:pPr>
              <w:rPr>
                <w:lang w:val="ru-RU"/>
              </w:rPr>
            </w:pPr>
          </w:p>
        </w:tc>
        <w:tc>
          <w:tcPr>
            <w:tcW w:w="0" w:type="auto"/>
          </w:tcPr>
          <w:p w14:paraId="2C7FF32C" w14:textId="77777777" w:rsidR="007A5E59" w:rsidRPr="00312815" w:rsidRDefault="007A5E59">
            <w:pPr>
              <w:rPr>
                <w:lang w:val="ru-RU"/>
              </w:rPr>
            </w:pPr>
          </w:p>
        </w:tc>
        <w:tc>
          <w:tcPr>
            <w:tcW w:w="0" w:type="auto"/>
          </w:tcPr>
          <w:p w14:paraId="43A09C20" w14:textId="77777777" w:rsidR="007A5E59" w:rsidRPr="00312815" w:rsidRDefault="007A5E59">
            <w:pPr>
              <w:rPr>
                <w:lang w:val="ru-RU"/>
              </w:rPr>
            </w:pPr>
          </w:p>
        </w:tc>
        <w:tc>
          <w:tcPr>
            <w:tcW w:w="0" w:type="auto"/>
          </w:tcPr>
          <w:p w14:paraId="039259DC" w14:textId="77777777" w:rsidR="007A5E59" w:rsidRPr="00312815" w:rsidRDefault="007A5E59">
            <w:pPr>
              <w:rPr>
                <w:lang w:val="ru-RU"/>
              </w:rPr>
            </w:pPr>
          </w:p>
        </w:tc>
        <w:tc>
          <w:tcPr>
            <w:tcW w:w="0" w:type="auto"/>
          </w:tcPr>
          <w:p w14:paraId="208E056C" w14:textId="77777777" w:rsidR="007A5E59" w:rsidRPr="00312815" w:rsidRDefault="007A5E59">
            <w:pPr>
              <w:rPr>
                <w:lang w:val="ru-RU"/>
              </w:rPr>
            </w:pPr>
          </w:p>
        </w:tc>
        <w:tc>
          <w:tcPr>
            <w:tcW w:w="0" w:type="auto"/>
          </w:tcPr>
          <w:p w14:paraId="0372B211" w14:textId="77777777" w:rsidR="007A5E59" w:rsidRPr="00312815" w:rsidRDefault="007A5E59">
            <w:pPr>
              <w:rPr>
                <w:lang w:val="ru-RU"/>
              </w:rPr>
            </w:pPr>
          </w:p>
        </w:tc>
        <w:tc>
          <w:tcPr>
            <w:tcW w:w="0" w:type="auto"/>
          </w:tcPr>
          <w:p w14:paraId="6225E1A2" w14:textId="77777777" w:rsidR="007A5E59" w:rsidRPr="00312815" w:rsidRDefault="007A5E59">
            <w:pPr>
              <w:rPr>
                <w:lang w:val="ru-RU"/>
              </w:rPr>
            </w:pPr>
          </w:p>
        </w:tc>
      </w:tr>
      <w:tr w:rsidR="007A5E59" w14:paraId="1425133A" w14:textId="77777777">
        <w:trPr>
          <w:jc w:val="center"/>
        </w:trPr>
        <w:tc>
          <w:tcPr>
            <w:tcW w:w="0" w:type="auto"/>
          </w:tcPr>
          <w:p w14:paraId="624409B1" w14:textId="77777777" w:rsidR="007A5E59" w:rsidRDefault="0095198F">
            <w:r>
              <w:t>в канале</w:t>
            </w:r>
          </w:p>
        </w:tc>
        <w:tc>
          <w:tcPr>
            <w:tcW w:w="0" w:type="auto"/>
          </w:tcPr>
          <w:p w14:paraId="6734BE2A" w14:textId="77777777" w:rsidR="007A5E59" w:rsidRDefault="0095198F">
            <w:pPr>
              <w:jc w:val="center"/>
            </w:pPr>
            <w:r>
              <w:t>0,0</w:t>
            </w:r>
          </w:p>
        </w:tc>
        <w:tc>
          <w:tcPr>
            <w:tcW w:w="0" w:type="auto"/>
          </w:tcPr>
          <w:p w14:paraId="6D703C8D" w14:textId="77777777" w:rsidR="007A5E59" w:rsidRDefault="0095198F">
            <w:pPr>
              <w:jc w:val="center"/>
            </w:pPr>
            <w:r>
              <w:t>14,0</w:t>
            </w:r>
          </w:p>
        </w:tc>
        <w:tc>
          <w:tcPr>
            <w:tcW w:w="0" w:type="auto"/>
          </w:tcPr>
          <w:p w14:paraId="05CFF1A0" w14:textId="77777777" w:rsidR="007A5E59" w:rsidRDefault="0095198F">
            <w:pPr>
              <w:jc w:val="center"/>
            </w:pPr>
            <w:r>
              <w:t>552,0</w:t>
            </w:r>
          </w:p>
        </w:tc>
        <w:tc>
          <w:tcPr>
            <w:tcW w:w="0" w:type="auto"/>
          </w:tcPr>
          <w:p w14:paraId="1575391B" w14:textId="77777777" w:rsidR="007A5E59" w:rsidRDefault="0095198F">
            <w:pPr>
              <w:jc w:val="center"/>
            </w:pPr>
            <w:r>
              <w:t>0,0</w:t>
            </w:r>
          </w:p>
        </w:tc>
        <w:tc>
          <w:tcPr>
            <w:tcW w:w="0" w:type="auto"/>
          </w:tcPr>
          <w:p w14:paraId="4D1C7A34" w14:textId="77777777" w:rsidR="007A5E59" w:rsidRDefault="0095198F">
            <w:pPr>
              <w:jc w:val="center"/>
            </w:pPr>
            <w:r>
              <w:t>159,5</w:t>
            </w:r>
          </w:p>
        </w:tc>
        <w:tc>
          <w:tcPr>
            <w:tcW w:w="0" w:type="auto"/>
          </w:tcPr>
          <w:p w14:paraId="5888FBF9" w14:textId="77777777" w:rsidR="007A5E59" w:rsidRDefault="0095198F">
            <w:pPr>
              <w:jc w:val="center"/>
            </w:pPr>
            <w:r>
              <w:t>353,0</w:t>
            </w:r>
          </w:p>
        </w:tc>
        <w:tc>
          <w:tcPr>
            <w:tcW w:w="0" w:type="auto"/>
          </w:tcPr>
          <w:p w14:paraId="1A376C8E" w14:textId="77777777" w:rsidR="007A5E59" w:rsidRDefault="0095198F">
            <w:pPr>
              <w:jc w:val="center"/>
            </w:pPr>
            <w:r>
              <w:t>68,0</w:t>
            </w:r>
          </w:p>
        </w:tc>
        <w:tc>
          <w:tcPr>
            <w:tcW w:w="0" w:type="auto"/>
          </w:tcPr>
          <w:p w14:paraId="5B4C490B" w14:textId="77777777" w:rsidR="007A5E59" w:rsidRDefault="0095198F">
            <w:pPr>
              <w:jc w:val="center"/>
            </w:pPr>
            <w:r>
              <w:t>0,0</w:t>
            </w:r>
          </w:p>
        </w:tc>
        <w:tc>
          <w:tcPr>
            <w:tcW w:w="0" w:type="auto"/>
          </w:tcPr>
          <w:p w14:paraId="189B1373" w14:textId="77777777" w:rsidR="007A5E59" w:rsidRDefault="0095198F">
            <w:pPr>
              <w:jc w:val="center"/>
            </w:pPr>
            <w:r>
              <w:t>0,0</w:t>
            </w:r>
          </w:p>
        </w:tc>
        <w:tc>
          <w:tcPr>
            <w:tcW w:w="0" w:type="auto"/>
          </w:tcPr>
          <w:p w14:paraId="1045DE33" w14:textId="77777777" w:rsidR="007A5E59" w:rsidRDefault="0095198F">
            <w:pPr>
              <w:jc w:val="center"/>
            </w:pPr>
            <w:r>
              <w:t>251,0</w:t>
            </w:r>
          </w:p>
        </w:tc>
        <w:tc>
          <w:tcPr>
            <w:tcW w:w="0" w:type="auto"/>
          </w:tcPr>
          <w:p w14:paraId="6369FF93" w14:textId="77777777" w:rsidR="007A5E59" w:rsidRDefault="0095198F">
            <w:pPr>
              <w:jc w:val="center"/>
            </w:pPr>
            <w:r>
              <w:t>842,0</w:t>
            </w:r>
          </w:p>
        </w:tc>
        <w:tc>
          <w:tcPr>
            <w:tcW w:w="0" w:type="auto"/>
          </w:tcPr>
          <w:p w14:paraId="747E9B51" w14:textId="77777777" w:rsidR="007A5E59" w:rsidRDefault="0095198F">
            <w:pPr>
              <w:jc w:val="center"/>
            </w:pPr>
            <w:r>
              <w:t>0,0</w:t>
            </w:r>
          </w:p>
        </w:tc>
        <w:tc>
          <w:tcPr>
            <w:tcW w:w="0" w:type="auto"/>
          </w:tcPr>
          <w:p w14:paraId="3819685D" w14:textId="77777777" w:rsidR="007A5E59" w:rsidRDefault="0095198F">
            <w:pPr>
              <w:jc w:val="center"/>
            </w:pPr>
            <w:r>
              <w:t>23,0</w:t>
            </w:r>
          </w:p>
        </w:tc>
        <w:tc>
          <w:tcPr>
            <w:tcW w:w="0" w:type="auto"/>
          </w:tcPr>
          <w:p w14:paraId="41C58E07" w14:textId="77777777" w:rsidR="007A5E59" w:rsidRDefault="0095198F">
            <w:pPr>
              <w:jc w:val="center"/>
            </w:pPr>
            <w:r>
              <w:t>53,0</w:t>
            </w:r>
          </w:p>
        </w:tc>
        <w:tc>
          <w:tcPr>
            <w:tcW w:w="0" w:type="auto"/>
          </w:tcPr>
          <w:p w14:paraId="52E67F01" w14:textId="77777777" w:rsidR="007A5E59" w:rsidRDefault="0095198F">
            <w:pPr>
              <w:jc w:val="center"/>
            </w:pPr>
            <w:r>
              <w:t>90,0</w:t>
            </w:r>
          </w:p>
        </w:tc>
        <w:tc>
          <w:tcPr>
            <w:tcW w:w="0" w:type="auto"/>
          </w:tcPr>
          <w:p w14:paraId="6FA328BF" w14:textId="77777777" w:rsidR="007A5E59" w:rsidRDefault="0095198F">
            <w:pPr>
              <w:jc w:val="center"/>
            </w:pPr>
            <w:r>
              <w:t>13,0</w:t>
            </w:r>
          </w:p>
        </w:tc>
        <w:tc>
          <w:tcPr>
            <w:tcW w:w="0" w:type="auto"/>
          </w:tcPr>
          <w:p w14:paraId="615F09FE" w14:textId="77777777" w:rsidR="007A5E59" w:rsidRDefault="0095198F">
            <w:pPr>
              <w:jc w:val="center"/>
            </w:pPr>
            <w:r>
              <w:t>0,0</w:t>
            </w:r>
          </w:p>
        </w:tc>
        <w:tc>
          <w:tcPr>
            <w:tcW w:w="0" w:type="auto"/>
          </w:tcPr>
          <w:p w14:paraId="160F309D" w14:textId="77777777" w:rsidR="007A5E59" w:rsidRDefault="0095198F">
            <w:pPr>
              <w:jc w:val="center"/>
            </w:pPr>
            <w:r>
              <w:t>0,0</w:t>
            </w:r>
          </w:p>
        </w:tc>
        <w:tc>
          <w:tcPr>
            <w:tcW w:w="0" w:type="auto"/>
          </w:tcPr>
          <w:p w14:paraId="5FC8BA9E" w14:textId="77777777" w:rsidR="007A5E59" w:rsidRDefault="0095198F">
            <w:pPr>
              <w:jc w:val="center"/>
            </w:pPr>
            <w:r>
              <w:t>0,0</w:t>
            </w:r>
          </w:p>
        </w:tc>
        <w:tc>
          <w:tcPr>
            <w:tcW w:w="0" w:type="auto"/>
          </w:tcPr>
          <w:p w14:paraId="32AC3975" w14:textId="77777777" w:rsidR="007A5E59" w:rsidRDefault="0095198F">
            <w:pPr>
              <w:jc w:val="center"/>
            </w:pPr>
            <w:r>
              <w:t>2 418,5</w:t>
            </w:r>
          </w:p>
        </w:tc>
      </w:tr>
      <w:tr w:rsidR="007A5E59" w14:paraId="69BCB8A7" w14:textId="77777777">
        <w:trPr>
          <w:jc w:val="center"/>
        </w:trPr>
        <w:tc>
          <w:tcPr>
            <w:tcW w:w="0" w:type="auto"/>
          </w:tcPr>
          <w:p w14:paraId="6D5F43C0" w14:textId="77777777" w:rsidR="007A5E59" w:rsidRDefault="0095198F">
            <w:r>
              <w:t>бесканально</w:t>
            </w:r>
          </w:p>
        </w:tc>
        <w:tc>
          <w:tcPr>
            <w:tcW w:w="0" w:type="auto"/>
          </w:tcPr>
          <w:p w14:paraId="7AB718FA" w14:textId="77777777" w:rsidR="007A5E59" w:rsidRDefault="0095198F">
            <w:pPr>
              <w:jc w:val="center"/>
            </w:pPr>
            <w:r>
              <w:t>0,0</w:t>
            </w:r>
          </w:p>
        </w:tc>
        <w:tc>
          <w:tcPr>
            <w:tcW w:w="0" w:type="auto"/>
          </w:tcPr>
          <w:p w14:paraId="5D463551" w14:textId="77777777" w:rsidR="007A5E59" w:rsidRDefault="0095198F">
            <w:pPr>
              <w:jc w:val="center"/>
            </w:pPr>
            <w:r>
              <w:t>0,0</w:t>
            </w:r>
          </w:p>
        </w:tc>
        <w:tc>
          <w:tcPr>
            <w:tcW w:w="0" w:type="auto"/>
          </w:tcPr>
          <w:p w14:paraId="69784010" w14:textId="77777777" w:rsidR="007A5E59" w:rsidRDefault="0095198F">
            <w:pPr>
              <w:jc w:val="center"/>
            </w:pPr>
            <w:r>
              <w:t>0,0</w:t>
            </w:r>
          </w:p>
        </w:tc>
        <w:tc>
          <w:tcPr>
            <w:tcW w:w="0" w:type="auto"/>
          </w:tcPr>
          <w:p w14:paraId="453E8545" w14:textId="77777777" w:rsidR="007A5E59" w:rsidRDefault="0095198F">
            <w:pPr>
              <w:jc w:val="center"/>
            </w:pPr>
            <w:r>
              <w:t>0,0</w:t>
            </w:r>
          </w:p>
        </w:tc>
        <w:tc>
          <w:tcPr>
            <w:tcW w:w="0" w:type="auto"/>
          </w:tcPr>
          <w:p w14:paraId="0A8B91A5" w14:textId="77777777" w:rsidR="007A5E59" w:rsidRDefault="0095198F">
            <w:pPr>
              <w:jc w:val="center"/>
            </w:pPr>
            <w:r>
              <w:t>0,0</w:t>
            </w:r>
          </w:p>
        </w:tc>
        <w:tc>
          <w:tcPr>
            <w:tcW w:w="0" w:type="auto"/>
          </w:tcPr>
          <w:p w14:paraId="275F17CC" w14:textId="77777777" w:rsidR="007A5E59" w:rsidRDefault="0095198F">
            <w:pPr>
              <w:jc w:val="center"/>
            </w:pPr>
            <w:r>
              <w:t>0,0</w:t>
            </w:r>
          </w:p>
        </w:tc>
        <w:tc>
          <w:tcPr>
            <w:tcW w:w="0" w:type="auto"/>
          </w:tcPr>
          <w:p w14:paraId="0620B113" w14:textId="77777777" w:rsidR="007A5E59" w:rsidRDefault="0095198F">
            <w:pPr>
              <w:jc w:val="center"/>
            </w:pPr>
            <w:r>
              <w:t>0,0</w:t>
            </w:r>
          </w:p>
        </w:tc>
        <w:tc>
          <w:tcPr>
            <w:tcW w:w="0" w:type="auto"/>
          </w:tcPr>
          <w:p w14:paraId="2F35CFB7" w14:textId="77777777" w:rsidR="007A5E59" w:rsidRDefault="0095198F">
            <w:pPr>
              <w:jc w:val="center"/>
            </w:pPr>
            <w:r>
              <w:t>0,0</w:t>
            </w:r>
          </w:p>
        </w:tc>
        <w:tc>
          <w:tcPr>
            <w:tcW w:w="0" w:type="auto"/>
          </w:tcPr>
          <w:p w14:paraId="3E6E6098" w14:textId="77777777" w:rsidR="007A5E59" w:rsidRDefault="0095198F">
            <w:pPr>
              <w:jc w:val="center"/>
            </w:pPr>
            <w:r>
              <w:t>0,0</w:t>
            </w:r>
          </w:p>
        </w:tc>
        <w:tc>
          <w:tcPr>
            <w:tcW w:w="0" w:type="auto"/>
          </w:tcPr>
          <w:p w14:paraId="2B7C7B24" w14:textId="77777777" w:rsidR="007A5E59" w:rsidRDefault="0095198F">
            <w:pPr>
              <w:jc w:val="center"/>
            </w:pPr>
            <w:r>
              <w:t>0,0</w:t>
            </w:r>
          </w:p>
        </w:tc>
        <w:tc>
          <w:tcPr>
            <w:tcW w:w="0" w:type="auto"/>
          </w:tcPr>
          <w:p w14:paraId="618CD856" w14:textId="77777777" w:rsidR="007A5E59" w:rsidRDefault="0095198F">
            <w:pPr>
              <w:jc w:val="center"/>
            </w:pPr>
            <w:r>
              <w:t>0,0</w:t>
            </w:r>
          </w:p>
        </w:tc>
        <w:tc>
          <w:tcPr>
            <w:tcW w:w="0" w:type="auto"/>
          </w:tcPr>
          <w:p w14:paraId="73544749" w14:textId="77777777" w:rsidR="007A5E59" w:rsidRDefault="0095198F">
            <w:pPr>
              <w:jc w:val="center"/>
            </w:pPr>
            <w:r>
              <w:t>0,0</w:t>
            </w:r>
          </w:p>
        </w:tc>
        <w:tc>
          <w:tcPr>
            <w:tcW w:w="0" w:type="auto"/>
          </w:tcPr>
          <w:p w14:paraId="033FB8E1" w14:textId="77777777" w:rsidR="007A5E59" w:rsidRDefault="0095198F">
            <w:pPr>
              <w:jc w:val="center"/>
            </w:pPr>
            <w:r>
              <w:t>0,0</w:t>
            </w:r>
          </w:p>
        </w:tc>
        <w:tc>
          <w:tcPr>
            <w:tcW w:w="0" w:type="auto"/>
          </w:tcPr>
          <w:p w14:paraId="3EA43EDE" w14:textId="77777777" w:rsidR="007A5E59" w:rsidRDefault="0095198F">
            <w:pPr>
              <w:jc w:val="center"/>
            </w:pPr>
            <w:r>
              <w:t>0,0</w:t>
            </w:r>
          </w:p>
        </w:tc>
        <w:tc>
          <w:tcPr>
            <w:tcW w:w="0" w:type="auto"/>
          </w:tcPr>
          <w:p w14:paraId="3E0CAE28" w14:textId="77777777" w:rsidR="007A5E59" w:rsidRDefault="0095198F">
            <w:pPr>
              <w:jc w:val="center"/>
            </w:pPr>
            <w:r>
              <w:t>0,0</w:t>
            </w:r>
          </w:p>
        </w:tc>
        <w:tc>
          <w:tcPr>
            <w:tcW w:w="0" w:type="auto"/>
          </w:tcPr>
          <w:p w14:paraId="07820768" w14:textId="77777777" w:rsidR="007A5E59" w:rsidRDefault="0095198F">
            <w:pPr>
              <w:jc w:val="center"/>
            </w:pPr>
            <w:r>
              <w:t>0,0</w:t>
            </w:r>
          </w:p>
        </w:tc>
        <w:tc>
          <w:tcPr>
            <w:tcW w:w="0" w:type="auto"/>
          </w:tcPr>
          <w:p w14:paraId="2262D037" w14:textId="77777777" w:rsidR="007A5E59" w:rsidRDefault="0095198F">
            <w:pPr>
              <w:jc w:val="center"/>
            </w:pPr>
            <w:r>
              <w:t>0,0</w:t>
            </w:r>
          </w:p>
        </w:tc>
        <w:tc>
          <w:tcPr>
            <w:tcW w:w="0" w:type="auto"/>
          </w:tcPr>
          <w:p w14:paraId="43DA80A2" w14:textId="77777777" w:rsidR="007A5E59" w:rsidRDefault="0095198F">
            <w:pPr>
              <w:jc w:val="center"/>
            </w:pPr>
            <w:r>
              <w:t>0,0</w:t>
            </w:r>
          </w:p>
        </w:tc>
        <w:tc>
          <w:tcPr>
            <w:tcW w:w="0" w:type="auto"/>
          </w:tcPr>
          <w:p w14:paraId="30859899" w14:textId="77777777" w:rsidR="007A5E59" w:rsidRDefault="0095198F">
            <w:pPr>
              <w:jc w:val="center"/>
            </w:pPr>
            <w:r>
              <w:t>0,0</w:t>
            </w:r>
          </w:p>
        </w:tc>
        <w:tc>
          <w:tcPr>
            <w:tcW w:w="0" w:type="auto"/>
          </w:tcPr>
          <w:p w14:paraId="103C05F1" w14:textId="77777777" w:rsidR="007A5E59" w:rsidRDefault="0095198F">
            <w:pPr>
              <w:jc w:val="center"/>
            </w:pPr>
            <w:r>
              <w:t>0,0</w:t>
            </w:r>
          </w:p>
        </w:tc>
      </w:tr>
      <w:tr w:rsidR="007A5E59" w14:paraId="0ECEAF18" w14:textId="77777777">
        <w:trPr>
          <w:jc w:val="center"/>
        </w:trPr>
        <w:tc>
          <w:tcPr>
            <w:tcW w:w="0" w:type="auto"/>
          </w:tcPr>
          <w:p w14:paraId="0804D12A" w14:textId="77777777" w:rsidR="007A5E59" w:rsidRDefault="0095198F">
            <w:r>
              <w:t>надземная</w:t>
            </w:r>
          </w:p>
        </w:tc>
        <w:tc>
          <w:tcPr>
            <w:tcW w:w="0" w:type="auto"/>
          </w:tcPr>
          <w:p w14:paraId="3BD8DA5A" w14:textId="77777777" w:rsidR="007A5E59" w:rsidRDefault="0095198F">
            <w:pPr>
              <w:jc w:val="center"/>
            </w:pPr>
            <w:r>
              <w:t>5,0</w:t>
            </w:r>
          </w:p>
        </w:tc>
        <w:tc>
          <w:tcPr>
            <w:tcW w:w="0" w:type="auto"/>
          </w:tcPr>
          <w:p w14:paraId="093D7AFA" w14:textId="77777777" w:rsidR="007A5E59" w:rsidRDefault="0095198F">
            <w:pPr>
              <w:jc w:val="center"/>
            </w:pPr>
            <w:r>
              <w:t>0,0</w:t>
            </w:r>
          </w:p>
        </w:tc>
        <w:tc>
          <w:tcPr>
            <w:tcW w:w="0" w:type="auto"/>
          </w:tcPr>
          <w:p w14:paraId="16A378DA" w14:textId="77777777" w:rsidR="007A5E59" w:rsidRDefault="0095198F">
            <w:pPr>
              <w:jc w:val="center"/>
            </w:pPr>
            <w:r>
              <w:t>99,0</w:t>
            </w:r>
          </w:p>
        </w:tc>
        <w:tc>
          <w:tcPr>
            <w:tcW w:w="0" w:type="auto"/>
          </w:tcPr>
          <w:p w14:paraId="1860073C" w14:textId="77777777" w:rsidR="007A5E59" w:rsidRDefault="0095198F">
            <w:pPr>
              <w:jc w:val="center"/>
            </w:pPr>
            <w:r>
              <w:t>0,0</w:t>
            </w:r>
          </w:p>
        </w:tc>
        <w:tc>
          <w:tcPr>
            <w:tcW w:w="0" w:type="auto"/>
          </w:tcPr>
          <w:p w14:paraId="37023993" w14:textId="77777777" w:rsidR="007A5E59" w:rsidRDefault="0095198F">
            <w:pPr>
              <w:jc w:val="center"/>
            </w:pPr>
            <w:r>
              <w:t>60,0</w:t>
            </w:r>
          </w:p>
        </w:tc>
        <w:tc>
          <w:tcPr>
            <w:tcW w:w="0" w:type="auto"/>
          </w:tcPr>
          <w:p w14:paraId="6B679FC1" w14:textId="77777777" w:rsidR="007A5E59" w:rsidRDefault="0095198F">
            <w:pPr>
              <w:jc w:val="center"/>
            </w:pPr>
            <w:r>
              <w:t>257,0</w:t>
            </w:r>
          </w:p>
        </w:tc>
        <w:tc>
          <w:tcPr>
            <w:tcW w:w="0" w:type="auto"/>
          </w:tcPr>
          <w:p w14:paraId="0168A9C6" w14:textId="77777777" w:rsidR="007A5E59" w:rsidRDefault="0095198F">
            <w:pPr>
              <w:jc w:val="center"/>
            </w:pPr>
            <w:r>
              <w:t>113,0</w:t>
            </w:r>
          </w:p>
        </w:tc>
        <w:tc>
          <w:tcPr>
            <w:tcW w:w="0" w:type="auto"/>
          </w:tcPr>
          <w:p w14:paraId="2745D1BF" w14:textId="77777777" w:rsidR="007A5E59" w:rsidRDefault="0095198F">
            <w:pPr>
              <w:jc w:val="center"/>
            </w:pPr>
            <w:r>
              <w:t>0,0</w:t>
            </w:r>
          </w:p>
        </w:tc>
        <w:tc>
          <w:tcPr>
            <w:tcW w:w="0" w:type="auto"/>
          </w:tcPr>
          <w:p w14:paraId="3C8C446F" w14:textId="77777777" w:rsidR="007A5E59" w:rsidRDefault="0095198F">
            <w:pPr>
              <w:jc w:val="center"/>
            </w:pPr>
            <w:r>
              <w:t>0,0</w:t>
            </w:r>
          </w:p>
        </w:tc>
        <w:tc>
          <w:tcPr>
            <w:tcW w:w="0" w:type="auto"/>
          </w:tcPr>
          <w:p w14:paraId="6C2A3691" w14:textId="77777777" w:rsidR="007A5E59" w:rsidRDefault="0095198F">
            <w:pPr>
              <w:jc w:val="center"/>
            </w:pPr>
            <w:r>
              <w:t>61,0</w:t>
            </w:r>
          </w:p>
        </w:tc>
        <w:tc>
          <w:tcPr>
            <w:tcW w:w="0" w:type="auto"/>
          </w:tcPr>
          <w:p w14:paraId="2A7C51E9" w14:textId="77777777" w:rsidR="007A5E59" w:rsidRDefault="0095198F">
            <w:pPr>
              <w:jc w:val="center"/>
            </w:pPr>
            <w:r>
              <w:t>104,0</w:t>
            </w:r>
          </w:p>
        </w:tc>
        <w:tc>
          <w:tcPr>
            <w:tcW w:w="0" w:type="auto"/>
          </w:tcPr>
          <w:p w14:paraId="7E5F2D95" w14:textId="77777777" w:rsidR="007A5E59" w:rsidRDefault="0095198F">
            <w:pPr>
              <w:jc w:val="center"/>
            </w:pPr>
            <w:r>
              <w:t>0,0</w:t>
            </w:r>
          </w:p>
        </w:tc>
        <w:tc>
          <w:tcPr>
            <w:tcW w:w="0" w:type="auto"/>
          </w:tcPr>
          <w:p w14:paraId="2464BA72" w14:textId="77777777" w:rsidR="007A5E59" w:rsidRDefault="0095198F">
            <w:pPr>
              <w:jc w:val="center"/>
            </w:pPr>
            <w:r>
              <w:t>183,0</w:t>
            </w:r>
          </w:p>
        </w:tc>
        <w:tc>
          <w:tcPr>
            <w:tcW w:w="0" w:type="auto"/>
          </w:tcPr>
          <w:p w14:paraId="47517112" w14:textId="77777777" w:rsidR="007A5E59" w:rsidRDefault="0095198F">
            <w:pPr>
              <w:jc w:val="center"/>
            </w:pPr>
            <w:r>
              <w:t>231,0</w:t>
            </w:r>
          </w:p>
        </w:tc>
        <w:tc>
          <w:tcPr>
            <w:tcW w:w="0" w:type="auto"/>
          </w:tcPr>
          <w:p w14:paraId="1A6B8839" w14:textId="77777777" w:rsidR="007A5E59" w:rsidRDefault="0095198F">
            <w:pPr>
              <w:jc w:val="center"/>
            </w:pPr>
            <w:r>
              <w:t>80,0</w:t>
            </w:r>
          </w:p>
        </w:tc>
        <w:tc>
          <w:tcPr>
            <w:tcW w:w="0" w:type="auto"/>
          </w:tcPr>
          <w:p w14:paraId="2A55AD87" w14:textId="77777777" w:rsidR="007A5E59" w:rsidRDefault="0095198F">
            <w:pPr>
              <w:jc w:val="center"/>
            </w:pPr>
            <w:r>
              <w:t>108,0</w:t>
            </w:r>
          </w:p>
        </w:tc>
        <w:tc>
          <w:tcPr>
            <w:tcW w:w="0" w:type="auto"/>
          </w:tcPr>
          <w:p w14:paraId="33EEDE13" w14:textId="77777777" w:rsidR="007A5E59" w:rsidRDefault="0095198F">
            <w:pPr>
              <w:jc w:val="center"/>
            </w:pPr>
            <w:r>
              <w:t>0,0</w:t>
            </w:r>
          </w:p>
        </w:tc>
        <w:tc>
          <w:tcPr>
            <w:tcW w:w="0" w:type="auto"/>
          </w:tcPr>
          <w:p w14:paraId="6DCA440F" w14:textId="77777777" w:rsidR="007A5E59" w:rsidRDefault="0095198F">
            <w:pPr>
              <w:jc w:val="center"/>
            </w:pPr>
            <w:r>
              <w:t>0,0</w:t>
            </w:r>
          </w:p>
        </w:tc>
        <w:tc>
          <w:tcPr>
            <w:tcW w:w="0" w:type="auto"/>
          </w:tcPr>
          <w:p w14:paraId="03A1E665" w14:textId="77777777" w:rsidR="007A5E59" w:rsidRDefault="0095198F">
            <w:pPr>
              <w:jc w:val="center"/>
            </w:pPr>
            <w:r>
              <w:t>0,0</w:t>
            </w:r>
          </w:p>
        </w:tc>
        <w:tc>
          <w:tcPr>
            <w:tcW w:w="0" w:type="auto"/>
          </w:tcPr>
          <w:p w14:paraId="75105661" w14:textId="77777777" w:rsidR="007A5E59" w:rsidRDefault="0095198F">
            <w:pPr>
              <w:jc w:val="center"/>
            </w:pPr>
            <w:r>
              <w:t>1 301,0</w:t>
            </w:r>
          </w:p>
        </w:tc>
      </w:tr>
      <w:tr w:rsidR="007A5E59" w14:paraId="17CABB5D" w14:textId="77777777">
        <w:trPr>
          <w:jc w:val="center"/>
        </w:trPr>
        <w:tc>
          <w:tcPr>
            <w:tcW w:w="0" w:type="auto"/>
            <w:shd w:val="clear" w:color="auto" w:fill="DBE5F1"/>
          </w:tcPr>
          <w:p w14:paraId="2A1FD5E8" w14:textId="77777777" w:rsidR="007A5E59" w:rsidRDefault="0095198F">
            <w:r>
              <w:rPr>
                <w:b/>
              </w:rPr>
              <w:t>ИТОГО существующая сеть</w:t>
            </w:r>
          </w:p>
        </w:tc>
        <w:tc>
          <w:tcPr>
            <w:tcW w:w="0" w:type="auto"/>
            <w:shd w:val="clear" w:color="auto" w:fill="DBE5F1"/>
          </w:tcPr>
          <w:p w14:paraId="225DE2E0" w14:textId="77777777" w:rsidR="007A5E59" w:rsidRDefault="0095198F">
            <w:pPr>
              <w:jc w:val="center"/>
            </w:pPr>
            <w:r>
              <w:rPr>
                <w:b/>
              </w:rPr>
              <w:t>5,0</w:t>
            </w:r>
          </w:p>
        </w:tc>
        <w:tc>
          <w:tcPr>
            <w:tcW w:w="0" w:type="auto"/>
            <w:shd w:val="clear" w:color="auto" w:fill="DBE5F1"/>
          </w:tcPr>
          <w:p w14:paraId="06D56AB1" w14:textId="77777777" w:rsidR="007A5E59" w:rsidRDefault="0095198F">
            <w:pPr>
              <w:jc w:val="center"/>
            </w:pPr>
            <w:r>
              <w:rPr>
                <w:b/>
              </w:rPr>
              <w:t>14,0</w:t>
            </w:r>
          </w:p>
        </w:tc>
        <w:tc>
          <w:tcPr>
            <w:tcW w:w="0" w:type="auto"/>
            <w:shd w:val="clear" w:color="auto" w:fill="DBE5F1"/>
          </w:tcPr>
          <w:p w14:paraId="446ACE6F" w14:textId="77777777" w:rsidR="007A5E59" w:rsidRDefault="0095198F">
            <w:pPr>
              <w:jc w:val="center"/>
            </w:pPr>
            <w:r>
              <w:rPr>
                <w:b/>
              </w:rPr>
              <w:t>651,0</w:t>
            </w:r>
          </w:p>
        </w:tc>
        <w:tc>
          <w:tcPr>
            <w:tcW w:w="0" w:type="auto"/>
            <w:shd w:val="clear" w:color="auto" w:fill="DBE5F1"/>
          </w:tcPr>
          <w:p w14:paraId="507E52C3" w14:textId="77777777" w:rsidR="007A5E59" w:rsidRDefault="0095198F">
            <w:pPr>
              <w:jc w:val="center"/>
            </w:pPr>
            <w:r>
              <w:rPr>
                <w:b/>
              </w:rPr>
              <w:t>0,0</w:t>
            </w:r>
          </w:p>
        </w:tc>
        <w:tc>
          <w:tcPr>
            <w:tcW w:w="0" w:type="auto"/>
            <w:shd w:val="clear" w:color="auto" w:fill="DBE5F1"/>
          </w:tcPr>
          <w:p w14:paraId="1939E5E6" w14:textId="77777777" w:rsidR="007A5E59" w:rsidRDefault="0095198F">
            <w:pPr>
              <w:jc w:val="center"/>
            </w:pPr>
            <w:r>
              <w:rPr>
                <w:b/>
              </w:rPr>
              <w:t>219,5</w:t>
            </w:r>
          </w:p>
        </w:tc>
        <w:tc>
          <w:tcPr>
            <w:tcW w:w="0" w:type="auto"/>
            <w:shd w:val="clear" w:color="auto" w:fill="DBE5F1"/>
          </w:tcPr>
          <w:p w14:paraId="5D3560F9" w14:textId="77777777" w:rsidR="007A5E59" w:rsidRDefault="0095198F">
            <w:pPr>
              <w:jc w:val="center"/>
            </w:pPr>
            <w:r>
              <w:rPr>
                <w:b/>
              </w:rPr>
              <w:t>610,0</w:t>
            </w:r>
          </w:p>
        </w:tc>
        <w:tc>
          <w:tcPr>
            <w:tcW w:w="0" w:type="auto"/>
            <w:shd w:val="clear" w:color="auto" w:fill="DBE5F1"/>
          </w:tcPr>
          <w:p w14:paraId="63D6280A" w14:textId="77777777" w:rsidR="007A5E59" w:rsidRDefault="0095198F">
            <w:pPr>
              <w:jc w:val="center"/>
            </w:pPr>
            <w:r>
              <w:rPr>
                <w:b/>
              </w:rPr>
              <w:t>181,0</w:t>
            </w:r>
          </w:p>
        </w:tc>
        <w:tc>
          <w:tcPr>
            <w:tcW w:w="0" w:type="auto"/>
            <w:shd w:val="clear" w:color="auto" w:fill="DBE5F1"/>
          </w:tcPr>
          <w:p w14:paraId="29CB03F1" w14:textId="77777777" w:rsidR="007A5E59" w:rsidRDefault="0095198F">
            <w:pPr>
              <w:jc w:val="center"/>
            </w:pPr>
            <w:r>
              <w:rPr>
                <w:b/>
              </w:rPr>
              <w:t>0,0</w:t>
            </w:r>
          </w:p>
        </w:tc>
        <w:tc>
          <w:tcPr>
            <w:tcW w:w="0" w:type="auto"/>
            <w:shd w:val="clear" w:color="auto" w:fill="DBE5F1"/>
          </w:tcPr>
          <w:p w14:paraId="6C62F523" w14:textId="77777777" w:rsidR="007A5E59" w:rsidRDefault="0095198F">
            <w:pPr>
              <w:jc w:val="center"/>
            </w:pPr>
            <w:r>
              <w:rPr>
                <w:b/>
              </w:rPr>
              <w:t>0,0</w:t>
            </w:r>
          </w:p>
        </w:tc>
        <w:tc>
          <w:tcPr>
            <w:tcW w:w="0" w:type="auto"/>
            <w:shd w:val="clear" w:color="auto" w:fill="DBE5F1"/>
          </w:tcPr>
          <w:p w14:paraId="2B632F96" w14:textId="77777777" w:rsidR="007A5E59" w:rsidRDefault="0095198F">
            <w:pPr>
              <w:jc w:val="center"/>
            </w:pPr>
            <w:r>
              <w:rPr>
                <w:b/>
              </w:rPr>
              <w:t>312,0</w:t>
            </w:r>
          </w:p>
        </w:tc>
        <w:tc>
          <w:tcPr>
            <w:tcW w:w="0" w:type="auto"/>
            <w:shd w:val="clear" w:color="auto" w:fill="DBE5F1"/>
          </w:tcPr>
          <w:p w14:paraId="17254850" w14:textId="77777777" w:rsidR="007A5E59" w:rsidRDefault="0095198F">
            <w:pPr>
              <w:jc w:val="center"/>
            </w:pPr>
            <w:r>
              <w:rPr>
                <w:b/>
              </w:rPr>
              <w:t>946,0</w:t>
            </w:r>
          </w:p>
        </w:tc>
        <w:tc>
          <w:tcPr>
            <w:tcW w:w="0" w:type="auto"/>
            <w:shd w:val="clear" w:color="auto" w:fill="DBE5F1"/>
          </w:tcPr>
          <w:p w14:paraId="0C53EF18" w14:textId="77777777" w:rsidR="007A5E59" w:rsidRDefault="0095198F">
            <w:pPr>
              <w:jc w:val="center"/>
            </w:pPr>
            <w:r>
              <w:rPr>
                <w:b/>
              </w:rPr>
              <w:t>0,0</w:t>
            </w:r>
          </w:p>
        </w:tc>
        <w:tc>
          <w:tcPr>
            <w:tcW w:w="0" w:type="auto"/>
            <w:shd w:val="clear" w:color="auto" w:fill="DBE5F1"/>
          </w:tcPr>
          <w:p w14:paraId="0B0830E2" w14:textId="77777777" w:rsidR="007A5E59" w:rsidRDefault="0095198F">
            <w:pPr>
              <w:jc w:val="center"/>
            </w:pPr>
            <w:r>
              <w:rPr>
                <w:b/>
              </w:rPr>
              <w:t>206,0</w:t>
            </w:r>
          </w:p>
        </w:tc>
        <w:tc>
          <w:tcPr>
            <w:tcW w:w="0" w:type="auto"/>
            <w:shd w:val="clear" w:color="auto" w:fill="DBE5F1"/>
          </w:tcPr>
          <w:p w14:paraId="5447F450" w14:textId="77777777" w:rsidR="007A5E59" w:rsidRDefault="0095198F">
            <w:pPr>
              <w:jc w:val="center"/>
            </w:pPr>
            <w:r>
              <w:rPr>
                <w:b/>
              </w:rPr>
              <w:t>284,0</w:t>
            </w:r>
          </w:p>
        </w:tc>
        <w:tc>
          <w:tcPr>
            <w:tcW w:w="0" w:type="auto"/>
            <w:shd w:val="clear" w:color="auto" w:fill="DBE5F1"/>
          </w:tcPr>
          <w:p w14:paraId="67749353" w14:textId="77777777" w:rsidR="007A5E59" w:rsidRDefault="0095198F">
            <w:pPr>
              <w:jc w:val="center"/>
            </w:pPr>
            <w:r>
              <w:rPr>
                <w:b/>
              </w:rPr>
              <w:t>170,0</w:t>
            </w:r>
          </w:p>
        </w:tc>
        <w:tc>
          <w:tcPr>
            <w:tcW w:w="0" w:type="auto"/>
            <w:shd w:val="clear" w:color="auto" w:fill="DBE5F1"/>
          </w:tcPr>
          <w:p w14:paraId="7E44D76D" w14:textId="77777777" w:rsidR="007A5E59" w:rsidRDefault="0095198F">
            <w:pPr>
              <w:jc w:val="center"/>
            </w:pPr>
            <w:r>
              <w:rPr>
                <w:b/>
              </w:rPr>
              <w:t>121,0</w:t>
            </w:r>
          </w:p>
        </w:tc>
        <w:tc>
          <w:tcPr>
            <w:tcW w:w="0" w:type="auto"/>
            <w:shd w:val="clear" w:color="auto" w:fill="DBE5F1"/>
          </w:tcPr>
          <w:p w14:paraId="32096F9A" w14:textId="77777777" w:rsidR="007A5E59" w:rsidRDefault="0095198F">
            <w:pPr>
              <w:jc w:val="center"/>
            </w:pPr>
            <w:r>
              <w:rPr>
                <w:b/>
              </w:rPr>
              <w:t>0,0</w:t>
            </w:r>
          </w:p>
        </w:tc>
        <w:tc>
          <w:tcPr>
            <w:tcW w:w="0" w:type="auto"/>
            <w:shd w:val="clear" w:color="auto" w:fill="DBE5F1"/>
          </w:tcPr>
          <w:p w14:paraId="2F0B3C4A" w14:textId="77777777" w:rsidR="007A5E59" w:rsidRDefault="0095198F">
            <w:pPr>
              <w:jc w:val="center"/>
            </w:pPr>
            <w:r>
              <w:rPr>
                <w:b/>
              </w:rPr>
              <w:t>0,0</w:t>
            </w:r>
          </w:p>
        </w:tc>
        <w:tc>
          <w:tcPr>
            <w:tcW w:w="0" w:type="auto"/>
            <w:shd w:val="clear" w:color="auto" w:fill="DBE5F1"/>
          </w:tcPr>
          <w:p w14:paraId="5D14B873" w14:textId="77777777" w:rsidR="007A5E59" w:rsidRDefault="0095198F">
            <w:pPr>
              <w:jc w:val="center"/>
            </w:pPr>
            <w:r>
              <w:rPr>
                <w:b/>
              </w:rPr>
              <w:t>0,0</w:t>
            </w:r>
          </w:p>
        </w:tc>
        <w:tc>
          <w:tcPr>
            <w:tcW w:w="0" w:type="auto"/>
            <w:shd w:val="clear" w:color="auto" w:fill="DBE5F1"/>
          </w:tcPr>
          <w:p w14:paraId="7EF4FE3F" w14:textId="77777777" w:rsidR="007A5E59" w:rsidRDefault="0095198F">
            <w:pPr>
              <w:jc w:val="center"/>
            </w:pPr>
            <w:r>
              <w:rPr>
                <w:b/>
              </w:rPr>
              <w:t>3 719,5</w:t>
            </w:r>
          </w:p>
        </w:tc>
      </w:tr>
      <w:tr w:rsidR="007A5E59" w14:paraId="6194682D" w14:textId="77777777">
        <w:trPr>
          <w:jc w:val="center"/>
        </w:trPr>
        <w:tc>
          <w:tcPr>
            <w:tcW w:w="0" w:type="auto"/>
          </w:tcPr>
          <w:p w14:paraId="578297A8" w14:textId="77777777" w:rsidR="007A5E59" w:rsidRDefault="0095198F">
            <w:r w:rsidRPr="00312815">
              <w:rPr>
                <w:lang w:val="ru-RU"/>
              </w:rPr>
              <w:t xml:space="preserve">БЛОК 2. Подлежит замене — по сроку службы (порог см. </w:t>
            </w:r>
            <w:r>
              <w:t>БЛОК 4), м</w:t>
            </w:r>
          </w:p>
        </w:tc>
        <w:tc>
          <w:tcPr>
            <w:tcW w:w="0" w:type="auto"/>
          </w:tcPr>
          <w:p w14:paraId="4800DCB3" w14:textId="77777777" w:rsidR="007A5E59" w:rsidRDefault="007A5E59"/>
        </w:tc>
        <w:tc>
          <w:tcPr>
            <w:tcW w:w="0" w:type="auto"/>
          </w:tcPr>
          <w:p w14:paraId="641FA29B" w14:textId="77777777" w:rsidR="007A5E59" w:rsidRDefault="007A5E59"/>
        </w:tc>
        <w:tc>
          <w:tcPr>
            <w:tcW w:w="0" w:type="auto"/>
          </w:tcPr>
          <w:p w14:paraId="2CADFD82" w14:textId="77777777" w:rsidR="007A5E59" w:rsidRDefault="007A5E59"/>
        </w:tc>
        <w:tc>
          <w:tcPr>
            <w:tcW w:w="0" w:type="auto"/>
          </w:tcPr>
          <w:p w14:paraId="29E33EF7" w14:textId="77777777" w:rsidR="007A5E59" w:rsidRDefault="007A5E59"/>
        </w:tc>
        <w:tc>
          <w:tcPr>
            <w:tcW w:w="0" w:type="auto"/>
          </w:tcPr>
          <w:p w14:paraId="0DF3624D" w14:textId="77777777" w:rsidR="007A5E59" w:rsidRDefault="007A5E59"/>
        </w:tc>
        <w:tc>
          <w:tcPr>
            <w:tcW w:w="0" w:type="auto"/>
          </w:tcPr>
          <w:p w14:paraId="4D0ECBE9" w14:textId="77777777" w:rsidR="007A5E59" w:rsidRDefault="007A5E59"/>
        </w:tc>
        <w:tc>
          <w:tcPr>
            <w:tcW w:w="0" w:type="auto"/>
          </w:tcPr>
          <w:p w14:paraId="4BB17C5D" w14:textId="77777777" w:rsidR="007A5E59" w:rsidRDefault="007A5E59"/>
        </w:tc>
        <w:tc>
          <w:tcPr>
            <w:tcW w:w="0" w:type="auto"/>
          </w:tcPr>
          <w:p w14:paraId="72FCEA00" w14:textId="77777777" w:rsidR="007A5E59" w:rsidRDefault="007A5E59"/>
        </w:tc>
        <w:tc>
          <w:tcPr>
            <w:tcW w:w="0" w:type="auto"/>
          </w:tcPr>
          <w:p w14:paraId="6BAA099E" w14:textId="77777777" w:rsidR="007A5E59" w:rsidRDefault="007A5E59"/>
        </w:tc>
        <w:tc>
          <w:tcPr>
            <w:tcW w:w="0" w:type="auto"/>
          </w:tcPr>
          <w:p w14:paraId="753FE9E8" w14:textId="77777777" w:rsidR="007A5E59" w:rsidRDefault="007A5E59"/>
        </w:tc>
        <w:tc>
          <w:tcPr>
            <w:tcW w:w="0" w:type="auto"/>
          </w:tcPr>
          <w:p w14:paraId="2FFD5EB2" w14:textId="77777777" w:rsidR="007A5E59" w:rsidRDefault="007A5E59"/>
        </w:tc>
        <w:tc>
          <w:tcPr>
            <w:tcW w:w="0" w:type="auto"/>
          </w:tcPr>
          <w:p w14:paraId="26269E6B" w14:textId="77777777" w:rsidR="007A5E59" w:rsidRDefault="007A5E59"/>
        </w:tc>
        <w:tc>
          <w:tcPr>
            <w:tcW w:w="0" w:type="auto"/>
          </w:tcPr>
          <w:p w14:paraId="32983AD9" w14:textId="77777777" w:rsidR="007A5E59" w:rsidRDefault="007A5E59"/>
        </w:tc>
        <w:tc>
          <w:tcPr>
            <w:tcW w:w="0" w:type="auto"/>
          </w:tcPr>
          <w:p w14:paraId="151677B8" w14:textId="77777777" w:rsidR="007A5E59" w:rsidRDefault="007A5E59"/>
        </w:tc>
        <w:tc>
          <w:tcPr>
            <w:tcW w:w="0" w:type="auto"/>
          </w:tcPr>
          <w:p w14:paraId="19FB7C01" w14:textId="77777777" w:rsidR="007A5E59" w:rsidRDefault="007A5E59"/>
        </w:tc>
        <w:tc>
          <w:tcPr>
            <w:tcW w:w="0" w:type="auto"/>
          </w:tcPr>
          <w:p w14:paraId="5FD0E1A4" w14:textId="77777777" w:rsidR="007A5E59" w:rsidRDefault="007A5E59"/>
        </w:tc>
        <w:tc>
          <w:tcPr>
            <w:tcW w:w="0" w:type="auto"/>
          </w:tcPr>
          <w:p w14:paraId="6B6D4204" w14:textId="77777777" w:rsidR="007A5E59" w:rsidRDefault="007A5E59"/>
        </w:tc>
        <w:tc>
          <w:tcPr>
            <w:tcW w:w="0" w:type="auto"/>
          </w:tcPr>
          <w:p w14:paraId="598A93CE" w14:textId="77777777" w:rsidR="007A5E59" w:rsidRDefault="007A5E59"/>
        </w:tc>
        <w:tc>
          <w:tcPr>
            <w:tcW w:w="0" w:type="auto"/>
          </w:tcPr>
          <w:p w14:paraId="34552585" w14:textId="77777777" w:rsidR="007A5E59" w:rsidRDefault="007A5E59"/>
        </w:tc>
        <w:tc>
          <w:tcPr>
            <w:tcW w:w="0" w:type="auto"/>
          </w:tcPr>
          <w:p w14:paraId="418D376F" w14:textId="77777777" w:rsidR="007A5E59" w:rsidRDefault="007A5E59"/>
        </w:tc>
      </w:tr>
      <w:tr w:rsidR="007A5E59" w14:paraId="2C4BB1B6" w14:textId="77777777">
        <w:trPr>
          <w:jc w:val="center"/>
        </w:trPr>
        <w:tc>
          <w:tcPr>
            <w:tcW w:w="0" w:type="auto"/>
          </w:tcPr>
          <w:p w14:paraId="156D71CC" w14:textId="77777777" w:rsidR="007A5E59" w:rsidRDefault="0095198F">
            <w:r>
              <w:t>Этап</w:t>
            </w:r>
          </w:p>
        </w:tc>
        <w:tc>
          <w:tcPr>
            <w:tcW w:w="0" w:type="auto"/>
          </w:tcPr>
          <w:p w14:paraId="22B364B8" w14:textId="77777777" w:rsidR="007A5E59" w:rsidRDefault="0095198F">
            <w:r>
              <w:t>Дн15</w:t>
            </w:r>
          </w:p>
        </w:tc>
        <w:tc>
          <w:tcPr>
            <w:tcW w:w="0" w:type="auto"/>
          </w:tcPr>
          <w:p w14:paraId="572BB6DE" w14:textId="77777777" w:rsidR="007A5E59" w:rsidRDefault="0095198F">
            <w:r>
              <w:t>Дн20</w:t>
            </w:r>
          </w:p>
        </w:tc>
        <w:tc>
          <w:tcPr>
            <w:tcW w:w="0" w:type="auto"/>
          </w:tcPr>
          <w:p w14:paraId="43133C30" w14:textId="77777777" w:rsidR="007A5E59" w:rsidRDefault="0095198F">
            <w:r>
              <w:t>Дн25</w:t>
            </w:r>
          </w:p>
        </w:tc>
        <w:tc>
          <w:tcPr>
            <w:tcW w:w="0" w:type="auto"/>
          </w:tcPr>
          <w:p w14:paraId="53F8D999" w14:textId="77777777" w:rsidR="007A5E59" w:rsidRDefault="0095198F">
            <w:r>
              <w:t>Дн32</w:t>
            </w:r>
          </w:p>
        </w:tc>
        <w:tc>
          <w:tcPr>
            <w:tcW w:w="0" w:type="auto"/>
          </w:tcPr>
          <w:p w14:paraId="0CC0AC76" w14:textId="77777777" w:rsidR="007A5E59" w:rsidRDefault="0095198F">
            <w:r>
              <w:t>Дн40</w:t>
            </w:r>
          </w:p>
        </w:tc>
        <w:tc>
          <w:tcPr>
            <w:tcW w:w="0" w:type="auto"/>
          </w:tcPr>
          <w:p w14:paraId="56A4D13B" w14:textId="77777777" w:rsidR="007A5E59" w:rsidRDefault="0095198F">
            <w:r>
              <w:t>Дн50</w:t>
            </w:r>
          </w:p>
        </w:tc>
        <w:tc>
          <w:tcPr>
            <w:tcW w:w="0" w:type="auto"/>
          </w:tcPr>
          <w:p w14:paraId="0BFB9E47" w14:textId="77777777" w:rsidR="007A5E59" w:rsidRDefault="0095198F">
            <w:r>
              <w:t>Дн65</w:t>
            </w:r>
          </w:p>
        </w:tc>
        <w:tc>
          <w:tcPr>
            <w:tcW w:w="0" w:type="auto"/>
          </w:tcPr>
          <w:p w14:paraId="4EF3B51A" w14:textId="77777777" w:rsidR="007A5E59" w:rsidRDefault="0095198F">
            <w:r>
              <w:t>Дн68</w:t>
            </w:r>
          </w:p>
        </w:tc>
        <w:tc>
          <w:tcPr>
            <w:tcW w:w="0" w:type="auto"/>
          </w:tcPr>
          <w:p w14:paraId="76777FD5" w14:textId="77777777" w:rsidR="007A5E59" w:rsidRDefault="0095198F">
            <w:r>
              <w:t>Дн70</w:t>
            </w:r>
          </w:p>
        </w:tc>
        <w:tc>
          <w:tcPr>
            <w:tcW w:w="0" w:type="auto"/>
          </w:tcPr>
          <w:p w14:paraId="617002F7" w14:textId="77777777" w:rsidR="007A5E59" w:rsidRDefault="0095198F">
            <w:r>
              <w:t>Дн80</w:t>
            </w:r>
          </w:p>
        </w:tc>
        <w:tc>
          <w:tcPr>
            <w:tcW w:w="0" w:type="auto"/>
          </w:tcPr>
          <w:p w14:paraId="212EAFD9" w14:textId="77777777" w:rsidR="007A5E59" w:rsidRDefault="0095198F">
            <w:r>
              <w:t>Дн100</w:t>
            </w:r>
          </w:p>
        </w:tc>
        <w:tc>
          <w:tcPr>
            <w:tcW w:w="0" w:type="auto"/>
          </w:tcPr>
          <w:p w14:paraId="171CE3D0" w14:textId="77777777" w:rsidR="007A5E59" w:rsidRDefault="0095198F">
            <w:r>
              <w:t>Дн125</w:t>
            </w:r>
          </w:p>
        </w:tc>
        <w:tc>
          <w:tcPr>
            <w:tcW w:w="0" w:type="auto"/>
          </w:tcPr>
          <w:p w14:paraId="4A5C5D15" w14:textId="77777777" w:rsidR="007A5E59" w:rsidRDefault="0095198F">
            <w:r>
              <w:t>Дн150</w:t>
            </w:r>
          </w:p>
        </w:tc>
        <w:tc>
          <w:tcPr>
            <w:tcW w:w="0" w:type="auto"/>
          </w:tcPr>
          <w:p w14:paraId="546BC326" w14:textId="77777777" w:rsidR="007A5E59" w:rsidRDefault="0095198F">
            <w:r>
              <w:t>Дн200</w:t>
            </w:r>
          </w:p>
        </w:tc>
        <w:tc>
          <w:tcPr>
            <w:tcW w:w="0" w:type="auto"/>
          </w:tcPr>
          <w:p w14:paraId="452A5E73" w14:textId="77777777" w:rsidR="007A5E59" w:rsidRDefault="0095198F">
            <w:r>
              <w:t>Дн250</w:t>
            </w:r>
          </w:p>
        </w:tc>
        <w:tc>
          <w:tcPr>
            <w:tcW w:w="0" w:type="auto"/>
          </w:tcPr>
          <w:p w14:paraId="05762CDC" w14:textId="77777777" w:rsidR="007A5E59" w:rsidRDefault="0095198F">
            <w:r>
              <w:t>Дн300</w:t>
            </w:r>
          </w:p>
        </w:tc>
        <w:tc>
          <w:tcPr>
            <w:tcW w:w="0" w:type="auto"/>
          </w:tcPr>
          <w:p w14:paraId="21A3A78D" w14:textId="77777777" w:rsidR="007A5E59" w:rsidRDefault="0095198F">
            <w:r>
              <w:t>Дн350</w:t>
            </w:r>
          </w:p>
        </w:tc>
        <w:tc>
          <w:tcPr>
            <w:tcW w:w="0" w:type="auto"/>
          </w:tcPr>
          <w:p w14:paraId="1E5F8578" w14:textId="77777777" w:rsidR="007A5E59" w:rsidRDefault="0095198F">
            <w:r>
              <w:t>Дн400</w:t>
            </w:r>
          </w:p>
        </w:tc>
        <w:tc>
          <w:tcPr>
            <w:tcW w:w="0" w:type="auto"/>
          </w:tcPr>
          <w:p w14:paraId="51901DBE" w14:textId="77777777" w:rsidR="007A5E59" w:rsidRDefault="0095198F">
            <w:r>
              <w:t>Дн500</w:t>
            </w:r>
          </w:p>
        </w:tc>
        <w:tc>
          <w:tcPr>
            <w:tcW w:w="0" w:type="auto"/>
          </w:tcPr>
          <w:p w14:paraId="20D1D100" w14:textId="77777777" w:rsidR="007A5E59" w:rsidRDefault="007A5E59"/>
        </w:tc>
      </w:tr>
      <w:tr w:rsidR="007A5E59" w14:paraId="5CB09029" w14:textId="77777777">
        <w:trPr>
          <w:jc w:val="center"/>
        </w:trPr>
        <w:tc>
          <w:tcPr>
            <w:tcW w:w="0" w:type="auto"/>
          </w:tcPr>
          <w:p w14:paraId="6EED5C3F" w14:textId="77777777" w:rsidR="007A5E59" w:rsidRDefault="0095198F">
            <w:r>
              <w:t>2026 (год ввода до 2001 включительно)</w:t>
            </w:r>
          </w:p>
        </w:tc>
        <w:tc>
          <w:tcPr>
            <w:tcW w:w="0" w:type="auto"/>
          </w:tcPr>
          <w:p w14:paraId="22F8C184" w14:textId="77777777" w:rsidR="007A5E59" w:rsidRDefault="0095198F">
            <w:pPr>
              <w:jc w:val="center"/>
            </w:pPr>
            <w:r>
              <w:t>5,0</w:t>
            </w:r>
          </w:p>
        </w:tc>
        <w:tc>
          <w:tcPr>
            <w:tcW w:w="0" w:type="auto"/>
          </w:tcPr>
          <w:p w14:paraId="3C24BCB2" w14:textId="77777777" w:rsidR="007A5E59" w:rsidRDefault="0095198F">
            <w:pPr>
              <w:jc w:val="center"/>
            </w:pPr>
            <w:r>
              <w:t>0,0</w:t>
            </w:r>
          </w:p>
        </w:tc>
        <w:tc>
          <w:tcPr>
            <w:tcW w:w="0" w:type="auto"/>
          </w:tcPr>
          <w:p w14:paraId="6867C709" w14:textId="77777777" w:rsidR="007A5E59" w:rsidRDefault="0095198F">
            <w:pPr>
              <w:jc w:val="center"/>
            </w:pPr>
            <w:r>
              <w:t>144,0</w:t>
            </w:r>
          </w:p>
        </w:tc>
        <w:tc>
          <w:tcPr>
            <w:tcW w:w="0" w:type="auto"/>
          </w:tcPr>
          <w:p w14:paraId="704BA452" w14:textId="77777777" w:rsidR="007A5E59" w:rsidRDefault="0095198F">
            <w:pPr>
              <w:jc w:val="center"/>
            </w:pPr>
            <w:r>
              <w:t>0,0</w:t>
            </w:r>
          </w:p>
        </w:tc>
        <w:tc>
          <w:tcPr>
            <w:tcW w:w="0" w:type="auto"/>
          </w:tcPr>
          <w:p w14:paraId="20EBC7E4" w14:textId="77777777" w:rsidR="007A5E59" w:rsidRDefault="0095198F">
            <w:pPr>
              <w:jc w:val="center"/>
            </w:pPr>
            <w:r>
              <w:t>93,5</w:t>
            </w:r>
          </w:p>
        </w:tc>
        <w:tc>
          <w:tcPr>
            <w:tcW w:w="0" w:type="auto"/>
          </w:tcPr>
          <w:p w14:paraId="1060311A" w14:textId="77777777" w:rsidR="007A5E59" w:rsidRDefault="0095198F">
            <w:pPr>
              <w:jc w:val="center"/>
            </w:pPr>
            <w:r>
              <w:t>335,0</w:t>
            </w:r>
          </w:p>
        </w:tc>
        <w:tc>
          <w:tcPr>
            <w:tcW w:w="0" w:type="auto"/>
          </w:tcPr>
          <w:p w14:paraId="5548598F" w14:textId="77777777" w:rsidR="007A5E59" w:rsidRDefault="0095198F">
            <w:pPr>
              <w:jc w:val="center"/>
            </w:pPr>
            <w:r>
              <w:t>68,0</w:t>
            </w:r>
          </w:p>
        </w:tc>
        <w:tc>
          <w:tcPr>
            <w:tcW w:w="0" w:type="auto"/>
          </w:tcPr>
          <w:p w14:paraId="53A095BE" w14:textId="77777777" w:rsidR="007A5E59" w:rsidRDefault="0095198F">
            <w:pPr>
              <w:jc w:val="center"/>
            </w:pPr>
            <w:r>
              <w:t>0,0</w:t>
            </w:r>
          </w:p>
        </w:tc>
        <w:tc>
          <w:tcPr>
            <w:tcW w:w="0" w:type="auto"/>
          </w:tcPr>
          <w:p w14:paraId="529D8F36" w14:textId="77777777" w:rsidR="007A5E59" w:rsidRDefault="0095198F">
            <w:pPr>
              <w:jc w:val="center"/>
            </w:pPr>
            <w:r>
              <w:t>0,0</w:t>
            </w:r>
          </w:p>
        </w:tc>
        <w:tc>
          <w:tcPr>
            <w:tcW w:w="0" w:type="auto"/>
          </w:tcPr>
          <w:p w14:paraId="018BE7C2" w14:textId="77777777" w:rsidR="007A5E59" w:rsidRDefault="0095198F">
            <w:pPr>
              <w:jc w:val="center"/>
            </w:pPr>
            <w:r>
              <w:t>245,0</w:t>
            </w:r>
          </w:p>
        </w:tc>
        <w:tc>
          <w:tcPr>
            <w:tcW w:w="0" w:type="auto"/>
          </w:tcPr>
          <w:p w14:paraId="6F46A87C" w14:textId="77777777" w:rsidR="007A5E59" w:rsidRDefault="0095198F">
            <w:pPr>
              <w:jc w:val="center"/>
            </w:pPr>
            <w:r>
              <w:t>487,0</w:t>
            </w:r>
          </w:p>
        </w:tc>
        <w:tc>
          <w:tcPr>
            <w:tcW w:w="0" w:type="auto"/>
          </w:tcPr>
          <w:p w14:paraId="04BA80EE" w14:textId="77777777" w:rsidR="007A5E59" w:rsidRDefault="0095198F">
            <w:pPr>
              <w:jc w:val="center"/>
            </w:pPr>
            <w:r>
              <w:t>0,0</w:t>
            </w:r>
          </w:p>
        </w:tc>
        <w:tc>
          <w:tcPr>
            <w:tcW w:w="0" w:type="auto"/>
          </w:tcPr>
          <w:p w14:paraId="01F0EE6D" w14:textId="77777777" w:rsidR="007A5E59" w:rsidRDefault="0095198F">
            <w:pPr>
              <w:jc w:val="center"/>
            </w:pPr>
            <w:r>
              <w:t>23,0</w:t>
            </w:r>
          </w:p>
        </w:tc>
        <w:tc>
          <w:tcPr>
            <w:tcW w:w="0" w:type="auto"/>
          </w:tcPr>
          <w:p w14:paraId="12F77569" w14:textId="77777777" w:rsidR="007A5E59" w:rsidRDefault="0095198F">
            <w:pPr>
              <w:jc w:val="center"/>
            </w:pPr>
            <w:r>
              <w:t>0,0</w:t>
            </w:r>
          </w:p>
        </w:tc>
        <w:tc>
          <w:tcPr>
            <w:tcW w:w="0" w:type="auto"/>
          </w:tcPr>
          <w:p w14:paraId="3A5FFE43" w14:textId="77777777" w:rsidR="007A5E59" w:rsidRDefault="0095198F">
            <w:pPr>
              <w:jc w:val="center"/>
            </w:pPr>
            <w:r>
              <w:t>133,0</w:t>
            </w:r>
          </w:p>
        </w:tc>
        <w:tc>
          <w:tcPr>
            <w:tcW w:w="0" w:type="auto"/>
          </w:tcPr>
          <w:p w14:paraId="0FAA14E7" w14:textId="77777777" w:rsidR="007A5E59" w:rsidRDefault="0095198F">
            <w:pPr>
              <w:jc w:val="center"/>
            </w:pPr>
            <w:r>
              <w:t>121,0</w:t>
            </w:r>
          </w:p>
        </w:tc>
        <w:tc>
          <w:tcPr>
            <w:tcW w:w="0" w:type="auto"/>
          </w:tcPr>
          <w:p w14:paraId="0AF09D1D" w14:textId="77777777" w:rsidR="007A5E59" w:rsidRDefault="0095198F">
            <w:pPr>
              <w:jc w:val="center"/>
            </w:pPr>
            <w:r>
              <w:t>0,0</w:t>
            </w:r>
          </w:p>
        </w:tc>
        <w:tc>
          <w:tcPr>
            <w:tcW w:w="0" w:type="auto"/>
          </w:tcPr>
          <w:p w14:paraId="4BC8280B" w14:textId="77777777" w:rsidR="007A5E59" w:rsidRDefault="0095198F">
            <w:pPr>
              <w:jc w:val="center"/>
            </w:pPr>
            <w:r>
              <w:t>0,0</w:t>
            </w:r>
          </w:p>
        </w:tc>
        <w:tc>
          <w:tcPr>
            <w:tcW w:w="0" w:type="auto"/>
          </w:tcPr>
          <w:p w14:paraId="58B504E9" w14:textId="77777777" w:rsidR="007A5E59" w:rsidRDefault="0095198F">
            <w:pPr>
              <w:jc w:val="center"/>
            </w:pPr>
            <w:r>
              <w:t>0,0</w:t>
            </w:r>
          </w:p>
        </w:tc>
        <w:tc>
          <w:tcPr>
            <w:tcW w:w="0" w:type="auto"/>
          </w:tcPr>
          <w:p w14:paraId="338A5375" w14:textId="77777777" w:rsidR="007A5E59" w:rsidRDefault="0095198F">
            <w:pPr>
              <w:jc w:val="center"/>
            </w:pPr>
            <w:r>
              <w:t>1 654,5</w:t>
            </w:r>
          </w:p>
        </w:tc>
      </w:tr>
      <w:tr w:rsidR="007A5E59" w14:paraId="5A6E0336" w14:textId="77777777">
        <w:trPr>
          <w:jc w:val="center"/>
        </w:trPr>
        <w:tc>
          <w:tcPr>
            <w:tcW w:w="0" w:type="auto"/>
          </w:tcPr>
          <w:p w14:paraId="7C975ADE" w14:textId="77777777" w:rsidR="007A5E59" w:rsidRDefault="0095198F">
            <w:r>
              <w:t>2031 (год ввода 2002–2006)</w:t>
            </w:r>
          </w:p>
        </w:tc>
        <w:tc>
          <w:tcPr>
            <w:tcW w:w="0" w:type="auto"/>
          </w:tcPr>
          <w:p w14:paraId="5585FF04" w14:textId="77777777" w:rsidR="007A5E59" w:rsidRDefault="0095198F">
            <w:pPr>
              <w:jc w:val="center"/>
            </w:pPr>
            <w:r>
              <w:t>0,0</w:t>
            </w:r>
          </w:p>
        </w:tc>
        <w:tc>
          <w:tcPr>
            <w:tcW w:w="0" w:type="auto"/>
          </w:tcPr>
          <w:p w14:paraId="10952CC6" w14:textId="77777777" w:rsidR="007A5E59" w:rsidRDefault="0095198F">
            <w:pPr>
              <w:jc w:val="center"/>
            </w:pPr>
            <w:r>
              <w:t>0,0</w:t>
            </w:r>
          </w:p>
        </w:tc>
        <w:tc>
          <w:tcPr>
            <w:tcW w:w="0" w:type="auto"/>
          </w:tcPr>
          <w:p w14:paraId="45E3661F" w14:textId="77777777" w:rsidR="007A5E59" w:rsidRDefault="0095198F">
            <w:pPr>
              <w:jc w:val="center"/>
            </w:pPr>
            <w:r>
              <w:t>4,0</w:t>
            </w:r>
          </w:p>
        </w:tc>
        <w:tc>
          <w:tcPr>
            <w:tcW w:w="0" w:type="auto"/>
          </w:tcPr>
          <w:p w14:paraId="3FD183F6" w14:textId="77777777" w:rsidR="007A5E59" w:rsidRDefault="0095198F">
            <w:pPr>
              <w:jc w:val="center"/>
            </w:pPr>
            <w:r>
              <w:t>0,0</w:t>
            </w:r>
          </w:p>
        </w:tc>
        <w:tc>
          <w:tcPr>
            <w:tcW w:w="0" w:type="auto"/>
          </w:tcPr>
          <w:p w14:paraId="63C03FE5" w14:textId="77777777" w:rsidR="007A5E59" w:rsidRDefault="0095198F">
            <w:pPr>
              <w:jc w:val="center"/>
            </w:pPr>
            <w:r>
              <w:t>14,0</w:t>
            </w:r>
          </w:p>
        </w:tc>
        <w:tc>
          <w:tcPr>
            <w:tcW w:w="0" w:type="auto"/>
          </w:tcPr>
          <w:p w14:paraId="616011A0" w14:textId="77777777" w:rsidR="007A5E59" w:rsidRDefault="0095198F">
            <w:pPr>
              <w:jc w:val="center"/>
            </w:pPr>
            <w:r>
              <w:t>7,0</w:t>
            </w:r>
          </w:p>
        </w:tc>
        <w:tc>
          <w:tcPr>
            <w:tcW w:w="0" w:type="auto"/>
          </w:tcPr>
          <w:p w14:paraId="3D91145F" w14:textId="77777777" w:rsidR="007A5E59" w:rsidRDefault="0095198F">
            <w:pPr>
              <w:jc w:val="center"/>
            </w:pPr>
            <w:r>
              <w:t>0,0</w:t>
            </w:r>
          </w:p>
        </w:tc>
        <w:tc>
          <w:tcPr>
            <w:tcW w:w="0" w:type="auto"/>
          </w:tcPr>
          <w:p w14:paraId="01C753E9" w14:textId="77777777" w:rsidR="007A5E59" w:rsidRDefault="0095198F">
            <w:pPr>
              <w:jc w:val="center"/>
            </w:pPr>
            <w:r>
              <w:t>0,0</w:t>
            </w:r>
          </w:p>
        </w:tc>
        <w:tc>
          <w:tcPr>
            <w:tcW w:w="0" w:type="auto"/>
          </w:tcPr>
          <w:p w14:paraId="56EACB7D" w14:textId="77777777" w:rsidR="007A5E59" w:rsidRDefault="0095198F">
            <w:pPr>
              <w:jc w:val="center"/>
            </w:pPr>
            <w:r>
              <w:t>0,0</w:t>
            </w:r>
          </w:p>
        </w:tc>
        <w:tc>
          <w:tcPr>
            <w:tcW w:w="0" w:type="auto"/>
          </w:tcPr>
          <w:p w14:paraId="088D5CF2" w14:textId="77777777" w:rsidR="007A5E59" w:rsidRDefault="0095198F">
            <w:pPr>
              <w:jc w:val="center"/>
            </w:pPr>
            <w:r>
              <w:t>0,0</w:t>
            </w:r>
          </w:p>
        </w:tc>
        <w:tc>
          <w:tcPr>
            <w:tcW w:w="0" w:type="auto"/>
          </w:tcPr>
          <w:p w14:paraId="323374ED" w14:textId="77777777" w:rsidR="007A5E59" w:rsidRDefault="0095198F">
            <w:pPr>
              <w:jc w:val="center"/>
            </w:pPr>
            <w:r>
              <w:t>164,0</w:t>
            </w:r>
          </w:p>
        </w:tc>
        <w:tc>
          <w:tcPr>
            <w:tcW w:w="0" w:type="auto"/>
          </w:tcPr>
          <w:p w14:paraId="7B1966BC" w14:textId="77777777" w:rsidR="007A5E59" w:rsidRDefault="0095198F">
            <w:pPr>
              <w:jc w:val="center"/>
            </w:pPr>
            <w:r>
              <w:t>0,0</w:t>
            </w:r>
          </w:p>
        </w:tc>
        <w:tc>
          <w:tcPr>
            <w:tcW w:w="0" w:type="auto"/>
          </w:tcPr>
          <w:p w14:paraId="188734CF" w14:textId="77777777" w:rsidR="007A5E59" w:rsidRDefault="0095198F">
            <w:pPr>
              <w:jc w:val="center"/>
            </w:pPr>
            <w:r>
              <w:t>0,0</w:t>
            </w:r>
          </w:p>
        </w:tc>
        <w:tc>
          <w:tcPr>
            <w:tcW w:w="0" w:type="auto"/>
          </w:tcPr>
          <w:p w14:paraId="16019C14" w14:textId="77777777" w:rsidR="007A5E59" w:rsidRDefault="0095198F">
            <w:pPr>
              <w:jc w:val="center"/>
            </w:pPr>
            <w:r>
              <w:t>161,0</w:t>
            </w:r>
          </w:p>
        </w:tc>
        <w:tc>
          <w:tcPr>
            <w:tcW w:w="0" w:type="auto"/>
          </w:tcPr>
          <w:p w14:paraId="56CD6B8E" w14:textId="77777777" w:rsidR="007A5E59" w:rsidRDefault="0095198F">
            <w:pPr>
              <w:jc w:val="center"/>
            </w:pPr>
            <w:r>
              <w:t>37,0</w:t>
            </w:r>
          </w:p>
        </w:tc>
        <w:tc>
          <w:tcPr>
            <w:tcW w:w="0" w:type="auto"/>
          </w:tcPr>
          <w:p w14:paraId="21A3FA95" w14:textId="77777777" w:rsidR="007A5E59" w:rsidRDefault="0095198F">
            <w:pPr>
              <w:jc w:val="center"/>
            </w:pPr>
            <w:r>
              <w:t>0,0</w:t>
            </w:r>
          </w:p>
        </w:tc>
        <w:tc>
          <w:tcPr>
            <w:tcW w:w="0" w:type="auto"/>
          </w:tcPr>
          <w:p w14:paraId="2AD0F15C" w14:textId="77777777" w:rsidR="007A5E59" w:rsidRDefault="0095198F">
            <w:pPr>
              <w:jc w:val="center"/>
            </w:pPr>
            <w:r>
              <w:t>0,0</w:t>
            </w:r>
          </w:p>
        </w:tc>
        <w:tc>
          <w:tcPr>
            <w:tcW w:w="0" w:type="auto"/>
          </w:tcPr>
          <w:p w14:paraId="2CC817FC" w14:textId="77777777" w:rsidR="007A5E59" w:rsidRDefault="0095198F">
            <w:pPr>
              <w:jc w:val="center"/>
            </w:pPr>
            <w:r>
              <w:t>0,0</w:t>
            </w:r>
          </w:p>
        </w:tc>
        <w:tc>
          <w:tcPr>
            <w:tcW w:w="0" w:type="auto"/>
          </w:tcPr>
          <w:p w14:paraId="134CF5EB" w14:textId="77777777" w:rsidR="007A5E59" w:rsidRDefault="0095198F">
            <w:pPr>
              <w:jc w:val="center"/>
            </w:pPr>
            <w:r>
              <w:t>0,0</w:t>
            </w:r>
          </w:p>
        </w:tc>
        <w:tc>
          <w:tcPr>
            <w:tcW w:w="0" w:type="auto"/>
          </w:tcPr>
          <w:p w14:paraId="0A82E3E8" w14:textId="77777777" w:rsidR="007A5E59" w:rsidRDefault="0095198F">
            <w:pPr>
              <w:jc w:val="center"/>
            </w:pPr>
            <w:r>
              <w:t>387,0</w:t>
            </w:r>
          </w:p>
        </w:tc>
      </w:tr>
      <w:tr w:rsidR="007A5E59" w14:paraId="2B00DA18" w14:textId="77777777">
        <w:trPr>
          <w:jc w:val="center"/>
        </w:trPr>
        <w:tc>
          <w:tcPr>
            <w:tcW w:w="0" w:type="auto"/>
          </w:tcPr>
          <w:p w14:paraId="497E16D8" w14:textId="77777777" w:rsidR="007A5E59" w:rsidRDefault="0095198F">
            <w:r>
              <w:t>2036 (год ввода 2007–2011)</w:t>
            </w:r>
          </w:p>
        </w:tc>
        <w:tc>
          <w:tcPr>
            <w:tcW w:w="0" w:type="auto"/>
          </w:tcPr>
          <w:p w14:paraId="053F2959" w14:textId="77777777" w:rsidR="007A5E59" w:rsidRDefault="0095198F">
            <w:pPr>
              <w:jc w:val="center"/>
            </w:pPr>
            <w:r>
              <w:t>0,0</w:t>
            </w:r>
          </w:p>
        </w:tc>
        <w:tc>
          <w:tcPr>
            <w:tcW w:w="0" w:type="auto"/>
          </w:tcPr>
          <w:p w14:paraId="6321FCBE" w14:textId="77777777" w:rsidR="007A5E59" w:rsidRDefault="0095198F">
            <w:pPr>
              <w:jc w:val="center"/>
            </w:pPr>
            <w:r>
              <w:t>0,0</w:t>
            </w:r>
          </w:p>
        </w:tc>
        <w:tc>
          <w:tcPr>
            <w:tcW w:w="0" w:type="auto"/>
          </w:tcPr>
          <w:p w14:paraId="29E9F4D1" w14:textId="77777777" w:rsidR="007A5E59" w:rsidRDefault="0095198F">
            <w:pPr>
              <w:jc w:val="center"/>
            </w:pPr>
            <w:r>
              <w:t>0,0</w:t>
            </w:r>
          </w:p>
        </w:tc>
        <w:tc>
          <w:tcPr>
            <w:tcW w:w="0" w:type="auto"/>
          </w:tcPr>
          <w:p w14:paraId="0F61D011" w14:textId="77777777" w:rsidR="007A5E59" w:rsidRDefault="0095198F">
            <w:pPr>
              <w:jc w:val="center"/>
            </w:pPr>
            <w:r>
              <w:t>0,0</w:t>
            </w:r>
          </w:p>
        </w:tc>
        <w:tc>
          <w:tcPr>
            <w:tcW w:w="0" w:type="auto"/>
          </w:tcPr>
          <w:p w14:paraId="3677E35C" w14:textId="77777777" w:rsidR="007A5E59" w:rsidRDefault="0095198F">
            <w:pPr>
              <w:jc w:val="center"/>
            </w:pPr>
            <w:r>
              <w:t>0,0</w:t>
            </w:r>
          </w:p>
        </w:tc>
        <w:tc>
          <w:tcPr>
            <w:tcW w:w="0" w:type="auto"/>
          </w:tcPr>
          <w:p w14:paraId="305A0954" w14:textId="77777777" w:rsidR="007A5E59" w:rsidRDefault="0095198F">
            <w:pPr>
              <w:jc w:val="center"/>
            </w:pPr>
            <w:r>
              <w:t>0,0</w:t>
            </w:r>
          </w:p>
        </w:tc>
        <w:tc>
          <w:tcPr>
            <w:tcW w:w="0" w:type="auto"/>
          </w:tcPr>
          <w:p w14:paraId="0924AB3E" w14:textId="77777777" w:rsidR="007A5E59" w:rsidRDefault="0095198F">
            <w:pPr>
              <w:jc w:val="center"/>
            </w:pPr>
            <w:r>
              <w:t>0,0</w:t>
            </w:r>
          </w:p>
        </w:tc>
        <w:tc>
          <w:tcPr>
            <w:tcW w:w="0" w:type="auto"/>
          </w:tcPr>
          <w:p w14:paraId="5ECA2730" w14:textId="77777777" w:rsidR="007A5E59" w:rsidRDefault="0095198F">
            <w:pPr>
              <w:jc w:val="center"/>
            </w:pPr>
            <w:r>
              <w:t>0,0</w:t>
            </w:r>
          </w:p>
        </w:tc>
        <w:tc>
          <w:tcPr>
            <w:tcW w:w="0" w:type="auto"/>
          </w:tcPr>
          <w:p w14:paraId="0C4E4916" w14:textId="77777777" w:rsidR="007A5E59" w:rsidRDefault="0095198F">
            <w:pPr>
              <w:jc w:val="center"/>
            </w:pPr>
            <w:r>
              <w:t>0,0</w:t>
            </w:r>
          </w:p>
        </w:tc>
        <w:tc>
          <w:tcPr>
            <w:tcW w:w="0" w:type="auto"/>
          </w:tcPr>
          <w:p w14:paraId="32569301" w14:textId="77777777" w:rsidR="007A5E59" w:rsidRDefault="0095198F">
            <w:pPr>
              <w:jc w:val="center"/>
            </w:pPr>
            <w:r>
              <w:t>0,0</w:t>
            </w:r>
          </w:p>
        </w:tc>
        <w:tc>
          <w:tcPr>
            <w:tcW w:w="0" w:type="auto"/>
          </w:tcPr>
          <w:p w14:paraId="3E52682D" w14:textId="77777777" w:rsidR="007A5E59" w:rsidRDefault="0095198F">
            <w:pPr>
              <w:jc w:val="center"/>
            </w:pPr>
            <w:r>
              <w:t>0,0</w:t>
            </w:r>
          </w:p>
        </w:tc>
        <w:tc>
          <w:tcPr>
            <w:tcW w:w="0" w:type="auto"/>
          </w:tcPr>
          <w:p w14:paraId="7A7365E1" w14:textId="77777777" w:rsidR="007A5E59" w:rsidRDefault="0095198F">
            <w:pPr>
              <w:jc w:val="center"/>
            </w:pPr>
            <w:r>
              <w:t>0,0</w:t>
            </w:r>
          </w:p>
        </w:tc>
        <w:tc>
          <w:tcPr>
            <w:tcW w:w="0" w:type="auto"/>
          </w:tcPr>
          <w:p w14:paraId="38185948" w14:textId="77777777" w:rsidR="007A5E59" w:rsidRDefault="0095198F">
            <w:pPr>
              <w:jc w:val="center"/>
            </w:pPr>
            <w:r>
              <w:t>0,0</w:t>
            </w:r>
          </w:p>
        </w:tc>
        <w:tc>
          <w:tcPr>
            <w:tcW w:w="0" w:type="auto"/>
          </w:tcPr>
          <w:p w14:paraId="1925F267" w14:textId="77777777" w:rsidR="007A5E59" w:rsidRDefault="0095198F">
            <w:pPr>
              <w:jc w:val="center"/>
            </w:pPr>
            <w:r>
              <w:t>0,0</w:t>
            </w:r>
          </w:p>
        </w:tc>
        <w:tc>
          <w:tcPr>
            <w:tcW w:w="0" w:type="auto"/>
          </w:tcPr>
          <w:p w14:paraId="5FD12BB0" w14:textId="77777777" w:rsidR="007A5E59" w:rsidRDefault="0095198F">
            <w:pPr>
              <w:jc w:val="center"/>
            </w:pPr>
            <w:r>
              <w:t>0,0</w:t>
            </w:r>
          </w:p>
        </w:tc>
        <w:tc>
          <w:tcPr>
            <w:tcW w:w="0" w:type="auto"/>
          </w:tcPr>
          <w:p w14:paraId="7685E9B5" w14:textId="77777777" w:rsidR="007A5E59" w:rsidRDefault="0095198F">
            <w:pPr>
              <w:jc w:val="center"/>
            </w:pPr>
            <w:r>
              <w:t>0,0</w:t>
            </w:r>
          </w:p>
        </w:tc>
        <w:tc>
          <w:tcPr>
            <w:tcW w:w="0" w:type="auto"/>
          </w:tcPr>
          <w:p w14:paraId="0A63BEBE" w14:textId="77777777" w:rsidR="007A5E59" w:rsidRDefault="0095198F">
            <w:pPr>
              <w:jc w:val="center"/>
            </w:pPr>
            <w:r>
              <w:t>0,0</w:t>
            </w:r>
          </w:p>
        </w:tc>
        <w:tc>
          <w:tcPr>
            <w:tcW w:w="0" w:type="auto"/>
          </w:tcPr>
          <w:p w14:paraId="2F992769" w14:textId="77777777" w:rsidR="007A5E59" w:rsidRDefault="0095198F">
            <w:pPr>
              <w:jc w:val="center"/>
            </w:pPr>
            <w:r>
              <w:t>0,0</w:t>
            </w:r>
          </w:p>
        </w:tc>
        <w:tc>
          <w:tcPr>
            <w:tcW w:w="0" w:type="auto"/>
          </w:tcPr>
          <w:p w14:paraId="2189BD50" w14:textId="77777777" w:rsidR="007A5E59" w:rsidRDefault="0095198F">
            <w:pPr>
              <w:jc w:val="center"/>
            </w:pPr>
            <w:r>
              <w:t>0,0</w:t>
            </w:r>
          </w:p>
        </w:tc>
        <w:tc>
          <w:tcPr>
            <w:tcW w:w="0" w:type="auto"/>
          </w:tcPr>
          <w:p w14:paraId="3C307B8E" w14:textId="77777777" w:rsidR="007A5E59" w:rsidRDefault="0095198F">
            <w:pPr>
              <w:jc w:val="center"/>
            </w:pPr>
            <w:r>
              <w:t>0,0</w:t>
            </w:r>
          </w:p>
        </w:tc>
      </w:tr>
      <w:tr w:rsidR="007A5E59" w14:paraId="49090BF2" w14:textId="77777777">
        <w:trPr>
          <w:jc w:val="center"/>
        </w:trPr>
        <w:tc>
          <w:tcPr>
            <w:tcW w:w="0" w:type="auto"/>
            <w:shd w:val="clear" w:color="auto" w:fill="DBE5F1"/>
          </w:tcPr>
          <w:p w14:paraId="5ABB8696" w14:textId="77777777" w:rsidR="007A5E59" w:rsidRDefault="0095198F">
            <w:r>
              <w:rPr>
                <w:b/>
              </w:rPr>
              <w:t>ИТОГО под замену 2026–2036</w:t>
            </w:r>
          </w:p>
        </w:tc>
        <w:tc>
          <w:tcPr>
            <w:tcW w:w="0" w:type="auto"/>
            <w:shd w:val="clear" w:color="auto" w:fill="DBE5F1"/>
          </w:tcPr>
          <w:p w14:paraId="67270759" w14:textId="77777777" w:rsidR="007A5E59" w:rsidRDefault="0095198F">
            <w:pPr>
              <w:jc w:val="center"/>
            </w:pPr>
            <w:r>
              <w:rPr>
                <w:b/>
              </w:rPr>
              <w:t>5,0</w:t>
            </w:r>
          </w:p>
        </w:tc>
        <w:tc>
          <w:tcPr>
            <w:tcW w:w="0" w:type="auto"/>
            <w:shd w:val="clear" w:color="auto" w:fill="DBE5F1"/>
          </w:tcPr>
          <w:p w14:paraId="5F51DFE2" w14:textId="77777777" w:rsidR="007A5E59" w:rsidRDefault="0095198F">
            <w:pPr>
              <w:jc w:val="center"/>
            </w:pPr>
            <w:r>
              <w:rPr>
                <w:b/>
              </w:rPr>
              <w:t>0,0</w:t>
            </w:r>
          </w:p>
        </w:tc>
        <w:tc>
          <w:tcPr>
            <w:tcW w:w="0" w:type="auto"/>
            <w:shd w:val="clear" w:color="auto" w:fill="DBE5F1"/>
          </w:tcPr>
          <w:p w14:paraId="6306D949" w14:textId="77777777" w:rsidR="007A5E59" w:rsidRDefault="0095198F">
            <w:pPr>
              <w:jc w:val="center"/>
            </w:pPr>
            <w:r>
              <w:rPr>
                <w:b/>
              </w:rPr>
              <w:t>148,0</w:t>
            </w:r>
          </w:p>
        </w:tc>
        <w:tc>
          <w:tcPr>
            <w:tcW w:w="0" w:type="auto"/>
            <w:shd w:val="clear" w:color="auto" w:fill="DBE5F1"/>
          </w:tcPr>
          <w:p w14:paraId="18CAACD9" w14:textId="77777777" w:rsidR="007A5E59" w:rsidRDefault="0095198F">
            <w:pPr>
              <w:jc w:val="center"/>
            </w:pPr>
            <w:r>
              <w:rPr>
                <w:b/>
              </w:rPr>
              <w:t>0,0</w:t>
            </w:r>
          </w:p>
        </w:tc>
        <w:tc>
          <w:tcPr>
            <w:tcW w:w="0" w:type="auto"/>
            <w:shd w:val="clear" w:color="auto" w:fill="DBE5F1"/>
          </w:tcPr>
          <w:p w14:paraId="3255C6D1" w14:textId="77777777" w:rsidR="007A5E59" w:rsidRDefault="0095198F">
            <w:pPr>
              <w:jc w:val="center"/>
            </w:pPr>
            <w:r>
              <w:rPr>
                <w:b/>
              </w:rPr>
              <w:t>107,5</w:t>
            </w:r>
          </w:p>
        </w:tc>
        <w:tc>
          <w:tcPr>
            <w:tcW w:w="0" w:type="auto"/>
            <w:shd w:val="clear" w:color="auto" w:fill="DBE5F1"/>
          </w:tcPr>
          <w:p w14:paraId="1FB90C6E" w14:textId="77777777" w:rsidR="007A5E59" w:rsidRDefault="0095198F">
            <w:pPr>
              <w:jc w:val="center"/>
            </w:pPr>
            <w:r>
              <w:rPr>
                <w:b/>
              </w:rPr>
              <w:t>342,0</w:t>
            </w:r>
          </w:p>
        </w:tc>
        <w:tc>
          <w:tcPr>
            <w:tcW w:w="0" w:type="auto"/>
            <w:shd w:val="clear" w:color="auto" w:fill="DBE5F1"/>
          </w:tcPr>
          <w:p w14:paraId="191E9CE6" w14:textId="77777777" w:rsidR="007A5E59" w:rsidRDefault="0095198F">
            <w:pPr>
              <w:jc w:val="center"/>
            </w:pPr>
            <w:r>
              <w:rPr>
                <w:b/>
              </w:rPr>
              <w:t>68,0</w:t>
            </w:r>
          </w:p>
        </w:tc>
        <w:tc>
          <w:tcPr>
            <w:tcW w:w="0" w:type="auto"/>
            <w:shd w:val="clear" w:color="auto" w:fill="DBE5F1"/>
          </w:tcPr>
          <w:p w14:paraId="4675DB3A" w14:textId="77777777" w:rsidR="007A5E59" w:rsidRDefault="0095198F">
            <w:pPr>
              <w:jc w:val="center"/>
            </w:pPr>
            <w:r>
              <w:rPr>
                <w:b/>
              </w:rPr>
              <w:t>0,0</w:t>
            </w:r>
          </w:p>
        </w:tc>
        <w:tc>
          <w:tcPr>
            <w:tcW w:w="0" w:type="auto"/>
            <w:shd w:val="clear" w:color="auto" w:fill="DBE5F1"/>
          </w:tcPr>
          <w:p w14:paraId="32681856" w14:textId="77777777" w:rsidR="007A5E59" w:rsidRDefault="0095198F">
            <w:pPr>
              <w:jc w:val="center"/>
            </w:pPr>
            <w:r>
              <w:rPr>
                <w:b/>
              </w:rPr>
              <w:t>0,0</w:t>
            </w:r>
          </w:p>
        </w:tc>
        <w:tc>
          <w:tcPr>
            <w:tcW w:w="0" w:type="auto"/>
            <w:shd w:val="clear" w:color="auto" w:fill="DBE5F1"/>
          </w:tcPr>
          <w:p w14:paraId="5E7A7408" w14:textId="77777777" w:rsidR="007A5E59" w:rsidRDefault="0095198F">
            <w:pPr>
              <w:jc w:val="center"/>
            </w:pPr>
            <w:r>
              <w:rPr>
                <w:b/>
              </w:rPr>
              <w:t>245,0</w:t>
            </w:r>
          </w:p>
        </w:tc>
        <w:tc>
          <w:tcPr>
            <w:tcW w:w="0" w:type="auto"/>
            <w:shd w:val="clear" w:color="auto" w:fill="DBE5F1"/>
          </w:tcPr>
          <w:p w14:paraId="1AC23A1D" w14:textId="77777777" w:rsidR="007A5E59" w:rsidRDefault="0095198F">
            <w:pPr>
              <w:jc w:val="center"/>
            </w:pPr>
            <w:r>
              <w:rPr>
                <w:b/>
              </w:rPr>
              <w:t>651,0</w:t>
            </w:r>
          </w:p>
        </w:tc>
        <w:tc>
          <w:tcPr>
            <w:tcW w:w="0" w:type="auto"/>
            <w:shd w:val="clear" w:color="auto" w:fill="DBE5F1"/>
          </w:tcPr>
          <w:p w14:paraId="283C30E5" w14:textId="77777777" w:rsidR="007A5E59" w:rsidRDefault="0095198F">
            <w:pPr>
              <w:jc w:val="center"/>
            </w:pPr>
            <w:r>
              <w:rPr>
                <w:b/>
              </w:rPr>
              <w:t>0,0</w:t>
            </w:r>
          </w:p>
        </w:tc>
        <w:tc>
          <w:tcPr>
            <w:tcW w:w="0" w:type="auto"/>
            <w:shd w:val="clear" w:color="auto" w:fill="DBE5F1"/>
          </w:tcPr>
          <w:p w14:paraId="282C8A2C" w14:textId="77777777" w:rsidR="007A5E59" w:rsidRDefault="0095198F">
            <w:pPr>
              <w:jc w:val="center"/>
            </w:pPr>
            <w:r>
              <w:rPr>
                <w:b/>
              </w:rPr>
              <w:t>23,0</w:t>
            </w:r>
          </w:p>
        </w:tc>
        <w:tc>
          <w:tcPr>
            <w:tcW w:w="0" w:type="auto"/>
            <w:shd w:val="clear" w:color="auto" w:fill="DBE5F1"/>
          </w:tcPr>
          <w:p w14:paraId="4FBD90AD" w14:textId="77777777" w:rsidR="007A5E59" w:rsidRDefault="0095198F">
            <w:pPr>
              <w:jc w:val="center"/>
            </w:pPr>
            <w:r>
              <w:rPr>
                <w:b/>
              </w:rPr>
              <w:t>161,0</w:t>
            </w:r>
          </w:p>
        </w:tc>
        <w:tc>
          <w:tcPr>
            <w:tcW w:w="0" w:type="auto"/>
            <w:shd w:val="clear" w:color="auto" w:fill="DBE5F1"/>
          </w:tcPr>
          <w:p w14:paraId="36641CC2" w14:textId="77777777" w:rsidR="007A5E59" w:rsidRDefault="0095198F">
            <w:pPr>
              <w:jc w:val="center"/>
            </w:pPr>
            <w:r>
              <w:rPr>
                <w:b/>
              </w:rPr>
              <w:t>170,0</w:t>
            </w:r>
          </w:p>
        </w:tc>
        <w:tc>
          <w:tcPr>
            <w:tcW w:w="0" w:type="auto"/>
            <w:shd w:val="clear" w:color="auto" w:fill="DBE5F1"/>
          </w:tcPr>
          <w:p w14:paraId="39B00522" w14:textId="77777777" w:rsidR="007A5E59" w:rsidRDefault="0095198F">
            <w:pPr>
              <w:jc w:val="center"/>
            </w:pPr>
            <w:r>
              <w:rPr>
                <w:b/>
              </w:rPr>
              <w:t>121,0</w:t>
            </w:r>
          </w:p>
        </w:tc>
        <w:tc>
          <w:tcPr>
            <w:tcW w:w="0" w:type="auto"/>
            <w:shd w:val="clear" w:color="auto" w:fill="DBE5F1"/>
          </w:tcPr>
          <w:p w14:paraId="30C1CE35" w14:textId="77777777" w:rsidR="007A5E59" w:rsidRDefault="0095198F">
            <w:pPr>
              <w:jc w:val="center"/>
            </w:pPr>
            <w:r>
              <w:rPr>
                <w:b/>
              </w:rPr>
              <w:t>0,0</w:t>
            </w:r>
          </w:p>
        </w:tc>
        <w:tc>
          <w:tcPr>
            <w:tcW w:w="0" w:type="auto"/>
            <w:shd w:val="clear" w:color="auto" w:fill="DBE5F1"/>
          </w:tcPr>
          <w:p w14:paraId="16108D77" w14:textId="77777777" w:rsidR="007A5E59" w:rsidRDefault="0095198F">
            <w:pPr>
              <w:jc w:val="center"/>
            </w:pPr>
            <w:r>
              <w:rPr>
                <w:b/>
              </w:rPr>
              <w:t>0,0</w:t>
            </w:r>
          </w:p>
        </w:tc>
        <w:tc>
          <w:tcPr>
            <w:tcW w:w="0" w:type="auto"/>
            <w:shd w:val="clear" w:color="auto" w:fill="DBE5F1"/>
          </w:tcPr>
          <w:p w14:paraId="140FC947" w14:textId="77777777" w:rsidR="007A5E59" w:rsidRDefault="0095198F">
            <w:pPr>
              <w:jc w:val="center"/>
            </w:pPr>
            <w:r>
              <w:rPr>
                <w:b/>
              </w:rPr>
              <w:t>0,0</w:t>
            </w:r>
          </w:p>
        </w:tc>
        <w:tc>
          <w:tcPr>
            <w:tcW w:w="0" w:type="auto"/>
            <w:shd w:val="clear" w:color="auto" w:fill="DBE5F1"/>
          </w:tcPr>
          <w:p w14:paraId="3CA9615D" w14:textId="77777777" w:rsidR="007A5E59" w:rsidRDefault="0095198F">
            <w:pPr>
              <w:jc w:val="center"/>
            </w:pPr>
            <w:r>
              <w:rPr>
                <w:b/>
              </w:rPr>
              <w:t>2 041,5</w:t>
            </w:r>
          </w:p>
        </w:tc>
      </w:tr>
      <w:tr w:rsidR="007A5E59" w:rsidRPr="00C07C05" w14:paraId="420E2597" w14:textId="77777777">
        <w:trPr>
          <w:jc w:val="center"/>
        </w:trPr>
        <w:tc>
          <w:tcPr>
            <w:tcW w:w="0" w:type="auto"/>
          </w:tcPr>
          <w:p w14:paraId="7B1C109D" w14:textId="77777777" w:rsidR="007A5E59" w:rsidRPr="00312815" w:rsidRDefault="0095198F">
            <w:pPr>
              <w:rPr>
                <w:lang w:val="ru-RU"/>
              </w:rPr>
            </w:pPr>
            <w:r w:rsidRPr="00312815">
              <w:rPr>
                <w:lang w:val="ru-RU"/>
              </w:rPr>
              <w:t>БЛОК 3. Площадь поверхности тепловых сетей, м² (</w:t>
            </w:r>
            <w:r>
              <w:t>π</w:t>
            </w:r>
            <w:r w:rsidRPr="00312815">
              <w:rPr>
                <w:lang w:val="ru-RU"/>
              </w:rPr>
              <w:t xml:space="preserve"> × Ø × длина по оси трассы)</w:t>
            </w:r>
          </w:p>
        </w:tc>
        <w:tc>
          <w:tcPr>
            <w:tcW w:w="0" w:type="auto"/>
          </w:tcPr>
          <w:p w14:paraId="7EB63EBB" w14:textId="77777777" w:rsidR="007A5E59" w:rsidRPr="00312815" w:rsidRDefault="007A5E59">
            <w:pPr>
              <w:rPr>
                <w:lang w:val="ru-RU"/>
              </w:rPr>
            </w:pPr>
          </w:p>
        </w:tc>
        <w:tc>
          <w:tcPr>
            <w:tcW w:w="0" w:type="auto"/>
          </w:tcPr>
          <w:p w14:paraId="30919B1F" w14:textId="77777777" w:rsidR="007A5E59" w:rsidRPr="00312815" w:rsidRDefault="007A5E59">
            <w:pPr>
              <w:rPr>
                <w:lang w:val="ru-RU"/>
              </w:rPr>
            </w:pPr>
          </w:p>
        </w:tc>
        <w:tc>
          <w:tcPr>
            <w:tcW w:w="0" w:type="auto"/>
          </w:tcPr>
          <w:p w14:paraId="5CF8D298" w14:textId="77777777" w:rsidR="007A5E59" w:rsidRPr="00312815" w:rsidRDefault="007A5E59">
            <w:pPr>
              <w:rPr>
                <w:lang w:val="ru-RU"/>
              </w:rPr>
            </w:pPr>
          </w:p>
        </w:tc>
        <w:tc>
          <w:tcPr>
            <w:tcW w:w="0" w:type="auto"/>
          </w:tcPr>
          <w:p w14:paraId="50B4055B" w14:textId="77777777" w:rsidR="007A5E59" w:rsidRPr="00312815" w:rsidRDefault="007A5E59">
            <w:pPr>
              <w:rPr>
                <w:lang w:val="ru-RU"/>
              </w:rPr>
            </w:pPr>
          </w:p>
        </w:tc>
        <w:tc>
          <w:tcPr>
            <w:tcW w:w="0" w:type="auto"/>
          </w:tcPr>
          <w:p w14:paraId="253E62BB" w14:textId="77777777" w:rsidR="007A5E59" w:rsidRPr="00312815" w:rsidRDefault="007A5E59">
            <w:pPr>
              <w:rPr>
                <w:lang w:val="ru-RU"/>
              </w:rPr>
            </w:pPr>
          </w:p>
        </w:tc>
        <w:tc>
          <w:tcPr>
            <w:tcW w:w="0" w:type="auto"/>
          </w:tcPr>
          <w:p w14:paraId="655E5E46" w14:textId="77777777" w:rsidR="007A5E59" w:rsidRPr="00312815" w:rsidRDefault="007A5E59">
            <w:pPr>
              <w:rPr>
                <w:lang w:val="ru-RU"/>
              </w:rPr>
            </w:pPr>
          </w:p>
        </w:tc>
        <w:tc>
          <w:tcPr>
            <w:tcW w:w="0" w:type="auto"/>
          </w:tcPr>
          <w:p w14:paraId="70538210" w14:textId="77777777" w:rsidR="007A5E59" w:rsidRPr="00312815" w:rsidRDefault="007A5E59">
            <w:pPr>
              <w:rPr>
                <w:lang w:val="ru-RU"/>
              </w:rPr>
            </w:pPr>
          </w:p>
        </w:tc>
        <w:tc>
          <w:tcPr>
            <w:tcW w:w="0" w:type="auto"/>
          </w:tcPr>
          <w:p w14:paraId="4EB18976" w14:textId="77777777" w:rsidR="007A5E59" w:rsidRPr="00312815" w:rsidRDefault="007A5E59">
            <w:pPr>
              <w:rPr>
                <w:lang w:val="ru-RU"/>
              </w:rPr>
            </w:pPr>
          </w:p>
        </w:tc>
        <w:tc>
          <w:tcPr>
            <w:tcW w:w="0" w:type="auto"/>
          </w:tcPr>
          <w:p w14:paraId="0BF35235" w14:textId="77777777" w:rsidR="007A5E59" w:rsidRPr="00312815" w:rsidRDefault="007A5E59">
            <w:pPr>
              <w:rPr>
                <w:lang w:val="ru-RU"/>
              </w:rPr>
            </w:pPr>
          </w:p>
        </w:tc>
        <w:tc>
          <w:tcPr>
            <w:tcW w:w="0" w:type="auto"/>
          </w:tcPr>
          <w:p w14:paraId="10A562AB" w14:textId="77777777" w:rsidR="007A5E59" w:rsidRPr="00312815" w:rsidRDefault="007A5E59">
            <w:pPr>
              <w:rPr>
                <w:lang w:val="ru-RU"/>
              </w:rPr>
            </w:pPr>
          </w:p>
        </w:tc>
        <w:tc>
          <w:tcPr>
            <w:tcW w:w="0" w:type="auto"/>
          </w:tcPr>
          <w:p w14:paraId="33C7026E" w14:textId="77777777" w:rsidR="007A5E59" w:rsidRPr="00312815" w:rsidRDefault="007A5E59">
            <w:pPr>
              <w:rPr>
                <w:lang w:val="ru-RU"/>
              </w:rPr>
            </w:pPr>
          </w:p>
        </w:tc>
        <w:tc>
          <w:tcPr>
            <w:tcW w:w="0" w:type="auto"/>
          </w:tcPr>
          <w:p w14:paraId="74B4F44C" w14:textId="77777777" w:rsidR="007A5E59" w:rsidRPr="00312815" w:rsidRDefault="007A5E59">
            <w:pPr>
              <w:rPr>
                <w:lang w:val="ru-RU"/>
              </w:rPr>
            </w:pPr>
          </w:p>
        </w:tc>
        <w:tc>
          <w:tcPr>
            <w:tcW w:w="0" w:type="auto"/>
          </w:tcPr>
          <w:p w14:paraId="5D0D0C9B" w14:textId="77777777" w:rsidR="007A5E59" w:rsidRPr="00312815" w:rsidRDefault="007A5E59">
            <w:pPr>
              <w:rPr>
                <w:lang w:val="ru-RU"/>
              </w:rPr>
            </w:pPr>
          </w:p>
        </w:tc>
        <w:tc>
          <w:tcPr>
            <w:tcW w:w="0" w:type="auto"/>
          </w:tcPr>
          <w:p w14:paraId="58A98008" w14:textId="77777777" w:rsidR="007A5E59" w:rsidRPr="00312815" w:rsidRDefault="007A5E59">
            <w:pPr>
              <w:rPr>
                <w:lang w:val="ru-RU"/>
              </w:rPr>
            </w:pPr>
          </w:p>
        </w:tc>
        <w:tc>
          <w:tcPr>
            <w:tcW w:w="0" w:type="auto"/>
          </w:tcPr>
          <w:p w14:paraId="79A1980E" w14:textId="77777777" w:rsidR="007A5E59" w:rsidRPr="00312815" w:rsidRDefault="007A5E59">
            <w:pPr>
              <w:rPr>
                <w:lang w:val="ru-RU"/>
              </w:rPr>
            </w:pPr>
          </w:p>
        </w:tc>
        <w:tc>
          <w:tcPr>
            <w:tcW w:w="0" w:type="auto"/>
          </w:tcPr>
          <w:p w14:paraId="47535988" w14:textId="77777777" w:rsidR="007A5E59" w:rsidRPr="00312815" w:rsidRDefault="007A5E59">
            <w:pPr>
              <w:rPr>
                <w:lang w:val="ru-RU"/>
              </w:rPr>
            </w:pPr>
          </w:p>
        </w:tc>
        <w:tc>
          <w:tcPr>
            <w:tcW w:w="0" w:type="auto"/>
          </w:tcPr>
          <w:p w14:paraId="639E8767" w14:textId="77777777" w:rsidR="007A5E59" w:rsidRPr="00312815" w:rsidRDefault="007A5E59">
            <w:pPr>
              <w:rPr>
                <w:lang w:val="ru-RU"/>
              </w:rPr>
            </w:pPr>
          </w:p>
        </w:tc>
        <w:tc>
          <w:tcPr>
            <w:tcW w:w="0" w:type="auto"/>
          </w:tcPr>
          <w:p w14:paraId="53BD61D1" w14:textId="77777777" w:rsidR="007A5E59" w:rsidRPr="00312815" w:rsidRDefault="007A5E59">
            <w:pPr>
              <w:rPr>
                <w:lang w:val="ru-RU"/>
              </w:rPr>
            </w:pPr>
          </w:p>
        </w:tc>
        <w:tc>
          <w:tcPr>
            <w:tcW w:w="0" w:type="auto"/>
          </w:tcPr>
          <w:p w14:paraId="235E823E" w14:textId="77777777" w:rsidR="007A5E59" w:rsidRPr="00312815" w:rsidRDefault="007A5E59">
            <w:pPr>
              <w:rPr>
                <w:lang w:val="ru-RU"/>
              </w:rPr>
            </w:pPr>
          </w:p>
        </w:tc>
        <w:tc>
          <w:tcPr>
            <w:tcW w:w="0" w:type="auto"/>
          </w:tcPr>
          <w:p w14:paraId="7BB74CE7" w14:textId="77777777" w:rsidR="007A5E59" w:rsidRPr="00312815" w:rsidRDefault="007A5E59">
            <w:pPr>
              <w:rPr>
                <w:lang w:val="ru-RU"/>
              </w:rPr>
            </w:pPr>
          </w:p>
        </w:tc>
      </w:tr>
      <w:tr w:rsidR="007A5E59" w14:paraId="3825FB50" w14:textId="77777777">
        <w:trPr>
          <w:jc w:val="center"/>
        </w:trPr>
        <w:tc>
          <w:tcPr>
            <w:tcW w:w="0" w:type="auto"/>
          </w:tcPr>
          <w:p w14:paraId="33C4EC72" w14:textId="77777777" w:rsidR="007A5E59" w:rsidRDefault="0095198F">
            <w:r>
              <w:t>в канале</w:t>
            </w:r>
          </w:p>
        </w:tc>
        <w:tc>
          <w:tcPr>
            <w:tcW w:w="0" w:type="auto"/>
          </w:tcPr>
          <w:p w14:paraId="24AF9C0B" w14:textId="77777777" w:rsidR="007A5E59" w:rsidRDefault="0095198F">
            <w:pPr>
              <w:jc w:val="center"/>
            </w:pPr>
            <w:r>
              <w:t>0,00</w:t>
            </w:r>
          </w:p>
        </w:tc>
        <w:tc>
          <w:tcPr>
            <w:tcW w:w="0" w:type="auto"/>
          </w:tcPr>
          <w:p w14:paraId="0002288B" w14:textId="77777777" w:rsidR="007A5E59" w:rsidRDefault="0095198F">
            <w:pPr>
              <w:jc w:val="center"/>
            </w:pPr>
            <w:r>
              <w:t>0,88</w:t>
            </w:r>
          </w:p>
        </w:tc>
        <w:tc>
          <w:tcPr>
            <w:tcW w:w="0" w:type="auto"/>
          </w:tcPr>
          <w:p w14:paraId="6DDA081A" w14:textId="77777777" w:rsidR="007A5E59" w:rsidRDefault="0095198F">
            <w:pPr>
              <w:jc w:val="center"/>
            </w:pPr>
            <w:r>
              <w:t>43,35</w:t>
            </w:r>
          </w:p>
        </w:tc>
        <w:tc>
          <w:tcPr>
            <w:tcW w:w="0" w:type="auto"/>
          </w:tcPr>
          <w:p w14:paraId="6075C2B5" w14:textId="77777777" w:rsidR="007A5E59" w:rsidRDefault="0095198F">
            <w:pPr>
              <w:jc w:val="center"/>
            </w:pPr>
            <w:r>
              <w:t>0,00</w:t>
            </w:r>
          </w:p>
        </w:tc>
        <w:tc>
          <w:tcPr>
            <w:tcW w:w="0" w:type="auto"/>
          </w:tcPr>
          <w:p w14:paraId="20BB8BB9" w14:textId="77777777" w:rsidR="007A5E59" w:rsidRDefault="0095198F">
            <w:pPr>
              <w:jc w:val="center"/>
            </w:pPr>
            <w:r>
              <w:t>20,04</w:t>
            </w:r>
          </w:p>
        </w:tc>
        <w:tc>
          <w:tcPr>
            <w:tcW w:w="0" w:type="auto"/>
          </w:tcPr>
          <w:p w14:paraId="55EBF63F" w14:textId="77777777" w:rsidR="007A5E59" w:rsidRDefault="0095198F">
            <w:pPr>
              <w:jc w:val="center"/>
            </w:pPr>
            <w:r>
              <w:t>55,45</w:t>
            </w:r>
          </w:p>
        </w:tc>
        <w:tc>
          <w:tcPr>
            <w:tcW w:w="0" w:type="auto"/>
          </w:tcPr>
          <w:p w14:paraId="5852B803" w14:textId="77777777" w:rsidR="007A5E59" w:rsidRDefault="0095198F">
            <w:pPr>
              <w:jc w:val="center"/>
            </w:pPr>
            <w:r>
              <w:t>13,89</w:t>
            </w:r>
          </w:p>
        </w:tc>
        <w:tc>
          <w:tcPr>
            <w:tcW w:w="0" w:type="auto"/>
          </w:tcPr>
          <w:p w14:paraId="786A1EDB" w14:textId="77777777" w:rsidR="007A5E59" w:rsidRDefault="0095198F">
            <w:pPr>
              <w:jc w:val="center"/>
            </w:pPr>
            <w:r>
              <w:t>0,00</w:t>
            </w:r>
          </w:p>
        </w:tc>
        <w:tc>
          <w:tcPr>
            <w:tcW w:w="0" w:type="auto"/>
          </w:tcPr>
          <w:p w14:paraId="1A2EBA9C" w14:textId="77777777" w:rsidR="007A5E59" w:rsidRDefault="0095198F">
            <w:pPr>
              <w:jc w:val="center"/>
            </w:pPr>
            <w:r>
              <w:t>0,00</w:t>
            </w:r>
          </w:p>
        </w:tc>
        <w:tc>
          <w:tcPr>
            <w:tcW w:w="0" w:type="auto"/>
          </w:tcPr>
          <w:p w14:paraId="0DB9C0AD" w14:textId="77777777" w:rsidR="007A5E59" w:rsidRDefault="0095198F">
            <w:pPr>
              <w:jc w:val="center"/>
            </w:pPr>
            <w:r>
              <w:t>63,08</w:t>
            </w:r>
          </w:p>
        </w:tc>
        <w:tc>
          <w:tcPr>
            <w:tcW w:w="0" w:type="auto"/>
          </w:tcPr>
          <w:p w14:paraId="2A2163B2" w14:textId="77777777" w:rsidR="007A5E59" w:rsidRDefault="0095198F">
            <w:pPr>
              <w:jc w:val="center"/>
            </w:pPr>
            <w:r>
              <w:t>264,52</w:t>
            </w:r>
          </w:p>
        </w:tc>
        <w:tc>
          <w:tcPr>
            <w:tcW w:w="0" w:type="auto"/>
          </w:tcPr>
          <w:p w14:paraId="5DFA7C01" w14:textId="77777777" w:rsidR="007A5E59" w:rsidRDefault="0095198F">
            <w:pPr>
              <w:jc w:val="center"/>
            </w:pPr>
            <w:r>
              <w:t>0,00</w:t>
            </w:r>
          </w:p>
        </w:tc>
        <w:tc>
          <w:tcPr>
            <w:tcW w:w="0" w:type="auto"/>
          </w:tcPr>
          <w:p w14:paraId="6D74121F" w14:textId="77777777" w:rsidR="007A5E59" w:rsidRDefault="0095198F">
            <w:pPr>
              <w:jc w:val="center"/>
            </w:pPr>
            <w:r>
              <w:t>10,84</w:t>
            </w:r>
          </w:p>
        </w:tc>
        <w:tc>
          <w:tcPr>
            <w:tcW w:w="0" w:type="auto"/>
          </w:tcPr>
          <w:p w14:paraId="18E80E59" w14:textId="77777777" w:rsidR="007A5E59" w:rsidRDefault="0095198F">
            <w:pPr>
              <w:jc w:val="center"/>
            </w:pPr>
            <w:r>
              <w:t>33,30</w:t>
            </w:r>
          </w:p>
        </w:tc>
        <w:tc>
          <w:tcPr>
            <w:tcW w:w="0" w:type="auto"/>
          </w:tcPr>
          <w:p w14:paraId="197B3324" w14:textId="77777777" w:rsidR="007A5E59" w:rsidRDefault="0095198F">
            <w:pPr>
              <w:jc w:val="center"/>
            </w:pPr>
            <w:r>
              <w:t>70,69</w:t>
            </w:r>
          </w:p>
        </w:tc>
        <w:tc>
          <w:tcPr>
            <w:tcW w:w="0" w:type="auto"/>
          </w:tcPr>
          <w:p w14:paraId="2665B882" w14:textId="77777777" w:rsidR="007A5E59" w:rsidRDefault="0095198F">
            <w:pPr>
              <w:jc w:val="center"/>
            </w:pPr>
            <w:r>
              <w:t>12,25</w:t>
            </w:r>
          </w:p>
        </w:tc>
        <w:tc>
          <w:tcPr>
            <w:tcW w:w="0" w:type="auto"/>
          </w:tcPr>
          <w:p w14:paraId="27641132" w14:textId="77777777" w:rsidR="007A5E59" w:rsidRDefault="0095198F">
            <w:pPr>
              <w:jc w:val="center"/>
            </w:pPr>
            <w:r>
              <w:t>0,00</w:t>
            </w:r>
          </w:p>
        </w:tc>
        <w:tc>
          <w:tcPr>
            <w:tcW w:w="0" w:type="auto"/>
          </w:tcPr>
          <w:p w14:paraId="44F466F5" w14:textId="77777777" w:rsidR="007A5E59" w:rsidRDefault="0095198F">
            <w:pPr>
              <w:jc w:val="center"/>
            </w:pPr>
            <w:r>
              <w:t>0,00</w:t>
            </w:r>
          </w:p>
        </w:tc>
        <w:tc>
          <w:tcPr>
            <w:tcW w:w="0" w:type="auto"/>
          </w:tcPr>
          <w:p w14:paraId="6F1E9CE4" w14:textId="77777777" w:rsidR="007A5E59" w:rsidRDefault="0095198F">
            <w:pPr>
              <w:jc w:val="center"/>
            </w:pPr>
            <w:r>
              <w:t>0,00</w:t>
            </w:r>
          </w:p>
        </w:tc>
        <w:tc>
          <w:tcPr>
            <w:tcW w:w="0" w:type="auto"/>
          </w:tcPr>
          <w:p w14:paraId="0475D982" w14:textId="77777777" w:rsidR="007A5E59" w:rsidRDefault="0095198F">
            <w:pPr>
              <w:jc w:val="center"/>
            </w:pPr>
            <w:r>
              <w:t>588,29</w:t>
            </w:r>
          </w:p>
        </w:tc>
      </w:tr>
      <w:tr w:rsidR="007A5E59" w14:paraId="65C57E17" w14:textId="77777777">
        <w:trPr>
          <w:jc w:val="center"/>
        </w:trPr>
        <w:tc>
          <w:tcPr>
            <w:tcW w:w="0" w:type="auto"/>
          </w:tcPr>
          <w:p w14:paraId="2426F08D" w14:textId="77777777" w:rsidR="007A5E59" w:rsidRDefault="0095198F">
            <w:r>
              <w:t>бесканально</w:t>
            </w:r>
          </w:p>
        </w:tc>
        <w:tc>
          <w:tcPr>
            <w:tcW w:w="0" w:type="auto"/>
          </w:tcPr>
          <w:p w14:paraId="04E70574" w14:textId="77777777" w:rsidR="007A5E59" w:rsidRDefault="0095198F">
            <w:pPr>
              <w:jc w:val="center"/>
            </w:pPr>
            <w:r>
              <w:t>0,00</w:t>
            </w:r>
          </w:p>
        </w:tc>
        <w:tc>
          <w:tcPr>
            <w:tcW w:w="0" w:type="auto"/>
          </w:tcPr>
          <w:p w14:paraId="2DC8D768" w14:textId="77777777" w:rsidR="007A5E59" w:rsidRDefault="0095198F">
            <w:pPr>
              <w:jc w:val="center"/>
            </w:pPr>
            <w:r>
              <w:t>0,00</w:t>
            </w:r>
          </w:p>
        </w:tc>
        <w:tc>
          <w:tcPr>
            <w:tcW w:w="0" w:type="auto"/>
          </w:tcPr>
          <w:p w14:paraId="0CFC8754" w14:textId="77777777" w:rsidR="007A5E59" w:rsidRDefault="0095198F">
            <w:pPr>
              <w:jc w:val="center"/>
            </w:pPr>
            <w:r>
              <w:t>0,00</w:t>
            </w:r>
          </w:p>
        </w:tc>
        <w:tc>
          <w:tcPr>
            <w:tcW w:w="0" w:type="auto"/>
          </w:tcPr>
          <w:p w14:paraId="4EE04D20" w14:textId="77777777" w:rsidR="007A5E59" w:rsidRDefault="0095198F">
            <w:pPr>
              <w:jc w:val="center"/>
            </w:pPr>
            <w:r>
              <w:t>0,00</w:t>
            </w:r>
          </w:p>
        </w:tc>
        <w:tc>
          <w:tcPr>
            <w:tcW w:w="0" w:type="auto"/>
          </w:tcPr>
          <w:p w14:paraId="0DFB9387" w14:textId="77777777" w:rsidR="007A5E59" w:rsidRDefault="0095198F">
            <w:pPr>
              <w:jc w:val="center"/>
            </w:pPr>
            <w:r>
              <w:t>0,00</w:t>
            </w:r>
          </w:p>
        </w:tc>
        <w:tc>
          <w:tcPr>
            <w:tcW w:w="0" w:type="auto"/>
          </w:tcPr>
          <w:p w14:paraId="07575FCA" w14:textId="77777777" w:rsidR="007A5E59" w:rsidRDefault="0095198F">
            <w:pPr>
              <w:jc w:val="center"/>
            </w:pPr>
            <w:r>
              <w:t>0,00</w:t>
            </w:r>
          </w:p>
        </w:tc>
        <w:tc>
          <w:tcPr>
            <w:tcW w:w="0" w:type="auto"/>
          </w:tcPr>
          <w:p w14:paraId="3E026F45" w14:textId="77777777" w:rsidR="007A5E59" w:rsidRDefault="0095198F">
            <w:pPr>
              <w:jc w:val="center"/>
            </w:pPr>
            <w:r>
              <w:t>0,00</w:t>
            </w:r>
          </w:p>
        </w:tc>
        <w:tc>
          <w:tcPr>
            <w:tcW w:w="0" w:type="auto"/>
          </w:tcPr>
          <w:p w14:paraId="7E738E51" w14:textId="77777777" w:rsidR="007A5E59" w:rsidRDefault="0095198F">
            <w:pPr>
              <w:jc w:val="center"/>
            </w:pPr>
            <w:r>
              <w:t>0,00</w:t>
            </w:r>
          </w:p>
        </w:tc>
        <w:tc>
          <w:tcPr>
            <w:tcW w:w="0" w:type="auto"/>
          </w:tcPr>
          <w:p w14:paraId="3227BAFA" w14:textId="77777777" w:rsidR="007A5E59" w:rsidRDefault="0095198F">
            <w:pPr>
              <w:jc w:val="center"/>
            </w:pPr>
            <w:r>
              <w:t>0,00</w:t>
            </w:r>
          </w:p>
        </w:tc>
        <w:tc>
          <w:tcPr>
            <w:tcW w:w="0" w:type="auto"/>
          </w:tcPr>
          <w:p w14:paraId="393CE4E8" w14:textId="77777777" w:rsidR="007A5E59" w:rsidRDefault="0095198F">
            <w:pPr>
              <w:jc w:val="center"/>
            </w:pPr>
            <w:r>
              <w:t>0,00</w:t>
            </w:r>
          </w:p>
        </w:tc>
        <w:tc>
          <w:tcPr>
            <w:tcW w:w="0" w:type="auto"/>
          </w:tcPr>
          <w:p w14:paraId="70267B2F" w14:textId="77777777" w:rsidR="007A5E59" w:rsidRDefault="0095198F">
            <w:pPr>
              <w:jc w:val="center"/>
            </w:pPr>
            <w:r>
              <w:t>0,00</w:t>
            </w:r>
          </w:p>
        </w:tc>
        <w:tc>
          <w:tcPr>
            <w:tcW w:w="0" w:type="auto"/>
          </w:tcPr>
          <w:p w14:paraId="0F50B14A" w14:textId="77777777" w:rsidR="007A5E59" w:rsidRDefault="0095198F">
            <w:pPr>
              <w:jc w:val="center"/>
            </w:pPr>
            <w:r>
              <w:t>0,00</w:t>
            </w:r>
          </w:p>
        </w:tc>
        <w:tc>
          <w:tcPr>
            <w:tcW w:w="0" w:type="auto"/>
          </w:tcPr>
          <w:p w14:paraId="25AE1710" w14:textId="77777777" w:rsidR="007A5E59" w:rsidRDefault="0095198F">
            <w:pPr>
              <w:jc w:val="center"/>
            </w:pPr>
            <w:r>
              <w:t>0,00</w:t>
            </w:r>
          </w:p>
        </w:tc>
        <w:tc>
          <w:tcPr>
            <w:tcW w:w="0" w:type="auto"/>
          </w:tcPr>
          <w:p w14:paraId="22B7769D" w14:textId="77777777" w:rsidR="007A5E59" w:rsidRDefault="0095198F">
            <w:pPr>
              <w:jc w:val="center"/>
            </w:pPr>
            <w:r>
              <w:t>0,00</w:t>
            </w:r>
          </w:p>
        </w:tc>
        <w:tc>
          <w:tcPr>
            <w:tcW w:w="0" w:type="auto"/>
          </w:tcPr>
          <w:p w14:paraId="734E288B" w14:textId="77777777" w:rsidR="007A5E59" w:rsidRDefault="0095198F">
            <w:pPr>
              <w:jc w:val="center"/>
            </w:pPr>
            <w:r>
              <w:t>0,00</w:t>
            </w:r>
          </w:p>
        </w:tc>
        <w:tc>
          <w:tcPr>
            <w:tcW w:w="0" w:type="auto"/>
          </w:tcPr>
          <w:p w14:paraId="18764F97" w14:textId="77777777" w:rsidR="007A5E59" w:rsidRDefault="0095198F">
            <w:pPr>
              <w:jc w:val="center"/>
            </w:pPr>
            <w:r>
              <w:t>0,00</w:t>
            </w:r>
          </w:p>
        </w:tc>
        <w:tc>
          <w:tcPr>
            <w:tcW w:w="0" w:type="auto"/>
          </w:tcPr>
          <w:p w14:paraId="0DD80756" w14:textId="77777777" w:rsidR="007A5E59" w:rsidRDefault="0095198F">
            <w:pPr>
              <w:jc w:val="center"/>
            </w:pPr>
            <w:r>
              <w:t>0,00</w:t>
            </w:r>
          </w:p>
        </w:tc>
        <w:tc>
          <w:tcPr>
            <w:tcW w:w="0" w:type="auto"/>
          </w:tcPr>
          <w:p w14:paraId="339E198D" w14:textId="77777777" w:rsidR="007A5E59" w:rsidRDefault="0095198F">
            <w:pPr>
              <w:jc w:val="center"/>
            </w:pPr>
            <w:r>
              <w:t>0,00</w:t>
            </w:r>
          </w:p>
        </w:tc>
        <w:tc>
          <w:tcPr>
            <w:tcW w:w="0" w:type="auto"/>
          </w:tcPr>
          <w:p w14:paraId="53470F9C" w14:textId="77777777" w:rsidR="007A5E59" w:rsidRDefault="0095198F">
            <w:pPr>
              <w:jc w:val="center"/>
            </w:pPr>
            <w:r>
              <w:t>0,00</w:t>
            </w:r>
          </w:p>
        </w:tc>
        <w:tc>
          <w:tcPr>
            <w:tcW w:w="0" w:type="auto"/>
          </w:tcPr>
          <w:p w14:paraId="682EC842" w14:textId="77777777" w:rsidR="007A5E59" w:rsidRDefault="0095198F">
            <w:pPr>
              <w:jc w:val="center"/>
            </w:pPr>
            <w:r>
              <w:t>0,00</w:t>
            </w:r>
          </w:p>
        </w:tc>
      </w:tr>
      <w:tr w:rsidR="007A5E59" w14:paraId="13420349" w14:textId="77777777">
        <w:trPr>
          <w:jc w:val="center"/>
        </w:trPr>
        <w:tc>
          <w:tcPr>
            <w:tcW w:w="0" w:type="auto"/>
          </w:tcPr>
          <w:p w14:paraId="64832AB2" w14:textId="77777777" w:rsidR="007A5E59" w:rsidRDefault="0095198F">
            <w:r>
              <w:t>надземная</w:t>
            </w:r>
          </w:p>
        </w:tc>
        <w:tc>
          <w:tcPr>
            <w:tcW w:w="0" w:type="auto"/>
          </w:tcPr>
          <w:p w14:paraId="1709CF8D" w14:textId="77777777" w:rsidR="007A5E59" w:rsidRDefault="0095198F">
            <w:pPr>
              <w:jc w:val="center"/>
            </w:pPr>
            <w:r>
              <w:t>0,24</w:t>
            </w:r>
          </w:p>
        </w:tc>
        <w:tc>
          <w:tcPr>
            <w:tcW w:w="0" w:type="auto"/>
          </w:tcPr>
          <w:p w14:paraId="6E6C0260" w14:textId="77777777" w:rsidR="007A5E59" w:rsidRDefault="0095198F">
            <w:pPr>
              <w:jc w:val="center"/>
            </w:pPr>
            <w:r>
              <w:t>0,00</w:t>
            </w:r>
          </w:p>
        </w:tc>
        <w:tc>
          <w:tcPr>
            <w:tcW w:w="0" w:type="auto"/>
          </w:tcPr>
          <w:p w14:paraId="40A418E2" w14:textId="77777777" w:rsidR="007A5E59" w:rsidRDefault="0095198F">
            <w:pPr>
              <w:jc w:val="center"/>
            </w:pPr>
            <w:r>
              <w:t>7,78</w:t>
            </w:r>
          </w:p>
        </w:tc>
        <w:tc>
          <w:tcPr>
            <w:tcW w:w="0" w:type="auto"/>
          </w:tcPr>
          <w:p w14:paraId="725B6140" w14:textId="77777777" w:rsidR="007A5E59" w:rsidRDefault="0095198F">
            <w:pPr>
              <w:jc w:val="center"/>
            </w:pPr>
            <w:r>
              <w:t>0,00</w:t>
            </w:r>
          </w:p>
        </w:tc>
        <w:tc>
          <w:tcPr>
            <w:tcW w:w="0" w:type="auto"/>
          </w:tcPr>
          <w:p w14:paraId="36AEDB92" w14:textId="77777777" w:rsidR="007A5E59" w:rsidRDefault="0095198F">
            <w:pPr>
              <w:jc w:val="center"/>
            </w:pPr>
            <w:r>
              <w:t>7,54</w:t>
            </w:r>
          </w:p>
        </w:tc>
        <w:tc>
          <w:tcPr>
            <w:tcW w:w="0" w:type="auto"/>
          </w:tcPr>
          <w:p w14:paraId="6D2A4BAD" w14:textId="77777777" w:rsidR="007A5E59" w:rsidRDefault="0095198F">
            <w:pPr>
              <w:jc w:val="center"/>
            </w:pPr>
            <w:r>
              <w:t>40,37</w:t>
            </w:r>
          </w:p>
        </w:tc>
        <w:tc>
          <w:tcPr>
            <w:tcW w:w="0" w:type="auto"/>
          </w:tcPr>
          <w:p w14:paraId="0AA60B4F" w14:textId="77777777" w:rsidR="007A5E59" w:rsidRDefault="0095198F">
            <w:pPr>
              <w:jc w:val="center"/>
            </w:pPr>
            <w:r>
              <w:t>23,07</w:t>
            </w:r>
          </w:p>
        </w:tc>
        <w:tc>
          <w:tcPr>
            <w:tcW w:w="0" w:type="auto"/>
          </w:tcPr>
          <w:p w14:paraId="1F0C9910" w14:textId="77777777" w:rsidR="007A5E59" w:rsidRDefault="0095198F">
            <w:pPr>
              <w:jc w:val="center"/>
            </w:pPr>
            <w:r>
              <w:t>0,00</w:t>
            </w:r>
          </w:p>
        </w:tc>
        <w:tc>
          <w:tcPr>
            <w:tcW w:w="0" w:type="auto"/>
          </w:tcPr>
          <w:p w14:paraId="4158B99A" w14:textId="77777777" w:rsidR="007A5E59" w:rsidRDefault="0095198F">
            <w:pPr>
              <w:jc w:val="center"/>
            </w:pPr>
            <w:r>
              <w:t>0,00</w:t>
            </w:r>
          </w:p>
        </w:tc>
        <w:tc>
          <w:tcPr>
            <w:tcW w:w="0" w:type="auto"/>
          </w:tcPr>
          <w:p w14:paraId="03D52B08" w14:textId="77777777" w:rsidR="007A5E59" w:rsidRDefault="0095198F">
            <w:pPr>
              <w:jc w:val="center"/>
            </w:pPr>
            <w:r>
              <w:t>15,33</w:t>
            </w:r>
          </w:p>
        </w:tc>
        <w:tc>
          <w:tcPr>
            <w:tcW w:w="0" w:type="auto"/>
          </w:tcPr>
          <w:p w14:paraId="23E07C78" w14:textId="77777777" w:rsidR="007A5E59" w:rsidRDefault="0095198F">
            <w:pPr>
              <w:jc w:val="center"/>
            </w:pPr>
            <w:r>
              <w:t>32,67</w:t>
            </w:r>
          </w:p>
        </w:tc>
        <w:tc>
          <w:tcPr>
            <w:tcW w:w="0" w:type="auto"/>
          </w:tcPr>
          <w:p w14:paraId="7613C1A9" w14:textId="77777777" w:rsidR="007A5E59" w:rsidRDefault="0095198F">
            <w:pPr>
              <w:jc w:val="center"/>
            </w:pPr>
            <w:r>
              <w:t>0,00</w:t>
            </w:r>
          </w:p>
        </w:tc>
        <w:tc>
          <w:tcPr>
            <w:tcW w:w="0" w:type="auto"/>
          </w:tcPr>
          <w:p w14:paraId="6EF967D4" w14:textId="77777777" w:rsidR="007A5E59" w:rsidRDefault="0095198F">
            <w:pPr>
              <w:jc w:val="center"/>
            </w:pPr>
            <w:r>
              <w:t>86,24</w:t>
            </w:r>
          </w:p>
        </w:tc>
        <w:tc>
          <w:tcPr>
            <w:tcW w:w="0" w:type="auto"/>
          </w:tcPr>
          <w:p w14:paraId="71111E88" w14:textId="77777777" w:rsidR="007A5E59" w:rsidRDefault="0095198F">
            <w:pPr>
              <w:jc w:val="center"/>
            </w:pPr>
            <w:r>
              <w:t>145,14</w:t>
            </w:r>
          </w:p>
        </w:tc>
        <w:tc>
          <w:tcPr>
            <w:tcW w:w="0" w:type="auto"/>
          </w:tcPr>
          <w:p w14:paraId="38CD449D" w14:textId="77777777" w:rsidR="007A5E59" w:rsidRDefault="0095198F">
            <w:pPr>
              <w:jc w:val="center"/>
            </w:pPr>
            <w:r>
              <w:t>62,83</w:t>
            </w:r>
          </w:p>
        </w:tc>
        <w:tc>
          <w:tcPr>
            <w:tcW w:w="0" w:type="auto"/>
          </w:tcPr>
          <w:p w14:paraId="35CE0298" w14:textId="77777777" w:rsidR="007A5E59" w:rsidRDefault="0095198F">
            <w:pPr>
              <w:jc w:val="center"/>
            </w:pPr>
            <w:r>
              <w:t>101,79</w:t>
            </w:r>
          </w:p>
        </w:tc>
        <w:tc>
          <w:tcPr>
            <w:tcW w:w="0" w:type="auto"/>
          </w:tcPr>
          <w:p w14:paraId="3B46469A" w14:textId="77777777" w:rsidR="007A5E59" w:rsidRDefault="0095198F">
            <w:pPr>
              <w:jc w:val="center"/>
            </w:pPr>
            <w:r>
              <w:t>0,00</w:t>
            </w:r>
          </w:p>
        </w:tc>
        <w:tc>
          <w:tcPr>
            <w:tcW w:w="0" w:type="auto"/>
          </w:tcPr>
          <w:p w14:paraId="120F636E" w14:textId="77777777" w:rsidR="007A5E59" w:rsidRDefault="0095198F">
            <w:pPr>
              <w:jc w:val="center"/>
            </w:pPr>
            <w:r>
              <w:t>0,00</w:t>
            </w:r>
          </w:p>
        </w:tc>
        <w:tc>
          <w:tcPr>
            <w:tcW w:w="0" w:type="auto"/>
          </w:tcPr>
          <w:p w14:paraId="7366327F" w14:textId="77777777" w:rsidR="007A5E59" w:rsidRDefault="0095198F">
            <w:pPr>
              <w:jc w:val="center"/>
            </w:pPr>
            <w:r>
              <w:t>0,00</w:t>
            </w:r>
          </w:p>
        </w:tc>
        <w:tc>
          <w:tcPr>
            <w:tcW w:w="0" w:type="auto"/>
          </w:tcPr>
          <w:p w14:paraId="32AC338A" w14:textId="77777777" w:rsidR="007A5E59" w:rsidRDefault="0095198F">
            <w:pPr>
              <w:jc w:val="center"/>
            </w:pPr>
            <w:r>
              <w:t>523,00</w:t>
            </w:r>
          </w:p>
        </w:tc>
      </w:tr>
      <w:tr w:rsidR="007A5E59" w14:paraId="783F3176" w14:textId="77777777">
        <w:trPr>
          <w:jc w:val="center"/>
        </w:trPr>
        <w:tc>
          <w:tcPr>
            <w:tcW w:w="0" w:type="auto"/>
            <w:shd w:val="clear" w:color="auto" w:fill="DBE5F1"/>
          </w:tcPr>
          <w:p w14:paraId="6684CC4D" w14:textId="77777777" w:rsidR="007A5E59" w:rsidRDefault="0095198F">
            <w:r>
              <w:rPr>
                <w:b/>
              </w:rPr>
              <w:t>ИТОГО по диаметрам</w:t>
            </w:r>
          </w:p>
        </w:tc>
        <w:tc>
          <w:tcPr>
            <w:tcW w:w="0" w:type="auto"/>
            <w:shd w:val="clear" w:color="auto" w:fill="DBE5F1"/>
          </w:tcPr>
          <w:p w14:paraId="0F9E9C70" w14:textId="77777777" w:rsidR="007A5E59" w:rsidRDefault="0095198F">
            <w:pPr>
              <w:jc w:val="center"/>
            </w:pPr>
            <w:r>
              <w:rPr>
                <w:b/>
              </w:rPr>
              <w:t>0,24</w:t>
            </w:r>
          </w:p>
        </w:tc>
        <w:tc>
          <w:tcPr>
            <w:tcW w:w="0" w:type="auto"/>
            <w:shd w:val="clear" w:color="auto" w:fill="DBE5F1"/>
          </w:tcPr>
          <w:p w14:paraId="52E42ED5" w14:textId="77777777" w:rsidR="007A5E59" w:rsidRDefault="0095198F">
            <w:pPr>
              <w:jc w:val="center"/>
            </w:pPr>
            <w:r>
              <w:rPr>
                <w:b/>
              </w:rPr>
              <w:t>0,88</w:t>
            </w:r>
          </w:p>
        </w:tc>
        <w:tc>
          <w:tcPr>
            <w:tcW w:w="0" w:type="auto"/>
            <w:shd w:val="clear" w:color="auto" w:fill="DBE5F1"/>
          </w:tcPr>
          <w:p w14:paraId="16E5796C" w14:textId="77777777" w:rsidR="007A5E59" w:rsidRDefault="0095198F">
            <w:pPr>
              <w:jc w:val="center"/>
            </w:pPr>
            <w:r>
              <w:rPr>
                <w:b/>
              </w:rPr>
              <w:t>51,13</w:t>
            </w:r>
          </w:p>
        </w:tc>
        <w:tc>
          <w:tcPr>
            <w:tcW w:w="0" w:type="auto"/>
            <w:shd w:val="clear" w:color="auto" w:fill="DBE5F1"/>
          </w:tcPr>
          <w:p w14:paraId="7C6FE81E" w14:textId="77777777" w:rsidR="007A5E59" w:rsidRDefault="0095198F">
            <w:pPr>
              <w:jc w:val="center"/>
            </w:pPr>
            <w:r>
              <w:rPr>
                <w:b/>
              </w:rPr>
              <w:t>0,00</w:t>
            </w:r>
          </w:p>
        </w:tc>
        <w:tc>
          <w:tcPr>
            <w:tcW w:w="0" w:type="auto"/>
            <w:shd w:val="clear" w:color="auto" w:fill="DBE5F1"/>
          </w:tcPr>
          <w:p w14:paraId="6C28B677" w14:textId="77777777" w:rsidR="007A5E59" w:rsidRDefault="0095198F">
            <w:pPr>
              <w:jc w:val="center"/>
            </w:pPr>
            <w:r>
              <w:rPr>
                <w:b/>
              </w:rPr>
              <w:t>27,58</w:t>
            </w:r>
          </w:p>
        </w:tc>
        <w:tc>
          <w:tcPr>
            <w:tcW w:w="0" w:type="auto"/>
            <w:shd w:val="clear" w:color="auto" w:fill="DBE5F1"/>
          </w:tcPr>
          <w:p w14:paraId="70ECDEE6" w14:textId="77777777" w:rsidR="007A5E59" w:rsidRDefault="0095198F">
            <w:pPr>
              <w:jc w:val="center"/>
            </w:pPr>
            <w:r>
              <w:rPr>
                <w:b/>
              </w:rPr>
              <w:t>95,82</w:t>
            </w:r>
          </w:p>
        </w:tc>
        <w:tc>
          <w:tcPr>
            <w:tcW w:w="0" w:type="auto"/>
            <w:shd w:val="clear" w:color="auto" w:fill="DBE5F1"/>
          </w:tcPr>
          <w:p w14:paraId="4A301E82" w14:textId="77777777" w:rsidR="007A5E59" w:rsidRDefault="0095198F">
            <w:pPr>
              <w:jc w:val="center"/>
            </w:pPr>
            <w:r>
              <w:rPr>
                <w:b/>
              </w:rPr>
              <w:t>36,96</w:t>
            </w:r>
          </w:p>
        </w:tc>
        <w:tc>
          <w:tcPr>
            <w:tcW w:w="0" w:type="auto"/>
            <w:shd w:val="clear" w:color="auto" w:fill="DBE5F1"/>
          </w:tcPr>
          <w:p w14:paraId="330F2BEE" w14:textId="77777777" w:rsidR="007A5E59" w:rsidRDefault="0095198F">
            <w:pPr>
              <w:jc w:val="center"/>
            </w:pPr>
            <w:r>
              <w:rPr>
                <w:b/>
              </w:rPr>
              <w:t>0,00</w:t>
            </w:r>
          </w:p>
        </w:tc>
        <w:tc>
          <w:tcPr>
            <w:tcW w:w="0" w:type="auto"/>
            <w:shd w:val="clear" w:color="auto" w:fill="DBE5F1"/>
          </w:tcPr>
          <w:p w14:paraId="681526F8" w14:textId="77777777" w:rsidR="007A5E59" w:rsidRDefault="0095198F">
            <w:pPr>
              <w:jc w:val="center"/>
            </w:pPr>
            <w:r>
              <w:rPr>
                <w:b/>
              </w:rPr>
              <w:t>0,00</w:t>
            </w:r>
          </w:p>
        </w:tc>
        <w:tc>
          <w:tcPr>
            <w:tcW w:w="0" w:type="auto"/>
            <w:shd w:val="clear" w:color="auto" w:fill="DBE5F1"/>
          </w:tcPr>
          <w:p w14:paraId="0E84EC50" w14:textId="77777777" w:rsidR="007A5E59" w:rsidRDefault="0095198F">
            <w:pPr>
              <w:jc w:val="center"/>
            </w:pPr>
            <w:r>
              <w:rPr>
                <w:b/>
              </w:rPr>
              <w:t>78,41</w:t>
            </w:r>
          </w:p>
        </w:tc>
        <w:tc>
          <w:tcPr>
            <w:tcW w:w="0" w:type="auto"/>
            <w:shd w:val="clear" w:color="auto" w:fill="DBE5F1"/>
          </w:tcPr>
          <w:p w14:paraId="1C6A61FA" w14:textId="77777777" w:rsidR="007A5E59" w:rsidRDefault="0095198F">
            <w:pPr>
              <w:jc w:val="center"/>
            </w:pPr>
            <w:r>
              <w:rPr>
                <w:b/>
              </w:rPr>
              <w:t>297,19</w:t>
            </w:r>
          </w:p>
        </w:tc>
        <w:tc>
          <w:tcPr>
            <w:tcW w:w="0" w:type="auto"/>
            <w:shd w:val="clear" w:color="auto" w:fill="DBE5F1"/>
          </w:tcPr>
          <w:p w14:paraId="383D6E0A" w14:textId="77777777" w:rsidR="007A5E59" w:rsidRDefault="0095198F">
            <w:pPr>
              <w:jc w:val="center"/>
            </w:pPr>
            <w:r>
              <w:rPr>
                <w:b/>
              </w:rPr>
              <w:t>0,00</w:t>
            </w:r>
          </w:p>
        </w:tc>
        <w:tc>
          <w:tcPr>
            <w:tcW w:w="0" w:type="auto"/>
            <w:shd w:val="clear" w:color="auto" w:fill="DBE5F1"/>
          </w:tcPr>
          <w:p w14:paraId="27B354A5" w14:textId="77777777" w:rsidR="007A5E59" w:rsidRDefault="0095198F">
            <w:pPr>
              <w:jc w:val="center"/>
            </w:pPr>
            <w:r>
              <w:rPr>
                <w:b/>
              </w:rPr>
              <w:t>97,08</w:t>
            </w:r>
          </w:p>
        </w:tc>
        <w:tc>
          <w:tcPr>
            <w:tcW w:w="0" w:type="auto"/>
            <w:shd w:val="clear" w:color="auto" w:fill="DBE5F1"/>
          </w:tcPr>
          <w:p w14:paraId="25C2FDB5" w14:textId="77777777" w:rsidR="007A5E59" w:rsidRDefault="0095198F">
            <w:pPr>
              <w:jc w:val="center"/>
            </w:pPr>
            <w:r>
              <w:rPr>
                <w:b/>
              </w:rPr>
              <w:t>178,44</w:t>
            </w:r>
          </w:p>
        </w:tc>
        <w:tc>
          <w:tcPr>
            <w:tcW w:w="0" w:type="auto"/>
            <w:shd w:val="clear" w:color="auto" w:fill="DBE5F1"/>
          </w:tcPr>
          <w:p w14:paraId="448BD255" w14:textId="77777777" w:rsidR="007A5E59" w:rsidRDefault="0095198F">
            <w:pPr>
              <w:jc w:val="center"/>
            </w:pPr>
            <w:r>
              <w:rPr>
                <w:b/>
              </w:rPr>
              <w:t>133,52</w:t>
            </w:r>
          </w:p>
        </w:tc>
        <w:tc>
          <w:tcPr>
            <w:tcW w:w="0" w:type="auto"/>
            <w:shd w:val="clear" w:color="auto" w:fill="DBE5F1"/>
          </w:tcPr>
          <w:p w14:paraId="4310EEF4" w14:textId="77777777" w:rsidR="007A5E59" w:rsidRDefault="0095198F">
            <w:pPr>
              <w:jc w:val="center"/>
            </w:pPr>
            <w:r>
              <w:rPr>
                <w:b/>
              </w:rPr>
              <w:t>114,04</w:t>
            </w:r>
          </w:p>
        </w:tc>
        <w:tc>
          <w:tcPr>
            <w:tcW w:w="0" w:type="auto"/>
            <w:shd w:val="clear" w:color="auto" w:fill="DBE5F1"/>
          </w:tcPr>
          <w:p w14:paraId="7BABEBF1" w14:textId="77777777" w:rsidR="007A5E59" w:rsidRDefault="0095198F">
            <w:pPr>
              <w:jc w:val="center"/>
            </w:pPr>
            <w:r>
              <w:rPr>
                <w:b/>
              </w:rPr>
              <w:t>0,00</w:t>
            </w:r>
          </w:p>
        </w:tc>
        <w:tc>
          <w:tcPr>
            <w:tcW w:w="0" w:type="auto"/>
            <w:shd w:val="clear" w:color="auto" w:fill="DBE5F1"/>
          </w:tcPr>
          <w:p w14:paraId="0D876C92" w14:textId="77777777" w:rsidR="007A5E59" w:rsidRDefault="0095198F">
            <w:pPr>
              <w:jc w:val="center"/>
            </w:pPr>
            <w:r>
              <w:rPr>
                <w:b/>
              </w:rPr>
              <w:t>0,00</w:t>
            </w:r>
          </w:p>
        </w:tc>
        <w:tc>
          <w:tcPr>
            <w:tcW w:w="0" w:type="auto"/>
            <w:shd w:val="clear" w:color="auto" w:fill="DBE5F1"/>
          </w:tcPr>
          <w:p w14:paraId="1F5CE5CC" w14:textId="77777777" w:rsidR="007A5E59" w:rsidRDefault="0095198F">
            <w:pPr>
              <w:jc w:val="center"/>
            </w:pPr>
            <w:r>
              <w:rPr>
                <w:b/>
              </w:rPr>
              <w:t>0,00</w:t>
            </w:r>
          </w:p>
        </w:tc>
        <w:tc>
          <w:tcPr>
            <w:tcW w:w="0" w:type="auto"/>
            <w:shd w:val="clear" w:color="auto" w:fill="DBE5F1"/>
          </w:tcPr>
          <w:p w14:paraId="49E884E5" w14:textId="77777777" w:rsidR="007A5E59" w:rsidRDefault="0095198F">
            <w:pPr>
              <w:jc w:val="center"/>
            </w:pPr>
            <w:r>
              <w:rPr>
                <w:b/>
              </w:rPr>
              <w:t>1 111,29</w:t>
            </w:r>
          </w:p>
        </w:tc>
      </w:tr>
      <w:tr w:rsidR="007A5E59" w14:paraId="1703CA0D" w14:textId="77777777">
        <w:trPr>
          <w:jc w:val="center"/>
        </w:trPr>
        <w:tc>
          <w:tcPr>
            <w:tcW w:w="0" w:type="auto"/>
            <w:shd w:val="clear" w:color="auto" w:fill="DBE5F1"/>
          </w:tcPr>
          <w:p w14:paraId="2B5967C4" w14:textId="77777777" w:rsidR="007A5E59" w:rsidRDefault="0095198F">
            <w:r>
              <w:rPr>
                <w:b/>
              </w:rPr>
              <w:t>ВСЕГО площадь поверхности, м²</w:t>
            </w:r>
          </w:p>
        </w:tc>
        <w:tc>
          <w:tcPr>
            <w:tcW w:w="0" w:type="auto"/>
            <w:shd w:val="clear" w:color="auto" w:fill="DBE5F1"/>
          </w:tcPr>
          <w:p w14:paraId="1FEE9343" w14:textId="77777777" w:rsidR="007A5E59" w:rsidRDefault="0095198F">
            <w:pPr>
              <w:jc w:val="center"/>
            </w:pPr>
            <w:r>
              <w:rPr>
                <w:b/>
              </w:rPr>
              <w:t>1 111,29</w:t>
            </w:r>
          </w:p>
        </w:tc>
        <w:tc>
          <w:tcPr>
            <w:tcW w:w="0" w:type="auto"/>
            <w:shd w:val="clear" w:color="auto" w:fill="DBE5F1"/>
          </w:tcPr>
          <w:p w14:paraId="1E9428A4" w14:textId="77777777" w:rsidR="007A5E59" w:rsidRDefault="007A5E59"/>
        </w:tc>
        <w:tc>
          <w:tcPr>
            <w:tcW w:w="0" w:type="auto"/>
            <w:shd w:val="clear" w:color="auto" w:fill="DBE5F1"/>
          </w:tcPr>
          <w:p w14:paraId="34E7D101" w14:textId="77777777" w:rsidR="007A5E59" w:rsidRDefault="007A5E59"/>
        </w:tc>
        <w:tc>
          <w:tcPr>
            <w:tcW w:w="0" w:type="auto"/>
            <w:shd w:val="clear" w:color="auto" w:fill="DBE5F1"/>
          </w:tcPr>
          <w:p w14:paraId="3C49DA65" w14:textId="77777777" w:rsidR="007A5E59" w:rsidRDefault="007A5E59"/>
        </w:tc>
        <w:tc>
          <w:tcPr>
            <w:tcW w:w="0" w:type="auto"/>
            <w:shd w:val="clear" w:color="auto" w:fill="DBE5F1"/>
          </w:tcPr>
          <w:p w14:paraId="784C3605" w14:textId="77777777" w:rsidR="007A5E59" w:rsidRDefault="007A5E59"/>
        </w:tc>
        <w:tc>
          <w:tcPr>
            <w:tcW w:w="0" w:type="auto"/>
            <w:shd w:val="clear" w:color="auto" w:fill="DBE5F1"/>
          </w:tcPr>
          <w:p w14:paraId="1EC15C26" w14:textId="77777777" w:rsidR="007A5E59" w:rsidRDefault="007A5E59"/>
        </w:tc>
        <w:tc>
          <w:tcPr>
            <w:tcW w:w="0" w:type="auto"/>
            <w:shd w:val="clear" w:color="auto" w:fill="DBE5F1"/>
          </w:tcPr>
          <w:p w14:paraId="7AF8DADE" w14:textId="77777777" w:rsidR="007A5E59" w:rsidRDefault="007A5E59"/>
        </w:tc>
        <w:tc>
          <w:tcPr>
            <w:tcW w:w="0" w:type="auto"/>
            <w:shd w:val="clear" w:color="auto" w:fill="DBE5F1"/>
          </w:tcPr>
          <w:p w14:paraId="37F17846" w14:textId="77777777" w:rsidR="007A5E59" w:rsidRDefault="007A5E59"/>
        </w:tc>
        <w:tc>
          <w:tcPr>
            <w:tcW w:w="0" w:type="auto"/>
            <w:shd w:val="clear" w:color="auto" w:fill="DBE5F1"/>
          </w:tcPr>
          <w:p w14:paraId="459FF88F" w14:textId="77777777" w:rsidR="007A5E59" w:rsidRDefault="007A5E59"/>
        </w:tc>
        <w:tc>
          <w:tcPr>
            <w:tcW w:w="0" w:type="auto"/>
            <w:shd w:val="clear" w:color="auto" w:fill="DBE5F1"/>
          </w:tcPr>
          <w:p w14:paraId="250F6BB4" w14:textId="77777777" w:rsidR="007A5E59" w:rsidRDefault="007A5E59"/>
        </w:tc>
        <w:tc>
          <w:tcPr>
            <w:tcW w:w="0" w:type="auto"/>
            <w:shd w:val="clear" w:color="auto" w:fill="DBE5F1"/>
          </w:tcPr>
          <w:p w14:paraId="5BA3A57E" w14:textId="77777777" w:rsidR="007A5E59" w:rsidRDefault="007A5E59"/>
        </w:tc>
        <w:tc>
          <w:tcPr>
            <w:tcW w:w="0" w:type="auto"/>
            <w:shd w:val="clear" w:color="auto" w:fill="DBE5F1"/>
          </w:tcPr>
          <w:p w14:paraId="3010A918" w14:textId="77777777" w:rsidR="007A5E59" w:rsidRDefault="007A5E59"/>
        </w:tc>
        <w:tc>
          <w:tcPr>
            <w:tcW w:w="0" w:type="auto"/>
            <w:shd w:val="clear" w:color="auto" w:fill="DBE5F1"/>
          </w:tcPr>
          <w:p w14:paraId="0A33BACA" w14:textId="77777777" w:rsidR="007A5E59" w:rsidRDefault="007A5E59"/>
        </w:tc>
        <w:tc>
          <w:tcPr>
            <w:tcW w:w="0" w:type="auto"/>
            <w:shd w:val="clear" w:color="auto" w:fill="DBE5F1"/>
          </w:tcPr>
          <w:p w14:paraId="7D918C47" w14:textId="77777777" w:rsidR="007A5E59" w:rsidRDefault="007A5E59"/>
        </w:tc>
        <w:tc>
          <w:tcPr>
            <w:tcW w:w="0" w:type="auto"/>
            <w:shd w:val="clear" w:color="auto" w:fill="DBE5F1"/>
          </w:tcPr>
          <w:p w14:paraId="53BF8923" w14:textId="77777777" w:rsidR="007A5E59" w:rsidRDefault="007A5E59"/>
        </w:tc>
        <w:tc>
          <w:tcPr>
            <w:tcW w:w="0" w:type="auto"/>
            <w:shd w:val="clear" w:color="auto" w:fill="DBE5F1"/>
          </w:tcPr>
          <w:p w14:paraId="75FCDB9A" w14:textId="77777777" w:rsidR="007A5E59" w:rsidRDefault="007A5E59"/>
        </w:tc>
        <w:tc>
          <w:tcPr>
            <w:tcW w:w="0" w:type="auto"/>
            <w:shd w:val="clear" w:color="auto" w:fill="DBE5F1"/>
          </w:tcPr>
          <w:p w14:paraId="0081A5A0" w14:textId="77777777" w:rsidR="007A5E59" w:rsidRDefault="007A5E59"/>
        </w:tc>
        <w:tc>
          <w:tcPr>
            <w:tcW w:w="0" w:type="auto"/>
            <w:shd w:val="clear" w:color="auto" w:fill="DBE5F1"/>
          </w:tcPr>
          <w:p w14:paraId="08BB9636" w14:textId="77777777" w:rsidR="007A5E59" w:rsidRDefault="007A5E59"/>
        </w:tc>
        <w:tc>
          <w:tcPr>
            <w:tcW w:w="0" w:type="auto"/>
            <w:shd w:val="clear" w:color="auto" w:fill="DBE5F1"/>
          </w:tcPr>
          <w:p w14:paraId="1F7E5A1B" w14:textId="77777777" w:rsidR="007A5E59" w:rsidRDefault="007A5E59"/>
        </w:tc>
        <w:tc>
          <w:tcPr>
            <w:tcW w:w="0" w:type="auto"/>
            <w:shd w:val="clear" w:color="auto" w:fill="DBE5F1"/>
          </w:tcPr>
          <w:p w14:paraId="4D537D89" w14:textId="77777777" w:rsidR="007A5E59" w:rsidRDefault="007A5E59"/>
        </w:tc>
      </w:tr>
      <w:tr w:rsidR="007A5E59" w14:paraId="2FDF8C54" w14:textId="77777777">
        <w:trPr>
          <w:jc w:val="center"/>
        </w:trPr>
        <w:tc>
          <w:tcPr>
            <w:tcW w:w="0" w:type="auto"/>
          </w:tcPr>
          <w:p w14:paraId="076B0548" w14:textId="77777777" w:rsidR="007A5E59" w:rsidRPr="00312815" w:rsidRDefault="0095198F">
            <w:pPr>
              <w:rPr>
                <w:lang w:val="ru-RU"/>
              </w:rPr>
            </w:pPr>
            <w:r w:rsidRPr="00312815">
              <w:rPr>
                <w:lang w:val="ru-RU"/>
              </w:rPr>
              <w:t>Материальная характеристика, м² (2·</w:t>
            </w:r>
            <w:r>
              <w:t>S</w:t>
            </w:r>
            <w:r w:rsidRPr="00312815">
              <w:rPr>
                <w:lang w:val="ru-RU"/>
              </w:rPr>
              <w:t>/</w:t>
            </w:r>
            <w:r>
              <w:t>π</w:t>
            </w:r>
            <w:r w:rsidRPr="00312815">
              <w:rPr>
                <w:lang w:val="ru-RU"/>
              </w:rPr>
              <w:t>)</w:t>
            </w:r>
          </w:p>
        </w:tc>
        <w:tc>
          <w:tcPr>
            <w:tcW w:w="0" w:type="auto"/>
          </w:tcPr>
          <w:p w14:paraId="2FB6433F" w14:textId="77777777" w:rsidR="007A5E59" w:rsidRDefault="0095198F">
            <w:pPr>
              <w:jc w:val="center"/>
            </w:pPr>
            <w:r>
              <w:t>707,47</w:t>
            </w:r>
          </w:p>
        </w:tc>
        <w:tc>
          <w:tcPr>
            <w:tcW w:w="0" w:type="auto"/>
          </w:tcPr>
          <w:p w14:paraId="7E3E822D" w14:textId="77777777" w:rsidR="007A5E59" w:rsidRDefault="007A5E59"/>
        </w:tc>
        <w:tc>
          <w:tcPr>
            <w:tcW w:w="0" w:type="auto"/>
          </w:tcPr>
          <w:p w14:paraId="3F1504B0" w14:textId="77777777" w:rsidR="007A5E59" w:rsidRDefault="007A5E59"/>
        </w:tc>
        <w:tc>
          <w:tcPr>
            <w:tcW w:w="0" w:type="auto"/>
          </w:tcPr>
          <w:p w14:paraId="2461B605" w14:textId="77777777" w:rsidR="007A5E59" w:rsidRDefault="007A5E59"/>
        </w:tc>
        <w:tc>
          <w:tcPr>
            <w:tcW w:w="0" w:type="auto"/>
          </w:tcPr>
          <w:p w14:paraId="5390AEBD" w14:textId="77777777" w:rsidR="007A5E59" w:rsidRDefault="007A5E59"/>
        </w:tc>
        <w:tc>
          <w:tcPr>
            <w:tcW w:w="0" w:type="auto"/>
          </w:tcPr>
          <w:p w14:paraId="708C6917" w14:textId="77777777" w:rsidR="007A5E59" w:rsidRDefault="007A5E59"/>
        </w:tc>
        <w:tc>
          <w:tcPr>
            <w:tcW w:w="0" w:type="auto"/>
          </w:tcPr>
          <w:p w14:paraId="55A88ECA" w14:textId="77777777" w:rsidR="007A5E59" w:rsidRDefault="007A5E59"/>
        </w:tc>
        <w:tc>
          <w:tcPr>
            <w:tcW w:w="0" w:type="auto"/>
          </w:tcPr>
          <w:p w14:paraId="3E7AC9E7" w14:textId="77777777" w:rsidR="007A5E59" w:rsidRDefault="007A5E59"/>
        </w:tc>
        <w:tc>
          <w:tcPr>
            <w:tcW w:w="0" w:type="auto"/>
          </w:tcPr>
          <w:p w14:paraId="07A079B0" w14:textId="77777777" w:rsidR="007A5E59" w:rsidRDefault="007A5E59"/>
        </w:tc>
        <w:tc>
          <w:tcPr>
            <w:tcW w:w="0" w:type="auto"/>
          </w:tcPr>
          <w:p w14:paraId="32691574" w14:textId="77777777" w:rsidR="007A5E59" w:rsidRDefault="007A5E59"/>
        </w:tc>
        <w:tc>
          <w:tcPr>
            <w:tcW w:w="0" w:type="auto"/>
          </w:tcPr>
          <w:p w14:paraId="0468C5AE" w14:textId="77777777" w:rsidR="007A5E59" w:rsidRDefault="007A5E59"/>
        </w:tc>
        <w:tc>
          <w:tcPr>
            <w:tcW w:w="0" w:type="auto"/>
          </w:tcPr>
          <w:p w14:paraId="42746313" w14:textId="77777777" w:rsidR="007A5E59" w:rsidRDefault="007A5E59"/>
        </w:tc>
        <w:tc>
          <w:tcPr>
            <w:tcW w:w="0" w:type="auto"/>
          </w:tcPr>
          <w:p w14:paraId="0609B8F5" w14:textId="77777777" w:rsidR="007A5E59" w:rsidRDefault="007A5E59"/>
        </w:tc>
        <w:tc>
          <w:tcPr>
            <w:tcW w:w="0" w:type="auto"/>
          </w:tcPr>
          <w:p w14:paraId="3E093571" w14:textId="77777777" w:rsidR="007A5E59" w:rsidRDefault="007A5E59"/>
        </w:tc>
        <w:tc>
          <w:tcPr>
            <w:tcW w:w="0" w:type="auto"/>
          </w:tcPr>
          <w:p w14:paraId="025410DD" w14:textId="77777777" w:rsidR="007A5E59" w:rsidRDefault="007A5E59"/>
        </w:tc>
        <w:tc>
          <w:tcPr>
            <w:tcW w:w="0" w:type="auto"/>
          </w:tcPr>
          <w:p w14:paraId="6E179578" w14:textId="77777777" w:rsidR="007A5E59" w:rsidRDefault="007A5E59"/>
        </w:tc>
        <w:tc>
          <w:tcPr>
            <w:tcW w:w="0" w:type="auto"/>
          </w:tcPr>
          <w:p w14:paraId="19CE1CBA" w14:textId="77777777" w:rsidR="007A5E59" w:rsidRDefault="007A5E59"/>
        </w:tc>
        <w:tc>
          <w:tcPr>
            <w:tcW w:w="0" w:type="auto"/>
          </w:tcPr>
          <w:p w14:paraId="1330C6FE" w14:textId="77777777" w:rsidR="007A5E59" w:rsidRDefault="007A5E59"/>
        </w:tc>
        <w:tc>
          <w:tcPr>
            <w:tcW w:w="0" w:type="auto"/>
          </w:tcPr>
          <w:p w14:paraId="514EB352" w14:textId="77777777" w:rsidR="007A5E59" w:rsidRDefault="007A5E59"/>
        </w:tc>
        <w:tc>
          <w:tcPr>
            <w:tcW w:w="0" w:type="auto"/>
          </w:tcPr>
          <w:p w14:paraId="534241B5" w14:textId="77777777" w:rsidR="007A5E59" w:rsidRDefault="007A5E59"/>
        </w:tc>
      </w:tr>
      <w:tr w:rsidR="007A5E59" w:rsidRPr="00C07C05" w14:paraId="73C95841" w14:textId="77777777">
        <w:trPr>
          <w:jc w:val="center"/>
        </w:trPr>
        <w:tc>
          <w:tcPr>
            <w:tcW w:w="0" w:type="auto"/>
          </w:tcPr>
          <w:p w14:paraId="2E17489C" w14:textId="77777777" w:rsidR="007A5E59" w:rsidRPr="00312815" w:rsidRDefault="0095198F">
            <w:pPr>
              <w:rPr>
                <w:lang w:val="ru-RU"/>
              </w:rPr>
            </w:pPr>
            <w:r w:rsidRPr="00312815">
              <w:rPr>
                <w:lang w:val="ru-RU"/>
              </w:rPr>
              <w:t>БЛОК 4. Параметры, программа мероприятий и контроль</w:t>
            </w:r>
          </w:p>
        </w:tc>
        <w:tc>
          <w:tcPr>
            <w:tcW w:w="0" w:type="auto"/>
          </w:tcPr>
          <w:p w14:paraId="4E495732" w14:textId="77777777" w:rsidR="007A5E59" w:rsidRPr="00312815" w:rsidRDefault="007A5E59">
            <w:pPr>
              <w:rPr>
                <w:lang w:val="ru-RU"/>
              </w:rPr>
            </w:pPr>
          </w:p>
        </w:tc>
        <w:tc>
          <w:tcPr>
            <w:tcW w:w="0" w:type="auto"/>
          </w:tcPr>
          <w:p w14:paraId="6EA300CA" w14:textId="77777777" w:rsidR="007A5E59" w:rsidRPr="00312815" w:rsidRDefault="007A5E59">
            <w:pPr>
              <w:rPr>
                <w:lang w:val="ru-RU"/>
              </w:rPr>
            </w:pPr>
          </w:p>
        </w:tc>
        <w:tc>
          <w:tcPr>
            <w:tcW w:w="0" w:type="auto"/>
          </w:tcPr>
          <w:p w14:paraId="7E62273C" w14:textId="77777777" w:rsidR="007A5E59" w:rsidRPr="00312815" w:rsidRDefault="007A5E59">
            <w:pPr>
              <w:rPr>
                <w:lang w:val="ru-RU"/>
              </w:rPr>
            </w:pPr>
          </w:p>
        </w:tc>
        <w:tc>
          <w:tcPr>
            <w:tcW w:w="0" w:type="auto"/>
          </w:tcPr>
          <w:p w14:paraId="168831B2" w14:textId="77777777" w:rsidR="007A5E59" w:rsidRPr="00312815" w:rsidRDefault="007A5E59">
            <w:pPr>
              <w:rPr>
                <w:lang w:val="ru-RU"/>
              </w:rPr>
            </w:pPr>
          </w:p>
        </w:tc>
        <w:tc>
          <w:tcPr>
            <w:tcW w:w="0" w:type="auto"/>
          </w:tcPr>
          <w:p w14:paraId="01E727C0" w14:textId="77777777" w:rsidR="007A5E59" w:rsidRPr="00312815" w:rsidRDefault="007A5E59">
            <w:pPr>
              <w:rPr>
                <w:lang w:val="ru-RU"/>
              </w:rPr>
            </w:pPr>
          </w:p>
        </w:tc>
        <w:tc>
          <w:tcPr>
            <w:tcW w:w="0" w:type="auto"/>
          </w:tcPr>
          <w:p w14:paraId="1BEC9910" w14:textId="77777777" w:rsidR="007A5E59" w:rsidRPr="00312815" w:rsidRDefault="007A5E59">
            <w:pPr>
              <w:rPr>
                <w:lang w:val="ru-RU"/>
              </w:rPr>
            </w:pPr>
          </w:p>
        </w:tc>
        <w:tc>
          <w:tcPr>
            <w:tcW w:w="0" w:type="auto"/>
          </w:tcPr>
          <w:p w14:paraId="5EB8CA03" w14:textId="77777777" w:rsidR="007A5E59" w:rsidRPr="00312815" w:rsidRDefault="007A5E59">
            <w:pPr>
              <w:rPr>
                <w:lang w:val="ru-RU"/>
              </w:rPr>
            </w:pPr>
          </w:p>
        </w:tc>
        <w:tc>
          <w:tcPr>
            <w:tcW w:w="0" w:type="auto"/>
          </w:tcPr>
          <w:p w14:paraId="722AC5B4" w14:textId="77777777" w:rsidR="007A5E59" w:rsidRPr="00312815" w:rsidRDefault="007A5E59">
            <w:pPr>
              <w:rPr>
                <w:lang w:val="ru-RU"/>
              </w:rPr>
            </w:pPr>
          </w:p>
        </w:tc>
        <w:tc>
          <w:tcPr>
            <w:tcW w:w="0" w:type="auto"/>
          </w:tcPr>
          <w:p w14:paraId="6DEF8AD1" w14:textId="77777777" w:rsidR="007A5E59" w:rsidRPr="00312815" w:rsidRDefault="007A5E59">
            <w:pPr>
              <w:rPr>
                <w:lang w:val="ru-RU"/>
              </w:rPr>
            </w:pPr>
          </w:p>
        </w:tc>
        <w:tc>
          <w:tcPr>
            <w:tcW w:w="0" w:type="auto"/>
          </w:tcPr>
          <w:p w14:paraId="19AD5AA8" w14:textId="77777777" w:rsidR="007A5E59" w:rsidRPr="00312815" w:rsidRDefault="007A5E59">
            <w:pPr>
              <w:rPr>
                <w:lang w:val="ru-RU"/>
              </w:rPr>
            </w:pPr>
          </w:p>
        </w:tc>
        <w:tc>
          <w:tcPr>
            <w:tcW w:w="0" w:type="auto"/>
          </w:tcPr>
          <w:p w14:paraId="2A7B93B5" w14:textId="77777777" w:rsidR="007A5E59" w:rsidRPr="00312815" w:rsidRDefault="007A5E59">
            <w:pPr>
              <w:rPr>
                <w:lang w:val="ru-RU"/>
              </w:rPr>
            </w:pPr>
          </w:p>
        </w:tc>
        <w:tc>
          <w:tcPr>
            <w:tcW w:w="0" w:type="auto"/>
          </w:tcPr>
          <w:p w14:paraId="61DE54D4" w14:textId="77777777" w:rsidR="007A5E59" w:rsidRPr="00312815" w:rsidRDefault="007A5E59">
            <w:pPr>
              <w:rPr>
                <w:lang w:val="ru-RU"/>
              </w:rPr>
            </w:pPr>
          </w:p>
        </w:tc>
        <w:tc>
          <w:tcPr>
            <w:tcW w:w="0" w:type="auto"/>
          </w:tcPr>
          <w:p w14:paraId="29692D32" w14:textId="77777777" w:rsidR="007A5E59" w:rsidRPr="00312815" w:rsidRDefault="007A5E59">
            <w:pPr>
              <w:rPr>
                <w:lang w:val="ru-RU"/>
              </w:rPr>
            </w:pPr>
          </w:p>
        </w:tc>
        <w:tc>
          <w:tcPr>
            <w:tcW w:w="0" w:type="auto"/>
          </w:tcPr>
          <w:p w14:paraId="42F7AB62" w14:textId="77777777" w:rsidR="007A5E59" w:rsidRPr="00312815" w:rsidRDefault="007A5E59">
            <w:pPr>
              <w:rPr>
                <w:lang w:val="ru-RU"/>
              </w:rPr>
            </w:pPr>
          </w:p>
        </w:tc>
        <w:tc>
          <w:tcPr>
            <w:tcW w:w="0" w:type="auto"/>
          </w:tcPr>
          <w:p w14:paraId="3276AEBC" w14:textId="77777777" w:rsidR="007A5E59" w:rsidRPr="00312815" w:rsidRDefault="007A5E59">
            <w:pPr>
              <w:rPr>
                <w:lang w:val="ru-RU"/>
              </w:rPr>
            </w:pPr>
          </w:p>
        </w:tc>
        <w:tc>
          <w:tcPr>
            <w:tcW w:w="0" w:type="auto"/>
          </w:tcPr>
          <w:p w14:paraId="0E1A3DDD" w14:textId="77777777" w:rsidR="007A5E59" w:rsidRPr="00312815" w:rsidRDefault="007A5E59">
            <w:pPr>
              <w:rPr>
                <w:lang w:val="ru-RU"/>
              </w:rPr>
            </w:pPr>
          </w:p>
        </w:tc>
        <w:tc>
          <w:tcPr>
            <w:tcW w:w="0" w:type="auto"/>
          </w:tcPr>
          <w:p w14:paraId="1FC3F96A" w14:textId="77777777" w:rsidR="007A5E59" w:rsidRPr="00312815" w:rsidRDefault="007A5E59">
            <w:pPr>
              <w:rPr>
                <w:lang w:val="ru-RU"/>
              </w:rPr>
            </w:pPr>
          </w:p>
        </w:tc>
        <w:tc>
          <w:tcPr>
            <w:tcW w:w="0" w:type="auto"/>
          </w:tcPr>
          <w:p w14:paraId="3C441ED7" w14:textId="77777777" w:rsidR="007A5E59" w:rsidRPr="00312815" w:rsidRDefault="007A5E59">
            <w:pPr>
              <w:rPr>
                <w:lang w:val="ru-RU"/>
              </w:rPr>
            </w:pPr>
          </w:p>
        </w:tc>
        <w:tc>
          <w:tcPr>
            <w:tcW w:w="0" w:type="auto"/>
          </w:tcPr>
          <w:p w14:paraId="1C5FF4F3" w14:textId="77777777" w:rsidR="007A5E59" w:rsidRPr="00312815" w:rsidRDefault="007A5E59">
            <w:pPr>
              <w:rPr>
                <w:lang w:val="ru-RU"/>
              </w:rPr>
            </w:pPr>
          </w:p>
        </w:tc>
        <w:tc>
          <w:tcPr>
            <w:tcW w:w="0" w:type="auto"/>
          </w:tcPr>
          <w:p w14:paraId="2844D5C3" w14:textId="77777777" w:rsidR="007A5E59" w:rsidRPr="00312815" w:rsidRDefault="007A5E59">
            <w:pPr>
              <w:rPr>
                <w:lang w:val="ru-RU"/>
              </w:rPr>
            </w:pPr>
          </w:p>
        </w:tc>
      </w:tr>
      <w:tr w:rsidR="007A5E59" w14:paraId="4E460BA1" w14:textId="77777777">
        <w:trPr>
          <w:jc w:val="center"/>
        </w:trPr>
        <w:tc>
          <w:tcPr>
            <w:tcW w:w="0" w:type="auto"/>
          </w:tcPr>
          <w:p w14:paraId="0E4B9B38" w14:textId="77777777" w:rsidR="007A5E59" w:rsidRPr="00312815" w:rsidRDefault="0095198F">
            <w:pPr>
              <w:rPr>
                <w:lang w:val="ru-RU"/>
              </w:rPr>
            </w:pPr>
            <w:r w:rsidRPr="00312815">
              <w:rPr>
                <w:lang w:val="ru-RU"/>
              </w:rPr>
              <w:t>Принятый расчётный срок службы, лет</w:t>
            </w:r>
          </w:p>
        </w:tc>
        <w:tc>
          <w:tcPr>
            <w:tcW w:w="0" w:type="auto"/>
          </w:tcPr>
          <w:p w14:paraId="058E7283" w14:textId="77777777" w:rsidR="007A5E59" w:rsidRDefault="0095198F">
            <w:pPr>
              <w:jc w:val="center"/>
            </w:pPr>
            <w:r>
              <w:t>25,0</w:t>
            </w:r>
          </w:p>
        </w:tc>
        <w:tc>
          <w:tcPr>
            <w:tcW w:w="0" w:type="auto"/>
          </w:tcPr>
          <w:p w14:paraId="44CBC3C9" w14:textId="77777777" w:rsidR="007A5E59" w:rsidRDefault="007A5E59"/>
        </w:tc>
        <w:tc>
          <w:tcPr>
            <w:tcW w:w="0" w:type="auto"/>
          </w:tcPr>
          <w:p w14:paraId="5822D8B3" w14:textId="77777777" w:rsidR="007A5E59" w:rsidRDefault="007A5E59"/>
        </w:tc>
        <w:tc>
          <w:tcPr>
            <w:tcW w:w="0" w:type="auto"/>
          </w:tcPr>
          <w:p w14:paraId="4BE02D55" w14:textId="77777777" w:rsidR="007A5E59" w:rsidRDefault="007A5E59"/>
        </w:tc>
        <w:tc>
          <w:tcPr>
            <w:tcW w:w="0" w:type="auto"/>
          </w:tcPr>
          <w:p w14:paraId="7237FBB4" w14:textId="77777777" w:rsidR="007A5E59" w:rsidRDefault="007A5E59"/>
        </w:tc>
        <w:tc>
          <w:tcPr>
            <w:tcW w:w="0" w:type="auto"/>
          </w:tcPr>
          <w:p w14:paraId="68C022D2" w14:textId="77777777" w:rsidR="007A5E59" w:rsidRDefault="007A5E59"/>
        </w:tc>
        <w:tc>
          <w:tcPr>
            <w:tcW w:w="0" w:type="auto"/>
          </w:tcPr>
          <w:p w14:paraId="2E04CB00" w14:textId="77777777" w:rsidR="007A5E59" w:rsidRDefault="007A5E59"/>
        </w:tc>
        <w:tc>
          <w:tcPr>
            <w:tcW w:w="0" w:type="auto"/>
          </w:tcPr>
          <w:p w14:paraId="08EC8A62" w14:textId="77777777" w:rsidR="007A5E59" w:rsidRDefault="007A5E59"/>
        </w:tc>
        <w:tc>
          <w:tcPr>
            <w:tcW w:w="0" w:type="auto"/>
          </w:tcPr>
          <w:p w14:paraId="75857ABC" w14:textId="77777777" w:rsidR="007A5E59" w:rsidRDefault="007A5E59"/>
        </w:tc>
        <w:tc>
          <w:tcPr>
            <w:tcW w:w="0" w:type="auto"/>
          </w:tcPr>
          <w:p w14:paraId="1CC273C9" w14:textId="77777777" w:rsidR="007A5E59" w:rsidRDefault="007A5E59"/>
        </w:tc>
        <w:tc>
          <w:tcPr>
            <w:tcW w:w="0" w:type="auto"/>
          </w:tcPr>
          <w:p w14:paraId="6AE0B8AA" w14:textId="77777777" w:rsidR="007A5E59" w:rsidRDefault="007A5E59"/>
        </w:tc>
        <w:tc>
          <w:tcPr>
            <w:tcW w:w="0" w:type="auto"/>
          </w:tcPr>
          <w:p w14:paraId="4A193902" w14:textId="77777777" w:rsidR="007A5E59" w:rsidRDefault="007A5E59"/>
        </w:tc>
        <w:tc>
          <w:tcPr>
            <w:tcW w:w="0" w:type="auto"/>
          </w:tcPr>
          <w:p w14:paraId="44ACE741" w14:textId="77777777" w:rsidR="007A5E59" w:rsidRDefault="007A5E59"/>
        </w:tc>
        <w:tc>
          <w:tcPr>
            <w:tcW w:w="0" w:type="auto"/>
          </w:tcPr>
          <w:p w14:paraId="3830872C" w14:textId="77777777" w:rsidR="007A5E59" w:rsidRDefault="007A5E59"/>
        </w:tc>
        <w:tc>
          <w:tcPr>
            <w:tcW w:w="0" w:type="auto"/>
          </w:tcPr>
          <w:p w14:paraId="38BE85AA" w14:textId="77777777" w:rsidR="007A5E59" w:rsidRDefault="007A5E59"/>
        </w:tc>
        <w:tc>
          <w:tcPr>
            <w:tcW w:w="0" w:type="auto"/>
          </w:tcPr>
          <w:p w14:paraId="001AAD11" w14:textId="77777777" w:rsidR="007A5E59" w:rsidRDefault="007A5E59"/>
        </w:tc>
        <w:tc>
          <w:tcPr>
            <w:tcW w:w="0" w:type="auto"/>
          </w:tcPr>
          <w:p w14:paraId="1A6E24A5" w14:textId="77777777" w:rsidR="007A5E59" w:rsidRDefault="007A5E59"/>
        </w:tc>
        <w:tc>
          <w:tcPr>
            <w:tcW w:w="0" w:type="auto"/>
          </w:tcPr>
          <w:p w14:paraId="0E807BA7" w14:textId="77777777" w:rsidR="007A5E59" w:rsidRDefault="007A5E59"/>
        </w:tc>
        <w:tc>
          <w:tcPr>
            <w:tcW w:w="0" w:type="auto"/>
          </w:tcPr>
          <w:p w14:paraId="72146FDE" w14:textId="77777777" w:rsidR="007A5E59" w:rsidRDefault="007A5E59"/>
        </w:tc>
        <w:tc>
          <w:tcPr>
            <w:tcW w:w="0" w:type="auto"/>
          </w:tcPr>
          <w:p w14:paraId="15147E82" w14:textId="77777777" w:rsidR="007A5E59" w:rsidRDefault="007A5E59"/>
        </w:tc>
      </w:tr>
      <w:tr w:rsidR="007A5E59" w14:paraId="3F01FAC2" w14:textId="77777777">
        <w:trPr>
          <w:jc w:val="center"/>
        </w:trPr>
        <w:tc>
          <w:tcPr>
            <w:tcW w:w="0" w:type="auto"/>
            <w:shd w:val="clear" w:color="auto" w:fill="DBE5F1"/>
          </w:tcPr>
          <w:p w14:paraId="7039077C" w14:textId="77777777" w:rsidR="007A5E59" w:rsidRDefault="0095198F">
            <w:r>
              <w:rPr>
                <w:b/>
              </w:rPr>
              <w:t>Всего участков в базе</w:t>
            </w:r>
          </w:p>
        </w:tc>
        <w:tc>
          <w:tcPr>
            <w:tcW w:w="0" w:type="auto"/>
            <w:shd w:val="clear" w:color="auto" w:fill="DBE5F1"/>
          </w:tcPr>
          <w:p w14:paraId="56E124BE" w14:textId="77777777" w:rsidR="007A5E59" w:rsidRDefault="0095198F">
            <w:pPr>
              <w:jc w:val="center"/>
            </w:pPr>
            <w:r>
              <w:rPr>
                <w:b/>
              </w:rPr>
              <w:t>138,0</w:t>
            </w:r>
          </w:p>
        </w:tc>
        <w:tc>
          <w:tcPr>
            <w:tcW w:w="0" w:type="auto"/>
            <w:shd w:val="clear" w:color="auto" w:fill="DBE5F1"/>
          </w:tcPr>
          <w:p w14:paraId="164B813D" w14:textId="77777777" w:rsidR="007A5E59" w:rsidRDefault="007A5E59"/>
        </w:tc>
        <w:tc>
          <w:tcPr>
            <w:tcW w:w="0" w:type="auto"/>
            <w:shd w:val="clear" w:color="auto" w:fill="DBE5F1"/>
          </w:tcPr>
          <w:p w14:paraId="69A9D06F" w14:textId="77777777" w:rsidR="007A5E59" w:rsidRDefault="007A5E59"/>
        </w:tc>
        <w:tc>
          <w:tcPr>
            <w:tcW w:w="0" w:type="auto"/>
            <w:shd w:val="clear" w:color="auto" w:fill="DBE5F1"/>
          </w:tcPr>
          <w:p w14:paraId="32AE12E8" w14:textId="77777777" w:rsidR="007A5E59" w:rsidRDefault="007A5E59"/>
        </w:tc>
        <w:tc>
          <w:tcPr>
            <w:tcW w:w="0" w:type="auto"/>
            <w:shd w:val="clear" w:color="auto" w:fill="DBE5F1"/>
          </w:tcPr>
          <w:p w14:paraId="5B182D4A" w14:textId="77777777" w:rsidR="007A5E59" w:rsidRDefault="007A5E59"/>
        </w:tc>
        <w:tc>
          <w:tcPr>
            <w:tcW w:w="0" w:type="auto"/>
            <w:shd w:val="clear" w:color="auto" w:fill="DBE5F1"/>
          </w:tcPr>
          <w:p w14:paraId="498E5603" w14:textId="77777777" w:rsidR="007A5E59" w:rsidRDefault="007A5E59"/>
        </w:tc>
        <w:tc>
          <w:tcPr>
            <w:tcW w:w="0" w:type="auto"/>
            <w:shd w:val="clear" w:color="auto" w:fill="DBE5F1"/>
          </w:tcPr>
          <w:p w14:paraId="74867AAB" w14:textId="77777777" w:rsidR="007A5E59" w:rsidRDefault="007A5E59"/>
        </w:tc>
        <w:tc>
          <w:tcPr>
            <w:tcW w:w="0" w:type="auto"/>
            <w:shd w:val="clear" w:color="auto" w:fill="DBE5F1"/>
          </w:tcPr>
          <w:p w14:paraId="661CDA32" w14:textId="77777777" w:rsidR="007A5E59" w:rsidRDefault="007A5E59"/>
        </w:tc>
        <w:tc>
          <w:tcPr>
            <w:tcW w:w="0" w:type="auto"/>
            <w:shd w:val="clear" w:color="auto" w:fill="DBE5F1"/>
          </w:tcPr>
          <w:p w14:paraId="7BEB958A" w14:textId="77777777" w:rsidR="007A5E59" w:rsidRDefault="007A5E59"/>
        </w:tc>
        <w:tc>
          <w:tcPr>
            <w:tcW w:w="0" w:type="auto"/>
            <w:shd w:val="clear" w:color="auto" w:fill="DBE5F1"/>
          </w:tcPr>
          <w:p w14:paraId="17D4C61F" w14:textId="77777777" w:rsidR="007A5E59" w:rsidRDefault="007A5E59"/>
        </w:tc>
        <w:tc>
          <w:tcPr>
            <w:tcW w:w="0" w:type="auto"/>
            <w:shd w:val="clear" w:color="auto" w:fill="DBE5F1"/>
          </w:tcPr>
          <w:p w14:paraId="58C157D2" w14:textId="77777777" w:rsidR="007A5E59" w:rsidRDefault="007A5E59"/>
        </w:tc>
        <w:tc>
          <w:tcPr>
            <w:tcW w:w="0" w:type="auto"/>
            <w:shd w:val="clear" w:color="auto" w:fill="DBE5F1"/>
          </w:tcPr>
          <w:p w14:paraId="0C52F4D9" w14:textId="77777777" w:rsidR="007A5E59" w:rsidRDefault="007A5E59"/>
        </w:tc>
        <w:tc>
          <w:tcPr>
            <w:tcW w:w="0" w:type="auto"/>
            <w:shd w:val="clear" w:color="auto" w:fill="DBE5F1"/>
          </w:tcPr>
          <w:p w14:paraId="6587EF56" w14:textId="77777777" w:rsidR="007A5E59" w:rsidRDefault="007A5E59"/>
        </w:tc>
        <w:tc>
          <w:tcPr>
            <w:tcW w:w="0" w:type="auto"/>
            <w:shd w:val="clear" w:color="auto" w:fill="DBE5F1"/>
          </w:tcPr>
          <w:p w14:paraId="2AF5B386" w14:textId="77777777" w:rsidR="007A5E59" w:rsidRDefault="007A5E59"/>
        </w:tc>
        <w:tc>
          <w:tcPr>
            <w:tcW w:w="0" w:type="auto"/>
            <w:shd w:val="clear" w:color="auto" w:fill="DBE5F1"/>
          </w:tcPr>
          <w:p w14:paraId="2EF4EA22" w14:textId="77777777" w:rsidR="007A5E59" w:rsidRDefault="007A5E59"/>
        </w:tc>
        <w:tc>
          <w:tcPr>
            <w:tcW w:w="0" w:type="auto"/>
            <w:shd w:val="clear" w:color="auto" w:fill="DBE5F1"/>
          </w:tcPr>
          <w:p w14:paraId="04C6D4A6" w14:textId="77777777" w:rsidR="007A5E59" w:rsidRDefault="007A5E59"/>
        </w:tc>
        <w:tc>
          <w:tcPr>
            <w:tcW w:w="0" w:type="auto"/>
            <w:shd w:val="clear" w:color="auto" w:fill="DBE5F1"/>
          </w:tcPr>
          <w:p w14:paraId="5AD8A3EB" w14:textId="77777777" w:rsidR="007A5E59" w:rsidRDefault="007A5E59"/>
        </w:tc>
        <w:tc>
          <w:tcPr>
            <w:tcW w:w="0" w:type="auto"/>
            <w:shd w:val="clear" w:color="auto" w:fill="DBE5F1"/>
          </w:tcPr>
          <w:p w14:paraId="44155061" w14:textId="77777777" w:rsidR="007A5E59" w:rsidRDefault="007A5E59"/>
        </w:tc>
        <w:tc>
          <w:tcPr>
            <w:tcW w:w="0" w:type="auto"/>
            <w:shd w:val="clear" w:color="auto" w:fill="DBE5F1"/>
          </w:tcPr>
          <w:p w14:paraId="00B96332" w14:textId="77777777" w:rsidR="007A5E59" w:rsidRDefault="007A5E59"/>
        </w:tc>
        <w:tc>
          <w:tcPr>
            <w:tcW w:w="0" w:type="auto"/>
            <w:shd w:val="clear" w:color="auto" w:fill="DBE5F1"/>
          </w:tcPr>
          <w:p w14:paraId="631F335A" w14:textId="77777777" w:rsidR="007A5E59" w:rsidRDefault="007A5E59"/>
        </w:tc>
      </w:tr>
      <w:tr w:rsidR="007A5E59" w14:paraId="4CF8E1E9" w14:textId="77777777">
        <w:trPr>
          <w:jc w:val="center"/>
        </w:trPr>
        <w:tc>
          <w:tcPr>
            <w:tcW w:w="0" w:type="auto"/>
          </w:tcPr>
          <w:p w14:paraId="49FDBB78" w14:textId="77777777" w:rsidR="007A5E59" w:rsidRPr="00312815" w:rsidRDefault="0095198F">
            <w:pPr>
              <w:rPr>
                <w:lang w:val="ru-RU"/>
              </w:rPr>
            </w:pPr>
            <w:r w:rsidRPr="00312815">
              <w:rPr>
                <w:lang w:val="ru-RU"/>
              </w:rPr>
              <w:t>Участков вне горизонта 2026–2036 (год ввода 2012 и позднее)</w:t>
            </w:r>
          </w:p>
        </w:tc>
        <w:tc>
          <w:tcPr>
            <w:tcW w:w="0" w:type="auto"/>
          </w:tcPr>
          <w:p w14:paraId="260DC004" w14:textId="77777777" w:rsidR="007A5E59" w:rsidRDefault="0095198F">
            <w:pPr>
              <w:jc w:val="center"/>
            </w:pPr>
            <w:r>
              <w:t>66,0</w:t>
            </w:r>
          </w:p>
        </w:tc>
        <w:tc>
          <w:tcPr>
            <w:tcW w:w="0" w:type="auto"/>
          </w:tcPr>
          <w:p w14:paraId="788C0FA0" w14:textId="77777777" w:rsidR="007A5E59" w:rsidRDefault="007A5E59"/>
        </w:tc>
        <w:tc>
          <w:tcPr>
            <w:tcW w:w="0" w:type="auto"/>
          </w:tcPr>
          <w:p w14:paraId="3040537A" w14:textId="77777777" w:rsidR="007A5E59" w:rsidRDefault="007A5E59"/>
        </w:tc>
        <w:tc>
          <w:tcPr>
            <w:tcW w:w="0" w:type="auto"/>
          </w:tcPr>
          <w:p w14:paraId="2ECF4DF5" w14:textId="77777777" w:rsidR="007A5E59" w:rsidRDefault="007A5E59"/>
        </w:tc>
        <w:tc>
          <w:tcPr>
            <w:tcW w:w="0" w:type="auto"/>
          </w:tcPr>
          <w:p w14:paraId="61EE734A" w14:textId="77777777" w:rsidR="007A5E59" w:rsidRDefault="007A5E59"/>
        </w:tc>
        <w:tc>
          <w:tcPr>
            <w:tcW w:w="0" w:type="auto"/>
          </w:tcPr>
          <w:p w14:paraId="13C9BC12" w14:textId="77777777" w:rsidR="007A5E59" w:rsidRDefault="007A5E59"/>
        </w:tc>
        <w:tc>
          <w:tcPr>
            <w:tcW w:w="0" w:type="auto"/>
          </w:tcPr>
          <w:p w14:paraId="3D40BE61" w14:textId="77777777" w:rsidR="007A5E59" w:rsidRDefault="007A5E59"/>
        </w:tc>
        <w:tc>
          <w:tcPr>
            <w:tcW w:w="0" w:type="auto"/>
          </w:tcPr>
          <w:p w14:paraId="77D45FC8" w14:textId="77777777" w:rsidR="007A5E59" w:rsidRDefault="007A5E59"/>
        </w:tc>
        <w:tc>
          <w:tcPr>
            <w:tcW w:w="0" w:type="auto"/>
          </w:tcPr>
          <w:p w14:paraId="296B85FA" w14:textId="77777777" w:rsidR="007A5E59" w:rsidRDefault="007A5E59"/>
        </w:tc>
        <w:tc>
          <w:tcPr>
            <w:tcW w:w="0" w:type="auto"/>
          </w:tcPr>
          <w:p w14:paraId="1CFF8749" w14:textId="77777777" w:rsidR="007A5E59" w:rsidRDefault="007A5E59"/>
        </w:tc>
        <w:tc>
          <w:tcPr>
            <w:tcW w:w="0" w:type="auto"/>
          </w:tcPr>
          <w:p w14:paraId="11F5CF98" w14:textId="77777777" w:rsidR="007A5E59" w:rsidRDefault="007A5E59"/>
        </w:tc>
        <w:tc>
          <w:tcPr>
            <w:tcW w:w="0" w:type="auto"/>
          </w:tcPr>
          <w:p w14:paraId="1E29A60E" w14:textId="77777777" w:rsidR="007A5E59" w:rsidRDefault="007A5E59"/>
        </w:tc>
        <w:tc>
          <w:tcPr>
            <w:tcW w:w="0" w:type="auto"/>
          </w:tcPr>
          <w:p w14:paraId="3ED42487" w14:textId="77777777" w:rsidR="007A5E59" w:rsidRDefault="007A5E59"/>
        </w:tc>
        <w:tc>
          <w:tcPr>
            <w:tcW w:w="0" w:type="auto"/>
          </w:tcPr>
          <w:p w14:paraId="6B8A26C8" w14:textId="77777777" w:rsidR="007A5E59" w:rsidRDefault="007A5E59"/>
        </w:tc>
        <w:tc>
          <w:tcPr>
            <w:tcW w:w="0" w:type="auto"/>
          </w:tcPr>
          <w:p w14:paraId="2DFEBB65" w14:textId="77777777" w:rsidR="007A5E59" w:rsidRDefault="007A5E59"/>
        </w:tc>
        <w:tc>
          <w:tcPr>
            <w:tcW w:w="0" w:type="auto"/>
          </w:tcPr>
          <w:p w14:paraId="2067EB88" w14:textId="77777777" w:rsidR="007A5E59" w:rsidRDefault="007A5E59"/>
        </w:tc>
        <w:tc>
          <w:tcPr>
            <w:tcW w:w="0" w:type="auto"/>
          </w:tcPr>
          <w:p w14:paraId="4DC39214" w14:textId="77777777" w:rsidR="007A5E59" w:rsidRDefault="007A5E59"/>
        </w:tc>
        <w:tc>
          <w:tcPr>
            <w:tcW w:w="0" w:type="auto"/>
          </w:tcPr>
          <w:p w14:paraId="62C7E2A7" w14:textId="77777777" w:rsidR="007A5E59" w:rsidRDefault="007A5E59"/>
        </w:tc>
        <w:tc>
          <w:tcPr>
            <w:tcW w:w="0" w:type="auto"/>
          </w:tcPr>
          <w:p w14:paraId="294F1542" w14:textId="77777777" w:rsidR="007A5E59" w:rsidRDefault="007A5E59"/>
        </w:tc>
        <w:tc>
          <w:tcPr>
            <w:tcW w:w="0" w:type="auto"/>
          </w:tcPr>
          <w:p w14:paraId="59EF50BA" w14:textId="77777777" w:rsidR="007A5E59" w:rsidRDefault="007A5E59"/>
        </w:tc>
      </w:tr>
      <w:tr w:rsidR="007A5E59" w14:paraId="335E1F1A" w14:textId="77777777">
        <w:trPr>
          <w:jc w:val="center"/>
        </w:trPr>
        <w:tc>
          <w:tcPr>
            <w:tcW w:w="0" w:type="auto"/>
          </w:tcPr>
          <w:p w14:paraId="02FF8888" w14:textId="77777777" w:rsidR="007A5E59" w:rsidRPr="00312815" w:rsidRDefault="0095198F">
            <w:pPr>
              <w:rPr>
                <w:lang w:val="ru-RU"/>
              </w:rPr>
            </w:pPr>
            <w:r w:rsidRPr="00312815">
              <w:rPr>
                <w:lang w:val="ru-RU"/>
              </w:rPr>
              <w:t>Под замену по программе мероприятий 2026, м</w:t>
            </w:r>
          </w:p>
        </w:tc>
        <w:tc>
          <w:tcPr>
            <w:tcW w:w="0" w:type="auto"/>
          </w:tcPr>
          <w:p w14:paraId="20257790" w14:textId="77777777" w:rsidR="007A5E59" w:rsidRDefault="0095198F">
            <w:pPr>
              <w:jc w:val="center"/>
            </w:pPr>
            <w:r>
              <w:t>0,0</w:t>
            </w:r>
          </w:p>
        </w:tc>
        <w:tc>
          <w:tcPr>
            <w:tcW w:w="0" w:type="auto"/>
          </w:tcPr>
          <w:p w14:paraId="5868A4F5" w14:textId="77777777" w:rsidR="007A5E59" w:rsidRDefault="007A5E59"/>
        </w:tc>
        <w:tc>
          <w:tcPr>
            <w:tcW w:w="0" w:type="auto"/>
          </w:tcPr>
          <w:p w14:paraId="418D2D16" w14:textId="77777777" w:rsidR="007A5E59" w:rsidRDefault="007A5E59"/>
        </w:tc>
        <w:tc>
          <w:tcPr>
            <w:tcW w:w="0" w:type="auto"/>
          </w:tcPr>
          <w:p w14:paraId="600775EA" w14:textId="77777777" w:rsidR="007A5E59" w:rsidRDefault="007A5E59"/>
        </w:tc>
        <w:tc>
          <w:tcPr>
            <w:tcW w:w="0" w:type="auto"/>
          </w:tcPr>
          <w:p w14:paraId="19437271" w14:textId="77777777" w:rsidR="007A5E59" w:rsidRDefault="007A5E59"/>
        </w:tc>
        <w:tc>
          <w:tcPr>
            <w:tcW w:w="0" w:type="auto"/>
          </w:tcPr>
          <w:p w14:paraId="4B8A2A1F" w14:textId="77777777" w:rsidR="007A5E59" w:rsidRDefault="007A5E59"/>
        </w:tc>
        <w:tc>
          <w:tcPr>
            <w:tcW w:w="0" w:type="auto"/>
          </w:tcPr>
          <w:p w14:paraId="0E7ED5A2" w14:textId="77777777" w:rsidR="007A5E59" w:rsidRDefault="007A5E59"/>
        </w:tc>
        <w:tc>
          <w:tcPr>
            <w:tcW w:w="0" w:type="auto"/>
          </w:tcPr>
          <w:p w14:paraId="32D670AF" w14:textId="77777777" w:rsidR="007A5E59" w:rsidRDefault="007A5E59"/>
        </w:tc>
        <w:tc>
          <w:tcPr>
            <w:tcW w:w="0" w:type="auto"/>
          </w:tcPr>
          <w:p w14:paraId="67ADB254" w14:textId="77777777" w:rsidR="007A5E59" w:rsidRDefault="007A5E59"/>
        </w:tc>
        <w:tc>
          <w:tcPr>
            <w:tcW w:w="0" w:type="auto"/>
          </w:tcPr>
          <w:p w14:paraId="0D9F28AB" w14:textId="77777777" w:rsidR="007A5E59" w:rsidRDefault="007A5E59"/>
        </w:tc>
        <w:tc>
          <w:tcPr>
            <w:tcW w:w="0" w:type="auto"/>
          </w:tcPr>
          <w:p w14:paraId="2DE7EE08" w14:textId="77777777" w:rsidR="007A5E59" w:rsidRDefault="007A5E59"/>
        </w:tc>
        <w:tc>
          <w:tcPr>
            <w:tcW w:w="0" w:type="auto"/>
          </w:tcPr>
          <w:p w14:paraId="35A36E71" w14:textId="77777777" w:rsidR="007A5E59" w:rsidRDefault="007A5E59"/>
        </w:tc>
        <w:tc>
          <w:tcPr>
            <w:tcW w:w="0" w:type="auto"/>
          </w:tcPr>
          <w:p w14:paraId="59D0AE1B" w14:textId="77777777" w:rsidR="007A5E59" w:rsidRDefault="007A5E59"/>
        </w:tc>
        <w:tc>
          <w:tcPr>
            <w:tcW w:w="0" w:type="auto"/>
          </w:tcPr>
          <w:p w14:paraId="35B41F78" w14:textId="77777777" w:rsidR="007A5E59" w:rsidRDefault="007A5E59"/>
        </w:tc>
        <w:tc>
          <w:tcPr>
            <w:tcW w:w="0" w:type="auto"/>
          </w:tcPr>
          <w:p w14:paraId="5A281A61" w14:textId="77777777" w:rsidR="007A5E59" w:rsidRDefault="007A5E59"/>
        </w:tc>
        <w:tc>
          <w:tcPr>
            <w:tcW w:w="0" w:type="auto"/>
          </w:tcPr>
          <w:p w14:paraId="4F88E8A2" w14:textId="77777777" w:rsidR="007A5E59" w:rsidRDefault="007A5E59"/>
        </w:tc>
        <w:tc>
          <w:tcPr>
            <w:tcW w:w="0" w:type="auto"/>
          </w:tcPr>
          <w:p w14:paraId="5251702F" w14:textId="77777777" w:rsidR="007A5E59" w:rsidRDefault="007A5E59"/>
        </w:tc>
        <w:tc>
          <w:tcPr>
            <w:tcW w:w="0" w:type="auto"/>
          </w:tcPr>
          <w:p w14:paraId="1949930B" w14:textId="77777777" w:rsidR="007A5E59" w:rsidRDefault="007A5E59"/>
        </w:tc>
        <w:tc>
          <w:tcPr>
            <w:tcW w:w="0" w:type="auto"/>
          </w:tcPr>
          <w:p w14:paraId="369AC9EA" w14:textId="77777777" w:rsidR="007A5E59" w:rsidRDefault="007A5E59"/>
        </w:tc>
        <w:tc>
          <w:tcPr>
            <w:tcW w:w="0" w:type="auto"/>
          </w:tcPr>
          <w:p w14:paraId="6B40E355" w14:textId="77777777" w:rsidR="007A5E59" w:rsidRDefault="007A5E59"/>
        </w:tc>
      </w:tr>
      <w:tr w:rsidR="007A5E59" w14:paraId="70093511" w14:textId="77777777">
        <w:trPr>
          <w:jc w:val="center"/>
        </w:trPr>
        <w:tc>
          <w:tcPr>
            <w:tcW w:w="0" w:type="auto"/>
          </w:tcPr>
          <w:p w14:paraId="3CDBFF96" w14:textId="77777777" w:rsidR="007A5E59" w:rsidRPr="00312815" w:rsidRDefault="0095198F">
            <w:pPr>
              <w:rPr>
                <w:lang w:val="ru-RU"/>
              </w:rPr>
            </w:pPr>
            <w:r w:rsidRPr="00312815">
              <w:rPr>
                <w:lang w:val="ru-RU"/>
              </w:rPr>
              <w:t>Новое строительство по программе 2026, м</w:t>
            </w:r>
          </w:p>
        </w:tc>
        <w:tc>
          <w:tcPr>
            <w:tcW w:w="0" w:type="auto"/>
          </w:tcPr>
          <w:p w14:paraId="5EE900D8" w14:textId="77777777" w:rsidR="007A5E59" w:rsidRDefault="0095198F">
            <w:pPr>
              <w:jc w:val="center"/>
            </w:pPr>
            <w:r>
              <w:t>50,0</w:t>
            </w:r>
          </w:p>
        </w:tc>
        <w:tc>
          <w:tcPr>
            <w:tcW w:w="0" w:type="auto"/>
          </w:tcPr>
          <w:p w14:paraId="2BD25921" w14:textId="77777777" w:rsidR="007A5E59" w:rsidRDefault="007A5E59"/>
        </w:tc>
        <w:tc>
          <w:tcPr>
            <w:tcW w:w="0" w:type="auto"/>
          </w:tcPr>
          <w:p w14:paraId="3FB207BA" w14:textId="77777777" w:rsidR="007A5E59" w:rsidRDefault="007A5E59"/>
        </w:tc>
        <w:tc>
          <w:tcPr>
            <w:tcW w:w="0" w:type="auto"/>
          </w:tcPr>
          <w:p w14:paraId="2BDF4203" w14:textId="77777777" w:rsidR="007A5E59" w:rsidRDefault="007A5E59"/>
        </w:tc>
        <w:tc>
          <w:tcPr>
            <w:tcW w:w="0" w:type="auto"/>
          </w:tcPr>
          <w:p w14:paraId="2EF445F5" w14:textId="77777777" w:rsidR="007A5E59" w:rsidRDefault="007A5E59"/>
        </w:tc>
        <w:tc>
          <w:tcPr>
            <w:tcW w:w="0" w:type="auto"/>
          </w:tcPr>
          <w:p w14:paraId="6C2C8BD0" w14:textId="77777777" w:rsidR="007A5E59" w:rsidRDefault="007A5E59"/>
        </w:tc>
        <w:tc>
          <w:tcPr>
            <w:tcW w:w="0" w:type="auto"/>
          </w:tcPr>
          <w:p w14:paraId="03FC932B" w14:textId="77777777" w:rsidR="007A5E59" w:rsidRDefault="007A5E59"/>
        </w:tc>
        <w:tc>
          <w:tcPr>
            <w:tcW w:w="0" w:type="auto"/>
          </w:tcPr>
          <w:p w14:paraId="0BA67B9E" w14:textId="77777777" w:rsidR="007A5E59" w:rsidRDefault="007A5E59"/>
        </w:tc>
        <w:tc>
          <w:tcPr>
            <w:tcW w:w="0" w:type="auto"/>
          </w:tcPr>
          <w:p w14:paraId="0CE10936" w14:textId="77777777" w:rsidR="007A5E59" w:rsidRDefault="007A5E59"/>
        </w:tc>
        <w:tc>
          <w:tcPr>
            <w:tcW w:w="0" w:type="auto"/>
          </w:tcPr>
          <w:p w14:paraId="302B018F" w14:textId="77777777" w:rsidR="007A5E59" w:rsidRDefault="007A5E59"/>
        </w:tc>
        <w:tc>
          <w:tcPr>
            <w:tcW w:w="0" w:type="auto"/>
          </w:tcPr>
          <w:p w14:paraId="7CE7937A" w14:textId="77777777" w:rsidR="007A5E59" w:rsidRDefault="007A5E59"/>
        </w:tc>
        <w:tc>
          <w:tcPr>
            <w:tcW w:w="0" w:type="auto"/>
          </w:tcPr>
          <w:p w14:paraId="5B11A8ED" w14:textId="77777777" w:rsidR="007A5E59" w:rsidRDefault="007A5E59"/>
        </w:tc>
        <w:tc>
          <w:tcPr>
            <w:tcW w:w="0" w:type="auto"/>
          </w:tcPr>
          <w:p w14:paraId="4F8A84CE" w14:textId="77777777" w:rsidR="007A5E59" w:rsidRDefault="007A5E59"/>
        </w:tc>
        <w:tc>
          <w:tcPr>
            <w:tcW w:w="0" w:type="auto"/>
          </w:tcPr>
          <w:p w14:paraId="1015C495" w14:textId="77777777" w:rsidR="007A5E59" w:rsidRDefault="007A5E59"/>
        </w:tc>
        <w:tc>
          <w:tcPr>
            <w:tcW w:w="0" w:type="auto"/>
          </w:tcPr>
          <w:p w14:paraId="2E233144" w14:textId="77777777" w:rsidR="007A5E59" w:rsidRDefault="007A5E59"/>
        </w:tc>
        <w:tc>
          <w:tcPr>
            <w:tcW w:w="0" w:type="auto"/>
          </w:tcPr>
          <w:p w14:paraId="1725CCD5" w14:textId="77777777" w:rsidR="007A5E59" w:rsidRDefault="007A5E59"/>
        </w:tc>
        <w:tc>
          <w:tcPr>
            <w:tcW w:w="0" w:type="auto"/>
          </w:tcPr>
          <w:p w14:paraId="202FB3AA" w14:textId="77777777" w:rsidR="007A5E59" w:rsidRDefault="007A5E59"/>
        </w:tc>
        <w:tc>
          <w:tcPr>
            <w:tcW w:w="0" w:type="auto"/>
          </w:tcPr>
          <w:p w14:paraId="610C41A5" w14:textId="77777777" w:rsidR="007A5E59" w:rsidRDefault="007A5E59"/>
        </w:tc>
        <w:tc>
          <w:tcPr>
            <w:tcW w:w="0" w:type="auto"/>
          </w:tcPr>
          <w:p w14:paraId="2E3F3C52" w14:textId="77777777" w:rsidR="007A5E59" w:rsidRDefault="007A5E59"/>
        </w:tc>
        <w:tc>
          <w:tcPr>
            <w:tcW w:w="0" w:type="auto"/>
          </w:tcPr>
          <w:p w14:paraId="4AF9E669" w14:textId="77777777" w:rsidR="007A5E59" w:rsidRDefault="007A5E59"/>
        </w:tc>
      </w:tr>
      <w:tr w:rsidR="007A5E59" w14:paraId="70FB9348" w14:textId="77777777">
        <w:trPr>
          <w:jc w:val="center"/>
        </w:trPr>
        <w:tc>
          <w:tcPr>
            <w:tcW w:w="0" w:type="auto"/>
          </w:tcPr>
          <w:p w14:paraId="2C45AEBC" w14:textId="77777777" w:rsidR="007A5E59" w:rsidRPr="00312815" w:rsidRDefault="0095198F">
            <w:pPr>
              <w:rPr>
                <w:lang w:val="ru-RU"/>
              </w:rPr>
            </w:pPr>
            <w:r w:rsidRPr="00312815">
              <w:rPr>
                <w:lang w:val="ru-RU"/>
              </w:rPr>
              <w:t>Стоимость мероприятий по программе 2026, тыс. руб.</w:t>
            </w:r>
          </w:p>
        </w:tc>
        <w:tc>
          <w:tcPr>
            <w:tcW w:w="0" w:type="auto"/>
          </w:tcPr>
          <w:p w14:paraId="084D28F5" w14:textId="77777777" w:rsidR="007A5E59" w:rsidRDefault="0095198F">
            <w:pPr>
              <w:jc w:val="center"/>
            </w:pPr>
            <w:r>
              <w:t>865,0</w:t>
            </w:r>
          </w:p>
        </w:tc>
        <w:tc>
          <w:tcPr>
            <w:tcW w:w="0" w:type="auto"/>
          </w:tcPr>
          <w:p w14:paraId="1328FD7F" w14:textId="77777777" w:rsidR="007A5E59" w:rsidRDefault="007A5E59"/>
        </w:tc>
        <w:tc>
          <w:tcPr>
            <w:tcW w:w="0" w:type="auto"/>
          </w:tcPr>
          <w:p w14:paraId="2691B759" w14:textId="77777777" w:rsidR="007A5E59" w:rsidRDefault="007A5E59"/>
        </w:tc>
        <w:tc>
          <w:tcPr>
            <w:tcW w:w="0" w:type="auto"/>
          </w:tcPr>
          <w:p w14:paraId="3F338C60" w14:textId="77777777" w:rsidR="007A5E59" w:rsidRDefault="007A5E59"/>
        </w:tc>
        <w:tc>
          <w:tcPr>
            <w:tcW w:w="0" w:type="auto"/>
          </w:tcPr>
          <w:p w14:paraId="379D1DCF" w14:textId="77777777" w:rsidR="007A5E59" w:rsidRDefault="007A5E59"/>
        </w:tc>
        <w:tc>
          <w:tcPr>
            <w:tcW w:w="0" w:type="auto"/>
          </w:tcPr>
          <w:p w14:paraId="218D6D5C" w14:textId="77777777" w:rsidR="007A5E59" w:rsidRDefault="007A5E59"/>
        </w:tc>
        <w:tc>
          <w:tcPr>
            <w:tcW w:w="0" w:type="auto"/>
          </w:tcPr>
          <w:p w14:paraId="49A9301F" w14:textId="77777777" w:rsidR="007A5E59" w:rsidRDefault="007A5E59"/>
        </w:tc>
        <w:tc>
          <w:tcPr>
            <w:tcW w:w="0" w:type="auto"/>
          </w:tcPr>
          <w:p w14:paraId="7AA7FCF6" w14:textId="77777777" w:rsidR="007A5E59" w:rsidRDefault="007A5E59"/>
        </w:tc>
        <w:tc>
          <w:tcPr>
            <w:tcW w:w="0" w:type="auto"/>
          </w:tcPr>
          <w:p w14:paraId="19A05232" w14:textId="77777777" w:rsidR="007A5E59" w:rsidRDefault="007A5E59"/>
        </w:tc>
        <w:tc>
          <w:tcPr>
            <w:tcW w:w="0" w:type="auto"/>
          </w:tcPr>
          <w:p w14:paraId="367E0023" w14:textId="77777777" w:rsidR="007A5E59" w:rsidRDefault="007A5E59"/>
        </w:tc>
        <w:tc>
          <w:tcPr>
            <w:tcW w:w="0" w:type="auto"/>
          </w:tcPr>
          <w:p w14:paraId="1AD80C7E" w14:textId="77777777" w:rsidR="007A5E59" w:rsidRDefault="007A5E59"/>
        </w:tc>
        <w:tc>
          <w:tcPr>
            <w:tcW w:w="0" w:type="auto"/>
          </w:tcPr>
          <w:p w14:paraId="6D640614" w14:textId="77777777" w:rsidR="007A5E59" w:rsidRDefault="007A5E59"/>
        </w:tc>
        <w:tc>
          <w:tcPr>
            <w:tcW w:w="0" w:type="auto"/>
          </w:tcPr>
          <w:p w14:paraId="314A11F8" w14:textId="77777777" w:rsidR="007A5E59" w:rsidRDefault="007A5E59"/>
        </w:tc>
        <w:tc>
          <w:tcPr>
            <w:tcW w:w="0" w:type="auto"/>
          </w:tcPr>
          <w:p w14:paraId="01A035BB" w14:textId="77777777" w:rsidR="007A5E59" w:rsidRDefault="007A5E59"/>
        </w:tc>
        <w:tc>
          <w:tcPr>
            <w:tcW w:w="0" w:type="auto"/>
          </w:tcPr>
          <w:p w14:paraId="7A3A0A37" w14:textId="77777777" w:rsidR="007A5E59" w:rsidRDefault="007A5E59"/>
        </w:tc>
        <w:tc>
          <w:tcPr>
            <w:tcW w:w="0" w:type="auto"/>
          </w:tcPr>
          <w:p w14:paraId="1FA6E488" w14:textId="77777777" w:rsidR="007A5E59" w:rsidRDefault="007A5E59"/>
        </w:tc>
        <w:tc>
          <w:tcPr>
            <w:tcW w:w="0" w:type="auto"/>
          </w:tcPr>
          <w:p w14:paraId="609A00DB" w14:textId="77777777" w:rsidR="007A5E59" w:rsidRDefault="007A5E59"/>
        </w:tc>
        <w:tc>
          <w:tcPr>
            <w:tcW w:w="0" w:type="auto"/>
          </w:tcPr>
          <w:p w14:paraId="0F1FCE64" w14:textId="77777777" w:rsidR="007A5E59" w:rsidRDefault="007A5E59"/>
        </w:tc>
        <w:tc>
          <w:tcPr>
            <w:tcW w:w="0" w:type="auto"/>
          </w:tcPr>
          <w:p w14:paraId="523D9D55" w14:textId="77777777" w:rsidR="007A5E59" w:rsidRDefault="007A5E59"/>
        </w:tc>
        <w:tc>
          <w:tcPr>
            <w:tcW w:w="0" w:type="auto"/>
          </w:tcPr>
          <w:p w14:paraId="20C998E7" w14:textId="77777777" w:rsidR="007A5E59" w:rsidRDefault="007A5E59"/>
        </w:tc>
      </w:tr>
      <w:tr w:rsidR="007A5E59" w14:paraId="71CBB6C1" w14:textId="77777777">
        <w:trPr>
          <w:jc w:val="center"/>
        </w:trPr>
        <w:tc>
          <w:tcPr>
            <w:tcW w:w="0" w:type="auto"/>
          </w:tcPr>
          <w:p w14:paraId="7E4E284A" w14:textId="77777777" w:rsidR="007A5E59" w:rsidRPr="00312815" w:rsidRDefault="0095198F">
            <w:pPr>
              <w:rPr>
                <w:lang w:val="ru-RU"/>
              </w:rPr>
            </w:pPr>
            <w:r w:rsidRPr="00312815">
              <w:rPr>
                <w:lang w:val="ru-RU"/>
              </w:rPr>
              <w:t>Сверка: ИТОГО блока 1 = сумме длин участков базы</w:t>
            </w:r>
          </w:p>
        </w:tc>
        <w:tc>
          <w:tcPr>
            <w:tcW w:w="0" w:type="auto"/>
          </w:tcPr>
          <w:p w14:paraId="176C97E5" w14:textId="77777777" w:rsidR="007A5E59" w:rsidRDefault="0095198F">
            <w:r>
              <w:t>ДА</w:t>
            </w:r>
          </w:p>
        </w:tc>
        <w:tc>
          <w:tcPr>
            <w:tcW w:w="0" w:type="auto"/>
          </w:tcPr>
          <w:p w14:paraId="3C0BED28" w14:textId="77777777" w:rsidR="007A5E59" w:rsidRDefault="007A5E59"/>
        </w:tc>
        <w:tc>
          <w:tcPr>
            <w:tcW w:w="0" w:type="auto"/>
          </w:tcPr>
          <w:p w14:paraId="3095DD84" w14:textId="77777777" w:rsidR="007A5E59" w:rsidRDefault="007A5E59"/>
        </w:tc>
        <w:tc>
          <w:tcPr>
            <w:tcW w:w="0" w:type="auto"/>
          </w:tcPr>
          <w:p w14:paraId="005FDD76" w14:textId="77777777" w:rsidR="007A5E59" w:rsidRDefault="007A5E59"/>
        </w:tc>
        <w:tc>
          <w:tcPr>
            <w:tcW w:w="0" w:type="auto"/>
          </w:tcPr>
          <w:p w14:paraId="78BF966F" w14:textId="77777777" w:rsidR="007A5E59" w:rsidRDefault="007A5E59"/>
        </w:tc>
        <w:tc>
          <w:tcPr>
            <w:tcW w:w="0" w:type="auto"/>
          </w:tcPr>
          <w:p w14:paraId="68FB24B9" w14:textId="77777777" w:rsidR="007A5E59" w:rsidRDefault="007A5E59"/>
        </w:tc>
        <w:tc>
          <w:tcPr>
            <w:tcW w:w="0" w:type="auto"/>
          </w:tcPr>
          <w:p w14:paraId="05BCB3F0" w14:textId="77777777" w:rsidR="007A5E59" w:rsidRDefault="007A5E59"/>
        </w:tc>
        <w:tc>
          <w:tcPr>
            <w:tcW w:w="0" w:type="auto"/>
          </w:tcPr>
          <w:p w14:paraId="334FB2CA" w14:textId="77777777" w:rsidR="007A5E59" w:rsidRDefault="007A5E59"/>
        </w:tc>
        <w:tc>
          <w:tcPr>
            <w:tcW w:w="0" w:type="auto"/>
          </w:tcPr>
          <w:p w14:paraId="138AB67E" w14:textId="77777777" w:rsidR="007A5E59" w:rsidRDefault="007A5E59"/>
        </w:tc>
        <w:tc>
          <w:tcPr>
            <w:tcW w:w="0" w:type="auto"/>
          </w:tcPr>
          <w:p w14:paraId="4B87C1B6" w14:textId="77777777" w:rsidR="007A5E59" w:rsidRDefault="007A5E59"/>
        </w:tc>
        <w:tc>
          <w:tcPr>
            <w:tcW w:w="0" w:type="auto"/>
          </w:tcPr>
          <w:p w14:paraId="321F36F7" w14:textId="77777777" w:rsidR="007A5E59" w:rsidRDefault="007A5E59"/>
        </w:tc>
        <w:tc>
          <w:tcPr>
            <w:tcW w:w="0" w:type="auto"/>
          </w:tcPr>
          <w:p w14:paraId="728C5F05" w14:textId="77777777" w:rsidR="007A5E59" w:rsidRDefault="007A5E59"/>
        </w:tc>
        <w:tc>
          <w:tcPr>
            <w:tcW w:w="0" w:type="auto"/>
          </w:tcPr>
          <w:p w14:paraId="0E2632FD" w14:textId="77777777" w:rsidR="007A5E59" w:rsidRDefault="007A5E59"/>
        </w:tc>
        <w:tc>
          <w:tcPr>
            <w:tcW w:w="0" w:type="auto"/>
          </w:tcPr>
          <w:p w14:paraId="6A7EC43D" w14:textId="77777777" w:rsidR="007A5E59" w:rsidRDefault="007A5E59"/>
        </w:tc>
        <w:tc>
          <w:tcPr>
            <w:tcW w:w="0" w:type="auto"/>
          </w:tcPr>
          <w:p w14:paraId="1C3B3812" w14:textId="77777777" w:rsidR="007A5E59" w:rsidRDefault="007A5E59"/>
        </w:tc>
        <w:tc>
          <w:tcPr>
            <w:tcW w:w="0" w:type="auto"/>
          </w:tcPr>
          <w:p w14:paraId="26E2D133" w14:textId="77777777" w:rsidR="007A5E59" w:rsidRDefault="007A5E59"/>
        </w:tc>
        <w:tc>
          <w:tcPr>
            <w:tcW w:w="0" w:type="auto"/>
          </w:tcPr>
          <w:p w14:paraId="66805004" w14:textId="77777777" w:rsidR="007A5E59" w:rsidRDefault="007A5E59"/>
        </w:tc>
        <w:tc>
          <w:tcPr>
            <w:tcW w:w="0" w:type="auto"/>
          </w:tcPr>
          <w:p w14:paraId="638A9606" w14:textId="77777777" w:rsidR="007A5E59" w:rsidRDefault="007A5E59"/>
        </w:tc>
        <w:tc>
          <w:tcPr>
            <w:tcW w:w="0" w:type="auto"/>
          </w:tcPr>
          <w:p w14:paraId="56AA4596" w14:textId="77777777" w:rsidR="007A5E59" w:rsidRDefault="007A5E59"/>
        </w:tc>
        <w:tc>
          <w:tcPr>
            <w:tcW w:w="0" w:type="auto"/>
          </w:tcPr>
          <w:p w14:paraId="5D3C6A6D" w14:textId="77777777" w:rsidR="007A5E59" w:rsidRDefault="007A5E59"/>
        </w:tc>
      </w:tr>
    </w:tbl>
    <w:p w14:paraId="2F2EFE2E" w14:textId="77777777" w:rsidR="007A5E59" w:rsidRDefault="007A5E59"/>
    <w:p w14:paraId="38D9EC20" w14:textId="77777777" w:rsidR="007A5E59" w:rsidRPr="00312815" w:rsidRDefault="0095198F">
      <w:pPr>
        <w:rPr>
          <w:lang w:val="ru-RU"/>
        </w:rPr>
      </w:pPr>
      <w:r w:rsidRPr="00312815">
        <w:rPr>
          <w:b/>
          <w:lang w:val="ru-RU"/>
        </w:rPr>
        <w:t>Таблица П3.7. Распределение протяжённости тепловых сетей по диаметрам — Производственно-отопительная УПК № 7 Каз (пгт Каз)</w:t>
      </w:r>
    </w:p>
    <w:tbl>
      <w:tblPr>
        <w:tblStyle w:val="aff0"/>
        <w:tblW w:w="5000" w:type="pct"/>
        <w:jc w:val="center"/>
        <w:tblCellMar>
          <w:left w:w="57" w:type="dxa"/>
          <w:right w:w="57" w:type="dxa"/>
        </w:tblCellMar>
        <w:tblLook w:val="04A0" w:firstRow="1" w:lastRow="0" w:firstColumn="1" w:lastColumn="0" w:noHBand="0" w:noVBand="1"/>
      </w:tblPr>
      <w:tblGrid>
        <w:gridCol w:w="917"/>
        <w:gridCol w:w="434"/>
        <w:gridCol w:w="378"/>
        <w:gridCol w:w="379"/>
        <w:gridCol w:w="379"/>
        <w:gridCol w:w="379"/>
        <w:gridCol w:w="435"/>
        <w:gridCol w:w="435"/>
        <w:gridCol w:w="379"/>
        <w:gridCol w:w="379"/>
        <w:gridCol w:w="379"/>
        <w:gridCol w:w="437"/>
        <w:gridCol w:w="437"/>
        <w:gridCol w:w="437"/>
        <w:gridCol w:w="437"/>
        <w:gridCol w:w="437"/>
        <w:gridCol w:w="437"/>
        <w:gridCol w:w="437"/>
        <w:gridCol w:w="437"/>
        <w:gridCol w:w="437"/>
        <w:gridCol w:w="539"/>
      </w:tblGrid>
      <w:tr w:rsidR="007A5E59" w:rsidRPr="00C07C05" w14:paraId="6F065840" w14:textId="77777777">
        <w:trPr>
          <w:cantSplit/>
          <w:tblHeader/>
          <w:jc w:val="center"/>
        </w:trPr>
        <w:tc>
          <w:tcPr>
            <w:tcW w:w="0" w:type="auto"/>
            <w:vMerge w:val="restart"/>
            <w:shd w:val="clear" w:color="auto" w:fill="E2F0D9"/>
            <w:vAlign w:val="center"/>
          </w:tcPr>
          <w:p w14:paraId="1B44510F" w14:textId="77777777" w:rsidR="007A5E59" w:rsidRDefault="0095198F">
            <w:pPr>
              <w:jc w:val="center"/>
            </w:pPr>
            <w:r>
              <w:rPr>
                <w:b/>
              </w:rPr>
              <w:t>Способ прокладки</w:t>
            </w:r>
          </w:p>
        </w:tc>
        <w:tc>
          <w:tcPr>
            <w:tcW w:w="0" w:type="auto"/>
            <w:gridSpan w:val="20"/>
            <w:shd w:val="clear" w:color="auto" w:fill="E2F0D9"/>
            <w:vAlign w:val="center"/>
          </w:tcPr>
          <w:p w14:paraId="26E6603A" w14:textId="77777777" w:rsidR="007A5E59" w:rsidRPr="00312815" w:rsidRDefault="0095198F">
            <w:pPr>
              <w:jc w:val="center"/>
              <w:rPr>
                <w:lang w:val="ru-RU"/>
              </w:rPr>
            </w:pPr>
            <w:r w:rsidRPr="00312815">
              <w:rPr>
                <w:b/>
                <w:lang w:val="ru-RU"/>
              </w:rPr>
              <w:t>Длина по оси трассы (двухтрубная прокладка), м</w:t>
            </w:r>
          </w:p>
        </w:tc>
      </w:tr>
      <w:tr w:rsidR="007A5E59" w14:paraId="79DD6784" w14:textId="77777777">
        <w:trPr>
          <w:cantSplit/>
          <w:tblHeader/>
          <w:jc w:val="center"/>
        </w:trPr>
        <w:tc>
          <w:tcPr>
            <w:tcW w:w="0" w:type="auto"/>
            <w:vMerge/>
            <w:shd w:val="clear" w:color="auto" w:fill="E2F0D9"/>
            <w:vAlign w:val="center"/>
          </w:tcPr>
          <w:p w14:paraId="61747E84" w14:textId="77777777" w:rsidR="007A5E59" w:rsidRPr="00312815" w:rsidRDefault="007A5E59">
            <w:pPr>
              <w:jc w:val="center"/>
              <w:rPr>
                <w:lang w:val="ru-RU"/>
              </w:rPr>
            </w:pPr>
          </w:p>
        </w:tc>
        <w:tc>
          <w:tcPr>
            <w:tcW w:w="0" w:type="auto"/>
            <w:shd w:val="clear" w:color="auto" w:fill="E2F0D9"/>
            <w:vAlign w:val="center"/>
          </w:tcPr>
          <w:p w14:paraId="4D26841D" w14:textId="77777777" w:rsidR="007A5E59" w:rsidRDefault="0095198F">
            <w:pPr>
              <w:jc w:val="center"/>
            </w:pPr>
            <w:r>
              <w:rPr>
                <w:b/>
              </w:rPr>
              <w:t>Дн15</w:t>
            </w:r>
          </w:p>
        </w:tc>
        <w:tc>
          <w:tcPr>
            <w:tcW w:w="0" w:type="auto"/>
            <w:shd w:val="clear" w:color="auto" w:fill="E2F0D9"/>
            <w:vAlign w:val="center"/>
          </w:tcPr>
          <w:p w14:paraId="59A73788" w14:textId="77777777" w:rsidR="007A5E59" w:rsidRDefault="0095198F">
            <w:pPr>
              <w:jc w:val="center"/>
            </w:pPr>
            <w:r>
              <w:rPr>
                <w:b/>
              </w:rPr>
              <w:t>Дн20</w:t>
            </w:r>
          </w:p>
        </w:tc>
        <w:tc>
          <w:tcPr>
            <w:tcW w:w="0" w:type="auto"/>
            <w:shd w:val="clear" w:color="auto" w:fill="E2F0D9"/>
            <w:vAlign w:val="center"/>
          </w:tcPr>
          <w:p w14:paraId="7F0A44ED" w14:textId="77777777" w:rsidR="007A5E59" w:rsidRDefault="0095198F">
            <w:pPr>
              <w:jc w:val="center"/>
            </w:pPr>
            <w:r>
              <w:rPr>
                <w:b/>
              </w:rPr>
              <w:t>Дн25</w:t>
            </w:r>
          </w:p>
        </w:tc>
        <w:tc>
          <w:tcPr>
            <w:tcW w:w="0" w:type="auto"/>
            <w:shd w:val="clear" w:color="auto" w:fill="E2F0D9"/>
            <w:vAlign w:val="center"/>
          </w:tcPr>
          <w:p w14:paraId="48034736" w14:textId="77777777" w:rsidR="007A5E59" w:rsidRDefault="0095198F">
            <w:pPr>
              <w:jc w:val="center"/>
            </w:pPr>
            <w:r>
              <w:rPr>
                <w:b/>
              </w:rPr>
              <w:t>Дн32</w:t>
            </w:r>
          </w:p>
        </w:tc>
        <w:tc>
          <w:tcPr>
            <w:tcW w:w="0" w:type="auto"/>
            <w:shd w:val="clear" w:color="auto" w:fill="E2F0D9"/>
            <w:vAlign w:val="center"/>
          </w:tcPr>
          <w:p w14:paraId="40CFBA0F" w14:textId="77777777" w:rsidR="007A5E59" w:rsidRDefault="0095198F">
            <w:pPr>
              <w:jc w:val="center"/>
            </w:pPr>
            <w:r>
              <w:rPr>
                <w:b/>
              </w:rPr>
              <w:t>Дн40</w:t>
            </w:r>
          </w:p>
        </w:tc>
        <w:tc>
          <w:tcPr>
            <w:tcW w:w="0" w:type="auto"/>
            <w:shd w:val="clear" w:color="auto" w:fill="E2F0D9"/>
            <w:vAlign w:val="center"/>
          </w:tcPr>
          <w:p w14:paraId="7C21AA50" w14:textId="77777777" w:rsidR="007A5E59" w:rsidRDefault="0095198F">
            <w:pPr>
              <w:jc w:val="center"/>
            </w:pPr>
            <w:r>
              <w:rPr>
                <w:b/>
              </w:rPr>
              <w:t>Дн50</w:t>
            </w:r>
          </w:p>
        </w:tc>
        <w:tc>
          <w:tcPr>
            <w:tcW w:w="0" w:type="auto"/>
            <w:shd w:val="clear" w:color="auto" w:fill="E2F0D9"/>
            <w:vAlign w:val="center"/>
          </w:tcPr>
          <w:p w14:paraId="328FA93D" w14:textId="77777777" w:rsidR="007A5E59" w:rsidRDefault="0095198F">
            <w:pPr>
              <w:jc w:val="center"/>
            </w:pPr>
            <w:r>
              <w:rPr>
                <w:b/>
              </w:rPr>
              <w:t>Дн65</w:t>
            </w:r>
          </w:p>
        </w:tc>
        <w:tc>
          <w:tcPr>
            <w:tcW w:w="0" w:type="auto"/>
            <w:shd w:val="clear" w:color="auto" w:fill="E2F0D9"/>
            <w:vAlign w:val="center"/>
          </w:tcPr>
          <w:p w14:paraId="4C5C4B79" w14:textId="77777777" w:rsidR="007A5E59" w:rsidRDefault="0095198F">
            <w:pPr>
              <w:jc w:val="center"/>
            </w:pPr>
            <w:r>
              <w:rPr>
                <w:b/>
              </w:rPr>
              <w:t>Дн68</w:t>
            </w:r>
          </w:p>
        </w:tc>
        <w:tc>
          <w:tcPr>
            <w:tcW w:w="0" w:type="auto"/>
            <w:shd w:val="clear" w:color="auto" w:fill="E2F0D9"/>
            <w:vAlign w:val="center"/>
          </w:tcPr>
          <w:p w14:paraId="0BC83149" w14:textId="77777777" w:rsidR="007A5E59" w:rsidRDefault="0095198F">
            <w:pPr>
              <w:jc w:val="center"/>
            </w:pPr>
            <w:r>
              <w:rPr>
                <w:b/>
              </w:rPr>
              <w:t>Дн70</w:t>
            </w:r>
          </w:p>
        </w:tc>
        <w:tc>
          <w:tcPr>
            <w:tcW w:w="0" w:type="auto"/>
            <w:shd w:val="clear" w:color="auto" w:fill="E2F0D9"/>
            <w:vAlign w:val="center"/>
          </w:tcPr>
          <w:p w14:paraId="1A176635" w14:textId="77777777" w:rsidR="007A5E59" w:rsidRDefault="0095198F">
            <w:pPr>
              <w:jc w:val="center"/>
            </w:pPr>
            <w:r>
              <w:rPr>
                <w:b/>
              </w:rPr>
              <w:t>Дн80</w:t>
            </w:r>
          </w:p>
        </w:tc>
        <w:tc>
          <w:tcPr>
            <w:tcW w:w="0" w:type="auto"/>
            <w:shd w:val="clear" w:color="auto" w:fill="E2F0D9"/>
            <w:vAlign w:val="center"/>
          </w:tcPr>
          <w:p w14:paraId="0EB8CAEF" w14:textId="77777777" w:rsidR="007A5E59" w:rsidRDefault="0095198F">
            <w:pPr>
              <w:jc w:val="center"/>
            </w:pPr>
            <w:r>
              <w:rPr>
                <w:b/>
              </w:rPr>
              <w:t>Дн100</w:t>
            </w:r>
          </w:p>
        </w:tc>
        <w:tc>
          <w:tcPr>
            <w:tcW w:w="0" w:type="auto"/>
            <w:shd w:val="clear" w:color="auto" w:fill="E2F0D9"/>
            <w:vAlign w:val="center"/>
          </w:tcPr>
          <w:p w14:paraId="624DF7D5" w14:textId="77777777" w:rsidR="007A5E59" w:rsidRDefault="0095198F">
            <w:pPr>
              <w:jc w:val="center"/>
            </w:pPr>
            <w:r>
              <w:rPr>
                <w:b/>
              </w:rPr>
              <w:t>Дн125</w:t>
            </w:r>
          </w:p>
        </w:tc>
        <w:tc>
          <w:tcPr>
            <w:tcW w:w="0" w:type="auto"/>
            <w:shd w:val="clear" w:color="auto" w:fill="E2F0D9"/>
            <w:vAlign w:val="center"/>
          </w:tcPr>
          <w:p w14:paraId="64298B61" w14:textId="77777777" w:rsidR="007A5E59" w:rsidRDefault="0095198F">
            <w:pPr>
              <w:jc w:val="center"/>
            </w:pPr>
            <w:r>
              <w:rPr>
                <w:b/>
              </w:rPr>
              <w:t>Дн150</w:t>
            </w:r>
          </w:p>
        </w:tc>
        <w:tc>
          <w:tcPr>
            <w:tcW w:w="0" w:type="auto"/>
            <w:shd w:val="clear" w:color="auto" w:fill="E2F0D9"/>
            <w:vAlign w:val="center"/>
          </w:tcPr>
          <w:p w14:paraId="28D502BF" w14:textId="77777777" w:rsidR="007A5E59" w:rsidRDefault="0095198F">
            <w:pPr>
              <w:jc w:val="center"/>
            </w:pPr>
            <w:r>
              <w:rPr>
                <w:b/>
              </w:rPr>
              <w:t>Дн200</w:t>
            </w:r>
          </w:p>
        </w:tc>
        <w:tc>
          <w:tcPr>
            <w:tcW w:w="0" w:type="auto"/>
            <w:shd w:val="clear" w:color="auto" w:fill="E2F0D9"/>
            <w:vAlign w:val="center"/>
          </w:tcPr>
          <w:p w14:paraId="0ED7328E" w14:textId="77777777" w:rsidR="007A5E59" w:rsidRDefault="0095198F">
            <w:pPr>
              <w:jc w:val="center"/>
            </w:pPr>
            <w:r>
              <w:rPr>
                <w:b/>
              </w:rPr>
              <w:t>Дн250</w:t>
            </w:r>
          </w:p>
        </w:tc>
        <w:tc>
          <w:tcPr>
            <w:tcW w:w="0" w:type="auto"/>
            <w:shd w:val="clear" w:color="auto" w:fill="E2F0D9"/>
            <w:vAlign w:val="center"/>
          </w:tcPr>
          <w:p w14:paraId="70BB2AE7" w14:textId="77777777" w:rsidR="007A5E59" w:rsidRDefault="0095198F">
            <w:pPr>
              <w:jc w:val="center"/>
            </w:pPr>
            <w:r>
              <w:rPr>
                <w:b/>
              </w:rPr>
              <w:t>Дн300</w:t>
            </w:r>
          </w:p>
        </w:tc>
        <w:tc>
          <w:tcPr>
            <w:tcW w:w="0" w:type="auto"/>
            <w:shd w:val="clear" w:color="auto" w:fill="E2F0D9"/>
            <w:vAlign w:val="center"/>
          </w:tcPr>
          <w:p w14:paraId="5769DE65" w14:textId="77777777" w:rsidR="007A5E59" w:rsidRDefault="0095198F">
            <w:pPr>
              <w:jc w:val="center"/>
            </w:pPr>
            <w:r>
              <w:rPr>
                <w:b/>
              </w:rPr>
              <w:t>Дн350</w:t>
            </w:r>
          </w:p>
        </w:tc>
        <w:tc>
          <w:tcPr>
            <w:tcW w:w="0" w:type="auto"/>
            <w:shd w:val="clear" w:color="auto" w:fill="E2F0D9"/>
            <w:vAlign w:val="center"/>
          </w:tcPr>
          <w:p w14:paraId="1385B9E9" w14:textId="77777777" w:rsidR="007A5E59" w:rsidRDefault="0095198F">
            <w:pPr>
              <w:jc w:val="center"/>
            </w:pPr>
            <w:r>
              <w:rPr>
                <w:b/>
              </w:rPr>
              <w:t>Дн400</w:t>
            </w:r>
          </w:p>
        </w:tc>
        <w:tc>
          <w:tcPr>
            <w:tcW w:w="0" w:type="auto"/>
            <w:shd w:val="clear" w:color="auto" w:fill="E2F0D9"/>
            <w:vAlign w:val="center"/>
          </w:tcPr>
          <w:p w14:paraId="0C39E4BB" w14:textId="77777777" w:rsidR="007A5E59" w:rsidRDefault="0095198F">
            <w:pPr>
              <w:jc w:val="center"/>
            </w:pPr>
            <w:r>
              <w:rPr>
                <w:b/>
              </w:rPr>
              <w:t>Дн500</w:t>
            </w:r>
          </w:p>
        </w:tc>
        <w:tc>
          <w:tcPr>
            <w:tcW w:w="0" w:type="auto"/>
            <w:shd w:val="clear" w:color="auto" w:fill="E2F0D9"/>
            <w:vAlign w:val="center"/>
          </w:tcPr>
          <w:p w14:paraId="24089F8B" w14:textId="77777777" w:rsidR="007A5E59" w:rsidRDefault="0095198F">
            <w:pPr>
              <w:jc w:val="center"/>
            </w:pPr>
            <w:r>
              <w:rPr>
                <w:b/>
              </w:rPr>
              <w:t>ИТОГО</w:t>
            </w:r>
          </w:p>
        </w:tc>
      </w:tr>
      <w:tr w:rsidR="007A5E59" w:rsidRPr="00C07C05" w14:paraId="21779417" w14:textId="77777777">
        <w:trPr>
          <w:jc w:val="center"/>
        </w:trPr>
        <w:tc>
          <w:tcPr>
            <w:tcW w:w="0" w:type="auto"/>
          </w:tcPr>
          <w:p w14:paraId="3DD932DB" w14:textId="77777777" w:rsidR="007A5E59" w:rsidRPr="00312815" w:rsidRDefault="0095198F">
            <w:pPr>
              <w:rPr>
                <w:lang w:val="ru-RU"/>
              </w:rPr>
            </w:pPr>
            <w:r w:rsidRPr="00312815">
              <w:rPr>
                <w:lang w:val="ru-RU"/>
              </w:rPr>
              <w:t>БЛОК 1. Вся сеть — существующее состояние</w:t>
            </w:r>
          </w:p>
        </w:tc>
        <w:tc>
          <w:tcPr>
            <w:tcW w:w="0" w:type="auto"/>
          </w:tcPr>
          <w:p w14:paraId="5080D7CB" w14:textId="77777777" w:rsidR="007A5E59" w:rsidRPr="00312815" w:rsidRDefault="007A5E59">
            <w:pPr>
              <w:rPr>
                <w:lang w:val="ru-RU"/>
              </w:rPr>
            </w:pPr>
          </w:p>
        </w:tc>
        <w:tc>
          <w:tcPr>
            <w:tcW w:w="0" w:type="auto"/>
          </w:tcPr>
          <w:p w14:paraId="79E37796" w14:textId="77777777" w:rsidR="007A5E59" w:rsidRPr="00312815" w:rsidRDefault="007A5E59">
            <w:pPr>
              <w:rPr>
                <w:lang w:val="ru-RU"/>
              </w:rPr>
            </w:pPr>
          </w:p>
        </w:tc>
        <w:tc>
          <w:tcPr>
            <w:tcW w:w="0" w:type="auto"/>
          </w:tcPr>
          <w:p w14:paraId="266FA476" w14:textId="77777777" w:rsidR="007A5E59" w:rsidRPr="00312815" w:rsidRDefault="007A5E59">
            <w:pPr>
              <w:rPr>
                <w:lang w:val="ru-RU"/>
              </w:rPr>
            </w:pPr>
          </w:p>
        </w:tc>
        <w:tc>
          <w:tcPr>
            <w:tcW w:w="0" w:type="auto"/>
          </w:tcPr>
          <w:p w14:paraId="24051D28" w14:textId="77777777" w:rsidR="007A5E59" w:rsidRPr="00312815" w:rsidRDefault="007A5E59">
            <w:pPr>
              <w:rPr>
                <w:lang w:val="ru-RU"/>
              </w:rPr>
            </w:pPr>
          </w:p>
        </w:tc>
        <w:tc>
          <w:tcPr>
            <w:tcW w:w="0" w:type="auto"/>
          </w:tcPr>
          <w:p w14:paraId="733C5CA6" w14:textId="77777777" w:rsidR="007A5E59" w:rsidRPr="00312815" w:rsidRDefault="007A5E59">
            <w:pPr>
              <w:rPr>
                <w:lang w:val="ru-RU"/>
              </w:rPr>
            </w:pPr>
          </w:p>
        </w:tc>
        <w:tc>
          <w:tcPr>
            <w:tcW w:w="0" w:type="auto"/>
          </w:tcPr>
          <w:p w14:paraId="6DBB3354" w14:textId="77777777" w:rsidR="007A5E59" w:rsidRPr="00312815" w:rsidRDefault="007A5E59">
            <w:pPr>
              <w:rPr>
                <w:lang w:val="ru-RU"/>
              </w:rPr>
            </w:pPr>
          </w:p>
        </w:tc>
        <w:tc>
          <w:tcPr>
            <w:tcW w:w="0" w:type="auto"/>
          </w:tcPr>
          <w:p w14:paraId="41AD146D" w14:textId="77777777" w:rsidR="007A5E59" w:rsidRPr="00312815" w:rsidRDefault="007A5E59">
            <w:pPr>
              <w:rPr>
                <w:lang w:val="ru-RU"/>
              </w:rPr>
            </w:pPr>
          </w:p>
        </w:tc>
        <w:tc>
          <w:tcPr>
            <w:tcW w:w="0" w:type="auto"/>
          </w:tcPr>
          <w:p w14:paraId="27F57DA1" w14:textId="77777777" w:rsidR="007A5E59" w:rsidRPr="00312815" w:rsidRDefault="007A5E59">
            <w:pPr>
              <w:rPr>
                <w:lang w:val="ru-RU"/>
              </w:rPr>
            </w:pPr>
          </w:p>
        </w:tc>
        <w:tc>
          <w:tcPr>
            <w:tcW w:w="0" w:type="auto"/>
          </w:tcPr>
          <w:p w14:paraId="0FE14FC6" w14:textId="77777777" w:rsidR="007A5E59" w:rsidRPr="00312815" w:rsidRDefault="007A5E59">
            <w:pPr>
              <w:rPr>
                <w:lang w:val="ru-RU"/>
              </w:rPr>
            </w:pPr>
          </w:p>
        </w:tc>
        <w:tc>
          <w:tcPr>
            <w:tcW w:w="0" w:type="auto"/>
          </w:tcPr>
          <w:p w14:paraId="51BE20F1" w14:textId="77777777" w:rsidR="007A5E59" w:rsidRPr="00312815" w:rsidRDefault="007A5E59">
            <w:pPr>
              <w:rPr>
                <w:lang w:val="ru-RU"/>
              </w:rPr>
            </w:pPr>
          </w:p>
        </w:tc>
        <w:tc>
          <w:tcPr>
            <w:tcW w:w="0" w:type="auto"/>
          </w:tcPr>
          <w:p w14:paraId="0602985E" w14:textId="77777777" w:rsidR="007A5E59" w:rsidRPr="00312815" w:rsidRDefault="007A5E59">
            <w:pPr>
              <w:rPr>
                <w:lang w:val="ru-RU"/>
              </w:rPr>
            </w:pPr>
          </w:p>
        </w:tc>
        <w:tc>
          <w:tcPr>
            <w:tcW w:w="0" w:type="auto"/>
          </w:tcPr>
          <w:p w14:paraId="2C9C0752" w14:textId="77777777" w:rsidR="007A5E59" w:rsidRPr="00312815" w:rsidRDefault="007A5E59">
            <w:pPr>
              <w:rPr>
                <w:lang w:val="ru-RU"/>
              </w:rPr>
            </w:pPr>
          </w:p>
        </w:tc>
        <w:tc>
          <w:tcPr>
            <w:tcW w:w="0" w:type="auto"/>
          </w:tcPr>
          <w:p w14:paraId="78D19EF7" w14:textId="77777777" w:rsidR="007A5E59" w:rsidRPr="00312815" w:rsidRDefault="007A5E59">
            <w:pPr>
              <w:rPr>
                <w:lang w:val="ru-RU"/>
              </w:rPr>
            </w:pPr>
          </w:p>
        </w:tc>
        <w:tc>
          <w:tcPr>
            <w:tcW w:w="0" w:type="auto"/>
          </w:tcPr>
          <w:p w14:paraId="1CCC6331" w14:textId="77777777" w:rsidR="007A5E59" w:rsidRPr="00312815" w:rsidRDefault="007A5E59">
            <w:pPr>
              <w:rPr>
                <w:lang w:val="ru-RU"/>
              </w:rPr>
            </w:pPr>
          </w:p>
        </w:tc>
        <w:tc>
          <w:tcPr>
            <w:tcW w:w="0" w:type="auto"/>
          </w:tcPr>
          <w:p w14:paraId="68061335" w14:textId="77777777" w:rsidR="007A5E59" w:rsidRPr="00312815" w:rsidRDefault="007A5E59">
            <w:pPr>
              <w:rPr>
                <w:lang w:val="ru-RU"/>
              </w:rPr>
            </w:pPr>
          </w:p>
        </w:tc>
        <w:tc>
          <w:tcPr>
            <w:tcW w:w="0" w:type="auto"/>
          </w:tcPr>
          <w:p w14:paraId="4C1BD23D" w14:textId="77777777" w:rsidR="007A5E59" w:rsidRPr="00312815" w:rsidRDefault="007A5E59">
            <w:pPr>
              <w:rPr>
                <w:lang w:val="ru-RU"/>
              </w:rPr>
            </w:pPr>
          </w:p>
        </w:tc>
        <w:tc>
          <w:tcPr>
            <w:tcW w:w="0" w:type="auto"/>
          </w:tcPr>
          <w:p w14:paraId="625D3CE8" w14:textId="77777777" w:rsidR="007A5E59" w:rsidRPr="00312815" w:rsidRDefault="007A5E59">
            <w:pPr>
              <w:rPr>
                <w:lang w:val="ru-RU"/>
              </w:rPr>
            </w:pPr>
          </w:p>
        </w:tc>
        <w:tc>
          <w:tcPr>
            <w:tcW w:w="0" w:type="auto"/>
          </w:tcPr>
          <w:p w14:paraId="2DF68CD0" w14:textId="77777777" w:rsidR="007A5E59" w:rsidRPr="00312815" w:rsidRDefault="007A5E59">
            <w:pPr>
              <w:rPr>
                <w:lang w:val="ru-RU"/>
              </w:rPr>
            </w:pPr>
          </w:p>
        </w:tc>
        <w:tc>
          <w:tcPr>
            <w:tcW w:w="0" w:type="auto"/>
          </w:tcPr>
          <w:p w14:paraId="6684DD0E" w14:textId="77777777" w:rsidR="007A5E59" w:rsidRPr="00312815" w:rsidRDefault="007A5E59">
            <w:pPr>
              <w:rPr>
                <w:lang w:val="ru-RU"/>
              </w:rPr>
            </w:pPr>
          </w:p>
        </w:tc>
        <w:tc>
          <w:tcPr>
            <w:tcW w:w="0" w:type="auto"/>
          </w:tcPr>
          <w:p w14:paraId="12214598" w14:textId="77777777" w:rsidR="007A5E59" w:rsidRPr="00312815" w:rsidRDefault="007A5E59">
            <w:pPr>
              <w:rPr>
                <w:lang w:val="ru-RU"/>
              </w:rPr>
            </w:pPr>
          </w:p>
        </w:tc>
      </w:tr>
      <w:tr w:rsidR="007A5E59" w14:paraId="0DABFF3E" w14:textId="77777777">
        <w:trPr>
          <w:jc w:val="center"/>
        </w:trPr>
        <w:tc>
          <w:tcPr>
            <w:tcW w:w="0" w:type="auto"/>
          </w:tcPr>
          <w:p w14:paraId="0378EEDB" w14:textId="77777777" w:rsidR="007A5E59" w:rsidRDefault="0095198F">
            <w:r>
              <w:t>в канале</w:t>
            </w:r>
          </w:p>
        </w:tc>
        <w:tc>
          <w:tcPr>
            <w:tcW w:w="0" w:type="auto"/>
          </w:tcPr>
          <w:p w14:paraId="516FF963" w14:textId="77777777" w:rsidR="007A5E59" w:rsidRDefault="0095198F">
            <w:pPr>
              <w:jc w:val="center"/>
            </w:pPr>
            <w:r>
              <w:t>0,0</w:t>
            </w:r>
          </w:p>
        </w:tc>
        <w:tc>
          <w:tcPr>
            <w:tcW w:w="0" w:type="auto"/>
          </w:tcPr>
          <w:p w14:paraId="4FBF1CC9" w14:textId="77777777" w:rsidR="007A5E59" w:rsidRDefault="0095198F">
            <w:pPr>
              <w:jc w:val="center"/>
            </w:pPr>
            <w:r>
              <w:t>102,0</w:t>
            </w:r>
          </w:p>
        </w:tc>
        <w:tc>
          <w:tcPr>
            <w:tcW w:w="0" w:type="auto"/>
          </w:tcPr>
          <w:p w14:paraId="71C03258" w14:textId="77777777" w:rsidR="007A5E59" w:rsidRDefault="0095198F">
            <w:pPr>
              <w:jc w:val="center"/>
            </w:pPr>
            <w:r>
              <w:t>331,0</w:t>
            </w:r>
          </w:p>
        </w:tc>
        <w:tc>
          <w:tcPr>
            <w:tcW w:w="0" w:type="auto"/>
          </w:tcPr>
          <w:p w14:paraId="75584650" w14:textId="77777777" w:rsidR="007A5E59" w:rsidRDefault="0095198F">
            <w:pPr>
              <w:jc w:val="center"/>
            </w:pPr>
            <w:r>
              <w:t>0,0</w:t>
            </w:r>
          </w:p>
        </w:tc>
        <w:tc>
          <w:tcPr>
            <w:tcW w:w="0" w:type="auto"/>
          </w:tcPr>
          <w:p w14:paraId="568E5E14" w14:textId="77777777" w:rsidR="007A5E59" w:rsidRDefault="0095198F">
            <w:pPr>
              <w:jc w:val="center"/>
            </w:pPr>
            <w:r>
              <w:t>246,0</w:t>
            </w:r>
          </w:p>
        </w:tc>
        <w:tc>
          <w:tcPr>
            <w:tcW w:w="0" w:type="auto"/>
          </w:tcPr>
          <w:p w14:paraId="2EBBF836" w14:textId="77777777" w:rsidR="007A5E59" w:rsidRDefault="0095198F">
            <w:pPr>
              <w:jc w:val="center"/>
            </w:pPr>
            <w:r>
              <w:t>339,0</w:t>
            </w:r>
          </w:p>
        </w:tc>
        <w:tc>
          <w:tcPr>
            <w:tcW w:w="0" w:type="auto"/>
          </w:tcPr>
          <w:p w14:paraId="7C2E0C60" w14:textId="77777777" w:rsidR="007A5E59" w:rsidRDefault="0095198F">
            <w:pPr>
              <w:jc w:val="center"/>
            </w:pPr>
            <w:r>
              <w:t>365,0</w:t>
            </w:r>
          </w:p>
        </w:tc>
        <w:tc>
          <w:tcPr>
            <w:tcW w:w="0" w:type="auto"/>
          </w:tcPr>
          <w:p w14:paraId="0D9DBA23" w14:textId="77777777" w:rsidR="007A5E59" w:rsidRDefault="0095198F">
            <w:pPr>
              <w:jc w:val="center"/>
            </w:pPr>
            <w:r>
              <w:t>0,0</w:t>
            </w:r>
          </w:p>
        </w:tc>
        <w:tc>
          <w:tcPr>
            <w:tcW w:w="0" w:type="auto"/>
          </w:tcPr>
          <w:p w14:paraId="76FA7C8B" w14:textId="77777777" w:rsidR="007A5E59" w:rsidRDefault="0095198F">
            <w:pPr>
              <w:jc w:val="center"/>
            </w:pPr>
            <w:r>
              <w:t>0,0</w:t>
            </w:r>
          </w:p>
        </w:tc>
        <w:tc>
          <w:tcPr>
            <w:tcW w:w="0" w:type="auto"/>
          </w:tcPr>
          <w:p w14:paraId="0288EAAB" w14:textId="77777777" w:rsidR="007A5E59" w:rsidRDefault="0095198F">
            <w:pPr>
              <w:jc w:val="center"/>
            </w:pPr>
            <w:r>
              <w:t>142,0</w:t>
            </w:r>
          </w:p>
        </w:tc>
        <w:tc>
          <w:tcPr>
            <w:tcW w:w="0" w:type="auto"/>
          </w:tcPr>
          <w:p w14:paraId="599F537F" w14:textId="77777777" w:rsidR="007A5E59" w:rsidRDefault="0095198F">
            <w:pPr>
              <w:jc w:val="center"/>
            </w:pPr>
            <w:r>
              <w:t>187,0</w:t>
            </w:r>
          </w:p>
        </w:tc>
        <w:tc>
          <w:tcPr>
            <w:tcW w:w="0" w:type="auto"/>
          </w:tcPr>
          <w:p w14:paraId="505323E0" w14:textId="77777777" w:rsidR="007A5E59" w:rsidRDefault="0095198F">
            <w:pPr>
              <w:jc w:val="center"/>
            </w:pPr>
            <w:r>
              <w:t>0,0</w:t>
            </w:r>
          </w:p>
        </w:tc>
        <w:tc>
          <w:tcPr>
            <w:tcW w:w="0" w:type="auto"/>
          </w:tcPr>
          <w:p w14:paraId="20943912" w14:textId="77777777" w:rsidR="007A5E59" w:rsidRDefault="0095198F">
            <w:pPr>
              <w:jc w:val="center"/>
            </w:pPr>
            <w:r>
              <w:t>265,0</w:t>
            </w:r>
          </w:p>
        </w:tc>
        <w:tc>
          <w:tcPr>
            <w:tcW w:w="0" w:type="auto"/>
          </w:tcPr>
          <w:p w14:paraId="715E2235" w14:textId="77777777" w:rsidR="007A5E59" w:rsidRDefault="0095198F">
            <w:pPr>
              <w:jc w:val="center"/>
            </w:pPr>
            <w:r>
              <w:t>0,0</w:t>
            </w:r>
          </w:p>
        </w:tc>
        <w:tc>
          <w:tcPr>
            <w:tcW w:w="0" w:type="auto"/>
          </w:tcPr>
          <w:p w14:paraId="43532DB6" w14:textId="77777777" w:rsidR="007A5E59" w:rsidRDefault="0095198F">
            <w:pPr>
              <w:jc w:val="center"/>
            </w:pPr>
            <w:r>
              <w:t>20,0</w:t>
            </w:r>
          </w:p>
        </w:tc>
        <w:tc>
          <w:tcPr>
            <w:tcW w:w="0" w:type="auto"/>
          </w:tcPr>
          <w:p w14:paraId="690D6CAA" w14:textId="77777777" w:rsidR="007A5E59" w:rsidRDefault="0095198F">
            <w:pPr>
              <w:jc w:val="center"/>
            </w:pPr>
            <w:r>
              <w:t>0,0</w:t>
            </w:r>
          </w:p>
        </w:tc>
        <w:tc>
          <w:tcPr>
            <w:tcW w:w="0" w:type="auto"/>
          </w:tcPr>
          <w:p w14:paraId="430EB5E3" w14:textId="77777777" w:rsidR="007A5E59" w:rsidRDefault="0095198F">
            <w:pPr>
              <w:jc w:val="center"/>
            </w:pPr>
            <w:r>
              <w:t>0,0</w:t>
            </w:r>
          </w:p>
        </w:tc>
        <w:tc>
          <w:tcPr>
            <w:tcW w:w="0" w:type="auto"/>
          </w:tcPr>
          <w:p w14:paraId="2664902C" w14:textId="77777777" w:rsidR="007A5E59" w:rsidRDefault="0095198F">
            <w:pPr>
              <w:jc w:val="center"/>
            </w:pPr>
            <w:r>
              <w:t>0,0</w:t>
            </w:r>
          </w:p>
        </w:tc>
        <w:tc>
          <w:tcPr>
            <w:tcW w:w="0" w:type="auto"/>
          </w:tcPr>
          <w:p w14:paraId="7AFB9F21" w14:textId="77777777" w:rsidR="007A5E59" w:rsidRDefault="0095198F">
            <w:pPr>
              <w:jc w:val="center"/>
            </w:pPr>
            <w:r>
              <w:t>12,0</w:t>
            </w:r>
          </w:p>
        </w:tc>
        <w:tc>
          <w:tcPr>
            <w:tcW w:w="0" w:type="auto"/>
          </w:tcPr>
          <w:p w14:paraId="2214A934" w14:textId="77777777" w:rsidR="007A5E59" w:rsidRDefault="0095198F">
            <w:pPr>
              <w:jc w:val="center"/>
            </w:pPr>
            <w:r>
              <w:t>2 009,0</w:t>
            </w:r>
          </w:p>
        </w:tc>
      </w:tr>
      <w:tr w:rsidR="007A5E59" w14:paraId="30C93B35" w14:textId="77777777">
        <w:trPr>
          <w:jc w:val="center"/>
        </w:trPr>
        <w:tc>
          <w:tcPr>
            <w:tcW w:w="0" w:type="auto"/>
          </w:tcPr>
          <w:p w14:paraId="1A6BAEB7" w14:textId="77777777" w:rsidR="007A5E59" w:rsidRDefault="0095198F">
            <w:r>
              <w:t>бесканально</w:t>
            </w:r>
          </w:p>
        </w:tc>
        <w:tc>
          <w:tcPr>
            <w:tcW w:w="0" w:type="auto"/>
          </w:tcPr>
          <w:p w14:paraId="301A5702" w14:textId="77777777" w:rsidR="007A5E59" w:rsidRDefault="0095198F">
            <w:pPr>
              <w:jc w:val="center"/>
            </w:pPr>
            <w:r>
              <w:t>0,0</w:t>
            </w:r>
          </w:p>
        </w:tc>
        <w:tc>
          <w:tcPr>
            <w:tcW w:w="0" w:type="auto"/>
          </w:tcPr>
          <w:p w14:paraId="7D88A7DD" w14:textId="77777777" w:rsidR="007A5E59" w:rsidRDefault="0095198F">
            <w:pPr>
              <w:jc w:val="center"/>
            </w:pPr>
            <w:r>
              <w:t>0,0</w:t>
            </w:r>
          </w:p>
        </w:tc>
        <w:tc>
          <w:tcPr>
            <w:tcW w:w="0" w:type="auto"/>
          </w:tcPr>
          <w:p w14:paraId="7E9CB5B4" w14:textId="77777777" w:rsidR="007A5E59" w:rsidRDefault="0095198F">
            <w:pPr>
              <w:jc w:val="center"/>
            </w:pPr>
            <w:r>
              <w:t>0,0</w:t>
            </w:r>
          </w:p>
        </w:tc>
        <w:tc>
          <w:tcPr>
            <w:tcW w:w="0" w:type="auto"/>
          </w:tcPr>
          <w:p w14:paraId="5CF3B44C" w14:textId="77777777" w:rsidR="007A5E59" w:rsidRDefault="0095198F">
            <w:pPr>
              <w:jc w:val="center"/>
            </w:pPr>
            <w:r>
              <w:t>0,0</w:t>
            </w:r>
          </w:p>
        </w:tc>
        <w:tc>
          <w:tcPr>
            <w:tcW w:w="0" w:type="auto"/>
          </w:tcPr>
          <w:p w14:paraId="0C58B5D5" w14:textId="77777777" w:rsidR="007A5E59" w:rsidRDefault="0095198F">
            <w:pPr>
              <w:jc w:val="center"/>
            </w:pPr>
            <w:r>
              <w:t>0,0</w:t>
            </w:r>
          </w:p>
        </w:tc>
        <w:tc>
          <w:tcPr>
            <w:tcW w:w="0" w:type="auto"/>
          </w:tcPr>
          <w:p w14:paraId="42446746" w14:textId="77777777" w:rsidR="007A5E59" w:rsidRDefault="0095198F">
            <w:pPr>
              <w:jc w:val="center"/>
            </w:pPr>
            <w:r>
              <w:t>0,0</w:t>
            </w:r>
          </w:p>
        </w:tc>
        <w:tc>
          <w:tcPr>
            <w:tcW w:w="0" w:type="auto"/>
          </w:tcPr>
          <w:p w14:paraId="553AB96D" w14:textId="77777777" w:rsidR="007A5E59" w:rsidRDefault="0095198F">
            <w:pPr>
              <w:jc w:val="center"/>
            </w:pPr>
            <w:r>
              <w:t>0,0</w:t>
            </w:r>
          </w:p>
        </w:tc>
        <w:tc>
          <w:tcPr>
            <w:tcW w:w="0" w:type="auto"/>
          </w:tcPr>
          <w:p w14:paraId="48E87200" w14:textId="77777777" w:rsidR="007A5E59" w:rsidRDefault="0095198F">
            <w:pPr>
              <w:jc w:val="center"/>
            </w:pPr>
            <w:r>
              <w:t>0,0</w:t>
            </w:r>
          </w:p>
        </w:tc>
        <w:tc>
          <w:tcPr>
            <w:tcW w:w="0" w:type="auto"/>
          </w:tcPr>
          <w:p w14:paraId="186A36F4" w14:textId="77777777" w:rsidR="007A5E59" w:rsidRDefault="0095198F">
            <w:pPr>
              <w:jc w:val="center"/>
            </w:pPr>
            <w:r>
              <w:t>0,0</w:t>
            </w:r>
          </w:p>
        </w:tc>
        <w:tc>
          <w:tcPr>
            <w:tcW w:w="0" w:type="auto"/>
          </w:tcPr>
          <w:p w14:paraId="3DCAF706" w14:textId="77777777" w:rsidR="007A5E59" w:rsidRDefault="0095198F">
            <w:pPr>
              <w:jc w:val="center"/>
            </w:pPr>
            <w:r>
              <w:t>0,0</w:t>
            </w:r>
          </w:p>
        </w:tc>
        <w:tc>
          <w:tcPr>
            <w:tcW w:w="0" w:type="auto"/>
          </w:tcPr>
          <w:p w14:paraId="2E73667D" w14:textId="77777777" w:rsidR="007A5E59" w:rsidRDefault="0095198F">
            <w:pPr>
              <w:jc w:val="center"/>
            </w:pPr>
            <w:r>
              <w:t>0,0</w:t>
            </w:r>
          </w:p>
        </w:tc>
        <w:tc>
          <w:tcPr>
            <w:tcW w:w="0" w:type="auto"/>
          </w:tcPr>
          <w:p w14:paraId="1C2FA3ED" w14:textId="77777777" w:rsidR="007A5E59" w:rsidRDefault="0095198F">
            <w:pPr>
              <w:jc w:val="center"/>
            </w:pPr>
            <w:r>
              <w:t>0,0</w:t>
            </w:r>
          </w:p>
        </w:tc>
        <w:tc>
          <w:tcPr>
            <w:tcW w:w="0" w:type="auto"/>
          </w:tcPr>
          <w:p w14:paraId="6AB07EC1" w14:textId="77777777" w:rsidR="007A5E59" w:rsidRDefault="0095198F">
            <w:pPr>
              <w:jc w:val="center"/>
            </w:pPr>
            <w:r>
              <w:t>0,0</w:t>
            </w:r>
          </w:p>
        </w:tc>
        <w:tc>
          <w:tcPr>
            <w:tcW w:w="0" w:type="auto"/>
          </w:tcPr>
          <w:p w14:paraId="0FFBB325" w14:textId="77777777" w:rsidR="007A5E59" w:rsidRDefault="0095198F">
            <w:pPr>
              <w:jc w:val="center"/>
            </w:pPr>
            <w:r>
              <w:t>0,0</w:t>
            </w:r>
          </w:p>
        </w:tc>
        <w:tc>
          <w:tcPr>
            <w:tcW w:w="0" w:type="auto"/>
          </w:tcPr>
          <w:p w14:paraId="46143DAD" w14:textId="77777777" w:rsidR="007A5E59" w:rsidRDefault="0095198F">
            <w:pPr>
              <w:jc w:val="center"/>
            </w:pPr>
            <w:r>
              <w:t>0,0</w:t>
            </w:r>
          </w:p>
        </w:tc>
        <w:tc>
          <w:tcPr>
            <w:tcW w:w="0" w:type="auto"/>
          </w:tcPr>
          <w:p w14:paraId="118EE846" w14:textId="77777777" w:rsidR="007A5E59" w:rsidRDefault="0095198F">
            <w:pPr>
              <w:jc w:val="center"/>
            </w:pPr>
            <w:r>
              <w:t>0,0</w:t>
            </w:r>
          </w:p>
        </w:tc>
        <w:tc>
          <w:tcPr>
            <w:tcW w:w="0" w:type="auto"/>
          </w:tcPr>
          <w:p w14:paraId="3271716A" w14:textId="77777777" w:rsidR="007A5E59" w:rsidRDefault="0095198F">
            <w:pPr>
              <w:jc w:val="center"/>
            </w:pPr>
            <w:r>
              <w:t>0,0</w:t>
            </w:r>
          </w:p>
        </w:tc>
        <w:tc>
          <w:tcPr>
            <w:tcW w:w="0" w:type="auto"/>
          </w:tcPr>
          <w:p w14:paraId="4518BAE3" w14:textId="77777777" w:rsidR="007A5E59" w:rsidRDefault="0095198F">
            <w:pPr>
              <w:jc w:val="center"/>
            </w:pPr>
            <w:r>
              <w:t>0,0</w:t>
            </w:r>
          </w:p>
        </w:tc>
        <w:tc>
          <w:tcPr>
            <w:tcW w:w="0" w:type="auto"/>
          </w:tcPr>
          <w:p w14:paraId="60C665F6" w14:textId="77777777" w:rsidR="007A5E59" w:rsidRDefault="0095198F">
            <w:pPr>
              <w:jc w:val="center"/>
            </w:pPr>
            <w:r>
              <w:t>0,0</w:t>
            </w:r>
          </w:p>
        </w:tc>
        <w:tc>
          <w:tcPr>
            <w:tcW w:w="0" w:type="auto"/>
          </w:tcPr>
          <w:p w14:paraId="364283DB" w14:textId="77777777" w:rsidR="007A5E59" w:rsidRDefault="0095198F">
            <w:pPr>
              <w:jc w:val="center"/>
            </w:pPr>
            <w:r>
              <w:t>0,0</w:t>
            </w:r>
          </w:p>
        </w:tc>
      </w:tr>
      <w:tr w:rsidR="007A5E59" w14:paraId="253D80AF" w14:textId="77777777">
        <w:trPr>
          <w:jc w:val="center"/>
        </w:trPr>
        <w:tc>
          <w:tcPr>
            <w:tcW w:w="0" w:type="auto"/>
          </w:tcPr>
          <w:p w14:paraId="32F12125" w14:textId="77777777" w:rsidR="007A5E59" w:rsidRDefault="0095198F">
            <w:r>
              <w:t>надземная</w:t>
            </w:r>
          </w:p>
        </w:tc>
        <w:tc>
          <w:tcPr>
            <w:tcW w:w="0" w:type="auto"/>
          </w:tcPr>
          <w:p w14:paraId="67914774" w14:textId="77777777" w:rsidR="007A5E59" w:rsidRDefault="0095198F">
            <w:pPr>
              <w:jc w:val="center"/>
            </w:pPr>
            <w:r>
              <w:t>0,0</w:t>
            </w:r>
          </w:p>
        </w:tc>
        <w:tc>
          <w:tcPr>
            <w:tcW w:w="0" w:type="auto"/>
          </w:tcPr>
          <w:p w14:paraId="4B6F2420" w14:textId="77777777" w:rsidR="007A5E59" w:rsidRDefault="0095198F">
            <w:pPr>
              <w:jc w:val="center"/>
            </w:pPr>
            <w:r>
              <w:t>0,0</w:t>
            </w:r>
          </w:p>
        </w:tc>
        <w:tc>
          <w:tcPr>
            <w:tcW w:w="0" w:type="auto"/>
          </w:tcPr>
          <w:p w14:paraId="01C9CA8D" w14:textId="77777777" w:rsidR="007A5E59" w:rsidRDefault="0095198F">
            <w:pPr>
              <w:jc w:val="center"/>
            </w:pPr>
            <w:r>
              <w:t>349,0</w:t>
            </w:r>
          </w:p>
        </w:tc>
        <w:tc>
          <w:tcPr>
            <w:tcW w:w="0" w:type="auto"/>
          </w:tcPr>
          <w:p w14:paraId="356C3E6B" w14:textId="77777777" w:rsidR="007A5E59" w:rsidRDefault="0095198F">
            <w:pPr>
              <w:jc w:val="center"/>
            </w:pPr>
            <w:r>
              <w:t>0,0</w:t>
            </w:r>
          </w:p>
        </w:tc>
        <w:tc>
          <w:tcPr>
            <w:tcW w:w="0" w:type="auto"/>
          </w:tcPr>
          <w:p w14:paraId="14A35562" w14:textId="77777777" w:rsidR="007A5E59" w:rsidRDefault="0095198F">
            <w:pPr>
              <w:jc w:val="center"/>
            </w:pPr>
            <w:r>
              <w:t>220,0</w:t>
            </w:r>
          </w:p>
        </w:tc>
        <w:tc>
          <w:tcPr>
            <w:tcW w:w="0" w:type="auto"/>
          </w:tcPr>
          <w:p w14:paraId="590F5828" w14:textId="77777777" w:rsidR="007A5E59" w:rsidRDefault="0095198F">
            <w:pPr>
              <w:jc w:val="center"/>
            </w:pPr>
            <w:r>
              <w:t>1 002,0</w:t>
            </w:r>
          </w:p>
        </w:tc>
        <w:tc>
          <w:tcPr>
            <w:tcW w:w="0" w:type="auto"/>
          </w:tcPr>
          <w:p w14:paraId="3CB5E247" w14:textId="77777777" w:rsidR="007A5E59" w:rsidRDefault="0095198F">
            <w:pPr>
              <w:jc w:val="center"/>
            </w:pPr>
            <w:r>
              <w:t>764,0</w:t>
            </w:r>
          </w:p>
        </w:tc>
        <w:tc>
          <w:tcPr>
            <w:tcW w:w="0" w:type="auto"/>
          </w:tcPr>
          <w:p w14:paraId="28B69F47" w14:textId="77777777" w:rsidR="007A5E59" w:rsidRDefault="0095198F">
            <w:pPr>
              <w:jc w:val="center"/>
            </w:pPr>
            <w:r>
              <w:t>0,0</w:t>
            </w:r>
          </w:p>
        </w:tc>
        <w:tc>
          <w:tcPr>
            <w:tcW w:w="0" w:type="auto"/>
          </w:tcPr>
          <w:p w14:paraId="01092656" w14:textId="77777777" w:rsidR="007A5E59" w:rsidRDefault="0095198F">
            <w:pPr>
              <w:jc w:val="center"/>
            </w:pPr>
            <w:r>
              <w:t>0,0</w:t>
            </w:r>
          </w:p>
        </w:tc>
        <w:tc>
          <w:tcPr>
            <w:tcW w:w="0" w:type="auto"/>
          </w:tcPr>
          <w:p w14:paraId="571065EA" w14:textId="77777777" w:rsidR="007A5E59" w:rsidRDefault="0095198F">
            <w:pPr>
              <w:jc w:val="center"/>
            </w:pPr>
            <w:r>
              <w:t>33,0</w:t>
            </w:r>
          </w:p>
        </w:tc>
        <w:tc>
          <w:tcPr>
            <w:tcW w:w="0" w:type="auto"/>
          </w:tcPr>
          <w:p w14:paraId="2B22B673" w14:textId="77777777" w:rsidR="007A5E59" w:rsidRDefault="0095198F">
            <w:pPr>
              <w:jc w:val="center"/>
            </w:pPr>
            <w:r>
              <w:t>136,0</w:t>
            </w:r>
          </w:p>
        </w:tc>
        <w:tc>
          <w:tcPr>
            <w:tcW w:w="0" w:type="auto"/>
          </w:tcPr>
          <w:p w14:paraId="6DBE230E" w14:textId="77777777" w:rsidR="007A5E59" w:rsidRDefault="0095198F">
            <w:pPr>
              <w:jc w:val="center"/>
            </w:pPr>
            <w:r>
              <w:t>805,0</w:t>
            </w:r>
          </w:p>
        </w:tc>
        <w:tc>
          <w:tcPr>
            <w:tcW w:w="0" w:type="auto"/>
          </w:tcPr>
          <w:p w14:paraId="3253C2A7" w14:textId="77777777" w:rsidR="007A5E59" w:rsidRDefault="0095198F">
            <w:pPr>
              <w:jc w:val="center"/>
            </w:pPr>
            <w:r>
              <w:t>666,0</w:t>
            </w:r>
          </w:p>
        </w:tc>
        <w:tc>
          <w:tcPr>
            <w:tcW w:w="0" w:type="auto"/>
          </w:tcPr>
          <w:p w14:paraId="525F502B" w14:textId="77777777" w:rsidR="007A5E59" w:rsidRDefault="0095198F">
            <w:pPr>
              <w:jc w:val="center"/>
            </w:pPr>
            <w:r>
              <w:t>149,0</w:t>
            </w:r>
          </w:p>
        </w:tc>
        <w:tc>
          <w:tcPr>
            <w:tcW w:w="0" w:type="auto"/>
          </w:tcPr>
          <w:p w14:paraId="2D9350BF" w14:textId="77777777" w:rsidR="007A5E59" w:rsidRDefault="0095198F">
            <w:pPr>
              <w:jc w:val="center"/>
            </w:pPr>
            <w:r>
              <w:t>3 761,0</w:t>
            </w:r>
          </w:p>
        </w:tc>
        <w:tc>
          <w:tcPr>
            <w:tcW w:w="0" w:type="auto"/>
          </w:tcPr>
          <w:p w14:paraId="078D8209" w14:textId="77777777" w:rsidR="007A5E59" w:rsidRDefault="0095198F">
            <w:pPr>
              <w:jc w:val="center"/>
            </w:pPr>
            <w:r>
              <w:t>1 392,5</w:t>
            </w:r>
          </w:p>
        </w:tc>
        <w:tc>
          <w:tcPr>
            <w:tcW w:w="0" w:type="auto"/>
          </w:tcPr>
          <w:p w14:paraId="5AC25428" w14:textId="77777777" w:rsidR="007A5E59" w:rsidRDefault="0095198F">
            <w:pPr>
              <w:jc w:val="center"/>
            </w:pPr>
            <w:r>
              <w:t>0,0</w:t>
            </w:r>
          </w:p>
        </w:tc>
        <w:tc>
          <w:tcPr>
            <w:tcW w:w="0" w:type="auto"/>
          </w:tcPr>
          <w:p w14:paraId="6C2367E8" w14:textId="77777777" w:rsidR="007A5E59" w:rsidRDefault="0095198F">
            <w:pPr>
              <w:jc w:val="center"/>
            </w:pPr>
            <w:r>
              <w:t>0,0</w:t>
            </w:r>
          </w:p>
        </w:tc>
        <w:tc>
          <w:tcPr>
            <w:tcW w:w="0" w:type="auto"/>
          </w:tcPr>
          <w:p w14:paraId="25562645" w14:textId="77777777" w:rsidR="007A5E59" w:rsidRDefault="0095198F">
            <w:pPr>
              <w:jc w:val="center"/>
            </w:pPr>
            <w:r>
              <w:t>31,0</w:t>
            </w:r>
          </w:p>
        </w:tc>
        <w:tc>
          <w:tcPr>
            <w:tcW w:w="0" w:type="auto"/>
          </w:tcPr>
          <w:p w14:paraId="7506E99F" w14:textId="77777777" w:rsidR="007A5E59" w:rsidRDefault="0095198F">
            <w:pPr>
              <w:jc w:val="center"/>
            </w:pPr>
            <w:r>
              <w:t>9 308,5</w:t>
            </w:r>
          </w:p>
        </w:tc>
      </w:tr>
      <w:tr w:rsidR="007A5E59" w14:paraId="2C904950" w14:textId="77777777">
        <w:trPr>
          <w:jc w:val="center"/>
        </w:trPr>
        <w:tc>
          <w:tcPr>
            <w:tcW w:w="0" w:type="auto"/>
            <w:shd w:val="clear" w:color="auto" w:fill="DBE5F1"/>
          </w:tcPr>
          <w:p w14:paraId="437E803B" w14:textId="77777777" w:rsidR="007A5E59" w:rsidRDefault="0095198F">
            <w:r>
              <w:rPr>
                <w:b/>
              </w:rPr>
              <w:t>ИТОГО существующая сеть</w:t>
            </w:r>
          </w:p>
        </w:tc>
        <w:tc>
          <w:tcPr>
            <w:tcW w:w="0" w:type="auto"/>
            <w:shd w:val="clear" w:color="auto" w:fill="DBE5F1"/>
          </w:tcPr>
          <w:p w14:paraId="670A3C49" w14:textId="77777777" w:rsidR="007A5E59" w:rsidRDefault="0095198F">
            <w:pPr>
              <w:jc w:val="center"/>
            </w:pPr>
            <w:r>
              <w:rPr>
                <w:b/>
              </w:rPr>
              <w:t>0,0</w:t>
            </w:r>
          </w:p>
        </w:tc>
        <w:tc>
          <w:tcPr>
            <w:tcW w:w="0" w:type="auto"/>
            <w:shd w:val="clear" w:color="auto" w:fill="DBE5F1"/>
          </w:tcPr>
          <w:p w14:paraId="0EB7A918" w14:textId="77777777" w:rsidR="007A5E59" w:rsidRDefault="0095198F">
            <w:pPr>
              <w:jc w:val="center"/>
            </w:pPr>
            <w:r>
              <w:rPr>
                <w:b/>
              </w:rPr>
              <w:t>102,0</w:t>
            </w:r>
          </w:p>
        </w:tc>
        <w:tc>
          <w:tcPr>
            <w:tcW w:w="0" w:type="auto"/>
            <w:shd w:val="clear" w:color="auto" w:fill="DBE5F1"/>
          </w:tcPr>
          <w:p w14:paraId="36DEB8C3" w14:textId="77777777" w:rsidR="007A5E59" w:rsidRDefault="0095198F">
            <w:pPr>
              <w:jc w:val="center"/>
            </w:pPr>
            <w:r>
              <w:rPr>
                <w:b/>
              </w:rPr>
              <w:t>680,0</w:t>
            </w:r>
          </w:p>
        </w:tc>
        <w:tc>
          <w:tcPr>
            <w:tcW w:w="0" w:type="auto"/>
            <w:shd w:val="clear" w:color="auto" w:fill="DBE5F1"/>
          </w:tcPr>
          <w:p w14:paraId="1962EFC7" w14:textId="77777777" w:rsidR="007A5E59" w:rsidRDefault="0095198F">
            <w:pPr>
              <w:jc w:val="center"/>
            </w:pPr>
            <w:r>
              <w:rPr>
                <w:b/>
              </w:rPr>
              <w:t>0,0</w:t>
            </w:r>
          </w:p>
        </w:tc>
        <w:tc>
          <w:tcPr>
            <w:tcW w:w="0" w:type="auto"/>
            <w:shd w:val="clear" w:color="auto" w:fill="DBE5F1"/>
          </w:tcPr>
          <w:p w14:paraId="03955E18" w14:textId="77777777" w:rsidR="007A5E59" w:rsidRDefault="0095198F">
            <w:pPr>
              <w:jc w:val="center"/>
            </w:pPr>
            <w:r>
              <w:rPr>
                <w:b/>
              </w:rPr>
              <w:t>466,0</w:t>
            </w:r>
          </w:p>
        </w:tc>
        <w:tc>
          <w:tcPr>
            <w:tcW w:w="0" w:type="auto"/>
            <w:shd w:val="clear" w:color="auto" w:fill="DBE5F1"/>
          </w:tcPr>
          <w:p w14:paraId="1447660F" w14:textId="77777777" w:rsidR="007A5E59" w:rsidRDefault="0095198F">
            <w:pPr>
              <w:jc w:val="center"/>
            </w:pPr>
            <w:r>
              <w:rPr>
                <w:b/>
              </w:rPr>
              <w:t>1 341,0</w:t>
            </w:r>
          </w:p>
        </w:tc>
        <w:tc>
          <w:tcPr>
            <w:tcW w:w="0" w:type="auto"/>
            <w:shd w:val="clear" w:color="auto" w:fill="DBE5F1"/>
          </w:tcPr>
          <w:p w14:paraId="12230ECA" w14:textId="77777777" w:rsidR="007A5E59" w:rsidRDefault="0095198F">
            <w:pPr>
              <w:jc w:val="center"/>
            </w:pPr>
            <w:r>
              <w:rPr>
                <w:b/>
              </w:rPr>
              <w:t>1 129,0</w:t>
            </w:r>
          </w:p>
        </w:tc>
        <w:tc>
          <w:tcPr>
            <w:tcW w:w="0" w:type="auto"/>
            <w:shd w:val="clear" w:color="auto" w:fill="DBE5F1"/>
          </w:tcPr>
          <w:p w14:paraId="65FB1DD8" w14:textId="77777777" w:rsidR="007A5E59" w:rsidRDefault="0095198F">
            <w:pPr>
              <w:jc w:val="center"/>
            </w:pPr>
            <w:r>
              <w:rPr>
                <w:b/>
              </w:rPr>
              <w:t>0,0</w:t>
            </w:r>
          </w:p>
        </w:tc>
        <w:tc>
          <w:tcPr>
            <w:tcW w:w="0" w:type="auto"/>
            <w:shd w:val="clear" w:color="auto" w:fill="DBE5F1"/>
          </w:tcPr>
          <w:p w14:paraId="6DB4C5BA" w14:textId="77777777" w:rsidR="007A5E59" w:rsidRDefault="0095198F">
            <w:pPr>
              <w:jc w:val="center"/>
            </w:pPr>
            <w:r>
              <w:rPr>
                <w:b/>
              </w:rPr>
              <w:t>0,0</w:t>
            </w:r>
          </w:p>
        </w:tc>
        <w:tc>
          <w:tcPr>
            <w:tcW w:w="0" w:type="auto"/>
            <w:shd w:val="clear" w:color="auto" w:fill="DBE5F1"/>
          </w:tcPr>
          <w:p w14:paraId="4B125DBE" w14:textId="77777777" w:rsidR="007A5E59" w:rsidRDefault="0095198F">
            <w:pPr>
              <w:jc w:val="center"/>
            </w:pPr>
            <w:r>
              <w:rPr>
                <w:b/>
              </w:rPr>
              <w:t>175,0</w:t>
            </w:r>
          </w:p>
        </w:tc>
        <w:tc>
          <w:tcPr>
            <w:tcW w:w="0" w:type="auto"/>
            <w:shd w:val="clear" w:color="auto" w:fill="DBE5F1"/>
          </w:tcPr>
          <w:p w14:paraId="1AA30E87" w14:textId="77777777" w:rsidR="007A5E59" w:rsidRDefault="0095198F">
            <w:pPr>
              <w:jc w:val="center"/>
            </w:pPr>
            <w:r>
              <w:rPr>
                <w:b/>
              </w:rPr>
              <w:t>323,0</w:t>
            </w:r>
          </w:p>
        </w:tc>
        <w:tc>
          <w:tcPr>
            <w:tcW w:w="0" w:type="auto"/>
            <w:shd w:val="clear" w:color="auto" w:fill="DBE5F1"/>
          </w:tcPr>
          <w:p w14:paraId="7C7115F9" w14:textId="77777777" w:rsidR="007A5E59" w:rsidRDefault="0095198F">
            <w:pPr>
              <w:jc w:val="center"/>
            </w:pPr>
            <w:r>
              <w:rPr>
                <w:b/>
              </w:rPr>
              <w:t>805,0</w:t>
            </w:r>
          </w:p>
        </w:tc>
        <w:tc>
          <w:tcPr>
            <w:tcW w:w="0" w:type="auto"/>
            <w:shd w:val="clear" w:color="auto" w:fill="DBE5F1"/>
          </w:tcPr>
          <w:p w14:paraId="1964F5DC" w14:textId="77777777" w:rsidR="007A5E59" w:rsidRDefault="0095198F">
            <w:pPr>
              <w:jc w:val="center"/>
            </w:pPr>
            <w:r>
              <w:rPr>
                <w:b/>
              </w:rPr>
              <w:t>931,0</w:t>
            </w:r>
          </w:p>
        </w:tc>
        <w:tc>
          <w:tcPr>
            <w:tcW w:w="0" w:type="auto"/>
            <w:shd w:val="clear" w:color="auto" w:fill="DBE5F1"/>
          </w:tcPr>
          <w:p w14:paraId="5138AAE6" w14:textId="77777777" w:rsidR="007A5E59" w:rsidRDefault="0095198F">
            <w:pPr>
              <w:jc w:val="center"/>
            </w:pPr>
            <w:r>
              <w:rPr>
                <w:b/>
              </w:rPr>
              <w:t>149,0</w:t>
            </w:r>
          </w:p>
        </w:tc>
        <w:tc>
          <w:tcPr>
            <w:tcW w:w="0" w:type="auto"/>
            <w:shd w:val="clear" w:color="auto" w:fill="DBE5F1"/>
          </w:tcPr>
          <w:p w14:paraId="06011951" w14:textId="77777777" w:rsidR="007A5E59" w:rsidRDefault="0095198F">
            <w:pPr>
              <w:jc w:val="center"/>
            </w:pPr>
            <w:r>
              <w:rPr>
                <w:b/>
              </w:rPr>
              <w:t>3 781,0</w:t>
            </w:r>
          </w:p>
        </w:tc>
        <w:tc>
          <w:tcPr>
            <w:tcW w:w="0" w:type="auto"/>
            <w:shd w:val="clear" w:color="auto" w:fill="DBE5F1"/>
          </w:tcPr>
          <w:p w14:paraId="7334F125" w14:textId="77777777" w:rsidR="007A5E59" w:rsidRDefault="0095198F">
            <w:pPr>
              <w:jc w:val="center"/>
            </w:pPr>
            <w:r>
              <w:rPr>
                <w:b/>
              </w:rPr>
              <w:t>1 392,5</w:t>
            </w:r>
          </w:p>
        </w:tc>
        <w:tc>
          <w:tcPr>
            <w:tcW w:w="0" w:type="auto"/>
            <w:shd w:val="clear" w:color="auto" w:fill="DBE5F1"/>
          </w:tcPr>
          <w:p w14:paraId="51140589" w14:textId="77777777" w:rsidR="007A5E59" w:rsidRDefault="0095198F">
            <w:pPr>
              <w:jc w:val="center"/>
            </w:pPr>
            <w:r>
              <w:rPr>
                <w:b/>
              </w:rPr>
              <w:t>0,0</w:t>
            </w:r>
          </w:p>
        </w:tc>
        <w:tc>
          <w:tcPr>
            <w:tcW w:w="0" w:type="auto"/>
            <w:shd w:val="clear" w:color="auto" w:fill="DBE5F1"/>
          </w:tcPr>
          <w:p w14:paraId="08254498" w14:textId="77777777" w:rsidR="007A5E59" w:rsidRDefault="0095198F">
            <w:pPr>
              <w:jc w:val="center"/>
            </w:pPr>
            <w:r>
              <w:rPr>
                <w:b/>
              </w:rPr>
              <w:t>0,0</w:t>
            </w:r>
          </w:p>
        </w:tc>
        <w:tc>
          <w:tcPr>
            <w:tcW w:w="0" w:type="auto"/>
            <w:shd w:val="clear" w:color="auto" w:fill="DBE5F1"/>
          </w:tcPr>
          <w:p w14:paraId="18C53D4F" w14:textId="77777777" w:rsidR="007A5E59" w:rsidRDefault="0095198F">
            <w:pPr>
              <w:jc w:val="center"/>
            </w:pPr>
            <w:r>
              <w:rPr>
                <w:b/>
              </w:rPr>
              <w:t>43,0</w:t>
            </w:r>
          </w:p>
        </w:tc>
        <w:tc>
          <w:tcPr>
            <w:tcW w:w="0" w:type="auto"/>
            <w:shd w:val="clear" w:color="auto" w:fill="DBE5F1"/>
          </w:tcPr>
          <w:p w14:paraId="61CDBB1E" w14:textId="77777777" w:rsidR="007A5E59" w:rsidRDefault="0095198F">
            <w:pPr>
              <w:jc w:val="center"/>
            </w:pPr>
            <w:r>
              <w:rPr>
                <w:b/>
              </w:rPr>
              <w:t>11 317,5</w:t>
            </w:r>
          </w:p>
        </w:tc>
      </w:tr>
      <w:tr w:rsidR="007A5E59" w14:paraId="3C5591DF" w14:textId="77777777">
        <w:trPr>
          <w:jc w:val="center"/>
        </w:trPr>
        <w:tc>
          <w:tcPr>
            <w:tcW w:w="0" w:type="auto"/>
          </w:tcPr>
          <w:p w14:paraId="36594C9E" w14:textId="77777777" w:rsidR="007A5E59" w:rsidRDefault="0095198F">
            <w:r w:rsidRPr="00312815">
              <w:rPr>
                <w:lang w:val="ru-RU"/>
              </w:rPr>
              <w:t xml:space="preserve">БЛОК 2. Подлежит замене — по сроку службы (порог см. </w:t>
            </w:r>
            <w:r>
              <w:t>БЛОК 4), м</w:t>
            </w:r>
          </w:p>
        </w:tc>
        <w:tc>
          <w:tcPr>
            <w:tcW w:w="0" w:type="auto"/>
          </w:tcPr>
          <w:p w14:paraId="1ADD18FA" w14:textId="77777777" w:rsidR="007A5E59" w:rsidRDefault="007A5E59"/>
        </w:tc>
        <w:tc>
          <w:tcPr>
            <w:tcW w:w="0" w:type="auto"/>
          </w:tcPr>
          <w:p w14:paraId="2F13DE8D" w14:textId="77777777" w:rsidR="007A5E59" w:rsidRDefault="007A5E59"/>
        </w:tc>
        <w:tc>
          <w:tcPr>
            <w:tcW w:w="0" w:type="auto"/>
          </w:tcPr>
          <w:p w14:paraId="284D95C0" w14:textId="77777777" w:rsidR="007A5E59" w:rsidRDefault="007A5E59"/>
        </w:tc>
        <w:tc>
          <w:tcPr>
            <w:tcW w:w="0" w:type="auto"/>
          </w:tcPr>
          <w:p w14:paraId="4376A803" w14:textId="77777777" w:rsidR="007A5E59" w:rsidRDefault="007A5E59"/>
        </w:tc>
        <w:tc>
          <w:tcPr>
            <w:tcW w:w="0" w:type="auto"/>
          </w:tcPr>
          <w:p w14:paraId="3A185CF2" w14:textId="77777777" w:rsidR="007A5E59" w:rsidRDefault="007A5E59"/>
        </w:tc>
        <w:tc>
          <w:tcPr>
            <w:tcW w:w="0" w:type="auto"/>
          </w:tcPr>
          <w:p w14:paraId="53B2924B" w14:textId="77777777" w:rsidR="007A5E59" w:rsidRDefault="007A5E59"/>
        </w:tc>
        <w:tc>
          <w:tcPr>
            <w:tcW w:w="0" w:type="auto"/>
          </w:tcPr>
          <w:p w14:paraId="04A3340C" w14:textId="77777777" w:rsidR="007A5E59" w:rsidRDefault="007A5E59"/>
        </w:tc>
        <w:tc>
          <w:tcPr>
            <w:tcW w:w="0" w:type="auto"/>
          </w:tcPr>
          <w:p w14:paraId="041059F3" w14:textId="77777777" w:rsidR="007A5E59" w:rsidRDefault="007A5E59"/>
        </w:tc>
        <w:tc>
          <w:tcPr>
            <w:tcW w:w="0" w:type="auto"/>
          </w:tcPr>
          <w:p w14:paraId="02576B7D" w14:textId="77777777" w:rsidR="007A5E59" w:rsidRDefault="007A5E59"/>
        </w:tc>
        <w:tc>
          <w:tcPr>
            <w:tcW w:w="0" w:type="auto"/>
          </w:tcPr>
          <w:p w14:paraId="6EC35454" w14:textId="77777777" w:rsidR="007A5E59" w:rsidRDefault="007A5E59"/>
        </w:tc>
        <w:tc>
          <w:tcPr>
            <w:tcW w:w="0" w:type="auto"/>
          </w:tcPr>
          <w:p w14:paraId="56870404" w14:textId="77777777" w:rsidR="007A5E59" w:rsidRDefault="007A5E59"/>
        </w:tc>
        <w:tc>
          <w:tcPr>
            <w:tcW w:w="0" w:type="auto"/>
          </w:tcPr>
          <w:p w14:paraId="14B1F4C8" w14:textId="77777777" w:rsidR="007A5E59" w:rsidRDefault="007A5E59"/>
        </w:tc>
        <w:tc>
          <w:tcPr>
            <w:tcW w:w="0" w:type="auto"/>
          </w:tcPr>
          <w:p w14:paraId="0A0862A5" w14:textId="77777777" w:rsidR="007A5E59" w:rsidRDefault="007A5E59"/>
        </w:tc>
        <w:tc>
          <w:tcPr>
            <w:tcW w:w="0" w:type="auto"/>
          </w:tcPr>
          <w:p w14:paraId="7EBCFA14" w14:textId="77777777" w:rsidR="007A5E59" w:rsidRDefault="007A5E59"/>
        </w:tc>
        <w:tc>
          <w:tcPr>
            <w:tcW w:w="0" w:type="auto"/>
          </w:tcPr>
          <w:p w14:paraId="32D2BC90" w14:textId="77777777" w:rsidR="007A5E59" w:rsidRDefault="007A5E59"/>
        </w:tc>
        <w:tc>
          <w:tcPr>
            <w:tcW w:w="0" w:type="auto"/>
          </w:tcPr>
          <w:p w14:paraId="5998BE59" w14:textId="77777777" w:rsidR="007A5E59" w:rsidRDefault="007A5E59"/>
        </w:tc>
        <w:tc>
          <w:tcPr>
            <w:tcW w:w="0" w:type="auto"/>
          </w:tcPr>
          <w:p w14:paraId="53CB3499" w14:textId="77777777" w:rsidR="007A5E59" w:rsidRDefault="007A5E59"/>
        </w:tc>
        <w:tc>
          <w:tcPr>
            <w:tcW w:w="0" w:type="auto"/>
          </w:tcPr>
          <w:p w14:paraId="35ADAA5F" w14:textId="77777777" w:rsidR="007A5E59" w:rsidRDefault="007A5E59"/>
        </w:tc>
        <w:tc>
          <w:tcPr>
            <w:tcW w:w="0" w:type="auto"/>
          </w:tcPr>
          <w:p w14:paraId="626DE1B7" w14:textId="77777777" w:rsidR="007A5E59" w:rsidRDefault="007A5E59"/>
        </w:tc>
        <w:tc>
          <w:tcPr>
            <w:tcW w:w="0" w:type="auto"/>
          </w:tcPr>
          <w:p w14:paraId="2C791634" w14:textId="77777777" w:rsidR="007A5E59" w:rsidRDefault="007A5E59"/>
        </w:tc>
      </w:tr>
      <w:tr w:rsidR="007A5E59" w14:paraId="40E00F95" w14:textId="77777777">
        <w:trPr>
          <w:jc w:val="center"/>
        </w:trPr>
        <w:tc>
          <w:tcPr>
            <w:tcW w:w="0" w:type="auto"/>
          </w:tcPr>
          <w:p w14:paraId="39C9EEB4" w14:textId="77777777" w:rsidR="007A5E59" w:rsidRDefault="0095198F">
            <w:r>
              <w:t>Этап</w:t>
            </w:r>
          </w:p>
        </w:tc>
        <w:tc>
          <w:tcPr>
            <w:tcW w:w="0" w:type="auto"/>
          </w:tcPr>
          <w:p w14:paraId="12D74F4D" w14:textId="77777777" w:rsidR="007A5E59" w:rsidRDefault="0095198F">
            <w:r>
              <w:t>Дн15</w:t>
            </w:r>
          </w:p>
        </w:tc>
        <w:tc>
          <w:tcPr>
            <w:tcW w:w="0" w:type="auto"/>
          </w:tcPr>
          <w:p w14:paraId="690A03A1" w14:textId="77777777" w:rsidR="007A5E59" w:rsidRDefault="0095198F">
            <w:r>
              <w:t>Дн20</w:t>
            </w:r>
          </w:p>
        </w:tc>
        <w:tc>
          <w:tcPr>
            <w:tcW w:w="0" w:type="auto"/>
          </w:tcPr>
          <w:p w14:paraId="403A1C58" w14:textId="77777777" w:rsidR="007A5E59" w:rsidRDefault="0095198F">
            <w:r>
              <w:t>Дн25</w:t>
            </w:r>
          </w:p>
        </w:tc>
        <w:tc>
          <w:tcPr>
            <w:tcW w:w="0" w:type="auto"/>
          </w:tcPr>
          <w:p w14:paraId="105E222E" w14:textId="77777777" w:rsidR="007A5E59" w:rsidRDefault="0095198F">
            <w:r>
              <w:t>Дн32</w:t>
            </w:r>
          </w:p>
        </w:tc>
        <w:tc>
          <w:tcPr>
            <w:tcW w:w="0" w:type="auto"/>
          </w:tcPr>
          <w:p w14:paraId="0651F9C2" w14:textId="77777777" w:rsidR="007A5E59" w:rsidRDefault="0095198F">
            <w:r>
              <w:t>Дн40</w:t>
            </w:r>
          </w:p>
        </w:tc>
        <w:tc>
          <w:tcPr>
            <w:tcW w:w="0" w:type="auto"/>
          </w:tcPr>
          <w:p w14:paraId="11E7400D" w14:textId="77777777" w:rsidR="007A5E59" w:rsidRDefault="0095198F">
            <w:r>
              <w:t>Дн50</w:t>
            </w:r>
          </w:p>
        </w:tc>
        <w:tc>
          <w:tcPr>
            <w:tcW w:w="0" w:type="auto"/>
          </w:tcPr>
          <w:p w14:paraId="6F90EB84" w14:textId="77777777" w:rsidR="007A5E59" w:rsidRDefault="0095198F">
            <w:r>
              <w:t>Дн65</w:t>
            </w:r>
          </w:p>
        </w:tc>
        <w:tc>
          <w:tcPr>
            <w:tcW w:w="0" w:type="auto"/>
          </w:tcPr>
          <w:p w14:paraId="25A81B05" w14:textId="77777777" w:rsidR="007A5E59" w:rsidRDefault="0095198F">
            <w:r>
              <w:t>Дн68</w:t>
            </w:r>
          </w:p>
        </w:tc>
        <w:tc>
          <w:tcPr>
            <w:tcW w:w="0" w:type="auto"/>
          </w:tcPr>
          <w:p w14:paraId="3D21503B" w14:textId="77777777" w:rsidR="007A5E59" w:rsidRDefault="0095198F">
            <w:r>
              <w:t>Дн70</w:t>
            </w:r>
          </w:p>
        </w:tc>
        <w:tc>
          <w:tcPr>
            <w:tcW w:w="0" w:type="auto"/>
          </w:tcPr>
          <w:p w14:paraId="420FB0DD" w14:textId="77777777" w:rsidR="007A5E59" w:rsidRDefault="0095198F">
            <w:r>
              <w:t>Дн80</w:t>
            </w:r>
          </w:p>
        </w:tc>
        <w:tc>
          <w:tcPr>
            <w:tcW w:w="0" w:type="auto"/>
          </w:tcPr>
          <w:p w14:paraId="6F00E86C" w14:textId="77777777" w:rsidR="007A5E59" w:rsidRDefault="0095198F">
            <w:r>
              <w:t>Дн100</w:t>
            </w:r>
          </w:p>
        </w:tc>
        <w:tc>
          <w:tcPr>
            <w:tcW w:w="0" w:type="auto"/>
          </w:tcPr>
          <w:p w14:paraId="10E164C8" w14:textId="77777777" w:rsidR="007A5E59" w:rsidRDefault="0095198F">
            <w:r>
              <w:t>Дн125</w:t>
            </w:r>
          </w:p>
        </w:tc>
        <w:tc>
          <w:tcPr>
            <w:tcW w:w="0" w:type="auto"/>
          </w:tcPr>
          <w:p w14:paraId="31E415B6" w14:textId="77777777" w:rsidR="007A5E59" w:rsidRDefault="0095198F">
            <w:r>
              <w:t>Дн150</w:t>
            </w:r>
          </w:p>
        </w:tc>
        <w:tc>
          <w:tcPr>
            <w:tcW w:w="0" w:type="auto"/>
          </w:tcPr>
          <w:p w14:paraId="1621C4C8" w14:textId="77777777" w:rsidR="007A5E59" w:rsidRDefault="0095198F">
            <w:r>
              <w:t>Дн200</w:t>
            </w:r>
          </w:p>
        </w:tc>
        <w:tc>
          <w:tcPr>
            <w:tcW w:w="0" w:type="auto"/>
          </w:tcPr>
          <w:p w14:paraId="2886E215" w14:textId="77777777" w:rsidR="007A5E59" w:rsidRDefault="0095198F">
            <w:r>
              <w:t>Дн250</w:t>
            </w:r>
          </w:p>
        </w:tc>
        <w:tc>
          <w:tcPr>
            <w:tcW w:w="0" w:type="auto"/>
          </w:tcPr>
          <w:p w14:paraId="599C06A9" w14:textId="77777777" w:rsidR="007A5E59" w:rsidRDefault="0095198F">
            <w:r>
              <w:t>Дн300</w:t>
            </w:r>
          </w:p>
        </w:tc>
        <w:tc>
          <w:tcPr>
            <w:tcW w:w="0" w:type="auto"/>
          </w:tcPr>
          <w:p w14:paraId="51B862BA" w14:textId="77777777" w:rsidR="007A5E59" w:rsidRDefault="0095198F">
            <w:r>
              <w:t>Дн350</w:t>
            </w:r>
          </w:p>
        </w:tc>
        <w:tc>
          <w:tcPr>
            <w:tcW w:w="0" w:type="auto"/>
          </w:tcPr>
          <w:p w14:paraId="29B0518A" w14:textId="77777777" w:rsidR="007A5E59" w:rsidRDefault="0095198F">
            <w:r>
              <w:t>Дн400</w:t>
            </w:r>
          </w:p>
        </w:tc>
        <w:tc>
          <w:tcPr>
            <w:tcW w:w="0" w:type="auto"/>
          </w:tcPr>
          <w:p w14:paraId="6C34D80C" w14:textId="77777777" w:rsidR="007A5E59" w:rsidRDefault="0095198F">
            <w:r>
              <w:t>Дн500</w:t>
            </w:r>
          </w:p>
        </w:tc>
        <w:tc>
          <w:tcPr>
            <w:tcW w:w="0" w:type="auto"/>
          </w:tcPr>
          <w:p w14:paraId="4251380D" w14:textId="77777777" w:rsidR="007A5E59" w:rsidRDefault="007A5E59"/>
        </w:tc>
      </w:tr>
      <w:tr w:rsidR="007A5E59" w14:paraId="4C404C57" w14:textId="77777777">
        <w:trPr>
          <w:jc w:val="center"/>
        </w:trPr>
        <w:tc>
          <w:tcPr>
            <w:tcW w:w="0" w:type="auto"/>
          </w:tcPr>
          <w:p w14:paraId="6EC29E31" w14:textId="77777777" w:rsidR="007A5E59" w:rsidRDefault="0095198F">
            <w:r>
              <w:t>2026 (год ввода до 2001 включительно)</w:t>
            </w:r>
          </w:p>
        </w:tc>
        <w:tc>
          <w:tcPr>
            <w:tcW w:w="0" w:type="auto"/>
          </w:tcPr>
          <w:p w14:paraId="3B3BC08D" w14:textId="77777777" w:rsidR="007A5E59" w:rsidRDefault="0095198F">
            <w:pPr>
              <w:jc w:val="center"/>
            </w:pPr>
            <w:r>
              <w:t>0,0</w:t>
            </w:r>
          </w:p>
        </w:tc>
        <w:tc>
          <w:tcPr>
            <w:tcW w:w="0" w:type="auto"/>
          </w:tcPr>
          <w:p w14:paraId="7E56B9B6" w14:textId="77777777" w:rsidR="007A5E59" w:rsidRDefault="0095198F">
            <w:pPr>
              <w:jc w:val="center"/>
            </w:pPr>
            <w:r>
              <w:t>0,0</w:t>
            </w:r>
          </w:p>
        </w:tc>
        <w:tc>
          <w:tcPr>
            <w:tcW w:w="0" w:type="auto"/>
          </w:tcPr>
          <w:p w14:paraId="601F68D0" w14:textId="77777777" w:rsidR="007A5E59" w:rsidRDefault="0095198F">
            <w:pPr>
              <w:jc w:val="center"/>
            </w:pPr>
            <w:r>
              <w:t>230,0</w:t>
            </w:r>
          </w:p>
        </w:tc>
        <w:tc>
          <w:tcPr>
            <w:tcW w:w="0" w:type="auto"/>
          </w:tcPr>
          <w:p w14:paraId="3004CA68" w14:textId="77777777" w:rsidR="007A5E59" w:rsidRDefault="0095198F">
            <w:pPr>
              <w:jc w:val="center"/>
            </w:pPr>
            <w:r>
              <w:t>0,0</w:t>
            </w:r>
          </w:p>
        </w:tc>
        <w:tc>
          <w:tcPr>
            <w:tcW w:w="0" w:type="auto"/>
          </w:tcPr>
          <w:p w14:paraId="42D5BF43" w14:textId="77777777" w:rsidR="007A5E59" w:rsidRDefault="0095198F">
            <w:pPr>
              <w:jc w:val="center"/>
            </w:pPr>
            <w:r>
              <w:t>231,0</w:t>
            </w:r>
          </w:p>
        </w:tc>
        <w:tc>
          <w:tcPr>
            <w:tcW w:w="0" w:type="auto"/>
          </w:tcPr>
          <w:p w14:paraId="1D17521F" w14:textId="77777777" w:rsidR="007A5E59" w:rsidRDefault="0095198F">
            <w:pPr>
              <w:jc w:val="center"/>
            </w:pPr>
            <w:r>
              <w:t>658,0</w:t>
            </w:r>
          </w:p>
        </w:tc>
        <w:tc>
          <w:tcPr>
            <w:tcW w:w="0" w:type="auto"/>
          </w:tcPr>
          <w:p w14:paraId="22B62E81" w14:textId="77777777" w:rsidR="007A5E59" w:rsidRDefault="0095198F">
            <w:pPr>
              <w:jc w:val="center"/>
            </w:pPr>
            <w:r>
              <w:t>653,0</w:t>
            </w:r>
          </w:p>
        </w:tc>
        <w:tc>
          <w:tcPr>
            <w:tcW w:w="0" w:type="auto"/>
          </w:tcPr>
          <w:p w14:paraId="4222CA07" w14:textId="77777777" w:rsidR="007A5E59" w:rsidRDefault="0095198F">
            <w:pPr>
              <w:jc w:val="center"/>
            </w:pPr>
            <w:r>
              <w:t>0,0</w:t>
            </w:r>
          </w:p>
        </w:tc>
        <w:tc>
          <w:tcPr>
            <w:tcW w:w="0" w:type="auto"/>
          </w:tcPr>
          <w:p w14:paraId="4BAD4D1A" w14:textId="77777777" w:rsidR="007A5E59" w:rsidRDefault="0095198F">
            <w:pPr>
              <w:jc w:val="center"/>
            </w:pPr>
            <w:r>
              <w:t>0,0</w:t>
            </w:r>
          </w:p>
        </w:tc>
        <w:tc>
          <w:tcPr>
            <w:tcW w:w="0" w:type="auto"/>
          </w:tcPr>
          <w:p w14:paraId="5273C120" w14:textId="77777777" w:rsidR="007A5E59" w:rsidRDefault="0095198F">
            <w:pPr>
              <w:jc w:val="center"/>
            </w:pPr>
            <w:r>
              <w:t>46,0</w:t>
            </w:r>
          </w:p>
        </w:tc>
        <w:tc>
          <w:tcPr>
            <w:tcW w:w="0" w:type="auto"/>
          </w:tcPr>
          <w:p w14:paraId="3DC4CAEE" w14:textId="77777777" w:rsidR="007A5E59" w:rsidRDefault="0095198F">
            <w:pPr>
              <w:jc w:val="center"/>
            </w:pPr>
            <w:r>
              <w:t>186,0</w:t>
            </w:r>
          </w:p>
        </w:tc>
        <w:tc>
          <w:tcPr>
            <w:tcW w:w="0" w:type="auto"/>
          </w:tcPr>
          <w:p w14:paraId="41A9F24A" w14:textId="77777777" w:rsidR="007A5E59" w:rsidRDefault="0095198F">
            <w:pPr>
              <w:jc w:val="center"/>
            </w:pPr>
            <w:r>
              <w:t>300,0</w:t>
            </w:r>
          </w:p>
        </w:tc>
        <w:tc>
          <w:tcPr>
            <w:tcW w:w="0" w:type="auto"/>
          </w:tcPr>
          <w:p w14:paraId="2FC0D4F4" w14:textId="77777777" w:rsidR="007A5E59" w:rsidRDefault="0095198F">
            <w:pPr>
              <w:jc w:val="center"/>
            </w:pPr>
            <w:r>
              <w:t>801,0</w:t>
            </w:r>
          </w:p>
        </w:tc>
        <w:tc>
          <w:tcPr>
            <w:tcW w:w="0" w:type="auto"/>
          </w:tcPr>
          <w:p w14:paraId="13B666D7" w14:textId="77777777" w:rsidR="007A5E59" w:rsidRDefault="0095198F">
            <w:pPr>
              <w:jc w:val="center"/>
            </w:pPr>
            <w:r>
              <w:t>149,0</w:t>
            </w:r>
          </w:p>
        </w:tc>
        <w:tc>
          <w:tcPr>
            <w:tcW w:w="0" w:type="auto"/>
          </w:tcPr>
          <w:p w14:paraId="5794038C" w14:textId="77777777" w:rsidR="007A5E59" w:rsidRDefault="0095198F">
            <w:pPr>
              <w:jc w:val="center"/>
            </w:pPr>
            <w:r>
              <w:t>3 781,0</w:t>
            </w:r>
          </w:p>
        </w:tc>
        <w:tc>
          <w:tcPr>
            <w:tcW w:w="0" w:type="auto"/>
          </w:tcPr>
          <w:p w14:paraId="6458E999" w14:textId="77777777" w:rsidR="007A5E59" w:rsidRDefault="0095198F">
            <w:pPr>
              <w:jc w:val="center"/>
            </w:pPr>
            <w:r>
              <w:t>340,5</w:t>
            </w:r>
          </w:p>
        </w:tc>
        <w:tc>
          <w:tcPr>
            <w:tcW w:w="0" w:type="auto"/>
          </w:tcPr>
          <w:p w14:paraId="42068752" w14:textId="77777777" w:rsidR="007A5E59" w:rsidRDefault="0095198F">
            <w:pPr>
              <w:jc w:val="center"/>
            </w:pPr>
            <w:r>
              <w:t>0,0</w:t>
            </w:r>
          </w:p>
        </w:tc>
        <w:tc>
          <w:tcPr>
            <w:tcW w:w="0" w:type="auto"/>
          </w:tcPr>
          <w:p w14:paraId="0F822E7B" w14:textId="77777777" w:rsidR="007A5E59" w:rsidRDefault="0095198F">
            <w:pPr>
              <w:jc w:val="center"/>
            </w:pPr>
            <w:r>
              <w:t>0,0</w:t>
            </w:r>
          </w:p>
        </w:tc>
        <w:tc>
          <w:tcPr>
            <w:tcW w:w="0" w:type="auto"/>
          </w:tcPr>
          <w:p w14:paraId="103DE86C" w14:textId="77777777" w:rsidR="007A5E59" w:rsidRDefault="0095198F">
            <w:pPr>
              <w:jc w:val="center"/>
            </w:pPr>
            <w:r>
              <w:t>43,0</w:t>
            </w:r>
          </w:p>
        </w:tc>
        <w:tc>
          <w:tcPr>
            <w:tcW w:w="0" w:type="auto"/>
          </w:tcPr>
          <w:p w14:paraId="320A3281" w14:textId="77777777" w:rsidR="007A5E59" w:rsidRDefault="0095198F">
            <w:pPr>
              <w:jc w:val="center"/>
            </w:pPr>
            <w:r>
              <w:t>7 418,5</w:t>
            </w:r>
          </w:p>
        </w:tc>
      </w:tr>
      <w:tr w:rsidR="007A5E59" w14:paraId="1856DDBA" w14:textId="77777777">
        <w:trPr>
          <w:jc w:val="center"/>
        </w:trPr>
        <w:tc>
          <w:tcPr>
            <w:tcW w:w="0" w:type="auto"/>
          </w:tcPr>
          <w:p w14:paraId="59BD7866" w14:textId="77777777" w:rsidR="007A5E59" w:rsidRDefault="0095198F">
            <w:r>
              <w:t>2031 (год ввода 2002–2006)</w:t>
            </w:r>
          </w:p>
        </w:tc>
        <w:tc>
          <w:tcPr>
            <w:tcW w:w="0" w:type="auto"/>
          </w:tcPr>
          <w:p w14:paraId="54C0D63E" w14:textId="77777777" w:rsidR="007A5E59" w:rsidRDefault="0095198F">
            <w:pPr>
              <w:jc w:val="center"/>
            </w:pPr>
            <w:r>
              <w:t>0,0</w:t>
            </w:r>
          </w:p>
        </w:tc>
        <w:tc>
          <w:tcPr>
            <w:tcW w:w="0" w:type="auto"/>
          </w:tcPr>
          <w:p w14:paraId="04E7E5AA" w14:textId="77777777" w:rsidR="007A5E59" w:rsidRDefault="0095198F">
            <w:pPr>
              <w:jc w:val="center"/>
            </w:pPr>
            <w:r>
              <w:t>0,0</w:t>
            </w:r>
          </w:p>
        </w:tc>
        <w:tc>
          <w:tcPr>
            <w:tcW w:w="0" w:type="auto"/>
          </w:tcPr>
          <w:p w14:paraId="4F6255C4" w14:textId="77777777" w:rsidR="007A5E59" w:rsidRDefault="0095198F">
            <w:pPr>
              <w:jc w:val="center"/>
            </w:pPr>
            <w:r>
              <w:t>0,0</w:t>
            </w:r>
          </w:p>
        </w:tc>
        <w:tc>
          <w:tcPr>
            <w:tcW w:w="0" w:type="auto"/>
          </w:tcPr>
          <w:p w14:paraId="0A812416" w14:textId="77777777" w:rsidR="007A5E59" w:rsidRDefault="0095198F">
            <w:pPr>
              <w:jc w:val="center"/>
            </w:pPr>
            <w:r>
              <w:t>0,0</w:t>
            </w:r>
          </w:p>
        </w:tc>
        <w:tc>
          <w:tcPr>
            <w:tcW w:w="0" w:type="auto"/>
          </w:tcPr>
          <w:p w14:paraId="17521857" w14:textId="77777777" w:rsidR="007A5E59" w:rsidRDefault="0095198F">
            <w:pPr>
              <w:jc w:val="center"/>
            </w:pPr>
            <w:r>
              <w:t>0,0</w:t>
            </w:r>
          </w:p>
        </w:tc>
        <w:tc>
          <w:tcPr>
            <w:tcW w:w="0" w:type="auto"/>
          </w:tcPr>
          <w:p w14:paraId="437C8BDC" w14:textId="77777777" w:rsidR="007A5E59" w:rsidRDefault="0095198F">
            <w:pPr>
              <w:jc w:val="center"/>
            </w:pPr>
            <w:r>
              <w:t>0,0</w:t>
            </w:r>
          </w:p>
        </w:tc>
        <w:tc>
          <w:tcPr>
            <w:tcW w:w="0" w:type="auto"/>
          </w:tcPr>
          <w:p w14:paraId="1C0E50FD" w14:textId="77777777" w:rsidR="007A5E59" w:rsidRDefault="0095198F">
            <w:pPr>
              <w:jc w:val="center"/>
            </w:pPr>
            <w:r>
              <w:t>0,0</w:t>
            </w:r>
          </w:p>
        </w:tc>
        <w:tc>
          <w:tcPr>
            <w:tcW w:w="0" w:type="auto"/>
          </w:tcPr>
          <w:p w14:paraId="6C45BA1F" w14:textId="77777777" w:rsidR="007A5E59" w:rsidRDefault="0095198F">
            <w:pPr>
              <w:jc w:val="center"/>
            </w:pPr>
            <w:r>
              <w:t>0,0</w:t>
            </w:r>
          </w:p>
        </w:tc>
        <w:tc>
          <w:tcPr>
            <w:tcW w:w="0" w:type="auto"/>
          </w:tcPr>
          <w:p w14:paraId="4A022AA7" w14:textId="77777777" w:rsidR="007A5E59" w:rsidRDefault="0095198F">
            <w:pPr>
              <w:jc w:val="center"/>
            </w:pPr>
            <w:r>
              <w:t>0,0</w:t>
            </w:r>
          </w:p>
        </w:tc>
        <w:tc>
          <w:tcPr>
            <w:tcW w:w="0" w:type="auto"/>
          </w:tcPr>
          <w:p w14:paraId="502B1804" w14:textId="77777777" w:rsidR="007A5E59" w:rsidRDefault="0095198F">
            <w:pPr>
              <w:jc w:val="center"/>
            </w:pPr>
            <w:r>
              <w:t>0,0</w:t>
            </w:r>
          </w:p>
        </w:tc>
        <w:tc>
          <w:tcPr>
            <w:tcW w:w="0" w:type="auto"/>
          </w:tcPr>
          <w:p w14:paraId="20453902" w14:textId="77777777" w:rsidR="007A5E59" w:rsidRDefault="0095198F">
            <w:pPr>
              <w:jc w:val="center"/>
            </w:pPr>
            <w:r>
              <w:t>0,0</w:t>
            </w:r>
          </w:p>
        </w:tc>
        <w:tc>
          <w:tcPr>
            <w:tcW w:w="0" w:type="auto"/>
          </w:tcPr>
          <w:p w14:paraId="1AA8B641" w14:textId="77777777" w:rsidR="007A5E59" w:rsidRDefault="0095198F">
            <w:pPr>
              <w:jc w:val="center"/>
            </w:pPr>
            <w:r>
              <w:t>0,0</w:t>
            </w:r>
          </w:p>
        </w:tc>
        <w:tc>
          <w:tcPr>
            <w:tcW w:w="0" w:type="auto"/>
          </w:tcPr>
          <w:p w14:paraId="55649BC0" w14:textId="77777777" w:rsidR="007A5E59" w:rsidRDefault="0095198F">
            <w:pPr>
              <w:jc w:val="center"/>
            </w:pPr>
            <w:r>
              <w:t>0,0</w:t>
            </w:r>
          </w:p>
        </w:tc>
        <w:tc>
          <w:tcPr>
            <w:tcW w:w="0" w:type="auto"/>
          </w:tcPr>
          <w:p w14:paraId="0FB8012D" w14:textId="77777777" w:rsidR="007A5E59" w:rsidRDefault="0095198F">
            <w:pPr>
              <w:jc w:val="center"/>
            </w:pPr>
            <w:r>
              <w:t>0,0</w:t>
            </w:r>
          </w:p>
        </w:tc>
        <w:tc>
          <w:tcPr>
            <w:tcW w:w="0" w:type="auto"/>
          </w:tcPr>
          <w:p w14:paraId="2111C875" w14:textId="77777777" w:rsidR="007A5E59" w:rsidRDefault="0095198F">
            <w:pPr>
              <w:jc w:val="center"/>
            </w:pPr>
            <w:r>
              <w:t>0,0</w:t>
            </w:r>
          </w:p>
        </w:tc>
        <w:tc>
          <w:tcPr>
            <w:tcW w:w="0" w:type="auto"/>
          </w:tcPr>
          <w:p w14:paraId="4243F151" w14:textId="77777777" w:rsidR="007A5E59" w:rsidRDefault="0095198F">
            <w:pPr>
              <w:jc w:val="center"/>
            </w:pPr>
            <w:r>
              <w:t>0,0</w:t>
            </w:r>
          </w:p>
        </w:tc>
        <w:tc>
          <w:tcPr>
            <w:tcW w:w="0" w:type="auto"/>
          </w:tcPr>
          <w:p w14:paraId="438D8ED6" w14:textId="77777777" w:rsidR="007A5E59" w:rsidRDefault="0095198F">
            <w:pPr>
              <w:jc w:val="center"/>
            </w:pPr>
            <w:r>
              <w:t>0,0</w:t>
            </w:r>
          </w:p>
        </w:tc>
        <w:tc>
          <w:tcPr>
            <w:tcW w:w="0" w:type="auto"/>
          </w:tcPr>
          <w:p w14:paraId="28AD7C7D" w14:textId="77777777" w:rsidR="007A5E59" w:rsidRDefault="0095198F">
            <w:pPr>
              <w:jc w:val="center"/>
            </w:pPr>
            <w:r>
              <w:t>0,0</w:t>
            </w:r>
          </w:p>
        </w:tc>
        <w:tc>
          <w:tcPr>
            <w:tcW w:w="0" w:type="auto"/>
          </w:tcPr>
          <w:p w14:paraId="228D8B99" w14:textId="77777777" w:rsidR="007A5E59" w:rsidRDefault="0095198F">
            <w:pPr>
              <w:jc w:val="center"/>
            </w:pPr>
            <w:r>
              <w:t>0,0</w:t>
            </w:r>
          </w:p>
        </w:tc>
        <w:tc>
          <w:tcPr>
            <w:tcW w:w="0" w:type="auto"/>
          </w:tcPr>
          <w:p w14:paraId="2B312B4C" w14:textId="77777777" w:rsidR="007A5E59" w:rsidRDefault="0095198F">
            <w:pPr>
              <w:jc w:val="center"/>
            </w:pPr>
            <w:r>
              <w:t>0,0</w:t>
            </w:r>
          </w:p>
        </w:tc>
      </w:tr>
      <w:tr w:rsidR="007A5E59" w14:paraId="060EAD99" w14:textId="77777777">
        <w:trPr>
          <w:jc w:val="center"/>
        </w:trPr>
        <w:tc>
          <w:tcPr>
            <w:tcW w:w="0" w:type="auto"/>
          </w:tcPr>
          <w:p w14:paraId="5784D740" w14:textId="77777777" w:rsidR="007A5E59" w:rsidRDefault="0095198F">
            <w:r>
              <w:t>2036 (год ввода 2007–2011)</w:t>
            </w:r>
          </w:p>
        </w:tc>
        <w:tc>
          <w:tcPr>
            <w:tcW w:w="0" w:type="auto"/>
          </w:tcPr>
          <w:p w14:paraId="1E42924F" w14:textId="77777777" w:rsidR="007A5E59" w:rsidRDefault="0095198F">
            <w:pPr>
              <w:jc w:val="center"/>
            </w:pPr>
            <w:r>
              <w:t>0,0</w:t>
            </w:r>
          </w:p>
        </w:tc>
        <w:tc>
          <w:tcPr>
            <w:tcW w:w="0" w:type="auto"/>
          </w:tcPr>
          <w:p w14:paraId="7AF3B54A" w14:textId="77777777" w:rsidR="007A5E59" w:rsidRDefault="0095198F">
            <w:pPr>
              <w:jc w:val="center"/>
            </w:pPr>
            <w:r>
              <w:t>0,0</w:t>
            </w:r>
          </w:p>
        </w:tc>
        <w:tc>
          <w:tcPr>
            <w:tcW w:w="0" w:type="auto"/>
          </w:tcPr>
          <w:p w14:paraId="727EDADB" w14:textId="77777777" w:rsidR="007A5E59" w:rsidRDefault="0095198F">
            <w:pPr>
              <w:jc w:val="center"/>
            </w:pPr>
            <w:r>
              <w:t>60,0</w:t>
            </w:r>
          </w:p>
        </w:tc>
        <w:tc>
          <w:tcPr>
            <w:tcW w:w="0" w:type="auto"/>
          </w:tcPr>
          <w:p w14:paraId="079EF0E2" w14:textId="77777777" w:rsidR="007A5E59" w:rsidRDefault="0095198F">
            <w:pPr>
              <w:jc w:val="center"/>
            </w:pPr>
            <w:r>
              <w:t>0,0</w:t>
            </w:r>
          </w:p>
        </w:tc>
        <w:tc>
          <w:tcPr>
            <w:tcW w:w="0" w:type="auto"/>
          </w:tcPr>
          <w:p w14:paraId="778BC22C" w14:textId="77777777" w:rsidR="007A5E59" w:rsidRDefault="0095198F">
            <w:pPr>
              <w:jc w:val="center"/>
            </w:pPr>
            <w:r>
              <w:t>0,0</w:t>
            </w:r>
          </w:p>
        </w:tc>
        <w:tc>
          <w:tcPr>
            <w:tcW w:w="0" w:type="auto"/>
          </w:tcPr>
          <w:p w14:paraId="47A51B67" w14:textId="77777777" w:rsidR="007A5E59" w:rsidRDefault="0095198F">
            <w:pPr>
              <w:jc w:val="center"/>
            </w:pPr>
            <w:r>
              <w:t>144,0</w:t>
            </w:r>
          </w:p>
        </w:tc>
        <w:tc>
          <w:tcPr>
            <w:tcW w:w="0" w:type="auto"/>
          </w:tcPr>
          <w:p w14:paraId="24191D5B" w14:textId="77777777" w:rsidR="007A5E59" w:rsidRDefault="0095198F">
            <w:pPr>
              <w:jc w:val="center"/>
            </w:pPr>
            <w:r>
              <w:t>164,0</w:t>
            </w:r>
          </w:p>
        </w:tc>
        <w:tc>
          <w:tcPr>
            <w:tcW w:w="0" w:type="auto"/>
          </w:tcPr>
          <w:p w14:paraId="7287E4DA" w14:textId="77777777" w:rsidR="007A5E59" w:rsidRDefault="0095198F">
            <w:pPr>
              <w:jc w:val="center"/>
            </w:pPr>
            <w:r>
              <w:t>0,0</w:t>
            </w:r>
          </w:p>
        </w:tc>
        <w:tc>
          <w:tcPr>
            <w:tcW w:w="0" w:type="auto"/>
          </w:tcPr>
          <w:p w14:paraId="62637342" w14:textId="77777777" w:rsidR="007A5E59" w:rsidRDefault="0095198F">
            <w:pPr>
              <w:jc w:val="center"/>
            </w:pPr>
            <w:r>
              <w:t>0,0</w:t>
            </w:r>
          </w:p>
        </w:tc>
        <w:tc>
          <w:tcPr>
            <w:tcW w:w="0" w:type="auto"/>
          </w:tcPr>
          <w:p w14:paraId="1C4992C1" w14:textId="77777777" w:rsidR="007A5E59" w:rsidRDefault="0095198F">
            <w:pPr>
              <w:jc w:val="center"/>
            </w:pPr>
            <w:r>
              <w:t>99,0</w:t>
            </w:r>
          </w:p>
        </w:tc>
        <w:tc>
          <w:tcPr>
            <w:tcW w:w="0" w:type="auto"/>
          </w:tcPr>
          <w:p w14:paraId="4D8FBF8B" w14:textId="77777777" w:rsidR="007A5E59" w:rsidRDefault="0095198F">
            <w:pPr>
              <w:jc w:val="center"/>
            </w:pPr>
            <w:r>
              <w:t>20,0</w:t>
            </w:r>
          </w:p>
        </w:tc>
        <w:tc>
          <w:tcPr>
            <w:tcW w:w="0" w:type="auto"/>
          </w:tcPr>
          <w:p w14:paraId="1EB411A3" w14:textId="77777777" w:rsidR="007A5E59" w:rsidRDefault="0095198F">
            <w:pPr>
              <w:jc w:val="center"/>
            </w:pPr>
            <w:r>
              <w:t>0,0</w:t>
            </w:r>
          </w:p>
        </w:tc>
        <w:tc>
          <w:tcPr>
            <w:tcW w:w="0" w:type="auto"/>
          </w:tcPr>
          <w:p w14:paraId="7D156165" w14:textId="77777777" w:rsidR="007A5E59" w:rsidRDefault="0095198F">
            <w:pPr>
              <w:jc w:val="center"/>
            </w:pPr>
            <w:r>
              <w:t>0,0</w:t>
            </w:r>
          </w:p>
        </w:tc>
        <w:tc>
          <w:tcPr>
            <w:tcW w:w="0" w:type="auto"/>
          </w:tcPr>
          <w:p w14:paraId="38464EF6" w14:textId="77777777" w:rsidR="007A5E59" w:rsidRDefault="0095198F">
            <w:pPr>
              <w:jc w:val="center"/>
            </w:pPr>
            <w:r>
              <w:t>0,0</w:t>
            </w:r>
          </w:p>
        </w:tc>
        <w:tc>
          <w:tcPr>
            <w:tcW w:w="0" w:type="auto"/>
          </w:tcPr>
          <w:p w14:paraId="7C50032A" w14:textId="77777777" w:rsidR="007A5E59" w:rsidRDefault="0095198F">
            <w:pPr>
              <w:jc w:val="center"/>
            </w:pPr>
            <w:r>
              <w:t>0,0</w:t>
            </w:r>
          </w:p>
        </w:tc>
        <w:tc>
          <w:tcPr>
            <w:tcW w:w="0" w:type="auto"/>
          </w:tcPr>
          <w:p w14:paraId="24964D42" w14:textId="77777777" w:rsidR="007A5E59" w:rsidRDefault="0095198F">
            <w:pPr>
              <w:jc w:val="center"/>
            </w:pPr>
            <w:r>
              <w:t>0,0</w:t>
            </w:r>
          </w:p>
        </w:tc>
        <w:tc>
          <w:tcPr>
            <w:tcW w:w="0" w:type="auto"/>
          </w:tcPr>
          <w:p w14:paraId="351E9F24" w14:textId="77777777" w:rsidR="007A5E59" w:rsidRDefault="0095198F">
            <w:pPr>
              <w:jc w:val="center"/>
            </w:pPr>
            <w:r>
              <w:t>0,0</w:t>
            </w:r>
          </w:p>
        </w:tc>
        <w:tc>
          <w:tcPr>
            <w:tcW w:w="0" w:type="auto"/>
          </w:tcPr>
          <w:p w14:paraId="72CBEA76" w14:textId="77777777" w:rsidR="007A5E59" w:rsidRDefault="0095198F">
            <w:pPr>
              <w:jc w:val="center"/>
            </w:pPr>
            <w:r>
              <w:t>0,0</w:t>
            </w:r>
          </w:p>
        </w:tc>
        <w:tc>
          <w:tcPr>
            <w:tcW w:w="0" w:type="auto"/>
          </w:tcPr>
          <w:p w14:paraId="13EEAE86" w14:textId="77777777" w:rsidR="007A5E59" w:rsidRDefault="0095198F">
            <w:pPr>
              <w:jc w:val="center"/>
            </w:pPr>
            <w:r>
              <w:t>0,0</w:t>
            </w:r>
          </w:p>
        </w:tc>
        <w:tc>
          <w:tcPr>
            <w:tcW w:w="0" w:type="auto"/>
          </w:tcPr>
          <w:p w14:paraId="46AA15AF" w14:textId="77777777" w:rsidR="007A5E59" w:rsidRDefault="0095198F">
            <w:pPr>
              <w:jc w:val="center"/>
            </w:pPr>
            <w:r>
              <w:t>487,0</w:t>
            </w:r>
          </w:p>
        </w:tc>
      </w:tr>
      <w:tr w:rsidR="007A5E59" w14:paraId="66522D2A" w14:textId="77777777">
        <w:trPr>
          <w:jc w:val="center"/>
        </w:trPr>
        <w:tc>
          <w:tcPr>
            <w:tcW w:w="0" w:type="auto"/>
            <w:shd w:val="clear" w:color="auto" w:fill="DBE5F1"/>
          </w:tcPr>
          <w:p w14:paraId="7C2683F2" w14:textId="77777777" w:rsidR="007A5E59" w:rsidRDefault="0095198F">
            <w:r>
              <w:rPr>
                <w:b/>
              </w:rPr>
              <w:t>ИТОГО под замену 2026–2036</w:t>
            </w:r>
          </w:p>
        </w:tc>
        <w:tc>
          <w:tcPr>
            <w:tcW w:w="0" w:type="auto"/>
            <w:shd w:val="clear" w:color="auto" w:fill="DBE5F1"/>
          </w:tcPr>
          <w:p w14:paraId="6CA0D20C" w14:textId="77777777" w:rsidR="007A5E59" w:rsidRDefault="0095198F">
            <w:pPr>
              <w:jc w:val="center"/>
            </w:pPr>
            <w:r>
              <w:rPr>
                <w:b/>
              </w:rPr>
              <w:t>0,0</w:t>
            </w:r>
          </w:p>
        </w:tc>
        <w:tc>
          <w:tcPr>
            <w:tcW w:w="0" w:type="auto"/>
            <w:shd w:val="clear" w:color="auto" w:fill="DBE5F1"/>
          </w:tcPr>
          <w:p w14:paraId="70A70F5E" w14:textId="77777777" w:rsidR="007A5E59" w:rsidRDefault="0095198F">
            <w:pPr>
              <w:jc w:val="center"/>
            </w:pPr>
            <w:r>
              <w:rPr>
                <w:b/>
              </w:rPr>
              <w:t>0,0</w:t>
            </w:r>
          </w:p>
        </w:tc>
        <w:tc>
          <w:tcPr>
            <w:tcW w:w="0" w:type="auto"/>
            <w:shd w:val="clear" w:color="auto" w:fill="DBE5F1"/>
          </w:tcPr>
          <w:p w14:paraId="54057079" w14:textId="77777777" w:rsidR="007A5E59" w:rsidRDefault="0095198F">
            <w:pPr>
              <w:jc w:val="center"/>
            </w:pPr>
            <w:r>
              <w:rPr>
                <w:b/>
              </w:rPr>
              <w:t>290,0</w:t>
            </w:r>
          </w:p>
        </w:tc>
        <w:tc>
          <w:tcPr>
            <w:tcW w:w="0" w:type="auto"/>
            <w:shd w:val="clear" w:color="auto" w:fill="DBE5F1"/>
          </w:tcPr>
          <w:p w14:paraId="6FB8BE60" w14:textId="77777777" w:rsidR="007A5E59" w:rsidRDefault="0095198F">
            <w:pPr>
              <w:jc w:val="center"/>
            </w:pPr>
            <w:r>
              <w:rPr>
                <w:b/>
              </w:rPr>
              <w:t>0,0</w:t>
            </w:r>
          </w:p>
        </w:tc>
        <w:tc>
          <w:tcPr>
            <w:tcW w:w="0" w:type="auto"/>
            <w:shd w:val="clear" w:color="auto" w:fill="DBE5F1"/>
          </w:tcPr>
          <w:p w14:paraId="1D6C62B6" w14:textId="77777777" w:rsidR="007A5E59" w:rsidRDefault="0095198F">
            <w:pPr>
              <w:jc w:val="center"/>
            </w:pPr>
            <w:r>
              <w:rPr>
                <w:b/>
              </w:rPr>
              <w:t>231,0</w:t>
            </w:r>
          </w:p>
        </w:tc>
        <w:tc>
          <w:tcPr>
            <w:tcW w:w="0" w:type="auto"/>
            <w:shd w:val="clear" w:color="auto" w:fill="DBE5F1"/>
          </w:tcPr>
          <w:p w14:paraId="6213A114" w14:textId="77777777" w:rsidR="007A5E59" w:rsidRDefault="0095198F">
            <w:pPr>
              <w:jc w:val="center"/>
            </w:pPr>
            <w:r>
              <w:rPr>
                <w:b/>
              </w:rPr>
              <w:t>802,0</w:t>
            </w:r>
          </w:p>
        </w:tc>
        <w:tc>
          <w:tcPr>
            <w:tcW w:w="0" w:type="auto"/>
            <w:shd w:val="clear" w:color="auto" w:fill="DBE5F1"/>
          </w:tcPr>
          <w:p w14:paraId="2617689D" w14:textId="77777777" w:rsidR="007A5E59" w:rsidRDefault="0095198F">
            <w:pPr>
              <w:jc w:val="center"/>
            </w:pPr>
            <w:r>
              <w:rPr>
                <w:b/>
              </w:rPr>
              <w:t>817,0</w:t>
            </w:r>
          </w:p>
        </w:tc>
        <w:tc>
          <w:tcPr>
            <w:tcW w:w="0" w:type="auto"/>
            <w:shd w:val="clear" w:color="auto" w:fill="DBE5F1"/>
          </w:tcPr>
          <w:p w14:paraId="6B151B89" w14:textId="77777777" w:rsidR="007A5E59" w:rsidRDefault="0095198F">
            <w:pPr>
              <w:jc w:val="center"/>
            </w:pPr>
            <w:r>
              <w:rPr>
                <w:b/>
              </w:rPr>
              <w:t>0,0</w:t>
            </w:r>
          </w:p>
        </w:tc>
        <w:tc>
          <w:tcPr>
            <w:tcW w:w="0" w:type="auto"/>
            <w:shd w:val="clear" w:color="auto" w:fill="DBE5F1"/>
          </w:tcPr>
          <w:p w14:paraId="23CE4212" w14:textId="77777777" w:rsidR="007A5E59" w:rsidRDefault="0095198F">
            <w:pPr>
              <w:jc w:val="center"/>
            </w:pPr>
            <w:r>
              <w:rPr>
                <w:b/>
              </w:rPr>
              <w:t>0,0</w:t>
            </w:r>
          </w:p>
        </w:tc>
        <w:tc>
          <w:tcPr>
            <w:tcW w:w="0" w:type="auto"/>
            <w:shd w:val="clear" w:color="auto" w:fill="DBE5F1"/>
          </w:tcPr>
          <w:p w14:paraId="3AC96436" w14:textId="77777777" w:rsidR="007A5E59" w:rsidRDefault="0095198F">
            <w:pPr>
              <w:jc w:val="center"/>
            </w:pPr>
            <w:r>
              <w:rPr>
                <w:b/>
              </w:rPr>
              <w:t>145,0</w:t>
            </w:r>
          </w:p>
        </w:tc>
        <w:tc>
          <w:tcPr>
            <w:tcW w:w="0" w:type="auto"/>
            <w:shd w:val="clear" w:color="auto" w:fill="DBE5F1"/>
          </w:tcPr>
          <w:p w14:paraId="5B1643E2" w14:textId="77777777" w:rsidR="007A5E59" w:rsidRDefault="0095198F">
            <w:pPr>
              <w:jc w:val="center"/>
            </w:pPr>
            <w:r>
              <w:rPr>
                <w:b/>
              </w:rPr>
              <w:t>206,0</w:t>
            </w:r>
          </w:p>
        </w:tc>
        <w:tc>
          <w:tcPr>
            <w:tcW w:w="0" w:type="auto"/>
            <w:shd w:val="clear" w:color="auto" w:fill="DBE5F1"/>
          </w:tcPr>
          <w:p w14:paraId="00370DE5" w14:textId="77777777" w:rsidR="007A5E59" w:rsidRDefault="0095198F">
            <w:pPr>
              <w:jc w:val="center"/>
            </w:pPr>
            <w:r>
              <w:rPr>
                <w:b/>
              </w:rPr>
              <w:t>300,0</w:t>
            </w:r>
          </w:p>
        </w:tc>
        <w:tc>
          <w:tcPr>
            <w:tcW w:w="0" w:type="auto"/>
            <w:shd w:val="clear" w:color="auto" w:fill="DBE5F1"/>
          </w:tcPr>
          <w:p w14:paraId="5B1CC708" w14:textId="77777777" w:rsidR="007A5E59" w:rsidRDefault="0095198F">
            <w:pPr>
              <w:jc w:val="center"/>
            </w:pPr>
            <w:r>
              <w:rPr>
                <w:b/>
              </w:rPr>
              <w:t>801,0</w:t>
            </w:r>
          </w:p>
        </w:tc>
        <w:tc>
          <w:tcPr>
            <w:tcW w:w="0" w:type="auto"/>
            <w:shd w:val="clear" w:color="auto" w:fill="DBE5F1"/>
          </w:tcPr>
          <w:p w14:paraId="7A0C6AA0" w14:textId="77777777" w:rsidR="007A5E59" w:rsidRDefault="0095198F">
            <w:pPr>
              <w:jc w:val="center"/>
            </w:pPr>
            <w:r>
              <w:rPr>
                <w:b/>
              </w:rPr>
              <w:t>149,0</w:t>
            </w:r>
          </w:p>
        </w:tc>
        <w:tc>
          <w:tcPr>
            <w:tcW w:w="0" w:type="auto"/>
            <w:shd w:val="clear" w:color="auto" w:fill="DBE5F1"/>
          </w:tcPr>
          <w:p w14:paraId="496379DB" w14:textId="77777777" w:rsidR="007A5E59" w:rsidRDefault="0095198F">
            <w:pPr>
              <w:jc w:val="center"/>
            </w:pPr>
            <w:r>
              <w:rPr>
                <w:b/>
              </w:rPr>
              <w:t>3 781,0</w:t>
            </w:r>
          </w:p>
        </w:tc>
        <w:tc>
          <w:tcPr>
            <w:tcW w:w="0" w:type="auto"/>
            <w:shd w:val="clear" w:color="auto" w:fill="DBE5F1"/>
          </w:tcPr>
          <w:p w14:paraId="0846989C" w14:textId="77777777" w:rsidR="007A5E59" w:rsidRDefault="0095198F">
            <w:pPr>
              <w:jc w:val="center"/>
            </w:pPr>
            <w:r>
              <w:rPr>
                <w:b/>
              </w:rPr>
              <w:t>340,5</w:t>
            </w:r>
          </w:p>
        </w:tc>
        <w:tc>
          <w:tcPr>
            <w:tcW w:w="0" w:type="auto"/>
            <w:shd w:val="clear" w:color="auto" w:fill="DBE5F1"/>
          </w:tcPr>
          <w:p w14:paraId="1759482E" w14:textId="77777777" w:rsidR="007A5E59" w:rsidRDefault="0095198F">
            <w:pPr>
              <w:jc w:val="center"/>
            </w:pPr>
            <w:r>
              <w:rPr>
                <w:b/>
              </w:rPr>
              <w:t>0,0</w:t>
            </w:r>
          </w:p>
        </w:tc>
        <w:tc>
          <w:tcPr>
            <w:tcW w:w="0" w:type="auto"/>
            <w:shd w:val="clear" w:color="auto" w:fill="DBE5F1"/>
          </w:tcPr>
          <w:p w14:paraId="5732C654" w14:textId="77777777" w:rsidR="007A5E59" w:rsidRDefault="0095198F">
            <w:pPr>
              <w:jc w:val="center"/>
            </w:pPr>
            <w:r>
              <w:rPr>
                <w:b/>
              </w:rPr>
              <w:t>0,0</w:t>
            </w:r>
          </w:p>
        </w:tc>
        <w:tc>
          <w:tcPr>
            <w:tcW w:w="0" w:type="auto"/>
            <w:shd w:val="clear" w:color="auto" w:fill="DBE5F1"/>
          </w:tcPr>
          <w:p w14:paraId="51EF7881" w14:textId="77777777" w:rsidR="007A5E59" w:rsidRDefault="0095198F">
            <w:pPr>
              <w:jc w:val="center"/>
            </w:pPr>
            <w:r>
              <w:rPr>
                <w:b/>
              </w:rPr>
              <w:t>43,0</w:t>
            </w:r>
          </w:p>
        </w:tc>
        <w:tc>
          <w:tcPr>
            <w:tcW w:w="0" w:type="auto"/>
            <w:shd w:val="clear" w:color="auto" w:fill="DBE5F1"/>
          </w:tcPr>
          <w:p w14:paraId="6AEECD98" w14:textId="77777777" w:rsidR="007A5E59" w:rsidRDefault="0095198F">
            <w:pPr>
              <w:jc w:val="center"/>
            </w:pPr>
            <w:r>
              <w:rPr>
                <w:b/>
              </w:rPr>
              <w:t>7 905,5</w:t>
            </w:r>
          </w:p>
        </w:tc>
      </w:tr>
      <w:tr w:rsidR="007A5E59" w:rsidRPr="00C07C05" w14:paraId="29BD7F5F" w14:textId="77777777">
        <w:trPr>
          <w:jc w:val="center"/>
        </w:trPr>
        <w:tc>
          <w:tcPr>
            <w:tcW w:w="0" w:type="auto"/>
          </w:tcPr>
          <w:p w14:paraId="799B824A" w14:textId="77777777" w:rsidR="007A5E59" w:rsidRPr="00312815" w:rsidRDefault="0095198F">
            <w:pPr>
              <w:rPr>
                <w:lang w:val="ru-RU"/>
              </w:rPr>
            </w:pPr>
            <w:r w:rsidRPr="00312815">
              <w:rPr>
                <w:lang w:val="ru-RU"/>
              </w:rPr>
              <w:t>БЛОК 3. Площадь поверхности тепловых сетей, м² (</w:t>
            </w:r>
            <w:r>
              <w:t>π</w:t>
            </w:r>
            <w:r w:rsidRPr="00312815">
              <w:rPr>
                <w:lang w:val="ru-RU"/>
              </w:rPr>
              <w:t xml:space="preserve"> × Ø × длина по оси трассы)</w:t>
            </w:r>
          </w:p>
        </w:tc>
        <w:tc>
          <w:tcPr>
            <w:tcW w:w="0" w:type="auto"/>
          </w:tcPr>
          <w:p w14:paraId="5DE24F83" w14:textId="77777777" w:rsidR="007A5E59" w:rsidRPr="00312815" w:rsidRDefault="007A5E59">
            <w:pPr>
              <w:rPr>
                <w:lang w:val="ru-RU"/>
              </w:rPr>
            </w:pPr>
          </w:p>
        </w:tc>
        <w:tc>
          <w:tcPr>
            <w:tcW w:w="0" w:type="auto"/>
          </w:tcPr>
          <w:p w14:paraId="4E112D87" w14:textId="77777777" w:rsidR="007A5E59" w:rsidRPr="00312815" w:rsidRDefault="007A5E59">
            <w:pPr>
              <w:rPr>
                <w:lang w:val="ru-RU"/>
              </w:rPr>
            </w:pPr>
          </w:p>
        </w:tc>
        <w:tc>
          <w:tcPr>
            <w:tcW w:w="0" w:type="auto"/>
          </w:tcPr>
          <w:p w14:paraId="040C8530" w14:textId="77777777" w:rsidR="007A5E59" w:rsidRPr="00312815" w:rsidRDefault="007A5E59">
            <w:pPr>
              <w:rPr>
                <w:lang w:val="ru-RU"/>
              </w:rPr>
            </w:pPr>
          </w:p>
        </w:tc>
        <w:tc>
          <w:tcPr>
            <w:tcW w:w="0" w:type="auto"/>
          </w:tcPr>
          <w:p w14:paraId="6F5E408D" w14:textId="77777777" w:rsidR="007A5E59" w:rsidRPr="00312815" w:rsidRDefault="007A5E59">
            <w:pPr>
              <w:rPr>
                <w:lang w:val="ru-RU"/>
              </w:rPr>
            </w:pPr>
          </w:p>
        </w:tc>
        <w:tc>
          <w:tcPr>
            <w:tcW w:w="0" w:type="auto"/>
          </w:tcPr>
          <w:p w14:paraId="0DDF5152" w14:textId="77777777" w:rsidR="007A5E59" w:rsidRPr="00312815" w:rsidRDefault="007A5E59">
            <w:pPr>
              <w:rPr>
                <w:lang w:val="ru-RU"/>
              </w:rPr>
            </w:pPr>
          </w:p>
        </w:tc>
        <w:tc>
          <w:tcPr>
            <w:tcW w:w="0" w:type="auto"/>
          </w:tcPr>
          <w:p w14:paraId="4B3F6013" w14:textId="77777777" w:rsidR="007A5E59" w:rsidRPr="00312815" w:rsidRDefault="007A5E59">
            <w:pPr>
              <w:rPr>
                <w:lang w:val="ru-RU"/>
              </w:rPr>
            </w:pPr>
          </w:p>
        </w:tc>
        <w:tc>
          <w:tcPr>
            <w:tcW w:w="0" w:type="auto"/>
          </w:tcPr>
          <w:p w14:paraId="595595F6" w14:textId="77777777" w:rsidR="007A5E59" w:rsidRPr="00312815" w:rsidRDefault="007A5E59">
            <w:pPr>
              <w:rPr>
                <w:lang w:val="ru-RU"/>
              </w:rPr>
            </w:pPr>
          </w:p>
        </w:tc>
        <w:tc>
          <w:tcPr>
            <w:tcW w:w="0" w:type="auto"/>
          </w:tcPr>
          <w:p w14:paraId="4366EF22" w14:textId="77777777" w:rsidR="007A5E59" w:rsidRPr="00312815" w:rsidRDefault="007A5E59">
            <w:pPr>
              <w:rPr>
                <w:lang w:val="ru-RU"/>
              </w:rPr>
            </w:pPr>
          </w:p>
        </w:tc>
        <w:tc>
          <w:tcPr>
            <w:tcW w:w="0" w:type="auto"/>
          </w:tcPr>
          <w:p w14:paraId="5EF0D35A" w14:textId="77777777" w:rsidR="007A5E59" w:rsidRPr="00312815" w:rsidRDefault="007A5E59">
            <w:pPr>
              <w:rPr>
                <w:lang w:val="ru-RU"/>
              </w:rPr>
            </w:pPr>
          </w:p>
        </w:tc>
        <w:tc>
          <w:tcPr>
            <w:tcW w:w="0" w:type="auto"/>
          </w:tcPr>
          <w:p w14:paraId="57E90207" w14:textId="77777777" w:rsidR="007A5E59" w:rsidRPr="00312815" w:rsidRDefault="007A5E59">
            <w:pPr>
              <w:rPr>
                <w:lang w:val="ru-RU"/>
              </w:rPr>
            </w:pPr>
          </w:p>
        </w:tc>
        <w:tc>
          <w:tcPr>
            <w:tcW w:w="0" w:type="auto"/>
          </w:tcPr>
          <w:p w14:paraId="20FFBAAF" w14:textId="77777777" w:rsidR="007A5E59" w:rsidRPr="00312815" w:rsidRDefault="007A5E59">
            <w:pPr>
              <w:rPr>
                <w:lang w:val="ru-RU"/>
              </w:rPr>
            </w:pPr>
          </w:p>
        </w:tc>
        <w:tc>
          <w:tcPr>
            <w:tcW w:w="0" w:type="auto"/>
          </w:tcPr>
          <w:p w14:paraId="0DA993E2" w14:textId="77777777" w:rsidR="007A5E59" w:rsidRPr="00312815" w:rsidRDefault="007A5E59">
            <w:pPr>
              <w:rPr>
                <w:lang w:val="ru-RU"/>
              </w:rPr>
            </w:pPr>
          </w:p>
        </w:tc>
        <w:tc>
          <w:tcPr>
            <w:tcW w:w="0" w:type="auto"/>
          </w:tcPr>
          <w:p w14:paraId="3D9B0371" w14:textId="77777777" w:rsidR="007A5E59" w:rsidRPr="00312815" w:rsidRDefault="007A5E59">
            <w:pPr>
              <w:rPr>
                <w:lang w:val="ru-RU"/>
              </w:rPr>
            </w:pPr>
          </w:p>
        </w:tc>
        <w:tc>
          <w:tcPr>
            <w:tcW w:w="0" w:type="auto"/>
          </w:tcPr>
          <w:p w14:paraId="7EDFE4AF" w14:textId="77777777" w:rsidR="007A5E59" w:rsidRPr="00312815" w:rsidRDefault="007A5E59">
            <w:pPr>
              <w:rPr>
                <w:lang w:val="ru-RU"/>
              </w:rPr>
            </w:pPr>
          </w:p>
        </w:tc>
        <w:tc>
          <w:tcPr>
            <w:tcW w:w="0" w:type="auto"/>
          </w:tcPr>
          <w:p w14:paraId="6E54F738" w14:textId="77777777" w:rsidR="007A5E59" w:rsidRPr="00312815" w:rsidRDefault="007A5E59">
            <w:pPr>
              <w:rPr>
                <w:lang w:val="ru-RU"/>
              </w:rPr>
            </w:pPr>
          </w:p>
        </w:tc>
        <w:tc>
          <w:tcPr>
            <w:tcW w:w="0" w:type="auto"/>
          </w:tcPr>
          <w:p w14:paraId="4C9D240B" w14:textId="77777777" w:rsidR="007A5E59" w:rsidRPr="00312815" w:rsidRDefault="007A5E59">
            <w:pPr>
              <w:rPr>
                <w:lang w:val="ru-RU"/>
              </w:rPr>
            </w:pPr>
          </w:p>
        </w:tc>
        <w:tc>
          <w:tcPr>
            <w:tcW w:w="0" w:type="auto"/>
          </w:tcPr>
          <w:p w14:paraId="437C87D9" w14:textId="77777777" w:rsidR="007A5E59" w:rsidRPr="00312815" w:rsidRDefault="007A5E59">
            <w:pPr>
              <w:rPr>
                <w:lang w:val="ru-RU"/>
              </w:rPr>
            </w:pPr>
          </w:p>
        </w:tc>
        <w:tc>
          <w:tcPr>
            <w:tcW w:w="0" w:type="auto"/>
          </w:tcPr>
          <w:p w14:paraId="1B745F1C" w14:textId="77777777" w:rsidR="007A5E59" w:rsidRPr="00312815" w:rsidRDefault="007A5E59">
            <w:pPr>
              <w:rPr>
                <w:lang w:val="ru-RU"/>
              </w:rPr>
            </w:pPr>
          </w:p>
        </w:tc>
        <w:tc>
          <w:tcPr>
            <w:tcW w:w="0" w:type="auto"/>
          </w:tcPr>
          <w:p w14:paraId="5A716F64" w14:textId="77777777" w:rsidR="007A5E59" w:rsidRPr="00312815" w:rsidRDefault="007A5E59">
            <w:pPr>
              <w:rPr>
                <w:lang w:val="ru-RU"/>
              </w:rPr>
            </w:pPr>
          </w:p>
        </w:tc>
        <w:tc>
          <w:tcPr>
            <w:tcW w:w="0" w:type="auto"/>
          </w:tcPr>
          <w:p w14:paraId="4CCB2E56" w14:textId="77777777" w:rsidR="007A5E59" w:rsidRPr="00312815" w:rsidRDefault="007A5E59">
            <w:pPr>
              <w:rPr>
                <w:lang w:val="ru-RU"/>
              </w:rPr>
            </w:pPr>
          </w:p>
        </w:tc>
      </w:tr>
      <w:tr w:rsidR="007A5E59" w14:paraId="039471DE" w14:textId="77777777">
        <w:trPr>
          <w:jc w:val="center"/>
        </w:trPr>
        <w:tc>
          <w:tcPr>
            <w:tcW w:w="0" w:type="auto"/>
          </w:tcPr>
          <w:p w14:paraId="65CC2917" w14:textId="77777777" w:rsidR="007A5E59" w:rsidRDefault="0095198F">
            <w:r>
              <w:t>в канале</w:t>
            </w:r>
          </w:p>
        </w:tc>
        <w:tc>
          <w:tcPr>
            <w:tcW w:w="0" w:type="auto"/>
          </w:tcPr>
          <w:p w14:paraId="64513F6E" w14:textId="77777777" w:rsidR="007A5E59" w:rsidRDefault="0095198F">
            <w:pPr>
              <w:jc w:val="center"/>
            </w:pPr>
            <w:r>
              <w:t>0,00</w:t>
            </w:r>
          </w:p>
        </w:tc>
        <w:tc>
          <w:tcPr>
            <w:tcW w:w="0" w:type="auto"/>
          </w:tcPr>
          <w:p w14:paraId="1BFB4444" w14:textId="77777777" w:rsidR="007A5E59" w:rsidRDefault="0095198F">
            <w:pPr>
              <w:jc w:val="center"/>
            </w:pPr>
            <w:r>
              <w:t>6,41</w:t>
            </w:r>
          </w:p>
        </w:tc>
        <w:tc>
          <w:tcPr>
            <w:tcW w:w="0" w:type="auto"/>
          </w:tcPr>
          <w:p w14:paraId="1176AE5C" w14:textId="77777777" w:rsidR="007A5E59" w:rsidRDefault="0095198F">
            <w:pPr>
              <w:jc w:val="center"/>
            </w:pPr>
            <w:r>
              <w:t>26,00</w:t>
            </w:r>
          </w:p>
        </w:tc>
        <w:tc>
          <w:tcPr>
            <w:tcW w:w="0" w:type="auto"/>
          </w:tcPr>
          <w:p w14:paraId="110BC81B" w14:textId="77777777" w:rsidR="007A5E59" w:rsidRDefault="0095198F">
            <w:pPr>
              <w:jc w:val="center"/>
            </w:pPr>
            <w:r>
              <w:t>0,00</w:t>
            </w:r>
          </w:p>
        </w:tc>
        <w:tc>
          <w:tcPr>
            <w:tcW w:w="0" w:type="auto"/>
          </w:tcPr>
          <w:p w14:paraId="0C086EA1" w14:textId="77777777" w:rsidR="007A5E59" w:rsidRDefault="0095198F">
            <w:pPr>
              <w:jc w:val="center"/>
            </w:pPr>
            <w:r>
              <w:t>30,91</w:t>
            </w:r>
          </w:p>
        </w:tc>
        <w:tc>
          <w:tcPr>
            <w:tcW w:w="0" w:type="auto"/>
          </w:tcPr>
          <w:p w14:paraId="3A88E085" w14:textId="77777777" w:rsidR="007A5E59" w:rsidRDefault="0095198F">
            <w:pPr>
              <w:jc w:val="center"/>
            </w:pPr>
            <w:r>
              <w:t>53,25</w:t>
            </w:r>
          </w:p>
        </w:tc>
        <w:tc>
          <w:tcPr>
            <w:tcW w:w="0" w:type="auto"/>
          </w:tcPr>
          <w:p w14:paraId="301A137A" w14:textId="77777777" w:rsidR="007A5E59" w:rsidRDefault="0095198F">
            <w:pPr>
              <w:jc w:val="center"/>
            </w:pPr>
            <w:r>
              <w:t>74,53</w:t>
            </w:r>
          </w:p>
        </w:tc>
        <w:tc>
          <w:tcPr>
            <w:tcW w:w="0" w:type="auto"/>
          </w:tcPr>
          <w:p w14:paraId="7369FBE5" w14:textId="77777777" w:rsidR="007A5E59" w:rsidRDefault="0095198F">
            <w:pPr>
              <w:jc w:val="center"/>
            </w:pPr>
            <w:r>
              <w:t>0,00</w:t>
            </w:r>
          </w:p>
        </w:tc>
        <w:tc>
          <w:tcPr>
            <w:tcW w:w="0" w:type="auto"/>
          </w:tcPr>
          <w:p w14:paraId="43F17275" w14:textId="77777777" w:rsidR="007A5E59" w:rsidRDefault="0095198F">
            <w:pPr>
              <w:jc w:val="center"/>
            </w:pPr>
            <w:r>
              <w:t>0,00</w:t>
            </w:r>
          </w:p>
        </w:tc>
        <w:tc>
          <w:tcPr>
            <w:tcW w:w="0" w:type="auto"/>
          </w:tcPr>
          <w:p w14:paraId="20C0CC7F" w14:textId="77777777" w:rsidR="007A5E59" w:rsidRDefault="0095198F">
            <w:pPr>
              <w:jc w:val="center"/>
            </w:pPr>
            <w:r>
              <w:t>35,69</w:t>
            </w:r>
          </w:p>
        </w:tc>
        <w:tc>
          <w:tcPr>
            <w:tcW w:w="0" w:type="auto"/>
          </w:tcPr>
          <w:p w14:paraId="1F71DD62" w14:textId="77777777" w:rsidR="007A5E59" w:rsidRDefault="0095198F">
            <w:pPr>
              <w:jc w:val="center"/>
            </w:pPr>
            <w:r>
              <w:t>58,75</w:t>
            </w:r>
          </w:p>
        </w:tc>
        <w:tc>
          <w:tcPr>
            <w:tcW w:w="0" w:type="auto"/>
          </w:tcPr>
          <w:p w14:paraId="6E46C9BF" w14:textId="77777777" w:rsidR="007A5E59" w:rsidRDefault="0095198F">
            <w:pPr>
              <w:jc w:val="center"/>
            </w:pPr>
            <w:r>
              <w:t>0,00</w:t>
            </w:r>
          </w:p>
        </w:tc>
        <w:tc>
          <w:tcPr>
            <w:tcW w:w="0" w:type="auto"/>
          </w:tcPr>
          <w:p w14:paraId="2CB699BA" w14:textId="77777777" w:rsidR="007A5E59" w:rsidRDefault="0095198F">
            <w:pPr>
              <w:jc w:val="center"/>
            </w:pPr>
            <w:r>
              <w:t>124,88</w:t>
            </w:r>
          </w:p>
        </w:tc>
        <w:tc>
          <w:tcPr>
            <w:tcW w:w="0" w:type="auto"/>
          </w:tcPr>
          <w:p w14:paraId="7434396D" w14:textId="77777777" w:rsidR="007A5E59" w:rsidRDefault="0095198F">
            <w:pPr>
              <w:jc w:val="center"/>
            </w:pPr>
            <w:r>
              <w:t>0,00</w:t>
            </w:r>
          </w:p>
        </w:tc>
        <w:tc>
          <w:tcPr>
            <w:tcW w:w="0" w:type="auto"/>
          </w:tcPr>
          <w:p w14:paraId="128C0808" w14:textId="77777777" w:rsidR="007A5E59" w:rsidRDefault="0095198F">
            <w:pPr>
              <w:jc w:val="center"/>
            </w:pPr>
            <w:r>
              <w:t>15,71</w:t>
            </w:r>
          </w:p>
        </w:tc>
        <w:tc>
          <w:tcPr>
            <w:tcW w:w="0" w:type="auto"/>
          </w:tcPr>
          <w:p w14:paraId="211CD115" w14:textId="77777777" w:rsidR="007A5E59" w:rsidRDefault="0095198F">
            <w:pPr>
              <w:jc w:val="center"/>
            </w:pPr>
            <w:r>
              <w:t>0,00</w:t>
            </w:r>
          </w:p>
        </w:tc>
        <w:tc>
          <w:tcPr>
            <w:tcW w:w="0" w:type="auto"/>
          </w:tcPr>
          <w:p w14:paraId="698DD29E" w14:textId="77777777" w:rsidR="007A5E59" w:rsidRDefault="0095198F">
            <w:pPr>
              <w:jc w:val="center"/>
            </w:pPr>
            <w:r>
              <w:t>0,00</w:t>
            </w:r>
          </w:p>
        </w:tc>
        <w:tc>
          <w:tcPr>
            <w:tcW w:w="0" w:type="auto"/>
          </w:tcPr>
          <w:p w14:paraId="00D5D5E3" w14:textId="77777777" w:rsidR="007A5E59" w:rsidRDefault="0095198F">
            <w:pPr>
              <w:jc w:val="center"/>
            </w:pPr>
            <w:r>
              <w:t>0,00</w:t>
            </w:r>
          </w:p>
        </w:tc>
        <w:tc>
          <w:tcPr>
            <w:tcW w:w="0" w:type="auto"/>
          </w:tcPr>
          <w:p w14:paraId="267B1AD1" w14:textId="77777777" w:rsidR="007A5E59" w:rsidRDefault="0095198F">
            <w:pPr>
              <w:jc w:val="center"/>
            </w:pPr>
            <w:r>
              <w:t>18,85</w:t>
            </w:r>
          </w:p>
        </w:tc>
        <w:tc>
          <w:tcPr>
            <w:tcW w:w="0" w:type="auto"/>
          </w:tcPr>
          <w:p w14:paraId="5BC083FD" w14:textId="77777777" w:rsidR="007A5E59" w:rsidRDefault="0095198F">
            <w:pPr>
              <w:jc w:val="center"/>
            </w:pPr>
            <w:r>
              <w:t>444,98</w:t>
            </w:r>
          </w:p>
        </w:tc>
      </w:tr>
      <w:tr w:rsidR="007A5E59" w14:paraId="1C9E5D7B" w14:textId="77777777">
        <w:trPr>
          <w:jc w:val="center"/>
        </w:trPr>
        <w:tc>
          <w:tcPr>
            <w:tcW w:w="0" w:type="auto"/>
          </w:tcPr>
          <w:p w14:paraId="70E1117C" w14:textId="77777777" w:rsidR="007A5E59" w:rsidRDefault="0095198F">
            <w:r>
              <w:t>бесканально</w:t>
            </w:r>
          </w:p>
        </w:tc>
        <w:tc>
          <w:tcPr>
            <w:tcW w:w="0" w:type="auto"/>
          </w:tcPr>
          <w:p w14:paraId="0568B8F6" w14:textId="77777777" w:rsidR="007A5E59" w:rsidRDefault="0095198F">
            <w:pPr>
              <w:jc w:val="center"/>
            </w:pPr>
            <w:r>
              <w:t>0,00</w:t>
            </w:r>
          </w:p>
        </w:tc>
        <w:tc>
          <w:tcPr>
            <w:tcW w:w="0" w:type="auto"/>
          </w:tcPr>
          <w:p w14:paraId="1D8C7309" w14:textId="77777777" w:rsidR="007A5E59" w:rsidRDefault="0095198F">
            <w:pPr>
              <w:jc w:val="center"/>
            </w:pPr>
            <w:r>
              <w:t>0,00</w:t>
            </w:r>
          </w:p>
        </w:tc>
        <w:tc>
          <w:tcPr>
            <w:tcW w:w="0" w:type="auto"/>
          </w:tcPr>
          <w:p w14:paraId="3025E68E" w14:textId="77777777" w:rsidR="007A5E59" w:rsidRDefault="0095198F">
            <w:pPr>
              <w:jc w:val="center"/>
            </w:pPr>
            <w:r>
              <w:t>0,00</w:t>
            </w:r>
          </w:p>
        </w:tc>
        <w:tc>
          <w:tcPr>
            <w:tcW w:w="0" w:type="auto"/>
          </w:tcPr>
          <w:p w14:paraId="390A9799" w14:textId="77777777" w:rsidR="007A5E59" w:rsidRDefault="0095198F">
            <w:pPr>
              <w:jc w:val="center"/>
            </w:pPr>
            <w:r>
              <w:t>0,00</w:t>
            </w:r>
          </w:p>
        </w:tc>
        <w:tc>
          <w:tcPr>
            <w:tcW w:w="0" w:type="auto"/>
          </w:tcPr>
          <w:p w14:paraId="6666A365" w14:textId="77777777" w:rsidR="007A5E59" w:rsidRDefault="0095198F">
            <w:pPr>
              <w:jc w:val="center"/>
            </w:pPr>
            <w:r>
              <w:t>0,00</w:t>
            </w:r>
          </w:p>
        </w:tc>
        <w:tc>
          <w:tcPr>
            <w:tcW w:w="0" w:type="auto"/>
          </w:tcPr>
          <w:p w14:paraId="0A97393B" w14:textId="77777777" w:rsidR="007A5E59" w:rsidRDefault="0095198F">
            <w:pPr>
              <w:jc w:val="center"/>
            </w:pPr>
            <w:r>
              <w:t>0,00</w:t>
            </w:r>
          </w:p>
        </w:tc>
        <w:tc>
          <w:tcPr>
            <w:tcW w:w="0" w:type="auto"/>
          </w:tcPr>
          <w:p w14:paraId="667B303F" w14:textId="77777777" w:rsidR="007A5E59" w:rsidRDefault="0095198F">
            <w:pPr>
              <w:jc w:val="center"/>
            </w:pPr>
            <w:r>
              <w:t>0,00</w:t>
            </w:r>
          </w:p>
        </w:tc>
        <w:tc>
          <w:tcPr>
            <w:tcW w:w="0" w:type="auto"/>
          </w:tcPr>
          <w:p w14:paraId="1EF6DA59" w14:textId="77777777" w:rsidR="007A5E59" w:rsidRDefault="0095198F">
            <w:pPr>
              <w:jc w:val="center"/>
            </w:pPr>
            <w:r>
              <w:t>0,00</w:t>
            </w:r>
          </w:p>
        </w:tc>
        <w:tc>
          <w:tcPr>
            <w:tcW w:w="0" w:type="auto"/>
          </w:tcPr>
          <w:p w14:paraId="7F234CAA" w14:textId="77777777" w:rsidR="007A5E59" w:rsidRDefault="0095198F">
            <w:pPr>
              <w:jc w:val="center"/>
            </w:pPr>
            <w:r>
              <w:t>0,00</w:t>
            </w:r>
          </w:p>
        </w:tc>
        <w:tc>
          <w:tcPr>
            <w:tcW w:w="0" w:type="auto"/>
          </w:tcPr>
          <w:p w14:paraId="084108C7" w14:textId="77777777" w:rsidR="007A5E59" w:rsidRDefault="0095198F">
            <w:pPr>
              <w:jc w:val="center"/>
            </w:pPr>
            <w:r>
              <w:t>0,00</w:t>
            </w:r>
          </w:p>
        </w:tc>
        <w:tc>
          <w:tcPr>
            <w:tcW w:w="0" w:type="auto"/>
          </w:tcPr>
          <w:p w14:paraId="41FA66E0" w14:textId="77777777" w:rsidR="007A5E59" w:rsidRDefault="0095198F">
            <w:pPr>
              <w:jc w:val="center"/>
            </w:pPr>
            <w:r>
              <w:t>0,00</w:t>
            </w:r>
          </w:p>
        </w:tc>
        <w:tc>
          <w:tcPr>
            <w:tcW w:w="0" w:type="auto"/>
          </w:tcPr>
          <w:p w14:paraId="3E497C23" w14:textId="77777777" w:rsidR="007A5E59" w:rsidRDefault="0095198F">
            <w:pPr>
              <w:jc w:val="center"/>
            </w:pPr>
            <w:r>
              <w:t>0,00</w:t>
            </w:r>
          </w:p>
        </w:tc>
        <w:tc>
          <w:tcPr>
            <w:tcW w:w="0" w:type="auto"/>
          </w:tcPr>
          <w:p w14:paraId="242C1F9C" w14:textId="77777777" w:rsidR="007A5E59" w:rsidRDefault="0095198F">
            <w:pPr>
              <w:jc w:val="center"/>
            </w:pPr>
            <w:r>
              <w:t>0,00</w:t>
            </w:r>
          </w:p>
        </w:tc>
        <w:tc>
          <w:tcPr>
            <w:tcW w:w="0" w:type="auto"/>
          </w:tcPr>
          <w:p w14:paraId="4BC575CB" w14:textId="77777777" w:rsidR="007A5E59" w:rsidRDefault="0095198F">
            <w:pPr>
              <w:jc w:val="center"/>
            </w:pPr>
            <w:r>
              <w:t>0,00</w:t>
            </w:r>
          </w:p>
        </w:tc>
        <w:tc>
          <w:tcPr>
            <w:tcW w:w="0" w:type="auto"/>
          </w:tcPr>
          <w:p w14:paraId="7144C994" w14:textId="77777777" w:rsidR="007A5E59" w:rsidRDefault="0095198F">
            <w:pPr>
              <w:jc w:val="center"/>
            </w:pPr>
            <w:r>
              <w:t>0,00</w:t>
            </w:r>
          </w:p>
        </w:tc>
        <w:tc>
          <w:tcPr>
            <w:tcW w:w="0" w:type="auto"/>
          </w:tcPr>
          <w:p w14:paraId="76F634FD" w14:textId="77777777" w:rsidR="007A5E59" w:rsidRDefault="0095198F">
            <w:pPr>
              <w:jc w:val="center"/>
            </w:pPr>
            <w:r>
              <w:t>0,00</w:t>
            </w:r>
          </w:p>
        </w:tc>
        <w:tc>
          <w:tcPr>
            <w:tcW w:w="0" w:type="auto"/>
          </w:tcPr>
          <w:p w14:paraId="5E5BC26C" w14:textId="77777777" w:rsidR="007A5E59" w:rsidRDefault="0095198F">
            <w:pPr>
              <w:jc w:val="center"/>
            </w:pPr>
            <w:r>
              <w:t>0,00</w:t>
            </w:r>
          </w:p>
        </w:tc>
        <w:tc>
          <w:tcPr>
            <w:tcW w:w="0" w:type="auto"/>
          </w:tcPr>
          <w:p w14:paraId="013E9476" w14:textId="77777777" w:rsidR="007A5E59" w:rsidRDefault="0095198F">
            <w:pPr>
              <w:jc w:val="center"/>
            </w:pPr>
            <w:r>
              <w:t>0,00</w:t>
            </w:r>
          </w:p>
        </w:tc>
        <w:tc>
          <w:tcPr>
            <w:tcW w:w="0" w:type="auto"/>
          </w:tcPr>
          <w:p w14:paraId="58D22392" w14:textId="77777777" w:rsidR="007A5E59" w:rsidRDefault="0095198F">
            <w:pPr>
              <w:jc w:val="center"/>
            </w:pPr>
            <w:r>
              <w:t>0,00</w:t>
            </w:r>
          </w:p>
        </w:tc>
        <w:tc>
          <w:tcPr>
            <w:tcW w:w="0" w:type="auto"/>
          </w:tcPr>
          <w:p w14:paraId="10AB746E" w14:textId="77777777" w:rsidR="007A5E59" w:rsidRDefault="0095198F">
            <w:pPr>
              <w:jc w:val="center"/>
            </w:pPr>
            <w:r>
              <w:t>0,00</w:t>
            </w:r>
          </w:p>
        </w:tc>
      </w:tr>
      <w:tr w:rsidR="007A5E59" w14:paraId="5C899798" w14:textId="77777777">
        <w:trPr>
          <w:jc w:val="center"/>
        </w:trPr>
        <w:tc>
          <w:tcPr>
            <w:tcW w:w="0" w:type="auto"/>
          </w:tcPr>
          <w:p w14:paraId="0274F009" w14:textId="77777777" w:rsidR="007A5E59" w:rsidRDefault="0095198F">
            <w:r>
              <w:t>надземная</w:t>
            </w:r>
          </w:p>
        </w:tc>
        <w:tc>
          <w:tcPr>
            <w:tcW w:w="0" w:type="auto"/>
          </w:tcPr>
          <w:p w14:paraId="5B292D29" w14:textId="77777777" w:rsidR="007A5E59" w:rsidRDefault="0095198F">
            <w:pPr>
              <w:jc w:val="center"/>
            </w:pPr>
            <w:r>
              <w:t>0,00</w:t>
            </w:r>
          </w:p>
        </w:tc>
        <w:tc>
          <w:tcPr>
            <w:tcW w:w="0" w:type="auto"/>
          </w:tcPr>
          <w:p w14:paraId="55B657F6" w14:textId="77777777" w:rsidR="007A5E59" w:rsidRDefault="0095198F">
            <w:pPr>
              <w:jc w:val="center"/>
            </w:pPr>
            <w:r>
              <w:t>0,00</w:t>
            </w:r>
          </w:p>
        </w:tc>
        <w:tc>
          <w:tcPr>
            <w:tcW w:w="0" w:type="auto"/>
          </w:tcPr>
          <w:p w14:paraId="4F594F95" w14:textId="77777777" w:rsidR="007A5E59" w:rsidRDefault="0095198F">
            <w:pPr>
              <w:jc w:val="center"/>
            </w:pPr>
            <w:r>
              <w:t>27,41</w:t>
            </w:r>
          </w:p>
        </w:tc>
        <w:tc>
          <w:tcPr>
            <w:tcW w:w="0" w:type="auto"/>
          </w:tcPr>
          <w:p w14:paraId="304EF174" w14:textId="77777777" w:rsidR="007A5E59" w:rsidRDefault="0095198F">
            <w:pPr>
              <w:jc w:val="center"/>
            </w:pPr>
            <w:r>
              <w:t>0,00</w:t>
            </w:r>
          </w:p>
        </w:tc>
        <w:tc>
          <w:tcPr>
            <w:tcW w:w="0" w:type="auto"/>
          </w:tcPr>
          <w:p w14:paraId="5F91BF50" w14:textId="77777777" w:rsidR="007A5E59" w:rsidRDefault="0095198F">
            <w:pPr>
              <w:jc w:val="center"/>
            </w:pPr>
            <w:r>
              <w:t>27,65</w:t>
            </w:r>
          </w:p>
        </w:tc>
        <w:tc>
          <w:tcPr>
            <w:tcW w:w="0" w:type="auto"/>
          </w:tcPr>
          <w:p w14:paraId="75654789" w14:textId="77777777" w:rsidR="007A5E59" w:rsidRDefault="0095198F">
            <w:pPr>
              <w:jc w:val="center"/>
            </w:pPr>
            <w:r>
              <w:t>157,39</w:t>
            </w:r>
          </w:p>
        </w:tc>
        <w:tc>
          <w:tcPr>
            <w:tcW w:w="0" w:type="auto"/>
          </w:tcPr>
          <w:p w14:paraId="49764D0D" w14:textId="77777777" w:rsidR="007A5E59" w:rsidRDefault="0095198F">
            <w:pPr>
              <w:jc w:val="center"/>
            </w:pPr>
            <w:r>
              <w:t>156,01</w:t>
            </w:r>
          </w:p>
        </w:tc>
        <w:tc>
          <w:tcPr>
            <w:tcW w:w="0" w:type="auto"/>
          </w:tcPr>
          <w:p w14:paraId="5A76D658" w14:textId="77777777" w:rsidR="007A5E59" w:rsidRDefault="0095198F">
            <w:pPr>
              <w:jc w:val="center"/>
            </w:pPr>
            <w:r>
              <w:t>0,00</w:t>
            </w:r>
          </w:p>
        </w:tc>
        <w:tc>
          <w:tcPr>
            <w:tcW w:w="0" w:type="auto"/>
          </w:tcPr>
          <w:p w14:paraId="1C09DA05" w14:textId="77777777" w:rsidR="007A5E59" w:rsidRDefault="0095198F">
            <w:pPr>
              <w:jc w:val="center"/>
            </w:pPr>
            <w:r>
              <w:t>0,00</w:t>
            </w:r>
          </w:p>
        </w:tc>
        <w:tc>
          <w:tcPr>
            <w:tcW w:w="0" w:type="auto"/>
          </w:tcPr>
          <w:p w14:paraId="40FDA272" w14:textId="77777777" w:rsidR="007A5E59" w:rsidRDefault="0095198F">
            <w:pPr>
              <w:jc w:val="center"/>
            </w:pPr>
            <w:r>
              <w:t>8,29</w:t>
            </w:r>
          </w:p>
        </w:tc>
        <w:tc>
          <w:tcPr>
            <w:tcW w:w="0" w:type="auto"/>
          </w:tcPr>
          <w:p w14:paraId="5D4DC4D5" w14:textId="77777777" w:rsidR="007A5E59" w:rsidRDefault="0095198F">
            <w:pPr>
              <w:jc w:val="center"/>
            </w:pPr>
            <w:r>
              <w:t>42,73</w:t>
            </w:r>
          </w:p>
        </w:tc>
        <w:tc>
          <w:tcPr>
            <w:tcW w:w="0" w:type="auto"/>
          </w:tcPr>
          <w:p w14:paraId="0B84FBEB" w14:textId="77777777" w:rsidR="007A5E59" w:rsidRDefault="0095198F">
            <w:pPr>
              <w:jc w:val="center"/>
            </w:pPr>
            <w:r>
              <w:t>316,12</w:t>
            </w:r>
          </w:p>
        </w:tc>
        <w:tc>
          <w:tcPr>
            <w:tcW w:w="0" w:type="auto"/>
          </w:tcPr>
          <w:p w14:paraId="07C1265D" w14:textId="77777777" w:rsidR="007A5E59" w:rsidRDefault="0095198F">
            <w:pPr>
              <w:jc w:val="center"/>
            </w:pPr>
            <w:r>
              <w:t>313,85</w:t>
            </w:r>
          </w:p>
        </w:tc>
        <w:tc>
          <w:tcPr>
            <w:tcW w:w="0" w:type="auto"/>
          </w:tcPr>
          <w:p w14:paraId="17E975E9" w14:textId="77777777" w:rsidR="007A5E59" w:rsidRDefault="0095198F">
            <w:pPr>
              <w:jc w:val="center"/>
            </w:pPr>
            <w:r>
              <w:t>93,62</w:t>
            </w:r>
          </w:p>
        </w:tc>
        <w:tc>
          <w:tcPr>
            <w:tcW w:w="0" w:type="auto"/>
          </w:tcPr>
          <w:p w14:paraId="725D20FE" w14:textId="77777777" w:rsidR="007A5E59" w:rsidRDefault="0095198F">
            <w:pPr>
              <w:jc w:val="center"/>
            </w:pPr>
            <w:r>
              <w:t>2 953,88</w:t>
            </w:r>
          </w:p>
        </w:tc>
        <w:tc>
          <w:tcPr>
            <w:tcW w:w="0" w:type="auto"/>
          </w:tcPr>
          <w:p w14:paraId="79C796B2" w14:textId="77777777" w:rsidR="007A5E59" w:rsidRDefault="0095198F">
            <w:pPr>
              <w:jc w:val="center"/>
            </w:pPr>
            <w:r>
              <w:t>1 312,40</w:t>
            </w:r>
          </w:p>
        </w:tc>
        <w:tc>
          <w:tcPr>
            <w:tcW w:w="0" w:type="auto"/>
          </w:tcPr>
          <w:p w14:paraId="78ED368D" w14:textId="77777777" w:rsidR="007A5E59" w:rsidRDefault="0095198F">
            <w:pPr>
              <w:jc w:val="center"/>
            </w:pPr>
            <w:r>
              <w:t>0,00</w:t>
            </w:r>
          </w:p>
        </w:tc>
        <w:tc>
          <w:tcPr>
            <w:tcW w:w="0" w:type="auto"/>
          </w:tcPr>
          <w:p w14:paraId="3F52C439" w14:textId="77777777" w:rsidR="007A5E59" w:rsidRDefault="0095198F">
            <w:pPr>
              <w:jc w:val="center"/>
            </w:pPr>
            <w:r>
              <w:t>0,00</w:t>
            </w:r>
          </w:p>
        </w:tc>
        <w:tc>
          <w:tcPr>
            <w:tcW w:w="0" w:type="auto"/>
          </w:tcPr>
          <w:p w14:paraId="653E8211" w14:textId="77777777" w:rsidR="007A5E59" w:rsidRDefault="0095198F">
            <w:pPr>
              <w:jc w:val="center"/>
            </w:pPr>
            <w:r>
              <w:t>48,69</w:t>
            </w:r>
          </w:p>
        </w:tc>
        <w:tc>
          <w:tcPr>
            <w:tcW w:w="0" w:type="auto"/>
          </w:tcPr>
          <w:p w14:paraId="2A10AB55" w14:textId="77777777" w:rsidR="007A5E59" w:rsidRDefault="0095198F">
            <w:pPr>
              <w:jc w:val="center"/>
            </w:pPr>
            <w:r>
              <w:t>5 458,05</w:t>
            </w:r>
          </w:p>
        </w:tc>
      </w:tr>
      <w:tr w:rsidR="007A5E59" w14:paraId="2D8A3183" w14:textId="77777777">
        <w:trPr>
          <w:jc w:val="center"/>
        </w:trPr>
        <w:tc>
          <w:tcPr>
            <w:tcW w:w="0" w:type="auto"/>
            <w:shd w:val="clear" w:color="auto" w:fill="DBE5F1"/>
          </w:tcPr>
          <w:p w14:paraId="25899982" w14:textId="77777777" w:rsidR="007A5E59" w:rsidRDefault="0095198F">
            <w:r>
              <w:rPr>
                <w:b/>
              </w:rPr>
              <w:t>ИТОГО по диаметрам</w:t>
            </w:r>
          </w:p>
        </w:tc>
        <w:tc>
          <w:tcPr>
            <w:tcW w:w="0" w:type="auto"/>
            <w:shd w:val="clear" w:color="auto" w:fill="DBE5F1"/>
          </w:tcPr>
          <w:p w14:paraId="2AD2CA4C" w14:textId="77777777" w:rsidR="007A5E59" w:rsidRDefault="0095198F">
            <w:pPr>
              <w:jc w:val="center"/>
            </w:pPr>
            <w:r>
              <w:rPr>
                <w:b/>
              </w:rPr>
              <w:t>0,00</w:t>
            </w:r>
          </w:p>
        </w:tc>
        <w:tc>
          <w:tcPr>
            <w:tcW w:w="0" w:type="auto"/>
            <w:shd w:val="clear" w:color="auto" w:fill="DBE5F1"/>
          </w:tcPr>
          <w:p w14:paraId="73A796AE" w14:textId="77777777" w:rsidR="007A5E59" w:rsidRDefault="0095198F">
            <w:pPr>
              <w:jc w:val="center"/>
            </w:pPr>
            <w:r>
              <w:rPr>
                <w:b/>
              </w:rPr>
              <w:t>6,41</w:t>
            </w:r>
          </w:p>
        </w:tc>
        <w:tc>
          <w:tcPr>
            <w:tcW w:w="0" w:type="auto"/>
            <w:shd w:val="clear" w:color="auto" w:fill="DBE5F1"/>
          </w:tcPr>
          <w:p w14:paraId="7F4C7F94" w14:textId="77777777" w:rsidR="007A5E59" w:rsidRDefault="0095198F">
            <w:pPr>
              <w:jc w:val="center"/>
            </w:pPr>
            <w:r>
              <w:rPr>
                <w:b/>
              </w:rPr>
              <w:t>53,41</w:t>
            </w:r>
          </w:p>
        </w:tc>
        <w:tc>
          <w:tcPr>
            <w:tcW w:w="0" w:type="auto"/>
            <w:shd w:val="clear" w:color="auto" w:fill="DBE5F1"/>
          </w:tcPr>
          <w:p w14:paraId="34C74009" w14:textId="77777777" w:rsidR="007A5E59" w:rsidRDefault="0095198F">
            <w:pPr>
              <w:jc w:val="center"/>
            </w:pPr>
            <w:r>
              <w:rPr>
                <w:b/>
              </w:rPr>
              <w:t>0,00</w:t>
            </w:r>
          </w:p>
        </w:tc>
        <w:tc>
          <w:tcPr>
            <w:tcW w:w="0" w:type="auto"/>
            <w:shd w:val="clear" w:color="auto" w:fill="DBE5F1"/>
          </w:tcPr>
          <w:p w14:paraId="5AF06911" w14:textId="77777777" w:rsidR="007A5E59" w:rsidRDefault="0095198F">
            <w:pPr>
              <w:jc w:val="center"/>
            </w:pPr>
            <w:r>
              <w:rPr>
                <w:b/>
              </w:rPr>
              <w:t>58,56</w:t>
            </w:r>
          </w:p>
        </w:tc>
        <w:tc>
          <w:tcPr>
            <w:tcW w:w="0" w:type="auto"/>
            <w:shd w:val="clear" w:color="auto" w:fill="DBE5F1"/>
          </w:tcPr>
          <w:p w14:paraId="53FB9C2C" w14:textId="77777777" w:rsidR="007A5E59" w:rsidRDefault="0095198F">
            <w:pPr>
              <w:jc w:val="center"/>
            </w:pPr>
            <w:r>
              <w:rPr>
                <w:b/>
              </w:rPr>
              <w:t>210,64</w:t>
            </w:r>
          </w:p>
        </w:tc>
        <w:tc>
          <w:tcPr>
            <w:tcW w:w="0" w:type="auto"/>
            <w:shd w:val="clear" w:color="auto" w:fill="DBE5F1"/>
          </w:tcPr>
          <w:p w14:paraId="76A32C82" w14:textId="77777777" w:rsidR="007A5E59" w:rsidRDefault="0095198F">
            <w:pPr>
              <w:jc w:val="center"/>
            </w:pPr>
            <w:r>
              <w:rPr>
                <w:b/>
              </w:rPr>
              <w:t>230,55</w:t>
            </w:r>
          </w:p>
        </w:tc>
        <w:tc>
          <w:tcPr>
            <w:tcW w:w="0" w:type="auto"/>
            <w:shd w:val="clear" w:color="auto" w:fill="DBE5F1"/>
          </w:tcPr>
          <w:p w14:paraId="6CEF5FF9" w14:textId="77777777" w:rsidR="007A5E59" w:rsidRDefault="0095198F">
            <w:pPr>
              <w:jc w:val="center"/>
            </w:pPr>
            <w:r>
              <w:rPr>
                <w:b/>
              </w:rPr>
              <w:t>0,00</w:t>
            </w:r>
          </w:p>
        </w:tc>
        <w:tc>
          <w:tcPr>
            <w:tcW w:w="0" w:type="auto"/>
            <w:shd w:val="clear" w:color="auto" w:fill="DBE5F1"/>
          </w:tcPr>
          <w:p w14:paraId="3641D143" w14:textId="77777777" w:rsidR="007A5E59" w:rsidRDefault="0095198F">
            <w:pPr>
              <w:jc w:val="center"/>
            </w:pPr>
            <w:r>
              <w:rPr>
                <w:b/>
              </w:rPr>
              <w:t>0,00</w:t>
            </w:r>
          </w:p>
        </w:tc>
        <w:tc>
          <w:tcPr>
            <w:tcW w:w="0" w:type="auto"/>
            <w:shd w:val="clear" w:color="auto" w:fill="DBE5F1"/>
          </w:tcPr>
          <w:p w14:paraId="1605D048" w14:textId="77777777" w:rsidR="007A5E59" w:rsidRDefault="0095198F">
            <w:pPr>
              <w:jc w:val="center"/>
            </w:pPr>
            <w:r>
              <w:rPr>
                <w:b/>
              </w:rPr>
              <w:t>43,98</w:t>
            </w:r>
          </w:p>
        </w:tc>
        <w:tc>
          <w:tcPr>
            <w:tcW w:w="0" w:type="auto"/>
            <w:shd w:val="clear" w:color="auto" w:fill="DBE5F1"/>
          </w:tcPr>
          <w:p w14:paraId="781424EE" w14:textId="77777777" w:rsidR="007A5E59" w:rsidRDefault="0095198F">
            <w:pPr>
              <w:jc w:val="center"/>
            </w:pPr>
            <w:r>
              <w:rPr>
                <w:b/>
              </w:rPr>
              <w:t>101,47</w:t>
            </w:r>
          </w:p>
        </w:tc>
        <w:tc>
          <w:tcPr>
            <w:tcW w:w="0" w:type="auto"/>
            <w:shd w:val="clear" w:color="auto" w:fill="DBE5F1"/>
          </w:tcPr>
          <w:p w14:paraId="37D9C94E" w14:textId="77777777" w:rsidR="007A5E59" w:rsidRDefault="0095198F">
            <w:pPr>
              <w:jc w:val="center"/>
            </w:pPr>
            <w:r>
              <w:rPr>
                <w:b/>
              </w:rPr>
              <w:t>316,12</w:t>
            </w:r>
          </w:p>
        </w:tc>
        <w:tc>
          <w:tcPr>
            <w:tcW w:w="0" w:type="auto"/>
            <w:shd w:val="clear" w:color="auto" w:fill="DBE5F1"/>
          </w:tcPr>
          <w:p w14:paraId="390C7F24" w14:textId="77777777" w:rsidR="007A5E59" w:rsidRDefault="0095198F">
            <w:pPr>
              <w:jc w:val="center"/>
            </w:pPr>
            <w:r>
              <w:rPr>
                <w:b/>
              </w:rPr>
              <w:t>438,72</w:t>
            </w:r>
          </w:p>
        </w:tc>
        <w:tc>
          <w:tcPr>
            <w:tcW w:w="0" w:type="auto"/>
            <w:shd w:val="clear" w:color="auto" w:fill="DBE5F1"/>
          </w:tcPr>
          <w:p w14:paraId="2F765EB2" w14:textId="77777777" w:rsidR="007A5E59" w:rsidRDefault="0095198F">
            <w:pPr>
              <w:jc w:val="center"/>
            </w:pPr>
            <w:r>
              <w:rPr>
                <w:b/>
              </w:rPr>
              <w:t>93,62</w:t>
            </w:r>
          </w:p>
        </w:tc>
        <w:tc>
          <w:tcPr>
            <w:tcW w:w="0" w:type="auto"/>
            <w:shd w:val="clear" w:color="auto" w:fill="DBE5F1"/>
          </w:tcPr>
          <w:p w14:paraId="6B1BAB9A" w14:textId="77777777" w:rsidR="007A5E59" w:rsidRDefault="0095198F">
            <w:pPr>
              <w:jc w:val="center"/>
            </w:pPr>
            <w:r>
              <w:rPr>
                <w:b/>
              </w:rPr>
              <w:t>2 969,59</w:t>
            </w:r>
          </w:p>
        </w:tc>
        <w:tc>
          <w:tcPr>
            <w:tcW w:w="0" w:type="auto"/>
            <w:shd w:val="clear" w:color="auto" w:fill="DBE5F1"/>
          </w:tcPr>
          <w:p w14:paraId="1F932417" w14:textId="77777777" w:rsidR="007A5E59" w:rsidRDefault="0095198F">
            <w:pPr>
              <w:jc w:val="center"/>
            </w:pPr>
            <w:r>
              <w:rPr>
                <w:b/>
              </w:rPr>
              <w:t>1 312,40</w:t>
            </w:r>
          </w:p>
        </w:tc>
        <w:tc>
          <w:tcPr>
            <w:tcW w:w="0" w:type="auto"/>
            <w:shd w:val="clear" w:color="auto" w:fill="DBE5F1"/>
          </w:tcPr>
          <w:p w14:paraId="6ADC449E" w14:textId="77777777" w:rsidR="007A5E59" w:rsidRDefault="0095198F">
            <w:pPr>
              <w:jc w:val="center"/>
            </w:pPr>
            <w:r>
              <w:rPr>
                <w:b/>
              </w:rPr>
              <w:t>0,00</w:t>
            </w:r>
          </w:p>
        </w:tc>
        <w:tc>
          <w:tcPr>
            <w:tcW w:w="0" w:type="auto"/>
            <w:shd w:val="clear" w:color="auto" w:fill="DBE5F1"/>
          </w:tcPr>
          <w:p w14:paraId="1F415F6E" w14:textId="77777777" w:rsidR="007A5E59" w:rsidRDefault="0095198F">
            <w:pPr>
              <w:jc w:val="center"/>
            </w:pPr>
            <w:r>
              <w:rPr>
                <w:b/>
              </w:rPr>
              <w:t>0,00</w:t>
            </w:r>
          </w:p>
        </w:tc>
        <w:tc>
          <w:tcPr>
            <w:tcW w:w="0" w:type="auto"/>
            <w:shd w:val="clear" w:color="auto" w:fill="DBE5F1"/>
          </w:tcPr>
          <w:p w14:paraId="29F6C685" w14:textId="77777777" w:rsidR="007A5E59" w:rsidRDefault="0095198F">
            <w:pPr>
              <w:jc w:val="center"/>
            </w:pPr>
            <w:r>
              <w:rPr>
                <w:b/>
              </w:rPr>
              <w:t>67,54</w:t>
            </w:r>
          </w:p>
        </w:tc>
        <w:tc>
          <w:tcPr>
            <w:tcW w:w="0" w:type="auto"/>
            <w:shd w:val="clear" w:color="auto" w:fill="DBE5F1"/>
          </w:tcPr>
          <w:p w14:paraId="7B2AA1B2" w14:textId="77777777" w:rsidR="007A5E59" w:rsidRDefault="0095198F">
            <w:pPr>
              <w:jc w:val="center"/>
            </w:pPr>
            <w:r>
              <w:rPr>
                <w:b/>
              </w:rPr>
              <w:t>5 903,02</w:t>
            </w:r>
          </w:p>
        </w:tc>
      </w:tr>
      <w:tr w:rsidR="007A5E59" w14:paraId="72D40EA0" w14:textId="77777777">
        <w:trPr>
          <w:jc w:val="center"/>
        </w:trPr>
        <w:tc>
          <w:tcPr>
            <w:tcW w:w="0" w:type="auto"/>
            <w:shd w:val="clear" w:color="auto" w:fill="DBE5F1"/>
          </w:tcPr>
          <w:p w14:paraId="299A2E35" w14:textId="77777777" w:rsidR="007A5E59" w:rsidRDefault="0095198F">
            <w:r>
              <w:rPr>
                <w:b/>
              </w:rPr>
              <w:t>ВСЕГО площадь поверхности, м²</w:t>
            </w:r>
          </w:p>
        </w:tc>
        <w:tc>
          <w:tcPr>
            <w:tcW w:w="0" w:type="auto"/>
            <w:shd w:val="clear" w:color="auto" w:fill="DBE5F1"/>
          </w:tcPr>
          <w:p w14:paraId="1AEB62E6" w14:textId="77777777" w:rsidR="007A5E59" w:rsidRDefault="0095198F">
            <w:pPr>
              <w:jc w:val="center"/>
            </w:pPr>
            <w:r>
              <w:rPr>
                <w:b/>
              </w:rPr>
              <w:t>5 903,02</w:t>
            </w:r>
          </w:p>
        </w:tc>
        <w:tc>
          <w:tcPr>
            <w:tcW w:w="0" w:type="auto"/>
            <w:shd w:val="clear" w:color="auto" w:fill="DBE5F1"/>
          </w:tcPr>
          <w:p w14:paraId="533DDB82" w14:textId="77777777" w:rsidR="007A5E59" w:rsidRDefault="007A5E59"/>
        </w:tc>
        <w:tc>
          <w:tcPr>
            <w:tcW w:w="0" w:type="auto"/>
            <w:shd w:val="clear" w:color="auto" w:fill="DBE5F1"/>
          </w:tcPr>
          <w:p w14:paraId="071AEEC9" w14:textId="77777777" w:rsidR="007A5E59" w:rsidRDefault="007A5E59"/>
        </w:tc>
        <w:tc>
          <w:tcPr>
            <w:tcW w:w="0" w:type="auto"/>
            <w:shd w:val="clear" w:color="auto" w:fill="DBE5F1"/>
          </w:tcPr>
          <w:p w14:paraId="2F473F5B" w14:textId="77777777" w:rsidR="007A5E59" w:rsidRDefault="007A5E59"/>
        </w:tc>
        <w:tc>
          <w:tcPr>
            <w:tcW w:w="0" w:type="auto"/>
            <w:shd w:val="clear" w:color="auto" w:fill="DBE5F1"/>
          </w:tcPr>
          <w:p w14:paraId="5B565196" w14:textId="77777777" w:rsidR="007A5E59" w:rsidRDefault="007A5E59"/>
        </w:tc>
        <w:tc>
          <w:tcPr>
            <w:tcW w:w="0" w:type="auto"/>
            <w:shd w:val="clear" w:color="auto" w:fill="DBE5F1"/>
          </w:tcPr>
          <w:p w14:paraId="1984C4EE" w14:textId="77777777" w:rsidR="007A5E59" w:rsidRDefault="007A5E59"/>
        </w:tc>
        <w:tc>
          <w:tcPr>
            <w:tcW w:w="0" w:type="auto"/>
            <w:shd w:val="clear" w:color="auto" w:fill="DBE5F1"/>
          </w:tcPr>
          <w:p w14:paraId="1583A559" w14:textId="77777777" w:rsidR="007A5E59" w:rsidRDefault="007A5E59"/>
        </w:tc>
        <w:tc>
          <w:tcPr>
            <w:tcW w:w="0" w:type="auto"/>
            <w:shd w:val="clear" w:color="auto" w:fill="DBE5F1"/>
          </w:tcPr>
          <w:p w14:paraId="766AF45C" w14:textId="77777777" w:rsidR="007A5E59" w:rsidRDefault="007A5E59"/>
        </w:tc>
        <w:tc>
          <w:tcPr>
            <w:tcW w:w="0" w:type="auto"/>
            <w:shd w:val="clear" w:color="auto" w:fill="DBE5F1"/>
          </w:tcPr>
          <w:p w14:paraId="002D73FF" w14:textId="77777777" w:rsidR="007A5E59" w:rsidRDefault="007A5E59"/>
        </w:tc>
        <w:tc>
          <w:tcPr>
            <w:tcW w:w="0" w:type="auto"/>
            <w:shd w:val="clear" w:color="auto" w:fill="DBE5F1"/>
          </w:tcPr>
          <w:p w14:paraId="6AC7B9CD" w14:textId="77777777" w:rsidR="007A5E59" w:rsidRDefault="007A5E59"/>
        </w:tc>
        <w:tc>
          <w:tcPr>
            <w:tcW w:w="0" w:type="auto"/>
            <w:shd w:val="clear" w:color="auto" w:fill="DBE5F1"/>
          </w:tcPr>
          <w:p w14:paraId="0B2FE836" w14:textId="77777777" w:rsidR="007A5E59" w:rsidRDefault="007A5E59"/>
        </w:tc>
        <w:tc>
          <w:tcPr>
            <w:tcW w:w="0" w:type="auto"/>
            <w:shd w:val="clear" w:color="auto" w:fill="DBE5F1"/>
          </w:tcPr>
          <w:p w14:paraId="47EC0F59" w14:textId="77777777" w:rsidR="007A5E59" w:rsidRDefault="007A5E59"/>
        </w:tc>
        <w:tc>
          <w:tcPr>
            <w:tcW w:w="0" w:type="auto"/>
            <w:shd w:val="clear" w:color="auto" w:fill="DBE5F1"/>
          </w:tcPr>
          <w:p w14:paraId="461597DB" w14:textId="77777777" w:rsidR="007A5E59" w:rsidRDefault="007A5E59"/>
        </w:tc>
        <w:tc>
          <w:tcPr>
            <w:tcW w:w="0" w:type="auto"/>
            <w:shd w:val="clear" w:color="auto" w:fill="DBE5F1"/>
          </w:tcPr>
          <w:p w14:paraId="456F942F" w14:textId="77777777" w:rsidR="007A5E59" w:rsidRDefault="007A5E59"/>
        </w:tc>
        <w:tc>
          <w:tcPr>
            <w:tcW w:w="0" w:type="auto"/>
            <w:shd w:val="clear" w:color="auto" w:fill="DBE5F1"/>
          </w:tcPr>
          <w:p w14:paraId="6494B0EE" w14:textId="77777777" w:rsidR="007A5E59" w:rsidRDefault="007A5E59"/>
        </w:tc>
        <w:tc>
          <w:tcPr>
            <w:tcW w:w="0" w:type="auto"/>
            <w:shd w:val="clear" w:color="auto" w:fill="DBE5F1"/>
          </w:tcPr>
          <w:p w14:paraId="37547CD8" w14:textId="77777777" w:rsidR="007A5E59" w:rsidRDefault="007A5E59"/>
        </w:tc>
        <w:tc>
          <w:tcPr>
            <w:tcW w:w="0" w:type="auto"/>
            <w:shd w:val="clear" w:color="auto" w:fill="DBE5F1"/>
          </w:tcPr>
          <w:p w14:paraId="3F4630E7" w14:textId="77777777" w:rsidR="007A5E59" w:rsidRDefault="007A5E59"/>
        </w:tc>
        <w:tc>
          <w:tcPr>
            <w:tcW w:w="0" w:type="auto"/>
            <w:shd w:val="clear" w:color="auto" w:fill="DBE5F1"/>
          </w:tcPr>
          <w:p w14:paraId="02CEDDDF" w14:textId="77777777" w:rsidR="007A5E59" w:rsidRDefault="007A5E59"/>
        </w:tc>
        <w:tc>
          <w:tcPr>
            <w:tcW w:w="0" w:type="auto"/>
            <w:shd w:val="clear" w:color="auto" w:fill="DBE5F1"/>
          </w:tcPr>
          <w:p w14:paraId="55226038" w14:textId="77777777" w:rsidR="007A5E59" w:rsidRDefault="007A5E59"/>
        </w:tc>
        <w:tc>
          <w:tcPr>
            <w:tcW w:w="0" w:type="auto"/>
            <w:shd w:val="clear" w:color="auto" w:fill="DBE5F1"/>
          </w:tcPr>
          <w:p w14:paraId="22D224A2" w14:textId="77777777" w:rsidR="007A5E59" w:rsidRDefault="007A5E59"/>
        </w:tc>
      </w:tr>
      <w:tr w:rsidR="007A5E59" w14:paraId="4C984267" w14:textId="77777777">
        <w:trPr>
          <w:jc w:val="center"/>
        </w:trPr>
        <w:tc>
          <w:tcPr>
            <w:tcW w:w="0" w:type="auto"/>
          </w:tcPr>
          <w:p w14:paraId="4C41FDAB" w14:textId="77777777" w:rsidR="007A5E59" w:rsidRPr="00312815" w:rsidRDefault="0095198F">
            <w:pPr>
              <w:rPr>
                <w:lang w:val="ru-RU"/>
              </w:rPr>
            </w:pPr>
            <w:r w:rsidRPr="00312815">
              <w:rPr>
                <w:lang w:val="ru-RU"/>
              </w:rPr>
              <w:t>Материальная характеристика, м² (2·</w:t>
            </w:r>
            <w:r>
              <w:t>S</w:t>
            </w:r>
            <w:r w:rsidRPr="00312815">
              <w:rPr>
                <w:lang w:val="ru-RU"/>
              </w:rPr>
              <w:t>/</w:t>
            </w:r>
            <w:r>
              <w:t>π</w:t>
            </w:r>
            <w:r w:rsidRPr="00312815">
              <w:rPr>
                <w:lang w:val="ru-RU"/>
              </w:rPr>
              <w:t>)</w:t>
            </w:r>
          </w:p>
        </w:tc>
        <w:tc>
          <w:tcPr>
            <w:tcW w:w="0" w:type="auto"/>
          </w:tcPr>
          <w:p w14:paraId="1AAD788B" w14:textId="77777777" w:rsidR="007A5E59" w:rsidRDefault="0095198F">
            <w:pPr>
              <w:jc w:val="center"/>
            </w:pPr>
            <w:r>
              <w:t>3 757,98</w:t>
            </w:r>
          </w:p>
        </w:tc>
        <w:tc>
          <w:tcPr>
            <w:tcW w:w="0" w:type="auto"/>
          </w:tcPr>
          <w:p w14:paraId="0BF623CC" w14:textId="77777777" w:rsidR="007A5E59" w:rsidRDefault="007A5E59"/>
        </w:tc>
        <w:tc>
          <w:tcPr>
            <w:tcW w:w="0" w:type="auto"/>
          </w:tcPr>
          <w:p w14:paraId="7CC7FE88" w14:textId="77777777" w:rsidR="007A5E59" w:rsidRDefault="007A5E59"/>
        </w:tc>
        <w:tc>
          <w:tcPr>
            <w:tcW w:w="0" w:type="auto"/>
          </w:tcPr>
          <w:p w14:paraId="1F7C94CE" w14:textId="77777777" w:rsidR="007A5E59" w:rsidRDefault="007A5E59"/>
        </w:tc>
        <w:tc>
          <w:tcPr>
            <w:tcW w:w="0" w:type="auto"/>
          </w:tcPr>
          <w:p w14:paraId="09655DCF" w14:textId="77777777" w:rsidR="007A5E59" w:rsidRDefault="007A5E59"/>
        </w:tc>
        <w:tc>
          <w:tcPr>
            <w:tcW w:w="0" w:type="auto"/>
          </w:tcPr>
          <w:p w14:paraId="10CC7FCE" w14:textId="77777777" w:rsidR="007A5E59" w:rsidRDefault="007A5E59"/>
        </w:tc>
        <w:tc>
          <w:tcPr>
            <w:tcW w:w="0" w:type="auto"/>
          </w:tcPr>
          <w:p w14:paraId="104FBEC2" w14:textId="77777777" w:rsidR="007A5E59" w:rsidRDefault="007A5E59"/>
        </w:tc>
        <w:tc>
          <w:tcPr>
            <w:tcW w:w="0" w:type="auto"/>
          </w:tcPr>
          <w:p w14:paraId="5E55BF70" w14:textId="77777777" w:rsidR="007A5E59" w:rsidRDefault="007A5E59"/>
        </w:tc>
        <w:tc>
          <w:tcPr>
            <w:tcW w:w="0" w:type="auto"/>
          </w:tcPr>
          <w:p w14:paraId="1A9E16EA" w14:textId="77777777" w:rsidR="007A5E59" w:rsidRDefault="007A5E59"/>
        </w:tc>
        <w:tc>
          <w:tcPr>
            <w:tcW w:w="0" w:type="auto"/>
          </w:tcPr>
          <w:p w14:paraId="3DE1BFB6" w14:textId="77777777" w:rsidR="007A5E59" w:rsidRDefault="007A5E59"/>
        </w:tc>
        <w:tc>
          <w:tcPr>
            <w:tcW w:w="0" w:type="auto"/>
          </w:tcPr>
          <w:p w14:paraId="18848582" w14:textId="77777777" w:rsidR="007A5E59" w:rsidRDefault="007A5E59"/>
        </w:tc>
        <w:tc>
          <w:tcPr>
            <w:tcW w:w="0" w:type="auto"/>
          </w:tcPr>
          <w:p w14:paraId="2F027E48" w14:textId="77777777" w:rsidR="007A5E59" w:rsidRDefault="007A5E59"/>
        </w:tc>
        <w:tc>
          <w:tcPr>
            <w:tcW w:w="0" w:type="auto"/>
          </w:tcPr>
          <w:p w14:paraId="0DB35086" w14:textId="77777777" w:rsidR="007A5E59" w:rsidRDefault="007A5E59"/>
        </w:tc>
        <w:tc>
          <w:tcPr>
            <w:tcW w:w="0" w:type="auto"/>
          </w:tcPr>
          <w:p w14:paraId="3324D948" w14:textId="77777777" w:rsidR="007A5E59" w:rsidRDefault="007A5E59"/>
        </w:tc>
        <w:tc>
          <w:tcPr>
            <w:tcW w:w="0" w:type="auto"/>
          </w:tcPr>
          <w:p w14:paraId="27B06644" w14:textId="77777777" w:rsidR="007A5E59" w:rsidRDefault="007A5E59"/>
        </w:tc>
        <w:tc>
          <w:tcPr>
            <w:tcW w:w="0" w:type="auto"/>
          </w:tcPr>
          <w:p w14:paraId="355000A4" w14:textId="77777777" w:rsidR="007A5E59" w:rsidRDefault="007A5E59"/>
        </w:tc>
        <w:tc>
          <w:tcPr>
            <w:tcW w:w="0" w:type="auto"/>
          </w:tcPr>
          <w:p w14:paraId="5935676C" w14:textId="77777777" w:rsidR="007A5E59" w:rsidRDefault="007A5E59"/>
        </w:tc>
        <w:tc>
          <w:tcPr>
            <w:tcW w:w="0" w:type="auto"/>
          </w:tcPr>
          <w:p w14:paraId="70CD7DE3" w14:textId="77777777" w:rsidR="007A5E59" w:rsidRDefault="007A5E59"/>
        </w:tc>
        <w:tc>
          <w:tcPr>
            <w:tcW w:w="0" w:type="auto"/>
          </w:tcPr>
          <w:p w14:paraId="16635DA3" w14:textId="77777777" w:rsidR="007A5E59" w:rsidRDefault="007A5E59"/>
        </w:tc>
        <w:tc>
          <w:tcPr>
            <w:tcW w:w="0" w:type="auto"/>
          </w:tcPr>
          <w:p w14:paraId="7D0BE68A" w14:textId="77777777" w:rsidR="007A5E59" w:rsidRDefault="007A5E59"/>
        </w:tc>
      </w:tr>
      <w:tr w:rsidR="007A5E59" w:rsidRPr="00C07C05" w14:paraId="0C4CC48D" w14:textId="77777777">
        <w:trPr>
          <w:jc w:val="center"/>
        </w:trPr>
        <w:tc>
          <w:tcPr>
            <w:tcW w:w="0" w:type="auto"/>
          </w:tcPr>
          <w:p w14:paraId="08385671" w14:textId="77777777" w:rsidR="007A5E59" w:rsidRPr="00312815" w:rsidRDefault="0095198F">
            <w:pPr>
              <w:rPr>
                <w:lang w:val="ru-RU"/>
              </w:rPr>
            </w:pPr>
            <w:r w:rsidRPr="00312815">
              <w:rPr>
                <w:lang w:val="ru-RU"/>
              </w:rPr>
              <w:t>БЛОК 4. Параметры, программа мероприятий и контроль</w:t>
            </w:r>
          </w:p>
        </w:tc>
        <w:tc>
          <w:tcPr>
            <w:tcW w:w="0" w:type="auto"/>
          </w:tcPr>
          <w:p w14:paraId="7458EB8A" w14:textId="77777777" w:rsidR="007A5E59" w:rsidRPr="00312815" w:rsidRDefault="007A5E59">
            <w:pPr>
              <w:rPr>
                <w:lang w:val="ru-RU"/>
              </w:rPr>
            </w:pPr>
          </w:p>
        </w:tc>
        <w:tc>
          <w:tcPr>
            <w:tcW w:w="0" w:type="auto"/>
          </w:tcPr>
          <w:p w14:paraId="1250F9B5" w14:textId="77777777" w:rsidR="007A5E59" w:rsidRPr="00312815" w:rsidRDefault="007A5E59">
            <w:pPr>
              <w:rPr>
                <w:lang w:val="ru-RU"/>
              </w:rPr>
            </w:pPr>
          </w:p>
        </w:tc>
        <w:tc>
          <w:tcPr>
            <w:tcW w:w="0" w:type="auto"/>
          </w:tcPr>
          <w:p w14:paraId="47884FDF" w14:textId="77777777" w:rsidR="007A5E59" w:rsidRPr="00312815" w:rsidRDefault="007A5E59">
            <w:pPr>
              <w:rPr>
                <w:lang w:val="ru-RU"/>
              </w:rPr>
            </w:pPr>
          </w:p>
        </w:tc>
        <w:tc>
          <w:tcPr>
            <w:tcW w:w="0" w:type="auto"/>
          </w:tcPr>
          <w:p w14:paraId="536D03EA" w14:textId="77777777" w:rsidR="007A5E59" w:rsidRPr="00312815" w:rsidRDefault="007A5E59">
            <w:pPr>
              <w:rPr>
                <w:lang w:val="ru-RU"/>
              </w:rPr>
            </w:pPr>
          </w:p>
        </w:tc>
        <w:tc>
          <w:tcPr>
            <w:tcW w:w="0" w:type="auto"/>
          </w:tcPr>
          <w:p w14:paraId="183C030C" w14:textId="77777777" w:rsidR="007A5E59" w:rsidRPr="00312815" w:rsidRDefault="007A5E59">
            <w:pPr>
              <w:rPr>
                <w:lang w:val="ru-RU"/>
              </w:rPr>
            </w:pPr>
          </w:p>
        </w:tc>
        <w:tc>
          <w:tcPr>
            <w:tcW w:w="0" w:type="auto"/>
          </w:tcPr>
          <w:p w14:paraId="514DB16F" w14:textId="77777777" w:rsidR="007A5E59" w:rsidRPr="00312815" w:rsidRDefault="007A5E59">
            <w:pPr>
              <w:rPr>
                <w:lang w:val="ru-RU"/>
              </w:rPr>
            </w:pPr>
          </w:p>
        </w:tc>
        <w:tc>
          <w:tcPr>
            <w:tcW w:w="0" w:type="auto"/>
          </w:tcPr>
          <w:p w14:paraId="2C9CD381" w14:textId="77777777" w:rsidR="007A5E59" w:rsidRPr="00312815" w:rsidRDefault="007A5E59">
            <w:pPr>
              <w:rPr>
                <w:lang w:val="ru-RU"/>
              </w:rPr>
            </w:pPr>
          </w:p>
        </w:tc>
        <w:tc>
          <w:tcPr>
            <w:tcW w:w="0" w:type="auto"/>
          </w:tcPr>
          <w:p w14:paraId="176AD016" w14:textId="77777777" w:rsidR="007A5E59" w:rsidRPr="00312815" w:rsidRDefault="007A5E59">
            <w:pPr>
              <w:rPr>
                <w:lang w:val="ru-RU"/>
              </w:rPr>
            </w:pPr>
          </w:p>
        </w:tc>
        <w:tc>
          <w:tcPr>
            <w:tcW w:w="0" w:type="auto"/>
          </w:tcPr>
          <w:p w14:paraId="77BD95C2" w14:textId="77777777" w:rsidR="007A5E59" w:rsidRPr="00312815" w:rsidRDefault="007A5E59">
            <w:pPr>
              <w:rPr>
                <w:lang w:val="ru-RU"/>
              </w:rPr>
            </w:pPr>
          </w:p>
        </w:tc>
        <w:tc>
          <w:tcPr>
            <w:tcW w:w="0" w:type="auto"/>
          </w:tcPr>
          <w:p w14:paraId="3F273567" w14:textId="77777777" w:rsidR="007A5E59" w:rsidRPr="00312815" w:rsidRDefault="007A5E59">
            <w:pPr>
              <w:rPr>
                <w:lang w:val="ru-RU"/>
              </w:rPr>
            </w:pPr>
          </w:p>
        </w:tc>
        <w:tc>
          <w:tcPr>
            <w:tcW w:w="0" w:type="auto"/>
          </w:tcPr>
          <w:p w14:paraId="5E38890E" w14:textId="77777777" w:rsidR="007A5E59" w:rsidRPr="00312815" w:rsidRDefault="007A5E59">
            <w:pPr>
              <w:rPr>
                <w:lang w:val="ru-RU"/>
              </w:rPr>
            </w:pPr>
          </w:p>
        </w:tc>
        <w:tc>
          <w:tcPr>
            <w:tcW w:w="0" w:type="auto"/>
          </w:tcPr>
          <w:p w14:paraId="39EED9B8" w14:textId="77777777" w:rsidR="007A5E59" w:rsidRPr="00312815" w:rsidRDefault="007A5E59">
            <w:pPr>
              <w:rPr>
                <w:lang w:val="ru-RU"/>
              </w:rPr>
            </w:pPr>
          </w:p>
        </w:tc>
        <w:tc>
          <w:tcPr>
            <w:tcW w:w="0" w:type="auto"/>
          </w:tcPr>
          <w:p w14:paraId="1B233672" w14:textId="77777777" w:rsidR="007A5E59" w:rsidRPr="00312815" w:rsidRDefault="007A5E59">
            <w:pPr>
              <w:rPr>
                <w:lang w:val="ru-RU"/>
              </w:rPr>
            </w:pPr>
          </w:p>
        </w:tc>
        <w:tc>
          <w:tcPr>
            <w:tcW w:w="0" w:type="auto"/>
          </w:tcPr>
          <w:p w14:paraId="30EC7BA5" w14:textId="77777777" w:rsidR="007A5E59" w:rsidRPr="00312815" w:rsidRDefault="007A5E59">
            <w:pPr>
              <w:rPr>
                <w:lang w:val="ru-RU"/>
              </w:rPr>
            </w:pPr>
          </w:p>
        </w:tc>
        <w:tc>
          <w:tcPr>
            <w:tcW w:w="0" w:type="auto"/>
          </w:tcPr>
          <w:p w14:paraId="7B5046AC" w14:textId="77777777" w:rsidR="007A5E59" w:rsidRPr="00312815" w:rsidRDefault="007A5E59">
            <w:pPr>
              <w:rPr>
                <w:lang w:val="ru-RU"/>
              </w:rPr>
            </w:pPr>
          </w:p>
        </w:tc>
        <w:tc>
          <w:tcPr>
            <w:tcW w:w="0" w:type="auto"/>
          </w:tcPr>
          <w:p w14:paraId="51B43D9A" w14:textId="77777777" w:rsidR="007A5E59" w:rsidRPr="00312815" w:rsidRDefault="007A5E59">
            <w:pPr>
              <w:rPr>
                <w:lang w:val="ru-RU"/>
              </w:rPr>
            </w:pPr>
          </w:p>
        </w:tc>
        <w:tc>
          <w:tcPr>
            <w:tcW w:w="0" w:type="auto"/>
          </w:tcPr>
          <w:p w14:paraId="0AAC265F" w14:textId="77777777" w:rsidR="007A5E59" w:rsidRPr="00312815" w:rsidRDefault="007A5E59">
            <w:pPr>
              <w:rPr>
                <w:lang w:val="ru-RU"/>
              </w:rPr>
            </w:pPr>
          </w:p>
        </w:tc>
        <w:tc>
          <w:tcPr>
            <w:tcW w:w="0" w:type="auto"/>
          </w:tcPr>
          <w:p w14:paraId="0948D3CC" w14:textId="77777777" w:rsidR="007A5E59" w:rsidRPr="00312815" w:rsidRDefault="007A5E59">
            <w:pPr>
              <w:rPr>
                <w:lang w:val="ru-RU"/>
              </w:rPr>
            </w:pPr>
          </w:p>
        </w:tc>
        <w:tc>
          <w:tcPr>
            <w:tcW w:w="0" w:type="auto"/>
          </w:tcPr>
          <w:p w14:paraId="49F1DEF3" w14:textId="77777777" w:rsidR="007A5E59" w:rsidRPr="00312815" w:rsidRDefault="007A5E59">
            <w:pPr>
              <w:rPr>
                <w:lang w:val="ru-RU"/>
              </w:rPr>
            </w:pPr>
          </w:p>
        </w:tc>
        <w:tc>
          <w:tcPr>
            <w:tcW w:w="0" w:type="auto"/>
          </w:tcPr>
          <w:p w14:paraId="5F02DFB3" w14:textId="77777777" w:rsidR="007A5E59" w:rsidRPr="00312815" w:rsidRDefault="007A5E59">
            <w:pPr>
              <w:rPr>
                <w:lang w:val="ru-RU"/>
              </w:rPr>
            </w:pPr>
          </w:p>
        </w:tc>
      </w:tr>
      <w:tr w:rsidR="007A5E59" w14:paraId="7DC2754C" w14:textId="77777777">
        <w:trPr>
          <w:jc w:val="center"/>
        </w:trPr>
        <w:tc>
          <w:tcPr>
            <w:tcW w:w="0" w:type="auto"/>
          </w:tcPr>
          <w:p w14:paraId="781D05A0" w14:textId="77777777" w:rsidR="007A5E59" w:rsidRPr="00312815" w:rsidRDefault="0095198F">
            <w:pPr>
              <w:rPr>
                <w:lang w:val="ru-RU"/>
              </w:rPr>
            </w:pPr>
            <w:r w:rsidRPr="00312815">
              <w:rPr>
                <w:lang w:val="ru-RU"/>
              </w:rPr>
              <w:t>Принятый расчётный срок службы, лет</w:t>
            </w:r>
          </w:p>
        </w:tc>
        <w:tc>
          <w:tcPr>
            <w:tcW w:w="0" w:type="auto"/>
          </w:tcPr>
          <w:p w14:paraId="0C6DB201" w14:textId="77777777" w:rsidR="007A5E59" w:rsidRDefault="0095198F">
            <w:pPr>
              <w:jc w:val="center"/>
            </w:pPr>
            <w:r>
              <w:t>25,0</w:t>
            </w:r>
          </w:p>
        </w:tc>
        <w:tc>
          <w:tcPr>
            <w:tcW w:w="0" w:type="auto"/>
          </w:tcPr>
          <w:p w14:paraId="675292F9" w14:textId="77777777" w:rsidR="007A5E59" w:rsidRDefault="007A5E59"/>
        </w:tc>
        <w:tc>
          <w:tcPr>
            <w:tcW w:w="0" w:type="auto"/>
          </w:tcPr>
          <w:p w14:paraId="65DD46A7" w14:textId="77777777" w:rsidR="007A5E59" w:rsidRDefault="007A5E59"/>
        </w:tc>
        <w:tc>
          <w:tcPr>
            <w:tcW w:w="0" w:type="auto"/>
          </w:tcPr>
          <w:p w14:paraId="74EC5998" w14:textId="77777777" w:rsidR="007A5E59" w:rsidRDefault="007A5E59"/>
        </w:tc>
        <w:tc>
          <w:tcPr>
            <w:tcW w:w="0" w:type="auto"/>
          </w:tcPr>
          <w:p w14:paraId="2A360FC3" w14:textId="77777777" w:rsidR="007A5E59" w:rsidRDefault="007A5E59"/>
        </w:tc>
        <w:tc>
          <w:tcPr>
            <w:tcW w:w="0" w:type="auto"/>
          </w:tcPr>
          <w:p w14:paraId="770762E9" w14:textId="77777777" w:rsidR="007A5E59" w:rsidRDefault="007A5E59"/>
        </w:tc>
        <w:tc>
          <w:tcPr>
            <w:tcW w:w="0" w:type="auto"/>
          </w:tcPr>
          <w:p w14:paraId="716A71E3" w14:textId="77777777" w:rsidR="007A5E59" w:rsidRDefault="007A5E59"/>
        </w:tc>
        <w:tc>
          <w:tcPr>
            <w:tcW w:w="0" w:type="auto"/>
          </w:tcPr>
          <w:p w14:paraId="1BA00B60" w14:textId="77777777" w:rsidR="007A5E59" w:rsidRDefault="007A5E59"/>
        </w:tc>
        <w:tc>
          <w:tcPr>
            <w:tcW w:w="0" w:type="auto"/>
          </w:tcPr>
          <w:p w14:paraId="65E129BB" w14:textId="77777777" w:rsidR="007A5E59" w:rsidRDefault="007A5E59"/>
        </w:tc>
        <w:tc>
          <w:tcPr>
            <w:tcW w:w="0" w:type="auto"/>
          </w:tcPr>
          <w:p w14:paraId="0A0ACC32" w14:textId="77777777" w:rsidR="007A5E59" w:rsidRDefault="007A5E59"/>
        </w:tc>
        <w:tc>
          <w:tcPr>
            <w:tcW w:w="0" w:type="auto"/>
          </w:tcPr>
          <w:p w14:paraId="5B4844CC" w14:textId="77777777" w:rsidR="007A5E59" w:rsidRDefault="007A5E59"/>
        </w:tc>
        <w:tc>
          <w:tcPr>
            <w:tcW w:w="0" w:type="auto"/>
          </w:tcPr>
          <w:p w14:paraId="7E842D82" w14:textId="77777777" w:rsidR="007A5E59" w:rsidRDefault="007A5E59"/>
        </w:tc>
        <w:tc>
          <w:tcPr>
            <w:tcW w:w="0" w:type="auto"/>
          </w:tcPr>
          <w:p w14:paraId="2FD2C78B" w14:textId="77777777" w:rsidR="007A5E59" w:rsidRDefault="007A5E59"/>
        </w:tc>
        <w:tc>
          <w:tcPr>
            <w:tcW w:w="0" w:type="auto"/>
          </w:tcPr>
          <w:p w14:paraId="443DE7F4" w14:textId="77777777" w:rsidR="007A5E59" w:rsidRDefault="007A5E59"/>
        </w:tc>
        <w:tc>
          <w:tcPr>
            <w:tcW w:w="0" w:type="auto"/>
          </w:tcPr>
          <w:p w14:paraId="15F847EC" w14:textId="77777777" w:rsidR="007A5E59" w:rsidRDefault="007A5E59"/>
        </w:tc>
        <w:tc>
          <w:tcPr>
            <w:tcW w:w="0" w:type="auto"/>
          </w:tcPr>
          <w:p w14:paraId="70EBD8C3" w14:textId="77777777" w:rsidR="007A5E59" w:rsidRDefault="007A5E59"/>
        </w:tc>
        <w:tc>
          <w:tcPr>
            <w:tcW w:w="0" w:type="auto"/>
          </w:tcPr>
          <w:p w14:paraId="22E79B3D" w14:textId="77777777" w:rsidR="007A5E59" w:rsidRDefault="007A5E59"/>
        </w:tc>
        <w:tc>
          <w:tcPr>
            <w:tcW w:w="0" w:type="auto"/>
          </w:tcPr>
          <w:p w14:paraId="2A3B4A4E" w14:textId="77777777" w:rsidR="007A5E59" w:rsidRDefault="007A5E59"/>
        </w:tc>
        <w:tc>
          <w:tcPr>
            <w:tcW w:w="0" w:type="auto"/>
          </w:tcPr>
          <w:p w14:paraId="3F9E4F54" w14:textId="77777777" w:rsidR="007A5E59" w:rsidRDefault="007A5E59"/>
        </w:tc>
        <w:tc>
          <w:tcPr>
            <w:tcW w:w="0" w:type="auto"/>
          </w:tcPr>
          <w:p w14:paraId="37561DD0" w14:textId="77777777" w:rsidR="007A5E59" w:rsidRDefault="007A5E59"/>
        </w:tc>
      </w:tr>
      <w:tr w:rsidR="007A5E59" w14:paraId="52323AF2" w14:textId="77777777">
        <w:trPr>
          <w:jc w:val="center"/>
        </w:trPr>
        <w:tc>
          <w:tcPr>
            <w:tcW w:w="0" w:type="auto"/>
            <w:shd w:val="clear" w:color="auto" w:fill="DBE5F1"/>
          </w:tcPr>
          <w:p w14:paraId="281AE26A" w14:textId="77777777" w:rsidR="007A5E59" w:rsidRDefault="0095198F">
            <w:r>
              <w:rPr>
                <w:b/>
              </w:rPr>
              <w:t>Всего участков в базе</w:t>
            </w:r>
          </w:p>
        </w:tc>
        <w:tc>
          <w:tcPr>
            <w:tcW w:w="0" w:type="auto"/>
            <w:shd w:val="clear" w:color="auto" w:fill="DBE5F1"/>
          </w:tcPr>
          <w:p w14:paraId="2A6CD573" w14:textId="77777777" w:rsidR="007A5E59" w:rsidRDefault="0095198F">
            <w:pPr>
              <w:jc w:val="center"/>
            </w:pPr>
            <w:r>
              <w:rPr>
                <w:b/>
              </w:rPr>
              <w:t>109,0</w:t>
            </w:r>
          </w:p>
        </w:tc>
        <w:tc>
          <w:tcPr>
            <w:tcW w:w="0" w:type="auto"/>
            <w:shd w:val="clear" w:color="auto" w:fill="DBE5F1"/>
          </w:tcPr>
          <w:p w14:paraId="2C45678F" w14:textId="77777777" w:rsidR="007A5E59" w:rsidRDefault="007A5E59"/>
        </w:tc>
        <w:tc>
          <w:tcPr>
            <w:tcW w:w="0" w:type="auto"/>
            <w:shd w:val="clear" w:color="auto" w:fill="DBE5F1"/>
          </w:tcPr>
          <w:p w14:paraId="7DA29710" w14:textId="77777777" w:rsidR="007A5E59" w:rsidRDefault="007A5E59"/>
        </w:tc>
        <w:tc>
          <w:tcPr>
            <w:tcW w:w="0" w:type="auto"/>
            <w:shd w:val="clear" w:color="auto" w:fill="DBE5F1"/>
          </w:tcPr>
          <w:p w14:paraId="618A30E7" w14:textId="77777777" w:rsidR="007A5E59" w:rsidRDefault="007A5E59"/>
        </w:tc>
        <w:tc>
          <w:tcPr>
            <w:tcW w:w="0" w:type="auto"/>
            <w:shd w:val="clear" w:color="auto" w:fill="DBE5F1"/>
          </w:tcPr>
          <w:p w14:paraId="0D8303EF" w14:textId="77777777" w:rsidR="007A5E59" w:rsidRDefault="007A5E59"/>
        </w:tc>
        <w:tc>
          <w:tcPr>
            <w:tcW w:w="0" w:type="auto"/>
            <w:shd w:val="clear" w:color="auto" w:fill="DBE5F1"/>
          </w:tcPr>
          <w:p w14:paraId="763A9E85" w14:textId="77777777" w:rsidR="007A5E59" w:rsidRDefault="007A5E59"/>
        </w:tc>
        <w:tc>
          <w:tcPr>
            <w:tcW w:w="0" w:type="auto"/>
            <w:shd w:val="clear" w:color="auto" w:fill="DBE5F1"/>
          </w:tcPr>
          <w:p w14:paraId="41E04515" w14:textId="77777777" w:rsidR="007A5E59" w:rsidRDefault="007A5E59"/>
        </w:tc>
        <w:tc>
          <w:tcPr>
            <w:tcW w:w="0" w:type="auto"/>
            <w:shd w:val="clear" w:color="auto" w:fill="DBE5F1"/>
          </w:tcPr>
          <w:p w14:paraId="53C71EB4" w14:textId="77777777" w:rsidR="007A5E59" w:rsidRDefault="007A5E59"/>
        </w:tc>
        <w:tc>
          <w:tcPr>
            <w:tcW w:w="0" w:type="auto"/>
            <w:shd w:val="clear" w:color="auto" w:fill="DBE5F1"/>
          </w:tcPr>
          <w:p w14:paraId="18F1C4B2" w14:textId="77777777" w:rsidR="007A5E59" w:rsidRDefault="007A5E59"/>
        </w:tc>
        <w:tc>
          <w:tcPr>
            <w:tcW w:w="0" w:type="auto"/>
            <w:shd w:val="clear" w:color="auto" w:fill="DBE5F1"/>
          </w:tcPr>
          <w:p w14:paraId="0E13AA52" w14:textId="77777777" w:rsidR="007A5E59" w:rsidRDefault="007A5E59"/>
        </w:tc>
        <w:tc>
          <w:tcPr>
            <w:tcW w:w="0" w:type="auto"/>
            <w:shd w:val="clear" w:color="auto" w:fill="DBE5F1"/>
          </w:tcPr>
          <w:p w14:paraId="2379D479" w14:textId="77777777" w:rsidR="007A5E59" w:rsidRDefault="007A5E59"/>
        </w:tc>
        <w:tc>
          <w:tcPr>
            <w:tcW w:w="0" w:type="auto"/>
            <w:shd w:val="clear" w:color="auto" w:fill="DBE5F1"/>
          </w:tcPr>
          <w:p w14:paraId="13D8E0C7" w14:textId="77777777" w:rsidR="007A5E59" w:rsidRDefault="007A5E59"/>
        </w:tc>
        <w:tc>
          <w:tcPr>
            <w:tcW w:w="0" w:type="auto"/>
            <w:shd w:val="clear" w:color="auto" w:fill="DBE5F1"/>
          </w:tcPr>
          <w:p w14:paraId="0233FC54" w14:textId="77777777" w:rsidR="007A5E59" w:rsidRDefault="007A5E59"/>
        </w:tc>
        <w:tc>
          <w:tcPr>
            <w:tcW w:w="0" w:type="auto"/>
            <w:shd w:val="clear" w:color="auto" w:fill="DBE5F1"/>
          </w:tcPr>
          <w:p w14:paraId="1F63C150" w14:textId="77777777" w:rsidR="007A5E59" w:rsidRDefault="007A5E59"/>
        </w:tc>
        <w:tc>
          <w:tcPr>
            <w:tcW w:w="0" w:type="auto"/>
            <w:shd w:val="clear" w:color="auto" w:fill="DBE5F1"/>
          </w:tcPr>
          <w:p w14:paraId="50FBE6A4" w14:textId="77777777" w:rsidR="007A5E59" w:rsidRDefault="007A5E59"/>
        </w:tc>
        <w:tc>
          <w:tcPr>
            <w:tcW w:w="0" w:type="auto"/>
            <w:shd w:val="clear" w:color="auto" w:fill="DBE5F1"/>
          </w:tcPr>
          <w:p w14:paraId="6ACC047B" w14:textId="77777777" w:rsidR="007A5E59" w:rsidRDefault="007A5E59"/>
        </w:tc>
        <w:tc>
          <w:tcPr>
            <w:tcW w:w="0" w:type="auto"/>
            <w:shd w:val="clear" w:color="auto" w:fill="DBE5F1"/>
          </w:tcPr>
          <w:p w14:paraId="2FD4D9E5" w14:textId="77777777" w:rsidR="007A5E59" w:rsidRDefault="007A5E59"/>
        </w:tc>
        <w:tc>
          <w:tcPr>
            <w:tcW w:w="0" w:type="auto"/>
            <w:shd w:val="clear" w:color="auto" w:fill="DBE5F1"/>
          </w:tcPr>
          <w:p w14:paraId="13B7FFBC" w14:textId="77777777" w:rsidR="007A5E59" w:rsidRDefault="007A5E59"/>
        </w:tc>
        <w:tc>
          <w:tcPr>
            <w:tcW w:w="0" w:type="auto"/>
            <w:shd w:val="clear" w:color="auto" w:fill="DBE5F1"/>
          </w:tcPr>
          <w:p w14:paraId="14DA8519" w14:textId="77777777" w:rsidR="007A5E59" w:rsidRDefault="007A5E59"/>
        </w:tc>
        <w:tc>
          <w:tcPr>
            <w:tcW w:w="0" w:type="auto"/>
            <w:shd w:val="clear" w:color="auto" w:fill="DBE5F1"/>
          </w:tcPr>
          <w:p w14:paraId="1E30D398" w14:textId="77777777" w:rsidR="007A5E59" w:rsidRDefault="007A5E59"/>
        </w:tc>
      </w:tr>
      <w:tr w:rsidR="007A5E59" w14:paraId="34B45739" w14:textId="77777777">
        <w:trPr>
          <w:jc w:val="center"/>
        </w:trPr>
        <w:tc>
          <w:tcPr>
            <w:tcW w:w="0" w:type="auto"/>
          </w:tcPr>
          <w:p w14:paraId="6C0C2FC0" w14:textId="77777777" w:rsidR="007A5E59" w:rsidRPr="00312815" w:rsidRDefault="0095198F">
            <w:pPr>
              <w:rPr>
                <w:lang w:val="ru-RU"/>
              </w:rPr>
            </w:pPr>
            <w:r w:rsidRPr="00312815">
              <w:rPr>
                <w:lang w:val="ru-RU"/>
              </w:rPr>
              <w:t>Участков вне горизонта 2026–2036 (год ввода 2012 и позднее)</w:t>
            </w:r>
          </w:p>
        </w:tc>
        <w:tc>
          <w:tcPr>
            <w:tcW w:w="0" w:type="auto"/>
          </w:tcPr>
          <w:p w14:paraId="2A90D0C9" w14:textId="77777777" w:rsidR="007A5E59" w:rsidRDefault="0095198F">
            <w:pPr>
              <w:jc w:val="center"/>
            </w:pPr>
            <w:r>
              <w:t>43,0</w:t>
            </w:r>
          </w:p>
        </w:tc>
        <w:tc>
          <w:tcPr>
            <w:tcW w:w="0" w:type="auto"/>
          </w:tcPr>
          <w:p w14:paraId="10A68890" w14:textId="77777777" w:rsidR="007A5E59" w:rsidRDefault="007A5E59"/>
        </w:tc>
        <w:tc>
          <w:tcPr>
            <w:tcW w:w="0" w:type="auto"/>
          </w:tcPr>
          <w:p w14:paraId="5FD1B21C" w14:textId="77777777" w:rsidR="007A5E59" w:rsidRDefault="007A5E59"/>
        </w:tc>
        <w:tc>
          <w:tcPr>
            <w:tcW w:w="0" w:type="auto"/>
          </w:tcPr>
          <w:p w14:paraId="0AAAC60D" w14:textId="77777777" w:rsidR="007A5E59" w:rsidRDefault="007A5E59"/>
        </w:tc>
        <w:tc>
          <w:tcPr>
            <w:tcW w:w="0" w:type="auto"/>
          </w:tcPr>
          <w:p w14:paraId="547C8716" w14:textId="77777777" w:rsidR="007A5E59" w:rsidRDefault="007A5E59"/>
        </w:tc>
        <w:tc>
          <w:tcPr>
            <w:tcW w:w="0" w:type="auto"/>
          </w:tcPr>
          <w:p w14:paraId="485730D5" w14:textId="77777777" w:rsidR="007A5E59" w:rsidRDefault="007A5E59"/>
        </w:tc>
        <w:tc>
          <w:tcPr>
            <w:tcW w:w="0" w:type="auto"/>
          </w:tcPr>
          <w:p w14:paraId="53F92D0D" w14:textId="77777777" w:rsidR="007A5E59" w:rsidRDefault="007A5E59"/>
        </w:tc>
        <w:tc>
          <w:tcPr>
            <w:tcW w:w="0" w:type="auto"/>
          </w:tcPr>
          <w:p w14:paraId="1942251D" w14:textId="77777777" w:rsidR="007A5E59" w:rsidRDefault="007A5E59"/>
        </w:tc>
        <w:tc>
          <w:tcPr>
            <w:tcW w:w="0" w:type="auto"/>
          </w:tcPr>
          <w:p w14:paraId="199697C3" w14:textId="77777777" w:rsidR="007A5E59" w:rsidRDefault="007A5E59"/>
        </w:tc>
        <w:tc>
          <w:tcPr>
            <w:tcW w:w="0" w:type="auto"/>
          </w:tcPr>
          <w:p w14:paraId="4148DF98" w14:textId="77777777" w:rsidR="007A5E59" w:rsidRDefault="007A5E59"/>
        </w:tc>
        <w:tc>
          <w:tcPr>
            <w:tcW w:w="0" w:type="auto"/>
          </w:tcPr>
          <w:p w14:paraId="23B69633" w14:textId="77777777" w:rsidR="007A5E59" w:rsidRDefault="007A5E59"/>
        </w:tc>
        <w:tc>
          <w:tcPr>
            <w:tcW w:w="0" w:type="auto"/>
          </w:tcPr>
          <w:p w14:paraId="2EACDD0C" w14:textId="77777777" w:rsidR="007A5E59" w:rsidRDefault="007A5E59"/>
        </w:tc>
        <w:tc>
          <w:tcPr>
            <w:tcW w:w="0" w:type="auto"/>
          </w:tcPr>
          <w:p w14:paraId="38A8E9E1" w14:textId="77777777" w:rsidR="007A5E59" w:rsidRDefault="007A5E59"/>
        </w:tc>
        <w:tc>
          <w:tcPr>
            <w:tcW w:w="0" w:type="auto"/>
          </w:tcPr>
          <w:p w14:paraId="43213262" w14:textId="77777777" w:rsidR="007A5E59" w:rsidRDefault="007A5E59"/>
        </w:tc>
        <w:tc>
          <w:tcPr>
            <w:tcW w:w="0" w:type="auto"/>
          </w:tcPr>
          <w:p w14:paraId="6B96A4AD" w14:textId="77777777" w:rsidR="007A5E59" w:rsidRDefault="007A5E59"/>
        </w:tc>
        <w:tc>
          <w:tcPr>
            <w:tcW w:w="0" w:type="auto"/>
          </w:tcPr>
          <w:p w14:paraId="0D388134" w14:textId="77777777" w:rsidR="007A5E59" w:rsidRDefault="007A5E59"/>
        </w:tc>
        <w:tc>
          <w:tcPr>
            <w:tcW w:w="0" w:type="auto"/>
          </w:tcPr>
          <w:p w14:paraId="4BC16136" w14:textId="77777777" w:rsidR="007A5E59" w:rsidRDefault="007A5E59"/>
        </w:tc>
        <w:tc>
          <w:tcPr>
            <w:tcW w:w="0" w:type="auto"/>
          </w:tcPr>
          <w:p w14:paraId="54BB2CBB" w14:textId="77777777" w:rsidR="007A5E59" w:rsidRDefault="007A5E59"/>
        </w:tc>
        <w:tc>
          <w:tcPr>
            <w:tcW w:w="0" w:type="auto"/>
          </w:tcPr>
          <w:p w14:paraId="2BAFF327" w14:textId="77777777" w:rsidR="007A5E59" w:rsidRDefault="007A5E59"/>
        </w:tc>
        <w:tc>
          <w:tcPr>
            <w:tcW w:w="0" w:type="auto"/>
          </w:tcPr>
          <w:p w14:paraId="180FE441" w14:textId="77777777" w:rsidR="007A5E59" w:rsidRDefault="007A5E59"/>
        </w:tc>
      </w:tr>
      <w:tr w:rsidR="007A5E59" w14:paraId="06E701B8" w14:textId="77777777">
        <w:trPr>
          <w:jc w:val="center"/>
        </w:trPr>
        <w:tc>
          <w:tcPr>
            <w:tcW w:w="0" w:type="auto"/>
          </w:tcPr>
          <w:p w14:paraId="0582F5BC" w14:textId="77777777" w:rsidR="007A5E59" w:rsidRPr="00312815" w:rsidRDefault="0095198F">
            <w:pPr>
              <w:rPr>
                <w:lang w:val="ru-RU"/>
              </w:rPr>
            </w:pPr>
            <w:r w:rsidRPr="00312815">
              <w:rPr>
                <w:lang w:val="ru-RU"/>
              </w:rPr>
              <w:t>Под замену по программе мероприятий 2026, м</w:t>
            </w:r>
          </w:p>
        </w:tc>
        <w:tc>
          <w:tcPr>
            <w:tcW w:w="0" w:type="auto"/>
          </w:tcPr>
          <w:p w14:paraId="0C19E07A" w14:textId="77777777" w:rsidR="007A5E59" w:rsidRDefault="0095198F">
            <w:pPr>
              <w:jc w:val="center"/>
            </w:pPr>
            <w:r>
              <w:t>0,0</w:t>
            </w:r>
          </w:p>
        </w:tc>
        <w:tc>
          <w:tcPr>
            <w:tcW w:w="0" w:type="auto"/>
          </w:tcPr>
          <w:p w14:paraId="57C55E1E" w14:textId="77777777" w:rsidR="007A5E59" w:rsidRDefault="007A5E59"/>
        </w:tc>
        <w:tc>
          <w:tcPr>
            <w:tcW w:w="0" w:type="auto"/>
          </w:tcPr>
          <w:p w14:paraId="49B88EC6" w14:textId="77777777" w:rsidR="007A5E59" w:rsidRDefault="007A5E59"/>
        </w:tc>
        <w:tc>
          <w:tcPr>
            <w:tcW w:w="0" w:type="auto"/>
          </w:tcPr>
          <w:p w14:paraId="484A0EA8" w14:textId="77777777" w:rsidR="007A5E59" w:rsidRDefault="007A5E59"/>
        </w:tc>
        <w:tc>
          <w:tcPr>
            <w:tcW w:w="0" w:type="auto"/>
          </w:tcPr>
          <w:p w14:paraId="5C211CDE" w14:textId="77777777" w:rsidR="007A5E59" w:rsidRDefault="007A5E59"/>
        </w:tc>
        <w:tc>
          <w:tcPr>
            <w:tcW w:w="0" w:type="auto"/>
          </w:tcPr>
          <w:p w14:paraId="7D5D68AE" w14:textId="77777777" w:rsidR="007A5E59" w:rsidRDefault="007A5E59"/>
        </w:tc>
        <w:tc>
          <w:tcPr>
            <w:tcW w:w="0" w:type="auto"/>
          </w:tcPr>
          <w:p w14:paraId="0385DAF8" w14:textId="77777777" w:rsidR="007A5E59" w:rsidRDefault="007A5E59"/>
        </w:tc>
        <w:tc>
          <w:tcPr>
            <w:tcW w:w="0" w:type="auto"/>
          </w:tcPr>
          <w:p w14:paraId="412E0408" w14:textId="77777777" w:rsidR="007A5E59" w:rsidRDefault="007A5E59"/>
        </w:tc>
        <w:tc>
          <w:tcPr>
            <w:tcW w:w="0" w:type="auto"/>
          </w:tcPr>
          <w:p w14:paraId="1D5D79A1" w14:textId="77777777" w:rsidR="007A5E59" w:rsidRDefault="007A5E59"/>
        </w:tc>
        <w:tc>
          <w:tcPr>
            <w:tcW w:w="0" w:type="auto"/>
          </w:tcPr>
          <w:p w14:paraId="260FDD59" w14:textId="77777777" w:rsidR="007A5E59" w:rsidRDefault="007A5E59"/>
        </w:tc>
        <w:tc>
          <w:tcPr>
            <w:tcW w:w="0" w:type="auto"/>
          </w:tcPr>
          <w:p w14:paraId="49AB5A3A" w14:textId="77777777" w:rsidR="007A5E59" w:rsidRDefault="007A5E59"/>
        </w:tc>
        <w:tc>
          <w:tcPr>
            <w:tcW w:w="0" w:type="auto"/>
          </w:tcPr>
          <w:p w14:paraId="4DB13411" w14:textId="77777777" w:rsidR="007A5E59" w:rsidRDefault="007A5E59"/>
        </w:tc>
        <w:tc>
          <w:tcPr>
            <w:tcW w:w="0" w:type="auto"/>
          </w:tcPr>
          <w:p w14:paraId="22275794" w14:textId="77777777" w:rsidR="007A5E59" w:rsidRDefault="007A5E59"/>
        </w:tc>
        <w:tc>
          <w:tcPr>
            <w:tcW w:w="0" w:type="auto"/>
          </w:tcPr>
          <w:p w14:paraId="5A5795B7" w14:textId="77777777" w:rsidR="007A5E59" w:rsidRDefault="007A5E59"/>
        </w:tc>
        <w:tc>
          <w:tcPr>
            <w:tcW w:w="0" w:type="auto"/>
          </w:tcPr>
          <w:p w14:paraId="6D177C39" w14:textId="77777777" w:rsidR="007A5E59" w:rsidRDefault="007A5E59"/>
        </w:tc>
        <w:tc>
          <w:tcPr>
            <w:tcW w:w="0" w:type="auto"/>
          </w:tcPr>
          <w:p w14:paraId="39058261" w14:textId="77777777" w:rsidR="007A5E59" w:rsidRDefault="007A5E59"/>
        </w:tc>
        <w:tc>
          <w:tcPr>
            <w:tcW w:w="0" w:type="auto"/>
          </w:tcPr>
          <w:p w14:paraId="23679DD4" w14:textId="77777777" w:rsidR="007A5E59" w:rsidRDefault="007A5E59"/>
        </w:tc>
        <w:tc>
          <w:tcPr>
            <w:tcW w:w="0" w:type="auto"/>
          </w:tcPr>
          <w:p w14:paraId="591E98A5" w14:textId="77777777" w:rsidR="007A5E59" w:rsidRDefault="007A5E59"/>
        </w:tc>
        <w:tc>
          <w:tcPr>
            <w:tcW w:w="0" w:type="auto"/>
          </w:tcPr>
          <w:p w14:paraId="05D2C87D" w14:textId="77777777" w:rsidR="007A5E59" w:rsidRDefault="007A5E59"/>
        </w:tc>
        <w:tc>
          <w:tcPr>
            <w:tcW w:w="0" w:type="auto"/>
          </w:tcPr>
          <w:p w14:paraId="02620F06" w14:textId="77777777" w:rsidR="007A5E59" w:rsidRDefault="007A5E59"/>
        </w:tc>
      </w:tr>
      <w:tr w:rsidR="007A5E59" w14:paraId="3EC04C0E" w14:textId="77777777">
        <w:trPr>
          <w:jc w:val="center"/>
        </w:trPr>
        <w:tc>
          <w:tcPr>
            <w:tcW w:w="0" w:type="auto"/>
          </w:tcPr>
          <w:p w14:paraId="6739AD96" w14:textId="77777777" w:rsidR="007A5E59" w:rsidRPr="00312815" w:rsidRDefault="0095198F">
            <w:pPr>
              <w:rPr>
                <w:lang w:val="ru-RU"/>
              </w:rPr>
            </w:pPr>
            <w:r w:rsidRPr="00312815">
              <w:rPr>
                <w:lang w:val="ru-RU"/>
              </w:rPr>
              <w:t>Новое строительство по программе 2026, м</w:t>
            </w:r>
          </w:p>
        </w:tc>
        <w:tc>
          <w:tcPr>
            <w:tcW w:w="0" w:type="auto"/>
          </w:tcPr>
          <w:p w14:paraId="2AC537BD" w14:textId="77777777" w:rsidR="007A5E59" w:rsidRDefault="0095198F">
            <w:pPr>
              <w:jc w:val="center"/>
            </w:pPr>
            <w:r>
              <w:t>380,0</w:t>
            </w:r>
          </w:p>
        </w:tc>
        <w:tc>
          <w:tcPr>
            <w:tcW w:w="0" w:type="auto"/>
          </w:tcPr>
          <w:p w14:paraId="6AF8198F" w14:textId="77777777" w:rsidR="007A5E59" w:rsidRDefault="007A5E59"/>
        </w:tc>
        <w:tc>
          <w:tcPr>
            <w:tcW w:w="0" w:type="auto"/>
          </w:tcPr>
          <w:p w14:paraId="4AF9833A" w14:textId="77777777" w:rsidR="007A5E59" w:rsidRDefault="007A5E59"/>
        </w:tc>
        <w:tc>
          <w:tcPr>
            <w:tcW w:w="0" w:type="auto"/>
          </w:tcPr>
          <w:p w14:paraId="612C20B5" w14:textId="77777777" w:rsidR="007A5E59" w:rsidRDefault="007A5E59"/>
        </w:tc>
        <w:tc>
          <w:tcPr>
            <w:tcW w:w="0" w:type="auto"/>
          </w:tcPr>
          <w:p w14:paraId="74EFBB62" w14:textId="77777777" w:rsidR="007A5E59" w:rsidRDefault="007A5E59"/>
        </w:tc>
        <w:tc>
          <w:tcPr>
            <w:tcW w:w="0" w:type="auto"/>
          </w:tcPr>
          <w:p w14:paraId="2BF49391" w14:textId="77777777" w:rsidR="007A5E59" w:rsidRDefault="007A5E59"/>
        </w:tc>
        <w:tc>
          <w:tcPr>
            <w:tcW w:w="0" w:type="auto"/>
          </w:tcPr>
          <w:p w14:paraId="60CDE9FB" w14:textId="77777777" w:rsidR="007A5E59" w:rsidRDefault="007A5E59"/>
        </w:tc>
        <w:tc>
          <w:tcPr>
            <w:tcW w:w="0" w:type="auto"/>
          </w:tcPr>
          <w:p w14:paraId="569626E3" w14:textId="77777777" w:rsidR="007A5E59" w:rsidRDefault="007A5E59"/>
        </w:tc>
        <w:tc>
          <w:tcPr>
            <w:tcW w:w="0" w:type="auto"/>
          </w:tcPr>
          <w:p w14:paraId="595EB119" w14:textId="77777777" w:rsidR="007A5E59" w:rsidRDefault="007A5E59"/>
        </w:tc>
        <w:tc>
          <w:tcPr>
            <w:tcW w:w="0" w:type="auto"/>
          </w:tcPr>
          <w:p w14:paraId="20BCF5BC" w14:textId="77777777" w:rsidR="007A5E59" w:rsidRDefault="007A5E59"/>
        </w:tc>
        <w:tc>
          <w:tcPr>
            <w:tcW w:w="0" w:type="auto"/>
          </w:tcPr>
          <w:p w14:paraId="0C2BE51F" w14:textId="77777777" w:rsidR="007A5E59" w:rsidRDefault="007A5E59"/>
        </w:tc>
        <w:tc>
          <w:tcPr>
            <w:tcW w:w="0" w:type="auto"/>
          </w:tcPr>
          <w:p w14:paraId="0B01961B" w14:textId="77777777" w:rsidR="007A5E59" w:rsidRDefault="007A5E59"/>
        </w:tc>
        <w:tc>
          <w:tcPr>
            <w:tcW w:w="0" w:type="auto"/>
          </w:tcPr>
          <w:p w14:paraId="56E833FE" w14:textId="77777777" w:rsidR="007A5E59" w:rsidRDefault="007A5E59"/>
        </w:tc>
        <w:tc>
          <w:tcPr>
            <w:tcW w:w="0" w:type="auto"/>
          </w:tcPr>
          <w:p w14:paraId="251F7B3B" w14:textId="77777777" w:rsidR="007A5E59" w:rsidRDefault="007A5E59"/>
        </w:tc>
        <w:tc>
          <w:tcPr>
            <w:tcW w:w="0" w:type="auto"/>
          </w:tcPr>
          <w:p w14:paraId="43C745C0" w14:textId="77777777" w:rsidR="007A5E59" w:rsidRDefault="007A5E59"/>
        </w:tc>
        <w:tc>
          <w:tcPr>
            <w:tcW w:w="0" w:type="auto"/>
          </w:tcPr>
          <w:p w14:paraId="4ECB9CE2" w14:textId="77777777" w:rsidR="007A5E59" w:rsidRDefault="007A5E59"/>
        </w:tc>
        <w:tc>
          <w:tcPr>
            <w:tcW w:w="0" w:type="auto"/>
          </w:tcPr>
          <w:p w14:paraId="744E648A" w14:textId="77777777" w:rsidR="007A5E59" w:rsidRDefault="007A5E59"/>
        </w:tc>
        <w:tc>
          <w:tcPr>
            <w:tcW w:w="0" w:type="auto"/>
          </w:tcPr>
          <w:p w14:paraId="7E73E52F" w14:textId="77777777" w:rsidR="007A5E59" w:rsidRDefault="007A5E59"/>
        </w:tc>
        <w:tc>
          <w:tcPr>
            <w:tcW w:w="0" w:type="auto"/>
          </w:tcPr>
          <w:p w14:paraId="3F2C415F" w14:textId="77777777" w:rsidR="007A5E59" w:rsidRDefault="007A5E59"/>
        </w:tc>
        <w:tc>
          <w:tcPr>
            <w:tcW w:w="0" w:type="auto"/>
          </w:tcPr>
          <w:p w14:paraId="1FD4B8BF" w14:textId="77777777" w:rsidR="007A5E59" w:rsidRDefault="007A5E59"/>
        </w:tc>
      </w:tr>
      <w:tr w:rsidR="007A5E59" w14:paraId="5FF81CCE" w14:textId="77777777">
        <w:trPr>
          <w:jc w:val="center"/>
        </w:trPr>
        <w:tc>
          <w:tcPr>
            <w:tcW w:w="0" w:type="auto"/>
          </w:tcPr>
          <w:p w14:paraId="723298AA" w14:textId="77777777" w:rsidR="007A5E59" w:rsidRPr="00312815" w:rsidRDefault="0095198F">
            <w:pPr>
              <w:rPr>
                <w:lang w:val="ru-RU"/>
              </w:rPr>
            </w:pPr>
            <w:r w:rsidRPr="00312815">
              <w:rPr>
                <w:lang w:val="ru-RU"/>
              </w:rPr>
              <w:t>Стоимость мероприятий по программе 2026, тыс. руб.</w:t>
            </w:r>
          </w:p>
        </w:tc>
        <w:tc>
          <w:tcPr>
            <w:tcW w:w="0" w:type="auto"/>
          </w:tcPr>
          <w:p w14:paraId="1A179AF6" w14:textId="77777777" w:rsidR="007A5E59" w:rsidRDefault="0095198F">
            <w:pPr>
              <w:jc w:val="center"/>
            </w:pPr>
            <w:r>
              <w:t>6 170,0</w:t>
            </w:r>
          </w:p>
        </w:tc>
        <w:tc>
          <w:tcPr>
            <w:tcW w:w="0" w:type="auto"/>
          </w:tcPr>
          <w:p w14:paraId="16A083BF" w14:textId="77777777" w:rsidR="007A5E59" w:rsidRDefault="007A5E59"/>
        </w:tc>
        <w:tc>
          <w:tcPr>
            <w:tcW w:w="0" w:type="auto"/>
          </w:tcPr>
          <w:p w14:paraId="26EAE897" w14:textId="77777777" w:rsidR="007A5E59" w:rsidRDefault="007A5E59"/>
        </w:tc>
        <w:tc>
          <w:tcPr>
            <w:tcW w:w="0" w:type="auto"/>
          </w:tcPr>
          <w:p w14:paraId="1CE9B728" w14:textId="77777777" w:rsidR="007A5E59" w:rsidRDefault="007A5E59"/>
        </w:tc>
        <w:tc>
          <w:tcPr>
            <w:tcW w:w="0" w:type="auto"/>
          </w:tcPr>
          <w:p w14:paraId="4D244C40" w14:textId="77777777" w:rsidR="007A5E59" w:rsidRDefault="007A5E59"/>
        </w:tc>
        <w:tc>
          <w:tcPr>
            <w:tcW w:w="0" w:type="auto"/>
          </w:tcPr>
          <w:p w14:paraId="048E2179" w14:textId="77777777" w:rsidR="007A5E59" w:rsidRDefault="007A5E59"/>
        </w:tc>
        <w:tc>
          <w:tcPr>
            <w:tcW w:w="0" w:type="auto"/>
          </w:tcPr>
          <w:p w14:paraId="5BA6D9D9" w14:textId="77777777" w:rsidR="007A5E59" w:rsidRDefault="007A5E59"/>
        </w:tc>
        <w:tc>
          <w:tcPr>
            <w:tcW w:w="0" w:type="auto"/>
          </w:tcPr>
          <w:p w14:paraId="2B005132" w14:textId="77777777" w:rsidR="007A5E59" w:rsidRDefault="007A5E59"/>
        </w:tc>
        <w:tc>
          <w:tcPr>
            <w:tcW w:w="0" w:type="auto"/>
          </w:tcPr>
          <w:p w14:paraId="4637AC34" w14:textId="77777777" w:rsidR="007A5E59" w:rsidRDefault="007A5E59"/>
        </w:tc>
        <w:tc>
          <w:tcPr>
            <w:tcW w:w="0" w:type="auto"/>
          </w:tcPr>
          <w:p w14:paraId="60D613D7" w14:textId="77777777" w:rsidR="007A5E59" w:rsidRDefault="007A5E59"/>
        </w:tc>
        <w:tc>
          <w:tcPr>
            <w:tcW w:w="0" w:type="auto"/>
          </w:tcPr>
          <w:p w14:paraId="0FC40DDA" w14:textId="77777777" w:rsidR="007A5E59" w:rsidRDefault="007A5E59"/>
        </w:tc>
        <w:tc>
          <w:tcPr>
            <w:tcW w:w="0" w:type="auto"/>
          </w:tcPr>
          <w:p w14:paraId="6F542980" w14:textId="77777777" w:rsidR="007A5E59" w:rsidRDefault="007A5E59"/>
        </w:tc>
        <w:tc>
          <w:tcPr>
            <w:tcW w:w="0" w:type="auto"/>
          </w:tcPr>
          <w:p w14:paraId="0AC91461" w14:textId="77777777" w:rsidR="007A5E59" w:rsidRDefault="007A5E59"/>
        </w:tc>
        <w:tc>
          <w:tcPr>
            <w:tcW w:w="0" w:type="auto"/>
          </w:tcPr>
          <w:p w14:paraId="5F1F90E6" w14:textId="77777777" w:rsidR="007A5E59" w:rsidRDefault="007A5E59"/>
        </w:tc>
        <w:tc>
          <w:tcPr>
            <w:tcW w:w="0" w:type="auto"/>
          </w:tcPr>
          <w:p w14:paraId="5906A237" w14:textId="77777777" w:rsidR="007A5E59" w:rsidRDefault="007A5E59"/>
        </w:tc>
        <w:tc>
          <w:tcPr>
            <w:tcW w:w="0" w:type="auto"/>
          </w:tcPr>
          <w:p w14:paraId="6E8A0FF0" w14:textId="77777777" w:rsidR="007A5E59" w:rsidRDefault="007A5E59"/>
        </w:tc>
        <w:tc>
          <w:tcPr>
            <w:tcW w:w="0" w:type="auto"/>
          </w:tcPr>
          <w:p w14:paraId="419262F9" w14:textId="77777777" w:rsidR="007A5E59" w:rsidRDefault="007A5E59"/>
        </w:tc>
        <w:tc>
          <w:tcPr>
            <w:tcW w:w="0" w:type="auto"/>
          </w:tcPr>
          <w:p w14:paraId="27EBBCCE" w14:textId="77777777" w:rsidR="007A5E59" w:rsidRDefault="007A5E59"/>
        </w:tc>
        <w:tc>
          <w:tcPr>
            <w:tcW w:w="0" w:type="auto"/>
          </w:tcPr>
          <w:p w14:paraId="19B6F637" w14:textId="77777777" w:rsidR="007A5E59" w:rsidRDefault="007A5E59"/>
        </w:tc>
        <w:tc>
          <w:tcPr>
            <w:tcW w:w="0" w:type="auto"/>
          </w:tcPr>
          <w:p w14:paraId="1B106B7B" w14:textId="77777777" w:rsidR="007A5E59" w:rsidRDefault="007A5E59"/>
        </w:tc>
      </w:tr>
      <w:tr w:rsidR="007A5E59" w14:paraId="08EA01B6" w14:textId="77777777">
        <w:trPr>
          <w:jc w:val="center"/>
        </w:trPr>
        <w:tc>
          <w:tcPr>
            <w:tcW w:w="0" w:type="auto"/>
          </w:tcPr>
          <w:p w14:paraId="4C7603D8" w14:textId="77777777" w:rsidR="007A5E59" w:rsidRPr="00312815" w:rsidRDefault="0095198F">
            <w:pPr>
              <w:rPr>
                <w:lang w:val="ru-RU"/>
              </w:rPr>
            </w:pPr>
            <w:r w:rsidRPr="00312815">
              <w:rPr>
                <w:lang w:val="ru-RU"/>
              </w:rPr>
              <w:t>Сверка: ИТОГО блока 1 = сумме длин участков базы</w:t>
            </w:r>
          </w:p>
        </w:tc>
        <w:tc>
          <w:tcPr>
            <w:tcW w:w="0" w:type="auto"/>
          </w:tcPr>
          <w:p w14:paraId="667E5CB8" w14:textId="77777777" w:rsidR="007A5E59" w:rsidRDefault="0095198F">
            <w:r>
              <w:t>ДА</w:t>
            </w:r>
          </w:p>
        </w:tc>
        <w:tc>
          <w:tcPr>
            <w:tcW w:w="0" w:type="auto"/>
          </w:tcPr>
          <w:p w14:paraId="18B7E439" w14:textId="77777777" w:rsidR="007A5E59" w:rsidRDefault="007A5E59"/>
        </w:tc>
        <w:tc>
          <w:tcPr>
            <w:tcW w:w="0" w:type="auto"/>
          </w:tcPr>
          <w:p w14:paraId="61BB2F54" w14:textId="77777777" w:rsidR="007A5E59" w:rsidRDefault="007A5E59"/>
        </w:tc>
        <w:tc>
          <w:tcPr>
            <w:tcW w:w="0" w:type="auto"/>
          </w:tcPr>
          <w:p w14:paraId="65139470" w14:textId="77777777" w:rsidR="007A5E59" w:rsidRDefault="007A5E59"/>
        </w:tc>
        <w:tc>
          <w:tcPr>
            <w:tcW w:w="0" w:type="auto"/>
          </w:tcPr>
          <w:p w14:paraId="3B326E3F" w14:textId="77777777" w:rsidR="007A5E59" w:rsidRDefault="007A5E59"/>
        </w:tc>
        <w:tc>
          <w:tcPr>
            <w:tcW w:w="0" w:type="auto"/>
          </w:tcPr>
          <w:p w14:paraId="18BC2D66" w14:textId="77777777" w:rsidR="007A5E59" w:rsidRDefault="007A5E59"/>
        </w:tc>
        <w:tc>
          <w:tcPr>
            <w:tcW w:w="0" w:type="auto"/>
          </w:tcPr>
          <w:p w14:paraId="0626529D" w14:textId="77777777" w:rsidR="007A5E59" w:rsidRDefault="007A5E59"/>
        </w:tc>
        <w:tc>
          <w:tcPr>
            <w:tcW w:w="0" w:type="auto"/>
          </w:tcPr>
          <w:p w14:paraId="073BF920" w14:textId="77777777" w:rsidR="007A5E59" w:rsidRDefault="007A5E59"/>
        </w:tc>
        <w:tc>
          <w:tcPr>
            <w:tcW w:w="0" w:type="auto"/>
          </w:tcPr>
          <w:p w14:paraId="22D0FAEC" w14:textId="77777777" w:rsidR="007A5E59" w:rsidRDefault="007A5E59"/>
        </w:tc>
        <w:tc>
          <w:tcPr>
            <w:tcW w:w="0" w:type="auto"/>
          </w:tcPr>
          <w:p w14:paraId="4636EF59" w14:textId="77777777" w:rsidR="007A5E59" w:rsidRDefault="007A5E59"/>
        </w:tc>
        <w:tc>
          <w:tcPr>
            <w:tcW w:w="0" w:type="auto"/>
          </w:tcPr>
          <w:p w14:paraId="44890B57" w14:textId="77777777" w:rsidR="007A5E59" w:rsidRDefault="007A5E59"/>
        </w:tc>
        <w:tc>
          <w:tcPr>
            <w:tcW w:w="0" w:type="auto"/>
          </w:tcPr>
          <w:p w14:paraId="5884D28F" w14:textId="77777777" w:rsidR="007A5E59" w:rsidRDefault="007A5E59"/>
        </w:tc>
        <w:tc>
          <w:tcPr>
            <w:tcW w:w="0" w:type="auto"/>
          </w:tcPr>
          <w:p w14:paraId="7A8E9C80" w14:textId="77777777" w:rsidR="007A5E59" w:rsidRDefault="007A5E59"/>
        </w:tc>
        <w:tc>
          <w:tcPr>
            <w:tcW w:w="0" w:type="auto"/>
          </w:tcPr>
          <w:p w14:paraId="4C16D190" w14:textId="77777777" w:rsidR="007A5E59" w:rsidRDefault="007A5E59"/>
        </w:tc>
        <w:tc>
          <w:tcPr>
            <w:tcW w:w="0" w:type="auto"/>
          </w:tcPr>
          <w:p w14:paraId="22724CEB" w14:textId="77777777" w:rsidR="007A5E59" w:rsidRDefault="007A5E59"/>
        </w:tc>
        <w:tc>
          <w:tcPr>
            <w:tcW w:w="0" w:type="auto"/>
          </w:tcPr>
          <w:p w14:paraId="15FD916A" w14:textId="77777777" w:rsidR="007A5E59" w:rsidRDefault="007A5E59"/>
        </w:tc>
        <w:tc>
          <w:tcPr>
            <w:tcW w:w="0" w:type="auto"/>
          </w:tcPr>
          <w:p w14:paraId="3BC05245" w14:textId="77777777" w:rsidR="007A5E59" w:rsidRDefault="007A5E59"/>
        </w:tc>
        <w:tc>
          <w:tcPr>
            <w:tcW w:w="0" w:type="auto"/>
          </w:tcPr>
          <w:p w14:paraId="5C20F4D6" w14:textId="77777777" w:rsidR="007A5E59" w:rsidRDefault="007A5E59"/>
        </w:tc>
        <w:tc>
          <w:tcPr>
            <w:tcW w:w="0" w:type="auto"/>
          </w:tcPr>
          <w:p w14:paraId="775D926D" w14:textId="77777777" w:rsidR="007A5E59" w:rsidRDefault="007A5E59"/>
        </w:tc>
        <w:tc>
          <w:tcPr>
            <w:tcW w:w="0" w:type="auto"/>
          </w:tcPr>
          <w:p w14:paraId="5BC753E3" w14:textId="77777777" w:rsidR="007A5E59" w:rsidRDefault="007A5E59"/>
        </w:tc>
      </w:tr>
    </w:tbl>
    <w:p w14:paraId="14505938" w14:textId="77777777" w:rsidR="007A5E59" w:rsidRDefault="007A5E59"/>
    <w:p w14:paraId="697B725D" w14:textId="77777777" w:rsidR="007A5E59" w:rsidRPr="00312815" w:rsidRDefault="0095198F">
      <w:pPr>
        <w:rPr>
          <w:lang w:val="ru-RU"/>
        </w:rPr>
      </w:pPr>
      <w:r w:rsidRPr="00312815">
        <w:rPr>
          <w:b/>
          <w:lang w:val="ru-RU"/>
        </w:rPr>
        <w:t>Таблица П3.8. Распределение протяжённости тепловых сетей по диаметрам — Производственно-отопительная УПК № 8 Мундыбаш (пгт Мундыбаш)</w:t>
      </w:r>
    </w:p>
    <w:tbl>
      <w:tblPr>
        <w:tblStyle w:val="aff0"/>
        <w:tblW w:w="5000" w:type="pct"/>
        <w:jc w:val="center"/>
        <w:tblCellMar>
          <w:left w:w="57" w:type="dxa"/>
          <w:right w:w="57" w:type="dxa"/>
        </w:tblCellMar>
        <w:tblLook w:val="04A0" w:firstRow="1" w:lastRow="0" w:firstColumn="1" w:lastColumn="0" w:noHBand="0" w:noVBand="1"/>
      </w:tblPr>
      <w:tblGrid>
        <w:gridCol w:w="924"/>
        <w:gridCol w:w="437"/>
        <w:gridCol w:w="380"/>
        <w:gridCol w:w="380"/>
        <w:gridCol w:w="380"/>
        <w:gridCol w:w="380"/>
        <w:gridCol w:w="381"/>
        <w:gridCol w:w="381"/>
        <w:gridCol w:w="381"/>
        <w:gridCol w:w="381"/>
        <w:gridCol w:w="438"/>
        <w:gridCol w:w="440"/>
        <w:gridCol w:w="440"/>
        <w:gridCol w:w="440"/>
        <w:gridCol w:w="440"/>
        <w:gridCol w:w="440"/>
        <w:gridCol w:w="440"/>
        <w:gridCol w:w="440"/>
        <w:gridCol w:w="440"/>
        <w:gridCol w:w="440"/>
        <w:gridCol w:w="542"/>
      </w:tblGrid>
      <w:tr w:rsidR="007A5E59" w:rsidRPr="00C07C05" w14:paraId="4FBF9AB5" w14:textId="77777777">
        <w:trPr>
          <w:cantSplit/>
          <w:tblHeader/>
          <w:jc w:val="center"/>
        </w:trPr>
        <w:tc>
          <w:tcPr>
            <w:tcW w:w="0" w:type="auto"/>
            <w:vMerge w:val="restart"/>
            <w:shd w:val="clear" w:color="auto" w:fill="E2F0D9"/>
            <w:vAlign w:val="center"/>
          </w:tcPr>
          <w:p w14:paraId="3FDF3C64" w14:textId="77777777" w:rsidR="007A5E59" w:rsidRDefault="0095198F">
            <w:pPr>
              <w:jc w:val="center"/>
            </w:pPr>
            <w:r>
              <w:rPr>
                <w:b/>
              </w:rPr>
              <w:t>Способ прокладки</w:t>
            </w:r>
          </w:p>
        </w:tc>
        <w:tc>
          <w:tcPr>
            <w:tcW w:w="0" w:type="auto"/>
            <w:gridSpan w:val="20"/>
            <w:shd w:val="clear" w:color="auto" w:fill="E2F0D9"/>
            <w:vAlign w:val="center"/>
          </w:tcPr>
          <w:p w14:paraId="721CA3AA" w14:textId="77777777" w:rsidR="007A5E59" w:rsidRPr="00312815" w:rsidRDefault="0095198F">
            <w:pPr>
              <w:jc w:val="center"/>
              <w:rPr>
                <w:lang w:val="ru-RU"/>
              </w:rPr>
            </w:pPr>
            <w:r w:rsidRPr="00312815">
              <w:rPr>
                <w:b/>
                <w:lang w:val="ru-RU"/>
              </w:rPr>
              <w:t>Длина по оси трассы (двухтрубная прокладка), м</w:t>
            </w:r>
          </w:p>
        </w:tc>
      </w:tr>
      <w:tr w:rsidR="007A5E59" w14:paraId="61AFC3D8" w14:textId="77777777">
        <w:trPr>
          <w:cantSplit/>
          <w:tblHeader/>
          <w:jc w:val="center"/>
        </w:trPr>
        <w:tc>
          <w:tcPr>
            <w:tcW w:w="0" w:type="auto"/>
            <w:vMerge/>
            <w:shd w:val="clear" w:color="auto" w:fill="E2F0D9"/>
            <w:vAlign w:val="center"/>
          </w:tcPr>
          <w:p w14:paraId="049EE59A" w14:textId="77777777" w:rsidR="007A5E59" w:rsidRPr="00312815" w:rsidRDefault="007A5E59">
            <w:pPr>
              <w:jc w:val="center"/>
              <w:rPr>
                <w:lang w:val="ru-RU"/>
              </w:rPr>
            </w:pPr>
          </w:p>
        </w:tc>
        <w:tc>
          <w:tcPr>
            <w:tcW w:w="0" w:type="auto"/>
            <w:shd w:val="clear" w:color="auto" w:fill="E2F0D9"/>
            <w:vAlign w:val="center"/>
          </w:tcPr>
          <w:p w14:paraId="5EDB023C" w14:textId="77777777" w:rsidR="007A5E59" w:rsidRDefault="0095198F">
            <w:pPr>
              <w:jc w:val="center"/>
            </w:pPr>
            <w:r>
              <w:rPr>
                <w:b/>
              </w:rPr>
              <w:t>Дн15</w:t>
            </w:r>
          </w:p>
        </w:tc>
        <w:tc>
          <w:tcPr>
            <w:tcW w:w="0" w:type="auto"/>
            <w:shd w:val="clear" w:color="auto" w:fill="E2F0D9"/>
            <w:vAlign w:val="center"/>
          </w:tcPr>
          <w:p w14:paraId="12F1A7F8" w14:textId="77777777" w:rsidR="007A5E59" w:rsidRDefault="0095198F">
            <w:pPr>
              <w:jc w:val="center"/>
            </w:pPr>
            <w:r>
              <w:rPr>
                <w:b/>
              </w:rPr>
              <w:t>Дн20</w:t>
            </w:r>
          </w:p>
        </w:tc>
        <w:tc>
          <w:tcPr>
            <w:tcW w:w="0" w:type="auto"/>
            <w:shd w:val="clear" w:color="auto" w:fill="E2F0D9"/>
            <w:vAlign w:val="center"/>
          </w:tcPr>
          <w:p w14:paraId="5BC58559" w14:textId="77777777" w:rsidR="007A5E59" w:rsidRDefault="0095198F">
            <w:pPr>
              <w:jc w:val="center"/>
            </w:pPr>
            <w:r>
              <w:rPr>
                <w:b/>
              </w:rPr>
              <w:t>Дн25</w:t>
            </w:r>
          </w:p>
        </w:tc>
        <w:tc>
          <w:tcPr>
            <w:tcW w:w="0" w:type="auto"/>
            <w:shd w:val="clear" w:color="auto" w:fill="E2F0D9"/>
            <w:vAlign w:val="center"/>
          </w:tcPr>
          <w:p w14:paraId="43998046" w14:textId="77777777" w:rsidR="007A5E59" w:rsidRDefault="0095198F">
            <w:pPr>
              <w:jc w:val="center"/>
            </w:pPr>
            <w:r>
              <w:rPr>
                <w:b/>
              </w:rPr>
              <w:t>Дн32</w:t>
            </w:r>
          </w:p>
        </w:tc>
        <w:tc>
          <w:tcPr>
            <w:tcW w:w="0" w:type="auto"/>
            <w:shd w:val="clear" w:color="auto" w:fill="E2F0D9"/>
            <w:vAlign w:val="center"/>
          </w:tcPr>
          <w:p w14:paraId="72DAC835" w14:textId="77777777" w:rsidR="007A5E59" w:rsidRDefault="0095198F">
            <w:pPr>
              <w:jc w:val="center"/>
            </w:pPr>
            <w:r>
              <w:rPr>
                <w:b/>
              </w:rPr>
              <w:t>Дн40</w:t>
            </w:r>
          </w:p>
        </w:tc>
        <w:tc>
          <w:tcPr>
            <w:tcW w:w="0" w:type="auto"/>
            <w:shd w:val="clear" w:color="auto" w:fill="E2F0D9"/>
            <w:vAlign w:val="center"/>
          </w:tcPr>
          <w:p w14:paraId="4E3F7DBB" w14:textId="77777777" w:rsidR="007A5E59" w:rsidRDefault="0095198F">
            <w:pPr>
              <w:jc w:val="center"/>
            </w:pPr>
            <w:r>
              <w:rPr>
                <w:b/>
              </w:rPr>
              <w:t>Дн50</w:t>
            </w:r>
          </w:p>
        </w:tc>
        <w:tc>
          <w:tcPr>
            <w:tcW w:w="0" w:type="auto"/>
            <w:shd w:val="clear" w:color="auto" w:fill="E2F0D9"/>
            <w:vAlign w:val="center"/>
          </w:tcPr>
          <w:p w14:paraId="74C75F19" w14:textId="77777777" w:rsidR="007A5E59" w:rsidRDefault="0095198F">
            <w:pPr>
              <w:jc w:val="center"/>
            </w:pPr>
            <w:r>
              <w:rPr>
                <w:b/>
              </w:rPr>
              <w:t>Дн65</w:t>
            </w:r>
          </w:p>
        </w:tc>
        <w:tc>
          <w:tcPr>
            <w:tcW w:w="0" w:type="auto"/>
            <w:shd w:val="clear" w:color="auto" w:fill="E2F0D9"/>
            <w:vAlign w:val="center"/>
          </w:tcPr>
          <w:p w14:paraId="1F983F11" w14:textId="77777777" w:rsidR="007A5E59" w:rsidRDefault="0095198F">
            <w:pPr>
              <w:jc w:val="center"/>
            </w:pPr>
            <w:r>
              <w:rPr>
                <w:b/>
              </w:rPr>
              <w:t>Дн68</w:t>
            </w:r>
          </w:p>
        </w:tc>
        <w:tc>
          <w:tcPr>
            <w:tcW w:w="0" w:type="auto"/>
            <w:shd w:val="clear" w:color="auto" w:fill="E2F0D9"/>
            <w:vAlign w:val="center"/>
          </w:tcPr>
          <w:p w14:paraId="2EB821C1" w14:textId="77777777" w:rsidR="007A5E59" w:rsidRDefault="0095198F">
            <w:pPr>
              <w:jc w:val="center"/>
            </w:pPr>
            <w:r>
              <w:rPr>
                <w:b/>
              </w:rPr>
              <w:t>Дн70</w:t>
            </w:r>
          </w:p>
        </w:tc>
        <w:tc>
          <w:tcPr>
            <w:tcW w:w="0" w:type="auto"/>
            <w:shd w:val="clear" w:color="auto" w:fill="E2F0D9"/>
            <w:vAlign w:val="center"/>
          </w:tcPr>
          <w:p w14:paraId="68F3B3E4" w14:textId="77777777" w:rsidR="007A5E59" w:rsidRDefault="0095198F">
            <w:pPr>
              <w:jc w:val="center"/>
            </w:pPr>
            <w:r>
              <w:rPr>
                <w:b/>
              </w:rPr>
              <w:t>Дн80</w:t>
            </w:r>
          </w:p>
        </w:tc>
        <w:tc>
          <w:tcPr>
            <w:tcW w:w="0" w:type="auto"/>
            <w:shd w:val="clear" w:color="auto" w:fill="E2F0D9"/>
            <w:vAlign w:val="center"/>
          </w:tcPr>
          <w:p w14:paraId="6849164E" w14:textId="77777777" w:rsidR="007A5E59" w:rsidRDefault="0095198F">
            <w:pPr>
              <w:jc w:val="center"/>
            </w:pPr>
            <w:r>
              <w:rPr>
                <w:b/>
              </w:rPr>
              <w:t>Дн100</w:t>
            </w:r>
          </w:p>
        </w:tc>
        <w:tc>
          <w:tcPr>
            <w:tcW w:w="0" w:type="auto"/>
            <w:shd w:val="clear" w:color="auto" w:fill="E2F0D9"/>
            <w:vAlign w:val="center"/>
          </w:tcPr>
          <w:p w14:paraId="56E99E6D" w14:textId="77777777" w:rsidR="007A5E59" w:rsidRDefault="0095198F">
            <w:pPr>
              <w:jc w:val="center"/>
            </w:pPr>
            <w:r>
              <w:rPr>
                <w:b/>
              </w:rPr>
              <w:t>Дн125</w:t>
            </w:r>
          </w:p>
        </w:tc>
        <w:tc>
          <w:tcPr>
            <w:tcW w:w="0" w:type="auto"/>
            <w:shd w:val="clear" w:color="auto" w:fill="E2F0D9"/>
            <w:vAlign w:val="center"/>
          </w:tcPr>
          <w:p w14:paraId="5B6FB19C" w14:textId="77777777" w:rsidR="007A5E59" w:rsidRDefault="0095198F">
            <w:pPr>
              <w:jc w:val="center"/>
            </w:pPr>
            <w:r>
              <w:rPr>
                <w:b/>
              </w:rPr>
              <w:t>Дн150</w:t>
            </w:r>
          </w:p>
        </w:tc>
        <w:tc>
          <w:tcPr>
            <w:tcW w:w="0" w:type="auto"/>
            <w:shd w:val="clear" w:color="auto" w:fill="E2F0D9"/>
            <w:vAlign w:val="center"/>
          </w:tcPr>
          <w:p w14:paraId="66FD8ABB" w14:textId="77777777" w:rsidR="007A5E59" w:rsidRDefault="0095198F">
            <w:pPr>
              <w:jc w:val="center"/>
            </w:pPr>
            <w:r>
              <w:rPr>
                <w:b/>
              </w:rPr>
              <w:t>Дн200</w:t>
            </w:r>
          </w:p>
        </w:tc>
        <w:tc>
          <w:tcPr>
            <w:tcW w:w="0" w:type="auto"/>
            <w:shd w:val="clear" w:color="auto" w:fill="E2F0D9"/>
            <w:vAlign w:val="center"/>
          </w:tcPr>
          <w:p w14:paraId="27C018B4" w14:textId="77777777" w:rsidR="007A5E59" w:rsidRDefault="0095198F">
            <w:pPr>
              <w:jc w:val="center"/>
            </w:pPr>
            <w:r>
              <w:rPr>
                <w:b/>
              </w:rPr>
              <w:t>Дн250</w:t>
            </w:r>
          </w:p>
        </w:tc>
        <w:tc>
          <w:tcPr>
            <w:tcW w:w="0" w:type="auto"/>
            <w:shd w:val="clear" w:color="auto" w:fill="E2F0D9"/>
            <w:vAlign w:val="center"/>
          </w:tcPr>
          <w:p w14:paraId="0F807308" w14:textId="77777777" w:rsidR="007A5E59" w:rsidRDefault="0095198F">
            <w:pPr>
              <w:jc w:val="center"/>
            </w:pPr>
            <w:r>
              <w:rPr>
                <w:b/>
              </w:rPr>
              <w:t>Дн300</w:t>
            </w:r>
          </w:p>
        </w:tc>
        <w:tc>
          <w:tcPr>
            <w:tcW w:w="0" w:type="auto"/>
            <w:shd w:val="clear" w:color="auto" w:fill="E2F0D9"/>
            <w:vAlign w:val="center"/>
          </w:tcPr>
          <w:p w14:paraId="4DC9B1E1" w14:textId="77777777" w:rsidR="007A5E59" w:rsidRDefault="0095198F">
            <w:pPr>
              <w:jc w:val="center"/>
            </w:pPr>
            <w:r>
              <w:rPr>
                <w:b/>
              </w:rPr>
              <w:t>Дн350</w:t>
            </w:r>
          </w:p>
        </w:tc>
        <w:tc>
          <w:tcPr>
            <w:tcW w:w="0" w:type="auto"/>
            <w:shd w:val="clear" w:color="auto" w:fill="E2F0D9"/>
            <w:vAlign w:val="center"/>
          </w:tcPr>
          <w:p w14:paraId="4DB9D283" w14:textId="77777777" w:rsidR="007A5E59" w:rsidRDefault="0095198F">
            <w:pPr>
              <w:jc w:val="center"/>
            </w:pPr>
            <w:r>
              <w:rPr>
                <w:b/>
              </w:rPr>
              <w:t>Дн400</w:t>
            </w:r>
          </w:p>
        </w:tc>
        <w:tc>
          <w:tcPr>
            <w:tcW w:w="0" w:type="auto"/>
            <w:shd w:val="clear" w:color="auto" w:fill="E2F0D9"/>
            <w:vAlign w:val="center"/>
          </w:tcPr>
          <w:p w14:paraId="6CCDDA42" w14:textId="77777777" w:rsidR="007A5E59" w:rsidRDefault="0095198F">
            <w:pPr>
              <w:jc w:val="center"/>
            </w:pPr>
            <w:r>
              <w:rPr>
                <w:b/>
              </w:rPr>
              <w:t>Дн500</w:t>
            </w:r>
          </w:p>
        </w:tc>
        <w:tc>
          <w:tcPr>
            <w:tcW w:w="0" w:type="auto"/>
            <w:shd w:val="clear" w:color="auto" w:fill="E2F0D9"/>
            <w:vAlign w:val="center"/>
          </w:tcPr>
          <w:p w14:paraId="303AFAAE" w14:textId="77777777" w:rsidR="007A5E59" w:rsidRDefault="0095198F">
            <w:pPr>
              <w:jc w:val="center"/>
            </w:pPr>
            <w:r>
              <w:rPr>
                <w:b/>
              </w:rPr>
              <w:t>ИТОГО</w:t>
            </w:r>
          </w:p>
        </w:tc>
      </w:tr>
      <w:tr w:rsidR="007A5E59" w:rsidRPr="00C07C05" w14:paraId="1539D3EB" w14:textId="77777777">
        <w:trPr>
          <w:jc w:val="center"/>
        </w:trPr>
        <w:tc>
          <w:tcPr>
            <w:tcW w:w="0" w:type="auto"/>
          </w:tcPr>
          <w:p w14:paraId="2EF91F1E" w14:textId="77777777" w:rsidR="007A5E59" w:rsidRPr="00312815" w:rsidRDefault="0095198F">
            <w:pPr>
              <w:rPr>
                <w:lang w:val="ru-RU"/>
              </w:rPr>
            </w:pPr>
            <w:r w:rsidRPr="00312815">
              <w:rPr>
                <w:lang w:val="ru-RU"/>
              </w:rPr>
              <w:t>БЛОК 1. Вся сеть — существующее состояние</w:t>
            </w:r>
          </w:p>
        </w:tc>
        <w:tc>
          <w:tcPr>
            <w:tcW w:w="0" w:type="auto"/>
          </w:tcPr>
          <w:p w14:paraId="262BA016" w14:textId="77777777" w:rsidR="007A5E59" w:rsidRPr="00312815" w:rsidRDefault="007A5E59">
            <w:pPr>
              <w:rPr>
                <w:lang w:val="ru-RU"/>
              </w:rPr>
            </w:pPr>
          </w:p>
        </w:tc>
        <w:tc>
          <w:tcPr>
            <w:tcW w:w="0" w:type="auto"/>
          </w:tcPr>
          <w:p w14:paraId="72A92BD4" w14:textId="77777777" w:rsidR="007A5E59" w:rsidRPr="00312815" w:rsidRDefault="007A5E59">
            <w:pPr>
              <w:rPr>
                <w:lang w:val="ru-RU"/>
              </w:rPr>
            </w:pPr>
          </w:p>
        </w:tc>
        <w:tc>
          <w:tcPr>
            <w:tcW w:w="0" w:type="auto"/>
          </w:tcPr>
          <w:p w14:paraId="5F035AED" w14:textId="77777777" w:rsidR="007A5E59" w:rsidRPr="00312815" w:rsidRDefault="007A5E59">
            <w:pPr>
              <w:rPr>
                <w:lang w:val="ru-RU"/>
              </w:rPr>
            </w:pPr>
          </w:p>
        </w:tc>
        <w:tc>
          <w:tcPr>
            <w:tcW w:w="0" w:type="auto"/>
          </w:tcPr>
          <w:p w14:paraId="1EC41A21" w14:textId="77777777" w:rsidR="007A5E59" w:rsidRPr="00312815" w:rsidRDefault="007A5E59">
            <w:pPr>
              <w:rPr>
                <w:lang w:val="ru-RU"/>
              </w:rPr>
            </w:pPr>
          </w:p>
        </w:tc>
        <w:tc>
          <w:tcPr>
            <w:tcW w:w="0" w:type="auto"/>
          </w:tcPr>
          <w:p w14:paraId="642B2A45" w14:textId="77777777" w:rsidR="007A5E59" w:rsidRPr="00312815" w:rsidRDefault="007A5E59">
            <w:pPr>
              <w:rPr>
                <w:lang w:val="ru-RU"/>
              </w:rPr>
            </w:pPr>
          </w:p>
        </w:tc>
        <w:tc>
          <w:tcPr>
            <w:tcW w:w="0" w:type="auto"/>
          </w:tcPr>
          <w:p w14:paraId="67018171" w14:textId="77777777" w:rsidR="007A5E59" w:rsidRPr="00312815" w:rsidRDefault="007A5E59">
            <w:pPr>
              <w:rPr>
                <w:lang w:val="ru-RU"/>
              </w:rPr>
            </w:pPr>
          </w:p>
        </w:tc>
        <w:tc>
          <w:tcPr>
            <w:tcW w:w="0" w:type="auto"/>
          </w:tcPr>
          <w:p w14:paraId="3FCFA6DD" w14:textId="77777777" w:rsidR="007A5E59" w:rsidRPr="00312815" w:rsidRDefault="007A5E59">
            <w:pPr>
              <w:rPr>
                <w:lang w:val="ru-RU"/>
              </w:rPr>
            </w:pPr>
          </w:p>
        </w:tc>
        <w:tc>
          <w:tcPr>
            <w:tcW w:w="0" w:type="auto"/>
          </w:tcPr>
          <w:p w14:paraId="1C414BD2" w14:textId="77777777" w:rsidR="007A5E59" w:rsidRPr="00312815" w:rsidRDefault="007A5E59">
            <w:pPr>
              <w:rPr>
                <w:lang w:val="ru-RU"/>
              </w:rPr>
            </w:pPr>
          </w:p>
        </w:tc>
        <w:tc>
          <w:tcPr>
            <w:tcW w:w="0" w:type="auto"/>
          </w:tcPr>
          <w:p w14:paraId="10068179" w14:textId="77777777" w:rsidR="007A5E59" w:rsidRPr="00312815" w:rsidRDefault="007A5E59">
            <w:pPr>
              <w:rPr>
                <w:lang w:val="ru-RU"/>
              </w:rPr>
            </w:pPr>
          </w:p>
        </w:tc>
        <w:tc>
          <w:tcPr>
            <w:tcW w:w="0" w:type="auto"/>
          </w:tcPr>
          <w:p w14:paraId="64A1ABB0" w14:textId="77777777" w:rsidR="007A5E59" w:rsidRPr="00312815" w:rsidRDefault="007A5E59">
            <w:pPr>
              <w:rPr>
                <w:lang w:val="ru-RU"/>
              </w:rPr>
            </w:pPr>
          </w:p>
        </w:tc>
        <w:tc>
          <w:tcPr>
            <w:tcW w:w="0" w:type="auto"/>
          </w:tcPr>
          <w:p w14:paraId="294469A3" w14:textId="77777777" w:rsidR="007A5E59" w:rsidRPr="00312815" w:rsidRDefault="007A5E59">
            <w:pPr>
              <w:rPr>
                <w:lang w:val="ru-RU"/>
              </w:rPr>
            </w:pPr>
          </w:p>
        </w:tc>
        <w:tc>
          <w:tcPr>
            <w:tcW w:w="0" w:type="auto"/>
          </w:tcPr>
          <w:p w14:paraId="40955EDE" w14:textId="77777777" w:rsidR="007A5E59" w:rsidRPr="00312815" w:rsidRDefault="007A5E59">
            <w:pPr>
              <w:rPr>
                <w:lang w:val="ru-RU"/>
              </w:rPr>
            </w:pPr>
          </w:p>
        </w:tc>
        <w:tc>
          <w:tcPr>
            <w:tcW w:w="0" w:type="auto"/>
          </w:tcPr>
          <w:p w14:paraId="3D653D85" w14:textId="77777777" w:rsidR="007A5E59" w:rsidRPr="00312815" w:rsidRDefault="007A5E59">
            <w:pPr>
              <w:rPr>
                <w:lang w:val="ru-RU"/>
              </w:rPr>
            </w:pPr>
          </w:p>
        </w:tc>
        <w:tc>
          <w:tcPr>
            <w:tcW w:w="0" w:type="auto"/>
          </w:tcPr>
          <w:p w14:paraId="6FF5ED1B" w14:textId="77777777" w:rsidR="007A5E59" w:rsidRPr="00312815" w:rsidRDefault="007A5E59">
            <w:pPr>
              <w:rPr>
                <w:lang w:val="ru-RU"/>
              </w:rPr>
            </w:pPr>
          </w:p>
        </w:tc>
        <w:tc>
          <w:tcPr>
            <w:tcW w:w="0" w:type="auto"/>
          </w:tcPr>
          <w:p w14:paraId="48962430" w14:textId="77777777" w:rsidR="007A5E59" w:rsidRPr="00312815" w:rsidRDefault="007A5E59">
            <w:pPr>
              <w:rPr>
                <w:lang w:val="ru-RU"/>
              </w:rPr>
            </w:pPr>
          </w:p>
        </w:tc>
        <w:tc>
          <w:tcPr>
            <w:tcW w:w="0" w:type="auto"/>
          </w:tcPr>
          <w:p w14:paraId="42F7172F" w14:textId="77777777" w:rsidR="007A5E59" w:rsidRPr="00312815" w:rsidRDefault="007A5E59">
            <w:pPr>
              <w:rPr>
                <w:lang w:val="ru-RU"/>
              </w:rPr>
            </w:pPr>
          </w:p>
        </w:tc>
        <w:tc>
          <w:tcPr>
            <w:tcW w:w="0" w:type="auto"/>
          </w:tcPr>
          <w:p w14:paraId="1C41466F" w14:textId="77777777" w:rsidR="007A5E59" w:rsidRPr="00312815" w:rsidRDefault="007A5E59">
            <w:pPr>
              <w:rPr>
                <w:lang w:val="ru-RU"/>
              </w:rPr>
            </w:pPr>
          </w:p>
        </w:tc>
        <w:tc>
          <w:tcPr>
            <w:tcW w:w="0" w:type="auto"/>
          </w:tcPr>
          <w:p w14:paraId="0F37DA6E" w14:textId="77777777" w:rsidR="007A5E59" w:rsidRPr="00312815" w:rsidRDefault="007A5E59">
            <w:pPr>
              <w:rPr>
                <w:lang w:val="ru-RU"/>
              </w:rPr>
            </w:pPr>
          </w:p>
        </w:tc>
        <w:tc>
          <w:tcPr>
            <w:tcW w:w="0" w:type="auto"/>
          </w:tcPr>
          <w:p w14:paraId="6CC37A16" w14:textId="77777777" w:rsidR="007A5E59" w:rsidRPr="00312815" w:rsidRDefault="007A5E59">
            <w:pPr>
              <w:rPr>
                <w:lang w:val="ru-RU"/>
              </w:rPr>
            </w:pPr>
          </w:p>
        </w:tc>
        <w:tc>
          <w:tcPr>
            <w:tcW w:w="0" w:type="auto"/>
          </w:tcPr>
          <w:p w14:paraId="222F8CD0" w14:textId="77777777" w:rsidR="007A5E59" w:rsidRPr="00312815" w:rsidRDefault="007A5E59">
            <w:pPr>
              <w:rPr>
                <w:lang w:val="ru-RU"/>
              </w:rPr>
            </w:pPr>
          </w:p>
        </w:tc>
      </w:tr>
      <w:tr w:rsidR="007A5E59" w14:paraId="0FE58C60" w14:textId="77777777">
        <w:trPr>
          <w:jc w:val="center"/>
        </w:trPr>
        <w:tc>
          <w:tcPr>
            <w:tcW w:w="0" w:type="auto"/>
          </w:tcPr>
          <w:p w14:paraId="6683955E" w14:textId="77777777" w:rsidR="007A5E59" w:rsidRDefault="0095198F">
            <w:r>
              <w:t>в канале</w:t>
            </w:r>
          </w:p>
        </w:tc>
        <w:tc>
          <w:tcPr>
            <w:tcW w:w="0" w:type="auto"/>
          </w:tcPr>
          <w:p w14:paraId="61061D6D" w14:textId="77777777" w:rsidR="007A5E59" w:rsidRDefault="0095198F">
            <w:pPr>
              <w:jc w:val="center"/>
            </w:pPr>
            <w:r>
              <w:t>0,0</w:t>
            </w:r>
          </w:p>
        </w:tc>
        <w:tc>
          <w:tcPr>
            <w:tcW w:w="0" w:type="auto"/>
          </w:tcPr>
          <w:p w14:paraId="42A3B61D" w14:textId="77777777" w:rsidR="007A5E59" w:rsidRDefault="0095198F">
            <w:pPr>
              <w:jc w:val="center"/>
            </w:pPr>
            <w:r>
              <w:t>82,0</w:t>
            </w:r>
          </w:p>
        </w:tc>
        <w:tc>
          <w:tcPr>
            <w:tcW w:w="0" w:type="auto"/>
          </w:tcPr>
          <w:p w14:paraId="1D8E565F" w14:textId="77777777" w:rsidR="007A5E59" w:rsidRDefault="0095198F">
            <w:pPr>
              <w:jc w:val="center"/>
            </w:pPr>
            <w:r>
              <w:t>130,0</w:t>
            </w:r>
          </w:p>
        </w:tc>
        <w:tc>
          <w:tcPr>
            <w:tcW w:w="0" w:type="auto"/>
          </w:tcPr>
          <w:p w14:paraId="78943A33" w14:textId="77777777" w:rsidR="007A5E59" w:rsidRDefault="0095198F">
            <w:pPr>
              <w:jc w:val="center"/>
            </w:pPr>
            <w:r>
              <w:t>0,0</w:t>
            </w:r>
          </w:p>
        </w:tc>
        <w:tc>
          <w:tcPr>
            <w:tcW w:w="0" w:type="auto"/>
          </w:tcPr>
          <w:p w14:paraId="69899F80" w14:textId="77777777" w:rsidR="007A5E59" w:rsidRDefault="0095198F">
            <w:pPr>
              <w:jc w:val="center"/>
            </w:pPr>
            <w:r>
              <w:t>69,0</w:t>
            </w:r>
          </w:p>
        </w:tc>
        <w:tc>
          <w:tcPr>
            <w:tcW w:w="0" w:type="auto"/>
          </w:tcPr>
          <w:p w14:paraId="5FB8DDC5" w14:textId="77777777" w:rsidR="007A5E59" w:rsidRDefault="0095198F">
            <w:pPr>
              <w:jc w:val="center"/>
            </w:pPr>
            <w:r>
              <w:t>354,0</w:t>
            </w:r>
          </w:p>
        </w:tc>
        <w:tc>
          <w:tcPr>
            <w:tcW w:w="0" w:type="auto"/>
          </w:tcPr>
          <w:p w14:paraId="5220BA76" w14:textId="77777777" w:rsidR="007A5E59" w:rsidRDefault="0095198F">
            <w:pPr>
              <w:jc w:val="center"/>
            </w:pPr>
            <w:r>
              <w:t>321,0</w:t>
            </w:r>
          </w:p>
        </w:tc>
        <w:tc>
          <w:tcPr>
            <w:tcW w:w="0" w:type="auto"/>
          </w:tcPr>
          <w:p w14:paraId="4C9E3049" w14:textId="77777777" w:rsidR="007A5E59" w:rsidRDefault="0095198F">
            <w:pPr>
              <w:jc w:val="center"/>
            </w:pPr>
            <w:r>
              <w:t>0,0</w:t>
            </w:r>
          </w:p>
        </w:tc>
        <w:tc>
          <w:tcPr>
            <w:tcW w:w="0" w:type="auto"/>
          </w:tcPr>
          <w:p w14:paraId="6BAF3E2D" w14:textId="77777777" w:rsidR="007A5E59" w:rsidRDefault="0095198F">
            <w:pPr>
              <w:jc w:val="center"/>
            </w:pPr>
            <w:r>
              <w:t>36,0</w:t>
            </w:r>
          </w:p>
        </w:tc>
        <w:tc>
          <w:tcPr>
            <w:tcW w:w="0" w:type="auto"/>
          </w:tcPr>
          <w:p w14:paraId="3CF14680" w14:textId="77777777" w:rsidR="007A5E59" w:rsidRDefault="0095198F">
            <w:pPr>
              <w:jc w:val="center"/>
            </w:pPr>
            <w:r>
              <w:t>104,0</w:t>
            </w:r>
          </w:p>
        </w:tc>
        <w:tc>
          <w:tcPr>
            <w:tcW w:w="0" w:type="auto"/>
          </w:tcPr>
          <w:p w14:paraId="0F2A639C" w14:textId="77777777" w:rsidR="007A5E59" w:rsidRDefault="0095198F">
            <w:pPr>
              <w:jc w:val="center"/>
            </w:pPr>
            <w:r>
              <w:t>566,0</w:t>
            </w:r>
          </w:p>
        </w:tc>
        <w:tc>
          <w:tcPr>
            <w:tcW w:w="0" w:type="auto"/>
          </w:tcPr>
          <w:p w14:paraId="683C199B" w14:textId="77777777" w:rsidR="007A5E59" w:rsidRDefault="0095198F">
            <w:pPr>
              <w:jc w:val="center"/>
            </w:pPr>
            <w:r>
              <w:t>303,0</w:t>
            </w:r>
          </w:p>
        </w:tc>
        <w:tc>
          <w:tcPr>
            <w:tcW w:w="0" w:type="auto"/>
          </w:tcPr>
          <w:p w14:paraId="64AF4984" w14:textId="77777777" w:rsidR="007A5E59" w:rsidRDefault="0095198F">
            <w:pPr>
              <w:jc w:val="center"/>
            </w:pPr>
            <w:r>
              <w:t>831,0</w:t>
            </w:r>
          </w:p>
        </w:tc>
        <w:tc>
          <w:tcPr>
            <w:tcW w:w="0" w:type="auto"/>
          </w:tcPr>
          <w:p w14:paraId="33A4309C" w14:textId="77777777" w:rsidR="007A5E59" w:rsidRDefault="0095198F">
            <w:pPr>
              <w:jc w:val="center"/>
            </w:pPr>
            <w:r>
              <w:t>81,0</w:t>
            </w:r>
          </w:p>
        </w:tc>
        <w:tc>
          <w:tcPr>
            <w:tcW w:w="0" w:type="auto"/>
          </w:tcPr>
          <w:p w14:paraId="3CE99A7A" w14:textId="77777777" w:rsidR="007A5E59" w:rsidRDefault="0095198F">
            <w:pPr>
              <w:jc w:val="center"/>
            </w:pPr>
            <w:r>
              <w:t>0,0</w:t>
            </w:r>
          </w:p>
        </w:tc>
        <w:tc>
          <w:tcPr>
            <w:tcW w:w="0" w:type="auto"/>
          </w:tcPr>
          <w:p w14:paraId="68D810EF" w14:textId="77777777" w:rsidR="007A5E59" w:rsidRDefault="0095198F">
            <w:pPr>
              <w:jc w:val="center"/>
            </w:pPr>
            <w:r>
              <w:t>0,0</w:t>
            </w:r>
          </w:p>
        </w:tc>
        <w:tc>
          <w:tcPr>
            <w:tcW w:w="0" w:type="auto"/>
          </w:tcPr>
          <w:p w14:paraId="440EA021" w14:textId="77777777" w:rsidR="007A5E59" w:rsidRDefault="0095198F">
            <w:pPr>
              <w:jc w:val="center"/>
            </w:pPr>
            <w:r>
              <w:t>0,0</w:t>
            </w:r>
          </w:p>
        </w:tc>
        <w:tc>
          <w:tcPr>
            <w:tcW w:w="0" w:type="auto"/>
          </w:tcPr>
          <w:p w14:paraId="0021DCC5" w14:textId="77777777" w:rsidR="007A5E59" w:rsidRDefault="0095198F">
            <w:pPr>
              <w:jc w:val="center"/>
            </w:pPr>
            <w:r>
              <w:t>0,0</w:t>
            </w:r>
          </w:p>
        </w:tc>
        <w:tc>
          <w:tcPr>
            <w:tcW w:w="0" w:type="auto"/>
          </w:tcPr>
          <w:p w14:paraId="2E1F2FAF" w14:textId="77777777" w:rsidR="007A5E59" w:rsidRDefault="0095198F">
            <w:pPr>
              <w:jc w:val="center"/>
            </w:pPr>
            <w:r>
              <w:t>0,0</w:t>
            </w:r>
          </w:p>
        </w:tc>
        <w:tc>
          <w:tcPr>
            <w:tcW w:w="0" w:type="auto"/>
          </w:tcPr>
          <w:p w14:paraId="7D75164D" w14:textId="77777777" w:rsidR="007A5E59" w:rsidRDefault="0095198F">
            <w:pPr>
              <w:jc w:val="center"/>
            </w:pPr>
            <w:r>
              <w:t>2 877,0</w:t>
            </w:r>
          </w:p>
        </w:tc>
      </w:tr>
      <w:tr w:rsidR="007A5E59" w14:paraId="6DA3CBF0" w14:textId="77777777">
        <w:trPr>
          <w:jc w:val="center"/>
        </w:trPr>
        <w:tc>
          <w:tcPr>
            <w:tcW w:w="0" w:type="auto"/>
          </w:tcPr>
          <w:p w14:paraId="7446F0D9" w14:textId="77777777" w:rsidR="007A5E59" w:rsidRDefault="0095198F">
            <w:r>
              <w:t>бесканально</w:t>
            </w:r>
          </w:p>
        </w:tc>
        <w:tc>
          <w:tcPr>
            <w:tcW w:w="0" w:type="auto"/>
          </w:tcPr>
          <w:p w14:paraId="6092BAF4" w14:textId="77777777" w:rsidR="007A5E59" w:rsidRDefault="0095198F">
            <w:pPr>
              <w:jc w:val="center"/>
            </w:pPr>
            <w:r>
              <w:t>0,0</w:t>
            </w:r>
          </w:p>
        </w:tc>
        <w:tc>
          <w:tcPr>
            <w:tcW w:w="0" w:type="auto"/>
          </w:tcPr>
          <w:p w14:paraId="781B01DF" w14:textId="77777777" w:rsidR="007A5E59" w:rsidRDefault="0095198F">
            <w:pPr>
              <w:jc w:val="center"/>
            </w:pPr>
            <w:r>
              <w:t>0,0</w:t>
            </w:r>
          </w:p>
        </w:tc>
        <w:tc>
          <w:tcPr>
            <w:tcW w:w="0" w:type="auto"/>
          </w:tcPr>
          <w:p w14:paraId="3F23C30B" w14:textId="77777777" w:rsidR="007A5E59" w:rsidRDefault="0095198F">
            <w:pPr>
              <w:jc w:val="center"/>
            </w:pPr>
            <w:r>
              <w:t>0,0</w:t>
            </w:r>
          </w:p>
        </w:tc>
        <w:tc>
          <w:tcPr>
            <w:tcW w:w="0" w:type="auto"/>
          </w:tcPr>
          <w:p w14:paraId="59FE60B9" w14:textId="77777777" w:rsidR="007A5E59" w:rsidRDefault="0095198F">
            <w:pPr>
              <w:jc w:val="center"/>
            </w:pPr>
            <w:r>
              <w:t>0,0</w:t>
            </w:r>
          </w:p>
        </w:tc>
        <w:tc>
          <w:tcPr>
            <w:tcW w:w="0" w:type="auto"/>
          </w:tcPr>
          <w:p w14:paraId="0ED19059" w14:textId="77777777" w:rsidR="007A5E59" w:rsidRDefault="0095198F">
            <w:pPr>
              <w:jc w:val="center"/>
            </w:pPr>
            <w:r>
              <w:t>0,0</w:t>
            </w:r>
          </w:p>
        </w:tc>
        <w:tc>
          <w:tcPr>
            <w:tcW w:w="0" w:type="auto"/>
          </w:tcPr>
          <w:p w14:paraId="189B5278" w14:textId="77777777" w:rsidR="007A5E59" w:rsidRDefault="0095198F">
            <w:pPr>
              <w:jc w:val="center"/>
            </w:pPr>
            <w:r>
              <w:t>0,0</w:t>
            </w:r>
          </w:p>
        </w:tc>
        <w:tc>
          <w:tcPr>
            <w:tcW w:w="0" w:type="auto"/>
          </w:tcPr>
          <w:p w14:paraId="19B7788C" w14:textId="77777777" w:rsidR="007A5E59" w:rsidRDefault="0095198F">
            <w:pPr>
              <w:jc w:val="center"/>
            </w:pPr>
            <w:r>
              <w:t>0,0</w:t>
            </w:r>
          </w:p>
        </w:tc>
        <w:tc>
          <w:tcPr>
            <w:tcW w:w="0" w:type="auto"/>
          </w:tcPr>
          <w:p w14:paraId="2E985A1E" w14:textId="77777777" w:rsidR="007A5E59" w:rsidRDefault="0095198F">
            <w:pPr>
              <w:jc w:val="center"/>
            </w:pPr>
            <w:r>
              <w:t>0,0</w:t>
            </w:r>
          </w:p>
        </w:tc>
        <w:tc>
          <w:tcPr>
            <w:tcW w:w="0" w:type="auto"/>
          </w:tcPr>
          <w:p w14:paraId="25C600C6" w14:textId="77777777" w:rsidR="007A5E59" w:rsidRDefault="0095198F">
            <w:pPr>
              <w:jc w:val="center"/>
            </w:pPr>
            <w:r>
              <w:t>0,0</w:t>
            </w:r>
          </w:p>
        </w:tc>
        <w:tc>
          <w:tcPr>
            <w:tcW w:w="0" w:type="auto"/>
          </w:tcPr>
          <w:p w14:paraId="38187788" w14:textId="77777777" w:rsidR="007A5E59" w:rsidRDefault="0095198F">
            <w:pPr>
              <w:jc w:val="center"/>
            </w:pPr>
            <w:r>
              <w:t>0,0</w:t>
            </w:r>
          </w:p>
        </w:tc>
        <w:tc>
          <w:tcPr>
            <w:tcW w:w="0" w:type="auto"/>
          </w:tcPr>
          <w:p w14:paraId="1DAE80D0" w14:textId="77777777" w:rsidR="007A5E59" w:rsidRDefault="0095198F">
            <w:pPr>
              <w:jc w:val="center"/>
            </w:pPr>
            <w:r>
              <w:t>0,0</w:t>
            </w:r>
          </w:p>
        </w:tc>
        <w:tc>
          <w:tcPr>
            <w:tcW w:w="0" w:type="auto"/>
          </w:tcPr>
          <w:p w14:paraId="4A906E53" w14:textId="77777777" w:rsidR="007A5E59" w:rsidRDefault="0095198F">
            <w:pPr>
              <w:jc w:val="center"/>
            </w:pPr>
            <w:r>
              <w:t>0,0</w:t>
            </w:r>
          </w:p>
        </w:tc>
        <w:tc>
          <w:tcPr>
            <w:tcW w:w="0" w:type="auto"/>
          </w:tcPr>
          <w:p w14:paraId="21E539ED" w14:textId="77777777" w:rsidR="007A5E59" w:rsidRDefault="0095198F">
            <w:pPr>
              <w:jc w:val="center"/>
            </w:pPr>
            <w:r>
              <w:t>0,0</w:t>
            </w:r>
          </w:p>
        </w:tc>
        <w:tc>
          <w:tcPr>
            <w:tcW w:w="0" w:type="auto"/>
          </w:tcPr>
          <w:p w14:paraId="71EBEF6B" w14:textId="77777777" w:rsidR="007A5E59" w:rsidRDefault="0095198F">
            <w:pPr>
              <w:jc w:val="center"/>
            </w:pPr>
            <w:r>
              <w:t>0,0</w:t>
            </w:r>
          </w:p>
        </w:tc>
        <w:tc>
          <w:tcPr>
            <w:tcW w:w="0" w:type="auto"/>
          </w:tcPr>
          <w:p w14:paraId="034CD02A" w14:textId="77777777" w:rsidR="007A5E59" w:rsidRDefault="0095198F">
            <w:pPr>
              <w:jc w:val="center"/>
            </w:pPr>
            <w:r>
              <w:t>0,0</w:t>
            </w:r>
          </w:p>
        </w:tc>
        <w:tc>
          <w:tcPr>
            <w:tcW w:w="0" w:type="auto"/>
          </w:tcPr>
          <w:p w14:paraId="34DA8B23" w14:textId="77777777" w:rsidR="007A5E59" w:rsidRDefault="0095198F">
            <w:pPr>
              <w:jc w:val="center"/>
            </w:pPr>
            <w:r>
              <w:t>0,0</w:t>
            </w:r>
          </w:p>
        </w:tc>
        <w:tc>
          <w:tcPr>
            <w:tcW w:w="0" w:type="auto"/>
          </w:tcPr>
          <w:p w14:paraId="3F189A2E" w14:textId="77777777" w:rsidR="007A5E59" w:rsidRDefault="0095198F">
            <w:pPr>
              <w:jc w:val="center"/>
            </w:pPr>
            <w:r>
              <w:t>0,0</w:t>
            </w:r>
          </w:p>
        </w:tc>
        <w:tc>
          <w:tcPr>
            <w:tcW w:w="0" w:type="auto"/>
          </w:tcPr>
          <w:p w14:paraId="2DDFA6BC" w14:textId="77777777" w:rsidR="007A5E59" w:rsidRDefault="0095198F">
            <w:pPr>
              <w:jc w:val="center"/>
            </w:pPr>
            <w:r>
              <w:t>0,0</w:t>
            </w:r>
          </w:p>
        </w:tc>
        <w:tc>
          <w:tcPr>
            <w:tcW w:w="0" w:type="auto"/>
          </w:tcPr>
          <w:p w14:paraId="780C53D5" w14:textId="77777777" w:rsidR="007A5E59" w:rsidRDefault="0095198F">
            <w:pPr>
              <w:jc w:val="center"/>
            </w:pPr>
            <w:r>
              <w:t>0,0</w:t>
            </w:r>
          </w:p>
        </w:tc>
        <w:tc>
          <w:tcPr>
            <w:tcW w:w="0" w:type="auto"/>
          </w:tcPr>
          <w:p w14:paraId="0BF914E8" w14:textId="77777777" w:rsidR="007A5E59" w:rsidRDefault="0095198F">
            <w:pPr>
              <w:jc w:val="center"/>
            </w:pPr>
            <w:r>
              <w:t>0,0</w:t>
            </w:r>
          </w:p>
        </w:tc>
      </w:tr>
      <w:tr w:rsidR="007A5E59" w14:paraId="3F0504AB" w14:textId="77777777">
        <w:trPr>
          <w:jc w:val="center"/>
        </w:trPr>
        <w:tc>
          <w:tcPr>
            <w:tcW w:w="0" w:type="auto"/>
          </w:tcPr>
          <w:p w14:paraId="3FD3B737" w14:textId="77777777" w:rsidR="007A5E59" w:rsidRDefault="0095198F">
            <w:r>
              <w:t>надземная</w:t>
            </w:r>
          </w:p>
        </w:tc>
        <w:tc>
          <w:tcPr>
            <w:tcW w:w="0" w:type="auto"/>
          </w:tcPr>
          <w:p w14:paraId="38288ABA" w14:textId="77777777" w:rsidR="007A5E59" w:rsidRDefault="0095198F">
            <w:pPr>
              <w:jc w:val="center"/>
            </w:pPr>
            <w:r>
              <w:t>0,0</w:t>
            </w:r>
          </w:p>
        </w:tc>
        <w:tc>
          <w:tcPr>
            <w:tcW w:w="0" w:type="auto"/>
          </w:tcPr>
          <w:p w14:paraId="065EE1EF" w14:textId="77777777" w:rsidR="007A5E59" w:rsidRDefault="0095198F">
            <w:pPr>
              <w:jc w:val="center"/>
            </w:pPr>
            <w:r>
              <w:t>0,0</w:t>
            </w:r>
          </w:p>
        </w:tc>
        <w:tc>
          <w:tcPr>
            <w:tcW w:w="0" w:type="auto"/>
          </w:tcPr>
          <w:p w14:paraId="010E3192" w14:textId="77777777" w:rsidR="007A5E59" w:rsidRDefault="0095198F">
            <w:pPr>
              <w:jc w:val="center"/>
            </w:pPr>
            <w:r>
              <w:t>59,0</w:t>
            </w:r>
          </w:p>
        </w:tc>
        <w:tc>
          <w:tcPr>
            <w:tcW w:w="0" w:type="auto"/>
          </w:tcPr>
          <w:p w14:paraId="189053CE" w14:textId="77777777" w:rsidR="007A5E59" w:rsidRDefault="0095198F">
            <w:pPr>
              <w:jc w:val="center"/>
            </w:pPr>
            <w:r>
              <w:t>0,0</w:t>
            </w:r>
          </w:p>
        </w:tc>
        <w:tc>
          <w:tcPr>
            <w:tcW w:w="0" w:type="auto"/>
          </w:tcPr>
          <w:p w14:paraId="73EBCE4A" w14:textId="77777777" w:rsidR="007A5E59" w:rsidRDefault="0095198F">
            <w:pPr>
              <w:jc w:val="center"/>
            </w:pPr>
            <w:r>
              <w:t>211,0</w:t>
            </w:r>
          </w:p>
        </w:tc>
        <w:tc>
          <w:tcPr>
            <w:tcW w:w="0" w:type="auto"/>
          </w:tcPr>
          <w:p w14:paraId="3855EB06" w14:textId="77777777" w:rsidR="007A5E59" w:rsidRDefault="0095198F">
            <w:pPr>
              <w:jc w:val="center"/>
            </w:pPr>
            <w:r>
              <w:t>146,0</w:t>
            </w:r>
          </w:p>
        </w:tc>
        <w:tc>
          <w:tcPr>
            <w:tcW w:w="0" w:type="auto"/>
          </w:tcPr>
          <w:p w14:paraId="53262A42" w14:textId="77777777" w:rsidR="007A5E59" w:rsidRDefault="0095198F">
            <w:pPr>
              <w:jc w:val="center"/>
            </w:pPr>
            <w:r>
              <w:t>40,0</w:t>
            </w:r>
          </w:p>
        </w:tc>
        <w:tc>
          <w:tcPr>
            <w:tcW w:w="0" w:type="auto"/>
          </w:tcPr>
          <w:p w14:paraId="7A300116" w14:textId="77777777" w:rsidR="007A5E59" w:rsidRDefault="0095198F">
            <w:pPr>
              <w:jc w:val="center"/>
            </w:pPr>
            <w:r>
              <w:t>0,0</w:t>
            </w:r>
          </w:p>
        </w:tc>
        <w:tc>
          <w:tcPr>
            <w:tcW w:w="0" w:type="auto"/>
          </w:tcPr>
          <w:p w14:paraId="1EA6A467" w14:textId="77777777" w:rsidR="007A5E59" w:rsidRDefault="0095198F">
            <w:pPr>
              <w:jc w:val="center"/>
            </w:pPr>
            <w:r>
              <w:t>120,0</w:t>
            </w:r>
          </w:p>
        </w:tc>
        <w:tc>
          <w:tcPr>
            <w:tcW w:w="0" w:type="auto"/>
          </w:tcPr>
          <w:p w14:paraId="79FDBD2F" w14:textId="77777777" w:rsidR="007A5E59" w:rsidRDefault="0095198F">
            <w:pPr>
              <w:jc w:val="center"/>
            </w:pPr>
            <w:r>
              <w:t>961,7</w:t>
            </w:r>
          </w:p>
        </w:tc>
        <w:tc>
          <w:tcPr>
            <w:tcW w:w="0" w:type="auto"/>
          </w:tcPr>
          <w:p w14:paraId="164FB601" w14:textId="77777777" w:rsidR="007A5E59" w:rsidRDefault="0095198F">
            <w:pPr>
              <w:jc w:val="center"/>
            </w:pPr>
            <w:r>
              <w:t>927,0</w:t>
            </w:r>
          </w:p>
        </w:tc>
        <w:tc>
          <w:tcPr>
            <w:tcW w:w="0" w:type="auto"/>
          </w:tcPr>
          <w:p w14:paraId="0B05F6A5" w14:textId="77777777" w:rsidR="007A5E59" w:rsidRDefault="0095198F">
            <w:pPr>
              <w:jc w:val="center"/>
            </w:pPr>
            <w:r>
              <w:t>1 757,0</w:t>
            </w:r>
          </w:p>
        </w:tc>
        <w:tc>
          <w:tcPr>
            <w:tcW w:w="0" w:type="auto"/>
          </w:tcPr>
          <w:p w14:paraId="7ED3C6D8" w14:textId="77777777" w:rsidR="007A5E59" w:rsidRDefault="0095198F">
            <w:pPr>
              <w:jc w:val="center"/>
            </w:pPr>
            <w:r>
              <w:t>512,0</w:t>
            </w:r>
          </w:p>
        </w:tc>
        <w:tc>
          <w:tcPr>
            <w:tcW w:w="0" w:type="auto"/>
          </w:tcPr>
          <w:p w14:paraId="1D80416F" w14:textId="77777777" w:rsidR="007A5E59" w:rsidRDefault="0095198F">
            <w:pPr>
              <w:jc w:val="center"/>
            </w:pPr>
            <w:r>
              <w:t>228,0</w:t>
            </w:r>
          </w:p>
        </w:tc>
        <w:tc>
          <w:tcPr>
            <w:tcW w:w="0" w:type="auto"/>
          </w:tcPr>
          <w:p w14:paraId="5C5B07A1" w14:textId="77777777" w:rsidR="007A5E59" w:rsidRDefault="0095198F">
            <w:pPr>
              <w:jc w:val="center"/>
            </w:pPr>
            <w:r>
              <w:t>234,0</w:t>
            </w:r>
          </w:p>
        </w:tc>
        <w:tc>
          <w:tcPr>
            <w:tcW w:w="0" w:type="auto"/>
          </w:tcPr>
          <w:p w14:paraId="2B409032" w14:textId="77777777" w:rsidR="007A5E59" w:rsidRDefault="0095198F">
            <w:pPr>
              <w:jc w:val="center"/>
            </w:pPr>
            <w:r>
              <w:t>1 010,0</w:t>
            </w:r>
          </w:p>
        </w:tc>
        <w:tc>
          <w:tcPr>
            <w:tcW w:w="0" w:type="auto"/>
          </w:tcPr>
          <w:p w14:paraId="66E8866F" w14:textId="77777777" w:rsidR="007A5E59" w:rsidRDefault="0095198F">
            <w:pPr>
              <w:jc w:val="center"/>
            </w:pPr>
            <w:r>
              <w:t>0,0</w:t>
            </w:r>
          </w:p>
        </w:tc>
        <w:tc>
          <w:tcPr>
            <w:tcW w:w="0" w:type="auto"/>
          </w:tcPr>
          <w:p w14:paraId="017A39FA" w14:textId="77777777" w:rsidR="007A5E59" w:rsidRDefault="0095198F">
            <w:pPr>
              <w:jc w:val="center"/>
            </w:pPr>
            <w:r>
              <w:t>0,0</w:t>
            </w:r>
          </w:p>
        </w:tc>
        <w:tc>
          <w:tcPr>
            <w:tcW w:w="0" w:type="auto"/>
          </w:tcPr>
          <w:p w14:paraId="490EE3A4" w14:textId="77777777" w:rsidR="007A5E59" w:rsidRDefault="0095198F">
            <w:pPr>
              <w:jc w:val="center"/>
            </w:pPr>
            <w:r>
              <w:t>0,0</w:t>
            </w:r>
          </w:p>
        </w:tc>
        <w:tc>
          <w:tcPr>
            <w:tcW w:w="0" w:type="auto"/>
          </w:tcPr>
          <w:p w14:paraId="5B3FF0C8" w14:textId="77777777" w:rsidR="007A5E59" w:rsidRDefault="0095198F">
            <w:pPr>
              <w:jc w:val="center"/>
            </w:pPr>
            <w:r>
              <w:t>6 205,7</w:t>
            </w:r>
          </w:p>
        </w:tc>
      </w:tr>
      <w:tr w:rsidR="007A5E59" w14:paraId="2EC4D7FD" w14:textId="77777777">
        <w:trPr>
          <w:jc w:val="center"/>
        </w:trPr>
        <w:tc>
          <w:tcPr>
            <w:tcW w:w="0" w:type="auto"/>
            <w:shd w:val="clear" w:color="auto" w:fill="DBE5F1"/>
          </w:tcPr>
          <w:p w14:paraId="3E90F00F" w14:textId="77777777" w:rsidR="007A5E59" w:rsidRDefault="0095198F">
            <w:r>
              <w:rPr>
                <w:b/>
              </w:rPr>
              <w:t>ИТОГО существующая сеть</w:t>
            </w:r>
          </w:p>
        </w:tc>
        <w:tc>
          <w:tcPr>
            <w:tcW w:w="0" w:type="auto"/>
            <w:shd w:val="clear" w:color="auto" w:fill="DBE5F1"/>
          </w:tcPr>
          <w:p w14:paraId="5956446B" w14:textId="77777777" w:rsidR="007A5E59" w:rsidRDefault="0095198F">
            <w:pPr>
              <w:jc w:val="center"/>
            </w:pPr>
            <w:r>
              <w:rPr>
                <w:b/>
              </w:rPr>
              <w:t>0,0</w:t>
            </w:r>
          </w:p>
        </w:tc>
        <w:tc>
          <w:tcPr>
            <w:tcW w:w="0" w:type="auto"/>
            <w:shd w:val="clear" w:color="auto" w:fill="DBE5F1"/>
          </w:tcPr>
          <w:p w14:paraId="5D8B95F6" w14:textId="77777777" w:rsidR="007A5E59" w:rsidRDefault="0095198F">
            <w:pPr>
              <w:jc w:val="center"/>
            </w:pPr>
            <w:r>
              <w:rPr>
                <w:b/>
              </w:rPr>
              <w:t>82,0</w:t>
            </w:r>
          </w:p>
        </w:tc>
        <w:tc>
          <w:tcPr>
            <w:tcW w:w="0" w:type="auto"/>
            <w:shd w:val="clear" w:color="auto" w:fill="DBE5F1"/>
          </w:tcPr>
          <w:p w14:paraId="4F04D715" w14:textId="77777777" w:rsidR="007A5E59" w:rsidRDefault="0095198F">
            <w:pPr>
              <w:jc w:val="center"/>
            </w:pPr>
            <w:r>
              <w:rPr>
                <w:b/>
              </w:rPr>
              <w:t>189,0</w:t>
            </w:r>
          </w:p>
        </w:tc>
        <w:tc>
          <w:tcPr>
            <w:tcW w:w="0" w:type="auto"/>
            <w:shd w:val="clear" w:color="auto" w:fill="DBE5F1"/>
          </w:tcPr>
          <w:p w14:paraId="07BC1CDF" w14:textId="77777777" w:rsidR="007A5E59" w:rsidRDefault="0095198F">
            <w:pPr>
              <w:jc w:val="center"/>
            </w:pPr>
            <w:r>
              <w:rPr>
                <w:b/>
              </w:rPr>
              <w:t>0,0</w:t>
            </w:r>
          </w:p>
        </w:tc>
        <w:tc>
          <w:tcPr>
            <w:tcW w:w="0" w:type="auto"/>
            <w:shd w:val="clear" w:color="auto" w:fill="DBE5F1"/>
          </w:tcPr>
          <w:p w14:paraId="56AC3B20" w14:textId="77777777" w:rsidR="007A5E59" w:rsidRDefault="0095198F">
            <w:pPr>
              <w:jc w:val="center"/>
            </w:pPr>
            <w:r>
              <w:rPr>
                <w:b/>
              </w:rPr>
              <w:t>280,0</w:t>
            </w:r>
          </w:p>
        </w:tc>
        <w:tc>
          <w:tcPr>
            <w:tcW w:w="0" w:type="auto"/>
            <w:shd w:val="clear" w:color="auto" w:fill="DBE5F1"/>
          </w:tcPr>
          <w:p w14:paraId="28652998" w14:textId="77777777" w:rsidR="007A5E59" w:rsidRDefault="0095198F">
            <w:pPr>
              <w:jc w:val="center"/>
            </w:pPr>
            <w:r>
              <w:rPr>
                <w:b/>
              </w:rPr>
              <w:t>500,0</w:t>
            </w:r>
          </w:p>
        </w:tc>
        <w:tc>
          <w:tcPr>
            <w:tcW w:w="0" w:type="auto"/>
            <w:shd w:val="clear" w:color="auto" w:fill="DBE5F1"/>
          </w:tcPr>
          <w:p w14:paraId="4BF9866F" w14:textId="77777777" w:rsidR="007A5E59" w:rsidRDefault="0095198F">
            <w:pPr>
              <w:jc w:val="center"/>
            </w:pPr>
            <w:r>
              <w:rPr>
                <w:b/>
              </w:rPr>
              <w:t>361,0</w:t>
            </w:r>
          </w:p>
        </w:tc>
        <w:tc>
          <w:tcPr>
            <w:tcW w:w="0" w:type="auto"/>
            <w:shd w:val="clear" w:color="auto" w:fill="DBE5F1"/>
          </w:tcPr>
          <w:p w14:paraId="3EA71E7A" w14:textId="77777777" w:rsidR="007A5E59" w:rsidRDefault="0095198F">
            <w:pPr>
              <w:jc w:val="center"/>
            </w:pPr>
            <w:r>
              <w:rPr>
                <w:b/>
              </w:rPr>
              <w:t>0,0</w:t>
            </w:r>
          </w:p>
        </w:tc>
        <w:tc>
          <w:tcPr>
            <w:tcW w:w="0" w:type="auto"/>
            <w:shd w:val="clear" w:color="auto" w:fill="DBE5F1"/>
          </w:tcPr>
          <w:p w14:paraId="2C48F31B" w14:textId="77777777" w:rsidR="007A5E59" w:rsidRDefault="0095198F">
            <w:pPr>
              <w:jc w:val="center"/>
            </w:pPr>
            <w:r>
              <w:rPr>
                <w:b/>
              </w:rPr>
              <w:t>156,0</w:t>
            </w:r>
          </w:p>
        </w:tc>
        <w:tc>
          <w:tcPr>
            <w:tcW w:w="0" w:type="auto"/>
            <w:shd w:val="clear" w:color="auto" w:fill="DBE5F1"/>
          </w:tcPr>
          <w:p w14:paraId="05A322E9" w14:textId="77777777" w:rsidR="007A5E59" w:rsidRDefault="0095198F">
            <w:pPr>
              <w:jc w:val="center"/>
            </w:pPr>
            <w:r>
              <w:rPr>
                <w:b/>
              </w:rPr>
              <w:t>1 065,7</w:t>
            </w:r>
          </w:p>
        </w:tc>
        <w:tc>
          <w:tcPr>
            <w:tcW w:w="0" w:type="auto"/>
            <w:shd w:val="clear" w:color="auto" w:fill="DBE5F1"/>
          </w:tcPr>
          <w:p w14:paraId="5E7EFECA" w14:textId="77777777" w:rsidR="007A5E59" w:rsidRDefault="0095198F">
            <w:pPr>
              <w:jc w:val="center"/>
            </w:pPr>
            <w:r>
              <w:rPr>
                <w:b/>
              </w:rPr>
              <w:t>1 493,0</w:t>
            </w:r>
          </w:p>
        </w:tc>
        <w:tc>
          <w:tcPr>
            <w:tcW w:w="0" w:type="auto"/>
            <w:shd w:val="clear" w:color="auto" w:fill="DBE5F1"/>
          </w:tcPr>
          <w:p w14:paraId="4901636C" w14:textId="77777777" w:rsidR="007A5E59" w:rsidRDefault="0095198F">
            <w:pPr>
              <w:jc w:val="center"/>
            </w:pPr>
            <w:r>
              <w:rPr>
                <w:b/>
              </w:rPr>
              <w:t>2 060,0</w:t>
            </w:r>
          </w:p>
        </w:tc>
        <w:tc>
          <w:tcPr>
            <w:tcW w:w="0" w:type="auto"/>
            <w:shd w:val="clear" w:color="auto" w:fill="DBE5F1"/>
          </w:tcPr>
          <w:p w14:paraId="5550107B" w14:textId="77777777" w:rsidR="007A5E59" w:rsidRDefault="0095198F">
            <w:pPr>
              <w:jc w:val="center"/>
            </w:pPr>
            <w:r>
              <w:rPr>
                <w:b/>
              </w:rPr>
              <w:t>1 343,0</w:t>
            </w:r>
          </w:p>
        </w:tc>
        <w:tc>
          <w:tcPr>
            <w:tcW w:w="0" w:type="auto"/>
            <w:shd w:val="clear" w:color="auto" w:fill="DBE5F1"/>
          </w:tcPr>
          <w:p w14:paraId="7B952E40" w14:textId="77777777" w:rsidR="007A5E59" w:rsidRDefault="0095198F">
            <w:pPr>
              <w:jc w:val="center"/>
            </w:pPr>
            <w:r>
              <w:rPr>
                <w:b/>
              </w:rPr>
              <w:t>309,0</w:t>
            </w:r>
          </w:p>
        </w:tc>
        <w:tc>
          <w:tcPr>
            <w:tcW w:w="0" w:type="auto"/>
            <w:shd w:val="clear" w:color="auto" w:fill="DBE5F1"/>
          </w:tcPr>
          <w:p w14:paraId="251C38D9" w14:textId="77777777" w:rsidR="007A5E59" w:rsidRDefault="0095198F">
            <w:pPr>
              <w:jc w:val="center"/>
            </w:pPr>
            <w:r>
              <w:rPr>
                <w:b/>
              </w:rPr>
              <w:t>234,0</w:t>
            </w:r>
          </w:p>
        </w:tc>
        <w:tc>
          <w:tcPr>
            <w:tcW w:w="0" w:type="auto"/>
            <w:shd w:val="clear" w:color="auto" w:fill="DBE5F1"/>
          </w:tcPr>
          <w:p w14:paraId="46BDB061" w14:textId="77777777" w:rsidR="007A5E59" w:rsidRDefault="0095198F">
            <w:pPr>
              <w:jc w:val="center"/>
            </w:pPr>
            <w:r>
              <w:rPr>
                <w:b/>
              </w:rPr>
              <w:t>1 010,0</w:t>
            </w:r>
          </w:p>
        </w:tc>
        <w:tc>
          <w:tcPr>
            <w:tcW w:w="0" w:type="auto"/>
            <w:shd w:val="clear" w:color="auto" w:fill="DBE5F1"/>
          </w:tcPr>
          <w:p w14:paraId="76244104" w14:textId="77777777" w:rsidR="007A5E59" w:rsidRDefault="0095198F">
            <w:pPr>
              <w:jc w:val="center"/>
            </w:pPr>
            <w:r>
              <w:rPr>
                <w:b/>
              </w:rPr>
              <w:t>0,0</w:t>
            </w:r>
          </w:p>
        </w:tc>
        <w:tc>
          <w:tcPr>
            <w:tcW w:w="0" w:type="auto"/>
            <w:shd w:val="clear" w:color="auto" w:fill="DBE5F1"/>
          </w:tcPr>
          <w:p w14:paraId="67DF371A" w14:textId="77777777" w:rsidR="007A5E59" w:rsidRDefault="0095198F">
            <w:pPr>
              <w:jc w:val="center"/>
            </w:pPr>
            <w:r>
              <w:rPr>
                <w:b/>
              </w:rPr>
              <w:t>0,0</w:t>
            </w:r>
          </w:p>
        </w:tc>
        <w:tc>
          <w:tcPr>
            <w:tcW w:w="0" w:type="auto"/>
            <w:shd w:val="clear" w:color="auto" w:fill="DBE5F1"/>
          </w:tcPr>
          <w:p w14:paraId="7951DC00" w14:textId="77777777" w:rsidR="007A5E59" w:rsidRDefault="0095198F">
            <w:pPr>
              <w:jc w:val="center"/>
            </w:pPr>
            <w:r>
              <w:rPr>
                <w:b/>
              </w:rPr>
              <w:t>0,0</w:t>
            </w:r>
          </w:p>
        </w:tc>
        <w:tc>
          <w:tcPr>
            <w:tcW w:w="0" w:type="auto"/>
            <w:shd w:val="clear" w:color="auto" w:fill="DBE5F1"/>
          </w:tcPr>
          <w:p w14:paraId="5471D9FE" w14:textId="77777777" w:rsidR="007A5E59" w:rsidRDefault="0095198F">
            <w:pPr>
              <w:jc w:val="center"/>
            </w:pPr>
            <w:r>
              <w:rPr>
                <w:b/>
              </w:rPr>
              <w:t>9 082,7</w:t>
            </w:r>
          </w:p>
        </w:tc>
      </w:tr>
      <w:tr w:rsidR="007A5E59" w14:paraId="05B9E4A3" w14:textId="77777777">
        <w:trPr>
          <w:jc w:val="center"/>
        </w:trPr>
        <w:tc>
          <w:tcPr>
            <w:tcW w:w="0" w:type="auto"/>
          </w:tcPr>
          <w:p w14:paraId="509EE245" w14:textId="77777777" w:rsidR="007A5E59" w:rsidRDefault="0095198F">
            <w:r w:rsidRPr="00312815">
              <w:rPr>
                <w:lang w:val="ru-RU"/>
              </w:rPr>
              <w:t xml:space="preserve">БЛОК 2. Подлежит замене — по сроку службы (порог см. </w:t>
            </w:r>
            <w:r>
              <w:t>БЛОК 4), м</w:t>
            </w:r>
          </w:p>
        </w:tc>
        <w:tc>
          <w:tcPr>
            <w:tcW w:w="0" w:type="auto"/>
          </w:tcPr>
          <w:p w14:paraId="7A5B5757" w14:textId="77777777" w:rsidR="007A5E59" w:rsidRDefault="007A5E59"/>
        </w:tc>
        <w:tc>
          <w:tcPr>
            <w:tcW w:w="0" w:type="auto"/>
          </w:tcPr>
          <w:p w14:paraId="1D32A27D" w14:textId="77777777" w:rsidR="007A5E59" w:rsidRDefault="007A5E59"/>
        </w:tc>
        <w:tc>
          <w:tcPr>
            <w:tcW w:w="0" w:type="auto"/>
          </w:tcPr>
          <w:p w14:paraId="3A904EE1" w14:textId="77777777" w:rsidR="007A5E59" w:rsidRDefault="007A5E59"/>
        </w:tc>
        <w:tc>
          <w:tcPr>
            <w:tcW w:w="0" w:type="auto"/>
          </w:tcPr>
          <w:p w14:paraId="4D2EF3CA" w14:textId="77777777" w:rsidR="007A5E59" w:rsidRDefault="007A5E59"/>
        </w:tc>
        <w:tc>
          <w:tcPr>
            <w:tcW w:w="0" w:type="auto"/>
          </w:tcPr>
          <w:p w14:paraId="1D4B755C" w14:textId="77777777" w:rsidR="007A5E59" w:rsidRDefault="007A5E59"/>
        </w:tc>
        <w:tc>
          <w:tcPr>
            <w:tcW w:w="0" w:type="auto"/>
          </w:tcPr>
          <w:p w14:paraId="72E21041" w14:textId="77777777" w:rsidR="007A5E59" w:rsidRDefault="007A5E59"/>
        </w:tc>
        <w:tc>
          <w:tcPr>
            <w:tcW w:w="0" w:type="auto"/>
          </w:tcPr>
          <w:p w14:paraId="6596728A" w14:textId="77777777" w:rsidR="007A5E59" w:rsidRDefault="007A5E59"/>
        </w:tc>
        <w:tc>
          <w:tcPr>
            <w:tcW w:w="0" w:type="auto"/>
          </w:tcPr>
          <w:p w14:paraId="57B50BBF" w14:textId="77777777" w:rsidR="007A5E59" w:rsidRDefault="007A5E59"/>
        </w:tc>
        <w:tc>
          <w:tcPr>
            <w:tcW w:w="0" w:type="auto"/>
          </w:tcPr>
          <w:p w14:paraId="579082A4" w14:textId="77777777" w:rsidR="007A5E59" w:rsidRDefault="007A5E59"/>
        </w:tc>
        <w:tc>
          <w:tcPr>
            <w:tcW w:w="0" w:type="auto"/>
          </w:tcPr>
          <w:p w14:paraId="5DF0A8C4" w14:textId="77777777" w:rsidR="007A5E59" w:rsidRDefault="007A5E59"/>
        </w:tc>
        <w:tc>
          <w:tcPr>
            <w:tcW w:w="0" w:type="auto"/>
          </w:tcPr>
          <w:p w14:paraId="74874336" w14:textId="77777777" w:rsidR="007A5E59" w:rsidRDefault="007A5E59"/>
        </w:tc>
        <w:tc>
          <w:tcPr>
            <w:tcW w:w="0" w:type="auto"/>
          </w:tcPr>
          <w:p w14:paraId="042A70EC" w14:textId="77777777" w:rsidR="007A5E59" w:rsidRDefault="007A5E59"/>
        </w:tc>
        <w:tc>
          <w:tcPr>
            <w:tcW w:w="0" w:type="auto"/>
          </w:tcPr>
          <w:p w14:paraId="6B3ABC6A" w14:textId="77777777" w:rsidR="007A5E59" w:rsidRDefault="007A5E59"/>
        </w:tc>
        <w:tc>
          <w:tcPr>
            <w:tcW w:w="0" w:type="auto"/>
          </w:tcPr>
          <w:p w14:paraId="475B0E91" w14:textId="77777777" w:rsidR="007A5E59" w:rsidRDefault="007A5E59"/>
        </w:tc>
        <w:tc>
          <w:tcPr>
            <w:tcW w:w="0" w:type="auto"/>
          </w:tcPr>
          <w:p w14:paraId="0B4AA56C" w14:textId="77777777" w:rsidR="007A5E59" w:rsidRDefault="007A5E59"/>
        </w:tc>
        <w:tc>
          <w:tcPr>
            <w:tcW w:w="0" w:type="auto"/>
          </w:tcPr>
          <w:p w14:paraId="49B8E46B" w14:textId="77777777" w:rsidR="007A5E59" w:rsidRDefault="007A5E59"/>
        </w:tc>
        <w:tc>
          <w:tcPr>
            <w:tcW w:w="0" w:type="auto"/>
          </w:tcPr>
          <w:p w14:paraId="551FC1F3" w14:textId="77777777" w:rsidR="007A5E59" w:rsidRDefault="007A5E59"/>
        </w:tc>
        <w:tc>
          <w:tcPr>
            <w:tcW w:w="0" w:type="auto"/>
          </w:tcPr>
          <w:p w14:paraId="3E606264" w14:textId="77777777" w:rsidR="007A5E59" w:rsidRDefault="007A5E59"/>
        </w:tc>
        <w:tc>
          <w:tcPr>
            <w:tcW w:w="0" w:type="auto"/>
          </w:tcPr>
          <w:p w14:paraId="12AB6B60" w14:textId="77777777" w:rsidR="007A5E59" w:rsidRDefault="007A5E59"/>
        </w:tc>
        <w:tc>
          <w:tcPr>
            <w:tcW w:w="0" w:type="auto"/>
          </w:tcPr>
          <w:p w14:paraId="5542FB92" w14:textId="77777777" w:rsidR="007A5E59" w:rsidRDefault="007A5E59"/>
        </w:tc>
      </w:tr>
      <w:tr w:rsidR="007A5E59" w14:paraId="403D105D" w14:textId="77777777">
        <w:trPr>
          <w:jc w:val="center"/>
        </w:trPr>
        <w:tc>
          <w:tcPr>
            <w:tcW w:w="0" w:type="auto"/>
          </w:tcPr>
          <w:p w14:paraId="4784F776" w14:textId="77777777" w:rsidR="007A5E59" w:rsidRDefault="0095198F">
            <w:r>
              <w:t>Этап</w:t>
            </w:r>
          </w:p>
        </w:tc>
        <w:tc>
          <w:tcPr>
            <w:tcW w:w="0" w:type="auto"/>
          </w:tcPr>
          <w:p w14:paraId="53165730" w14:textId="77777777" w:rsidR="007A5E59" w:rsidRDefault="0095198F">
            <w:r>
              <w:t>Дн15</w:t>
            </w:r>
          </w:p>
        </w:tc>
        <w:tc>
          <w:tcPr>
            <w:tcW w:w="0" w:type="auto"/>
          </w:tcPr>
          <w:p w14:paraId="1B1BA6CE" w14:textId="77777777" w:rsidR="007A5E59" w:rsidRDefault="0095198F">
            <w:r>
              <w:t>Дн20</w:t>
            </w:r>
          </w:p>
        </w:tc>
        <w:tc>
          <w:tcPr>
            <w:tcW w:w="0" w:type="auto"/>
          </w:tcPr>
          <w:p w14:paraId="0EDAE290" w14:textId="77777777" w:rsidR="007A5E59" w:rsidRDefault="0095198F">
            <w:r>
              <w:t>Дн25</w:t>
            </w:r>
          </w:p>
        </w:tc>
        <w:tc>
          <w:tcPr>
            <w:tcW w:w="0" w:type="auto"/>
          </w:tcPr>
          <w:p w14:paraId="7E326ADA" w14:textId="77777777" w:rsidR="007A5E59" w:rsidRDefault="0095198F">
            <w:r>
              <w:t>Дн32</w:t>
            </w:r>
          </w:p>
        </w:tc>
        <w:tc>
          <w:tcPr>
            <w:tcW w:w="0" w:type="auto"/>
          </w:tcPr>
          <w:p w14:paraId="6F3A2467" w14:textId="77777777" w:rsidR="007A5E59" w:rsidRDefault="0095198F">
            <w:r>
              <w:t>Дн40</w:t>
            </w:r>
          </w:p>
        </w:tc>
        <w:tc>
          <w:tcPr>
            <w:tcW w:w="0" w:type="auto"/>
          </w:tcPr>
          <w:p w14:paraId="24938353" w14:textId="77777777" w:rsidR="007A5E59" w:rsidRDefault="0095198F">
            <w:r>
              <w:t>Дн50</w:t>
            </w:r>
          </w:p>
        </w:tc>
        <w:tc>
          <w:tcPr>
            <w:tcW w:w="0" w:type="auto"/>
          </w:tcPr>
          <w:p w14:paraId="4A21BD07" w14:textId="77777777" w:rsidR="007A5E59" w:rsidRDefault="0095198F">
            <w:r>
              <w:t>Дн65</w:t>
            </w:r>
          </w:p>
        </w:tc>
        <w:tc>
          <w:tcPr>
            <w:tcW w:w="0" w:type="auto"/>
          </w:tcPr>
          <w:p w14:paraId="0B5D8006" w14:textId="77777777" w:rsidR="007A5E59" w:rsidRDefault="0095198F">
            <w:r>
              <w:t>Дн68</w:t>
            </w:r>
          </w:p>
        </w:tc>
        <w:tc>
          <w:tcPr>
            <w:tcW w:w="0" w:type="auto"/>
          </w:tcPr>
          <w:p w14:paraId="1D052ECA" w14:textId="77777777" w:rsidR="007A5E59" w:rsidRDefault="0095198F">
            <w:r>
              <w:t>Дн70</w:t>
            </w:r>
          </w:p>
        </w:tc>
        <w:tc>
          <w:tcPr>
            <w:tcW w:w="0" w:type="auto"/>
          </w:tcPr>
          <w:p w14:paraId="6AE0AF3B" w14:textId="77777777" w:rsidR="007A5E59" w:rsidRDefault="0095198F">
            <w:r>
              <w:t>Дн80</w:t>
            </w:r>
          </w:p>
        </w:tc>
        <w:tc>
          <w:tcPr>
            <w:tcW w:w="0" w:type="auto"/>
          </w:tcPr>
          <w:p w14:paraId="48AF5EF2" w14:textId="77777777" w:rsidR="007A5E59" w:rsidRDefault="0095198F">
            <w:r>
              <w:t>Дн100</w:t>
            </w:r>
          </w:p>
        </w:tc>
        <w:tc>
          <w:tcPr>
            <w:tcW w:w="0" w:type="auto"/>
          </w:tcPr>
          <w:p w14:paraId="0ADA5524" w14:textId="77777777" w:rsidR="007A5E59" w:rsidRDefault="0095198F">
            <w:r>
              <w:t>Дн125</w:t>
            </w:r>
          </w:p>
        </w:tc>
        <w:tc>
          <w:tcPr>
            <w:tcW w:w="0" w:type="auto"/>
          </w:tcPr>
          <w:p w14:paraId="7500F6C7" w14:textId="77777777" w:rsidR="007A5E59" w:rsidRDefault="0095198F">
            <w:r>
              <w:t>Дн150</w:t>
            </w:r>
          </w:p>
        </w:tc>
        <w:tc>
          <w:tcPr>
            <w:tcW w:w="0" w:type="auto"/>
          </w:tcPr>
          <w:p w14:paraId="4108330B" w14:textId="77777777" w:rsidR="007A5E59" w:rsidRDefault="0095198F">
            <w:r>
              <w:t>Дн200</w:t>
            </w:r>
          </w:p>
        </w:tc>
        <w:tc>
          <w:tcPr>
            <w:tcW w:w="0" w:type="auto"/>
          </w:tcPr>
          <w:p w14:paraId="729B057C" w14:textId="77777777" w:rsidR="007A5E59" w:rsidRDefault="0095198F">
            <w:r>
              <w:t>Дн250</w:t>
            </w:r>
          </w:p>
        </w:tc>
        <w:tc>
          <w:tcPr>
            <w:tcW w:w="0" w:type="auto"/>
          </w:tcPr>
          <w:p w14:paraId="402E53BE" w14:textId="77777777" w:rsidR="007A5E59" w:rsidRDefault="0095198F">
            <w:r>
              <w:t>Дн300</w:t>
            </w:r>
          </w:p>
        </w:tc>
        <w:tc>
          <w:tcPr>
            <w:tcW w:w="0" w:type="auto"/>
          </w:tcPr>
          <w:p w14:paraId="4C4F76DD" w14:textId="77777777" w:rsidR="007A5E59" w:rsidRDefault="0095198F">
            <w:r>
              <w:t>Дн350</w:t>
            </w:r>
          </w:p>
        </w:tc>
        <w:tc>
          <w:tcPr>
            <w:tcW w:w="0" w:type="auto"/>
          </w:tcPr>
          <w:p w14:paraId="1F8FEA22" w14:textId="77777777" w:rsidR="007A5E59" w:rsidRDefault="0095198F">
            <w:r>
              <w:t>Дн400</w:t>
            </w:r>
          </w:p>
        </w:tc>
        <w:tc>
          <w:tcPr>
            <w:tcW w:w="0" w:type="auto"/>
          </w:tcPr>
          <w:p w14:paraId="6F15D8C4" w14:textId="77777777" w:rsidR="007A5E59" w:rsidRDefault="0095198F">
            <w:r>
              <w:t>Дн500</w:t>
            </w:r>
          </w:p>
        </w:tc>
        <w:tc>
          <w:tcPr>
            <w:tcW w:w="0" w:type="auto"/>
          </w:tcPr>
          <w:p w14:paraId="3429BCCF" w14:textId="77777777" w:rsidR="007A5E59" w:rsidRDefault="007A5E59"/>
        </w:tc>
      </w:tr>
      <w:tr w:rsidR="007A5E59" w14:paraId="1C99DB0C" w14:textId="77777777">
        <w:trPr>
          <w:jc w:val="center"/>
        </w:trPr>
        <w:tc>
          <w:tcPr>
            <w:tcW w:w="0" w:type="auto"/>
          </w:tcPr>
          <w:p w14:paraId="01A99E59" w14:textId="77777777" w:rsidR="007A5E59" w:rsidRDefault="0095198F">
            <w:r>
              <w:t>2026 (год ввода до 2001 включительно)</w:t>
            </w:r>
          </w:p>
        </w:tc>
        <w:tc>
          <w:tcPr>
            <w:tcW w:w="0" w:type="auto"/>
          </w:tcPr>
          <w:p w14:paraId="632C78A6" w14:textId="77777777" w:rsidR="007A5E59" w:rsidRDefault="0095198F">
            <w:pPr>
              <w:jc w:val="center"/>
            </w:pPr>
            <w:r>
              <w:t>0,0</w:t>
            </w:r>
          </w:p>
        </w:tc>
        <w:tc>
          <w:tcPr>
            <w:tcW w:w="0" w:type="auto"/>
          </w:tcPr>
          <w:p w14:paraId="3C1D5A9D" w14:textId="77777777" w:rsidR="007A5E59" w:rsidRDefault="0095198F">
            <w:pPr>
              <w:jc w:val="center"/>
            </w:pPr>
            <w:r>
              <w:t>0,0</w:t>
            </w:r>
          </w:p>
        </w:tc>
        <w:tc>
          <w:tcPr>
            <w:tcW w:w="0" w:type="auto"/>
          </w:tcPr>
          <w:p w14:paraId="4D2A03F7" w14:textId="77777777" w:rsidR="007A5E59" w:rsidRDefault="0095198F">
            <w:pPr>
              <w:jc w:val="center"/>
            </w:pPr>
            <w:r>
              <w:t>90,0</w:t>
            </w:r>
          </w:p>
        </w:tc>
        <w:tc>
          <w:tcPr>
            <w:tcW w:w="0" w:type="auto"/>
          </w:tcPr>
          <w:p w14:paraId="5FE6E6C8" w14:textId="77777777" w:rsidR="007A5E59" w:rsidRDefault="0095198F">
            <w:pPr>
              <w:jc w:val="center"/>
            </w:pPr>
            <w:r>
              <w:t>0,0</w:t>
            </w:r>
          </w:p>
        </w:tc>
        <w:tc>
          <w:tcPr>
            <w:tcW w:w="0" w:type="auto"/>
          </w:tcPr>
          <w:p w14:paraId="38306E82" w14:textId="77777777" w:rsidR="007A5E59" w:rsidRDefault="0095198F">
            <w:pPr>
              <w:jc w:val="center"/>
            </w:pPr>
            <w:r>
              <w:t>170,0</w:t>
            </w:r>
          </w:p>
        </w:tc>
        <w:tc>
          <w:tcPr>
            <w:tcW w:w="0" w:type="auto"/>
          </w:tcPr>
          <w:p w14:paraId="350C41A0" w14:textId="77777777" w:rsidR="007A5E59" w:rsidRDefault="0095198F">
            <w:pPr>
              <w:jc w:val="center"/>
            </w:pPr>
            <w:r>
              <w:t>329,0</w:t>
            </w:r>
          </w:p>
        </w:tc>
        <w:tc>
          <w:tcPr>
            <w:tcW w:w="0" w:type="auto"/>
          </w:tcPr>
          <w:p w14:paraId="323E6D25" w14:textId="77777777" w:rsidR="007A5E59" w:rsidRDefault="0095198F">
            <w:pPr>
              <w:jc w:val="center"/>
            </w:pPr>
            <w:r>
              <w:t>51,0</w:t>
            </w:r>
          </w:p>
        </w:tc>
        <w:tc>
          <w:tcPr>
            <w:tcW w:w="0" w:type="auto"/>
          </w:tcPr>
          <w:p w14:paraId="1FEDEC00" w14:textId="77777777" w:rsidR="007A5E59" w:rsidRDefault="0095198F">
            <w:pPr>
              <w:jc w:val="center"/>
            </w:pPr>
            <w:r>
              <w:t>0,0</w:t>
            </w:r>
          </w:p>
        </w:tc>
        <w:tc>
          <w:tcPr>
            <w:tcW w:w="0" w:type="auto"/>
          </w:tcPr>
          <w:p w14:paraId="05838163" w14:textId="77777777" w:rsidR="007A5E59" w:rsidRDefault="0095198F">
            <w:pPr>
              <w:jc w:val="center"/>
            </w:pPr>
            <w:r>
              <w:t>156,0</w:t>
            </w:r>
          </w:p>
        </w:tc>
        <w:tc>
          <w:tcPr>
            <w:tcW w:w="0" w:type="auto"/>
          </w:tcPr>
          <w:p w14:paraId="21076E16" w14:textId="77777777" w:rsidR="007A5E59" w:rsidRDefault="0095198F">
            <w:pPr>
              <w:jc w:val="center"/>
            </w:pPr>
            <w:r>
              <w:t>701,0</w:t>
            </w:r>
          </w:p>
        </w:tc>
        <w:tc>
          <w:tcPr>
            <w:tcW w:w="0" w:type="auto"/>
          </w:tcPr>
          <w:p w14:paraId="35170188" w14:textId="77777777" w:rsidR="007A5E59" w:rsidRDefault="0095198F">
            <w:pPr>
              <w:jc w:val="center"/>
            </w:pPr>
            <w:r>
              <w:t>1 230,0</w:t>
            </w:r>
          </w:p>
        </w:tc>
        <w:tc>
          <w:tcPr>
            <w:tcW w:w="0" w:type="auto"/>
          </w:tcPr>
          <w:p w14:paraId="4EA29972" w14:textId="77777777" w:rsidR="007A5E59" w:rsidRDefault="0095198F">
            <w:pPr>
              <w:jc w:val="center"/>
            </w:pPr>
            <w:r>
              <w:t>828,0</w:t>
            </w:r>
          </w:p>
        </w:tc>
        <w:tc>
          <w:tcPr>
            <w:tcW w:w="0" w:type="auto"/>
          </w:tcPr>
          <w:p w14:paraId="4EE5787D" w14:textId="77777777" w:rsidR="007A5E59" w:rsidRDefault="0095198F">
            <w:pPr>
              <w:jc w:val="center"/>
            </w:pPr>
            <w:r>
              <w:t>1 343,0</w:t>
            </w:r>
          </w:p>
        </w:tc>
        <w:tc>
          <w:tcPr>
            <w:tcW w:w="0" w:type="auto"/>
          </w:tcPr>
          <w:p w14:paraId="544C3797" w14:textId="77777777" w:rsidR="007A5E59" w:rsidRDefault="0095198F">
            <w:pPr>
              <w:jc w:val="center"/>
            </w:pPr>
            <w:r>
              <w:t>309,0</w:t>
            </w:r>
          </w:p>
        </w:tc>
        <w:tc>
          <w:tcPr>
            <w:tcW w:w="0" w:type="auto"/>
          </w:tcPr>
          <w:p w14:paraId="0AFD7014" w14:textId="77777777" w:rsidR="007A5E59" w:rsidRDefault="0095198F">
            <w:pPr>
              <w:jc w:val="center"/>
            </w:pPr>
            <w:r>
              <w:t>234,0</w:t>
            </w:r>
          </w:p>
        </w:tc>
        <w:tc>
          <w:tcPr>
            <w:tcW w:w="0" w:type="auto"/>
          </w:tcPr>
          <w:p w14:paraId="37C16909" w14:textId="77777777" w:rsidR="007A5E59" w:rsidRDefault="0095198F">
            <w:pPr>
              <w:jc w:val="center"/>
            </w:pPr>
            <w:r>
              <w:t>1 010,0</w:t>
            </w:r>
          </w:p>
        </w:tc>
        <w:tc>
          <w:tcPr>
            <w:tcW w:w="0" w:type="auto"/>
          </w:tcPr>
          <w:p w14:paraId="11E759D6" w14:textId="77777777" w:rsidR="007A5E59" w:rsidRDefault="0095198F">
            <w:pPr>
              <w:jc w:val="center"/>
            </w:pPr>
            <w:r>
              <w:t>0,0</w:t>
            </w:r>
          </w:p>
        </w:tc>
        <w:tc>
          <w:tcPr>
            <w:tcW w:w="0" w:type="auto"/>
          </w:tcPr>
          <w:p w14:paraId="736E18DE" w14:textId="77777777" w:rsidR="007A5E59" w:rsidRDefault="0095198F">
            <w:pPr>
              <w:jc w:val="center"/>
            </w:pPr>
            <w:r>
              <w:t>0,0</w:t>
            </w:r>
          </w:p>
        </w:tc>
        <w:tc>
          <w:tcPr>
            <w:tcW w:w="0" w:type="auto"/>
          </w:tcPr>
          <w:p w14:paraId="61BCEA57" w14:textId="77777777" w:rsidR="007A5E59" w:rsidRDefault="0095198F">
            <w:pPr>
              <w:jc w:val="center"/>
            </w:pPr>
            <w:r>
              <w:t>0,0</w:t>
            </w:r>
          </w:p>
        </w:tc>
        <w:tc>
          <w:tcPr>
            <w:tcW w:w="0" w:type="auto"/>
          </w:tcPr>
          <w:p w14:paraId="277708D0" w14:textId="77777777" w:rsidR="007A5E59" w:rsidRDefault="0095198F">
            <w:pPr>
              <w:jc w:val="center"/>
            </w:pPr>
            <w:r>
              <w:t>6 451,0</w:t>
            </w:r>
          </w:p>
        </w:tc>
      </w:tr>
      <w:tr w:rsidR="007A5E59" w14:paraId="4AD0A1BF" w14:textId="77777777">
        <w:trPr>
          <w:jc w:val="center"/>
        </w:trPr>
        <w:tc>
          <w:tcPr>
            <w:tcW w:w="0" w:type="auto"/>
          </w:tcPr>
          <w:p w14:paraId="557519C6" w14:textId="77777777" w:rsidR="007A5E59" w:rsidRDefault="0095198F">
            <w:r>
              <w:t>2031 (год ввода 2002–2006)</w:t>
            </w:r>
          </w:p>
        </w:tc>
        <w:tc>
          <w:tcPr>
            <w:tcW w:w="0" w:type="auto"/>
          </w:tcPr>
          <w:p w14:paraId="086AA689" w14:textId="77777777" w:rsidR="007A5E59" w:rsidRDefault="0095198F">
            <w:pPr>
              <w:jc w:val="center"/>
            </w:pPr>
            <w:r>
              <w:t>0,0</w:t>
            </w:r>
          </w:p>
        </w:tc>
        <w:tc>
          <w:tcPr>
            <w:tcW w:w="0" w:type="auto"/>
          </w:tcPr>
          <w:p w14:paraId="7E8394EE" w14:textId="77777777" w:rsidR="007A5E59" w:rsidRDefault="0095198F">
            <w:pPr>
              <w:jc w:val="center"/>
            </w:pPr>
            <w:r>
              <w:t>12,0</w:t>
            </w:r>
          </w:p>
        </w:tc>
        <w:tc>
          <w:tcPr>
            <w:tcW w:w="0" w:type="auto"/>
          </w:tcPr>
          <w:p w14:paraId="18F57363" w14:textId="77777777" w:rsidR="007A5E59" w:rsidRDefault="0095198F">
            <w:pPr>
              <w:jc w:val="center"/>
            </w:pPr>
            <w:r>
              <w:t>0,0</w:t>
            </w:r>
          </w:p>
        </w:tc>
        <w:tc>
          <w:tcPr>
            <w:tcW w:w="0" w:type="auto"/>
          </w:tcPr>
          <w:p w14:paraId="1B58596F" w14:textId="77777777" w:rsidR="007A5E59" w:rsidRDefault="0095198F">
            <w:pPr>
              <w:jc w:val="center"/>
            </w:pPr>
            <w:r>
              <w:t>0,0</w:t>
            </w:r>
          </w:p>
        </w:tc>
        <w:tc>
          <w:tcPr>
            <w:tcW w:w="0" w:type="auto"/>
          </w:tcPr>
          <w:p w14:paraId="276BC135" w14:textId="77777777" w:rsidR="007A5E59" w:rsidRDefault="0095198F">
            <w:pPr>
              <w:jc w:val="center"/>
            </w:pPr>
            <w:r>
              <w:t>45,0</w:t>
            </w:r>
          </w:p>
        </w:tc>
        <w:tc>
          <w:tcPr>
            <w:tcW w:w="0" w:type="auto"/>
          </w:tcPr>
          <w:p w14:paraId="6BDFC579" w14:textId="77777777" w:rsidR="007A5E59" w:rsidRDefault="0095198F">
            <w:pPr>
              <w:jc w:val="center"/>
            </w:pPr>
            <w:r>
              <w:t>10,0</w:t>
            </w:r>
          </w:p>
        </w:tc>
        <w:tc>
          <w:tcPr>
            <w:tcW w:w="0" w:type="auto"/>
          </w:tcPr>
          <w:p w14:paraId="02A7AE25" w14:textId="77777777" w:rsidR="007A5E59" w:rsidRDefault="0095198F">
            <w:pPr>
              <w:jc w:val="center"/>
            </w:pPr>
            <w:r>
              <w:t>101,0</w:t>
            </w:r>
          </w:p>
        </w:tc>
        <w:tc>
          <w:tcPr>
            <w:tcW w:w="0" w:type="auto"/>
          </w:tcPr>
          <w:p w14:paraId="75D0663A" w14:textId="77777777" w:rsidR="007A5E59" w:rsidRDefault="0095198F">
            <w:pPr>
              <w:jc w:val="center"/>
            </w:pPr>
            <w:r>
              <w:t>0,0</w:t>
            </w:r>
          </w:p>
        </w:tc>
        <w:tc>
          <w:tcPr>
            <w:tcW w:w="0" w:type="auto"/>
          </w:tcPr>
          <w:p w14:paraId="56EEC664" w14:textId="77777777" w:rsidR="007A5E59" w:rsidRDefault="0095198F">
            <w:pPr>
              <w:jc w:val="center"/>
            </w:pPr>
            <w:r>
              <w:t>0,0</w:t>
            </w:r>
          </w:p>
        </w:tc>
        <w:tc>
          <w:tcPr>
            <w:tcW w:w="0" w:type="auto"/>
          </w:tcPr>
          <w:p w14:paraId="213DDCE5" w14:textId="77777777" w:rsidR="007A5E59" w:rsidRDefault="0095198F">
            <w:pPr>
              <w:jc w:val="center"/>
            </w:pPr>
            <w:r>
              <w:t>216,7</w:t>
            </w:r>
          </w:p>
        </w:tc>
        <w:tc>
          <w:tcPr>
            <w:tcW w:w="0" w:type="auto"/>
          </w:tcPr>
          <w:p w14:paraId="5D500C9D" w14:textId="77777777" w:rsidR="007A5E59" w:rsidRDefault="0095198F">
            <w:pPr>
              <w:jc w:val="center"/>
            </w:pPr>
            <w:r>
              <w:t>77,0</w:t>
            </w:r>
          </w:p>
        </w:tc>
        <w:tc>
          <w:tcPr>
            <w:tcW w:w="0" w:type="auto"/>
          </w:tcPr>
          <w:p w14:paraId="6300D18D" w14:textId="77777777" w:rsidR="007A5E59" w:rsidRDefault="0095198F">
            <w:pPr>
              <w:jc w:val="center"/>
            </w:pPr>
            <w:r>
              <w:t>0,0</w:t>
            </w:r>
          </w:p>
        </w:tc>
        <w:tc>
          <w:tcPr>
            <w:tcW w:w="0" w:type="auto"/>
          </w:tcPr>
          <w:p w14:paraId="31740B5B" w14:textId="77777777" w:rsidR="007A5E59" w:rsidRDefault="0095198F">
            <w:pPr>
              <w:jc w:val="center"/>
            </w:pPr>
            <w:r>
              <w:t>0,0</w:t>
            </w:r>
          </w:p>
        </w:tc>
        <w:tc>
          <w:tcPr>
            <w:tcW w:w="0" w:type="auto"/>
          </w:tcPr>
          <w:p w14:paraId="4BE46292" w14:textId="77777777" w:rsidR="007A5E59" w:rsidRDefault="0095198F">
            <w:pPr>
              <w:jc w:val="center"/>
            </w:pPr>
            <w:r>
              <w:t>0,0</w:t>
            </w:r>
          </w:p>
        </w:tc>
        <w:tc>
          <w:tcPr>
            <w:tcW w:w="0" w:type="auto"/>
          </w:tcPr>
          <w:p w14:paraId="13A663F1" w14:textId="77777777" w:rsidR="007A5E59" w:rsidRDefault="0095198F">
            <w:pPr>
              <w:jc w:val="center"/>
            </w:pPr>
            <w:r>
              <w:t>0,0</w:t>
            </w:r>
          </w:p>
        </w:tc>
        <w:tc>
          <w:tcPr>
            <w:tcW w:w="0" w:type="auto"/>
          </w:tcPr>
          <w:p w14:paraId="7154D36A" w14:textId="77777777" w:rsidR="007A5E59" w:rsidRDefault="0095198F">
            <w:pPr>
              <w:jc w:val="center"/>
            </w:pPr>
            <w:r>
              <w:t>0,0</w:t>
            </w:r>
          </w:p>
        </w:tc>
        <w:tc>
          <w:tcPr>
            <w:tcW w:w="0" w:type="auto"/>
          </w:tcPr>
          <w:p w14:paraId="5E3F728E" w14:textId="77777777" w:rsidR="007A5E59" w:rsidRDefault="0095198F">
            <w:pPr>
              <w:jc w:val="center"/>
            </w:pPr>
            <w:r>
              <w:t>0,0</w:t>
            </w:r>
          </w:p>
        </w:tc>
        <w:tc>
          <w:tcPr>
            <w:tcW w:w="0" w:type="auto"/>
          </w:tcPr>
          <w:p w14:paraId="431AA4E7" w14:textId="77777777" w:rsidR="007A5E59" w:rsidRDefault="0095198F">
            <w:pPr>
              <w:jc w:val="center"/>
            </w:pPr>
            <w:r>
              <w:t>0,0</w:t>
            </w:r>
          </w:p>
        </w:tc>
        <w:tc>
          <w:tcPr>
            <w:tcW w:w="0" w:type="auto"/>
          </w:tcPr>
          <w:p w14:paraId="7034FA4C" w14:textId="77777777" w:rsidR="007A5E59" w:rsidRDefault="0095198F">
            <w:pPr>
              <w:jc w:val="center"/>
            </w:pPr>
            <w:r>
              <w:t>0,0</w:t>
            </w:r>
          </w:p>
        </w:tc>
        <w:tc>
          <w:tcPr>
            <w:tcW w:w="0" w:type="auto"/>
          </w:tcPr>
          <w:p w14:paraId="3B732148" w14:textId="77777777" w:rsidR="007A5E59" w:rsidRDefault="0095198F">
            <w:pPr>
              <w:jc w:val="center"/>
            </w:pPr>
            <w:r>
              <w:t>461,7</w:t>
            </w:r>
          </w:p>
        </w:tc>
      </w:tr>
      <w:tr w:rsidR="007A5E59" w14:paraId="5D8D416A" w14:textId="77777777">
        <w:trPr>
          <w:jc w:val="center"/>
        </w:trPr>
        <w:tc>
          <w:tcPr>
            <w:tcW w:w="0" w:type="auto"/>
          </w:tcPr>
          <w:p w14:paraId="40D9E704" w14:textId="77777777" w:rsidR="007A5E59" w:rsidRDefault="0095198F">
            <w:r>
              <w:t>2036 (год ввода 2007–2011)</w:t>
            </w:r>
          </w:p>
        </w:tc>
        <w:tc>
          <w:tcPr>
            <w:tcW w:w="0" w:type="auto"/>
          </w:tcPr>
          <w:p w14:paraId="02805B00" w14:textId="77777777" w:rsidR="007A5E59" w:rsidRDefault="0095198F">
            <w:pPr>
              <w:jc w:val="center"/>
            </w:pPr>
            <w:r>
              <w:t>0,0</w:t>
            </w:r>
          </w:p>
        </w:tc>
        <w:tc>
          <w:tcPr>
            <w:tcW w:w="0" w:type="auto"/>
          </w:tcPr>
          <w:p w14:paraId="112FBA9D" w14:textId="77777777" w:rsidR="007A5E59" w:rsidRDefault="0095198F">
            <w:pPr>
              <w:jc w:val="center"/>
            </w:pPr>
            <w:r>
              <w:t>0,0</w:t>
            </w:r>
          </w:p>
        </w:tc>
        <w:tc>
          <w:tcPr>
            <w:tcW w:w="0" w:type="auto"/>
          </w:tcPr>
          <w:p w14:paraId="6F16C192" w14:textId="77777777" w:rsidR="007A5E59" w:rsidRDefault="0095198F">
            <w:pPr>
              <w:jc w:val="center"/>
            </w:pPr>
            <w:r>
              <w:t>18,0</w:t>
            </w:r>
          </w:p>
        </w:tc>
        <w:tc>
          <w:tcPr>
            <w:tcW w:w="0" w:type="auto"/>
          </w:tcPr>
          <w:p w14:paraId="570CF925" w14:textId="77777777" w:rsidR="007A5E59" w:rsidRDefault="0095198F">
            <w:pPr>
              <w:jc w:val="center"/>
            </w:pPr>
            <w:r>
              <w:t>0,0</w:t>
            </w:r>
          </w:p>
        </w:tc>
        <w:tc>
          <w:tcPr>
            <w:tcW w:w="0" w:type="auto"/>
          </w:tcPr>
          <w:p w14:paraId="27BEEB11" w14:textId="77777777" w:rsidR="007A5E59" w:rsidRDefault="0095198F">
            <w:pPr>
              <w:jc w:val="center"/>
            </w:pPr>
            <w:r>
              <w:t>45,0</w:t>
            </w:r>
          </w:p>
        </w:tc>
        <w:tc>
          <w:tcPr>
            <w:tcW w:w="0" w:type="auto"/>
          </w:tcPr>
          <w:p w14:paraId="624CB0DB" w14:textId="77777777" w:rsidR="007A5E59" w:rsidRDefault="0095198F">
            <w:pPr>
              <w:jc w:val="center"/>
            </w:pPr>
            <w:r>
              <w:t>75,0</w:t>
            </w:r>
          </w:p>
        </w:tc>
        <w:tc>
          <w:tcPr>
            <w:tcW w:w="0" w:type="auto"/>
          </w:tcPr>
          <w:p w14:paraId="3329BEEA" w14:textId="77777777" w:rsidR="007A5E59" w:rsidRDefault="0095198F">
            <w:pPr>
              <w:jc w:val="center"/>
            </w:pPr>
            <w:r>
              <w:t>158,0</w:t>
            </w:r>
          </w:p>
        </w:tc>
        <w:tc>
          <w:tcPr>
            <w:tcW w:w="0" w:type="auto"/>
          </w:tcPr>
          <w:p w14:paraId="638DEC6D" w14:textId="77777777" w:rsidR="007A5E59" w:rsidRDefault="0095198F">
            <w:pPr>
              <w:jc w:val="center"/>
            </w:pPr>
            <w:r>
              <w:t>0,0</w:t>
            </w:r>
          </w:p>
        </w:tc>
        <w:tc>
          <w:tcPr>
            <w:tcW w:w="0" w:type="auto"/>
          </w:tcPr>
          <w:p w14:paraId="56B3EE22" w14:textId="77777777" w:rsidR="007A5E59" w:rsidRDefault="0095198F">
            <w:pPr>
              <w:jc w:val="center"/>
            </w:pPr>
            <w:r>
              <w:t>0,0</w:t>
            </w:r>
          </w:p>
        </w:tc>
        <w:tc>
          <w:tcPr>
            <w:tcW w:w="0" w:type="auto"/>
          </w:tcPr>
          <w:p w14:paraId="4FC374B4" w14:textId="77777777" w:rsidR="007A5E59" w:rsidRDefault="0095198F">
            <w:pPr>
              <w:jc w:val="center"/>
            </w:pPr>
            <w:r>
              <w:t>20,0</w:t>
            </w:r>
          </w:p>
        </w:tc>
        <w:tc>
          <w:tcPr>
            <w:tcW w:w="0" w:type="auto"/>
          </w:tcPr>
          <w:p w14:paraId="1860FBE1" w14:textId="77777777" w:rsidR="007A5E59" w:rsidRDefault="0095198F">
            <w:pPr>
              <w:jc w:val="center"/>
            </w:pPr>
            <w:r>
              <w:t>157,0</w:t>
            </w:r>
          </w:p>
        </w:tc>
        <w:tc>
          <w:tcPr>
            <w:tcW w:w="0" w:type="auto"/>
          </w:tcPr>
          <w:p w14:paraId="5BAB9C16" w14:textId="77777777" w:rsidR="007A5E59" w:rsidRDefault="0095198F">
            <w:pPr>
              <w:jc w:val="center"/>
            </w:pPr>
            <w:r>
              <w:t>0,0</w:t>
            </w:r>
          </w:p>
        </w:tc>
        <w:tc>
          <w:tcPr>
            <w:tcW w:w="0" w:type="auto"/>
          </w:tcPr>
          <w:p w14:paraId="618FDE6B" w14:textId="77777777" w:rsidR="007A5E59" w:rsidRDefault="0095198F">
            <w:pPr>
              <w:jc w:val="center"/>
            </w:pPr>
            <w:r>
              <w:t>0,0</w:t>
            </w:r>
          </w:p>
        </w:tc>
        <w:tc>
          <w:tcPr>
            <w:tcW w:w="0" w:type="auto"/>
          </w:tcPr>
          <w:p w14:paraId="67549452" w14:textId="77777777" w:rsidR="007A5E59" w:rsidRDefault="0095198F">
            <w:pPr>
              <w:jc w:val="center"/>
            </w:pPr>
            <w:r>
              <w:t>0,0</w:t>
            </w:r>
          </w:p>
        </w:tc>
        <w:tc>
          <w:tcPr>
            <w:tcW w:w="0" w:type="auto"/>
          </w:tcPr>
          <w:p w14:paraId="32CB0BBF" w14:textId="77777777" w:rsidR="007A5E59" w:rsidRDefault="0095198F">
            <w:pPr>
              <w:jc w:val="center"/>
            </w:pPr>
            <w:r>
              <w:t>0,0</w:t>
            </w:r>
          </w:p>
        </w:tc>
        <w:tc>
          <w:tcPr>
            <w:tcW w:w="0" w:type="auto"/>
          </w:tcPr>
          <w:p w14:paraId="328E5ED4" w14:textId="77777777" w:rsidR="007A5E59" w:rsidRDefault="0095198F">
            <w:pPr>
              <w:jc w:val="center"/>
            </w:pPr>
            <w:r>
              <w:t>0,0</w:t>
            </w:r>
          </w:p>
        </w:tc>
        <w:tc>
          <w:tcPr>
            <w:tcW w:w="0" w:type="auto"/>
          </w:tcPr>
          <w:p w14:paraId="1AD8A696" w14:textId="77777777" w:rsidR="007A5E59" w:rsidRDefault="0095198F">
            <w:pPr>
              <w:jc w:val="center"/>
            </w:pPr>
            <w:r>
              <w:t>0,0</w:t>
            </w:r>
          </w:p>
        </w:tc>
        <w:tc>
          <w:tcPr>
            <w:tcW w:w="0" w:type="auto"/>
          </w:tcPr>
          <w:p w14:paraId="047B8B7B" w14:textId="77777777" w:rsidR="007A5E59" w:rsidRDefault="0095198F">
            <w:pPr>
              <w:jc w:val="center"/>
            </w:pPr>
            <w:r>
              <w:t>0,0</w:t>
            </w:r>
          </w:p>
        </w:tc>
        <w:tc>
          <w:tcPr>
            <w:tcW w:w="0" w:type="auto"/>
          </w:tcPr>
          <w:p w14:paraId="12A2B000" w14:textId="77777777" w:rsidR="007A5E59" w:rsidRDefault="0095198F">
            <w:pPr>
              <w:jc w:val="center"/>
            </w:pPr>
            <w:r>
              <w:t>0,0</w:t>
            </w:r>
          </w:p>
        </w:tc>
        <w:tc>
          <w:tcPr>
            <w:tcW w:w="0" w:type="auto"/>
          </w:tcPr>
          <w:p w14:paraId="064699F7" w14:textId="77777777" w:rsidR="007A5E59" w:rsidRDefault="0095198F">
            <w:pPr>
              <w:jc w:val="center"/>
            </w:pPr>
            <w:r>
              <w:t>473,0</w:t>
            </w:r>
          </w:p>
        </w:tc>
      </w:tr>
      <w:tr w:rsidR="007A5E59" w14:paraId="6D4D0E0D" w14:textId="77777777">
        <w:trPr>
          <w:jc w:val="center"/>
        </w:trPr>
        <w:tc>
          <w:tcPr>
            <w:tcW w:w="0" w:type="auto"/>
            <w:shd w:val="clear" w:color="auto" w:fill="DBE5F1"/>
          </w:tcPr>
          <w:p w14:paraId="0F13718D" w14:textId="77777777" w:rsidR="007A5E59" w:rsidRDefault="0095198F">
            <w:r>
              <w:rPr>
                <w:b/>
              </w:rPr>
              <w:t>ИТОГО под замену 2026–2036</w:t>
            </w:r>
          </w:p>
        </w:tc>
        <w:tc>
          <w:tcPr>
            <w:tcW w:w="0" w:type="auto"/>
            <w:shd w:val="clear" w:color="auto" w:fill="DBE5F1"/>
          </w:tcPr>
          <w:p w14:paraId="77F7F33B" w14:textId="77777777" w:rsidR="007A5E59" w:rsidRDefault="0095198F">
            <w:pPr>
              <w:jc w:val="center"/>
            </w:pPr>
            <w:r>
              <w:rPr>
                <w:b/>
              </w:rPr>
              <w:t>0,0</w:t>
            </w:r>
          </w:p>
        </w:tc>
        <w:tc>
          <w:tcPr>
            <w:tcW w:w="0" w:type="auto"/>
            <w:shd w:val="clear" w:color="auto" w:fill="DBE5F1"/>
          </w:tcPr>
          <w:p w14:paraId="7E3B036F" w14:textId="77777777" w:rsidR="007A5E59" w:rsidRDefault="0095198F">
            <w:pPr>
              <w:jc w:val="center"/>
            </w:pPr>
            <w:r>
              <w:rPr>
                <w:b/>
              </w:rPr>
              <w:t>12,0</w:t>
            </w:r>
          </w:p>
        </w:tc>
        <w:tc>
          <w:tcPr>
            <w:tcW w:w="0" w:type="auto"/>
            <w:shd w:val="clear" w:color="auto" w:fill="DBE5F1"/>
          </w:tcPr>
          <w:p w14:paraId="38FFB3D5" w14:textId="77777777" w:rsidR="007A5E59" w:rsidRDefault="0095198F">
            <w:pPr>
              <w:jc w:val="center"/>
            </w:pPr>
            <w:r>
              <w:rPr>
                <w:b/>
              </w:rPr>
              <w:t>108,0</w:t>
            </w:r>
          </w:p>
        </w:tc>
        <w:tc>
          <w:tcPr>
            <w:tcW w:w="0" w:type="auto"/>
            <w:shd w:val="clear" w:color="auto" w:fill="DBE5F1"/>
          </w:tcPr>
          <w:p w14:paraId="44A2CB9E" w14:textId="77777777" w:rsidR="007A5E59" w:rsidRDefault="0095198F">
            <w:pPr>
              <w:jc w:val="center"/>
            </w:pPr>
            <w:r>
              <w:rPr>
                <w:b/>
              </w:rPr>
              <w:t>0,0</w:t>
            </w:r>
          </w:p>
        </w:tc>
        <w:tc>
          <w:tcPr>
            <w:tcW w:w="0" w:type="auto"/>
            <w:shd w:val="clear" w:color="auto" w:fill="DBE5F1"/>
          </w:tcPr>
          <w:p w14:paraId="346A530D" w14:textId="77777777" w:rsidR="007A5E59" w:rsidRDefault="0095198F">
            <w:pPr>
              <w:jc w:val="center"/>
            </w:pPr>
            <w:r>
              <w:rPr>
                <w:b/>
              </w:rPr>
              <w:t>260,0</w:t>
            </w:r>
          </w:p>
        </w:tc>
        <w:tc>
          <w:tcPr>
            <w:tcW w:w="0" w:type="auto"/>
            <w:shd w:val="clear" w:color="auto" w:fill="DBE5F1"/>
          </w:tcPr>
          <w:p w14:paraId="6E00EDB7" w14:textId="77777777" w:rsidR="007A5E59" w:rsidRDefault="0095198F">
            <w:pPr>
              <w:jc w:val="center"/>
            </w:pPr>
            <w:r>
              <w:rPr>
                <w:b/>
              </w:rPr>
              <w:t>414,0</w:t>
            </w:r>
          </w:p>
        </w:tc>
        <w:tc>
          <w:tcPr>
            <w:tcW w:w="0" w:type="auto"/>
            <w:shd w:val="clear" w:color="auto" w:fill="DBE5F1"/>
          </w:tcPr>
          <w:p w14:paraId="34AC7713" w14:textId="77777777" w:rsidR="007A5E59" w:rsidRDefault="0095198F">
            <w:pPr>
              <w:jc w:val="center"/>
            </w:pPr>
            <w:r>
              <w:rPr>
                <w:b/>
              </w:rPr>
              <w:t>310,0</w:t>
            </w:r>
          </w:p>
        </w:tc>
        <w:tc>
          <w:tcPr>
            <w:tcW w:w="0" w:type="auto"/>
            <w:shd w:val="clear" w:color="auto" w:fill="DBE5F1"/>
          </w:tcPr>
          <w:p w14:paraId="5760D577" w14:textId="77777777" w:rsidR="007A5E59" w:rsidRDefault="0095198F">
            <w:pPr>
              <w:jc w:val="center"/>
            </w:pPr>
            <w:r>
              <w:rPr>
                <w:b/>
              </w:rPr>
              <w:t>0,0</w:t>
            </w:r>
          </w:p>
        </w:tc>
        <w:tc>
          <w:tcPr>
            <w:tcW w:w="0" w:type="auto"/>
            <w:shd w:val="clear" w:color="auto" w:fill="DBE5F1"/>
          </w:tcPr>
          <w:p w14:paraId="38EA0D99" w14:textId="77777777" w:rsidR="007A5E59" w:rsidRDefault="0095198F">
            <w:pPr>
              <w:jc w:val="center"/>
            </w:pPr>
            <w:r>
              <w:rPr>
                <w:b/>
              </w:rPr>
              <w:t>156,0</w:t>
            </w:r>
          </w:p>
        </w:tc>
        <w:tc>
          <w:tcPr>
            <w:tcW w:w="0" w:type="auto"/>
            <w:shd w:val="clear" w:color="auto" w:fill="DBE5F1"/>
          </w:tcPr>
          <w:p w14:paraId="0618787C" w14:textId="77777777" w:rsidR="007A5E59" w:rsidRDefault="0095198F">
            <w:pPr>
              <w:jc w:val="center"/>
            </w:pPr>
            <w:r>
              <w:rPr>
                <w:b/>
              </w:rPr>
              <w:t>937,7</w:t>
            </w:r>
          </w:p>
        </w:tc>
        <w:tc>
          <w:tcPr>
            <w:tcW w:w="0" w:type="auto"/>
            <w:shd w:val="clear" w:color="auto" w:fill="DBE5F1"/>
          </w:tcPr>
          <w:p w14:paraId="73D2CE9D" w14:textId="77777777" w:rsidR="007A5E59" w:rsidRDefault="0095198F">
            <w:pPr>
              <w:jc w:val="center"/>
            </w:pPr>
            <w:r>
              <w:rPr>
                <w:b/>
              </w:rPr>
              <w:t>1 464,0</w:t>
            </w:r>
          </w:p>
        </w:tc>
        <w:tc>
          <w:tcPr>
            <w:tcW w:w="0" w:type="auto"/>
            <w:shd w:val="clear" w:color="auto" w:fill="DBE5F1"/>
          </w:tcPr>
          <w:p w14:paraId="794D4542" w14:textId="77777777" w:rsidR="007A5E59" w:rsidRDefault="0095198F">
            <w:pPr>
              <w:jc w:val="center"/>
            </w:pPr>
            <w:r>
              <w:rPr>
                <w:b/>
              </w:rPr>
              <w:t>828,0</w:t>
            </w:r>
          </w:p>
        </w:tc>
        <w:tc>
          <w:tcPr>
            <w:tcW w:w="0" w:type="auto"/>
            <w:shd w:val="clear" w:color="auto" w:fill="DBE5F1"/>
          </w:tcPr>
          <w:p w14:paraId="2466E84B" w14:textId="77777777" w:rsidR="007A5E59" w:rsidRDefault="0095198F">
            <w:pPr>
              <w:jc w:val="center"/>
            </w:pPr>
            <w:r>
              <w:rPr>
                <w:b/>
              </w:rPr>
              <w:t>1 343,0</w:t>
            </w:r>
          </w:p>
        </w:tc>
        <w:tc>
          <w:tcPr>
            <w:tcW w:w="0" w:type="auto"/>
            <w:shd w:val="clear" w:color="auto" w:fill="DBE5F1"/>
          </w:tcPr>
          <w:p w14:paraId="1AEA4DB4" w14:textId="77777777" w:rsidR="007A5E59" w:rsidRDefault="0095198F">
            <w:pPr>
              <w:jc w:val="center"/>
            </w:pPr>
            <w:r>
              <w:rPr>
                <w:b/>
              </w:rPr>
              <w:t>309,0</w:t>
            </w:r>
          </w:p>
        </w:tc>
        <w:tc>
          <w:tcPr>
            <w:tcW w:w="0" w:type="auto"/>
            <w:shd w:val="clear" w:color="auto" w:fill="DBE5F1"/>
          </w:tcPr>
          <w:p w14:paraId="29B3BEAB" w14:textId="77777777" w:rsidR="007A5E59" w:rsidRDefault="0095198F">
            <w:pPr>
              <w:jc w:val="center"/>
            </w:pPr>
            <w:r>
              <w:rPr>
                <w:b/>
              </w:rPr>
              <w:t>234,0</w:t>
            </w:r>
          </w:p>
        </w:tc>
        <w:tc>
          <w:tcPr>
            <w:tcW w:w="0" w:type="auto"/>
            <w:shd w:val="clear" w:color="auto" w:fill="DBE5F1"/>
          </w:tcPr>
          <w:p w14:paraId="6FA67C83" w14:textId="77777777" w:rsidR="007A5E59" w:rsidRDefault="0095198F">
            <w:pPr>
              <w:jc w:val="center"/>
            </w:pPr>
            <w:r>
              <w:rPr>
                <w:b/>
              </w:rPr>
              <w:t>1 010,0</w:t>
            </w:r>
          </w:p>
        </w:tc>
        <w:tc>
          <w:tcPr>
            <w:tcW w:w="0" w:type="auto"/>
            <w:shd w:val="clear" w:color="auto" w:fill="DBE5F1"/>
          </w:tcPr>
          <w:p w14:paraId="610397FC" w14:textId="77777777" w:rsidR="007A5E59" w:rsidRDefault="0095198F">
            <w:pPr>
              <w:jc w:val="center"/>
            </w:pPr>
            <w:r>
              <w:rPr>
                <w:b/>
              </w:rPr>
              <w:t>0,0</w:t>
            </w:r>
          </w:p>
        </w:tc>
        <w:tc>
          <w:tcPr>
            <w:tcW w:w="0" w:type="auto"/>
            <w:shd w:val="clear" w:color="auto" w:fill="DBE5F1"/>
          </w:tcPr>
          <w:p w14:paraId="61EA9C0D" w14:textId="77777777" w:rsidR="007A5E59" w:rsidRDefault="0095198F">
            <w:pPr>
              <w:jc w:val="center"/>
            </w:pPr>
            <w:r>
              <w:rPr>
                <w:b/>
              </w:rPr>
              <w:t>0,0</w:t>
            </w:r>
          </w:p>
        </w:tc>
        <w:tc>
          <w:tcPr>
            <w:tcW w:w="0" w:type="auto"/>
            <w:shd w:val="clear" w:color="auto" w:fill="DBE5F1"/>
          </w:tcPr>
          <w:p w14:paraId="00718215" w14:textId="77777777" w:rsidR="007A5E59" w:rsidRDefault="0095198F">
            <w:pPr>
              <w:jc w:val="center"/>
            </w:pPr>
            <w:r>
              <w:rPr>
                <w:b/>
              </w:rPr>
              <w:t>0,0</w:t>
            </w:r>
          </w:p>
        </w:tc>
        <w:tc>
          <w:tcPr>
            <w:tcW w:w="0" w:type="auto"/>
            <w:shd w:val="clear" w:color="auto" w:fill="DBE5F1"/>
          </w:tcPr>
          <w:p w14:paraId="1D980D90" w14:textId="77777777" w:rsidR="007A5E59" w:rsidRDefault="0095198F">
            <w:pPr>
              <w:jc w:val="center"/>
            </w:pPr>
            <w:r>
              <w:rPr>
                <w:b/>
              </w:rPr>
              <w:t>7 385,7</w:t>
            </w:r>
          </w:p>
        </w:tc>
      </w:tr>
      <w:tr w:rsidR="007A5E59" w:rsidRPr="00C07C05" w14:paraId="22D9CADE" w14:textId="77777777">
        <w:trPr>
          <w:jc w:val="center"/>
        </w:trPr>
        <w:tc>
          <w:tcPr>
            <w:tcW w:w="0" w:type="auto"/>
          </w:tcPr>
          <w:p w14:paraId="4020EBAA" w14:textId="77777777" w:rsidR="007A5E59" w:rsidRPr="00312815" w:rsidRDefault="0095198F">
            <w:pPr>
              <w:rPr>
                <w:lang w:val="ru-RU"/>
              </w:rPr>
            </w:pPr>
            <w:r w:rsidRPr="00312815">
              <w:rPr>
                <w:lang w:val="ru-RU"/>
              </w:rPr>
              <w:t>БЛОК 3. Площадь поверхности тепловых сетей, м² (</w:t>
            </w:r>
            <w:r>
              <w:t>π</w:t>
            </w:r>
            <w:r w:rsidRPr="00312815">
              <w:rPr>
                <w:lang w:val="ru-RU"/>
              </w:rPr>
              <w:t xml:space="preserve"> × Ø × длина по оси трассы)</w:t>
            </w:r>
          </w:p>
        </w:tc>
        <w:tc>
          <w:tcPr>
            <w:tcW w:w="0" w:type="auto"/>
          </w:tcPr>
          <w:p w14:paraId="49FDC062" w14:textId="77777777" w:rsidR="007A5E59" w:rsidRPr="00312815" w:rsidRDefault="007A5E59">
            <w:pPr>
              <w:rPr>
                <w:lang w:val="ru-RU"/>
              </w:rPr>
            </w:pPr>
          </w:p>
        </w:tc>
        <w:tc>
          <w:tcPr>
            <w:tcW w:w="0" w:type="auto"/>
          </w:tcPr>
          <w:p w14:paraId="26CA5176" w14:textId="77777777" w:rsidR="007A5E59" w:rsidRPr="00312815" w:rsidRDefault="007A5E59">
            <w:pPr>
              <w:rPr>
                <w:lang w:val="ru-RU"/>
              </w:rPr>
            </w:pPr>
          </w:p>
        </w:tc>
        <w:tc>
          <w:tcPr>
            <w:tcW w:w="0" w:type="auto"/>
          </w:tcPr>
          <w:p w14:paraId="3AA3D7E3" w14:textId="77777777" w:rsidR="007A5E59" w:rsidRPr="00312815" w:rsidRDefault="007A5E59">
            <w:pPr>
              <w:rPr>
                <w:lang w:val="ru-RU"/>
              </w:rPr>
            </w:pPr>
          </w:p>
        </w:tc>
        <w:tc>
          <w:tcPr>
            <w:tcW w:w="0" w:type="auto"/>
          </w:tcPr>
          <w:p w14:paraId="3A9DE5E6" w14:textId="77777777" w:rsidR="007A5E59" w:rsidRPr="00312815" w:rsidRDefault="007A5E59">
            <w:pPr>
              <w:rPr>
                <w:lang w:val="ru-RU"/>
              </w:rPr>
            </w:pPr>
          </w:p>
        </w:tc>
        <w:tc>
          <w:tcPr>
            <w:tcW w:w="0" w:type="auto"/>
          </w:tcPr>
          <w:p w14:paraId="56897881" w14:textId="77777777" w:rsidR="007A5E59" w:rsidRPr="00312815" w:rsidRDefault="007A5E59">
            <w:pPr>
              <w:rPr>
                <w:lang w:val="ru-RU"/>
              </w:rPr>
            </w:pPr>
          </w:p>
        </w:tc>
        <w:tc>
          <w:tcPr>
            <w:tcW w:w="0" w:type="auto"/>
          </w:tcPr>
          <w:p w14:paraId="72E0BF6E" w14:textId="77777777" w:rsidR="007A5E59" w:rsidRPr="00312815" w:rsidRDefault="007A5E59">
            <w:pPr>
              <w:rPr>
                <w:lang w:val="ru-RU"/>
              </w:rPr>
            </w:pPr>
          </w:p>
        </w:tc>
        <w:tc>
          <w:tcPr>
            <w:tcW w:w="0" w:type="auto"/>
          </w:tcPr>
          <w:p w14:paraId="331CE59C" w14:textId="77777777" w:rsidR="007A5E59" w:rsidRPr="00312815" w:rsidRDefault="007A5E59">
            <w:pPr>
              <w:rPr>
                <w:lang w:val="ru-RU"/>
              </w:rPr>
            </w:pPr>
          </w:p>
        </w:tc>
        <w:tc>
          <w:tcPr>
            <w:tcW w:w="0" w:type="auto"/>
          </w:tcPr>
          <w:p w14:paraId="76A154E1" w14:textId="77777777" w:rsidR="007A5E59" w:rsidRPr="00312815" w:rsidRDefault="007A5E59">
            <w:pPr>
              <w:rPr>
                <w:lang w:val="ru-RU"/>
              </w:rPr>
            </w:pPr>
          </w:p>
        </w:tc>
        <w:tc>
          <w:tcPr>
            <w:tcW w:w="0" w:type="auto"/>
          </w:tcPr>
          <w:p w14:paraId="26423952" w14:textId="77777777" w:rsidR="007A5E59" w:rsidRPr="00312815" w:rsidRDefault="007A5E59">
            <w:pPr>
              <w:rPr>
                <w:lang w:val="ru-RU"/>
              </w:rPr>
            </w:pPr>
          </w:p>
        </w:tc>
        <w:tc>
          <w:tcPr>
            <w:tcW w:w="0" w:type="auto"/>
          </w:tcPr>
          <w:p w14:paraId="559DC2BF" w14:textId="77777777" w:rsidR="007A5E59" w:rsidRPr="00312815" w:rsidRDefault="007A5E59">
            <w:pPr>
              <w:rPr>
                <w:lang w:val="ru-RU"/>
              </w:rPr>
            </w:pPr>
          </w:p>
        </w:tc>
        <w:tc>
          <w:tcPr>
            <w:tcW w:w="0" w:type="auto"/>
          </w:tcPr>
          <w:p w14:paraId="20450FED" w14:textId="77777777" w:rsidR="007A5E59" w:rsidRPr="00312815" w:rsidRDefault="007A5E59">
            <w:pPr>
              <w:rPr>
                <w:lang w:val="ru-RU"/>
              </w:rPr>
            </w:pPr>
          </w:p>
        </w:tc>
        <w:tc>
          <w:tcPr>
            <w:tcW w:w="0" w:type="auto"/>
          </w:tcPr>
          <w:p w14:paraId="1480B837" w14:textId="77777777" w:rsidR="007A5E59" w:rsidRPr="00312815" w:rsidRDefault="007A5E59">
            <w:pPr>
              <w:rPr>
                <w:lang w:val="ru-RU"/>
              </w:rPr>
            </w:pPr>
          </w:p>
        </w:tc>
        <w:tc>
          <w:tcPr>
            <w:tcW w:w="0" w:type="auto"/>
          </w:tcPr>
          <w:p w14:paraId="2927C38A" w14:textId="77777777" w:rsidR="007A5E59" w:rsidRPr="00312815" w:rsidRDefault="007A5E59">
            <w:pPr>
              <w:rPr>
                <w:lang w:val="ru-RU"/>
              </w:rPr>
            </w:pPr>
          </w:p>
        </w:tc>
        <w:tc>
          <w:tcPr>
            <w:tcW w:w="0" w:type="auto"/>
          </w:tcPr>
          <w:p w14:paraId="75854964" w14:textId="77777777" w:rsidR="007A5E59" w:rsidRPr="00312815" w:rsidRDefault="007A5E59">
            <w:pPr>
              <w:rPr>
                <w:lang w:val="ru-RU"/>
              </w:rPr>
            </w:pPr>
          </w:p>
        </w:tc>
        <w:tc>
          <w:tcPr>
            <w:tcW w:w="0" w:type="auto"/>
          </w:tcPr>
          <w:p w14:paraId="155D6D61" w14:textId="77777777" w:rsidR="007A5E59" w:rsidRPr="00312815" w:rsidRDefault="007A5E59">
            <w:pPr>
              <w:rPr>
                <w:lang w:val="ru-RU"/>
              </w:rPr>
            </w:pPr>
          </w:p>
        </w:tc>
        <w:tc>
          <w:tcPr>
            <w:tcW w:w="0" w:type="auto"/>
          </w:tcPr>
          <w:p w14:paraId="3C39D304" w14:textId="77777777" w:rsidR="007A5E59" w:rsidRPr="00312815" w:rsidRDefault="007A5E59">
            <w:pPr>
              <w:rPr>
                <w:lang w:val="ru-RU"/>
              </w:rPr>
            </w:pPr>
          </w:p>
        </w:tc>
        <w:tc>
          <w:tcPr>
            <w:tcW w:w="0" w:type="auto"/>
          </w:tcPr>
          <w:p w14:paraId="116123D0" w14:textId="77777777" w:rsidR="007A5E59" w:rsidRPr="00312815" w:rsidRDefault="007A5E59">
            <w:pPr>
              <w:rPr>
                <w:lang w:val="ru-RU"/>
              </w:rPr>
            </w:pPr>
          </w:p>
        </w:tc>
        <w:tc>
          <w:tcPr>
            <w:tcW w:w="0" w:type="auto"/>
          </w:tcPr>
          <w:p w14:paraId="56A7907E" w14:textId="77777777" w:rsidR="007A5E59" w:rsidRPr="00312815" w:rsidRDefault="007A5E59">
            <w:pPr>
              <w:rPr>
                <w:lang w:val="ru-RU"/>
              </w:rPr>
            </w:pPr>
          </w:p>
        </w:tc>
        <w:tc>
          <w:tcPr>
            <w:tcW w:w="0" w:type="auto"/>
          </w:tcPr>
          <w:p w14:paraId="755F18DF" w14:textId="77777777" w:rsidR="007A5E59" w:rsidRPr="00312815" w:rsidRDefault="007A5E59">
            <w:pPr>
              <w:rPr>
                <w:lang w:val="ru-RU"/>
              </w:rPr>
            </w:pPr>
          </w:p>
        </w:tc>
        <w:tc>
          <w:tcPr>
            <w:tcW w:w="0" w:type="auto"/>
          </w:tcPr>
          <w:p w14:paraId="5C4A20D1" w14:textId="77777777" w:rsidR="007A5E59" w:rsidRPr="00312815" w:rsidRDefault="007A5E59">
            <w:pPr>
              <w:rPr>
                <w:lang w:val="ru-RU"/>
              </w:rPr>
            </w:pPr>
          </w:p>
        </w:tc>
      </w:tr>
      <w:tr w:rsidR="007A5E59" w14:paraId="71D78451" w14:textId="77777777">
        <w:trPr>
          <w:jc w:val="center"/>
        </w:trPr>
        <w:tc>
          <w:tcPr>
            <w:tcW w:w="0" w:type="auto"/>
          </w:tcPr>
          <w:p w14:paraId="1848716E" w14:textId="77777777" w:rsidR="007A5E59" w:rsidRDefault="0095198F">
            <w:r>
              <w:t>в канале</w:t>
            </w:r>
          </w:p>
        </w:tc>
        <w:tc>
          <w:tcPr>
            <w:tcW w:w="0" w:type="auto"/>
          </w:tcPr>
          <w:p w14:paraId="2E344714" w14:textId="77777777" w:rsidR="007A5E59" w:rsidRDefault="0095198F">
            <w:pPr>
              <w:jc w:val="center"/>
            </w:pPr>
            <w:r>
              <w:t>0,00</w:t>
            </w:r>
          </w:p>
        </w:tc>
        <w:tc>
          <w:tcPr>
            <w:tcW w:w="0" w:type="auto"/>
          </w:tcPr>
          <w:p w14:paraId="269793FF" w14:textId="77777777" w:rsidR="007A5E59" w:rsidRDefault="0095198F">
            <w:pPr>
              <w:jc w:val="center"/>
            </w:pPr>
            <w:r>
              <w:t>5,15</w:t>
            </w:r>
          </w:p>
        </w:tc>
        <w:tc>
          <w:tcPr>
            <w:tcW w:w="0" w:type="auto"/>
          </w:tcPr>
          <w:p w14:paraId="20156D4A" w14:textId="77777777" w:rsidR="007A5E59" w:rsidRDefault="0095198F">
            <w:pPr>
              <w:jc w:val="center"/>
            </w:pPr>
            <w:r>
              <w:t>10,21</w:t>
            </w:r>
          </w:p>
        </w:tc>
        <w:tc>
          <w:tcPr>
            <w:tcW w:w="0" w:type="auto"/>
          </w:tcPr>
          <w:p w14:paraId="710E6694" w14:textId="77777777" w:rsidR="007A5E59" w:rsidRDefault="0095198F">
            <w:pPr>
              <w:jc w:val="center"/>
            </w:pPr>
            <w:r>
              <w:t>0,00</w:t>
            </w:r>
          </w:p>
        </w:tc>
        <w:tc>
          <w:tcPr>
            <w:tcW w:w="0" w:type="auto"/>
          </w:tcPr>
          <w:p w14:paraId="50822C88" w14:textId="77777777" w:rsidR="007A5E59" w:rsidRDefault="0095198F">
            <w:pPr>
              <w:jc w:val="center"/>
            </w:pPr>
            <w:r>
              <w:t>8,67</w:t>
            </w:r>
          </w:p>
        </w:tc>
        <w:tc>
          <w:tcPr>
            <w:tcW w:w="0" w:type="auto"/>
          </w:tcPr>
          <w:p w14:paraId="2CF3457C" w14:textId="77777777" w:rsidR="007A5E59" w:rsidRDefault="0095198F">
            <w:pPr>
              <w:jc w:val="center"/>
            </w:pPr>
            <w:r>
              <w:t>55,61</w:t>
            </w:r>
          </w:p>
        </w:tc>
        <w:tc>
          <w:tcPr>
            <w:tcW w:w="0" w:type="auto"/>
          </w:tcPr>
          <w:p w14:paraId="0BBD64FD" w14:textId="77777777" w:rsidR="007A5E59" w:rsidRDefault="0095198F">
            <w:pPr>
              <w:jc w:val="center"/>
            </w:pPr>
            <w:r>
              <w:t>65,55</w:t>
            </w:r>
          </w:p>
        </w:tc>
        <w:tc>
          <w:tcPr>
            <w:tcW w:w="0" w:type="auto"/>
          </w:tcPr>
          <w:p w14:paraId="7BD80790" w14:textId="77777777" w:rsidR="007A5E59" w:rsidRDefault="0095198F">
            <w:pPr>
              <w:jc w:val="center"/>
            </w:pPr>
            <w:r>
              <w:t>0,00</w:t>
            </w:r>
          </w:p>
        </w:tc>
        <w:tc>
          <w:tcPr>
            <w:tcW w:w="0" w:type="auto"/>
          </w:tcPr>
          <w:p w14:paraId="29A70E5C" w14:textId="77777777" w:rsidR="007A5E59" w:rsidRDefault="0095198F">
            <w:pPr>
              <w:jc w:val="center"/>
            </w:pPr>
            <w:r>
              <w:t>7,92</w:t>
            </w:r>
          </w:p>
        </w:tc>
        <w:tc>
          <w:tcPr>
            <w:tcW w:w="0" w:type="auto"/>
          </w:tcPr>
          <w:p w14:paraId="08DE9A65" w14:textId="77777777" w:rsidR="007A5E59" w:rsidRDefault="0095198F">
            <w:pPr>
              <w:jc w:val="center"/>
            </w:pPr>
            <w:r>
              <w:t>26,14</w:t>
            </w:r>
          </w:p>
        </w:tc>
        <w:tc>
          <w:tcPr>
            <w:tcW w:w="0" w:type="auto"/>
          </w:tcPr>
          <w:p w14:paraId="5ED5C64B" w14:textId="77777777" w:rsidR="007A5E59" w:rsidRDefault="0095198F">
            <w:pPr>
              <w:jc w:val="center"/>
            </w:pPr>
            <w:r>
              <w:t>177,81</w:t>
            </w:r>
          </w:p>
        </w:tc>
        <w:tc>
          <w:tcPr>
            <w:tcW w:w="0" w:type="auto"/>
          </w:tcPr>
          <w:p w14:paraId="4A250E87" w14:textId="77777777" w:rsidR="007A5E59" w:rsidRDefault="0095198F">
            <w:pPr>
              <w:jc w:val="center"/>
            </w:pPr>
            <w:r>
              <w:t>118,99</w:t>
            </w:r>
          </w:p>
        </w:tc>
        <w:tc>
          <w:tcPr>
            <w:tcW w:w="0" w:type="auto"/>
          </w:tcPr>
          <w:p w14:paraId="0AAB1E5F" w14:textId="77777777" w:rsidR="007A5E59" w:rsidRDefault="0095198F">
            <w:pPr>
              <w:jc w:val="center"/>
            </w:pPr>
            <w:r>
              <w:t>391,60</w:t>
            </w:r>
          </w:p>
        </w:tc>
        <w:tc>
          <w:tcPr>
            <w:tcW w:w="0" w:type="auto"/>
          </w:tcPr>
          <w:p w14:paraId="61B8E75E" w14:textId="77777777" w:rsidR="007A5E59" w:rsidRDefault="0095198F">
            <w:pPr>
              <w:jc w:val="center"/>
            </w:pPr>
            <w:r>
              <w:t>50,89</w:t>
            </w:r>
          </w:p>
        </w:tc>
        <w:tc>
          <w:tcPr>
            <w:tcW w:w="0" w:type="auto"/>
          </w:tcPr>
          <w:p w14:paraId="0D90FE95" w14:textId="77777777" w:rsidR="007A5E59" w:rsidRDefault="0095198F">
            <w:pPr>
              <w:jc w:val="center"/>
            </w:pPr>
            <w:r>
              <w:t>0,00</w:t>
            </w:r>
          </w:p>
        </w:tc>
        <w:tc>
          <w:tcPr>
            <w:tcW w:w="0" w:type="auto"/>
          </w:tcPr>
          <w:p w14:paraId="0E835028" w14:textId="77777777" w:rsidR="007A5E59" w:rsidRDefault="0095198F">
            <w:pPr>
              <w:jc w:val="center"/>
            </w:pPr>
            <w:r>
              <w:t>0,00</w:t>
            </w:r>
          </w:p>
        </w:tc>
        <w:tc>
          <w:tcPr>
            <w:tcW w:w="0" w:type="auto"/>
          </w:tcPr>
          <w:p w14:paraId="5EA6C095" w14:textId="77777777" w:rsidR="007A5E59" w:rsidRDefault="0095198F">
            <w:pPr>
              <w:jc w:val="center"/>
            </w:pPr>
            <w:r>
              <w:t>0,00</w:t>
            </w:r>
          </w:p>
        </w:tc>
        <w:tc>
          <w:tcPr>
            <w:tcW w:w="0" w:type="auto"/>
          </w:tcPr>
          <w:p w14:paraId="3E36FADB" w14:textId="77777777" w:rsidR="007A5E59" w:rsidRDefault="0095198F">
            <w:pPr>
              <w:jc w:val="center"/>
            </w:pPr>
            <w:r>
              <w:t>0,00</w:t>
            </w:r>
          </w:p>
        </w:tc>
        <w:tc>
          <w:tcPr>
            <w:tcW w:w="0" w:type="auto"/>
          </w:tcPr>
          <w:p w14:paraId="5E427E85" w14:textId="77777777" w:rsidR="007A5E59" w:rsidRDefault="0095198F">
            <w:pPr>
              <w:jc w:val="center"/>
            </w:pPr>
            <w:r>
              <w:t>0,00</w:t>
            </w:r>
          </w:p>
        </w:tc>
        <w:tc>
          <w:tcPr>
            <w:tcW w:w="0" w:type="auto"/>
          </w:tcPr>
          <w:p w14:paraId="37FCA1CA" w14:textId="77777777" w:rsidR="007A5E59" w:rsidRDefault="0095198F">
            <w:pPr>
              <w:jc w:val="center"/>
            </w:pPr>
            <w:r>
              <w:t>918,54</w:t>
            </w:r>
          </w:p>
        </w:tc>
      </w:tr>
      <w:tr w:rsidR="007A5E59" w14:paraId="1ECBDB42" w14:textId="77777777">
        <w:trPr>
          <w:jc w:val="center"/>
        </w:trPr>
        <w:tc>
          <w:tcPr>
            <w:tcW w:w="0" w:type="auto"/>
          </w:tcPr>
          <w:p w14:paraId="73FC11A2" w14:textId="77777777" w:rsidR="007A5E59" w:rsidRDefault="0095198F">
            <w:r>
              <w:t>бесканально</w:t>
            </w:r>
          </w:p>
        </w:tc>
        <w:tc>
          <w:tcPr>
            <w:tcW w:w="0" w:type="auto"/>
          </w:tcPr>
          <w:p w14:paraId="283D5795" w14:textId="77777777" w:rsidR="007A5E59" w:rsidRDefault="0095198F">
            <w:pPr>
              <w:jc w:val="center"/>
            </w:pPr>
            <w:r>
              <w:t>0,00</w:t>
            </w:r>
          </w:p>
        </w:tc>
        <w:tc>
          <w:tcPr>
            <w:tcW w:w="0" w:type="auto"/>
          </w:tcPr>
          <w:p w14:paraId="5455BFFA" w14:textId="77777777" w:rsidR="007A5E59" w:rsidRDefault="0095198F">
            <w:pPr>
              <w:jc w:val="center"/>
            </w:pPr>
            <w:r>
              <w:t>0,00</w:t>
            </w:r>
          </w:p>
        </w:tc>
        <w:tc>
          <w:tcPr>
            <w:tcW w:w="0" w:type="auto"/>
          </w:tcPr>
          <w:p w14:paraId="78B2B348" w14:textId="77777777" w:rsidR="007A5E59" w:rsidRDefault="0095198F">
            <w:pPr>
              <w:jc w:val="center"/>
            </w:pPr>
            <w:r>
              <w:t>0,00</w:t>
            </w:r>
          </w:p>
        </w:tc>
        <w:tc>
          <w:tcPr>
            <w:tcW w:w="0" w:type="auto"/>
          </w:tcPr>
          <w:p w14:paraId="7A94CCB6" w14:textId="77777777" w:rsidR="007A5E59" w:rsidRDefault="0095198F">
            <w:pPr>
              <w:jc w:val="center"/>
            </w:pPr>
            <w:r>
              <w:t>0,00</w:t>
            </w:r>
          </w:p>
        </w:tc>
        <w:tc>
          <w:tcPr>
            <w:tcW w:w="0" w:type="auto"/>
          </w:tcPr>
          <w:p w14:paraId="397E5030" w14:textId="77777777" w:rsidR="007A5E59" w:rsidRDefault="0095198F">
            <w:pPr>
              <w:jc w:val="center"/>
            </w:pPr>
            <w:r>
              <w:t>0,00</w:t>
            </w:r>
          </w:p>
        </w:tc>
        <w:tc>
          <w:tcPr>
            <w:tcW w:w="0" w:type="auto"/>
          </w:tcPr>
          <w:p w14:paraId="3DD714D5" w14:textId="77777777" w:rsidR="007A5E59" w:rsidRDefault="0095198F">
            <w:pPr>
              <w:jc w:val="center"/>
            </w:pPr>
            <w:r>
              <w:t>0,00</w:t>
            </w:r>
          </w:p>
        </w:tc>
        <w:tc>
          <w:tcPr>
            <w:tcW w:w="0" w:type="auto"/>
          </w:tcPr>
          <w:p w14:paraId="7F470F95" w14:textId="77777777" w:rsidR="007A5E59" w:rsidRDefault="0095198F">
            <w:pPr>
              <w:jc w:val="center"/>
            </w:pPr>
            <w:r>
              <w:t>0,00</w:t>
            </w:r>
          </w:p>
        </w:tc>
        <w:tc>
          <w:tcPr>
            <w:tcW w:w="0" w:type="auto"/>
          </w:tcPr>
          <w:p w14:paraId="642DD005" w14:textId="77777777" w:rsidR="007A5E59" w:rsidRDefault="0095198F">
            <w:pPr>
              <w:jc w:val="center"/>
            </w:pPr>
            <w:r>
              <w:t>0,00</w:t>
            </w:r>
          </w:p>
        </w:tc>
        <w:tc>
          <w:tcPr>
            <w:tcW w:w="0" w:type="auto"/>
          </w:tcPr>
          <w:p w14:paraId="4C924AA0" w14:textId="77777777" w:rsidR="007A5E59" w:rsidRDefault="0095198F">
            <w:pPr>
              <w:jc w:val="center"/>
            </w:pPr>
            <w:r>
              <w:t>0,00</w:t>
            </w:r>
          </w:p>
        </w:tc>
        <w:tc>
          <w:tcPr>
            <w:tcW w:w="0" w:type="auto"/>
          </w:tcPr>
          <w:p w14:paraId="2345AACD" w14:textId="77777777" w:rsidR="007A5E59" w:rsidRDefault="0095198F">
            <w:pPr>
              <w:jc w:val="center"/>
            </w:pPr>
            <w:r>
              <w:t>0,00</w:t>
            </w:r>
          </w:p>
        </w:tc>
        <w:tc>
          <w:tcPr>
            <w:tcW w:w="0" w:type="auto"/>
          </w:tcPr>
          <w:p w14:paraId="42B649AC" w14:textId="77777777" w:rsidR="007A5E59" w:rsidRDefault="0095198F">
            <w:pPr>
              <w:jc w:val="center"/>
            </w:pPr>
            <w:r>
              <w:t>0,00</w:t>
            </w:r>
          </w:p>
        </w:tc>
        <w:tc>
          <w:tcPr>
            <w:tcW w:w="0" w:type="auto"/>
          </w:tcPr>
          <w:p w14:paraId="66352519" w14:textId="77777777" w:rsidR="007A5E59" w:rsidRDefault="0095198F">
            <w:pPr>
              <w:jc w:val="center"/>
            </w:pPr>
            <w:r>
              <w:t>0,00</w:t>
            </w:r>
          </w:p>
        </w:tc>
        <w:tc>
          <w:tcPr>
            <w:tcW w:w="0" w:type="auto"/>
          </w:tcPr>
          <w:p w14:paraId="1FDD1337" w14:textId="77777777" w:rsidR="007A5E59" w:rsidRDefault="0095198F">
            <w:pPr>
              <w:jc w:val="center"/>
            </w:pPr>
            <w:r>
              <w:t>0,00</w:t>
            </w:r>
          </w:p>
        </w:tc>
        <w:tc>
          <w:tcPr>
            <w:tcW w:w="0" w:type="auto"/>
          </w:tcPr>
          <w:p w14:paraId="7F36E45E" w14:textId="77777777" w:rsidR="007A5E59" w:rsidRDefault="0095198F">
            <w:pPr>
              <w:jc w:val="center"/>
            </w:pPr>
            <w:r>
              <w:t>0,00</w:t>
            </w:r>
          </w:p>
        </w:tc>
        <w:tc>
          <w:tcPr>
            <w:tcW w:w="0" w:type="auto"/>
          </w:tcPr>
          <w:p w14:paraId="77E3DD9C" w14:textId="77777777" w:rsidR="007A5E59" w:rsidRDefault="0095198F">
            <w:pPr>
              <w:jc w:val="center"/>
            </w:pPr>
            <w:r>
              <w:t>0,00</w:t>
            </w:r>
          </w:p>
        </w:tc>
        <w:tc>
          <w:tcPr>
            <w:tcW w:w="0" w:type="auto"/>
          </w:tcPr>
          <w:p w14:paraId="7BB9A66D" w14:textId="77777777" w:rsidR="007A5E59" w:rsidRDefault="0095198F">
            <w:pPr>
              <w:jc w:val="center"/>
            </w:pPr>
            <w:r>
              <w:t>0,00</w:t>
            </w:r>
          </w:p>
        </w:tc>
        <w:tc>
          <w:tcPr>
            <w:tcW w:w="0" w:type="auto"/>
          </w:tcPr>
          <w:p w14:paraId="1C328E13" w14:textId="77777777" w:rsidR="007A5E59" w:rsidRDefault="0095198F">
            <w:pPr>
              <w:jc w:val="center"/>
            </w:pPr>
            <w:r>
              <w:t>0,00</w:t>
            </w:r>
          </w:p>
        </w:tc>
        <w:tc>
          <w:tcPr>
            <w:tcW w:w="0" w:type="auto"/>
          </w:tcPr>
          <w:p w14:paraId="5A8126B9" w14:textId="77777777" w:rsidR="007A5E59" w:rsidRDefault="0095198F">
            <w:pPr>
              <w:jc w:val="center"/>
            </w:pPr>
            <w:r>
              <w:t>0,00</w:t>
            </w:r>
          </w:p>
        </w:tc>
        <w:tc>
          <w:tcPr>
            <w:tcW w:w="0" w:type="auto"/>
          </w:tcPr>
          <w:p w14:paraId="27B76D69" w14:textId="77777777" w:rsidR="007A5E59" w:rsidRDefault="0095198F">
            <w:pPr>
              <w:jc w:val="center"/>
            </w:pPr>
            <w:r>
              <w:t>0,00</w:t>
            </w:r>
          </w:p>
        </w:tc>
        <w:tc>
          <w:tcPr>
            <w:tcW w:w="0" w:type="auto"/>
          </w:tcPr>
          <w:p w14:paraId="42ED25B1" w14:textId="77777777" w:rsidR="007A5E59" w:rsidRDefault="0095198F">
            <w:pPr>
              <w:jc w:val="center"/>
            </w:pPr>
            <w:r>
              <w:t>0,00</w:t>
            </w:r>
          </w:p>
        </w:tc>
      </w:tr>
      <w:tr w:rsidR="007A5E59" w14:paraId="72BA13A5" w14:textId="77777777">
        <w:trPr>
          <w:jc w:val="center"/>
        </w:trPr>
        <w:tc>
          <w:tcPr>
            <w:tcW w:w="0" w:type="auto"/>
          </w:tcPr>
          <w:p w14:paraId="0DA7324B" w14:textId="77777777" w:rsidR="007A5E59" w:rsidRDefault="0095198F">
            <w:r>
              <w:t>надземная</w:t>
            </w:r>
          </w:p>
        </w:tc>
        <w:tc>
          <w:tcPr>
            <w:tcW w:w="0" w:type="auto"/>
          </w:tcPr>
          <w:p w14:paraId="62412D61" w14:textId="77777777" w:rsidR="007A5E59" w:rsidRDefault="0095198F">
            <w:pPr>
              <w:jc w:val="center"/>
            </w:pPr>
            <w:r>
              <w:t>0,00</w:t>
            </w:r>
          </w:p>
        </w:tc>
        <w:tc>
          <w:tcPr>
            <w:tcW w:w="0" w:type="auto"/>
          </w:tcPr>
          <w:p w14:paraId="7976BCAC" w14:textId="77777777" w:rsidR="007A5E59" w:rsidRDefault="0095198F">
            <w:pPr>
              <w:jc w:val="center"/>
            </w:pPr>
            <w:r>
              <w:t>0,00</w:t>
            </w:r>
          </w:p>
        </w:tc>
        <w:tc>
          <w:tcPr>
            <w:tcW w:w="0" w:type="auto"/>
          </w:tcPr>
          <w:p w14:paraId="5B311BE7" w14:textId="77777777" w:rsidR="007A5E59" w:rsidRDefault="0095198F">
            <w:pPr>
              <w:jc w:val="center"/>
            </w:pPr>
            <w:r>
              <w:t>4,63</w:t>
            </w:r>
          </w:p>
        </w:tc>
        <w:tc>
          <w:tcPr>
            <w:tcW w:w="0" w:type="auto"/>
          </w:tcPr>
          <w:p w14:paraId="06084BDB" w14:textId="77777777" w:rsidR="007A5E59" w:rsidRDefault="0095198F">
            <w:pPr>
              <w:jc w:val="center"/>
            </w:pPr>
            <w:r>
              <w:t>0,00</w:t>
            </w:r>
          </w:p>
        </w:tc>
        <w:tc>
          <w:tcPr>
            <w:tcW w:w="0" w:type="auto"/>
          </w:tcPr>
          <w:p w14:paraId="0752C95C" w14:textId="77777777" w:rsidR="007A5E59" w:rsidRDefault="0095198F">
            <w:pPr>
              <w:jc w:val="center"/>
            </w:pPr>
            <w:r>
              <w:t>26,52</w:t>
            </w:r>
          </w:p>
        </w:tc>
        <w:tc>
          <w:tcPr>
            <w:tcW w:w="0" w:type="auto"/>
          </w:tcPr>
          <w:p w14:paraId="0E0375C3" w14:textId="77777777" w:rsidR="007A5E59" w:rsidRDefault="0095198F">
            <w:pPr>
              <w:jc w:val="center"/>
            </w:pPr>
            <w:r>
              <w:t>22,93</w:t>
            </w:r>
          </w:p>
        </w:tc>
        <w:tc>
          <w:tcPr>
            <w:tcW w:w="0" w:type="auto"/>
          </w:tcPr>
          <w:p w14:paraId="35C97B2E" w14:textId="77777777" w:rsidR="007A5E59" w:rsidRDefault="0095198F">
            <w:pPr>
              <w:jc w:val="center"/>
            </w:pPr>
            <w:r>
              <w:t>8,17</w:t>
            </w:r>
          </w:p>
        </w:tc>
        <w:tc>
          <w:tcPr>
            <w:tcW w:w="0" w:type="auto"/>
          </w:tcPr>
          <w:p w14:paraId="0D87562D" w14:textId="77777777" w:rsidR="007A5E59" w:rsidRDefault="0095198F">
            <w:pPr>
              <w:jc w:val="center"/>
            </w:pPr>
            <w:r>
              <w:t>0,00</w:t>
            </w:r>
          </w:p>
        </w:tc>
        <w:tc>
          <w:tcPr>
            <w:tcW w:w="0" w:type="auto"/>
          </w:tcPr>
          <w:p w14:paraId="1C01B43F" w14:textId="77777777" w:rsidR="007A5E59" w:rsidRDefault="0095198F">
            <w:pPr>
              <w:jc w:val="center"/>
            </w:pPr>
            <w:r>
              <w:t>26,39</w:t>
            </w:r>
          </w:p>
        </w:tc>
        <w:tc>
          <w:tcPr>
            <w:tcW w:w="0" w:type="auto"/>
          </w:tcPr>
          <w:p w14:paraId="086C9BB3" w14:textId="77777777" w:rsidR="007A5E59" w:rsidRDefault="0095198F">
            <w:pPr>
              <w:jc w:val="center"/>
            </w:pPr>
            <w:r>
              <w:t>241,70</w:t>
            </w:r>
          </w:p>
        </w:tc>
        <w:tc>
          <w:tcPr>
            <w:tcW w:w="0" w:type="auto"/>
          </w:tcPr>
          <w:p w14:paraId="499DC817" w14:textId="77777777" w:rsidR="007A5E59" w:rsidRDefault="0095198F">
            <w:pPr>
              <w:jc w:val="center"/>
            </w:pPr>
            <w:r>
              <w:t>291,23</w:t>
            </w:r>
          </w:p>
        </w:tc>
        <w:tc>
          <w:tcPr>
            <w:tcW w:w="0" w:type="auto"/>
          </w:tcPr>
          <w:p w14:paraId="4511FEAF" w14:textId="77777777" w:rsidR="007A5E59" w:rsidRDefault="0095198F">
            <w:pPr>
              <w:jc w:val="center"/>
            </w:pPr>
            <w:r>
              <w:t>689,97</w:t>
            </w:r>
          </w:p>
        </w:tc>
        <w:tc>
          <w:tcPr>
            <w:tcW w:w="0" w:type="auto"/>
          </w:tcPr>
          <w:p w14:paraId="5E6461BB" w14:textId="77777777" w:rsidR="007A5E59" w:rsidRDefault="0095198F">
            <w:pPr>
              <w:jc w:val="center"/>
            </w:pPr>
            <w:r>
              <w:t>241,27</w:t>
            </w:r>
          </w:p>
        </w:tc>
        <w:tc>
          <w:tcPr>
            <w:tcW w:w="0" w:type="auto"/>
          </w:tcPr>
          <w:p w14:paraId="4C061AD3" w14:textId="77777777" w:rsidR="007A5E59" w:rsidRDefault="0095198F">
            <w:pPr>
              <w:jc w:val="center"/>
            </w:pPr>
            <w:r>
              <w:t>143,26</w:t>
            </w:r>
          </w:p>
        </w:tc>
        <w:tc>
          <w:tcPr>
            <w:tcW w:w="0" w:type="auto"/>
          </w:tcPr>
          <w:p w14:paraId="213FECF7" w14:textId="77777777" w:rsidR="007A5E59" w:rsidRDefault="0095198F">
            <w:pPr>
              <w:jc w:val="center"/>
            </w:pPr>
            <w:r>
              <w:t>183,78</w:t>
            </w:r>
          </w:p>
        </w:tc>
        <w:tc>
          <w:tcPr>
            <w:tcW w:w="0" w:type="auto"/>
          </w:tcPr>
          <w:p w14:paraId="2C72912E" w14:textId="77777777" w:rsidR="007A5E59" w:rsidRDefault="0095198F">
            <w:pPr>
              <w:jc w:val="center"/>
            </w:pPr>
            <w:r>
              <w:t>951,90</w:t>
            </w:r>
          </w:p>
        </w:tc>
        <w:tc>
          <w:tcPr>
            <w:tcW w:w="0" w:type="auto"/>
          </w:tcPr>
          <w:p w14:paraId="42385632" w14:textId="77777777" w:rsidR="007A5E59" w:rsidRDefault="0095198F">
            <w:pPr>
              <w:jc w:val="center"/>
            </w:pPr>
            <w:r>
              <w:t>0,00</w:t>
            </w:r>
          </w:p>
        </w:tc>
        <w:tc>
          <w:tcPr>
            <w:tcW w:w="0" w:type="auto"/>
          </w:tcPr>
          <w:p w14:paraId="064F96C2" w14:textId="77777777" w:rsidR="007A5E59" w:rsidRDefault="0095198F">
            <w:pPr>
              <w:jc w:val="center"/>
            </w:pPr>
            <w:r>
              <w:t>0,00</w:t>
            </w:r>
          </w:p>
        </w:tc>
        <w:tc>
          <w:tcPr>
            <w:tcW w:w="0" w:type="auto"/>
          </w:tcPr>
          <w:p w14:paraId="365734BE" w14:textId="77777777" w:rsidR="007A5E59" w:rsidRDefault="0095198F">
            <w:pPr>
              <w:jc w:val="center"/>
            </w:pPr>
            <w:r>
              <w:t>0,00</w:t>
            </w:r>
          </w:p>
        </w:tc>
        <w:tc>
          <w:tcPr>
            <w:tcW w:w="0" w:type="auto"/>
          </w:tcPr>
          <w:p w14:paraId="4A8F3391" w14:textId="77777777" w:rsidR="007A5E59" w:rsidRDefault="0095198F">
            <w:pPr>
              <w:jc w:val="center"/>
            </w:pPr>
            <w:r>
              <w:t>2 831,76</w:t>
            </w:r>
          </w:p>
        </w:tc>
      </w:tr>
      <w:tr w:rsidR="007A5E59" w14:paraId="193685D4" w14:textId="77777777">
        <w:trPr>
          <w:jc w:val="center"/>
        </w:trPr>
        <w:tc>
          <w:tcPr>
            <w:tcW w:w="0" w:type="auto"/>
            <w:shd w:val="clear" w:color="auto" w:fill="DBE5F1"/>
          </w:tcPr>
          <w:p w14:paraId="67909634" w14:textId="77777777" w:rsidR="007A5E59" w:rsidRDefault="0095198F">
            <w:r>
              <w:rPr>
                <w:b/>
              </w:rPr>
              <w:t>ИТОГО по диаметрам</w:t>
            </w:r>
          </w:p>
        </w:tc>
        <w:tc>
          <w:tcPr>
            <w:tcW w:w="0" w:type="auto"/>
            <w:shd w:val="clear" w:color="auto" w:fill="DBE5F1"/>
          </w:tcPr>
          <w:p w14:paraId="30DF2D12" w14:textId="77777777" w:rsidR="007A5E59" w:rsidRDefault="0095198F">
            <w:pPr>
              <w:jc w:val="center"/>
            </w:pPr>
            <w:r>
              <w:rPr>
                <w:b/>
              </w:rPr>
              <w:t>0,00</w:t>
            </w:r>
          </w:p>
        </w:tc>
        <w:tc>
          <w:tcPr>
            <w:tcW w:w="0" w:type="auto"/>
            <w:shd w:val="clear" w:color="auto" w:fill="DBE5F1"/>
          </w:tcPr>
          <w:p w14:paraId="7CD0DFC1" w14:textId="77777777" w:rsidR="007A5E59" w:rsidRDefault="0095198F">
            <w:pPr>
              <w:jc w:val="center"/>
            </w:pPr>
            <w:r>
              <w:rPr>
                <w:b/>
              </w:rPr>
              <w:t>5,15</w:t>
            </w:r>
          </w:p>
        </w:tc>
        <w:tc>
          <w:tcPr>
            <w:tcW w:w="0" w:type="auto"/>
            <w:shd w:val="clear" w:color="auto" w:fill="DBE5F1"/>
          </w:tcPr>
          <w:p w14:paraId="7424F59B" w14:textId="77777777" w:rsidR="007A5E59" w:rsidRDefault="0095198F">
            <w:pPr>
              <w:jc w:val="center"/>
            </w:pPr>
            <w:r>
              <w:rPr>
                <w:b/>
              </w:rPr>
              <w:t>14,84</w:t>
            </w:r>
          </w:p>
        </w:tc>
        <w:tc>
          <w:tcPr>
            <w:tcW w:w="0" w:type="auto"/>
            <w:shd w:val="clear" w:color="auto" w:fill="DBE5F1"/>
          </w:tcPr>
          <w:p w14:paraId="48EF3D4F" w14:textId="77777777" w:rsidR="007A5E59" w:rsidRDefault="0095198F">
            <w:pPr>
              <w:jc w:val="center"/>
            </w:pPr>
            <w:r>
              <w:rPr>
                <w:b/>
              </w:rPr>
              <w:t>0,00</w:t>
            </w:r>
          </w:p>
        </w:tc>
        <w:tc>
          <w:tcPr>
            <w:tcW w:w="0" w:type="auto"/>
            <w:shd w:val="clear" w:color="auto" w:fill="DBE5F1"/>
          </w:tcPr>
          <w:p w14:paraId="1D0FDF3C" w14:textId="77777777" w:rsidR="007A5E59" w:rsidRDefault="0095198F">
            <w:pPr>
              <w:jc w:val="center"/>
            </w:pPr>
            <w:r>
              <w:rPr>
                <w:b/>
              </w:rPr>
              <w:t>35,19</w:t>
            </w:r>
          </w:p>
        </w:tc>
        <w:tc>
          <w:tcPr>
            <w:tcW w:w="0" w:type="auto"/>
            <w:shd w:val="clear" w:color="auto" w:fill="DBE5F1"/>
          </w:tcPr>
          <w:p w14:paraId="04F3CAFB" w14:textId="77777777" w:rsidR="007A5E59" w:rsidRDefault="0095198F">
            <w:pPr>
              <w:jc w:val="center"/>
            </w:pPr>
            <w:r>
              <w:rPr>
                <w:b/>
              </w:rPr>
              <w:t>78,54</w:t>
            </w:r>
          </w:p>
        </w:tc>
        <w:tc>
          <w:tcPr>
            <w:tcW w:w="0" w:type="auto"/>
            <w:shd w:val="clear" w:color="auto" w:fill="DBE5F1"/>
          </w:tcPr>
          <w:p w14:paraId="17BEABEB" w14:textId="77777777" w:rsidR="007A5E59" w:rsidRDefault="0095198F">
            <w:pPr>
              <w:jc w:val="center"/>
            </w:pPr>
            <w:r>
              <w:rPr>
                <w:b/>
              </w:rPr>
              <w:t>73,72</w:t>
            </w:r>
          </w:p>
        </w:tc>
        <w:tc>
          <w:tcPr>
            <w:tcW w:w="0" w:type="auto"/>
            <w:shd w:val="clear" w:color="auto" w:fill="DBE5F1"/>
          </w:tcPr>
          <w:p w14:paraId="08D61AB6" w14:textId="77777777" w:rsidR="007A5E59" w:rsidRDefault="0095198F">
            <w:pPr>
              <w:jc w:val="center"/>
            </w:pPr>
            <w:r>
              <w:rPr>
                <w:b/>
              </w:rPr>
              <w:t>0,00</w:t>
            </w:r>
          </w:p>
        </w:tc>
        <w:tc>
          <w:tcPr>
            <w:tcW w:w="0" w:type="auto"/>
            <w:shd w:val="clear" w:color="auto" w:fill="DBE5F1"/>
          </w:tcPr>
          <w:p w14:paraId="18CB5E69" w14:textId="77777777" w:rsidR="007A5E59" w:rsidRDefault="0095198F">
            <w:pPr>
              <w:jc w:val="center"/>
            </w:pPr>
            <w:r>
              <w:rPr>
                <w:b/>
              </w:rPr>
              <w:t>34,31</w:t>
            </w:r>
          </w:p>
        </w:tc>
        <w:tc>
          <w:tcPr>
            <w:tcW w:w="0" w:type="auto"/>
            <w:shd w:val="clear" w:color="auto" w:fill="DBE5F1"/>
          </w:tcPr>
          <w:p w14:paraId="4CF18EA7" w14:textId="77777777" w:rsidR="007A5E59" w:rsidRDefault="0095198F">
            <w:pPr>
              <w:jc w:val="center"/>
            </w:pPr>
            <w:r>
              <w:rPr>
                <w:b/>
              </w:rPr>
              <w:t>267,84</w:t>
            </w:r>
          </w:p>
        </w:tc>
        <w:tc>
          <w:tcPr>
            <w:tcW w:w="0" w:type="auto"/>
            <w:shd w:val="clear" w:color="auto" w:fill="DBE5F1"/>
          </w:tcPr>
          <w:p w14:paraId="69FA7275" w14:textId="77777777" w:rsidR="007A5E59" w:rsidRDefault="0095198F">
            <w:pPr>
              <w:jc w:val="center"/>
            </w:pPr>
            <w:r>
              <w:rPr>
                <w:b/>
              </w:rPr>
              <w:t>469,04</w:t>
            </w:r>
          </w:p>
        </w:tc>
        <w:tc>
          <w:tcPr>
            <w:tcW w:w="0" w:type="auto"/>
            <w:shd w:val="clear" w:color="auto" w:fill="DBE5F1"/>
          </w:tcPr>
          <w:p w14:paraId="4805F1E2" w14:textId="77777777" w:rsidR="007A5E59" w:rsidRDefault="0095198F">
            <w:pPr>
              <w:jc w:val="center"/>
            </w:pPr>
            <w:r>
              <w:rPr>
                <w:b/>
              </w:rPr>
              <w:t>808,96</w:t>
            </w:r>
          </w:p>
        </w:tc>
        <w:tc>
          <w:tcPr>
            <w:tcW w:w="0" w:type="auto"/>
            <w:shd w:val="clear" w:color="auto" w:fill="DBE5F1"/>
          </w:tcPr>
          <w:p w14:paraId="271D3CDA" w14:textId="77777777" w:rsidR="007A5E59" w:rsidRDefault="0095198F">
            <w:pPr>
              <w:jc w:val="center"/>
            </w:pPr>
            <w:r>
              <w:rPr>
                <w:b/>
              </w:rPr>
              <w:t>632,87</w:t>
            </w:r>
          </w:p>
        </w:tc>
        <w:tc>
          <w:tcPr>
            <w:tcW w:w="0" w:type="auto"/>
            <w:shd w:val="clear" w:color="auto" w:fill="DBE5F1"/>
          </w:tcPr>
          <w:p w14:paraId="27B43131" w14:textId="77777777" w:rsidR="007A5E59" w:rsidRDefault="0095198F">
            <w:pPr>
              <w:jc w:val="center"/>
            </w:pPr>
            <w:r>
              <w:rPr>
                <w:b/>
              </w:rPr>
              <w:t>194,15</w:t>
            </w:r>
          </w:p>
        </w:tc>
        <w:tc>
          <w:tcPr>
            <w:tcW w:w="0" w:type="auto"/>
            <w:shd w:val="clear" w:color="auto" w:fill="DBE5F1"/>
          </w:tcPr>
          <w:p w14:paraId="46CFEEE8" w14:textId="77777777" w:rsidR="007A5E59" w:rsidRDefault="0095198F">
            <w:pPr>
              <w:jc w:val="center"/>
            </w:pPr>
            <w:r>
              <w:rPr>
                <w:b/>
              </w:rPr>
              <w:t>183,78</w:t>
            </w:r>
          </w:p>
        </w:tc>
        <w:tc>
          <w:tcPr>
            <w:tcW w:w="0" w:type="auto"/>
            <w:shd w:val="clear" w:color="auto" w:fill="DBE5F1"/>
          </w:tcPr>
          <w:p w14:paraId="320D0669" w14:textId="77777777" w:rsidR="007A5E59" w:rsidRDefault="0095198F">
            <w:pPr>
              <w:jc w:val="center"/>
            </w:pPr>
            <w:r>
              <w:rPr>
                <w:b/>
              </w:rPr>
              <w:t>951,90</w:t>
            </w:r>
          </w:p>
        </w:tc>
        <w:tc>
          <w:tcPr>
            <w:tcW w:w="0" w:type="auto"/>
            <w:shd w:val="clear" w:color="auto" w:fill="DBE5F1"/>
          </w:tcPr>
          <w:p w14:paraId="38BBB29A" w14:textId="77777777" w:rsidR="007A5E59" w:rsidRDefault="0095198F">
            <w:pPr>
              <w:jc w:val="center"/>
            </w:pPr>
            <w:r>
              <w:rPr>
                <w:b/>
              </w:rPr>
              <w:t>0,00</w:t>
            </w:r>
          </w:p>
        </w:tc>
        <w:tc>
          <w:tcPr>
            <w:tcW w:w="0" w:type="auto"/>
            <w:shd w:val="clear" w:color="auto" w:fill="DBE5F1"/>
          </w:tcPr>
          <w:p w14:paraId="13BF8A3A" w14:textId="77777777" w:rsidR="007A5E59" w:rsidRDefault="0095198F">
            <w:pPr>
              <w:jc w:val="center"/>
            </w:pPr>
            <w:r>
              <w:rPr>
                <w:b/>
              </w:rPr>
              <w:t>0,00</w:t>
            </w:r>
          </w:p>
        </w:tc>
        <w:tc>
          <w:tcPr>
            <w:tcW w:w="0" w:type="auto"/>
            <w:shd w:val="clear" w:color="auto" w:fill="DBE5F1"/>
          </w:tcPr>
          <w:p w14:paraId="3626831A" w14:textId="77777777" w:rsidR="007A5E59" w:rsidRDefault="0095198F">
            <w:pPr>
              <w:jc w:val="center"/>
            </w:pPr>
            <w:r>
              <w:rPr>
                <w:b/>
              </w:rPr>
              <w:t>0,00</w:t>
            </w:r>
          </w:p>
        </w:tc>
        <w:tc>
          <w:tcPr>
            <w:tcW w:w="0" w:type="auto"/>
            <w:shd w:val="clear" w:color="auto" w:fill="DBE5F1"/>
          </w:tcPr>
          <w:p w14:paraId="7E80407A" w14:textId="77777777" w:rsidR="007A5E59" w:rsidRDefault="0095198F">
            <w:pPr>
              <w:jc w:val="center"/>
            </w:pPr>
            <w:r>
              <w:rPr>
                <w:b/>
              </w:rPr>
              <w:t>3 750,30</w:t>
            </w:r>
          </w:p>
        </w:tc>
      </w:tr>
      <w:tr w:rsidR="007A5E59" w14:paraId="35D4BC6A" w14:textId="77777777">
        <w:trPr>
          <w:jc w:val="center"/>
        </w:trPr>
        <w:tc>
          <w:tcPr>
            <w:tcW w:w="0" w:type="auto"/>
            <w:shd w:val="clear" w:color="auto" w:fill="DBE5F1"/>
          </w:tcPr>
          <w:p w14:paraId="5BB8D315" w14:textId="77777777" w:rsidR="007A5E59" w:rsidRDefault="0095198F">
            <w:r>
              <w:rPr>
                <w:b/>
              </w:rPr>
              <w:t>ВСЕГО площадь поверхности, м²</w:t>
            </w:r>
          </w:p>
        </w:tc>
        <w:tc>
          <w:tcPr>
            <w:tcW w:w="0" w:type="auto"/>
            <w:shd w:val="clear" w:color="auto" w:fill="DBE5F1"/>
          </w:tcPr>
          <w:p w14:paraId="5C86A7E4" w14:textId="77777777" w:rsidR="007A5E59" w:rsidRDefault="0095198F">
            <w:pPr>
              <w:jc w:val="center"/>
            </w:pPr>
            <w:r>
              <w:rPr>
                <w:b/>
              </w:rPr>
              <w:t>3 750,30</w:t>
            </w:r>
          </w:p>
        </w:tc>
        <w:tc>
          <w:tcPr>
            <w:tcW w:w="0" w:type="auto"/>
            <w:shd w:val="clear" w:color="auto" w:fill="DBE5F1"/>
          </w:tcPr>
          <w:p w14:paraId="34E3B8CF" w14:textId="77777777" w:rsidR="007A5E59" w:rsidRDefault="007A5E59"/>
        </w:tc>
        <w:tc>
          <w:tcPr>
            <w:tcW w:w="0" w:type="auto"/>
            <w:shd w:val="clear" w:color="auto" w:fill="DBE5F1"/>
          </w:tcPr>
          <w:p w14:paraId="1F35B504" w14:textId="77777777" w:rsidR="007A5E59" w:rsidRDefault="007A5E59"/>
        </w:tc>
        <w:tc>
          <w:tcPr>
            <w:tcW w:w="0" w:type="auto"/>
            <w:shd w:val="clear" w:color="auto" w:fill="DBE5F1"/>
          </w:tcPr>
          <w:p w14:paraId="6A6E2FCB" w14:textId="77777777" w:rsidR="007A5E59" w:rsidRDefault="007A5E59"/>
        </w:tc>
        <w:tc>
          <w:tcPr>
            <w:tcW w:w="0" w:type="auto"/>
            <w:shd w:val="clear" w:color="auto" w:fill="DBE5F1"/>
          </w:tcPr>
          <w:p w14:paraId="202C7AAE" w14:textId="77777777" w:rsidR="007A5E59" w:rsidRDefault="007A5E59"/>
        </w:tc>
        <w:tc>
          <w:tcPr>
            <w:tcW w:w="0" w:type="auto"/>
            <w:shd w:val="clear" w:color="auto" w:fill="DBE5F1"/>
          </w:tcPr>
          <w:p w14:paraId="656B2952" w14:textId="77777777" w:rsidR="007A5E59" w:rsidRDefault="007A5E59"/>
        </w:tc>
        <w:tc>
          <w:tcPr>
            <w:tcW w:w="0" w:type="auto"/>
            <w:shd w:val="clear" w:color="auto" w:fill="DBE5F1"/>
          </w:tcPr>
          <w:p w14:paraId="5B1D0CE6" w14:textId="77777777" w:rsidR="007A5E59" w:rsidRDefault="007A5E59"/>
        </w:tc>
        <w:tc>
          <w:tcPr>
            <w:tcW w:w="0" w:type="auto"/>
            <w:shd w:val="clear" w:color="auto" w:fill="DBE5F1"/>
          </w:tcPr>
          <w:p w14:paraId="0484B2CB" w14:textId="77777777" w:rsidR="007A5E59" w:rsidRDefault="007A5E59"/>
        </w:tc>
        <w:tc>
          <w:tcPr>
            <w:tcW w:w="0" w:type="auto"/>
            <w:shd w:val="clear" w:color="auto" w:fill="DBE5F1"/>
          </w:tcPr>
          <w:p w14:paraId="71CBC40D" w14:textId="77777777" w:rsidR="007A5E59" w:rsidRDefault="007A5E59"/>
        </w:tc>
        <w:tc>
          <w:tcPr>
            <w:tcW w:w="0" w:type="auto"/>
            <w:shd w:val="clear" w:color="auto" w:fill="DBE5F1"/>
          </w:tcPr>
          <w:p w14:paraId="312D0A4E" w14:textId="77777777" w:rsidR="007A5E59" w:rsidRDefault="007A5E59"/>
        </w:tc>
        <w:tc>
          <w:tcPr>
            <w:tcW w:w="0" w:type="auto"/>
            <w:shd w:val="clear" w:color="auto" w:fill="DBE5F1"/>
          </w:tcPr>
          <w:p w14:paraId="27F11540" w14:textId="77777777" w:rsidR="007A5E59" w:rsidRDefault="007A5E59"/>
        </w:tc>
        <w:tc>
          <w:tcPr>
            <w:tcW w:w="0" w:type="auto"/>
            <w:shd w:val="clear" w:color="auto" w:fill="DBE5F1"/>
          </w:tcPr>
          <w:p w14:paraId="66C8F397" w14:textId="77777777" w:rsidR="007A5E59" w:rsidRDefault="007A5E59"/>
        </w:tc>
        <w:tc>
          <w:tcPr>
            <w:tcW w:w="0" w:type="auto"/>
            <w:shd w:val="clear" w:color="auto" w:fill="DBE5F1"/>
          </w:tcPr>
          <w:p w14:paraId="4635E2AA" w14:textId="77777777" w:rsidR="007A5E59" w:rsidRDefault="007A5E59"/>
        </w:tc>
        <w:tc>
          <w:tcPr>
            <w:tcW w:w="0" w:type="auto"/>
            <w:shd w:val="clear" w:color="auto" w:fill="DBE5F1"/>
          </w:tcPr>
          <w:p w14:paraId="1C45626F" w14:textId="77777777" w:rsidR="007A5E59" w:rsidRDefault="007A5E59"/>
        </w:tc>
        <w:tc>
          <w:tcPr>
            <w:tcW w:w="0" w:type="auto"/>
            <w:shd w:val="clear" w:color="auto" w:fill="DBE5F1"/>
          </w:tcPr>
          <w:p w14:paraId="2CDE0B86" w14:textId="77777777" w:rsidR="007A5E59" w:rsidRDefault="007A5E59"/>
        </w:tc>
        <w:tc>
          <w:tcPr>
            <w:tcW w:w="0" w:type="auto"/>
            <w:shd w:val="clear" w:color="auto" w:fill="DBE5F1"/>
          </w:tcPr>
          <w:p w14:paraId="5D6CED4B" w14:textId="77777777" w:rsidR="007A5E59" w:rsidRDefault="007A5E59"/>
        </w:tc>
        <w:tc>
          <w:tcPr>
            <w:tcW w:w="0" w:type="auto"/>
            <w:shd w:val="clear" w:color="auto" w:fill="DBE5F1"/>
          </w:tcPr>
          <w:p w14:paraId="36D83961" w14:textId="77777777" w:rsidR="007A5E59" w:rsidRDefault="007A5E59"/>
        </w:tc>
        <w:tc>
          <w:tcPr>
            <w:tcW w:w="0" w:type="auto"/>
            <w:shd w:val="clear" w:color="auto" w:fill="DBE5F1"/>
          </w:tcPr>
          <w:p w14:paraId="201DFDA1" w14:textId="77777777" w:rsidR="007A5E59" w:rsidRDefault="007A5E59"/>
        </w:tc>
        <w:tc>
          <w:tcPr>
            <w:tcW w:w="0" w:type="auto"/>
            <w:shd w:val="clear" w:color="auto" w:fill="DBE5F1"/>
          </w:tcPr>
          <w:p w14:paraId="3997D697" w14:textId="77777777" w:rsidR="007A5E59" w:rsidRDefault="007A5E59"/>
        </w:tc>
        <w:tc>
          <w:tcPr>
            <w:tcW w:w="0" w:type="auto"/>
            <w:shd w:val="clear" w:color="auto" w:fill="DBE5F1"/>
          </w:tcPr>
          <w:p w14:paraId="1110352D" w14:textId="77777777" w:rsidR="007A5E59" w:rsidRDefault="007A5E59"/>
        </w:tc>
      </w:tr>
      <w:tr w:rsidR="007A5E59" w14:paraId="7A594DD2" w14:textId="77777777">
        <w:trPr>
          <w:jc w:val="center"/>
        </w:trPr>
        <w:tc>
          <w:tcPr>
            <w:tcW w:w="0" w:type="auto"/>
          </w:tcPr>
          <w:p w14:paraId="3D4D09C5" w14:textId="77777777" w:rsidR="007A5E59" w:rsidRPr="00312815" w:rsidRDefault="0095198F">
            <w:pPr>
              <w:rPr>
                <w:lang w:val="ru-RU"/>
              </w:rPr>
            </w:pPr>
            <w:r w:rsidRPr="00312815">
              <w:rPr>
                <w:lang w:val="ru-RU"/>
              </w:rPr>
              <w:t>Материальная характеристика, м² (2·</w:t>
            </w:r>
            <w:r>
              <w:t>S</w:t>
            </w:r>
            <w:r w:rsidRPr="00312815">
              <w:rPr>
                <w:lang w:val="ru-RU"/>
              </w:rPr>
              <w:t>/</w:t>
            </w:r>
            <w:r>
              <w:t>π</w:t>
            </w:r>
            <w:r w:rsidRPr="00312815">
              <w:rPr>
                <w:lang w:val="ru-RU"/>
              </w:rPr>
              <w:t>)</w:t>
            </w:r>
          </w:p>
        </w:tc>
        <w:tc>
          <w:tcPr>
            <w:tcW w:w="0" w:type="auto"/>
          </w:tcPr>
          <w:p w14:paraId="4F7CAD8C" w14:textId="77777777" w:rsidR="007A5E59" w:rsidRDefault="0095198F">
            <w:pPr>
              <w:jc w:val="center"/>
            </w:pPr>
            <w:r>
              <w:t>2 387,51</w:t>
            </w:r>
          </w:p>
        </w:tc>
        <w:tc>
          <w:tcPr>
            <w:tcW w:w="0" w:type="auto"/>
          </w:tcPr>
          <w:p w14:paraId="7D1AABAC" w14:textId="77777777" w:rsidR="007A5E59" w:rsidRDefault="007A5E59"/>
        </w:tc>
        <w:tc>
          <w:tcPr>
            <w:tcW w:w="0" w:type="auto"/>
          </w:tcPr>
          <w:p w14:paraId="0338E132" w14:textId="77777777" w:rsidR="007A5E59" w:rsidRDefault="007A5E59"/>
        </w:tc>
        <w:tc>
          <w:tcPr>
            <w:tcW w:w="0" w:type="auto"/>
          </w:tcPr>
          <w:p w14:paraId="3823EA72" w14:textId="77777777" w:rsidR="007A5E59" w:rsidRDefault="007A5E59"/>
        </w:tc>
        <w:tc>
          <w:tcPr>
            <w:tcW w:w="0" w:type="auto"/>
          </w:tcPr>
          <w:p w14:paraId="54E5E27E" w14:textId="77777777" w:rsidR="007A5E59" w:rsidRDefault="007A5E59"/>
        </w:tc>
        <w:tc>
          <w:tcPr>
            <w:tcW w:w="0" w:type="auto"/>
          </w:tcPr>
          <w:p w14:paraId="122EECC5" w14:textId="77777777" w:rsidR="007A5E59" w:rsidRDefault="007A5E59"/>
        </w:tc>
        <w:tc>
          <w:tcPr>
            <w:tcW w:w="0" w:type="auto"/>
          </w:tcPr>
          <w:p w14:paraId="2D3DF1BF" w14:textId="77777777" w:rsidR="007A5E59" w:rsidRDefault="007A5E59"/>
        </w:tc>
        <w:tc>
          <w:tcPr>
            <w:tcW w:w="0" w:type="auto"/>
          </w:tcPr>
          <w:p w14:paraId="3C6FFE5C" w14:textId="77777777" w:rsidR="007A5E59" w:rsidRDefault="007A5E59"/>
        </w:tc>
        <w:tc>
          <w:tcPr>
            <w:tcW w:w="0" w:type="auto"/>
          </w:tcPr>
          <w:p w14:paraId="2F7DDE53" w14:textId="77777777" w:rsidR="007A5E59" w:rsidRDefault="007A5E59"/>
        </w:tc>
        <w:tc>
          <w:tcPr>
            <w:tcW w:w="0" w:type="auto"/>
          </w:tcPr>
          <w:p w14:paraId="0AC6D3E6" w14:textId="77777777" w:rsidR="007A5E59" w:rsidRDefault="007A5E59"/>
        </w:tc>
        <w:tc>
          <w:tcPr>
            <w:tcW w:w="0" w:type="auto"/>
          </w:tcPr>
          <w:p w14:paraId="08BBC572" w14:textId="77777777" w:rsidR="007A5E59" w:rsidRDefault="007A5E59"/>
        </w:tc>
        <w:tc>
          <w:tcPr>
            <w:tcW w:w="0" w:type="auto"/>
          </w:tcPr>
          <w:p w14:paraId="2692644F" w14:textId="77777777" w:rsidR="007A5E59" w:rsidRDefault="007A5E59"/>
        </w:tc>
        <w:tc>
          <w:tcPr>
            <w:tcW w:w="0" w:type="auto"/>
          </w:tcPr>
          <w:p w14:paraId="591EDF86" w14:textId="77777777" w:rsidR="007A5E59" w:rsidRDefault="007A5E59"/>
        </w:tc>
        <w:tc>
          <w:tcPr>
            <w:tcW w:w="0" w:type="auto"/>
          </w:tcPr>
          <w:p w14:paraId="1071F3B2" w14:textId="77777777" w:rsidR="007A5E59" w:rsidRDefault="007A5E59"/>
        </w:tc>
        <w:tc>
          <w:tcPr>
            <w:tcW w:w="0" w:type="auto"/>
          </w:tcPr>
          <w:p w14:paraId="7E9EA93C" w14:textId="77777777" w:rsidR="007A5E59" w:rsidRDefault="007A5E59"/>
        </w:tc>
        <w:tc>
          <w:tcPr>
            <w:tcW w:w="0" w:type="auto"/>
          </w:tcPr>
          <w:p w14:paraId="27CF5E21" w14:textId="77777777" w:rsidR="007A5E59" w:rsidRDefault="007A5E59"/>
        </w:tc>
        <w:tc>
          <w:tcPr>
            <w:tcW w:w="0" w:type="auto"/>
          </w:tcPr>
          <w:p w14:paraId="595AF13A" w14:textId="77777777" w:rsidR="007A5E59" w:rsidRDefault="007A5E59"/>
        </w:tc>
        <w:tc>
          <w:tcPr>
            <w:tcW w:w="0" w:type="auto"/>
          </w:tcPr>
          <w:p w14:paraId="10E524BA" w14:textId="77777777" w:rsidR="007A5E59" w:rsidRDefault="007A5E59"/>
        </w:tc>
        <w:tc>
          <w:tcPr>
            <w:tcW w:w="0" w:type="auto"/>
          </w:tcPr>
          <w:p w14:paraId="41BEA134" w14:textId="77777777" w:rsidR="007A5E59" w:rsidRDefault="007A5E59"/>
        </w:tc>
        <w:tc>
          <w:tcPr>
            <w:tcW w:w="0" w:type="auto"/>
          </w:tcPr>
          <w:p w14:paraId="493B131E" w14:textId="77777777" w:rsidR="007A5E59" w:rsidRDefault="007A5E59"/>
        </w:tc>
      </w:tr>
      <w:tr w:rsidR="007A5E59" w:rsidRPr="00C07C05" w14:paraId="4B9EBD8A" w14:textId="77777777">
        <w:trPr>
          <w:jc w:val="center"/>
        </w:trPr>
        <w:tc>
          <w:tcPr>
            <w:tcW w:w="0" w:type="auto"/>
          </w:tcPr>
          <w:p w14:paraId="4F0B6F05" w14:textId="77777777" w:rsidR="007A5E59" w:rsidRPr="00312815" w:rsidRDefault="0095198F">
            <w:pPr>
              <w:rPr>
                <w:lang w:val="ru-RU"/>
              </w:rPr>
            </w:pPr>
            <w:r w:rsidRPr="00312815">
              <w:rPr>
                <w:lang w:val="ru-RU"/>
              </w:rPr>
              <w:t>БЛОК 4. Параметры, программа мероприятий и контроль</w:t>
            </w:r>
          </w:p>
        </w:tc>
        <w:tc>
          <w:tcPr>
            <w:tcW w:w="0" w:type="auto"/>
          </w:tcPr>
          <w:p w14:paraId="04AEE4DE" w14:textId="77777777" w:rsidR="007A5E59" w:rsidRPr="00312815" w:rsidRDefault="007A5E59">
            <w:pPr>
              <w:rPr>
                <w:lang w:val="ru-RU"/>
              </w:rPr>
            </w:pPr>
          </w:p>
        </w:tc>
        <w:tc>
          <w:tcPr>
            <w:tcW w:w="0" w:type="auto"/>
          </w:tcPr>
          <w:p w14:paraId="448EC827" w14:textId="77777777" w:rsidR="007A5E59" w:rsidRPr="00312815" w:rsidRDefault="007A5E59">
            <w:pPr>
              <w:rPr>
                <w:lang w:val="ru-RU"/>
              </w:rPr>
            </w:pPr>
          </w:p>
        </w:tc>
        <w:tc>
          <w:tcPr>
            <w:tcW w:w="0" w:type="auto"/>
          </w:tcPr>
          <w:p w14:paraId="34A16027" w14:textId="77777777" w:rsidR="007A5E59" w:rsidRPr="00312815" w:rsidRDefault="007A5E59">
            <w:pPr>
              <w:rPr>
                <w:lang w:val="ru-RU"/>
              </w:rPr>
            </w:pPr>
          </w:p>
        </w:tc>
        <w:tc>
          <w:tcPr>
            <w:tcW w:w="0" w:type="auto"/>
          </w:tcPr>
          <w:p w14:paraId="2DF285CC" w14:textId="77777777" w:rsidR="007A5E59" w:rsidRPr="00312815" w:rsidRDefault="007A5E59">
            <w:pPr>
              <w:rPr>
                <w:lang w:val="ru-RU"/>
              </w:rPr>
            </w:pPr>
          </w:p>
        </w:tc>
        <w:tc>
          <w:tcPr>
            <w:tcW w:w="0" w:type="auto"/>
          </w:tcPr>
          <w:p w14:paraId="4C039D7A" w14:textId="77777777" w:rsidR="007A5E59" w:rsidRPr="00312815" w:rsidRDefault="007A5E59">
            <w:pPr>
              <w:rPr>
                <w:lang w:val="ru-RU"/>
              </w:rPr>
            </w:pPr>
          </w:p>
        </w:tc>
        <w:tc>
          <w:tcPr>
            <w:tcW w:w="0" w:type="auto"/>
          </w:tcPr>
          <w:p w14:paraId="41BD3E44" w14:textId="77777777" w:rsidR="007A5E59" w:rsidRPr="00312815" w:rsidRDefault="007A5E59">
            <w:pPr>
              <w:rPr>
                <w:lang w:val="ru-RU"/>
              </w:rPr>
            </w:pPr>
          </w:p>
        </w:tc>
        <w:tc>
          <w:tcPr>
            <w:tcW w:w="0" w:type="auto"/>
          </w:tcPr>
          <w:p w14:paraId="140A9497" w14:textId="77777777" w:rsidR="007A5E59" w:rsidRPr="00312815" w:rsidRDefault="007A5E59">
            <w:pPr>
              <w:rPr>
                <w:lang w:val="ru-RU"/>
              </w:rPr>
            </w:pPr>
          </w:p>
        </w:tc>
        <w:tc>
          <w:tcPr>
            <w:tcW w:w="0" w:type="auto"/>
          </w:tcPr>
          <w:p w14:paraId="74F32F2E" w14:textId="77777777" w:rsidR="007A5E59" w:rsidRPr="00312815" w:rsidRDefault="007A5E59">
            <w:pPr>
              <w:rPr>
                <w:lang w:val="ru-RU"/>
              </w:rPr>
            </w:pPr>
          </w:p>
        </w:tc>
        <w:tc>
          <w:tcPr>
            <w:tcW w:w="0" w:type="auto"/>
          </w:tcPr>
          <w:p w14:paraId="3065FF1C" w14:textId="77777777" w:rsidR="007A5E59" w:rsidRPr="00312815" w:rsidRDefault="007A5E59">
            <w:pPr>
              <w:rPr>
                <w:lang w:val="ru-RU"/>
              </w:rPr>
            </w:pPr>
          </w:p>
        </w:tc>
        <w:tc>
          <w:tcPr>
            <w:tcW w:w="0" w:type="auto"/>
          </w:tcPr>
          <w:p w14:paraId="53F89157" w14:textId="77777777" w:rsidR="007A5E59" w:rsidRPr="00312815" w:rsidRDefault="007A5E59">
            <w:pPr>
              <w:rPr>
                <w:lang w:val="ru-RU"/>
              </w:rPr>
            </w:pPr>
          </w:p>
        </w:tc>
        <w:tc>
          <w:tcPr>
            <w:tcW w:w="0" w:type="auto"/>
          </w:tcPr>
          <w:p w14:paraId="01EC8AFB" w14:textId="77777777" w:rsidR="007A5E59" w:rsidRPr="00312815" w:rsidRDefault="007A5E59">
            <w:pPr>
              <w:rPr>
                <w:lang w:val="ru-RU"/>
              </w:rPr>
            </w:pPr>
          </w:p>
        </w:tc>
        <w:tc>
          <w:tcPr>
            <w:tcW w:w="0" w:type="auto"/>
          </w:tcPr>
          <w:p w14:paraId="6A9C6086" w14:textId="77777777" w:rsidR="007A5E59" w:rsidRPr="00312815" w:rsidRDefault="007A5E59">
            <w:pPr>
              <w:rPr>
                <w:lang w:val="ru-RU"/>
              </w:rPr>
            </w:pPr>
          </w:p>
        </w:tc>
        <w:tc>
          <w:tcPr>
            <w:tcW w:w="0" w:type="auto"/>
          </w:tcPr>
          <w:p w14:paraId="0C2FEE5E" w14:textId="77777777" w:rsidR="007A5E59" w:rsidRPr="00312815" w:rsidRDefault="007A5E59">
            <w:pPr>
              <w:rPr>
                <w:lang w:val="ru-RU"/>
              </w:rPr>
            </w:pPr>
          </w:p>
        </w:tc>
        <w:tc>
          <w:tcPr>
            <w:tcW w:w="0" w:type="auto"/>
          </w:tcPr>
          <w:p w14:paraId="25D85608" w14:textId="77777777" w:rsidR="007A5E59" w:rsidRPr="00312815" w:rsidRDefault="007A5E59">
            <w:pPr>
              <w:rPr>
                <w:lang w:val="ru-RU"/>
              </w:rPr>
            </w:pPr>
          </w:p>
        </w:tc>
        <w:tc>
          <w:tcPr>
            <w:tcW w:w="0" w:type="auto"/>
          </w:tcPr>
          <w:p w14:paraId="77692820" w14:textId="77777777" w:rsidR="007A5E59" w:rsidRPr="00312815" w:rsidRDefault="007A5E59">
            <w:pPr>
              <w:rPr>
                <w:lang w:val="ru-RU"/>
              </w:rPr>
            </w:pPr>
          </w:p>
        </w:tc>
        <w:tc>
          <w:tcPr>
            <w:tcW w:w="0" w:type="auto"/>
          </w:tcPr>
          <w:p w14:paraId="18354ECF" w14:textId="77777777" w:rsidR="007A5E59" w:rsidRPr="00312815" w:rsidRDefault="007A5E59">
            <w:pPr>
              <w:rPr>
                <w:lang w:val="ru-RU"/>
              </w:rPr>
            </w:pPr>
          </w:p>
        </w:tc>
        <w:tc>
          <w:tcPr>
            <w:tcW w:w="0" w:type="auto"/>
          </w:tcPr>
          <w:p w14:paraId="501D265A" w14:textId="77777777" w:rsidR="007A5E59" w:rsidRPr="00312815" w:rsidRDefault="007A5E59">
            <w:pPr>
              <w:rPr>
                <w:lang w:val="ru-RU"/>
              </w:rPr>
            </w:pPr>
          </w:p>
        </w:tc>
        <w:tc>
          <w:tcPr>
            <w:tcW w:w="0" w:type="auto"/>
          </w:tcPr>
          <w:p w14:paraId="09552BA8" w14:textId="77777777" w:rsidR="007A5E59" w:rsidRPr="00312815" w:rsidRDefault="007A5E59">
            <w:pPr>
              <w:rPr>
                <w:lang w:val="ru-RU"/>
              </w:rPr>
            </w:pPr>
          </w:p>
        </w:tc>
        <w:tc>
          <w:tcPr>
            <w:tcW w:w="0" w:type="auto"/>
          </w:tcPr>
          <w:p w14:paraId="23788128" w14:textId="77777777" w:rsidR="007A5E59" w:rsidRPr="00312815" w:rsidRDefault="007A5E59">
            <w:pPr>
              <w:rPr>
                <w:lang w:val="ru-RU"/>
              </w:rPr>
            </w:pPr>
          </w:p>
        </w:tc>
        <w:tc>
          <w:tcPr>
            <w:tcW w:w="0" w:type="auto"/>
          </w:tcPr>
          <w:p w14:paraId="60FFAD0D" w14:textId="77777777" w:rsidR="007A5E59" w:rsidRPr="00312815" w:rsidRDefault="007A5E59">
            <w:pPr>
              <w:rPr>
                <w:lang w:val="ru-RU"/>
              </w:rPr>
            </w:pPr>
          </w:p>
        </w:tc>
      </w:tr>
      <w:tr w:rsidR="007A5E59" w14:paraId="0A0F00F8" w14:textId="77777777">
        <w:trPr>
          <w:jc w:val="center"/>
        </w:trPr>
        <w:tc>
          <w:tcPr>
            <w:tcW w:w="0" w:type="auto"/>
          </w:tcPr>
          <w:p w14:paraId="23DA2D9A" w14:textId="77777777" w:rsidR="007A5E59" w:rsidRPr="00312815" w:rsidRDefault="0095198F">
            <w:pPr>
              <w:rPr>
                <w:lang w:val="ru-RU"/>
              </w:rPr>
            </w:pPr>
            <w:r w:rsidRPr="00312815">
              <w:rPr>
                <w:lang w:val="ru-RU"/>
              </w:rPr>
              <w:t>Принятый расчётный срок службы, лет</w:t>
            </w:r>
          </w:p>
        </w:tc>
        <w:tc>
          <w:tcPr>
            <w:tcW w:w="0" w:type="auto"/>
          </w:tcPr>
          <w:p w14:paraId="041437F4" w14:textId="77777777" w:rsidR="007A5E59" w:rsidRDefault="0095198F">
            <w:pPr>
              <w:jc w:val="center"/>
            </w:pPr>
            <w:r>
              <w:t>25,0</w:t>
            </w:r>
          </w:p>
        </w:tc>
        <w:tc>
          <w:tcPr>
            <w:tcW w:w="0" w:type="auto"/>
          </w:tcPr>
          <w:p w14:paraId="16B3384D" w14:textId="77777777" w:rsidR="007A5E59" w:rsidRDefault="007A5E59"/>
        </w:tc>
        <w:tc>
          <w:tcPr>
            <w:tcW w:w="0" w:type="auto"/>
          </w:tcPr>
          <w:p w14:paraId="74839F56" w14:textId="77777777" w:rsidR="007A5E59" w:rsidRDefault="007A5E59"/>
        </w:tc>
        <w:tc>
          <w:tcPr>
            <w:tcW w:w="0" w:type="auto"/>
          </w:tcPr>
          <w:p w14:paraId="78849D60" w14:textId="77777777" w:rsidR="007A5E59" w:rsidRDefault="007A5E59"/>
        </w:tc>
        <w:tc>
          <w:tcPr>
            <w:tcW w:w="0" w:type="auto"/>
          </w:tcPr>
          <w:p w14:paraId="129664E3" w14:textId="77777777" w:rsidR="007A5E59" w:rsidRDefault="007A5E59"/>
        </w:tc>
        <w:tc>
          <w:tcPr>
            <w:tcW w:w="0" w:type="auto"/>
          </w:tcPr>
          <w:p w14:paraId="2EA9196E" w14:textId="77777777" w:rsidR="007A5E59" w:rsidRDefault="007A5E59"/>
        </w:tc>
        <w:tc>
          <w:tcPr>
            <w:tcW w:w="0" w:type="auto"/>
          </w:tcPr>
          <w:p w14:paraId="284156F2" w14:textId="77777777" w:rsidR="007A5E59" w:rsidRDefault="007A5E59"/>
        </w:tc>
        <w:tc>
          <w:tcPr>
            <w:tcW w:w="0" w:type="auto"/>
          </w:tcPr>
          <w:p w14:paraId="6DB14E6A" w14:textId="77777777" w:rsidR="007A5E59" w:rsidRDefault="007A5E59"/>
        </w:tc>
        <w:tc>
          <w:tcPr>
            <w:tcW w:w="0" w:type="auto"/>
          </w:tcPr>
          <w:p w14:paraId="461A23CE" w14:textId="77777777" w:rsidR="007A5E59" w:rsidRDefault="007A5E59"/>
        </w:tc>
        <w:tc>
          <w:tcPr>
            <w:tcW w:w="0" w:type="auto"/>
          </w:tcPr>
          <w:p w14:paraId="73DC73DE" w14:textId="77777777" w:rsidR="007A5E59" w:rsidRDefault="007A5E59"/>
        </w:tc>
        <w:tc>
          <w:tcPr>
            <w:tcW w:w="0" w:type="auto"/>
          </w:tcPr>
          <w:p w14:paraId="6B560A46" w14:textId="77777777" w:rsidR="007A5E59" w:rsidRDefault="007A5E59"/>
        </w:tc>
        <w:tc>
          <w:tcPr>
            <w:tcW w:w="0" w:type="auto"/>
          </w:tcPr>
          <w:p w14:paraId="5ED51EBB" w14:textId="77777777" w:rsidR="007A5E59" w:rsidRDefault="007A5E59"/>
        </w:tc>
        <w:tc>
          <w:tcPr>
            <w:tcW w:w="0" w:type="auto"/>
          </w:tcPr>
          <w:p w14:paraId="3108DD27" w14:textId="77777777" w:rsidR="007A5E59" w:rsidRDefault="007A5E59"/>
        </w:tc>
        <w:tc>
          <w:tcPr>
            <w:tcW w:w="0" w:type="auto"/>
          </w:tcPr>
          <w:p w14:paraId="3C18E641" w14:textId="77777777" w:rsidR="007A5E59" w:rsidRDefault="007A5E59"/>
        </w:tc>
        <w:tc>
          <w:tcPr>
            <w:tcW w:w="0" w:type="auto"/>
          </w:tcPr>
          <w:p w14:paraId="22461139" w14:textId="77777777" w:rsidR="007A5E59" w:rsidRDefault="007A5E59"/>
        </w:tc>
        <w:tc>
          <w:tcPr>
            <w:tcW w:w="0" w:type="auto"/>
          </w:tcPr>
          <w:p w14:paraId="750F87BA" w14:textId="77777777" w:rsidR="007A5E59" w:rsidRDefault="007A5E59"/>
        </w:tc>
        <w:tc>
          <w:tcPr>
            <w:tcW w:w="0" w:type="auto"/>
          </w:tcPr>
          <w:p w14:paraId="6FD6EA78" w14:textId="77777777" w:rsidR="007A5E59" w:rsidRDefault="007A5E59"/>
        </w:tc>
        <w:tc>
          <w:tcPr>
            <w:tcW w:w="0" w:type="auto"/>
          </w:tcPr>
          <w:p w14:paraId="22EE0032" w14:textId="77777777" w:rsidR="007A5E59" w:rsidRDefault="007A5E59"/>
        </w:tc>
        <w:tc>
          <w:tcPr>
            <w:tcW w:w="0" w:type="auto"/>
          </w:tcPr>
          <w:p w14:paraId="1F8A48B8" w14:textId="77777777" w:rsidR="007A5E59" w:rsidRDefault="007A5E59"/>
        </w:tc>
        <w:tc>
          <w:tcPr>
            <w:tcW w:w="0" w:type="auto"/>
          </w:tcPr>
          <w:p w14:paraId="17148A6C" w14:textId="77777777" w:rsidR="007A5E59" w:rsidRDefault="007A5E59"/>
        </w:tc>
      </w:tr>
      <w:tr w:rsidR="007A5E59" w14:paraId="729CD587" w14:textId="77777777">
        <w:trPr>
          <w:jc w:val="center"/>
        </w:trPr>
        <w:tc>
          <w:tcPr>
            <w:tcW w:w="0" w:type="auto"/>
            <w:shd w:val="clear" w:color="auto" w:fill="DBE5F1"/>
          </w:tcPr>
          <w:p w14:paraId="7CA4D240" w14:textId="77777777" w:rsidR="007A5E59" w:rsidRDefault="0095198F">
            <w:r>
              <w:rPr>
                <w:b/>
              </w:rPr>
              <w:t>Всего участков в базе</w:t>
            </w:r>
          </w:p>
        </w:tc>
        <w:tc>
          <w:tcPr>
            <w:tcW w:w="0" w:type="auto"/>
            <w:shd w:val="clear" w:color="auto" w:fill="DBE5F1"/>
          </w:tcPr>
          <w:p w14:paraId="5A22EF3D" w14:textId="77777777" w:rsidR="007A5E59" w:rsidRDefault="0095198F">
            <w:pPr>
              <w:jc w:val="center"/>
            </w:pPr>
            <w:r>
              <w:rPr>
                <w:b/>
              </w:rPr>
              <w:t>136,0</w:t>
            </w:r>
          </w:p>
        </w:tc>
        <w:tc>
          <w:tcPr>
            <w:tcW w:w="0" w:type="auto"/>
            <w:shd w:val="clear" w:color="auto" w:fill="DBE5F1"/>
          </w:tcPr>
          <w:p w14:paraId="0940D918" w14:textId="77777777" w:rsidR="007A5E59" w:rsidRDefault="007A5E59"/>
        </w:tc>
        <w:tc>
          <w:tcPr>
            <w:tcW w:w="0" w:type="auto"/>
            <w:shd w:val="clear" w:color="auto" w:fill="DBE5F1"/>
          </w:tcPr>
          <w:p w14:paraId="17D530B5" w14:textId="77777777" w:rsidR="007A5E59" w:rsidRDefault="007A5E59"/>
        </w:tc>
        <w:tc>
          <w:tcPr>
            <w:tcW w:w="0" w:type="auto"/>
            <w:shd w:val="clear" w:color="auto" w:fill="DBE5F1"/>
          </w:tcPr>
          <w:p w14:paraId="68BA5210" w14:textId="77777777" w:rsidR="007A5E59" w:rsidRDefault="007A5E59"/>
        </w:tc>
        <w:tc>
          <w:tcPr>
            <w:tcW w:w="0" w:type="auto"/>
            <w:shd w:val="clear" w:color="auto" w:fill="DBE5F1"/>
          </w:tcPr>
          <w:p w14:paraId="4EEB2680" w14:textId="77777777" w:rsidR="007A5E59" w:rsidRDefault="007A5E59"/>
        </w:tc>
        <w:tc>
          <w:tcPr>
            <w:tcW w:w="0" w:type="auto"/>
            <w:shd w:val="clear" w:color="auto" w:fill="DBE5F1"/>
          </w:tcPr>
          <w:p w14:paraId="2E30CB8D" w14:textId="77777777" w:rsidR="007A5E59" w:rsidRDefault="007A5E59"/>
        </w:tc>
        <w:tc>
          <w:tcPr>
            <w:tcW w:w="0" w:type="auto"/>
            <w:shd w:val="clear" w:color="auto" w:fill="DBE5F1"/>
          </w:tcPr>
          <w:p w14:paraId="20FDABE7" w14:textId="77777777" w:rsidR="007A5E59" w:rsidRDefault="007A5E59"/>
        </w:tc>
        <w:tc>
          <w:tcPr>
            <w:tcW w:w="0" w:type="auto"/>
            <w:shd w:val="clear" w:color="auto" w:fill="DBE5F1"/>
          </w:tcPr>
          <w:p w14:paraId="3EB881ED" w14:textId="77777777" w:rsidR="007A5E59" w:rsidRDefault="007A5E59"/>
        </w:tc>
        <w:tc>
          <w:tcPr>
            <w:tcW w:w="0" w:type="auto"/>
            <w:shd w:val="clear" w:color="auto" w:fill="DBE5F1"/>
          </w:tcPr>
          <w:p w14:paraId="475D461A" w14:textId="77777777" w:rsidR="007A5E59" w:rsidRDefault="007A5E59"/>
        </w:tc>
        <w:tc>
          <w:tcPr>
            <w:tcW w:w="0" w:type="auto"/>
            <w:shd w:val="clear" w:color="auto" w:fill="DBE5F1"/>
          </w:tcPr>
          <w:p w14:paraId="60572797" w14:textId="77777777" w:rsidR="007A5E59" w:rsidRDefault="007A5E59"/>
        </w:tc>
        <w:tc>
          <w:tcPr>
            <w:tcW w:w="0" w:type="auto"/>
            <w:shd w:val="clear" w:color="auto" w:fill="DBE5F1"/>
          </w:tcPr>
          <w:p w14:paraId="0A96A506" w14:textId="77777777" w:rsidR="007A5E59" w:rsidRDefault="007A5E59"/>
        </w:tc>
        <w:tc>
          <w:tcPr>
            <w:tcW w:w="0" w:type="auto"/>
            <w:shd w:val="clear" w:color="auto" w:fill="DBE5F1"/>
          </w:tcPr>
          <w:p w14:paraId="50459080" w14:textId="77777777" w:rsidR="007A5E59" w:rsidRDefault="007A5E59"/>
        </w:tc>
        <w:tc>
          <w:tcPr>
            <w:tcW w:w="0" w:type="auto"/>
            <w:shd w:val="clear" w:color="auto" w:fill="DBE5F1"/>
          </w:tcPr>
          <w:p w14:paraId="17C5569E" w14:textId="77777777" w:rsidR="007A5E59" w:rsidRDefault="007A5E59"/>
        </w:tc>
        <w:tc>
          <w:tcPr>
            <w:tcW w:w="0" w:type="auto"/>
            <w:shd w:val="clear" w:color="auto" w:fill="DBE5F1"/>
          </w:tcPr>
          <w:p w14:paraId="0898B641" w14:textId="77777777" w:rsidR="007A5E59" w:rsidRDefault="007A5E59"/>
        </w:tc>
        <w:tc>
          <w:tcPr>
            <w:tcW w:w="0" w:type="auto"/>
            <w:shd w:val="clear" w:color="auto" w:fill="DBE5F1"/>
          </w:tcPr>
          <w:p w14:paraId="6594A0B2" w14:textId="77777777" w:rsidR="007A5E59" w:rsidRDefault="007A5E59"/>
        </w:tc>
        <w:tc>
          <w:tcPr>
            <w:tcW w:w="0" w:type="auto"/>
            <w:shd w:val="clear" w:color="auto" w:fill="DBE5F1"/>
          </w:tcPr>
          <w:p w14:paraId="11E5B8A4" w14:textId="77777777" w:rsidR="007A5E59" w:rsidRDefault="007A5E59"/>
        </w:tc>
        <w:tc>
          <w:tcPr>
            <w:tcW w:w="0" w:type="auto"/>
            <w:shd w:val="clear" w:color="auto" w:fill="DBE5F1"/>
          </w:tcPr>
          <w:p w14:paraId="34E9153D" w14:textId="77777777" w:rsidR="007A5E59" w:rsidRDefault="007A5E59"/>
        </w:tc>
        <w:tc>
          <w:tcPr>
            <w:tcW w:w="0" w:type="auto"/>
            <w:shd w:val="clear" w:color="auto" w:fill="DBE5F1"/>
          </w:tcPr>
          <w:p w14:paraId="6CE09EB2" w14:textId="77777777" w:rsidR="007A5E59" w:rsidRDefault="007A5E59"/>
        </w:tc>
        <w:tc>
          <w:tcPr>
            <w:tcW w:w="0" w:type="auto"/>
            <w:shd w:val="clear" w:color="auto" w:fill="DBE5F1"/>
          </w:tcPr>
          <w:p w14:paraId="00351532" w14:textId="77777777" w:rsidR="007A5E59" w:rsidRDefault="007A5E59"/>
        </w:tc>
        <w:tc>
          <w:tcPr>
            <w:tcW w:w="0" w:type="auto"/>
            <w:shd w:val="clear" w:color="auto" w:fill="DBE5F1"/>
          </w:tcPr>
          <w:p w14:paraId="0F7ABC77" w14:textId="77777777" w:rsidR="007A5E59" w:rsidRDefault="007A5E59"/>
        </w:tc>
      </w:tr>
      <w:tr w:rsidR="007A5E59" w14:paraId="18779D8B" w14:textId="77777777">
        <w:trPr>
          <w:jc w:val="center"/>
        </w:trPr>
        <w:tc>
          <w:tcPr>
            <w:tcW w:w="0" w:type="auto"/>
          </w:tcPr>
          <w:p w14:paraId="05B8A260" w14:textId="77777777" w:rsidR="007A5E59" w:rsidRPr="00312815" w:rsidRDefault="0095198F">
            <w:pPr>
              <w:rPr>
                <w:lang w:val="ru-RU"/>
              </w:rPr>
            </w:pPr>
            <w:r w:rsidRPr="00312815">
              <w:rPr>
                <w:lang w:val="ru-RU"/>
              </w:rPr>
              <w:t>Участков вне горизонта 2026–2036 (год ввода 2012 и позднее)</w:t>
            </w:r>
          </w:p>
        </w:tc>
        <w:tc>
          <w:tcPr>
            <w:tcW w:w="0" w:type="auto"/>
          </w:tcPr>
          <w:p w14:paraId="1739EC02" w14:textId="77777777" w:rsidR="007A5E59" w:rsidRDefault="0095198F">
            <w:pPr>
              <w:jc w:val="center"/>
            </w:pPr>
            <w:r>
              <w:t>22,0</w:t>
            </w:r>
          </w:p>
        </w:tc>
        <w:tc>
          <w:tcPr>
            <w:tcW w:w="0" w:type="auto"/>
          </w:tcPr>
          <w:p w14:paraId="241FC5DF" w14:textId="77777777" w:rsidR="007A5E59" w:rsidRDefault="007A5E59"/>
        </w:tc>
        <w:tc>
          <w:tcPr>
            <w:tcW w:w="0" w:type="auto"/>
          </w:tcPr>
          <w:p w14:paraId="71F6B7E0" w14:textId="77777777" w:rsidR="007A5E59" w:rsidRDefault="007A5E59"/>
        </w:tc>
        <w:tc>
          <w:tcPr>
            <w:tcW w:w="0" w:type="auto"/>
          </w:tcPr>
          <w:p w14:paraId="20F9119A" w14:textId="77777777" w:rsidR="007A5E59" w:rsidRDefault="007A5E59"/>
        </w:tc>
        <w:tc>
          <w:tcPr>
            <w:tcW w:w="0" w:type="auto"/>
          </w:tcPr>
          <w:p w14:paraId="0E24F2ED" w14:textId="77777777" w:rsidR="007A5E59" w:rsidRDefault="007A5E59"/>
        </w:tc>
        <w:tc>
          <w:tcPr>
            <w:tcW w:w="0" w:type="auto"/>
          </w:tcPr>
          <w:p w14:paraId="3A88277E" w14:textId="77777777" w:rsidR="007A5E59" w:rsidRDefault="007A5E59"/>
        </w:tc>
        <w:tc>
          <w:tcPr>
            <w:tcW w:w="0" w:type="auto"/>
          </w:tcPr>
          <w:p w14:paraId="145FEBDC" w14:textId="77777777" w:rsidR="007A5E59" w:rsidRDefault="007A5E59"/>
        </w:tc>
        <w:tc>
          <w:tcPr>
            <w:tcW w:w="0" w:type="auto"/>
          </w:tcPr>
          <w:p w14:paraId="3EE81DA8" w14:textId="77777777" w:rsidR="007A5E59" w:rsidRDefault="007A5E59"/>
        </w:tc>
        <w:tc>
          <w:tcPr>
            <w:tcW w:w="0" w:type="auto"/>
          </w:tcPr>
          <w:p w14:paraId="69C67B7D" w14:textId="77777777" w:rsidR="007A5E59" w:rsidRDefault="007A5E59"/>
        </w:tc>
        <w:tc>
          <w:tcPr>
            <w:tcW w:w="0" w:type="auto"/>
          </w:tcPr>
          <w:p w14:paraId="7E7C52DB" w14:textId="77777777" w:rsidR="007A5E59" w:rsidRDefault="007A5E59"/>
        </w:tc>
        <w:tc>
          <w:tcPr>
            <w:tcW w:w="0" w:type="auto"/>
          </w:tcPr>
          <w:p w14:paraId="0283A3B5" w14:textId="77777777" w:rsidR="007A5E59" w:rsidRDefault="007A5E59"/>
        </w:tc>
        <w:tc>
          <w:tcPr>
            <w:tcW w:w="0" w:type="auto"/>
          </w:tcPr>
          <w:p w14:paraId="0F2C0BE2" w14:textId="77777777" w:rsidR="007A5E59" w:rsidRDefault="007A5E59"/>
        </w:tc>
        <w:tc>
          <w:tcPr>
            <w:tcW w:w="0" w:type="auto"/>
          </w:tcPr>
          <w:p w14:paraId="27D08844" w14:textId="77777777" w:rsidR="007A5E59" w:rsidRDefault="007A5E59"/>
        </w:tc>
        <w:tc>
          <w:tcPr>
            <w:tcW w:w="0" w:type="auto"/>
          </w:tcPr>
          <w:p w14:paraId="060854CD" w14:textId="77777777" w:rsidR="007A5E59" w:rsidRDefault="007A5E59"/>
        </w:tc>
        <w:tc>
          <w:tcPr>
            <w:tcW w:w="0" w:type="auto"/>
          </w:tcPr>
          <w:p w14:paraId="08A9E384" w14:textId="77777777" w:rsidR="007A5E59" w:rsidRDefault="007A5E59"/>
        </w:tc>
        <w:tc>
          <w:tcPr>
            <w:tcW w:w="0" w:type="auto"/>
          </w:tcPr>
          <w:p w14:paraId="7889E46A" w14:textId="77777777" w:rsidR="007A5E59" w:rsidRDefault="007A5E59"/>
        </w:tc>
        <w:tc>
          <w:tcPr>
            <w:tcW w:w="0" w:type="auto"/>
          </w:tcPr>
          <w:p w14:paraId="5D0CAFD1" w14:textId="77777777" w:rsidR="007A5E59" w:rsidRDefault="007A5E59"/>
        </w:tc>
        <w:tc>
          <w:tcPr>
            <w:tcW w:w="0" w:type="auto"/>
          </w:tcPr>
          <w:p w14:paraId="4AC1C1C3" w14:textId="77777777" w:rsidR="007A5E59" w:rsidRDefault="007A5E59"/>
        </w:tc>
        <w:tc>
          <w:tcPr>
            <w:tcW w:w="0" w:type="auto"/>
          </w:tcPr>
          <w:p w14:paraId="063331B5" w14:textId="77777777" w:rsidR="007A5E59" w:rsidRDefault="007A5E59"/>
        </w:tc>
        <w:tc>
          <w:tcPr>
            <w:tcW w:w="0" w:type="auto"/>
          </w:tcPr>
          <w:p w14:paraId="75069463" w14:textId="77777777" w:rsidR="007A5E59" w:rsidRDefault="007A5E59"/>
        </w:tc>
      </w:tr>
      <w:tr w:rsidR="007A5E59" w14:paraId="6A51DD28" w14:textId="77777777">
        <w:trPr>
          <w:jc w:val="center"/>
        </w:trPr>
        <w:tc>
          <w:tcPr>
            <w:tcW w:w="0" w:type="auto"/>
          </w:tcPr>
          <w:p w14:paraId="3FE38F79" w14:textId="77777777" w:rsidR="007A5E59" w:rsidRPr="00312815" w:rsidRDefault="0095198F">
            <w:pPr>
              <w:rPr>
                <w:lang w:val="ru-RU"/>
              </w:rPr>
            </w:pPr>
            <w:r w:rsidRPr="00312815">
              <w:rPr>
                <w:lang w:val="ru-RU"/>
              </w:rPr>
              <w:t>Под замену по программе мероприятий 2026, м</w:t>
            </w:r>
          </w:p>
        </w:tc>
        <w:tc>
          <w:tcPr>
            <w:tcW w:w="0" w:type="auto"/>
          </w:tcPr>
          <w:p w14:paraId="1803F4B8" w14:textId="77777777" w:rsidR="007A5E59" w:rsidRDefault="0095198F">
            <w:pPr>
              <w:jc w:val="center"/>
            </w:pPr>
            <w:r>
              <w:t>0,0</w:t>
            </w:r>
          </w:p>
        </w:tc>
        <w:tc>
          <w:tcPr>
            <w:tcW w:w="0" w:type="auto"/>
          </w:tcPr>
          <w:p w14:paraId="6ACFEF90" w14:textId="77777777" w:rsidR="007A5E59" w:rsidRDefault="007A5E59"/>
        </w:tc>
        <w:tc>
          <w:tcPr>
            <w:tcW w:w="0" w:type="auto"/>
          </w:tcPr>
          <w:p w14:paraId="46265468" w14:textId="77777777" w:rsidR="007A5E59" w:rsidRDefault="007A5E59"/>
        </w:tc>
        <w:tc>
          <w:tcPr>
            <w:tcW w:w="0" w:type="auto"/>
          </w:tcPr>
          <w:p w14:paraId="4781059A" w14:textId="77777777" w:rsidR="007A5E59" w:rsidRDefault="007A5E59"/>
        </w:tc>
        <w:tc>
          <w:tcPr>
            <w:tcW w:w="0" w:type="auto"/>
          </w:tcPr>
          <w:p w14:paraId="3BC0CD65" w14:textId="77777777" w:rsidR="007A5E59" w:rsidRDefault="007A5E59"/>
        </w:tc>
        <w:tc>
          <w:tcPr>
            <w:tcW w:w="0" w:type="auto"/>
          </w:tcPr>
          <w:p w14:paraId="6E947D78" w14:textId="77777777" w:rsidR="007A5E59" w:rsidRDefault="007A5E59"/>
        </w:tc>
        <w:tc>
          <w:tcPr>
            <w:tcW w:w="0" w:type="auto"/>
          </w:tcPr>
          <w:p w14:paraId="519E665E" w14:textId="77777777" w:rsidR="007A5E59" w:rsidRDefault="007A5E59"/>
        </w:tc>
        <w:tc>
          <w:tcPr>
            <w:tcW w:w="0" w:type="auto"/>
          </w:tcPr>
          <w:p w14:paraId="44CA1511" w14:textId="77777777" w:rsidR="007A5E59" w:rsidRDefault="007A5E59"/>
        </w:tc>
        <w:tc>
          <w:tcPr>
            <w:tcW w:w="0" w:type="auto"/>
          </w:tcPr>
          <w:p w14:paraId="1796FCC1" w14:textId="77777777" w:rsidR="007A5E59" w:rsidRDefault="007A5E59"/>
        </w:tc>
        <w:tc>
          <w:tcPr>
            <w:tcW w:w="0" w:type="auto"/>
          </w:tcPr>
          <w:p w14:paraId="166B27D8" w14:textId="77777777" w:rsidR="007A5E59" w:rsidRDefault="007A5E59"/>
        </w:tc>
        <w:tc>
          <w:tcPr>
            <w:tcW w:w="0" w:type="auto"/>
          </w:tcPr>
          <w:p w14:paraId="27E457FF" w14:textId="77777777" w:rsidR="007A5E59" w:rsidRDefault="007A5E59"/>
        </w:tc>
        <w:tc>
          <w:tcPr>
            <w:tcW w:w="0" w:type="auto"/>
          </w:tcPr>
          <w:p w14:paraId="7E1092E5" w14:textId="77777777" w:rsidR="007A5E59" w:rsidRDefault="007A5E59"/>
        </w:tc>
        <w:tc>
          <w:tcPr>
            <w:tcW w:w="0" w:type="auto"/>
          </w:tcPr>
          <w:p w14:paraId="5CE06369" w14:textId="77777777" w:rsidR="007A5E59" w:rsidRDefault="007A5E59"/>
        </w:tc>
        <w:tc>
          <w:tcPr>
            <w:tcW w:w="0" w:type="auto"/>
          </w:tcPr>
          <w:p w14:paraId="275295AD" w14:textId="77777777" w:rsidR="007A5E59" w:rsidRDefault="007A5E59"/>
        </w:tc>
        <w:tc>
          <w:tcPr>
            <w:tcW w:w="0" w:type="auto"/>
          </w:tcPr>
          <w:p w14:paraId="2644E238" w14:textId="77777777" w:rsidR="007A5E59" w:rsidRDefault="007A5E59"/>
        </w:tc>
        <w:tc>
          <w:tcPr>
            <w:tcW w:w="0" w:type="auto"/>
          </w:tcPr>
          <w:p w14:paraId="3BA7460D" w14:textId="77777777" w:rsidR="007A5E59" w:rsidRDefault="007A5E59"/>
        </w:tc>
        <w:tc>
          <w:tcPr>
            <w:tcW w:w="0" w:type="auto"/>
          </w:tcPr>
          <w:p w14:paraId="1B37340C" w14:textId="77777777" w:rsidR="007A5E59" w:rsidRDefault="007A5E59"/>
        </w:tc>
        <w:tc>
          <w:tcPr>
            <w:tcW w:w="0" w:type="auto"/>
          </w:tcPr>
          <w:p w14:paraId="2FD4633D" w14:textId="77777777" w:rsidR="007A5E59" w:rsidRDefault="007A5E59"/>
        </w:tc>
        <w:tc>
          <w:tcPr>
            <w:tcW w:w="0" w:type="auto"/>
          </w:tcPr>
          <w:p w14:paraId="01EFDB74" w14:textId="77777777" w:rsidR="007A5E59" w:rsidRDefault="007A5E59"/>
        </w:tc>
        <w:tc>
          <w:tcPr>
            <w:tcW w:w="0" w:type="auto"/>
          </w:tcPr>
          <w:p w14:paraId="69C29EC5" w14:textId="77777777" w:rsidR="007A5E59" w:rsidRDefault="007A5E59"/>
        </w:tc>
      </w:tr>
      <w:tr w:rsidR="007A5E59" w14:paraId="0CD18572" w14:textId="77777777">
        <w:trPr>
          <w:jc w:val="center"/>
        </w:trPr>
        <w:tc>
          <w:tcPr>
            <w:tcW w:w="0" w:type="auto"/>
          </w:tcPr>
          <w:p w14:paraId="619E4675" w14:textId="77777777" w:rsidR="007A5E59" w:rsidRPr="00312815" w:rsidRDefault="0095198F">
            <w:pPr>
              <w:rPr>
                <w:lang w:val="ru-RU"/>
              </w:rPr>
            </w:pPr>
            <w:r w:rsidRPr="00312815">
              <w:rPr>
                <w:lang w:val="ru-RU"/>
              </w:rPr>
              <w:t>Новое строительство по программе 2026, м</w:t>
            </w:r>
          </w:p>
        </w:tc>
        <w:tc>
          <w:tcPr>
            <w:tcW w:w="0" w:type="auto"/>
          </w:tcPr>
          <w:p w14:paraId="1001EB2C" w14:textId="77777777" w:rsidR="007A5E59" w:rsidRDefault="0095198F">
            <w:pPr>
              <w:jc w:val="center"/>
            </w:pPr>
            <w:r>
              <w:t>60,0</w:t>
            </w:r>
          </w:p>
        </w:tc>
        <w:tc>
          <w:tcPr>
            <w:tcW w:w="0" w:type="auto"/>
          </w:tcPr>
          <w:p w14:paraId="34A7A358" w14:textId="77777777" w:rsidR="007A5E59" w:rsidRDefault="007A5E59"/>
        </w:tc>
        <w:tc>
          <w:tcPr>
            <w:tcW w:w="0" w:type="auto"/>
          </w:tcPr>
          <w:p w14:paraId="1E322ED4" w14:textId="77777777" w:rsidR="007A5E59" w:rsidRDefault="007A5E59"/>
        </w:tc>
        <w:tc>
          <w:tcPr>
            <w:tcW w:w="0" w:type="auto"/>
          </w:tcPr>
          <w:p w14:paraId="063B35EA" w14:textId="77777777" w:rsidR="007A5E59" w:rsidRDefault="007A5E59"/>
        </w:tc>
        <w:tc>
          <w:tcPr>
            <w:tcW w:w="0" w:type="auto"/>
          </w:tcPr>
          <w:p w14:paraId="288FFCA5" w14:textId="77777777" w:rsidR="007A5E59" w:rsidRDefault="007A5E59"/>
        </w:tc>
        <w:tc>
          <w:tcPr>
            <w:tcW w:w="0" w:type="auto"/>
          </w:tcPr>
          <w:p w14:paraId="36DC06FB" w14:textId="77777777" w:rsidR="007A5E59" w:rsidRDefault="007A5E59"/>
        </w:tc>
        <w:tc>
          <w:tcPr>
            <w:tcW w:w="0" w:type="auto"/>
          </w:tcPr>
          <w:p w14:paraId="32049823" w14:textId="77777777" w:rsidR="007A5E59" w:rsidRDefault="007A5E59"/>
        </w:tc>
        <w:tc>
          <w:tcPr>
            <w:tcW w:w="0" w:type="auto"/>
          </w:tcPr>
          <w:p w14:paraId="754D3F18" w14:textId="77777777" w:rsidR="007A5E59" w:rsidRDefault="007A5E59"/>
        </w:tc>
        <w:tc>
          <w:tcPr>
            <w:tcW w:w="0" w:type="auto"/>
          </w:tcPr>
          <w:p w14:paraId="2F7A6764" w14:textId="77777777" w:rsidR="007A5E59" w:rsidRDefault="007A5E59"/>
        </w:tc>
        <w:tc>
          <w:tcPr>
            <w:tcW w:w="0" w:type="auto"/>
          </w:tcPr>
          <w:p w14:paraId="05DD41EC" w14:textId="77777777" w:rsidR="007A5E59" w:rsidRDefault="007A5E59"/>
        </w:tc>
        <w:tc>
          <w:tcPr>
            <w:tcW w:w="0" w:type="auto"/>
          </w:tcPr>
          <w:p w14:paraId="14369F01" w14:textId="77777777" w:rsidR="007A5E59" w:rsidRDefault="007A5E59"/>
        </w:tc>
        <w:tc>
          <w:tcPr>
            <w:tcW w:w="0" w:type="auto"/>
          </w:tcPr>
          <w:p w14:paraId="0E7E998C" w14:textId="77777777" w:rsidR="007A5E59" w:rsidRDefault="007A5E59"/>
        </w:tc>
        <w:tc>
          <w:tcPr>
            <w:tcW w:w="0" w:type="auto"/>
          </w:tcPr>
          <w:p w14:paraId="29D53B78" w14:textId="77777777" w:rsidR="007A5E59" w:rsidRDefault="007A5E59"/>
        </w:tc>
        <w:tc>
          <w:tcPr>
            <w:tcW w:w="0" w:type="auto"/>
          </w:tcPr>
          <w:p w14:paraId="7457397E" w14:textId="77777777" w:rsidR="007A5E59" w:rsidRDefault="007A5E59"/>
        </w:tc>
        <w:tc>
          <w:tcPr>
            <w:tcW w:w="0" w:type="auto"/>
          </w:tcPr>
          <w:p w14:paraId="51457AE0" w14:textId="77777777" w:rsidR="007A5E59" w:rsidRDefault="007A5E59"/>
        </w:tc>
        <w:tc>
          <w:tcPr>
            <w:tcW w:w="0" w:type="auto"/>
          </w:tcPr>
          <w:p w14:paraId="7187D6FD" w14:textId="77777777" w:rsidR="007A5E59" w:rsidRDefault="007A5E59"/>
        </w:tc>
        <w:tc>
          <w:tcPr>
            <w:tcW w:w="0" w:type="auto"/>
          </w:tcPr>
          <w:p w14:paraId="034F8C2B" w14:textId="77777777" w:rsidR="007A5E59" w:rsidRDefault="007A5E59"/>
        </w:tc>
        <w:tc>
          <w:tcPr>
            <w:tcW w:w="0" w:type="auto"/>
          </w:tcPr>
          <w:p w14:paraId="1DC10299" w14:textId="77777777" w:rsidR="007A5E59" w:rsidRDefault="007A5E59"/>
        </w:tc>
        <w:tc>
          <w:tcPr>
            <w:tcW w:w="0" w:type="auto"/>
          </w:tcPr>
          <w:p w14:paraId="108D6B2C" w14:textId="77777777" w:rsidR="007A5E59" w:rsidRDefault="007A5E59"/>
        </w:tc>
        <w:tc>
          <w:tcPr>
            <w:tcW w:w="0" w:type="auto"/>
          </w:tcPr>
          <w:p w14:paraId="1C553B52" w14:textId="77777777" w:rsidR="007A5E59" w:rsidRDefault="007A5E59"/>
        </w:tc>
      </w:tr>
      <w:tr w:rsidR="007A5E59" w14:paraId="4AA5FB53" w14:textId="77777777">
        <w:trPr>
          <w:jc w:val="center"/>
        </w:trPr>
        <w:tc>
          <w:tcPr>
            <w:tcW w:w="0" w:type="auto"/>
          </w:tcPr>
          <w:p w14:paraId="5CF912EC" w14:textId="77777777" w:rsidR="007A5E59" w:rsidRPr="00312815" w:rsidRDefault="0095198F">
            <w:pPr>
              <w:rPr>
                <w:lang w:val="ru-RU"/>
              </w:rPr>
            </w:pPr>
            <w:r w:rsidRPr="00312815">
              <w:rPr>
                <w:lang w:val="ru-RU"/>
              </w:rPr>
              <w:t>Стоимость мероприятий по программе 2026, тыс. руб.</w:t>
            </w:r>
          </w:p>
        </w:tc>
        <w:tc>
          <w:tcPr>
            <w:tcW w:w="0" w:type="auto"/>
          </w:tcPr>
          <w:p w14:paraId="5A57BD87" w14:textId="77777777" w:rsidR="007A5E59" w:rsidRDefault="0095198F">
            <w:pPr>
              <w:jc w:val="center"/>
            </w:pPr>
            <w:r>
              <w:t>894,0</w:t>
            </w:r>
          </w:p>
        </w:tc>
        <w:tc>
          <w:tcPr>
            <w:tcW w:w="0" w:type="auto"/>
          </w:tcPr>
          <w:p w14:paraId="730EBD0E" w14:textId="77777777" w:rsidR="007A5E59" w:rsidRDefault="007A5E59"/>
        </w:tc>
        <w:tc>
          <w:tcPr>
            <w:tcW w:w="0" w:type="auto"/>
          </w:tcPr>
          <w:p w14:paraId="1777BA33" w14:textId="77777777" w:rsidR="007A5E59" w:rsidRDefault="007A5E59"/>
        </w:tc>
        <w:tc>
          <w:tcPr>
            <w:tcW w:w="0" w:type="auto"/>
          </w:tcPr>
          <w:p w14:paraId="672EF098" w14:textId="77777777" w:rsidR="007A5E59" w:rsidRDefault="007A5E59"/>
        </w:tc>
        <w:tc>
          <w:tcPr>
            <w:tcW w:w="0" w:type="auto"/>
          </w:tcPr>
          <w:p w14:paraId="0ED0EEA8" w14:textId="77777777" w:rsidR="007A5E59" w:rsidRDefault="007A5E59"/>
        </w:tc>
        <w:tc>
          <w:tcPr>
            <w:tcW w:w="0" w:type="auto"/>
          </w:tcPr>
          <w:p w14:paraId="00606B0B" w14:textId="77777777" w:rsidR="007A5E59" w:rsidRDefault="007A5E59"/>
        </w:tc>
        <w:tc>
          <w:tcPr>
            <w:tcW w:w="0" w:type="auto"/>
          </w:tcPr>
          <w:p w14:paraId="0DF72777" w14:textId="77777777" w:rsidR="007A5E59" w:rsidRDefault="007A5E59"/>
        </w:tc>
        <w:tc>
          <w:tcPr>
            <w:tcW w:w="0" w:type="auto"/>
          </w:tcPr>
          <w:p w14:paraId="5DB1C8FC" w14:textId="77777777" w:rsidR="007A5E59" w:rsidRDefault="007A5E59"/>
        </w:tc>
        <w:tc>
          <w:tcPr>
            <w:tcW w:w="0" w:type="auto"/>
          </w:tcPr>
          <w:p w14:paraId="08786212" w14:textId="77777777" w:rsidR="007A5E59" w:rsidRDefault="007A5E59"/>
        </w:tc>
        <w:tc>
          <w:tcPr>
            <w:tcW w:w="0" w:type="auto"/>
          </w:tcPr>
          <w:p w14:paraId="0D56EF29" w14:textId="77777777" w:rsidR="007A5E59" w:rsidRDefault="007A5E59"/>
        </w:tc>
        <w:tc>
          <w:tcPr>
            <w:tcW w:w="0" w:type="auto"/>
          </w:tcPr>
          <w:p w14:paraId="5B21A839" w14:textId="77777777" w:rsidR="007A5E59" w:rsidRDefault="007A5E59"/>
        </w:tc>
        <w:tc>
          <w:tcPr>
            <w:tcW w:w="0" w:type="auto"/>
          </w:tcPr>
          <w:p w14:paraId="353F729E" w14:textId="77777777" w:rsidR="007A5E59" w:rsidRDefault="007A5E59"/>
        </w:tc>
        <w:tc>
          <w:tcPr>
            <w:tcW w:w="0" w:type="auto"/>
          </w:tcPr>
          <w:p w14:paraId="5E1CDE0E" w14:textId="77777777" w:rsidR="007A5E59" w:rsidRDefault="007A5E59"/>
        </w:tc>
        <w:tc>
          <w:tcPr>
            <w:tcW w:w="0" w:type="auto"/>
          </w:tcPr>
          <w:p w14:paraId="147FA3F1" w14:textId="77777777" w:rsidR="007A5E59" w:rsidRDefault="007A5E59"/>
        </w:tc>
        <w:tc>
          <w:tcPr>
            <w:tcW w:w="0" w:type="auto"/>
          </w:tcPr>
          <w:p w14:paraId="7FC11AC1" w14:textId="77777777" w:rsidR="007A5E59" w:rsidRDefault="007A5E59"/>
        </w:tc>
        <w:tc>
          <w:tcPr>
            <w:tcW w:w="0" w:type="auto"/>
          </w:tcPr>
          <w:p w14:paraId="2E2C65E2" w14:textId="77777777" w:rsidR="007A5E59" w:rsidRDefault="007A5E59"/>
        </w:tc>
        <w:tc>
          <w:tcPr>
            <w:tcW w:w="0" w:type="auto"/>
          </w:tcPr>
          <w:p w14:paraId="784D6E08" w14:textId="77777777" w:rsidR="007A5E59" w:rsidRDefault="007A5E59"/>
        </w:tc>
        <w:tc>
          <w:tcPr>
            <w:tcW w:w="0" w:type="auto"/>
          </w:tcPr>
          <w:p w14:paraId="4D832E6E" w14:textId="77777777" w:rsidR="007A5E59" w:rsidRDefault="007A5E59"/>
        </w:tc>
        <w:tc>
          <w:tcPr>
            <w:tcW w:w="0" w:type="auto"/>
          </w:tcPr>
          <w:p w14:paraId="3C98FFD0" w14:textId="77777777" w:rsidR="007A5E59" w:rsidRDefault="007A5E59"/>
        </w:tc>
        <w:tc>
          <w:tcPr>
            <w:tcW w:w="0" w:type="auto"/>
          </w:tcPr>
          <w:p w14:paraId="549A9DD6" w14:textId="77777777" w:rsidR="007A5E59" w:rsidRDefault="007A5E59"/>
        </w:tc>
      </w:tr>
      <w:tr w:rsidR="007A5E59" w14:paraId="06044C46" w14:textId="77777777">
        <w:trPr>
          <w:jc w:val="center"/>
        </w:trPr>
        <w:tc>
          <w:tcPr>
            <w:tcW w:w="0" w:type="auto"/>
          </w:tcPr>
          <w:p w14:paraId="5CA77E29" w14:textId="77777777" w:rsidR="007A5E59" w:rsidRPr="00312815" w:rsidRDefault="0095198F">
            <w:pPr>
              <w:rPr>
                <w:lang w:val="ru-RU"/>
              </w:rPr>
            </w:pPr>
            <w:r w:rsidRPr="00312815">
              <w:rPr>
                <w:lang w:val="ru-RU"/>
              </w:rPr>
              <w:t>Сверка: ИТОГО блока 1 = сумме длин участков базы</w:t>
            </w:r>
          </w:p>
        </w:tc>
        <w:tc>
          <w:tcPr>
            <w:tcW w:w="0" w:type="auto"/>
          </w:tcPr>
          <w:p w14:paraId="209FD106" w14:textId="77777777" w:rsidR="007A5E59" w:rsidRDefault="0095198F">
            <w:r>
              <w:t>ДА</w:t>
            </w:r>
          </w:p>
        </w:tc>
        <w:tc>
          <w:tcPr>
            <w:tcW w:w="0" w:type="auto"/>
          </w:tcPr>
          <w:p w14:paraId="2E229CC3" w14:textId="77777777" w:rsidR="007A5E59" w:rsidRDefault="007A5E59"/>
        </w:tc>
        <w:tc>
          <w:tcPr>
            <w:tcW w:w="0" w:type="auto"/>
          </w:tcPr>
          <w:p w14:paraId="00E4A68E" w14:textId="77777777" w:rsidR="007A5E59" w:rsidRDefault="007A5E59"/>
        </w:tc>
        <w:tc>
          <w:tcPr>
            <w:tcW w:w="0" w:type="auto"/>
          </w:tcPr>
          <w:p w14:paraId="5ED65486" w14:textId="77777777" w:rsidR="007A5E59" w:rsidRDefault="007A5E59"/>
        </w:tc>
        <w:tc>
          <w:tcPr>
            <w:tcW w:w="0" w:type="auto"/>
          </w:tcPr>
          <w:p w14:paraId="5F7588B2" w14:textId="77777777" w:rsidR="007A5E59" w:rsidRDefault="007A5E59"/>
        </w:tc>
        <w:tc>
          <w:tcPr>
            <w:tcW w:w="0" w:type="auto"/>
          </w:tcPr>
          <w:p w14:paraId="3B0A0F2C" w14:textId="77777777" w:rsidR="007A5E59" w:rsidRDefault="007A5E59"/>
        </w:tc>
        <w:tc>
          <w:tcPr>
            <w:tcW w:w="0" w:type="auto"/>
          </w:tcPr>
          <w:p w14:paraId="0BF4E427" w14:textId="77777777" w:rsidR="007A5E59" w:rsidRDefault="007A5E59"/>
        </w:tc>
        <w:tc>
          <w:tcPr>
            <w:tcW w:w="0" w:type="auto"/>
          </w:tcPr>
          <w:p w14:paraId="4CE1657D" w14:textId="77777777" w:rsidR="007A5E59" w:rsidRDefault="007A5E59"/>
        </w:tc>
        <w:tc>
          <w:tcPr>
            <w:tcW w:w="0" w:type="auto"/>
          </w:tcPr>
          <w:p w14:paraId="7DFF4486" w14:textId="77777777" w:rsidR="007A5E59" w:rsidRDefault="007A5E59"/>
        </w:tc>
        <w:tc>
          <w:tcPr>
            <w:tcW w:w="0" w:type="auto"/>
          </w:tcPr>
          <w:p w14:paraId="44F4B9E5" w14:textId="77777777" w:rsidR="007A5E59" w:rsidRDefault="007A5E59"/>
        </w:tc>
        <w:tc>
          <w:tcPr>
            <w:tcW w:w="0" w:type="auto"/>
          </w:tcPr>
          <w:p w14:paraId="7B8C71B6" w14:textId="77777777" w:rsidR="007A5E59" w:rsidRDefault="007A5E59"/>
        </w:tc>
        <w:tc>
          <w:tcPr>
            <w:tcW w:w="0" w:type="auto"/>
          </w:tcPr>
          <w:p w14:paraId="55F3460E" w14:textId="77777777" w:rsidR="007A5E59" w:rsidRDefault="007A5E59"/>
        </w:tc>
        <w:tc>
          <w:tcPr>
            <w:tcW w:w="0" w:type="auto"/>
          </w:tcPr>
          <w:p w14:paraId="70D37980" w14:textId="77777777" w:rsidR="007A5E59" w:rsidRDefault="007A5E59"/>
        </w:tc>
        <w:tc>
          <w:tcPr>
            <w:tcW w:w="0" w:type="auto"/>
          </w:tcPr>
          <w:p w14:paraId="7BE90B59" w14:textId="77777777" w:rsidR="007A5E59" w:rsidRDefault="007A5E59"/>
        </w:tc>
        <w:tc>
          <w:tcPr>
            <w:tcW w:w="0" w:type="auto"/>
          </w:tcPr>
          <w:p w14:paraId="36654C3F" w14:textId="77777777" w:rsidR="007A5E59" w:rsidRDefault="007A5E59"/>
        </w:tc>
        <w:tc>
          <w:tcPr>
            <w:tcW w:w="0" w:type="auto"/>
          </w:tcPr>
          <w:p w14:paraId="672ACA8D" w14:textId="77777777" w:rsidR="007A5E59" w:rsidRDefault="007A5E59"/>
        </w:tc>
        <w:tc>
          <w:tcPr>
            <w:tcW w:w="0" w:type="auto"/>
          </w:tcPr>
          <w:p w14:paraId="6FA96FDE" w14:textId="77777777" w:rsidR="007A5E59" w:rsidRDefault="007A5E59"/>
        </w:tc>
        <w:tc>
          <w:tcPr>
            <w:tcW w:w="0" w:type="auto"/>
          </w:tcPr>
          <w:p w14:paraId="52358006" w14:textId="77777777" w:rsidR="007A5E59" w:rsidRDefault="007A5E59"/>
        </w:tc>
        <w:tc>
          <w:tcPr>
            <w:tcW w:w="0" w:type="auto"/>
          </w:tcPr>
          <w:p w14:paraId="697D4111" w14:textId="77777777" w:rsidR="007A5E59" w:rsidRDefault="007A5E59"/>
        </w:tc>
        <w:tc>
          <w:tcPr>
            <w:tcW w:w="0" w:type="auto"/>
          </w:tcPr>
          <w:p w14:paraId="05360FAE" w14:textId="77777777" w:rsidR="007A5E59" w:rsidRDefault="007A5E59"/>
        </w:tc>
      </w:tr>
    </w:tbl>
    <w:p w14:paraId="6DEEC689" w14:textId="77777777" w:rsidR="007A5E59" w:rsidRDefault="007A5E59"/>
    <w:p w14:paraId="7C435CF1" w14:textId="77777777" w:rsidR="007A5E59" w:rsidRPr="00312815" w:rsidRDefault="0095198F">
      <w:pPr>
        <w:rPr>
          <w:lang w:val="ru-RU"/>
        </w:rPr>
      </w:pPr>
      <w:r w:rsidRPr="00312815">
        <w:rPr>
          <w:b/>
          <w:lang w:val="ru-RU"/>
        </w:rPr>
        <w:t>Таблица П3.9. Распределение протяжённости тепловых сетей по диаметрам — Производственно-отопительная УПК № 10 Темир-Тау (пгт Темиртау)</w:t>
      </w:r>
    </w:p>
    <w:tbl>
      <w:tblPr>
        <w:tblStyle w:val="aff0"/>
        <w:tblW w:w="5000" w:type="pct"/>
        <w:jc w:val="center"/>
        <w:tblCellMar>
          <w:left w:w="57" w:type="dxa"/>
          <w:right w:w="57" w:type="dxa"/>
        </w:tblCellMar>
        <w:tblLook w:val="04A0" w:firstRow="1" w:lastRow="0" w:firstColumn="1" w:lastColumn="0" w:noHBand="0" w:noVBand="1"/>
      </w:tblPr>
      <w:tblGrid>
        <w:gridCol w:w="913"/>
        <w:gridCol w:w="433"/>
        <w:gridCol w:w="377"/>
        <w:gridCol w:w="377"/>
        <w:gridCol w:w="377"/>
        <w:gridCol w:w="377"/>
        <w:gridCol w:w="433"/>
        <w:gridCol w:w="433"/>
        <w:gridCol w:w="376"/>
        <w:gridCol w:w="376"/>
        <w:gridCol w:w="432"/>
        <w:gridCol w:w="434"/>
        <w:gridCol w:w="434"/>
        <w:gridCol w:w="434"/>
        <w:gridCol w:w="434"/>
        <w:gridCol w:w="434"/>
        <w:gridCol w:w="434"/>
        <w:gridCol w:w="434"/>
        <w:gridCol w:w="434"/>
        <w:gridCol w:w="434"/>
        <w:gridCol w:w="535"/>
      </w:tblGrid>
      <w:tr w:rsidR="007A5E59" w:rsidRPr="00C07C05" w14:paraId="009CB781" w14:textId="77777777">
        <w:trPr>
          <w:cantSplit/>
          <w:tblHeader/>
          <w:jc w:val="center"/>
        </w:trPr>
        <w:tc>
          <w:tcPr>
            <w:tcW w:w="0" w:type="auto"/>
            <w:vMerge w:val="restart"/>
            <w:shd w:val="clear" w:color="auto" w:fill="E2F0D9"/>
            <w:vAlign w:val="center"/>
          </w:tcPr>
          <w:p w14:paraId="3F518E66" w14:textId="77777777" w:rsidR="007A5E59" w:rsidRDefault="0095198F">
            <w:pPr>
              <w:jc w:val="center"/>
            </w:pPr>
            <w:r>
              <w:rPr>
                <w:b/>
              </w:rPr>
              <w:t>Способ прокладки</w:t>
            </w:r>
          </w:p>
        </w:tc>
        <w:tc>
          <w:tcPr>
            <w:tcW w:w="0" w:type="auto"/>
            <w:gridSpan w:val="20"/>
            <w:shd w:val="clear" w:color="auto" w:fill="E2F0D9"/>
            <w:vAlign w:val="center"/>
          </w:tcPr>
          <w:p w14:paraId="36D0BAD8" w14:textId="77777777" w:rsidR="007A5E59" w:rsidRPr="00312815" w:rsidRDefault="0095198F">
            <w:pPr>
              <w:jc w:val="center"/>
              <w:rPr>
                <w:lang w:val="ru-RU"/>
              </w:rPr>
            </w:pPr>
            <w:r w:rsidRPr="00312815">
              <w:rPr>
                <w:b/>
                <w:lang w:val="ru-RU"/>
              </w:rPr>
              <w:t>Длина по оси трассы (двухтрубная прокладка), м</w:t>
            </w:r>
          </w:p>
        </w:tc>
      </w:tr>
      <w:tr w:rsidR="007A5E59" w14:paraId="1BED562B" w14:textId="77777777">
        <w:trPr>
          <w:cantSplit/>
          <w:tblHeader/>
          <w:jc w:val="center"/>
        </w:trPr>
        <w:tc>
          <w:tcPr>
            <w:tcW w:w="0" w:type="auto"/>
            <w:vMerge/>
            <w:shd w:val="clear" w:color="auto" w:fill="E2F0D9"/>
            <w:vAlign w:val="center"/>
          </w:tcPr>
          <w:p w14:paraId="17388AD6" w14:textId="77777777" w:rsidR="007A5E59" w:rsidRPr="00312815" w:rsidRDefault="007A5E59">
            <w:pPr>
              <w:jc w:val="center"/>
              <w:rPr>
                <w:lang w:val="ru-RU"/>
              </w:rPr>
            </w:pPr>
          </w:p>
        </w:tc>
        <w:tc>
          <w:tcPr>
            <w:tcW w:w="0" w:type="auto"/>
            <w:shd w:val="clear" w:color="auto" w:fill="E2F0D9"/>
            <w:vAlign w:val="center"/>
          </w:tcPr>
          <w:p w14:paraId="6F32E558" w14:textId="77777777" w:rsidR="007A5E59" w:rsidRDefault="0095198F">
            <w:pPr>
              <w:jc w:val="center"/>
            </w:pPr>
            <w:r>
              <w:rPr>
                <w:b/>
              </w:rPr>
              <w:t>Дн15</w:t>
            </w:r>
          </w:p>
        </w:tc>
        <w:tc>
          <w:tcPr>
            <w:tcW w:w="0" w:type="auto"/>
            <w:shd w:val="clear" w:color="auto" w:fill="E2F0D9"/>
            <w:vAlign w:val="center"/>
          </w:tcPr>
          <w:p w14:paraId="0E954FC1" w14:textId="77777777" w:rsidR="007A5E59" w:rsidRDefault="0095198F">
            <w:pPr>
              <w:jc w:val="center"/>
            </w:pPr>
            <w:r>
              <w:rPr>
                <w:b/>
              </w:rPr>
              <w:t>Дн20</w:t>
            </w:r>
          </w:p>
        </w:tc>
        <w:tc>
          <w:tcPr>
            <w:tcW w:w="0" w:type="auto"/>
            <w:shd w:val="clear" w:color="auto" w:fill="E2F0D9"/>
            <w:vAlign w:val="center"/>
          </w:tcPr>
          <w:p w14:paraId="112154D7" w14:textId="77777777" w:rsidR="007A5E59" w:rsidRDefault="0095198F">
            <w:pPr>
              <w:jc w:val="center"/>
            </w:pPr>
            <w:r>
              <w:rPr>
                <w:b/>
              </w:rPr>
              <w:t>Дн25</w:t>
            </w:r>
          </w:p>
        </w:tc>
        <w:tc>
          <w:tcPr>
            <w:tcW w:w="0" w:type="auto"/>
            <w:shd w:val="clear" w:color="auto" w:fill="E2F0D9"/>
            <w:vAlign w:val="center"/>
          </w:tcPr>
          <w:p w14:paraId="46C078A6" w14:textId="77777777" w:rsidR="007A5E59" w:rsidRDefault="0095198F">
            <w:pPr>
              <w:jc w:val="center"/>
            </w:pPr>
            <w:r>
              <w:rPr>
                <w:b/>
              </w:rPr>
              <w:t>Дн32</w:t>
            </w:r>
          </w:p>
        </w:tc>
        <w:tc>
          <w:tcPr>
            <w:tcW w:w="0" w:type="auto"/>
            <w:shd w:val="clear" w:color="auto" w:fill="E2F0D9"/>
            <w:vAlign w:val="center"/>
          </w:tcPr>
          <w:p w14:paraId="60E14927" w14:textId="77777777" w:rsidR="007A5E59" w:rsidRDefault="0095198F">
            <w:pPr>
              <w:jc w:val="center"/>
            </w:pPr>
            <w:r>
              <w:rPr>
                <w:b/>
              </w:rPr>
              <w:t>Дн40</w:t>
            </w:r>
          </w:p>
        </w:tc>
        <w:tc>
          <w:tcPr>
            <w:tcW w:w="0" w:type="auto"/>
            <w:shd w:val="clear" w:color="auto" w:fill="E2F0D9"/>
            <w:vAlign w:val="center"/>
          </w:tcPr>
          <w:p w14:paraId="3DC036A2" w14:textId="77777777" w:rsidR="007A5E59" w:rsidRDefault="0095198F">
            <w:pPr>
              <w:jc w:val="center"/>
            </w:pPr>
            <w:r>
              <w:rPr>
                <w:b/>
              </w:rPr>
              <w:t>Дн50</w:t>
            </w:r>
          </w:p>
        </w:tc>
        <w:tc>
          <w:tcPr>
            <w:tcW w:w="0" w:type="auto"/>
            <w:shd w:val="clear" w:color="auto" w:fill="E2F0D9"/>
            <w:vAlign w:val="center"/>
          </w:tcPr>
          <w:p w14:paraId="11FCBA0C" w14:textId="77777777" w:rsidR="007A5E59" w:rsidRDefault="0095198F">
            <w:pPr>
              <w:jc w:val="center"/>
            </w:pPr>
            <w:r>
              <w:rPr>
                <w:b/>
              </w:rPr>
              <w:t>Дн65</w:t>
            </w:r>
          </w:p>
        </w:tc>
        <w:tc>
          <w:tcPr>
            <w:tcW w:w="0" w:type="auto"/>
            <w:shd w:val="clear" w:color="auto" w:fill="E2F0D9"/>
            <w:vAlign w:val="center"/>
          </w:tcPr>
          <w:p w14:paraId="277A25FE" w14:textId="77777777" w:rsidR="007A5E59" w:rsidRDefault="0095198F">
            <w:pPr>
              <w:jc w:val="center"/>
            </w:pPr>
            <w:r>
              <w:rPr>
                <w:b/>
              </w:rPr>
              <w:t>Дн68</w:t>
            </w:r>
          </w:p>
        </w:tc>
        <w:tc>
          <w:tcPr>
            <w:tcW w:w="0" w:type="auto"/>
            <w:shd w:val="clear" w:color="auto" w:fill="E2F0D9"/>
            <w:vAlign w:val="center"/>
          </w:tcPr>
          <w:p w14:paraId="14104DA1" w14:textId="77777777" w:rsidR="007A5E59" w:rsidRDefault="0095198F">
            <w:pPr>
              <w:jc w:val="center"/>
            </w:pPr>
            <w:r>
              <w:rPr>
                <w:b/>
              </w:rPr>
              <w:t>Дн70</w:t>
            </w:r>
          </w:p>
        </w:tc>
        <w:tc>
          <w:tcPr>
            <w:tcW w:w="0" w:type="auto"/>
            <w:shd w:val="clear" w:color="auto" w:fill="E2F0D9"/>
            <w:vAlign w:val="center"/>
          </w:tcPr>
          <w:p w14:paraId="507ED07C" w14:textId="77777777" w:rsidR="007A5E59" w:rsidRDefault="0095198F">
            <w:pPr>
              <w:jc w:val="center"/>
            </w:pPr>
            <w:r>
              <w:rPr>
                <w:b/>
              </w:rPr>
              <w:t>Дн80</w:t>
            </w:r>
          </w:p>
        </w:tc>
        <w:tc>
          <w:tcPr>
            <w:tcW w:w="0" w:type="auto"/>
            <w:shd w:val="clear" w:color="auto" w:fill="E2F0D9"/>
            <w:vAlign w:val="center"/>
          </w:tcPr>
          <w:p w14:paraId="2C110B53" w14:textId="77777777" w:rsidR="007A5E59" w:rsidRDefault="0095198F">
            <w:pPr>
              <w:jc w:val="center"/>
            </w:pPr>
            <w:r>
              <w:rPr>
                <w:b/>
              </w:rPr>
              <w:t>Дн100</w:t>
            </w:r>
          </w:p>
        </w:tc>
        <w:tc>
          <w:tcPr>
            <w:tcW w:w="0" w:type="auto"/>
            <w:shd w:val="clear" w:color="auto" w:fill="E2F0D9"/>
            <w:vAlign w:val="center"/>
          </w:tcPr>
          <w:p w14:paraId="24EC46AC" w14:textId="77777777" w:rsidR="007A5E59" w:rsidRDefault="0095198F">
            <w:pPr>
              <w:jc w:val="center"/>
            </w:pPr>
            <w:r>
              <w:rPr>
                <w:b/>
              </w:rPr>
              <w:t>Дн125</w:t>
            </w:r>
          </w:p>
        </w:tc>
        <w:tc>
          <w:tcPr>
            <w:tcW w:w="0" w:type="auto"/>
            <w:shd w:val="clear" w:color="auto" w:fill="E2F0D9"/>
            <w:vAlign w:val="center"/>
          </w:tcPr>
          <w:p w14:paraId="175FEDF5" w14:textId="77777777" w:rsidR="007A5E59" w:rsidRDefault="0095198F">
            <w:pPr>
              <w:jc w:val="center"/>
            </w:pPr>
            <w:r>
              <w:rPr>
                <w:b/>
              </w:rPr>
              <w:t>Дн150</w:t>
            </w:r>
          </w:p>
        </w:tc>
        <w:tc>
          <w:tcPr>
            <w:tcW w:w="0" w:type="auto"/>
            <w:shd w:val="clear" w:color="auto" w:fill="E2F0D9"/>
            <w:vAlign w:val="center"/>
          </w:tcPr>
          <w:p w14:paraId="56388FB1" w14:textId="77777777" w:rsidR="007A5E59" w:rsidRDefault="0095198F">
            <w:pPr>
              <w:jc w:val="center"/>
            </w:pPr>
            <w:r>
              <w:rPr>
                <w:b/>
              </w:rPr>
              <w:t>Дн200</w:t>
            </w:r>
          </w:p>
        </w:tc>
        <w:tc>
          <w:tcPr>
            <w:tcW w:w="0" w:type="auto"/>
            <w:shd w:val="clear" w:color="auto" w:fill="E2F0D9"/>
            <w:vAlign w:val="center"/>
          </w:tcPr>
          <w:p w14:paraId="52ED6246" w14:textId="77777777" w:rsidR="007A5E59" w:rsidRDefault="0095198F">
            <w:pPr>
              <w:jc w:val="center"/>
            </w:pPr>
            <w:r>
              <w:rPr>
                <w:b/>
              </w:rPr>
              <w:t>Дн250</w:t>
            </w:r>
          </w:p>
        </w:tc>
        <w:tc>
          <w:tcPr>
            <w:tcW w:w="0" w:type="auto"/>
            <w:shd w:val="clear" w:color="auto" w:fill="E2F0D9"/>
            <w:vAlign w:val="center"/>
          </w:tcPr>
          <w:p w14:paraId="77E003A0" w14:textId="77777777" w:rsidR="007A5E59" w:rsidRDefault="0095198F">
            <w:pPr>
              <w:jc w:val="center"/>
            </w:pPr>
            <w:r>
              <w:rPr>
                <w:b/>
              </w:rPr>
              <w:t>Дн300</w:t>
            </w:r>
          </w:p>
        </w:tc>
        <w:tc>
          <w:tcPr>
            <w:tcW w:w="0" w:type="auto"/>
            <w:shd w:val="clear" w:color="auto" w:fill="E2F0D9"/>
            <w:vAlign w:val="center"/>
          </w:tcPr>
          <w:p w14:paraId="67F7F60D" w14:textId="77777777" w:rsidR="007A5E59" w:rsidRDefault="0095198F">
            <w:pPr>
              <w:jc w:val="center"/>
            </w:pPr>
            <w:r>
              <w:rPr>
                <w:b/>
              </w:rPr>
              <w:t>Дн350</w:t>
            </w:r>
          </w:p>
        </w:tc>
        <w:tc>
          <w:tcPr>
            <w:tcW w:w="0" w:type="auto"/>
            <w:shd w:val="clear" w:color="auto" w:fill="E2F0D9"/>
            <w:vAlign w:val="center"/>
          </w:tcPr>
          <w:p w14:paraId="2EA74457" w14:textId="77777777" w:rsidR="007A5E59" w:rsidRDefault="0095198F">
            <w:pPr>
              <w:jc w:val="center"/>
            </w:pPr>
            <w:r>
              <w:rPr>
                <w:b/>
              </w:rPr>
              <w:t>Дн400</w:t>
            </w:r>
          </w:p>
        </w:tc>
        <w:tc>
          <w:tcPr>
            <w:tcW w:w="0" w:type="auto"/>
            <w:shd w:val="clear" w:color="auto" w:fill="E2F0D9"/>
            <w:vAlign w:val="center"/>
          </w:tcPr>
          <w:p w14:paraId="61F57B7F" w14:textId="77777777" w:rsidR="007A5E59" w:rsidRDefault="0095198F">
            <w:pPr>
              <w:jc w:val="center"/>
            </w:pPr>
            <w:r>
              <w:rPr>
                <w:b/>
              </w:rPr>
              <w:t>Дн500</w:t>
            </w:r>
          </w:p>
        </w:tc>
        <w:tc>
          <w:tcPr>
            <w:tcW w:w="0" w:type="auto"/>
            <w:shd w:val="clear" w:color="auto" w:fill="E2F0D9"/>
            <w:vAlign w:val="center"/>
          </w:tcPr>
          <w:p w14:paraId="218F9254" w14:textId="77777777" w:rsidR="007A5E59" w:rsidRDefault="0095198F">
            <w:pPr>
              <w:jc w:val="center"/>
            </w:pPr>
            <w:r>
              <w:rPr>
                <w:b/>
              </w:rPr>
              <w:t>ИТОГО</w:t>
            </w:r>
          </w:p>
        </w:tc>
      </w:tr>
      <w:tr w:rsidR="007A5E59" w:rsidRPr="00C07C05" w14:paraId="2D829849" w14:textId="77777777">
        <w:trPr>
          <w:jc w:val="center"/>
        </w:trPr>
        <w:tc>
          <w:tcPr>
            <w:tcW w:w="0" w:type="auto"/>
          </w:tcPr>
          <w:p w14:paraId="7B0F6531" w14:textId="77777777" w:rsidR="007A5E59" w:rsidRPr="00312815" w:rsidRDefault="0095198F">
            <w:pPr>
              <w:rPr>
                <w:lang w:val="ru-RU"/>
              </w:rPr>
            </w:pPr>
            <w:r w:rsidRPr="00312815">
              <w:rPr>
                <w:lang w:val="ru-RU"/>
              </w:rPr>
              <w:t>БЛОК 1. Вся сеть — существующее состояние</w:t>
            </w:r>
          </w:p>
        </w:tc>
        <w:tc>
          <w:tcPr>
            <w:tcW w:w="0" w:type="auto"/>
          </w:tcPr>
          <w:p w14:paraId="18AA0423" w14:textId="77777777" w:rsidR="007A5E59" w:rsidRPr="00312815" w:rsidRDefault="007A5E59">
            <w:pPr>
              <w:rPr>
                <w:lang w:val="ru-RU"/>
              </w:rPr>
            </w:pPr>
          </w:p>
        </w:tc>
        <w:tc>
          <w:tcPr>
            <w:tcW w:w="0" w:type="auto"/>
          </w:tcPr>
          <w:p w14:paraId="4D6D6597" w14:textId="77777777" w:rsidR="007A5E59" w:rsidRPr="00312815" w:rsidRDefault="007A5E59">
            <w:pPr>
              <w:rPr>
                <w:lang w:val="ru-RU"/>
              </w:rPr>
            </w:pPr>
          </w:p>
        </w:tc>
        <w:tc>
          <w:tcPr>
            <w:tcW w:w="0" w:type="auto"/>
          </w:tcPr>
          <w:p w14:paraId="78DF3881" w14:textId="77777777" w:rsidR="007A5E59" w:rsidRPr="00312815" w:rsidRDefault="007A5E59">
            <w:pPr>
              <w:rPr>
                <w:lang w:val="ru-RU"/>
              </w:rPr>
            </w:pPr>
          </w:p>
        </w:tc>
        <w:tc>
          <w:tcPr>
            <w:tcW w:w="0" w:type="auto"/>
          </w:tcPr>
          <w:p w14:paraId="2687A739" w14:textId="77777777" w:rsidR="007A5E59" w:rsidRPr="00312815" w:rsidRDefault="007A5E59">
            <w:pPr>
              <w:rPr>
                <w:lang w:val="ru-RU"/>
              </w:rPr>
            </w:pPr>
          </w:p>
        </w:tc>
        <w:tc>
          <w:tcPr>
            <w:tcW w:w="0" w:type="auto"/>
          </w:tcPr>
          <w:p w14:paraId="3D270103" w14:textId="77777777" w:rsidR="007A5E59" w:rsidRPr="00312815" w:rsidRDefault="007A5E59">
            <w:pPr>
              <w:rPr>
                <w:lang w:val="ru-RU"/>
              </w:rPr>
            </w:pPr>
          </w:p>
        </w:tc>
        <w:tc>
          <w:tcPr>
            <w:tcW w:w="0" w:type="auto"/>
          </w:tcPr>
          <w:p w14:paraId="1C5E989F" w14:textId="77777777" w:rsidR="007A5E59" w:rsidRPr="00312815" w:rsidRDefault="007A5E59">
            <w:pPr>
              <w:rPr>
                <w:lang w:val="ru-RU"/>
              </w:rPr>
            </w:pPr>
          </w:p>
        </w:tc>
        <w:tc>
          <w:tcPr>
            <w:tcW w:w="0" w:type="auto"/>
          </w:tcPr>
          <w:p w14:paraId="7411DF01" w14:textId="77777777" w:rsidR="007A5E59" w:rsidRPr="00312815" w:rsidRDefault="007A5E59">
            <w:pPr>
              <w:rPr>
                <w:lang w:val="ru-RU"/>
              </w:rPr>
            </w:pPr>
          </w:p>
        </w:tc>
        <w:tc>
          <w:tcPr>
            <w:tcW w:w="0" w:type="auto"/>
          </w:tcPr>
          <w:p w14:paraId="6CA521FF" w14:textId="77777777" w:rsidR="007A5E59" w:rsidRPr="00312815" w:rsidRDefault="007A5E59">
            <w:pPr>
              <w:rPr>
                <w:lang w:val="ru-RU"/>
              </w:rPr>
            </w:pPr>
          </w:p>
        </w:tc>
        <w:tc>
          <w:tcPr>
            <w:tcW w:w="0" w:type="auto"/>
          </w:tcPr>
          <w:p w14:paraId="16161E90" w14:textId="77777777" w:rsidR="007A5E59" w:rsidRPr="00312815" w:rsidRDefault="007A5E59">
            <w:pPr>
              <w:rPr>
                <w:lang w:val="ru-RU"/>
              </w:rPr>
            </w:pPr>
          </w:p>
        </w:tc>
        <w:tc>
          <w:tcPr>
            <w:tcW w:w="0" w:type="auto"/>
          </w:tcPr>
          <w:p w14:paraId="699F3594" w14:textId="77777777" w:rsidR="007A5E59" w:rsidRPr="00312815" w:rsidRDefault="007A5E59">
            <w:pPr>
              <w:rPr>
                <w:lang w:val="ru-RU"/>
              </w:rPr>
            </w:pPr>
          </w:p>
        </w:tc>
        <w:tc>
          <w:tcPr>
            <w:tcW w:w="0" w:type="auto"/>
          </w:tcPr>
          <w:p w14:paraId="1BD7629B" w14:textId="77777777" w:rsidR="007A5E59" w:rsidRPr="00312815" w:rsidRDefault="007A5E59">
            <w:pPr>
              <w:rPr>
                <w:lang w:val="ru-RU"/>
              </w:rPr>
            </w:pPr>
          </w:p>
        </w:tc>
        <w:tc>
          <w:tcPr>
            <w:tcW w:w="0" w:type="auto"/>
          </w:tcPr>
          <w:p w14:paraId="30EEA71B" w14:textId="77777777" w:rsidR="007A5E59" w:rsidRPr="00312815" w:rsidRDefault="007A5E59">
            <w:pPr>
              <w:rPr>
                <w:lang w:val="ru-RU"/>
              </w:rPr>
            </w:pPr>
          </w:p>
        </w:tc>
        <w:tc>
          <w:tcPr>
            <w:tcW w:w="0" w:type="auto"/>
          </w:tcPr>
          <w:p w14:paraId="4E8D85A2" w14:textId="77777777" w:rsidR="007A5E59" w:rsidRPr="00312815" w:rsidRDefault="007A5E59">
            <w:pPr>
              <w:rPr>
                <w:lang w:val="ru-RU"/>
              </w:rPr>
            </w:pPr>
          </w:p>
        </w:tc>
        <w:tc>
          <w:tcPr>
            <w:tcW w:w="0" w:type="auto"/>
          </w:tcPr>
          <w:p w14:paraId="264C74FD" w14:textId="77777777" w:rsidR="007A5E59" w:rsidRPr="00312815" w:rsidRDefault="007A5E59">
            <w:pPr>
              <w:rPr>
                <w:lang w:val="ru-RU"/>
              </w:rPr>
            </w:pPr>
          </w:p>
        </w:tc>
        <w:tc>
          <w:tcPr>
            <w:tcW w:w="0" w:type="auto"/>
          </w:tcPr>
          <w:p w14:paraId="5E30DF48" w14:textId="77777777" w:rsidR="007A5E59" w:rsidRPr="00312815" w:rsidRDefault="007A5E59">
            <w:pPr>
              <w:rPr>
                <w:lang w:val="ru-RU"/>
              </w:rPr>
            </w:pPr>
          </w:p>
        </w:tc>
        <w:tc>
          <w:tcPr>
            <w:tcW w:w="0" w:type="auto"/>
          </w:tcPr>
          <w:p w14:paraId="13F2B10A" w14:textId="77777777" w:rsidR="007A5E59" w:rsidRPr="00312815" w:rsidRDefault="007A5E59">
            <w:pPr>
              <w:rPr>
                <w:lang w:val="ru-RU"/>
              </w:rPr>
            </w:pPr>
          </w:p>
        </w:tc>
        <w:tc>
          <w:tcPr>
            <w:tcW w:w="0" w:type="auto"/>
          </w:tcPr>
          <w:p w14:paraId="607E84FA" w14:textId="77777777" w:rsidR="007A5E59" w:rsidRPr="00312815" w:rsidRDefault="007A5E59">
            <w:pPr>
              <w:rPr>
                <w:lang w:val="ru-RU"/>
              </w:rPr>
            </w:pPr>
          </w:p>
        </w:tc>
        <w:tc>
          <w:tcPr>
            <w:tcW w:w="0" w:type="auto"/>
          </w:tcPr>
          <w:p w14:paraId="70C05B6F" w14:textId="77777777" w:rsidR="007A5E59" w:rsidRPr="00312815" w:rsidRDefault="007A5E59">
            <w:pPr>
              <w:rPr>
                <w:lang w:val="ru-RU"/>
              </w:rPr>
            </w:pPr>
          </w:p>
        </w:tc>
        <w:tc>
          <w:tcPr>
            <w:tcW w:w="0" w:type="auto"/>
          </w:tcPr>
          <w:p w14:paraId="1E80B1C1" w14:textId="77777777" w:rsidR="007A5E59" w:rsidRPr="00312815" w:rsidRDefault="007A5E59">
            <w:pPr>
              <w:rPr>
                <w:lang w:val="ru-RU"/>
              </w:rPr>
            </w:pPr>
          </w:p>
        </w:tc>
        <w:tc>
          <w:tcPr>
            <w:tcW w:w="0" w:type="auto"/>
          </w:tcPr>
          <w:p w14:paraId="4A2FF97A" w14:textId="77777777" w:rsidR="007A5E59" w:rsidRPr="00312815" w:rsidRDefault="007A5E59">
            <w:pPr>
              <w:rPr>
                <w:lang w:val="ru-RU"/>
              </w:rPr>
            </w:pPr>
          </w:p>
        </w:tc>
      </w:tr>
      <w:tr w:rsidR="007A5E59" w14:paraId="53DF9243" w14:textId="77777777">
        <w:trPr>
          <w:jc w:val="center"/>
        </w:trPr>
        <w:tc>
          <w:tcPr>
            <w:tcW w:w="0" w:type="auto"/>
          </w:tcPr>
          <w:p w14:paraId="0618EFA1" w14:textId="77777777" w:rsidR="007A5E59" w:rsidRDefault="0095198F">
            <w:r>
              <w:t>в канале</w:t>
            </w:r>
          </w:p>
        </w:tc>
        <w:tc>
          <w:tcPr>
            <w:tcW w:w="0" w:type="auto"/>
          </w:tcPr>
          <w:p w14:paraId="05ADB56E" w14:textId="77777777" w:rsidR="007A5E59" w:rsidRDefault="0095198F">
            <w:pPr>
              <w:jc w:val="center"/>
            </w:pPr>
            <w:r>
              <w:t>0,0</w:t>
            </w:r>
          </w:p>
        </w:tc>
        <w:tc>
          <w:tcPr>
            <w:tcW w:w="0" w:type="auto"/>
          </w:tcPr>
          <w:p w14:paraId="7415EA71" w14:textId="77777777" w:rsidR="007A5E59" w:rsidRDefault="0095198F">
            <w:pPr>
              <w:jc w:val="center"/>
            </w:pPr>
            <w:r>
              <w:t>0,0</w:t>
            </w:r>
          </w:p>
        </w:tc>
        <w:tc>
          <w:tcPr>
            <w:tcW w:w="0" w:type="auto"/>
          </w:tcPr>
          <w:p w14:paraId="07CFD4B6" w14:textId="77777777" w:rsidR="007A5E59" w:rsidRDefault="0095198F">
            <w:pPr>
              <w:jc w:val="center"/>
            </w:pPr>
            <w:r>
              <w:t>0,0</w:t>
            </w:r>
          </w:p>
        </w:tc>
        <w:tc>
          <w:tcPr>
            <w:tcW w:w="0" w:type="auto"/>
          </w:tcPr>
          <w:p w14:paraId="4B1FEDB5" w14:textId="77777777" w:rsidR="007A5E59" w:rsidRDefault="0095198F">
            <w:pPr>
              <w:jc w:val="center"/>
            </w:pPr>
            <w:r>
              <w:t>0,0</w:t>
            </w:r>
          </w:p>
        </w:tc>
        <w:tc>
          <w:tcPr>
            <w:tcW w:w="0" w:type="auto"/>
          </w:tcPr>
          <w:p w14:paraId="22EF1D4F" w14:textId="77777777" w:rsidR="007A5E59" w:rsidRDefault="0095198F">
            <w:pPr>
              <w:jc w:val="center"/>
            </w:pPr>
            <w:r>
              <w:t>0,0</w:t>
            </w:r>
          </w:p>
        </w:tc>
        <w:tc>
          <w:tcPr>
            <w:tcW w:w="0" w:type="auto"/>
          </w:tcPr>
          <w:p w14:paraId="4A443066" w14:textId="77777777" w:rsidR="007A5E59" w:rsidRDefault="0095198F">
            <w:pPr>
              <w:jc w:val="center"/>
            </w:pPr>
            <w:r>
              <w:t>430,0</w:t>
            </w:r>
          </w:p>
        </w:tc>
        <w:tc>
          <w:tcPr>
            <w:tcW w:w="0" w:type="auto"/>
          </w:tcPr>
          <w:p w14:paraId="35018495" w14:textId="77777777" w:rsidR="007A5E59" w:rsidRDefault="0095198F">
            <w:pPr>
              <w:jc w:val="center"/>
            </w:pPr>
            <w:r>
              <w:t>0,0</w:t>
            </w:r>
          </w:p>
        </w:tc>
        <w:tc>
          <w:tcPr>
            <w:tcW w:w="0" w:type="auto"/>
          </w:tcPr>
          <w:p w14:paraId="16482591" w14:textId="77777777" w:rsidR="007A5E59" w:rsidRDefault="0095198F">
            <w:pPr>
              <w:jc w:val="center"/>
            </w:pPr>
            <w:r>
              <w:t>0,0</w:t>
            </w:r>
          </w:p>
        </w:tc>
        <w:tc>
          <w:tcPr>
            <w:tcW w:w="0" w:type="auto"/>
          </w:tcPr>
          <w:p w14:paraId="68D5F28E" w14:textId="77777777" w:rsidR="007A5E59" w:rsidRDefault="0095198F">
            <w:pPr>
              <w:jc w:val="center"/>
            </w:pPr>
            <w:r>
              <w:t>0,0</w:t>
            </w:r>
          </w:p>
        </w:tc>
        <w:tc>
          <w:tcPr>
            <w:tcW w:w="0" w:type="auto"/>
          </w:tcPr>
          <w:p w14:paraId="72C72B57" w14:textId="77777777" w:rsidR="007A5E59" w:rsidRDefault="0095198F">
            <w:pPr>
              <w:jc w:val="center"/>
            </w:pPr>
            <w:r>
              <w:t>725,0</w:t>
            </w:r>
          </w:p>
        </w:tc>
        <w:tc>
          <w:tcPr>
            <w:tcW w:w="0" w:type="auto"/>
          </w:tcPr>
          <w:p w14:paraId="5DD6AF2D" w14:textId="77777777" w:rsidR="007A5E59" w:rsidRDefault="0095198F">
            <w:pPr>
              <w:jc w:val="center"/>
            </w:pPr>
            <w:r>
              <w:t>910,0</w:t>
            </w:r>
          </w:p>
        </w:tc>
        <w:tc>
          <w:tcPr>
            <w:tcW w:w="0" w:type="auto"/>
          </w:tcPr>
          <w:p w14:paraId="100B33E2" w14:textId="77777777" w:rsidR="007A5E59" w:rsidRDefault="0095198F">
            <w:pPr>
              <w:jc w:val="center"/>
            </w:pPr>
            <w:r>
              <w:t>0,0</w:t>
            </w:r>
          </w:p>
        </w:tc>
        <w:tc>
          <w:tcPr>
            <w:tcW w:w="0" w:type="auto"/>
          </w:tcPr>
          <w:p w14:paraId="18D2131C" w14:textId="77777777" w:rsidR="007A5E59" w:rsidRDefault="0095198F">
            <w:pPr>
              <w:jc w:val="center"/>
            </w:pPr>
            <w:r>
              <w:t>423,0</w:t>
            </w:r>
          </w:p>
        </w:tc>
        <w:tc>
          <w:tcPr>
            <w:tcW w:w="0" w:type="auto"/>
          </w:tcPr>
          <w:p w14:paraId="4E33E0E1" w14:textId="77777777" w:rsidR="007A5E59" w:rsidRDefault="0095198F">
            <w:pPr>
              <w:jc w:val="center"/>
            </w:pPr>
            <w:r>
              <w:t>1 198,0</w:t>
            </w:r>
          </w:p>
        </w:tc>
        <w:tc>
          <w:tcPr>
            <w:tcW w:w="0" w:type="auto"/>
          </w:tcPr>
          <w:p w14:paraId="3746EB0F" w14:textId="77777777" w:rsidR="007A5E59" w:rsidRDefault="0095198F">
            <w:pPr>
              <w:jc w:val="center"/>
            </w:pPr>
            <w:r>
              <w:t>0,0</w:t>
            </w:r>
          </w:p>
        </w:tc>
        <w:tc>
          <w:tcPr>
            <w:tcW w:w="0" w:type="auto"/>
          </w:tcPr>
          <w:p w14:paraId="36B477B1" w14:textId="77777777" w:rsidR="007A5E59" w:rsidRDefault="0095198F">
            <w:pPr>
              <w:jc w:val="center"/>
            </w:pPr>
            <w:r>
              <w:t>0,0</w:t>
            </w:r>
          </w:p>
        </w:tc>
        <w:tc>
          <w:tcPr>
            <w:tcW w:w="0" w:type="auto"/>
          </w:tcPr>
          <w:p w14:paraId="44608197" w14:textId="77777777" w:rsidR="007A5E59" w:rsidRDefault="0095198F">
            <w:pPr>
              <w:jc w:val="center"/>
            </w:pPr>
            <w:r>
              <w:t>0,0</w:t>
            </w:r>
          </w:p>
        </w:tc>
        <w:tc>
          <w:tcPr>
            <w:tcW w:w="0" w:type="auto"/>
          </w:tcPr>
          <w:p w14:paraId="455851DA" w14:textId="77777777" w:rsidR="007A5E59" w:rsidRDefault="0095198F">
            <w:pPr>
              <w:jc w:val="center"/>
            </w:pPr>
            <w:r>
              <w:t>0,0</w:t>
            </w:r>
          </w:p>
        </w:tc>
        <w:tc>
          <w:tcPr>
            <w:tcW w:w="0" w:type="auto"/>
          </w:tcPr>
          <w:p w14:paraId="6848E36C" w14:textId="77777777" w:rsidR="007A5E59" w:rsidRDefault="0095198F">
            <w:pPr>
              <w:jc w:val="center"/>
            </w:pPr>
            <w:r>
              <w:t>0,0</w:t>
            </w:r>
          </w:p>
        </w:tc>
        <w:tc>
          <w:tcPr>
            <w:tcW w:w="0" w:type="auto"/>
          </w:tcPr>
          <w:p w14:paraId="4F498E29" w14:textId="77777777" w:rsidR="007A5E59" w:rsidRDefault="0095198F">
            <w:pPr>
              <w:jc w:val="center"/>
            </w:pPr>
            <w:r>
              <w:t>3 686,0</w:t>
            </w:r>
          </w:p>
        </w:tc>
      </w:tr>
      <w:tr w:rsidR="007A5E59" w14:paraId="570E826B" w14:textId="77777777">
        <w:trPr>
          <w:jc w:val="center"/>
        </w:trPr>
        <w:tc>
          <w:tcPr>
            <w:tcW w:w="0" w:type="auto"/>
          </w:tcPr>
          <w:p w14:paraId="42FAE63D" w14:textId="77777777" w:rsidR="007A5E59" w:rsidRDefault="0095198F">
            <w:r>
              <w:t>бесканально</w:t>
            </w:r>
          </w:p>
        </w:tc>
        <w:tc>
          <w:tcPr>
            <w:tcW w:w="0" w:type="auto"/>
          </w:tcPr>
          <w:p w14:paraId="2E5F7A18" w14:textId="77777777" w:rsidR="007A5E59" w:rsidRDefault="0095198F">
            <w:pPr>
              <w:jc w:val="center"/>
            </w:pPr>
            <w:r>
              <w:t>0,0</w:t>
            </w:r>
          </w:p>
        </w:tc>
        <w:tc>
          <w:tcPr>
            <w:tcW w:w="0" w:type="auto"/>
          </w:tcPr>
          <w:p w14:paraId="1FDBAC95" w14:textId="77777777" w:rsidR="007A5E59" w:rsidRDefault="0095198F">
            <w:pPr>
              <w:jc w:val="center"/>
            </w:pPr>
            <w:r>
              <w:t>0,0</w:t>
            </w:r>
          </w:p>
        </w:tc>
        <w:tc>
          <w:tcPr>
            <w:tcW w:w="0" w:type="auto"/>
          </w:tcPr>
          <w:p w14:paraId="49789D01" w14:textId="77777777" w:rsidR="007A5E59" w:rsidRDefault="0095198F">
            <w:pPr>
              <w:jc w:val="center"/>
            </w:pPr>
            <w:r>
              <w:t>0,0</w:t>
            </w:r>
          </w:p>
        </w:tc>
        <w:tc>
          <w:tcPr>
            <w:tcW w:w="0" w:type="auto"/>
          </w:tcPr>
          <w:p w14:paraId="332C1724" w14:textId="77777777" w:rsidR="007A5E59" w:rsidRDefault="0095198F">
            <w:pPr>
              <w:jc w:val="center"/>
            </w:pPr>
            <w:r>
              <w:t>0,0</w:t>
            </w:r>
          </w:p>
        </w:tc>
        <w:tc>
          <w:tcPr>
            <w:tcW w:w="0" w:type="auto"/>
          </w:tcPr>
          <w:p w14:paraId="3D808982" w14:textId="77777777" w:rsidR="007A5E59" w:rsidRDefault="0095198F">
            <w:pPr>
              <w:jc w:val="center"/>
            </w:pPr>
            <w:r>
              <w:t>0,0</w:t>
            </w:r>
          </w:p>
        </w:tc>
        <w:tc>
          <w:tcPr>
            <w:tcW w:w="0" w:type="auto"/>
          </w:tcPr>
          <w:p w14:paraId="07281A5E" w14:textId="77777777" w:rsidR="007A5E59" w:rsidRDefault="0095198F">
            <w:pPr>
              <w:jc w:val="center"/>
            </w:pPr>
            <w:r>
              <w:t>0,0</w:t>
            </w:r>
          </w:p>
        </w:tc>
        <w:tc>
          <w:tcPr>
            <w:tcW w:w="0" w:type="auto"/>
          </w:tcPr>
          <w:p w14:paraId="28884F55" w14:textId="77777777" w:rsidR="007A5E59" w:rsidRDefault="0095198F">
            <w:pPr>
              <w:jc w:val="center"/>
            </w:pPr>
            <w:r>
              <w:t>0,0</w:t>
            </w:r>
          </w:p>
        </w:tc>
        <w:tc>
          <w:tcPr>
            <w:tcW w:w="0" w:type="auto"/>
          </w:tcPr>
          <w:p w14:paraId="105838CA" w14:textId="77777777" w:rsidR="007A5E59" w:rsidRDefault="0095198F">
            <w:pPr>
              <w:jc w:val="center"/>
            </w:pPr>
            <w:r>
              <w:t>0,0</w:t>
            </w:r>
          </w:p>
        </w:tc>
        <w:tc>
          <w:tcPr>
            <w:tcW w:w="0" w:type="auto"/>
          </w:tcPr>
          <w:p w14:paraId="238746BF" w14:textId="77777777" w:rsidR="007A5E59" w:rsidRDefault="0095198F">
            <w:pPr>
              <w:jc w:val="center"/>
            </w:pPr>
            <w:r>
              <w:t>0,0</w:t>
            </w:r>
          </w:p>
        </w:tc>
        <w:tc>
          <w:tcPr>
            <w:tcW w:w="0" w:type="auto"/>
          </w:tcPr>
          <w:p w14:paraId="17B1CB0E" w14:textId="77777777" w:rsidR="007A5E59" w:rsidRDefault="0095198F">
            <w:pPr>
              <w:jc w:val="center"/>
            </w:pPr>
            <w:r>
              <w:t>0,0</w:t>
            </w:r>
          </w:p>
        </w:tc>
        <w:tc>
          <w:tcPr>
            <w:tcW w:w="0" w:type="auto"/>
          </w:tcPr>
          <w:p w14:paraId="1AC79E5F" w14:textId="77777777" w:rsidR="007A5E59" w:rsidRDefault="0095198F">
            <w:pPr>
              <w:jc w:val="center"/>
            </w:pPr>
            <w:r>
              <w:t>0,0</w:t>
            </w:r>
          </w:p>
        </w:tc>
        <w:tc>
          <w:tcPr>
            <w:tcW w:w="0" w:type="auto"/>
          </w:tcPr>
          <w:p w14:paraId="77136485" w14:textId="77777777" w:rsidR="007A5E59" w:rsidRDefault="0095198F">
            <w:pPr>
              <w:jc w:val="center"/>
            </w:pPr>
            <w:r>
              <w:t>0,0</w:t>
            </w:r>
          </w:p>
        </w:tc>
        <w:tc>
          <w:tcPr>
            <w:tcW w:w="0" w:type="auto"/>
          </w:tcPr>
          <w:p w14:paraId="3E04437E" w14:textId="77777777" w:rsidR="007A5E59" w:rsidRDefault="0095198F">
            <w:pPr>
              <w:jc w:val="center"/>
            </w:pPr>
            <w:r>
              <w:t>0,0</w:t>
            </w:r>
          </w:p>
        </w:tc>
        <w:tc>
          <w:tcPr>
            <w:tcW w:w="0" w:type="auto"/>
          </w:tcPr>
          <w:p w14:paraId="449E184F" w14:textId="77777777" w:rsidR="007A5E59" w:rsidRDefault="0095198F">
            <w:pPr>
              <w:jc w:val="center"/>
            </w:pPr>
            <w:r>
              <w:t>0,0</w:t>
            </w:r>
          </w:p>
        </w:tc>
        <w:tc>
          <w:tcPr>
            <w:tcW w:w="0" w:type="auto"/>
          </w:tcPr>
          <w:p w14:paraId="001758E2" w14:textId="77777777" w:rsidR="007A5E59" w:rsidRDefault="0095198F">
            <w:pPr>
              <w:jc w:val="center"/>
            </w:pPr>
            <w:r>
              <w:t>0,0</w:t>
            </w:r>
          </w:p>
        </w:tc>
        <w:tc>
          <w:tcPr>
            <w:tcW w:w="0" w:type="auto"/>
          </w:tcPr>
          <w:p w14:paraId="1AB982D6" w14:textId="77777777" w:rsidR="007A5E59" w:rsidRDefault="0095198F">
            <w:pPr>
              <w:jc w:val="center"/>
            </w:pPr>
            <w:r>
              <w:t>0,0</w:t>
            </w:r>
          </w:p>
        </w:tc>
        <w:tc>
          <w:tcPr>
            <w:tcW w:w="0" w:type="auto"/>
          </w:tcPr>
          <w:p w14:paraId="59DD1014" w14:textId="77777777" w:rsidR="007A5E59" w:rsidRDefault="0095198F">
            <w:pPr>
              <w:jc w:val="center"/>
            </w:pPr>
            <w:r>
              <w:t>0,0</w:t>
            </w:r>
          </w:p>
        </w:tc>
        <w:tc>
          <w:tcPr>
            <w:tcW w:w="0" w:type="auto"/>
          </w:tcPr>
          <w:p w14:paraId="10BEA98F" w14:textId="77777777" w:rsidR="007A5E59" w:rsidRDefault="0095198F">
            <w:pPr>
              <w:jc w:val="center"/>
            </w:pPr>
            <w:r>
              <w:t>0,0</w:t>
            </w:r>
          </w:p>
        </w:tc>
        <w:tc>
          <w:tcPr>
            <w:tcW w:w="0" w:type="auto"/>
          </w:tcPr>
          <w:p w14:paraId="7D7B81B3" w14:textId="77777777" w:rsidR="007A5E59" w:rsidRDefault="0095198F">
            <w:pPr>
              <w:jc w:val="center"/>
            </w:pPr>
            <w:r>
              <w:t>0,0</w:t>
            </w:r>
          </w:p>
        </w:tc>
        <w:tc>
          <w:tcPr>
            <w:tcW w:w="0" w:type="auto"/>
          </w:tcPr>
          <w:p w14:paraId="062BBD6C" w14:textId="77777777" w:rsidR="007A5E59" w:rsidRDefault="0095198F">
            <w:pPr>
              <w:jc w:val="center"/>
            </w:pPr>
            <w:r>
              <w:t>0,0</w:t>
            </w:r>
          </w:p>
        </w:tc>
      </w:tr>
      <w:tr w:rsidR="007A5E59" w14:paraId="4CD48E79" w14:textId="77777777">
        <w:trPr>
          <w:jc w:val="center"/>
        </w:trPr>
        <w:tc>
          <w:tcPr>
            <w:tcW w:w="0" w:type="auto"/>
          </w:tcPr>
          <w:p w14:paraId="62AE26D3" w14:textId="77777777" w:rsidR="007A5E59" w:rsidRDefault="0095198F">
            <w:r>
              <w:t>надземная</w:t>
            </w:r>
          </w:p>
        </w:tc>
        <w:tc>
          <w:tcPr>
            <w:tcW w:w="0" w:type="auto"/>
          </w:tcPr>
          <w:p w14:paraId="4E145254" w14:textId="77777777" w:rsidR="007A5E59" w:rsidRDefault="0095198F">
            <w:pPr>
              <w:jc w:val="center"/>
            </w:pPr>
            <w:r>
              <w:t>0,0</w:t>
            </w:r>
          </w:p>
        </w:tc>
        <w:tc>
          <w:tcPr>
            <w:tcW w:w="0" w:type="auto"/>
          </w:tcPr>
          <w:p w14:paraId="7CA74D02" w14:textId="77777777" w:rsidR="007A5E59" w:rsidRDefault="0095198F">
            <w:pPr>
              <w:jc w:val="center"/>
            </w:pPr>
            <w:r>
              <w:t>0,0</w:t>
            </w:r>
          </w:p>
        </w:tc>
        <w:tc>
          <w:tcPr>
            <w:tcW w:w="0" w:type="auto"/>
          </w:tcPr>
          <w:p w14:paraId="39424687" w14:textId="77777777" w:rsidR="007A5E59" w:rsidRDefault="0095198F">
            <w:pPr>
              <w:jc w:val="center"/>
            </w:pPr>
            <w:r>
              <w:t>230,0</w:t>
            </w:r>
          </w:p>
        </w:tc>
        <w:tc>
          <w:tcPr>
            <w:tcW w:w="0" w:type="auto"/>
          </w:tcPr>
          <w:p w14:paraId="3E988C2C" w14:textId="77777777" w:rsidR="007A5E59" w:rsidRDefault="0095198F">
            <w:pPr>
              <w:jc w:val="center"/>
            </w:pPr>
            <w:r>
              <w:t>0,0</w:t>
            </w:r>
          </w:p>
        </w:tc>
        <w:tc>
          <w:tcPr>
            <w:tcW w:w="0" w:type="auto"/>
          </w:tcPr>
          <w:p w14:paraId="7D4659BC" w14:textId="77777777" w:rsidR="007A5E59" w:rsidRDefault="0095198F">
            <w:pPr>
              <w:jc w:val="center"/>
            </w:pPr>
            <w:r>
              <w:t>278,0</w:t>
            </w:r>
          </w:p>
        </w:tc>
        <w:tc>
          <w:tcPr>
            <w:tcW w:w="0" w:type="auto"/>
          </w:tcPr>
          <w:p w14:paraId="0EED74C4" w14:textId="77777777" w:rsidR="007A5E59" w:rsidRDefault="0095198F">
            <w:pPr>
              <w:jc w:val="center"/>
            </w:pPr>
            <w:r>
              <w:t>2 917,0</w:t>
            </w:r>
          </w:p>
        </w:tc>
        <w:tc>
          <w:tcPr>
            <w:tcW w:w="0" w:type="auto"/>
          </w:tcPr>
          <w:p w14:paraId="46A5333B" w14:textId="77777777" w:rsidR="007A5E59" w:rsidRDefault="0095198F">
            <w:pPr>
              <w:jc w:val="center"/>
            </w:pPr>
            <w:r>
              <w:t>665,0</w:t>
            </w:r>
          </w:p>
        </w:tc>
        <w:tc>
          <w:tcPr>
            <w:tcW w:w="0" w:type="auto"/>
          </w:tcPr>
          <w:p w14:paraId="4AAB48D5" w14:textId="77777777" w:rsidR="007A5E59" w:rsidRDefault="0095198F">
            <w:pPr>
              <w:jc w:val="center"/>
            </w:pPr>
            <w:r>
              <w:t>0,0</w:t>
            </w:r>
          </w:p>
        </w:tc>
        <w:tc>
          <w:tcPr>
            <w:tcW w:w="0" w:type="auto"/>
          </w:tcPr>
          <w:p w14:paraId="2815EA86" w14:textId="77777777" w:rsidR="007A5E59" w:rsidRDefault="0095198F">
            <w:pPr>
              <w:jc w:val="center"/>
            </w:pPr>
            <w:r>
              <w:t>0,0</w:t>
            </w:r>
          </w:p>
        </w:tc>
        <w:tc>
          <w:tcPr>
            <w:tcW w:w="0" w:type="auto"/>
          </w:tcPr>
          <w:p w14:paraId="6BD2D3AB" w14:textId="77777777" w:rsidR="007A5E59" w:rsidRDefault="0095198F">
            <w:pPr>
              <w:jc w:val="center"/>
            </w:pPr>
            <w:r>
              <w:t>250,0</w:t>
            </w:r>
          </w:p>
        </w:tc>
        <w:tc>
          <w:tcPr>
            <w:tcW w:w="0" w:type="auto"/>
          </w:tcPr>
          <w:p w14:paraId="120F41C8" w14:textId="77777777" w:rsidR="007A5E59" w:rsidRDefault="0095198F">
            <w:pPr>
              <w:jc w:val="center"/>
            </w:pPr>
            <w:r>
              <w:t>100,0</w:t>
            </w:r>
          </w:p>
        </w:tc>
        <w:tc>
          <w:tcPr>
            <w:tcW w:w="0" w:type="auto"/>
          </w:tcPr>
          <w:p w14:paraId="6E5B5677" w14:textId="77777777" w:rsidR="007A5E59" w:rsidRDefault="0095198F">
            <w:pPr>
              <w:jc w:val="center"/>
            </w:pPr>
            <w:r>
              <w:t>0,0</w:t>
            </w:r>
          </w:p>
        </w:tc>
        <w:tc>
          <w:tcPr>
            <w:tcW w:w="0" w:type="auto"/>
          </w:tcPr>
          <w:p w14:paraId="41111801" w14:textId="77777777" w:rsidR="007A5E59" w:rsidRDefault="0095198F">
            <w:pPr>
              <w:jc w:val="center"/>
            </w:pPr>
            <w:r>
              <w:t>300,0</w:t>
            </w:r>
          </w:p>
        </w:tc>
        <w:tc>
          <w:tcPr>
            <w:tcW w:w="0" w:type="auto"/>
          </w:tcPr>
          <w:p w14:paraId="47D2B31B" w14:textId="77777777" w:rsidR="007A5E59" w:rsidRDefault="0095198F">
            <w:pPr>
              <w:jc w:val="center"/>
            </w:pPr>
            <w:r>
              <w:t>1 940,0</w:t>
            </w:r>
          </w:p>
        </w:tc>
        <w:tc>
          <w:tcPr>
            <w:tcW w:w="0" w:type="auto"/>
          </w:tcPr>
          <w:p w14:paraId="792DFD5A" w14:textId="77777777" w:rsidR="007A5E59" w:rsidRDefault="0095198F">
            <w:pPr>
              <w:jc w:val="center"/>
            </w:pPr>
            <w:r>
              <w:t>1 120,0</w:t>
            </w:r>
          </w:p>
        </w:tc>
        <w:tc>
          <w:tcPr>
            <w:tcW w:w="0" w:type="auto"/>
          </w:tcPr>
          <w:p w14:paraId="745D7122" w14:textId="77777777" w:rsidR="007A5E59" w:rsidRDefault="0095198F">
            <w:pPr>
              <w:jc w:val="center"/>
            </w:pPr>
            <w:r>
              <w:t>0,0</w:t>
            </w:r>
          </w:p>
        </w:tc>
        <w:tc>
          <w:tcPr>
            <w:tcW w:w="0" w:type="auto"/>
          </w:tcPr>
          <w:p w14:paraId="3FCA26E7" w14:textId="77777777" w:rsidR="007A5E59" w:rsidRDefault="0095198F">
            <w:pPr>
              <w:jc w:val="center"/>
            </w:pPr>
            <w:r>
              <w:t>0,0</w:t>
            </w:r>
          </w:p>
        </w:tc>
        <w:tc>
          <w:tcPr>
            <w:tcW w:w="0" w:type="auto"/>
          </w:tcPr>
          <w:p w14:paraId="49434801" w14:textId="77777777" w:rsidR="007A5E59" w:rsidRDefault="0095198F">
            <w:pPr>
              <w:jc w:val="center"/>
            </w:pPr>
            <w:r>
              <w:t>0,0</w:t>
            </w:r>
          </w:p>
        </w:tc>
        <w:tc>
          <w:tcPr>
            <w:tcW w:w="0" w:type="auto"/>
          </w:tcPr>
          <w:p w14:paraId="352E3145" w14:textId="77777777" w:rsidR="007A5E59" w:rsidRDefault="0095198F">
            <w:pPr>
              <w:jc w:val="center"/>
            </w:pPr>
            <w:r>
              <w:t>0,0</w:t>
            </w:r>
          </w:p>
        </w:tc>
        <w:tc>
          <w:tcPr>
            <w:tcW w:w="0" w:type="auto"/>
          </w:tcPr>
          <w:p w14:paraId="4824F4EA" w14:textId="77777777" w:rsidR="007A5E59" w:rsidRDefault="0095198F">
            <w:pPr>
              <w:jc w:val="center"/>
            </w:pPr>
            <w:r>
              <w:t>7 800,0</w:t>
            </w:r>
          </w:p>
        </w:tc>
      </w:tr>
      <w:tr w:rsidR="007A5E59" w14:paraId="1E6F6781" w14:textId="77777777">
        <w:trPr>
          <w:jc w:val="center"/>
        </w:trPr>
        <w:tc>
          <w:tcPr>
            <w:tcW w:w="0" w:type="auto"/>
            <w:shd w:val="clear" w:color="auto" w:fill="DBE5F1"/>
          </w:tcPr>
          <w:p w14:paraId="116A8D27" w14:textId="77777777" w:rsidR="007A5E59" w:rsidRDefault="0095198F">
            <w:r>
              <w:rPr>
                <w:b/>
              </w:rPr>
              <w:t>ИТОГО существующая сеть</w:t>
            </w:r>
          </w:p>
        </w:tc>
        <w:tc>
          <w:tcPr>
            <w:tcW w:w="0" w:type="auto"/>
            <w:shd w:val="clear" w:color="auto" w:fill="DBE5F1"/>
          </w:tcPr>
          <w:p w14:paraId="3FB5D8CD" w14:textId="77777777" w:rsidR="007A5E59" w:rsidRDefault="0095198F">
            <w:pPr>
              <w:jc w:val="center"/>
            </w:pPr>
            <w:r>
              <w:rPr>
                <w:b/>
              </w:rPr>
              <w:t>0,0</w:t>
            </w:r>
          </w:p>
        </w:tc>
        <w:tc>
          <w:tcPr>
            <w:tcW w:w="0" w:type="auto"/>
            <w:shd w:val="clear" w:color="auto" w:fill="DBE5F1"/>
          </w:tcPr>
          <w:p w14:paraId="3E4AFCD3" w14:textId="77777777" w:rsidR="007A5E59" w:rsidRDefault="0095198F">
            <w:pPr>
              <w:jc w:val="center"/>
            </w:pPr>
            <w:r>
              <w:rPr>
                <w:b/>
              </w:rPr>
              <w:t>0,0</w:t>
            </w:r>
          </w:p>
        </w:tc>
        <w:tc>
          <w:tcPr>
            <w:tcW w:w="0" w:type="auto"/>
            <w:shd w:val="clear" w:color="auto" w:fill="DBE5F1"/>
          </w:tcPr>
          <w:p w14:paraId="5DD20803" w14:textId="77777777" w:rsidR="007A5E59" w:rsidRDefault="0095198F">
            <w:pPr>
              <w:jc w:val="center"/>
            </w:pPr>
            <w:r>
              <w:rPr>
                <w:b/>
              </w:rPr>
              <w:t>230,0</w:t>
            </w:r>
          </w:p>
        </w:tc>
        <w:tc>
          <w:tcPr>
            <w:tcW w:w="0" w:type="auto"/>
            <w:shd w:val="clear" w:color="auto" w:fill="DBE5F1"/>
          </w:tcPr>
          <w:p w14:paraId="5D8A415E" w14:textId="77777777" w:rsidR="007A5E59" w:rsidRDefault="0095198F">
            <w:pPr>
              <w:jc w:val="center"/>
            </w:pPr>
            <w:r>
              <w:rPr>
                <w:b/>
              </w:rPr>
              <w:t>0,0</w:t>
            </w:r>
          </w:p>
        </w:tc>
        <w:tc>
          <w:tcPr>
            <w:tcW w:w="0" w:type="auto"/>
            <w:shd w:val="clear" w:color="auto" w:fill="DBE5F1"/>
          </w:tcPr>
          <w:p w14:paraId="1BFA8AAB" w14:textId="77777777" w:rsidR="007A5E59" w:rsidRDefault="0095198F">
            <w:pPr>
              <w:jc w:val="center"/>
            </w:pPr>
            <w:r>
              <w:rPr>
                <w:b/>
              </w:rPr>
              <w:t>278,0</w:t>
            </w:r>
          </w:p>
        </w:tc>
        <w:tc>
          <w:tcPr>
            <w:tcW w:w="0" w:type="auto"/>
            <w:shd w:val="clear" w:color="auto" w:fill="DBE5F1"/>
          </w:tcPr>
          <w:p w14:paraId="75A67B97" w14:textId="77777777" w:rsidR="007A5E59" w:rsidRDefault="0095198F">
            <w:pPr>
              <w:jc w:val="center"/>
            </w:pPr>
            <w:r>
              <w:rPr>
                <w:b/>
              </w:rPr>
              <w:t>3 347,0</w:t>
            </w:r>
          </w:p>
        </w:tc>
        <w:tc>
          <w:tcPr>
            <w:tcW w:w="0" w:type="auto"/>
            <w:shd w:val="clear" w:color="auto" w:fill="DBE5F1"/>
          </w:tcPr>
          <w:p w14:paraId="0EE035E9" w14:textId="77777777" w:rsidR="007A5E59" w:rsidRDefault="0095198F">
            <w:pPr>
              <w:jc w:val="center"/>
            </w:pPr>
            <w:r>
              <w:rPr>
                <w:b/>
              </w:rPr>
              <w:t>665,0</w:t>
            </w:r>
          </w:p>
        </w:tc>
        <w:tc>
          <w:tcPr>
            <w:tcW w:w="0" w:type="auto"/>
            <w:shd w:val="clear" w:color="auto" w:fill="DBE5F1"/>
          </w:tcPr>
          <w:p w14:paraId="4A80EE68" w14:textId="77777777" w:rsidR="007A5E59" w:rsidRDefault="0095198F">
            <w:pPr>
              <w:jc w:val="center"/>
            </w:pPr>
            <w:r>
              <w:rPr>
                <w:b/>
              </w:rPr>
              <w:t>0,0</w:t>
            </w:r>
          </w:p>
        </w:tc>
        <w:tc>
          <w:tcPr>
            <w:tcW w:w="0" w:type="auto"/>
            <w:shd w:val="clear" w:color="auto" w:fill="DBE5F1"/>
          </w:tcPr>
          <w:p w14:paraId="4F46DF8D" w14:textId="77777777" w:rsidR="007A5E59" w:rsidRDefault="0095198F">
            <w:pPr>
              <w:jc w:val="center"/>
            </w:pPr>
            <w:r>
              <w:rPr>
                <w:b/>
              </w:rPr>
              <w:t>0,0</w:t>
            </w:r>
          </w:p>
        </w:tc>
        <w:tc>
          <w:tcPr>
            <w:tcW w:w="0" w:type="auto"/>
            <w:shd w:val="clear" w:color="auto" w:fill="DBE5F1"/>
          </w:tcPr>
          <w:p w14:paraId="6CFB00E8" w14:textId="77777777" w:rsidR="007A5E59" w:rsidRDefault="0095198F">
            <w:pPr>
              <w:jc w:val="center"/>
            </w:pPr>
            <w:r>
              <w:rPr>
                <w:b/>
              </w:rPr>
              <w:t>975,0</w:t>
            </w:r>
          </w:p>
        </w:tc>
        <w:tc>
          <w:tcPr>
            <w:tcW w:w="0" w:type="auto"/>
            <w:shd w:val="clear" w:color="auto" w:fill="DBE5F1"/>
          </w:tcPr>
          <w:p w14:paraId="745EB891" w14:textId="77777777" w:rsidR="007A5E59" w:rsidRDefault="0095198F">
            <w:pPr>
              <w:jc w:val="center"/>
            </w:pPr>
            <w:r>
              <w:rPr>
                <w:b/>
              </w:rPr>
              <w:t>1 010,0</w:t>
            </w:r>
          </w:p>
        </w:tc>
        <w:tc>
          <w:tcPr>
            <w:tcW w:w="0" w:type="auto"/>
            <w:shd w:val="clear" w:color="auto" w:fill="DBE5F1"/>
          </w:tcPr>
          <w:p w14:paraId="70DB8F47" w14:textId="77777777" w:rsidR="007A5E59" w:rsidRDefault="0095198F">
            <w:pPr>
              <w:jc w:val="center"/>
            </w:pPr>
            <w:r>
              <w:rPr>
                <w:b/>
              </w:rPr>
              <w:t>0,0</w:t>
            </w:r>
          </w:p>
        </w:tc>
        <w:tc>
          <w:tcPr>
            <w:tcW w:w="0" w:type="auto"/>
            <w:shd w:val="clear" w:color="auto" w:fill="DBE5F1"/>
          </w:tcPr>
          <w:p w14:paraId="321499B2" w14:textId="77777777" w:rsidR="007A5E59" w:rsidRDefault="0095198F">
            <w:pPr>
              <w:jc w:val="center"/>
            </w:pPr>
            <w:r>
              <w:rPr>
                <w:b/>
              </w:rPr>
              <w:t>723,0</w:t>
            </w:r>
          </w:p>
        </w:tc>
        <w:tc>
          <w:tcPr>
            <w:tcW w:w="0" w:type="auto"/>
            <w:shd w:val="clear" w:color="auto" w:fill="DBE5F1"/>
          </w:tcPr>
          <w:p w14:paraId="5B5901BA" w14:textId="77777777" w:rsidR="007A5E59" w:rsidRDefault="0095198F">
            <w:pPr>
              <w:jc w:val="center"/>
            </w:pPr>
            <w:r>
              <w:rPr>
                <w:b/>
              </w:rPr>
              <w:t>3 138,0</w:t>
            </w:r>
          </w:p>
        </w:tc>
        <w:tc>
          <w:tcPr>
            <w:tcW w:w="0" w:type="auto"/>
            <w:shd w:val="clear" w:color="auto" w:fill="DBE5F1"/>
          </w:tcPr>
          <w:p w14:paraId="00A42207" w14:textId="77777777" w:rsidR="007A5E59" w:rsidRDefault="0095198F">
            <w:pPr>
              <w:jc w:val="center"/>
            </w:pPr>
            <w:r>
              <w:rPr>
                <w:b/>
              </w:rPr>
              <w:t>1 120,0</w:t>
            </w:r>
          </w:p>
        </w:tc>
        <w:tc>
          <w:tcPr>
            <w:tcW w:w="0" w:type="auto"/>
            <w:shd w:val="clear" w:color="auto" w:fill="DBE5F1"/>
          </w:tcPr>
          <w:p w14:paraId="33BA17C6" w14:textId="77777777" w:rsidR="007A5E59" w:rsidRDefault="0095198F">
            <w:pPr>
              <w:jc w:val="center"/>
            </w:pPr>
            <w:r>
              <w:rPr>
                <w:b/>
              </w:rPr>
              <w:t>0,0</w:t>
            </w:r>
          </w:p>
        </w:tc>
        <w:tc>
          <w:tcPr>
            <w:tcW w:w="0" w:type="auto"/>
            <w:shd w:val="clear" w:color="auto" w:fill="DBE5F1"/>
          </w:tcPr>
          <w:p w14:paraId="052EC760" w14:textId="77777777" w:rsidR="007A5E59" w:rsidRDefault="0095198F">
            <w:pPr>
              <w:jc w:val="center"/>
            </w:pPr>
            <w:r>
              <w:rPr>
                <w:b/>
              </w:rPr>
              <w:t>0,0</w:t>
            </w:r>
          </w:p>
        </w:tc>
        <w:tc>
          <w:tcPr>
            <w:tcW w:w="0" w:type="auto"/>
            <w:shd w:val="clear" w:color="auto" w:fill="DBE5F1"/>
          </w:tcPr>
          <w:p w14:paraId="6EA34E94" w14:textId="77777777" w:rsidR="007A5E59" w:rsidRDefault="0095198F">
            <w:pPr>
              <w:jc w:val="center"/>
            </w:pPr>
            <w:r>
              <w:rPr>
                <w:b/>
              </w:rPr>
              <w:t>0,0</w:t>
            </w:r>
          </w:p>
        </w:tc>
        <w:tc>
          <w:tcPr>
            <w:tcW w:w="0" w:type="auto"/>
            <w:shd w:val="clear" w:color="auto" w:fill="DBE5F1"/>
          </w:tcPr>
          <w:p w14:paraId="0A0A7BC4" w14:textId="77777777" w:rsidR="007A5E59" w:rsidRDefault="0095198F">
            <w:pPr>
              <w:jc w:val="center"/>
            </w:pPr>
            <w:r>
              <w:rPr>
                <w:b/>
              </w:rPr>
              <w:t>0,0</w:t>
            </w:r>
          </w:p>
        </w:tc>
        <w:tc>
          <w:tcPr>
            <w:tcW w:w="0" w:type="auto"/>
            <w:shd w:val="clear" w:color="auto" w:fill="DBE5F1"/>
          </w:tcPr>
          <w:p w14:paraId="4F3AD0F7" w14:textId="77777777" w:rsidR="007A5E59" w:rsidRDefault="0095198F">
            <w:pPr>
              <w:jc w:val="center"/>
            </w:pPr>
            <w:r>
              <w:rPr>
                <w:b/>
              </w:rPr>
              <w:t>11 486,0</w:t>
            </w:r>
          </w:p>
        </w:tc>
      </w:tr>
      <w:tr w:rsidR="007A5E59" w14:paraId="70B78690" w14:textId="77777777">
        <w:trPr>
          <w:jc w:val="center"/>
        </w:trPr>
        <w:tc>
          <w:tcPr>
            <w:tcW w:w="0" w:type="auto"/>
          </w:tcPr>
          <w:p w14:paraId="32E27630" w14:textId="77777777" w:rsidR="007A5E59" w:rsidRDefault="0095198F">
            <w:r w:rsidRPr="00312815">
              <w:rPr>
                <w:lang w:val="ru-RU"/>
              </w:rPr>
              <w:t xml:space="preserve">БЛОК 2. Подлежит замене — по сроку службы (порог см. </w:t>
            </w:r>
            <w:r>
              <w:t>БЛОК 4), м</w:t>
            </w:r>
          </w:p>
        </w:tc>
        <w:tc>
          <w:tcPr>
            <w:tcW w:w="0" w:type="auto"/>
          </w:tcPr>
          <w:p w14:paraId="34DCDD5D" w14:textId="77777777" w:rsidR="007A5E59" w:rsidRDefault="007A5E59"/>
        </w:tc>
        <w:tc>
          <w:tcPr>
            <w:tcW w:w="0" w:type="auto"/>
          </w:tcPr>
          <w:p w14:paraId="18250F08" w14:textId="77777777" w:rsidR="007A5E59" w:rsidRDefault="007A5E59"/>
        </w:tc>
        <w:tc>
          <w:tcPr>
            <w:tcW w:w="0" w:type="auto"/>
          </w:tcPr>
          <w:p w14:paraId="60BE5C01" w14:textId="77777777" w:rsidR="007A5E59" w:rsidRDefault="007A5E59"/>
        </w:tc>
        <w:tc>
          <w:tcPr>
            <w:tcW w:w="0" w:type="auto"/>
          </w:tcPr>
          <w:p w14:paraId="01DC71C0" w14:textId="77777777" w:rsidR="007A5E59" w:rsidRDefault="007A5E59"/>
        </w:tc>
        <w:tc>
          <w:tcPr>
            <w:tcW w:w="0" w:type="auto"/>
          </w:tcPr>
          <w:p w14:paraId="01048EFF" w14:textId="77777777" w:rsidR="007A5E59" w:rsidRDefault="007A5E59"/>
        </w:tc>
        <w:tc>
          <w:tcPr>
            <w:tcW w:w="0" w:type="auto"/>
          </w:tcPr>
          <w:p w14:paraId="26EE819D" w14:textId="77777777" w:rsidR="007A5E59" w:rsidRDefault="007A5E59"/>
        </w:tc>
        <w:tc>
          <w:tcPr>
            <w:tcW w:w="0" w:type="auto"/>
          </w:tcPr>
          <w:p w14:paraId="26EF3E9F" w14:textId="77777777" w:rsidR="007A5E59" w:rsidRDefault="007A5E59"/>
        </w:tc>
        <w:tc>
          <w:tcPr>
            <w:tcW w:w="0" w:type="auto"/>
          </w:tcPr>
          <w:p w14:paraId="4342113F" w14:textId="77777777" w:rsidR="007A5E59" w:rsidRDefault="007A5E59"/>
        </w:tc>
        <w:tc>
          <w:tcPr>
            <w:tcW w:w="0" w:type="auto"/>
          </w:tcPr>
          <w:p w14:paraId="589C77E9" w14:textId="77777777" w:rsidR="007A5E59" w:rsidRDefault="007A5E59"/>
        </w:tc>
        <w:tc>
          <w:tcPr>
            <w:tcW w:w="0" w:type="auto"/>
          </w:tcPr>
          <w:p w14:paraId="05B11BE3" w14:textId="77777777" w:rsidR="007A5E59" w:rsidRDefault="007A5E59"/>
        </w:tc>
        <w:tc>
          <w:tcPr>
            <w:tcW w:w="0" w:type="auto"/>
          </w:tcPr>
          <w:p w14:paraId="768778B4" w14:textId="77777777" w:rsidR="007A5E59" w:rsidRDefault="007A5E59"/>
        </w:tc>
        <w:tc>
          <w:tcPr>
            <w:tcW w:w="0" w:type="auto"/>
          </w:tcPr>
          <w:p w14:paraId="462E75CB" w14:textId="77777777" w:rsidR="007A5E59" w:rsidRDefault="007A5E59"/>
        </w:tc>
        <w:tc>
          <w:tcPr>
            <w:tcW w:w="0" w:type="auto"/>
          </w:tcPr>
          <w:p w14:paraId="7F69D5DE" w14:textId="77777777" w:rsidR="007A5E59" w:rsidRDefault="007A5E59"/>
        </w:tc>
        <w:tc>
          <w:tcPr>
            <w:tcW w:w="0" w:type="auto"/>
          </w:tcPr>
          <w:p w14:paraId="1A3E9FC9" w14:textId="77777777" w:rsidR="007A5E59" w:rsidRDefault="007A5E59"/>
        </w:tc>
        <w:tc>
          <w:tcPr>
            <w:tcW w:w="0" w:type="auto"/>
          </w:tcPr>
          <w:p w14:paraId="6F84987D" w14:textId="77777777" w:rsidR="007A5E59" w:rsidRDefault="007A5E59"/>
        </w:tc>
        <w:tc>
          <w:tcPr>
            <w:tcW w:w="0" w:type="auto"/>
          </w:tcPr>
          <w:p w14:paraId="4CDAF5A3" w14:textId="77777777" w:rsidR="007A5E59" w:rsidRDefault="007A5E59"/>
        </w:tc>
        <w:tc>
          <w:tcPr>
            <w:tcW w:w="0" w:type="auto"/>
          </w:tcPr>
          <w:p w14:paraId="070E3C5E" w14:textId="77777777" w:rsidR="007A5E59" w:rsidRDefault="007A5E59"/>
        </w:tc>
        <w:tc>
          <w:tcPr>
            <w:tcW w:w="0" w:type="auto"/>
          </w:tcPr>
          <w:p w14:paraId="482EA6EF" w14:textId="77777777" w:rsidR="007A5E59" w:rsidRDefault="007A5E59"/>
        </w:tc>
        <w:tc>
          <w:tcPr>
            <w:tcW w:w="0" w:type="auto"/>
          </w:tcPr>
          <w:p w14:paraId="40C6EEEC" w14:textId="77777777" w:rsidR="007A5E59" w:rsidRDefault="007A5E59"/>
        </w:tc>
        <w:tc>
          <w:tcPr>
            <w:tcW w:w="0" w:type="auto"/>
          </w:tcPr>
          <w:p w14:paraId="2AC8B43E" w14:textId="77777777" w:rsidR="007A5E59" w:rsidRDefault="007A5E59"/>
        </w:tc>
      </w:tr>
      <w:tr w:rsidR="007A5E59" w14:paraId="4359F34E" w14:textId="77777777">
        <w:trPr>
          <w:jc w:val="center"/>
        </w:trPr>
        <w:tc>
          <w:tcPr>
            <w:tcW w:w="0" w:type="auto"/>
          </w:tcPr>
          <w:p w14:paraId="4BB22C8F" w14:textId="77777777" w:rsidR="007A5E59" w:rsidRDefault="0095198F">
            <w:r>
              <w:t>Этап</w:t>
            </w:r>
          </w:p>
        </w:tc>
        <w:tc>
          <w:tcPr>
            <w:tcW w:w="0" w:type="auto"/>
          </w:tcPr>
          <w:p w14:paraId="0D6459AC" w14:textId="77777777" w:rsidR="007A5E59" w:rsidRDefault="0095198F">
            <w:r>
              <w:t>Дн15</w:t>
            </w:r>
          </w:p>
        </w:tc>
        <w:tc>
          <w:tcPr>
            <w:tcW w:w="0" w:type="auto"/>
          </w:tcPr>
          <w:p w14:paraId="5DD0C84A" w14:textId="77777777" w:rsidR="007A5E59" w:rsidRDefault="0095198F">
            <w:r>
              <w:t>Дн20</w:t>
            </w:r>
          </w:p>
        </w:tc>
        <w:tc>
          <w:tcPr>
            <w:tcW w:w="0" w:type="auto"/>
          </w:tcPr>
          <w:p w14:paraId="2DA0B08D" w14:textId="77777777" w:rsidR="007A5E59" w:rsidRDefault="0095198F">
            <w:r>
              <w:t>Дн25</w:t>
            </w:r>
          </w:p>
        </w:tc>
        <w:tc>
          <w:tcPr>
            <w:tcW w:w="0" w:type="auto"/>
          </w:tcPr>
          <w:p w14:paraId="08A1D9C2" w14:textId="77777777" w:rsidR="007A5E59" w:rsidRDefault="0095198F">
            <w:r>
              <w:t>Дн32</w:t>
            </w:r>
          </w:p>
        </w:tc>
        <w:tc>
          <w:tcPr>
            <w:tcW w:w="0" w:type="auto"/>
          </w:tcPr>
          <w:p w14:paraId="442B945C" w14:textId="77777777" w:rsidR="007A5E59" w:rsidRDefault="0095198F">
            <w:r>
              <w:t>Дн40</w:t>
            </w:r>
          </w:p>
        </w:tc>
        <w:tc>
          <w:tcPr>
            <w:tcW w:w="0" w:type="auto"/>
          </w:tcPr>
          <w:p w14:paraId="56E75FB1" w14:textId="77777777" w:rsidR="007A5E59" w:rsidRDefault="0095198F">
            <w:r>
              <w:t>Дн50</w:t>
            </w:r>
          </w:p>
        </w:tc>
        <w:tc>
          <w:tcPr>
            <w:tcW w:w="0" w:type="auto"/>
          </w:tcPr>
          <w:p w14:paraId="054EF414" w14:textId="77777777" w:rsidR="007A5E59" w:rsidRDefault="0095198F">
            <w:r>
              <w:t>Дн65</w:t>
            </w:r>
          </w:p>
        </w:tc>
        <w:tc>
          <w:tcPr>
            <w:tcW w:w="0" w:type="auto"/>
          </w:tcPr>
          <w:p w14:paraId="40F65086" w14:textId="77777777" w:rsidR="007A5E59" w:rsidRDefault="0095198F">
            <w:r>
              <w:t>Дн68</w:t>
            </w:r>
          </w:p>
        </w:tc>
        <w:tc>
          <w:tcPr>
            <w:tcW w:w="0" w:type="auto"/>
          </w:tcPr>
          <w:p w14:paraId="447BF36E" w14:textId="77777777" w:rsidR="007A5E59" w:rsidRDefault="0095198F">
            <w:r>
              <w:t>Дн70</w:t>
            </w:r>
          </w:p>
        </w:tc>
        <w:tc>
          <w:tcPr>
            <w:tcW w:w="0" w:type="auto"/>
          </w:tcPr>
          <w:p w14:paraId="62369920" w14:textId="77777777" w:rsidR="007A5E59" w:rsidRDefault="0095198F">
            <w:r>
              <w:t>Дн80</w:t>
            </w:r>
          </w:p>
        </w:tc>
        <w:tc>
          <w:tcPr>
            <w:tcW w:w="0" w:type="auto"/>
          </w:tcPr>
          <w:p w14:paraId="639D5C7B" w14:textId="77777777" w:rsidR="007A5E59" w:rsidRDefault="0095198F">
            <w:r>
              <w:t>Дн100</w:t>
            </w:r>
          </w:p>
        </w:tc>
        <w:tc>
          <w:tcPr>
            <w:tcW w:w="0" w:type="auto"/>
          </w:tcPr>
          <w:p w14:paraId="26F1BE31" w14:textId="77777777" w:rsidR="007A5E59" w:rsidRDefault="0095198F">
            <w:r>
              <w:t>Дн125</w:t>
            </w:r>
          </w:p>
        </w:tc>
        <w:tc>
          <w:tcPr>
            <w:tcW w:w="0" w:type="auto"/>
          </w:tcPr>
          <w:p w14:paraId="231A19AC" w14:textId="77777777" w:rsidR="007A5E59" w:rsidRDefault="0095198F">
            <w:r>
              <w:t>Дн150</w:t>
            </w:r>
          </w:p>
        </w:tc>
        <w:tc>
          <w:tcPr>
            <w:tcW w:w="0" w:type="auto"/>
          </w:tcPr>
          <w:p w14:paraId="3B5793FB" w14:textId="77777777" w:rsidR="007A5E59" w:rsidRDefault="0095198F">
            <w:r>
              <w:t>Дн200</w:t>
            </w:r>
          </w:p>
        </w:tc>
        <w:tc>
          <w:tcPr>
            <w:tcW w:w="0" w:type="auto"/>
          </w:tcPr>
          <w:p w14:paraId="29D4DC60" w14:textId="77777777" w:rsidR="007A5E59" w:rsidRDefault="0095198F">
            <w:r>
              <w:t>Дн250</w:t>
            </w:r>
          </w:p>
        </w:tc>
        <w:tc>
          <w:tcPr>
            <w:tcW w:w="0" w:type="auto"/>
          </w:tcPr>
          <w:p w14:paraId="661720B2" w14:textId="77777777" w:rsidR="007A5E59" w:rsidRDefault="0095198F">
            <w:r>
              <w:t>Дн300</w:t>
            </w:r>
          </w:p>
        </w:tc>
        <w:tc>
          <w:tcPr>
            <w:tcW w:w="0" w:type="auto"/>
          </w:tcPr>
          <w:p w14:paraId="204E33FE" w14:textId="77777777" w:rsidR="007A5E59" w:rsidRDefault="0095198F">
            <w:r>
              <w:t>Дн350</w:t>
            </w:r>
          </w:p>
        </w:tc>
        <w:tc>
          <w:tcPr>
            <w:tcW w:w="0" w:type="auto"/>
          </w:tcPr>
          <w:p w14:paraId="732D5D41" w14:textId="77777777" w:rsidR="007A5E59" w:rsidRDefault="0095198F">
            <w:r>
              <w:t>Дн400</w:t>
            </w:r>
          </w:p>
        </w:tc>
        <w:tc>
          <w:tcPr>
            <w:tcW w:w="0" w:type="auto"/>
          </w:tcPr>
          <w:p w14:paraId="2E5F797B" w14:textId="77777777" w:rsidR="007A5E59" w:rsidRDefault="0095198F">
            <w:r>
              <w:t>Дн500</w:t>
            </w:r>
          </w:p>
        </w:tc>
        <w:tc>
          <w:tcPr>
            <w:tcW w:w="0" w:type="auto"/>
          </w:tcPr>
          <w:p w14:paraId="1FC428B2" w14:textId="77777777" w:rsidR="007A5E59" w:rsidRDefault="007A5E59"/>
        </w:tc>
      </w:tr>
      <w:tr w:rsidR="007A5E59" w14:paraId="57C36BFC" w14:textId="77777777">
        <w:trPr>
          <w:jc w:val="center"/>
        </w:trPr>
        <w:tc>
          <w:tcPr>
            <w:tcW w:w="0" w:type="auto"/>
          </w:tcPr>
          <w:p w14:paraId="6CD7CB7A" w14:textId="77777777" w:rsidR="007A5E59" w:rsidRDefault="0095198F">
            <w:r>
              <w:t>2026 (год ввода до 2001 включительно)</w:t>
            </w:r>
          </w:p>
        </w:tc>
        <w:tc>
          <w:tcPr>
            <w:tcW w:w="0" w:type="auto"/>
          </w:tcPr>
          <w:p w14:paraId="2DA606DA" w14:textId="77777777" w:rsidR="007A5E59" w:rsidRDefault="0095198F">
            <w:pPr>
              <w:jc w:val="center"/>
            </w:pPr>
            <w:r>
              <w:t>0,0</w:t>
            </w:r>
          </w:p>
        </w:tc>
        <w:tc>
          <w:tcPr>
            <w:tcW w:w="0" w:type="auto"/>
          </w:tcPr>
          <w:p w14:paraId="556192AA" w14:textId="77777777" w:rsidR="007A5E59" w:rsidRDefault="0095198F">
            <w:pPr>
              <w:jc w:val="center"/>
            </w:pPr>
            <w:r>
              <w:t>0,0</w:t>
            </w:r>
          </w:p>
        </w:tc>
        <w:tc>
          <w:tcPr>
            <w:tcW w:w="0" w:type="auto"/>
          </w:tcPr>
          <w:p w14:paraId="1B4469D0" w14:textId="77777777" w:rsidR="007A5E59" w:rsidRDefault="0095198F">
            <w:pPr>
              <w:jc w:val="center"/>
            </w:pPr>
            <w:r>
              <w:t>230,0</w:t>
            </w:r>
          </w:p>
        </w:tc>
        <w:tc>
          <w:tcPr>
            <w:tcW w:w="0" w:type="auto"/>
          </w:tcPr>
          <w:p w14:paraId="2A9C132D" w14:textId="77777777" w:rsidR="007A5E59" w:rsidRDefault="0095198F">
            <w:pPr>
              <w:jc w:val="center"/>
            </w:pPr>
            <w:r>
              <w:t>0,0</w:t>
            </w:r>
          </w:p>
        </w:tc>
        <w:tc>
          <w:tcPr>
            <w:tcW w:w="0" w:type="auto"/>
          </w:tcPr>
          <w:p w14:paraId="40986B2E" w14:textId="77777777" w:rsidR="007A5E59" w:rsidRDefault="0095198F">
            <w:pPr>
              <w:jc w:val="center"/>
            </w:pPr>
            <w:r>
              <w:t>278,0</w:t>
            </w:r>
          </w:p>
        </w:tc>
        <w:tc>
          <w:tcPr>
            <w:tcW w:w="0" w:type="auto"/>
          </w:tcPr>
          <w:p w14:paraId="3254A8A4" w14:textId="77777777" w:rsidR="007A5E59" w:rsidRDefault="0095198F">
            <w:pPr>
              <w:jc w:val="center"/>
            </w:pPr>
            <w:r>
              <w:t>3 107,0</w:t>
            </w:r>
          </w:p>
        </w:tc>
        <w:tc>
          <w:tcPr>
            <w:tcW w:w="0" w:type="auto"/>
          </w:tcPr>
          <w:p w14:paraId="74D668C0" w14:textId="77777777" w:rsidR="007A5E59" w:rsidRDefault="0095198F">
            <w:pPr>
              <w:jc w:val="center"/>
            </w:pPr>
            <w:r>
              <w:t>665,0</w:t>
            </w:r>
          </w:p>
        </w:tc>
        <w:tc>
          <w:tcPr>
            <w:tcW w:w="0" w:type="auto"/>
          </w:tcPr>
          <w:p w14:paraId="607D9166" w14:textId="77777777" w:rsidR="007A5E59" w:rsidRDefault="0095198F">
            <w:pPr>
              <w:jc w:val="center"/>
            </w:pPr>
            <w:r>
              <w:t>0,0</w:t>
            </w:r>
          </w:p>
        </w:tc>
        <w:tc>
          <w:tcPr>
            <w:tcW w:w="0" w:type="auto"/>
          </w:tcPr>
          <w:p w14:paraId="4C3FD570" w14:textId="77777777" w:rsidR="007A5E59" w:rsidRDefault="0095198F">
            <w:pPr>
              <w:jc w:val="center"/>
            </w:pPr>
            <w:r>
              <w:t>0,0</w:t>
            </w:r>
          </w:p>
        </w:tc>
        <w:tc>
          <w:tcPr>
            <w:tcW w:w="0" w:type="auto"/>
          </w:tcPr>
          <w:p w14:paraId="47EC0C4B" w14:textId="77777777" w:rsidR="007A5E59" w:rsidRDefault="0095198F">
            <w:pPr>
              <w:jc w:val="center"/>
            </w:pPr>
            <w:r>
              <w:t>975,0</w:t>
            </w:r>
          </w:p>
        </w:tc>
        <w:tc>
          <w:tcPr>
            <w:tcW w:w="0" w:type="auto"/>
          </w:tcPr>
          <w:p w14:paraId="45A07495" w14:textId="77777777" w:rsidR="007A5E59" w:rsidRDefault="0095198F">
            <w:pPr>
              <w:jc w:val="center"/>
            </w:pPr>
            <w:r>
              <w:t>1 010,0</w:t>
            </w:r>
          </w:p>
        </w:tc>
        <w:tc>
          <w:tcPr>
            <w:tcW w:w="0" w:type="auto"/>
          </w:tcPr>
          <w:p w14:paraId="37A56214" w14:textId="77777777" w:rsidR="007A5E59" w:rsidRDefault="0095198F">
            <w:pPr>
              <w:jc w:val="center"/>
            </w:pPr>
            <w:r>
              <w:t>0,0</w:t>
            </w:r>
          </w:p>
        </w:tc>
        <w:tc>
          <w:tcPr>
            <w:tcW w:w="0" w:type="auto"/>
          </w:tcPr>
          <w:p w14:paraId="5EB06CF5" w14:textId="77777777" w:rsidR="007A5E59" w:rsidRDefault="0095198F">
            <w:pPr>
              <w:jc w:val="center"/>
            </w:pPr>
            <w:r>
              <w:t>623,0</w:t>
            </w:r>
          </w:p>
        </w:tc>
        <w:tc>
          <w:tcPr>
            <w:tcW w:w="0" w:type="auto"/>
          </w:tcPr>
          <w:p w14:paraId="3150EF16" w14:textId="77777777" w:rsidR="007A5E59" w:rsidRDefault="0095198F">
            <w:pPr>
              <w:jc w:val="center"/>
            </w:pPr>
            <w:r>
              <w:t>2 888,0</w:t>
            </w:r>
          </w:p>
        </w:tc>
        <w:tc>
          <w:tcPr>
            <w:tcW w:w="0" w:type="auto"/>
          </w:tcPr>
          <w:p w14:paraId="08F0F10B" w14:textId="77777777" w:rsidR="007A5E59" w:rsidRDefault="0095198F">
            <w:pPr>
              <w:jc w:val="center"/>
            </w:pPr>
            <w:r>
              <w:t>775,0</w:t>
            </w:r>
          </w:p>
        </w:tc>
        <w:tc>
          <w:tcPr>
            <w:tcW w:w="0" w:type="auto"/>
          </w:tcPr>
          <w:p w14:paraId="1E5BE281" w14:textId="77777777" w:rsidR="007A5E59" w:rsidRDefault="0095198F">
            <w:pPr>
              <w:jc w:val="center"/>
            </w:pPr>
            <w:r>
              <w:t>0,0</w:t>
            </w:r>
          </w:p>
        </w:tc>
        <w:tc>
          <w:tcPr>
            <w:tcW w:w="0" w:type="auto"/>
          </w:tcPr>
          <w:p w14:paraId="460D287C" w14:textId="77777777" w:rsidR="007A5E59" w:rsidRDefault="0095198F">
            <w:pPr>
              <w:jc w:val="center"/>
            </w:pPr>
            <w:r>
              <w:t>0,0</w:t>
            </w:r>
          </w:p>
        </w:tc>
        <w:tc>
          <w:tcPr>
            <w:tcW w:w="0" w:type="auto"/>
          </w:tcPr>
          <w:p w14:paraId="01D6EAAD" w14:textId="77777777" w:rsidR="007A5E59" w:rsidRDefault="0095198F">
            <w:pPr>
              <w:jc w:val="center"/>
            </w:pPr>
            <w:r>
              <w:t>0,0</w:t>
            </w:r>
          </w:p>
        </w:tc>
        <w:tc>
          <w:tcPr>
            <w:tcW w:w="0" w:type="auto"/>
          </w:tcPr>
          <w:p w14:paraId="2CF5A938" w14:textId="77777777" w:rsidR="007A5E59" w:rsidRDefault="0095198F">
            <w:pPr>
              <w:jc w:val="center"/>
            </w:pPr>
            <w:r>
              <w:t>0,0</w:t>
            </w:r>
          </w:p>
        </w:tc>
        <w:tc>
          <w:tcPr>
            <w:tcW w:w="0" w:type="auto"/>
          </w:tcPr>
          <w:p w14:paraId="67698FED" w14:textId="77777777" w:rsidR="007A5E59" w:rsidRDefault="0095198F">
            <w:pPr>
              <w:jc w:val="center"/>
            </w:pPr>
            <w:r>
              <w:t>10 551,0</w:t>
            </w:r>
          </w:p>
        </w:tc>
      </w:tr>
      <w:tr w:rsidR="007A5E59" w14:paraId="36CCA808" w14:textId="77777777">
        <w:trPr>
          <w:jc w:val="center"/>
        </w:trPr>
        <w:tc>
          <w:tcPr>
            <w:tcW w:w="0" w:type="auto"/>
          </w:tcPr>
          <w:p w14:paraId="7F128A2B" w14:textId="77777777" w:rsidR="007A5E59" w:rsidRDefault="0095198F">
            <w:r>
              <w:t>2031 (год ввода 2002–2006)</w:t>
            </w:r>
          </w:p>
        </w:tc>
        <w:tc>
          <w:tcPr>
            <w:tcW w:w="0" w:type="auto"/>
          </w:tcPr>
          <w:p w14:paraId="054B9BD8" w14:textId="77777777" w:rsidR="007A5E59" w:rsidRDefault="0095198F">
            <w:pPr>
              <w:jc w:val="center"/>
            </w:pPr>
            <w:r>
              <w:t>0,0</w:t>
            </w:r>
          </w:p>
        </w:tc>
        <w:tc>
          <w:tcPr>
            <w:tcW w:w="0" w:type="auto"/>
          </w:tcPr>
          <w:p w14:paraId="40A669A3" w14:textId="77777777" w:rsidR="007A5E59" w:rsidRDefault="0095198F">
            <w:pPr>
              <w:jc w:val="center"/>
            </w:pPr>
            <w:r>
              <w:t>0,0</w:t>
            </w:r>
          </w:p>
        </w:tc>
        <w:tc>
          <w:tcPr>
            <w:tcW w:w="0" w:type="auto"/>
          </w:tcPr>
          <w:p w14:paraId="4B2F6695" w14:textId="77777777" w:rsidR="007A5E59" w:rsidRDefault="0095198F">
            <w:pPr>
              <w:jc w:val="center"/>
            </w:pPr>
            <w:r>
              <w:t>0,0</w:t>
            </w:r>
          </w:p>
        </w:tc>
        <w:tc>
          <w:tcPr>
            <w:tcW w:w="0" w:type="auto"/>
          </w:tcPr>
          <w:p w14:paraId="747F5032" w14:textId="77777777" w:rsidR="007A5E59" w:rsidRDefault="0095198F">
            <w:pPr>
              <w:jc w:val="center"/>
            </w:pPr>
            <w:r>
              <w:t>0,0</w:t>
            </w:r>
          </w:p>
        </w:tc>
        <w:tc>
          <w:tcPr>
            <w:tcW w:w="0" w:type="auto"/>
          </w:tcPr>
          <w:p w14:paraId="533487D9" w14:textId="77777777" w:rsidR="007A5E59" w:rsidRDefault="0095198F">
            <w:pPr>
              <w:jc w:val="center"/>
            </w:pPr>
            <w:r>
              <w:t>0,0</w:t>
            </w:r>
          </w:p>
        </w:tc>
        <w:tc>
          <w:tcPr>
            <w:tcW w:w="0" w:type="auto"/>
          </w:tcPr>
          <w:p w14:paraId="214C6913" w14:textId="77777777" w:rsidR="007A5E59" w:rsidRDefault="0095198F">
            <w:pPr>
              <w:jc w:val="center"/>
            </w:pPr>
            <w:r>
              <w:t>110,0</w:t>
            </w:r>
          </w:p>
        </w:tc>
        <w:tc>
          <w:tcPr>
            <w:tcW w:w="0" w:type="auto"/>
          </w:tcPr>
          <w:p w14:paraId="0B67BE32" w14:textId="77777777" w:rsidR="007A5E59" w:rsidRDefault="0095198F">
            <w:pPr>
              <w:jc w:val="center"/>
            </w:pPr>
            <w:r>
              <w:t>0,0</w:t>
            </w:r>
          </w:p>
        </w:tc>
        <w:tc>
          <w:tcPr>
            <w:tcW w:w="0" w:type="auto"/>
          </w:tcPr>
          <w:p w14:paraId="25F831CC" w14:textId="77777777" w:rsidR="007A5E59" w:rsidRDefault="0095198F">
            <w:pPr>
              <w:jc w:val="center"/>
            </w:pPr>
            <w:r>
              <w:t>0,0</w:t>
            </w:r>
          </w:p>
        </w:tc>
        <w:tc>
          <w:tcPr>
            <w:tcW w:w="0" w:type="auto"/>
          </w:tcPr>
          <w:p w14:paraId="3D9B2A56" w14:textId="77777777" w:rsidR="007A5E59" w:rsidRDefault="0095198F">
            <w:pPr>
              <w:jc w:val="center"/>
            </w:pPr>
            <w:r>
              <w:t>0,0</w:t>
            </w:r>
          </w:p>
        </w:tc>
        <w:tc>
          <w:tcPr>
            <w:tcW w:w="0" w:type="auto"/>
          </w:tcPr>
          <w:p w14:paraId="04B40D2C" w14:textId="77777777" w:rsidR="007A5E59" w:rsidRDefault="0095198F">
            <w:pPr>
              <w:jc w:val="center"/>
            </w:pPr>
            <w:r>
              <w:t>0,0</w:t>
            </w:r>
          </w:p>
        </w:tc>
        <w:tc>
          <w:tcPr>
            <w:tcW w:w="0" w:type="auto"/>
          </w:tcPr>
          <w:p w14:paraId="0A6A01FE" w14:textId="77777777" w:rsidR="007A5E59" w:rsidRDefault="0095198F">
            <w:pPr>
              <w:jc w:val="center"/>
            </w:pPr>
            <w:r>
              <w:t>0,0</w:t>
            </w:r>
          </w:p>
        </w:tc>
        <w:tc>
          <w:tcPr>
            <w:tcW w:w="0" w:type="auto"/>
          </w:tcPr>
          <w:p w14:paraId="1FDB18CF" w14:textId="77777777" w:rsidR="007A5E59" w:rsidRDefault="0095198F">
            <w:pPr>
              <w:jc w:val="center"/>
            </w:pPr>
            <w:r>
              <w:t>0,0</w:t>
            </w:r>
          </w:p>
        </w:tc>
        <w:tc>
          <w:tcPr>
            <w:tcW w:w="0" w:type="auto"/>
          </w:tcPr>
          <w:p w14:paraId="33538522" w14:textId="77777777" w:rsidR="007A5E59" w:rsidRDefault="0095198F">
            <w:pPr>
              <w:jc w:val="center"/>
            </w:pPr>
            <w:r>
              <w:t>0,0</w:t>
            </w:r>
          </w:p>
        </w:tc>
        <w:tc>
          <w:tcPr>
            <w:tcW w:w="0" w:type="auto"/>
          </w:tcPr>
          <w:p w14:paraId="26272B37" w14:textId="77777777" w:rsidR="007A5E59" w:rsidRDefault="0095198F">
            <w:pPr>
              <w:jc w:val="center"/>
            </w:pPr>
            <w:r>
              <w:t>250,0</w:t>
            </w:r>
          </w:p>
        </w:tc>
        <w:tc>
          <w:tcPr>
            <w:tcW w:w="0" w:type="auto"/>
          </w:tcPr>
          <w:p w14:paraId="47B1A9DB" w14:textId="77777777" w:rsidR="007A5E59" w:rsidRDefault="0095198F">
            <w:pPr>
              <w:jc w:val="center"/>
            </w:pPr>
            <w:r>
              <w:t>0,0</w:t>
            </w:r>
          </w:p>
        </w:tc>
        <w:tc>
          <w:tcPr>
            <w:tcW w:w="0" w:type="auto"/>
          </w:tcPr>
          <w:p w14:paraId="05CE1E57" w14:textId="77777777" w:rsidR="007A5E59" w:rsidRDefault="0095198F">
            <w:pPr>
              <w:jc w:val="center"/>
            </w:pPr>
            <w:r>
              <w:t>0,0</w:t>
            </w:r>
          </w:p>
        </w:tc>
        <w:tc>
          <w:tcPr>
            <w:tcW w:w="0" w:type="auto"/>
          </w:tcPr>
          <w:p w14:paraId="4F6E92AC" w14:textId="77777777" w:rsidR="007A5E59" w:rsidRDefault="0095198F">
            <w:pPr>
              <w:jc w:val="center"/>
            </w:pPr>
            <w:r>
              <w:t>0,0</w:t>
            </w:r>
          </w:p>
        </w:tc>
        <w:tc>
          <w:tcPr>
            <w:tcW w:w="0" w:type="auto"/>
          </w:tcPr>
          <w:p w14:paraId="5FFDAA9F" w14:textId="77777777" w:rsidR="007A5E59" w:rsidRDefault="0095198F">
            <w:pPr>
              <w:jc w:val="center"/>
            </w:pPr>
            <w:r>
              <w:t>0,0</w:t>
            </w:r>
          </w:p>
        </w:tc>
        <w:tc>
          <w:tcPr>
            <w:tcW w:w="0" w:type="auto"/>
          </w:tcPr>
          <w:p w14:paraId="2187834F" w14:textId="77777777" w:rsidR="007A5E59" w:rsidRDefault="0095198F">
            <w:pPr>
              <w:jc w:val="center"/>
            </w:pPr>
            <w:r>
              <w:t>0,0</w:t>
            </w:r>
          </w:p>
        </w:tc>
        <w:tc>
          <w:tcPr>
            <w:tcW w:w="0" w:type="auto"/>
          </w:tcPr>
          <w:p w14:paraId="66C5369A" w14:textId="77777777" w:rsidR="007A5E59" w:rsidRDefault="0095198F">
            <w:pPr>
              <w:jc w:val="center"/>
            </w:pPr>
            <w:r>
              <w:t>360,0</w:t>
            </w:r>
          </w:p>
        </w:tc>
      </w:tr>
      <w:tr w:rsidR="007A5E59" w14:paraId="023F8B27" w14:textId="77777777">
        <w:trPr>
          <w:jc w:val="center"/>
        </w:trPr>
        <w:tc>
          <w:tcPr>
            <w:tcW w:w="0" w:type="auto"/>
          </w:tcPr>
          <w:p w14:paraId="64571EEF" w14:textId="77777777" w:rsidR="007A5E59" w:rsidRDefault="0095198F">
            <w:r>
              <w:t>2036 (год ввода 2007–2011)</w:t>
            </w:r>
          </w:p>
        </w:tc>
        <w:tc>
          <w:tcPr>
            <w:tcW w:w="0" w:type="auto"/>
          </w:tcPr>
          <w:p w14:paraId="7D4AA378" w14:textId="77777777" w:rsidR="007A5E59" w:rsidRDefault="0095198F">
            <w:pPr>
              <w:jc w:val="center"/>
            </w:pPr>
            <w:r>
              <w:t>0,0</w:t>
            </w:r>
          </w:p>
        </w:tc>
        <w:tc>
          <w:tcPr>
            <w:tcW w:w="0" w:type="auto"/>
          </w:tcPr>
          <w:p w14:paraId="336E1AF8" w14:textId="77777777" w:rsidR="007A5E59" w:rsidRDefault="0095198F">
            <w:pPr>
              <w:jc w:val="center"/>
            </w:pPr>
            <w:r>
              <w:t>0,0</w:t>
            </w:r>
          </w:p>
        </w:tc>
        <w:tc>
          <w:tcPr>
            <w:tcW w:w="0" w:type="auto"/>
          </w:tcPr>
          <w:p w14:paraId="220D76FC" w14:textId="77777777" w:rsidR="007A5E59" w:rsidRDefault="0095198F">
            <w:pPr>
              <w:jc w:val="center"/>
            </w:pPr>
            <w:r>
              <w:t>0,0</w:t>
            </w:r>
          </w:p>
        </w:tc>
        <w:tc>
          <w:tcPr>
            <w:tcW w:w="0" w:type="auto"/>
          </w:tcPr>
          <w:p w14:paraId="799A61AF" w14:textId="77777777" w:rsidR="007A5E59" w:rsidRDefault="0095198F">
            <w:pPr>
              <w:jc w:val="center"/>
            </w:pPr>
            <w:r>
              <w:t>0,0</w:t>
            </w:r>
          </w:p>
        </w:tc>
        <w:tc>
          <w:tcPr>
            <w:tcW w:w="0" w:type="auto"/>
          </w:tcPr>
          <w:p w14:paraId="32A262FF" w14:textId="77777777" w:rsidR="007A5E59" w:rsidRDefault="0095198F">
            <w:pPr>
              <w:jc w:val="center"/>
            </w:pPr>
            <w:r>
              <w:t>0,0</w:t>
            </w:r>
          </w:p>
        </w:tc>
        <w:tc>
          <w:tcPr>
            <w:tcW w:w="0" w:type="auto"/>
          </w:tcPr>
          <w:p w14:paraId="1ABCA42F" w14:textId="77777777" w:rsidR="007A5E59" w:rsidRDefault="0095198F">
            <w:pPr>
              <w:jc w:val="center"/>
            </w:pPr>
            <w:r>
              <w:t>0,0</w:t>
            </w:r>
          </w:p>
        </w:tc>
        <w:tc>
          <w:tcPr>
            <w:tcW w:w="0" w:type="auto"/>
          </w:tcPr>
          <w:p w14:paraId="51F366DB" w14:textId="77777777" w:rsidR="007A5E59" w:rsidRDefault="0095198F">
            <w:pPr>
              <w:jc w:val="center"/>
            </w:pPr>
            <w:r>
              <w:t>0,0</w:t>
            </w:r>
          </w:p>
        </w:tc>
        <w:tc>
          <w:tcPr>
            <w:tcW w:w="0" w:type="auto"/>
          </w:tcPr>
          <w:p w14:paraId="01BDB9DA" w14:textId="77777777" w:rsidR="007A5E59" w:rsidRDefault="0095198F">
            <w:pPr>
              <w:jc w:val="center"/>
            </w:pPr>
            <w:r>
              <w:t>0,0</w:t>
            </w:r>
          </w:p>
        </w:tc>
        <w:tc>
          <w:tcPr>
            <w:tcW w:w="0" w:type="auto"/>
          </w:tcPr>
          <w:p w14:paraId="668F8EF3" w14:textId="77777777" w:rsidR="007A5E59" w:rsidRDefault="0095198F">
            <w:pPr>
              <w:jc w:val="center"/>
            </w:pPr>
            <w:r>
              <w:t>0,0</w:t>
            </w:r>
          </w:p>
        </w:tc>
        <w:tc>
          <w:tcPr>
            <w:tcW w:w="0" w:type="auto"/>
          </w:tcPr>
          <w:p w14:paraId="2C6BE74F" w14:textId="77777777" w:rsidR="007A5E59" w:rsidRDefault="0095198F">
            <w:pPr>
              <w:jc w:val="center"/>
            </w:pPr>
            <w:r>
              <w:t>0,0</w:t>
            </w:r>
          </w:p>
        </w:tc>
        <w:tc>
          <w:tcPr>
            <w:tcW w:w="0" w:type="auto"/>
          </w:tcPr>
          <w:p w14:paraId="429582D0" w14:textId="77777777" w:rsidR="007A5E59" w:rsidRDefault="0095198F">
            <w:pPr>
              <w:jc w:val="center"/>
            </w:pPr>
            <w:r>
              <w:t>0,0</w:t>
            </w:r>
          </w:p>
        </w:tc>
        <w:tc>
          <w:tcPr>
            <w:tcW w:w="0" w:type="auto"/>
          </w:tcPr>
          <w:p w14:paraId="7CC8397B" w14:textId="77777777" w:rsidR="007A5E59" w:rsidRDefault="0095198F">
            <w:pPr>
              <w:jc w:val="center"/>
            </w:pPr>
            <w:r>
              <w:t>0,0</w:t>
            </w:r>
          </w:p>
        </w:tc>
        <w:tc>
          <w:tcPr>
            <w:tcW w:w="0" w:type="auto"/>
          </w:tcPr>
          <w:p w14:paraId="28520E4F" w14:textId="77777777" w:rsidR="007A5E59" w:rsidRDefault="0095198F">
            <w:pPr>
              <w:jc w:val="center"/>
            </w:pPr>
            <w:r>
              <w:t>100,0</w:t>
            </w:r>
          </w:p>
        </w:tc>
        <w:tc>
          <w:tcPr>
            <w:tcW w:w="0" w:type="auto"/>
          </w:tcPr>
          <w:p w14:paraId="6EFBB274" w14:textId="77777777" w:rsidR="007A5E59" w:rsidRDefault="0095198F">
            <w:pPr>
              <w:jc w:val="center"/>
            </w:pPr>
            <w:r>
              <w:t>0,0</w:t>
            </w:r>
          </w:p>
        </w:tc>
        <w:tc>
          <w:tcPr>
            <w:tcW w:w="0" w:type="auto"/>
          </w:tcPr>
          <w:p w14:paraId="48FA1077" w14:textId="77777777" w:rsidR="007A5E59" w:rsidRDefault="0095198F">
            <w:pPr>
              <w:jc w:val="center"/>
            </w:pPr>
            <w:r>
              <w:t>345,0</w:t>
            </w:r>
          </w:p>
        </w:tc>
        <w:tc>
          <w:tcPr>
            <w:tcW w:w="0" w:type="auto"/>
          </w:tcPr>
          <w:p w14:paraId="3C5676AE" w14:textId="77777777" w:rsidR="007A5E59" w:rsidRDefault="0095198F">
            <w:pPr>
              <w:jc w:val="center"/>
            </w:pPr>
            <w:r>
              <w:t>0,0</w:t>
            </w:r>
          </w:p>
        </w:tc>
        <w:tc>
          <w:tcPr>
            <w:tcW w:w="0" w:type="auto"/>
          </w:tcPr>
          <w:p w14:paraId="5C13B5B2" w14:textId="77777777" w:rsidR="007A5E59" w:rsidRDefault="0095198F">
            <w:pPr>
              <w:jc w:val="center"/>
            </w:pPr>
            <w:r>
              <w:t>0,0</w:t>
            </w:r>
          </w:p>
        </w:tc>
        <w:tc>
          <w:tcPr>
            <w:tcW w:w="0" w:type="auto"/>
          </w:tcPr>
          <w:p w14:paraId="7B2E4840" w14:textId="77777777" w:rsidR="007A5E59" w:rsidRDefault="0095198F">
            <w:pPr>
              <w:jc w:val="center"/>
            </w:pPr>
            <w:r>
              <w:t>0,0</w:t>
            </w:r>
          </w:p>
        </w:tc>
        <w:tc>
          <w:tcPr>
            <w:tcW w:w="0" w:type="auto"/>
          </w:tcPr>
          <w:p w14:paraId="3996B03E" w14:textId="77777777" w:rsidR="007A5E59" w:rsidRDefault="0095198F">
            <w:pPr>
              <w:jc w:val="center"/>
            </w:pPr>
            <w:r>
              <w:t>0,0</w:t>
            </w:r>
          </w:p>
        </w:tc>
        <w:tc>
          <w:tcPr>
            <w:tcW w:w="0" w:type="auto"/>
          </w:tcPr>
          <w:p w14:paraId="64F41110" w14:textId="77777777" w:rsidR="007A5E59" w:rsidRDefault="0095198F">
            <w:pPr>
              <w:jc w:val="center"/>
            </w:pPr>
            <w:r>
              <w:t>445,0</w:t>
            </w:r>
          </w:p>
        </w:tc>
      </w:tr>
      <w:tr w:rsidR="007A5E59" w14:paraId="03B5A512" w14:textId="77777777">
        <w:trPr>
          <w:jc w:val="center"/>
        </w:trPr>
        <w:tc>
          <w:tcPr>
            <w:tcW w:w="0" w:type="auto"/>
            <w:shd w:val="clear" w:color="auto" w:fill="DBE5F1"/>
          </w:tcPr>
          <w:p w14:paraId="5AC9FFB4" w14:textId="77777777" w:rsidR="007A5E59" w:rsidRDefault="0095198F">
            <w:r>
              <w:rPr>
                <w:b/>
              </w:rPr>
              <w:t>ИТОГО под замену 2026–2036</w:t>
            </w:r>
          </w:p>
        </w:tc>
        <w:tc>
          <w:tcPr>
            <w:tcW w:w="0" w:type="auto"/>
            <w:shd w:val="clear" w:color="auto" w:fill="DBE5F1"/>
          </w:tcPr>
          <w:p w14:paraId="12638080" w14:textId="77777777" w:rsidR="007A5E59" w:rsidRDefault="0095198F">
            <w:pPr>
              <w:jc w:val="center"/>
            </w:pPr>
            <w:r>
              <w:rPr>
                <w:b/>
              </w:rPr>
              <w:t>0,0</w:t>
            </w:r>
          </w:p>
        </w:tc>
        <w:tc>
          <w:tcPr>
            <w:tcW w:w="0" w:type="auto"/>
            <w:shd w:val="clear" w:color="auto" w:fill="DBE5F1"/>
          </w:tcPr>
          <w:p w14:paraId="0E456C65" w14:textId="77777777" w:rsidR="007A5E59" w:rsidRDefault="0095198F">
            <w:pPr>
              <w:jc w:val="center"/>
            </w:pPr>
            <w:r>
              <w:rPr>
                <w:b/>
              </w:rPr>
              <w:t>0,0</w:t>
            </w:r>
          </w:p>
        </w:tc>
        <w:tc>
          <w:tcPr>
            <w:tcW w:w="0" w:type="auto"/>
            <w:shd w:val="clear" w:color="auto" w:fill="DBE5F1"/>
          </w:tcPr>
          <w:p w14:paraId="185C1385" w14:textId="77777777" w:rsidR="007A5E59" w:rsidRDefault="0095198F">
            <w:pPr>
              <w:jc w:val="center"/>
            </w:pPr>
            <w:r>
              <w:rPr>
                <w:b/>
              </w:rPr>
              <w:t>230,0</w:t>
            </w:r>
          </w:p>
        </w:tc>
        <w:tc>
          <w:tcPr>
            <w:tcW w:w="0" w:type="auto"/>
            <w:shd w:val="clear" w:color="auto" w:fill="DBE5F1"/>
          </w:tcPr>
          <w:p w14:paraId="1F658AF8" w14:textId="77777777" w:rsidR="007A5E59" w:rsidRDefault="0095198F">
            <w:pPr>
              <w:jc w:val="center"/>
            </w:pPr>
            <w:r>
              <w:rPr>
                <w:b/>
              </w:rPr>
              <w:t>0,0</w:t>
            </w:r>
          </w:p>
        </w:tc>
        <w:tc>
          <w:tcPr>
            <w:tcW w:w="0" w:type="auto"/>
            <w:shd w:val="clear" w:color="auto" w:fill="DBE5F1"/>
          </w:tcPr>
          <w:p w14:paraId="159101AC" w14:textId="77777777" w:rsidR="007A5E59" w:rsidRDefault="0095198F">
            <w:pPr>
              <w:jc w:val="center"/>
            </w:pPr>
            <w:r>
              <w:rPr>
                <w:b/>
              </w:rPr>
              <w:t>278,0</w:t>
            </w:r>
          </w:p>
        </w:tc>
        <w:tc>
          <w:tcPr>
            <w:tcW w:w="0" w:type="auto"/>
            <w:shd w:val="clear" w:color="auto" w:fill="DBE5F1"/>
          </w:tcPr>
          <w:p w14:paraId="76F9D216" w14:textId="77777777" w:rsidR="007A5E59" w:rsidRDefault="0095198F">
            <w:pPr>
              <w:jc w:val="center"/>
            </w:pPr>
            <w:r>
              <w:rPr>
                <w:b/>
              </w:rPr>
              <w:t>3 217,0</w:t>
            </w:r>
          </w:p>
        </w:tc>
        <w:tc>
          <w:tcPr>
            <w:tcW w:w="0" w:type="auto"/>
            <w:shd w:val="clear" w:color="auto" w:fill="DBE5F1"/>
          </w:tcPr>
          <w:p w14:paraId="68FD9571" w14:textId="77777777" w:rsidR="007A5E59" w:rsidRDefault="0095198F">
            <w:pPr>
              <w:jc w:val="center"/>
            </w:pPr>
            <w:r>
              <w:rPr>
                <w:b/>
              </w:rPr>
              <w:t>665,0</w:t>
            </w:r>
          </w:p>
        </w:tc>
        <w:tc>
          <w:tcPr>
            <w:tcW w:w="0" w:type="auto"/>
            <w:shd w:val="clear" w:color="auto" w:fill="DBE5F1"/>
          </w:tcPr>
          <w:p w14:paraId="635B0F34" w14:textId="77777777" w:rsidR="007A5E59" w:rsidRDefault="0095198F">
            <w:pPr>
              <w:jc w:val="center"/>
            </w:pPr>
            <w:r>
              <w:rPr>
                <w:b/>
              </w:rPr>
              <w:t>0,0</w:t>
            </w:r>
          </w:p>
        </w:tc>
        <w:tc>
          <w:tcPr>
            <w:tcW w:w="0" w:type="auto"/>
            <w:shd w:val="clear" w:color="auto" w:fill="DBE5F1"/>
          </w:tcPr>
          <w:p w14:paraId="37632119" w14:textId="77777777" w:rsidR="007A5E59" w:rsidRDefault="0095198F">
            <w:pPr>
              <w:jc w:val="center"/>
            </w:pPr>
            <w:r>
              <w:rPr>
                <w:b/>
              </w:rPr>
              <w:t>0,0</w:t>
            </w:r>
          </w:p>
        </w:tc>
        <w:tc>
          <w:tcPr>
            <w:tcW w:w="0" w:type="auto"/>
            <w:shd w:val="clear" w:color="auto" w:fill="DBE5F1"/>
          </w:tcPr>
          <w:p w14:paraId="70F98270" w14:textId="77777777" w:rsidR="007A5E59" w:rsidRDefault="0095198F">
            <w:pPr>
              <w:jc w:val="center"/>
            </w:pPr>
            <w:r>
              <w:rPr>
                <w:b/>
              </w:rPr>
              <w:t>975,0</w:t>
            </w:r>
          </w:p>
        </w:tc>
        <w:tc>
          <w:tcPr>
            <w:tcW w:w="0" w:type="auto"/>
            <w:shd w:val="clear" w:color="auto" w:fill="DBE5F1"/>
          </w:tcPr>
          <w:p w14:paraId="2F0DF208" w14:textId="77777777" w:rsidR="007A5E59" w:rsidRDefault="0095198F">
            <w:pPr>
              <w:jc w:val="center"/>
            </w:pPr>
            <w:r>
              <w:rPr>
                <w:b/>
              </w:rPr>
              <w:t>1 010,0</w:t>
            </w:r>
          </w:p>
        </w:tc>
        <w:tc>
          <w:tcPr>
            <w:tcW w:w="0" w:type="auto"/>
            <w:shd w:val="clear" w:color="auto" w:fill="DBE5F1"/>
          </w:tcPr>
          <w:p w14:paraId="450AF3C0" w14:textId="77777777" w:rsidR="007A5E59" w:rsidRDefault="0095198F">
            <w:pPr>
              <w:jc w:val="center"/>
            </w:pPr>
            <w:r>
              <w:rPr>
                <w:b/>
              </w:rPr>
              <w:t>0,0</w:t>
            </w:r>
          </w:p>
        </w:tc>
        <w:tc>
          <w:tcPr>
            <w:tcW w:w="0" w:type="auto"/>
            <w:shd w:val="clear" w:color="auto" w:fill="DBE5F1"/>
          </w:tcPr>
          <w:p w14:paraId="5035D43B" w14:textId="77777777" w:rsidR="007A5E59" w:rsidRDefault="0095198F">
            <w:pPr>
              <w:jc w:val="center"/>
            </w:pPr>
            <w:r>
              <w:rPr>
                <w:b/>
              </w:rPr>
              <w:t>723,0</w:t>
            </w:r>
          </w:p>
        </w:tc>
        <w:tc>
          <w:tcPr>
            <w:tcW w:w="0" w:type="auto"/>
            <w:shd w:val="clear" w:color="auto" w:fill="DBE5F1"/>
          </w:tcPr>
          <w:p w14:paraId="3C1BC036" w14:textId="77777777" w:rsidR="007A5E59" w:rsidRDefault="0095198F">
            <w:pPr>
              <w:jc w:val="center"/>
            </w:pPr>
            <w:r>
              <w:rPr>
                <w:b/>
              </w:rPr>
              <w:t>3 138,0</w:t>
            </w:r>
          </w:p>
        </w:tc>
        <w:tc>
          <w:tcPr>
            <w:tcW w:w="0" w:type="auto"/>
            <w:shd w:val="clear" w:color="auto" w:fill="DBE5F1"/>
          </w:tcPr>
          <w:p w14:paraId="0FA9BD39" w14:textId="77777777" w:rsidR="007A5E59" w:rsidRDefault="0095198F">
            <w:pPr>
              <w:jc w:val="center"/>
            </w:pPr>
            <w:r>
              <w:rPr>
                <w:b/>
              </w:rPr>
              <w:t>1 120,0</w:t>
            </w:r>
          </w:p>
        </w:tc>
        <w:tc>
          <w:tcPr>
            <w:tcW w:w="0" w:type="auto"/>
            <w:shd w:val="clear" w:color="auto" w:fill="DBE5F1"/>
          </w:tcPr>
          <w:p w14:paraId="7DCCF2DE" w14:textId="77777777" w:rsidR="007A5E59" w:rsidRDefault="0095198F">
            <w:pPr>
              <w:jc w:val="center"/>
            </w:pPr>
            <w:r>
              <w:rPr>
                <w:b/>
              </w:rPr>
              <w:t>0,0</w:t>
            </w:r>
          </w:p>
        </w:tc>
        <w:tc>
          <w:tcPr>
            <w:tcW w:w="0" w:type="auto"/>
            <w:shd w:val="clear" w:color="auto" w:fill="DBE5F1"/>
          </w:tcPr>
          <w:p w14:paraId="3A8E3392" w14:textId="77777777" w:rsidR="007A5E59" w:rsidRDefault="0095198F">
            <w:pPr>
              <w:jc w:val="center"/>
            </w:pPr>
            <w:r>
              <w:rPr>
                <w:b/>
              </w:rPr>
              <w:t>0,0</w:t>
            </w:r>
          </w:p>
        </w:tc>
        <w:tc>
          <w:tcPr>
            <w:tcW w:w="0" w:type="auto"/>
            <w:shd w:val="clear" w:color="auto" w:fill="DBE5F1"/>
          </w:tcPr>
          <w:p w14:paraId="7C5D4ADE" w14:textId="77777777" w:rsidR="007A5E59" w:rsidRDefault="0095198F">
            <w:pPr>
              <w:jc w:val="center"/>
            </w:pPr>
            <w:r>
              <w:rPr>
                <w:b/>
              </w:rPr>
              <w:t>0,0</w:t>
            </w:r>
          </w:p>
        </w:tc>
        <w:tc>
          <w:tcPr>
            <w:tcW w:w="0" w:type="auto"/>
            <w:shd w:val="clear" w:color="auto" w:fill="DBE5F1"/>
          </w:tcPr>
          <w:p w14:paraId="220E16E5" w14:textId="77777777" w:rsidR="007A5E59" w:rsidRDefault="0095198F">
            <w:pPr>
              <w:jc w:val="center"/>
            </w:pPr>
            <w:r>
              <w:rPr>
                <w:b/>
              </w:rPr>
              <w:t>0,0</w:t>
            </w:r>
          </w:p>
        </w:tc>
        <w:tc>
          <w:tcPr>
            <w:tcW w:w="0" w:type="auto"/>
            <w:shd w:val="clear" w:color="auto" w:fill="DBE5F1"/>
          </w:tcPr>
          <w:p w14:paraId="11910691" w14:textId="77777777" w:rsidR="007A5E59" w:rsidRDefault="0095198F">
            <w:pPr>
              <w:jc w:val="center"/>
            </w:pPr>
            <w:r>
              <w:rPr>
                <w:b/>
              </w:rPr>
              <w:t>11 356,0</w:t>
            </w:r>
          </w:p>
        </w:tc>
      </w:tr>
      <w:tr w:rsidR="007A5E59" w:rsidRPr="00C07C05" w14:paraId="7B5F68F3" w14:textId="77777777">
        <w:trPr>
          <w:jc w:val="center"/>
        </w:trPr>
        <w:tc>
          <w:tcPr>
            <w:tcW w:w="0" w:type="auto"/>
          </w:tcPr>
          <w:p w14:paraId="6A8A6673" w14:textId="77777777" w:rsidR="007A5E59" w:rsidRPr="00312815" w:rsidRDefault="0095198F">
            <w:pPr>
              <w:rPr>
                <w:lang w:val="ru-RU"/>
              </w:rPr>
            </w:pPr>
            <w:r w:rsidRPr="00312815">
              <w:rPr>
                <w:lang w:val="ru-RU"/>
              </w:rPr>
              <w:t>БЛОК 3. Площадь поверхности тепловых сетей, м² (</w:t>
            </w:r>
            <w:r>
              <w:t>π</w:t>
            </w:r>
            <w:r w:rsidRPr="00312815">
              <w:rPr>
                <w:lang w:val="ru-RU"/>
              </w:rPr>
              <w:t xml:space="preserve"> × Ø × длина по оси трассы)</w:t>
            </w:r>
          </w:p>
        </w:tc>
        <w:tc>
          <w:tcPr>
            <w:tcW w:w="0" w:type="auto"/>
          </w:tcPr>
          <w:p w14:paraId="5A892B7C" w14:textId="77777777" w:rsidR="007A5E59" w:rsidRPr="00312815" w:rsidRDefault="007A5E59">
            <w:pPr>
              <w:rPr>
                <w:lang w:val="ru-RU"/>
              </w:rPr>
            </w:pPr>
          </w:p>
        </w:tc>
        <w:tc>
          <w:tcPr>
            <w:tcW w:w="0" w:type="auto"/>
          </w:tcPr>
          <w:p w14:paraId="5B56087D" w14:textId="77777777" w:rsidR="007A5E59" w:rsidRPr="00312815" w:rsidRDefault="007A5E59">
            <w:pPr>
              <w:rPr>
                <w:lang w:val="ru-RU"/>
              </w:rPr>
            </w:pPr>
          </w:p>
        </w:tc>
        <w:tc>
          <w:tcPr>
            <w:tcW w:w="0" w:type="auto"/>
          </w:tcPr>
          <w:p w14:paraId="0E909874" w14:textId="77777777" w:rsidR="007A5E59" w:rsidRPr="00312815" w:rsidRDefault="007A5E59">
            <w:pPr>
              <w:rPr>
                <w:lang w:val="ru-RU"/>
              </w:rPr>
            </w:pPr>
          </w:p>
        </w:tc>
        <w:tc>
          <w:tcPr>
            <w:tcW w:w="0" w:type="auto"/>
          </w:tcPr>
          <w:p w14:paraId="5C3542FA" w14:textId="77777777" w:rsidR="007A5E59" w:rsidRPr="00312815" w:rsidRDefault="007A5E59">
            <w:pPr>
              <w:rPr>
                <w:lang w:val="ru-RU"/>
              </w:rPr>
            </w:pPr>
          </w:p>
        </w:tc>
        <w:tc>
          <w:tcPr>
            <w:tcW w:w="0" w:type="auto"/>
          </w:tcPr>
          <w:p w14:paraId="02574A70" w14:textId="77777777" w:rsidR="007A5E59" w:rsidRPr="00312815" w:rsidRDefault="007A5E59">
            <w:pPr>
              <w:rPr>
                <w:lang w:val="ru-RU"/>
              </w:rPr>
            </w:pPr>
          </w:p>
        </w:tc>
        <w:tc>
          <w:tcPr>
            <w:tcW w:w="0" w:type="auto"/>
          </w:tcPr>
          <w:p w14:paraId="69CF6774" w14:textId="77777777" w:rsidR="007A5E59" w:rsidRPr="00312815" w:rsidRDefault="007A5E59">
            <w:pPr>
              <w:rPr>
                <w:lang w:val="ru-RU"/>
              </w:rPr>
            </w:pPr>
          </w:p>
        </w:tc>
        <w:tc>
          <w:tcPr>
            <w:tcW w:w="0" w:type="auto"/>
          </w:tcPr>
          <w:p w14:paraId="54C0B2E5" w14:textId="77777777" w:rsidR="007A5E59" w:rsidRPr="00312815" w:rsidRDefault="007A5E59">
            <w:pPr>
              <w:rPr>
                <w:lang w:val="ru-RU"/>
              </w:rPr>
            </w:pPr>
          </w:p>
        </w:tc>
        <w:tc>
          <w:tcPr>
            <w:tcW w:w="0" w:type="auto"/>
          </w:tcPr>
          <w:p w14:paraId="7F9BDF4B" w14:textId="77777777" w:rsidR="007A5E59" w:rsidRPr="00312815" w:rsidRDefault="007A5E59">
            <w:pPr>
              <w:rPr>
                <w:lang w:val="ru-RU"/>
              </w:rPr>
            </w:pPr>
          </w:p>
        </w:tc>
        <w:tc>
          <w:tcPr>
            <w:tcW w:w="0" w:type="auto"/>
          </w:tcPr>
          <w:p w14:paraId="19D233DD" w14:textId="77777777" w:rsidR="007A5E59" w:rsidRPr="00312815" w:rsidRDefault="007A5E59">
            <w:pPr>
              <w:rPr>
                <w:lang w:val="ru-RU"/>
              </w:rPr>
            </w:pPr>
          </w:p>
        </w:tc>
        <w:tc>
          <w:tcPr>
            <w:tcW w:w="0" w:type="auto"/>
          </w:tcPr>
          <w:p w14:paraId="301C6341" w14:textId="77777777" w:rsidR="007A5E59" w:rsidRPr="00312815" w:rsidRDefault="007A5E59">
            <w:pPr>
              <w:rPr>
                <w:lang w:val="ru-RU"/>
              </w:rPr>
            </w:pPr>
          </w:p>
        </w:tc>
        <w:tc>
          <w:tcPr>
            <w:tcW w:w="0" w:type="auto"/>
          </w:tcPr>
          <w:p w14:paraId="4C187068" w14:textId="77777777" w:rsidR="007A5E59" w:rsidRPr="00312815" w:rsidRDefault="007A5E59">
            <w:pPr>
              <w:rPr>
                <w:lang w:val="ru-RU"/>
              </w:rPr>
            </w:pPr>
          </w:p>
        </w:tc>
        <w:tc>
          <w:tcPr>
            <w:tcW w:w="0" w:type="auto"/>
          </w:tcPr>
          <w:p w14:paraId="609D1DAC" w14:textId="77777777" w:rsidR="007A5E59" w:rsidRPr="00312815" w:rsidRDefault="007A5E59">
            <w:pPr>
              <w:rPr>
                <w:lang w:val="ru-RU"/>
              </w:rPr>
            </w:pPr>
          </w:p>
        </w:tc>
        <w:tc>
          <w:tcPr>
            <w:tcW w:w="0" w:type="auto"/>
          </w:tcPr>
          <w:p w14:paraId="06882BCD" w14:textId="77777777" w:rsidR="007A5E59" w:rsidRPr="00312815" w:rsidRDefault="007A5E59">
            <w:pPr>
              <w:rPr>
                <w:lang w:val="ru-RU"/>
              </w:rPr>
            </w:pPr>
          </w:p>
        </w:tc>
        <w:tc>
          <w:tcPr>
            <w:tcW w:w="0" w:type="auto"/>
          </w:tcPr>
          <w:p w14:paraId="3105028F" w14:textId="77777777" w:rsidR="007A5E59" w:rsidRPr="00312815" w:rsidRDefault="007A5E59">
            <w:pPr>
              <w:rPr>
                <w:lang w:val="ru-RU"/>
              </w:rPr>
            </w:pPr>
          </w:p>
        </w:tc>
        <w:tc>
          <w:tcPr>
            <w:tcW w:w="0" w:type="auto"/>
          </w:tcPr>
          <w:p w14:paraId="283FEC6F" w14:textId="77777777" w:rsidR="007A5E59" w:rsidRPr="00312815" w:rsidRDefault="007A5E59">
            <w:pPr>
              <w:rPr>
                <w:lang w:val="ru-RU"/>
              </w:rPr>
            </w:pPr>
          </w:p>
        </w:tc>
        <w:tc>
          <w:tcPr>
            <w:tcW w:w="0" w:type="auto"/>
          </w:tcPr>
          <w:p w14:paraId="375E38EA" w14:textId="77777777" w:rsidR="007A5E59" w:rsidRPr="00312815" w:rsidRDefault="007A5E59">
            <w:pPr>
              <w:rPr>
                <w:lang w:val="ru-RU"/>
              </w:rPr>
            </w:pPr>
          </w:p>
        </w:tc>
        <w:tc>
          <w:tcPr>
            <w:tcW w:w="0" w:type="auto"/>
          </w:tcPr>
          <w:p w14:paraId="34BA33A3" w14:textId="77777777" w:rsidR="007A5E59" w:rsidRPr="00312815" w:rsidRDefault="007A5E59">
            <w:pPr>
              <w:rPr>
                <w:lang w:val="ru-RU"/>
              </w:rPr>
            </w:pPr>
          </w:p>
        </w:tc>
        <w:tc>
          <w:tcPr>
            <w:tcW w:w="0" w:type="auto"/>
          </w:tcPr>
          <w:p w14:paraId="665BCAC1" w14:textId="77777777" w:rsidR="007A5E59" w:rsidRPr="00312815" w:rsidRDefault="007A5E59">
            <w:pPr>
              <w:rPr>
                <w:lang w:val="ru-RU"/>
              </w:rPr>
            </w:pPr>
          </w:p>
        </w:tc>
        <w:tc>
          <w:tcPr>
            <w:tcW w:w="0" w:type="auto"/>
          </w:tcPr>
          <w:p w14:paraId="6A7E4672" w14:textId="77777777" w:rsidR="007A5E59" w:rsidRPr="00312815" w:rsidRDefault="007A5E59">
            <w:pPr>
              <w:rPr>
                <w:lang w:val="ru-RU"/>
              </w:rPr>
            </w:pPr>
          </w:p>
        </w:tc>
        <w:tc>
          <w:tcPr>
            <w:tcW w:w="0" w:type="auto"/>
          </w:tcPr>
          <w:p w14:paraId="096178AE" w14:textId="77777777" w:rsidR="007A5E59" w:rsidRPr="00312815" w:rsidRDefault="007A5E59">
            <w:pPr>
              <w:rPr>
                <w:lang w:val="ru-RU"/>
              </w:rPr>
            </w:pPr>
          </w:p>
        </w:tc>
      </w:tr>
      <w:tr w:rsidR="007A5E59" w14:paraId="30DBB1EF" w14:textId="77777777">
        <w:trPr>
          <w:jc w:val="center"/>
        </w:trPr>
        <w:tc>
          <w:tcPr>
            <w:tcW w:w="0" w:type="auto"/>
          </w:tcPr>
          <w:p w14:paraId="164A25E5" w14:textId="77777777" w:rsidR="007A5E59" w:rsidRDefault="0095198F">
            <w:r>
              <w:t>в канале</w:t>
            </w:r>
          </w:p>
        </w:tc>
        <w:tc>
          <w:tcPr>
            <w:tcW w:w="0" w:type="auto"/>
          </w:tcPr>
          <w:p w14:paraId="359C8028" w14:textId="77777777" w:rsidR="007A5E59" w:rsidRDefault="0095198F">
            <w:pPr>
              <w:jc w:val="center"/>
            </w:pPr>
            <w:r>
              <w:t>0,00</w:t>
            </w:r>
          </w:p>
        </w:tc>
        <w:tc>
          <w:tcPr>
            <w:tcW w:w="0" w:type="auto"/>
          </w:tcPr>
          <w:p w14:paraId="4FED60B0" w14:textId="77777777" w:rsidR="007A5E59" w:rsidRDefault="0095198F">
            <w:pPr>
              <w:jc w:val="center"/>
            </w:pPr>
            <w:r>
              <w:t>0,00</w:t>
            </w:r>
          </w:p>
        </w:tc>
        <w:tc>
          <w:tcPr>
            <w:tcW w:w="0" w:type="auto"/>
          </w:tcPr>
          <w:p w14:paraId="60A317D4" w14:textId="77777777" w:rsidR="007A5E59" w:rsidRDefault="0095198F">
            <w:pPr>
              <w:jc w:val="center"/>
            </w:pPr>
            <w:r>
              <w:t>0,00</w:t>
            </w:r>
          </w:p>
        </w:tc>
        <w:tc>
          <w:tcPr>
            <w:tcW w:w="0" w:type="auto"/>
          </w:tcPr>
          <w:p w14:paraId="6BD5FC53" w14:textId="77777777" w:rsidR="007A5E59" w:rsidRDefault="0095198F">
            <w:pPr>
              <w:jc w:val="center"/>
            </w:pPr>
            <w:r>
              <w:t>0,00</w:t>
            </w:r>
          </w:p>
        </w:tc>
        <w:tc>
          <w:tcPr>
            <w:tcW w:w="0" w:type="auto"/>
          </w:tcPr>
          <w:p w14:paraId="0B3DF3F7" w14:textId="77777777" w:rsidR="007A5E59" w:rsidRDefault="0095198F">
            <w:pPr>
              <w:jc w:val="center"/>
            </w:pPr>
            <w:r>
              <w:t>0,00</w:t>
            </w:r>
          </w:p>
        </w:tc>
        <w:tc>
          <w:tcPr>
            <w:tcW w:w="0" w:type="auto"/>
          </w:tcPr>
          <w:p w14:paraId="62C50F4A" w14:textId="77777777" w:rsidR="007A5E59" w:rsidRDefault="0095198F">
            <w:pPr>
              <w:jc w:val="center"/>
            </w:pPr>
            <w:r>
              <w:t>67,54</w:t>
            </w:r>
          </w:p>
        </w:tc>
        <w:tc>
          <w:tcPr>
            <w:tcW w:w="0" w:type="auto"/>
          </w:tcPr>
          <w:p w14:paraId="3CE86B71" w14:textId="77777777" w:rsidR="007A5E59" w:rsidRDefault="0095198F">
            <w:pPr>
              <w:jc w:val="center"/>
            </w:pPr>
            <w:r>
              <w:t>0,00</w:t>
            </w:r>
          </w:p>
        </w:tc>
        <w:tc>
          <w:tcPr>
            <w:tcW w:w="0" w:type="auto"/>
          </w:tcPr>
          <w:p w14:paraId="3B6E948F" w14:textId="77777777" w:rsidR="007A5E59" w:rsidRDefault="0095198F">
            <w:pPr>
              <w:jc w:val="center"/>
            </w:pPr>
            <w:r>
              <w:t>0,00</w:t>
            </w:r>
          </w:p>
        </w:tc>
        <w:tc>
          <w:tcPr>
            <w:tcW w:w="0" w:type="auto"/>
          </w:tcPr>
          <w:p w14:paraId="1C4608DE" w14:textId="77777777" w:rsidR="007A5E59" w:rsidRDefault="0095198F">
            <w:pPr>
              <w:jc w:val="center"/>
            </w:pPr>
            <w:r>
              <w:t>0,00</w:t>
            </w:r>
          </w:p>
        </w:tc>
        <w:tc>
          <w:tcPr>
            <w:tcW w:w="0" w:type="auto"/>
          </w:tcPr>
          <w:p w14:paraId="45CEFB19" w14:textId="77777777" w:rsidR="007A5E59" w:rsidRDefault="0095198F">
            <w:pPr>
              <w:jc w:val="center"/>
            </w:pPr>
            <w:r>
              <w:t>182,21</w:t>
            </w:r>
          </w:p>
        </w:tc>
        <w:tc>
          <w:tcPr>
            <w:tcW w:w="0" w:type="auto"/>
          </w:tcPr>
          <w:p w14:paraId="3083CEBE" w14:textId="77777777" w:rsidR="007A5E59" w:rsidRDefault="0095198F">
            <w:pPr>
              <w:jc w:val="center"/>
            </w:pPr>
            <w:r>
              <w:t>285,88</w:t>
            </w:r>
          </w:p>
        </w:tc>
        <w:tc>
          <w:tcPr>
            <w:tcW w:w="0" w:type="auto"/>
          </w:tcPr>
          <w:p w14:paraId="4B9F0EA3" w14:textId="77777777" w:rsidR="007A5E59" w:rsidRDefault="0095198F">
            <w:pPr>
              <w:jc w:val="center"/>
            </w:pPr>
            <w:r>
              <w:t>0,00</w:t>
            </w:r>
          </w:p>
        </w:tc>
        <w:tc>
          <w:tcPr>
            <w:tcW w:w="0" w:type="auto"/>
          </w:tcPr>
          <w:p w14:paraId="30016539" w14:textId="77777777" w:rsidR="007A5E59" w:rsidRDefault="0095198F">
            <w:pPr>
              <w:jc w:val="center"/>
            </w:pPr>
            <w:r>
              <w:t>199,33</w:t>
            </w:r>
          </w:p>
        </w:tc>
        <w:tc>
          <w:tcPr>
            <w:tcW w:w="0" w:type="auto"/>
          </w:tcPr>
          <w:p w14:paraId="409505A9" w14:textId="77777777" w:rsidR="007A5E59" w:rsidRDefault="0095198F">
            <w:pPr>
              <w:jc w:val="center"/>
            </w:pPr>
            <w:r>
              <w:t>752,73</w:t>
            </w:r>
          </w:p>
        </w:tc>
        <w:tc>
          <w:tcPr>
            <w:tcW w:w="0" w:type="auto"/>
          </w:tcPr>
          <w:p w14:paraId="300708F3" w14:textId="77777777" w:rsidR="007A5E59" w:rsidRDefault="0095198F">
            <w:pPr>
              <w:jc w:val="center"/>
            </w:pPr>
            <w:r>
              <w:t>0,00</w:t>
            </w:r>
          </w:p>
        </w:tc>
        <w:tc>
          <w:tcPr>
            <w:tcW w:w="0" w:type="auto"/>
          </w:tcPr>
          <w:p w14:paraId="18EF22FA" w14:textId="77777777" w:rsidR="007A5E59" w:rsidRDefault="0095198F">
            <w:pPr>
              <w:jc w:val="center"/>
            </w:pPr>
            <w:r>
              <w:t>0,00</w:t>
            </w:r>
          </w:p>
        </w:tc>
        <w:tc>
          <w:tcPr>
            <w:tcW w:w="0" w:type="auto"/>
          </w:tcPr>
          <w:p w14:paraId="291D9C5A" w14:textId="77777777" w:rsidR="007A5E59" w:rsidRDefault="0095198F">
            <w:pPr>
              <w:jc w:val="center"/>
            </w:pPr>
            <w:r>
              <w:t>0,00</w:t>
            </w:r>
          </w:p>
        </w:tc>
        <w:tc>
          <w:tcPr>
            <w:tcW w:w="0" w:type="auto"/>
          </w:tcPr>
          <w:p w14:paraId="7003DFC4" w14:textId="77777777" w:rsidR="007A5E59" w:rsidRDefault="0095198F">
            <w:pPr>
              <w:jc w:val="center"/>
            </w:pPr>
            <w:r>
              <w:t>0,00</w:t>
            </w:r>
          </w:p>
        </w:tc>
        <w:tc>
          <w:tcPr>
            <w:tcW w:w="0" w:type="auto"/>
          </w:tcPr>
          <w:p w14:paraId="5FAC4F72" w14:textId="77777777" w:rsidR="007A5E59" w:rsidRDefault="0095198F">
            <w:pPr>
              <w:jc w:val="center"/>
            </w:pPr>
            <w:r>
              <w:t>0,00</w:t>
            </w:r>
          </w:p>
        </w:tc>
        <w:tc>
          <w:tcPr>
            <w:tcW w:w="0" w:type="auto"/>
          </w:tcPr>
          <w:p w14:paraId="7070C252" w14:textId="77777777" w:rsidR="007A5E59" w:rsidRDefault="0095198F">
            <w:pPr>
              <w:jc w:val="center"/>
            </w:pPr>
            <w:r>
              <w:t>1 487,70</w:t>
            </w:r>
          </w:p>
        </w:tc>
      </w:tr>
      <w:tr w:rsidR="007A5E59" w14:paraId="642A0896" w14:textId="77777777">
        <w:trPr>
          <w:jc w:val="center"/>
        </w:trPr>
        <w:tc>
          <w:tcPr>
            <w:tcW w:w="0" w:type="auto"/>
          </w:tcPr>
          <w:p w14:paraId="7745F842" w14:textId="77777777" w:rsidR="007A5E59" w:rsidRDefault="0095198F">
            <w:r>
              <w:t>бесканально</w:t>
            </w:r>
          </w:p>
        </w:tc>
        <w:tc>
          <w:tcPr>
            <w:tcW w:w="0" w:type="auto"/>
          </w:tcPr>
          <w:p w14:paraId="52520565" w14:textId="77777777" w:rsidR="007A5E59" w:rsidRDefault="0095198F">
            <w:pPr>
              <w:jc w:val="center"/>
            </w:pPr>
            <w:r>
              <w:t>0,00</w:t>
            </w:r>
          </w:p>
        </w:tc>
        <w:tc>
          <w:tcPr>
            <w:tcW w:w="0" w:type="auto"/>
          </w:tcPr>
          <w:p w14:paraId="2FA5D2A0" w14:textId="77777777" w:rsidR="007A5E59" w:rsidRDefault="0095198F">
            <w:pPr>
              <w:jc w:val="center"/>
            </w:pPr>
            <w:r>
              <w:t>0,00</w:t>
            </w:r>
          </w:p>
        </w:tc>
        <w:tc>
          <w:tcPr>
            <w:tcW w:w="0" w:type="auto"/>
          </w:tcPr>
          <w:p w14:paraId="078E234A" w14:textId="77777777" w:rsidR="007A5E59" w:rsidRDefault="0095198F">
            <w:pPr>
              <w:jc w:val="center"/>
            </w:pPr>
            <w:r>
              <w:t>0,00</w:t>
            </w:r>
          </w:p>
        </w:tc>
        <w:tc>
          <w:tcPr>
            <w:tcW w:w="0" w:type="auto"/>
          </w:tcPr>
          <w:p w14:paraId="72EC7538" w14:textId="77777777" w:rsidR="007A5E59" w:rsidRDefault="0095198F">
            <w:pPr>
              <w:jc w:val="center"/>
            </w:pPr>
            <w:r>
              <w:t>0,00</w:t>
            </w:r>
          </w:p>
        </w:tc>
        <w:tc>
          <w:tcPr>
            <w:tcW w:w="0" w:type="auto"/>
          </w:tcPr>
          <w:p w14:paraId="7459CD0B" w14:textId="77777777" w:rsidR="007A5E59" w:rsidRDefault="0095198F">
            <w:pPr>
              <w:jc w:val="center"/>
            </w:pPr>
            <w:r>
              <w:t>0,00</w:t>
            </w:r>
          </w:p>
        </w:tc>
        <w:tc>
          <w:tcPr>
            <w:tcW w:w="0" w:type="auto"/>
          </w:tcPr>
          <w:p w14:paraId="341C07D2" w14:textId="77777777" w:rsidR="007A5E59" w:rsidRDefault="0095198F">
            <w:pPr>
              <w:jc w:val="center"/>
            </w:pPr>
            <w:r>
              <w:t>0,00</w:t>
            </w:r>
          </w:p>
        </w:tc>
        <w:tc>
          <w:tcPr>
            <w:tcW w:w="0" w:type="auto"/>
          </w:tcPr>
          <w:p w14:paraId="3264E1A0" w14:textId="77777777" w:rsidR="007A5E59" w:rsidRDefault="0095198F">
            <w:pPr>
              <w:jc w:val="center"/>
            </w:pPr>
            <w:r>
              <w:t>0,00</w:t>
            </w:r>
          </w:p>
        </w:tc>
        <w:tc>
          <w:tcPr>
            <w:tcW w:w="0" w:type="auto"/>
          </w:tcPr>
          <w:p w14:paraId="633084E6" w14:textId="77777777" w:rsidR="007A5E59" w:rsidRDefault="0095198F">
            <w:pPr>
              <w:jc w:val="center"/>
            </w:pPr>
            <w:r>
              <w:t>0,00</w:t>
            </w:r>
          </w:p>
        </w:tc>
        <w:tc>
          <w:tcPr>
            <w:tcW w:w="0" w:type="auto"/>
          </w:tcPr>
          <w:p w14:paraId="57675A39" w14:textId="77777777" w:rsidR="007A5E59" w:rsidRDefault="0095198F">
            <w:pPr>
              <w:jc w:val="center"/>
            </w:pPr>
            <w:r>
              <w:t>0,00</w:t>
            </w:r>
          </w:p>
        </w:tc>
        <w:tc>
          <w:tcPr>
            <w:tcW w:w="0" w:type="auto"/>
          </w:tcPr>
          <w:p w14:paraId="32FD2169" w14:textId="77777777" w:rsidR="007A5E59" w:rsidRDefault="0095198F">
            <w:pPr>
              <w:jc w:val="center"/>
            </w:pPr>
            <w:r>
              <w:t>0,00</w:t>
            </w:r>
          </w:p>
        </w:tc>
        <w:tc>
          <w:tcPr>
            <w:tcW w:w="0" w:type="auto"/>
          </w:tcPr>
          <w:p w14:paraId="33F797C8" w14:textId="77777777" w:rsidR="007A5E59" w:rsidRDefault="0095198F">
            <w:pPr>
              <w:jc w:val="center"/>
            </w:pPr>
            <w:r>
              <w:t>0,00</w:t>
            </w:r>
          </w:p>
        </w:tc>
        <w:tc>
          <w:tcPr>
            <w:tcW w:w="0" w:type="auto"/>
          </w:tcPr>
          <w:p w14:paraId="3C8696F1" w14:textId="77777777" w:rsidR="007A5E59" w:rsidRDefault="0095198F">
            <w:pPr>
              <w:jc w:val="center"/>
            </w:pPr>
            <w:r>
              <w:t>0,00</w:t>
            </w:r>
          </w:p>
        </w:tc>
        <w:tc>
          <w:tcPr>
            <w:tcW w:w="0" w:type="auto"/>
          </w:tcPr>
          <w:p w14:paraId="125979BD" w14:textId="77777777" w:rsidR="007A5E59" w:rsidRDefault="0095198F">
            <w:pPr>
              <w:jc w:val="center"/>
            </w:pPr>
            <w:r>
              <w:t>0,00</w:t>
            </w:r>
          </w:p>
        </w:tc>
        <w:tc>
          <w:tcPr>
            <w:tcW w:w="0" w:type="auto"/>
          </w:tcPr>
          <w:p w14:paraId="0DA00781" w14:textId="77777777" w:rsidR="007A5E59" w:rsidRDefault="0095198F">
            <w:pPr>
              <w:jc w:val="center"/>
            </w:pPr>
            <w:r>
              <w:t>0,00</w:t>
            </w:r>
          </w:p>
        </w:tc>
        <w:tc>
          <w:tcPr>
            <w:tcW w:w="0" w:type="auto"/>
          </w:tcPr>
          <w:p w14:paraId="4F4C8A0C" w14:textId="77777777" w:rsidR="007A5E59" w:rsidRDefault="0095198F">
            <w:pPr>
              <w:jc w:val="center"/>
            </w:pPr>
            <w:r>
              <w:t>0,00</w:t>
            </w:r>
          </w:p>
        </w:tc>
        <w:tc>
          <w:tcPr>
            <w:tcW w:w="0" w:type="auto"/>
          </w:tcPr>
          <w:p w14:paraId="4658D250" w14:textId="77777777" w:rsidR="007A5E59" w:rsidRDefault="0095198F">
            <w:pPr>
              <w:jc w:val="center"/>
            </w:pPr>
            <w:r>
              <w:t>0,00</w:t>
            </w:r>
          </w:p>
        </w:tc>
        <w:tc>
          <w:tcPr>
            <w:tcW w:w="0" w:type="auto"/>
          </w:tcPr>
          <w:p w14:paraId="58892CBD" w14:textId="77777777" w:rsidR="007A5E59" w:rsidRDefault="0095198F">
            <w:pPr>
              <w:jc w:val="center"/>
            </w:pPr>
            <w:r>
              <w:t>0,00</w:t>
            </w:r>
          </w:p>
        </w:tc>
        <w:tc>
          <w:tcPr>
            <w:tcW w:w="0" w:type="auto"/>
          </w:tcPr>
          <w:p w14:paraId="21863B29" w14:textId="77777777" w:rsidR="007A5E59" w:rsidRDefault="0095198F">
            <w:pPr>
              <w:jc w:val="center"/>
            </w:pPr>
            <w:r>
              <w:t>0,00</w:t>
            </w:r>
          </w:p>
        </w:tc>
        <w:tc>
          <w:tcPr>
            <w:tcW w:w="0" w:type="auto"/>
          </w:tcPr>
          <w:p w14:paraId="359847F8" w14:textId="77777777" w:rsidR="007A5E59" w:rsidRDefault="0095198F">
            <w:pPr>
              <w:jc w:val="center"/>
            </w:pPr>
            <w:r>
              <w:t>0,00</w:t>
            </w:r>
          </w:p>
        </w:tc>
        <w:tc>
          <w:tcPr>
            <w:tcW w:w="0" w:type="auto"/>
          </w:tcPr>
          <w:p w14:paraId="2E0DD826" w14:textId="77777777" w:rsidR="007A5E59" w:rsidRDefault="0095198F">
            <w:pPr>
              <w:jc w:val="center"/>
            </w:pPr>
            <w:r>
              <w:t>0,00</w:t>
            </w:r>
          </w:p>
        </w:tc>
      </w:tr>
      <w:tr w:rsidR="007A5E59" w14:paraId="69BC6694" w14:textId="77777777">
        <w:trPr>
          <w:jc w:val="center"/>
        </w:trPr>
        <w:tc>
          <w:tcPr>
            <w:tcW w:w="0" w:type="auto"/>
          </w:tcPr>
          <w:p w14:paraId="3B985A14" w14:textId="77777777" w:rsidR="007A5E59" w:rsidRDefault="0095198F">
            <w:r>
              <w:t>надземная</w:t>
            </w:r>
          </w:p>
        </w:tc>
        <w:tc>
          <w:tcPr>
            <w:tcW w:w="0" w:type="auto"/>
          </w:tcPr>
          <w:p w14:paraId="5EC48735" w14:textId="77777777" w:rsidR="007A5E59" w:rsidRDefault="0095198F">
            <w:pPr>
              <w:jc w:val="center"/>
            </w:pPr>
            <w:r>
              <w:t>0,00</w:t>
            </w:r>
          </w:p>
        </w:tc>
        <w:tc>
          <w:tcPr>
            <w:tcW w:w="0" w:type="auto"/>
          </w:tcPr>
          <w:p w14:paraId="3483E335" w14:textId="77777777" w:rsidR="007A5E59" w:rsidRDefault="0095198F">
            <w:pPr>
              <w:jc w:val="center"/>
            </w:pPr>
            <w:r>
              <w:t>0,00</w:t>
            </w:r>
          </w:p>
        </w:tc>
        <w:tc>
          <w:tcPr>
            <w:tcW w:w="0" w:type="auto"/>
          </w:tcPr>
          <w:p w14:paraId="42B031C2" w14:textId="77777777" w:rsidR="007A5E59" w:rsidRDefault="0095198F">
            <w:pPr>
              <w:jc w:val="center"/>
            </w:pPr>
            <w:r>
              <w:t>18,06</w:t>
            </w:r>
          </w:p>
        </w:tc>
        <w:tc>
          <w:tcPr>
            <w:tcW w:w="0" w:type="auto"/>
          </w:tcPr>
          <w:p w14:paraId="7C71C095" w14:textId="77777777" w:rsidR="007A5E59" w:rsidRDefault="0095198F">
            <w:pPr>
              <w:jc w:val="center"/>
            </w:pPr>
            <w:r>
              <w:t>0,00</w:t>
            </w:r>
          </w:p>
        </w:tc>
        <w:tc>
          <w:tcPr>
            <w:tcW w:w="0" w:type="auto"/>
          </w:tcPr>
          <w:p w14:paraId="32F5FD8E" w14:textId="77777777" w:rsidR="007A5E59" w:rsidRDefault="0095198F">
            <w:pPr>
              <w:jc w:val="center"/>
            </w:pPr>
            <w:r>
              <w:t>34,93</w:t>
            </w:r>
          </w:p>
        </w:tc>
        <w:tc>
          <w:tcPr>
            <w:tcW w:w="0" w:type="auto"/>
          </w:tcPr>
          <w:p w14:paraId="220CF9F1" w14:textId="77777777" w:rsidR="007A5E59" w:rsidRDefault="0095198F">
            <w:pPr>
              <w:jc w:val="center"/>
            </w:pPr>
            <w:r>
              <w:t>458,20</w:t>
            </w:r>
          </w:p>
        </w:tc>
        <w:tc>
          <w:tcPr>
            <w:tcW w:w="0" w:type="auto"/>
          </w:tcPr>
          <w:p w14:paraId="66DD65B8" w14:textId="77777777" w:rsidR="007A5E59" w:rsidRDefault="0095198F">
            <w:pPr>
              <w:jc w:val="center"/>
            </w:pPr>
            <w:r>
              <w:t>135,80</w:t>
            </w:r>
          </w:p>
        </w:tc>
        <w:tc>
          <w:tcPr>
            <w:tcW w:w="0" w:type="auto"/>
          </w:tcPr>
          <w:p w14:paraId="56943582" w14:textId="77777777" w:rsidR="007A5E59" w:rsidRDefault="0095198F">
            <w:pPr>
              <w:jc w:val="center"/>
            </w:pPr>
            <w:r>
              <w:t>0,00</w:t>
            </w:r>
          </w:p>
        </w:tc>
        <w:tc>
          <w:tcPr>
            <w:tcW w:w="0" w:type="auto"/>
          </w:tcPr>
          <w:p w14:paraId="0ED5AB20" w14:textId="77777777" w:rsidR="007A5E59" w:rsidRDefault="0095198F">
            <w:pPr>
              <w:jc w:val="center"/>
            </w:pPr>
            <w:r>
              <w:t>0,00</w:t>
            </w:r>
          </w:p>
        </w:tc>
        <w:tc>
          <w:tcPr>
            <w:tcW w:w="0" w:type="auto"/>
          </w:tcPr>
          <w:p w14:paraId="36129782" w14:textId="77777777" w:rsidR="007A5E59" w:rsidRDefault="0095198F">
            <w:pPr>
              <w:jc w:val="center"/>
            </w:pPr>
            <w:r>
              <w:t>62,83</w:t>
            </w:r>
          </w:p>
        </w:tc>
        <w:tc>
          <w:tcPr>
            <w:tcW w:w="0" w:type="auto"/>
          </w:tcPr>
          <w:p w14:paraId="024B2880" w14:textId="77777777" w:rsidR="007A5E59" w:rsidRDefault="0095198F">
            <w:pPr>
              <w:jc w:val="center"/>
            </w:pPr>
            <w:r>
              <w:t>31,42</w:t>
            </w:r>
          </w:p>
        </w:tc>
        <w:tc>
          <w:tcPr>
            <w:tcW w:w="0" w:type="auto"/>
          </w:tcPr>
          <w:p w14:paraId="185D7AEA" w14:textId="77777777" w:rsidR="007A5E59" w:rsidRDefault="0095198F">
            <w:pPr>
              <w:jc w:val="center"/>
            </w:pPr>
            <w:r>
              <w:t>0,00</w:t>
            </w:r>
          </w:p>
        </w:tc>
        <w:tc>
          <w:tcPr>
            <w:tcW w:w="0" w:type="auto"/>
          </w:tcPr>
          <w:p w14:paraId="55411044" w14:textId="77777777" w:rsidR="007A5E59" w:rsidRDefault="0095198F">
            <w:pPr>
              <w:jc w:val="center"/>
            </w:pPr>
            <w:r>
              <w:t>141,37</w:t>
            </w:r>
          </w:p>
        </w:tc>
        <w:tc>
          <w:tcPr>
            <w:tcW w:w="0" w:type="auto"/>
          </w:tcPr>
          <w:p w14:paraId="3C19E675" w14:textId="77777777" w:rsidR="007A5E59" w:rsidRDefault="0095198F">
            <w:pPr>
              <w:jc w:val="center"/>
            </w:pPr>
            <w:r>
              <w:t>1 218,94</w:t>
            </w:r>
          </w:p>
        </w:tc>
        <w:tc>
          <w:tcPr>
            <w:tcW w:w="0" w:type="auto"/>
          </w:tcPr>
          <w:p w14:paraId="48AAE39B" w14:textId="77777777" w:rsidR="007A5E59" w:rsidRDefault="0095198F">
            <w:pPr>
              <w:jc w:val="center"/>
            </w:pPr>
            <w:r>
              <w:t>879,65</w:t>
            </w:r>
          </w:p>
        </w:tc>
        <w:tc>
          <w:tcPr>
            <w:tcW w:w="0" w:type="auto"/>
          </w:tcPr>
          <w:p w14:paraId="5EEA87A0" w14:textId="77777777" w:rsidR="007A5E59" w:rsidRDefault="0095198F">
            <w:pPr>
              <w:jc w:val="center"/>
            </w:pPr>
            <w:r>
              <w:t>0,00</w:t>
            </w:r>
          </w:p>
        </w:tc>
        <w:tc>
          <w:tcPr>
            <w:tcW w:w="0" w:type="auto"/>
          </w:tcPr>
          <w:p w14:paraId="6661E88E" w14:textId="77777777" w:rsidR="007A5E59" w:rsidRDefault="0095198F">
            <w:pPr>
              <w:jc w:val="center"/>
            </w:pPr>
            <w:r>
              <w:t>0,00</w:t>
            </w:r>
          </w:p>
        </w:tc>
        <w:tc>
          <w:tcPr>
            <w:tcW w:w="0" w:type="auto"/>
          </w:tcPr>
          <w:p w14:paraId="55236AD9" w14:textId="77777777" w:rsidR="007A5E59" w:rsidRDefault="0095198F">
            <w:pPr>
              <w:jc w:val="center"/>
            </w:pPr>
            <w:r>
              <w:t>0,00</w:t>
            </w:r>
          </w:p>
        </w:tc>
        <w:tc>
          <w:tcPr>
            <w:tcW w:w="0" w:type="auto"/>
          </w:tcPr>
          <w:p w14:paraId="4AC6E9D0" w14:textId="77777777" w:rsidR="007A5E59" w:rsidRDefault="0095198F">
            <w:pPr>
              <w:jc w:val="center"/>
            </w:pPr>
            <w:r>
              <w:t>0,00</w:t>
            </w:r>
          </w:p>
        </w:tc>
        <w:tc>
          <w:tcPr>
            <w:tcW w:w="0" w:type="auto"/>
          </w:tcPr>
          <w:p w14:paraId="4C04A861" w14:textId="77777777" w:rsidR="007A5E59" w:rsidRDefault="0095198F">
            <w:pPr>
              <w:jc w:val="center"/>
            </w:pPr>
            <w:r>
              <w:t>2 981,20</w:t>
            </w:r>
          </w:p>
        </w:tc>
      </w:tr>
      <w:tr w:rsidR="007A5E59" w14:paraId="5DB3BD21" w14:textId="77777777">
        <w:trPr>
          <w:jc w:val="center"/>
        </w:trPr>
        <w:tc>
          <w:tcPr>
            <w:tcW w:w="0" w:type="auto"/>
            <w:shd w:val="clear" w:color="auto" w:fill="DBE5F1"/>
          </w:tcPr>
          <w:p w14:paraId="7BB837B2" w14:textId="77777777" w:rsidR="007A5E59" w:rsidRDefault="0095198F">
            <w:r>
              <w:rPr>
                <w:b/>
              </w:rPr>
              <w:t>ИТОГО по диаметрам</w:t>
            </w:r>
          </w:p>
        </w:tc>
        <w:tc>
          <w:tcPr>
            <w:tcW w:w="0" w:type="auto"/>
            <w:shd w:val="clear" w:color="auto" w:fill="DBE5F1"/>
          </w:tcPr>
          <w:p w14:paraId="653D9223" w14:textId="77777777" w:rsidR="007A5E59" w:rsidRDefault="0095198F">
            <w:pPr>
              <w:jc w:val="center"/>
            </w:pPr>
            <w:r>
              <w:rPr>
                <w:b/>
              </w:rPr>
              <w:t>0,00</w:t>
            </w:r>
          </w:p>
        </w:tc>
        <w:tc>
          <w:tcPr>
            <w:tcW w:w="0" w:type="auto"/>
            <w:shd w:val="clear" w:color="auto" w:fill="DBE5F1"/>
          </w:tcPr>
          <w:p w14:paraId="061C26E7" w14:textId="77777777" w:rsidR="007A5E59" w:rsidRDefault="0095198F">
            <w:pPr>
              <w:jc w:val="center"/>
            </w:pPr>
            <w:r>
              <w:rPr>
                <w:b/>
              </w:rPr>
              <w:t>0,00</w:t>
            </w:r>
          </w:p>
        </w:tc>
        <w:tc>
          <w:tcPr>
            <w:tcW w:w="0" w:type="auto"/>
            <w:shd w:val="clear" w:color="auto" w:fill="DBE5F1"/>
          </w:tcPr>
          <w:p w14:paraId="010D2BC3" w14:textId="77777777" w:rsidR="007A5E59" w:rsidRDefault="0095198F">
            <w:pPr>
              <w:jc w:val="center"/>
            </w:pPr>
            <w:r>
              <w:rPr>
                <w:b/>
              </w:rPr>
              <w:t>18,06</w:t>
            </w:r>
          </w:p>
        </w:tc>
        <w:tc>
          <w:tcPr>
            <w:tcW w:w="0" w:type="auto"/>
            <w:shd w:val="clear" w:color="auto" w:fill="DBE5F1"/>
          </w:tcPr>
          <w:p w14:paraId="71548206" w14:textId="77777777" w:rsidR="007A5E59" w:rsidRDefault="0095198F">
            <w:pPr>
              <w:jc w:val="center"/>
            </w:pPr>
            <w:r>
              <w:rPr>
                <w:b/>
              </w:rPr>
              <w:t>0,00</w:t>
            </w:r>
          </w:p>
        </w:tc>
        <w:tc>
          <w:tcPr>
            <w:tcW w:w="0" w:type="auto"/>
            <w:shd w:val="clear" w:color="auto" w:fill="DBE5F1"/>
          </w:tcPr>
          <w:p w14:paraId="520D0422" w14:textId="77777777" w:rsidR="007A5E59" w:rsidRDefault="0095198F">
            <w:pPr>
              <w:jc w:val="center"/>
            </w:pPr>
            <w:r>
              <w:rPr>
                <w:b/>
              </w:rPr>
              <w:t>34,93</w:t>
            </w:r>
          </w:p>
        </w:tc>
        <w:tc>
          <w:tcPr>
            <w:tcW w:w="0" w:type="auto"/>
            <w:shd w:val="clear" w:color="auto" w:fill="DBE5F1"/>
          </w:tcPr>
          <w:p w14:paraId="58647D91" w14:textId="77777777" w:rsidR="007A5E59" w:rsidRDefault="0095198F">
            <w:pPr>
              <w:jc w:val="center"/>
            </w:pPr>
            <w:r>
              <w:rPr>
                <w:b/>
              </w:rPr>
              <w:t>525,75</w:t>
            </w:r>
          </w:p>
        </w:tc>
        <w:tc>
          <w:tcPr>
            <w:tcW w:w="0" w:type="auto"/>
            <w:shd w:val="clear" w:color="auto" w:fill="DBE5F1"/>
          </w:tcPr>
          <w:p w14:paraId="22320F20" w14:textId="77777777" w:rsidR="007A5E59" w:rsidRDefault="0095198F">
            <w:pPr>
              <w:jc w:val="center"/>
            </w:pPr>
            <w:r>
              <w:rPr>
                <w:b/>
              </w:rPr>
              <w:t>135,80</w:t>
            </w:r>
          </w:p>
        </w:tc>
        <w:tc>
          <w:tcPr>
            <w:tcW w:w="0" w:type="auto"/>
            <w:shd w:val="clear" w:color="auto" w:fill="DBE5F1"/>
          </w:tcPr>
          <w:p w14:paraId="757B043B" w14:textId="77777777" w:rsidR="007A5E59" w:rsidRDefault="0095198F">
            <w:pPr>
              <w:jc w:val="center"/>
            </w:pPr>
            <w:r>
              <w:rPr>
                <w:b/>
              </w:rPr>
              <w:t>0,00</w:t>
            </w:r>
          </w:p>
        </w:tc>
        <w:tc>
          <w:tcPr>
            <w:tcW w:w="0" w:type="auto"/>
            <w:shd w:val="clear" w:color="auto" w:fill="DBE5F1"/>
          </w:tcPr>
          <w:p w14:paraId="0B5E41D3" w14:textId="77777777" w:rsidR="007A5E59" w:rsidRDefault="0095198F">
            <w:pPr>
              <w:jc w:val="center"/>
            </w:pPr>
            <w:r>
              <w:rPr>
                <w:b/>
              </w:rPr>
              <w:t>0,00</w:t>
            </w:r>
          </w:p>
        </w:tc>
        <w:tc>
          <w:tcPr>
            <w:tcW w:w="0" w:type="auto"/>
            <w:shd w:val="clear" w:color="auto" w:fill="DBE5F1"/>
          </w:tcPr>
          <w:p w14:paraId="3A0FEED4" w14:textId="77777777" w:rsidR="007A5E59" w:rsidRDefault="0095198F">
            <w:pPr>
              <w:jc w:val="center"/>
            </w:pPr>
            <w:r>
              <w:rPr>
                <w:b/>
              </w:rPr>
              <w:t>245,04</w:t>
            </w:r>
          </w:p>
        </w:tc>
        <w:tc>
          <w:tcPr>
            <w:tcW w:w="0" w:type="auto"/>
            <w:shd w:val="clear" w:color="auto" w:fill="DBE5F1"/>
          </w:tcPr>
          <w:p w14:paraId="104A172E" w14:textId="77777777" w:rsidR="007A5E59" w:rsidRDefault="0095198F">
            <w:pPr>
              <w:jc w:val="center"/>
            </w:pPr>
            <w:r>
              <w:rPr>
                <w:b/>
              </w:rPr>
              <w:t>317,30</w:t>
            </w:r>
          </w:p>
        </w:tc>
        <w:tc>
          <w:tcPr>
            <w:tcW w:w="0" w:type="auto"/>
            <w:shd w:val="clear" w:color="auto" w:fill="DBE5F1"/>
          </w:tcPr>
          <w:p w14:paraId="0568033A" w14:textId="77777777" w:rsidR="007A5E59" w:rsidRDefault="0095198F">
            <w:pPr>
              <w:jc w:val="center"/>
            </w:pPr>
            <w:r>
              <w:rPr>
                <w:b/>
              </w:rPr>
              <w:t>0,00</w:t>
            </w:r>
          </w:p>
        </w:tc>
        <w:tc>
          <w:tcPr>
            <w:tcW w:w="0" w:type="auto"/>
            <w:shd w:val="clear" w:color="auto" w:fill="DBE5F1"/>
          </w:tcPr>
          <w:p w14:paraId="02506E70" w14:textId="77777777" w:rsidR="007A5E59" w:rsidRDefault="0095198F">
            <w:pPr>
              <w:jc w:val="center"/>
            </w:pPr>
            <w:r>
              <w:rPr>
                <w:b/>
              </w:rPr>
              <w:t>340,71</w:t>
            </w:r>
          </w:p>
        </w:tc>
        <w:tc>
          <w:tcPr>
            <w:tcW w:w="0" w:type="auto"/>
            <w:shd w:val="clear" w:color="auto" w:fill="DBE5F1"/>
          </w:tcPr>
          <w:p w14:paraId="62A97229" w14:textId="77777777" w:rsidR="007A5E59" w:rsidRDefault="0095198F">
            <w:pPr>
              <w:jc w:val="center"/>
            </w:pPr>
            <w:r>
              <w:rPr>
                <w:b/>
              </w:rPr>
              <w:t>1 971,66</w:t>
            </w:r>
          </w:p>
        </w:tc>
        <w:tc>
          <w:tcPr>
            <w:tcW w:w="0" w:type="auto"/>
            <w:shd w:val="clear" w:color="auto" w:fill="DBE5F1"/>
          </w:tcPr>
          <w:p w14:paraId="198D86EF" w14:textId="77777777" w:rsidR="007A5E59" w:rsidRDefault="0095198F">
            <w:pPr>
              <w:jc w:val="center"/>
            </w:pPr>
            <w:r>
              <w:rPr>
                <w:b/>
              </w:rPr>
              <w:t>879,65</w:t>
            </w:r>
          </w:p>
        </w:tc>
        <w:tc>
          <w:tcPr>
            <w:tcW w:w="0" w:type="auto"/>
            <w:shd w:val="clear" w:color="auto" w:fill="DBE5F1"/>
          </w:tcPr>
          <w:p w14:paraId="657E48DA" w14:textId="77777777" w:rsidR="007A5E59" w:rsidRDefault="0095198F">
            <w:pPr>
              <w:jc w:val="center"/>
            </w:pPr>
            <w:r>
              <w:rPr>
                <w:b/>
              </w:rPr>
              <w:t>0,00</w:t>
            </w:r>
          </w:p>
        </w:tc>
        <w:tc>
          <w:tcPr>
            <w:tcW w:w="0" w:type="auto"/>
            <w:shd w:val="clear" w:color="auto" w:fill="DBE5F1"/>
          </w:tcPr>
          <w:p w14:paraId="38BDBEB8" w14:textId="77777777" w:rsidR="007A5E59" w:rsidRDefault="0095198F">
            <w:pPr>
              <w:jc w:val="center"/>
            </w:pPr>
            <w:r>
              <w:rPr>
                <w:b/>
              </w:rPr>
              <w:t>0,00</w:t>
            </w:r>
          </w:p>
        </w:tc>
        <w:tc>
          <w:tcPr>
            <w:tcW w:w="0" w:type="auto"/>
            <w:shd w:val="clear" w:color="auto" w:fill="DBE5F1"/>
          </w:tcPr>
          <w:p w14:paraId="624A656B" w14:textId="77777777" w:rsidR="007A5E59" w:rsidRDefault="0095198F">
            <w:pPr>
              <w:jc w:val="center"/>
            </w:pPr>
            <w:r>
              <w:rPr>
                <w:b/>
              </w:rPr>
              <w:t>0,00</w:t>
            </w:r>
          </w:p>
        </w:tc>
        <w:tc>
          <w:tcPr>
            <w:tcW w:w="0" w:type="auto"/>
            <w:shd w:val="clear" w:color="auto" w:fill="DBE5F1"/>
          </w:tcPr>
          <w:p w14:paraId="5B21AC23" w14:textId="77777777" w:rsidR="007A5E59" w:rsidRDefault="0095198F">
            <w:pPr>
              <w:jc w:val="center"/>
            </w:pPr>
            <w:r>
              <w:rPr>
                <w:b/>
              </w:rPr>
              <w:t>0,00</w:t>
            </w:r>
          </w:p>
        </w:tc>
        <w:tc>
          <w:tcPr>
            <w:tcW w:w="0" w:type="auto"/>
            <w:shd w:val="clear" w:color="auto" w:fill="DBE5F1"/>
          </w:tcPr>
          <w:p w14:paraId="35D594A1" w14:textId="77777777" w:rsidR="007A5E59" w:rsidRDefault="0095198F">
            <w:pPr>
              <w:jc w:val="center"/>
            </w:pPr>
            <w:r>
              <w:rPr>
                <w:b/>
              </w:rPr>
              <w:t>4 468,90</w:t>
            </w:r>
          </w:p>
        </w:tc>
      </w:tr>
      <w:tr w:rsidR="007A5E59" w14:paraId="2FB78629" w14:textId="77777777">
        <w:trPr>
          <w:jc w:val="center"/>
        </w:trPr>
        <w:tc>
          <w:tcPr>
            <w:tcW w:w="0" w:type="auto"/>
            <w:shd w:val="clear" w:color="auto" w:fill="DBE5F1"/>
          </w:tcPr>
          <w:p w14:paraId="536B7041" w14:textId="77777777" w:rsidR="007A5E59" w:rsidRDefault="0095198F">
            <w:r>
              <w:rPr>
                <w:b/>
              </w:rPr>
              <w:t>ВСЕГО площадь поверхности, м²</w:t>
            </w:r>
          </w:p>
        </w:tc>
        <w:tc>
          <w:tcPr>
            <w:tcW w:w="0" w:type="auto"/>
            <w:shd w:val="clear" w:color="auto" w:fill="DBE5F1"/>
          </w:tcPr>
          <w:p w14:paraId="5BBE6293" w14:textId="77777777" w:rsidR="007A5E59" w:rsidRDefault="0095198F">
            <w:pPr>
              <w:jc w:val="center"/>
            </w:pPr>
            <w:r>
              <w:rPr>
                <w:b/>
              </w:rPr>
              <w:t>4 468,90</w:t>
            </w:r>
          </w:p>
        </w:tc>
        <w:tc>
          <w:tcPr>
            <w:tcW w:w="0" w:type="auto"/>
            <w:shd w:val="clear" w:color="auto" w:fill="DBE5F1"/>
          </w:tcPr>
          <w:p w14:paraId="31D88FFF" w14:textId="77777777" w:rsidR="007A5E59" w:rsidRDefault="007A5E59"/>
        </w:tc>
        <w:tc>
          <w:tcPr>
            <w:tcW w:w="0" w:type="auto"/>
            <w:shd w:val="clear" w:color="auto" w:fill="DBE5F1"/>
          </w:tcPr>
          <w:p w14:paraId="5C19075F" w14:textId="77777777" w:rsidR="007A5E59" w:rsidRDefault="007A5E59"/>
        </w:tc>
        <w:tc>
          <w:tcPr>
            <w:tcW w:w="0" w:type="auto"/>
            <w:shd w:val="clear" w:color="auto" w:fill="DBE5F1"/>
          </w:tcPr>
          <w:p w14:paraId="473CAA44" w14:textId="77777777" w:rsidR="007A5E59" w:rsidRDefault="007A5E59"/>
        </w:tc>
        <w:tc>
          <w:tcPr>
            <w:tcW w:w="0" w:type="auto"/>
            <w:shd w:val="clear" w:color="auto" w:fill="DBE5F1"/>
          </w:tcPr>
          <w:p w14:paraId="7D5CDBF9" w14:textId="77777777" w:rsidR="007A5E59" w:rsidRDefault="007A5E59"/>
        </w:tc>
        <w:tc>
          <w:tcPr>
            <w:tcW w:w="0" w:type="auto"/>
            <w:shd w:val="clear" w:color="auto" w:fill="DBE5F1"/>
          </w:tcPr>
          <w:p w14:paraId="6E6FE786" w14:textId="77777777" w:rsidR="007A5E59" w:rsidRDefault="007A5E59"/>
        </w:tc>
        <w:tc>
          <w:tcPr>
            <w:tcW w:w="0" w:type="auto"/>
            <w:shd w:val="clear" w:color="auto" w:fill="DBE5F1"/>
          </w:tcPr>
          <w:p w14:paraId="5611FA7C" w14:textId="77777777" w:rsidR="007A5E59" w:rsidRDefault="007A5E59"/>
        </w:tc>
        <w:tc>
          <w:tcPr>
            <w:tcW w:w="0" w:type="auto"/>
            <w:shd w:val="clear" w:color="auto" w:fill="DBE5F1"/>
          </w:tcPr>
          <w:p w14:paraId="0AC35C2A" w14:textId="77777777" w:rsidR="007A5E59" w:rsidRDefault="007A5E59"/>
        </w:tc>
        <w:tc>
          <w:tcPr>
            <w:tcW w:w="0" w:type="auto"/>
            <w:shd w:val="clear" w:color="auto" w:fill="DBE5F1"/>
          </w:tcPr>
          <w:p w14:paraId="03B36711" w14:textId="77777777" w:rsidR="007A5E59" w:rsidRDefault="007A5E59"/>
        </w:tc>
        <w:tc>
          <w:tcPr>
            <w:tcW w:w="0" w:type="auto"/>
            <w:shd w:val="clear" w:color="auto" w:fill="DBE5F1"/>
          </w:tcPr>
          <w:p w14:paraId="1485A64F" w14:textId="77777777" w:rsidR="007A5E59" w:rsidRDefault="007A5E59"/>
        </w:tc>
        <w:tc>
          <w:tcPr>
            <w:tcW w:w="0" w:type="auto"/>
            <w:shd w:val="clear" w:color="auto" w:fill="DBE5F1"/>
          </w:tcPr>
          <w:p w14:paraId="6649E1D7" w14:textId="77777777" w:rsidR="007A5E59" w:rsidRDefault="007A5E59"/>
        </w:tc>
        <w:tc>
          <w:tcPr>
            <w:tcW w:w="0" w:type="auto"/>
            <w:shd w:val="clear" w:color="auto" w:fill="DBE5F1"/>
          </w:tcPr>
          <w:p w14:paraId="3B69D756" w14:textId="77777777" w:rsidR="007A5E59" w:rsidRDefault="007A5E59"/>
        </w:tc>
        <w:tc>
          <w:tcPr>
            <w:tcW w:w="0" w:type="auto"/>
            <w:shd w:val="clear" w:color="auto" w:fill="DBE5F1"/>
          </w:tcPr>
          <w:p w14:paraId="6676DD19" w14:textId="77777777" w:rsidR="007A5E59" w:rsidRDefault="007A5E59"/>
        </w:tc>
        <w:tc>
          <w:tcPr>
            <w:tcW w:w="0" w:type="auto"/>
            <w:shd w:val="clear" w:color="auto" w:fill="DBE5F1"/>
          </w:tcPr>
          <w:p w14:paraId="790D06A2" w14:textId="77777777" w:rsidR="007A5E59" w:rsidRDefault="007A5E59"/>
        </w:tc>
        <w:tc>
          <w:tcPr>
            <w:tcW w:w="0" w:type="auto"/>
            <w:shd w:val="clear" w:color="auto" w:fill="DBE5F1"/>
          </w:tcPr>
          <w:p w14:paraId="03C46D0A" w14:textId="77777777" w:rsidR="007A5E59" w:rsidRDefault="007A5E59"/>
        </w:tc>
        <w:tc>
          <w:tcPr>
            <w:tcW w:w="0" w:type="auto"/>
            <w:shd w:val="clear" w:color="auto" w:fill="DBE5F1"/>
          </w:tcPr>
          <w:p w14:paraId="2197D999" w14:textId="77777777" w:rsidR="007A5E59" w:rsidRDefault="007A5E59"/>
        </w:tc>
        <w:tc>
          <w:tcPr>
            <w:tcW w:w="0" w:type="auto"/>
            <w:shd w:val="clear" w:color="auto" w:fill="DBE5F1"/>
          </w:tcPr>
          <w:p w14:paraId="59838890" w14:textId="77777777" w:rsidR="007A5E59" w:rsidRDefault="007A5E59"/>
        </w:tc>
        <w:tc>
          <w:tcPr>
            <w:tcW w:w="0" w:type="auto"/>
            <w:shd w:val="clear" w:color="auto" w:fill="DBE5F1"/>
          </w:tcPr>
          <w:p w14:paraId="261AEF2E" w14:textId="77777777" w:rsidR="007A5E59" w:rsidRDefault="007A5E59"/>
        </w:tc>
        <w:tc>
          <w:tcPr>
            <w:tcW w:w="0" w:type="auto"/>
            <w:shd w:val="clear" w:color="auto" w:fill="DBE5F1"/>
          </w:tcPr>
          <w:p w14:paraId="72567CA4" w14:textId="77777777" w:rsidR="007A5E59" w:rsidRDefault="007A5E59"/>
        </w:tc>
        <w:tc>
          <w:tcPr>
            <w:tcW w:w="0" w:type="auto"/>
            <w:shd w:val="clear" w:color="auto" w:fill="DBE5F1"/>
          </w:tcPr>
          <w:p w14:paraId="7AF8A3F9" w14:textId="77777777" w:rsidR="007A5E59" w:rsidRDefault="007A5E59"/>
        </w:tc>
      </w:tr>
      <w:tr w:rsidR="007A5E59" w14:paraId="2DEC18B4" w14:textId="77777777">
        <w:trPr>
          <w:jc w:val="center"/>
        </w:trPr>
        <w:tc>
          <w:tcPr>
            <w:tcW w:w="0" w:type="auto"/>
          </w:tcPr>
          <w:p w14:paraId="2EA2B2BB" w14:textId="77777777" w:rsidR="007A5E59" w:rsidRPr="00312815" w:rsidRDefault="0095198F">
            <w:pPr>
              <w:rPr>
                <w:lang w:val="ru-RU"/>
              </w:rPr>
            </w:pPr>
            <w:r w:rsidRPr="00312815">
              <w:rPr>
                <w:lang w:val="ru-RU"/>
              </w:rPr>
              <w:t>Материальная характеристика, м² (2·</w:t>
            </w:r>
            <w:r>
              <w:t>S</w:t>
            </w:r>
            <w:r w:rsidRPr="00312815">
              <w:rPr>
                <w:lang w:val="ru-RU"/>
              </w:rPr>
              <w:t>/</w:t>
            </w:r>
            <w:r>
              <w:t>π</w:t>
            </w:r>
            <w:r w:rsidRPr="00312815">
              <w:rPr>
                <w:lang w:val="ru-RU"/>
              </w:rPr>
              <w:t>)</w:t>
            </w:r>
          </w:p>
        </w:tc>
        <w:tc>
          <w:tcPr>
            <w:tcW w:w="0" w:type="auto"/>
          </w:tcPr>
          <w:p w14:paraId="32AF6FA0" w14:textId="77777777" w:rsidR="007A5E59" w:rsidRDefault="0095198F">
            <w:pPr>
              <w:jc w:val="center"/>
            </w:pPr>
            <w:r>
              <w:t>2 844,99</w:t>
            </w:r>
          </w:p>
        </w:tc>
        <w:tc>
          <w:tcPr>
            <w:tcW w:w="0" w:type="auto"/>
          </w:tcPr>
          <w:p w14:paraId="0F5A0FBD" w14:textId="77777777" w:rsidR="007A5E59" w:rsidRDefault="007A5E59"/>
        </w:tc>
        <w:tc>
          <w:tcPr>
            <w:tcW w:w="0" w:type="auto"/>
          </w:tcPr>
          <w:p w14:paraId="0D1A8B7F" w14:textId="77777777" w:rsidR="007A5E59" w:rsidRDefault="007A5E59"/>
        </w:tc>
        <w:tc>
          <w:tcPr>
            <w:tcW w:w="0" w:type="auto"/>
          </w:tcPr>
          <w:p w14:paraId="4E6645B4" w14:textId="77777777" w:rsidR="007A5E59" w:rsidRDefault="007A5E59"/>
        </w:tc>
        <w:tc>
          <w:tcPr>
            <w:tcW w:w="0" w:type="auto"/>
          </w:tcPr>
          <w:p w14:paraId="448CD791" w14:textId="77777777" w:rsidR="007A5E59" w:rsidRDefault="007A5E59"/>
        </w:tc>
        <w:tc>
          <w:tcPr>
            <w:tcW w:w="0" w:type="auto"/>
          </w:tcPr>
          <w:p w14:paraId="6A36B2F6" w14:textId="77777777" w:rsidR="007A5E59" w:rsidRDefault="007A5E59"/>
        </w:tc>
        <w:tc>
          <w:tcPr>
            <w:tcW w:w="0" w:type="auto"/>
          </w:tcPr>
          <w:p w14:paraId="4F7C66AD" w14:textId="77777777" w:rsidR="007A5E59" w:rsidRDefault="007A5E59"/>
        </w:tc>
        <w:tc>
          <w:tcPr>
            <w:tcW w:w="0" w:type="auto"/>
          </w:tcPr>
          <w:p w14:paraId="727BD67B" w14:textId="77777777" w:rsidR="007A5E59" w:rsidRDefault="007A5E59"/>
        </w:tc>
        <w:tc>
          <w:tcPr>
            <w:tcW w:w="0" w:type="auto"/>
          </w:tcPr>
          <w:p w14:paraId="13E03282" w14:textId="77777777" w:rsidR="007A5E59" w:rsidRDefault="007A5E59"/>
        </w:tc>
        <w:tc>
          <w:tcPr>
            <w:tcW w:w="0" w:type="auto"/>
          </w:tcPr>
          <w:p w14:paraId="1AFE6897" w14:textId="77777777" w:rsidR="007A5E59" w:rsidRDefault="007A5E59"/>
        </w:tc>
        <w:tc>
          <w:tcPr>
            <w:tcW w:w="0" w:type="auto"/>
          </w:tcPr>
          <w:p w14:paraId="2CFF27A6" w14:textId="77777777" w:rsidR="007A5E59" w:rsidRDefault="007A5E59"/>
        </w:tc>
        <w:tc>
          <w:tcPr>
            <w:tcW w:w="0" w:type="auto"/>
          </w:tcPr>
          <w:p w14:paraId="53A0C706" w14:textId="77777777" w:rsidR="007A5E59" w:rsidRDefault="007A5E59"/>
        </w:tc>
        <w:tc>
          <w:tcPr>
            <w:tcW w:w="0" w:type="auto"/>
          </w:tcPr>
          <w:p w14:paraId="5A00021A" w14:textId="77777777" w:rsidR="007A5E59" w:rsidRDefault="007A5E59"/>
        </w:tc>
        <w:tc>
          <w:tcPr>
            <w:tcW w:w="0" w:type="auto"/>
          </w:tcPr>
          <w:p w14:paraId="4D5D7FE1" w14:textId="77777777" w:rsidR="007A5E59" w:rsidRDefault="007A5E59"/>
        </w:tc>
        <w:tc>
          <w:tcPr>
            <w:tcW w:w="0" w:type="auto"/>
          </w:tcPr>
          <w:p w14:paraId="16FFABD0" w14:textId="77777777" w:rsidR="007A5E59" w:rsidRDefault="007A5E59"/>
        </w:tc>
        <w:tc>
          <w:tcPr>
            <w:tcW w:w="0" w:type="auto"/>
          </w:tcPr>
          <w:p w14:paraId="696F1291" w14:textId="77777777" w:rsidR="007A5E59" w:rsidRDefault="007A5E59"/>
        </w:tc>
        <w:tc>
          <w:tcPr>
            <w:tcW w:w="0" w:type="auto"/>
          </w:tcPr>
          <w:p w14:paraId="652833DE" w14:textId="77777777" w:rsidR="007A5E59" w:rsidRDefault="007A5E59"/>
        </w:tc>
        <w:tc>
          <w:tcPr>
            <w:tcW w:w="0" w:type="auto"/>
          </w:tcPr>
          <w:p w14:paraId="525ABAC4" w14:textId="77777777" w:rsidR="007A5E59" w:rsidRDefault="007A5E59"/>
        </w:tc>
        <w:tc>
          <w:tcPr>
            <w:tcW w:w="0" w:type="auto"/>
          </w:tcPr>
          <w:p w14:paraId="7DBBD95A" w14:textId="77777777" w:rsidR="007A5E59" w:rsidRDefault="007A5E59"/>
        </w:tc>
        <w:tc>
          <w:tcPr>
            <w:tcW w:w="0" w:type="auto"/>
          </w:tcPr>
          <w:p w14:paraId="2A8E3DF8" w14:textId="77777777" w:rsidR="007A5E59" w:rsidRDefault="007A5E59"/>
        </w:tc>
      </w:tr>
      <w:tr w:rsidR="007A5E59" w:rsidRPr="00C07C05" w14:paraId="005065B0" w14:textId="77777777">
        <w:trPr>
          <w:jc w:val="center"/>
        </w:trPr>
        <w:tc>
          <w:tcPr>
            <w:tcW w:w="0" w:type="auto"/>
          </w:tcPr>
          <w:p w14:paraId="557C816A" w14:textId="77777777" w:rsidR="007A5E59" w:rsidRPr="00312815" w:rsidRDefault="0095198F">
            <w:pPr>
              <w:rPr>
                <w:lang w:val="ru-RU"/>
              </w:rPr>
            </w:pPr>
            <w:r w:rsidRPr="00312815">
              <w:rPr>
                <w:lang w:val="ru-RU"/>
              </w:rPr>
              <w:t>БЛОК 4. Параметры, программа мероприятий и контроль</w:t>
            </w:r>
          </w:p>
        </w:tc>
        <w:tc>
          <w:tcPr>
            <w:tcW w:w="0" w:type="auto"/>
          </w:tcPr>
          <w:p w14:paraId="247D990D" w14:textId="77777777" w:rsidR="007A5E59" w:rsidRPr="00312815" w:rsidRDefault="007A5E59">
            <w:pPr>
              <w:rPr>
                <w:lang w:val="ru-RU"/>
              </w:rPr>
            </w:pPr>
          </w:p>
        </w:tc>
        <w:tc>
          <w:tcPr>
            <w:tcW w:w="0" w:type="auto"/>
          </w:tcPr>
          <w:p w14:paraId="01653D86" w14:textId="77777777" w:rsidR="007A5E59" w:rsidRPr="00312815" w:rsidRDefault="007A5E59">
            <w:pPr>
              <w:rPr>
                <w:lang w:val="ru-RU"/>
              </w:rPr>
            </w:pPr>
          </w:p>
        </w:tc>
        <w:tc>
          <w:tcPr>
            <w:tcW w:w="0" w:type="auto"/>
          </w:tcPr>
          <w:p w14:paraId="23F60131" w14:textId="77777777" w:rsidR="007A5E59" w:rsidRPr="00312815" w:rsidRDefault="007A5E59">
            <w:pPr>
              <w:rPr>
                <w:lang w:val="ru-RU"/>
              </w:rPr>
            </w:pPr>
          </w:p>
        </w:tc>
        <w:tc>
          <w:tcPr>
            <w:tcW w:w="0" w:type="auto"/>
          </w:tcPr>
          <w:p w14:paraId="2F988188" w14:textId="77777777" w:rsidR="007A5E59" w:rsidRPr="00312815" w:rsidRDefault="007A5E59">
            <w:pPr>
              <w:rPr>
                <w:lang w:val="ru-RU"/>
              </w:rPr>
            </w:pPr>
          </w:p>
        </w:tc>
        <w:tc>
          <w:tcPr>
            <w:tcW w:w="0" w:type="auto"/>
          </w:tcPr>
          <w:p w14:paraId="08ADFD63" w14:textId="77777777" w:rsidR="007A5E59" w:rsidRPr="00312815" w:rsidRDefault="007A5E59">
            <w:pPr>
              <w:rPr>
                <w:lang w:val="ru-RU"/>
              </w:rPr>
            </w:pPr>
          </w:p>
        </w:tc>
        <w:tc>
          <w:tcPr>
            <w:tcW w:w="0" w:type="auto"/>
          </w:tcPr>
          <w:p w14:paraId="15DE78ED" w14:textId="77777777" w:rsidR="007A5E59" w:rsidRPr="00312815" w:rsidRDefault="007A5E59">
            <w:pPr>
              <w:rPr>
                <w:lang w:val="ru-RU"/>
              </w:rPr>
            </w:pPr>
          </w:p>
        </w:tc>
        <w:tc>
          <w:tcPr>
            <w:tcW w:w="0" w:type="auto"/>
          </w:tcPr>
          <w:p w14:paraId="12D1CF8A" w14:textId="77777777" w:rsidR="007A5E59" w:rsidRPr="00312815" w:rsidRDefault="007A5E59">
            <w:pPr>
              <w:rPr>
                <w:lang w:val="ru-RU"/>
              </w:rPr>
            </w:pPr>
          </w:p>
        </w:tc>
        <w:tc>
          <w:tcPr>
            <w:tcW w:w="0" w:type="auto"/>
          </w:tcPr>
          <w:p w14:paraId="16139C24" w14:textId="77777777" w:rsidR="007A5E59" w:rsidRPr="00312815" w:rsidRDefault="007A5E59">
            <w:pPr>
              <w:rPr>
                <w:lang w:val="ru-RU"/>
              </w:rPr>
            </w:pPr>
          </w:p>
        </w:tc>
        <w:tc>
          <w:tcPr>
            <w:tcW w:w="0" w:type="auto"/>
          </w:tcPr>
          <w:p w14:paraId="0959D95A" w14:textId="77777777" w:rsidR="007A5E59" w:rsidRPr="00312815" w:rsidRDefault="007A5E59">
            <w:pPr>
              <w:rPr>
                <w:lang w:val="ru-RU"/>
              </w:rPr>
            </w:pPr>
          </w:p>
        </w:tc>
        <w:tc>
          <w:tcPr>
            <w:tcW w:w="0" w:type="auto"/>
          </w:tcPr>
          <w:p w14:paraId="56F3F95E" w14:textId="77777777" w:rsidR="007A5E59" w:rsidRPr="00312815" w:rsidRDefault="007A5E59">
            <w:pPr>
              <w:rPr>
                <w:lang w:val="ru-RU"/>
              </w:rPr>
            </w:pPr>
          </w:p>
        </w:tc>
        <w:tc>
          <w:tcPr>
            <w:tcW w:w="0" w:type="auto"/>
          </w:tcPr>
          <w:p w14:paraId="68B27F06" w14:textId="77777777" w:rsidR="007A5E59" w:rsidRPr="00312815" w:rsidRDefault="007A5E59">
            <w:pPr>
              <w:rPr>
                <w:lang w:val="ru-RU"/>
              </w:rPr>
            </w:pPr>
          </w:p>
        </w:tc>
        <w:tc>
          <w:tcPr>
            <w:tcW w:w="0" w:type="auto"/>
          </w:tcPr>
          <w:p w14:paraId="22BFF2AE" w14:textId="77777777" w:rsidR="007A5E59" w:rsidRPr="00312815" w:rsidRDefault="007A5E59">
            <w:pPr>
              <w:rPr>
                <w:lang w:val="ru-RU"/>
              </w:rPr>
            </w:pPr>
          </w:p>
        </w:tc>
        <w:tc>
          <w:tcPr>
            <w:tcW w:w="0" w:type="auto"/>
          </w:tcPr>
          <w:p w14:paraId="38CDCD76" w14:textId="77777777" w:rsidR="007A5E59" w:rsidRPr="00312815" w:rsidRDefault="007A5E59">
            <w:pPr>
              <w:rPr>
                <w:lang w:val="ru-RU"/>
              </w:rPr>
            </w:pPr>
          </w:p>
        </w:tc>
        <w:tc>
          <w:tcPr>
            <w:tcW w:w="0" w:type="auto"/>
          </w:tcPr>
          <w:p w14:paraId="4A4FEFF3" w14:textId="77777777" w:rsidR="007A5E59" w:rsidRPr="00312815" w:rsidRDefault="007A5E59">
            <w:pPr>
              <w:rPr>
                <w:lang w:val="ru-RU"/>
              </w:rPr>
            </w:pPr>
          </w:p>
        </w:tc>
        <w:tc>
          <w:tcPr>
            <w:tcW w:w="0" w:type="auto"/>
          </w:tcPr>
          <w:p w14:paraId="77B50D13" w14:textId="77777777" w:rsidR="007A5E59" w:rsidRPr="00312815" w:rsidRDefault="007A5E59">
            <w:pPr>
              <w:rPr>
                <w:lang w:val="ru-RU"/>
              </w:rPr>
            </w:pPr>
          </w:p>
        </w:tc>
        <w:tc>
          <w:tcPr>
            <w:tcW w:w="0" w:type="auto"/>
          </w:tcPr>
          <w:p w14:paraId="77C37CE6" w14:textId="77777777" w:rsidR="007A5E59" w:rsidRPr="00312815" w:rsidRDefault="007A5E59">
            <w:pPr>
              <w:rPr>
                <w:lang w:val="ru-RU"/>
              </w:rPr>
            </w:pPr>
          </w:p>
        </w:tc>
        <w:tc>
          <w:tcPr>
            <w:tcW w:w="0" w:type="auto"/>
          </w:tcPr>
          <w:p w14:paraId="219B6C15" w14:textId="77777777" w:rsidR="007A5E59" w:rsidRPr="00312815" w:rsidRDefault="007A5E59">
            <w:pPr>
              <w:rPr>
                <w:lang w:val="ru-RU"/>
              </w:rPr>
            </w:pPr>
          </w:p>
        </w:tc>
        <w:tc>
          <w:tcPr>
            <w:tcW w:w="0" w:type="auto"/>
          </w:tcPr>
          <w:p w14:paraId="628E2417" w14:textId="77777777" w:rsidR="007A5E59" w:rsidRPr="00312815" w:rsidRDefault="007A5E59">
            <w:pPr>
              <w:rPr>
                <w:lang w:val="ru-RU"/>
              </w:rPr>
            </w:pPr>
          </w:p>
        </w:tc>
        <w:tc>
          <w:tcPr>
            <w:tcW w:w="0" w:type="auto"/>
          </w:tcPr>
          <w:p w14:paraId="020B649F" w14:textId="77777777" w:rsidR="007A5E59" w:rsidRPr="00312815" w:rsidRDefault="007A5E59">
            <w:pPr>
              <w:rPr>
                <w:lang w:val="ru-RU"/>
              </w:rPr>
            </w:pPr>
          </w:p>
        </w:tc>
        <w:tc>
          <w:tcPr>
            <w:tcW w:w="0" w:type="auto"/>
          </w:tcPr>
          <w:p w14:paraId="0A1FC836" w14:textId="77777777" w:rsidR="007A5E59" w:rsidRPr="00312815" w:rsidRDefault="007A5E59">
            <w:pPr>
              <w:rPr>
                <w:lang w:val="ru-RU"/>
              </w:rPr>
            </w:pPr>
          </w:p>
        </w:tc>
      </w:tr>
      <w:tr w:rsidR="007A5E59" w14:paraId="38C9E1E0" w14:textId="77777777">
        <w:trPr>
          <w:jc w:val="center"/>
        </w:trPr>
        <w:tc>
          <w:tcPr>
            <w:tcW w:w="0" w:type="auto"/>
          </w:tcPr>
          <w:p w14:paraId="2759BF89" w14:textId="77777777" w:rsidR="007A5E59" w:rsidRPr="00312815" w:rsidRDefault="0095198F">
            <w:pPr>
              <w:rPr>
                <w:lang w:val="ru-RU"/>
              </w:rPr>
            </w:pPr>
            <w:r w:rsidRPr="00312815">
              <w:rPr>
                <w:lang w:val="ru-RU"/>
              </w:rPr>
              <w:t>Принятый расчётный срок службы, лет</w:t>
            </w:r>
          </w:p>
        </w:tc>
        <w:tc>
          <w:tcPr>
            <w:tcW w:w="0" w:type="auto"/>
          </w:tcPr>
          <w:p w14:paraId="3915B49B" w14:textId="77777777" w:rsidR="007A5E59" w:rsidRDefault="0095198F">
            <w:pPr>
              <w:jc w:val="center"/>
            </w:pPr>
            <w:r>
              <w:t>25,0</w:t>
            </w:r>
          </w:p>
        </w:tc>
        <w:tc>
          <w:tcPr>
            <w:tcW w:w="0" w:type="auto"/>
          </w:tcPr>
          <w:p w14:paraId="10BE6455" w14:textId="77777777" w:rsidR="007A5E59" w:rsidRDefault="007A5E59"/>
        </w:tc>
        <w:tc>
          <w:tcPr>
            <w:tcW w:w="0" w:type="auto"/>
          </w:tcPr>
          <w:p w14:paraId="731BCDB8" w14:textId="77777777" w:rsidR="007A5E59" w:rsidRDefault="007A5E59"/>
        </w:tc>
        <w:tc>
          <w:tcPr>
            <w:tcW w:w="0" w:type="auto"/>
          </w:tcPr>
          <w:p w14:paraId="0CAFF891" w14:textId="77777777" w:rsidR="007A5E59" w:rsidRDefault="007A5E59"/>
        </w:tc>
        <w:tc>
          <w:tcPr>
            <w:tcW w:w="0" w:type="auto"/>
          </w:tcPr>
          <w:p w14:paraId="55DF9BBB" w14:textId="77777777" w:rsidR="007A5E59" w:rsidRDefault="007A5E59"/>
        </w:tc>
        <w:tc>
          <w:tcPr>
            <w:tcW w:w="0" w:type="auto"/>
          </w:tcPr>
          <w:p w14:paraId="7E663297" w14:textId="77777777" w:rsidR="007A5E59" w:rsidRDefault="007A5E59"/>
        </w:tc>
        <w:tc>
          <w:tcPr>
            <w:tcW w:w="0" w:type="auto"/>
          </w:tcPr>
          <w:p w14:paraId="31AFCD02" w14:textId="77777777" w:rsidR="007A5E59" w:rsidRDefault="007A5E59"/>
        </w:tc>
        <w:tc>
          <w:tcPr>
            <w:tcW w:w="0" w:type="auto"/>
          </w:tcPr>
          <w:p w14:paraId="40588CD5" w14:textId="77777777" w:rsidR="007A5E59" w:rsidRDefault="007A5E59"/>
        </w:tc>
        <w:tc>
          <w:tcPr>
            <w:tcW w:w="0" w:type="auto"/>
          </w:tcPr>
          <w:p w14:paraId="201FAFAE" w14:textId="77777777" w:rsidR="007A5E59" w:rsidRDefault="007A5E59"/>
        </w:tc>
        <w:tc>
          <w:tcPr>
            <w:tcW w:w="0" w:type="auto"/>
          </w:tcPr>
          <w:p w14:paraId="7AA37A0D" w14:textId="77777777" w:rsidR="007A5E59" w:rsidRDefault="007A5E59"/>
        </w:tc>
        <w:tc>
          <w:tcPr>
            <w:tcW w:w="0" w:type="auto"/>
          </w:tcPr>
          <w:p w14:paraId="6C8E4EBD" w14:textId="77777777" w:rsidR="007A5E59" w:rsidRDefault="007A5E59"/>
        </w:tc>
        <w:tc>
          <w:tcPr>
            <w:tcW w:w="0" w:type="auto"/>
          </w:tcPr>
          <w:p w14:paraId="2A6F98FB" w14:textId="77777777" w:rsidR="007A5E59" w:rsidRDefault="007A5E59"/>
        </w:tc>
        <w:tc>
          <w:tcPr>
            <w:tcW w:w="0" w:type="auto"/>
          </w:tcPr>
          <w:p w14:paraId="164C9374" w14:textId="77777777" w:rsidR="007A5E59" w:rsidRDefault="007A5E59"/>
        </w:tc>
        <w:tc>
          <w:tcPr>
            <w:tcW w:w="0" w:type="auto"/>
          </w:tcPr>
          <w:p w14:paraId="12C17A72" w14:textId="77777777" w:rsidR="007A5E59" w:rsidRDefault="007A5E59"/>
        </w:tc>
        <w:tc>
          <w:tcPr>
            <w:tcW w:w="0" w:type="auto"/>
          </w:tcPr>
          <w:p w14:paraId="23832ED3" w14:textId="77777777" w:rsidR="007A5E59" w:rsidRDefault="007A5E59"/>
        </w:tc>
        <w:tc>
          <w:tcPr>
            <w:tcW w:w="0" w:type="auto"/>
          </w:tcPr>
          <w:p w14:paraId="7AA80C19" w14:textId="77777777" w:rsidR="007A5E59" w:rsidRDefault="007A5E59"/>
        </w:tc>
        <w:tc>
          <w:tcPr>
            <w:tcW w:w="0" w:type="auto"/>
          </w:tcPr>
          <w:p w14:paraId="1BE504CF" w14:textId="77777777" w:rsidR="007A5E59" w:rsidRDefault="007A5E59"/>
        </w:tc>
        <w:tc>
          <w:tcPr>
            <w:tcW w:w="0" w:type="auto"/>
          </w:tcPr>
          <w:p w14:paraId="3BF63811" w14:textId="77777777" w:rsidR="007A5E59" w:rsidRDefault="007A5E59"/>
        </w:tc>
        <w:tc>
          <w:tcPr>
            <w:tcW w:w="0" w:type="auto"/>
          </w:tcPr>
          <w:p w14:paraId="6FD1A6DC" w14:textId="77777777" w:rsidR="007A5E59" w:rsidRDefault="007A5E59"/>
        </w:tc>
        <w:tc>
          <w:tcPr>
            <w:tcW w:w="0" w:type="auto"/>
          </w:tcPr>
          <w:p w14:paraId="58FB3916" w14:textId="77777777" w:rsidR="007A5E59" w:rsidRDefault="007A5E59"/>
        </w:tc>
      </w:tr>
      <w:tr w:rsidR="007A5E59" w14:paraId="75987A96" w14:textId="77777777">
        <w:trPr>
          <w:jc w:val="center"/>
        </w:trPr>
        <w:tc>
          <w:tcPr>
            <w:tcW w:w="0" w:type="auto"/>
            <w:shd w:val="clear" w:color="auto" w:fill="DBE5F1"/>
          </w:tcPr>
          <w:p w14:paraId="33EB22E5" w14:textId="77777777" w:rsidR="007A5E59" w:rsidRDefault="0095198F">
            <w:r>
              <w:rPr>
                <w:b/>
              </w:rPr>
              <w:t>Всего участков в базе</w:t>
            </w:r>
          </w:p>
        </w:tc>
        <w:tc>
          <w:tcPr>
            <w:tcW w:w="0" w:type="auto"/>
            <w:shd w:val="clear" w:color="auto" w:fill="DBE5F1"/>
          </w:tcPr>
          <w:p w14:paraId="5EA680D5" w14:textId="77777777" w:rsidR="007A5E59" w:rsidRDefault="0095198F">
            <w:pPr>
              <w:jc w:val="center"/>
            </w:pPr>
            <w:r>
              <w:rPr>
                <w:b/>
              </w:rPr>
              <w:t>43,0</w:t>
            </w:r>
          </w:p>
        </w:tc>
        <w:tc>
          <w:tcPr>
            <w:tcW w:w="0" w:type="auto"/>
            <w:shd w:val="clear" w:color="auto" w:fill="DBE5F1"/>
          </w:tcPr>
          <w:p w14:paraId="34A95CD2" w14:textId="77777777" w:rsidR="007A5E59" w:rsidRDefault="007A5E59"/>
        </w:tc>
        <w:tc>
          <w:tcPr>
            <w:tcW w:w="0" w:type="auto"/>
            <w:shd w:val="clear" w:color="auto" w:fill="DBE5F1"/>
          </w:tcPr>
          <w:p w14:paraId="605ABE47" w14:textId="77777777" w:rsidR="007A5E59" w:rsidRDefault="007A5E59"/>
        </w:tc>
        <w:tc>
          <w:tcPr>
            <w:tcW w:w="0" w:type="auto"/>
            <w:shd w:val="clear" w:color="auto" w:fill="DBE5F1"/>
          </w:tcPr>
          <w:p w14:paraId="14428968" w14:textId="77777777" w:rsidR="007A5E59" w:rsidRDefault="007A5E59"/>
        </w:tc>
        <w:tc>
          <w:tcPr>
            <w:tcW w:w="0" w:type="auto"/>
            <w:shd w:val="clear" w:color="auto" w:fill="DBE5F1"/>
          </w:tcPr>
          <w:p w14:paraId="579E0590" w14:textId="77777777" w:rsidR="007A5E59" w:rsidRDefault="007A5E59"/>
        </w:tc>
        <w:tc>
          <w:tcPr>
            <w:tcW w:w="0" w:type="auto"/>
            <w:shd w:val="clear" w:color="auto" w:fill="DBE5F1"/>
          </w:tcPr>
          <w:p w14:paraId="64485AA6" w14:textId="77777777" w:rsidR="007A5E59" w:rsidRDefault="007A5E59"/>
        </w:tc>
        <w:tc>
          <w:tcPr>
            <w:tcW w:w="0" w:type="auto"/>
            <w:shd w:val="clear" w:color="auto" w:fill="DBE5F1"/>
          </w:tcPr>
          <w:p w14:paraId="46CA7D61" w14:textId="77777777" w:rsidR="007A5E59" w:rsidRDefault="007A5E59"/>
        </w:tc>
        <w:tc>
          <w:tcPr>
            <w:tcW w:w="0" w:type="auto"/>
            <w:shd w:val="clear" w:color="auto" w:fill="DBE5F1"/>
          </w:tcPr>
          <w:p w14:paraId="6138BB5E" w14:textId="77777777" w:rsidR="007A5E59" w:rsidRDefault="007A5E59"/>
        </w:tc>
        <w:tc>
          <w:tcPr>
            <w:tcW w:w="0" w:type="auto"/>
            <w:shd w:val="clear" w:color="auto" w:fill="DBE5F1"/>
          </w:tcPr>
          <w:p w14:paraId="5878E9C7" w14:textId="77777777" w:rsidR="007A5E59" w:rsidRDefault="007A5E59"/>
        </w:tc>
        <w:tc>
          <w:tcPr>
            <w:tcW w:w="0" w:type="auto"/>
            <w:shd w:val="clear" w:color="auto" w:fill="DBE5F1"/>
          </w:tcPr>
          <w:p w14:paraId="31AD4EF6" w14:textId="77777777" w:rsidR="007A5E59" w:rsidRDefault="007A5E59"/>
        </w:tc>
        <w:tc>
          <w:tcPr>
            <w:tcW w:w="0" w:type="auto"/>
            <w:shd w:val="clear" w:color="auto" w:fill="DBE5F1"/>
          </w:tcPr>
          <w:p w14:paraId="60BAFAC6" w14:textId="77777777" w:rsidR="007A5E59" w:rsidRDefault="007A5E59"/>
        </w:tc>
        <w:tc>
          <w:tcPr>
            <w:tcW w:w="0" w:type="auto"/>
            <w:shd w:val="clear" w:color="auto" w:fill="DBE5F1"/>
          </w:tcPr>
          <w:p w14:paraId="00335BBE" w14:textId="77777777" w:rsidR="007A5E59" w:rsidRDefault="007A5E59"/>
        </w:tc>
        <w:tc>
          <w:tcPr>
            <w:tcW w:w="0" w:type="auto"/>
            <w:shd w:val="clear" w:color="auto" w:fill="DBE5F1"/>
          </w:tcPr>
          <w:p w14:paraId="4D534B62" w14:textId="77777777" w:rsidR="007A5E59" w:rsidRDefault="007A5E59"/>
        </w:tc>
        <w:tc>
          <w:tcPr>
            <w:tcW w:w="0" w:type="auto"/>
            <w:shd w:val="clear" w:color="auto" w:fill="DBE5F1"/>
          </w:tcPr>
          <w:p w14:paraId="0F7FD3C2" w14:textId="77777777" w:rsidR="007A5E59" w:rsidRDefault="007A5E59"/>
        </w:tc>
        <w:tc>
          <w:tcPr>
            <w:tcW w:w="0" w:type="auto"/>
            <w:shd w:val="clear" w:color="auto" w:fill="DBE5F1"/>
          </w:tcPr>
          <w:p w14:paraId="35EB8395" w14:textId="77777777" w:rsidR="007A5E59" w:rsidRDefault="007A5E59"/>
        </w:tc>
        <w:tc>
          <w:tcPr>
            <w:tcW w:w="0" w:type="auto"/>
            <w:shd w:val="clear" w:color="auto" w:fill="DBE5F1"/>
          </w:tcPr>
          <w:p w14:paraId="2723B742" w14:textId="77777777" w:rsidR="007A5E59" w:rsidRDefault="007A5E59"/>
        </w:tc>
        <w:tc>
          <w:tcPr>
            <w:tcW w:w="0" w:type="auto"/>
            <w:shd w:val="clear" w:color="auto" w:fill="DBE5F1"/>
          </w:tcPr>
          <w:p w14:paraId="203A276F" w14:textId="77777777" w:rsidR="007A5E59" w:rsidRDefault="007A5E59"/>
        </w:tc>
        <w:tc>
          <w:tcPr>
            <w:tcW w:w="0" w:type="auto"/>
            <w:shd w:val="clear" w:color="auto" w:fill="DBE5F1"/>
          </w:tcPr>
          <w:p w14:paraId="72079999" w14:textId="77777777" w:rsidR="007A5E59" w:rsidRDefault="007A5E59"/>
        </w:tc>
        <w:tc>
          <w:tcPr>
            <w:tcW w:w="0" w:type="auto"/>
            <w:shd w:val="clear" w:color="auto" w:fill="DBE5F1"/>
          </w:tcPr>
          <w:p w14:paraId="289C7F57" w14:textId="77777777" w:rsidR="007A5E59" w:rsidRDefault="007A5E59"/>
        </w:tc>
        <w:tc>
          <w:tcPr>
            <w:tcW w:w="0" w:type="auto"/>
            <w:shd w:val="clear" w:color="auto" w:fill="DBE5F1"/>
          </w:tcPr>
          <w:p w14:paraId="16CDF0B8" w14:textId="77777777" w:rsidR="007A5E59" w:rsidRDefault="007A5E59"/>
        </w:tc>
      </w:tr>
      <w:tr w:rsidR="007A5E59" w14:paraId="3FEC3EAF" w14:textId="77777777">
        <w:trPr>
          <w:jc w:val="center"/>
        </w:trPr>
        <w:tc>
          <w:tcPr>
            <w:tcW w:w="0" w:type="auto"/>
          </w:tcPr>
          <w:p w14:paraId="75A3D216" w14:textId="77777777" w:rsidR="007A5E59" w:rsidRPr="00312815" w:rsidRDefault="0095198F">
            <w:pPr>
              <w:rPr>
                <w:lang w:val="ru-RU"/>
              </w:rPr>
            </w:pPr>
            <w:r w:rsidRPr="00312815">
              <w:rPr>
                <w:lang w:val="ru-RU"/>
              </w:rPr>
              <w:t>Участков вне горизонта 2026–2036 (год ввода 2012 и позднее)</w:t>
            </w:r>
          </w:p>
        </w:tc>
        <w:tc>
          <w:tcPr>
            <w:tcW w:w="0" w:type="auto"/>
          </w:tcPr>
          <w:p w14:paraId="28BF911A" w14:textId="77777777" w:rsidR="007A5E59" w:rsidRDefault="0095198F">
            <w:pPr>
              <w:jc w:val="center"/>
            </w:pPr>
            <w:r>
              <w:t>1,0</w:t>
            </w:r>
          </w:p>
        </w:tc>
        <w:tc>
          <w:tcPr>
            <w:tcW w:w="0" w:type="auto"/>
          </w:tcPr>
          <w:p w14:paraId="582E56B4" w14:textId="77777777" w:rsidR="007A5E59" w:rsidRDefault="007A5E59"/>
        </w:tc>
        <w:tc>
          <w:tcPr>
            <w:tcW w:w="0" w:type="auto"/>
          </w:tcPr>
          <w:p w14:paraId="04C12371" w14:textId="77777777" w:rsidR="007A5E59" w:rsidRDefault="007A5E59"/>
        </w:tc>
        <w:tc>
          <w:tcPr>
            <w:tcW w:w="0" w:type="auto"/>
          </w:tcPr>
          <w:p w14:paraId="007956AF" w14:textId="77777777" w:rsidR="007A5E59" w:rsidRDefault="007A5E59"/>
        </w:tc>
        <w:tc>
          <w:tcPr>
            <w:tcW w:w="0" w:type="auto"/>
          </w:tcPr>
          <w:p w14:paraId="49FF26A1" w14:textId="77777777" w:rsidR="007A5E59" w:rsidRDefault="007A5E59"/>
        </w:tc>
        <w:tc>
          <w:tcPr>
            <w:tcW w:w="0" w:type="auto"/>
          </w:tcPr>
          <w:p w14:paraId="5C79CB06" w14:textId="77777777" w:rsidR="007A5E59" w:rsidRDefault="007A5E59"/>
        </w:tc>
        <w:tc>
          <w:tcPr>
            <w:tcW w:w="0" w:type="auto"/>
          </w:tcPr>
          <w:p w14:paraId="476E96FF" w14:textId="77777777" w:rsidR="007A5E59" w:rsidRDefault="007A5E59"/>
        </w:tc>
        <w:tc>
          <w:tcPr>
            <w:tcW w:w="0" w:type="auto"/>
          </w:tcPr>
          <w:p w14:paraId="78A38B1A" w14:textId="77777777" w:rsidR="007A5E59" w:rsidRDefault="007A5E59"/>
        </w:tc>
        <w:tc>
          <w:tcPr>
            <w:tcW w:w="0" w:type="auto"/>
          </w:tcPr>
          <w:p w14:paraId="351C55D0" w14:textId="77777777" w:rsidR="007A5E59" w:rsidRDefault="007A5E59"/>
        </w:tc>
        <w:tc>
          <w:tcPr>
            <w:tcW w:w="0" w:type="auto"/>
          </w:tcPr>
          <w:p w14:paraId="1B14DFA9" w14:textId="77777777" w:rsidR="007A5E59" w:rsidRDefault="007A5E59"/>
        </w:tc>
        <w:tc>
          <w:tcPr>
            <w:tcW w:w="0" w:type="auto"/>
          </w:tcPr>
          <w:p w14:paraId="0AD51ABC" w14:textId="77777777" w:rsidR="007A5E59" w:rsidRDefault="007A5E59"/>
        </w:tc>
        <w:tc>
          <w:tcPr>
            <w:tcW w:w="0" w:type="auto"/>
          </w:tcPr>
          <w:p w14:paraId="2C6F4496" w14:textId="77777777" w:rsidR="007A5E59" w:rsidRDefault="007A5E59"/>
        </w:tc>
        <w:tc>
          <w:tcPr>
            <w:tcW w:w="0" w:type="auto"/>
          </w:tcPr>
          <w:p w14:paraId="43A7015D" w14:textId="77777777" w:rsidR="007A5E59" w:rsidRDefault="007A5E59"/>
        </w:tc>
        <w:tc>
          <w:tcPr>
            <w:tcW w:w="0" w:type="auto"/>
          </w:tcPr>
          <w:p w14:paraId="78EC2293" w14:textId="77777777" w:rsidR="007A5E59" w:rsidRDefault="007A5E59"/>
        </w:tc>
        <w:tc>
          <w:tcPr>
            <w:tcW w:w="0" w:type="auto"/>
          </w:tcPr>
          <w:p w14:paraId="15F760C9" w14:textId="77777777" w:rsidR="007A5E59" w:rsidRDefault="007A5E59"/>
        </w:tc>
        <w:tc>
          <w:tcPr>
            <w:tcW w:w="0" w:type="auto"/>
          </w:tcPr>
          <w:p w14:paraId="4E48AA67" w14:textId="77777777" w:rsidR="007A5E59" w:rsidRDefault="007A5E59"/>
        </w:tc>
        <w:tc>
          <w:tcPr>
            <w:tcW w:w="0" w:type="auto"/>
          </w:tcPr>
          <w:p w14:paraId="54BE11C6" w14:textId="77777777" w:rsidR="007A5E59" w:rsidRDefault="007A5E59"/>
        </w:tc>
        <w:tc>
          <w:tcPr>
            <w:tcW w:w="0" w:type="auto"/>
          </w:tcPr>
          <w:p w14:paraId="1ABCC966" w14:textId="77777777" w:rsidR="007A5E59" w:rsidRDefault="007A5E59"/>
        </w:tc>
        <w:tc>
          <w:tcPr>
            <w:tcW w:w="0" w:type="auto"/>
          </w:tcPr>
          <w:p w14:paraId="57871A2E" w14:textId="77777777" w:rsidR="007A5E59" w:rsidRDefault="007A5E59"/>
        </w:tc>
        <w:tc>
          <w:tcPr>
            <w:tcW w:w="0" w:type="auto"/>
          </w:tcPr>
          <w:p w14:paraId="75044587" w14:textId="77777777" w:rsidR="007A5E59" w:rsidRDefault="007A5E59"/>
        </w:tc>
      </w:tr>
      <w:tr w:rsidR="007A5E59" w14:paraId="43B64687" w14:textId="77777777">
        <w:trPr>
          <w:jc w:val="center"/>
        </w:trPr>
        <w:tc>
          <w:tcPr>
            <w:tcW w:w="0" w:type="auto"/>
          </w:tcPr>
          <w:p w14:paraId="652D961D" w14:textId="77777777" w:rsidR="007A5E59" w:rsidRPr="00312815" w:rsidRDefault="0095198F">
            <w:pPr>
              <w:rPr>
                <w:lang w:val="ru-RU"/>
              </w:rPr>
            </w:pPr>
            <w:r w:rsidRPr="00312815">
              <w:rPr>
                <w:lang w:val="ru-RU"/>
              </w:rPr>
              <w:t>Под замену по программе мероприятий 2026, м</w:t>
            </w:r>
          </w:p>
        </w:tc>
        <w:tc>
          <w:tcPr>
            <w:tcW w:w="0" w:type="auto"/>
          </w:tcPr>
          <w:p w14:paraId="20E4CEDF" w14:textId="77777777" w:rsidR="007A5E59" w:rsidRDefault="0095198F">
            <w:pPr>
              <w:jc w:val="center"/>
            </w:pPr>
            <w:r>
              <w:t>0,0</w:t>
            </w:r>
          </w:p>
        </w:tc>
        <w:tc>
          <w:tcPr>
            <w:tcW w:w="0" w:type="auto"/>
          </w:tcPr>
          <w:p w14:paraId="04E10FEA" w14:textId="77777777" w:rsidR="007A5E59" w:rsidRDefault="007A5E59"/>
        </w:tc>
        <w:tc>
          <w:tcPr>
            <w:tcW w:w="0" w:type="auto"/>
          </w:tcPr>
          <w:p w14:paraId="492C41C0" w14:textId="77777777" w:rsidR="007A5E59" w:rsidRDefault="007A5E59"/>
        </w:tc>
        <w:tc>
          <w:tcPr>
            <w:tcW w:w="0" w:type="auto"/>
          </w:tcPr>
          <w:p w14:paraId="41E33000" w14:textId="77777777" w:rsidR="007A5E59" w:rsidRDefault="007A5E59"/>
        </w:tc>
        <w:tc>
          <w:tcPr>
            <w:tcW w:w="0" w:type="auto"/>
          </w:tcPr>
          <w:p w14:paraId="43B55441" w14:textId="77777777" w:rsidR="007A5E59" w:rsidRDefault="007A5E59"/>
        </w:tc>
        <w:tc>
          <w:tcPr>
            <w:tcW w:w="0" w:type="auto"/>
          </w:tcPr>
          <w:p w14:paraId="1E6E1CCE" w14:textId="77777777" w:rsidR="007A5E59" w:rsidRDefault="007A5E59"/>
        </w:tc>
        <w:tc>
          <w:tcPr>
            <w:tcW w:w="0" w:type="auto"/>
          </w:tcPr>
          <w:p w14:paraId="0153C07D" w14:textId="77777777" w:rsidR="007A5E59" w:rsidRDefault="007A5E59"/>
        </w:tc>
        <w:tc>
          <w:tcPr>
            <w:tcW w:w="0" w:type="auto"/>
          </w:tcPr>
          <w:p w14:paraId="050C30FD" w14:textId="77777777" w:rsidR="007A5E59" w:rsidRDefault="007A5E59"/>
        </w:tc>
        <w:tc>
          <w:tcPr>
            <w:tcW w:w="0" w:type="auto"/>
          </w:tcPr>
          <w:p w14:paraId="3FC00884" w14:textId="77777777" w:rsidR="007A5E59" w:rsidRDefault="007A5E59"/>
        </w:tc>
        <w:tc>
          <w:tcPr>
            <w:tcW w:w="0" w:type="auto"/>
          </w:tcPr>
          <w:p w14:paraId="4513948A" w14:textId="77777777" w:rsidR="007A5E59" w:rsidRDefault="007A5E59"/>
        </w:tc>
        <w:tc>
          <w:tcPr>
            <w:tcW w:w="0" w:type="auto"/>
          </w:tcPr>
          <w:p w14:paraId="1B3651E5" w14:textId="77777777" w:rsidR="007A5E59" w:rsidRDefault="007A5E59"/>
        </w:tc>
        <w:tc>
          <w:tcPr>
            <w:tcW w:w="0" w:type="auto"/>
          </w:tcPr>
          <w:p w14:paraId="0DF076EA" w14:textId="77777777" w:rsidR="007A5E59" w:rsidRDefault="007A5E59"/>
        </w:tc>
        <w:tc>
          <w:tcPr>
            <w:tcW w:w="0" w:type="auto"/>
          </w:tcPr>
          <w:p w14:paraId="5D0EB5BD" w14:textId="77777777" w:rsidR="007A5E59" w:rsidRDefault="007A5E59"/>
        </w:tc>
        <w:tc>
          <w:tcPr>
            <w:tcW w:w="0" w:type="auto"/>
          </w:tcPr>
          <w:p w14:paraId="185EFF7C" w14:textId="77777777" w:rsidR="007A5E59" w:rsidRDefault="007A5E59"/>
        </w:tc>
        <w:tc>
          <w:tcPr>
            <w:tcW w:w="0" w:type="auto"/>
          </w:tcPr>
          <w:p w14:paraId="0F7BFA23" w14:textId="77777777" w:rsidR="007A5E59" w:rsidRDefault="007A5E59"/>
        </w:tc>
        <w:tc>
          <w:tcPr>
            <w:tcW w:w="0" w:type="auto"/>
          </w:tcPr>
          <w:p w14:paraId="2237CC23" w14:textId="77777777" w:rsidR="007A5E59" w:rsidRDefault="007A5E59"/>
        </w:tc>
        <w:tc>
          <w:tcPr>
            <w:tcW w:w="0" w:type="auto"/>
          </w:tcPr>
          <w:p w14:paraId="519F0FC3" w14:textId="77777777" w:rsidR="007A5E59" w:rsidRDefault="007A5E59"/>
        </w:tc>
        <w:tc>
          <w:tcPr>
            <w:tcW w:w="0" w:type="auto"/>
          </w:tcPr>
          <w:p w14:paraId="5E2C9CC1" w14:textId="77777777" w:rsidR="007A5E59" w:rsidRDefault="007A5E59"/>
        </w:tc>
        <w:tc>
          <w:tcPr>
            <w:tcW w:w="0" w:type="auto"/>
          </w:tcPr>
          <w:p w14:paraId="70868E0C" w14:textId="77777777" w:rsidR="007A5E59" w:rsidRDefault="007A5E59"/>
        </w:tc>
        <w:tc>
          <w:tcPr>
            <w:tcW w:w="0" w:type="auto"/>
          </w:tcPr>
          <w:p w14:paraId="75045ED0" w14:textId="77777777" w:rsidR="007A5E59" w:rsidRDefault="007A5E59"/>
        </w:tc>
      </w:tr>
      <w:tr w:rsidR="007A5E59" w14:paraId="5427FE26" w14:textId="77777777">
        <w:trPr>
          <w:jc w:val="center"/>
        </w:trPr>
        <w:tc>
          <w:tcPr>
            <w:tcW w:w="0" w:type="auto"/>
          </w:tcPr>
          <w:p w14:paraId="42BC7159" w14:textId="77777777" w:rsidR="007A5E59" w:rsidRPr="00312815" w:rsidRDefault="0095198F">
            <w:pPr>
              <w:rPr>
                <w:lang w:val="ru-RU"/>
              </w:rPr>
            </w:pPr>
            <w:r w:rsidRPr="00312815">
              <w:rPr>
                <w:lang w:val="ru-RU"/>
              </w:rPr>
              <w:t>Новое строительство по программе 2026, м</w:t>
            </w:r>
          </w:p>
        </w:tc>
        <w:tc>
          <w:tcPr>
            <w:tcW w:w="0" w:type="auto"/>
          </w:tcPr>
          <w:p w14:paraId="52554809" w14:textId="77777777" w:rsidR="007A5E59" w:rsidRDefault="0095198F">
            <w:pPr>
              <w:jc w:val="center"/>
            </w:pPr>
            <w:r>
              <w:t>52,0</w:t>
            </w:r>
          </w:p>
        </w:tc>
        <w:tc>
          <w:tcPr>
            <w:tcW w:w="0" w:type="auto"/>
          </w:tcPr>
          <w:p w14:paraId="2CB95FE8" w14:textId="77777777" w:rsidR="007A5E59" w:rsidRDefault="007A5E59"/>
        </w:tc>
        <w:tc>
          <w:tcPr>
            <w:tcW w:w="0" w:type="auto"/>
          </w:tcPr>
          <w:p w14:paraId="5EA10A91" w14:textId="77777777" w:rsidR="007A5E59" w:rsidRDefault="007A5E59"/>
        </w:tc>
        <w:tc>
          <w:tcPr>
            <w:tcW w:w="0" w:type="auto"/>
          </w:tcPr>
          <w:p w14:paraId="631F3ADC" w14:textId="77777777" w:rsidR="007A5E59" w:rsidRDefault="007A5E59"/>
        </w:tc>
        <w:tc>
          <w:tcPr>
            <w:tcW w:w="0" w:type="auto"/>
          </w:tcPr>
          <w:p w14:paraId="4021F020" w14:textId="77777777" w:rsidR="007A5E59" w:rsidRDefault="007A5E59"/>
        </w:tc>
        <w:tc>
          <w:tcPr>
            <w:tcW w:w="0" w:type="auto"/>
          </w:tcPr>
          <w:p w14:paraId="7105CC2C" w14:textId="77777777" w:rsidR="007A5E59" w:rsidRDefault="007A5E59"/>
        </w:tc>
        <w:tc>
          <w:tcPr>
            <w:tcW w:w="0" w:type="auto"/>
          </w:tcPr>
          <w:p w14:paraId="067697F1" w14:textId="77777777" w:rsidR="007A5E59" w:rsidRDefault="007A5E59"/>
        </w:tc>
        <w:tc>
          <w:tcPr>
            <w:tcW w:w="0" w:type="auto"/>
          </w:tcPr>
          <w:p w14:paraId="0EAFB805" w14:textId="77777777" w:rsidR="007A5E59" w:rsidRDefault="007A5E59"/>
        </w:tc>
        <w:tc>
          <w:tcPr>
            <w:tcW w:w="0" w:type="auto"/>
          </w:tcPr>
          <w:p w14:paraId="06334587" w14:textId="77777777" w:rsidR="007A5E59" w:rsidRDefault="007A5E59"/>
        </w:tc>
        <w:tc>
          <w:tcPr>
            <w:tcW w:w="0" w:type="auto"/>
          </w:tcPr>
          <w:p w14:paraId="77FEF7DF" w14:textId="77777777" w:rsidR="007A5E59" w:rsidRDefault="007A5E59"/>
        </w:tc>
        <w:tc>
          <w:tcPr>
            <w:tcW w:w="0" w:type="auto"/>
          </w:tcPr>
          <w:p w14:paraId="0B78302F" w14:textId="77777777" w:rsidR="007A5E59" w:rsidRDefault="007A5E59"/>
        </w:tc>
        <w:tc>
          <w:tcPr>
            <w:tcW w:w="0" w:type="auto"/>
          </w:tcPr>
          <w:p w14:paraId="1CDD2C74" w14:textId="77777777" w:rsidR="007A5E59" w:rsidRDefault="007A5E59"/>
        </w:tc>
        <w:tc>
          <w:tcPr>
            <w:tcW w:w="0" w:type="auto"/>
          </w:tcPr>
          <w:p w14:paraId="6BFF2C83" w14:textId="77777777" w:rsidR="007A5E59" w:rsidRDefault="007A5E59"/>
        </w:tc>
        <w:tc>
          <w:tcPr>
            <w:tcW w:w="0" w:type="auto"/>
          </w:tcPr>
          <w:p w14:paraId="375B9DA5" w14:textId="77777777" w:rsidR="007A5E59" w:rsidRDefault="007A5E59"/>
        </w:tc>
        <w:tc>
          <w:tcPr>
            <w:tcW w:w="0" w:type="auto"/>
          </w:tcPr>
          <w:p w14:paraId="50BB86C0" w14:textId="77777777" w:rsidR="007A5E59" w:rsidRDefault="007A5E59"/>
        </w:tc>
        <w:tc>
          <w:tcPr>
            <w:tcW w:w="0" w:type="auto"/>
          </w:tcPr>
          <w:p w14:paraId="452D5C5A" w14:textId="77777777" w:rsidR="007A5E59" w:rsidRDefault="007A5E59"/>
        </w:tc>
        <w:tc>
          <w:tcPr>
            <w:tcW w:w="0" w:type="auto"/>
          </w:tcPr>
          <w:p w14:paraId="783CB20C" w14:textId="77777777" w:rsidR="007A5E59" w:rsidRDefault="007A5E59"/>
        </w:tc>
        <w:tc>
          <w:tcPr>
            <w:tcW w:w="0" w:type="auto"/>
          </w:tcPr>
          <w:p w14:paraId="4B876FE5" w14:textId="77777777" w:rsidR="007A5E59" w:rsidRDefault="007A5E59"/>
        </w:tc>
        <w:tc>
          <w:tcPr>
            <w:tcW w:w="0" w:type="auto"/>
          </w:tcPr>
          <w:p w14:paraId="25DC6FA5" w14:textId="77777777" w:rsidR="007A5E59" w:rsidRDefault="007A5E59"/>
        </w:tc>
        <w:tc>
          <w:tcPr>
            <w:tcW w:w="0" w:type="auto"/>
          </w:tcPr>
          <w:p w14:paraId="14B3E369" w14:textId="77777777" w:rsidR="007A5E59" w:rsidRDefault="007A5E59"/>
        </w:tc>
      </w:tr>
      <w:tr w:rsidR="007A5E59" w14:paraId="4796BE5F" w14:textId="77777777">
        <w:trPr>
          <w:jc w:val="center"/>
        </w:trPr>
        <w:tc>
          <w:tcPr>
            <w:tcW w:w="0" w:type="auto"/>
          </w:tcPr>
          <w:p w14:paraId="1D4DCAD4" w14:textId="77777777" w:rsidR="007A5E59" w:rsidRPr="00312815" w:rsidRDefault="0095198F">
            <w:pPr>
              <w:rPr>
                <w:lang w:val="ru-RU"/>
              </w:rPr>
            </w:pPr>
            <w:r w:rsidRPr="00312815">
              <w:rPr>
                <w:lang w:val="ru-RU"/>
              </w:rPr>
              <w:t>Стоимость мероприятий по программе 2026, тыс. руб.</w:t>
            </w:r>
          </w:p>
        </w:tc>
        <w:tc>
          <w:tcPr>
            <w:tcW w:w="0" w:type="auto"/>
          </w:tcPr>
          <w:p w14:paraId="4C6AE462" w14:textId="77777777" w:rsidR="007A5E59" w:rsidRDefault="0095198F">
            <w:pPr>
              <w:jc w:val="center"/>
            </w:pPr>
            <w:r>
              <w:t>816,0</w:t>
            </w:r>
          </w:p>
        </w:tc>
        <w:tc>
          <w:tcPr>
            <w:tcW w:w="0" w:type="auto"/>
          </w:tcPr>
          <w:p w14:paraId="3BC85460" w14:textId="77777777" w:rsidR="007A5E59" w:rsidRDefault="007A5E59"/>
        </w:tc>
        <w:tc>
          <w:tcPr>
            <w:tcW w:w="0" w:type="auto"/>
          </w:tcPr>
          <w:p w14:paraId="0F59B960" w14:textId="77777777" w:rsidR="007A5E59" w:rsidRDefault="007A5E59"/>
        </w:tc>
        <w:tc>
          <w:tcPr>
            <w:tcW w:w="0" w:type="auto"/>
          </w:tcPr>
          <w:p w14:paraId="00294AD5" w14:textId="77777777" w:rsidR="007A5E59" w:rsidRDefault="007A5E59"/>
        </w:tc>
        <w:tc>
          <w:tcPr>
            <w:tcW w:w="0" w:type="auto"/>
          </w:tcPr>
          <w:p w14:paraId="4B286E46" w14:textId="77777777" w:rsidR="007A5E59" w:rsidRDefault="007A5E59"/>
        </w:tc>
        <w:tc>
          <w:tcPr>
            <w:tcW w:w="0" w:type="auto"/>
          </w:tcPr>
          <w:p w14:paraId="691B434D" w14:textId="77777777" w:rsidR="007A5E59" w:rsidRDefault="007A5E59"/>
        </w:tc>
        <w:tc>
          <w:tcPr>
            <w:tcW w:w="0" w:type="auto"/>
          </w:tcPr>
          <w:p w14:paraId="55F1E153" w14:textId="77777777" w:rsidR="007A5E59" w:rsidRDefault="007A5E59"/>
        </w:tc>
        <w:tc>
          <w:tcPr>
            <w:tcW w:w="0" w:type="auto"/>
          </w:tcPr>
          <w:p w14:paraId="3B5E0CC3" w14:textId="77777777" w:rsidR="007A5E59" w:rsidRDefault="007A5E59"/>
        </w:tc>
        <w:tc>
          <w:tcPr>
            <w:tcW w:w="0" w:type="auto"/>
          </w:tcPr>
          <w:p w14:paraId="221C65FD" w14:textId="77777777" w:rsidR="007A5E59" w:rsidRDefault="007A5E59"/>
        </w:tc>
        <w:tc>
          <w:tcPr>
            <w:tcW w:w="0" w:type="auto"/>
          </w:tcPr>
          <w:p w14:paraId="368169E3" w14:textId="77777777" w:rsidR="007A5E59" w:rsidRDefault="007A5E59"/>
        </w:tc>
        <w:tc>
          <w:tcPr>
            <w:tcW w:w="0" w:type="auto"/>
          </w:tcPr>
          <w:p w14:paraId="1DC7EE2D" w14:textId="77777777" w:rsidR="007A5E59" w:rsidRDefault="007A5E59"/>
        </w:tc>
        <w:tc>
          <w:tcPr>
            <w:tcW w:w="0" w:type="auto"/>
          </w:tcPr>
          <w:p w14:paraId="1A08FD7B" w14:textId="77777777" w:rsidR="007A5E59" w:rsidRDefault="007A5E59"/>
        </w:tc>
        <w:tc>
          <w:tcPr>
            <w:tcW w:w="0" w:type="auto"/>
          </w:tcPr>
          <w:p w14:paraId="65F115F2" w14:textId="77777777" w:rsidR="007A5E59" w:rsidRDefault="007A5E59"/>
        </w:tc>
        <w:tc>
          <w:tcPr>
            <w:tcW w:w="0" w:type="auto"/>
          </w:tcPr>
          <w:p w14:paraId="6CE3E2F1" w14:textId="77777777" w:rsidR="007A5E59" w:rsidRDefault="007A5E59"/>
        </w:tc>
        <w:tc>
          <w:tcPr>
            <w:tcW w:w="0" w:type="auto"/>
          </w:tcPr>
          <w:p w14:paraId="7D862551" w14:textId="77777777" w:rsidR="007A5E59" w:rsidRDefault="007A5E59"/>
        </w:tc>
        <w:tc>
          <w:tcPr>
            <w:tcW w:w="0" w:type="auto"/>
          </w:tcPr>
          <w:p w14:paraId="1E5298AD" w14:textId="77777777" w:rsidR="007A5E59" w:rsidRDefault="007A5E59"/>
        </w:tc>
        <w:tc>
          <w:tcPr>
            <w:tcW w:w="0" w:type="auto"/>
          </w:tcPr>
          <w:p w14:paraId="61B7EF40" w14:textId="77777777" w:rsidR="007A5E59" w:rsidRDefault="007A5E59"/>
        </w:tc>
        <w:tc>
          <w:tcPr>
            <w:tcW w:w="0" w:type="auto"/>
          </w:tcPr>
          <w:p w14:paraId="68625240" w14:textId="77777777" w:rsidR="007A5E59" w:rsidRDefault="007A5E59"/>
        </w:tc>
        <w:tc>
          <w:tcPr>
            <w:tcW w:w="0" w:type="auto"/>
          </w:tcPr>
          <w:p w14:paraId="1EFA3F96" w14:textId="77777777" w:rsidR="007A5E59" w:rsidRDefault="007A5E59"/>
        </w:tc>
        <w:tc>
          <w:tcPr>
            <w:tcW w:w="0" w:type="auto"/>
          </w:tcPr>
          <w:p w14:paraId="01662B46" w14:textId="77777777" w:rsidR="007A5E59" w:rsidRDefault="007A5E59"/>
        </w:tc>
      </w:tr>
      <w:tr w:rsidR="007A5E59" w14:paraId="593CCD0F" w14:textId="77777777">
        <w:trPr>
          <w:jc w:val="center"/>
        </w:trPr>
        <w:tc>
          <w:tcPr>
            <w:tcW w:w="0" w:type="auto"/>
          </w:tcPr>
          <w:p w14:paraId="7D122737" w14:textId="77777777" w:rsidR="007A5E59" w:rsidRPr="00312815" w:rsidRDefault="0095198F">
            <w:pPr>
              <w:rPr>
                <w:lang w:val="ru-RU"/>
              </w:rPr>
            </w:pPr>
            <w:r w:rsidRPr="00312815">
              <w:rPr>
                <w:lang w:val="ru-RU"/>
              </w:rPr>
              <w:t>Сверка: ИТОГО блока 1 = сумме длин участков базы</w:t>
            </w:r>
          </w:p>
        </w:tc>
        <w:tc>
          <w:tcPr>
            <w:tcW w:w="0" w:type="auto"/>
          </w:tcPr>
          <w:p w14:paraId="3C775314" w14:textId="77777777" w:rsidR="007A5E59" w:rsidRDefault="0095198F">
            <w:r>
              <w:t>ДА</w:t>
            </w:r>
          </w:p>
        </w:tc>
        <w:tc>
          <w:tcPr>
            <w:tcW w:w="0" w:type="auto"/>
          </w:tcPr>
          <w:p w14:paraId="48BB07E6" w14:textId="77777777" w:rsidR="007A5E59" w:rsidRDefault="007A5E59"/>
        </w:tc>
        <w:tc>
          <w:tcPr>
            <w:tcW w:w="0" w:type="auto"/>
          </w:tcPr>
          <w:p w14:paraId="4A2AD008" w14:textId="77777777" w:rsidR="007A5E59" w:rsidRDefault="007A5E59"/>
        </w:tc>
        <w:tc>
          <w:tcPr>
            <w:tcW w:w="0" w:type="auto"/>
          </w:tcPr>
          <w:p w14:paraId="677B95B3" w14:textId="77777777" w:rsidR="007A5E59" w:rsidRDefault="007A5E59"/>
        </w:tc>
        <w:tc>
          <w:tcPr>
            <w:tcW w:w="0" w:type="auto"/>
          </w:tcPr>
          <w:p w14:paraId="0B2AE938" w14:textId="77777777" w:rsidR="007A5E59" w:rsidRDefault="007A5E59"/>
        </w:tc>
        <w:tc>
          <w:tcPr>
            <w:tcW w:w="0" w:type="auto"/>
          </w:tcPr>
          <w:p w14:paraId="0841C01F" w14:textId="77777777" w:rsidR="007A5E59" w:rsidRDefault="007A5E59"/>
        </w:tc>
        <w:tc>
          <w:tcPr>
            <w:tcW w:w="0" w:type="auto"/>
          </w:tcPr>
          <w:p w14:paraId="5D741045" w14:textId="77777777" w:rsidR="007A5E59" w:rsidRDefault="007A5E59"/>
        </w:tc>
        <w:tc>
          <w:tcPr>
            <w:tcW w:w="0" w:type="auto"/>
          </w:tcPr>
          <w:p w14:paraId="48A10AF2" w14:textId="77777777" w:rsidR="007A5E59" w:rsidRDefault="007A5E59"/>
        </w:tc>
        <w:tc>
          <w:tcPr>
            <w:tcW w:w="0" w:type="auto"/>
          </w:tcPr>
          <w:p w14:paraId="652DC49F" w14:textId="77777777" w:rsidR="007A5E59" w:rsidRDefault="007A5E59"/>
        </w:tc>
        <w:tc>
          <w:tcPr>
            <w:tcW w:w="0" w:type="auto"/>
          </w:tcPr>
          <w:p w14:paraId="27DCF861" w14:textId="77777777" w:rsidR="007A5E59" w:rsidRDefault="007A5E59"/>
        </w:tc>
        <w:tc>
          <w:tcPr>
            <w:tcW w:w="0" w:type="auto"/>
          </w:tcPr>
          <w:p w14:paraId="63317B4D" w14:textId="77777777" w:rsidR="007A5E59" w:rsidRDefault="007A5E59"/>
        </w:tc>
        <w:tc>
          <w:tcPr>
            <w:tcW w:w="0" w:type="auto"/>
          </w:tcPr>
          <w:p w14:paraId="7C541F8C" w14:textId="77777777" w:rsidR="007A5E59" w:rsidRDefault="007A5E59"/>
        </w:tc>
        <w:tc>
          <w:tcPr>
            <w:tcW w:w="0" w:type="auto"/>
          </w:tcPr>
          <w:p w14:paraId="424B3140" w14:textId="77777777" w:rsidR="007A5E59" w:rsidRDefault="007A5E59"/>
        </w:tc>
        <w:tc>
          <w:tcPr>
            <w:tcW w:w="0" w:type="auto"/>
          </w:tcPr>
          <w:p w14:paraId="59AD3399" w14:textId="77777777" w:rsidR="007A5E59" w:rsidRDefault="007A5E59"/>
        </w:tc>
        <w:tc>
          <w:tcPr>
            <w:tcW w:w="0" w:type="auto"/>
          </w:tcPr>
          <w:p w14:paraId="64A15C22" w14:textId="77777777" w:rsidR="007A5E59" w:rsidRDefault="007A5E59"/>
        </w:tc>
        <w:tc>
          <w:tcPr>
            <w:tcW w:w="0" w:type="auto"/>
          </w:tcPr>
          <w:p w14:paraId="1D585F3E" w14:textId="77777777" w:rsidR="007A5E59" w:rsidRDefault="007A5E59"/>
        </w:tc>
        <w:tc>
          <w:tcPr>
            <w:tcW w:w="0" w:type="auto"/>
          </w:tcPr>
          <w:p w14:paraId="624A8DA9" w14:textId="77777777" w:rsidR="007A5E59" w:rsidRDefault="007A5E59"/>
        </w:tc>
        <w:tc>
          <w:tcPr>
            <w:tcW w:w="0" w:type="auto"/>
          </w:tcPr>
          <w:p w14:paraId="612978D0" w14:textId="77777777" w:rsidR="007A5E59" w:rsidRDefault="007A5E59"/>
        </w:tc>
        <w:tc>
          <w:tcPr>
            <w:tcW w:w="0" w:type="auto"/>
          </w:tcPr>
          <w:p w14:paraId="0F0CBD66" w14:textId="77777777" w:rsidR="007A5E59" w:rsidRDefault="007A5E59"/>
        </w:tc>
        <w:tc>
          <w:tcPr>
            <w:tcW w:w="0" w:type="auto"/>
          </w:tcPr>
          <w:p w14:paraId="76CAB2DD" w14:textId="77777777" w:rsidR="007A5E59" w:rsidRDefault="007A5E59"/>
        </w:tc>
      </w:tr>
    </w:tbl>
    <w:p w14:paraId="0C938D32" w14:textId="77777777" w:rsidR="007A5E59" w:rsidRDefault="007A5E59"/>
    <w:p w14:paraId="139C7B5A" w14:textId="77777777" w:rsidR="007A5E59" w:rsidRPr="00312815" w:rsidRDefault="0095198F">
      <w:pPr>
        <w:rPr>
          <w:lang w:val="ru-RU"/>
        </w:rPr>
      </w:pPr>
      <w:r w:rsidRPr="00312815">
        <w:rPr>
          <w:b/>
          <w:lang w:val="ru-RU"/>
        </w:rPr>
        <w:t>Таблица П3.10. Распределение протяжённости тепловых сетей по диаметрам — Производственно-отопительная УПК № 3 Спасск (пгт Спасск)</w:t>
      </w:r>
    </w:p>
    <w:tbl>
      <w:tblPr>
        <w:tblStyle w:val="aff0"/>
        <w:tblW w:w="5000" w:type="pct"/>
        <w:jc w:val="center"/>
        <w:tblCellMar>
          <w:left w:w="57" w:type="dxa"/>
          <w:right w:w="57" w:type="dxa"/>
        </w:tblCellMar>
        <w:tblLook w:val="04A0" w:firstRow="1" w:lastRow="0" w:firstColumn="1" w:lastColumn="0" w:noHBand="0" w:noVBand="1"/>
      </w:tblPr>
      <w:tblGrid>
        <w:gridCol w:w="924"/>
        <w:gridCol w:w="437"/>
        <w:gridCol w:w="380"/>
        <w:gridCol w:w="380"/>
        <w:gridCol w:w="380"/>
        <w:gridCol w:w="380"/>
        <w:gridCol w:w="438"/>
        <w:gridCol w:w="381"/>
        <w:gridCol w:w="381"/>
        <w:gridCol w:w="381"/>
        <w:gridCol w:w="381"/>
        <w:gridCol w:w="440"/>
        <w:gridCol w:w="440"/>
        <w:gridCol w:w="440"/>
        <w:gridCol w:w="440"/>
        <w:gridCol w:w="440"/>
        <w:gridCol w:w="440"/>
        <w:gridCol w:w="440"/>
        <w:gridCol w:w="440"/>
        <w:gridCol w:w="440"/>
        <w:gridCol w:w="542"/>
      </w:tblGrid>
      <w:tr w:rsidR="007A5E59" w:rsidRPr="00C07C05" w14:paraId="60314E05" w14:textId="77777777">
        <w:trPr>
          <w:cantSplit/>
          <w:tblHeader/>
          <w:jc w:val="center"/>
        </w:trPr>
        <w:tc>
          <w:tcPr>
            <w:tcW w:w="0" w:type="auto"/>
            <w:vMerge w:val="restart"/>
            <w:shd w:val="clear" w:color="auto" w:fill="E2F0D9"/>
            <w:vAlign w:val="center"/>
          </w:tcPr>
          <w:p w14:paraId="7534EA68" w14:textId="77777777" w:rsidR="007A5E59" w:rsidRDefault="0095198F">
            <w:pPr>
              <w:jc w:val="center"/>
            </w:pPr>
            <w:r>
              <w:rPr>
                <w:b/>
              </w:rPr>
              <w:t>Способ прокладки</w:t>
            </w:r>
          </w:p>
        </w:tc>
        <w:tc>
          <w:tcPr>
            <w:tcW w:w="0" w:type="auto"/>
            <w:gridSpan w:val="20"/>
            <w:shd w:val="clear" w:color="auto" w:fill="E2F0D9"/>
            <w:vAlign w:val="center"/>
          </w:tcPr>
          <w:p w14:paraId="0A119943" w14:textId="77777777" w:rsidR="007A5E59" w:rsidRPr="00312815" w:rsidRDefault="0095198F">
            <w:pPr>
              <w:jc w:val="center"/>
              <w:rPr>
                <w:lang w:val="ru-RU"/>
              </w:rPr>
            </w:pPr>
            <w:r w:rsidRPr="00312815">
              <w:rPr>
                <w:b/>
                <w:lang w:val="ru-RU"/>
              </w:rPr>
              <w:t>Длина по оси трассы (двухтрубная прокладка), м</w:t>
            </w:r>
          </w:p>
        </w:tc>
      </w:tr>
      <w:tr w:rsidR="007A5E59" w14:paraId="1037194C" w14:textId="77777777">
        <w:trPr>
          <w:cantSplit/>
          <w:tblHeader/>
          <w:jc w:val="center"/>
        </w:trPr>
        <w:tc>
          <w:tcPr>
            <w:tcW w:w="0" w:type="auto"/>
            <w:vMerge/>
            <w:shd w:val="clear" w:color="auto" w:fill="E2F0D9"/>
            <w:vAlign w:val="center"/>
          </w:tcPr>
          <w:p w14:paraId="5E8AF5DF" w14:textId="77777777" w:rsidR="007A5E59" w:rsidRPr="00312815" w:rsidRDefault="007A5E59">
            <w:pPr>
              <w:jc w:val="center"/>
              <w:rPr>
                <w:lang w:val="ru-RU"/>
              </w:rPr>
            </w:pPr>
          </w:p>
        </w:tc>
        <w:tc>
          <w:tcPr>
            <w:tcW w:w="0" w:type="auto"/>
            <w:shd w:val="clear" w:color="auto" w:fill="E2F0D9"/>
            <w:vAlign w:val="center"/>
          </w:tcPr>
          <w:p w14:paraId="140766F9" w14:textId="77777777" w:rsidR="007A5E59" w:rsidRDefault="0095198F">
            <w:pPr>
              <w:jc w:val="center"/>
            </w:pPr>
            <w:r>
              <w:rPr>
                <w:b/>
              </w:rPr>
              <w:t>Дн15</w:t>
            </w:r>
          </w:p>
        </w:tc>
        <w:tc>
          <w:tcPr>
            <w:tcW w:w="0" w:type="auto"/>
            <w:shd w:val="clear" w:color="auto" w:fill="E2F0D9"/>
            <w:vAlign w:val="center"/>
          </w:tcPr>
          <w:p w14:paraId="7B0614B4" w14:textId="77777777" w:rsidR="007A5E59" w:rsidRDefault="0095198F">
            <w:pPr>
              <w:jc w:val="center"/>
            </w:pPr>
            <w:r>
              <w:rPr>
                <w:b/>
              </w:rPr>
              <w:t>Дн20</w:t>
            </w:r>
          </w:p>
        </w:tc>
        <w:tc>
          <w:tcPr>
            <w:tcW w:w="0" w:type="auto"/>
            <w:shd w:val="clear" w:color="auto" w:fill="E2F0D9"/>
            <w:vAlign w:val="center"/>
          </w:tcPr>
          <w:p w14:paraId="33552AB6" w14:textId="77777777" w:rsidR="007A5E59" w:rsidRDefault="0095198F">
            <w:pPr>
              <w:jc w:val="center"/>
            </w:pPr>
            <w:r>
              <w:rPr>
                <w:b/>
              </w:rPr>
              <w:t>Дн25</w:t>
            </w:r>
          </w:p>
        </w:tc>
        <w:tc>
          <w:tcPr>
            <w:tcW w:w="0" w:type="auto"/>
            <w:shd w:val="clear" w:color="auto" w:fill="E2F0D9"/>
            <w:vAlign w:val="center"/>
          </w:tcPr>
          <w:p w14:paraId="6554628E" w14:textId="77777777" w:rsidR="007A5E59" w:rsidRDefault="0095198F">
            <w:pPr>
              <w:jc w:val="center"/>
            </w:pPr>
            <w:r>
              <w:rPr>
                <w:b/>
              </w:rPr>
              <w:t>Дн32</w:t>
            </w:r>
          </w:p>
        </w:tc>
        <w:tc>
          <w:tcPr>
            <w:tcW w:w="0" w:type="auto"/>
            <w:shd w:val="clear" w:color="auto" w:fill="E2F0D9"/>
            <w:vAlign w:val="center"/>
          </w:tcPr>
          <w:p w14:paraId="7155C4A3" w14:textId="77777777" w:rsidR="007A5E59" w:rsidRDefault="0095198F">
            <w:pPr>
              <w:jc w:val="center"/>
            </w:pPr>
            <w:r>
              <w:rPr>
                <w:b/>
              </w:rPr>
              <w:t>Дн40</w:t>
            </w:r>
          </w:p>
        </w:tc>
        <w:tc>
          <w:tcPr>
            <w:tcW w:w="0" w:type="auto"/>
            <w:shd w:val="clear" w:color="auto" w:fill="E2F0D9"/>
            <w:vAlign w:val="center"/>
          </w:tcPr>
          <w:p w14:paraId="0265A65E" w14:textId="77777777" w:rsidR="007A5E59" w:rsidRDefault="0095198F">
            <w:pPr>
              <w:jc w:val="center"/>
            </w:pPr>
            <w:r>
              <w:rPr>
                <w:b/>
              </w:rPr>
              <w:t>Дн50</w:t>
            </w:r>
          </w:p>
        </w:tc>
        <w:tc>
          <w:tcPr>
            <w:tcW w:w="0" w:type="auto"/>
            <w:shd w:val="clear" w:color="auto" w:fill="E2F0D9"/>
            <w:vAlign w:val="center"/>
          </w:tcPr>
          <w:p w14:paraId="10AC0F16" w14:textId="77777777" w:rsidR="007A5E59" w:rsidRDefault="0095198F">
            <w:pPr>
              <w:jc w:val="center"/>
            </w:pPr>
            <w:r>
              <w:rPr>
                <w:b/>
              </w:rPr>
              <w:t>Дн65</w:t>
            </w:r>
          </w:p>
        </w:tc>
        <w:tc>
          <w:tcPr>
            <w:tcW w:w="0" w:type="auto"/>
            <w:shd w:val="clear" w:color="auto" w:fill="E2F0D9"/>
            <w:vAlign w:val="center"/>
          </w:tcPr>
          <w:p w14:paraId="33CB758B" w14:textId="77777777" w:rsidR="007A5E59" w:rsidRDefault="0095198F">
            <w:pPr>
              <w:jc w:val="center"/>
            </w:pPr>
            <w:r>
              <w:rPr>
                <w:b/>
              </w:rPr>
              <w:t>Дн68</w:t>
            </w:r>
          </w:p>
        </w:tc>
        <w:tc>
          <w:tcPr>
            <w:tcW w:w="0" w:type="auto"/>
            <w:shd w:val="clear" w:color="auto" w:fill="E2F0D9"/>
            <w:vAlign w:val="center"/>
          </w:tcPr>
          <w:p w14:paraId="1F6928F8" w14:textId="77777777" w:rsidR="007A5E59" w:rsidRDefault="0095198F">
            <w:pPr>
              <w:jc w:val="center"/>
            </w:pPr>
            <w:r>
              <w:rPr>
                <w:b/>
              </w:rPr>
              <w:t>Дн70</w:t>
            </w:r>
          </w:p>
        </w:tc>
        <w:tc>
          <w:tcPr>
            <w:tcW w:w="0" w:type="auto"/>
            <w:shd w:val="clear" w:color="auto" w:fill="E2F0D9"/>
            <w:vAlign w:val="center"/>
          </w:tcPr>
          <w:p w14:paraId="205572E9" w14:textId="77777777" w:rsidR="007A5E59" w:rsidRDefault="0095198F">
            <w:pPr>
              <w:jc w:val="center"/>
            </w:pPr>
            <w:r>
              <w:rPr>
                <w:b/>
              </w:rPr>
              <w:t>Дн80</w:t>
            </w:r>
          </w:p>
        </w:tc>
        <w:tc>
          <w:tcPr>
            <w:tcW w:w="0" w:type="auto"/>
            <w:shd w:val="clear" w:color="auto" w:fill="E2F0D9"/>
            <w:vAlign w:val="center"/>
          </w:tcPr>
          <w:p w14:paraId="09260CB2" w14:textId="77777777" w:rsidR="007A5E59" w:rsidRDefault="0095198F">
            <w:pPr>
              <w:jc w:val="center"/>
            </w:pPr>
            <w:r>
              <w:rPr>
                <w:b/>
              </w:rPr>
              <w:t>Дн100</w:t>
            </w:r>
          </w:p>
        </w:tc>
        <w:tc>
          <w:tcPr>
            <w:tcW w:w="0" w:type="auto"/>
            <w:shd w:val="clear" w:color="auto" w:fill="E2F0D9"/>
            <w:vAlign w:val="center"/>
          </w:tcPr>
          <w:p w14:paraId="13C1B70C" w14:textId="77777777" w:rsidR="007A5E59" w:rsidRDefault="0095198F">
            <w:pPr>
              <w:jc w:val="center"/>
            </w:pPr>
            <w:r>
              <w:rPr>
                <w:b/>
              </w:rPr>
              <w:t>Дн125</w:t>
            </w:r>
          </w:p>
        </w:tc>
        <w:tc>
          <w:tcPr>
            <w:tcW w:w="0" w:type="auto"/>
            <w:shd w:val="clear" w:color="auto" w:fill="E2F0D9"/>
            <w:vAlign w:val="center"/>
          </w:tcPr>
          <w:p w14:paraId="09980B8C" w14:textId="77777777" w:rsidR="007A5E59" w:rsidRDefault="0095198F">
            <w:pPr>
              <w:jc w:val="center"/>
            </w:pPr>
            <w:r>
              <w:rPr>
                <w:b/>
              </w:rPr>
              <w:t>Дн150</w:t>
            </w:r>
          </w:p>
        </w:tc>
        <w:tc>
          <w:tcPr>
            <w:tcW w:w="0" w:type="auto"/>
            <w:shd w:val="clear" w:color="auto" w:fill="E2F0D9"/>
            <w:vAlign w:val="center"/>
          </w:tcPr>
          <w:p w14:paraId="28FFB893" w14:textId="77777777" w:rsidR="007A5E59" w:rsidRDefault="0095198F">
            <w:pPr>
              <w:jc w:val="center"/>
            </w:pPr>
            <w:r>
              <w:rPr>
                <w:b/>
              </w:rPr>
              <w:t>Дн200</w:t>
            </w:r>
          </w:p>
        </w:tc>
        <w:tc>
          <w:tcPr>
            <w:tcW w:w="0" w:type="auto"/>
            <w:shd w:val="clear" w:color="auto" w:fill="E2F0D9"/>
            <w:vAlign w:val="center"/>
          </w:tcPr>
          <w:p w14:paraId="7558BA83" w14:textId="77777777" w:rsidR="007A5E59" w:rsidRDefault="0095198F">
            <w:pPr>
              <w:jc w:val="center"/>
            </w:pPr>
            <w:r>
              <w:rPr>
                <w:b/>
              </w:rPr>
              <w:t>Дн250</w:t>
            </w:r>
          </w:p>
        </w:tc>
        <w:tc>
          <w:tcPr>
            <w:tcW w:w="0" w:type="auto"/>
            <w:shd w:val="clear" w:color="auto" w:fill="E2F0D9"/>
            <w:vAlign w:val="center"/>
          </w:tcPr>
          <w:p w14:paraId="67F82EFF" w14:textId="77777777" w:rsidR="007A5E59" w:rsidRDefault="0095198F">
            <w:pPr>
              <w:jc w:val="center"/>
            </w:pPr>
            <w:r>
              <w:rPr>
                <w:b/>
              </w:rPr>
              <w:t>Дн300</w:t>
            </w:r>
          </w:p>
        </w:tc>
        <w:tc>
          <w:tcPr>
            <w:tcW w:w="0" w:type="auto"/>
            <w:shd w:val="clear" w:color="auto" w:fill="E2F0D9"/>
            <w:vAlign w:val="center"/>
          </w:tcPr>
          <w:p w14:paraId="372FCCC5" w14:textId="77777777" w:rsidR="007A5E59" w:rsidRDefault="0095198F">
            <w:pPr>
              <w:jc w:val="center"/>
            </w:pPr>
            <w:r>
              <w:rPr>
                <w:b/>
              </w:rPr>
              <w:t>Дн350</w:t>
            </w:r>
          </w:p>
        </w:tc>
        <w:tc>
          <w:tcPr>
            <w:tcW w:w="0" w:type="auto"/>
            <w:shd w:val="clear" w:color="auto" w:fill="E2F0D9"/>
            <w:vAlign w:val="center"/>
          </w:tcPr>
          <w:p w14:paraId="3FCF7D21" w14:textId="77777777" w:rsidR="007A5E59" w:rsidRDefault="0095198F">
            <w:pPr>
              <w:jc w:val="center"/>
            </w:pPr>
            <w:r>
              <w:rPr>
                <w:b/>
              </w:rPr>
              <w:t>Дн400</w:t>
            </w:r>
          </w:p>
        </w:tc>
        <w:tc>
          <w:tcPr>
            <w:tcW w:w="0" w:type="auto"/>
            <w:shd w:val="clear" w:color="auto" w:fill="E2F0D9"/>
            <w:vAlign w:val="center"/>
          </w:tcPr>
          <w:p w14:paraId="1600337B" w14:textId="77777777" w:rsidR="007A5E59" w:rsidRDefault="0095198F">
            <w:pPr>
              <w:jc w:val="center"/>
            </w:pPr>
            <w:r>
              <w:rPr>
                <w:b/>
              </w:rPr>
              <w:t>Дн500</w:t>
            </w:r>
          </w:p>
        </w:tc>
        <w:tc>
          <w:tcPr>
            <w:tcW w:w="0" w:type="auto"/>
            <w:shd w:val="clear" w:color="auto" w:fill="E2F0D9"/>
            <w:vAlign w:val="center"/>
          </w:tcPr>
          <w:p w14:paraId="20C3BD04" w14:textId="77777777" w:rsidR="007A5E59" w:rsidRDefault="0095198F">
            <w:pPr>
              <w:jc w:val="center"/>
            </w:pPr>
            <w:r>
              <w:rPr>
                <w:b/>
              </w:rPr>
              <w:t>ИТОГО</w:t>
            </w:r>
          </w:p>
        </w:tc>
      </w:tr>
      <w:tr w:rsidR="007A5E59" w:rsidRPr="00C07C05" w14:paraId="71AD0040" w14:textId="77777777">
        <w:trPr>
          <w:jc w:val="center"/>
        </w:trPr>
        <w:tc>
          <w:tcPr>
            <w:tcW w:w="0" w:type="auto"/>
          </w:tcPr>
          <w:p w14:paraId="2CD24018" w14:textId="77777777" w:rsidR="007A5E59" w:rsidRPr="00312815" w:rsidRDefault="0095198F">
            <w:pPr>
              <w:rPr>
                <w:lang w:val="ru-RU"/>
              </w:rPr>
            </w:pPr>
            <w:r w:rsidRPr="00312815">
              <w:rPr>
                <w:lang w:val="ru-RU"/>
              </w:rPr>
              <w:t>БЛОК 1. Вся сеть — существующее состояние</w:t>
            </w:r>
          </w:p>
        </w:tc>
        <w:tc>
          <w:tcPr>
            <w:tcW w:w="0" w:type="auto"/>
          </w:tcPr>
          <w:p w14:paraId="18F19723" w14:textId="77777777" w:rsidR="007A5E59" w:rsidRPr="00312815" w:rsidRDefault="007A5E59">
            <w:pPr>
              <w:rPr>
                <w:lang w:val="ru-RU"/>
              </w:rPr>
            </w:pPr>
          </w:p>
        </w:tc>
        <w:tc>
          <w:tcPr>
            <w:tcW w:w="0" w:type="auto"/>
          </w:tcPr>
          <w:p w14:paraId="073FD8F5" w14:textId="77777777" w:rsidR="007A5E59" w:rsidRPr="00312815" w:rsidRDefault="007A5E59">
            <w:pPr>
              <w:rPr>
                <w:lang w:val="ru-RU"/>
              </w:rPr>
            </w:pPr>
          </w:p>
        </w:tc>
        <w:tc>
          <w:tcPr>
            <w:tcW w:w="0" w:type="auto"/>
          </w:tcPr>
          <w:p w14:paraId="3772EE2B" w14:textId="77777777" w:rsidR="007A5E59" w:rsidRPr="00312815" w:rsidRDefault="007A5E59">
            <w:pPr>
              <w:rPr>
                <w:lang w:val="ru-RU"/>
              </w:rPr>
            </w:pPr>
          </w:p>
        </w:tc>
        <w:tc>
          <w:tcPr>
            <w:tcW w:w="0" w:type="auto"/>
          </w:tcPr>
          <w:p w14:paraId="4F27C62E" w14:textId="77777777" w:rsidR="007A5E59" w:rsidRPr="00312815" w:rsidRDefault="007A5E59">
            <w:pPr>
              <w:rPr>
                <w:lang w:val="ru-RU"/>
              </w:rPr>
            </w:pPr>
          </w:p>
        </w:tc>
        <w:tc>
          <w:tcPr>
            <w:tcW w:w="0" w:type="auto"/>
          </w:tcPr>
          <w:p w14:paraId="43EAB564" w14:textId="77777777" w:rsidR="007A5E59" w:rsidRPr="00312815" w:rsidRDefault="007A5E59">
            <w:pPr>
              <w:rPr>
                <w:lang w:val="ru-RU"/>
              </w:rPr>
            </w:pPr>
          </w:p>
        </w:tc>
        <w:tc>
          <w:tcPr>
            <w:tcW w:w="0" w:type="auto"/>
          </w:tcPr>
          <w:p w14:paraId="1E3D9FA3" w14:textId="77777777" w:rsidR="007A5E59" w:rsidRPr="00312815" w:rsidRDefault="007A5E59">
            <w:pPr>
              <w:rPr>
                <w:lang w:val="ru-RU"/>
              </w:rPr>
            </w:pPr>
          </w:p>
        </w:tc>
        <w:tc>
          <w:tcPr>
            <w:tcW w:w="0" w:type="auto"/>
          </w:tcPr>
          <w:p w14:paraId="3D21EFAE" w14:textId="77777777" w:rsidR="007A5E59" w:rsidRPr="00312815" w:rsidRDefault="007A5E59">
            <w:pPr>
              <w:rPr>
                <w:lang w:val="ru-RU"/>
              </w:rPr>
            </w:pPr>
          </w:p>
        </w:tc>
        <w:tc>
          <w:tcPr>
            <w:tcW w:w="0" w:type="auto"/>
          </w:tcPr>
          <w:p w14:paraId="59F4BA47" w14:textId="77777777" w:rsidR="007A5E59" w:rsidRPr="00312815" w:rsidRDefault="007A5E59">
            <w:pPr>
              <w:rPr>
                <w:lang w:val="ru-RU"/>
              </w:rPr>
            </w:pPr>
          </w:p>
        </w:tc>
        <w:tc>
          <w:tcPr>
            <w:tcW w:w="0" w:type="auto"/>
          </w:tcPr>
          <w:p w14:paraId="1C9B2E5B" w14:textId="77777777" w:rsidR="007A5E59" w:rsidRPr="00312815" w:rsidRDefault="007A5E59">
            <w:pPr>
              <w:rPr>
                <w:lang w:val="ru-RU"/>
              </w:rPr>
            </w:pPr>
          </w:p>
        </w:tc>
        <w:tc>
          <w:tcPr>
            <w:tcW w:w="0" w:type="auto"/>
          </w:tcPr>
          <w:p w14:paraId="084E1681" w14:textId="77777777" w:rsidR="007A5E59" w:rsidRPr="00312815" w:rsidRDefault="007A5E59">
            <w:pPr>
              <w:rPr>
                <w:lang w:val="ru-RU"/>
              </w:rPr>
            </w:pPr>
          </w:p>
        </w:tc>
        <w:tc>
          <w:tcPr>
            <w:tcW w:w="0" w:type="auto"/>
          </w:tcPr>
          <w:p w14:paraId="36C2043E" w14:textId="77777777" w:rsidR="007A5E59" w:rsidRPr="00312815" w:rsidRDefault="007A5E59">
            <w:pPr>
              <w:rPr>
                <w:lang w:val="ru-RU"/>
              </w:rPr>
            </w:pPr>
          </w:p>
        </w:tc>
        <w:tc>
          <w:tcPr>
            <w:tcW w:w="0" w:type="auto"/>
          </w:tcPr>
          <w:p w14:paraId="4C298CE6" w14:textId="77777777" w:rsidR="007A5E59" w:rsidRPr="00312815" w:rsidRDefault="007A5E59">
            <w:pPr>
              <w:rPr>
                <w:lang w:val="ru-RU"/>
              </w:rPr>
            </w:pPr>
          </w:p>
        </w:tc>
        <w:tc>
          <w:tcPr>
            <w:tcW w:w="0" w:type="auto"/>
          </w:tcPr>
          <w:p w14:paraId="710F2D3E" w14:textId="77777777" w:rsidR="007A5E59" w:rsidRPr="00312815" w:rsidRDefault="007A5E59">
            <w:pPr>
              <w:rPr>
                <w:lang w:val="ru-RU"/>
              </w:rPr>
            </w:pPr>
          </w:p>
        </w:tc>
        <w:tc>
          <w:tcPr>
            <w:tcW w:w="0" w:type="auto"/>
          </w:tcPr>
          <w:p w14:paraId="6E478D9F" w14:textId="77777777" w:rsidR="007A5E59" w:rsidRPr="00312815" w:rsidRDefault="007A5E59">
            <w:pPr>
              <w:rPr>
                <w:lang w:val="ru-RU"/>
              </w:rPr>
            </w:pPr>
          </w:p>
        </w:tc>
        <w:tc>
          <w:tcPr>
            <w:tcW w:w="0" w:type="auto"/>
          </w:tcPr>
          <w:p w14:paraId="4A10EE65" w14:textId="77777777" w:rsidR="007A5E59" w:rsidRPr="00312815" w:rsidRDefault="007A5E59">
            <w:pPr>
              <w:rPr>
                <w:lang w:val="ru-RU"/>
              </w:rPr>
            </w:pPr>
          </w:p>
        </w:tc>
        <w:tc>
          <w:tcPr>
            <w:tcW w:w="0" w:type="auto"/>
          </w:tcPr>
          <w:p w14:paraId="0696663F" w14:textId="77777777" w:rsidR="007A5E59" w:rsidRPr="00312815" w:rsidRDefault="007A5E59">
            <w:pPr>
              <w:rPr>
                <w:lang w:val="ru-RU"/>
              </w:rPr>
            </w:pPr>
          </w:p>
        </w:tc>
        <w:tc>
          <w:tcPr>
            <w:tcW w:w="0" w:type="auto"/>
          </w:tcPr>
          <w:p w14:paraId="52DD3249" w14:textId="77777777" w:rsidR="007A5E59" w:rsidRPr="00312815" w:rsidRDefault="007A5E59">
            <w:pPr>
              <w:rPr>
                <w:lang w:val="ru-RU"/>
              </w:rPr>
            </w:pPr>
          </w:p>
        </w:tc>
        <w:tc>
          <w:tcPr>
            <w:tcW w:w="0" w:type="auto"/>
          </w:tcPr>
          <w:p w14:paraId="0ADF0B97" w14:textId="77777777" w:rsidR="007A5E59" w:rsidRPr="00312815" w:rsidRDefault="007A5E59">
            <w:pPr>
              <w:rPr>
                <w:lang w:val="ru-RU"/>
              </w:rPr>
            </w:pPr>
          </w:p>
        </w:tc>
        <w:tc>
          <w:tcPr>
            <w:tcW w:w="0" w:type="auto"/>
          </w:tcPr>
          <w:p w14:paraId="29CC5701" w14:textId="77777777" w:rsidR="007A5E59" w:rsidRPr="00312815" w:rsidRDefault="007A5E59">
            <w:pPr>
              <w:rPr>
                <w:lang w:val="ru-RU"/>
              </w:rPr>
            </w:pPr>
          </w:p>
        </w:tc>
        <w:tc>
          <w:tcPr>
            <w:tcW w:w="0" w:type="auto"/>
          </w:tcPr>
          <w:p w14:paraId="1F328F37" w14:textId="77777777" w:rsidR="007A5E59" w:rsidRPr="00312815" w:rsidRDefault="007A5E59">
            <w:pPr>
              <w:rPr>
                <w:lang w:val="ru-RU"/>
              </w:rPr>
            </w:pPr>
          </w:p>
        </w:tc>
      </w:tr>
      <w:tr w:rsidR="007A5E59" w14:paraId="0C39AC9F" w14:textId="77777777">
        <w:trPr>
          <w:jc w:val="center"/>
        </w:trPr>
        <w:tc>
          <w:tcPr>
            <w:tcW w:w="0" w:type="auto"/>
          </w:tcPr>
          <w:p w14:paraId="14EF9E33" w14:textId="77777777" w:rsidR="007A5E59" w:rsidRDefault="0095198F">
            <w:r>
              <w:t>в канале</w:t>
            </w:r>
          </w:p>
        </w:tc>
        <w:tc>
          <w:tcPr>
            <w:tcW w:w="0" w:type="auto"/>
          </w:tcPr>
          <w:p w14:paraId="4794C33F" w14:textId="77777777" w:rsidR="007A5E59" w:rsidRDefault="0095198F">
            <w:pPr>
              <w:jc w:val="center"/>
            </w:pPr>
            <w:r>
              <w:t>0,0</w:t>
            </w:r>
          </w:p>
        </w:tc>
        <w:tc>
          <w:tcPr>
            <w:tcW w:w="0" w:type="auto"/>
          </w:tcPr>
          <w:p w14:paraId="311334FC" w14:textId="77777777" w:rsidR="007A5E59" w:rsidRDefault="0095198F">
            <w:pPr>
              <w:jc w:val="center"/>
            </w:pPr>
            <w:r>
              <w:t>0,0</w:t>
            </w:r>
          </w:p>
        </w:tc>
        <w:tc>
          <w:tcPr>
            <w:tcW w:w="0" w:type="auto"/>
          </w:tcPr>
          <w:p w14:paraId="48E46D01" w14:textId="77777777" w:rsidR="007A5E59" w:rsidRDefault="0095198F">
            <w:pPr>
              <w:jc w:val="center"/>
            </w:pPr>
            <w:r>
              <w:t>0,0</w:t>
            </w:r>
          </w:p>
        </w:tc>
        <w:tc>
          <w:tcPr>
            <w:tcW w:w="0" w:type="auto"/>
          </w:tcPr>
          <w:p w14:paraId="7E36A7CF" w14:textId="77777777" w:rsidR="007A5E59" w:rsidRDefault="0095198F">
            <w:pPr>
              <w:jc w:val="center"/>
            </w:pPr>
            <w:r>
              <w:t>0,0</w:t>
            </w:r>
          </w:p>
        </w:tc>
        <w:tc>
          <w:tcPr>
            <w:tcW w:w="0" w:type="auto"/>
          </w:tcPr>
          <w:p w14:paraId="11D0B859" w14:textId="77777777" w:rsidR="007A5E59" w:rsidRDefault="0095198F">
            <w:pPr>
              <w:jc w:val="center"/>
            </w:pPr>
            <w:r>
              <w:t>0,0</w:t>
            </w:r>
          </w:p>
        </w:tc>
        <w:tc>
          <w:tcPr>
            <w:tcW w:w="0" w:type="auto"/>
          </w:tcPr>
          <w:p w14:paraId="0F3CE376" w14:textId="77777777" w:rsidR="007A5E59" w:rsidRDefault="0095198F">
            <w:pPr>
              <w:jc w:val="center"/>
            </w:pPr>
            <w:r>
              <w:t>215,0</w:t>
            </w:r>
          </w:p>
        </w:tc>
        <w:tc>
          <w:tcPr>
            <w:tcW w:w="0" w:type="auto"/>
          </w:tcPr>
          <w:p w14:paraId="2DEED107" w14:textId="77777777" w:rsidR="007A5E59" w:rsidRDefault="0095198F">
            <w:pPr>
              <w:jc w:val="center"/>
            </w:pPr>
            <w:r>
              <w:t>0,0</w:t>
            </w:r>
          </w:p>
        </w:tc>
        <w:tc>
          <w:tcPr>
            <w:tcW w:w="0" w:type="auto"/>
          </w:tcPr>
          <w:p w14:paraId="3DD5C4FF" w14:textId="77777777" w:rsidR="007A5E59" w:rsidRDefault="0095198F">
            <w:pPr>
              <w:jc w:val="center"/>
            </w:pPr>
            <w:r>
              <w:t>0,0</w:t>
            </w:r>
          </w:p>
        </w:tc>
        <w:tc>
          <w:tcPr>
            <w:tcW w:w="0" w:type="auto"/>
          </w:tcPr>
          <w:p w14:paraId="4CF3411A" w14:textId="77777777" w:rsidR="007A5E59" w:rsidRDefault="0095198F">
            <w:pPr>
              <w:jc w:val="center"/>
            </w:pPr>
            <w:r>
              <w:t>0,0</w:t>
            </w:r>
          </w:p>
        </w:tc>
        <w:tc>
          <w:tcPr>
            <w:tcW w:w="0" w:type="auto"/>
          </w:tcPr>
          <w:p w14:paraId="2B1573D0" w14:textId="77777777" w:rsidR="007A5E59" w:rsidRDefault="0095198F">
            <w:pPr>
              <w:jc w:val="center"/>
            </w:pPr>
            <w:r>
              <w:t>0,0</w:t>
            </w:r>
          </w:p>
        </w:tc>
        <w:tc>
          <w:tcPr>
            <w:tcW w:w="0" w:type="auto"/>
          </w:tcPr>
          <w:p w14:paraId="7108C595" w14:textId="77777777" w:rsidR="007A5E59" w:rsidRDefault="0095198F">
            <w:pPr>
              <w:jc w:val="center"/>
            </w:pPr>
            <w:r>
              <w:t>0,0</w:t>
            </w:r>
          </w:p>
        </w:tc>
        <w:tc>
          <w:tcPr>
            <w:tcW w:w="0" w:type="auto"/>
          </w:tcPr>
          <w:p w14:paraId="7890C8DB" w14:textId="77777777" w:rsidR="007A5E59" w:rsidRDefault="0095198F">
            <w:pPr>
              <w:jc w:val="center"/>
            </w:pPr>
            <w:r>
              <w:t>0,0</w:t>
            </w:r>
          </w:p>
        </w:tc>
        <w:tc>
          <w:tcPr>
            <w:tcW w:w="0" w:type="auto"/>
          </w:tcPr>
          <w:p w14:paraId="657670C4" w14:textId="77777777" w:rsidR="007A5E59" w:rsidRDefault="0095198F">
            <w:pPr>
              <w:jc w:val="center"/>
            </w:pPr>
            <w:r>
              <w:t>0,0</w:t>
            </w:r>
          </w:p>
        </w:tc>
        <w:tc>
          <w:tcPr>
            <w:tcW w:w="0" w:type="auto"/>
          </w:tcPr>
          <w:p w14:paraId="0BD10F1C" w14:textId="77777777" w:rsidR="007A5E59" w:rsidRDefault="0095198F">
            <w:pPr>
              <w:jc w:val="center"/>
            </w:pPr>
            <w:r>
              <w:t>0,0</w:t>
            </w:r>
          </w:p>
        </w:tc>
        <w:tc>
          <w:tcPr>
            <w:tcW w:w="0" w:type="auto"/>
          </w:tcPr>
          <w:p w14:paraId="6E3D5AF8" w14:textId="77777777" w:rsidR="007A5E59" w:rsidRDefault="0095198F">
            <w:pPr>
              <w:jc w:val="center"/>
            </w:pPr>
            <w:r>
              <w:t>0,0</w:t>
            </w:r>
          </w:p>
        </w:tc>
        <w:tc>
          <w:tcPr>
            <w:tcW w:w="0" w:type="auto"/>
          </w:tcPr>
          <w:p w14:paraId="42D7C5F8" w14:textId="77777777" w:rsidR="007A5E59" w:rsidRDefault="0095198F">
            <w:pPr>
              <w:jc w:val="center"/>
            </w:pPr>
            <w:r>
              <w:t>0,0</w:t>
            </w:r>
          </w:p>
        </w:tc>
        <w:tc>
          <w:tcPr>
            <w:tcW w:w="0" w:type="auto"/>
          </w:tcPr>
          <w:p w14:paraId="6AD287E5" w14:textId="77777777" w:rsidR="007A5E59" w:rsidRDefault="0095198F">
            <w:pPr>
              <w:jc w:val="center"/>
            </w:pPr>
            <w:r>
              <w:t>0,0</w:t>
            </w:r>
          </w:p>
        </w:tc>
        <w:tc>
          <w:tcPr>
            <w:tcW w:w="0" w:type="auto"/>
          </w:tcPr>
          <w:p w14:paraId="29B43D00" w14:textId="77777777" w:rsidR="007A5E59" w:rsidRDefault="0095198F">
            <w:pPr>
              <w:jc w:val="center"/>
            </w:pPr>
            <w:r>
              <w:t>0,0</w:t>
            </w:r>
          </w:p>
        </w:tc>
        <w:tc>
          <w:tcPr>
            <w:tcW w:w="0" w:type="auto"/>
          </w:tcPr>
          <w:p w14:paraId="0294F68E" w14:textId="77777777" w:rsidR="007A5E59" w:rsidRDefault="0095198F">
            <w:pPr>
              <w:jc w:val="center"/>
            </w:pPr>
            <w:r>
              <w:t>0,0</w:t>
            </w:r>
          </w:p>
        </w:tc>
        <w:tc>
          <w:tcPr>
            <w:tcW w:w="0" w:type="auto"/>
          </w:tcPr>
          <w:p w14:paraId="27C358FD" w14:textId="77777777" w:rsidR="007A5E59" w:rsidRDefault="0095198F">
            <w:pPr>
              <w:jc w:val="center"/>
            </w:pPr>
            <w:r>
              <w:t>215,0</w:t>
            </w:r>
          </w:p>
        </w:tc>
      </w:tr>
      <w:tr w:rsidR="007A5E59" w14:paraId="31706863" w14:textId="77777777">
        <w:trPr>
          <w:jc w:val="center"/>
        </w:trPr>
        <w:tc>
          <w:tcPr>
            <w:tcW w:w="0" w:type="auto"/>
          </w:tcPr>
          <w:p w14:paraId="1B9FF78D" w14:textId="77777777" w:rsidR="007A5E59" w:rsidRDefault="0095198F">
            <w:r>
              <w:t>бесканально</w:t>
            </w:r>
          </w:p>
        </w:tc>
        <w:tc>
          <w:tcPr>
            <w:tcW w:w="0" w:type="auto"/>
          </w:tcPr>
          <w:p w14:paraId="62E8A101" w14:textId="77777777" w:rsidR="007A5E59" w:rsidRDefault="0095198F">
            <w:pPr>
              <w:jc w:val="center"/>
            </w:pPr>
            <w:r>
              <w:t>0,0</w:t>
            </w:r>
          </w:p>
        </w:tc>
        <w:tc>
          <w:tcPr>
            <w:tcW w:w="0" w:type="auto"/>
          </w:tcPr>
          <w:p w14:paraId="117599D4" w14:textId="77777777" w:rsidR="007A5E59" w:rsidRDefault="0095198F">
            <w:pPr>
              <w:jc w:val="center"/>
            </w:pPr>
            <w:r>
              <w:t>0,0</w:t>
            </w:r>
          </w:p>
        </w:tc>
        <w:tc>
          <w:tcPr>
            <w:tcW w:w="0" w:type="auto"/>
          </w:tcPr>
          <w:p w14:paraId="679B1428" w14:textId="77777777" w:rsidR="007A5E59" w:rsidRDefault="0095198F">
            <w:pPr>
              <w:jc w:val="center"/>
            </w:pPr>
            <w:r>
              <w:t>0,0</w:t>
            </w:r>
          </w:p>
        </w:tc>
        <w:tc>
          <w:tcPr>
            <w:tcW w:w="0" w:type="auto"/>
          </w:tcPr>
          <w:p w14:paraId="436140EF" w14:textId="77777777" w:rsidR="007A5E59" w:rsidRDefault="0095198F">
            <w:pPr>
              <w:jc w:val="center"/>
            </w:pPr>
            <w:r>
              <w:t>0,0</w:t>
            </w:r>
          </w:p>
        </w:tc>
        <w:tc>
          <w:tcPr>
            <w:tcW w:w="0" w:type="auto"/>
          </w:tcPr>
          <w:p w14:paraId="0504FB14" w14:textId="77777777" w:rsidR="007A5E59" w:rsidRDefault="0095198F">
            <w:pPr>
              <w:jc w:val="center"/>
            </w:pPr>
            <w:r>
              <w:t>0,0</w:t>
            </w:r>
          </w:p>
        </w:tc>
        <w:tc>
          <w:tcPr>
            <w:tcW w:w="0" w:type="auto"/>
          </w:tcPr>
          <w:p w14:paraId="2B20D11C" w14:textId="77777777" w:rsidR="007A5E59" w:rsidRDefault="0095198F">
            <w:pPr>
              <w:jc w:val="center"/>
            </w:pPr>
            <w:r>
              <w:t>0,0</w:t>
            </w:r>
          </w:p>
        </w:tc>
        <w:tc>
          <w:tcPr>
            <w:tcW w:w="0" w:type="auto"/>
          </w:tcPr>
          <w:p w14:paraId="2502E468" w14:textId="77777777" w:rsidR="007A5E59" w:rsidRDefault="0095198F">
            <w:pPr>
              <w:jc w:val="center"/>
            </w:pPr>
            <w:r>
              <w:t>0,0</w:t>
            </w:r>
          </w:p>
        </w:tc>
        <w:tc>
          <w:tcPr>
            <w:tcW w:w="0" w:type="auto"/>
          </w:tcPr>
          <w:p w14:paraId="7B013D53" w14:textId="77777777" w:rsidR="007A5E59" w:rsidRDefault="0095198F">
            <w:pPr>
              <w:jc w:val="center"/>
            </w:pPr>
            <w:r>
              <w:t>0,0</w:t>
            </w:r>
          </w:p>
        </w:tc>
        <w:tc>
          <w:tcPr>
            <w:tcW w:w="0" w:type="auto"/>
          </w:tcPr>
          <w:p w14:paraId="799A874B" w14:textId="77777777" w:rsidR="007A5E59" w:rsidRDefault="0095198F">
            <w:pPr>
              <w:jc w:val="center"/>
            </w:pPr>
            <w:r>
              <w:t>0,0</w:t>
            </w:r>
          </w:p>
        </w:tc>
        <w:tc>
          <w:tcPr>
            <w:tcW w:w="0" w:type="auto"/>
          </w:tcPr>
          <w:p w14:paraId="3845490C" w14:textId="77777777" w:rsidR="007A5E59" w:rsidRDefault="0095198F">
            <w:pPr>
              <w:jc w:val="center"/>
            </w:pPr>
            <w:r>
              <w:t>0,0</w:t>
            </w:r>
          </w:p>
        </w:tc>
        <w:tc>
          <w:tcPr>
            <w:tcW w:w="0" w:type="auto"/>
          </w:tcPr>
          <w:p w14:paraId="5510347D" w14:textId="77777777" w:rsidR="007A5E59" w:rsidRDefault="0095198F">
            <w:pPr>
              <w:jc w:val="center"/>
            </w:pPr>
            <w:r>
              <w:t>0,0</w:t>
            </w:r>
          </w:p>
        </w:tc>
        <w:tc>
          <w:tcPr>
            <w:tcW w:w="0" w:type="auto"/>
          </w:tcPr>
          <w:p w14:paraId="69BA8529" w14:textId="77777777" w:rsidR="007A5E59" w:rsidRDefault="0095198F">
            <w:pPr>
              <w:jc w:val="center"/>
            </w:pPr>
            <w:r>
              <w:t>0,0</w:t>
            </w:r>
          </w:p>
        </w:tc>
        <w:tc>
          <w:tcPr>
            <w:tcW w:w="0" w:type="auto"/>
          </w:tcPr>
          <w:p w14:paraId="3393695C" w14:textId="77777777" w:rsidR="007A5E59" w:rsidRDefault="0095198F">
            <w:pPr>
              <w:jc w:val="center"/>
            </w:pPr>
            <w:r>
              <w:t>0,0</w:t>
            </w:r>
          </w:p>
        </w:tc>
        <w:tc>
          <w:tcPr>
            <w:tcW w:w="0" w:type="auto"/>
          </w:tcPr>
          <w:p w14:paraId="393DC4BD" w14:textId="77777777" w:rsidR="007A5E59" w:rsidRDefault="0095198F">
            <w:pPr>
              <w:jc w:val="center"/>
            </w:pPr>
            <w:r>
              <w:t>0,0</w:t>
            </w:r>
          </w:p>
        </w:tc>
        <w:tc>
          <w:tcPr>
            <w:tcW w:w="0" w:type="auto"/>
          </w:tcPr>
          <w:p w14:paraId="11B16A18" w14:textId="77777777" w:rsidR="007A5E59" w:rsidRDefault="0095198F">
            <w:pPr>
              <w:jc w:val="center"/>
            </w:pPr>
            <w:r>
              <w:t>0,0</w:t>
            </w:r>
          </w:p>
        </w:tc>
        <w:tc>
          <w:tcPr>
            <w:tcW w:w="0" w:type="auto"/>
          </w:tcPr>
          <w:p w14:paraId="5E3FCF9E" w14:textId="77777777" w:rsidR="007A5E59" w:rsidRDefault="0095198F">
            <w:pPr>
              <w:jc w:val="center"/>
            </w:pPr>
            <w:r>
              <w:t>0,0</w:t>
            </w:r>
          </w:p>
        </w:tc>
        <w:tc>
          <w:tcPr>
            <w:tcW w:w="0" w:type="auto"/>
          </w:tcPr>
          <w:p w14:paraId="510CC361" w14:textId="77777777" w:rsidR="007A5E59" w:rsidRDefault="0095198F">
            <w:pPr>
              <w:jc w:val="center"/>
            </w:pPr>
            <w:r>
              <w:t>0,0</w:t>
            </w:r>
          </w:p>
        </w:tc>
        <w:tc>
          <w:tcPr>
            <w:tcW w:w="0" w:type="auto"/>
          </w:tcPr>
          <w:p w14:paraId="71B0380D" w14:textId="77777777" w:rsidR="007A5E59" w:rsidRDefault="0095198F">
            <w:pPr>
              <w:jc w:val="center"/>
            </w:pPr>
            <w:r>
              <w:t>0,0</w:t>
            </w:r>
          </w:p>
        </w:tc>
        <w:tc>
          <w:tcPr>
            <w:tcW w:w="0" w:type="auto"/>
          </w:tcPr>
          <w:p w14:paraId="1063466F" w14:textId="77777777" w:rsidR="007A5E59" w:rsidRDefault="0095198F">
            <w:pPr>
              <w:jc w:val="center"/>
            </w:pPr>
            <w:r>
              <w:t>0,0</w:t>
            </w:r>
          </w:p>
        </w:tc>
        <w:tc>
          <w:tcPr>
            <w:tcW w:w="0" w:type="auto"/>
          </w:tcPr>
          <w:p w14:paraId="4B91BF9B" w14:textId="77777777" w:rsidR="007A5E59" w:rsidRDefault="0095198F">
            <w:pPr>
              <w:jc w:val="center"/>
            </w:pPr>
            <w:r>
              <w:t>0,0</w:t>
            </w:r>
          </w:p>
        </w:tc>
      </w:tr>
      <w:tr w:rsidR="007A5E59" w14:paraId="74ECE8D2" w14:textId="77777777">
        <w:trPr>
          <w:jc w:val="center"/>
        </w:trPr>
        <w:tc>
          <w:tcPr>
            <w:tcW w:w="0" w:type="auto"/>
          </w:tcPr>
          <w:p w14:paraId="406177F4" w14:textId="77777777" w:rsidR="007A5E59" w:rsidRDefault="0095198F">
            <w:r>
              <w:t>надземная</w:t>
            </w:r>
          </w:p>
        </w:tc>
        <w:tc>
          <w:tcPr>
            <w:tcW w:w="0" w:type="auto"/>
          </w:tcPr>
          <w:p w14:paraId="7643AB3F" w14:textId="77777777" w:rsidR="007A5E59" w:rsidRDefault="0095198F">
            <w:pPr>
              <w:jc w:val="center"/>
            </w:pPr>
            <w:r>
              <w:t>0,0</w:t>
            </w:r>
          </w:p>
        </w:tc>
        <w:tc>
          <w:tcPr>
            <w:tcW w:w="0" w:type="auto"/>
          </w:tcPr>
          <w:p w14:paraId="1D0D8766" w14:textId="77777777" w:rsidR="007A5E59" w:rsidRDefault="0095198F">
            <w:pPr>
              <w:jc w:val="center"/>
            </w:pPr>
            <w:r>
              <w:t>0,0</w:t>
            </w:r>
          </w:p>
        </w:tc>
        <w:tc>
          <w:tcPr>
            <w:tcW w:w="0" w:type="auto"/>
          </w:tcPr>
          <w:p w14:paraId="2B10231B" w14:textId="77777777" w:rsidR="007A5E59" w:rsidRDefault="0095198F">
            <w:pPr>
              <w:jc w:val="center"/>
            </w:pPr>
            <w:r>
              <w:t>155,0</w:t>
            </w:r>
          </w:p>
        </w:tc>
        <w:tc>
          <w:tcPr>
            <w:tcW w:w="0" w:type="auto"/>
          </w:tcPr>
          <w:p w14:paraId="251F8E7D" w14:textId="77777777" w:rsidR="007A5E59" w:rsidRDefault="0095198F">
            <w:pPr>
              <w:jc w:val="center"/>
            </w:pPr>
            <w:r>
              <w:t>0,0</w:t>
            </w:r>
          </w:p>
        </w:tc>
        <w:tc>
          <w:tcPr>
            <w:tcW w:w="0" w:type="auto"/>
          </w:tcPr>
          <w:p w14:paraId="46AA166B" w14:textId="77777777" w:rsidR="007A5E59" w:rsidRDefault="0095198F">
            <w:pPr>
              <w:jc w:val="center"/>
            </w:pPr>
            <w:r>
              <w:t>0,0</w:t>
            </w:r>
          </w:p>
        </w:tc>
        <w:tc>
          <w:tcPr>
            <w:tcW w:w="0" w:type="auto"/>
          </w:tcPr>
          <w:p w14:paraId="062AEBE1" w14:textId="77777777" w:rsidR="007A5E59" w:rsidRDefault="0095198F">
            <w:pPr>
              <w:jc w:val="center"/>
            </w:pPr>
            <w:r>
              <w:t>546,0</w:t>
            </w:r>
          </w:p>
        </w:tc>
        <w:tc>
          <w:tcPr>
            <w:tcW w:w="0" w:type="auto"/>
          </w:tcPr>
          <w:p w14:paraId="37A7C485" w14:textId="77777777" w:rsidR="007A5E59" w:rsidRDefault="0095198F">
            <w:pPr>
              <w:jc w:val="center"/>
            </w:pPr>
            <w:r>
              <w:t>237,0</w:t>
            </w:r>
          </w:p>
        </w:tc>
        <w:tc>
          <w:tcPr>
            <w:tcW w:w="0" w:type="auto"/>
          </w:tcPr>
          <w:p w14:paraId="3A2AFB7B" w14:textId="77777777" w:rsidR="007A5E59" w:rsidRDefault="0095198F">
            <w:pPr>
              <w:jc w:val="center"/>
            </w:pPr>
            <w:r>
              <w:t>0,0</w:t>
            </w:r>
          </w:p>
        </w:tc>
        <w:tc>
          <w:tcPr>
            <w:tcW w:w="0" w:type="auto"/>
          </w:tcPr>
          <w:p w14:paraId="1DFE7D5F" w14:textId="77777777" w:rsidR="007A5E59" w:rsidRDefault="0095198F">
            <w:pPr>
              <w:jc w:val="center"/>
            </w:pPr>
            <w:r>
              <w:t>0,0</w:t>
            </w:r>
          </w:p>
        </w:tc>
        <w:tc>
          <w:tcPr>
            <w:tcW w:w="0" w:type="auto"/>
          </w:tcPr>
          <w:p w14:paraId="471C5744" w14:textId="77777777" w:rsidR="007A5E59" w:rsidRDefault="0095198F">
            <w:pPr>
              <w:jc w:val="center"/>
            </w:pPr>
            <w:r>
              <w:t>0,0</w:t>
            </w:r>
          </w:p>
        </w:tc>
        <w:tc>
          <w:tcPr>
            <w:tcW w:w="0" w:type="auto"/>
          </w:tcPr>
          <w:p w14:paraId="254C968F" w14:textId="77777777" w:rsidR="007A5E59" w:rsidRDefault="0095198F">
            <w:pPr>
              <w:jc w:val="center"/>
            </w:pPr>
            <w:r>
              <w:t>1 436,0</w:t>
            </w:r>
          </w:p>
        </w:tc>
        <w:tc>
          <w:tcPr>
            <w:tcW w:w="0" w:type="auto"/>
          </w:tcPr>
          <w:p w14:paraId="0638B109" w14:textId="77777777" w:rsidR="007A5E59" w:rsidRDefault="0095198F">
            <w:pPr>
              <w:jc w:val="center"/>
            </w:pPr>
            <w:r>
              <w:t>575,0</w:t>
            </w:r>
          </w:p>
        </w:tc>
        <w:tc>
          <w:tcPr>
            <w:tcW w:w="0" w:type="auto"/>
          </w:tcPr>
          <w:p w14:paraId="47EC6BE1" w14:textId="77777777" w:rsidR="007A5E59" w:rsidRDefault="0095198F">
            <w:pPr>
              <w:jc w:val="center"/>
            </w:pPr>
            <w:r>
              <w:t>260,0</w:t>
            </w:r>
          </w:p>
        </w:tc>
        <w:tc>
          <w:tcPr>
            <w:tcW w:w="0" w:type="auto"/>
          </w:tcPr>
          <w:p w14:paraId="53F366C3" w14:textId="77777777" w:rsidR="007A5E59" w:rsidRDefault="0095198F">
            <w:pPr>
              <w:jc w:val="center"/>
            </w:pPr>
            <w:r>
              <w:t>0,0</w:t>
            </w:r>
          </w:p>
        </w:tc>
        <w:tc>
          <w:tcPr>
            <w:tcW w:w="0" w:type="auto"/>
          </w:tcPr>
          <w:p w14:paraId="3BBA2061" w14:textId="77777777" w:rsidR="007A5E59" w:rsidRDefault="0095198F">
            <w:pPr>
              <w:jc w:val="center"/>
            </w:pPr>
            <w:r>
              <w:t>0,0</w:t>
            </w:r>
          </w:p>
        </w:tc>
        <w:tc>
          <w:tcPr>
            <w:tcW w:w="0" w:type="auto"/>
          </w:tcPr>
          <w:p w14:paraId="6E790566" w14:textId="77777777" w:rsidR="007A5E59" w:rsidRDefault="0095198F">
            <w:pPr>
              <w:jc w:val="center"/>
            </w:pPr>
            <w:r>
              <w:t>0,0</w:t>
            </w:r>
          </w:p>
        </w:tc>
        <w:tc>
          <w:tcPr>
            <w:tcW w:w="0" w:type="auto"/>
          </w:tcPr>
          <w:p w14:paraId="33D103EE" w14:textId="77777777" w:rsidR="007A5E59" w:rsidRDefault="0095198F">
            <w:pPr>
              <w:jc w:val="center"/>
            </w:pPr>
            <w:r>
              <w:t>0,0</w:t>
            </w:r>
          </w:p>
        </w:tc>
        <w:tc>
          <w:tcPr>
            <w:tcW w:w="0" w:type="auto"/>
          </w:tcPr>
          <w:p w14:paraId="74908E42" w14:textId="77777777" w:rsidR="007A5E59" w:rsidRDefault="0095198F">
            <w:pPr>
              <w:jc w:val="center"/>
            </w:pPr>
            <w:r>
              <w:t>0,0</w:t>
            </w:r>
          </w:p>
        </w:tc>
        <w:tc>
          <w:tcPr>
            <w:tcW w:w="0" w:type="auto"/>
          </w:tcPr>
          <w:p w14:paraId="68AE8125" w14:textId="77777777" w:rsidR="007A5E59" w:rsidRDefault="0095198F">
            <w:pPr>
              <w:jc w:val="center"/>
            </w:pPr>
            <w:r>
              <w:t>0,0</w:t>
            </w:r>
          </w:p>
        </w:tc>
        <w:tc>
          <w:tcPr>
            <w:tcW w:w="0" w:type="auto"/>
          </w:tcPr>
          <w:p w14:paraId="099D5C5C" w14:textId="77777777" w:rsidR="007A5E59" w:rsidRDefault="0095198F">
            <w:pPr>
              <w:jc w:val="center"/>
            </w:pPr>
            <w:r>
              <w:t>3 209,0</w:t>
            </w:r>
          </w:p>
        </w:tc>
      </w:tr>
      <w:tr w:rsidR="007A5E59" w14:paraId="68154794" w14:textId="77777777">
        <w:trPr>
          <w:jc w:val="center"/>
        </w:trPr>
        <w:tc>
          <w:tcPr>
            <w:tcW w:w="0" w:type="auto"/>
            <w:shd w:val="clear" w:color="auto" w:fill="DBE5F1"/>
          </w:tcPr>
          <w:p w14:paraId="3FACB15B" w14:textId="77777777" w:rsidR="007A5E59" w:rsidRDefault="0095198F">
            <w:r>
              <w:rPr>
                <w:b/>
              </w:rPr>
              <w:t>ИТОГО существующая сеть</w:t>
            </w:r>
          </w:p>
        </w:tc>
        <w:tc>
          <w:tcPr>
            <w:tcW w:w="0" w:type="auto"/>
            <w:shd w:val="clear" w:color="auto" w:fill="DBE5F1"/>
          </w:tcPr>
          <w:p w14:paraId="5F1CCDA4" w14:textId="77777777" w:rsidR="007A5E59" w:rsidRDefault="0095198F">
            <w:pPr>
              <w:jc w:val="center"/>
            </w:pPr>
            <w:r>
              <w:rPr>
                <w:b/>
              </w:rPr>
              <w:t>0,0</w:t>
            </w:r>
          </w:p>
        </w:tc>
        <w:tc>
          <w:tcPr>
            <w:tcW w:w="0" w:type="auto"/>
            <w:shd w:val="clear" w:color="auto" w:fill="DBE5F1"/>
          </w:tcPr>
          <w:p w14:paraId="6F0A07C2" w14:textId="77777777" w:rsidR="007A5E59" w:rsidRDefault="0095198F">
            <w:pPr>
              <w:jc w:val="center"/>
            </w:pPr>
            <w:r>
              <w:rPr>
                <w:b/>
              </w:rPr>
              <w:t>0,0</w:t>
            </w:r>
          </w:p>
        </w:tc>
        <w:tc>
          <w:tcPr>
            <w:tcW w:w="0" w:type="auto"/>
            <w:shd w:val="clear" w:color="auto" w:fill="DBE5F1"/>
          </w:tcPr>
          <w:p w14:paraId="6ED88EFE" w14:textId="77777777" w:rsidR="007A5E59" w:rsidRDefault="0095198F">
            <w:pPr>
              <w:jc w:val="center"/>
            </w:pPr>
            <w:r>
              <w:rPr>
                <w:b/>
              </w:rPr>
              <w:t>155,0</w:t>
            </w:r>
          </w:p>
        </w:tc>
        <w:tc>
          <w:tcPr>
            <w:tcW w:w="0" w:type="auto"/>
            <w:shd w:val="clear" w:color="auto" w:fill="DBE5F1"/>
          </w:tcPr>
          <w:p w14:paraId="04F2874F" w14:textId="77777777" w:rsidR="007A5E59" w:rsidRDefault="0095198F">
            <w:pPr>
              <w:jc w:val="center"/>
            </w:pPr>
            <w:r>
              <w:rPr>
                <w:b/>
              </w:rPr>
              <w:t>0,0</w:t>
            </w:r>
          </w:p>
        </w:tc>
        <w:tc>
          <w:tcPr>
            <w:tcW w:w="0" w:type="auto"/>
            <w:shd w:val="clear" w:color="auto" w:fill="DBE5F1"/>
          </w:tcPr>
          <w:p w14:paraId="673D9DDD" w14:textId="77777777" w:rsidR="007A5E59" w:rsidRDefault="0095198F">
            <w:pPr>
              <w:jc w:val="center"/>
            </w:pPr>
            <w:r>
              <w:rPr>
                <w:b/>
              </w:rPr>
              <w:t>0,0</w:t>
            </w:r>
          </w:p>
        </w:tc>
        <w:tc>
          <w:tcPr>
            <w:tcW w:w="0" w:type="auto"/>
            <w:shd w:val="clear" w:color="auto" w:fill="DBE5F1"/>
          </w:tcPr>
          <w:p w14:paraId="41DE2205" w14:textId="77777777" w:rsidR="007A5E59" w:rsidRDefault="0095198F">
            <w:pPr>
              <w:jc w:val="center"/>
            </w:pPr>
            <w:r>
              <w:rPr>
                <w:b/>
              </w:rPr>
              <w:t>761,0</w:t>
            </w:r>
          </w:p>
        </w:tc>
        <w:tc>
          <w:tcPr>
            <w:tcW w:w="0" w:type="auto"/>
            <w:shd w:val="clear" w:color="auto" w:fill="DBE5F1"/>
          </w:tcPr>
          <w:p w14:paraId="01CBE187" w14:textId="77777777" w:rsidR="007A5E59" w:rsidRDefault="0095198F">
            <w:pPr>
              <w:jc w:val="center"/>
            </w:pPr>
            <w:r>
              <w:rPr>
                <w:b/>
              </w:rPr>
              <w:t>237,0</w:t>
            </w:r>
          </w:p>
        </w:tc>
        <w:tc>
          <w:tcPr>
            <w:tcW w:w="0" w:type="auto"/>
            <w:shd w:val="clear" w:color="auto" w:fill="DBE5F1"/>
          </w:tcPr>
          <w:p w14:paraId="0597A501" w14:textId="77777777" w:rsidR="007A5E59" w:rsidRDefault="0095198F">
            <w:pPr>
              <w:jc w:val="center"/>
            </w:pPr>
            <w:r>
              <w:rPr>
                <w:b/>
              </w:rPr>
              <w:t>0,0</w:t>
            </w:r>
          </w:p>
        </w:tc>
        <w:tc>
          <w:tcPr>
            <w:tcW w:w="0" w:type="auto"/>
            <w:shd w:val="clear" w:color="auto" w:fill="DBE5F1"/>
          </w:tcPr>
          <w:p w14:paraId="25A1CA3E" w14:textId="77777777" w:rsidR="007A5E59" w:rsidRDefault="0095198F">
            <w:pPr>
              <w:jc w:val="center"/>
            </w:pPr>
            <w:r>
              <w:rPr>
                <w:b/>
              </w:rPr>
              <w:t>0,0</w:t>
            </w:r>
          </w:p>
        </w:tc>
        <w:tc>
          <w:tcPr>
            <w:tcW w:w="0" w:type="auto"/>
            <w:shd w:val="clear" w:color="auto" w:fill="DBE5F1"/>
          </w:tcPr>
          <w:p w14:paraId="4AD883CE" w14:textId="77777777" w:rsidR="007A5E59" w:rsidRDefault="0095198F">
            <w:pPr>
              <w:jc w:val="center"/>
            </w:pPr>
            <w:r>
              <w:rPr>
                <w:b/>
              </w:rPr>
              <w:t>0,0</w:t>
            </w:r>
          </w:p>
        </w:tc>
        <w:tc>
          <w:tcPr>
            <w:tcW w:w="0" w:type="auto"/>
            <w:shd w:val="clear" w:color="auto" w:fill="DBE5F1"/>
          </w:tcPr>
          <w:p w14:paraId="6F4557E1" w14:textId="77777777" w:rsidR="007A5E59" w:rsidRDefault="0095198F">
            <w:pPr>
              <w:jc w:val="center"/>
            </w:pPr>
            <w:r>
              <w:rPr>
                <w:b/>
              </w:rPr>
              <w:t>1 436,0</w:t>
            </w:r>
          </w:p>
        </w:tc>
        <w:tc>
          <w:tcPr>
            <w:tcW w:w="0" w:type="auto"/>
            <w:shd w:val="clear" w:color="auto" w:fill="DBE5F1"/>
          </w:tcPr>
          <w:p w14:paraId="52493365" w14:textId="77777777" w:rsidR="007A5E59" w:rsidRDefault="0095198F">
            <w:pPr>
              <w:jc w:val="center"/>
            </w:pPr>
            <w:r>
              <w:rPr>
                <w:b/>
              </w:rPr>
              <w:t>575,0</w:t>
            </w:r>
          </w:p>
        </w:tc>
        <w:tc>
          <w:tcPr>
            <w:tcW w:w="0" w:type="auto"/>
            <w:shd w:val="clear" w:color="auto" w:fill="DBE5F1"/>
          </w:tcPr>
          <w:p w14:paraId="5D458FD1" w14:textId="77777777" w:rsidR="007A5E59" w:rsidRDefault="0095198F">
            <w:pPr>
              <w:jc w:val="center"/>
            </w:pPr>
            <w:r>
              <w:rPr>
                <w:b/>
              </w:rPr>
              <w:t>260,0</w:t>
            </w:r>
          </w:p>
        </w:tc>
        <w:tc>
          <w:tcPr>
            <w:tcW w:w="0" w:type="auto"/>
            <w:shd w:val="clear" w:color="auto" w:fill="DBE5F1"/>
          </w:tcPr>
          <w:p w14:paraId="50AB34DE" w14:textId="77777777" w:rsidR="007A5E59" w:rsidRDefault="0095198F">
            <w:pPr>
              <w:jc w:val="center"/>
            </w:pPr>
            <w:r>
              <w:rPr>
                <w:b/>
              </w:rPr>
              <w:t>0,0</w:t>
            </w:r>
          </w:p>
        </w:tc>
        <w:tc>
          <w:tcPr>
            <w:tcW w:w="0" w:type="auto"/>
            <w:shd w:val="clear" w:color="auto" w:fill="DBE5F1"/>
          </w:tcPr>
          <w:p w14:paraId="531810B9" w14:textId="77777777" w:rsidR="007A5E59" w:rsidRDefault="0095198F">
            <w:pPr>
              <w:jc w:val="center"/>
            </w:pPr>
            <w:r>
              <w:rPr>
                <w:b/>
              </w:rPr>
              <w:t>0,0</w:t>
            </w:r>
          </w:p>
        </w:tc>
        <w:tc>
          <w:tcPr>
            <w:tcW w:w="0" w:type="auto"/>
            <w:shd w:val="clear" w:color="auto" w:fill="DBE5F1"/>
          </w:tcPr>
          <w:p w14:paraId="5D466E82" w14:textId="77777777" w:rsidR="007A5E59" w:rsidRDefault="0095198F">
            <w:pPr>
              <w:jc w:val="center"/>
            </w:pPr>
            <w:r>
              <w:rPr>
                <w:b/>
              </w:rPr>
              <w:t>0,0</w:t>
            </w:r>
          </w:p>
        </w:tc>
        <w:tc>
          <w:tcPr>
            <w:tcW w:w="0" w:type="auto"/>
            <w:shd w:val="clear" w:color="auto" w:fill="DBE5F1"/>
          </w:tcPr>
          <w:p w14:paraId="720A613E" w14:textId="77777777" w:rsidR="007A5E59" w:rsidRDefault="0095198F">
            <w:pPr>
              <w:jc w:val="center"/>
            </w:pPr>
            <w:r>
              <w:rPr>
                <w:b/>
              </w:rPr>
              <w:t>0,0</w:t>
            </w:r>
          </w:p>
        </w:tc>
        <w:tc>
          <w:tcPr>
            <w:tcW w:w="0" w:type="auto"/>
            <w:shd w:val="clear" w:color="auto" w:fill="DBE5F1"/>
          </w:tcPr>
          <w:p w14:paraId="13417692" w14:textId="77777777" w:rsidR="007A5E59" w:rsidRDefault="0095198F">
            <w:pPr>
              <w:jc w:val="center"/>
            </w:pPr>
            <w:r>
              <w:rPr>
                <w:b/>
              </w:rPr>
              <w:t>0,0</w:t>
            </w:r>
          </w:p>
        </w:tc>
        <w:tc>
          <w:tcPr>
            <w:tcW w:w="0" w:type="auto"/>
            <w:shd w:val="clear" w:color="auto" w:fill="DBE5F1"/>
          </w:tcPr>
          <w:p w14:paraId="516E7A02" w14:textId="77777777" w:rsidR="007A5E59" w:rsidRDefault="0095198F">
            <w:pPr>
              <w:jc w:val="center"/>
            </w:pPr>
            <w:r>
              <w:rPr>
                <w:b/>
              </w:rPr>
              <w:t>0,0</w:t>
            </w:r>
          </w:p>
        </w:tc>
        <w:tc>
          <w:tcPr>
            <w:tcW w:w="0" w:type="auto"/>
            <w:shd w:val="clear" w:color="auto" w:fill="DBE5F1"/>
          </w:tcPr>
          <w:p w14:paraId="164B76B2" w14:textId="77777777" w:rsidR="007A5E59" w:rsidRDefault="0095198F">
            <w:pPr>
              <w:jc w:val="center"/>
            </w:pPr>
            <w:r>
              <w:rPr>
                <w:b/>
              </w:rPr>
              <w:t>3 424,0</w:t>
            </w:r>
          </w:p>
        </w:tc>
      </w:tr>
      <w:tr w:rsidR="007A5E59" w14:paraId="67CF99DA" w14:textId="77777777">
        <w:trPr>
          <w:jc w:val="center"/>
        </w:trPr>
        <w:tc>
          <w:tcPr>
            <w:tcW w:w="0" w:type="auto"/>
          </w:tcPr>
          <w:p w14:paraId="1367EC75" w14:textId="77777777" w:rsidR="007A5E59" w:rsidRDefault="0095198F">
            <w:r w:rsidRPr="00312815">
              <w:rPr>
                <w:lang w:val="ru-RU"/>
              </w:rPr>
              <w:t xml:space="preserve">БЛОК 2. Подлежит замене — по сроку службы (порог см. </w:t>
            </w:r>
            <w:r>
              <w:t>БЛОК 4), м</w:t>
            </w:r>
          </w:p>
        </w:tc>
        <w:tc>
          <w:tcPr>
            <w:tcW w:w="0" w:type="auto"/>
          </w:tcPr>
          <w:p w14:paraId="14E7095E" w14:textId="77777777" w:rsidR="007A5E59" w:rsidRDefault="007A5E59"/>
        </w:tc>
        <w:tc>
          <w:tcPr>
            <w:tcW w:w="0" w:type="auto"/>
          </w:tcPr>
          <w:p w14:paraId="7E5F0BD9" w14:textId="77777777" w:rsidR="007A5E59" w:rsidRDefault="007A5E59"/>
        </w:tc>
        <w:tc>
          <w:tcPr>
            <w:tcW w:w="0" w:type="auto"/>
          </w:tcPr>
          <w:p w14:paraId="1F568696" w14:textId="77777777" w:rsidR="007A5E59" w:rsidRDefault="007A5E59"/>
        </w:tc>
        <w:tc>
          <w:tcPr>
            <w:tcW w:w="0" w:type="auto"/>
          </w:tcPr>
          <w:p w14:paraId="5575DA9E" w14:textId="77777777" w:rsidR="007A5E59" w:rsidRDefault="007A5E59"/>
        </w:tc>
        <w:tc>
          <w:tcPr>
            <w:tcW w:w="0" w:type="auto"/>
          </w:tcPr>
          <w:p w14:paraId="2550CD18" w14:textId="77777777" w:rsidR="007A5E59" w:rsidRDefault="007A5E59"/>
        </w:tc>
        <w:tc>
          <w:tcPr>
            <w:tcW w:w="0" w:type="auto"/>
          </w:tcPr>
          <w:p w14:paraId="27D8E890" w14:textId="77777777" w:rsidR="007A5E59" w:rsidRDefault="007A5E59"/>
        </w:tc>
        <w:tc>
          <w:tcPr>
            <w:tcW w:w="0" w:type="auto"/>
          </w:tcPr>
          <w:p w14:paraId="475EA3CB" w14:textId="77777777" w:rsidR="007A5E59" w:rsidRDefault="007A5E59"/>
        </w:tc>
        <w:tc>
          <w:tcPr>
            <w:tcW w:w="0" w:type="auto"/>
          </w:tcPr>
          <w:p w14:paraId="14BE8787" w14:textId="77777777" w:rsidR="007A5E59" w:rsidRDefault="007A5E59"/>
        </w:tc>
        <w:tc>
          <w:tcPr>
            <w:tcW w:w="0" w:type="auto"/>
          </w:tcPr>
          <w:p w14:paraId="6C620548" w14:textId="77777777" w:rsidR="007A5E59" w:rsidRDefault="007A5E59"/>
        </w:tc>
        <w:tc>
          <w:tcPr>
            <w:tcW w:w="0" w:type="auto"/>
          </w:tcPr>
          <w:p w14:paraId="077180B0" w14:textId="77777777" w:rsidR="007A5E59" w:rsidRDefault="007A5E59"/>
        </w:tc>
        <w:tc>
          <w:tcPr>
            <w:tcW w:w="0" w:type="auto"/>
          </w:tcPr>
          <w:p w14:paraId="28629836" w14:textId="77777777" w:rsidR="007A5E59" w:rsidRDefault="007A5E59"/>
        </w:tc>
        <w:tc>
          <w:tcPr>
            <w:tcW w:w="0" w:type="auto"/>
          </w:tcPr>
          <w:p w14:paraId="697612E7" w14:textId="77777777" w:rsidR="007A5E59" w:rsidRDefault="007A5E59"/>
        </w:tc>
        <w:tc>
          <w:tcPr>
            <w:tcW w:w="0" w:type="auto"/>
          </w:tcPr>
          <w:p w14:paraId="71C0061A" w14:textId="77777777" w:rsidR="007A5E59" w:rsidRDefault="007A5E59"/>
        </w:tc>
        <w:tc>
          <w:tcPr>
            <w:tcW w:w="0" w:type="auto"/>
          </w:tcPr>
          <w:p w14:paraId="6EB6F9A5" w14:textId="77777777" w:rsidR="007A5E59" w:rsidRDefault="007A5E59"/>
        </w:tc>
        <w:tc>
          <w:tcPr>
            <w:tcW w:w="0" w:type="auto"/>
          </w:tcPr>
          <w:p w14:paraId="7C9425D9" w14:textId="77777777" w:rsidR="007A5E59" w:rsidRDefault="007A5E59"/>
        </w:tc>
        <w:tc>
          <w:tcPr>
            <w:tcW w:w="0" w:type="auto"/>
          </w:tcPr>
          <w:p w14:paraId="5A7D0039" w14:textId="77777777" w:rsidR="007A5E59" w:rsidRDefault="007A5E59"/>
        </w:tc>
        <w:tc>
          <w:tcPr>
            <w:tcW w:w="0" w:type="auto"/>
          </w:tcPr>
          <w:p w14:paraId="087E776F" w14:textId="77777777" w:rsidR="007A5E59" w:rsidRDefault="007A5E59"/>
        </w:tc>
        <w:tc>
          <w:tcPr>
            <w:tcW w:w="0" w:type="auto"/>
          </w:tcPr>
          <w:p w14:paraId="76B87FF0" w14:textId="77777777" w:rsidR="007A5E59" w:rsidRDefault="007A5E59"/>
        </w:tc>
        <w:tc>
          <w:tcPr>
            <w:tcW w:w="0" w:type="auto"/>
          </w:tcPr>
          <w:p w14:paraId="1F11173F" w14:textId="77777777" w:rsidR="007A5E59" w:rsidRDefault="007A5E59"/>
        </w:tc>
        <w:tc>
          <w:tcPr>
            <w:tcW w:w="0" w:type="auto"/>
          </w:tcPr>
          <w:p w14:paraId="6DB58581" w14:textId="77777777" w:rsidR="007A5E59" w:rsidRDefault="007A5E59"/>
        </w:tc>
      </w:tr>
      <w:tr w:rsidR="007A5E59" w14:paraId="4AB0D3FD" w14:textId="77777777">
        <w:trPr>
          <w:jc w:val="center"/>
        </w:trPr>
        <w:tc>
          <w:tcPr>
            <w:tcW w:w="0" w:type="auto"/>
          </w:tcPr>
          <w:p w14:paraId="224E20EE" w14:textId="77777777" w:rsidR="007A5E59" w:rsidRDefault="0095198F">
            <w:r>
              <w:t>Этап</w:t>
            </w:r>
          </w:p>
        </w:tc>
        <w:tc>
          <w:tcPr>
            <w:tcW w:w="0" w:type="auto"/>
          </w:tcPr>
          <w:p w14:paraId="2A52110C" w14:textId="77777777" w:rsidR="007A5E59" w:rsidRDefault="0095198F">
            <w:r>
              <w:t>Дн15</w:t>
            </w:r>
          </w:p>
        </w:tc>
        <w:tc>
          <w:tcPr>
            <w:tcW w:w="0" w:type="auto"/>
          </w:tcPr>
          <w:p w14:paraId="2964B0E2" w14:textId="77777777" w:rsidR="007A5E59" w:rsidRDefault="0095198F">
            <w:r>
              <w:t>Дн20</w:t>
            </w:r>
          </w:p>
        </w:tc>
        <w:tc>
          <w:tcPr>
            <w:tcW w:w="0" w:type="auto"/>
          </w:tcPr>
          <w:p w14:paraId="16E2986F" w14:textId="77777777" w:rsidR="007A5E59" w:rsidRDefault="0095198F">
            <w:r>
              <w:t>Дн25</w:t>
            </w:r>
          </w:p>
        </w:tc>
        <w:tc>
          <w:tcPr>
            <w:tcW w:w="0" w:type="auto"/>
          </w:tcPr>
          <w:p w14:paraId="0DFE94FF" w14:textId="77777777" w:rsidR="007A5E59" w:rsidRDefault="0095198F">
            <w:r>
              <w:t>Дн32</w:t>
            </w:r>
          </w:p>
        </w:tc>
        <w:tc>
          <w:tcPr>
            <w:tcW w:w="0" w:type="auto"/>
          </w:tcPr>
          <w:p w14:paraId="7AA6B6BA" w14:textId="77777777" w:rsidR="007A5E59" w:rsidRDefault="0095198F">
            <w:r>
              <w:t>Дн40</w:t>
            </w:r>
          </w:p>
        </w:tc>
        <w:tc>
          <w:tcPr>
            <w:tcW w:w="0" w:type="auto"/>
          </w:tcPr>
          <w:p w14:paraId="68BCF155" w14:textId="77777777" w:rsidR="007A5E59" w:rsidRDefault="0095198F">
            <w:r>
              <w:t>Дн50</w:t>
            </w:r>
          </w:p>
        </w:tc>
        <w:tc>
          <w:tcPr>
            <w:tcW w:w="0" w:type="auto"/>
          </w:tcPr>
          <w:p w14:paraId="33833C25" w14:textId="77777777" w:rsidR="007A5E59" w:rsidRDefault="0095198F">
            <w:r>
              <w:t>Дн65</w:t>
            </w:r>
          </w:p>
        </w:tc>
        <w:tc>
          <w:tcPr>
            <w:tcW w:w="0" w:type="auto"/>
          </w:tcPr>
          <w:p w14:paraId="4CA7315B" w14:textId="77777777" w:rsidR="007A5E59" w:rsidRDefault="0095198F">
            <w:r>
              <w:t>Дн68</w:t>
            </w:r>
          </w:p>
        </w:tc>
        <w:tc>
          <w:tcPr>
            <w:tcW w:w="0" w:type="auto"/>
          </w:tcPr>
          <w:p w14:paraId="451D48B3" w14:textId="77777777" w:rsidR="007A5E59" w:rsidRDefault="0095198F">
            <w:r>
              <w:t>Дн70</w:t>
            </w:r>
          </w:p>
        </w:tc>
        <w:tc>
          <w:tcPr>
            <w:tcW w:w="0" w:type="auto"/>
          </w:tcPr>
          <w:p w14:paraId="0F7AD04D" w14:textId="77777777" w:rsidR="007A5E59" w:rsidRDefault="0095198F">
            <w:r>
              <w:t>Дн80</w:t>
            </w:r>
          </w:p>
        </w:tc>
        <w:tc>
          <w:tcPr>
            <w:tcW w:w="0" w:type="auto"/>
          </w:tcPr>
          <w:p w14:paraId="7595C235" w14:textId="77777777" w:rsidR="007A5E59" w:rsidRDefault="0095198F">
            <w:r>
              <w:t>Дн100</w:t>
            </w:r>
          </w:p>
        </w:tc>
        <w:tc>
          <w:tcPr>
            <w:tcW w:w="0" w:type="auto"/>
          </w:tcPr>
          <w:p w14:paraId="0D4859DA" w14:textId="77777777" w:rsidR="007A5E59" w:rsidRDefault="0095198F">
            <w:r>
              <w:t>Дн125</w:t>
            </w:r>
          </w:p>
        </w:tc>
        <w:tc>
          <w:tcPr>
            <w:tcW w:w="0" w:type="auto"/>
          </w:tcPr>
          <w:p w14:paraId="2BABB792" w14:textId="77777777" w:rsidR="007A5E59" w:rsidRDefault="0095198F">
            <w:r>
              <w:t>Дн150</w:t>
            </w:r>
          </w:p>
        </w:tc>
        <w:tc>
          <w:tcPr>
            <w:tcW w:w="0" w:type="auto"/>
          </w:tcPr>
          <w:p w14:paraId="75AE186E" w14:textId="77777777" w:rsidR="007A5E59" w:rsidRDefault="0095198F">
            <w:r>
              <w:t>Дн200</w:t>
            </w:r>
          </w:p>
        </w:tc>
        <w:tc>
          <w:tcPr>
            <w:tcW w:w="0" w:type="auto"/>
          </w:tcPr>
          <w:p w14:paraId="32EC1D3C" w14:textId="77777777" w:rsidR="007A5E59" w:rsidRDefault="0095198F">
            <w:r>
              <w:t>Дн250</w:t>
            </w:r>
          </w:p>
        </w:tc>
        <w:tc>
          <w:tcPr>
            <w:tcW w:w="0" w:type="auto"/>
          </w:tcPr>
          <w:p w14:paraId="272A6895" w14:textId="77777777" w:rsidR="007A5E59" w:rsidRDefault="0095198F">
            <w:r>
              <w:t>Дн300</w:t>
            </w:r>
          </w:p>
        </w:tc>
        <w:tc>
          <w:tcPr>
            <w:tcW w:w="0" w:type="auto"/>
          </w:tcPr>
          <w:p w14:paraId="20FAD12E" w14:textId="77777777" w:rsidR="007A5E59" w:rsidRDefault="0095198F">
            <w:r>
              <w:t>Дн350</w:t>
            </w:r>
          </w:p>
        </w:tc>
        <w:tc>
          <w:tcPr>
            <w:tcW w:w="0" w:type="auto"/>
          </w:tcPr>
          <w:p w14:paraId="51379C44" w14:textId="77777777" w:rsidR="007A5E59" w:rsidRDefault="0095198F">
            <w:r>
              <w:t>Дн400</w:t>
            </w:r>
          </w:p>
        </w:tc>
        <w:tc>
          <w:tcPr>
            <w:tcW w:w="0" w:type="auto"/>
          </w:tcPr>
          <w:p w14:paraId="5D72AC47" w14:textId="77777777" w:rsidR="007A5E59" w:rsidRDefault="0095198F">
            <w:r>
              <w:t>Дн500</w:t>
            </w:r>
          </w:p>
        </w:tc>
        <w:tc>
          <w:tcPr>
            <w:tcW w:w="0" w:type="auto"/>
          </w:tcPr>
          <w:p w14:paraId="1347F5E3" w14:textId="77777777" w:rsidR="007A5E59" w:rsidRDefault="007A5E59"/>
        </w:tc>
      </w:tr>
      <w:tr w:rsidR="007A5E59" w14:paraId="5365DCEF" w14:textId="77777777">
        <w:trPr>
          <w:jc w:val="center"/>
        </w:trPr>
        <w:tc>
          <w:tcPr>
            <w:tcW w:w="0" w:type="auto"/>
          </w:tcPr>
          <w:p w14:paraId="7CC17888" w14:textId="77777777" w:rsidR="007A5E59" w:rsidRDefault="0095198F">
            <w:r>
              <w:t>2026 (год ввода до 2001 включительно)</w:t>
            </w:r>
          </w:p>
        </w:tc>
        <w:tc>
          <w:tcPr>
            <w:tcW w:w="0" w:type="auto"/>
          </w:tcPr>
          <w:p w14:paraId="253A01A1" w14:textId="77777777" w:rsidR="007A5E59" w:rsidRDefault="0095198F">
            <w:pPr>
              <w:jc w:val="center"/>
            </w:pPr>
            <w:r>
              <w:t>0,0</w:t>
            </w:r>
          </w:p>
        </w:tc>
        <w:tc>
          <w:tcPr>
            <w:tcW w:w="0" w:type="auto"/>
          </w:tcPr>
          <w:p w14:paraId="3D5D39A8" w14:textId="77777777" w:rsidR="007A5E59" w:rsidRDefault="0095198F">
            <w:pPr>
              <w:jc w:val="center"/>
            </w:pPr>
            <w:r>
              <w:t>0,0</w:t>
            </w:r>
          </w:p>
        </w:tc>
        <w:tc>
          <w:tcPr>
            <w:tcW w:w="0" w:type="auto"/>
          </w:tcPr>
          <w:p w14:paraId="3C79B667" w14:textId="77777777" w:rsidR="007A5E59" w:rsidRDefault="0095198F">
            <w:pPr>
              <w:jc w:val="center"/>
            </w:pPr>
            <w:r>
              <w:t>20,0</w:t>
            </w:r>
          </w:p>
        </w:tc>
        <w:tc>
          <w:tcPr>
            <w:tcW w:w="0" w:type="auto"/>
          </w:tcPr>
          <w:p w14:paraId="24575520" w14:textId="77777777" w:rsidR="007A5E59" w:rsidRDefault="0095198F">
            <w:pPr>
              <w:jc w:val="center"/>
            </w:pPr>
            <w:r>
              <w:t>0,0</w:t>
            </w:r>
          </w:p>
        </w:tc>
        <w:tc>
          <w:tcPr>
            <w:tcW w:w="0" w:type="auto"/>
          </w:tcPr>
          <w:p w14:paraId="45697FF2" w14:textId="77777777" w:rsidR="007A5E59" w:rsidRDefault="0095198F">
            <w:pPr>
              <w:jc w:val="center"/>
            </w:pPr>
            <w:r>
              <w:t>0,0</w:t>
            </w:r>
          </w:p>
        </w:tc>
        <w:tc>
          <w:tcPr>
            <w:tcW w:w="0" w:type="auto"/>
          </w:tcPr>
          <w:p w14:paraId="7B5E4026" w14:textId="77777777" w:rsidR="007A5E59" w:rsidRDefault="0095198F">
            <w:pPr>
              <w:jc w:val="center"/>
            </w:pPr>
            <w:r>
              <w:t>215,0</w:t>
            </w:r>
          </w:p>
        </w:tc>
        <w:tc>
          <w:tcPr>
            <w:tcW w:w="0" w:type="auto"/>
          </w:tcPr>
          <w:p w14:paraId="69CFFED1" w14:textId="77777777" w:rsidR="007A5E59" w:rsidRDefault="0095198F">
            <w:pPr>
              <w:jc w:val="center"/>
            </w:pPr>
            <w:r>
              <w:t>0,0</w:t>
            </w:r>
          </w:p>
        </w:tc>
        <w:tc>
          <w:tcPr>
            <w:tcW w:w="0" w:type="auto"/>
          </w:tcPr>
          <w:p w14:paraId="6B6F926E" w14:textId="77777777" w:rsidR="007A5E59" w:rsidRDefault="0095198F">
            <w:pPr>
              <w:jc w:val="center"/>
            </w:pPr>
            <w:r>
              <w:t>0,0</w:t>
            </w:r>
          </w:p>
        </w:tc>
        <w:tc>
          <w:tcPr>
            <w:tcW w:w="0" w:type="auto"/>
          </w:tcPr>
          <w:p w14:paraId="3251857D" w14:textId="77777777" w:rsidR="007A5E59" w:rsidRDefault="0095198F">
            <w:pPr>
              <w:jc w:val="center"/>
            </w:pPr>
            <w:r>
              <w:t>0,0</w:t>
            </w:r>
          </w:p>
        </w:tc>
        <w:tc>
          <w:tcPr>
            <w:tcW w:w="0" w:type="auto"/>
          </w:tcPr>
          <w:p w14:paraId="7C7AEC3D" w14:textId="77777777" w:rsidR="007A5E59" w:rsidRDefault="0095198F">
            <w:pPr>
              <w:jc w:val="center"/>
            </w:pPr>
            <w:r>
              <w:t>0,0</w:t>
            </w:r>
          </w:p>
        </w:tc>
        <w:tc>
          <w:tcPr>
            <w:tcW w:w="0" w:type="auto"/>
          </w:tcPr>
          <w:p w14:paraId="12C5EC94" w14:textId="77777777" w:rsidR="007A5E59" w:rsidRDefault="0095198F">
            <w:pPr>
              <w:jc w:val="center"/>
            </w:pPr>
            <w:r>
              <w:t>250,0</w:t>
            </w:r>
          </w:p>
        </w:tc>
        <w:tc>
          <w:tcPr>
            <w:tcW w:w="0" w:type="auto"/>
          </w:tcPr>
          <w:p w14:paraId="4E11AC87" w14:textId="77777777" w:rsidR="007A5E59" w:rsidRDefault="0095198F">
            <w:pPr>
              <w:jc w:val="center"/>
            </w:pPr>
            <w:r>
              <w:t>0,0</w:t>
            </w:r>
          </w:p>
        </w:tc>
        <w:tc>
          <w:tcPr>
            <w:tcW w:w="0" w:type="auto"/>
          </w:tcPr>
          <w:p w14:paraId="17148AD1" w14:textId="77777777" w:rsidR="007A5E59" w:rsidRDefault="0095198F">
            <w:pPr>
              <w:jc w:val="center"/>
            </w:pPr>
            <w:r>
              <w:t>0,0</w:t>
            </w:r>
          </w:p>
        </w:tc>
        <w:tc>
          <w:tcPr>
            <w:tcW w:w="0" w:type="auto"/>
          </w:tcPr>
          <w:p w14:paraId="0A1E2A41" w14:textId="77777777" w:rsidR="007A5E59" w:rsidRDefault="0095198F">
            <w:pPr>
              <w:jc w:val="center"/>
            </w:pPr>
            <w:r>
              <w:t>0,0</w:t>
            </w:r>
          </w:p>
        </w:tc>
        <w:tc>
          <w:tcPr>
            <w:tcW w:w="0" w:type="auto"/>
          </w:tcPr>
          <w:p w14:paraId="4247A72D" w14:textId="77777777" w:rsidR="007A5E59" w:rsidRDefault="0095198F">
            <w:pPr>
              <w:jc w:val="center"/>
            </w:pPr>
            <w:r>
              <w:t>0,0</w:t>
            </w:r>
          </w:p>
        </w:tc>
        <w:tc>
          <w:tcPr>
            <w:tcW w:w="0" w:type="auto"/>
          </w:tcPr>
          <w:p w14:paraId="51E53F97" w14:textId="77777777" w:rsidR="007A5E59" w:rsidRDefault="0095198F">
            <w:pPr>
              <w:jc w:val="center"/>
            </w:pPr>
            <w:r>
              <w:t>0,0</w:t>
            </w:r>
          </w:p>
        </w:tc>
        <w:tc>
          <w:tcPr>
            <w:tcW w:w="0" w:type="auto"/>
          </w:tcPr>
          <w:p w14:paraId="62C56051" w14:textId="77777777" w:rsidR="007A5E59" w:rsidRDefault="0095198F">
            <w:pPr>
              <w:jc w:val="center"/>
            </w:pPr>
            <w:r>
              <w:t>0,0</w:t>
            </w:r>
          </w:p>
        </w:tc>
        <w:tc>
          <w:tcPr>
            <w:tcW w:w="0" w:type="auto"/>
          </w:tcPr>
          <w:p w14:paraId="490CE2CF" w14:textId="77777777" w:rsidR="007A5E59" w:rsidRDefault="0095198F">
            <w:pPr>
              <w:jc w:val="center"/>
            </w:pPr>
            <w:r>
              <w:t>0,0</w:t>
            </w:r>
          </w:p>
        </w:tc>
        <w:tc>
          <w:tcPr>
            <w:tcW w:w="0" w:type="auto"/>
          </w:tcPr>
          <w:p w14:paraId="0E6601CF" w14:textId="77777777" w:rsidR="007A5E59" w:rsidRDefault="0095198F">
            <w:pPr>
              <w:jc w:val="center"/>
            </w:pPr>
            <w:r>
              <w:t>0,0</w:t>
            </w:r>
          </w:p>
        </w:tc>
        <w:tc>
          <w:tcPr>
            <w:tcW w:w="0" w:type="auto"/>
          </w:tcPr>
          <w:p w14:paraId="7A60172C" w14:textId="77777777" w:rsidR="007A5E59" w:rsidRDefault="0095198F">
            <w:pPr>
              <w:jc w:val="center"/>
            </w:pPr>
            <w:r>
              <w:t>485,0</w:t>
            </w:r>
          </w:p>
        </w:tc>
      </w:tr>
      <w:tr w:rsidR="007A5E59" w14:paraId="25D3D3DE" w14:textId="77777777">
        <w:trPr>
          <w:jc w:val="center"/>
        </w:trPr>
        <w:tc>
          <w:tcPr>
            <w:tcW w:w="0" w:type="auto"/>
          </w:tcPr>
          <w:p w14:paraId="05D990AC" w14:textId="77777777" w:rsidR="007A5E59" w:rsidRDefault="0095198F">
            <w:r>
              <w:t>2031 (год ввода 2002–2006)</w:t>
            </w:r>
          </w:p>
        </w:tc>
        <w:tc>
          <w:tcPr>
            <w:tcW w:w="0" w:type="auto"/>
          </w:tcPr>
          <w:p w14:paraId="068FD3C8" w14:textId="77777777" w:rsidR="007A5E59" w:rsidRDefault="0095198F">
            <w:pPr>
              <w:jc w:val="center"/>
            </w:pPr>
            <w:r>
              <w:t>0,0</w:t>
            </w:r>
          </w:p>
        </w:tc>
        <w:tc>
          <w:tcPr>
            <w:tcW w:w="0" w:type="auto"/>
          </w:tcPr>
          <w:p w14:paraId="56BC4319" w14:textId="77777777" w:rsidR="007A5E59" w:rsidRDefault="0095198F">
            <w:pPr>
              <w:jc w:val="center"/>
            </w:pPr>
            <w:r>
              <w:t>0,0</w:t>
            </w:r>
          </w:p>
        </w:tc>
        <w:tc>
          <w:tcPr>
            <w:tcW w:w="0" w:type="auto"/>
          </w:tcPr>
          <w:p w14:paraId="0F66ECB4" w14:textId="77777777" w:rsidR="007A5E59" w:rsidRDefault="0095198F">
            <w:pPr>
              <w:jc w:val="center"/>
            </w:pPr>
            <w:r>
              <w:t>115,0</w:t>
            </w:r>
          </w:p>
        </w:tc>
        <w:tc>
          <w:tcPr>
            <w:tcW w:w="0" w:type="auto"/>
          </w:tcPr>
          <w:p w14:paraId="7A9367F7" w14:textId="77777777" w:rsidR="007A5E59" w:rsidRDefault="0095198F">
            <w:pPr>
              <w:jc w:val="center"/>
            </w:pPr>
            <w:r>
              <w:t>0,0</w:t>
            </w:r>
          </w:p>
        </w:tc>
        <w:tc>
          <w:tcPr>
            <w:tcW w:w="0" w:type="auto"/>
          </w:tcPr>
          <w:p w14:paraId="04085FE0" w14:textId="77777777" w:rsidR="007A5E59" w:rsidRDefault="0095198F">
            <w:pPr>
              <w:jc w:val="center"/>
            </w:pPr>
            <w:r>
              <w:t>0,0</w:t>
            </w:r>
          </w:p>
        </w:tc>
        <w:tc>
          <w:tcPr>
            <w:tcW w:w="0" w:type="auto"/>
          </w:tcPr>
          <w:p w14:paraId="5052D2A4" w14:textId="77777777" w:rsidR="007A5E59" w:rsidRDefault="0095198F">
            <w:pPr>
              <w:jc w:val="center"/>
            </w:pPr>
            <w:r>
              <w:t>220,0</w:t>
            </w:r>
          </w:p>
        </w:tc>
        <w:tc>
          <w:tcPr>
            <w:tcW w:w="0" w:type="auto"/>
          </w:tcPr>
          <w:p w14:paraId="1467B53F" w14:textId="77777777" w:rsidR="007A5E59" w:rsidRDefault="0095198F">
            <w:pPr>
              <w:jc w:val="center"/>
            </w:pPr>
            <w:r>
              <w:t>0,0</w:t>
            </w:r>
          </w:p>
        </w:tc>
        <w:tc>
          <w:tcPr>
            <w:tcW w:w="0" w:type="auto"/>
          </w:tcPr>
          <w:p w14:paraId="69A0F94B" w14:textId="77777777" w:rsidR="007A5E59" w:rsidRDefault="0095198F">
            <w:pPr>
              <w:jc w:val="center"/>
            </w:pPr>
            <w:r>
              <w:t>0,0</w:t>
            </w:r>
          </w:p>
        </w:tc>
        <w:tc>
          <w:tcPr>
            <w:tcW w:w="0" w:type="auto"/>
          </w:tcPr>
          <w:p w14:paraId="5F88900E" w14:textId="77777777" w:rsidR="007A5E59" w:rsidRDefault="0095198F">
            <w:pPr>
              <w:jc w:val="center"/>
            </w:pPr>
            <w:r>
              <w:t>0,0</w:t>
            </w:r>
          </w:p>
        </w:tc>
        <w:tc>
          <w:tcPr>
            <w:tcW w:w="0" w:type="auto"/>
          </w:tcPr>
          <w:p w14:paraId="150B52D0" w14:textId="77777777" w:rsidR="007A5E59" w:rsidRDefault="0095198F">
            <w:pPr>
              <w:jc w:val="center"/>
            </w:pPr>
            <w:r>
              <w:t>0,0</w:t>
            </w:r>
          </w:p>
        </w:tc>
        <w:tc>
          <w:tcPr>
            <w:tcW w:w="0" w:type="auto"/>
          </w:tcPr>
          <w:p w14:paraId="6E74B45A" w14:textId="77777777" w:rsidR="007A5E59" w:rsidRDefault="0095198F">
            <w:pPr>
              <w:jc w:val="center"/>
            </w:pPr>
            <w:r>
              <w:t>46,0</w:t>
            </w:r>
          </w:p>
        </w:tc>
        <w:tc>
          <w:tcPr>
            <w:tcW w:w="0" w:type="auto"/>
          </w:tcPr>
          <w:p w14:paraId="0E37C2C8" w14:textId="77777777" w:rsidR="007A5E59" w:rsidRDefault="0095198F">
            <w:pPr>
              <w:jc w:val="center"/>
            </w:pPr>
            <w:r>
              <w:t>575,0</w:t>
            </w:r>
          </w:p>
        </w:tc>
        <w:tc>
          <w:tcPr>
            <w:tcW w:w="0" w:type="auto"/>
          </w:tcPr>
          <w:p w14:paraId="0C381D4B" w14:textId="77777777" w:rsidR="007A5E59" w:rsidRDefault="0095198F">
            <w:pPr>
              <w:jc w:val="center"/>
            </w:pPr>
            <w:r>
              <w:t>260,0</w:t>
            </w:r>
          </w:p>
        </w:tc>
        <w:tc>
          <w:tcPr>
            <w:tcW w:w="0" w:type="auto"/>
          </w:tcPr>
          <w:p w14:paraId="5FC88748" w14:textId="77777777" w:rsidR="007A5E59" w:rsidRDefault="0095198F">
            <w:pPr>
              <w:jc w:val="center"/>
            </w:pPr>
            <w:r>
              <w:t>0,0</w:t>
            </w:r>
          </w:p>
        </w:tc>
        <w:tc>
          <w:tcPr>
            <w:tcW w:w="0" w:type="auto"/>
          </w:tcPr>
          <w:p w14:paraId="2AFAC879" w14:textId="77777777" w:rsidR="007A5E59" w:rsidRDefault="0095198F">
            <w:pPr>
              <w:jc w:val="center"/>
            </w:pPr>
            <w:r>
              <w:t>0,0</w:t>
            </w:r>
          </w:p>
        </w:tc>
        <w:tc>
          <w:tcPr>
            <w:tcW w:w="0" w:type="auto"/>
          </w:tcPr>
          <w:p w14:paraId="71E99256" w14:textId="77777777" w:rsidR="007A5E59" w:rsidRDefault="0095198F">
            <w:pPr>
              <w:jc w:val="center"/>
            </w:pPr>
            <w:r>
              <w:t>0,0</w:t>
            </w:r>
          </w:p>
        </w:tc>
        <w:tc>
          <w:tcPr>
            <w:tcW w:w="0" w:type="auto"/>
          </w:tcPr>
          <w:p w14:paraId="289FD8EA" w14:textId="77777777" w:rsidR="007A5E59" w:rsidRDefault="0095198F">
            <w:pPr>
              <w:jc w:val="center"/>
            </w:pPr>
            <w:r>
              <w:t>0,0</w:t>
            </w:r>
          </w:p>
        </w:tc>
        <w:tc>
          <w:tcPr>
            <w:tcW w:w="0" w:type="auto"/>
          </w:tcPr>
          <w:p w14:paraId="17516399" w14:textId="77777777" w:rsidR="007A5E59" w:rsidRDefault="0095198F">
            <w:pPr>
              <w:jc w:val="center"/>
            </w:pPr>
            <w:r>
              <w:t>0,0</w:t>
            </w:r>
          </w:p>
        </w:tc>
        <w:tc>
          <w:tcPr>
            <w:tcW w:w="0" w:type="auto"/>
          </w:tcPr>
          <w:p w14:paraId="2866AF36" w14:textId="77777777" w:rsidR="007A5E59" w:rsidRDefault="0095198F">
            <w:pPr>
              <w:jc w:val="center"/>
            </w:pPr>
            <w:r>
              <w:t>0,0</w:t>
            </w:r>
          </w:p>
        </w:tc>
        <w:tc>
          <w:tcPr>
            <w:tcW w:w="0" w:type="auto"/>
          </w:tcPr>
          <w:p w14:paraId="065C812A" w14:textId="77777777" w:rsidR="007A5E59" w:rsidRDefault="0095198F">
            <w:pPr>
              <w:jc w:val="center"/>
            </w:pPr>
            <w:r>
              <w:t>1 216,0</w:t>
            </w:r>
          </w:p>
        </w:tc>
      </w:tr>
      <w:tr w:rsidR="007A5E59" w14:paraId="6AF3833F" w14:textId="77777777">
        <w:trPr>
          <w:jc w:val="center"/>
        </w:trPr>
        <w:tc>
          <w:tcPr>
            <w:tcW w:w="0" w:type="auto"/>
          </w:tcPr>
          <w:p w14:paraId="4A73BA8C" w14:textId="77777777" w:rsidR="007A5E59" w:rsidRDefault="0095198F">
            <w:r>
              <w:t>2036 (год ввода 2007–2011)</w:t>
            </w:r>
          </w:p>
        </w:tc>
        <w:tc>
          <w:tcPr>
            <w:tcW w:w="0" w:type="auto"/>
          </w:tcPr>
          <w:p w14:paraId="54C870F6" w14:textId="77777777" w:rsidR="007A5E59" w:rsidRDefault="0095198F">
            <w:pPr>
              <w:jc w:val="center"/>
            </w:pPr>
            <w:r>
              <w:t>0,0</w:t>
            </w:r>
          </w:p>
        </w:tc>
        <w:tc>
          <w:tcPr>
            <w:tcW w:w="0" w:type="auto"/>
          </w:tcPr>
          <w:p w14:paraId="28A280FC" w14:textId="77777777" w:rsidR="007A5E59" w:rsidRDefault="0095198F">
            <w:pPr>
              <w:jc w:val="center"/>
            </w:pPr>
            <w:r>
              <w:t>0,0</w:t>
            </w:r>
          </w:p>
        </w:tc>
        <w:tc>
          <w:tcPr>
            <w:tcW w:w="0" w:type="auto"/>
          </w:tcPr>
          <w:p w14:paraId="7D3B016F" w14:textId="77777777" w:rsidR="007A5E59" w:rsidRDefault="0095198F">
            <w:pPr>
              <w:jc w:val="center"/>
            </w:pPr>
            <w:r>
              <w:t>20,0</w:t>
            </w:r>
          </w:p>
        </w:tc>
        <w:tc>
          <w:tcPr>
            <w:tcW w:w="0" w:type="auto"/>
          </w:tcPr>
          <w:p w14:paraId="5BB300E0" w14:textId="77777777" w:rsidR="007A5E59" w:rsidRDefault="0095198F">
            <w:pPr>
              <w:jc w:val="center"/>
            </w:pPr>
            <w:r>
              <w:t>0,0</w:t>
            </w:r>
          </w:p>
        </w:tc>
        <w:tc>
          <w:tcPr>
            <w:tcW w:w="0" w:type="auto"/>
          </w:tcPr>
          <w:p w14:paraId="7D356D75" w14:textId="77777777" w:rsidR="007A5E59" w:rsidRDefault="0095198F">
            <w:pPr>
              <w:jc w:val="center"/>
            </w:pPr>
            <w:r>
              <w:t>0,0</w:t>
            </w:r>
          </w:p>
        </w:tc>
        <w:tc>
          <w:tcPr>
            <w:tcW w:w="0" w:type="auto"/>
          </w:tcPr>
          <w:p w14:paraId="05B52AC7" w14:textId="77777777" w:rsidR="007A5E59" w:rsidRDefault="0095198F">
            <w:pPr>
              <w:jc w:val="center"/>
            </w:pPr>
            <w:r>
              <w:t>155,0</w:t>
            </w:r>
          </w:p>
        </w:tc>
        <w:tc>
          <w:tcPr>
            <w:tcW w:w="0" w:type="auto"/>
          </w:tcPr>
          <w:p w14:paraId="1236BEC8" w14:textId="77777777" w:rsidR="007A5E59" w:rsidRDefault="0095198F">
            <w:pPr>
              <w:jc w:val="center"/>
            </w:pPr>
            <w:r>
              <w:t>0,0</w:t>
            </w:r>
          </w:p>
        </w:tc>
        <w:tc>
          <w:tcPr>
            <w:tcW w:w="0" w:type="auto"/>
          </w:tcPr>
          <w:p w14:paraId="5941B1C2" w14:textId="77777777" w:rsidR="007A5E59" w:rsidRDefault="0095198F">
            <w:pPr>
              <w:jc w:val="center"/>
            </w:pPr>
            <w:r>
              <w:t>0,0</w:t>
            </w:r>
          </w:p>
        </w:tc>
        <w:tc>
          <w:tcPr>
            <w:tcW w:w="0" w:type="auto"/>
          </w:tcPr>
          <w:p w14:paraId="484D34AB" w14:textId="77777777" w:rsidR="007A5E59" w:rsidRDefault="0095198F">
            <w:pPr>
              <w:jc w:val="center"/>
            </w:pPr>
            <w:r>
              <w:t>0,0</w:t>
            </w:r>
          </w:p>
        </w:tc>
        <w:tc>
          <w:tcPr>
            <w:tcW w:w="0" w:type="auto"/>
          </w:tcPr>
          <w:p w14:paraId="54EA721D" w14:textId="77777777" w:rsidR="007A5E59" w:rsidRDefault="0095198F">
            <w:pPr>
              <w:jc w:val="center"/>
            </w:pPr>
            <w:r>
              <w:t>0,0</w:t>
            </w:r>
          </w:p>
        </w:tc>
        <w:tc>
          <w:tcPr>
            <w:tcW w:w="0" w:type="auto"/>
          </w:tcPr>
          <w:p w14:paraId="4128B540" w14:textId="77777777" w:rsidR="007A5E59" w:rsidRDefault="0095198F">
            <w:pPr>
              <w:jc w:val="center"/>
            </w:pPr>
            <w:r>
              <w:t>1 140,0</w:t>
            </w:r>
          </w:p>
        </w:tc>
        <w:tc>
          <w:tcPr>
            <w:tcW w:w="0" w:type="auto"/>
          </w:tcPr>
          <w:p w14:paraId="51BE359C" w14:textId="77777777" w:rsidR="007A5E59" w:rsidRDefault="0095198F">
            <w:pPr>
              <w:jc w:val="center"/>
            </w:pPr>
            <w:r>
              <w:t>0,0</w:t>
            </w:r>
          </w:p>
        </w:tc>
        <w:tc>
          <w:tcPr>
            <w:tcW w:w="0" w:type="auto"/>
          </w:tcPr>
          <w:p w14:paraId="091B87F4" w14:textId="77777777" w:rsidR="007A5E59" w:rsidRDefault="0095198F">
            <w:pPr>
              <w:jc w:val="center"/>
            </w:pPr>
            <w:r>
              <w:t>0,0</w:t>
            </w:r>
          </w:p>
        </w:tc>
        <w:tc>
          <w:tcPr>
            <w:tcW w:w="0" w:type="auto"/>
          </w:tcPr>
          <w:p w14:paraId="003B4CCC" w14:textId="77777777" w:rsidR="007A5E59" w:rsidRDefault="0095198F">
            <w:pPr>
              <w:jc w:val="center"/>
            </w:pPr>
            <w:r>
              <w:t>0,0</w:t>
            </w:r>
          </w:p>
        </w:tc>
        <w:tc>
          <w:tcPr>
            <w:tcW w:w="0" w:type="auto"/>
          </w:tcPr>
          <w:p w14:paraId="7DFDE793" w14:textId="77777777" w:rsidR="007A5E59" w:rsidRDefault="0095198F">
            <w:pPr>
              <w:jc w:val="center"/>
            </w:pPr>
            <w:r>
              <w:t>0,0</w:t>
            </w:r>
          </w:p>
        </w:tc>
        <w:tc>
          <w:tcPr>
            <w:tcW w:w="0" w:type="auto"/>
          </w:tcPr>
          <w:p w14:paraId="10A9FED3" w14:textId="77777777" w:rsidR="007A5E59" w:rsidRDefault="0095198F">
            <w:pPr>
              <w:jc w:val="center"/>
            </w:pPr>
            <w:r>
              <w:t>0,0</w:t>
            </w:r>
          </w:p>
        </w:tc>
        <w:tc>
          <w:tcPr>
            <w:tcW w:w="0" w:type="auto"/>
          </w:tcPr>
          <w:p w14:paraId="64A18F49" w14:textId="77777777" w:rsidR="007A5E59" w:rsidRDefault="0095198F">
            <w:pPr>
              <w:jc w:val="center"/>
            </w:pPr>
            <w:r>
              <w:t>0,0</w:t>
            </w:r>
          </w:p>
        </w:tc>
        <w:tc>
          <w:tcPr>
            <w:tcW w:w="0" w:type="auto"/>
          </w:tcPr>
          <w:p w14:paraId="2502CAEC" w14:textId="77777777" w:rsidR="007A5E59" w:rsidRDefault="0095198F">
            <w:pPr>
              <w:jc w:val="center"/>
            </w:pPr>
            <w:r>
              <w:t>0,0</w:t>
            </w:r>
          </w:p>
        </w:tc>
        <w:tc>
          <w:tcPr>
            <w:tcW w:w="0" w:type="auto"/>
          </w:tcPr>
          <w:p w14:paraId="772F8CAF" w14:textId="77777777" w:rsidR="007A5E59" w:rsidRDefault="0095198F">
            <w:pPr>
              <w:jc w:val="center"/>
            </w:pPr>
            <w:r>
              <w:t>0,0</w:t>
            </w:r>
          </w:p>
        </w:tc>
        <w:tc>
          <w:tcPr>
            <w:tcW w:w="0" w:type="auto"/>
          </w:tcPr>
          <w:p w14:paraId="76350451" w14:textId="77777777" w:rsidR="007A5E59" w:rsidRDefault="0095198F">
            <w:pPr>
              <w:jc w:val="center"/>
            </w:pPr>
            <w:r>
              <w:t>1 315,0</w:t>
            </w:r>
          </w:p>
        </w:tc>
      </w:tr>
      <w:tr w:rsidR="007A5E59" w14:paraId="3A0B09CA" w14:textId="77777777">
        <w:trPr>
          <w:jc w:val="center"/>
        </w:trPr>
        <w:tc>
          <w:tcPr>
            <w:tcW w:w="0" w:type="auto"/>
            <w:shd w:val="clear" w:color="auto" w:fill="DBE5F1"/>
          </w:tcPr>
          <w:p w14:paraId="1AFEF06A" w14:textId="77777777" w:rsidR="007A5E59" w:rsidRDefault="0095198F">
            <w:r>
              <w:rPr>
                <w:b/>
              </w:rPr>
              <w:t>ИТОГО под замену 2026–2036</w:t>
            </w:r>
          </w:p>
        </w:tc>
        <w:tc>
          <w:tcPr>
            <w:tcW w:w="0" w:type="auto"/>
            <w:shd w:val="clear" w:color="auto" w:fill="DBE5F1"/>
          </w:tcPr>
          <w:p w14:paraId="4159D4F8" w14:textId="77777777" w:rsidR="007A5E59" w:rsidRDefault="0095198F">
            <w:pPr>
              <w:jc w:val="center"/>
            </w:pPr>
            <w:r>
              <w:rPr>
                <w:b/>
              </w:rPr>
              <w:t>0,0</w:t>
            </w:r>
          </w:p>
        </w:tc>
        <w:tc>
          <w:tcPr>
            <w:tcW w:w="0" w:type="auto"/>
            <w:shd w:val="clear" w:color="auto" w:fill="DBE5F1"/>
          </w:tcPr>
          <w:p w14:paraId="2E4C0C5B" w14:textId="77777777" w:rsidR="007A5E59" w:rsidRDefault="0095198F">
            <w:pPr>
              <w:jc w:val="center"/>
            </w:pPr>
            <w:r>
              <w:rPr>
                <w:b/>
              </w:rPr>
              <w:t>0,0</w:t>
            </w:r>
          </w:p>
        </w:tc>
        <w:tc>
          <w:tcPr>
            <w:tcW w:w="0" w:type="auto"/>
            <w:shd w:val="clear" w:color="auto" w:fill="DBE5F1"/>
          </w:tcPr>
          <w:p w14:paraId="3682C5DE" w14:textId="77777777" w:rsidR="007A5E59" w:rsidRDefault="0095198F">
            <w:pPr>
              <w:jc w:val="center"/>
            </w:pPr>
            <w:r>
              <w:rPr>
                <w:b/>
              </w:rPr>
              <w:t>155,0</w:t>
            </w:r>
          </w:p>
        </w:tc>
        <w:tc>
          <w:tcPr>
            <w:tcW w:w="0" w:type="auto"/>
            <w:shd w:val="clear" w:color="auto" w:fill="DBE5F1"/>
          </w:tcPr>
          <w:p w14:paraId="51EDA213" w14:textId="77777777" w:rsidR="007A5E59" w:rsidRDefault="0095198F">
            <w:pPr>
              <w:jc w:val="center"/>
            </w:pPr>
            <w:r>
              <w:rPr>
                <w:b/>
              </w:rPr>
              <w:t>0,0</w:t>
            </w:r>
          </w:p>
        </w:tc>
        <w:tc>
          <w:tcPr>
            <w:tcW w:w="0" w:type="auto"/>
            <w:shd w:val="clear" w:color="auto" w:fill="DBE5F1"/>
          </w:tcPr>
          <w:p w14:paraId="246F973C" w14:textId="77777777" w:rsidR="007A5E59" w:rsidRDefault="0095198F">
            <w:pPr>
              <w:jc w:val="center"/>
            </w:pPr>
            <w:r>
              <w:rPr>
                <w:b/>
              </w:rPr>
              <w:t>0,0</w:t>
            </w:r>
          </w:p>
        </w:tc>
        <w:tc>
          <w:tcPr>
            <w:tcW w:w="0" w:type="auto"/>
            <w:shd w:val="clear" w:color="auto" w:fill="DBE5F1"/>
          </w:tcPr>
          <w:p w14:paraId="68099496" w14:textId="77777777" w:rsidR="007A5E59" w:rsidRDefault="0095198F">
            <w:pPr>
              <w:jc w:val="center"/>
            </w:pPr>
            <w:r>
              <w:rPr>
                <w:b/>
              </w:rPr>
              <w:t>590,0</w:t>
            </w:r>
          </w:p>
        </w:tc>
        <w:tc>
          <w:tcPr>
            <w:tcW w:w="0" w:type="auto"/>
            <w:shd w:val="clear" w:color="auto" w:fill="DBE5F1"/>
          </w:tcPr>
          <w:p w14:paraId="52963CBF" w14:textId="77777777" w:rsidR="007A5E59" w:rsidRDefault="0095198F">
            <w:pPr>
              <w:jc w:val="center"/>
            </w:pPr>
            <w:r>
              <w:rPr>
                <w:b/>
              </w:rPr>
              <w:t>0,0</w:t>
            </w:r>
          </w:p>
        </w:tc>
        <w:tc>
          <w:tcPr>
            <w:tcW w:w="0" w:type="auto"/>
            <w:shd w:val="clear" w:color="auto" w:fill="DBE5F1"/>
          </w:tcPr>
          <w:p w14:paraId="68A547B2" w14:textId="77777777" w:rsidR="007A5E59" w:rsidRDefault="0095198F">
            <w:pPr>
              <w:jc w:val="center"/>
            </w:pPr>
            <w:r>
              <w:rPr>
                <w:b/>
              </w:rPr>
              <w:t>0,0</w:t>
            </w:r>
          </w:p>
        </w:tc>
        <w:tc>
          <w:tcPr>
            <w:tcW w:w="0" w:type="auto"/>
            <w:shd w:val="clear" w:color="auto" w:fill="DBE5F1"/>
          </w:tcPr>
          <w:p w14:paraId="27BC6F7A" w14:textId="77777777" w:rsidR="007A5E59" w:rsidRDefault="0095198F">
            <w:pPr>
              <w:jc w:val="center"/>
            </w:pPr>
            <w:r>
              <w:rPr>
                <w:b/>
              </w:rPr>
              <w:t>0,0</w:t>
            </w:r>
          </w:p>
        </w:tc>
        <w:tc>
          <w:tcPr>
            <w:tcW w:w="0" w:type="auto"/>
            <w:shd w:val="clear" w:color="auto" w:fill="DBE5F1"/>
          </w:tcPr>
          <w:p w14:paraId="030D5FCF" w14:textId="77777777" w:rsidR="007A5E59" w:rsidRDefault="0095198F">
            <w:pPr>
              <w:jc w:val="center"/>
            </w:pPr>
            <w:r>
              <w:rPr>
                <w:b/>
              </w:rPr>
              <w:t>0,0</w:t>
            </w:r>
          </w:p>
        </w:tc>
        <w:tc>
          <w:tcPr>
            <w:tcW w:w="0" w:type="auto"/>
            <w:shd w:val="clear" w:color="auto" w:fill="DBE5F1"/>
          </w:tcPr>
          <w:p w14:paraId="33213C6D" w14:textId="77777777" w:rsidR="007A5E59" w:rsidRDefault="0095198F">
            <w:pPr>
              <w:jc w:val="center"/>
            </w:pPr>
            <w:r>
              <w:rPr>
                <w:b/>
              </w:rPr>
              <w:t>1 436,0</w:t>
            </w:r>
          </w:p>
        </w:tc>
        <w:tc>
          <w:tcPr>
            <w:tcW w:w="0" w:type="auto"/>
            <w:shd w:val="clear" w:color="auto" w:fill="DBE5F1"/>
          </w:tcPr>
          <w:p w14:paraId="1D17EC3B" w14:textId="77777777" w:rsidR="007A5E59" w:rsidRDefault="0095198F">
            <w:pPr>
              <w:jc w:val="center"/>
            </w:pPr>
            <w:r>
              <w:rPr>
                <w:b/>
              </w:rPr>
              <w:t>575,0</w:t>
            </w:r>
          </w:p>
        </w:tc>
        <w:tc>
          <w:tcPr>
            <w:tcW w:w="0" w:type="auto"/>
            <w:shd w:val="clear" w:color="auto" w:fill="DBE5F1"/>
          </w:tcPr>
          <w:p w14:paraId="39CE5A9E" w14:textId="77777777" w:rsidR="007A5E59" w:rsidRDefault="0095198F">
            <w:pPr>
              <w:jc w:val="center"/>
            </w:pPr>
            <w:r>
              <w:rPr>
                <w:b/>
              </w:rPr>
              <w:t>260,0</w:t>
            </w:r>
          </w:p>
        </w:tc>
        <w:tc>
          <w:tcPr>
            <w:tcW w:w="0" w:type="auto"/>
            <w:shd w:val="clear" w:color="auto" w:fill="DBE5F1"/>
          </w:tcPr>
          <w:p w14:paraId="3C77284E" w14:textId="77777777" w:rsidR="007A5E59" w:rsidRDefault="0095198F">
            <w:pPr>
              <w:jc w:val="center"/>
            </w:pPr>
            <w:r>
              <w:rPr>
                <w:b/>
              </w:rPr>
              <w:t>0,0</w:t>
            </w:r>
          </w:p>
        </w:tc>
        <w:tc>
          <w:tcPr>
            <w:tcW w:w="0" w:type="auto"/>
            <w:shd w:val="clear" w:color="auto" w:fill="DBE5F1"/>
          </w:tcPr>
          <w:p w14:paraId="4252080F" w14:textId="77777777" w:rsidR="007A5E59" w:rsidRDefault="0095198F">
            <w:pPr>
              <w:jc w:val="center"/>
            </w:pPr>
            <w:r>
              <w:rPr>
                <w:b/>
              </w:rPr>
              <w:t>0,0</w:t>
            </w:r>
          </w:p>
        </w:tc>
        <w:tc>
          <w:tcPr>
            <w:tcW w:w="0" w:type="auto"/>
            <w:shd w:val="clear" w:color="auto" w:fill="DBE5F1"/>
          </w:tcPr>
          <w:p w14:paraId="600C0B7A" w14:textId="77777777" w:rsidR="007A5E59" w:rsidRDefault="0095198F">
            <w:pPr>
              <w:jc w:val="center"/>
            </w:pPr>
            <w:r>
              <w:rPr>
                <w:b/>
              </w:rPr>
              <w:t>0,0</w:t>
            </w:r>
          </w:p>
        </w:tc>
        <w:tc>
          <w:tcPr>
            <w:tcW w:w="0" w:type="auto"/>
            <w:shd w:val="clear" w:color="auto" w:fill="DBE5F1"/>
          </w:tcPr>
          <w:p w14:paraId="492133F7" w14:textId="77777777" w:rsidR="007A5E59" w:rsidRDefault="0095198F">
            <w:pPr>
              <w:jc w:val="center"/>
            </w:pPr>
            <w:r>
              <w:rPr>
                <w:b/>
              </w:rPr>
              <w:t>0,0</w:t>
            </w:r>
          </w:p>
        </w:tc>
        <w:tc>
          <w:tcPr>
            <w:tcW w:w="0" w:type="auto"/>
            <w:shd w:val="clear" w:color="auto" w:fill="DBE5F1"/>
          </w:tcPr>
          <w:p w14:paraId="19D3731C" w14:textId="77777777" w:rsidR="007A5E59" w:rsidRDefault="0095198F">
            <w:pPr>
              <w:jc w:val="center"/>
            </w:pPr>
            <w:r>
              <w:rPr>
                <w:b/>
              </w:rPr>
              <w:t>0,0</w:t>
            </w:r>
          </w:p>
        </w:tc>
        <w:tc>
          <w:tcPr>
            <w:tcW w:w="0" w:type="auto"/>
            <w:shd w:val="clear" w:color="auto" w:fill="DBE5F1"/>
          </w:tcPr>
          <w:p w14:paraId="5FF3AD9F" w14:textId="77777777" w:rsidR="007A5E59" w:rsidRDefault="0095198F">
            <w:pPr>
              <w:jc w:val="center"/>
            </w:pPr>
            <w:r>
              <w:rPr>
                <w:b/>
              </w:rPr>
              <w:t>0,0</w:t>
            </w:r>
          </w:p>
        </w:tc>
        <w:tc>
          <w:tcPr>
            <w:tcW w:w="0" w:type="auto"/>
            <w:shd w:val="clear" w:color="auto" w:fill="DBE5F1"/>
          </w:tcPr>
          <w:p w14:paraId="22588C4C" w14:textId="77777777" w:rsidR="007A5E59" w:rsidRDefault="0095198F">
            <w:pPr>
              <w:jc w:val="center"/>
            </w:pPr>
            <w:r>
              <w:rPr>
                <w:b/>
              </w:rPr>
              <w:t>3 016,0</w:t>
            </w:r>
          </w:p>
        </w:tc>
      </w:tr>
      <w:tr w:rsidR="007A5E59" w:rsidRPr="00C07C05" w14:paraId="57F38EF6" w14:textId="77777777">
        <w:trPr>
          <w:jc w:val="center"/>
        </w:trPr>
        <w:tc>
          <w:tcPr>
            <w:tcW w:w="0" w:type="auto"/>
          </w:tcPr>
          <w:p w14:paraId="54835D7A" w14:textId="77777777" w:rsidR="007A5E59" w:rsidRPr="00312815" w:rsidRDefault="0095198F">
            <w:pPr>
              <w:rPr>
                <w:lang w:val="ru-RU"/>
              </w:rPr>
            </w:pPr>
            <w:r w:rsidRPr="00312815">
              <w:rPr>
                <w:lang w:val="ru-RU"/>
              </w:rPr>
              <w:t>БЛОК 3. Площадь поверхности тепловых сетей, м² (</w:t>
            </w:r>
            <w:r>
              <w:t>π</w:t>
            </w:r>
            <w:r w:rsidRPr="00312815">
              <w:rPr>
                <w:lang w:val="ru-RU"/>
              </w:rPr>
              <w:t xml:space="preserve"> × Ø × длина по оси трассы)</w:t>
            </w:r>
          </w:p>
        </w:tc>
        <w:tc>
          <w:tcPr>
            <w:tcW w:w="0" w:type="auto"/>
          </w:tcPr>
          <w:p w14:paraId="4EA5FC05" w14:textId="77777777" w:rsidR="007A5E59" w:rsidRPr="00312815" w:rsidRDefault="007A5E59">
            <w:pPr>
              <w:rPr>
                <w:lang w:val="ru-RU"/>
              </w:rPr>
            </w:pPr>
          </w:p>
        </w:tc>
        <w:tc>
          <w:tcPr>
            <w:tcW w:w="0" w:type="auto"/>
          </w:tcPr>
          <w:p w14:paraId="50C21878" w14:textId="77777777" w:rsidR="007A5E59" w:rsidRPr="00312815" w:rsidRDefault="007A5E59">
            <w:pPr>
              <w:rPr>
                <w:lang w:val="ru-RU"/>
              </w:rPr>
            </w:pPr>
          </w:p>
        </w:tc>
        <w:tc>
          <w:tcPr>
            <w:tcW w:w="0" w:type="auto"/>
          </w:tcPr>
          <w:p w14:paraId="41318677" w14:textId="77777777" w:rsidR="007A5E59" w:rsidRPr="00312815" w:rsidRDefault="007A5E59">
            <w:pPr>
              <w:rPr>
                <w:lang w:val="ru-RU"/>
              </w:rPr>
            </w:pPr>
          </w:p>
        </w:tc>
        <w:tc>
          <w:tcPr>
            <w:tcW w:w="0" w:type="auto"/>
          </w:tcPr>
          <w:p w14:paraId="24005907" w14:textId="77777777" w:rsidR="007A5E59" w:rsidRPr="00312815" w:rsidRDefault="007A5E59">
            <w:pPr>
              <w:rPr>
                <w:lang w:val="ru-RU"/>
              </w:rPr>
            </w:pPr>
          </w:p>
        </w:tc>
        <w:tc>
          <w:tcPr>
            <w:tcW w:w="0" w:type="auto"/>
          </w:tcPr>
          <w:p w14:paraId="3C641432" w14:textId="77777777" w:rsidR="007A5E59" w:rsidRPr="00312815" w:rsidRDefault="007A5E59">
            <w:pPr>
              <w:rPr>
                <w:lang w:val="ru-RU"/>
              </w:rPr>
            </w:pPr>
          </w:p>
        </w:tc>
        <w:tc>
          <w:tcPr>
            <w:tcW w:w="0" w:type="auto"/>
          </w:tcPr>
          <w:p w14:paraId="666793E9" w14:textId="77777777" w:rsidR="007A5E59" w:rsidRPr="00312815" w:rsidRDefault="007A5E59">
            <w:pPr>
              <w:rPr>
                <w:lang w:val="ru-RU"/>
              </w:rPr>
            </w:pPr>
          </w:p>
        </w:tc>
        <w:tc>
          <w:tcPr>
            <w:tcW w:w="0" w:type="auto"/>
          </w:tcPr>
          <w:p w14:paraId="2EA23201" w14:textId="77777777" w:rsidR="007A5E59" w:rsidRPr="00312815" w:rsidRDefault="007A5E59">
            <w:pPr>
              <w:rPr>
                <w:lang w:val="ru-RU"/>
              </w:rPr>
            </w:pPr>
          </w:p>
        </w:tc>
        <w:tc>
          <w:tcPr>
            <w:tcW w:w="0" w:type="auto"/>
          </w:tcPr>
          <w:p w14:paraId="1F651A78" w14:textId="77777777" w:rsidR="007A5E59" w:rsidRPr="00312815" w:rsidRDefault="007A5E59">
            <w:pPr>
              <w:rPr>
                <w:lang w:val="ru-RU"/>
              </w:rPr>
            </w:pPr>
          </w:p>
        </w:tc>
        <w:tc>
          <w:tcPr>
            <w:tcW w:w="0" w:type="auto"/>
          </w:tcPr>
          <w:p w14:paraId="04B539BA" w14:textId="77777777" w:rsidR="007A5E59" w:rsidRPr="00312815" w:rsidRDefault="007A5E59">
            <w:pPr>
              <w:rPr>
                <w:lang w:val="ru-RU"/>
              </w:rPr>
            </w:pPr>
          </w:p>
        </w:tc>
        <w:tc>
          <w:tcPr>
            <w:tcW w:w="0" w:type="auto"/>
          </w:tcPr>
          <w:p w14:paraId="377436AA" w14:textId="77777777" w:rsidR="007A5E59" w:rsidRPr="00312815" w:rsidRDefault="007A5E59">
            <w:pPr>
              <w:rPr>
                <w:lang w:val="ru-RU"/>
              </w:rPr>
            </w:pPr>
          </w:p>
        </w:tc>
        <w:tc>
          <w:tcPr>
            <w:tcW w:w="0" w:type="auto"/>
          </w:tcPr>
          <w:p w14:paraId="0061E40A" w14:textId="77777777" w:rsidR="007A5E59" w:rsidRPr="00312815" w:rsidRDefault="007A5E59">
            <w:pPr>
              <w:rPr>
                <w:lang w:val="ru-RU"/>
              </w:rPr>
            </w:pPr>
          </w:p>
        </w:tc>
        <w:tc>
          <w:tcPr>
            <w:tcW w:w="0" w:type="auto"/>
          </w:tcPr>
          <w:p w14:paraId="467603A9" w14:textId="77777777" w:rsidR="007A5E59" w:rsidRPr="00312815" w:rsidRDefault="007A5E59">
            <w:pPr>
              <w:rPr>
                <w:lang w:val="ru-RU"/>
              </w:rPr>
            </w:pPr>
          </w:p>
        </w:tc>
        <w:tc>
          <w:tcPr>
            <w:tcW w:w="0" w:type="auto"/>
          </w:tcPr>
          <w:p w14:paraId="387754CC" w14:textId="77777777" w:rsidR="007A5E59" w:rsidRPr="00312815" w:rsidRDefault="007A5E59">
            <w:pPr>
              <w:rPr>
                <w:lang w:val="ru-RU"/>
              </w:rPr>
            </w:pPr>
          </w:p>
        </w:tc>
        <w:tc>
          <w:tcPr>
            <w:tcW w:w="0" w:type="auto"/>
          </w:tcPr>
          <w:p w14:paraId="54FCD546" w14:textId="77777777" w:rsidR="007A5E59" w:rsidRPr="00312815" w:rsidRDefault="007A5E59">
            <w:pPr>
              <w:rPr>
                <w:lang w:val="ru-RU"/>
              </w:rPr>
            </w:pPr>
          </w:p>
        </w:tc>
        <w:tc>
          <w:tcPr>
            <w:tcW w:w="0" w:type="auto"/>
          </w:tcPr>
          <w:p w14:paraId="028EBCFE" w14:textId="77777777" w:rsidR="007A5E59" w:rsidRPr="00312815" w:rsidRDefault="007A5E59">
            <w:pPr>
              <w:rPr>
                <w:lang w:val="ru-RU"/>
              </w:rPr>
            </w:pPr>
          </w:p>
        </w:tc>
        <w:tc>
          <w:tcPr>
            <w:tcW w:w="0" w:type="auto"/>
          </w:tcPr>
          <w:p w14:paraId="38F51897" w14:textId="77777777" w:rsidR="007A5E59" w:rsidRPr="00312815" w:rsidRDefault="007A5E59">
            <w:pPr>
              <w:rPr>
                <w:lang w:val="ru-RU"/>
              </w:rPr>
            </w:pPr>
          </w:p>
        </w:tc>
        <w:tc>
          <w:tcPr>
            <w:tcW w:w="0" w:type="auto"/>
          </w:tcPr>
          <w:p w14:paraId="2DBD3B2A" w14:textId="77777777" w:rsidR="007A5E59" w:rsidRPr="00312815" w:rsidRDefault="007A5E59">
            <w:pPr>
              <w:rPr>
                <w:lang w:val="ru-RU"/>
              </w:rPr>
            </w:pPr>
          </w:p>
        </w:tc>
        <w:tc>
          <w:tcPr>
            <w:tcW w:w="0" w:type="auto"/>
          </w:tcPr>
          <w:p w14:paraId="4F9390B9" w14:textId="77777777" w:rsidR="007A5E59" w:rsidRPr="00312815" w:rsidRDefault="007A5E59">
            <w:pPr>
              <w:rPr>
                <w:lang w:val="ru-RU"/>
              </w:rPr>
            </w:pPr>
          </w:p>
        </w:tc>
        <w:tc>
          <w:tcPr>
            <w:tcW w:w="0" w:type="auto"/>
          </w:tcPr>
          <w:p w14:paraId="6B23FA92" w14:textId="77777777" w:rsidR="007A5E59" w:rsidRPr="00312815" w:rsidRDefault="007A5E59">
            <w:pPr>
              <w:rPr>
                <w:lang w:val="ru-RU"/>
              </w:rPr>
            </w:pPr>
          </w:p>
        </w:tc>
        <w:tc>
          <w:tcPr>
            <w:tcW w:w="0" w:type="auto"/>
          </w:tcPr>
          <w:p w14:paraId="5E50AC6C" w14:textId="77777777" w:rsidR="007A5E59" w:rsidRPr="00312815" w:rsidRDefault="007A5E59">
            <w:pPr>
              <w:rPr>
                <w:lang w:val="ru-RU"/>
              </w:rPr>
            </w:pPr>
          </w:p>
        </w:tc>
      </w:tr>
      <w:tr w:rsidR="007A5E59" w14:paraId="4A1D5E00" w14:textId="77777777">
        <w:trPr>
          <w:jc w:val="center"/>
        </w:trPr>
        <w:tc>
          <w:tcPr>
            <w:tcW w:w="0" w:type="auto"/>
          </w:tcPr>
          <w:p w14:paraId="35C06A81" w14:textId="77777777" w:rsidR="007A5E59" w:rsidRDefault="0095198F">
            <w:r>
              <w:t>в канале</w:t>
            </w:r>
          </w:p>
        </w:tc>
        <w:tc>
          <w:tcPr>
            <w:tcW w:w="0" w:type="auto"/>
          </w:tcPr>
          <w:p w14:paraId="31C2A95C" w14:textId="77777777" w:rsidR="007A5E59" w:rsidRDefault="0095198F">
            <w:pPr>
              <w:jc w:val="center"/>
            </w:pPr>
            <w:r>
              <w:t>0,00</w:t>
            </w:r>
          </w:p>
        </w:tc>
        <w:tc>
          <w:tcPr>
            <w:tcW w:w="0" w:type="auto"/>
          </w:tcPr>
          <w:p w14:paraId="13E807BD" w14:textId="77777777" w:rsidR="007A5E59" w:rsidRDefault="0095198F">
            <w:pPr>
              <w:jc w:val="center"/>
            </w:pPr>
            <w:r>
              <w:t>0,00</w:t>
            </w:r>
          </w:p>
        </w:tc>
        <w:tc>
          <w:tcPr>
            <w:tcW w:w="0" w:type="auto"/>
          </w:tcPr>
          <w:p w14:paraId="477DA4EB" w14:textId="77777777" w:rsidR="007A5E59" w:rsidRDefault="0095198F">
            <w:pPr>
              <w:jc w:val="center"/>
            </w:pPr>
            <w:r>
              <w:t>0,00</w:t>
            </w:r>
          </w:p>
        </w:tc>
        <w:tc>
          <w:tcPr>
            <w:tcW w:w="0" w:type="auto"/>
          </w:tcPr>
          <w:p w14:paraId="3A2C9B3F" w14:textId="77777777" w:rsidR="007A5E59" w:rsidRDefault="0095198F">
            <w:pPr>
              <w:jc w:val="center"/>
            </w:pPr>
            <w:r>
              <w:t>0,00</w:t>
            </w:r>
          </w:p>
        </w:tc>
        <w:tc>
          <w:tcPr>
            <w:tcW w:w="0" w:type="auto"/>
          </w:tcPr>
          <w:p w14:paraId="5C4C8B7D" w14:textId="77777777" w:rsidR="007A5E59" w:rsidRDefault="0095198F">
            <w:pPr>
              <w:jc w:val="center"/>
            </w:pPr>
            <w:r>
              <w:t>0,00</w:t>
            </w:r>
          </w:p>
        </w:tc>
        <w:tc>
          <w:tcPr>
            <w:tcW w:w="0" w:type="auto"/>
          </w:tcPr>
          <w:p w14:paraId="7F901ECF" w14:textId="77777777" w:rsidR="007A5E59" w:rsidRDefault="0095198F">
            <w:pPr>
              <w:jc w:val="center"/>
            </w:pPr>
            <w:r>
              <w:t>33,77</w:t>
            </w:r>
          </w:p>
        </w:tc>
        <w:tc>
          <w:tcPr>
            <w:tcW w:w="0" w:type="auto"/>
          </w:tcPr>
          <w:p w14:paraId="56FAFAB0" w14:textId="77777777" w:rsidR="007A5E59" w:rsidRDefault="0095198F">
            <w:pPr>
              <w:jc w:val="center"/>
            </w:pPr>
            <w:r>
              <w:t>0,00</w:t>
            </w:r>
          </w:p>
        </w:tc>
        <w:tc>
          <w:tcPr>
            <w:tcW w:w="0" w:type="auto"/>
          </w:tcPr>
          <w:p w14:paraId="757005C8" w14:textId="77777777" w:rsidR="007A5E59" w:rsidRDefault="0095198F">
            <w:pPr>
              <w:jc w:val="center"/>
            </w:pPr>
            <w:r>
              <w:t>0,00</w:t>
            </w:r>
          </w:p>
        </w:tc>
        <w:tc>
          <w:tcPr>
            <w:tcW w:w="0" w:type="auto"/>
          </w:tcPr>
          <w:p w14:paraId="659AAD4F" w14:textId="77777777" w:rsidR="007A5E59" w:rsidRDefault="0095198F">
            <w:pPr>
              <w:jc w:val="center"/>
            </w:pPr>
            <w:r>
              <w:t>0,00</w:t>
            </w:r>
          </w:p>
        </w:tc>
        <w:tc>
          <w:tcPr>
            <w:tcW w:w="0" w:type="auto"/>
          </w:tcPr>
          <w:p w14:paraId="79F7A003" w14:textId="77777777" w:rsidR="007A5E59" w:rsidRDefault="0095198F">
            <w:pPr>
              <w:jc w:val="center"/>
            </w:pPr>
            <w:r>
              <w:t>0,00</w:t>
            </w:r>
          </w:p>
        </w:tc>
        <w:tc>
          <w:tcPr>
            <w:tcW w:w="0" w:type="auto"/>
          </w:tcPr>
          <w:p w14:paraId="2BC29E02" w14:textId="77777777" w:rsidR="007A5E59" w:rsidRDefault="0095198F">
            <w:pPr>
              <w:jc w:val="center"/>
            </w:pPr>
            <w:r>
              <w:t>0,00</w:t>
            </w:r>
          </w:p>
        </w:tc>
        <w:tc>
          <w:tcPr>
            <w:tcW w:w="0" w:type="auto"/>
          </w:tcPr>
          <w:p w14:paraId="64348393" w14:textId="77777777" w:rsidR="007A5E59" w:rsidRDefault="0095198F">
            <w:pPr>
              <w:jc w:val="center"/>
            </w:pPr>
            <w:r>
              <w:t>0,00</w:t>
            </w:r>
          </w:p>
        </w:tc>
        <w:tc>
          <w:tcPr>
            <w:tcW w:w="0" w:type="auto"/>
          </w:tcPr>
          <w:p w14:paraId="4DA877DE" w14:textId="77777777" w:rsidR="007A5E59" w:rsidRDefault="0095198F">
            <w:pPr>
              <w:jc w:val="center"/>
            </w:pPr>
            <w:r>
              <w:t>0,00</w:t>
            </w:r>
          </w:p>
        </w:tc>
        <w:tc>
          <w:tcPr>
            <w:tcW w:w="0" w:type="auto"/>
          </w:tcPr>
          <w:p w14:paraId="530B54D7" w14:textId="77777777" w:rsidR="007A5E59" w:rsidRDefault="0095198F">
            <w:pPr>
              <w:jc w:val="center"/>
            </w:pPr>
            <w:r>
              <w:t>0,00</w:t>
            </w:r>
          </w:p>
        </w:tc>
        <w:tc>
          <w:tcPr>
            <w:tcW w:w="0" w:type="auto"/>
          </w:tcPr>
          <w:p w14:paraId="74C2AA19" w14:textId="77777777" w:rsidR="007A5E59" w:rsidRDefault="0095198F">
            <w:pPr>
              <w:jc w:val="center"/>
            </w:pPr>
            <w:r>
              <w:t>0,00</w:t>
            </w:r>
          </w:p>
        </w:tc>
        <w:tc>
          <w:tcPr>
            <w:tcW w:w="0" w:type="auto"/>
          </w:tcPr>
          <w:p w14:paraId="6B0473CC" w14:textId="77777777" w:rsidR="007A5E59" w:rsidRDefault="0095198F">
            <w:pPr>
              <w:jc w:val="center"/>
            </w:pPr>
            <w:r>
              <w:t>0,00</w:t>
            </w:r>
          </w:p>
        </w:tc>
        <w:tc>
          <w:tcPr>
            <w:tcW w:w="0" w:type="auto"/>
          </w:tcPr>
          <w:p w14:paraId="24DB368C" w14:textId="77777777" w:rsidR="007A5E59" w:rsidRDefault="0095198F">
            <w:pPr>
              <w:jc w:val="center"/>
            </w:pPr>
            <w:r>
              <w:t>0,00</w:t>
            </w:r>
          </w:p>
        </w:tc>
        <w:tc>
          <w:tcPr>
            <w:tcW w:w="0" w:type="auto"/>
          </w:tcPr>
          <w:p w14:paraId="08C85FD2" w14:textId="77777777" w:rsidR="007A5E59" w:rsidRDefault="0095198F">
            <w:pPr>
              <w:jc w:val="center"/>
            </w:pPr>
            <w:r>
              <w:t>0,00</w:t>
            </w:r>
          </w:p>
        </w:tc>
        <w:tc>
          <w:tcPr>
            <w:tcW w:w="0" w:type="auto"/>
          </w:tcPr>
          <w:p w14:paraId="0A10AF4B" w14:textId="77777777" w:rsidR="007A5E59" w:rsidRDefault="0095198F">
            <w:pPr>
              <w:jc w:val="center"/>
            </w:pPr>
            <w:r>
              <w:t>0,00</w:t>
            </w:r>
          </w:p>
        </w:tc>
        <w:tc>
          <w:tcPr>
            <w:tcW w:w="0" w:type="auto"/>
          </w:tcPr>
          <w:p w14:paraId="3D2185F8" w14:textId="77777777" w:rsidR="007A5E59" w:rsidRDefault="0095198F">
            <w:pPr>
              <w:jc w:val="center"/>
            </w:pPr>
            <w:r>
              <w:t>33,77</w:t>
            </w:r>
          </w:p>
        </w:tc>
      </w:tr>
      <w:tr w:rsidR="007A5E59" w14:paraId="6339A46F" w14:textId="77777777">
        <w:trPr>
          <w:jc w:val="center"/>
        </w:trPr>
        <w:tc>
          <w:tcPr>
            <w:tcW w:w="0" w:type="auto"/>
          </w:tcPr>
          <w:p w14:paraId="63ABF6D9" w14:textId="77777777" w:rsidR="007A5E59" w:rsidRDefault="0095198F">
            <w:r>
              <w:t>бесканально</w:t>
            </w:r>
          </w:p>
        </w:tc>
        <w:tc>
          <w:tcPr>
            <w:tcW w:w="0" w:type="auto"/>
          </w:tcPr>
          <w:p w14:paraId="5729BC4C" w14:textId="77777777" w:rsidR="007A5E59" w:rsidRDefault="0095198F">
            <w:pPr>
              <w:jc w:val="center"/>
            </w:pPr>
            <w:r>
              <w:t>0,00</w:t>
            </w:r>
          </w:p>
        </w:tc>
        <w:tc>
          <w:tcPr>
            <w:tcW w:w="0" w:type="auto"/>
          </w:tcPr>
          <w:p w14:paraId="772984CD" w14:textId="77777777" w:rsidR="007A5E59" w:rsidRDefault="0095198F">
            <w:pPr>
              <w:jc w:val="center"/>
            </w:pPr>
            <w:r>
              <w:t>0,00</w:t>
            </w:r>
          </w:p>
        </w:tc>
        <w:tc>
          <w:tcPr>
            <w:tcW w:w="0" w:type="auto"/>
          </w:tcPr>
          <w:p w14:paraId="0ED89A79" w14:textId="77777777" w:rsidR="007A5E59" w:rsidRDefault="0095198F">
            <w:pPr>
              <w:jc w:val="center"/>
            </w:pPr>
            <w:r>
              <w:t>0,00</w:t>
            </w:r>
          </w:p>
        </w:tc>
        <w:tc>
          <w:tcPr>
            <w:tcW w:w="0" w:type="auto"/>
          </w:tcPr>
          <w:p w14:paraId="26AAB9F3" w14:textId="77777777" w:rsidR="007A5E59" w:rsidRDefault="0095198F">
            <w:pPr>
              <w:jc w:val="center"/>
            </w:pPr>
            <w:r>
              <w:t>0,00</w:t>
            </w:r>
          </w:p>
        </w:tc>
        <w:tc>
          <w:tcPr>
            <w:tcW w:w="0" w:type="auto"/>
          </w:tcPr>
          <w:p w14:paraId="7EAC5645" w14:textId="77777777" w:rsidR="007A5E59" w:rsidRDefault="0095198F">
            <w:pPr>
              <w:jc w:val="center"/>
            </w:pPr>
            <w:r>
              <w:t>0,00</w:t>
            </w:r>
          </w:p>
        </w:tc>
        <w:tc>
          <w:tcPr>
            <w:tcW w:w="0" w:type="auto"/>
          </w:tcPr>
          <w:p w14:paraId="3476A1B5" w14:textId="77777777" w:rsidR="007A5E59" w:rsidRDefault="0095198F">
            <w:pPr>
              <w:jc w:val="center"/>
            </w:pPr>
            <w:r>
              <w:t>0,00</w:t>
            </w:r>
          </w:p>
        </w:tc>
        <w:tc>
          <w:tcPr>
            <w:tcW w:w="0" w:type="auto"/>
          </w:tcPr>
          <w:p w14:paraId="46267458" w14:textId="77777777" w:rsidR="007A5E59" w:rsidRDefault="0095198F">
            <w:pPr>
              <w:jc w:val="center"/>
            </w:pPr>
            <w:r>
              <w:t>0,00</w:t>
            </w:r>
          </w:p>
        </w:tc>
        <w:tc>
          <w:tcPr>
            <w:tcW w:w="0" w:type="auto"/>
          </w:tcPr>
          <w:p w14:paraId="4C4A3AC5" w14:textId="77777777" w:rsidR="007A5E59" w:rsidRDefault="0095198F">
            <w:pPr>
              <w:jc w:val="center"/>
            </w:pPr>
            <w:r>
              <w:t>0,00</w:t>
            </w:r>
          </w:p>
        </w:tc>
        <w:tc>
          <w:tcPr>
            <w:tcW w:w="0" w:type="auto"/>
          </w:tcPr>
          <w:p w14:paraId="56BD797F" w14:textId="77777777" w:rsidR="007A5E59" w:rsidRDefault="0095198F">
            <w:pPr>
              <w:jc w:val="center"/>
            </w:pPr>
            <w:r>
              <w:t>0,00</w:t>
            </w:r>
          </w:p>
        </w:tc>
        <w:tc>
          <w:tcPr>
            <w:tcW w:w="0" w:type="auto"/>
          </w:tcPr>
          <w:p w14:paraId="3DEAE67D" w14:textId="77777777" w:rsidR="007A5E59" w:rsidRDefault="0095198F">
            <w:pPr>
              <w:jc w:val="center"/>
            </w:pPr>
            <w:r>
              <w:t>0,00</w:t>
            </w:r>
          </w:p>
        </w:tc>
        <w:tc>
          <w:tcPr>
            <w:tcW w:w="0" w:type="auto"/>
          </w:tcPr>
          <w:p w14:paraId="77990BB8" w14:textId="77777777" w:rsidR="007A5E59" w:rsidRDefault="0095198F">
            <w:pPr>
              <w:jc w:val="center"/>
            </w:pPr>
            <w:r>
              <w:t>0,00</w:t>
            </w:r>
          </w:p>
        </w:tc>
        <w:tc>
          <w:tcPr>
            <w:tcW w:w="0" w:type="auto"/>
          </w:tcPr>
          <w:p w14:paraId="45638888" w14:textId="77777777" w:rsidR="007A5E59" w:rsidRDefault="0095198F">
            <w:pPr>
              <w:jc w:val="center"/>
            </w:pPr>
            <w:r>
              <w:t>0,00</w:t>
            </w:r>
          </w:p>
        </w:tc>
        <w:tc>
          <w:tcPr>
            <w:tcW w:w="0" w:type="auto"/>
          </w:tcPr>
          <w:p w14:paraId="16799875" w14:textId="77777777" w:rsidR="007A5E59" w:rsidRDefault="0095198F">
            <w:pPr>
              <w:jc w:val="center"/>
            </w:pPr>
            <w:r>
              <w:t>0,00</w:t>
            </w:r>
          </w:p>
        </w:tc>
        <w:tc>
          <w:tcPr>
            <w:tcW w:w="0" w:type="auto"/>
          </w:tcPr>
          <w:p w14:paraId="51DA8C2E" w14:textId="77777777" w:rsidR="007A5E59" w:rsidRDefault="0095198F">
            <w:pPr>
              <w:jc w:val="center"/>
            </w:pPr>
            <w:r>
              <w:t>0,00</w:t>
            </w:r>
          </w:p>
        </w:tc>
        <w:tc>
          <w:tcPr>
            <w:tcW w:w="0" w:type="auto"/>
          </w:tcPr>
          <w:p w14:paraId="4840AC15" w14:textId="77777777" w:rsidR="007A5E59" w:rsidRDefault="0095198F">
            <w:pPr>
              <w:jc w:val="center"/>
            </w:pPr>
            <w:r>
              <w:t>0,00</w:t>
            </w:r>
          </w:p>
        </w:tc>
        <w:tc>
          <w:tcPr>
            <w:tcW w:w="0" w:type="auto"/>
          </w:tcPr>
          <w:p w14:paraId="741686A1" w14:textId="77777777" w:rsidR="007A5E59" w:rsidRDefault="0095198F">
            <w:pPr>
              <w:jc w:val="center"/>
            </w:pPr>
            <w:r>
              <w:t>0,00</w:t>
            </w:r>
          </w:p>
        </w:tc>
        <w:tc>
          <w:tcPr>
            <w:tcW w:w="0" w:type="auto"/>
          </w:tcPr>
          <w:p w14:paraId="1F37C900" w14:textId="77777777" w:rsidR="007A5E59" w:rsidRDefault="0095198F">
            <w:pPr>
              <w:jc w:val="center"/>
            </w:pPr>
            <w:r>
              <w:t>0,00</w:t>
            </w:r>
          </w:p>
        </w:tc>
        <w:tc>
          <w:tcPr>
            <w:tcW w:w="0" w:type="auto"/>
          </w:tcPr>
          <w:p w14:paraId="3A26B7E1" w14:textId="77777777" w:rsidR="007A5E59" w:rsidRDefault="0095198F">
            <w:pPr>
              <w:jc w:val="center"/>
            </w:pPr>
            <w:r>
              <w:t>0,00</w:t>
            </w:r>
          </w:p>
        </w:tc>
        <w:tc>
          <w:tcPr>
            <w:tcW w:w="0" w:type="auto"/>
          </w:tcPr>
          <w:p w14:paraId="7A68F306" w14:textId="77777777" w:rsidR="007A5E59" w:rsidRDefault="0095198F">
            <w:pPr>
              <w:jc w:val="center"/>
            </w:pPr>
            <w:r>
              <w:t>0,00</w:t>
            </w:r>
          </w:p>
        </w:tc>
        <w:tc>
          <w:tcPr>
            <w:tcW w:w="0" w:type="auto"/>
          </w:tcPr>
          <w:p w14:paraId="2740278A" w14:textId="77777777" w:rsidR="007A5E59" w:rsidRDefault="0095198F">
            <w:pPr>
              <w:jc w:val="center"/>
            </w:pPr>
            <w:r>
              <w:t>0,00</w:t>
            </w:r>
          </w:p>
        </w:tc>
      </w:tr>
      <w:tr w:rsidR="007A5E59" w14:paraId="5C1E7A14" w14:textId="77777777">
        <w:trPr>
          <w:jc w:val="center"/>
        </w:trPr>
        <w:tc>
          <w:tcPr>
            <w:tcW w:w="0" w:type="auto"/>
          </w:tcPr>
          <w:p w14:paraId="35662538" w14:textId="77777777" w:rsidR="007A5E59" w:rsidRDefault="0095198F">
            <w:r>
              <w:t>надземная</w:t>
            </w:r>
          </w:p>
        </w:tc>
        <w:tc>
          <w:tcPr>
            <w:tcW w:w="0" w:type="auto"/>
          </w:tcPr>
          <w:p w14:paraId="2AAEA897" w14:textId="77777777" w:rsidR="007A5E59" w:rsidRDefault="0095198F">
            <w:pPr>
              <w:jc w:val="center"/>
            </w:pPr>
            <w:r>
              <w:t>0,00</w:t>
            </w:r>
          </w:p>
        </w:tc>
        <w:tc>
          <w:tcPr>
            <w:tcW w:w="0" w:type="auto"/>
          </w:tcPr>
          <w:p w14:paraId="09867B21" w14:textId="77777777" w:rsidR="007A5E59" w:rsidRDefault="0095198F">
            <w:pPr>
              <w:jc w:val="center"/>
            </w:pPr>
            <w:r>
              <w:t>0,00</w:t>
            </w:r>
          </w:p>
        </w:tc>
        <w:tc>
          <w:tcPr>
            <w:tcW w:w="0" w:type="auto"/>
          </w:tcPr>
          <w:p w14:paraId="072E6567" w14:textId="77777777" w:rsidR="007A5E59" w:rsidRDefault="0095198F">
            <w:pPr>
              <w:jc w:val="center"/>
            </w:pPr>
            <w:r>
              <w:t>12,17</w:t>
            </w:r>
          </w:p>
        </w:tc>
        <w:tc>
          <w:tcPr>
            <w:tcW w:w="0" w:type="auto"/>
          </w:tcPr>
          <w:p w14:paraId="19F4CDAD" w14:textId="77777777" w:rsidR="007A5E59" w:rsidRDefault="0095198F">
            <w:pPr>
              <w:jc w:val="center"/>
            </w:pPr>
            <w:r>
              <w:t>0,00</w:t>
            </w:r>
          </w:p>
        </w:tc>
        <w:tc>
          <w:tcPr>
            <w:tcW w:w="0" w:type="auto"/>
          </w:tcPr>
          <w:p w14:paraId="5F833498" w14:textId="77777777" w:rsidR="007A5E59" w:rsidRDefault="0095198F">
            <w:pPr>
              <w:jc w:val="center"/>
            </w:pPr>
            <w:r>
              <w:t>0,00</w:t>
            </w:r>
          </w:p>
        </w:tc>
        <w:tc>
          <w:tcPr>
            <w:tcW w:w="0" w:type="auto"/>
          </w:tcPr>
          <w:p w14:paraId="4785A7C0" w14:textId="77777777" w:rsidR="007A5E59" w:rsidRDefault="0095198F">
            <w:pPr>
              <w:jc w:val="center"/>
            </w:pPr>
            <w:r>
              <w:t>85,77</w:t>
            </w:r>
          </w:p>
        </w:tc>
        <w:tc>
          <w:tcPr>
            <w:tcW w:w="0" w:type="auto"/>
          </w:tcPr>
          <w:p w14:paraId="6D81463E" w14:textId="77777777" w:rsidR="007A5E59" w:rsidRDefault="0095198F">
            <w:pPr>
              <w:jc w:val="center"/>
            </w:pPr>
            <w:r>
              <w:t>48,40</w:t>
            </w:r>
          </w:p>
        </w:tc>
        <w:tc>
          <w:tcPr>
            <w:tcW w:w="0" w:type="auto"/>
          </w:tcPr>
          <w:p w14:paraId="13709C08" w14:textId="77777777" w:rsidR="007A5E59" w:rsidRDefault="0095198F">
            <w:pPr>
              <w:jc w:val="center"/>
            </w:pPr>
            <w:r>
              <w:t>0,00</w:t>
            </w:r>
          </w:p>
        </w:tc>
        <w:tc>
          <w:tcPr>
            <w:tcW w:w="0" w:type="auto"/>
          </w:tcPr>
          <w:p w14:paraId="621E9AC6" w14:textId="77777777" w:rsidR="007A5E59" w:rsidRDefault="0095198F">
            <w:pPr>
              <w:jc w:val="center"/>
            </w:pPr>
            <w:r>
              <w:t>0,00</w:t>
            </w:r>
          </w:p>
        </w:tc>
        <w:tc>
          <w:tcPr>
            <w:tcW w:w="0" w:type="auto"/>
          </w:tcPr>
          <w:p w14:paraId="4B247CCA" w14:textId="77777777" w:rsidR="007A5E59" w:rsidRDefault="0095198F">
            <w:pPr>
              <w:jc w:val="center"/>
            </w:pPr>
            <w:r>
              <w:t>0,00</w:t>
            </w:r>
          </w:p>
        </w:tc>
        <w:tc>
          <w:tcPr>
            <w:tcW w:w="0" w:type="auto"/>
          </w:tcPr>
          <w:p w14:paraId="51D42993" w14:textId="77777777" w:rsidR="007A5E59" w:rsidRDefault="0095198F">
            <w:pPr>
              <w:jc w:val="center"/>
            </w:pPr>
            <w:r>
              <w:t>451,13</w:t>
            </w:r>
          </w:p>
        </w:tc>
        <w:tc>
          <w:tcPr>
            <w:tcW w:w="0" w:type="auto"/>
          </w:tcPr>
          <w:p w14:paraId="534BBE39" w14:textId="77777777" w:rsidR="007A5E59" w:rsidRDefault="0095198F">
            <w:pPr>
              <w:jc w:val="center"/>
            </w:pPr>
            <w:r>
              <w:t>225,80</w:t>
            </w:r>
          </w:p>
        </w:tc>
        <w:tc>
          <w:tcPr>
            <w:tcW w:w="0" w:type="auto"/>
          </w:tcPr>
          <w:p w14:paraId="1BCD7809" w14:textId="77777777" w:rsidR="007A5E59" w:rsidRDefault="0095198F">
            <w:pPr>
              <w:jc w:val="center"/>
            </w:pPr>
            <w:r>
              <w:t>122,52</w:t>
            </w:r>
          </w:p>
        </w:tc>
        <w:tc>
          <w:tcPr>
            <w:tcW w:w="0" w:type="auto"/>
          </w:tcPr>
          <w:p w14:paraId="3482B741" w14:textId="77777777" w:rsidR="007A5E59" w:rsidRDefault="0095198F">
            <w:pPr>
              <w:jc w:val="center"/>
            </w:pPr>
            <w:r>
              <w:t>0,00</w:t>
            </w:r>
          </w:p>
        </w:tc>
        <w:tc>
          <w:tcPr>
            <w:tcW w:w="0" w:type="auto"/>
          </w:tcPr>
          <w:p w14:paraId="15BD051E" w14:textId="77777777" w:rsidR="007A5E59" w:rsidRDefault="0095198F">
            <w:pPr>
              <w:jc w:val="center"/>
            </w:pPr>
            <w:r>
              <w:t>0,00</w:t>
            </w:r>
          </w:p>
        </w:tc>
        <w:tc>
          <w:tcPr>
            <w:tcW w:w="0" w:type="auto"/>
          </w:tcPr>
          <w:p w14:paraId="0F7A14D6" w14:textId="77777777" w:rsidR="007A5E59" w:rsidRDefault="0095198F">
            <w:pPr>
              <w:jc w:val="center"/>
            </w:pPr>
            <w:r>
              <w:t>0,00</w:t>
            </w:r>
          </w:p>
        </w:tc>
        <w:tc>
          <w:tcPr>
            <w:tcW w:w="0" w:type="auto"/>
          </w:tcPr>
          <w:p w14:paraId="597E0D6A" w14:textId="77777777" w:rsidR="007A5E59" w:rsidRDefault="0095198F">
            <w:pPr>
              <w:jc w:val="center"/>
            </w:pPr>
            <w:r>
              <w:t>0,00</w:t>
            </w:r>
          </w:p>
        </w:tc>
        <w:tc>
          <w:tcPr>
            <w:tcW w:w="0" w:type="auto"/>
          </w:tcPr>
          <w:p w14:paraId="53D573C6" w14:textId="77777777" w:rsidR="007A5E59" w:rsidRDefault="0095198F">
            <w:pPr>
              <w:jc w:val="center"/>
            </w:pPr>
            <w:r>
              <w:t>0,00</w:t>
            </w:r>
          </w:p>
        </w:tc>
        <w:tc>
          <w:tcPr>
            <w:tcW w:w="0" w:type="auto"/>
          </w:tcPr>
          <w:p w14:paraId="3EC74BB8" w14:textId="77777777" w:rsidR="007A5E59" w:rsidRDefault="0095198F">
            <w:pPr>
              <w:jc w:val="center"/>
            </w:pPr>
            <w:r>
              <w:t>0,00</w:t>
            </w:r>
          </w:p>
        </w:tc>
        <w:tc>
          <w:tcPr>
            <w:tcW w:w="0" w:type="auto"/>
          </w:tcPr>
          <w:p w14:paraId="7EB0B50C" w14:textId="77777777" w:rsidR="007A5E59" w:rsidRDefault="0095198F">
            <w:pPr>
              <w:jc w:val="center"/>
            </w:pPr>
            <w:r>
              <w:t>945,79</w:t>
            </w:r>
          </w:p>
        </w:tc>
      </w:tr>
      <w:tr w:rsidR="007A5E59" w14:paraId="5962A10F" w14:textId="77777777">
        <w:trPr>
          <w:jc w:val="center"/>
        </w:trPr>
        <w:tc>
          <w:tcPr>
            <w:tcW w:w="0" w:type="auto"/>
            <w:shd w:val="clear" w:color="auto" w:fill="DBE5F1"/>
          </w:tcPr>
          <w:p w14:paraId="183E40B0" w14:textId="77777777" w:rsidR="007A5E59" w:rsidRDefault="0095198F">
            <w:r>
              <w:rPr>
                <w:b/>
              </w:rPr>
              <w:t>ИТОГО по диаметрам</w:t>
            </w:r>
          </w:p>
        </w:tc>
        <w:tc>
          <w:tcPr>
            <w:tcW w:w="0" w:type="auto"/>
            <w:shd w:val="clear" w:color="auto" w:fill="DBE5F1"/>
          </w:tcPr>
          <w:p w14:paraId="2744573D" w14:textId="77777777" w:rsidR="007A5E59" w:rsidRDefault="0095198F">
            <w:pPr>
              <w:jc w:val="center"/>
            </w:pPr>
            <w:r>
              <w:rPr>
                <w:b/>
              </w:rPr>
              <w:t>0,00</w:t>
            </w:r>
          </w:p>
        </w:tc>
        <w:tc>
          <w:tcPr>
            <w:tcW w:w="0" w:type="auto"/>
            <w:shd w:val="clear" w:color="auto" w:fill="DBE5F1"/>
          </w:tcPr>
          <w:p w14:paraId="03D37497" w14:textId="77777777" w:rsidR="007A5E59" w:rsidRDefault="0095198F">
            <w:pPr>
              <w:jc w:val="center"/>
            </w:pPr>
            <w:r>
              <w:rPr>
                <w:b/>
              </w:rPr>
              <w:t>0,00</w:t>
            </w:r>
          </w:p>
        </w:tc>
        <w:tc>
          <w:tcPr>
            <w:tcW w:w="0" w:type="auto"/>
            <w:shd w:val="clear" w:color="auto" w:fill="DBE5F1"/>
          </w:tcPr>
          <w:p w14:paraId="622C6586" w14:textId="77777777" w:rsidR="007A5E59" w:rsidRDefault="0095198F">
            <w:pPr>
              <w:jc w:val="center"/>
            </w:pPr>
            <w:r>
              <w:rPr>
                <w:b/>
              </w:rPr>
              <w:t>12,17</w:t>
            </w:r>
          </w:p>
        </w:tc>
        <w:tc>
          <w:tcPr>
            <w:tcW w:w="0" w:type="auto"/>
            <w:shd w:val="clear" w:color="auto" w:fill="DBE5F1"/>
          </w:tcPr>
          <w:p w14:paraId="5C3FA703" w14:textId="77777777" w:rsidR="007A5E59" w:rsidRDefault="0095198F">
            <w:pPr>
              <w:jc w:val="center"/>
            </w:pPr>
            <w:r>
              <w:rPr>
                <w:b/>
              </w:rPr>
              <w:t>0,00</w:t>
            </w:r>
          </w:p>
        </w:tc>
        <w:tc>
          <w:tcPr>
            <w:tcW w:w="0" w:type="auto"/>
            <w:shd w:val="clear" w:color="auto" w:fill="DBE5F1"/>
          </w:tcPr>
          <w:p w14:paraId="10F6F60F" w14:textId="77777777" w:rsidR="007A5E59" w:rsidRDefault="0095198F">
            <w:pPr>
              <w:jc w:val="center"/>
            </w:pPr>
            <w:r>
              <w:rPr>
                <w:b/>
              </w:rPr>
              <w:t>0,00</w:t>
            </w:r>
          </w:p>
        </w:tc>
        <w:tc>
          <w:tcPr>
            <w:tcW w:w="0" w:type="auto"/>
            <w:shd w:val="clear" w:color="auto" w:fill="DBE5F1"/>
          </w:tcPr>
          <w:p w14:paraId="6D4A5A5D" w14:textId="77777777" w:rsidR="007A5E59" w:rsidRDefault="0095198F">
            <w:pPr>
              <w:jc w:val="center"/>
            </w:pPr>
            <w:r>
              <w:rPr>
                <w:b/>
              </w:rPr>
              <w:t>119,54</w:t>
            </w:r>
          </w:p>
        </w:tc>
        <w:tc>
          <w:tcPr>
            <w:tcW w:w="0" w:type="auto"/>
            <w:shd w:val="clear" w:color="auto" w:fill="DBE5F1"/>
          </w:tcPr>
          <w:p w14:paraId="58799579" w14:textId="77777777" w:rsidR="007A5E59" w:rsidRDefault="0095198F">
            <w:pPr>
              <w:jc w:val="center"/>
            </w:pPr>
            <w:r>
              <w:rPr>
                <w:b/>
              </w:rPr>
              <w:t>48,40</w:t>
            </w:r>
          </w:p>
        </w:tc>
        <w:tc>
          <w:tcPr>
            <w:tcW w:w="0" w:type="auto"/>
            <w:shd w:val="clear" w:color="auto" w:fill="DBE5F1"/>
          </w:tcPr>
          <w:p w14:paraId="4B682E2E" w14:textId="77777777" w:rsidR="007A5E59" w:rsidRDefault="0095198F">
            <w:pPr>
              <w:jc w:val="center"/>
            </w:pPr>
            <w:r>
              <w:rPr>
                <w:b/>
              </w:rPr>
              <w:t>0,00</w:t>
            </w:r>
          </w:p>
        </w:tc>
        <w:tc>
          <w:tcPr>
            <w:tcW w:w="0" w:type="auto"/>
            <w:shd w:val="clear" w:color="auto" w:fill="DBE5F1"/>
          </w:tcPr>
          <w:p w14:paraId="76C071C6" w14:textId="77777777" w:rsidR="007A5E59" w:rsidRDefault="0095198F">
            <w:pPr>
              <w:jc w:val="center"/>
            </w:pPr>
            <w:r>
              <w:rPr>
                <w:b/>
              </w:rPr>
              <w:t>0,00</w:t>
            </w:r>
          </w:p>
        </w:tc>
        <w:tc>
          <w:tcPr>
            <w:tcW w:w="0" w:type="auto"/>
            <w:shd w:val="clear" w:color="auto" w:fill="DBE5F1"/>
          </w:tcPr>
          <w:p w14:paraId="4FD9BBAE" w14:textId="77777777" w:rsidR="007A5E59" w:rsidRDefault="0095198F">
            <w:pPr>
              <w:jc w:val="center"/>
            </w:pPr>
            <w:r>
              <w:rPr>
                <w:b/>
              </w:rPr>
              <w:t>0,00</w:t>
            </w:r>
          </w:p>
        </w:tc>
        <w:tc>
          <w:tcPr>
            <w:tcW w:w="0" w:type="auto"/>
            <w:shd w:val="clear" w:color="auto" w:fill="DBE5F1"/>
          </w:tcPr>
          <w:p w14:paraId="6F01DAB3" w14:textId="77777777" w:rsidR="007A5E59" w:rsidRDefault="0095198F">
            <w:pPr>
              <w:jc w:val="center"/>
            </w:pPr>
            <w:r>
              <w:rPr>
                <w:b/>
              </w:rPr>
              <w:t>451,13</w:t>
            </w:r>
          </w:p>
        </w:tc>
        <w:tc>
          <w:tcPr>
            <w:tcW w:w="0" w:type="auto"/>
            <w:shd w:val="clear" w:color="auto" w:fill="DBE5F1"/>
          </w:tcPr>
          <w:p w14:paraId="352FF2B9" w14:textId="77777777" w:rsidR="007A5E59" w:rsidRDefault="0095198F">
            <w:pPr>
              <w:jc w:val="center"/>
            </w:pPr>
            <w:r>
              <w:rPr>
                <w:b/>
              </w:rPr>
              <w:t>225,80</w:t>
            </w:r>
          </w:p>
        </w:tc>
        <w:tc>
          <w:tcPr>
            <w:tcW w:w="0" w:type="auto"/>
            <w:shd w:val="clear" w:color="auto" w:fill="DBE5F1"/>
          </w:tcPr>
          <w:p w14:paraId="0B7F7A0D" w14:textId="77777777" w:rsidR="007A5E59" w:rsidRDefault="0095198F">
            <w:pPr>
              <w:jc w:val="center"/>
            </w:pPr>
            <w:r>
              <w:rPr>
                <w:b/>
              </w:rPr>
              <w:t>122,52</w:t>
            </w:r>
          </w:p>
        </w:tc>
        <w:tc>
          <w:tcPr>
            <w:tcW w:w="0" w:type="auto"/>
            <w:shd w:val="clear" w:color="auto" w:fill="DBE5F1"/>
          </w:tcPr>
          <w:p w14:paraId="347A0C35" w14:textId="77777777" w:rsidR="007A5E59" w:rsidRDefault="0095198F">
            <w:pPr>
              <w:jc w:val="center"/>
            </w:pPr>
            <w:r>
              <w:rPr>
                <w:b/>
              </w:rPr>
              <w:t>0,00</w:t>
            </w:r>
          </w:p>
        </w:tc>
        <w:tc>
          <w:tcPr>
            <w:tcW w:w="0" w:type="auto"/>
            <w:shd w:val="clear" w:color="auto" w:fill="DBE5F1"/>
          </w:tcPr>
          <w:p w14:paraId="49330BAB" w14:textId="77777777" w:rsidR="007A5E59" w:rsidRDefault="0095198F">
            <w:pPr>
              <w:jc w:val="center"/>
            </w:pPr>
            <w:r>
              <w:rPr>
                <w:b/>
              </w:rPr>
              <w:t>0,00</w:t>
            </w:r>
          </w:p>
        </w:tc>
        <w:tc>
          <w:tcPr>
            <w:tcW w:w="0" w:type="auto"/>
            <w:shd w:val="clear" w:color="auto" w:fill="DBE5F1"/>
          </w:tcPr>
          <w:p w14:paraId="465384B9" w14:textId="77777777" w:rsidR="007A5E59" w:rsidRDefault="0095198F">
            <w:pPr>
              <w:jc w:val="center"/>
            </w:pPr>
            <w:r>
              <w:rPr>
                <w:b/>
              </w:rPr>
              <w:t>0,00</w:t>
            </w:r>
          </w:p>
        </w:tc>
        <w:tc>
          <w:tcPr>
            <w:tcW w:w="0" w:type="auto"/>
            <w:shd w:val="clear" w:color="auto" w:fill="DBE5F1"/>
          </w:tcPr>
          <w:p w14:paraId="0D1792BD" w14:textId="77777777" w:rsidR="007A5E59" w:rsidRDefault="0095198F">
            <w:pPr>
              <w:jc w:val="center"/>
            </w:pPr>
            <w:r>
              <w:rPr>
                <w:b/>
              </w:rPr>
              <w:t>0,00</w:t>
            </w:r>
          </w:p>
        </w:tc>
        <w:tc>
          <w:tcPr>
            <w:tcW w:w="0" w:type="auto"/>
            <w:shd w:val="clear" w:color="auto" w:fill="DBE5F1"/>
          </w:tcPr>
          <w:p w14:paraId="5C6514DB" w14:textId="77777777" w:rsidR="007A5E59" w:rsidRDefault="0095198F">
            <w:pPr>
              <w:jc w:val="center"/>
            </w:pPr>
            <w:r>
              <w:rPr>
                <w:b/>
              </w:rPr>
              <w:t>0,00</w:t>
            </w:r>
          </w:p>
        </w:tc>
        <w:tc>
          <w:tcPr>
            <w:tcW w:w="0" w:type="auto"/>
            <w:shd w:val="clear" w:color="auto" w:fill="DBE5F1"/>
          </w:tcPr>
          <w:p w14:paraId="2CDDF83E" w14:textId="77777777" w:rsidR="007A5E59" w:rsidRDefault="0095198F">
            <w:pPr>
              <w:jc w:val="center"/>
            </w:pPr>
            <w:r>
              <w:rPr>
                <w:b/>
              </w:rPr>
              <w:t>0,00</w:t>
            </w:r>
          </w:p>
        </w:tc>
        <w:tc>
          <w:tcPr>
            <w:tcW w:w="0" w:type="auto"/>
            <w:shd w:val="clear" w:color="auto" w:fill="DBE5F1"/>
          </w:tcPr>
          <w:p w14:paraId="5A891E77" w14:textId="77777777" w:rsidR="007A5E59" w:rsidRDefault="0095198F">
            <w:pPr>
              <w:jc w:val="center"/>
            </w:pPr>
            <w:r>
              <w:rPr>
                <w:b/>
              </w:rPr>
              <w:t>979,56</w:t>
            </w:r>
          </w:p>
        </w:tc>
      </w:tr>
      <w:tr w:rsidR="007A5E59" w14:paraId="0BA325F7" w14:textId="77777777">
        <w:trPr>
          <w:jc w:val="center"/>
        </w:trPr>
        <w:tc>
          <w:tcPr>
            <w:tcW w:w="0" w:type="auto"/>
            <w:shd w:val="clear" w:color="auto" w:fill="DBE5F1"/>
          </w:tcPr>
          <w:p w14:paraId="37C99085" w14:textId="77777777" w:rsidR="007A5E59" w:rsidRDefault="0095198F">
            <w:r>
              <w:rPr>
                <w:b/>
              </w:rPr>
              <w:t>ВСЕГО площадь поверхности, м²</w:t>
            </w:r>
          </w:p>
        </w:tc>
        <w:tc>
          <w:tcPr>
            <w:tcW w:w="0" w:type="auto"/>
            <w:shd w:val="clear" w:color="auto" w:fill="DBE5F1"/>
          </w:tcPr>
          <w:p w14:paraId="4ABA1083" w14:textId="77777777" w:rsidR="007A5E59" w:rsidRDefault="0095198F">
            <w:pPr>
              <w:jc w:val="center"/>
            </w:pPr>
            <w:r>
              <w:rPr>
                <w:b/>
              </w:rPr>
              <w:t>979,56</w:t>
            </w:r>
          </w:p>
        </w:tc>
        <w:tc>
          <w:tcPr>
            <w:tcW w:w="0" w:type="auto"/>
            <w:shd w:val="clear" w:color="auto" w:fill="DBE5F1"/>
          </w:tcPr>
          <w:p w14:paraId="5F185565" w14:textId="77777777" w:rsidR="007A5E59" w:rsidRDefault="007A5E59"/>
        </w:tc>
        <w:tc>
          <w:tcPr>
            <w:tcW w:w="0" w:type="auto"/>
            <w:shd w:val="clear" w:color="auto" w:fill="DBE5F1"/>
          </w:tcPr>
          <w:p w14:paraId="4390DB6F" w14:textId="77777777" w:rsidR="007A5E59" w:rsidRDefault="007A5E59"/>
        </w:tc>
        <w:tc>
          <w:tcPr>
            <w:tcW w:w="0" w:type="auto"/>
            <w:shd w:val="clear" w:color="auto" w:fill="DBE5F1"/>
          </w:tcPr>
          <w:p w14:paraId="273EFFB3" w14:textId="77777777" w:rsidR="007A5E59" w:rsidRDefault="007A5E59"/>
        </w:tc>
        <w:tc>
          <w:tcPr>
            <w:tcW w:w="0" w:type="auto"/>
            <w:shd w:val="clear" w:color="auto" w:fill="DBE5F1"/>
          </w:tcPr>
          <w:p w14:paraId="36E44FB8" w14:textId="77777777" w:rsidR="007A5E59" w:rsidRDefault="007A5E59"/>
        </w:tc>
        <w:tc>
          <w:tcPr>
            <w:tcW w:w="0" w:type="auto"/>
            <w:shd w:val="clear" w:color="auto" w:fill="DBE5F1"/>
          </w:tcPr>
          <w:p w14:paraId="6FD30994" w14:textId="77777777" w:rsidR="007A5E59" w:rsidRDefault="007A5E59"/>
        </w:tc>
        <w:tc>
          <w:tcPr>
            <w:tcW w:w="0" w:type="auto"/>
            <w:shd w:val="clear" w:color="auto" w:fill="DBE5F1"/>
          </w:tcPr>
          <w:p w14:paraId="0E235467" w14:textId="77777777" w:rsidR="007A5E59" w:rsidRDefault="007A5E59"/>
        </w:tc>
        <w:tc>
          <w:tcPr>
            <w:tcW w:w="0" w:type="auto"/>
            <w:shd w:val="clear" w:color="auto" w:fill="DBE5F1"/>
          </w:tcPr>
          <w:p w14:paraId="7C699A9A" w14:textId="77777777" w:rsidR="007A5E59" w:rsidRDefault="007A5E59"/>
        </w:tc>
        <w:tc>
          <w:tcPr>
            <w:tcW w:w="0" w:type="auto"/>
            <w:shd w:val="clear" w:color="auto" w:fill="DBE5F1"/>
          </w:tcPr>
          <w:p w14:paraId="7A5D0612" w14:textId="77777777" w:rsidR="007A5E59" w:rsidRDefault="007A5E59"/>
        </w:tc>
        <w:tc>
          <w:tcPr>
            <w:tcW w:w="0" w:type="auto"/>
            <w:shd w:val="clear" w:color="auto" w:fill="DBE5F1"/>
          </w:tcPr>
          <w:p w14:paraId="5DBED1C1" w14:textId="77777777" w:rsidR="007A5E59" w:rsidRDefault="007A5E59"/>
        </w:tc>
        <w:tc>
          <w:tcPr>
            <w:tcW w:w="0" w:type="auto"/>
            <w:shd w:val="clear" w:color="auto" w:fill="DBE5F1"/>
          </w:tcPr>
          <w:p w14:paraId="7C81C4A2" w14:textId="77777777" w:rsidR="007A5E59" w:rsidRDefault="007A5E59"/>
        </w:tc>
        <w:tc>
          <w:tcPr>
            <w:tcW w:w="0" w:type="auto"/>
            <w:shd w:val="clear" w:color="auto" w:fill="DBE5F1"/>
          </w:tcPr>
          <w:p w14:paraId="19616DCB" w14:textId="77777777" w:rsidR="007A5E59" w:rsidRDefault="007A5E59"/>
        </w:tc>
        <w:tc>
          <w:tcPr>
            <w:tcW w:w="0" w:type="auto"/>
            <w:shd w:val="clear" w:color="auto" w:fill="DBE5F1"/>
          </w:tcPr>
          <w:p w14:paraId="49BDD0CC" w14:textId="77777777" w:rsidR="007A5E59" w:rsidRDefault="007A5E59"/>
        </w:tc>
        <w:tc>
          <w:tcPr>
            <w:tcW w:w="0" w:type="auto"/>
            <w:shd w:val="clear" w:color="auto" w:fill="DBE5F1"/>
          </w:tcPr>
          <w:p w14:paraId="120009F7" w14:textId="77777777" w:rsidR="007A5E59" w:rsidRDefault="007A5E59"/>
        </w:tc>
        <w:tc>
          <w:tcPr>
            <w:tcW w:w="0" w:type="auto"/>
            <w:shd w:val="clear" w:color="auto" w:fill="DBE5F1"/>
          </w:tcPr>
          <w:p w14:paraId="268AF2C4" w14:textId="77777777" w:rsidR="007A5E59" w:rsidRDefault="007A5E59"/>
        </w:tc>
        <w:tc>
          <w:tcPr>
            <w:tcW w:w="0" w:type="auto"/>
            <w:shd w:val="clear" w:color="auto" w:fill="DBE5F1"/>
          </w:tcPr>
          <w:p w14:paraId="3B901F39" w14:textId="77777777" w:rsidR="007A5E59" w:rsidRDefault="007A5E59"/>
        </w:tc>
        <w:tc>
          <w:tcPr>
            <w:tcW w:w="0" w:type="auto"/>
            <w:shd w:val="clear" w:color="auto" w:fill="DBE5F1"/>
          </w:tcPr>
          <w:p w14:paraId="230A9544" w14:textId="77777777" w:rsidR="007A5E59" w:rsidRDefault="007A5E59"/>
        </w:tc>
        <w:tc>
          <w:tcPr>
            <w:tcW w:w="0" w:type="auto"/>
            <w:shd w:val="clear" w:color="auto" w:fill="DBE5F1"/>
          </w:tcPr>
          <w:p w14:paraId="680D1716" w14:textId="77777777" w:rsidR="007A5E59" w:rsidRDefault="007A5E59"/>
        </w:tc>
        <w:tc>
          <w:tcPr>
            <w:tcW w:w="0" w:type="auto"/>
            <w:shd w:val="clear" w:color="auto" w:fill="DBE5F1"/>
          </w:tcPr>
          <w:p w14:paraId="593B8879" w14:textId="77777777" w:rsidR="007A5E59" w:rsidRDefault="007A5E59"/>
        </w:tc>
        <w:tc>
          <w:tcPr>
            <w:tcW w:w="0" w:type="auto"/>
            <w:shd w:val="clear" w:color="auto" w:fill="DBE5F1"/>
          </w:tcPr>
          <w:p w14:paraId="5BEF6FDC" w14:textId="77777777" w:rsidR="007A5E59" w:rsidRDefault="007A5E59"/>
        </w:tc>
      </w:tr>
      <w:tr w:rsidR="007A5E59" w14:paraId="45AF665A" w14:textId="77777777">
        <w:trPr>
          <w:jc w:val="center"/>
        </w:trPr>
        <w:tc>
          <w:tcPr>
            <w:tcW w:w="0" w:type="auto"/>
          </w:tcPr>
          <w:p w14:paraId="0CF41C72" w14:textId="77777777" w:rsidR="007A5E59" w:rsidRPr="00312815" w:rsidRDefault="0095198F">
            <w:pPr>
              <w:rPr>
                <w:lang w:val="ru-RU"/>
              </w:rPr>
            </w:pPr>
            <w:r w:rsidRPr="00312815">
              <w:rPr>
                <w:lang w:val="ru-RU"/>
              </w:rPr>
              <w:t>Материальная характеристика, м² (2·</w:t>
            </w:r>
            <w:r>
              <w:t>S</w:t>
            </w:r>
            <w:r w:rsidRPr="00312815">
              <w:rPr>
                <w:lang w:val="ru-RU"/>
              </w:rPr>
              <w:t>/</w:t>
            </w:r>
            <w:r>
              <w:t>π</w:t>
            </w:r>
            <w:r w:rsidRPr="00312815">
              <w:rPr>
                <w:lang w:val="ru-RU"/>
              </w:rPr>
              <w:t>)</w:t>
            </w:r>
          </w:p>
        </w:tc>
        <w:tc>
          <w:tcPr>
            <w:tcW w:w="0" w:type="auto"/>
          </w:tcPr>
          <w:p w14:paraId="0BF3FF3C" w14:textId="77777777" w:rsidR="007A5E59" w:rsidRDefault="0095198F">
            <w:pPr>
              <w:jc w:val="center"/>
            </w:pPr>
            <w:r>
              <w:t>623,61</w:t>
            </w:r>
          </w:p>
        </w:tc>
        <w:tc>
          <w:tcPr>
            <w:tcW w:w="0" w:type="auto"/>
          </w:tcPr>
          <w:p w14:paraId="2A934EA8" w14:textId="77777777" w:rsidR="007A5E59" w:rsidRDefault="007A5E59"/>
        </w:tc>
        <w:tc>
          <w:tcPr>
            <w:tcW w:w="0" w:type="auto"/>
          </w:tcPr>
          <w:p w14:paraId="703D3CCC" w14:textId="77777777" w:rsidR="007A5E59" w:rsidRDefault="007A5E59"/>
        </w:tc>
        <w:tc>
          <w:tcPr>
            <w:tcW w:w="0" w:type="auto"/>
          </w:tcPr>
          <w:p w14:paraId="78526008" w14:textId="77777777" w:rsidR="007A5E59" w:rsidRDefault="007A5E59"/>
        </w:tc>
        <w:tc>
          <w:tcPr>
            <w:tcW w:w="0" w:type="auto"/>
          </w:tcPr>
          <w:p w14:paraId="0B3B11EA" w14:textId="77777777" w:rsidR="007A5E59" w:rsidRDefault="007A5E59"/>
        </w:tc>
        <w:tc>
          <w:tcPr>
            <w:tcW w:w="0" w:type="auto"/>
          </w:tcPr>
          <w:p w14:paraId="742AECFC" w14:textId="77777777" w:rsidR="007A5E59" w:rsidRDefault="007A5E59"/>
        </w:tc>
        <w:tc>
          <w:tcPr>
            <w:tcW w:w="0" w:type="auto"/>
          </w:tcPr>
          <w:p w14:paraId="2DD27B7B" w14:textId="77777777" w:rsidR="007A5E59" w:rsidRDefault="007A5E59"/>
        </w:tc>
        <w:tc>
          <w:tcPr>
            <w:tcW w:w="0" w:type="auto"/>
          </w:tcPr>
          <w:p w14:paraId="7ED7E1F1" w14:textId="77777777" w:rsidR="007A5E59" w:rsidRDefault="007A5E59"/>
        </w:tc>
        <w:tc>
          <w:tcPr>
            <w:tcW w:w="0" w:type="auto"/>
          </w:tcPr>
          <w:p w14:paraId="3B03C699" w14:textId="77777777" w:rsidR="007A5E59" w:rsidRDefault="007A5E59"/>
        </w:tc>
        <w:tc>
          <w:tcPr>
            <w:tcW w:w="0" w:type="auto"/>
          </w:tcPr>
          <w:p w14:paraId="1AE6B2BA" w14:textId="77777777" w:rsidR="007A5E59" w:rsidRDefault="007A5E59"/>
        </w:tc>
        <w:tc>
          <w:tcPr>
            <w:tcW w:w="0" w:type="auto"/>
          </w:tcPr>
          <w:p w14:paraId="1F634690" w14:textId="77777777" w:rsidR="007A5E59" w:rsidRDefault="007A5E59"/>
        </w:tc>
        <w:tc>
          <w:tcPr>
            <w:tcW w:w="0" w:type="auto"/>
          </w:tcPr>
          <w:p w14:paraId="3E96D69B" w14:textId="77777777" w:rsidR="007A5E59" w:rsidRDefault="007A5E59"/>
        </w:tc>
        <w:tc>
          <w:tcPr>
            <w:tcW w:w="0" w:type="auto"/>
          </w:tcPr>
          <w:p w14:paraId="3BB3DF69" w14:textId="77777777" w:rsidR="007A5E59" w:rsidRDefault="007A5E59"/>
        </w:tc>
        <w:tc>
          <w:tcPr>
            <w:tcW w:w="0" w:type="auto"/>
          </w:tcPr>
          <w:p w14:paraId="7E8E9695" w14:textId="77777777" w:rsidR="007A5E59" w:rsidRDefault="007A5E59"/>
        </w:tc>
        <w:tc>
          <w:tcPr>
            <w:tcW w:w="0" w:type="auto"/>
          </w:tcPr>
          <w:p w14:paraId="3F33D15C" w14:textId="77777777" w:rsidR="007A5E59" w:rsidRDefault="007A5E59"/>
        </w:tc>
        <w:tc>
          <w:tcPr>
            <w:tcW w:w="0" w:type="auto"/>
          </w:tcPr>
          <w:p w14:paraId="41F37A62" w14:textId="77777777" w:rsidR="007A5E59" w:rsidRDefault="007A5E59"/>
        </w:tc>
        <w:tc>
          <w:tcPr>
            <w:tcW w:w="0" w:type="auto"/>
          </w:tcPr>
          <w:p w14:paraId="34AAD1C7" w14:textId="77777777" w:rsidR="007A5E59" w:rsidRDefault="007A5E59"/>
        </w:tc>
        <w:tc>
          <w:tcPr>
            <w:tcW w:w="0" w:type="auto"/>
          </w:tcPr>
          <w:p w14:paraId="183E8069" w14:textId="77777777" w:rsidR="007A5E59" w:rsidRDefault="007A5E59"/>
        </w:tc>
        <w:tc>
          <w:tcPr>
            <w:tcW w:w="0" w:type="auto"/>
          </w:tcPr>
          <w:p w14:paraId="30D0E9B4" w14:textId="77777777" w:rsidR="007A5E59" w:rsidRDefault="007A5E59"/>
        </w:tc>
        <w:tc>
          <w:tcPr>
            <w:tcW w:w="0" w:type="auto"/>
          </w:tcPr>
          <w:p w14:paraId="59A262A6" w14:textId="77777777" w:rsidR="007A5E59" w:rsidRDefault="007A5E59"/>
        </w:tc>
      </w:tr>
      <w:tr w:rsidR="007A5E59" w:rsidRPr="00C07C05" w14:paraId="76D9C6A3" w14:textId="77777777">
        <w:trPr>
          <w:jc w:val="center"/>
        </w:trPr>
        <w:tc>
          <w:tcPr>
            <w:tcW w:w="0" w:type="auto"/>
          </w:tcPr>
          <w:p w14:paraId="74F661AF" w14:textId="77777777" w:rsidR="007A5E59" w:rsidRPr="00312815" w:rsidRDefault="0095198F">
            <w:pPr>
              <w:rPr>
                <w:lang w:val="ru-RU"/>
              </w:rPr>
            </w:pPr>
            <w:r w:rsidRPr="00312815">
              <w:rPr>
                <w:lang w:val="ru-RU"/>
              </w:rPr>
              <w:t>БЛОК 4. Параметры, программа мероприятий и контроль</w:t>
            </w:r>
          </w:p>
        </w:tc>
        <w:tc>
          <w:tcPr>
            <w:tcW w:w="0" w:type="auto"/>
          </w:tcPr>
          <w:p w14:paraId="2B0E725B" w14:textId="77777777" w:rsidR="007A5E59" w:rsidRPr="00312815" w:rsidRDefault="007A5E59">
            <w:pPr>
              <w:rPr>
                <w:lang w:val="ru-RU"/>
              </w:rPr>
            </w:pPr>
          </w:p>
        </w:tc>
        <w:tc>
          <w:tcPr>
            <w:tcW w:w="0" w:type="auto"/>
          </w:tcPr>
          <w:p w14:paraId="6445E998" w14:textId="77777777" w:rsidR="007A5E59" w:rsidRPr="00312815" w:rsidRDefault="007A5E59">
            <w:pPr>
              <w:rPr>
                <w:lang w:val="ru-RU"/>
              </w:rPr>
            </w:pPr>
          </w:p>
        </w:tc>
        <w:tc>
          <w:tcPr>
            <w:tcW w:w="0" w:type="auto"/>
          </w:tcPr>
          <w:p w14:paraId="691F5292" w14:textId="77777777" w:rsidR="007A5E59" w:rsidRPr="00312815" w:rsidRDefault="007A5E59">
            <w:pPr>
              <w:rPr>
                <w:lang w:val="ru-RU"/>
              </w:rPr>
            </w:pPr>
          </w:p>
        </w:tc>
        <w:tc>
          <w:tcPr>
            <w:tcW w:w="0" w:type="auto"/>
          </w:tcPr>
          <w:p w14:paraId="71AF8985" w14:textId="77777777" w:rsidR="007A5E59" w:rsidRPr="00312815" w:rsidRDefault="007A5E59">
            <w:pPr>
              <w:rPr>
                <w:lang w:val="ru-RU"/>
              </w:rPr>
            </w:pPr>
          </w:p>
        </w:tc>
        <w:tc>
          <w:tcPr>
            <w:tcW w:w="0" w:type="auto"/>
          </w:tcPr>
          <w:p w14:paraId="763BB564" w14:textId="77777777" w:rsidR="007A5E59" w:rsidRPr="00312815" w:rsidRDefault="007A5E59">
            <w:pPr>
              <w:rPr>
                <w:lang w:val="ru-RU"/>
              </w:rPr>
            </w:pPr>
          </w:p>
        </w:tc>
        <w:tc>
          <w:tcPr>
            <w:tcW w:w="0" w:type="auto"/>
          </w:tcPr>
          <w:p w14:paraId="6BAAA3C1" w14:textId="77777777" w:rsidR="007A5E59" w:rsidRPr="00312815" w:rsidRDefault="007A5E59">
            <w:pPr>
              <w:rPr>
                <w:lang w:val="ru-RU"/>
              </w:rPr>
            </w:pPr>
          </w:p>
        </w:tc>
        <w:tc>
          <w:tcPr>
            <w:tcW w:w="0" w:type="auto"/>
          </w:tcPr>
          <w:p w14:paraId="0C5908A5" w14:textId="77777777" w:rsidR="007A5E59" w:rsidRPr="00312815" w:rsidRDefault="007A5E59">
            <w:pPr>
              <w:rPr>
                <w:lang w:val="ru-RU"/>
              </w:rPr>
            </w:pPr>
          </w:p>
        </w:tc>
        <w:tc>
          <w:tcPr>
            <w:tcW w:w="0" w:type="auto"/>
          </w:tcPr>
          <w:p w14:paraId="4EAD5A36" w14:textId="77777777" w:rsidR="007A5E59" w:rsidRPr="00312815" w:rsidRDefault="007A5E59">
            <w:pPr>
              <w:rPr>
                <w:lang w:val="ru-RU"/>
              </w:rPr>
            </w:pPr>
          </w:p>
        </w:tc>
        <w:tc>
          <w:tcPr>
            <w:tcW w:w="0" w:type="auto"/>
          </w:tcPr>
          <w:p w14:paraId="6B6AB344" w14:textId="77777777" w:rsidR="007A5E59" w:rsidRPr="00312815" w:rsidRDefault="007A5E59">
            <w:pPr>
              <w:rPr>
                <w:lang w:val="ru-RU"/>
              </w:rPr>
            </w:pPr>
          </w:p>
        </w:tc>
        <w:tc>
          <w:tcPr>
            <w:tcW w:w="0" w:type="auto"/>
          </w:tcPr>
          <w:p w14:paraId="776C15E3" w14:textId="77777777" w:rsidR="007A5E59" w:rsidRPr="00312815" w:rsidRDefault="007A5E59">
            <w:pPr>
              <w:rPr>
                <w:lang w:val="ru-RU"/>
              </w:rPr>
            </w:pPr>
          </w:p>
        </w:tc>
        <w:tc>
          <w:tcPr>
            <w:tcW w:w="0" w:type="auto"/>
          </w:tcPr>
          <w:p w14:paraId="08908BBF" w14:textId="77777777" w:rsidR="007A5E59" w:rsidRPr="00312815" w:rsidRDefault="007A5E59">
            <w:pPr>
              <w:rPr>
                <w:lang w:val="ru-RU"/>
              </w:rPr>
            </w:pPr>
          </w:p>
        </w:tc>
        <w:tc>
          <w:tcPr>
            <w:tcW w:w="0" w:type="auto"/>
          </w:tcPr>
          <w:p w14:paraId="2C4DCF9E" w14:textId="77777777" w:rsidR="007A5E59" w:rsidRPr="00312815" w:rsidRDefault="007A5E59">
            <w:pPr>
              <w:rPr>
                <w:lang w:val="ru-RU"/>
              </w:rPr>
            </w:pPr>
          </w:p>
        </w:tc>
        <w:tc>
          <w:tcPr>
            <w:tcW w:w="0" w:type="auto"/>
          </w:tcPr>
          <w:p w14:paraId="4022A0D6" w14:textId="77777777" w:rsidR="007A5E59" w:rsidRPr="00312815" w:rsidRDefault="007A5E59">
            <w:pPr>
              <w:rPr>
                <w:lang w:val="ru-RU"/>
              </w:rPr>
            </w:pPr>
          </w:p>
        </w:tc>
        <w:tc>
          <w:tcPr>
            <w:tcW w:w="0" w:type="auto"/>
          </w:tcPr>
          <w:p w14:paraId="0B8113AD" w14:textId="77777777" w:rsidR="007A5E59" w:rsidRPr="00312815" w:rsidRDefault="007A5E59">
            <w:pPr>
              <w:rPr>
                <w:lang w:val="ru-RU"/>
              </w:rPr>
            </w:pPr>
          </w:p>
        </w:tc>
        <w:tc>
          <w:tcPr>
            <w:tcW w:w="0" w:type="auto"/>
          </w:tcPr>
          <w:p w14:paraId="71DC96D5" w14:textId="77777777" w:rsidR="007A5E59" w:rsidRPr="00312815" w:rsidRDefault="007A5E59">
            <w:pPr>
              <w:rPr>
                <w:lang w:val="ru-RU"/>
              </w:rPr>
            </w:pPr>
          </w:p>
        </w:tc>
        <w:tc>
          <w:tcPr>
            <w:tcW w:w="0" w:type="auto"/>
          </w:tcPr>
          <w:p w14:paraId="3693520E" w14:textId="77777777" w:rsidR="007A5E59" w:rsidRPr="00312815" w:rsidRDefault="007A5E59">
            <w:pPr>
              <w:rPr>
                <w:lang w:val="ru-RU"/>
              </w:rPr>
            </w:pPr>
          </w:p>
        </w:tc>
        <w:tc>
          <w:tcPr>
            <w:tcW w:w="0" w:type="auto"/>
          </w:tcPr>
          <w:p w14:paraId="4CBFB37C" w14:textId="77777777" w:rsidR="007A5E59" w:rsidRPr="00312815" w:rsidRDefault="007A5E59">
            <w:pPr>
              <w:rPr>
                <w:lang w:val="ru-RU"/>
              </w:rPr>
            </w:pPr>
          </w:p>
        </w:tc>
        <w:tc>
          <w:tcPr>
            <w:tcW w:w="0" w:type="auto"/>
          </w:tcPr>
          <w:p w14:paraId="71557210" w14:textId="77777777" w:rsidR="007A5E59" w:rsidRPr="00312815" w:rsidRDefault="007A5E59">
            <w:pPr>
              <w:rPr>
                <w:lang w:val="ru-RU"/>
              </w:rPr>
            </w:pPr>
          </w:p>
        </w:tc>
        <w:tc>
          <w:tcPr>
            <w:tcW w:w="0" w:type="auto"/>
          </w:tcPr>
          <w:p w14:paraId="7605BDBB" w14:textId="77777777" w:rsidR="007A5E59" w:rsidRPr="00312815" w:rsidRDefault="007A5E59">
            <w:pPr>
              <w:rPr>
                <w:lang w:val="ru-RU"/>
              </w:rPr>
            </w:pPr>
          </w:p>
        </w:tc>
        <w:tc>
          <w:tcPr>
            <w:tcW w:w="0" w:type="auto"/>
          </w:tcPr>
          <w:p w14:paraId="554C9AC1" w14:textId="77777777" w:rsidR="007A5E59" w:rsidRPr="00312815" w:rsidRDefault="007A5E59">
            <w:pPr>
              <w:rPr>
                <w:lang w:val="ru-RU"/>
              </w:rPr>
            </w:pPr>
          </w:p>
        </w:tc>
      </w:tr>
      <w:tr w:rsidR="007A5E59" w14:paraId="53B06469" w14:textId="77777777">
        <w:trPr>
          <w:jc w:val="center"/>
        </w:trPr>
        <w:tc>
          <w:tcPr>
            <w:tcW w:w="0" w:type="auto"/>
          </w:tcPr>
          <w:p w14:paraId="1BA643F8" w14:textId="77777777" w:rsidR="007A5E59" w:rsidRPr="00312815" w:rsidRDefault="0095198F">
            <w:pPr>
              <w:rPr>
                <w:lang w:val="ru-RU"/>
              </w:rPr>
            </w:pPr>
            <w:r w:rsidRPr="00312815">
              <w:rPr>
                <w:lang w:val="ru-RU"/>
              </w:rPr>
              <w:t>Принятый расчётный срок службы, лет</w:t>
            </w:r>
          </w:p>
        </w:tc>
        <w:tc>
          <w:tcPr>
            <w:tcW w:w="0" w:type="auto"/>
          </w:tcPr>
          <w:p w14:paraId="548A322C" w14:textId="77777777" w:rsidR="007A5E59" w:rsidRDefault="0095198F">
            <w:pPr>
              <w:jc w:val="center"/>
            </w:pPr>
            <w:r>
              <w:t>25,0</w:t>
            </w:r>
          </w:p>
        </w:tc>
        <w:tc>
          <w:tcPr>
            <w:tcW w:w="0" w:type="auto"/>
          </w:tcPr>
          <w:p w14:paraId="54B39AD9" w14:textId="77777777" w:rsidR="007A5E59" w:rsidRDefault="007A5E59"/>
        </w:tc>
        <w:tc>
          <w:tcPr>
            <w:tcW w:w="0" w:type="auto"/>
          </w:tcPr>
          <w:p w14:paraId="09486102" w14:textId="77777777" w:rsidR="007A5E59" w:rsidRDefault="007A5E59"/>
        </w:tc>
        <w:tc>
          <w:tcPr>
            <w:tcW w:w="0" w:type="auto"/>
          </w:tcPr>
          <w:p w14:paraId="38BE4BF7" w14:textId="77777777" w:rsidR="007A5E59" w:rsidRDefault="007A5E59"/>
        </w:tc>
        <w:tc>
          <w:tcPr>
            <w:tcW w:w="0" w:type="auto"/>
          </w:tcPr>
          <w:p w14:paraId="77750C15" w14:textId="77777777" w:rsidR="007A5E59" w:rsidRDefault="007A5E59"/>
        </w:tc>
        <w:tc>
          <w:tcPr>
            <w:tcW w:w="0" w:type="auto"/>
          </w:tcPr>
          <w:p w14:paraId="605D7B29" w14:textId="77777777" w:rsidR="007A5E59" w:rsidRDefault="007A5E59"/>
        </w:tc>
        <w:tc>
          <w:tcPr>
            <w:tcW w:w="0" w:type="auto"/>
          </w:tcPr>
          <w:p w14:paraId="7D4AC5B5" w14:textId="77777777" w:rsidR="007A5E59" w:rsidRDefault="007A5E59"/>
        </w:tc>
        <w:tc>
          <w:tcPr>
            <w:tcW w:w="0" w:type="auto"/>
          </w:tcPr>
          <w:p w14:paraId="388FAD96" w14:textId="77777777" w:rsidR="007A5E59" w:rsidRDefault="007A5E59"/>
        </w:tc>
        <w:tc>
          <w:tcPr>
            <w:tcW w:w="0" w:type="auto"/>
          </w:tcPr>
          <w:p w14:paraId="7B031EA4" w14:textId="77777777" w:rsidR="007A5E59" w:rsidRDefault="007A5E59"/>
        </w:tc>
        <w:tc>
          <w:tcPr>
            <w:tcW w:w="0" w:type="auto"/>
          </w:tcPr>
          <w:p w14:paraId="41BB80E6" w14:textId="77777777" w:rsidR="007A5E59" w:rsidRDefault="007A5E59"/>
        </w:tc>
        <w:tc>
          <w:tcPr>
            <w:tcW w:w="0" w:type="auto"/>
          </w:tcPr>
          <w:p w14:paraId="514CD331" w14:textId="77777777" w:rsidR="007A5E59" w:rsidRDefault="007A5E59"/>
        </w:tc>
        <w:tc>
          <w:tcPr>
            <w:tcW w:w="0" w:type="auto"/>
          </w:tcPr>
          <w:p w14:paraId="0B4EDE43" w14:textId="77777777" w:rsidR="007A5E59" w:rsidRDefault="007A5E59"/>
        </w:tc>
        <w:tc>
          <w:tcPr>
            <w:tcW w:w="0" w:type="auto"/>
          </w:tcPr>
          <w:p w14:paraId="6BB1738C" w14:textId="77777777" w:rsidR="007A5E59" w:rsidRDefault="007A5E59"/>
        </w:tc>
        <w:tc>
          <w:tcPr>
            <w:tcW w:w="0" w:type="auto"/>
          </w:tcPr>
          <w:p w14:paraId="11AABF71" w14:textId="77777777" w:rsidR="007A5E59" w:rsidRDefault="007A5E59"/>
        </w:tc>
        <w:tc>
          <w:tcPr>
            <w:tcW w:w="0" w:type="auto"/>
          </w:tcPr>
          <w:p w14:paraId="5E7F1602" w14:textId="77777777" w:rsidR="007A5E59" w:rsidRDefault="007A5E59"/>
        </w:tc>
        <w:tc>
          <w:tcPr>
            <w:tcW w:w="0" w:type="auto"/>
          </w:tcPr>
          <w:p w14:paraId="4C7C4143" w14:textId="77777777" w:rsidR="007A5E59" w:rsidRDefault="007A5E59"/>
        </w:tc>
        <w:tc>
          <w:tcPr>
            <w:tcW w:w="0" w:type="auto"/>
          </w:tcPr>
          <w:p w14:paraId="55E08ED1" w14:textId="77777777" w:rsidR="007A5E59" w:rsidRDefault="007A5E59"/>
        </w:tc>
        <w:tc>
          <w:tcPr>
            <w:tcW w:w="0" w:type="auto"/>
          </w:tcPr>
          <w:p w14:paraId="22D3BBD9" w14:textId="77777777" w:rsidR="007A5E59" w:rsidRDefault="007A5E59"/>
        </w:tc>
        <w:tc>
          <w:tcPr>
            <w:tcW w:w="0" w:type="auto"/>
          </w:tcPr>
          <w:p w14:paraId="2FDA3818" w14:textId="77777777" w:rsidR="007A5E59" w:rsidRDefault="007A5E59"/>
        </w:tc>
        <w:tc>
          <w:tcPr>
            <w:tcW w:w="0" w:type="auto"/>
          </w:tcPr>
          <w:p w14:paraId="61A6B666" w14:textId="77777777" w:rsidR="007A5E59" w:rsidRDefault="007A5E59"/>
        </w:tc>
      </w:tr>
      <w:tr w:rsidR="007A5E59" w14:paraId="33AC2F77" w14:textId="77777777">
        <w:trPr>
          <w:jc w:val="center"/>
        </w:trPr>
        <w:tc>
          <w:tcPr>
            <w:tcW w:w="0" w:type="auto"/>
            <w:shd w:val="clear" w:color="auto" w:fill="DBE5F1"/>
          </w:tcPr>
          <w:p w14:paraId="3108E590" w14:textId="77777777" w:rsidR="007A5E59" w:rsidRDefault="0095198F">
            <w:r>
              <w:rPr>
                <w:b/>
              </w:rPr>
              <w:t>Всего участков в базе</w:t>
            </w:r>
          </w:p>
        </w:tc>
        <w:tc>
          <w:tcPr>
            <w:tcW w:w="0" w:type="auto"/>
            <w:shd w:val="clear" w:color="auto" w:fill="DBE5F1"/>
          </w:tcPr>
          <w:p w14:paraId="3D5BA1D9" w14:textId="77777777" w:rsidR="007A5E59" w:rsidRDefault="0095198F">
            <w:pPr>
              <w:jc w:val="center"/>
            </w:pPr>
            <w:r>
              <w:rPr>
                <w:b/>
              </w:rPr>
              <w:t>19,0</w:t>
            </w:r>
          </w:p>
        </w:tc>
        <w:tc>
          <w:tcPr>
            <w:tcW w:w="0" w:type="auto"/>
            <w:shd w:val="clear" w:color="auto" w:fill="DBE5F1"/>
          </w:tcPr>
          <w:p w14:paraId="7F5CE82E" w14:textId="77777777" w:rsidR="007A5E59" w:rsidRDefault="007A5E59"/>
        </w:tc>
        <w:tc>
          <w:tcPr>
            <w:tcW w:w="0" w:type="auto"/>
            <w:shd w:val="clear" w:color="auto" w:fill="DBE5F1"/>
          </w:tcPr>
          <w:p w14:paraId="2A44318F" w14:textId="77777777" w:rsidR="007A5E59" w:rsidRDefault="007A5E59"/>
        </w:tc>
        <w:tc>
          <w:tcPr>
            <w:tcW w:w="0" w:type="auto"/>
            <w:shd w:val="clear" w:color="auto" w:fill="DBE5F1"/>
          </w:tcPr>
          <w:p w14:paraId="152E16BD" w14:textId="77777777" w:rsidR="007A5E59" w:rsidRDefault="007A5E59"/>
        </w:tc>
        <w:tc>
          <w:tcPr>
            <w:tcW w:w="0" w:type="auto"/>
            <w:shd w:val="clear" w:color="auto" w:fill="DBE5F1"/>
          </w:tcPr>
          <w:p w14:paraId="242B17B2" w14:textId="77777777" w:rsidR="007A5E59" w:rsidRDefault="007A5E59"/>
        </w:tc>
        <w:tc>
          <w:tcPr>
            <w:tcW w:w="0" w:type="auto"/>
            <w:shd w:val="clear" w:color="auto" w:fill="DBE5F1"/>
          </w:tcPr>
          <w:p w14:paraId="2438C2A2" w14:textId="77777777" w:rsidR="007A5E59" w:rsidRDefault="007A5E59"/>
        </w:tc>
        <w:tc>
          <w:tcPr>
            <w:tcW w:w="0" w:type="auto"/>
            <w:shd w:val="clear" w:color="auto" w:fill="DBE5F1"/>
          </w:tcPr>
          <w:p w14:paraId="308F98D2" w14:textId="77777777" w:rsidR="007A5E59" w:rsidRDefault="007A5E59"/>
        </w:tc>
        <w:tc>
          <w:tcPr>
            <w:tcW w:w="0" w:type="auto"/>
            <w:shd w:val="clear" w:color="auto" w:fill="DBE5F1"/>
          </w:tcPr>
          <w:p w14:paraId="0FE66D36" w14:textId="77777777" w:rsidR="007A5E59" w:rsidRDefault="007A5E59"/>
        </w:tc>
        <w:tc>
          <w:tcPr>
            <w:tcW w:w="0" w:type="auto"/>
            <w:shd w:val="clear" w:color="auto" w:fill="DBE5F1"/>
          </w:tcPr>
          <w:p w14:paraId="15F85795" w14:textId="77777777" w:rsidR="007A5E59" w:rsidRDefault="007A5E59"/>
        </w:tc>
        <w:tc>
          <w:tcPr>
            <w:tcW w:w="0" w:type="auto"/>
            <w:shd w:val="clear" w:color="auto" w:fill="DBE5F1"/>
          </w:tcPr>
          <w:p w14:paraId="7344B3FC" w14:textId="77777777" w:rsidR="007A5E59" w:rsidRDefault="007A5E59"/>
        </w:tc>
        <w:tc>
          <w:tcPr>
            <w:tcW w:w="0" w:type="auto"/>
            <w:shd w:val="clear" w:color="auto" w:fill="DBE5F1"/>
          </w:tcPr>
          <w:p w14:paraId="2DB9C7FA" w14:textId="77777777" w:rsidR="007A5E59" w:rsidRDefault="007A5E59"/>
        </w:tc>
        <w:tc>
          <w:tcPr>
            <w:tcW w:w="0" w:type="auto"/>
            <w:shd w:val="clear" w:color="auto" w:fill="DBE5F1"/>
          </w:tcPr>
          <w:p w14:paraId="4B399E5B" w14:textId="77777777" w:rsidR="007A5E59" w:rsidRDefault="007A5E59"/>
        </w:tc>
        <w:tc>
          <w:tcPr>
            <w:tcW w:w="0" w:type="auto"/>
            <w:shd w:val="clear" w:color="auto" w:fill="DBE5F1"/>
          </w:tcPr>
          <w:p w14:paraId="7C7CEF68" w14:textId="77777777" w:rsidR="007A5E59" w:rsidRDefault="007A5E59"/>
        </w:tc>
        <w:tc>
          <w:tcPr>
            <w:tcW w:w="0" w:type="auto"/>
            <w:shd w:val="clear" w:color="auto" w:fill="DBE5F1"/>
          </w:tcPr>
          <w:p w14:paraId="5FF96DA1" w14:textId="77777777" w:rsidR="007A5E59" w:rsidRDefault="007A5E59"/>
        </w:tc>
        <w:tc>
          <w:tcPr>
            <w:tcW w:w="0" w:type="auto"/>
            <w:shd w:val="clear" w:color="auto" w:fill="DBE5F1"/>
          </w:tcPr>
          <w:p w14:paraId="7EEF9546" w14:textId="77777777" w:rsidR="007A5E59" w:rsidRDefault="007A5E59"/>
        </w:tc>
        <w:tc>
          <w:tcPr>
            <w:tcW w:w="0" w:type="auto"/>
            <w:shd w:val="clear" w:color="auto" w:fill="DBE5F1"/>
          </w:tcPr>
          <w:p w14:paraId="483E8BD3" w14:textId="77777777" w:rsidR="007A5E59" w:rsidRDefault="007A5E59"/>
        </w:tc>
        <w:tc>
          <w:tcPr>
            <w:tcW w:w="0" w:type="auto"/>
            <w:shd w:val="clear" w:color="auto" w:fill="DBE5F1"/>
          </w:tcPr>
          <w:p w14:paraId="2286FEFC" w14:textId="77777777" w:rsidR="007A5E59" w:rsidRDefault="007A5E59"/>
        </w:tc>
        <w:tc>
          <w:tcPr>
            <w:tcW w:w="0" w:type="auto"/>
            <w:shd w:val="clear" w:color="auto" w:fill="DBE5F1"/>
          </w:tcPr>
          <w:p w14:paraId="2FF0E184" w14:textId="77777777" w:rsidR="007A5E59" w:rsidRDefault="007A5E59"/>
        </w:tc>
        <w:tc>
          <w:tcPr>
            <w:tcW w:w="0" w:type="auto"/>
            <w:shd w:val="clear" w:color="auto" w:fill="DBE5F1"/>
          </w:tcPr>
          <w:p w14:paraId="470841DF" w14:textId="77777777" w:rsidR="007A5E59" w:rsidRDefault="007A5E59"/>
        </w:tc>
        <w:tc>
          <w:tcPr>
            <w:tcW w:w="0" w:type="auto"/>
            <w:shd w:val="clear" w:color="auto" w:fill="DBE5F1"/>
          </w:tcPr>
          <w:p w14:paraId="22D3D557" w14:textId="77777777" w:rsidR="007A5E59" w:rsidRDefault="007A5E59"/>
        </w:tc>
      </w:tr>
      <w:tr w:rsidR="007A5E59" w14:paraId="41F59025" w14:textId="77777777">
        <w:trPr>
          <w:jc w:val="center"/>
        </w:trPr>
        <w:tc>
          <w:tcPr>
            <w:tcW w:w="0" w:type="auto"/>
          </w:tcPr>
          <w:p w14:paraId="6FA5BF4B" w14:textId="77777777" w:rsidR="007A5E59" w:rsidRPr="00312815" w:rsidRDefault="0095198F">
            <w:pPr>
              <w:rPr>
                <w:lang w:val="ru-RU"/>
              </w:rPr>
            </w:pPr>
            <w:r w:rsidRPr="00312815">
              <w:rPr>
                <w:lang w:val="ru-RU"/>
              </w:rPr>
              <w:t>Участков вне горизонта 2026–2036 (год ввода 2012 и позднее)</w:t>
            </w:r>
          </w:p>
        </w:tc>
        <w:tc>
          <w:tcPr>
            <w:tcW w:w="0" w:type="auto"/>
          </w:tcPr>
          <w:p w14:paraId="44A8A2FF" w14:textId="77777777" w:rsidR="007A5E59" w:rsidRDefault="0095198F">
            <w:pPr>
              <w:jc w:val="center"/>
            </w:pPr>
            <w:r>
              <w:t>5,0</w:t>
            </w:r>
          </w:p>
        </w:tc>
        <w:tc>
          <w:tcPr>
            <w:tcW w:w="0" w:type="auto"/>
          </w:tcPr>
          <w:p w14:paraId="1481E921" w14:textId="77777777" w:rsidR="007A5E59" w:rsidRDefault="007A5E59"/>
        </w:tc>
        <w:tc>
          <w:tcPr>
            <w:tcW w:w="0" w:type="auto"/>
          </w:tcPr>
          <w:p w14:paraId="56D95E52" w14:textId="77777777" w:rsidR="007A5E59" w:rsidRDefault="007A5E59"/>
        </w:tc>
        <w:tc>
          <w:tcPr>
            <w:tcW w:w="0" w:type="auto"/>
          </w:tcPr>
          <w:p w14:paraId="6C0446A1" w14:textId="77777777" w:rsidR="007A5E59" w:rsidRDefault="007A5E59"/>
        </w:tc>
        <w:tc>
          <w:tcPr>
            <w:tcW w:w="0" w:type="auto"/>
          </w:tcPr>
          <w:p w14:paraId="7B167C54" w14:textId="77777777" w:rsidR="007A5E59" w:rsidRDefault="007A5E59"/>
        </w:tc>
        <w:tc>
          <w:tcPr>
            <w:tcW w:w="0" w:type="auto"/>
          </w:tcPr>
          <w:p w14:paraId="28ACADCF" w14:textId="77777777" w:rsidR="007A5E59" w:rsidRDefault="007A5E59"/>
        </w:tc>
        <w:tc>
          <w:tcPr>
            <w:tcW w:w="0" w:type="auto"/>
          </w:tcPr>
          <w:p w14:paraId="0394AB74" w14:textId="77777777" w:rsidR="007A5E59" w:rsidRDefault="007A5E59"/>
        </w:tc>
        <w:tc>
          <w:tcPr>
            <w:tcW w:w="0" w:type="auto"/>
          </w:tcPr>
          <w:p w14:paraId="79823F07" w14:textId="77777777" w:rsidR="007A5E59" w:rsidRDefault="007A5E59"/>
        </w:tc>
        <w:tc>
          <w:tcPr>
            <w:tcW w:w="0" w:type="auto"/>
          </w:tcPr>
          <w:p w14:paraId="14B8F119" w14:textId="77777777" w:rsidR="007A5E59" w:rsidRDefault="007A5E59"/>
        </w:tc>
        <w:tc>
          <w:tcPr>
            <w:tcW w:w="0" w:type="auto"/>
          </w:tcPr>
          <w:p w14:paraId="160601CF" w14:textId="77777777" w:rsidR="007A5E59" w:rsidRDefault="007A5E59"/>
        </w:tc>
        <w:tc>
          <w:tcPr>
            <w:tcW w:w="0" w:type="auto"/>
          </w:tcPr>
          <w:p w14:paraId="7F801EBD" w14:textId="77777777" w:rsidR="007A5E59" w:rsidRDefault="007A5E59"/>
        </w:tc>
        <w:tc>
          <w:tcPr>
            <w:tcW w:w="0" w:type="auto"/>
          </w:tcPr>
          <w:p w14:paraId="71282FDE" w14:textId="77777777" w:rsidR="007A5E59" w:rsidRDefault="007A5E59"/>
        </w:tc>
        <w:tc>
          <w:tcPr>
            <w:tcW w:w="0" w:type="auto"/>
          </w:tcPr>
          <w:p w14:paraId="2DC1578D" w14:textId="77777777" w:rsidR="007A5E59" w:rsidRDefault="007A5E59"/>
        </w:tc>
        <w:tc>
          <w:tcPr>
            <w:tcW w:w="0" w:type="auto"/>
          </w:tcPr>
          <w:p w14:paraId="6D489875" w14:textId="77777777" w:rsidR="007A5E59" w:rsidRDefault="007A5E59"/>
        </w:tc>
        <w:tc>
          <w:tcPr>
            <w:tcW w:w="0" w:type="auto"/>
          </w:tcPr>
          <w:p w14:paraId="150DB159" w14:textId="77777777" w:rsidR="007A5E59" w:rsidRDefault="007A5E59"/>
        </w:tc>
        <w:tc>
          <w:tcPr>
            <w:tcW w:w="0" w:type="auto"/>
          </w:tcPr>
          <w:p w14:paraId="49596C16" w14:textId="77777777" w:rsidR="007A5E59" w:rsidRDefault="007A5E59"/>
        </w:tc>
        <w:tc>
          <w:tcPr>
            <w:tcW w:w="0" w:type="auto"/>
          </w:tcPr>
          <w:p w14:paraId="06947025" w14:textId="77777777" w:rsidR="007A5E59" w:rsidRDefault="007A5E59"/>
        </w:tc>
        <w:tc>
          <w:tcPr>
            <w:tcW w:w="0" w:type="auto"/>
          </w:tcPr>
          <w:p w14:paraId="079F015A" w14:textId="77777777" w:rsidR="007A5E59" w:rsidRDefault="007A5E59"/>
        </w:tc>
        <w:tc>
          <w:tcPr>
            <w:tcW w:w="0" w:type="auto"/>
          </w:tcPr>
          <w:p w14:paraId="7A039F3A" w14:textId="77777777" w:rsidR="007A5E59" w:rsidRDefault="007A5E59"/>
        </w:tc>
        <w:tc>
          <w:tcPr>
            <w:tcW w:w="0" w:type="auto"/>
          </w:tcPr>
          <w:p w14:paraId="7800637C" w14:textId="77777777" w:rsidR="007A5E59" w:rsidRDefault="007A5E59"/>
        </w:tc>
      </w:tr>
      <w:tr w:rsidR="007A5E59" w14:paraId="340F8B84" w14:textId="77777777">
        <w:trPr>
          <w:jc w:val="center"/>
        </w:trPr>
        <w:tc>
          <w:tcPr>
            <w:tcW w:w="0" w:type="auto"/>
          </w:tcPr>
          <w:p w14:paraId="04A7BE47" w14:textId="77777777" w:rsidR="007A5E59" w:rsidRPr="00312815" w:rsidRDefault="0095198F">
            <w:pPr>
              <w:rPr>
                <w:lang w:val="ru-RU"/>
              </w:rPr>
            </w:pPr>
            <w:r w:rsidRPr="00312815">
              <w:rPr>
                <w:lang w:val="ru-RU"/>
              </w:rPr>
              <w:t>Под замену по программе мероприятий 2026, м</w:t>
            </w:r>
          </w:p>
        </w:tc>
        <w:tc>
          <w:tcPr>
            <w:tcW w:w="0" w:type="auto"/>
          </w:tcPr>
          <w:p w14:paraId="323B4D4F" w14:textId="77777777" w:rsidR="007A5E59" w:rsidRDefault="0095198F">
            <w:pPr>
              <w:jc w:val="center"/>
            </w:pPr>
            <w:r>
              <w:t>0,0</w:t>
            </w:r>
          </w:p>
        </w:tc>
        <w:tc>
          <w:tcPr>
            <w:tcW w:w="0" w:type="auto"/>
          </w:tcPr>
          <w:p w14:paraId="2811AD49" w14:textId="77777777" w:rsidR="007A5E59" w:rsidRDefault="007A5E59"/>
        </w:tc>
        <w:tc>
          <w:tcPr>
            <w:tcW w:w="0" w:type="auto"/>
          </w:tcPr>
          <w:p w14:paraId="49319E57" w14:textId="77777777" w:rsidR="007A5E59" w:rsidRDefault="007A5E59"/>
        </w:tc>
        <w:tc>
          <w:tcPr>
            <w:tcW w:w="0" w:type="auto"/>
          </w:tcPr>
          <w:p w14:paraId="0F943AC3" w14:textId="77777777" w:rsidR="007A5E59" w:rsidRDefault="007A5E59"/>
        </w:tc>
        <w:tc>
          <w:tcPr>
            <w:tcW w:w="0" w:type="auto"/>
          </w:tcPr>
          <w:p w14:paraId="449F056F" w14:textId="77777777" w:rsidR="007A5E59" w:rsidRDefault="007A5E59"/>
        </w:tc>
        <w:tc>
          <w:tcPr>
            <w:tcW w:w="0" w:type="auto"/>
          </w:tcPr>
          <w:p w14:paraId="23A04ED0" w14:textId="77777777" w:rsidR="007A5E59" w:rsidRDefault="007A5E59"/>
        </w:tc>
        <w:tc>
          <w:tcPr>
            <w:tcW w:w="0" w:type="auto"/>
          </w:tcPr>
          <w:p w14:paraId="57FC5315" w14:textId="77777777" w:rsidR="007A5E59" w:rsidRDefault="007A5E59"/>
        </w:tc>
        <w:tc>
          <w:tcPr>
            <w:tcW w:w="0" w:type="auto"/>
          </w:tcPr>
          <w:p w14:paraId="060C3E73" w14:textId="77777777" w:rsidR="007A5E59" w:rsidRDefault="007A5E59"/>
        </w:tc>
        <w:tc>
          <w:tcPr>
            <w:tcW w:w="0" w:type="auto"/>
          </w:tcPr>
          <w:p w14:paraId="1EC471E2" w14:textId="77777777" w:rsidR="007A5E59" w:rsidRDefault="007A5E59"/>
        </w:tc>
        <w:tc>
          <w:tcPr>
            <w:tcW w:w="0" w:type="auto"/>
          </w:tcPr>
          <w:p w14:paraId="7151B61A" w14:textId="77777777" w:rsidR="007A5E59" w:rsidRDefault="007A5E59"/>
        </w:tc>
        <w:tc>
          <w:tcPr>
            <w:tcW w:w="0" w:type="auto"/>
          </w:tcPr>
          <w:p w14:paraId="66C3FCD4" w14:textId="77777777" w:rsidR="007A5E59" w:rsidRDefault="007A5E59"/>
        </w:tc>
        <w:tc>
          <w:tcPr>
            <w:tcW w:w="0" w:type="auto"/>
          </w:tcPr>
          <w:p w14:paraId="07C734C0" w14:textId="77777777" w:rsidR="007A5E59" w:rsidRDefault="007A5E59"/>
        </w:tc>
        <w:tc>
          <w:tcPr>
            <w:tcW w:w="0" w:type="auto"/>
          </w:tcPr>
          <w:p w14:paraId="003F542A" w14:textId="77777777" w:rsidR="007A5E59" w:rsidRDefault="007A5E59"/>
        </w:tc>
        <w:tc>
          <w:tcPr>
            <w:tcW w:w="0" w:type="auto"/>
          </w:tcPr>
          <w:p w14:paraId="188C7B65" w14:textId="77777777" w:rsidR="007A5E59" w:rsidRDefault="007A5E59"/>
        </w:tc>
        <w:tc>
          <w:tcPr>
            <w:tcW w:w="0" w:type="auto"/>
          </w:tcPr>
          <w:p w14:paraId="606684A4" w14:textId="77777777" w:rsidR="007A5E59" w:rsidRDefault="007A5E59"/>
        </w:tc>
        <w:tc>
          <w:tcPr>
            <w:tcW w:w="0" w:type="auto"/>
          </w:tcPr>
          <w:p w14:paraId="57FB8391" w14:textId="77777777" w:rsidR="007A5E59" w:rsidRDefault="007A5E59"/>
        </w:tc>
        <w:tc>
          <w:tcPr>
            <w:tcW w:w="0" w:type="auto"/>
          </w:tcPr>
          <w:p w14:paraId="66F3249F" w14:textId="77777777" w:rsidR="007A5E59" w:rsidRDefault="007A5E59"/>
        </w:tc>
        <w:tc>
          <w:tcPr>
            <w:tcW w:w="0" w:type="auto"/>
          </w:tcPr>
          <w:p w14:paraId="18D0C487" w14:textId="77777777" w:rsidR="007A5E59" w:rsidRDefault="007A5E59"/>
        </w:tc>
        <w:tc>
          <w:tcPr>
            <w:tcW w:w="0" w:type="auto"/>
          </w:tcPr>
          <w:p w14:paraId="1C101D93" w14:textId="77777777" w:rsidR="007A5E59" w:rsidRDefault="007A5E59"/>
        </w:tc>
        <w:tc>
          <w:tcPr>
            <w:tcW w:w="0" w:type="auto"/>
          </w:tcPr>
          <w:p w14:paraId="314B6286" w14:textId="77777777" w:rsidR="007A5E59" w:rsidRDefault="007A5E59"/>
        </w:tc>
      </w:tr>
      <w:tr w:rsidR="007A5E59" w14:paraId="56C0FB98" w14:textId="77777777">
        <w:trPr>
          <w:jc w:val="center"/>
        </w:trPr>
        <w:tc>
          <w:tcPr>
            <w:tcW w:w="0" w:type="auto"/>
          </w:tcPr>
          <w:p w14:paraId="536822D0" w14:textId="77777777" w:rsidR="007A5E59" w:rsidRPr="00312815" w:rsidRDefault="0095198F">
            <w:pPr>
              <w:rPr>
                <w:lang w:val="ru-RU"/>
              </w:rPr>
            </w:pPr>
            <w:r w:rsidRPr="00312815">
              <w:rPr>
                <w:lang w:val="ru-RU"/>
              </w:rPr>
              <w:t>Новое строительство по программе 2026, м</w:t>
            </w:r>
          </w:p>
        </w:tc>
        <w:tc>
          <w:tcPr>
            <w:tcW w:w="0" w:type="auto"/>
          </w:tcPr>
          <w:p w14:paraId="5D0C79ED" w14:textId="77777777" w:rsidR="007A5E59" w:rsidRDefault="0095198F">
            <w:pPr>
              <w:jc w:val="center"/>
            </w:pPr>
            <w:r>
              <w:t>120,0</w:t>
            </w:r>
          </w:p>
        </w:tc>
        <w:tc>
          <w:tcPr>
            <w:tcW w:w="0" w:type="auto"/>
          </w:tcPr>
          <w:p w14:paraId="42AE564F" w14:textId="77777777" w:rsidR="007A5E59" w:rsidRDefault="007A5E59"/>
        </w:tc>
        <w:tc>
          <w:tcPr>
            <w:tcW w:w="0" w:type="auto"/>
          </w:tcPr>
          <w:p w14:paraId="3531ED0A" w14:textId="77777777" w:rsidR="007A5E59" w:rsidRDefault="007A5E59"/>
        </w:tc>
        <w:tc>
          <w:tcPr>
            <w:tcW w:w="0" w:type="auto"/>
          </w:tcPr>
          <w:p w14:paraId="575F7864" w14:textId="77777777" w:rsidR="007A5E59" w:rsidRDefault="007A5E59"/>
        </w:tc>
        <w:tc>
          <w:tcPr>
            <w:tcW w:w="0" w:type="auto"/>
          </w:tcPr>
          <w:p w14:paraId="049A736B" w14:textId="77777777" w:rsidR="007A5E59" w:rsidRDefault="007A5E59"/>
        </w:tc>
        <w:tc>
          <w:tcPr>
            <w:tcW w:w="0" w:type="auto"/>
          </w:tcPr>
          <w:p w14:paraId="344A703E" w14:textId="77777777" w:rsidR="007A5E59" w:rsidRDefault="007A5E59"/>
        </w:tc>
        <w:tc>
          <w:tcPr>
            <w:tcW w:w="0" w:type="auto"/>
          </w:tcPr>
          <w:p w14:paraId="26C0BFFC" w14:textId="77777777" w:rsidR="007A5E59" w:rsidRDefault="007A5E59"/>
        </w:tc>
        <w:tc>
          <w:tcPr>
            <w:tcW w:w="0" w:type="auto"/>
          </w:tcPr>
          <w:p w14:paraId="4B91E8A2" w14:textId="77777777" w:rsidR="007A5E59" w:rsidRDefault="007A5E59"/>
        </w:tc>
        <w:tc>
          <w:tcPr>
            <w:tcW w:w="0" w:type="auto"/>
          </w:tcPr>
          <w:p w14:paraId="379670A2" w14:textId="77777777" w:rsidR="007A5E59" w:rsidRDefault="007A5E59"/>
        </w:tc>
        <w:tc>
          <w:tcPr>
            <w:tcW w:w="0" w:type="auto"/>
          </w:tcPr>
          <w:p w14:paraId="216BD244" w14:textId="77777777" w:rsidR="007A5E59" w:rsidRDefault="007A5E59"/>
        </w:tc>
        <w:tc>
          <w:tcPr>
            <w:tcW w:w="0" w:type="auto"/>
          </w:tcPr>
          <w:p w14:paraId="406E4542" w14:textId="77777777" w:rsidR="007A5E59" w:rsidRDefault="007A5E59"/>
        </w:tc>
        <w:tc>
          <w:tcPr>
            <w:tcW w:w="0" w:type="auto"/>
          </w:tcPr>
          <w:p w14:paraId="6163C48C" w14:textId="77777777" w:rsidR="007A5E59" w:rsidRDefault="007A5E59"/>
        </w:tc>
        <w:tc>
          <w:tcPr>
            <w:tcW w:w="0" w:type="auto"/>
          </w:tcPr>
          <w:p w14:paraId="4B782B51" w14:textId="77777777" w:rsidR="007A5E59" w:rsidRDefault="007A5E59"/>
        </w:tc>
        <w:tc>
          <w:tcPr>
            <w:tcW w:w="0" w:type="auto"/>
          </w:tcPr>
          <w:p w14:paraId="5C2290F3" w14:textId="77777777" w:rsidR="007A5E59" w:rsidRDefault="007A5E59"/>
        </w:tc>
        <w:tc>
          <w:tcPr>
            <w:tcW w:w="0" w:type="auto"/>
          </w:tcPr>
          <w:p w14:paraId="351FA1E7" w14:textId="77777777" w:rsidR="007A5E59" w:rsidRDefault="007A5E59"/>
        </w:tc>
        <w:tc>
          <w:tcPr>
            <w:tcW w:w="0" w:type="auto"/>
          </w:tcPr>
          <w:p w14:paraId="1992FCC7" w14:textId="77777777" w:rsidR="007A5E59" w:rsidRDefault="007A5E59"/>
        </w:tc>
        <w:tc>
          <w:tcPr>
            <w:tcW w:w="0" w:type="auto"/>
          </w:tcPr>
          <w:p w14:paraId="36F81A50" w14:textId="77777777" w:rsidR="007A5E59" w:rsidRDefault="007A5E59"/>
        </w:tc>
        <w:tc>
          <w:tcPr>
            <w:tcW w:w="0" w:type="auto"/>
          </w:tcPr>
          <w:p w14:paraId="6716357E" w14:textId="77777777" w:rsidR="007A5E59" w:rsidRDefault="007A5E59"/>
        </w:tc>
        <w:tc>
          <w:tcPr>
            <w:tcW w:w="0" w:type="auto"/>
          </w:tcPr>
          <w:p w14:paraId="5A0F1915" w14:textId="77777777" w:rsidR="007A5E59" w:rsidRDefault="007A5E59"/>
        </w:tc>
        <w:tc>
          <w:tcPr>
            <w:tcW w:w="0" w:type="auto"/>
          </w:tcPr>
          <w:p w14:paraId="10423391" w14:textId="77777777" w:rsidR="007A5E59" w:rsidRDefault="007A5E59"/>
        </w:tc>
      </w:tr>
      <w:tr w:rsidR="007A5E59" w14:paraId="3B783AD7" w14:textId="77777777">
        <w:trPr>
          <w:jc w:val="center"/>
        </w:trPr>
        <w:tc>
          <w:tcPr>
            <w:tcW w:w="0" w:type="auto"/>
          </w:tcPr>
          <w:p w14:paraId="4480DFB8" w14:textId="77777777" w:rsidR="007A5E59" w:rsidRPr="00312815" w:rsidRDefault="0095198F">
            <w:pPr>
              <w:rPr>
                <w:lang w:val="ru-RU"/>
              </w:rPr>
            </w:pPr>
            <w:r w:rsidRPr="00312815">
              <w:rPr>
                <w:lang w:val="ru-RU"/>
              </w:rPr>
              <w:t>Стоимость мероприятий по программе 2026, тыс. руб.</w:t>
            </w:r>
          </w:p>
        </w:tc>
        <w:tc>
          <w:tcPr>
            <w:tcW w:w="0" w:type="auto"/>
          </w:tcPr>
          <w:p w14:paraId="1F136618" w14:textId="77777777" w:rsidR="007A5E59" w:rsidRDefault="0095198F">
            <w:pPr>
              <w:jc w:val="center"/>
            </w:pPr>
            <w:r>
              <w:t>2 030,0</w:t>
            </w:r>
          </w:p>
        </w:tc>
        <w:tc>
          <w:tcPr>
            <w:tcW w:w="0" w:type="auto"/>
          </w:tcPr>
          <w:p w14:paraId="46406ECD" w14:textId="77777777" w:rsidR="007A5E59" w:rsidRDefault="007A5E59"/>
        </w:tc>
        <w:tc>
          <w:tcPr>
            <w:tcW w:w="0" w:type="auto"/>
          </w:tcPr>
          <w:p w14:paraId="30E77E46" w14:textId="77777777" w:rsidR="007A5E59" w:rsidRDefault="007A5E59"/>
        </w:tc>
        <w:tc>
          <w:tcPr>
            <w:tcW w:w="0" w:type="auto"/>
          </w:tcPr>
          <w:p w14:paraId="3BE40811" w14:textId="77777777" w:rsidR="007A5E59" w:rsidRDefault="007A5E59"/>
        </w:tc>
        <w:tc>
          <w:tcPr>
            <w:tcW w:w="0" w:type="auto"/>
          </w:tcPr>
          <w:p w14:paraId="36163657" w14:textId="77777777" w:rsidR="007A5E59" w:rsidRDefault="007A5E59"/>
        </w:tc>
        <w:tc>
          <w:tcPr>
            <w:tcW w:w="0" w:type="auto"/>
          </w:tcPr>
          <w:p w14:paraId="0D2F69FF" w14:textId="77777777" w:rsidR="007A5E59" w:rsidRDefault="007A5E59"/>
        </w:tc>
        <w:tc>
          <w:tcPr>
            <w:tcW w:w="0" w:type="auto"/>
          </w:tcPr>
          <w:p w14:paraId="6F020C90" w14:textId="77777777" w:rsidR="007A5E59" w:rsidRDefault="007A5E59"/>
        </w:tc>
        <w:tc>
          <w:tcPr>
            <w:tcW w:w="0" w:type="auto"/>
          </w:tcPr>
          <w:p w14:paraId="3CA8E19B" w14:textId="77777777" w:rsidR="007A5E59" w:rsidRDefault="007A5E59"/>
        </w:tc>
        <w:tc>
          <w:tcPr>
            <w:tcW w:w="0" w:type="auto"/>
          </w:tcPr>
          <w:p w14:paraId="35E3C35D" w14:textId="77777777" w:rsidR="007A5E59" w:rsidRDefault="007A5E59"/>
        </w:tc>
        <w:tc>
          <w:tcPr>
            <w:tcW w:w="0" w:type="auto"/>
          </w:tcPr>
          <w:p w14:paraId="7DCA8845" w14:textId="77777777" w:rsidR="007A5E59" w:rsidRDefault="007A5E59"/>
        </w:tc>
        <w:tc>
          <w:tcPr>
            <w:tcW w:w="0" w:type="auto"/>
          </w:tcPr>
          <w:p w14:paraId="5DDAB5D4" w14:textId="77777777" w:rsidR="007A5E59" w:rsidRDefault="007A5E59"/>
        </w:tc>
        <w:tc>
          <w:tcPr>
            <w:tcW w:w="0" w:type="auto"/>
          </w:tcPr>
          <w:p w14:paraId="2A7E5C1C" w14:textId="77777777" w:rsidR="007A5E59" w:rsidRDefault="007A5E59"/>
        </w:tc>
        <w:tc>
          <w:tcPr>
            <w:tcW w:w="0" w:type="auto"/>
          </w:tcPr>
          <w:p w14:paraId="4CA06CB2" w14:textId="77777777" w:rsidR="007A5E59" w:rsidRDefault="007A5E59"/>
        </w:tc>
        <w:tc>
          <w:tcPr>
            <w:tcW w:w="0" w:type="auto"/>
          </w:tcPr>
          <w:p w14:paraId="4176D04A" w14:textId="77777777" w:rsidR="007A5E59" w:rsidRDefault="007A5E59"/>
        </w:tc>
        <w:tc>
          <w:tcPr>
            <w:tcW w:w="0" w:type="auto"/>
          </w:tcPr>
          <w:p w14:paraId="062188BE" w14:textId="77777777" w:rsidR="007A5E59" w:rsidRDefault="007A5E59"/>
        </w:tc>
        <w:tc>
          <w:tcPr>
            <w:tcW w:w="0" w:type="auto"/>
          </w:tcPr>
          <w:p w14:paraId="4F879D0A" w14:textId="77777777" w:rsidR="007A5E59" w:rsidRDefault="007A5E59"/>
        </w:tc>
        <w:tc>
          <w:tcPr>
            <w:tcW w:w="0" w:type="auto"/>
          </w:tcPr>
          <w:p w14:paraId="20A0756E" w14:textId="77777777" w:rsidR="007A5E59" w:rsidRDefault="007A5E59"/>
        </w:tc>
        <w:tc>
          <w:tcPr>
            <w:tcW w:w="0" w:type="auto"/>
          </w:tcPr>
          <w:p w14:paraId="46C5CCE9" w14:textId="77777777" w:rsidR="007A5E59" w:rsidRDefault="007A5E59"/>
        </w:tc>
        <w:tc>
          <w:tcPr>
            <w:tcW w:w="0" w:type="auto"/>
          </w:tcPr>
          <w:p w14:paraId="2D52D938" w14:textId="77777777" w:rsidR="007A5E59" w:rsidRDefault="007A5E59"/>
        </w:tc>
        <w:tc>
          <w:tcPr>
            <w:tcW w:w="0" w:type="auto"/>
          </w:tcPr>
          <w:p w14:paraId="5E63F343" w14:textId="77777777" w:rsidR="007A5E59" w:rsidRDefault="007A5E59"/>
        </w:tc>
      </w:tr>
      <w:tr w:rsidR="007A5E59" w14:paraId="06E13C68" w14:textId="77777777">
        <w:trPr>
          <w:jc w:val="center"/>
        </w:trPr>
        <w:tc>
          <w:tcPr>
            <w:tcW w:w="0" w:type="auto"/>
          </w:tcPr>
          <w:p w14:paraId="0E761A5B" w14:textId="77777777" w:rsidR="007A5E59" w:rsidRPr="00312815" w:rsidRDefault="0095198F">
            <w:pPr>
              <w:rPr>
                <w:lang w:val="ru-RU"/>
              </w:rPr>
            </w:pPr>
            <w:r w:rsidRPr="00312815">
              <w:rPr>
                <w:lang w:val="ru-RU"/>
              </w:rPr>
              <w:t>Сверка: ИТОГО блока 1 = сумме длин участков базы</w:t>
            </w:r>
          </w:p>
        </w:tc>
        <w:tc>
          <w:tcPr>
            <w:tcW w:w="0" w:type="auto"/>
          </w:tcPr>
          <w:p w14:paraId="63DDDD23" w14:textId="77777777" w:rsidR="007A5E59" w:rsidRDefault="0095198F">
            <w:r>
              <w:t>ДА</w:t>
            </w:r>
          </w:p>
        </w:tc>
        <w:tc>
          <w:tcPr>
            <w:tcW w:w="0" w:type="auto"/>
          </w:tcPr>
          <w:p w14:paraId="51797DE0" w14:textId="77777777" w:rsidR="007A5E59" w:rsidRDefault="007A5E59"/>
        </w:tc>
        <w:tc>
          <w:tcPr>
            <w:tcW w:w="0" w:type="auto"/>
          </w:tcPr>
          <w:p w14:paraId="3CDEE560" w14:textId="77777777" w:rsidR="007A5E59" w:rsidRDefault="007A5E59"/>
        </w:tc>
        <w:tc>
          <w:tcPr>
            <w:tcW w:w="0" w:type="auto"/>
          </w:tcPr>
          <w:p w14:paraId="4E125609" w14:textId="77777777" w:rsidR="007A5E59" w:rsidRDefault="007A5E59"/>
        </w:tc>
        <w:tc>
          <w:tcPr>
            <w:tcW w:w="0" w:type="auto"/>
          </w:tcPr>
          <w:p w14:paraId="307B8005" w14:textId="77777777" w:rsidR="007A5E59" w:rsidRDefault="007A5E59"/>
        </w:tc>
        <w:tc>
          <w:tcPr>
            <w:tcW w:w="0" w:type="auto"/>
          </w:tcPr>
          <w:p w14:paraId="0CEB171C" w14:textId="77777777" w:rsidR="007A5E59" w:rsidRDefault="007A5E59"/>
        </w:tc>
        <w:tc>
          <w:tcPr>
            <w:tcW w:w="0" w:type="auto"/>
          </w:tcPr>
          <w:p w14:paraId="31E2581A" w14:textId="77777777" w:rsidR="007A5E59" w:rsidRDefault="007A5E59"/>
        </w:tc>
        <w:tc>
          <w:tcPr>
            <w:tcW w:w="0" w:type="auto"/>
          </w:tcPr>
          <w:p w14:paraId="535AA97F" w14:textId="77777777" w:rsidR="007A5E59" w:rsidRDefault="007A5E59"/>
        </w:tc>
        <w:tc>
          <w:tcPr>
            <w:tcW w:w="0" w:type="auto"/>
          </w:tcPr>
          <w:p w14:paraId="582554FC" w14:textId="77777777" w:rsidR="007A5E59" w:rsidRDefault="007A5E59"/>
        </w:tc>
        <w:tc>
          <w:tcPr>
            <w:tcW w:w="0" w:type="auto"/>
          </w:tcPr>
          <w:p w14:paraId="2B3A3E4F" w14:textId="77777777" w:rsidR="007A5E59" w:rsidRDefault="007A5E59"/>
        </w:tc>
        <w:tc>
          <w:tcPr>
            <w:tcW w:w="0" w:type="auto"/>
          </w:tcPr>
          <w:p w14:paraId="747532B7" w14:textId="77777777" w:rsidR="007A5E59" w:rsidRDefault="007A5E59"/>
        </w:tc>
        <w:tc>
          <w:tcPr>
            <w:tcW w:w="0" w:type="auto"/>
          </w:tcPr>
          <w:p w14:paraId="4F278466" w14:textId="77777777" w:rsidR="007A5E59" w:rsidRDefault="007A5E59"/>
        </w:tc>
        <w:tc>
          <w:tcPr>
            <w:tcW w:w="0" w:type="auto"/>
          </w:tcPr>
          <w:p w14:paraId="3A0F28E1" w14:textId="77777777" w:rsidR="007A5E59" w:rsidRDefault="007A5E59"/>
        </w:tc>
        <w:tc>
          <w:tcPr>
            <w:tcW w:w="0" w:type="auto"/>
          </w:tcPr>
          <w:p w14:paraId="72A001D3" w14:textId="77777777" w:rsidR="007A5E59" w:rsidRDefault="007A5E59"/>
        </w:tc>
        <w:tc>
          <w:tcPr>
            <w:tcW w:w="0" w:type="auto"/>
          </w:tcPr>
          <w:p w14:paraId="7F72DD6E" w14:textId="77777777" w:rsidR="007A5E59" w:rsidRDefault="007A5E59"/>
        </w:tc>
        <w:tc>
          <w:tcPr>
            <w:tcW w:w="0" w:type="auto"/>
          </w:tcPr>
          <w:p w14:paraId="74A5C6CF" w14:textId="77777777" w:rsidR="007A5E59" w:rsidRDefault="007A5E59"/>
        </w:tc>
        <w:tc>
          <w:tcPr>
            <w:tcW w:w="0" w:type="auto"/>
          </w:tcPr>
          <w:p w14:paraId="16C8EB2A" w14:textId="77777777" w:rsidR="007A5E59" w:rsidRDefault="007A5E59"/>
        </w:tc>
        <w:tc>
          <w:tcPr>
            <w:tcW w:w="0" w:type="auto"/>
          </w:tcPr>
          <w:p w14:paraId="34F25664" w14:textId="77777777" w:rsidR="007A5E59" w:rsidRDefault="007A5E59"/>
        </w:tc>
        <w:tc>
          <w:tcPr>
            <w:tcW w:w="0" w:type="auto"/>
          </w:tcPr>
          <w:p w14:paraId="4FE913A4" w14:textId="77777777" w:rsidR="007A5E59" w:rsidRDefault="007A5E59"/>
        </w:tc>
        <w:tc>
          <w:tcPr>
            <w:tcW w:w="0" w:type="auto"/>
          </w:tcPr>
          <w:p w14:paraId="3BA36833" w14:textId="77777777" w:rsidR="007A5E59" w:rsidRDefault="007A5E59"/>
        </w:tc>
      </w:tr>
    </w:tbl>
    <w:p w14:paraId="09D70706" w14:textId="77777777" w:rsidR="003F7190" w:rsidRDefault="003F7190" w:rsidP="003F7190">
      <w:bookmarkStart w:id="118" w:name="_Toc238015709"/>
    </w:p>
    <w:p w14:paraId="19352F39" w14:textId="77777777" w:rsidR="003F7190" w:rsidRDefault="003F7190" w:rsidP="003F7190">
      <w:r>
        <w:br w:type="page"/>
      </w:r>
    </w:p>
    <w:p w14:paraId="28616078" w14:textId="77777777" w:rsidR="007A5E59" w:rsidRPr="00344E69" w:rsidRDefault="0095198F">
      <w:pPr>
        <w:pStyle w:val="1"/>
        <w:rPr>
          <w:color w:val="4F81BD" w:themeColor="accent1"/>
          <w:lang w:val="ru-RU"/>
        </w:rPr>
      </w:pPr>
      <w:r w:rsidRPr="00344E69">
        <w:rPr>
          <w:color w:val="4F81BD" w:themeColor="accent1"/>
          <w:lang w:val="ru-RU"/>
        </w:rPr>
        <w:t>ПРИЛОЖЕНИЕ 4. Тепловые сети и характеристики участков</w:t>
      </w:r>
      <w:bookmarkEnd w:id="118"/>
    </w:p>
    <w:p w14:paraId="3ABEAF5D" w14:textId="77777777" w:rsidR="007A5E59" w:rsidRPr="00312815" w:rsidRDefault="0095198F">
      <w:pPr>
        <w:ind w:firstLine="709"/>
        <w:jc w:val="both"/>
        <w:rPr>
          <w:lang w:val="ru-RU"/>
        </w:rPr>
      </w:pPr>
      <w:r w:rsidRPr="00312815">
        <w:rPr>
          <w:lang w:val="ru-RU"/>
        </w:rPr>
        <w:t>Приведён поучастковый реестр тепловых сетей по каждому действующему источнику: обозначение участка, наружный диаметр, год ввода в эксплуатацию, длина по оси трассы и способ прокладки. Реестр содержит 1 294 участка и является первичным слоем, из которого получены как распределение по диаметрам приложения 3, так и сводная протяжённость 105 536,70 м подраздела 1.3.</w:t>
      </w:r>
    </w:p>
    <w:p w14:paraId="405A5F79" w14:textId="77777777" w:rsidR="007A5E59" w:rsidRPr="00312815" w:rsidRDefault="0095198F">
      <w:pPr>
        <w:rPr>
          <w:lang w:val="ru-RU"/>
        </w:rPr>
      </w:pPr>
      <w:r w:rsidRPr="00312815">
        <w:rPr>
          <w:b/>
          <w:lang w:val="ru-RU"/>
        </w:rPr>
        <w:t>Таблица П4.1. Характеристики участков тепловых сетей — Производственно-отопительная УПК № 1 (г. Таштагол)</w:t>
      </w:r>
    </w:p>
    <w:tbl>
      <w:tblPr>
        <w:tblStyle w:val="aff0"/>
        <w:tblW w:w="5000" w:type="pct"/>
        <w:jc w:val="center"/>
        <w:tblCellMar>
          <w:left w:w="57" w:type="dxa"/>
          <w:right w:w="57" w:type="dxa"/>
        </w:tblCellMar>
        <w:tblLook w:val="04A0" w:firstRow="1" w:lastRow="0" w:firstColumn="1" w:lastColumn="0" w:noHBand="0" w:noVBand="1"/>
      </w:tblPr>
      <w:tblGrid>
        <w:gridCol w:w="475"/>
        <w:gridCol w:w="4614"/>
        <w:gridCol w:w="541"/>
        <w:gridCol w:w="846"/>
        <w:gridCol w:w="1367"/>
        <w:gridCol w:w="1502"/>
      </w:tblGrid>
      <w:tr w:rsidR="007A5E59" w14:paraId="1842D19D" w14:textId="77777777">
        <w:trPr>
          <w:cantSplit/>
          <w:tblHeader/>
          <w:jc w:val="center"/>
        </w:trPr>
        <w:tc>
          <w:tcPr>
            <w:tcW w:w="0" w:type="auto"/>
            <w:shd w:val="clear" w:color="auto" w:fill="E2F0D9"/>
            <w:vAlign w:val="center"/>
          </w:tcPr>
          <w:p w14:paraId="660D72E1" w14:textId="77777777" w:rsidR="007A5E59" w:rsidRDefault="0095198F">
            <w:pPr>
              <w:jc w:val="center"/>
            </w:pPr>
            <w:r>
              <w:rPr>
                <w:b/>
              </w:rPr>
              <w:t>№</w:t>
            </w:r>
          </w:p>
        </w:tc>
        <w:tc>
          <w:tcPr>
            <w:tcW w:w="0" w:type="auto"/>
            <w:shd w:val="clear" w:color="auto" w:fill="E2F0D9"/>
            <w:vAlign w:val="center"/>
          </w:tcPr>
          <w:p w14:paraId="2CFD1E58" w14:textId="77777777" w:rsidR="007A5E59" w:rsidRDefault="0095198F">
            <w:pPr>
              <w:jc w:val="center"/>
            </w:pPr>
            <w:r>
              <w:rPr>
                <w:b/>
              </w:rPr>
              <w:t>Участок сети</w:t>
            </w:r>
          </w:p>
        </w:tc>
        <w:tc>
          <w:tcPr>
            <w:tcW w:w="0" w:type="auto"/>
            <w:shd w:val="clear" w:color="auto" w:fill="E2F0D9"/>
            <w:vAlign w:val="center"/>
          </w:tcPr>
          <w:p w14:paraId="0581F26F" w14:textId="77777777" w:rsidR="007A5E59" w:rsidRDefault="0095198F">
            <w:pPr>
              <w:jc w:val="center"/>
            </w:pPr>
            <w:r>
              <w:rPr>
                <w:b/>
              </w:rPr>
              <w:t>Ø, мм</w:t>
            </w:r>
          </w:p>
        </w:tc>
        <w:tc>
          <w:tcPr>
            <w:tcW w:w="0" w:type="auto"/>
            <w:shd w:val="clear" w:color="auto" w:fill="E2F0D9"/>
            <w:vAlign w:val="center"/>
          </w:tcPr>
          <w:p w14:paraId="653E4558" w14:textId="77777777" w:rsidR="007A5E59" w:rsidRDefault="0095198F">
            <w:pPr>
              <w:jc w:val="center"/>
            </w:pPr>
            <w:r>
              <w:rPr>
                <w:b/>
              </w:rPr>
              <w:t>Год ввода</w:t>
            </w:r>
          </w:p>
        </w:tc>
        <w:tc>
          <w:tcPr>
            <w:tcW w:w="0" w:type="auto"/>
            <w:shd w:val="clear" w:color="auto" w:fill="E2F0D9"/>
            <w:vAlign w:val="center"/>
          </w:tcPr>
          <w:p w14:paraId="20F72394" w14:textId="77777777" w:rsidR="007A5E59" w:rsidRPr="00312815" w:rsidRDefault="0095198F">
            <w:pPr>
              <w:jc w:val="center"/>
              <w:rPr>
                <w:lang w:val="ru-RU"/>
              </w:rPr>
            </w:pPr>
            <w:r w:rsidRPr="00312815">
              <w:rPr>
                <w:b/>
                <w:lang w:val="ru-RU"/>
              </w:rPr>
              <w:t>Длина по оси трассы, м</w:t>
            </w:r>
          </w:p>
        </w:tc>
        <w:tc>
          <w:tcPr>
            <w:tcW w:w="0" w:type="auto"/>
            <w:shd w:val="clear" w:color="auto" w:fill="E2F0D9"/>
            <w:vAlign w:val="center"/>
          </w:tcPr>
          <w:p w14:paraId="441C99BD" w14:textId="77777777" w:rsidR="007A5E59" w:rsidRDefault="0095198F">
            <w:pPr>
              <w:jc w:val="center"/>
            </w:pPr>
            <w:r>
              <w:rPr>
                <w:b/>
              </w:rPr>
              <w:t>Способ прокладки</w:t>
            </w:r>
          </w:p>
        </w:tc>
      </w:tr>
      <w:tr w:rsidR="007A5E59" w14:paraId="3B4AC760" w14:textId="77777777">
        <w:trPr>
          <w:jc w:val="center"/>
        </w:trPr>
        <w:tc>
          <w:tcPr>
            <w:tcW w:w="0" w:type="auto"/>
          </w:tcPr>
          <w:p w14:paraId="5670215E" w14:textId="77777777" w:rsidR="007A5E59" w:rsidRDefault="0095198F">
            <w:pPr>
              <w:jc w:val="center"/>
            </w:pPr>
            <w:r>
              <w:t>1</w:t>
            </w:r>
          </w:p>
        </w:tc>
        <w:tc>
          <w:tcPr>
            <w:tcW w:w="0" w:type="auto"/>
          </w:tcPr>
          <w:p w14:paraId="26BCE8DE" w14:textId="77777777" w:rsidR="007A5E59" w:rsidRPr="00312815" w:rsidRDefault="0095198F">
            <w:pPr>
              <w:rPr>
                <w:lang w:val="ru-RU"/>
              </w:rPr>
            </w:pPr>
            <w:r w:rsidRPr="00312815">
              <w:rPr>
                <w:lang w:val="ru-RU"/>
              </w:rPr>
              <w:t>ПО Котельная – ул. Суворова 23 ТК-1</w:t>
            </w:r>
          </w:p>
        </w:tc>
        <w:tc>
          <w:tcPr>
            <w:tcW w:w="0" w:type="auto"/>
          </w:tcPr>
          <w:p w14:paraId="383E5EB2" w14:textId="77777777" w:rsidR="007A5E59" w:rsidRDefault="0095198F">
            <w:pPr>
              <w:jc w:val="center"/>
            </w:pPr>
            <w:r>
              <w:t>300</w:t>
            </w:r>
          </w:p>
        </w:tc>
        <w:tc>
          <w:tcPr>
            <w:tcW w:w="0" w:type="auto"/>
          </w:tcPr>
          <w:p w14:paraId="4BC3A888" w14:textId="77777777" w:rsidR="007A5E59" w:rsidRDefault="0095198F">
            <w:pPr>
              <w:jc w:val="center"/>
            </w:pPr>
            <w:r>
              <w:t>1966</w:t>
            </w:r>
          </w:p>
        </w:tc>
        <w:tc>
          <w:tcPr>
            <w:tcW w:w="0" w:type="auto"/>
          </w:tcPr>
          <w:p w14:paraId="2C254964" w14:textId="77777777" w:rsidR="007A5E59" w:rsidRDefault="0095198F">
            <w:pPr>
              <w:jc w:val="center"/>
            </w:pPr>
            <w:r>
              <w:t>1900</w:t>
            </w:r>
          </w:p>
        </w:tc>
        <w:tc>
          <w:tcPr>
            <w:tcW w:w="0" w:type="auto"/>
          </w:tcPr>
          <w:p w14:paraId="2D7D4EF5" w14:textId="77777777" w:rsidR="007A5E59" w:rsidRDefault="0095198F">
            <w:r>
              <w:t>бесканал.</w:t>
            </w:r>
          </w:p>
        </w:tc>
      </w:tr>
      <w:tr w:rsidR="007A5E59" w14:paraId="20E07B50" w14:textId="77777777">
        <w:trPr>
          <w:jc w:val="center"/>
        </w:trPr>
        <w:tc>
          <w:tcPr>
            <w:tcW w:w="0" w:type="auto"/>
          </w:tcPr>
          <w:p w14:paraId="3ECF7475" w14:textId="77777777" w:rsidR="007A5E59" w:rsidRDefault="0095198F">
            <w:pPr>
              <w:jc w:val="center"/>
            </w:pPr>
            <w:r>
              <w:t>2</w:t>
            </w:r>
          </w:p>
        </w:tc>
        <w:tc>
          <w:tcPr>
            <w:tcW w:w="0" w:type="auto"/>
          </w:tcPr>
          <w:p w14:paraId="37B38A64" w14:textId="77777777" w:rsidR="007A5E59" w:rsidRPr="00312815" w:rsidRDefault="0095198F">
            <w:pPr>
              <w:rPr>
                <w:lang w:val="ru-RU"/>
              </w:rPr>
            </w:pPr>
            <w:r w:rsidRPr="00312815">
              <w:rPr>
                <w:lang w:val="ru-RU"/>
              </w:rPr>
              <w:t>Ул. Суворова 23 – ул. Ленина 50 ТК-3</w:t>
            </w:r>
          </w:p>
        </w:tc>
        <w:tc>
          <w:tcPr>
            <w:tcW w:w="0" w:type="auto"/>
          </w:tcPr>
          <w:p w14:paraId="7DD0E8A7" w14:textId="77777777" w:rsidR="007A5E59" w:rsidRDefault="0095198F">
            <w:pPr>
              <w:jc w:val="center"/>
            </w:pPr>
            <w:r>
              <w:t>300</w:t>
            </w:r>
          </w:p>
        </w:tc>
        <w:tc>
          <w:tcPr>
            <w:tcW w:w="0" w:type="auto"/>
          </w:tcPr>
          <w:p w14:paraId="527A5610" w14:textId="77777777" w:rsidR="007A5E59" w:rsidRDefault="0095198F">
            <w:pPr>
              <w:jc w:val="center"/>
            </w:pPr>
            <w:r>
              <w:t>1968</w:t>
            </w:r>
          </w:p>
        </w:tc>
        <w:tc>
          <w:tcPr>
            <w:tcW w:w="0" w:type="auto"/>
          </w:tcPr>
          <w:p w14:paraId="3A448658" w14:textId="77777777" w:rsidR="007A5E59" w:rsidRDefault="0095198F">
            <w:pPr>
              <w:jc w:val="center"/>
            </w:pPr>
            <w:r>
              <w:t>345</w:t>
            </w:r>
          </w:p>
        </w:tc>
        <w:tc>
          <w:tcPr>
            <w:tcW w:w="0" w:type="auto"/>
          </w:tcPr>
          <w:p w14:paraId="71E2B256" w14:textId="77777777" w:rsidR="007A5E59" w:rsidRDefault="0095198F">
            <w:r>
              <w:t>бесканал.</w:t>
            </w:r>
          </w:p>
        </w:tc>
      </w:tr>
      <w:tr w:rsidR="007A5E59" w14:paraId="5C918EB9" w14:textId="77777777">
        <w:trPr>
          <w:jc w:val="center"/>
        </w:trPr>
        <w:tc>
          <w:tcPr>
            <w:tcW w:w="0" w:type="auto"/>
          </w:tcPr>
          <w:p w14:paraId="5EE77F75" w14:textId="77777777" w:rsidR="007A5E59" w:rsidRDefault="0095198F">
            <w:pPr>
              <w:jc w:val="center"/>
            </w:pPr>
            <w:r>
              <w:t>3</w:t>
            </w:r>
          </w:p>
        </w:tc>
        <w:tc>
          <w:tcPr>
            <w:tcW w:w="0" w:type="auto"/>
          </w:tcPr>
          <w:p w14:paraId="72118BB6" w14:textId="77777777" w:rsidR="007A5E59" w:rsidRDefault="0095198F">
            <w:r>
              <w:t>Ул. Суворова 23 – ул. Сувооова 21</w:t>
            </w:r>
          </w:p>
        </w:tc>
        <w:tc>
          <w:tcPr>
            <w:tcW w:w="0" w:type="auto"/>
          </w:tcPr>
          <w:p w14:paraId="2629A7A6" w14:textId="77777777" w:rsidR="007A5E59" w:rsidRDefault="0095198F">
            <w:pPr>
              <w:jc w:val="center"/>
            </w:pPr>
            <w:r>
              <w:t>100</w:t>
            </w:r>
          </w:p>
        </w:tc>
        <w:tc>
          <w:tcPr>
            <w:tcW w:w="0" w:type="auto"/>
          </w:tcPr>
          <w:p w14:paraId="27115FC0" w14:textId="77777777" w:rsidR="007A5E59" w:rsidRDefault="0095198F">
            <w:pPr>
              <w:jc w:val="center"/>
            </w:pPr>
            <w:r>
              <w:t>1966</w:t>
            </w:r>
          </w:p>
        </w:tc>
        <w:tc>
          <w:tcPr>
            <w:tcW w:w="0" w:type="auto"/>
          </w:tcPr>
          <w:p w14:paraId="6093176C" w14:textId="77777777" w:rsidR="007A5E59" w:rsidRDefault="0095198F">
            <w:pPr>
              <w:jc w:val="center"/>
            </w:pPr>
            <w:r>
              <w:t>562</w:t>
            </w:r>
          </w:p>
        </w:tc>
        <w:tc>
          <w:tcPr>
            <w:tcW w:w="0" w:type="auto"/>
          </w:tcPr>
          <w:p w14:paraId="05F67FCD" w14:textId="77777777" w:rsidR="007A5E59" w:rsidRDefault="0095198F">
            <w:r>
              <w:t>бесканал.</w:t>
            </w:r>
          </w:p>
        </w:tc>
      </w:tr>
      <w:tr w:rsidR="007A5E59" w14:paraId="604EDDB8" w14:textId="77777777">
        <w:trPr>
          <w:jc w:val="center"/>
        </w:trPr>
        <w:tc>
          <w:tcPr>
            <w:tcW w:w="0" w:type="auto"/>
          </w:tcPr>
          <w:p w14:paraId="571D3256" w14:textId="77777777" w:rsidR="007A5E59" w:rsidRDefault="0095198F">
            <w:pPr>
              <w:jc w:val="center"/>
            </w:pPr>
            <w:r>
              <w:t>4</w:t>
            </w:r>
          </w:p>
        </w:tc>
        <w:tc>
          <w:tcPr>
            <w:tcW w:w="0" w:type="auto"/>
          </w:tcPr>
          <w:p w14:paraId="1620F2FF" w14:textId="77777777" w:rsidR="007A5E59" w:rsidRDefault="0095198F">
            <w:r>
              <w:t>Ул. Суворова 23 – ул. Мипа37</w:t>
            </w:r>
          </w:p>
        </w:tc>
        <w:tc>
          <w:tcPr>
            <w:tcW w:w="0" w:type="auto"/>
          </w:tcPr>
          <w:p w14:paraId="0916EDBE" w14:textId="77777777" w:rsidR="007A5E59" w:rsidRDefault="0095198F">
            <w:pPr>
              <w:jc w:val="center"/>
            </w:pPr>
            <w:r>
              <w:t>100</w:t>
            </w:r>
          </w:p>
        </w:tc>
        <w:tc>
          <w:tcPr>
            <w:tcW w:w="0" w:type="auto"/>
          </w:tcPr>
          <w:p w14:paraId="4FAB41FA" w14:textId="77777777" w:rsidR="007A5E59" w:rsidRDefault="0095198F">
            <w:pPr>
              <w:jc w:val="center"/>
            </w:pPr>
            <w:r>
              <w:t>1966</w:t>
            </w:r>
          </w:p>
        </w:tc>
        <w:tc>
          <w:tcPr>
            <w:tcW w:w="0" w:type="auto"/>
          </w:tcPr>
          <w:p w14:paraId="780EF73F" w14:textId="77777777" w:rsidR="007A5E59" w:rsidRDefault="0095198F">
            <w:pPr>
              <w:jc w:val="center"/>
            </w:pPr>
            <w:r>
              <w:t>120</w:t>
            </w:r>
          </w:p>
        </w:tc>
        <w:tc>
          <w:tcPr>
            <w:tcW w:w="0" w:type="auto"/>
          </w:tcPr>
          <w:p w14:paraId="71302D83" w14:textId="77777777" w:rsidR="007A5E59" w:rsidRDefault="0095198F">
            <w:r>
              <w:t>бесканал.</w:t>
            </w:r>
          </w:p>
        </w:tc>
      </w:tr>
      <w:tr w:rsidR="007A5E59" w14:paraId="3FA20F0D" w14:textId="77777777">
        <w:trPr>
          <w:jc w:val="center"/>
        </w:trPr>
        <w:tc>
          <w:tcPr>
            <w:tcW w:w="0" w:type="auto"/>
          </w:tcPr>
          <w:p w14:paraId="4C9CC1AC" w14:textId="77777777" w:rsidR="007A5E59" w:rsidRDefault="0095198F">
            <w:pPr>
              <w:jc w:val="center"/>
            </w:pPr>
            <w:r>
              <w:t>5</w:t>
            </w:r>
          </w:p>
        </w:tc>
        <w:tc>
          <w:tcPr>
            <w:tcW w:w="0" w:type="auto"/>
          </w:tcPr>
          <w:p w14:paraId="34BEB78E" w14:textId="77777777" w:rsidR="007A5E59" w:rsidRDefault="0095198F">
            <w:r>
              <w:t>Ул. Ленина50 – ул. Ленина.6</w:t>
            </w:r>
          </w:p>
        </w:tc>
        <w:tc>
          <w:tcPr>
            <w:tcW w:w="0" w:type="auto"/>
          </w:tcPr>
          <w:p w14:paraId="139494C9" w14:textId="77777777" w:rsidR="007A5E59" w:rsidRDefault="0095198F">
            <w:pPr>
              <w:jc w:val="center"/>
            </w:pPr>
            <w:r>
              <w:t>200</w:t>
            </w:r>
          </w:p>
        </w:tc>
        <w:tc>
          <w:tcPr>
            <w:tcW w:w="0" w:type="auto"/>
          </w:tcPr>
          <w:p w14:paraId="461CA076" w14:textId="77777777" w:rsidR="007A5E59" w:rsidRDefault="0095198F">
            <w:pPr>
              <w:jc w:val="center"/>
            </w:pPr>
            <w:r>
              <w:t>2000</w:t>
            </w:r>
          </w:p>
        </w:tc>
        <w:tc>
          <w:tcPr>
            <w:tcW w:w="0" w:type="auto"/>
          </w:tcPr>
          <w:p w14:paraId="5344A69B" w14:textId="77777777" w:rsidR="007A5E59" w:rsidRDefault="0095198F">
            <w:pPr>
              <w:jc w:val="center"/>
            </w:pPr>
            <w:r>
              <w:t>197</w:t>
            </w:r>
          </w:p>
        </w:tc>
        <w:tc>
          <w:tcPr>
            <w:tcW w:w="0" w:type="auto"/>
          </w:tcPr>
          <w:p w14:paraId="0BB87D0D" w14:textId="77777777" w:rsidR="007A5E59" w:rsidRDefault="0095198F">
            <w:r>
              <w:t>бесканал.</w:t>
            </w:r>
          </w:p>
        </w:tc>
      </w:tr>
      <w:tr w:rsidR="007A5E59" w14:paraId="49E58725" w14:textId="77777777">
        <w:trPr>
          <w:jc w:val="center"/>
        </w:trPr>
        <w:tc>
          <w:tcPr>
            <w:tcW w:w="0" w:type="auto"/>
          </w:tcPr>
          <w:p w14:paraId="47282975" w14:textId="77777777" w:rsidR="007A5E59" w:rsidRDefault="0095198F">
            <w:pPr>
              <w:jc w:val="center"/>
            </w:pPr>
            <w:r>
              <w:t>6</w:t>
            </w:r>
          </w:p>
        </w:tc>
        <w:tc>
          <w:tcPr>
            <w:tcW w:w="0" w:type="auto"/>
          </w:tcPr>
          <w:p w14:paraId="6ACB4F22" w14:textId="77777777" w:rsidR="007A5E59" w:rsidRDefault="007A5E59"/>
        </w:tc>
        <w:tc>
          <w:tcPr>
            <w:tcW w:w="0" w:type="auto"/>
          </w:tcPr>
          <w:p w14:paraId="14A7BF32" w14:textId="77777777" w:rsidR="007A5E59" w:rsidRDefault="0095198F">
            <w:pPr>
              <w:jc w:val="center"/>
            </w:pPr>
            <w:r>
              <w:t>100</w:t>
            </w:r>
          </w:p>
        </w:tc>
        <w:tc>
          <w:tcPr>
            <w:tcW w:w="0" w:type="auto"/>
          </w:tcPr>
          <w:p w14:paraId="025E8DC0" w14:textId="77777777" w:rsidR="007A5E59" w:rsidRDefault="0095198F">
            <w:pPr>
              <w:jc w:val="center"/>
            </w:pPr>
            <w:r>
              <w:t>1971</w:t>
            </w:r>
          </w:p>
        </w:tc>
        <w:tc>
          <w:tcPr>
            <w:tcW w:w="0" w:type="auto"/>
          </w:tcPr>
          <w:p w14:paraId="0070B527" w14:textId="77777777" w:rsidR="007A5E59" w:rsidRDefault="0095198F">
            <w:pPr>
              <w:jc w:val="center"/>
            </w:pPr>
            <w:r>
              <w:t>61</w:t>
            </w:r>
          </w:p>
        </w:tc>
        <w:tc>
          <w:tcPr>
            <w:tcW w:w="0" w:type="auto"/>
          </w:tcPr>
          <w:p w14:paraId="7EE247B3" w14:textId="77777777" w:rsidR="007A5E59" w:rsidRDefault="0095198F">
            <w:r>
              <w:t>бесканал.</w:t>
            </w:r>
          </w:p>
        </w:tc>
      </w:tr>
      <w:tr w:rsidR="007A5E59" w14:paraId="44129A9C" w14:textId="77777777">
        <w:trPr>
          <w:jc w:val="center"/>
        </w:trPr>
        <w:tc>
          <w:tcPr>
            <w:tcW w:w="0" w:type="auto"/>
          </w:tcPr>
          <w:p w14:paraId="057E7D79" w14:textId="77777777" w:rsidR="007A5E59" w:rsidRDefault="0095198F">
            <w:pPr>
              <w:jc w:val="center"/>
            </w:pPr>
            <w:r>
              <w:t>7</w:t>
            </w:r>
          </w:p>
        </w:tc>
        <w:tc>
          <w:tcPr>
            <w:tcW w:w="0" w:type="auto"/>
          </w:tcPr>
          <w:p w14:paraId="60A03511" w14:textId="77777777" w:rsidR="007A5E59" w:rsidRDefault="0095198F">
            <w:r>
              <w:t>Ул. Ленина 50 – Ленина 84</w:t>
            </w:r>
          </w:p>
        </w:tc>
        <w:tc>
          <w:tcPr>
            <w:tcW w:w="0" w:type="auto"/>
          </w:tcPr>
          <w:p w14:paraId="7D20AA29" w14:textId="77777777" w:rsidR="007A5E59" w:rsidRDefault="0095198F">
            <w:pPr>
              <w:jc w:val="center"/>
            </w:pPr>
            <w:r>
              <w:t>200</w:t>
            </w:r>
          </w:p>
        </w:tc>
        <w:tc>
          <w:tcPr>
            <w:tcW w:w="0" w:type="auto"/>
          </w:tcPr>
          <w:p w14:paraId="692CD0B1" w14:textId="77777777" w:rsidR="007A5E59" w:rsidRDefault="0095198F">
            <w:pPr>
              <w:jc w:val="center"/>
            </w:pPr>
            <w:r>
              <w:t>1971</w:t>
            </w:r>
          </w:p>
        </w:tc>
        <w:tc>
          <w:tcPr>
            <w:tcW w:w="0" w:type="auto"/>
          </w:tcPr>
          <w:p w14:paraId="774F026B" w14:textId="77777777" w:rsidR="007A5E59" w:rsidRDefault="0095198F">
            <w:pPr>
              <w:jc w:val="center"/>
            </w:pPr>
            <w:r>
              <w:t>155</w:t>
            </w:r>
          </w:p>
        </w:tc>
        <w:tc>
          <w:tcPr>
            <w:tcW w:w="0" w:type="auto"/>
          </w:tcPr>
          <w:p w14:paraId="2D1CC732" w14:textId="77777777" w:rsidR="007A5E59" w:rsidRDefault="0095198F">
            <w:r>
              <w:t>бесканал.</w:t>
            </w:r>
          </w:p>
        </w:tc>
      </w:tr>
      <w:tr w:rsidR="007A5E59" w14:paraId="0269342E" w14:textId="77777777">
        <w:trPr>
          <w:jc w:val="center"/>
        </w:trPr>
        <w:tc>
          <w:tcPr>
            <w:tcW w:w="0" w:type="auto"/>
          </w:tcPr>
          <w:p w14:paraId="18C23D86" w14:textId="77777777" w:rsidR="007A5E59" w:rsidRDefault="0095198F">
            <w:pPr>
              <w:jc w:val="center"/>
            </w:pPr>
            <w:r>
              <w:t>8</w:t>
            </w:r>
          </w:p>
        </w:tc>
        <w:tc>
          <w:tcPr>
            <w:tcW w:w="0" w:type="auto"/>
          </w:tcPr>
          <w:p w14:paraId="6EBEF1E7" w14:textId="77777777" w:rsidR="007A5E59" w:rsidRPr="00312815" w:rsidRDefault="0095198F">
            <w:pPr>
              <w:rPr>
                <w:lang w:val="ru-RU"/>
              </w:rPr>
            </w:pPr>
            <w:r w:rsidRPr="00312815">
              <w:rPr>
                <w:lang w:val="ru-RU"/>
              </w:rPr>
              <w:t>Ул. Ленина 50 – тепловая насосная ул.18п/с</w:t>
            </w:r>
          </w:p>
        </w:tc>
        <w:tc>
          <w:tcPr>
            <w:tcW w:w="0" w:type="auto"/>
          </w:tcPr>
          <w:p w14:paraId="2E531BE9" w14:textId="77777777" w:rsidR="007A5E59" w:rsidRDefault="0095198F">
            <w:pPr>
              <w:jc w:val="center"/>
            </w:pPr>
            <w:r>
              <w:t>200</w:t>
            </w:r>
          </w:p>
        </w:tc>
        <w:tc>
          <w:tcPr>
            <w:tcW w:w="0" w:type="auto"/>
          </w:tcPr>
          <w:p w14:paraId="45629030" w14:textId="77777777" w:rsidR="007A5E59" w:rsidRDefault="0095198F">
            <w:pPr>
              <w:jc w:val="center"/>
            </w:pPr>
            <w:r>
              <w:t>1971</w:t>
            </w:r>
          </w:p>
        </w:tc>
        <w:tc>
          <w:tcPr>
            <w:tcW w:w="0" w:type="auto"/>
          </w:tcPr>
          <w:p w14:paraId="71425368" w14:textId="77777777" w:rsidR="007A5E59" w:rsidRDefault="0095198F">
            <w:pPr>
              <w:jc w:val="center"/>
            </w:pPr>
            <w:r>
              <w:t>213,50</w:t>
            </w:r>
          </w:p>
        </w:tc>
        <w:tc>
          <w:tcPr>
            <w:tcW w:w="0" w:type="auto"/>
          </w:tcPr>
          <w:p w14:paraId="1886B20C" w14:textId="77777777" w:rsidR="007A5E59" w:rsidRDefault="0095198F">
            <w:r>
              <w:t>бесканал.</w:t>
            </w:r>
          </w:p>
        </w:tc>
      </w:tr>
      <w:tr w:rsidR="007A5E59" w14:paraId="1ACF23A2" w14:textId="77777777">
        <w:trPr>
          <w:jc w:val="center"/>
        </w:trPr>
        <w:tc>
          <w:tcPr>
            <w:tcW w:w="0" w:type="auto"/>
          </w:tcPr>
          <w:p w14:paraId="19037692" w14:textId="77777777" w:rsidR="007A5E59" w:rsidRDefault="0095198F">
            <w:pPr>
              <w:jc w:val="center"/>
            </w:pPr>
            <w:r>
              <w:t>9</w:t>
            </w:r>
          </w:p>
        </w:tc>
        <w:tc>
          <w:tcPr>
            <w:tcW w:w="0" w:type="auto"/>
          </w:tcPr>
          <w:p w14:paraId="34E878D0" w14:textId="77777777" w:rsidR="007A5E59" w:rsidRDefault="007A5E59"/>
        </w:tc>
        <w:tc>
          <w:tcPr>
            <w:tcW w:w="0" w:type="auto"/>
          </w:tcPr>
          <w:p w14:paraId="556F8FC3" w14:textId="77777777" w:rsidR="007A5E59" w:rsidRDefault="0095198F">
            <w:pPr>
              <w:jc w:val="center"/>
            </w:pPr>
            <w:r>
              <w:t>150</w:t>
            </w:r>
          </w:p>
        </w:tc>
        <w:tc>
          <w:tcPr>
            <w:tcW w:w="0" w:type="auto"/>
          </w:tcPr>
          <w:p w14:paraId="33EB21A1" w14:textId="77777777" w:rsidR="007A5E59" w:rsidRDefault="0095198F">
            <w:pPr>
              <w:jc w:val="center"/>
            </w:pPr>
            <w:r>
              <w:t>1971</w:t>
            </w:r>
          </w:p>
        </w:tc>
        <w:tc>
          <w:tcPr>
            <w:tcW w:w="0" w:type="auto"/>
          </w:tcPr>
          <w:p w14:paraId="5E75E5A5" w14:textId="77777777" w:rsidR="007A5E59" w:rsidRDefault="0095198F">
            <w:pPr>
              <w:jc w:val="center"/>
            </w:pPr>
            <w:r>
              <w:t>213,50</w:t>
            </w:r>
          </w:p>
        </w:tc>
        <w:tc>
          <w:tcPr>
            <w:tcW w:w="0" w:type="auto"/>
          </w:tcPr>
          <w:p w14:paraId="6BF7C1B5" w14:textId="77777777" w:rsidR="007A5E59" w:rsidRDefault="0095198F">
            <w:r>
              <w:t>бесканал.</w:t>
            </w:r>
          </w:p>
        </w:tc>
      </w:tr>
      <w:tr w:rsidR="007A5E59" w14:paraId="18A238A7" w14:textId="77777777">
        <w:trPr>
          <w:jc w:val="center"/>
        </w:trPr>
        <w:tc>
          <w:tcPr>
            <w:tcW w:w="0" w:type="auto"/>
          </w:tcPr>
          <w:p w14:paraId="1796C077" w14:textId="77777777" w:rsidR="007A5E59" w:rsidRDefault="0095198F">
            <w:pPr>
              <w:jc w:val="center"/>
            </w:pPr>
            <w:r>
              <w:t>10</w:t>
            </w:r>
          </w:p>
        </w:tc>
        <w:tc>
          <w:tcPr>
            <w:tcW w:w="0" w:type="auto"/>
          </w:tcPr>
          <w:p w14:paraId="0D625B11" w14:textId="77777777" w:rsidR="007A5E59" w:rsidRDefault="0095198F">
            <w:r w:rsidRPr="00312815">
              <w:rPr>
                <w:lang w:val="ru-RU"/>
              </w:rPr>
              <w:t xml:space="preserve">Тепловая насоснаяул. 18п/с – ул. </w:t>
            </w:r>
            <w:r>
              <w:t>Юбилейная 11</w:t>
            </w:r>
          </w:p>
        </w:tc>
        <w:tc>
          <w:tcPr>
            <w:tcW w:w="0" w:type="auto"/>
          </w:tcPr>
          <w:p w14:paraId="114C59BE" w14:textId="77777777" w:rsidR="007A5E59" w:rsidRDefault="0095198F">
            <w:pPr>
              <w:jc w:val="center"/>
            </w:pPr>
            <w:r>
              <w:t>100</w:t>
            </w:r>
          </w:p>
        </w:tc>
        <w:tc>
          <w:tcPr>
            <w:tcW w:w="0" w:type="auto"/>
          </w:tcPr>
          <w:p w14:paraId="391B9B33" w14:textId="77777777" w:rsidR="007A5E59" w:rsidRDefault="0095198F">
            <w:pPr>
              <w:jc w:val="center"/>
            </w:pPr>
            <w:r>
              <w:t>1966</w:t>
            </w:r>
          </w:p>
        </w:tc>
        <w:tc>
          <w:tcPr>
            <w:tcW w:w="0" w:type="auto"/>
          </w:tcPr>
          <w:p w14:paraId="731DD0CF" w14:textId="77777777" w:rsidR="007A5E59" w:rsidRDefault="0095198F">
            <w:pPr>
              <w:jc w:val="center"/>
            </w:pPr>
            <w:r>
              <w:t>298,50</w:t>
            </w:r>
          </w:p>
        </w:tc>
        <w:tc>
          <w:tcPr>
            <w:tcW w:w="0" w:type="auto"/>
          </w:tcPr>
          <w:p w14:paraId="59E09ADF" w14:textId="77777777" w:rsidR="007A5E59" w:rsidRDefault="0095198F">
            <w:r>
              <w:t>бесканал.</w:t>
            </w:r>
          </w:p>
        </w:tc>
      </w:tr>
      <w:tr w:rsidR="007A5E59" w14:paraId="4EA42971" w14:textId="77777777">
        <w:trPr>
          <w:jc w:val="center"/>
        </w:trPr>
        <w:tc>
          <w:tcPr>
            <w:tcW w:w="0" w:type="auto"/>
          </w:tcPr>
          <w:p w14:paraId="226417C4" w14:textId="77777777" w:rsidR="007A5E59" w:rsidRDefault="0095198F">
            <w:pPr>
              <w:jc w:val="center"/>
            </w:pPr>
            <w:r>
              <w:t>11</w:t>
            </w:r>
          </w:p>
        </w:tc>
        <w:tc>
          <w:tcPr>
            <w:tcW w:w="0" w:type="auto"/>
          </w:tcPr>
          <w:p w14:paraId="74F07D69" w14:textId="77777777" w:rsidR="007A5E59" w:rsidRDefault="007A5E59"/>
        </w:tc>
        <w:tc>
          <w:tcPr>
            <w:tcW w:w="0" w:type="auto"/>
          </w:tcPr>
          <w:p w14:paraId="490822B9" w14:textId="77777777" w:rsidR="007A5E59" w:rsidRDefault="0095198F">
            <w:pPr>
              <w:jc w:val="center"/>
            </w:pPr>
            <w:r>
              <w:t>80</w:t>
            </w:r>
          </w:p>
        </w:tc>
        <w:tc>
          <w:tcPr>
            <w:tcW w:w="0" w:type="auto"/>
          </w:tcPr>
          <w:p w14:paraId="5828FD87" w14:textId="77777777" w:rsidR="007A5E59" w:rsidRDefault="0095198F">
            <w:pPr>
              <w:jc w:val="center"/>
            </w:pPr>
            <w:r>
              <w:t>1966</w:t>
            </w:r>
          </w:p>
        </w:tc>
        <w:tc>
          <w:tcPr>
            <w:tcW w:w="0" w:type="auto"/>
          </w:tcPr>
          <w:p w14:paraId="37931A95" w14:textId="77777777" w:rsidR="007A5E59" w:rsidRDefault="0095198F">
            <w:pPr>
              <w:jc w:val="center"/>
            </w:pPr>
            <w:r>
              <w:t>298,50</w:t>
            </w:r>
          </w:p>
        </w:tc>
        <w:tc>
          <w:tcPr>
            <w:tcW w:w="0" w:type="auto"/>
          </w:tcPr>
          <w:p w14:paraId="216F873E" w14:textId="77777777" w:rsidR="007A5E59" w:rsidRDefault="0095198F">
            <w:r>
              <w:t>бесканал.</w:t>
            </w:r>
          </w:p>
        </w:tc>
      </w:tr>
      <w:tr w:rsidR="007A5E59" w14:paraId="64FBB64F" w14:textId="77777777">
        <w:trPr>
          <w:jc w:val="center"/>
        </w:trPr>
        <w:tc>
          <w:tcPr>
            <w:tcW w:w="0" w:type="auto"/>
          </w:tcPr>
          <w:p w14:paraId="0AD6BEAD" w14:textId="77777777" w:rsidR="007A5E59" w:rsidRDefault="0095198F">
            <w:pPr>
              <w:jc w:val="center"/>
            </w:pPr>
            <w:r>
              <w:t>12</w:t>
            </w:r>
          </w:p>
        </w:tc>
        <w:tc>
          <w:tcPr>
            <w:tcW w:w="0" w:type="auto"/>
          </w:tcPr>
          <w:p w14:paraId="6B5DB887" w14:textId="77777777" w:rsidR="007A5E59" w:rsidRDefault="0095198F">
            <w:r w:rsidRPr="00312815">
              <w:rPr>
                <w:lang w:val="ru-RU"/>
              </w:rPr>
              <w:t xml:space="preserve">Тепловая насосная ул.18п/с ул. </w:t>
            </w:r>
            <w:r>
              <w:t>Юб.Школа-Интернат</w:t>
            </w:r>
          </w:p>
        </w:tc>
        <w:tc>
          <w:tcPr>
            <w:tcW w:w="0" w:type="auto"/>
          </w:tcPr>
          <w:p w14:paraId="057D1067" w14:textId="77777777" w:rsidR="007A5E59" w:rsidRDefault="0095198F">
            <w:pPr>
              <w:jc w:val="center"/>
            </w:pPr>
            <w:r>
              <w:t>100</w:t>
            </w:r>
          </w:p>
        </w:tc>
        <w:tc>
          <w:tcPr>
            <w:tcW w:w="0" w:type="auto"/>
          </w:tcPr>
          <w:p w14:paraId="29EAEE8D" w14:textId="77777777" w:rsidR="007A5E59" w:rsidRDefault="0095198F">
            <w:pPr>
              <w:jc w:val="center"/>
            </w:pPr>
            <w:r>
              <w:t>2010</w:t>
            </w:r>
          </w:p>
        </w:tc>
        <w:tc>
          <w:tcPr>
            <w:tcW w:w="0" w:type="auto"/>
          </w:tcPr>
          <w:p w14:paraId="34CE545D" w14:textId="77777777" w:rsidR="007A5E59" w:rsidRDefault="0095198F">
            <w:pPr>
              <w:jc w:val="center"/>
            </w:pPr>
            <w:r>
              <w:t>648</w:t>
            </w:r>
          </w:p>
        </w:tc>
        <w:tc>
          <w:tcPr>
            <w:tcW w:w="0" w:type="auto"/>
          </w:tcPr>
          <w:p w14:paraId="6A875604" w14:textId="77777777" w:rsidR="007A5E59" w:rsidRDefault="0095198F">
            <w:r>
              <w:t>бесканал.</w:t>
            </w:r>
          </w:p>
        </w:tc>
      </w:tr>
      <w:tr w:rsidR="007A5E59" w14:paraId="7872F32F" w14:textId="77777777">
        <w:trPr>
          <w:jc w:val="center"/>
        </w:trPr>
        <w:tc>
          <w:tcPr>
            <w:tcW w:w="0" w:type="auto"/>
          </w:tcPr>
          <w:p w14:paraId="278DF341" w14:textId="77777777" w:rsidR="007A5E59" w:rsidRDefault="0095198F">
            <w:pPr>
              <w:jc w:val="center"/>
            </w:pPr>
            <w:r>
              <w:t>13</w:t>
            </w:r>
          </w:p>
        </w:tc>
        <w:tc>
          <w:tcPr>
            <w:tcW w:w="0" w:type="auto"/>
          </w:tcPr>
          <w:p w14:paraId="0BB9D670" w14:textId="77777777" w:rsidR="007A5E59" w:rsidRPr="00312815" w:rsidRDefault="0095198F">
            <w:pPr>
              <w:rPr>
                <w:lang w:val="ru-RU"/>
              </w:rPr>
            </w:pPr>
            <w:r w:rsidRPr="00312815">
              <w:rPr>
                <w:lang w:val="ru-RU"/>
              </w:rPr>
              <w:t>Тепловые сети Тепловая насоснаяул. 18п/с -ул.18п/с,19</w:t>
            </w:r>
          </w:p>
        </w:tc>
        <w:tc>
          <w:tcPr>
            <w:tcW w:w="0" w:type="auto"/>
          </w:tcPr>
          <w:p w14:paraId="736447A6" w14:textId="77777777" w:rsidR="007A5E59" w:rsidRDefault="0095198F">
            <w:pPr>
              <w:jc w:val="center"/>
            </w:pPr>
            <w:r>
              <w:t>100</w:t>
            </w:r>
          </w:p>
        </w:tc>
        <w:tc>
          <w:tcPr>
            <w:tcW w:w="0" w:type="auto"/>
          </w:tcPr>
          <w:p w14:paraId="691D97A6" w14:textId="77777777" w:rsidR="007A5E59" w:rsidRDefault="0095198F">
            <w:pPr>
              <w:jc w:val="center"/>
            </w:pPr>
            <w:r>
              <w:t>1966</w:t>
            </w:r>
          </w:p>
        </w:tc>
        <w:tc>
          <w:tcPr>
            <w:tcW w:w="0" w:type="auto"/>
          </w:tcPr>
          <w:p w14:paraId="2F4FAE52" w14:textId="77777777" w:rsidR="007A5E59" w:rsidRDefault="0095198F">
            <w:pPr>
              <w:jc w:val="center"/>
            </w:pPr>
            <w:r>
              <w:t>281</w:t>
            </w:r>
          </w:p>
        </w:tc>
        <w:tc>
          <w:tcPr>
            <w:tcW w:w="0" w:type="auto"/>
          </w:tcPr>
          <w:p w14:paraId="1EDF52A9" w14:textId="77777777" w:rsidR="007A5E59" w:rsidRDefault="0095198F">
            <w:r>
              <w:t>бесканал.</w:t>
            </w:r>
          </w:p>
        </w:tc>
      </w:tr>
      <w:tr w:rsidR="007A5E59" w14:paraId="20FF36B9" w14:textId="77777777">
        <w:trPr>
          <w:jc w:val="center"/>
        </w:trPr>
        <w:tc>
          <w:tcPr>
            <w:tcW w:w="0" w:type="auto"/>
          </w:tcPr>
          <w:p w14:paraId="6CE85173" w14:textId="77777777" w:rsidR="007A5E59" w:rsidRDefault="0095198F">
            <w:pPr>
              <w:jc w:val="center"/>
            </w:pPr>
            <w:r>
              <w:t>14</w:t>
            </w:r>
          </w:p>
        </w:tc>
        <w:tc>
          <w:tcPr>
            <w:tcW w:w="0" w:type="auto"/>
          </w:tcPr>
          <w:p w14:paraId="2789A0E4" w14:textId="77777777" w:rsidR="007A5E59" w:rsidRPr="00312815" w:rsidRDefault="0095198F">
            <w:pPr>
              <w:rPr>
                <w:lang w:val="ru-RU"/>
              </w:rPr>
            </w:pPr>
            <w:r w:rsidRPr="00312815">
              <w:rPr>
                <w:lang w:val="ru-RU"/>
              </w:rPr>
              <w:t>Тепловая насосная ул.18п/с -ул.18п/с4</w:t>
            </w:r>
          </w:p>
        </w:tc>
        <w:tc>
          <w:tcPr>
            <w:tcW w:w="0" w:type="auto"/>
          </w:tcPr>
          <w:p w14:paraId="65EE04E5" w14:textId="77777777" w:rsidR="007A5E59" w:rsidRDefault="0095198F">
            <w:pPr>
              <w:jc w:val="center"/>
            </w:pPr>
            <w:r>
              <w:t>100</w:t>
            </w:r>
          </w:p>
        </w:tc>
        <w:tc>
          <w:tcPr>
            <w:tcW w:w="0" w:type="auto"/>
          </w:tcPr>
          <w:p w14:paraId="773EBCA0" w14:textId="77777777" w:rsidR="007A5E59" w:rsidRDefault="0095198F">
            <w:pPr>
              <w:jc w:val="center"/>
            </w:pPr>
            <w:r>
              <w:t>1966</w:t>
            </w:r>
          </w:p>
        </w:tc>
        <w:tc>
          <w:tcPr>
            <w:tcW w:w="0" w:type="auto"/>
          </w:tcPr>
          <w:p w14:paraId="3CD7347F" w14:textId="77777777" w:rsidR="007A5E59" w:rsidRDefault="0095198F">
            <w:pPr>
              <w:jc w:val="center"/>
            </w:pPr>
            <w:r>
              <w:t>416</w:t>
            </w:r>
          </w:p>
        </w:tc>
        <w:tc>
          <w:tcPr>
            <w:tcW w:w="0" w:type="auto"/>
          </w:tcPr>
          <w:p w14:paraId="2705B50B" w14:textId="77777777" w:rsidR="007A5E59" w:rsidRDefault="0095198F">
            <w:r>
              <w:t>бесканал.</w:t>
            </w:r>
          </w:p>
        </w:tc>
      </w:tr>
      <w:tr w:rsidR="007A5E59" w14:paraId="7CE00713" w14:textId="77777777">
        <w:trPr>
          <w:jc w:val="center"/>
        </w:trPr>
        <w:tc>
          <w:tcPr>
            <w:tcW w:w="0" w:type="auto"/>
          </w:tcPr>
          <w:p w14:paraId="79E314DF" w14:textId="77777777" w:rsidR="007A5E59" w:rsidRDefault="0095198F">
            <w:pPr>
              <w:jc w:val="center"/>
            </w:pPr>
            <w:r>
              <w:t>15</w:t>
            </w:r>
          </w:p>
        </w:tc>
        <w:tc>
          <w:tcPr>
            <w:tcW w:w="0" w:type="auto"/>
          </w:tcPr>
          <w:p w14:paraId="17A49BA9" w14:textId="77777777" w:rsidR="007A5E59" w:rsidRPr="00312815" w:rsidRDefault="0095198F">
            <w:pPr>
              <w:rPr>
                <w:lang w:val="ru-RU"/>
              </w:rPr>
            </w:pPr>
            <w:r w:rsidRPr="00312815">
              <w:rPr>
                <w:lang w:val="ru-RU"/>
              </w:rPr>
              <w:t>Ул. Соворова 23 -теплов.насосная ул.К-Маркса</w:t>
            </w:r>
          </w:p>
        </w:tc>
        <w:tc>
          <w:tcPr>
            <w:tcW w:w="0" w:type="auto"/>
          </w:tcPr>
          <w:p w14:paraId="20F4648F" w14:textId="77777777" w:rsidR="007A5E59" w:rsidRDefault="0095198F">
            <w:pPr>
              <w:jc w:val="center"/>
            </w:pPr>
            <w:r>
              <w:t>200</w:t>
            </w:r>
          </w:p>
        </w:tc>
        <w:tc>
          <w:tcPr>
            <w:tcW w:w="0" w:type="auto"/>
          </w:tcPr>
          <w:p w14:paraId="5AC28456" w14:textId="77777777" w:rsidR="007A5E59" w:rsidRDefault="0095198F">
            <w:pPr>
              <w:jc w:val="center"/>
            </w:pPr>
            <w:r>
              <w:t>1966</w:t>
            </w:r>
          </w:p>
        </w:tc>
        <w:tc>
          <w:tcPr>
            <w:tcW w:w="0" w:type="auto"/>
          </w:tcPr>
          <w:p w14:paraId="735BAE88" w14:textId="77777777" w:rsidR="007A5E59" w:rsidRDefault="0095198F">
            <w:pPr>
              <w:jc w:val="center"/>
            </w:pPr>
            <w:r>
              <w:t>1 405</w:t>
            </w:r>
          </w:p>
        </w:tc>
        <w:tc>
          <w:tcPr>
            <w:tcW w:w="0" w:type="auto"/>
          </w:tcPr>
          <w:p w14:paraId="1F4388B3" w14:textId="77777777" w:rsidR="007A5E59" w:rsidRDefault="0095198F">
            <w:r>
              <w:t>бесканал.</w:t>
            </w:r>
          </w:p>
        </w:tc>
      </w:tr>
      <w:tr w:rsidR="007A5E59" w14:paraId="5FE341FC" w14:textId="77777777">
        <w:trPr>
          <w:jc w:val="center"/>
        </w:trPr>
        <w:tc>
          <w:tcPr>
            <w:tcW w:w="0" w:type="auto"/>
          </w:tcPr>
          <w:p w14:paraId="397C721E" w14:textId="77777777" w:rsidR="007A5E59" w:rsidRDefault="0095198F">
            <w:pPr>
              <w:jc w:val="center"/>
            </w:pPr>
            <w:r>
              <w:t>16</w:t>
            </w:r>
          </w:p>
        </w:tc>
        <w:tc>
          <w:tcPr>
            <w:tcW w:w="0" w:type="auto"/>
          </w:tcPr>
          <w:p w14:paraId="7632B972" w14:textId="77777777" w:rsidR="007A5E59" w:rsidRDefault="007A5E59"/>
        </w:tc>
        <w:tc>
          <w:tcPr>
            <w:tcW w:w="0" w:type="auto"/>
          </w:tcPr>
          <w:p w14:paraId="13012E5F" w14:textId="77777777" w:rsidR="007A5E59" w:rsidRDefault="0095198F">
            <w:pPr>
              <w:jc w:val="center"/>
            </w:pPr>
            <w:r>
              <w:t>150</w:t>
            </w:r>
          </w:p>
        </w:tc>
        <w:tc>
          <w:tcPr>
            <w:tcW w:w="0" w:type="auto"/>
          </w:tcPr>
          <w:p w14:paraId="2F5CB1FA" w14:textId="77777777" w:rsidR="007A5E59" w:rsidRDefault="0095198F">
            <w:pPr>
              <w:jc w:val="center"/>
            </w:pPr>
            <w:r>
              <w:t>1966</w:t>
            </w:r>
          </w:p>
        </w:tc>
        <w:tc>
          <w:tcPr>
            <w:tcW w:w="0" w:type="auto"/>
          </w:tcPr>
          <w:p w14:paraId="122497E5" w14:textId="77777777" w:rsidR="007A5E59" w:rsidRDefault="0095198F">
            <w:pPr>
              <w:jc w:val="center"/>
            </w:pPr>
            <w:r>
              <w:t>420</w:t>
            </w:r>
          </w:p>
        </w:tc>
        <w:tc>
          <w:tcPr>
            <w:tcW w:w="0" w:type="auto"/>
          </w:tcPr>
          <w:p w14:paraId="20E3D807" w14:textId="77777777" w:rsidR="007A5E59" w:rsidRDefault="0095198F">
            <w:r>
              <w:t>бесканал.</w:t>
            </w:r>
          </w:p>
        </w:tc>
      </w:tr>
      <w:tr w:rsidR="007A5E59" w14:paraId="248227BE" w14:textId="77777777">
        <w:trPr>
          <w:jc w:val="center"/>
        </w:trPr>
        <w:tc>
          <w:tcPr>
            <w:tcW w:w="0" w:type="auto"/>
          </w:tcPr>
          <w:p w14:paraId="2C67384A" w14:textId="77777777" w:rsidR="007A5E59" w:rsidRDefault="0095198F">
            <w:pPr>
              <w:jc w:val="center"/>
            </w:pPr>
            <w:r>
              <w:t>17</w:t>
            </w:r>
          </w:p>
        </w:tc>
        <w:tc>
          <w:tcPr>
            <w:tcW w:w="0" w:type="auto"/>
          </w:tcPr>
          <w:p w14:paraId="0EE73D43" w14:textId="77777777" w:rsidR="007A5E59" w:rsidRDefault="007A5E59"/>
        </w:tc>
        <w:tc>
          <w:tcPr>
            <w:tcW w:w="0" w:type="auto"/>
          </w:tcPr>
          <w:p w14:paraId="5825E6AA" w14:textId="77777777" w:rsidR="007A5E59" w:rsidRDefault="0095198F">
            <w:pPr>
              <w:jc w:val="center"/>
            </w:pPr>
            <w:r>
              <w:t>125</w:t>
            </w:r>
          </w:p>
        </w:tc>
        <w:tc>
          <w:tcPr>
            <w:tcW w:w="0" w:type="auto"/>
          </w:tcPr>
          <w:p w14:paraId="410EF1DB" w14:textId="77777777" w:rsidR="007A5E59" w:rsidRDefault="0095198F">
            <w:pPr>
              <w:jc w:val="center"/>
            </w:pPr>
            <w:r>
              <w:t>1966</w:t>
            </w:r>
          </w:p>
        </w:tc>
        <w:tc>
          <w:tcPr>
            <w:tcW w:w="0" w:type="auto"/>
          </w:tcPr>
          <w:p w14:paraId="75614030" w14:textId="77777777" w:rsidR="007A5E59" w:rsidRDefault="0095198F">
            <w:pPr>
              <w:jc w:val="center"/>
            </w:pPr>
            <w:r>
              <w:t>272</w:t>
            </w:r>
          </w:p>
        </w:tc>
        <w:tc>
          <w:tcPr>
            <w:tcW w:w="0" w:type="auto"/>
          </w:tcPr>
          <w:p w14:paraId="2EE86547" w14:textId="77777777" w:rsidR="007A5E59" w:rsidRDefault="0095198F">
            <w:r>
              <w:t>бесканал.</w:t>
            </w:r>
          </w:p>
        </w:tc>
      </w:tr>
      <w:tr w:rsidR="007A5E59" w14:paraId="4E5FD9C5" w14:textId="77777777">
        <w:trPr>
          <w:jc w:val="center"/>
        </w:trPr>
        <w:tc>
          <w:tcPr>
            <w:tcW w:w="0" w:type="auto"/>
          </w:tcPr>
          <w:p w14:paraId="303B5A6C" w14:textId="77777777" w:rsidR="007A5E59" w:rsidRDefault="0095198F">
            <w:pPr>
              <w:jc w:val="center"/>
            </w:pPr>
            <w:r>
              <w:t>18</w:t>
            </w:r>
          </w:p>
        </w:tc>
        <w:tc>
          <w:tcPr>
            <w:tcW w:w="0" w:type="auto"/>
          </w:tcPr>
          <w:p w14:paraId="7008B620" w14:textId="77777777" w:rsidR="007A5E59" w:rsidRPr="00312815" w:rsidRDefault="0095198F">
            <w:pPr>
              <w:rPr>
                <w:lang w:val="ru-RU"/>
              </w:rPr>
            </w:pPr>
            <w:r w:rsidRPr="00312815">
              <w:rPr>
                <w:lang w:val="ru-RU"/>
              </w:rPr>
              <w:t>Теплов.насосная ул.К-Маркса – К-Маркса 15</w:t>
            </w:r>
          </w:p>
        </w:tc>
        <w:tc>
          <w:tcPr>
            <w:tcW w:w="0" w:type="auto"/>
          </w:tcPr>
          <w:p w14:paraId="193FE21D" w14:textId="77777777" w:rsidR="007A5E59" w:rsidRDefault="0095198F">
            <w:pPr>
              <w:jc w:val="center"/>
            </w:pPr>
            <w:r>
              <w:t>100</w:t>
            </w:r>
          </w:p>
        </w:tc>
        <w:tc>
          <w:tcPr>
            <w:tcW w:w="0" w:type="auto"/>
          </w:tcPr>
          <w:p w14:paraId="42D22902" w14:textId="77777777" w:rsidR="007A5E59" w:rsidRDefault="0095198F">
            <w:pPr>
              <w:jc w:val="center"/>
            </w:pPr>
            <w:r>
              <w:t>1966</w:t>
            </w:r>
          </w:p>
        </w:tc>
        <w:tc>
          <w:tcPr>
            <w:tcW w:w="0" w:type="auto"/>
          </w:tcPr>
          <w:p w14:paraId="137C0D97" w14:textId="77777777" w:rsidR="007A5E59" w:rsidRDefault="0095198F">
            <w:pPr>
              <w:jc w:val="center"/>
            </w:pPr>
            <w:r>
              <w:t>208,50</w:t>
            </w:r>
          </w:p>
        </w:tc>
        <w:tc>
          <w:tcPr>
            <w:tcW w:w="0" w:type="auto"/>
          </w:tcPr>
          <w:p w14:paraId="192227DC" w14:textId="77777777" w:rsidR="007A5E59" w:rsidRDefault="0095198F">
            <w:r>
              <w:t>бесканал.</w:t>
            </w:r>
          </w:p>
        </w:tc>
      </w:tr>
      <w:tr w:rsidR="007A5E59" w14:paraId="1903F385" w14:textId="77777777">
        <w:trPr>
          <w:jc w:val="center"/>
        </w:trPr>
        <w:tc>
          <w:tcPr>
            <w:tcW w:w="0" w:type="auto"/>
          </w:tcPr>
          <w:p w14:paraId="4E3232E8" w14:textId="77777777" w:rsidR="007A5E59" w:rsidRDefault="0095198F">
            <w:pPr>
              <w:jc w:val="center"/>
            </w:pPr>
            <w:r>
              <w:t>19</w:t>
            </w:r>
          </w:p>
        </w:tc>
        <w:tc>
          <w:tcPr>
            <w:tcW w:w="0" w:type="auto"/>
          </w:tcPr>
          <w:p w14:paraId="76D7CE09" w14:textId="77777777" w:rsidR="007A5E59" w:rsidRDefault="007A5E59"/>
        </w:tc>
        <w:tc>
          <w:tcPr>
            <w:tcW w:w="0" w:type="auto"/>
          </w:tcPr>
          <w:p w14:paraId="500834B7" w14:textId="77777777" w:rsidR="007A5E59" w:rsidRDefault="0095198F">
            <w:pPr>
              <w:jc w:val="center"/>
            </w:pPr>
            <w:r>
              <w:t>80</w:t>
            </w:r>
          </w:p>
        </w:tc>
        <w:tc>
          <w:tcPr>
            <w:tcW w:w="0" w:type="auto"/>
          </w:tcPr>
          <w:p w14:paraId="65DB3DA6" w14:textId="77777777" w:rsidR="007A5E59" w:rsidRDefault="0095198F">
            <w:pPr>
              <w:jc w:val="center"/>
            </w:pPr>
            <w:r>
              <w:t>1966</w:t>
            </w:r>
          </w:p>
        </w:tc>
        <w:tc>
          <w:tcPr>
            <w:tcW w:w="0" w:type="auto"/>
          </w:tcPr>
          <w:p w14:paraId="26D8FC19" w14:textId="77777777" w:rsidR="007A5E59" w:rsidRDefault="0095198F">
            <w:pPr>
              <w:jc w:val="center"/>
            </w:pPr>
            <w:r>
              <w:t>208,50</w:t>
            </w:r>
          </w:p>
        </w:tc>
        <w:tc>
          <w:tcPr>
            <w:tcW w:w="0" w:type="auto"/>
          </w:tcPr>
          <w:p w14:paraId="6D4C090C" w14:textId="77777777" w:rsidR="007A5E59" w:rsidRDefault="0095198F">
            <w:r>
              <w:t>бесканал.</w:t>
            </w:r>
          </w:p>
        </w:tc>
      </w:tr>
      <w:tr w:rsidR="007A5E59" w14:paraId="634CB05C" w14:textId="77777777">
        <w:trPr>
          <w:jc w:val="center"/>
        </w:trPr>
        <w:tc>
          <w:tcPr>
            <w:tcW w:w="0" w:type="auto"/>
          </w:tcPr>
          <w:p w14:paraId="47A1E6FE" w14:textId="77777777" w:rsidR="007A5E59" w:rsidRDefault="0095198F">
            <w:pPr>
              <w:jc w:val="center"/>
            </w:pPr>
            <w:r>
              <w:t>20</w:t>
            </w:r>
          </w:p>
        </w:tc>
        <w:tc>
          <w:tcPr>
            <w:tcW w:w="0" w:type="auto"/>
          </w:tcPr>
          <w:p w14:paraId="29278886" w14:textId="77777777" w:rsidR="007A5E59" w:rsidRDefault="0095198F">
            <w:r w:rsidRPr="00312815">
              <w:rPr>
                <w:lang w:val="ru-RU"/>
              </w:rPr>
              <w:t xml:space="preserve">Тепловые сети Типография Тк-4 – ул. </w:t>
            </w:r>
            <w:r>
              <w:t>Мира 11</w:t>
            </w:r>
          </w:p>
        </w:tc>
        <w:tc>
          <w:tcPr>
            <w:tcW w:w="0" w:type="auto"/>
          </w:tcPr>
          <w:p w14:paraId="6CAD45E2" w14:textId="77777777" w:rsidR="007A5E59" w:rsidRDefault="0095198F">
            <w:pPr>
              <w:jc w:val="center"/>
            </w:pPr>
            <w:r>
              <w:t>80</w:t>
            </w:r>
          </w:p>
        </w:tc>
        <w:tc>
          <w:tcPr>
            <w:tcW w:w="0" w:type="auto"/>
          </w:tcPr>
          <w:p w14:paraId="4E5EDAB3" w14:textId="77777777" w:rsidR="007A5E59" w:rsidRDefault="0095198F">
            <w:pPr>
              <w:jc w:val="center"/>
            </w:pPr>
            <w:r>
              <w:t>1966</w:t>
            </w:r>
          </w:p>
        </w:tc>
        <w:tc>
          <w:tcPr>
            <w:tcW w:w="0" w:type="auto"/>
          </w:tcPr>
          <w:p w14:paraId="27F8D893" w14:textId="77777777" w:rsidR="007A5E59" w:rsidRDefault="0095198F">
            <w:pPr>
              <w:jc w:val="center"/>
            </w:pPr>
            <w:r>
              <w:t>314</w:t>
            </w:r>
          </w:p>
        </w:tc>
        <w:tc>
          <w:tcPr>
            <w:tcW w:w="0" w:type="auto"/>
          </w:tcPr>
          <w:p w14:paraId="10994730" w14:textId="77777777" w:rsidR="007A5E59" w:rsidRDefault="0095198F">
            <w:r>
              <w:t>бесканал.</w:t>
            </w:r>
          </w:p>
        </w:tc>
      </w:tr>
      <w:tr w:rsidR="007A5E59" w14:paraId="5AE1DF23" w14:textId="77777777">
        <w:trPr>
          <w:jc w:val="center"/>
        </w:trPr>
        <w:tc>
          <w:tcPr>
            <w:tcW w:w="0" w:type="auto"/>
          </w:tcPr>
          <w:p w14:paraId="1016B4E8" w14:textId="77777777" w:rsidR="007A5E59" w:rsidRDefault="0095198F">
            <w:pPr>
              <w:jc w:val="center"/>
            </w:pPr>
            <w:r>
              <w:t>21</w:t>
            </w:r>
          </w:p>
        </w:tc>
        <w:tc>
          <w:tcPr>
            <w:tcW w:w="0" w:type="auto"/>
          </w:tcPr>
          <w:p w14:paraId="5226E8F2" w14:textId="77777777" w:rsidR="007A5E59" w:rsidRDefault="0095198F">
            <w:r>
              <w:t>Ул. Суворова 23 – ул. Мира 31</w:t>
            </w:r>
          </w:p>
        </w:tc>
        <w:tc>
          <w:tcPr>
            <w:tcW w:w="0" w:type="auto"/>
          </w:tcPr>
          <w:p w14:paraId="39C35C63" w14:textId="77777777" w:rsidR="007A5E59" w:rsidRDefault="0095198F">
            <w:pPr>
              <w:jc w:val="center"/>
            </w:pPr>
            <w:r>
              <w:t>100</w:t>
            </w:r>
          </w:p>
        </w:tc>
        <w:tc>
          <w:tcPr>
            <w:tcW w:w="0" w:type="auto"/>
          </w:tcPr>
          <w:p w14:paraId="16BC1EF4" w14:textId="77777777" w:rsidR="007A5E59" w:rsidRDefault="0095198F">
            <w:pPr>
              <w:jc w:val="center"/>
            </w:pPr>
            <w:r>
              <w:t>1966</w:t>
            </w:r>
          </w:p>
        </w:tc>
        <w:tc>
          <w:tcPr>
            <w:tcW w:w="0" w:type="auto"/>
          </w:tcPr>
          <w:p w14:paraId="49FC3A13" w14:textId="77777777" w:rsidR="007A5E59" w:rsidRDefault="0095198F">
            <w:pPr>
              <w:jc w:val="center"/>
            </w:pPr>
            <w:r>
              <w:t>332</w:t>
            </w:r>
          </w:p>
        </w:tc>
        <w:tc>
          <w:tcPr>
            <w:tcW w:w="0" w:type="auto"/>
          </w:tcPr>
          <w:p w14:paraId="6C4CD706" w14:textId="77777777" w:rsidR="007A5E59" w:rsidRDefault="0095198F">
            <w:r>
              <w:t>бесканал.</w:t>
            </w:r>
          </w:p>
        </w:tc>
      </w:tr>
      <w:tr w:rsidR="007A5E59" w14:paraId="67156548" w14:textId="77777777">
        <w:trPr>
          <w:jc w:val="center"/>
        </w:trPr>
        <w:tc>
          <w:tcPr>
            <w:tcW w:w="0" w:type="auto"/>
          </w:tcPr>
          <w:p w14:paraId="263A3987" w14:textId="77777777" w:rsidR="007A5E59" w:rsidRDefault="0095198F">
            <w:pPr>
              <w:jc w:val="center"/>
            </w:pPr>
            <w:r>
              <w:t>22</w:t>
            </w:r>
          </w:p>
        </w:tc>
        <w:tc>
          <w:tcPr>
            <w:tcW w:w="0" w:type="auto"/>
          </w:tcPr>
          <w:p w14:paraId="22BDB488" w14:textId="77777777" w:rsidR="007A5E59" w:rsidRPr="00312815" w:rsidRDefault="0095198F">
            <w:pPr>
              <w:rPr>
                <w:lang w:val="ru-RU"/>
              </w:rPr>
            </w:pPr>
            <w:r w:rsidRPr="00312815">
              <w:rPr>
                <w:lang w:val="ru-RU"/>
              </w:rPr>
              <w:t>Ул. Ленина 50 ТК-3 – ул. Ленина 19</w:t>
            </w:r>
          </w:p>
        </w:tc>
        <w:tc>
          <w:tcPr>
            <w:tcW w:w="0" w:type="auto"/>
          </w:tcPr>
          <w:p w14:paraId="62C379A1" w14:textId="77777777" w:rsidR="007A5E59" w:rsidRDefault="0095198F">
            <w:pPr>
              <w:jc w:val="center"/>
            </w:pPr>
            <w:r>
              <w:t>150</w:t>
            </w:r>
          </w:p>
        </w:tc>
        <w:tc>
          <w:tcPr>
            <w:tcW w:w="0" w:type="auto"/>
          </w:tcPr>
          <w:p w14:paraId="001E067C" w14:textId="77777777" w:rsidR="007A5E59" w:rsidRDefault="0095198F">
            <w:pPr>
              <w:jc w:val="center"/>
            </w:pPr>
            <w:r>
              <w:t>1968</w:t>
            </w:r>
          </w:p>
        </w:tc>
        <w:tc>
          <w:tcPr>
            <w:tcW w:w="0" w:type="auto"/>
          </w:tcPr>
          <w:p w14:paraId="1AEB733A" w14:textId="77777777" w:rsidR="007A5E59" w:rsidRDefault="0095198F">
            <w:pPr>
              <w:jc w:val="center"/>
            </w:pPr>
            <w:r>
              <w:t>282</w:t>
            </w:r>
          </w:p>
        </w:tc>
        <w:tc>
          <w:tcPr>
            <w:tcW w:w="0" w:type="auto"/>
          </w:tcPr>
          <w:p w14:paraId="55B04A0B" w14:textId="77777777" w:rsidR="007A5E59" w:rsidRDefault="0095198F">
            <w:r>
              <w:t>бесканал.</w:t>
            </w:r>
          </w:p>
        </w:tc>
      </w:tr>
      <w:tr w:rsidR="007A5E59" w14:paraId="15B3506D" w14:textId="77777777">
        <w:trPr>
          <w:jc w:val="center"/>
        </w:trPr>
        <w:tc>
          <w:tcPr>
            <w:tcW w:w="0" w:type="auto"/>
          </w:tcPr>
          <w:p w14:paraId="3ADB5A77" w14:textId="77777777" w:rsidR="007A5E59" w:rsidRDefault="0095198F">
            <w:pPr>
              <w:jc w:val="center"/>
            </w:pPr>
            <w:r>
              <w:t>23</w:t>
            </w:r>
          </w:p>
        </w:tc>
        <w:tc>
          <w:tcPr>
            <w:tcW w:w="0" w:type="auto"/>
          </w:tcPr>
          <w:p w14:paraId="0C2A62DF" w14:textId="77777777" w:rsidR="007A5E59" w:rsidRDefault="007A5E59"/>
        </w:tc>
        <w:tc>
          <w:tcPr>
            <w:tcW w:w="0" w:type="auto"/>
          </w:tcPr>
          <w:p w14:paraId="511FBE1B" w14:textId="77777777" w:rsidR="007A5E59" w:rsidRDefault="0095198F">
            <w:pPr>
              <w:jc w:val="center"/>
            </w:pPr>
            <w:r>
              <w:t>150</w:t>
            </w:r>
          </w:p>
        </w:tc>
        <w:tc>
          <w:tcPr>
            <w:tcW w:w="0" w:type="auto"/>
          </w:tcPr>
          <w:p w14:paraId="49CCFB62" w14:textId="77777777" w:rsidR="007A5E59" w:rsidRDefault="0095198F">
            <w:pPr>
              <w:jc w:val="center"/>
            </w:pPr>
            <w:r>
              <w:t>2004</w:t>
            </w:r>
          </w:p>
        </w:tc>
        <w:tc>
          <w:tcPr>
            <w:tcW w:w="0" w:type="auto"/>
          </w:tcPr>
          <w:p w14:paraId="57D4B5D1" w14:textId="77777777" w:rsidR="007A5E59" w:rsidRDefault="0095198F">
            <w:pPr>
              <w:jc w:val="center"/>
            </w:pPr>
            <w:r>
              <w:t>282</w:t>
            </w:r>
          </w:p>
        </w:tc>
        <w:tc>
          <w:tcPr>
            <w:tcW w:w="0" w:type="auto"/>
          </w:tcPr>
          <w:p w14:paraId="164FFD40" w14:textId="77777777" w:rsidR="007A5E59" w:rsidRDefault="0095198F">
            <w:r>
              <w:t>бесканал.</w:t>
            </w:r>
          </w:p>
        </w:tc>
      </w:tr>
      <w:tr w:rsidR="007A5E59" w14:paraId="620D8736" w14:textId="77777777">
        <w:trPr>
          <w:jc w:val="center"/>
        </w:trPr>
        <w:tc>
          <w:tcPr>
            <w:tcW w:w="0" w:type="auto"/>
          </w:tcPr>
          <w:p w14:paraId="1B2126B7" w14:textId="77777777" w:rsidR="007A5E59" w:rsidRDefault="0095198F">
            <w:pPr>
              <w:jc w:val="center"/>
            </w:pPr>
            <w:r>
              <w:t>24</w:t>
            </w:r>
          </w:p>
        </w:tc>
        <w:tc>
          <w:tcPr>
            <w:tcW w:w="0" w:type="auto"/>
          </w:tcPr>
          <w:p w14:paraId="61D6E809" w14:textId="77777777" w:rsidR="007A5E59" w:rsidRDefault="0095198F">
            <w:r w:rsidRPr="00312815">
              <w:rPr>
                <w:lang w:val="ru-RU"/>
              </w:rPr>
              <w:t xml:space="preserve">Тепловые сети ПО Котельная – ул. </w:t>
            </w:r>
            <w:r>
              <w:t>Ноградская 3 ТК-5</w:t>
            </w:r>
          </w:p>
        </w:tc>
        <w:tc>
          <w:tcPr>
            <w:tcW w:w="0" w:type="auto"/>
          </w:tcPr>
          <w:p w14:paraId="0C908BE5" w14:textId="77777777" w:rsidR="007A5E59" w:rsidRDefault="0095198F">
            <w:pPr>
              <w:jc w:val="center"/>
            </w:pPr>
            <w:r>
              <w:t>300</w:t>
            </w:r>
          </w:p>
        </w:tc>
        <w:tc>
          <w:tcPr>
            <w:tcW w:w="0" w:type="auto"/>
          </w:tcPr>
          <w:p w14:paraId="205395E1" w14:textId="77777777" w:rsidR="007A5E59" w:rsidRDefault="0095198F">
            <w:pPr>
              <w:jc w:val="center"/>
            </w:pPr>
            <w:r>
              <w:t>1978</w:t>
            </w:r>
          </w:p>
        </w:tc>
        <w:tc>
          <w:tcPr>
            <w:tcW w:w="0" w:type="auto"/>
          </w:tcPr>
          <w:p w14:paraId="41A9895E" w14:textId="77777777" w:rsidR="007A5E59" w:rsidRDefault="0095198F">
            <w:pPr>
              <w:jc w:val="center"/>
            </w:pPr>
            <w:r>
              <w:t>1 761</w:t>
            </w:r>
          </w:p>
        </w:tc>
        <w:tc>
          <w:tcPr>
            <w:tcW w:w="0" w:type="auto"/>
          </w:tcPr>
          <w:p w14:paraId="2007B092" w14:textId="77777777" w:rsidR="007A5E59" w:rsidRDefault="0095198F">
            <w:r>
              <w:t>бесканал.</w:t>
            </w:r>
          </w:p>
        </w:tc>
      </w:tr>
      <w:tr w:rsidR="007A5E59" w14:paraId="05251978" w14:textId="77777777">
        <w:trPr>
          <w:jc w:val="center"/>
        </w:trPr>
        <w:tc>
          <w:tcPr>
            <w:tcW w:w="0" w:type="auto"/>
          </w:tcPr>
          <w:p w14:paraId="3C0908F8" w14:textId="77777777" w:rsidR="007A5E59" w:rsidRDefault="0095198F">
            <w:pPr>
              <w:jc w:val="center"/>
            </w:pPr>
            <w:r>
              <w:t>25</w:t>
            </w:r>
          </w:p>
        </w:tc>
        <w:tc>
          <w:tcPr>
            <w:tcW w:w="0" w:type="auto"/>
          </w:tcPr>
          <w:p w14:paraId="41A9F094" w14:textId="77777777" w:rsidR="007A5E59" w:rsidRPr="00312815" w:rsidRDefault="0095198F">
            <w:pPr>
              <w:rPr>
                <w:lang w:val="ru-RU"/>
              </w:rPr>
            </w:pPr>
            <w:r w:rsidRPr="00312815">
              <w:rPr>
                <w:lang w:val="ru-RU"/>
              </w:rPr>
              <w:t>Ул. Поспелова 7 ТК-6 -школа бокса</w:t>
            </w:r>
          </w:p>
        </w:tc>
        <w:tc>
          <w:tcPr>
            <w:tcW w:w="0" w:type="auto"/>
          </w:tcPr>
          <w:p w14:paraId="2F7F397B" w14:textId="77777777" w:rsidR="007A5E59" w:rsidRDefault="0095198F">
            <w:pPr>
              <w:jc w:val="center"/>
            </w:pPr>
            <w:r>
              <w:t>300</w:t>
            </w:r>
          </w:p>
        </w:tc>
        <w:tc>
          <w:tcPr>
            <w:tcW w:w="0" w:type="auto"/>
          </w:tcPr>
          <w:p w14:paraId="3ECCE3BF" w14:textId="77777777" w:rsidR="007A5E59" w:rsidRDefault="0095198F">
            <w:pPr>
              <w:jc w:val="center"/>
            </w:pPr>
            <w:r>
              <w:t>1977</w:t>
            </w:r>
          </w:p>
        </w:tc>
        <w:tc>
          <w:tcPr>
            <w:tcW w:w="0" w:type="auto"/>
          </w:tcPr>
          <w:p w14:paraId="5549FBD7" w14:textId="77777777" w:rsidR="007A5E59" w:rsidRDefault="0095198F">
            <w:pPr>
              <w:jc w:val="center"/>
            </w:pPr>
            <w:r>
              <w:t>375</w:t>
            </w:r>
          </w:p>
        </w:tc>
        <w:tc>
          <w:tcPr>
            <w:tcW w:w="0" w:type="auto"/>
          </w:tcPr>
          <w:p w14:paraId="124F3EB3" w14:textId="77777777" w:rsidR="007A5E59" w:rsidRDefault="0095198F">
            <w:r>
              <w:t>бесканал.</w:t>
            </w:r>
          </w:p>
        </w:tc>
      </w:tr>
      <w:tr w:rsidR="007A5E59" w14:paraId="41BC6134" w14:textId="77777777">
        <w:trPr>
          <w:jc w:val="center"/>
        </w:trPr>
        <w:tc>
          <w:tcPr>
            <w:tcW w:w="0" w:type="auto"/>
          </w:tcPr>
          <w:p w14:paraId="7B4ECC29" w14:textId="77777777" w:rsidR="007A5E59" w:rsidRDefault="0095198F">
            <w:pPr>
              <w:jc w:val="center"/>
            </w:pPr>
            <w:r>
              <w:t>26</w:t>
            </w:r>
          </w:p>
        </w:tc>
        <w:tc>
          <w:tcPr>
            <w:tcW w:w="0" w:type="auto"/>
          </w:tcPr>
          <w:p w14:paraId="18FB2A3F" w14:textId="77777777" w:rsidR="007A5E59" w:rsidRDefault="007A5E59"/>
        </w:tc>
        <w:tc>
          <w:tcPr>
            <w:tcW w:w="0" w:type="auto"/>
          </w:tcPr>
          <w:p w14:paraId="76907558" w14:textId="77777777" w:rsidR="007A5E59" w:rsidRDefault="0095198F">
            <w:pPr>
              <w:jc w:val="center"/>
            </w:pPr>
            <w:r>
              <w:t>200</w:t>
            </w:r>
          </w:p>
        </w:tc>
        <w:tc>
          <w:tcPr>
            <w:tcW w:w="0" w:type="auto"/>
          </w:tcPr>
          <w:p w14:paraId="1EF2B598" w14:textId="77777777" w:rsidR="007A5E59" w:rsidRDefault="0095198F">
            <w:pPr>
              <w:jc w:val="center"/>
            </w:pPr>
            <w:r>
              <w:t>1977</w:t>
            </w:r>
          </w:p>
        </w:tc>
        <w:tc>
          <w:tcPr>
            <w:tcW w:w="0" w:type="auto"/>
          </w:tcPr>
          <w:p w14:paraId="602D4F2D" w14:textId="77777777" w:rsidR="007A5E59" w:rsidRDefault="0095198F">
            <w:pPr>
              <w:jc w:val="center"/>
            </w:pPr>
            <w:r>
              <w:t>400</w:t>
            </w:r>
          </w:p>
        </w:tc>
        <w:tc>
          <w:tcPr>
            <w:tcW w:w="0" w:type="auto"/>
          </w:tcPr>
          <w:p w14:paraId="45434BB6" w14:textId="77777777" w:rsidR="007A5E59" w:rsidRDefault="0095198F">
            <w:r>
              <w:t>бесканал.</w:t>
            </w:r>
          </w:p>
        </w:tc>
      </w:tr>
      <w:tr w:rsidR="007A5E59" w14:paraId="46358159" w14:textId="77777777">
        <w:trPr>
          <w:jc w:val="center"/>
        </w:trPr>
        <w:tc>
          <w:tcPr>
            <w:tcW w:w="0" w:type="auto"/>
          </w:tcPr>
          <w:p w14:paraId="72E9EACB" w14:textId="77777777" w:rsidR="007A5E59" w:rsidRDefault="0095198F">
            <w:pPr>
              <w:jc w:val="center"/>
            </w:pPr>
            <w:r>
              <w:t>27</w:t>
            </w:r>
          </w:p>
        </w:tc>
        <w:tc>
          <w:tcPr>
            <w:tcW w:w="0" w:type="auto"/>
          </w:tcPr>
          <w:p w14:paraId="12E164F6" w14:textId="77777777" w:rsidR="007A5E59" w:rsidRDefault="007A5E59"/>
        </w:tc>
        <w:tc>
          <w:tcPr>
            <w:tcW w:w="0" w:type="auto"/>
          </w:tcPr>
          <w:p w14:paraId="6BEAE48A" w14:textId="77777777" w:rsidR="007A5E59" w:rsidRDefault="0095198F">
            <w:pPr>
              <w:jc w:val="center"/>
            </w:pPr>
            <w:r>
              <w:t>150</w:t>
            </w:r>
          </w:p>
        </w:tc>
        <w:tc>
          <w:tcPr>
            <w:tcW w:w="0" w:type="auto"/>
          </w:tcPr>
          <w:p w14:paraId="2D4E84A9" w14:textId="77777777" w:rsidR="007A5E59" w:rsidRDefault="0095198F">
            <w:pPr>
              <w:jc w:val="center"/>
            </w:pPr>
            <w:r>
              <w:t>2005</w:t>
            </w:r>
          </w:p>
        </w:tc>
        <w:tc>
          <w:tcPr>
            <w:tcW w:w="0" w:type="auto"/>
          </w:tcPr>
          <w:p w14:paraId="38440B0E" w14:textId="77777777" w:rsidR="007A5E59" w:rsidRDefault="0095198F">
            <w:pPr>
              <w:jc w:val="center"/>
            </w:pPr>
            <w:r>
              <w:t>130</w:t>
            </w:r>
          </w:p>
        </w:tc>
        <w:tc>
          <w:tcPr>
            <w:tcW w:w="0" w:type="auto"/>
          </w:tcPr>
          <w:p w14:paraId="2568F2C0" w14:textId="77777777" w:rsidR="007A5E59" w:rsidRDefault="0095198F">
            <w:r>
              <w:t>бесканал.</w:t>
            </w:r>
          </w:p>
        </w:tc>
      </w:tr>
      <w:tr w:rsidR="007A5E59" w14:paraId="5B8DC253" w14:textId="77777777">
        <w:trPr>
          <w:jc w:val="center"/>
        </w:trPr>
        <w:tc>
          <w:tcPr>
            <w:tcW w:w="0" w:type="auto"/>
          </w:tcPr>
          <w:p w14:paraId="0DB005C2" w14:textId="77777777" w:rsidR="007A5E59" w:rsidRDefault="0095198F">
            <w:pPr>
              <w:jc w:val="center"/>
            </w:pPr>
            <w:r>
              <w:t>28</w:t>
            </w:r>
          </w:p>
        </w:tc>
        <w:tc>
          <w:tcPr>
            <w:tcW w:w="0" w:type="auto"/>
          </w:tcPr>
          <w:p w14:paraId="34D98F76" w14:textId="77777777" w:rsidR="007A5E59" w:rsidRDefault="007A5E59"/>
        </w:tc>
        <w:tc>
          <w:tcPr>
            <w:tcW w:w="0" w:type="auto"/>
          </w:tcPr>
          <w:p w14:paraId="19616D3F" w14:textId="77777777" w:rsidR="007A5E59" w:rsidRDefault="0095198F">
            <w:pPr>
              <w:jc w:val="center"/>
            </w:pPr>
            <w:r>
              <w:t>150</w:t>
            </w:r>
          </w:p>
        </w:tc>
        <w:tc>
          <w:tcPr>
            <w:tcW w:w="0" w:type="auto"/>
          </w:tcPr>
          <w:p w14:paraId="49A8D963" w14:textId="77777777" w:rsidR="007A5E59" w:rsidRDefault="0095198F">
            <w:pPr>
              <w:jc w:val="center"/>
            </w:pPr>
            <w:r>
              <w:t>1977</w:t>
            </w:r>
          </w:p>
        </w:tc>
        <w:tc>
          <w:tcPr>
            <w:tcW w:w="0" w:type="auto"/>
          </w:tcPr>
          <w:p w14:paraId="6DA87A16" w14:textId="77777777" w:rsidR="007A5E59" w:rsidRDefault="0095198F">
            <w:pPr>
              <w:jc w:val="center"/>
            </w:pPr>
            <w:r>
              <w:t>445</w:t>
            </w:r>
          </w:p>
        </w:tc>
        <w:tc>
          <w:tcPr>
            <w:tcW w:w="0" w:type="auto"/>
          </w:tcPr>
          <w:p w14:paraId="73609700" w14:textId="77777777" w:rsidR="007A5E59" w:rsidRDefault="0095198F">
            <w:r>
              <w:t>бесканал.</w:t>
            </w:r>
          </w:p>
        </w:tc>
      </w:tr>
      <w:tr w:rsidR="007A5E59" w14:paraId="3745028F" w14:textId="77777777">
        <w:trPr>
          <w:jc w:val="center"/>
        </w:trPr>
        <w:tc>
          <w:tcPr>
            <w:tcW w:w="0" w:type="auto"/>
          </w:tcPr>
          <w:p w14:paraId="6864D692" w14:textId="77777777" w:rsidR="007A5E59" w:rsidRDefault="0095198F">
            <w:pPr>
              <w:jc w:val="center"/>
            </w:pPr>
            <w:r>
              <w:t>29</w:t>
            </w:r>
          </w:p>
        </w:tc>
        <w:tc>
          <w:tcPr>
            <w:tcW w:w="0" w:type="auto"/>
          </w:tcPr>
          <w:p w14:paraId="7F8898DE" w14:textId="77777777" w:rsidR="007A5E59" w:rsidRDefault="007A5E59"/>
        </w:tc>
        <w:tc>
          <w:tcPr>
            <w:tcW w:w="0" w:type="auto"/>
          </w:tcPr>
          <w:p w14:paraId="365D8A30" w14:textId="77777777" w:rsidR="007A5E59" w:rsidRDefault="0095198F">
            <w:pPr>
              <w:jc w:val="center"/>
            </w:pPr>
            <w:r>
              <w:t>100</w:t>
            </w:r>
          </w:p>
        </w:tc>
        <w:tc>
          <w:tcPr>
            <w:tcW w:w="0" w:type="auto"/>
          </w:tcPr>
          <w:p w14:paraId="3D8B31EC" w14:textId="77777777" w:rsidR="007A5E59" w:rsidRDefault="0095198F">
            <w:pPr>
              <w:jc w:val="center"/>
            </w:pPr>
            <w:r>
              <w:t>1977</w:t>
            </w:r>
          </w:p>
        </w:tc>
        <w:tc>
          <w:tcPr>
            <w:tcW w:w="0" w:type="auto"/>
          </w:tcPr>
          <w:p w14:paraId="20070673" w14:textId="77777777" w:rsidR="007A5E59" w:rsidRDefault="0095198F">
            <w:pPr>
              <w:jc w:val="center"/>
            </w:pPr>
            <w:r>
              <w:t>300</w:t>
            </w:r>
          </w:p>
        </w:tc>
        <w:tc>
          <w:tcPr>
            <w:tcW w:w="0" w:type="auto"/>
          </w:tcPr>
          <w:p w14:paraId="488F29D7" w14:textId="77777777" w:rsidR="007A5E59" w:rsidRDefault="0095198F">
            <w:r>
              <w:t>бесканал.</w:t>
            </w:r>
          </w:p>
        </w:tc>
      </w:tr>
      <w:tr w:rsidR="007A5E59" w14:paraId="584AD056" w14:textId="77777777">
        <w:trPr>
          <w:jc w:val="center"/>
        </w:trPr>
        <w:tc>
          <w:tcPr>
            <w:tcW w:w="0" w:type="auto"/>
          </w:tcPr>
          <w:p w14:paraId="6D7FFF8A" w14:textId="77777777" w:rsidR="007A5E59" w:rsidRDefault="0095198F">
            <w:pPr>
              <w:jc w:val="center"/>
            </w:pPr>
            <w:r>
              <w:t>30</w:t>
            </w:r>
          </w:p>
        </w:tc>
        <w:tc>
          <w:tcPr>
            <w:tcW w:w="0" w:type="auto"/>
          </w:tcPr>
          <w:p w14:paraId="627B37EF" w14:textId="77777777" w:rsidR="007A5E59" w:rsidRPr="00312815" w:rsidRDefault="0095198F">
            <w:pPr>
              <w:rPr>
                <w:lang w:val="ru-RU"/>
              </w:rPr>
            </w:pPr>
            <w:r w:rsidRPr="00312815">
              <w:rPr>
                <w:lang w:val="ru-RU"/>
              </w:rPr>
              <w:t>Ул. Поспелова 7 ТК-6 – ул. Поспелова 27</w:t>
            </w:r>
          </w:p>
        </w:tc>
        <w:tc>
          <w:tcPr>
            <w:tcW w:w="0" w:type="auto"/>
          </w:tcPr>
          <w:p w14:paraId="2C1DADC2" w14:textId="77777777" w:rsidR="007A5E59" w:rsidRDefault="0095198F">
            <w:pPr>
              <w:jc w:val="center"/>
            </w:pPr>
            <w:r>
              <w:t>250</w:t>
            </w:r>
          </w:p>
        </w:tc>
        <w:tc>
          <w:tcPr>
            <w:tcW w:w="0" w:type="auto"/>
          </w:tcPr>
          <w:p w14:paraId="099FAE77" w14:textId="77777777" w:rsidR="007A5E59" w:rsidRDefault="0095198F">
            <w:pPr>
              <w:jc w:val="center"/>
            </w:pPr>
            <w:r>
              <w:t>1983</w:t>
            </w:r>
          </w:p>
        </w:tc>
        <w:tc>
          <w:tcPr>
            <w:tcW w:w="0" w:type="auto"/>
          </w:tcPr>
          <w:p w14:paraId="4DF4CD8B" w14:textId="77777777" w:rsidR="007A5E59" w:rsidRDefault="0095198F">
            <w:pPr>
              <w:jc w:val="center"/>
            </w:pPr>
            <w:r>
              <w:t>723</w:t>
            </w:r>
          </w:p>
        </w:tc>
        <w:tc>
          <w:tcPr>
            <w:tcW w:w="0" w:type="auto"/>
          </w:tcPr>
          <w:p w14:paraId="437E1DD2" w14:textId="77777777" w:rsidR="007A5E59" w:rsidRDefault="0095198F">
            <w:r>
              <w:t>бесканал.</w:t>
            </w:r>
          </w:p>
        </w:tc>
      </w:tr>
      <w:tr w:rsidR="007A5E59" w14:paraId="5262112F" w14:textId="77777777">
        <w:trPr>
          <w:jc w:val="center"/>
        </w:trPr>
        <w:tc>
          <w:tcPr>
            <w:tcW w:w="0" w:type="auto"/>
          </w:tcPr>
          <w:p w14:paraId="49276548" w14:textId="77777777" w:rsidR="007A5E59" w:rsidRDefault="0095198F">
            <w:pPr>
              <w:jc w:val="center"/>
            </w:pPr>
            <w:r>
              <w:t>31</w:t>
            </w:r>
          </w:p>
        </w:tc>
        <w:tc>
          <w:tcPr>
            <w:tcW w:w="0" w:type="auto"/>
          </w:tcPr>
          <w:p w14:paraId="07656688" w14:textId="77777777" w:rsidR="007A5E59" w:rsidRDefault="007A5E59"/>
        </w:tc>
        <w:tc>
          <w:tcPr>
            <w:tcW w:w="0" w:type="auto"/>
          </w:tcPr>
          <w:p w14:paraId="581B2E0C" w14:textId="77777777" w:rsidR="007A5E59" w:rsidRDefault="0095198F">
            <w:pPr>
              <w:jc w:val="center"/>
            </w:pPr>
            <w:r>
              <w:t>200</w:t>
            </w:r>
          </w:p>
        </w:tc>
        <w:tc>
          <w:tcPr>
            <w:tcW w:w="0" w:type="auto"/>
          </w:tcPr>
          <w:p w14:paraId="25C25681" w14:textId="77777777" w:rsidR="007A5E59" w:rsidRDefault="0095198F">
            <w:pPr>
              <w:jc w:val="center"/>
            </w:pPr>
            <w:r>
              <w:t>1983</w:t>
            </w:r>
          </w:p>
        </w:tc>
        <w:tc>
          <w:tcPr>
            <w:tcW w:w="0" w:type="auto"/>
          </w:tcPr>
          <w:p w14:paraId="2B7D6C08" w14:textId="77777777" w:rsidR="007A5E59" w:rsidRDefault="0095198F">
            <w:pPr>
              <w:jc w:val="center"/>
            </w:pPr>
            <w:r>
              <w:t>727</w:t>
            </w:r>
          </w:p>
        </w:tc>
        <w:tc>
          <w:tcPr>
            <w:tcW w:w="0" w:type="auto"/>
          </w:tcPr>
          <w:p w14:paraId="05A6283B" w14:textId="77777777" w:rsidR="007A5E59" w:rsidRDefault="0095198F">
            <w:r>
              <w:t>бесканал.</w:t>
            </w:r>
          </w:p>
        </w:tc>
      </w:tr>
      <w:tr w:rsidR="007A5E59" w14:paraId="66E91849" w14:textId="77777777">
        <w:trPr>
          <w:jc w:val="center"/>
        </w:trPr>
        <w:tc>
          <w:tcPr>
            <w:tcW w:w="0" w:type="auto"/>
          </w:tcPr>
          <w:p w14:paraId="173A294B" w14:textId="77777777" w:rsidR="007A5E59" w:rsidRDefault="0095198F">
            <w:pPr>
              <w:jc w:val="center"/>
            </w:pPr>
            <w:r>
              <w:t>32</w:t>
            </w:r>
          </w:p>
        </w:tc>
        <w:tc>
          <w:tcPr>
            <w:tcW w:w="0" w:type="auto"/>
          </w:tcPr>
          <w:p w14:paraId="2D4EE755" w14:textId="77777777" w:rsidR="007A5E59" w:rsidRDefault="007A5E59"/>
        </w:tc>
        <w:tc>
          <w:tcPr>
            <w:tcW w:w="0" w:type="auto"/>
          </w:tcPr>
          <w:p w14:paraId="470D6D7D" w14:textId="77777777" w:rsidR="007A5E59" w:rsidRDefault="0095198F">
            <w:pPr>
              <w:jc w:val="center"/>
            </w:pPr>
            <w:r>
              <w:t>200</w:t>
            </w:r>
          </w:p>
        </w:tc>
        <w:tc>
          <w:tcPr>
            <w:tcW w:w="0" w:type="auto"/>
          </w:tcPr>
          <w:p w14:paraId="692E246E" w14:textId="77777777" w:rsidR="007A5E59" w:rsidRDefault="0095198F">
            <w:pPr>
              <w:jc w:val="center"/>
            </w:pPr>
            <w:r>
              <w:t>2005</w:t>
            </w:r>
          </w:p>
        </w:tc>
        <w:tc>
          <w:tcPr>
            <w:tcW w:w="0" w:type="auto"/>
          </w:tcPr>
          <w:p w14:paraId="2A388FDD" w14:textId="77777777" w:rsidR="007A5E59" w:rsidRDefault="0095198F">
            <w:pPr>
              <w:jc w:val="center"/>
            </w:pPr>
            <w:r>
              <w:t>150</w:t>
            </w:r>
          </w:p>
        </w:tc>
        <w:tc>
          <w:tcPr>
            <w:tcW w:w="0" w:type="auto"/>
          </w:tcPr>
          <w:p w14:paraId="56F3ED72" w14:textId="77777777" w:rsidR="007A5E59" w:rsidRDefault="0095198F">
            <w:r>
              <w:t>бесканал.</w:t>
            </w:r>
          </w:p>
        </w:tc>
      </w:tr>
      <w:tr w:rsidR="007A5E59" w14:paraId="00A6EF95" w14:textId="77777777">
        <w:trPr>
          <w:jc w:val="center"/>
        </w:trPr>
        <w:tc>
          <w:tcPr>
            <w:tcW w:w="0" w:type="auto"/>
          </w:tcPr>
          <w:p w14:paraId="17559B9D" w14:textId="77777777" w:rsidR="007A5E59" w:rsidRDefault="0095198F">
            <w:pPr>
              <w:jc w:val="center"/>
            </w:pPr>
            <w:r>
              <w:t>33</w:t>
            </w:r>
          </w:p>
        </w:tc>
        <w:tc>
          <w:tcPr>
            <w:tcW w:w="0" w:type="auto"/>
          </w:tcPr>
          <w:p w14:paraId="4A3F8983" w14:textId="77777777" w:rsidR="007A5E59" w:rsidRDefault="0095198F">
            <w:r w:rsidRPr="00312815">
              <w:rPr>
                <w:lang w:val="ru-RU"/>
              </w:rPr>
              <w:t xml:space="preserve">Церковь ТК-7 – ул. Макаренко 8 - ул. </w:t>
            </w:r>
            <w:r>
              <w:t>Ульянова</w:t>
            </w:r>
          </w:p>
        </w:tc>
        <w:tc>
          <w:tcPr>
            <w:tcW w:w="0" w:type="auto"/>
          </w:tcPr>
          <w:p w14:paraId="028B3844" w14:textId="77777777" w:rsidR="007A5E59" w:rsidRDefault="0095198F">
            <w:pPr>
              <w:jc w:val="center"/>
            </w:pPr>
            <w:r>
              <w:t>200</w:t>
            </w:r>
          </w:p>
        </w:tc>
        <w:tc>
          <w:tcPr>
            <w:tcW w:w="0" w:type="auto"/>
          </w:tcPr>
          <w:p w14:paraId="31FA3BBB" w14:textId="77777777" w:rsidR="007A5E59" w:rsidRDefault="0095198F">
            <w:pPr>
              <w:jc w:val="center"/>
            </w:pPr>
            <w:r>
              <w:t>1985</w:t>
            </w:r>
          </w:p>
        </w:tc>
        <w:tc>
          <w:tcPr>
            <w:tcW w:w="0" w:type="auto"/>
          </w:tcPr>
          <w:p w14:paraId="67D24329" w14:textId="77777777" w:rsidR="007A5E59" w:rsidRDefault="0095198F">
            <w:pPr>
              <w:jc w:val="center"/>
            </w:pPr>
            <w:r>
              <w:t>680</w:t>
            </w:r>
          </w:p>
        </w:tc>
        <w:tc>
          <w:tcPr>
            <w:tcW w:w="0" w:type="auto"/>
          </w:tcPr>
          <w:p w14:paraId="08675EA7" w14:textId="77777777" w:rsidR="007A5E59" w:rsidRDefault="0095198F">
            <w:r>
              <w:t>бесканал.</w:t>
            </w:r>
          </w:p>
        </w:tc>
      </w:tr>
      <w:tr w:rsidR="007A5E59" w14:paraId="04B41CA5" w14:textId="77777777">
        <w:trPr>
          <w:jc w:val="center"/>
        </w:trPr>
        <w:tc>
          <w:tcPr>
            <w:tcW w:w="0" w:type="auto"/>
          </w:tcPr>
          <w:p w14:paraId="1F41E279" w14:textId="77777777" w:rsidR="007A5E59" w:rsidRDefault="0095198F">
            <w:pPr>
              <w:jc w:val="center"/>
            </w:pPr>
            <w:r>
              <w:t>34</w:t>
            </w:r>
          </w:p>
        </w:tc>
        <w:tc>
          <w:tcPr>
            <w:tcW w:w="0" w:type="auto"/>
          </w:tcPr>
          <w:p w14:paraId="3D9A1067" w14:textId="77777777" w:rsidR="007A5E59" w:rsidRDefault="007A5E59"/>
        </w:tc>
        <w:tc>
          <w:tcPr>
            <w:tcW w:w="0" w:type="auto"/>
          </w:tcPr>
          <w:p w14:paraId="5A741998" w14:textId="77777777" w:rsidR="007A5E59" w:rsidRDefault="0095198F">
            <w:pPr>
              <w:jc w:val="center"/>
            </w:pPr>
            <w:r>
              <w:t>150</w:t>
            </w:r>
          </w:p>
        </w:tc>
        <w:tc>
          <w:tcPr>
            <w:tcW w:w="0" w:type="auto"/>
          </w:tcPr>
          <w:p w14:paraId="3306BA08" w14:textId="77777777" w:rsidR="007A5E59" w:rsidRDefault="0095198F">
            <w:pPr>
              <w:jc w:val="center"/>
            </w:pPr>
            <w:r>
              <w:t>1985</w:t>
            </w:r>
          </w:p>
        </w:tc>
        <w:tc>
          <w:tcPr>
            <w:tcW w:w="0" w:type="auto"/>
          </w:tcPr>
          <w:p w14:paraId="241B8845" w14:textId="77777777" w:rsidR="007A5E59" w:rsidRDefault="0095198F">
            <w:pPr>
              <w:jc w:val="center"/>
            </w:pPr>
            <w:r>
              <w:t>440</w:t>
            </w:r>
          </w:p>
        </w:tc>
        <w:tc>
          <w:tcPr>
            <w:tcW w:w="0" w:type="auto"/>
          </w:tcPr>
          <w:p w14:paraId="4F477DDB" w14:textId="77777777" w:rsidR="007A5E59" w:rsidRDefault="0095198F">
            <w:r>
              <w:t>бесканал.</w:t>
            </w:r>
          </w:p>
        </w:tc>
      </w:tr>
      <w:tr w:rsidR="007A5E59" w14:paraId="18BDA151" w14:textId="77777777">
        <w:trPr>
          <w:jc w:val="center"/>
        </w:trPr>
        <w:tc>
          <w:tcPr>
            <w:tcW w:w="0" w:type="auto"/>
          </w:tcPr>
          <w:p w14:paraId="0CBB9081" w14:textId="77777777" w:rsidR="007A5E59" w:rsidRDefault="0095198F">
            <w:pPr>
              <w:jc w:val="center"/>
            </w:pPr>
            <w:r>
              <w:t>35</w:t>
            </w:r>
          </w:p>
        </w:tc>
        <w:tc>
          <w:tcPr>
            <w:tcW w:w="0" w:type="auto"/>
          </w:tcPr>
          <w:p w14:paraId="12A35EF0" w14:textId="77777777" w:rsidR="007A5E59" w:rsidRDefault="007A5E59"/>
        </w:tc>
        <w:tc>
          <w:tcPr>
            <w:tcW w:w="0" w:type="auto"/>
          </w:tcPr>
          <w:p w14:paraId="207DC7E6" w14:textId="77777777" w:rsidR="007A5E59" w:rsidRDefault="0095198F">
            <w:pPr>
              <w:jc w:val="center"/>
            </w:pPr>
            <w:r>
              <w:t>100</w:t>
            </w:r>
          </w:p>
        </w:tc>
        <w:tc>
          <w:tcPr>
            <w:tcW w:w="0" w:type="auto"/>
          </w:tcPr>
          <w:p w14:paraId="146A8A90" w14:textId="77777777" w:rsidR="007A5E59" w:rsidRDefault="0095198F">
            <w:pPr>
              <w:jc w:val="center"/>
            </w:pPr>
            <w:r>
              <w:t>1985</w:t>
            </w:r>
          </w:p>
        </w:tc>
        <w:tc>
          <w:tcPr>
            <w:tcW w:w="0" w:type="auto"/>
          </w:tcPr>
          <w:p w14:paraId="56527F24" w14:textId="77777777" w:rsidR="007A5E59" w:rsidRDefault="0095198F">
            <w:pPr>
              <w:jc w:val="center"/>
            </w:pPr>
            <w:r>
              <w:t>597</w:t>
            </w:r>
          </w:p>
        </w:tc>
        <w:tc>
          <w:tcPr>
            <w:tcW w:w="0" w:type="auto"/>
          </w:tcPr>
          <w:p w14:paraId="35E47733" w14:textId="77777777" w:rsidR="007A5E59" w:rsidRDefault="0095198F">
            <w:r>
              <w:t>бесканал.</w:t>
            </w:r>
          </w:p>
        </w:tc>
      </w:tr>
      <w:tr w:rsidR="007A5E59" w14:paraId="0C0C8FCE" w14:textId="77777777">
        <w:trPr>
          <w:jc w:val="center"/>
        </w:trPr>
        <w:tc>
          <w:tcPr>
            <w:tcW w:w="0" w:type="auto"/>
          </w:tcPr>
          <w:p w14:paraId="3DE26656" w14:textId="77777777" w:rsidR="007A5E59" w:rsidRDefault="0095198F">
            <w:pPr>
              <w:jc w:val="center"/>
            </w:pPr>
            <w:r>
              <w:t>36</w:t>
            </w:r>
          </w:p>
        </w:tc>
        <w:tc>
          <w:tcPr>
            <w:tcW w:w="0" w:type="auto"/>
          </w:tcPr>
          <w:p w14:paraId="317CB6C7" w14:textId="77777777" w:rsidR="007A5E59" w:rsidRPr="00312815" w:rsidRDefault="0095198F">
            <w:pPr>
              <w:rPr>
                <w:lang w:val="ru-RU"/>
              </w:rPr>
            </w:pPr>
            <w:r w:rsidRPr="00312815">
              <w:rPr>
                <w:lang w:val="ru-RU"/>
              </w:rPr>
              <w:t xml:space="preserve">Церковь ТК-7 ул.8 Марта.2 </w:t>
            </w:r>
            <w:r>
              <w:t>TK</w:t>
            </w:r>
            <w:r w:rsidRPr="00312815">
              <w:rPr>
                <w:lang w:val="ru-RU"/>
              </w:rPr>
              <w:t>-</w:t>
            </w:r>
            <w:r>
              <w:t>S</w:t>
            </w:r>
            <w:r w:rsidRPr="00312815">
              <w:rPr>
                <w:lang w:val="ru-RU"/>
              </w:rPr>
              <w:t xml:space="preserve"> -</w:t>
            </w:r>
          </w:p>
        </w:tc>
        <w:tc>
          <w:tcPr>
            <w:tcW w:w="0" w:type="auto"/>
          </w:tcPr>
          <w:p w14:paraId="187CB95A" w14:textId="77777777" w:rsidR="007A5E59" w:rsidRDefault="0095198F">
            <w:pPr>
              <w:jc w:val="center"/>
            </w:pPr>
            <w:r>
              <w:t>250</w:t>
            </w:r>
          </w:p>
        </w:tc>
        <w:tc>
          <w:tcPr>
            <w:tcW w:w="0" w:type="auto"/>
          </w:tcPr>
          <w:p w14:paraId="03DF68FF" w14:textId="77777777" w:rsidR="007A5E59" w:rsidRDefault="0095198F">
            <w:pPr>
              <w:jc w:val="center"/>
            </w:pPr>
            <w:r>
              <w:t>1985</w:t>
            </w:r>
          </w:p>
        </w:tc>
        <w:tc>
          <w:tcPr>
            <w:tcW w:w="0" w:type="auto"/>
          </w:tcPr>
          <w:p w14:paraId="2CCBB410" w14:textId="77777777" w:rsidR="007A5E59" w:rsidRDefault="0095198F">
            <w:pPr>
              <w:jc w:val="center"/>
            </w:pPr>
            <w:r>
              <w:t>762</w:t>
            </w:r>
          </w:p>
        </w:tc>
        <w:tc>
          <w:tcPr>
            <w:tcW w:w="0" w:type="auto"/>
          </w:tcPr>
          <w:p w14:paraId="1DC790D9" w14:textId="77777777" w:rsidR="007A5E59" w:rsidRDefault="0095198F">
            <w:r>
              <w:t>бесканал.</w:t>
            </w:r>
          </w:p>
        </w:tc>
      </w:tr>
      <w:tr w:rsidR="007A5E59" w14:paraId="55A74932" w14:textId="77777777">
        <w:trPr>
          <w:jc w:val="center"/>
        </w:trPr>
        <w:tc>
          <w:tcPr>
            <w:tcW w:w="0" w:type="auto"/>
          </w:tcPr>
          <w:p w14:paraId="58F58370" w14:textId="77777777" w:rsidR="007A5E59" w:rsidRDefault="0095198F">
            <w:pPr>
              <w:jc w:val="center"/>
            </w:pPr>
            <w:r>
              <w:t>37</w:t>
            </w:r>
          </w:p>
        </w:tc>
        <w:tc>
          <w:tcPr>
            <w:tcW w:w="0" w:type="auto"/>
          </w:tcPr>
          <w:p w14:paraId="5DC042F7" w14:textId="77777777" w:rsidR="007A5E59" w:rsidRDefault="0095198F">
            <w:r>
              <w:t>Ул.Макаренко 10</w:t>
            </w:r>
          </w:p>
        </w:tc>
        <w:tc>
          <w:tcPr>
            <w:tcW w:w="0" w:type="auto"/>
          </w:tcPr>
          <w:p w14:paraId="33D5F16C" w14:textId="77777777" w:rsidR="007A5E59" w:rsidRDefault="0095198F">
            <w:pPr>
              <w:jc w:val="center"/>
            </w:pPr>
            <w:r>
              <w:t>200</w:t>
            </w:r>
          </w:p>
        </w:tc>
        <w:tc>
          <w:tcPr>
            <w:tcW w:w="0" w:type="auto"/>
          </w:tcPr>
          <w:p w14:paraId="319B8118" w14:textId="77777777" w:rsidR="007A5E59" w:rsidRDefault="0095198F">
            <w:pPr>
              <w:jc w:val="center"/>
            </w:pPr>
            <w:r>
              <w:t>1985</w:t>
            </w:r>
          </w:p>
        </w:tc>
        <w:tc>
          <w:tcPr>
            <w:tcW w:w="0" w:type="auto"/>
          </w:tcPr>
          <w:p w14:paraId="35B44CC9" w14:textId="77777777" w:rsidR="007A5E59" w:rsidRDefault="0095198F">
            <w:pPr>
              <w:jc w:val="center"/>
            </w:pPr>
            <w:r>
              <w:t>842</w:t>
            </w:r>
          </w:p>
        </w:tc>
        <w:tc>
          <w:tcPr>
            <w:tcW w:w="0" w:type="auto"/>
          </w:tcPr>
          <w:p w14:paraId="60F29768" w14:textId="77777777" w:rsidR="007A5E59" w:rsidRDefault="0095198F">
            <w:r>
              <w:t>бесканал.</w:t>
            </w:r>
          </w:p>
        </w:tc>
      </w:tr>
      <w:tr w:rsidR="007A5E59" w14:paraId="350687E9" w14:textId="77777777">
        <w:trPr>
          <w:jc w:val="center"/>
        </w:trPr>
        <w:tc>
          <w:tcPr>
            <w:tcW w:w="0" w:type="auto"/>
          </w:tcPr>
          <w:p w14:paraId="0DAFE9E5" w14:textId="77777777" w:rsidR="007A5E59" w:rsidRDefault="0095198F">
            <w:pPr>
              <w:jc w:val="center"/>
            </w:pPr>
            <w:r>
              <w:t>38</w:t>
            </w:r>
          </w:p>
        </w:tc>
        <w:tc>
          <w:tcPr>
            <w:tcW w:w="0" w:type="auto"/>
          </w:tcPr>
          <w:p w14:paraId="30ACAACB" w14:textId="77777777" w:rsidR="007A5E59" w:rsidRDefault="007A5E59"/>
        </w:tc>
        <w:tc>
          <w:tcPr>
            <w:tcW w:w="0" w:type="auto"/>
          </w:tcPr>
          <w:p w14:paraId="6B20F4DA" w14:textId="77777777" w:rsidR="007A5E59" w:rsidRDefault="0095198F">
            <w:pPr>
              <w:jc w:val="center"/>
            </w:pPr>
            <w:r>
              <w:t>150</w:t>
            </w:r>
          </w:p>
        </w:tc>
        <w:tc>
          <w:tcPr>
            <w:tcW w:w="0" w:type="auto"/>
          </w:tcPr>
          <w:p w14:paraId="6A5E377E" w14:textId="77777777" w:rsidR="007A5E59" w:rsidRDefault="0095198F">
            <w:pPr>
              <w:jc w:val="center"/>
            </w:pPr>
            <w:r>
              <w:t>1985</w:t>
            </w:r>
          </w:p>
        </w:tc>
        <w:tc>
          <w:tcPr>
            <w:tcW w:w="0" w:type="auto"/>
          </w:tcPr>
          <w:p w14:paraId="3B83D6FB" w14:textId="77777777" w:rsidR="007A5E59" w:rsidRDefault="0095198F">
            <w:pPr>
              <w:jc w:val="center"/>
            </w:pPr>
            <w:r>
              <w:t>392</w:t>
            </w:r>
          </w:p>
        </w:tc>
        <w:tc>
          <w:tcPr>
            <w:tcW w:w="0" w:type="auto"/>
          </w:tcPr>
          <w:p w14:paraId="4BDB3ED6" w14:textId="77777777" w:rsidR="007A5E59" w:rsidRDefault="0095198F">
            <w:r>
              <w:t>бесканал.</w:t>
            </w:r>
          </w:p>
        </w:tc>
      </w:tr>
      <w:tr w:rsidR="007A5E59" w14:paraId="3843C4CA" w14:textId="77777777">
        <w:trPr>
          <w:jc w:val="center"/>
        </w:trPr>
        <w:tc>
          <w:tcPr>
            <w:tcW w:w="0" w:type="auto"/>
          </w:tcPr>
          <w:p w14:paraId="5698CC43" w14:textId="77777777" w:rsidR="007A5E59" w:rsidRDefault="0095198F">
            <w:pPr>
              <w:jc w:val="center"/>
            </w:pPr>
            <w:r>
              <w:t>39</w:t>
            </w:r>
          </w:p>
        </w:tc>
        <w:tc>
          <w:tcPr>
            <w:tcW w:w="0" w:type="auto"/>
          </w:tcPr>
          <w:p w14:paraId="3EE0FF48" w14:textId="77777777" w:rsidR="007A5E59" w:rsidRPr="00312815" w:rsidRDefault="0095198F">
            <w:pPr>
              <w:rPr>
                <w:lang w:val="ru-RU"/>
              </w:rPr>
            </w:pPr>
            <w:r w:rsidRPr="00312815">
              <w:rPr>
                <w:lang w:val="ru-RU"/>
              </w:rPr>
              <w:t>ул.8 Марта.2 ТК-8 -Макаренко 16 ТК-9</w:t>
            </w:r>
          </w:p>
        </w:tc>
        <w:tc>
          <w:tcPr>
            <w:tcW w:w="0" w:type="auto"/>
          </w:tcPr>
          <w:p w14:paraId="58AE37EF" w14:textId="77777777" w:rsidR="007A5E59" w:rsidRDefault="0095198F">
            <w:pPr>
              <w:jc w:val="center"/>
            </w:pPr>
            <w:r>
              <w:t>200</w:t>
            </w:r>
          </w:p>
        </w:tc>
        <w:tc>
          <w:tcPr>
            <w:tcW w:w="0" w:type="auto"/>
          </w:tcPr>
          <w:p w14:paraId="2EA4B04E" w14:textId="77777777" w:rsidR="007A5E59" w:rsidRDefault="0095198F">
            <w:pPr>
              <w:jc w:val="center"/>
            </w:pPr>
            <w:r>
              <w:t>1985</w:t>
            </w:r>
          </w:p>
        </w:tc>
        <w:tc>
          <w:tcPr>
            <w:tcW w:w="0" w:type="auto"/>
          </w:tcPr>
          <w:p w14:paraId="7F0C6A10" w14:textId="77777777" w:rsidR="007A5E59" w:rsidRDefault="0095198F">
            <w:pPr>
              <w:jc w:val="center"/>
            </w:pPr>
            <w:r>
              <w:t>323</w:t>
            </w:r>
          </w:p>
        </w:tc>
        <w:tc>
          <w:tcPr>
            <w:tcW w:w="0" w:type="auto"/>
          </w:tcPr>
          <w:p w14:paraId="1A4DDDD4" w14:textId="77777777" w:rsidR="007A5E59" w:rsidRDefault="0095198F">
            <w:r>
              <w:t>бесканал.</w:t>
            </w:r>
          </w:p>
        </w:tc>
      </w:tr>
      <w:tr w:rsidR="007A5E59" w14:paraId="33E6A75C" w14:textId="77777777">
        <w:trPr>
          <w:jc w:val="center"/>
        </w:trPr>
        <w:tc>
          <w:tcPr>
            <w:tcW w:w="0" w:type="auto"/>
          </w:tcPr>
          <w:p w14:paraId="1AE14AC2" w14:textId="77777777" w:rsidR="007A5E59" w:rsidRDefault="0095198F">
            <w:pPr>
              <w:jc w:val="center"/>
            </w:pPr>
            <w:r>
              <w:t>40</w:t>
            </w:r>
          </w:p>
        </w:tc>
        <w:tc>
          <w:tcPr>
            <w:tcW w:w="0" w:type="auto"/>
          </w:tcPr>
          <w:p w14:paraId="4FFDB1FE" w14:textId="77777777" w:rsidR="007A5E59" w:rsidRDefault="007A5E59"/>
        </w:tc>
        <w:tc>
          <w:tcPr>
            <w:tcW w:w="0" w:type="auto"/>
          </w:tcPr>
          <w:p w14:paraId="52A23BFB" w14:textId="77777777" w:rsidR="007A5E59" w:rsidRDefault="0095198F">
            <w:pPr>
              <w:jc w:val="center"/>
            </w:pPr>
            <w:r>
              <w:t>200</w:t>
            </w:r>
          </w:p>
        </w:tc>
        <w:tc>
          <w:tcPr>
            <w:tcW w:w="0" w:type="auto"/>
          </w:tcPr>
          <w:p w14:paraId="34E3FCCD" w14:textId="77777777" w:rsidR="007A5E59" w:rsidRDefault="0095198F">
            <w:pPr>
              <w:jc w:val="center"/>
            </w:pPr>
            <w:r>
              <w:t>2011</w:t>
            </w:r>
          </w:p>
        </w:tc>
        <w:tc>
          <w:tcPr>
            <w:tcW w:w="0" w:type="auto"/>
          </w:tcPr>
          <w:p w14:paraId="29661E8A" w14:textId="77777777" w:rsidR="007A5E59" w:rsidRDefault="0095198F">
            <w:pPr>
              <w:jc w:val="center"/>
            </w:pPr>
            <w:r>
              <w:t>187</w:t>
            </w:r>
          </w:p>
        </w:tc>
        <w:tc>
          <w:tcPr>
            <w:tcW w:w="0" w:type="auto"/>
          </w:tcPr>
          <w:p w14:paraId="4DAE5459" w14:textId="77777777" w:rsidR="007A5E59" w:rsidRDefault="0095198F">
            <w:r>
              <w:t>бесканал.</w:t>
            </w:r>
          </w:p>
        </w:tc>
      </w:tr>
      <w:tr w:rsidR="007A5E59" w14:paraId="4BFE072A" w14:textId="77777777">
        <w:trPr>
          <w:jc w:val="center"/>
        </w:trPr>
        <w:tc>
          <w:tcPr>
            <w:tcW w:w="0" w:type="auto"/>
          </w:tcPr>
          <w:p w14:paraId="32AF43C6" w14:textId="77777777" w:rsidR="007A5E59" w:rsidRDefault="0095198F">
            <w:pPr>
              <w:jc w:val="center"/>
            </w:pPr>
            <w:r>
              <w:t>41</w:t>
            </w:r>
          </w:p>
        </w:tc>
        <w:tc>
          <w:tcPr>
            <w:tcW w:w="0" w:type="auto"/>
          </w:tcPr>
          <w:p w14:paraId="08C7C41F" w14:textId="77777777" w:rsidR="007A5E59" w:rsidRDefault="007A5E59"/>
        </w:tc>
        <w:tc>
          <w:tcPr>
            <w:tcW w:w="0" w:type="auto"/>
          </w:tcPr>
          <w:p w14:paraId="72BB8DC9" w14:textId="77777777" w:rsidR="007A5E59" w:rsidRDefault="0095198F">
            <w:pPr>
              <w:jc w:val="center"/>
            </w:pPr>
            <w:r>
              <w:t>200</w:t>
            </w:r>
          </w:p>
        </w:tc>
        <w:tc>
          <w:tcPr>
            <w:tcW w:w="0" w:type="auto"/>
          </w:tcPr>
          <w:p w14:paraId="203B3E86" w14:textId="77777777" w:rsidR="007A5E59" w:rsidRDefault="0095198F">
            <w:pPr>
              <w:jc w:val="center"/>
            </w:pPr>
            <w:r>
              <w:t>2011</w:t>
            </w:r>
          </w:p>
        </w:tc>
        <w:tc>
          <w:tcPr>
            <w:tcW w:w="0" w:type="auto"/>
          </w:tcPr>
          <w:p w14:paraId="1BDA60BD" w14:textId="77777777" w:rsidR="007A5E59" w:rsidRDefault="0095198F">
            <w:pPr>
              <w:jc w:val="center"/>
            </w:pPr>
            <w:r>
              <w:t>100</w:t>
            </w:r>
          </w:p>
        </w:tc>
        <w:tc>
          <w:tcPr>
            <w:tcW w:w="0" w:type="auto"/>
          </w:tcPr>
          <w:p w14:paraId="23BE0622" w14:textId="77777777" w:rsidR="007A5E59" w:rsidRDefault="0095198F">
            <w:r>
              <w:t>бесканал.</w:t>
            </w:r>
          </w:p>
        </w:tc>
      </w:tr>
      <w:tr w:rsidR="007A5E59" w14:paraId="0B680B5A" w14:textId="77777777">
        <w:trPr>
          <w:jc w:val="center"/>
        </w:trPr>
        <w:tc>
          <w:tcPr>
            <w:tcW w:w="0" w:type="auto"/>
          </w:tcPr>
          <w:p w14:paraId="6B65B4AA" w14:textId="77777777" w:rsidR="007A5E59" w:rsidRDefault="0095198F">
            <w:pPr>
              <w:jc w:val="center"/>
            </w:pPr>
            <w:r>
              <w:t>42</w:t>
            </w:r>
          </w:p>
        </w:tc>
        <w:tc>
          <w:tcPr>
            <w:tcW w:w="0" w:type="auto"/>
          </w:tcPr>
          <w:p w14:paraId="37D0D8DE" w14:textId="77777777" w:rsidR="007A5E59" w:rsidRDefault="0095198F">
            <w:r>
              <w:t>Ул.8 Марта 3 – ул. Поспелова 33</w:t>
            </w:r>
          </w:p>
        </w:tc>
        <w:tc>
          <w:tcPr>
            <w:tcW w:w="0" w:type="auto"/>
          </w:tcPr>
          <w:p w14:paraId="621C80E8" w14:textId="77777777" w:rsidR="007A5E59" w:rsidRDefault="0095198F">
            <w:pPr>
              <w:jc w:val="center"/>
            </w:pPr>
            <w:r>
              <w:t>200</w:t>
            </w:r>
          </w:p>
        </w:tc>
        <w:tc>
          <w:tcPr>
            <w:tcW w:w="0" w:type="auto"/>
          </w:tcPr>
          <w:p w14:paraId="7A8A3053" w14:textId="77777777" w:rsidR="007A5E59" w:rsidRDefault="0095198F">
            <w:pPr>
              <w:jc w:val="center"/>
            </w:pPr>
            <w:r>
              <w:t>2009</w:t>
            </w:r>
          </w:p>
        </w:tc>
        <w:tc>
          <w:tcPr>
            <w:tcW w:w="0" w:type="auto"/>
          </w:tcPr>
          <w:p w14:paraId="226CDD82" w14:textId="77777777" w:rsidR="007A5E59" w:rsidRDefault="0095198F">
            <w:pPr>
              <w:jc w:val="center"/>
            </w:pPr>
            <w:r>
              <w:t>99</w:t>
            </w:r>
          </w:p>
        </w:tc>
        <w:tc>
          <w:tcPr>
            <w:tcW w:w="0" w:type="auto"/>
          </w:tcPr>
          <w:p w14:paraId="457A99B8" w14:textId="77777777" w:rsidR="007A5E59" w:rsidRDefault="0095198F">
            <w:r>
              <w:t>бесканал.</w:t>
            </w:r>
          </w:p>
        </w:tc>
      </w:tr>
      <w:tr w:rsidR="007A5E59" w14:paraId="136374D8" w14:textId="77777777">
        <w:trPr>
          <w:jc w:val="center"/>
        </w:trPr>
        <w:tc>
          <w:tcPr>
            <w:tcW w:w="0" w:type="auto"/>
          </w:tcPr>
          <w:p w14:paraId="31883790" w14:textId="77777777" w:rsidR="007A5E59" w:rsidRDefault="0095198F">
            <w:pPr>
              <w:jc w:val="center"/>
            </w:pPr>
            <w:r>
              <w:t>43</w:t>
            </w:r>
          </w:p>
        </w:tc>
        <w:tc>
          <w:tcPr>
            <w:tcW w:w="0" w:type="auto"/>
          </w:tcPr>
          <w:p w14:paraId="51C86E2C" w14:textId="77777777" w:rsidR="007A5E59" w:rsidRDefault="0095198F">
            <w:r w:rsidRPr="00312815">
              <w:rPr>
                <w:lang w:val="ru-RU"/>
              </w:rPr>
              <w:t xml:space="preserve">У л. Макаренко 16 ТК-9 – ул. </w:t>
            </w:r>
            <w:r>
              <w:t>Поспелова 24</w:t>
            </w:r>
          </w:p>
        </w:tc>
        <w:tc>
          <w:tcPr>
            <w:tcW w:w="0" w:type="auto"/>
          </w:tcPr>
          <w:p w14:paraId="1137662E" w14:textId="77777777" w:rsidR="007A5E59" w:rsidRDefault="0095198F">
            <w:pPr>
              <w:jc w:val="center"/>
            </w:pPr>
            <w:r>
              <w:t>200</w:t>
            </w:r>
          </w:p>
        </w:tc>
        <w:tc>
          <w:tcPr>
            <w:tcW w:w="0" w:type="auto"/>
          </w:tcPr>
          <w:p w14:paraId="15579E2C" w14:textId="77777777" w:rsidR="007A5E59" w:rsidRDefault="0095198F">
            <w:pPr>
              <w:jc w:val="center"/>
            </w:pPr>
            <w:r>
              <w:t>1985</w:t>
            </w:r>
          </w:p>
        </w:tc>
        <w:tc>
          <w:tcPr>
            <w:tcW w:w="0" w:type="auto"/>
          </w:tcPr>
          <w:p w14:paraId="5D5BBEF2" w14:textId="77777777" w:rsidR="007A5E59" w:rsidRDefault="0095198F">
            <w:pPr>
              <w:jc w:val="center"/>
            </w:pPr>
            <w:r>
              <w:t>666</w:t>
            </w:r>
          </w:p>
        </w:tc>
        <w:tc>
          <w:tcPr>
            <w:tcW w:w="0" w:type="auto"/>
          </w:tcPr>
          <w:p w14:paraId="23B93643" w14:textId="77777777" w:rsidR="007A5E59" w:rsidRDefault="0095198F">
            <w:r>
              <w:t>бесканал.</w:t>
            </w:r>
          </w:p>
        </w:tc>
      </w:tr>
      <w:tr w:rsidR="007A5E59" w14:paraId="6A5FD0DD" w14:textId="77777777">
        <w:trPr>
          <w:jc w:val="center"/>
        </w:trPr>
        <w:tc>
          <w:tcPr>
            <w:tcW w:w="0" w:type="auto"/>
          </w:tcPr>
          <w:p w14:paraId="69864767" w14:textId="77777777" w:rsidR="007A5E59" w:rsidRDefault="0095198F">
            <w:pPr>
              <w:jc w:val="center"/>
            </w:pPr>
            <w:r>
              <w:t>44</w:t>
            </w:r>
          </w:p>
        </w:tc>
        <w:tc>
          <w:tcPr>
            <w:tcW w:w="0" w:type="auto"/>
          </w:tcPr>
          <w:p w14:paraId="5F6E1874" w14:textId="77777777" w:rsidR="007A5E59" w:rsidRDefault="007A5E59"/>
        </w:tc>
        <w:tc>
          <w:tcPr>
            <w:tcW w:w="0" w:type="auto"/>
          </w:tcPr>
          <w:p w14:paraId="1DACF269" w14:textId="77777777" w:rsidR="007A5E59" w:rsidRDefault="0095198F">
            <w:pPr>
              <w:jc w:val="center"/>
            </w:pPr>
            <w:r>
              <w:t>100</w:t>
            </w:r>
          </w:p>
        </w:tc>
        <w:tc>
          <w:tcPr>
            <w:tcW w:w="0" w:type="auto"/>
          </w:tcPr>
          <w:p w14:paraId="0EDC5893" w14:textId="77777777" w:rsidR="007A5E59" w:rsidRDefault="0095198F">
            <w:pPr>
              <w:jc w:val="center"/>
            </w:pPr>
            <w:r>
              <w:t>1985</w:t>
            </w:r>
          </w:p>
        </w:tc>
        <w:tc>
          <w:tcPr>
            <w:tcW w:w="0" w:type="auto"/>
          </w:tcPr>
          <w:p w14:paraId="363EBC3F" w14:textId="77777777" w:rsidR="007A5E59" w:rsidRDefault="0095198F">
            <w:pPr>
              <w:jc w:val="center"/>
            </w:pPr>
            <w:r>
              <w:t>936</w:t>
            </w:r>
          </w:p>
        </w:tc>
        <w:tc>
          <w:tcPr>
            <w:tcW w:w="0" w:type="auto"/>
          </w:tcPr>
          <w:p w14:paraId="1FC8833F" w14:textId="77777777" w:rsidR="007A5E59" w:rsidRDefault="0095198F">
            <w:r>
              <w:t>бесканал.</w:t>
            </w:r>
          </w:p>
        </w:tc>
      </w:tr>
      <w:tr w:rsidR="007A5E59" w14:paraId="58AF1BF7" w14:textId="77777777">
        <w:trPr>
          <w:jc w:val="center"/>
        </w:trPr>
        <w:tc>
          <w:tcPr>
            <w:tcW w:w="0" w:type="auto"/>
          </w:tcPr>
          <w:p w14:paraId="78DCAB56" w14:textId="77777777" w:rsidR="007A5E59" w:rsidRDefault="0095198F">
            <w:pPr>
              <w:jc w:val="center"/>
            </w:pPr>
            <w:r>
              <w:t>45</w:t>
            </w:r>
          </w:p>
        </w:tc>
        <w:tc>
          <w:tcPr>
            <w:tcW w:w="0" w:type="auto"/>
          </w:tcPr>
          <w:p w14:paraId="44A60884" w14:textId="77777777" w:rsidR="007A5E59" w:rsidRDefault="0095198F">
            <w:r w:rsidRPr="00312815">
              <w:rPr>
                <w:lang w:val="ru-RU"/>
              </w:rPr>
              <w:t xml:space="preserve">Тепловые сети ул.Ноградская 3 – ул. </w:t>
            </w:r>
            <w:r>
              <w:t>Нестерова</w:t>
            </w:r>
          </w:p>
        </w:tc>
        <w:tc>
          <w:tcPr>
            <w:tcW w:w="0" w:type="auto"/>
          </w:tcPr>
          <w:p w14:paraId="30A1769D" w14:textId="77777777" w:rsidR="007A5E59" w:rsidRDefault="0095198F">
            <w:pPr>
              <w:jc w:val="center"/>
            </w:pPr>
            <w:r>
              <w:t>150</w:t>
            </w:r>
          </w:p>
        </w:tc>
        <w:tc>
          <w:tcPr>
            <w:tcW w:w="0" w:type="auto"/>
          </w:tcPr>
          <w:p w14:paraId="3D502387" w14:textId="77777777" w:rsidR="007A5E59" w:rsidRDefault="0095198F">
            <w:pPr>
              <w:jc w:val="center"/>
            </w:pPr>
            <w:r>
              <w:t>2005</w:t>
            </w:r>
          </w:p>
        </w:tc>
        <w:tc>
          <w:tcPr>
            <w:tcW w:w="0" w:type="auto"/>
          </w:tcPr>
          <w:p w14:paraId="466FB840" w14:textId="77777777" w:rsidR="007A5E59" w:rsidRDefault="0095198F">
            <w:pPr>
              <w:jc w:val="center"/>
            </w:pPr>
            <w:r>
              <w:t>80</w:t>
            </w:r>
          </w:p>
        </w:tc>
        <w:tc>
          <w:tcPr>
            <w:tcW w:w="0" w:type="auto"/>
          </w:tcPr>
          <w:p w14:paraId="46FC50A8" w14:textId="77777777" w:rsidR="007A5E59" w:rsidRDefault="0095198F">
            <w:r>
              <w:t>бесканал.</w:t>
            </w:r>
          </w:p>
        </w:tc>
      </w:tr>
      <w:tr w:rsidR="007A5E59" w14:paraId="3F0B8D49" w14:textId="77777777">
        <w:trPr>
          <w:jc w:val="center"/>
        </w:trPr>
        <w:tc>
          <w:tcPr>
            <w:tcW w:w="0" w:type="auto"/>
          </w:tcPr>
          <w:p w14:paraId="50D0B1E4" w14:textId="77777777" w:rsidR="007A5E59" w:rsidRDefault="0095198F">
            <w:pPr>
              <w:jc w:val="center"/>
            </w:pPr>
            <w:r>
              <w:t>46</w:t>
            </w:r>
          </w:p>
        </w:tc>
        <w:tc>
          <w:tcPr>
            <w:tcW w:w="0" w:type="auto"/>
          </w:tcPr>
          <w:p w14:paraId="71454587" w14:textId="77777777" w:rsidR="007A5E59" w:rsidRDefault="007A5E59"/>
        </w:tc>
        <w:tc>
          <w:tcPr>
            <w:tcW w:w="0" w:type="auto"/>
          </w:tcPr>
          <w:p w14:paraId="098933BF" w14:textId="77777777" w:rsidR="007A5E59" w:rsidRDefault="0095198F">
            <w:pPr>
              <w:jc w:val="center"/>
            </w:pPr>
            <w:r>
              <w:t>150</w:t>
            </w:r>
          </w:p>
        </w:tc>
        <w:tc>
          <w:tcPr>
            <w:tcW w:w="0" w:type="auto"/>
          </w:tcPr>
          <w:p w14:paraId="6F92E8D8" w14:textId="77777777" w:rsidR="007A5E59" w:rsidRDefault="0095198F">
            <w:pPr>
              <w:jc w:val="center"/>
            </w:pPr>
            <w:r>
              <w:t>1977</w:t>
            </w:r>
          </w:p>
        </w:tc>
        <w:tc>
          <w:tcPr>
            <w:tcW w:w="0" w:type="auto"/>
          </w:tcPr>
          <w:p w14:paraId="71FBAB17" w14:textId="77777777" w:rsidR="007A5E59" w:rsidRDefault="0095198F">
            <w:pPr>
              <w:jc w:val="center"/>
            </w:pPr>
            <w:r>
              <w:t>320</w:t>
            </w:r>
          </w:p>
        </w:tc>
        <w:tc>
          <w:tcPr>
            <w:tcW w:w="0" w:type="auto"/>
          </w:tcPr>
          <w:p w14:paraId="5EDF7EAD" w14:textId="77777777" w:rsidR="007A5E59" w:rsidRDefault="0095198F">
            <w:r>
              <w:t>бесканал.</w:t>
            </w:r>
          </w:p>
        </w:tc>
      </w:tr>
      <w:tr w:rsidR="007A5E59" w14:paraId="76CA6F3A" w14:textId="77777777">
        <w:trPr>
          <w:jc w:val="center"/>
        </w:trPr>
        <w:tc>
          <w:tcPr>
            <w:tcW w:w="0" w:type="auto"/>
          </w:tcPr>
          <w:p w14:paraId="39380C93" w14:textId="77777777" w:rsidR="007A5E59" w:rsidRDefault="0095198F">
            <w:pPr>
              <w:jc w:val="center"/>
            </w:pPr>
            <w:r>
              <w:t>47</w:t>
            </w:r>
          </w:p>
        </w:tc>
        <w:tc>
          <w:tcPr>
            <w:tcW w:w="0" w:type="auto"/>
          </w:tcPr>
          <w:p w14:paraId="36474230" w14:textId="77777777" w:rsidR="007A5E59" w:rsidRDefault="0095198F">
            <w:r>
              <w:t>Поспелова-7</w:t>
            </w:r>
          </w:p>
        </w:tc>
        <w:tc>
          <w:tcPr>
            <w:tcW w:w="0" w:type="auto"/>
          </w:tcPr>
          <w:p w14:paraId="66C2FCA8" w14:textId="77777777" w:rsidR="007A5E59" w:rsidRDefault="0095198F">
            <w:pPr>
              <w:jc w:val="center"/>
            </w:pPr>
            <w:r>
              <w:t>100</w:t>
            </w:r>
          </w:p>
        </w:tc>
        <w:tc>
          <w:tcPr>
            <w:tcW w:w="0" w:type="auto"/>
          </w:tcPr>
          <w:p w14:paraId="6163B556" w14:textId="77777777" w:rsidR="007A5E59" w:rsidRDefault="0095198F">
            <w:pPr>
              <w:jc w:val="center"/>
            </w:pPr>
            <w:r>
              <w:t>1959</w:t>
            </w:r>
          </w:p>
        </w:tc>
        <w:tc>
          <w:tcPr>
            <w:tcW w:w="0" w:type="auto"/>
          </w:tcPr>
          <w:p w14:paraId="49308B32" w14:textId="77777777" w:rsidR="007A5E59" w:rsidRDefault="0095198F">
            <w:pPr>
              <w:jc w:val="center"/>
            </w:pPr>
            <w:r>
              <w:t>12,10</w:t>
            </w:r>
          </w:p>
        </w:tc>
        <w:tc>
          <w:tcPr>
            <w:tcW w:w="0" w:type="auto"/>
          </w:tcPr>
          <w:p w14:paraId="6658C6AB" w14:textId="77777777" w:rsidR="007A5E59" w:rsidRDefault="0095198F">
            <w:r>
              <w:t>бесканал.</w:t>
            </w:r>
          </w:p>
        </w:tc>
      </w:tr>
      <w:tr w:rsidR="007A5E59" w14:paraId="28F66709" w14:textId="77777777">
        <w:trPr>
          <w:jc w:val="center"/>
        </w:trPr>
        <w:tc>
          <w:tcPr>
            <w:tcW w:w="0" w:type="auto"/>
          </w:tcPr>
          <w:p w14:paraId="4F19ED7E" w14:textId="77777777" w:rsidR="007A5E59" w:rsidRDefault="0095198F">
            <w:pPr>
              <w:jc w:val="center"/>
            </w:pPr>
            <w:r>
              <w:t>48</w:t>
            </w:r>
          </w:p>
        </w:tc>
        <w:tc>
          <w:tcPr>
            <w:tcW w:w="0" w:type="auto"/>
          </w:tcPr>
          <w:p w14:paraId="30B8EA7E" w14:textId="77777777" w:rsidR="007A5E59" w:rsidRDefault="0095198F">
            <w:r>
              <w:t>Поспелова-9</w:t>
            </w:r>
          </w:p>
        </w:tc>
        <w:tc>
          <w:tcPr>
            <w:tcW w:w="0" w:type="auto"/>
          </w:tcPr>
          <w:p w14:paraId="4108B6F2" w14:textId="77777777" w:rsidR="007A5E59" w:rsidRDefault="0095198F">
            <w:pPr>
              <w:jc w:val="center"/>
            </w:pPr>
            <w:r>
              <w:t>100</w:t>
            </w:r>
          </w:p>
        </w:tc>
        <w:tc>
          <w:tcPr>
            <w:tcW w:w="0" w:type="auto"/>
          </w:tcPr>
          <w:p w14:paraId="065F2D39" w14:textId="77777777" w:rsidR="007A5E59" w:rsidRDefault="0095198F">
            <w:pPr>
              <w:jc w:val="center"/>
            </w:pPr>
            <w:r>
              <w:t>1959</w:t>
            </w:r>
          </w:p>
        </w:tc>
        <w:tc>
          <w:tcPr>
            <w:tcW w:w="0" w:type="auto"/>
          </w:tcPr>
          <w:p w14:paraId="0C5685E1" w14:textId="77777777" w:rsidR="007A5E59" w:rsidRDefault="0095198F">
            <w:pPr>
              <w:jc w:val="center"/>
            </w:pPr>
            <w:r>
              <w:t>13,30</w:t>
            </w:r>
          </w:p>
        </w:tc>
        <w:tc>
          <w:tcPr>
            <w:tcW w:w="0" w:type="auto"/>
          </w:tcPr>
          <w:p w14:paraId="6E5AB59E" w14:textId="77777777" w:rsidR="007A5E59" w:rsidRDefault="0095198F">
            <w:r>
              <w:t>бесканал.</w:t>
            </w:r>
          </w:p>
        </w:tc>
      </w:tr>
      <w:tr w:rsidR="007A5E59" w14:paraId="158F5D52" w14:textId="77777777">
        <w:trPr>
          <w:jc w:val="center"/>
        </w:trPr>
        <w:tc>
          <w:tcPr>
            <w:tcW w:w="0" w:type="auto"/>
          </w:tcPr>
          <w:p w14:paraId="0FDB88D5" w14:textId="77777777" w:rsidR="007A5E59" w:rsidRDefault="0095198F">
            <w:pPr>
              <w:jc w:val="center"/>
            </w:pPr>
            <w:r>
              <w:t>49</w:t>
            </w:r>
          </w:p>
        </w:tc>
        <w:tc>
          <w:tcPr>
            <w:tcW w:w="0" w:type="auto"/>
          </w:tcPr>
          <w:p w14:paraId="741D0E92" w14:textId="77777777" w:rsidR="007A5E59" w:rsidRDefault="0095198F">
            <w:r>
              <w:t>Поспелова-11</w:t>
            </w:r>
          </w:p>
        </w:tc>
        <w:tc>
          <w:tcPr>
            <w:tcW w:w="0" w:type="auto"/>
          </w:tcPr>
          <w:p w14:paraId="19C4E3EA" w14:textId="77777777" w:rsidR="007A5E59" w:rsidRDefault="0095198F">
            <w:pPr>
              <w:jc w:val="center"/>
            </w:pPr>
            <w:r>
              <w:t>100</w:t>
            </w:r>
          </w:p>
        </w:tc>
        <w:tc>
          <w:tcPr>
            <w:tcW w:w="0" w:type="auto"/>
          </w:tcPr>
          <w:p w14:paraId="316838A3" w14:textId="77777777" w:rsidR="007A5E59" w:rsidRDefault="0095198F">
            <w:pPr>
              <w:jc w:val="center"/>
            </w:pPr>
            <w:r>
              <w:t>1959</w:t>
            </w:r>
          </w:p>
        </w:tc>
        <w:tc>
          <w:tcPr>
            <w:tcW w:w="0" w:type="auto"/>
          </w:tcPr>
          <w:p w14:paraId="06519AA3" w14:textId="77777777" w:rsidR="007A5E59" w:rsidRDefault="0095198F">
            <w:pPr>
              <w:jc w:val="center"/>
            </w:pPr>
            <w:r>
              <w:t>15,50</w:t>
            </w:r>
          </w:p>
        </w:tc>
        <w:tc>
          <w:tcPr>
            <w:tcW w:w="0" w:type="auto"/>
          </w:tcPr>
          <w:p w14:paraId="03A61564" w14:textId="77777777" w:rsidR="007A5E59" w:rsidRDefault="0095198F">
            <w:r>
              <w:t>бесканал.</w:t>
            </w:r>
          </w:p>
        </w:tc>
      </w:tr>
      <w:tr w:rsidR="007A5E59" w14:paraId="34DB2E77" w14:textId="77777777">
        <w:trPr>
          <w:jc w:val="center"/>
        </w:trPr>
        <w:tc>
          <w:tcPr>
            <w:tcW w:w="0" w:type="auto"/>
          </w:tcPr>
          <w:p w14:paraId="37FBCAE9" w14:textId="77777777" w:rsidR="007A5E59" w:rsidRDefault="0095198F">
            <w:pPr>
              <w:jc w:val="center"/>
            </w:pPr>
            <w:r>
              <w:t>50</w:t>
            </w:r>
          </w:p>
        </w:tc>
        <w:tc>
          <w:tcPr>
            <w:tcW w:w="0" w:type="auto"/>
          </w:tcPr>
          <w:p w14:paraId="51A4285B" w14:textId="77777777" w:rsidR="007A5E59" w:rsidRDefault="0095198F">
            <w:r>
              <w:t>Поспелова-13</w:t>
            </w:r>
          </w:p>
        </w:tc>
        <w:tc>
          <w:tcPr>
            <w:tcW w:w="0" w:type="auto"/>
          </w:tcPr>
          <w:p w14:paraId="21AD117D" w14:textId="77777777" w:rsidR="007A5E59" w:rsidRDefault="0095198F">
            <w:pPr>
              <w:jc w:val="center"/>
            </w:pPr>
            <w:r>
              <w:t>80</w:t>
            </w:r>
          </w:p>
        </w:tc>
        <w:tc>
          <w:tcPr>
            <w:tcW w:w="0" w:type="auto"/>
          </w:tcPr>
          <w:p w14:paraId="0784A781" w14:textId="77777777" w:rsidR="007A5E59" w:rsidRDefault="0095198F">
            <w:pPr>
              <w:jc w:val="center"/>
            </w:pPr>
            <w:r>
              <w:t>1959</w:t>
            </w:r>
          </w:p>
        </w:tc>
        <w:tc>
          <w:tcPr>
            <w:tcW w:w="0" w:type="auto"/>
          </w:tcPr>
          <w:p w14:paraId="071AB118" w14:textId="77777777" w:rsidR="007A5E59" w:rsidRDefault="0095198F">
            <w:pPr>
              <w:jc w:val="center"/>
            </w:pPr>
            <w:r>
              <w:t>15</w:t>
            </w:r>
          </w:p>
        </w:tc>
        <w:tc>
          <w:tcPr>
            <w:tcW w:w="0" w:type="auto"/>
          </w:tcPr>
          <w:p w14:paraId="2608A629" w14:textId="77777777" w:rsidR="007A5E59" w:rsidRDefault="0095198F">
            <w:r>
              <w:t>бесканал.</w:t>
            </w:r>
          </w:p>
        </w:tc>
      </w:tr>
      <w:tr w:rsidR="007A5E59" w14:paraId="61DE97F8" w14:textId="77777777">
        <w:trPr>
          <w:jc w:val="center"/>
        </w:trPr>
        <w:tc>
          <w:tcPr>
            <w:tcW w:w="0" w:type="auto"/>
          </w:tcPr>
          <w:p w14:paraId="57924E37" w14:textId="77777777" w:rsidR="007A5E59" w:rsidRDefault="0095198F">
            <w:pPr>
              <w:jc w:val="center"/>
            </w:pPr>
            <w:r>
              <w:t>51</w:t>
            </w:r>
          </w:p>
        </w:tc>
        <w:tc>
          <w:tcPr>
            <w:tcW w:w="0" w:type="auto"/>
          </w:tcPr>
          <w:p w14:paraId="22CF7CA8" w14:textId="77777777" w:rsidR="007A5E59" w:rsidRDefault="0095198F">
            <w:r>
              <w:t>Поспелова-15</w:t>
            </w:r>
          </w:p>
        </w:tc>
        <w:tc>
          <w:tcPr>
            <w:tcW w:w="0" w:type="auto"/>
          </w:tcPr>
          <w:p w14:paraId="0CEE095C" w14:textId="77777777" w:rsidR="007A5E59" w:rsidRDefault="0095198F">
            <w:pPr>
              <w:jc w:val="center"/>
            </w:pPr>
            <w:r>
              <w:t>100</w:t>
            </w:r>
          </w:p>
        </w:tc>
        <w:tc>
          <w:tcPr>
            <w:tcW w:w="0" w:type="auto"/>
          </w:tcPr>
          <w:p w14:paraId="22E9B71C" w14:textId="77777777" w:rsidR="007A5E59" w:rsidRDefault="0095198F">
            <w:pPr>
              <w:jc w:val="center"/>
            </w:pPr>
            <w:r>
              <w:t>1959</w:t>
            </w:r>
          </w:p>
        </w:tc>
        <w:tc>
          <w:tcPr>
            <w:tcW w:w="0" w:type="auto"/>
          </w:tcPr>
          <w:p w14:paraId="7B2278D9" w14:textId="77777777" w:rsidR="007A5E59" w:rsidRDefault="0095198F">
            <w:pPr>
              <w:jc w:val="center"/>
            </w:pPr>
            <w:r>
              <w:t>9,30</w:t>
            </w:r>
          </w:p>
        </w:tc>
        <w:tc>
          <w:tcPr>
            <w:tcW w:w="0" w:type="auto"/>
          </w:tcPr>
          <w:p w14:paraId="74830834" w14:textId="77777777" w:rsidR="007A5E59" w:rsidRDefault="0095198F">
            <w:r>
              <w:t>бесканал.</w:t>
            </w:r>
          </w:p>
        </w:tc>
      </w:tr>
      <w:tr w:rsidR="007A5E59" w14:paraId="5566604F" w14:textId="77777777">
        <w:trPr>
          <w:jc w:val="center"/>
        </w:trPr>
        <w:tc>
          <w:tcPr>
            <w:tcW w:w="0" w:type="auto"/>
          </w:tcPr>
          <w:p w14:paraId="3378E048" w14:textId="77777777" w:rsidR="007A5E59" w:rsidRDefault="0095198F">
            <w:pPr>
              <w:jc w:val="center"/>
            </w:pPr>
            <w:r>
              <w:t>52</w:t>
            </w:r>
          </w:p>
        </w:tc>
        <w:tc>
          <w:tcPr>
            <w:tcW w:w="0" w:type="auto"/>
          </w:tcPr>
          <w:p w14:paraId="3F41062B" w14:textId="77777777" w:rsidR="007A5E59" w:rsidRDefault="0095198F">
            <w:r>
              <w:t>Поспелова-17</w:t>
            </w:r>
          </w:p>
        </w:tc>
        <w:tc>
          <w:tcPr>
            <w:tcW w:w="0" w:type="auto"/>
          </w:tcPr>
          <w:p w14:paraId="3C967B8F" w14:textId="77777777" w:rsidR="007A5E59" w:rsidRDefault="0095198F">
            <w:pPr>
              <w:jc w:val="center"/>
            </w:pPr>
            <w:r>
              <w:t>100</w:t>
            </w:r>
          </w:p>
        </w:tc>
        <w:tc>
          <w:tcPr>
            <w:tcW w:w="0" w:type="auto"/>
          </w:tcPr>
          <w:p w14:paraId="740EF1EA" w14:textId="77777777" w:rsidR="007A5E59" w:rsidRDefault="0095198F">
            <w:pPr>
              <w:jc w:val="center"/>
            </w:pPr>
            <w:r>
              <w:t>1959</w:t>
            </w:r>
          </w:p>
        </w:tc>
        <w:tc>
          <w:tcPr>
            <w:tcW w:w="0" w:type="auto"/>
          </w:tcPr>
          <w:p w14:paraId="7C639D75" w14:textId="77777777" w:rsidR="007A5E59" w:rsidRDefault="0095198F">
            <w:pPr>
              <w:jc w:val="center"/>
            </w:pPr>
            <w:r>
              <w:t>8,50</w:t>
            </w:r>
          </w:p>
        </w:tc>
        <w:tc>
          <w:tcPr>
            <w:tcW w:w="0" w:type="auto"/>
          </w:tcPr>
          <w:p w14:paraId="149C90A9" w14:textId="77777777" w:rsidR="007A5E59" w:rsidRDefault="0095198F">
            <w:r>
              <w:t>бесканал.</w:t>
            </w:r>
          </w:p>
        </w:tc>
      </w:tr>
      <w:tr w:rsidR="007A5E59" w14:paraId="085B3B03" w14:textId="77777777">
        <w:trPr>
          <w:jc w:val="center"/>
        </w:trPr>
        <w:tc>
          <w:tcPr>
            <w:tcW w:w="0" w:type="auto"/>
          </w:tcPr>
          <w:p w14:paraId="5389AA63" w14:textId="77777777" w:rsidR="007A5E59" w:rsidRDefault="0095198F">
            <w:pPr>
              <w:jc w:val="center"/>
            </w:pPr>
            <w:r>
              <w:t>53</w:t>
            </w:r>
          </w:p>
        </w:tc>
        <w:tc>
          <w:tcPr>
            <w:tcW w:w="0" w:type="auto"/>
          </w:tcPr>
          <w:p w14:paraId="635A832F" w14:textId="77777777" w:rsidR="007A5E59" w:rsidRDefault="0095198F">
            <w:r>
              <w:t>Поспелова-21</w:t>
            </w:r>
          </w:p>
        </w:tc>
        <w:tc>
          <w:tcPr>
            <w:tcW w:w="0" w:type="auto"/>
          </w:tcPr>
          <w:p w14:paraId="22679F82" w14:textId="77777777" w:rsidR="007A5E59" w:rsidRDefault="0095198F">
            <w:pPr>
              <w:jc w:val="center"/>
            </w:pPr>
            <w:r>
              <w:t>100</w:t>
            </w:r>
          </w:p>
        </w:tc>
        <w:tc>
          <w:tcPr>
            <w:tcW w:w="0" w:type="auto"/>
          </w:tcPr>
          <w:p w14:paraId="7C5EF43F" w14:textId="77777777" w:rsidR="007A5E59" w:rsidRDefault="0095198F">
            <w:pPr>
              <w:jc w:val="center"/>
            </w:pPr>
            <w:r>
              <w:t>1959</w:t>
            </w:r>
          </w:p>
        </w:tc>
        <w:tc>
          <w:tcPr>
            <w:tcW w:w="0" w:type="auto"/>
          </w:tcPr>
          <w:p w14:paraId="61CD13AA" w14:textId="77777777" w:rsidR="007A5E59" w:rsidRDefault="0095198F">
            <w:pPr>
              <w:jc w:val="center"/>
            </w:pPr>
            <w:r>
              <w:t>4,20</w:t>
            </w:r>
          </w:p>
        </w:tc>
        <w:tc>
          <w:tcPr>
            <w:tcW w:w="0" w:type="auto"/>
          </w:tcPr>
          <w:p w14:paraId="1378477D" w14:textId="77777777" w:rsidR="007A5E59" w:rsidRDefault="0095198F">
            <w:r>
              <w:t>бесканал.</w:t>
            </w:r>
          </w:p>
        </w:tc>
      </w:tr>
      <w:tr w:rsidR="007A5E59" w14:paraId="62B42A42" w14:textId="77777777">
        <w:trPr>
          <w:jc w:val="center"/>
        </w:trPr>
        <w:tc>
          <w:tcPr>
            <w:tcW w:w="0" w:type="auto"/>
          </w:tcPr>
          <w:p w14:paraId="2EF3A933" w14:textId="77777777" w:rsidR="007A5E59" w:rsidRDefault="0095198F">
            <w:pPr>
              <w:jc w:val="center"/>
            </w:pPr>
            <w:r>
              <w:t>54</w:t>
            </w:r>
          </w:p>
        </w:tc>
        <w:tc>
          <w:tcPr>
            <w:tcW w:w="0" w:type="auto"/>
          </w:tcPr>
          <w:p w14:paraId="54AECB77" w14:textId="77777777" w:rsidR="007A5E59" w:rsidRDefault="0095198F">
            <w:r>
              <w:t>Поспелова-27</w:t>
            </w:r>
          </w:p>
        </w:tc>
        <w:tc>
          <w:tcPr>
            <w:tcW w:w="0" w:type="auto"/>
          </w:tcPr>
          <w:p w14:paraId="50C06813" w14:textId="77777777" w:rsidR="007A5E59" w:rsidRDefault="0095198F">
            <w:pPr>
              <w:jc w:val="center"/>
            </w:pPr>
            <w:r>
              <w:t>100</w:t>
            </w:r>
          </w:p>
        </w:tc>
        <w:tc>
          <w:tcPr>
            <w:tcW w:w="0" w:type="auto"/>
          </w:tcPr>
          <w:p w14:paraId="00658490" w14:textId="77777777" w:rsidR="007A5E59" w:rsidRDefault="0095198F">
            <w:pPr>
              <w:jc w:val="center"/>
            </w:pPr>
            <w:r>
              <w:t>1959</w:t>
            </w:r>
          </w:p>
        </w:tc>
        <w:tc>
          <w:tcPr>
            <w:tcW w:w="0" w:type="auto"/>
          </w:tcPr>
          <w:p w14:paraId="519B2BC1" w14:textId="77777777" w:rsidR="007A5E59" w:rsidRDefault="0095198F">
            <w:pPr>
              <w:jc w:val="center"/>
            </w:pPr>
            <w:r>
              <w:t>11,20</w:t>
            </w:r>
          </w:p>
        </w:tc>
        <w:tc>
          <w:tcPr>
            <w:tcW w:w="0" w:type="auto"/>
          </w:tcPr>
          <w:p w14:paraId="48EA61BB" w14:textId="77777777" w:rsidR="007A5E59" w:rsidRDefault="0095198F">
            <w:r>
              <w:t>бесканал.</w:t>
            </w:r>
          </w:p>
        </w:tc>
      </w:tr>
      <w:tr w:rsidR="007A5E59" w14:paraId="679D39CE" w14:textId="77777777">
        <w:trPr>
          <w:jc w:val="center"/>
        </w:trPr>
        <w:tc>
          <w:tcPr>
            <w:tcW w:w="0" w:type="auto"/>
          </w:tcPr>
          <w:p w14:paraId="34C61253" w14:textId="77777777" w:rsidR="007A5E59" w:rsidRDefault="0095198F">
            <w:pPr>
              <w:jc w:val="center"/>
            </w:pPr>
            <w:r>
              <w:t>55</w:t>
            </w:r>
          </w:p>
        </w:tc>
        <w:tc>
          <w:tcPr>
            <w:tcW w:w="0" w:type="auto"/>
          </w:tcPr>
          <w:p w14:paraId="2DB9C6A8" w14:textId="77777777" w:rsidR="007A5E59" w:rsidRDefault="0095198F">
            <w:r>
              <w:t>Поспелова-29</w:t>
            </w:r>
          </w:p>
        </w:tc>
        <w:tc>
          <w:tcPr>
            <w:tcW w:w="0" w:type="auto"/>
          </w:tcPr>
          <w:p w14:paraId="4B06DFF7" w14:textId="77777777" w:rsidR="007A5E59" w:rsidRDefault="0095198F">
            <w:pPr>
              <w:jc w:val="center"/>
            </w:pPr>
            <w:r>
              <w:t>100</w:t>
            </w:r>
          </w:p>
        </w:tc>
        <w:tc>
          <w:tcPr>
            <w:tcW w:w="0" w:type="auto"/>
          </w:tcPr>
          <w:p w14:paraId="61CAE4C4" w14:textId="77777777" w:rsidR="007A5E59" w:rsidRDefault="0095198F">
            <w:pPr>
              <w:jc w:val="center"/>
            </w:pPr>
            <w:r>
              <w:t>1959</w:t>
            </w:r>
          </w:p>
        </w:tc>
        <w:tc>
          <w:tcPr>
            <w:tcW w:w="0" w:type="auto"/>
          </w:tcPr>
          <w:p w14:paraId="3FB70B78" w14:textId="77777777" w:rsidR="007A5E59" w:rsidRDefault="0095198F">
            <w:pPr>
              <w:jc w:val="center"/>
            </w:pPr>
            <w:r>
              <w:t>31,20</w:t>
            </w:r>
          </w:p>
        </w:tc>
        <w:tc>
          <w:tcPr>
            <w:tcW w:w="0" w:type="auto"/>
          </w:tcPr>
          <w:p w14:paraId="6C3FD362" w14:textId="77777777" w:rsidR="007A5E59" w:rsidRDefault="0095198F">
            <w:r>
              <w:t>бесканал.</w:t>
            </w:r>
          </w:p>
        </w:tc>
      </w:tr>
      <w:tr w:rsidR="007A5E59" w14:paraId="45822F28" w14:textId="77777777">
        <w:trPr>
          <w:jc w:val="center"/>
        </w:trPr>
        <w:tc>
          <w:tcPr>
            <w:tcW w:w="0" w:type="auto"/>
          </w:tcPr>
          <w:p w14:paraId="15BF808F" w14:textId="77777777" w:rsidR="007A5E59" w:rsidRDefault="0095198F">
            <w:pPr>
              <w:jc w:val="center"/>
            </w:pPr>
            <w:r>
              <w:t>56</w:t>
            </w:r>
          </w:p>
        </w:tc>
        <w:tc>
          <w:tcPr>
            <w:tcW w:w="0" w:type="auto"/>
          </w:tcPr>
          <w:p w14:paraId="6EB3B6ED" w14:textId="77777777" w:rsidR="007A5E59" w:rsidRDefault="0095198F">
            <w:r>
              <w:t>Ноградская-3</w:t>
            </w:r>
          </w:p>
        </w:tc>
        <w:tc>
          <w:tcPr>
            <w:tcW w:w="0" w:type="auto"/>
          </w:tcPr>
          <w:p w14:paraId="7F7D9F26" w14:textId="77777777" w:rsidR="007A5E59" w:rsidRDefault="0095198F">
            <w:pPr>
              <w:jc w:val="center"/>
            </w:pPr>
            <w:r>
              <w:t>100</w:t>
            </w:r>
          </w:p>
        </w:tc>
        <w:tc>
          <w:tcPr>
            <w:tcW w:w="0" w:type="auto"/>
          </w:tcPr>
          <w:p w14:paraId="114F7B27" w14:textId="77777777" w:rsidR="007A5E59" w:rsidRDefault="0095198F">
            <w:pPr>
              <w:jc w:val="center"/>
            </w:pPr>
            <w:r>
              <w:t>1959</w:t>
            </w:r>
          </w:p>
        </w:tc>
        <w:tc>
          <w:tcPr>
            <w:tcW w:w="0" w:type="auto"/>
          </w:tcPr>
          <w:p w14:paraId="313454DF" w14:textId="77777777" w:rsidR="007A5E59" w:rsidRDefault="0095198F">
            <w:pPr>
              <w:jc w:val="center"/>
            </w:pPr>
            <w:r>
              <w:t>12,50</w:t>
            </w:r>
          </w:p>
        </w:tc>
        <w:tc>
          <w:tcPr>
            <w:tcW w:w="0" w:type="auto"/>
          </w:tcPr>
          <w:p w14:paraId="3FA8B059" w14:textId="77777777" w:rsidR="007A5E59" w:rsidRDefault="0095198F">
            <w:r>
              <w:t>бесканал.</w:t>
            </w:r>
          </w:p>
        </w:tc>
      </w:tr>
      <w:tr w:rsidR="007A5E59" w14:paraId="7F3BF5EE" w14:textId="77777777">
        <w:trPr>
          <w:jc w:val="center"/>
        </w:trPr>
        <w:tc>
          <w:tcPr>
            <w:tcW w:w="0" w:type="auto"/>
          </w:tcPr>
          <w:p w14:paraId="2E57EFCB" w14:textId="77777777" w:rsidR="007A5E59" w:rsidRDefault="0095198F">
            <w:pPr>
              <w:jc w:val="center"/>
            </w:pPr>
            <w:r>
              <w:t>57</w:t>
            </w:r>
          </w:p>
        </w:tc>
        <w:tc>
          <w:tcPr>
            <w:tcW w:w="0" w:type="auto"/>
          </w:tcPr>
          <w:p w14:paraId="7E97058D" w14:textId="77777777" w:rsidR="007A5E59" w:rsidRDefault="0095198F">
            <w:r>
              <w:t>Ноградская-4</w:t>
            </w:r>
          </w:p>
        </w:tc>
        <w:tc>
          <w:tcPr>
            <w:tcW w:w="0" w:type="auto"/>
          </w:tcPr>
          <w:p w14:paraId="02BCE504" w14:textId="77777777" w:rsidR="007A5E59" w:rsidRDefault="0095198F">
            <w:pPr>
              <w:jc w:val="center"/>
            </w:pPr>
            <w:r>
              <w:t>100</w:t>
            </w:r>
          </w:p>
        </w:tc>
        <w:tc>
          <w:tcPr>
            <w:tcW w:w="0" w:type="auto"/>
          </w:tcPr>
          <w:p w14:paraId="23AA886C" w14:textId="77777777" w:rsidR="007A5E59" w:rsidRDefault="0095198F">
            <w:pPr>
              <w:jc w:val="center"/>
            </w:pPr>
            <w:r>
              <w:t>1959</w:t>
            </w:r>
          </w:p>
        </w:tc>
        <w:tc>
          <w:tcPr>
            <w:tcW w:w="0" w:type="auto"/>
          </w:tcPr>
          <w:p w14:paraId="60405307" w14:textId="77777777" w:rsidR="007A5E59" w:rsidRDefault="0095198F">
            <w:pPr>
              <w:jc w:val="center"/>
            </w:pPr>
            <w:r>
              <w:t>16</w:t>
            </w:r>
          </w:p>
        </w:tc>
        <w:tc>
          <w:tcPr>
            <w:tcW w:w="0" w:type="auto"/>
          </w:tcPr>
          <w:p w14:paraId="1EBE2270" w14:textId="77777777" w:rsidR="007A5E59" w:rsidRDefault="0095198F">
            <w:r>
              <w:t>бесканал.</w:t>
            </w:r>
          </w:p>
        </w:tc>
      </w:tr>
      <w:tr w:rsidR="007A5E59" w14:paraId="72B2A20F" w14:textId="77777777">
        <w:trPr>
          <w:jc w:val="center"/>
        </w:trPr>
        <w:tc>
          <w:tcPr>
            <w:tcW w:w="0" w:type="auto"/>
          </w:tcPr>
          <w:p w14:paraId="3A56A419" w14:textId="77777777" w:rsidR="007A5E59" w:rsidRDefault="0095198F">
            <w:pPr>
              <w:jc w:val="center"/>
            </w:pPr>
            <w:r>
              <w:t>58</w:t>
            </w:r>
          </w:p>
        </w:tc>
        <w:tc>
          <w:tcPr>
            <w:tcW w:w="0" w:type="auto"/>
          </w:tcPr>
          <w:p w14:paraId="28E217A5" w14:textId="77777777" w:rsidR="007A5E59" w:rsidRDefault="0095198F">
            <w:r>
              <w:t>Ноградская-5</w:t>
            </w:r>
          </w:p>
        </w:tc>
        <w:tc>
          <w:tcPr>
            <w:tcW w:w="0" w:type="auto"/>
          </w:tcPr>
          <w:p w14:paraId="04B1D024" w14:textId="77777777" w:rsidR="007A5E59" w:rsidRDefault="0095198F">
            <w:pPr>
              <w:jc w:val="center"/>
            </w:pPr>
            <w:r>
              <w:t>100</w:t>
            </w:r>
          </w:p>
        </w:tc>
        <w:tc>
          <w:tcPr>
            <w:tcW w:w="0" w:type="auto"/>
          </w:tcPr>
          <w:p w14:paraId="348A9539" w14:textId="77777777" w:rsidR="007A5E59" w:rsidRDefault="0095198F">
            <w:pPr>
              <w:jc w:val="center"/>
            </w:pPr>
            <w:r>
              <w:t>1959</w:t>
            </w:r>
          </w:p>
        </w:tc>
        <w:tc>
          <w:tcPr>
            <w:tcW w:w="0" w:type="auto"/>
          </w:tcPr>
          <w:p w14:paraId="438B82A0" w14:textId="77777777" w:rsidR="007A5E59" w:rsidRDefault="0095198F">
            <w:pPr>
              <w:jc w:val="center"/>
            </w:pPr>
            <w:r>
              <w:t>12,50</w:t>
            </w:r>
          </w:p>
        </w:tc>
        <w:tc>
          <w:tcPr>
            <w:tcW w:w="0" w:type="auto"/>
          </w:tcPr>
          <w:p w14:paraId="5A1F0293" w14:textId="77777777" w:rsidR="007A5E59" w:rsidRDefault="0095198F">
            <w:r>
              <w:t>бесканал.</w:t>
            </w:r>
          </w:p>
        </w:tc>
      </w:tr>
      <w:tr w:rsidR="007A5E59" w14:paraId="6477C666" w14:textId="77777777">
        <w:trPr>
          <w:jc w:val="center"/>
        </w:trPr>
        <w:tc>
          <w:tcPr>
            <w:tcW w:w="0" w:type="auto"/>
          </w:tcPr>
          <w:p w14:paraId="49FFFF6D" w14:textId="77777777" w:rsidR="007A5E59" w:rsidRDefault="0095198F">
            <w:pPr>
              <w:jc w:val="center"/>
            </w:pPr>
            <w:r>
              <w:t>59</w:t>
            </w:r>
          </w:p>
        </w:tc>
        <w:tc>
          <w:tcPr>
            <w:tcW w:w="0" w:type="auto"/>
          </w:tcPr>
          <w:p w14:paraId="7CF6DAAD" w14:textId="77777777" w:rsidR="007A5E59" w:rsidRDefault="0095198F">
            <w:r>
              <w:t>Ноградская-6</w:t>
            </w:r>
          </w:p>
        </w:tc>
        <w:tc>
          <w:tcPr>
            <w:tcW w:w="0" w:type="auto"/>
          </w:tcPr>
          <w:p w14:paraId="25301623" w14:textId="77777777" w:rsidR="007A5E59" w:rsidRDefault="0095198F">
            <w:pPr>
              <w:jc w:val="center"/>
            </w:pPr>
            <w:r>
              <w:t>125</w:t>
            </w:r>
          </w:p>
        </w:tc>
        <w:tc>
          <w:tcPr>
            <w:tcW w:w="0" w:type="auto"/>
          </w:tcPr>
          <w:p w14:paraId="40CDF6C9" w14:textId="77777777" w:rsidR="007A5E59" w:rsidRDefault="0095198F">
            <w:pPr>
              <w:jc w:val="center"/>
            </w:pPr>
            <w:r>
              <w:t>1959</w:t>
            </w:r>
          </w:p>
        </w:tc>
        <w:tc>
          <w:tcPr>
            <w:tcW w:w="0" w:type="auto"/>
          </w:tcPr>
          <w:p w14:paraId="38814E18" w14:textId="77777777" w:rsidR="007A5E59" w:rsidRDefault="0095198F">
            <w:pPr>
              <w:jc w:val="center"/>
            </w:pPr>
            <w:r>
              <w:t>22,30</w:t>
            </w:r>
          </w:p>
        </w:tc>
        <w:tc>
          <w:tcPr>
            <w:tcW w:w="0" w:type="auto"/>
          </w:tcPr>
          <w:p w14:paraId="539DB6B9" w14:textId="77777777" w:rsidR="007A5E59" w:rsidRDefault="0095198F">
            <w:r>
              <w:t>бесканал.</w:t>
            </w:r>
          </w:p>
        </w:tc>
      </w:tr>
      <w:tr w:rsidR="007A5E59" w14:paraId="09DACA59" w14:textId="77777777">
        <w:trPr>
          <w:jc w:val="center"/>
        </w:trPr>
        <w:tc>
          <w:tcPr>
            <w:tcW w:w="0" w:type="auto"/>
          </w:tcPr>
          <w:p w14:paraId="6203262C" w14:textId="77777777" w:rsidR="007A5E59" w:rsidRDefault="0095198F">
            <w:pPr>
              <w:jc w:val="center"/>
            </w:pPr>
            <w:r>
              <w:t>60</w:t>
            </w:r>
          </w:p>
        </w:tc>
        <w:tc>
          <w:tcPr>
            <w:tcW w:w="0" w:type="auto"/>
          </w:tcPr>
          <w:p w14:paraId="2DDC4E23" w14:textId="77777777" w:rsidR="007A5E59" w:rsidRDefault="0095198F">
            <w:r>
              <w:t>Ноградская-8</w:t>
            </w:r>
          </w:p>
        </w:tc>
        <w:tc>
          <w:tcPr>
            <w:tcW w:w="0" w:type="auto"/>
          </w:tcPr>
          <w:p w14:paraId="77AE5A9F" w14:textId="77777777" w:rsidR="007A5E59" w:rsidRDefault="0095198F">
            <w:pPr>
              <w:jc w:val="center"/>
            </w:pPr>
            <w:r>
              <w:t>100</w:t>
            </w:r>
          </w:p>
        </w:tc>
        <w:tc>
          <w:tcPr>
            <w:tcW w:w="0" w:type="auto"/>
          </w:tcPr>
          <w:p w14:paraId="76D771A8" w14:textId="77777777" w:rsidR="007A5E59" w:rsidRDefault="0095198F">
            <w:pPr>
              <w:jc w:val="center"/>
            </w:pPr>
            <w:r>
              <w:t>1959</w:t>
            </w:r>
          </w:p>
        </w:tc>
        <w:tc>
          <w:tcPr>
            <w:tcW w:w="0" w:type="auto"/>
          </w:tcPr>
          <w:p w14:paraId="42302973" w14:textId="77777777" w:rsidR="007A5E59" w:rsidRDefault="0095198F">
            <w:pPr>
              <w:jc w:val="center"/>
            </w:pPr>
            <w:r>
              <w:t>8,90</w:t>
            </w:r>
          </w:p>
        </w:tc>
        <w:tc>
          <w:tcPr>
            <w:tcW w:w="0" w:type="auto"/>
          </w:tcPr>
          <w:p w14:paraId="4CB2FE83" w14:textId="77777777" w:rsidR="007A5E59" w:rsidRDefault="0095198F">
            <w:r>
              <w:t>бесканал.</w:t>
            </w:r>
          </w:p>
        </w:tc>
      </w:tr>
      <w:tr w:rsidR="007A5E59" w14:paraId="63DF3F26" w14:textId="77777777">
        <w:trPr>
          <w:jc w:val="center"/>
        </w:trPr>
        <w:tc>
          <w:tcPr>
            <w:tcW w:w="0" w:type="auto"/>
          </w:tcPr>
          <w:p w14:paraId="29917B3F" w14:textId="77777777" w:rsidR="007A5E59" w:rsidRDefault="0095198F">
            <w:pPr>
              <w:jc w:val="center"/>
            </w:pPr>
            <w:r>
              <w:t>61</w:t>
            </w:r>
          </w:p>
        </w:tc>
        <w:tc>
          <w:tcPr>
            <w:tcW w:w="0" w:type="auto"/>
          </w:tcPr>
          <w:p w14:paraId="4D31DB3B" w14:textId="77777777" w:rsidR="007A5E59" w:rsidRDefault="0095198F">
            <w:r>
              <w:t>Поспелова-18</w:t>
            </w:r>
          </w:p>
        </w:tc>
        <w:tc>
          <w:tcPr>
            <w:tcW w:w="0" w:type="auto"/>
          </w:tcPr>
          <w:p w14:paraId="0CB43AE2" w14:textId="77777777" w:rsidR="007A5E59" w:rsidRDefault="0095198F">
            <w:pPr>
              <w:jc w:val="center"/>
            </w:pPr>
            <w:r>
              <w:t>150</w:t>
            </w:r>
          </w:p>
        </w:tc>
        <w:tc>
          <w:tcPr>
            <w:tcW w:w="0" w:type="auto"/>
          </w:tcPr>
          <w:p w14:paraId="79439869" w14:textId="77777777" w:rsidR="007A5E59" w:rsidRDefault="0095198F">
            <w:pPr>
              <w:jc w:val="center"/>
            </w:pPr>
            <w:r>
              <w:t>1959</w:t>
            </w:r>
          </w:p>
        </w:tc>
        <w:tc>
          <w:tcPr>
            <w:tcW w:w="0" w:type="auto"/>
          </w:tcPr>
          <w:p w14:paraId="313AE9B5" w14:textId="77777777" w:rsidR="007A5E59" w:rsidRDefault="0095198F">
            <w:pPr>
              <w:jc w:val="center"/>
            </w:pPr>
            <w:r>
              <w:t>11,40</w:t>
            </w:r>
          </w:p>
        </w:tc>
        <w:tc>
          <w:tcPr>
            <w:tcW w:w="0" w:type="auto"/>
          </w:tcPr>
          <w:p w14:paraId="3C249E72" w14:textId="77777777" w:rsidR="007A5E59" w:rsidRDefault="0095198F">
            <w:r>
              <w:t>бесканал.</w:t>
            </w:r>
          </w:p>
        </w:tc>
      </w:tr>
      <w:tr w:rsidR="007A5E59" w14:paraId="044D46A1" w14:textId="77777777">
        <w:trPr>
          <w:jc w:val="center"/>
        </w:trPr>
        <w:tc>
          <w:tcPr>
            <w:tcW w:w="0" w:type="auto"/>
          </w:tcPr>
          <w:p w14:paraId="06867671" w14:textId="77777777" w:rsidR="007A5E59" w:rsidRDefault="0095198F">
            <w:pPr>
              <w:jc w:val="center"/>
            </w:pPr>
            <w:r>
              <w:t>62</w:t>
            </w:r>
          </w:p>
        </w:tc>
        <w:tc>
          <w:tcPr>
            <w:tcW w:w="0" w:type="auto"/>
          </w:tcPr>
          <w:p w14:paraId="6F7A7429" w14:textId="77777777" w:rsidR="007A5E59" w:rsidRDefault="0095198F">
            <w:r>
              <w:t>Поспелова-22</w:t>
            </w:r>
          </w:p>
        </w:tc>
        <w:tc>
          <w:tcPr>
            <w:tcW w:w="0" w:type="auto"/>
          </w:tcPr>
          <w:p w14:paraId="47C7420E" w14:textId="77777777" w:rsidR="007A5E59" w:rsidRDefault="0095198F">
            <w:pPr>
              <w:jc w:val="center"/>
            </w:pPr>
            <w:r>
              <w:t>100</w:t>
            </w:r>
          </w:p>
        </w:tc>
        <w:tc>
          <w:tcPr>
            <w:tcW w:w="0" w:type="auto"/>
          </w:tcPr>
          <w:p w14:paraId="423DE1FC" w14:textId="77777777" w:rsidR="007A5E59" w:rsidRDefault="0095198F">
            <w:pPr>
              <w:jc w:val="center"/>
            </w:pPr>
            <w:r>
              <w:t>1959</w:t>
            </w:r>
          </w:p>
        </w:tc>
        <w:tc>
          <w:tcPr>
            <w:tcW w:w="0" w:type="auto"/>
          </w:tcPr>
          <w:p w14:paraId="5B1364A6" w14:textId="77777777" w:rsidR="007A5E59" w:rsidRDefault="0095198F">
            <w:pPr>
              <w:jc w:val="center"/>
            </w:pPr>
            <w:r>
              <w:t>43,20</w:t>
            </w:r>
          </w:p>
        </w:tc>
        <w:tc>
          <w:tcPr>
            <w:tcW w:w="0" w:type="auto"/>
          </w:tcPr>
          <w:p w14:paraId="120927EC" w14:textId="77777777" w:rsidR="007A5E59" w:rsidRDefault="0095198F">
            <w:r>
              <w:t>бесканал.</w:t>
            </w:r>
          </w:p>
        </w:tc>
      </w:tr>
      <w:tr w:rsidR="007A5E59" w14:paraId="0C5DC326" w14:textId="77777777">
        <w:trPr>
          <w:jc w:val="center"/>
        </w:trPr>
        <w:tc>
          <w:tcPr>
            <w:tcW w:w="0" w:type="auto"/>
          </w:tcPr>
          <w:p w14:paraId="239B4351" w14:textId="77777777" w:rsidR="007A5E59" w:rsidRDefault="0095198F">
            <w:pPr>
              <w:jc w:val="center"/>
            </w:pPr>
            <w:r>
              <w:t>63</w:t>
            </w:r>
          </w:p>
        </w:tc>
        <w:tc>
          <w:tcPr>
            <w:tcW w:w="0" w:type="auto"/>
          </w:tcPr>
          <w:p w14:paraId="16723014" w14:textId="77777777" w:rsidR="007A5E59" w:rsidRDefault="007A5E59"/>
        </w:tc>
        <w:tc>
          <w:tcPr>
            <w:tcW w:w="0" w:type="auto"/>
          </w:tcPr>
          <w:p w14:paraId="35AB24D7" w14:textId="77777777" w:rsidR="007A5E59" w:rsidRDefault="0095198F">
            <w:pPr>
              <w:jc w:val="center"/>
            </w:pPr>
            <w:r>
              <w:t>80</w:t>
            </w:r>
          </w:p>
        </w:tc>
        <w:tc>
          <w:tcPr>
            <w:tcW w:w="0" w:type="auto"/>
          </w:tcPr>
          <w:p w14:paraId="01B12114" w14:textId="77777777" w:rsidR="007A5E59" w:rsidRDefault="0095198F">
            <w:pPr>
              <w:jc w:val="center"/>
            </w:pPr>
            <w:r>
              <w:t>1959</w:t>
            </w:r>
          </w:p>
        </w:tc>
        <w:tc>
          <w:tcPr>
            <w:tcW w:w="0" w:type="auto"/>
          </w:tcPr>
          <w:p w14:paraId="034EAEFF" w14:textId="77777777" w:rsidR="007A5E59" w:rsidRDefault="0095198F">
            <w:pPr>
              <w:jc w:val="center"/>
            </w:pPr>
            <w:r>
              <w:t>52,40</w:t>
            </w:r>
          </w:p>
        </w:tc>
        <w:tc>
          <w:tcPr>
            <w:tcW w:w="0" w:type="auto"/>
          </w:tcPr>
          <w:p w14:paraId="7C9C1EFD" w14:textId="77777777" w:rsidR="007A5E59" w:rsidRDefault="0095198F">
            <w:r>
              <w:t>бесканал.</w:t>
            </w:r>
          </w:p>
        </w:tc>
      </w:tr>
      <w:tr w:rsidR="007A5E59" w14:paraId="0D27F890" w14:textId="77777777">
        <w:trPr>
          <w:jc w:val="center"/>
        </w:trPr>
        <w:tc>
          <w:tcPr>
            <w:tcW w:w="0" w:type="auto"/>
          </w:tcPr>
          <w:p w14:paraId="041442BA" w14:textId="77777777" w:rsidR="007A5E59" w:rsidRDefault="0095198F">
            <w:pPr>
              <w:jc w:val="center"/>
            </w:pPr>
            <w:r>
              <w:t>64</w:t>
            </w:r>
          </w:p>
        </w:tc>
        <w:tc>
          <w:tcPr>
            <w:tcW w:w="0" w:type="auto"/>
          </w:tcPr>
          <w:p w14:paraId="18509CB5" w14:textId="77777777" w:rsidR="007A5E59" w:rsidRDefault="0095198F">
            <w:r>
              <w:t>Поспелова-33</w:t>
            </w:r>
          </w:p>
        </w:tc>
        <w:tc>
          <w:tcPr>
            <w:tcW w:w="0" w:type="auto"/>
          </w:tcPr>
          <w:p w14:paraId="67989C00" w14:textId="77777777" w:rsidR="007A5E59" w:rsidRDefault="0095198F">
            <w:pPr>
              <w:jc w:val="center"/>
            </w:pPr>
            <w:r>
              <w:t>100</w:t>
            </w:r>
          </w:p>
        </w:tc>
        <w:tc>
          <w:tcPr>
            <w:tcW w:w="0" w:type="auto"/>
          </w:tcPr>
          <w:p w14:paraId="64A59A71" w14:textId="77777777" w:rsidR="007A5E59" w:rsidRDefault="0095198F">
            <w:pPr>
              <w:jc w:val="center"/>
            </w:pPr>
            <w:r>
              <w:t>1959</w:t>
            </w:r>
          </w:p>
        </w:tc>
        <w:tc>
          <w:tcPr>
            <w:tcW w:w="0" w:type="auto"/>
          </w:tcPr>
          <w:p w14:paraId="4022D737" w14:textId="77777777" w:rsidR="007A5E59" w:rsidRDefault="0095198F">
            <w:pPr>
              <w:jc w:val="center"/>
            </w:pPr>
            <w:r>
              <w:t>18</w:t>
            </w:r>
          </w:p>
        </w:tc>
        <w:tc>
          <w:tcPr>
            <w:tcW w:w="0" w:type="auto"/>
          </w:tcPr>
          <w:p w14:paraId="13A71D9E" w14:textId="77777777" w:rsidR="007A5E59" w:rsidRDefault="0095198F">
            <w:r>
              <w:t>бесканал.</w:t>
            </w:r>
          </w:p>
        </w:tc>
      </w:tr>
      <w:tr w:rsidR="007A5E59" w14:paraId="0762E1B6" w14:textId="77777777">
        <w:trPr>
          <w:jc w:val="center"/>
        </w:trPr>
        <w:tc>
          <w:tcPr>
            <w:tcW w:w="0" w:type="auto"/>
          </w:tcPr>
          <w:p w14:paraId="51776EB3" w14:textId="77777777" w:rsidR="007A5E59" w:rsidRDefault="0095198F">
            <w:pPr>
              <w:jc w:val="center"/>
            </w:pPr>
            <w:r>
              <w:t>65</w:t>
            </w:r>
          </w:p>
        </w:tc>
        <w:tc>
          <w:tcPr>
            <w:tcW w:w="0" w:type="auto"/>
          </w:tcPr>
          <w:p w14:paraId="6DDEA051" w14:textId="77777777" w:rsidR="007A5E59" w:rsidRDefault="0095198F">
            <w:r>
              <w:t>Ноградская-13</w:t>
            </w:r>
          </w:p>
        </w:tc>
        <w:tc>
          <w:tcPr>
            <w:tcW w:w="0" w:type="auto"/>
          </w:tcPr>
          <w:p w14:paraId="10B934B8" w14:textId="77777777" w:rsidR="007A5E59" w:rsidRDefault="0095198F">
            <w:pPr>
              <w:jc w:val="center"/>
            </w:pPr>
            <w:r>
              <w:t>100</w:t>
            </w:r>
          </w:p>
        </w:tc>
        <w:tc>
          <w:tcPr>
            <w:tcW w:w="0" w:type="auto"/>
          </w:tcPr>
          <w:p w14:paraId="2C2842E6" w14:textId="77777777" w:rsidR="007A5E59" w:rsidRDefault="0095198F">
            <w:pPr>
              <w:jc w:val="center"/>
            </w:pPr>
            <w:r>
              <w:t>1966</w:t>
            </w:r>
          </w:p>
        </w:tc>
        <w:tc>
          <w:tcPr>
            <w:tcW w:w="0" w:type="auto"/>
          </w:tcPr>
          <w:p w14:paraId="1F9B330B" w14:textId="77777777" w:rsidR="007A5E59" w:rsidRDefault="0095198F">
            <w:pPr>
              <w:jc w:val="center"/>
            </w:pPr>
            <w:r>
              <w:t>17,60</w:t>
            </w:r>
          </w:p>
        </w:tc>
        <w:tc>
          <w:tcPr>
            <w:tcW w:w="0" w:type="auto"/>
          </w:tcPr>
          <w:p w14:paraId="2001FD65" w14:textId="77777777" w:rsidR="007A5E59" w:rsidRDefault="0095198F">
            <w:r>
              <w:t>бесканал.</w:t>
            </w:r>
          </w:p>
        </w:tc>
      </w:tr>
      <w:tr w:rsidR="007A5E59" w14:paraId="1F043539" w14:textId="77777777">
        <w:trPr>
          <w:jc w:val="center"/>
        </w:trPr>
        <w:tc>
          <w:tcPr>
            <w:tcW w:w="0" w:type="auto"/>
          </w:tcPr>
          <w:p w14:paraId="7779CAAC" w14:textId="77777777" w:rsidR="007A5E59" w:rsidRDefault="0095198F">
            <w:pPr>
              <w:jc w:val="center"/>
            </w:pPr>
            <w:r>
              <w:t>66</w:t>
            </w:r>
          </w:p>
        </w:tc>
        <w:tc>
          <w:tcPr>
            <w:tcW w:w="0" w:type="auto"/>
          </w:tcPr>
          <w:p w14:paraId="1661143C" w14:textId="77777777" w:rsidR="007A5E59" w:rsidRDefault="0095198F">
            <w:r>
              <w:t>Ноградская-14</w:t>
            </w:r>
          </w:p>
        </w:tc>
        <w:tc>
          <w:tcPr>
            <w:tcW w:w="0" w:type="auto"/>
          </w:tcPr>
          <w:p w14:paraId="2551FD11" w14:textId="77777777" w:rsidR="007A5E59" w:rsidRDefault="0095198F">
            <w:pPr>
              <w:jc w:val="center"/>
            </w:pPr>
            <w:r>
              <w:t>100</w:t>
            </w:r>
          </w:p>
        </w:tc>
        <w:tc>
          <w:tcPr>
            <w:tcW w:w="0" w:type="auto"/>
          </w:tcPr>
          <w:p w14:paraId="556642A7" w14:textId="77777777" w:rsidR="007A5E59" w:rsidRDefault="0095198F">
            <w:pPr>
              <w:jc w:val="center"/>
            </w:pPr>
            <w:r>
              <w:t>1966</w:t>
            </w:r>
          </w:p>
        </w:tc>
        <w:tc>
          <w:tcPr>
            <w:tcW w:w="0" w:type="auto"/>
          </w:tcPr>
          <w:p w14:paraId="4F17D377" w14:textId="77777777" w:rsidR="007A5E59" w:rsidRDefault="0095198F">
            <w:pPr>
              <w:jc w:val="center"/>
            </w:pPr>
            <w:r>
              <w:t>9</w:t>
            </w:r>
          </w:p>
        </w:tc>
        <w:tc>
          <w:tcPr>
            <w:tcW w:w="0" w:type="auto"/>
          </w:tcPr>
          <w:p w14:paraId="60184B0E" w14:textId="77777777" w:rsidR="007A5E59" w:rsidRDefault="0095198F">
            <w:r>
              <w:t>бесканал.</w:t>
            </w:r>
          </w:p>
        </w:tc>
      </w:tr>
      <w:tr w:rsidR="007A5E59" w14:paraId="0982F8D6" w14:textId="77777777">
        <w:trPr>
          <w:jc w:val="center"/>
        </w:trPr>
        <w:tc>
          <w:tcPr>
            <w:tcW w:w="0" w:type="auto"/>
          </w:tcPr>
          <w:p w14:paraId="7F7A9D13" w14:textId="77777777" w:rsidR="007A5E59" w:rsidRDefault="0095198F">
            <w:pPr>
              <w:jc w:val="center"/>
            </w:pPr>
            <w:r>
              <w:t>67</w:t>
            </w:r>
          </w:p>
        </w:tc>
        <w:tc>
          <w:tcPr>
            <w:tcW w:w="0" w:type="auto"/>
          </w:tcPr>
          <w:p w14:paraId="1DE8EC26" w14:textId="77777777" w:rsidR="007A5E59" w:rsidRDefault="0095198F">
            <w:r>
              <w:t>Ноградская-15</w:t>
            </w:r>
          </w:p>
        </w:tc>
        <w:tc>
          <w:tcPr>
            <w:tcW w:w="0" w:type="auto"/>
          </w:tcPr>
          <w:p w14:paraId="0BB8263B" w14:textId="77777777" w:rsidR="007A5E59" w:rsidRDefault="0095198F">
            <w:pPr>
              <w:jc w:val="center"/>
            </w:pPr>
            <w:r>
              <w:t>100</w:t>
            </w:r>
          </w:p>
        </w:tc>
        <w:tc>
          <w:tcPr>
            <w:tcW w:w="0" w:type="auto"/>
          </w:tcPr>
          <w:p w14:paraId="329F504B" w14:textId="77777777" w:rsidR="007A5E59" w:rsidRDefault="0095198F">
            <w:pPr>
              <w:jc w:val="center"/>
            </w:pPr>
            <w:r>
              <w:t>1966</w:t>
            </w:r>
          </w:p>
        </w:tc>
        <w:tc>
          <w:tcPr>
            <w:tcW w:w="0" w:type="auto"/>
          </w:tcPr>
          <w:p w14:paraId="24D82331" w14:textId="77777777" w:rsidR="007A5E59" w:rsidRDefault="0095198F">
            <w:pPr>
              <w:jc w:val="center"/>
            </w:pPr>
            <w:r>
              <w:t>12,30</w:t>
            </w:r>
          </w:p>
        </w:tc>
        <w:tc>
          <w:tcPr>
            <w:tcW w:w="0" w:type="auto"/>
          </w:tcPr>
          <w:p w14:paraId="12CACF64" w14:textId="77777777" w:rsidR="007A5E59" w:rsidRDefault="0095198F">
            <w:r>
              <w:t>бесканал.</w:t>
            </w:r>
          </w:p>
        </w:tc>
      </w:tr>
      <w:tr w:rsidR="007A5E59" w14:paraId="1746E0B9" w14:textId="77777777">
        <w:trPr>
          <w:jc w:val="center"/>
        </w:trPr>
        <w:tc>
          <w:tcPr>
            <w:tcW w:w="0" w:type="auto"/>
          </w:tcPr>
          <w:p w14:paraId="0090E47D" w14:textId="77777777" w:rsidR="007A5E59" w:rsidRDefault="0095198F">
            <w:pPr>
              <w:jc w:val="center"/>
            </w:pPr>
            <w:r>
              <w:t>68</w:t>
            </w:r>
          </w:p>
        </w:tc>
        <w:tc>
          <w:tcPr>
            <w:tcW w:w="0" w:type="auto"/>
          </w:tcPr>
          <w:p w14:paraId="519A5278" w14:textId="77777777" w:rsidR="007A5E59" w:rsidRDefault="0095198F">
            <w:r>
              <w:t>Ноградская-16</w:t>
            </w:r>
          </w:p>
        </w:tc>
        <w:tc>
          <w:tcPr>
            <w:tcW w:w="0" w:type="auto"/>
          </w:tcPr>
          <w:p w14:paraId="285AB53D" w14:textId="77777777" w:rsidR="007A5E59" w:rsidRDefault="0095198F">
            <w:pPr>
              <w:jc w:val="center"/>
            </w:pPr>
            <w:r>
              <w:t>100</w:t>
            </w:r>
          </w:p>
        </w:tc>
        <w:tc>
          <w:tcPr>
            <w:tcW w:w="0" w:type="auto"/>
          </w:tcPr>
          <w:p w14:paraId="3AE7BCD4" w14:textId="77777777" w:rsidR="007A5E59" w:rsidRDefault="0095198F">
            <w:pPr>
              <w:jc w:val="center"/>
            </w:pPr>
            <w:r>
              <w:t>1966</w:t>
            </w:r>
          </w:p>
        </w:tc>
        <w:tc>
          <w:tcPr>
            <w:tcW w:w="0" w:type="auto"/>
          </w:tcPr>
          <w:p w14:paraId="6743D86C" w14:textId="77777777" w:rsidR="007A5E59" w:rsidRDefault="0095198F">
            <w:pPr>
              <w:jc w:val="center"/>
            </w:pPr>
            <w:r>
              <w:t>20,50</w:t>
            </w:r>
          </w:p>
        </w:tc>
        <w:tc>
          <w:tcPr>
            <w:tcW w:w="0" w:type="auto"/>
          </w:tcPr>
          <w:p w14:paraId="30D2850C" w14:textId="77777777" w:rsidR="007A5E59" w:rsidRDefault="0095198F">
            <w:r>
              <w:t>бесканал.</w:t>
            </w:r>
          </w:p>
        </w:tc>
      </w:tr>
      <w:tr w:rsidR="007A5E59" w14:paraId="78E5C8CE" w14:textId="77777777">
        <w:trPr>
          <w:jc w:val="center"/>
        </w:trPr>
        <w:tc>
          <w:tcPr>
            <w:tcW w:w="0" w:type="auto"/>
          </w:tcPr>
          <w:p w14:paraId="1527D800" w14:textId="77777777" w:rsidR="007A5E59" w:rsidRDefault="0095198F">
            <w:pPr>
              <w:jc w:val="center"/>
            </w:pPr>
            <w:r>
              <w:t>69</w:t>
            </w:r>
          </w:p>
        </w:tc>
        <w:tc>
          <w:tcPr>
            <w:tcW w:w="0" w:type="auto"/>
          </w:tcPr>
          <w:p w14:paraId="349633B8" w14:textId="77777777" w:rsidR="007A5E59" w:rsidRDefault="0095198F">
            <w:r>
              <w:t>Ноградская-17</w:t>
            </w:r>
          </w:p>
        </w:tc>
        <w:tc>
          <w:tcPr>
            <w:tcW w:w="0" w:type="auto"/>
          </w:tcPr>
          <w:p w14:paraId="014AEAC5" w14:textId="77777777" w:rsidR="007A5E59" w:rsidRDefault="0095198F">
            <w:pPr>
              <w:jc w:val="center"/>
            </w:pPr>
            <w:r>
              <w:t>100</w:t>
            </w:r>
          </w:p>
        </w:tc>
        <w:tc>
          <w:tcPr>
            <w:tcW w:w="0" w:type="auto"/>
          </w:tcPr>
          <w:p w14:paraId="321D41A3" w14:textId="77777777" w:rsidR="007A5E59" w:rsidRDefault="0095198F">
            <w:pPr>
              <w:jc w:val="center"/>
            </w:pPr>
            <w:r>
              <w:t>1966</w:t>
            </w:r>
          </w:p>
        </w:tc>
        <w:tc>
          <w:tcPr>
            <w:tcW w:w="0" w:type="auto"/>
          </w:tcPr>
          <w:p w14:paraId="276BDB4A" w14:textId="77777777" w:rsidR="007A5E59" w:rsidRDefault="0095198F">
            <w:pPr>
              <w:jc w:val="center"/>
            </w:pPr>
            <w:r>
              <w:t>59,70</w:t>
            </w:r>
          </w:p>
        </w:tc>
        <w:tc>
          <w:tcPr>
            <w:tcW w:w="0" w:type="auto"/>
          </w:tcPr>
          <w:p w14:paraId="6FC87963" w14:textId="77777777" w:rsidR="007A5E59" w:rsidRDefault="0095198F">
            <w:r>
              <w:t>бесканал.</w:t>
            </w:r>
          </w:p>
        </w:tc>
      </w:tr>
      <w:tr w:rsidR="007A5E59" w14:paraId="307EF8D7" w14:textId="77777777">
        <w:trPr>
          <w:jc w:val="center"/>
        </w:trPr>
        <w:tc>
          <w:tcPr>
            <w:tcW w:w="0" w:type="auto"/>
          </w:tcPr>
          <w:p w14:paraId="22557668" w14:textId="77777777" w:rsidR="007A5E59" w:rsidRDefault="0095198F">
            <w:pPr>
              <w:jc w:val="center"/>
            </w:pPr>
            <w:r>
              <w:t>70</w:t>
            </w:r>
          </w:p>
        </w:tc>
        <w:tc>
          <w:tcPr>
            <w:tcW w:w="0" w:type="auto"/>
          </w:tcPr>
          <w:p w14:paraId="43AC3917" w14:textId="77777777" w:rsidR="007A5E59" w:rsidRDefault="0095198F">
            <w:r>
              <w:t>Ноградская-18</w:t>
            </w:r>
          </w:p>
        </w:tc>
        <w:tc>
          <w:tcPr>
            <w:tcW w:w="0" w:type="auto"/>
          </w:tcPr>
          <w:p w14:paraId="411701DE" w14:textId="77777777" w:rsidR="007A5E59" w:rsidRDefault="0095198F">
            <w:pPr>
              <w:jc w:val="center"/>
            </w:pPr>
            <w:r>
              <w:t>100</w:t>
            </w:r>
          </w:p>
        </w:tc>
        <w:tc>
          <w:tcPr>
            <w:tcW w:w="0" w:type="auto"/>
          </w:tcPr>
          <w:p w14:paraId="2AAF8BAC" w14:textId="77777777" w:rsidR="007A5E59" w:rsidRDefault="0095198F">
            <w:pPr>
              <w:jc w:val="center"/>
            </w:pPr>
            <w:r>
              <w:t>1966</w:t>
            </w:r>
          </w:p>
        </w:tc>
        <w:tc>
          <w:tcPr>
            <w:tcW w:w="0" w:type="auto"/>
          </w:tcPr>
          <w:p w14:paraId="2B8E2026" w14:textId="77777777" w:rsidR="007A5E59" w:rsidRDefault="0095198F">
            <w:pPr>
              <w:jc w:val="center"/>
            </w:pPr>
            <w:r>
              <w:t>16,10</w:t>
            </w:r>
          </w:p>
        </w:tc>
        <w:tc>
          <w:tcPr>
            <w:tcW w:w="0" w:type="auto"/>
          </w:tcPr>
          <w:p w14:paraId="06742368" w14:textId="77777777" w:rsidR="007A5E59" w:rsidRDefault="0095198F">
            <w:r>
              <w:t>бесканал.</w:t>
            </w:r>
          </w:p>
        </w:tc>
      </w:tr>
      <w:tr w:rsidR="007A5E59" w14:paraId="62083CA6" w14:textId="77777777">
        <w:trPr>
          <w:jc w:val="center"/>
        </w:trPr>
        <w:tc>
          <w:tcPr>
            <w:tcW w:w="0" w:type="auto"/>
          </w:tcPr>
          <w:p w14:paraId="121D2274" w14:textId="77777777" w:rsidR="007A5E59" w:rsidRDefault="0095198F">
            <w:pPr>
              <w:jc w:val="center"/>
            </w:pPr>
            <w:r>
              <w:t>71</w:t>
            </w:r>
          </w:p>
        </w:tc>
        <w:tc>
          <w:tcPr>
            <w:tcW w:w="0" w:type="auto"/>
          </w:tcPr>
          <w:p w14:paraId="02BF8786" w14:textId="77777777" w:rsidR="007A5E59" w:rsidRDefault="0095198F">
            <w:r>
              <w:t>Ноградская-25</w:t>
            </w:r>
          </w:p>
        </w:tc>
        <w:tc>
          <w:tcPr>
            <w:tcW w:w="0" w:type="auto"/>
          </w:tcPr>
          <w:p w14:paraId="08BEC8D2" w14:textId="77777777" w:rsidR="007A5E59" w:rsidRDefault="0095198F">
            <w:pPr>
              <w:jc w:val="center"/>
            </w:pPr>
            <w:r>
              <w:t>100</w:t>
            </w:r>
          </w:p>
        </w:tc>
        <w:tc>
          <w:tcPr>
            <w:tcW w:w="0" w:type="auto"/>
          </w:tcPr>
          <w:p w14:paraId="1A2AC90E" w14:textId="77777777" w:rsidR="007A5E59" w:rsidRDefault="0095198F">
            <w:pPr>
              <w:jc w:val="center"/>
            </w:pPr>
            <w:r>
              <w:t>1966</w:t>
            </w:r>
          </w:p>
        </w:tc>
        <w:tc>
          <w:tcPr>
            <w:tcW w:w="0" w:type="auto"/>
          </w:tcPr>
          <w:p w14:paraId="766FE15C" w14:textId="77777777" w:rsidR="007A5E59" w:rsidRDefault="0095198F">
            <w:pPr>
              <w:jc w:val="center"/>
            </w:pPr>
            <w:r>
              <w:t>10,80</w:t>
            </w:r>
          </w:p>
        </w:tc>
        <w:tc>
          <w:tcPr>
            <w:tcW w:w="0" w:type="auto"/>
          </w:tcPr>
          <w:p w14:paraId="3D257BB9" w14:textId="77777777" w:rsidR="007A5E59" w:rsidRDefault="0095198F">
            <w:r>
              <w:t>бесканал.</w:t>
            </w:r>
          </w:p>
        </w:tc>
      </w:tr>
      <w:tr w:rsidR="007A5E59" w14:paraId="4D37814C" w14:textId="77777777">
        <w:trPr>
          <w:jc w:val="center"/>
        </w:trPr>
        <w:tc>
          <w:tcPr>
            <w:tcW w:w="0" w:type="auto"/>
          </w:tcPr>
          <w:p w14:paraId="710BA157" w14:textId="77777777" w:rsidR="007A5E59" w:rsidRDefault="0095198F">
            <w:pPr>
              <w:jc w:val="center"/>
            </w:pPr>
            <w:r>
              <w:t>72</w:t>
            </w:r>
          </w:p>
        </w:tc>
        <w:tc>
          <w:tcPr>
            <w:tcW w:w="0" w:type="auto"/>
          </w:tcPr>
          <w:p w14:paraId="66397C2A" w14:textId="77777777" w:rsidR="007A5E59" w:rsidRDefault="0095198F">
            <w:r>
              <w:t>Макаренко-2</w:t>
            </w:r>
          </w:p>
        </w:tc>
        <w:tc>
          <w:tcPr>
            <w:tcW w:w="0" w:type="auto"/>
          </w:tcPr>
          <w:p w14:paraId="465D574F" w14:textId="77777777" w:rsidR="007A5E59" w:rsidRDefault="0095198F">
            <w:pPr>
              <w:jc w:val="center"/>
            </w:pPr>
            <w:r>
              <w:t>80</w:t>
            </w:r>
          </w:p>
        </w:tc>
        <w:tc>
          <w:tcPr>
            <w:tcW w:w="0" w:type="auto"/>
          </w:tcPr>
          <w:p w14:paraId="05EB5BCD" w14:textId="77777777" w:rsidR="007A5E59" w:rsidRDefault="0095198F">
            <w:pPr>
              <w:jc w:val="center"/>
            </w:pPr>
            <w:r>
              <w:t>1966</w:t>
            </w:r>
          </w:p>
        </w:tc>
        <w:tc>
          <w:tcPr>
            <w:tcW w:w="0" w:type="auto"/>
          </w:tcPr>
          <w:p w14:paraId="312D82BE" w14:textId="77777777" w:rsidR="007A5E59" w:rsidRDefault="0095198F">
            <w:pPr>
              <w:jc w:val="center"/>
            </w:pPr>
            <w:r>
              <w:t>8,20</w:t>
            </w:r>
          </w:p>
        </w:tc>
        <w:tc>
          <w:tcPr>
            <w:tcW w:w="0" w:type="auto"/>
          </w:tcPr>
          <w:p w14:paraId="39FD8080" w14:textId="77777777" w:rsidR="007A5E59" w:rsidRDefault="0095198F">
            <w:r>
              <w:t>бесканал.</w:t>
            </w:r>
          </w:p>
        </w:tc>
      </w:tr>
      <w:tr w:rsidR="007A5E59" w14:paraId="4B990088" w14:textId="77777777">
        <w:trPr>
          <w:jc w:val="center"/>
        </w:trPr>
        <w:tc>
          <w:tcPr>
            <w:tcW w:w="0" w:type="auto"/>
          </w:tcPr>
          <w:p w14:paraId="65680F6F" w14:textId="77777777" w:rsidR="007A5E59" w:rsidRDefault="0095198F">
            <w:pPr>
              <w:jc w:val="center"/>
            </w:pPr>
            <w:r>
              <w:t>73</w:t>
            </w:r>
          </w:p>
        </w:tc>
        <w:tc>
          <w:tcPr>
            <w:tcW w:w="0" w:type="auto"/>
          </w:tcPr>
          <w:p w14:paraId="6424F275" w14:textId="77777777" w:rsidR="007A5E59" w:rsidRDefault="0095198F">
            <w:r>
              <w:t>Макаренко-4</w:t>
            </w:r>
          </w:p>
        </w:tc>
        <w:tc>
          <w:tcPr>
            <w:tcW w:w="0" w:type="auto"/>
          </w:tcPr>
          <w:p w14:paraId="78766A3C" w14:textId="77777777" w:rsidR="007A5E59" w:rsidRDefault="0095198F">
            <w:pPr>
              <w:jc w:val="center"/>
            </w:pPr>
            <w:r>
              <w:t>125</w:t>
            </w:r>
          </w:p>
        </w:tc>
        <w:tc>
          <w:tcPr>
            <w:tcW w:w="0" w:type="auto"/>
          </w:tcPr>
          <w:p w14:paraId="71D68A09" w14:textId="77777777" w:rsidR="007A5E59" w:rsidRDefault="0095198F">
            <w:pPr>
              <w:jc w:val="center"/>
            </w:pPr>
            <w:r>
              <w:t>1966</w:t>
            </w:r>
          </w:p>
        </w:tc>
        <w:tc>
          <w:tcPr>
            <w:tcW w:w="0" w:type="auto"/>
          </w:tcPr>
          <w:p w14:paraId="4E7A806B" w14:textId="77777777" w:rsidR="007A5E59" w:rsidRDefault="0095198F">
            <w:pPr>
              <w:jc w:val="center"/>
            </w:pPr>
            <w:r>
              <w:t>9,30</w:t>
            </w:r>
          </w:p>
        </w:tc>
        <w:tc>
          <w:tcPr>
            <w:tcW w:w="0" w:type="auto"/>
          </w:tcPr>
          <w:p w14:paraId="4C9D5A2B" w14:textId="77777777" w:rsidR="007A5E59" w:rsidRDefault="0095198F">
            <w:r>
              <w:t>бесканал.</w:t>
            </w:r>
          </w:p>
        </w:tc>
      </w:tr>
      <w:tr w:rsidR="007A5E59" w14:paraId="6A39F3CD" w14:textId="77777777">
        <w:trPr>
          <w:jc w:val="center"/>
        </w:trPr>
        <w:tc>
          <w:tcPr>
            <w:tcW w:w="0" w:type="auto"/>
          </w:tcPr>
          <w:p w14:paraId="47B6443D" w14:textId="77777777" w:rsidR="007A5E59" w:rsidRDefault="0095198F">
            <w:pPr>
              <w:jc w:val="center"/>
            </w:pPr>
            <w:r>
              <w:t>74</w:t>
            </w:r>
          </w:p>
        </w:tc>
        <w:tc>
          <w:tcPr>
            <w:tcW w:w="0" w:type="auto"/>
          </w:tcPr>
          <w:p w14:paraId="3664A20A" w14:textId="77777777" w:rsidR="007A5E59" w:rsidRDefault="007A5E59"/>
        </w:tc>
        <w:tc>
          <w:tcPr>
            <w:tcW w:w="0" w:type="auto"/>
          </w:tcPr>
          <w:p w14:paraId="4DA93738" w14:textId="77777777" w:rsidR="007A5E59" w:rsidRDefault="0095198F">
            <w:pPr>
              <w:jc w:val="center"/>
            </w:pPr>
            <w:r>
              <w:t>125</w:t>
            </w:r>
          </w:p>
        </w:tc>
        <w:tc>
          <w:tcPr>
            <w:tcW w:w="0" w:type="auto"/>
          </w:tcPr>
          <w:p w14:paraId="6FB83429" w14:textId="77777777" w:rsidR="007A5E59" w:rsidRDefault="0095198F">
            <w:pPr>
              <w:jc w:val="center"/>
            </w:pPr>
            <w:r>
              <w:t>1966</w:t>
            </w:r>
          </w:p>
        </w:tc>
        <w:tc>
          <w:tcPr>
            <w:tcW w:w="0" w:type="auto"/>
          </w:tcPr>
          <w:p w14:paraId="08B5FA6A" w14:textId="77777777" w:rsidR="007A5E59" w:rsidRDefault="0095198F">
            <w:pPr>
              <w:jc w:val="center"/>
            </w:pPr>
            <w:r>
              <w:t>9,30</w:t>
            </w:r>
          </w:p>
        </w:tc>
        <w:tc>
          <w:tcPr>
            <w:tcW w:w="0" w:type="auto"/>
          </w:tcPr>
          <w:p w14:paraId="48546F2D" w14:textId="77777777" w:rsidR="007A5E59" w:rsidRDefault="0095198F">
            <w:r>
              <w:t>бесканал.</w:t>
            </w:r>
          </w:p>
        </w:tc>
      </w:tr>
      <w:tr w:rsidR="007A5E59" w14:paraId="739B46B3" w14:textId="77777777">
        <w:trPr>
          <w:jc w:val="center"/>
        </w:trPr>
        <w:tc>
          <w:tcPr>
            <w:tcW w:w="0" w:type="auto"/>
          </w:tcPr>
          <w:p w14:paraId="4C4AF33D" w14:textId="77777777" w:rsidR="007A5E59" w:rsidRDefault="0095198F">
            <w:pPr>
              <w:jc w:val="center"/>
            </w:pPr>
            <w:r>
              <w:t>75</w:t>
            </w:r>
          </w:p>
        </w:tc>
        <w:tc>
          <w:tcPr>
            <w:tcW w:w="0" w:type="auto"/>
          </w:tcPr>
          <w:p w14:paraId="726236FC" w14:textId="77777777" w:rsidR="007A5E59" w:rsidRDefault="0095198F">
            <w:r>
              <w:t>Макаренко-6</w:t>
            </w:r>
          </w:p>
        </w:tc>
        <w:tc>
          <w:tcPr>
            <w:tcW w:w="0" w:type="auto"/>
          </w:tcPr>
          <w:p w14:paraId="3CE45ADB" w14:textId="77777777" w:rsidR="007A5E59" w:rsidRDefault="0095198F">
            <w:pPr>
              <w:jc w:val="center"/>
            </w:pPr>
            <w:r>
              <w:t>100</w:t>
            </w:r>
          </w:p>
        </w:tc>
        <w:tc>
          <w:tcPr>
            <w:tcW w:w="0" w:type="auto"/>
          </w:tcPr>
          <w:p w14:paraId="1F7E6066" w14:textId="77777777" w:rsidR="007A5E59" w:rsidRDefault="0095198F">
            <w:pPr>
              <w:jc w:val="center"/>
            </w:pPr>
            <w:r>
              <w:t>1966</w:t>
            </w:r>
          </w:p>
        </w:tc>
        <w:tc>
          <w:tcPr>
            <w:tcW w:w="0" w:type="auto"/>
          </w:tcPr>
          <w:p w14:paraId="4E44DE8E" w14:textId="77777777" w:rsidR="007A5E59" w:rsidRDefault="0095198F">
            <w:pPr>
              <w:jc w:val="center"/>
            </w:pPr>
            <w:r>
              <w:t>9,70</w:t>
            </w:r>
          </w:p>
        </w:tc>
        <w:tc>
          <w:tcPr>
            <w:tcW w:w="0" w:type="auto"/>
          </w:tcPr>
          <w:p w14:paraId="431ABB96" w14:textId="77777777" w:rsidR="007A5E59" w:rsidRDefault="0095198F">
            <w:r>
              <w:t>бесканал.</w:t>
            </w:r>
          </w:p>
        </w:tc>
      </w:tr>
      <w:tr w:rsidR="007A5E59" w14:paraId="3F8C9369" w14:textId="77777777">
        <w:trPr>
          <w:jc w:val="center"/>
        </w:trPr>
        <w:tc>
          <w:tcPr>
            <w:tcW w:w="0" w:type="auto"/>
          </w:tcPr>
          <w:p w14:paraId="26F43FBC" w14:textId="77777777" w:rsidR="007A5E59" w:rsidRDefault="0095198F">
            <w:pPr>
              <w:jc w:val="center"/>
            </w:pPr>
            <w:r>
              <w:t>76</w:t>
            </w:r>
          </w:p>
        </w:tc>
        <w:tc>
          <w:tcPr>
            <w:tcW w:w="0" w:type="auto"/>
          </w:tcPr>
          <w:p w14:paraId="033DC8C5" w14:textId="77777777" w:rsidR="007A5E59" w:rsidRDefault="0095198F">
            <w:r>
              <w:t>Макаренко-8</w:t>
            </w:r>
          </w:p>
        </w:tc>
        <w:tc>
          <w:tcPr>
            <w:tcW w:w="0" w:type="auto"/>
          </w:tcPr>
          <w:p w14:paraId="744BED41" w14:textId="77777777" w:rsidR="007A5E59" w:rsidRDefault="0095198F">
            <w:pPr>
              <w:jc w:val="center"/>
            </w:pPr>
            <w:r>
              <w:t>100</w:t>
            </w:r>
          </w:p>
        </w:tc>
        <w:tc>
          <w:tcPr>
            <w:tcW w:w="0" w:type="auto"/>
          </w:tcPr>
          <w:p w14:paraId="1FD9BF98" w14:textId="77777777" w:rsidR="007A5E59" w:rsidRDefault="0095198F">
            <w:pPr>
              <w:jc w:val="center"/>
            </w:pPr>
            <w:r>
              <w:t>1973</w:t>
            </w:r>
          </w:p>
        </w:tc>
        <w:tc>
          <w:tcPr>
            <w:tcW w:w="0" w:type="auto"/>
          </w:tcPr>
          <w:p w14:paraId="7F97E0B0" w14:textId="77777777" w:rsidR="007A5E59" w:rsidRDefault="0095198F">
            <w:pPr>
              <w:jc w:val="center"/>
            </w:pPr>
            <w:r>
              <w:t>9</w:t>
            </w:r>
          </w:p>
        </w:tc>
        <w:tc>
          <w:tcPr>
            <w:tcW w:w="0" w:type="auto"/>
          </w:tcPr>
          <w:p w14:paraId="0093C22B" w14:textId="77777777" w:rsidR="007A5E59" w:rsidRDefault="0095198F">
            <w:r>
              <w:t>бесканал.</w:t>
            </w:r>
          </w:p>
        </w:tc>
      </w:tr>
      <w:tr w:rsidR="007A5E59" w14:paraId="0AA28E24" w14:textId="77777777">
        <w:trPr>
          <w:jc w:val="center"/>
        </w:trPr>
        <w:tc>
          <w:tcPr>
            <w:tcW w:w="0" w:type="auto"/>
          </w:tcPr>
          <w:p w14:paraId="0EFFE7EF" w14:textId="77777777" w:rsidR="007A5E59" w:rsidRDefault="0095198F">
            <w:pPr>
              <w:jc w:val="center"/>
            </w:pPr>
            <w:r>
              <w:t>77</w:t>
            </w:r>
          </w:p>
        </w:tc>
        <w:tc>
          <w:tcPr>
            <w:tcW w:w="0" w:type="auto"/>
          </w:tcPr>
          <w:p w14:paraId="0A717107" w14:textId="77777777" w:rsidR="007A5E59" w:rsidRDefault="0095198F">
            <w:r>
              <w:t>Макаренко-10</w:t>
            </w:r>
          </w:p>
        </w:tc>
        <w:tc>
          <w:tcPr>
            <w:tcW w:w="0" w:type="auto"/>
          </w:tcPr>
          <w:p w14:paraId="3D09CBAC" w14:textId="77777777" w:rsidR="007A5E59" w:rsidRDefault="0095198F">
            <w:pPr>
              <w:jc w:val="center"/>
            </w:pPr>
            <w:r>
              <w:t>100</w:t>
            </w:r>
          </w:p>
        </w:tc>
        <w:tc>
          <w:tcPr>
            <w:tcW w:w="0" w:type="auto"/>
          </w:tcPr>
          <w:p w14:paraId="3BD74CD1" w14:textId="77777777" w:rsidR="007A5E59" w:rsidRDefault="0095198F">
            <w:pPr>
              <w:jc w:val="center"/>
            </w:pPr>
            <w:r>
              <w:t>1975</w:t>
            </w:r>
          </w:p>
        </w:tc>
        <w:tc>
          <w:tcPr>
            <w:tcW w:w="0" w:type="auto"/>
          </w:tcPr>
          <w:p w14:paraId="4DAAC4C4" w14:textId="77777777" w:rsidR="007A5E59" w:rsidRDefault="0095198F">
            <w:pPr>
              <w:jc w:val="center"/>
            </w:pPr>
            <w:r>
              <w:t>42</w:t>
            </w:r>
          </w:p>
        </w:tc>
        <w:tc>
          <w:tcPr>
            <w:tcW w:w="0" w:type="auto"/>
          </w:tcPr>
          <w:p w14:paraId="2B4B810D" w14:textId="77777777" w:rsidR="007A5E59" w:rsidRDefault="0095198F">
            <w:r>
              <w:t>бесканал.</w:t>
            </w:r>
          </w:p>
        </w:tc>
      </w:tr>
      <w:tr w:rsidR="007A5E59" w14:paraId="79CAECD7" w14:textId="77777777">
        <w:trPr>
          <w:jc w:val="center"/>
        </w:trPr>
        <w:tc>
          <w:tcPr>
            <w:tcW w:w="0" w:type="auto"/>
          </w:tcPr>
          <w:p w14:paraId="1933BA52" w14:textId="77777777" w:rsidR="007A5E59" w:rsidRDefault="0095198F">
            <w:pPr>
              <w:jc w:val="center"/>
            </w:pPr>
            <w:r>
              <w:t>78</w:t>
            </w:r>
          </w:p>
        </w:tc>
        <w:tc>
          <w:tcPr>
            <w:tcW w:w="0" w:type="auto"/>
          </w:tcPr>
          <w:p w14:paraId="707F9AF3" w14:textId="77777777" w:rsidR="007A5E59" w:rsidRDefault="0095198F">
            <w:r>
              <w:t>Макаренко-12</w:t>
            </w:r>
          </w:p>
        </w:tc>
        <w:tc>
          <w:tcPr>
            <w:tcW w:w="0" w:type="auto"/>
          </w:tcPr>
          <w:p w14:paraId="6A686133" w14:textId="77777777" w:rsidR="007A5E59" w:rsidRDefault="0095198F">
            <w:pPr>
              <w:jc w:val="center"/>
            </w:pPr>
            <w:r>
              <w:t>100</w:t>
            </w:r>
          </w:p>
        </w:tc>
        <w:tc>
          <w:tcPr>
            <w:tcW w:w="0" w:type="auto"/>
          </w:tcPr>
          <w:p w14:paraId="4165C45C" w14:textId="77777777" w:rsidR="007A5E59" w:rsidRDefault="0095198F">
            <w:pPr>
              <w:jc w:val="center"/>
            </w:pPr>
            <w:r>
              <w:t>1969</w:t>
            </w:r>
          </w:p>
        </w:tc>
        <w:tc>
          <w:tcPr>
            <w:tcW w:w="0" w:type="auto"/>
          </w:tcPr>
          <w:p w14:paraId="782AC74C" w14:textId="77777777" w:rsidR="007A5E59" w:rsidRDefault="0095198F">
            <w:pPr>
              <w:jc w:val="center"/>
            </w:pPr>
            <w:r>
              <w:t>36,70</w:t>
            </w:r>
          </w:p>
        </w:tc>
        <w:tc>
          <w:tcPr>
            <w:tcW w:w="0" w:type="auto"/>
          </w:tcPr>
          <w:p w14:paraId="1C2CB290" w14:textId="77777777" w:rsidR="007A5E59" w:rsidRDefault="0095198F">
            <w:r>
              <w:t>бесканал.</w:t>
            </w:r>
          </w:p>
        </w:tc>
      </w:tr>
      <w:tr w:rsidR="007A5E59" w14:paraId="63C99B6B" w14:textId="77777777">
        <w:trPr>
          <w:jc w:val="center"/>
        </w:trPr>
        <w:tc>
          <w:tcPr>
            <w:tcW w:w="0" w:type="auto"/>
          </w:tcPr>
          <w:p w14:paraId="78ECEC96" w14:textId="77777777" w:rsidR="007A5E59" w:rsidRDefault="0095198F">
            <w:pPr>
              <w:jc w:val="center"/>
            </w:pPr>
            <w:r>
              <w:t>79</w:t>
            </w:r>
          </w:p>
        </w:tc>
        <w:tc>
          <w:tcPr>
            <w:tcW w:w="0" w:type="auto"/>
          </w:tcPr>
          <w:p w14:paraId="343D39B1" w14:textId="77777777" w:rsidR="007A5E59" w:rsidRDefault="0095198F">
            <w:r>
              <w:t>Макаренко-14</w:t>
            </w:r>
          </w:p>
        </w:tc>
        <w:tc>
          <w:tcPr>
            <w:tcW w:w="0" w:type="auto"/>
          </w:tcPr>
          <w:p w14:paraId="2BDB173D" w14:textId="77777777" w:rsidR="007A5E59" w:rsidRDefault="0095198F">
            <w:pPr>
              <w:jc w:val="center"/>
            </w:pPr>
            <w:r>
              <w:t>100</w:t>
            </w:r>
          </w:p>
        </w:tc>
        <w:tc>
          <w:tcPr>
            <w:tcW w:w="0" w:type="auto"/>
          </w:tcPr>
          <w:p w14:paraId="0F175422" w14:textId="77777777" w:rsidR="007A5E59" w:rsidRDefault="0095198F">
            <w:pPr>
              <w:jc w:val="center"/>
            </w:pPr>
            <w:r>
              <w:t>1966</w:t>
            </w:r>
          </w:p>
        </w:tc>
        <w:tc>
          <w:tcPr>
            <w:tcW w:w="0" w:type="auto"/>
          </w:tcPr>
          <w:p w14:paraId="0D034F15" w14:textId="77777777" w:rsidR="007A5E59" w:rsidRDefault="0095198F">
            <w:pPr>
              <w:jc w:val="center"/>
            </w:pPr>
            <w:r>
              <w:t>53</w:t>
            </w:r>
          </w:p>
        </w:tc>
        <w:tc>
          <w:tcPr>
            <w:tcW w:w="0" w:type="auto"/>
          </w:tcPr>
          <w:p w14:paraId="52FD8AFB" w14:textId="77777777" w:rsidR="007A5E59" w:rsidRDefault="0095198F">
            <w:r>
              <w:t>бесканал.</w:t>
            </w:r>
          </w:p>
        </w:tc>
      </w:tr>
      <w:tr w:rsidR="007A5E59" w14:paraId="1AA83271" w14:textId="77777777">
        <w:trPr>
          <w:jc w:val="center"/>
        </w:trPr>
        <w:tc>
          <w:tcPr>
            <w:tcW w:w="0" w:type="auto"/>
          </w:tcPr>
          <w:p w14:paraId="485C48B7" w14:textId="77777777" w:rsidR="007A5E59" w:rsidRDefault="0095198F">
            <w:pPr>
              <w:jc w:val="center"/>
            </w:pPr>
            <w:r>
              <w:t>80</w:t>
            </w:r>
          </w:p>
        </w:tc>
        <w:tc>
          <w:tcPr>
            <w:tcW w:w="0" w:type="auto"/>
          </w:tcPr>
          <w:p w14:paraId="175E5D17" w14:textId="77777777" w:rsidR="007A5E59" w:rsidRDefault="0095198F">
            <w:r>
              <w:t>8 Марта-1</w:t>
            </w:r>
          </w:p>
        </w:tc>
        <w:tc>
          <w:tcPr>
            <w:tcW w:w="0" w:type="auto"/>
          </w:tcPr>
          <w:p w14:paraId="1A25EF35" w14:textId="77777777" w:rsidR="007A5E59" w:rsidRDefault="0095198F">
            <w:pPr>
              <w:jc w:val="center"/>
            </w:pPr>
            <w:r>
              <w:t>100</w:t>
            </w:r>
          </w:p>
        </w:tc>
        <w:tc>
          <w:tcPr>
            <w:tcW w:w="0" w:type="auto"/>
          </w:tcPr>
          <w:p w14:paraId="3C569268" w14:textId="77777777" w:rsidR="007A5E59" w:rsidRDefault="0095198F">
            <w:pPr>
              <w:jc w:val="center"/>
            </w:pPr>
            <w:r>
              <w:t>1973</w:t>
            </w:r>
          </w:p>
        </w:tc>
        <w:tc>
          <w:tcPr>
            <w:tcW w:w="0" w:type="auto"/>
          </w:tcPr>
          <w:p w14:paraId="603B6490" w14:textId="77777777" w:rsidR="007A5E59" w:rsidRDefault="0095198F">
            <w:pPr>
              <w:jc w:val="center"/>
            </w:pPr>
            <w:r>
              <w:t>7</w:t>
            </w:r>
          </w:p>
        </w:tc>
        <w:tc>
          <w:tcPr>
            <w:tcW w:w="0" w:type="auto"/>
          </w:tcPr>
          <w:p w14:paraId="618DDEC6" w14:textId="77777777" w:rsidR="007A5E59" w:rsidRDefault="0095198F">
            <w:r>
              <w:t>бесканал.</w:t>
            </w:r>
          </w:p>
        </w:tc>
      </w:tr>
      <w:tr w:rsidR="007A5E59" w14:paraId="7730ADDE" w14:textId="77777777">
        <w:trPr>
          <w:jc w:val="center"/>
        </w:trPr>
        <w:tc>
          <w:tcPr>
            <w:tcW w:w="0" w:type="auto"/>
          </w:tcPr>
          <w:p w14:paraId="41A3CABA" w14:textId="77777777" w:rsidR="007A5E59" w:rsidRDefault="0095198F">
            <w:pPr>
              <w:jc w:val="center"/>
            </w:pPr>
            <w:r>
              <w:t>81</w:t>
            </w:r>
          </w:p>
        </w:tc>
        <w:tc>
          <w:tcPr>
            <w:tcW w:w="0" w:type="auto"/>
          </w:tcPr>
          <w:p w14:paraId="43A52BD2" w14:textId="77777777" w:rsidR="007A5E59" w:rsidRDefault="0095198F">
            <w:r>
              <w:t>8 Марта-2</w:t>
            </w:r>
          </w:p>
        </w:tc>
        <w:tc>
          <w:tcPr>
            <w:tcW w:w="0" w:type="auto"/>
          </w:tcPr>
          <w:p w14:paraId="328EE07F" w14:textId="77777777" w:rsidR="007A5E59" w:rsidRDefault="0095198F">
            <w:pPr>
              <w:jc w:val="center"/>
            </w:pPr>
            <w:r>
              <w:t>100</w:t>
            </w:r>
          </w:p>
        </w:tc>
        <w:tc>
          <w:tcPr>
            <w:tcW w:w="0" w:type="auto"/>
          </w:tcPr>
          <w:p w14:paraId="2E472D5F" w14:textId="77777777" w:rsidR="007A5E59" w:rsidRDefault="0095198F">
            <w:pPr>
              <w:jc w:val="center"/>
            </w:pPr>
            <w:r>
              <w:t>1974</w:t>
            </w:r>
          </w:p>
        </w:tc>
        <w:tc>
          <w:tcPr>
            <w:tcW w:w="0" w:type="auto"/>
          </w:tcPr>
          <w:p w14:paraId="7BA4690E" w14:textId="77777777" w:rsidR="007A5E59" w:rsidRDefault="0095198F">
            <w:pPr>
              <w:jc w:val="center"/>
            </w:pPr>
            <w:r>
              <w:t>9,20</w:t>
            </w:r>
          </w:p>
        </w:tc>
        <w:tc>
          <w:tcPr>
            <w:tcW w:w="0" w:type="auto"/>
          </w:tcPr>
          <w:p w14:paraId="6D5F2C3A" w14:textId="77777777" w:rsidR="007A5E59" w:rsidRDefault="0095198F">
            <w:r>
              <w:t>бесканал.</w:t>
            </w:r>
          </w:p>
        </w:tc>
      </w:tr>
      <w:tr w:rsidR="007A5E59" w14:paraId="21F80900" w14:textId="77777777">
        <w:trPr>
          <w:jc w:val="center"/>
        </w:trPr>
        <w:tc>
          <w:tcPr>
            <w:tcW w:w="0" w:type="auto"/>
          </w:tcPr>
          <w:p w14:paraId="218B2725" w14:textId="77777777" w:rsidR="007A5E59" w:rsidRDefault="0095198F">
            <w:pPr>
              <w:jc w:val="center"/>
            </w:pPr>
            <w:r>
              <w:t>82</w:t>
            </w:r>
          </w:p>
        </w:tc>
        <w:tc>
          <w:tcPr>
            <w:tcW w:w="0" w:type="auto"/>
          </w:tcPr>
          <w:p w14:paraId="726975E7" w14:textId="77777777" w:rsidR="007A5E59" w:rsidRDefault="0095198F">
            <w:r>
              <w:t>8 Марта-3</w:t>
            </w:r>
          </w:p>
        </w:tc>
        <w:tc>
          <w:tcPr>
            <w:tcW w:w="0" w:type="auto"/>
          </w:tcPr>
          <w:p w14:paraId="52DD195A" w14:textId="77777777" w:rsidR="007A5E59" w:rsidRDefault="0095198F">
            <w:pPr>
              <w:jc w:val="center"/>
            </w:pPr>
            <w:r>
              <w:t>100</w:t>
            </w:r>
          </w:p>
        </w:tc>
        <w:tc>
          <w:tcPr>
            <w:tcW w:w="0" w:type="auto"/>
          </w:tcPr>
          <w:p w14:paraId="0722640C" w14:textId="77777777" w:rsidR="007A5E59" w:rsidRDefault="0095198F">
            <w:pPr>
              <w:jc w:val="center"/>
            </w:pPr>
            <w:r>
              <w:t>1975</w:t>
            </w:r>
          </w:p>
        </w:tc>
        <w:tc>
          <w:tcPr>
            <w:tcW w:w="0" w:type="auto"/>
          </w:tcPr>
          <w:p w14:paraId="4D64C560" w14:textId="77777777" w:rsidR="007A5E59" w:rsidRDefault="0095198F">
            <w:pPr>
              <w:jc w:val="center"/>
            </w:pPr>
            <w:r>
              <w:t>14,60</w:t>
            </w:r>
          </w:p>
        </w:tc>
        <w:tc>
          <w:tcPr>
            <w:tcW w:w="0" w:type="auto"/>
          </w:tcPr>
          <w:p w14:paraId="2DF4C360" w14:textId="77777777" w:rsidR="007A5E59" w:rsidRDefault="0095198F">
            <w:r>
              <w:t>бесканал.</w:t>
            </w:r>
          </w:p>
        </w:tc>
      </w:tr>
      <w:tr w:rsidR="007A5E59" w14:paraId="6E208C48" w14:textId="77777777">
        <w:trPr>
          <w:jc w:val="center"/>
        </w:trPr>
        <w:tc>
          <w:tcPr>
            <w:tcW w:w="0" w:type="auto"/>
          </w:tcPr>
          <w:p w14:paraId="437E17A5" w14:textId="77777777" w:rsidR="007A5E59" w:rsidRDefault="0095198F">
            <w:pPr>
              <w:jc w:val="center"/>
            </w:pPr>
            <w:r>
              <w:t>83</w:t>
            </w:r>
          </w:p>
        </w:tc>
        <w:tc>
          <w:tcPr>
            <w:tcW w:w="0" w:type="auto"/>
          </w:tcPr>
          <w:p w14:paraId="575DFC31" w14:textId="77777777" w:rsidR="007A5E59" w:rsidRDefault="0095198F">
            <w:r>
              <w:t>8 Марта-4</w:t>
            </w:r>
          </w:p>
        </w:tc>
        <w:tc>
          <w:tcPr>
            <w:tcW w:w="0" w:type="auto"/>
          </w:tcPr>
          <w:p w14:paraId="4BA0C92E" w14:textId="77777777" w:rsidR="007A5E59" w:rsidRDefault="0095198F">
            <w:pPr>
              <w:jc w:val="center"/>
            </w:pPr>
            <w:r>
              <w:t>100</w:t>
            </w:r>
          </w:p>
        </w:tc>
        <w:tc>
          <w:tcPr>
            <w:tcW w:w="0" w:type="auto"/>
          </w:tcPr>
          <w:p w14:paraId="7252BA55" w14:textId="77777777" w:rsidR="007A5E59" w:rsidRDefault="0095198F">
            <w:pPr>
              <w:jc w:val="center"/>
            </w:pPr>
            <w:r>
              <w:t>1969</w:t>
            </w:r>
          </w:p>
        </w:tc>
        <w:tc>
          <w:tcPr>
            <w:tcW w:w="0" w:type="auto"/>
          </w:tcPr>
          <w:p w14:paraId="6AC339CD" w14:textId="77777777" w:rsidR="007A5E59" w:rsidRDefault="0095198F">
            <w:pPr>
              <w:jc w:val="center"/>
            </w:pPr>
            <w:r>
              <w:t>9</w:t>
            </w:r>
          </w:p>
        </w:tc>
        <w:tc>
          <w:tcPr>
            <w:tcW w:w="0" w:type="auto"/>
          </w:tcPr>
          <w:p w14:paraId="5E8D4F1A" w14:textId="77777777" w:rsidR="007A5E59" w:rsidRDefault="0095198F">
            <w:r>
              <w:t>бесканал.</w:t>
            </w:r>
          </w:p>
        </w:tc>
      </w:tr>
      <w:tr w:rsidR="007A5E59" w14:paraId="3A374D15" w14:textId="77777777">
        <w:trPr>
          <w:jc w:val="center"/>
        </w:trPr>
        <w:tc>
          <w:tcPr>
            <w:tcW w:w="0" w:type="auto"/>
          </w:tcPr>
          <w:p w14:paraId="71B29F50" w14:textId="77777777" w:rsidR="007A5E59" w:rsidRDefault="0095198F">
            <w:pPr>
              <w:jc w:val="center"/>
            </w:pPr>
            <w:r>
              <w:t>84</w:t>
            </w:r>
          </w:p>
        </w:tc>
        <w:tc>
          <w:tcPr>
            <w:tcW w:w="0" w:type="auto"/>
          </w:tcPr>
          <w:p w14:paraId="6C96B553" w14:textId="77777777" w:rsidR="007A5E59" w:rsidRDefault="007A5E59"/>
        </w:tc>
        <w:tc>
          <w:tcPr>
            <w:tcW w:w="0" w:type="auto"/>
          </w:tcPr>
          <w:p w14:paraId="6CB71554" w14:textId="77777777" w:rsidR="007A5E59" w:rsidRDefault="0095198F">
            <w:pPr>
              <w:jc w:val="center"/>
            </w:pPr>
            <w:r>
              <w:t>80</w:t>
            </w:r>
          </w:p>
        </w:tc>
        <w:tc>
          <w:tcPr>
            <w:tcW w:w="0" w:type="auto"/>
          </w:tcPr>
          <w:p w14:paraId="46BA322C" w14:textId="77777777" w:rsidR="007A5E59" w:rsidRDefault="0095198F">
            <w:pPr>
              <w:jc w:val="center"/>
            </w:pPr>
            <w:r>
              <w:t>1966</w:t>
            </w:r>
          </w:p>
        </w:tc>
        <w:tc>
          <w:tcPr>
            <w:tcW w:w="0" w:type="auto"/>
          </w:tcPr>
          <w:p w14:paraId="7023A928" w14:textId="77777777" w:rsidR="007A5E59" w:rsidRDefault="0095198F">
            <w:pPr>
              <w:jc w:val="center"/>
            </w:pPr>
            <w:r>
              <w:t>7</w:t>
            </w:r>
          </w:p>
        </w:tc>
        <w:tc>
          <w:tcPr>
            <w:tcW w:w="0" w:type="auto"/>
          </w:tcPr>
          <w:p w14:paraId="231D684E" w14:textId="77777777" w:rsidR="007A5E59" w:rsidRDefault="0095198F">
            <w:r>
              <w:t>бесканал.</w:t>
            </w:r>
          </w:p>
        </w:tc>
      </w:tr>
      <w:tr w:rsidR="007A5E59" w14:paraId="14CCB6B3" w14:textId="77777777">
        <w:trPr>
          <w:jc w:val="center"/>
        </w:trPr>
        <w:tc>
          <w:tcPr>
            <w:tcW w:w="0" w:type="auto"/>
          </w:tcPr>
          <w:p w14:paraId="7694E2D0" w14:textId="77777777" w:rsidR="007A5E59" w:rsidRDefault="0095198F">
            <w:pPr>
              <w:jc w:val="center"/>
            </w:pPr>
            <w:r>
              <w:t>85</w:t>
            </w:r>
          </w:p>
        </w:tc>
        <w:tc>
          <w:tcPr>
            <w:tcW w:w="0" w:type="auto"/>
          </w:tcPr>
          <w:p w14:paraId="48CE2AA4" w14:textId="77777777" w:rsidR="007A5E59" w:rsidRDefault="0095198F">
            <w:r>
              <w:t>Ульянова-39</w:t>
            </w:r>
          </w:p>
        </w:tc>
        <w:tc>
          <w:tcPr>
            <w:tcW w:w="0" w:type="auto"/>
          </w:tcPr>
          <w:p w14:paraId="2846B0C5" w14:textId="77777777" w:rsidR="007A5E59" w:rsidRDefault="0095198F">
            <w:pPr>
              <w:jc w:val="center"/>
            </w:pPr>
            <w:r>
              <w:t>80</w:t>
            </w:r>
          </w:p>
        </w:tc>
        <w:tc>
          <w:tcPr>
            <w:tcW w:w="0" w:type="auto"/>
          </w:tcPr>
          <w:p w14:paraId="3AF82B37" w14:textId="77777777" w:rsidR="007A5E59" w:rsidRDefault="0095198F">
            <w:pPr>
              <w:jc w:val="center"/>
            </w:pPr>
            <w:r>
              <w:t>2011</w:t>
            </w:r>
          </w:p>
        </w:tc>
        <w:tc>
          <w:tcPr>
            <w:tcW w:w="0" w:type="auto"/>
          </w:tcPr>
          <w:p w14:paraId="5D9EB8EA" w14:textId="77777777" w:rsidR="007A5E59" w:rsidRDefault="0095198F">
            <w:pPr>
              <w:jc w:val="center"/>
            </w:pPr>
            <w:r>
              <w:t>12</w:t>
            </w:r>
          </w:p>
        </w:tc>
        <w:tc>
          <w:tcPr>
            <w:tcW w:w="0" w:type="auto"/>
          </w:tcPr>
          <w:p w14:paraId="2D28E457" w14:textId="77777777" w:rsidR="007A5E59" w:rsidRDefault="0095198F">
            <w:r>
              <w:t>бесканал.</w:t>
            </w:r>
          </w:p>
        </w:tc>
      </w:tr>
      <w:tr w:rsidR="007A5E59" w14:paraId="47BAA687" w14:textId="77777777">
        <w:trPr>
          <w:jc w:val="center"/>
        </w:trPr>
        <w:tc>
          <w:tcPr>
            <w:tcW w:w="0" w:type="auto"/>
          </w:tcPr>
          <w:p w14:paraId="0C89A362" w14:textId="77777777" w:rsidR="007A5E59" w:rsidRDefault="0095198F">
            <w:pPr>
              <w:jc w:val="center"/>
            </w:pPr>
            <w:r>
              <w:t>86</w:t>
            </w:r>
          </w:p>
        </w:tc>
        <w:tc>
          <w:tcPr>
            <w:tcW w:w="0" w:type="auto"/>
          </w:tcPr>
          <w:p w14:paraId="174D9C7A" w14:textId="77777777" w:rsidR="007A5E59" w:rsidRDefault="0095198F">
            <w:r>
              <w:t>Ульянова-41</w:t>
            </w:r>
          </w:p>
        </w:tc>
        <w:tc>
          <w:tcPr>
            <w:tcW w:w="0" w:type="auto"/>
          </w:tcPr>
          <w:p w14:paraId="1778BECD" w14:textId="77777777" w:rsidR="007A5E59" w:rsidRDefault="0095198F">
            <w:pPr>
              <w:jc w:val="center"/>
            </w:pPr>
            <w:r>
              <w:t>80</w:t>
            </w:r>
          </w:p>
        </w:tc>
        <w:tc>
          <w:tcPr>
            <w:tcW w:w="0" w:type="auto"/>
          </w:tcPr>
          <w:p w14:paraId="0E3C8715" w14:textId="77777777" w:rsidR="007A5E59" w:rsidRDefault="0095198F">
            <w:pPr>
              <w:jc w:val="center"/>
            </w:pPr>
            <w:r>
              <w:t>2011</w:t>
            </w:r>
          </w:p>
        </w:tc>
        <w:tc>
          <w:tcPr>
            <w:tcW w:w="0" w:type="auto"/>
          </w:tcPr>
          <w:p w14:paraId="4316E47B" w14:textId="77777777" w:rsidR="007A5E59" w:rsidRDefault="0095198F">
            <w:pPr>
              <w:jc w:val="center"/>
            </w:pPr>
            <w:r>
              <w:t>16</w:t>
            </w:r>
          </w:p>
        </w:tc>
        <w:tc>
          <w:tcPr>
            <w:tcW w:w="0" w:type="auto"/>
          </w:tcPr>
          <w:p w14:paraId="604810D5" w14:textId="77777777" w:rsidR="007A5E59" w:rsidRDefault="0095198F">
            <w:r>
              <w:t>бесканал.</w:t>
            </w:r>
          </w:p>
        </w:tc>
      </w:tr>
      <w:tr w:rsidR="007A5E59" w14:paraId="1F6FBC3D" w14:textId="77777777">
        <w:trPr>
          <w:jc w:val="center"/>
        </w:trPr>
        <w:tc>
          <w:tcPr>
            <w:tcW w:w="0" w:type="auto"/>
          </w:tcPr>
          <w:p w14:paraId="5E935924" w14:textId="77777777" w:rsidR="007A5E59" w:rsidRDefault="0095198F">
            <w:pPr>
              <w:jc w:val="center"/>
            </w:pPr>
            <w:r>
              <w:t>87</w:t>
            </w:r>
          </w:p>
        </w:tc>
        <w:tc>
          <w:tcPr>
            <w:tcW w:w="0" w:type="auto"/>
          </w:tcPr>
          <w:p w14:paraId="55CF9A96" w14:textId="77777777" w:rsidR="007A5E59" w:rsidRDefault="0095198F">
            <w:r>
              <w:t>Ульянова-43</w:t>
            </w:r>
          </w:p>
        </w:tc>
        <w:tc>
          <w:tcPr>
            <w:tcW w:w="0" w:type="auto"/>
          </w:tcPr>
          <w:p w14:paraId="186A4489" w14:textId="77777777" w:rsidR="007A5E59" w:rsidRDefault="0095198F">
            <w:pPr>
              <w:jc w:val="center"/>
            </w:pPr>
            <w:r>
              <w:t>80</w:t>
            </w:r>
          </w:p>
        </w:tc>
        <w:tc>
          <w:tcPr>
            <w:tcW w:w="0" w:type="auto"/>
          </w:tcPr>
          <w:p w14:paraId="3FD3FFA8" w14:textId="77777777" w:rsidR="007A5E59" w:rsidRDefault="0095198F">
            <w:pPr>
              <w:jc w:val="center"/>
            </w:pPr>
            <w:r>
              <w:t>2011</w:t>
            </w:r>
          </w:p>
        </w:tc>
        <w:tc>
          <w:tcPr>
            <w:tcW w:w="0" w:type="auto"/>
          </w:tcPr>
          <w:p w14:paraId="4303993D" w14:textId="77777777" w:rsidR="007A5E59" w:rsidRDefault="0095198F">
            <w:pPr>
              <w:jc w:val="center"/>
            </w:pPr>
            <w:r>
              <w:t>21</w:t>
            </w:r>
          </w:p>
        </w:tc>
        <w:tc>
          <w:tcPr>
            <w:tcW w:w="0" w:type="auto"/>
          </w:tcPr>
          <w:p w14:paraId="7C1A7E64" w14:textId="77777777" w:rsidR="007A5E59" w:rsidRDefault="0095198F">
            <w:r>
              <w:t>бесканал.</w:t>
            </w:r>
          </w:p>
        </w:tc>
      </w:tr>
      <w:tr w:rsidR="007A5E59" w14:paraId="5115FD0C" w14:textId="77777777">
        <w:trPr>
          <w:jc w:val="center"/>
        </w:trPr>
        <w:tc>
          <w:tcPr>
            <w:tcW w:w="0" w:type="auto"/>
          </w:tcPr>
          <w:p w14:paraId="1C953805" w14:textId="77777777" w:rsidR="007A5E59" w:rsidRDefault="0095198F">
            <w:pPr>
              <w:jc w:val="center"/>
            </w:pPr>
            <w:r>
              <w:t>88</w:t>
            </w:r>
          </w:p>
        </w:tc>
        <w:tc>
          <w:tcPr>
            <w:tcW w:w="0" w:type="auto"/>
          </w:tcPr>
          <w:p w14:paraId="2392D2B6" w14:textId="77777777" w:rsidR="007A5E59" w:rsidRDefault="0095198F">
            <w:r>
              <w:t>Нестерова-26</w:t>
            </w:r>
          </w:p>
        </w:tc>
        <w:tc>
          <w:tcPr>
            <w:tcW w:w="0" w:type="auto"/>
          </w:tcPr>
          <w:p w14:paraId="52AA611D" w14:textId="77777777" w:rsidR="007A5E59" w:rsidRDefault="0095198F">
            <w:pPr>
              <w:jc w:val="center"/>
            </w:pPr>
            <w:r>
              <w:t>80</w:t>
            </w:r>
          </w:p>
        </w:tc>
        <w:tc>
          <w:tcPr>
            <w:tcW w:w="0" w:type="auto"/>
          </w:tcPr>
          <w:p w14:paraId="6D5C7CEF" w14:textId="77777777" w:rsidR="007A5E59" w:rsidRDefault="0095198F">
            <w:pPr>
              <w:jc w:val="center"/>
            </w:pPr>
            <w:r>
              <w:t>2011</w:t>
            </w:r>
          </w:p>
        </w:tc>
        <w:tc>
          <w:tcPr>
            <w:tcW w:w="0" w:type="auto"/>
          </w:tcPr>
          <w:p w14:paraId="1031D024" w14:textId="77777777" w:rsidR="007A5E59" w:rsidRDefault="0095198F">
            <w:pPr>
              <w:jc w:val="center"/>
            </w:pPr>
            <w:r>
              <w:t>11,50</w:t>
            </w:r>
          </w:p>
        </w:tc>
        <w:tc>
          <w:tcPr>
            <w:tcW w:w="0" w:type="auto"/>
          </w:tcPr>
          <w:p w14:paraId="620ABD88" w14:textId="77777777" w:rsidR="007A5E59" w:rsidRDefault="0095198F">
            <w:r>
              <w:t>бесканал.</w:t>
            </w:r>
          </w:p>
        </w:tc>
      </w:tr>
      <w:tr w:rsidR="007A5E59" w14:paraId="05EFED20" w14:textId="77777777">
        <w:trPr>
          <w:jc w:val="center"/>
        </w:trPr>
        <w:tc>
          <w:tcPr>
            <w:tcW w:w="0" w:type="auto"/>
          </w:tcPr>
          <w:p w14:paraId="53998BC0" w14:textId="77777777" w:rsidR="007A5E59" w:rsidRDefault="0095198F">
            <w:pPr>
              <w:jc w:val="center"/>
            </w:pPr>
            <w:r>
              <w:t>89</w:t>
            </w:r>
          </w:p>
        </w:tc>
        <w:tc>
          <w:tcPr>
            <w:tcW w:w="0" w:type="auto"/>
          </w:tcPr>
          <w:p w14:paraId="44932F26" w14:textId="77777777" w:rsidR="007A5E59" w:rsidRDefault="0095198F">
            <w:r>
              <w:t>Нестерова-28</w:t>
            </w:r>
          </w:p>
        </w:tc>
        <w:tc>
          <w:tcPr>
            <w:tcW w:w="0" w:type="auto"/>
          </w:tcPr>
          <w:p w14:paraId="5D849BF2" w14:textId="77777777" w:rsidR="007A5E59" w:rsidRDefault="0095198F">
            <w:pPr>
              <w:jc w:val="center"/>
            </w:pPr>
            <w:r>
              <w:t>80</w:t>
            </w:r>
          </w:p>
        </w:tc>
        <w:tc>
          <w:tcPr>
            <w:tcW w:w="0" w:type="auto"/>
          </w:tcPr>
          <w:p w14:paraId="435F7645" w14:textId="77777777" w:rsidR="007A5E59" w:rsidRDefault="0095198F">
            <w:pPr>
              <w:jc w:val="center"/>
            </w:pPr>
            <w:r>
              <w:t>2011</w:t>
            </w:r>
          </w:p>
        </w:tc>
        <w:tc>
          <w:tcPr>
            <w:tcW w:w="0" w:type="auto"/>
          </w:tcPr>
          <w:p w14:paraId="4049095C" w14:textId="77777777" w:rsidR="007A5E59" w:rsidRDefault="0095198F">
            <w:pPr>
              <w:jc w:val="center"/>
            </w:pPr>
            <w:r>
              <w:t>9,50</w:t>
            </w:r>
          </w:p>
        </w:tc>
        <w:tc>
          <w:tcPr>
            <w:tcW w:w="0" w:type="auto"/>
          </w:tcPr>
          <w:p w14:paraId="4CF8F586" w14:textId="77777777" w:rsidR="007A5E59" w:rsidRDefault="0095198F">
            <w:r>
              <w:t>бесканал.</w:t>
            </w:r>
          </w:p>
        </w:tc>
      </w:tr>
      <w:tr w:rsidR="007A5E59" w14:paraId="0F1340C8" w14:textId="77777777">
        <w:trPr>
          <w:jc w:val="center"/>
        </w:trPr>
        <w:tc>
          <w:tcPr>
            <w:tcW w:w="0" w:type="auto"/>
          </w:tcPr>
          <w:p w14:paraId="60689720" w14:textId="77777777" w:rsidR="007A5E59" w:rsidRDefault="0095198F">
            <w:pPr>
              <w:jc w:val="center"/>
            </w:pPr>
            <w:r>
              <w:t>90</w:t>
            </w:r>
          </w:p>
        </w:tc>
        <w:tc>
          <w:tcPr>
            <w:tcW w:w="0" w:type="auto"/>
          </w:tcPr>
          <w:p w14:paraId="277A90CD" w14:textId="77777777" w:rsidR="007A5E59" w:rsidRDefault="0095198F">
            <w:r>
              <w:t>Увальная -2</w:t>
            </w:r>
          </w:p>
        </w:tc>
        <w:tc>
          <w:tcPr>
            <w:tcW w:w="0" w:type="auto"/>
          </w:tcPr>
          <w:p w14:paraId="2411CAB6" w14:textId="77777777" w:rsidR="007A5E59" w:rsidRDefault="0095198F">
            <w:pPr>
              <w:jc w:val="center"/>
            </w:pPr>
            <w:r>
              <w:t>80</w:t>
            </w:r>
          </w:p>
        </w:tc>
        <w:tc>
          <w:tcPr>
            <w:tcW w:w="0" w:type="auto"/>
          </w:tcPr>
          <w:p w14:paraId="599A7179" w14:textId="77777777" w:rsidR="007A5E59" w:rsidRDefault="0095198F">
            <w:pPr>
              <w:jc w:val="center"/>
            </w:pPr>
            <w:r>
              <w:t>2011</w:t>
            </w:r>
          </w:p>
        </w:tc>
        <w:tc>
          <w:tcPr>
            <w:tcW w:w="0" w:type="auto"/>
          </w:tcPr>
          <w:p w14:paraId="15000221" w14:textId="77777777" w:rsidR="007A5E59" w:rsidRDefault="0095198F">
            <w:pPr>
              <w:jc w:val="center"/>
            </w:pPr>
            <w:r>
              <w:t>15</w:t>
            </w:r>
          </w:p>
        </w:tc>
        <w:tc>
          <w:tcPr>
            <w:tcW w:w="0" w:type="auto"/>
          </w:tcPr>
          <w:p w14:paraId="3C5E774B" w14:textId="77777777" w:rsidR="007A5E59" w:rsidRDefault="0095198F">
            <w:r>
              <w:t>бесканал.</w:t>
            </w:r>
          </w:p>
        </w:tc>
      </w:tr>
      <w:tr w:rsidR="007A5E59" w14:paraId="4C842CA4" w14:textId="77777777">
        <w:trPr>
          <w:jc w:val="center"/>
        </w:trPr>
        <w:tc>
          <w:tcPr>
            <w:tcW w:w="0" w:type="auto"/>
          </w:tcPr>
          <w:p w14:paraId="70A8E589" w14:textId="77777777" w:rsidR="007A5E59" w:rsidRDefault="0095198F">
            <w:pPr>
              <w:jc w:val="center"/>
            </w:pPr>
            <w:r>
              <w:t>91</w:t>
            </w:r>
          </w:p>
        </w:tc>
        <w:tc>
          <w:tcPr>
            <w:tcW w:w="0" w:type="auto"/>
          </w:tcPr>
          <w:p w14:paraId="1A7AB168" w14:textId="77777777" w:rsidR="007A5E59" w:rsidRDefault="0095198F">
            <w:r>
              <w:t>Увальная -4</w:t>
            </w:r>
          </w:p>
        </w:tc>
        <w:tc>
          <w:tcPr>
            <w:tcW w:w="0" w:type="auto"/>
          </w:tcPr>
          <w:p w14:paraId="6FF4A757" w14:textId="77777777" w:rsidR="007A5E59" w:rsidRDefault="0095198F">
            <w:pPr>
              <w:jc w:val="center"/>
            </w:pPr>
            <w:r>
              <w:t>80</w:t>
            </w:r>
          </w:p>
        </w:tc>
        <w:tc>
          <w:tcPr>
            <w:tcW w:w="0" w:type="auto"/>
          </w:tcPr>
          <w:p w14:paraId="17C4962A" w14:textId="77777777" w:rsidR="007A5E59" w:rsidRDefault="0095198F">
            <w:pPr>
              <w:jc w:val="center"/>
            </w:pPr>
            <w:r>
              <w:t>2011</w:t>
            </w:r>
          </w:p>
        </w:tc>
        <w:tc>
          <w:tcPr>
            <w:tcW w:w="0" w:type="auto"/>
          </w:tcPr>
          <w:p w14:paraId="6BC18FEA" w14:textId="77777777" w:rsidR="007A5E59" w:rsidRDefault="0095198F">
            <w:pPr>
              <w:jc w:val="center"/>
            </w:pPr>
            <w:r>
              <w:t>20,20</w:t>
            </w:r>
          </w:p>
        </w:tc>
        <w:tc>
          <w:tcPr>
            <w:tcW w:w="0" w:type="auto"/>
          </w:tcPr>
          <w:p w14:paraId="7BBAE8DC" w14:textId="77777777" w:rsidR="007A5E59" w:rsidRDefault="0095198F">
            <w:r>
              <w:t>бесканал.</w:t>
            </w:r>
          </w:p>
        </w:tc>
      </w:tr>
      <w:tr w:rsidR="007A5E59" w14:paraId="5FBC702D" w14:textId="77777777">
        <w:trPr>
          <w:jc w:val="center"/>
        </w:trPr>
        <w:tc>
          <w:tcPr>
            <w:tcW w:w="0" w:type="auto"/>
          </w:tcPr>
          <w:p w14:paraId="05B17F00" w14:textId="77777777" w:rsidR="007A5E59" w:rsidRDefault="0095198F">
            <w:pPr>
              <w:jc w:val="center"/>
            </w:pPr>
            <w:r>
              <w:t>92</w:t>
            </w:r>
          </w:p>
        </w:tc>
        <w:tc>
          <w:tcPr>
            <w:tcW w:w="0" w:type="auto"/>
          </w:tcPr>
          <w:p w14:paraId="0561DA4D" w14:textId="77777777" w:rsidR="007A5E59" w:rsidRDefault="0095198F">
            <w:r>
              <w:t>Увальная -6</w:t>
            </w:r>
          </w:p>
        </w:tc>
        <w:tc>
          <w:tcPr>
            <w:tcW w:w="0" w:type="auto"/>
          </w:tcPr>
          <w:p w14:paraId="16007166" w14:textId="77777777" w:rsidR="007A5E59" w:rsidRDefault="0095198F">
            <w:pPr>
              <w:jc w:val="center"/>
            </w:pPr>
            <w:r>
              <w:t>80</w:t>
            </w:r>
          </w:p>
        </w:tc>
        <w:tc>
          <w:tcPr>
            <w:tcW w:w="0" w:type="auto"/>
          </w:tcPr>
          <w:p w14:paraId="2A0B1D17" w14:textId="77777777" w:rsidR="007A5E59" w:rsidRDefault="0095198F">
            <w:pPr>
              <w:jc w:val="center"/>
            </w:pPr>
            <w:r>
              <w:t>2011</w:t>
            </w:r>
          </w:p>
        </w:tc>
        <w:tc>
          <w:tcPr>
            <w:tcW w:w="0" w:type="auto"/>
          </w:tcPr>
          <w:p w14:paraId="0767B654" w14:textId="77777777" w:rsidR="007A5E59" w:rsidRDefault="0095198F">
            <w:pPr>
              <w:jc w:val="center"/>
            </w:pPr>
            <w:r>
              <w:t>21</w:t>
            </w:r>
          </w:p>
        </w:tc>
        <w:tc>
          <w:tcPr>
            <w:tcW w:w="0" w:type="auto"/>
          </w:tcPr>
          <w:p w14:paraId="30CA661F" w14:textId="77777777" w:rsidR="007A5E59" w:rsidRDefault="0095198F">
            <w:r>
              <w:t>бесканал.</w:t>
            </w:r>
          </w:p>
        </w:tc>
      </w:tr>
      <w:tr w:rsidR="007A5E59" w14:paraId="6D500A38" w14:textId="77777777">
        <w:trPr>
          <w:jc w:val="center"/>
        </w:trPr>
        <w:tc>
          <w:tcPr>
            <w:tcW w:w="0" w:type="auto"/>
          </w:tcPr>
          <w:p w14:paraId="5B286209" w14:textId="77777777" w:rsidR="007A5E59" w:rsidRDefault="0095198F">
            <w:pPr>
              <w:jc w:val="center"/>
            </w:pPr>
            <w:r>
              <w:t>93</w:t>
            </w:r>
          </w:p>
        </w:tc>
        <w:tc>
          <w:tcPr>
            <w:tcW w:w="0" w:type="auto"/>
          </w:tcPr>
          <w:p w14:paraId="3745DE7E" w14:textId="77777777" w:rsidR="007A5E59" w:rsidRDefault="0095198F">
            <w:r>
              <w:t>Увальная -8</w:t>
            </w:r>
          </w:p>
        </w:tc>
        <w:tc>
          <w:tcPr>
            <w:tcW w:w="0" w:type="auto"/>
          </w:tcPr>
          <w:p w14:paraId="0E755ED8" w14:textId="77777777" w:rsidR="007A5E59" w:rsidRDefault="0095198F">
            <w:pPr>
              <w:jc w:val="center"/>
            </w:pPr>
            <w:r>
              <w:t>80</w:t>
            </w:r>
          </w:p>
        </w:tc>
        <w:tc>
          <w:tcPr>
            <w:tcW w:w="0" w:type="auto"/>
          </w:tcPr>
          <w:p w14:paraId="47C43A7E" w14:textId="77777777" w:rsidR="007A5E59" w:rsidRDefault="0095198F">
            <w:pPr>
              <w:jc w:val="center"/>
            </w:pPr>
            <w:r>
              <w:t>2011</w:t>
            </w:r>
          </w:p>
        </w:tc>
        <w:tc>
          <w:tcPr>
            <w:tcW w:w="0" w:type="auto"/>
          </w:tcPr>
          <w:p w14:paraId="4E04CC30" w14:textId="77777777" w:rsidR="007A5E59" w:rsidRDefault="0095198F">
            <w:pPr>
              <w:jc w:val="center"/>
            </w:pPr>
            <w:r>
              <w:t>17</w:t>
            </w:r>
          </w:p>
        </w:tc>
        <w:tc>
          <w:tcPr>
            <w:tcW w:w="0" w:type="auto"/>
          </w:tcPr>
          <w:p w14:paraId="291A342A" w14:textId="77777777" w:rsidR="007A5E59" w:rsidRDefault="0095198F">
            <w:r>
              <w:t>бесканал.</w:t>
            </w:r>
          </w:p>
        </w:tc>
      </w:tr>
      <w:tr w:rsidR="007A5E59" w14:paraId="4026C7F4" w14:textId="77777777">
        <w:trPr>
          <w:jc w:val="center"/>
        </w:trPr>
        <w:tc>
          <w:tcPr>
            <w:tcW w:w="0" w:type="auto"/>
          </w:tcPr>
          <w:p w14:paraId="32A4F3D1" w14:textId="77777777" w:rsidR="007A5E59" w:rsidRDefault="0095198F">
            <w:pPr>
              <w:jc w:val="center"/>
            </w:pPr>
            <w:r>
              <w:t>94</w:t>
            </w:r>
          </w:p>
        </w:tc>
        <w:tc>
          <w:tcPr>
            <w:tcW w:w="0" w:type="auto"/>
          </w:tcPr>
          <w:p w14:paraId="7D2A5AEF" w14:textId="77777777" w:rsidR="007A5E59" w:rsidRDefault="0095198F">
            <w:r>
              <w:t>Увальная -10</w:t>
            </w:r>
          </w:p>
        </w:tc>
        <w:tc>
          <w:tcPr>
            <w:tcW w:w="0" w:type="auto"/>
          </w:tcPr>
          <w:p w14:paraId="5CEF8400" w14:textId="77777777" w:rsidR="007A5E59" w:rsidRDefault="0095198F">
            <w:pPr>
              <w:jc w:val="center"/>
            </w:pPr>
            <w:r>
              <w:t>80</w:t>
            </w:r>
          </w:p>
        </w:tc>
        <w:tc>
          <w:tcPr>
            <w:tcW w:w="0" w:type="auto"/>
          </w:tcPr>
          <w:p w14:paraId="6BA7D388" w14:textId="77777777" w:rsidR="007A5E59" w:rsidRDefault="0095198F">
            <w:pPr>
              <w:jc w:val="center"/>
            </w:pPr>
            <w:r>
              <w:t>1970</w:t>
            </w:r>
          </w:p>
        </w:tc>
        <w:tc>
          <w:tcPr>
            <w:tcW w:w="0" w:type="auto"/>
          </w:tcPr>
          <w:p w14:paraId="206AF8F3" w14:textId="77777777" w:rsidR="007A5E59" w:rsidRDefault="0095198F">
            <w:pPr>
              <w:jc w:val="center"/>
            </w:pPr>
            <w:r>
              <w:t>18,50</w:t>
            </w:r>
          </w:p>
        </w:tc>
        <w:tc>
          <w:tcPr>
            <w:tcW w:w="0" w:type="auto"/>
          </w:tcPr>
          <w:p w14:paraId="42DD5586" w14:textId="77777777" w:rsidR="007A5E59" w:rsidRDefault="0095198F">
            <w:r>
              <w:t>бесканал.</w:t>
            </w:r>
          </w:p>
        </w:tc>
      </w:tr>
      <w:tr w:rsidR="007A5E59" w14:paraId="097A0517" w14:textId="77777777">
        <w:trPr>
          <w:jc w:val="center"/>
        </w:trPr>
        <w:tc>
          <w:tcPr>
            <w:tcW w:w="0" w:type="auto"/>
          </w:tcPr>
          <w:p w14:paraId="2AD1A00D" w14:textId="77777777" w:rsidR="007A5E59" w:rsidRDefault="0095198F">
            <w:pPr>
              <w:jc w:val="center"/>
            </w:pPr>
            <w:r>
              <w:t>95</w:t>
            </w:r>
          </w:p>
        </w:tc>
        <w:tc>
          <w:tcPr>
            <w:tcW w:w="0" w:type="auto"/>
          </w:tcPr>
          <w:p w14:paraId="46F5E658" w14:textId="77777777" w:rsidR="007A5E59" w:rsidRDefault="0095198F">
            <w:r>
              <w:t>Увальная -12</w:t>
            </w:r>
          </w:p>
        </w:tc>
        <w:tc>
          <w:tcPr>
            <w:tcW w:w="0" w:type="auto"/>
          </w:tcPr>
          <w:p w14:paraId="62928CB7" w14:textId="77777777" w:rsidR="007A5E59" w:rsidRDefault="0095198F">
            <w:pPr>
              <w:jc w:val="center"/>
            </w:pPr>
            <w:r>
              <w:t>80</w:t>
            </w:r>
          </w:p>
        </w:tc>
        <w:tc>
          <w:tcPr>
            <w:tcW w:w="0" w:type="auto"/>
          </w:tcPr>
          <w:p w14:paraId="2B2D4503" w14:textId="77777777" w:rsidR="007A5E59" w:rsidRDefault="0095198F">
            <w:pPr>
              <w:jc w:val="center"/>
            </w:pPr>
            <w:r>
              <w:t>1971</w:t>
            </w:r>
          </w:p>
        </w:tc>
        <w:tc>
          <w:tcPr>
            <w:tcW w:w="0" w:type="auto"/>
          </w:tcPr>
          <w:p w14:paraId="02BD5996" w14:textId="77777777" w:rsidR="007A5E59" w:rsidRDefault="0095198F">
            <w:pPr>
              <w:jc w:val="center"/>
            </w:pPr>
            <w:r>
              <w:t>16,60</w:t>
            </w:r>
          </w:p>
        </w:tc>
        <w:tc>
          <w:tcPr>
            <w:tcW w:w="0" w:type="auto"/>
          </w:tcPr>
          <w:p w14:paraId="35228CA2" w14:textId="77777777" w:rsidR="007A5E59" w:rsidRDefault="0095198F">
            <w:r>
              <w:t>бесканал.</w:t>
            </w:r>
          </w:p>
        </w:tc>
      </w:tr>
      <w:tr w:rsidR="007A5E59" w14:paraId="682A9DBB" w14:textId="77777777">
        <w:trPr>
          <w:jc w:val="center"/>
        </w:trPr>
        <w:tc>
          <w:tcPr>
            <w:tcW w:w="0" w:type="auto"/>
          </w:tcPr>
          <w:p w14:paraId="2921EC7E" w14:textId="77777777" w:rsidR="007A5E59" w:rsidRDefault="0095198F">
            <w:pPr>
              <w:jc w:val="center"/>
            </w:pPr>
            <w:r>
              <w:t>96</w:t>
            </w:r>
          </w:p>
        </w:tc>
        <w:tc>
          <w:tcPr>
            <w:tcW w:w="0" w:type="auto"/>
          </w:tcPr>
          <w:p w14:paraId="157A6CE7" w14:textId="77777777" w:rsidR="007A5E59" w:rsidRDefault="0095198F">
            <w:r>
              <w:t>Ульянова -14</w:t>
            </w:r>
          </w:p>
        </w:tc>
        <w:tc>
          <w:tcPr>
            <w:tcW w:w="0" w:type="auto"/>
          </w:tcPr>
          <w:p w14:paraId="14B08634" w14:textId="77777777" w:rsidR="007A5E59" w:rsidRDefault="0095198F">
            <w:pPr>
              <w:jc w:val="center"/>
            </w:pPr>
            <w:r>
              <w:t>80</w:t>
            </w:r>
          </w:p>
        </w:tc>
        <w:tc>
          <w:tcPr>
            <w:tcW w:w="0" w:type="auto"/>
          </w:tcPr>
          <w:p w14:paraId="531939C7" w14:textId="77777777" w:rsidR="007A5E59" w:rsidRDefault="0095198F">
            <w:pPr>
              <w:jc w:val="center"/>
            </w:pPr>
            <w:r>
              <w:t>1973</w:t>
            </w:r>
          </w:p>
        </w:tc>
        <w:tc>
          <w:tcPr>
            <w:tcW w:w="0" w:type="auto"/>
          </w:tcPr>
          <w:p w14:paraId="09CA6CAD" w14:textId="77777777" w:rsidR="007A5E59" w:rsidRDefault="0095198F">
            <w:pPr>
              <w:jc w:val="center"/>
            </w:pPr>
            <w:r>
              <w:t>18,10</w:t>
            </w:r>
          </w:p>
        </w:tc>
        <w:tc>
          <w:tcPr>
            <w:tcW w:w="0" w:type="auto"/>
          </w:tcPr>
          <w:p w14:paraId="35B7D31C" w14:textId="77777777" w:rsidR="007A5E59" w:rsidRDefault="0095198F">
            <w:r>
              <w:t>бесканал.</w:t>
            </w:r>
          </w:p>
        </w:tc>
      </w:tr>
      <w:tr w:rsidR="007A5E59" w14:paraId="49CAF37E" w14:textId="77777777">
        <w:trPr>
          <w:jc w:val="center"/>
        </w:trPr>
        <w:tc>
          <w:tcPr>
            <w:tcW w:w="0" w:type="auto"/>
          </w:tcPr>
          <w:p w14:paraId="45F1F07D" w14:textId="77777777" w:rsidR="007A5E59" w:rsidRDefault="0095198F">
            <w:pPr>
              <w:jc w:val="center"/>
            </w:pPr>
            <w:r>
              <w:t>97</w:t>
            </w:r>
          </w:p>
        </w:tc>
        <w:tc>
          <w:tcPr>
            <w:tcW w:w="0" w:type="auto"/>
          </w:tcPr>
          <w:p w14:paraId="6DA3D847" w14:textId="77777777" w:rsidR="007A5E59" w:rsidRDefault="0095198F">
            <w:r>
              <w:t>Увальная -16</w:t>
            </w:r>
          </w:p>
        </w:tc>
        <w:tc>
          <w:tcPr>
            <w:tcW w:w="0" w:type="auto"/>
          </w:tcPr>
          <w:p w14:paraId="41AD1913" w14:textId="77777777" w:rsidR="007A5E59" w:rsidRDefault="0095198F">
            <w:pPr>
              <w:jc w:val="center"/>
            </w:pPr>
            <w:r>
              <w:t>80</w:t>
            </w:r>
          </w:p>
        </w:tc>
        <w:tc>
          <w:tcPr>
            <w:tcW w:w="0" w:type="auto"/>
          </w:tcPr>
          <w:p w14:paraId="28A7BC5B" w14:textId="77777777" w:rsidR="007A5E59" w:rsidRDefault="0095198F">
            <w:pPr>
              <w:jc w:val="center"/>
            </w:pPr>
            <w:r>
              <w:t>1975</w:t>
            </w:r>
          </w:p>
        </w:tc>
        <w:tc>
          <w:tcPr>
            <w:tcW w:w="0" w:type="auto"/>
          </w:tcPr>
          <w:p w14:paraId="45F1A95A" w14:textId="77777777" w:rsidR="007A5E59" w:rsidRDefault="0095198F">
            <w:pPr>
              <w:jc w:val="center"/>
            </w:pPr>
            <w:r>
              <w:t>17,60</w:t>
            </w:r>
          </w:p>
        </w:tc>
        <w:tc>
          <w:tcPr>
            <w:tcW w:w="0" w:type="auto"/>
          </w:tcPr>
          <w:p w14:paraId="62FAC7AC" w14:textId="77777777" w:rsidR="007A5E59" w:rsidRDefault="0095198F">
            <w:r>
              <w:t>бесканал.</w:t>
            </w:r>
          </w:p>
        </w:tc>
      </w:tr>
      <w:tr w:rsidR="007A5E59" w14:paraId="7060B8D4" w14:textId="77777777">
        <w:trPr>
          <w:jc w:val="center"/>
        </w:trPr>
        <w:tc>
          <w:tcPr>
            <w:tcW w:w="0" w:type="auto"/>
          </w:tcPr>
          <w:p w14:paraId="09EBF2BB" w14:textId="77777777" w:rsidR="007A5E59" w:rsidRDefault="0095198F">
            <w:pPr>
              <w:jc w:val="center"/>
            </w:pPr>
            <w:r>
              <w:t>98</w:t>
            </w:r>
          </w:p>
        </w:tc>
        <w:tc>
          <w:tcPr>
            <w:tcW w:w="0" w:type="auto"/>
          </w:tcPr>
          <w:p w14:paraId="3BCBAE20" w14:textId="77777777" w:rsidR="007A5E59" w:rsidRDefault="0095198F">
            <w:r>
              <w:t>Солнечная -42</w:t>
            </w:r>
          </w:p>
        </w:tc>
        <w:tc>
          <w:tcPr>
            <w:tcW w:w="0" w:type="auto"/>
          </w:tcPr>
          <w:p w14:paraId="0FE3D253" w14:textId="77777777" w:rsidR="007A5E59" w:rsidRDefault="0095198F">
            <w:pPr>
              <w:jc w:val="center"/>
            </w:pPr>
            <w:r>
              <w:t>50</w:t>
            </w:r>
          </w:p>
        </w:tc>
        <w:tc>
          <w:tcPr>
            <w:tcW w:w="0" w:type="auto"/>
          </w:tcPr>
          <w:p w14:paraId="320885AE" w14:textId="77777777" w:rsidR="007A5E59" w:rsidRDefault="0095198F">
            <w:pPr>
              <w:jc w:val="center"/>
            </w:pPr>
            <w:r>
              <w:t>2011</w:t>
            </w:r>
          </w:p>
        </w:tc>
        <w:tc>
          <w:tcPr>
            <w:tcW w:w="0" w:type="auto"/>
          </w:tcPr>
          <w:p w14:paraId="0BFD41A6" w14:textId="77777777" w:rsidR="007A5E59" w:rsidRDefault="0095198F">
            <w:pPr>
              <w:jc w:val="center"/>
            </w:pPr>
            <w:r>
              <w:t>13</w:t>
            </w:r>
          </w:p>
        </w:tc>
        <w:tc>
          <w:tcPr>
            <w:tcW w:w="0" w:type="auto"/>
          </w:tcPr>
          <w:p w14:paraId="0DCC4431" w14:textId="77777777" w:rsidR="007A5E59" w:rsidRDefault="0095198F">
            <w:r>
              <w:t>бесканал.</w:t>
            </w:r>
          </w:p>
        </w:tc>
      </w:tr>
      <w:tr w:rsidR="007A5E59" w14:paraId="266919BC" w14:textId="77777777">
        <w:trPr>
          <w:jc w:val="center"/>
        </w:trPr>
        <w:tc>
          <w:tcPr>
            <w:tcW w:w="0" w:type="auto"/>
          </w:tcPr>
          <w:p w14:paraId="499FA396" w14:textId="77777777" w:rsidR="007A5E59" w:rsidRDefault="0095198F">
            <w:pPr>
              <w:jc w:val="center"/>
            </w:pPr>
            <w:r>
              <w:t>99</w:t>
            </w:r>
          </w:p>
        </w:tc>
        <w:tc>
          <w:tcPr>
            <w:tcW w:w="0" w:type="auto"/>
          </w:tcPr>
          <w:p w14:paraId="0C539407" w14:textId="77777777" w:rsidR="007A5E59" w:rsidRDefault="0095198F">
            <w:r>
              <w:t>Солнечная -46</w:t>
            </w:r>
          </w:p>
        </w:tc>
        <w:tc>
          <w:tcPr>
            <w:tcW w:w="0" w:type="auto"/>
          </w:tcPr>
          <w:p w14:paraId="7D627E8C" w14:textId="77777777" w:rsidR="007A5E59" w:rsidRDefault="0095198F">
            <w:pPr>
              <w:jc w:val="center"/>
            </w:pPr>
            <w:r>
              <w:t>50</w:t>
            </w:r>
          </w:p>
        </w:tc>
        <w:tc>
          <w:tcPr>
            <w:tcW w:w="0" w:type="auto"/>
          </w:tcPr>
          <w:p w14:paraId="469DAEEE" w14:textId="77777777" w:rsidR="007A5E59" w:rsidRDefault="0095198F">
            <w:pPr>
              <w:jc w:val="center"/>
            </w:pPr>
            <w:r>
              <w:t>2011</w:t>
            </w:r>
          </w:p>
        </w:tc>
        <w:tc>
          <w:tcPr>
            <w:tcW w:w="0" w:type="auto"/>
          </w:tcPr>
          <w:p w14:paraId="2A4CB3DC" w14:textId="77777777" w:rsidR="007A5E59" w:rsidRDefault="0095198F">
            <w:pPr>
              <w:jc w:val="center"/>
            </w:pPr>
            <w:r>
              <w:t>11,70</w:t>
            </w:r>
          </w:p>
        </w:tc>
        <w:tc>
          <w:tcPr>
            <w:tcW w:w="0" w:type="auto"/>
          </w:tcPr>
          <w:p w14:paraId="5B9CB8C4" w14:textId="77777777" w:rsidR="007A5E59" w:rsidRDefault="0095198F">
            <w:r>
              <w:t>бесканал.</w:t>
            </w:r>
          </w:p>
        </w:tc>
      </w:tr>
      <w:tr w:rsidR="007A5E59" w14:paraId="38711321" w14:textId="77777777">
        <w:trPr>
          <w:jc w:val="center"/>
        </w:trPr>
        <w:tc>
          <w:tcPr>
            <w:tcW w:w="0" w:type="auto"/>
          </w:tcPr>
          <w:p w14:paraId="290D15AB" w14:textId="77777777" w:rsidR="007A5E59" w:rsidRDefault="0095198F">
            <w:pPr>
              <w:jc w:val="center"/>
            </w:pPr>
            <w:r>
              <w:t>100</w:t>
            </w:r>
          </w:p>
        </w:tc>
        <w:tc>
          <w:tcPr>
            <w:tcW w:w="0" w:type="auto"/>
          </w:tcPr>
          <w:p w14:paraId="760508D3" w14:textId="77777777" w:rsidR="007A5E59" w:rsidRDefault="0095198F">
            <w:r>
              <w:t>Солнечная -48</w:t>
            </w:r>
          </w:p>
        </w:tc>
        <w:tc>
          <w:tcPr>
            <w:tcW w:w="0" w:type="auto"/>
          </w:tcPr>
          <w:p w14:paraId="3A308056" w14:textId="77777777" w:rsidR="007A5E59" w:rsidRDefault="0095198F">
            <w:pPr>
              <w:jc w:val="center"/>
            </w:pPr>
            <w:r>
              <w:t>50</w:t>
            </w:r>
          </w:p>
        </w:tc>
        <w:tc>
          <w:tcPr>
            <w:tcW w:w="0" w:type="auto"/>
          </w:tcPr>
          <w:p w14:paraId="71B83C7B" w14:textId="77777777" w:rsidR="007A5E59" w:rsidRDefault="0095198F">
            <w:pPr>
              <w:jc w:val="center"/>
            </w:pPr>
            <w:r>
              <w:t>2011</w:t>
            </w:r>
          </w:p>
        </w:tc>
        <w:tc>
          <w:tcPr>
            <w:tcW w:w="0" w:type="auto"/>
          </w:tcPr>
          <w:p w14:paraId="43F52156" w14:textId="77777777" w:rsidR="007A5E59" w:rsidRDefault="0095198F">
            <w:pPr>
              <w:jc w:val="center"/>
            </w:pPr>
            <w:r>
              <w:t>10</w:t>
            </w:r>
          </w:p>
        </w:tc>
        <w:tc>
          <w:tcPr>
            <w:tcW w:w="0" w:type="auto"/>
          </w:tcPr>
          <w:p w14:paraId="2E0CB463" w14:textId="77777777" w:rsidR="007A5E59" w:rsidRDefault="0095198F">
            <w:r>
              <w:t>бесканал.</w:t>
            </w:r>
          </w:p>
        </w:tc>
      </w:tr>
      <w:tr w:rsidR="007A5E59" w14:paraId="21C64B00" w14:textId="77777777">
        <w:trPr>
          <w:jc w:val="center"/>
        </w:trPr>
        <w:tc>
          <w:tcPr>
            <w:tcW w:w="0" w:type="auto"/>
          </w:tcPr>
          <w:p w14:paraId="64F7B8AB" w14:textId="77777777" w:rsidR="007A5E59" w:rsidRDefault="0095198F">
            <w:pPr>
              <w:jc w:val="center"/>
            </w:pPr>
            <w:r>
              <w:t>101</w:t>
            </w:r>
          </w:p>
        </w:tc>
        <w:tc>
          <w:tcPr>
            <w:tcW w:w="0" w:type="auto"/>
          </w:tcPr>
          <w:p w14:paraId="0E74769A" w14:textId="77777777" w:rsidR="007A5E59" w:rsidRDefault="0095198F">
            <w:r>
              <w:t>Ленина-1</w:t>
            </w:r>
          </w:p>
        </w:tc>
        <w:tc>
          <w:tcPr>
            <w:tcW w:w="0" w:type="auto"/>
          </w:tcPr>
          <w:p w14:paraId="24F6BCCD" w14:textId="77777777" w:rsidR="007A5E59" w:rsidRDefault="0095198F">
            <w:pPr>
              <w:jc w:val="center"/>
            </w:pPr>
            <w:r>
              <w:t>25</w:t>
            </w:r>
          </w:p>
        </w:tc>
        <w:tc>
          <w:tcPr>
            <w:tcW w:w="0" w:type="auto"/>
          </w:tcPr>
          <w:p w14:paraId="28B5C98F" w14:textId="77777777" w:rsidR="007A5E59" w:rsidRDefault="0095198F">
            <w:pPr>
              <w:jc w:val="center"/>
            </w:pPr>
            <w:r>
              <w:t>1974</w:t>
            </w:r>
          </w:p>
        </w:tc>
        <w:tc>
          <w:tcPr>
            <w:tcW w:w="0" w:type="auto"/>
          </w:tcPr>
          <w:p w14:paraId="6102388E" w14:textId="77777777" w:rsidR="007A5E59" w:rsidRDefault="0095198F">
            <w:pPr>
              <w:jc w:val="center"/>
            </w:pPr>
            <w:r>
              <w:t>10</w:t>
            </w:r>
          </w:p>
        </w:tc>
        <w:tc>
          <w:tcPr>
            <w:tcW w:w="0" w:type="auto"/>
          </w:tcPr>
          <w:p w14:paraId="2D4095F9" w14:textId="77777777" w:rsidR="007A5E59" w:rsidRDefault="0095198F">
            <w:r>
              <w:t>бесканал.</w:t>
            </w:r>
          </w:p>
        </w:tc>
      </w:tr>
      <w:tr w:rsidR="007A5E59" w14:paraId="647884D6" w14:textId="77777777">
        <w:trPr>
          <w:jc w:val="center"/>
        </w:trPr>
        <w:tc>
          <w:tcPr>
            <w:tcW w:w="0" w:type="auto"/>
          </w:tcPr>
          <w:p w14:paraId="4F37F4CC" w14:textId="77777777" w:rsidR="007A5E59" w:rsidRDefault="0095198F">
            <w:pPr>
              <w:jc w:val="center"/>
            </w:pPr>
            <w:r>
              <w:t>102</w:t>
            </w:r>
          </w:p>
        </w:tc>
        <w:tc>
          <w:tcPr>
            <w:tcW w:w="0" w:type="auto"/>
          </w:tcPr>
          <w:p w14:paraId="30B71FFC" w14:textId="77777777" w:rsidR="007A5E59" w:rsidRDefault="0095198F">
            <w:r>
              <w:t>Ленина-6</w:t>
            </w:r>
          </w:p>
        </w:tc>
        <w:tc>
          <w:tcPr>
            <w:tcW w:w="0" w:type="auto"/>
          </w:tcPr>
          <w:p w14:paraId="7C52D345" w14:textId="77777777" w:rsidR="007A5E59" w:rsidRDefault="0095198F">
            <w:pPr>
              <w:jc w:val="center"/>
            </w:pPr>
            <w:r>
              <w:t>25</w:t>
            </w:r>
          </w:p>
        </w:tc>
        <w:tc>
          <w:tcPr>
            <w:tcW w:w="0" w:type="auto"/>
          </w:tcPr>
          <w:p w14:paraId="107FFE46" w14:textId="77777777" w:rsidR="007A5E59" w:rsidRDefault="0095198F">
            <w:pPr>
              <w:jc w:val="center"/>
            </w:pPr>
            <w:r>
              <w:t>1975</w:t>
            </w:r>
          </w:p>
        </w:tc>
        <w:tc>
          <w:tcPr>
            <w:tcW w:w="0" w:type="auto"/>
          </w:tcPr>
          <w:p w14:paraId="194A6ED1" w14:textId="77777777" w:rsidR="007A5E59" w:rsidRDefault="0095198F">
            <w:pPr>
              <w:jc w:val="center"/>
            </w:pPr>
            <w:r>
              <w:t>10</w:t>
            </w:r>
          </w:p>
        </w:tc>
        <w:tc>
          <w:tcPr>
            <w:tcW w:w="0" w:type="auto"/>
          </w:tcPr>
          <w:p w14:paraId="578A01EB" w14:textId="77777777" w:rsidR="007A5E59" w:rsidRDefault="0095198F">
            <w:r>
              <w:t>бесканал.</w:t>
            </w:r>
          </w:p>
        </w:tc>
      </w:tr>
      <w:tr w:rsidR="007A5E59" w14:paraId="352CA623" w14:textId="77777777">
        <w:trPr>
          <w:jc w:val="center"/>
        </w:trPr>
        <w:tc>
          <w:tcPr>
            <w:tcW w:w="0" w:type="auto"/>
          </w:tcPr>
          <w:p w14:paraId="7E8CF83B" w14:textId="77777777" w:rsidR="007A5E59" w:rsidRDefault="0095198F">
            <w:pPr>
              <w:jc w:val="center"/>
            </w:pPr>
            <w:r>
              <w:t>103</w:t>
            </w:r>
          </w:p>
        </w:tc>
        <w:tc>
          <w:tcPr>
            <w:tcW w:w="0" w:type="auto"/>
          </w:tcPr>
          <w:p w14:paraId="011BDE42" w14:textId="77777777" w:rsidR="007A5E59" w:rsidRDefault="0095198F">
            <w:r>
              <w:t>Ленина-8</w:t>
            </w:r>
          </w:p>
        </w:tc>
        <w:tc>
          <w:tcPr>
            <w:tcW w:w="0" w:type="auto"/>
          </w:tcPr>
          <w:p w14:paraId="252A2FF8" w14:textId="77777777" w:rsidR="007A5E59" w:rsidRDefault="0095198F">
            <w:pPr>
              <w:jc w:val="center"/>
            </w:pPr>
            <w:r>
              <w:t>25</w:t>
            </w:r>
          </w:p>
        </w:tc>
        <w:tc>
          <w:tcPr>
            <w:tcW w:w="0" w:type="auto"/>
          </w:tcPr>
          <w:p w14:paraId="5E7EF417" w14:textId="77777777" w:rsidR="007A5E59" w:rsidRDefault="0095198F">
            <w:pPr>
              <w:jc w:val="center"/>
            </w:pPr>
            <w:r>
              <w:t>1969</w:t>
            </w:r>
          </w:p>
        </w:tc>
        <w:tc>
          <w:tcPr>
            <w:tcW w:w="0" w:type="auto"/>
          </w:tcPr>
          <w:p w14:paraId="47670822" w14:textId="77777777" w:rsidR="007A5E59" w:rsidRDefault="0095198F">
            <w:pPr>
              <w:jc w:val="center"/>
            </w:pPr>
            <w:r>
              <w:t>10</w:t>
            </w:r>
          </w:p>
        </w:tc>
        <w:tc>
          <w:tcPr>
            <w:tcW w:w="0" w:type="auto"/>
          </w:tcPr>
          <w:p w14:paraId="56AFE68D" w14:textId="77777777" w:rsidR="007A5E59" w:rsidRDefault="0095198F">
            <w:r>
              <w:t>бесканал.</w:t>
            </w:r>
          </w:p>
        </w:tc>
      </w:tr>
      <w:tr w:rsidR="007A5E59" w14:paraId="50A571E2" w14:textId="77777777">
        <w:trPr>
          <w:jc w:val="center"/>
        </w:trPr>
        <w:tc>
          <w:tcPr>
            <w:tcW w:w="0" w:type="auto"/>
          </w:tcPr>
          <w:p w14:paraId="0CEE4A4F" w14:textId="77777777" w:rsidR="007A5E59" w:rsidRDefault="0095198F">
            <w:pPr>
              <w:jc w:val="center"/>
            </w:pPr>
            <w:r>
              <w:t>104</w:t>
            </w:r>
          </w:p>
        </w:tc>
        <w:tc>
          <w:tcPr>
            <w:tcW w:w="0" w:type="auto"/>
          </w:tcPr>
          <w:p w14:paraId="2CA57804" w14:textId="77777777" w:rsidR="007A5E59" w:rsidRDefault="0095198F">
            <w:r>
              <w:t>Ленина-10</w:t>
            </w:r>
          </w:p>
        </w:tc>
        <w:tc>
          <w:tcPr>
            <w:tcW w:w="0" w:type="auto"/>
          </w:tcPr>
          <w:p w14:paraId="62F9F796" w14:textId="77777777" w:rsidR="007A5E59" w:rsidRDefault="0095198F">
            <w:pPr>
              <w:jc w:val="center"/>
            </w:pPr>
            <w:r>
              <w:t>50</w:t>
            </w:r>
          </w:p>
        </w:tc>
        <w:tc>
          <w:tcPr>
            <w:tcW w:w="0" w:type="auto"/>
          </w:tcPr>
          <w:p w14:paraId="2A9C0FEF" w14:textId="77777777" w:rsidR="007A5E59" w:rsidRDefault="0095198F">
            <w:pPr>
              <w:jc w:val="center"/>
            </w:pPr>
            <w:r>
              <w:t>2011</w:t>
            </w:r>
          </w:p>
        </w:tc>
        <w:tc>
          <w:tcPr>
            <w:tcW w:w="0" w:type="auto"/>
          </w:tcPr>
          <w:p w14:paraId="401C0084" w14:textId="77777777" w:rsidR="007A5E59" w:rsidRDefault="0095198F">
            <w:pPr>
              <w:jc w:val="center"/>
            </w:pPr>
            <w:r>
              <w:t>11,10</w:t>
            </w:r>
          </w:p>
        </w:tc>
        <w:tc>
          <w:tcPr>
            <w:tcW w:w="0" w:type="auto"/>
          </w:tcPr>
          <w:p w14:paraId="0D4CA6BE" w14:textId="77777777" w:rsidR="007A5E59" w:rsidRDefault="0095198F">
            <w:r>
              <w:t>бесканал.</w:t>
            </w:r>
          </w:p>
        </w:tc>
      </w:tr>
      <w:tr w:rsidR="007A5E59" w14:paraId="1D87BA7D" w14:textId="77777777">
        <w:trPr>
          <w:jc w:val="center"/>
        </w:trPr>
        <w:tc>
          <w:tcPr>
            <w:tcW w:w="0" w:type="auto"/>
          </w:tcPr>
          <w:p w14:paraId="760EC10B" w14:textId="77777777" w:rsidR="007A5E59" w:rsidRDefault="0095198F">
            <w:pPr>
              <w:jc w:val="center"/>
            </w:pPr>
            <w:r>
              <w:t>105</w:t>
            </w:r>
          </w:p>
        </w:tc>
        <w:tc>
          <w:tcPr>
            <w:tcW w:w="0" w:type="auto"/>
          </w:tcPr>
          <w:p w14:paraId="2F10A9F3" w14:textId="77777777" w:rsidR="007A5E59" w:rsidRDefault="0095198F">
            <w:r>
              <w:t>Ленина-12</w:t>
            </w:r>
          </w:p>
        </w:tc>
        <w:tc>
          <w:tcPr>
            <w:tcW w:w="0" w:type="auto"/>
          </w:tcPr>
          <w:p w14:paraId="2D5498EF" w14:textId="77777777" w:rsidR="007A5E59" w:rsidRDefault="0095198F">
            <w:pPr>
              <w:jc w:val="center"/>
            </w:pPr>
            <w:r>
              <w:t>50</w:t>
            </w:r>
          </w:p>
        </w:tc>
        <w:tc>
          <w:tcPr>
            <w:tcW w:w="0" w:type="auto"/>
          </w:tcPr>
          <w:p w14:paraId="217BD182" w14:textId="77777777" w:rsidR="007A5E59" w:rsidRDefault="0095198F">
            <w:pPr>
              <w:jc w:val="center"/>
            </w:pPr>
            <w:r>
              <w:t>2011</w:t>
            </w:r>
          </w:p>
        </w:tc>
        <w:tc>
          <w:tcPr>
            <w:tcW w:w="0" w:type="auto"/>
          </w:tcPr>
          <w:p w14:paraId="2621230C" w14:textId="77777777" w:rsidR="007A5E59" w:rsidRDefault="0095198F">
            <w:pPr>
              <w:jc w:val="center"/>
            </w:pPr>
            <w:r>
              <w:t>11,20</w:t>
            </w:r>
          </w:p>
        </w:tc>
        <w:tc>
          <w:tcPr>
            <w:tcW w:w="0" w:type="auto"/>
          </w:tcPr>
          <w:p w14:paraId="604A4D63" w14:textId="77777777" w:rsidR="007A5E59" w:rsidRDefault="0095198F">
            <w:r>
              <w:t>бесканал.</w:t>
            </w:r>
          </w:p>
        </w:tc>
      </w:tr>
      <w:tr w:rsidR="007A5E59" w14:paraId="413CD987" w14:textId="77777777">
        <w:trPr>
          <w:jc w:val="center"/>
        </w:trPr>
        <w:tc>
          <w:tcPr>
            <w:tcW w:w="0" w:type="auto"/>
          </w:tcPr>
          <w:p w14:paraId="7B0A19FC" w14:textId="77777777" w:rsidR="007A5E59" w:rsidRDefault="0095198F">
            <w:pPr>
              <w:jc w:val="center"/>
            </w:pPr>
            <w:r>
              <w:t>106</w:t>
            </w:r>
          </w:p>
        </w:tc>
        <w:tc>
          <w:tcPr>
            <w:tcW w:w="0" w:type="auto"/>
          </w:tcPr>
          <w:p w14:paraId="4D93CAD0" w14:textId="77777777" w:rsidR="007A5E59" w:rsidRDefault="0095198F">
            <w:r>
              <w:t>Ленина-14</w:t>
            </w:r>
          </w:p>
        </w:tc>
        <w:tc>
          <w:tcPr>
            <w:tcW w:w="0" w:type="auto"/>
          </w:tcPr>
          <w:p w14:paraId="39D8678D" w14:textId="77777777" w:rsidR="007A5E59" w:rsidRDefault="0095198F">
            <w:pPr>
              <w:jc w:val="center"/>
            </w:pPr>
            <w:r>
              <w:t>80</w:t>
            </w:r>
          </w:p>
        </w:tc>
        <w:tc>
          <w:tcPr>
            <w:tcW w:w="0" w:type="auto"/>
          </w:tcPr>
          <w:p w14:paraId="3E096BD5" w14:textId="77777777" w:rsidR="007A5E59" w:rsidRDefault="0095198F">
            <w:pPr>
              <w:jc w:val="center"/>
            </w:pPr>
            <w:r>
              <w:t>1966</w:t>
            </w:r>
          </w:p>
        </w:tc>
        <w:tc>
          <w:tcPr>
            <w:tcW w:w="0" w:type="auto"/>
          </w:tcPr>
          <w:p w14:paraId="0A7A9B88" w14:textId="77777777" w:rsidR="007A5E59" w:rsidRDefault="0095198F">
            <w:pPr>
              <w:jc w:val="center"/>
            </w:pPr>
            <w:r>
              <w:t>11,40</w:t>
            </w:r>
          </w:p>
        </w:tc>
        <w:tc>
          <w:tcPr>
            <w:tcW w:w="0" w:type="auto"/>
          </w:tcPr>
          <w:p w14:paraId="1CAD5905" w14:textId="77777777" w:rsidR="007A5E59" w:rsidRDefault="0095198F">
            <w:r>
              <w:t>бесканал.</w:t>
            </w:r>
          </w:p>
        </w:tc>
      </w:tr>
      <w:tr w:rsidR="007A5E59" w14:paraId="0E5133E1" w14:textId="77777777">
        <w:trPr>
          <w:jc w:val="center"/>
        </w:trPr>
        <w:tc>
          <w:tcPr>
            <w:tcW w:w="0" w:type="auto"/>
          </w:tcPr>
          <w:p w14:paraId="5671D92C" w14:textId="77777777" w:rsidR="007A5E59" w:rsidRDefault="0095198F">
            <w:pPr>
              <w:jc w:val="center"/>
            </w:pPr>
            <w:r>
              <w:t>107</w:t>
            </w:r>
          </w:p>
        </w:tc>
        <w:tc>
          <w:tcPr>
            <w:tcW w:w="0" w:type="auto"/>
          </w:tcPr>
          <w:p w14:paraId="68A5519C" w14:textId="77777777" w:rsidR="007A5E59" w:rsidRDefault="0095198F">
            <w:r>
              <w:t>Ленина-16</w:t>
            </w:r>
          </w:p>
        </w:tc>
        <w:tc>
          <w:tcPr>
            <w:tcW w:w="0" w:type="auto"/>
          </w:tcPr>
          <w:p w14:paraId="2938CBB4" w14:textId="77777777" w:rsidR="007A5E59" w:rsidRDefault="0095198F">
            <w:pPr>
              <w:jc w:val="center"/>
            </w:pPr>
            <w:r>
              <w:t>80</w:t>
            </w:r>
          </w:p>
        </w:tc>
        <w:tc>
          <w:tcPr>
            <w:tcW w:w="0" w:type="auto"/>
          </w:tcPr>
          <w:p w14:paraId="02EB7FCD" w14:textId="77777777" w:rsidR="007A5E59" w:rsidRDefault="0095198F">
            <w:pPr>
              <w:jc w:val="center"/>
            </w:pPr>
            <w:r>
              <w:t>1971</w:t>
            </w:r>
          </w:p>
        </w:tc>
        <w:tc>
          <w:tcPr>
            <w:tcW w:w="0" w:type="auto"/>
          </w:tcPr>
          <w:p w14:paraId="1F9292EC" w14:textId="77777777" w:rsidR="007A5E59" w:rsidRDefault="0095198F">
            <w:pPr>
              <w:jc w:val="center"/>
            </w:pPr>
            <w:r>
              <w:t>11,50</w:t>
            </w:r>
          </w:p>
        </w:tc>
        <w:tc>
          <w:tcPr>
            <w:tcW w:w="0" w:type="auto"/>
          </w:tcPr>
          <w:p w14:paraId="551B2B19" w14:textId="77777777" w:rsidR="007A5E59" w:rsidRDefault="0095198F">
            <w:r>
              <w:t>бесканал.</w:t>
            </w:r>
          </w:p>
        </w:tc>
      </w:tr>
      <w:tr w:rsidR="007A5E59" w14:paraId="038D1DFF" w14:textId="77777777">
        <w:trPr>
          <w:jc w:val="center"/>
        </w:trPr>
        <w:tc>
          <w:tcPr>
            <w:tcW w:w="0" w:type="auto"/>
          </w:tcPr>
          <w:p w14:paraId="5C3FF163" w14:textId="77777777" w:rsidR="007A5E59" w:rsidRDefault="0095198F">
            <w:pPr>
              <w:jc w:val="center"/>
            </w:pPr>
            <w:r>
              <w:t>108</w:t>
            </w:r>
          </w:p>
        </w:tc>
        <w:tc>
          <w:tcPr>
            <w:tcW w:w="0" w:type="auto"/>
          </w:tcPr>
          <w:p w14:paraId="1C1C5B14" w14:textId="77777777" w:rsidR="007A5E59" w:rsidRDefault="0095198F">
            <w:r>
              <w:t>Ленина-17</w:t>
            </w:r>
          </w:p>
        </w:tc>
        <w:tc>
          <w:tcPr>
            <w:tcW w:w="0" w:type="auto"/>
          </w:tcPr>
          <w:p w14:paraId="06DEC844" w14:textId="77777777" w:rsidR="007A5E59" w:rsidRDefault="0095198F">
            <w:pPr>
              <w:jc w:val="center"/>
            </w:pPr>
            <w:r>
              <w:t>80</w:t>
            </w:r>
          </w:p>
        </w:tc>
        <w:tc>
          <w:tcPr>
            <w:tcW w:w="0" w:type="auto"/>
          </w:tcPr>
          <w:p w14:paraId="2BB57C72" w14:textId="77777777" w:rsidR="007A5E59" w:rsidRDefault="0095198F">
            <w:pPr>
              <w:jc w:val="center"/>
            </w:pPr>
            <w:r>
              <w:t>1979</w:t>
            </w:r>
          </w:p>
        </w:tc>
        <w:tc>
          <w:tcPr>
            <w:tcW w:w="0" w:type="auto"/>
          </w:tcPr>
          <w:p w14:paraId="6C73ED8A" w14:textId="77777777" w:rsidR="007A5E59" w:rsidRDefault="0095198F">
            <w:pPr>
              <w:jc w:val="center"/>
            </w:pPr>
            <w:r>
              <w:t>10,70</w:t>
            </w:r>
          </w:p>
        </w:tc>
        <w:tc>
          <w:tcPr>
            <w:tcW w:w="0" w:type="auto"/>
          </w:tcPr>
          <w:p w14:paraId="366CB5F4" w14:textId="77777777" w:rsidR="007A5E59" w:rsidRDefault="0095198F">
            <w:r>
              <w:t>бесканал.</w:t>
            </w:r>
          </w:p>
        </w:tc>
      </w:tr>
      <w:tr w:rsidR="007A5E59" w14:paraId="4CB0873A" w14:textId="77777777">
        <w:trPr>
          <w:jc w:val="center"/>
        </w:trPr>
        <w:tc>
          <w:tcPr>
            <w:tcW w:w="0" w:type="auto"/>
          </w:tcPr>
          <w:p w14:paraId="57C476A2" w14:textId="77777777" w:rsidR="007A5E59" w:rsidRDefault="0095198F">
            <w:pPr>
              <w:jc w:val="center"/>
            </w:pPr>
            <w:r>
              <w:t>109</w:t>
            </w:r>
          </w:p>
        </w:tc>
        <w:tc>
          <w:tcPr>
            <w:tcW w:w="0" w:type="auto"/>
          </w:tcPr>
          <w:p w14:paraId="27080B21" w14:textId="77777777" w:rsidR="007A5E59" w:rsidRDefault="0095198F">
            <w:r>
              <w:t>Ленина-18</w:t>
            </w:r>
          </w:p>
        </w:tc>
        <w:tc>
          <w:tcPr>
            <w:tcW w:w="0" w:type="auto"/>
          </w:tcPr>
          <w:p w14:paraId="7A9FC880" w14:textId="77777777" w:rsidR="007A5E59" w:rsidRDefault="0095198F">
            <w:pPr>
              <w:jc w:val="center"/>
            </w:pPr>
            <w:r>
              <w:t>80</w:t>
            </w:r>
          </w:p>
        </w:tc>
        <w:tc>
          <w:tcPr>
            <w:tcW w:w="0" w:type="auto"/>
          </w:tcPr>
          <w:p w14:paraId="5EDBDCB2" w14:textId="77777777" w:rsidR="007A5E59" w:rsidRDefault="0095198F">
            <w:pPr>
              <w:jc w:val="center"/>
            </w:pPr>
            <w:r>
              <w:t>1981</w:t>
            </w:r>
          </w:p>
        </w:tc>
        <w:tc>
          <w:tcPr>
            <w:tcW w:w="0" w:type="auto"/>
          </w:tcPr>
          <w:p w14:paraId="33AE7ECB" w14:textId="77777777" w:rsidR="007A5E59" w:rsidRDefault="0095198F">
            <w:pPr>
              <w:jc w:val="center"/>
            </w:pPr>
            <w:r>
              <w:t>10</w:t>
            </w:r>
          </w:p>
        </w:tc>
        <w:tc>
          <w:tcPr>
            <w:tcW w:w="0" w:type="auto"/>
          </w:tcPr>
          <w:p w14:paraId="4842FB53" w14:textId="77777777" w:rsidR="007A5E59" w:rsidRDefault="0095198F">
            <w:r>
              <w:t>бесканал.</w:t>
            </w:r>
          </w:p>
        </w:tc>
      </w:tr>
      <w:tr w:rsidR="007A5E59" w14:paraId="7C62D3B4" w14:textId="77777777">
        <w:trPr>
          <w:jc w:val="center"/>
        </w:trPr>
        <w:tc>
          <w:tcPr>
            <w:tcW w:w="0" w:type="auto"/>
          </w:tcPr>
          <w:p w14:paraId="2B40A160" w14:textId="77777777" w:rsidR="007A5E59" w:rsidRDefault="0095198F">
            <w:pPr>
              <w:jc w:val="center"/>
            </w:pPr>
            <w:r>
              <w:t>110</w:t>
            </w:r>
          </w:p>
        </w:tc>
        <w:tc>
          <w:tcPr>
            <w:tcW w:w="0" w:type="auto"/>
          </w:tcPr>
          <w:p w14:paraId="697BA987" w14:textId="77777777" w:rsidR="007A5E59" w:rsidRDefault="0095198F">
            <w:r>
              <w:t>Ленина-19</w:t>
            </w:r>
          </w:p>
        </w:tc>
        <w:tc>
          <w:tcPr>
            <w:tcW w:w="0" w:type="auto"/>
          </w:tcPr>
          <w:p w14:paraId="48238F16" w14:textId="77777777" w:rsidR="007A5E59" w:rsidRDefault="0095198F">
            <w:pPr>
              <w:jc w:val="center"/>
            </w:pPr>
            <w:r>
              <w:t>80</w:t>
            </w:r>
          </w:p>
        </w:tc>
        <w:tc>
          <w:tcPr>
            <w:tcW w:w="0" w:type="auto"/>
          </w:tcPr>
          <w:p w14:paraId="1735202D" w14:textId="77777777" w:rsidR="007A5E59" w:rsidRDefault="0095198F">
            <w:pPr>
              <w:jc w:val="center"/>
            </w:pPr>
            <w:r>
              <w:t>1970</w:t>
            </w:r>
          </w:p>
        </w:tc>
        <w:tc>
          <w:tcPr>
            <w:tcW w:w="0" w:type="auto"/>
          </w:tcPr>
          <w:p w14:paraId="6C202860" w14:textId="77777777" w:rsidR="007A5E59" w:rsidRDefault="0095198F">
            <w:pPr>
              <w:jc w:val="center"/>
            </w:pPr>
            <w:r>
              <w:t>10,50</w:t>
            </w:r>
          </w:p>
        </w:tc>
        <w:tc>
          <w:tcPr>
            <w:tcW w:w="0" w:type="auto"/>
          </w:tcPr>
          <w:p w14:paraId="28B9D666" w14:textId="77777777" w:rsidR="007A5E59" w:rsidRDefault="0095198F">
            <w:r>
              <w:t>бесканал.</w:t>
            </w:r>
          </w:p>
        </w:tc>
      </w:tr>
      <w:tr w:rsidR="007A5E59" w14:paraId="30E6161C" w14:textId="77777777">
        <w:trPr>
          <w:jc w:val="center"/>
        </w:trPr>
        <w:tc>
          <w:tcPr>
            <w:tcW w:w="0" w:type="auto"/>
          </w:tcPr>
          <w:p w14:paraId="7660999F" w14:textId="77777777" w:rsidR="007A5E59" w:rsidRDefault="0095198F">
            <w:pPr>
              <w:jc w:val="center"/>
            </w:pPr>
            <w:r>
              <w:t>111</w:t>
            </w:r>
          </w:p>
        </w:tc>
        <w:tc>
          <w:tcPr>
            <w:tcW w:w="0" w:type="auto"/>
          </w:tcPr>
          <w:p w14:paraId="72F26511" w14:textId="77777777" w:rsidR="007A5E59" w:rsidRDefault="0095198F">
            <w:r>
              <w:t>Ленина-20</w:t>
            </w:r>
          </w:p>
        </w:tc>
        <w:tc>
          <w:tcPr>
            <w:tcW w:w="0" w:type="auto"/>
          </w:tcPr>
          <w:p w14:paraId="581C2433" w14:textId="77777777" w:rsidR="007A5E59" w:rsidRDefault="0095198F">
            <w:pPr>
              <w:jc w:val="center"/>
            </w:pPr>
            <w:r>
              <w:t>80</w:t>
            </w:r>
          </w:p>
        </w:tc>
        <w:tc>
          <w:tcPr>
            <w:tcW w:w="0" w:type="auto"/>
          </w:tcPr>
          <w:p w14:paraId="4AA5AF70" w14:textId="77777777" w:rsidR="007A5E59" w:rsidRDefault="0095198F">
            <w:pPr>
              <w:jc w:val="center"/>
            </w:pPr>
            <w:r>
              <w:t>1969</w:t>
            </w:r>
          </w:p>
        </w:tc>
        <w:tc>
          <w:tcPr>
            <w:tcW w:w="0" w:type="auto"/>
          </w:tcPr>
          <w:p w14:paraId="51483FA4" w14:textId="77777777" w:rsidR="007A5E59" w:rsidRDefault="0095198F">
            <w:pPr>
              <w:jc w:val="center"/>
            </w:pPr>
            <w:r>
              <w:t>10,40</w:t>
            </w:r>
          </w:p>
        </w:tc>
        <w:tc>
          <w:tcPr>
            <w:tcW w:w="0" w:type="auto"/>
          </w:tcPr>
          <w:p w14:paraId="5BBE5C41" w14:textId="77777777" w:rsidR="007A5E59" w:rsidRDefault="0095198F">
            <w:r>
              <w:t>бесканал.</w:t>
            </w:r>
          </w:p>
        </w:tc>
      </w:tr>
      <w:tr w:rsidR="007A5E59" w14:paraId="281E73C7" w14:textId="77777777">
        <w:trPr>
          <w:jc w:val="center"/>
        </w:trPr>
        <w:tc>
          <w:tcPr>
            <w:tcW w:w="0" w:type="auto"/>
          </w:tcPr>
          <w:p w14:paraId="05EB0A9D" w14:textId="77777777" w:rsidR="007A5E59" w:rsidRDefault="0095198F">
            <w:pPr>
              <w:jc w:val="center"/>
            </w:pPr>
            <w:r>
              <w:t>112</w:t>
            </w:r>
          </w:p>
        </w:tc>
        <w:tc>
          <w:tcPr>
            <w:tcW w:w="0" w:type="auto"/>
          </w:tcPr>
          <w:p w14:paraId="2502E5BB" w14:textId="77777777" w:rsidR="007A5E59" w:rsidRDefault="0095198F">
            <w:r>
              <w:t>Ленина-22</w:t>
            </w:r>
          </w:p>
        </w:tc>
        <w:tc>
          <w:tcPr>
            <w:tcW w:w="0" w:type="auto"/>
          </w:tcPr>
          <w:p w14:paraId="7B33EF5A" w14:textId="77777777" w:rsidR="007A5E59" w:rsidRDefault="0095198F">
            <w:pPr>
              <w:jc w:val="center"/>
            </w:pPr>
            <w:r>
              <w:t>80</w:t>
            </w:r>
          </w:p>
        </w:tc>
        <w:tc>
          <w:tcPr>
            <w:tcW w:w="0" w:type="auto"/>
          </w:tcPr>
          <w:p w14:paraId="12724749" w14:textId="77777777" w:rsidR="007A5E59" w:rsidRDefault="0095198F">
            <w:pPr>
              <w:jc w:val="center"/>
            </w:pPr>
            <w:r>
              <w:t>1959</w:t>
            </w:r>
          </w:p>
        </w:tc>
        <w:tc>
          <w:tcPr>
            <w:tcW w:w="0" w:type="auto"/>
          </w:tcPr>
          <w:p w14:paraId="45256B19" w14:textId="77777777" w:rsidR="007A5E59" w:rsidRDefault="0095198F">
            <w:pPr>
              <w:jc w:val="center"/>
            </w:pPr>
            <w:r>
              <w:t>11,20</w:t>
            </w:r>
          </w:p>
        </w:tc>
        <w:tc>
          <w:tcPr>
            <w:tcW w:w="0" w:type="auto"/>
          </w:tcPr>
          <w:p w14:paraId="478A8509" w14:textId="77777777" w:rsidR="007A5E59" w:rsidRDefault="0095198F">
            <w:r>
              <w:t>бесканал.</w:t>
            </w:r>
          </w:p>
        </w:tc>
      </w:tr>
      <w:tr w:rsidR="007A5E59" w14:paraId="2DDC6678" w14:textId="77777777">
        <w:trPr>
          <w:jc w:val="center"/>
        </w:trPr>
        <w:tc>
          <w:tcPr>
            <w:tcW w:w="0" w:type="auto"/>
          </w:tcPr>
          <w:p w14:paraId="334C540A" w14:textId="77777777" w:rsidR="007A5E59" w:rsidRDefault="0095198F">
            <w:pPr>
              <w:jc w:val="center"/>
            </w:pPr>
            <w:r>
              <w:t>113</w:t>
            </w:r>
          </w:p>
        </w:tc>
        <w:tc>
          <w:tcPr>
            <w:tcW w:w="0" w:type="auto"/>
          </w:tcPr>
          <w:p w14:paraId="1240C6B2" w14:textId="77777777" w:rsidR="007A5E59" w:rsidRDefault="0095198F">
            <w:r>
              <w:t>Ленина-26</w:t>
            </w:r>
          </w:p>
        </w:tc>
        <w:tc>
          <w:tcPr>
            <w:tcW w:w="0" w:type="auto"/>
          </w:tcPr>
          <w:p w14:paraId="5A1363F1" w14:textId="77777777" w:rsidR="007A5E59" w:rsidRDefault="0095198F">
            <w:pPr>
              <w:jc w:val="center"/>
            </w:pPr>
            <w:r>
              <w:t>80</w:t>
            </w:r>
          </w:p>
        </w:tc>
        <w:tc>
          <w:tcPr>
            <w:tcW w:w="0" w:type="auto"/>
          </w:tcPr>
          <w:p w14:paraId="34EE071E" w14:textId="77777777" w:rsidR="007A5E59" w:rsidRDefault="0095198F">
            <w:pPr>
              <w:jc w:val="center"/>
            </w:pPr>
            <w:r>
              <w:t>1969</w:t>
            </w:r>
          </w:p>
        </w:tc>
        <w:tc>
          <w:tcPr>
            <w:tcW w:w="0" w:type="auto"/>
          </w:tcPr>
          <w:p w14:paraId="2A93D953" w14:textId="77777777" w:rsidR="007A5E59" w:rsidRDefault="0095198F">
            <w:pPr>
              <w:jc w:val="center"/>
            </w:pPr>
            <w:r>
              <w:t>11,30</w:t>
            </w:r>
          </w:p>
        </w:tc>
        <w:tc>
          <w:tcPr>
            <w:tcW w:w="0" w:type="auto"/>
          </w:tcPr>
          <w:p w14:paraId="05050D50" w14:textId="77777777" w:rsidR="007A5E59" w:rsidRDefault="0095198F">
            <w:r>
              <w:t>бесканал.</w:t>
            </w:r>
          </w:p>
        </w:tc>
      </w:tr>
      <w:tr w:rsidR="007A5E59" w14:paraId="7B13B9E0" w14:textId="77777777">
        <w:trPr>
          <w:jc w:val="center"/>
        </w:trPr>
        <w:tc>
          <w:tcPr>
            <w:tcW w:w="0" w:type="auto"/>
          </w:tcPr>
          <w:p w14:paraId="7B53CA1B" w14:textId="77777777" w:rsidR="007A5E59" w:rsidRDefault="0095198F">
            <w:pPr>
              <w:jc w:val="center"/>
            </w:pPr>
            <w:r>
              <w:t>114</w:t>
            </w:r>
          </w:p>
        </w:tc>
        <w:tc>
          <w:tcPr>
            <w:tcW w:w="0" w:type="auto"/>
          </w:tcPr>
          <w:p w14:paraId="587D56B5" w14:textId="77777777" w:rsidR="007A5E59" w:rsidRDefault="0095198F">
            <w:r>
              <w:t>Ленина-30</w:t>
            </w:r>
          </w:p>
        </w:tc>
        <w:tc>
          <w:tcPr>
            <w:tcW w:w="0" w:type="auto"/>
          </w:tcPr>
          <w:p w14:paraId="5B7442FB" w14:textId="77777777" w:rsidR="007A5E59" w:rsidRDefault="0095198F">
            <w:pPr>
              <w:jc w:val="center"/>
            </w:pPr>
            <w:r>
              <w:t>80</w:t>
            </w:r>
          </w:p>
        </w:tc>
        <w:tc>
          <w:tcPr>
            <w:tcW w:w="0" w:type="auto"/>
          </w:tcPr>
          <w:p w14:paraId="163A803C" w14:textId="77777777" w:rsidR="007A5E59" w:rsidRDefault="0095198F">
            <w:pPr>
              <w:jc w:val="center"/>
            </w:pPr>
            <w:r>
              <w:t>1970</w:t>
            </w:r>
          </w:p>
        </w:tc>
        <w:tc>
          <w:tcPr>
            <w:tcW w:w="0" w:type="auto"/>
          </w:tcPr>
          <w:p w14:paraId="5D564A99" w14:textId="77777777" w:rsidR="007A5E59" w:rsidRDefault="0095198F">
            <w:pPr>
              <w:jc w:val="center"/>
            </w:pPr>
            <w:r>
              <w:t>11,40</w:t>
            </w:r>
          </w:p>
        </w:tc>
        <w:tc>
          <w:tcPr>
            <w:tcW w:w="0" w:type="auto"/>
          </w:tcPr>
          <w:p w14:paraId="5278B063" w14:textId="77777777" w:rsidR="007A5E59" w:rsidRDefault="0095198F">
            <w:r>
              <w:t>бесканал.</w:t>
            </w:r>
          </w:p>
        </w:tc>
      </w:tr>
      <w:tr w:rsidR="007A5E59" w14:paraId="6E3EDC3F" w14:textId="77777777">
        <w:trPr>
          <w:jc w:val="center"/>
        </w:trPr>
        <w:tc>
          <w:tcPr>
            <w:tcW w:w="0" w:type="auto"/>
          </w:tcPr>
          <w:p w14:paraId="3ECEC681" w14:textId="77777777" w:rsidR="007A5E59" w:rsidRDefault="0095198F">
            <w:pPr>
              <w:jc w:val="center"/>
            </w:pPr>
            <w:r>
              <w:t>115</w:t>
            </w:r>
          </w:p>
        </w:tc>
        <w:tc>
          <w:tcPr>
            <w:tcW w:w="0" w:type="auto"/>
          </w:tcPr>
          <w:p w14:paraId="1DA20DB8" w14:textId="77777777" w:rsidR="007A5E59" w:rsidRDefault="0095198F">
            <w:r>
              <w:t>Ленина-32</w:t>
            </w:r>
          </w:p>
        </w:tc>
        <w:tc>
          <w:tcPr>
            <w:tcW w:w="0" w:type="auto"/>
          </w:tcPr>
          <w:p w14:paraId="6CF510ED" w14:textId="77777777" w:rsidR="007A5E59" w:rsidRDefault="0095198F">
            <w:pPr>
              <w:jc w:val="center"/>
            </w:pPr>
            <w:r>
              <w:t>80</w:t>
            </w:r>
          </w:p>
        </w:tc>
        <w:tc>
          <w:tcPr>
            <w:tcW w:w="0" w:type="auto"/>
          </w:tcPr>
          <w:p w14:paraId="10974013" w14:textId="77777777" w:rsidR="007A5E59" w:rsidRDefault="0095198F">
            <w:pPr>
              <w:jc w:val="center"/>
            </w:pPr>
            <w:r>
              <w:t>1971</w:t>
            </w:r>
          </w:p>
        </w:tc>
        <w:tc>
          <w:tcPr>
            <w:tcW w:w="0" w:type="auto"/>
          </w:tcPr>
          <w:p w14:paraId="1581C2A4" w14:textId="77777777" w:rsidR="007A5E59" w:rsidRDefault="0095198F">
            <w:pPr>
              <w:jc w:val="center"/>
            </w:pPr>
            <w:r>
              <w:t>11,50</w:t>
            </w:r>
          </w:p>
        </w:tc>
        <w:tc>
          <w:tcPr>
            <w:tcW w:w="0" w:type="auto"/>
          </w:tcPr>
          <w:p w14:paraId="2E14C7B9" w14:textId="77777777" w:rsidR="007A5E59" w:rsidRDefault="0095198F">
            <w:r>
              <w:t>бесканал.</w:t>
            </w:r>
          </w:p>
        </w:tc>
      </w:tr>
      <w:tr w:rsidR="007A5E59" w14:paraId="4B933F6B" w14:textId="77777777">
        <w:trPr>
          <w:jc w:val="center"/>
        </w:trPr>
        <w:tc>
          <w:tcPr>
            <w:tcW w:w="0" w:type="auto"/>
          </w:tcPr>
          <w:p w14:paraId="7C944722" w14:textId="77777777" w:rsidR="007A5E59" w:rsidRDefault="0095198F">
            <w:pPr>
              <w:jc w:val="center"/>
            </w:pPr>
            <w:r>
              <w:t>116</w:t>
            </w:r>
          </w:p>
        </w:tc>
        <w:tc>
          <w:tcPr>
            <w:tcW w:w="0" w:type="auto"/>
          </w:tcPr>
          <w:p w14:paraId="5F79D311" w14:textId="77777777" w:rsidR="007A5E59" w:rsidRDefault="0095198F">
            <w:r>
              <w:t>Ленина-38</w:t>
            </w:r>
          </w:p>
        </w:tc>
        <w:tc>
          <w:tcPr>
            <w:tcW w:w="0" w:type="auto"/>
          </w:tcPr>
          <w:p w14:paraId="5FA32CC8" w14:textId="77777777" w:rsidR="007A5E59" w:rsidRDefault="0095198F">
            <w:pPr>
              <w:jc w:val="center"/>
            </w:pPr>
            <w:r>
              <w:t>80</w:t>
            </w:r>
          </w:p>
        </w:tc>
        <w:tc>
          <w:tcPr>
            <w:tcW w:w="0" w:type="auto"/>
          </w:tcPr>
          <w:p w14:paraId="11F9ED4B" w14:textId="77777777" w:rsidR="007A5E59" w:rsidRDefault="0095198F">
            <w:pPr>
              <w:jc w:val="center"/>
            </w:pPr>
            <w:r>
              <w:t>1973</w:t>
            </w:r>
          </w:p>
        </w:tc>
        <w:tc>
          <w:tcPr>
            <w:tcW w:w="0" w:type="auto"/>
          </w:tcPr>
          <w:p w14:paraId="3C111AA8" w14:textId="77777777" w:rsidR="007A5E59" w:rsidRDefault="0095198F">
            <w:pPr>
              <w:jc w:val="center"/>
            </w:pPr>
            <w:r>
              <w:t>14</w:t>
            </w:r>
          </w:p>
        </w:tc>
        <w:tc>
          <w:tcPr>
            <w:tcW w:w="0" w:type="auto"/>
          </w:tcPr>
          <w:p w14:paraId="773872A6" w14:textId="77777777" w:rsidR="007A5E59" w:rsidRDefault="0095198F">
            <w:r>
              <w:t>бесканал.</w:t>
            </w:r>
          </w:p>
        </w:tc>
      </w:tr>
      <w:tr w:rsidR="007A5E59" w14:paraId="3749DE58" w14:textId="77777777">
        <w:trPr>
          <w:jc w:val="center"/>
        </w:trPr>
        <w:tc>
          <w:tcPr>
            <w:tcW w:w="0" w:type="auto"/>
          </w:tcPr>
          <w:p w14:paraId="6AF4C21C" w14:textId="77777777" w:rsidR="007A5E59" w:rsidRDefault="0095198F">
            <w:pPr>
              <w:jc w:val="center"/>
            </w:pPr>
            <w:r>
              <w:t>117</w:t>
            </w:r>
          </w:p>
        </w:tc>
        <w:tc>
          <w:tcPr>
            <w:tcW w:w="0" w:type="auto"/>
          </w:tcPr>
          <w:p w14:paraId="4AC7AEFF" w14:textId="77777777" w:rsidR="007A5E59" w:rsidRDefault="0095198F">
            <w:r>
              <w:t>Ленина-40</w:t>
            </w:r>
          </w:p>
        </w:tc>
        <w:tc>
          <w:tcPr>
            <w:tcW w:w="0" w:type="auto"/>
          </w:tcPr>
          <w:p w14:paraId="69914C2B" w14:textId="77777777" w:rsidR="007A5E59" w:rsidRDefault="0095198F">
            <w:pPr>
              <w:jc w:val="center"/>
            </w:pPr>
            <w:r>
              <w:t>80</w:t>
            </w:r>
          </w:p>
        </w:tc>
        <w:tc>
          <w:tcPr>
            <w:tcW w:w="0" w:type="auto"/>
          </w:tcPr>
          <w:p w14:paraId="0623FE2B" w14:textId="77777777" w:rsidR="007A5E59" w:rsidRDefault="0095198F">
            <w:pPr>
              <w:jc w:val="center"/>
            </w:pPr>
            <w:r>
              <w:t>1975</w:t>
            </w:r>
          </w:p>
        </w:tc>
        <w:tc>
          <w:tcPr>
            <w:tcW w:w="0" w:type="auto"/>
          </w:tcPr>
          <w:p w14:paraId="2DDA645B" w14:textId="77777777" w:rsidR="007A5E59" w:rsidRDefault="0095198F">
            <w:pPr>
              <w:jc w:val="center"/>
            </w:pPr>
            <w:r>
              <w:t>15,50</w:t>
            </w:r>
          </w:p>
        </w:tc>
        <w:tc>
          <w:tcPr>
            <w:tcW w:w="0" w:type="auto"/>
          </w:tcPr>
          <w:p w14:paraId="2E48BB65" w14:textId="77777777" w:rsidR="007A5E59" w:rsidRDefault="0095198F">
            <w:r>
              <w:t>бесканал.</w:t>
            </w:r>
          </w:p>
        </w:tc>
      </w:tr>
      <w:tr w:rsidR="007A5E59" w14:paraId="23E89519" w14:textId="77777777">
        <w:trPr>
          <w:jc w:val="center"/>
        </w:trPr>
        <w:tc>
          <w:tcPr>
            <w:tcW w:w="0" w:type="auto"/>
          </w:tcPr>
          <w:p w14:paraId="27E3A8D7" w14:textId="77777777" w:rsidR="007A5E59" w:rsidRDefault="0095198F">
            <w:pPr>
              <w:jc w:val="center"/>
            </w:pPr>
            <w:r>
              <w:t>118</w:t>
            </w:r>
          </w:p>
        </w:tc>
        <w:tc>
          <w:tcPr>
            <w:tcW w:w="0" w:type="auto"/>
          </w:tcPr>
          <w:p w14:paraId="63D115E6" w14:textId="77777777" w:rsidR="007A5E59" w:rsidRDefault="0095198F">
            <w:r>
              <w:t>Ленина-48</w:t>
            </w:r>
          </w:p>
        </w:tc>
        <w:tc>
          <w:tcPr>
            <w:tcW w:w="0" w:type="auto"/>
          </w:tcPr>
          <w:p w14:paraId="6741F191" w14:textId="77777777" w:rsidR="007A5E59" w:rsidRDefault="0095198F">
            <w:pPr>
              <w:jc w:val="center"/>
            </w:pPr>
            <w:r>
              <w:t>80</w:t>
            </w:r>
          </w:p>
        </w:tc>
        <w:tc>
          <w:tcPr>
            <w:tcW w:w="0" w:type="auto"/>
          </w:tcPr>
          <w:p w14:paraId="67DD3FC9" w14:textId="77777777" w:rsidR="007A5E59" w:rsidRDefault="0095198F">
            <w:pPr>
              <w:jc w:val="center"/>
            </w:pPr>
            <w:r>
              <w:t>1969</w:t>
            </w:r>
          </w:p>
        </w:tc>
        <w:tc>
          <w:tcPr>
            <w:tcW w:w="0" w:type="auto"/>
          </w:tcPr>
          <w:p w14:paraId="2DE4E261" w14:textId="77777777" w:rsidR="007A5E59" w:rsidRDefault="0095198F">
            <w:pPr>
              <w:jc w:val="center"/>
            </w:pPr>
            <w:r>
              <w:t>10,70</w:t>
            </w:r>
          </w:p>
        </w:tc>
        <w:tc>
          <w:tcPr>
            <w:tcW w:w="0" w:type="auto"/>
          </w:tcPr>
          <w:p w14:paraId="40CD6D58" w14:textId="77777777" w:rsidR="007A5E59" w:rsidRDefault="0095198F">
            <w:r>
              <w:t>бесканал.</w:t>
            </w:r>
          </w:p>
        </w:tc>
      </w:tr>
      <w:tr w:rsidR="007A5E59" w14:paraId="7FDB1CA8" w14:textId="77777777">
        <w:trPr>
          <w:jc w:val="center"/>
        </w:trPr>
        <w:tc>
          <w:tcPr>
            <w:tcW w:w="0" w:type="auto"/>
          </w:tcPr>
          <w:p w14:paraId="2CACA88A" w14:textId="77777777" w:rsidR="007A5E59" w:rsidRDefault="0095198F">
            <w:pPr>
              <w:jc w:val="center"/>
            </w:pPr>
            <w:r>
              <w:t>119</w:t>
            </w:r>
          </w:p>
        </w:tc>
        <w:tc>
          <w:tcPr>
            <w:tcW w:w="0" w:type="auto"/>
          </w:tcPr>
          <w:p w14:paraId="76CA8268" w14:textId="77777777" w:rsidR="007A5E59" w:rsidRDefault="0095198F">
            <w:r>
              <w:t>Ленина-50</w:t>
            </w:r>
          </w:p>
        </w:tc>
        <w:tc>
          <w:tcPr>
            <w:tcW w:w="0" w:type="auto"/>
          </w:tcPr>
          <w:p w14:paraId="51F9CC89" w14:textId="77777777" w:rsidR="007A5E59" w:rsidRDefault="0095198F">
            <w:pPr>
              <w:jc w:val="center"/>
            </w:pPr>
            <w:r>
              <w:t>80</w:t>
            </w:r>
          </w:p>
        </w:tc>
        <w:tc>
          <w:tcPr>
            <w:tcW w:w="0" w:type="auto"/>
          </w:tcPr>
          <w:p w14:paraId="77288E3D" w14:textId="77777777" w:rsidR="007A5E59" w:rsidRDefault="0095198F">
            <w:pPr>
              <w:jc w:val="center"/>
            </w:pPr>
            <w:r>
              <w:t>1966</w:t>
            </w:r>
          </w:p>
        </w:tc>
        <w:tc>
          <w:tcPr>
            <w:tcW w:w="0" w:type="auto"/>
          </w:tcPr>
          <w:p w14:paraId="69E5BEA2" w14:textId="77777777" w:rsidR="007A5E59" w:rsidRDefault="0095198F">
            <w:pPr>
              <w:jc w:val="center"/>
            </w:pPr>
            <w:r>
              <w:t>11,50</w:t>
            </w:r>
          </w:p>
        </w:tc>
        <w:tc>
          <w:tcPr>
            <w:tcW w:w="0" w:type="auto"/>
          </w:tcPr>
          <w:p w14:paraId="2DCF2C16" w14:textId="77777777" w:rsidR="007A5E59" w:rsidRDefault="0095198F">
            <w:r>
              <w:t>бесканал.</w:t>
            </w:r>
          </w:p>
        </w:tc>
      </w:tr>
      <w:tr w:rsidR="007A5E59" w14:paraId="0E7CAE43" w14:textId="77777777">
        <w:trPr>
          <w:jc w:val="center"/>
        </w:trPr>
        <w:tc>
          <w:tcPr>
            <w:tcW w:w="0" w:type="auto"/>
          </w:tcPr>
          <w:p w14:paraId="13E762FA" w14:textId="77777777" w:rsidR="007A5E59" w:rsidRDefault="0095198F">
            <w:pPr>
              <w:jc w:val="center"/>
            </w:pPr>
            <w:r>
              <w:t>120</w:t>
            </w:r>
          </w:p>
        </w:tc>
        <w:tc>
          <w:tcPr>
            <w:tcW w:w="0" w:type="auto"/>
          </w:tcPr>
          <w:p w14:paraId="2ECCD3BC" w14:textId="77777777" w:rsidR="007A5E59" w:rsidRDefault="0095198F">
            <w:r>
              <w:t>Ленина-52</w:t>
            </w:r>
          </w:p>
        </w:tc>
        <w:tc>
          <w:tcPr>
            <w:tcW w:w="0" w:type="auto"/>
          </w:tcPr>
          <w:p w14:paraId="02E38EA5" w14:textId="77777777" w:rsidR="007A5E59" w:rsidRDefault="0095198F">
            <w:pPr>
              <w:jc w:val="center"/>
            </w:pPr>
            <w:r>
              <w:t>80</w:t>
            </w:r>
          </w:p>
        </w:tc>
        <w:tc>
          <w:tcPr>
            <w:tcW w:w="0" w:type="auto"/>
          </w:tcPr>
          <w:p w14:paraId="6EE3FE05" w14:textId="77777777" w:rsidR="007A5E59" w:rsidRDefault="0095198F">
            <w:pPr>
              <w:jc w:val="center"/>
            </w:pPr>
            <w:r>
              <w:t>1973</w:t>
            </w:r>
          </w:p>
        </w:tc>
        <w:tc>
          <w:tcPr>
            <w:tcW w:w="0" w:type="auto"/>
          </w:tcPr>
          <w:p w14:paraId="3B94FADB" w14:textId="77777777" w:rsidR="007A5E59" w:rsidRDefault="0095198F">
            <w:pPr>
              <w:jc w:val="center"/>
            </w:pPr>
            <w:r>
              <w:t>12</w:t>
            </w:r>
          </w:p>
        </w:tc>
        <w:tc>
          <w:tcPr>
            <w:tcW w:w="0" w:type="auto"/>
          </w:tcPr>
          <w:p w14:paraId="5D6889D6" w14:textId="77777777" w:rsidR="007A5E59" w:rsidRDefault="0095198F">
            <w:r>
              <w:t>бесканал.</w:t>
            </w:r>
          </w:p>
        </w:tc>
      </w:tr>
      <w:tr w:rsidR="007A5E59" w14:paraId="1542B42A" w14:textId="77777777">
        <w:trPr>
          <w:jc w:val="center"/>
        </w:trPr>
        <w:tc>
          <w:tcPr>
            <w:tcW w:w="0" w:type="auto"/>
          </w:tcPr>
          <w:p w14:paraId="6035F9CF" w14:textId="77777777" w:rsidR="007A5E59" w:rsidRDefault="0095198F">
            <w:pPr>
              <w:jc w:val="center"/>
            </w:pPr>
            <w:r>
              <w:t>121</w:t>
            </w:r>
          </w:p>
        </w:tc>
        <w:tc>
          <w:tcPr>
            <w:tcW w:w="0" w:type="auto"/>
          </w:tcPr>
          <w:p w14:paraId="11BD6041" w14:textId="77777777" w:rsidR="007A5E59" w:rsidRDefault="0095198F">
            <w:r>
              <w:t>Ленина-54</w:t>
            </w:r>
          </w:p>
        </w:tc>
        <w:tc>
          <w:tcPr>
            <w:tcW w:w="0" w:type="auto"/>
          </w:tcPr>
          <w:p w14:paraId="2922603A" w14:textId="77777777" w:rsidR="007A5E59" w:rsidRDefault="0095198F">
            <w:pPr>
              <w:jc w:val="center"/>
            </w:pPr>
            <w:r>
              <w:t>80</w:t>
            </w:r>
          </w:p>
        </w:tc>
        <w:tc>
          <w:tcPr>
            <w:tcW w:w="0" w:type="auto"/>
          </w:tcPr>
          <w:p w14:paraId="26D256E8" w14:textId="77777777" w:rsidR="007A5E59" w:rsidRDefault="0095198F">
            <w:pPr>
              <w:jc w:val="center"/>
            </w:pPr>
            <w:r>
              <w:t>1974</w:t>
            </w:r>
          </w:p>
        </w:tc>
        <w:tc>
          <w:tcPr>
            <w:tcW w:w="0" w:type="auto"/>
          </w:tcPr>
          <w:p w14:paraId="6E5CC0D8" w14:textId="77777777" w:rsidR="007A5E59" w:rsidRDefault="0095198F">
            <w:pPr>
              <w:jc w:val="center"/>
            </w:pPr>
            <w:r>
              <w:t>10,50</w:t>
            </w:r>
          </w:p>
        </w:tc>
        <w:tc>
          <w:tcPr>
            <w:tcW w:w="0" w:type="auto"/>
          </w:tcPr>
          <w:p w14:paraId="775F1201" w14:textId="77777777" w:rsidR="007A5E59" w:rsidRDefault="0095198F">
            <w:r>
              <w:t>бесканал.</w:t>
            </w:r>
          </w:p>
        </w:tc>
      </w:tr>
      <w:tr w:rsidR="007A5E59" w14:paraId="7ADB9145" w14:textId="77777777">
        <w:trPr>
          <w:jc w:val="center"/>
        </w:trPr>
        <w:tc>
          <w:tcPr>
            <w:tcW w:w="0" w:type="auto"/>
          </w:tcPr>
          <w:p w14:paraId="3B067637" w14:textId="77777777" w:rsidR="007A5E59" w:rsidRDefault="0095198F">
            <w:pPr>
              <w:jc w:val="center"/>
            </w:pPr>
            <w:r>
              <w:t>122</w:t>
            </w:r>
          </w:p>
        </w:tc>
        <w:tc>
          <w:tcPr>
            <w:tcW w:w="0" w:type="auto"/>
          </w:tcPr>
          <w:p w14:paraId="01F1F659" w14:textId="77777777" w:rsidR="007A5E59" w:rsidRDefault="0095198F">
            <w:r>
              <w:t>Ленина-56</w:t>
            </w:r>
          </w:p>
        </w:tc>
        <w:tc>
          <w:tcPr>
            <w:tcW w:w="0" w:type="auto"/>
          </w:tcPr>
          <w:p w14:paraId="3A846A0E" w14:textId="77777777" w:rsidR="007A5E59" w:rsidRDefault="0095198F">
            <w:pPr>
              <w:jc w:val="center"/>
            </w:pPr>
            <w:r>
              <w:t>80</w:t>
            </w:r>
          </w:p>
        </w:tc>
        <w:tc>
          <w:tcPr>
            <w:tcW w:w="0" w:type="auto"/>
          </w:tcPr>
          <w:p w14:paraId="04E57DFF" w14:textId="77777777" w:rsidR="007A5E59" w:rsidRDefault="0095198F">
            <w:pPr>
              <w:jc w:val="center"/>
            </w:pPr>
            <w:r>
              <w:t>1975</w:t>
            </w:r>
          </w:p>
        </w:tc>
        <w:tc>
          <w:tcPr>
            <w:tcW w:w="0" w:type="auto"/>
          </w:tcPr>
          <w:p w14:paraId="731F611F" w14:textId="77777777" w:rsidR="007A5E59" w:rsidRDefault="0095198F">
            <w:pPr>
              <w:jc w:val="center"/>
            </w:pPr>
            <w:r>
              <w:t>12,60</w:t>
            </w:r>
          </w:p>
        </w:tc>
        <w:tc>
          <w:tcPr>
            <w:tcW w:w="0" w:type="auto"/>
          </w:tcPr>
          <w:p w14:paraId="15DDD907" w14:textId="77777777" w:rsidR="007A5E59" w:rsidRDefault="0095198F">
            <w:r>
              <w:t>бесканал.</w:t>
            </w:r>
          </w:p>
        </w:tc>
      </w:tr>
      <w:tr w:rsidR="007A5E59" w14:paraId="57602BA9" w14:textId="77777777">
        <w:trPr>
          <w:jc w:val="center"/>
        </w:trPr>
        <w:tc>
          <w:tcPr>
            <w:tcW w:w="0" w:type="auto"/>
          </w:tcPr>
          <w:p w14:paraId="5460F8F4" w14:textId="77777777" w:rsidR="007A5E59" w:rsidRDefault="0095198F">
            <w:pPr>
              <w:jc w:val="center"/>
            </w:pPr>
            <w:r>
              <w:t>123</w:t>
            </w:r>
          </w:p>
        </w:tc>
        <w:tc>
          <w:tcPr>
            <w:tcW w:w="0" w:type="auto"/>
          </w:tcPr>
          <w:p w14:paraId="273B9045" w14:textId="77777777" w:rsidR="007A5E59" w:rsidRDefault="0095198F">
            <w:r>
              <w:t>Ленина-62</w:t>
            </w:r>
          </w:p>
        </w:tc>
        <w:tc>
          <w:tcPr>
            <w:tcW w:w="0" w:type="auto"/>
          </w:tcPr>
          <w:p w14:paraId="331A6290" w14:textId="77777777" w:rsidR="007A5E59" w:rsidRDefault="0095198F">
            <w:pPr>
              <w:jc w:val="center"/>
            </w:pPr>
            <w:r>
              <w:t>80</w:t>
            </w:r>
          </w:p>
        </w:tc>
        <w:tc>
          <w:tcPr>
            <w:tcW w:w="0" w:type="auto"/>
          </w:tcPr>
          <w:p w14:paraId="1643EA55" w14:textId="77777777" w:rsidR="007A5E59" w:rsidRDefault="0095198F">
            <w:pPr>
              <w:jc w:val="center"/>
            </w:pPr>
            <w:r>
              <w:t>1969</w:t>
            </w:r>
          </w:p>
        </w:tc>
        <w:tc>
          <w:tcPr>
            <w:tcW w:w="0" w:type="auto"/>
          </w:tcPr>
          <w:p w14:paraId="46818550" w14:textId="77777777" w:rsidR="007A5E59" w:rsidRDefault="0095198F">
            <w:pPr>
              <w:jc w:val="center"/>
            </w:pPr>
            <w:r>
              <w:t>11</w:t>
            </w:r>
          </w:p>
        </w:tc>
        <w:tc>
          <w:tcPr>
            <w:tcW w:w="0" w:type="auto"/>
          </w:tcPr>
          <w:p w14:paraId="71E41E02" w14:textId="77777777" w:rsidR="007A5E59" w:rsidRDefault="0095198F">
            <w:r>
              <w:t>бесканал.</w:t>
            </w:r>
          </w:p>
        </w:tc>
      </w:tr>
      <w:tr w:rsidR="007A5E59" w14:paraId="4EC4C7B2" w14:textId="77777777">
        <w:trPr>
          <w:jc w:val="center"/>
        </w:trPr>
        <w:tc>
          <w:tcPr>
            <w:tcW w:w="0" w:type="auto"/>
          </w:tcPr>
          <w:p w14:paraId="1F77D2D4" w14:textId="77777777" w:rsidR="007A5E59" w:rsidRDefault="0095198F">
            <w:pPr>
              <w:jc w:val="center"/>
            </w:pPr>
            <w:r>
              <w:t>124</w:t>
            </w:r>
          </w:p>
        </w:tc>
        <w:tc>
          <w:tcPr>
            <w:tcW w:w="0" w:type="auto"/>
          </w:tcPr>
          <w:p w14:paraId="52DFE016" w14:textId="77777777" w:rsidR="007A5E59" w:rsidRDefault="0095198F">
            <w:r>
              <w:t>Ленина-66</w:t>
            </w:r>
          </w:p>
        </w:tc>
        <w:tc>
          <w:tcPr>
            <w:tcW w:w="0" w:type="auto"/>
          </w:tcPr>
          <w:p w14:paraId="71A49A5C" w14:textId="77777777" w:rsidR="007A5E59" w:rsidRDefault="0095198F">
            <w:pPr>
              <w:jc w:val="center"/>
            </w:pPr>
            <w:r>
              <w:t>80</w:t>
            </w:r>
          </w:p>
        </w:tc>
        <w:tc>
          <w:tcPr>
            <w:tcW w:w="0" w:type="auto"/>
          </w:tcPr>
          <w:p w14:paraId="52C2AA9D" w14:textId="77777777" w:rsidR="007A5E59" w:rsidRDefault="0095198F">
            <w:pPr>
              <w:jc w:val="center"/>
            </w:pPr>
            <w:r>
              <w:t>1966</w:t>
            </w:r>
          </w:p>
        </w:tc>
        <w:tc>
          <w:tcPr>
            <w:tcW w:w="0" w:type="auto"/>
          </w:tcPr>
          <w:p w14:paraId="11183828" w14:textId="77777777" w:rsidR="007A5E59" w:rsidRDefault="0095198F">
            <w:pPr>
              <w:jc w:val="center"/>
            </w:pPr>
            <w:r>
              <w:t>11,20</w:t>
            </w:r>
          </w:p>
        </w:tc>
        <w:tc>
          <w:tcPr>
            <w:tcW w:w="0" w:type="auto"/>
          </w:tcPr>
          <w:p w14:paraId="692F1851" w14:textId="77777777" w:rsidR="007A5E59" w:rsidRDefault="0095198F">
            <w:r>
              <w:t>бесканал.</w:t>
            </w:r>
          </w:p>
        </w:tc>
      </w:tr>
      <w:tr w:rsidR="007A5E59" w14:paraId="35005AA4" w14:textId="77777777">
        <w:trPr>
          <w:jc w:val="center"/>
        </w:trPr>
        <w:tc>
          <w:tcPr>
            <w:tcW w:w="0" w:type="auto"/>
          </w:tcPr>
          <w:p w14:paraId="6E2DE38F" w14:textId="77777777" w:rsidR="007A5E59" w:rsidRDefault="0095198F">
            <w:pPr>
              <w:jc w:val="center"/>
            </w:pPr>
            <w:r>
              <w:t>125</w:t>
            </w:r>
          </w:p>
        </w:tc>
        <w:tc>
          <w:tcPr>
            <w:tcW w:w="0" w:type="auto"/>
          </w:tcPr>
          <w:p w14:paraId="717FD45D" w14:textId="77777777" w:rsidR="007A5E59" w:rsidRDefault="0095198F">
            <w:r>
              <w:t>Ленина-68</w:t>
            </w:r>
          </w:p>
        </w:tc>
        <w:tc>
          <w:tcPr>
            <w:tcW w:w="0" w:type="auto"/>
          </w:tcPr>
          <w:p w14:paraId="5002F7E2" w14:textId="77777777" w:rsidR="007A5E59" w:rsidRDefault="0095198F">
            <w:pPr>
              <w:jc w:val="center"/>
            </w:pPr>
            <w:r>
              <w:t>80</w:t>
            </w:r>
          </w:p>
        </w:tc>
        <w:tc>
          <w:tcPr>
            <w:tcW w:w="0" w:type="auto"/>
          </w:tcPr>
          <w:p w14:paraId="1CEC7BEF" w14:textId="77777777" w:rsidR="007A5E59" w:rsidRDefault="0095198F">
            <w:pPr>
              <w:jc w:val="center"/>
            </w:pPr>
            <w:r>
              <w:t>1965</w:t>
            </w:r>
          </w:p>
        </w:tc>
        <w:tc>
          <w:tcPr>
            <w:tcW w:w="0" w:type="auto"/>
          </w:tcPr>
          <w:p w14:paraId="375B49B4" w14:textId="77777777" w:rsidR="007A5E59" w:rsidRDefault="0095198F">
            <w:pPr>
              <w:jc w:val="center"/>
            </w:pPr>
            <w:r>
              <w:t>12,10</w:t>
            </w:r>
          </w:p>
        </w:tc>
        <w:tc>
          <w:tcPr>
            <w:tcW w:w="0" w:type="auto"/>
          </w:tcPr>
          <w:p w14:paraId="44275BFA" w14:textId="77777777" w:rsidR="007A5E59" w:rsidRDefault="0095198F">
            <w:r>
              <w:t>бесканал.</w:t>
            </w:r>
          </w:p>
        </w:tc>
      </w:tr>
      <w:tr w:rsidR="007A5E59" w14:paraId="10E5CB4C" w14:textId="77777777">
        <w:trPr>
          <w:jc w:val="center"/>
        </w:trPr>
        <w:tc>
          <w:tcPr>
            <w:tcW w:w="0" w:type="auto"/>
          </w:tcPr>
          <w:p w14:paraId="69A210BB" w14:textId="77777777" w:rsidR="007A5E59" w:rsidRDefault="0095198F">
            <w:pPr>
              <w:jc w:val="center"/>
            </w:pPr>
            <w:r>
              <w:t>126</w:t>
            </w:r>
          </w:p>
        </w:tc>
        <w:tc>
          <w:tcPr>
            <w:tcW w:w="0" w:type="auto"/>
          </w:tcPr>
          <w:p w14:paraId="0968B6E5" w14:textId="77777777" w:rsidR="007A5E59" w:rsidRDefault="0095198F">
            <w:r>
              <w:t>Ленина-70</w:t>
            </w:r>
          </w:p>
        </w:tc>
        <w:tc>
          <w:tcPr>
            <w:tcW w:w="0" w:type="auto"/>
          </w:tcPr>
          <w:p w14:paraId="113D2452" w14:textId="77777777" w:rsidR="007A5E59" w:rsidRDefault="0095198F">
            <w:pPr>
              <w:jc w:val="center"/>
            </w:pPr>
            <w:r>
              <w:t>80</w:t>
            </w:r>
          </w:p>
        </w:tc>
        <w:tc>
          <w:tcPr>
            <w:tcW w:w="0" w:type="auto"/>
          </w:tcPr>
          <w:p w14:paraId="71A708F2" w14:textId="77777777" w:rsidR="007A5E59" w:rsidRDefault="0095198F">
            <w:pPr>
              <w:jc w:val="center"/>
            </w:pPr>
            <w:r>
              <w:t>1966</w:t>
            </w:r>
          </w:p>
        </w:tc>
        <w:tc>
          <w:tcPr>
            <w:tcW w:w="0" w:type="auto"/>
          </w:tcPr>
          <w:p w14:paraId="300F1DBB" w14:textId="77777777" w:rsidR="007A5E59" w:rsidRDefault="0095198F">
            <w:pPr>
              <w:jc w:val="center"/>
            </w:pPr>
            <w:r>
              <w:t>11,10</w:t>
            </w:r>
          </w:p>
        </w:tc>
        <w:tc>
          <w:tcPr>
            <w:tcW w:w="0" w:type="auto"/>
          </w:tcPr>
          <w:p w14:paraId="4EF4657A" w14:textId="77777777" w:rsidR="007A5E59" w:rsidRDefault="0095198F">
            <w:r>
              <w:t>бесканал.</w:t>
            </w:r>
          </w:p>
        </w:tc>
      </w:tr>
      <w:tr w:rsidR="007A5E59" w14:paraId="050919B8" w14:textId="77777777">
        <w:trPr>
          <w:jc w:val="center"/>
        </w:trPr>
        <w:tc>
          <w:tcPr>
            <w:tcW w:w="0" w:type="auto"/>
          </w:tcPr>
          <w:p w14:paraId="5AB4CB25" w14:textId="77777777" w:rsidR="007A5E59" w:rsidRDefault="0095198F">
            <w:pPr>
              <w:jc w:val="center"/>
            </w:pPr>
            <w:r>
              <w:t>127</w:t>
            </w:r>
          </w:p>
        </w:tc>
        <w:tc>
          <w:tcPr>
            <w:tcW w:w="0" w:type="auto"/>
          </w:tcPr>
          <w:p w14:paraId="64E22E8B" w14:textId="77777777" w:rsidR="007A5E59" w:rsidRDefault="0095198F">
            <w:r>
              <w:t>Ленина-72</w:t>
            </w:r>
          </w:p>
        </w:tc>
        <w:tc>
          <w:tcPr>
            <w:tcW w:w="0" w:type="auto"/>
          </w:tcPr>
          <w:p w14:paraId="54207E1C" w14:textId="77777777" w:rsidR="007A5E59" w:rsidRDefault="0095198F">
            <w:pPr>
              <w:jc w:val="center"/>
            </w:pPr>
            <w:r>
              <w:t>80</w:t>
            </w:r>
          </w:p>
        </w:tc>
        <w:tc>
          <w:tcPr>
            <w:tcW w:w="0" w:type="auto"/>
          </w:tcPr>
          <w:p w14:paraId="7D92DC6C" w14:textId="77777777" w:rsidR="007A5E59" w:rsidRDefault="0095198F">
            <w:pPr>
              <w:jc w:val="center"/>
            </w:pPr>
            <w:r>
              <w:t>1971</w:t>
            </w:r>
          </w:p>
        </w:tc>
        <w:tc>
          <w:tcPr>
            <w:tcW w:w="0" w:type="auto"/>
          </w:tcPr>
          <w:p w14:paraId="061F1CCA" w14:textId="77777777" w:rsidR="007A5E59" w:rsidRDefault="0095198F">
            <w:pPr>
              <w:jc w:val="center"/>
            </w:pPr>
            <w:r>
              <w:t>12,10</w:t>
            </w:r>
          </w:p>
        </w:tc>
        <w:tc>
          <w:tcPr>
            <w:tcW w:w="0" w:type="auto"/>
          </w:tcPr>
          <w:p w14:paraId="72A0271B" w14:textId="77777777" w:rsidR="007A5E59" w:rsidRDefault="0095198F">
            <w:r>
              <w:t>бесканал.</w:t>
            </w:r>
          </w:p>
        </w:tc>
      </w:tr>
      <w:tr w:rsidR="007A5E59" w14:paraId="733D6096" w14:textId="77777777">
        <w:trPr>
          <w:jc w:val="center"/>
        </w:trPr>
        <w:tc>
          <w:tcPr>
            <w:tcW w:w="0" w:type="auto"/>
          </w:tcPr>
          <w:p w14:paraId="492C5254" w14:textId="77777777" w:rsidR="007A5E59" w:rsidRDefault="0095198F">
            <w:pPr>
              <w:jc w:val="center"/>
            </w:pPr>
            <w:r>
              <w:t>128</w:t>
            </w:r>
          </w:p>
        </w:tc>
        <w:tc>
          <w:tcPr>
            <w:tcW w:w="0" w:type="auto"/>
          </w:tcPr>
          <w:p w14:paraId="445F39FB" w14:textId="77777777" w:rsidR="007A5E59" w:rsidRDefault="0095198F">
            <w:r>
              <w:t>Ленина-74</w:t>
            </w:r>
          </w:p>
        </w:tc>
        <w:tc>
          <w:tcPr>
            <w:tcW w:w="0" w:type="auto"/>
          </w:tcPr>
          <w:p w14:paraId="14402761" w14:textId="77777777" w:rsidR="007A5E59" w:rsidRDefault="0095198F">
            <w:pPr>
              <w:jc w:val="center"/>
            </w:pPr>
            <w:r>
              <w:t>80</w:t>
            </w:r>
          </w:p>
        </w:tc>
        <w:tc>
          <w:tcPr>
            <w:tcW w:w="0" w:type="auto"/>
          </w:tcPr>
          <w:p w14:paraId="7C337BDE" w14:textId="77777777" w:rsidR="007A5E59" w:rsidRDefault="0095198F">
            <w:pPr>
              <w:jc w:val="center"/>
            </w:pPr>
            <w:r>
              <w:t>1979</w:t>
            </w:r>
          </w:p>
        </w:tc>
        <w:tc>
          <w:tcPr>
            <w:tcW w:w="0" w:type="auto"/>
          </w:tcPr>
          <w:p w14:paraId="5E23E65D" w14:textId="77777777" w:rsidR="007A5E59" w:rsidRDefault="0095198F">
            <w:pPr>
              <w:jc w:val="center"/>
            </w:pPr>
            <w:r>
              <w:t>10,60</w:t>
            </w:r>
          </w:p>
        </w:tc>
        <w:tc>
          <w:tcPr>
            <w:tcW w:w="0" w:type="auto"/>
          </w:tcPr>
          <w:p w14:paraId="22495B39" w14:textId="77777777" w:rsidR="007A5E59" w:rsidRDefault="0095198F">
            <w:r>
              <w:t>бесканал.</w:t>
            </w:r>
          </w:p>
        </w:tc>
      </w:tr>
      <w:tr w:rsidR="007A5E59" w14:paraId="108B3941" w14:textId="77777777">
        <w:trPr>
          <w:jc w:val="center"/>
        </w:trPr>
        <w:tc>
          <w:tcPr>
            <w:tcW w:w="0" w:type="auto"/>
          </w:tcPr>
          <w:p w14:paraId="14AF5441" w14:textId="77777777" w:rsidR="007A5E59" w:rsidRDefault="0095198F">
            <w:pPr>
              <w:jc w:val="center"/>
            </w:pPr>
            <w:r>
              <w:t>129</w:t>
            </w:r>
          </w:p>
        </w:tc>
        <w:tc>
          <w:tcPr>
            <w:tcW w:w="0" w:type="auto"/>
          </w:tcPr>
          <w:p w14:paraId="253FFB89" w14:textId="77777777" w:rsidR="007A5E59" w:rsidRDefault="0095198F">
            <w:r>
              <w:t>Ленина-76</w:t>
            </w:r>
          </w:p>
        </w:tc>
        <w:tc>
          <w:tcPr>
            <w:tcW w:w="0" w:type="auto"/>
          </w:tcPr>
          <w:p w14:paraId="22A179E8" w14:textId="77777777" w:rsidR="007A5E59" w:rsidRDefault="0095198F">
            <w:pPr>
              <w:jc w:val="center"/>
            </w:pPr>
            <w:r>
              <w:t>80</w:t>
            </w:r>
          </w:p>
        </w:tc>
        <w:tc>
          <w:tcPr>
            <w:tcW w:w="0" w:type="auto"/>
          </w:tcPr>
          <w:p w14:paraId="27CE8988" w14:textId="77777777" w:rsidR="007A5E59" w:rsidRDefault="0095198F">
            <w:pPr>
              <w:jc w:val="center"/>
            </w:pPr>
            <w:r>
              <w:t>1981</w:t>
            </w:r>
          </w:p>
        </w:tc>
        <w:tc>
          <w:tcPr>
            <w:tcW w:w="0" w:type="auto"/>
          </w:tcPr>
          <w:p w14:paraId="397EEE7D" w14:textId="77777777" w:rsidR="007A5E59" w:rsidRDefault="0095198F">
            <w:pPr>
              <w:jc w:val="center"/>
            </w:pPr>
            <w:r>
              <w:t>8,20</w:t>
            </w:r>
          </w:p>
        </w:tc>
        <w:tc>
          <w:tcPr>
            <w:tcW w:w="0" w:type="auto"/>
          </w:tcPr>
          <w:p w14:paraId="55900135" w14:textId="77777777" w:rsidR="007A5E59" w:rsidRDefault="0095198F">
            <w:r>
              <w:t>бесканал.</w:t>
            </w:r>
          </w:p>
        </w:tc>
      </w:tr>
      <w:tr w:rsidR="007A5E59" w14:paraId="2FBF8EEB" w14:textId="77777777">
        <w:trPr>
          <w:jc w:val="center"/>
        </w:trPr>
        <w:tc>
          <w:tcPr>
            <w:tcW w:w="0" w:type="auto"/>
          </w:tcPr>
          <w:p w14:paraId="482034C6" w14:textId="77777777" w:rsidR="007A5E59" w:rsidRDefault="0095198F">
            <w:pPr>
              <w:jc w:val="center"/>
            </w:pPr>
            <w:r>
              <w:t>130</w:t>
            </w:r>
          </w:p>
        </w:tc>
        <w:tc>
          <w:tcPr>
            <w:tcW w:w="0" w:type="auto"/>
          </w:tcPr>
          <w:p w14:paraId="169578AF" w14:textId="77777777" w:rsidR="007A5E59" w:rsidRDefault="0095198F">
            <w:r>
              <w:t>Ленина-78</w:t>
            </w:r>
          </w:p>
        </w:tc>
        <w:tc>
          <w:tcPr>
            <w:tcW w:w="0" w:type="auto"/>
          </w:tcPr>
          <w:p w14:paraId="7F438280" w14:textId="77777777" w:rsidR="007A5E59" w:rsidRDefault="0095198F">
            <w:pPr>
              <w:jc w:val="center"/>
            </w:pPr>
            <w:r>
              <w:t>80</w:t>
            </w:r>
          </w:p>
        </w:tc>
        <w:tc>
          <w:tcPr>
            <w:tcW w:w="0" w:type="auto"/>
          </w:tcPr>
          <w:p w14:paraId="5BF259CA" w14:textId="77777777" w:rsidR="007A5E59" w:rsidRDefault="0095198F">
            <w:pPr>
              <w:jc w:val="center"/>
            </w:pPr>
            <w:r>
              <w:t>1970</w:t>
            </w:r>
          </w:p>
        </w:tc>
        <w:tc>
          <w:tcPr>
            <w:tcW w:w="0" w:type="auto"/>
          </w:tcPr>
          <w:p w14:paraId="7B6B8CCC" w14:textId="77777777" w:rsidR="007A5E59" w:rsidRDefault="0095198F">
            <w:pPr>
              <w:jc w:val="center"/>
            </w:pPr>
            <w:r>
              <w:t>8,80</w:t>
            </w:r>
          </w:p>
        </w:tc>
        <w:tc>
          <w:tcPr>
            <w:tcW w:w="0" w:type="auto"/>
          </w:tcPr>
          <w:p w14:paraId="680555F5" w14:textId="77777777" w:rsidR="007A5E59" w:rsidRDefault="0095198F">
            <w:r>
              <w:t>бесканал.</w:t>
            </w:r>
          </w:p>
        </w:tc>
      </w:tr>
      <w:tr w:rsidR="007A5E59" w14:paraId="2088424A" w14:textId="77777777">
        <w:trPr>
          <w:jc w:val="center"/>
        </w:trPr>
        <w:tc>
          <w:tcPr>
            <w:tcW w:w="0" w:type="auto"/>
          </w:tcPr>
          <w:p w14:paraId="62DA8AF6" w14:textId="77777777" w:rsidR="007A5E59" w:rsidRDefault="0095198F">
            <w:pPr>
              <w:jc w:val="center"/>
            </w:pPr>
            <w:r>
              <w:t>131</w:t>
            </w:r>
          </w:p>
        </w:tc>
        <w:tc>
          <w:tcPr>
            <w:tcW w:w="0" w:type="auto"/>
          </w:tcPr>
          <w:p w14:paraId="7511E50B" w14:textId="77777777" w:rsidR="007A5E59" w:rsidRDefault="0095198F">
            <w:r>
              <w:t>Ленина-80</w:t>
            </w:r>
          </w:p>
        </w:tc>
        <w:tc>
          <w:tcPr>
            <w:tcW w:w="0" w:type="auto"/>
          </w:tcPr>
          <w:p w14:paraId="4A8CC37E" w14:textId="77777777" w:rsidR="007A5E59" w:rsidRDefault="0095198F">
            <w:pPr>
              <w:jc w:val="center"/>
            </w:pPr>
            <w:r>
              <w:t>80</w:t>
            </w:r>
          </w:p>
        </w:tc>
        <w:tc>
          <w:tcPr>
            <w:tcW w:w="0" w:type="auto"/>
          </w:tcPr>
          <w:p w14:paraId="15349337" w14:textId="77777777" w:rsidR="007A5E59" w:rsidRDefault="0095198F">
            <w:pPr>
              <w:jc w:val="center"/>
            </w:pPr>
            <w:r>
              <w:t>1969</w:t>
            </w:r>
          </w:p>
        </w:tc>
        <w:tc>
          <w:tcPr>
            <w:tcW w:w="0" w:type="auto"/>
          </w:tcPr>
          <w:p w14:paraId="1D0061AD" w14:textId="77777777" w:rsidR="007A5E59" w:rsidRDefault="0095198F">
            <w:pPr>
              <w:jc w:val="center"/>
            </w:pPr>
            <w:r>
              <w:t>7,50</w:t>
            </w:r>
          </w:p>
        </w:tc>
        <w:tc>
          <w:tcPr>
            <w:tcW w:w="0" w:type="auto"/>
          </w:tcPr>
          <w:p w14:paraId="32AFE245" w14:textId="77777777" w:rsidR="007A5E59" w:rsidRDefault="0095198F">
            <w:r>
              <w:t>бесканал.</w:t>
            </w:r>
          </w:p>
        </w:tc>
      </w:tr>
      <w:tr w:rsidR="007A5E59" w14:paraId="78313C47" w14:textId="77777777">
        <w:trPr>
          <w:jc w:val="center"/>
        </w:trPr>
        <w:tc>
          <w:tcPr>
            <w:tcW w:w="0" w:type="auto"/>
          </w:tcPr>
          <w:p w14:paraId="2663E6D4" w14:textId="77777777" w:rsidR="007A5E59" w:rsidRDefault="0095198F">
            <w:pPr>
              <w:jc w:val="center"/>
            </w:pPr>
            <w:r>
              <w:t>132</w:t>
            </w:r>
          </w:p>
        </w:tc>
        <w:tc>
          <w:tcPr>
            <w:tcW w:w="0" w:type="auto"/>
          </w:tcPr>
          <w:p w14:paraId="619B139A" w14:textId="77777777" w:rsidR="007A5E59" w:rsidRDefault="0095198F">
            <w:r>
              <w:t>Ленина-82</w:t>
            </w:r>
          </w:p>
        </w:tc>
        <w:tc>
          <w:tcPr>
            <w:tcW w:w="0" w:type="auto"/>
          </w:tcPr>
          <w:p w14:paraId="154BEAD1" w14:textId="77777777" w:rsidR="007A5E59" w:rsidRDefault="0095198F">
            <w:pPr>
              <w:jc w:val="center"/>
            </w:pPr>
            <w:r>
              <w:t>80</w:t>
            </w:r>
          </w:p>
        </w:tc>
        <w:tc>
          <w:tcPr>
            <w:tcW w:w="0" w:type="auto"/>
          </w:tcPr>
          <w:p w14:paraId="1C7C0EAC" w14:textId="77777777" w:rsidR="007A5E59" w:rsidRDefault="0095198F">
            <w:pPr>
              <w:jc w:val="center"/>
            </w:pPr>
            <w:r>
              <w:t>1959</w:t>
            </w:r>
          </w:p>
        </w:tc>
        <w:tc>
          <w:tcPr>
            <w:tcW w:w="0" w:type="auto"/>
          </w:tcPr>
          <w:p w14:paraId="5E4B9F8B" w14:textId="77777777" w:rsidR="007A5E59" w:rsidRDefault="0095198F">
            <w:pPr>
              <w:jc w:val="center"/>
            </w:pPr>
            <w:r>
              <w:t>10</w:t>
            </w:r>
          </w:p>
        </w:tc>
        <w:tc>
          <w:tcPr>
            <w:tcW w:w="0" w:type="auto"/>
          </w:tcPr>
          <w:p w14:paraId="16348724" w14:textId="77777777" w:rsidR="007A5E59" w:rsidRDefault="0095198F">
            <w:r>
              <w:t>бесканал.</w:t>
            </w:r>
          </w:p>
        </w:tc>
      </w:tr>
      <w:tr w:rsidR="007A5E59" w14:paraId="2DBE7316" w14:textId="77777777">
        <w:trPr>
          <w:jc w:val="center"/>
        </w:trPr>
        <w:tc>
          <w:tcPr>
            <w:tcW w:w="0" w:type="auto"/>
          </w:tcPr>
          <w:p w14:paraId="13E26595" w14:textId="77777777" w:rsidR="007A5E59" w:rsidRDefault="0095198F">
            <w:pPr>
              <w:jc w:val="center"/>
            </w:pPr>
            <w:r>
              <w:t>133</w:t>
            </w:r>
          </w:p>
        </w:tc>
        <w:tc>
          <w:tcPr>
            <w:tcW w:w="0" w:type="auto"/>
          </w:tcPr>
          <w:p w14:paraId="6F5FCD48" w14:textId="77777777" w:rsidR="007A5E59" w:rsidRDefault="0095198F">
            <w:r>
              <w:t>Ленина-84</w:t>
            </w:r>
          </w:p>
        </w:tc>
        <w:tc>
          <w:tcPr>
            <w:tcW w:w="0" w:type="auto"/>
          </w:tcPr>
          <w:p w14:paraId="49534049" w14:textId="77777777" w:rsidR="007A5E59" w:rsidRDefault="0095198F">
            <w:pPr>
              <w:jc w:val="center"/>
            </w:pPr>
            <w:r>
              <w:t>80</w:t>
            </w:r>
          </w:p>
        </w:tc>
        <w:tc>
          <w:tcPr>
            <w:tcW w:w="0" w:type="auto"/>
          </w:tcPr>
          <w:p w14:paraId="19D6178C" w14:textId="77777777" w:rsidR="007A5E59" w:rsidRDefault="0095198F">
            <w:pPr>
              <w:jc w:val="center"/>
            </w:pPr>
            <w:r>
              <w:t>1969</w:t>
            </w:r>
          </w:p>
        </w:tc>
        <w:tc>
          <w:tcPr>
            <w:tcW w:w="0" w:type="auto"/>
          </w:tcPr>
          <w:p w14:paraId="45522655" w14:textId="77777777" w:rsidR="007A5E59" w:rsidRDefault="0095198F">
            <w:pPr>
              <w:jc w:val="center"/>
            </w:pPr>
            <w:r>
              <w:t>9</w:t>
            </w:r>
          </w:p>
        </w:tc>
        <w:tc>
          <w:tcPr>
            <w:tcW w:w="0" w:type="auto"/>
          </w:tcPr>
          <w:p w14:paraId="7B9567DD" w14:textId="77777777" w:rsidR="007A5E59" w:rsidRDefault="0095198F">
            <w:r>
              <w:t>бесканал.</w:t>
            </w:r>
          </w:p>
        </w:tc>
      </w:tr>
      <w:tr w:rsidR="007A5E59" w14:paraId="0C71BE65" w14:textId="77777777">
        <w:trPr>
          <w:jc w:val="center"/>
        </w:trPr>
        <w:tc>
          <w:tcPr>
            <w:tcW w:w="0" w:type="auto"/>
          </w:tcPr>
          <w:p w14:paraId="7E51D8BF" w14:textId="77777777" w:rsidR="007A5E59" w:rsidRDefault="0095198F">
            <w:pPr>
              <w:jc w:val="center"/>
            </w:pPr>
            <w:r>
              <w:t>134</w:t>
            </w:r>
          </w:p>
        </w:tc>
        <w:tc>
          <w:tcPr>
            <w:tcW w:w="0" w:type="auto"/>
          </w:tcPr>
          <w:p w14:paraId="24F51BB6" w14:textId="77777777" w:rsidR="007A5E59" w:rsidRDefault="0095198F">
            <w:r>
              <w:t>18п/съезда-2</w:t>
            </w:r>
          </w:p>
        </w:tc>
        <w:tc>
          <w:tcPr>
            <w:tcW w:w="0" w:type="auto"/>
          </w:tcPr>
          <w:p w14:paraId="6A34E690" w14:textId="77777777" w:rsidR="007A5E59" w:rsidRDefault="0095198F">
            <w:pPr>
              <w:jc w:val="center"/>
            </w:pPr>
            <w:r>
              <w:t>80</w:t>
            </w:r>
          </w:p>
        </w:tc>
        <w:tc>
          <w:tcPr>
            <w:tcW w:w="0" w:type="auto"/>
          </w:tcPr>
          <w:p w14:paraId="0A7E0D2A" w14:textId="77777777" w:rsidR="007A5E59" w:rsidRDefault="0095198F">
            <w:pPr>
              <w:jc w:val="center"/>
            </w:pPr>
            <w:r>
              <w:t>1970</w:t>
            </w:r>
          </w:p>
        </w:tc>
        <w:tc>
          <w:tcPr>
            <w:tcW w:w="0" w:type="auto"/>
          </w:tcPr>
          <w:p w14:paraId="20CBB87C" w14:textId="77777777" w:rsidR="007A5E59" w:rsidRDefault="0095198F">
            <w:pPr>
              <w:jc w:val="center"/>
            </w:pPr>
            <w:r>
              <w:t>19,10</w:t>
            </w:r>
          </w:p>
        </w:tc>
        <w:tc>
          <w:tcPr>
            <w:tcW w:w="0" w:type="auto"/>
          </w:tcPr>
          <w:p w14:paraId="427137AD" w14:textId="77777777" w:rsidR="007A5E59" w:rsidRDefault="0095198F">
            <w:r>
              <w:t>бесканал.</w:t>
            </w:r>
          </w:p>
        </w:tc>
      </w:tr>
      <w:tr w:rsidR="007A5E59" w14:paraId="0FDFB65A" w14:textId="77777777">
        <w:trPr>
          <w:jc w:val="center"/>
        </w:trPr>
        <w:tc>
          <w:tcPr>
            <w:tcW w:w="0" w:type="auto"/>
          </w:tcPr>
          <w:p w14:paraId="02A1D44E" w14:textId="77777777" w:rsidR="007A5E59" w:rsidRDefault="0095198F">
            <w:pPr>
              <w:jc w:val="center"/>
            </w:pPr>
            <w:r>
              <w:t>135</w:t>
            </w:r>
          </w:p>
        </w:tc>
        <w:tc>
          <w:tcPr>
            <w:tcW w:w="0" w:type="auto"/>
          </w:tcPr>
          <w:p w14:paraId="155A5CE0" w14:textId="77777777" w:rsidR="007A5E59" w:rsidRDefault="0095198F">
            <w:r>
              <w:t>18п/съезда-4</w:t>
            </w:r>
          </w:p>
        </w:tc>
        <w:tc>
          <w:tcPr>
            <w:tcW w:w="0" w:type="auto"/>
          </w:tcPr>
          <w:p w14:paraId="46A9BB1E" w14:textId="77777777" w:rsidR="007A5E59" w:rsidRDefault="0095198F">
            <w:pPr>
              <w:jc w:val="center"/>
            </w:pPr>
            <w:r>
              <w:t>80</w:t>
            </w:r>
          </w:p>
        </w:tc>
        <w:tc>
          <w:tcPr>
            <w:tcW w:w="0" w:type="auto"/>
          </w:tcPr>
          <w:p w14:paraId="787C5226" w14:textId="77777777" w:rsidR="007A5E59" w:rsidRDefault="0095198F">
            <w:pPr>
              <w:jc w:val="center"/>
            </w:pPr>
            <w:r>
              <w:t>1971</w:t>
            </w:r>
          </w:p>
        </w:tc>
        <w:tc>
          <w:tcPr>
            <w:tcW w:w="0" w:type="auto"/>
          </w:tcPr>
          <w:p w14:paraId="54687D5B" w14:textId="77777777" w:rsidR="007A5E59" w:rsidRDefault="0095198F">
            <w:pPr>
              <w:jc w:val="center"/>
            </w:pPr>
            <w:r>
              <w:t>22,50</w:t>
            </w:r>
          </w:p>
        </w:tc>
        <w:tc>
          <w:tcPr>
            <w:tcW w:w="0" w:type="auto"/>
          </w:tcPr>
          <w:p w14:paraId="479DE825" w14:textId="77777777" w:rsidR="007A5E59" w:rsidRDefault="0095198F">
            <w:r>
              <w:t>бесканал.</w:t>
            </w:r>
          </w:p>
        </w:tc>
      </w:tr>
      <w:tr w:rsidR="007A5E59" w14:paraId="542B5802" w14:textId="77777777">
        <w:trPr>
          <w:jc w:val="center"/>
        </w:trPr>
        <w:tc>
          <w:tcPr>
            <w:tcW w:w="0" w:type="auto"/>
          </w:tcPr>
          <w:p w14:paraId="1463452F" w14:textId="77777777" w:rsidR="007A5E59" w:rsidRDefault="0095198F">
            <w:pPr>
              <w:jc w:val="center"/>
            </w:pPr>
            <w:r>
              <w:t>136</w:t>
            </w:r>
          </w:p>
        </w:tc>
        <w:tc>
          <w:tcPr>
            <w:tcW w:w="0" w:type="auto"/>
          </w:tcPr>
          <w:p w14:paraId="3F61CF2D" w14:textId="77777777" w:rsidR="007A5E59" w:rsidRDefault="0095198F">
            <w:r>
              <w:t>18п/съезда-5</w:t>
            </w:r>
          </w:p>
        </w:tc>
        <w:tc>
          <w:tcPr>
            <w:tcW w:w="0" w:type="auto"/>
          </w:tcPr>
          <w:p w14:paraId="2655C68B" w14:textId="77777777" w:rsidR="007A5E59" w:rsidRDefault="0095198F">
            <w:pPr>
              <w:jc w:val="center"/>
            </w:pPr>
            <w:r>
              <w:t>100</w:t>
            </w:r>
          </w:p>
        </w:tc>
        <w:tc>
          <w:tcPr>
            <w:tcW w:w="0" w:type="auto"/>
          </w:tcPr>
          <w:p w14:paraId="43AE8A21" w14:textId="77777777" w:rsidR="007A5E59" w:rsidRDefault="0095198F">
            <w:pPr>
              <w:jc w:val="center"/>
            </w:pPr>
            <w:r>
              <w:t>1973</w:t>
            </w:r>
          </w:p>
        </w:tc>
        <w:tc>
          <w:tcPr>
            <w:tcW w:w="0" w:type="auto"/>
          </w:tcPr>
          <w:p w14:paraId="19F5E058" w14:textId="77777777" w:rsidR="007A5E59" w:rsidRDefault="0095198F">
            <w:pPr>
              <w:jc w:val="center"/>
            </w:pPr>
            <w:r>
              <w:t>10,50</w:t>
            </w:r>
          </w:p>
        </w:tc>
        <w:tc>
          <w:tcPr>
            <w:tcW w:w="0" w:type="auto"/>
          </w:tcPr>
          <w:p w14:paraId="08AC46F8" w14:textId="77777777" w:rsidR="007A5E59" w:rsidRDefault="0095198F">
            <w:r>
              <w:t>бесканал.</w:t>
            </w:r>
          </w:p>
        </w:tc>
      </w:tr>
      <w:tr w:rsidR="007A5E59" w14:paraId="74F98FB1" w14:textId="77777777">
        <w:trPr>
          <w:jc w:val="center"/>
        </w:trPr>
        <w:tc>
          <w:tcPr>
            <w:tcW w:w="0" w:type="auto"/>
          </w:tcPr>
          <w:p w14:paraId="1DDC1C3F" w14:textId="77777777" w:rsidR="007A5E59" w:rsidRDefault="0095198F">
            <w:pPr>
              <w:jc w:val="center"/>
            </w:pPr>
            <w:r>
              <w:t>137</w:t>
            </w:r>
          </w:p>
        </w:tc>
        <w:tc>
          <w:tcPr>
            <w:tcW w:w="0" w:type="auto"/>
          </w:tcPr>
          <w:p w14:paraId="2034565C" w14:textId="77777777" w:rsidR="007A5E59" w:rsidRDefault="0095198F">
            <w:r>
              <w:t>18п/съезда-7</w:t>
            </w:r>
          </w:p>
        </w:tc>
        <w:tc>
          <w:tcPr>
            <w:tcW w:w="0" w:type="auto"/>
          </w:tcPr>
          <w:p w14:paraId="12E1C71D" w14:textId="77777777" w:rsidR="007A5E59" w:rsidRDefault="0095198F">
            <w:pPr>
              <w:jc w:val="center"/>
            </w:pPr>
            <w:r>
              <w:t>100</w:t>
            </w:r>
          </w:p>
        </w:tc>
        <w:tc>
          <w:tcPr>
            <w:tcW w:w="0" w:type="auto"/>
          </w:tcPr>
          <w:p w14:paraId="7AA06625" w14:textId="77777777" w:rsidR="007A5E59" w:rsidRDefault="0095198F">
            <w:pPr>
              <w:jc w:val="center"/>
            </w:pPr>
            <w:r>
              <w:t>1975</w:t>
            </w:r>
          </w:p>
        </w:tc>
        <w:tc>
          <w:tcPr>
            <w:tcW w:w="0" w:type="auto"/>
          </w:tcPr>
          <w:p w14:paraId="767B85A3" w14:textId="77777777" w:rsidR="007A5E59" w:rsidRDefault="0095198F">
            <w:pPr>
              <w:jc w:val="center"/>
            </w:pPr>
            <w:r>
              <w:t>12</w:t>
            </w:r>
          </w:p>
        </w:tc>
        <w:tc>
          <w:tcPr>
            <w:tcW w:w="0" w:type="auto"/>
          </w:tcPr>
          <w:p w14:paraId="7BC2A324" w14:textId="77777777" w:rsidR="007A5E59" w:rsidRDefault="0095198F">
            <w:r>
              <w:t>бесканал.</w:t>
            </w:r>
          </w:p>
        </w:tc>
      </w:tr>
      <w:tr w:rsidR="007A5E59" w14:paraId="26D5BF5E" w14:textId="77777777">
        <w:trPr>
          <w:jc w:val="center"/>
        </w:trPr>
        <w:tc>
          <w:tcPr>
            <w:tcW w:w="0" w:type="auto"/>
          </w:tcPr>
          <w:p w14:paraId="250A5DA2" w14:textId="77777777" w:rsidR="007A5E59" w:rsidRDefault="0095198F">
            <w:pPr>
              <w:jc w:val="center"/>
            </w:pPr>
            <w:r>
              <w:t>138</w:t>
            </w:r>
          </w:p>
        </w:tc>
        <w:tc>
          <w:tcPr>
            <w:tcW w:w="0" w:type="auto"/>
          </w:tcPr>
          <w:p w14:paraId="19B6CBB9" w14:textId="77777777" w:rsidR="007A5E59" w:rsidRDefault="0095198F">
            <w:r>
              <w:t>18п/съезда-8</w:t>
            </w:r>
          </w:p>
        </w:tc>
        <w:tc>
          <w:tcPr>
            <w:tcW w:w="0" w:type="auto"/>
          </w:tcPr>
          <w:p w14:paraId="14B230B5" w14:textId="77777777" w:rsidR="007A5E59" w:rsidRDefault="0095198F">
            <w:pPr>
              <w:jc w:val="center"/>
            </w:pPr>
            <w:r>
              <w:t>100</w:t>
            </w:r>
          </w:p>
        </w:tc>
        <w:tc>
          <w:tcPr>
            <w:tcW w:w="0" w:type="auto"/>
          </w:tcPr>
          <w:p w14:paraId="13034196" w14:textId="77777777" w:rsidR="007A5E59" w:rsidRDefault="0095198F">
            <w:pPr>
              <w:jc w:val="center"/>
            </w:pPr>
            <w:r>
              <w:t>1969</w:t>
            </w:r>
          </w:p>
        </w:tc>
        <w:tc>
          <w:tcPr>
            <w:tcW w:w="0" w:type="auto"/>
          </w:tcPr>
          <w:p w14:paraId="7EF7C2F2" w14:textId="77777777" w:rsidR="007A5E59" w:rsidRDefault="0095198F">
            <w:pPr>
              <w:jc w:val="center"/>
            </w:pPr>
            <w:r>
              <w:t>8,90</w:t>
            </w:r>
          </w:p>
        </w:tc>
        <w:tc>
          <w:tcPr>
            <w:tcW w:w="0" w:type="auto"/>
          </w:tcPr>
          <w:p w14:paraId="01FECB9C" w14:textId="77777777" w:rsidR="007A5E59" w:rsidRDefault="0095198F">
            <w:r>
              <w:t>бесканал.</w:t>
            </w:r>
          </w:p>
        </w:tc>
      </w:tr>
      <w:tr w:rsidR="007A5E59" w14:paraId="191B221B" w14:textId="77777777">
        <w:trPr>
          <w:jc w:val="center"/>
        </w:trPr>
        <w:tc>
          <w:tcPr>
            <w:tcW w:w="0" w:type="auto"/>
          </w:tcPr>
          <w:p w14:paraId="711B4C9E" w14:textId="77777777" w:rsidR="007A5E59" w:rsidRDefault="0095198F">
            <w:pPr>
              <w:jc w:val="center"/>
            </w:pPr>
            <w:r>
              <w:t>139</w:t>
            </w:r>
          </w:p>
        </w:tc>
        <w:tc>
          <w:tcPr>
            <w:tcW w:w="0" w:type="auto"/>
          </w:tcPr>
          <w:p w14:paraId="3F574794" w14:textId="77777777" w:rsidR="007A5E59" w:rsidRDefault="0095198F">
            <w:r>
              <w:t>18п/съезда-9</w:t>
            </w:r>
          </w:p>
        </w:tc>
        <w:tc>
          <w:tcPr>
            <w:tcW w:w="0" w:type="auto"/>
          </w:tcPr>
          <w:p w14:paraId="1261CE1D" w14:textId="77777777" w:rsidR="007A5E59" w:rsidRDefault="0095198F">
            <w:pPr>
              <w:jc w:val="center"/>
            </w:pPr>
            <w:r>
              <w:t>100</w:t>
            </w:r>
          </w:p>
        </w:tc>
        <w:tc>
          <w:tcPr>
            <w:tcW w:w="0" w:type="auto"/>
          </w:tcPr>
          <w:p w14:paraId="4D2CDDBD" w14:textId="77777777" w:rsidR="007A5E59" w:rsidRDefault="0095198F">
            <w:pPr>
              <w:jc w:val="center"/>
            </w:pPr>
            <w:r>
              <w:t>1966</w:t>
            </w:r>
          </w:p>
        </w:tc>
        <w:tc>
          <w:tcPr>
            <w:tcW w:w="0" w:type="auto"/>
          </w:tcPr>
          <w:p w14:paraId="4D438622" w14:textId="77777777" w:rsidR="007A5E59" w:rsidRDefault="0095198F">
            <w:pPr>
              <w:jc w:val="center"/>
            </w:pPr>
            <w:r>
              <w:t>13</w:t>
            </w:r>
          </w:p>
        </w:tc>
        <w:tc>
          <w:tcPr>
            <w:tcW w:w="0" w:type="auto"/>
          </w:tcPr>
          <w:p w14:paraId="327DA476" w14:textId="77777777" w:rsidR="007A5E59" w:rsidRDefault="0095198F">
            <w:r>
              <w:t>бесканал.</w:t>
            </w:r>
          </w:p>
        </w:tc>
      </w:tr>
      <w:tr w:rsidR="007A5E59" w14:paraId="3AEE05B8" w14:textId="77777777">
        <w:trPr>
          <w:jc w:val="center"/>
        </w:trPr>
        <w:tc>
          <w:tcPr>
            <w:tcW w:w="0" w:type="auto"/>
          </w:tcPr>
          <w:p w14:paraId="40F8141D" w14:textId="77777777" w:rsidR="007A5E59" w:rsidRDefault="0095198F">
            <w:pPr>
              <w:jc w:val="center"/>
            </w:pPr>
            <w:r>
              <w:t>140</w:t>
            </w:r>
          </w:p>
        </w:tc>
        <w:tc>
          <w:tcPr>
            <w:tcW w:w="0" w:type="auto"/>
          </w:tcPr>
          <w:p w14:paraId="0828801E" w14:textId="77777777" w:rsidR="007A5E59" w:rsidRDefault="0095198F">
            <w:r>
              <w:t>18п/съезда-10</w:t>
            </w:r>
          </w:p>
        </w:tc>
        <w:tc>
          <w:tcPr>
            <w:tcW w:w="0" w:type="auto"/>
          </w:tcPr>
          <w:p w14:paraId="14C7C1BD" w14:textId="77777777" w:rsidR="007A5E59" w:rsidRDefault="0095198F">
            <w:pPr>
              <w:jc w:val="center"/>
            </w:pPr>
            <w:r>
              <w:t>100</w:t>
            </w:r>
          </w:p>
        </w:tc>
        <w:tc>
          <w:tcPr>
            <w:tcW w:w="0" w:type="auto"/>
          </w:tcPr>
          <w:p w14:paraId="4E602409" w14:textId="77777777" w:rsidR="007A5E59" w:rsidRDefault="0095198F">
            <w:pPr>
              <w:jc w:val="center"/>
            </w:pPr>
            <w:r>
              <w:t>1973</w:t>
            </w:r>
          </w:p>
        </w:tc>
        <w:tc>
          <w:tcPr>
            <w:tcW w:w="0" w:type="auto"/>
          </w:tcPr>
          <w:p w14:paraId="595345D5" w14:textId="77777777" w:rsidR="007A5E59" w:rsidRDefault="0095198F">
            <w:pPr>
              <w:jc w:val="center"/>
            </w:pPr>
            <w:r>
              <w:t>17,50</w:t>
            </w:r>
          </w:p>
        </w:tc>
        <w:tc>
          <w:tcPr>
            <w:tcW w:w="0" w:type="auto"/>
          </w:tcPr>
          <w:p w14:paraId="6AAAF10A" w14:textId="77777777" w:rsidR="007A5E59" w:rsidRDefault="0095198F">
            <w:r>
              <w:t>бесканал.</w:t>
            </w:r>
          </w:p>
        </w:tc>
      </w:tr>
      <w:tr w:rsidR="007A5E59" w14:paraId="7B9C196A" w14:textId="77777777">
        <w:trPr>
          <w:jc w:val="center"/>
        </w:trPr>
        <w:tc>
          <w:tcPr>
            <w:tcW w:w="0" w:type="auto"/>
          </w:tcPr>
          <w:p w14:paraId="585E2BB3" w14:textId="77777777" w:rsidR="007A5E59" w:rsidRDefault="0095198F">
            <w:pPr>
              <w:jc w:val="center"/>
            </w:pPr>
            <w:r>
              <w:t>141</w:t>
            </w:r>
          </w:p>
        </w:tc>
        <w:tc>
          <w:tcPr>
            <w:tcW w:w="0" w:type="auto"/>
          </w:tcPr>
          <w:p w14:paraId="2FBF5349" w14:textId="77777777" w:rsidR="007A5E59" w:rsidRDefault="0095198F">
            <w:r>
              <w:t>18п/съезда-11</w:t>
            </w:r>
          </w:p>
        </w:tc>
        <w:tc>
          <w:tcPr>
            <w:tcW w:w="0" w:type="auto"/>
          </w:tcPr>
          <w:p w14:paraId="59EAE884" w14:textId="77777777" w:rsidR="007A5E59" w:rsidRDefault="0095198F">
            <w:pPr>
              <w:jc w:val="center"/>
            </w:pPr>
            <w:r>
              <w:t>100</w:t>
            </w:r>
          </w:p>
        </w:tc>
        <w:tc>
          <w:tcPr>
            <w:tcW w:w="0" w:type="auto"/>
          </w:tcPr>
          <w:p w14:paraId="23E6F75B" w14:textId="77777777" w:rsidR="007A5E59" w:rsidRDefault="0095198F">
            <w:pPr>
              <w:jc w:val="center"/>
            </w:pPr>
            <w:r>
              <w:t>1974</w:t>
            </w:r>
          </w:p>
        </w:tc>
        <w:tc>
          <w:tcPr>
            <w:tcW w:w="0" w:type="auto"/>
          </w:tcPr>
          <w:p w14:paraId="6EAC2B02" w14:textId="77777777" w:rsidR="007A5E59" w:rsidRDefault="0095198F">
            <w:pPr>
              <w:jc w:val="center"/>
            </w:pPr>
            <w:r>
              <w:t>9,60</w:t>
            </w:r>
          </w:p>
        </w:tc>
        <w:tc>
          <w:tcPr>
            <w:tcW w:w="0" w:type="auto"/>
          </w:tcPr>
          <w:p w14:paraId="5DFADA78" w14:textId="77777777" w:rsidR="007A5E59" w:rsidRDefault="0095198F">
            <w:r>
              <w:t>бесканал.</w:t>
            </w:r>
          </w:p>
        </w:tc>
      </w:tr>
      <w:tr w:rsidR="007A5E59" w14:paraId="1206ADDF" w14:textId="77777777">
        <w:trPr>
          <w:jc w:val="center"/>
        </w:trPr>
        <w:tc>
          <w:tcPr>
            <w:tcW w:w="0" w:type="auto"/>
          </w:tcPr>
          <w:p w14:paraId="2E87DFF6" w14:textId="77777777" w:rsidR="007A5E59" w:rsidRDefault="0095198F">
            <w:pPr>
              <w:jc w:val="center"/>
            </w:pPr>
            <w:r>
              <w:t>142</w:t>
            </w:r>
          </w:p>
        </w:tc>
        <w:tc>
          <w:tcPr>
            <w:tcW w:w="0" w:type="auto"/>
          </w:tcPr>
          <w:p w14:paraId="2DA79BF0" w14:textId="77777777" w:rsidR="007A5E59" w:rsidRDefault="0095198F">
            <w:r>
              <w:t>18п/съезда-12</w:t>
            </w:r>
          </w:p>
        </w:tc>
        <w:tc>
          <w:tcPr>
            <w:tcW w:w="0" w:type="auto"/>
          </w:tcPr>
          <w:p w14:paraId="1216092D" w14:textId="77777777" w:rsidR="007A5E59" w:rsidRDefault="0095198F">
            <w:pPr>
              <w:jc w:val="center"/>
            </w:pPr>
            <w:r>
              <w:t>100</w:t>
            </w:r>
          </w:p>
        </w:tc>
        <w:tc>
          <w:tcPr>
            <w:tcW w:w="0" w:type="auto"/>
          </w:tcPr>
          <w:p w14:paraId="726AC5A8" w14:textId="77777777" w:rsidR="007A5E59" w:rsidRDefault="0095198F">
            <w:pPr>
              <w:jc w:val="center"/>
            </w:pPr>
            <w:r>
              <w:t>1975</w:t>
            </w:r>
          </w:p>
        </w:tc>
        <w:tc>
          <w:tcPr>
            <w:tcW w:w="0" w:type="auto"/>
          </w:tcPr>
          <w:p w14:paraId="052DB4B9" w14:textId="77777777" w:rsidR="007A5E59" w:rsidRDefault="0095198F">
            <w:pPr>
              <w:jc w:val="center"/>
            </w:pPr>
            <w:r>
              <w:t>8</w:t>
            </w:r>
          </w:p>
        </w:tc>
        <w:tc>
          <w:tcPr>
            <w:tcW w:w="0" w:type="auto"/>
          </w:tcPr>
          <w:p w14:paraId="457AC5E5" w14:textId="77777777" w:rsidR="007A5E59" w:rsidRDefault="0095198F">
            <w:r>
              <w:t>бесканал.</w:t>
            </w:r>
          </w:p>
        </w:tc>
      </w:tr>
      <w:tr w:rsidR="007A5E59" w14:paraId="4D43778A" w14:textId="77777777">
        <w:trPr>
          <w:jc w:val="center"/>
        </w:trPr>
        <w:tc>
          <w:tcPr>
            <w:tcW w:w="0" w:type="auto"/>
          </w:tcPr>
          <w:p w14:paraId="25490906" w14:textId="77777777" w:rsidR="007A5E59" w:rsidRDefault="0095198F">
            <w:pPr>
              <w:jc w:val="center"/>
            </w:pPr>
            <w:r>
              <w:t>143</w:t>
            </w:r>
          </w:p>
        </w:tc>
        <w:tc>
          <w:tcPr>
            <w:tcW w:w="0" w:type="auto"/>
          </w:tcPr>
          <w:p w14:paraId="7DEBE9D1" w14:textId="77777777" w:rsidR="007A5E59" w:rsidRDefault="0095198F">
            <w:r>
              <w:t>18п/съезда-13</w:t>
            </w:r>
          </w:p>
        </w:tc>
        <w:tc>
          <w:tcPr>
            <w:tcW w:w="0" w:type="auto"/>
          </w:tcPr>
          <w:p w14:paraId="5E75F16F" w14:textId="77777777" w:rsidR="007A5E59" w:rsidRDefault="0095198F">
            <w:pPr>
              <w:jc w:val="center"/>
            </w:pPr>
            <w:r>
              <w:t>100</w:t>
            </w:r>
          </w:p>
        </w:tc>
        <w:tc>
          <w:tcPr>
            <w:tcW w:w="0" w:type="auto"/>
          </w:tcPr>
          <w:p w14:paraId="6DBC0890" w14:textId="77777777" w:rsidR="007A5E59" w:rsidRDefault="0095198F">
            <w:pPr>
              <w:jc w:val="center"/>
            </w:pPr>
            <w:r>
              <w:t>1969</w:t>
            </w:r>
          </w:p>
        </w:tc>
        <w:tc>
          <w:tcPr>
            <w:tcW w:w="0" w:type="auto"/>
          </w:tcPr>
          <w:p w14:paraId="61A162F6" w14:textId="77777777" w:rsidR="007A5E59" w:rsidRDefault="0095198F">
            <w:pPr>
              <w:jc w:val="center"/>
            </w:pPr>
            <w:r>
              <w:t>13</w:t>
            </w:r>
          </w:p>
        </w:tc>
        <w:tc>
          <w:tcPr>
            <w:tcW w:w="0" w:type="auto"/>
          </w:tcPr>
          <w:p w14:paraId="075E71E1" w14:textId="77777777" w:rsidR="007A5E59" w:rsidRDefault="0095198F">
            <w:r>
              <w:t>бесканал.</w:t>
            </w:r>
          </w:p>
        </w:tc>
      </w:tr>
      <w:tr w:rsidR="007A5E59" w14:paraId="4984EE9C" w14:textId="77777777">
        <w:trPr>
          <w:jc w:val="center"/>
        </w:trPr>
        <w:tc>
          <w:tcPr>
            <w:tcW w:w="0" w:type="auto"/>
          </w:tcPr>
          <w:p w14:paraId="304DC8D1" w14:textId="77777777" w:rsidR="007A5E59" w:rsidRDefault="0095198F">
            <w:pPr>
              <w:jc w:val="center"/>
            </w:pPr>
            <w:r>
              <w:t>144</w:t>
            </w:r>
          </w:p>
        </w:tc>
        <w:tc>
          <w:tcPr>
            <w:tcW w:w="0" w:type="auto"/>
          </w:tcPr>
          <w:p w14:paraId="331DD20B" w14:textId="77777777" w:rsidR="007A5E59" w:rsidRDefault="0095198F">
            <w:r>
              <w:t>18п/съезда-14</w:t>
            </w:r>
          </w:p>
        </w:tc>
        <w:tc>
          <w:tcPr>
            <w:tcW w:w="0" w:type="auto"/>
          </w:tcPr>
          <w:p w14:paraId="1A0FBADA" w14:textId="77777777" w:rsidR="007A5E59" w:rsidRDefault="0095198F">
            <w:pPr>
              <w:jc w:val="center"/>
            </w:pPr>
            <w:r>
              <w:t>100</w:t>
            </w:r>
          </w:p>
        </w:tc>
        <w:tc>
          <w:tcPr>
            <w:tcW w:w="0" w:type="auto"/>
          </w:tcPr>
          <w:p w14:paraId="68800247" w14:textId="77777777" w:rsidR="007A5E59" w:rsidRDefault="0095198F">
            <w:pPr>
              <w:jc w:val="center"/>
            </w:pPr>
            <w:r>
              <w:t>1966</w:t>
            </w:r>
          </w:p>
        </w:tc>
        <w:tc>
          <w:tcPr>
            <w:tcW w:w="0" w:type="auto"/>
          </w:tcPr>
          <w:p w14:paraId="11E449C5" w14:textId="77777777" w:rsidR="007A5E59" w:rsidRDefault="0095198F">
            <w:pPr>
              <w:jc w:val="center"/>
            </w:pPr>
            <w:r>
              <w:t>13,50</w:t>
            </w:r>
          </w:p>
        </w:tc>
        <w:tc>
          <w:tcPr>
            <w:tcW w:w="0" w:type="auto"/>
          </w:tcPr>
          <w:p w14:paraId="7DEEB439" w14:textId="77777777" w:rsidR="007A5E59" w:rsidRDefault="0095198F">
            <w:r>
              <w:t>бесканал.</w:t>
            </w:r>
          </w:p>
        </w:tc>
      </w:tr>
      <w:tr w:rsidR="007A5E59" w14:paraId="7BE7BA21" w14:textId="77777777">
        <w:trPr>
          <w:jc w:val="center"/>
        </w:trPr>
        <w:tc>
          <w:tcPr>
            <w:tcW w:w="0" w:type="auto"/>
          </w:tcPr>
          <w:p w14:paraId="0BC2B2EA" w14:textId="77777777" w:rsidR="007A5E59" w:rsidRDefault="0095198F">
            <w:pPr>
              <w:jc w:val="center"/>
            </w:pPr>
            <w:r>
              <w:t>145</w:t>
            </w:r>
          </w:p>
        </w:tc>
        <w:tc>
          <w:tcPr>
            <w:tcW w:w="0" w:type="auto"/>
          </w:tcPr>
          <w:p w14:paraId="47565F20" w14:textId="77777777" w:rsidR="007A5E59" w:rsidRDefault="0095198F">
            <w:r>
              <w:t>18п/съезда-15</w:t>
            </w:r>
          </w:p>
        </w:tc>
        <w:tc>
          <w:tcPr>
            <w:tcW w:w="0" w:type="auto"/>
          </w:tcPr>
          <w:p w14:paraId="578C173B" w14:textId="77777777" w:rsidR="007A5E59" w:rsidRDefault="0095198F">
            <w:pPr>
              <w:jc w:val="center"/>
            </w:pPr>
            <w:r>
              <w:t>100</w:t>
            </w:r>
          </w:p>
        </w:tc>
        <w:tc>
          <w:tcPr>
            <w:tcW w:w="0" w:type="auto"/>
          </w:tcPr>
          <w:p w14:paraId="34640CA6" w14:textId="77777777" w:rsidR="007A5E59" w:rsidRDefault="0095198F">
            <w:pPr>
              <w:jc w:val="center"/>
            </w:pPr>
            <w:r>
              <w:t>1965</w:t>
            </w:r>
          </w:p>
        </w:tc>
        <w:tc>
          <w:tcPr>
            <w:tcW w:w="0" w:type="auto"/>
          </w:tcPr>
          <w:p w14:paraId="7D460A74" w14:textId="77777777" w:rsidR="007A5E59" w:rsidRDefault="0095198F">
            <w:pPr>
              <w:jc w:val="center"/>
            </w:pPr>
            <w:r>
              <w:t>16,50</w:t>
            </w:r>
          </w:p>
        </w:tc>
        <w:tc>
          <w:tcPr>
            <w:tcW w:w="0" w:type="auto"/>
          </w:tcPr>
          <w:p w14:paraId="030BEF4B" w14:textId="77777777" w:rsidR="007A5E59" w:rsidRDefault="0095198F">
            <w:r>
              <w:t>бесканал.</w:t>
            </w:r>
          </w:p>
        </w:tc>
      </w:tr>
      <w:tr w:rsidR="007A5E59" w14:paraId="1A0B5B9C" w14:textId="77777777">
        <w:trPr>
          <w:jc w:val="center"/>
        </w:trPr>
        <w:tc>
          <w:tcPr>
            <w:tcW w:w="0" w:type="auto"/>
          </w:tcPr>
          <w:p w14:paraId="03DC7270" w14:textId="77777777" w:rsidR="007A5E59" w:rsidRDefault="0095198F">
            <w:pPr>
              <w:jc w:val="center"/>
            </w:pPr>
            <w:r>
              <w:t>146</w:t>
            </w:r>
          </w:p>
        </w:tc>
        <w:tc>
          <w:tcPr>
            <w:tcW w:w="0" w:type="auto"/>
          </w:tcPr>
          <w:p w14:paraId="3B1EF334" w14:textId="77777777" w:rsidR="007A5E59" w:rsidRDefault="0095198F">
            <w:r>
              <w:t>18п/съезда-16</w:t>
            </w:r>
          </w:p>
        </w:tc>
        <w:tc>
          <w:tcPr>
            <w:tcW w:w="0" w:type="auto"/>
          </w:tcPr>
          <w:p w14:paraId="2D64D46E" w14:textId="77777777" w:rsidR="007A5E59" w:rsidRDefault="0095198F">
            <w:pPr>
              <w:jc w:val="center"/>
            </w:pPr>
            <w:r>
              <w:t>100</w:t>
            </w:r>
          </w:p>
        </w:tc>
        <w:tc>
          <w:tcPr>
            <w:tcW w:w="0" w:type="auto"/>
          </w:tcPr>
          <w:p w14:paraId="10363ED4" w14:textId="77777777" w:rsidR="007A5E59" w:rsidRDefault="0095198F">
            <w:pPr>
              <w:jc w:val="center"/>
            </w:pPr>
            <w:r>
              <w:t>1966</w:t>
            </w:r>
          </w:p>
        </w:tc>
        <w:tc>
          <w:tcPr>
            <w:tcW w:w="0" w:type="auto"/>
          </w:tcPr>
          <w:p w14:paraId="0C150DB5" w14:textId="77777777" w:rsidR="007A5E59" w:rsidRDefault="0095198F">
            <w:pPr>
              <w:jc w:val="center"/>
            </w:pPr>
            <w:r>
              <w:t>21</w:t>
            </w:r>
          </w:p>
        </w:tc>
        <w:tc>
          <w:tcPr>
            <w:tcW w:w="0" w:type="auto"/>
          </w:tcPr>
          <w:p w14:paraId="1EBB7F32" w14:textId="77777777" w:rsidR="007A5E59" w:rsidRDefault="0095198F">
            <w:r>
              <w:t>бесканал.</w:t>
            </w:r>
          </w:p>
        </w:tc>
      </w:tr>
      <w:tr w:rsidR="007A5E59" w14:paraId="56AE8CB5" w14:textId="77777777">
        <w:trPr>
          <w:jc w:val="center"/>
        </w:trPr>
        <w:tc>
          <w:tcPr>
            <w:tcW w:w="0" w:type="auto"/>
          </w:tcPr>
          <w:p w14:paraId="40C63D39" w14:textId="77777777" w:rsidR="007A5E59" w:rsidRDefault="0095198F">
            <w:pPr>
              <w:jc w:val="center"/>
            </w:pPr>
            <w:r>
              <w:t>147</w:t>
            </w:r>
          </w:p>
        </w:tc>
        <w:tc>
          <w:tcPr>
            <w:tcW w:w="0" w:type="auto"/>
          </w:tcPr>
          <w:p w14:paraId="10278D79" w14:textId="77777777" w:rsidR="007A5E59" w:rsidRDefault="0095198F">
            <w:r>
              <w:t>18п/съезда-17</w:t>
            </w:r>
          </w:p>
        </w:tc>
        <w:tc>
          <w:tcPr>
            <w:tcW w:w="0" w:type="auto"/>
          </w:tcPr>
          <w:p w14:paraId="586B25A9" w14:textId="77777777" w:rsidR="007A5E59" w:rsidRDefault="0095198F">
            <w:pPr>
              <w:jc w:val="center"/>
            </w:pPr>
            <w:r>
              <w:t>100</w:t>
            </w:r>
          </w:p>
        </w:tc>
        <w:tc>
          <w:tcPr>
            <w:tcW w:w="0" w:type="auto"/>
          </w:tcPr>
          <w:p w14:paraId="2190A1E8" w14:textId="77777777" w:rsidR="007A5E59" w:rsidRDefault="0095198F">
            <w:pPr>
              <w:jc w:val="center"/>
            </w:pPr>
            <w:r>
              <w:t>1971</w:t>
            </w:r>
          </w:p>
        </w:tc>
        <w:tc>
          <w:tcPr>
            <w:tcW w:w="0" w:type="auto"/>
          </w:tcPr>
          <w:p w14:paraId="44A00F22" w14:textId="77777777" w:rsidR="007A5E59" w:rsidRDefault="0095198F">
            <w:pPr>
              <w:jc w:val="center"/>
            </w:pPr>
            <w:r>
              <w:t>8</w:t>
            </w:r>
          </w:p>
        </w:tc>
        <w:tc>
          <w:tcPr>
            <w:tcW w:w="0" w:type="auto"/>
          </w:tcPr>
          <w:p w14:paraId="4B715AA0" w14:textId="77777777" w:rsidR="007A5E59" w:rsidRDefault="0095198F">
            <w:r>
              <w:t>бесканал.</w:t>
            </w:r>
          </w:p>
        </w:tc>
      </w:tr>
      <w:tr w:rsidR="007A5E59" w14:paraId="38371DC6" w14:textId="77777777">
        <w:trPr>
          <w:jc w:val="center"/>
        </w:trPr>
        <w:tc>
          <w:tcPr>
            <w:tcW w:w="0" w:type="auto"/>
          </w:tcPr>
          <w:p w14:paraId="0158DAC4" w14:textId="77777777" w:rsidR="007A5E59" w:rsidRDefault="0095198F">
            <w:pPr>
              <w:jc w:val="center"/>
            </w:pPr>
            <w:r>
              <w:t>148</w:t>
            </w:r>
          </w:p>
        </w:tc>
        <w:tc>
          <w:tcPr>
            <w:tcW w:w="0" w:type="auto"/>
          </w:tcPr>
          <w:p w14:paraId="48CD50F8" w14:textId="77777777" w:rsidR="007A5E59" w:rsidRDefault="0095198F">
            <w:r>
              <w:t>18п/съезда-19</w:t>
            </w:r>
          </w:p>
        </w:tc>
        <w:tc>
          <w:tcPr>
            <w:tcW w:w="0" w:type="auto"/>
          </w:tcPr>
          <w:p w14:paraId="07A803AE" w14:textId="77777777" w:rsidR="007A5E59" w:rsidRDefault="0095198F">
            <w:pPr>
              <w:jc w:val="center"/>
            </w:pPr>
            <w:r>
              <w:t>100</w:t>
            </w:r>
          </w:p>
        </w:tc>
        <w:tc>
          <w:tcPr>
            <w:tcW w:w="0" w:type="auto"/>
          </w:tcPr>
          <w:p w14:paraId="53A1D106" w14:textId="77777777" w:rsidR="007A5E59" w:rsidRDefault="0095198F">
            <w:pPr>
              <w:jc w:val="center"/>
            </w:pPr>
            <w:r>
              <w:t>1979</w:t>
            </w:r>
          </w:p>
        </w:tc>
        <w:tc>
          <w:tcPr>
            <w:tcW w:w="0" w:type="auto"/>
          </w:tcPr>
          <w:p w14:paraId="01DCB078" w14:textId="77777777" w:rsidR="007A5E59" w:rsidRDefault="0095198F">
            <w:pPr>
              <w:jc w:val="center"/>
            </w:pPr>
            <w:r>
              <w:t>9,20</w:t>
            </w:r>
          </w:p>
        </w:tc>
        <w:tc>
          <w:tcPr>
            <w:tcW w:w="0" w:type="auto"/>
          </w:tcPr>
          <w:p w14:paraId="0A6AA48B" w14:textId="77777777" w:rsidR="007A5E59" w:rsidRDefault="0095198F">
            <w:r>
              <w:t>бесканал.</w:t>
            </w:r>
          </w:p>
        </w:tc>
      </w:tr>
      <w:tr w:rsidR="007A5E59" w14:paraId="2E69044C" w14:textId="77777777">
        <w:trPr>
          <w:jc w:val="center"/>
        </w:trPr>
        <w:tc>
          <w:tcPr>
            <w:tcW w:w="0" w:type="auto"/>
          </w:tcPr>
          <w:p w14:paraId="357E0505" w14:textId="77777777" w:rsidR="007A5E59" w:rsidRDefault="0095198F">
            <w:pPr>
              <w:jc w:val="center"/>
            </w:pPr>
            <w:r>
              <w:t>149</w:t>
            </w:r>
          </w:p>
        </w:tc>
        <w:tc>
          <w:tcPr>
            <w:tcW w:w="0" w:type="auto"/>
          </w:tcPr>
          <w:p w14:paraId="3E93620A" w14:textId="77777777" w:rsidR="007A5E59" w:rsidRDefault="0095198F">
            <w:r>
              <w:t>18п/съезда-1</w:t>
            </w:r>
          </w:p>
        </w:tc>
        <w:tc>
          <w:tcPr>
            <w:tcW w:w="0" w:type="auto"/>
          </w:tcPr>
          <w:p w14:paraId="3724EF94" w14:textId="77777777" w:rsidR="007A5E59" w:rsidRDefault="0095198F">
            <w:pPr>
              <w:jc w:val="center"/>
            </w:pPr>
            <w:r>
              <w:t>100</w:t>
            </w:r>
          </w:p>
        </w:tc>
        <w:tc>
          <w:tcPr>
            <w:tcW w:w="0" w:type="auto"/>
          </w:tcPr>
          <w:p w14:paraId="1F07C15B" w14:textId="77777777" w:rsidR="007A5E59" w:rsidRDefault="0095198F">
            <w:pPr>
              <w:jc w:val="center"/>
            </w:pPr>
            <w:r>
              <w:t>1981</w:t>
            </w:r>
          </w:p>
        </w:tc>
        <w:tc>
          <w:tcPr>
            <w:tcW w:w="0" w:type="auto"/>
          </w:tcPr>
          <w:p w14:paraId="07918991" w14:textId="77777777" w:rsidR="007A5E59" w:rsidRDefault="0095198F">
            <w:pPr>
              <w:jc w:val="center"/>
            </w:pPr>
            <w:r>
              <w:t>16</w:t>
            </w:r>
          </w:p>
        </w:tc>
        <w:tc>
          <w:tcPr>
            <w:tcW w:w="0" w:type="auto"/>
          </w:tcPr>
          <w:p w14:paraId="75573A6B" w14:textId="77777777" w:rsidR="007A5E59" w:rsidRDefault="0095198F">
            <w:r>
              <w:t>бесканал.</w:t>
            </w:r>
          </w:p>
        </w:tc>
      </w:tr>
      <w:tr w:rsidR="007A5E59" w14:paraId="082DFAB4" w14:textId="77777777">
        <w:trPr>
          <w:jc w:val="center"/>
        </w:trPr>
        <w:tc>
          <w:tcPr>
            <w:tcW w:w="0" w:type="auto"/>
          </w:tcPr>
          <w:p w14:paraId="0DD6A0F8" w14:textId="77777777" w:rsidR="007A5E59" w:rsidRDefault="0095198F">
            <w:pPr>
              <w:jc w:val="center"/>
            </w:pPr>
            <w:r>
              <w:t>150</w:t>
            </w:r>
          </w:p>
        </w:tc>
        <w:tc>
          <w:tcPr>
            <w:tcW w:w="0" w:type="auto"/>
          </w:tcPr>
          <w:p w14:paraId="7DE9F6E6" w14:textId="77777777" w:rsidR="007A5E59" w:rsidRDefault="0095198F">
            <w:r>
              <w:t>Юбилейная-1</w:t>
            </w:r>
          </w:p>
        </w:tc>
        <w:tc>
          <w:tcPr>
            <w:tcW w:w="0" w:type="auto"/>
          </w:tcPr>
          <w:p w14:paraId="13B1C739" w14:textId="77777777" w:rsidR="007A5E59" w:rsidRDefault="0095198F">
            <w:pPr>
              <w:jc w:val="center"/>
            </w:pPr>
            <w:r>
              <w:t>100</w:t>
            </w:r>
          </w:p>
        </w:tc>
        <w:tc>
          <w:tcPr>
            <w:tcW w:w="0" w:type="auto"/>
          </w:tcPr>
          <w:p w14:paraId="26349E50" w14:textId="77777777" w:rsidR="007A5E59" w:rsidRDefault="0095198F">
            <w:pPr>
              <w:jc w:val="center"/>
            </w:pPr>
            <w:r>
              <w:t>1970</w:t>
            </w:r>
          </w:p>
        </w:tc>
        <w:tc>
          <w:tcPr>
            <w:tcW w:w="0" w:type="auto"/>
          </w:tcPr>
          <w:p w14:paraId="4BAA3D47" w14:textId="77777777" w:rsidR="007A5E59" w:rsidRDefault="0095198F">
            <w:pPr>
              <w:jc w:val="center"/>
            </w:pPr>
            <w:r>
              <w:t>17</w:t>
            </w:r>
          </w:p>
        </w:tc>
        <w:tc>
          <w:tcPr>
            <w:tcW w:w="0" w:type="auto"/>
          </w:tcPr>
          <w:p w14:paraId="5CFD9AF1" w14:textId="77777777" w:rsidR="007A5E59" w:rsidRDefault="0095198F">
            <w:r>
              <w:t>бесканал.</w:t>
            </w:r>
          </w:p>
        </w:tc>
      </w:tr>
      <w:tr w:rsidR="007A5E59" w14:paraId="21DF4639" w14:textId="77777777">
        <w:trPr>
          <w:jc w:val="center"/>
        </w:trPr>
        <w:tc>
          <w:tcPr>
            <w:tcW w:w="0" w:type="auto"/>
          </w:tcPr>
          <w:p w14:paraId="66F77520" w14:textId="77777777" w:rsidR="007A5E59" w:rsidRDefault="0095198F">
            <w:pPr>
              <w:jc w:val="center"/>
            </w:pPr>
            <w:r>
              <w:t>151</w:t>
            </w:r>
          </w:p>
        </w:tc>
        <w:tc>
          <w:tcPr>
            <w:tcW w:w="0" w:type="auto"/>
          </w:tcPr>
          <w:p w14:paraId="3E552D22" w14:textId="77777777" w:rsidR="007A5E59" w:rsidRDefault="0095198F">
            <w:r>
              <w:t>Юбилейная-2</w:t>
            </w:r>
          </w:p>
        </w:tc>
        <w:tc>
          <w:tcPr>
            <w:tcW w:w="0" w:type="auto"/>
          </w:tcPr>
          <w:p w14:paraId="64B14964" w14:textId="77777777" w:rsidR="007A5E59" w:rsidRDefault="0095198F">
            <w:pPr>
              <w:jc w:val="center"/>
            </w:pPr>
            <w:r>
              <w:t>100</w:t>
            </w:r>
          </w:p>
        </w:tc>
        <w:tc>
          <w:tcPr>
            <w:tcW w:w="0" w:type="auto"/>
          </w:tcPr>
          <w:p w14:paraId="00596B95" w14:textId="77777777" w:rsidR="007A5E59" w:rsidRDefault="0095198F">
            <w:pPr>
              <w:jc w:val="center"/>
            </w:pPr>
            <w:r>
              <w:t>1969</w:t>
            </w:r>
          </w:p>
        </w:tc>
        <w:tc>
          <w:tcPr>
            <w:tcW w:w="0" w:type="auto"/>
          </w:tcPr>
          <w:p w14:paraId="0180D5FA" w14:textId="77777777" w:rsidR="007A5E59" w:rsidRDefault="0095198F">
            <w:pPr>
              <w:jc w:val="center"/>
            </w:pPr>
            <w:r>
              <w:t>14</w:t>
            </w:r>
          </w:p>
        </w:tc>
        <w:tc>
          <w:tcPr>
            <w:tcW w:w="0" w:type="auto"/>
          </w:tcPr>
          <w:p w14:paraId="469D76B1" w14:textId="77777777" w:rsidR="007A5E59" w:rsidRDefault="0095198F">
            <w:r>
              <w:t>бесканал.</w:t>
            </w:r>
          </w:p>
        </w:tc>
      </w:tr>
      <w:tr w:rsidR="007A5E59" w14:paraId="75375154" w14:textId="77777777">
        <w:trPr>
          <w:jc w:val="center"/>
        </w:trPr>
        <w:tc>
          <w:tcPr>
            <w:tcW w:w="0" w:type="auto"/>
          </w:tcPr>
          <w:p w14:paraId="0D95B04F" w14:textId="77777777" w:rsidR="007A5E59" w:rsidRDefault="0095198F">
            <w:pPr>
              <w:jc w:val="center"/>
            </w:pPr>
            <w:r>
              <w:t>152</w:t>
            </w:r>
          </w:p>
        </w:tc>
        <w:tc>
          <w:tcPr>
            <w:tcW w:w="0" w:type="auto"/>
          </w:tcPr>
          <w:p w14:paraId="429971A2" w14:textId="77777777" w:rsidR="007A5E59" w:rsidRDefault="0095198F">
            <w:r>
              <w:t>Юбилейная-3</w:t>
            </w:r>
          </w:p>
        </w:tc>
        <w:tc>
          <w:tcPr>
            <w:tcW w:w="0" w:type="auto"/>
          </w:tcPr>
          <w:p w14:paraId="13A930C4" w14:textId="77777777" w:rsidR="007A5E59" w:rsidRDefault="0095198F">
            <w:pPr>
              <w:jc w:val="center"/>
            </w:pPr>
            <w:r>
              <w:t>100</w:t>
            </w:r>
          </w:p>
        </w:tc>
        <w:tc>
          <w:tcPr>
            <w:tcW w:w="0" w:type="auto"/>
          </w:tcPr>
          <w:p w14:paraId="5CC08BAB" w14:textId="77777777" w:rsidR="007A5E59" w:rsidRDefault="0095198F">
            <w:pPr>
              <w:jc w:val="center"/>
            </w:pPr>
            <w:r>
              <w:t>1959</w:t>
            </w:r>
          </w:p>
        </w:tc>
        <w:tc>
          <w:tcPr>
            <w:tcW w:w="0" w:type="auto"/>
          </w:tcPr>
          <w:p w14:paraId="61BB0F5D" w14:textId="77777777" w:rsidR="007A5E59" w:rsidRDefault="0095198F">
            <w:pPr>
              <w:jc w:val="center"/>
            </w:pPr>
            <w:r>
              <w:t>6,50</w:t>
            </w:r>
          </w:p>
        </w:tc>
        <w:tc>
          <w:tcPr>
            <w:tcW w:w="0" w:type="auto"/>
          </w:tcPr>
          <w:p w14:paraId="6049405E" w14:textId="77777777" w:rsidR="007A5E59" w:rsidRDefault="0095198F">
            <w:r>
              <w:t>бесканал.</w:t>
            </w:r>
          </w:p>
        </w:tc>
      </w:tr>
      <w:tr w:rsidR="007A5E59" w14:paraId="456C09D9" w14:textId="77777777">
        <w:trPr>
          <w:jc w:val="center"/>
        </w:trPr>
        <w:tc>
          <w:tcPr>
            <w:tcW w:w="0" w:type="auto"/>
          </w:tcPr>
          <w:p w14:paraId="6637F508" w14:textId="77777777" w:rsidR="007A5E59" w:rsidRDefault="0095198F">
            <w:pPr>
              <w:jc w:val="center"/>
            </w:pPr>
            <w:r>
              <w:t>153</w:t>
            </w:r>
          </w:p>
        </w:tc>
        <w:tc>
          <w:tcPr>
            <w:tcW w:w="0" w:type="auto"/>
          </w:tcPr>
          <w:p w14:paraId="0BC014F1" w14:textId="77777777" w:rsidR="007A5E59" w:rsidRDefault="0095198F">
            <w:r>
              <w:t>Юбилейная-4</w:t>
            </w:r>
          </w:p>
        </w:tc>
        <w:tc>
          <w:tcPr>
            <w:tcW w:w="0" w:type="auto"/>
          </w:tcPr>
          <w:p w14:paraId="62F01DA4" w14:textId="77777777" w:rsidR="007A5E59" w:rsidRDefault="0095198F">
            <w:pPr>
              <w:jc w:val="center"/>
            </w:pPr>
            <w:r>
              <w:t>100</w:t>
            </w:r>
          </w:p>
        </w:tc>
        <w:tc>
          <w:tcPr>
            <w:tcW w:w="0" w:type="auto"/>
          </w:tcPr>
          <w:p w14:paraId="30AE1058" w14:textId="77777777" w:rsidR="007A5E59" w:rsidRDefault="0095198F">
            <w:pPr>
              <w:jc w:val="center"/>
            </w:pPr>
            <w:r>
              <w:t>1969</w:t>
            </w:r>
          </w:p>
        </w:tc>
        <w:tc>
          <w:tcPr>
            <w:tcW w:w="0" w:type="auto"/>
          </w:tcPr>
          <w:p w14:paraId="20B5CBCC" w14:textId="77777777" w:rsidR="007A5E59" w:rsidRDefault="0095198F">
            <w:pPr>
              <w:jc w:val="center"/>
            </w:pPr>
            <w:r>
              <w:t>9,50</w:t>
            </w:r>
          </w:p>
        </w:tc>
        <w:tc>
          <w:tcPr>
            <w:tcW w:w="0" w:type="auto"/>
          </w:tcPr>
          <w:p w14:paraId="7958240D" w14:textId="77777777" w:rsidR="007A5E59" w:rsidRDefault="0095198F">
            <w:r>
              <w:t>бесканал.</w:t>
            </w:r>
          </w:p>
        </w:tc>
      </w:tr>
      <w:tr w:rsidR="007A5E59" w14:paraId="32FCBA4F" w14:textId="77777777">
        <w:trPr>
          <w:jc w:val="center"/>
        </w:trPr>
        <w:tc>
          <w:tcPr>
            <w:tcW w:w="0" w:type="auto"/>
          </w:tcPr>
          <w:p w14:paraId="5CC29EE0" w14:textId="77777777" w:rsidR="007A5E59" w:rsidRDefault="0095198F">
            <w:pPr>
              <w:jc w:val="center"/>
            </w:pPr>
            <w:r>
              <w:t>154</w:t>
            </w:r>
          </w:p>
        </w:tc>
        <w:tc>
          <w:tcPr>
            <w:tcW w:w="0" w:type="auto"/>
          </w:tcPr>
          <w:p w14:paraId="3155D76F" w14:textId="77777777" w:rsidR="007A5E59" w:rsidRDefault="0095198F">
            <w:r>
              <w:t>Юбилейная-5</w:t>
            </w:r>
          </w:p>
        </w:tc>
        <w:tc>
          <w:tcPr>
            <w:tcW w:w="0" w:type="auto"/>
          </w:tcPr>
          <w:p w14:paraId="453691EB" w14:textId="77777777" w:rsidR="007A5E59" w:rsidRDefault="0095198F">
            <w:pPr>
              <w:jc w:val="center"/>
            </w:pPr>
            <w:r>
              <w:t>100</w:t>
            </w:r>
          </w:p>
        </w:tc>
        <w:tc>
          <w:tcPr>
            <w:tcW w:w="0" w:type="auto"/>
          </w:tcPr>
          <w:p w14:paraId="5988C0FB" w14:textId="77777777" w:rsidR="007A5E59" w:rsidRDefault="0095198F">
            <w:pPr>
              <w:jc w:val="center"/>
            </w:pPr>
            <w:r>
              <w:t>1970</w:t>
            </w:r>
          </w:p>
        </w:tc>
        <w:tc>
          <w:tcPr>
            <w:tcW w:w="0" w:type="auto"/>
          </w:tcPr>
          <w:p w14:paraId="6E604A80" w14:textId="77777777" w:rsidR="007A5E59" w:rsidRDefault="0095198F">
            <w:pPr>
              <w:jc w:val="center"/>
            </w:pPr>
            <w:r>
              <w:t>10,50</w:t>
            </w:r>
          </w:p>
        </w:tc>
        <w:tc>
          <w:tcPr>
            <w:tcW w:w="0" w:type="auto"/>
          </w:tcPr>
          <w:p w14:paraId="7F171139" w14:textId="77777777" w:rsidR="007A5E59" w:rsidRDefault="0095198F">
            <w:r>
              <w:t>бесканал.</w:t>
            </w:r>
          </w:p>
        </w:tc>
      </w:tr>
      <w:tr w:rsidR="007A5E59" w14:paraId="2B42D86B" w14:textId="77777777">
        <w:trPr>
          <w:jc w:val="center"/>
        </w:trPr>
        <w:tc>
          <w:tcPr>
            <w:tcW w:w="0" w:type="auto"/>
          </w:tcPr>
          <w:p w14:paraId="24843341" w14:textId="77777777" w:rsidR="007A5E59" w:rsidRDefault="0095198F">
            <w:pPr>
              <w:jc w:val="center"/>
            </w:pPr>
            <w:r>
              <w:t>155</w:t>
            </w:r>
          </w:p>
        </w:tc>
        <w:tc>
          <w:tcPr>
            <w:tcW w:w="0" w:type="auto"/>
          </w:tcPr>
          <w:p w14:paraId="7EAF142F" w14:textId="77777777" w:rsidR="007A5E59" w:rsidRDefault="0095198F">
            <w:r>
              <w:t>Юбилейная-6</w:t>
            </w:r>
          </w:p>
        </w:tc>
        <w:tc>
          <w:tcPr>
            <w:tcW w:w="0" w:type="auto"/>
          </w:tcPr>
          <w:p w14:paraId="1DA64B88" w14:textId="77777777" w:rsidR="007A5E59" w:rsidRDefault="0095198F">
            <w:pPr>
              <w:jc w:val="center"/>
            </w:pPr>
            <w:r>
              <w:t>100</w:t>
            </w:r>
          </w:p>
        </w:tc>
        <w:tc>
          <w:tcPr>
            <w:tcW w:w="0" w:type="auto"/>
          </w:tcPr>
          <w:p w14:paraId="0FAC6F02" w14:textId="77777777" w:rsidR="007A5E59" w:rsidRDefault="0095198F">
            <w:pPr>
              <w:jc w:val="center"/>
            </w:pPr>
            <w:r>
              <w:t>2011</w:t>
            </w:r>
          </w:p>
        </w:tc>
        <w:tc>
          <w:tcPr>
            <w:tcW w:w="0" w:type="auto"/>
          </w:tcPr>
          <w:p w14:paraId="652B67F5" w14:textId="77777777" w:rsidR="007A5E59" w:rsidRDefault="0095198F">
            <w:pPr>
              <w:jc w:val="center"/>
            </w:pPr>
            <w:r>
              <w:t>11,50</w:t>
            </w:r>
          </w:p>
        </w:tc>
        <w:tc>
          <w:tcPr>
            <w:tcW w:w="0" w:type="auto"/>
          </w:tcPr>
          <w:p w14:paraId="4D3FFFBD" w14:textId="77777777" w:rsidR="007A5E59" w:rsidRDefault="0095198F">
            <w:r>
              <w:t>бесканал.</w:t>
            </w:r>
          </w:p>
        </w:tc>
      </w:tr>
      <w:tr w:rsidR="007A5E59" w14:paraId="0549E88A" w14:textId="77777777">
        <w:trPr>
          <w:jc w:val="center"/>
        </w:trPr>
        <w:tc>
          <w:tcPr>
            <w:tcW w:w="0" w:type="auto"/>
          </w:tcPr>
          <w:p w14:paraId="3E7543C8" w14:textId="77777777" w:rsidR="007A5E59" w:rsidRDefault="0095198F">
            <w:pPr>
              <w:jc w:val="center"/>
            </w:pPr>
            <w:r>
              <w:t>156</w:t>
            </w:r>
          </w:p>
        </w:tc>
        <w:tc>
          <w:tcPr>
            <w:tcW w:w="0" w:type="auto"/>
          </w:tcPr>
          <w:p w14:paraId="33B6315D" w14:textId="77777777" w:rsidR="007A5E59" w:rsidRDefault="0095198F">
            <w:r>
              <w:t>Юбилейная-7</w:t>
            </w:r>
          </w:p>
        </w:tc>
        <w:tc>
          <w:tcPr>
            <w:tcW w:w="0" w:type="auto"/>
          </w:tcPr>
          <w:p w14:paraId="6F90913A" w14:textId="77777777" w:rsidR="007A5E59" w:rsidRDefault="0095198F">
            <w:pPr>
              <w:jc w:val="center"/>
            </w:pPr>
            <w:r>
              <w:t>100</w:t>
            </w:r>
          </w:p>
        </w:tc>
        <w:tc>
          <w:tcPr>
            <w:tcW w:w="0" w:type="auto"/>
          </w:tcPr>
          <w:p w14:paraId="1820531C" w14:textId="77777777" w:rsidR="007A5E59" w:rsidRDefault="0095198F">
            <w:pPr>
              <w:jc w:val="center"/>
            </w:pPr>
            <w:r>
              <w:t>2011</w:t>
            </w:r>
          </w:p>
        </w:tc>
        <w:tc>
          <w:tcPr>
            <w:tcW w:w="0" w:type="auto"/>
          </w:tcPr>
          <w:p w14:paraId="2B212886" w14:textId="77777777" w:rsidR="007A5E59" w:rsidRDefault="0095198F">
            <w:pPr>
              <w:jc w:val="center"/>
            </w:pPr>
            <w:r>
              <w:t>14,50</w:t>
            </w:r>
          </w:p>
        </w:tc>
        <w:tc>
          <w:tcPr>
            <w:tcW w:w="0" w:type="auto"/>
          </w:tcPr>
          <w:p w14:paraId="321C5DDE" w14:textId="77777777" w:rsidR="007A5E59" w:rsidRDefault="0095198F">
            <w:r>
              <w:t>бесканал.</w:t>
            </w:r>
          </w:p>
        </w:tc>
      </w:tr>
      <w:tr w:rsidR="007A5E59" w14:paraId="7C6EE9D2" w14:textId="77777777">
        <w:trPr>
          <w:jc w:val="center"/>
        </w:trPr>
        <w:tc>
          <w:tcPr>
            <w:tcW w:w="0" w:type="auto"/>
          </w:tcPr>
          <w:p w14:paraId="7F6AB645" w14:textId="77777777" w:rsidR="007A5E59" w:rsidRDefault="0095198F">
            <w:pPr>
              <w:jc w:val="center"/>
            </w:pPr>
            <w:r>
              <w:t>157</w:t>
            </w:r>
          </w:p>
        </w:tc>
        <w:tc>
          <w:tcPr>
            <w:tcW w:w="0" w:type="auto"/>
          </w:tcPr>
          <w:p w14:paraId="3BDF617D" w14:textId="77777777" w:rsidR="007A5E59" w:rsidRDefault="0095198F">
            <w:r>
              <w:t>Юбилейная-8</w:t>
            </w:r>
          </w:p>
        </w:tc>
        <w:tc>
          <w:tcPr>
            <w:tcW w:w="0" w:type="auto"/>
          </w:tcPr>
          <w:p w14:paraId="03ABCBF6" w14:textId="77777777" w:rsidR="007A5E59" w:rsidRDefault="0095198F">
            <w:pPr>
              <w:jc w:val="center"/>
            </w:pPr>
            <w:r>
              <w:t>100</w:t>
            </w:r>
          </w:p>
        </w:tc>
        <w:tc>
          <w:tcPr>
            <w:tcW w:w="0" w:type="auto"/>
          </w:tcPr>
          <w:p w14:paraId="70BC3DC8" w14:textId="77777777" w:rsidR="007A5E59" w:rsidRDefault="0095198F">
            <w:pPr>
              <w:jc w:val="center"/>
            </w:pPr>
            <w:r>
              <w:t>1975</w:t>
            </w:r>
          </w:p>
        </w:tc>
        <w:tc>
          <w:tcPr>
            <w:tcW w:w="0" w:type="auto"/>
          </w:tcPr>
          <w:p w14:paraId="009B2250" w14:textId="77777777" w:rsidR="007A5E59" w:rsidRDefault="0095198F">
            <w:pPr>
              <w:jc w:val="center"/>
            </w:pPr>
            <w:r>
              <w:t>17</w:t>
            </w:r>
          </w:p>
        </w:tc>
        <w:tc>
          <w:tcPr>
            <w:tcW w:w="0" w:type="auto"/>
          </w:tcPr>
          <w:p w14:paraId="5A8005E4" w14:textId="77777777" w:rsidR="007A5E59" w:rsidRDefault="0095198F">
            <w:r>
              <w:t>бесканал.</w:t>
            </w:r>
          </w:p>
        </w:tc>
      </w:tr>
      <w:tr w:rsidR="007A5E59" w14:paraId="70EFA5C8" w14:textId="77777777">
        <w:trPr>
          <w:jc w:val="center"/>
        </w:trPr>
        <w:tc>
          <w:tcPr>
            <w:tcW w:w="0" w:type="auto"/>
          </w:tcPr>
          <w:p w14:paraId="460D1B78" w14:textId="77777777" w:rsidR="007A5E59" w:rsidRDefault="0095198F">
            <w:pPr>
              <w:jc w:val="center"/>
            </w:pPr>
            <w:r>
              <w:t>158</w:t>
            </w:r>
          </w:p>
        </w:tc>
        <w:tc>
          <w:tcPr>
            <w:tcW w:w="0" w:type="auto"/>
          </w:tcPr>
          <w:p w14:paraId="7FE39FEF" w14:textId="77777777" w:rsidR="007A5E59" w:rsidRDefault="0095198F">
            <w:r>
              <w:t>Юбилейная-10</w:t>
            </w:r>
          </w:p>
        </w:tc>
        <w:tc>
          <w:tcPr>
            <w:tcW w:w="0" w:type="auto"/>
          </w:tcPr>
          <w:p w14:paraId="5A7B8FC1" w14:textId="77777777" w:rsidR="007A5E59" w:rsidRDefault="0095198F">
            <w:pPr>
              <w:jc w:val="center"/>
            </w:pPr>
            <w:r>
              <w:t>100</w:t>
            </w:r>
          </w:p>
        </w:tc>
        <w:tc>
          <w:tcPr>
            <w:tcW w:w="0" w:type="auto"/>
          </w:tcPr>
          <w:p w14:paraId="5146C9BC" w14:textId="77777777" w:rsidR="007A5E59" w:rsidRDefault="0095198F">
            <w:pPr>
              <w:jc w:val="center"/>
            </w:pPr>
            <w:r>
              <w:t>1969</w:t>
            </w:r>
          </w:p>
        </w:tc>
        <w:tc>
          <w:tcPr>
            <w:tcW w:w="0" w:type="auto"/>
          </w:tcPr>
          <w:p w14:paraId="23B61D58" w14:textId="77777777" w:rsidR="007A5E59" w:rsidRDefault="0095198F">
            <w:pPr>
              <w:jc w:val="center"/>
            </w:pPr>
            <w:r>
              <w:t>18</w:t>
            </w:r>
          </w:p>
        </w:tc>
        <w:tc>
          <w:tcPr>
            <w:tcW w:w="0" w:type="auto"/>
          </w:tcPr>
          <w:p w14:paraId="1C908FF7" w14:textId="77777777" w:rsidR="007A5E59" w:rsidRDefault="0095198F">
            <w:r>
              <w:t>бесканал.</w:t>
            </w:r>
          </w:p>
        </w:tc>
      </w:tr>
      <w:tr w:rsidR="007A5E59" w14:paraId="2668FE34" w14:textId="77777777">
        <w:trPr>
          <w:jc w:val="center"/>
        </w:trPr>
        <w:tc>
          <w:tcPr>
            <w:tcW w:w="0" w:type="auto"/>
          </w:tcPr>
          <w:p w14:paraId="34B7EC8F" w14:textId="77777777" w:rsidR="007A5E59" w:rsidRDefault="0095198F">
            <w:pPr>
              <w:jc w:val="center"/>
            </w:pPr>
            <w:r>
              <w:t>159</w:t>
            </w:r>
          </w:p>
        </w:tc>
        <w:tc>
          <w:tcPr>
            <w:tcW w:w="0" w:type="auto"/>
          </w:tcPr>
          <w:p w14:paraId="0EFAEA04" w14:textId="77777777" w:rsidR="007A5E59" w:rsidRDefault="0095198F">
            <w:r>
              <w:t>Юбилейная-11</w:t>
            </w:r>
          </w:p>
        </w:tc>
        <w:tc>
          <w:tcPr>
            <w:tcW w:w="0" w:type="auto"/>
          </w:tcPr>
          <w:p w14:paraId="4AF05A8B" w14:textId="77777777" w:rsidR="007A5E59" w:rsidRDefault="0095198F">
            <w:pPr>
              <w:jc w:val="center"/>
            </w:pPr>
            <w:r>
              <w:t>100</w:t>
            </w:r>
          </w:p>
        </w:tc>
        <w:tc>
          <w:tcPr>
            <w:tcW w:w="0" w:type="auto"/>
          </w:tcPr>
          <w:p w14:paraId="01CE5E17" w14:textId="77777777" w:rsidR="007A5E59" w:rsidRDefault="0095198F">
            <w:pPr>
              <w:jc w:val="center"/>
            </w:pPr>
            <w:r>
              <w:t>1966</w:t>
            </w:r>
          </w:p>
        </w:tc>
        <w:tc>
          <w:tcPr>
            <w:tcW w:w="0" w:type="auto"/>
          </w:tcPr>
          <w:p w14:paraId="64FC58CB" w14:textId="77777777" w:rsidR="007A5E59" w:rsidRDefault="0095198F">
            <w:pPr>
              <w:jc w:val="center"/>
            </w:pPr>
            <w:r>
              <w:t>17</w:t>
            </w:r>
          </w:p>
        </w:tc>
        <w:tc>
          <w:tcPr>
            <w:tcW w:w="0" w:type="auto"/>
          </w:tcPr>
          <w:p w14:paraId="3FE745AE" w14:textId="77777777" w:rsidR="007A5E59" w:rsidRDefault="0095198F">
            <w:r>
              <w:t>бесканал.</w:t>
            </w:r>
          </w:p>
        </w:tc>
      </w:tr>
      <w:tr w:rsidR="007A5E59" w14:paraId="18926152" w14:textId="77777777">
        <w:trPr>
          <w:jc w:val="center"/>
        </w:trPr>
        <w:tc>
          <w:tcPr>
            <w:tcW w:w="0" w:type="auto"/>
          </w:tcPr>
          <w:p w14:paraId="24ECCA23" w14:textId="77777777" w:rsidR="007A5E59" w:rsidRDefault="0095198F">
            <w:pPr>
              <w:jc w:val="center"/>
            </w:pPr>
            <w:r>
              <w:t>160</w:t>
            </w:r>
          </w:p>
        </w:tc>
        <w:tc>
          <w:tcPr>
            <w:tcW w:w="0" w:type="auto"/>
          </w:tcPr>
          <w:p w14:paraId="2B1371DD" w14:textId="77777777" w:rsidR="007A5E59" w:rsidRDefault="0095198F">
            <w:r>
              <w:t>Юбилейная-12</w:t>
            </w:r>
          </w:p>
        </w:tc>
        <w:tc>
          <w:tcPr>
            <w:tcW w:w="0" w:type="auto"/>
          </w:tcPr>
          <w:p w14:paraId="2403FA43" w14:textId="77777777" w:rsidR="007A5E59" w:rsidRDefault="0095198F">
            <w:pPr>
              <w:jc w:val="center"/>
            </w:pPr>
            <w:r>
              <w:t>100</w:t>
            </w:r>
          </w:p>
        </w:tc>
        <w:tc>
          <w:tcPr>
            <w:tcW w:w="0" w:type="auto"/>
          </w:tcPr>
          <w:p w14:paraId="47A4A10D" w14:textId="77777777" w:rsidR="007A5E59" w:rsidRDefault="0095198F">
            <w:pPr>
              <w:jc w:val="center"/>
            </w:pPr>
            <w:r>
              <w:t>1973</w:t>
            </w:r>
          </w:p>
        </w:tc>
        <w:tc>
          <w:tcPr>
            <w:tcW w:w="0" w:type="auto"/>
          </w:tcPr>
          <w:p w14:paraId="11C338DB" w14:textId="77777777" w:rsidR="007A5E59" w:rsidRDefault="0095198F">
            <w:pPr>
              <w:jc w:val="center"/>
            </w:pPr>
            <w:r>
              <w:t>18</w:t>
            </w:r>
          </w:p>
        </w:tc>
        <w:tc>
          <w:tcPr>
            <w:tcW w:w="0" w:type="auto"/>
          </w:tcPr>
          <w:p w14:paraId="0968E7D4" w14:textId="77777777" w:rsidR="007A5E59" w:rsidRDefault="0095198F">
            <w:r>
              <w:t>бесканал.</w:t>
            </w:r>
          </w:p>
        </w:tc>
      </w:tr>
      <w:tr w:rsidR="007A5E59" w14:paraId="76DFA1F8" w14:textId="77777777">
        <w:trPr>
          <w:jc w:val="center"/>
        </w:trPr>
        <w:tc>
          <w:tcPr>
            <w:tcW w:w="0" w:type="auto"/>
          </w:tcPr>
          <w:p w14:paraId="42AC4E32" w14:textId="77777777" w:rsidR="007A5E59" w:rsidRDefault="0095198F">
            <w:pPr>
              <w:jc w:val="center"/>
            </w:pPr>
            <w:r>
              <w:t>161</w:t>
            </w:r>
          </w:p>
        </w:tc>
        <w:tc>
          <w:tcPr>
            <w:tcW w:w="0" w:type="auto"/>
          </w:tcPr>
          <w:p w14:paraId="6740B1F9" w14:textId="77777777" w:rsidR="007A5E59" w:rsidRDefault="0095198F">
            <w:r>
              <w:t>Юбилейная-13</w:t>
            </w:r>
          </w:p>
        </w:tc>
        <w:tc>
          <w:tcPr>
            <w:tcW w:w="0" w:type="auto"/>
          </w:tcPr>
          <w:p w14:paraId="37F8872F" w14:textId="77777777" w:rsidR="007A5E59" w:rsidRDefault="0095198F">
            <w:pPr>
              <w:jc w:val="center"/>
            </w:pPr>
            <w:r>
              <w:t>100</w:t>
            </w:r>
          </w:p>
        </w:tc>
        <w:tc>
          <w:tcPr>
            <w:tcW w:w="0" w:type="auto"/>
          </w:tcPr>
          <w:p w14:paraId="5466D4DD" w14:textId="77777777" w:rsidR="007A5E59" w:rsidRDefault="0095198F">
            <w:pPr>
              <w:jc w:val="center"/>
            </w:pPr>
            <w:r>
              <w:t>1974</w:t>
            </w:r>
          </w:p>
        </w:tc>
        <w:tc>
          <w:tcPr>
            <w:tcW w:w="0" w:type="auto"/>
          </w:tcPr>
          <w:p w14:paraId="0801045F" w14:textId="77777777" w:rsidR="007A5E59" w:rsidRDefault="0095198F">
            <w:pPr>
              <w:jc w:val="center"/>
            </w:pPr>
            <w:r>
              <w:t>14,50</w:t>
            </w:r>
          </w:p>
        </w:tc>
        <w:tc>
          <w:tcPr>
            <w:tcW w:w="0" w:type="auto"/>
          </w:tcPr>
          <w:p w14:paraId="2A115B13" w14:textId="77777777" w:rsidR="007A5E59" w:rsidRDefault="0095198F">
            <w:r>
              <w:t>бесканал.</w:t>
            </w:r>
          </w:p>
        </w:tc>
      </w:tr>
      <w:tr w:rsidR="007A5E59" w14:paraId="3CDDB9B9" w14:textId="77777777">
        <w:trPr>
          <w:jc w:val="center"/>
        </w:trPr>
        <w:tc>
          <w:tcPr>
            <w:tcW w:w="0" w:type="auto"/>
          </w:tcPr>
          <w:p w14:paraId="7C559E87" w14:textId="77777777" w:rsidR="007A5E59" w:rsidRDefault="0095198F">
            <w:pPr>
              <w:jc w:val="center"/>
            </w:pPr>
            <w:r>
              <w:t>162</w:t>
            </w:r>
          </w:p>
        </w:tc>
        <w:tc>
          <w:tcPr>
            <w:tcW w:w="0" w:type="auto"/>
          </w:tcPr>
          <w:p w14:paraId="7BAF8F8F" w14:textId="77777777" w:rsidR="007A5E59" w:rsidRDefault="0095198F">
            <w:r>
              <w:t>Мира-5</w:t>
            </w:r>
          </w:p>
        </w:tc>
        <w:tc>
          <w:tcPr>
            <w:tcW w:w="0" w:type="auto"/>
          </w:tcPr>
          <w:p w14:paraId="19235E28" w14:textId="77777777" w:rsidR="007A5E59" w:rsidRDefault="0095198F">
            <w:pPr>
              <w:jc w:val="center"/>
            </w:pPr>
            <w:r>
              <w:t>80</w:t>
            </w:r>
          </w:p>
        </w:tc>
        <w:tc>
          <w:tcPr>
            <w:tcW w:w="0" w:type="auto"/>
          </w:tcPr>
          <w:p w14:paraId="7CDFEC16" w14:textId="77777777" w:rsidR="007A5E59" w:rsidRDefault="0095198F">
            <w:pPr>
              <w:jc w:val="center"/>
            </w:pPr>
            <w:r>
              <w:t>1975</w:t>
            </w:r>
          </w:p>
        </w:tc>
        <w:tc>
          <w:tcPr>
            <w:tcW w:w="0" w:type="auto"/>
          </w:tcPr>
          <w:p w14:paraId="3570F3BD" w14:textId="77777777" w:rsidR="007A5E59" w:rsidRDefault="0095198F">
            <w:pPr>
              <w:jc w:val="center"/>
            </w:pPr>
            <w:r>
              <w:t>23,50</w:t>
            </w:r>
          </w:p>
        </w:tc>
        <w:tc>
          <w:tcPr>
            <w:tcW w:w="0" w:type="auto"/>
          </w:tcPr>
          <w:p w14:paraId="49437B4B" w14:textId="77777777" w:rsidR="007A5E59" w:rsidRDefault="0095198F">
            <w:r>
              <w:t>бесканал.</w:t>
            </w:r>
          </w:p>
        </w:tc>
      </w:tr>
      <w:tr w:rsidR="007A5E59" w14:paraId="2CF72DE8" w14:textId="77777777">
        <w:trPr>
          <w:jc w:val="center"/>
        </w:trPr>
        <w:tc>
          <w:tcPr>
            <w:tcW w:w="0" w:type="auto"/>
          </w:tcPr>
          <w:p w14:paraId="212AC101" w14:textId="77777777" w:rsidR="007A5E59" w:rsidRDefault="0095198F">
            <w:pPr>
              <w:jc w:val="center"/>
            </w:pPr>
            <w:r>
              <w:t>163</w:t>
            </w:r>
          </w:p>
        </w:tc>
        <w:tc>
          <w:tcPr>
            <w:tcW w:w="0" w:type="auto"/>
          </w:tcPr>
          <w:p w14:paraId="003B1231" w14:textId="77777777" w:rsidR="007A5E59" w:rsidRDefault="0095198F">
            <w:r>
              <w:t>Мира-7</w:t>
            </w:r>
          </w:p>
        </w:tc>
        <w:tc>
          <w:tcPr>
            <w:tcW w:w="0" w:type="auto"/>
          </w:tcPr>
          <w:p w14:paraId="75359892" w14:textId="77777777" w:rsidR="007A5E59" w:rsidRDefault="0095198F">
            <w:pPr>
              <w:jc w:val="center"/>
            </w:pPr>
            <w:r>
              <w:t>80</w:t>
            </w:r>
          </w:p>
        </w:tc>
        <w:tc>
          <w:tcPr>
            <w:tcW w:w="0" w:type="auto"/>
          </w:tcPr>
          <w:p w14:paraId="242B10C7" w14:textId="77777777" w:rsidR="007A5E59" w:rsidRDefault="0095198F">
            <w:pPr>
              <w:jc w:val="center"/>
            </w:pPr>
            <w:r>
              <w:t>1969</w:t>
            </w:r>
          </w:p>
        </w:tc>
        <w:tc>
          <w:tcPr>
            <w:tcW w:w="0" w:type="auto"/>
          </w:tcPr>
          <w:p w14:paraId="232F6E33" w14:textId="77777777" w:rsidR="007A5E59" w:rsidRDefault="0095198F">
            <w:pPr>
              <w:jc w:val="center"/>
            </w:pPr>
            <w:r>
              <w:t>15,50</w:t>
            </w:r>
          </w:p>
        </w:tc>
        <w:tc>
          <w:tcPr>
            <w:tcW w:w="0" w:type="auto"/>
          </w:tcPr>
          <w:p w14:paraId="6DA34E13" w14:textId="77777777" w:rsidR="007A5E59" w:rsidRDefault="0095198F">
            <w:r>
              <w:t>бесканал.</w:t>
            </w:r>
          </w:p>
        </w:tc>
      </w:tr>
      <w:tr w:rsidR="007A5E59" w14:paraId="7C5A5101" w14:textId="77777777">
        <w:trPr>
          <w:jc w:val="center"/>
        </w:trPr>
        <w:tc>
          <w:tcPr>
            <w:tcW w:w="0" w:type="auto"/>
          </w:tcPr>
          <w:p w14:paraId="21A8F2A0" w14:textId="77777777" w:rsidR="007A5E59" w:rsidRDefault="0095198F">
            <w:pPr>
              <w:jc w:val="center"/>
            </w:pPr>
            <w:r>
              <w:t>164</w:t>
            </w:r>
          </w:p>
        </w:tc>
        <w:tc>
          <w:tcPr>
            <w:tcW w:w="0" w:type="auto"/>
          </w:tcPr>
          <w:p w14:paraId="6970B9B1" w14:textId="77777777" w:rsidR="007A5E59" w:rsidRDefault="0095198F">
            <w:r>
              <w:t>Мира-9</w:t>
            </w:r>
          </w:p>
        </w:tc>
        <w:tc>
          <w:tcPr>
            <w:tcW w:w="0" w:type="auto"/>
          </w:tcPr>
          <w:p w14:paraId="2490A5C7" w14:textId="77777777" w:rsidR="007A5E59" w:rsidRDefault="0095198F">
            <w:pPr>
              <w:jc w:val="center"/>
            </w:pPr>
            <w:r>
              <w:t>80</w:t>
            </w:r>
          </w:p>
        </w:tc>
        <w:tc>
          <w:tcPr>
            <w:tcW w:w="0" w:type="auto"/>
          </w:tcPr>
          <w:p w14:paraId="5C347B0A" w14:textId="77777777" w:rsidR="007A5E59" w:rsidRDefault="0095198F">
            <w:pPr>
              <w:jc w:val="center"/>
            </w:pPr>
            <w:r>
              <w:t>1966</w:t>
            </w:r>
          </w:p>
        </w:tc>
        <w:tc>
          <w:tcPr>
            <w:tcW w:w="0" w:type="auto"/>
          </w:tcPr>
          <w:p w14:paraId="64610DDD" w14:textId="77777777" w:rsidR="007A5E59" w:rsidRDefault="0095198F">
            <w:pPr>
              <w:jc w:val="center"/>
            </w:pPr>
            <w:r>
              <w:t>16</w:t>
            </w:r>
          </w:p>
        </w:tc>
        <w:tc>
          <w:tcPr>
            <w:tcW w:w="0" w:type="auto"/>
          </w:tcPr>
          <w:p w14:paraId="7A5DD250" w14:textId="77777777" w:rsidR="007A5E59" w:rsidRDefault="0095198F">
            <w:r>
              <w:t>бесканал.</w:t>
            </w:r>
          </w:p>
        </w:tc>
      </w:tr>
      <w:tr w:rsidR="007A5E59" w14:paraId="50C6D50C" w14:textId="77777777">
        <w:trPr>
          <w:jc w:val="center"/>
        </w:trPr>
        <w:tc>
          <w:tcPr>
            <w:tcW w:w="0" w:type="auto"/>
          </w:tcPr>
          <w:p w14:paraId="2FE27CA4" w14:textId="77777777" w:rsidR="007A5E59" w:rsidRDefault="0095198F">
            <w:pPr>
              <w:jc w:val="center"/>
            </w:pPr>
            <w:r>
              <w:t>165</w:t>
            </w:r>
          </w:p>
        </w:tc>
        <w:tc>
          <w:tcPr>
            <w:tcW w:w="0" w:type="auto"/>
          </w:tcPr>
          <w:p w14:paraId="1ED45B00" w14:textId="77777777" w:rsidR="007A5E59" w:rsidRDefault="0095198F">
            <w:r>
              <w:t>Мира-15</w:t>
            </w:r>
          </w:p>
        </w:tc>
        <w:tc>
          <w:tcPr>
            <w:tcW w:w="0" w:type="auto"/>
          </w:tcPr>
          <w:p w14:paraId="53B3C40C" w14:textId="77777777" w:rsidR="007A5E59" w:rsidRDefault="0095198F">
            <w:pPr>
              <w:jc w:val="center"/>
            </w:pPr>
            <w:r>
              <w:t>80</w:t>
            </w:r>
          </w:p>
        </w:tc>
        <w:tc>
          <w:tcPr>
            <w:tcW w:w="0" w:type="auto"/>
          </w:tcPr>
          <w:p w14:paraId="3274F147" w14:textId="77777777" w:rsidR="007A5E59" w:rsidRDefault="0095198F">
            <w:pPr>
              <w:jc w:val="center"/>
            </w:pPr>
            <w:r>
              <w:t>1965</w:t>
            </w:r>
          </w:p>
        </w:tc>
        <w:tc>
          <w:tcPr>
            <w:tcW w:w="0" w:type="auto"/>
          </w:tcPr>
          <w:p w14:paraId="4B59005E" w14:textId="77777777" w:rsidR="007A5E59" w:rsidRDefault="0095198F">
            <w:pPr>
              <w:jc w:val="center"/>
            </w:pPr>
            <w:r>
              <w:t>14,50</w:t>
            </w:r>
          </w:p>
        </w:tc>
        <w:tc>
          <w:tcPr>
            <w:tcW w:w="0" w:type="auto"/>
          </w:tcPr>
          <w:p w14:paraId="306FEC3E" w14:textId="77777777" w:rsidR="007A5E59" w:rsidRDefault="0095198F">
            <w:r>
              <w:t>бесканал.</w:t>
            </w:r>
          </w:p>
        </w:tc>
      </w:tr>
      <w:tr w:rsidR="007A5E59" w14:paraId="33FFF763" w14:textId="77777777">
        <w:trPr>
          <w:jc w:val="center"/>
        </w:trPr>
        <w:tc>
          <w:tcPr>
            <w:tcW w:w="0" w:type="auto"/>
          </w:tcPr>
          <w:p w14:paraId="76E814FB" w14:textId="77777777" w:rsidR="007A5E59" w:rsidRDefault="0095198F">
            <w:pPr>
              <w:jc w:val="center"/>
            </w:pPr>
            <w:r>
              <w:t>166</w:t>
            </w:r>
          </w:p>
        </w:tc>
        <w:tc>
          <w:tcPr>
            <w:tcW w:w="0" w:type="auto"/>
          </w:tcPr>
          <w:p w14:paraId="4079E967" w14:textId="77777777" w:rsidR="007A5E59" w:rsidRDefault="0095198F">
            <w:r>
              <w:t>Мира-31</w:t>
            </w:r>
          </w:p>
        </w:tc>
        <w:tc>
          <w:tcPr>
            <w:tcW w:w="0" w:type="auto"/>
          </w:tcPr>
          <w:p w14:paraId="1FFBF6F3" w14:textId="77777777" w:rsidR="007A5E59" w:rsidRDefault="0095198F">
            <w:pPr>
              <w:jc w:val="center"/>
            </w:pPr>
            <w:r>
              <w:t>80</w:t>
            </w:r>
          </w:p>
        </w:tc>
        <w:tc>
          <w:tcPr>
            <w:tcW w:w="0" w:type="auto"/>
          </w:tcPr>
          <w:p w14:paraId="203D9CA6" w14:textId="77777777" w:rsidR="007A5E59" w:rsidRDefault="0095198F">
            <w:pPr>
              <w:jc w:val="center"/>
            </w:pPr>
            <w:r>
              <w:t>1966</w:t>
            </w:r>
          </w:p>
        </w:tc>
        <w:tc>
          <w:tcPr>
            <w:tcW w:w="0" w:type="auto"/>
          </w:tcPr>
          <w:p w14:paraId="76AF5402" w14:textId="77777777" w:rsidR="007A5E59" w:rsidRDefault="0095198F">
            <w:pPr>
              <w:jc w:val="center"/>
            </w:pPr>
            <w:r>
              <w:t>17,50</w:t>
            </w:r>
          </w:p>
        </w:tc>
        <w:tc>
          <w:tcPr>
            <w:tcW w:w="0" w:type="auto"/>
          </w:tcPr>
          <w:p w14:paraId="3F36CA69" w14:textId="77777777" w:rsidR="007A5E59" w:rsidRDefault="0095198F">
            <w:r>
              <w:t>бесканал.</w:t>
            </w:r>
          </w:p>
        </w:tc>
      </w:tr>
      <w:tr w:rsidR="007A5E59" w14:paraId="239C98EF" w14:textId="77777777">
        <w:trPr>
          <w:jc w:val="center"/>
        </w:trPr>
        <w:tc>
          <w:tcPr>
            <w:tcW w:w="0" w:type="auto"/>
          </w:tcPr>
          <w:p w14:paraId="7DC25140" w14:textId="77777777" w:rsidR="007A5E59" w:rsidRDefault="0095198F">
            <w:pPr>
              <w:jc w:val="center"/>
            </w:pPr>
            <w:r>
              <w:t>167</w:t>
            </w:r>
          </w:p>
        </w:tc>
        <w:tc>
          <w:tcPr>
            <w:tcW w:w="0" w:type="auto"/>
          </w:tcPr>
          <w:p w14:paraId="22B3FE9C" w14:textId="77777777" w:rsidR="007A5E59" w:rsidRDefault="0095198F">
            <w:r>
              <w:t>Мира-33</w:t>
            </w:r>
          </w:p>
        </w:tc>
        <w:tc>
          <w:tcPr>
            <w:tcW w:w="0" w:type="auto"/>
          </w:tcPr>
          <w:p w14:paraId="6E3B71F9" w14:textId="77777777" w:rsidR="007A5E59" w:rsidRDefault="0095198F">
            <w:pPr>
              <w:jc w:val="center"/>
            </w:pPr>
            <w:r>
              <w:t>80</w:t>
            </w:r>
          </w:p>
        </w:tc>
        <w:tc>
          <w:tcPr>
            <w:tcW w:w="0" w:type="auto"/>
          </w:tcPr>
          <w:p w14:paraId="79904C59" w14:textId="77777777" w:rsidR="007A5E59" w:rsidRDefault="0095198F">
            <w:pPr>
              <w:jc w:val="center"/>
            </w:pPr>
            <w:r>
              <w:t>1971</w:t>
            </w:r>
          </w:p>
        </w:tc>
        <w:tc>
          <w:tcPr>
            <w:tcW w:w="0" w:type="auto"/>
          </w:tcPr>
          <w:p w14:paraId="2FCDEBF1" w14:textId="77777777" w:rsidR="007A5E59" w:rsidRDefault="0095198F">
            <w:pPr>
              <w:jc w:val="center"/>
            </w:pPr>
            <w:r>
              <w:t>17</w:t>
            </w:r>
          </w:p>
        </w:tc>
        <w:tc>
          <w:tcPr>
            <w:tcW w:w="0" w:type="auto"/>
          </w:tcPr>
          <w:p w14:paraId="09E14EE7" w14:textId="77777777" w:rsidR="007A5E59" w:rsidRDefault="0095198F">
            <w:r>
              <w:t>бесканал.</w:t>
            </w:r>
          </w:p>
        </w:tc>
      </w:tr>
      <w:tr w:rsidR="007A5E59" w14:paraId="6620B588" w14:textId="77777777">
        <w:trPr>
          <w:jc w:val="center"/>
        </w:trPr>
        <w:tc>
          <w:tcPr>
            <w:tcW w:w="0" w:type="auto"/>
          </w:tcPr>
          <w:p w14:paraId="49A3D853" w14:textId="77777777" w:rsidR="007A5E59" w:rsidRDefault="0095198F">
            <w:pPr>
              <w:jc w:val="center"/>
            </w:pPr>
            <w:r>
              <w:t>168</w:t>
            </w:r>
          </w:p>
        </w:tc>
        <w:tc>
          <w:tcPr>
            <w:tcW w:w="0" w:type="auto"/>
          </w:tcPr>
          <w:p w14:paraId="2DAEB747" w14:textId="77777777" w:rsidR="007A5E59" w:rsidRDefault="0095198F">
            <w:r>
              <w:t>Мира-35</w:t>
            </w:r>
          </w:p>
        </w:tc>
        <w:tc>
          <w:tcPr>
            <w:tcW w:w="0" w:type="auto"/>
          </w:tcPr>
          <w:p w14:paraId="22B9F171" w14:textId="77777777" w:rsidR="007A5E59" w:rsidRDefault="0095198F">
            <w:pPr>
              <w:jc w:val="center"/>
            </w:pPr>
            <w:r>
              <w:t>80</w:t>
            </w:r>
          </w:p>
        </w:tc>
        <w:tc>
          <w:tcPr>
            <w:tcW w:w="0" w:type="auto"/>
          </w:tcPr>
          <w:p w14:paraId="52703CF0" w14:textId="77777777" w:rsidR="007A5E59" w:rsidRDefault="0095198F">
            <w:pPr>
              <w:jc w:val="center"/>
            </w:pPr>
            <w:r>
              <w:t>1979</w:t>
            </w:r>
          </w:p>
        </w:tc>
        <w:tc>
          <w:tcPr>
            <w:tcW w:w="0" w:type="auto"/>
          </w:tcPr>
          <w:p w14:paraId="36DEA891" w14:textId="77777777" w:rsidR="007A5E59" w:rsidRDefault="0095198F">
            <w:pPr>
              <w:jc w:val="center"/>
            </w:pPr>
            <w:r>
              <w:t>16</w:t>
            </w:r>
          </w:p>
        </w:tc>
        <w:tc>
          <w:tcPr>
            <w:tcW w:w="0" w:type="auto"/>
          </w:tcPr>
          <w:p w14:paraId="16F5934D" w14:textId="77777777" w:rsidR="007A5E59" w:rsidRDefault="0095198F">
            <w:r>
              <w:t>бесканал.</w:t>
            </w:r>
          </w:p>
        </w:tc>
      </w:tr>
      <w:tr w:rsidR="007A5E59" w14:paraId="4BD32A4E" w14:textId="77777777">
        <w:trPr>
          <w:jc w:val="center"/>
        </w:trPr>
        <w:tc>
          <w:tcPr>
            <w:tcW w:w="0" w:type="auto"/>
          </w:tcPr>
          <w:p w14:paraId="0FE103F7" w14:textId="77777777" w:rsidR="007A5E59" w:rsidRDefault="0095198F">
            <w:pPr>
              <w:jc w:val="center"/>
            </w:pPr>
            <w:r>
              <w:t>169</w:t>
            </w:r>
          </w:p>
        </w:tc>
        <w:tc>
          <w:tcPr>
            <w:tcW w:w="0" w:type="auto"/>
          </w:tcPr>
          <w:p w14:paraId="4661E13D" w14:textId="77777777" w:rsidR="007A5E59" w:rsidRDefault="0095198F">
            <w:r>
              <w:t>Мира-37</w:t>
            </w:r>
          </w:p>
        </w:tc>
        <w:tc>
          <w:tcPr>
            <w:tcW w:w="0" w:type="auto"/>
          </w:tcPr>
          <w:p w14:paraId="340AB814" w14:textId="77777777" w:rsidR="007A5E59" w:rsidRDefault="0095198F">
            <w:pPr>
              <w:jc w:val="center"/>
            </w:pPr>
            <w:r>
              <w:t>80</w:t>
            </w:r>
          </w:p>
        </w:tc>
        <w:tc>
          <w:tcPr>
            <w:tcW w:w="0" w:type="auto"/>
          </w:tcPr>
          <w:p w14:paraId="1A44A5B8" w14:textId="77777777" w:rsidR="007A5E59" w:rsidRDefault="0095198F">
            <w:pPr>
              <w:jc w:val="center"/>
            </w:pPr>
            <w:r>
              <w:t>1981</w:t>
            </w:r>
          </w:p>
        </w:tc>
        <w:tc>
          <w:tcPr>
            <w:tcW w:w="0" w:type="auto"/>
          </w:tcPr>
          <w:p w14:paraId="56963E23" w14:textId="77777777" w:rsidR="007A5E59" w:rsidRDefault="0095198F">
            <w:pPr>
              <w:jc w:val="center"/>
            </w:pPr>
            <w:r>
              <w:t>17,50</w:t>
            </w:r>
          </w:p>
        </w:tc>
        <w:tc>
          <w:tcPr>
            <w:tcW w:w="0" w:type="auto"/>
          </w:tcPr>
          <w:p w14:paraId="5CDAAAB1" w14:textId="77777777" w:rsidR="007A5E59" w:rsidRDefault="0095198F">
            <w:r>
              <w:t>бесканал.</w:t>
            </w:r>
          </w:p>
        </w:tc>
      </w:tr>
      <w:tr w:rsidR="007A5E59" w14:paraId="6F46397E" w14:textId="77777777">
        <w:trPr>
          <w:jc w:val="center"/>
        </w:trPr>
        <w:tc>
          <w:tcPr>
            <w:tcW w:w="0" w:type="auto"/>
          </w:tcPr>
          <w:p w14:paraId="7F0AE2A6" w14:textId="77777777" w:rsidR="007A5E59" w:rsidRDefault="0095198F">
            <w:pPr>
              <w:jc w:val="center"/>
            </w:pPr>
            <w:r>
              <w:t>170</w:t>
            </w:r>
          </w:p>
        </w:tc>
        <w:tc>
          <w:tcPr>
            <w:tcW w:w="0" w:type="auto"/>
          </w:tcPr>
          <w:p w14:paraId="5FA60538" w14:textId="77777777" w:rsidR="007A5E59" w:rsidRDefault="0095198F">
            <w:r>
              <w:t>Суворова-9</w:t>
            </w:r>
          </w:p>
        </w:tc>
        <w:tc>
          <w:tcPr>
            <w:tcW w:w="0" w:type="auto"/>
          </w:tcPr>
          <w:p w14:paraId="7F232C8D" w14:textId="77777777" w:rsidR="007A5E59" w:rsidRDefault="0095198F">
            <w:pPr>
              <w:jc w:val="center"/>
            </w:pPr>
            <w:r>
              <w:t>80</w:t>
            </w:r>
          </w:p>
        </w:tc>
        <w:tc>
          <w:tcPr>
            <w:tcW w:w="0" w:type="auto"/>
          </w:tcPr>
          <w:p w14:paraId="03711D0E" w14:textId="77777777" w:rsidR="007A5E59" w:rsidRDefault="0095198F">
            <w:pPr>
              <w:jc w:val="center"/>
            </w:pPr>
            <w:r>
              <w:t>1970</w:t>
            </w:r>
          </w:p>
        </w:tc>
        <w:tc>
          <w:tcPr>
            <w:tcW w:w="0" w:type="auto"/>
          </w:tcPr>
          <w:p w14:paraId="25745111" w14:textId="77777777" w:rsidR="007A5E59" w:rsidRDefault="0095198F">
            <w:pPr>
              <w:jc w:val="center"/>
            </w:pPr>
            <w:r>
              <w:t>9,50</w:t>
            </w:r>
          </w:p>
        </w:tc>
        <w:tc>
          <w:tcPr>
            <w:tcW w:w="0" w:type="auto"/>
          </w:tcPr>
          <w:p w14:paraId="7A56CEBE" w14:textId="77777777" w:rsidR="007A5E59" w:rsidRDefault="0095198F">
            <w:r>
              <w:t>бесканал.</w:t>
            </w:r>
          </w:p>
        </w:tc>
      </w:tr>
      <w:tr w:rsidR="007A5E59" w14:paraId="59CDDA18" w14:textId="77777777">
        <w:trPr>
          <w:jc w:val="center"/>
        </w:trPr>
        <w:tc>
          <w:tcPr>
            <w:tcW w:w="0" w:type="auto"/>
          </w:tcPr>
          <w:p w14:paraId="74189B52" w14:textId="77777777" w:rsidR="007A5E59" w:rsidRDefault="0095198F">
            <w:pPr>
              <w:jc w:val="center"/>
            </w:pPr>
            <w:r>
              <w:t>171</w:t>
            </w:r>
          </w:p>
        </w:tc>
        <w:tc>
          <w:tcPr>
            <w:tcW w:w="0" w:type="auto"/>
          </w:tcPr>
          <w:p w14:paraId="6F0B7F10" w14:textId="77777777" w:rsidR="007A5E59" w:rsidRDefault="0095198F">
            <w:r>
              <w:t>Суворова-21</w:t>
            </w:r>
          </w:p>
        </w:tc>
        <w:tc>
          <w:tcPr>
            <w:tcW w:w="0" w:type="auto"/>
          </w:tcPr>
          <w:p w14:paraId="271686C5" w14:textId="77777777" w:rsidR="007A5E59" w:rsidRDefault="0095198F">
            <w:pPr>
              <w:jc w:val="center"/>
            </w:pPr>
            <w:r>
              <w:t>100</w:t>
            </w:r>
          </w:p>
        </w:tc>
        <w:tc>
          <w:tcPr>
            <w:tcW w:w="0" w:type="auto"/>
          </w:tcPr>
          <w:p w14:paraId="263CF415" w14:textId="77777777" w:rsidR="007A5E59" w:rsidRDefault="0095198F">
            <w:pPr>
              <w:jc w:val="center"/>
            </w:pPr>
            <w:r>
              <w:t>1969</w:t>
            </w:r>
          </w:p>
        </w:tc>
        <w:tc>
          <w:tcPr>
            <w:tcW w:w="0" w:type="auto"/>
          </w:tcPr>
          <w:p w14:paraId="0B6C8C2B" w14:textId="77777777" w:rsidR="007A5E59" w:rsidRDefault="0095198F">
            <w:pPr>
              <w:jc w:val="center"/>
            </w:pPr>
            <w:r>
              <w:t>11</w:t>
            </w:r>
          </w:p>
        </w:tc>
        <w:tc>
          <w:tcPr>
            <w:tcW w:w="0" w:type="auto"/>
          </w:tcPr>
          <w:p w14:paraId="5E4A0C7C" w14:textId="77777777" w:rsidR="007A5E59" w:rsidRDefault="0095198F">
            <w:r>
              <w:t>бесканал.</w:t>
            </w:r>
          </w:p>
        </w:tc>
      </w:tr>
      <w:tr w:rsidR="007A5E59" w14:paraId="0B5BFE6C" w14:textId="77777777">
        <w:trPr>
          <w:jc w:val="center"/>
        </w:trPr>
        <w:tc>
          <w:tcPr>
            <w:tcW w:w="0" w:type="auto"/>
          </w:tcPr>
          <w:p w14:paraId="4934BDE2" w14:textId="77777777" w:rsidR="007A5E59" w:rsidRDefault="0095198F">
            <w:pPr>
              <w:jc w:val="center"/>
            </w:pPr>
            <w:r>
              <w:t>172</w:t>
            </w:r>
          </w:p>
        </w:tc>
        <w:tc>
          <w:tcPr>
            <w:tcW w:w="0" w:type="auto"/>
          </w:tcPr>
          <w:p w14:paraId="076567EA" w14:textId="77777777" w:rsidR="007A5E59" w:rsidRDefault="0095198F">
            <w:r>
              <w:t>Суворова-23</w:t>
            </w:r>
          </w:p>
        </w:tc>
        <w:tc>
          <w:tcPr>
            <w:tcW w:w="0" w:type="auto"/>
          </w:tcPr>
          <w:p w14:paraId="58502332" w14:textId="77777777" w:rsidR="007A5E59" w:rsidRDefault="0095198F">
            <w:pPr>
              <w:jc w:val="center"/>
            </w:pPr>
            <w:r>
              <w:t>100</w:t>
            </w:r>
          </w:p>
        </w:tc>
        <w:tc>
          <w:tcPr>
            <w:tcW w:w="0" w:type="auto"/>
          </w:tcPr>
          <w:p w14:paraId="15630EEE" w14:textId="77777777" w:rsidR="007A5E59" w:rsidRDefault="0095198F">
            <w:pPr>
              <w:jc w:val="center"/>
            </w:pPr>
            <w:r>
              <w:t>1959</w:t>
            </w:r>
          </w:p>
        </w:tc>
        <w:tc>
          <w:tcPr>
            <w:tcW w:w="0" w:type="auto"/>
          </w:tcPr>
          <w:p w14:paraId="14408B2B" w14:textId="77777777" w:rsidR="007A5E59" w:rsidRDefault="0095198F">
            <w:pPr>
              <w:jc w:val="center"/>
            </w:pPr>
            <w:r>
              <w:t>12</w:t>
            </w:r>
          </w:p>
        </w:tc>
        <w:tc>
          <w:tcPr>
            <w:tcW w:w="0" w:type="auto"/>
          </w:tcPr>
          <w:p w14:paraId="0B27A7C6" w14:textId="77777777" w:rsidR="007A5E59" w:rsidRDefault="0095198F">
            <w:r>
              <w:t>бесканал.</w:t>
            </w:r>
          </w:p>
        </w:tc>
      </w:tr>
      <w:tr w:rsidR="007A5E59" w14:paraId="21E70C3E" w14:textId="77777777">
        <w:trPr>
          <w:jc w:val="center"/>
        </w:trPr>
        <w:tc>
          <w:tcPr>
            <w:tcW w:w="0" w:type="auto"/>
          </w:tcPr>
          <w:p w14:paraId="633C1E25" w14:textId="77777777" w:rsidR="007A5E59" w:rsidRDefault="0095198F">
            <w:pPr>
              <w:jc w:val="center"/>
            </w:pPr>
            <w:r>
              <w:t>173</w:t>
            </w:r>
          </w:p>
        </w:tc>
        <w:tc>
          <w:tcPr>
            <w:tcW w:w="0" w:type="auto"/>
          </w:tcPr>
          <w:p w14:paraId="145D5207" w14:textId="77777777" w:rsidR="007A5E59" w:rsidRDefault="0095198F">
            <w:r>
              <w:t>К.Маркса-2</w:t>
            </w:r>
          </w:p>
        </w:tc>
        <w:tc>
          <w:tcPr>
            <w:tcW w:w="0" w:type="auto"/>
          </w:tcPr>
          <w:p w14:paraId="5B208F30" w14:textId="77777777" w:rsidR="007A5E59" w:rsidRDefault="0095198F">
            <w:pPr>
              <w:jc w:val="center"/>
            </w:pPr>
            <w:r>
              <w:t>100</w:t>
            </w:r>
          </w:p>
        </w:tc>
        <w:tc>
          <w:tcPr>
            <w:tcW w:w="0" w:type="auto"/>
          </w:tcPr>
          <w:p w14:paraId="0B220A91" w14:textId="77777777" w:rsidR="007A5E59" w:rsidRDefault="0095198F">
            <w:pPr>
              <w:jc w:val="center"/>
            </w:pPr>
            <w:r>
              <w:t>1969</w:t>
            </w:r>
          </w:p>
        </w:tc>
        <w:tc>
          <w:tcPr>
            <w:tcW w:w="0" w:type="auto"/>
          </w:tcPr>
          <w:p w14:paraId="33FC2642" w14:textId="77777777" w:rsidR="007A5E59" w:rsidRDefault="0095198F">
            <w:pPr>
              <w:jc w:val="center"/>
            </w:pPr>
            <w:r>
              <w:t>14,50</w:t>
            </w:r>
          </w:p>
        </w:tc>
        <w:tc>
          <w:tcPr>
            <w:tcW w:w="0" w:type="auto"/>
          </w:tcPr>
          <w:p w14:paraId="6B5473B0" w14:textId="77777777" w:rsidR="007A5E59" w:rsidRDefault="0095198F">
            <w:r>
              <w:t>бесканал.</w:t>
            </w:r>
          </w:p>
        </w:tc>
      </w:tr>
      <w:tr w:rsidR="007A5E59" w14:paraId="09FEFFF8" w14:textId="77777777">
        <w:trPr>
          <w:jc w:val="center"/>
        </w:trPr>
        <w:tc>
          <w:tcPr>
            <w:tcW w:w="0" w:type="auto"/>
          </w:tcPr>
          <w:p w14:paraId="37CD702E" w14:textId="77777777" w:rsidR="007A5E59" w:rsidRDefault="0095198F">
            <w:pPr>
              <w:jc w:val="center"/>
            </w:pPr>
            <w:r>
              <w:t>174</w:t>
            </w:r>
          </w:p>
        </w:tc>
        <w:tc>
          <w:tcPr>
            <w:tcW w:w="0" w:type="auto"/>
          </w:tcPr>
          <w:p w14:paraId="5F555D64" w14:textId="77777777" w:rsidR="007A5E59" w:rsidRDefault="0095198F">
            <w:r>
              <w:t>К.Маркса-6</w:t>
            </w:r>
          </w:p>
        </w:tc>
        <w:tc>
          <w:tcPr>
            <w:tcW w:w="0" w:type="auto"/>
          </w:tcPr>
          <w:p w14:paraId="68ECA682" w14:textId="77777777" w:rsidR="007A5E59" w:rsidRDefault="0095198F">
            <w:pPr>
              <w:jc w:val="center"/>
            </w:pPr>
            <w:r>
              <w:t>100</w:t>
            </w:r>
          </w:p>
        </w:tc>
        <w:tc>
          <w:tcPr>
            <w:tcW w:w="0" w:type="auto"/>
          </w:tcPr>
          <w:p w14:paraId="59BCB99E" w14:textId="77777777" w:rsidR="007A5E59" w:rsidRDefault="0095198F">
            <w:pPr>
              <w:jc w:val="center"/>
            </w:pPr>
            <w:r>
              <w:t>1970</w:t>
            </w:r>
          </w:p>
        </w:tc>
        <w:tc>
          <w:tcPr>
            <w:tcW w:w="0" w:type="auto"/>
          </w:tcPr>
          <w:p w14:paraId="3829CDEC" w14:textId="77777777" w:rsidR="007A5E59" w:rsidRDefault="0095198F">
            <w:pPr>
              <w:jc w:val="center"/>
            </w:pPr>
            <w:r>
              <w:t>15,50</w:t>
            </w:r>
          </w:p>
        </w:tc>
        <w:tc>
          <w:tcPr>
            <w:tcW w:w="0" w:type="auto"/>
          </w:tcPr>
          <w:p w14:paraId="36CDA350" w14:textId="77777777" w:rsidR="007A5E59" w:rsidRDefault="0095198F">
            <w:r>
              <w:t>бесканал.</w:t>
            </w:r>
          </w:p>
        </w:tc>
      </w:tr>
      <w:tr w:rsidR="007A5E59" w14:paraId="4A42F6BC" w14:textId="77777777">
        <w:trPr>
          <w:jc w:val="center"/>
        </w:trPr>
        <w:tc>
          <w:tcPr>
            <w:tcW w:w="0" w:type="auto"/>
          </w:tcPr>
          <w:p w14:paraId="16AE80A6" w14:textId="77777777" w:rsidR="007A5E59" w:rsidRDefault="0095198F">
            <w:pPr>
              <w:jc w:val="center"/>
            </w:pPr>
            <w:r>
              <w:t>175</w:t>
            </w:r>
          </w:p>
        </w:tc>
        <w:tc>
          <w:tcPr>
            <w:tcW w:w="0" w:type="auto"/>
          </w:tcPr>
          <w:p w14:paraId="3F8A1295" w14:textId="77777777" w:rsidR="007A5E59" w:rsidRDefault="0095198F">
            <w:r>
              <w:t>20п/съезд-2</w:t>
            </w:r>
          </w:p>
        </w:tc>
        <w:tc>
          <w:tcPr>
            <w:tcW w:w="0" w:type="auto"/>
          </w:tcPr>
          <w:p w14:paraId="2EF7B366" w14:textId="77777777" w:rsidR="007A5E59" w:rsidRDefault="0095198F">
            <w:pPr>
              <w:jc w:val="center"/>
            </w:pPr>
            <w:r>
              <w:t>100</w:t>
            </w:r>
          </w:p>
        </w:tc>
        <w:tc>
          <w:tcPr>
            <w:tcW w:w="0" w:type="auto"/>
          </w:tcPr>
          <w:p w14:paraId="6FAA1EA7" w14:textId="77777777" w:rsidR="007A5E59" w:rsidRDefault="0095198F">
            <w:pPr>
              <w:jc w:val="center"/>
            </w:pPr>
            <w:r>
              <w:t>1971</w:t>
            </w:r>
          </w:p>
        </w:tc>
        <w:tc>
          <w:tcPr>
            <w:tcW w:w="0" w:type="auto"/>
          </w:tcPr>
          <w:p w14:paraId="6C66DB42" w14:textId="77777777" w:rsidR="007A5E59" w:rsidRDefault="0095198F">
            <w:pPr>
              <w:jc w:val="center"/>
            </w:pPr>
            <w:r>
              <w:t>18</w:t>
            </w:r>
          </w:p>
        </w:tc>
        <w:tc>
          <w:tcPr>
            <w:tcW w:w="0" w:type="auto"/>
          </w:tcPr>
          <w:p w14:paraId="40F67713" w14:textId="77777777" w:rsidR="007A5E59" w:rsidRDefault="0095198F">
            <w:r>
              <w:t>бесканал.</w:t>
            </w:r>
          </w:p>
        </w:tc>
      </w:tr>
      <w:tr w:rsidR="007A5E59" w14:paraId="036AC8A9" w14:textId="77777777">
        <w:trPr>
          <w:jc w:val="center"/>
        </w:trPr>
        <w:tc>
          <w:tcPr>
            <w:tcW w:w="0" w:type="auto"/>
          </w:tcPr>
          <w:p w14:paraId="0600542E" w14:textId="77777777" w:rsidR="007A5E59" w:rsidRDefault="0095198F">
            <w:pPr>
              <w:jc w:val="center"/>
            </w:pPr>
            <w:r>
              <w:t>176</w:t>
            </w:r>
          </w:p>
        </w:tc>
        <w:tc>
          <w:tcPr>
            <w:tcW w:w="0" w:type="auto"/>
          </w:tcPr>
          <w:p w14:paraId="55AA1FEF" w14:textId="77777777" w:rsidR="007A5E59" w:rsidRDefault="0095198F">
            <w:r>
              <w:t>20п/съезд-4</w:t>
            </w:r>
          </w:p>
        </w:tc>
        <w:tc>
          <w:tcPr>
            <w:tcW w:w="0" w:type="auto"/>
          </w:tcPr>
          <w:p w14:paraId="7A97E8A4" w14:textId="77777777" w:rsidR="007A5E59" w:rsidRDefault="0095198F">
            <w:pPr>
              <w:jc w:val="center"/>
            </w:pPr>
            <w:r>
              <w:t>100</w:t>
            </w:r>
          </w:p>
        </w:tc>
        <w:tc>
          <w:tcPr>
            <w:tcW w:w="0" w:type="auto"/>
          </w:tcPr>
          <w:p w14:paraId="30C4CD19" w14:textId="77777777" w:rsidR="007A5E59" w:rsidRDefault="0095198F">
            <w:pPr>
              <w:jc w:val="center"/>
            </w:pPr>
            <w:r>
              <w:t>1971</w:t>
            </w:r>
          </w:p>
        </w:tc>
        <w:tc>
          <w:tcPr>
            <w:tcW w:w="0" w:type="auto"/>
          </w:tcPr>
          <w:p w14:paraId="08FCF2C1" w14:textId="77777777" w:rsidR="007A5E59" w:rsidRDefault="0095198F">
            <w:pPr>
              <w:jc w:val="center"/>
            </w:pPr>
            <w:r>
              <w:t>17,50</w:t>
            </w:r>
          </w:p>
        </w:tc>
        <w:tc>
          <w:tcPr>
            <w:tcW w:w="0" w:type="auto"/>
          </w:tcPr>
          <w:p w14:paraId="6AF99234" w14:textId="77777777" w:rsidR="007A5E59" w:rsidRDefault="0095198F">
            <w:r>
              <w:t>бесканал.</w:t>
            </w:r>
          </w:p>
        </w:tc>
      </w:tr>
      <w:tr w:rsidR="007A5E59" w14:paraId="28ED833A" w14:textId="77777777">
        <w:trPr>
          <w:jc w:val="center"/>
        </w:trPr>
        <w:tc>
          <w:tcPr>
            <w:tcW w:w="0" w:type="auto"/>
          </w:tcPr>
          <w:p w14:paraId="32A0A0EF" w14:textId="77777777" w:rsidR="007A5E59" w:rsidRDefault="0095198F">
            <w:pPr>
              <w:jc w:val="center"/>
            </w:pPr>
            <w:r>
              <w:t>177</w:t>
            </w:r>
          </w:p>
        </w:tc>
        <w:tc>
          <w:tcPr>
            <w:tcW w:w="0" w:type="auto"/>
          </w:tcPr>
          <w:p w14:paraId="574ACABD" w14:textId="77777777" w:rsidR="007A5E59" w:rsidRDefault="0095198F">
            <w:r>
              <w:t>К-Цеткин -31</w:t>
            </w:r>
          </w:p>
        </w:tc>
        <w:tc>
          <w:tcPr>
            <w:tcW w:w="0" w:type="auto"/>
          </w:tcPr>
          <w:p w14:paraId="6B508D4C" w14:textId="77777777" w:rsidR="007A5E59" w:rsidRDefault="0095198F">
            <w:pPr>
              <w:jc w:val="center"/>
            </w:pPr>
            <w:r>
              <w:t>100</w:t>
            </w:r>
          </w:p>
        </w:tc>
        <w:tc>
          <w:tcPr>
            <w:tcW w:w="0" w:type="auto"/>
          </w:tcPr>
          <w:p w14:paraId="0C49983F" w14:textId="77777777" w:rsidR="007A5E59" w:rsidRDefault="0095198F">
            <w:pPr>
              <w:jc w:val="center"/>
            </w:pPr>
            <w:r>
              <w:t>1976</w:t>
            </w:r>
          </w:p>
        </w:tc>
        <w:tc>
          <w:tcPr>
            <w:tcW w:w="0" w:type="auto"/>
          </w:tcPr>
          <w:p w14:paraId="7E625145" w14:textId="77777777" w:rsidR="007A5E59" w:rsidRDefault="0095198F">
            <w:pPr>
              <w:jc w:val="center"/>
            </w:pPr>
            <w:r>
              <w:t>19,50</w:t>
            </w:r>
          </w:p>
        </w:tc>
        <w:tc>
          <w:tcPr>
            <w:tcW w:w="0" w:type="auto"/>
          </w:tcPr>
          <w:p w14:paraId="1CD4C09A" w14:textId="77777777" w:rsidR="007A5E59" w:rsidRDefault="0095198F">
            <w:r>
              <w:t>бесканал.</w:t>
            </w:r>
          </w:p>
        </w:tc>
      </w:tr>
      <w:tr w:rsidR="007A5E59" w14:paraId="18CE8951" w14:textId="77777777">
        <w:trPr>
          <w:jc w:val="center"/>
        </w:trPr>
        <w:tc>
          <w:tcPr>
            <w:tcW w:w="0" w:type="auto"/>
          </w:tcPr>
          <w:p w14:paraId="3AD01326" w14:textId="77777777" w:rsidR="007A5E59" w:rsidRDefault="0095198F">
            <w:pPr>
              <w:jc w:val="center"/>
            </w:pPr>
            <w:r>
              <w:t>178</w:t>
            </w:r>
          </w:p>
        </w:tc>
        <w:tc>
          <w:tcPr>
            <w:tcW w:w="0" w:type="auto"/>
          </w:tcPr>
          <w:p w14:paraId="5B7B72CB" w14:textId="77777777" w:rsidR="007A5E59" w:rsidRDefault="0095198F">
            <w:pPr>
              <w:jc w:val="center"/>
            </w:pPr>
            <w:r>
              <w:t>516</w:t>
            </w:r>
          </w:p>
        </w:tc>
        <w:tc>
          <w:tcPr>
            <w:tcW w:w="0" w:type="auto"/>
          </w:tcPr>
          <w:p w14:paraId="29EFB55B" w14:textId="77777777" w:rsidR="007A5E59" w:rsidRDefault="0095198F">
            <w:pPr>
              <w:jc w:val="center"/>
            </w:pPr>
            <w:r>
              <w:t>50</w:t>
            </w:r>
          </w:p>
        </w:tc>
        <w:tc>
          <w:tcPr>
            <w:tcW w:w="0" w:type="auto"/>
          </w:tcPr>
          <w:p w14:paraId="6C0D3534" w14:textId="77777777" w:rsidR="007A5E59" w:rsidRDefault="0095198F">
            <w:pPr>
              <w:jc w:val="center"/>
            </w:pPr>
            <w:r>
              <w:t>1988</w:t>
            </w:r>
          </w:p>
        </w:tc>
        <w:tc>
          <w:tcPr>
            <w:tcW w:w="0" w:type="auto"/>
          </w:tcPr>
          <w:p w14:paraId="51BF013A" w14:textId="77777777" w:rsidR="007A5E59" w:rsidRDefault="0095198F">
            <w:pPr>
              <w:jc w:val="center"/>
            </w:pPr>
            <w:r>
              <w:t>90</w:t>
            </w:r>
          </w:p>
        </w:tc>
        <w:tc>
          <w:tcPr>
            <w:tcW w:w="0" w:type="auto"/>
          </w:tcPr>
          <w:p w14:paraId="279EF94B" w14:textId="77777777" w:rsidR="007A5E59" w:rsidRDefault="0095198F">
            <w:r>
              <w:t>бесканал.</w:t>
            </w:r>
          </w:p>
        </w:tc>
      </w:tr>
      <w:tr w:rsidR="007A5E59" w14:paraId="57D8770E" w14:textId="77777777">
        <w:trPr>
          <w:jc w:val="center"/>
        </w:trPr>
        <w:tc>
          <w:tcPr>
            <w:tcW w:w="0" w:type="auto"/>
          </w:tcPr>
          <w:p w14:paraId="46769E73" w14:textId="77777777" w:rsidR="007A5E59" w:rsidRDefault="0095198F">
            <w:pPr>
              <w:jc w:val="center"/>
            </w:pPr>
            <w:r>
              <w:t>179</w:t>
            </w:r>
          </w:p>
        </w:tc>
        <w:tc>
          <w:tcPr>
            <w:tcW w:w="0" w:type="auto"/>
          </w:tcPr>
          <w:p w14:paraId="4FA97A31" w14:textId="77777777" w:rsidR="007A5E59" w:rsidRDefault="0095198F">
            <w:pPr>
              <w:jc w:val="center"/>
            </w:pPr>
            <w:r>
              <w:t>524</w:t>
            </w:r>
          </w:p>
        </w:tc>
        <w:tc>
          <w:tcPr>
            <w:tcW w:w="0" w:type="auto"/>
          </w:tcPr>
          <w:p w14:paraId="33C19087" w14:textId="77777777" w:rsidR="007A5E59" w:rsidRDefault="0095198F">
            <w:pPr>
              <w:jc w:val="center"/>
            </w:pPr>
            <w:r>
              <w:t>100</w:t>
            </w:r>
          </w:p>
        </w:tc>
        <w:tc>
          <w:tcPr>
            <w:tcW w:w="0" w:type="auto"/>
          </w:tcPr>
          <w:p w14:paraId="23D26602" w14:textId="77777777" w:rsidR="007A5E59" w:rsidRDefault="0095198F">
            <w:pPr>
              <w:jc w:val="center"/>
            </w:pPr>
            <w:r>
              <w:t>1988</w:t>
            </w:r>
          </w:p>
        </w:tc>
        <w:tc>
          <w:tcPr>
            <w:tcW w:w="0" w:type="auto"/>
          </w:tcPr>
          <w:p w14:paraId="59A021D5" w14:textId="77777777" w:rsidR="007A5E59" w:rsidRDefault="0095198F">
            <w:pPr>
              <w:jc w:val="center"/>
            </w:pPr>
            <w:r>
              <w:t>40</w:t>
            </w:r>
          </w:p>
        </w:tc>
        <w:tc>
          <w:tcPr>
            <w:tcW w:w="0" w:type="auto"/>
          </w:tcPr>
          <w:p w14:paraId="6F3ED0AD" w14:textId="77777777" w:rsidR="007A5E59" w:rsidRDefault="0095198F">
            <w:r>
              <w:t>бесканал.</w:t>
            </w:r>
          </w:p>
        </w:tc>
      </w:tr>
      <w:tr w:rsidR="007A5E59" w14:paraId="7EF828C6" w14:textId="77777777">
        <w:trPr>
          <w:jc w:val="center"/>
        </w:trPr>
        <w:tc>
          <w:tcPr>
            <w:tcW w:w="0" w:type="auto"/>
          </w:tcPr>
          <w:p w14:paraId="265C37D1" w14:textId="77777777" w:rsidR="007A5E59" w:rsidRDefault="0095198F">
            <w:pPr>
              <w:jc w:val="center"/>
            </w:pPr>
            <w:r>
              <w:t>180</w:t>
            </w:r>
          </w:p>
        </w:tc>
        <w:tc>
          <w:tcPr>
            <w:tcW w:w="0" w:type="auto"/>
          </w:tcPr>
          <w:p w14:paraId="3AD61DB3" w14:textId="77777777" w:rsidR="007A5E59" w:rsidRDefault="0095198F">
            <w:pPr>
              <w:jc w:val="center"/>
            </w:pPr>
            <w:r>
              <w:t>525</w:t>
            </w:r>
          </w:p>
        </w:tc>
        <w:tc>
          <w:tcPr>
            <w:tcW w:w="0" w:type="auto"/>
          </w:tcPr>
          <w:p w14:paraId="433E2E86" w14:textId="77777777" w:rsidR="007A5E59" w:rsidRDefault="0095198F">
            <w:pPr>
              <w:jc w:val="center"/>
            </w:pPr>
            <w:r>
              <w:t>100</w:t>
            </w:r>
          </w:p>
        </w:tc>
        <w:tc>
          <w:tcPr>
            <w:tcW w:w="0" w:type="auto"/>
          </w:tcPr>
          <w:p w14:paraId="438BA3FF" w14:textId="77777777" w:rsidR="007A5E59" w:rsidRDefault="0095198F">
            <w:pPr>
              <w:jc w:val="center"/>
            </w:pPr>
            <w:r>
              <w:t>2012</w:t>
            </w:r>
          </w:p>
        </w:tc>
        <w:tc>
          <w:tcPr>
            <w:tcW w:w="0" w:type="auto"/>
          </w:tcPr>
          <w:p w14:paraId="5F1F34E4" w14:textId="77777777" w:rsidR="007A5E59" w:rsidRDefault="0095198F">
            <w:pPr>
              <w:jc w:val="center"/>
            </w:pPr>
            <w:r>
              <w:t>90</w:t>
            </w:r>
          </w:p>
        </w:tc>
        <w:tc>
          <w:tcPr>
            <w:tcW w:w="0" w:type="auto"/>
          </w:tcPr>
          <w:p w14:paraId="4B3D0511" w14:textId="77777777" w:rsidR="007A5E59" w:rsidRDefault="0095198F">
            <w:r>
              <w:t>бесканал.</w:t>
            </w:r>
          </w:p>
        </w:tc>
      </w:tr>
      <w:tr w:rsidR="007A5E59" w14:paraId="4DA49558" w14:textId="77777777">
        <w:trPr>
          <w:jc w:val="center"/>
        </w:trPr>
        <w:tc>
          <w:tcPr>
            <w:tcW w:w="0" w:type="auto"/>
          </w:tcPr>
          <w:p w14:paraId="11413EB3" w14:textId="77777777" w:rsidR="007A5E59" w:rsidRDefault="0095198F">
            <w:pPr>
              <w:jc w:val="center"/>
            </w:pPr>
            <w:r>
              <w:t>181</w:t>
            </w:r>
          </w:p>
        </w:tc>
        <w:tc>
          <w:tcPr>
            <w:tcW w:w="0" w:type="auto"/>
          </w:tcPr>
          <w:p w14:paraId="0F0F1BCB" w14:textId="77777777" w:rsidR="007A5E59" w:rsidRDefault="0095198F">
            <w:pPr>
              <w:jc w:val="center"/>
            </w:pPr>
            <w:r>
              <w:t>526</w:t>
            </w:r>
          </w:p>
        </w:tc>
        <w:tc>
          <w:tcPr>
            <w:tcW w:w="0" w:type="auto"/>
          </w:tcPr>
          <w:p w14:paraId="51A9E827" w14:textId="77777777" w:rsidR="007A5E59" w:rsidRDefault="0095198F">
            <w:pPr>
              <w:jc w:val="center"/>
            </w:pPr>
            <w:r>
              <w:t>125</w:t>
            </w:r>
          </w:p>
        </w:tc>
        <w:tc>
          <w:tcPr>
            <w:tcW w:w="0" w:type="auto"/>
          </w:tcPr>
          <w:p w14:paraId="7E3BFCDA" w14:textId="77777777" w:rsidR="007A5E59" w:rsidRDefault="0095198F">
            <w:pPr>
              <w:jc w:val="center"/>
            </w:pPr>
            <w:r>
              <w:t>1988</w:t>
            </w:r>
          </w:p>
        </w:tc>
        <w:tc>
          <w:tcPr>
            <w:tcW w:w="0" w:type="auto"/>
          </w:tcPr>
          <w:p w14:paraId="5E602B7C" w14:textId="77777777" w:rsidR="007A5E59" w:rsidRDefault="0095198F">
            <w:pPr>
              <w:jc w:val="center"/>
            </w:pPr>
            <w:r>
              <w:t>70</w:t>
            </w:r>
          </w:p>
        </w:tc>
        <w:tc>
          <w:tcPr>
            <w:tcW w:w="0" w:type="auto"/>
          </w:tcPr>
          <w:p w14:paraId="2A710A4A" w14:textId="77777777" w:rsidR="007A5E59" w:rsidRDefault="0095198F">
            <w:r>
              <w:t>бесканал.</w:t>
            </w:r>
          </w:p>
        </w:tc>
      </w:tr>
      <w:tr w:rsidR="007A5E59" w14:paraId="33EEABFC" w14:textId="77777777">
        <w:trPr>
          <w:jc w:val="center"/>
        </w:trPr>
        <w:tc>
          <w:tcPr>
            <w:tcW w:w="0" w:type="auto"/>
          </w:tcPr>
          <w:p w14:paraId="3E02305A" w14:textId="77777777" w:rsidR="007A5E59" w:rsidRDefault="0095198F">
            <w:pPr>
              <w:jc w:val="center"/>
            </w:pPr>
            <w:r>
              <w:t>182</w:t>
            </w:r>
          </w:p>
        </w:tc>
        <w:tc>
          <w:tcPr>
            <w:tcW w:w="0" w:type="auto"/>
          </w:tcPr>
          <w:p w14:paraId="7505CF4C" w14:textId="77777777" w:rsidR="007A5E59" w:rsidRDefault="0095198F">
            <w:pPr>
              <w:jc w:val="center"/>
            </w:pPr>
            <w:r>
              <w:t>529</w:t>
            </w:r>
          </w:p>
        </w:tc>
        <w:tc>
          <w:tcPr>
            <w:tcW w:w="0" w:type="auto"/>
          </w:tcPr>
          <w:p w14:paraId="7AEE984F" w14:textId="77777777" w:rsidR="007A5E59" w:rsidRDefault="0095198F">
            <w:pPr>
              <w:jc w:val="center"/>
            </w:pPr>
            <w:r>
              <w:t>70</w:t>
            </w:r>
          </w:p>
        </w:tc>
        <w:tc>
          <w:tcPr>
            <w:tcW w:w="0" w:type="auto"/>
          </w:tcPr>
          <w:p w14:paraId="2E55F8B9" w14:textId="77777777" w:rsidR="007A5E59" w:rsidRDefault="0095198F">
            <w:pPr>
              <w:jc w:val="center"/>
            </w:pPr>
            <w:r>
              <w:t>1988</w:t>
            </w:r>
          </w:p>
        </w:tc>
        <w:tc>
          <w:tcPr>
            <w:tcW w:w="0" w:type="auto"/>
          </w:tcPr>
          <w:p w14:paraId="3333ABF2" w14:textId="77777777" w:rsidR="007A5E59" w:rsidRDefault="0095198F">
            <w:pPr>
              <w:jc w:val="center"/>
            </w:pPr>
            <w:r>
              <w:t>30</w:t>
            </w:r>
          </w:p>
        </w:tc>
        <w:tc>
          <w:tcPr>
            <w:tcW w:w="0" w:type="auto"/>
          </w:tcPr>
          <w:p w14:paraId="60583B7A" w14:textId="77777777" w:rsidR="007A5E59" w:rsidRDefault="0095198F">
            <w:r>
              <w:t>бесканал.</w:t>
            </w:r>
          </w:p>
        </w:tc>
      </w:tr>
      <w:tr w:rsidR="007A5E59" w14:paraId="58B98F50" w14:textId="77777777">
        <w:trPr>
          <w:jc w:val="center"/>
        </w:trPr>
        <w:tc>
          <w:tcPr>
            <w:tcW w:w="0" w:type="auto"/>
          </w:tcPr>
          <w:p w14:paraId="6648B544" w14:textId="77777777" w:rsidR="007A5E59" w:rsidRDefault="0095198F">
            <w:pPr>
              <w:jc w:val="center"/>
            </w:pPr>
            <w:r>
              <w:t>183</w:t>
            </w:r>
          </w:p>
        </w:tc>
        <w:tc>
          <w:tcPr>
            <w:tcW w:w="0" w:type="auto"/>
          </w:tcPr>
          <w:p w14:paraId="0E5EDFED" w14:textId="77777777" w:rsidR="007A5E59" w:rsidRDefault="0095198F">
            <w:pPr>
              <w:jc w:val="center"/>
            </w:pPr>
            <w:r>
              <w:t>530</w:t>
            </w:r>
          </w:p>
        </w:tc>
        <w:tc>
          <w:tcPr>
            <w:tcW w:w="0" w:type="auto"/>
          </w:tcPr>
          <w:p w14:paraId="68C141FD" w14:textId="77777777" w:rsidR="007A5E59" w:rsidRDefault="0095198F">
            <w:pPr>
              <w:jc w:val="center"/>
            </w:pPr>
            <w:r>
              <w:t>70</w:t>
            </w:r>
          </w:p>
        </w:tc>
        <w:tc>
          <w:tcPr>
            <w:tcW w:w="0" w:type="auto"/>
          </w:tcPr>
          <w:p w14:paraId="590D7E45" w14:textId="77777777" w:rsidR="007A5E59" w:rsidRDefault="0095198F">
            <w:pPr>
              <w:jc w:val="center"/>
            </w:pPr>
            <w:r>
              <w:t>1988</w:t>
            </w:r>
          </w:p>
        </w:tc>
        <w:tc>
          <w:tcPr>
            <w:tcW w:w="0" w:type="auto"/>
          </w:tcPr>
          <w:p w14:paraId="75B20477" w14:textId="77777777" w:rsidR="007A5E59" w:rsidRDefault="0095198F">
            <w:pPr>
              <w:jc w:val="center"/>
            </w:pPr>
            <w:r>
              <w:t>40</w:t>
            </w:r>
          </w:p>
        </w:tc>
        <w:tc>
          <w:tcPr>
            <w:tcW w:w="0" w:type="auto"/>
          </w:tcPr>
          <w:p w14:paraId="49623C8B" w14:textId="77777777" w:rsidR="007A5E59" w:rsidRDefault="0095198F">
            <w:r>
              <w:t>бесканал.</w:t>
            </w:r>
          </w:p>
        </w:tc>
      </w:tr>
      <w:tr w:rsidR="007A5E59" w14:paraId="56562CB1" w14:textId="77777777">
        <w:trPr>
          <w:jc w:val="center"/>
        </w:trPr>
        <w:tc>
          <w:tcPr>
            <w:tcW w:w="0" w:type="auto"/>
          </w:tcPr>
          <w:p w14:paraId="61BBE2B3" w14:textId="77777777" w:rsidR="007A5E59" w:rsidRDefault="0095198F">
            <w:pPr>
              <w:jc w:val="center"/>
            </w:pPr>
            <w:r>
              <w:t>184</w:t>
            </w:r>
          </w:p>
        </w:tc>
        <w:tc>
          <w:tcPr>
            <w:tcW w:w="0" w:type="auto"/>
          </w:tcPr>
          <w:p w14:paraId="7FF4E9C8" w14:textId="77777777" w:rsidR="007A5E59" w:rsidRDefault="0095198F">
            <w:pPr>
              <w:jc w:val="center"/>
            </w:pPr>
            <w:r>
              <w:t>523</w:t>
            </w:r>
          </w:p>
        </w:tc>
        <w:tc>
          <w:tcPr>
            <w:tcW w:w="0" w:type="auto"/>
          </w:tcPr>
          <w:p w14:paraId="71B9880D" w14:textId="77777777" w:rsidR="007A5E59" w:rsidRDefault="0095198F">
            <w:pPr>
              <w:jc w:val="center"/>
            </w:pPr>
            <w:r>
              <w:t>100</w:t>
            </w:r>
          </w:p>
        </w:tc>
        <w:tc>
          <w:tcPr>
            <w:tcW w:w="0" w:type="auto"/>
          </w:tcPr>
          <w:p w14:paraId="75A55839" w14:textId="77777777" w:rsidR="007A5E59" w:rsidRDefault="0095198F">
            <w:pPr>
              <w:jc w:val="center"/>
            </w:pPr>
            <w:r>
              <w:t>1988</w:t>
            </w:r>
          </w:p>
        </w:tc>
        <w:tc>
          <w:tcPr>
            <w:tcW w:w="0" w:type="auto"/>
          </w:tcPr>
          <w:p w14:paraId="63368C80" w14:textId="77777777" w:rsidR="007A5E59" w:rsidRDefault="0095198F">
            <w:pPr>
              <w:jc w:val="center"/>
            </w:pPr>
            <w:r>
              <w:t>60</w:t>
            </w:r>
          </w:p>
        </w:tc>
        <w:tc>
          <w:tcPr>
            <w:tcW w:w="0" w:type="auto"/>
          </w:tcPr>
          <w:p w14:paraId="3EB8E5D7" w14:textId="77777777" w:rsidR="007A5E59" w:rsidRDefault="0095198F">
            <w:r>
              <w:t>бесканал.</w:t>
            </w:r>
          </w:p>
        </w:tc>
      </w:tr>
      <w:tr w:rsidR="007A5E59" w14:paraId="337CBB19" w14:textId="77777777">
        <w:trPr>
          <w:jc w:val="center"/>
        </w:trPr>
        <w:tc>
          <w:tcPr>
            <w:tcW w:w="0" w:type="auto"/>
          </w:tcPr>
          <w:p w14:paraId="42FD55FF" w14:textId="77777777" w:rsidR="007A5E59" w:rsidRDefault="0095198F">
            <w:pPr>
              <w:jc w:val="center"/>
            </w:pPr>
            <w:r>
              <w:t>185</w:t>
            </w:r>
          </w:p>
        </w:tc>
        <w:tc>
          <w:tcPr>
            <w:tcW w:w="0" w:type="auto"/>
          </w:tcPr>
          <w:p w14:paraId="0BD8ED5C" w14:textId="77777777" w:rsidR="007A5E59" w:rsidRDefault="0095198F">
            <w:pPr>
              <w:jc w:val="center"/>
            </w:pPr>
            <w:r>
              <w:t>528</w:t>
            </w:r>
          </w:p>
        </w:tc>
        <w:tc>
          <w:tcPr>
            <w:tcW w:w="0" w:type="auto"/>
          </w:tcPr>
          <w:p w14:paraId="1C168E1C" w14:textId="77777777" w:rsidR="007A5E59" w:rsidRDefault="0095198F">
            <w:pPr>
              <w:jc w:val="center"/>
            </w:pPr>
            <w:r>
              <w:t>50</w:t>
            </w:r>
          </w:p>
        </w:tc>
        <w:tc>
          <w:tcPr>
            <w:tcW w:w="0" w:type="auto"/>
          </w:tcPr>
          <w:p w14:paraId="285677AE" w14:textId="77777777" w:rsidR="007A5E59" w:rsidRDefault="0095198F">
            <w:pPr>
              <w:jc w:val="center"/>
            </w:pPr>
            <w:r>
              <w:t>1988</w:t>
            </w:r>
          </w:p>
        </w:tc>
        <w:tc>
          <w:tcPr>
            <w:tcW w:w="0" w:type="auto"/>
          </w:tcPr>
          <w:p w14:paraId="183A07D5" w14:textId="77777777" w:rsidR="007A5E59" w:rsidRDefault="0095198F">
            <w:pPr>
              <w:jc w:val="center"/>
            </w:pPr>
            <w:r>
              <w:t>295</w:t>
            </w:r>
          </w:p>
        </w:tc>
        <w:tc>
          <w:tcPr>
            <w:tcW w:w="0" w:type="auto"/>
          </w:tcPr>
          <w:p w14:paraId="054B4402" w14:textId="77777777" w:rsidR="007A5E59" w:rsidRDefault="0095198F">
            <w:r>
              <w:t>бесканал.</w:t>
            </w:r>
          </w:p>
        </w:tc>
      </w:tr>
      <w:tr w:rsidR="007A5E59" w14:paraId="76692698" w14:textId="77777777">
        <w:trPr>
          <w:jc w:val="center"/>
        </w:trPr>
        <w:tc>
          <w:tcPr>
            <w:tcW w:w="0" w:type="auto"/>
          </w:tcPr>
          <w:p w14:paraId="532274AA" w14:textId="77777777" w:rsidR="007A5E59" w:rsidRDefault="0095198F">
            <w:pPr>
              <w:jc w:val="center"/>
            </w:pPr>
            <w:r>
              <w:t>186</w:t>
            </w:r>
          </w:p>
        </w:tc>
        <w:tc>
          <w:tcPr>
            <w:tcW w:w="0" w:type="auto"/>
          </w:tcPr>
          <w:p w14:paraId="6BE27BA4" w14:textId="77777777" w:rsidR="007A5E59" w:rsidRDefault="0095198F">
            <w:r>
              <w:t>ул. Строительная, 4 – ул.Ломоносова, 34</w:t>
            </w:r>
          </w:p>
        </w:tc>
        <w:tc>
          <w:tcPr>
            <w:tcW w:w="0" w:type="auto"/>
          </w:tcPr>
          <w:p w14:paraId="6AAE3345" w14:textId="77777777" w:rsidR="007A5E59" w:rsidRDefault="0095198F">
            <w:pPr>
              <w:jc w:val="center"/>
            </w:pPr>
            <w:r>
              <w:t>50</w:t>
            </w:r>
          </w:p>
        </w:tc>
        <w:tc>
          <w:tcPr>
            <w:tcW w:w="0" w:type="auto"/>
          </w:tcPr>
          <w:p w14:paraId="37F1BF19" w14:textId="77777777" w:rsidR="007A5E59" w:rsidRDefault="0095198F">
            <w:pPr>
              <w:jc w:val="center"/>
            </w:pPr>
            <w:r>
              <w:t>1988</w:t>
            </w:r>
          </w:p>
        </w:tc>
        <w:tc>
          <w:tcPr>
            <w:tcW w:w="0" w:type="auto"/>
          </w:tcPr>
          <w:p w14:paraId="503D048A" w14:textId="77777777" w:rsidR="007A5E59" w:rsidRDefault="0095198F">
            <w:pPr>
              <w:jc w:val="center"/>
            </w:pPr>
            <w:r>
              <w:t>124</w:t>
            </w:r>
          </w:p>
        </w:tc>
        <w:tc>
          <w:tcPr>
            <w:tcW w:w="0" w:type="auto"/>
          </w:tcPr>
          <w:p w14:paraId="4FE3EF88" w14:textId="77777777" w:rsidR="007A5E59" w:rsidRDefault="0095198F">
            <w:r>
              <w:t>бесканал.</w:t>
            </w:r>
          </w:p>
        </w:tc>
      </w:tr>
      <w:tr w:rsidR="007A5E59" w14:paraId="45C0947D" w14:textId="77777777">
        <w:trPr>
          <w:jc w:val="center"/>
        </w:trPr>
        <w:tc>
          <w:tcPr>
            <w:tcW w:w="0" w:type="auto"/>
          </w:tcPr>
          <w:p w14:paraId="3AFA8E87" w14:textId="77777777" w:rsidR="007A5E59" w:rsidRDefault="0095198F">
            <w:pPr>
              <w:jc w:val="center"/>
            </w:pPr>
            <w:r>
              <w:t>187</w:t>
            </w:r>
          </w:p>
        </w:tc>
        <w:tc>
          <w:tcPr>
            <w:tcW w:w="0" w:type="auto"/>
          </w:tcPr>
          <w:p w14:paraId="393AADE1" w14:textId="77777777" w:rsidR="007A5E59" w:rsidRPr="00312815" w:rsidRDefault="0095198F">
            <w:pPr>
              <w:rPr>
                <w:lang w:val="ru-RU"/>
              </w:rPr>
            </w:pPr>
            <w:r w:rsidRPr="00312815">
              <w:rPr>
                <w:lang w:val="ru-RU"/>
              </w:rPr>
              <w:t>ПО Котельная – ул. Суворова 23 ТК-1</w:t>
            </w:r>
          </w:p>
        </w:tc>
        <w:tc>
          <w:tcPr>
            <w:tcW w:w="0" w:type="auto"/>
          </w:tcPr>
          <w:p w14:paraId="1B2D6C9A" w14:textId="77777777" w:rsidR="007A5E59" w:rsidRDefault="0095198F">
            <w:pPr>
              <w:jc w:val="center"/>
            </w:pPr>
            <w:r>
              <w:t>300</w:t>
            </w:r>
          </w:p>
        </w:tc>
        <w:tc>
          <w:tcPr>
            <w:tcW w:w="0" w:type="auto"/>
          </w:tcPr>
          <w:p w14:paraId="38AC1DF2" w14:textId="77777777" w:rsidR="007A5E59" w:rsidRDefault="0095198F">
            <w:pPr>
              <w:jc w:val="center"/>
            </w:pPr>
            <w:r>
              <w:t>1966</w:t>
            </w:r>
          </w:p>
        </w:tc>
        <w:tc>
          <w:tcPr>
            <w:tcW w:w="0" w:type="auto"/>
          </w:tcPr>
          <w:p w14:paraId="3E05AA20" w14:textId="77777777" w:rsidR="007A5E59" w:rsidRDefault="0095198F">
            <w:pPr>
              <w:jc w:val="center"/>
            </w:pPr>
            <w:r>
              <w:t>1 351</w:t>
            </w:r>
          </w:p>
        </w:tc>
        <w:tc>
          <w:tcPr>
            <w:tcW w:w="0" w:type="auto"/>
          </w:tcPr>
          <w:p w14:paraId="7A5C65F6" w14:textId="77777777" w:rsidR="007A5E59" w:rsidRDefault="0095198F">
            <w:r>
              <w:t>надз.</w:t>
            </w:r>
          </w:p>
        </w:tc>
      </w:tr>
      <w:tr w:rsidR="007A5E59" w14:paraId="49BACA9E" w14:textId="77777777">
        <w:trPr>
          <w:jc w:val="center"/>
        </w:trPr>
        <w:tc>
          <w:tcPr>
            <w:tcW w:w="0" w:type="auto"/>
          </w:tcPr>
          <w:p w14:paraId="080D5EA6" w14:textId="77777777" w:rsidR="007A5E59" w:rsidRDefault="0095198F">
            <w:pPr>
              <w:jc w:val="center"/>
            </w:pPr>
            <w:r>
              <w:t>188</w:t>
            </w:r>
          </w:p>
        </w:tc>
        <w:tc>
          <w:tcPr>
            <w:tcW w:w="0" w:type="auto"/>
          </w:tcPr>
          <w:p w14:paraId="03F4B49D" w14:textId="77777777" w:rsidR="007A5E59" w:rsidRPr="00312815" w:rsidRDefault="0095198F">
            <w:pPr>
              <w:rPr>
                <w:lang w:val="ru-RU"/>
              </w:rPr>
            </w:pPr>
            <w:r w:rsidRPr="00312815">
              <w:rPr>
                <w:lang w:val="ru-RU"/>
              </w:rPr>
              <w:t>Ул. Суворова 23 – ул. Ленина 50 ТК-3</w:t>
            </w:r>
          </w:p>
        </w:tc>
        <w:tc>
          <w:tcPr>
            <w:tcW w:w="0" w:type="auto"/>
          </w:tcPr>
          <w:p w14:paraId="5DC1A840" w14:textId="77777777" w:rsidR="007A5E59" w:rsidRDefault="0095198F">
            <w:pPr>
              <w:jc w:val="center"/>
            </w:pPr>
            <w:r>
              <w:t>300</w:t>
            </w:r>
          </w:p>
        </w:tc>
        <w:tc>
          <w:tcPr>
            <w:tcW w:w="0" w:type="auto"/>
          </w:tcPr>
          <w:p w14:paraId="69608872" w14:textId="77777777" w:rsidR="007A5E59" w:rsidRDefault="0095198F">
            <w:pPr>
              <w:jc w:val="center"/>
            </w:pPr>
            <w:r>
              <w:t>1968</w:t>
            </w:r>
          </w:p>
        </w:tc>
        <w:tc>
          <w:tcPr>
            <w:tcW w:w="0" w:type="auto"/>
          </w:tcPr>
          <w:p w14:paraId="375F7E84" w14:textId="77777777" w:rsidR="007A5E59" w:rsidRDefault="0095198F">
            <w:pPr>
              <w:jc w:val="center"/>
            </w:pPr>
            <w:r>
              <w:t>148</w:t>
            </w:r>
          </w:p>
        </w:tc>
        <w:tc>
          <w:tcPr>
            <w:tcW w:w="0" w:type="auto"/>
          </w:tcPr>
          <w:p w14:paraId="65856684" w14:textId="77777777" w:rsidR="007A5E59" w:rsidRDefault="0095198F">
            <w:r>
              <w:t>надз.</w:t>
            </w:r>
          </w:p>
        </w:tc>
      </w:tr>
      <w:tr w:rsidR="007A5E59" w14:paraId="62EC109A" w14:textId="77777777">
        <w:trPr>
          <w:jc w:val="center"/>
        </w:trPr>
        <w:tc>
          <w:tcPr>
            <w:tcW w:w="0" w:type="auto"/>
          </w:tcPr>
          <w:p w14:paraId="1DFBE21F" w14:textId="77777777" w:rsidR="007A5E59" w:rsidRDefault="0095198F">
            <w:pPr>
              <w:jc w:val="center"/>
            </w:pPr>
            <w:r>
              <w:t>189</w:t>
            </w:r>
          </w:p>
        </w:tc>
        <w:tc>
          <w:tcPr>
            <w:tcW w:w="0" w:type="auto"/>
          </w:tcPr>
          <w:p w14:paraId="631E871E" w14:textId="77777777" w:rsidR="007A5E59" w:rsidRDefault="0095198F">
            <w:r>
              <w:t>Ул. Ленина50 – ул. Ленина.6</w:t>
            </w:r>
          </w:p>
        </w:tc>
        <w:tc>
          <w:tcPr>
            <w:tcW w:w="0" w:type="auto"/>
          </w:tcPr>
          <w:p w14:paraId="25326B28" w14:textId="77777777" w:rsidR="007A5E59" w:rsidRDefault="0095198F">
            <w:pPr>
              <w:jc w:val="center"/>
            </w:pPr>
            <w:r>
              <w:t>200</w:t>
            </w:r>
          </w:p>
        </w:tc>
        <w:tc>
          <w:tcPr>
            <w:tcW w:w="0" w:type="auto"/>
          </w:tcPr>
          <w:p w14:paraId="1A45AE88" w14:textId="77777777" w:rsidR="007A5E59" w:rsidRDefault="0095198F">
            <w:pPr>
              <w:jc w:val="center"/>
            </w:pPr>
            <w:r>
              <w:t>2010</w:t>
            </w:r>
          </w:p>
        </w:tc>
        <w:tc>
          <w:tcPr>
            <w:tcW w:w="0" w:type="auto"/>
          </w:tcPr>
          <w:p w14:paraId="7E455871" w14:textId="77777777" w:rsidR="007A5E59" w:rsidRDefault="0095198F">
            <w:pPr>
              <w:jc w:val="center"/>
            </w:pPr>
            <w:r>
              <w:t>198</w:t>
            </w:r>
          </w:p>
        </w:tc>
        <w:tc>
          <w:tcPr>
            <w:tcW w:w="0" w:type="auto"/>
          </w:tcPr>
          <w:p w14:paraId="455EDA5E" w14:textId="77777777" w:rsidR="007A5E59" w:rsidRDefault="0095198F">
            <w:r>
              <w:t>надз.</w:t>
            </w:r>
          </w:p>
        </w:tc>
      </w:tr>
      <w:tr w:rsidR="007A5E59" w14:paraId="53175400" w14:textId="77777777">
        <w:trPr>
          <w:jc w:val="center"/>
        </w:trPr>
        <w:tc>
          <w:tcPr>
            <w:tcW w:w="0" w:type="auto"/>
          </w:tcPr>
          <w:p w14:paraId="1545D697" w14:textId="77777777" w:rsidR="007A5E59" w:rsidRDefault="0095198F">
            <w:pPr>
              <w:jc w:val="center"/>
            </w:pPr>
            <w:r>
              <w:t>190</w:t>
            </w:r>
          </w:p>
        </w:tc>
        <w:tc>
          <w:tcPr>
            <w:tcW w:w="0" w:type="auto"/>
          </w:tcPr>
          <w:p w14:paraId="33460EE3" w14:textId="77777777" w:rsidR="007A5E59" w:rsidRDefault="007A5E59"/>
        </w:tc>
        <w:tc>
          <w:tcPr>
            <w:tcW w:w="0" w:type="auto"/>
          </w:tcPr>
          <w:p w14:paraId="21B5DE80" w14:textId="77777777" w:rsidR="007A5E59" w:rsidRDefault="0095198F">
            <w:pPr>
              <w:jc w:val="center"/>
            </w:pPr>
            <w:r>
              <w:t>150</w:t>
            </w:r>
          </w:p>
        </w:tc>
        <w:tc>
          <w:tcPr>
            <w:tcW w:w="0" w:type="auto"/>
          </w:tcPr>
          <w:p w14:paraId="5925ABA4" w14:textId="77777777" w:rsidR="007A5E59" w:rsidRDefault="0095198F">
            <w:pPr>
              <w:jc w:val="center"/>
            </w:pPr>
            <w:r>
              <w:t>2010</w:t>
            </w:r>
          </w:p>
        </w:tc>
        <w:tc>
          <w:tcPr>
            <w:tcW w:w="0" w:type="auto"/>
          </w:tcPr>
          <w:p w14:paraId="153695F0" w14:textId="77777777" w:rsidR="007A5E59" w:rsidRDefault="0095198F">
            <w:pPr>
              <w:jc w:val="center"/>
            </w:pPr>
            <w:r>
              <w:t>130</w:t>
            </w:r>
          </w:p>
        </w:tc>
        <w:tc>
          <w:tcPr>
            <w:tcW w:w="0" w:type="auto"/>
          </w:tcPr>
          <w:p w14:paraId="6A22C61E" w14:textId="77777777" w:rsidR="007A5E59" w:rsidRDefault="0095198F">
            <w:r>
              <w:t>надз.</w:t>
            </w:r>
          </w:p>
        </w:tc>
      </w:tr>
      <w:tr w:rsidR="007A5E59" w14:paraId="66502D81" w14:textId="77777777">
        <w:trPr>
          <w:jc w:val="center"/>
        </w:trPr>
        <w:tc>
          <w:tcPr>
            <w:tcW w:w="0" w:type="auto"/>
          </w:tcPr>
          <w:p w14:paraId="40FE5B71" w14:textId="77777777" w:rsidR="007A5E59" w:rsidRDefault="0095198F">
            <w:pPr>
              <w:jc w:val="center"/>
            </w:pPr>
            <w:r>
              <w:t>191</w:t>
            </w:r>
          </w:p>
        </w:tc>
        <w:tc>
          <w:tcPr>
            <w:tcW w:w="0" w:type="auto"/>
          </w:tcPr>
          <w:p w14:paraId="7906D6EA" w14:textId="77777777" w:rsidR="007A5E59" w:rsidRDefault="007A5E59"/>
        </w:tc>
        <w:tc>
          <w:tcPr>
            <w:tcW w:w="0" w:type="auto"/>
          </w:tcPr>
          <w:p w14:paraId="166FB92F" w14:textId="77777777" w:rsidR="007A5E59" w:rsidRDefault="0095198F">
            <w:pPr>
              <w:jc w:val="center"/>
            </w:pPr>
            <w:r>
              <w:t>100</w:t>
            </w:r>
          </w:p>
        </w:tc>
        <w:tc>
          <w:tcPr>
            <w:tcW w:w="0" w:type="auto"/>
          </w:tcPr>
          <w:p w14:paraId="57200262" w14:textId="77777777" w:rsidR="007A5E59" w:rsidRDefault="0095198F">
            <w:pPr>
              <w:jc w:val="center"/>
            </w:pPr>
            <w:r>
              <w:t>2010</w:t>
            </w:r>
          </w:p>
        </w:tc>
        <w:tc>
          <w:tcPr>
            <w:tcW w:w="0" w:type="auto"/>
          </w:tcPr>
          <w:p w14:paraId="0208604B" w14:textId="77777777" w:rsidR="007A5E59" w:rsidRDefault="0095198F">
            <w:pPr>
              <w:jc w:val="center"/>
            </w:pPr>
            <w:r>
              <w:t>244</w:t>
            </w:r>
          </w:p>
        </w:tc>
        <w:tc>
          <w:tcPr>
            <w:tcW w:w="0" w:type="auto"/>
          </w:tcPr>
          <w:p w14:paraId="1662C5EF" w14:textId="77777777" w:rsidR="007A5E59" w:rsidRDefault="0095198F">
            <w:r>
              <w:t>надз.</w:t>
            </w:r>
          </w:p>
        </w:tc>
      </w:tr>
      <w:tr w:rsidR="007A5E59" w14:paraId="2D84B732" w14:textId="77777777">
        <w:trPr>
          <w:jc w:val="center"/>
        </w:trPr>
        <w:tc>
          <w:tcPr>
            <w:tcW w:w="0" w:type="auto"/>
          </w:tcPr>
          <w:p w14:paraId="2CEE89E0" w14:textId="77777777" w:rsidR="007A5E59" w:rsidRDefault="0095198F">
            <w:pPr>
              <w:jc w:val="center"/>
            </w:pPr>
            <w:r>
              <w:t>192</w:t>
            </w:r>
          </w:p>
        </w:tc>
        <w:tc>
          <w:tcPr>
            <w:tcW w:w="0" w:type="auto"/>
          </w:tcPr>
          <w:p w14:paraId="562C3250" w14:textId="77777777" w:rsidR="007A5E59" w:rsidRDefault="007A5E59"/>
        </w:tc>
        <w:tc>
          <w:tcPr>
            <w:tcW w:w="0" w:type="auto"/>
          </w:tcPr>
          <w:p w14:paraId="7892FC07" w14:textId="77777777" w:rsidR="007A5E59" w:rsidRDefault="0095198F">
            <w:pPr>
              <w:jc w:val="center"/>
            </w:pPr>
            <w:r>
              <w:t>65</w:t>
            </w:r>
          </w:p>
        </w:tc>
        <w:tc>
          <w:tcPr>
            <w:tcW w:w="0" w:type="auto"/>
          </w:tcPr>
          <w:p w14:paraId="39DB97FF" w14:textId="77777777" w:rsidR="007A5E59" w:rsidRDefault="0095198F">
            <w:pPr>
              <w:jc w:val="center"/>
            </w:pPr>
            <w:r>
              <w:t>1971</w:t>
            </w:r>
          </w:p>
        </w:tc>
        <w:tc>
          <w:tcPr>
            <w:tcW w:w="0" w:type="auto"/>
          </w:tcPr>
          <w:p w14:paraId="3862EA6D" w14:textId="77777777" w:rsidR="007A5E59" w:rsidRDefault="0095198F">
            <w:pPr>
              <w:jc w:val="center"/>
            </w:pPr>
            <w:r>
              <w:t>224</w:t>
            </w:r>
          </w:p>
        </w:tc>
        <w:tc>
          <w:tcPr>
            <w:tcW w:w="0" w:type="auto"/>
          </w:tcPr>
          <w:p w14:paraId="45C83ACD" w14:textId="77777777" w:rsidR="007A5E59" w:rsidRDefault="0095198F">
            <w:r>
              <w:t>надз.</w:t>
            </w:r>
          </w:p>
        </w:tc>
      </w:tr>
      <w:tr w:rsidR="007A5E59" w14:paraId="5FF49097" w14:textId="77777777">
        <w:trPr>
          <w:jc w:val="center"/>
        </w:trPr>
        <w:tc>
          <w:tcPr>
            <w:tcW w:w="0" w:type="auto"/>
          </w:tcPr>
          <w:p w14:paraId="5774C225" w14:textId="77777777" w:rsidR="007A5E59" w:rsidRDefault="0095198F">
            <w:pPr>
              <w:jc w:val="center"/>
            </w:pPr>
            <w:r>
              <w:t>193</w:t>
            </w:r>
          </w:p>
        </w:tc>
        <w:tc>
          <w:tcPr>
            <w:tcW w:w="0" w:type="auto"/>
          </w:tcPr>
          <w:p w14:paraId="3548DC22" w14:textId="77777777" w:rsidR="007A5E59" w:rsidRDefault="0095198F">
            <w:r>
              <w:t>Ул. Ленина 50 – Ленина 84</w:t>
            </w:r>
          </w:p>
        </w:tc>
        <w:tc>
          <w:tcPr>
            <w:tcW w:w="0" w:type="auto"/>
          </w:tcPr>
          <w:p w14:paraId="4731E442" w14:textId="77777777" w:rsidR="007A5E59" w:rsidRDefault="0095198F">
            <w:pPr>
              <w:jc w:val="center"/>
            </w:pPr>
            <w:r>
              <w:t>200</w:t>
            </w:r>
          </w:p>
        </w:tc>
        <w:tc>
          <w:tcPr>
            <w:tcW w:w="0" w:type="auto"/>
          </w:tcPr>
          <w:p w14:paraId="600EA4FF" w14:textId="77777777" w:rsidR="007A5E59" w:rsidRDefault="0095198F">
            <w:pPr>
              <w:jc w:val="center"/>
            </w:pPr>
            <w:r>
              <w:t>1971</w:t>
            </w:r>
          </w:p>
        </w:tc>
        <w:tc>
          <w:tcPr>
            <w:tcW w:w="0" w:type="auto"/>
          </w:tcPr>
          <w:p w14:paraId="2CDCAF7E" w14:textId="77777777" w:rsidR="007A5E59" w:rsidRDefault="0095198F">
            <w:pPr>
              <w:jc w:val="center"/>
            </w:pPr>
            <w:r>
              <w:t>155</w:t>
            </w:r>
          </w:p>
        </w:tc>
        <w:tc>
          <w:tcPr>
            <w:tcW w:w="0" w:type="auto"/>
          </w:tcPr>
          <w:p w14:paraId="29453AFC" w14:textId="77777777" w:rsidR="007A5E59" w:rsidRDefault="0095198F">
            <w:r>
              <w:t>надз.</w:t>
            </w:r>
          </w:p>
        </w:tc>
      </w:tr>
      <w:tr w:rsidR="007A5E59" w14:paraId="45777E48" w14:textId="77777777">
        <w:trPr>
          <w:jc w:val="center"/>
        </w:trPr>
        <w:tc>
          <w:tcPr>
            <w:tcW w:w="0" w:type="auto"/>
          </w:tcPr>
          <w:p w14:paraId="445BCFCA" w14:textId="77777777" w:rsidR="007A5E59" w:rsidRDefault="0095198F">
            <w:pPr>
              <w:jc w:val="center"/>
            </w:pPr>
            <w:r>
              <w:t>194</w:t>
            </w:r>
          </w:p>
        </w:tc>
        <w:tc>
          <w:tcPr>
            <w:tcW w:w="0" w:type="auto"/>
          </w:tcPr>
          <w:p w14:paraId="113F578C" w14:textId="77777777" w:rsidR="007A5E59" w:rsidRDefault="007A5E59"/>
        </w:tc>
        <w:tc>
          <w:tcPr>
            <w:tcW w:w="0" w:type="auto"/>
          </w:tcPr>
          <w:p w14:paraId="460E3D32" w14:textId="77777777" w:rsidR="007A5E59" w:rsidRDefault="0095198F">
            <w:pPr>
              <w:jc w:val="center"/>
            </w:pPr>
            <w:r>
              <w:t>150</w:t>
            </w:r>
          </w:p>
        </w:tc>
        <w:tc>
          <w:tcPr>
            <w:tcW w:w="0" w:type="auto"/>
          </w:tcPr>
          <w:p w14:paraId="2B4E8EDE" w14:textId="77777777" w:rsidR="007A5E59" w:rsidRDefault="0095198F">
            <w:pPr>
              <w:jc w:val="center"/>
            </w:pPr>
            <w:r>
              <w:t>1971</w:t>
            </w:r>
          </w:p>
        </w:tc>
        <w:tc>
          <w:tcPr>
            <w:tcW w:w="0" w:type="auto"/>
          </w:tcPr>
          <w:p w14:paraId="7FCB9D1B" w14:textId="77777777" w:rsidR="007A5E59" w:rsidRDefault="0095198F">
            <w:pPr>
              <w:jc w:val="center"/>
            </w:pPr>
            <w:r>
              <w:t>200</w:t>
            </w:r>
          </w:p>
        </w:tc>
        <w:tc>
          <w:tcPr>
            <w:tcW w:w="0" w:type="auto"/>
          </w:tcPr>
          <w:p w14:paraId="4157196F" w14:textId="77777777" w:rsidR="007A5E59" w:rsidRDefault="0095198F">
            <w:r>
              <w:t>надз.</w:t>
            </w:r>
          </w:p>
        </w:tc>
      </w:tr>
      <w:tr w:rsidR="007A5E59" w14:paraId="4C633D1F" w14:textId="77777777">
        <w:trPr>
          <w:jc w:val="center"/>
        </w:trPr>
        <w:tc>
          <w:tcPr>
            <w:tcW w:w="0" w:type="auto"/>
          </w:tcPr>
          <w:p w14:paraId="14346A86" w14:textId="77777777" w:rsidR="007A5E59" w:rsidRDefault="0095198F">
            <w:pPr>
              <w:jc w:val="center"/>
            </w:pPr>
            <w:r>
              <w:t>195</w:t>
            </w:r>
          </w:p>
        </w:tc>
        <w:tc>
          <w:tcPr>
            <w:tcW w:w="0" w:type="auto"/>
          </w:tcPr>
          <w:p w14:paraId="39E74C67" w14:textId="77777777" w:rsidR="007A5E59" w:rsidRDefault="007A5E59"/>
        </w:tc>
        <w:tc>
          <w:tcPr>
            <w:tcW w:w="0" w:type="auto"/>
          </w:tcPr>
          <w:p w14:paraId="796AEE52" w14:textId="77777777" w:rsidR="007A5E59" w:rsidRDefault="0095198F">
            <w:pPr>
              <w:jc w:val="center"/>
            </w:pPr>
            <w:r>
              <w:t>100</w:t>
            </w:r>
          </w:p>
        </w:tc>
        <w:tc>
          <w:tcPr>
            <w:tcW w:w="0" w:type="auto"/>
          </w:tcPr>
          <w:p w14:paraId="1645B701" w14:textId="77777777" w:rsidR="007A5E59" w:rsidRDefault="0095198F">
            <w:pPr>
              <w:jc w:val="center"/>
            </w:pPr>
            <w:r>
              <w:t>1971</w:t>
            </w:r>
          </w:p>
        </w:tc>
        <w:tc>
          <w:tcPr>
            <w:tcW w:w="0" w:type="auto"/>
          </w:tcPr>
          <w:p w14:paraId="0B8A548B" w14:textId="77777777" w:rsidR="007A5E59" w:rsidRDefault="0095198F">
            <w:pPr>
              <w:jc w:val="center"/>
            </w:pPr>
            <w:r>
              <w:t>129</w:t>
            </w:r>
          </w:p>
        </w:tc>
        <w:tc>
          <w:tcPr>
            <w:tcW w:w="0" w:type="auto"/>
          </w:tcPr>
          <w:p w14:paraId="54DA0E4B" w14:textId="77777777" w:rsidR="007A5E59" w:rsidRDefault="0095198F">
            <w:r>
              <w:t>надз.</w:t>
            </w:r>
          </w:p>
        </w:tc>
      </w:tr>
      <w:tr w:rsidR="007A5E59" w14:paraId="091737C2" w14:textId="77777777">
        <w:trPr>
          <w:jc w:val="center"/>
        </w:trPr>
        <w:tc>
          <w:tcPr>
            <w:tcW w:w="0" w:type="auto"/>
          </w:tcPr>
          <w:p w14:paraId="162C9AFE" w14:textId="77777777" w:rsidR="007A5E59" w:rsidRDefault="0095198F">
            <w:pPr>
              <w:jc w:val="center"/>
            </w:pPr>
            <w:r>
              <w:t>196</w:t>
            </w:r>
          </w:p>
        </w:tc>
        <w:tc>
          <w:tcPr>
            <w:tcW w:w="0" w:type="auto"/>
          </w:tcPr>
          <w:p w14:paraId="4842B5C0" w14:textId="77777777" w:rsidR="007A5E59" w:rsidRPr="00312815" w:rsidRDefault="0095198F">
            <w:pPr>
              <w:rPr>
                <w:lang w:val="ru-RU"/>
              </w:rPr>
            </w:pPr>
            <w:r w:rsidRPr="00312815">
              <w:rPr>
                <w:lang w:val="ru-RU"/>
              </w:rPr>
              <w:t>Тепловая насоснаяул. 18п/с -ул.18п/с,19</w:t>
            </w:r>
          </w:p>
        </w:tc>
        <w:tc>
          <w:tcPr>
            <w:tcW w:w="0" w:type="auto"/>
          </w:tcPr>
          <w:p w14:paraId="4243586C" w14:textId="77777777" w:rsidR="007A5E59" w:rsidRDefault="0095198F">
            <w:pPr>
              <w:jc w:val="center"/>
            </w:pPr>
            <w:r>
              <w:t>150</w:t>
            </w:r>
          </w:p>
        </w:tc>
        <w:tc>
          <w:tcPr>
            <w:tcW w:w="0" w:type="auto"/>
          </w:tcPr>
          <w:p w14:paraId="2CA400A0" w14:textId="77777777" w:rsidR="007A5E59" w:rsidRDefault="0095198F">
            <w:pPr>
              <w:jc w:val="center"/>
            </w:pPr>
            <w:r>
              <w:t>2010</w:t>
            </w:r>
          </w:p>
        </w:tc>
        <w:tc>
          <w:tcPr>
            <w:tcW w:w="0" w:type="auto"/>
          </w:tcPr>
          <w:p w14:paraId="2AB8C85A" w14:textId="77777777" w:rsidR="007A5E59" w:rsidRDefault="0095198F">
            <w:pPr>
              <w:jc w:val="center"/>
            </w:pPr>
            <w:r>
              <w:t>130</w:t>
            </w:r>
          </w:p>
        </w:tc>
        <w:tc>
          <w:tcPr>
            <w:tcW w:w="0" w:type="auto"/>
          </w:tcPr>
          <w:p w14:paraId="0DEAF074" w14:textId="77777777" w:rsidR="007A5E59" w:rsidRDefault="0095198F">
            <w:r>
              <w:t>надз.</w:t>
            </w:r>
          </w:p>
        </w:tc>
      </w:tr>
      <w:tr w:rsidR="007A5E59" w14:paraId="2952BE9D" w14:textId="77777777">
        <w:trPr>
          <w:jc w:val="center"/>
        </w:trPr>
        <w:tc>
          <w:tcPr>
            <w:tcW w:w="0" w:type="auto"/>
          </w:tcPr>
          <w:p w14:paraId="5AC2C7FF" w14:textId="77777777" w:rsidR="007A5E59" w:rsidRDefault="0095198F">
            <w:pPr>
              <w:jc w:val="center"/>
            </w:pPr>
            <w:r>
              <w:t>197</w:t>
            </w:r>
          </w:p>
        </w:tc>
        <w:tc>
          <w:tcPr>
            <w:tcW w:w="0" w:type="auto"/>
          </w:tcPr>
          <w:p w14:paraId="7D7F5627" w14:textId="77777777" w:rsidR="007A5E59" w:rsidRDefault="007A5E59"/>
        </w:tc>
        <w:tc>
          <w:tcPr>
            <w:tcW w:w="0" w:type="auto"/>
          </w:tcPr>
          <w:p w14:paraId="1919122D" w14:textId="77777777" w:rsidR="007A5E59" w:rsidRDefault="0095198F">
            <w:pPr>
              <w:jc w:val="center"/>
            </w:pPr>
            <w:r>
              <w:t>100</w:t>
            </w:r>
          </w:p>
        </w:tc>
        <w:tc>
          <w:tcPr>
            <w:tcW w:w="0" w:type="auto"/>
          </w:tcPr>
          <w:p w14:paraId="71DB137F" w14:textId="77777777" w:rsidR="007A5E59" w:rsidRDefault="0095198F">
            <w:pPr>
              <w:jc w:val="center"/>
            </w:pPr>
            <w:r>
              <w:t>1966</w:t>
            </w:r>
          </w:p>
        </w:tc>
        <w:tc>
          <w:tcPr>
            <w:tcW w:w="0" w:type="auto"/>
          </w:tcPr>
          <w:p w14:paraId="7C87F674" w14:textId="77777777" w:rsidR="007A5E59" w:rsidRDefault="0095198F">
            <w:pPr>
              <w:jc w:val="center"/>
            </w:pPr>
            <w:r>
              <w:t>121</w:t>
            </w:r>
          </w:p>
        </w:tc>
        <w:tc>
          <w:tcPr>
            <w:tcW w:w="0" w:type="auto"/>
          </w:tcPr>
          <w:p w14:paraId="0706C225" w14:textId="77777777" w:rsidR="007A5E59" w:rsidRDefault="0095198F">
            <w:r>
              <w:t>надз.</w:t>
            </w:r>
          </w:p>
        </w:tc>
      </w:tr>
      <w:tr w:rsidR="007A5E59" w14:paraId="25F133D7" w14:textId="77777777">
        <w:trPr>
          <w:jc w:val="center"/>
        </w:trPr>
        <w:tc>
          <w:tcPr>
            <w:tcW w:w="0" w:type="auto"/>
          </w:tcPr>
          <w:p w14:paraId="66675736" w14:textId="77777777" w:rsidR="007A5E59" w:rsidRDefault="0095198F">
            <w:pPr>
              <w:jc w:val="center"/>
            </w:pPr>
            <w:r>
              <w:t>198</w:t>
            </w:r>
          </w:p>
        </w:tc>
        <w:tc>
          <w:tcPr>
            <w:tcW w:w="0" w:type="auto"/>
          </w:tcPr>
          <w:p w14:paraId="2589AC14" w14:textId="77777777" w:rsidR="007A5E59" w:rsidRDefault="0095198F">
            <w:r>
              <w:t>Типография Тк-4 – ул. Мира 11</w:t>
            </w:r>
          </w:p>
        </w:tc>
        <w:tc>
          <w:tcPr>
            <w:tcW w:w="0" w:type="auto"/>
          </w:tcPr>
          <w:p w14:paraId="2D9B3F9A" w14:textId="77777777" w:rsidR="007A5E59" w:rsidRDefault="0095198F">
            <w:pPr>
              <w:jc w:val="center"/>
            </w:pPr>
            <w:r>
              <w:t>80</w:t>
            </w:r>
          </w:p>
        </w:tc>
        <w:tc>
          <w:tcPr>
            <w:tcW w:w="0" w:type="auto"/>
          </w:tcPr>
          <w:p w14:paraId="37E3C399" w14:textId="77777777" w:rsidR="007A5E59" w:rsidRDefault="0095198F">
            <w:pPr>
              <w:jc w:val="center"/>
            </w:pPr>
            <w:r>
              <w:t>1966</w:t>
            </w:r>
          </w:p>
        </w:tc>
        <w:tc>
          <w:tcPr>
            <w:tcW w:w="0" w:type="auto"/>
          </w:tcPr>
          <w:p w14:paraId="37D39774" w14:textId="77777777" w:rsidR="007A5E59" w:rsidRDefault="0095198F">
            <w:pPr>
              <w:jc w:val="center"/>
            </w:pPr>
            <w:r>
              <w:t>134</w:t>
            </w:r>
          </w:p>
        </w:tc>
        <w:tc>
          <w:tcPr>
            <w:tcW w:w="0" w:type="auto"/>
          </w:tcPr>
          <w:p w14:paraId="4B6612EF" w14:textId="77777777" w:rsidR="007A5E59" w:rsidRDefault="0095198F">
            <w:r>
              <w:t>надз.</w:t>
            </w:r>
          </w:p>
        </w:tc>
      </w:tr>
      <w:tr w:rsidR="007A5E59" w14:paraId="3B4D8759" w14:textId="77777777">
        <w:trPr>
          <w:jc w:val="center"/>
        </w:trPr>
        <w:tc>
          <w:tcPr>
            <w:tcW w:w="0" w:type="auto"/>
          </w:tcPr>
          <w:p w14:paraId="315E90DA" w14:textId="77777777" w:rsidR="007A5E59" w:rsidRDefault="0095198F">
            <w:pPr>
              <w:jc w:val="center"/>
            </w:pPr>
            <w:r>
              <w:t>199</w:t>
            </w:r>
          </w:p>
        </w:tc>
        <w:tc>
          <w:tcPr>
            <w:tcW w:w="0" w:type="auto"/>
          </w:tcPr>
          <w:p w14:paraId="13E7DB8E" w14:textId="77777777" w:rsidR="007A5E59" w:rsidRDefault="0095198F">
            <w:r w:rsidRPr="00312815">
              <w:rPr>
                <w:lang w:val="ru-RU"/>
              </w:rPr>
              <w:t xml:space="preserve">Тепловые сети Ул. Ленина 50 ТК-3 – ул. </w:t>
            </w:r>
            <w:r>
              <w:t>Ленина 19</w:t>
            </w:r>
          </w:p>
        </w:tc>
        <w:tc>
          <w:tcPr>
            <w:tcW w:w="0" w:type="auto"/>
          </w:tcPr>
          <w:p w14:paraId="40DEA0B1" w14:textId="77777777" w:rsidR="007A5E59" w:rsidRDefault="0095198F">
            <w:pPr>
              <w:jc w:val="center"/>
            </w:pPr>
            <w:r>
              <w:t>100</w:t>
            </w:r>
          </w:p>
        </w:tc>
        <w:tc>
          <w:tcPr>
            <w:tcW w:w="0" w:type="auto"/>
          </w:tcPr>
          <w:p w14:paraId="37C7726E" w14:textId="77777777" w:rsidR="007A5E59" w:rsidRDefault="0095198F">
            <w:pPr>
              <w:jc w:val="center"/>
            </w:pPr>
            <w:r>
              <w:t>1985</w:t>
            </w:r>
          </w:p>
        </w:tc>
        <w:tc>
          <w:tcPr>
            <w:tcW w:w="0" w:type="auto"/>
          </w:tcPr>
          <w:p w14:paraId="797DAE6A" w14:textId="77777777" w:rsidR="007A5E59" w:rsidRDefault="0095198F">
            <w:pPr>
              <w:jc w:val="center"/>
            </w:pPr>
            <w:r>
              <w:t>150</w:t>
            </w:r>
          </w:p>
        </w:tc>
        <w:tc>
          <w:tcPr>
            <w:tcW w:w="0" w:type="auto"/>
          </w:tcPr>
          <w:p w14:paraId="65990B25" w14:textId="77777777" w:rsidR="007A5E59" w:rsidRDefault="0095198F">
            <w:r>
              <w:t>надз.</w:t>
            </w:r>
          </w:p>
        </w:tc>
      </w:tr>
      <w:tr w:rsidR="007A5E59" w14:paraId="7DE3BF52" w14:textId="77777777">
        <w:trPr>
          <w:jc w:val="center"/>
        </w:trPr>
        <w:tc>
          <w:tcPr>
            <w:tcW w:w="0" w:type="auto"/>
          </w:tcPr>
          <w:p w14:paraId="284E334E" w14:textId="77777777" w:rsidR="007A5E59" w:rsidRDefault="0095198F">
            <w:pPr>
              <w:jc w:val="center"/>
            </w:pPr>
            <w:r>
              <w:t>200</w:t>
            </w:r>
          </w:p>
        </w:tc>
        <w:tc>
          <w:tcPr>
            <w:tcW w:w="0" w:type="auto"/>
          </w:tcPr>
          <w:p w14:paraId="5B13063C" w14:textId="77777777" w:rsidR="007A5E59" w:rsidRPr="00312815" w:rsidRDefault="0095198F">
            <w:pPr>
              <w:rPr>
                <w:lang w:val="ru-RU"/>
              </w:rPr>
            </w:pPr>
            <w:r w:rsidRPr="00312815">
              <w:rPr>
                <w:lang w:val="ru-RU"/>
              </w:rPr>
              <w:t>ПО Котельная – ул. Ноградская 3 ТК-5</w:t>
            </w:r>
          </w:p>
        </w:tc>
        <w:tc>
          <w:tcPr>
            <w:tcW w:w="0" w:type="auto"/>
          </w:tcPr>
          <w:p w14:paraId="03E30FE8" w14:textId="77777777" w:rsidR="007A5E59" w:rsidRDefault="0095198F">
            <w:pPr>
              <w:jc w:val="center"/>
            </w:pPr>
            <w:r>
              <w:t>300</w:t>
            </w:r>
          </w:p>
        </w:tc>
        <w:tc>
          <w:tcPr>
            <w:tcW w:w="0" w:type="auto"/>
          </w:tcPr>
          <w:p w14:paraId="38E5DE2B" w14:textId="77777777" w:rsidR="007A5E59" w:rsidRDefault="0095198F">
            <w:pPr>
              <w:jc w:val="center"/>
            </w:pPr>
            <w:r>
              <w:t>1978</w:t>
            </w:r>
          </w:p>
        </w:tc>
        <w:tc>
          <w:tcPr>
            <w:tcW w:w="0" w:type="auto"/>
          </w:tcPr>
          <w:p w14:paraId="6588FBE0" w14:textId="77777777" w:rsidR="007A5E59" w:rsidRDefault="0095198F">
            <w:pPr>
              <w:jc w:val="center"/>
            </w:pPr>
            <w:r>
              <w:t>1 593</w:t>
            </w:r>
          </w:p>
        </w:tc>
        <w:tc>
          <w:tcPr>
            <w:tcW w:w="0" w:type="auto"/>
          </w:tcPr>
          <w:p w14:paraId="53339B90" w14:textId="77777777" w:rsidR="007A5E59" w:rsidRDefault="0095198F">
            <w:r>
              <w:t>надз.</w:t>
            </w:r>
          </w:p>
        </w:tc>
      </w:tr>
      <w:tr w:rsidR="007A5E59" w14:paraId="10AA9449" w14:textId="77777777">
        <w:trPr>
          <w:jc w:val="center"/>
        </w:trPr>
        <w:tc>
          <w:tcPr>
            <w:tcW w:w="0" w:type="auto"/>
          </w:tcPr>
          <w:p w14:paraId="252FAF17" w14:textId="77777777" w:rsidR="007A5E59" w:rsidRDefault="0095198F">
            <w:pPr>
              <w:jc w:val="center"/>
            </w:pPr>
            <w:r>
              <w:t>201</w:t>
            </w:r>
          </w:p>
        </w:tc>
        <w:tc>
          <w:tcPr>
            <w:tcW w:w="0" w:type="auto"/>
          </w:tcPr>
          <w:p w14:paraId="315CDA66" w14:textId="77777777" w:rsidR="007A5E59" w:rsidRDefault="007A5E59"/>
        </w:tc>
        <w:tc>
          <w:tcPr>
            <w:tcW w:w="0" w:type="auto"/>
          </w:tcPr>
          <w:p w14:paraId="52335B1D" w14:textId="77777777" w:rsidR="007A5E59" w:rsidRDefault="0095198F">
            <w:pPr>
              <w:jc w:val="center"/>
            </w:pPr>
            <w:r>
              <w:t>350</w:t>
            </w:r>
          </w:p>
        </w:tc>
        <w:tc>
          <w:tcPr>
            <w:tcW w:w="0" w:type="auto"/>
          </w:tcPr>
          <w:p w14:paraId="173B3C22" w14:textId="77777777" w:rsidR="007A5E59" w:rsidRDefault="0095198F">
            <w:pPr>
              <w:jc w:val="center"/>
            </w:pPr>
            <w:r>
              <w:t>1978</w:t>
            </w:r>
          </w:p>
        </w:tc>
        <w:tc>
          <w:tcPr>
            <w:tcW w:w="0" w:type="auto"/>
          </w:tcPr>
          <w:p w14:paraId="567E9A99" w14:textId="77777777" w:rsidR="007A5E59" w:rsidRDefault="0095198F">
            <w:pPr>
              <w:jc w:val="center"/>
            </w:pPr>
            <w:r>
              <w:t>807</w:t>
            </w:r>
          </w:p>
        </w:tc>
        <w:tc>
          <w:tcPr>
            <w:tcW w:w="0" w:type="auto"/>
          </w:tcPr>
          <w:p w14:paraId="51FDCCE7" w14:textId="77777777" w:rsidR="007A5E59" w:rsidRDefault="0095198F">
            <w:r>
              <w:t>надз.</w:t>
            </w:r>
          </w:p>
        </w:tc>
      </w:tr>
      <w:tr w:rsidR="007A5E59" w14:paraId="5BF4E4C8" w14:textId="77777777">
        <w:trPr>
          <w:jc w:val="center"/>
        </w:trPr>
        <w:tc>
          <w:tcPr>
            <w:tcW w:w="0" w:type="auto"/>
          </w:tcPr>
          <w:p w14:paraId="7B076A3D" w14:textId="77777777" w:rsidR="007A5E59" w:rsidRDefault="0095198F">
            <w:pPr>
              <w:jc w:val="center"/>
            </w:pPr>
            <w:r>
              <w:t>202</w:t>
            </w:r>
          </w:p>
        </w:tc>
        <w:tc>
          <w:tcPr>
            <w:tcW w:w="0" w:type="auto"/>
          </w:tcPr>
          <w:p w14:paraId="6683AF6D" w14:textId="77777777" w:rsidR="007A5E59" w:rsidRDefault="007A5E59"/>
        </w:tc>
        <w:tc>
          <w:tcPr>
            <w:tcW w:w="0" w:type="auto"/>
          </w:tcPr>
          <w:p w14:paraId="64EDDFCE" w14:textId="77777777" w:rsidR="007A5E59" w:rsidRDefault="0095198F">
            <w:pPr>
              <w:jc w:val="center"/>
            </w:pPr>
            <w:r>
              <w:t>350</w:t>
            </w:r>
          </w:p>
        </w:tc>
        <w:tc>
          <w:tcPr>
            <w:tcW w:w="0" w:type="auto"/>
          </w:tcPr>
          <w:p w14:paraId="14AFE1AB" w14:textId="77777777" w:rsidR="007A5E59" w:rsidRDefault="0095198F">
            <w:pPr>
              <w:jc w:val="center"/>
            </w:pPr>
            <w:r>
              <w:t>2010</w:t>
            </w:r>
          </w:p>
        </w:tc>
        <w:tc>
          <w:tcPr>
            <w:tcW w:w="0" w:type="auto"/>
          </w:tcPr>
          <w:p w14:paraId="3A710BF4" w14:textId="77777777" w:rsidR="007A5E59" w:rsidRDefault="0095198F">
            <w:pPr>
              <w:jc w:val="center"/>
            </w:pPr>
            <w:r>
              <w:t>520</w:t>
            </w:r>
          </w:p>
        </w:tc>
        <w:tc>
          <w:tcPr>
            <w:tcW w:w="0" w:type="auto"/>
          </w:tcPr>
          <w:p w14:paraId="1DE45746" w14:textId="77777777" w:rsidR="007A5E59" w:rsidRDefault="0095198F">
            <w:r>
              <w:t>надз.</w:t>
            </w:r>
          </w:p>
        </w:tc>
      </w:tr>
      <w:tr w:rsidR="007A5E59" w14:paraId="644B81A6" w14:textId="77777777">
        <w:trPr>
          <w:jc w:val="center"/>
        </w:trPr>
        <w:tc>
          <w:tcPr>
            <w:tcW w:w="0" w:type="auto"/>
          </w:tcPr>
          <w:p w14:paraId="5CF9AA04" w14:textId="77777777" w:rsidR="007A5E59" w:rsidRDefault="0095198F">
            <w:pPr>
              <w:jc w:val="center"/>
            </w:pPr>
            <w:r>
              <w:t>203</w:t>
            </w:r>
          </w:p>
        </w:tc>
        <w:tc>
          <w:tcPr>
            <w:tcW w:w="0" w:type="auto"/>
          </w:tcPr>
          <w:p w14:paraId="70FC41BA" w14:textId="77777777" w:rsidR="007A5E59" w:rsidRPr="00312815" w:rsidRDefault="0095198F">
            <w:pPr>
              <w:rPr>
                <w:lang w:val="ru-RU"/>
              </w:rPr>
            </w:pPr>
            <w:r w:rsidRPr="00312815">
              <w:rPr>
                <w:lang w:val="ru-RU"/>
              </w:rPr>
              <w:t>ПО Котельная' – ул. Ноградская 3 ТК-5'</w:t>
            </w:r>
          </w:p>
        </w:tc>
        <w:tc>
          <w:tcPr>
            <w:tcW w:w="0" w:type="auto"/>
          </w:tcPr>
          <w:p w14:paraId="18727A74" w14:textId="77777777" w:rsidR="007A5E59" w:rsidRDefault="0095198F">
            <w:pPr>
              <w:jc w:val="center"/>
            </w:pPr>
            <w:r>
              <w:t>300</w:t>
            </w:r>
          </w:p>
        </w:tc>
        <w:tc>
          <w:tcPr>
            <w:tcW w:w="0" w:type="auto"/>
          </w:tcPr>
          <w:p w14:paraId="7AD06D9B" w14:textId="77777777" w:rsidR="007A5E59" w:rsidRDefault="0095198F">
            <w:pPr>
              <w:jc w:val="center"/>
            </w:pPr>
            <w:r>
              <w:t>1978</w:t>
            </w:r>
          </w:p>
        </w:tc>
        <w:tc>
          <w:tcPr>
            <w:tcW w:w="0" w:type="auto"/>
          </w:tcPr>
          <w:p w14:paraId="2909DFBA" w14:textId="77777777" w:rsidR="007A5E59" w:rsidRDefault="0095198F">
            <w:pPr>
              <w:jc w:val="center"/>
            </w:pPr>
            <w:r>
              <w:t>1 153</w:t>
            </w:r>
          </w:p>
        </w:tc>
        <w:tc>
          <w:tcPr>
            <w:tcW w:w="0" w:type="auto"/>
          </w:tcPr>
          <w:p w14:paraId="7AD8A554" w14:textId="77777777" w:rsidR="007A5E59" w:rsidRDefault="0095198F">
            <w:r>
              <w:t>надз.</w:t>
            </w:r>
          </w:p>
        </w:tc>
      </w:tr>
      <w:tr w:rsidR="007A5E59" w14:paraId="6D37E109" w14:textId="77777777">
        <w:trPr>
          <w:jc w:val="center"/>
        </w:trPr>
        <w:tc>
          <w:tcPr>
            <w:tcW w:w="0" w:type="auto"/>
          </w:tcPr>
          <w:p w14:paraId="3FB99A24" w14:textId="77777777" w:rsidR="007A5E59" w:rsidRDefault="0095198F">
            <w:pPr>
              <w:jc w:val="center"/>
            </w:pPr>
            <w:r>
              <w:t>204</w:t>
            </w:r>
          </w:p>
        </w:tc>
        <w:tc>
          <w:tcPr>
            <w:tcW w:w="0" w:type="auto"/>
          </w:tcPr>
          <w:p w14:paraId="4E5B32F1" w14:textId="77777777" w:rsidR="007A5E59" w:rsidRDefault="007A5E59"/>
        </w:tc>
        <w:tc>
          <w:tcPr>
            <w:tcW w:w="0" w:type="auto"/>
          </w:tcPr>
          <w:p w14:paraId="1BBE158E" w14:textId="77777777" w:rsidR="007A5E59" w:rsidRDefault="0095198F">
            <w:pPr>
              <w:jc w:val="center"/>
            </w:pPr>
            <w:r>
              <w:t>300</w:t>
            </w:r>
          </w:p>
        </w:tc>
        <w:tc>
          <w:tcPr>
            <w:tcW w:w="0" w:type="auto"/>
          </w:tcPr>
          <w:p w14:paraId="664D9F6E" w14:textId="77777777" w:rsidR="007A5E59" w:rsidRDefault="0095198F">
            <w:pPr>
              <w:jc w:val="center"/>
            </w:pPr>
            <w:r>
              <w:t>2009</w:t>
            </w:r>
          </w:p>
        </w:tc>
        <w:tc>
          <w:tcPr>
            <w:tcW w:w="0" w:type="auto"/>
          </w:tcPr>
          <w:p w14:paraId="4AEA3DAA" w14:textId="77777777" w:rsidR="007A5E59" w:rsidRDefault="0095198F">
            <w:pPr>
              <w:jc w:val="center"/>
            </w:pPr>
            <w:r>
              <w:t>440</w:t>
            </w:r>
          </w:p>
        </w:tc>
        <w:tc>
          <w:tcPr>
            <w:tcW w:w="0" w:type="auto"/>
          </w:tcPr>
          <w:p w14:paraId="174C8285" w14:textId="77777777" w:rsidR="007A5E59" w:rsidRDefault="0095198F">
            <w:r>
              <w:t>надз.</w:t>
            </w:r>
          </w:p>
        </w:tc>
      </w:tr>
      <w:tr w:rsidR="007A5E59" w14:paraId="01C082D4" w14:textId="77777777">
        <w:trPr>
          <w:jc w:val="center"/>
        </w:trPr>
        <w:tc>
          <w:tcPr>
            <w:tcW w:w="0" w:type="auto"/>
          </w:tcPr>
          <w:p w14:paraId="13C1035E" w14:textId="77777777" w:rsidR="007A5E59" w:rsidRDefault="0095198F">
            <w:pPr>
              <w:jc w:val="center"/>
            </w:pPr>
            <w:r>
              <w:t>205</w:t>
            </w:r>
          </w:p>
        </w:tc>
        <w:tc>
          <w:tcPr>
            <w:tcW w:w="0" w:type="auto"/>
          </w:tcPr>
          <w:p w14:paraId="6EAAF29B" w14:textId="77777777" w:rsidR="007A5E59" w:rsidRDefault="0095198F">
            <w:r>
              <w:t>Ул.Ноградская 3 – ул. Поспелова 7</w:t>
            </w:r>
          </w:p>
        </w:tc>
        <w:tc>
          <w:tcPr>
            <w:tcW w:w="0" w:type="auto"/>
          </w:tcPr>
          <w:p w14:paraId="2F2A0CC3" w14:textId="77777777" w:rsidR="007A5E59" w:rsidRDefault="0095198F">
            <w:pPr>
              <w:jc w:val="center"/>
            </w:pPr>
            <w:r>
              <w:t>300</w:t>
            </w:r>
          </w:p>
        </w:tc>
        <w:tc>
          <w:tcPr>
            <w:tcW w:w="0" w:type="auto"/>
          </w:tcPr>
          <w:p w14:paraId="7B385068" w14:textId="77777777" w:rsidR="007A5E59" w:rsidRDefault="0095198F">
            <w:pPr>
              <w:jc w:val="center"/>
            </w:pPr>
            <w:r>
              <w:t>1998</w:t>
            </w:r>
          </w:p>
        </w:tc>
        <w:tc>
          <w:tcPr>
            <w:tcW w:w="0" w:type="auto"/>
          </w:tcPr>
          <w:p w14:paraId="3A718F22" w14:textId="77777777" w:rsidR="007A5E59" w:rsidRDefault="0095198F">
            <w:pPr>
              <w:jc w:val="center"/>
            </w:pPr>
            <w:r>
              <w:t>173</w:t>
            </w:r>
          </w:p>
        </w:tc>
        <w:tc>
          <w:tcPr>
            <w:tcW w:w="0" w:type="auto"/>
          </w:tcPr>
          <w:p w14:paraId="318CCDD0" w14:textId="77777777" w:rsidR="007A5E59" w:rsidRDefault="0095198F">
            <w:r>
              <w:t>надз.</w:t>
            </w:r>
          </w:p>
        </w:tc>
      </w:tr>
      <w:tr w:rsidR="007A5E59" w14:paraId="57BB7599" w14:textId="77777777">
        <w:trPr>
          <w:jc w:val="center"/>
        </w:trPr>
        <w:tc>
          <w:tcPr>
            <w:tcW w:w="0" w:type="auto"/>
          </w:tcPr>
          <w:p w14:paraId="51679F75" w14:textId="77777777" w:rsidR="007A5E59" w:rsidRDefault="0095198F">
            <w:pPr>
              <w:jc w:val="center"/>
            </w:pPr>
            <w:r>
              <w:t>206</w:t>
            </w:r>
          </w:p>
        </w:tc>
        <w:tc>
          <w:tcPr>
            <w:tcW w:w="0" w:type="auto"/>
          </w:tcPr>
          <w:p w14:paraId="0F5D3E4D" w14:textId="77777777" w:rsidR="007A5E59" w:rsidRPr="00312815" w:rsidRDefault="0095198F">
            <w:pPr>
              <w:rPr>
                <w:lang w:val="ru-RU"/>
              </w:rPr>
            </w:pPr>
            <w:r w:rsidRPr="00312815">
              <w:rPr>
                <w:lang w:val="ru-RU"/>
              </w:rPr>
              <w:t>Ул.Ноградская, 3 ТК-5-церковь ТК-7</w:t>
            </w:r>
          </w:p>
        </w:tc>
        <w:tc>
          <w:tcPr>
            <w:tcW w:w="0" w:type="auto"/>
          </w:tcPr>
          <w:p w14:paraId="072BBE95" w14:textId="77777777" w:rsidR="007A5E59" w:rsidRDefault="0095198F">
            <w:pPr>
              <w:jc w:val="center"/>
            </w:pPr>
            <w:r>
              <w:t>300</w:t>
            </w:r>
          </w:p>
        </w:tc>
        <w:tc>
          <w:tcPr>
            <w:tcW w:w="0" w:type="auto"/>
          </w:tcPr>
          <w:p w14:paraId="343B0CDB" w14:textId="77777777" w:rsidR="007A5E59" w:rsidRDefault="0095198F">
            <w:pPr>
              <w:jc w:val="center"/>
            </w:pPr>
            <w:r>
              <w:t>2009</w:t>
            </w:r>
          </w:p>
        </w:tc>
        <w:tc>
          <w:tcPr>
            <w:tcW w:w="0" w:type="auto"/>
          </w:tcPr>
          <w:p w14:paraId="58690646" w14:textId="77777777" w:rsidR="007A5E59" w:rsidRDefault="0095198F">
            <w:pPr>
              <w:jc w:val="center"/>
            </w:pPr>
            <w:r>
              <w:t>99</w:t>
            </w:r>
          </w:p>
        </w:tc>
        <w:tc>
          <w:tcPr>
            <w:tcW w:w="0" w:type="auto"/>
          </w:tcPr>
          <w:p w14:paraId="502287AA" w14:textId="77777777" w:rsidR="007A5E59" w:rsidRDefault="0095198F">
            <w:r>
              <w:t>надз.</w:t>
            </w:r>
          </w:p>
        </w:tc>
      </w:tr>
      <w:tr w:rsidR="007A5E59" w14:paraId="2FCC865A" w14:textId="77777777">
        <w:trPr>
          <w:jc w:val="center"/>
        </w:trPr>
        <w:tc>
          <w:tcPr>
            <w:tcW w:w="0" w:type="auto"/>
          </w:tcPr>
          <w:p w14:paraId="4D9B5D8D" w14:textId="77777777" w:rsidR="007A5E59" w:rsidRDefault="0095198F">
            <w:pPr>
              <w:jc w:val="center"/>
            </w:pPr>
            <w:r>
              <w:t>207</w:t>
            </w:r>
          </w:p>
        </w:tc>
        <w:tc>
          <w:tcPr>
            <w:tcW w:w="0" w:type="auto"/>
          </w:tcPr>
          <w:p w14:paraId="5C60C46F" w14:textId="77777777" w:rsidR="007A5E59" w:rsidRDefault="007A5E59"/>
        </w:tc>
        <w:tc>
          <w:tcPr>
            <w:tcW w:w="0" w:type="auto"/>
          </w:tcPr>
          <w:p w14:paraId="075CCAD7" w14:textId="77777777" w:rsidR="007A5E59" w:rsidRDefault="0095198F">
            <w:pPr>
              <w:jc w:val="center"/>
            </w:pPr>
            <w:r>
              <w:t>300</w:t>
            </w:r>
          </w:p>
        </w:tc>
        <w:tc>
          <w:tcPr>
            <w:tcW w:w="0" w:type="auto"/>
          </w:tcPr>
          <w:p w14:paraId="0DDE5EE5" w14:textId="77777777" w:rsidR="007A5E59" w:rsidRDefault="0095198F">
            <w:pPr>
              <w:jc w:val="center"/>
            </w:pPr>
            <w:r>
              <w:t>2009</w:t>
            </w:r>
          </w:p>
        </w:tc>
        <w:tc>
          <w:tcPr>
            <w:tcW w:w="0" w:type="auto"/>
          </w:tcPr>
          <w:p w14:paraId="26EB20EE" w14:textId="77777777" w:rsidR="007A5E59" w:rsidRDefault="0095198F">
            <w:pPr>
              <w:jc w:val="center"/>
            </w:pPr>
            <w:r>
              <w:t>196</w:t>
            </w:r>
          </w:p>
        </w:tc>
        <w:tc>
          <w:tcPr>
            <w:tcW w:w="0" w:type="auto"/>
          </w:tcPr>
          <w:p w14:paraId="255B049B" w14:textId="77777777" w:rsidR="007A5E59" w:rsidRDefault="0095198F">
            <w:r>
              <w:t>надз.</w:t>
            </w:r>
          </w:p>
        </w:tc>
      </w:tr>
      <w:tr w:rsidR="007A5E59" w14:paraId="03489C1D" w14:textId="77777777">
        <w:trPr>
          <w:jc w:val="center"/>
        </w:trPr>
        <w:tc>
          <w:tcPr>
            <w:tcW w:w="0" w:type="auto"/>
          </w:tcPr>
          <w:p w14:paraId="544AEE94" w14:textId="77777777" w:rsidR="007A5E59" w:rsidRDefault="0095198F">
            <w:pPr>
              <w:jc w:val="center"/>
            </w:pPr>
            <w:r>
              <w:t>208</w:t>
            </w:r>
          </w:p>
        </w:tc>
        <w:tc>
          <w:tcPr>
            <w:tcW w:w="0" w:type="auto"/>
          </w:tcPr>
          <w:p w14:paraId="59AF9355" w14:textId="77777777" w:rsidR="007A5E59" w:rsidRDefault="0095198F">
            <w:r>
              <w:t>Церковь ТК-7 -ул.Ноградская 19</w:t>
            </w:r>
          </w:p>
        </w:tc>
        <w:tc>
          <w:tcPr>
            <w:tcW w:w="0" w:type="auto"/>
          </w:tcPr>
          <w:p w14:paraId="3FB40F7A" w14:textId="77777777" w:rsidR="007A5E59" w:rsidRDefault="0095198F">
            <w:pPr>
              <w:jc w:val="center"/>
            </w:pPr>
            <w:r>
              <w:t>250</w:t>
            </w:r>
          </w:p>
        </w:tc>
        <w:tc>
          <w:tcPr>
            <w:tcW w:w="0" w:type="auto"/>
          </w:tcPr>
          <w:p w14:paraId="79C28EDD" w14:textId="77777777" w:rsidR="007A5E59" w:rsidRDefault="0095198F">
            <w:pPr>
              <w:jc w:val="center"/>
            </w:pPr>
            <w:r>
              <w:t>2009</w:t>
            </w:r>
          </w:p>
        </w:tc>
        <w:tc>
          <w:tcPr>
            <w:tcW w:w="0" w:type="auto"/>
          </w:tcPr>
          <w:p w14:paraId="37EFA26E" w14:textId="77777777" w:rsidR="007A5E59" w:rsidRDefault="0095198F">
            <w:pPr>
              <w:jc w:val="center"/>
            </w:pPr>
            <w:r>
              <w:t>160</w:t>
            </w:r>
          </w:p>
        </w:tc>
        <w:tc>
          <w:tcPr>
            <w:tcW w:w="0" w:type="auto"/>
          </w:tcPr>
          <w:p w14:paraId="7F373065" w14:textId="77777777" w:rsidR="007A5E59" w:rsidRDefault="0095198F">
            <w:r>
              <w:t>надз.</w:t>
            </w:r>
          </w:p>
        </w:tc>
      </w:tr>
      <w:tr w:rsidR="007A5E59" w14:paraId="1D4CD854" w14:textId="77777777">
        <w:trPr>
          <w:jc w:val="center"/>
        </w:trPr>
        <w:tc>
          <w:tcPr>
            <w:tcW w:w="0" w:type="auto"/>
          </w:tcPr>
          <w:p w14:paraId="1399BD1C" w14:textId="77777777" w:rsidR="007A5E59" w:rsidRDefault="0095198F">
            <w:pPr>
              <w:jc w:val="center"/>
            </w:pPr>
            <w:r>
              <w:t>209</w:t>
            </w:r>
          </w:p>
        </w:tc>
        <w:tc>
          <w:tcPr>
            <w:tcW w:w="0" w:type="auto"/>
          </w:tcPr>
          <w:p w14:paraId="0BF893F9" w14:textId="77777777" w:rsidR="007A5E59" w:rsidRDefault="0095198F">
            <w:r w:rsidRPr="00312815">
              <w:rPr>
                <w:lang w:val="ru-RU"/>
              </w:rPr>
              <w:t xml:space="preserve">Церковь ТК-7 – ул. Макаренко 8 - ул. </w:t>
            </w:r>
            <w:r>
              <w:t>Ульянова</w:t>
            </w:r>
          </w:p>
        </w:tc>
        <w:tc>
          <w:tcPr>
            <w:tcW w:w="0" w:type="auto"/>
          </w:tcPr>
          <w:p w14:paraId="5A5175CC" w14:textId="77777777" w:rsidR="007A5E59" w:rsidRDefault="0095198F">
            <w:pPr>
              <w:jc w:val="center"/>
            </w:pPr>
            <w:r>
              <w:t>150</w:t>
            </w:r>
          </w:p>
        </w:tc>
        <w:tc>
          <w:tcPr>
            <w:tcW w:w="0" w:type="auto"/>
          </w:tcPr>
          <w:p w14:paraId="0220F1BF" w14:textId="77777777" w:rsidR="007A5E59" w:rsidRDefault="0095198F">
            <w:pPr>
              <w:jc w:val="center"/>
            </w:pPr>
            <w:r>
              <w:t>1985</w:t>
            </w:r>
          </w:p>
        </w:tc>
        <w:tc>
          <w:tcPr>
            <w:tcW w:w="0" w:type="auto"/>
          </w:tcPr>
          <w:p w14:paraId="44E6EFAC" w14:textId="77777777" w:rsidR="007A5E59" w:rsidRDefault="0095198F">
            <w:pPr>
              <w:jc w:val="center"/>
            </w:pPr>
            <w:r>
              <w:t>110</w:t>
            </w:r>
          </w:p>
        </w:tc>
        <w:tc>
          <w:tcPr>
            <w:tcW w:w="0" w:type="auto"/>
          </w:tcPr>
          <w:p w14:paraId="6A8577AB" w14:textId="77777777" w:rsidR="007A5E59" w:rsidRDefault="0095198F">
            <w:r>
              <w:t>надз.</w:t>
            </w:r>
          </w:p>
        </w:tc>
      </w:tr>
      <w:tr w:rsidR="007A5E59" w14:paraId="32F9C34B" w14:textId="77777777">
        <w:trPr>
          <w:jc w:val="center"/>
        </w:trPr>
        <w:tc>
          <w:tcPr>
            <w:tcW w:w="0" w:type="auto"/>
          </w:tcPr>
          <w:p w14:paraId="2813D600" w14:textId="77777777" w:rsidR="007A5E59" w:rsidRDefault="0095198F">
            <w:pPr>
              <w:jc w:val="center"/>
            </w:pPr>
            <w:r>
              <w:t>210</w:t>
            </w:r>
          </w:p>
        </w:tc>
        <w:tc>
          <w:tcPr>
            <w:tcW w:w="0" w:type="auto"/>
          </w:tcPr>
          <w:p w14:paraId="1C057C6B" w14:textId="77777777" w:rsidR="007A5E59" w:rsidRDefault="007A5E59"/>
        </w:tc>
        <w:tc>
          <w:tcPr>
            <w:tcW w:w="0" w:type="auto"/>
          </w:tcPr>
          <w:p w14:paraId="1982D41D" w14:textId="77777777" w:rsidR="007A5E59" w:rsidRDefault="0095198F">
            <w:pPr>
              <w:jc w:val="center"/>
            </w:pPr>
            <w:r>
              <w:t>100</w:t>
            </w:r>
          </w:p>
        </w:tc>
        <w:tc>
          <w:tcPr>
            <w:tcW w:w="0" w:type="auto"/>
          </w:tcPr>
          <w:p w14:paraId="4B101BB3" w14:textId="77777777" w:rsidR="007A5E59" w:rsidRDefault="0095198F">
            <w:pPr>
              <w:jc w:val="center"/>
            </w:pPr>
            <w:r>
              <w:t>1985</w:t>
            </w:r>
          </w:p>
        </w:tc>
        <w:tc>
          <w:tcPr>
            <w:tcW w:w="0" w:type="auto"/>
          </w:tcPr>
          <w:p w14:paraId="44038096" w14:textId="77777777" w:rsidR="007A5E59" w:rsidRDefault="0095198F">
            <w:pPr>
              <w:jc w:val="center"/>
            </w:pPr>
            <w:r>
              <w:t>150</w:t>
            </w:r>
          </w:p>
        </w:tc>
        <w:tc>
          <w:tcPr>
            <w:tcW w:w="0" w:type="auto"/>
          </w:tcPr>
          <w:p w14:paraId="5568DD2C" w14:textId="77777777" w:rsidR="007A5E59" w:rsidRDefault="0095198F">
            <w:r>
              <w:t>надз.</w:t>
            </w:r>
          </w:p>
        </w:tc>
      </w:tr>
      <w:tr w:rsidR="007A5E59" w14:paraId="6F7EF22C" w14:textId="77777777">
        <w:trPr>
          <w:jc w:val="center"/>
        </w:trPr>
        <w:tc>
          <w:tcPr>
            <w:tcW w:w="0" w:type="auto"/>
          </w:tcPr>
          <w:p w14:paraId="32C5D3B6" w14:textId="77777777" w:rsidR="007A5E59" w:rsidRDefault="0095198F">
            <w:pPr>
              <w:jc w:val="center"/>
            </w:pPr>
            <w:r>
              <w:t>211</w:t>
            </w:r>
          </w:p>
        </w:tc>
        <w:tc>
          <w:tcPr>
            <w:tcW w:w="0" w:type="auto"/>
          </w:tcPr>
          <w:p w14:paraId="6A57C12F" w14:textId="77777777" w:rsidR="007A5E59" w:rsidRDefault="0095198F">
            <w:r>
              <w:t>Ул.Ноградская 3 – ул. Нестерова</w:t>
            </w:r>
          </w:p>
        </w:tc>
        <w:tc>
          <w:tcPr>
            <w:tcW w:w="0" w:type="auto"/>
          </w:tcPr>
          <w:p w14:paraId="439B20A2" w14:textId="77777777" w:rsidR="007A5E59" w:rsidRDefault="0095198F">
            <w:pPr>
              <w:jc w:val="center"/>
            </w:pPr>
            <w:r>
              <w:t>150</w:t>
            </w:r>
          </w:p>
        </w:tc>
        <w:tc>
          <w:tcPr>
            <w:tcW w:w="0" w:type="auto"/>
          </w:tcPr>
          <w:p w14:paraId="313FCAA8" w14:textId="77777777" w:rsidR="007A5E59" w:rsidRDefault="0095198F">
            <w:pPr>
              <w:jc w:val="center"/>
            </w:pPr>
            <w:r>
              <w:t>1977</w:t>
            </w:r>
          </w:p>
        </w:tc>
        <w:tc>
          <w:tcPr>
            <w:tcW w:w="0" w:type="auto"/>
          </w:tcPr>
          <w:p w14:paraId="774E66C5" w14:textId="77777777" w:rsidR="007A5E59" w:rsidRDefault="0095198F">
            <w:pPr>
              <w:jc w:val="center"/>
            </w:pPr>
            <w:r>
              <w:t>1 200</w:t>
            </w:r>
          </w:p>
        </w:tc>
        <w:tc>
          <w:tcPr>
            <w:tcW w:w="0" w:type="auto"/>
          </w:tcPr>
          <w:p w14:paraId="15C9884F" w14:textId="77777777" w:rsidR="007A5E59" w:rsidRDefault="0095198F">
            <w:r>
              <w:t>надз.</w:t>
            </w:r>
          </w:p>
        </w:tc>
      </w:tr>
      <w:tr w:rsidR="007A5E59" w14:paraId="0F034B48" w14:textId="77777777">
        <w:trPr>
          <w:jc w:val="center"/>
        </w:trPr>
        <w:tc>
          <w:tcPr>
            <w:tcW w:w="0" w:type="auto"/>
          </w:tcPr>
          <w:p w14:paraId="741D7A04" w14:textId="77777777" w:rsidR="007A5E59" w:rsidRDefault="0095198F">
            <w:pPr>
              <w:jc w:val="center"/>
            </w:pPr>
            <w:r>
              <w:t>212</w:t>
            </w:r>
          </w:p>
        </w:tc>
        <w:tc>
          <w:tcPr>
            <w:tcW w:w="0" w:type="auto"/>
          </w:tcPr>
          <w:p w14:paraId="29DEEB5B" w14:textId="77777777" w:rsidR="007A5E59" w:rsidRDefault="0095198F">
            <w:r>
              <w:t>Тепловые сети Бойлерная №1-участок 505</w:t>
            </w:r>
          </w:p>
        </w:tc>
        <w:tc>
          <w:tcPr>
            <w:tcW w:w="0" w:type="auto"/>
          </w:tcPr>
          <w:p w14:paraId="67F7DE4B" w14:textId="77777777" w:rsidR="007A5E59" w:rsidRDefault="0095198F">
            <w:pPr>
              <w:jc w:val="center"/>
            </w:pPr>
            <w:r>
              <w:t>150</w:t>
            </w:r>
          </w:p>
        </w:tc>
        <w:tc>
          <w:tcPr>
            <w:tcW w:w="0" w:type="auto"/>
          </w:tcPr>
          <w:p w14:paraId="2B17D417" w14:textId="77777777" w:rsidR="007A5E59" w:rsidRDefault="0095198F">
            <w:pPr>
              <w:jc w:val="center"/>
            </w:pPr>
            <w:r>
              <w:t>1988</w:t>
            </w:r>
          </w:p>
        </w:tc>
        <w:tc>
          <w:tcPr>
            <w:tcW w:w="0" w:type="auto"/>
          </w:tcPr>
          <w:p w14:paraId="4C303EF6" w14:textId="77777777" w:rsidR="007A5E59" w:rsidRDefault="0095198F">
            <w:pPr>
              <w:jc w:val="center"/>
            </w:pPr>
            <w:r>
              <w:t>30</w:t>
            </w:r>
          </w:p>
        </w:tc>
        <w:tc>
          <w:tcPr>
            <w:tcW w:w="0" w:type="auto"/>
          </w:tcPr>
          <w:p w14:paraId="71EC3D94" w14:textId="77777777" w:rsidR="007A5E59" w:rsidRDefault="0095198F">
            <w:r>
              <w:t>надз.</w:t>
            </w:r>
          </w:p>
        </w:tc>
      </w:tr>
      <w:tr w:rsidR="007A5E59" w14:paraId="0E9437E7" w14:textId="77777777">
        <w:trPr>
          <w:jc w:val="center"/>
        </w:trPr>
        <w:tc>
          <w:tcPr>
            <w:tcW w:w="0" w:type="auto"/>
          </w:tcPr>
          <w:p w14:paraId="0C6BCE05" w14:textId="77777777" w:rsidR="007A5E59" w:rsidRDefault="0095198F">
            <w:pPr>
              <w:jc w:val="center"/>
            </w:pPr>
            <w:r>
              <w:t>213</w:t>
            </w:r>
          </w:p>
        </w:tc>
        <w:tc>
          <w:tcPr>
            <w:tcW w:w="0" w:type="auto"/>
          </w:tcPr>
          <w:p w14:paraId="1ECB4686" w14:textId="77777777" w:rsidR="007A5E59" w:rsidRDefault="0095198F">
            <w:pPr>
              <w:jc w:val="center"/>
            </w:pPr>
            <w:r>
              <w:t>506</w:t>
            </w:r>
          </w:p>
        </w:tc>
        <w:tc>
          <w:tcPr>
            <w:tcW w:w="0" w:type="auto"/>
          </w:tcPr>
          <w:p w14:paraId="775D38B3" w14:textId="77777777" w:rsidR="007A5E59" w:rsidRDefault="0095198F">
            <w:pPr>
              <w:jc w:val="center"/>
            </w:pPr>
            <w:r>
              <w:t>150</w:t>
            </w:r>
          </w:p>
        </w:tc>
        <w:tc>
          <w:tcPr>
            <w:tcW w:w="0" w:type="auto"/>
          </w:tcPr>
          <w:p w14:paraId="4E5529CE" w14:textId="77777777" w:rsidR="007A5E59" w:rsidRDefault="0095198F">
            <w:pPr>
              <w:jc w:val="center"/>
            </w:pPr>
            <w:r>
              <w:t>1988</w:t>
            </w:r>
          </w:p>
        </w:tc>
        <w:tc>
          <w:tcPr>
            <w:tcW w:w="0" w:type="auto"/>
          </w:tcPr>
          <w:p w14:paraId="3431AA90" w14:textId="77777777" w:rsidR="007A5E59" w:rsidRDefault="0095198F">
            <w:pPr>
              <w:jc w:val="center"/>
            </w:pPr>
            <w:r>
              <w:t>11</w:t>
            </w:r>
          </w:p>
        </w:tc>
        <w:tc>
          <w:tcPr>
            <w:tcW w:w="0" w:type="auto"/>
          </w:tcPr>
          <w:p w14:paraId="70693146" w14:textId="77777777" w:rsidR="007A5E59" w:rsidRDefault="0095198F">
            <w:r>
              <w:t>надз.</w:t>
            </w:r>
          </w:p>
        </w:tc>
      </w:tr>
      <w:tr w:rsidR="007A5E59" w14:paraId="43347C5A" w14:textId="77777777">
        <w:trPr>
          <w:jc w:val="center"/>
        </w:trPr>
        <w:tc>
          <w:tcPr>
            <w:tcW w:w="0" w:type="auto"/>
          </w:tcPr>
          <w:p w14:paraId="67315AED" w14:textId="77777777" w:rsidR="007A5E59" w:rsidRDefault="0095198F">
            <w:pPr>
              <w:jc w:val="center"/>
            </w:pPr>
            <w:r>
              <w:t>214</w:t>
            </w:r>
          </w:p>
        </w:tc>
        <w:tc>
          <w:tcPr>
            <w:tcW w:w="0" w:type="auto"/>
          </w:tcPr>
          <w:p w14:paraId="6B7A3746" w14:textId="77777777" w:rsidR="007A5E59" w:rsidRDefault="0095198F">
            <w:pPr>
              <w:jc w:val="center"/>
            </w:pPr>
            <w:r>
              <w:t>507</w:t>
            </w:r>
          </w:p>
        </w:tc>
        <w:tc>
          <w:tcPr>
            <w:tcW w:w="0" w:type="auto"/>
          </w:tcPr>
          <w:p w14:paraId="4AA757F7" w14:textId="77777777" w:rsidR="007A5E59" w:rsidRDefault="0095198F">
            <w:pPr>
              <w:jc w:val="center"/>
            </w:pPr>
            <w:r>
              <w:t>50</w:t>
            </w:r>
          </w:p>
        </w:tc>
        <w:tc>
          <w:tcPr>
            <w:tcW w:w="0" w:type="auto"/>
          </w:tcPr>
          <w:p w14:paraId="10E668FD" w14:textId="77777777" w:rsidR="007A5E59" w:rsidRDefault="0095198F">
            <w:pPr>
              <w:jc w:val="center"/>
            </w:pPr>
            <w:r>
              <w:t>1988</w:t>
            </w:r>
          </w:p>
        </w:tc>
        <w:tc>
          <w:tcPr>
            <w:tcW w:w="0" w:type="auto"/>
          </w:tcPr>
          <w:p w14:paraId="7256659C" w14:textId="77777777" w:rsidR="007A5E59" w:rsidRDefault="0095198F">
            <w:pPr>
              <w:jc w:val="center"/>
            </w:pPr>
            <w:r>
              <w:t>65</w:t>
            </w:r>
          </w:p>
        </w:tc>
        <w:tc>
          <w:tcPr>
            <w:tcW w:w="0" w:type="auto"/>
          </w:tcPr>
          <w:p w14:paraId="7784F83F" w14:textId="77777777" w:rsidR="007A5E59" w:rsidRDefault="0095198F">
            <w:r>
              <w:t>надз.</w:t>
            </w:r>
          </w:p>
        </w:tc>
      </w:tr>
      <w:tr w:rsidR="007A5E59" w14:paraId="7272ACAA" w14:textId="77777777">
        <w:trPr>
          <w:jc w:val="center"/>
        </w:trPr>
        <w:tc>
          <w:tcPr>
            <w:tcW w:w="0" w:type="auto"/>
          </w:tcPr>
          <w:p w14:paraId="4F935F16" w14:textId="77777777" w:rsidR="007A5E59" w:rsidRDefault="0095198F">
            <w:pPr>
              <w:jc w:val="center"/>
            </w:pPr>
            <w:r>
              <w:t>215</w:t>
            </w:r>
          </w:p>
        </w:tc>
        <w:tc>
          <w:tcPr>
            <w:tcW w:w="0" w:type="auto"/>
          </w:tcPr>
          <w:p w14:paraId="63B3B963" w14:textId="77777777" w:rsidR="007A5E59" w:rsidRDefault="0095198F">
            <w:pPr>
              <w:jc w:val="center"/>
            </w:pPr>
            <w:r>
              <w:t>508</w:t>
            </w:r>
          </w:p>
        </w:tc>
        <w:tc>
          <w:tcPr>
            <w:tcW w:w="0" w:type="auto"/>
          </w:tcPr>
          <w:p w14:paraId="00DC0879" w14:textId="77777777" w:rsidR="007A5E59" w:rsidRDefault="0095198F">
            <w:pPr>
              <w:jc w:val="center"/>
            </w:pPr>
            <w:r>
              <w:t>50</w:t>
            </w:r>
          </w:p>
        </w:tc>
        <w:tc>
          <w:tcPr>
            <w:tcW w:w="0" w:type="auto"/>
          </w:tcPr>
          <w:p w14:paraId="143DC6F4" w14:textId="77777777" w:rsidR="007A5E59" w:rsidRDefault="0095198F">
            <w:pPr>
              <w:jc w:val="center"/>
            </w:pPr>
            <w:r>
              <w:t>1988</w:t>
            </w:r>
          </w:p>
        </w:tc>
        <w:tc>
          <w:tcPr>
            <w:tcW w:w="0" w:type="auto"/>
          </w:tcPr>
          <w:p w14:paraId="21062C93" w14:textId="77777777" w:rsidR="007A5E59" w:rsidRDefault="0095198F">
            <w:pPr>
              <w:jc w:val="center"/>
            </w:pPr>
            <w:r>
              <w:t>80</w:t>
            </w:r>
          </w:p>
        </w:tc>
        <w:tc>
          <w:tcPr>
            <w:tcW w:w="0" w:type="auto"/>
          </w:tcPr>
          <w:p w14:paraId="04E8CFA5" w14:textId="77777777" w:rsidR="007A5E59" w:rsidRDefault="0095198F">
            <w:r>
              <w:t>надз.</w:t>
            </w:r>
          </w:p>
        </w:tc>
      </w:tr>
      <w:tr w:rsidR="007A5E59" w14:paraId="4A142D4E" w14:textId="77777777">
        <w:trPr>
          <w:jc w:val="center"/>
        </w:trPr>
        <w:tc>
          <w:tcPr>
            <w:tcW w:w="0" w:type="auto"/>
          </w:tcPr>
          <w:p w14:paraId="3456F566" w14:textId="77777777" w:rsidR="007A5E59" w:rsidRDefault="0095198F">
            <w:pPr>
              <w:jc w:val="center"/>
            </w:pPr>
            <w:r>
              <w:t>216</w:t>
            </w:r>
          </w:p>
        </w:tc>
        <w:tc>
          <w:tcPr>
            <w:tcW w:w="0" w:type="auto"/>
          </w:tcPr>
          <w:p w14:paraId="0711210D" w14:textId="77777777" w:rsidR="007A5E59" w:rsidRDefault="0095198F">
            <w:r>
              <w:t>509-515</w:t>
            </w:r>
          </w:p>
        </w:tc>
        <w:tc>
          <w:tcPr>
            <w:tcW w:w="0" w:type="auto"/>
          </w:tcPr>
          <w:p w14:paraId="372D9EC7" w14:textId="77777777" w:rsidR="007A5E59" w:rsidRDefault="0095198F">
            <w:pPr>
              <w:jc w:val="center"/>
            </w:pPr>
            <w:r>
              <w:t>150</w:t>
            </w:r>
          </w:p>
        </w:tc>
        <w:tc>
          <w:tcPr>
            <w:tcW w:w="0" w:type="auto"/>
          </w:tcPr>
          <w:p w14:paraId="6C3114D4" w14:textId="77777777" w:rsidR="007A5E59" w:rsidRDefault="0095198F">
            <w:pPr>
              <w:jc w:val="center"/>
            </w:pPr>
            <w:r>
              <w:t>2010</w:t>
            </w:r>
          </w:p>
        </w:tc>
        <w:tc>
          <w:tcPr>
            <w:tcW w:w="0" w:type="auto"/>
          </w:tcPr>
          <w:p w14:paraId="31F8EF5E" w14:textId="77777777" w:rsidR="007A5E59" w:rsidRDefault="0095198F">
            <w:pPr>
              <w:jc w:val="center"/>
            </w:pPr>
            <w:r>
              <w:t>147,50</w:t>
            </w:r>
          </w:p>
        </w:tc>
        <w:tc>
          <w:tcPr>
            <w:tcW w:w="0" w:type="auto"/>
          </w:tcPr>
          <w:p w14:paraId="3603C7C9" w14:textId="77777777" w:rsidR="007A5E59" w:rsidRDefault="0095198F">
            <w:r>
              <w:t>надз.</w:t>
            </w:r>
          </w:p>
        </w:tc>
      </w:tr>
      <w:tr w:rsidR="007A5E59" w14:paraId="79E6F43D" w14:textId="77777777">
        <w:trPr>
          <w:jc w:val="center"/>
        </w:trPr>
        <w:tc>
          <w:tcPr>
            <w:tcW w:w="0" w:type="auto"/>
          </w:tcPr>
          <w:p w14:paraId="031AE786" w14:textId="77777777" w:rsidR="007A5E59" w:rsidRDefault="0095198F">
            <w:pPr>
              <w:jc w:val="center"/>
            </w:pPr>
            <w:r>
              <w:t>217</w:t>
            </w:r>
          </w:p>
        </w:tc>
        <w:tc>
          <w:tcPr>
            <w:tcW w:w="0" w:type="auto"/>
          </w:tcPr>
          <w:p w14:paraId="3A30BF85" w14:textId="77777777" w:rsidR="007A5E59" w:rsidRDefault="0095198F">
            <w:r>
              <w:t>517-519</w:t>
            </w:r>
          </w:p>
        </w:tc>
        <w:tc>
          <w:tcPr>
            <w:tcW w:w="0" w:type="auto"/>
          </w:tcPr>
          <w:p w14:paraId="7B3021DD" w14:textId="77777777" w:rsidR="007A5E59" w:rsidRDefault="0095198F">
            <w:pPr>
              <w:jc w:val="center"/>
            </w:pPr>
            <w:r>
              <w:t>150</w:t>
            </w:r>
          </w:p>
        </w:tc>
        <w:tc>
          <w:tcPr>
            <w:tcW w:w="0" w:type="auto"/>
          </w:tcPr>
          <w:p w14:paraId="0090163F" w14:textId="77777777" w:rsidR="007A5E59" w:rsidRDefault="0095198F">
            <w:pPr>
              <w:jc w:val="center"/>
            </w:pPr>
            <w:r>
              <w:t>1996</w:t>
            </w:r>
          </w:p>
        </w:tc>
        <w:tc>
          <w:tcPr>
            <w:tcW w:w="0" w:type="auto"/>
          </w:tcPr>
          <w:p w14:paraId="32B22536" w14:textId="77777777" w:rsidR="007A5E59" w:rsidRDefault="0095198F">
            <w:pPr>
              <w:jc w:val="center"/>
            </w:pPr>
            <w:r>
              <w:t>69,50</w:t>
            </w:r>
          </w:p>
        </w:tc>
        <w:tc>
          <w:tcPr>
            <w:tcW w:w="0" w:type="auto"/>
          </w:tcPr>
          <w:p w14:paraId="774A568A" w14:textId="77777777" w:rsidR="007A5E59" w:rsidRDefault="0095198F">
            <w:r>
              <w:t>надз.</w:t>
            </w:r>
          </w:p>
        </w:tc>
      </w:tr>
      <w:tr w:rsidR="007A5E59" w14:paraId="4463E164" w14:textId="77777777">
        <w:trPr>
          <w:jc w:val="center"/>
        </w:trPr>
        <w:tc>
          <w:tcPr>
            <w:tcW w:w="0" w:type="auto"/>
          </w:tcPr>
          <w:p w14:paraId="2C34B362" w14:textId="77777777" w:rsidR="007A5E59" w:rsidRDefault="0095198F">
            <w:pPr>
              <w:jc w:val="center"/>
            </w:pPr>
            <w:r>
              <w:t>218</w:t>
            </w:r>
          </w:p>
        </w:tc>
        <w:tc>
          <w:tcPr>
            <w:tcW w:w="0" w:type="auto"/>
          </w:tcPr>
          <w:p w14:paraId="7CD28DBD" w14:textId="77777777" w:rsidR="007A5E59" w:rsidRDefault="0095198F">
            <w:pPr>
              <w:jc w:val="center"/>
            </w:pPr>
            <w:r>
              <w:t>520</w:t>
            </w:r>
          </w:p>
        </w:tc>
        <w:tc>
          <w:tcPr>
            <w:tcW w:w="0" w:type="auto"/>
          </w:tcPr>
          <w:p w14:paraId="34949561" w14:textId="77777777" w:rsidR="007A5E59" w:rsidRDefault="0095198F">
            <w:pPr>
              <w:jc w:val="center"/>
            </w:pPr>
            <w:r>
              <w:t>100</w:t>
            </w:r>
          </w:p>
        </w:tc>
        <w:tc>
          <w:tcPr>
            <w:tcW w:w="0" w:type="auto"/>
          </w:tcPr>
          <w:p w14:paraId="43337EAF" w14:textId="77777777" w:rsidR="007A5E59" w:rsidRDefault="0095198F">
            <w:pPr>
              <w:jc w:val="center"/>
            </w:pPr>
            <w:r>
              <w:t>2011</w:t>
            </w:r>
          </w:p>
        </w:tc>
        <w:tc>
          <w:tcPr>
            <w:tcW w:w="0" w:type="auto"/>
          </w:tcPr>
          <w:p w14:paraId="298FCE40" w14:textId="77777777" w:rsidR="007A5E59" w:rsidRDefault="0095198F">
            <w:pPr>
              <w:jc w:val="center"/>
            </w:pPr>
            <w:r>
              <w:t>200</w:t>
            </w:r>
          </w:p>
        </w:tc>
        <w:tc>
          <w:tcPr>
            <w:tcW w:w="0" w:type="auto"/>
          </w:tcPr>
          <w:p w14:paraId="0CE83C74" w14:textId="77777777" w:rsidR="007A5E59" w:rsidRDefault="0095198F">
            <w:r>
              <w:t>надз.</w:t>
            </w:r>
          </w:p>
        </w:tc>
      </w:tr>
      <w:tr w:rsidR="007A5E59" w14:paraId="04926A9A" w14:textId="77777777">
        <w:trPr>
          <w:jc w:val="center"/>
        </w:trPr>
        <w:tc>
          <w:tcPr>
            <w:tcW w:w="0" w:type="auto"/>
          </w:tcPr>
          <w:p w14:paraId="46CA9C75" w14:textId="77777777" w:rsidR="007A5E59" w:rsidRDefault="0095198F">
            <w:pPr>
              <w:jc w:val="center"/>
            </w:pPr>
            <w:r>
              <w:t>219</w:t>
            </w:r>
          </w:p>
        </w:tc>
        <w:tc>
          <w:tcPr>
            <w:tcW w:w="0" w:type="auto"/>
          </w:tcPr>
          <w:p w14:paraId="65E11A41" w14:textId="77777777" w:rsidR="007A5E59" w:rsidRDefault="0095198F">
            <w:pPr>
              <w:jc w:val="center"/>
            </w:pPr>
            <w:r>
              <w:t>521</w:t>
            </w:r>
          </w:p>
        </w:tc>
        <w:tc>
          <w:tcPr>
            <w:tcW w:w="0" w:type="auto"/>
          </w:tcPr>
          <w:p w14:paraId="07B92315" w14:textId="77777777" w:rsidR="007A5E59" w:rsidRDefault="0095198F">
            <w:pPr>
              <w:jc w:val="center"/>
            </w:pPr>
            <w:r>
              <w:t>50</w:t>
            </w:r>
          </w:p>
        </w:tc>
        <w:tc>
          <w:tcPr>
            <w:tcW w:w="0" w:type="auto"/>
          </w:tcPr>
          <w:p w14:paraId="64838C95" w14:textId="77777777" w:rsidR="007A5E59" w:rsidRDefault="0095198F">
            <w:pPr>
              <w:jc w:val="center"/>
            </w:pPr>
            <w:r>
              <w:t>1988</w:t>
            </w:r>
          </w:p>
        </w:tc>
        <w:tc>
          <w:tcPr>
            <w:tcW w:w="0" w:type="auto"/>
          </w:tcPr>
          <w:p w14:paraId="25B51390" w14:textId="77777777" w:rsidR="007A5E59" w:rsidRDefault="0095198F">
            <w:pPr>
              <w:jc w:val="center"/>
            </w:pPr>
            <w:r>
              <w:t>300</w:t>
            </w:r>
          </w:p>
        </w:tc>
        <w:tc>
          <w:tcPr>
            <w:tcW w:w="0" w:type="auto"/>
          </w:tcPr>
          <w:p w14:paraId="2EBC3037" w14:textId="77777777" w:rsidR="007A5E59" w:rsidRDefault="0095198F">
            <w:r>
              <w:t>надз.</w:t>
            </w:r>
          </w:p>
        </w:tc>
      </w:tr>
      <w:tr w:rsidR="007A5E59" w14:paraId="00802E1C" w14:textId="77777777">
        <w:trPr>
          <w:jc w:val="center"/>
        </w:trPr>
        <w:tc>
          <w:tcPr>
            <w:tcW w:w="0" w:type="auto"/>
          </w:tcPr>
          <w:p w14:paraId="00104767" w14:textId="77777777" w:rsidR="007A5E59" w:rsidRDefault="0095198F">
            <w:pPr>
              <w:jc w:val="center"/>
            </w:pPr>
            <w:r>
              <w:t>220</w:t>
            </w:r>
          </w:p>
        </w:tc>
        <w:tc>
          <w:tcPr>
            <w:tcW w:w="0" w:type="auto"/>
          </w:tcPr>
          <w:p w14:paraId="0B8FE967" w14:textId="77777777" w:rsidR="007A5E59" w:rsidRDefault="0095198F">
            <w:r>
              <w:t>Ул. Увальная – ул. Солнечная</w:t>
            </w:r>
          </w:p>
        </w:tc>
        <w:tc>
          <w:tcPr>
            <w:tcW w:w="0" w:type="auto"/>
          </w:tcPr>
          <w:p w14:paraId="2AF9C3A0" w14:textId="77777777" w:rsidR="007A5E59" w:rsidRDefault="0095198F">
            <w:pPr>
              <w:jc w:val="center"/>
            </w:pPr>
            <w:r>
              <w:t>150</w:t>
            </w:r>
          </w:p>
        </w:tc>
        <w:tc>
          <w:tcPr>
            <w:tcW w:w="0" w:type="auto"/>
          </w:tcPr>
          <w:p w14:paraId="4AD2A2E4" w14:textId="77777777" w:rsidR="007A5E59" w:rsidRDefault="0095198F">
            <w:pPr>
              <w:jc w:val="center"/>
            </w:pPr>
            <w:r>
              <w:t>1996</w:t>
            </w:r>
          </w:p>
        </w:tc>
        <w:tc>
          <w:tcPr>
            <w:tcW w:w="0" w:type="auto"/>
          </w:tcPr>
          <w:p w14:paraId="0DBFDD52" w14:textId="77777777" w:rsidR="007A5E59" w:rsidRDefault="0095198F">
            <w:pPr>
              <w:jc w:val="center"/>
            </w:pPr>
            <w:r>
              <w:t>307</w:t>
            </w:r>
          </w:p>
        </w:tc>
        <w:tc>
          <w:tcPr>
            <w:tcW w:w="0" w:type="auto"/>
          </w:tcPr>
          <w:p w14:paraId="149A5A20" w14:textId="77777777" w:rsidR="007A5E59" w:rsidRDefault="0095198F">
            <w:r>
              <w:t>надз.</w:t>
            </w:r>
          </w:p>
        </w:tc>
      </w:tr>
      <w:tr w:rsidR="007A5E59" w14:paraId="6648ED12" w14:textId="77777777">
        <w:trPr>
          <w:jc w:val="center"/>
        </w:trPr>
        <w:tc>
          <w:tcPr>
            <w:tcW w:w="0" w:type="auto"/>
          </w:tcPr>
          <w:p w14:paraId="5075894A" w14:textId="77777777" w:rsidR="007A5E59" w:rsidRDefault="0095198F">
            <w:pPr>
              <w:jc w:val="center"/>
            </w:pPr>
            <w:r>
              <w:t>221</w:t>
            </w:r>
          </w:p>
        </w:tc>
        <w:tc>
          <w:tcPr>
            <w:tcW w:w="0" w:type="auto"/>
          </w:tcPr>
          <w:p w14:paraId="4820C0AA" w14:textId="77777777" w:rsidR="007A5E59" w:rsidRDefault="0095198F">
            <w:pPr>
              <w:jc w:val="center"/>
            </w:pPr>
            <w:r>
              <w:t>522</w:t>
            </w:r>
          </w:p>
        </w:tc>
        <w:tc>
          <w:tcPr>
            <w:tcW w:w="0" w:type="auto"/>
          </w:tcPr>
          <w:p w14:paraId="2B8C0477" w14:textId="77777777" w:rsidR="007A5E59" w:rsidRDefault="0095198F">
            <w:pPr>
              <w:jc w:val="center"/>
            </w:pPr>
            <w:r>
              <w:t>100</w:t>
            </w:r>
          </w:p>
        </w:tc>
        <w:tc>
          <w:tcPr>
            <w:tcW w:w="0" w:type="auto"/>
          </w:tcPr>
          <w:p w14:paraId="35940061" w14:textId="77777777" w:rsidR="007A5E59" w:rsidRDefault="0095198F">
            <w:pPr>
              <w:jc w:val="center"/>
            </w:pPr>
            <w:r>
              <w:t>2011</w:t>
            </w:r>
          </w:p>
        </w:tc>
        <w:tc>
          <w:tcPr>
            <w:tcW w:w="0" w:type="auto"/>
          </w:tcPr>
          <w:p w14:paraId="09DF5718" w14:textId="77777777" w:rsidR="007A5E59" w:rsidRDefault="0095198F">
            <w:pPr>
              <w:jc w:val="center"/>
            </w:pPr>
            <w:r>
              <w:t>315</w:t>
            </w:r>
          </w:p>
        </w:tc>
        <w:tc>
          <w:tcPr>
            <w:tcW w:w="0" w:type="auto"/>
          </w:tcPr>
          <w:p w14:paraId="581CDCA1" w14:textId="77777777" w:rsidR="007A5E59" w:rsidRDefault="0095198F">
            <w:r>
              <w:t>надз.</w:t>
            </w:r>
          </w:p>
        </w:tc>
      </w:tr>
      <w:tr w:rsidR="007A5E59" w14:paraId="3E81C973" w14:textId="77777777">
        <w:trPr>
          <w:jc w:val="center"/>
        </w:trPr>
        <w:tc>
          <w:tcPr>
            <w:tcW w:w="0" w:type="auto"/>
          </w:tcPr>
          <w:p w14:paraId="16BBAA8D" w14:textId="77777777" w:rsidR="007A5E59" w:rsidRDefault="0095198F">
            <w:pPr>
              <w:jc w:val="center"/>
            </w:pPr>
            <w:r>
              <w:t>222</w:t>
            </w:r>
          </w:p>
        </w:tc>
        <w:tc>
          <w:tcPr>
            <w:tcW w:w="0" w:type="auto"/>
          </w:tcPr>
          <w:p w14:paraId="388AA2FD" w14:textId="77777777" w:rsidR="007A5E59" w:rsidRDefault="0095198F">
            <w:pPr>
              <w:jc w:val="center"/>
            </w:pPr>
            <w:r>
              <w:t>531</w:t>
            </w:r>
          </w:p>
        </w:tc>
        <w:tc>
          <w:tcPr>
            <w:tcW w:w="0" w:type="auto"/>
          </w:tcPr>
          <w:p w14:paraId="399B8D7E" w14:textId="77777777" w:rsidR="007A5E59" w:rsidRDefault="0095198F">
            <w:pPr>
              <w:jc w:val="center"/>
            </w:pPr>
            <w:r>
              <w:t>50</w:t>
            </w:r>
          </w:p>
        </w:tc>
        <w:tc>
          <w:tcPr>
            <w:tcW w:w="0" w:type="auto"/>
          </w:tcPr>
          <w:p w14:paraId="1F8FDC7D" w14:textId="77777777" w:rsidR="007A5E59" w:rsidRDefault="0095198F">
            <w:pPr>
              <w:jc w:val="center"/>
            </w:pPr>
            <w:r>
              <w:t>1988</w:t>
            </w:r>
          </w:p>
        </w:tc>
        <w:tc>
          <w:tcPr>
            <w:tcW w:w="0" w:type="auto"/>
          </w:tcPr>
          <w:p w14:paraId="6D0A6659" w14:textId="77777777" w:rsidR="007A5E59" w:rsidRDefault="0095198F">
            <w:pPr>
              <w:jc w:val="center"/>
            </w:pPr>
            <w:r>
              <w:t>50</w:t>
            </w:r>
          </w:p>
        </w:tc>
        <w:tc>
          <w:tcPr>
            <w:tcW w:w="0" w:type="auto"/>
          </w:tcPr>
          <w:p w14:paraId="4305545A" w14:textId="77777777" w:rsidR="007A5E59" w:rsidRDefault="0095198F">
            <w:r>
              <w:t>надз.</w:t>
            </w:r>
          </w:p>
        </w:tc>
      </w:tr>
      <w:tr w:rsidR="007A5E59" w14:paraId="68971EFE" w14:textId="77777777">
        <w:trPr>
          <w:jc w:val="center"/>
        </w:trPr>
        <w:tc>
          <w:tcPr>
            <w:tcW w:w="0" w:type="auto"/>
          </w:tcPr>
          <w:p w14:paraId="141A28EE" w14:textId="77777777" w:rsidR="007A5E59" w:rsidRDefault="0095198F">
            <w:pPr>
              <w:jc w:val="center"/>
            </w:pPr>
            <w:r>
              <w:t>223</w:t>
            </w:r>
          </w:p>
        </w:tc>
        <w:tc>
          <w:tcPr>
            <w:tcW w:w="0" w:type="auto"/>
          </w:tcPr>
          <w:p w14:paraId="4AA0F85E" w14:textId="77777777" w:rsidR="007A5E59" w:rsidRPr="00312815" w:rsidRDefault="0095198F">
            <w:pPr>
              <w:rPr>
                <w:lang w:val="ru-RU"/>
              </w:rPr>
            </w:pPr>
            <w:r w:rsidRPr="00312815">
              <w:rPr>
                <w:lang w:val="ru-RU"/>
              </w:rPr>
              <w:t>Сети теплоснабжения от колодца ТК-2 до дома №9 г.Таштагол, ул.Энергетиков Кадастровый номер 42:34:0105015:66 подача</w:t>
            </w:r>
          </w:p>
        </w:tc>
        <w:tc>
          <w:tcPr>
            <w:tcW w:w="0" w:type="auto"/>
          </w:tcPr>
          <w:p w14:paraId="1C651A0C" w14:textId="77777777" w:rsidR="007A5E59" w:rsidRDefault="0095198F">
            <w:pPr>
              <w:jc w:val="center"/>
            </w:pPr>
            <w:r>
              <w:t>80</w:t>
            </w:r>
          </w:p>
        </w:tc>
        <w:tc>
          <w:tcPr>
            <w:tcW w:w="0" w:type="auto"/>
          </w:tcPr>
          <w:p w14:paraId="6DA50769" w14:textId="77777777" w:rsidR="007A5E59" w:rsidRDefault="0095198F">
            <w:pPr>
              <w:jc w:val="center"/>
            </w:pPr>
            <w:r>
              <w:t>2004</w:t>
            </w:r>
          </w:p>
        </w:tc>
        <w:tc>
          <w:tcPr>
            <w:tcW w:w="0" w:type="auto"/>
          </w:tcPr>
          <w:p w14:paraId="6F1A4B2A" w14:textId="77777777" w:rsidR="007A5E59" w:rsidRDefault="0095198F">
            <w:pPr>
              <w:jc w:val="center"/>
            </w:pPr>
            <w:r>
              <w:t>242</w:t>
            </w:r>
          </w:p>
        </w:tc>
        <w:tc>
          <w:tcPr>
            <w:tcW w:w="0" w:type="auto"/>
          </w:tcPr>
          <w:p w14:paraId="5EC28C8E" w14:textId="77777777" w:rsidR="007A5E59" w:rsidRDefault="0095198F">
            <w:r>
              <w:t>надз.</w:t>
            </w:r>
          </w:p>
        </w:tc>
      </w:tr>
      <w:tr w:rsidR="007A5E59" w14:paraId="0D7BF7A4" w14:textId="77777777">
        <w:trPr>
          <w:jc w:val="center"/>
        </w:trPr>
        <w:tc>
          <w:tcPr>
            <w:tcW w:w="0" w:type="auto"/>
          </w:tcPr>
          <w:p w14:paraId="088CD656" w14:textId="77777777" w:rsidR="007A5E59" w:rsidRDefault="0095198F">
            <w:pPr>
              <w:jc w:val="center"/>
            </w:pPr>
            <w:r>
              <w:t>224</w:t>
            </w:r>
          </w:p>
        </w:tc>
        <w:tc>
          <w:tcPr>
            <w:tcW w:w="0" w:type="auto"/>
          </w:tcPr>
          <w:p w14:paraId="1E074F7A" w14:textId="77777777" w:rsidR="007A5E59" w:rsidRPr="00312815" w:rsidRDefault="0095198F">
            <w:pPr>
              <w:rPr>
                <w:lang w:val="ru-RU"/>
              </w:rPr>
            </w:pPr>
            <w:r w:rsidRPr="00312815">
              <w:rPr>
                <w:lang w:val="ru-RU"/>
              </w:rPr>
              <w:t>Сети теплоснабжения от колодца ТК-2 до дома №9 г.Таштагол, ул.Энергетиков Кадастровый номер 42:34:0105015:66 обратка</w:t>
            </w:r>
          </w:p>
        </w:tc>
        <w:tc>
          <w:tcPr>
            <w:tcW w:w="0" w:type="auto"/>
          </w:tcPr>
          <w:p w14:paraId="1980B192" w14:textId="77777777" w:rsidR="007A5E59" w:rsidRDefault="0095198F">
            <w:pPr>
              <w:jc w:val="center"/>
            </w:pPr>
            <w:r>
              <w:t>65</w:t>
            </w:r>
          </w:p>
        </w:tc>
        <w:tc>
          <w:tcPr>
            <w:tcW w:w="0" w:type="auto"/>
          </w:tcPr>
          <w:p w14:paraId="7928F4FE" w14:textId="77777777" w:rsidR="007A5E59" w:rsidRDefault="0095198F">
            <w:pPr>
              <w:jc w:val="center"/>
            </w:pPr>
            <w:r>
              <w:t>2004</w:t>
            </w:r>
          </w:p>
        </w:tc>
        <w:tc>
          <w:tcPr>
            <w:tcW w:w="0" w:type="auto"/>
          </w:tcPr>
          <w:p w14:paraId="334BB500" w14:textId="77777777" w:rsidR="007A5E59" w:rsidRDefault="0095198F">
            <w:pPr>
              <w:jc w:val="center"/>
            </w:pPr>
            <w:r>
              <w:t>242</w:t>
            </w:r>
          </w:p>
        </w:tc>
        <w:tc>
          <w:tcPr>
            <w:tcW w:w="0" w:type="auto"/>
          </w:tcPr>
          <w:p w14:paraId="7A6B9D3C" w14:textId="77777777" w:rsidR="007A5E59" w:rsidRDefault="0095198F">
            <w:r>
              <w:t>надз.</w:t>
            </w:r>
          </w:p>
        </w:tc>
      </w:tr>
      <w:tr w:rsidR="007A5E59" w14:paraId="15E1C77B" w14:textId="77777777">
        <w:trPr>
          <w:jc w:val="center"/>
        </w:trPr>
        <w:tc>
          <w:tcPr>
            <w:tcW w:w="0" w:type="auto"/>
          </w:tcPr>
          <w:p w14:paraId="67D81755" w14:textId="77777777" w:rsidR="007A5E59" w:rsidRDefault="0095198F">
            <w:pPr>
              <w:jc w:val="center"/>
            </w:pPr>
            <w:r>
              <w:t>225</w:t>
            </w:r>
          </w:p>
        </w:tc>
        <w:tc>
          <w:tcPr>
            <w:tcW w:w="0" w:type="auto"/>
          </w:tcPr>
          <w:p w14:paraId="68040007" w14:textId="77777777" w:rsidR="007A5E59" w:rsidRPr="00312815" w:rsidRDefault="0095198F">
            <w:pPr>
              <w:rPr>
                <w:lang w:val="ru-RU"/>
              </w:rPr>
            </w:pPr>
            <w:r w:rsidRPr="00312815">
              <w:rPr>
                <w:lang w:val="ru-RU"/>
              </w:rPr>
              <w:t>Сети теплоснабжения (протяж. 223м) по ул.Матросова (район ВГСЧ)</w:t>
            </w:r>
          </w:p>
        </w:tc>
        <w:tc>
          <w:tcPr>
            <w:tcW w:w="0" w:type="auto"/>
          </w:tcPr>
          <w:p w14:paraId="7C81F8D0" w14:textId="77777777" w:rsidR="007A5E59" w:rsidRDefault="0095198F">
            <w:pPr>
              <w:jc w:val="center"/>
            </w:pPr>
            <w:r>
              <w:t>65</w:t>
            </w:r>
          </w:p>
        </w:tc>
        <w:tc>
          <w:tcPr>
            <w:tcW w:w="0" w:type="auto"/>
          </w:tcPr>
          <w:p w14:paraId="21332F76" w14:textId="77777777" w:rsidR="007A5E59" w:rsidRDefault="0095198F">
            <w:pPr>
              <w:jc w:val="center"/>
            </w:pPr>
            <w:r>
              <w:t>1995</w:t>
            </w:r>
          </w:p>
        </w:tc>
        <w:tc>
          <w:tcPr>
            <w:tcW w:w="0" w:type="auto"/>
          </w:tcPr>
          <w:p w14:paraId="43B08AEC" w14:textId="77777777" w:rsidR="007A5E59" w:rsidRDefault="0095198F">
            <w:pPr>
              <w:jc w:val="center"/>
            </w:pPr>
            <w:r>
              <w:t>84,30</w:t>
            </w:r>
          </w:p>
        </w:tc>
        <w:tc>
          <w:tcPr>
            <w:tcW w:w="0" w:type="auto"/>
          </w:tcPr>
          <w:p w14:paraId="66CE5D65" w14:textId="77777777" w:rsidR="007A5E59" w:rsidRDefault="0095198F">
            <w:r>
              <w:t>канал.</w:t>
            </w:r>
          </w:p>
        </w:tc>
      </w:tr>
      <w:tr w:rsidR="007A5E59" w14:paraId="039A89F9" w14:textId="77777777">
        <w:trPr>
          <w:jc w:val="center"/>
        </w:trPr>
        <w:tc>
          <w:tcPr>
            <w:tcW w:w="0" w:type="auto"/>
          </w:tcPr>
          <w:p w14:paraId="11AE80B8" w14:textId="77777777" w:rsidR="007A5E59" w:rsidRDefault="0095198F">
            <w:pPr>
              <w:jc w:val="center"/>
            </w:pPr>
            <w:r>
              <w:t>226</w:t>
            </w:r>
          </w:p>
        </w:tc>
        <w:tc>
          <w:tcPr>
            <w:tcW w:w="0" w:type="auto"/>
          </w:tcPr>
          <w:p w14:paraId="6E8CCDCF" w14:textId="77777777" w:rsidR="007A5E59" w:rsidRPr="00312815" w:rsidRDefault="0095198F">
            <w:pPr>
              <w:rPr>
                <w:lang w:val="ru-RU"/>
              </w:rPr>
            </w:pPr>
            <w:r w:rsidRPr="00312815">
              <w:rPr>
                <w:lang w:val="ru-RU"/>
              </w:rPr>
              <w:t>Сети теплоснабжения к жил.дому №52 по ул.Матросова (район ВГСЧ)</w:t>
            </w:r>
          </w:p>
        </w:tc>
        <w:tc>
          <w:tcPr>
            <w:tcW w:w="0" w:type="auto"/>
          </w:tcPr>
          <w:p w14:paraId="2AC07C88" w14:textId="77777777" w:rsidR="007A5E59" w:rsidRDefault="0095198F">
            <w:pPr>
              <w:jc w:val="center"/>
            </w:pPr>
            <w:r>
              <w:t>65</w:t>
            </w:r>
          </w:p>
        </w:tc>
        <w:tc>
          <w:tcPr>
            <w:tcW w:w="0" w:type="auto"/>
          </w:tcPr>
          <w:p w14:paraId="35762A79" w14:textId="77777777" w:rsidR="007A5E59" w:rsidRDefault="0095198F">
            <w:pPr>
              <w:jc w:val="center"/>
            </w:pPr>
            <w:r>
              <w:t>1995</w:t>
            </w:r>
          </w:p>
        </w:tc>
        <w:tc>
          <w:tcPr>
            <w:tcW w:w="0" w:type="auto"/>
          </w:tcPr>
          <w:p w14:paraId="11483F39" w14:textId="77777777" w:rsidR="007A5E59" w:rsidRDefault="0095198F">
            <w:pPr>
              <w:jc w:val="center"/>
            </w:pPr>
            <w:r>
              <w:t>84,30</w:t>
            </w:r>
          </w:p>
        </w:tc>
        <w:tc>
          <w:tcPr>
            <w:tcW w:w="0" w:type="auto"/>
          </w:tcPr>
          <w:p w14:paraId="1BAE2A54" w14:textId="77777777" w:rsidR="007A5E59" w:rsidRDefault="0095198F">
            <w:r>
              <w:t>канал.</w:t>
            </w:r>
          </w:p>
        </w:tc>
      </w:tr>
      <w:tr w:rsidR="007A5E59" w14:paraId="1929CE52" w14:textId="77777777">
        <w:trPr>
          <w:jc w:val="center"/>
        </w:trPr>
        <w:tc>
          <w:tcPr>
            <w:tcW w:w="0" w:type="auto"/>
          </w:tcPr>
          <w:p w14:paraId="5AABC470" w14:textId="77777777" w:rsidR="007A5E59" w:rsidRDefault="0095198F">
            <w:pPr>
              <w:jc w:val="center"/>
            </w:pPr>
            <w:r>
              <w:t>227</w:t>
            </w:r>
          </w:p>
        </w:tc>
        <w:tc>
          <w:tcPr>
            <w:tcW w:w="0" w:type="auto"/>
          </w:tcPr>
          <w:p w14:paraId="0A9BD242" w14:textId="77777777" w:rsidR="007A5E59" w:rsidRPr="00312815" w:rsidRDefault="0095198F">
            <w:pPr>
              <w:rPr>
                <w:lang w:val="ru-RU"/>
              </w:rPr>
            </w:pPr>
            <w:r w:rsidRPr="00312815">
              <w:rPr>
                <w:lang w:val="ru-RU"/>
              </w:rPr>
              <w:t>Сети теплоснабжения по ул.Мичурина №74 (район ВГСЧ)</w:t>
            </w:r>
          </w:p>
        </w:tc>
        <w:tc>
          <w:tcPr>
            <w:tcW w:w="0" w:type="auto"/>
          </w:tcPr>
          <w:p w14:paraId="16DDF217" w14:textId="77777777" w:rsidR="007A5E59" w:rsidRDefault="0095198F">
            <w:pPr>
              <w:jc w:val="center"/>
            </w:pPr>
            <w:r>
              <w:t>65</w:t>
            </w:r>
          </w:p>
        </w:tc>
        <w:tc>
          <w:tcPr>
            <w:tcW w:w="0" w:type="auto"/>
          </w:tcPr>
          <w:p w14:paraId="5B9D141A" w14:textId="77777777" w:rsidR="007A5E59" w:rsidRDefault="0095198F">
            <w:pPr>
              <w:jc w:val="center"/>
            </w:pPr>
            <w:r>
              <w:t>1995</w:t>
            </w:r>
          </w:p>
        </w:tc>
        <w:tc>
          <w:tcPr>
            <w:tcW w:w="0" w:type="auto"/>
          </w:tcPr>
          <w:p w14:paraId="341908AE" w14:textId="77777777" w:rsidR="007A5E59" w:rsidRDefault="0095198F">
            <w:pPr>
              <w:jc w:val="center"/>
            </w:pPr>
            <w:r>
              <w:t>84,30</w:t>
            </w:r>
          </w:p>
        </w:tc>
        <w:tc>
          <w:tcPr>
            <w:tcW w:w="0" w:type="auto"/>
          </w:tcPr>
          <w:p w14:paraId="3F6ECFE1" w14:textId="77777777" w:rsidR="007A5E59" w:rsidRDefault="0095198F">
            <w:r>
              <w:t>канал.</w:t>
            </w:r>
          </w:p>
        </w:tc>
      </w:tr>
      <w:tr w:rsidR="007A5E59" w14:paraId="73E9F11E" w14:textId="77777777">
        <w:trPr>
          <w:jc w:val="center"/>
        </w:trPr>
        <w:tc>
          <w:tcPr>
            <w:tcW w:w="0" w:type="auto"/>
          </w:tcPr>
          <w:p w14:paraId="73DCE29F" w14:textId="77777777" w:rsidR="007A5E59" w:rsidRDefault="0095198F">
            <w:pPr>
              <w:jc w:val="center"/>
            </w:pPr>
            <w:r>
              <w:t>228</w:t>
            </w:r>
          </w:p>
        </w:tc>
        <w:tc>
          <w:tcPr>
            <w:tcW w:w="0" w:type="auto"/>
          </w:tcPr>
          <w:p w14:paraId="7BEEEEDC" w14:textId="77777777" w:rsidR="007A5E59" w:rsidRPr="00312815" w:rsidRDefault="0095198F">
            <w:pPr>
              <w:rPr>
                <w:lang w:val="ru-RU"/>
              </w:rPr>
            </w:pPr>
            <w:r w:rsidRPr="00312815">
              <w:rPr>
                <w:lang w:val="ru-RU"/>
              </w:rPr>
              <w:t>Т/н Ленина – ул. Калинина (Ø108)</w:t>
            </w:r>
          </w:p>
        </w:tc>
        <w:tc>
          <w:tcPr>
            <w:tcW w:w="0" w:type="auto"/>
          </w:tcPr>
          <w:p w14:paraId="184E6CEE" w14:textId="77777777" w:rsidR="007A5E59" w:rsidRDefault="0095198F">
            <w:pPr>
              <w:jc w:val="center"/>
            </w:pPr>
            <w:r>
              <w:t>100</w:t>
            </w:r>
          </w:p>
        </w:tc>
        <w:tc>
          <w:tcPr>
            <w:tcW w:w="0" w:type="auto"/>
          </w:tcPr>
          <w:p w14:paraId="13B59572" w14:textId="77777777" w:rsidR="007A5E59" w:rsidRDefault="0095198F">
            <w:pPr>
              <w:jc w:val="center"/>
            </w:pPr>
            <w:r>
              <w:t>2023</w:t>
            </w:r>
          </w:p>
        </w:tc>
        <w:tc>
          <w:tcPr>
            <w:tcW w:w="0" w:type="auto"/>
          </w:tcPr>
          <w:p w14:paraId="3832E59F" w14:textId="77777777" w:rsidR="007A5E59" w:rsidRDefault="0095198F">
            <w:pPr>
              <w:jc w:val="center"/>
            </w:pPr>
            <w:r>
              <w:t>180</w:t>
            </w:r>
          </w:p>
        </w:tc>
        <w:tc>
          <w:tcPr>
            <w:tcW w:w="0" w:type="auto"/>
          </w:tcPr>
          <w:p w14:paraId="139FC8E0" w14:textId="77777777" w:rsidR="007A5E59" w:rsidRDefault="0095198F">
            <w:r>
              <w:t>надз</w:t>
            </w:r>
          </w:p>
        </w:tc>
      </w:tr>
      <w:tr w:rsidR="007A5E59" w14:paraId="68BC7C2E" w14:textId="77777777">
        <w:trPr>
          <w:jc w:val="center"/>
        </w:trPr>
        <w:tc>
          <w:tcPr>
            <w:tcW w:w="0" w:type="auto"/>
          </w:tcPr>
          <w:p w14:paraId="70D4117E" w14:textId="77777777" w:rsidR="007A5E59" w:rsidRDefault="0095198F">
            <w:pPr>
              <w:jc w:val="center"/>
            </w:pPr>
            <w:r>
              <w:t>229</w:t>
            </w:r>
          </w:p>
        </w:tc>
        <w:tc>
          <w:tcPr>
            <w:tcW w:w="0" w:type="auto"/>
          </w:tcPr>
          <w:p w14:paraId="12B009E2" w14:textId="77777777" w:rsidR="007A5E59" w:rsidRPr="00312815" w:rsidRDefault="0095198F">
            <w:pPr>
              <w:rPr>
                <w:lang w:val="ru-RU"/>
              </w:rPr>
            </w:pPr>
            <w:r w:rsidRPr="00312815">
              <w:rPr>
                <w:lang w:val="ru-RU"/>
              </w:rPr>
              <w:t>Т/н Ленина – ул. Калинина (Ø159)</w:t>
            </w:r>
          </w:p>
        </w:tc>
        <w:tc>
          <w:tcPr>
            <w:tcW w:w="0" w:type="auto"/>
          </w:tcPr>
          <w:p w14:paraId="0677E75D" w14:textId="77777777" w:rsidR="007A5E59" w:rsidRDefault="0095198F">
            <w:pPr>
              <w:jc w:val="center"/>
            </w:pPr>
            <w:r>
              <w:t>150</w:t>
            </w:r>
          </w:p>
        </w:tc>
        <w:tc>
          <w:tcPr>
            <w:tcW w:w="0" w:type="auto"/>
          </w:tcPr>
          <w:p w14:paraId="40F3A078" w14:textId="77777777" w:rsidR="007A5E59" w:rsidRDefault="0095198F">
            <w:pPr>
              <w:jc w:val="center"/>
            </w:pPr>
            <w:r>
              <w:t>2023</w:t>
            </w:r>
          </w:p>
        </w:tc>
        <w:tc>
          <w:tcPr>
            <w:tcW w:w="0" w:type="auto"/>
          </w:tcPr>
          <w:p w14:paraId="5D5FF296" w14:textId="77777777" w:rsidR="007A5E59" w:rsidRDefault="0095198F">
            <w:pPr>
              <w:jc w:val="center"/>
            </w:pPr>
            <w:r>
              <w:t>507,50</w:t>
            </w:r>
          </w:p>
        </w:tc>
        <w:tc>
          <w:tcPr>
            <w:tcW w:w="0" w:type="auto"/>
          </w:tcPr>
          <w:p w14:paraId="44EA39E9" w14:textId="77777777" w:rsidR="007A5E59" w:rsidRDefault="0095198F">
            <w:r>
              <w:t>канал.</w:t>
            </w:r>
          </w:p>
        </w:tc>
      </w:tr>
      <w:tr w:rsidR="007A5E59" w14:paraId="431D79A0" w14:textId="77777777">
        <w:trPr>
          <w:jc w:val="center"/>
        </w:trPr>
        <w:tc>
          <w:tcPr>
            <w:tcW w:w="0" w:type="auto"/>
          </w:tcPr>
          <w:p w14:paraId="21F4D711" w14:textId="77777777" w:rsidR="007A5E59" w:rsidRDefault="0095198F">
            <w:pPr>
              <w:jc w:val="center"/>
            </w:pPr>
            <w:r>
              <w:t>230</w:t>
            </w:r>
          </w:p>
        </w:tc>
        <w:tc>
          <w:tcPr>
            <w:tcW w:w="0" w:type="auto"/>
          </w:tcPr>
          <w:p w14:paraId="48EB5F4C" w14:textId="77777777" w:rsidR="007A5E59" w:rsidRPr="00312815" w:rsidRDefault="0095198F">
            <w:pPr>
              <w:rPr>
                <w:lang w:val="ru-RU"/>
              </w:rPr>
            </w:pPr>
            <w:r w:rsidRPr="00312815">
              <w:rPr>
                <w:lang w:val="ru-RU"/>
              </w:rPr>
              <w:t>Т/н Ленина – ул. Калинина (Ø159)</w:t>
            </w:r>
          </w:p>
        </w:tc>
        <w:tc>
          <w:tcPr>
            <w:tcW w:w="0" w:type="auto"/>
          </w:tcPr>
          <w:p w14:paraId="08B3C253" w14:textId="77777777" w:rsidR="007A5E59" w:rsidRDefault="0095198F">
            <w:pPr>
              <w:jc w:val="center"/>
            </w:pPr>
            <w:r>
              <w:t>150</w:t>
            </w:r>
          </w:p>
        </w:tc>
        <w:tc>
          <w:tcPr>
            <w:tcW w:w="0" w:type="auto"/>
          </w:tcPr>
          <w:p w14:paraId="7332AA37" w14:textId="77777777" w:rsidR="007A5E59" w:rsidRDefault="0095198F">
            <w:pPr>
              <w:jc w:val="center"/>
            </w:pPr>
            <w:r>
              <w:t>2023</w:t>
            </w:r>
          </w:p>
        </w:tc>
        <w:tc>
          <w:tcPr>
            <w:tcW w:w="0" w:type="auto"/>
          </w:tcPr>
          <w:p w14:paraId="79B8E56E" w14:textId="77777777" w:rsidR="007A5E59" w:rsidRDefault="0095198F">
            <w:pPr>
              <w:jc w:val="center"/>
            </w:pPr>
            <w:r>
              <w:t>1 661</w:t>
            </w:r>
          </w:p>
        </w:tc>
        <w:tc>
          <w:tcPr>
            <w:tcW w:w="0" w:type="auto"/>
          </w:tcPr>
          <w:p w14:paraId="4546AB11" w14:textId="77777777" w:rsidR="007A5E59" w:rsidRDefault="0095198F">
            <w:r>
              <w:t>надз</w:t>
            </w:r>
          </w:p>
        </w:tc>
      </w:tr>
    </w:tbl>
    <w:p w14:paraId="5CCFCFC8" w14:textId="77777777" w:rsidR="007A5E59" w:rsidRDefault="007A5E59"/>
    <w:p w14:paraId="2B6311A3" w14:textId="77777777" w:rsidR="007A5E59" w:rsidRPr="00312815" w:rsidRDefault="0095198F">
      <w:pPr>
        <w:rPr>
          <w:lang w:val="ru-RU"/>
        </w:rPr>
      </w:pPr>
      <w:r w:rsidRPr="00312815">
        <w:rPr>
          <w:b/>
          <w:lang w:val="ru-RU"/>
        </w:rPr>
        <w:t>Таблица П4.2. Характеристики участков тепловых сетей — Производственно-отопительная УПК № 2 Шалым (г. Таштагол)</w:t>
      </w:r>
    </w:p>
    <w:tbl>
      <w:tblPr>
        <w:tblStyle w:val="aff0"/>
        <w:tblW w:w="5000" w:type="pct"/>
        <w:jc w:val="center"/>
        <w:tblCellMar>
          <w:left w:w="57" w:type="dxa"/>
          <w:right w:w="57" w:type="dxa"/>
        </w:tblCellMar>
        <w:tblLook w:val="04A0" w:firstRow="1" w:lastRow="0" w:firstColumn="1" w:lastColumn="0" w:noHBand="0" w:noVBand="1"/>
      </w:tblPr>
      <w:tblGrid>
        <w:gridCol w:w="474"/>
        <w:gridCol w:w="3515"/>
        <w:gridCol w:w="633"/>
        <w:gridCol w:w="998"/>
        <w:gridCol w:w="1943"/>
        <w:gridCol w:w="1782"/>
      </w:tblGrid>
      <w:tr w:rsidR="007A5E59" w14:paraId="0E2D3F5F" w14:textId="77777777">
        <w:trPr>
          <w:cantSplit/>
          <w:tblHeader/>
          <w:jc w:val="center"/>
        </w:trPr>
        <w:tc>
          <w:tcPr>
            <w:tcW w:w="0" w:type="auto"/>
            <w:shd w:val="clear" w:color="auto" w:fill="E2F0D9"/>
            <w:vAlign w:val="center"/>
          </w:tcPr>
          <w:p w14:paraId="12A855DC" w14:textId="77777777" w:rsidR="007A5E59" w:rsidRDefault="0095198F">
            <w:pPr>
              <w:jc w:val="center"/>
            </w:pPr>
            <w:r>
              <w:rPr>
                <w:b/>
              </w:rPr>
              <w:t>№</w:t>
            </w:r>
          </w:p>
        </w:tc>
        <w:tc>
          <w:tcPr>
            <w:tcW w:w="0" w:type="auto"/>
            <w:shd w:val="clear" w:color="auto" w:fill="E2F0D9"/>
            <w:vAlign w:val="center"/>
          </w:tcPr>
          <w:p w14:paraId="5EF2A2E0" w14:textId="77777777" w:rsidR="007A5E59" w:rsidRDefault="0095198F">
            <w:pPr>
              <w:jc w:val="center"/>
            </w:pPr>
            <w:r>
              <w:rPr>
                <w:b/>
              </w:rPr>
              <w:t>Участок сети</w:t>
            </w:r>
          </w:p>
        </w:tc>
        <w:tc>
          <w:tcPr>
            <w:tcW w:w="0" w:type="auto"/>
            <w:shd w:val="clear" w:color="auto" w:fill="E2F0D9"/>
            <w:vAlign w:val="center"/>
          </w:tcPr>
          <w:p w14:paraId="1D5F4FEE" w14:textId="77777777" w:rsidR="007A5E59" w:rsidRDefault="0095198F">
            <w:pPr>
              <w:jc w:val="center"/>
            </w:pPr>
            <w:r>
              <w:rPr>
                <w:b/>
              </w:rPr>
              <w:t>Ø, мм</w:t>
            </w:r>
          </w:p>
        </w:tc>
        <w:tc>
          <w:tcPr>
            <w:tcW w:w="0" w:type="auto"/>
            <w:shd w:val="clear" w:color="auto" w:fill="E2F0D9"/>
            <w:vAlign w:val="center"/>
          </w:tcPr>
          <w:p w14:paraId="6C8A2E28" w14:textId="77777777" w:rsidR="007A5E59" w:rsidRDefault="0095198F">
            <w:pPr>
              <w:jc w:val="center"/>
            </w:pPr>
            <w:r>
              <w:rPr>
                <w:b/>
              </w:rPr>
              <w:t>Год ввода</w:t>
            </w:r>
          </w:p>
        </w:tc>
        <w:tc>
          <w:tcPr>
            <w:tcW w:w="0" w:type="auto"/>
            <w:shd w:val="clear" w:color="auto" w:fill="E2F0D9"/>
            <w:vAlign w:val="center"/>
          </w:tcPr>
          <w:p w14:paraId="0C19A66D" w14:textId="77777777" w:rsidR="007A5E59" w:rsidRPr="00312815" w:rsidRDefault="0095198F">
            <w:pPr>
              <w:jc w:val="center"/>
              <w:rPr>
                <w:lang w:val="ru-RU"/>
              </w:rPr>
            </w:pPr>
            <w:r w:rsidRPr="00312815">
              <w:rPr>
                <w:b/>
                <w:lang w:val="ru-RU"/>
              </w:rPr>
              <w:t>Длина по оси трассы, м</w:t>
            </w:r>
          </w:p>
        </w:tc>
        <w:tc>
          <w:tcPr>
            <w:tcW w:w="0" w:type="auto"/>
            <w:shd w:val="clear" w:color="auto" w:fill="E2F0D9"/>
            <w:vAlign w:val="center"/>
          </w:tcPr>
          <w:p w14:paraId="4F125AAB" w14:textId="77777777" w:rsidR="007A5E59" w:rsidRDefault="0095198F">
            <w:pPr>
              <w:jc w:val="center"/>
            </w:pPr>
            <w:r>
              <w:rPr>
                <w:b/>
              </w:rPr>
              <w:t>Способ прокладки</w:t>
            </w:r>
          </w:p>
        </w:tc>
      </w:tr>
      <w:tr w:rsidR="007A5E59" w14:paraId="4B17320F" w14:textId="77777777">
        <w:trPr>
          <w:jc w:val="center"/>
        </w:trPr>
        <w:tc>
          <w:tcPr>
            <w:tcW w:w="0" w:type="auto"/>
          </w:tcPr>
          <w:p w14:paraId="78E4CC8A" w14:textId="77777777" w:rsidR="007A5E59" w:rsidRDefault="0095198F">
            <w:pPr>
              <w:jc w:val="center"/>
            </w:pPr>
            <w:r>
              <w:t>1</w:t>
            </w:r>
          </w:p>
        </w:tc>
        <w:tc>
          <w:tcPr>
            <w:tcW w:w="0" w:type="auto"/>
          </w:tcPr>
          <w:p w14:paraId="7C87D0B3" w14:textId="77777777" w:rsidR="007A5E59" w:rsidRDefault="0095198F">
            <w:r>
              <w:t>1-1 – 1-1/01</w:t>
            </w:r>
          </w:p>
        </w:tc>
        <w:tc>
          <w:tcPr>
            <w:tcW w:w="0" w:type="auto"/>
          </w:tcPr>
          <w:p w14:paraId="015E6BED" w14:textId="77777777" w:rsidR="007A5E59" w:rsidRDefault="0095198F">
            <w:pPr>
              <w:jc w:val="center"/>
            </w:pPr>
            <w:r>
              <w:t>200</w:t>
            </w:r>
          </w:p>
        </w:tc>
        <w:tc>
          <w:tcPr>
            <w:tcW w:w="0" w:type="auto"/>
          </w:tcPr>
          <w:p w14:paraId="1E5F112E" w14:textId="77777777" w:rsidR="007A5E59" w:rsidRDefault="0095198F">
            <w:pPr>
              <w:jc w:val="center"/>
            </w:pPr>
            <w:r>
              <w:t>1983</w:t>
            </w:r>
          </w:p>
        </w:tc>
        <w:tc>
          <w:tcPr>
            <w:tcW w:w="0" w:type="auto"/>
          </w:tcPr>
          <w:p w14:paraId="4022E063" w14:textId="77777777" w:rsidR="007A5E59" w:rsidRDefault="0095198F">
            <w:pPr>
              <w:jc w:val="center"/>
            </w:pPr>
            <w:r>
              <w:t>15</w:t>
            </w:r>
          </w:p>
        </w:tc>
        <w:tc>
          <w:tcPr>
            <w:tcW w:w="0" w:type="auto"/>
          </w:tcPr>
          <w:p w14:paraId="150710AB" w14:textId="77777777" w:rsidR="007A5E59" w:rsidRDefault="0095198F">
            <w:r>
              <w:t>бесканал.</w:t>
            </w:r>
          </w:p>
        </w:tc>
      </w:tr>
      <w:tr w:rsidR="007A5E59" w14:paraId="0B23AE1F" w14:textId="77777777">
        <w:trPr>
          <w:jc w:val="center"/>
        </w:trPr>
        <w:tc>
          <w:tcPr>
            <w:tcW w:w="0" w:type="auto"/>
          </w:tcPr>
          <w:p w14:paraId="53E83D4B" w14:textId="77777777" w:rsidR="007A5E59" w:rsidRDefault="0095198F">
            <w:pPr>
              <w:jc w:val="center"/>
            </w:pPr>
            <w:r>
              <w:t>2</w:t>
            </w:r>
          </w:p>
        </w:tc>
        <w:tc>
          <w:tcPr>
            <w:tcW w:w="0" w:type="auto"/>
          </w:tcPr>
          <w:p w14:paraId="0F8449E7" w14:textId="77777777" w:rsidR="007A5E59" w:rsidRDefault="0095198F">
            <w:r>
              <w:t>1-2 ÷ 1-2/2</w:t>
            </w:r>
          </w:p>
        </w:tc>
        <w:tc>
          <w:tcPr>
            <w:tcW w:w="0" w:type="auto"/>
          </w:tcPr>
          <w:p w14:paraId="6113ECB8" w14:textId="77777777" w:rsidR="007A5E59" w:rsidRDefault="0095198F">
            <w:pPr>
              <w:jc w:val="center"/>
            </w:pPr>
            <w:r>
              <w:t>100</w:t>
            </w:r>
          </w:p>
        </w:tc>
        <w:tc>
          <w:tcPr>
            <w:tcW w:w="0" w:type="auto"/>
          </w:tcPr>
          <w:p w14:paraId="546D4BD3" w14:textId="77777777" w:rsidR="007A5E59" w:rsidRDefault="0095198F">
            <w:pPr>
              <w:jc w:val="center"/>
            </w:pPr>
            <w:r>
              <w:t>2015</w:t>
            </w:r>
          </w:p>
        </w:tc>
        <w:tc>
          <w:tcPr>
            <w:tcW w:w="0" w:type="auto"/>
          </w:tcPr>
          <w:p w14:paraId="0002B699" w14:textId="77777777" w:rsidR="007A5E59" w:rsidRDefault="0095198F">
            <w:pPr>
              <w:jc w:val="center"/>
            </w:pPr>
            <w:r>
              <w:t>30</w:t>
            </w:r>
          </w:p>
        </w:tc>
        <w:tc>
          <w:tcPr>
            <w:tcW w:w="0" w:type="auto"/>
          </w:tcPr>
          <w:p w14:paraId="0323B000" w14:textId="77777777" w:rsidR="007A5E59" w:rsidRDefault="0095198F">
            <w:r>
              <w:t>бесканал.</w:t>
            </w:r>
          </w:p>
        </w:tc>
      </w:tr>
      <w:tr w:rsidR="007A5E59" w14:paraId="5DBFBFDE" w14:textId="77777777">
        <w:trPr>
          <w:jc w:val="center"/>
        </w:trPr>
        <w:tc>
          <w:tcPr>
            <w:tcW w:w="0" w:type="auto"/>
          </w:tcPr>
          <w:p w14:paraId="72DB8C76" w14:textId="77777777" w:rsidR="007A5E59" w:rsidRDefault="0095198F">
            <w:pPr>
              <w:jc w:val="center"/>
            </w:pPr>
            <w:r>
              <w:t>3</w:t>
            </w:r>
          </w:p>
        </w:tc>
        <w:tc>
          <w:tcPr>
            <w:tcW w:w="0" w:type="auto"/>
          </w:tcPr>
          <w:p w14:paraId="6BA88140" w14:textId="77777777" w:rsidR="007A5E59" w:rsidRDefault="0095198F">
            <w:r>
              <w:t>1-2/2 ÷ 1-2/4</w:t>
            </w:r>
          </w:p>
        </w:tc>
        <w:tc>
          <w:tcPr>
            <w:tcW w:w="0" w:type="auto"/>
          </w:tcPr>
          <w:p w14:paraId="3A737427" w14:textId="77777777" w:rsidR="007A5E59" w:rsidRDefault="0095198F">
            <w:pPr>
              <w:jc w:val="center"/>
            </w:pPr>
            <w:r>
              <w:t>65</w:t>
            </w:r>
          </w:p>
        </w:tc>
        <w:tc>
          <w:tcPr>
            <w:tcW w:w="0" w:type="auto"/>
          </w:tcPr>
          <w:p w14:paraId="7A3BD867" w14:textId="77777777" w:rsidR="007A5E59" w:rsidRDefault="0095198F">
            <w:pPr>
              <w:jc w:val="center"/>
            </w:pPr>
            <w:r>
              <w:t>1983</w:t>
            </w:r>
          </w:p>
        </w:tc>
        <w:tc>
          <w:tcPr>
            <w:tcW w:w="0" w:type="auto"/>
          </w:tcPr>
          <w:p w14:paraId="64E9D842" w14:textId="77777777" w:rsidR="007A5E59" w:rsidRDefault="0095198F">
            <w:pPr>
              <w:jc w:val="center"/>
            </w:pPr>
            <w:r>
              <w:t>8</w:t>
            </w:r>
          </w:p>
        </w:tc>
        <w:tc>
          <w:tcPr>
            <w:tcW w:w="0" w:type="auto"/>
          </w:tcPr>
          <w:p w14:paraId="7A1A4B18" w14:textId="77777777" w:rsidR="007A5E59" w:rsidRDefault="0095198F">
            <w:r>
              <w:t>бесканал.</w:t>
            </w:r>
          </w:p>
        </w:tc>
      </w:tr>
      <w:tr w:rsidR="007A5E59" w14:paraId="16416045" w14:textId="77777777">
        <w:trPr>
          <w:jc w:val="center"/>
        </w:trPr>
        <w:tc>
          <w:tcPr>
            <w:tcW w:w="0" w:type="auto"/>
          </w:tcPr>
          <w:p w14:paraId="20309412" w14:textId="77777777" w:rsidR="007A5E59" w:rsidRDefault="0095198F">
            <w:pPr>
              <w:jc w:val="center"/>
            </w:pPr>
            <w:r>
              <w:t>4</w:t>
            </w:r>
          </w:p>
        </w:tc>
        <w:tc>
          <w:tcPr>
            <w:tcW w:w="0" w:type="auto"/>
          </w:tcPr>
          <w:p w14:paraId="02AD4A03" w14:textId="77777777" w:rsidR="007A5E59" w:rsidRDefault="0095198F">
            <w:r>
              <w:t>1-3 ÷ 1-3/1</w:t>
            </w:r>
          </w:p>
        </w:tc>
        <w:tc>
          <w:tcPr>
            <w:tcW w:w="0" w:type="auto"/>
          </w:tcPr>
          <w:p w14:paraId="4CFD15E7" w14:textId="77777777" w:rsidR="007A5E59" w:rsidRDefault="0095198F">
            <w:pPr>
              <w:jc w:val="center"/>
            </w:pPr>
            <w:r>
              <w:t>80</w:t>
            </w:r>
          </w:p>
        </w:tc>
        <w:tc>
          <w:tcPr>
            <w:tcW w:w="0" w:type="auto"/>
          </w:tcPr>
          <w:p w14:paraId="243E1D55" w14:textId="77777777" w:rsidR="007A5E59" w:rsidRDefault="0095198F">
            <w:pPr>
              <w:jc w:val="center"/>
            </w:pPr>
            <w:r>
              <w:t>1983</w:t>
            </w:r>
          </w:p>
        </w:tc>
        <w:tc>
          <w:tcPr>
            <w:tcW w:w="0" w:type="auto"/>
          </w:tcPr>
          <w:p w14:paraId="7DF80B42" w14:textId="77777777" w:rsidR="007A5E59" w:rsidRDefault="0095198F">
            <w:pPr>
              <w:jc w:val="center"/>
            </w:pPr>
            <w:r>
              <w:t>35</w:t>
            </w:r>
          </w:p>
        </w:tc>
        <w:tc>
          <w:tcPr>
            <w:tcW w:w="0" w:type="auto"/>
          </w:tcPr>
          <w:p w14:paraId="2FD4EAD3" w14:textId="77777777" w:rsidR="007A5E59" w:rsidRDefault="0095198F">
            <w:r>
              <w:t>бесканал.</w:t>
            </w:r>
          </w:p>
        </w:tc>
      </w:tr>
      <w:tr w:rsidR="007A5E59" w14:paraId="2FADB0A8" w14:textId="77777777">
        <w:trPr>
          <w:jc w:val="center"/>
        </w:trPr>
        <w:tc>
          <w:tcPr>
            <w:tcW w:w="0" w:type="auto"/>
          </w:tcPr>
          <w:p w14:paraId="6516F2B5" w14:textId="77777777" w:rsidR="007A5E59" w:rsidRDefault="0095198F">
            <w:pPr>
              <w:jc w:val="center"/>
            </w:pPr>
            <w:r>
              <w:t>5</w:t>
            </w:r>
          </w:p>
        </w:tc>
        <w:tc>
          <w:tcPr>
            <w:tcW w:w="0" w:type="auto"/>
          </w:tcPr>
          <w:p w14:paraId="3C69FA12" w14:textId="77777777" w:rsidR="007A5E59" w:rsidRDefault="0095198F">
            <w:r>
              <w:t>1-5/2 ÷ 1-5/4</w:t>
            </w:r>
          </w:p>
        </w:tc>
        <w:tc>
          <w:tcPr>
            <w:tcW w:w="0" w:type="auto"/>
          </w:tcPr>
          <w:p w14:paraId="48AB6918" w14:textId="77777777" w:rsidR="007A5E59" w:rsidRDefault="0095198F">
            <w:pPr>
              <w:jc w:val="center"/>
            </w:pPr>
            <w:r>
              <w:t>100</w:t>
            </w:r>
          </w:p>
        </w:tc>
        <w:tc>
          <w:tcPr>
            <w:tcW w:w="0" w:type="auto"/>
          </w:tcPr>
          <w:p w14:paraId="72EB8E6A" w14:textId="77777777" w:rsidR="007A5E59" w:rsidRDefault="0095198F">
            <w:pPr>
              <w:jc w:val="center"/>
            </w:pPr>
            <w:r>
              <w:t>1983</w:t>
            </w:r>
          </w:p>
        </w:tc>
        <w:tc>
          <w:tcPr>
            <w:tcW w:w="0" w:type="auto"/>
          </w:tcPr>
          <w:p w14:paraId="51C36A66" w14:textId="77777777" w:rsidR="007A5E59" w:rsidRDefault="0095198F">
            <w:pPr>
              <w:jc w:val="center"/>
            </w:pPr>
            <w:r>
              <w:t>40</w:t>
            </w:r>
          </w:p>
        </w:tc>
        <w:tc>
          <w:tcPr>
            <w:tcW w:w="0" w:type="auto"/>
          </w:tcPr>
          <w:p w14:paraId="50D5A87D" w14:textId="77777777" w:rsidR="007A5E59" w:rsidRDefault="0095198F">
            <w:r>
              <w:t>бесканал.</w:t>
            </w:r>
          </w:p>
        </w:tc>
      </w:tr>
      <w:tr w:rsidR="007A5E59" w14:paraId="2790C6BE" w14:textId="77777777">
        <w:trPr>
          <w:jc w:val="center"/>
        </w:trPr>
        <w:tc>
          <w:tcPr>
            <w:tcW w:w="0" w:type="auto"/>
          </w:tcPr>
          <w:p w14:paraId="355EF06D" w14:textId="77777777" w:rsidR="007A5E59" w:rsidRDefault="0095198F">
            <w:pPr>
              <w:jc w:val="center"/>
            </w:pPr>
            <w:r>
              <w:t>6</w:t>
            </w:r>
          </w:p>
        </w:tc>
        <w:tc>
          <w:tcPr>
            <w:tcW w:w="0" w:type="auto"/>
          </w:tcPr>
          <w:p w14:paraId="163A65CF" w14:textId="77777777" w:rsidR="007A5E59" w:rsidRDefault="0095198F">
            <w:r>
              <w:t>1-5/4 ÷ магазин</w:t>
            </w:r>
          </w:p>
        </w:tc>
        <w:tc>
          <w:tcPr>
            <w:tcW w:w="0" w:type="auto"/>
          </w:tcPr>
          <w:p w14:paraId="5960725E" w14:textId="77777777" w:rsidR="007A5E59" w:rsidRDefault="0095198F">
            <w:pPr>
              <w:jc w:val="center"/>
            </w:pPr>
            <w:r>
              <w:t>20</w:t>
            </w:r>
          </w:p>
        </w:tc>
        <w:tc>
          <w:tcPr>
            <w:tcW w:w="0" w:type="auto"/>
          </w:tcPr>
          <w:p w14:paraId="64105484" w14:textId="77777777" w:rsidR="007A5E59" w:rsidRDefault="0095198F">
            <w:pPr>
              <w:jc w:val="center"/>
            </w:pPr>
            <w:r>
              <w:t>1983</w:t>
            </w:r>
          </w:p>
        </w:tc>
        <w:tc>
          <w:tcPr>
            <w:tcW w:w="0" w:type="auto"/>
          </w:tcPr>
          <w:p w14:paraId="61873A05" w14:textId="77777777" w:rsidR="007A5E59" w:rsidRDefault="0095198F">
            <w:pPr>
              <w:jc w:val="center"/>
            </w:pPr>
            <w:r>
              <w:t>50</w:t>
            </w:r>
          </w:p>
        </w:tc>
        <w:tc>
          <w:tcPr>
            <w:tcW w:w="0" w:type="auto"/>
          </w:tcPr>
          <w:p w14:paraId="1BC9CB81" w14:textId="77777777" w:rsidR="007A5E59" w:rsidRDefault="0095198F">
            <w:r>
              <w:t>бесканал.</w:t>
            </w:r>
          </w:p>
        </w:tc>
      </w:tr>
      <w:tr w:rsidR="007A5E59" w14:paraId="0EF7D088" w14:textId="77777777">
        <w:trPr>
          <w:jc w:val="center"/>
        </w:trPr>
        <w:tc>
          <w:tcPr>
            <w:tcW w:w="0" w:type="auto"/>
          </w:tcPr>
          <w:p w14:paraId="7825274F" w14:textId="77777777" w:rsidR="007A5E59" w:rsidRDefault="0095198F">
            <w:pPr>
              <w:jc w:val="center"/>
            </w:pPr>
            <w:r>
              <w:t>7</w:t>
            </w:r>
          </w:p>
        </w:tc>
        <w:tc>
          <w:tcPr>
            <w:tcW w:w="0" w:type="auto"/>
          </w:tcPr>
          <w:p w14:paraId="4461FC0F" w14:textId="77777777" w:rsidR="007A5E59" w:rsidRDefault="0095198F">
            <w:r>
              <w:t>1-5/4 ÷ 1-5/6</w:t>
            </w:r>
          </w:p>
        </w:tc>
        <w:tc>
          <w:tcPr>
            <w:tcW w:w="0" w:type="auto"/>
          </w:tcPr>
          <w:p w14:paraId="7E0F96C0" w14:textId="77777777" w:rsidR="007A5E59" w:rsidRDefault="0095198F">
            <w:pPr>
              <w:jc w:val="center"/>
            </w:pPr>
            <w:r>
              <w:t>100</w:t>
            </w:r>
          </w:p>
        </w:tc>
        <w:tc>
          <w:tcPr>
            <w:tcW w:w="0" w:type="auto"/>
          </w:tcPr>
          <w:p w14:paraId="371732A5" w14:textId="77777777" w:rsidR="007A5E59" w:rsidRDefault="0095198F">
            <w:pPr>
              <w:jc w:val="center"/>
            </w:pPr>
            <w:r>
              <w:t>1983</w:t>
            </w:r>
          </w:p>
        </w:tc>
        <w:tc>
          <w:tcPr>
            <w:tcW w:w="0" w:type="auto"/>
          </w:tcPr>
          <w:p w14:paraId="0FFEB731" w14:textId="77777777" w:rsidR="007A5E59" w:rsidRDefault="0095198F">
            <w:pPr>
              <w:jc w:val="center"/>
            </w:pPr>
            <w:r>
              <w:t>65</w:t>
            </w:r>
          </w:p>
        </w:tc>
        <w:tc>
          <w:tcPr>
            <w:tcW w:w="0" w:type="auto"/>
          </w:tcPr>
          <w:p w14:paraId="39C67EB6" w14:textId="77777777" w:rsidR="007A5E59" w:rsidRDefault="0095198F">
            <w:r>
              <w:t>бесканал.</w:t>
            </w:r>
          </w:p>
        </w:tc>
      </w:tr>
      <w:tr w:rsidR="007A5E59" w14:paraId="7039757E" w14:textId="77777777">
        <w:trPr>
          <w:jc w:val="center"/>
        </w:trPr>
        <w:tc>
          <w:tcPr>
            <w:tcW w:w="0" w:type="auto"/>
          </w:tcPr>
          <w:p w14:paraId="54079EA9" w14:textId="77777777" w:rsidR="007A5E59" w:rsidRDefault="0095198F">
            <w:pPr>
              <w:jc w:val="center"/>
            </w:pPr>
            <w:r>
              <w:t>8</w:t>
            </w:r>
          </w:p>
        </w:tc>
        <w:tc>
          <w:tcPr>
            <w:tcW w:w="0" w:type="auto"/>
          </w:tcPr>
          <w:p w14:paraId="435EAE82" w14:textId="77777777" w:rsidR="007A5E59" w:rsidRDefault="0095198F">
            <w:r>
              <w:t>1-5/6 ÷ ул. Артема, 5</w:t>
            </w:r>
          </w:p>
        </w:tc>
        <w:tc>
          <w:tcPr>
            <w:tcW w:w="0" w:type="auto"/>
          </w:tcPr>
          <w:p w14:paraId="22598765" w14:textId="77777777" w:rsidR="007A5E59" w:rsidRDefault="0095198F">
            <w:pPr>
              <w:jc w:val="center"/>
            </w:pPr>
            <w:r>
              <w:t>80</w:t>
            </w:r>
          </w:p>
        </w:tc>
        <w:tc>
          <w:tcPr>
            <w:tcW w:w="0" w:type="auto"/>
          </w:tcPr>
          <w:p w14:paraId="5FAC032F" w14:textId="77777777" w:rsidR="007A5E59" w:rsidRDefault="0095198F">
            <w:pPr>
              <w:jc w:val="center"/>
            </w:pPr>
            <w:r>
              <w:t>1983</w:t>
            </w:r>
          </w:p>
        </w:tc>
        <w:tc>
          <w:tcPr>
            <w:tcW w:w="0" w:type="auto"/>
          </w:tcPr>
          <w:p w14:paraId="65030594" w14:textId="77777777" w:rsidR="007A5E59" w:rsidRDefault="0095198F">
            <w:pPr>
              <w:jc w:val="center"/>
            </w:pPr>
            <w:r>
              <w:t>15</w:t>
            </w:r>
          </w:p>
        </w:tc>
        <w:tc>
          <w:tcPr>
            <w:tcW w:w="0" w:type="auto"/>
          </w:tcPr>
          <w:p w14:paraId="3FF9E0FF" w14:textId="77777777" w:rsidR="007A5E59" w:rsidRDefault="0095198F">
            <w:r>
              <w:t>бесканал.</w:t>
            </w:r>
          </w:p>
        </w:tc>
      </w:tr>
      <w:tr w:rsidR="007A5E59" w14:paraId="7CDC922A" w14:textId="77777777">
        <w:trPr>
          <w:jc w:val="center"/>
        </w:trPr>
        <w:tc>
          <w:tcPr>
            <w:tcW w:w="0" w:type="auto"/>
          </w:tcPr>
          <w:p w14:paraId="675D6153" w14:textId="77777777" w:rsidR="007A5E59" w:rsidRDefault="0095198F">
            <w:pPr>
              <w:jc w:val="center"/>
            </w:pPr>
            <w:r>
              <w:t>9</w:t>
            </w:r>
          </w:p>
        </w:tc>
        <w:tc>
          <w:tcPr>
            <w:tcW w:w="0" w:type="auto"/>
          </w:tcPr>
          <w:p w14:paraId="046BA56B" w14:textId="77777777" w:rsidR="007A5E59" w:rsidRDefault="0095198F">
            <w:r>
              <w:t>1-5/6 ÷ 1-5/8</w:t>
            </w:r>
          </w:p>
        </w:tc>
        <w:tc>
          <w:tcPr>
            <w:tcW w:w="0" w:type="auto"/>
          </w:tcPr>
          <w:p w14:paraId="30B59B71" w14:textId="77777777" w:rsidR="007A5E59" w:rsidRDefault="0095198F">
            <w:pPr>
              <w:jc w:val="center"/>
            </w:pPr>
            <w:r>
              <w:t>65</w:t>
            </w:r>
          </w:p>
        </w:tc>
        <w:tc>
          <w:tcPr>
            <w:tcW w:w="0" w:type="auto"/>
          </w:tcPr>
          <w:p w14:paraId="4218FFEA" w14:textId="77777777" w:rsidR="007A5E59" w:rsidRDefault="0095198F">
            <w:pPr>
              <w:jc w:val="center"/>
            </w:pPr>
            <w:r>
              <w:t>1983</w:t>
            </w:r>
          </w:p>
        </w:tc>
        <w:tc>
          <w:tcPr>
            <w:tcW w:w="0" w:type="auto"/>
          </w:tcPr>
          <w:p w14:paraId="541E80E2" w14:textId="77777777" w:rsidR="007A5E59" w:rsidRDefault="0095198F">
            <w:pPr>
              <w:jc w:val="center"/>
            </w:pPr>
            <w:r>
              <w:t>22</w:t>
            </w:r>
          </w:p>
        </w:tc>
        <w:tc>
          <w:tcPr>
            <w:tcW w:w="0" w:type="auto"/>
          </w:tcPr>
          <w:p w14:paraId="314345E1" w14:textId="77777777" w:rsidR="007A5E59" w:rsidRDefault="0095198F">
            <w:r>
              <w:t>бесканал.</w:t>
            </w:r>
          </w:p>
        </w:tc>
      </w:tr>
      <w:tr w:rsidR="007A5E59" w14:paraId="3E32844B" w14:textId="77777777">
        <w:trPr>
          <w:jc w:val="center"/>
        </w:trPr>
        <w:tc>
          <w:tcPr>
            <w:tcW w:w="0" w:type="auto"/>
          </w:tcPr>
          <w:p w14:paraId="34E055C3" w14:textId="77777777" w:rsidR="007A5E59" w:rsidRDefault="0095198F">
            <w:pPr>
              <w:jc w:val="center"/>
            </w:pPr>
            <w:r>
              <w:t>10</w:t>
            </w:r>
          </w:p>
        </w:tc>
        <w:tc>
          <w:tcPr>
            <w:tcW w:w="0" w:type="auto"/>
          </w:tcPr>
          <w:p w14:paraId="1D46E119" w14:textId="77777777" w:rsidR="007A5E59" w:rsidRDefault="0095198F">
            <w:r>
              <w:t>1-5/8 ÷ ул. Артема, 8</w:t>
            </w:r>
          </w:p>
        </w:tc>
        <w:tc>
          <w:tcPr>
            <w:tcW w:w="0" w:type="auto"/>
          </w:tcPr>
          <w:p w14:paraId="43364BF5" w14:textId="77777777" w:rsidR="007A5E59" w:rsidRDefault="0095198F">
            <w:pPr>
              <w:jc w:val="center"/>
            </w:pPr>
            <w:r>
              <w:t>25</w:t>
            </w:r>
          </w:p>
        </w:tc>
        <w:tc>
          <w:tcPr>
            <w:tcW w:w="0" w:type="auto"/>
          </w:tcPr>
          <w:p w14:paraId="150CC19C" w14:textId="77777777" w:rsidR="007A5E59" w:rsidRDefault="0095198F">
            <w:pPr>
              <w:jc w:val="center"/>
            </w:pPr>
            <w:r>
              <w:t>1983</w:t>
            </w:r>
          </w:p>
        </w:tc>
        <w:tc>
          <w:tcPr>
            <w:tcW w:w="0" w:type="auto"/>
          </w:tcPr>
          <w:p w14:paraId="256C3BB7" w14:textId="77777777" w:rsidR="007A5E59" w:rsidRDefault="0095198F">
            <w:pPr>
              <w:jc w:val="center"/>
            </w:pPr>
            <w:r>
              <w:t>18</w:t>
            </w:r>
          </w:p>
        </w:tc>
        <w:tc>
          <w:tcPr>
            <w:tcW w:w="0" w:type="auto"/>
          </w:tcPr>
          <w:p w14:paraId="443B9E3E" w14:textId="77777777" w:rsidR="007A5E59" w:rsidRDefault="0095198F">
            <w:r>
              <w:t>бесканал.</w:t>
            </w:r>
          </w:p>
        </w:tc>
      </w:tr>
      <w:tr w:rsidR="007A5E59" w14:paraId="60528343" w14:textId="77777777">
        <w:trPr>
          <w:jc w:val="center"/>
        </w:trPr>
        <w:tc>
          <w:tcPr>
            <w:tcW w:w="0" w:type="auto"/>
          </w:tcPr>
          <w:p w14:paraId="330A0DEF" w14:textId="77777777" w:rsidR="007A5E59" w:rsidRDefault="0095198F">
            <w:pPr>
              <w:jc w:val="center"/>
            </w:pPr>
            <w:r>
              <w:t>11</w:t>
            </w:r>
          </w:p>
        </w:tc>
        <w:tc>
          <w:tcPr>
            <w:tcW w:w="0" w:type="auto"/>
          </w:tcPr>
          <w:p w14:paraId="23C557C0" w14:textId="77777777" w:rsidR="007A5E59" w:rsidRDefault="0095198F">
            <w:r>
              <w:t>1-6 ÷ 1-6/1</w:t>
            </w:r>
          </w:p>
        </w:tc>
        <w:tc>
          <w:tcPr>
            <w:tcW w:w="0" w:type="auto"/>
          </w:tcPr>
          <w:p w14:paraId="64C436FE" w14:textId="77777777" w:rsidR="007A5E59" w:rsidRDefault="0095198F">
            <w:pPr>
              <w:jc w:val="center"/>
            </w:pPr>
            <w:r>
              <w:t>65</w:t>
            </w:r>
          </w:p>
        </w:tc>
        <w:tc>
          <w:tcPr>
            <w:tcW w:w="0" w:type="auto"/>
          </w:tcPr>
          <w:p w14:paraId="567E8ABC" w14:textId="77777777" w:rsidR="007A5E59" w:rsidRDefault="0095198F">
            <w:pPr>
              <w:jc w:val="center"/>
            </w:pPr>
            <w:r>
              <w:t>1983</w:t>
            </w:r>
          </w:p>
        </w:tc>
        <w:tc>
          <w:tcPr>
            <w:tcW w:w="0" w:type="auto"/>
          </w:tcPr>
          <w:p w14:paraId="4F9D2DAE" w14:textId="77777777" w:rsidR="007A5E59" w:rsidRDefault="0095198F">
            <w:pPr>
              <w:jc w:val="center"/>
            </w:pPr>
            <w:r>
              <w:t>30</w:t>
            </w:r>
          </w:p>
        </w:tc>
        <w:tc>
          <w:tcPr>
            <w:tcW w:w="0" w:type="auto"/>
          </w:tcPr>
          <w:p w14:paraId="5BEE4ED1" w14:textId="77777777" w:rsidR="007A5E59" w:rsidRDefault="0095198F">
            <w:r>
              <w:t>бесканал.</w:t>
            </w:r>
          </w:p>
        </w:tc>
      </w:tr>
      <w:tr w:rsidR="007A5E59" w14:paraId="59FF90B0" w14:textId="77777777">
        <w:trPr>
          <w:jc w:val="center"/>
        </w:trPr>
        <w:tc>
          <w:tcPr>
            <w:tcW w:w="0" w:type="auto"/>
          </w:tcPr>
          <w:p w14:paraId="58828B4A" w14:textId="77777777" w:rsidR="007A5E59" w:rsidRDefault="0095198F">
            <w:pPr>
              <w:jc w:val="center"/>
            </w:pPr>
            <w:r>
              <w:t>12</w:t>
            </w:r>
          </w:p>
        </w:tc>
        <w:tc>
          <w:tcPr>
            <w:tcW w:w="0" w:type="auto"/>
          </w:tcPr>
          <w:p w14:paraId="23266994" w14:textId="77777777" w:rsidR="007A5E59" w:rsidRDefault="0095198F">
            <w:r>
              <w:t>1-7 ÷ ул.Коммунистическая,13 (школа)</w:t>
            </w:r>
          </w:p>
        </w:tc>
        <w:tc>
          <w:tcPr>
            <w:tcW w:w="0" w:type="auto"/>
          </w:tcPr>
          <w:p w14:paraId="13AD287D" w14:textId="77777777" w:rsidR="007A5E59" w:rsidRDefault="0095198F">
            <w:pPr>
              <w:jc w:val="center"/>
            </w:pPr>
            <w:r>
              <w:t>80</w:t>
            </w:r>
          </w:p>
        </w:tc>
        <w:tc>
          <w:tcPr>
            <w:tcW w:w="0" w:type="auto"/>
          </w:tcPr>
          <w:p w14:paraId="74F6EF17" w14:textId="77777777" w:rsidR="007A5E59" w:rsidRDefault="0095198F">
            <w:pPr>
              <w:jc w:val="center"/>
            </w:pPr>
            <w:r>
              <w:t>1983</w:t>
            </w:r>
          </w:p>
        </w:tc>
        <w:tc>
          <w:tcPr>
            <w:tcW w:w="0" w:type="auto"/>
          </w:tcPr>
          <w:p w14:paraId="403F4196" w14:textId="77777777" w:rsidR="007A5E59" w:rsidRDefault="0095198F">
            <w:pPr>
              <w:jc w:val="center"/>
            </w:pPr>
            <w:r>
              <w:t>65</w:t>
            </w:r>
          </w:p>
        </w:tc>
        <w:tc>
          <w:tcPr>
            <w:tcW w:w="0" w:type="auto"/>
          </w:tcPr>
          <w:p w14:paraId="55C3F7A0" w14:textId="77777777" w:rsidR="007A5E59" w:rsidRDefault="0095198F">
            <w:r>
              <w:t>бесканал.</w:t>
            </w:r>
          </w:p>
        </w:tc>
      </w:tr>
      <w:tr w:rsidR="007A5E59" w14:paraId="3E7A7DAE" w14:textId="77777777">
        <w:trPr>
          <w:jc w:val="center"/>
        </w:trPr>
        <w:tc>
          <w:tcPr>
            <w:tcW w:w="0" w:type="auto"/>
          </w:tcPr>
          <w:p w14:paraId="3C5E886E" w14:textId="77777777" w:rsidR="007A5E59" w:rsidRDefault="0095198F">
            <w:pPr>
              <w:jc w:val="center"/>
            </w:pPr>
            <w:r>
              <w:t>13</w:t>
            </w:r>
          </w:p>
        </w:tc>
        <w:tc>
          <w:tcPr>
            <w:tcW w:w="0" w:type="auto"/>
          </w:tcPr>
          <w:p w14:paraId="11A4AB4C" w14:textId="77777777" w:rsidR="007A5E59" w:rsidRDefault="0095198F">
            <w:r>
              <w:t>1-13 ÷ н/с</w:t>
            </w:r>
          </w:p>
        </w:tc>
        <w:tc>
          <w:tcPr>
            <w:tcW w:w="0" w:type="auto"/>
          </w:tcPr>
          <w:p w14:paraId="754C3316" w14:textId="77777777" w:rsidR="007A5E59" w:rsidRDefault="0095198F">
            <w:pPr>
              <w:jc w:val="center"/>
            </w:pPr>
            <w:r>
              <w:t>200</w:t>
            </w:r>
          </w:p>
        </w:tc>
        <w:tc>
          <w:tcPr>
            <w:tcW w:w="0" w:type="auto"/>
          </w:tcPr>
          <w:p w14:paraId="0750C0D7" w14:textId="77777777" w:rsidR="007A5E59" w:rsidRDefault="0095198F">
            <w:pPr>
              <w:jc w:val="center"/>
            </w:pPr>
            <w:r>
              <w:t>1983</w:t>
            </w:r>
          </w:p>
        </w:tc>
        <w:tc>
          <w:tcPr>
            <w:tcW w:w="0" w:type="auto"/>
          </w:tcPr>
          <w:p w14:paraId="4002B6AC" w14:textId="77777777" w:rsidR="007A5E59" w:rsidRDefault="0095198F">
            <w:pPr>
              <w:jc w:val="center"/>
            </w:pPr>
            <w:r>
              <w:t>75</w:t>
            </w:r>
          </w:p>
        </w:tc>
        <w:tc>
          <w:tcPr>
            <w:tcW w:w="0" w:type="auto"/>
          </w:tcPr>
          <w:p w14:paraId="4326B1A9" w14:textId="77777777" w:rsidR="007A5E59" w:rsidRDefault="0095198F">
            <w:r>
              <w:t>бесканал.</w:t>
            </w:r>
          </w:p>
        </w:tc>
      </w:tr>
      <w:tr w:rsidR="007A5E59" w14:paraId="0672F25E" w14:textId="77777777">
        <w:trPr>
          <w:jc w:val="center"/>
        </w:trPr>
        <w:tc>
          <w:tcPr>
            <w:tcW w:w="0" w:type="auto"/>
          </w:tcPr>
          <w:p w14:paraId="7C345B84" w14:textId="77777777" w:rsidR="007A5E59" w:rsidRDefault="0095198F">
            <w:pPr>
              <w:jc w:val="center"/>
            </w:pPr>
            <w:r>
              <w:t>14</w:t>
            </w:r>
          </w:p>
        </w:tc>
        <w:tc>
          <w:tcPr>
            <w:tcW w:w="0" w:type="auto"/>
          </w:tcPr>
          <w:p w14:paraId="7FA7D8F3" w14:textId="77777777" w:rsidR="007A5E59" w:rsidRDefault="0095198F">
            <w:r>
              <w:t>2-1/17 ÷ 2-1/19</w:t>
            </w:r>
          </w:p>
        </w:tc>
        <w:tc>
          <w:tcPr>
            <w:tcW w:w="0" w:type="auto"/>
          </w:tcPr>
          <w:p w14:paraId="653AE82C" w14:textId="77777777" w:rsidR="007A5E59" w:rsidRDefault="0095198F">
            <w:pPr>
              <w:jc w:val="center"/>
            </w:pPr>
            <w:r>
              <w:t>65</w:t>
            </w:r>
          </w:p>
        </w:tc>
        <w:tc>
          <w:tcPr>
            <w:tcW w:w="0" w:type="auto"/>
          </w:tcPr>
          <w:p w14:paraId="1FE9D09B" w14:textId="77777777" w:rsidR="007A5E59" w:rsidRDefault="0095198F">
            <w:pPr>
              <w:jc w:val="center"/>
            </w:pPr>
            <w:r>
              <w:t>1983</w:t>
            </w:r>
          </w:p>
        </w:tc>
        <w:tc>
          <w:tcPr>
            <w:tcW w:w="0" w:type="auto"/>
          </w:tcPr>
          <w:p w14:paraId="67F47E02" w14:textId="77777777" w:rsidR="007A5E59" w:rsidRDefault="0095198F">
            <w:pPr>
              <w:jc w:val="center"/>
            </w:pPr>
            <w:r>
              <w:t>42</w:t>
            </w:r>
          </w:p>
        </w:tc>
        <w:tc>
          <w:tcPr>
            <w:tcW w:w="0" w:type="auto"/>
          </w:tcPr>
          <w:p w14:paraId="2992F94E" w14:textId="77777777" w:rsidR="007A5E59" w:rsidRDefault="0095198F">
            <w:r>
              <w:t>бесканал.</w:t>
            </w:r>
          </w:p>
        </w:tc>
      </w:tr>
      <w:tr w:rsidR="007A5E59" w14:paraId="7AAF6B3C" w14:textId="77777777">
        <w:trPr>
          <w:jc w:val="center"/>
        </w:trPr>
        <w:tc>
          <w:tcPr>
            <w:tcW w:w="0" w:type="auto"/>
          </w:tcPr>
          <w:p w14:paraId="02C8A923" w14:textId="77777777" w:rsidR="007A5E59" w:rsidRDefault="0095198F">
            <w:pPr>
              <w:jc w:val="center"/>
            </w:pPr>
            <w:r>
              <w:t>15</w:t>
            </w:r>
          </w:p>
        </w:tc>
        <w:tc>
          <w:tcPr>
            <w:tcW w:w="0" w:type="auto"/>
          </w:tcPr>
          <w:p w14:paraId="670D64E7" w14:textId="77777777" w:rsidR="007A5E59" w:rsidRDefault="0095198F">
            <w:r>
              <w:t>2-2/7 ÷ 2-2/13</w:t>
            </w:r>
          </w:p>
        </w:tc>
        <w:tc>
          <w:tcPr>
            <w:tcW w:w="0" w:type="auto"/>
          </w:tcPr>
          <w:p w14:paraId="07E4CCD0" w14:textId="77777777" w:rsidR="007A5E59" w:rsidRDefault="0095198F">
            <w:pPr>
              <w:jc w:val="center"/>
            </w:pPr>
            <w:r>
              <w:t>100</w:t>
            </w:r>
          </w:p>
        </w:tc>
        <w:tc>
          <w:tcPr>
            <w:tcW w:w="0" w:type="auto"/>
          </w:tcPr>
          <w:p w14:paraId="6F91F857" w14:textId="77777777" w:rsidR="007A5E59" w:rsidRDefault="0095198F">
            <w:pPr>
              <w:jc w:val="center"/>
            </w:pPr>
            <w:r>
              <w:t>1983</w:t>
            </w:r>
          </w:p>
        </w:tc>
        <w:tc>
          <w:tcPr>
            <w:tcW w:w="0" w:type="auto"/>
          </w:tcPr>
          <w:p w14:paraId="4DF104F6" w14:textId="77777777" w:rsidR="007A5E59" w:rsidRDefault="0095198F">
            <w:pPr>
              <w:jc w:val="center"/>
            </w:pPr>
            <w:r>
              <w:t>36</w:t>
            </w:r>
          </w:p>
        </w:tc>
        <w:tc>
          <w:tcPr>
            <w:tcW w:w="0" w:type="auto"/>
          </w:tcPr>
          <w:p w14:paraId="325825D0" w14:textId="77777777" w:rsidR="007A5E59" w:rsidRDefault="0095198F">
            <w:r>
              <w:t>бесканал.</w:t>
            </w:r>
          </w:p>
        </w:tc>
      </w:tr>
      <w:tr w:rsidR="007A5E59" w14:paraId="5AA54A38" w14:textId="77777777">
        <w:trPr>
          <w:jc w:val="center"/>
        </w:trPr>
        <w:tc>
          <w:tcPr>
            <w:tcW w:w="0" w:type="auto"/>
          </w:tcPr>
          <w:p w14:paraId="36B1D25C" w14:textId="77777777" w:rsidR="007A5E59" w:rsidRDefault="0095198F">
            <w:pPr>
              <w:jc w:val="center"/>
            </w:pPr>
            <w:r>
              <w:t>16</w:t>
            </w:r>
          </w:p>
        </w:tc>
        <w:tc>
          <w:tcPr>
            <w:tcW w:w="0" w:type="auto"/>
          </w:tcPr>
          <w:p w14:paraId="5EDFED1C" w14:textId="77777777" w:rsidR="007A5E59" w:rsidRDefault="0095198F">
            <w:r>
              <w:t>2-2/13 ÷ 2-2/15</w:t>
            </w:r>
          </w:p>
        </w:tc>
        <w:tc>
          <w:tcPr>
            <w:tcW w:w="0" w:type="auto"/>
          </w:tcPr>
          <w:p w14:paraId="4F983545" w14:textId="77777777" w:rsidR="007A5E59" w:rsidRDefault="0095198F">
            <w:pPr>
              <w:jc w:val="center"/>
            </w:pPr>
            <w:r>
              <w:t>80</w:t>
            </w:r>
          </w:p>
        </w:tc>
        <w:tc>
          <w:tcPr>
            <w:tcW w:w="0" w:type="auto"/>
          </w:tcPr>
          <w:p w14:paraId="1D4079B3" w14:textId="77777777" w:rsidR="007A5E59" w:rsidRDefault="0095198F">
            <w:pPr>
              <w:jc w:val="center"/>
            </w:pPr>
            <w:r>
              <w:t>1983</w:t>
            </w:r>
          </w:p>
        </w:tc>
        <w:tc>
          <w:tcPr>
            <w:tcW w:w="0" w:type="auto"/>
          </w:tcPr>
          <w:p w14:paraId="4D899581" w14:textId="77777777" w:rsidR="007A5E59" w:rsidRDefault="0095198F">
            <w:pPr>
              <w:jc w:val="center"/>
            </w:pPr>
            <w:r>
              <w:t>101</w:t>
            </w:r>
          </w:p>
        </w:tc>
        <w:tc>
          <w:tcPr>
            <w:tcW w:w="0" w:type="auto"/>
          </w:tcPr>
          <w:p w14:paraId="323948A9" w14:textId="77777777" w:rsidR="007A5E59" w:rsidRDefault="0095198F">
            <w:r>
              <w:t>бесканал.</w:t>
            </w:r>
          </w:p>
        </w:tc>
      </w:tr>
      <w:tr w:rsidR="007A5E59" w14:paraId="1B84C9F5" w14:textId="77777777">
        <w:trPr>
          <w:jc w:val="center"/>
        </w:trPr>
        <w:tc>
          <w:tcPr>
            <w:tcW w:w="0" w:type="auto"/>
          </w:tcPr>
          <w:p w14:paraId="121D237C" w14:textId="77777777" w:rsidR="007A5E59" w:rsidRDefault="0095198F">
            <w:pPr>
              <w:jc w:val="center"/>
            </w:pPr>
            <w:r>
              <w:t>17</w:t>
            </w:r>
          </w:p>
        </w:tc>
        <w:tc>
          <w:tcPr>
            <w:tcW w:w="0" w:type="auto"/>
          </w:tcPr>
          <w:p w14:paraId="02E6F70F" w14:textId="77777777" w:rsidR="007A5E59" w:rsidRDefault="0095198F">
            <w:r>
              <w:t>2-2/13 ÷ 2-2/17</w:t>
            </w:r>
          </w:p>
        </w:tc>
        <w:tc>
          <w:tcPr>
            <w:tcW w:w="0" w:type="auto"/>
          </w:tcPr>
          <w:p w14:paraId="71A0B7F6" w14:textId="77777777" w:rsidR="007A5E59" w:rsidRDefault="0095198F">
            <w:pPr>
              <w:jc w:val="center"/>
            </w:pPr>
            <w:r>
              <w:t>100</w:t>
            </w:r>
          </w:p>
        </w:tc>
        <w:tc>
          <w:tcPr>
            <w:tcW w:w="0" w:type="auto"/>
          </w:tcPr>
          <w:p w14:paraId="3DBE5D71" w14:textId="77777777" w:rsidR="007A5E59" w:rsidRDefault="0095198F">
            <w:pPr>
              <w:jc w:val="center"/>
            </w:pPr>
            <w:r>
              <w:t>1983</w:t>
            </w:r>
          </w:p>
        </w:tc>
        <w:tc>
          <w:tcPr>
            <w:tcW w:w="0" w:type="auto"/>
          </w:tcPr>
          <w:p w14:paraId="4B139962" w14:textId="77777777" w:rsidR="007A5E59" w:rsidRDefault="0095198F">
            <w:pPr>
              <w:jc w:val="center"/>
            </w:pPr>
            <w:r>
              <w:t>32</w:t>
            </w:r>
          </w:p>
        </w:tc>
        <w:tc>
          <w:tcPr>
            <w:tcW w:w="0" w:type="auto"/>
          </w:tcPr>
          <w:p w14:paraId="49F01C91" w14:textId="77777777" w:rsidR="007A5E59" w:rsidRDefault="0095198F">
            <w:r>
              <w:t>бесканал.</w:t>
            </w:r>
          </w:p>
        </w:tc>
      </w:tr>
      <w:tr w:rsidR="007A5E59" w14:paraId="719230B0" w14:textId="77777777">
        <w:trPr>
          <w:jc w:val="center"/>
        </w:trPr>
        <w:tc>
          <w:tcPr>
            <w:tcW w:w="0" w:type="auto"/>
          </w:tcPr>
          <w:p w14:paraId="50448954" w14:textId="77777777" w:rsidR="007A5E59" w:rsidRDefault="0095198F">
            <w:pPr>
              <w:jc w:val="center"/>
            </w:pPr>
            <w:r>
              <w:t>18</w:t>
            </w:r>
          </w:p>
        </w:tc>
        <w:tc>
          <w:tcPr>
            <w:tcW w:w="0" w:type="auto"/>
          </w:tcPr>
          <w:p w14:paraId="705546BC" w14:textId="77777777" w:rsidR="007A5E59" w:rsidRDefault="0095198F">
            <w:r>
              <w:t>1-1 – ул. Кислородная, 8</w:t>
            </w:r>
          </w:p>
        </w:tc>
        <w:tc>
          <w:tcPr>
            <w:tcW w:w="0" w:type="auto"/>
          </w:tcPr>
          <w:p w14:paraId="128797BB" w14:textId="77777777" w:rsidR="007A5E59" w:rsidRDefault="0095198F">
            <w:pPr>
              <w:jc w:val="center"/>
            </w:pPr>
            <w:r>
              <w:t>50</w:t>
            </w:r>
          </w:p>
        </w:tc>
        <w:tc>
          <w:tcPr>
            <w:tcW w:w="0" w:type="auto"/>
          </w:tcPr>
          <w:p w14:paraId="76D4971B" w14:textId="77777777" w:rsidR="007A5E59" w:rsidRDefault="0095198F">
            <w:pPr>
              <w:jc w:val="center"/>
            </w:pPr>
            <w:r>
              <w:t>2011</w:t>
            </w:r>
          </w:p>
        </w:tc>
        <w:tc>
          <w:tcPr>
            <w:tcW w:w="0" w:type="auto"/>
          </w:tcPr>
          <w:p w14:paraId="54B5CD29" w14:textId="77777777" w:rsidR="007A5E59" w:rsidRDefault="0095198F">
            <w:pPr>
              <w:jc w:val="center"/>
            </w:pPr>
            <w:r>
              <w:t>240</w:t>
            </w:r>
          </w:p>
        </w:tc>
        <w:tc>
          <w:tcPr>
            <w:tcW w:w="0" w:type="auto"/>
          </w:tcPr>
          <w:p w14:paraId="5D8C7C87" w14:textId="77777777" w:rsidR="007A5E59" w:rsidRDefault="0095198F">
            <w:r>
              <w:t>канал.</w:t>
            </w:r>
          </w:p>
        </w:tc>
      </w:tr>
      <w:tr w:rsidR="007A5E59" w14:paraId="0C6467A1" w14:textId="77777777">
        <w:trPr>
          <w:jc w:val="center"/>
        </w:trPr>
        <w:tc>
          <w:tcPr>
            <w:tcW w:w="0" w:type="auto"/>
          </w:tcPr>
          <w:p w14:paraId="1062D47D" w14:textId="77777777" w:rsidR="007A5E59" w:rsidRDefault="0095198F">
            <w:pPr>
              <w:jc w:val="center"/>
            </w:pPr>
            <w:r>
              <w:t>19</w:t>
            </w:r>
          </w:p>
        </w:tc>
        <w:tc>
          <w:tcPr>
            <w:tcW w:w="0" w:type="auto"/>
          </w:tcPr>
          <w:p w14:paraId="3A7E7F53" w14:textId="77777777" w:rsidR="007A5E59" w:rsidRDefault="0095198F">
            <w:r>
              <w:t>1-1/01 – Пожарная часть</w:t>
            </w:r>
          </w:p>
        </w:tc>
        <w:tc>
          <w:tcPr>
            <w:tcW w:w="0" w:type="auto"/>
          </w:tcPr>
          <w:p w14:paraId="21E76AAC" w14:textId="77777777" w:rsidR="007A5E59" w:rsidRDefault="0095198F">
            <w:pPr>
              <w:jc w:val="center"/>
            </w:pPr>
            <w:r>
              <w:t>65</w:t>
            </w:r>
          </w:p>
        </w:tc>
        <w:tc>
          <w:tcPr>
            <w:tcW w:w="0" w:type="auto"/>
          </w:tcPr>
          <w:p w14:paraId="45F401F4" w14:textId="77777777" w:rsidR="007A5E59" w:rsidRDefault="0095198F">
            <w:pPr>
              <w:jc w:val="center"/>
            </w:pPr>
            <w:r>
              <w:t>2011</w:t>
            </w:r>
          </w:p>
        </w:tc>
        <w:tc>
          <w:tcPr>
            <w:tcW w:w="0" w:type="auto"/>
          </w:tcPr>
          <w:p w14:paraId="3CFBD3B2" w14:textId="77777777" w:rsidR="007A5E59" w:rsidRDefault="0095198F">
            <w:pPr>
              <w:jc w:val="center"/>
            </w:pPr>
            <w:r>
              <w:t>116</w:t>
            </w:r>
          </w:p>
        </w:tc>
        <w:tc>
          <w:tcPr>
            <w:tcW w:w="0" w:type="auto"/>
          </w:tcPr>
          <w:p w14:paraId="23F51647" w14:textId="77777777" w:rsidR="007A5E59" w:rsidRDefault="0095198F">
            <w:r>
              <w:t>канал.</w:t>
            </w:r>
          </w:p>
        </w:tc>
      </w:tr>
      <w:tr w:rsidR="007A5E59" w14:paraId="4E80237A" w14:textId="77777777">
        <w:trPr>
          <w:jc w:val="center"/>
        </w:trPr>
        <w:tc>
          <w:tcPr>
            <w:tcW w:w="0" w:type="auto"/>
          </w:tcPr>
          <w:p w14:paraId="02E84A0F" w14:textId="77777777" w:rsidR="007A5E59" w:rsidRDefault="0095198F">
            <w:pPr>
              <w:jc w:val="center"/>
            </w:pPr>
            <w:r>
              <w:t>20</w:t>
            </w:r>
          </w:p>
        </w:tc>
        <w:tc>
          <w:tcPr>
            <w:tcW w:w="0" w:type="auto"/>
          </w:tcPr>
          <w:p w14:paraId="246DC844" w14:textId="77777777" w:rsidR="007A5E59" w:rsidRDefault="0095198F">
            <w:r>
              <w:t>1-2/4 ÷ ул.Коммунистическая, 4</w:t>
            </w:r>
          </w:p>
        </w:tc>
        <w:tc>
          <w:tcPr>
            <w:tcW w:w="0" w:type="auto"/>
          </w:tcPr>
          <w:p w14:paraId="22A88FA1" w14:textId="77777777" w:rsidR="007A5E59" w:rsidRDefault="0095198F">
            <w:pPr>
              <w:jc w:val="center"/>
            </w:pPr>
            <w:r>
              <w:t>50</w:t>
            </w:r>
          </w:p>
        </w:tc>
        <w:tc>
          <w:tcPr>
            <w:tcW w:w="0" w:type="auto"/>
          </w:tcPr>
          <w:p w14:paraId="379AE370" w14:textId="77777777" w:rsidR="007A5E59" w:rsidRDefault="0095198F">
            <w:pPr>
              <w:jc w:val="center"/>
            </w:pPr>
            <w:r>
              <w:t>2012</w:t>
            </w:r>
          </w:p>
        </w:tc>
        <w:tc>
          <w:tcPr>
            <w:tcW w:w="0" w:type="auto"/>
          </w:tcPr>
          <w:p w14:paraId="4C141242" w14:textId="77777777" w:rsidR="007A5E59" w:rsidRDefault="0095198F">
            <w:pPr>
              <w:jc w:val="center"/>
            </w:pPr>
            <w:r>
              <w:t>60</w:t>
            </w:r>
          </w:p>
        </w:tc>
        <w:tc>
          <w:tcPr>
            <w:tcW w:w="0" w:type="auto"/>
          </w:tcPr>
          <w:p w14:paraId="390D4E43" w14:textId="77777777" w:rsidR="007A5E59" w:rsidRDefault="0095198F">
            <w:r>
              <w:t>канал.</w:t>
            </w:r>
          </w:p>
        </w:tc>
      </w:tr>
      <w:tr w:rsidR="007A5E59" w14:paraId="7D27C9AE" w14:textId="77777777">
        <w:trPr>
          <w:jc w:val="center"/>
        </w:trPr>
        <w:tc>
          <w:tcPr>
            <w:tcW w:w="0" w:type="auto"/>
          </w:tcPr>
          <w:p w14:paraId="24DDCF92" w14:textId="77777777" w:rsidR="007A5E59" w:rsidRDefault="0095198F">
            <w:pPr>
              <w:jc w:val="center"/>
            </w:pPr>
            <w:r>
              <w:t>21</w:t>
            </w:r>
          </w:p>
        </w:tc>
        <w:tc>
          <w:tcPr>
            <w:tcW w:w="0" w:type="auto"/>
          </w:tcPr>
          <w:p w14:paraId="6C70DC1E" w14:textId="77777777" w:rsidR="007A5E59" w:rsidRDefault="0095198F">
            <w:r>
              <w:t>1-4 ÷ 1-4/1</w:t>
            </w:r>
          </w:p>
        </w:tc>
        <w:tc>
          <w:tcPr>
            <w:tcW w:w="0" w:type="auto"/>
          </w:tcPr>
          <w:p w14:paraId="40B96110" w14:textId="77777777" w:rsidR="007A5E59" w:rsidRDefault="0095198F">
            <w:pPr>
              <w:jc w:val="center"/>
            </w:pPr>
            <w:r>
              <w:t>80</w:t>
            </w:r>
          </w:p>
        </w:tc>
        <w:tc>
          <w:tcPr>
            <w:tcW w:w="0" w:type="auto"/>
          </w:tcPr>
          <w:p w14:paraId="22CD6786" w14:textId="77777777" w:rsidR="007A5E59" w:rsidRDefault="0095198F">
            <w:pPr>
              <w:jc w:val="center"/>
            </w:pPr>
            <w:r>
              <w:t>2011</w:t>
            </w:r>
          </w:p>
        </w:tc>
        <w:tc>
          <w:tcPr>
            <w:tcW w:w="0" w:type="auto"/>
          </w:tcPr>
          <w:p w14:paraId="3D0948CF" w14:textId="77777777" w:rsidR="007A5E59" w:rsidRDefault="0095198F">
            <w:pPr>
              <w:jc w:val="center"/>
            </w:pPr>
            <w:r>
              <w:t>20</w:t>
            </w:r>
          </w:p>
        </w:tc>
        <w:tc>
          <w:tcPr>
            <w:tcW w:w="0" w:type="auto"/>
          </w:tcPr>
          <w:p w14:paraId="283B11D4" w14:textId="77777777" w:rsidR="007A5E59" w:rsidRDefault="0095198F">
            <w:r>
              <w:t>канал.</w:t>
            </w:r>
          </w:p>
        </w:tc>
      </w:tr>
      <w:tr w:rsidR="007A5E59" w14:paraId="34DFDEBF" w14:textId="77777777">
        <w:trPr>
          <w:jc w:val="center"/>
        </w:trPr>
        <w:tc>
          <w:tcPr>
            <w:tcW w:w="0" w:type="auto"/>
          </w:tcPr>
          <w:p w14:paraId="7A7105FA" w14:textId="77777777" w:rsidR="007A5E59" w:rsidRDefault="0095198F">
            <w:pPr>
              <w:jc w:val="center"/>
            </w:pPr>
            <w:r>
              <w:t>22</w:t>
            </w:r>
          </w:p>
        </w:tc>
        <w:tc>
          <w:tcPr>
            <w:tcW w:w="0" w:type="auto"/>
          </w:tcPr>
          <w:p w14:paraId="5CFF4C11" w14:textId="77777777" w:rsidR="007A5E59" w:rsidRDefault="0095198F">
            <w:r>
              <w:t>1-5 ÷ 1-5/2</w:t>
            </w:r>
          </w:p>
        </w:tc>
        <w:tc>
          <w:tcPr>
            <w:tcW w:w="0" w:type="auto"/>
          </w:tcPr>
          <w:p w14:paraId="491618F1" w14:textId="77777777" w:rsidR="007A5E59" w:rsidRDefault="0095198F">
            <w:pPr>
              <w:jc w:val="center"/>
            </w:pPr>
            <w:r>
              <w:t>100</w:t>
            </w:r>
          </w:p>
        </w:tc>
        <w:tc>
          <w:tcPr>
            <w:tcW w:w="0" w:type="auto"/>
          </w:tcPr>
          <w:p w14:paraId="6FC7BD8C" w14:textId="77777777" w:rsidR="007A5E59" w:rsidRDefault="0095198F">
            <w:pPr>
              <w:jc w:val="center"/>
            </w:pPr>
            <w:r>
              <w:t>2011</w:t>
            </w:r>
          </w:p>
        </w:tc>
        <w:tc>
          <w:tcPr>
            <w:tcW w:w="0" w:type="auto"/>
          </w:tcPr>
          <w:p w14:paraId="5CBFA88E" w14:textId="77777777" w:rsidR="007A5E59" w:rsidRDefault="0095198F">
            <w:pPr>
              <w:jc w:val="center"/>
            </w:pPr>
            <w:r>
              <w:t>45</w:t>
            </w:r>
          </w:p>
        </w:tc>
        <w:tc>
          <w:tcPr>
            <w:tcW w:w="0" w:type="auto"/>
          </w:tcPr>
          <w:p w14:paraId="3FB243CD" w14:textId="77777777" w:rsidR="007A5E59" w:rsidRDefault="0095198F">
            <w:r>
              <w:t>канал.</w:t>
            </w:r>
          </w:p>
        </w:tc>
      </w:tr>
      <w:tr w:rsidR="007A5E59" w14:paraId="69ABC2CF" w14:textId="77777777">
        <w:trPr>
          <w:jc w:val="center"/>
        </w:trPr>
        <w:tc>
          <w:tcPr>
            <w:tcW w:w="0" w:type="auto"/>
          </w:tcPr>
          <w:p w14:paraId="0B7125F9" w14:textId="77777777" w:rsidR="007A5E59" w:rsidRDefault="0095198F">
            <w:pPr>
              <w:jc w:val="center"/>
            </w:pPr>
            <w:r>
              <w:t>23</w:t>
            </w:r>
          </w:p>
        </w:tc>
        <w:tc>
          <w:tcPr>
            <w:tcW w:w="0" w:type="auto"/>
          </w:tcPr>
          <w:p w14:paraId="0ECA7A1B" w14:textId="77777777" w:rsidR="007A5E59" w:rsidRDefault="0095198F">
            <w:r>
              <w:t>1-5/2 ÷ ул. Коммунистическая, 6</w:t>
            </w:r>
          </w:p>
        </w:tc>
        <w:tc>
          <w:tcPr>
            <w:tcW w:w="0" w:type="auto"/>
          </w:tcPr>
          <w:p w14:paraId="08BB1D94" w14:textId="77777777" w:rsidR="007A5E59" w:rsidRDefault="0095198F">
            <w:pPr>
              <w:jc w:val="center"/>
            </w:pPr>
            <w:r>
              <w:t>50</w:t>
            </w:r>
          </w:p>
        </w:tc>
        <w:tc>
          <w:tcPr>
            <w:tcW w:w="0" w:type="auto"/>
          </w:tcPr>
          <w:p w14:paraId="0D6A59FC" w14:textId="77777777" w:rsidR="007A5E59" w:rsidRDefault="0095198F">
            <w:pPr>
              <w:jc w:val="center"/>
            </w:pPr>
            <w:r>
              <w:t>2011</w:t>
            </w:r>
          </w:p>
        </w:tc>
        <w:tc>
          <w:tcPr>
            <w:tcW w:w="0" w:type="auto"/>
          </w:tcPr>
          <w:p w14:paraId="440ADA42" w14:textId="77777777" w:rsidR="007A5E59" w:rsidRDefault="0095198F">
            <w:pPr>
              <w:jc w:val="center"/>
            </w:pPr>
            <w:r>
              <w:t>25</w:t>
            </w:r>
          </w:p>
        </w:tc>
        <w:tc>
          <w:tcPr>
            <w:tcW w:w="0" w:type="auto"/>
          </w:tcPr>
          <w:p w14:paraId="6F63FB47" w14:textId="77777777" w:rsidR="007A5E59" w:rsidRDefault="0095198F">
            <w:r>
              <w:t>канал.</w:t>
            </w:r>
          </w:p>
        </w:tc>
      </w:tr>
      <w:tr w:rsidR="007A5E59" w14:paraId="14C1B4D4" w14:textId="77777777">
        <w:trPr>
          <w:jc w:val="center"/>
        </w:trPr>
        <w:tc>
          <w:tcPr>
            <w:tcW w:w="0" w:type="auto"/>
          </w:tcPr>
          <w:p w14:paraId="7D5D6E51" w14:textId="77777777" w:rsidR="007A5E59" w:rsidRDefault="0095198F">
            <w:pPr>
              <w:jc w:val="center"/>
            </w:pPr>
            <w:r>
              <w:t>24</w:t>
            </w:r>
          </w:p>
        </w:tc>
        <w:tc>
          <w:tcPr>
            <w:tcW w:w="0" w:type="auto"/>
          </w:tcPr>
          <w:p w14:paraId="045E0195" w14:textId="77777777" w:rsidR="007A5E59" w:rsidRDefault="0095198F">
            <w:r>
              <w:t>1-5/2 ÷ ул. Коммунистическая, 8</w:t>
            </w:r>
          </w:p>
        </w:tc>
        <w:tc>
          <w:tcPr>
            <w:tcW w:w="0" w:type="auto"/>
          </w:tcPr>
          <w:p w14:paraId="256F50D3" w14:textId="77777777" w:rsidR="007A5E59" w:rsidRDefault="0095198F">
            <w:pPr>
              <w:jc w:val="center"/>
            </w:pPr>
            <w:r>
              <w:t>50</w:t>
            </w:r>
          </w:p>
        </w:tc>
        <w:tc>
          <w:tcPr>
            <w:tcW w:w="0" w:type="auto"/>
          </w:tcPr>
          <w:p w14:paraId="3A7C8220" w14:textId="77777777" w:rsidR="007A5E59" w:rsidRDefault="0095198F">
            <w:pPr>
              <w:jc w:val="center"/>
            </w:pPr>
            <w:r>
              <w:t>2011</w:t>
            </w:r>
          </w:p>
        </w:tc>
        <w:tc>
          <w:tcPr>
            <w:tcW w:w="0" w:type="auto"/>
          </w:tcPr>
          <w:p w14:paraId="5598C670" w14:textId="77777777" w:rsidR="007A5E59" w:rsidRDefault="0095198F">
            <w:pPr>
              <w:jc w:val="center"/>
            </w:pPr>
            <w:r>
              <w:t>10</w:t>
            </w:r>
          </w:p>
        </w:tc>
        <w:tc>
          <w:tcPr>
            <w:tcW w:w="0" w:type="auto"/>
          </w:tcPr>
          <w:p w14:paraId="61019518" w14:textId="77777777" w:rsidR="007A5E59" w:rsidRDefault="0095198F">
            <w:r>
              <w:t>канал.</w:t>
            </w:r>
          </w:p>
        </w:tc>
      </w:tr>
      <w:tr w:rsidR="007A5E59" w14:paraId="280A52FF" w14:textId="77777777">
        <w:trPr>
          <w:jc w:val="center"/>
        </w:trPr>
        <w:tc>
          <w:tcPr>
            <w:tcW w:w="0" w:type="auto"/>
          </w:tcPr>
          <w:p w14:paraId="6642ED33" w14:textId="77777777" w:rsidR="007A5E59" w:rsidRDefault="0095198F">
            <w:pPr>
              <w:jc w:val="center"/>
            </w:pPr>
            <w:r>
              <w:t>25</w:t>
            </w:r>
          </w:p>
        </w:tc>
        <w:tc>
          <w:tcPr>
            <w:tcW w:w="0" w:type="auto"/>
          </w:tcPr>
          <w:p w14:paraId="3092A29B" w14:textId="77777777" w:rsidR="007A5E59" w:rsidRDefault="0095198F">
            <w:r>
              <w:t>1-5/8 ÷ 1-5/10</w:t>
            </w:r>
          </w:p>
        </w:tc>
        <w:tc>
          <w:tcPr>
            <w:tcW w:w="0" w:type="auto"/>
          </w:tcPr>
          <w:p w14:paraId="0474EF6D" w14:textId="77777777" w:rsidR="007A5E59" w:rsidRDefault="0095198F">
            <w:pPr>
              <w:jc w:val="center"/>
            </w:pPr>
            <w:r>
              <w:t>65</w:t>
            </w:r>
          </w:p>
        </w:tc>
        <w:tc>
          <w:tcPr>
            <w:tcW w:w="0" w:type="auto"/>
          </w:tcPr>
          <w:p w14:paraId="1511D748" w14:textId="77777777" w:rsidR="007A5E59" w:rsidRDefault="0095198F">
            <w:pPr>
              <w:jc w:val="center"/>
            </w:pPr>
            <w:r>
              <w:t>2011</w:t>
            </w:r>
          </w:p>
        </w:tc>
        <w:tc>
          <w:tcPr>
            <w:tcW w:w="0" w:type="auto"/>
          </w:tcPr>
          <w:p w14:paraId="687C9ED9" w14:textId="77777777" w:rsidR="007A5E59" w:rsidRDefault="0095198F">
            <w:pPr>
              <w:jc w:val="center"/>
            </w:pPr>
            <w:r>
              <w:t>25</w:t>
            </w:r>
          </w:p>
        </w:tc>
        <w:tc>
          <w:tcPr>
            <w:tcW w:w="0" w:type="auto"/>
          </w:tcPr>
          <w:p w14:paraId="0FE6E5CB" w14:textId="77777777" w:rsidR="007A5E59" w:rsidRDefault="0095198F">
            <w:r>
              <w:t>канал.</w:t>
            </w:r>
          </w:p>
        </w:tc>
      </w:tr>
      <w:tr w:rsidR="007A5E59" w14:paraId="684E5762" w14:textId="77777777">
        <w:trPr>
          <w:jc w:val="center"/>
        </w:trPr>
        <w:tc>
          <w:tcPr>
            <w:tcW w:w="0" w:type="auto"/>
          </w:tcPr>
          <w:p w14:paraId="2F1EC798" w14:textId="77777777" w:rsidR="007A5E59" w:rsidRDefault="0095198F">
            <w:pPr>
              <w:jc w:val="center"/>
            </w:pPr>
            <w:r>
              <w:t>26</w:t>
            </w:r>
          </w:p>
        </w:tc>
        <w:tc>
          <w:tcPr>
            <w:tcW w:w="0" w:type="auto"/>
          </w:tcPr>
          <w:p w14:paraId="4ADBEC95" w14:textId="77777777" w:rsidR="007A5E59" w:rsidRDefault="0095198F">
            <w:r>
              <w:t>1-5/10 ÷ 1-5/12</w:t>
            </w:r>
          </w:p>
        </w:tc>
        <w:tc>
          <w:tcPr>
            <w:tcW w:w="0" w:type="auto"/>
          </w:tcPr>
          <w:p w14:paraId="720FEC37" w14:textId="77777777" w:rsidR="007A5E59" w:rsidRDefault="0095198F">
            <w:pPr>
              <w:jc w:val="center"/>
            </w:pPr>
            <w:r>
              <w:t>65</w:t>
            </w:r>
          </w:p>
        </w:tc>
        <w:tc>
          <w:tcPr>
            <w:tcW w:w="0" w:type="auto"/>
          </w:tcPr>
          <w:p w14:paraId="67E5DCE2" w14:textId="77777777" w:rsidR="007A5E59" w:rsidRDefault="0095198F">
            <w:pPr>
              <w:jc w:val="center"/>
            </w:pPr>
            <w:r>
              <w:t>2011</w:t>
            </w:r>
          </w:p>
        </w:tc>
        <w:tc>
          <w:tcPr>
            <w:tcW w:w="0" w:type="auto"/>
          </w:tcPr>
          <w:p w14:paraId="7857C14F" w14:textId="77777777" w:rsidR="007A5E59" w:rsidRDefault="0095198F">
            <w:pPr>
              <w:jc w:val="center"/>
            </w:pPr>
            <w:r>
              <w:t>37</w:t>
            </w:r>
          </w:p>
        </w:tc>
        <w:tc>
          <w:tcPr>
            <w:tcW w:w="0" w:type="auto"/>
          </w:tcPr>
          <w:p w14:paraId="599FF387" w14:textId="77777777" w:rsidR="007A5E59" w:rsidRDefault="0095198F">
            <w:r>
              <w:t>канал.</w:t>
            </w:r>
          </w:p>
        </w:tc>
      </w:tr>
      <w:tr w:rsidR="007A5E59" w14:paraId="220BED90" w14:textId="77777777">
        <w:trPr>
          <w:jc w:val="center"/>
        </w:trPr>
        <w:tc>
          <w:tcPr>
            <w:tcW w:w="0" w:type="auto"/>
          </w:tcPr>
          <w:p w14:paraId="207B4689" w14:textId="77777777" w:rsidR="007A5E59" w:rsidRDefault="0095198F">
            <w:pPr>
              <w:jc w:val="center"/>
            </w:pPr>
            <w:r>
              <w:t>27</w:t>
            </w:r>
          </w:p>
        </w:tc>
        <w:tc>
          <w:tcPr>
            <w:tcW w:w="0" w:type="auto"/>
          </w:tcPr>
          <w:p w14:paraId="344DB9E1" w14:textId="77777777" w:rsidR="007A5E59" w:rsidRDefault="0095198F">
            <w:r>
              <w:t>1-5/12 ÷ 1-5/14</w:t>
            </w:r>
          </w:p>
        </w:tc>
        <w:tc>
          <w:tcPr>
            <w:tcW w:w="0" w:type="auto"/>
          </w:tcPr>
          <w:p w14:paraId="24E0CADA" w14:textId="77777777" w:rsidR="007A5E59" w:rsidRDefault="0095198F">
            <w:pPr>
              <w:jc w:val="center"/>
            </w:pPr>
            <w:r>
              <w:t>65</w:t>
            </w:r>
          </w:p>
        </w:tc>
        <w:tc>
          <w:tcPr>
            <w:tcW w:w="0" w:type="auto"/>
          </w:tcPr>
          <w:p w14:paraId="5ED2C610" w14:textId="77777777" w:rsidR="007A5E59" w:rsidRDefault="0095198F">
            <w:pPr>
              <w:jc w:val="center"/>
            </w:pPr>
            <w:r>
              <w:t>2011</w:t>
            </w:r>
          </w:p>
        </w:tc>
        <w:tc>
          <w:tcPr>
            <w:tcW w:w="0" w:type="auto"/>
          </w:tcPr>
          <w:p w14:paraId="57054ED8" w14:textId="77777777" w:rsidR="007A5E59" w:rsidRDefault="0095198F">
            <w:pPr>
              <w:jc w:val="center"/>
            </w:pPr>
            <w:r>
              <w:t>43</w:t>
            </w:r>
          </w:p>
        </w:tc>
        <w:tc>
          <w:tcPr>
            <w:tcW w:w="0" w:type="auto"/>
          </w:tcPr>
          <w:p w14:paraId="01AE980D" w14:textId="77777777" w:rsidR="007A5E59" w:rsidRDefault="0095198F">
            <w:r>
              <w:t>канал.</w:t>
            </w:r>
          </w:p>
        </w:tc>
      </w:tr>
      <w:tr w:rsidR="007A5E59" w14:paraId="6F7143FE" w14:textId="77777777">
        <w:trPr>
          <w:jc w:val="center"/>
        </w:trPr>
        <w:tc>
          <w:tcPr>
            <w:tcW w:w="0" w:type="auto"/>
          </w:tcPr>
          <w:p w14:paraId="3EA561B1" w14:textId="77777777" w:rsidR="007A5E59" w:rsidRDefault="0095198F">
            <w:pPr>
              <w:jc w:val="center"/>
            </w:pPr>
            <w:r>
              <w:t>28</w:t>
            </w:r>
          </w:p>
        </w:tc>
        <w:tc>
          <w:tcPr>
            <w:tcW w:w="0" w:type="auto"/>
          </w:tcPr>
          <w:p w14:paraId="69A18C81" w14:textId="77777777" w:rsidR="007A5E59" w:rsidRDefault="0095198F">
            <w:r>
              <w:t>1-5/14 ÷ ул. Артема, 2</w:t>
            </w:r>
          </w:p>
        </w:tc>
        <w:tc>
          <w:tcPr>
            <w:tcW w:w="0" w:type="auto"/>
          </w:tcPr>
          <w:p w14:paraId="75981C75" w14:textId="77777777" w:rsidR="007A5E59" w:rsidRDefault="0095198F">
            <w:pPr>
              <w:jc w:val="center"/>
            </w:pPr>
            <w:r>
              <w:t>32</w:t>
            </w:r>
          </w:p>
        </w:tc>
        <w:tc>
          <w:tcPr>
            <w:tcW w:w="0" w:type="auto"/>
          </w:tcPr>
          <w:p w14:paraId="6788AE69" w14:textId="77777777" w:rsidR="007A5E59" w:rsidRDefault="0095198F">
            <w:pPr>
              <w:jc w:val="center"/>
            </w:pPr>
            <w:r>
              <w:t>2011</w:t>
            </w:r>
          </w:p>
        </w:tc>
        <w:tc>
          <w:tcPr>
            <w:tcW w:w="0" w:type="auto"/>
          </w:tcPr>
          <w:p w14:paraId="0197E05E" w14:textId="77777777" w:rsidR="007A5E59" w:rsidRDefault="0095198F">
            <w:pPr>
              <w:jc w:val="center"/>
            </w:pPr>
            <w:r>
              <w:t>10</w:t>
            </w:r>
          </w:p>
        </w:tc>
        <w:tc>
          <w:tcPr>
            <w:tcW w:w="0" w:type="auto"/>
          </w:tcPr>
          <w:p w14:paraId="3A87310B" w14:textId="77777777" w:rsidR="007A5E59" w:rsidRDefault="0095198F">
            <w:r>
              <w:t>канал.</w:t>
            </w:r>
          </w:p>
        </w:tc>
      </w:tr>
      <w:tr w:rsidR="007A5E59" w14:paraId="6484EA92" w14:textId="77777777">
        <w:trPr>
          <w:jc w:val="center"/>
        </w:trPr>
        <w:tc>
          <w:tcPr>
            <w:tcW w:w="0" w:type="auto"/>
          </w:tcPr>
          <w:p w14:paraId="674A5A23" w14:textId="77777777" w:rsidR="007A5E59" w:rsidRDefault="0095198F">
            <w:pPr>
              <w:jc w:val="center"/>
            </w:pPr>
            <w:r>
              <w:t>29</w:t>
            </w:r>
          </w:p>
        </w:tc>
        <w:tc>
          <w:tcPr>
            <w:tcW w:w="0" w:type="auto"/>
          </w:tcPr>
          <w:p w14:paraId="2A70DC17" w14:textId="77777777" w:rsidR="007A5E59" w:rsidRDefault="0095198F">
            <w:r>
              <w:t>1-5/14 ÷ ул. Артема, 1</w:t>
            </w:r>
          </w:p>
        </w:tc>
        <w:tc>
          <w:tcPr>
            <w:tcW w:w="0" w:type="auto"/>
          </w:tcPr>
          <w:p w14:paraId="46B81CFF" w14:textId="77777777" w:rsidR="007A5E59" w:rsidRDefault="0095198F">
            <w:pPr>
              <w:jc w:val="center"/>
            </w:pPr>
            <w:r>
              <w:t>32</w:t>
            </w:r>
          </w:p>
        </w:tc>
        <w:tc>
          <w:tcPr>
            <w:tcW w:w="0" w:type="auto"/>
          </w:tcPr>
          <w:p w14:paraId="203D36C9" w14:textId="77777777" w:rsidR="007A5E59" w:rsidRDefault="0095198F">
            <w:pPr>
              <w:jc w:val="center"/>
            </w:pPr>
            <w:r>
              <w:t>2011</w:t>
            </w:r>
          </w:p>
        </w:tc>
        <w:tc>
          <w:tcPr>
            <w:tcW w:w="0" w:type="auto"/>
          </w:tcPr>
          <w:p w14:paraId="676B6FD2" w14:textId="77777777" w:rsidR="007A5E59" w:rsidRDefault="0095198F">
            <w:pPr>
              <w:jc w:val="center"/>
            </w:pPr>
            <w:r>
              <w:t>15</w:t>
            </w:r>
          </w:p>
        </w:tc>
        <w:tc>
          <w:tcPr>
            <w:tcW w:w="0" w:type="auto"/>
          </w:tcPr>
          <w:p w14:paraId="1FADAAFA" w14:textId="77777777" w:rsidR="007A5E59" w:rsidRDefault="0095198F">
            <w:r>
              <w:t>канал.</w:t>
            </w:r>
          </w:p>
        </w:tc>
      </w:tr>
      <w:tr w:rsidR="007A5E59" w14:paraId="315A7A8F" w14:textId="77777777">
        <w:trPr>
          <w:jc w:val="center"/>
        </w:trPr>
        <w:tc>
          <w:tcPr>
            <w:tcW w:w="0" w:type="auto"/>
          </w:tcPr>
          <w:p w14:paraId="5A27D441" w14:textId="77777777" w:rsidR="007A5E59" w:rsidRDefault="0095198F">
            <w:pPr>
              <w:jc w:val="center"/>
            </w:pPr>
            <w:r>
              <w:t>30</w:t>
            </w:r>
          </w:p>
        </w:tc>
        <w:tc>
          <w:tcPr>
            <w:tcW w:w="0" w:type="auto"/>
          </w:tcPr>
          <w:p w14:paraId="4506AD0F" w14:textId="77777777" w:rsidR="007A5E59" w:rsidRDefault="0095198F">
            <w:r>
              <w:t>1-9 ÷ 1-9/2</w:t>
            </w:r>
          </w:p>
        </w:tc>
        <w:tc>
          <w:tcPr>
            <w:tcW w:w="0" w:type="auto"/>
          </w:tcPr>
          <w:p w14:paraId="2C2A046C" w14:textId="77777777" w:rsidR="007A5E59" w:rsidRDefault="0095198F">
            <w:pPr>
              <w:jc w:val="center"/>
            </w:pPr>
            <w:r>
              <w:t>100</w:t>
            </w:r>
          </w:p>
        </w:tc>
        <w:tc>
          <w:tcPr>
            <w:tcW w:w="0" w:type="auto"/>
          </w:tcPr>
          <w:p w14:paraId="62F87342" w14:textId="77777777" w:rsidR="007A5E59" w:rsidRDefault="0095198F">
            <w:pPr>
              <w:jc w:val="center"/>
            </w:pPr>
            <w:r>
              <w:t>1983</w:t>
            </w:r>
          </w:p>
        </w:tc>
        <w:tc>
          <w:tcPr>
            <w:tcW w:w="0" w:type="auto"/>
          </w:tcPr>
          <w:p w14:paraId="706A8483" w14:textId="77777777" w:rsidR="007A5E59" w:rsidRDefault="0095198F">
            <w:pPr>
              <w:jc w:val="center"/>
            </w:pPr>
            <w:r>
              <w:t>36</w:t>
            </w:r>
          </w:p>
        </w:tc>
        <w:tc>
          <w:tcPr>
            <w:tcW w:w="0" w:type="auto"/>
          </w:tcPr>
          <w:p w14:paraId="416A981D" w14:textId="77777777" w:rsidR="007A5E59" w:rsidRDefault="0095198F">
            <w:r>
              <w:t>канал.</w:t>
            </w:r>
          </w:p>
        </w:tc>
      </w:tr>
      <w:tr w:rsidR="007A5E59" w14:paraId="3909460A" w14:textId="77777777">
        <w:trPr>
          <w:jc w:val="center"/>
        </w:trPr>
        <w:tc>
          <w:tcPr>
            <w:tcW w:w="0" w:type="auto"/>
          </w:tcPr>
          <w:p w14:paraId="771C9A9C" w14:textId="77777777" w:rsidR="007A5E59" w:rsidRDefault="0095198F">
            <w:pPr>
              <w:jc w:val="center"/>
            </w:pPr>
            <w:r>
              <w:t>31</w:t>
            </w:r>
          </w:p>
        </w:tc>
        <w:tc>
          <w:tcPr>
            <w:tcW w:w="0" w:type="auto"/>
          </w:tcPr>
          <w:p w14:paraId="1F644AA2" w14:textId="77777777" w:rsidR="007A5E59" w:rsidRDefault="0095198F">
            <w:r>
              <w:t>1-9 ÷ 1-10</w:t>
            </w:r>
          </w:p>
        </w:tc>
        <w:tc>
          <w:tcPr>
            <w:tcW w:w="0" w:type="auto"/>
          </w:tcPr>
          <w:p w14:paraId="658FFB58" w14:textId="77777777" w:rsidR="007A5E59" w:rsidRDefault="0095198F">
            <w:pPr>
              <w:jc w:val="center"/>
            </w:pPr>
            <w:r>
              <w:t>200</w:t>
            </w:r>
          </w:p>
        </w:tc>
        <w:tc>
          <w:tcPr>
            <w:tcW w:w="0" w:type="auto"/>
          </w:tcPr>
          <w:p w14:paraId="5FAA5EA5" w14:textId="77777777" w:rsidR="007A5E59" w:rsidRDefault="0095198F">
            <w:pPr>
              <w:jc w:val="center"/>
            </w:pPr>
            <w:r>
              <w:t>1983</w:t>
            </w:r>
          </w:p>
        </w:tc>
        <w:tc>
          <w:tcPr>
            <w:tcW w:w="0" w:type="auto"/>
          </w:tcPr>
          <w:p w14:paraId="25FDCD90" w14:textId="77777777" w:rsidR="007A5E59" w:rsidRDefault="0095198F">
            <w:pPr>
              <w:jc w:val="center"/>
            </w:pPr>
            <w:r>
              <w:t>16</w:t>
            </w:r>
          </w:p>
        </w:tc>
        <w:tc>
          <w:tcPr>
            <w:tcW w:w="0" w:type="auto"/>
          </w:tcPr>
          <w:p w14:paraId="14C3DD30" w14:textId="77777777" w:rsidR="007A5E59" w:rsidRDefault="0095198F">
            <w:r>
              <w:t>канал.</w:t>
            </w:r>
          </w:p>
        </w:tc>
      </w:tr>
      <w:tr w:rsidR="007A5E59" w14:paraId="3C2C493F" w14:textId="77777777">
        <w:trPr>
          <w:jc w:val="center"/>
        </w:trPr>
        <w:tc>
          <w:tcPr>
            <w:tcW w:w="0" w:type="auto"/>
          </w:tcPr>
          <w:p w14:paraId="33D0D20A" w14:textId="77777777" w:rsidR="007A5E59" w:rsidRDefault="0095198F">
            <w:pPr>
              <w:jc w:val="center"/>
            </w:pPr>
            <w:r>
              <w:t>32</w:t>
            </w:r>
          </w:p>
        </w:tc>
        <w:tc>
          <w:tcPr>
            <w:tcW w:w="0" w:type="auto"/>
          </w:tcPr>
          <w:p w14:paraId="6D168C64" w14:textId="77777777" w:rsidR="007A5E59" w:rsidRDefault="0095198F">
            <w:r>
              <w:t>2-1 ÷ 2-1/1</w:t>
            </w:r>
          </w:p>
        </w:tc>
        <w:tc>
          <w:tcPr>
            <w:tcW w:w="0" w:type="auto"/>
          </w:tcPr>
          <w:p w14:paraId="1514D277" w14:textId="77777777" w:rsidR="007A5E59" w:rsidRDefault="0095198F">
            <w:pPr>
              <w:jc w:val="center"/>
            </w:pPr>
            <w:r>
              <w:t>100</w:t>
            </w:r>
          </w:p>
        </w:tc>
        <w:tc>
          <w:tcPr>
            <w:tcW w:w="0" w:type="auto"/>
          </w:tcPr>
          <w:p w14:paraId="5ADAD5B4" w14:textId="77777777" w:rsidR="007A5E59" w:rsidRDefault="0095198F">
            <w:pPr>
              <w:jc w:val="center"/>
            </w:pPr>
            <w:r>
              <w:t>2010</w:t>
            </w:r>
          </w:p>
        </w:tc>
        <w:tc>
          <w:tcPr>
            <w:tcW w:w="0" w:type="auto"/>
          </w:tcPr>
          <w:p w14:paraId="18453641" w14:textId="77777777" w:rsidR="007A5E59" w:rsidRDefault="0095198F">
            <w:pPr>
              <w:jc w:val="center"/>
            </w:pPr>
            <w:r>
              <w:t>31</w:t>
            </w:r>
          </w:p>
        </w:tc>
        <w:tc>
          <w:tcPr>
            <w:tcW w:w="0" w:type="auto"/>
          </w:tcPr>
          <w:p w14:paraId="323F299D" w14:textId="77777777" w:rsidR="007A5E59" w:rsidRDefault="0095198F">
            <w:r>
              <w:t>канал.</w:t>
            </w:r>
          </w:p>
        </w:tc>
      </w:tr>
      <w:tr w:rsidR="007A5E59" w14:paraId="74E36E51" w14:textId="77777777">
        <w:trPr>
          <w:jc w:val="center"/>
        </w:trPr>
        <w:tc>
          <w:tcPr>
            <w:tcW w:w="0" w:type="auto"/>
          </w:tcPr>
          <w:p w14:paraId="0A02CE3B" w14:textId="77777777" w:rsidR="007A5E59" w:rsidRDefault="0095198F">
            <w:pPr>
              <w:jc w:val="center"/>
            </w:pPr>
            <w:r>
              <w:t>33</w:t>
            </w:r>
          </w:p>
        </w:tc>
        <w:tc>
          <w:tcPr>
            <w:tcW w:w="0" w:type="auto"/>
          </w:tcPr>
          <w:p w14:paraId="28AE66D5" w14:textId="77777777" w:rsidR="007A5E59" w:rsidRDefault="0095198F">
            <w:r>
              <w:t>2-1/1 ÷ 2-1/3</w:t>
            </w:r>
          </w:p>
        </w:tc>
        <w:tc>
          <w:tcPr>
            <w:tcW w:w="0" w:type="auto"/>
          </w:tcPr>
          <w:p w14:paraId="45ABB219" w14:textId="77777777" w:rsidR="007A5E59" w:rsidRDefault="0095198F">
            <w:pPr>
              <w:jc w:val="center"/>
            </w:pPr>
            <w:r>
              <w:t>100</w:t>
            </w:r>
          </w:p>
        </w:tc>
        <w:tc>
          <w:tcPr>
            <w:tcW w:w="0" w:type="auto"/>
          </w:tcPr>
          <w:p w14:paraId="66DC562D" w14:textId="77777777" w:rsidR="007A5E59" w:rsidRDefault="0095198F">
            <w:pPr>
              <w:jc w:val="center"/>
            </w:pPr>
            <w:r>
              <w:t>2010</w:t>
            </w:r>
          </w:p>
        </w:tc>
        <w:tc>
          <w:tcPr>
            <w:tcW w:w="0" w:type="auto"/>
          </w:tcPr>
          <w:p w14:paraId="2DE2E82C" w14:textId="77777777" w:rsidR="007A5E59" w:rsidRDefault="0095198F">
            <w:pPr>
              <w:jc w:val="center"/>
            </w:pPr>
            <w:r>
              <w:t>8</w:t>
            </w:r>
          </w:p>
        </w:tc>
        <w:tc>
          <w:tcPr>
            <w:tcW w:w="0" w:type="auto"/>
          </w:tcPr>
          <w:p w14:paraId="74F1A211" w14:textId="77777777" w:rsidR="007A5E59" w:rsidRDefault="0095198F">
            <w:r>
              <w:t>канал.</w:t>
            </w:r>
          </w:p>
        </w:tc>
      </w:tr>
      <w:tr w:rsidR="007A5E59" w14:paraId="305FEB7D" w14:textId="77777777">
        <w:trPr>
          <w:jc w:val="center"/>
        </w:trPr>
        <w:tc>
          <w:tcPr>
            <w:tcW w:w="0" w:type="auto"/>
          </w:tcPr>
          <w:p w14:paraId="540C1B47" w14:textId="77777777" w:rsidR="007A5E59" w:rsidRDefault="0095198F">
            <w:pPr>
              <w:jc w:val="center"/>
            </w:pPr>
            <w:r>
              <w:t>34</w:t>
            </w:r>
          </w:p>
        </w:tc>
        <w:tc>
          <w:tcPr>
            <w:tcW w:w="0" w:type="auto"/>
          </w:tcPr>
          <w:p w14:paraId="6F7F4463" w14:textId="77777777" w:rsidR="007A5E59" w:rsidRDefault="0095198F">
            <w:r>
              <w:t>2-1/1 ÷ 2-1/11</w:t>
            </w:r>
          </w:p>
        </w:tc>
        <w:tc>
          <w:tcPr>
            <w:tcW w:w="0" w:type="auto"/>
          </w:tcPr>
          <w:p w14:paraId="006F82C1" w14:textId="77777777" w:rsidR="007A5E59" w:rsidRDefault="0095198F">
            <w:pPr>
              <w:jc w:val="center"/>
            </w:pPr>
            <w:r>
              <w:t>65</w:t>
            </w:r>
          </w:p>
        </w:tc>
        <w:tc>
          <w:tcPr>
            <w:tcW w:w="0" w:type="auto"/>
          </w:tcPr>
          <w:p w14:paraId="50F7D218" w14:textId="77777777" w:rsidR="007A5E59" w:rsidRDefault="0095198F">
            <w:pPr>
              <w:jc w:val="center"/>
            </w:pPr>
            <w:r>
              <w:t>2011</w:t>
            </w:r>
          </w:p>
        </w:tc>
        <w:tc>
          <w:tcPr>
            <w:tcW w:w="0" w:type="auto"/>
          </w:tcPr>
          <w:p w14:paraId="4E43D476" w14:textId="77777777" w:rsidR="007A5E59" w:rsidRDefault="0095198F">
            <w:pPr>
              <w:jc w:val="center"/>
            </w:pPr>
            <w:r>
              <w:t>25</w:t>
            </w:r>
          </w:p>
        </w:tc>
        <w:tc>
          <w:tcPr>
            <w:tcW w:w="0" w:type="auto"/>
          </w:tcPr>
          <w:p w14:paraId="1B3A8DD5" w14:textId="77777777" w:rsidR="007A5E59" w:rsidRDefault="0095198F">
            <w:r>
              <w:t>канал.</w:t>
            </w:r>
          </w:p>
        </w:tc>
      </w:tr>
      <w:tr w:rsidR="007A5E59" w14:paraId="3E954898" w14:textId="77777777">
        <w:trPr>
          <w:jc w:val="center"/>
        </w:trPr>
        <w:tc>
          <w:tcPr>
            <w:tcW w:w="0" w:type="auto"/>
          </w:tcPr>
          <w:p w14:paraId="6AD9DC58" w14:textId="77777777" w:rsidR="007A5E59" w:rsidRDefault="0095198F">
            <w:pPr>
              <w:jc w:val="center"/>
            </w:pPr>
            <w:r>
              <w:t>35</w:t>
            </w:r>
          </w:p>
        </w:tc>
        <w:tc>
          <w:tcPr>
            <w:tcW w:w="0" w:type="auto"/>
          </w:tcPr>
          <w:p w14:paraId="42E7162D" w14:textId="77777777" w:rsidR="007A5E59" w:rsidRDefault="0095198F">
            <w:r>
              <w:t>2-5 ÷ 2-5/2</w:t>
            </w:r>
          </w:p>
        </w:tc>
        <w:tc>
          <w:tcPr>
            <w:tcW w:w="0" w:type="auto"/>
          </w:tcPr>
          <w:p w14:paraId="364AA014" w14:textId="77777777" w:rsidR="007A5E59" w:rsidRDefault="0095198F">
            <w:pPr>
              <w:jc w:val="center"/>
            </w:pPr>
            <w:r>
              <w:t>100</w:t>
            </w:r>
          </w:p>
        </w:tc>
        <w:tc>
          <w:tcPr>
            <w:tcW w:w="0" w:type="auto"/>
          </w:tcPr>
          <w:p w14:paraId="67EBF009" w14:textId="77777777" w:rsidR="007A5E59" w:rsidRDefault="0095198F">
            <w:pPr>
              <w:jc w:val="center"/>
            </w:pPr>
            <w:r>
              <w:t>2011</w:t>
            </w:r>
          </w:p>
        </w:tc>
        <w:tc>
          <w:tcPr>
            <w:tcW w:w="0" w:type="auto"/>
          </w:tcPr>
          <w:p w14:paraId="61648221" w14:textId="77777777" w:rsidR="007A5E59" w:rsidRDefault="0095198F">
            <w:pPr>
              <w:jc w:val="center"/>
            </w:pPr>
            <w:r>
              <w:t>35</w:t>
            </w:r>
          </w:p>
        </w:tc>
        <w:tc>
          <w:tcPr>
            <w:tcW w:w="0" w:type="auto"/>
          </w:tcPr>
          <w:p w14:paraId="67E1054D" w14:textId="77777777" w:rsidR="007A5E59" w:rsidRDefault="0095198F">
            <w:r>
              <w:t>канал.</w:t>
            </w:r>
          </w:p>
        </w:tc>
      </w:tr>
      <w:tr w:rsidR="007A5E59" w14:paraId="7FE50B11" w14:textId="77777777">
        <w:trPr>
          <w:jc w:val="center"/>
        </w:trPr>
        <w:tc>
          <w:tcPr>
            <w:tcW w:w="0" w:type="auto"/>
          </w:tcPr>
          <w:p w14:paraId="000EBF19" w14:textId="77777777" w:rsidR="007A5E59" w:rsidRDefault="0095198F">
            <w:pPr>
              <w:jc w:val="center"/>
            </w:pPr>
            <w:r>
              <w:t>36</w:t>
            </w:r>
          </w:p>
        </w:tc>
        <w:tc>
          <w:tcPr>
            <w:tcW w:w="0" w:type="auto"/>
          </w:tcPr>
          <w:p w14:paraId="50C5C752" w14:textId="77777777" w:rsidR="007A5E59" w:rsidRDefault="0095198F">
            <w:r>
              <w:t>котельная – 1-1</w:t>
            </w:r>
          </w:p>
        </w:tc>
        <w:tc>
          <w:tcPr>
            <w:tcW w:w="0" w:type="auto"/>
          </w:tcPr>
          <w:p w14:paraId="4E7C7932" w14:textId="77777777" w:rsidR="007A5E59" w:rsidRDefault="0095198F">
            <w:pPr>
              <w:jc w:val="center"/>
            </w:pPr>
            <w:r>
              <w:t>200</w:t>
            </w:r>
          </w:p>
        </w:tc>
        <w:tc>
          <w:tcPr>
            <w:tcW w:w="0" w:type="auto"/>
          </w:tcPr>
          <w:p w14:paraId="18424391" w14:textId="77777777" w:rsidR="007A5E59" w:rsidRDefault="0095198F">
            <w:pPr>
              <w:jc w:val="center"/>
            </w:pPr>
            <w:r>
              <w:t>1983</w:t>
            </w:r>
          </w:p>
        </w:tc>
        <w:tc>
          <w:tcPr>
            <w:tcW w:w="0" w:type="auto"/>
          </w:tcPr>
          <w:p w14:paraId="4126C155" w14:textId="77777777" w:rsidR="007A5E59" w:rsidRDefault="0095198F">
            <w:pPr>
              <w:jc w:val="center"/>
            </w:pPr>
            <w:r>
              <w:t>35</w:t>
            </w:r>
          </w:p>
        </w:tc>
        <w:tc>
          <w:tcPr>
            <w:tcW w:w="0" w:type="auto"/>
          </w:tcPr>
          <w:p w14:paraId="06D3A170" w14:textId="77777777" w:rsidR="007A5E59" w:rsidRDefault="0095198F">
            <w:r>
              <w:t>надз</w:t>
            </w:r>
          </w:p>
        </w:tc>
      </w:tr>
      <w:tr w:rsidR="007A5E59" w14:paraId="2BAB071F" w14:textId="77777777">
        <w:trPr>
          <w:jc w:val="center"/>
        </w:trPr>
        <w:tc>
          <w:tcPr>
            <w:tcW w:w="0" w:type="auto"/>
          </w:tcPr>
          <w:p w14:paraId="10E69306" w14:textId="77777777" w:rsidR="007A5E59" w:rsidRDefault="0095198F">
            <w:pPr>
              <w:jc w:val="center"/>
            </w:pPr>
            <w:r>
              <w:t>37</w:t>
            </w:r>
          </w:p>
        </w:tc>
        <w:tc>
          <w:tcPr>
            <w:tcW w:w="0" w:type="auto"/>
          </w:tcPr>
          <w:p w14:paraId="78A30CCA" w14:textId="77777777" w:rsidR="007A5E59" w:rsidRDefault="0095198F">
            <w:r>
              <w:t>1-1 – 1-2</w:t>
            </w:r>
          </w:p>
        </w:tc>
        <w:tc>
          <w:tcPr>
            <w:tcW w:w="0" w:type="auto"/>
          </w:tcPr>
          <w:p w14:paraId="222EA9C1" w14:textId="77777777" w:rsidR="007A5E59" w:rsidRDefault="0095198F">
            <w:pPr>
              <w:jc w:val="center"/>
            </w:pPr>
            <w:r>
              <w:t>200</w:t>
            </w:r>
          </w:p>
        </w:tc>
        <w:tc>
          <w:tcPr>
            <w:tcW w:w="0" w:type="auto"/>
          </w:tcPr>
          <w:p w14:paraId="73331B11" w14:textId="77777777" w:rsidR="007A5E59" w:rsidRDefault="0095198F">
            <w:pPr>
              <w:jc w:val="center"/>
            </w:pPr>
            <w:r>
              <w:t>1983</w:t>
            </w:r>
          </w:p>
        </w:tc>
        <w:tc>
          <w:tcPr>
            <w:tcW w:w="0" w:type="auto"/>
          </w:tcPr>
          <w:p w14:paraId="0AA23FBC" w14:textId="77777777" w:rsidR="007A5E59" w:rsidRDefault="0095198F">
            <w:pPr>
              <w:jc w:val="center"/>
            </w:pPr>
            <w:r>
              <w:t>250</w:t>
            </w:r>
          </w:p>
        </w:tc>
        <w:tc>
          <w:tcPr>
            <w:tcW w:w="0" w:type="auto"/>
          </w:tcPr>
          <w:p w14:paraId="0D73B9C9" w14:textId="77777777" w:rsidR="007A5E59" w:rsidRDefault="0095198F">
            <w:r>
              <w:t>надз</w:t>
            </w:r>
          </w:p>
        </w:tc>
      </w:tr>
      <w:tr w:rsidR="007A5E59" w14:paraId="55799B35" w14:textId="77777777">
        <w:trPr>
          <w:jc w:val="center"/>
        </w:trPr>
        <w:tc>
          <w:tcPr>
            <w:tcW w:w="0" w:type="auto"/>
          </w:tcPr>
          <w:p w14:paraId="5B3D0574" w14:textId="77777777" w:rsidR="007A5E59" w:rsidRDefault="0095198F">
            <w:pPr>
              <w:jc w:val="center"/>
            </w:pPr>
            <w:r>
              <w:t>38</w:t>
            </w:r>
          </w:p>
        </w:tc>
        <w:tc>
          <w:tcPr>
            <w:tcW w:w="0" w:type="auto"/>
          </w:tcPr>
          <w:p w14:paraId="4F072122" w14:textId="77777777" w:rsidR="007A5E59" w:rsidRDefault="0095198F">
            <w:r>
              <w:t>1-2/4 ÷ ул. Коммунистическая, 2</w:t>
            </w:r>
          </w:p>
        </w:tc>
        <w:tc>
          <w:tcPr>
            <w:tcW w:w="0" w:type="auto"/>
          </w:tcPr>
          <w:p w14:paraId="5F8F0811" w14:textId="77777777" w:rsidR="007A5E59" w:rsidRDefault="0095198F">
            <w:pPr>
              <w:jc w:val="center"/>
            </w:pPr>
            <w:r>
              <w:t>50</w:t>
            </w:r>
          </w:p>
        </w:tc>
        <w:tc>
          <w:tcPr>
            <w:tcW w:w="0" w:type="auto"/>
          </w:tcPr>
          <w:p w14:paraId="0D35518A" w14:textId="77777777" w:rsidR="007A5E59" w:rsidRDefault="0095198F">
            <w:pPr>
              <w:jc w:val="center"/>
            </w:pPr>
            <w:r>
              <w:t>2012</w:t>
            </w:r>
          </w:p>
        </w:tc>
        <w:tc>
          <w:tcPr>
            <w:tcW w:w="0" w:type="auto"/>
          </w:tcPr>
          <w:p w14:paraId="5185DB0C" w14:textId="77777777" w:rsidR="007A5E59" w:rsidRDefault="0095198F">
            <w:pPr>
              <w:jc w:val="center"/>
            </w:pPr>
            <w:r>
              <w:t>2</w:t>
            </w:r>
          </w:p>
        </w:tc>
        <w:tc>
          <w:tcPr>
            <w:tcW w:w="0" w:type="auto"/>
          </w:tcPr>
          <w:p w14:paraId="173132E1" w14:textId="77777777" w:rsidR="007A5E59" w:rsidRDefault="0095198F">
            <w:r>
              <w:t>надз</w:t>
            </w:r>
          </w:p>
        </w:tc>
      </w:tr>
      <w:tr w:rsidR="007A5E59" w14:paraId="415B6DC4" w14:textId="77777777">
        <w:trPr>
          <w:jc w:val="center"/>
        </w:trPr>
        <w:tc>
          <w:tcPr>
            <w:tcW w:w="0" w:type="auto"/>
          </w:tcPr>
          <w:p w14:paraId="3544264F" w14:textId="77777777" w:rsidR="007A5E59" w:rsidRDefault="0095198F">
            <w:pPr>
              <w:jc w:val="center"/>
            </w:pPr>
            <w:r>
              <w:t>39</w:t>
            </w:r>
          </w:p>
        </w:tc>
        <w:tc>
          <w:tcPr>
            <w:tcW w:w="0" w:type="auto"/>
          </w:tcPr>
          <w:p w14:paraId="127E6750" w14:textId="77777777" w:rsidR="007A5E59" w:rsidRDefault="0095198F">
            <w:r>
              <w:t>1-2/2 ÷ 1-2/6</w:t>
            </w:r>
          </w:p>
        </w:tc>
        <w:tc>
          <w:tcPr>
            <w:tcW w:w="0" w:type="auto"/>
          </w:tcPr>
          <w:p w14:paraId="164E2DE6" w14:textId="77777777" w:rsidR="007A5E59" w:rsidRDefault="0095198F">
            <w:pPr>
              <w:jc w:val="center"/>
            </w:pPr>
            <w:r>
              <w:t>100</w:t>
            </w:r>
          </w:p>
        </w:tc>
        <w:tc>
          <w:tcPr>
            <w:tcW w:w="0" w:type="auto"/>
          </w:tcPr>
          <w:p w14:paraId="50438F1F" w14:textId="77777777" w:rsidR="007A5E59" w:rsidRDefault="0095198F">
            <w:pPr>
              <w:jc w:val="center"/>
            </w:pPr>
            <w:r>
              <w:t>2010</w:t>
            </w:r>
          </w:p>
        </w:tc>
        <w:tc>
          <w:tcPr>
            <w:tcW w:w="0" w:type="auto"/>
          </w:tcPr>
          <w:p w14:paraId="4AD66570" w14:textId="77777777" w:rsidR="007A5E59" w:rsidRDefault="0095198F">
            <w:pPr>
              <w:jc w:val="center"/>
            </w:pPr>
            <w:r>
              <w:t>85</w:t>
            </w:r>
          </w:p>
        </w:tc>
        <w:tc>
          <w:tcPr>
            <w:tcW w:w="0" w:type="auto"/>
          </w:tcPr>
          <w:p w14:paraId="1DFE56FA" w14:textId="77777777" w:rsidR="007A5E59" w:rsidRDefault="0095198F">
            <w:r>
              <w:t>надз</w:t>
            </w:r>
          </w:p>
        </w:tc>
      </w:tr>
      <w:tr w:rsidR="007A5E59" w14:paraId="0EE8E16C" w14:textId="77777777">
        <w:trPr>
          <w:jc w:val="center"/>
        </w:trPr>
        <w:tc>
          <w:tcPr>
            <w:tcW w:w="0" w:type="auto"/>
          </w:tcPr>
          <w:p w14:paraId="6B8ED3D7" w14:textId="77777777" w:rsidR="007A5E59" w:rsidRDefault="0095198F">
            <w:pPr>
              <w:jc w:val="center"/>
            </w:pPr>
            <w:r>
              <w:t>40</w:t>
            </w:r>
          </w:p>
        </w:tc>
        <w:tc>
          <w:tcPr>
            <w:tcW w:w="0" w:type="auto"/>
          </w:tcPr>
          <w:p w14:paraId="6161BE90" w14:textId="77777777" w:rsidR="007A5E59" w:rsidRDefault="0095198F">
            <w:r>
              <w:t>1-2/6 ÷ ул. Артема,9</w:t>
            </w:r>
          </w:p>
        </w:tc>
        <w:tc>
          <w:tcPr>
            <w:tcW w:w="0" w:type="auto"/>
          </w:tcPr>
          <w:p w14:paraId="7DD88408" w14:textId="77777777" w:rsidR="007A5E59" w:rsidRDefault="0095198F">
            <w:pPr>
              <w:jc w:val="center"/>
            </w:pPr>
            <w:r>
              <w:t>50</w:t>
            </w:r>
          </w:p>
        </w:tc>
        <w:tc>
          <w:tcPr>
            <w:tcW w:w="0" w:type="auto"/>
          </w:tcPr>
          <w:p w14:paraId="764E326B" w14:textId="77777777" w:rsidR="007A5E59" w:rsidRDefault="0095198F">
            <w:pPr>
              <w:jc w:val="center"/>
            </w:pPr>
            <w:r>
              <w:t>1983</w:t>
            </w:r>
          </w:p>
        </w:tc>
        <w:tc>
          <w:tcPr>
            <w:tcW w:w="0" w:type="auto"/>
          </w:tcPr>
          <w:p w14:paraId="30F13B77" w14:textId="77777777" w:rsidR="007A5E59" w:rsidRDefault="0095198F">
            <w:pPr>
              <w:jc w:val="center"/>
            </w:pPr>
            <w:r>
              <w:t>70</w:t>
            </w:r>
          </w:p>
        </w:tc>
        <w:tc>
          <w:tcPr>
            <w:tcW w:w="0" w:type="auto"/>
          </w:tcPr>
          <w:p w14:paraId="3183232A" w14:textId="77777777" w:rsidR="007A5E59" w:rsidRDefault="0095198F">
            <w:r>
              <w:t>надз</w:t>
            </w:r>
          </w:p>
        </w:tc>
      </w:tr>
      <w:tr w:rsidR="007A5E59" w14:paraId="4DCEE7FF" w14:textId="77777777">
        <w:trPr>
          <w:jc w:val="center"/>
        </w:trPr>
        <w:tc>
          <w:tcPr>
            <w:tcW w:w="0" w:type="auto"/>
          </w:tcPr>
          <w:p w14:paraId="171C9393" w14:textId="77777777" w:rsidR="007A5E59" w:rsidRDefault="0095198F">
            <w:pPr>
              <w:jc w:val="center"/>
            </w:pPr>
            <w:r>
              <w:t>41</w:t>
            </w:r>
          </w:p>
        </w:tc>
        <w:tc>
          <w:tcPr>
            <w:tcW w:w="0" w:type="auto"/>
          </w:tcPr>
          <w:p w14:paraId="3E562FBE" w14:textId="77777777" w:rsidR="007A5E59" w:rsidRDefault="0095198F">
            <w:r>
              <w:t>1-2/6 ÷ 1-2/8</w:t>
            </w:r>
          </w:p>
        </w:tc>
        <w:tc>
          <w:tcPr>
            <w:tcW w:w="0" w:type="auto"/>
          </w:tcPr>
          <w:p w14:paraId="0B724E7D" w14:textId="77777777" w:rsidR="007A5E59" w:rsidRDefault="0095198F">
            <w:pPr>
              <w:jc w:val="center"/>
            </w:pPr>
            <w:r>
              <w:t>100</w:t>
            </w:r>
          </w:p>
        </w:tc>
        <w:tc>
          <w:tcPr>
            <w:tcW w:w="0" w:type="auto"/>
          </w:tcPr>
          <w:p w14:paraId="3B39C94F" w14:textId="77777777" w:rsidR="007A5E59" w:rsidRDefault="0095198F">
            <w:pPr>
              <w:jc w:val="center"/>
            </w:pPr>
            <w:r>
              <w:t>2010</w:t>
            </w:r>
          </w:p>
        </w:tc>
        <w:tc>
          <w:tcPr>
            <w:tcW w:w="0" w:type="auto"/>
          </w:tcPr>
          <w:p w14:paraId="32ECA282" w14:textId="77777777" w:rsidR="007A5E59" w:rsidRDefault="0095198F">
            <w:pPr>
              <w:jc w:val="center"/>
            </w:pPr>
            <w:r>
              <w:t>56</w:t>
            </w:r>
          </w:p>
        </w:tc>
        <w:tc>
          <w:tcPr>
            <w:tcW w:w="0" w:type="auto"/>
          </w:tcPr>
          <w:p w14:paraId="3B2321A7" w14:textId="77777777" w:rsidR="007A5E59" w:rsidRDefault="0095198F">
            <w:r>
              <w:t>надз</w:t>
            </w:r>
          </w:p>
        </w:tc>
      </w:tr>
      <w:tr w:rsidR="007A5E59" w14:paraId="201C7259" w14:textId="77777777">
        <w:trPr>
          <w:jc w:val="center"/>
        </w:trPr>
        <w:tc>
          <w:tcPr>
            <w:tcW w:w="0" w:type="auto"/>
          </w:tcPr>
          <w:p w14:paraId="15A703CC" w14:textId="77777777" w:rsidR="007A5E59" w:rsidRDefault="0095198F">
            <w:pPr>
              <w:jc w:val="center"/>
            </w:pPr>
            <w:r>
              <w:t>42</w:t>
            </w:r>
          </w:p>
        </w:tc>
        <w:tc>
          <w:tcPr>
            <w:tcW w:w="0" w:type="auto"/>
          </w:tcPr>
          <w:p w14:paraId="43495AA3" w14:textId="77777777" w:rsidR="007A5E59" w:rsidRDefault="0095198F">
            <w:r>
              <w:t>1-2/8 ÷ ул.Артема,13</w:t>
            </w:r>
          </w:p>
        </w:tc>
        <w:tc>
          <w:tcPr>
            <w:tcW w:w="0" w:type="auto"/>
          </w:tcPr>
          <w:p w14:paraId="7026FB86" w14:textId="77777777" w:rsidR="007A5E59" w:rsidRDefault="0095198F">
            <w:pPr>
              <w:jc w:val="center"/>
            </w:pPr>
            <w:r>
              <w:t>50</w:t>
            </w:r>
          </w:p>
        </w:tc>
        <w:tc>
          <w:tcPr>
            <w:tcW w:w="0" w:type="auto"/>
          </w:tcPr>
          <w:p w14:paraId="228C3B7E" w14:textId="77777777" w:rsidR="007A5E59" w:rsidRDefault="0095198F">
            <w:pPr>
              <w:jc w:val="center"/>
            </w:pPr>
            <w:r>
              <w:t>1983</w:t>
            </w:r>
          </w:p>
        </w:tc>
        <w:tc>
          <w:tcPr>
            <w:tcW w:w="0" w:type="auto"/>
          </w:tcPr>
          <w:p w14:paraId="78D31554" w14:textId="77777777" w:rsidR="007A5E59" w:rsidRDefault="0095198F">
            <w:pPr>
              <w:jc w:val="center"/>
            </w:pPr>
            <w:r>
              <w:t>52</w:t>
            </w:r>
          </w:p>
        </w:tc>
        <w:tc>
          <w:tcPr>
            <w:tcW w:w="0" w:type="auto"/>
          </w:tcPr>
          <w:p w14:paraId="54E63F6F" w14:textId="77777777" w:rsidR="007A5E59" w:rsidRDefault="0095198F">
            <w:r>
              <w:t>надз</w:t>
            </w:r>
          </w:p>
        </w:tc>
      </w:tr>
      <w:tr w:rsidR="007A5E59" w14:paraId="22EFB589" w14:textId="77777777">
        <w:trPr>
          <w:jc w:val="center"/>
        </w:trPr>
        <w:tc>
          <w:tcPr>
            <w:tcW w:w="0" w:type="auto"/>
          </w:tcPr>
          <w:p w14:paraId="7E5B7ED2" w14:textId="77777777" w:rsidR="007A5E59" w:rsidRDefault="0095198F">
            <w:pPr>
              <w:jc w:val="center"/>
            </w:pPr>
            <w:r>
              <w:t>43</w:t>
            </w:r>
          </w:p>
        </w:tc>
        <w:tc>
          <w:tcPr>
            <w:tcW w:w="0" w:type="auto"/>
          </w:tcPr>
          <w:p w14:paraId="171D2ADD" w14:textId="77777777" w:rsidR="007A5E59" w:rsidRDefault="0095198F">
            <w:r>
              <w:t>1-2/8 ÷ 1-2/10</w:t>
            </w:r>
          </w:p>
        </w:tc>
        <w:tc>
          <w:tcPr>
            <w:tcW w:w="0" w:type="auto"/>
          </w:tcPr>
          <w:p w14:paraId="55021B67" w14:textId="77777777" w:rsidR="007A5E59" w:rsidRDefault="0095198F">
            <w:pPr>
              <w:jc w:val="center"/>
            </w:pPr>
            <w:r>
              <w:t>100</w:t>
            </w:r>
          </w:p>
        </w:tc>
        <w:tc>
          <w:tcPr>
            <w:tcW w:w="0" w:type="auto"/>
          </w:tcPr>
          <w:p w14:paraId="4CE22452" w14:textId="77777777" w:rsidR="007A5E59" w:rsidRDefault="0095198F">
            <w:pPr>
              <w:jc w:val="center"/>
            </w:pPr>
            <w:r>
              <w:t>2010</w:t>
            </w:r>
          </w:p>
        </w:tc>
        <w:tc>
          <w:tcPr>
            <w:tcW w:w="0" w:type="auto"/>
          </w:tcPr>
          <w:p w14:paraId="1A9838D4" w14:textId="77777777" w:rsidR="007A5E59" w:rsidRDefault="0095198F">
            <w:pPr>
              <w:jc w:val="center"/>
            </w:pPr>
            <w:r>
              <w:t>68</w:t>
            </w:r>
          </w:p>
        </w:tc>
        <w:tc>
          <w:tcPr>
            <w:tcW w:w="0" w:type="auto"/>
          </w:tcPr>
          <w:p w14:paraId="5CC8EB17" w14:textId="77777777" w:rsidR="007A5E59" w:rsidRDefault="0095198F">
            <w:r>
              <w:t>надз</w:t>
            </w:r>
          </w:p>
        </w:tc>
      </w:tr>
      <w:tr w:rsidR="007A5E59" w14:paraId="2D2747CA" w14:textId="77777777">
        <w:trPr>
          <w:jc w:val="center"/>
        </w:trPr>
        <w:tc>
          <w:tcPr>
            <w:tcW w:w="0" w:type="auto"/>
          </w:tcPr>
          <w:p w14:paraId="61141CFD" w14:textId="77777777" w:rsidR="007A5E59" w:rsidRDefault="0095198F">
            <w:pPr>
              <w:jc w:val="center"/>
            </w:pPr>
            <w:r>
              <w:t>44</w:t>
            </w:r>
          </w:p>
        </w:tc>
        <w:tc>
          <w:tcPr>
            <w:tcW w:w="0" w:type="auto"/>
          </w:tcPr>
          <w:p w14:paraId="5BA8F60B" w14:textId="77777777" w:rsidR="007A5E59" w:rsidRDefault="0095198F">
            <w:r>
              <w:t>1-2/10 ÷ ул. Артема, 11</w:t>
            </w:r>
          </w:p>
        </w:tc>
        <w:tc>
          <w:tcPr>
            <w:tcW w:w="0" w:type="auto"/>
          </w:tcPr>
          <w:p w14:paraId="7BF3DF8E" w14:textId="77777777" w:rsidR="007A5E59" w:rsidRDefault="0095198F">
            <w:pPr>
              <w:jc w:val="center"/>
            </w:pPr>
            <w:r>
              <w:t>80</w:t>
            </w:r>
          </w:p>
        </w:tc>
        <w:tc>
          <w:tcPr>
            <w:tcW w:w="0" w:type="auto"/>
          </w:tcPr>
          <w:p w14:paraId="55D44970" w14:textId="77777777" w:rsidR="007A5E59" w:rsidRDefault="0095198F">
            <w:pPr>
              <w:jc w:val="center"/>
            </w:pPr>
            <w:r>
              <w:t>1983</w:t>
            </w:r>
          </w:p>
        </w:tc>
        <w:tc>
          <w:tcPr>
            <w:tcW w:w="0" w:type="auto"/>
          </w:tcPr>
          <w:p w14:paraId="4C123B75" w14:textId="77777777" w:rsidR="007A5E59" w:rsidRDefault="0095198F">
            <w:pPr>
              <w:jc w:val="center"/>
            </w:pPr>
            <w:r>
              <w:t>18</w:t>
            </w:r>
          </w:p>
        </w:tc>
        <w:tc>
          <w:tcPr>
            <w:tcW w:w="0" w:type="auto"/>
          </w:tcPr>
          <w:p w14:paraId="727FD550" w14:textId="77777777" w:rsidR="007A5E59" w:rsidRDefault="0095198F">
            <w:r>
              <w:t>надз</w:t>
            </w:r>
          </w:p>
        </w:tc>
      </w:tr>
      <w:tr w:rsidR="007A5E59" w14:paraId="3EF80035" w14:textId="77777777">
        <w:trPr>
          <w:jc w:val="center"/>
        </w:trPr>
        <w:tc>
          <w:tcPr>
            <w:tcW w:w="0" w:type="auto"/>
          </w:tcPr>
          <w:p w14:paraId="56F9CF3F" w14:textId="77777777" w:rsidR="007A5E59" w:rsidRDefault="0095198F">
            <w:pPr>
              <w:jc w:val="center"/>
            </w:pPr>
            <w:r>
              <w:t>45</w:t>
            </w:r>
          </w:p>
        </w:tc>
        <w:tc>
          <w:tcPr>
            <w:tcW w:w="0" w:type="auto"/>
          </w:tcPr>
          <w:p w14:paraId="48908CF0" w14:textId="77777777" w:rsidR="007A5E59" w:rsidRDefault="0095198F">
            <w:r>
              <w:t>1-2/10 ÷ ул.Артема, 15</w:t>
            </w:r>
          </w:p>
        </w:tc>
        <w:tc>
          <w:tcPr>
            <w:tcW w:w="0" w:type="auto"/>
          </w:tcPr>
          <w:p w14:paraId="6C7B9FFD" w14:textId="77777777" w:rsidR="007A5E59" w:rsidRDefault="0095198F">
            <w:pPr>
              <w:jc w:val="center"/>
            </w:pPr>
            <w:r>
              <w:t>25</w:t>
            </w:r>
          </w:p>
        </w:tc>
        <w:tc>
          <w:tcPr>
            <w:tcW w:w="0" w:type="auto"/>
          </w:tcPr>
          <w:p w14:paraId="5DB58DB7" w14:textId="77777777" w:rsidR="007A5E59" w:rsidRDefault="0095198F">
            <w:pPr>
              <w:jc w:val="center"/>
            </w:pPr>
            <w:r>
              <w:t>1983</w:t>
            </w:r>
          </w:p>
        </w:tc>
        <w:tc>
          <w:tcPr>
            <w:tcW w:w="0" w:type="auto"/>
          </w:tcPr>
          <w:p w14:paraId="190A9966" w14:textId="77777777" w:rsidR="007A5E59" w:rsidRDefault="0095198F">
            <w:pPr>
              <w:jc w:val="center"/>
            </w:pPr>
            <w:r>
              <w:t>35</w:t>
            </w:r>
          </w:p>
        </w:tc>
        <w:tc>
          <w:tcPr>
            <w:tcW w:w="0" w:type="auto"/>
          </w:tcPr>
          <w:p w14:paraId="46AB9175" w14:textId="77777777" w:rsidR="007A5E59" w:rsidRDefault="0095198F">
            <w:r>
              <w:t>надз</w:t>
            </w:r>
          </w:p>
        </w:tc>
      </w:tr>
      <w:tr w:rsidR="007A5E59" w14:paraId="1AA7253C" w14:textId="77777777">
        <w:trPr>
          <w:jc w:val="center"/>
        </w:trPr>
        <w:tc>
          <w:tcPr>
            <w:tcW w:w="0" w:type="auto"/>
          </w:tcPr>
          <w:p w14:paraId="4B2CCEC4" w14:textId="77777777" w:rsidR="007A5E59" w:rsidRDefault="0095198F">
            <w:pPr>
              <w:jc w:val="center"/>
            </w:pPr>
            <w:r>
              <w:t>46</w:t>
            </w:r>
          </w:p>
        </w:tc>
        <w:tc>
          <w:tcPr>
            <w:tcW w:w="0" w:type="auto"/>
          </w:tcPr>
          <w:p w14:paraId="1105030F" w14:textId="77777777" w:rsidR="007A5E59" w:rsidRDefault="0095198F">
            <w:r>
              <w:t>1-2 ÷ 1-3</w:t>
            </w:r>
          </w:p>
        </w:tc>
        <w:tc>
          <w:tcPr>
            <w:tcW w:w="0" w:type="auto"/>
          </w:tcPr>
          <w:p w14:paraId="0852FF5D" w14:textId="77777777" w:rsidR="007A5E59" w:rsidRDefault="0095198F">
            <w:pPr>
              <w:jc w:val="center"/>
            </w:pPr>
            <w:r>
              <w:t>200</w:t>
            </w:r>
          </w:p>
        </w:tc>
        <w:tc>
          <w:tcPr>
            <w:tcW w:w="0" w:type="auto"/>
          </w:tcPr>
          <w:p w14:paraId="731B4D00" w14:textId="77777777" w:rsidR="007A5E59" w:rsidRDefault="0095198F">
            <w:pPr>
              <w:jc w:val="center"/>
            </w:pPr>
            <w:r>
              <w:t>1983</w:t>
            </w:r>
          </w:p>
        </w:tc>
        <w:tc>
          <w:tcPr>
            <w:tcW w:w="0" w:type="auto"/>
          </w:tcPr>
          <w:p w14:paraId="7965FE5F" w14:textId="77777777" w:rsidR="007A5E59" w:rsidRDefault="0095198F">
            <w:pPr>
              <w:jc w:val="center"/>
            </w:pPr>
            <w:r>
              <w:t>12</w:t>
            </w:r>
          </w:p>
        </w:tc>
        <w:tc>
          <w:tcPr>
            <w:tcW w:w="0" w:type="auto"/>
          </w:tcPr>
          <w:p w14:paraId="58DC68A3" w14:textId="77777777" w:rsidR="007A5E59" w:rsidRDefault="0095198F">
            <w:r>
              <w:t>надз</w:t>
            </w:r>
          </w:p>
        </w:tc>
      </w:tr>
      <w:tr w:rsidR="007A5E59" w14:paraId="266F6C89" w14:textId="77777777">
        <w:trPr>
          <w:jc w:val="center"/>
        </w:trPr>
        <w:tc>
          <w:tcPr>
            <w:tcW w:w="0" w:type="auto"/>
          </w:tcPr>
          <w:p w14:paraId="194C377B" w14:textId="77777777" w:rsidR="007A5E59" w:rsidRDefault="0095198F">
            <w:pPr>
              <w:jc w:val="center"/>
            </w:pPr>
            <w:r>
              <w:t>47</w:t>
            </w:r>
          </w:p>
        </w:tc>
        <w:tc>
          <w:tcPr>
            <w:tcW w:w="0" w:type="auto"/>
          </w:tcPr>
          <w:p w14:paraId="1BF92481" w14:textId="77777777" w:rsidR="007A5E59" w:rsidRDefault="0095198F">
            <w:r>
              <w:t>1-3/1 ÷ 1-3/3</w:t>
            </w:r>
          </w:p>
        </w:tc>
        <w:tc>
          <w:tcPr>
            <w:tcW w:w="0" w:type="auto"/>
          </w:tcPr>
          <w:p w14:paraId="3FFA32E5" w14:textId="77777777" w:rsidR="007A5E59" w:rsidRDefault="0095198F">
            <w:pPr>
              <w:jc w:val="center"/>
            </w:pPr>
            <w:r>
              <w:t>100</w:t>
            </w:r>
          </w:p>
        </w:tc>
        <w:tc>
          <w:tcPr>
            <w:tcW w:w="0" w:type="auto"/>
          </w:tcPr>
          <w:p w14:paraId="7C7F4059" w14:textId="77777777" w:rsidR="007A5E59" w:rsidRDefault="0095198F">
            <w:pPr>
              <w:jc w:val="center"/>
            </w:pPr>
            <w:r>
              <w:t>2011</w:t>
            </w:r>
          </w:p>
        </w:tc>
        <w:tc>
          <w:tcPr>
            <w:tcW w:w="0" w:type="auto"/>
          </w:tcPr>
          <w:p w14:paraId="38D48946" w14:textId="77777777" w:rsidR="007A5E59" w:rsidRDefault="0095198F">
            <w:pPr>
              <w:jc w:val="center"/>
            </w:pPr>
            <w:r>
              <w:t>33</w:t>
            </w:r>
          </w:p>
        </w:tc>
        <w:tc>
          <w:tcPr>
            <w:tcW w:w="0" w:type="auto"/>
          </w:tcPr>
          <w:p w14:paraId="4CA30E7B" w14:textId="77777777" w:rsidR="007A5E59" w:rsidRDefault="0095198F">
            <w:r>
              <w:t>надз</w:t>
            </w:r>
          </w:p>
        </w:tc>
      </w:tr>
      <w:tr w:rsidR="007A5E59" w14:paraId="6FFDE938" w14:textId="77777777">
        <w:trPr>
          <w:jc w:val="center"/>
        </w:trPr>
        <w:tc>
          <w:tcPr>
            <w:tcW w:w="0" w:type="auto"/>
          </w:tcPr>
          <w:p w14:paraId="1BA3942C" w14:textId="77777777" w:rsidR="007A5E59" w:rsidRDefault="0095198F">
            <w:pPr>
              <w:jc w:val="center"/>
            </w:pPr>
            <w:r>
              <w:t>48</w:t>
            </w:r>
          </w:p>
        </w:tc>
        <w:tc>
          <w:tcPr>
            <w:tcW w:w="0" w:type="auto"/>
          </w:tcPr>
          <w:p w14:paraId="6D780BA3" w14:textId="77777777" w:rsidR="007A5E59" w:rsidRDefault="0095198F">
            <w:r>
              <w:t>1-3/3 ÷ ул. Коммунистическая, 3</w:t>
            </w:r>
          </w:p>
        </w:tc>
        <w:tc>
          <w:tcPr>
            <w:tcW w:w="0" w:type="auto"/>
          </w:tcPr>
          <w:p w14:paraId="31635A23" w14:textId="77777777" w:rsidR="007A5E59" w:rsidRDefault="0095198F">
            <w:pPr>
              <w:jc w:val="center"/>
            </w:pPr>
            <w:r>
              <w:t>50</w:t>
            </w:r>
          </w:p>
        </w:tc>
        <w:tc>
          <w:tcPr>
            <w:tcW w:w="0" w:type="auto"/>
          </w:tcPr>
          <w:p w14:paraId="4B85B62C" w14:textId="77777777" w:rsidR="007A5E59" w:rsidRDefault="0095198F">
            <w:pPr>
              <w:jc w:val="center"/>
            </w:pPr>
            <w:r>
              <w:t>2011</w:t>
            </w:r>
          </w:p>
        </w:tc>
        <w:tc>
          <w:tcPr>
            <w:tcW w:w="0" w:type="auto"/>
          </w:tcPr>
          <w:p w14:paraId="63AA9E6F" w14:textId="77777777" w:rsidR="007A5E59" w:rsidRDefault="0095198F">
            <w:pPr>
              <w:jc w:val="center"/>
            </w:pPr>
            <w:r>
              <w:t>11</w:t>
            </w:r>
          </w:p>
        </w:tc>
        <w:tc>
          <w:tcPr>
            <w:tcW w:w="0" w:type="auto"/>
          </w:tcPr>
          <w:p w14:paraId="238CEA1C" w14:textId="77777777" w:rsidR="007A5E59" w:rsidRDefault="0095198F">
            <w:r>
              <w:t>надз</w:t>
            </w:r>
          </w:p>
        </w:tc>
      </w:tr>
      <w:tr w:rsidR="007A5E59" w14:paraId="4490B1AF" w14:textId="77777777">
        <w:trPr>
          <w:jc w:val="center"/>
        </w:trPr>
        <w:tc>
          <w:tcPr>
            <w:tcW w:w="0" w:type="auto"/>
          </w:tcPr>
          <w:p w14:paraId="7AE8FA42" w14:textId="77777777" w:rsidR="007A5E59" w:rsidRDefault="0095198F">
            <w:pPr>
              <w:jc w:val="center"/>
            </w:pPr>
            <w:r>
              <w:t>49</w:t>
            </w:r>
          </w:p>
        </w:tc>
        <w:tc>
          <w:tcPr>
            <w:tcW w:w="0" w:type="auto"/>
          </w:tcPr>
          <w:p w14:paraId="56D5ABFD" w14:textId="77777777" w:rsidR="007A5E59" w:rsidRDefault="0095198F">
            <w:r>
              <w:t>1-3/3 ÷ ул. Коммунистическая, 1</w:t>
            </w:r>
          </w:p>
        </w:tc>
        <w:tc>
          <w:tcPr>
            <w:tcW w:w="0" w:type="auto"/>
          </w:tcPr>
          <w:p w14:paraId="5E33E60B" w14:textId="77777777" w:rsidR="007A5E59" w:rsidRDefault="0095198F">
            <w:pPr>
              <w:jc w:val="center"/>
            </w:pPr>
            <w:r>
              <w:t>50</w:t>
            </w:r>
          </w:p>
        </w:tc>
        <w:tc>
          <w:tcPr>
            <w:tcW w:w="0" w:type="auto"/>
          </w:tcPr>
          <w:p w14:paraId="080D2BBC" w14:textId="77777777" w:rsidR="007A5E59" w:rsidRDefault="0095198F">
            <w:pPr>
              <w:jc w:val="center"/>
            </w:pPr>
            <w:r>
              <w:t>2011</w:t>
            </w:r>
          </w:p>
        </w:tc>
        <w:tc>
          <w:tcPr>
            <w:tcW w:w="0" w:type="auto"/>
          </w:tcPr>
          <w:p w14:paraId="7C5388CF" w14:textId="77777777" w:rsidR="007A5E59" w:rsidRDefault="0095198F">
            <w:pPr>
              <w:jc w:val="center"/>
            </w:pPr>
            <w:r>
              <w:t>22</w:t>
            </w:r>
          </w:p>
        </w:tc>
        <w:tc>
          <w:tcPr>
            <w:tcW w:w="0" w:type="auto"/>
          </w:tcPr>
          <w:p w14:paraId="2BB47246" w14:textId="77777777" w:rsidR="007A5E59" w:rsidRDefault="0095198F">
            <w:r>
              <w:t>надз</w:t>
            </w:r>
          </w:p>
        </w:tc>
      </w:tr>
      <w:tr w:rsidR="007A5E59" w14:paraId="6224FAA1" w14:textId="77777777">
        <w:trPr>
          <w:jc w:val="center"/>
        </w:trPr>
        <w:tc>
          <w:tcPr>
            <w:tcW w:w="0" w:type="auto"/>
          </w:tcPr>
          <w:p w14:paraId="7DFD60A2" w14:textId="77777777" w:rsidR="007A5E59" w:rsidRDefault="0095198F">
            <w:pPr>
              <w:jc w:val="center"/>
            </w:pPr>
            <w:r>
              <w:t>50</w:t>
            </w:r>
          </w:p>
        </w:tc>
        <w:tc>
          <w:tcPr>
            <w:tcW w:w="0" w:type="auto"/>
          </w:tcPr>
          <w:p w14:paraId="7C7133CA" w14:textId="77777777" w:rsidR="007A5E59" w:rsidRDefault="0095198F">
            <w:r>
              <w:t>1-3/1 ÷ 1-3/5</w:t>
            </w:r>
          </w:p>
        </w:tc>
        <w:tc>
          <w:tcPr>
            <w:tcW w:w="0" w:type="auto"/>
          </w:tcPr>
          <w:p w14:paraId="1DDCBFDA" w14:textId="77777777" w:rsidR="007A5E59" w:rsidRDefault="0095198F">
            <w:pPr>
              <w:jc w:val="center"/>
            </w:pPr>
            <w:r>
              <w:t>50</w:t>
            </w:r>
          </w:p>
        </w:tc>
        <w:tc>
          <w:tcPr>
            <w:tcW w:w="0" w:type="auto"/>
          </w:tcPr>
          <w:p w14:paraId="38B8BE3A" w14:textId="77777777" w:rsidR="007A5E59" w:rsidRDefault="0095198F">
            <w:pPr>
              <w:jc w:val="center"/>
            </w:pPr>
            <w:r>
              <w:t>1983</w:t>
            </w:r>
          </w:p>
        </w:tc>
        <w:tc>
          <w:tcPr>
            <w:tcW w:w="0" w:type="auto"/>
          </w:tcPr>
          <w:p w14:paraId="22667B1B" w14:textId="77777777" w:rsidR="007A5E59" w:rsidRDefault="0095198F">
            <w:pPr>
              <w:jc w:val="center"/>
            </w:pPr>
            <w:r>
              <w:t>45</w:t>
            </w:r>
          </w:p>
        </w:tc>
        <w:tc>
          <w:tcPr>
            <w:tcW w:w="0" w:type="auto"/>
          </w:tcPr>
          <w:p w14:paraId="508D91F3" w14:textId="77777777" w:rsidR="007A5E59" w:rsidRDefault="0095198F">
            <w:r>
              <w:t>надз</w:t>
            </w:r>
          </w:p>
        </w:tc>
      </w:tr>
      <w:tr w:rsidR="007A5E59" w14:paraId="67270019" w14:textId="77777777">
        <w:trPr>
          <w:jc w:val="center"/>
        </w:trPr>
        <w:tc>
          <w:tcPr>
            <w:tcW w:w="0" w:type="auto"/>
          </w:tcPr>
          <w:p w14:paraId="3FAFED25" w14:textId="77777777" w:rsidR="007A5E59" w:rsidRDefault="0095198F">
            <w:pPr>
              <w:jc w:val="center"/>
            </w:pPr>
            <w:r>
              <w:t>51</w:t>
            </w:r>
          </w:p>
        </w:tc>
        <w:tc>
          <w:tcPr>
            <w:tcW w:w="0" w:type="auto"/>
          </w:tcPr>
          <w:p w14:paraId="5B298B8B" w14:textId="77777777" w:rsidR="007A5E59" w:rsidRDefault="0095198F">
            <w:r>
              <w:t>1-3/5 ÷ ул. Коммунистическая, 7</w:t>
            </w:r>
          </w:p>
        </w:tc>
        <w:tc>
          <w:tcPr>
            <w:tcW w:w="0" w:type="auto"/>
          </w:tcPr>
          <w:p w14:paraId="63DB2AF0" w14:textId="77777777" w:rsidR="007A5E59" w:rsidRDefault="0095198F">
            <w:pPr>
              <w:jc w:val="center"/>
            </w:pPr>
            <w:r>
              <w:t>40</w:t>
            </w:r>
          </w:p>
        </w:tc>
        <w:tc>
          <w:tcPr>
            <w:tcW w:w="0" w:type="auto"/>
          </w:tcPr>
          <w:p w14:paraId="6A0B120D" w14:textId="77777777" w:rsidR="007A5E59" w:rsidRDefault="0095198F">
            <w:pPr>
              <w:jc w:val="center"/>
            </w:pPr>
            <w:r>
              <w:t>1983</w:t>
            </w:r>
          </w:p>
        </w:tc>
        <w:tc>
          <w:tcPr>
            <w:tcW w:w="0" w:type="auto"/>
          </w:tcPr>
          <w:p w14:paraId="45C066E5" w14:textId="77777777" w:rsidR="007A5E59" w:rsidRDefault="0095198F">
            <w:pPr>
              <w:jc w:val="center"/>
            </w:pPr>
            <w:r>
              <w:t>15</w:t>
            </w:r>
          </w:p>
        </w:tc>
        <w:tc>
          <w:tcPr>
            <w:tcW w:w="0" w:type="auto"/>
          </w:tcPr>
          <w:p w14:paraId="013847CC" w14:textId="77777777" w:rsidR="007A5E59" w:rsidRDefault="0095198F">
            <w:r>
              <w:t>надз</w:t>
            </w:r>
          </w:p>
        </w:tc>
      </w:tr>
      <w:tr w:rsidR="007A5E59" w14:paraId="72E8354F" w14:textId="77777777">
        <w:trPr>
          <w:jc w:val="center"/>
        </w:trPr>
        <w:tc>
          <w:tcPr>
            <w:tcW w:w="0" w:type="auto"/>
          </w:tcPr>
          <w:p w14:paraId="5E3BB89E" w14:textId="77777777" w:rsidR="007A5E59" w:rsidRDefault="0095198F">
            <w:pPr>
              <w:jc w:val="center"/>
            </w:pPr>
            <w:r>
              <w:t>52</w:t>
            </w:r>
          </w:p>
        </w:tc>
        <w:tc>
          <w:tcPr>
            <w:tcW w:w="0" w:type="auto"/>
          </w:tcPr>
          <w:p w14:paraId="34265C2B" w14:textId="77777777" w:rsidR="007A5E59" w:rsidRDefault="0095198F">
            <w:r>
              <w:t>1-3 ÷ 1-4</w:t>
            </w:r>
          </w:p>
        </w:tc>
        <w:tc>
          <w:tcPr>
            <w:tcW w:w="0" w:type="auto"/>
          </w:tcPr>
          <w:p w14:paraId="3EAA9E22" w14:textId="77777777" w:rsidR="007A5E59" w:rsidRDefault="0095198F">
            <w:pPr>
              <w:jc w:val="center"/>
            </w:pPr>
            <w:r>
              <w:t>200</w:t>
            </w:r>
          </w:p>
        </w:tc>
        <w:tc>
          <w:tcPr>
            <w:tcW w:w="0" w:type="auto"/>
          </w:tcPr>
          <w:p w14:paraId="32816741" w14:textId="77777777" w:rsidR="007A5E59" w:rsidRDefault="0095198F">
            <w:pPr>
              <w:jc w:val="center"/>
            </w:pPr>
            <w:r>
              <w:t>1983</w:t>
            </w:r>
          </w:p>
        </w:tc>
        <w:tc>
          <w:tcPr>
            <w:tcW w:w="0" w:type="auto"/>
          </w:tcPr>
          <w:p w14:paraId="2962E77B" w14:textId="77777777" w:rsidR="007A5E59" w:rsidRDefault="0095198F">
            <w:pPr>
              <w:jc w:val="center"/>
            </w:pPr>
            <w:r>
              <w:t>85</w:t>
            </w:r>
          </w:p>
        </w:tc>
        <w:tc>
          <w:tcPr>
            <w:tcW w:w="0" w:type="auto"/>
          </w:tcPr>
          <w:p w14:paraId="52571C5E" w14:textId="77777777" w:rsidR="007A5E59" w:rsidRDefault="0095198F">
            <w:r>
              <w:t>надз</w:t>
            </w:r>
          </w:p>
        </w:tc>
      </w:tr>
      <w:tr w:rsidR="007A5E59" w14:paraId="05CFDC2C" w14:textId="77777777">
        <w:trPr>
          <w:jc w:val="center"/>
        </w:trPr>
        <w:tc>
          <w:tcPr>
            <w:tcW w:w="0" w:type="auto"/>
          </w:tcPr>
          <w:p w14:paraId="51521EDE" w14:textId="77777777" w:rsidR="007A5E59" w:rsidRDefault="0095198F">
            <w:pPr>
              <w:jc w:val="center"/>
            </w:pPr>
            <w:r>
              <w:t>53</w:t>
            </w:r>
          </w:p>
        </w:tc>
        <w:tc>
          <w:tcPr>
            <w:tcW w:w="0" w:type="auto"/>
          </w:tcPr>
          <w:p w14:paraId="56771E90" w14:textId="77777777" w:rsidR="007A5E59" w:rsidRDefault="0095198F">
            <w:r>
              <w:t>1-4/1 ÷ ул. Коммунистическая, 9</w:t>
            </w:r>
          </w:p>
        </w:tc>
        <w:tc>
          <w:tcPr>
            <w:tcW w:w="0" w:type="auto"/>
          </w:tcPr>
          <w:p w14:paraId="32DC5414" w14:textId="77777777" w:rsidR="007A5E59" w:rsidRDefault="0095198F">
            <w:pPr>
              <w:jc w:val="center"/>
            </w:pPr>
            <w:r>
              <w:t>40</w:t>
            </w:r>
          </w:p>
        </w:tc>
        <w:tc>
          <w:tcPr>
            <w:tcW w:w="0" w:type="auto"/>
          </w:tcPr>
          <w:p w14:paraId="49924DF8" w14:textId="77777777" w:rsidR="007A5E59" w:rsidRDefault="0095198F">
            <w:pPr>
              <w:jc w:val="center"/>
            </w:pPr>
            <w:r>
              <w:t>1983</w:t>
            </w:r>
          </w:p>
        </w:tc>
        <w:tc>
          <w:tcPr>
            <w:tcW w:w="0" w:type="auto"/>
          </w:tcPr>
          <w:p w14:paraId="0CC6009C" w14:textId="77777777" w:rsidR="007A5E59" w:rsidRDefault="0095198F">
            <w:pPr>
              <w:jc w:val="center"/>
            </w:pPr>
            <w:r>
              <w:t>4</w:t>
            </w:r>
          </w:p>
        </w:tc>
        <w:tc>
          <w:tcPr>
            <w:tcW w:w="0" w:type="auto"/>
          </w:tcPr>
          <w:p w14:paraId="23120829" w14:textId="77777777" w:rsidR="007A5E59" w:rsidRDefault="0095198F">
            <w:r>
              <w:t>надз</w:t>
            </w:r>
          </w:p>
        </w:tc>
      </w:tr>
      <w:tr w:rsidR="007A5E59" w14:paraId="21DC30E0" w14:textId="77777777">
        <w:trPr>
          <w:jc w:val="center"/>
        </w:trPr>
        <w:tc>
          <w:tcPr>
            <w:tcW w:w="0" w:type="auto"/>
          </w:tcPr>
          <w:p w14:paraId="123E3E35" w14:textId="77777777" w:rsidR="007A5E59" w:rsidRDefault="0095198F">
            <w:pPr>
              <w:jc w:val="center"/>
            </w:pPr>
            <w:r>
              <w:t>54</w:t>
            </w:r>
          </w:p>
        </w:tc>
        <w:tc>
          <w:tcPr>
            <w:tcW w:w="0" w:type="auto"/>
          </w:tcPr>
          <w:p w14:paraId="78E52FE6" w14:textId="77777777" w:rsidR="007A5E59" w:rsidRDefault="0095198F">
            <w:r>
              <w:t>1-4/1 ÷ 1-4/3</w:t>
            </w:r>
          </w:p>
        </w:tc>
        <w:tc>
          <w:tcPr>
            <w:tcW w:w="0" w:type="auto"/>
          </w:tcPr>
          <w:p w14:paraId="0B6B70AF" w14:textId="77777777" w:rsidR="007A5E59" w:rsidRDefault="0095198F">
            <w:pPr>
              <w:jc w:val="center"/>
            </w:pPr>
            <w:r>
              <w:t>65</w:t>
            </w:r>
          </w:p>
        </w:tc>
        <w:tc>
          <w:tcPr>
            <w:tcW w:w="0" w:type="auto"/>
          </w:tcPr>
          <w:p w14:paraId="33CEB33B" w14:textId="77777777" w:rsidR="007A5E59" w:rsidRDefault="0095198F">
            <w:pPr>
              <w:jc w:val="center"/>
            </w:pPr>
            <w:r>
              <w:t>2010</w:t>
            </w:r>
          </w:p>
        </w:tc>
        <w:tc>
          <w:tcPr>
            <w:tcW w:w="0" w:type="auto"/>
          </w:tcPr>
          <w:p w14:paraId="1BBEA71E" w14:textId="77777777" w:rsidR="007A5E59" w:rsidRDefault="0095198F">
            <w:pPr>
              <w:jc w:val="center"/>
            </w:pPr>
            <w:r>
              <w:t>60</w:t>
            </w:r>
          </w:p>
        </w:tc>
        <w:tc>
          <w:tcPr>
            <w:tcW w:w="0" w:type="auto"/>
          </w:tcPr>
          <w:p w14:paraId="7C1DE4B7" w14:textId="77777777" w:rsidR="007A5E59" w:rsidRDefault="0095198F">
            <w:r>
              <w:t>надз</w:t>
            </w:r>
          </w:p>
        </w:tc>
      </w:tr>
      <w:tr w:rsidR="007A5E59" w14:paraId="198BF5FD" w14:textId="77777777">
        <w:trPr>
          <w:jc w:val="center"/>
        </w:trPr>
        <w:tc>
          <w:tcPr>
            <w:tcW w:w="0" w:type="auto"/>
          </w:tcPr>
          <w:p w14:paraId="174BC689" w14:textId="77777777" w:rsidR="007A5E59" w:rsidRDefault="0095198F">
            <w:pPr>
              <w:jc w:val="center"/>
            </w:pPr>
            <w:r>
              <w:t>55</w:t>
            </w:r>
          </w:p>
        </w:tc>
        <w:tc>
          <w:tcPr>
            <w:tcW w:w="0" w:type="auto"/>
          </w:tcPr>
          <w:p w14:paraId="510C4258" w14:textId="77777777" w:rsidR="007A5E59" w:rsidRDefault="0095198F">
            <w:r>
              <w:t>1-4/3 ÷ ул. 28 Панфиловцев, 1</w:t>
            </w:r>
          </w:p>
        </w:tc>
        <w:tc>
          <w:tcPr>
            <w:tcW w:w="0" w:type="auto"/>
          </w:tcPr>
          <w:p w14:paraId="5E5A1C3C" w14:textId="77777777" w:rsidR="007A5E59" w:rsidRDefault="0095198F">
            <w:pPr>
              <w:jc w:val="center"/>
            </w:pPr>
            <w:r>
              <w:t>25</w:t>
            </w:r>
          </w:p>
        </w:tc>
        <w:tc>
          <w:tcPr>
            <w:tcW w:w="0" w:type="auto"/>
          </w:tcPr>
          <w:p w14:paraId="41FA03B6" w14:textId="77777777" w:rsidR="007A5E59" w:rsidRDefault="0095198F">
            <w:pPr>
              <w:jc w:val="center"/>
            </w:pPr>
            <w:r>
              <w:t>2010</w:t>
            </w:r>
          </w:p>
        </w:tc>
        <w:tc>
          <w:tcPr>
            <w:tcW w:w="0" w:type="auto"/>
          </w:tcPr>
          <w:p w14:paraId="2F6D35C2" w14:textId="77777777" w:rsidR="007A5E59" w:rsidRDefault="0095198F">
            <w:pPr>
              <w:jc w:val="center"/>
            </w:pPr>
            <w:r>
              <w:t>3</w:t>
            </w:r>
          </w:p>
        </w:tc>
        <w:tc>
          <w:tcPr>
            <w:tcW w:w="0" w:type="auto"/>
          </w:tcPr>
          <w:p w14:paraId="0BB428C0" w14:textId="77777777" w:rsidR="007A5E59" w:rsidRDefault="0095198F">
            <w:r>
              <w:t>надз</w:t>
            </w:r>
          </w:p>
        </w:tc>
      </w:tr>
      <w:tr w:rsidR="007A5E59" w14:paraId="16105326" w14:textId="77777777">
        <w:trPr>
          <w:jc w:val="center"/>
        </w:trPr>
        <w:tc>
          <w:tcPr>
            <w:tcW w:w="0" w:type="auto"/>
          </w:tcPr>
          <w:p w14:paraId="2968B325" w14:textId="77777777" w:rsidR="007A5E59" w:rsidRDefault="0095198F">
            <w:pPr>
              <w:jc w:val="center"/>
            </w:pPr>
            <w:r>
              <w:t>56</w:t>
            </w:r>
          </w:p>
        </w:tc>
        <w:tc>
          <w:tcPr>
            <w:tcW w:w="0" w:type="auto"/>
          </w:tcPr>
          <w:p w14:paraId="30AD49D1" w14:textId="77777777" w:rsidR="007A5E59" w:rsidRDefault="0095198F">
            <w:r>
              <w:t>1-4/3 ÷ 1-4/5</w:t>
            </w:r>
          </w:p>
        </w:tc>
        <w:tc>
          <w:tcPr>
            <w:tcW w:w="0" w:type="auto"/>
          </w:tcPr>
          <w:p w14:paraId="02F59352" w14:textId="77777777" w:rsidR="007A5E59" w:rsidRDefault="0095198F">
            <w:pPr>
              <w:jc w:val="center"/>
            </w:pPr>
            <w:r>
              <w:t>65</w:t>
            </w:r>
          </w:p>
        </w:tc>
        <w:tc>
          <w:tcPr>
            <w:tcW w:w="0" w:type="auto"/>
          </w:tcPr>
          <w:p w14:paraId="222173B4" w14:textId="77777777" w:rsidR="007A5E59" w:rsidRDefault="0095198F">
            <w:pPr>
              <w:jc w:val="center"/>
            </w:pPr>
            <w:r>
              <w:t>2010</w:t>
            </w:r>
          </w:p>
        </w:tc>
        <w:tc>
          <w:tcPr>
            <w:tcW w:w="0" w:type="auto"/>
          </w:tcPr>
          <w:p w14:paraId="78607BBC" w14:textId="77777777" w:rsidR="007A5E59" w:rsidRDefault="0095198F">
            <w:pPr>
              <w:jc w:val="center"/>
            </w:pPr>
            <w:r>
              <w:t>10</w:t>
            </w:r>
          </w:p>
        </w:tc>
        <w:tc>
          <w:tcPr>
            <w:tcW w:w="0" w:type="auto"/>
          </w:tcPr>
          <w:p w14:paraId="2877C6BF" w14:textId="77777777" w:rsidR="007A5E59" w:rsidRDefault="0095198F">
            <w:r>
              <w:t>надз</w:t>
            </w:r>
          </w:p>
        </w:tc>
      </w:tr>
      <w:tr w:rsidR="007A5E59" w14:paraId="7A00EDCF" w14:textId="77777777">
        <w:trPr>
          <w:jc w:val="center"/>
        </w:trPr>
        <w:tc>
          <w:tcPr>
            <w:tcW w:w="0" w:type="auto"/>
          </w:tcPr>
          <w:p w14:paraId="0B529068" w14:textId="77777777" w:rsidR="007A5E59" w:rsidRDefault="0095198F">
            <w:pPr>
              <w:jc w:val="center"/>
            </w:pPr>
            <w:r>
              <w:t>57</w:t>
            </w:r>
          </w:p>
        </w:tc>
        <w:tc>
          <w:tcPr>
            <w:tcW w:w="0" w:type="auto"/>
          </w:tcPr>
          <w:p w14:paraId="797A90B6" w14:textId="77777777" w:rsidR="007A5E59" w:rsidRDefault="0095198F">
            <w:r>
              <w:t>1-4/5 ÷ ул. 28 Панфиловцев, 1</w:t>
            </w:r>
          </w:p>
        </w:tc>
        <w:tc>
          <w:tcPr>
            <w:tcW w:w="0" w:type="auto"/>
          </w:tcPr>
          <w:p w14:paraId="6E0E9964" w14:textId="77777777" w:rsidR="007A5E59" w:rsidRDefault="0095198F">
            <w:pPr>
              <w:jc w:val="center"/>
            </w:pPr>
            <w:r>
              <w:t>25</w:t>
            </w:r>
          </w:p>
        </w:tc>
        <w:tc>
          <w:tcPr>
            <w:tcW w:w="0" w:type="auto"/>
          </w:tcPr>
          <w:p w14:paraId="411F7429" w14:textId="77777777" w:rsidR="007A5E59" w:rsidRDefault="0095198F">
            <w:pPr>
              <w:jc w:val="center"/>
            </w:pPr>
            <w:r>
              <w:t>2010</w:t>
            </w:r>
          </w:p>
        </w:tc>
        <w:tc>
          <w:tcPr>
            <w:tcW w:w="0" w:type="auto"/>
          </w:tcPr>
          <w:p w14:paraId="6EB812D9" w14:textId="77777777" w:rsidR="007A5E59" w:rsidRDefault="0095198F">
            <w:pPr>
              <w:jc w:val="center"/>
            </w:pPr>
            <w:r>
              <w:t>3</w:t>
            </w:r>
          </w:p>
        </w:tc>
        <w:tc>
          <w:tcPr>
            <w:tcW w:w="0" w:type="auto"/>
          </w:tcPr>
          <w:p w14:paraId="26B7F363" w14:textId="77777777" w:rsidR="007A5E59" w:rsidRDefault="0095198F">
            <w:r>
              <w:t>надз</w:t>
            </w:r>
          </w:p>
        </w:tc>
      </w:tr>
      <w:tr w:rsidR="007A5E59" w14:paraId="705C216D" w14:textId="77777777">
        <w:trPr>
          <w:jc w:val="center"/>
        </w:trPr>
        <w:tc>
          <w:tcPr>
            <w:tcW w:w="0" w:type="auto"/>
          </w:tcPr>
          <w:p w14:paraId="10B01E08" w14:textId="77777777" w:rsidR="007A5E59" w:rsidRDefault="0095198F">
            <w:pPr>
              <w:jc w:val="center"/>
            </w:pPr>
            <w:r>
              <w:t>58</w:t>
            </w:r>
          </w:p>
        </w:tc>
        <w:tc>
          <w:tcPr>
            <w:tcW w:w="0" w:type="auto"/>
          </w:tcPr>
          <w:p w14:paraId="4F7CC7E3" w14:textId="77777777" w:rsidR="007A5E59" w:rsidRDefault="0095198F">
            <w:r>
              <w:t>1-4/5 ÷ 1-4/7</w:t>
            </w:r>
          </w:p>
        </w:tc>
        <w:tc>
          <w:tcPr>
            <w:tcW w:w="0" w:type="auto"/>
          </w:tcPr>
          <w:p w14:paraId="010D250A" w14:textId="77777777" w:rsidR="007A5E59" w:rsidRDefault="0095198F">
            <w:pPr>
              <w:jc w:val="center"/>
            </w:pPr>
            <w:r>
              <w:t>65</w:t>
            </w:r>
          </w:p>
        </w:tc>
        <w:tc>
          <w:tcPr>
            <w:tcW w:w="0" w:type="auto"/>
          </w:tcPr>
          <w:p w14:paraId="70528E60" w14:textId="77777777" w:rsidR="007A5E59" w:rsidRDefault="0095198F">
            <w:pPr>
              <w:jc w:val="center"/>
            </w:pPr>
            <w:r>
              <w:t>1983</w:t>
            </w:r>
          </w:p>
        </w:tc>
        <w:tc>
          <w:tcPr>
            <w:tcW w:w="0" w:type="auto"/>
          </w:tcPr>
          <w:p w14:paraId="2A2CFD5A" w14:textId="77777777" w:rsidR="007A5E59" w:rsidRDefault="0095198F">
            <w:pPr>
              <w:jc w:val="center"/>
            </w:pPr>
            <w:r>
              <w:t>39</w:t>
            </w:r>
          </w:p>
        </w:tc>
        <w:tc>
          <w:tcPr>
            <w:tcW w:w="0" w:type="auto"/>
          </w:tcPr>
          <w:p w14:paraId="1B002A1C" w14:textId="77777777" w:rsidR="007A5E59" w:rsidRDefault="0095198F">
            <w:r>
              <w:t>надз</w:t>
            </w:r>
          </w:p>
        </w:tc>
      </w:tr>
      <w:tr w:rsidR="007A5E59" w14:paraId="4B534434" w14:textId="77777777">
        <w:trPr>
          <w:jc w:val="center"/>
        </w:trPr>
        <w:tc>
          <w:tcPr>
            <w:tcW w:w="0" w:type="auto"/>
          </w:tcPr>
          <w:p w14:paraId="197B47B7" w14:textId="77777777" w:rsidR="007A5E59" w:rsidRDefault="0095198F">
            <w:pPr>
              <w:jc w:val="center"/>
            </w:pPr>
            <w:r>
              <w:t>59</w:t>
            </w:r>
          </w:p>
        </w:tc>
        <w:tc>
          <w:tcPr>
            <w:tcW w:w="0" w:type="auto"/>
          </w:tcPr>
          <w:p w14:paraId="297AE75D" w14:textId="77777777" w:rsidR="007A5E59" w:rsidRDefault="0095198F">
            <w:r>
              <w:t>1-4/7 ÷ 1-4/9</w:t>
            </w:r>
          </w:p>
        </w:tc>
        <w:tc>
          <w:tcPr>
            <w:tcW w:w="0" w:type="auto"/>
          </w:tcPr>
          <w:p w14:paraId="6B0A90E2" w14:textId="77777777" w:rsidR="007A5E59" w:rsidRDefault="0095198F">
            <w:pPr>
              <w:jc w:val="center"/>
            </w:pPr>
            <w:r>
              <w:t>65</w:t>
            </w:r>
          </w:p>
        </w:tc>
        <w:tc>
          <w:tcPr>
            <w:tcW w:w="0" w:type="auto"/>
          </w:tcPr>
          <w:p w14:paraId="0F650D7D" w14:textId="77777777" w:rsidR="007A5E59" w:rsidRDefault="0095198F">
            <w:pPr>
              <w:jc w:val="center"/>
            </w:pPr>
            <w:r>
              <w:t>1983</w:t>
            </w:r>
          </w:p>
        </w:tc>
        <w:tc>
          <w:tcPr>
            <w:tcW w:w="0" w:type="auto"/>
          </w:tcPr>
          <w:p w14:paraId="32C330BB" w14:textId="77777777" w:rsidR="007A5E59" w:rsidRDefault="0095198F">
            <w:pPr>
              <w:jc w:val="center"/>
            </w:pPr>
            <w:r>
              <w:t>20</w:t>
            </w:r>
          </w:p>
        </w:tc>
        <w:tc>
          <w:tcPr>
            <w:tcW w:w="0" w:type="auto"/>
          </w:tcPr>
          <w:p w14:paraId="053131E1" w14:textId="77777777" w:rsidR="007A5E59" w:rsidRDefault="0095198F">
            <w:r>
              <w:t>надз</w:t>
            </w:r>
          </w:p>
        </w:tc>
      </w:tr>
      <w:tr w:rsidR="007A5E59" w14:paraId="0A68D69E" w14:textId="77777777">
        <w:trPr>
          <w:jc w:val="center"/>
        </w:trPr>
        <w:tc>
          <w:tcPr>
            <w:tcW w:w="0" w:type="auto"/>
          </w:tcPr>
          <w:p w14:paraId="546C52F6" w14:textId="77777777" w:rsidR="007A5E59" w:rsidRDefault="0095198F">
            <w:pPr>
              <w:jc w:val="center"/>
            </w:pPr>
            <w:r>
              <w:t>60</w:t>
            </w:r>
          </w:p>
        </w:tc>
        <w:tc>
          <w:tcPr>
            <w:tcW w:w="0" w:type="auto"/>
          </w:tcPr>
          <w:p w14:paraId="5AB77990" w14:textId="77777777" w:rsidR="007A5E59" w:rsidRDefault="0095198F">
            <w:r>
              <w:t>1-4/9 ÷ ул. 28 Панфиловцев, 5</w:t>
            </w:r>
          </w:p>
        </w:tc>
        <w:tc>
          <w:tcPr>
            <w:tcW w:w="0" w:type="auto"/>
          </w:tcPr>
          <w:p w14:paraId="4BBF6D1E" w14:textId="77777777" w:rsidR="007A5E59" w:rsidRDefault="0095198F">
            <w:pPr>
              <w:jc w:val="center"/>
            </w:pPr>
            <w:r>
              <w:t>25</w:t>
            </w:r>
          </w:p>
        </w:tc>
        <w:tc>
          <w:tcPr>
            <w:tcW w:w="0" w:type="auto"/>
          </w:tcPr>
          <w:p w14:paraId="09C9EFA5" w14:textId="77777777" w:rsidR="007A5E59" w:rsidRDefault="0095198F">
            <w:pPr>
              <w:jc w:val="center"/>
            </w:pPr>
            <w:r>
              <w:t>1983</w:t>
            </w:r>
          </w:p>
        </w:tc>
        <w:tc>
          <w:tcPr>
            <w:tcW w:w="0" w:type="auto"/>
          </w:tcPr>
          <w:p w14:paraId="22FB34F5" w14:textId="77777777" w:rsidR="007A5E59" w:rsidRDefault="0095198F">
            <w:pPr>
              <w:jc w:val="center"/>
            </w:pPr>
            <w:r>
              <w:t>2</w:t>
            </w:r>
          </w:p>
        </w:tc>
        <w:tc>
          <w:tcPr>
            <w:tcW w:w="0" w:type="auto"/>
          </w:tcPr>
          <w:p w14:paraId="1A2B4E55" w14:textId="77777777" w:rsidR="007A5E59" w:rsidRDefault="0095198F">
            <w:r>
              <w:t>надз</w:t>
            </w:r>
          </w:p>
        </w:tc>
      </w:tr>
      <w:tr w:rsidR="007A5E59" w14:paraId="54569EB4" w14:textId="77777777">
        <w:trPr>
          <w:jc w:val="center"/>
        </w:trPr>
        <w:tc>
          <w:tcPr>
            <w:tcW w:w="0" w:type="auto"/>
          </w:tcPr>
          <w:p w14:paraId="72FE26AA" w14:textId="77777777" w:rsidR="007A5E59" w:rsidRDefault="0095198F">
            <w:pPr>
              <w:jc w:val="center"/>
            </w:pPr>
            <w:r>
              <w:t>61</w:t>
            </w:r>
          </w:p>
        </w:tc>
        <w:tc>
          <w:tcPr>
            <w:tcW w:w="0" w:type="auto"/>
          </w:tcPr>
          <w:p w14:paraId="1B1E3B99" w14:textId="77777777" w:rsidR="007A5E59" w:rsidRDefault="0095198F">
            <w:r>
              <w:t>1-4/9 ÷ 1-4/11</w:t>
            </w:r>
          </w:p>
        </w:tc>
        <w:tc>
          <w:tcPr>
            <w:tcW w:w="0" w:type="auto"/>
          </w:tcPr>
          <w:p w14:paraId="71E12F86" w14:textId="77777777" w:rsidR="007A5E59" w:rsidRDefault="0095198F">
            <w:pPr>
              <w:jc w:val="center"/>
            </w:pPr>
            <w:r>
              <w:t>65</w:t>
            </w:r>
          </w:p>
        </w:tc>
        <w:tc>
          <w:tcPr>
            <w:tcW w:w="0" w:type="auto"/>
          </w:tcPr>
          <w:p w14:paraId="66E92ACD" w14:textId="77777777" w:rsidR="007A5E59" w:rsidRDefault="0095198F">
            <w:pPr>
              <w:jc w:val="center"/>
            </w:pPr>
            <w:r>
              <w:t>1983</w:t>
            </w:r>
          </w:p>
        </w:tc>
        <w:tc>
          <w:tcPr>
            <w:tcW w:w="0" w:type="auto"/>
          </w:tcPr>
          <w:p w14:paraId="1A1BF5E2" w14:textId="77777777" w:rsidR="007A5E59" w:rsidRDefault="0095198F">
            <w:pPr>
              <w:jc w:val="center"/>
            </w:pPr>
            <w:r>
              <w:t>2</w:t>
            </w:r>
          </w:p>
        </w:tc>
        <w:tc>
          <w:tcPr>
            <w:tcW w:w="0" w:type="auto"/>
          </w:tcPr>
          <w:p w14:paraId="3DB498CC" w14:textId="77777777" w:rsidR="007A5E59" w:rsidRDefault="0095198F">
            <w:r>
              <w:t>надз</w:t>
            </w:r>
          </w:p>
        </w:tc>
      </w:tr>
      <w:tr w:rsidR="007A5E59" w14:paraId="6672F520" w14:textId="77777777">
        <w:trPr>
          <w:jc w:val="center"/>
        </w:trPr>
        <w:tc>
          <w:tcPr>
            <w:tcW w:w="0" w:type="auto"/>
          </w:tcPr>
          <w:p w14:paraId="1A133C01" w14:textId="77777777" w:rsidR="007A5E59" w:rsidRDefault="0095198F">
            <w:pPr>
              <w:jc w:val="center"/>
            </w:pPr>
            <w:r>
              <w:t>62</w:t>
            </w:r>
          </w:p>
        </w:tc>
        <w:tc>
          <w:tcPr>
            <w:tcW w:w="0" w:type="auto"/>
          </w:tcPr>
          <w:p w14:paraId="6EF1B951" w14:textId="77777777" w:rsidR="007A5E59" w:rsidRDefault="0095198F">
            <w:r>
              <w:t>1-4/11 ÷ ул. 28 Панфиловцев, 5</w:t>
            </w:r>
          </w:p>
        </w:tc>
        <w:tc>
          <w:tcPr>
            <w:tcW w:w="0" w:type="auto"/>
          </w:tcPr>
          <w:p w14:paraId="4A5F5927" w14:textId="77777777" w:rsidR="007A5E59" w:rsidRDefault="0095198F">
            <w:pPr>
              <w:jc w:val="center"/>
            </w:pPr>
            <w:r>
              <w:t>25</w:t>
            </w:r>
          </w:p>
        </w:tc>
        <w:tc>
          <w:tcPr>
            <w:tcW w:w="0" w:type="auto"/>
          </w:tcPr>
          <w:p w14:paraId="46EC0968" w14:textId="77777777" w:rsidR="007A5E59" w:rsidRDefault="0095198F">
            <w:pPr>
              <w:jc w:val="center"/>
            </w:pPr>
            <w:r>
              <w:t>1983</w:t>
            </w:r>
          </w:p>
        </w:tc>
        <w:tc>
          <w:tcPr>
            <w:tcW w:w="0" w:type="auto"/>
          </w:tcPr>
          <w:p w14:paraId="6831A542" w14:textId="77777777" w:rsidR="007A5E59" w:rsidRDefault="0095198F">
            <w:pPr>
              <w:jc w:val="center"/>
            </w:pPr>
            <w:r>
              <w:t>2</w:t>
            </w:r>
          </w:p>
        </w:tc>
        <w:tc>
          <w:tcPr>
            <w:tcW w:w="0" w:type="auto"/>
          </w:tcPr>
          <w:p w14:paraId="539DC3F2" w14:textId="77777777" w:rsidR="007A5E59" w:rsidRDefault="0095198F">
            <w:r>
              <w:t>надз</w:t>
            </w:r>
          </w:p>
        </w:tc>
      </w:tr>
      <w:tr w:rsidR="007A5E59" w14:paraId="7BB430DA" w14:textId="77777777">
        <w:trPr>
          <w:jc w:val="center"/>
        </w:trPr>
        <w:tc>
          <w:tcPr>
            <w:tcW w:w="0" w:type="auto"/>
          </w:tcPr>
          <w:p w14:paraId="6332C123" w14:textId="77777777" w:rsidR="007A5E59" w:rsidRDefault="0095198F">
            <w:pPr>
              <w:jc w:val="center"/>
            </w:pPr>
            <w:r>
              <w:t>63</w:t>
            </w:r>
          </w:p>
        </w:tc>
        <w:tc>
          <w:tcPr>
            <w:tcW w:w="0" w:type="auto"/>
          </w:tcPr>
          <w:p w14:paraId="2D2846DD" w14:textId="77777777" w:rsidR="007A5E59" w:rsidRDefault="0095198F">
            <w:r>
              <w:t>1-4/11 ÷ 1-4/13</w:t>
            </w:r>
          </w:p>
        </w:tc>
        <w:tc>
          <w:tcPr>
            <w:tcW w:w="0" w:type="auto"/>
          </w:tcPr>
          <w:p w14:paraId="7D335C61" w14:textId="77777777" w:rsidR="007A5E59" w:rsidRDefault="0095198F">
            <w:pPr>
              <w:jc w:val="center"/>
            </w:pPr>
            <w:r>
              <w:t>65</w:t>
            </w:r>
          </w:p>
        </w:tc>
        <w:tc>
          <w:tcPr>
            <w:tcW w:w="0" w:type="auto"/>
          </w:tcPr>
          <w:p w14:paraId="366BFC1C" w14:textId="77777777" w:rsidR="007A5E59" w:rsidRDefault="0095198F">
            <w:pPr>
              <w:jc w:val="center"/>
            </w:pPr>
            <w:r>
              <w:t>1983</w:t>
            </w:r>
          </w:p>
        </w:tc>
        <w:tc>
          <w:tcPr>
            <w:tcW w:w="0" w:type="auto"/>
          </w:tcPr>
          <w:p w14:paraId="67B39636" w14:textId="77777777" w:rsidR="007A5E59" w:rsidRDefault="0095198F">
            <w:pPr>
              <w:jc w:val="center"/>
            </w:pPr>
            <w:r>
              <w:t>44</w:t>
            </w:r>
          </w:p>
        </w:tc>
        <w:tc>
          <w:tcPr>
            <w:tcW w:w="0" w:type="auto"/>
          </w:tcPr>
          <w:p w14:paraId="6F967FDD" w14:textId="77777777" w:rsidR="007A5E59" w:rsidRDefault="0095198F">
            <w:r>
              <w:t>надз</w:t>
            </w:r>
          </w:p>
        </w:tc>
      </w:tr>
      <w:tr w:rsidR="007A5E59" w14:paraId="7D9B778D" w14:textId="77777777">
        <w:trPr>
          <w:jc w:val="center"/>
        </w:trPr>
        <w:tc>
          <w:tcPr>
            <w:tcW w:w="0" w:type="auto"/>
          </w:tcPr>
          <w:p w14:paraId="4AC306DE" w14:textId="77777777" w:rsidR="007A5E59" w:rsidRDefault="0095198F">
            <w:pPr>
              <w:jc w:val="center"/>
            </w:pPr>
            <w:r>
              <w:t>64</w:t>
            </w:r>
          </w:p>
        </w:tc>
        <w:tc>
          <w:tcPr>
            <w:tcW w:w="0" w:type="auto"/>
          </w:tcPr>
          <w:p w14:paraId="36EB4D3D" w14:textId="77777777" w:rsidR="007A5E59" w:rsidRDefault="0095198F">
            <w:r>
              <w:t>1-4/13 ÷ ул. 28 Панфиловцев, 14</w:t>
            </w:r>
          </w:p>
        </w:tc>
        <w:tc>
          <w:tcPr>
            <w:tcW w:w="0" w:type="auto"/>
          </w:tcPr>
          <w:p w14:paraId="7BFEE7C9" w14:textId="77777777" w:rsidR="007A5E59" w:rsidRDefault="0095198F">
            <w:pPr>
              <w:jc w:val="center"/>
            </w:pPr>
            <w:r>
              <w:t>25</w:t>
            </w:r>
          </w:p>
        </w:tc>
        <w:tc>
          <w:tcPr>
            <w:tcW w:w="0" w:type="auto"/>
          </w:tcPr>
          <w:p w14:paraId="7D0F06EC" w14:textId="77777777" w:rsidR="007A5E59" w:rsidRDefault="0095198F">
            <w:pPr>
              <w:jc w:val="center"/>
            </w:pPr>
            <w:r>
              <w:t>1983</w:t>
            </w:r>
          </w:p>
        </w:tc>
        <w:tc>
          <w:tcPr>
            <w:tcW w:w="0" w:type="auto"/>
          </w:tcPr>
          <w:p w14:paraId="44898425" w14:textId="77777777" w:rsidR="007A5E59" w:rsidRDefault="0095198F">
            <w:pPr>
              <w:jc w:val="center"/>
            </w:pPr>
            <w:r>
              <w:t>2</w:t>
            </w:r>
          </w:p>
        </w:tc>
        <w:tc>
          <w:tcPr>
            <w:tcW w:w="0" w:type="auto"/>
          </w:tcPr>
          <w:p w14:paraId="6A9F5562" w14:textId="77777777" w:rsidR="007A5E59" w:rsidRDefault="0095198F">
            <w:r>
              <w:t>надз</w:t>
            </w:r>
          </w:p>
        </w:tc>
      </w:tr>
      <w:tr w:rsidR="007A5E59" w14:paraId="756CAA03" w14:textId="77777777">
        <w:trPr>
          <w:jc w:val="center"/>
        </w:trPr>
        <w:tc>
          <w:tcPr>
            <w:tcW w:w="0" w:type="auto"/>
          </w:tcPr>
          <w:p w14:paraId="50464C17" w14:textId="77777777" w:rsidR="007A5E59" w:rsidRDefault="0095198F">
            <w:pPr>
              <w:jc w:val="center"/>
            </w:pPr>
            <w:r>
              <w:t>65</w:t>
            </w:r>
          </w:p>
        </w:tc>
        <w:tc>
          <w:tcPr>
            <w:tcW w:w="0" w:type="auto"/>
          </w:tcPr>
          <w:p w14:paraId="33E1EF8A" w14:textId="77777777" w:rsidR="007A5E59" w:rsidRDefault="0095198F">
            <w:r>
              <w:t>1-4/13 ÷ 1-4/15</w:t>
            </w:r>
          </w:p>
        </w:tc>
        <w:tc>
          <w:tcPr>
            <w:tcW w:w="0" w:type="auto"/>
          </w:tcPr>
          <w:p w14:paraId="7DAF4B29" w14:textId="77777777" w:rsidR="007A5E59" w:rsidRDefault="0095198F">
            <w:pPr>
              <w:jc w:val="center"/>
            </w:pPr>
            <w:r>
              <w:t>65</w:t>
            </w:r>
          </w:p>
        </w:tc>
        <w:tc>
          <w:tcPr>
            <w:tcW w:w="0" w:type="auto"/>
          </w:tcPr>
          <w:p w14:paraId="48E34F6B" w14:textId="77777777" w:rsidR="007A5E59" w:rsidRDefault="0095198F">
            <w:pPr>
              <w:jc w:val="center"/>
            </w:pPr>
            <w:r>
              <w:t>1983</w:t>
            </w:r>
          </w:p>
        </w:tc>
        <w:tc>
          <w:tcPr>
            <w:tcW w:w="0" w:type="auto"/>
          </w:tcPr>
          <w:p w14:paraId="536A8886" w14:textId="77777777" w:rsidR="007A5E59" w:rsidRDefault="0095198F">
            <w:pPr>
              <w:jc w:val="center"/>
            </w:pPr>
            <w:r>
              <w:t>2</w:t>
            </w:r>
          </w:p>
        </w:tc>
        <w:tc>
          <w:tcPr>
            <w:tcW w:w="0" w:type="auto"/>
          </w:tcPr>
          <w:p w14:paraId="39044F8D" w14:textId="77777777" w:rsidR="007A5E59" w:rsidRDefault="0095198F">
            <w:r>
              <w:t>надз</w:t>
            </w:r>
          </w:p>
        </w:tc>
      </w:tr>
      <w:tr w:rsidR="007A5E59" w14:paraId="4842EAF2" w14:textId="77777777">
        <w:trPr>
          <w:jc w:val="center"/>
        </w:trPr>
        <w:tc>
          <w:tcPr>
            <w:tcW w:w="0" w:type="auto"/>
          </w:tcPr>
          <w:p w14:paraId="64C33477" w14:textId="77777777" w:rsidR="007A5E59" w:rsidRDefault="0095198F">
            <w:pPr>
              <w:jc w:val="center"/>
            </w:pPr>
            <w:r>
              <w:t>66</w:t>
            </w:r>
          </w:p>
        </w:tc>
        <w:tc>
          <w:tcPr>
            <w:tcW w:w="0" w:type="auto"/>
          </w:tcPr>
          <w:p w14:paraId="2FC0B158" w14:textId="77777777" w:rsidR="007A5E59" w:rsidRDefault="0095198F">
            <w:r>
              <w:t>1-4/15 ÷ ул. 28 Панфиловцев, 14</w:t>
            </w:r>
          </w:p>
        </w:tc>
        <w:tc>
          <w:tcPr>
            <w:tcW w:w="0" w:type="auto"/>
          </w:tcPr>
          <w:p w14:paraId="0E6036F7" w14:textId="77777777" w:rsidR="007A5E59" w:rsidRDefault="0095198F">
            <w:pPr>
              <w:jc w:val="center"/>
            </w:pPr>
            <w:r>
              <w:t>25</w:t>
            </w:r>
          </w:p>
        </w:tc>
        <w:tc>
          <w:tcPr>
            <w:tcW w:w="0" w:type="auto"/>
          </w:tcPr>
          <w:p w14:paraId="1C296BD6" w14:textId="77777777" w:rsidR="007A5E59" w:rsidRDefault="0095198F">
            <w:pPr>
              <w:jc w:val="center"/>
            </w:pPr>
            <w:r>
              <w:t>1983</w:t>
            </w:r>
          </w:p>
        </w:tc>
        <w:tc>
          <w:tcPr>
            <w:tcW w:w="0" w:type="auto"/>
          </w:tcPr>
          <w:p w14:paraId="7C1ABCDE" w14:textId="77777777" w:rsidR="007A5E59" w:rsidRDefault="0095198F">
            <w:pPr>
              <w:jc w:val="center"/>
            </w:pPr>
            <w:r>
              <w:t>2</w:t>
            </w:r>
          </w:p>
        </w:tc>
        <w:tc>
          <w:tcPr>
            <w:tcW w:w="0" w:type="auto"/>
          </w:tcPr>
          <w:p w14:paraId="28CC7F78" w14:textId="77777777" w:rsidR="007A5E59" w:rsidRDefault="0095198F">
            <w:r>
              <w:t>надз</w:t>
            </w:r>
          </w:p>
        </w:tc>
      </w:tr>
      <w:tr w:rsidR="007A5E59" w14:paraId="5E62A45C" w14:textId="77777777">
        <w:trPr>
          <w:jc w:val="center"/>
        </w:trPr>
        <w:tc>
          <w:tcPr>
            <w:tcW w:w="0" w:type="auto"/>
          </w:tcPr>
          <w:p w14:paraId="4A3C2346" w14:textId="77777777" w:rsidR="007A5E59" w:rsidRDefault="0095198F">
            <w:pPr>
              <w:jc w:val="center"/>
            </w:pPr>
            <w:r>
              <w:t>67</w:t>
            </w:r>
          </w:p>
        </w:tc>
        <w:tc>
          <w:tcPr>
            <w:tcW w:w="0" w:type="auto"/>
          </w:tcPr>
          <w:p w14:paraId="00221AB6" w14:textId="77777777" w:rsidR="007A5E59" w:rsidRDefault="0095198F">
            <w:r>
              <w:t>1-4 ÷ 1-5</w:t>
            </w:r>
          </w:p>
        </w:tc>
        <w:tc>
          <w:tcPr>
            <w:tcW w:w="0" w:type="auto"/>
          </w:tcPr>
          <w:p w14:paraId="37676945" w14:textId="77777777" w:rsidR="007A5E59" w:rsidRDefault="0095198F">
            <w:pPr>
              <w:jc w:val="center"/>
            </w:pPr>
            <w:r>
              <w:t>200</w:t>
            </w:r>
          </w:p>
        </w:tc>
        <w:tc>
          <w:tcPr>
            <w:tcW w:w="0" w:type="auto"/>
          </w:tcPr>
          <w:p w14:paraId="153E5BE7" w14:textId="77777777" w:rsidR="007A5E59" w:rsidRDefault="0095198F">
            <w:pPr>
              <w:jc w:val="center"/>
            </w:pPr>
            <w:r>
              <w:t>1983</w:t>
            </w:r>
          </w:p>
        </w:tc>
        <w:tc>
          <w:tcPr>
            <w:tcW w:w="0" w:type="auto"/>
          </w:tcPr>
          <w:p w14:paraId="14587AFF" w14:textId="77777777" w:rsidR="007A5E59" w:rsidRDefault="0095198F">
            <w:pPr>
              <w:jc w:val="center"/>
            </w:pPr>
            <w:r>
              <w:t>36</w:t>
            </w:r>
          </w:p>
        </w:tc>
        <w:tc>
          <w:tcPr>
            <w:tcW w:w="0" w:type="auto"/>
          </w:tcPr>
          <w:p w14:paraId="21734674" w14:textId="77777777" w:rsidR="007A5E59" w:rsidRDefault="0095198F">
            <w:r>
              <w:t>надз</w:t>
            </w:r>
          </w:p>
        </w:tc>
      </w:tr>
      <w:tr w:rsidR="007A5E59" w14:paraId="3D64EAC3" w14:textId="77777777">
        <w:trPr>
          <w:jc w:val="center"/>
        </w:trPr>
        <w:tc>
          <w:tcPr>
            <w:tcW w:w="0" w:type="auto"/>
          </w:tcPr>
          <w:p w14:paraId="09483D8F" w14:textId="77777777" w:rsidR="007A5E59" w:rsidRDefault="0095198F">
            <w:pPr>
              <w:jc w:val="center"/>
            </w:pPr>
            <w:r>
              <w:t>68</w:t>
            </w:r>
          </w:p>
        </w:tc>
        <w:tc>
          <w:tcPr>
            <w:tcW w:w="0" w:type="auto"/>
          </w:tcPr>
          <w:p w14:paraId="336E4C26" w14:textId="77777777" w:rsidR="007A5E59" w:rsidRDefault="0095198F">
            <w:r>
              <w:t>1-5 ÷ 1-6</w:t>
            </w:r>
          </w:p>
        </w:tc>
        <w:tc>
          <w:tcPr>
            <w:tcW w:w="0" w:type="auto"/>
          </w:tcPr>
          <w:p w14:paraId="296C264C" w14:textId="77777777" w:rsidR="007A5E59" w:rsidRDefault="0095198F">
            <w:pPr>
              <w:jc w:val="center"/>
            </w:pPr>
            <w:r>
              <w:t>200</w:t>
            </w:r>
          </w:p>
        </w:tc>
        <w:tc>
          <w:tcPr>
            <w:tcW w:w="0" w:type="auto"/>
          </w:tcPr>
          <w:p w14:paraId="3505F8F1" w14:textId="77777777" w:rsidR="007A5E59" w:rsidRDefault="0095198F">
            <w:pPr>
              <w:jc w:val="center"/>
            </w:pPr>
            <w:r>
              <w:t>1983</w:t>
            </w:r>
          </w:p>
        </w:tc>
        <w:tc>
          <w:tcPr>
            <w:tcW w:w="0" w:type="auto"/>
          </w:tcPr>
          <w:p w14:paraId="412C0C65" w14:textId="77777777" w:rsidR="007A5E59" w:rsidRDefault="0095198F">
            <w:pPr>
              <w:jc w:val="center"/>
            </w:pPr>
            <w:r>
              <w:t>20</w:t>
            </w:r>
          </w:p>
        </w:tc>
        <w:tc>
          <w:tcPr>
            <w:tcW w:w="0" w:type="auto"/>
          </w:tcPr>
          <w:p w14:paraId="51E4462C" w14:textId="77777777" w:rsidR="007A5E59" w:rsidRDefault="0095198F">
            <w:r>
              <w:t>надз</w:t>
            </w:r>
          </w:p>
        </w:tc>
      </w:tr>
      <w:tr w:rsidR="007A5E59" w14:paraId="07B9457E" w14:textId="77777777">
        <w:trPr>
          <w:jc w:val="center"/>
        </w:trPr>
        <w:tc>
          <w:tcPr>
            <w:tcW w:w="0" w:type="auto"/>
          </w:tcPr>
          <w:p w14:paraId="638F2071" w14:textId="77777777" w:rsidR="007A5E59" w:rsidRDefault="0095198F">
            <w:pPr>
              <w:jc w:val="center"/>
            </w:pPr>
            <w:r>
              <w:t>69</w:t>
            </w:r>
          </w:p>
        </w:tc>
        <w:tc>
          <w:tcPr>
            <w:tcW w:w="0" w:type="auto"/>
          </w:tcPr>
          <w:p w14:paraId="04DC7495" w14:textId="77777777" w:rsidR="007A5E59" w:rsidRDefault="0095198F">
            <w:r>
              <w:t>1-6/1 ÷ ул. Коммунистическая, 11</w:t>
            </w:r>
          </w:p>
        </w:tc>
        <w:tc>
          <w:tcPr>
            <w:tcW w:w="0" w:type="auto"/>
          </w:tcPr>
          <w:p w14:paraId="18713054" w14:textId="77777777" w:rsidR="007A5E59" w:rsidRDefault="0095198F">
            <w:pPr>
              <w:jc w:val="center"/>
            </w:pPr>
            <w:r>
              <w:t>50</w:t>
            </w:r>
          </w:p>
        </w:tc>
        <w:tc>
          <w:tcPr>
            <w:tcW w:w="0" w:type="auto"/>
          </w:tcPr>
          <w:p w14:paraId="4957C2D5" w14:textId="77777777" w:rsidR="007A5E59" w:rsidRDefault="0095198F">
            <w:pPr>
              <w:jc w:val="center"/>
            </w:pPr>
            <w:r>
              <w:t>1983</w:t>
            </w:r>
          </w:p>
        </w:tc>
        <w:tc>
          <w:tcPr>
            <w:tcW w:w="0" w:type="auto"/>
          </w:tcPr>
          <w:p w14:paraId="46DA47AF" w14:textId="77777777" w:rsidR="007A5E59" w:rsidRDefault="0095198F">
            <w:pPr>
              <w:jc w:val="center"/>
            </w:pPr>
            <w:r>
              <w:t>6</w:t>
            </w:r>
          </w:p>
        </w:tc>
        <w:tc>
          <w:tcPr>
            <w:tcW w:w="0" w:type="auto"/>
          </w:tcPr>
          <w:p w14:paraId="3EFCEA67" w14:textId="77777777" w:rsidR="007A5E59" w:rsidRDefault="0095198F">
            <w:r>
              <w:t>надз</w:t>
            </w:r>
          </w:p>
        </w:tc>
      </w:tr>
      <w:tr w:rsidR="007A5E59" w14:paraId="4CF204F1" w14:textId="77777777">
        <w:trPr>
          <w:jc w:val="center"/>
        </w:trPr>
        <w:tc>
          <w:tcPr>
            <w:tcW w:w="0" w:type="auto"/>
          </w:tcPr>
          <w:p w14:paraId="69AB9E9B" w14:textId="77777777" w:rsidR="007A5E59" w:rsidRDefault="0095198F">
            <w:pPr>
              <w:jc w:val="center"/>
            </w:pPr>
            <w:r>
              <w:t>70</w:t>
            </w:r>
          </w:p>
        </w:tc>
        <w:tc>
          <w:tcPr>
            <w:tcW w:w="0" w:type="auto"/>
          </w:tcPr>
          <w:p w14:paraId="77F0841C" w14:textId="77777777" w:rsidR="007A5E59" w:rsidRDefault="0095198F">
            <w:r>
              <w:t>1-6/1 ÷ 1-6/3</w:t>
            </w:r>
          </w:p>
        </w:tc>
        <w:tc>
          <w:tcPr>
            <w:tcW w:w="0" w:type="auto"/>
          </w:tcPr>
          <w:p w14:paraId="61092446" w14:textId="77777777" w:rsidR="007A5E59" w:rsidRDefault="0095198F">
            <w:pPr>
              <w:jc w:val="center"/>
            </w:pPr>
            <w:r>
              <w:t>50</w:t>
            </w:r>
          </w:p>
        </w:tc>
        <w:tc>
          <w:tcPr>
            <w:tcW w:w="0" w:type="auto"/>
          </w:tcPr>
          <w:p w14:paraId="36C1863E" w14:textId="77777777" w:rsidR="007A5E59" w:rsidRDefault="0095198F">
            <w:pPr>
              <w:jc w:val="center"/>
            </w:pPr>
            <w:r>
              <w:t>2012</w:t>
            </w:r>
          </w:p>
        </w:tc>
        <w:tc>
          <w:tcPr>
            <w:tcW w:w="0" w:type="auto"/>
          </w:tcPr>
          <w:p w14:paraId="3947D92F" w14:textId="77777777" w:rsidR="007A5E59" w:rsidRDefault="0095198F">
            <w:pPr>
              <w:jc w:val="center"/>
            </w:pPr>
            <w:r>
              <w:t>65</w:t>
            </w:r>
          </w:p>
        </w:tc>
        <w:tc>
          <w:tcPr>
            <w:tcW w:w="0" w:type="auto"/>
          </w:tcPr>
          <w:p w14:paraId="14639FB1" w14:textId="77777777" w:rsidR="007A5E59" w:rsidRDefault="0095198F">
            <w:r>
              <w:t>надз</w:t>
            </w:r>
          </w:p>
        </w:tc>
      </w:tr>
      <w:tr w:rsidR="007A5E59" w14:paraId="78C675DD" w14:textId="77777777">
        <w:trPr>
          <w:jc w:val="center"/>
        </w:trPr>
        <w:tc>
          <w:tcPr>
            <w:tcW w:w="0" w:type="auto"/>
          </w:tcPr>
          <w:p w14:paraId="7BB481DD" w14:textId="77777777" w:rsidR="007A5E59" w:rsidRDefault="0095198F">
            <w:pPr>
              <w:jc w:val="center"/>
            </w:pPr>
            <w:r>
              <w:t>71</w:t>
            </w:r>
          </w:p>
        </w:tc>
        <w:tc>
          <w:tcPr>
            <w:tcW w:w="0" w:type="auto"/>
          </w:tcPr>
          <w:p w14:paraId="56E70633" w14:textId="77777777" w:rsidR="007A5E59" w:rsidRDefault="0095198F">
            <w:r>
              <w:t>1-6/3 ÷ ул. 28 Панфиловцев, 3</w:t>
            </w:r>
          </w:p>
        </w:tc>
        <w:tc>
          <w:tcPr>
            <w:tcW w:w="0" w:type="auto"/>
          </w:tcPr>
          <w:p w14:paraId="77E5C9BC" w14:textId="77777777" w:rsidR="007A5E59" w:rsidRDefault="0095198F">
            <w:pPr>
              <w:jc w:val="center"/>
            </w:pPr>
            <w:r>
              <w:t>50</w:t>
            </w:r>
          </w:p>
        </w:tc>
        <w:tc>
          <w:tcPr>
            <w:tcW w:w="0" w:type="auto"/>
          </w:tcPr>
          <w:p w14:paraId="45793120" w14:textId="77777777" w:rsidR="007A5E59" w:rsidRDefault="0095198F">
            <w:pPr>
              <w:jc w:val="center"/>
            </w:pPr>
            <w:r>
              <w:t>2012</w:t>
            </w:r>
          </w:p>
        </w:tc>
        <w:tc>
          <w:tcPr>
            <w:tcW w:w="0" w:type="auto"/>
          </w:tcPr>
          <w:p w14:paraId="555E6DF8" w14:textId="77777777" w:rsidR="007A5E59" w:rsidRDefault="0095198F">
            <w:pPr>
              <w:jc w:val="center"/>
            </w:pPr>
            <w:r>
              <w:t>4</w:t>
            </w:r>
          </w:p>
        </w:tc>
        <w:tc>
          <w:tcPr>
            <w:tcW w:w="0" w:type="auto"/>
          </w:tcPr>
          <w:p w14:paraId="22AD98AA" w14:textId="77777777" w:rsidR="007A5E59" w:rsidRDefault="0095198F">
            <w:r>
              <w:t>надз</w:t>
            </w:r>
          </w:p>
        </w:tc>
      </w:tr>
      <w:tr w:rsidR="007A5E59" w14:paraId="56F91BD4" w14:textId="77777777">
        <w:trPr>
          <w:jc w:val="center"/>
        </w:trPr>
        <w:tc>
          <w:tcPr>
            <w:tcW w:w="0" w:type="auto"/>
          </w:tcPr>
          <w:p w14:paraId="70A4A3C1" w14:textId="77777777" w:rsidR="007A5E59" w:rsidRDefault="0095198F">
            <w:pPr>
              <w:jc w:val="center"/>
            </w:pPr>
            <w:r>
              <w:t>72</w:t>
            </w:r>
          </w:p>
        </w:tc>
        <w:tc>
          <w:tcPr>
            <w:tcW w:w="0" w:type="auto"/>
          </w:tcPr>
          <w:p w14:paraId="772B28B5" w14:textId="77777777" w:rsidR="007A5E59" w:rsidRDefault="0095198F">
            <w:r>
              <w:t>1-6/3 ÷ 1-6/5</w:t>
            </w:r>
          </w:p>
        </w:tc>
        <w:tc>
          <w:tcPr>
            <w:tcW w:w="0" w:type="auto"/>
          </w:tcPr>
          <w:p w14:paraId="4DC5A2DC" w14:textId="77777777" w:rsidR="007A5E59" w:rsidRDefault="0095198F">
            <w:pPr>
              <w:jc w:val="center"/>
            </w:pPr>
            <w:r>
              <w:t>40</w:t>
            </w:r>
          </w:p>
        </w:tc>
        <w:tc>
          <w:tcPr>
            <w:tcW w:w="0" w:type="auto"/>
          </w:tcPr>
          <w:p w14:paraId="3205BC8C" w14:textId="77777777" w:rsidR="007A5E59" w:rsidRDefault="0095198F">
            <w:pPr>
              <w:jc w:val="center"/>
            </w:pPr>
            <w:r>
              <w:t>2012</w:t>
            </w:r>
          </w:p>
        </w:tc>
        <w:tc>
          <w:tcPr>
            <w:tcW w:w="0" w:type="auto"/>
          </w:tcPr>
          <w:p w14:paraId="211F0C8B" w14:textId="77777777" w:rsidR="007A5E59" w:rsidRDefault="0095198F">
            <w:pPr>
              <w:jc w:val="center"/>
            </w:pPr>
            <w:r>
              <w:t>30</w:t>
            </w:r>
          </w:p>
        </w:tc>
        <w:tc>
          <w:tcPr>
            <w:tcW w:w="0" w:type="auto"/>
          </w:tcPr>
          <w:p w14:paraId="3F31077D" w14:textId="77777777" w:rsidR="007A5E59" w:rsidRDefault="0095198F">
            <w:r>
              <w:t>надз</w:t>
            </w:r>
          </w:p>
        </w:tc>
      </w:tr>
      <w:tr w:rsidR="007A5E59" w14:paraId="624C5228" w14:textId="77777777">
        <w:trPr>
          <w:jc w:val="center"/>
        </w:trPr>
        <w:tc>
          <w:tcPr>
            <w:tcW w:w="0" w:type="auto"/>
          </w:tcPr>
          <w:p w14:paraId="2DAD708E" w14:textId="77777777" w:rsidR="007A5E59" w:rsidRDefault="0095198F">
            <w:pPr>
              <w:jc w:val="center"/>
            </w:pPr>
            <w:r>
              <w:t>73</w:t>
            </w:r>
          </w:p>
        </w:tc>
        <w:tc>
          <w:tcPr>
            <w:tcW w:w="0" w:type="auto"/>
          </w:tcPr>
          <w:p w14:paraId="71C3B792" w14:textId="77777777" w:rsidR="007A5E59" w:rsidRDefault="0095198F">
            <w:r>
              <w:t>1-6/5 ÷ ул. 28 Панфиловцев, 7</w:t>
            </w:r>
          </w:p>
        </w:tc>
        <w:tc>
          <w:tcPr>
            <w:tcW w:w="0" w:type="auto"/>
          </w:tcPr>
          <w:p w14:paraId="7C6660E2" w14:textId="77777777" w:rsidR="007A5E59" w:rsidRDefault="0095198F">
            <w:pPr>
              <w:jc w:val="center"/>
            </w:pPr>
            <w:r>
              <w:t>25</w:t>
            </w:r>
          </w:p>
        </w:tc>
        <w:tc>
          <w:tcPr>
            <w:tcW w:w="0" w:type="auto"/>
          </w:tcPr>
          <w:p w14:paraId="7E9FC040" w14:textId="77777777" w:rsidR="007A5E59" w:rsidRDefault="0095198F">
            <w:pPr>
              <w:jc w:val="center"/>
            </w:pPr>
            <w:r>
              <w:t>2012</w:t>
            </w:r>
          </w:p>
        </w:tc>
        <w:tc>
          <w:tcPr>
            <w:tcW w:w="0" w:type="auto"/>
          </w:tcPr>
          <w:p w14:paraId="519F44B8" w14:textId="77777777" w:rsidR="007A5E59" w:rsidRDefault="0095198F">
            <w:pPr>
              <w:jc w:val="center"/>
            </w:pPr>
            <w:r>
              <w:t>3</w:t>
            </w:r>
          </w:p>
        </w:tc>
        <w:tc>
          <w:tcPr>
            <w:tcW w:w="0" w:type="auto"/>
          </w:tcPr>
          <w:p w14:paraId="661C2F38" w14:textId="77777777" w:rsidR="007A5E59" w:rsidRDefault="0095198F">
            <w:r>
              <w:t>надз</w:t>
            </w:r>
          </w:p>
        </w:tc>
      </w:tr>
      <w:tr w:rsidR="007A5E59" w14:paraId="68D86F76" w14:textId="77777777">
        <w:trPr>
          <w:jc w:val="center"/>
        </w:trPr>
        <w:tc>
          <w:tcPr>
            <w:tcW w:w="0" w:type="auto"/>
          </w:tcPr>
          <w:p w14:paraId="24F8A811" w14:textId="77777777" w:rsidR="007A5E59" w:rsidRDefault="0095198F">
            <w:pPr>
              <w:jc w:val="center"/>
            </w:pPr>
            <w:r>
              <w:t>74</w:t>
            </w:r>
          </w:p>
        </w:tc>
        <w:tc>
          <w:tcPr>
            <w:tcW w:w="0" w:type="auto"/>
          </w:tcPr>
          <w:p w14:paraId="72545E5A" w14:textId="77777777" w:rsidR="007A5E59" w:rsidRDefault="0095198F">
            <w:r>
              <w:t>1-6/5 ÷ 1-6/7</w:t>
            </w:r>
          </w:p>
        </w:tc>
        <w:tc>
          <w:tcPr>
            <w:tcW w:w="0" w:type="auto"/>
          </w:tcPr>
          <w:p w14:paraId="29B49C28" w14:textId="77777777" w:rsidR="007A5E59" w:rsidRDefault="0095198F">
            <w:pPr>
              <w:jc w:val="center"/>
            </w:pPr>
            <w:r>
              <w:t>40</w:t>
            </w:r>
          </w:p>
        </w:tc>
        <w:tc>
          <w:tcPr>
            <w:tcW w:w="0" w:type="auto"/>
          </w:tcPr>
          <w:p w14:paraId="10D76EF2" w14:textId="77777777" w:rsidR="007A5E59" w:rsidRDefault="0095198F">
            <w:pPr>
              <w:jc w:val="center"/>
            </w:pPr>
            <w:r>
              <w:t>2012</w:t>
            </w:r>
          </w:p>
        </w:tc>
        <w:tc>
          <w:tcPr>
            <w:tcW w:w="0" w:type="auto"/>
          </w:tcPr>
          <w:p w14:paraId="33C7E72C" w14:textId="77777777" w:rsidR="007A5E59" w:rsidRDefault="0095198F">
            <w:pPr>
              <w:jc w:val="center"/>
            </w:pPr>
            <w:r>
              <w:t>8</w:t>
            </w:r>
          </w:p>
        </w:tc>
        <w:tc>
          <w:tcPr>
            <w:tcW w:w="0" w:type="auto"/>
          </w:tcPr>
          <w:p w14:paraId="16FC51BD" w14:textId="77777777" w:rsidR="007A5E59" w:rsidRDefault="0095198F">
            <w:r>
              <w:t>надз</w:t>
            </w:r>
          </w:p>
        </w:tc>
      </w:tr>
      <w:tr w:rsidR="007A5E59" w14:paraId="1105A340" w14:textId="77777777">
        <w:trPr>
          <w:jc w:val="center"/>
        </w:trPr>
        <w:tc>
          <w:tcPr>
            <w:tcW w:w="0" w:type="auto"/>
          </w:tcPr>
          <w:p w14:paraId="5238FDB9" w14:textId="77777777" w:rsidR="007A5E59" w:rsidRDefault="0095198F">
            <w:pPr>
              <w:jc w:val="center"/>
            </w:pPr>
            <w:r>
              <w:t>75</w:t>
            </w:r>
          </w:p>
        </w:tc>
        <w:tc>
          <w:tcPr>
            <w:tcW w:w="0" w:type="auto"/>
          </w:tcPr>
          <w:p w14:paraId="6F6A85B6" w14:textId="77777777" w:rsidR="007A5E59" w:rsidRDefault="0095198F">
            <w:r>
              <w:t>1-6/7 ÷ ул. 28 Панфиловцев, 7</w:t>
            </w:r>
          </w:p>
        </w:tc>
        <w:tc>
          <w:tcPr>
            <w:tcW w:w="0" w:type="auto"/>
          </w:tcPr>
          <w:p w14:paraId="64987959" w14:textId="77777777" w:rsidR="007A5E59" w:rsidRDefault="0095198F">
            <w:pPr>
              <w:jc w:val="center"/>
            </w:pPr>
            <w:r>
              <w:t>25</w:t>
            </w:r>
          </w:p>
        </w:tc>
        <w:tc>
          <w:tcPr>
            <w:tcW w:w="0" w:type="auto"/>
          </w:tcPr>
          <w:p w14:paraId="48742A44" w14:textId="77777777" w:rsidR="007A5E59" w:rsidRDefault="0095198F">
            <w:pPr>
              <w:jc w:val="center"/>
            </w:pPr>
            <w:r>
              <w:t>2012</w:t>
            </w:r>
          </w:p>
        </w:tc>
        <w:tc>
          <w:tcPr>
            <w:tcW w:w="0" w:type="auto"/>
          </w:tcPr>
          <w:p w14:paraId="2B8651DD" w14:textId="77777777" w:rsidR="007A5E59" w:rsidRDefault="0095198F">
            <w:pPr>
              <w:jc w:val="center"/>
            </w:pPr>
            <w:r>
              <w:t>3</w:t>
            </w:r>
          </w:p>
        </w:tc>
        <w:tc>
          <w:tcPr>
            <w:tcW w:w="0" w:type="auto"/>
          </w:tcPr>
          <w:p w14:paraId="5AFF58FC" w14:textId="77777777" w:rsidR="007A5E59" w:rsidRDefault="0095198F">
            <w:r>
              <w:t>надз</w:t>
            </w:r>
          </w:p>
        </w:tc>
      </w:tr>
      <w:tr w:rsidR="007A5E59" w14:paraId="4352F24D" w14:textId="77777777">
        <w:trPr>
          <w:jc w:val="center"/>
        </w:trPr>
        <w:tc>
          <w:tcPr>
            <w:tcW w:w="0" w:type="auto"/>
          </w:tcPr>
          <w:p w14:paraId="205490B7" w14:textId="77777777" w:rsidR="007A5E59" w:rsidRDefault="0095198F">
            <w:pPr>
              <w:jc w:val="center"/>
            </w:pPr>
            <w:r>
              <w:t>76</w:t>
            </w:r>
          </w:p>
        </w:tc>
        <w:tc>
          <w:tcPr>
            <w:tcW w:w="0" w:type="auto"/>
          </w:tcPr>
          <w:p w14:paraId="67407460" w14:textId="77777777" w:rsidR="007A5E59" w:rsidRDefault="0095198F">
            <w:r>
              <w:t>1-6/7 ÷ 1-6/9</w:t>
            </w:r>
          </w:p>
        </w:tc>
        <w:tc>
          <w:tcPr>
            <w:tcW w:w="0" w:type="auto"/>
          </w:tcPr>
          <w:p w14:paraId="2EBD740C" w14:textId="77777777" w:rsidR="007A5E59" w:rsidRDefault="0095198F">
            <w:pPr>
              <w:jc w:val="center"/>
            </w:pPr>
            <w:r>
              <w:t>40</w:t>
            </w:r>
          </w:p>
        </w:tc>
        <w:tc>
          <w:tcPr>
            <w:tcW w:w="0" w:type="auto"/>
          </w:tcPr>
          <w:p w14:paraId="3519BCCA" w14:textId="77777777" w:rsidR="007A5E59" w:rsidRDefault="0095198F">
            <w:pPr>
              <w:jc w:val="center"/>
            </w:pPr>
            <w:r>
              <w:t>2010</w:t>
            </w:r>
          </w:p>
        </w:tc>
        <w:tc>
          <w:tcPr>
            <w:tcW w:w="0" w:type="auto"/>
          </w:tcPr>
          <w:p w14:paraId="376C4F59" w14:textId="77777777" w:rsidR="007A5E59" w:rsidRDefault="0095198F">
            <w:pPr>
              <w:jc w:val="center"/>
            </w:pPr>
            <w:r>
              <w:t>33</w:t>
            </w:r>
          </w:p>
        </w:tc>
        <w:tc>
          <w:tcPr>
            <w:tcW w:w="0" w:type="auto"/>
          </w:tcPr>
          <w:p w14:paraId="512CEB7D" w14:textId="77777777" w:rsidR="007A5E59" w:rsidRDefault="0095198F">
            <w:r>
              <w:t>надз</w:t>
            </w:r>
          </w:p>
        </w:tc>
      </w:tr>
      <w:tr w:rsidR="007A5E59" w14:paraId="27CFB06B" w14:textId="77777777">
        <w:trPr>
          <w:jc w:val="center"/>
        </w:trPr>
        <w:tc>
          <w:tcPr>
            <w:tcW w:w="0" w:type="auto"/>
          </w:tcPr>
          <w:p w14:paraId="60265048" w14:textId="77777777" w:rsidR="007A5E59" w:rsidRDefault="0095198F">
            <w:pPr>
              <w:jc w:val="center"/>
            </w:pPr>
            <w:r>
              <w:t>77</w:t>
            </w:r>
          </w:p>
        </w:tc>
        <w:tc>
          <w:tcPr>
            <w:tcW w:w="0" w:type="auto"/>
          </w:tcPr>
          <w:p w14:paraId="38E2D1F8" w14:textId="77777777" w:rsidR="007A5E59" w:rsidRDefault="0095198F">
            <w:r>
              <w:t>1-6/9 ÷ ул. 28 Панфиловцев, 9</w:t>
            </w:r>
          </w:p>
        </w:tc>
        <w:tc>
          <w:tcPr>
            <w:tcW w:w="0" w:type="auto"/>
          </w:tcPr>
          <w:p w14:paraId="709DDB93" w14:textId="77777777" w:rsidR="007A5E59" w:rsidRDefault="0095198F">
            <w:pPr>
              <w:jc w:val="center"/>
            </w:pPr>
            <w:r>
              <w:t>25</w:t>
            </w:r>
          </w:p>
        </w:tc>
        <w:tc>
          <w:tcPr>
            <w:tcW w:w="0" w:type="auto"/>
          </w:tcPr>
          <w:p w14:paraId="72FD975A" w14:textId="77777777" w:rsidR="007A5E59" w:rsidRDefault="0095198F">
            <w:pPr>
              <w:jc w:val="center"/>
            </w:pPr>
            <w:r>
              <w:t>2010</w:t>
            </w:r>
          </w:p>
        </w:tc>
        <w:tc>
          <w:tcPr>
            <w:tcW w:w="0" w:type="auto"/>
          </w:tcPr>
          <w:p w14:paraId="05A448C4" w14:textId="77777777" w:rsidR="007A5E59" w:rsidRDefault="0095198F">
            <w:pPr>
              <w:jc w:val="center"/>
            </w:pPr>
            <w:r>
              <w:t>3</w:t>
            </w:r>
          </w:p>
        </w:tc>
        <w:tc>
          <w:tcPr>
            <w:tcW w:w="0" w:type="auto"/>
          </w:tcPr>
          <w:p w14:paraId="0A883E6E" w14:textId="77777777" w:rsidR="007A5E59" w:rsidRDefault="0095198F">
            <w:r>
              <w:t>надз</w:t>
            </w:r>
          </w:p>
        </w:tc>
      </w:tr>
      <w:tr w:rsidR="007A5E59" w14:paraId="39DD5DBF" w14:textId="77777777">
        <w:trPr>
          <w:jc w:val="center"/>
        </w:trPr>
        <w:tc>
          <w:tcPr>
            <w:tcW w:w="0" w:type="auto"/>
          </w:tcPr>
          <w:p w14:paraId="65AFC406" w14:textId="77777777" w:rsidR="007A5E59" w:rsidRDefault="0095198F">
            <w:pPr>
              <w:jc w:val="center"/>
            </w:pPr>
            <w:r>
              <w:t>78</w:t>
            </w:r>
          </w:p>
        </w:tc>
        <w:tc>
          <w:tcPr>
            <w:tcW w:w="0" w:type="auto"/>
          </w:tcPr>
          <w:p w14:paraId="22FFFB24" w14:textId="77777777" w:rsidR="007A5E59" w:rsidRDefault="0095198F">
            <w:r>
              <w:t>1-6/9 ÷ 1-6/11</w:t>
            </w:r>
          </w:p>
        </w:tc>
        <w:tc>
          <w:tcPr>
            <w:tcW w:w="0" w:type="auto"/>
          </w:tcPr>
          <w:p w14:paraId="51524934" w14:textId="77777777" w:rsidR="007A5E59" w:rsidRDefault="0095198F">
            <w:pPr>
              <w:jc w:val="center"/>
            </w:pPr>
            <w:r>
              <w:t>40</w:t>
            </w:r>
          </w:p>
        </w:tc>
        <w:tc>
          <w:tcPr>
            <w:tcW w:w="0" w:type="auto"/>
          </w:tcPr>
          <w:p w14:paraId="5CCF2169" w14:textId="77777777" w:rsidR="007A5E59" w:rsidRDefault="0095198F">
            <w:pPr>
              <w:jc w:val="center"/>
            </w:pPr>
            <w:r>
              <w:t>2010</w:t>
            </w:r>
          </w:p>
        </w:tc>
        <w:tc>
          <w:tcPr>
            <w:tcW w:w="0" w:type="auto"/>
          </w:tcPr>
          <w:p w14:paraId="1141AAF7" w14:textId="77777777" w:rsidR="007A5E59" w:rsidRDefault="0095198F">
            <w:pPr>
              <w:jc w:val="center"/>
            </w:pPr>
            <w:r>
              <w:t>8</w:t>
            </w:r>
          </w:p>
        </w:tc>
        <w:tc>
          <w:tcPr>
            <w:tcW w:w="0" w:type="auto"/>
          </w:tcPr>
          <w:p w14:paraId="1F4875D6" w14:textId="77777777" w:rsidR="007A5E59" w:rsidRDefault="0095198F">
            <w:r>
              <w:t>надз</w:t>
            </w:r>
          </w:p>
        </w:tc>
      </w:tr>
      <w:tr w:rsidR="007A5E59" w14:paraId="0D9D293A" w14:textId="77777777">
        <w:trPr>
          <w:jc w:val="center"/>
        </w:trPr>
        <w:tc>
          <w:tcPr>
            <w:tcW w:w="0" w:type="auto"/>
          </w:tcPr>
          <w:p w14:paraId="7C623B67" w14:textId="77777777" w:rsidR="007A5E59" w:rsidRDefault="0095198F">
            <w:pPr>
              <w:jc w:val="center"/>
            </w:pPr>
            <w:r>
              <w:t>79</w:t>
            </w:r>
          </w:p>
        </w:tc>
        <w:tc>
          <w:tcPr>
            <w:tcW w:w="0" w:type="auto"/>
          </w:tcPr>
          <w:p w14:paraId="5F8DE882" w14:textId="77777777" w:rsidR="007A5E59" w:rsidRDefault="0095198F">
            <w:r>
              <w:t>1-6/11 ÷ ул. 28 Панфиловцев, 9</w:t>
            </w:r>
          </w:p>
        </w:tc>
        <w:tc>
          <w:tcPr>
            <w:tcW w:w="0" w:type="auto"/>
          </w:tcPr>
          <w:p w14:paraId="621DBA70" w14:textId="77777777" w:rsidR="007A5E59" w:rsidRDefault="0095198F">
            <w:pPr>
              <w:jc w:val="center"/>
            </w:pPr>
            <w:r>
              <w:t>25</w:t>
            </w:r>
          </w:p>
        </w:tc>
        <w:tc>
          <w:tcPr>
            <w:tcW w:w="0" w:type="auto"/>
          </w:tcPr>
          <w:p w14:paraId="29863427" w14:textId="77777777" w:rsidR="007A5E59" w:rsidRDefault="0095198F">
            <w:pPr>
              <w:jc w:val="center"/>
            </w:pPr>
            <w:r>
              <w:t>2010</w:t>
            </w:r>
          </w:p>
        </w:tc>
        <w:tc>
          <w:tcPr>
            <w:tcW w:w="0" w:type="auto"/>
          </w:tcPr>
          <w:p w14:paraId="1C8B915D" w14:textId="77777777" w:rsidR="007A5E59" w:rsidRDefault="0095198F">
            <w:pPr>
              <w:jc w:val="center"/>
            </w:pPr>
            <w:r>
              <w:t>3</w:t>
            </w:r>
          </w:p>
        </w:tc>
        <w:tc>
          <w:tcPr>
            <w:tcW w:w="0" w:type="auto"/>
          </w:tcPr>
          <w:p w14:paraId="3154646B" w14:textId="77777777" w:rsidR="007A5E59" w:rsidRDefault="0095198F">
            <w:r>
              <w:t>надз</w:t>
            </w:r>
          </w:p>
        </w:tc>
      </w:tr>
      <w:tr w:rsidR="007A5E59" w14:paraId="35B23E2E" w14:textId="77777777">
        <w:trPr>
          <w:jc w:val="center"/>
        </w:trPr>
        <w:tc>
          <w:tcPr>
            <w:tcW w:w="0" w:type="auto"/>
          </w:tcPr>
          <w:p w14:paraId="61434D11" w14:textId="77777777" w:rsidR="007A5E59" w:rsidRDefault="0095198F">
            <w:pPr>
              <w:jc w:val="center"/>
            </w:pPr>
            <w:r>
              <w:t>80</w:t>
            </w:r>
          </w:p>
        </w:tc>
        <w:tc>
          <w:tcPr>
            <w:tcW w:w="0" w:type="auto"/>
          </w:tcPr>
          <w:p w14:paraId="6DF06B73" w14:textId="77777777" w:rsidR="007A5E59" w:rsidRDefault="0095198F">
            <w:r>
              <w:t>1-6/11 ÷ 1-6/13</w:t>
            </w:r>
          </w:p>
        </w:tc>
        <w:tc>
          <w:tcPr>
            <w:tcW w:w="0" w:type="auto"/>
          </w:tcPr>
          <w:p w14:paraId="3B5718A8" w14:textId="77777777" w:rsidR="007A5E59" w:rsidRDefault="0095198F">
            <w:pPr>
              <w:jc w:val="center"/>
            </w:pPr>
            <w:r>
              <w:t>40</w:t>
            </w:r>
          </w:p>
        </w:tc>
        <w:tc>
          <w:tcPr>
            <w:tcW w:w="0" w:type="auto"/>
          </w:tcPr>
          <w:p w14:paraId="1759C4DE" w14:textId="77777777" w:rsidR="007A5E59" w:rsidRDefault="0095198F">
            <w:pPr>
              <w:jc w:val="center"/>
            </w:pPr>
            <w:r>
              <w:t>2010</w:t>
            </w:r>
          </w:p>
        </w:tc>
        <w:tc>
          <w:tcPr>
            <w:tcW w:w="0" w:type="auto"/>
          </w:tcPr>
          <w:p w14:paraId="69E23856" w14:textId="77777777" w:rsidR="007A5E59" w:rsidRDefault="0095198F">
            <w:pPr>
              <w:jc w:val="center"/>
            </w:pPr>
            <w:r>
              <w:t>41</w:t>
            </w:r>
          </w:p>
        </w:tc>
        <w:tc>
          <w:tcPr>
            <w:tcW w:w="0" w:type="auto"/>
          </w:tcPr>
          <w:p w14:paraId="26982438" w14:textId="77777777" w:rsidR="007A5E59" w:rsidRDefault="0095198F">
            <w:r>
              <w:t>надз</w:t>
            </w:r>
          </w:p>
        </w:tc>
      </w:tr>
      <w:tr w:rsidR="007A5E59" w14:paraId="1E1411CC" w14:textId="77777777">
        <w:trPr>
          <w:jc w:val="center"/>
        </w:trPr>
        <w:tc>
          <w:tcPr>
            <w:tcW w:w="0" w:type="auto"/>
          </w:tcPr>
          <w:p w14:paraId="12082947" w14:textId="77777777" w:rsidR="007A5E59" w:rsidRDefault="0095198F">
            <w:pPr>
              <w:jc w:val="center"/>
            </w:pPr>
            <w:r>
              <w:t>81</w:t>
            </w:r>
          </w:p>
        </w:tc>
        <w:tc>
          <w:tcPr>
            <w:tcW w:w="0" w:type="auto"/>
          </w:tcPr>
          <w:p w14:paraId="5E2455F8" w14:textId="77777777" w:rsidR="007A5E59" w:rsidRDefault="0095198F">
            <w:r>
              <w:t>1-6/13 ÷ ул. 28 Панфиловцев, 11</w:t>
            </w:r>
          </w:p>
        </w:tc>
        <w:tc>
          <w:tcPr>
            <w:tcW w:w="0" w:type="auto"/>
          </w:tcPr>
          <w:p w14:paraId="3302E861" w14:textId="77777777" w:rsidR="007A5E59" w:rsidRDefault="0095198F">
            <w:pPr>
              <w:jc w:val="center"/>
            </w:pPr>
            <w:r>
              <w:t>25</w:t>
            </w:r>
          </w:p>
        </w:tc>
        <w:tc>
          <w:tcPr>
            <w:tcW w:w="0" w:type="auto"/>
          </w:tcPr>
          <w:p w14:paraId="1199B08D" w14:textId="77777777" w:rsidR="007A5E59" w:rsidRDefault="0095198F">
            <w:pPr>
              <w:jc w:val="center"/>
            </w:pPr>
            <w:r>
              <w:t>2010</w:t>
            </w:r>
          </w:p>
        </w:tc>
        <w:tc>
          <w:tcPr>
            <w:tcW w:w="0" w:type="auto"/>
          </w:tcPr>
          <w:p w14:paraId="5016C67F" w14:textId="77777777" w:rsidR="007A5E59" w:rsidRDefault="0095198F">
            <w:pPr>
              <w:jc w:val="center"/>
            </w:pPr>
            <w:r>
              <w:t>3</w:t>
            </w:r>
          </w:p>
        </w:tc>
        <w:tc>
          <w:tcPr>
            <w:tcW w:w="0" w:type="auto"/>
          </w:tcPr>
          <w:p w14:paraId="14C9D599" w14:textId="77777777" w:rsidR="007A5E59" w:rsidRDefault="0095198F">
            <w:r>
              <w:t>надз</w:t>
            </w:r>
          </w:p>
        </w:tc>
      </w:tr>
      <w:tr w:rsidR="007A5E59" w14:paraId="773508DE" w14:textId="77777777">
        <w:trPr>
          <w:jc w:val="center"/>
        </w:trPr>
        <w:tc>
          <w:tcPr>
            <w:tcW w:w="0" w:type="auto"/>
          </w:tcPr>
          <w:p w14:paraId="02FB6FF7" w14:textId="77777777" w:rsidR="007A5E59" w:rsidRDefault="0095198F">
            <w:pPr>
              <w:jc w:val="center"/>
            </w:pPr>
            <w:r>
              <w:t>82</w:t>
            </w:r>
          </w:p>
        </w:tc>
        <w:tc>
          <w:tcPr>
            <w:tcW w:w="0" w:type="auto"/>
          </w:tcPr>
          <w:p w14:paraId="03031AB2" w14:textId="77777777" w:rsidR="007A5E59" w:rsidRDefault="0095198F">
            <w:r>
              <w:t>1-6/13 ÷ 1-6/15</w:t>
            </w:r>
          </w:p>
        </w:tc>
        <w:tc>
          <w:tcPr>
            <w:tcW w:w="0" w:type="auto"/>
          </w:tcPr>
          <w:p w14:paraId="2923C87A" w14:textId="77777777" w:rsidR="007A5E59" w:rsidRDefault="0095198F">
            <w:pPr>
              <w:jc w:val="center"/>
            </w:pPr>
            <w:r>
              <w:t>40</w:t>
            </w:r>
          </w:p>
        </w:tc>
        <w:tc>
          <w:tcPr>
            <w:tcW w:w="0" w:type="auto"/>
          </w:tcPr>
          <w:p w14:paraId="5CCEC86E" w14:textId="77777777" w:rsidR="007A5E59" w:rsidRDefault="0095198F">
            <w:pPr>
              <w:jc w:val="center"/>
            </w:pPr>
            <w:r>
              <w:t>2010</w:t>
            </w:r>
          </w:p>
        </w:tc>
        <w:tc>
          <w:tcPr>
            <w:tcW w:w="0" w:type="auto"/>
          </w:tcPr>
          <w:p w14:paraId="03EC0D8A" w14:textId="77777777" w:rsidR="007A5E59" w:rsidRDefault="0095198F">
            <w:pPr>
              <w:jc w:val="center"/>
            </w:pPr>
            <w:r>
              <w:t>8</w:t>
            </w:r>
          </w:p>
        </w:tc>
        <w:tc>
          <w:tcPr>
            <w:tcW w:w="0" w:type="auto"/>
          </w:tcPr>
          <w:p w14:paraId="11D017FD" w14:textId="77777777" w:rsidR="007A5E59" w:rsidRDefault="0095198F">
            <w:r>
              <w:t>надз</w:t>
            </w:r>
          </w:p>
        </w:tc>
      </w:tr>
      <w:tr w:rsidR="007A5E59" w14:paraId="18B43B6D" w14:textId="77777777">
        <w:trPr>
          <w:jc w:val="center"/>
        </w:trPr>
        <w:tc>
          <w:tcPr>
            <w:tcW w:w="0" w:type="auto"/>
          </w:tcPr>
          <w:p w14:paraId="48A2232F" w14:textId="77777777" w:rsidR="007A5E59" w:rsidRDefault="0095198F">
            <w:pPr>
              <w:jc w:val="center"/>
            </w:pPr>
            <w:r>
              <w:t>83</w:t>
            </w:r>
          </w:p>
        </w:tc>
        <w:tc>
          <w:tcPr>
            <w:tcW w:w="0" w:type="auto"/>
          </w:tcPr>
          <w:p w14:paraId="0F2CA9B4" w14:textId="77777777" w:rsidR="007A5E59" w:rsidRDefault="0095198F">
            <w:r>
              <w:t>1-6/15 ÷ ул. 28 Панфиловцев, 11</w:t>
            </w:r>
          </w:p>
        </w:tc>
        <w:tc>
          <w:tcPr>
            <w:tcW w:w="0" w:type="auto"/>
          </w:tcPr>
          <w:p w14:paraId="3F7719E2" w14:textId="77777777" w:rsidR="007A5E59" w:rsidRDefault="0095198F">
            <w:pPr>
              <w:jc w:val="center"/>
            </w:pPr>
            <w:r>
              <w:t>25</w:t>
            </w:r>
          </w:p>
        </w:tc>
        <w:tc>
          <w:tcPr>
            <w:tcW w:w="0" w:type="auto"/>
          </w:tcPr>
          <w:p w14:paraId="5728D57B" w14:textId="77777777" w:rsidR="007A5E59" w:rsidRDefault="0095198F">
            <w:pPr>
              <w:jc w:val="center"/>
            </w:pPr>
            <w:r>
              <w:t>2010</w:t>
            </w:r>
          </w:p>
        </w:tc>
        <w:tc>
          <w:tcPr>
            <w:tcW w:w="0" w:type="auto"/>
          </w:tcPr>
          <w:p w14:paraId="5492BC7B" w14:textId="77777777" w:rsidR="007A5E59" w:rsidRDefault="0095198F">
            <w:pPr>
              <w:jc w:val="center"/>
            </w:pPr>
            <w:r>
              <w:t>3</w:t>
            </w:r>
          </w:p>
        </w:tc>
        <w:tc>
          <w:tcPr>
            <w:tcW w:w="0" w:type="auto"/>
          </w:tcPr>
          <w:p w14:paraId="1C558AA2" w14:textId="77777777" w:rsidR="007A5E59" w:rsidRDefault="0095198F">
            <w:r>
              <w:t>надз</w:t>
            </w:r>
          </w:p>
        </w:tc>
      </w:tr>
      <w:tr w:rsidR="007A5E59" w14:paraId="41DDBF62" w14:textId="77777777">
        <w:trPr>
          <w:jc w:val="center"/>
        </w:trPr>
        <w:tc>
          <w:tcPr>
            <w:tcW w:w="0" w:type="auto"/>
          </w:tcPr>
          <w:p w14:paraId="55587E84" w14:textId="77777777" w:rsidR="007A5E59" w:rsidRDefault="0095198F">
            <w:pPr>
              <w:jc w:val="center"/>
            </w:pPr>
            <w:r>
              <w:t>84</w:t>
            </w:r>
          </w:p>
        </w:tc>
        <w:tc>
          <w:tcPr>
            <w:tcW w:w="0" w:type="auto"/>
          </w:tcPr>
          <w:p w14:paraId="3EFA7774" w14:textId="77777777" w:rsidR="007A5E59" w:rsidRDefault="0095198F">
            <w:r>
              <w:t>1-6/15 ÷ 1-6/17</w:t>
            </w:r>
          </w:p>
        </w:tc>
        <w:tc>
          <w:tcPr>
            <w:tcW w:w="0" w:type="auto"/>
          </w:tcPr>
          <w:p w14:paraId="29C56D64" w14:textId="77777777" w:rsidR="007A5E59" w:rsidRDefault="0095198F">
            <w:pPr>
              <w:jc w:val="center"/>
            </w:pPr>
            <w:r>
              <w:t>40</w:t>
            </w:r>
          </w:p>
        </w:tc>
        <w:tc>
          <w:tcPr>
            <w:tcW w:w="0" w:type="auto"/>
          </w:tcPr>
          <w:p w14:paraId="16025D69" w14:textId="77777777" w:rsidR="007A5E59" w:rsidRDefault="0095198F">
            <w:pPr>
              <w:jc w:val="center"/>
            </w:pPr>
            <w:r>
              <w:t>2010</w:t>
            </w:r>
          </w:p>
        </w:tc>
        <w:tc>
          <w:tcPr>
            <w:tcW w:w="0" w:type="auto"/>
          </w:tcPr>
          <w:p w14:paraId="73C654F1" w14:textId="77777777" w:rsidR="007A5E59" w:rsidRDefault="0095198F">
            <w:pPr>
              <w:jc w:val="center"/>
            </w:pPr>
            <w:r>
              <w:t>34</w:t>
            </w:r>
          </w:p>
        </w:tc>
        <w:tc>
          <w:tcPr>
            <w:tcW w:w="0" w:type="auto"/>
          </w:tcPr>
          <w:p w14:paraId="1AB58C8D" w14:textId="77777777" w:rsidR="007A5E59" w:rsidRDefault="0095198F">
            <w:r>
              <w:t>надз</w:t>
            </w:r>
          </w:p>
        </w:tc>
      </w:tr>
      <w:tr w:rsidR="007A5E59" w14:paraId="31147597" w14:textId="77777777">
        <w:trPr>
          <w:jc w:val="center"/>
        </w:trPr>
        <w:tc>
          <w:tcPr>
            <w:tcW w:w="0" w:type="auto"/>
          </w:tcPr>
          <w:p w14:paraId="7303FB59" w14:textId="77777777" w:rsidR="007A5E59" w:rsidRDefault="0095198F">
            <w:pPr>
              <w:jc w:val="center"/>
            </w:pPr>
            <w:r>
              <w:t>85</w:t>
            </w:r>
          </w:p>
        </w:tc>
        <w:tc>
          <w:tcPr>
            <w:tcW w:w="0" w:type="auto"/>
          </w:tcPr>
          <w:p w14:paraId="7ACE82FC" w14:textId="77777777" w:rsidR="007A5E59" w:rsidRDefault="0095198F">
            <w:r>
              <w:t>1-6/17 ÷ ул. 28 Панфиловцев, 13</w:t>
            </w:r>
          </w:p>
        </w:tc>
        <w:tc>
          <w:tcPr>
            <w:tcW w:w="0" w:type="auto"/>
          </w:tcPr>
          <w:p w14:paraId="5F83EEE9" w14:textId="77777777" w:rsidR="007A5E59" w:rsidRDefault="0095198F">
            <w:pPr>
              <w:jc w:val="center"/>
            </w:pPr>
            <w:r>
              <w:t>50</w:t>
            </w:r>
          </w:p>
        </w:tc>
        <w:tc>
          <w:tcPr>
            <w:tcW w:w="0" w:type="auto"/>
          </w:tcPr>
          <w:p w14:paraId="63715A1A" w14:textId="77777777" w:rsidR="007A5E59" w:rsidRDefault="0095198F">
            <w:pPr>
              <w:jc w:val="center"/>
            </w:pPr>
            <w:r>
              <w:t>2010</w:t>
            </w:r>
          </w:p>
        </w:tc>
        <w:tc>
          <w:tcPr>
            <w:tcW w:w="0" w:type="auto"/>
          </w:tcPr>
          <w:p w14:paraId="0E9A8226" w14:textId="77777777" w:rsidR="007A5E59" w:rsidRDefault="0095198F">
            <w:pPr>
              <w:jc w:val="center"/>
            </w:pPr>
            <w:r>
              <w:t>2</w:t>
            </w:r>
          </w:p>
        </w:tc>
        <w:tc>
          <w:tcPr>
            <w:tcW w:w="0" w:type="auto"/>
          </w:tcPr>
          <w:p w14:paraId="587F9218" w14:textId="77777777" w:rsidR="007A5E59" w:rsidRDefault="0095198F">
            <w:r>
              <w:t>надз</w:t>
            </w:r>
          </w:p>
        </w:tc>
      </w:tr>
      <w:tr w:rsidR="007A5E59" w14:paraId="79698811" w14:textId="77777777">
        <w:trPr>
          <w:jc w:val="center"/>
        </w:trPr>
        <w:tc>
          <w:tcPr>
            <w:tcW w:w="0" w:type="auto"/>
          </w:tcPr>
          <w:p w14:paraId="78EFF7A5" w14:textId="77777777" w:rsidR="007A5E59" w:rsidRDefault="0095198F">
            <w:pPr>
              <w:jc w:val="center"/>
            </w:pPr>
            <w:r>
              <w:t>86</w:t>
            </w:r>
          </w:p>
        </w:tc>
        <w:tc>
          <w:tcPr>
            <w:tcW w:w="0" w:type="auto"/>
          </w:tcPr>
          <w:p w14:paraId="28FC7452" w14:textId="77777777" w:rsidR="007A5E59" w:rsidRDefault="0095198F">
            <w:r>
              <w:t>1-6/17 ÷ 1-6/19</w:t>
            </w:r>
          </w:p>
        </w:tc>
        <w:tc>
          <w:tcPr>
            <w:tcW w:w="0" w:type="auto"/>
          </w:tcPr>
          <w:p w14:paraId="78073F88" w14:textId="77777777" w:rsidR="007A5E59" w:rsidRDefault="0095198F">
            <w:pPr>
              <w:jc w:val="center"/>
            </w:pPr>
            <w:r>
              <w:t>40</w:t>
            </w:r>
          </w:p>
        </w:tc>
        <w:tc>
          <w:tcPr>
            <w:tcW w:w="0" w:type="auto"/>
          </w:tcPr>
          <w:p w14:paraId="491D4B21" w14:textId="77777777" w:rsidR="007A5E59" w:rsidRDefault="0095198F">
            <w:pPr>
              <w:jc w:val="center"/>
            </w:pPr>
            <w:r>
              <w:t>2010</w:t>
            </w:r>
          </w:p>
        </w:tc>
        <w:tc>
          <w:tcPr>
            <w:tcW w:w="0" w:type="auto"/>
          </w:tcPr>
          <w:p w14:paraId="03D7FB3F" w14:textId="77777777" w:rsidR="007A5E59" w:rsidRDefault="0095198F">
            <w:pPr>
              <w:jc w:val="center"/>
            </w:pPr>
            <w:r>
              <w:t>38</w:t>
            </w:r>
          </w:p>
        </w:tc>
        <w:tc>
          <w:tcPr>
            <w:tcW w:w="0" w:type="auto"/>
          </w:tcPr>
          <w:p w14:paraId="0FCE5397" w14:textId="77777777" w:rsidR="007A5E59" w:rsidRDefault="0095198F">
            <w:r>
              <w:t>надз</w:t>
            </w:r>
          </w:p>
        </w:tc>
      </w:tr>
      <w:tr w:rsidR="007A5E59" w14:paraId="716E6599" w14:textId="77777777">
        <w:trPr>
          <w:jc w:val="center"/>
        </w:trPr>
        <w:tc>
          <w:tcPr>
            <w:tcW w:w="0" w:type="auto"/>
          </w:tcPr>
          <w:p w14:paraId="6095E790" w14:textId="77777777" w:rsidR="007A5E59" w:rsidRDefault="0095198F">
            <w:pPr>
              <w:jc w:val="center"/>
            </w:pPr>
            <w:r>
              <w:t>87</w:t>
            </w:r>
          </w:p>
        </w:tc>
        <w:tc>
          <w:tcPr>
            <w:tcW w:w="0" w:type="auto"/>
          </w:tcPr>
          <w:p w14:paraId="71E17506" w14:textId="77777777" w:rsidR="007A5E59" w:rsidRDefault="0095198F">
            <w:r>
              <w:t>1-6/19 ÷ ул. 28 Панфиловцев, 15</w:t>
            </w:r>
          </w:p>
        </w:tc>
        <w:tc>
          <w:tcPr>
            <w:tcW w:w="0" w:type="auto"/>
          </w:tcPr>
          <w:p w14:paraId="71534EBA" w14:textId="77777777" w:rsidR="007A5E59" w:rsidRDefault="0095198F">
            <w:pPr>
              <w:jc w:val="center"/>
            </w:pPr>
            <w:r>
              <w:t>25</w:t>
            </w:r>
          </w:p>
        </w:tc>
        <w:tc>
          <w:tcPr>
            <w:tcW w:w="0" w:type="auto"/>
          </w:tcPr>
          <w:p w14:paraId="240036F9" w14:textId="77777777" w:rsidR="007A5E59" w:rsidRDefault="0095198F">
            <w:pPr>
              <w:jc w:val="center"/>
            </w:pPr>
            <w:r>
              <w:t>2010</w:t>
            </w:r>
          </w:p>
        </w:tc>
        <w:tc>
          <w:tcPr>
            <w:tcW w:w="0" w:type="auto"/>
          </w:tcPr>
          <w:p w14:paraId="3749BC9C" w14:textId="77777777" w:rsidR="007A5E59" w:rsidRDefault="0095198F">
            <w:pPr>
              <w:jc w:val="center"/>
            </w:pPr>
            <w:r>
              <w:t>2</w:t>
            </w:r>
          </w:p>
        </w:tc>
        <w:tc>
          <w:tcPr>
            <w:tcW w:w="0" w:type="auto"/>
          </w:tcPr>
          <w:p w14:paraId="22D57175" w14:textId="77777777" w:rsidR="007A5E59" w:rsidRDefault="0095198F">
            <w:r>
              <w:t>надз</w:t>
            </w:r>
          </w:p>
        </w:tc>
      </w:tr>
      <w:tr w:rsidR="007A5E59" w14:paraId="6265A79F" w14:textId="77777777">
        <w:trPr>
          <w:jc w:val="center"/>
        </w:trPr>
        <w:tc>
          <w:tcPr>
            <w:tcW w:w="0" w:type="auto"/>
          </w:tcPr>
          <w:p w14:paraId="333CA574" w14:textId="77777777" w:rsidR="007A5E59" w:rsidRDefault="0095198F">
            <w:pPr>
              <w:jc w:val="center"/>
            </w:pPr>
            <w:r>
              <w:t>88</w:t>
            </w:r>
          </w:p>
        </w:tc>
        <w:tc>
          <w:tcPr>
            <w:tcW w:w="0" w:type="auto"/>
          </w:tcPr>
          <w:p w14:paraId="38A42B2F" w14:textId="77777777" w:rsidR="007A5E59" w:rsidRDefault="0095198F">
            <w:r>
              <w:t>1-6 ÷ 1-7</w:t>
            </w:r>
          </w:p>
        </w:tc>
        <w:tc>
          <w:tcPr>
            <w:tcW w:w="0" w:type="auto"/>
          </w:tcPr>
          <w:p w14:paraId="0D196DF6" w14:textId="77777777" w:rsidR="007A5E59" w:rsidRDefault="0095198F">
            <w:pPr>
              <w:jc w:val="center"/>
            </w:pPr>
            <w:r>
              <w:t>200</w:t>
            </w:r>
          </w:p>
        </w:tc>
        <w:tc>
          <w:tcPr>
            <w:tcW w:w="0" w:type="auto"/>
          </w:tcPr>
          <w:p w14:paraId="239C3F93" w14:textId="77777777" w:rsidR="007A5E59" w:rsidRDefault="0095198F">
            <w:pPr>
              <w:jc w:val="center"/>
            </w:pPr>
            <w:r>
              <w:t>1983</w:t>
            </w:r>
          </w:p>
        </w:tc>
        <w:tc>
          <w:tcPr>
            <w:tcW w:w="0" w:type="auto"/>
          </w:tcPr>
          <w:p w14:paraId="3C3FAFA3" w14:textId="77777777" w:rsidR="007A5E59" w:rsidRDefault="0095198F">
            <w:pPr>
              <w:jc w:val="center"/>
            </w:pPr>
            <w:r>
              <w:t>20</w:t>
            </w:r>
          </w:p>
        </w:tc>
        <w:tc>
          <w:tcPr>
            <w:tcW w:w="0" w:type="auto"/>
          </w:tcPr>
          <w:p w14:paraId="7241D3C2" w14:textId="77777777" w:rsidR="007A5E59" w:rsidRDefault="0095198F">
            <w:r>
              <w:t>надз</w:t>
            </w:r>
          </w:p>
        </w:tc>
      </w:tr>
      <w:tr w:rsidR="007A5E59" w14:paraId="5F3E7F42" w14:textId="77777777">
        <w:trPr>
          <w:jc w:val="center"/>
        </w:trPr>
        <w:tc>
          <w:tcPr>
            <w:tcW w:w="0" w:type="auto"/>
          </w:tcPr>
          <w:p w14:paraId="70DC5933" w14:textId="77777777" w:rsidR="007A5E59" w:rsidRDefault="0095198F">
            <w:pPr>
              <w:jc w:val="center"/>
            </w:pPr>
            <w:r>
              <w:t>89</w:t>
            </w:r>
          </w:p>
        </w:tc>
        <w:tc>
          <w:tcPr>
            <w:tcW w:w="0" w:type="auto"/>
          </w:tcPr>
          <w:p w14:paraId="5056DC95" w14:textId="77777777" w:rsidR="007A5E59" w:rsidRDefault="0095198F">
            <w:r>
              <w:t>1-7 ÷ 1-8</w:t>
            </w:r>
          </w:p>
        </w:tc>
        <w:tc>
          <w:tcPr>
            <w:tcW w:w="0" w:type="auto"/>
          </w:tcPr>
          <w:p w14:paraId="2F591F10" w14:textId="77777777" w:rsidR="007A5E59" w:rsidRDefault="0095198F">
            <w:pPr>
              <w:jc w:val="center"/>
            </w:pPr>
            <w:r>
              <w:t>200</w:t>
            </w:r>
          </w:p>
        </w:tc>
        <w:tc>
          <w:tcPr>
            <w:tcW w:w="0" w:type="auto"/>
          </w:tcPr>
          <w:p w14:paraId="090987FA" w14:textId="77777777" w:rsidR="007A5E59" w:rsidRDefault="0095198F">
            <w:pPr>
              <w:jc w:val="center"/>
            </w:pPr>
            <w:r>
              <w:t>1983</w:t>
            </w:r>
          </w:p>
        </w:tc>
        <w:tc>
          <w:tcPr>
            <w:tcW w:w="0" w:type="auto"/>
          </w:tcPr>
          <w:p w14:paraId="4DB22928" w14:textId="77777777" w:rsidR="007A5E59" w:rsidRDefault="0095198F">
            <w:pPr>
              <w:jc w:val="center"/>
            </w:pPr>
            <w:r>
              <w:t>84</w:t>
            </w:r>
          </w:p>
        </w:tc>
        <w:tc>
          <w:tcPr>
            <w:tcW w:w="0" w:type="auto"/>
          </w:tcPr>
          <w:p w14:paraId="46E1CB3B" w14:textId="77777777" w:rsidR="007A5E59" w:rsidRDefault="0095198F">
            <w:r>
              <w:t>надз</w:t>
            </w:r>
          </w:p>
        </w:tc>
      </w:tr>
      <w:tr w:rsidR="007A5E59" w14:paraId="75E13D6A" w14:textId="77777777">
        <w:trPr>
          <w:jc w:val="center"/>
        </w:trPr>
        <w:tc>
          <w:tcPr>
            <w:tcW w:w="0" w:type="auto"/>
          </w:tcPr>
          <w:p w14:paraId="7BA4E53C" w14:textId="77777777" w:rsidR="007A5E59" w:rsidRDefault="0095198F">
            <w:pPr>
              <w:jc w:val="center"/>
            </w:pPr>
            <w:r>
              <w:t>90</w:t>
            </w:r>
          </w:p>
        </w:tc>
        <w:tc>
          <w:tcPr>
            <w:tcW w:w="0" w:type="auto"/>
          </w:tcPr>
          <w:p w14:paraId="7FFB1BF7" w14:textId="77777777" w:rsidR="007A5E59" w:rsidRDefault="0095198F">
            <w:r>
              <w:t>1-8 ÷ ул. Коммунистическая, 15</w:t>
            </w:r>
          </w:p>
        </w:tc>
        <w:tc>
          <w:tcPr>
            <w:tcW w:w="0" w:type="auto"/>
          </w:tcPr>
          <w:p w14:paraId="5F6CC598" w14:textId="77777777" w:rsidR="007A5E59" w:rsidRDefault="0095198F">
            <w:pPr>
              <w:jc w:val="center"/>
            </w:pPr>
            <w:r>
              <w:t>50</w:t>
            </w:r>
          </w:p>
        </w:tc>
        <w:tc>
          <w:tcPr>
            <w:tcW w:w="0" w:type="auto"/>
          </w:tcPr>
          <w:p w14:paraId="6AE54397" w14:textId="77777777" w:rsidR="007A5E59" w:rsidRDefault="0095198F">
            <w:pPr>
              <w:jc w:val="center"/>
            </w:pPr>
            <w:r>
              <w:t>1983</w:t>
            </w:r>
          </w:p>
        </w:tc>
        <w:tc>
          <w:tcPr>
            <w:tcW w:w="0" w:type="auto"/>
          </w:tcPr>
          <w:p w14:paraId="785EDCDB" w14:textId="77777777" w:rsidR="007A5E59" w:rsidRDefault="0095198F">
            <w:pPr>
              <w:jc w:val="center"/>
            </w:pPr>
            <w:r>
              <w:t>22</w:t>
            </w:r>
          </w:p>
        </w:tc>
        <w:tc>
          <w:tcPr>
            <w:tcW w:w="0" w:type="auto"/>
          </w:tcPr>
          <w:p w14:paraId="6A4BB810" w14:textId="77777777" w:rsidR="007A5E59" w:rsidRDefault="0095198F">
            <w:r>
              <w:t>надз</w:t>
            </w:r>
          </w:p>
        </w:tc>
      </w:tr>
      <w:tr w:rsidR="007A5E59" w14:paraId="65DC9E29" w14:textId="77777777">
        <w:trPr>
          <w:jc w:val="center"/>
        </w:trPr>
        <w:tc>
          <w:tcPr>
            <w:tcW w:w="0" w:type="auto"/>
          </w:tcPr>
          <w:p w14:paraId="5CFDF228" w14:textId="77777777" w:rsidR="007A5E59" w:rsidRDefault="0095198F">
            <w:pPr>
              <w:jc w:val="center"/>
            </w:pPr>
            <w:r>
              <w:t>91</w:t>
            </w:r>
          </w:p>
        </w:tc>
        <w:tc>
          <w:tcPr>
            <w:tcW w:w="0" w:type="auto"/>
          </w:tcPr>
          <w:p w14:paraId="153FE30B" w14:textId="77777777" w:rsidR="007A5E59" w:rsidRDefault="0095198F">
            <w:r>
              <w:t>1-8 ÷ 1-9</w:t>
            </w:r>
          </w:p>
        </w:tc>
        <w:tc>
          <w:tcPr>
            <w:tcW w:w="0" w:type="auto"/>
          </w:tcPr>
          <w:p w14:paraId="4EF5CFCC" w14:textId="77777777" w:rsidR="007A5E59" w:rsidRDefault="0095198F">
            <w:pPr>
              <w:jc w:val="center"/>
            </w:pPr>
            <w:r>
              <w:t>200</w:t>
            </w:r>
          </w:p>
        </w:tc>
        <w:tc>
          <w:tcPr>
            <w:tcW w:w="0" w:type="auto"/>
          </w:tcPr>
          <w:p w14:paraId="4731A4CB" w14:textId="77777777" w:rsidR="007A5E59" w:rsidRDefault="0095198F">
            <w:pPr>
              <w:jc w:val="center"/>
            </w:pPr>
            <w:r>
              <w:t>1983</w:t>
            </w:r>
          </w:p>
        </w:tc>
        <w:tc>
          <w:tcPr>
            <w:tcW w:w="0" w:type="auto"/>
          </w:tcPr>
          <w:p w14:paraId="568BD7DC" w14:textId="77777777" w:rsidR="007A5E59" w:rsidRDefault="0095198F">
            <w:pPr>
              <w:jc w:val="center"/>
            </w:pPr>
            <w:r>
              <w:t>33</w:t>
            </w:r>
          </w:p>
        </w:tc>
        <w:tc>
          <w:tcPr>
            <w:tcW w:w="0" w:type="auto"/>
          </w:tcPr>
          <w:p w14:paraId="4DE50423" w14:textId="77777777" w:rsidR="007A5E59" w:rsidRDefault="0095198F">
            <w:r>
              <w:t>надз</w:t>
            </w:r>
          </w:p>
        </w:tc>
      </w:tr>
      <w:tr w:rsidR="007A5E59" w14:paraId="6F3C406A" w14:textId="77777777">
        <w:trPr>
          <w:jc w:val="center"/>
        </w:trPr>
        <w:tc>
          <w:tcPr>
            <w:tcW w:w="0" w:type="auto"/>
          </w:tcPr>
          <w:p w14:paraId="5BAC76DD" w14:textId="77777777" w:rsidR="007A5E59" w:rsidRDefault="0095198F">
            <w:pPr>
              <w:jc w:val="center"/>
            </w:pPr>
            <w:r>
              <w:t>92</w:t>
            </w:r>
          </w:p>
        </w:tc>
        <w:tc>
          <w:tcPr>
            <w:tcW w:w="0" w:type="auto"/>
          </w:tcPr>
          <w:p w14:paraId="0258F2AD" w14:textId="77777777" w:rsidR="007A5E59" w:rsidRDefault="0095198F">
            <w:r>
              <w:t>1-9/2 ÷ ул. Коммунистическая, 12</w:t>
            </w:r>
          </w:p>
        </w:tc>
        <w:tc>
          <w:tcPr>
            <w:tcW w:w="0" w:type="auto"/>
          </w:tcPr>
          <w:p w14:paraId="29628A06" w14:textId="77777777" w:rsidR="007A5E59" w:rsidRDefault="0095198F">
            <w:pPr>
              <w:jc w:val="center"/>
            </w:pPr>
            <w:r>
              <w:t>40</w:t>
            </w:r>
          </w:p>
        </w:tc>
        <w:tc>
          <w:tcPr>
            <w:tcW w:w="0" w:type="auto"/>
          </w:tcPr>
          <w:p w14:paraId="4455E458" w14:textId="77777777" w:rsidR="007A5E59" w:rsidRDefault="0095198F">
            <w:pPr>
              <w:jc w:val="center"/>
            </w:pPr>
            <w:r>
              <w:t>1983</w:t>
            </w:r>
          </w:p>
        </w:tc>
        <w:tc>
          <w:tcPr>
            <w:tcW w:w="0" w:type="auto"/>
          </w:tcPr>
          <w:p w14:paraId="2E25DE7C" w14:textId="77777777" w:rsidR="007A5E59" w:rsidRDefault="0095198F">
            <w:pPr>
              <w:jc w:val="center"/>
            </w:pPr>
            <w:r>
              <w:t>38</w:t>
            </w:r>
          </w:p>
        </w:tc>
        <w:tc>
          <w:tcPr>
            <w:tcW w:w="0" w:type="auto"/>
          </w:tcPr>
          <w:p w14:paraId="7DD4FEB4" w14:textId="77777777" w:rsidR="007A5E59" w:rsidRDefault="0095198F">
            <w:r>
              <w:t>надз</w:t>
            </w:r>
          </w:p>
        </w:tc>
      </w:tr>
      <w:tr w:rsidR="007A5E59" w14:paraId="3461357C" w14:textId="77777777">
        <w:trPr>
          <w:jc w:val="center"/>
        </w:trPr>
        <w:tc>
          <w:tcPr>
            <w:tcW w:w="0" w:type="auto"/>
          </w:tcPr>
          <w:p w14:paraId="75801A9D" w14:textId="77777777" w:rsidR="007A5E59" w:rsidRDefault="0095198F">
            <w:pPr>
              <w:jc w:val="center"/>
            </w:pPr>
            <w:r>
              <w:t>93</w:t>
            </w:r>
          </w:p>
        </w:tc>
        <w:tc>
          <w:tcPr>
            <w:tcW w:w="0" w:type="auto"/>
          </w:tcPr>
          <w:p w14:paraId="4E89FFD5" w14:textId="77777777" w:rsidR="007A5E59" w:rsidRDefault="0095198F">
            <w:r>
              <w:t>1-9/2 ÷ 1-9/4</w:t>
            </w:r>
          </w:p>
        </w:tc>
        <w:tc>
          <w:tcPr>
            <w:tcW w:w="0" w:type="auto"/>
          </w:tcPr>
          <w:p w14:paraId="1F285F87" w14:textId="77777777" w:rsidR="007A5E59" w:rsidRDefault="0095198F">
            <w:pPr>
              <w:jc w:val="center"/>
            </w:pPr>
            <w:r>
              <w:t>100</w:t>
            </w:r>
          </w:p>
        </w:tc>
        <w:tc>
          <w:tcPr>
            <w:tcW w:w="0" w:type="auto"/>
          </w:tcPr>
          <w:p w14:paraId="6AE58D04" w14:textId="77777777" w:rsidR="007A5E59" w:rsidRDefault="0095198F">
            <w:pPr>
              <w:jc w:val="center"/>
            </w:pPr>
            <w:r>
              <w:t>1983</w:t>
            </w:r>
          </w:p>
        </w:tc>
        <w:tc>
          <w:tcPr>
            <w:tcW w:w="0" w:type="auto"/>
          </w:tcPr>
          <w:p w14:paraId="035FBD88" w14:textId="77777777" w:rsidR="007A5E59" w:rsidRDefault="0095198F">
            <w:pPr>
              <w:jc w:val="center"/>
            </w:pPr>
            <w:r>
              <w:t>15</w:t>
            </w:r>
          </w:p>
        </w:tc>
        <w:tc>
          <w:tcPr>
            <w:tcW w:w="0" w:type="auto"/>
          </w:tcPr>
          <w:p w14:paraId="0AF6AD40" w14:textId="77777777" w:rsidR="007A5E59" w:rsidRDefault="0095198F">
            <w:r>
              <w:t>надз</w:t>
            </w:r>
          </w:p>
        </w:tc>
      </w:tr>
      <w:tr w:rsidR="007A5E59" w14:paraId="44719870" w14:textId="77777777">
        <w:trPr>
          <w:jc w:val="center"/>
        </w:trPr>
        <w:tc>
          <w:tcPr>
            <w:tcW w:w="0" w:type="auto"/>
          </w:tcPr>
          <w:p w14:paraId="104DA998" w14:textId="77777777" w:rsidR="007A5E59" w:rsidRDefault="0095198F">
            <w:pPr>
              <w:jc w:val="center"/>
            </w:pPr>
            <w:r>
              <w:t>94</w:t>
            </w:r>
          </w:p>
        </w:tc>
        <w:tc>
          <w:tcPr>
            <w:tcW w:w="0" w:type="auto"/>
          </w:tcPr>
          <w:p w14:paraId="0E6FF401" w14:textId="77777777" w:rsidR="007A5E59" w:rsidRDefault="0095198F">
            <w:r>
              <w:t>1-9/4 ÷ ул. Коммунистическая, 14</w:t>
            </w:r>
          </w:p>
        </w:tc>
        <w:tc>
          <w:tcPr>
            <w:tcW w:w="0" w:type="auto"/>
          </w:tcPr>
          <w:p w14:paraId="77F07E49" w14:textId="77777777" w:rsidR="007A5E59" w:rsidRDefault="0095198F">
            <w:pPr>
              <w:jc w:val="center"/>
            </w:pPr>
            <w:r>
              <w:t>50</w:t>
            </w:r>
          </w:p>
        </w:tc>
        <w:tc>
          <w:tcPr>
            <w:tcW w:w="0" w:type="auto"/>
          </w:tcPr>
          <w:p w14:paraId="6029B200" w14:textId="77777777" w:rsidR="007A5E59" w:rsidRDefault="0095198F">
            <w:pPr>
              <w:jc w:val="center"/>
            </w:pPr>
            <w:r>
              <w:t>1983</w:t>
            </w:r>
          </w:p>
        </w:tc>
        <w:tc>
          <w:tcPr>
            <w:tcW w:w="0" w:type="auto"/>
          </w:tcPr>
          <w:p w14:paraId="3A9E9107" w14:textId="77777777" w:rsidR="007A5E59" w:rsidRDefault="0095198F">
            <w:pPr>
              <w:jc w:val="center"/>
            </w:pPr>
            <w:r>
              <w:t>16</w:t>
            </w:r>
          </w:p>
        </w:tc>
        <w:tc>
          <w:tcPr>
            <w:tcW w:w="0" w:type="auto"/>
          </w:tcPr>
          <w:p w14:paraId="702E8A03" w14:textId="77777777" w:rsidR="007A5E59" w:rsidRDefault="0095198F">
            <w:r>
              <w:t>надз</w:t>
            </w:r>
          </w:p>
        </w:tc>
      </w:tr>
      <w:tr w:rsidR="007A5E59" w14:paraId="55078443" w14:textId="77777777">
        <w:trPr>
          <w:jc w:val="center"/>
        </w:trPr>
        <w:tc>
          <w:tcPr>
            <w:tcW w:w="0" w:type="auto"/>
          </w:tcPr>
          <w:p w14:paraId="54F1EA8F" w14:textId="77777777" w:rsidR="007A5E59" w:rsidRDefault="0095198F">
            <w:pPr>
              <w:jc w:val="center"/>
            </w:pPr>
            <w:r>
              <w:t>95</w:t>
            </w:r>
          </w:p>
        </w:tc>
        <w:tc>
          <w:tcPr>
            <w:tcW w:w="0" w:type="auto"/>
          </w:tcPr>
          <w:p w14:paraId="5FC0630A" w14:textId="77777777" w:rsidR="007A5E59" w:rsidRDefault="0095198F">
            <w:r>
              <w:t>1-9/4 ÷ 1-9/6</w:t>
            </w:r>
          </w:p>
        </w:tc>
        <w:tc>
          <w:tcPr>
            <w:tcW w:w="0" w:type="auto"/>
          </w:tcPr>
          <w:p w14:paraId="72A45078" w14:textId="77777777" w:rsidR="007A5E59" w:rsidRDefault="0095198F">
            <w:pPr>
              <w:jc w:val="center"/>
            </w:pPr>
            <w:r>
              <w:t>80</w:t>
            </w:r>
          </w:p>
        </w:tc>
        <w:tc>
          <w:tcPr>
            <w:tcW w:w="0" w:type="auto"/>
          </w:tcPr>
          <w:p w14:paraId="24B003A2" w14:textId="77777777" w:rsidR="007A5E59" w:rsidRDefault="0095198F">
            <w:pPr>
              <w:jc w:val="center"/>
            </w:pPr>
            <w:r>
              <w:t>1983</w:t>
            </w:r>
          </w:p>
        </w:tc>
        <w:tc>
          <w:tcPr>
            <w:tcW w:w="0" w:type="auto"/>
          </w:tcPr>
          <w:p w14:paraId="0F881108" w14:textId="77777777" w:rsidR="007A5E59" w:rsidRDefault="0095198F">
            <w:pPr>
              <w:jc w:val="center"/>
            </w:pPr>
            <w:r>
              <w:t>32</w:t>
            </w:r>
          </w:p>
        </w:tc>
        <w:tc>
          <w:tcPr>
            <w:tcW w:w="0" w:type="auto"/>
          </w:tcPr>
          <w:p w14:paraId="720215B4" w14:textId="77777777" w:rsidR="007A5E59" w:rsidRDefault="0095198F">
            <w:r>
              <w:t>надз</w:t>
            </w:r>
          </w:p>
        </w:tc>
      </w:tr>
      <w:tr w:rsidR="007A5E59" w14:paraId="6B1A38F1" w14:textId="77777777">
        <w:trPr>
          <w:jc w:val="center"/>
        </w:trPr>
        <w:tc>
          <w:tcPr>
            <w:tcW w:w="0" w:type="auto"/>
          </w:tcPr>
          <w:p w14:paraId="1C69F182" w14:textId="77777777" w:rsidR="007A5E59" w:rsidRDefault="0095198F">
            <w:pPr>
              <w:jc w:val="center"/>
            </w:pPr>
            <w:r>
              <w:t>96</w:t>
            </w:r>
          </w:p>
        </w:tc>
        <w:tc>
          <w:tcPr>
            <w:tcW w:w="0" w:type="auto"/>
          </w:tcPr>
          <w:p w14:paraId="2762C2AC" w14:textId="77777777" w:rsidR="007A5E59" w:rsidRDefault="0095198F">
            <w:r>
              <w:t>1-9/6 ÷ ул. Коммунистическая, 16</w:t>
            </w:r>
          </w:p>
        </w:tc>
        <w:tc>
          <w:tcPr>
            <w:tcW w:w="0" w:type="auto"/>
          </w:tcPr>
          <w:p w14:paraId="12D30E0A" w14:textId="77777777" w:rsidR="007A5E59" w:rsidRDefault="0095198F">
            <w:pPr>
              <w:jc w:val="center"/>
            </w:pPr>
            <w:r>
              <w:t>50</w:t>
            </w:r>
          </w:p>
        </w:tc>
        <w:tc>
          <w:tcPr>
            <w:tcW w:w="0" w:type="auto"/>
          </w:tcPr>
          <w:p w14:paraId="45CE4909" w14:textId="77777777" w:rsidR="007A5E59" w:rsidRDefault="0095198F">
            <w:pPr>
              <w:jc w:val="center"/>
            </w:pPr>
            <w:r>
              <w:t>1983</w:t>
            </w:r>
          </w:p>
        </w:tc>
        <w:tc>
          <w:tcPr>
            <w:tcW w:w="0" w:type="auto"/>
          </w:tcPr>
          <w:p w14:paraId="15D4A8FA" w14:textId="77777777" w:rsidR="007A5E59" w:rsidRDefault="0095198F">
            <w:pPr>
              <w:jc w:val="center"/>
            </w:pPr>
            <w:r>
              <w:t>2</w:t>
            </w:r>
          </w:p>
        </w:tc>
        <w:tc>
          <w:tcPr>
            <w:tcW w:w="0" w:type="auto"/>
          </w:tcPr>
          <w:p w14:paraId="1A6335F8" w14:textId="77777777" w:rsidR="007A5E59" w:rsidRDefault="0095198F">
            <w:r>
              <w:t>надз</w:t>
            </w:r>
          </w:p>
        </w:tc>
      </w:tr>
      <w:tr w:rsidR="007A5E59" w14:paraId="2A76A889" w14:textId="77777777">
        <w:trPr>
          <w:jc w:val="center"/>
        </w:trPr>
        <w:tc>
          <w:tcPr>
            <w:tcW w:w="0" w:type="auto"/>
          </w:tcPr>
          <w:p w14:paraId="68076B30" w14:textId="77777777" w:rsidR="007A5E59" w:rsidRDefault="0095198F">
            <w:pPr>
              <w:jc w:val="center"/>
            </w:pPr>
            <w:r>
              <w:t>97</w:t>
            </w:r>
          </w:p>
        </w:tc>
        <w:tc>
          <w:tcPr>
            <w:tcW w:w="0" w:type="auto"/>
          </w:tcPr>
          <w:p w14:paraId="7FA7F12B" w14:textId="77777777" w:rsidR="007A5E59" w:rsidRDefault="0095198F">
            <w:r>
              <w:t>1-9/6 ÷ 1-9/8</w:t>
            </w:r>
          </w:p>
        </w:tc>
        <w:tc>
          <w:tcPr>
            <w:tcW w:w="0" w:type="auto"/>
          </w:tcPr>
          <w:p w14:paraId="68DBEB91" w14:textId="77777777" w:rsidR="007A5E59" w:rsidRDefault="0095198F">
            <w:pPr>
              <w:jc w:val="center"/>
            </w:pPr>
            <w:r>
              <w:t>80</w:t>
            </w:r>
          </w:p>
        </w:tc>
        <w:tc>
          <w:tcPr>
            <w:tcW w:w="0" w:type="auto"/>
          </w:tcPr>
          <w:p w14:paraId="57E8F7B6" w14:textId="77777777" w:rsidR="007A5E59" w:rsidRDefault="0095198F">
            <w:pPr>
              <w:jc w:val="center"/>
            </w:pPr>
            <w:r>
              <w:t>1983</w:t>
            </w:r>
          </w:p>
        </w:tc>
        <w:tc>
          <w:tcPr>
            <w:tcW w:w="0" w:type="auto"/>
          </w:tcPr>
          <w:p w14:paraId="1F73D963" w14:textId="77777777" w:rsidR="007A5E59" w:rsidRDefault="0095198F">
            <w:pPr>
              <w:jc w:val="center"/>
            </w:pPr>
            <w:r>
              <w:t>10</w:t>
            </w:r>
          </w:p>
        </w:tc>
        <w:tc>
          <w:tcPr>
            <w:tcW w:w="0" w:type="auto"/>
          </w:tcPr>
          <w:p w14:paraId="3A675D64" w14:textId="77777777" w:rsidR="007A5E59" w:rsidRDefault="0095198F">
            <w:r>
              <w:t>надз</w:t>
            </w:r>
          </w:p>
        </w:tc>
      </w:tr>
      <w:tr w:rsidR="007A5E59" w14:paraId="0FF0F053" w14:textId="77777777">
        <w:trPr>
          <w:jc w:val="center"/>
        </w:trPr>
        <w:tc>
          <w:tcPr>
            <w:tcW w:w="0" w:type="auto"/>
          </w:tcPr>
          <w:p w14:paraId="252C5621" w14:textId="77777777" w:rsidR="007A5E59" w:rsidRDefault="0095198F">
            <w:pPr>
              <w:jc w:val="center"/>
            </w:pPr>
            <w:r>
              <w:t>98</w:t>
            </w:r>
          </w:p>
        </w:tc>
        <w:tc>
          <w:tcPr>
            <w:tcW w:w="0" w:type="auto"/>
          </w:tcPr>
          <w:p w14:paraId="30F0F8F8" w14:textId="77777777" w:rsidR="007A5E59" w:rsidRDefault="0095198F">
            <w:r>
              <w:t>1-9/8 ÷ ул. Коммунистическая, 16</w:t>
            </w:r>
          </w:p>
        </w:tc>
        <w:tc>
          <w:tcPr>
            <w:tcW w:w="0" w:type="auto"/>
          </w:tcPr>
          <w:p w14:paraId="278C18CA" w14:textId="77777777" w:rsidR="007A5E59" w:rsidRDefault="0095198F">
            <w:pPr>
              <w:jc w:val="center"/>
            </w:pPr>
            <w:r>
              <w:t>50</w:t>
            </w:r>
          </w:p>
        </w:tc>
        <w:tc>
          <w:tcPr>
            <w:tcW w:w="0" w:type="auto"/>
          </w:tcPr>
          <w:p w14:paraId="449FB6EE" w14:textId="77777777" w:rsidR="007A5E59" w:rsidRDefault="0095198F">
            <w:pPr>
              <w:jc w:val="center"/>
            </w:pPr>
            <w:r>
              <w:t>1983</w:t>
            </w:r>
          </w:p>
        </w:tc>
        <w:tc>
          <w:tcPr>
            <w:tcW w:w="0" w:type="auto"/>
          </w:tcPr>
          <w:p w14:paraId="3E398F1E" w14:textId="77777777" w:rsidR="007A5E59" w:rsidRDefault="0095198F">
            <w:pPr>
              <w:jc w:val="center"/>
            </w:pPr>
            <w:r>
              <w:t>2</w:t>
            </w:r>
          </w:p>
        </w:tc>
        <w:tc>
          <w:tcPr>
            <w:tcW w:w="0" w:type="auto"/>
          </w:tcPr>
          <w:p w14:paraId="413456C1" w14:textId="77777777" w:rsidR="007A5E59" w:rsidRDefault="0095198F">
            <w:r>
              <w:t>надз</w:t>
            </w:r>
          </w:p>
        </w:tc>
      </w:tr>
      <w:tr w:rsidR="007A5E59" w14:paraId="44E2D292" w14:textId="77777777">
        <w:trPr>
          <w:jc w:val="center"/>
        </w:trPr>
        <w:tc>
          <w:tcPr>
            <w:tcW w:w="0" w:type="auto"/>
          </w:tcPr>
          <w:p w14:paraId="29405B33" w14:textId="77777777" w:rsidR="007A5E59" w:rsidRDefault="0095198F">
            <w:pPr>
              <w:jc w:val="center"/>
            </w:pPr>
            <w:r>
              <w:t>99</w:t>
            </w:r>
          </w:p>
        </w:tc>
        <w:tc>
          <w:tcPr>
            <w:tcW w:w="0" w:type="auto"/>
          </w:tcPr>
          <w:p w14:paraId="24F76C1A" w14:textId="77777777" w:rsidR="007A5E59" w:rsidRDefault="0095198F">
            <w:r>
              <w:t>1-9/8 ÷ 1-9/10</w:t>
            </w:r>
          </w:p>
        </w:tc>
        <w:tc>
          <w:tcPr>
            <w:tcW w:w="0" w:type="auto"/>
          </w:tcPr>
          <w:p w14:paraId="42FADA3E" w14:textId="77777777" w:rsidR="007A5E59" w:rsidRDefault="0095198F">
            <w:pPr>
              <w:jc w:val="center"/>
            </w:pPr>
            <w:r>
              <w:t>80</w:t>
            </w:r>
          </w:p>
        </w:tc>
        <w:tc>
          <w:tcPr>
            <w:tcW w:w="0" w:type="auto"/>
          </w:tcPr>
          <w:p w14:paraId="2C934A3A" w14:textId="77777777" w:rsidR="007A5E59" w:rsidRDefault="0095198F">
            <w:pPr>
              <w:jc w:val="center"/>
            </w:pPr>
            <w:r>
              <w:t>1983</w:t>
            </w:r>
          </w:p>
        </w:tc>
        <w:tc>
          <w:tcPr>
            <w:tcW w:w="0" w:type="auto"/>
          </w:tcPr>
          <w:p w14:paraId="29935469" w14:textId="77777777" w:rsidR="007A5E59" w:rsidRDefault="0095198F">
            <w:pPr>
              <w:jc w:val="center"/>
            </w:pPr>
            <w:r>
              <w:t>37</w:t>
            </w:r>
          </w:p>
        </w:tc>
        <w:tc>
          <w:tcPr>
            <w:tcW w:w="0" w:type="auto"/>
          </w:tcPr>
          <w:p w14:paraId="141A029C" w14:textId="77777777" w:rsidR="007A5E59" w:rsidRDefault="0095198F">
            <w:r>
              <w:t>надз</w:t>
            </w:r>
          </w:p>
        </w:tc>
      </w:tr>
      <w:tr w:rsidR="007A5E59" w14:paraId="73C5AAFC" w14:textId="77777777">
        <w:trPr>
          <w:jc w:val="center"/>
        </w:trPr>
        <w:tc>
          <w:tcPr>
            <w:tcW w:w="0" w:type="auto"/>
          </w:tcPr>
          <w:p w14:paraId="4CB4F1D9" w14:textId="77777777" w:rsidR="007A5E59" w:rsidRDefault="0095198F">
            <w:pPr>
              <w:jc w:val="center"/>
            </w:pPr>
            <w:r>
              <w:t>100</w:t>
            </w:r>
          </w:p>
        </w:tc>
        <w:tc>
          <w:tcPr>
            <w:tcW w:w="0" w:type="auto"/>
          </w:tcPr>
          <w:p w14:paraId="54AEDE42" w14:textId="77777777" w:rsidR="007A5E59" w:rsidRDefault="0095198F">
            <w:r>
              <w:t>1-9/10 ÷ ул. Коммунистическая, 18</w:t>
            </w:r>
          </w:p>
        </w:tc>
        <w:tc>
          <w:tcPr>
            <w:tcW w:w="0" w:type="auto"/>
          </w:tcPr>
          <w:p w14:paraId="53916E4E" w14:textId="77777777" w:rsidR="007A5E59" w:rsidRDefault="0095198F">
            <w:pPr>
              <w:jc w:val="center"/>
            </w:pPr>
            <w:r>
              <w:t>50</w:t>
            </w:r>
          </w:p>
        </w:tc>
        <w:tc>
          <w:tcPr>
            <w:tcW w:w="0" w:type="auto"/>
          </w:tcPr>
          <w:p w14:paraId="0D41887F" w14:textId="77777777" w:rsidR="007A5E59" w:rsidRDefault="0095198F">
            <w:pPr>
              <w:jc w:val="center"/>
            </w:pPr>
            <w:r>
              <w:t>1983</w:t>
            </w:r>
          </w:p>
        </w:tc>
        <w:tc>
          <w:tcPr>
            <w:tcW w:w="0" w:type="auto"/>
          </w:tcPr>
          <w:p w14:paraId="261E21AB" w14:textId="77777777" w:rsidR="007A5E59" w:rsidRDefault="0095198F">
            <w:pPr>
              <w:jc w:val="center"/>
            </w:pPr>
            <w:r>
              <w:t>2</w:t>
            </w:r>
          </w:p>
        </w:tc>
        <w:tc>
          <w:tcPr>
            <w:tcW w:w="0" w:type="auto"/>
          </w:tcPr>
          <w:p w14:paraId="6CFE5311" w14:textId="77777777" w:rsidR="007A5E59" w:rsidRDefault="0095198F">
            <w:r>
              <w:t>надз</w:t>
            </w:r>
          </w:p>
        </w:tc>
      </w:tr>
      <w:tr w:rsidR="007A5E59" w14:paraId="6150C4DE" w14:textId="77777777">
        <w:trPr>
          <w:jc w:val="center"/>
        </w:trPr>
        <w:tc>
          <w:tcPr>
            <w:tcW w:w="0" w:type="auto"/>
          </w:tcPr>
          <w:p w14:paraId="013D7079" w14:textId="77777777" w:rsidR="007A5E59" w:rsidRDefault="0095198F">
            <w:pPr>
              <w:jc w:val="center"/>
            </w:pPr>
            <w:r>
              <w:t>101</w:t>
            </w:r>
          </w:p>
        </w:tc>
        <w:tc>
          <w:tcPr>
            <w:tcW w:w="0" w:type="auto"/>
          </w:tcPr>
          <w:p w14:paraId="2D108D3A" w14:textId="77777777" w:rsidR="007A5E59" w:rsidRDefault="0095198F">
            <w:r>
              <w:t>1-9/10 ÷ 1-9/12</w:t>
            </w:r>
          </w:p>
        </w:tc>
        <w:tc>
          <w:tcPr>
            <w:tcW w:w="0" w:type="auto"/>
          </w:tcPr>
          <w:p w14:paraId="6F06B78B" w14:textId="77777777" w:rsidR="007A5E59" w:rsidRDefault="0095198F">
            <w:pPr>
              <w:jc w:val="center"/>
            </w:pPr>
            <w:r>
              <w:t>80</w:t>
            </w:r>
          </w:p>
        </w:tc>
        <w:tc>
          <w:tcPr>
            <w:tcW w:w="0" w:type="auto"/>
          </w:tcPr>
          <w:p w14:paraId="6FBC5427" w14:textId="77777777" w:rsidR="007A5E59" w:rsidRDefault="0095198F">
            <w:pPr>
              <w:jc w:val="center"/>
            </w:pPr>
            <w:r>
              <w:t>1983</w:t>
            </w:r>
          </w:p>
        </w:tc>
        <w:tc>
          <w:tcPr>
            <w:tcW w:w="0" w:type="auto"/>
          </w:tcPr>
          <w:p w14:paraId="26F5601E" w14:textId="77777777" w:rsidR="007A5E59" w:rsidRDefault="0095198F">
            <w:pPr>
              <w:jc w:val="center"/>
            </w:pPr>
            <w:r>
              <w:t>1</w:t>
            </w:r>
          </w:p>
        </w:tc>
        <w:tc>
          <w:tcPr>
            <w:tcW w:w="0" w:type="auto"/>
          </w:tcPr>
          <w:p w14:paraId="2E7533CB" w14:textId="77777777" w:rsidR="007A5E59" w:rsidRDefault="0095198F">
            <w:r>
              <w:t>надз</w:t>
            </w:r>
          </w:p>
        </w:tc>
      </w:tr>
      <w:tr w:rsidR="007A5E59" w14:paraId="6FA65B5E" w14:textId="77777777">
        <w:trPr>
          <w:jc w:val="center"/>
        </w:trPr>
        <w:tc>
          <w:tcPr>
            <w:tcW w:w="0" w:type="auto"/>
          </w:tcPr>
          <w:p w14:paraId="729D557B" w14:textId="77777777" w:rsidR="007A5E59" w:rsidRDefault="0095198F">
            <w:pPr>
              <w:jc w:val="center"/>
            </w:pPr>
            <w:r>
              <w:t>102</w:t>
            </w:r>
          </w:p>
        </w:tc>
        <w:tc>
          <w:tcPr>
            <w:tcW w:w="0" w:type="auto"/>
          </w:tcPr>
          <w:p w14:paraId="18E551E9" w14:textId="77777777" w:rsidR="007A5E59" w:rsidRDefault="0095198F">
            <w:r>
              <w:t>1-9/12 ÷ ул. Коммунистическая, 18</w:t>
            </w:r>
          </w:p>
        </w:tc>
        <w:tc>
          <w:tcPr>
            <w:tcW w:w="0" w:type="auto"/>
          </w:tcPr>
          <w:p w14:paraId="308425CC" w14:textId="77777777" w:rsidR="007A5E59" w:rsidRDefault="0095198F">
            <w:pPr>
              <w:jc w:val="center"/>
            </w:pPr>
            <w:r>
              <w:t>50</w:t>
            </w:r>
          </w:p>
        </w:tc>
        <w:tc>
          <w:tcPr>
            <w:tcW w:w="0" w:type="auto"/>
          </w:tcPr>
          <w:p w14:paraId="58AAC7E4" w14:textId="77777777" w:rsidR="007A5E59" w:rsidRDefault="0095198F">
            <w:pPr>
              <w:jc w:val="center"/>
            </w:pPr>
            <w:r>
              <w:t>1983</w:t>
            </w:r>
          </w:p>
        </w:tc>
        <w:tc>
          <w:tcPr>
            <w:tcW w:w="0" w:type="auto"/>
          </w:tcPr>
          <w:p w14:paraId="2AC36C4B" w14:textId="77777777" w:rsidR="007A5E59" w:rsidRDefault="0095198F">
            <w:pPr>
              <w:jc w:val="center"/>
            </w:pPr>
            <w:r>
              <w:t>2</w:t>
            </w:r>
          </w:p>
        </w:tc>
        <w:tc>
          <w:tcPr>
            <w:tcW w:w="0" w:type="auto"/>
          </w:tcPr>
          <w:p w14:paraId="261E3364" w14:textId="77777777" w:rsidR="007A5E59" w:rsidRDefault="0095198F">
            <w:r>
              <w:t>надз</w:t>
            </w:r>
          </w:p>
        </w:tc>
      </w:tr>
      <w:tr w:rsidR="007A5E59" w14:paraId="4770D07B" w14:textId="77777777">
        <w:trPr>
          <w:jc w:val="center"/>
        </w:trPr>
        <w:tc>
          <w:tcPr>
            <w:tcW w:w="0" w:type="auto"/>
          </w:tcPr>
          <w:p w14:paraId="5C0C0F65" w14:textId="77777777" w:rsidR="007A5E59" w:rsidRDefault="0095198F">
            <w:pPr>
              <w:jc w:val="center"/>
            </w:pPr>
            <w:r>
              <w:t>103</w:t>
            </w:r>
          </w:p>
        </w:tc>
        <w:tc>
          <w:tcPr>
            <w:tcW w:w="0" w:type="auto"/>
          </w:tcPr>
          <w:p w14:paraId="55B78569" w14:textId="77777777" w:rsidR="007A5E59" w:rsidRDefault="0095198F">
            <w:r>
              <w:t>1-9/12 ÷ 1-9/14</w:t>
            </w:r>
          </w:p>
        </w:tc>
        <w:tc>
          <w:tcPr>
            <w:tcW w:w="0" w:type="auto"/>
          </w:tcPr>
          <w:p w14:paraId="7C85E050" w14:textId="77777777" w:rsidR="007A5E59" w:rsidRDefault="0095198F">
            <w:pPr>
              <w:jc w:val="center"/>
            </w:pPr>
            <w:r>
              <w:t>80</w:t>
            </w:r>
          </w:p>
        </w:tc>
        <w:tc>
          <w:tcPr>
            <w:tcW w:w="0" w:type="auto"/>
          </w:tcPr>
          <w:p w14:paraId="36FB4EBB" w14:textId="77777777" w:rsidR="007A5E59" w:rsidRDefault="0095198F">
            <w:pPr>
              <w:jc w:val="center"/>
            </w:pPr>
            <w:r>
              <w:t>1983</w:t>
            </w:r>
          </w:p>
        </w:tc>
        <w:tc>
          <w:tcPr>
            <w:tcW w:w="0" w:type="auto"/>
          </w:tcPr>
          <w:p w14:paraId="6208248A" w14:textId="77777777" w:rsidR="007A5E59" w:rsidRDefault="0095198F">
            <w:pPr>
              <w:jc w:val="center"/>
            </w:pPr>
            <w:r>
              <w:t>30</w:t>
            </w:r>
          </w:p>
        </w:tc>
        <w:tc>
          <w:tcPr>
            <w:tcW w:w="0" w:type="auto"/>
          </w:tcPr>
          <w:p w14:paraId="6D6E9C58" w14:textId="77777777" w:rsidR="007A5E59" w:rsidRDefault="0095198F">
            <w:r>
              <w:t>надз</w:t>
            </w:r>
          </w:p>
        </w:tc>
      </w:tr>
      <w:tr w:rsidR="007A5E59" w14:paraId="69AB312A" w14:textId="77777777">
        <w:trPr>
          <w:jc w:val="center"/>
        </w:trPr>
        <w:tc>
          <w:tcPr>
            <w:tcW w:w="0" w:type="auto"/>
          </w:tcPr>
          <w:p w14:paraId="4DFAE9E8" w14:textId="77777777" w:rsidR="007A5E59" w:rsidRDefault="0095198F">
            <w:pPr>
              <w:jc w:val="center"/>
            </w:pPr>
            <w:r>
              <w:t>104</w:t>
            </w:r>
          </w:p>
        </w:tc>
        <w:tc>
          <w:tcPr>
            <w:tcW w:w="0" w:type="auto"/>
          </w:tcPr>
          <w:p w14:paraId="2DEC4059" w14:textId="77777777" w:rsidR="007A5E59" w:rsidRDefault="0095198F">
            <w:r>
              <w:t>1-9/14 ÷ 1-9/16</w:t>
            </w:r>
          </w:p>
        </w:tc>
        <w:tc>
          <w:tcPr>
            <w:tcW w:w="0" w:type="auto"/>
          </w:tcPr>
          <w:p w14:paraId="5B6D72B8" w14:textId="77777777" w:rsidR="007A5E59" w:rsidRDefault="0095198F">
            <w:pPr>
              <w:jc w:val="center"/>
            </w:pPr>
            <w:r>
              <w:t>50</w:t>
            </w:r>
          </w:p>
        </w:tc>
        <w:tc>
          <w:tcPr>
            <w:tcW w:w="0" w:type="auto"/>
          </w:tcPr>
          <w:p w14:paraId="10D6D543" w14:textId="77777777" w:rsidR="007A5E59" w:rsidRDefault="0095198F">
            <w:pPr>
              <w:jc w:val="center"/>
            </w:pPr>
            <w:r>
              <w:t>2012</w:t>
            </w:r>
          </w:p>
        </w:tc>
        <w:tc>
          <w:tcPr>
            <w:tcW w:w="0" w:type="auto"/>
          </w:tcPr>
          <w:p w14:paraId="1CC02BB5" w14:textId="77777777" w:rsidR="007A5E59" w:rsidRDefault="0095198F">
            <w:pPr>
              <w:jc w:val="center"/>
            </w:pPr>
            <w:r>
              <w:t>109</w:t>
            </w:r>
          </w:p>
        </w:tc>
        <w:tc>
          <w:tcPr>
            <w:tcW w:w="0" w:type="auto"/>
          </w:tcPr>
          <w:p w14:paraId="1359735B" w14:textId="77777777" w:rsidR="007A5E59" w:rsidRDefault="0095198F">
            <w:r>
              <w:t>надз</w:t>
            </w:r>
          </w:p>
        </w:tc>
      </w:tr>
      <w:tr w:rsidR="007A5E59" w14:paraId="5AA1DA7F" w14:textId="77777777">
        <w:trPr>
          <w:jc w:val="center"/>
        </w:trPr>
        <w:tc>
          <w:tcPr>
            <w:tcW w:w="0" w:type="auto"/>
          </w:tcPr>
          <w:p w14:paraId="678A008E" w14:textId="77777777" w:rsidR="007A5E59" w:rsidRDefault="0095198F">
            <w:pPr>
              <w:jc w:val="center"/>
            </w:pPr>
            <w:r>
              <w:t>105</w:t>
            </w:r>
          </w:p>
        </w:tc>
        <w:tc>
          <w:tcPr>
            <w:tcW w:w="0" w:type="auto"/>
          </w:tcPr>
          <w:p w14:paraId="344441CC" w14:textId="77777777" w:rsidR="007A5E59" w:rsidRDefault="0095198F">
            <w:r>
              <w:t>1-9/16 ÷ ул. Спортивная, 5</w:t>
            </w:r>
          </w:p>
        </w:tc>
        <w:tc>
          <w:tcPr>
            <w:tcW w:w="0" w:type="auto"/>
          </w:tcPr>
          <w:p w14:paraId="399CEC67" w14:textId="77777777" w:rsidR="007A5E59" w:rsidRDefault="0095198F">
            <w:pPr>
              <w:jc w:val="center"/>
            </w:pPr>
            <w:r>
              <w:t>50</w:t>
            </w:r>
          </w:p>
        </w:tc>
        <w:tc>
          <w:tcPr>
            <w:tcW w:w="0" w:type="auto"/>
          </w:tcPr>
          <w:p w14:paraId="5425F539" w14:textId="77777777" w:rsidR="007A5E59" w:rsidRDefault="0095198F">
            <w:pPr>
              <w:jc w:val="center"/>
            </w:pPr>
            <w:r>
              <w:t>2012</w:t>
            </w:r>
          </w:p>
        </w:tc>
        <w:tc>
          <w:tcPr>
            <w:tcW w:w="0" w:type="auto"/>
          </w:tcPr>
          <w:p w14:paraId="4F3D6253" w14:textId="77777777" w:rsidR="007A5E59" w:rsidRDefault="0095198F">
            <w:pPr>
              <w:jc w:val="center"/>
            </w:pPr>
            <w:r>
              <w:t>2</w:t>
            </w:r>
          </w:p>
        </w:tc>
        <w:tc>
          <w:tcPr>
            <w:tcW w:w="0" w:type="auto"/>
          </w:tcPr>
          <w:p w14:paraId="00F1E319" w14:textId="77777777" w:rsidR="007A5E59" w:rsidRDefault="0095198F">
            <w:r>
              <w:t>надз</w:t>
            </w:r>
          </w:p>
        </w:tc>
      </w:tr>
      <w:tr w:rsidR="007A5E59" w14:paraId="449AAE47" w14:textId="77777777">
        <w:trPr>
          <w:jc w:val="center"/>
        </w:trPr>
        <w:tc>
          <w:tcPr>
            <w:tcW w:w="0" w:type="auto"/>
          </w:tcPr>
          <w:p w14:paraId="0E481E9F" w14:textId="77777777" w:rsidR="007A5E59" w:rsidRDefault="0095198F">
            <w:pPr>
              <w:jc w:val="center"/>
            </w:pPr>
            <w:r>
              <w:t>106</w:t>
            </w:r>
          </w:p>
        </w:tc>
        <w:tc>
          <w:tcPr>
            <w:tcW w:w="0" w:type="auto"/>
          </w:tcPr>
          <w:p w14:paraId="7FCB6897" w14:textId="77777777" w:rsidR="007A5E59" w:rsidRDefault="0095198F">
            <w:r>
              <w:t>1-9/16 ÷ 1-9/18</w:t>
            </w:r>
          </w:p>
        </w:tc>
        <w:tc>
          <w:tcPr>
            <w:tcW w:w="0" w:type="auto"/>
          </w:tcPr>
          <w:p w14:paraId="397856DA" w14:textId="77777777" w:rsidR="007A5E59" w:rsidRDefault="0095198F">
            <w:pPr>
              <w:jc w:val="center"/>
            </w:pPr>
            <w:r>
              <w:t>50</w:t>
            </w:r>
          </w:p>
        </w:tc>
        <w:tc>
          <w:tcPr>
            <w:tcW w:w="0" w:type="auto"/>
          </w:tcPr>
          <w:p w14:paraId="58A8B58C" w14:textId="77777777" w:rsidR="007A5E59" w:rsidRDefault="0095198F">
            <w:pPr>
              <w:jc w:val="center"/>
            </w:pPr>
            <w:r>
              <w:t>2012</w:t>
            </w:r>
          </w:p>
        </w:tc>
        <w:tc>
          <w:tcPr>
            <w:tcW w:w="0" w:type="auto"/>
          </w:tcPr>
          <w:p w14:paraId="5B499938" w14:textId="77777777" w:rsidR="007A5E59" w:rsidRDefault="0095198F">
            <w:pPr>
              <w:jc w:val="center"/>
            </w:pPr>
            <w:r>
              <w:t>18</w:t>
            </w:r>
          </w:p>
        </w:tc>
        <w:tc>
          <w:tcPr>
            <w:tcW w:w="0" w:type="auto"/>
          </w:tcPr>
          <w:p w14:paraId="3187DF9F" w14:textId="77777777" w:rsidR="007A5E59" w:rsidRDefault="0095198F">
            <w:r>
              <w:t>надз</w:t>
            </w:r>
          </w:p>
        </w:tc>
      </w:tr>
      <w:tr w:rsidR="007A5E59" w14:paraId="247BEE2A" w14:textId="77777777">
        <w:trPr>
          <w:jc w:val="center"/>
        </w:trPr>
        <w:tc>
          <w:tcPr>
            <w:tcW w:w="0" w:type="auto"/>
          </w:tcPr>
          <w:p w14:paraId="7D1CB99F" w14:textId="77777777" w:rsidR="007A5E59" w:rsidRDefault="0095198F">
            <w:pPr>
              <w:jc w:val="center"/>
            </w:pPr>
            <w:r>
              <w:t>107</w:t>
            </w:r>
          </w:p>
        </w:tc>
        <w:tc>
          <w:tcPr>
            <w:tcW w:w="0" w:type="auto"/>
          </w:tcPr>
          <w:p w14:paraId="520A152D" w14:textId="77777777" w:rsidR="007A5E59" w:rsidRDefault="0095198F">
            <w:r>
              <w:t>1-9/18 ÷ ул. Спортивная, 5</w:t>
            </w:r>
          </w:p>
        </w:tc>
        <w:tc>
          <w:tcPr>
            <w:tcW w:w="0" w:type="auto"/>
          </w:tcPr>
          <w:p w14:paraId="67DB4878" w14:textId="77777777" w:rsidR="007A5E59" w:rsidRDefault="0095198F">
            <w:pPr>
              <w:jc w:val="center"/>
            </w:pPr>
            <w:r>
              <w:t>50</w:t>
            </w:r>
          </w:p>
        </w:tc>
        <w:tc>
          <w:tcPr>
            <w:tcW w:w="0" w:type="auto"/>
          </w:tcPr>
          <w:p w14:paraId="62781DBA" w14:textId="77777777" w:rsidR="007A5E59" w:rsidRDefault="0095198F">
            <w:pPr>
              <w:jc w:val="center"/>
            </w:pPr>
            <w:r>
              <w:t>2012</w:t>
            </w:r>
          </w:p>
        </w:tc>
        <w:tc>
          <w:tcPr>
            <w:tcW w:w="0" w:type="auto"/>
          </w:tcPr>
          <w:p w14:paraId="35194542" w14:textId="77777777" w:rsidR="007A5E59" w:rsidRDefault="0095198F">
            <w:pPr>
              <w:jc w:val="center"/>
            </w:pPr>
            <w:r>
              <w:t>2</w:t>
            </w:r>
          </w:p>
        </w:tc>
        <w:tc>
          <w:tcPr>
            <w:tcW w:w="0" w:type="auto"/>
          </w:tcPr>
          <w:p w14:paraId="2582C2E7" w14:textId="77777777" w:rsidR="007A5E59" w:rsidRDefault="0095198F">
            <w:r>
              <w:t>надз</w:t>
            </w:r>
          </w:p>
        </w:tc>
      </w:tr>
      <w:tr w:rsidR="007A5E59" w14:paraId="77C57402" w14:textId="77777777">
        <w:trPr>
          <w:jc w:val="center"/>
        </w:trPr>
        <w:tc>
          <w:tcPr>
            <w:tcW w:w="0" w:type="auto"/>
          </w:tcPr>
          <w:p w14:paraId="416C775B" w14:textId="77777777" w:rsidR="007A5E59" w:rsidRDefault="0095198F">
            <w:pPr>
              <w:jc w:val="center"/>
            </w:pPr>
            <w:r>
              <w:t>108</w:t>
            </w:r>
          </w:p>
        </w:tc>
        <w:tc>
          <w:tcPr>
            <w:tcW w:w="0" w:type="auto"/>
          </w:tcPr>
          <w:p w14:paraId="792BBD70" w14:textId="77777777" w:rsidR="007A5E59" w:rsidRDefault="0095198F">
            <w:r>
              <w:t>1-9/18 ÷ 1-9/20</w:t>
            </w:r>
          </w:p>
        </w:tc>
        <w:tc>
          <w:tcPr>
            <w:tcW w:w="0" w:type="auto"/>
          </w:tcPr>
          <w:p w14:paraId="1E0F7AA9" w14:textId="77777777" w:rsidR="007A5E59" w:rsidRDefault="0095198F">
            <w:pPr>
              <w:jc w:val="center"/>
            </w:pPr>
            <w:r>
              <w:t>50</w:t>
            </w:r>
          </w:p>
        </w:tc>
        <w:tc>
          <w:tcPr>
            <w:tcW w:w="0" w:type="auto"/>
          </w:tcPr>
          <w:p w14:paraId="52E15A5E" w14:textId="77777777" w:rsidR="007A5E59" w:rsidRDefault="0095198F">
            <w:pPr>
              <w:jc w:val="center"/>
            </w:pPr>
            <w:r>
              <w:t>2012</w:t>
            </w:r>
          </w:p>
        </w:tc>
        <w:tc>
          <w:tcPr>
            <w:tcW w:w="0" w:type="auto"/>
          </w:tcPr>
          <w:p w14:paraId="2A54B219" w14:textId="77777777" w:rsidR="007A5E59" w:rsidRDefault="0095198F">
            <w:pPr>
              <w:jc w:val="center"/>
            </w:pPr>
            <w:r>
              <w:t>64</w:t>
            </w:r>
          </w:p>
        </w:tc>
        <w:tc>
          <w:tcPr>
            <w:tcW w:w="0" w:type="auto"/>
          </w:tcPr>
          <w:p w14:paraId="0E413CC8" w14:textId="77777777" w:rsidR="007A5E59" w:rsidRDefault="0095198F">
            <w:r>
              <w:t>надз</w:t>
            </w:r>
          </w:p>
        </w:tc>
      </w:tr>
      <w:tr w:rsidR="007A5E59" w14:paraId="4EDE79B3" w14:textId="77777777">
        <w:trPr>
          <w:jc w:val="center"/>
        </w:trPr>
        <w:tc>
          <w:tcPr>
            <w:tcW w:w="0" w:type="auto"/>
          </w:tcPr>
          <w:p w14:paraId="6D006922" w14:textId="77777777" w:rsidR="007A5E59" w:rsidRDefault="0095198F">
            <w:pPr>
              <w:jc w:val="center"/>
            </w:pPr>
            <w:r>
              <w:t>109</w:t>
            </w:r>
          </w:p>
        </w:tc>
        <w:tc>
          <w:tcPr>
            <w:tcW w:w="0" w:type="auto"/>
          </w:tcPr>
          <w:p w14:paraId="43CE39A8" w14:textId="77777777" w:rsidR="007A5E59" w:rsidRDefault="0095198F">
            <w:r>
              <w:t>1-9/20 ÷ ул. Спортивная, 3</w:t>
            </w:r>
          </w:p>
        </w:tc>
        <w:tc>
          <w:tcPr>
            <w:tcW w:w="0" w:type="auto"/>
          </w:tcPr>
          <w:p w14:paraId="5986C90E" w14:textId="77777777" w:rsidR="007A5E59" w:rsidRDefault="0095198F">
            <w:pPr>
              <w:jc w:val="center"/>
            </w:pPr>
            <w:r>
              <w:t>50</w:t>
            </w:r>
          </w:p>
        </w:tc>
        <w:tc>
          <w:tcPr>
            <w:tcW w:w="0" w:type="auto"/>
          </w:tcPr>
          <w:p w14:paraId="22DC14ED" w14:textId="77777777" w:rsidR="007A5E59" w:rsidRDefault="0095198F">
            <w:pPr>
              <w:jc w:val="center"/>
            </w:pPr>
            <w:r>
              <w:t>2012</w:t>
            </w:r>
          </w:p>
        </w:tc>
        <w:tc>
          <w:tcPr>
            <w:tcW w:w="0" w:type="auto"/>
          </w:tcPr>
          <w:p w14:paraId="701B7EB8" w14:textId="77777777" w:rsidR="007A5E59" w:rsidRDefault="0095198F">
            <w:pPr>
              <w:jc w:val="center"/>
            </w:pPr>
            <w:r>
              <w:t>2</w:t>
            </w:r>
          </w:p>
        </w:tc>
        <w:tc>
          <w:tcPr>
            <w:tcW w:w="0" w:type="auto"/>
          </w:tcPr>
          <w:p w14:paraId="69D942A4" w14:textId="77777777" w:rsidR="007A5E59" w:rsidRDefault="0095198F">
            <w:r>
              <w:t>надз</w:t>
            </w:r>
          </w:p>
        </w:tc>
      </w:tr>
      <w:tr w:rsidR="007A5E59" w14:paraId="578F3F29" w14:textId="77777777">
        <w:trPr>
          <w:jc w:val="center"/>
        </w:trPr>
        <w:tc>
          <w:tcPr>
            <w:tcW w:w="0" w:type="auto"/>
          </w:tcPr>
          <w:p w14:paraId="47EFA5FD" w14:textId="77777777" w:rsidR="007A5E59" w:rsidRDefault="0095198F">
            <w:pPr>
              <w:jc w:val="center"/>
            </w:pPr>
            <w:r>
              <w:t>110</w:t>
            </w:r>
          </w:p>
        </w:tc>
        <w:tc>
          <w:tcPr>
            <w:tcW w:w="0" w:type="auto"/>
          </w:tcPr>
          <w:p w14:paraId="4FBFAC35" w14:textId="77777777" w:rsidR="007A5E59" w:rsidRDefault="0095198F">
            <w:r>
              <w:t>1-9/20 ÷ 1-9/22</w:t>
            </w:r>
          </w:p>
        </w:tc>
        <w:tc>
          <w:tcPr>
            <w:tcW w:w="0" w:type="auto"/>
          </w:tcPr>
          <w:p w14:paraId="073E4A2B" w14:textId="77777777" w:rsidR="007A5E59" w:rsidRDefault="0095198F">
            <w:pPr>
              <w:jc w:val="center"/>
            </w:pPr>
            <w:r>
              <w:t>50</w:t>
            </w:r>
          </w:p>
        </w:tc>
        <w:tc>
          <w:tcPr>
            <w:tcW w:w="0" w:type="auto"/>
          </w:tcPr>
          <w:p w14:paraId="7BB01016" w14:textId="77777777" w:rsidR="007A5E59" w:rsidRDefault="0095198F">
            <w:pPr>
              <w:jc w:val="center"/>
            </w:pPr>
            <w:r>
              <w:t>2012</w:t>
            </w:r>
          </w:p>
        </w:tc>
        <w:tc>
          <w:tcPr>
            <w:tcW w:w="0" w:type="auto"/>
          </w:tcPr>
          <w:p w14:paraId="2C660C3C" w14:textId="77777777" w:rsidR="007A5E59" w:rsidRDefault="0095198F">
            <w:pPr>
              <w:jc w:val="center"/>
            </w:pPr>
            <w:r>
              <w:t>8</w:t>
            </w:r>
          </w:p>
        </w:tc>
        <w:tc>
          <w:tcPr>
            <w:tcW w:w="0" w:type="auto"/>
          </w:tcPr>
          <w:p w14:paraId="61F03788" w14:textId="77777777" w:rsidR="007A5E59" w:rsidRDefault="0095198F">
            <w:r>
              <w:t>надз</w:t>
            </w:r>
          </w:p>
        </w:tc>
      </w:tr>
      <w:tr w:rsidR="007A5E59" w14:paraId="5536736C" w14:textId="77777777">
        <w:trPr>
          <w:jc w:val="center"/>
        </w:trPr>
        <w:tc>
          <w:tcPr>
            <w:tcW w:w="0" w:type="auto"/>
          </w:tcPr>
          <w:p w14:paraId="2D76F12C" w14:textId="77777777" w:rsidR="007A5E59" w:rsidRDefault="0095198F">
            <w:pPr>
              <w:jc w:val="center"/>
            </w:pPr>
            <w:r>
              <w:t>111</w:t>
            </w:r>
          </w:p>
        </w:tc>
        <w:tc>
          <w:tcPr>
            <w:tcW w:w="0" w:type="auto"/>
          </w:tcPr>
          <w:p w14:paraId="470EE054" w14:textId="77777777" w:rsidR="007A5E59" w:rsidRDefault="0095198F">
            <w:r>
              <w:t>1-9/22 ÷ ул. Спортивная, 3</w:t>
            </w:r>
          </w:p>
        </w:tc>
        <w:tc>
          <w:tcPr>
            <w:tcW w:w="0" w:type="auto"/>
          </w:tcPr>
          <w:p w14:paraId="20C0CAF6" w14:textId="77777777" w:rsidR="007A5E59" w:rsidRDefault="0095198F">
            <w:pPr>
              <w:jc w:val="center"/>
            </w:pPr>
            <w:r>
              <w:t>50</w:t>
            </w:r>
          </w:p>
        </w:tc>
        <w:tc>
          <w:tcPr>
            <w:tcW w:w="0" w:type="auto"/>
          </w:tcPr>
          <w:p w14:paraId="1F370E0B" w14:textId="77777777" w:rsidR="007A5E59" w:rsidRDefault="0095198F">
            <w:pPr>
              <w:jc w:val="center"/>
            </w:pPr>
            <w:r>
              <w:t>2012</w:t>
            </w:r>
          </w:p>
        </w:tc>
        <w:tc>
          <w:tcPr>
            <w:tcW w:w="0" w:type="auto"/>
          </w:tcPr>
          <w:p w14:paraId="1E228B33" w14:textId="77777777" w:rsidR="007A5E59" w:rsidRDefault="0095198F">
            <w:pPr>
              <w:jc w:val="center"/>
            </w:pPr>
            <w:r>
              <w:t>2</w:t>
            </w:r>
          </w:p>
        </w:tc>
        <w:tc>
          <w:tcPr>
            <w:tcW w:w="0" w:type="auto"/>
          </w:tcPr>
          <w:p w14:paraId="2E42D6C8" w14:textId="77777777" w:rsidR="007A5E59" w:rsidRDefault="0095198F">
            <w:r>
              <w:t>надз</w:t>
            </w:r>
          </w:p>
        </w:tc>
      </w:tr>
      <w:tr w:rsidR="007A5E59" w14:paraId="00BF22AA" w14:textId="77777777">
        <w:trPr>
          <w:jc w:val="center"/>
        </w:trPr>
        <w:tc>
          <w:tcPr>
            <w:tcW w:w="0" w:type="auto"/>
          </w:tcPr>
          <w:p w14:paraId="24F6DBFD" w14:textId="77777777" w:rsidR="007A5E59" w:rsidRDefault="0095198F">
            <w:pPr>
              <w:jc w:val="center"/>
            </w:pPr>
            <w:r>
              <w:t>112</w:t>
            </w:r>
          </w:p>
        </w:tc>
        <w:tc>
          <w:tcPr>
            <w:tcW w:w="0" w:type="auto"/>
          </w:tcPr>
          <w:p w14:paraId="2D624603" w14:textId="77777777" w:rsidR="007A5E59" w:rsidRDefault="0095198F">
            <w:r>
              <w:t>1-10 ÷ 1-10/1</w:t>
            </w:r>
          </w:p>
        </w:tc>
        <w:tc>
          <w:tcPr>
            <w:tcW w:w="0" w:type="auto"/>
          </w:tcPr>
          <w:p w14:paraId="2E24B769" w14:textId="77777777" w:rsidR="007A5E59" w:rsidRDefault="0095198F">
            <w:pPr>
              <w:jc w:val="center"/>
            </w:pPr>
            <w:r>
              <w:t>65</w:t>
            </w:r>
          </w:p>
        </w:tc>
        <w:tc>
          <w:tcPr>
            <w:tcW w:w="0" w:type="auto"/>
          </w:tcPr>
          <w:p w14:paraId="519CF436" w14:textId="77777777" w:rsidR="007A5E59" w:rsidRDefault="0095198F">
            <w:pPr>
              <w:jc w:val="center"/>
            </w:pPr>
            <w:r>
              <w:t>1983</w:t>
            </w:r>
          </w:p>
        </w:tc>
        <w:tc>
          <w:tcPr>
            <w:tcW w:w="0" w:type="auto"/>
          </w:tcPr>
          <w:p w14:paraId="0D5196E2" w14:textId="77777777" w:rsidR="007A5E59" w:rsidRDefault="0095198F">
            <w:pPr>
              <w:jc w:val="center"/>
            </w:pPr>
            <w:r>
              <w:t>66</w:t>
            </w:r>
          </w:p>
        </w:tc>
        <w:tc>
          <w:tcPr>
            <w:tcW w:w="0" w:type="auto"/>
          </w:tcPr>
          <w:p w14:paraId="0E1618B9" w14:textId="77777777" w:rsidR="007A5E59" w:rsidRDefault="0095198F">
            <w:r>
              <w:t>надз</w:t>
            </w:r>
          </w:p>
        </w:tc>
      </w:tr>
      <w:tr w:rsidR="007A5E59" w14:paraId="4FE9AB4B" w14:textId="77777777">
        <w:trPr>
          <w:jc w:val="center"/>
        </w:trPr>
        <w:tc>
          <w:tcPr>
            <w:tcW w:w="0" w:type="auto"/>
          </w:tcPr>
          <w:p w14:paraId="3FA182BD" w14:textId="77777777" w:rsidR="007A5E59" w:rsidRDefault="0095198F">
            <w:pPr>
              <w:jc w:val="center"/>
            </w:pPr>
            <w:r>
              <w:t>113</w:t>
            </w:r>
          </w:p>
        </w:tc>
        <w:tc>
          <w:tcPr>
            <w:tcW w:w="0" w:type="auto"/>
          </w:tcPr>
          <w:p w14:paraId="3221623B" w14:textId="77777777" w:rsidR="007A5E59" w:rsidRDefault="0095198F">
            <w:r>
              <w:t>1-10/1 ÷ "баня"</w:t>
            </w:r>
          </w:p>
        </w:tc>
        <w:tc>
          <w:tcPr>
            <w:tcW w:w="0" w:type="auto"/>
          </w:tcPr>
          <w:p w14:paraId="45C24102" w14:textId="77777777" w:rsidR="007A5E59" w:rsidRDefault="0095198F">
            <w:pPr>
              <w:jc w:val="center"/>
            </w:pPr>
            <w:r>
              <w:t>65</w:t>
            </w:r>
          </w:p>
        </w:tc>
        <w:tc>
          <w:tcPr>
            <w:tcW w:w="0" w:type="auto"/>
          </w:tcPr>
          <w:p w14:paraId="4844BFD2" w14:textId="77777777" w:rsidR="007A5E59" w:rsidRDefault="0095198F">
            <w:pPr>
              <w:jc w:val="center"/>
            </w:pPr>
            <w:r>
              <w:t>1983</w:t>
            </w:r>
          </w:p>
        </w:tc>
        <w:tc>
          <w:tcPr>
            <w:tcW w:w="0" w:type="auto"/>
          </w:tcPr>
          <w:p w14:paraId="107FA9D1" w14:textId="77777777" w:rsidR="007A5E59" w:rsidRDefault="0095198F">
            <w:pPr>
              <w:jc w:val="center"/>
            </w:pPr>
            <w:r>
              <w:t>25</w:t>
            </w:r>
          </w:p>
        </w:tc>
        <w:tc>
          <w:tcPr>
            <w:tcW w:w="0" w:type="auto"/>
          </w:tcPr>
          <w:p w14:paraId="0CA27831" w14:textId="77777777" w:rsidR="007A5E59" w:rsidRDefault="0095198F">
            <w:r>
              <w:t>надз</w:t>
            </w:r>
          </w:p>
        </w:tc>
      </w:tr>
      <w:tr w:rsidR="007A5E59" w14:paraId="638AC200" w14:textId="77777777">
        <w:trPr>
          <w:jc w:val="center"/>
        </w:trPr>
        <w:tc>
          <w:tcPr>
            <w:tcW w:w="0" w:type="auto"/>
          </w:tcPr>
          <w:p w14:paraId="525D3EA0" w14:textId="77777777" w:rsidR="007A5E59" w:rsidRDefault="0095198F">
            <w:pPr>
              <w:jc w:val="center"/>
            </w:pPr>
            <w:r>
              <w:t>114</w:t>
            </w:r>
          </w:p>
        </w:tc>
        <w:tc>
          <w:tcPr>
            <w:tcW w:w="0" w:type="auto"/>
          </w:tcPr>
          <w:p w14:paraId="5E386CEB" w14:textId="77777777" w:rsidR="007A5E59" w:rsidRDefault="0095198F">
            <w:r>
              <w:t>1-10/1 ÷ 1-10/3</w:t>
            </w:r>
          </w:p>
        </w:tc>
        <w:tc>
          <w:tcPr>
            <w:tcW w:w="0" w:type="auto"/>
          </w:tcPr>
          <w:p w14:paraId="35B769AF" w14:textId="77777777" w:rsidR="007A5E59" w:rsidRDefault="0095198F">
            <w:pPr>
              <w:jc w:val="center"/>
            </w:pPr>
            <w:r>
              <w:t>65</w:t>
            </w:r>
          </w:p>
        </w:tc>
        <w:tc>
          <w:tcPr>
            <w:tcW w:w="0" w:type="auto"/>
          </w:tcPr>
          <w:p w14:paraId="585E3125" w14:textId="77777777" w:rsidR="007A5E59" w:rsidRDefault="0095198F">
            <w:pPr>
              <w:jc w:val="center"/>
            </w:pPr>
            <w:r>
              <w:t>1983</w:t>
            </w:r>
          </w:p>
        </w:tc>
        <w:tc>
          <w:tcPr>
            <w:tcW w:w="0" w:type="auto"/>
          </w:tcPr>
          <w:p w14:paraId="309038BA" w14:textId="77777777" w:rsidR="007A5E59" w:rsidRDefault="0095198F">
            <w:pPr>
              <w:jc w:val="center"/>
            </w:pPr>
            <w:r>
              <w:t>5</w:t>
            </w:r>
          </w:p>
        </w:tc>
        <w:tc>
          <w:tcPr>
            <w:tcW w:w="0" w:type="auto"/>
          </w:tcPr>
          <w:p w14:paraId="27DCFAB5" w14:textId="77777777" w:rsidR="007A5E59" w:rsidRDefault="0095198F">
            <w:r>
              <w:t>надз</w:t>
            </w:r>
          </w:p>
        </w:tc>
      </w:tr>
      <w:tr w:rsidR="007A5E59" w14:paraId="63999C7A" w14:textId="77777777">
        <w:trPr>
          <w:jc w:val="center"/>
        </w:trPr>
        <w:tc>
          <w:tcPr>
            <w:tcW w:w="0" w:type="auto"/>
          </w:tcPr>
          <w:p w14:paraId="5D416871" w14:textId="77777777" w:rsidR="007A5E59" w:rsidRDefault="0095198F">
            <w:pPr>
              <w:jc w:val="center"/>
            </w:pPr>
            <w:r>
              <w:t>115</w:t>
            </w:r>
          </w:p>
        </w:tc>
        <w:tc>
          <w:tcPr>
            <w:tcW w:w="0" w:type="auto"/>
          </w:tcPr>
          <w:p w14:paraId="3150AD37" w14:textId="77777777" w:rsidR="007A5E59" w:rsidRDefault="0095198F">
            <w:r>
              <w:t>1-10/3 ÷ ул. Крылова, 10</w:t>
            </w:r>
          </w:p>
        </w:tc>
        <w:tc>
          <w:tcPr>
            <w:tcW w:w="0" w:type="auto"/>
          </w:tcPr>
          <w:p w14:paraId="7F11DB9C" w14:textId="77777777" w:rsidR="007A5E59" w:rsidRDefault="0095198F">
            <w:pPr>
              <w:jc w:val="center"/>
            </w:pPr>
            <w:r>
              <w:t>25</w:t>
            </w:r>
          </w:p>
        </w:tc>
        <w:tc>
          <w:tcPr>
            <w:tcW w:w="0" w:type="auto"/>
          </w:tcPr>
          <w:p w14:paraId="6B22FE8F" w14:textId="77777777" w:rsidR="007A5E59" w:rsidRDefault="0095198F">
            <w:pPr>
              <w:jc w:val="center"/>
            </w:pPr>
            <w:r>
              <w:t>1983</w:t>
            </w:r>
          </w:p>
        </w:tc>
        <w:tc>
          <w:tcPr>
            <w:tcW w:w="0" w:type="auto"/>
          </w:tcPr>
          <w:p w14:paraId="388C9CC6" w14:textId="77777777" w:rsidR="007A5E59" w:rsidRDefault="0095198F">
            <w:pPr>
              <w:jc w:val="center"/>
            </w:pPr>
            <w:r>
              <w:t>5</w:t>
            </w:r>
          </w:p>
        </w:tc>
        <w:tc>
          <w:tcPr>
            <w:tcW w:w="0" w:type="auto"/>
          </w:tcPr>
          <w:p w14:paraId="05673645" w14:textId="77777777" w:rsidR="007A5E59" w:rsidRDefault="0095198F">
            <w:r>
              <w:t>надз</w:t>
            </w:r>
          </w:p>
        </w:tc>
      </w:tr>
      <w:tr w:rsidR="007A5E59" w14:paraId="4435050F" w14:textId="77777777">
        <w:trPr>
          <w:jc w:val="center"/>
        </w:trPr>
        <w:tc>
          <w:tcPr>
            <w:tcW w:w="0" w:type="auto"/>
          </w:tcPr>
          <w:p w14:paraId="1714E2FE" w14:textId="77777777" w:rsidR="007A5E59" w:rsidRDefault="0095198F">
            <w:pPr>
              <w:jc w:val="center"/>
            </w:pPr>
            <w:r>
              <w:t>116</w:t>
            </w:r>
          </w:p>
        </w:tc>
        <w:tc>
          <w:tcPr>
            <w:tcW w:w="0" w:type="auto"/>
          </w:tcPr>
          <w:p w14:paraId="1754E89E" w14:textId="77777777" w:rsidR="007A5E59" w:rsidRDefault="0095198F">
            <w:r>
              <w:t>1-10/3 ÷ 1-10/5</w:t>
            </w:r>
          </w:p>
        </w:tc>
        <w:tc>
          <w:tcPr>
            <w:tcW w:w="0" w:type="auto"/>
          </w:tcPr>
          <w:p w14:paraId="2F6CADAC" w14:textId="77777777" w:rsidR="007A5E59" w:rsidRDefault="0095198F">
            <w:pPr>
              <w:jc w:val="center"/>
            </w:pPr>
            <w:r>
              <w:t>65</w:t>
            </w:r>
          </w:p>
        </w:tc>
        <w:tc>
          <w:tcPr>
            <w:tcW w:w="0" w:type="auto"/>
          </w:tcPr>
          <w:p w14:paraId="774F62C4" w14:textId="77777777" w:rsidR="007A5E59" w:rsidRDefault="0095198F">
            <w:pPr>
              <w:jc w:val="center"/>
            </w:pPr>
            <w:r>
              <w:t>1983</w:t>
            </w:r>
          </w:p>
        </w:tc>
        <w:tc>
          <w:tcPr>
            <w:tcW w:w="0" w:type="auto"/>
          </w:tcPr>
          <w:p w14:paraId="3B8CFDC0" w14:textId="77777777" w:rsidR="007A5E59" w:rsidRDefault="0095198F">
            <w:pPr>
              <w:jc w:val="center"/>
            </w:pPr>
            <w:r>
              <w:t>15</w:t>
            </w:r>
          </w:p>
        </w:tc>
        <w:tc>
          <w:tcPr>
            <w:tcW w:w="0" w:type="auto"/>
          </w:tcPr>
          <w:p w14:paraId="2AEF9507" w14:textId="77777777" w:rsidR="007A5E59" w:rsidRDefault="0095198F">
            <w:r>
              <w:t>надз</w:t>
            </w:r>
          </w:p>
        </w:tc>
      </w:tr>
      <w:tr w:rsidR="007A5E59" w14:paraId="1BAB15D5" w14:textId="77777777">
        <w:trPr>
          <w:jc w:val="center"/>
        </w:trPr>
        <w:tc>
          <w:tcPr>
            <w:tcW w:w="0" w:type="auto"/>
          </w:tcPr>
          <w:p w14:paraId="410FF048" w14:textId="77777777" w:rsidR="007A5E59" w:rsidRDefault="0095198F">
            <w:pPr>
              <w:jc w:val="center"/>
            </w:pPr>
            <w:r>
              <w:t>117</w:t>
            </w:r>
          </w:p>
        </w:tc>
        <w:tc>
          <w:tcPr>
            <w:tcW w:w="0" w:type="auto"/>
          </w:tcPr>
          <w:p w14:paraId="1B81E036" w14:textId="77777777" w:rsidR="007A5E59" w:rsidRDefault="0095198F">
            <w:r>
              <w:t>1-10/5 ÷ "мастерские"</w:t>
            </w:r>
          </w:p>
        </w:tc>
        <w:tc>
          <w:tcPr>
            <w:tcW w:w="0" w:type="auto"/>
          </w:tcPr>
          <w:p w14:paraId="60833A3A" w14:textId="77777777" w:rsidR="007A5E59" w:rsidRDefault="0095198F">
            <w:pPr>
              <w:jc w:val="center"/>
            </w:pPr>
            <w:r>
              <w:t>50</w:t>
            </w:r>
          </w:p>
        </w:tc>
        <w:tc>
          <w:tcPr>
            <w:tcW w:w="0" w:type="auto"/>
          </w:tcPr>
          <w:p w14:paraId="255DAF45" w14:textId="77777777" w:rsidR="007A5E59" w:rsidRDefault="0095198F">
            <w:pPr>
              <w:jc w:val="center"/>
            </w:pPr>
            <w:r>
              <w:t>1983</w:t>
            </w:r>
          </w:p>
        </w:tc>
        <w:tc>
          <w:tcPr>
            <w:tcW w:w="0" w:type="auto"/>
          </w:tcPr>
          <w:p w14:paraId="1619A8A2" w14:textId="77777777" w:rsidR="007A5E59" w:rsidRDefault="0095198F">
            <w:pPr>
              <w:jc w:val="center"/>
            </w:pPr>
            <w:r>
              <w:t>10</w:t>
            </w:r>
          </w:p>
        </w:tc>
        <w:tc>
          <w:tcPr>
            <w:tcW w:w="0" w:type="auto"/>
          </w:tcPr>
          <w:p w14:paraId="71671C06" w14:textId="77777777" w:rsidR="007A5E59" w:rsidRDefault="0095198F">
            <w:r>
              <w:t>надз</w:t>
            </w:r>
          </w:p>
        </w:tc>
      </w:tr>
      <w:tr w:rsidR="007A5E59" w14:paraId="448D9FEF" w14:textId="77777777">
        <w:trPr>
          <w:jc w:val="center"/>
        </w:trPr>
        <w:tc>
          <w:tcPr>
            <w:tcW w:w="0" w:type="auto"/>
          </w:tcPr>
          <w:p w14:paraId="0D714567" w14:textId="77777777" w:rsidR="007A5E59" w:rsidRDefault="0095198F">
            <w:pPr>
              <w:jc w:val="center"/>
            </w:pPr>
            <w:r>
              <w:t>118</w:t>
            </w:r>
          </w:p>
        </w:tc>
        <w:tc>
          <w:tcPr>
            <w:tcW w:w="0" w:type="auto"/>
          </w:tcPr>
          <w:p w14:paraId="4D803CA9" w14:textId="77777777" w:rsidR="007A5E59" w:rsidRDefault="0095198F">
            <w:r>
              <w:t>1-10/5 ÷ 1-10/7</w:t>
            </w:r>
          </w:p>
        </w:tc>
        <w:tc>
          <w:tcPr>
            <w:tcW w:w="0" w:type="auto"/>
          </w:tcPr>
          <w:p w14:paraId="4BA3FABB" w14:textId="77777777" w:rsidR="007A5E59" w:rsidRDefault="0095198F">
            <w:pPr>
              <w:jc w:val="center"/>
            </w:pPr>
            <w:r>
              <w:t>65</w:t>
            </w:r>
          </w:p>
        </w:tc>
        <w:tc>
          <w:tcPr>
            <w:tcW w:w="0" w:type="auto"/>
          </w:tcPr>
          <w:p w14:paraId="6CD6C1E1" w14:textId="77777777" w:rsidR="007A5E59" w:rsidRDefault="0095198F">
            <w:pPr>
              <w:jc w:val="center"/>
            </w:pPr>
            <w:r>
              <w:t>1983</w:t>
            </w:r>
          </w:p>
        </w:tc>
        <w:tc>
          <w:tcPr>
            <w:tcW w:w="0" w:type="auto"/>
          </w:tcPr>
          <w:p w14:paraId="05D8CECD" w14:textId="77777777" w:rsidR="007A5E59" w:rsidRDefault="0095198F">
            <w:pPr>
              <w:jc w:val="center"/>
            </w:pPr>
            <w:r>
              <w:t>1</w:t>
            </w:r>
          </w:p>
        </w:tc>
        <w:tc>
          <w:tcPr>
            <w:tcW w:w="0" w:type="auto"/>
          </w:tcPr>
          <w:p w14:paraId="69823DE6" w14:textId="77777777" w:rsidR="007A5E59" w:rsidRDefault="0095198F">
            <w:r>
              <w:t>надз</w:t>
            </w:r>
          </w:p>
        </w:tc>
      </w:tr>
      <w:tr w:rsidR="007A5E59" w14:paraId="6780AD09" w14:textId="77777777">
        <w:trPr>
          <w:jc w:val="center"/>
        </w:trPr>
        <w:tc>
          <w:tcPr>
            <w:tcW w:w="0" w:type="auto"/>
          </w:tcPr>
          <w:p w14:paraId="083D6593" w14:textId="77777777" w:rsidR="007A5E59" w:rsidRDefault="0095198F">
            <w:pPr>
              <w:jc w:val="center"/>
            </w:pPr>
            <w:r>
              <w:t>119</w:t>
            </w:r>
          </w:p>
        </w:tc>
        <w:tc>
          <w:tcPr>
            <w:tcW w:w="0" w:type="auto"/>
          </w:tcPr>
          <w:p w14:paraId="366E7266" w14:textId="77777777" w:rsidR="007A5E59" w:rsidRDefault="0095198F">
            <w:r>
              <w:t>1-10/7 ÷ ул.Крылова,10</w:t>
            </w:r>
          </w:p>
        </w:tc>
        <w:tc>
          <w:tcPr>
            <w:tcW w:w="0" w:type="auto"/>
          </w:tcPr>
          <w:p w14:paraId="46277D29" w14:textId="77777777" w:rsidR="007A5E59" w:rsidRDefault="0095198F">
            <w:pPr>
              <w:jc w:val="center"/>
            </w:pPr>
            <w:r>
              <w:t>25</w:t>
            </w:r>
          </w:p>
        </w:tc>
        <w:tc>
          <w:tcPr>
            <w:tcW w:w="0" w:type="auto"/>
          </w:tcPr>
          <w:p w14:paraId="73F95A05" w14:textId="77777777" w:rsidR="007A5E59" w:rsidRDefault="0095198F">
            <w:pPr>
              <w:jc w:val="center"/>
            </w:pPr>
            <w:r>
              <w:t>1983</w:t>
            </w:r>
          </w:p>
        </w:tc>
        <w:tc>
          <w:tcPr>
            <w:tcW w:w="0" w:type="auto"/>
          </w:tcPr>
          <w:p w14:paraId="3FFF60A3" w14:textId="77777777" w:rsidR="007A5E59" w:rsidRDefault="0095198F">
            <w:pPr>
              <w:jc w:val="center"/>
            </w:pPr>
            <w:r>
              <w:t>5</w:t>
            </w:r>
          </w:p>
        </w:tc>
        <w:tc>
          <w:tcPr>
            <w:tcW w:w="0" w:type="auto"/>
          </w:tcPr>
          <w:p w14:paraId="432B1991" w14:textId="77777777" w:rsidR="007A5E59" w:rsidRDefault="0095198F">
            <w:r>
              <w:t>надз</w:t>
            </w:r>
          </w:p>
        </w:tc>
      </w:tr>
      <w:tr w:rsidR="007A5E59" w14:paraId="39B1707E" w14:textId="77777777">
        <w:trPr>
          <w:jc w:val="center"/>
        </w:trPr>
        <w:tc>
          <w:tcPr>
            <w:tcW w:w="0" w:type="auto"/>
          </w:tcPr>
          <w:p w14:paraId="4E7B188C" w14:textId="77777777" w:rsidR="007A5E59" w:rsidRDefault="0095198F">
            <w:pPr>
              <w:jc w:val="center"/>
            </w:pPr>
            <w:r>
              <w:t>120</w:t>
            </w:r>
          </w:p>
        </w:tc>
        <w:tc>
          <w:tcPr>
            <w:tcW w:w="0" w:type="auto"/>
          </w:tcPr>
          <w:p w14:paraId="63698A60" w14:textId="77777777" w:rsidR="007A5E59" w:rsidRDefault="0095198F">
            <w:r>
              <w:t>1-10/7 ÷ 1-10/9</w:t>
            </w:r>
          </w:p>
        </w:tc>
        <w:tc>
          <w:tcPr>
            <w:tcW w:w="0" w:type="auto"/>
          </w:tcPr>
          <w:p w14:paraId="62EE64B5" w14:textId="77777777" w:rsidR="007A5E59" w:rsidRDefault="0095198F">
            <w:pPr>
              <w:jc w:val="center"/>
            </w:pPr>
            <w:r>
              <w:t>50</w:t>
            </w:r>
          </w:p>
        </w:tc>
        <w:tc>
          <w:tcPr>
            <w:tcW w:w="0" w:type="auto"/>
          </w:tcPr>
          <w:p w14:paraId="6E9A59CE" w14:textId="77777777" w:rsidR="007A5E59" w:rsidRDefault="0095198F">
            <w:pPr>
              <w:jc w:val="center"/>
            </w:pPr>
            <w:r>
              <w:t>1983</w:t>
            </w:r>
          </w:p>
        </w:tc>
        <w:tc>
          <w:tcPr>
            <w:tcW w:w="0" w:type="auto"/>
          </w:tcPr>
          <w:p w14:paraId="32741CD0" w14:textId="77777777" w:rsidR="007A5E59" w:rsidRDefault="0095198F">
            <w:pPr>
              <w:jc w:val="center"/>
            </w:pPr>
            <w:r>
              <w:t>45</w:t>
            </w:r>
          </w:p>
        </w:tc>
        <w:tc>
          <w:tcPr>
            <w:tcW w:w="0" w:type="auto"/>
          </w:tcPr>
          <w:p w14:paraId="2B821D79" w14:textId="77777777" w:rsidR="007A5E59" w:rsidRDefault="0095198F">
            <w:r>
              <w:t>надз</w:t>
            </w:r>
          </w:p>
        </w:tc>
      </w:tr>
      <w:tr w:rsidR="007A5E59" w14:paraId="79E2F7FA" w14:textId="77777777">
        <w:trPr>
          <w:jc w:val="center"/>
        </w:trPr>
        <w:tc>
          <w:tcPr>
            <w:tcW w:w="0" w:type="auto"/>
          </w:tcPr>
          <w:p w14:paraId="67355AD4" w14:textId="77777777" w:rsidR="007A5E59" w:rsidRDefault="0095198F">
            <w:pPr>
              <w:jc w:val="center"/>
            </w:pPr>
            <w:r>
              <w:t>121</w:t>
            </w:r>
          </w:p>
        </w:tc>
        <w:tc>
          <w:tcPr>
            <w:tcW w:w="0" w:type="auto"/>
          </w:tcPr>
          <w:p w14:paraId="04EA54AE" w14:textId="77777777" w:rsidR="007A5E59" w:rsidRDefault="0095198F">
            <w:r>
              <w:t>1-10/9 ÷ 1-10/11</w:t>
            </w:r>
          </w:p>
        </w:tc>
        <w:tc>
          <w:tcPr>
            <w:tcW w:w="0" w:type="auto"/>
          </w:tcPr>
          <w:p w14:paraId="2CBF4CA3" w14:textId="77777777" w:rsidR="007A5E59" w:rsidRDefault="0095198F">
            <w:pPr>
              <w:jc w:val="center"/>
            </w:pPr>
            <w:r>
              <w:t>50</w:t>
            </w:r>
          </w:p>
        </w:tc>
        <w:tc>
          <w:tcPr>
            <w:tcW w:w="0" w:type="auto"/>
          </w:tcPr>
          <w:p w14:paraId="41EBD03F" w14:textId="77777777" w:rsidR="007A5E59" w:rsidRDefault="0095198F">
            <w:pPr>
              <w:jc w:val="center"/>
            </w:pPr>
            <w:r>
              <w:t>1983</w:t>
            </w:r>
          </w:p>
        </w:tc>
        <w:tc>
          <w:tcPr>
            <w:tcW w:w="0" w:type="auto"/>
          </w:tcPr>
          <w:p w14:paraId="0EA0E239" w14:textId="77777777" w:rsidR="007A5E59" w:rsidRDefault="0095198F">
            <w:pPr>
              <w:jc w:val="center"/>
            </w:pPr>
            <w:r>
              <w:t>47</w:t>
            </w:r>
          </w:p>
        </w:tc>
        <w:tc>
          <w:tcPr>
            <w:tcW w:w="0" w:type="auto"/>
          </w:tcPr>
          <w:p w14:paraId="4D13564F" w14:textId="77777777" w:rsidR="007A5E59" w:rsidRDefault="0095198F">
            <w:r>
              <w:t>надз</w:t>
            </w:r>
          </w:p>
        </w:tc>
      </w:tr>
      <w:tr w:rsidR="007A5E59" w14:paraId="31E1710A" w14:textId="77777777">
        <w:trPr>
          <w:jc w:val="center"/>
        </w:trPr>
        <w:tc>
          <w:tcPr>
            <w:tcW w:w="0" w:type="auto"/>
          </w:tcPr>
          <w:p w14:paraId="13502583" w14:textId="77777777" w:rsidR="007A5E59" w:rsidRDefault="0095198F">
            <w:pPr>
              <w:jc w:val="center"/>
            </w:pPr>
            <w:r>
              <w:t>122</w:t>
            </w:r>
          </w:p>
        </w:tc>
        <w:tc>
          <w:tcPr>
            <w:tcW w:w="0" w:type="auto"/>
          </w:tcPr>
          <w:p w14:paraId="04BBD774" w14:textId="77777777" w:rsidR="007A5E59" w:rsidRDefault="0095198F">
            <w:r>
              <w:t>1-10/11 ÷ ул. Крылова, 9</w:t>
            </w:r>
          </w:p>
        </w:tc>
        <w:tc>
          <w:tcPr>
            <w:tcW w:w="0" w:type="auto"/>
          </w:tcPr>
          <w:p w14:paraId="35452DD8" w14:textId="77777777" w:rsidR="007A5E59" w:rsidRDefault="0095198F">
            <w:pPr>
              <w:jc w:val="center"/>
            </w:pPr>
            <w:r>
              <w:t>25</w:t>
            </w:r>
          </w:p>
        </w:tc>
        <w:tc>
          <w:tcPr>
            <w:tcW w:w="0" w:type="auto"/>
          </w:tcPr>
          <w:p w14:paraId="39FC93DB" w14:textId="77777777" w:rsidR="007A5E59" w:rsidRDefault="0095198F">
            <w:pPr>
              <w:jc w:val="center"/>
            </w:pPr>
            <w:r>
              <w:t>1983</w:t>
            </w:r>
          </w:p>
        </w:tc>
        <w:tc>
          <w:tcPr>
            <w:tcW w:w="0" w:type="auto"/>
          </w:tcPr>
          <w:p w14:paraId="29C110FA" w14:textId="77777777" w:rsidR="007A5E59" w:rsidRDefault="0095198F">
            <w:pPr>
              <w:jc w:val="center"/>
            </w:pPr>
            <w:r>
              <w:t>3</w:t>
            </w:r>
          </w:p>
        </w:tc>
        <w:tc>
          <w:tcPr>
            <w:tcW w:w="0" w:type="auto"/>
          </w:tcPr>
          <w:p w14:paraId="6EB5072E" w14:textId="77777777" w:rsidR="007A5E59" w:rsidRDefault="0095198F">
            <w:r>
              <w:t>надз</w:t>
            </w:r>
          </w:p>
        </w:tc>
      </w:tr>
      <w:tr w:rsidR="007A5E59" w14:paraId="515883F5" w14:textId="77777777">
        <w:trPr>
          <w:jc w:val="center"/>
        </w:trPr>
        <w:tc>
          <w:tcPr>
            <w:tcW w:w="0" w:type="auto"/>
          </w:tcPr>
          <w:p w14:paraId="30BA53E4" w14:textId="77777777" w:rsidR="007A5E59" w:rsidRDefault="0095198F">
            <w:pPr>
              <w:jc w:val="center"/>
            </w:pPr>
            <w:r>
              <w:t>123</w:t>
            </w:r>
          </w:p>
        </w:tc>
        <w:tc>
          <w:tcPr>
            <w:tcW w:w="0" w:type="auto"/>
          </w:tcPr>
          <w:p w14:paraId="773121B3" w14:textId="77777777" w:rsidR="007A5E59" w:rsidRDefault="0095198F">
            <w:r>
              <w:t>1-10/11 ÷ 1-10/13</w:t>
            </w:r>
          </w:p>
        </w:tc>
        <w:tc>
          <w:tcPr>
            <w:tcW w:w="0" w:type="auto"/>
          </w:tcPr>
          <w:p w14:paraId="32E6C1FF" w14:textId="77777777" w:rsidR="007A5E59" w:rsidRDefault="0095198F">
            <w:pPr>
              <w:jc w:val="center"/>
            </w:pPr>
            <w:r>
              <w:t>25</w:t>
            </w:r>
          </w:p>
        </w:tc>
        <w:tc>
          <w:tcPr>
            <w:tcW w:w="0" w:type="auto"/>
          </w:tcPr>
          <w:p w14:paraId="59AD11C0" w14:textId="77777777" w:rsidR="007A5E59" w:rsidRDefault="0095198F">
            <w:pPr>
              <w:jc w:val="center"/>
            </w:pPr>
            <w:r>
              <w:t>1983</w:t>
            </w:r>
          </w:p>
        </w:tc>
        <w:tc>
          <w:tcPr>
            <w:tcW w:w="0" w:type="auto"/>
          </w:tcPr>
          <w:p w14:paraId="5F8EE2D7" w14:textId="77777777" w:rsidR="007A5E59" w:rsidRDefault="0095198F">
            <w:pPr>
              <w:jc w:val="center"/>
            </w:pPr>
            <w:r>
              <w:t>10</w:t>
            </w:r>
          </w:p>
        </w:tc>
        <w:tc>
          <w:tcPr>
            <w:tcW w:w="0" w:type="auto"/>
          </w:tcPr>
          <w:p w14:paraId="07A1481F" w14:textId="77777777" w:rsidR="007A5E59" w:rsidRDefault="0095198F">
            <w:r>
              <w:t>надз</w:t>
            </w:r>
          </w:p>
        </w:tc>
      </w:tr>
      <w:tr w:rsidR="007A5E59" w14:paraId="1511FB7A" w14:textId="77777777">
        <w:trPr>
          <w:jc w:val="center"/>
        </w:trPr>
        <w:tc>
          <w:tcPr>
            <w:tcW w:w="0" w:type="auto"/>
          </w:tcPr>
          <w:p w14:paraId="4BCB3EC5" w14:textId="77777777" w:rsidR="007A5E59" w:rsidRDefault="0095198F">
            <w:pPr>
              <w:jc w:val="center"/>
            </w:pPr>
            <w:r>
              <w:t>124</w:t>
            </w:r>
          </w:p>
        </w:tc>
        <w:tc>
          <w:tcPr>
            <w:tcW w:w="0" w:type="auto"/>
          </w:tcPr>
          <w:p w14:paraId="4F33F391" w14:textId="77777777" w:rsidR="007A5E59" w:rsidRDefault="0095198F">
            <w:r>
              <w:t>1-10/13 ÷ ул. Крылова, 9</w:t>
            </w:r>
          </w:p>
        </w:tc>
        <w:tc>
          <w:tcPr>
            <w:tcW w:w="0" w:type="auto"/>
          </w:tcPr>
          <w:p w14:paraId="1713E003" w14:textId="77777777" w:rsidR="007A5E59" w:rsidRDefault="0095198F">
            <w:pPr>
              <w:jc w:val="center"/>
            </w:pPr>
            <w:r>
              <w:t>25</w:t>
            </w:r>
          </w:p>
        </w:tc>
        <w:tc>
          <w:tcPr>
            <w:tcW w:w="0" w:type="auto"/>
          </w:tcPr>
          <w:p w14:paraId="7085A0DD" w14:textId="77777777" w:rsidR="007A5E59" w:rsidRDefault="0095198F">
            <w:pPr>
              <w:jc w:val="center"/>
            </w:pPr>
            <w:r>
              <w:t>1983</w:t>
            </w:r>
          </w:p>
        </w:tc>
        <w:tc>
          <w:tcPr>
            <w:tcW w:w="0" w:type="auto"/>
          </w:tcPr>
          <w:p w14:paraId="51792CF4" w14:textId="77777777" w:rsidR="007A5E59" w:rsidRDefault="0095198F">
            <w:pPr>
              <w:jc w:val="center"/>
            </w:pPr>
            <w:r>
              <w:t>3</w:t>
            </w:r>
          </w:p>
        </w:tc>
        <w:tc>
          <w:tcPr>
            <w:tcW w:w="0" w:type="auto"/>
          </w:tcPr>
          <w:p w14:paraId="30BE716C" w14:textId="77777777" w:rsidR="007A5E59" w:rsidRDefault="0095198F">
            <w:r>
              <w:t>надз</w:t>
            </w:r>
          </w:p>
        </w:tc>
      </w:tr>
      <w:tr w:rsidR="007A5E59" w14:paraId="34439CF3" w14:textId="77777777">
        <w:trPr>
          <w:jc w:val="center"/>
        </w:trPr>
        <w:tc>
          <w:tcPr>
            <w:tcW w:w="0" w:type="auto"/>
          </w:tcPr>
          <w:p w14:paraId="6DE9367B" w14:textId="77777777" w:rsidR="007A5E59" w:rsidRDefault="0095198F">
            <w:pPr>
              <w:jc w:val="center"/>
            </w:pPr>
            <w:r>
              <w:t>125</w:t>
            </w:r>
          </w:p>
        </w:tc>
        <w:tc>
          <w:tcPr>
            <w:tcW w:w="0" w:type="auto"/>
          </w:tcPr>
          <w:p w14:paraId="26DC119C" w14:textId="77777777" w:rsidR="007A5E59" w:rsidRDefault="0095198F">
            <w:r>
              <w:t>1-10/9 ÷ 1-10/15</w:t>
            </w:r>
          </w:p>
        </w:tc>
        <w:tc>
          <w:tcPr>
            <w:tcW w:w="0" w:type="auto"/>
          </w:tcPr>
          <w:p w14:paraId="639C4A23" w14:textId="77777777" w:rsidR="007A5E59" w:rsidRDefault="0095198F">
            <w:pPr>
              <w:jc w:val="center"/>
            </w:pPr>
            <w:r>
              <w:t>50</w:t>
            </w:r>
          </w:p>
        </w:tc>
        <w:tc>
          <w:tcPr>
            <w:tcW w:w="0" w:type="auto"/>
          </w:tcPr>
          <w:p w14:paraId="7DD510F4" w14:textId="77777777" w:rsidR="007A5E59" w:rsidRDefault="0095198F">
            <w:pPr>
              <w:jc w:val="center"/>
            </w:pPr>
            <w:r>
              <w:t>1983</w:t>
            </w:r>
          </w:p>
        </w:tc>
        <w:tc>
          <w:tcPr>
            <w:tcW w:w="0" w:type="auto"/>
          </w:tcPr>
          <w:p w14:paraId="71F86496" w14:textId="77777777" w:rsidR="007A5E59" w:rsidRDefault="0095198F">
            <w:pPr>
              <w:jc w:val="center"/>
            </w:pPr>
            <w:r>
              <w:t>18</w:t>
            </w:r>
          </w:p>
        </w:tc>
        <w:tc>
          <w:tcPr>
            <w:tcW w:w="0" w:type="auto"/>
          </w:tcPr>
          <w:p w14:paraId="6137C9BF" w14:textId="77777777" w:rsidR="007A5E59" w:rsidRDefault="0095198F">
            <w:r>
              <w:t>надз</w:t>
            </w:r>
          </w:p>
        </w:tc>
      </w:tr>
      <w:tr w:rsidR="007A5E59" w14:paraId="158860A4" w14:textId="77777777">
        <w:trPr>
          <w:jc w:val="center"/>
        </w:trPr>
        <w:tc>
          <w:tcPr>
            <w:tcW w:w="0" w:type="auto"/>
          </w:tcPr>
          <w:p w14:paraId="20E8D3B9" w14:textId="77777777" w:rsidR="007A5E59" w:rsidRDefault="0095198F">
            <w:pPr>
              <w:jc w:val="center"/>
            </w:pPr>
            <w:r>
              <w:t>126</w:t>
            </w:r>
          </w:p>
        </w:tc>
        <w:tc>
          <w:tcPr>
            <w:tcW w:w="0" w:type="auto"/>
          </w:tcPr>
          <w:p w14:paraId="1F0F1196" w14:textId="77777777" w:rsidR="007A5E59" w:rsidRDefault="0095198F">
            <w:r>
              <w:t>1-10/15 ÷ ул. Крылова, 11</w:t>
            </w:r>
          </w:p>
        </w:tc>
        <w:tc>
          <w:tcPr>
            <w:tcW w:w="0" w:type="auto"/>
          </w:tcPr>
          <w:p w14:paraId="202275DF" w14:textId="77777777" w:rsidR="007A5E59" w:rsidRDefault="0095198F">
            <w:pPr>
              <w:jc w:val="center"/>
            </w:pPr>
            <w:r>
              <w:t>50</w:t>
            </w:r>
          </w:p>
        </w:tc>
        <w:tc>
          <w:tcPr>
            <w:tcW w:w="0" w:type="auto"/>
          </w:tcPr>
          <w:p w14:paraId="65109F56" w14:textId="77777777" w:rsidR="007A5E59" w:rsidRDefault="0095198F">
            <w:pPr>
              <w:jc w:val="center"/>
            </w:pPr>
            <w:r>
              <w:t>1983</w:t>
            </w:r>
          </w:p>
        </w:tc>
        <w:tc>
          <w:tcPr>
            <w:tcW w:w="0" w:type="auto"/>
          </w:tcPr>
          <w:p w14:paraId="49BD9057" w14:textId="77777777" w:rsidR="007A5E59" w:rsidRDefault="0095198F">
            <w:pPr>
              <w:jc w:val="center"/>
            </w:pPr>
            <w:r>
              <w:t>1</w:t>
            </w:r>
          </w:p>
        </w:tc>
        <w:tc>
          <w:tcPr>
            <w:tcW w:w="0" w:type="auto"/>
          </w:tcPr>
          <w:p w14:paraId="08573B3E" w14:textId="77777777" w:rsidR="007A5E59" w:rsidRDefault="0095198F">
            <w:r>
              <w:t>надз</w:t>
            </w:r>
          </w:p>
        </w:tc>
      </w:tr>
      <w:tr w:rsidR="007A5E59" w14:paraId="56AC89F7" w14:textId="77777777">
        <w:trPr>
          <w:jc w:val="center"/>
        </w:trPr>
        <w:tc>
          <w:tcPr>
            <w:tcW w:w="0" w:type="auto"/>
          </w:tcPr>
          <w:p w14:paraId="2BF02003" w14:textId="77777777" w:rsidR="007A5E59" w:rsidRDefault="0095198F">
            <w:pPr>
              <w:jc w:val="center"/>
            </w:pPr>
            <w:r>
              <w:t>127</w:t>
            </w:r>
          </w:p>
        </w:tc>
        <w:tc>
          <w:tcPr>
            <w:tcW w:w="0" w:type="auto"/>
          </w:tcPr>
          <w:p w14:paraId="3608E1EA" w14:textId="77777777" w:rsidR="007A5E59" w:rsidRDefault="0095198F">
            <w:r>
              <w:t>1-10 ÷ 1-11</w:t>
            </w:r>
          </w:p>
        </w:tc>
        <w:tc>
          <w:tcPr>
            <w:tcW w:w="0" w:type="auto"/>
          </w:tcPr>
          <w:p w14:paraId="0DCFAB26" w14:textId="77777777" w:rsidR="007A5E59" w:rsidRDefault="0095198F">
            <w:pPr>
              <w:jc w:val="center"/>
            </w:pPr>
            <w:r>
              <w:t>200</w:t>
            </w:r>
          </w:p>
        </w:tc>
        <w:tc>
          <w:tcPr>
            <w:tcW w:w="0" w:type="auto"/>
          </w:tcPr>
          <w:p w14:paraId="72E57BD0" w14:textId="77777777" w:rsidR="007A5E59" w:rsidRDefault="0095198F">
            <w:pPr>
              <w:jc w:val="center"/>
            </w:pPr>
            <w:r>
              <w:t>1983</w:t>
            </w:r>
          </w:p>
        </w:tc>
        <w:tc>
          <w:tcPr>
            <w:tcW w:w="0" w:type="auto"/>
          </w:tcPr>
          <w:p w14:paraId="68CBBE71" w14:textId="77777777" w:rsidR="007A5E59" w:rsidRDefault="0095198F">
            <w:pPr>
              <w:jc w:val="center"/>
            </w:pPr>
            <w:r>
              <w:t>10</w:t>
            </w:r>
          </w:p>
        </w:tc>
        <w:tc>
          <w:tcPr>
            <w:tcW w:w="0" w:type="auto"/>
          </w:tcPr>
          <w:p w14:paraId="6B55D3D5" w14:textId="77777777" w:rsidR="007A5E59" w:rsidRDefault="0095198F">
            <w:r>
              <w:t>надз</w:t>
            </w:r>
          </w:p>
        </w:tc>
      </w:tr>
      <w:tr w:rsidR="007A5E59" w14:paraId="26CC6058" w14:textId="77777777">
        <w:trPr>
          <w:jc w:val="center"/>
        </w:trPr>
        <w:tc>
          <w:tcPr>
            <w:tcW w:w="0" w:type="auto"/>
          </w:tcPr>
          <w:p w14:paraId="34359EAD" w14:textId="77777777" w:rsidR="007A5E59" w:rsidRDefault="0095198F">
            <w:pPr>
              <w:jc w:val="center"/>
            </w:pPr>
            <w:r>
              <w:t>128</w:t>
            </w:r>
          </w:p>
        </w:tc>
        <w:tc>
          <w:tcPr>
            <w:tcW w:w="0" w:type="auto"/>
          </w:tcPr>
          <w:p w14:paraId="08151371" w14:textId="77777777" w:rsidR="007A5E59" w:rsidRDefault="0095198F">
            <w:r>
              <w:t>1-11 ÷ 1-12</w:t>
            </w:r>
          </w:p>
        </w:tc>
        <w:tc>
          <w:tcPr>
            <w:tcW w:w="0" w:type="auto"/>
          </w:tcPr>
          <w:p w14:paraId="2B977932" w14:textId="77777777" w:rsidR="007A5E59" w:rsidRDefault="0095198F">
            <w:pPr>
              <w:jc w:val="center"/>
            </w:pPr>
            <w:r>
              <w:t>200</w:t>
            </w:r>
          </w:p>
        </w:tc>
        <w:tc>
          <w:tcPr>
            <w:tcW w:w="0" w:type="auto"/>
          </w:tcPr>
          <w:p w14:paraId="6D112DE8" w14:textId="77777777" w:rsidR="007A5E59" w:rsidRDefault="0095198F">
            <w:pPr>
              <w:jc w:val="center"/>
            </w:pPr>
            <w:r>
              <w:t>1983</w:t>
            </w:r>
          </w:p>
        </w:tc>
        <w:tc>
          <w:tcPr>
            <w:tcW w:w="0" w:type="auto"/>
          </w:tcPr>
          <w:p w14:paraId="471B06B5" w14:textId="77777777" w:rsidR="007A5E59" w:rsidRDefault="0095198F">
            <w:pPr>
              <w:jc w:val="center"/>
            </w:pPr>
            <w:r>
              <w:t>57</w:t>
            </w:r>
          </w:p>
        </w:tc>
        <w:tc>
          <w:tcPr>
            <w:tcW w:w="0" w:type="auto"/>
          </w:tcPr>
          <w:p w14:paraId="72DD171B" w14:textId="77777777" w:rsidR="007A5E59" w:rsidRDefault="0095198F">
            <w:r>
              <w:t>надз</w:t>
            </w:r>
          </w:p>
        </w:tc>
      </w:tr>
      <w:tr w:rsidR="007A5E59" w14:paraId="76B7CFAC" w14:textId="77777777">
        <w:trPr>
          <w:jc w:val="center"/>
        </w:trPr>
        <w:tc>
          <w:tcPr>
            <w:tcW w:w="0" w:type="auto"/>
          </w:tcPr>
          <w:p w14:paraId="0998DB6D" w14:textId="77777777" w:rsidR="007A5E59" w:rsidRDefault="0095198F">
            <w:pPr>
              <w:jc w:val="center"/>
            </w:pPr>
            <w:r>
              <w:t>129</w:t>
            </w:r>
          </w:p>
        </w:tc>
        <w:tc>
          <w:tcPr>
            <w:tcW w:w="0" w:type="auto"/>
          </w:tcPr>
          <w:p w14:paraId="482694B4" w14:textId="77777777" w:rsidR="007A5E59" w:rsidRDefault="0095198F">
            <w:r>
              <w:t>1-12 ÷ ул. Коммунистическая, 19</w:t>
            </w:r>
          </w:p>
        </w:tc>
        <w:tc>
          <w:tcPr>
            <w:tcW w:w="0" w:type="auto"/>
          </w:tcPr>
          <w:p w14:paraId="0B238866" w14:textId="77777777" w:rsidR="007A5E59" w:rsidRDefault="0095198F">
            <w:pPr>
              <w:jc w:val="center"/>
            </w:pPr>
            <w:r>
              <w:t>25</w:t>
            </w:r>
          </w:p>
        </w:tc>
        <w:tc>
          <w:tcPr>
            <w:tcW w:w="0" w:type="auto"/>
          </w:tcPr>
          <w:p w14:paraId="6D345DB6" w14:textId="77777777" w:rsidR="007A5E59" w:rsidRDefault="0095198F">
            <w:pPr>
              <w:jc w:val="center"/>
            </w:pPr>
            <w:r>
              <w:t>1983</w:t>
            </w:r>
          </w:p>
        </w:tc>
        <w:tc>
          <w:tcPr>
            <w:tcW w:w="0" w:type="auto"/>
          </w:tcPr>
          <w:p w14:paraId="0CFBF2DA" w14:textId="77777777" w:rsidR="007A5E59" w:rsidRDefault="0095198F">
            <w:pPr>
              <w:jc w:val="center"/>
            </w:pPr>
            <w:r>
              <w:t>1</w:t>
            </w:r>
          </w:p>
        </w:tc>
        <w:tc>
          <w:tcPr>
            <w:tcW w:w="0" w:type="auto"/>
          </w:tcPr>
          <w:p w14:paraId="38A03FAE" w14:textId="77777777" w:rsidR="007A5E59" w:rsidRDefault="0095198F">
            <w:r>
              <w:t>надз</w:t>
            </w:r>
          </w:p>
        </w:tc>
      </w:tr>
      <w:tr w:rsidR="007A5E59" w14:paraId="3CD023C4" w14:textId="77777777">
        <w:trPr>
          <w:jc w:val="center"/>
        </w:trPr>
        <w:tc>
          <w:tcPr>
            <w:tcW w:w="0" w:type="auto"/>
          </w:tcPr>
          <w:p w14:paraId="04A6F50C" w14:textId="77777777" w:rsidR="007A5E59" w:rsidRDefault="0095198F">
            <w:pPr>
              <w:jc w:val="center"/>
            </w:pPr>
            <w:r>
              <w:t>130</w:t>
            </w:r>
          </w:p>
        </w:tc>
        <w:tc>
          <w:tcPr>
            <w:tcW w:w="0" w:type="auto"/>
          </w:tcPr>
          <w:p w14:paraId="14136EB5" w14:textId="77777777" w:rsidR="007A5E59" w:rsidRDefault="0095198F">
            <w:r>
              <w:t>1-12 ÷ 1-13</w:t>
            </w:r>
          </w:p>
        </w:tc>
        <w:tc>
          <w:tcPr>
            <w:tcW w:w="0" w:type="auto"/>
          </w:tcPr>
          <w:p w14:paraId="488AC2B6" w14:textId="77777777" w:rsidR="007A5E59" w:rsidRDefault="0095198F">
            <w:pPr>
              <w:jc w:val="center"/>
            </w:pPr>
            <w:r>
              <w:t>200</w:t>
            </w:r>
          </w:p>
        </w:tc>
        <w:tc>
          <w:tcPr>
            <w:tcW w:w="0" w:type="auto"/>
          </w:tcPr>
          <w:p w14:paraId="0E5C995C" w14:textId="77777777" w:rsidR="007A5E59" w:rsidRDefault="0095198F">
            <w:pPr>
              <w:jc w:val="center"/>
            </w:pPr>
            <w:r>
              <w:t>1983</w:t>
            </w:r>
          </w:p>
        </w:tc>
        <w:tc>
          <w:tcPr>
            <w:tcW w:w="0" w:type="auto"/>
          </w:tcPr>
          <w:p w14:paraId="11741EB7" w14:textId="77777777" w:rsidR="007A5E59" w:rsidRDefault="0095198F">
            <w:pPr>
              <w:jc w:val="center"/>
            </w:pPr>
            <w:r>
              <w:t>52</w:t>
            </w:r>
          </w:p>
        </w:tc>
        <w:tc>
          <w:tcPr>
            <w:tcW w:w="0" w:type="auto"/>
          </w:tcPr>
          <w:p w14:paraId="2ECB001D" w14:textId="77777777" w:rsidR="007A5E59" w:rsidRDefault="0095198F">
            <w:r>
              <w:t>надз</w:t>
            </w:r>
          </w:p>
        </w:tc>
      </w:tr>
      <w:tr w:rsidR="007A5E59" w14:paraId="79A21725" w14:textId="77777777">
        <w:trPr>
          <w:jc w:val="center"/>
        </w:trPr>
        <w:tc>
          <w:tcPr>
            <w:tcW w:w="0" w:type="auto"/>
          </w:tcPr>
          <w:p w14:paraId="17F8D7C5" w14:textId="77777777" w:rsidR="007A5E59" w:rsidRDefault="0095198F">
            <w:pPr>
              <w:jc w:val="center"/>
            </w:pPr>
            <w:r>
              <w:t>131</w:t>
            </w:r>
          </w:p>
        </w:tc>
        <w:tc>
          <w:tcPr>
            <w:tcW w:w="0" w:type="auto"/>
          </w:tcPr>
          <w:p w14:paraId="407A5192" w14:textId="77777777" w:rsidR="007A5E59" w:rsidRDefault="0095198F">
            <w:r>
              <w:t>н/с ÷ 2-1</w:t>
            </w:r>
          </w:p>
        </w:tc>
        <w:tc>
          <w:tcPr>
            <w:tcW w:w="0" w:type="auto"/>
          </w:tcPr>
          <w:p w14:paraId="2F981FF0" w14:textId="77777777" w:rsidR="007A5E59" w:rsidRDefault="0095198F">
            <w:pPr>
              <w:jc w:val="center"/>
            </w:pPr>
            <w:r>
              <w:t>200</w:t>
            </w:r>
          </w:p>
        </w:tc>
        <w:tc>
          <w:tcPr>
            <w:tcW w:w="0" w:type="auto"/>
          </w:tcPr>
          <w:p w14:paraId="7A0E021E" w14:textId="77777777" w:rsidR="007A5E59" w:rsidRDefault="0095198F">
            <w:pPr>
              <w:jc w:val="center"/>
            </w:pPr>
            <w:r>
              <w:t>1983</w:t>
            </w:r>
          </w:p>
        </w:tc>
        <w:tc>
          <w:tcPr>
            <w:tcW w:w="0" w:type="auto"/>
          </w:tcPr>
          <w:p w14:paraId="06742121" w14:textId="77777777" w:rsidR="007A5E59" w:rsidRDefault="0095198F">
            <w:pPr>
              <w:jc w:val="center"/>
            </w:pPr>
            <w:r>
              <w:t>1</w:t>
            </w:r>
          </w:p>
        </w:tc>
        <w:tc>
          <w:tcPr>
            <w:tcW w:w="0" w:type="auto"/>
          </w:tcPr>
          <w:p w14:paraId="30279594" w14:textId="77777777" w:rsidR="007A5E59" w:rsidRDefault="0095198F">
            <w:r>
              <w:t>надз</w:t>
            </w:r>
          </w:p>
        </w:tc>
      </w:tr>
      <w:tr w:rsidR="007A5E59" w14:paraId="34DB1340" w14:textId="77777777">
        <w:trPr>
          <w:jc w:val="center"/>
        </w:trPr>
        <w:tc>
          <w:tcPr>
            <w:tcW w:w="0" w:type="auto"/>
          </w:tcPr>
          <w:p w14:paraId="5A5ED21D" w14:textId="77777777" w:rsidR="007A5E59" w:rsidRDefault="0095198F">
            <w:pPr>
              <w:jc w:val="center"/>
            </w:pPr>
            <w:r>
              <w:t>132</w:t>
            </w:r>
          </w:p>
        </w:tc>
        <w:tc>
          <w:tcPr>
            <w:tcW w:w="0" w:type="auto"/>
          </w:tcPr>
          <w:p w14:paraId="02AF7D21" w14:textId="77777777" w:rsidR="007A5E59" w:rsidRDefault="0095198F">
            <w:r>
              <w:t>2-1/3 ÷ 2-1/5</w:t>
            </w:r>
          </w:p>
        </w:tc>
        <w:tc>
          <w:tcPr>
            <w:tcW w:w="0" w:type="auto"/>
          </w:tcPr>
          <w:p w14:paraId="215FFF41" w14:textId="77777777" w:rsidR="007A5E59" w:rsidRDefault="0095198F">
            <w:pPr>
              <w:jc w:val="center"/>
            </w:pPr>
            <w:r>
              <w:t>100</w:t>
            </w:r>
          </w:p>
        </w:tc>
        <w:tc>
          <w:tcPr>
            <w:tcW w:w="0" w:type="auto"/>
          </w:tcPr>
          <w:p w14:paraId="7AD03728" w14:textId="77777777" w:rsidR="007A5E59" w:rsidRDefault="0095198F">
            <w:pPr>
              <w:jc w:val="center"/>
            </w:pPr>
            <w:r>
              <w:t>2010</w:t>
            </w:r>
          </w:p>
        </w:tc>
        <w:tc>
          <w:tcPr>
            <w:tcW w:w="0" w:type="auto"/>
          </w:tcPr>
          <w:p w14:paraId="20E0E282" w14:textId="77777777" w:rsidR="007A5E59" w:rsidRDefault="0095198F">
            <w:pPr>
              <w:jc w:val="center"/>
            </w:pPr>
            <w:r>
              <w:t>28</w:t>
            </w:r>
          </w:p>
        </w:tc>
        <w:tc>
          <w:tcPr>
            <w:tcW w:w="0" w:type="auto"/>
          </w:tcPr>
          <w:p w14:paraId="6E5E5B22" w14:textId="77777777" w:rsidR="007A5E59" w:rsidRDefault="0095198F">
            <w:r>
              <w:t>надз</w:t>
            </w:r>
          </w:p>
        </w:tc>
      </w:tr>
      <w:tr w:rsidR="007A5E59" w14:paraId="608A0FC3" w14:textId="77777777">
        <w:trPr>
          <w:jc w:val="center"/>
        </w:trPr>
        <w:tc>
          <w:tcPr>
            <w:tcW w:w="0" w:type="auto"/>
          </w:tcPr>
          <w:p w14:paraId="537E474E" w14:textId="77777777" w:rsidR="007A5E59" w:rsidRDefault="0095198F">
            <w:pPr>
              <w:jc w:val="center"/>
            </w:pPr>
            <w:r>
              <w:t>133</w:t>
            </w:r>
          </w:p>
        </w:tc>
        <w:tc>
          <w:tcPr>
            <w:tcW w:w="0" w:type="auto"/>
          </w:tcPr>
          <w:p w14:paraId="2E8258FF" w14:textId="77777777" w:rsidR="007A5E59" w:rsidRDefault="0095198F">
            <w:r>
              <w:t>2-1/5 ÷ ул. Спортивная, 4</w:t>
            </w:r>
          </w:p>
        </w:tc>
        <w:tc>
          <w:tcPr>
            <w:tcW w:w="0" w:type="auto"/>
          </w:tcPr>
          <w:p w14:paraId="599D0A6C" w14:textId="77777777" w:rsidR="007A5E59" w:rsidRDefault="0095198F">
            <w:pPr>
              <w:jc w:val="center"/>
            </w:pPr>
            <w:r>
              <w:t>50</w:t>
            </w:r>
          </w:p>
        </w:tc>
        <w:tc>
          <w:tcPr>
            <w:tcW w:w="0" w:type="auto"/>
          </w:tcPr>
          <w:p w14:paraId="78A5BEA0" w14:textId="77777777" w:rsidR="007A5E59" w:rsidRDefault="0095198F">
            <w:pPr>
              <w:jc w:val="center"/>
            </w:pPr>
            <w:r>
              <w:t>2010</w:t>
            </w:r>
          </w:p>
        </w:tc>
        <w:tc>
          <w:tcPr>
            <w:tcW w:w="0" w:type="auto"/>
          </w:tcPr>
          <w:p w14:paraId="098F07D3" w14:textId="77777777" w:rsidR="007A5E59" w:rsidRDefault="0095198F">
            <w:pPr>
              <w:jc w:val="center"/>
            </w:pPr>
            <w:r>
              <w:t>3</w:t>
            </w:r>
          </w:p>
        </w:tc>
        <w:tc>
          <w:tcPr>
            <w:tcW w:w="0" w:type="auto"/>
          </w:tcPr>
          <w:p w14:paraId="4F2BDB54" w14:textId="77777777" w:rsidR="007A5E59" w:rsidRDefault="0095198F">
            <w:r>
              <w:t>надз</w:t>
            </w:r>
          </w:p>
        </w:tc>
      </w:tr>
      <w:tr w:rsidR="007A5E59" w14:paraId="51F82308" w14:textId="77777777">
        <w:trPr>
          <w:jc w:val="center"/>
        </w:trPr>
        <w:tc>
          <w:tcPr>
            <w:tcW w:w="0" w:type="auto"/>
          </w:tcPr>
          <w:p w14:paraId="2B8B9B69" w14:textId="77777777" w:rsidR="007A5E59" w:rsidRDefault="0095198F">
            <w:pPr>
              <w:jc w:val="center"/>
            </w:pPr>
            <w:r>
              <w:t>134</w:t>
            </w:r>
          </w:p>
        </w:tc>
        <w:tc>
          <w:tcPr>
            <w:tcW w:w="0" w:type="auto"/>
          </w:tcPr>
          <w:p w14:paraId="25D5D061" w14:textId="77777777" w:rsidR="007A5E59" w:rsidRDefault="0095198F">
            <w:r>
              <w:t>2-1/5 ÷ 2-1/7</w:t>
            </w:r>
          </w:p>
        </w:tc>
        <w:tc>
          <w:tcPr>
            <w:tcW w:w="0" w:type="auto"/>
          </w:tcPr>
          <w:p w14:paraId="16A7ECC9" w14:textId="77777777" w:rsidR="007A5E59" w:rsidRDefault="0095198F">
            <w:pPr>
              <w:jc w:val="center"/>
            </w:pPr>
            <w:r>
              <w:t>50</w:t>
            </w:r>
          </w:p>
        </w:tc>
        <w:tc>
          <w:tcPr>
            <w:tcW w:w="0" w:type="auto"/>
          </w:tcPr>
          <w:p w14:paraId="4333A2CD" w14:textId="77777777" w:rsidR="007A5E59" w:rsidRDefault="0095198F">
            <w:pPr>
              <w:jc w:val="center"/>
            </w:pPr>
            <w:r>
              <w:t>2011</w:t>
            </w:r>
          </w:p>
        </w:tc>
        <w:tc>
          <w:tcPr>
            <w:tcW w:w="0" w:type="auto"/>
          </w:tcPr>
          <w:p w14:paraId="2EF96CC3" w14:textId="77777777" w:rsidR="007A5E59" w:rsidRDefault="0095198F">
            <w:pPr>
              <w:jc w:val="center"/>
            </w:pPr>
            <w:r>
              <w:t>22</w:t>
            </w:r>
          </w:p>
        </w:tc>
        <w:tc>
          <w:tcPr>
            <w:tcW w:w="0" w:type="auto"/>
          </w:tcPr>
          <w:p w14:paraId="31CE49F6" w14:textId="77777777" w:rsidR="007A5E59" w:rsidRDefault="0095198F">
            <w:r>
              <w:t>надз</w:t>
            </w:r>
          </w:p>
        </w:tc>
      </w:tr>
      <w:tr w:rsidR="007A5E59" w14:paraId="40CE8297" w14:textId="77777777">
        <w:trPr>
          <w:jc w:val="center"/>
        </w:trPr>
        <w:tc>
          <w:tcPr>
            <w:tcW w:w="0" w:type="auto"/>
          </w:tcPr>
          <w:p w14:paraId="3764BA61" w14:textId="77777777" w:rsidR="007A5E59" w:rsidRDefault="0095198F">
            <w:pPr>
              <w:jc w:val="center"/>
            </w:pPr>
            <w:r>
              <w:t>135</w:t>
            </w:r>
          </w:p>
        </w:tc>
        <w:tc>
          <w:tcPr>
            <w:tcW w:w="0" w:type="auto"/>
          </w:tcPr>
          <w:p w14:paraId="2E4EF83A" w14:textId="77777777" w:rsidR="007A5E59" w:rsidRDefault="0095198F">
            <w:r>
              <w:t>2-1/7 ÷ ул. Спортивная, 6</w:t>
            </w:r>
          </w:p>
        </w:tc>
        <w:tc>
          <w:tcPr>
            <w:tcW w:w="0" w:type="auto"/>
          </w:tcPr>
          <w:p w14:paraId="26958C82" w14:textId="77777777" w:rsidR="007A5E59" w:rsidRDefault="0095198F">
            <w:pPr>
              <w:jc w:val="center"/>
            </w:pPr>
            <w:r>
              <w:t>25</w:t>
            </w:r>
          </w:p>
        </w:tc>
        <w:tc>
          <w:tcPr>
            <w:tcW w:w="0" w:type="auto"/>
          </w:tcPr>
          <w:p w14:paraId="523C1CFC" w14:textId="77777777" w:rsidR="007A5E59" w:rsidRDefault="0095198F">
            <w:pPr>
              <w:jc w:val="center"/>
            </w:pPr>
            <w:r>
              <w:t>2011</w:t>
            </w:r>
          </w:p>
        </w:tc>
        <w:tc>
          <w:tcPr>
            <w:tcW w:w="0" w:type="auto"/>
          </w:tcPr>
          <w:p w14:paraId="6730CD81" w14:textId="77777777" w:rsidR="007A5E59" w:rsidRDefault="0095198F">
            <w:pPr>
              <w:jc w:val="center"/>
            </w:pPr>
            <w:r>
              <w:t>5</w:t>
            </w:r>
          </w:p>
        </w:tc>
        <w:tc>
          <w:tcPr>
            <w:tcW w:w="0" w:type="auto"/>
          </w:tcPr>
          <w:p w14:paraId="5648C586" w14:textId="77777777" w:rsidR="007A5E59" w:rsidRDefault="0095198F">
            <w:r>
              <w:t>надз</w:t>
            </w:r>
          </w:p>
        </w:tc>
      </w:tr>
      <w:tr w:rsidR="007A5E59" w14:paraId="793D6029" w14:textId="77777777">
        <w:trPr>
          <w:jc w:val="center"/>
        </w:trPr>
        <w:tc>
          <w:tcPr>
            <w:tcW w:w="0" w:type="auto"/>
          </w:tcPr>
          <w:p w14:paraId="4D74BDAF" w14:textId="77777777" w:rsidR="007A5E59" w:rsidRDefault="0095198F">
            <w:pPr>
              <w:jc w:val="center"/>
            </w:pPr>
            <w:r>
              <w:t>136</w:t>
            </w:r>
          </w:p>
        </w:tc>
        <w:tc>
          <w:tcPr>
            <w:tcW w:w="0" w:type="auto"/>
          </w:tcPr>
          <w:p w14:paraId="129DD2D2" w14:textId="77777777" w:rsidR="007A5E59" w:rsidRDefault="0095198F">
            <w:r>
              <w:t>2-1/7 ÷ 2-1/9</w:t>
            </w:r>
          </w:p>
        </w:tc>
        <w:tc>
          <w:tcPr>
            <w:tcW w:w="0" w:type="auto"/>
          </w:tcPr>
          <w:p w14:paraId="4BAD7983" w14:textId="77777777" w:rsidR="007A5E59" w:rsidRDefault="0095198F">
            <w:pPr>
              <w:jc w:val="center"/>
            </w:pPr>
            <w:r>
              <w:t>50</w:t>
            </w:r>
          </w:p>
        </w:tc>
        <w:tc>
          <w:tcPr>
            <w:tcW w:w="0" w:type="auto"/>
          </w:tcPr>
          <w:p w14:paraId="591B6B68" w14:textId="77777777" w:rsidR="007A5E59" w:rsidRDefault="0095198F">
            <w:pPr>
              <w:jc w:val="center"/>
            </w:pPr>
            <w:r>
              <w:t>2011</w:t>
            </w:r>
          </w:p>
        </w:tc>
        <w:tc>
          <w:tcPr>
            <w:tcW w:w="0" w:type="auto"/>
          </w:tcPr>
          <w:p w14:paraId="0BF4664D" w14:textId="77777777" w:rsidR="007A5E59" w:rsidRDefault="0095198F">
            <w:pPr>
              <w:jc w:val="center"/>
            </w:pPr>
            <w:r>
              <w:t>18</w:t>
            </w:r>
          </w:p>
        </w:tc>
        <w:tc>
          <w:tcPr>
            <w:tcW w:w="0" w:type="auto"/>
          </w:tcPr>
          <w:p w14:paraId="3A055291" w14:textId="77777777" w:rsidR="007A5E59" w:rsidRDefault="0095198F">
            <w:r>
              <w:t>надз</w:t>
            </w:r>
          </w:p>
        </w:tc>
      </w:tr>
      <w:tr w:rsidR="007A5E59" w14:paraId="157C868C" w14:textId="77777777">
        <w:trPr>
          <w:jc w:val="center"/>
        </w:trPr>
        <w:tc>
          <w:tcPr>
            <w:tcW w:w="0" w:type="auto"/>
          </w:tcPr>
          <w:p w14:paraId="429EFCC8" w14:textId="77777777" w:rsidR="007A5E59" w:rsidRDefault="0095198F">
            <w:pPr>
              <w:jc w:val="center"/>
            </w:pPr>
            <w:r>
              <w:t>137</w:t>
            </w:r>
          </w:p>
        </w:tc>
        <w:tc>
          <w:tcPr>
            <w:tcW w:w="0" w:type="auto"/>
          </w:tcPr>
          <w:p w14:paraId="6854501B" w14:textId="77777777" w:rsidR="007A5E59" w:rsidRDefault="0095198F">
            <w:r>
              <w:t>2-1/9 ÷ ул. Крылова, 14</w:t>
            </w:r>
          </w:p>
        </w:tc>
        <w:tc>
          <w:tcPr>
            <w:tcW w:w="0" w:type="auto"/>
          </w:tcPr>
          <w:p w14:paraId="059218A5" w14:textId="77777777" w:rsidR="007A5E59" w:rsidRDefault="0095198F">
            <w:pPr>
              <w:jc w:val="center"/>
            </w:pPr>
            <w:r>
              <w:t>40</w:t>
            </w:r>
          </w:p>
        </w:tc>
        <w:tc>
          <w:tcPr>
            <w:tcW w:w="0" w:type="auto"/>
          </w:tcPr>
          <w:p w14:paraId="50C81695" w14:textId="77777777" w:rsidR="007A5E59" w:rsidRDefault="0095198F">
            <w:pPr>
              <w:jc w:val="center"/>
            </w:pPr>
            <w:r>
              <w:t>2011</w:t>
            </w:r>
          </w:p>
        </w:tc>
        <w:tc>
          <w:tcPr>
            <w:tcW w:w="0" w:type="auto"/>
          </w:tcPr>
          <w:p w14:paraId="27172527" w14:textId="77777777" w:rsidR="007A5E59" w:rsidRDefault="0095198F">
            <w:pPr>
              <w:jc w:val="center"/>
            </w:pPr>
            <w:r>
              <w:t>5</w:t>
            </w:r>
          </w:p>
        </w:tc>
        <w:tc>
          <w:tcPr>
            <w:tcW w:w="0" w:type="auto"/>
          </w:tcPr>
          <w:p w14:paraId="3DF90689" w14:textId="77777777" w:rsidR="007A5E59" w:rsidRDefault="0095198F">
            <w:r>
              <w:t>надз</w:t>
            </w:r>
          </w:p>
        </w:tc>
      </w:tr>
      <w:tr w:rsidR="007A5E59" w14:paraId="5D105D81" w14:textId="77777777">
        <w:trPr>
          <w:jc w:val="center"/>
        </w:trPr>
        <w:tc>
          <w:tcPr>
            <w:tcW w:w="0" w:type="auto"/>
          </w:tcPr>
          <w:p w14:paraId="654254FD" w14:textId="77777777" w:rsidR="007A5E59" w:rsidRDefault="0095198F">
            <w:pPr>
              <w:jc w:val="center"/>
            </w:pPr>
            <w:r>
              <w:t>138</w:t>
            </w:r>
          </w:p>
        </w:tc>
        <w:tc>
          <w:tcPr>
            <w:tcW w:w="0" w:type="auto"/>
          </w:tcPr>
          <w:p w14:paraId="3CC36D97" w14:textId="77777777" w:rsidR="007A5E59" w:rsidRDefault="0095198F">
            <w:r>
              <w:t>2-1/11 ÷ 2-1/13</w:t>
            </w:r>
          </w:p>
        </w:tc>
        <w:tc>
          <w:tcPr>
            <w:tcW w:w="0" w:type="auto"/>
          </w:tcPr>
          <w:p w14:paraId="3050011D" w14:textId="77777777" w:rsidR="007A5E59" w:rsidRDefault="0095198F">
            <w:pPr>
              <w:jc w:val="center"/>
            </w:pPr>
            <w:r>
              <w:t>80</w:t>
            </w:r>
          </w:p>
        </w:tc>
        <w:tc>
          <w:tcPr>
            <w:tcW w:w="0" w:type="auto"/>
          </w:tcPr>
          <w:p w14:paraId="0847856A" w14:textId="77777777" w:rsidR="007A5E59" w:rsidRDefault="0095198F">
            <w:pPr>
              <w:jc w:val="center"/>
            </w:pPr>
            <w:r>
              <w:t>1983</w:t>
            </w:r>
          </w:p>
        </w:tc>
        <w:tc>
          <w:tcPr>
            <w:tcW w:w="0" w:type="auto"/>
          </w:tcPr>
          <w:p w14:paraId="3AD5D8BF" w14:textId="77777777" w:rsidR="007A5E59" w:rsidRDefault="0095198F">
            <w:pPr>
              <w:jc w:val="center"/>
            </w:pPr>
            <w:r>
              <w:t>40</w:t>
            </w:r>
          </w:p>
        </w:tc>
        <w:tc>
          <w:tcPr>
            <w:tcW w:w="0" w:type="auto"/>
          </w:tcPr>
          <w:p w14:paraId="38E8FBCB" w14:textId="77777777" w:rsidR="007A5E59" w:rsidRDefault="0095198F">
            <w:r>
              <w:t>надз</w:t>
            </w:r>
          </w:p>
        </w:tc>
      </w:tr>
      <w:tr w:rsidR="007A5E59" w14:paraId="1267FB66" w14:textId="77777777">
        <w:trPr>
          <w:jc w:val="center"/>
        </w:trPr>
        <w:tc>
          <w:tcPr>
            <w:tcW w:w="0" w:type="auto"/>
          </w:tcPr>
          <w:p w14:paraId="57E017FF" w14:textId="77777777" w:rsidR="007A5E59" w:rsidRDefault="0095198F">
            <w:pPr>
              <w:jc w:val="center"/>
            </w:pPr>
            <w:r>
              <w:t>139</w:t>
            </w:r>
          </w:p>
        </w:tc>
        <w:tc>
          <w:tcPr>
            <w:tcW w:w="0" w:type="auto"/>
          </w:tcPr>
          <w:p w14:paraId="4B056E53" w14:textId="77777777" w:rsidR="007A5E59" w:rsidRDefault="0095198F">
            <w:r>
              <w:t>2-1/13 ÷ ул. Спортивная, 7</w:t>
            </w:r>
          </w:p>
        </w:tc>
        <w:tc>
          <w:tcPr>
            <w:tcW w:w="0" w:type="auto"/>
          </w:tcPr>
          <w:p w14:paraId="2A663414" w14:textId="77777777" w:rsidR="007A5E59" w:rsidRDefault="0095198F">
            <w:pPr>
              <w:jc w:val="center"/>
            </w:pPr>
            <w:r>
              <w:t>25</w:t>
            </w:r>
          </w:p>
        </w:tc>
        <w:tc>
          <w:tcPr>
            <w:tcW w:w="0" w:type="auto"/>
          </w:tcPr>
          <w:p w14:paraId="2DE8B982" w14:textId="77777777" w:rsidR="007A5E59" w:rsidRDefault="0095198F">
            <w:pPr>
              <w:jc w:val="center"/>
            </w:pPr>
            <w:r>
              <w:t>1983</w:t>
            </w:r>
          </w:p>
        </w:tc>
        <w:tc>
          <w:tcPr>
            <w:tcW w:w="0" w:type="auto"/>
          </w:tcPr>
          <w:p w14:paraId="54218CB0" w14:textId="77777777" w:rsidR="007A5E59" w:rsidRDefault="0095198F">
            <w:pPr>
              <w:jc w:val="center"/>
            </w:pPr>
            <w:r>
              <w:t>2</w:t>
            </w:r>
          </w:p>
        </w:tc>
        <w:tc>
          <w:tcPr>
            <w:tcW w:w="0" w:type="auto"/>
          </w:tcPr>
          <w:p w14:paraId="261F1B53" w14:textId="77777777" w:rsidR="007A5E59" w:rsidRDefault="0095198F">
            <w:r>
              <w:t>надз</w:t>
            </w:r>
          </w:p>
        </w:tc>
      </w:tr>
      <w:tr w:rsidR="007A5E59" w14:paraId="5800CB9D" w14:textId="77777777">
        <w:trPr>
          <w:jc w:val="center"/>
        </w:trPr>
        <w:tc>
          <w:tcPr>
            <w:tcW w:w="0" w:type="auto"/>
          </w:tcPr>
          <w:p w14:paraId="3A242D08" w14:textId="77777777" w:rsidR="007A5E59" w:rsidRDefault="0095198F">
            <w:pPr>
              <w:jc w:val="center"/>
            </w:pPr>
            <w:r>
              <w:t>140</w:t>
            </w:r>
          </w:p>
        </w:tc>
        <w:tc>
          <w:tcPr>
            <w:tcW w:w="0" w:type="auto"/>
          </w:tcPr>
          <w:p w14:paraId="18E04F7F" w14:textId="77777777" w:rsidR="007A5E59" w:rsidRDefault="0095198F">
            <w:r>
              <w:t>2-1/11 ÷ 2-1/15</w:t>
            </w:r>
          </w:p>
        </w:tc>
        <w:tc>
          <w:tcPr>
            <w:tcW w:w="0" w:type="auto"/>
          </w:tcPr>
          <w:p w14:paraId="70566877" w14:textId="77777777" w:rsidR="007A5E59" w:rsidRDefault="0095198F">
            <w:pPr>
              <w:jc w:val="center"/>
            </w:pPr>
            <w:r>
              <w:t>100</w:t>
            </w:r>
          </w:p>
        </w:tc>
        <w:tc>
          <w:tcPr>
            <w:tcW w:w="0" w:type="auto"/>
          </w:tcPr>
          <w:p w14:paraId="3DF29950" w14:textId="77777777" w:rsidR="007A5E59" w:rsidRDefault="0095198F">
            <w:pPr>
              <w:jc w:val="center"/>
            </w:pPr>
            <w:r>
              <w:t>1983</w:t>
            </w:r>
          </w:p>
        </w:tc>
        <w:tc>
          <w:tcPr>
            <w:tcW w:w="0" w:type="auto"/>
          </w:tcPr>
          <w:p w14:paraId="1EF0641C" w14:textId="77777777" w:rsidR="007A5E59" w:rsidRDefault="0095198F">
            <w:pPr>
              <w:jc w:val="center"/>
            </w:pPr>
            <w:r>
              <w:t>3</w:t>
            </w:r>
          </w:p>
        </w:tc>
        <w:tc>
          <w:tcPr>
            <w:tcW w:w="0" w:type="auto"/>
          </w:tcPr>
          <w:p w14:paraId="073D5C0B" w14:textId="77777777" w:rsidR="007A5E59" w:rsidRDefault="0095198F">
            <w:r>
              <w:t>надз</w:t>
            </w:r>
          </w:p>
        </w:tc>
      </w:tr>
      <w:tr w:rsidR="007A5E59" w14:paraId="77761B06" w14:textId="77777777">
        <w:trPr>
          <w:jc w:val="center"/>
        </w:trPr>
        <w:tc>
          <w:tcPr>
            <w:tcW w:w="0" w:type="auto"/>
          </w:tcPr>
          <w:p w14:paraId="31903A06" w14:textId="77777777" w:rsidR="007A5E59" w:rsidRDefault="0095198F">
            <w:pPr>
              <w:jc w:val="center"/>
            </w:pPr>
            <w:r>
              <w:t>141</w:t>
            </w:r>
          </w:p>
        </w:tc>
        <w:tc>
          <w:tcPr>
            <w:tcW w:w="0" w:type="auto"/>
          </w:tcPr>
          <w:p w14:paraId="050ED8EB" w14:textId="77777777" w:rsidR="007A5E59" w:rsidRDefault="0095198F">
            <w:r>
              <w:t>2-1/15 ÷ ул.Спортивная,9</w:t>
            </w:r>
          </w:p>
        </w:tc>
        <w:tc>
          <w:tcPr>
            <w:tcW w:w="0" w:type="auto"/>
          </w:tcPr>
          <w:p w14:paraId="25A44F98" w14:textId="77777777" w:rsidR="007A5E59" w:rsidRDefault="0095198F">
            <w:pPr>
              <w:jc w:val="center"/>
            </w:pPr>
            <w:r>
              <w:t>25</w:t>
            </w:r>
          </w:p>
        </w:tc>
        <w:tc>
          <w:tcPr>
            <w:tcW w:w="0" w:type="auto"/>
          </w:tcPr>
          <w:p w14:paraId="2B8E31BE" w14:textId="77777777" w:rsidR="007A5E59" w:rsidRDefault="0095198F">
            <w:pPr>
              <w:jc w:val="center"/>
            </w:pPr>
            <w:r>
              <w:t>1983</w:t>
            </w:r>
          </w:p>
        </w:tc>
        <w:tc>
          <w:tcPr>
            <w:tcW w:w="0" w:type="auto"/>
          </w:tcPr>
          <w:p w14:paraId="0917105B" w14:textId="77777777" w:rsidR="007A5E59" w:rsidRDefault="0095198F">
            <w:pPr>
              <w:jc w:val="center"/>
            </w:pPr>
            <w:r>
              <w:t>3</w:t>
            </w:r>
          </w:p>
        </w:tc>
        <w:tc>
          <w:tcPr>
            <w:tcW w:w="0" w:type="auto"/>
          </w:tcPr>
          <w:p w14:paraId="54DB2DBA" w14:textId="77777777" w:rsidR="007A5E59" w:rsidRDefault="0095198F">
            <w:r>
              <w:t>надз</w:t>
            </w:r>
          </w:p>
        </w:tc>
      </w:tr>
      <w:tr w:rsidR="007A5E59" w14:paraId="0A8851D9" w14:textId="77777777">
        <w:trPr>
          <w:jc w:val="center"/>
        </w:trPr>
        <w:tc>
          <w:tcPr>
            <w:tcW w:w="0" w:type="auto"/>
          </w:tcPr>
          <w:p w14:paraId="08F7A8F3" w14:textId="77777777" w:rsidR="007A5E59" w:rsidRDefault="0095198F">
            <w:pPr>
              <w:jc w:val="center"/>
            </w:pPr>
            <w:r>
              <w:t>142</w:t>
            </w:r>
          </w:p>
        </w:tc>
        <w:tc>
          <w:tcPr>
            <w:tcW w:w="0" w:type="auto"/>
          </w:tcPr>
          <w:p w14:paraId="201917D2" w14:textId="77777777" w:rsidR="007A5E59" w:rsidRDefault="0095198F">
            <w:r>
              <w:t>2-1/15 ÷ 2-1/17</w:t>
            </w:r>
          </w:p>
        </w:tc>
        <w:tc>
          <w:tcPr>
            <w:tcW w:w="0" w:type="auto"/>
          </w:tcPr>
          <w:p w14:paraId="7DB386D6" w14:textId="77777777" w:rsidR="007A5E59" w:rsidRDefault="0095198F">
            <w:pPr>
              <w:jc w:val="center"/>
            </w:pPr>
            <w:r>
              <w:t>80</w:t>
            </w:r>
          </w:p>
        </w:tc>
        <w:tc>
          <w:tcPr>
            <w:tcW w:w="0" w:type="auto"/>
          </w:tcPr>
          <w:p w14:paraId="6B48BEBE" w14:textId="77777777" w:rsidR="007A5E59" w:rsidRDefault="0095198F">
            <w:pPr>
              <w:jc w:val="center"/>
            </w:pPr>
            <w:r>
              <w:t>1983</w:t>
            </w:r>
          </w:p>
        </w:tc>
        <w:tc>
          <w:tcPr>
            <w:tcW w:w="0" w:type="auto"/>
          </w:tcPr>
          <w:p w14:paraId="60CA7ABA" w14:textId="77777777" w:rsidR="007A5E59" w:rsidRDefault="0095198F">
            <w:pPr>
              <w:jc w:val="center"/>
            </w:pPr>
            <w:r>
              <w:t>54</w:t>
            </w:r>
          </w:p>
        </w:tc>
        <w:tc>
          <w:tcPr>
            <w:tcW w:w="0" w:type="auto"/>
          </w:tcPr>
          <w:p w14:paraId="52D32D93" w14:textId="77777777" w:rsidR="007A5E59" w:rsidRDefault="0095198F">
            <w:r>
              <w:t>надз</w:t>
            </w:r>
          </w:p>
        </w:tc>
      </w:tr>
      <w:tr w:rsidR="007A5E59" w14:paraId="06ECB10E" w14:textId="77777777">
        <w:trPr>
          <w:jc w:val="center"/>
        </w:trPr>
        <w:tc>
          <w:tcPr>
            <w:tcW w:w="0" w:type="auto"/>
          </w:tcPr>
          <w:p w14:paraId="2AB8A576" w14:textId="77777777" w:rsidR="007A5E59" w:rsidRDefault="0095198F">
            <w:pPr>
              <w:jc w:val="center"/>
            </w:pPr>
            <w:r>
              <w:t>143</w:t>
            </w:r>
          </w:p>
        </w:tc>
        <w:tc>
          <w:tcPr>
            <w:tcW w:w="0" w:type="auto"/>
          </w:tcPr>
          <w:p w14:paraId="08B0591E" w14:textId="77777777" w:rsidR="007A5E59" w:rsidRDefault="0095198F">
            <w:r>
              <w:t>2-1/17 ÷ ул. Спортивная, 11</w:t>
            </w:r>
          </w:p>
        </w:tc>
        <w:tc>
          <w:tcPr>
            <w:tcW w:w="0" w:type="auto"/>
          </w:tcPr>
          <w:p w14:paraId="70577EAE" w14:textId="77777777" w:rsidR="007A5E59" w:rsidRDefault="0095198F">
            <w:pPr>
              <w:jc w:val="center"/>
            </w:pPr>
            <w:r>
              <w:t>25</w:t>
            </w:r>
          </w:p>
        </w:tc>
        <w:tc>
          <w:tcPr>
            <w:tcW w:w="0" w:type="auto"/>
          </w:tcPr>
          <w:p w14:paraId="67A3CE8C" w14:textId="77777777" w:rsidR="007A5E59" w:rsidRDefault="0095198F">
            <w:pPr>
              <w:jc w:val="center"/>
            </w:pPr>
            <w:r>
              <w:t>1983</w:t>
            </w:r>
          </w:p>
        </w:tc>
        <w:tc>
          <w:tcPr>
            <w:tcW w:w="0" w:type="auto"/>
          </w:tcPr>
          <w:p w14:paraId="1237BC16" w14:textId="77777777" w:rsidR="007A5E59" w:rsidRDefault="0095198F">
            <w:pPr>
              <w:jc w:val="center"/>
            </w:pPr>
            <w:r>
              <w:t>2</w:t>
            </w:r>
          </w:p>
        </w:tc>
        <w:tc>
          <w:tcPr>
            <w:tcW w:w="0" w:type="auto"/>
          </w:tcPr>
          <w:p w14:paraId="7F3748B1" w14:textId="77777777" w:rsidR="007A5E59" w:rsidRDefault="0095198F">
            <w:r>
              <w:t>надз</w:t>
            </w:r>
          </w:p>
        </w:tc>
      </w:tr>
      <w:tr w:rsidR="007A5E59" w14:paraId="51DE0487" w14:textId="77777777">
        <w:trPr>
          <w:jc w:val="center"/>
        </w:trPr>
        <w:tc>
          <w:tcPr>
            <w:tcW w:w="0" w:type="auto"/>
          </w:tcPr>
          <w:p w14:paraId="41511837" w14:textId="77777777" w:rsidR="007A5E59" w:rsidRDefault="0095198F">
            <w:pPr>
              <w:jc w:val="center"/>
            </w:pPr>
            <w:r>
              <w:t>144</w:t>
            </w:r>
          </w:p>
        </w:tc>
        <w:tc>
          <w:tcPr>
            <w:tcW w:w="0" w:type="auto"/>
          </w:tcPr>
          <w:p w14:paraId="5F1ABD50" w14:textId="77777777" w:rsidR="007A5E59" w:rsidRDefault="0095198F">
            <w:r>
              <w:t>2-1/19 ÷ 2-1/21</w:t>
            </w:r>
          </w:p>
        </w:tc>
        <w:tc>
          <w:tcPr>
            <w:tcW w:w="0" w:type="auto"/>
          </w:tcPr>
          <w:p w14:paraId="1FDD7CE8" w14:textId="77777777" w:rsidR="007A5E59" w:rsidRDefault="0095198F">
            <w:pPr>
              <w:jc w:val="center"/>
            </w:pPr>
            <w:r>
              <w:t>40</w:t>
            </w:r>
          </w:p>
        </w:tc>
        <w:tc>
          <w:tcPr>
            <w:tcW w:w="0" w:type="auto"/>
          </w:tcPr>
          <w:p w14:paraId="0F0D97C4" w14:textId="77777777" w:rsidR="007A5E59" w:rsidRDefault="0095198F">
            <w:pPr>
              <w:jc w:val="center"/>
            </w:pPr>
            <w:r>
              <w:t>1983</w:t>
            </w:r>
          </w:p>
        </w:tc>
        <w:tc>
          <w:tcPr>
            <w:tcW w:w="0" w:type="auto"/>
          </w:tcPr>
          <w:p w14:paraId="1783F89F" w14:textId="77777777" w:rsidR="007A5E59" w:rsidRDefault="0095198F">
            <w:pPr>
              <w:jc w:val="center"/>
            </w:pPr>
            <w:r>
              <w:t>50</w:t>
            </w:r>
          </w:p>
        </w:tc>
        <w:tc>
          <w:tcPr>
            <w:tcW w:w="0" w:type="auto"/>
          </w:tcPr>
          <w:p w14:paraId="3CE5AB00" w14:textId="77777777" w:rsidR="007A5E59" w:rsidRDefault="0095198F">
            <w:r>
              <w:t>надз</w:t>
            </w:r>
          </w:p>
        </w:tc>
      </w:tr>
      <w:tr w:rsidR="007A5E59" w14:paraId="29030FCB" w14:textId="77777777">
        <w:trPr>
          <w:jc w:val="center"/>
        </w:trPr>
        <w:tc>
          <w:tcPr>
            <w:tcW w:w="0" w:type="auto"/>
          </w:tcPr>
          <w:p w14:paraId="4D608D9A" w14:textId="77777777" w:rsidR="007A5E59" w:rsidRDefault="0095198F">
            <w:pPr>
              <w:jc w:val="center"/>
            </w:pPr>
            <w:r>
              <w:t>145</w:t>
            </w:r>
          </w:p>
        </w:tc>
        <w:tc>
          <w:tcPr>
            <w:tcW w:w="0" w:type="auto"/>
          </w:tcPr>
          <w:p w14:paraId="0C252FA1" w14:textId="77777777" w:rsidR="007A5E59" w:rsidRDefault="0095198F">
            <w:r>
              <w:t>2-1/21 ÷ ул. Крылова, 13</w:t>
            </w:r>
          </w:p>
        </w:tc>
        <w:tc>
          <w:tcPr>
            <w:tcW w:w="0" w:type="auto"/>
          </w:tcPr>
          <w:p w14:paraId="09A0EF6F" w14:textId="77777777" w:rsidR="007A5E59" w:rsidRDefault="0095198F">
            <w:pPr>
              <w:jc w:val="center"/>
            </w:pPr>
            <w:r>
              <w:t>25</w:t>
            </w:r>
          </w:p>
        </w:tc>
        <w:tc>
          <w:tcPr>
            <w:tcW w:w="0" w:type="auto"/>
          </w:tcPr>
          <w:p w14:paraId="7E0E34C9" w14:textId="77777777" w:rsidR="007A5E59" w:rsidRDefault="0095198F">
            <w:pPr>
              <w:jc w:val="center"/>
            </w:pPr>
            <w:r>
              <w:t>1983</w:t>
            </w:r>
          </w:p>
        </w:tc>
        <w:tc>
          <w:tcPr>
            <w:tcW w:w="0" w:type="auto"/>
          </w:tcPr>
          <w:p w14:paraId="020BFD75" w14:textId="77777777" w:rsidR="007A5E59" w:rsidRDefault="0095198F">
            <w:pPr>
              <w:jc w:val="center"/>
            </w:pPr>
            <w:r>
              <w:t>1</w:t>
            </w:r>
          </w:p>
        </w:tc>
        <w:tc>
          <w:tcPr>
            <w:tcW w:w="0" w:type="auto"/>
          </w:tcPr>
          <w:p w14:paraId="21071D7D" w14:textId="77777777" w:rsidR="007A5E59" w:rsidRDefault="0095198F">
            <w:r>
              <w:t>надз</w:t>
            </w:r>
          </w:p>
        </w:tc>
      </w:tr>
      <w:tr w:rsidR="007A5E59" w14:paraId="17395149" w14:textId="77777777">
        <w:trPr>
          <w:jc w:val="center"/>
        </w:trPr>
        <w:tc>
          <w:tcPr>
            <w:tcW w:w="0" w:type="auto"/>
          </w:tcPr>
          <w:p w14:paraId="75819EE2" w14:textId="77777777" w:rsidR="007A5E59" w:rsidRDefault="0095198F">
            <w:pPr>
              <w:jc w:val="center"/>
            </w:pPr>
            <w:r>
              <w:t>146</w:t>
            </w:r>
          </w:p>
        </w:tc>
        <w:tc>
          <w:tcPr>
            <w:tcW w:w="0" w:type="auto"/>
          </w:tcPr>
          <w:p w14:paraId="08B93087" w14:textId="77777777" w:rsidR="007A5E59" w:rsidRDefault="0095198F">
            <w:r>
              <w:t>2-1/21 ÷ 2-1/23</w:t>
            </w:r>
          </w:p>
        </w:tc>
        <w:tc>
          <w:tcPr>
            <w:tcW w:w="0" w:type="auto"/>
          </w:tcPr>
          <w:p w14:paraId="4387583A" w14:textId="77777777" w:rsidR="007A5E59" w:rsidRDefault="0095198F">
            <w:pPr>
              <w:jc w:val="center"/>
            </w:pPr>
            <w:r>
              <w:t>40</w:t>
            </w:r>
          </w:p>
        </w:tc>
        <w:tc>
          <w:tcPr>
            <w:tcW w:w="0" w:type="auto"/>
          </w:tcPr>
          <w:p w14:paraId="3A5070DA" w14:textId="77777777" w:rsidR="007A5E59" w:rsidRDefault="0095198F">
            <w:pPr>
              <w:jc w:val="center"/>
            </w:pPr>
            <w:r>
              <w:t>1983</w:t>
            </w:r>
          </w:p>
        </w:tc>
        <w:tc>
          <w:tcPr>
            <w:tcW w:w="0" w:type="auto"/>
          </w:tcPr>
          <w:p w14:paraId="3B06357C" w14:textId="77777777" w:rsidR="007A5E59" w:rsidRDefault="0095198F">
            <w:pPr>
              <w:jc w:val="center"/>
            </w:pPr>
            <w:r>
              <w:t>8</w:t>
            </w:r>
          </w:p>
        </w:tc>
        <w:tc>
          <w:tcPr>
            <w:tcW w:w="0" w:type="auto"/>
          </w:tcPr>
          <w:p w14:paraId="783EAB2A" w14:textId="77777777" w:rsidR="007A5E59" w:rsidRDefault="0095198F">
            <w:r>
              <w:t>надз</w:t>
            </w:r>
          </w:p>
        </w:tc>
      </w:tr>
      <w:tr w:rsidR="007A5E59" w14:paraId="144E6D48" w14:textId="77777777">
        <w:trPr>
          <w:jc w:val="center"/>
        </w:trPr>
        <w:tc>
          <w:tcPr>
            <w:tcW w:w="0" w:type="auto"/>
          </w:tcPr>
          <w:p w14:paraId="0CF02E12" w14:textId="77777777" w:rsidR="007A5E59" w:rsidRDefault="0095198F">
            <w:pPr>
              <w:jc w:val="center"/>
            </w:pPr>
            <w:r>
              <w:t>147</w:t>
            </w:r>
          </w:p>
        </w:tc>
        <w:tc>
          <w:tcPr>
            <w:tcW w:w="0" w:type="auto"/>
          </w:tcPr>
          <w:p w14:paraId="75242621" w14:textId="77777777" w:rsidR="007A5E59" w:rsidRDefault="0095198F">
            <w:r>
              <w:t>2-1/23 ÷ ул. Крылова, 13</w:t>
            </w:r>
          </w:p>
        </w:tc>
        <w:tc>
          <w:tcPr>
            <w:tcW w:w="0" w:type="auto"/>
          </w:tcPr>
          <w:p w14:paraId="06D7A5AB" w14:textId="77777777" w:rsidR="007A5E59" w:rsidRDefault="0095198F">
            <w:pPr>
              <w:jc w:val="center"/>
            </w:pPr>
            <w:r>
              <w:t>25</w:t>
            </w:r>
          </w:p>
        </w:tc>
        <w:tc>
          <w:tcPr>
            <w:tcW w:w="0" w:type="auto"/>
          </w:tcPr>
          <w:p w14:paraId="19FB5755" w14:textId="77777777" w:rsidR="007A5E59" w:rsidRDefault="0095198F">
            <w:pPr>
              <w:jc w:val="center"/>
            </w:pPr>
            <w:r>
              <w:t>1983</w:t>
            </w:r>
          </w:p>
        </w:tc>
        <w:tc>
          <w:tcPr>
            <w:tcW w:w="0" w:type="auto"/>
          </w:tcPr>
          <w:p w14:paraId="5A5212EC" w14:textId="77777777" w:rsidR="007A5E59" w:rsidRDefault="0095198F">
            <w:pPr>
              <w:jc w:val="center"/>
            </w:pPr>
            <w:r>
              <w:t>1</w:t>
            </w:r>
          </w:p>
        </w:tc>
        <w:tc>
          <w:tcPr>
            <w:tcW w:w="0" w:type="auto"/>
          </w:tcPr>
          <w:p w14:paraId="19ACC6AC" w14:textId="77777777" w:rsidR="007A5E59" w:rsidRDefault="0095198F">
            <w:r>
              <w:t>надз</w:t>
            </w:r>
          </w:p>
        </w:tc>
      </w:tr>
      <w:tr w:rsidR="007A5E59" w14:paraId="68CC9420" w14:textId="77777777">
        <w:trPr>
          <w:jc w:val="center"/>
        </w:trPr>
        <w:tc>
          <w:tcPr>
            <w:tcW w:w="0" w:type="auto"/>
          </w:tcPr>
          <w:p w14:paraId="1FC330DC" w14:textId="77777777" w:rsidR="007A5E59" w:rsidRDefault="0095198F">
            <w:pPr>
              <w:jc w:val="center"/>
            </w:pPr>
            <w:r>
              <w:t>148</w:t>
            </w:r>
          </w:p>
        </w:tc>
        <w:tc>
          <w:tcPr>
            <w:tcW w:w="0" w:type="auto"/>
          </w:tcPr>
          <w:p w14:paraId="1E362943" w14:textId="77777777" w:rsidR="007A5E59" w:rsidRDefault="0095198F">
            <w:r>
              <w:t>2-1/19 ÷ 2-1/25</w:t>
            </w:r>
          </w:p>
        </w:tc>
        <w:tc>
          <w:tcPr>
            <w:tcW w:w="0" w:type="auto"/>
          </w:tcPr>
          <w:p w14:paraId="1ED9B1CE" w14:textId="77777777" w:rsidR="007A5E59" w:rsidRDefault="0095198F">
            <w:pPr>
              <w:jc w:val="center"/>
            </w:pPr>
            <w:r>
              <w:t>25</w:t>
            </w:r>
          </w:p>
        </w:tc>
        <w:tc>
          <w:tcPr>
            <w:tcW w:w="0" w:type="auto"/>
          </w:tcPr>
          <w:p w14:paraId="2086E3BC" w14:textId="77777777" w:rsidR="007A5E59" w:rsidRDefault="0095198F">
            <w:pPr>
              <w:jc w:val="center"/>
            </w:pPr>
            <w:r>
              <w:t>2012</w:t>
            </w:r>
          </w:p>
        </w:tc>
        <w:tc>
          <w:tcPr>
            <w:tcW w:w="0" w:type="auto"/>
          </w:tcPr>
          <w:p w14:paraId="71DB6A1A" w14:textId="77777777" w:rsidR="007A5E59" w:rsidRDefault="0095198F">
            <w:pPr>
              <w:jc w:val="center"/>
            </w:pPr>
            <w:r>
              <w:t>4</w:t>
            </w:r>
          </w:p>
        </w:tc>
        <w:tc>
          <w:tcPr>
            <w:tcW w:w="0" w:type="auto"/>
          </w:tcPr>
          <w:p w14:paraId="09825A3D" w14:textId="77777777" w:rsidR="007A5E59" w:rsidRDefault="0095198F">
            <w:r>
              <w:t>надз</w:t>
            </w:r>
          </w:p>
        </w:tc>
      </w:tr>
      <w:tr w:rsidR="007A5E59" w14:paraId="0A435604" w14:textId="77777777">
        <w:trPr>
          <w:jc w:val="center"/>
        </w:trPr>
        <w:tc>
          <w:tcPr>
            <w:tcW w:w="0" w:type="auto"/>
          </w:tcPr>
          <w:p w14:paraId="0B5B71C9" w14:textId="77777777" w:rsidR="007A5E59" w:rsidRDefault="0095198F">
            <w:pPr>
              <w:jc w:val="center"/>
            </w:pPr>
            <w:r>
              <w:t>149</w:t>
            </w:r>
          </w:p>
        </w:tc>
        <w:tc>
          <w:tcPr>
            <w:tcW w:w="0" w:type="auto"/>
          </w:tcPr>
          <w:p w14:paraId="4E28DD8C" w14:textId="77777777" w:rsidR="007A5E59" w:rsidRDefault="0095198F">
            <w:r>
              <w:t>2-1/25 ÷ ул. Крылова, 15</w:t>
            </w:r>
          </w:p>
        </w:tc>
        <w:tc>
          <w:tcPr>
            <w:tcW w:w="0" w:type="auto"/>
          </w:tcPr>
          <w:p w14:paraId="10C8202D" w14:textId="77777777" w:rsidR="007A5E59" w:rsidRDefault="0095198F">
            <w:pPr>
              <w:jc w:val="center"/>
            </w:pPr>
            <w:r>
              <w:t>50</w:t>
            </w:r>
          </w:p>
        </w:tc>
        <w:tc>
          <w:tcPr>
            <w:tcW w:w="0" w:type="auto"/>
          </w:tcPr>
          <w:p w14:paraId="6887096E" w14:textId="77777777" w:rsidR="007A5E59" w:rsidRDefault="0095198F">
            <w:pPr>
              <w:jc w:val="center"/>
            </w:pPr>
            <w:r>
              <w:t>2012</w:t>
            </w:r>
          </w:p>
        </w:tc>
        <w:tc>
          <w:tcPr>
            <w:tcW w:w="0" w:type="auto"/>
          </w:tcPr>
          <w:p w14:paraId="1F81ABD0" w14:textId="77777777" w:rsidR="007A5E59" w:rsidRDefault="0095198F">
            <w:pPr>
              <w:jc w:val="center"/>
            </w:pPr>
            <w:r>
              <w:t>2</w:t>
            </w:r>
          </w:p>
        </w:tc>
        <w:tc>
          <w:tcPr>
            <w:tcW w:w="0" w:type="auto"/>
          </w:tcPr>
          <w:p w14:paraId="4CA8FEC9" w14:textId="77777777" w:rsidR="007A5E59" w:rsidRDefault="0095198F">
            <w:r>
              <w:t>надз</w:t>
            </w:r>
          </w:p>
        </w:tc>
      </w:tr>
      <w:tr w:rsidR="007A5E59" w14:paraId="35C8D290" w14:textId="77777777">
        <w:trPr>
          <w:jc w:val="center"/>
        </w:trPr>
        <w:tc>
          <w:tcPr>
            <w:tcW w:w="0" w:type="auto"/>
          </w:tcPr>
          <w:p w14:paraId="544787A2" w14:textId="77777777" w:rsidR="007A5E59" w:rsidRDefault="0095198F">
            <w:pPr>
              <w:jc w:val="center"/>
            </w:pPr>
            <w:r>
              <w:t>150</w:t>
            </w:r>
          </w:p>
        </w:tc>
        <w:tc>
          <w:tcPr>
            <w:tcW w:w="0" w:type="auto"/>
          </w:tcPr>
          <w:p w14:paraId="572B23D2" w14:textId="77777777" w:rsidR="007A5E59" w:rsidRDefault="0095198F">
            <w:r>
              <w:t>2-1/25 ÷ 2-1/27</w:t>
            </w:r>
          </w:p>
        </w:tc>
        <w:tc>
          <w:tcPr>
            <w:tcW w:w="0" w:type="auto"/>
          </w:tcPr>
          <w:p w14:paraId="2D0A248E" w14:textId="77777777" w:rsidR="007A5E59" w:rsidRDefault="0095198F">
            <w:pPr>
              <w:jc w:val="center"/>
            </w:pPr>
            <w:r>
              <w:t>50</w:t>
            </w:r>
          </w:p>
        </w:tc>
        <w:tc>
          <w:tcPr>
            <w:tcW w:w="0" w:type="auto"/>
          </w:tcPr>
          <w:p w14:paraId="79291953" w14:textId="77777777" w:rsidR="007A5E59" w:rsidRDefault="0095198F">
            <w:pPr>
              <w:jc w:val="center"/>
            </w:pPr>
            <w:r>
              <w:t>2012</w:t>
            </w:r>
          </w:p>
        </w:tc>
        <w:tc>
          <w:tcPr>
            <w:tcW w:w="0" w:type="auto"/>
          </w:tcPr>
          <w:p w14:paraId="38BD78C4" w14:textId="77777777" w:rsidR="007A5E59" w:rsidRDefault="0095198F">
            <w:pPr>
              <w:jc w:val="center"/>
            </w:pPr>
            <w:r>
              <w:t>5</w:t>
            </w:r>
          </w:p>
        </w:tc>
        <w:tc>
          <w:tcPr>
            <w:tcW w:w="0" w:type="auto"/>
          </w:tcPr>
          <w:p w14:paraId="57CEDB88" w14:textId="77777777" w:rsidR="007A5E59" w:rsidRDefault="0095198F">
            <w:r>
              <w:t>надз</w:t>
            </w:r>
          </w:p>
        </w:tc>
      </w:tr>
      <w:tr w:rsidR="007A5E59" w14:paraId="7C1E471D" w14:textId="77777777">
        <w:trPr>
          <w:jc w:val="center"/>
        </w:trPr>
        <w:tc>
          <w:tcPr>
            <w:tcW w:w="0" w:type="auto"/>
          </w:tcPr>
          <w:p w14:paraId="7442B633" w14:textId="77777777" w:rsidR="007A5E59" w:rsidRDefault="0095198F">
            <w:pPr>
              <w:jc w:val="center"/>
            </w:pPr>
            <w:r>
              <w:t>151</w:t>
            </w:r>
          </w:p>
        </w:tc>
        <w:tc>
          <w:tcPr>
            <w:tcW w:w="0" w:type="auto"/>
          </w:tcPr>
          <w:p w14:paraId="3E54C534" w14:textId="77777777" w:rsidR="007A5E59" w:rsidRDefault="0095198F">
            <w:r>
              <w:t>2-1/27 ÷ ул. Крылова, 15</w:t>
            </w:r>
          </w:p>
        </w:tc>
        <w:tc>
          <w:tcPr>
            <w:tcW w:w="0" w:type="auto"/>
          </w:tcPr>
          <w:p w14:paraId="551E2D56" w14:textId="77777777" w:rsidR="007A5E59" w:rsidRDefault="0095198F">
            <w:pPr>
              <w:jc w:val="center"/>
            </w:pPr>
            <w:r>
              <w:t>50</w:t>
            </w:r>
          </w:p>
        </w:tc>
        <w:tc>
          <w:tcPr>
            <w:tcW w:w="0" w:type="auto"/>
          </w:tcPr>
          <w:p w14:paraId="01BE2718" w14:textId="77777777" w:rsidR="007A5E59" w:rsidRDefault="0095198F">
            <w:pPr>
              <w:jc w:val="center"/>
            </w:pPr>
            <w:r>
              <w:t>2012</w:t>
            </w:r>
          </w:p>
        </w:tc>
        <w:tc>
          <w:tcPr>
            <w:tcW w:w="0" w:type="auto"/>
          </w:tcPr>
          <w:p w14:paraId="76EE77F1" w14:textId="77777777" w:rsidR="007A5E59" w:rsidRDefault="0095198F">
            <w:pPr>
              <w:jc w:val="center"/>
            </w:pPr>
            <w:r>
              <w:t>2</w:t>
            </w:r>
          </w:p>
        </w:tc>
        <w:tc>
          <w:tcPr>
            <w:tcW w:w="0" w:type="auto"/>
          </w:tcPr>
          <w:p w14:paraId="357C498C" w14:textId="77777777" w:rsidR="007A5E59" w:rsidRDefault="0095198F">
            <w:r>
              <w:t>надз</w:t>
            </w:r>
          </w:p>
        </w:tc>
      </w:tr>
      <w:tr w:rsidR="007A5E59" w14:paraId="4438C6F9" w14:textId="77777777">
        <w:trPr>
          <w:jc w:val="center"/>
        </w:trPr>
        <w:tc>
          <w:tcPr>
            <w:tcW w:w="0" w:type="auto"/>
          </w:tcPr>
          <w:p w14:paraId="309B19C6" w14:textId="77777777" w:rsidR="007A5E59" w:rsidRDefault="0095198F">
            <w:pPr>
              <w:jc w:val="center"/>
            </w:pPr>
            <w:r>
              <w:t>152</w:t>
            </w:r>
          </w:p>
        </w:tc>
        <w:tc>
          <w:tcPr>
            <w:tcW w:w="0" w:type="auto"/>
          </w:tcPr>
          <w:p w14:paraId="49388CAF" w14:textId="77777777" w:rsidR="007A5E59" w:rsidRDefault="0095198F">
            <w:r>
              <w:t>2-1/27 ÷ 2-1/29</w:t>
            </w:r>
          </w:p>
        </w:tc>
        <w:tc>
          <w:tcPr>
            <w:tcW w:w="0" w:type="auto"/>
          </w:tcPr>
          <w:p w14:paraId="1979E18E" w14:textId="77777777" w:rsidR="007A5E59" w:rsidRDefault="0095198F">
            <w:pPr>
              <w:jc w:val="center"/>
            </w:pPr>
            <w:r>
              <w:t>50</w:t>
            </w:r>
          </w:p>
        </w:tc>
        <w:tc>
          <w:tcPr>
            <w:tcW w:w="0" w:type="auto"/>
          </w:tcPr>
          <w:p w14:paraId="73CEBF1A" w14:textId="77777777" w:rsidR="007A5E59" w:rsidRDefault="0095198F">
            <w:pPr>
              <w:jc w:val="center"/>
            </w:pPr>
            <w:r>
              <w:t>2012</w:t>
            </w:r>
          </w:p>
        </w:tc>
        <w:tc>
          <w:tcPr>
            <w:tcW w:w="0" w:type="auto"/>
          </w:tcPr>
          <w:p w14:paraId="5D864354" w14:textId="77777777" w:rsidR="007A5E59" w:rsidRDefault="0095198F">
            <w:pPr>
              <w:jc w:val="center"/>
            </w:pPr>
            <w:r>
              <w:t>46</w:t>
            </w:r>
          </w:p>
        </w:tc>
        <w:tc>
          <w:tcPr>
            <w:tcW w:w="0" w:type="auto"/>
          </w:tcPr>
          <w:p w14:paraId="02D1C32A" w14:textId="77777777" w:rsidR="007A5E59" w:rsidRDefault="0095198F">
            <w:r>
              <w:t>надз</w:t>
            </w:r>
          </w:p>
        </w:tc>
      </w:tr>
      <w:tr w:rsidR="007A5E59" w14:paraId="0620E443" w14:textId="77777777">
        <w:trPr>
          <w:jc w:val="center"/>
        </w:trPr>
        <w:tc>
          <w:tcPr>
            <w:tcW w:w="0" w:type="auto"/>
          </w:tcPr>
          <w:p w14:paraId="51361873" w14:textId="77777777" w:rsidR="007A5E59" w:rsidRDefault="0095198F">
            <w:pPr>
              <w:jc w:val="center"/>
            </w:pPr>
            <w:r>
              <w:t>153</w:t>
            </w:r>
          </w:p>
        </w:tc>
        <w:tc>
          <w:tcPr>
            <w:tcW w:w="0" w:type="auto"/>
          </w:tcPr>
          <w:p w14:paraId="2354C407" w14:textId="77777777" w:rsidR="007A5E59" w:rsidRDefault="0095198F">
            <w:r>
              <w:t>2-1/29 ÷ ул. Крылова, 17</w:t>
            </w:r>
          </w:p>
        </w:tc>
        <w:tc>
          <w:tcPr>
            <w:tcW w:w="0" w:type="auto"/>
          </w:tcPr>
          <w:p w14:paraId="05F108A1" w14:textId="77777777" w:rsidR="007A5E59" w:rsidRDefault="0095198F">
            <w:pPr>
              <w:jc w:val="center"/>
            </w:pPr>
            <w:r>
              <w:t>50</w:t>
            </w:r>
          </w:p>
        </w:tc>
        <w:tc>
          <w:tcPr>
            <w:tcW w:w="0" w:type="auto"/>
          </w:tcPr>
          <w:p w14:paraId="0AE4B1ED" w14:textId="77777777" w:rsidR="007A5E59" w:rsidRDefault="0095198F">
            <w:pPr>
              <w:jc w:val="center"/>
            </w:pPr>
            <w:r>
              <w:t>2012</w:t>
            </w:r>
          </w:p>
        </w:tc>
        <w:tc>
          <w:tcPr>
            <w:tcW w:w="0" w:type="auto"/>
          </w:tcPr>
          <w:p w14:paraId="028A95BC" w14:textId="77777777" w:rsidR="007A5E59" w:rsidRDefault="0095198F">
            <w:pPr>
              <w:jc w:val="center"/>
            </w:pPr>
            <w:r>
              <w:t>2</w:t>
            </w:r>
          </w:p>
        </w:tc>
        <w:tc>
          <w:tcPr>
            <w:tcW w:w="0" w:type="auto"/>
          </w:tcPr>
          <w:p w14:paraId="199F0F76" w14:textId="77777777" w:rsidR="007A5E59" w:rsidRDefault="0095198F">
            <w:r>
              <w:t>надз</w:t>
            </w:r>
          </w:p>
        </w:tc>
      </w:tr>
      <w:tr w:rsidR="007A5E59" w14:paraId="3389B0BE" w14:textId="77777777">
        <w:trPr>
          <w:jc w:val="center"/>
        </w:trPr>
        <w:tc>
          <w:tcPr>
            <w:tcW w:w="0" w:type="auto"/>
          </w:tcPr>
          <w:p w14:paraId="36E17FE9" w14:textId="77777777" w:rsidR="007A5E59" w:rsidRDefault="0095198F">
            <w:pPr>
              <w:jc w:val="center"/>
            </w:pPr>
            <w:r>
              <w:t>154</w:t>
            </w:r>
          </w:p>
        </w:tc>
        <w:tc>
          <w:tcPr>
            <w:tcW w:w="0" w:type="auto"/>
          </w:tcPr>
          <w:p w14:paraId="03F4CF83" w14:textId="77777777" w:rsidR="007A5E59" w:rsidRDefault="0095198F">
            <w:r>
              <w:t>2-1/29 ÷ 2-1/31</w:t>
            </w:r>
          </w:p>
        </w:tc>
        <w:tc>
          <w:tcPr>
            <w:tcW w:w="0" w:type="auto"/>
          </w:tcPr>
          <w:p w14:paraId="61C97B1A" w14:textId="77777777" w:rsidR="007A5E59" w:rsidRDefault="0095198F">
            <w:pPr>
              <w:jc w:val="center"/>
            </w:pPr>
            <w:r>
              <w:t>50</w:t>
            </w:r>
          </w:p>
        </w:tc>
        <w:tc>
          <w:tcPr>
            <w:tcW w:w="0" w:type="auto"/>
          </w:tcPr>
          <w:p w14:paraId="09847C3A" w14:textId="77777777" w:rsidR="007A5E59" w:rsidRDefault="0095198F">
            <w:pPr>
              <w:jc w:val="center"/>
            </w:pPr>
            <w:r>
              <w:t>2012</w:t>
            </w:r>
          </w:p>
        </w:tc>
        <w:tc>
          <w:tcPr>
            <w:tcW w:w="0" w:type="auto"/>
          </w:tcPr>
          <w:p w14:paraId="3A9E6023" w14:textId="77777777" w:rsidR="007A5E59" w:rsidRDefault="0095198F">
            <w:pPr>
              <w:jc w:val="center"/>
            </w:pPr>
            <w:r>
              <w:t>5</w:t>
            </w:r>
          </w:p>
        </w:tc>
        <w:tc>
          <w:tcPr>
            <w:tcW w:w="0" w:type="auto"/>
          </w:tcPr>
          <w:p w14:paraId="68DAF8DA" w14:textId="77777777" w:rsidR="007A5E59" w:rsidRDefault="0095198F">
            <w:r>
              <w:t>надз</w:t>
            </w:r>
          </w:p>
        </w:tc>
      </w:tr>
      <w:tr w:rsidR="007A5E59" w14:paraId="1E4A7CEC" w14:textId="77777777">
        <w:trPr>
          <w:jc w:val="center"/>
        </w:trPr>
        <w:tc>
          <w:tcPr>
            <w:tcW w:w="0" w:type="auto"/>
          </w:tcPr>
          <w:p w14:paraId="444E31EE" w14:textId="77777777" w:rsidR="007A5E59" w:rsidRDefault="0095198F">
            <w:pPr>
              <w:jc w:val="center"/>
            </w:pPr>
            <w:r>
              <w:t>155</w:t>
            </w:r>
          </w:p>
        </w:tc>
        <w:tc>
          <w:tcPr>
            <w:tcW w:w="0" w:type="auto"/>
          </w:tcPr>
          <w:p w14:paraId="06DE4730" w14:textId="77777777" w:rsidR="007A5E59" w:rsidRDefault="0095198F">
            <w:r>
              <w:t>2-1/31 ÷ ул. Крылова, 17</w:t>
            </w:r>
          </w:p>
        </w:tc>
        <w:tc>
          <w:tcPr>
            <w:tcW w:w="0" w:type="auto"/>
          </w:tcPr>
          <w:p w14:paraId="185DBA1B" w14:textId="77777777" w:rsidR="007A5E59" w:rsidRDefault="0095198F">
            <w:pPr>
              <w:jc w:val="center"/>
            </w:pPr>
            <w:r>
              <w:t>50</w:t>
            </w:r>
          </w:p>
        </w:tc>
        <w:tc>
          <w:tcPr>
            <w:tcW w:w="0" w:type="auto"/>
          </w:tcPr>
          <w:p w14:paraId="5EB96417" w14:textId="77777777" w:rsidR="007A5E59" w:rsidRDefault="0095198F">
            <w:pPr>
              <w:jc w:val="center"/>
            </w:pPr>
            <w:r>
              <w:t>2012</w:t>
            </w:r>
          </w:p>
        </w:tc>
        <w:tc>
          <w:tcPr>
            <w:tcW w:w="0" w:type="auto"/>
          </w:tcPr>
          <w:p w14:paraId="0941AEBC" w14:textId="77777777" w:rsidR="007A5E59" w:rsidRDefault="0095198F">
            <w:pPr>
              <w:jc w:val="center"/>
            </w:pPr>
            <w:r>
              <w:t>2</w:t>
            </w:r>
          </w:p>
        </w:tc>
        <w:tc>
          <w:tcPr>
            <w:tcW w:w="0" w:type="auto"/>
          </w:tcPr>
          <w:p w14:paraId="37D916BF" w14:textId="77777777" w:rsidR="007A5E59" w:rsidRDefault="0095198F">
            <w:r>
              <w:t>надз</w:t>
            </w:r>
          </w:p>
        </w:tc>
      </w:tr>
      <w:tr w:rsidR="007A5E59" w14:paraId="007E3153" w14:textId="77777777">
        <w:trPr>
          <w:jc w:val="center"/>
        </w:trPr>
        <w:tc>
          <w:tcPr>
            <w:tcW w:w="0" w:type="auto"/>
          </w:tcPr>
          <w:p w14:paraId="2AA733EA" w14:textId="77777777" w:rsidR="007A5E59" w:rsidRDefault="0095198F">
            <w:pPr>
              <w:jc w:val="center"/>
            </w:pPr>
            <w:r>
              <w:t>156</w:t>
            </w:r>
          </w:p>
        </w:tc>
        <w:tc>
          <w:tcPr>
            <w:tcW w:w="0" w:type="auto"/>
          </w:tcPr>
          <w:p w14:paraId="6B7F6B1A" w14:textId="77777777" w:rsidR="007A5E59" w:rsidRDefault="0095198F">
            <w:r>
              <w:t>2-1/31 ÷ 2-1/33</w:t>
            </w:r>
          </w:p>
        </w:tc>
        <w:tc>
          <w:tcPr>
            <w:tcW w:w="0" w:type="auto"/>
          </w:tcPr>
          <w:p w14:paraId="123CAF25" w14:textId="77777777" w:rsidR="007A5E59" w:rsidRDefault="0095198F">
            <w:pPr>
              <w:jc w:val="center"/>
            </w:pPr>
            <w:r>
              <w:t>50</w:t>
            </w:r>
          </w:p>
        </w:tc>
        <w:tc>
          <w:tcPr>
            <w:tcW w:w="0" w:type="auto"/>
          </w:tcPr>
          <w:p w14:paraId="3D17EB18" w14:textId="77777777" w:rsidR="007A5E59" w:rsidRDefault="0095198F">
            <w:pPr>
              <w:jc w:val="center"/>
            </w:pPr>
            <w:r>
              <w:t>2012</w:t>
            </w:r>
          </w:p>
        </w:tc>
        <w:tc>
          <w:tcPr>
            <w:tcW w:w="0" w:type="auto"/>
          </w:tcPr>
          <w:p w14:paraId="59A2CA97" w14:textId="77777777" w:rsidR="007A5E59" w:rsidRDefault="0095198F">
            <w:pPr>
              <w:jc w:val="center"/>
            </w:pPr>
            <w:r>
              <w:t>65</w:t>
            </w:r>
          </w:p>
        </w:tc>
        <w:tc>
          <w:tcPr>
            <w:tcW w:w="0" w:type="auto"/>
          </w:tcPr>
          <w:p w14:paraId="5542D8A6" w14:textId="77777777" w:rsidR="007A5E59" w:rsidRDefault="0095198F">
            <w:r>
              <w:t>надз</w:t>
            </w:r>
          </w:p>
        </w:tc>
      </w:tr>
      <w:tr w:rsidR="007A5E59" w14:paraId="6DA63607" w14:textId="77777777">
        <w:trPr>
          <w:jc w:val="center"/>
        </w:trPr>
        <w:tc>
          <w:tcPr>
            <w:tcW w:w="0" w:type="auto"/>
          </w:tcPr>
          <w:p w14:paraId="0436E88A" w14:textId="77777777" w:rsidR="007A5E59" w:rsidRDefault="0095198F">
            <w:pPr>
              <w:jc w:val="center"/>
            </w:pPr>
            <w:r>
              <w:t>157</w:t>
            </w:r>
          </w:p>
        </w:tc>
        <w:tc>
          <w:tcPr>
            <w:tcW w:w="0" w:type="auto"/>
          </w:tcPr>
          <w:p w14:paraId="4983B021" w14:textId="77777777" w:rsidR="007A5E59" w:rsidRDefault="0095198F">
            <w:r>
              <w:t>2-1/33 ÷ ул. Крылова, 19</w:t>
            </w:r>
          </w:p>
        </w:tc>
        <w:tc>
          <w:tcPr>
            <w:tcW w:w="0" w:type="auto"/>
          </w:tcPr>
          <w:p w14:paraId="5C08B796" w14:textId="77777777" w:rsidR="007A5E59" w:rsidRDefault="0095198F">
            <w:pPr>
              <w:jc w:val="center"/>
            </w:pPr>
            <w:r>
              <w:t>40</w:t>
            </w:r>
          </w:p>
        </w:tc>
        <w:tc>
          <w:tcPr>
            <w:tcW w:w="0" w:type="auto"/>
          </w:tcPr>
          <w:p w14:paraId="5577EF06" w14:textId="77777777" w:rsidR="007A5E59" w:rsidRDefault="0095198F">
            <w:pPr>
              <w:jc w:val="center"/>
            </w:pPr>
            <w:r>
              <w:t>2012</w:t>
            </w:r>
          </w:p>
        </w:tc>
        <w:tc>
          <w:tcPr>
            <w:tcW w:w="0" w:type="auto"/>
          </w:tcPr>
          <w:p w14:paraId="7519AAD8" w14:textId="77777777" w:rsidR="007A5E59" w:rsidRDefault="0095198F">
            <w:pPr>
              <w:jc w:val="center"/>
            </w:pPr>
            <w:r>
              <w:t>2</w:t>
            </w:r>
          </w:p>
        </w:tc>
        <w:tc>
          <w:tcPr>
            <w:tcW w:w="0" w:type="auto"/>
          </w:tcPr>
          <w:p w14:paraId="74BC0F5C" w14:textId="77777777" w:rsidR="007A5E59" w:rsidRDefault="0095198F">
            <w:r>
              <w:t>надз</w:t>
            </w:r>
          </w:p>
        </w:tc>
      </w:tr>
      <w:tr w:rsidR="007A5E59" w14:paraId="0B601870" w14:textId="77777777">
        <w:trPr>
          <w:jc w:val="center"/>
        </w:trPr>
        <w:tc>
          <w:tcPr>
            <w:tcW w:w="0" w:type="auto"/>
          </w:tcPr>
          <w:p w14:paraId="1C73A341" w14:textId="77777777" w:rsidR="007A5E59" w:rsidRDefault="0095198F">
            <w:pPr>
              <w:jc w:val="center"/>
            </w:pPr>
            <w:r>
              <w:t>158</w:t>
            </w:r>
          </w:p>
        </w:tc>
        <w:tc>
          <w:tcPr>
            <w:tcW w:w="0" w:type="auto"/>
          </w:tcPr>
          <w:p w14:paraId="1B4AC012" w14:textId="77777777" w:rsidR="007A5E59" w:rsidRDefault="0095198F">
            <w:r>
              <w:t>2-1 ÷ 2-2</w:t>
            </w:r>
          </w:p>
        </w:tc>
        <w:tc>
          <w:tcPr>
            <w:tcW w:w="0" w:type="auto"/>
          </w:tcPr>
          <w:p w14:paraId="1DB722A5" w14:textId="77777777" w:rsidR="007A5E59" w:rsidRDefault="0095198F">
            <w:pPr>
              <w:jc w:val="center"/>
            </w:pPr>
            <w:r>
              <w:t>200</w:t>
            </w:r>
          </w:p>
        </w:tc>
        <w:tc>
          <w:tcPr>
            <w:tcW w:w="0" w:type="auto"/>
          </w:tcPr>
          <w:p w14:paraId="15B8DEF3" w14:textId="77777777" w:rsidR="007A5E59" w:rsidRDefault="0095198F">
            <w:pPr>
              <w:jc w:val="center"/>
            </w:pPr>
            <w:r>
              <w:t>1983</w:t>
            </w:r>
          </w:p>
        </w:tc>
        <w:tc>
          <w:tcPr>
            <w:tcW w:w="0" w:type="auto"/>
          </w:tcPr>
          <w:p w14:paraId="704DBCEF" w14:textId="77777777" w:rsidR="007A5E59" w:rsidRDefault="0095198F">
            <w:pPr>
              <w:jc w:val="center"/>
            </w:pPr>
            <w:r>
              <w:t>40</w:t>
            </w:r>
          </w:p>
        </w:tc>
        <w:tc>
          <w:tcPr>
            <w:tcW w:w="0" w:type="auto"/>
          </w:tcPr>
          <w:p w14:paraId="7156008D" w14:textId="77777777" w:rsidR="007A5E59" w:rsidRDefault="0095198F">
            <w:r>
              <w:t>надз</w:t>
            </w:r>
          </w:p>
        </w:tc>
      </w:tr>
      <w:tr w:rsidR="007A5E59" w14:paraId="24A156E5" w14:textId="77777777">
        <w:trPr>
          <w:jc w:val="center"/>
        </w:trPr>
        <w:tc>
          <w:tcPr>
            <w:tcW w:w="0" w:type="auto"/>
          </w:tcPr>
          <w:p w14:paraId="009633DE" w14:textId="77777777" w:rsidR="007A5E59" w:rsidRDefault="0095198F">
            <w:pPr>
              <w:jc w:val="center"/>
            </w:pPr>
            <w:r>
              <w:t>159</w:t>
            </w:r>
          </w:p>
        </w:tc>
        <w:tc>
          <w:tcPr>
            <w:tcW w:w="0" w:type="auto"/>
          </w:tcPr>
          <w:p w14:paraId="1D508173" w14:textId="77777777" w:rsidR="007A5E59" w:rsidRDefault="0095198F">
            <w:r>
              <w:t>2-2 ÷ 2-3</w:t>
            </w:r>
          </w:p>
        </w:tc>
        <w:tc>
          <w:tcPr>
            <w:tcW w:w="0" w:type="auto"/>
          </w:tcPr>
          <w:p w14:paraId="3482DC4A" w14:textId="77777777" w:rsidR="007A5E59" w:rsidRDefault="0095198F">
            <w:pPr>
              <w:jc w:val="center"/>
            </w:pPr>
            <w:r>
              <w:t>200</w:t>
            </w:r>
          </w:p>
        </w:tc>
        <w:tc>
          <w:tcPr>
            <w:tcW w:w="0" w:type="auto"/>
          </w:tcPr>
          <w:p w14:paraId="1B49DB1D" w14:textId="77777777" w:rsidR="007A5E59" w:rsidRDefault="0095198F">
            <w:pPr>
              <w:jc w:val="center"/>
            </w:pPr>
            <w:r>
              <w:t>1983</w:t>
            </w:r>
          </w:p>
        </w:tc>
        <w:tc>
          <w:tcPr>
            <w:tcW w:w="0" w:type="auto"/>
          </w:tcPr>
          <w:p w14:paraId="7B67A9A8" w14:textId="77777777" w:rsidR="007A5E59" w:rsidRDefault="0095198F">
            <w:pPr>
              <w:jc w:val="center"/>
            </w:pPr>
            <w:r>
              <w:t>5</w:t>
            </w:r>
          </w:p>
        </w:tc>
        <w:tc>
          <w:tcPr>
            <w:tcW w:w="0" w:type="auto"/>
          </w:tcPr>
          <w:p w14:paraId="52E48A7A" w14:textId="77777777" w:rsidR="007A5E59" w:rsidRDefault="0095198F">
            <w:r>
              <w:t>надз</w:t>
            </w:r>
          </w:p>
        </w:tc>
      </w:tr>
      <w:tr w:rsidR="007A5E59" w14:paraId="46D1B58D" w14:textId="77777777">
        <w:trPr>
          <w:jc w:val="center"/>
        </w:trPr>
        <w:tc>
          <w:tcPr>
            <w:tcW w:w="0" w:type="auto"/>
          </w:tcPr>
          <w:p w14:paraId="5C8F4A3C" w14:textId="77777777" w:rsidR="007A5E59" w:rsidRDefault="0095198F">
            <w:pPr>
              <w:jc w:val="center"/>
            </w:pPr>
            <w:r>
              <w:t>160</w:t>
            </w:r>
          </w:p>
        </w:tc>
        <w:tc>
          <w:tcPr>
            <w:tcW w:w="0" w:type="auto"/>
          </w:tcPr>
          <w:p w14:paraId="001FBEBC" w14:textId="77777777" w:rsidR="007A5E59" w:rsidRDefault="0095198F">
            <w:r>
              <w:t>2-3 ÷ ул. Коммунистическая, 23</w:t>
            </w:r>
          </w:p>
        </w:tc>
        <w:tc>
          <w:tcPr>
            <w:tcW w:w="0" w:type="auto"/>
          </w:tcPr>
          <w:p w14:paraId="5CE4EB17" w14:textId="77777777" w:rsidR="007A5E59" w:rsidRDefault="0095198F">
            <w:pPr>
              <w:jc w:val="center"/>
            </w:pPr>
            <w:r>
              <w:t>50</w:t>
            </w:r>
          </w:p>
        </w:tc>
        <w:tc>
          <w:tcPr>
            <w:tcW w:w="0" w:type="auto"/>
          </w:tcPr>
          <w:p w14:paraId="551BC56B" w14:textId="77777777" w:rsidR="007A5E59" w:rsidRDefault="0095198F">
            <w:pPr>
              <w:jc w:val="center"/>
            </w:pPr>
            <w:r>
              <w:t>1983</w:t>
            </w:r>
          </w:p>
        </w:tc>
        <w:tc>
          <w:tcPr>
            <w:tcW w:w="0" w:type="auto"/>
          </w:tcPr>
          <w:p w14:paraId="25718FF6" w14:textId="77777777" w:rsidR="007A5E59" w:rsidRDefault="0095198F">
            <w:pPr>
              <w:jc w:val="center"/>
            </w:pPr>
            <w:r>
              <w:t>15</w:t>
            </w:r>
          </w:p>
        </w:tc>
        <w:tc>
          <w:tcPr>
            <w:tcW w:w="0" w:type="auto"/>
          </w:tcPr>
          <w:p w14:paraId="10AC8E09" w14:textId="77777777" w:rsidR="007A5E59" w:rsidRDefault="0095198F">
            <w:r>
              <w:t>надз</w:t>
            </w:r>
          </w:p>
        </w:tc>
      </w:tr>
      <w:tr w:rsidR="007A5E59" w14:paraId="6C86540C" w14:textId="77777777">
        <w:trPr>
          <w:jc w:val="center"/>
        </w:trPr>
        <w:tc>
          <w:tcPr>
            <w:tcW w:w="0" w:type="auto"/>
          </w:tcPr>
          <w:p w14:paraId="762ECA98" w14:textId="77777777" w:rsidR="007A5E59" w:rsidRDefault="0095198F">
            <w:pPr>
              <w:jc w:val="center"/>
            </w:pPr>
            <w:r>
              <w:t>161</w:t>
            </w:r>
          </w:p>
        </w:tc>
        <w:tc>
          <w:tcPr>
            <w:tcW w:w="0" w:type="auto"/>
          </w:tcPr>
          <w:p w14:paraId="7C1F2A64" w14:textId="77777777" w:rsidR="007A5E59" w:rsidRDefault="0095198F">
            <w:r>
              <w:t>2-3 ÷ 2-4</w:t>
            </w:r>
          </w:p>
        </w:tc>
        <w:tc>
          <w:tcPr>
            <w:tcW w:w="0" w:type="auto"/>
          </w:tcPr>
          <w:p w14:paraId="52AA4439" w14:textId="77777777" w:rsidR="007A5E59" w:rsidRDefault="0095198F">
            <w:pPr>
              <w:jc w:val="center"/>
            </w:pPr>
            <w:r>
              <w:t>200</w:t>
            </w:r>
          </w:p>
        </w:tc>
        <w:tc>
          <w:tcPr>
            <w:tcW w:w="0" w:type="auto"/>
          </w:tcPr>
          <w:p w14:paraId="69082F52" w14:textId="77777777" w:rsidR="007A5E59" w:rsidRDefault="0095198F">
            <w:pPr>
              <w:jc w:val="center"/>
            </w:pPr>
            <w:r>
              <w:t>1983</w:t>
            </w:r>
          </w:p>
        </w:tc>
        <w:tc>
          <w:tcPr>
            <w:tcW w:w="0" w:type="auto"/>
          </w:tcPr>
          <w:p w14:paraId="7A0C5D37" w14:textId="77777777" w:rsidR="007A5E59" w:rsidRDefault="0095198F">
            <w:pPr>
              <w:jc w:val="center"/>
            </w:pPr>
            <w:r>
              <w:t>55</w:t>
            </w:r>
          </w:p>
        </w:tc>
        <w:tc>
          <w:tcPr>
            <w:tcW w:w="0" w:type="auto"/>
          </w:tcPr>
          <w:p w14:paraId="4760ED8F" w14:textId="77777777" w:rsidR="007A5E59" w:rsidRDefault="0095198F">
            <w:r>
              <w:t>надз</w:t>
            </w:r>
          </w:p>
        </w:tc>
      </w:tr>
      <w:tr w:rsidR="007A5E59" w14:paraId="02994A5A" w14:textId="77777777">
        <w:trPr>
          <w:jc w:val="center"/>
        </w:trPr>
        <w:tc>
          <w:tcPr>
            <w:tcW w:w="0" w:type="auto"/>
          </w:tcPr>
          <w:p w14:paraId="78534D09" w14:textId="77777777" w:rsidR="007A5E59" w:rsidRDefault="0095198F">
            <w:pPr>
              <w:jc w:val="center"/>
            </w:pPr>
            <w:r>
              <w:t>162</w:t>
            </w:r>
          </w:p>
        </w:tc>
        <w:tc>
          <w:tcPr>
            <w:tcW w:w="0" w:type="auto"/>
          </w:tcPr>
          <w:p w14:paraId="2EBF5C10" w14:textId="77777777" w:rsidR="007A5E59" w:rsidRDefault="0095198F">
            <w:r>
              <w:t>2-4 ÷ ДК "Горняк"</w:t>
            </w:r>
          </w:p>
        </w:tc>
        <w:tc>
          <w:tcPr>
            <w:tcW w:w="0" w:type="auto"/>
          </w:tcPr>
          <w:p w14:paraId="7E3BAD26" w14:textId="77777777" w:rsidR="007A5E59" w:rsidRDefault="0095198F">
            <w:pPr>
              <w:jc w:val="center"/>
            </w:pPr>
            <w:r>
              <w:t>100</w:t>
            </w:r>
          </w:p>
        </w:tc>
        <w:tc>
          <w:tcPr>
            <w:tcW w:w="0" w:type="auto"/>
          </w:tcPr>
          <w:p w14:paraId="526E74C1" w14:textId="77777777" w:rsidR="007A5E59" w:rsidRDefault="0095198F">
            <w:pPr>
              <w:jc w:val="center"/>
            </w:pPr>
            <w:r>
              <w:t>1983</w:t>
            </w:r>
          </w:p>
        </w:tc>
        <w:tc>
          <w:tcPr>
            <w:tcW w:w="0" w:type="auto"/>
          </w:tcPr>
          <w:p w14:paraId="7281E3F5" w14:textId="77777777" w:rsidR="007A5E59" w:rsidRDefault="0095198F">
            <w:pPr>
              <w:jc w:val="center"/>
            </w:pPr>
            <w:r>
              <w:t>2</w:t>
            </w:r>
          </w:p>
        </w:tc>
        <w:tc>
          <w:tcPr>
            <w:tcW w:w="0" w:type="auto"/>
          </w:tcPr>
          <w:p w14:paraId="7C1311A8" w14:textId="77777777" w:rsidR="007A5E59" w:rsidRDefault="0095198F">
            <w:r>
              <w:t>надз</w:t>
            </w:r>
          </w:p>
        </w:tc>
      </w:tr>
      <w:tr w:rsidR="007A5E59" w14:paraId="62590211" w14:textId="77777777">
        <w:trPr>
          <w:jc w:val="center"/>
        </w:trPr>
        <w:tc>
          <w:tcPr>
            <w:tcW w:w="0" w:type="auto"/>
          </w:tcPr>
          <w:p w14:paraId="4DC61CF6" w14:textId="77777777" w:rsidR="007A5E59" w:rsidRDefault="0095198F">
            <w:pPr>
              <w:jc w:val="center"/>
            </w:pPr>
            <w:r>
              <w:t>163</w:t>
            </w:r>
          </w:p>
        </w:tc>
        <w:tc>
          <w:tcPr>
            <w:tcW w:w="0" w:type="auto"/>
          </w:tcPr>
          <w:p w14:paraId="4451E109" w14:textId="77777777" w:rsidR="007A5E59" w:rsidRDefault="0095198F">
            <w:r>
              <w:t>2-4 ÷ 2-5</w:t>
            </w:r>
          </w:p>
        </w:tc>
        <w:tc>
          <w:tcPr>
            <w:tcW w:w="0" w:type="auto"/>
          </w:tcPr>
          <w:p w14:paraId="1432F4AF" w14:textId="77777777" w:rsidR="007A5E59" w:rsidRDefault="0095198F">
            <w:pPr>
              <w:jc w:val="center"/>
            </w:pPr>
            <w:r>
              <w:t>100</w:t>
            </w:r>
          </w:p>
        </w:tc>
        <w:tc>
          <w:tcPr>
            <w:tcW w:w="0" w:type="auto"/>
          </w:tcPr>
          <w:p w14:paraId="01E18BF5" w14:textId="77777777" w:rsidR="007A5E59" w:rsidRDefault="0095198F">
            <w:pPr>
              <w:jc w:val="center"/>
            </w:pPr>
            <w:r>
              <w:t>1983</w:t>
            </w:r>
          </w:p>
        </w:tc>
        <w:tc>
          <w:tcPr>
            <w:tcW w:w="0" w:type="auto"/>
          </w:tcPr>
          <w:p w14:paraId="44C2FA30" w14:textId="77777777" w:rsidR="007A5E59" w:rsidRDefault="0095198F">
            <w:pPr>
              <w:jc w:val="center"/>
            </w:pPr>
            <w:r>
              <w:t>40</w:t>
            </w:r>
          </w:p>
        </w:tc>
        <w:tc>
          <w:tcPr>
            <w:tcW w:w="0" w:type="auto"/>
          </w:tcPr>
          <w:p w14:paraId="0704E886" w14:textId="77777777" w:rsidR="007A5E59" w:rsidRDefault="0095198F">
            <w:r>
              <w:t>надз</w:t>
            </w:r>
          </w:p>
        </w:tc>
      </w:tr>
      <w:tr w:rsidR="007A5E59" w14:paraId="43B7DB25" w14:textId="77777777">
        <w:trPr>
          <w:jc w:val="center"/>
        </w:trPr>
        <w:tc>
          <w:tcPr>
            <w:tcW w:w="0" w:type="auto"/>
          </w:tcPr>
          <w:p w14:paraId="0BB13885" w14:textId="77777777" w:rsidR="007A5E59" w:rsidRDefault="0095198F">
            <w:pPr>
              <w:jc w:val="center"/>
            </w:pPr>
            <w:r>
              <w:t>164</w:t>
            </w:r>
          </w:p>
        </w:tc>
        <w:tc>
          <w:tcPr>
            <w:tcW w:w="0" w:type="auto"/>
          </w:tcPr>
          <w:p w14:paraId="28D200D6" w14:textId="77777777" w:rsidR="007A5E59" w:rsidRDefault="0095198F">
            <w:r>
              <w:t>2-5/2 ÷ ул. Коммунистическая, 22</w:t>
            </w:r>
          </w:p>
        </w:tc>
        <w:tc>
          <w:tcPr>
            <w:tcW w:w="0" w:type="auto"/>
          </w:tcPr>
          <w:p w14:paraId="1B76E644" w14:textId="77777777" w:rsidR="007A5E59" w:rsidRDefault="0095198F">
            <w:pPr>
              <w:jc w:val="center"/>
            </w:pPr>
            <w:r>
              <w:t>50</w:t>
            </w:r>
          </w:p>
        </w:tc>
        <w:tc>
          <w:tcPr>
            <w:tcW w:w="0" w:type="auto"/>
          </w:tcPr>
          <w:p w14:paraId="3B6C6DFC" w14:textId="77777777" w:rsidR="007A5E59" w:rsidRDefault="0095198F">
            <w:pPr>
              <w:jc w:val="center"/>
            </w:pPr>
            <w:r>
              <w:t>1983</w:t>
            </w:r>
          </w:p>
        </w:tc>
        <w:tc>
          <w:tcPr>
            <w:tcW w:w="0" w:type="auto"/>
          </w:tcPr>
          <w:p w14:paraId="49C427A0" w14:textId="77777777" w:rsidR="007A5E59" w:rsidRDefault="0095198F">
            <w:pPr>
              <w:jc w:val="center"/>
            </w:pPr>
            <w:r>
              <w:t>12</w:t>
            </w:r>
          </w:p>
        </w:tc>
        <w:tc>
          <w:tcPr>
            <w:tcW w:w="0" w:type="auto"/>
          </w:tcPr>
          <w:p w14:paraId="0530FF1E" w14:textId="77777777" w:rsidR="007A5E59" w:rsidRDefault="0095198F">
            <w:r>
              <w:t>надз</w:t>
            </w:r>
          </w:p>
        </w:tc>
      </w:tr>
      <w:tr w:rsidR="007A5E59" w14:paraId="5722504D" w14:textId="77777777">
        <w:trPr>
          <w:jc w:val="center"/>
        </w:trPr>
        <w:tc>
          <w:tcPr>
            <w:tcW w:w="0" w:type="auto"/>
          </w:tcPr>
          <w:p w14:paraId="7F5EEB96" w14:textId="77777777" w:rsidR="007A5E59" w:rsidRDefault="0095198F">
            <w:pPr>
              <w:jc w:val="center"/>
            </w:pPr>
            <w:r>
              <w:t>165</w:t>
            </w:r>
          </w:p>
        </w:tc>
        <w:tc>
          <w:tcPr>
            <w:tcW w:w="0" w:type="auto"/>
          </w:tcPr>
          <w:p w14:paraId="7780CED4" w14:textId="77777777" w:rsidR="007A5E59" w:rsidRDefault="0095198F">
            <w:r>
              <w:t>2-5/2 ÷ 2-5/4</w:t>
            </w:r>
          </w:p>
        </w:tc>
        <w:tc>
          <w:tcPr>
            <w:tcW w:w="0" w:type="auto"/>
          </w:tcPr>
          <w:p w14:paraId="238B863D" w14:textId="77777777" w:rsidR="007A5E59" w:rsidRDefault="0095198F">
            <w:pPr>
              <w:jc w:val="center"/>
            </w:pPr>
            <w:r>
              <w:t>100</w:t>
            </w:r>
          </w:p>
        </w:tc>
        <w:tc>
          <w:tcPr>
            <w:tcW w:w="0" w:type="auto"/>
          </w:tcPr>
          <w:p w14:paraId="3AA9A94D" w14:textId="77777777" w:rsidR="007A5E59" w:rsidRDefault="0095198F">
            <w:pPr>
              <w:jc w:val="center"/>
            </w:pPr>
            <w:r>
              <w:t>2011</w:t>
            </w:r>
          </w:p>
        </w:tc>
        <w:tc>
          <w:tcPr>
            <w:tcW w:w="0" w:type="auto"/>
          </w:tcPr>
          <w:p w14:paraId="19D0D255" w14:textId="77777777" w:rsidR="007A5E59" w:rsidRDefault="0095198F">
            <w:pPr>
              <w:jc w:val="center"/>
            </w:pPr>
            <w:r>
              <w:t>18</w:t>
            </w:r>
          </w:p>
        </w:tc>
        <w:tc>
          <w:tcPr>
            <w:tcW w:w="0" w:type="auto"/>
          </w:tcPr>
          <w:p w14:paraId="7B21B4CF" w14:textId="77777777" w:rsidR="007A5E59" w:rsidRDefault="0095198F">
            <w:r>
              <w:t>надз</w:t>
            </w:r>
          </w:p>
        </w:tc>
      </w:tr>
      <w:tr w:rsidR="007A5E59" w14:paraId="4C189D7E" w14:textId="77777777">
        <w:trPr>
          <w:jc w:val="center"/>
        </w:trPr>
        <w:tc>
          <w:tcPr>
            <w:tcW w:w="0" w:type="auto"/>
          </w:tcPr>
          <w:p w14:paraId="5A6F716A" w14:textId="77777777" w:rsidR="007A5E59" w:rsidRDefault="0095198F">
            <w:pPr>
              <w:jc w:val="center"/>
            </w:pPr>
            <w:r>
              <w:t>166</w:t>
            </w:r>
          </w:p>
        </w:tc>
        <w:tc>
          <w:tcPr>
            <w:tcW w:w="0" w:type="auto"/>
          </w:tcPr>
          <w:p w14:paraId="005EC861" w14:textId="77777777" w:rsidR="007A5E59" w:rsidRDefault="0095198F">
            <w:r>
              <w:t>2-5/4 ÷ ул. Коммунистическая, 24</w:t>
            </w:r>
          </w:p>
        </w:tc>
        <w:tc>
          <w:tcPr>
            <w:tcW w:w="0" w:type="auto"/>
          </w:tcPr>
          <w:p w14:paraId="4F39CEAF" w14:textId="77777777" w:rsidR="007A5E59" w:rsidRDefault="0095198F">
            <w:pPr>
              <w:jc w:val="center"/>
            </w:pPr>
            <w:r>
              <w:t>50</w:t>
            </w:r>
          </w:p>
        </w:tc>
        <w:tc>
          <w:tcPr>
            <w:tcW w:w="0" w:type="auto"/>
          </w:tcPr>
          <w:p w14:paraId="77BAF82C" w14:textId="77777777" w:rsidR="007A5E59" w:rsidRDefault="0095198F">
            <w:pPr>
              <w:jc w:val="center"/>
            </w:pPr>
            <w:r>
              <w:t>1983</w:t>
            </w:r>
          </w:p>
        </w:tc>
        <w:tc>
          <w:tcPr>
            <w:tcW w:w="0" w:type="auto"/>
          </w:tcPr>
          <w:p w14:paraId="5ACFAE16" w14:textId="77777777" w:rsidR="007A5E59" w:rsidRDefault="0095198F">
            <w:pPr>
              <w:jc w:val="center"/>
            </w:pPr>
            <w:r>
              <w:t>18</w:t>
            </w:r>
          </w:p>
        </w:tc>
        <w:tc>
          <w:tcPr>
            <w:tcW w:w="0" w:type="auto"/>
          </w:tcPr>
          <w:p w14:paraId="6C5676CE" w14:textId="77777777" w:rsidR="007A5E59" w:rsidRDefault="0095198F">
            <w:r>
              <w:t>надз</w:t>
            </w:r>
          </w:p>
        </w:tc>
      </w:tr>
      <w:tr w:rsidR="007A5E59" w14:paraId="5EB2C4DA" w14:textId="77777777">
        <w:trPr>
          <w:jc w:val="center"/>
        </w:trPr>
        <w:tc>
          <w:tcPr>
            <w:tcW w:w="0" w:type="auto"/>
          </w:tcPr>
          <w:p w14:paraId="675ED0E6" w14:textId="77777777" w:rsidR="007A5E59" w:rsidRDefault="0095198F">
            <w:pPr>
              <w:jc w:val="center"/>
            </w:pPr>
            <w:r>
              <w:t>167</w:t>
            </w:r>
          </w:p>
        </w:tc>
        <w:tc>
          <w:tcPr>
            <w:tcW w:w="0" w:type="auto"/>
          </w:tcPr>
          <w:p w14:paraId="3B80F780" w14:textId="77777777" w:rsidR="007A5E59" w:rsidRDefault="0095198F">
            <w:r>
              <w:t>2-5/4 ÷ ул. Спортивная, 2 (школа)</w:t>
            </w:r>
          </w:p>
        </w:tc>
        <w:tc>
          <w:tcPr>
            <w:tcW w:w="0" w:type="auto"/>
          </w:tcPr>
          <w:p w14:paraId="5DA3AB36" w14:textId="77777777" w:rsidR="007A5E59" w:rsidRDefault="0095198F">
            <w:pPr>
              <w:jc w:val="center"/>
            </w:pPr>
            <w:r>
              <w:t>100</w:t>
            </w:r>
          </w:p>
        </w:tc>
        <w:tc>
          <w:tcPr>
            <w:tcW w:w="0" w:type="auto"/>
          </w:tcPr>
          <w:p w14:paraId="6AEC1BEB" w14:textId="77777777" w:rsidR="007A5E59" w:rsidRDefault="0095198F">
            <w:pPr>
              <w:jc w:val="center"/>
            </w:pPr>
            <w:r>
              <w:t>1983</w:t>
            </w:r>
          </w:p>
        </w:tc>
        <w:tc>
          <w:tcPr>
            <w:tcW w:w="0" w:type="auto"/>
          </w:tcPr>
          <w:p w14:paraId="7EF7F663" w14:textId="77777777" w:rsidR="007A5E59" w:rsidRDefault="0095198F">
            <w:pPr>
              <w:jc w:val="center"/>
            </w:pPr>
            <w:r>
              <w:t>96</w:t>
            </w:r>
          </w:p>
        </w:tc>
        <w:tc>
          <w:tcPr>
            <w:tcW w:w="0" w:type="auto"/>
          </w:tcPr>
          <w:p w14:paraId="09B42316" w14:textId="77777777" w:rsidR="007A5E59" w:rsidRDefault="0095198F">
            <w:r>
              <w:t>надз</w:t>
            </w:r>
          </w:p>
        </w:tc>
      </w:tr>
      <w:tr w:rsidR="007A5E59" w14:paraId="04A9DE7D" w14:textId="77777777">
        <w:trPr>
          <w:jc w:val="center"/>
        </w:trPr>
        <w:tc>
          <w:tcPr>
            <w:tcW w:w="0" w:type="auto"/>
          </w:tcPr>
          <w:p w14:paraId="0B36D270" w14:textId="77777777" w:rsidR="007A5E59" w:rsidRDefault="0095198F">
            <w:pPr>
              <w:jc w:val="center"/>
            </w:pPr>
            <w:r>
              <w:t>168</w:t>
            </w:r>
          </w:p>
        </w:tc>
        <w:tc>
          <w:tcPr>
            <w:tcW w:w="0" w:type="auto"/>
          </w:tcPr>
          <w:p w14:paraId="5133D419" w14:textId="77777777" w:rsidR="007A5E59" w:rsidRDefault="0095198F">
            <w:r>
              <w:t>2-2 ÷ 2-2/1</w:t>
            </w:r>
          </w:p>
        </w:tc>
        <w:tc>
          <w:tcPr>
            <w:tcW w:w="0" w:type="auto"/>
          </w:tcPr>
          <w:p w14:paraId="4C5CB2E0" w14:textId="77777777" w:rsidR="007A5E59" w:rsidRDefault="0095198F">
            <w:pPr>
              <w:jc w:val="center"/>
            </w:pPr>
            <w:r>
              <w:t>100</w:t>
            </w:r>
          </w:p>
        </w:tc>
        <w:tc>
          <w:tcPr>
            <w:tcW w:w="0" w:type="auto"/>
          </w:tcPr>
          <w:p w14:paraId="1B471584" w14:textId="77777777" w:rsidR="007A5E59" w:rsidRDefault="0095198F">
            <w:pPr>
              <w:jc w:val="center"/>
            </w:pPr>
            <w:r>
              <w:t>2010</w:t>
            </w:r>
          </w:p>
        </w:tc>
        <w:tc>
          <w:tcPr>
            <w:tcW w:w="0" w:type="auto"/>
          </w:tcPr>
          <w:p w14:paraId="11113023" w14:textId="77777777" w:rsidR="007A5E59" w:rsidRDefault="0095198F">
            <w:pPr>
              <w:jc w:val="center"/>
            </w:pPr>
            <w:r>
              <w:t>40</w:t>
            </w:r>
          </w:p>
        </w:tc>
        <w:tc>
          <w:tcPr>
            <w:tcW w:w="0" w:type="auto"/>
          </w:tcPr>
          <w:p w14:paraId="5B70779E" w14:textId="77777777" w:rsidR="007A5E59" w:rsidRDefault="0095198F">
            <w:r>
              <w:t>надз</w:t>
            </w:r>
          </w:p>
        </w:tc>
      </w:tr>
      <w:tr w:rsidR="007A5E59" w14:paraId="0C639793" w14:textId="77777777">
        <w:trPr>
          <w:jc w:val="center"/>
        </w:trPr>
        <w:tc>
          <w:tcPr>
            <w:tcW w:w="0" w:type="auto"/>
          </w:tcPr>
          <w:p w14:paraId="03C91F15" w14:textId="77777777" w:rsidR="007A5E59" w:rsidRDefault="0095198F">
            <w:pPr>
              <w:jc w:val="center"/>
            </w:pPr>
            <w:r>
              <w:t>169</w:t>
            </w:r>
          </w:p>
        </w:tc>
        <w:tc>
          <w:tcPr>
            <w:tcW w:w="0" w:type="auto"/>
          </w:tcPr>
          <w:p w14:paraId="55BA088C" w14:textId="77777777" w:rsidR="007A5E59" w:rsidRDefault="0095198F">
            <w:r>
              <w:t>2-2/1 ÷ 2-2/3</w:t>
            </w:r>
          </w:p>
        </w:tc>
        <w:tc>
          <w:tcPr>
            <w:tcW w:w="0" w:type="auto"/>
          </w:tcPr>
          <w:p w14:paraId="5CE6CB3C" w14:textId="77777777" w:rsidR="007A5E59" w:rsidRDefault="0095198F">
            <w:pPr>
              <w:jc w:val="center"/>
            </w:pPr>
            <w:r>
              <w:t>100</w:t>
            </w:r>
          </w:p>
        </w:tc>
        <w:tc>
          <w:tcPr>
            <w:tcW w:w="0" w:type="auto"/>
          </w:tcPr>
          <w:p w14:paraId="1D0F979D" w14:textId="77777777" w:rsidR="007A5E59" w:rsidRDefault="0095198F">
            <w:pPr>
              <w:jc w:val="center"/>
            </w:pPr>
            <w:r>
              <w:t>2010</w:t>
            </w:r>
          </w:p>
        </w:tc>
        <w:tc>
          <w:tcPr>
            <w:tcW w:w="0" w:type="auto"/>
          </w:tcPr>
          <w:p w14:paraId="7A381B34" w14:textId="77777777" w:rsidR="007A5E59" w:rsidRDefault="0095198F">
            <w:pPr>
              <w:jc w:val="center"/>
            </w:pPr>
            <w:r>
              <w:t>41</w:t>
            </w:r>
          </w:p>
        </w:tc>
        <w:tc>
          <w:tcPr>
            <w:tcW w:w="0" w:type="auto"/>
          </w:tcPr>
          <w:p w14:paraId="55788A6F" w14:textId="77777777" w:rsidR="007A5E59" w:rsidRDefault="0095198F">
            <w:r>
              <w:t>надз</w:t>
            </w:r>
          </w:p>
        </w:tc>
      </w:tr>
      <w:tr w:rsidR="007A5E59" w14:paraId="1D87AB9F" w14:textId="77777777">
        <w:trPr>
          <w:jc w:val="center"/>
        </w:trPr>
        <w:tc>
          <w:tcPr>
            <w:tcW w:w="0" w:type="auto"/>
          </w:tcPr>
          <w:p w14:paraId="63BA8E4F" w14:textId="77777777" w:rsidR="007A5E59" w:rsidRDefault="0095198F">
            <w:pPr>
              <w:jc w:val="center"/>
            </w:pPr>
            <w:r>
              <w:t>170</w:t>
            </w:r>
          </w:p>
        </w:tc>
        <w:tc>
          <w:tcPr>
            <w:tcW w:w="0" w:type="auto"/>
          </w:tcPr>
          <w:p w14:paraId="06F2577A" w14:textId="77777777" w:rsidR="007A5E59" w:rsidRDefault="0095198F">
            <w:r>
              <w:t>2-2/3 ÷ 2-2/5</w:t>
            </w:r>
          </w:p>
        </w:tc>
        <w:tc>
          <w:tcPr>
            <w:tcW w:w="0" w:type="auto"/>
          </w:tcPr>
          <w:p w14:paraId="1A129094" w14:textId="77777777" w:rsidR="007A5E59" w:rsidRDefault="0095198F">
            <w:pPr>
              <w:jc w:val="center"/>
            </w:pPr>
            <w:r>
              <w:t>100</w:t>
            </w:r>
          </w:p>
        </w:tc>
        <w:tc>
          <w:tcPr>
            <w:tcW w:w="0" w:type="auto"/>
          </w:tcPr>
          <w:p w14:paraId="55414C84" w14:textId="77777777" w:rsidR="007A5E59" w:rsidRDefault="0095198F">
            <w:pPr>
              <w:jc w:val="center"/>
            </w:pPr>
            <w:r>
              <w:t>2010</w:t>
            </w:r>
          </w:p>
        </w:tc>
        <w:tc>
          <w:tcPr>
            <w:tcW w:w="0" w:type="auto"/>
          </w:tcPr>
          <w:p w14:paraId="45213A1F" w14:textId="77777777" w:rsidR="007A5E59" w:rsidRDefault="0095198F">
            <w:pPr>
              <w:jc w:val="center"/>
            </w:pPr>
            <w:r>
              <w:t>32</w:t>
            </w:r>
          </w:p>
        </w:tc>
        <w:tc>
          <w:tcPr>
            <w:tcW w:w="0" w:type="auto"/>
          </w:tcPr>
          <w:p w14:paraId="26BF8CC2" w14:textId="77777777" w:rsidR="007A5E59" w:rsidRDefault="0095198F">
            <w:r>
              <w:t>надз</w:t>
            </w:r>
          </w:p>
        </w:tc>
      </w:tr>
      <w:tr w:rsidR="007A5E59" w14:paraId="6BBF6805" w14:textId="77777777">
        <w:trPr>
          <w:jc w:val="center"/>
        </w:trPr>
        <w:tc>
          <w:tcPr>
            <w:tcW w:w="0" w:type="auto"/>
          </w:tcPr>
          <w:p w14:paraId="78CFAEA0" w14:textId="77777777" w:rsidR="007A5E59" w:rsidRDefault="0095198F">
            <w:pPr>
              <w:jc w:val="center"/>
            </w:pPr>
            <w:r>
              <w:t>171</w:t>
            </w:r>
          </w:p>
        </w:tc>
        <w:tc>
          <w:tcPr>
            <w:tcW w:w="0" w:type="auto"/>
          </w:tcPr>
          <w:p w14:paraId="526B3559" w14:textId="77777777" w:rsidR="007A5E59" w:rsidRDefault="0095198F">
            <w:r>
              <w:t>2-2/5 ÷ 2-2/9</w:t>
            </w:r>
          </w:p>
        </w:tc>
        <w:tc>
          <w:tcPr>
            <w:tcW w:w="0" w:type="auto"/>
          </w:tcPr>
          <w:p w14:paraId="75EA6FAB" w14:textId="77777777" w:rsidR="007A5E59" w:rsidRDefault="0095198F">
            <w:pPr>
              <w:jc w:val="center"/>
            </w:pPr>
            <w:r>
              <w:t>65</w:t>
            </w:r>
          </w:p>
        </w:tc>
        <w:tc>
          <w:tcPr>
            <w:tcW w:w="0" w:type="auto"/>
          </w:tcPr>
          <w:p w14:paraId="3DCAF93E" w14:textId="77777777" w:rsidR="007A5E59" w:rsidRDefault="0095198F">
            <w:pPr>
              <w:jc w:val="center"/>
            </w:pPr>
            <w:r>
              <w:t>2010</w:t>
            </w:r>
          </w:p>
        </w:tc>
        <w:tc>
          <w:tcPr>
            <w:tcW w:w="0" w:type="auto"/>
          </w:tcPr>
          <w:p w14:paraId="2EC89EC2" w14:textId="77777777" w:rsidR="007A5E59" w:rsidRDefault="0095198F">
            <w:pPr>
              <w:jc w:val="center"/>
            </w:pPr>
            <w:r>
              <w:t>70</w:t>
            </w:r>
          </w:p>
        </w:tc>
        <w:tc>
          <w:tcPr>
            <w:tcW w:w="0" w:type="auto"/>
          </w:tcPr>
          <w:p w14:paraId="617F4D25" w14:textId="77777777" w:rsidR="007A5E59" w:rsidRDefault="0095198F">
            <w:r>
              <w:t>надз</w:t>
            </w:r>
          </w:p>
        </w:tc>
      </w:tr>
      <w:tr w:rsidR="007A5E59" w14:paraId="0F4991B9" w14:textId="77777777">
        <w:trPr>
          <w:jc w:val="center"/>
        </w:trPr>
        <w:tc>
          <w:tcPr>
            <w:tcW w:w="0" w:type="auto"/>
          </w:tcPr>
          <w:p w14:paraId="29067104" w14:textId="77777777" w:rsidR="007A5E59" w:rsidRDefault="0095198F">
            <w:pPr>
              <w:jc w:val="center"/>
            </w:pPr>
            <w:r>
              <w:t>172</w:t>
            </w:r>
          </w:p>
        </w:tc>
        <w:tc>
          <w:tcPr>
            <w:tcW w:w="0" w:type="auto"/>
          </w:tcPr>
          <w:p w14:paraId="772A8130" w14:textId="77777777" w:rsidR="007A5E59" w:rsidRDefault="0095198F">
            <w:r>
              <w:t>2-2/9 ÷ "детское отделение"</w:t>
            </w:r>
          </w:p>
        </w:tc>
        <w:tc>
          <w:tcPr>
            <w:tcW w:w="0" w:type="auto"/>
          </w:tcPr>
          <w:p w14:paraId="34AB0D5E" w14:textId="77777777" w:rsidR="007A5E59" w:rsidRDefault="0095198F">
            <w:pPr>
              <w:jc w:val="center"/>
            </w:pPr>
            <w:r>
              <w:t>50</w:t>
            </w:r>
          </w:p>
        </w:tc>
        <w:tc>
          <w:tcPr>
            <w:tcW w:w="0" w:type="auto"/>
          </w:tcPr>
          <w:p w14:paraId="212C9D9A" w14:textId="77777777" w:rsidR="007A5E59" w:rsidRDefault="0095198F">
            <w:pPr>
              <w:jc w:val="center"/>
            </w:pPr>
            <w:r>
              <w:t>1983</w:t>
            </w:r>
          </w:p>
        </w:tc>
        <w:tc>
          <w:tcPr>
            <w:tcW w:w="0" w:type="auto"/>
          </w:tcPr>
          <w:p w14:paraId="47A6D73D" w14:textId="77777777" w:rsidR="007A5E59" w:rsidRDefault="0095198F">
            <w:pPr>
              <w:jc w:val="center"/>
            </w:pPr>
            <w:r>
              <w:t>2</w:t>
            </w:r>
          </w:p>
        </w:tc>
        <w:tc>
          <w:tcPr>
            <w:tcW w:w="0" w:type="auto"/>
          </w:tcPr>
          <w:p w14:paraId="669C2523" w14:textId="77777777" w:rsidR="007A5E59" w:rsidRDefault="0095198F">
            <w:r>
              <w:t>надз</w:t>
            </w:r>
          </w:p>
        </w:tc>
      </w:tr>
      <w:tr w:rsidR="007A5E59" w14:paraId="4A6438E0" w14:textId="77777777">
        <w:trPr>
          <w:jc w:val="center"/>
        </w:trPr>
        <w:tc>
          <w:tcPr>
            <w:tcW w:w="0" w:type="auto"/>
          </w:tcPr>
          <w:p w14:paraId="1468302A" w14:textId="77777777" w:rsidR="007A5E59" w:rsidRDefault="0095198F">
            <w:pPr>
              <w:jc w:val="center"/>
            </w:pPr>
            <w:r>
              <w:t>173</w:t>
            </w:r>
          </w:p>
        </w:tc>
        <w:tc>
          <w:tcPr>
            <w:tcW w:w="0" w:type="auto"/>
          </w:tcPr>
          <w:p w14:paraId="7C0C7972" w14:textId="77777777" w:rsidR="007A5E59" w:rsidRDefault="0095198F">
            <w:r>
              <w:t>2-2/5 ÷ 2-2/7</w:t>
            </w:r>
          </w:p>
        </w:tc>
        <w:tc>
          <w:tcPr>
            <w:tcW w:w="0" w:type="auto"/>
          </w:tcPr>
          <w:p w14:paraId="059C017B" w14:textId="77777777" w:rsidR="007A5E59" w:rsidRDefault="0095198F">
            <w:pPr>
              <w:jc w:val="center"/>
            </w:pPr>
            <w:r>
              <w:t>100</w:t>
            </w:r>
          </w:p>
        </w:tc>
        <w:tc>
          <w:tcPr>
            <w:tcW w:w="0" w:type="auto"/>
          </w:tcPr>
          <w:p w14:paraId="4CF170EC" w14:textId="77777777" w:rsidR="007A5E59" w:rsidRDefault="0095198F">
            <w:pPr>
              <w:jc w:val="center"/>
            </w:pPr>
            <w:r>
              <w:t>2010</w:t>
            </w:r>
          </w:p>
        </w:tc>
        <w:tc>
          <w:tcPr>
            <w:tcW w:w="0" w:type="auto"/>
          </w:tcPr>
          <w:p w14:paraId="6585F223" w14:textId="77777777" w:rsidR="007A5E59" w:rsidRDefault="0095198F">
            <w:pPr>
              <w:jc w:val="center"/>
            </w:pPr>
            <w:r>
              <w:t>12</w:t>
            </w:r>
          </w:p>
        </w:tc>
        <w:tc>
          <w:tcPr>
            <w:tcW w:w="0" w:type="auto"/>
          </w:tcPr>
          <w:p w14:paraId="5EA711D6" w14:textId="77777777" w:rsidR="007A5E59" w:rsidRDefault="0095198F">
            <w:r>
              <w:t>надз</w:t>
            </w:r>
          </w:p>
        </w:tc>
      </w:tr>
      <w:tr w:rsidR="007A5E59" w14:paraId="59608B00" w14:textId="77777777">
        <w:trPr>
          <w:jc w:val="center"/>
        </w:trPr>
        <w:tc>
          <w:tcPr>
            <w:tcW w:w="0" w:type="auto"/>
          </w:tcPr>
          <w:p w14:paraId="01E6C611" w14:textId="77777777" w:rsidR="007A5E59" w:rsidRDefault="0095198F">
            <w:pPr>
              <w:jc w:val="center"/>
            </w:pPr>
            <w:r>
              <w:t>174</w:t>
            </w:r>
          </w:p>
        </w:tc>
        <w:tc>
          <w:tcPr>
            <w:tcW w:w="0" w:type="auto"/>
          </w:tcPr>
          <w:p w14:paraId="0D4921BE" w14:textId="77777777" w:rsidR="007A5E59" w:rsidRDefault="0095198F">
            <w:r>
              <w:t>2-2/7 ÷ ул. Коммунистическая, 29</w:t>
            </w:r>
          </w:p>
        </w:tc>
        <w:tc>
          <w:tcPr>
            <w:tcW w:w="0" w:type="auto"/>
          </w:tcPr>
          <w:p w14:paraId="49A025E8" w14:textId="77777777" w:rsidR="007A5E59" w:rsidRDefault="0095198F">
            <w:pPr>
              <w:jc w:val="center"/>
            </w:pPr>
            <w:r>
              <w:t>50</w:t>
            </w:r>
          </w:p>
        </w:tc>
        <w:tc>
          <w:tcPr>
            <w:tcW w:w="0" w:type="auto"/>
          </w:tcPr>
          <w:p w14:paraId="1FDB0260" w14:textId="77777777" w:rsidR="007A5E59" w:rsidRDefault="0095198F">
            <w:pPr>
              <w:jc w:val="center"/>
            </w:pPr>
            <w:r>
              <w:t>2010</w:t>
            </w:r>
          </w:p>
        </w:tc>
        <w:tc>
          <w:tcPr>
            <w:tcW w:w="0" w:type="auto"/>
          </w:tcPr>
          <w:p w14:paraId="2FF6E3E9" w14:textId="77777777" w:rsidR="007A5E59" w:rsidRDefault="0095198F">
            <w:pPr>
              <w:jc w:val="center"/>
            </w:pPr>
            <w:r>
              <w:t>2</w:t>
            </w:r>
          </w:p>
        </w:tc>
        <w:tc>
          <w:tcPr>
            <w:tcW w:w="0" w:type="auto"/>
          </w:tcPr>
          <w:p w14:paraId="2D921C9D" w14:textId="77777777" w:rsidR="007A5E59" w:rsidRDefault="0095198F">
            <w:r>
              <w:t>надз</w:t>
            </w:r>
          </w:p>
        </w:tc>
      </w:tr>
      <w:tr w:rsidR="007A5E59" w14:paraId="5DE241F9" w14:textId="77777777">
        <w:trPr>
          <w:jc w:val="center"/>
        </w:trPr>
        <w:tc>
          <w:tcPr>
            <w:tcW w:w="0" w:type="auto"/>
          </w:tcPr>
          <w:p w14:paraId="67C16247" w14:textId="77777777" w:rsidR="007A5E59" w:rsidRDefault="0095198F">
            <w:pPr>
              <w:jc w:val="center"/>
            </w:pPr>
            <w:r>
              <w:t>175</w:t>
            </w:r>
          </w:p>
        </w:tc>
        <w:tc>
          <w:tcPr>
            <w:tcW w:w="0" w:type="auto"/>
          </w:tcPr>
          <w:p w14:paraId="00E4317D" w14:textId="77777777" w:rsidR="007A5E59" w:rsidRDefault="0095198F">
            <w:r>
              <w:t>2-2/15 ÷ "туб.диспансер"</w:t>
            </w:r>
          </w:p>
        </w:tc>
        <w:tc>
          <w:tcPr>
            <w:tcW w:w="0" w:type="auto"/>
          </w:tcPr>
          <w:p w14:paraId="4D4B26E8" w14:textId="77777777" w:rsidR="007A5E59" w:rsidRDefault="0095198F">
            <w:pPr>
              <w:jc w:val="center"/>
            </w:pPr>
            <w:r>
              <w:t>100</w:t>
            </w:r>
          </w:p>
        </w:tc>
        <w:tc>
          <w:tcPr>
            <w:tcW w:w="0" w:type="auto"/>
          </w:tcPr>
          <w:p w14:paraId="57206959" w14:textId="77777777" w:rsidR="007A5E59" w:rsidRDefault="0095198F">
            <w:pPr>
              <w:jc w:val="center"/>
            </w:pPr>
            <w:r>
              <w:t>1983</w:t>
            </w:r>
          </w:p>
        </w:tc>
        <w:tc>
          <w:tcPr>
            <w:tcW w:w="0" w:type="auto"/>
          </w:tcPr>
          <w:p w14:paraId="11766330" w14:textId="77777777" w:rsidR="007A5E59" w:rsidRDefault="0095198F">
            <w:pPr>
              <w:jc w:val="center"/>
            </w:pPr>
            <w:r>
              <w:t>58</w:t>
            </w:r>
          </w:p>
        </w:tc>
        <w:tc>
          <w:tcPr>
            <w:tcW w:w="0" w:type="auto"/>
          </w:tcPr>
          <w:p w14:paraId="05C7D27A" w14:textId="77777777" w:rsidR="007A5E59" w:rsidRDefault="0095198F">
            <w:r>
              <w:t>надз</w:t>
            </w:r>
          </w:p>
        </w:tc>
      </w:tr>
      <w:tr w:rsidR="007A5E59" w14:paraId="7EEA680F" w14:textId="77777777">
        <w:trPr>
          <w:jc w:val="center"/>
        </w:trPr>
        <w:tc>
          <w:tcPr>
            <w:tcW w:w="0" w:type="auto"/>
          </w:tcPr>
          <w:p w14:paraId="4C09DB60" w14:textId="77777777" w:rsidR="007A5E59" w:rsidRDefault="0095198F">
            <w:pPr>
              <w:jc w:val="center"/>
            </w:pPr>
            <w:r>
              <w:t>176</w:t>
            </w:r>
          </w:p>
        </w:tc>
        <w:tc>
          <w:tcPr>
            <w:tcW w:w="0" w:type="auto"/>
          </w:tcPr>
          <w:p w14:paraId="3131DDA0" w14:textId="77777777" w:rsidR="007A5E59" w:rsidRDefault="0095198F">
            <w:r>
              <w:t>2-2/17 ÷ ул. Школьная, 16</w:t>
            </w:r>
          </w:p>
        </w:tc>
        <w:tc>
          <w:tcPr>
            <w:tcW w:w="0" w:type="auto"/>
          </w:tcPr>
          <w:p w14:paraId="610FFE3E" w14:textId="77777777" w:rsidR="007A5E59" w:rsidRDefault="0095198F">
            <w:pPr>
              <w:jc w:val="center"/>
            </w:pPr>
            <w:r>
              <w:t>50</w:t>
            </w:r>
          </w:p>
        </w:tc>
        <w:tc>
          <w:tcPr>
            <w:tcW w:w="0" w:type="auto"/>
          </w:tcPr>
          <w:p w14:paraId="3D99766D" w14:textId="77777777" w:rsidR="007A5E59" w:rsidRDefault="0095198F">
            <w:pPr>
              <w:jc w:val="center"/>
            </w:pPr>
            <w:r>
              <w:t>1983</w:t>
            </w:r>
          </w:p>
        </w:tc>
        <w:tc>
          <w:tcPr>
            <w:tcW w:w="0" w:type="auto"/>
          </w:tcPr>
          <w:p w14:paraId="43610EA3" w14:textId="77777777" w:rsidR="007A5E59" w:rsidRDefault="0095198F">
            <w:pPr>
              <w:jc w:val="center"/>
            </w:pPr>
            <w:r>
              <w:t>2</w:t>
            </w:r>
          </w:p>
        </w:tc>
        <w:tc>
          <w:tcPr>
            <w:tcW w:w="0" w:type="auto"/>
          </w:tcPr>
          <w:p w14:paraId="7D7B5149" w14:textId="77777777" w:rsidR="007A5E59" w:rsidRDefault="0095198F">
            <w:r>
              <w:t>надз</w:t>
            </w:r>
          </w:p>
        </w:tc>
      </w:tr>
      <w:tr w:rsidR="007A5E59" w14:paraId="496C6E42" w14:textId="77777777">
        <w:trPr>
          <w:jc w:val="center"/>
        </w:trPr>
        <w:tc>
          <w:tcPr>
            <w:tcW w:w="0" w:type="auto"/>
          </w:tcPr>
          <w:p w14:paraId="01A7021C" w14:textId="77777777" w:rsidR="007A5E59" w:rsidRDefault="0095198F">
            <w:pPr>
              <w:jc w:val="center"/>
            </w:pPr>
            <w:r>
              <w:t>177</w:t>
            </w:r>
          </w:p>
        </w:tc>
        <w:tc>
          <w:tcPr>
            <w:tcW w:w="0" w:type="auto"/>
          </w:tcPr>
          <w:p w14:paraId="7F08ACFB" w14:textId="77777777" w:rsidR="007A5E59" w:rsidRDefault="0095198F">
            <w:r>
              <w:t>2-2/17 ÷ 2-2/19</w:t>
            </w:r>
          </w:p>
        </w:tc>
        <w:tc>
          <w:tcPr>
            <w:tcW w:w="0" w:type="auto"/>
          </w:tcPr>
          <w:p w14:paraId="0AE11DF6" w14:textId="77777777" w:rsidR="007A5E59" w:rsidRDefault="0095198F">
            <w:pPr>
              <w:jc w:val="center"/>
            </w:pPr>
            <w:r>
              <w:t>100</w:t>
            </w:r>
          </w:p>
        </w:tc>
        <w:tc>
          <w:tcPr>
            <w:tcW w:w="0" w:type="auto"/>
          </w:tcPr>
          <w:p w14:paraId="79472049" w14:textId="77777777" w:rsidR="007A5E59" w:rsidRDefault="0095198F">
            <w:pPr>
              <w:jc w:val="center"/>
            </w:pPr>
            <w:r>
              <w:t>1983</w:t>
            </w:r>
          </w:p>
        </w:tc>
        <w:tc>
          <w:tcPr>
            <w:tcW w:w="0" w:type="auto"/>
          </w:tcPr>
          <w:p w14:paraId="38AE7A05" w14:textId="77777777" w:rsidR="007A5E59" w:rsidRDefault="0095198F">
            <w:pPr>
              <w:jc w:val="center"/>
            </w:pPr>
            <w:r>
              <w:t>72</w:t>
            </w:r>
          </w:p>
        </w:tc>
        <w:tc>
          <w:tcPr>
            <w:tcW w:w="0" w:type="auto"/>
          </w:tcPr>
          <w:p w14:paraId="188BE211" w14:textId="77777777" w:rsidR="007A5E59" w:rsidRDefault="0095198F">
            <w:r>
              <w:t>надз</w:t>
            </w:r>
          </w:p>
        </w:tc>
      </w:tr>
      <w:tr w:rsidR="007A5E59" w14:paraId="03D7B2D5" w14:textId="77777777">
        <w:trPr>
          <w:jc w:val="center"/>
        </w:trPr>
        <w:tc>
          <w:tcPr>
            <w:tcW w:w="0" w:type="auto"/>
          </w:tcPr>
          <w:p w14:paraId="5FCEA9C6" w14:textId="77777777" w:rsidR="007A5E59" w:rsidRDefault="0095198F">
            <w:pPr>
              <w:jc w:val="center"/>
            </w:pPr>
            <w:r>
              <w:t>178</w:t>
            </w:r>
          </w:p>
        </w:tc>
        <w:tc>
          <w:tcPr>
            <w:tcW w:w="0" w:type="auto"/>
          </w:tcPr>
          <w:p w14:paraId="1653FBEE" w14:textId="77777777" w:rsidR="007A5E59" w:rsidRDefault="0095198F">
            <w:r>
              <w:t>2-2/19 ÷ ул. Школьная, 14</w:t>
            </w:r>
          </w:p>
        </w:tc>
        <w:tc>
          <w:tcPr>
            <w:tcW w:w="0" w:type="auto"/>
          </w:tcPr>
          <w:p w14:paraId="2EF49BA0" w14:textId="77777777" w:rsidR="007A5E59" w:rsidRDefault="0095198F">
            <w:pPr>
              <w:jc w:val="center"/>
            </w:pPr>
            <w:r>
              <w:t>50</w:t>
            </w:r>
          </w:p>
        </w:tc>
        <w:tc>
          <w:tcPr>
            <w:tcW w:w="0" w:type="auto"/>
          </w:tcPr>
          <w:p w14:paraId="79030B82" w14:textId="77777777" w:rsidR="007A5E59" w:rsidRDefault="0095198F">
            <w:pPr>
              <w:jc w:val="center"/>
            </w:pPr>
            <w:r>
              <w:t>1983</w:t>
            </w:r>
          </w:p>
        </w:tc>
        <w:tc>
          <w:tcPr>
            <w:tcW w:w="0" w:type="auto"/>
          </w:tcPr>
          <w:p w14:paraId="04DD77E3" w14:textId="77777777" w:rsidR="007A5E59" w:rsidRDefault="0095198F">
            <w:pPr>
              <w:jc w:val="center"/>
            </w:pPr>
            <w:r>
              <w:t>6</w:t>
            </w:r>
          </w:p>
        </w:tc>
        <w:tc>
          <w:tcPr>
            <w:tcW w:w="0" w:type="auto"/>
          </w:tcPr>
          <w:p w14:paraId="3F4CE41B" w14:textId="77777777" w:rsidR="007A5E59" w:rsidRDefault="0095198F">
            <w:r>
              <w:t>надз</w:t>
            </w:r>
          </w:p>
        </w:tc>
      </w:tr>
      <w:tr w:rsidR="007A5E59" w14:paraId="775A2A2B" w14:textId="77777777">
        <w:trPr>
          <w:jc w:val="center"/>
        </w:trPr>
        <w:tc>
          <w:tcPr>
            <w:tcW w:w="0" w:type="auto"/>
          </w:tcPr>
          <w:p w14:paraId="04F452C0" w14:textId="77777777" w:rsidR="007A5E59" w:rsidRDefault="0095198F">
            <w:pPr>
              <w:jc w:val="center"/>
            </w:pPr>
            <w:r>
              <w:t>179</w:t>
            </w:r>
          </w:p>
        </w:tc>
        <w:tc>
          <w:tcPr>
            <w:tcW w:w="0" w:type="auto"/>
          </w:tcPr>
          <w:p w14:paraId="2C173A29" w14:textId="77777777" w:rsidR="007A5E59" w:rsidRDefault="0095198F">
            <w:r>
              <w:t>2-2/19 ÷ 2-2/21</w:t>
            </w:r>
          </w:p>
        </w:tc>
        <w:tc>
          <w:tcPr>
            <w:tcW w:w="0" w:type="auto"/>
          </w:tcPr>
          <w:p w14:paraId="121F0965" w14:textId="77777777" w:rsidR="007A5E59" w:rsidRDefault="0095198F">
            <w:pPr>
              <w:jc w:val="center"/>
            </w:pPr>
            <w:r>
              <w:t>65</w:t>
            </w:r>
          </w:p>
        </w:tc>
        <w:tc>
          <w:tcPr>
            <w:tcW w:w="0" w:type="auto"/>
          </w:tcPr>
          <w:p w14:paraId="4BB81AA4" w14:textId="77777777" w:rsidR="007A5E59" w:rsidRDefault="0095198F">
            <w:pPr>
              <w:jc w:val="center"/>
            </w:pPr>
            <w:r>
              <w:t>1983</w:t>
            </w:r>
          </w:p>
        </w:tc>
        <w:tc>
          <w:tcPr>
            <w:tcW w:w="0" w:type="auto"/>
          </w:tcPr>
          <w:p w14:paraId="70E2F332" w14:textId="77777777" w:rsidR="007A5E59" w:rsidRDefault="0095198F">
            <w:pPr>
              <w:jc w:val="center"/>
            </w:pPr>
            <w:r>
              <w:t>52</w:t>
            </w:r>
          </w:p>
        </w:tc>
        <w:tc>
          <w:tcPr>
            <w:tcW w:w="0" w:type="auto"/>
          </w:tcPr>
          <w:p w14:paraId="4D98BB67" w14:textId="77777777" w:rsidR="007A5E59" w:rsidRDefault="0095198F">
            <w:r>
              <w:t>надз</w:t>
            </w:r>
          </w:p>
        </w:tc>
      </w:tr>
      <w:tr w:rsidR="007A5E59" w14:paraId="26955192" w14:textId="77777777">
        <w:trPr>
          <w:jc w:val="center"/>
        </w:trPr>
        <w:tc>
          <w:tcPr>
            <w:tcW w:w="0" w:type="auto"/>
          </w:tcPr>
          <w:p w14:paraId="5910A5F6" w14:textId="77777777" w:rsidR="007A5E59" w:rsidRDefault="0095198F">
            <w:pPr>
              <w:jc w:val="center"/>
            </w:pPr>
            <w:r>
              <w:t>180</w:t>
            </w:r>
          </w:p>
        </w:tc>
        <w:tc>
          <w:tcPr>
            <w:tcW w:w="0" w:type="auto"/>
          </w:tcPr>
          <w:p w14:paraId="6EBBAF66" w14:textId="77777777" w:rsidR="007A5E59" w:rsidRDefault="0095198F">
            <w:r>
              <w:t>2-2/21 ÷ ул. Школьная, 12</w:t>
            </w:r>
          </w:p>
        </w:tc>
        <w:tc>
          <w:tcPr>
            <w:tcW w:w="0" w:type="auto"/>
          </w:tcPr>
          <w:p w14:paraId="3144BE83" w14:textId="77777777" w:rsidR="007A5E59" w:rsidRDefault="0095198F">
            <w:pPr>
              <w:jc w:val="center"/>
            </w:pPr>
            <w:r>
              <w:t>50</w:t>
            </w:r>
          </w:p>
        </w:tc>
        <w:tc>
          <w:tcPr>
            <w:tcW w:w="0" w:type="auto"/>
          </w:tcPr>
          <w:p w14:paraId="354D7524" w14:textId="77777777" w:rsidR="007A5E59" w:rsidRDefault="0095198F">
            <w:pPr>
              <w:jc w:val="center"/>
            </w:pPr>
            <w:r>
              <w:t>1983</w:t>
            </w:r>
          </w:p>
        </w:tc>
        <w:tc>
          <w:tcPr>
            <w:tcW w:w="0" w:type="auto"/>
          </w:tcPr>
          <w:p w14:paraId="7793BFD7" w14:textId="77777777" w:rsidR="007A5E59" w:rsidRDefault="0095198F">
            <w:pPr>
              <w:jc w:val="center"/>
            </w:pPr>
            <w:r>
              <w:t>2</w:t>
            </w:r>
          </w:p>
        </w:tc>
        <w:tc>
          <w:tcPr>
            <w:tcW w:w="0" w:type="auto"/>
          </w:tcPr>
          <w:p w14:paraId="7A338C2B" w14:textId="77777777" w:rsidR="007A5E59" w:rsidRDefault="0095198F">
            <w:r>
              <w:t>надз</w:t>
            </w:r>
          </w:p>
        </w:tc>
      </w:tr>
      <w:tr w:rsidR="007A5E59" w14:paraId="6FDB12E4" w14:textId="77777777">
        <w:trPr>
          <w:jc w:val="center"/>
        </w:trPr>
        <w:tc>
          <w:tcPr>
            <w:tcW w:w="0" w:type="auto"/>
          </w:tcPr>
          <w:p w14:paraId="496722EF" w14:textId="77777777" w:rsidR="007A5E59" w:rsidRDefault="0095198F">
            <w:pPr>
              <w:jc w:val="center"/>
            </w:pPr>
            <w:r>
              <w:t>181</w:t>
            </w:r>
          </w:p>
        </w:tc>
        <w:tc>
          <w:tcPr>
            <w:tcW w:w="0" w:type="auto"/>
          </w:tcPr>
          <w:p w14:paraId="14B3FCF3" w14:textId="77777777" w:rsidR="007A5E59" w:rsidRDefault="0095198F">
            <w:r>
              <w:t>2-2/21 ÷ 2-2/23</w:t>
            </w:r>
          </w:p>
        </w:tc>
        <w:tc>
          <w:tcPr>
            <w:tcW w:w="0" w:type="auto"/>
          </w:tcPr>
          <w:p w14:paraId="57FBACC0" w14:textId="77777777" w:rsidR="007A5E59" w:rsidRDefault="0095198F">
            <w:pPr>
              <w:jc w:val="center"/>
            </w:pPr>
            <w:r>
              <w:t>65</w:t>
            </w:r>
          </w:p>
        </w:tc>
        <w:tc>
          <w:tcPr>
            <w:tcW w:w="0" w:type="auto"/>
          </w:tcPr>
          <w:p w14:paraId="6D1F1D9C" w14:textId="77777777" w:rsidR="007A5E59" w:rsidRDefault="0095198F">
            <w:pPr>
              <w:jc w:val="center"/>
            </w:pPr>
            <w:r>
              <w:t>1983</w:t>
            </w:r>
          </w:p>
        </w:tc>
        <w:tc>
          <w:tcPr>
            <w:tcW w:w="0" w:type="auto"/>
          </w:tcPr>
          <w:p w14:paraId="5DBFDE09" w14:textId="77777777" w:rsidR="007A5E59" w:rsidRDefault="0095198F">
            <w:pPr>
              <w:jc w:val="center"/>
            </w:pPr>
            <w:r>
              <w:t>17</w:t>
            </w:r>
          </w:p>
        </w:tc>
        <w:tc>
          <w:tcPr>
            <w:tcW w:w="0" w:type="auto"/>
          </w:tcPr>
          <w:p w14:paraId="24B5DC8F" w14:textId="77777777" w:rsidR="007A5E59" w:rsidRDefault="0095198F">
            <w:r>
              <w:t>надз</w:t>
            </w:r>
          </w:p>
        </w:tc>
      </w:tr>
      <w:tr w:rsidR="007A5E59" w14:paraId="0204340E" w14:textId="77777777">
        <w:trPr>
          <w:jc w:val="center"/>
        </w:trPr>
        <w:tc>
          <w:tcPr>
            <w:tcW w:w="0" w:type="auto"/>
          </w:tcPr>
          <w:p w14:paraId="4270B6D4" w14:textId="77777777" w:rsidR="007A5E59" w:rsidRDefault="0095198F">
            <w:pPr>
              <w:jc w:val="center"/>
            </w:pPr>
            <w:r>
              <w:t>182</w:t>
            </w:r>
          </w:p>
        </w:tc>
        <w:tc>
          <w:tcPr>
            <w:tcW w:w="0" w:type="auto"/>
          </w:tcPr>
          <w:p w14:paraId="7922C28C" w14:textId="77777777" w:rsidR="007A5E59" w:rsidRDefault="0095198F">
            <w:r>
              <w:t>2-2/23 ÷ ул. Школьная, 12</w:t>
            </w:r>
          </w:p>
        </w:tc>
        <w:tc>
          <w:tcPr>
            <w:tcW w:w="0" w:type="auto"/>
          </w:tcPr>
          <w:p w14:paraId="458E6567" w14:textId="77777777" w:rsidR="007A5E59" w:rsidRDefault="0095198F">
            <w:pPr>
              <w:jc w:val="center"/>
            </w:pPr>
            <w:r>
              <w:t>50</w:t>
            </w:r>
          </w:p>
        </w:tc>
        <w:tc>
          <w:tcPr>
            <w:tcW w:w="0" w:type="auto"/>
          </w:tcPr>
          <w:p w14:paraId="02D4F3AB" w14:textId="77777777" w:rsidR="007A5E59" w:rsidRDefault="0095198F">
            <w:pPr>
              <w:jc w:val="center"/>
            </w:pPr>
            <w:r>
              <w:t>1983</w:t>
            </w:r>
          </w:p>
        </w:tc>
        <w:tc>
          <w:tcPr>
            <w:tcW w:w="0" w:type="auto"/>
          </w:tcPr>
          <w:p w14:paraId="3E949308" w14:textId="77777777" w:rsidR="007A5E59" w:rsidRDefault="0095198F">
            <w:pPr>
              <w:jc w:val="center"/>
            </w:pPr>
            <w:r>
              <w:t>2</w:t>
            </w:r>
          </w:p>
        </w:tc>
        <w:tc>
          <w:tcPr>
            <w:tcW w:w="0" w:type="auto"/>
          </w:tcPr>
          <w:p w14:paraId="64D95E51" w14:textId="77777777" w:rsidR="007A5E59" w:rsidRDefault="0095198F">
            <w:r>
              <w:t>надз</w:t>
            </w:r>
          </w:p>
        </w:tc>
      </w:tr>
      <w:tr w:rsidR="007A5E59" w14:paraId="71C2A30A" w14:textId="77777777">
        <w:trPr>
          <w:jc w:val="center"/>
        </w:trPr>
        <w:tc>
          <w:tcPr>
            <w:tcW w:w="0" w:type="auto"/>
          </w:tcPr>
          <w:p w14:paraId="764D9C67" w14:textId="77777777" w:rsidR="007A5E59" w:rsidRDefault="0095198F">
            <w:pPr>
              <w:jc w:val="center"/>
            </w:pPr>
            <w:r>
              <w:t>183</w:t>
            </w:r>
          </w:p>
        </w:tc>
        <w:tc>
          <w:tcPr>
            <w:tcW w:w="0" w:type="auto"/>
          </w:tcPr>
          <w:p w14:paraId="1A7618C7" w14:textId="77777777" w:rsidR="007A5E59" w:rsidRDefault="0095198F">
            <w:r>
              <w:t>1-2/2 ÷ Коммунистическая, 2б</w:t>
            </w:r>
          </w:p>
        </w:tc>
        <w:tc>
          <w:tcPr>
            <w:tcW w:w="0" w:type="auto"/>
          </w:tcPr>
          <w:p w14:paraId="3FA1505A" w14:textId="77777777" w:rsidR="007A5E59" w:rsidRDefault="0095198F">
            <w:pPr>
              <w:jc w:val="center"/>
            </w:pPr>
            <w:r>
              <w:t>40</w:t>
            </w:r>
          </w:p>
        </w:tc>
        <w:tc>
          <w:tcPr>
            <w:tcW w:w="0" w:type="auto"/>
          </w:tcPr>
          <w:p w14:paraId="2A94602B" w14:textId="77777777" w:rsidR="007A5E59" w:rsidRDefault="0095198F">
            <w:pPr>
              <w:jc w:val="center"/>
            </w:pPr>
            <w:r>
              <w:t>2015</w:t>
            </w:r>
          </w:p>
        </w:tc>
        <w:tc>
          <w:tcPr>
            <w:tcW w:w="0" w:type="auto"/>
          </w:tcPr>
          <w:p w14:paraId="193A1270" w14:textId="77777777" w:rsidR="007A5E59" w:rsidRDefault="0095198F">
            <w:pPr>
              <w:jc w:val="center"/>
            </w:pPr>
            <w:r>
              <w:t>50</w:t>
            </w:r>
          </w:p>
        </w:tc>
        <w:tc>
          <w:tcPr>
            <w:tcW w:w="0" w:type="auto"/>
          </w:tcPr>
          <w:p w14:paraId="63E20ABB" w14:textId="77777777" w:rsidR="007A5E59" w:rsidRDefault="0095198F">
            <w:r>
              <w:t>надз</w:t>
            </w:r>
          </w:p>
        </w:tc>
      </w:tr>
      <w:tr w:rsidR="007A5E59" w14:paraId="7C33C635" w14:textId="77777777">
        <w:trPr>
          <w:jc w:val="center"/>
        </w:trPr>
        <w:tc>
          <w:tcPr>
            <w:tcW w:w="0" w:type="auto"/>
          </w:tcPr>
          <w:p w14:paraId="52F5A12E" w14:textId="77777777" w:rsidR="007A5E59" w:rsidRDefault="0095198F">
            <w:pPr>
              <w:jc w:val="center"/>
            </w:pPr>
            <w:r>
              <w:t>184</w:t>
            </w:r>
          </w:p>
        </w:tc>
        <w:tc>
          <w:tcPr>
            <w:tcW w:w="0" w:type="auto"/>
          </w:tcPr>
          <w:p w14:paraId="343546F1" w14:textId="77777777" w:rsidR="007A5E59" w:rsidRDefault="0095198F">
            <w:r>
              <w:t>1-1/01 ÷ Кислородная, 9а</w:t>
            </w:r>
          </w:p>
        </w:tc>
        <w:tc>
          <w:tcPr>
            <w:tcW w:w="0" w:type="auto"/>
          </w:tcPr>
          <w:p w14:paraId="7AEF4E3C" w14:textId="77777777" w:rsidR="007A5E59" w:rsidRDefault="0095198F">
            <w:pPr>
              <w:jc w:val="center"/>
            </w:pPr>
            <w:r>
              <w:t>50</w:t>
            </w:r>
          </w:p>
        </w:tc>
        <w:tc>
          <w:tcPr>
            <w:tcW w:w="0" w:type="auto"/>
          </w:tcPr>
          <w:p w14:paraId="499946F6" w14:textId="77777777" w:rsidR="007A5E59" w:rsidRDefault="0095198F">
            <w:pPr>
              <w:jc w:val="center"/>
            </w:pPr>
            <w:r>
              <w:t>2015</w:t>
            </w:r>
          </w:p>
        </w:tc>
        <w:tc>
          <w:tcPr>
            <w:tcW w:w="0" w:type="auto"/>
          </w:tcPr>
          <w:p w14:paraId="18442C41" w14:textId="77777777" w:rsidR="007A5E59" w:rsidRDefault="0095198F">
            <w:pPr>
              <w:jc w:val="center"/>
            </w:pPr>
            <w:r>
              <w:t>80</w:t>
            </w:r>
          </w:p>
        </w:tc>
        <w:tc>
          <w:tcPr>
            <w:tcW w:w="0" w:type="auto"/>
          </w:tcPr>
          <w:p w14:paraId="0A6267C6" w14:textId="77777777" w:rsidR="007A5E59" w:rsidRDefault="0095198F">
            <w:r>
              <w:t>надз</w:t>
            </w:r>
          </w:p>
        </w:tc>
      </w:tr>
    </w:tbl>
    <w:p w14:paraId="6947D0B1" w14:textId="77777777" w:rsidR="007A5E59" w:rsidRDefault="007A5E59"/>
    <w:p w14:paraId="031E16CF" w14:textId="77777777" w:rsidR="007A5E59" w:rsidRPr="00312815" w:rsidRDefault="0095198F">
      <w:pPr>
        <w:rPr>
          <w:lang w:val="ru-RU"/>
        </w:rPr>
      </w:pPr>
      <w:r w:rsidRPr="00312815">
        <w:rPr>
          <w:b/>
          <w:lang w:val="ru-RU"/>
        </w:rPr>
        <w:t>Таблица П4.3. Характеристики участков тепловых сетей — Производственно-отопительная УПК № 2 ЦМК (г. Таштагол)</w:t>
      </w:r>
    </w:p>
    <w:tbl>
      <w:tblPr>
        <w:tblStyle w:val="aff0"/>
        <w:tblW w:w="5000" w:type="pct"/>
        <w:jc w:val="center"/>
        <w:tblCellMar>
          <w:left w:w="57" w:type="dxa"/>
          <w:right w:w="57" w:type="dxa"/>
        </w:tblCellMar>
        <w:tblLook w:val="04A0" w:firstRow="1" w:lastRow="0" w:firstColumn="1" w:lastColumn="0" w:noHBand="0" w:noVBand="1"/>
      </w:tblPr>
      <w:tblGrid>
        <w:gridCol w:w="356"/>
        <w:gridCol w:w="3193"/>
        <w:gridCol w:w="669"/>
        <w:gridCol w:w="1059"/>
        <w:gridCol w:w="2174"/>
        <w:gridCol w:w="1894"/>
      </w:tblGrid>
      <w:tr w:rsidR="007A5E59" w14:paraId="6CFACEF6" w14:textId="77777777">
        <w:trPr>
          <w:cantSplit/>
          <w:tblHeader/>
          <w:jc w:val="center"/>
        </w:trPr>
        <w:tc>
          <w:tcPr>
            <w:tcW w:w="0" w:type="auto"/>
            <w:shd w:val="clear" w:color="auto" w:fill="E2F0D9"/>
            <w:vAlign w:val="center"/>
          </w:tcPr>
          <w:p w14:paraId="345DA405" w14:textId="77777777" w:rsidR="007A5E59" w:rsidRDefault="0095198F">
            <w:pPr>
              <w:jc w:val="center"/>
            </w:pPr>
            <w:r>
              <w:rPr>
                <w:b/>
              </w:rPr>
              <w:t>№</w:t>
            </w:r>
          </w:p>
        </w:tc>
        <w:tc>
          <w:tcPr>
            <w:tcW w:w="0" w:type="auto"/>
            <w:shd w:val="clear" w:color="auto" w:fill="E2F0D9"/>
            <w:vAlign w:val="center"/>
          </w:tcPr>
          <w:p w14:paraId="076A1CBA" w14:textId="77777777" w:rsidR="007A5E59" w:rsidRDefault="0095198F">
            <w:pPr>
              <w:jc w:val="center"/>
            </w:pPr>
            <w:r>
              <w:rPr>
                <w:b/>
              </w:rPr>
              <w:t>Участок сети</w:t>
            </w:r>
          </w:p>
        </w:tc>
        <w:tc>
          <w:tcPr>
            <w:tcW w:w="0" w:type="auto"/>
            <w:shd w:val="clear" w:color="auto" w:fill="E2F0D9"/>
            <w:vAlign w:val="center"/>
          </w:tcPr>
          <w:p w14:paraId="0CDCCBF0" w14:textId="77777777" w:rsidR="007A5E59" w:rsidRDefault="0095198F">
            <w:pPr>
              <w:jc w:val="center"/>
            </w:pPr>
            <w:r>
              <w:rPr>
                <w:b/>
              </w:rPr>
              <w:t>Ø, мм</w:t>
            </w:r>
          </w:p>
        </w:tc>
        <w:tc>
          <w:tcPr>
            <w:tcW w:w="0" w:type="auto"/>
            <w:shd w:val="clear" w:color="auto" w:fill="E2F0D9"/>
            <w:vAlign w:val="center"/>
          </w:tcPr>
          <w:p w14:paraId="0D886ACA" w14:textId="77777777" w:rsidR="007A5E59" w:rsidRDefault="0095198F">
            <w:pPr>
              <w:jc w:val="center"/>
            </w:pPr>
            <w:r>
              <w:rPr>
                <w:b/>
              </w:rPr>
              <w:t>Год ввода</w:t>
            </w:r>
          </w:p>
        </w:tc>
        <w:tc>
          <w:tcPr>
            <w:tcW w:w="0" w:type="auto"/>
            <w:shd w:val="clear" w:color="auto" w:fill="E2F0D9"/>
            <w:vAlign w:val="center"/>
          </w:tcPr>
          <w:p w14:paraId="45758E7D" w14:textId="77777777" w:rsidR="007A5E59" w:rsidRPr="00312815" w:rsidRDefault="0095198F">
            <w:pPr>
              <w:jc w:val="center"/>
              <w:rPr>
                <w:lang w:val="ru-RU"/>
              </w:rPr>
            </w:pPr>
            <w:r w:rsidRPr="00312815">
              <w:rPr>
                <w:b/>
                <w:lang w:val="ru-RU"/>
              </w:rPr>
              <w:t>Длина по оси трассы, м</w:t>
            </w:r>
          </w:p>
        </w:tc>
        <w:tc>
          <w:tcPr>
            <w:tcW w:w="0" w:type="auto"/>
            <w:shd w:val="clear" w:color="auto" w:fill="E2F0D9"/>
            <w:vAlign w:val="center"/>
          </w:tcPr>
          <w:p w14:paraId="49E839B6" w14:textId="77777777" w:rsidR="007A5E59" w:rsidRDefault="0095198F">
            <w:pPr>
              <w:jc w:val="center"/>
            </w:pPr>
            <w:r>
              <w:rPr>
                <w:b/>
              </w:rPr>
              <w:t>Способ прокладки</w:t>
            </w:r>
          </w:p>
        </w:tc>
      </w:tr>
      <w:tr w:rsidR="007A5E59" w14:paraId="0C4293D7" w14:textId="77777777">
        <w:trPr>
          <w:jc w:val="center"/>
        </w:trPr>
        <w:tc>
          <w:tcPr>
            <w:tcW w:w="0" w:type="auto"/>
          </w:tcPr>
          <w:p w14:paraId="6CE29705" w14:textId="77777777" w:rsidR="007A5E59" w:rsidRDefault="0095198F">
            <w:pPr>
              <w:jc w:val="center"/>
            </w:pPr>
            <w:r>
              <w:t>1</w:t>
            </w:r>
          </w:p>
        </w:tc>
        <w:tc>
          <w:tcPr>
            <w:tcW w:w="0" w:type="auto"/>
          </w:tcPr>
          <w:p w14:paraId="4BC88B22" w14:textId="77777777" w:rsidR="007A5E59" w:rsidRDefault="0095198F">
            <w:r>
              <w:t>котельная ÷ 1-1</w:t>
            </w:r>
          </w:p>
        </w:tc>
        <w:tc>
          <w:tcPr>
            <w:tcW w:w="0" w:type="auto"/>
          </w:tcPr>
          <w:p w14:paraId="678E7BFA" w14:textId="77777777" w:rsidR="007A5E59" w:rsidRDefault="0095198F">
            <w:pPr>
              <w:jc w:val="center"/>
            </w:pPr>
            <w:r>
              <w:t>150</w:t>
            </w:r>
          </w:p>
        </w:tc>
        <w:tc>
          <w:tcPr>
            <w:tcW w:w="0" w:type="auto"/>
          </w:tcPr>
          <w:p w14:paraId="603723D9" w14:textId="77777777" w:rsidR="007A5E59" w:rsidRDefault="0095198F">
            <w:pPr>
              <w:jc w:val="center"/>
            </w:pPr>
            <w:r>
              <w:t>2005</w:t>
            </w:r>
          </w:p>
        </w:tc>
        <w:tc>
          <w:tcPr>
            <w:tcW w:w="0" w:type="auto"/>
          </w:tcPr>
          <w:p w14:paraId="3E67299A" w14:textId="77777777" w:rsidR="007A5E59" w:rsidRDefault="0095198F">
            <w:pPr>
              <w:jc w:val="center"/>
            </w:pPr>
            <w:r>
              <w:t>130</w:t>
            </w:r>
          </w:p>
        </w:tc>
        <w:tc>
          <w:tcPr>
            <w:tcW w:w="0" w:type="auto"/>
          </w:tcPr>
          <w:p w14:paraId="16B3D6C2" w14:textId="77777777" w:rsidR="007A5E59" w:rsidRDefault="0095198F">
            <w:r>
              <w:t>канал.</w:t>
            </w:r>
          </w:p>
        </w:tc>
      </w:tr>
      <w:tr w:rsidR="007A5E59" w14:paraId="1FB9577E" w14:textId="77777777">
        <w:trPr>
          <w:jc w:val="center"/>
        </w:trPr>
        <w:tc>
          <w:tcPr>
            <w:tcW w:w="0" w:type="auto"/>
          </w:tcPr>
          <w:p w14:paraId="712E5DE5" w14:textId="77777777" w:rsidR="007A5E59" w:rsidRDefault="0095198F">
            <w:pPr>
              <w:jc w:val="center"/>
            </w:pPr>
            <w:r>
              <w:t>2</w:t>
            </w:r>
          </w:p>
        </w:tc>
        <w:tc>
          <w:tcPr>
            <w:tcW w:w="0" w:type="auto"/>
          </w:tcPr>
          <w:p w14:paraId="1AD4FC46" w14:textId="77777777" w:rsidR="007A5E59" w:rsidRDefault="0095198F">
            <w:r>
              <w:t>1-1 ÷ 1-2</w:t>
            </w:r>
          </w:p>
        </w:tc>
        <w:tc>
          <w:tcPr>
            <w:tcW w:w="0" w:type="auto"/>
          </w:tcPr>
          <w:p w14:paraId="77DEDA6D" w14:textId="77777777" w:rsidR="007A5E59" w:rsidRDefault="0095198F">
            <w:pPr>
              <w:jc w:val="center"/>
            </w:pPr>
            <w:r>
              <w:t>150</w:t>
            </w:r>
          </w:p>
        </w:tc>
        <w:tc>
          <w:tcPr>
            <w:tcW w:w="0" w:type="auto"/>
          </w:tcPr>
          <w:p w14:paraId="3B6E6F00" w14:textId="77777777" w:rsidR="007A5E59" w:rsidRDefault="0095198F">
            <w:pPr>
              <w:jc w:val="center"/>
            </w:pPr>
            <w:r>
              <w:t>2005</w:t>
            </w:r>
          </w:p>
        </w:tc>
        <w:tc>
          <w:tcPr>
            <w:tcW w:w="0" w:type="auto"/>
          </w:tcPr>
          <w:p w14:paraId="16A51FF4" w14:textId="77777777" w:rsidR="007A5E59" w:rsidRDefault="0095198F">
            <w:pPr>
              <w:jc w:val="center"/>
            </w:pPr>
            <w:r>
              <w:t>128</w:t>
            </w:r>
          </w:p>
        </w:tc>
        <w:tc>
          <w:tcPr>
            <w:tcW w:w="0" w:type="auto"/>
          </w:tcPr>
          <w:p w14:paraId="57C79C05" w14:textId="77777777" w:rsidR="007A5E59" w:rsidRDefault="0095198F">
            <w:r>
              <w:t>канал.</w:t>
            </w:r>
          </w:p>
        </w:tc>
      </w:tr>
      <w:tr w:rsidR="007A5E59" w14:paraId="25347FE3" w14:textId="77777777">
        <w:trPr>
          <w:jc w:val="center"/>
        </w:trPr>
        <w:tc>
          <w:tcPr>
            <w:tcW w:w="0" w:type="auto"/>
          </w:tcPr>
          <w:p w14:paraId="245E30ED" w14:textId="77777777" w:rsidR="007A5E59" w:rsidRDefault="0095198F">
            <w:pPr>
              <w:jc w:val="center"/>
            </w:pPr>
            <w:r>
              <w:t>3</w:t>
            </w:r>
          </w:p>
        </w:tc>
        <w:tc>
          <w:tcPr>
            <w:tcW w:w="0" w:type="auto"/>
          </w:tcPr>
          <w:p w14:paraId="4C87B7C2" w14:textId="77777777" w:rsidR="007A5E59" w:rsidRDefault="0095198F">
            <w:r>
              <w:t>1-2 ÷ 1-3</w:t>
            </w:r>
          </w:p>
        </w:tc>
        <w:tc>
          <w:tcPr>
            <w:tcW w:w="0" w:type="auto"/>
          </w:tcPr>
          <w:p w14:paraId="0DA16825" w14:textId="77777777" w:rsidR="007A5E59" w:rsidRDefault="0095198F">
            <w:pPr>
              <w:jc w:val="center"/>
            </w:pPr>
            <w:r>
              <w:t>150</w:t>
            </w:r>
          </w:p>
        </w:tc>
        <w:tc>
          <w:tcPr>
            <w:tcW w:w="0" w:type="auto"/>
          </w:tcPr>
          <w:p w14:paraId="0424FEAE" w14:textId="77777777" w:rsidR="007A5E59" w:rsidRDefault="0095198F">
            <w:pPr>
              <w:jc w:val="center"/>
            </w:pPr>
            <w:r>
              <w:t>2005</w:t>
            </w:r>
          </w:p>
        </w:tc>
        <w:tc>
          <w:tcPr>
            <w:tcW w:w="0" w:type="auto"/>
          </w:tcPr>
          <w:p w14:paraId="1A4B0545" w14:textId="77777777" w:rsidR="007A5E59" w:rsidRDefault="0095198F">
            <w:pPr>
              <w:jc w:val="center"/>
            </w:pPr>
            <w:r>
              <w:t>46</w:t>
            </w:r>
          </w:p>
        </w:tc>
        <w:tc>
          <w:tcPr>
            <w:tcW w:w="0" w:type="auto"/>
          </w:tcPr>
          <w:p w14:paraId="4B15FA6A" w14:textId="77777777" w:rsidR="007A5E59" w:rsidRDefault="0095198F">
            <w:r>
              <w:t>канал.</w:t>
            </w:r>
          </w:p>
        </w:tc>
      </w:tr>
      <w:tr w:rsidR="007A5E59" w14:paraId="75DED36A" w14:textId="77777777">
        <w:trPr>
          <w:jc w:val="center"/>
        </w:trPr>
        <w:tc>
          <w:tcPr>
            <w:tcW w:w="0" w:type="auto"/>
          </w:tcPr>
          <w:p w14:paraId="6A1AF6F6" w14:textId="77777777" w:rsidR="007A5E59" w:rsidRDefault="0095198F">
            <w:pPr>
              <w:jc w:val="center"/>
            </w:pPr>
            <w:r>
              <w:t>4</w:t>
            </w:r>
          </w:p>
        </w:tc>
        <w:tc>
          <w:tcPr>
            <w:tcW w:w="0" w:type="auto"/>
          </w:tcPr>
          <w:p w14:paraId="278130DB" w14:textId="77777777" w:rsidR="007A5E59" w:rsidRDefault="0095198F">
            <w:r>
              <w:t>1-3 ÷ ул. Советская, 18</w:t>
            </w:r>
          </w:p>
        </w:tc>
        <w:tc>
          <w:tcPr>
            <w:tcW w:w="0" w:type="auto"/>
          </w:tcPr>
          <w:p w14:paraId="223C1435" w14:textId="77777777" w:rsidR="007A5E59" w:rsidRDefault="0095198F">
            <w:pPr>
              <w:jc w:val="center"/>
            </w:pPr>
            <w:r>
              <w:t>25</w:t>
            </w:r>
          </w:p>
        </w:tc>
        <w:tc>
          <w:tcPr>
            <w:tcW w:w="0" w:type="auto"/>
          </w:tcPr>
          <w:p w14:paraId="75DFF624" w14:textId="77777777" w:rsidR="007A5E59" w:rsidRDefault="0095198F">
            <w:pPr>
              <w:jc w:val="center"/>
            </w:pPr>
            <w:r>
              <w:t>2005</w:t>
            </w:r>
          </w:p>
        </w:tc>
        <w:tc>
          <w:tcPr>
            <w:tcW w:w="0" w:type="auto"/>
          </w:tcPr>
          <w:p w14:paraId="2BF2A875" w14:textId="77777777" w:rsidR="007A5E59" w:rsidRDefault="0095198F">
            <w:pPr>
              <w:jc w:val="center"/>
            </w:pPr>
            <w:r>
              <w:t>55</w:t>
            </w:r>
          </w:p>
        </w:tc>
        <w:tc>
          <w:tcPr>
            <w:tcW w:w="0" w:type="auto"/>
          </w:tcPr>
          <w:p w14:paraId="17356134" w14:textId="77777777" w:rsidR="007A5E59" w:rsidRDefault="0095198F">
            <w:r>
              <w:t>канал.</w:t>
            </w:r>
          </w:p>
        </w:tc>
      </w:tr>
      <w:tr w:rsidR="007A5E59" w14:paraId="5E51CC45" w14:textId="77777777">
        <w:trPr>
          <w:jc w:val="center"/>
        </w:trPr>
        <w:tc>
          <w:tcPr>
            <w:tcW w:w="0" w:type="auto"/>
          </w:tcPr>
          <w:p w14:paraId="00618D50" w14:textId="77777777" w:rsidR="007A5E59" w:rsidRDefault="0095198F">
            <w:pPr>
              <w:jc w:val="center"/>
            </w:pPr>
            <w:r>
              <w:t>5</w:t>
            </w:r>
          </w:p>
        </w:tc>
        <w:tc>
          <w:tcPr>
            <w:tcW w:w="0" w:type="auto"/>
          </w:tcPr>
          <w:p w14:paraId="3976D6A8" w14:textId="77777777" w:rsidR="007A5E59" w:rsidRDefault="0095198F">
            <w:r>
              <w:t>1-3 ÷ 1-4</w:t>
            </w:r>
          </w:p>
        </w:tc>
        <w:tc>
          <w:tcPr>
            <w:tcW w:w="0" w:type="auto"/>
          </w:tcPr>
          <w:p w14:paraId="1F15C566" w14:textId="77777777" w:rsidR="007A5E59" w:rsidRDefault="0095198F">
            <w:pPr>
              <w:jc w:val="center"/>
            </w:pPr>
            <w:r>
              <w:t>150</w:t>
            </w:r>
          </w:p>
        </w:tc>
        <w:tc>
          <w:tcPr>
            <w:tcW w:w="0" w:type="auto"/>
          </w:tcPr>
          <w:p w14:paraId="21429E2B" w14:textId="77777777" w:rsidR="007A5E59" w:rsidRDefault="0095198F">
            <w:pPr>
              <w:jc w:val="center"/>
            </w:pPr>
            <w:r>
              <w:t>2005</w:t>
            </w:r>
          </w:p>
        </w:tc>
        <w:tc>
          <w:tcPr>
            <w:tcW w:w="0" w:type="auto"/>
          </w:tcPr>
          <w:p w14:paraId="13BA8F5F" w14:textId="77777777" w:rsidR="007A5E59" w:rsidRDefault="0095198F">
            <w:pPr>
              <w:jc w:val="center"/>
            </w:pPr>
            <w:r>
              <w:t>15</w:t>
            </w:r>
          </w:p>
        </w:tc>
        <w:tc>
          <w:tcPr>
            <w:tcW w:w="0" w:type="auto"/>
          </w:tcPr>
          <w:p w14:paraId="771AE861" w14:textId="77777777" w:rsidR="007A5E59" w:rsidRDefault="0095198F">
            <w:r>
              <w:t>канал.</w:t>
            </w:r>
          </w:p>
        </w:tc>
      </w:tr>
      <w:tr w:rsidR="007A5E59" w14:paraId="4BBEC5B2" w14:textId="77777777">
        <w:trPr>
          <w:jc w:val="center"/>
        </w:trPr>
        <w:tc>
          <w:tcPr>
            <w:tcW w:w="0" w:type="auto"/>
          </w:tcPr>
          <w:p w14:paraId="031656CD" w14:textId="77777777" w:rsidR="007A5E59" w:rsidRDefault="0095198F">
            <w:pPr>
              <w:jc w:val="center"/>
            </w:pPr>
            <w:r>
              <w:t>6</w:t>
            </w:r>
          </w:p>
        </w:tc>
        <w:tc>
          <w:tcPr>
            <w:tcW w:w="0" w:type="auto"/>
          </w:tcPr>
          <w:p w14:paraId="0B0CA0E3" w14:textId="77777777" w:rsidR="007A5E59" w:rsidRDefault="0095198F">
            <w:r>
              <w:t>1-4 ÷ ул. Советская, 20</w:t>
            </w:r>
          </w:p>
        </w:tc>
        <w:tc>
          <w:tcPr>
            <w:tcW w:w="0" w:type="auto"/>
          </w:tcPr>
          <w:p w14:paraId="7E84D099" w14:textId="77777777" w:rsidR="007A5E59" w:rsidRDefault="0095198F">
            <w:pPr>
              <w:jc w:val="center"/>
            </w:pPr>
            <w:r>
              <w:t>25</w:t>
            </w:r>
          </w:p>
        </w:tc>
        <w:tc>
          <w:tcPr>
            <w:tcW w:w="0" w:type="auto"/>
          </w:tcPr>
          <w:p w14:paraId="48436DE4" w14:textId="77777777" w:rsidR="007A5E59" w:rsidRDefault="0095198F">
            <w:pPr>
              <w:jc w:val="center"/>
            </w:pPr>
            <w:r>
              <w:t>2005</w:t>
            </w:r>
          </w:p>
        </w:tc>
        <w:tc>
          <w:tcPr>
            <w:tcW w:w="0" w:type="auto"/>
          </w:tcPr>
          <w:p w14:paraId="5DDB992C" w14:textId="77777777" w:rsidR="007A5E59" w:rsidRDefault="0095198F">
            <w:pPr>
              <w:jc w:val="center"/>
            </w:pPr>
            <w:r>
              <w:t>30</w:t>
            </w:r>
          </w:p>
        </w:tc>
        <w:tc>
          <w:tcPr>
            <w:tcW w:w="0" w:type="auto"/>
          </w:tcPr>
          <w:p w14:paraId="4C90028D" w14:textId="77777777" w:rsidR="007A5E59" w:rsidRDefault="0095198F">
            <w:r>
              <w:t>канал.</w:t>
            </w:r>
          </w:p>
        </w:tc>
      </w:tr>
      <w:tr w:rsidR="007A5E59" w14:paraId="20ADC405" w14:textId="77777777">
        <w:trPr>
          <w:jc w:val="center"/>
        </w:trPr>
        <w:tc>
          <w:tcPr>
            <w:tcW w:w="0" w:type="auto"/>
          </w:tcPr>
          <w:p w14:paraId="70B31BC5" w14:textId="77777777" w:rsidR="007A5E59" w:rsidRDefault="0095198F">
            <w:pPr>
              <w:jc w:val="center"/>
            </w:pPr>
            <w:r>
              <w:t>7</w:t>
            </w:r>
          </w:p>
        </w:tc>
        <w:tc>
          <w:tcPr>
            <w:tcW w:w="0" w:type="auto"/>
          </w:tcPr>
          <w:p w14:paraId="223D5A2A" w14:textId="77777777" w:rsidR="007A5E59" w:rsidRDefault="0095198F">
            <w:r>
              <w:t>1-4 ÷ 1-5</w:t>
            </w:r>
          </w:p>
        </w:tc>
        <w:tc>
          <w:tcPr>
            <w:tcW w:w="0" w:type="auto"/>
          </w:tcPr>
          <w:p w14:paraId="26B8D201" w14:textId="77777777" w:rsidR="007A5E59" w:rsidRDefault="0095198F">
            <w:pPr>
              <w:jc w:val="center"/>
            </w:pPr>
            <w:r>
              <w:t>150</w:t>
            </w:r>
          </w:p>
        </w:tc>
        <w:tc>
          <w:tcPr>
            <w:tcW w:w="0" w:type="auto"/>
          </w:tcPr>
          <w:p w14:paraId="1B5D348D" w14:textId="77777777" w:rsidR="007A5E59" w:rsidRDefault="0095198F">
            <w:pPr>
              <w:jc w:val="center"/>
            </w:pPr>
            <w:r>
              <w:t>2005</w:t>
            </w:r>
          </w:p>
        </w:tc>
        <w:tc>
          <w:tcPr>
            <w:tcW w:w="0" w:type="auto"/>
          </w:tcPr>
          <w:p w14:paraId="61B5C3F0" w14:textId="77777777" w:rsidR="007A5E59" w:rsidRDefault="0095198F">
            <w:pPr>
              <w:jc w:val="center"/>
            </w:pPr>
            <w:r>
              <w:t>25</w:t>
            </w:r>
          </w:p>
        </w:tc>
        <w:tc>
          <w:tcPr>
            <w:tcW w:w="0" w:type="auto"/>
          </w:tcPr>
          <w:p w14:paraId="152AA94E" w14:textId="77777777" w:rsidR="007A5E59" w:rsidRDefault="0095198F">
            <w:r>
              <w:t>канал.</w:t>
            </w:r>
          </w:p>
        </w:tc>
      </w:tr>
      <w:tr w:rsidR="007A5E59" w14:paraId="1D3E9B78" w14:textId="77777777">
        <w:trPr>
          <w:jc w:val="center"/>
        </w:trPr>
        <w:tc>
          <w:tcPr>
            <w:tcW w:w="0" w:type="auto"/>
          </w:tcPr>
          <w:p w14:paraId="4545AD83" w14:textId="77777777" w:rsidR="007A5E59" w:rsidRDefault="0095198F">
            <w:pPr>
              <w:jc w:val="center"/>
            </w:pPr>
            <w:r>
              <w:t>8</w:t>
            </w:r>
          </w:p>
        </w:tc>
        <w:tc>
          <w:tcPr>
            <w:tcW w:w="0" w:type="auto"/>
          </w:tcPr>
          <w:p w14:paraId="1D1E4F30" w14:textId="77777777" w:rsidR="007A5E59" w:rsidRDefault="0095198F">
            <w:r>
              <w:t>1-5 ÷ 1-5/1</w:t>
            </w:r>
          </w:p>
        </w:tc>
        <w:tc>
          <w:tcPr>
            <w:tcW w:w="0" w:type="auto"/>
          </w:tcPr>
          <w:p w14:paraId="2ED09AB0" w14:textId="77777777" w:rsidR="007A5E59" w:rsidRDefault="0095198F">
            <w:pPr>
              <w:jc w:val="center"/>
            </w:pPr>
            <w:r>
              <w:t>40</w:t>
            </w:r>
          </w:p>
        </w:tc>
        <w:tc>
          <w:tcPr>
            <w:tcW w:w="0" w:type="auto"/>
          </w:tcPr>
          <w:p w14:paraId="13CB18E6" w14:textId="77777777" w:rsidR="007A5E59" w:rsidRDefault="0095198F">
            <w:pPr>
              <w:jc w:val="center"/>
            </w:pPr>
            <w:r>
              <w:t>2005</w:t>
            </w:r>
          </w:p>
        </w:tc>
        <w:tc>
          <w:tcPr>
            <w:tcW w:w="0" w:type="auto"/>
          </w:tcPr>
          <w:p w14:paraId="7186E38D" w14:textId="77777777" w:rsidR="007A5E59" w:rsidRDefault="0095198F">
            <w:pPr>
              <w:jc w:val="center"/>
            </w:pPr>
            <w:r>
              <w:t>15</w:t>
            </w:r>
          </w:p>
        </w:tc>
        <w:tc>
          <w:tcPr>
            <w:tcW w:w="0" w:type="auto"/>
          </w:tcPr>
          <w:p w14:paraId="5ED49AAC" w14:textId="77777777" w:rsidR="007A5E59" w:rsidRDefault="0095198F">
            <w:r>
              <w:t>канал.</w:t>
            </w:r>
          </w:p>
        </w:tc>
      </w:tr>
      <w:tr w:rsidR="007A5E59" w14:paraId="493233E8" w14:textId="77777777">
        <w:trPr>
          <w:jc w:val="center"/>
        </w:trPr>
        <w:tc>
          <w:tcPr>
            <w:tcW w:w="0" w:type="auto"/>
          </w:tcPr>
          <w:p w14:paraId="05DEFC0D" w14:textId="77777777" w:rsidR="007A5E59" w:rsidRDefault="0095198F">
            <w:pPr>
              <w:jc w:val="center"/>
            </w:pPr>
            <w:r>
              <w:t>9</w:t>
            </w:r>
          </w:p>
        </w:tc>
        <w:tc>
          <w:tcPr>
            <w:tcW w:w="0" w:type="auto"/>
          </w:tcPr>
          <w:p w14:paraId="56782DB4" w14:textId="77777777" w:rsidR="007A5E59" w:rsidRDefault="0095198F">
            <w:r>
              <w:t>1-5/1 ÷ ул. Советская, 14</w:t>
            </w:r>
          </w:p>
        </w:tc>
        <w:tc>
          <w:tcPr>
            <w:tcW w:w="0" w:type="auto"/>
          </w:tcPr>
          <w:p w14:paraId="5B7E27F5" w14:textId="77777777" w:rsidR="007A5E59" w:rsidRDefault="0095198F">
            <w:pPr>
              <w:jc w:val="center"/>
            </w:pPr>
            <w:r>
              <w:t>25</w:t>
            </w:r>
          </w:p>
        </w:tc>
        <w:tc>
          <w:tcPr>
            <w:tcW w:w="0" w:type="auto"/>
          </w:tcPr>
          <w:p w14:paraId="11CFCC7B" w14:textId="77777777" w:rsidR="007A5E59" w:rsidRDefault="0095198F">
            <w:pPr>
              <w:jc w:val="center"/>
            </w:pPr>
            <w:r>
              <w:t>2005</w:t>
            </w:r>
          </w:p>
        </w:tc>
        <w:tc>
          <w:tcPr>
            <w:tcW w:w="0" w:type="auto"/>
          </w:tcPr>
          <w:p w14:paraId="6BE4426E" w14:textId="77777777" w:rsidR="007A5E59" w:rsidRDefault="0095198F">
            <w:pPr>
              <w:jc w:val="center"/>
            </w:pPr>
            <w:r>
              <w:t>30</w:t>
            </w:r>
          </w:p>
        </w:tc>
        <w:tc>
          <w:tcPr>
            <w:tcW w:w="0" w:type="auto"/>
          </w:tcPr>
          <w:p w14:paraId="2ED55532" w14:textId="77777777" w:rsidR="007A5E59" w:rsidRDefault="0095198F">
            <w:r>
              <w:t>канал.</w:t>
            </w:r>
          </w:p>
        </w:tc>
      </w:tr>
      <w:tr w:rsidR="007A5E59" w14:paraId="13FC3AB8" w14:textId="77777777">
        <w:trPr>
          <w:jc w:val="center"/>
        </w:trPr>
        <w:tc>
          <w:tcPr>
            <w:tcW w:w="0" w:type="auto"/>
          </w:tcPr>
          <w:p w14:paraId="25FE35D5" w14:textId="77777777" w:rsidR="007A5E59" w:rsidRDefault="0095198F">
            <w:pPr>
              <w:jc w:val="center"/>
            </w:pPr>
            <w:r>
              <w:t>10</w:t>
            </w:r>
          </w:p>
        </w:tc>
        <w:tc>
          <w:tcPr>
            <w:tcW w:w="0" w:type="auto"/>
          </w:tcPr>
          <w:p w14:paraId="2463EB19" w14:textId="77777777" w:rsidR="007A5E59" w:rsidRDefault="0095198F">
            <w:r>
              <w:t>1-5/1 ÷ 1-5/2</w:t>
            </w:r>
          </w:p>
        </w:tc>
        <w:tc>
          <w:tcPr>
            <w:tcW w:w="0" w:type="auto"/>
          </w:tcPr>
          <w:p w14:paraId="283ED2D5" w14:textId="77777777" w:rsidR="007A5E59" w:rsidRDefault="0095198F">
            <w:pPr>
              <w:jc w:val="center"/>
            </w:pPr>
            <w:r>
              <w:t>32</w:t>
            </w:r>
          </w:p>
        </w:tc>
        <w:tc>
          <w:tcPr>
            <w:tcW w:w="0" w:type="auto"/>
          </w:tcPr>
          <w:p w14:paraId="0D2B0A6D" w14:textId="77777777" w:rsidR="007A5E59" w:rsidRDefault="0095198F">
            <w:pPr>
              <w:jc w:val="center"/>
            </w:pPr>
            <w:r>
              <w:t>2005</w:t>
            </w:r>
          </w:p>
        </w:tc>
        <w:tc>
          <w:tcPr>
            <w:tcW w:w="0" w:type="auto"/>
          </w:tcPr>
          <w:p w14:paraId="473BB14B" w14:textId="77777777" w:rsidR="007A5E59" w:rsidRDefault="0095198F">
            <w:pPr>
              <w:jc w:val="center"/>
            </w:pPr>
            <w:r>
              <w:t>30</w:t>
            </w:r>
          </w:p>
        </w:tc>
        <w:tc>
          <w:tcPr>
            <w:tcW w:w="0" w:type="auto"/>
          </w:tcPr>
          <w:p w14:paraId="580D5ED7" w14:textId="77777777" w:rsidR="007A5E59" w:rsidRDefault="0095198F">
            <w:r>
              <w:t>канал.</w:t>
            </w:r>
          </w:p>
        </w:tc>
      </w:tr>
      <w:tr w:rsidR="007A5E59" w14:paraId="67287069" w14:textId="77777777">
        <w:trPr>
          <w:jc w:val="center"/>
        </w:trPr>
        <w:tc>
          <w:tcPr>
            <w:tcW w:w="0" w:type="auto"/>
          </w:tcPr>
          <w:p w14:paraId="4E656BCD" w14:textId="77777777" w:rsidR="007A5E59" w:rsidRDefault="0095198F">
            <w:pPr>
              <w:jc w:val="center"/>
            </w:pPr>
            <w:r>
              <w:t>11</w:t>
            </w:r>
          </w:p>
        </w:tc>
        <w:tc>
          <w:tcPr>
            <w:tcW w:w="0" w:type="auto"/>
          </w:tcPr>
          <w:p w14:paraId="23E571D7" w14:textId="77777777" w:rsidR="007A5E59" w:rsidRDefault="0095198F">
            <w:r>
              <w:t>1-5/2 ÷ ул. Советская, 10</w:t>
            </w:r>
          </w:p>
        </w:tc>
        <w:tc>
          <w:tcPr>
            <w:tcW w:w="0" w:type="auto"/>
          </w:tcPr>
          <w:p w14:paraId="344CFAD5" w14:textId="77777777" w:rsidR="007A5E59" w:rsidRDefault="0095198F">
            <w:pPr>
              <w:jc w:val="center"/>
            </w:pPr>
            <w:r>
              <w:t>25</w:t>
            </w:r>
          </w:p>
        </w:tc>
        <w:tc>
          <w:tcPr>
            <w:tcW w:w="0" w:type="auto"/>
          </w:tcPr>
          <w:p w14:paraId="083F79ED" w14:textId="77777777" w:rsidR="007A5E59" w:rsidRDefault="0095198F">
            <w:pPr>
              <w:jc w:val="center"/>
            </w:pPr>
            <w:r>
              <w:t>2005</w:t>
            </w:r>
          </w:p>
        </w:tc>
        <w:tc>
          <w:tcPr>
            <w:tcW w:w="0" w:type="auto"/>
          </w:tcPr>
          <w:p w14:paraId="06352396" w14:textId="77777777" w:rsidR="007A5E59" w:rsidRDefault="0095198F">
            <w:pPr>
              <w:jc w:val="center"/>
            </w:pPr>
            <w:r>
              <w:t>30</w:t>
            </w:r>
          </w:p>
        </w:tc>
        <w:tc>
          <w:tcPr>
            <w:tcW w:w="0" w:type="auto"/>
          </w:tcPr>
          <w:p w14:paraId="3FA2E498" w14:textId="77777777" w:rsidR="007A5E59" w:rsidRDefault="0095198F">
            <w:r>
              <w:t>канал.</w:t>
            </w:r>
          </w:p>
        </w:tc>
      </w:tr>
      <w:tr w:rsidR="007A5E59" w14:paraId="0D158768" w14:textId="77777777">
        <w:trPr>
          <w:jc w:val="center"/>
        </w:trPr>
        <w:tc>
          <w:tcPr>
            <w:tcW w:w="0" w:type="auto"/>
          </w:tcPr>
          <w:p w14:paraId="156D5A24" w14:textId="77777777" w:rsidR="007A5E59" w:rsidRDefault="0095198F">
            <w:pPr>
              <w:jc w:val="center"/>
            </w:pPr>
            <w:r>
              <w:t>12</w:t>
            </w:r>
          </w:p>
        </w:tc>
        <w:tc>
          <w:tcPr>
            <w:tcW w:w="0" w:type="auto"/>
          </w:tcPr>
          <w:p w14:paraId="1F27E36F" w14:textId="77777777" w:rsidR="007A5E59" w:rsidRDefault="0095198F">
            <w:r>
              <w:t>1-5/2 ÷ ул. Советская, 6</w:t>
            </w:r>
          </w:p>
        </w:tc>
        <w:tc>
          <w:tcPr>
            <w:tcW w:w="0" w:type="auto"/>
          </w:tcPr>
          <w:p w14:paraId="584CD052" w14:textId="77777777" w:rsidR="007A5E59" w:rsidRDefault="0095198F">
            <w:pPr>
              <w:jc w:val="center"/>
            </w:pPr>
            <w:r>
              <w:t>32</w:t>
            </w:r>
          </w:p>
        </w:tc>
        <w:tc>
          <w:tcPr>
            <w:tcW w:w="0" w:type="auto"/>
          </w:tcPr>
          <w:p w14:paraId="15E0C012" w14:textId="77777777" w:rsidR="007A5E59" w:rsidRDefault="0095198F">
            <w:pPr>
              <w:jc w:val="center"/>
            </w:pPr>
            <w:r>
              <w:t>2005</w:t>
            </w:r>
          </w:p>
        </w:tc>
        <w:tc>
          <w:tcPr>
            <w:tcW w:w="0" w:type="auto"/>
          </w:tcPr>
          <w:p w14:paraId="6A3523B1" w14:textId="77777777" w:rsidR="007A5E59" w:rsidRDefault="0095198F">
            <w:pPr>
              <w:jc w:val="center"/>
            </w:pPr>
            <w:r>
              <w:t>50</w:t>
            </w:r>
          </w:p>
        </w:tc>
        <w:tc>
          <w:tcPr>
            <w:tcW w:w="0" w:type="auto"/>
          </w:tcPr>
          <w:p w14:paraId="13A71D23" w14:textId="77777777" w:rsidR="007A5E59" w:rsidRDefault="0095198F">
            <w:r>
              <w:t>канал.</w:t>
            </w:r>
          </w:p>
        </w:tc>
      </w:tr>
      <w:tr w:rsidR="007A5E59" w14:paraId="4A3281E4" w14:textId="77777777">
        <w:trPr>
          <w:jc w:val="center"/>
        </w:trPr>
        <w:tc>
          <w:tcPr>
            <w:tcW w:w="0" w:type="auto"/>
          </w:tcPr>
          <w:p w14:paraId="0DF86365" w14:textId="77777777" w:rsidR="007A5E59" w:rsidRDefault="0095198F">
            <w:pPr>
              <w:jc w:val="center"/>
            </w:pPr>
            <w:r>
              <w:t>13</w:t>
            </w:r>
          </w:p>
        </w:tc>
        <w:tc>
          <w:tcPr>
            <w:tcW w:w="0" w:type="auto"/>
          </w:tcPr>
          <w:p w14:paraId="0D09DF87" w14:textId="77777777" w:rsidR="007A5E59" w:rsidRDefault="0095198F">
            <w:r>
              <w:t>1-5 ÷ 1-6</w:t>
            </w:r>
          </w:p>
        </w:tc>
        <w:tc>
          <w:tcPr>
            <w:tcW w:w="0" w:type="auto"/>
          </w:tcPr>
          <w:p w14:paraId="4ED0FC9C" w14:textId="77777777" w:rsidR="007A5E59" w:rsidRDefault="0095198F">
            <w:pPr>
              <w:jc w:val="center"/>
            </w:pPr>
            <w:r>
              <w:t>150</w:t>
            </w:r>
          </w:p>
        </w:tc>
        <w:tc>
          <w:tcPr>
            <w:tcW w:w="0" w:type="auto"/>
          </w:tcPr>
          <w:p w14:paraId="4277B9D9" w14:textId="77777777" w:rsidR="007A5E59" w:rsidRDefault="0095198F">
            <w:pPr>
              <w:jc w:val="center"/>
            </w:pPr>
            <w:r>
              <w:t>2005</w:t>
            </w:r>
          </w:p>
        </w:tc>
        <w:tc>
          <w:tcPr>
            <w:tcW w:w="0" w:type="auto"/>
          </w:tcPr>
          <w:p w14:paraId="0621971F" w14:textId="77777777" w:rsidR="007A5E59" w:rsidRDefault="0095198F">
            <w:pPr>
              <w:jc w:val="center"/>
            </w:pPr>
            <w:r>
              <w:t>21</w:t>
            </w:r>
          </w:p>
        </w:tc>
        <w:tc>
          <w:tcPr>
            <w:tcW w:w="0" w:type="auto"/>
          </w:tcPr>
          <w:p w14:paraId="51AF3935" w14:textId="77777777" w:rsidR="007A5E59" w:rsidRDefault="0095198F">
            <w:r>
              <w:t>канал.</w:t>
            </w:r>
          </w:p>
        </w:tc>
      </w:tr>
      <w:tr w:rsidR="007A5E59" w14:paraId="731A0D45" w14:textId="77777777">
        <w:trPr>
          <w:jc w:val="center"/>
        </w:trPr>
        <w:tc>
          <w:tcPr>
            <w:tcW w:w="0" w:type="auto"/>
          </w:tcPr>
          <w:p w14:paraId="0EADE74A" w14:textId="77777777" w:rsidR="007A5E59" w:rsidRDefault="0095198F">
            <w:pPr>
              <w:jc w:val="center"/>
            </w:pPr>
            <w:r>
              <w:t>14</w:t>
            </w:r>
          </w:p>
        </w:tc>
        <w:tc>
          <w:tcPr>
            <w:tcW w:w="0" w:type="auto"/>
          </w:tcPr>
          <w:p w14:paraId="408EC518" w14:textId="77777777" w:rsidR="007A5E59" w:rsidRDefault="0095198F">
            <w:r>
              <w:t>1-6 ÷ 1-6/1</w:t>
            </w:r>
          </w:p>
        </w:tc>
        <w:tc>
          <w:tcPr>
            <w:tcW w:w="0" w:type="auto"/>
          </w:tcPr>
          <w:p w14:paraId="402C00F0" w14:textId="77777777" w:rsidR="007A5E59" w:rsidRDefault="0095198F">
            <w:pPr>
              <w:jc w:val="center"/>
            </w:pPr>
            <w:r>
              <w:t>65</w:t>
            </w:r>
          </w:p>
        </w:tc>
        <w:tc>
          <w:tcPr>
            <w:tcW w:w="0" w:type="auto"/>
          </w:tcPr>
          <w:p w14:paraId="732CBB25" w14:textId="77777777" w:rsidR="007A5E59" w:rsidRDefault="0095198F">
            <w:pPr>
              <w:jc w:val="center"/>
            </w:pPr>
            <w:r>
              <w:t>2005</w:t>
            </w:r>
          </w:p>
        </w:tc>
        <w:tc>
          <w:tcPr>
            <w:tcW w:w="0" w:type="auto"/>
          </w:tcPr>
          <w:p w14:paraId="161470FB" w14:textId="77777777" w:rsidR="007A5E59" w:rsidRDefault="0095198F">
            <w:pPr>
              <w:jc w:val="center"/>
            </w:pPr>
            <w:r>
              <w:t>20</w:t>
            </w:r>
          </w:p>
        </w:tc>
        <w:tc>
          <w:tcPr>
            <w:tcW w:w="0" w:type="auto"/>
          </w:tcPr>
          <w:p w14:paraId="293F0E73" w14:textId="77777777" w:rsidR="007A5E59" w:rsidRDefault="0095198F">
            <w:r>
              <w:t>канал.</w:t>
            </w:r>
          </w:p>
        </w:tc>
      </w:tr>
      <w:tr w:rsidR="007A5E59" w14:paraId="0425346C" w14:textId="77777777">
        <w:trPr>
          <w:jc w:val="center"/>
        </w:trPr>
        <w:tc>
          <w:tcPr>
            <w:tcW w:w="0" w:type="auto"/>
          </w:tcPr>
          <w:p w14:paraId="497BF272" w14:textId="77777777" w:rsidR="007A5E59" w:rsidRDefault="0095198F">
            <w:pPr>
              <w:jc w:val="center"/>
            </w:pPr>
            <w:r>
              <w:t>15</w:t>
            </w:r>
          </w:p>
        </w:tc>
        <w:tc>
          <w:tcPr>
            <w:tcW w:w="0" w:type="auto"/>
          </w:tcPr>
          <w:p w14:paraId="3310EC49" w14:textId="77777777" w:rsidR="007A5E59" w:rsidRDefault="0095198F">
            <w:r>
              <w:t>1-6/1 ÷ ул. Советская, 22</w:t>
            </w:r>
          </w:p>
        </w:tc>
        <w:tc>
          <w:tcPr>
            <w:tcW w:w="0" w:type="auto"/>
          </w:tcPr>
          <w:p w14:paraId="2B458370" w14:textId="77777777" w:rsidR="007A5E59" w:rsidRDefault="0095198F">
            <w:pPr>
              <w:jc w:val="center"/>
            </w:pPr>
            <w:r>
              <w:t>25</w:t>
            </w:r>
          </w:p>
        </w:tc>
        <w:tc>
          <w:tcPr>
            <w:tcW w:w="0" w:type="auto"/>
          </w:tcPr>
          <w:p w14:paraId="24D02E24" w14:textId="77777777" w:rsidR="007A5E59" w:rsidRDefault="0095198F">
            <w:pPr>
              <w:jc w:val="center"/>
            </w:pPr>
            <w:r>
              <w:t>2005</w:t>
            </w:r>
          </w:p>
        </w:tc>
        <w:tc>
          <w:tcPr>
            <w:tcW w:w="0" w:type="auto"/>
          </w:tcPr>
          <w:p w14:paraId="6186D55F" w14:textId="77777777" w:rsidR="007A5E59" w:rsidRDefault="0095198F">
            <w:pPr>
              <w:jc w:val="center"/>
            </w:pPr>
            <w:r>
              <w:t>12</w:t>
            </w:r>
          </w:p>
        </w:tc>
        <w:tc>
          <w:tcPr>
            <w:tcW w:w="0" w:type="auto"/>
          </w:tcPr>
          <w:p w14:paraId="0CB4837E" w14:textId="77777777" w:rsidR="007A5E59" w:rsidRDefault="0095198F">
            <w:r>
              <w:t>канал.</w:t>
            </w:r>
          </w:p>
        </w:tc>
      </w:tr>
      <w:tr w:rsidR="007A5E59" w14:paraId="7F540F24" w14:textId="77777777">
        <w:trPr>
          <w:jc w:val="center"/>
        </w:trPr>
        <w:tc>
          <w:tcPr>
            <w:tcW w:w="0" w:type="auto"/>
          </w:tcPr>
          <w:p w14:paraId="2258B6D4" w14:textId="77777777" w:rsidR="007A5E59" w:rsidRDefault="0095198F">
            <w:pPr>
              <w:jc w:val="center"/>
            </w:pPr>
            <w:r>
              <w:t>16</w:t>
            </w:r>
          </w:p>
        </w:tc>
        <w:tc>
          <w:tcPr>
            <w:tcW w:w="0" w:type="auto"/>
          </w:tcPr>
          <w:p w14:paraId="406AA135" w14:textId="77777777" w:rsidR="007A5E59" w:rsidRDefault="0095198F">
            <w:r>
              <w:t>1-6/1 ÷ ул. Советская, 28</w:t>
            </w:r>
          </w:p>
        </w:tc>
        <w:tc>
          <w:tcPr>
            <w:tcW w:w="0" w:type="auto"/>
          </w:tcPr>
          <w:p w14:paraId="55B73EF3" w14:textId="77777777" w:rsidR="007A5E59" w:rsidRDefault="0095198F">
            <w:pPr>
              <w:jc w:val="center"/>
            </w:pPr>
            <w:r>
              <w:t>80</w:t>
            </w:r>
          </w:p>
        </w:tc>
        <w:tc>
          <w:tcPr>
            <w:tcW w:w="0" w:type="auto"/>
          </w:tcPr>
          <w:p w14:paraId="71F6E22A" w14:textId="77777777" w:rsidR="007A5E59" w:rsidRDefault="0095198F">
            <w:pPr>
              <w:jc w:val="center"/>
            </w:pPr>
            <w:r>
              <w:t>2005</w:t>
            </w:r>
          </w:p>
        </w:tc>
        <w:tc>
          <w:tcPr>
            <w:tcW w:w="0" w:type="auto"/>
          </w:tcPr>
          <w:p w14:paraId="274F690F" w14:textId="77777777" w:rsidR="007A5E59" w:rsidRDefault="0095198F">
            <w:pPr>
              <w:jc w:val="center"/>
            </w:pPr>
            <w:r>
              <w:t>12</w:t>
            </w:r>
          </w:p>
        </w:tc>
        <w:tc>
          <w:tcPr>
            <w:tcW w:w="0" w:type="auto"/>
          </w:tcPr>
          <w:p w14:paraId="2C7E2B68" w14:textId="77777777" w:rsidR="007A5E59" w:rsidRDefault="0095198F">
            <w:r>
              <w:t>канал.</w:t>
            </w:r>
          </w:p>
        </w:tc>
      </w:tr>
      <w:tr w:rsidR="007A5E59" w14:paraId="58AC6ED1" w14:textId="77777777">
        <w:trPr>
          <w:jc w:val="center"/>
        </w:trPr>
        <w:tc>
          <w:tcPr>
            <w:tcW w:w="0" w:type="auto"/>
          </w:tcPr>
          <w:p w14:paraId="56D5DA87" w14:textId="77777777" w:rsidR="007A5E59" w:rsidRDefault="0095198F">
            <w:pPr>
              <w:jc w:val="center"/>
            </w:pPr>
            <w:r>
              <w:t>17</w:t>
            </w:r>
          </w:p>
        </w:tc>
        <w:tc>
          <w:tcPr>
            <w:tcW w:w="0" w:type="auto"/>
          </w:tcPr>
          <w:p w14:paraId="652D5005" w14:textId="77777777" w:rsidR="007A5E59" w:rsidRDefault="0095198F">
            <w:r>
              <w:t>1-6 ÷ 1-7</w:t>
            </w:r>
          </w:p>
        </w:tc>
        <w:tc>
          <w:tcPr>
            <w:tcW w:w="0" w:type="auto"/>
          </w:tcPr>
          <w:p w14:paraId="1663CE00" w14:textId="77777777" w:rsidR="007A5E59" w:rsidRDefault="0095198F">
            <w:pPr>
              <w:jc w:val="center"/>
            </w:pPr>
            <w:r>
              <w:t>150</w:t>
            </w:r>
          </w:p>
        </w:tc>
        <w:tc>
          <w:tcPr>
            <w:tcW w:w="0" w:type="auto"/>
          </w:tcPr>
          <w:p w14:paraId="0DE284FC" w14:textId="77777777" w:rsidR="007A5E59" w:rsidRDefault="0095198F">
            <w:pPr>
              <w:jc w:val="center"/>
            </w:pPr>
            <w:r>
              <w:t>2005</w:t>
            </w:r>
          </w:p>
        </w:tc>
        <w:tc>
          <w:tcPr>
            <w:tcW w:w="0" w:type="auto"/>
          </w:tcPr>
          <w:p w14:paraId="461466C0" w14:textId="77777777" w:rsidR="007A5E59" w:rsidRDefault="0095198F">
            <w:pPr>
              <w:jc w:val="center"/>
            </w:pPr>
            <w:r>
              <w:t>83</w:t>
            </w:r>
          </w:p>
        </w:tc>
        <w:tc>
          <w:tcPr>
            <w:tcW w:w="0" w:type="auto"/>
          </w:tcPr>
          <w:p w14:paraId="17B6BE3A" w14:textId="77777777" w:rsidR="007A5E59" w:rsidRDefault="0095198F">
            <w:r>
              <w:t>канал.</w:t>
            </w:r>
          </w:p>
        </w:tc>
      </w:tr>
      <w:tr w:rsidR="007A5E59" w14:paraId="3D739F82" w14:textId="77777777">
        <w:trPr>
          <w:jc w:val="center"/>
        </w:trPr>
        <w:tc>
          <w:tcPr>
            <w:tcW w:w="0" w:type="auto"/>
          </w:tcPr>
          <w:p w14:paraId="6A242728" w14:textId="77777777" w:rsidR="007A5E59" w:rsidRDefault="0095198F">
            <w:pPr>
              <w:jc w:val="center"/>
            </w:pPr>
            <w:r>
              <w:t>18</w:t>
            </w:r>
          </w:p>
        </w:tc>
        <w:tc>
          <w:tcPr>
            <w:tcW w:w="0" w:type="auto"/>
          </w:tcPr>
          <w:p w14:paraId="07FF2491" w14:textId="77777777" w:rsidR="007A5E59" w:rsidRDefault="0095198F">
            <w:r>
              <w:t>1-7 ÷ детский сад №15</w:t>
            </w:r>
          </w:p>
        </w:tc>
        <w:tc>
          <w:tcPr>
            <w:tcW w:w="0" w:type="auto"/>
          </w:tcPr>
          <w:p w14:paraId="622A8BE4" w14:textId="77777777" w:rsidR="007A5E59" w:rsidRDefault="0095198F">
            <w:pPr>
              <w:jc w:val="center"/>
            </w:pPr>
            <w:r>
              <w:t>50</w:t>
            </w:r>
          </w:p>
        </w:tc>
        <w:tc>
          <w:tcPr>
            <w:tcW w:w="0" w:type="auto"/>
          </w:tcPr>
          <w:p w14:paraId="15459308" w14:textId="77777777" w:rsidR="007A5E59" w:rsidRDefault="0095198F">
            <w:pPr>
              <w:jc w:val="center"/>
            </w:pPr>
            <w:r>
              <w:t>2005</w:t>
            </w:r>
          </w:p>
        </w:tc>
        <w:tc>
          <w:tcPr>
            <w:tcW w:w="0" w:type="auto"/>
          </w:tcPr>
          <w:p w14:paraId="29264E48" w14:textId="77777777" w:rsidR="007A5E59" w:rsidRDefault="0095198F">
            <w:pPr>
              <w:jc w:val="center"/>
            </w:pPr>
            <w:r>
              <w:t>11</w:t>
            </w:r>
          </w:p>
        </w:tc>
        <w:tc>
          <w:tcPr>
            <w:tcW w:w="0" w:type="auto"/>
          </w:tcPr>
          <w:p w14:paraId="3D95F8B9" w14:textId="77777777" w:rsidR="007A5E59" w:rsidRDefault="0095198F">
            <w:r>
              <w:t>канал.</w:t>
            </w:r>
          </w:p>
        </w:tc>
      </w:tr>
      <w:tr w:rsidR="007A5E59" w14:paraId="55A6EDAD" w14:textId="77777777">
        <w:trPr>
          <w:jc w:val="center"/>
        </w:trPr>
        <w:tc>
          <w:tcPr>
            <w:tcW w:w="0" w:type="auto"/>
          </w:tcPr>
          <w:p w14:paraId="17BB10F3" w14:textId="77777777" w:rsidR="007A5E59" w:rsidRDefault="0095198F">
            <w:pPr>
              <w:jc w:val="center"/>
            </w:pPr>
            <w:r>
              <w:t>19</w:t>
            </w:r>
          </w:p>
        </w:tc>
        <w:tc>
          <w:tcPr>
            <w:tcW w:w="0" w:type="auto"/>
          </w:tcPr>
          <w:p w14:paraId="7E860221" w14:textId="77777777" w:rsidR="007A5E59" w:rsidRDefault="0095198F">
            <w:r>
              <w:t>1-7 ÷ 1-8</w:t>
            </w:r>
          </w:p>
        </w:tc>
        <w:tc>
          <w:tcPr>
            <w:tcW w:w="0" w:type="auto"/>
          </w:tcPr>
          <w:p w14:paraId="760CB39B" w14:textId="77777777" w:rsidR="007A5E59" w:rsidRDefault="0095198F">
            <w:pPr>
              <w:jc w:val="center"/>
            </w:pPr>
            <w:r>
              <w:t>125</w:t>
            </w:r>
          </w:p>
        </w:tc>
        <w:tc>
          <w:tcPr>
            <w:tcW w:w="0" w:type="auto"/>
          </w:tcPr>
          <w:p w14:paraId="605338D1" w14:textId="77777777" w:rsidR="007A5E59" w:rsidRDefault="0095198F">
            <w:pPr>
              <w:jc w:val="center"/>
            </w:pPr>
            <w:r>
              <w:t>2005</w:t>
            </w:r>
          </w:p>
        </w:tc>
        <w:tc>
          <w:tcPr>
            <w:tcW w:w="0" w:type="auto"/>
          </w:tcPr>
          <w:p w14:paraId="73B79F56" w14:textId="77777777" w:rsidR="007A5E59" w:rsidRDefault="0095198F">
            <w:pPr>
              <w:jc w:val="center"/>
            </w:pPr>
            <w:r>
              <w:t>34</w:t>
            </w:r>
          </w:p>
        </w:tc>
        <w:tc>
          <w:tcPr>
            <w:tcW w:w="0" w:type="auto"/>
          </w:tcPr>
          <w:p w14:paraId="66689848" w14:textId="77777777" w:rsidR="007A5E59" w:rsidRDefault="0095198F">
            <w:r>
              <w:t>канал.</w:t>
            </w:r>
          </w:p>
        </w:tc>
      </w:tr>
      <w:tr w:rsidR="007A5E59" w14:paraId="6E182B8B" w14:textId="77777777">
        <w:trPr>
          <w:jc w:val="center"/>
        </w:trPr>
        <w:tc>
          <w:tcPr>
            <w:tcW w:w="0" w:type="auto"/>
          </w:tcPr>
          <w:p w14:paraId="7FF8F8C9" w14:textId="77777777" w:rsidR="007A5E59" w:rsidRDefault="0095198F">
            <w:pPr>
              <w:jc w:val="center"/>
            </w:pPr>
            <w:r>
              <w:t>20</w:t>
            </w:r>
          </w:p>
        </w:tc>
        <w:tc>
          <w:tcPr>
            <w:tcW w:w="0" w:type="auto"/>
          </w:tcPr>
          <w:p w14:paraId="0D6D294A" w14:textId="77777777" w:rsidR="007A5E59" w:rsidRDefault="0095198F">
            <w:r>
              <w:t>1-8 ÷ ул. Советская, 34</w:t>
            </w:r>
          </w:p>
        </w:tc>
        <w:tc>
          <w:tcPr>
            <w:tcW w:w="0" w:type="auto"/>
          </w:tcPr>
          <w:p w14:paraId="2FD5AF82" w14:textId="77777777" w:rsidR="007A5E59" w:rsidRDefault="0095198F">
            <w:pPr>
              <w:jc w:val="center"/>
            </w:pPr>
            <w:r>
              <w:t>100</w:t>
            </w:r>
          </w:p>
        </w:tc>
        <w:tc>
          <w:tcPr>
            <w:tcW w:w="0" w:type="auto"/>
          </w:tcPr>
          <w:p w14:paraId="33BAEDD6" w14:textId="77777777" w:rsidR="007A5E59" w:rsidRDefault="0095198F">
            <w:pPr>
              <w:jc w:val="center"/>
            </w:pPr>
            <w:r>
              <w:t>2005</w:t>
            </w:r>
          </w:p>
        </w:tc>
        <w:tc>
          <w:tcPr>
            <w:tcW w:w="0" w:type="auto"/>
          </w:tcPr>
          <w:p w14:paraId="2542FBE4" w14:textId="77777777" w:rsidR="007A5E59" w:rsidRDefault="0095198F">
            <w:pPr>
              <w:jc w:val="center"/>
            </w:pPr>
            <w:r>
              <w:t>10</w:t>
            </w:r>
          </w:p>
        </w:tc>
        <w:tc>
          <w:tcPr>
            <w:tcW w:w="0" w:type="auto"/>
          </w:tcPr>
          <w:p w14:paraId="15C628CE" w14:textId="77777777" w:rsidR="007A5E59" w:rsidRDefault="0095198F">
            <w:r>
              <w:t>канал.</w:t>
            </w:r>
          </w:p>
        </w:tc>
      </w:tr>
      <w:tr w:rsidR="007A5E59" w14:paraId="3A1E6248" w14:textId="77777777">
        <w:trPr>
          <w:jc w:val="center"/>
        </w:trPr>
        <w:tc>
          <w:tcPr>
            <w:tcW w:w="0" w:type="auto"/>
          </w:tcPr>
          <w:p w14:paraId="304B62FE" w14:textId="77777777" w:rsidR="007A5E59" w:rsidRDefault="0095198F">
            <w:pPr>
              <w:jc w:val="center"/>
            </w:pPr>
            <w:r>
              <w:t>21</w:t>
            </w:r>
          </w:p>
        </w:tc>
        <w:tc>
          <w:tcPr>
            <w:tcW w:w="0" w:type="auto"/>
          </w:tcPr>
          <w:p w14:paraId="5721688A" w14:textId="77777777" w:rsidR="007A5E59" w:rsidRDefault="0095198F">
            <w:r>
              <w:t>1-8 ÷ 1-8/1</w:t>
            </w:r>
          </w:p>
        </w:tc>
        <w:tc>
          <w:tcPr>
            <w:tcW w:w="0" w:type="auto"/>
          </w:tcPr>
          <w:p w14:paraId="37B44DCD" w14:textId="77777777" w:rsidR="007A5E59" w:rsidRDefault="0095198F">
            <w:pPr>
              <w:jc w:val="center"/>
            </w:pPr>
            <w:r>
              <w:t>50</w:t>
            </w:r>
          </w:p>
        </w:tc>
        <w:tc>
          <w:tcPr>
            <w:tcW w:w="0" w:type="auto"/>
          </w:tcPr>
          <w:p w14:paraId="1B1978E2" w14:textId="77777777" w:rsidR="007A5E59" w:rsidRDefault="0095198F">
            <w:pPr>
              <w:jc w:val="center"/>
            </w:pPr>
            <w:r>
              <w:t>2005</w:t>
            </w:r>
          </w:p>
        </w:tc>
        <w:tc>
          <w:tcPr>
            <w:tcW w:w="0" w:type="auto"/>
          </w:tcPr>
          <w:p w14:paraId="3B3F2D8D" w14:textId="77777777" w:rsidR="007A5E59" w:rsidRDefault="0095198F">
            <w:pPr>
              <w:jc w:val="center"/>
            </w:pPr>
            <w:r>
              <w:t>90</w:t>
            </w:r>
          </w:p>
        </w:tc>
        <w:tc>
          <w:tcPr>
            <w:tcW w:w="0" w:type="auto"/>
          </w:tcPr>
          <w:p w14:paraId="01C33D96" w14:textId="77777777" w:rsidR="007A5E59" w:rsidRDefault="0095198F">
            <w:r>
              <w:t>канал.</w:t>
            </w:r>
          </w:p>
        </w:tc>
      </w:tr>
      <w:tr w:rsidR="007A5E59" w14:paraId="366B7D4F" w14:textId="77777777">
        <w:trPr>
          <w:jc w:val="center"/>
        </w:trPr>
        <w:tc>
          <w:tcPr>
            <w:tcW w:w="0" w:type="auto"/>
          </w:tcPr>
          <w:p w14:paraId="3AAD463E" w14:textId="77777777" w:rsidR="007A5E59" w:rsidRDefault="0095198F">
            <w:pPr>
              <w:jc w:val="center"/>
            </w:pPr>
            <w:r>
              <w:t>22</w:t>
            </w:r>
          </w:p>
        </w:tc>
        <w:tc>
          <w:tcPr>
            <w:tcW w:w="0" w:type="auto"/>
          </w:tcPr>
          <w:p w14:paraId="246C7A16" w14:textId="77777777" w:rsidR="007A5E59" w:rsidRDefault="0095198F">
            <w:r>
              <w:t>1-8/1 ÷ 1-8/3</w:t>
            </w:r>
          </w:p>
        </w:tc>
        <w:tc>
          <w:tcPr>
            <w:tcW w:w="0" w:type="auto"/>
          </w:tcPr>
          <w:p w14:paraId="7094755B" w14:textId="77777777" w:rsidR="007A5E59" w:rsidRDefault="0095198F">
            <w:pPr>
              <w:jc w:val="center"/>
            </w:pPr>
            <w:r>
              <w:t>50</w:t>
            </w:r>
          </w:p>
        </w:tc>
        <w:tc>
          <w:tcPr>
            <w:tcW w:w="0" w:type="auto"/>
          </w:tcPr>
          <w:p w14:paraId="0A671C52" w14:textId="77777777" w:rsidR="007A5E59" w:rsidRDefault="0095198F">
            <w:pPr>
              <w:jc w:val="center"/>
            </w:pPr>
            <w:r>
              <w:t>2005</w:t>
            </w:r>
          </w:p>
        </w:tc>
        <w:tc>
          <w:tcPr>
            <w:tcW w:w="0" w:type="auto"/>
          </w:tcPr>
          <w:p w14:paraId="30B63DCC" w14:textId="77777777" w:rsidR="007A5E59" w:rsidRDefault="0095198F">
            <w:pPr>
              <w:jc w:val="center"/>
            </w:pPr>
            <w:r>
              <w:t>50</w:t>
            </w:r>
          </w:p>
        </w:tc>
        <w:tc>
          <w:tcPr>
            <w:tcW w:w="0" w:type="auto"/>
          </w:tcPr>
          <w:p w14:paraId="5A6D83F0" w14:textId="77777777" w:rsidR="007A5E59" w:rsidRDefault="0095198F">
            <w:r>
              <w:t>канал.</w:t>
            </w:r>
          </w:p>
        </w:tc>
      </w:tr>
      <w:tr w:rsidR="007A5E59" w14:paraId="5DBDB537" w14:textId="77777777">
        <w:trPr>
          <w:jc w:val="center"/>
        </w:trPr>
        <w:tc>
          <w:tcPr>
            <w:tcW w:w="0" w:type="auto"/>
          </w:tcPr>
          <w:p w14:paraId="54B3017C" w14:textId="77777777" w:rsidR="007A5E59" w:rsidRDefault="0095198F">
            <w:pPr>
              <w:jc w:val="center"/>
            </w:pPr>
            <w:r>
              <w:t>23</w:t>
            </w:r>
          </w:p>
        </w:tc>
        <w:tc>
          <w:tcPr>
            <w:tcW w:w="0" w:type="auto"/>
          </w:tcPr>
          <w:p w14:paraId="724CDE51" w14:textId="77777777" w:rsidR="007A5E59" w:rsidRDefault="0095198F">
            <w:r>
              <w:t>1-8/3 ÷ 1-8/5</w:t>
            </w:r>
          </w:p>
        </w:tc>
        <w:tc>
          <w:tcPr>
            <w:tcW w:w="0" w:type="auto"/>
          </w:tcPr>
          <w:p w14:paraId="09F9B553" w14:textId="77777777" w:rsidR="007A5E59" w:rsidRDefault="0095198F">
            <w:pPr>
              <w:jc w:val="center"/>
            </w:pPr>
            <w:r>
              <w:t>50</w:t>
            </w:r>
          </w:p>
        </w:tc>
        <w:tc>
          <w:tcPr>
            <w:tcW w:w="0" w:type="auto"/>
          </w:tcPr>
          <w:p w14:paraId="4BADFA35" w14:textId="77777777" w:rsidR="007A5E59" w:rsidRDefault="0095198F">
            <w:pPr>
              <w:jc w:val="center"/>
            </w:pPr>
            <w:r>
              <w:t>2005</w:t>
            </w:r>
          </w:p>
        </w:tc>
        <w:tc>
          <w:tcPr>
            <w:tcW w:w="0" w:type="auto"/>
          </w:tcPr>
          <w:p w14:paraId="6C64A0E9" w14:textId="77777777" w:rsidR="007A5E59" w:rsidRDefault="0095198F">
            <w:pPr>
              <w:jc w:val="center"/>
            </w:pPr>
            <w:r>
              <w:t>40</w:t>
            </w:r>
          </w:p>
        </w:tc>
        <w:tc>
          <w:tcPr>
            <w:tcW w:w="0" w:type="auto"/>
          </w:tcPr>
          <w:p w14:paraId="6B7E0CCB" w14:textId="77777777" w:rsidR="007A5E59" w:rsidRDefault="0095198F">
            <w:r>
              <w:t>канал.</w:t>
            </w:r>
          </w:p>
        </w:tc>
      </w:tr>
      <w:tr w:rsidR="007A5E59" w14:paraId="2D7B72B8" w14:textId="77777777">
        <w:trPr>
          <w:jc w:val="center"/>
        </w:trPr>
        <w:tc>
          <w:tcPr>
            <w:tcW w:w="0" w:type="auto"/>
          </w:tcPr>
          <w:p w14:paraId="51DDE75B" w14:textId="77777777" w:rsidR="007A5E59" w:rsidRDefault="0095198F">
            <w:pPr>
              <w:jc w:val="center"/>
            </w:pPr>
            <w:r>
              <w:t>24</w:t>
            </w:r>
          </w:p>
        </w:tc>
        <w:tc>
          <w:tcPr>
            <w:tcW w:w="0" w:type="auto"/>
          </w:tcPr>
          <w:p w14:paraId="490168DF" w14:textId="77777777" w:rsidR="007A5E59" w:rsidRDefault="0095198F">
            <w:r>
              <w:t>1-8/5 ÷ 1-8/7</w:t>
            </w:r>
          </w:p>
        </w:tc>
        <w:tc>
          <w:tcPr>
            <w:tcW w:w="0" w:type="auto"/>
          </w:tcPr>
          <w:p w14:paraId="5621128B" w14:textId="77777777" w:rsidR="007A5E59" w:rsidRDefault="0095198F">
            <w:pPr>
              <w:jc w:val="center"/>
            </w:pPr>
            <w:r>
              <w:t>50</w:t>
            </w:r>
          </w:p>
        </w:tc>
        <w:tc>
          <w:tcPr>
            <w:tcW w:w="0" w:type="auto"/>
          </w:tcPr>
          <w:p w14:paraId="4DD14F0A" w14:textId="77777777" w:rsidR="007A5E59" w:rsidRDefault="0095198F">
            <w:pPr>
              <w:jc w:val="center"/>
            </w:pPr>
            <w:r>
              <w:t>2005</w:t>
            </w:r>
          </w:p>
        </w:tc>
        <w:tc>
          <w:tcPr>
            <w:tcW w:w="0" w:type="auto"/>
          </w:tcPr>
          <w:p w14:paraId="71D205BA" w14:textId="77777777" w:rsidR="007A5E59" w:rsidRDefault="0095198F">
            <w:pPr>
              <w:jc w:val="center"/>
            </w:pPr>
            <w:r>
              <w:t>30</w:t>
            </w:r>
          </w:p>
        </w:tc>
        <w:tc>
          <w:tcPr>
            <w:tcW w:w="0" w:type="auto"/>
          </w:tcPr>
          <w:p w14:paraId="21329B45" w14:textId="77777777" w:rsidR="007A5E59" w:rsidRDefault="0095198F">
            <w:r>
              <w:t>канал.</w:t>
            </w:r>
          </w:p>
        </w:tc>
      </w:tr>
      <w:tr w:rsidR="007A5E59" w14:paraId="39643857" w14:textId="77777777">
        <w:trPr>
          <w:jc w:val="center"/>
        </w:trPr>
        <w:tc>
          <w:tcPr>
            <w:tcW w:w="0" w:type="auto"/>
          </w:tcPr>
          <w:p w14:paraId="73ECCFB6" w14:textId="77777777" w:rsidR="007A5E59" w:rsidRDefault="0095198F">
            <w:pPr>
              <w:jc w:val="center"/>
            </w:pPr>
            <w:r>
              <w:t>25</w:t>
            </w:r>
          </w:p>
        </w:tc>
        <w:tc>
          <w:tcPr>
            <w:tcW w:w="0" w:type="auto"/>
          </w:tcPr>
          <w:p w14:paraId="5EE97546" w14:textId="77777777" w:rsidR="007A5E59" w:rsidRDefault="0095198F">
            <w:r>
              <w:t>1-8/1 ÷ ул. Советская, 36</w:t>
            </w:r>
          </w:p>
        </w:tc>
        <w:tc>
          <w:tcPr>
            <w:tcW w:w="0" w:type="auto"/>
          </w:tcPr>
          <w:p w14:paraId="3D44D785" w14:textId="77777777" w:rsidR="007A5E59" w:rsidRDefault="0095198F">
            <w:pPr>
              <w:jc w:val="center"/>
            </w:pPr>
            <w:r>
              <w:t>50</w:t>
            </w:r>
          </w:p>
        </w:tc>
        <w:tc>
          <w:tcPr>
            <w:tcW w:w="0" w:type="auto"/>
          </w:tcPr>
          <w:p w14:paraId="150CE209" w14:textId="77777777" w:rsidR="007A5E59" w:rsidRDefault="0095198F">
            <w:pPr>
              <w:jc w:val="center"/>
            </w:pPr>
            <w:r>
              <w:t>2005</w:t>
            </w:r>
          </w:p>
        </w:tc>
        <w:tc>
          <w:tcPr>
            <w:tcW w:w="0" w:type="auto"/>
          </w:tcPr>
          <w:p w14:paraId="2A482925" w14:textId="77777777" w:rsidR="007A5E59" w:rsidRDefault="0095198F">
            <w:pPr>
              <w:jc w:val="center"/>
            </w:pPr>
            <w:r>
              <w:t>12</w:t>
            </w:r>
          </w:p>
        </w:tc>
        <w:tc>
          <w:tcPr>
            <w:tcW w:w="0" w:type="auto"/>
          </w:tcPr>
          <w:p w14:paraId="2D5F3AEC" w14:textId="77777777" w:rsidR="007A5E59" w:rsidRDefault="0095198F">
            <w:r>
              <w:t>канал.</w:t>
            </w:r>
          </w:p>
        </w:tc>
      </w:tr>
      <w:tr w:rsidR="007A5E59" w14:paraId="66493739" w14:textId="77777777">
        <w:trPr>
          <w:jc w:val="center"/>
        </w:trPr>
        <w:tc>
          <w:tcPr>
            <w:tcW w:w="0" w:type="auto"/>
          </w:tcPr>
          <w:p w14:paraId="54D23BD1" w14:textId="77777777" w:rsidR="007A5E59" w:rsidRDefault="0095198F">
            <w:pPr>
              <w:jc w:val="center"/>
            </w:pPr>
            <w:r>
              <w:t>26</w:t>
            </w:r>
          </w:p>
        </w:tc>
        <w:tc>
          <w:tcPr>
            <w:tcW w:w="0" w:type="auto"/>
          </w:tcPr>
          <w:p w14:paraId="204DB571" w14:textId="77777777" w:rsidR="007A5E59" w:rsidRDefault="0095198F">
            <w:r>
              <w:t>1-8/1 ÷ ул.Советская,36а</w:t>
            </w:r>
          </w:p>
        </w:tc>
        <w:tc>
          <w:tcPr>
            <w:tcW w:w="0" w:type="auto"/>
          </w:tcPr>
          <w:p w14:paraId="603674D5" w14:textId="77777777" w:rsidR="007A5E59" w:rsidRDefault="0095198F">
            <w:pPr>
              <w:jc w:val="center"/>
            </w:pPr>
            <w:r>
              <w:t>32</w:t>
            </w:r>
          </w:p>
        </w:tc>
        <w:tc>
          <w:tcPr>
            <w:tcW w:w="0" w:type="auto"/>
          </w:tcPr>
          <w:p w14:paraId="242D05D8" w14:textId="77777777" w:rsidR="007A5E59" w:rsidRDefault="0095198F">
            <w:pPr>
              <w:jc w:val="center"/>
            </w:pPr>
            <w:r>
              <w:t>2005</w:t>
            </w:r>
          </w:p>
        </w:tc>
        <w:tc>
          <w:tcPr>
            <w:tcW w:w="0" w:type="auto"/>
          </w:tcPr>
          <w:p w14:paraId="6E45E99C" w14:textId="77777777" w:rsidR="007A5E59" w:rsidRDefault="0095198F">
            <w:pPr>
              <w:jc w:val="center"/>
            </w:pPr>
            <w:r>
              <w:t>30</w:t>
            </w:r>
          </w:p>
        </w:tc>
        <w:tc>
          <w:tcPr>
            <w:tcW w:w="0" w:type="auto"/>
          </w:tcPr>
          <w:p w14:paraId="0B200414" w14:textId="77777777" w:rsidR="007A5E59" w:rsidRDefault="0095198F">
            <w:r>
              <w:t>канал.</w:t>
            </w:r>
          </w:p>
        </w:tc>
      </w:tr>
      <w:tr w:rsidR="007A5E59" w14:paraId="1F5D9814" w14:textId="77777777">
        <w:trPr>
          <w:jc w:val="center"/>
        </w:trPr>
        <w:tc>
          <w:tcPr>
            <w:tcW w:w="0" w:type="auto"/>
          </w:tcPr>
          <w:p w14:paraId="21D87C3F" w14:textId="77777777" w:rsidR="007A5E59" w:rsidRDefault="0095198F">
            <w:pPr>
              <w:jc w:val="center"/>
            </w:pPr>
            <w:r>
              <w:t>27</w:t>
            </w:r>
          </w:p>
        </w:tc>
        <w:tc>
          <w:tcPr>
            <w:tcW w:w="0" w:type="auto"/>
          </w:tcPr>
          <w:p w14:paraId="09233E01" w14:textId="77777777" w:rsidR="007A5E59" w:rsidRDefault="0095198F">
            <w:r>
              <w:t>1-8/1 ÷ 1-8/2</w:t>
            </w:r>
          </w:p>
        </w:tc>
        <w:tc>
          <w:tcPr>
            <w:tcW w:w="0" w:type="auto"/>
          </w:tcPr>
          <w:p w14:paraId="280E59EC" w14:textId="77777777" w:rsidR="007A5E59" w:rsidRDefault="0095198F">
            <w:pPr>
              <w:jc w:val="center"/>
            </w:pPr>
            <w:r>
              <w:t>100</w:t>
            </w:r>
          </w:p>
        </w:tc>
        <w:tc>
          <w:tcPr>
            <w:tcW w:w="0" w:type="auto"/>
          </w:tcPr>
          <w:p w14:paraId="499C76FE" w14:textId="77777777" w:rsidR="007A5E59" w:rsidRDefault="0095198F">
            <w:pPr>
              <w:jc w:val="center"/>
            </w:pPr>
            <w:r>
              <w:t>2005</w:t>
            </w:r>
          </w:p>
        </w:tc>
        <w:tc>
          <w:tcPr>
            <w:tcW w:w="0" w:type="auto"/>
          </w:tcPr>
          <w:p w14:paraId="128DDA53" w14:textId="77777777" w:rsidR="007A5E59" w:rsidRDefault="0095198F">
            <w:pPr>
              <w:jc w:val="center"/>
            </w:pPr>
            <w:r>
              <w:t>88</w:t>
            </w:r>
          </w:p>
        </w:tc>
        <w:tc>
          <w:tcPr>
            <w:tcW w:w="0" w:type="auto"/>
          </w:tcPr>
          <w:p w14:paraId="66FD52C7" w14:textId="77777777" w:rsidR="007A5E59" w:rsidRDefault="0095198F">
            <w:r>
              <w:t>канал.</w:t>
            </w:r>
          </w:p>
        </w:tc>
      </w:tr>
      <w:tr w:rsidR="007A5E59" w14:paraId="19CC5A5D" w14:textId="77777777">
        <w:trPr>
          <w:jc w:val="center"/>
        </w:trPr>
        <w:tc>
          <w:tcPr>
            <w:tcW w:w="0" w:type="auto"/>
          </w:tcPr>
          <w:p w14:paraId="649FED70" w14:textId="77777777" w:rsidR="007A5E59" w:rsidRDefault="0095198F">
            <w:pPr>
              <w:jc w:val="center"/>
            </w:pPr>
            <w:r>
              <w:t>28</w:t>
            </w:r>
          </w:p>
        </w:tc>
        <w:tc>
          <w:tcPr>
            <w:tcW w:w="0" w:type="auto"/>
          </w:tcPr>
          <w:p w14:paraId="6664C80A" w14:textId="77777777" w:rsidR="007A5E59" w:rsidRDefault="0095198F">
            <w:r>
              <w:t>1-8/2 ÷ 1-8/4</w:t>
            </w:r>
          </w:p>
        </w:tc>
        <w:tc>
          <w:tcPr>
            <w:tcW w:w="0" w:type="auto"/>
          </w:tcPr>
          <w:p w14:paraId="435B061E" w14:textId="77777777" w:rsidR="007A5E59" w:rsidRDefault="0095198F">
            <w:pPr>
              <w:jc w:val="center"/>
            </w:pPr>
            <w:r>
              <w:t>80</w:t>
            </w:r>
          </w:p>
        </w:tc>
        <w:tc>
          <w:tcPr>
            <w:tcW w:w="0" w:type="auto"/>
          </w:tcPr>
          <w:p w14:paraId="1606889D" w14:textId="77777777" w:rsidR="007A5E59" w:rsidRDefault="0095198F">
            <w:pPr>
              <w:jc w:val="center"/>
            </w:pPr>
            <w:r>
              <w:t>2005</w:t>
            </w:r>
          </w:p>
        </w:tc>
        <w:tc>
          <w:tcPr>
            <w:tcW w:w="0" w:type="auto"/>
          </w:tcPr>
          <w:p w14:paraId="13B3AF1A" w14:textId="77777777" w:rsidR="007A5E59" w:rsidRDefault="0095198F">
            <w:pPr>
              <w:jc w:val="center"/>
            </w:pPr>
            <w:r>
              <w:t>26</w:t>
            </w:r>
          </w:p>
        </w:tc>
        <w:tc>
          <w:tcPr>
            <w:tcW w:w="0" w:type="auto"/>
          </w:tcPr>
          <w:p w14:paraId="6F513788" w14:textId="77777777" w:rsidR="007A5E59" w:rsidRDefault="0095198F">
            <w:r>
              <w:t>канал.</w:t>
            </w:r>
          </w:p>
        </w:tc>
      </w:tr>
      <w:tr w:rsidR="007A5E59" w14:paraId="018666AB" w14:textId="77777777">
        <w:trPr>
          <w:jc w:val="center"/>
        </w:trPr>
        <w:tc>
          <w:tcPr>
            <w:tcW w:w="0" w:type="auto"/>
          </w:tcPr>
          <w:p w14:paraId="4FB3624C" w14:textId="77777777" w:rsidR="007A5E59" w:rsidRDefault="0095198F">
            <w:pPr>
              <w:jc w:val="center"/>
            </w:pPr>
            <w:r>
              <w:t>29</w:t>
            </w:r>
          </w:p>
        </w:tc>
        <w:tc>
          <w:tcPr>
            <w:tcW w:w="0" w:type="auto"/>
          </w:tcPr>
          <w:p w14:paraId="2FCEE683" w14:textId="77777777" w:rsidR="007A5E59" w:rsidRDefault="0095198F">
            <w:r>
              <w:t>1-8/2 ÷ ул.Советская, 38</w:t>
            </w:r>
          </w:p>
        </w:tc>
        <w:tc>
          <w:tcPr>
            <w:tcW w:w="0" w:type="auto"/>
          </w:tcPr>
          <w:p w14:paraId="2F6DEE75" w14:textId="77777777" w:rsidR="007A5E59" w:rsidRDefault="0095198F">
            <w:pPr>
              <w:jc w:val="center"/>
            </w:pPr>
            <w:r>
              <w:t>80</w:t>
            </w:r>
          </w:p>
        </w:tc>
        <w:tc>
          <w:tcPr>
            <w:tcW w:w="0" w:type="auto"/>
          </w:tcPr>
          <w:p w14:paraId="2761C131" w14:textId="77777777" w:rsidR="007A5E59" w:rsidRDefault="0095198F">
            <w:pPr>
              <w:jc w:val="center"/>
            </w:pPr>
            <w:r>
              <w:t>2005</w:t>
            </w:r>
          </w:p>
        </w:tc>
        <w:tc>
          <w:tcPr>
            <w:tcW w:w="0" w:type="auto"/>
          </w:tcPr>
          <w:p w14:paraId="6C3D419A" w14:textId="77777777" w:rsidR="007A5E59" w:rsidRDefault="0095198F">
            <w:pPr>
              <w:jc w:val="center"/>
            </w:pPr>
            <w:r>
              <w:t>35</w:t>
            </w:r>
          </w:p>
        </w:tc>
        <w:tc>
          <w:tcPr>
            <w:tcW w:w="0" w:type="auto"/>
          </w:tcPr>
          <w:p w14:paraId="050A91C2" w14:textId="77777777" w:rsidR="007A5E59" w:rsidRDefault="0095198F">
            <w:r>
              <w:t>канал.</w:t>
            </w:r>
          </w:p>
        </w:tc>
      </w:tr>
      <w:tr w:rsidR="007A5E59" w14:paraId="0E43C1E2" w14:textId="77777777">
        <w:trPr>
          <w:jc w:val="center"/>
        </w:trPr>
        <w:tc>
          <w:tcPr>
            <w:tcW w:w="0" w:type="auto"/>
          </w:tcPr>
          <w:p w14:paraId="1C1D6186" w14:textId="77777777" w:rsidR="007A5E59" w:rsidRDefault="0095198F">
            <w:pPr>
              <w:jc w:val="center"/>
            </w:pPr>
            <w:r>
              <w:t>30</w:t>
            </w:r>
          </w:p>
        </w:tc>
        <w:tc>
          <w:tcPr>
            <w:tcW w:w="0" w:type="auto"/>
          </w:tcPr>
          <w:p w14:paraId="2E331C63" w14:textId="77777777" w:rsidR="007A5E59" w:rsidRDefault="0095198F">
            <w:r>
              <w:t>1-8/4 ÷ ул. Советская, 38</w:t>
            </w:r>
          </w:p>
        </w:tc>
        <w:tc>
          <w:tcPr>
            <w:tcW w:w="0" w:type="auto"/>
          </w:tcPr>
          <w:p w14:paraId="79D4C49C" w14:textId="77777777" w:rsidR="007A5E59" w:rsidRDefault="0095198F">
            <w:pPr>
              <w:jc w:val="center"/>
            </w:pPr>
            <w:r>
              <w:t>80</w:t>
            </w:r>
          </w:p>
        </w:tc>
        <w:tc>
          <w:tcPr>
            <w:tcW w:w="0" w:type="auto"/>
          </w:tcPr>
          <w:p w14:paraId="72879788" w14:textId="77777777" w:rsidR="007A5E59" w:rsidRDefault="0095198F">
            <w:pPr>
              <w:jc w:val="center"/>
            </w:pPr>
            <w:r>
              <w:t>2005</w:t>
            </w:r>
          </w:p>
        </w:tc>
        <w:tc>
          <w:tcPr>
            <w:tcW w:w="0" w:type="auto"/>
          </w:tcPr>
          <w:p w14:paraId="56CD3291" w14:textId="77777777" w:rsidR="007A5E59" w:rsidRDefault="0095198F">
            <w:pPr>
              <w:jc w:val="center"/>
            </w:pPr>
            <w:r>
              <w:t>15</w:t>
            </w:r>
          </w:p>
        </w:tc>
        <w:tc>
          <w:tcPr>
            <w:tcW w:w="0" w:type="auto"/>
          </w:tcPr>
          <w:p w14:paraId="1919CFC0" w14:textId="77777777" w:rsidR="007A5E59" w:rsidRDefault="0095198F">
            <w:r>
              <w:t>канал.</w:t>
            </w:r>
          </w:p>
        </w:tc>
      </w:tr>
      <w:tr w:rsidR="007A5E59" w14:paraId="0B556AF2" w14:textId="77777777">
        <w:trPr>
          <w:jc w:val="center"/>
        </w:trPr>
        <w:tc>
          <w:tcPr>
            <w:tcW w:w="0" w:type="auto"/>
          </w:tcPr>
          <w:p w14:paraId="5871B95E" w14:textId="77777777" w:rsidR="007A5E59" w:rsidRDefault="0095198F">
            <w:pPr>
              <w:jc w:val="center"/>
            </w:pPr>
            <w:r>
              <w:t>31</w:t>
            </w:r>
          </w:p>
        </w:tc>
        <w:tc>
          <w:tcPr>
            <w:tcW w:w="0" w:type="auto"/>
          </w:tcPr>
          <w:p w14:paraId="1DE122D1" w14:textId="77777777" w:rsidR="007A5E59" w:rsidRDefault="0095198F">
            <w:r>
              <w:t>2-2 ÷ 2-3</w:t>
            </w:r>
          </w:p>
        </w:tc>
        <w:tc>
          <w:tcPr>
            <w:tcW w:w="0" w:type="auto"/>
          </w:tcPr>
          <w:p w14:paraId="61017355" w14:textId="77777777" w:rsidR="007A5E59" w:rsidRDefault="0095198F">
            <w:pPr>
              <w:jc w:val="center"/>
            </w:pPr>
            <w:r>
              <w:t>80</w:t>
            </w:r>
          </w:p>
        </w:tc>
        <w:tc>
          <w:tcPr>
            <w:tcW w:w="0" w:type="auto"/>
          </w:tcPr>
          <w:p w14:paraId="0FB261B1" w14:textId="77777777" w:rsidR="007A5E59" w:rsidRDefault="0095198F">
            <w:pPr>
              <w:jc w:val="center"/>
            </w:pPr>
            <w:r>
              <w:t>2012</w:t>
            </w:r>
          </w:p>
        </w:tc>
        <w:tc>
          <w:tcPr>
            <w:tcW w:w="0" w:type="auto"/>
          </w:tcPr>
          <w:p w14:paraId="495A86A9" w14:textId="77777777" w:rsidR="007A5E59" w:rsidRDefault="0095198F">
            <w:pPr>
              <w:jc w:val="center"/>
            </w:pPr>
            <w:r>
              <w:t>5</w:t>
            </w:r>
          </w:p>
        </w:tc>
        <w:tc>
          <w:tcPr>
            <w:tcW w:w="0" w:type="auto"/>
          </w:tcPr>
          <w:p w14:paraId="30ECE68D" w14:textId="77777777" w:rsidR="007A5E59" w:rsidRDefault="0095198F">
            <w:r>
              <w:t>бесканал.</w:t>
            </w:r>
          </w:p>
        </w:tc>
      </w:tr>
      <w:tr w:rsidR="007A5E59" w14:paraId="54E93A85" w14:textId="77777777">
        <w:trPr>
          <w:jc w:val="center"/>
        </w:trPr>
        <w:tc>
          <w:tcPr>
            <w:tcW w:w="0" w:type="auto"/>
          </w:tcPr>
          <w:p w14:paraId="66F47079" w14:textId="77777777" w:rsidR="007A5E59" w:rsidRDefault="0095198F">
            <w:pPr>
              <w:jc w:val="center"/>
            </w:pPr>
            <w:r>
              <w:t>32</w:t>
            </w:r>
          </w:p>
        </w:tc>
        <w:tc>
          <w:tcPr>
            <w:tcW w:w="0" w:type="auto"/>
          </w:tcPr>
          <w:p w14:paraId="4A8BB264" w14:textId="77777777" w:rsidR="007A5E59" w:rsidRDefault="0095198F">
            <w:r>
              <w:t>2-3 ÷ 2-3/1</w:t>
            </w:r>
          </w:p>
        </w:tc>
        <w:tc>
          <w:tcPr>
            <w:tcW w:w="0" w:type="auto"/>
          </w:tcPr>
          <w:p w14:paraId="6C477766" w14:textId="77777777" w:rsidR="007A5E59" w:rsidRDefault="0095198F">
            <w:pPr>
              <w:jc w:val="center"/>
            </w:pPr>
            <w:r>
              <w:t>50</w:t>
            </w:r>
          </w:p>
        </w:tc>
        <w:tc>
          <w:tcPr>
            <w:tcW w:w="0" w:type="auto"/>
          </w:tcPr>
          <w:p w14:paraId="0CBC726D" w14:textId="77777777" w:rsidR="007A5E59" w:rsidRDefault="0095198F">
            <w:pPr>
              <w:jc w:val="center"/>
            </w:pPr>
            <w:r>
              <w:t>1983</w:t>
            </w:r>
          </w:p>
        </w:tc>
        <w:tc>
          <w:tcPr>
            <w:tcW w:w="0" w:type="auto"/>
          </w:tcPr>
          <w:p w14:paraId="347E8881" w14:textId="77777777" w:rsidR="007A5E59" w:rsidRDefault="0095198F">
            <w:pPr>
              <w:jc w:val="center"/>
            </w:pPr>
            <w:r>
              <w:t>18</w:t>
            </w:r>
          </w:p>
        </w:tc>
        <w:tc>
          <w:tcPr>
            <w:tcW w:w="0" w:type="auto"/>
          </w:tcPr>
          <w:p w14:paraId="75478C96" w14:textId="77777777" w:rsidR="007A5E59" w:rsidRDefault="0095198F">
            <w:r>
              <w:t>бесканал.</w:t>
            </w:r>
          </w:p>
        </w:tc>
      </w:tr>
      <w:tr w:rsidR="007A5E59" w14:paraId="6D304D46" w14:textId="77777777">
        <w:trPr>
          <w:jc w:val="center"/>
        </w:trPr>
        <w:tc>
          <w:tcPr>
            <w:tcW w:w="0" w:type="auto"/>
          </w:tcPr>
          <w:p w14:paraId="1276ED0A" w14:textId="77777777" w:rsidR="007A5E59" w:rsidRDefault="0095198F">
            <w:pPr>
              <w:jc w:val="center"/>
            </w:pPr>
            <w:r>
              <w:t>33</w:t>
            </w:r>
          </w:p>
        </w:tc>
        <w:tc>
          <w:tcPr>
            <w:tcW w:w="0" w:type="auto"/>
          </w:tcPr>
          <w:p w14:paraId="7770619C" w14:textId="77777777" w:rsidR="007A5E59" w:rsidRDefault="0095198F">
            <w:r>
              <w:t>2-3/1 ÷ ул. Советская, 143</w:t>
            </w:r>
          </w:p>
        </w:tc>
        <w:tc>
          <w:tcPr>
            <w:tcW w:w="0" w:type="auto"/>
          </w:tcPr>
          <w:p w14:paraId="2D5D9ABB" w14:textId="77777777" w:rsidR="007A5E59" w:rsidRDefault="0095198F">
            <w:pPr>
              <w:jc w:val="center"/>
            </w:pPr>
            <w:r>
              <w:t>25</w:t>
            </w:r>
          </w:p>
        </w:tc>
        <w:tc>
          <w:tcPr>
            <w:tcW w:w="0" w:type="auto"/>
          </w:tcPr>
          <w:p w14:paraId="7B05B18D" w14:textId="77777777" w:rsidR="007A5E59" w:rsidRDefault="0095198F">
            <w:pPr>
              <w:jc w:val="center"/>
            </w:pPr>
            <w:r>
              <w:t>1983</w:t>
            </w:r>
          </w:p>
        </w:tc>
        <w:tc>
          <w:tcPr>
            <w:tcW w:w="0" w:type="auto"/>
          </w:tcPr>
          <w:p w14:paraId="24796237" w14:textId="77777777" w:rsidR="007A5E59" w:rsidRDefault="0095198F">
            <w:pPr>
              <w:jc w:val="center"/>
            </w:pPr>
            <w:r>
              <w:t>35</w:t>
            </w:r>
          </w:p>
        </w:tc>
        <w:tc>
          <w:tcPr>
            <w:tcW w:w="0" w:type="auto"/>
          </w:tcPr>
          <w:p w14:paraId="5FB99259" w14:textId="77777777" w:rsidR="007A5E59" w:rsidRDefault="0095198F">
            <w:r>
              <w:t>бесканал.</w:t>
            </w:r>
          </w:p>
        </w:tc>
      </w:tr>
      <w:tr w:rsidR="007A5E59" w14:paraId="667CE0AE" w14:textId="77777777">
        <w:trPr>
          <w:jc w:val="center"/>
        </w:trPr>
        <w:tc>
          <w:tcPr>
            <w:tcW w:w="0" w:type="auto"/>
          </w:tcPr>
          <w:p w14:paraId="71117AAD" w14:textId="77777777" w:rsidR="007A5E59" w:rsidRDefault="0095198F">
            <w:pPr>
              <w:jc w:val="center"/>
            </w:pPr>
            <w:r>
              <w:t>34</w:t>
            </w:r>
          </w:p>
        </w:tc>
        <w:tc>
          <w:tcPr>
            <w:tcW w:w="0" w:type="auto"/>
          </w:tcPr>
          <w:p w14:paraId="469C2F9D" w14:textId="77777777" w:rsidR="007A5E59" w:rsidRDefault="0095198F">
            <w:r>
              <w:t>2-3/1 ÷ ул. Советская, 151</w:t>
            </w:r>
          </w:p>
        </w:tc>
        <w:tc>
          <w:tcPr>
            <w:tcW w:w="0" w:type="auto"/>
          </w:tcPr>
          <w:p w14:paraId="70DB821C" w14:textId="77777777" w:rsidR="007A5E59" w:rsidRDefault="0095198F">
            <w:pPr>
              <w:jc w:val="center"/>
            </w:pPr>
            <w:r>
              <w:t>25</w:t>
            </w:r>
          </w:p>
        </w:tc>
        <w:tc>
          <w:tcPr>
            <w:tcW w:w="0" w:type="auto"/>
          </w:tcPr>
          <w:p w14:paraId="301B517A" w14:textId="77777777" w:rsidR="007A5E59" w:rsidRDefault="0095198F">
            <w:pPr>
              <w:jc w:val="center"/>
            </w:pPr>
            <w:r>
              <w:t>1983</w:t>
            </w:r>
          </w:p>
        </w:tc>
        <w:tc>
          <w:tcPr>
            <w:tcW w:w="0" w:type="auto"/>
          </w:tcPr>
          <w:p w14:paraId="23117EFA" w14:textId="77777777" w:rsidR="007A5E59" w:rsidRDefault="0095198F">
            <w:pPr>
              <w:jc w:val="center"/>
            </w:pPr>
            <w:r>
              <w:t>10</w:t>
            </w:r>
          </w:p>
        </w:tc>
        <w:tc>
          <w:tcPr>
            <w:tcW w:w="0" w:type="auto"/>
          </w:tcPr>
          <w:p w14:paraId="71410580" w14:textId="77777777" w:rsidR="007A5E59" w:rsidRDefault="0095198F">
            <w:r>
              <w:t>бесканал.</w:t>
            </w:r>
          </w:p>
        </w:tc>
      </w:tr>
      <w:tr w:rsidR="007A5E59" w14:paraId="1AD4CD2A" w14:textId="77777777">
        <w:trPr>
          <w:jc w:val="center"/>
        </w:trPr>
        <w:tc>
          <w:tcPr>
            <w:tcW w:w="0" w:type="auto"/>
          </w:tcPr>
          <w:p w14:paraId="5FC463AD" w14:textId="77777777" w:rsidR="007A5E59" w:rsidRDefault="0095198F">
            <w:pPr>
              <w:jc w:val="center"/>
            </w:pPr>
            <w:r>
              <w:t>35</w:t>
            </w:r>
          </w:p>
        </w:tc>
        <w:tc>
          <w:tcPr>
            <w:tcW w:w="0" w:type="auto"/>
          </w:tcPr>
          <w:p w14:paraId="0C30D657" w14:textId="77777777" w:rsidR="007A5E59" w:rsidRDefault="0095198F">
            <w:r>
              <w:t>2-3/1 ÷ ул. Советская, 155</w:t>
            </w:r>
          </w:p>
        </w:tc>
        <w:tc>
          <w:tcPr>
            <w:tcW w:w="0" w:type="auto"/>
          </w:tcPr>
          <w:p w14:paraId="489B9010" w14:textId="77777777" w:rsidR="007A5E59" w:rsidRDefault="0095198F">
            <w:pPr>
              <w:jc w:val="center"/>
            </w:pPr>
            <w:r>
              <w:t>25</w:t>
            </w:r>
          </w:p>
        </w:tc>
        <w:tc>
          <w:tcPr>
            <w:tcW w:w="0" w:type="auto"/>
          </w:tcPr>
          <w:p w14:paraId="12F28218" w14:textId="77777777" w:rsidR="007A5E59" w:rsidRDefault="0095198F">
            <w:pPr>
              <w:jc w:val="center"/>
            </w:pPr>
            <w:r>
              <w:t>1983</w:t>
            </w:r>
          </w:p>
        </w:tc>
        <w:tc>
          <w:tcPr>
            <w:tcW w:w="0" w:type="auto"/>
          </w:tcPr>
          <w:p w14:paraId="7C7582BF" w14:textId="77777777" w:rsidR="007A5E59" w:rsidRDefault="0095198F">
            <w:pPr>
              <w:jc w:val="center"/>
            </w:pPr>
            <w:r>
              <w:t>100</w:t>
            </w:r>
          </w:p>
        </w:tc>
        <w:tc>
          <w:tcPr>
            <w:tcW w:w="0" w:type="auto"/>
          </w:tcPr>
          <w:p w14:paraId="4325C3C9" w14:textId="77777777" w:rsidR="007A5E59" w:rsidRDefault="0095198F">
            <w:r>
              <w:t>бесканал.</w:t>
            </w:r>
          </w:p>
        </w:tc>
      </w:tr>
      <w:tr w:rsidR="007A5E59" w14:paraId="5BF6A497" w14:textId="77777777">
        <w:trPr>
          <w:jc w:val="center"/>
        </w:trPr>
        <w:tc>
          <w:tcPr>
            <w:tcW w:w="0" w:type="auto"/>
          </w:tcPr>
          <w:p w14:paraId="70CF813F" w14:textId="77777777" w:rsidR="007A5E59" w:rsidRDefault="0095198F">
            <w:pPr>
              <w:jc w:val="center"/>
            </w:pPr>
            <w:r>
              <w:t>36</w:t>
            </w:r>
          </w:p>
        </w:tc>
        <w:tc>
          <w:tcPr>
            <w:tcW w:w="0" w:type="auto"/>
          </w:tcPr>
          <w:p w14:paraId="639E488B" w14:textId="77777777" w:rsidR="007A5E59" w:rsidRDefault="0095198F">
            <w:r>
              <w:t>2-3 ÷ 2-3/2</w:t>
            </w:r>
          </w:p>
        </w:tc>
        <w:tc>
          <w:tcPr>
            <w:tcW w:w="0" w:type="auto"/>
          </w:tcPr>
          <w:p w14:paraId="4A51E3AC" w14:textId="77777777" w:rsidR="007A5E59" w:rsidRDefault="0095198F">
            <w:pPr>
              <w:jc w:val="center"/>
            </w:pPr>
            <w:r>
              <w:t>65</w:t>
            </w:r>
          </w:p>
        </w:tc>
        <w:tc>
          <w:tcPr>
            <w:tcW w:w="0" w:type="auto"/>
          </w:tcPr>
          <w:p w14:paraId="42981BE5" w14:textId="77777777" w:rsidR="007A5E59" w:rsidRDefault="0095198F">
            <w:pPr>
              <w:jc w:val="center"/>
            </w:pPr>
            <w:r>
              <w:t>1983</w:t>
            </w:r>
          </w:p>
        </w:tc>
        <w:tc>
          <w:tcPr>
            <w:tcW w:w="0" w:type="auto"/>
          </w:tcPr>
          <w:p w14:paraId="6072F4EF" w14:textId="77777777" w:rsidR="007A5E59" w:rsidRDefault="0095198F">
            <w:pPr>
              <w:jc w:val="center"/>
            </w:pPr>
            <w:r>
              <w:t>30</w:t>
            </w:r>
          </w:p>
        </w:tc>
        <w:tc>
          <w:tcPr>
            <w:tcW w:w="0" w:type="auto"/>
          </w:tcPr>
          <w:p w14:paraId="352B5F60" w14:textId="77777777" w:rsidR="007A5E59" w:rsidRDefault="0095198F">
            <w:r>
              <w:t>бесканал.</w:t>
            </w:r>
          </w:p>
        </w:tc>
      </w:tr>
      <w:tr w:rsidR="007A5E59" w14:paraId="10ACDA42" w14:textId="77777777">
        <w:trPr>
          <w:jc w:val="center"/>
        </w:trPr>
        <w:tc>
          <w:tcPr>
            <w:tcW w:w="0" w:type="auto"/>
          </w:tcPr>
          <w:p w14:paraId="20150FF8" w14:textId="77777777" w:rsidR="007A5E59" w:rsidRDefault="0095198F">
            <w:pPr>
              <w:jc w:val="center"/>
            </w:pPr>
            <w:r>
              <w:t>37</w:t>
            </w:r>
          </w:p>
        </w:tc>
        <w:tc>
          <w:tcPr>
            <w:tcW w:w="0" w:type="auto"/>
          </w:tcPr>
          <w:p w14:paraId="63127223" w14:textId="77777777" w:rsidR="007A5E59" w:rsidRDefault="0095198F">
            <w:r>
              <w:t>2-3/2 ÷ 2-3/4</w:t>
            </w:r>
          </w:p>
        </w:tc>
        <w:tc>
          <w:tcPr>
            <w:tcW w:w="0" w:type="auto"/>
          </w:tcPr>
          <w:p w14:paraId="55B188C6" w14:textId="77777777" w:rsidR="007A5E59" w:rsidRDefault="0095198F">
            <w:pPr>
              <w:jc w:val="center"/>
            </w:pPr>
            <w:r>
              <w:t>40</w:t>
            </w:r>
          </w:p>
        </w:tc>
        <w:tc>
          <w:tcPr>
            <w:tcW w:w="0" w:type="auto"/>
          </w:tcPr>
          <w:p w14:paraId="16D8E887" w14:textId="77777777" w:rsidR="007A5E59" w:rsidRDefault="0095198F">
            <w:pPr>
              <w:jc w:val="center"/>
            </w:pPr>
            <w:r>
              <w:t>1983</w:t>
            </w:r>
          </w:p>
        </w:tc>
        <w:tc>
          <w:tcPr>
            <w:tcW w:w="0" w:type="auto"/>
          </w:tcPr>
          <w:p w14:paraId="1A5D394B" w14:textId="77777777" w:rsidR="007A5E59" w:rsidRDefault="0095198F">
            <w:pPr>
              <w:jc w:val="center"/>
            </w:pPr>
            <w:r>
              <w:t>90</w:t>
            </w:r>
          </w:p>
        </w:tc>
        <w:tc>
          <w:tcPr>
            <w:tcW w:w="0" w:type="auto"/>
          </w:tcPr>
          <w:p w14:paraId="056BB935" w14:textId="77777777" w:rsidR="007A5E59" w:rsidRDefault="0095198F">
            <w:r>
              <w:t>бесканал.</w:t>
            </w:r>
          </w:p>
        </w:tc>
      </w:tr>
      <w:tr w:rsidR="007A5E59" w14:paraId="6D3C7934" w14:textId="77777777">
        <w:trPr>
          <w:jc w:val="center"/>
        </w:trPr>
        <w:tc>
          <w:tcPr>
            <w:tcW w:w="0" w:type="auto"/>
          </w:tcPr>
          <w:p w14:paraId="523DCBB3" w14:textId="77777777" w:rsidR="007A5E59" w:rsidRDefault="0095198F">
            <w:pPr>
              <w:jc w:val="center"/>
            </w:pPr>
            <w:r>
              <w:t>38</w:t>
            </w:r>
          </w:p>
        </w:tc>
        <w:tc>
          <w:tcPr>
            <w:tcW w:w="0" w:type="auto"/>
          </w:tcPr>
          <w:p w14:paraId="27BC74EF" w14:textId="77777777" w:rsidR="007A5E59" w:rsidRDefault="0095198F">
            <w:r>
              <w:t>2-3/4 ÷ ул. Советская, 145</w:t>
            </w:r>
          </w:p>
        </w:tc>
        <w:tc>
          <w:tcPr>
            <w:tcW w:w="0" w:type="auto"/>
          </w:tcPr>
          <w:p w14:paraId="03DEC5AD" w14:textId="77777777" w:rsidR="007A5E59" w:rsidRDefault="0095198F">
            <w:pPr>
              <w:jc w:val="center"/>
            </w:pPr>
            <w:r>
              <w:t>25</w:t>
            </w:r>
          </w:p>
        </w:tc>
        <w:tc>
          <w:tcPr>
            <w:tcW w:w="0" w:type="auto"/>
          </w:tcPr>
          <w:p w14:paraId="145230F4" w14:textId="77777777" w:rsidR="007A5E59" w:rsidRDefault="0095198F">
            <w:pPr>
              <w:jc w:val="center"/>
            </w:pPr>
            <w:r>
              <w:t>1983</w:t>
            </w:r>
          </w:p>
        </w:tc>
        <w:tc>
          <w:tcPr>
            <w:tcW w:w="0" w:type="auto"/>
          </w:tcPr>
          <w:p w14:paraId="302CAF79" w14:textId="77777777" w:rsidR="007A5E59" w:rsidRDefault="0095198F">
            <w:pPr>
              <w:jc w:val="center"/>
            </w:pPr>
            <w:r>
              <w:t>2</w:t>
            </w:r>
          </w:p>
        </w:tc>
        <w:tc>
          <w:tcPr>
            <w:tcW w:w="0" w:type="auto"/>
          </w:tcPr>
          <w:p w14:paraId="3D547C97" w14:textId="77777777" w:rsidR="007A5E59" w:rsidRDefault="0095198F">
            <w:r>
              <w:t>бесканал.</w:t>
            </w:r>
          </w:p>
        </w:tc>
      </w:tr>
      <w:tr w:rsidR="007A5E59" w14:paraId="223F17AA" w14:textId="77777777">
        <w:trPr>
          <w:jc w:val="center"/>
        </w:trPr>
        <w:tc>
          <w:tcPr>
            <w:tcW w:w="0" w:type="auto"/>
          </w:tcPr>
          <w:p w14:paraId="4402C39D" w14:textId="77777777" w:rsidR="007A5E59" w:rsidRDefault="0095198F">
            <w:pPr>
              <w:jc w:val="center"/>
            </w:pPr>
            <w:r>
              <w:t>39</w:t>
            </w:r>
          </w:p>
        </w:tc>
        <w:tc>
          <w:tcPr>
            <w:tcW w:w="0" w:type="auto"/>
          </w:tcPr>
          <w:p w14:paraId="39174476" w14:textId="77777777" w:rsidR="007A5E59" w:rsidRDefault="0095198F">
            <w:r>
              <w:t>2-3/4 ÷ 2-3/6</w:t>
            </w:r>
          </w:p>
        </w:tc>
        <w:tc>
          <w:tcPr>
            <w:tcW w:w="0" w:type="auto"/>
          </w:tcPr>
          <w:p w14:paraId="4CAA4852" w14:textId="77777777" w:rsidR="007A5E59" w:rsidRDefault="0095198F">
            <w:pPr>
              <w:jc w:val="center"/>
            </w:pPr>
            <w:r>
              <w:t>40</w:t>
            </w:r>
          </w:p>
        </w:tc>
        <w:tc>
          <w:tcPr>
            <w:tcW w:w="0" w:type="auto"/>
          </w:tcPr>
          <w:p w14:paraId="3BA54961" w14:textId="77777777" w:rsidR="007A5E59" w:rsidRDefault="0095198F">
            <w:pPr>
              <w:jc w:val="center"/>
            </w:pPr>
            <w:r>
              <w:t>1983</w:t>
            </w:r>
          </w:p>
        </w:tc>
        <w:tc>
          <w:tcPr>
            <w:tcW w:w="0" w:type="auto"/>
          </w:tcPr>
          <w:p w14:paraId="4EFCF50A" w14:textId="77777777" w:rsidR="007A5E59" w:rsidRDefault="0095198F">
            <w:pPr>
              <w:jc w:val="center"/>
            </w:pPr>
            <w:r>
              <w:t>28</w:t>
            </w:r>
          </w:p>
        </w:tc>
        <w:tc>
          <w:tcPr>
            <w:tcW w:w="0" w:type="auto"/>
          </w:tcPr>
          <w:p w14:paraId="59516290" w14:textId="77777777" w:rsidR="007A5E59" w:rsidRDefault="0095198F">
            <w:r>
              <w:t>бесканал.</w:t>
            </w:r>
          </w:p>
        </w:tc>
      </w:tr>
      <w:tr w:rsidR="007A5E59" w14:paraId="7D598877" w14:textId="77777777">
        <w:trPr>
          <w:jc w:val="center"/>
        </w:trPr>
        <w:tc>
          <w:tcPr>
            <w:tcW w:w="0" w:type="auto"/>
          </w:tcPr>
          <w:p w14:paraId="697B9711" w14:textId="77777777" w:rsidR="007A5E59" w:rsidRDefault="0095198F">
            <w:pPr>
              <w:jc w:val="center"/>
            </w:pPr>
            <w:r>
              <w:t>40</w:t>
            </w:r>
          </w:p>
        </w:tc>
        <w:tc>
          <w:tcPr>
            <w:tcW w:w="0" w:type="auto"/>
          </w:tcPr>
          <w:p w14:paraId="455F5DDD" w14:textId="77777777" w:rsidR="007A5E59" w:rsidRDefault="0095198F">
            <w:r>
              <w:t>2-3/6 ÷ ул. Советская, 141</w:t>
            </w:r>
          </w:p>
        </w:tc>
        <w:tc>
          <w:tcPr>
            <w:tcW w:w="0" w:type="auto"/>
          </w:tcPr>
          <w:p w14:paraId="76A0B655" w14:textId="77777777" w:rsidR="007A5E59" w:rsidRDefault="0095198F">
            <w:pPr>
              <w:jc w:val="center"/>
            </w:pPr>
            <w:r>
              <w:t>25</w:t>
            </w:r>
          </w:p>
        </w:tc>
        <w:tc>
          <w:tcPr>
            <w:tcW w:w="0" w:type="auto"/>
          </w:tcPr>
          <w:p w14:paraId="0E7FCCEC" w14:textId="77777777" w:rsidR="007A5E59" w:rsidRDefault="0095198F">
            <w:pPr>
              <w:jc w:val="center"/>
            </w:pPr>
            <w:r>
              <w:t>1983</w:t>
            </w:r>
          </w:p>
        </w:tc>
        <w:tc>
          <w:tcPr>
            <w:tcW w:w="0" w:type="auto"/>
          </w:tcPr>
          <w:p w14:paraId="57E53EE4" w14:textId="77777777" w:rsidR="007A5E59" w:rsidRDefault="0095198F">
            <w:pPr>
              <w:jc w:val="center"/>
            </w:pPr>
            <w:r>
              <w:t>4</w:t>
            </w:r>
          </w:p>
        </w:tc>
        <w:tc>
          <w:tcPr>
            <w:tcW w:w="0" w:type="auto"/>
          </w:tcPr>
          <w:p w14:paraId="10AAA3C5" w14:textId="77777777" w:rsidR="007A5E59" w:rsidRDefault="0095198F">
            <w:r>
              <w:t>бесканал.</w:t>
            </w:r>
          </w:p>
        </w:tc>
      </w:tr>
      <w:tr w:rsidR="007A5E59" w14:paraId="20F3AF7B" w14:textId="77777777">
        <w:trPr>
          <w:jc w:val="center"/>
        </w:trPr>
        <w:tc>
          <w:tcPr>
            <w:tcW w:w="0" w:type="auto"/>
          </w:tcPr>
          <w:p w14:paraId="6ED53D81" w14:textId="77777777" w:rsidR="007A5E59" w:rsidRDefault="0095198F">
            <w:pPr>
              <w:jc w:val="center"/>
            </w:pPr>
            <w:r>
              <w:t>41</w:t>
            </w:r>
          </w:p>
        </w:tc>
        <w:tc>
          <w:tcPr>
            <w:tcW w:w="0" w:type="auto"/>
          </w:tcPr>
          <w:p w14:paraId="05A57CDF" w14:textId="77777777" w:rsidR="007A5E59" w:rsidRDefault="0095198F">
            <w:r>
              <w:t>2-3/6 ÷ ул. Советская, 135</w:t>
            </w:r>
          </w:p>
        </w:tc>
        <w:tc>
          <w:tcPr>
            <w:tcW w:w="0" w:type="auto"/>
          </w:tcPr>
          <w:p w14:paraId="38B425FE" w14:textId="77777777" w:rsidR="007A5E59" w:rsidRDefault="0095198F">
            <w:pPr>
              <w:jc w:val="center"/>
            </w:pPr>
            <w:r>
              <w:t>25</w:t>
            </w:r>
          </w:p>
        </w:tc>
        <w:tc>
          <w:tcPr>
            <w:tcW w:w="0" w:type="auto"/>
          </w:tcPr>
          <w:p w14:paraId="722256D7" w14:textId="77777777" w:rsidR="007A5E59" w:rsidRDefault="0095198F">
            <w:pPr>
              <w:jc w:val="center"/>
            </w:pPr>
            <w:r>
              <w:t>1983</w:t>
            </w:r>
          </w:p>
        </w:tc>
        <w:tc>
          <w:tcPr>
            <w:tcW w:w="0" w:type="auto"/>
          </w:tcPr>
          <w:p w14:paraId="2A6A6095" w14:textId="77777777" w:rsidR="007A5E59" w:rsidRDefault="0095198F">
            <w:pPr>
              <w:jc w:val="center"/>
            </w:pPr>
            <w:r>
              <w:t>36</w:t>
            </w:r>
          </w:p>
        </w:tc>
        <w:tc>
          <w:tcPr>
            <w:tcW w:w="0" w:type="auto"/>
          </w:tcPr>
          <w:p w14:paraId="4E07EBF3" w14:textId="77777777" w:rsidR="007A5E59" w:rsidRDefault="0095198F">
            <w:r>
              <w:t>бесканал.</w:t>
            </w:r>
          </w:p>
        </w:tc>
      </w:tr>
      <w:tr w:rsidR="007A5E59" w14:paraId="7EA99574" w14:textId="77777777">
        <w:trPr>
          <w:jc w:val="center"/>
        </w:trPr>
        <w:tc>
          <w:tcPr>
            <w:tcW w:w="0" w:type="auto"/>
          </w:tcPr>
          <w:p w14:paraId="3F9FD23B" w14:textId="77777777" w:rsidR="007A5E59" w:rsidRDefault="0095198F">
            <w:pPr>
              <w:jc w:val="center"/>
            </w:pPr>
            <w:r>
              <w:t>42</w:t>
            </w:r>
          </w:p>
        </w:tc>
        <w:tc>
          <w:tcPr>
            <w:tcW w:w="0" w:type="auto"/>
          </w:tcPr>
          <w:p w14:paraId="71510563" w14:textId="77777777" w:rsidR="007A5E59" w:rsidRDefault="0095198F">
            <w:r>
              <w:t>2-3/2 ÷ 2-3/8</w:t>
            </w:r>
          </w:p>
        </w:tc>
        <w:tc>
          <w:tcPr>
            <w:tcW w:w="0" w:type="auto"/>
          </w:tcPr>
          <w:p w14:paraId="4C488CA4" w14:textId="77777777" w:rsidR="007A5E59" w:rsidRDefault="0095198F">
            <w:pPr>
              <w:jc w:val="center"/>
            </w:pPr>
            <w:r>
              <w:t>65</w:t>
            </w:r>
          </w:p>
        </w:tc>
        <w:tc>
          <w:tcPr>
            <w:tcW w:w="0" w:type="auto"/>
          </w:tcPr>
          <w:p w14:paraId="16485C27" w14:textId="77777777" w:rsidR="007A5E59" w:rsidRDefault="0095198F">
            <w:pPr>
              <w:jc w:val="center"/>
            </w:pPr>
            <w:r>
              <w:t>1983</w:t>
            </w:r>
          </w:p>
        </w:tc>
        <w:tc>
          <w:tcPr>
            <w:tcW w:w="0" w:type="auto"/>
          </w:tcPr>
          <w:p w14:paraId="7103FF35" w14:textId="77777777" w:rsidR="007A5E59" w:rsidRDefault="0095198F">
            <w:pPr>
              <w:jc w:val="center"/>
            </w:pPr>
            <w:r>
              <w:t>176</w:t>
            </w:r>
          </w:p>
        </w:tc>
        <w:tc>
          <w:tcPr>
            <w:tcW w:w="0" w:type="auto"/>
          </w:tcPr>
          <w:p w14:paraId="4162998D" w14:textId="77777777" w:rsidR="007A5E59" w:rsidRDefault="0095198F">
            <w:r>
              <w:t>бесканал.</w:t>
            </w:r>
          </w:p>
        </w:tc>
      </w:tr>
      <w:tr w:rsidR="007A5E59" w14:paraId="568316FE" w14:textId="77777777">
        <w:trPr>
          <w:jc w:val="center"/>
        </w:trPr>
        <w:tc>
          <w:tcPr>
            <w:tcW w:w="0" w:type="auto"/>
          </w:tcPr>
          <w:p w14:paraId="4AD77E2C" w14:textId="77777777" w:rsidR="007A5E59" w:rsidRDefault="0095198F">
            <w:pPr>
              <w:jc w:val="center"/>
            </w:pPr>
            <w:r>
              <w:t>43</w:t>
            </w:r>
          </w:p>
        </w:tc>
        <w:tc>
          <w:tcPr>
            <w:tcW w:w="0" w:type="auto"/>
          </w:tcPr>
          <w:p w14:paraId="481041B7" w14:textId="77777777" w:rsidR="007A5E59" w:rsidRDefault="0095198F">
            <w:r>
              <w:t>2-3/8 ÷ ул. Советская, 147</w:t>
            </w:r>
          </w:p>
        </w:tc>
        <w:tc>
          <w:tcPr>
            <w:tcW w:w="0" w:type="auto"/>
          </w:tcPr>
          <w:p w14:paraId="32B5DA41" w14:textId="77777777" w:rsidR="007A5E59" w:rsidRDefault="0095198F">
            <w:pPr>
              <w:jc w:val="center"/>
            </w:pPr>
            <w:r>
              <w:t>40</w:t>
            </w:r>
          </w:p>
        </w:tc>
        <w:tc>
          <w:tcPr>
            <w:tcW w:w="0" w:type="auto"/>
          </w:tcPr>
          <w:p w14:paraId="0582C21D" w14:textId="77777777" w:rsidR="007A5E59" w:rsidRDefault="0095198F">
            <w:pPr>
              <w:jc w:val="center"/>
            </w:pPr>
            <w:r>
              <w:t>1983</w:t>
            </w:r>
          </w:p>
        </w:tc>
        <w:tc>
          <w:tcPr>
            <w:tcW w:w="0" w:type="auto"/>
          </w:tcPr>
          <w:p w14:paraId="045D857E" w14:textId="77777777" w:rsidR="007A5E59" w:rsidRDefault="0095198F">
            <w:pPr>
              <w:jc w:val="center"/>
            </w:pPr>
            <w:r>
              <w:t>5</w:t>
            </w:r>
          </w:p>
        </w:tc>
        <w:tc>
          <w:tcPr>
            <w:tcW w:w="0" w:type="auto"/>
          </w:tcPr>
          <w:p w14:paraId="12D6D3AC" w14:textId="77777777" w:rsidR="007A5E59" w:rsidRDefault="0095198F">
            <w:r>
              <w:t>бесканал.</w:t>
            </w:r>
          </w:p>
        </w:tc>
      </w:tr>
      <w:tr w:rsidR="007A5E59" w14:paraId="2845C899" w14:textId="77777777">
        <w:trPr>
          <w:jc w:val="center"/>
        </w:trPr>
        <w:tc>
          <w:tcPr>
            <w:tcW w:w="0" w:type="auto"/>
          </w:tcPr>
          <w:p w14:paraId="7E16003C" w14:textId="77777777" w:rsidR="007A5E59" w:rsidRDefault="0095198F">
            <w:pPr>
              <w:jc w:val="center"/>
            </w:pPr>
            <w:r>
              <w:t>44</w:t>
            </w:r>
          </w:p>
        </w:tc>
        <w:tc>
          <w:tcPr>
            <w:tcW w:w="0" w:type="auto"/>
          </w:tcPr>
          <w:p w14:paraId="2D140891" w14:textId="77777777" w:rsidR="007A5E59" w:rsidRDefault="0095198F">
            <w:r>
              <w:t>2-3/8 ÷ ул. Советская, 137</w:t>
            </w:r>
          </w:p>
        </w:tc>
        <w:tc>
          <w:tcPr>
            <w:tcW w:w="0" w:type="auto"/>
          </w:tcPr>
          <w:p w14:paraId="7499656F" w14:textId="77777777" w:rsidR="007A5E59" w:rsidRDefault="0095198F">
            <w:pPr>
              <w:jc w:val="center"/>
            </w:pPr>
            <w:r>
              <w:t>50</w:t>
            </w:r>
          </w:p>
        </w:tc>
        <w:tc>
          <w:tcPr>
            <w:tcW w:w="0" w:type="auto"/>
          </w:tcPr>
          <w:p w14:paraId="3BD54D75" w14:textId="77777777" w:rsidR="007A5E59" w:rsidRDefault="0095198F">
            <w:pPr>
              <w:jc w:val="center"/>
            </w:pPr>
            <w:r>
              <w:t>1983</w:t>
            </w:r>
          </w:p>
        </w:tc>
        <w:tc>
          <w:tcPr>
            <w:tcW w:w="0" w:type="auto"/>
          </w:tcPr>
          <w:p w14:paraId="01095E58" w14:textId="77777777" w:rsidR="007A5E59" w:rsidRDefault="0095198F">
            <w:pPr>
              <w:jc w:val="center"/>
            </w:pPr>
            <w:r>
              <w:t>95</w:t>
            </w:r>
          </w:p>
        </w:tc>
        <w:tc>
          <w:tcPr>
            <w:tcW w:w="0" w:type="auto"/>
          </w:tcPr>
          <w:p w14:paraId="5F750B77" w14:textId="77777777" w:rsidR="007A5E59" w:rsidRDefault="0095198F">
            <w:r>
              <w:t>бесканал.</w:t>
            </w:r>
          </w:p>
        </w:tc>
      </w:tr>
      <w:tr w:rsidR="007A5E59" w14:paraId="6E72F94A" w14:textId="77777777">
        <w:trPr>
          <w:jc w:val="center"/>
        </w:trPr>
        <w:tc>
          <w:tcPr>
            <w:tcW w:w="0" w:type="auto"/>
          </w:tcPr>
          <w:p w14:paraId="182D57E5" w14:textId="77777777" w:rsidR="007A5E59" w:rsidRDefault="0095198F">
            <w:pPr>
              <w:jc w:val="center"/>
            </w:pPr>
            <w:r>
              <w:t>45</w:t>
            </w:r>
          </w:p>
        </w:tc>
        <w:tc>
          <w:tcPr>
            <w:tcW w:w="0" w:type="auto"/>
          </w:tcPr>
          <w:p w14:paraId="1E91BC84" w14:textId="77777777" w:rsidR="007A5E59" w:rsidRDefault="0095198F">
            <w:r>
              <w:t>котельная ÷ 1-1</w:t>
            </w:r>
          </w:p>
        </w:tc>
        <w:tc>
          <w:tcPr>
            <w:tcW w:w="0" w:type="auto"/>
          </w:tcPr>
          <w:p w14:paraId="57F9E300" w14:textId="77777777" w:rsidR="007A5E59" w:rsidRDefault="0095198F">
            <w:pPr>
              <w:jc w:val="center"/>
            </w:pPr>
            <w:r>
              <w:t>100</w:t>
            </w:r>
          </w:p>
        </w:tc>
        <w:tc>
          <w:tcPr>
            <w:tcW w:w="0" w:type="auto"/>
          </w:tcPr>
          <w:p w14:paraId="2886690B" w14:textId="77777777" w:rsidR="007A5E59" w:rsidRDefault="0095198F">
            <w:pPr>
              <w:jc w:val="center"/>
            </w:pPr>
            <w:r>
              <w:t>2005</w:t>
            </w:r>
          </w:p>
        </w:tc>
        <w:tc>
          <w:tcPr>
            <w:tcW w:w="0" w:type="auto"/>
          </w:tcPr>
          <w:p w14:paraId="47789001" w14:textId="77777777" w:rsidR="007A5E59" w:rsidRDefault="0095198F">
            <w:pPr>
              <w:jc w:val="center"/>
            </w:pPr>
            <w:r>
              <w:t>130</w:t>
            </w:r>
          </w:p>
        </w:tc>
        <w:tc>
          <w:tcPr>
            <w:tcW w:w="0" w:type="auto"/>
          </w:tcPr>
          <w:p w14:paraId="77395B5D" w14:textId="77777777" w:rsidR="007A5E59" w:rsidRDefault="0095198F">
            <w:r>
              <w:t>надз.</w:t>
            </w:r>
          </w:p>
        </w:tc>
      </w:tr>
      <w:tr w:rsidR="007A5E59" w14:paraId="6462D810" w14:textId="77777777">
        <w:trPr>
          <w:jc w:val="center"/>
        </w:trPr>
        <w:tc>
          <w:tcPr>
            <w:tcW w:w="0" w:type="auto"/>
          </w:tcPr>
          <w:p w14:paraId="4BD28B7C" w14:textId="77777777" w:rsidR="007A5E59" w:rsidRDefault="0095198F">
            <w:pPr>
              <w:jc w:val="center"/>
            </w:pPr>
            <w:r>
              <w:t>46</w:t>
            </w:r>
          </w:p>
        </w:tc>
        <w:tc>
          <w:tcPr>
            <w:tcW w:w="0" w:type="auto"/>
          </w:tcPr>
          <w:p w14:paraId="673DFAC6" w14:textId="77777777" w:rsidR="007A5E59" w:rsidRDefault="0095198F">
            <w:r>
              <w:t>1-1 ÷ 2-1</w:t>
            </w:r>
          </w:p>
        </w:tc>
        <w:tc>
          <w:tcPr>
            <w:tcW w:w="0" w:type="auto"/>
          </w:tcPr>
          <w:p w14:paraId="4FCA58E4" w14:textId="77777777" w:rsidR="007A5E59" w:rsidRDefault="0095198F">
            <w:pPr>
              <w:jc w:val="center"/>
            </w:pPr>
            <w:r>
              <w:t>100</w:t>
            </w:r>
          </w:p>
        </w:tc>
        <w:tc>
          <w:tcPr>
            <w:tcW w:w="0" w:type="auto"/>
          </w:tcPr>
          <w:p w14:paraId="20C1104D" w14:textId="77777777" w:rsidR="007A5E59" w:rsidRDefault="0095198F">
            <w:pPr>
              <w:jc w:val="center"/>
            </w:pPr>
            <w:r>
              <w:t>2005</w:t>
            </w:r>
          </w:p>
        </w:tc>
        <w:tc>
          <w:tcPr>
            <w:tcW w:w="0" w:type="auto"/>
          </w:tcPr>
          <w:p w14:paraId="299B1BE9" w14:textId="77777777" w:rsidR="007A5E59" w:rsidRDefault="0095198F">
            <w:pPr>
              <w:jc w:val="center"/>
            </w:pPr>
            <w:r>
              <w:t>921,50</w:t>
            </w:r>
          </w:p>
        </w:tc>
        <w:tc>
          <w:tcPr>
            <w:tcW w:w="0" w:type="auto"/>
          </w:tcPr>
          <w:p w14:paraId="3E8A8D7D" w14:textId="77777777" w:rsidR="007A5E59" w:rsidRDefault="0095198F">
            <w:r>
              <w:t>надз.</w:t>
            </w:r>
          </w:p>
        </w:tc>
      </w:tr>
      <w:tr w:rsidR="007A5E59" w14:paraId="5CB65595" w14:textId="77777777">
        <w:trPr>
          <w:jc w:val="center"/>
        </w:trPr>
        <w:tc>
          <w:tcPr>
            <w:tcW w:w="0" w:type="auto"/>
          </w:tcPr>
          <w:p w14:paraId="3F07CDFB" w14:textId="77777777" w:rsidR="007A5E59" w:rsidRDefault="0095198F">
            <w:pPr>
              <w:jc w:val="center"/>
            </w:pPr>
            <w:r>
              <w:t>47</w:t>
            </w:r>
          </w:p>
        </w:tc>
        <w:tc>
          <w:tcPr>
            <w:tcW w:w="0" w:type="auto"/>
          </w:tcPr>
          <w:p w14:paraId="2975ECCD" w14:textId="77777777" w:rsidR="007A5E59" w:rsidRDefault="0095198F">
            <w:r>
              <w:t>2-1 ÷ ул. Советская, 43 (школа №8)</w:t>
            </w:r>
          </w:p>
        </w:tc>
        <w:tc>
          <w:tcPr>
            <w:tcW w:w="0" w:type="auto"/>
          </w:tcPr>
          <w:p w14:paraId="2C0A4D6A" w14:textId="77777777" w:rsidR="007A5E59" w:rsidRDefault="0095198F">
            <w:pPr>
              <w:jc w:val="center"/>
            </w:pPr>
            <w:r>
              <w:t>80</w:t>
            </w:r>
          </w:p>
        </w:tc>
        <w:tc>
          <w:tcPr>
            <w:tcW w:w="0" w:type="auto"/>
          </w:tcPr>
          <w:p w14:paraId="2248A64A" w14:textId="77777777" w:rsidR="007A5E59" w:rsidRDefault="0095198F">
            <w:pPr>
              <w:jc w:val="center"/>
            </w:pPr>
            <w:r>
              <w:t>2005</w:t>
            </w:r>
          </w:p>
        </w:tc>
        <w:tc>
          <w:tcPr>
            <w:tcW w:w="0" w:type="auto"/>
          </w:tcPr>
          <w:p w14:paraId="582022FF" w14:textId="77777777" w:rsidR="007A5E59" w:rsidRDefault="0095198F">
            <w:pPr>
              <w:jc w:val="center"/>
            </w:pPr>
            <w:r>
              <w:t>15</w:t>
            </w:r>
          </w:p>
        </w:tc>
        <w:tc>
          <w:tcPr>
            <w:tcW w:w="0" w:type="auto"/>
          </w:tcPr>
          <w:p w14:paraId="63EB80BA" w14:textId="77777777" w:rsidR="007A5E59" w:rsidRDefault="0095198F">
            <w:r>
              <w:t>надз.</w:t>
            </w:r>
          </w:p>
        </w:tc>
      </w:tr>
      <w:tr w:rsidR="007A5E59" w14:paraId="3391418A" w14:textId="77777777">
        <w:trPr>
          <w:jc w:val="center"/>
        </w:trPr>
        <w:tc>
          <w:tcPr>
            <w:tcW w:w="0" w:type="auto"/>
          </w:tcPr>
          <w:p w14:paraId="59FE1230" w14:textId="77777777" w:rsidR="007A5E59" w:rsidRDefault="0095198F">
            <w:pPr>
              <w:jc w:val="center"/>
            </w:pPr>
            <w:r>
              <w:t>48</w:t>
            </w:r>
          </w:p>
        </w:tc>
        <w:tc>
          <w:tcPr>
            <w:tcW w:w="0" w:type="auto"/>
          </w:tcPr>
          <w:p w14:paraId="030CAC35" w14:textId="77777777" w:rsidR="007A5E59" w:rsidRDefault="0095198F">
            <w:r>
              <w:t>2-1 ÷ 2-2</w:t>
            </w:r>
          </w:p>
        </w:tc>
        <w:tc>
          <w:tcPr>
            <w:tcW w:w="0" w:type="auto"/>
          </w:tcPr>
          <w:p w14:paraId="18372EE5" w14:textId="77777777" w:rsidR="007A5E59" w:rsidRDefault="0095198F">
            <w:pPr>
              <w:jc w:val="center"/>
            </w:pPr>
            <w:r>
              <w:t>100</w:t>
            </w:r>
          </w:p>
        </w:tc>
        <w:tc>
          <w:tcPr>
            <w:tcW w:w="0" w:type="auto"/>
          </w:tcPr>
          <w:p w14:paraId="180EBF2B" w14:textId="77777777" w:rsidR="007A5E59" w:rsidRDefault="0095198F">
            <w:pPr>
              <w:jc w:val="center"/>
            </w:pPr>
            <w:r>
              <w:t>2005</w:t>
            </w:r>
          </w:p>
        </w:tc>
        <w:tc>
          <w:tcPr>
            <w:tcW w:w="0" w:type="auto"/>
          </w:tcPr>
          <w:p w14:paraId="08C8930A" w14:textId="77777777" w:rsidR="007A5E59" w:rsidRDefault="0095198F">
            <w:pPr>
              <w:jc w:val="center"/>
            </w:pPr>
            <w:r>
              <w:t>1 350</w:t>
            </w:r>
          </w:p>
        </w:tc>
        <w:tc>
          <w:tcPr>
            <w:tcW w:w="0" w:type="auto"/>
          </w:tcPr>
          <w:p w14:paraId="11BDA5E0" w14:textId="77777777" w:rsidR="007A5E59" w:rsidRDefault="0095198F">
            <w:r>
              <w:t>надз.</w:t>
            </w:r>
          </w:p>
        </w:tc>
      </w:tr>
    </w:tbl>
    <w:p w14:paraId="668C29B1" w14:textId="77777777" w:rsidR="007A5E59" w:rsidRDefault="007A5E59"/>
    <w:p w14:paraId="2A284DFC" w14:textId="77777777" w:rsidR="007A5E59" w:rsidRPr="00312815" w:rsidRDefault="0095198F">
      <w:pPr>
        <w:rPr>
          <w:lang w:val="ru-RU"/>
        </w:rPr>
      </w:pPr>
      <w:r w:rsidRPr="00312815">
        <w:rPr>
          <w:b/>
          <w:lang w:val="ru-RU"/>
        </w:rPr>
        <w:t>Таблица П4.4. Характеристики участков тепловых сетей — Производственно-отопительная УПК № 9 ГРЭ (г. Таштагол)</w:t>
      </w:r>
    </w:p>
    <w:tbl>
      <w:tblPr>
        <w:tblStyle w:val="aff0"/>
        <w:tblW w:w="5000" w:type="pct"/>
        <w:jc w:val="center"/>
        <w:tblCellMar>
          <w:left w:w="57" w:type="dxa"/>
          <w:right w:w="57" w:type="dxa"/>
        </w:tblCellMar>
        <w:tblLook w:val="04A0" w:firstRow="1" w:lastRow="0" w:firstColumn="1" w:lastColumn="0" w:noHBand="0" w:noVBand="1"/>
      </w:tblPr>
      <w:tblGrid>
        <w:gridCol w:w="384"/>
        <w:gridCol w:w="1682"/>
        <w:gridCol w:w="808"/>
        <w:gridCol w:w="1284"/>
        <w:gridCol w:w="2882"/>
        <w:gridCol w:w="2305"/>
      </w:tblGrid>
      <w:tr w:rsidR="007A5E59" w14:paraId="2BCDAA5D" w14:textId="77777777">
        <w:trPr>
          <w:cantSplit/>
          <w:tblHeader/>
          <w:jc w:val="center"/>
        </w:trPr>
        <w:tc>
          <w:tcPr>
            <w:tcW w:w="0" w:type="auto"/>
            <w:shd w:val="clear" w:color="auto" w:fill="E2F0D9"/>
            <w:vAlign w:val="center"/>
          </w:tcPr>
          <w:p w14:paraId="6744787D" w14:textId="77777777" w:rsidR="007A5E59" w:rsidRDefault="0095198F">
            <w:pPr>
              <w:jc w:val="center"/>
            </w:pPr>
            <w:r>
              <w:rPr>
                <w:b/>
              </w:rPr>
              <w:t>№</w:t>
            </w:r>
          </w:p>
        </w:tc>
        <w:tc>
          <w:tcPr>
            <w:tcW w:w="0" w:type="auto"/>
            <w:shd w:val="clear" w:color="auto" w:fill="E2F0D9"/>
            <w:vAlign w:val="center"/>
          </w:tcPr>
          <w:p w14:paraId="48CF393D" w14:textId="77777777" w:rsidR="007A5E59" w:rsidRDefault="0095198F">
            <w:pPr>
              <w:jc w:val="center"/>
            </w:pPr>
            <w:r>
              <w:rPr>
                <w:b/>
              </w:rPr>
              <w:t>Участок сети</w:t>
            </w:r>
          </w:p>
        </w:tc>
        <w:tc>
          <w:tcPr>
            <w:tcW w:w="0" w:type="auto"/>
            <w:shd w:val="clear" w:color="auto" w:fill="E2F0D9"/>
            <w:vAlign w:val="center"/>
          </w:tcPr>
          <w:p w14:paraId="50D3AD3B" w14:textId="77777777" w:rsidR="007A5E59" w:rsidRDefault="0095198F">
            <w:pPr>
              <w:jc w:val="center"/>
            </w:pPr>
            <w:r>
              <w:rPr>
                <w:b/>
              </w:rPr>
              <w:t>Ø, мм</w:t>
            </w:r>
          </w:p>
        </w:tc>
        <w:tc>
          <w:tcPr>
            <w:tcW w:w="0" w:type="auto"/>
            <w:shd w:val="clear" w:color="auto" w:fill="E2F0D9"/>
            <w:vAlign w:val="center"/>
          </w:tcPr>
          <w:p w14:paraId="63A982A1" w14:textId="77777777" w:rsidR="007A5E59" w:rsidRDefault="0095198F">
            <w:pPr>
              <w:jc w:val="center"/>
            </w:pPr>
            <w:r>
              <w:rPr>
                <w:b/>
              </w:rPr>
              <w:t>Год ввода</w:t>
            </w:r>
          </w:p>
        </w:tc>
        <w:tc>
          <w:tcPr>
            <w:tcW w:w="0" w:type="auto"/>
            <w:shd w:val="clear" w:color="auto" w:fill="E2F0D9"/>
            <w:vAlign w:val="center"/>
          </w:tcPr>
          <w:p w14:paraId="79053E4A" w14:textId="77777777" w:rsidR="007A5E59" w:rsidRPr="00312815" w:rsidRDefault="0095198F">
            <w:pPr>
              <w:jc w:val="center"/>
              <w:rPr>
                <w:lang w:val="ru-RU"/>
              </w:rPr>
            </w:pPr>
            <w:r w:rsidRPr="00312815">
              <w:rPr>
                <w:b/>
                <w:lang w:val="ru-RU"/>
              </w:rPr>
              <w:t>Длина по оси трассы, м</w:t>
            </w:r>
          </w:p>
        </w:tc>
        <w:tc>
          <w:tcPr>
            <w:tcW w:w="0" w:type="auto"/>
            <w:shd w:val="clear" w:color="auto" w:fill="E2F0D9"/>
            <w:vAlign w:val="center"/>
          </w:tcPr>
          <w:p w14:paraId="59339AFC" w14:textId="77777777" w:rsidR="007A5E59" w:rsidRDefault="0095198F">
            <w:pPr>
              <w:jc w:val="center"/>
            </w:pPr>
            <w:r>
              <w:rPr>
                <w:b/>
              </w:rPr>
              <w:t>Способ прокладки</w:t>
            </w:r>
          </w:p>
        </w:tc>
      </w:tr>
      <w:tr w:rsidR="007A5E59" w14:paraId="7B97A9D7" w14:textId="77777777">
        <w:trPr>
          <w:jc w:val="center"/>
        </w:trPr>
        <w:tc>
          <w:tcPr>
            <w:tcW w:w="0" w:type="auto"/>
          </w:tcPr>
          <w:p w14:paraId="0C0D6C15" w14:textId="77777777" w:rsidR="007A5E59" w:rsidRDefault="0095198F">
            <w:pPr>
              <w:jc w:val="center"/>
            </w:pPr>
            <w:r>
              <w:t>1</w:t>
            </w:r>
          </w:p>
        </w:tc>
        <w:tc>
          <w:tcPr>
            <w:tcW w:w="0" w:type="auto"/>
          </w:tcPr>
          <w:p w14:paraId="79F8213D" w14:textId="77777777" w:rsidR="007A5E59" w:rsidRDefault="0095198F">
            <w:r>
              <w:t>1-1</w:t>
            </w:r>
          </w:p>
        </w:tc>
        <w:tc>
          <w:tcPr>
            <w:tcW w:w="0" w:type="auto"/>
          </w:tcPr>
          <w:p w14:paraId="3F202988" w14:textId="77777777" w:rsidR="007A5E59" w:rsidRDefault="0095198F">
            <w:pPr>
              <w:jc w:val="center"/>
            </w:pPr>
            <w:r>
              <w:t>100</w:t>
            </w:r>
          </w:p>
        </w:tc>
        <w:tc>
          <w:tcPr>
            <w:tcW w:w="0" w:type="auto"/>
          </w:tcPr>
          <w:p w14:paraId="4FE6105C" w14:textId="77777777" w:rsidR="007A5E59" w:rsidRDefault="0095198F">
            <w:pPr>
              <w:jc w:val="center"/>
            </w:pPr>
            <w:r>
              <w:t>2004</w:t>
            </w:r>
          </w:p>
        </w:tc>
        <w:tc>
          <w:tcPr>
            <w:tcW w:w="0" w:type="auto"/>
          </w:tcPr>
          <w:p w14:paraId="480E7DFA" w14:textId="77777777" w:rsidR="007A5E59" w:rsidRDefault="0095198F">
            <w:pPr>
              <w:jc w:val="center"/>
            </w:pPr>
            <w:r>
              <w:t>155</w:t>
            </w:r>
          </w:p>
        </w:tc>
        <w:tc>
          <w:tcPr>
            <w:tcW w:w="0" w:type="auto"/>
          </w:tcPr>
          <w:p w14:paraId="6F03B084" w14:textId="77777777" w:rsidR="007A5E59" w:rsidRDefault="0095198F">
            <w:r>
              <w:t>бесканал.</w:t>
            </w:r>
          </w:p>
        </w:tc>
      </w:tr>
      <w:tr w:rsidR="007A5E59" w14:paraId="0131492D" w14:textId="77777777">
        <w:trPr>
          <w:jc w:val="center"/>
        </w:trPr>
        <w:tc>
          <w:tcPr>
            <w:tcW w:w="0" w:type="auto"/>
          </w:tcPr>
          <w:p w14:paraId="045BA0E9" w14:textId="77777777" w:rsidR="007A5E59" w:rsidRDefault="0095198F">
            <w:pPr>
              <w:jc w:val="center"/>
            </w:pPr>
            <w:r>
              <w:t>2</w:t>
            </w:r>
          </w:p>
        </w:tc>
        <w:tc>
          <w:tcPr>
            <w:tcW w:w="0" w:type="auto"/>
          </w:tcPr>
          <w:p w14:paraId="4A38AB3D" w14:textId="77777777" w:rsidR="007A5E59" w:rsidRDefault="0095198F">
            <w:r>
              <w:t>1-1 ÷ 1-2</w:t>
            </w:r>
          </w:p>
        </w:tc>
        <w:tc>
          <w:tcPr>
            <w:tcW w:w="0" w:type="auto"/>
          </w:tcPr>
          <w:p w14:paraId="7B0E1D85" w14:textId="77777777" w:rsidR="007A5E59" w:rsidRDefault="0095198F">
            <w:pPr>
              <w:jc w:val="center"/>
            </w:pPr>
            <w:r>
              <w:t>100</w:t>
            </w:r>
          </w:p>
        </w:tc>
        <w:tc>
          <w:tcPr>
            <w:tcW w:w="0" w:type="auto"/>
          </w:tcPr>
          <w:p w14:paraId="678F79C4" w14:textId="77777777" w:rsidR="007A5E59" w:rsidRDefault="0095198F">
            <w:pPr>
              <w:jc w:val="center"/>
            </w:pPr>
            <w:r>
              <w:t>2004</w:t>
            </w:r>
          </w:p>
        </w:tc>
        <w:tc>
          <w:tcPr>
            <w:tcW w:w="0" w:type="auto"/>
          </w:tcPr>
          <w:p w14:paraId="063F3730" w14:textId="77777777" w:rsidR="007A5E59" w:rsidRDefault="0095198F">
            <w:pPr>
              <w:jc w:val="center"/>
            </w:pPr>
            <w:r>
              <w:t>117</w:t>
            </w:r>
          </w:p>
        </w:tc>
        <w:tc>
          <w:tcPr>
            <w:tcW w:w="0" w:type="auto"/>
          </w:tcPr>
          <w:p w14:paraId="4234DDE4" w14:textId="77777777" w:rsidR="007A5E59" w:rsidRDefault="0095198F">
            <w:r>
              <w:t>надз.</w:t>
            </w:r>
          </w:p>
        </w:tc>
      </w:tr>
      <w:tr w:rsidR="007A5E59" w14:paraId="40EA6160" w14:textId="77777777">
        <w:trPr>
          <w:jc w:val="center"/>
        </w:trPr>
        <w:tc>
          <w:tcPr>
            <w:tcW w:w="0" w:type="auto"/>
          </w:tcPr>
          <w:p w14:paraId="5AD0F28D" w14:textId="77777777" w:rsidR="007A5E59" w:rsidRDefault="0095198F">
            <w:pPr>
              <w:jc w:val="center"/>
            </w:pPr>
            <w:r>
              <w:t>3</w:t>
            </w:r>
          </w:p>
        </w:tc>
        <w:tc>
          <w:tcPr>
            <w:tcW w:w="0" w:type="auto"/>
          </w:tcPr>
          <w:p w14:paraId="1CF5F5B3" w14:textId="77777777" w:rsidR="007A5E59" w:rsidRDefault="0095198F">
            <w:r>
              <w:t>1-2 ÷ 1-3</w:t>
            </w:r>
          </w:p>
        </w:tc>
        <w:tc>
          <w:tcPr>
            <w:tcW w:w="0" w:type="auto"/>
          </w:tcPr>
          <w:p w14:paraId="22DF973D" w14:textId="77777777" w:rsidR="007A5E59" w:rsidRDefault="0095198F">
            <w:pPr>
              <w:jc w:val="center"/>
            </w:pPr>
            <w:r>
              <w:t>100</w:t>
            </w:r>
          </w:p>
        </w:tc>
        <w:tc>
          <w:tcPr>
            <w:tcW w:w="0" w:type="auto"/>
          </w:tcPr>
          <w:p w14:paraId="76B9D660" w14:textId="77777777" w:rsidR="007A5E59" w:rsidRDefault="0095198F">
            <w:pPr>
              <w:jc w:val="center"/>
            </w:pPr>
            <w:r>
              <w:t>2004</w:t>
            </w:r>
          </w:p>
        </w:tc>
        <w:tc>
          <w:tcPr>
            <w:tcW w:w="0" w:type="auto"/>
          </w:tcPr>
          <w:p w14:paraId="52620B33" w14:textId="77777777" w:rsidR="007A5E59" w:rsidRDefault="0095198F">
            <w:pPr>
              <w:jc w:val="center"/>
            </w:pPr>
            <w:r>
              <w:t>131</w:t>
            </w:r>
          </w:p>
        </w:tc>
        <w:tc>
          <w:tcPr>
            <w:tcW w:w="0" w:type="auto"/>
          </w:tcPr>
          <w:p w14:paraId="165473C7" w14:textId="77777777" w:rsidR="007A5E59" w:rsidRDefault="0095198F">
            <w:r>
              <w:t>надз.</w:t>
            </w:r>
          </w:p>
        </w:tc>
      </w:tr>
      <w:tr w:rsidR="007A5E59" w14:paraId="0C32E65E" w14:textId="77777777">
        <w:trPr>
          <w:jc w:val="center"/>
        </w:trPr>
        <w:tc>
          <w:tcPr>
            <w:tcW w:w="0" w:type="auto"/>
          </w:tcPr>
          <w:p w14:paraId="7AA66FAC" w14:textId="77777777" w:rsidR="007A5E59" w:rsidRDefault="0095198F">
            <w:pPr>
              <w:jc w:val="center"/>
            </w:pPr>
            <w:r>
              <w:t>4</w:t>
            </w:r>
          </w:p>
        </w:tc>
        <w:tc>
          <w:tcPr>
            <w:tcW w:w="0" w:type="auto"/>
          </w:tcPr>
          <w:p w14:paraId="5E17047B" w14:textId="77777777" w:rsidR="007A5E59" w:rsidRDefault="0095198F">
            <w:r>
              <w:t>1-4 ÷ 1-5</w:t>
            </w:r>
          </w:p>
        </w:tc>
        <w:tc>
          <w:tcPr>
            <w:tcW w:w="0" w:type="auto"/>
          </w:tcPr>
          <w:p w14:paraId="3413CB36" w14:textId="77777777" w:rsidR="007A5E59" w:rsidRDefault="0095198F">
            <w:pPr>
              <w:jc w:val="center"/>
            </w:pPr>
            <w:r>
              <w:t>80</w:t>
            </w:r>
          </w:p>
        </w:tc>
        <w:tc>
          <w:tcPr>
            <w:tcW w:w="0" w:type="auto"/>
          </w:tcPr>
          <w:p w14:paraId="76679900" w14:textId="77777777" w:rsidR="007A5E59" w:rsidRDefault="0095198F">
            <w:pPr>
              <w:jc w:val="center"/>
            </w:pPr>
            <w:r>
              <w:t>2004</w:t>
            </w:r>
          </w:p>
        </w:tc>
        <w:tc>
          <w:tcPr>
            <w:tcW w:w="0" w:type="auto"/>
          </w:tcPr>
          <w:p w14:paraId="7F6592A7" w14:textId="77777777" w:rsidR="007A5E59" w:rsidRDefault="0095198F">
            <w:pPr>
              <w:jc w:val="center"/>
            </w:pPr>
            <w:r>
              <w:t>30</w:t>
            </w:r>
          </w:p>
        </w:tc>
        <w:tc>
          <w:tcPr>
            <w:tcW w:w="0" w:type="auto"/>
          </w:tcPr>
          <w:p w14:paraId="76B80208" w14:textId="77777777" w:rsidR="007A5E59" w:rsidRDefault="0095198F">
            <w:r>
              <w:t>бесканал.</w:t>
            </w:r>
          </w:p>
        </w:tc>
      </w:tr>
      <w:tr w:rsidR="007A5E59" w14:paraId="32DB39C7" w14:textId="77777777">
        <w:trPr>
          <w:jc w:val="center"/>
        </w:trPr>
        <w:tc>
          <w:tcPr>
            <w:tcW w:w="0" w:type="auto"/>
          </w:tcPr>
          <w:p w14:paraId="17BC6890" w14:textId="77777777" w:rsidR="007A5E59" w:rsidRDefault="0095198F">
            <w:pPr>
              <w:jc w:val="center"/>
            </w:pPr>
            <w:r>
              <w:t>5</w:t>
            </w:r>
          </w:p>
        </w:tc>
        <w:tc>
          <w:tcPr>
            <w:tcW w:w="0" w:type="auto"/>
          </w:tcPr>
          <w:p w14:paraId="32040992" w14:textId="77777777" w:rsidR="007A5E59" w:rsidRDefault="0095198F">
            <w:r>
              <w:t>1-5 ÷ 1-5/1</w:t>
            </w:r>
          </w:p>
        </w:tc>
        <w:tc>
          <w:tcPr>
            <w:tcW w:w="0" w:type="auto"/>
          </w:tcPr>
          <w:p w14:paraId="5FEFF4C9" w14:textId="77777777" w:rsidR="007A5E59" w:rsidRDefault="0095198F">
            <w:pPr>
              <w:jc w:val="center"/>
            </w:pPr>
            <w:r>
              <w:t>80</w:t>
            </w:r>
          </w:p>
        </w:tc>
        <w:tc>
          <w:tcPr>
            <w:tcW w:w="0" w:type="auto"/>
          </w:tcPr>
          <w:p w14:paraId="138EBF8E" w14:textId="77777777" w:rsidR="007A5E59" w:rsidRDefault="0095198F">
            <w:pPr>
              <w:jc w:val="center"/>
            </w:pPr>
            <w:r>
              <w:t>2004</w:t>
            </w:r>
          </w:p>
        </w:tc>
        <w:tc>
          <w:tcPr>
            <w:tcW w:w="0" w:type="auto"/>
          </w:tcPr>
          <w:p w14:paraId="665759B7" w14:textId="77777777" w:rsidR="007A5E59" w:rsidRDefault="0095198F">
            <w:pPr>
              <w:jc w:val="center"/>
            </w:pPr>
            <w:r>
              <w:t>97</w:t>
            </w:r>
          </w:p>
        </w:tc>
        <w:tc>
          <w:tcPr>
            <w:tcW w:w="0" w:type="auto"/>
          </w:tcPr>
          <w:p w14:paraId="4019A4FC" w14:textId="77777777" w:rsidR="007A5E59" w:rsidRDefault="0095198F">
            <w:r>
              <w:t>надз.</w:t>
            </w:r>
          </w:p>
        </w:tc>
      </w:tr>
      <w:tr w:rsidR="007A5E59" w14:paraId="0D846EEB" w14:textId="77777777">
        <w:trPr>
          <w:jc w:val="center"/>
        </w:trPr>
        <w:tc>
          <w:tcPr>
            <w:tcW w:w="0" w:type="auto"/>
          </w:tcPr>
          <w:p w14:paraId="1F446628" w14:textId="77777777" w:rsidR="007A5E59" w:rsidRDefault="0095198F">
            <w:pPr>
              <w:jc w:val="center"/>
            </w:pPr>
            <w:r>
              <w:t>6</w:t>
            </w:r>
          </w:p>
        </w:tc>
        <w:tc>
          <w:tcPr>
            <w:tcW w:w="0" w:type="auto"/>
          </w:tcPr>
          <w:p w14:paraId="1E0FBE5C" w14:textId="77777777" w:rsidR="007A5E59" w:rsidRDefault="0095198F">
            <w:r>
              <w:t>1-5 ÷ 1-6</w:t>
            </w:r>
          </w:p>
        </w:tc>
        <w:tc>
          <w:tcPr>
            <w:tcW w:w="0" w:type="auto"/>
          </w:tcPr>
          <w:p w14:paraId="5D06A13E" w14:textId="77777777" w:rsidR="007A5E59" w:rsidRDefault="0095198F">
            <w:pPr>
              <w:jc w:val="center"/>
            </w:pPr>
            <w:r>
              <w:t>68</w:t>
            </w:r>
          </w:p>
        </w:tc>
        <w:tc>
          <w:tcPr>
            <w:tcW w:w="0" w:type="auto"/>
          </w:tcPr>
          <w:p w14:paraId="6264AED9" w14:textId="77777777" w:rsidR="007A5E59" w:rsidRDefault="0095198F">
            <w:pPr>
              <w:jc w:val="center"/>
            </w:pPr>
            <w:r>
              <w:t>2004</w:t>
            </w:r>
          </w:p>
        </w:tc>
        <w:tc>
          <w:tcPr>
            <w:tcW w:w="0" w:type="auto"/>
          </w:tcPr>
          <w:p w14:paraId="4B94A72E" w14:textId="77777777" w:rsidR="007A5E59" w:rsidRDefault="0095198F">
            <w:pPr>
              <w:jc w:val="center"/>
            </w:pPr>
            <w:r>
              <w:t>94</w:t>
            </w:r>
          </w:p>
        </w:tc>
        <w:tc>
          <w:tcPr>
            <w:tcW w:w="0" w:type="auto"/>
          </w:tcPr>
          <w:p w14:paraId="20DE5C37" w14:textId="77777777" w:rsidR="007A5E59" w:rsidRDefault="0095198F">
            <w:r>
              <w:t>надз.</w:t>
            </w:r>
          </w:p>
        </w:tc>
      </w:tr>
      <w:tr w:rsidR="007A5E59" w14:paraId="17675617" w14:textId="77777777">
        <w:trPr>
          <w:jc w:val="center"/>
        </w:trPr>
        <w:tc>
          <w:tcPr>
            <w:tcW w:w="0" w:type="auto"/>
          </w:tcPr>
          <w:p w14:paraId="2C9FE50B" w14:textId="77777777" w:rsidR="007A5E59" w:rsidRDefault="0095198F">
            <w:pPr>
              <w:jc w:val="center"/>
            </w:pPr>
            <w:r>
              <w:t>7</w:t>
            </w:r>
          </w:p>
        </w:tc>
        <w:tc>
          <w:tcPr>
            <w:tcW w:w="0" w:type="auto"/>
          </w:tcPr>
          <w:p w14:paraId="0D22AF44" w14:textId="77777777" w:rsidR="007A5E59" w:rsidRDefault="0095198F">
            <w:r>
              <w:t>1-6 ÷ 1-6/1</w:t>
            </w:r>
          </w:p>
        </w:tc>
        <w:tc>
          <w:tcPr>
            <w:tcW w:w="0" w:type="auto"/>
          </w:tcPr>
          <w:p w14:paraId="06AA7622" w14:textId="77777777" w:rsidR="007A5E59" w:rsidRDefault="0095198F">
            <w:pPr>
              <w:jc w:val="center"/>
            </w:pPr>
            <w:r>
              <w:t>50</w:t>
            </w:r>
          </w:p>
        </w:tc>
        <w:tc>
          <w:tcPr>
            <w:tcW w:w="0" w:type="auto"/>
          </w:tcPr>
          <w:p w14:paraId="5482B331" w14:textId="77777777" w:rsidR="007A5E59" w:rsidRDefault="0095198F">
            <w:pPr>
              <w:jc w:val="center"/>
            </w:pPr>
            <w:r>
              <w:t>2004</w:t>
            </w:r>
          </w:p>
        </w:tc>
        <w:tc>
          <w:tcPr>
            <w:tcW w:w="0" w:type="auto"/>
          </w:tcPr>
          <w:p w14:paraId="35214B86" w14:textId="77777777" w:rsidR="007A5E59" w:rsidRDefault="0095198F">
            <w:pPr>
              <w:jc w:val="center"/>
            </w:pPr>
            <w:r>
              <w:t>48</w:t>
            </w:r>
          </w:p>
        </w:tc>
        <w:tc>
          <w:tcPr>
            <w:tcW w:w="0" w:type="auto"/>
          </w:tcPr>
          <w:p w14:paraId="595B1CA9" w14:textId="77777777" w:rsidR="007A5E59" w:rsidRDefault="0095198F">
            <w:r>
              <w:t>надз.</w:t>
            </w:r>
          </w:p>
        </w:tc>
      </w:tr>
      <w:tr w:rsidR="007A5E59" w14:paraId="1A027BEE" w14:textId="77777777">
        <w:trPr>
          <w:jc w:val="center"/>
        </w:trPr>
        <w:tc>
          <w:tcPr>
            <w:tcW w:w="0" w:type="auto"/>
          </w:tcPr>
          <w:p w14:paraId="725E69E6" w14:textId="77777777" w:rsidR="007A5E59" w:rsidRDefault="0095198F">
            <w:pPr>
              <w:jc w:val="center"/>
            </w:pPr>
            <w:r>
              <w:t>8</w:t>
            </w:r>
          </w:p>
        </w:tc>
        <w:tc>
          <w:tcPr>
            <w:tcW w:w="0" w:type="auto"/>
          </w:tcPr>
          <w:p w14:paraId="2B118994" w14:textId="77777777" w:rsidR="007A5E59" w:rsidRDefault="0095198F">
            <w:r>
              <w:t>1-6 ÷ 1-7</w:t>
            </w:r>
          </w:p>
        </w:tc>
        <w:tc>
          <w:tcPr>
            <w:tcW w:w="0" w:type="auto"/>
          </w:tcPr>
          <w:p w14:paraId="5AD7B154" w14:textId="77777777" w:rsidR="007A5E59" w:rsidRDefault="0095198F">
            <w:pPr>
              <w:jc w:val="center"/>
            </w:pPr>
            <w:r>
              <w:t>40</w:t>
            </w:r>
          </w:p>
        </w:tc>
        <w:tc>
          <w:tcPr>
            <w:tcW w:w="0" w:type="auto"/>
          </w:tcPr>
          <w:p w14:paraId="1FBAD70F" w14:textId="77777777" w:rsidR="007A5E59" w:rsidRDefault="0095198F">
            <w:pPr>
              <w:jc w:val="center"/>
            </w:pPr>
            <w:r>
              <w:t>2004</w:t>
            </w:r>
          </w:p>
        </w:tc>
        <w:tc>
          <w:tcPr>
            <w:tcW w:w="0" w:type="auto"/>
          </w:tcPr>
          <w:p w14:paraId="5DD9115F" w14:textId="77777777" w:rsidR="007A5E59" w:rsidRDefault="0095198F">
            <w:pPr>
              <w:jc w:val="center"/>
            </w:pPr>
            <w:r>
              <w:t>67</w:t>
            </w:r>
          </w:p>
        </w:tc>
        <w:tc>
          <w:tcPr>
            <w:tcW w:w="0" w:type="auto"/>
          </w:tcPr>
          <w:p w14:paraId="6B7C48D1" w14:textId="77777777" w:rsidR="007A5E59" w:rsidRDefault="0095198F">
            <w:r>
              <w:t>надз.</w:t>
            </w:r>
          </w:p>
        </w:tc>
      </w:tr>
    </w:tbl>
    <w:p w14:paraId="6C5912A1" w14:textId="77777777" w:rsidR="007A5E59" w:rsidRDefault="007A5E59"/>
    <w:p w14:paraId="302C9B08" w14:textId="77777777" w:rsidR="007A5E59" w:rsidRPr="00312815" w:rsidRDefault="0095198F">
      <w:pPr>
        <w:rPr>
          <w:lang w:val="ru-RU"/>
        </w:rPr>
      </w:pPr>
      <w:r w:rsidRPr="00312815">
        <w:rPr>
          <w:b/>
          <w:lang w:val="ru-RU"/>
        </w:rPr>
        <w:t>Таблица П4.5. Характеристики участков тепловых сетей — Производственно-отопительная УПК № 5 Новый Шерегеш (пгт Шерегеш)</w:t>
      </w:r>
    </w:p>
    <w:tbl>
      <w:tblPr>
        <w:tblStyle w:val="aff0"/>
        <w:tblW w:w="5000" w:type="pct"/>
        <w:jc w:val="center"/>
        <w:tblCellMar>
          <w:left w:w="57" w:type="dxa"/>
          <w:right w:w="57" w:type="dxa"/>
        </w:tblCellMar>
        <w:tblLook w:val="04A0" w:firstRow="1" w:lastRow="0" w:firstColumn="1" w:lastColumn="0" w:noHBand="0" w:noVBand="1"/>
      </w:tblPr>
      <w:tblGrid>
        <w:gridCol w:w="474"/>
        <w:gridCol w:w="3736"/>
        <w:gridCol w:w="614"/>
        <w:gridCol w:w="967"/>
        <w:gridCol w:w="1828"/>
        <w:gridCol w:w="1726"/>
      </w:tblGrid>
      <w:tr w:rsidR="007A5E59" w14:paraId="7624204D" w14:textId="77777777">
        <w:trPr>
          <w:cantSplit/>
          <w:tblHeader/>
          <w:jc w:val="center"/>
        </w:trPr>
        <w:tc>
          <w:tcPr>
            <w:tcW w:w="0" w:type="auto"/>
            <w:shd w:val="clear" w:color="auto" w:fill="E2F0D9"/>
            <w:vAlign w:val="center"/>
          </w:tcPr>
          <w:p w14:paraId="3A445527" w14:textId="77777777" w:rsidR="007A5E59" w:rsidRDefault="0095198F">
            <w:pPr>
              <w:jc w:val="center"/>
            </w:pPr>
            <w:r>
              <w:rPr>
                <w:b/>
              </w:rPr>
              <w:t>№</w:t>
            </w:r>
          </w:p>
        </w:tc>
        <w:tc>
          <w:tcPr>
            <w:tcW w:w="0" w:type="auto"/>
            <w:shd w:val="clear" w:color="auto" w:fill="E2F0D9"/>
            <w:vAlign w:val="center"/>
          </w:tcPr>
          <w:p w14:paraId="6A838B70" w14:textId="77777777" w:rsidR="007A5E59" w:rsidRDefault="0095198F">
            <w:pPr>
              <w:jc w:val="center"/>
            </w:pPr>
            <w:r>
              <w:rPr>
                <w:b/>
              </w:rPr>
              <w:t>Участок сети</w:t>
            </w:r>
          </w:p>
        </w:tc>
        <w:tc>
          <w:tcPr>
            <w:tcW w:w="0" w:type="auto"/>
            <w:shd w:val="clear" w:color="auto" w:fill="E2F0D9"/>
            <w:vAlign w:val="center"/>
          </w:tcPr>
          <w:p w14:paraId="53893276" w14:textId="77777777" w:rsidR="007A5E59" w:rsidRDefault="0095198F">
            <w:pPr>
              <w:jc w:val="center"/>
            </w:pPr>
            <w:r>
              <w:rPr>
                <w:b/>
              </w:rPr>
              <w:t>Ø, мм</w:t>
            </w:r>
          </w:p>
        </w:tc>
        <w:tc>
          <w:tcPr>
            <w:tcW w:w="0" w:type="auto"/>
            <w:shd w:val="clear" w:color="auto" w:fill="E2F0D9"/>
            <w:vAlign w:val="center"/>
          </w:tcPr>
          <w:p w14:paraId="5161AC7D" w14:textId="77777777" w:rsidR="007A5E59" w:rsidRDefault="0095198F">
            <w:pPr>
              <w:jc w:val="center"/>
            </w:pPr>
            <w:r>
              <w:rPr>
                <w:b/>
              </w:rPr>
              <w:t>Год ввода</w:t>
            </w:r>
          </w:p>
        </w:tc>
        <w:tc>
          <w:tcPr>
            <w:tcW w:w="0" w:type="auto"/>
            <w:shd w:val="clear" w:color="auto" w:fill="E2F0D9"/>
            <w:vAlign w:val="center"/>
          </w:tcPr>
          <w:p w14:paraId="2B230629" w14:textId="77777777" w:rsidR="007A5E59" w:rsidRPr="00312815" w:rsidRDefault="0095198F">
            <w:pPr>
              <w:jc w:val="center"/>
              <w:rPr>
                <w:lang w:val="ru-RU"/>
              </w:rPr>
            </w:pPr>
            <w:r w:rsidRPr="00312815">
              <w:rPr>
                <w:b/>
                <w:lang w:val="ru-RU"/>
              </w:rPr>
              <w:t>Длина по оси трассы, м</w:t>
            </w:r>
          </w:p>
        </w:tc>
        <w:tc>
          <w:tcPr>
            <w:tcW w:w="0" w:type="auto"/>
            <w:shd w:val="clear" w:color="auto" w:fill="E2F0D9"/>
            <w:vAlign w:val="center"/>
          </w:tcPr>
          <w:p w14:paraId="79B0290F" w14:textId="77777777" w:rsidR="007A5E59" w:rsidRDefault="0095198F">
            <w:pPr>
              <w:jc w:val="center"/>
            </w:pPr>
            <w:r>
              <w:rPr>
                <w:b/>
              </w:rPr>
              <w:t>Способ прокладки</w:t>
            </w:r>
          </w:p>
        </w:tc>
      </w:tr>
      <w:tr w:rsidR="007A5E59" w14:paraId="06A48DA1" w14:textId="77777777">
        <w:trPr>
          <w:jc w:val="center"/>
        </w:trPr>
        <w:tc>
          <w:tcPr>
            <w:tcW w:w="0" w:type="auto"/>
          </w:tcPr>
          <w:p w14:paraId="62F833EA" w14:textId="77777777" w:rsidR="007A5E59" w:rsidRDefault="0095198F">
            <w:pPr>
              <w:jc w:val="center"/>
            </w:pPr>
            <w:r>
              <w:t>1</w:t>
            </w:r>
          </w:p>
        </w:tc>
        <w:tc>
          <w:tcPr>
            <w:tcW w:w="0" w:type="auto"/>
          </w:tcPr>
          <w:p w14:paraId="66EC8148" w14:textId="77777777" w:rsidR="007A5E59" w:rsidRDefault="0095198F">
            <w:r>
              <w:t>ЗТ-25 – ЗТ-25/1</w:t>
            </w:r>
          </w:p>
        </w:tc>
        <w:tc>
          <w:tcPr>
            <w:tcW w:w="0" w:type="auto"/>
          </w:tcPr>
          <w:p w14:paraId="1A2888DE" w14:textId="77777777" w:rsidR="007A5E59" w:rsidRDefault="0095198F">
            <w:pPr>
              <w:jc w:val="center"/>
            </w:pPr>
            <w:r>
              <w:t>100</w:t>
            </w:r>
          </w:p>
        </w:tc>
        <w:tc>
          <w:tcPr>
            <w:tcW w:w="0" w:type="auto"/>
          </w:tcPr>
          <w:p w14:paraId="20175ABB" w14:textId="77777777" w:rsidR="007A5E59" w:rsidRDefault="0095198F">
            <w:pPr>
              <w:jc w:val="center"/>
            </w:pPr>
            <w:r>
              <w:t>1988</w:t>
            </w:r>
          </w:p>
        </w:tc>
        <w:tc>
          <w:tcPr>
            <w:tcW w:w="0" w:type="auto"/>
          </w:tcPr>
          <w:p w14:paraId="3B00869C" w14:textId="77777777" w:rsidR="007A5E59" w:rsidRDefault="0095198F">
            <w:pPr>
              <w:jc w:val="center"/>
            </w:pPr>
            <w:r>
              <w:t>250</w:t>
            </w:r>
          </w:p>
        </w:tc>
        <w:tc>
          <w:tcPr>
            <w:tcW w:w="0" w:type="auto"/>
          </w:tcPr>
          <w:p w14:paraId="1E38DDE0" w14:textId="77777777" w:rsidR="007A5E59" w:rsidRDefault="0095198F">
            <w:r>
              <w:t>бесканал.</w:t>
            </w:r>
          </w:p>
        </w:tc>
      </w:tr>
      <w:tr w:rsidR="007A5E59" w14:paraId="3048BE42" w14:textId="77777777">
        <w:trPr>
          <w:jc w:val="center"/>
        </w:trPr>
        <w:tc>
          <w:tcPr>
            <w:tcW w:w="0" w:type="auto"/>
          </w:tcPr>
          <w:p w14:paraId="71DA1641" w14:textId="77777777" w:rsidR="007A5E59" w:rsidRDefault="0095198F">
            <w:pPr>
              <w:jc w:val="center"/>
            </w:pPr>
            <w:r>
              <w:t>2</w:t>
            </w:r>
          </w:p>
        </w:tc>
        <w:tc>
          <w:tcPr>
            <w:tcW w:w="0" w:type="auto"/>
          </w:tcPr>
          <w:p w14:paraId="5694A15D" w14:textId="77777777" w:rsidR="007A5E59" w:rsidRDefault="0095198F">
            <w:r>
              <w:t>ЗТ-25/1- Гараж ИП "Голдобин"</w:t>
            </w:r>
          </w:p>
        </w:tc>
        <w:tc>
          <w:tcPr>
            <w:tcW w:w="0" w:type="auto"/>
          </w:tcPr>
          <w:p w14:paraId="1EFF6067" w14:textId="77777777" w:rsidR="007A5E59" w:rsidRDefault="0095198F">
            <w:pPr>
              <w:jc w:val="center"/>
            </w:pPr>
            <w:r>
              <w:t>100</w:t>
            </w:r>
          </w:p>
        </w:tc>
        <w:tc>
          <w:tcPr>
            <w:tcW w:w="0" w:type="auto"/>
          </w:tcPr>
          <w:p w14:paraId="46220D4F" w14:textId="77777777" w:rsidR="007A5E59" w:rsidRDefault="0095198F">
            <w:pPr>
              <w:jc w:val="center"/>
            </w:pPr>
            <w:r>
              <w:t>1988</w:t>
            </w:r>
          </w:p>
        </w:tc>
        <w:tc>
          <w:tcPr>
            <w:tcW w:w="0" w:type="auto"/>
          </w:tcPr>
          <w:p w14:paraId="23656AE4" w14:textId="77777777" w:rsidR="007A5E59" w:rsidRDefault="0095198F">
            <w:pPr>
              <w:jc w:val="center"/>
            </w:pPr>
            <w:r>
              <w:t>250</w:t>
            </w:r>
          </w:p>
        </w:tc>
        <w:tc>
          <w:tcPr>
            <w:tcW w:w="0" w:type="auto"/>
          </w:tcPr>
          <w:p w14:paraId="04C2627B" w14:textId="77777777" w:rsidR="007A5E59" w:rsidRDefault="0095198F">
            <w:r>
              <w:t>бесканал.</w:t>
            </w:r>
          </w:p>
        </w:tc>
      </w:tr>
      <w:tr w:rsidR="007A5E59" w14:paraId="23D2E4DC" w14:textId="77777777">
        <w:trPr>
          <w:jc w:val="center"/>
        </w:trPr>
        <w:tc>
          <w:tcPr>
            <w:tcW w:w="0" w:type="auto"/>
          </w:tcPr>
          <w:p w14:paraId="71B7BEF1" w14:textId="77777777" w:rsidR="007A5E59" w:rsidRDefault="0095198F">
            <w:pPr>
              <w:jc w:val="center"/>
            </w:pPr>
            <w:r>
              <w:t>3</w:t>
            </w:r>
          </w:p>
        </w:tc>
        <w:tc>
          <w:tcPr>
            <w:tcW w:w="0" w:type="auto"/>
          </w:tcPr>
          <w:p w14:paraId="31252301" w14:textId="77777777" w:rsidR="007A5E59" w:rsidRDefault="0095198F">
            <w:r>
              <w:t>ЗТ-25/1 – Гараж "Спецстрой-Т"</w:t>
            </w:r>
          </w:p>
        </w:tc>
        <w:tc>
          <w:tcPr>
            <w:tcW w:w="0" w:type="auto"/>
          </w:tcPr>
          <w:p w14:paraId="78BCB626" w14:textId="77777777" w:rsidR="007A5E59" w:rsidRDefault="0095198F">
            <w:pPr>
              <w:jc w:val="center"/>
            </w:pPr>
            <w:r>
              <w:t>100</w:t>
            </w:r>
          </w:p>
        </w:tc>
        <w:tc>
          <w:tcPr>
            <w:tcW w:w="0" w:type="auto"/>
          </w:tcPr>
          <w:p w14:paraId="7AA4D95F" w14:textId="77777777" w:rsidR="007A5E59" w:rsidRDefault="0095198F">
            <w:pPr>
              <w:jc w:val="center"/>
            </w:pPr>
            <w:r>
              <w:t>1988</w:t>
            </w:r>
          </w:p>
        </w:tc>
        <w:tc>
          <w:tcPr>
            <w:tcW w:w="0" w:type="auto"/>
          </w:tcPr>
          <w:p w14:paraId="2133FE3C" w14:textId="77777777" w:rsidR="007A5E59" w:rsidRDefault="0095198F">
            <w:pPr>
              <w:jc w:val="center"/>
            </w:pPr>
            <w:r>
              <w:t>95</w:t>
            </w:r>
          </w:p>
        </w:tc>
        <w:tc>
          <w:tcPr>
            <w:tcW w:w="0" w:type="auto"/>
          </w:tcPr>
          <w:p w14:paraId="62AD0CDA" w14:textId="77777777" w:rsidR="007A5E59" w:rsidRDefault="0095198F">
            <w:r>
              <w:t>бесканал.</w:t>
            </w:r>
          </w:p>
        </w:tc>
      </w:tr>
      <w:tr w:rsidR="007A5E59" w14:paraId="474DDD39" w14:textId="77777777">
        <w:trPr>
          <w:jc w:val="center"/>
        </w:trPr>
        <w:tc>
          <w:tcPr>
            <w:tcW w:w="0" w:type="auto"/>
          </w:tcPr>
          <w:p w14:paraId="6CA28158" w14:textId="77777777" w:rsidR="007A5E59" w:rsidRDefault="0095198F">
            <w:pPr>
              <w:jc w:val="center"/>
            </w:pPr>
            <w:r>
              <w:t>4</w:t>
            </w:r>
          </w:p>
        </w:tc>
        <w:tc>
          <w:tcPr>
            <w:tcW w:w="0" w:type="auto"/>
          </w:tcPr>
          <w:p w14:paraId="3148FA5E" w14:textId="77777777" w:rsidR="007A5E59" w:rsidRDefault="0095198F">
            <w:r>
              <w:t>ЗТ-25 – ТК-37</w:t>
            </w:r>
          </w:p>
        </w:tc>
        <w:tc>
          <w:tcPr>
            <w:tcW w:w="0" w:type="auto"/>
          </w:tcPr>
          <w:p w14:paraId="57B9A31E" w14:textId="77777777" w:rsidR="007A5E59" w:rsidRDefault="0095198F">
            <w:pPr>
              <w:jc w:val="center"/>
            </w:pPr>
            <w:r>
              <w:t>200</w:t>
            </w:r>
          </w:p>
        </w:tc>
        <w:tc>
          <w:tcPr>
            <w:tcW w:w="0" w:type="auto"/>
          </w:tcPr>
          <w:p w14:paraId="07B38DDE" w14:textId="77777777" w:rsidR="007A5E59" w:rsidRDefault="0095198F">
            <w:pPr>
              <w:jc w:val="center"/>
            </w:pPr>
            <w:r>
              <w:t>1988</w:t>
            </w:r>
          </w:p>
        </w:tc>
        <w:tc>
          <w:tcPr>
            <w:tcW w:w="0" w:type="auto"/>
          </w:tcPr>
          <w:p w14:paraId="0E563A92" w14:textId="77777777" w:rsidR="007A5E59" w:rsidRDefault="0095198F">
            <w:pPr>
              <w:jc w:val="center"/>
            </w:pPr>
            <w:r>
              <w:t>25</w:t>
            </w:r>
          </w:p>
        </w:tc>
        <w:tc>
          <w:tcPr>
            <w:tcW w:w="0" w:type="auto"/>
          </w:tcPr>
          <w:p w14:paraId="1D119A01" w14:textId="77777777" w:rsidR="007A5E59" w:rsidRDefault="0095198F">
            <w:r>
              <w:t>бесканал.</w:t>
            </w:r>
          </w:p>
        </w:tc>
      </w:tr>
      <w:tr w:rsidR="007A5E59" w14:paraId="15EDF535" w14:textId="77777777">
        <w:trPr>
          <w:jc w:val="center"/>
        </w:trPr>
        <w:tc>
          <w:tcPr>
            <w:tcW w:w="0" w:type="auto"/>
          </w:tcPr>
          <w:p w14:paraId="112CAAC7" w14:textId="77777777" w:rsidR="007A5E59" w:rsidRDefault="0095198F">
            <w:pPr>
              <w:jc w:val="center"/>
            </w:pPr>
            <w:r>
              <w:t>5</w:t>
            </w:r>
          </w:p>
        </w:tc>
        <w:tc>
          <w:tcPr>
            <w:tcW w:w="0" w:type="auto"/>
          </w:tcPr>
          <w:p w14:paraId="79A04A50" w14:textId="77777777" w:rsidR="007A5E59" w:rsidRDefault="0095198F">
            <w:r>
              <w:t>ЗТ-24 – Гаражи "Инвест-Строй"</w:t>
            </w:r>
          </w:p>
        </w:tc>
        <w:tc>
          <w:tcPr>
            <w:tcW w:w="0" w:type="auto"/>
          </w:tcPr>
          <w:p w14:paraId="154FDDD8" w14:textId="77777777" w:rsidR="007A5E59" w:rsidRDefault="0095198F">
            <w:pPr>
              <w:jc w:val="center"/>
            </w:pPr>
            <w:r>
              <w:t>25</w:t>
            </w:r>
          </w:p>
        </w:tc>
        <w:tc>
          <w:tcPr>
            <w:tcW w:w="0" w:type="auto"/>
          </w:tcPr>
          <w:p w14:paraId="33FE67D5" w14:textId="77777777" w:rsidR="007A5E59" w:rsidRDefault="0095198F">
            <w:pPr>
              <w:jc w:val="center"/>
            </w:pPr>
            <w:r>
              <w:t>1988</w:t>
            </w:r>
          </w:p>
        </w:tc>
        <w:tc>
          <w:tcPr>
            <w:tcW w:w="0" w:type="auto"/>
          </w:tcPr>
          <w:p w14:paraId="41E23158" w14:textId="77777777" w:rsidR="007A5E59" w:rsidRDefault="0095198F">
            <w:pPr>
              <w:jc w:val="center"/>
            </w:pPr>
            <w:r>
              <w:t>25</w:t>
            </w:r>
          </w:p>
        </w:tc>
        <w:tc>
          <w:tcPr>
            <w:tcW w:w="0" w:type="auto"/>
          </w:tcPr>
          <w:p w14:paraId="1D8BC414" w14:textId="77777777" w:rsidR="007A5E59" w:rsidRDefault="0095198F">
            <w:r>
              <w:t>бесканал.</w:t>
            </w:r>
          </w:p>
        </w:tc>
      </w:tr>
      <w:tr w:rsidR="007A5E59" w14:paraId="747A1B26" w14:textId="77777777">
        <w:trPr>
          <w:jc w:val="center"/>
        </w:trPr>
        <w:tc>
          <w:tcPr>
            <w:tcW w:w="0" w:type="auto"/>
          </w:tcPr>
          <w:p w14:paraId="64E49FBC" w14:textId="77777777" w:rsidR="007A5E59" w:rsidRDefault="0095198F">
            <w:pPr>
              <w:jc w:val="center"/>
            </w:pPr>
            <w:r>
              <w:t>6</w:t>
            </w:r>
          </w:p>
        </w:tc>
        <w:tc>
          <w:tcPr>
            <w:tcW w:w="0" w:type="auto"/>
          </w:tcPr>
          <w:p w14:paraId="31D0D2F4" w14:textId="77777777" w:rsidR="007A5E59" w:rsidRDefault="0095198F">
            <w:r>
              <w:t>ЗТ-24 – ЗТ-23</w:t>
            </w:r>
          </w:p>
        </w:tc>
        <w:tc>
          <w:tcPr>
            <w:tcW w:w="0" w:type="auto"/>
          </w:tcPr>
          <w:p w14:paraId="3339A472" w14:textId="77777777" w:rsidR="007A5E59" w:rsidRDefault="0095198F">
            <w:pPr>
              <w:jc w:val="center"/>
            </w:pPr>
            <w:r>
              <w:t>200</w:t>
            </w:r>
          </w:p>
        </w:tc>
        <w:tc>
          <w:tcPr>
            <w:tcW w:w="0" w:type="auto"/>
          </w:tcPr>
          <w:p w14:paraId="45668008" w14:textId="77777777" w:rsidR="007A5E59" w:rsidRDefault="0095198F">
            <w:pPr>
              <w:jc w:val="center"/>
            </w:pPr>
            <w:r>
              <w:t>1988</w:t>
            </w:r>
          </w:p>
        </w:tc>
        <w:tc>
          <w:tcPr>
            <w:tcW w:w="0" w:type="auto"/>
          </w:tcPr>
          <w:p w14:paraId="084A8BDA" w14:textId="77777777" w:rsidR="007A5E59" w:rsidRDefault="0095198F">
            <w:pPr>
              <w:jc w:val="center"/>
            </w:pPr>
            <w:r>
              <w:t>40</w:t>
            </w:r>
          </w:p>
        </w:tc>
        <w:tc>
          <w:tcPr>
            <w:tcW w:w="0" w:type="auto"/>
          </w:tcPr>
          <w:p w14:paraId="2EE3CE9D" w14:textId="77777777" w:rsidR="007A5E59" w:rsidRDefault="0095198F">
            <w:r>
              <w:t>бесканал.</w:t>
            </w:r>
          </w:p>
        </w:tc>
      </w:tr>
      <w:tr w:rsidR="007A5E59" w14:paraId="78D680B6" w14:textId="77777777">
        <w:trPr>
          <w:jc w:val="center"/>
        </w:trPr>
        <w:tc>
          <w:tcPr>
            <w:tcW w:w="0" w:type="auto"/>
          </w:tcPr>
          <w:p w14:paraId="0B7070E7" w14:textId="77777777" w:rsidR="007A5E59" w:rsidRDefault="0095198F">
            <w:pPr>
              <w:jc w:val="center"/>
            </w:pPr>
            <w:r>
              <w:t>7</w:t>
            </w:r>
          </w:p>
        </w:tc>
        <w:tc>
          <w:tcPr>
            <w:tcW w:w="0" w:type="auto"/>
          </w:tcPr>
          <w:p w14:paraId="73A7F733" w14:textId="77777777" w:rsidR="007A5E59" w:rsidRDefault="0095198F">
            <w:r>
              <w:t>ЗТ-23 – Инертный склад</w:t>
            </w:r>
          </w:p>
        </w:tc>
        <w:tc>
          <w:tcPr>
            <w:tcW w:w="0" w:type="auto"/>
          </w:tcPr>
          <w:p w14:paraId="0DC362F4" w14:textId="77777777" w:rsidR="007A5E59" w:rsidRDefault="0095198F">
            <w:pPr>
              <w:jc w:val="center"/>
            </w:pPr>
            <w:r>
              <w:t>80</w:t>
            </w:r>
          </w:p>
        </w:tc>
        <w:tc>
          <w:tcPr>
            <w:tcW w:w="0" w:type="auto"/>
          </w:tcPr>
          <w:p w14:paraId="1BB7F532" w14:textId="77777777" w:rsidR="007A5E59" w:rsidRDefault="0095198F">
            <w:pPr>
              <w:jc w:val="center"/>
            </w:pPr>
            <w:r>
              <w:t>1988</w:t>
            </w:r>
          </w:p>
        </w:tc>
        <w:tc>
          <w:tcPr>
            <w:tcW w:w="0" w:type="auto"/>
          </w:tcPr>
          <w:p w14:paraId="7B464EBC" w14:textId="77777777" w:rsidR="007A5E59" w:rsidRDefault="0095198F">
            <w:pPr>
              <w:jc w:val="center"/>
            </w:pPr>
            <w:r>
              <w:t>30</w:t>
            </w:r>
          </w:p>
        </w:tc>
        <w:tc>
          <w:tcPr>
            <w:tcW w:w="0" w:type="auto"/>
          </w:tcPr>
          <w:p w14:paraId="53477EC0" w14:textId="77777777" w:rsidR="007A5E59" w:rsidRDefault="0095198F">
            <w:r>
              <w:t>бесканал.</w:t>
            </w:r>
          </w:p>
        </w:tc>
      </w:tr>
      <w:tr w:rsidR="007A5E59" w14:paraId="0B8AA209" w14:textId="77777777">
        <w:trPr>
          <w:jc w:val="center"/>
        </w:trPr>
        <w:tc>
          <w:tcPr>
            <w:tcW w:w="0" w:type="auto"/>
          </w:tcPr>
          <w:p w14:paraId="5814B4B6" w14:textId="77777777" w:rsidR="007A5E59" w:rsidRDefault="0095198F">
            <w:pPr>
              <w:jc w:val="center"/>
            </w:pPr>
            <w:r>
              <w:t>8</w:t>
            </w:r>
          </w:p>
        </w:tc>
        <w:tc>
          <w:tcPr>
            <w:tcW w:w="0" w:type="auto"/>
          </w:tcPr>
          <w:p w14:paraId="2D6587DB" w14:textId="77777777" w:rsidR="007A5E59" w:rsidRDefault="0095198F">
            <w:r>
              <w:t>ЗТ-20 – Слесарка, ГСМ</w:t>
            </w:r>
          </w:p>
        </w:tc>
        <w:tc>
          <w:tcPr>
            <w:tcW w:w="0" w:type="auto"/>
          </w:tcPr>
          <w:p w14:paraId="2B1998F4" w14:textId="77777777" w:rsidR="007A5E59" w:rsidRDefault="0095198F">
            <w:pPr>
              <w:jc w:val="center"/>
            </w:pPr>
            <w:r>
              <w:t>50</w:t>
            </w:r>
          </w:p>
        </w:tc>
        <w:tc>
          <w:tcPr>
            <w:tcW w:w="0" w:type="auto"/>
          </w:tcPr>
          <w:p w14:paraId="100D8B8E" w14:textId="77777777" w:rsidR="007A5E59" w:rsidRDefault="0095198F">
            <w:pPr>
              <w:jc w:val="center"/>
            </w:pPr>
            <w:r>
              <w:t>1988</w:t>
            </w:r>
          </w:p>
        </w:tc>
        <w:tc>
          <w:tcPr>
            <w:tcW w:w="0" w:type="auto"/>
          </w:tcPr>
          <w:p w14:paraId="72AF81ED" w14:textId="77777777" w:rsidR="007A5E59" w:rsidRDefault="0095198F">
            <w:pPr>
              <w:jc w:val="center"/>
            </w:pPr>
            <w:r>
              <w:t>150</w:t>
            </w:r>
          </w:p>
        </w:tc>
        <w:tc>
          <w:tcPr>
            <w:tcW w:w="0" w:type="auto"/>
          </w:tcPr>
          <w:p w14:paraId="52185BE8" w14:textId="77777777" w:rsidR="007A5E59" w:rsidRDefault="0095198F">
            <w:r>
              <w:t>бесканал.</w:t>
            </w:r>
          </w:p>
        </w:tc>
      </w:tr>
      <w:tr w:rsidR="007A5E59" w14:paraId="392CF955" w14:textId="77777777">
        <w:trPr>
          <w:jc w:val="center"/>
        </w:trPr>
        <w:tc>
          <w:tcPr>
            <w:tcW w:w="0" w:type="auto"/>
          </w:tcPr>
          <w:p w14:paraId="6076E312" w14:textId="77777777" w:rsidR="007A5E59" w:rsidRDefault="0095198F">
            <w:pPr>
              <w:jc w:val="center"/>
            </w:pPr>
            <w:r>
              <w:t>9</w:t>
            </w:r>
          </w:p>
        </w:tc>
        <w:tc>
          <w:tcPr>
            <w:tcW w:w="0" w:type="auto"/>
          </w:tcPr>
          <w:p w14:paraId="4BF22565" w14:textId="77777777" w:rsidR="007A5E59" w:rsidRDefault="0095198F">
            <w:r>
              <w:t>ЗТ-19 – Вокзальная, 49</w:t>
            </w:r>
          </w:p>
        </w:tc>
        <w:tc>
          <w:tcPr>
            <w:tcW w:w="0" w:type="auto"/>
          </w:tcPr>
          <w:p w14:paraId="23917733" w14:textId="77777777" w:rsidR="007A5E59" w:rsidRDefault="0095198F">
            <w:pPr>
              <w:jc w:val="center"/>
            </w:pPr>
            <w:r>
              <w:t>50</w:t>
            </w:r>
          </w:p>
        </w:tc>
        <w:tc>
          <w:tcPr>
            <w:tcW w:w="0" w:type="auto"/>
          </w:tcPr>
          <w:p w14:paraId="1E969B66" w14:textId="77777777" w:rsidR="007A5E59" w:rsidRDefault="0095198F">
            <w:pPr>
              <w:jc w:val="center"/>
            </w:pPr>
            <w:r>
              <w:t>1988</w:t>
            </w:r>
          </w:p>
        </w:tc>
        <w:tc>
          <w:tcPr>
            <w:tcW w:w="0" w:type="auto"/>
          </w:tcPr>
          <w:p w14:paraId="12D4508E" w14:textId="77777777" w:rsidR="007A5E59" w:rsidRDefault="0095198F">
            <w:pPr>
              <w:jc w:val="center"/>
            </w:pPr>
            <w:r>
              <w:t>60</w:t>
            </w:r>
          </w:p>
        </w:tc>
        <w:tc>
          <w:tcPr>
            <w:tcW w:w="0" w:type="auto"/>
          </w:tcPr>
          <w:p w14:paraId="76230969" w14:textId="77777777" w:rsidR="007A5E59" w:rsidRDefault="0095198F">
            <w:r>
              <w:t>бесканал.</w:t>
            </w:r>
          </w:p>
        </w:tc>
      </w:tr>
      <w:tr w:rsidR="007A5E59" w14:paraId="7BFE79EE" w14:textId="77777777">
        <w:trPr>
          <w:jc w:val="center"/>
        </w:trPr>
        <w:tc>
          <w:tcPr>
            <w:tcW w:w="0" w:type="auto"/>
          </w:tcPr>
          <w:p w14:paraId="0D65F2D8" w14:textId="77777777" w:rsidR="007A5E59" w:rsidRDefault="0095198F">
            <w:pPr>
              <w:jc w:val="center"/>
            </w:pPr>
            <w:r>
              <w:t>10</w:t>
            </w:r>
          </w:p>
        </w:tc>
        <w:tc>
          <w:tcPr>
            <w:tcW w:w="0" w:type="auto"/>
          </w:tcPr>
          <w:p w14:paraId="1B220E74" w14:textId="77777777" w:rsidR="007A5E59" w:rsidRDefault="0095198F">
            <w:r>
              <w:t>ЗТ-25 – ЦСП</w:t>
            </w:r>
          </w:p>
        </w:tc>
        <w:tc>
          <w:tcPr>
            <w:tcW w:w="0" w:type="auto"/>
          </w:tcPr>
          <w:p w14:paraId="049144A5" w14:textId="77777777" w:rsidR="007A5E59" w:rsidRDefault="0095198F">
            <w:pPr>
              <w:jc w:val="center"/>
            </w:pPr>
            <w:r>
              <w:t>150</w:t>
            </w:r>
          </w:p>
        </w:tc>
        <w:tc>
          <w:tcPr>
            <w:tcW w:w="0" w:type="auto"/>
          </w:tcPr>
          <w:p w14:paraId="540332E0" w14:textId="77777777" w:rsidR="007A5E59" w:rsidRDefault="0095198F">
            <w:pPr>
              <w:jc w:val="center"/>
            </w:pPr>
            <w:r>
              <w:t>1988</w:t>
            </w:r>
          </w:p>
        </w:tc>
        <w:tc>
          <w:tcPr>
            <w:tcW w:w="0" w:type="auto"/>
          </w:tcPr>
          <w:p w14:paraId="19C3996A" w14:textId="77777777" w:rsidR="007A5E59" w:rsidRDefault="0095198F">
            <w:pPr>
              <w:jc w:val="center"/>
            </w:pPr>
            <w:r>
              <w:t>900</w:t>
            </w:r>
          </w:p>
        </w:tc>
        <w:tc>
          <w:tcPr>
            <w:tcW w:w="0" w:type="auto"/>
          </w:tcPr>
          <w:p w14:paraId="7FE12968" w14:textId="77777777" w:rsidR="007A5E59" w:rsidRDefault="0095198F">
            <w:r>
              <w:t>надз</w:t>
            </w:r>
          </w:p>
        </w:tc>
      </w:tr>
      <w:tr w:rsidR="007A5E59" w14:paraId="190F960D" w14:textId="77777777">
        <w:trPr>
          <w:jc w:val="center"/>
        </w:trPr>
        <w:tc>
          <w:tcPr>
            <w:tcW w:w="0" w:type="auto"/>
          </w:tcPr>
          <w:p w14:paraId="6C98A91A" w14:textId="77777777" w:rsidR="007A5E59" w:rsidRDefault="0095198F">
            <w:pPr>
              <w:jc w:val="center"/>
            </w:pPr>
            <w:r>
              <w:t>11</w:t>
            </w:r>
          </w:p>
        </w:tc>
        <w:tc>
          <w:tcPr>
            <w:tcW w:w="0" w:type="auto"/>
          </w:tcPr>
          <w:p w14:paraId="379C3E36" w14:textId="77777777" w:rsidR="007A5E59" w:rsidRDefault="0095198F">
            <w:r>
              <w:t>ТК-37 – Вокзальная ул., 51</w:t>
            </w:r>
          </w:p>
        </w:tc>
        <w:tc>
          <w:tcPr>
            <w:tcW w:w="0" w:type="auto"/>
          </w:tcPr>
          <w:p w14:paraId="000B6986" w14:textId="77777777" w:rsidR="007A5E59" w:rsidRDefault="0095198F">
            <w:pPr>
              <w:jc w:val="center"/>
            </w:pPr>
            <w:r>
              <w:t>100</w:t>
            </w:r>
          </w:p>
        </w:tc>
        <w:tc>
          <w:tcPr>
            <w:tcW w:w="0" w:type="auto"/>
          </w:tcPr>
          <w:p w14:paraId="50DBED3B" w14:textId="77777777" w:rsidR="007A5E59" w:rsidRDefault="0095198F">
            <w:pPr>
              <w:jc w:val="center"/>
            </w:pPr>
            <w:r>
              <w:t>1988</w:t>
            </w:r>
          </w:p>
        </w:tc>
        <w:tc>
          <w:tcPr>
            <w:tcW w:w="0" w:type="auto"/>
          </w:tcPr>
          <w:p w14:paraId="2028C914" w14:textId="77777777" w:rsidR="007A5E59" w:rsidRDefault="0095198F">
            <w:pPr>
              <w:jc w:val="center"/>
            </w:pPr>
            <w:r>
              <w:t>250</w:t>
            </w:r>
          </w:p>
        </w:tc>
        <w:tc>
          <w:tcPr>
            <w:tcW w:w="0" w:type="auto"/>
          </w:tcPr>
          <w:p w14:paraId="57B6C0CE" w14:textId="77777777" w:rsidR="007A5E59" w:rsidRDefault="0095198F">
            <w:r>
              <w:t>надз</w:t>
            </w:r>
          </w:p>
        </w:tc>
      </w:tr>
      <w:tr w:rsidR="007A5E59" w14:paraId="29F34075" w14:textId="77777777">
        <w:trPr>
          <w:jc w:val="center"/>
        </w:trPr>
        <w:tc>
          <w:tcPr>
            <w:tcW w:w="0" w:type="auto"/>
          </w:tcPr>
          <w:p w14:paraId="05FC23D4" w14:textId="77777777" w:rsidR="007A5E59" w:rsidRDefault="0095198F">
            <w:pPr>
              <w:jc w:val="center"/>
            </w:pPr>
            <w:r>
              <w:t>12</w:t>
            </w:r>
          </w:p>
        </w:tc>
        <w:tc>
          <w:tcPr>
            <w:tcW w:w="0" w:type="auto"/>
          </w:tcPr>
          <w:p w14:paraId="34F72AD9" w14:textId="77777777" w:rsidR="007A5E59" w:rsidRDefault="0095198F">
            <w:r>
              <w:t>ТК-37 – ЗТ-24</w:t>
            </w:r>
          </w:p>
        </w:tc>
        <w:tc>
          <w:tcPr>
            <w:tcW w:w="0" w:type="auto"/>
          </w:tcPr>
          <w:p w14:paraId="09338E78" w14:textId="77777777" w:rsidR="007A5E59" w:rsidRDefault="0095198F">
            <w:pPr>
              <w:jc w:val="center"/>
            </w:pPr>
            <w:r>
              <w:t>200</w:t>
            </w:r>
          </w:p>
        </w:tc>
        <w:tc>
          <w:tcPr>
            <w:tcW w:w="0" w:type="auto"/>
          </w:tcPr>
          <w:p w14:paraId="19ED3796" w14:textId="77777777" w:rsidR="007A5E59" w:rsidRDefault="0095198F">
            <w:pPr>
              <w:jc w:val="center"/>
            </w:pPr>
            <w:r>
              <w:t>1988</w:t>
            </w:r>
          </w:p>
        </w:tc>
        <w:tc>
          <w:tcPr>
            <w:tcW w:w="0" w:type="auto"/>
          </w:tcPr>
          <w:p w14:paraId="3C7A2C7D" w14:textId="77777777" w:rsidR="007A5E59" w:rsidRDefault="0095198F">
            <w:pPr>
              <w:jc w:val="center"/>
            </w:pPr>
            <w:r>
              <w:t>40</w:t>
            </w:r>
          </w:p>
        </w:tc>
        <w:tc>
          <w:tcPr>
            <w:tcW w:w="0" w:type="auto"/>
          </w:tcPr>
          <w:p w14:paraId="36099DB0" w14:textId="77777777" w:rsidR="007A5E59" w:rsidRDefault="0095198F">
            <w:r>
              <w:t>надз</w:t>
            </w:r>
          </w:p>
        </w:tc>
      </w:tr>
      <w:tr w:rsidR="007A5E59" w14:paraId="155BCEDB" w14:textId="77777777">
        <w:trPr>
          <w:jc w:val="center"/>
        </w:trPr>
        <w:tc>
          <w:tcPr>
            <w:tcW w:w="0" w:type="auto"/>
          </w:tcPr>
          <w:p w14:paraId="73FC81F9" w14:textId="77777777" w:rsidR="007A5E59" w:rsidRDefault="0095198F">
            <w:pPr>
              <w:jc w:val="center"/>
            </w:pPr>
            <w:r>
              <w:t>13</w:t>
            </w:r>
          </w:p>
        </w:tc>
        <w:tc>
          <w:tcPr>
            <w:tcW w:w="0" w:type="auto"/>
          </w:tcPr>
          <w:p w14:paraId="39131383" w14:textId="77777777" w:rsidR="007A5E59" w:rsidRDefault="0095198F">
            <w:r>
              <w:t>ЗТ-23 – ЗТ-20</w:t>
            </w:r>
          </w:p>
        </w:tc>
        <w:tc>
          <w:tcPr>
            <w:tcW w:w="0" w:type="auto"/>
          </w:tcPr>
          <w:p w14:paraId="2BE04B5A" w14:textId="77777777" w:rsidR="007A5E59" w:rsidRDefault="0095198F">
            <w:pPr>
              <w:jc w:val="center"/>
            </w:pPr>
            <w:r>
              <w:t>200</w:t>
            </w:r>
          </w:p>
        </w:tc>
        <w:tc>
          <w:tcPr>
            <w:tcW w:w="0" w:type="auto"/>
          </w:tcPr>
          <w:p w14:paraId="56B78F77" w14:textId="77777777" w:rsidR="007A5E59" w:rsidRDefault="0095198F">
            <w:pPr>
              <w:jc w:val="center"/>
            </w:pPr>
            <w:r>
              <w:t>1988</w:t>
            </w:r>
          </w:p>
        </w:tc>
        <w:tc>
          <w:tcPr>
            <w:tcW w:w="0" w:type="auto"/>
          </w:tcPr>
          <w:p w14:paraId="5B07A4EA" w14:textId="77777777" w:rsidR="007A5E59" w:rsidRDefault="0095198F">
            <w:pPr>
              <w:jc w:val="center"/>
            </w:pPr>
            <w:r>
              <w:t>110</w:t>
            </w:r>
          </w:p>
        </w:tc>
        <w:tc>
          <w:tcPr>
            <w:tcW w:w="0" w:type="auto"/>
          </w:tcPr>
          <w:p w14:paraId="4F4E994C" w14:textId="77777777" w:rsidR="007A5E59" w:rsidRDefault="0095198F">
            <w:r>
              <w:t>надз</w:t>
            </w:r>
          </w:p>
        </w:tc>
      </w:tr>
      <w:tr w:rsidR="007A5E59" w14:paraId="0BE6A91B" w14:textId="77777777">
        <w:trPr>
          <w:jc w:val="center"/>
        </w:trPr>
        <w:tc>
          <w:tcPr>
            <w:tcW w:w="0" w:type="auto"/>
          </w:tcPr>
          <w:p w14:paraId="7E1B5DA7" w14:textId="77777777" w:rsidR="007A5E59" w:rsidRDefault="0095198F">
            <w:pPr>
              <w:jc w:val="center"/>
            </w:pPr>
            <w:r>
              <w:t>14</w:t>
            </w:r>
          </w:p>
        </w:tc>
        <w:tc>
          <w:tcPr>
            <w:tcW w:w="0" w:type="auto"/>
          </w:tcPr>
          <w:p w14:paraId="7AE4D569" w14:textId="77777777" w:rsidR="007A5E59" w:rsidRDefault="0095198F">
            <w:r>
              <w:t>ЗТ -20 – ЗТ-19</w:t>
            </w:r>
          </w:p>
        </w:tc>
        <w:tc>
          <w:tcPr>
            <w:tcW w:w="0" w:type="auto"/>
          </w:tcPr>
          <w:p w14:paraId="37DC2630" w14:textId="77777777" w:rsidR="007A5E59" w:rsidRDefault="0095198F">
            <w:pPr>
              <w:jc w:val="center"/>
            </w:pPr>
            <w:r>
              <w:t>200</w:t>
            </w:r>
          </w:p>
        </w:tc>
        <w:tc>
          <w:tcPr>
            <w:tcW w:w="0" w:type="auto"/>
          </w:tcPr>
          <w:p w14:paraId="13B1E1D2" w14:textId="77777777" w:rsidR="007A5E59" w:rsidRDefault="0095198F">
            <w:pPr>
              <w:jc w:val="center"/>
            </w:pPr>
            <w:r>
              <w:t>1988</w:t>
            </w:r>
          </w:p>
        </w:tc>
        <w:tc>
          <w:tcPr>
            <w:tcW w:w="0" w:type="auto"/>
          </w:tcPr>
          <w:p w14:paraId="2A30FBB9" w14:textId="77777777" w:rsidR="007A5E59" w:rsidRDefault="0095198F">
            <w:pPr>
              <w:jc w:val="center"/>
            </w:pPr>
            <w:r>
              <w:t>490</w:t>
            </w:r>
          </w:p>
        </w:tc>
        <w:tc>
          <w:tcPr>
            <w:tcW w:w="0" w:type="auto"/>
          </w:tcPr>
          <w:p w14:paraId="3435B828" w14:textId="77777777" w:rsidR="007A5E59" w:rsidRDefault="0095198F">
            <w:r>
              <w:t>надз</w:t>
            </w:r>
          </w:p>
        </w:tc>
      </w:tr>
      <w:tr w:rsidR="007A5E59" w14:paraId="79D970A8" w14:textId="77777777">
        <w:trPr>
          <w:jc w:val="center"/>
        </w:trPr>
        <w:tc>
          <w:tcPr>
            <w:tcW w:w="0" w:type="auto"/>
          </w:tcPr>
          <w:p w14:paraId="2AF22ABB" w14:textId="77777777" w:rsidR="007A5E59" w:rsidRDefault="0095198F">
            <w:pPr>
              <w:jc w:val="center"/>
            </w:pPr>
            <w:r>
              <w:t>15</w:t>
            </w:r>
          </w:p>
        </w:tc>
        <w:tc>
          <w:tcPr>
            <w:tcW w:w="0" w:type="auto"/>
          </w:tcPr>
          <w:p w14:paraId="275E0B12" w14:textId="77777777" w:rsidR="007A5E59" w:rsidRDefault="0095198F">
            <w:r>
              <w:t>УПК-2 – ЗТ-19</w:t>
            </w:r>
          </w:p>
        </w:tc>
        <w:tc>
          <w:tcPr>
            <w:tcW w:w="0" w:type="auto"/>
          </w:tcPr>
          <w:p w14:paraId="5DDB81C9" w14:textId="77777777" w:rsidR="007A5E59" w:rsidRDefault="0095198F">
            <w:pPr>
              <w:jc w:val="center"/>
            </w:pPr>
            <w:r>
              <w:t>250</w:t>
            </w:r>
          </w:p>
        </w:tc>
        <w:tc>
          <w:tcPr>
            <w:tcW w:w="0" w:type="auto"/>
          </w:tcPr>
          <w:p w14:paraId="490EEA77" w14:textId="77777777" w:rsidR="007A5E59" w:rsidRDefault="0095198F">
            <w:pPr>
              <w:jc w:val="center"/>
            </w:pPr>
            <w:r>
              <w:t>1988</w:t>
            </w:r>
          </w:p>
        </w:tc>
        <w:tc>
          <w:tcPr>
            <w:tcW w:w="0" w:type="auto"/>
          </w:tcPr>
          <w:p w14:paraId="5C45A707" w14:textId="77777777" w:rsidR="007A5E59" w:rsidRDefault="0095198F">
            <w:pPr>
              <w:jc w:val="center"/>
            </w:pPr>
            <w:r>
              <w:t>345</w:t>
            </w:r>
          </w:p>
        </w:tc>
        <w:tc>
          <w:tcPr>
            <w:tcW w:w="0" w:type="auto"/>
          </w:tcPr>
          <w:p w14:paraId="7725A28A" w14:textId="77777777" w:rsidR="007A5E59" w:rsidRDefault="0095198F">
            <w:r>
              <w:t>надз</w:t>
            </w:r>
          </w:p>
        </w:tc>
      </w:tr>
      <w:tr w:rsidR="007A5E59" w14:paraId="7542DFB5" w14:textId="77777777">
        <w:trPr>
          <w:jc w:val="center"/>
        </w:trPr>
        <w:tc>
          <w:tcPr>
            <w:tcW w:w="0" w:type="auto"/>
          </w:tcPr>
          <w:p w14:paraId="25C3C5DC" w14:textId="77777777" w:rsidR="007A5E59" w:rsidRDefault="0095198F">
            <w:pPr>
              <w:jc w:val="center"/>
            </w:pPr>
            <w:r>
              <w:t>16</w:t>
            </w:r>
          </w:p>
        </w:tc>
        <w:tc>
          <w:tcPr>
            <w:tcW w:w="0" w:type="auto"/>
          </w:tcPr>
          <w:p w14:paraId="628A40E4" w14:textId="77777777" w:rsidR="007A5E59" w:rsidRDefault="0095198F">
            <w:r>
              <w:t>УПК-2 – ЗТ-5</w:t>
            </w:r>
          </w:p>
        </w:tc>
        <w:tc>
          <w:tcPr>
            <w:tcW w:w="0" w:type="auto"/>
          </w:tcPr>
          <w:p w14:paraId="6CE85EF7" w14:textId="77777777" w:rsidR="007A5E59" w:rsidRDefault="0095198F">
            <w:pPr>
              <w:jc w:val="center"/>
            </w:pPr>
            <w:r>
              <w:t>400</w:t>
            </w:r>
          </w:p>
        </w:tc>
        <w:tc>
          <w:tcPr>
            <w:tcW w:w="0" w:type="auto"/>
          </w:tcPr>
          <w:p w14:paraId="29901867" w14:textId="77777777" w:rsidR="007A5E59" w:rsidRDefault="0095198F">
            <w:pPr>
              <w:jc w:val="center"/>
            </w:pPr>
            <w:r>
              <w:t>1988</w:t>
            </w:r>
          </w:p>
        </w:tc>
        <w:tc>
          <w:tcPr>
            <w:tcW w:w="0" w:type="auto"/>
          </w:tcPr>
          <w:p w14:paraId="1804E5D6" w14:textId="77777777" w:rsidR="007A5E59" w:rsidRDefault="0095198F">
            <w:pPr>
              <w:jc w:val="center"/>
            </w:pPr>
            <w:r>
              <w:t>218</w:t>
            </w:r>
          </w:p>
        </w:tc>
        <w:tc>
          <w:tcPr>
            <w:tcW w:w="0" w:type="auto"/>
          </w:tcPr>
          <w:p w14:paraId="0EF201FC" w14:textId="77777777" w:rsidR="007A5E59" w:rsidRDefault="0095198F">
            <w:r>
              <w:t>надз</w:t>
            </w:r>
          </w:p>
        </w:tc>
      </w:tr>
      <w:tr w:rsidR="007A5E59" w14:paraId="5F3351B7" w14:textId="77777777">
        <w:trPr>
          <w:jc w:val="center"/>
        </w:trPr>
        <w:tc>
          <w:tcPr>
            <w:tcW w:w="0" w:type="auto"/>
          </w:tcPr>
          <w:p w14:paraId="218D27AE" w14:textId="77777777" w:rsidR="007A5E59" w:rsidRDefault="0095198F">
            <w:pPr>
              <w:jc w:val="center"/>
            </w:pPr>
            <w:r>
              <w:t>17</w:t>
            </w:r>
          </w:p>
        </w:tc>
        <w:tc>
          <w:tcPr>
            <w:tcW w:w="0" w:type="auto"/>
          </w:tcPr>
          <w:p w14:paraId="3F37FAAE" w14:textId="77777777" w:rsidR="007A5E59" w:rsidRDefault="0095198F">
            <w:r>
              <w:t>УПК-2 – Машинное здание</w:t>
            </w:r>
          </w:p>
        </w:tc>
        <w:tc>
          <w:tcPr>
            <w:tcW w:w="0" w:type="auto"/>
          </w:tcPr>
          <w:p w14:paraId="6198AF17" w14:textId="77777777" w:rsidR="007A5E59" w:rsidRDefault="0095198F">
            <w:pPr>
              <w:jc w:val="center"/>
            </w:pPr>
            <w:r>
              <w:t>80</w:t>
            </w:r>
          </w:p>
        </w:tc>
        <w:tc>
          <w:tcPr>
            <w:tcW w:w="0" w:type="auto"/>
          </w:tcPr>
          <w:p w14:paraId="3981E2F1" w14:textId="77777777" w:rsidR="007A5E59" w:rsidRDefault="0095198F">
            <w:pPr>
              <w:jc w:val="center"/>
            </w:pPr>
            <w:r>
              <w:t>1988</w:t>
            </w:r>
          </w:p>
        </w:tc>
        <w:tc>
          <w:tcPr>
            <w:tcW w:w="0" w:type="auto"/>
          </w:tcPr>
          <w:p w14:paraId="46EC0C5F" w14:textId="77777777" w:rsidR="007A5E59" w:rsidRDefault="0095198F">
            <w:pPr>
              <w:jc w:val="center"/>
            </w:pPr>
            <w:r>
              <w:t>150</w:t>
            </w:r>
          </w:p>
        </w:tc>
        <w:tc>
          <w:tcPr>
            <w:tcW w:w="0" w:type="auto"/>
          </w:tcPr>
          <w:p w14:paraId="68A363AA" w14:textId="77777777" w:rsidR="007A5E59" w:rsidRDefault="0095198F">
            <w:r>
              <w:t>надз</w:t>
            </w:r>
          </w:p>
        </w:tc>
      </w:tr>
      <w:tr w:rsidR="007A5E59" w14:paraId="257BAEA7" w14:textId="77777777">
        <w:trPr>
          <w:jc w:val="center"/>
        </w:trPr>
        <w:tc>
          <w:tcPr>
            <w:tcW w:w="0" w:type="auto"/>
          </w:tcPr>
          <w:p w14:paraId="4ED2B4F8" w14:textId="77777777" w:rsidR="007A5E59" w:rsidRDefault="0095198F">
            <w:pPr>
              <w:jc w:val="center"/>
            </w:pPr>
            <w:r>
              <w:t>18</w:t>
            </w:r>
          </w:p>
        </w:tc>
        <w:tc>
          <w:tcPr>
            <w:tcW w:w="0" w:type="auto"/>
          </w:tcPr>
          <w:p w14:paraId="04755F9F" w14:textId="77777777" w:rsidR="007A5E59" w:rsidRPr="00312815" w:rsidRDefault="0095198F">
            <w:pPr>
              <w:rPr>
                <w:lang w:val="ru-RU"/>
              </w:rPr>
            </w:pPr>
            <w:r w:rsidRPr="00312815">
              <w:rPr>
                <w:lang w:val="ru-RU"/>
              </w:rPr>
              <w:t>УПК-2 – АБК "Шерегеш-Энерго", АБК "Жилсервис"</w:t>
            </w:r>
          </w:p>
        </w:tc>
        <w:tc>
          <w:tcPr>
            <w:tcW w:w="0" w:type="auto"/>
          </w:tcPr>
          <w:p w14:paraId="25E1FBDA" w14:textId="77777777" w:rsidR="007A5E59" w:rsidRDefault="0095198F">
            <w:pPr>
              <w:jc w:val="center"/>
            </w:pPr>
            <w:r>
              <w:t>80</w:t>
            </w:r>
          </w:p>
        </w:tc>
        <w:tc>
          <w:tcPr>
            <w:tcW w:w="0" w:type="auto"/>
          </w:tcPr>
          <w:p w14:paraId="6987B0A9" w14:textId="77777777" w:rsidR="007A5E59" w:rsidRDefault="0095198F">
            <w:pPr>
              <w:jc w:val="center"/>
            </w:pPr>
            <w:r>
              <w:t>1988</w:t>
            </w:r>
          </w:p>
        </w:tc>
        <w:tc>
          <w:tcPr>
            <w:tcW w:w="0" w:type="auto"/>
          </w:tcPr>
          <w:p w14:paraId="159134C4" w14:textId="77777777" w:rsidR="007A5E59" w:rsidRDefault="0095198F">
            <w:pPr>
              <w:jc w:val="center"/>
            </w:pPr>
            <w:r>
              <w:t>100</w:t>
            </w:r>
          </w:p>
        </w:tc>
        <w:tc>
          <w:tcPr>
            <w:tcW w:w="0" w:type="auto"/>
          </w:tcPr>
          <w:p w14:paraId="7EA1EFDB" w14:textId="77777777" w:rsidR="007A5E59" w:rsidRDefault="0095198F">
            <w:r>
              <w:t>надз</w:t>
            </w:r>
          </w:p>
        </w:tc>
      </w:tr>
      <w:tr w:rsidR="007A5E59" w14:paraId="6096C868" w14:textId="77777777">
        <w:trPr>
          <w:jc w:val="center"/>
        </w:trPr>
        <w:tc>
          <w:tcPr>
            <w:tcW w:w="0" w:type="auto"/>
          </w:tcPr>
          <w:p w14:paraId="14E80D85" w14:textId="77777777" w:rsidR="007A5E59" w:rsidRDefault="0095198F">
            <w:pPr>
              <w:jc w:val="center"/>
            </w:pPr>
            <w:r>
              <w:t>19</w:t>
            </w:r>
          </w:p>
        </w:tc>
        <w:tc>
          <w:tcPr>
            <w:tcW w:w="0" w:type="auto"/>
          </w:tcPr>
          <w:p w14:paraId="255B5A6B" w14:textId="77777777" w:rsidR="007A5E59" w:rsidRDefault="0095198F">
            <w:r>
              <w:t>ЗТ-5 – ЗТ-5/1</w:t>
            </w:r>
          </w:p>
        </w:tc>
        <w:tc>
          <w:tcPr>
            <w:tcW w:w="0" w:type="auto"/>
          </w:tcPr>
          <w:p w14:paraId="3CA89011" w14:textId="77777777" w:rsidR="007A5E59" w:rsidRDefault="0095198F">
            <w:pPr>
              <w:jc w:val="center"/>
            </w:pPr>
            <w:r>
              <w:t>200</w:t>
            </w:r>
          </w:p>
        </w:tc>
        <w:tc>
          <w:tcPr>
            <w:tcW w:w="0" w:type="auto"/>
          </w:tcPr>
          <w:p w14:paraId="29ABA3CF" w14:textId="77777777" w:rsidR="007A5E59" w:rsidRDefault="0095198F">
            <w:pPr>
              <w:jc w:val="center"/>
            </w:pPr>
            <w:r>
              <w:t>1988</w:t>
            </w:r>
          </w:p>
        </w:tc>
        <w:tc>
          <w:tcPr>
            <w:tcW w:w="0" w:type="auto"/>
          </w:tcPr>
          <w:p w14:paraId="38B8088D" w14:textId="77777777" w:rsidR="007A5E59" w:rsidRDefault="0095198F">
            <w:pPr>
              <w:jc w:val="center"/>
            </w:pPr>
            <w:r>
              <w:t>30</w:t>
            </w:r>
          </w:p>
        </w:tc>
        <w:tc>
          <w:tcPr>
            <w:tcW w:w="0" w:type="auto"/>
          </w:tcPr>
          <w:p w14:paraId="072CE696" w14:textId="77777777" w:rsidR="007A5E59" w:rsidRDefault="0095198F">
            <w:r>
              <w:t>надз</w:t>
            </w:r>
          </w:p>
        </w:tc>
      </w:tr>
      <w:tr w:rsidR="007A5E59" w14:paraId="2A7941FD" w14:textId="77777777">
        <w:trPr>
          <w:jc w:val="center"/>
        </w:trPr>
        <w:tc>
          <w:tcPr>
            <w:tcW w:w="0" w:type="auto"/>
          </w:tcPr>
          <w:p w14:paraId="1393154D" w14:textId="77777777" w:rsidR="007A5E59" w:rsidRDefault="0095198F">
            <w:pPr>
              <w:jc w:val="center"/>
            </w:pPr>
            <w:r>
              <w:t>20</w:t>
            </w:r>
          </w:p>
        </w:tc>
        <w:tc>
          <w:tcPr>
            <w:tcW w:w="0" w:type="auto"/>
          </w:tcPr>
          <w:p w14:paraId="0CA4E472" w14:textId="77777777" w:rsidR="007A5E59" w:rsidRDefault="0095198F">
            <w:r>
              <w:t>ЗТ-5 – ЗТ-11</w:t>
            </w:r>
          </w:p>
        </w:tc>
        <w:tc>
          <w:tcPr>
            <w:tcW w:w="0" w:type="auto"/>
          </w:tcPr>
          <w:p w14:paraId="2CDCA91B" w14:textId="77777777" w:rsidR="007A5E59" w:rsidRDefault="0095198F">
            <w:pPr>
              <w:jc w:val="center"/>
            </w:pPr>
            <w:r>
              <w:t>300</w:t>
            </w:r>
          </w:p>
        </w:tc>
        <w:tc>
          <w:tcPr>
            <w:tcW w:w="0" w:type="auto"/>
          </w:tcPr>
          <w:p w14:paraId="2850336C" w14:textId="77777777" w:rsidR="007A5E59" w:rsidRDefault="0095198F">
            <w:pPr>
              <w:jc w:val="center"/>
            </w:pPr>
            <w:r>
              <w:t>1988</w:t>
            </w:r>
          </w:p>
        </w:tc>
        <w:tc>
          <w:tcPr>
            <w:tcW w:w="0" w:type="auto"/>
          </w:tcPr>
          <w:p w14:paraId="27D17C12" w14:textId="77777777" w:rsidR="007A5E59" w:rsidRDefault="0095198F">
            <w:pPr>
              <w:jc w:val="center"/>
            </w:pPr>
            <w:r>
              <w:t>165</w:t>
            </w:r>
          </w:p>
        </w:tc>
        <w:tc>
          <w:tcPr>
            <w:tcW w:w="0" w:type="auto"/>
          </w:tcPr>
          <w:p w14:paraId="2A917D1B" w14:textId="77777777" w:rsidR="007A5E59" w:rsidRDefault="0095198F">
            <w:r>
              <w:t>надз</w:t>
            </w:r>
          </w:p>
        </w:tc>
      </w:tr>
      <w:tr w:rsidR="007A5E59" w14:paraId="20D292E4" w14:textId="77777777">
        <w:trPr>
          <w:jc w:val="center"/>
        </w:trPr>
        <w:tc>
          <w:tcPr>
            <w:tcW w:w="0" w:type="auto"/>
          </w:tcPr>
          <w:p w14:paraId="08E53DD6" w14:textId="77777777" w:rsidR="007A5E59" w:rsidRDefault="0095198F">
            <w:pPr>
              <w:jc w:val="center"/>
            </w:pPr>
            <w:r>
              <w:t>21</w:t>
            </w:r>
          </w:p>
        </w:tc>
        <w:tc>
          <w:tcPr>
            <w:tcW w:w="0" w:type="auto"/>
          </w:tcPr>
          <w:p w14:paraId="5D81F3B0" w14:textId="77777777" w:rsidR="007A5E59" w:rsidRPr="00312815" w:rsidRDefault="0095198F">
            <w:pPr>
              <w:rPr>
                <w:lang w:val="ru-RU"/>
              </w:rPr>
            </w:pPr>
            <w:r w:rsidRPr="00312815">
              <w:rPr>
                <w:lang w:val="ru-RU"/>
              </w:rPr>
              <w:t>ЗТ-11 – Слесарка 6-ого уч., Новоклетовой ствол</w:t>
            </w:r>
          </w:p>
        </w:tc>
        <w:tc>
          <w:tcPr>
            <w:tcW w:w="0" w:type="auto"/>
          </w:tcPr>
          <w:p w14:paraId="5D6E8293" w14:textId="77777777" w:rsidR="007A5E59" w:rsidRDefault="0095198F">
            <w:pPr>
              <w:jc w:val="center"/>
            </w:pPr>
            <w:r>
              <w:t>100</w:t>
            </w:r>
          </w:p>
        </w:tc>
        <w:tc>
          <w:tcPr>
            <w:tcW w:w="0" w:type="auto"/>
          </w:tcPr>
          <w:p w14:paraId="739420DC" w14:textId="77777777" w:rsidR="007A5E59" w:rsidRDefault="0095198F">
            <w:pPr>
              <w:jc w:val="center"/>
            </w:pPr>
            <w:r>
              <w:t>1988</w:t>
            </w:r>
          </w:p>
        </w:tc>
        <w:tc>
          <w:tcPr>
            <w:tcW w:w="0" w:type="auto"/>
          </w:tcPr>
          <w:p w14:paraId="14BD8180" w14:textId="77777777" w:rsidR="007A5E59" w:rsidRDefault="0095198F">
            <w:pPr>
              <w:jc w:val="center"/>
            </w:pPr>
            <w:r>
              <w:t>20</w:t>
            </w:r>
          </w:p>
        </w:tc>
        <w:tc>
          <w:tcPr>
            <w:tcW w:w="0" w:type="auto"/>
          </w:tcPr>
          <w:p w14:paraId="451DBC6E" w14:textId="77777777" w:rsidR="007A5E59" w:rsidRDefault="0095198F">
            <w:r>
              <w:t>надз</w:t>
            </w:r>
          </w:p>
        </w:tc>
      </w:tr>
      <w:tr w:rsidR="007A5E59" w14:paraId="6D764A86" w14:textId="77777777">
        <w:trPr>
          <w:jc w:val="center"/>
        </w:trPr>
        <w:tc>
          <w:tcPr>
            <w:tcW w:w="0" w:type="auto"/>
          </w:tcPr>
          <w:p w14:paraId="495A00E1" w14:textId="77777777" w:rsidR="007A5E59" w:rsidRDefault="0095198F">
            <w:pPr>
              <w:jc w:val="center"/>
            </w:pPr>
            <w:r>
              <w:t>22</w:t>
            </w:r>
          </w:p>
        </w:tc>
        <w:tc>
          <w:tcPr>
            <w:tcW w:w="0" w:type="auto"/>
          </w:tcPr>
          <w:p w14:paraId="1CE09F97" w14:textId="77777777" w:rsidR="007A5E59" w:rsidRDefault="0095198F">
            <w:r>
              <w:t>ЗТ-11 – ЗТ-7</w:t>
            </w:r>
          </w:p>
        </w:tc>
        <w:tc>
          <w:tcPr>
            <w:tcW w:w="0" w:type="auto"/>
          </w:tcPr>
          <w:p w14:paraId="70573440" w14:textId="77777777" w:rsidR="007A5E59" w:rsidRDefault="0095198F">
            <w:pPr>
              <w:jc w:val="center"/>
            </w:pPr>
            <w:r>
              <w:t>300</w:t>
            </w:r>
          </w:p>
        </w:tc>
        <w:tc>
          <w:tcPr>
            <w:tcW w:w="0" w:type="auto"/>
          </w:tcPr>
          <w:p w14:paraId="5C7C77A1" w14:textId="77777777" w:rsidR="007A5E59" w:rsidRDefault="0095198F">
            <w:pPr>
              <w:jc w:val="center"/>
            </w:pPr>
            <w:r>
              <w:t>1988</w:t>
            </w:r>
          </w:p>
        </w:tc>
        <w:tc>
          <w:tcPr>
            <w:tcW w:w="0" w:type="auto"/>
          </w:tcPr>
          <w:p w14:paraId="2E064969" w14:textId="77777777" w:rsidR="007A5E59" w:rsidRDefault="0095198F">
            <w:pPr>
              <w:jc w:val="center"/>
            </w:pPr>
            <w:r>
              <w:t>50</w:t>
            </w:r>
          </w:p>
        </w:tc>
        <w:tc>
          <w:tcPr>
            <w:tcW w:w="0" w:type="auto"/>
          </w:tcPr>
          <w:p w14:paraId="423B0687" w14:textId="77777777" w:rsidR="007A5E59" w:rsidRDefault="0095198F">
            <w:r>
              <w:t>надз</w:t>
            </w:r>
          </w:p>
        </w:tc>
      </w:tr>
      <w:tr w:rsidR="007A5E59" w14:paraId="65272578" w14:textId="77777777">
        <w:trPr>
          <w:jc w:val="center"/>
        </w:trPr>
        <w:tc>
          <w:tcPr>
            <w:tcW w:w="0" w:type="auto"/>
          </w:tcPr>
          <w:p w14:paraId="6E15DC94" w14:textId="77777777" w:rsidR="007A5E59" w:rsidRDefault="0095198F">
            <w:pPr>
              <w:jc w:val="center"/>
            </w:pPr>
            <w:r>
              <w:t>23</w:t>
            </w:r>
          </w:p>
        </w:tc>
        <w:tc>
          <w:tcPr>
            <w:tcW w:w="0" w:type="auto"/>
          </w:tcPr>
          <w:p w14:paraId="57BC1B2A" w14:textId="77777777" w:rsidR="007A5E59" w:rsidRDefault="0095198F">
            <w:r>
              <w:t>ЗТ-7 – ЗТ-7/1</w:t>
            </w:r>
          </w:p>
        </w:tc>
        <w:tc>
          <w:tcPr>
            <w:tcW w:w="0" w:type="auto"/>
          </w:tcPr>
          <w:p w14:paraId="666B0EC5" w14:textId="77777777" w:rsidR="007A5E59" w:rsidRDefault="0095198F">
            <w:pPr>
              <w:jc w:val="center"/>
            </w:pPr>
            <w:r>
              <w:t>100</w:t>
            </w:r>
          </w:p>
        </w:tc>
        <w:tc>
          <w:tcPr>
            <w:tcW w:w="0" w:type="auto"/>
          </w:tcPr>
          <w:p w14:paraId="342286B7" w14:textId="77777777" w:rsidR="007A5E59" w:rsidRDefault="0095198F">
            <w:pPr>
              <w:jc w:val="center"/>
            </w:pPr>
            <w:r>
              <w:t>1988</w:t>
            </w:r>
          </w:p>
        </w:tc>
        <w:tc>
          <w:tcPr>
            <w:tcW w:w="0" w:type="auto"/>
          </w:tcPr>
          <w:p w14:paraId="2B96EA95" w14:textId="77777777" w:rsidR="007A5E59" w:rsidRDefault="0095198F">
            <w:pPr>
              <w:jc w:val="center"/>
            </w:pPr>
            <w:r>
              <w:t>55</w:t>
            </w:r>
          </w:p>
        </w:tc>
        <w:tc>
          <w:tcPr>
            <w:tcW w:w="0" w:type="auto"/>
          </w:tcPr>
          <w:p w14:paraId="57B21046" w14:textId="77777777" w:rsidR="007A5E59" w:rsidRDefault="0095198F">
            <w:r>
              <w:t>надз</w:t>
            </w:r>
          </w:p>
        </w:tc>
      </w:tr>
      <w:tr w:rsidR="007A5E59" w14:paraId="614C7AE9" w14:textId="77777777">
        <w:trPr>
          <w:jc w:val="center"/>
        </w:trPr>
        <w:tc>
          <w:tcPr>
            <w:tcW w:w="0" w:type="auto"/>
          </w:tcPr>
          <w:p w14:paraId="29D556D8" w14:textId="77777777" w:rsidR="007A5E59" w:rsidRDefault="0095198F">
            <w:pPr>
              <w:jc w:val="center"/>
            </w:pPr>
            <w:r>
              <w:t>24</w:t>
            </w:r>
          </w:p>
        </w:tc>
        <w:tc>
          <w:tcPr>
            <w:tcW w:w="0" w:type="auto"/>
          </w:tcPr>
          <w:p w14:paraId="787165AC" w14:textId="77777777" w:rsidR="007A5E59" w:rsidRDefault="0095198F">
            <w:r>
              <w:t>ЗТ-7 – ЗТ-9</w:t>
            </w:r>
          </w:p>
        </w:tc>
        <w:tc>
          <w:tcPr>
            <w:tcW w:w="0" w:type="auto"/>
          </w:tcPr>
          <w:p w14:paraId="31566315" w14:textId="77777777" w:rsidR="007A5E59" w:rsidRDefault="0095198F">
            <w:pPr>
              <w:jc w:val="center"/>
            </w:pPr>
            <w:r>
              <w:t>300</w:t>
            </w:r>
          </w:p>
        </w:tc>
        <w:tc>
          <w:tcPr>
            <w:tcW w:w="0" w:type="auto"/>
          </w:tcPr>
          <w:p w14:paraId="5A23F02C" w14:textId="77777777" w:rsidR="007A5E59" w:rsidRDefault="0095198F">
            <w:pPr>
              <w:jc w:val="center"/>
            </w:pPr>
            <w:r>
              <w:t>1988</w:t>
            </w:r>
          </w:p>
        </w:tc>
        <w:tc>
          <w:tcPr>
            <w:tcW w:w="0" w:type="auto"/>
          </w:tcPr>
          <w:p w14:paraId="2FC1B621" w14:textId="77777777" w:rsidR="007A5E59" w:rsidRDefault="0095198F">
            <w:pPr>
              <w:jc w:val="center"/>
            </w:pPr>
            <w:r>
              <w:t>180</w:t>
            </w:r>
          </w:p>
        </w:tc>
        <w:tc>
          <w:tcPr>
            <w:tcW w:w="0" w:type="auto"/>
          </w:tcPr>
          <w:p w14:paraId="3574EA47" w14:textId="77777777" w:rsidR="007A5E59" w:rsidRDefault="0095198F">
            <w:r>
              <w:t>надз</w:t>
            </w:r>
          </w:p>
        </w:tc>
      </w:tr>
      <w:tr w:rsidR="007A5E59" w14:paraId="2C50CFA2" w14:textId="77777777">
        <w:trPr>
          <w:jc w:val="center"/>
        </w:trPr>
        <w:tc>
          <w:tcPr>
            <w:tcW w:w="0" w:type="auto"/>
          </w:tcPr>
          <w:p w14:paraId="4E1423AC" w14:textId="77777777" w:rsidR="007A5E59" w:rsidRDefault="0095198F">
            <w:pPr>
              <w:jc w:val="center"/>
            </w:pPr>
            <w:r>
              <w:t>25</w:t>
            </w:r>
          </w:p>
        </w:tc>
        <w:tc>
          <w:tcPr>
            <w:tcW w:w="0" w:type="auto"/>
          </w:tcPr>
          <w:p w14:paraId="75A94DF4" w14:textId="77777777" w:rsidR="007A5E59" w:rsidRDefault="0095198F">
            <w:r>
              <w:t>ТК 5Б – Гаражи Гирлеен</w:t>
            </w:r>
          </w:p>
        </w:tc>
        <w:tc>
          <w:tcPr>
            <w:tcW w:w="0" w:type="auto"/>
          </w:tcPr>
          <w:p w14:paraId="7B208CFD" w14:textId="77777777" w:rsidR="007A5E59" w:rsidRDefault="0095198F">
            <w:pPr>
              <w:jc w:val="center"/>
            </w:pPr>
            <w:r>
              <w:t>25</w:t>
            </w:r>
          </w:p>
        </w:tc>
        <w:tc>
          <w:tcPr>
            <w:tcW w:w="0" w:type="auto"/>
          </w:tcPr>
          <w:p w14:paraId="2ACDAFC9" w14:textId="77777777" w:rsidR="007A5E59" w:rsidRDefault="0095198F">
            <w:pPr>
              <w:jc w:val="center"/>
            </w:pPr>
            <w:r>
              <w:t>2004</w:t>
            </w:r>
          </w:p>
        </w:tc>
        <w:tc>
          <w:tcPr>
            <w:tcW w:w="0" w:type="auto"/>
          </w:tcPr>
          <w:p w14:paraId="2FDD7ED3" w14:textId="77777777" w:rsidR="007A5E59" w:rsidRDefault="0095198F">
            <w:pPr>
              <w:jc w:val="center"/>
            </w:pPr>
            <w:r>
              <w:t>15</w:t>
            </w:r>
          </w:p>
        </w:tc>
        <w:tc>
          <w:tcPr>
            <w:tcW w:w="0" w:type="auto"/>
          </w:tcPr>
          <w:p w14:paraId="5F571F18" w14:textId="77777777" w:rsidR="007A5E59" w:rsidRDefault="0095198F">
            <w:r>
              <w:t>бесканал.</w:t>
            </w:r>
          </w:p>
        </w:tc>
      </w:tr>
      <w:tr w:rsidR="007A5E59" w14:paraId="1C654461" w14:textId="77777777">
        <w:trPr>
          <w:jc w:val="center"/>
        </w:trPr>
        <w:tc>
          <w:tcPr>
            <w:tcW w:w="0" w:type="auto"/>
          </w:tcPr>
          <w:p w14:paraId="333A539E" w14:textId="77777777" w:rsidR="007A5E59" w:rsidRDefault="0095198F">
            <w:pPr>
              <w:jc w:val="center"/>
            </w:pPr>
            <w:r>
              <w:t>26</w:t>
            </w:r>
          </w:p>
        </w:tc>
        <w:tc>
          <w:tcPr>
            <w:tcW w:w="0" w:type="auto"/>
          </w:tcPr>
          <w:p w14:paraId="5FA69F1A" w14:textId="77777777" w:rsidR="007A5E59" w:rsidRDefault="0095198F">
            <w:r>
              <w:t>ТК 5Б – Гагарина 27</w:t>
            </w:r>
          </w:p>
        </w:tc>
        <w:tc>
          <w:tcPr>
            <w:tcW w:w="0" w:type="auto"/>
          </w:tcPr>
          <w:p w14:paraId="163285F5" w14:textId="77777777" w:rsidR="007A5E59" w:rsidRDefault="0095198F">
            <w:pPr>
              <w:jc w:val="center"/>
            </w:pPr>
            <w:r>
              <w:t>65</w:t>
            </w:r>
          </w:p>
        </w:tc>
        <w:tc>
          <w:tcPr>
            <w:tcW w:w="0" w:type="auto"/>
          </w:tcPr>
          <w:p w14:paraId="2B49D5DB" w14:textId="77777777" w:rsidR="007A5E59" w:rsidRDefault="0095198F">
            <w:pPr>
              <w:jc w:val="center"/>
            </w:pPr>
            <w:r>
              <w:t>2010</w:t>
            </w:r>
          </w:p>
        </w:tc>
        <w:tc>
          <w:tcPr>
            <w:tcW w:w="0" w:type="auto"/>
          </w:tcPr>
          <w:p w14:paraId="4A9E01D5" w14:textId="77777777" w:rsidR="007A5E59" w:rsidRDefault="0095198F">
            <w:pPr>
              <w:jc w:val="center"/>
            </w:pPr>
            <w:r>
              <w:t>15</w:t>
            </w:r>
          </w:p>
        </w:tc>
        <w:tc>
          <w:tcPr>
            <w:tcW w:w="0" w:type="auto"/>
          </w:tcPr>
          <w:p w14:paraId="2AB928F7" w14:textId="77777777" w:rsidR="007A5E59" w:rsidRDefault="0095198F">
            <w:r>
              <w:t>бесканал.</w:t>
            </w:r>
          </w:p>
        </w:tc>
      </w:tr>
      <w:tr w:rsidR="007A5E59" w14:paraId="2947D5F8" w14:textId="77777777">
        <w:trPr>
          <w:jc w:val="center"/>
        </w:trPr>
        <w:tc>
          <w:tcPr>
            <w:tcW w:w="0" w:type="auto"/>
          </w:tcPr>
          <w:p w14:paraId="73FCFD00" w14:textId="77777777" w:rsidR="007A5E59" w:rsidRDefault="0095198F">
            <w:pPr>
              <w:jc w:val="center"/>
            </w:pPr>
            <w:r>
              <w:t>27</w:t>
            </w:r>
          </w:p>
        </w:tc>
        <w:tc>
          <w:tcPr>
            <w:tcW w:w="0" w:type="auto"/>
          </w:tcPr>
          <w:p w14:paraId="4B82D8F1" w14:textId="77777777" w:rsidR="007A5E59" w:rsidRDefault="0095198F">
            <w:r>
              <w:t>ТК 5А – ТК 5Б</w:t>
            </w:r>
          </w:p>
        </w:tc>
        <w:tc>
          <w:tcPr>
            <w:tcW w:w="0" w:type="auto"/>
          </w:tcPr>
          <w:p w14:paraId="75C97DC6" w14:textId="77777777" w:rsidR="007A5E59" w:rsidRDefault="0095198F">
            <w:pPr>
              <w:jc w:val="center"/>
            </w:pPr>
            <w:r>
              <w:t>100</w:t>
            </w:r>
          </w:p>
        </w:tc>
        <w:tc>
          <w:tcPr>
            <w:tcW w:w="0" w:type="auto"/>
          </w:tcPr>
          <w:p w14:paraId="4DEB082B" w14:textId="77777777" w:rsidR="007A5E59" w:rsidRDefault="0095198F">
            <w:pPr>
              <w:jc w:val="center"/>
            </w:pPr>
            <w:r>
              <w:t>2004</w:t>
            </w:r>
          </w:p>
        </w:tc>
        <w:tc>
          <w:tcPr>
            <w:tcW w:w="0" w:type="auto"/>
          </w:tcPr>
          <w:p w14:paraId="4CA5418C" w14:textId="77777777" w:rsidR="007A5E59" w:rsidRDefault="0095198F">
            <w:pPr>
              <w:jc w:val="center"/>
            </w:pPr>
            <w:r>
              <w:t>13</w:t>
            </w:r>
          </w:p>
        </w:tc>
        <w:tc>
          <w:tcPr>
            <w:tcW w:w="0" w:type="auto"/>
          </w:tcPr>
          <w:p w14:paraId="7AD06F39" w14:textId="77777777" w:rsidR="007A5E59" w:rsidRDefault="0095198F">
            <w:r>
              <w:t>канал.</w:t>
            </w:r>
          </w:p>
        </w:tc>
      </w:tr>
      <w:tr w:rsidR="007A5E59" w14:paraId="16676ED4" w14:textId="77777777">
        <w:trPr>
          <w:jc w:val="center"/>
        </w:trPr>
        <w:tc>
          <w:tcPr>
            <w:tcW w:w="0" w:type="auto"/>
          </w:tcPr>
          <w:p w14:paraId="43E8531A" w14:textId="77777777" w:rsidR="007A5E59" w:rsidRDefault="0095198F">
            <w:pPr>
              <w:jc w:val="center"/>
            </w:pPr>
            <w:r>
              <w:t>28</w:t>
            </w:r>
          </w:p>
        </w:tc>
        <w:tc>
          <w:tcPr>
            <w:tcW w:w="0" w:type="auto"/>
          </w:tcPr>
          <w:p w14:paraId="42C8D547" w14:textId="77777777" w:rsidR="007A5E59" w:rsidRDefault="0095198F">
            <w:r>
              <w:t>ТК 5А – Баня Плиханов</w:t>
            </w:r>
          </w:p>
        </w:tc>
        <w:tc>
          <w:tcPr>
            <w:tcW w:w="0" w:type="auto"/>
          </w:tcPr>
          <w:p w14:paraId="2DAACD8D" w14:textId="77777777" w:rsidR="007A5E59" w:rsidRDefault="0095198F">
            <w:pPr>
              <w:jc w:val="center"/>
            </w:pPr>
            <w:r>
              <w:t>25</w:t>
            </w:r>
          </w:p>
        </w:tc>
        <w:tc>
          <w:tcPr>
            <w:tcW w:w="0" w:type="auto"/>
          </w:tcPr>
          <w:p w14:paraId="0C9C5C03" w14:textId="77777777" w:rsidR="007A5E59" w:rsidRDefault="0095198F">
            <w:pPr>
              <w:jc w:val="center"/>
            </w:pPr>
            <w:r>
              <w:t>2010</w:t>
            </w:r>
          </w:p>
        </w:tc>
        <w:tc>
          <w:tcPr>
            <w:tcW w:w="0" w:type="auto"/>
          </w:tcPr>
          <w:p w14:paraId="6582A4FF" w14:textId="77777777" w:rsidR="007A5E59" w:rsidRDefault="0095198F">
            <w:pPr>
              <w:jc w:val="center"/>
            </w:pPr>
            <w:r>
              <w:t>20</w:t>
            </w:r>
          </w:p>
        </w:tc>
        <w:tc>
          <w:tcPr>
            <w:tcW w:w="0" w:type="auto"/>
          </w:tcPr>
          <w:p w14:paraId="6000B688" w14:textId="77777777" w:rsidR="007A5E59" w:rsidRDefault="0095198F">
            <w:r>
              <w:t>бесканал.</w:t>
            </w:r>
          </w:p>
        </w:tc>
      </w:tr>
      <w:tr w:rsidR="007A5E59" w14:paraId="3D177A6E" w14:textId="77777777">
        <w:trPr>
          <w:jc w:val="center"/>
        </w:trPr>
        <w:tc>
          <w:tcPr>
            <w:tcW w:w="0" w:type="auto"/>
          </w:tcPr>
          <w:p w14:paraId="19137251" w14:textId="77777777" w:rsidR="007A5E59" w:rsidRDefault="0095198F">
            <w:pPr>
              <w:jc w:val="center"/>
            </w:pPr>
            <w:r>
              <w:t>29</w:t>
            </w:r>
          </w:p>
        </w:tc>
        <w:tc>
          <w:tcPr>
            <w:tcW w:w="0" w:type="auto"/>
          </w:tcPr>
          <w:p w14:paraId="1A1542DA" w14:textId="77777777" w:rsidR="007A5E59" w:rsidRDefault="0095198F">
            <w:r>
              <w:t>ТК 5А – Гагарина, 25а</w:t>
            </w:r>
          </w:p>
        </w:tc>
        <w:tc>
          <w:tcPr>
            <w:tcW w:w="0" w:type="auto"/>
          </w:tcPr>
          <w:p w14:paraId="3CB26C3A" w14:textId="77777777" w:rsidR="007A5E59" w:rsidRDefault="0095198F">
            <w:pPr>
              <w:jc w:val="center"/>
            </w:pPr>
            <w:r>
              <w:t>40</w:t>
            </w:r>
          </w:p>
        </w:tc>
        <w:tc>
          <w:tcPr>
            <w:tcW w:w="0" w:type="auto"/>
          </w:tcPr>
          <w:p w14:paraId="23EECE67" w14:textId="77777777" w:rsidR="007A5E59" w:rsidRDefault="0095198F">
            <w:pPr>
              <w:jc w:val="center"/>
            </w:pPr>
            <w:r>
              <w:t>1995</w:t>
            </w:r>
          </w:p>
        </w:tc>
        <w:tc>
          <w:tcPr>
            <w:tcW w:w="0" w:type="auto"/>
          </w:tcPr>
          <w:p w14:paraId="1B711D63" w14:textId="77777777" w:rsidR="007A5E59" w:rsidRDefault="0095198F">
            <w:pPr>
              <w:jc w:val="center"/>
            </w:pPr>
            <w:r>
              <w:t>40</w:t>
            </w:r>
          </w:p>
        </w:tc>
        <w:tc>
          <w:tcPr>
            <w:tcW w:w="0" w:type="auto"/>
          </w:tcPr>
          <w:p w14:paraId="5D811BE1" w14:textId="77777777" w:rsidR="007A5E59" w:rsidRDefault="0095198F">
            <w:r>
              <w:t>бесканал.</w:t>
            </w:r>
          </w:p>
        </w:tc>
      </w:tr>
      <w:tr w:rsidR="007A5E59" w14:paraId="39C8D005" w14:textId="77777777">
        <w:trPr>
          <w:jc w:val="center"/>
        </w:trPr>
        <w:tc>
          <w:tcPr>
            <w:tcW w:w="0" w:type="auto"/>
          </w:tcPr>
          <w:p w14:paraId="48C092D2" w14:textId="77777777" w:rsidR="007A5E59" w:rsidRDefault="0095198F">
            <w:pPr>
              <w:jc w:val="center"/>
            </w:pPr>
            <w:r>
              <w:t>30</w:t>
            </w:r>
          </w:p>
        </w:tc>
        <w:tc>
          <w:tcPr>
            <w:tcW w:w="0" w:type="auto"/>
          </w:tcPr>
          <w:p w14:paraId="1ECD595C" w14:textId="77777777" w:rsidR="007A5E59" w:rsidRDefault="0095198F">
            <w:r>
              <w:t>ТК-5 – ТК-5А</w:t>
            </w:r>
          </w:p>
        </w:tc>
        <w:tc>
          <w:tcPr>
            <w:tcW w:w="0" w:type="auto"/>
          </w:tcPr>
          <w:p w14:paraId="46E9D472" w14:textId="77777777" w:rsidR="007A5E59" w:rsidRDefault="0095198F">
            <w:pPr>
              <w:jc w:val="center"/>
            </w:pPr>
            <w:r>
              <w:t>80</w:t>
            </w:r>
          </w:p>
        </w:tc>
        <w:tc>
          <w:tcPr>
            <w:tcW w:w="0" w:type="auto"/>
          </w:tcPr>
          <w:p w14:paraId="1387F1D5" w14:textId="77777777" w:rsidR="007A5E59" w:rsidRDefault="0095198F">
            <w:pPr>
              <w:jc w:val="center"/>
            </w:pPr>
            <w:r>
              <w:t>1995</w:t>
            </w:r>
          </w:p>
        </w:tc>
        <w:tc>
          <w:tcPr>
            <w:tcW w:w="0" w:type="auto"/>
          </w:tcPr>
          <w:p w14:paraId="615538BE" w14:textId="77777777" w:rsidR="007A5E59" w:rsidRDefault="0095198F">
            <w:pPr>
              <w:jc w:val="center"/>
            </w:pPr>
            <w:r>
              <w:t>52</w:t>
            </w:r>
          </w:p>
        </w:tc>
        <w:tc>
          <w:tcPr>
            <w:tcW w:w="0" w:type="auto"/>
          </w:tcPr>
          <w:p w14:paraId="1D6EABFD" w14:textId="77777777" w:rsidR="007A5E59" w:rsidRDefault="0095198F">
            <w:r>
              <w:t>бесканал.</w:t>
            </w:r>
          </w:p>
        </w:tc>
      </w:tr>
      <w:tr w:rsidR="007A5E59" w14:paraId="68152861" w14:textId="77777777">
        <w:trPr>
          <w:jc w:val="center"/>
        </w:trPr>
        <w:tc>
          <w:tcPr>
            <w:tcW w:w="0" w:type="auto"/>
          </w:tcPr>
          <w:p w14:paraId="67E111C0" w14:textId="77777777" w:rsidR="007A5E59" w:rsidRDefault="0095198F">
            <w:pPr>
              <w:jc w:val="center"/>
            </w:pPr>
            <w:r>
              <w:t>31</w:t>
            </w:r>
          </w:p>
        </w:tc>
        <w:tc>
          <w:tcPr>
            <w:tcW w:w="0" w:type="auto"/>
          </w:tcPr>
          <w:p w14:paraId="4072ECF5" w14:textId="77777777" w:rsidR="007A5E59" w:rsidRDefault="0095198F">
            <w:r>
              <w:t>ТК-10/1 – Гагарина, 24</w:t>
            </w:r>
          </w:p>
        </w:tc>
        <w:tc>
          <w:tcPr>
            <w:tcW w:w="0" w:type="auto"/>
          </w:tcPr>
          <w:p w14:paraId="13F956A9" w14:textId="77777777" w:rsidR="007A5E59" w:rsidRDefault="0095198F">
            <w:pPr>
              <w:jc w:val="center"/>
            </w:pPr>
            <w:r>
              <w:t>100</w:t>
            </w:r>
          </w:p>
        </w:tc>
        <w:tc>
          <w:tcPr>
            <w:tcW w:w="0" w:type="auto"/>
          </w:tcPr>
          <w:p w14:paraId="5F7E5B33" w14:textId="77777777" w:rsidR="007A5E59" w:rsidRDefault="0095198F">
            <w:pPr>
              <w:jc w:val="center"/>
            </w:pPr>
            <w:r>
              <w:t>1981</w:t>
            </w:r>
          </w:p>
        </w:tc>
        <w:tc>
          <w:tcPr>
            <w:tcW w:w="0" w:type="auto"/>
          </w:tcPr>
          <w:p w14:paraId="0D7D8A26" w14:textId="77777777" w:rsidR="007A5E59" w:rsidRDefault="0095198F">
            <w:pPr>
              <w:jc w:val="center"/>
            </w:pPr>
            <w:r>
              <w:t>30</w:t>
            </w:r>
          </w:p>
        </w:tc>
        <w:tc>
          <w:tcPr>
            <w:tcW w:w="0" w:type="auto"/>
          </w:tcPr>
          <w:p w14:paraId="24298662" w14:textId="77777777" w:rsidR="007A5E59" w:rsidRDefault="0095198F">
            <w:r>
              <w:t>бесканал.</w:t>
            </w:r>
          </w:p>
        </w:tc>
      </w:tr>
      <w:tr w:rsidR="007A5E59" w14:paraId="51FAD321" w14:textId="77777777">
        <w:trPr>
          <w:jc w:val="center"/>
        </w:trPr>
        <w:tc>
          <w:tcPr>
            <w:tcW w:w="0" w:type="auto"/>
          </w:tcPr>
          <w:p w14:paraId="0EBAF5B8" w14:textId="77777777" w:rsidR="007A5E59" w:rsidRDefault="0095198F">
            <w:pPr>
              <w:jc w:val="center"/>
            </w:pPr>
            <w:r>
              <w:t>32</w:t>
            </w:r>
          </w:p>
        </w:tc>
        <w:tc>
          <w:tcPr>
            <w:tcW w:w="0" w:type="auto"/>
          </w:tcPr>
          <w:p w14:paraId="35715D93" w14:textId="77777777" w:rsidR="007A5E59" w:rsidRDefault="0095198F">
            <w:r>
              <w:t>ТК-10/1 – Гагарина, 26б</w:t>
            </w:r>
          </w:p>
        </w:tc>
        <w:tc>
          <w:tcPr>
            <w:tcW w:w="0" w:type="auto"/>
          </w:tcPr>
          <w:p w14:paraId="591FA00D" w14:textId="77777777" w:rsidR="007A5E59" w:rsidRDefault="0095198F">
            <w:pPr>
              <w:jc w:val="center"/>
            </w:pPr>
            <w:r>
              <w:t>25</w:t>
            </w:r>
          </w:p>
        </w:tc>
        <w:tc>
          <w:tcPr>
            <w:tcW w:w="0" w:type="auto"/>
          </w:tcPr>
          <w:p w14:paraId="2D4BEFC9" w14:textId="77777777" w:rsidR="007A5E59" w:rsidRDefault="0095198F">
            <w:pPr>
              <w:jc w:val="center"/>
            </w:pPr>
            <w:r>
              <w:t>1981</w:t>
            </w:r>
          </w:p>
        </w:tc>
        <w:tc>
          <w:tcPr>
            <w:tcW w:w="0" w:type="auto"/>
          </w:tcPr>
          <w:p w14:paraId="553ABC6C" w14:textId="77777777" w:rsidR="007A5E59" w:rsidRDefault="0095198F">
            <w:pPr>
              <w:jc w:val="center"/>
            </w:pPr>
            <w:r>
              <w:t>15</w:t>
            </w:r>
          </w:p>
        </w:tc>
        <w:tc>
          <w:tcPr>
            <w:tcW w:w="0" w:type="auto"/>
          </w:tcPr>
          <w:p w14:paraId="495B633C" w14:textId="77777777" w:rsidR="007A5E59" w:rsidRDefault="0095198F">
            <w:r>
              <w:t>бесканал.</w:t>
            </w:r>
          </w:p>
        </w:tc>
      </w:tr>
      <w:tr w:rsidR="007A5E59" w14:paraId="7D79B4E7" w14:textId="77777777">
        <w:trPr>
          <w:jc w:val="center"/>
        </w:trPr>
        <w:tc>
          <w:tcPr>
            <w:tcW w:w="0" w:type="auto"/>
          </w:tcPr>
          <w:p w14:paraId="1E828D21" w14:textId="77777777" w:rsidR="007A5E59" w:rsidRDefault="0095198F">
            <w:pPr>
              <w:jc w:val="center"/>
            </w:pPr>
            <w:r>
              <w:t>33</w:t>
            </w:r>
          </w:p>
        </w:tc>
        <w:tc>
          <w:tcPr>
            <w:tcW w:w="0" w:type="auto"/>
          </w:tcPr>
          <w:p w14:paraId="116CF34C" w14:textId="77777777" w:rsidR="007A5E59" w:rsidRDefault="0095198F">
            <w:r>
              <w:t>ТК-10/1 – ТК-10</w:t>
            </w:r>
          </w:p>
        </w:tc>
        <w:tc>
          <w:tcPr>
            <w:tcW w:w="0" w:type="auto"/>
          </w:tcPr>
          <w:p w14:paraId="1BBE68F4" w14:textId="77777777" w:rsidR="007A5E59" w:rsidRDefault="0095198F">
            <w:pPr>
              <w:jc w:val="center"/>
            </w:pPr>
            <w:r>
              <w:t>100</w:t>
            </w:r>
          </w:p>
        </w:tc>
        <w:tc>
          <w:tcPr>
            <w:tcW w:w="0" w:type="auto"/>
          </w:tcPr>
          <w:p w14:paraId="72CD10E9" w14:textId="77777777" w:rsidR="007A5E59" w:rsidRDefault="0095198F">
            <w:pPr>
              <w:jc w:val="center"/>
            </w:pPr>
            <w:r>
              <w:t>1981</w:t>
            </w:r>
          </w:p>
        </w:tc>
        <w:tc>
          <w:tcPr>
            <w:tcW w:w="0" w:type="auto"/>
          </w:tcPr>
          <w:p w14:paraId="400EA44B" w14:textId="77777777" w:rsidR="007A5E59" w:rsidRDefault="0095198F">
            <w:pPr>
              <w:jc w:val="center"/>
            </w:pPr>
            <w:r>
              <w:t>40</w:t>
            </w:r>
          </w:p>
        </w:tc>
        <w:tc>
          <w:tcPr>
            <w:tcW w:w="0" w:type="auto"/>
          </w:tcPr>
          <w:p w14:paraId="0CC1AF96" w14:textId="77777777" w:rsidR="007A5E59" w:rsidRDefault="0095198F">
            <w:r>
              <w:t>бесканал.</w:t>
            </w:r>
          </w:p>
        </w:tc>
      </w:tr>
      <w:tr w:rsidR="007A5E59" w14:paraId="02768456" w14:textId="77777777">
        <w:trPr>
          <w:jc w:val="center"/>
        </w:trPr>
        <w:tc>
          <w:tcPr>
            <w:tcW w:w="0" w:type="auto"/>
          </w:tcPr>
          <w:p w14:paraId="411DF096" w14:textId="77777777" w:rsidR="007A5E59" w:rsidRDefault="0095198F">
            <w:pPr>
              <w:jc w:val="center"/>
            </w:pPr>
            <w:r>
              <w:t>34</w:t>
            </w:r>
          </w:p>
        </w:tc>
        <w:tc>
          <w:tcPr>
            <w:tcW w:w="0" w:type="auto"/>
          </w:tcPr>
          <w:p w14:paraId="34A38F46" w14:textId="77777777" w:rsidR="007A5E59" w:rsidRDefault="0095198F">
            <w:r>
              <w:t>ТК-10 – Гагарина, 22</w:t>
            </w:r>
          </w:p>
        </w:tc>
        <w:tc>
          <w:tcPr>
            <w:tcW w:w="0" w:type="auto"/>
          </w:tcPr>
          <w:p w14:paraId="01BC2FAC" w14:textId="77777777" w:rsidR="007A5E59" w:rsidRDefault="0095198F">
            <w:pPr>
              <w:jc w:val="center"/>
            </w:pPr>
            <w:r>
              <w:t>80</w:t>
            </w:r>
          </w:p>
        </w:tc>
        <w:tc>
          <w:tcPr>
            <w:tcW w:w="0" w:type="auto"/>
          </w:tcPr>
          <w:p w14:paraId="2B7D98A7" w14:textId="77777777" w:rsidR="007A5E59" w:rsidRDefault="0095198F">
            <w:pPr>
              <w:jc w:val="center"/>
            </w:pPr>
            <w:r>
              <w:t>1981</w:t>
            </w:r>
          </w:p>
        </w:tc>
        <w:tc>
          <w:tcPr>
            <w:tcW w:w="0" w:type="auto"/>
          </w:tcPr>
          <w:p w14:paraId="0C55F6DF" w14:textId="77777777" w:rsidR="007A5E59" w:rsidRDefault="0095198F">
            <w:pPr>
              <w:jc w:val="center"/>
            </w:pPr>
            <w:r>
              <w:t>20</w:t>
            </w:r>
          </w:p>
        </w:tc>
        <w:tc>
          <w:tcPr>
            <w:tcW w:w="0" w:type="auto"/>
          </w:tcPr>
          <w:p w14:paraId="58EC75F8" w14:textId="77777777" w:rsidR="007A5E59" w:rsidRDefault="0095198F">
            <w:r>
              <w:t>бесканал.</w:t>
            </w:r>
          </w:p>
        </w:tc>
      </w:tr>
      <w:tr w:rsidR="007A5E59" w14:paraId="7993B4E8" w14:textId="77777777">
        <w:trPr>
          <w:jc w:val="center"/>
        </w:trPr>
        <w:tc>
          <w:tcPr>
            <w:tcW w:w="0" w:type="auto"/>
          </w:tcPr>
          <w:p w14:paraId="17BF9789" w14:textId="77777777" w:rsidR="007A5E59" w:rsidRDefault="0095198F">
            <w:pPr>
              <w:jc w:val="center"/>
            </w:pPr>
            <w:r>
              <w:t>35</w:t>
            </w:r>
          </w:p>
        </w:tc>
        <w:tc>
          <w:tcPr>
            <w:tcW w:w="0" w:type="auto"/>
          </w:tcPr>
          <w:p w14:paraId="2C251068" w14:textId="77777777" w:rsidR="007A5E59" w:rsidRDefault="0095198F">
            <w:r>
              <w:t>ТК-10 – Гагарина, 26</w:t>
            </w:r>
          </w:p>
        </w:tc>
        <w:tc>
          <w:tcPr>
            <w:tcW w:w="0" w:type="auto"/>
          </w:tcPr>
          <w:p w14:paraId="24F321A7" w14:textId="77777777" w:rsidR="007A5E59" w:rsidRDefault="0095198F">
            <w:pPr>
              <w:jc w:val="center"/>
            </w:pPr>
            <w:r>
              <w:t>80</w:t>
            </w:r>
          </w:p>
        </w:tc>
        <w:tc>
          <w:tcPr>
            <w:tcW w:w="0" w:type="auto"/>
          </w:tcPr>
          <w:p w14:paraId="1E5EBC2B" w14:textId="77777777" w:rsidR="007A5E59" w:rsidRDefault="0095198F">
            <w:pPr>
              <w:jc w:val="center"/>
            </w:pPr>
            <w:r>
              <w:t>1981</w:t>
            </w:r>
          </w:p>
        </w:tc>
        <w:tc>
          <w:tcPr>
            <w:tcW w:w="0" w:type="auto"/>
          </w:tcPr>
          <w:p w14:paraId="33656F73" w14:textId="77777777" w:rsidR="007A5E59" w:rsidRDefault="0095198F">
            <w:pPr>
              <w:jc w:val="center"/>
            </w:pPr>
            <w:r>
              <w:t>6</w:t>
            </w:r>
          </w:p>
        </w:tc>
        <w:tc>
          <w:tcPr>
            <w:tcW w:w="0" w:type="auto"/>
          </w:tcPr>
          <w:p w14:paraId="55716099" w14:textId="77777777" w:rsidR="007A5E59" w:rsidRDefault="0095198F">
            <w:r>
              <w:t>бесканал.</w:t>
            </w:r>
          </w:p>
        </w:tc>
      </w:tr>
      <w:tr w:rsidR="007A5E59" w14:paraId="2BCFC321" w14:textId="77777777">
        <w:trPr>
          <w:jc w:val="center"/>
        </w:trPr>
        <w:tc>
          <w:tcPr>
            <w:tcW w:w="0" w:type="auto"/>
          </w:tcPr>
          <w:p w14:paraId="329014A1" w14:textId="77777777" w:rsidR="007A5E59" w:rsidRDefault="0095198F">
            <w:pPr>
              <w:jc w:val="center"/>
            </w:pPr>
            <w:r>
              <w:t>36</w:t>
            </w:r>
          </w:p>
        </w:tc>
        <w:tc>
          <w:tcPr>
            <w:tcW w:w="0" w:type="auto"/>
          </w:tcPr>
          <w:p w14:paraId="5C743123" w14:textId="77777777" w:rsidR="007A5E59" w:rsidRDefault="0095198F">
            <w:r>
              <w:t>ТК-9 – ТК-10</w:t>
            </w:r>
          </w:p>
        </w:tc>
        <w:tc>
          <w:tcPr>
            <w:tcW w:w="0" w:type="auto"/>
          </w:tcPr>
          <w:p w14:paraId="708E04F2" w14:textId="77777777" w:rsidR="007A5E59" w:rsidRDefault="0095198F">
            <w:pPr>
              <w:jc w:val="center"/>
            </w:pPr>
            <w:r>
              <w:t>150</w:t>
            </w:r>
          </w:p>
        </w:tc>
        <w:tc>
          <w:tcPr>
            <w:tcW w:w="0" w:type="auto"/>
          </w:tcPr>
          <w:p w14:paraId="1360B413" w14:textId="77777777" w:rsidR="007A5E59" w:rsidRDefault="0095198F">
            <w:pPr>
              <w:jc w:val="center"/>
            </w:pPr>
            <w:r>
              <w:t>1981</w:t>
            </w:r>
          </w:p>
        </w:tc>
        <w:tc>
          <w:tcPr>
            <w:tcW w:w="0" w:type="auto"/>
          </w:tcPr>
          <w:p w14:paraId="7FE8EFA0" w14:textId="77777777" w:rsidR="007A5E59" w:rsidRDefault="0095198F">
            <w:pPr>
              <w:jc w:val="center"/>
            </w:pPr>
            <w:r>
              <w:t>48</w:t>
            </w:r>
          </w:p>
        </w:tc>
        <w:tc>
          <w:tcPr>
            <w:tcW w:w="0" w:type="auto"/>
          </w:tcPr>
          <w:p w14:paraId="263DCC35" w14:textId="77777777" w:rsidR="007A5E59" w:rsidRDefault="0095198F">
            <w:r>
              <w:t>бесканал.</w:t>
            </w:r>
          </w:p>
        </w:tc>
      </w:tr>
      <w:tr w:rsidR="007A5E59" w14:paraId="40EA4F49" w14:textId="77777777">
        <w:trPr>
          <w:jc w:val="center"/>
        </w:trPr>
        <w:tc>
          <w:tcPr>
            <w:tcW w:w="0" w:type="auto"/>
          </w:tcPr>
          <w:p w14:paraId="5C7D9377" w14:textId="77777777" w:rsidR="007A5E59" w:rsidRDefault="0095198F">
            <w:pPr>
              <w:jc w:val="center"/>
            </w:pPr>
            <w:r>
              <w:t>37</w:t>
            </w:r>
          </w:p>
        </w:tc>
        <w:tc>
          <w:tcPr>
            <w:tcW w:w="0" w:type="auto"/>
          </w:tcPr>
          <w:p w14:paraId="588F2B33" w14:textId="77777777" w:rsidR="007A5E59" w:rsidRDefault="0095198F">
            <w:r>
              <w:t>ТК-9 – Гагарина, 20</w:t>
            </w:r>
          </w:p>
        </w:tc>
        <w:tc>
          <w:tcPr>
            <w:tcW w:w="0" w:type="auto"/>
          </w:tcPr>
          <w:p w14:paraId="07791DBF" w14:textId="77777777" w:rsidR="007A5E59" w:rsidRDefault="0095198F">
            <w:pPr>
              <w:jc w:val="center"/>
            </w:pPr>
            <w:r>
              <w:t>80</w:t>
            </w:r>
          </w:p>
        </w:tc>
        <w:tc>
          <w:tcPr>
            <w:tcW w:w="0" w:type="auto"/>
          </w:tcPr>
          <w:p w14:paraId="4C76D02C" w14:textId="77777777" w:rsidR="007A5E59" w:rsidRDefault="0095198F">
            <w:pPr>
              <w:jc w:val="center"/>
            </w:pPr>
            <w:r>
              <w:t>1981</w:t>
            </w:r>
          </w:p>
        </w:tc>
        <w:tc>
          <w:tcPr>
            <w:tcW w:w="0" w:type="auto"/>
          </w:tcPr>
          <w:p w14:paraId="051D1323" w14:textId="77777777" w:rsidR="007A5E59" w:rsidRDefault="0095198F">
            <w:pPr>
              <w:jc w:val="center"/>
            </w:pPr>
            <w:r>
              <w:t>4</w:t>
            </w:r>
          </w:p>
        </w:tc>
        <w:tc>
          <w:tcPr>
            <w:tcW w:w="0" w:type="auto"/>
          </w:tcPr>
          <w:p w14:paraId="4773CF73" w14:textId="77777777" w:rsidR="007A5E59" w:rsidRDefault="0095198F">
            <w:r>
              <w:t>бесканал.</w:t>
            </w:r>
          </w:p>
        </w:tc>
      </w:tr>
      <w:tr w:rsidR="007A5E59" w14:paraId="3C45B143" w14:textId="77777777">
        <w:trPr>
          <w:jc w:val="center"/>
        </w:trPr>
        <w:tc>
          <w:tcPr>
            <w:tcW w:w="0" w:type="auto"/>
          </w:tcPr>
          <w:p w14:paraId="77F07B8F" w14:textId="77777777" w:rsidR="007A5E59" w:rsidRDefault="0095198F">
            <w:pPr>
              <w:jc w:val="center"/>
            </w:pPr>
            <w:r>
              <w:t>38</w:t>
            </w:r>
          </w:p>
        </w:tc>
        <w:tc>
          <w:tcPr>
            <w:tcW w:w="0" w:type="auto"/>
          </w:tcPr>
          <w:p w14:paraId="5FC10732" w14:textId="77777777" w:rsidR="007A5E59" w:rsidRDefault="0095198F">
            <w:r>
              <w:t>ТК-9 – Гагарина, 26а</w:t>
            </w:r>
          </w:p>
        </w:tc>
        <w:tc>
          <w:tcPr>
            <w:tcW w:w="0" w:type="auto"/>
          </w:tcPr>
          <w:p w14:paraId="0B3DF8E3" w14:textId="77777777" w:rsidR="007A5E59" w:rsidRDefault="0095198F">
            <w:pPr>
              <w:jc w:val="center"/>
            </w:pPr>
            <w:r>
              <w:t>65</w:t>
            </w:r>
          </w:p>
        </w:tc>
        <w:tc>
          <w:tcPr>
            <w:tcW w:w="0" w:type="auto"/>
          </w:tcPr>
          <w:p w14:paraId="6381C945" w14:textId="77777777" w:rsidR="007A5E59" w:rsidRDefault="0095198F">
            <w:pPr>
              <w:jc w:val="center"/>
            </w:pPr>
            <w:r>
              <w:t>1981</w:t>
            </w:r>
          </w:p>
        </w:tc>
        <w:tc>
          <w:tcPr>
            <w:tcW w:w="0" w:type="auto"/>
          </w:tcPr>
          <w:p w14:paraId="05134DBD" w14:textId="77777777" w:rsidR="007A5E59" w:rsidRDefault="0095198F">
            <w:pPr>
              <w:jc w:val="center"/>
            </w:pPr>
            <w:r>
              <w:t>48</w:t>
            </w:r>
          </w:p>
        </w:tc>
        <w:tc>
          <w:tcPr>
            <w:tcW w:w="0" w:type="auto"/>
          </w:tcPr>
          <w:p w14:paraId="5099EDD4" w14:textId="77777777" w:rsidR="007A5E59" w:rsidRDefault="0095198F">
            <w:r>
              <w:t>бесканал.</w:t>
            </w:r>
          </w:p>
        </w:tc>
      </w:tr>
      <w:tr w:rsidR="007A5E59" w14:paraId="02816624" w14:textId="77777777">
        <w:trPr>
          <w:jc w:val="center"/>
        </w:trPr>
        <w:tc>
          <w:tcPr>
            <w:tcW w:w="0" w:type="auto"/>
          </w:tcPr>
          <w:p w14:paraId="58AE299C" w14:textId="77777777" w:rsidR="007A5E59" w:rsidRDefault="0095198F">
            <w:pPr>
              <w:jc w:val="center"/>
            </w:pPr>
            <w:r>
              <w:t>39</w:t>
            </w:r>
          </w:p>
        </w:tc>
        <w:tc>
          <w:tcPr>
            <w:tcW w:w="0" w:type="auto"/>
          </w:tcPr>
          <w:p w14:paraId="2C7F3072" w14:textId="77777777" w:rsidR="007A5E59" w:rsidRDefault="0095198F">
            <w:r>
              <w:t>ТК-8 – ТК-9</w:t>
            </w:r>
          </w:p>
        </w:tc>
        <w:tc>
          <w:tcPr>
            <w:tcW w:w="0" w:type="auto"/>
          </w:tcPr>
          <w:p w14:paraId="26725909" w14:textId="77777777" w:rsidR="007A5E59" w:rsidRDefault="0095198F">
            <w:pPr>
              <w:jc w:val="center"/>
            </w:pPr>
            <w:r>
              <w:t>150</w:t>
            </w:r>
          </w:p>
        </w:tc>
        <w:tc>
          <w:tcPr>
            <w:tcW w:w="0" w:type="auto"/>
          </w:tcPr>
          <w:p w14:paraId="0BCE7D06" w14:textId="77777777" w:rsidR="007A5E59" w:rsidRDefault="0095198F">
            <w:pPr>
              <w:jc w:val="center"/>
            </w:pPr>
            <w:r>
              <w:t>1981</w:t>
            </w:r>
          </w:p>
        </w:tc>
        <w:tc>
          <w:tcPr>
            <w:tcW w:w="0" w:type="auto"/>
          </w:tcPr>
          <w:p w14:paraId="0B9EFEFD" w14:textId="77777777" w:rsidR="007A5E59" w:rsidRDefault="0095198F">
            <w:pPr>
              <w:jc w:val="center"/>
            </w:pPr>
            <w:r>
              <w:t>57</w:t>
            </w:r>
          </w:p>
        </w:tc>
        <w:tc>
          <w:tcPr>
            <w:tcW w:w="0" w:type="auto"/>
          </w:tcPr>
          <w:p w14:paraId="6DA8DF0A" w14:textId="77777777" w:rsidR="007A5E59" w:rsidRDefault="0095198F">
            <w:r>
              <w:t>бесканал.</w:t>
            </w:r>
          </w:p>
        </w:tc>
      </w:tr>
      <w:tr w:rsidR="007A5E59" w14:paraId="5F866AF0" w14:textId="77777777">
        <w:trPr>
          <w:jc w:val="center"/>
        </w:trPr>
        <w:tc>
          <w:tcPr>
            <w:tcW w:w="0" w:type="auto"/>
          </w:tcPr>
          <w:p w14:paraId="39382EF2" w14:textId="77777777" w:rsidR="007A5E59" w:rsidRDefault="0095198F">
            <w:pPr>
              <w:jc w:val="center"/>
            </w:pPr>
            <w:r>
              <w:t>40</w:t>
            </w:r>
          </w:p>
        </w:tc>
        <w:tc>
          <w:tcPr>
            <w:tcW w:w="0" w:type="auto"/>
          </w:tcPr>
          <w:p w14:paraId="3B6DD8C7" w14:textId="77777777" w:rsidR="007A5E59" w:rsidRDefault="0095198F">
            <w:r>
              <w:t>ТК-8 – Гагарина, 18</w:t>
            </w:r>
          </w:p>
        </w:tc>
        <w:tc>
          <w:tcPr>
            <w:tcW w:w="0" w:type="auto"/>
          </w:tcPr>
          <w:p w14:paraId="00221321" w14:textId="77777777" w:rsidR="007A5E59" w:rsidRDefault="0095198F">
            <w:pPr>
              <w:jc w:val="center"/>
            </w:pPr>
            <w:r>
              <w:t>80</w:t>
            </w:r>
          </w:p>
        </w:tc>
        <w:tc>
          <w:tcPr>
            <w:tcW w:w="0" w:type="auto"/>
          </w:tcPr>
          <w:p w14:paraId="36447B62" w14:textId="77777777" w:rsidR="007A5E59" w:rsidRDefault="0095198F">
            <w:pPr>
              <w:jc w:val="center"/>
            </w:pPr>
            <w:r>
              <w:t>1981</w:t>
            </w:r>
          </w:p>
        </w:tc>
        <w:tc>
          <w:tcPr>
            <w:tcW w:w="0" w:type="auto"/>
          </w:tcPr>
          <w:p w14:paraId="7C3E2063" w14:textId="77777777" w:rsidR="007A5E59" w:rsidRDefault="0095198F">
            <w:pPr>
              <w:jc w:val="center"/>
            </w:pPr>
            <w:r>
              <w:t>10</w:t>
            </w:r>
          </w:p>
        </w:tc>
        <w:tc>
          <w:tcPr>
            <w:tcW w:w="0" w:type="auto"/>
          </w:tcPr>
          <w:p w14:paraId="766D709F" w14:textId="77777777" w:rsidR="007A5E59" w:rsidRDefault="0095198F">
            <w:r>
              <w:t>бесканал.</w:t>
            </w:r>
          </w:p>
        </w:tc>
      </w:tr>
      <w:tr w:rsidR="007A5E59" w14:paraId="49D35D81" w14:textId="77777777">
        <w:trPr>
          <w:jc w:val="center"/>
        </w:trPr>
        <w:tc>
          <w:tcPr>
            <w:tcW w:w="0" w:type="auto"/>
          </w:tcPr>
          <w:p w14:paraId="42C157AC" w14:textId="77777777" w:rsidR="007A5E59" w:rsidRDefault="0095198F">
            <w:pPr>
              <w:jc w:val="center"/>
            </w:pPr>
            <w:r>
              <w:t>41</w:t>
            </w:r>
          </w:p>
        </w:tc>
        <w:tc>
          <w:tcPr>
            <w:tcW w:w="0" w:type="auto"/>
          </w:tcPr>
          <w:p w14:paraId="0E4D3D33" w14:textId="77777777" w:rsidR="007A5E59" w:rsidRDefault="0095198F">
            <w:r>
              <w:t>ТК-7 – ТК-8</w:t>
            </w:r>
          </w:p>
        </w:tc>
        <w:tc>
          <w:tcPr>
            <w:tcW w:w="0" w:type="auto"/>
          </w:tcPr>
          <w:p w14:paraId="44318D97" w14:textId="77777777" w:rsidR="007A5E59" w:rsidRDefault="0095198F">
            <w:pPr>
              <w:jc w:val="center"/>
            </w:pPr>
            <w:r>
              <w:t>200</w:t>
            </w:r>
          </w:p>
        </w:tc>
        <w:tc>
          <w:tcPr>
            <w:tcW w:w="0" w:type="auto"/>
          </w:tcPr>
          <w:p w14:paraId="3C11BF4F" w14:textId="77777777" w:rsidR="007A5E59" w:rsidRDefault="0095198F">
            <w:pPr>
              <w:jc w:val="center"/>
            </w:pPr>
            <w:r>
              <w:t>1981</w:t>
            </w:r>
          </w:p>
        </w:tc>
        <w:tc>
          <w:tcPr>
            <w:tcW w:w="0" w:type="auto"/>
          </w:tcPr>
          <w:p w14:paraId="0FE5114B" w14:textId="77777777" w:rsidR="007A5E59" w:rsidRDefault="0095198F">
            <w:pPr>
              <w:jc w:val="center"/>
            </w:pPr>
            <w:r>
              <w:t>52</w:t>
            </w:r>
          </w:p>
        </w:tc>
        <w:tc>
          <w:tcPr>
            <w:tcW w:w="0" w:type="auto"/>
          </w:tcPr>
          <w:p w14:paraId="61D52AAF" w14:textId="77777777" w:rsidR="007A5E59" w:rsidRDefault="0095198F">
            <w:r>
              <w:t>бесканал.</w:t>
            </w:r>
          </w:p>
        </w:tc>
      </w:tr>
      <w:tr w:rsidR="007A5E59" w14:paraId="793ED8DE" w14:textId="77777777">
        <w:trPr>
          <w:jc w:val="center"/>
        </w:trPr>
        <w:tc>
          <w:tcPr>
            <w:tcW w:w="0" w:type="auto"/>
          </w:tcPr>
          <w:p w14:paraId="4CB70736" w14:textId="77777777" w:rsidR="007A5E59" w:rsidRDefault="0095198F">
            <w:pPr>
              <w:jc w:val="center"/>
            </w:pPr>
            <w:r>
              <w:t>42</w:t>
            </w:r>
          </w:p>
        </w:tc>
        <w:tc>
          <w:tcPr>
            <w:tcW w:w="0" w:type="auto"/>
          </w:tcPr>
          <w:p w14:paraId="249C8B4B" w14:textId="77777777" w:rsidR="007A5E59" w:rsidRDefault="0095198F">
            <w:r>
              <w:t>ТК-7 – Гагарина, 16</w:t>
            </w:r>
          </w:p>
        </w:tc>
        <w:tc>
          <w:tcPr>
            <w:tcW w:w="0" w:type="auto"/>
          </w:tcPr>
          <w:p w14:paraId="24988C92" w14:textId="77777777" w:rsidR="007A5E59" w:rsidRDefault="0095198F">
            <w:pPr>
              <w:jc w:val="center"/>
            </w:pPr>
            <w:r>
              <w:t>80</w:t>
            </w:r>
          </w:p>
        </w:tc>
        <w:tc>
          <w:tcPr>
            <w:tcW w:w="0" w:type="auto"/>
          </w:tcPr>
          <w:p w14:paraId="0B558C18" w14:textId="77777777" w:rsidR="007A5E59" w:rsidRDefault="0095198F">
            <w:pPr>
              <w:jc w:val="center"/>
            </w:pPr>
            <w:r>
              <w:t>1983</w:t>
            </w:r>
          </w:p>
        </w:tc>
        <w:tc>
          <w:tcPr>
            <w:tcW w:w="0" w:type="auto"/>
          </w:tcPr>
          <w:p w14:paraId="6BEC1A08" w14:textId="77777777" w:rsidR="007A5E59" w:rsidRDefault="0095198F">
            <w:pPr>
              <w:jc w:val="center"/>
            </w:pPr>
            <w:r>
              <w:t>35</w:t>
            </w:r>
          </w:p>
        </w:tc>
        <w:tc>
          <w:tcPr>
            <w:tcW w:w="0" w:type="auto"/>
          </w:tcPr>
          <w:p w14:paraId="5BAF9047" w14:textId="77777777" w:rsidR="007A5E59" w:rsidRDefault="0095198F">
            <w:r>
              <w:t>бесканал.</w:t>
            </w:r>
          </w:p>
        </w:tc>
      </w:tr>
      <w:tr w:rsidR="007A5E59" w14:paraId="725F1379" w14:textId="77777777">
        <w:trPr>
          <w:jc w:val="center"/>
        </w:trPr>
        <w:tc>
          <w:tcPr>
            <w:tcW w:w="0" w:type="auto"/>
          </w:tcPr>
          <w:p w14:paraId="7B12BE1F" w14:textId="77777777" w:rsidR="007A5E59" w:rsidRDefault="0095198F">
            <w:pPr>
              <w:jc w:val="center"/>
            </w:pPr>
            <w:r>
              <w:t>43</w:t>
            </w:r>
          </w:p>
        </w:tc>
        <w:tc>
          <w:tcPr>
            <w:tcW w:w="0" w:type="auto"/>
          </w:tcPr>
          <w:p w14:paraId="1914A6AC" w14:textId="77777777" w:rsidR="007A5E59" w:rsidRDefault="0095198F">
            <w:r>
              <w:t>ТК-7 – Гагарина, 14</w:t>
            </w:r>
          </w:p>
        </w:tc>
        <w:tc>
          <w:tcPr>
            <w:tcW w:w="0" w:type="auto"/>
          </w:tcPr>
          <w:p w14:paraId="484ACE41" w14:textId="77777777" w:rsidR="007A5E59" w:rsidRDefault="0095198F">
            <w:pPr>
              <w:jc w:val="center"/>
            </w:pPr>
            <w:r>
              <w:t>80</w:t>
            </w:r>
          </w:p>
        </w:tc>
        <w:tc>
          <w:tcPr>
            <w:tcW w:w="0" w:type="auto"/>
          </w:tcPr>
          <w:p w14:paraId="78D76F2C" w14:textId="77777777" w:rsidR="007A5E59" w:rsidRDefault="0095198F">
            <w:pPr>
              <w:jc w:val="center"/>
            </w:pPr>
            <w:r>
              <w:t>1983</w:t>
            </w:r>
          </w:p>
        </w:tc>
        <w:tc>
          <w:tcPr>
            <w:tcW w:w="0" w:type="auto"/>
          </w:tcPr>
          <w:p w14:paraId="7BD0E9D6" w14:textId="77777777" w:rsidR="007A5E59" w:rsidRDefault="0095198F">
            <w:pPr>
              <w:jc w:val="center"/>
            </w:pPr>
            <w:r>
              <w:t>40</w:t>
            </w:r>
          </w:p>
        </w:tc>
        <w:tc>
          <w:tcPr>
            <w:tcW w:w="0" w:type="auto"/>
          </w:tcPr>
          <w:p w14:paraId="18A7A484" w14:textId="77777777" w:rsidR="007A5E59" w:rsidRDefault="0095198F">
            <w:r>
              <w:t>бесканал.</w:t>
            </w:r>
          </w:p>
        </w:tc>
      </w:tr>
      <w:tr w:rsidR="007A5E59" w14:paraId="3BCDDD47" w14:textId="77777777">
        <w:trPr>
          <w:jc w:val="center"/>
        </w:trPr>
        <w:tc>
          <w:tcPr>
            <w:tcW w:w="0" w:type="auto"/>
          </w:tcPr>
          <w:p w14:paraId="447AF9A6" w14:textId="77777777" w:rsidR="007A5E59" w:rsidRDefault="0095198F">
            <w:pPr>
              <w:jc w:val="center"/>
            </w:pPr>
            <w:r>
              <w:t>44</w:t>
            </w:r>
          </w:p>
        </w:tc>
        <w:tc>
          <w:tcPr>
            <w:tcW w:w="0" w:type="auto"/>
          </w:tcPr>
          <w:p w14:paraId="3CC83656" w14:textId="77777777" w:rsidR="007A5E59" w:rsidRDefault="0095198F">
            <w:r>
              <w:t>ТК-6 – ТК-7</w:t>
            </w:r>
          </w:p>
        </w:tc>
        <w:tc>
          <w:tcPr>
            <w:tcW w:w="0" w:type="auto"/>
          </w:tcPr>
          <w:p w14:paraId="67D963B2" w14:textId="77777777" w:rsidR="007A5E59" w:rsidRDefault="0095198F">
            <w:pPr>
              <w:jc w:val="center"/>
            </w:pPr>
            <w:r>
              <w:t>200</w:t>
            </w:r>
          </w:p>
        </w:tc>
        <w:tc>
          <w:tcPr>
            <w:tcW w:w="0" w:type="auto"/>
          </w:tcPr>
          <w:p w14:paraId="19D2976E" w14:textId="77777777" w:rsidR="007A5E59" w:rsidRDefault="0095198F">
            <w:pPr>
              <w:jc w:val="center"/>
            </w:pPr>
            <w:r>
              <w:t>1981</w:t>
            </w:r>
          </w:p>
        </w:tc>
        <w:tc>
          <w:tcPr>
            <w:tcW w:w="0" w:type="auto"/>
          </w:tcPr>
          <w:p w14:paraId="3F0822CA" w14:textId="77777777" w:rsidR="007A5E59" w:rsidRDefault="0095198F">
            <w:pPr>
              <w:jc w:val="center"/>
            </w:pPr>
            <w:r>
              <w:t>20</w:t>
            </w:r>
          </w:p>
        </w:tc>
        <w:tc>
          <w:tcPr>
            <w:tcW w:w="0" w:type="auto"/>
          </w:tcPr>
          <w:p w14:paraId="362B7254" w14:textId="77777777" w:rsidR="007A5E59" w:rsidRDefault="0095198F">
            <w:r>
              <w:t>бесканал.</w:t>
            </w:r>
          </w:p>
        </w:tc>
      </w:tr>
      <w:tr w:rsidR="007A5E59" w14:paraId="781883DE" w14:textId="77777777">
        <w:trPr>
          <w:jc w:val="center"/>
        </w:trPr>
        <w:tc>
          <w:tcPr>
            <w:tcW w:w="0" w:type="auto"/>
          </w:tcPr>
          <w:p w14:paraId="63AEC1AF" w14:textId="77777777" w:rsidR="007A5E59" w:rsidRDefault="0095198F">
            <w:pPr>
              <w:jc w:val="center"/>
            </w:pPr>
            <w:r>
              <w:t>45</w:t>
            </w:r>
          </w:p>
        </w:tc>
        <w:tc>
          <w:tcPr>
            <w:tcW w:w="0" w:type="auto"/>
          </w:tcPr>
          <w:p w14:paraId="42494F0F" w14:textId="77777777" w:rsidR="007A5E59" w:rsidRDefault="0095198F">
            <w:r>
              <w:t>ТК-5 – ТК-6</w:t>
            </w:r>
          </w:p>
        </w:tc>
        <w:tc>
          <w:tcPr>
            <w:tcW w:w="0" w:type="auto"/>
          </w:tcPr>
          <w:p w14:paraId="116ACF4A" w14:textId="77777777" w:rsidR="007A5E59" w:rsidRDefault="0095198F">
            <w:pPr>
              <w:jc w:val="center"/>
            </w:pPr>
            <w:r>
              <w:t>200</w:t>
            </w:r>
          </w:p>
        </w:tc>
        <w:tc>
          <w:tcPr>
            <w:tcW w:w="0" w:type="auto"/>
          </w:tcPr>
          <w:p w14:paraId="499EFF62" w14:textId="77777777" w:rsidR="007A5E59" w:rsidRDefault="0095198F">
            <w:pPr>
              <w:jc w:val="center"/>
            </w:pPr>
            <w:r>
              <w:t>2014</w:t>
            </w:r>
          </w:p>
        </w:tc>
        <w:tc>
          <w:tcPr>
            <w:tcW w:w="0" w:type="auto"/>
          </w:tcPr>
          <w:p w14:paraId="73B82099" w14:textId="77777777" w:rsidR="007A5E59" w:rsidRDefault="0095198F">
            <w:pPr>
              <w:jc w:val="center"/>
            </w:pPr>
            <w:r>
              <w:t>68</w:t>
            </w:r>
          </w:p>
        </w:tc>
        <w:tc>
          <w:tcPr>
            <w:tcW w:w="0" w:type="auto"/>
          </w:tcPr>
          <w:p w14:paraId="79C79127" w14:textId="77777777" w:rsidR="007A5E59" w:rsidRDefault="0095198F">
            <w:r>
              <w:t>бесканал.</w:t>
            </w:r>
          </w:p>
        </w:tc>
      </w:tr>
      <w:tr w:rsidR="007A5E59" w14:paraId="18759035" w14:textId="77777777">
        <w:trPr>
          <w:jc w:val="center"/>
        </w:trPr>
        <w:tc>
          <w:tcPr>
            <w:tcW w:w="0" w:type="auto"/>
          </w:tcPr>
          <w:p w14:paraId="5F87E1D8" w14:textId="77777777" w:rsidR="007A5E59" w:rsidRDefault="0095198F">
            <w:pPr>
              <w:jc w:val="center"/>
            </w:pPr>
            <w:r>
              <w:t>46</w:t>
            </w:r>
          </w:p>
        </w:tc>
        <w:tc>
          <w:tcPr>
            <w:tcW w:w="0" w:type="auto"/>
          </w:tcPr>
          <w:p w14:paraId="7AF00198" w14:textId="77777777" w:rsidR="007A5E59" w:rsidRDefault="0095198F">
            <w:r>
              <w:t>ТК-4 – ТК-5</w:t>
            </w:r>
          </w:p>
        </w:tc>
        <w:tc>
          <w:tcPr>
            <w:tcW w:w="0" w:type="auto"/>
          </w:tcPr>
          <w:p w14:paraId="647A1429" w14:textId="77777777" w:rsidR="007A5E59" w:rsidRDefault="0095198F">
            <w:pPr>
              <w:jc w:val="center"/>
            </w:pPr>
            <w:r>
              <w:t>200</w:t>
            </w:r>
          </w:p>
        </w:tc>
        <w:tc>
          <w:tcPr>
            <w:tcW w:w="0" w:type="auto"/>
          </w:tcPr>
          <w:p w14:paraId="3A64511F" w14:textId="77777777" w:rsidR="007A5E59" w:rsidRDefault="0095198F">
            <w:pPr>
              <w:jc w:val="center"/>
            </w:pPr>
            <w:r>
              <w:t>2014</w:t>
            </w:r>
          </w:p>
        </w:tc>
        <w:tc>
          <w:tcPr>
            <w:tcW w:w="0" w:type="auto"/>
          </w:tcPr>
          <w:p w14:paraId="3588DF24" w14:textId="77777777" w:rsidR="007A5E59" w:rsidRDefault="0095198F">
            <w:pPr>
              <w:jc w:val="center"/>
            </w:pPr>
            <w:r>
              <w:t>48</w:t>
            </w:r>
          </w:p>
        </w:tc>
        <w:tc>
          <w:tcPr>
            <w:tcW w:w="0" w:type="auto"/>
          </w:tcPr>
          <w:p w14:paraId="5EE5297D" w14:textId="77777777" w:rsidR="007A5E59" w:rsidRDefault="0095198F">
            <w:r>
              <w:t>бесканал.</w:t>
            </w:r>
          </w:p>
        </w:tc>
      </w:tr>
      <w:tr w:rsidR="007A5E59" w14:paraId="75CBDE10" w14:textId="77777777">
        <w:trPr>
          <w:jc w:val="center"/>
        </w:trPr>
        <w:tc>
          <w:tcPr>
            <w:tcW w:w="0" w:type="auto"/>
          </w:tcPr>
          <w:p w14:paraId="7129F507" w14:textId="77777777" w:rsidR="007A5E59" w:rsidRDefault="0095198F">
            <w:pPr>
              <w:jc w:val="center"/>
            </w:pPr>
            <w:r>
              <w:t>47</w:t>
            </w:r>
          </w:p>
        </w:tc>
        <w:tc>
          <w:tcPr>
            <w:tcW w:w="0" w:type="auto"/>
          </w:tcPr>
          <w:p w14:paraId="71A9FB16" w14:textId="77777777" w:rsidR="007A5E59" w:rsidRDefault="0095198F">
            <w:r>
              <w:t>ТК-26 – Дзержинского 11</w:t>
            </w:r>
          </w:p>
        </w:tc>
        <w:tc>
          <w:tcPr>
            <w:tcW w:w="0" w:type="auto"/>
          </w:tcPr>
          <w:p w14:paraId="21126A6A" w14:textId="77777777" w:rsidR="007A5E59" w:rsidRDefault="0095198F">
            <w:pPr>
              <w:jc w:val="center"/>
            </w:pPr>
            <w:r>
              <w:t>100</w:t>
            </w:r>
          </w:p>
        </w:tc>
        <w:tc>
          <w:tcPr>
            <w:tcW w:w="0" w:type="auto"/>
          </w:tcPr>
          <w:p w14:paraId="5A891BE1" w14:textId="77777777" w:rsidR="007A5E59" w:rsidRDefault="0095198F">
            <w:pPr>
              <w:jc w:val="center"/>
            </w:pPr>
            <w:r>
              <w:t>1974</w:t>
            </w:r>
          </w:p>
        </w:tc>
        <w:tc>
          <w:tcPr>
            <w:tcW w:w="0" w:type="auto"/>
          </w:tcPr>
          <w:p w14:paraId="58FF697E" w14:textId="77777777" w:rsidR="007A5E59" w:rsidRDefault="0095198F">
            <w:pPr>
              <w:jc w:val="center"/>
            </w:pPr>
            <w:r>
              <w:t>30</w:t>
            </w:r>
          </w:p>
        </w:tc>
        <w:tc>
          <w:tcPr>
            <w:tcW w:w="0" w:type="auto"/>
          </w:tcPr>
          <w:p w14:paraId="597EF00C" w14:textId="77777777" w:rsidR="007A5E59" w:rsidRDefault="0095198F">
            <w:r>
              <w:t>бесканал.</w:t>
            </w:r>
          </w:p>
        </w:tc>
      </w:tr>
      <w:tr w:rsidR="007A5E59" w14:paraId="4116AC6C" w14:textId="77777777">
        <w:trPr>
          <w:jc w:val="center"/>
        </w:trPr>
        <w:tc>
          <w:tcPr>
            <w:tcW w:w="0" w:type="auto"/>
          </w:tcPr>
          <w:p w14:paraId="2913069F" w14:textId="77777777" w:rsidR="007A5E59" w:rsidRDefault="0095198F">
            <w:pPr>
              <w:jc w:val="center"/>
            </w:pPr>
            <w:r>
              <w:t>48</w:t>
            </w:r>
          </w:p>
        </w:tc>
        <w:tc>
          <w:tcPr>
            <w:tcW w:w="0" w:type="auto"/>
          </w:tcPr>
          <w:p w14:paraId="59F1D083" w14:textId="77777777" w:rsidR="007A5E59" w:rsidRDefault="0095198F">
            <w:r>
              <w:t>ТК-26 – Дзержинского 11а</w:t>
            </w:r>
          </w:p>
        </w:tc>
        <w:tc>
          <w:tcPr>
            <w:tcW w:w="0" w:type="auto"/>
          </w:tcPr>
          <w:p w14:paraId="2CD907C2" w14:textId="77777777" w:rsidR="007A5E59" w:rsidRDefault="0095198F">
            <w:pPr>
              <w:jc w:val="center"/>
            </w:pPr>
            <w:r>
              <w:t>100</w:t>
            </w:r>
          </w:p>
        </w:tc>
        <w:tc>
          <w:tcPr>
            <w:tcW w:w="0" w:type="auto"/>
          </w:tcPr>
          <w:p w14:paraId="1D0B72F9" w14:textId="77777777" w:rsidR="007A5E59" w:rsidRDefault="0095198F">
            <w:pPr>
              <w:jc w:val="center"/>
            </w:pPr>
            <w:r>
              <w:t>2004</w:t>
            </w:r>
          </w:p>
        </w:tc>
        <w:tc>
          <w:tcPr>
            <w:tcW w:w="0" w:type="auto"/>
          </w:tcPr>
          <w:p w14:paraId="5B467799" w14:textId="77777777" w:rsidR="007A5E59" w:rsidRDefault="0095198F">
            <w:pPr>
              <w:jc w:val="center"/>
            </w:pPr>
            <w:r>
              <w:t>25</w:t>
            </w:r>
          </w:p>
        </w:tc>
        <w:tc>
          <w:tcPr>
            <w:tcW w:w="0" w:type="auto"/>
          </w:tcPr>
          <w:p w14:paraId="39670AD0" w14:textId="77777777" w:rsidR="007A5E59" w:rsidRDefault="0095198F">
            <w:r>
              <w:t>бесканал.</w:t>
            </w:r>
          </w:p>
        </w:tc>
      </w:tr>
      <w:tr w:rsidR="007A5E59" w14:paraId="77A1ADCB" w14:textId="77777777">
        <w:trPr>
          <w:jc w:val="center"/>
        </w:trPr>
        <w:tc>
          <w:tcPr>
            <w:tcW w:w="0" w:type="auto"/>
          </w:tcPr>
          <w:p w14:paraId="1DE1836D" w14:textId="77777777" w:rsidR="007A5E59" w:rsidRDefault="0095198F">
            <w:pPr>
              <w:jc w:val="center"/>
            </w:pPr>
            <w:r>
              <w:t>49</w:t>
            </w:r>
          </w:p>
        </w:tc>
        <w:tc>
          <w:tcPr>
            <w:tcW w:w="0" w:type="auto"/>
          </w:tcPr>
          <w:p w14:paraId="6F7BBE6B" w14:textId="77777777" w:rsidR="007A5E59" w:rsidRDefault="0095198F">
            <w:r>
              <w:t>ТК-25 – ТК-26</w:t>
            </w:r>
          </w:p>
        </w:tc>
        <w:tc>
          <w:tcPr>
            <w:tcW w:w="0" w:type="auto"/>
          </w:tcPr>
          <w:p w14:paraId="7944F632" w14:textId="77777777" w:rsidR="007A5E59" w:rsidRDefault="0095198F">
            <w:pPr>
              <w:jc w:val="center"/>
            </w:pPr>
            <w:r>
              <w:t>50</w:t>
            </w:r>
          </w:p>
        </w:tc>
        <w:tc>
          <w:tcPr>
            <w:tcW w:w="0" w:type="auto"/>
          </w:tcPr>
          <w:p w14:paraId="65A5C895" w14:textId="77777777" w:rsidR="007A5E59" w:rsidRDefault="0095198F">
            <w:pPr>
              <w:jc w:val="center"/>
            </w:pPr>
            <w:r>
              <w:t>2013</w:t>
            </w:r>
          </w:p>
        </w:tc>
        <w:tc>
          <w:tcPr>
            <w:tcW w:w="0" w:type="auto"/>
          </w:tcPr>
          <w:p w14:paraId="240CF60A" w14:textId="77777777" w:rsidR="007A5E59" w:rsidRDefault="0095198F">
            <w:pPr>
              <w:jc w:val="center"/>
            </w:pPr>
            <w:r>
              <w:t>48</w:t>
            </w:r>
          </w:p>
        </w:tc>
        <w:tc>
          <w:tcPr>
            <w:tcW w:w="0" w:type="auto"/>
          </w:tcPr>
          <w:p w14:paraId="2047A56B" w14:textId="77777777" w:rsidR="007A5E59" w:rsidRDefault="0095198F">
            <w:r>
              <w:t>бесканал.</w:t>
            </w:r>
          </w:p>
        </w:tc>
      </w:tr>
      <w:tr w:rsidR="007A5E59" w14:paraId="3E8FEA52" w14:textId="77777777">
        <w:trPr>
          <w:jc w:val="center"/>
        </w:trPr>
        <w:tc>
          <w:tcPr>
            <w:tcW w:w="0" w:type="auto"/>
          </w:tcPr>
          <w:p w14:paraId="1095403B" w14:textId="77777777" w:rsidR="007A5E59" w:rsidRDefault="0095198F">
            <w:pPr>
              <w:jc w:val="center"/>
            </w:pPr>
            <w:r>
              <w:t>50</w:t>
            </w:r>
          </w:p>
        </w:tc>
        <w:tc>
          <w:tcPr>
            <w:tcW w:w="0" w:type="auto"/>
          </w:tcPr>
          <w:p w14:paraId="48CDD819" w14:textId="77777777" w:rsidR="007A5E59" w:rsidRDefault="0095198F">
            <w:r>
              <w:t>ТК-25 – Советская, 14</w:t>
            </w:r>
          </w:p>
        </w:tc>
        <w:tc>
          <w:tcPr>
            <w:tcW w:w="0" w:type="auto"/>
          </w:tcPr>
          <w:p w14:paraId="1BE8078F" w14:textId="77777777" w:rsidR="007A5E59" w:rsidRDefault="0095198F">
            <w:pPr>
              <w:jc w:val="center"/>
            </w:pPr>
            <w:r>
              <w:t>100</w:t>
            </w:r>
          </w:p>
        </w:tc>
        <w:tc>
          <w:tcPr>
            <w:tcW w:w="0" w:type="auto"/>
          </w:tcPr>
          <w:p w14:paraId="2F76AF93" w14:textId="77777777" w:rsidR="007A5E59" w:rsidRDefault="0095198F">
            <w:pPr>
              <w:jc w:val="center"/>
            </w:pPr>
            <w:r>
              <w:t>1974</w:t>
            </w:r>
          </w:p>
        </w:tc>
        <w:tc>
          <w:tcPr>
            <w:tcW w:w="0" w:type="auto"/>
          </w:tcPr>
          <w:p w14:paraId="773A5DD6" w14:textId="77777777" w:rsidR="007A5E59" w:rsidRDefault="0095198F">
            <w:pPr>
              <w:jc w:val="center"/>
            </w:pPr>
            <w:r>
              <w:t>30</w:t>
            </w:r>
          </w:p>
        </w:tc>
        <w:tc>
          <w:tcPr>
            <w:tcW w:w="0" w:type="auto"/>
          </w:tcPr>
          <w:p w14:paraId="152EC6DE" w14:textId="77777777" w:rsidR="007A5E59" w:rsidRDefault="0095198F">
            <w:r>
              <w:t>бесканал.</w:t>
            </w:r>
          </w:p>
        </w:tc>
      </w:tr>
      <w:tr w:rsidR="007A5E59" w14:paraId="7F2FC1B9" w14:textId="77777777">
        <w:trPr>
          <w:jc w:val="center"/>
        </w:trPr>
        <w:tc>
          <w:tcPr>
            <w:tcW w:w="0" w:type="auto"/>
          </w:tcPr>
          <w:p w14:paraId="321D240E" w14:textId="77777777" w:rsidR="007A5E59" w:rsidRDefault="0095198F">
            <w:pPr>
              <w:jc w:val="center"/>
            </w:pPr>
            <w:r>
              <w:t>51</w:t>
            </w:r>
          </w:p>
        </w:tc>
        <w:tc>
          <w:tcPr>
            <w:tcW w:w="0" w:type="auto"/>
          </w:tcPr>
          <w:p w14:paraId="22FD05E1" w14:textId="77777777" w:rsidR="007A5E59" w:rsidRDefault="0095198F">
            <w:r>
              <w:t>ТК-25/1 – Кинотеатр "Мустаг"</w:t>
            </w:r>
          </w:p>
        </w:tc>
        <w:tc>
          <w:tcPr>
            <w:tcW w:w="0" w:type="auto"/>
          </w:tcPr>
          <w:p w14:paraId="5FD74594" w14:textId="77777777" w:rsidR="007A5E59" w:rsidRDefault="0095198F">
            <w:pPr>
              <w:jc w:val="center"/>
            </w:pPr>
            <w:r>
              <w:t>65</w:t>
            </w:r>
          </w:p>
        </w:tc>
        <w:tc>
          <w:tcPr>
            <w:tcW w:w="0" w:type="auto"/>
          </w:tcPr>
          <w:p w14:paraId="60952B7C" w14:textId="77777777" w:rsidR="007A5E59" w:rsidRDefault="0095198F">
            <w:pPr>
              <w:jc w:val="center"/>
            </w:pPr>
            <w:r>
              <w:t>1974</w:t>
            </w:r>
          </w:p>
        </w:tc>
        <w:tc>
          <w:tcPr>
            <w:tcW w:w="0" w:type="auto"/>
          </w:tcPr>
          <w:p w14:paraId="55B22364" w14:textId="77777777" w:rsidR="007A5E59" w:rsidRDefault="0095198F">
            <w:pPr>
              <w:jc w:val="center"/>
            </w:pPr>
            <w:r>
              <w:t>85</w:t>
            </w:r>
          </w:p>
        </w:tc>
        <w:tc>
          <w:tcPr>
            <w:tcW w:w="0" w:type="auto"/>
          </w:tcPr>
          <w:p w14:paraId="2E048A06" w14:textId="77777777" w:rsidR="007A5E59" w:rsidRDefault="0095198F">
            <w:r>
              <w:t>бесканал.</w:t>
            </w:r>
          </w:p>
        </w:tc>
      </w:tr>
      <w:tr w:rsidR="007A5E59" w14:paraId="481F63DD" w14:textId="77777777">
        <w:trPr>
          <w:jc w:val="center"/>
        </w:trPr>
        <w:tc>
          <w:tcPr>
            <w:tcW w:w="0" w:type="auto"/>
          </w:tcPr>
          <w:p w14:paraId="6627C33A" w14:textId="77777777" w:rsidR="007A5E59" w:rsidRDefault="0095198F">
            <w:pPr>
              <w:jc w:val="center"/>
            </w:pPr>
            <w:r>
              <w:t>52</w:t>
            </w:r>
          </w:p>
        </w:tc>
        <w:tc>
          <w:tcPr>
            <w:tcW w:w="0" w:type="auto"/>
          </w:tcPr>
          <w:p w14:paraId="1E796D00" w14:textId="77777777" w:rsidR="007A5E59" w:rsidRDefault="0095198F">
            <w:r>
              <w:t>ТК-25/1 – Советская, 16</w:t>
            </w:r>
          </w:p>
        </w:tc>
        <w:tc>
          <w:tcPr>
            <w:tcW w:w="0" w:type="auto"/>
          </w:tcPr>
          <w:p w14:paraId="3357662D" w14:textId="77777777" w:rsidR="007A5E59" w:rsidRDefault="0095198F">
            <w:pPr>
              <w:jc w:val="center"/>
            </w:pPr>
            <w:r>
              <w:t>80</w:t>
            </w:r>
          </w:p>
        </w:tc>
        <w:tc>
          <w:tcPr>
            <w:tcW w:w="0" w:type="auto"/>
          </w:tcPr>
          <w:p w14:paraId="3AF7A9A2" w14:textId="77777777" w:rsidR="007A5E59" w:rsidRDefault="0095198F">
            <w:pPr>
              <w:jc w:val="center"/>
            </w:pPr>
            <w:r>
              <w:t>1974</w:t>
            </w:r>
          </w:p>
        </w:tc>
        <w:tc>
          <w:tcPr>
            <w:tcW w:w="0" w:type="auto"/>
          </w:tcPr>
          <w:p w14:paraId="4A338B29" w14:textId="77777777" w:rsidR="007A5E59" w:rsidRDefault="0095198F">
            <w:pPr>
              <w:jc w:val="center"/>
            </w:pPr>
            <w:r>
              <w:t>25</w:t>
            </w:r>
          </w:p>
        </w:tc>
        <w:tc>
          <w:tcPr>
            <w:tcW w:w="0" w:type="auto"/>
          </w:tcPr>
          <w:p w14:paraId="366E7F88" w14:textId="77777777" w:rsidR="007A5E59" w:rsidRDefault="0095198F">
            <w:r>
              <w:t>бесканал.</w:t>
            </w:r>
          </w:p>
        </w:tc>
      </w:tr>
      <w:tr w:rsidR="007A5E59" w14:paraId="29FC5316" w14:textId="77777777">
        <w:trPr>
          <w:jc w:val="center"/>
        </w:trPr>
        <w:tc>
          <w:tcPr>
            <w:tcW w:w="0" w:type="auto"/>
          </w:tcPr>
          <w:p w14:paraId="7746FEDB" w14:textId="77777777" w:rsidR="007A5E59" w:rsidRDefault="0095198F">
            <w:pPr>
              <w:jc w:val="center"/>
            </w:pPr>
            <w:r>
              <w:t>53</w:t>
            </w:r>
          </w:p>
        </w:tc>
        <w:tc>
          <w:tcPr>
            <w:tcW w:w="0" w:type="auto"/>
          </w:tcPr>
          <w:p w14:paraId="79AC1523" w14:textId="77777777" w:rsidR="007A5E59" w:rsidRDefault="0095198F">
            <w:r>
              <w:t>ТК-25 – ТК-25/1</w:t>
            </w:r>
          </w:p>
        </w:tc>
        <w:tc>
          <w:tcPr>
            <w:tcW w:w="0" w:type="auto"/>
          </w:tcPr>
          <w:p w14:paraId="59B3CA09" w14:textId="77777777" w:rsidR="007A5E59" w:rsidRDefault="0095198F">
            <w:pPr>
              <w:jc w:val="center"/>
            </w:pPr>
            <w:r>
              <w:t>65</w:t>
            </w:r>
          </w:p>
        </w:tc>
        <w:tc>
          <w:tcPr>
            <w:tcW w:w="0" w:type="auto"/>
          </w:tcPr>
          <w:p w14:paraId="615AB1E1" w14:textId="77777777" w:rsidR="007A5E59" w:rsidRDefault="0095198F">
            <w:pPr>
              <w:jc w:val="center"/>
            </w:pPr>
            <w:r>
              <w:t>1974</w:t>
            </w:r>
          </w:p>
        </w:tc>
        <w:tc>
          <w:tcPr>
            <w:tcW w:w="0" w:type="auto"/>
          </w:tcPr>
          <w:p w14:paraId="6F66F32E" w14:textId="77777777" w:rsidR="007A5E59" w:rsidRDefault="0095198F">
            <w:pPr>
              <w:jc w:val="center"/>
            </w:pPr>
            <w:r>
              <w:t>15</w:t>
            </w:r>
          </w:p>
        </w:tc>
        <w:tc>
          <w:tcPr>
            <w:tcW w:w="0" w:type="auto"/>
          </w:tcPr>
          <w:p w14:paraId="5B8C21DF" w14:textId="77777777" w:rsidR="007A5E59" w:rsidRDefault="0095198F">
            <w:r>
              <w:t>бесканал.</w:t>
            </w:r>
          </w:p>
        </w:tc>
      </w:tr>
      <w:tr w:rsidR="007A5E59" w14:paraId="0A4324C2" w14:textId="77777777">
        <w:trPr>
          <w:jc w:val="center"/>
        </w:trPr>
        <w:tc>
          <w:tcPr>
            <w:tcW w:w="0" w:type="auto"/>
          </w:tcPr>
          <w:p w14:paraId="500C3C1F" w14:textId="77777777" w:rsidR="007A5E59" w:rsidRDefault="0095198F">
            <w:pPr>
              <w:jc w:val="center"/>
            </w:pPr>
            <w:r>
              <w:t>54</w:t>
            </w:r>
          </w:p>
        </w:tc>
        <w:tc>
          <w:tcPr>
            <w:tcW w:w="0" w:type="auto"/>
          </w:tcPr>
          <w:p w14:paraId="006B55E5" w14:textId="77777777" w:rsidR="007A5E59" w:rsidRDefault="0095198F">
            <w:r>
              <w:t>ТК-24 – ТК-25</w:t>
            </w:r>
          </w:p>
        </w:tc>
        <w:tc>
          <w:tcPr>
            <w:tcW w:w="0" w:type="auto"/>
          </w:tcPr>
          <w:p w14:paraId="30CAE37F" w14:textId="77777777" w:rsidR="007A5E59" w:rsidRDefault="0095198F">
            <w:pPr>
              <w:jc w:val="center"/>
            </w:pPr>
            <w:r>
              <w:t>150</w:t>
            </w:r>
          </w:p>
        </w:tc>
        <w:tc>
          <w:tcPr>
            <w:tcW w:w="0" w:type="auto"/>
          </w:tcPr>
          <w:p w14:paraId="7286468B" w14:textId="77777777" w:rsidR="007A5E59" w:rsidRDefault="0095198F">
            <w:pPr>
              <w:jc w:val="center"/>
            </w:pPr>
            <w:r>
              <w:t>1974</w:t>
            </w:r>
          </w:p>
        </w:tc>
        <w:tc>
          <w:tcPr>
            <w:tcW w:w="0" w:type="auto"/>
          </w:tcPr>
          <w:p w14:paraId="244D2BCF" w14:textId="77777777" w:rsidR="007A5E59" w:rsidRDefault="0095198F">
            <w:pPr>
              <w:jc w:val="center"/>
            </w:pPr>
            <w:r>
              <w:t>45</w:t>
            </w:r>
          </w:p>
        </w:tc>
        <w:tc>
          <w:tcPr>
            <w:tcW w:w="0" w:type="auto"/>
          </w:tcPr>
          <w:p w14:paraId="3F96763F" w14:textId="77777777" w:rsidR="007A5E59" w:rsidRDefault="0095198F">
            <w:r>
              <w:t>бесканал.</w:t>
            </w:r>
          </w:p>
        </w:tc>
      </w:tr>
      <w:tr w:rsidR="007A5E59" w14:paraId="07C51DBE" w14:textId="77777777">
        <w:trPr>
          <w:jc w:val="center"/>
        </w:trPr>
        <w:tc>
          <w:tcPr>
            <w:tcW w:w="0" w:type="auto"/>
          </w:tcPr>
          <w:p w14:paraId="4CE5E019" w14:textId="77777777" w:rsidR="007A5E59" w:rsidRDefault="0095198F">
            <w:pPr>
              <w:jc w:val="center"/>
            </w:pPr>
            <w:r>
              <w:t>55</w:t>
            </w:r>
          </w:p>
        </w:tc>
        <w:tc>
          <w:tcPr>
            <w:tcW w:w="0" w:type="auto"/>
          </w:tcPr>
          <w:p w14:paraId="29D2ECB6" w14:textId="77777777" w:rsidR="007A5E59" w:rsidRDefault="0095198F">
            <w:r>
              <w:t>ТК-24 – Советская, 15</w:t>
            </w:r>
          </w:p>
        </w:tc>
        <w:tc>
          <w:tcPr>
            <w:tcW w:w="0" w:type="auto"/>
          </w:tcPr>
          <w:p w14:paraId="1BCFBC7D" w14:textId="77777777" w:rsidR="007A5E59" w:rsidRDefault="0095198F">
            <w:pPr>
              <w:jc w:val="center"/>
            </w:pPr>
            <w:r>
              <w:t>50</w:t>
            </w:r>
          </w:p>
        </w:tc>
        <w:tc>
          <w:tcPr>
            <w:tcW w:w="0" w:type="auto"/>
          </w:tcPr>
          <w:p w14:paraId="0B7ECDFF" w14:textId="77777777" w:rsidR="007A5E59" w:rsidRDefault="0095198F">
            <w:pPr>
              <w:jc w:val="center"/>
            </w:pPr>
            <w:r>
              <w:t>1974</w:t>
            </w:r>
          </w:p>
        </w:tc>
        <w:tc>
          <w:tcPr>
            <w:tcW w:w="0" w:type="auto"/>
          </w:tcPr>
          <w:p w14:paraId="1AB16729" w14:textId="77777777" w:rsidR="007A5E59" w:rsidRDefault="0095198F">
            <w:pPr>
              <w:jc w:val="center"/>
            </w:pPr>
            <w:r>
              <w:t>23</w:t>
            </w:r>
          </w:p>
        </w:tc>
        <w:tc>
          <w:tcPr>
            <w:tcW w:w="0" w:type="auto"/>
          </w:tcPr>
          <w:p w14:paraId="22CF5A3A" w14:textId="77777777" w:rsidR="007A5E59" w:rsidRDefault="0095198F">
            <w:r>
              <w:t>бесканал.</w:t>
            </w:r>
          </w:p>
        </w:tc>
      </w:tr>
      <w:tr w:rsidR="007A5E59" w14:paraId="26F6D340" w14:textId="77777777">
        <w:trPr>
          <w:jc w:val="center"/>
        </w:trPr>
        <w:tc>
          <w:tcPr>
            <w:tcW w:w="0" w:type="auto"/>
          </w:tcPr>
          <w:p w14:paraId="3012BE1E" w14:textId="77777777" w:rsidR="007A5E59" w:rsidRDefault="0095198F">
            <w:pPr>
              <w:jc w:val="center"/>
            </w:pPr>
            <w:r>
              <w:t>56</w:t>
            </w:r>
          </w:p>
        </w:tc>
        <w:tc>
          <w:tcPr>
            <w:tcW w:w="0" w:type="auto"/>
          </w:tcPr>
          <w:p w14:paraId="5A14524C" w14:textId="77777777" w:rsidR="007A5E59" w:rsidRDefault="0095198F">
            <w:r>
              <w:t>ТК-24 – Совесткая, 13</w:t>
            </w:r>
          </w:p>
        </w:tc>
        <w:tc>
          <w:tcPr>
            <w:tcW w:w="0" w:type="auto"/>
          </w:tcPr>
          <w:p w14:paraId="58A61FCD" w14:textId="77777777" w:rsidR="007A5E59" w:rsidRDefault="0095198F">
            <w:pPr>
              <w:jc w:val="center"/>
            </w:pPr>
            <w:r>
              <w:t>50</w:t>
            </w:r>
          </w:p>
        </w:tc>
        <w:tc>
          <w:tcPr>
            <w:tcW w:w="0" w:type="auto"/>
          </w:tcPr>
          <w:p w14:paraId="781ECE6A" w14:textId="77777777" w:rsidR="007A5E59" w:rsidRDefault="0095198F">
            <w:pPr>
              <w:jc w:val="center"/>
            </w:pPr>
            <w:r>
              <w:t>1974</w:t>
            </w:r>
          </w:p>
        </w:tc>
        <w:tc>
          <w:tcPr>
            <w:tcW w:w="0" w:type="auto"/>
          </w:tcPr>
          <w:p w14:paraId="50E1BBA2" w14:textId="77777777" w:rsidR="007A5E59" w:rsidRDefault="0095198F">
            <w:pPr>
              <w:jc w:val="center"/>
            </w:pPr>
            <w:r>
              <w:t>20</w:t>
            </w:r>
          </w:p>
        </w:tc>
        <w:tc>
          <w:tcPr>
            <w:tcW w:w="0" w:type="auto"/>
          </w:tcPr>
          <w:p w14:paraId="7EE80AE4" w14:textId="77777777" w:rsidR="007A5E59" w:rsidRDefault="0095198F">
            <w:r>
              <w:t>бесканал.</w:t>
            </w:r>
          </w:p>
        </w:tc>
      </w:tr>
      <w:tr w:rsidR="007A5E59" w14:paraId="4DB307FD" w14:textId="77777777">
        <w:trPr>
          <w:jc w:val="center"/>
        </w:trPr>
        <w:tc>
          <w:tcPr>
            <w:tcW w:w="0" w:type="auto"/>
          </w:tcPr>
          <w:p w14:paraId="661312FE" w14:textId="77777777" w:rsidR="007A5E59" w:rsidRDefault="0095198F">
            <w:pPr>
              <w:jc w:val="center"/>
            </w:pPr>
            <w:r>
              <w:t>57</w:t>
            </w:r>
          </w:p>
        </w:tc>
        <w:tc>
          <w:tcPr>
            <w:tcW w:w="0" w:type="auto"/>
          </w:tcPr>
          <w:p w14:paraId="04CC84D3" w14:textId="77777777" w:rsidR="007A5E59" w:rsidRDefault="0095198F">
            <w:r>
              <w:t>ТК-4/2 – ТК-24</w:t>
            </w:r>
          </w:p>
        </w:tc>
        <w:tc>
          <w:tcPr>
            <w:tcW w:w="0" w:type="auto"/>
          </w:tcPr>
          <w:p w14:paraId="3510515E" w14:textId="77777777" w:rsidR="007A5E59" w:rsidRDefault="0095198F">
            <w:pPr>
              <w:jc w:val="center"/>
            </w:pPr>
            <w:r>
              <w:t>200</w:t>
            </w:r>
          </w:p>
        </w:tc>
        <w:tc>
          <w:tcPr>
            <w:tcW w:w="0" w:type="auto"/>
          </w:tcPr>
          <w:p w14:paraId="4E0E5E43" w14:textId="77777777" w:rsidR="007A5E59" w:rsidRDefault="0095198F">
            <w:pPr>
              <w:jc w:val="center"/>
            </w:pPr>
            <w:r>
              <w:t>1974</w:t>
            </w:r>
          </w:p>
        </w:tc>
        <w:tc>
          <w:tcPr>
            <w:tcW w:w="0" w:type="auto"/>
          </w:tcPr>
          <w:p w14:paraId="18430563" w14:textId="77777777" w:rsidR="007A5E59" w:rsidRDefault="0095198F">
            <w:pPr>
              <w:jc w:val="center"/>
            </w:pPr>
            <w:r>
              <w:t>45</w:t>
            </w:r>
          </w:p>
        </w:tc>
        <w:tc>
          <w:tcPr>
            <w:tcW w:w="0" w:type="auto"/>
          </w:tcPr>
          <w:p w14:paraId="5E3260A8" w14:textId="77777777" w:rsidR="007A5E59" w:rsidRDefault="0095198F">
            <w:r>
              <w:t>бесканал.</w:t>
            </w:r>
          </w:p>
        </w:tc>
      </w:tr>
      <w:tr w:rsidR="007A5E59" w14:paraId="35051F1E" w14:textId="77777777">
        <w:trPr>
          <w:jc w:val="center"/>
        </w:trPr>
        <w:tc>
          <w:tcPr>
            <w:tcW w:w="0" w:type="auto"/>
          </w:tcPr>
          <w:p w14:paraId="68465185" w14:textId="77777777" w:rsidR="007A5E59" w:rsidRDefault="0095198F">
            <w:pPr>
              <w:jc w:val="center"/>
            </w:pPr>
            <w:r>
              <w:t>58</w:t>
            </w:r>
          </w:p>
        </w:tc>
        <w:tc>
          <w:tcPr>
            <w:tcW w:w="0" w:type="auto"/>
          </w:tcPr>
          <w:p w14:paraId="6CB248A2" w14:textId="77777777" w:rsidR="007A5E59" w:rsidRDefault="0095198F">
            <w:r>
              <w:t>ТК-4/2 – Гагарина, 10</w:t>
            </w:r>
          </w:p>
        </w:tc>
        <w:tc>
          <w:tcPr>
            <w:tcW w:w="0" w:type="auto"/>
          </w:tcPr>
          <w:p w14:paraId="0E996F95" w14:textId="77777777" w:rsidR="007A5E59" w:rsidRDefault="0095198F">
            <w:pPr>
              <w:jc w:val="center"/>
            </w:pPr>
            <w:r>
              <w:t>100</w:t>
            </w:r>
          </w:p>
        </w:tc>
        <w:tc>
          <w:tcPr>
            <w:tcW w:w="0" w:type="auto"/>
          </w:tcPr>
          <w:p w14:paraId="2F5A5D01" w14:textId="77777777" w:rsidR="007A5E59" w:rsidRDefault="0095198F">
            <w:pPr>
              <w:jc w:val="center"/>
            </w:pPr>
            <w:r>
              <w:t>1974</w:t>
            </w:r>
          </w:p>
        </w:tc>
        <w:tc>
          <w:tcPr>
            <w:tcW w:w="0" w:type="auto"/>
          </w:tcPr>
          <w:p w14:paraId="38AEB9D8" w14:textId="77777777" w:rsidR="007A5E59" w:rsidRDefault="0095198F">
            <w:pPr>
              <w:jc w:val="center"/>
            </w:pPr>
            <w:r>
              <w:t>30</w:t>
            </w:r>
          </w:p>
        </w:tc>
        <w:tc>
          <w:tcPr>
            <w:tcW w:w="0" w:type="auto"/>
          </w:tcPr>
          <w:p w14:paraId="221C5C14" w14:textId="77777777" w:rsidR="007A5E59" w:rsidRDefault="0095198F">
            <w:r>
              <w:t>бесканал.</w:t>
            </w:r>
          </w:p>
        </w:tc>
      </w:tr>
      <w:tr w:rsidR="007A5E59" w14:paraId="0C26B59C" w14:textId="77777777">
        <w:trPr>
          <w:jc w:val="center"/>
        </w:trPr>
        <w:tc>
          <w:tcPr>
            <w:tcW w:w="0" w:type="auto"/>
          </w:tcPr>
          <w:p w14:paraId="2087900D" w14:textId="77777777" w:rsidR="007A5E59" w:rsidRDefault="0095198F">
            <w:pPr>
              <w:jc w:val="center"/>
            </w:pPr>
            <w:r>
              <w:t>59</w:t>
            </w:r>
          </w:p>
        </w:tc>
        <w:tc>
          <w:tcPr>
            <w:tcW w:w="0" w:type="auto"/>
          </w:tcPr>
          <w:p w14:paraId="0BAE0783" w14:textId="77777777" w:rsidR="007A5E59" w:rsidRDefault="0095198F">
            <w:r>
              <w:t>Гагарина, 10 – Гагарина, 8а</w:t>
            </w:r>
          </w:p>
        </w:tc>
        <w:tc>
          <w:tcPr>
            <w:tcW w:w="0" w:type="auto"/>
          </w:tcPr>
          <w:p w14:paraId="2E62D654" w14:textId="77777777" w:rsidR="007A5E59" w:rsidRDefault="0095198F">
            <w:pPr>
              <w:jc w:val="center"/>
            </w:pPr>
            <w:r>
              <w:t>25</w:t>
            </w:r>
          </w:p>
        </w:tc>
        <w:tc>
          <w:tcPr>
            <w:tcW w:w="0" w:type="auto"/>
          </w:tcPr>
          <w:p w14:paraId="20C50EAA" w14:textId="77777777" w:rsidR="007A5E59" w:rsidRDefault="0095198F">
            <w:pPr>
              <w:jc w:val="center"/>
            </w:pPr>
            <w:r>
              <w:t>2004</w:t>
            </w:r>
          </w:p>
        </w:tc>
        <w:tc>
          <w:tcPr>
            <w:tcW w:w="0" w:type="auto"/>
          </w:tcPr>
          <w:p w14:paraId="42D0416F" w14:textId="77777777" w:rsidR="007A5E59" w:rsidRDefault="0095198F">
            <w:pPr>
              <w:jc w:val="center"/>
            </w:pPr>
            <w:r>
              <w:t>25</w:t>
            </w:r>
          </w:p>
        </w:tc>
        <w:tc>
          <w:tcPr>
            <w:tcW w:w="0" w:type="auto"/>
          </w:tcPr>
          <w:p w14:paraId="4A6B2992" w14:textId="77777777" w:rsidR="007A5E59" w:rsidRDefault="0095198F">
            <w:r>
              <w:t>бесканал.</w:t>
            </w:r>
          </w:p>
        </w:tc>
      </w:tr>
      <w:tr w:rsidR="007A5E59" w14:paraId="4C4C3DF8" w14:textId="77777777">
        <w:trPr>
          <w:jc w:val="center"/>
        </w:trPr>
        <w:tc>
          <w:tcPr>
            <w:tcW w:w="0" w:type="auto"/>
          </w:tcPr>
          <w:p w14:paraId="4411E6E8" w14:textId="77777777" w:rsidR="007A5E59" w:rsidRDefault="0095198F">
            <w:pPr>
              <w:jc w:val="center"/>
            </w:pPr>
            <w:r>
              <w:t>60</w:t>
            </w:r>
          </w:p>
        </w:tc>
        <w:tc>
          <w:tcPr>
            <w:tcW w:w="0" w:type="auto"/>
          </w:tcPr>
          <w:p w14:paraId="7DD425D3" w14:textId="77777777" w:rsidR="007A5E59" w:rsidRDefault="0095198F">
            <w:r>
              <w:t>ТК-4/1 – ТК-4/2</w:t>
            </w:r>
          </w:p>
        </w:tc>
        <w:tc>
          <w:tcPr>
            <w:tcW w:w="0" w:type="auto"/>
          </w:tcPr>
          <w:p w14:paraId="4EBBFDCC" w14:textId="77777777" w:rsidR="007A5E59" w:rsidRDefault="0095198F">
            <w:pPr>
              <w:jc w:val="center"/>
            </w:pPr>
            <w:r>
              <w:t>150</w:t>
            </w:r>
          </w:p>
        </w:tc>
        <w:tc>
          <w:tcPr>
            <w:tcW w:w="0" w:type="auto"/>
          </w:tcPr>
          <w:p w14:paraId="1D04558D" w14:textId="77777777" w:rsidR="007A5E59" w:rsidRDefault="0095198F">
            <w:pPr>
              <w:jc w:val="center"/>
            </w:pPr>
            <w:r>
              <w:t>2004</w:t>
            </w:r>
          </w:p>
        </w:tc>
        <w:tc>
          <w:tcPr>
            <w:tcW w:w="0" w:type="auto"/>
          </w:tcPr>
          <w:p w14:paraId="4A52BEEA" w14:textId="77777777" w:rsidR="007A5E59" w:rsidRDefault="0095198F">
            <w:pPr>
              <w:jc w:val="center"/>
            </w:pPr>
            <w:r>
              <w:t>142</w:t>
            </w:r>
          </w:p>
        </w:tc>
        <w:tc>
          <w:tcPr>
            <w:tcW w:w="0" w:type="auto"/>
          </w:tcPr>
          <w:p w14:paraId="6372F5CA" w14:textId="77777777" w:rsidR="007A5E59" w:rsidRDefault="0095198F">
            <w:r>
              <w:t>бесканал.</w:t>
            </w:r>
          </w:p>
        </w:tc>
      </w:tr>
      <w:tr w:rsidR="007A5E59" w14:paraId="3EEF938E" w14:textId="77777777">
        <w:trPr>
          <w:jc w:val="center"/>
        </w:trPr>
        <w:tc>
          <w:tcPr>
            <w:tcW w:w="0" w:type="auto"/>
          </w:tcPr>
          <w:p w14:paraId="23F2290A" w14:textId="77777777" w:rsidR="007A5E59" w:rsidRDefault="0095198F">
            <w:pPr>
              <w:jc w:val="center"/>
            </w:pPr>
            <w:r>
              <w:t>61</w:t>
            </w:r>
          </w:p>
        </w:tc>
        <w:tc>
          <w:tcPr>
            <w:tcW w:w="0" w:type="auto"/>
          </w:tcPr>
          <w:p w14:paraId="1C1D2539" w14:textId="77777777" w:rsidR="007A5E59" w:rsidRDefault="0095198F">
            <w:r>
              <w:t>ТК-4/1 – Гагарина, 8</w:t>
            </w:r>
          </w:p>
        </w:tc>
        <w:tc>
          <w:tcPr>
            <w:tcW w:w="0" w:type="auto"/>
          </w:tcPr>
          <w:p w14:paraId="2529C537" w14:textId="77777777" w:rsidR="007A5E59" w:rsidRDefault="0095198F">
            <w:pPr>
              <w:jc w:val="center"/>
            </w:pPr>
            <w:r>
              <w:t>100</w:t>
            </w:r>
          </w:p>
        </w:tc>
        <w:tc>
          <w:tcPr>
            <w:tcW w:w="0" w:type="auto"/>
          </w:tcPr>
          <w:p w14:paraId="4E7F89B9" w14:textId="77777777" w:rsidR="007A5E59" w:rsidRDefault="0095198F">
            <w:pPr>
              <w:jc w:val="center"/>
            </w:pPr>
            <w:r>
              <w:t>1974</w:t>
            </w:r>
          </w:p>
        </w:tc>
        <w:tc>
          <w:tcPr>
            <w:tcW w:w="0" w:type="auto"/>
          </w:tcPr>
          <w:p w14:paraId="0DD367A2" w14:textId="77777777" w:rsidR="007A5E59" w:rsidRDefault="0095198F">
            <w:pPr>
              <w:jc w:val="center"/>
            </w:pPr>
            <w:r>
              <w:t>25</w:t>
            </w:r>
          </w:p>
        </w:tc>
        <w:tc>
          <w:tcPr>
            <w:tcW w:w="0" w:type="auto"/>
          </w:tcPr>
          <w:p w14:paraId="023B7B23" w14:textId="77777777" w:rsidR="007A5E59" w:rsidRDefault="0095198F">
            <w:r>
              <w:t>бесканал.</w:t>
            </w:r>
          </w:p>
        </w:tc>
      </w:tr>
      <w:tr w:rsidR="007A5E59" w14:paraId="60A021E6" w14:textId="77777777">
        <w:trPr>
          <w:jc w:val="center"/>
        </w:trPr>
        <w:tc>
          <w:tcPr>
            <w:tcW w:w="0" w:type="auto"/>
          </w:tcPr>
          <w:p w14:paraId="07FC7E04" w14:textId="77777777" w:rsidR="007A5E59" w:rsidRDefault="0095198F">
            <w:pPr>
              <w:jc w:val="center"/>
            </w:pPr>
            <w:r>
              <w:t>62</w:t>
            </w:r>
          </w:p>
        </w:tc>
        <w:tc>
          <w:tcPr>
            <w:tcW w:w="0" w:type="auto"/>
          </w:tcPr>
          <w:p w14:paraId="7C7B183F" w14:textId="77777777" w:rsidR="007A5E59" w:rsidRDefault="0095198F">
            <w:r>
              <w:t>ТК-4 – ТК-4/1</w:t>
            </w:r>
          </w:p>
        </w:tc>
        <w:tc>
          <w:tcPr>
            <w:tcW w:w="0" w:type="auto"/>
          </w:tcPr>
          <w:p w14:paraId="195E1CF4" w14:textId="77777777" w:rsidR="007A5E59" w:rsidRDefault="0095198F">
            <w:pPr>
              <w:jc w:val="center"/>
            </w:pPr>
            <w:r>
              <w:t>200</w:t>
            </w:r>
          </w:p>
        </w:tc>
        <w:tc>
          <w:tcPr>
            <w:tcW w:w="0" w:type="auto"/>
          </w:tcPr>
          <w:p w14:paraId="4A897E0D" w14:textId="77777777" w:rsidR="007A5E59" w:rsidRDefault="0095198F">
            <w:pPr>
              <w:jc w:val="center"/>
            </w:pPr>
            <w:r>
              <w:t>1974</w:t>
            </w:r>
          </w:p>
        </w:tc>
        <w:tc>
          <w:tcPr>
            <w:tcW w:w="0" w:type="auto"/>
          </w:tcPr>
          <w:p w14:paraId="17B5A885" w14:textId="77777777" w:rsidR="007A5E59" w:rsidRDefault="0095198F">
            <w:pPr>
              <w:jc w:val="center"/>
            </w:pPr>
            <w:r>
              <w:t>15</w:t>
            </w:r>
          </w:p>
        </w:tc>
        <w:tc>
          <w:tcPr>
            <w:tcW w:w="0" w:type="auto"/>
          </w:tcPr>
          <w:p w14:paraId="2F0EAA18" w14:textId="77777777" w:rsidR="007A5E59" w:rsidRDefault="0095198F">
            <w:r>
              <w:t>бесканал.</w:t>
            </w:r>
          </w:p>
        </w:tc>
      </w:tr>
      <w:tr w:rsidR="007A5E59" w14:paraId="638D6C48" w14:textId="77777777">
        <w:trPr>
          <w:jc w:val="center"/>
        </w:trPr>
        <w:tc>
          <w:tcPr>
            <w:tcW w:w="0" w:type="auto"/>
          </w:tcPr>
          <w:p w14:paraId="7A4163D2" w14:textId="77777777" w:rsidR="007A5E59" w:rsidRDefault="0095198F">
            <w:pPr>
              <w:jc w:val="center"/>
            </w:pPr>
            <w:r>
              <w:t>63</w:t>
            </w:r>
          </w:p>
        </w:tc>
        <w:tc>
          <w:tcPr>
            <w:tcW w:w="0" w:type="auto"/>
          </w:tcPr>
          <w:p w14:paraId="399F6560" w14:textId="77777777" w:rsidR="007A5E59" w:rsidRDefault="0095198F">
            <w:r>
              <w:t>ТК-3/2 – Гагарина 25б</w:t>
            </w:r>
          </w:p>
        </w:tc>
        <w:tc>
          <w:tcPr>
            <w:tcW w:w="0" w:type="auto"/>
          </w:tcPr>
          <w:p w14:paraId="3300F7E8" w14:textId="77777777" w:rsidR="007A5E59" w:rsidRDefault="0095198F">
            <w:pPr>
              <w:jc w:val="center"/>
            </w:pPr>
            <w:r>
              <w:t>150</w:t>
            </w:r>
          </w:p>
        </w:tc>
        <w:tc>
          <w:tcPr>
            <w:tcW w:w="0" w:type="auto"/>
          </w:tcPr>
          <w:p w14:paraId="47334590" w14:textId="77777777" w:rsidR="007A5E59" w:rsidRDefault="0095198F">
            <w:pPr>
              <w:jc w:val="center"/>
            </w:pPr>
            <w:r>
              <w:t>1974</w:t>
            </w:r>
          </w:p>
        </w:tc>
        <w:tc>
          <w:tcPr>
            <w:tcW w:w="0" w:type="auto"/>
          </w:tcPr>
          <w:p w14:paraId="15008DB1" w14:textId="77777777" w:rsidR="007A5E59" w:rsidRDefault="0095198F">
            <w:pPr>
              <w:jc w:val="center"/>
            </w:pPr>
            <w:r>
              <w:t>150</w:t>
            </w:r>
          </w:p>
        </w:tc>
        <w:tc>
          <w:tcPr>
            <w:tcW w:w="0" w:type="auto"/>
          </w:tcPr>
          <w:p w14:paraId="514873C0" w14:textId="77777777" w:rsidR="007A5E59" w:rsidRDefault="0095198F">
            <w:r>
              <w:t>бесканал.</w:t>
            </w:r>
          </w:p>
        </w:tc>
      </w:tr>
      <w:tr w:rsidR="007A5E59" w14:paraId="6A598705" w14:textId="77777777">
        <w:trPr>
          <w:jc w:val="center"/>
        </w:trPr>
        <w:tc>
          <w:tcPr>
            <w:tcW w:w="0" w:type="auto"/>
          </w:tcPr>
          <w:p w14:paraId="437FF6B3" w14:textId="77777777" w:rsidR="007A5E59" w:rsidRDefault="0095198F">
            <w:pPr>
              <w:jc w:val="center"/>
            </w:pPr>
            <w:r>
              <w:t>64</w:t>
            </w:r>
          </w:p>
        </w:tc>
        <w:tc>
          <w:tcPr>
            <w:tcW w:w="0" w:type="auto"/>
          </w:tcPr>
          <w:p w14:paraId="1F280420" w14:textId="77777777" w:rsidR="007A5E59" w:rsidRDefault="0095198F">
            <w:r>
              <w:t>ТК-3 – ТК-3/2</w:t>
            </w:r>
          </w:p>
        </w:tc>
        <w:tc>
          <w:tcPr>
            <w:tcW w:w="0" w:type="auto"/>
          </w:tcPr>
          <w:p w14:paraId="5D3303F5" w14:textId="77777777" w:rsidR="007A5E59" w:rsidRDefault="0095198F">
            <w:pPr>
              <w:jc w:val="center"/>
            </w:pPr>
            <w:r>
              <w:t>400</w:t>
            </w:r>
          </w:p>
        </w:tc>
        <w:tc>
          <w:tcPr>
            <w:tcW w:w="0" w:type="auto"/>
          </w:tcPr>
          <w:p w14:paraId="092BC106" w14:textId="77777777" w:rsidR="007A5E59" w:rsidRDefault="0095198F">
            <w:pPr>
              <w:jc w:val="center"/>
            </w:pPr>
            <w:r>
              <w:t>1974</w:t>
            </w:r>
          </w:p>
        </w:tc>
        <w:tc>
          <w:tcPr>
            <w:tcW w:w="0" w:type="auto"/>
          </w:tcPr>
          <w:p w14:paraId="6E98AFAF" w14:textId="77777777" w:rsidR="007A5E59" w:rsidRDefault="0095198F">
            <w:pPr>
              <w:jc w:val="center"/>
            </w:pPr>
            <w:r>
              <w:t>180</w:t>
            </w:r>
          </w:p>
        </w:tc>
        <w:tc>
          <w:tcPr>
            <w:tcW w:w="0" w:type="auto"/>
          </w:tcPr>
          <w:p w14:paraId="7298C8BA" w14:textId="77777777" w:rsidR="007A5E59" w:rsidRDefault="0095198F">
            <w:r>
              <w:t>бесканал.</w:t>
            </w:r>
          </w:p>
        </w:tc>
      </w:tr>
      <w:tr w:rsidR="007A5E59" w14:paraId="59A66992" w14:textId="77777777">
        <w:trPr>
          <w:jc w:val="center"/>
        </w:trPr>
        <w:tc>
          <w:tcPr>
            <w:tcW w:w="0" w:type="auto"/>
          </w:tcPr>
          <w:p w14:paraId="079DC9F9" w14:textId="77777777" w:rsidR="007A5E59" w:rsidRDefault="0095198F">
            <w:pPr>
              <w:jc w:val="center"/>
            </w:pPr>
            <w:r>
              <w:t>65</w:t>
            </w:r>
          </w:p>
        </w:tc>
        <w:tc>
          <w:tcPr>
            <w:tcW w:w="0" w:type="auto"/>
          </w:tcPr>
          <w:p w14:paraId="4B5A124C" w14:textId="77777777" w:rsidR="007A5E59" w:rsidRDefault="0095198F">
            <w:r>
              <w:t>Советская, 6 – Совесткая, 6а</w:t>
            </w:r>
          </w:p>
        </w:tc>
        <w:tc>
          <w:tcPr>
            <w:tcW w:w="0" w:type="auto"/>
          </w:tcPr>
          <w:p w14:paraId="597CDA54" w14:textId="77777777" w:rsidR="007A5E59" w:rsidRDefault="0095198F">
            <w:pPr>
              <w:jc w:val="center"/>
            </w:pPr>
            <w:r>
              <w:t>25</w:t>
            </w:r>
          </w:p>
        </w:tc>
        <w:tc>
          <w:tcPr>
            <w:tcW w:w="0" w:type="auto"/>
          </w:tcPr>
          <w:p w14:paraId="25D0B7DC" w14:textId="77777777" w:rsidR="007A5E59" w:rsidRDefault="0095198F">
            <w:pPr>
              <w:jc w:val="center"/>
            </w:pPr>
            <w:r>
              <w:t>2008</w:t>
            </w:r>
          </w:p>
        </w:tc>
        <w:tc>
          <w:tcPr>
            <w:tcW w:w="0" w:type="auto"/>
          </w:tcPr>
          <w:p w14:paraId="532A499D" w14:textId="77777777" w:rsidR="007A5E59" w:rsidRDefault="0095198F">
            <w:pPr>
              <w:jc w:val="center"/>
            </w:pPr>
            <w:r>
              <w:t>50</w:t>
            </w:r>
          </w:p>
        </w:tc>
        <w:tc>
          <w:tcPr>
            <w:tcW w:w="0" w:type="auto"/>
          </w:tcPr>
          <w:p w14:paraId="1856EBF2" w14:textId="77777777" w:rsidR="007A5E59" w:rsidRDefault="0095198F">
            <w:r>
              <w:t>бесканал.</w:t>
            </w:r>
          </w:p>
        </w:tc>
      </w:tr>
      <w:tr w:rsidR="007A5E59" w14:paraId="4EEB0BEC" w14:textId="77777777">
        <w:trPr>
          <w:jc w:val="center"/>
        </w:trPr>
        <w:tc>
          <w:tcPr>
            <w:tcW w:w="0" w:type="auto"/>
          </w:tcPr>
          <w:p w14:paraId="602CEAE4" w14:textId="77777777" w:rsidR="007A5E59" w:rsidRDefault="0095198F">
            <w:pPr>
              <w:jc w:val="center"/>
            </w:pPr>
            <w:r>
              <w:t>66</w:t>
            </w:r>
          </w:p>
        </w:tc>
        <w:tc>
          <w:tcPr>
            <w:tcW w:w="0" w:type="auto"/>
          </w:tcPr>
          <w:p w14:paraId="363C1966" w14:textId="77777777" w:rsidR="007A5E59" w:rsidRDefault="0095198F">
            <w:r>
              <w:t>ТК-17 – Советская, 6</w:t>
            </w:r>
          </w:p>
        </w:tc>
        <w:tc>
          <w:tcPr>
            <w:tcW w:w="0" w:type="auto"/>
          </w:tcPr>
          <w:p w14:paraId="3AA73F76" w14:textId="77777777" w:rsidR="007A5E59" w:rsidRDefault="0095198F">
            <w:pPr>
              <w:jc w:val="center"/>
            </w:pPr>
            <w:r>
              <w:t>100</w:t>
            </w:r>
          </w:p>
        </w:tc>
        <w:tc>
          <w:tcPr>
            <w:tcW w:w="0" w:type="auto"/>
          </w:tcPr>
          <w:p w14:paraId="3D3A70CD" w14:textId="77777777" w:rsidR="007A5E59" w:rsidRDefault="0095198F">
            <w:pPr>
              <w:jc w:val="center"/>
            </w:pPr>
            <w:r>
              <w:t>1974</w:t>
            </w:r>
          </w:p>
        </w:tc>
        <w:tc>
          <w:tcPr>
            <w:tcW w:w="0" w:type="auto"/>
          </w:tcPr>
          <w:p w14:paraId="060647A3" w14:textId="77777777" w:rsidR="007A5E59" w:rsidRDefault="0095198F">
            <w:pPr>
              <w:jc w:val="center"/>
            </w:pPr>
            <w:r>
              <w:t>30</w:t>
            </w:r>
          </w:p>
        </w:tc>
        <w:tc>
          <w:tcPr>
            <w:tcW w:w="0" w:type="auto"/>
          </w:tcPr>
          <w:p w14:paraId="39F6DF8E" w14:textId="77777777" w:rsidR="007A5E59" w:rsidRDefault="0095198F">
            <w:r>
              <w:t>бесканал.</w:t>
            </w:r>
          </w:p>
        </w:tc>
      </w:tr>
      <w:tr w:rsidR="007A5E59" w14:paraId="2FAB27A4" w14:textId="77777777">
        <w:trPr>
          <w:jc w:val="center"/>
        </w:trPr>
        <w:tc>
          <w:tcPr>
            <w:tcW w:w="0" w:type="auto"/>
          </w:tcPr>
          <w:p w14:paraId="2A354590" w14:textId="77777777" w:rsidR="007A5E59" w:rsidRDefault="0095198F">
            <w:pPr>
              <w:jc w:val="center"/>
            </w:pPr>
            <w:r>
              <w:t>67</w:t>
            </w:r>
          </w:p>
        </w:tc>
        <w:tc>
          <w:tcPr>
            <w:tcW w:w="0" w:type="auto"/>
          </w:tcPr>
          <w:p w14:paraId="58BA5D35" w14:textId="77777777" w:rsidR="007A5E59" w:rsidRDefault="0095198F">
            <w:r>
              <w:t>ТК-17 – Советская, 8</w:t>
            </w:r>
          </w:p>
        </w:tc>
        <w:tc>
          <w:tcPr>
            <w:tcW w:w="0" w:type="auto"/>
          </w:tcPr>
          <w:p w14:paraId="0096A76E" w14:textId="77777777" w:rsidR="007A5E59" w:rsidRDefault="0095198F">
            <w:pPr>
              <w:jc w:val="center"/>
            </w:pPr>
            <w:r>
              <w:t>100</w:t>
            </w:r>
          </w:p>
        </w:tc>
        <w:tc>
          <w:tcPr>
            <w:tcW w:w="0" w:type="auto"/>
          </w:tcPr>
          <w:p w14:paraId="2EA1CD07" w14:textId="77777777" w:rsidR="007A5E59" w:rsidRDefault="0095198F">
            <w:pPr>
              <w:jc w:val="center"/>
            </w:pPr>
            <w:r>
              <w:t>1974</w:t>
            </w:r>
          </w:p>
        </w:tc>
        <w:tc>
          <w:tcPr>
            <w:tcW w:w="0" w:type="auto"/>
          </w:tcPr>
          <w:p w14:paraId="10434383" w14:textId="77777777" w:rsidR="007A5E59" w:rsidRDefault="0095198F">
            <w:pPr>
              <w:jc w:val="center"/>
            </w:pPr>
            <w:r>
              <w:t>30</w:t>
            </w:r>
          </w:p>
        </w:tc>
        <w:tc>
          <w:tcPr>
            <w:tcW w:w="0" w:type="auto"/>
          </w:tcPr>
          <w:p w14:paraId="7F81BFE1" w14:textId="77777777" w:rsidR="007A5E59" w:rsidRDefault="0095198F">
            <w:r>
              <w:t>бесканал.</w:t>
            </w:r>
          </w:p>
        </w:tc>
      </w:tr>
      <w:tr w:rsidR="007A5E59" w14:paraId="4D4CC0BE" w14:textId="77777777">
        <w:trPr>
          <w:jc w:val="center"/>
        </w:trPr>
        <w:tc>
          <w:tcPr>
            <w:tcW w:w="0" w:type="auto"/>
          </w:tcPr>
          <w:p w14:paraId="541C9B6A" w14:textId="77777777" w:rsidR="007A5E59" w:rsidRDefault="0095198F">
            <w:pPr>
              <w:jc w:val="center"/>
            </w:pPr>
            <w:r>
              <w:t>68</w:t>
            </w:r>
          </w:p>
        </w:tc>
        <w:tc>
          <w:tcPr>
            <w:tcW w:w="0" w:type="auto"/>
          </w:tcPr>
          <w:p w14:paraId="68830D5E" w14:textId="77777777" w:rsidR="007A5E59" w:rsidRDefault="0095198F">
            <w:r>
              <w:t>ТК-14 – ТК-17</w:t>
            </w:r>
          </w:p>
        </w:tc>
        <w:tc>
          <w:tcPr>
            <w:tcW w:w="0" w:type="auto"/>
          </w:tcPr>
          <w:p w14:paraId="06A4C384" w14:textId="77777777" w:rsidR="007A5E59" w:rsidRDefault="0095198F">
            <w:pPr>
              <w:jc w:val="center"/>
            </w:pPr>
            <w:r>
              <w:t>65</w:t>
            </w:r>
          </w:p>
        </w:tc>
        <w:tc>
          <w:tcPr>
            <w:tcW w:w="0" w:type="auto"/>
          </w:tcPr>
          <w:p w14:paraId="79ED55CC" w14:textId="77777777" w:rsidR="007A5E59" w:rsidRDefault="0095198F">
            <w:pPr>
              <w:jc w:val="center"/>
            </w:pPr>
            <w:r>
              <w:t>1974</w:t>
            </w:r>
          </w:p>
        </w:tc>
        <w:tc>
          <w:tcPr>
            <w:tcW w:w="0" w:type="auto"/>
          </w:tcPr>
          <w:p w14:paraId="210171D1" w14:textId="77777777" w:rsidR="007A5E59" w:rsidRDefault="0095198F">
            <w:pPr>
              <w:jc w:val="center"/>
            </w:pPr>
            <w:r>
              <w:t>41</w:t>
            </w:r>
          </w:p>
        </w:tc>
        <w:tc>
          <w:tcPr>
            <w:tcW w:w="0" w:type="auto"/>
          </w:tcPr>
          <w:p w14:paraId="4F781865" w14:textId="77777777" w:rsidR="007A5E59" w:rsidRDefault="0095198F">
            <w:r>
              <w:t>бесканал.</w:t>
            </w:r>
          </w:p>
        </w:tc>
      </w:tr>
      <w:tr w:rsidR="007A5E59" w14:paraId="33EC0F07" w14:textId="77777777">
        <w:trPr>
          <w:jc w:val="center"/>
        </w:trPr>
        <w:tc>
          <w:tcPr>
            <w:tcW w:w="0" w:type="auto"/>
          </w:tcPr>
          <w:p w14:paraId="148B2200" w14:textId="77777777" w:rsidR="007A5E59" w:rsidRDefault="0095198F">
            <w:pPr>
              <w:jc w:val="center"/>
            </w:pPr>
            <w:r>
              <w:t>69</w:t>
            </w:r>
          </w:p>
        </w:tc>
        <w:tc>
          <w:tcPr>
            <w:tcW w:w="0" w:type="auto"/>
          </w:tcPr>
          <w:p w14:paraId="38A41FD5" w14:textId="77777777" w:rsidR="007A5E59" w:rsidRDefault="0095198F">
            <w:r>
              <w:t>ТК-16 – Советская, 10</w:t>
            </w:r>
          </w:p>
        </w:tc>
        <w:tc>
          <w:tcPr>
            <w:tcW w:w="0" w:type="auto"/>
          </w:tcPr>
          <w:p w14:paraId="0B661350" w14:textId="77777777" w:rsidR="007A5E59" w:rsidRDefault="0095198F">
            <w:pPr>
              <w:jc w:val="center"/>
            </w:pPr>
            <w:r>
              <w:t>50</w:t>
            </w:r>
          </w:p>
        </w:tc>
        <w:tc>
          <w:tcPr>
            <w:tcW w:w="0" w:type="auto"/>
          </w:tcPr>
          <w:p w14:paraId="65FF8AE0" w14:textId="77777777" w:rsidR="007A5E59" w:rsidRDefault="0095198F">
            <w:pPr>
              <w:jc w:val="center"/>
            </w:pPr>
            <w:r>
              <w:t>1974</w:t>
            </w:r>
          </w:p>
        </w:tc>
        <w:tc>
          <w:tcPr>
            <w:tcW w:w="0" w:type="auto"/>
          </w:tcPr>
          <w:p w14:paraId="177F90AA" w14:textId="77777777" w:rsidR="007A5E59" w:rsidRDefault="0095198F">
            <w:pPr>
              <w:jc w:val="center"/>
            </w:pPr>
            <w:r>
              <w:t>15</w:t>
            </w:r>
          </w:p>
        </w:tc>
        <w:tc>
          <w:tcPr>
            <w:tcW w:w="0" w:type="auto"/>
          </w:tcPr>
          <w:p w14:paraId="13DD82B5" w14:textId="77777777" w:rsidR="007A5E59" w:rsidRDefault="0095198F">
            <w:r>
              <w:t>бесканал.</w:t>
            </w:r>
          </w:p>
        </w:tc>
      </w:tr>
      <w:tr w:rsidR="007A5E59" w14:paraId="02DEDCA7" w14:textId="77777777">
        <w:trPr>
          <w:jc w:val="center"/>
        </w:trPr>
        <w:tc>
          <w:tcPr>
            <w:tcW w:w="0" w:type="auto"/>
          </w:tcPr>
          <w:p w14:paraId="02095F01" w14:textId="77777777" w:rsidR="007A5E59" w:rsidRDefault="0095198F">
            <w:pPr>
              <w:jc w:val="center"/>
            </w:pPr>
            <w:r>
              <w:t>70</w:t>
            </w:r>
          </w:p>
        </w:tc>
        <w:tc>
          <w:tcPr>
            <w:tcW w:w="0" w:type="auto"/>
          </w:tcPr>
          <w:p w14:paraId="3C8E6C93" w14:textId="77777777" w:rsidR="007A5E59" w:rsidRDefault="0095198F">
            <w:r>
              <w:t>ТК-16 – Советская, 12</w:t>
            </w:r>
          </w:p>
        </w:tc>
        <w:tc>
          <w:tcPr>
            <w:tcW w:w="0" w:type="auto"/>
          </w:tcPr>
          <w:p w14:paraId="3EE81A9F" w14:textId="77777777" w:rsidR="007A5E59" w:rsidRDefault="0095198F">
            <w:pPr>
              <w:jc w:val="center"/>
            </w:pPr>
            <w:r>
              <w:t>50</w:t>
            </w:r>
          </w:p>
        </w:tc>
        <w:tc>
          <w:tcPr>
            <w:tcW w:w="0" w:type="auto"/>
          </w:tcPr>
          <w:p w14:paraId="695220B9" w14:textId="77777777" w:rsidR="007A5E59" w:rsidRDefault="0095198F">
            <w:pPr>
              <w:jc w:val="center"/>
            </w:pPr>
            <w:r>
              <w:t>1974</w:t>
            </w:r>
          </w:p>
        </w:tc>
        <w:tc>
          <w:tcPr>
            <w:tcW w:w="0" w:type="auto"/>
          </w:tcPr>
          <w:p w14:paraId="0EBE46AE" w14:textId="77777777" w:rsidR="007A5E59" w:rsidRDefault="0095198F">
            <w:pPr>
              <w:jc w:val="center"/>
            </w:pPr>
            <w:r>
              <w:t>30</w:t>
            </w:r>
          </w:p>
        </w:tc>
        <w:tc>
          <w:tcPr>
            <w:tcW w:w="0" w:type="auto"/>
          </w:tcPr>
          <w:p w14:paraId="34AA4326" w14:textId="77777777" w:rsidR="007A5E59" w:rsidRDefault="0095198F">
            <w:r>
              <w:t>бесканал.</w:t>
            </w:r>
          </w:p>
        </w:tc>
      </w:tr>
      <w:tr w:rsidR="007A5E59" w14:paraId="42AB7632" w14:textId="77777777">
        <w:trPr>
          <w:jc w:val="center"/>
        </w:trPr>
        <w:tc>
          <w:tcPr>
            <w:tcW w:w="0" w:type="auto"/>
          </w:tcPr>
          <w:p w14:paraId="3AC3AFF6" w14:textId="77777777" w:rsidR="007A5E59" w:rsidRDefault="0095198F">
            <w:pPr>
              <w:jc w:val="center"/>
            </w:pPr>
            <w:r>
              <w:t>71</w:t>
            </w:r>
          </w:p>
        </w:tc>
        <w:tc>
          <w:tcPr>
            <w:tcW w:w="0" w:type="auto"/>
          </w:tcPr>
          <w:p w14:paraId="00423A2E" w14:textId="77777777" w:rsidR="007A5E59" w:rsidRDefault="0095198F">
            <w:r>
              <w:t>ТК-15 – ТК-16</w:t>
            </w:r>
          </w:p>
        </w:tc>
        <w:tc>
          <w:tcPr>
            <w:tcW w:w="0" w:type="auto"/>
          </w:tcPr>
          <w:p w14:paraId="07BE979C" w14:textId="77777777" w:rsidR="007A5E59" w:rsidRDefault="0095198F">
            <w:pPr>
              <w:jc w:val="center"/>
            </w:pPr>
            <w:r>
              <w:t>65</w:t>
            </w:r>
          </w:p>
        </w:tc>
        <w:tc>
          <w:tcPr>
            <w:tcW w:w="0" w:type="auto"/>
          </w:tcPr>
          <w:p w14:paraId="35CAE52F" w14:textId="77777777" w:rsidR="007A5E59" w:rsidRDefault="0095198F">
            <w:pPr>
              <w:jc w:val="center"/>
            </w:pPr>
            <w:r>
              <w:t>1974</w:t>
            </w:r>
          </w:p>
        </w:tc>
        <w:tc>
          <w:tcPr>
            <w:tcW w:w="0" w:type="auto"/>
          </w:tcPr>
          <w:p w14:paraId="43C7160E" w14:textId="77777777" w:rsidR="007A5E59" w:rsidRDefault="0095198F">
            <w:pPr>
              <w:jc w:val="center"/>
            </w:pPr>
            <w:r>
              <w:t>40</w:t>
            </w:r>
          </w:p>
        </w:tc>
        <w:tc>
          <w:tcPr>
            <w:tcW w:w="0" w:type="auto"/>
          </w:tcPr>
          <w:p w14:paraId="47A5E769" w14:textId="77777777" w:rsidR="007A5E59" w:rsidRDefault="0095198F">
            <w:r>
              <w:t>бесканал.</w:t>
            </w:r>
          </w:p>
        </w:tc>
      </w:tr>
      <w:tr w:rsidR="007A5E59" w14:paraId="5FFE4139" w14:textId="77777777">
        <w:trPr>
          <w:jc w:val="center"/>
        </w:trPr>
        <w:tc>
          <w:tcPr>
            <w:tcW w:w="0" w:type="auto"/>
          </w:tcPr>
          <w:p w14:paraId="46E227D7" w14:textId="77777777" w:rsidR="007A5E59" w:rsidRDefault="0095198F">
            <w:pPr>
              <w:jc w:val="center"/>
            </w:pPr>
            <w:r>
              <w:t>72</w:t>
            </w:r>
          </w:p>
        </w:tc>
        <w:tc>
          <w:tcPr>
            <w:tcW w:w="0" w:type="auto"/>
          </w:tcPr>
          <w:p w14:paraId="6D1F4E7A" w14:textId="77777777" w:rsidR="007A5E59" w:rsidRDefault="0095198F">
            <w:r>
              <w:t>ТК-15 – Советская, 11</w:t>
            </w:r>
          </w:p>
        </w:tc>
        <w:tc>
          <w:tcPr>
            <w:tcW w:w="0" w:type="auto"/>
          </w:tcPr>
          <w:p w14:paraId="65128352" w14:textId="77777777" w:rsidR="007A5E59" w:rsidRDefault="0095198F">
            <w:pPr>
              <w:jc w:val="center"/>
            </w:pPr>
            <w:r>
              <w:t>50</w:t>
            </w:r>
          </w:p>
        </w:tc>
        <w:tc>
          <w:tcPr>
            <w:tcW w:w="0" w:type="auto"/>
          </w:tcPr>
          <w:p w14:paraId="1244DB4D" w14:textId="77777777" w:rsidR="007A5E59" w:rsidRDefault="0095198F">
            <w:pPr>
              <w:jc w:val="center"/>
            </w:pPr>
            <w:r>
              <w:t>1974</w:t>
            </w:r>
          </w:p>
        </w:tc>
        <w:tc>
          <w:tcPr>
            <w:tcW w:w="0" w:type="auto"/>
          </w:tcPr>
          <w:p w14:paraId="769DCBC5" w14:textId="77777777" w:rsidR="007A5E59" w:rsidRDefault="0095198F">
            <w:pPr>
              <w:jc w:val="center"/>
            </w:pPr>
            <w:r>
              <w:t>25</w:t>
            </w:r>
          </w:p>
        </w:tc>
        <w:tc>
          <w:tcPr>
            <w:tcW w:w="0" w:type="auto"/>
          </w:tcPr>
          <w:p w14:paraId="1E9F4A9E" w14:textId="77777777" w:rsidR="007A5E59" w:rsidRDefault="0095198F">
            <w:r>
              <w:t>бесканал.</w:t>
            </w:r>
          </w:p>
        </w:tc>
      </w:tr>
      <w:tr w:rsidR="007A5E59" w14:paraId="0D15ED7A" w14:textId="77777777">
        <w:trPr>
          <w:jc w:val="center"/>
        </w:trPr>
        <w:tc>
          <w:tcPr>
            <w:tcW w:w="0" w:type="auto"/>
          </w:tcPr>
          <w:p w14:paraId="38191FE5" w14:textId="77777777" w:rsidR="007A5E59" w:rsidRDefault="0095198F">
            <w:pPr>
              <w:jc w:val="center"/>
            </w:pPr>
            <w:r>
              <w:t>73</w:t>
            </w:r>
          </w:p>
        </w:tc>
        <w:tc>
          <w:tcPr>
            <w:tcW w:w="0" w:type="auto"/>
          </w:tcPr>
          <w:p w14:paraId="36E95528" w14:textId="77777777" w:rsidR="007A5E59" w:rsidRDefault="0095198F">
            <w:r>
              <w:t>ТК-15 – Советская, 9</w:t>
            </w:r>
          </w:p>
        </w:tc>
        <w:tc>
          <w:tcPr>
            <w:tcW w:w="0" w:type="auto"/>
          </w:tcPr>
          <w:p w14:paraId="3074A584" w14:textId="77777777" w:rsidR="007A5E59" w:rsidRDefault="0095198F">
            <w:pPr>
              <w:jc w:val="center"/>
            </w:pPr>
            <w:r>
              <w:t>50</w:t>
            </w:r>
          </w:p>
        </w:tc>
        <w:tc>
          <w:tcPr>
            <w:tcW w:w="0" w:type="auto"/>
          </w:tcPr>
          <w:p w14:paraId="05FE8575" w14:textId="77777777" w:rsidR="007A5E59" w:rsidRDefault="0095198F">
            <w:pPr>
              <w:jc w:val="center"/>
            </w:pPr>
            <w:r>
              <w:t>1974</w:t>
            </w:r>
          </w:p>
        </w:tc>
        <w:tc>
          <w:tcPr>
            <w:tcW w:w="0" w:type="auto"/>
          </w:tcPr>
          <w:p w14:paraId="10529E71" w14:textId="77777777" w:rsidR="007A5E59" w:rsidRDefault="0095198F">
            <w:pPr>
              <w:jc w:val="center"/>
            </w:pPr>
            <w:r>
              <w:t>30</w:t>
            </w:r>
          </w:p>
        </w:tc>
        <w:tc>
          <w:tcPr>
            <w:tcW w:w="0" w:type="auto"/>
          </w:tcPr>
          <w:p w14:paraId="4C950CB9" w14:textId="77777777" w:rsidR="007A5E59" w:rsidRDefault="0095198F">
            <w:r>
              <w:t>бесканал.</w:t>
            </w:r>
          </w:p>
        </w:tc>
      </w:tr>
      <w:tr w:rsidR="007A5E59" w14:paraId="7B384E00" w14:textId="77777777">
        <w:trPr>
          <w:jc w:val="center"/>
        </w:trPr>
        <w:tc>
          <w:tcPr>
            <w:tcW w:w="0" w:type="auto"/>
          </w:tcPr>
          <w:p w14:paraId="1D4413C0" w14:textId="77777777" w:rsidR="007A5E59" w:rsidRDefault="0095198F">
            <w:pPr>
              <w:jc w:val="center"/>
            </w:pPr>
            <w:r>
              <w:t>74</w:t>
            </w:r>
          </w:p>
        </w:tc>
        <w:tc>
          <w:tcPr>
            <w:tcW w:w="0" w:type="auto"/>
          </w:tcPr>
          <w:p w14:paraId="57B66997" w14:textId="77777777" w:rsidR="007A5E59" w:rsidRDefault="0095198F">
            <w:r>
              <w:t>ТК-14 – ТК-15</w:t>
            </w:r>
          </w:p>
        </w:tc>
        <w:tc>
          <w:tcPr>
            <w:tcW w:w="0" w:type="auto"/>
          </w:tcPr>
          <w:p w14:paraId="0BFDB294" w14:textId="77777777" w:rsidR="007A5E59" w:rsidRDefault="0095198F">
            <w:pPr>
              <w:jc w:val="center"/>
            </w:pPr>
            <w:r>
              <w:t>100</w:t>
            </w:r>
          </w:p>
        </w:tc>
        <w:tc>
          <w:tcPr>
            <w:tcW w:w="0" w:type="auto"/>
          </w:tcPr>
          <w:p w14:paraId="1EB8A0C0" w14:textId="77777777" w:rsidR="007A5E59" w:rsidRDefault="0095198F">
            <w:pPr>
              <w:jc w:val="center"/>
            </w:pPr>
            <w:r>
              <w:t>1974</w:t>
            </w:r>
          </w:p>
        </w:tc>
        <w:tc>
          <w:tcPr>
            <w:tcW w:w="0" w:type="auto"/>
          </w:tcPr>
          <w:p w14:paraId="2BFB9615" w14:textId="77777777" w:rsidR="007A5E59" w:rsidRDefault="0095198F">
            <w:pPr>
              <w:jc w:val="center"/>
            </w:pPr>
            <w:r>
              <w:t>110</w:t>
            </w:r>
          </w:p>
        </w:tc>
        <w:tc>
          <w:tcPr>
            <w:tcW w:w="0" w:type="auto"/>
          </w:tcPr>
          <w:p w14:paraId="6DB95D2C" w14:textId="77777777" w:rsidR="007A5E59" w:rsidRDefault="0095198F">
            <w:r>
              <w:t>бесканал.</w:t>
            </w:r>
          </w:p>
        </w:tc>
      </w:tr>
      <w:tr w:rsidR="007A5E59" w14:paraId="575C0D17" w14:textId="77777777">
        <w:trPr>
          <w:jc w:val="center"/>
        </w:trPr>
        <w:tc>
          <w:tcPr>
            <w:tcW w:w="0" w:type="auto"/>
          </w:tcPr>
          <w:p w14:paraId="3A15614B" w14:textId="77777777" w:rsidR="007A5E59" w:rsidRDefault="0095198F">
            <w:pPr>
              <w:jc w:val="center"/>
            </w:pPr>
            <w:r>
              <w:t>75</w:t>
            </w:r>
          </w:p>
        </w:tc>
        <w:tc>
          <w:tcPr>
            <w:tcW w:w="0" w:type="auto"/>
          </w:tcPr>
          <w:p w14:paraId="6142477F" w14:textId="77777777" w:rsidR="007A5E59" w:rsidRDefault="0095198F">
            <w:r>
              <w:t>ТК-14 – Советская, 7</w:t>
            </w:r>
          </w:p>
        </w:tc>
        <w:tc>
          <w:tcPr>
            <w:tcW w:w="0" w:type="auto"/>
          </w:tcPr>
          <w:p w14:paraId="46BDB764" w14:textId="77777777" w:rsidR="007A5E59" w:rsidRDefault="0095198F">
            <w:pPr>
              <w:jc w:val="center"/>
            </w:pPr>
            <w:r>
              <w:t>100</w:t>
            </w:r>
          </w:p>
        </w:tc>
        <w:tc>
          <w:tcPr>
            <w:tcW w:w="0" w:type="auto"/>
          </w:tcPr>
          <w:p w14:paraId="77315283" w14:textId="77777777" w:rsidR="007A5E59" w:rsidRDefault="0095198F">
            <w:pPr>
              <w:jc w:val="center"/>
            </w:pPr>
            <w:r>
              <w:t>1974</w:t>
            </w:r>
          </w:p>
        </w:tc>
        <w:tc>
          <w:tcPr>
            <w:tcW w:w="0" w:type="auto"/>
          </w:tcPr>
          <w:p w14:paraId="3A376DF7" w14:textId="77777777" w:rsidR="007A5E59" w:rsidRDefault="0095198F">
            <w:pPr>
              <w:jc w:val="center"/>
            </w:pPr>
            <w:r>
              <w:t>30</w:t>
            </w:r>
          </w:p>
        </w:tc>
        <w:tc>
          <w:tcPr>
            <w:tcW w:w="0" w:type="auto"/>
          </w:tcPr>
          <w:p w14:paraId="7B8278AA" w14:textId="77777777" w:rsidR="007A5E59" w:rsidRDefault="0095198F">
            <w:r>
              <w:t>бесканал.</w:t>
            </w:r>
          </w:p>
        </w:tc>
      </w:tr>
      <w:tr w:rsidR="007A5E59" w14:paraId="39560B13" w14:textId="77777777">
        <w:trPr>
          <w:jc w:val="center"/>
        </w:trPr>
        <w:tc>
          <w:tcPr>
            <w:tcW w:w="0" w:type="auto"/>
          </w:tcPr>
          <w:p w14:paraId="016F0499" w14:textId="77777777" w:rsidR="007A5E59" w:rsidRDefault="0095198F">
            <w:pPr>
              <w:jc w:val="center"/>
            </w:pPr>
            <w:r>
              <w:t>76</w:t>
            </w:r>
          </w:p>
        </w:tc>
        <w:tc>
          <w:tcPr>
            <w:tcW w:w="0" w:type="auto"/>
          </w:tcPr>
          <w:p w14:paraId="1B1021E0" w14:textId="77777777" w:rsidR="007A5E59" w:rsidRDefault="0095198F">
            <w:r>
              <w:t>ТК-13/1 – ТК-14</w:t>
            </w:r>
          </w:p>
        </w:tc>
        <w:tc>
          <w:tcPr>
            <w:tcW w:w="0" w:type="auto"/>
          </w:tcPr>
          <w:p w14:paraId="54F03C02" w14:textId="77777777" w:rsidR="007A5E59" w:rsidRDefault="0095198F">
            <w:pPr>
              <w:jc w:val="center"/>
            </w:pPr>
            <w:r>
              <w:t>150</w:t>
            </w:r>
          </w:p>
        </w:tc>
        <w:tc>
          <w:tcPr>
            <w:tcW w:w="0" w:type="auto"/>
          </w:tcPr>
          <w:p w14:paraId="1F3AEF75" w14:textId="77777777" w:rsidR="007A5E59" w:rsidRDefault="0095198F">
            <w:pPr>
              <w:jc w:val="center"/>
            </w:pPr>
            <w:r>
              <w:t>1974</w:t>
            </w:r>
          </w:p>
        </w:tc>
        <w:tc>
          <w:tcPr>
            <w:tcW w:w="0" w:type="auto"/>
          </w:tcPr>
          <w:p w14:paraId="33012BAE" w14:textId="77777777" w:rsidR="007A5E59" w:rsidRDefault="0095198F">
            <w:pPr>
              <w:jc w:val="center"/>
            </w:pPr>
            <w:r>
              <w:t>25</w:t>
            </w:r>
          </w:p>
        </w:tc>
        <w:tc>
          <w:tcPr>
            <w:tcW w:w="0" w:type="auto"/>
          </w:tcPr>
          <w:p w14:paraId="4EF57353" w14:textId="77777777" w:rsidR="007A5E59" w:rsidRDefault="0095198F">
            <w:r>
              <w:t>бесканал.</w:t>
            </w:r>
          </w:p>
        </w:tc>
      </w:tr>
      <w:tr w:rsidR="007A5E59" w14:paraId="3FA46557" w14:textId="77777777">
        <w:trPr>
          <w:jc w:val="center"/>
        </w:trPr>
        <w:tc>
          <w:tcPr>
            <w:tcW w:w="0" w:type="auto"/>
          </w:tcPr>
          <w:p w14:paraId="34F39C2A" w14:textId="77777777" w:rsidR="007A5E59" w:rsidRDefault="0095198F">
            <w:pPr>
              <w:jc w:val="center"/>
            </w:pPr>
            <w:r>
              <w:t>77</w:t>
            </w:r>
          </w:p>
        </w:tc>
        <w:tc>
          <w:tcPr>
            <w:tcW w:w="0" w:type="auto"/>
          </w:tcPr>
          <w:p w14:paraId="00BABCF2" w14:textId="77777777" w:rsidR="007A5E59" w:rsidRDefault="0095198F">
            <w:r>
              <w:t>ТК-13/1 – Советская, 7а</w:t>
            </w:r>
          </w:p>
        </w:tc>
        <w:tc>
          <w:tcPr>
            <w:tcW w:w="0" w:type="auto"/>
          </w:tcPr>
          <w:p w14:paraId="16EF408C" w14:textId="77777777" w:rsidR="007A5E59" w:rsidRDefault="0095198F">
            <w:pPr>
              <w:jc w:val="center"/>
            </w:pPr>
            <w:r>
              <w:t>25</w:t>
            </w:r>
          </w:p>
        </w:tc>
        <w:tc>
          <w:tcPr>
            <w:tcW w:w="0" w:type="auto"/>
          </w:tcPr>
          <w:p w14:paraId="738BE9EA" w14:textId="77777777" w:rsidR="007A5E59" w:rsidRDefault="0095198F">
            <w:pPr>
              <w:jc w:val="center"/>
            </w:pPr>
            <w:r>
              <w:t>1974</w:t>
            </w:r>
          </w:p>
        </w:tc>
        <w:tc>
          <w:tcPr>
            <w:tcW w:w="0" w:type="auto"/>
          </w:tcPr>
          <w:p w14:paraId="59999E0B" w14:textId="77777777" w:rsidR="007A5E59" w:rsidRDefault="0095198F">
            <w:pPr>
              <w:jc w:val="center"/>
            </w:pPr>
            <w:r>
              <w:t>20</w:t>
            </w:r>
          </w:p>
        </w:tc>
        <w:tc>
          <w:tcPr>
            <w:tcW w:w="0" w:type="auto"/>
          </w:tcPr>
          <w:p w14:paraId="7551011B" w14:textId="77777777" w:rsidR="007A5E59" w:rsidRDefault="0095198F">
            <w:r>
              <w:t>бесканал.</w:t>
            </w:r>
          </w:p>
        </w:tc>
      </w:tr>
      <w:tr w:rsidR="007A5E59" w14:paraId="5510D8D2" w14:textId="77777777">
        <w:trPr>
          <w:jc w:val="center"/>
        </w:trPr>
        <w:tc>
          <w:tcPr>
            <w:tcW w:w="0" w:type="auto"/>
          </w:tcPr>
          <w:p w14:paraId="20D09040" w14:textId="77777777" w:rsidR="007A5E59" w:rsidRDefault="0095198F">
            <w:pPr>
              <w:jc w:val="center"/>
            </w:pPr>
            <w:r>
              <w:t>78</w:t>
            </w:r>
          </w:p>
        </w:tc>
        <w:tc>
          <w:tcPr>
            <w:tcW w:w="0" w:type="auto"/>
          </w:tcPr>
          <w:p w14:paraId="7C3AB253" w14:textId="77777777" w:rsidR="007A5E59" w:rsidRDefault="0095198F">
            <w:r>
              <w:t>ТК-13 – Гагарина, 4а</w:t>
            </w:r>
          </w:p>
        </w:tc>
        <w:tc>
          <w:tcPr>
            <w:tcW w:w="0" w:type="auto"/>
          </w:tcPr>
          <w:p w14:paraId="72D81A80" w14:textId="77777777" w:rsidR="007A5E59" w:rsidRDefault="0095198F">
            <w:pPr>
              <w:jc w:val="center"/>
            </w:pPr>
            <w:r>
              <w:t>50</w:t>
            </w:r>
          </w:p>
        </w:tc>
        <w:tc>
          <w:tcPr>
            <w:tcW w:w="0" w:type="auto"/>
          </w:tcPr>
          <w:p w14:paraId="677DA68B" w14:textId="77777777" w:rsidR="007A5E59" w:rsidRDefault="0095198F">
            <w:pPr>
              <w:jc w:val="center"/>
            </w:pPr>
            <w:r>
              <w:t>2004</w:t>
            </w:r>
          </w:p>
        </w:tc>
        <w:tc>
          <w:tcPr>
            <w:tcW w:w="0" w:type="auto"/>
          </w:tcPr>
          <w:p w14:paraId="5A6B210C" w14:textId="77777777" w:rsidR="007A5E59" w:rsidRDefault="0095198F">
            <w:pPr>
              <w:jc w:val="center"/>
            </w:pPr>
            <w:r>
              <w:t>30</w:t>
            </w:r>
          </w:p>
        </w:tc>
        <w:tc>
          <w:tcPr>
            <w:tcW w:w="0" w:type="auto"/>
          </w:tcPr>
          <w:p w14:paraId="5ADFC18B" w14:textId="77777777" w:rsidR="007A5E59" w:rsidRDefault="0095198F">
            <w:r>
              <w:t>бесканал.</w:t>
            </w:r>
          </w:p>
        </w:tc>
      </w:tr>
      <w:tr w:rsidR="007A5E59" w14:paraId="32E67A13" w14:textId="77777777">
        <w:trPr>
          <w:jc w:val="center"/>
        </w:trPr>
        <w:tc>
          <w:tcPr>
            <w:tcW w:w="0" w:type="auto"/>
          </w:tcPr>
          <w:p w14:paraId="025ADCA4" w14:textId="77777777" w:rsidR="007A5E59" w:rsidRDefault="0095198F">
            <w:pPr>
              <w:jc w:val="center"/>
            </w:pPr>
            <w:r>
              <w:t>79</w:t>
            </w:r>
          </w:p>
        </w:tc>
        <w:tc>
          <w:tcPr>
            <w:tcW w:w="0" w:type="auto"/>
          </w:tcPr>
          <w:p w14:paraId="72CF25B7" w14:textId="77777777" w:rsidR="007A5E59" w:rsidRDefault="0095198F">
            <w:r>
              <w:t>ТК-11 – Гагарина, 6</w:t>
            </w:r>
          </w:p>
        </w:tc>
        <w:tc>
          <w:tcPr>
            <w:tcW w:w="0" w:type="auto"/>
          </w:tcPr>
          <w:p w14:paraId="0FE6C8C9" w14:textId="77777777" w:rsidR="007A5E59" w:rsidRDefault="0095198F">
            <w:pPr>
              <w:jc w:val="center"/>
            </w:pPr>
            <w:r>
              <w:t>100</w:t>
            </w:r>
          </w:p>
        </w:tc>
        <w:tc>
          <w:tcPr>
            <w:tcW w:w="0" w:type="auto"/>
          </w:tcPr>
          <w:p w14:paraId="23B16F68" w14:textId="77777777" w:rsidR="007A5E59" w:rsidRDefault="0095198F">
            <w:pPr>
              <w:jc w:val="center"/>
            </w:pPr>
            <w:r>
              <w:t>1974</w:t>
            </w:r>
          </w:p>
        </w:tc>
        <w:tc>
          <w:tcPr>
            <w:tcW w:w="0" w:type="auto"/>
          </w:tcPr>
          <w:p w14:paraId="690BBEF2" w14:textId="77777777" w:rsidR="007A5E59" w:rsidRDefault="0095198F">
            <w:pPr>
              <w:jc w:val="center"/>
            </w:pPr>
            <w:r>
              <w:t>65</w:t>
            </w:r>
          </w:p>
        </w:tc>
        <w:tc>
          <w:tcPr>
            <w:tcW w:w="0" w:type="auto"/>
          </w:tcPr>
          <w:p w14:paraId="02A945C6" w14:textId="77777777" w:rsidR="007A5E59" w:rsidRDefault="0095198F">
            <w:r>
              <w:t>бесканал.</w:t>
            </w:r>
          </w:p>
        </w:tc>
      </w:tr>
      <w:tr w:rsidR="007A5E59" w14:paraId="25159D1D" w14:textId="77777777">
        <w:trPr>
          <w:jc w:val="center"/>
        </w:trPr>
        <w:tc>
          <w:tcPr>
            <w:tcW w:w="0" w:type="auto"/>
          </w:tcPr>
          <w:p w14:paraId="4EE5E6C6" w14:textId="77777777" w:rsidR="007A5E59" w:rsidRDefault="0095198F">
            <w:pPr>
              <w:jc w:val="center"/>
            </w:pPr>
            <w:r>
              <w:t>80</w:t>
            </w:r>
          </w:p>
        </w:tc>
        <w:tc>
          <w:tcPr>
            <w:tcW w:w="0" w:type="auto"/>
          </w:tcPr>
          <w:p w14:paraId="64D3096D" w14:textId="77777777" w:rsidR="007A5E59" w:rsidRDefault="0095198F">
            <w:r>
              <w:t>ТК-11 – Гагарина, 4</w:t>
            </w:r>
          </w:p>
        </w:tc>
        <w:tc>
          <w:tcPr>
            <w:tcW w:w="0" w:type="auto"/>
          </w:tcPr>
          <w:p w14:paraId="0F1D9017" w14:textId="77777777" w:rsidR="007A5E59" w:rsidRDefault="0095198F">
            <w:pPr>
              <w:jc w:val="center"/>
            </w:pPr>
            <w:r>
              <w:t>100</w:t>
            </w:r>
          </w:p>
        </w:tc>
        <w:tc>
          <w:tcPr>
            <w:tcW w:w="0" w:type="auto"/>
          </w:tcPr>
          <w:p w14:paraId="7C2D6EA2" w14:textId="77777777" w:rsidR="007A5E59" w:rsidRDefault="0095198F">
            <w:pPr>
              <w:jc w:val="center"/>
            </w:pPr>
            <w:r>
              <w:t>1974</w:t>
            </w:r>
          </w:p>
        </w:tc>
        <w:tc>
          <w:tcPr>
            <w:tcW w:w="0" w:type="auto"/>
          </w:tcPr>
          <w:p w14:paraId="75FA4A77" w14:textId="77777777" w:rsidR="007A5E59" w:rsidRDefault="0095198F">
            <w:pPr>
              <w:jc w:val="center"/>
            </w:pPr>
            <w:r>
              <w:t>30</w:t>
            </w:r>
          </w:p>
        </w:tc>
        <w:tc>
          <w:tcPr>
            <w:tcW w:w="0" w:type="auto"/>
          </w:tcPr>
          <w:p w14:paraId="1E079CC3" w14:textId="77777777" w:rsidR="007A5E59" w:rsidRDefault="0095198F">
            <w:r>
              <w:t>бесканал.</w:t>
            </w:r>
          </w:p>
        </w:tc>
      </w:tr>
      <w:tr w:rsidR="007A5E59" w14:paraId="7421E620" w14:textId="77777777">
        <w:trPr>
          <w:jc w:val="center"/>
        </w:trPr>
        <w:tc>
          <w:tcPr>
            <w:tcW w:w="0" w:type="auto"/>
          </w:tcPr>
          <w:p w14:paraId="493924D2" w14:textId="77777777" w:rsidR="007A5E59" w:rsidRDefault="0095198F">
            <w:pPr>
              <w:jc w:val="center"/>
            </w:pPr>
            <w:r>
              <w:t>81</w:t>
            </w:r>
          </w:p>
        </w:tc>
        <w:tc>
          <w:tcPr>
            <w:tcW w:w="0" w:type="auto"/>
          </w:tcPr>
          <w:p w14:paraId="30466A7A" w14:textId="77777777" w:rsidR="007A5E59" w:rsidRDefault="0095198F">
            <w:r>
              <w:t>ТК-3/1 – ТК-11</w:t>
            </w:r>
          </w:p>
        </w:tc>
        <w:tc>
          <w:tcPr>
            <w:tcW w:w="0" w:type="auto"/>
          </w:tcPr>
          <w:p w14:paraId="186F8A29" w14:textId="77777777" w:rsidR="007A5E59" w:rsidRDefault="0095198F">
            <w:pPr>
              <w:jc w:val="center"/>
            </w:pPr>
            <w:r>
              <w:t>200</w:t>
            </w:r>
          </w:p>
        </w:tc>
        <w:tc>
          <w:tcPr>
            <w:tcW w:w="0" w:type="auto"/>
          </w:tcPr>
          <w:p w14:paraId="0A141772" w14:textId="77777777" w:rsidR="007A5E59" w:rsidRDefault="0095198F">
            <w:pPr>
              <w:jc w:val="center"/>
            </w:pPr>
            <w:r>
              <w:t>1974</w:t>
            </w:r>
          </w:p>
        </w:tc>
        <w:tc>
          <w:tcPr>
            <w:tcW w:w="0" w:type="auto"/>
          </w:tcPr>
          <w:p w14:paraId="3FD42E01" w14:textId="77777777" w:rsidR="007A5E59" w:rsidRDefault="0095198F">
            <w:pPr>
              <w:jc w:val="center"/>
            </w:pPr>
            <w:r>
              <w:t>47</w:t>
            </w:r>
          </w:p>
        </w:tc>
        <w:tc>
          <w:tcPr>
            <w:tcW w:w="0" w:type="auto"/>
          </w:tcPr>
          <w:p w14:paraId="49F5C20A" w14:textId="77777777" w:rsidR="007A5E59" w:rsidRDefault="0095198F">
            <w:r>
              <w:t>бесканал.</w:t>
            </w:r>
          </w:p>
        </w:tc>
      </w:tr>
      <w:tr w:rsidR="007A5E59" w14:paraId="391E5217" w14:textId="77777777">
        <w:trPr>
          <w:jc w:val="center"/>
        </w:trPr>
        <w:tc>
          <w:tcPr>
            <w:tcW w:w="0" w:type="auto"/>
          </w:tcPr>
          <w:p w14:paraId="53865A6D" w14:textId="77777777" w:rsidR="007A5E59" w:rsidRDefault="0095198F">
            <w:pPr>
              <w:jc w:val="center"/>
            </w:pPr>
            <w:r>
              <w:t>82</w:t>
            </w:r>
          </w:p>
        </w:tc>
        <w:tc>
          <w:tcPr>
            <w:tcW w:w="0" w:type="auto"/>
          </w:tcPr>
          <w:p w14:paraId="6447EABA" w14:textId="77777777" w:rsidR="007A5E59" w:rsidRDefault="0095198F">
            <w:r>
              <w:t>ТК-2 – ТК-2/1</w:t>
            </w:r>
          </w:p>
        </w:tc>
        <w:tc>
          <w:tcPr>
            <w:tcW w:w="0" w:type="auto"/>
          </w:tcPr>
          <w:p w14:paraId="3604C753" w14:textId="77777777" w:rsidR="007A5E59" w:rsidRDefault="0095198F">
            <w:pPr>
              <w:jc w:val="center"/>
            </w:pPr>
            <w:r>
              <w:t>300</w:t>
            </w:r>
          </w:p>
        </w:tc>
        <w:tc>
          <w:tcPr>
            <w:tcW w:w="0" w:type="auto"/>
          </w:tcPr>
          <w:p w14:paraId="705F8840" w14:textId="77777777" w:rsidR="007A5E59" w:rsidRDefault="0095198F">
            <w:pPr>
              <w:jc w:val="center"/>
            </w:pPr>
            <w:r>
              <w:t>1974</w:t>
            </w:r>
          </w:p>
        </w:tc>
        <w:tc>
          <w:tcPr>
            <w:tcW w:w="0" w:type="auto"/>
          </w:tcPr>
          <w:p w14:paraId="1BFAFBEF" w14:textId="77777777" w:rsidR="007A5E59" w:rsidRDefault="0095198F">
            <w:pPr>
              <w:jc w:val="center"/>
            </w:pPr>
            <w:r>
              <w:t>52</w:t>
            </w:r>
          </w:p>
        </w:tc>
        <w:tc>
          <w:tcPr>
            <w:tcW w:w="0" w:type="auto"/>
          </w:tcPr>
          <w:p w14:paraId="069FBCE5" w14:textId="77777777" w:rsidR="007A5E59" w:rsidRDefault="0095198F">
            <w:r>
              <w:t>бесканал.</w:t>
            </w:r>
          </w:p>
        </w:tc>
      </w:tr>
      <w:tr w:rsidR="007A5E59" w14:paraId="2EFB65F9" w14:textId="77777777">
        <w:trPr>
          <w:jc w:val="center"/>
        </w:trPr>
        <w:tc>
          <w:tcPr>
            <w:tcW w:w="0" w:type="auto"/>
          </w:tcPr>
          <w:p w14:paraId="5B401F56" w14:textId="77777777" w:rsidR="007A5E59" w:rsidRDefault="0095198F">
            <w:pPr>
              <w:jc w:val="center"/>
            </w:pPr>
            <w:r>
              <w:t>83</w:t>
            </w:r>
          </w:p>
        </w:tc>
        <w:tc>
          <w:tcPr>
            <w:tcW w:w="0" w:type="auto"/>
          </w:tcPr>
          <w:p w14:paraId="45FEFE0F" w14:textId="77777777" w:rsidR="007A5E59" w:rsidRPr="00312815" w:rsidRDefault="0095198F">
            <w:pPr>
              <w:rPr>
                <w:lang w:val="ru-RU"/>
              </w:rPr>
            </w:pPr>
            <w:r w:rsidRPr="00312815">
              <w:rPr>
                <w:lang w:val="ru-RU"/>
              </w:rPr>
              <w:t>ТК-2 – Гагарина, 2 (гостиница Шория (спортотель)</w:t>
            </w:r>
          </w:p>
        </w:tc>
        <w:tc>
          <w:tcPr>
            <w:tcW w:w="0" w:type="auto"/>
          </w:tcPr>
          <w:p w14:paraId="62655ACA" w14:textId="77777777" w:rsidR="007A5E59" w:rsidRDefault="0095198F">
            <w:pPr>
              <w:jc w:val="center"/>
            </w:pPr>
            <w:r>
              <w:t>80</w:t>
            </w:r>
          </w:p>
        </w:tc>
        <w:tc>
          <w:tcPr>
            <w:tcW w:w="0" w:type="auto"/>
          </w:tcPr>
          <w:p w14:paraId="6558F350" w14:textId="77777777" w:rsidR="007A5E59" w:rsidRDefault="0095198F">
            <w:pPr>
              <w:jc w:val="center"/>
            </w:pPr>
            <w:r>
              <w:t>1974</w:t>
            </w:r>
          </w:p>
        </w:tc>
        <w:tc>
          <w:tcPr>
            <w:tcW w:w="0" w:type="auto"/>
          </w:tcPr>
          <w:p w14:paraId="207B2E8A" w14:textId="77777777" w:rsidR="007A5E59" w:rsidRDefault="0095198F">
            <w:pPr>
              <w:jc w:val="center"/>
            </w:pPr>
            <w:r>
              <w:t>35</w:t>
            </w:r>
          </w:p>
        </w:tc>
        <w:tc>
          <w:tcPr>
            <w:tcW w:w="0" w:type="auto"/>
          </w:tcPr>
          <w:p w14:paraId="30B51BE1" w14:textId="77777777" w:rsidR="007A5E59" w:rsidRDefault="0095198F">
            <w:r>
              <w:t>бесканал.</w:t>
            </w:r>
          </w:p>
        </w:tc>
      </w:tr>
      <w:tr w:rsidR="007A5E59" w14:paraId="68663F87" w14:textId="77777777">
        <w:trPr>
          <w:jc w:val="center"/>
        </w:trPr>
        <w:tc>
          <w:tcPr>
            <w:tcW w:w="0" w:type="auto"/>
          </w:tcPr>
          <w:p w14:paraId="7D83D61F" w14:textId="77777777" w:rsidR="007A5E59" w:rsidRDefault="0095198F">
            <w:pPr>
              <w:jc w:val="center"/>
            </w:pPr>
            <w:r>
              <w:t>84</w:t>
            </w:r>
          </w:p>
        </w:tc>
        <w:tc>
          <w:tcPr>
            <w:tcW w:w="0" w:type="auto"/>
          </w:tcPr>
          <w:p w14:paraId="45BA6D34" w14:textId="77777777" w:rsidR="007A5E59" w:rsidRDefault="0095198F">
            <w:r>
              <w:t>ТК-1/1а – ТК-1/1Б</w:t>
            </w:r>
          </w:p>
        </w:tc>
        <w:tc>
          <w:tcPr>
            <w:tcW w:w="0" w:type="auto"/>
          </w:tcPr>
          <w:p w14:paraId="1BFC4D2B" w14:textId="77777777" w:rsidR="007A5E59" w:rsidRDefault="0095198F">
            <w:pPr>
              <w:jc w:val="center"/>
            </w:pPr>
            <w:r>
              <w:t>50</w:t>
            </w:r>
          </w:p>
        </w:tc>
        <w:tc>
          <w:tcPr>
            <w:tcW w:w="0" w:type="auto"/>
          </w:tcPr>
          <w:p w14:paraId="392925F7" w14:textId="77777777" w:rsidR="007A5E59" w:rsidRDefault="0095198F">
            <w:pPr>
              <w:jc w:val="center"/>
            </w:pPr>
            <w:r>
              <w:t>1974</w:t>
            </w:r>
          </w:p>
        </w:tc>
        <w:tc>
          <w:tcPr>
            <w:tcW w:w="0" w:type="auto"/>
          </w:tcPr>
          <w:p w14:paraId="7AA2492C" w14:textId="77777777" w:rsidR="007A5E59" w:rsidRDefault="0095198F">
            <w:pPr>
              <w:jc w:val="center"/>
            </w:pPr>
            <w:r>
              <w:t>18</w:t>
            </w:r>
          </w:p>
        </w:tc>
        <w:tc>
          <w:tcPr>
            <w:tcW w:w="0" w:type="auto"/>
          </w:tcPr>
          <w:p w14:paraId="3EDE1206" w14:textId="77777777" w:rsidR="007A5E59" w:rsidRDefault="0095198F">
            <w:r>
              <w:t>бесканал.</w:t>
            </w:r>
          </w:p>
        </w:tc>
      </w:tr>
      <w:tr w:rsidR="007A5E59" w14:paraId="3E193995" w14:textId="77777777">
        <w:trPr>
          <w:jc w:val="center"/>
        </w:trPr>
        <w:tc>
          <w:tcPr>
            <w:tcW w:w="0" w:type="auto"/>
          </w:tcPr>
          <w:p w14:paraId="35A00598" w14:textId="77777777" w:rsidR="007A5E59" w:rsidRDefault="0095198F">
            <w:pPr>
              <w:jc w:val="center"/>
            </w:pPr>
            <w:r>
              <w:t>85</w:t>
            </w:r>
          </w:p>
        </w:tc>
        <w:tc>
          <w:tcPr>
            <w:tcW w:w="0" w:type="auto"/>
          </w:tcPr>
          <w:p w14:paraId="5703731B" w14:textId="77777777" w:rsidR="007A5E59" w:rsidRDefault="0095198F">
            <w:r>
              <w:t>ТК-1/1А – ТК-1/1</w:t>
            </w:r>
          </w:p>
        </w:tc>
        <w:tc>
          <w:tcPr>
            <w:tcW w:w="0" w:type="auto"/>
          </w:tcPr>
          <w:p w14:paraId="3A63B950" w14:textId="77777777" w:rsidR="007A5E59" w:rsidRDefault="0095198F">
            <w:pPr>
              <w:jc w:val="center"/>
            </w:pPr>
            <w:r>
              <w:t>300</w:t>
            </w:r>
          </w:p>
        </w:tc>
        <w:tc>
          <w:tcPr>
            <w:tcW w:w="0" w:type="auto"/>
          </w:tcPr>
          <w:p w14:paraId="1EC8F81F" w14:textId="77777777" w:rsidR="007A5E59" w:rsidRDefault="0095198F">
            <w:pPr>
              <w:jc w:val="center"/>
            </w:pPr>
            <w:r>
              <w:t>1974</w:t>
            </w:r>
          </w:p>
        </w:tc>
        <w:tc>
          <w:tcPr>
            <w:tcW w:w="0" w:type="auto"/>
          </w:tcPr>
          <w:p w14:paraId="1EE390BC" w14:textId="77777777" w:rsidR="007A5E59" w:rsidRDefault="0095198F">
            <w:pPr>
              <w:jc w:val="center"/>
            </w:pPr>
            <w:r>
              <w:t>63</w:t>
            </w:r>
          </w:p>
        </w:tc>
        <w:tc>
          <w:tcPr>
            <w:tcW w:w="0" w:type="auto"/>
          </w:tcPr>
          <w:p w14:paraId="1B343D1D" w14:textId="77777777" w:rsidR="007A5E59" w:rsidRDefault="0095198F">
            <w:r>
              <w:t>бесканал.</w:t>
            </w:r>
          </w:p>
        </w:tc>
      </w:tr>
      <w:tr w:rsidR="007A5E59" w14:paraId="189C87D6" w14:textId="77777777">
        <w:trPr>
          <w:jc w:val="center"/>
        </w:trPr>
        <w:tc>
          <w:tcPr>
            <w:tcW w:w="0" w:type="auto"/>
          </w:tcPr>
          <w:p w14:paraId="68C2DDDF" w14:textId="77777777" w:rsidR="007A5E59" w:rsidRDefault="0095198F">
            <w:pPr>
              <w:jc w:val="center"/>
            </w:pPr>
            <w:r>
              <w:t>86</w:t>
            </w:r>
          </w:p>
        </w:tc>
        <w:tc>
          <w:tcPr>
            <w:tcW w:w="0" w:type="auto"/>
          </w:tcPr>
          <w:p w14:paraId="16C69E90" w14:textId="77777777" w:rsidR="007A5E59" w:rsidRDefault="0095198F">
            <w:r>
              <w:t>ТК-1/1 – ТК-1</w:t>
            </w:r>
          </w:p>
        </w:tc>
        <w:tc>
          <w:tcPr>
            <w:tcW w:w="0" w:type="auto"/>
          </w:tcPr>
          <w:p w14:paraId="5CBDB907" w14:textId="77777777" w:rsidR="007A5E59" w:rsidRDefault="0095198F">
            <w:pPr>
              <w:jc w:val="center"/>
            </w:pPr>
            <w:r>
              <w:t>300</w:t>
            </w:r>
          </w:p>
        </w:tc>
        <w:tc>
          <w:tcPr>
            <w:tcW w:w="0" w:type="auto"/>
          </w:tcPr>
          <w:p w14:paraId="75701CA7" w14:textId="77777777" w:rsidR="007A5E59" w:rsidRDefault="0095198F">
            <w:pPr>
              <w:jc w:val="center"/>
            </w:pPr>
            <w:r>
              <w:t>1974</w:t>
            </w:r>
          </w:p>
        </w:tc>
        <w:tc>
          <w:tcPr>
            <w:tcW w:w="0" w:type="auto"/>
          </w:tcPr>
          <w:p w14:paraId="69082E13" w14:textId="77777777" w:rsidR="007A5E59" w:rsidRDefault="0095198F">
            <w:pPr>
              <w:jc w:val="center"/>
            </w:pPr>
            <w:r>
              <w:t>51</w:t>
            </w:r>
          </w:p>
        </w:tc>
        <w:tc>
          <w:tcPr>
            <w:tcW w:w="0" w:type="auto"/>
          </w:tcPr>
          <w:p w14:paraId="79DC6F08" w14:textId="77777777" w:rsidR="007A5E59" w:rsidRDefault="0095198F">
            <w:r>
              <w:t>бесканал.</w:t>
            </w:r>
          </w:p>
        </w:tc>
      </w:tr>
      <w:tr w:rsidR="007A5E59" w14:paraId="6ABBDB3E" w14:textId="77777777">
        <w:trPr>
          <w:jc w:val="center"/>
        </w:trPr>
        <w:tc>
          <w:tcPr>
            <w:tcW w:w="0" w:type="auto"/>
          </w:tcPr>
          <w:p w14:paraId="4813CF05" w14:textId="77777777" w:rsidR="007A5E59" w:rsidRDefault="0095198F">
            <w:pPr>
              <w:jc w:val="center"/>
            </w:pPr>
            <w:r>
              <w:t>87</w:t>
            </w:r>
          </w:p>
        </w:tc>
        <w:tc>
          <w:tcPr>
            <w:tcW w:w="0" w:type="auto"/>
          </w:tcPr>
          <w:p w14:paraId="3AF9C816" w14:textId="77777777" w:rsidR="007A5E59" w:rsidRDefault="0095198F">
            <w:r>
              <w:t>ТК-1/1 – ТК-1</w:t>
            </w:r>
          </w:p>
        </w:tc>
        <w:tc>
          <w:tcPr>
            <w:tcW w:w="0" w:type="auto"/>
          </w:tcPr>
          <w:p w14:paraId="1B7DC298" w14:textId="77777777" w:rsidR="007A5E59" w:rsidRDefault="0095198F">
            <w:pPr>
              <w:jc w:val="center"/>
            </w:pPr>
            <w:r>
              <w:t>300</w:t>
            </w:r>
          </w:p>
        </w:tc>
        <w:tc>
          <w:tcPr>
            <w:tcW w:w="0" w:type="auto"/>
          </w:tcPr>
          <w:p w14:paraId="429F0973" w14:textId="77777777" w:rsidR="007A5E59" w:rsidRDefault="0095198F">
            <w:pPr>
              <w:jc w:val="center"/>
            </w:pPr>
            <w:r>
              <w:t>1974</w:t>
            </w:r>
          </w:p>
        </w:tc>
        <w:tc>
          <w:tcPr>
            <w:tcW w:w="0" w:type="auto"/>
          </w:tcPr>
          <w:p w14:paraId="6A3A5E83" w14:textId="77777777" w:rsidR="007A5E59" w:rsidRDefault="0095198F">
            <w:pPr>
              <w:jc w:val="center"/>
            </w:pPr>
            <w:r>
              <w:t>12</w:t>
            </w:r>
          </w:p>
        </w:tc>
        <w:tc>
          <w:tcPr>
            <w:tcW w:w="0" w:type="auto"/>
          </w:tcPr>
          <w:p w14:paraId="5C48AA58" w14:textId="77777777" w:rsidR="007A5E59" w:rsidRDefault="0095198F">
            <w:r>
              <w:t>бесканал.</w:t>
            </w:r>
          </w:p>
        </w:tc>
      </w:tr>
      <w:tr w:rsidR="007A5E59" w14:paraId="72A33661" w14:textId="77777777">
        <w:trPr>
          <w:jc w:val="center"/>
        </w:trPr>
        <w:tc>
          <w:tcPr>
            <w:tcW w:w="0" w:type="auto"/>
          </w:tcPr>
          <w:p w14:paraId="43D6BB3B" w14:textId="77777777" w:rsidR="007A5E59" w:rsidRDefault="0095198F">
            <w:pPr>
              <w:jc w:val="center"/>
            </w:pPr>
            <w:r>
              <w:t>88</w:t>
            </w:r>
          </w:p>
        </w:tc>
        <w:tc>
          <w:tcPr>
            <w:tcW w:w="0" w:type="auto"/>
          </w:tcPr>
          <w:p w14:paraId="1FD99AE1" w14:textId="77777777" w:rsidR="007A5E59" w:rsidRDefault="0095198F">
            <w:r>
              <w:t>ТК-1 – ТК-20</w:t>
            </w:r>
          </w:p>
        </w:tc>
        <w:tc>
          <w:tcPr>
            <w:tcW w:w="0" w:type="auto"/>
          </w:tcPr>
          <w:p w14:paraId="7A177869" w14:textId="77777777" w:rsidR="007A5E59" w:rsidRDefault="0095198F">
            <w:pPr>
              <w:jc w:val="center"/>
            </w:pPr>
            <w:r>
              <w:t>65</w:t>
            </w:r>
          </w:p>
        </w:tc>
        <w:tc>
          <w:tcPr>
            <w:tcW w:w="0" w:type="auto"/>
          </w:tcPr>
          <w:p w14:paraId="717349B4" w14:textId="77777777" w:rsidR="007A5E59" w:rsidRDefault="0095198F">
            <w:pPr>
              <w:jc w:val="center"/>
            </w:pPr>
            <w:r>
              <w:t>1974</w:t>
            </w:r>
          </w:p>
        </w:tc>
        <w:tc>
          <w:tcPr>
            <w:tcW w:w="0" w:type="auto"/>
          </w:tcPr>
          <w:p w14:paraId="6EDF7E71" w14:textId="77777777" w:rsidR="007A5E59" w:rsidRDefault="0095198F">
            <w:pPr>
              <w:jc w:val="center"/>
            </w:pPr>
            <w:r>
              <w:t>75</w:t>
            </w:r>
          </w:p>
        </w:tc>
        <w:tc>
          <w:tcPr>
            <w:tcW w:w="0" w:type="auto"/>
          </w:tcPr>
          <w:p w14:paraId="0F029F3A" w14:textId="77777777" w:rsidR="007A5E59" w:rsidRDefault="0095198F">
            <w:r>
              <w:t>бесканал.</w:t>
            </w:r>
          </w:p>
        </w:tc>
      </w:tr>
      <w:tr w:rsidR="007A5E59" w14:paraId="61473608" w14:textId="77777777">
        <w:trPr>
          <w:jc w:val="center"/>
        </w:trPr>
        <w:tc>
          <w:tcPr>
            <w:tcW w:w="0" w:type="auto"/>
          </w:tcPr>
          <w:p w14:paraId="7A6A1DEC" w14:textId="77777777" w:rsidR="007A5E59" w:rsidRDefault="0095198F">
            <w:pPr>
              <w:jc w:val="center"/>
            </w:pPr>
            <w:r>
              <w:t>89</w:t>
            </w:r>
          </w:p>
        </w:tc>
        <w:tc>
          <w:tcPr>
            <w:tcW w:w="0" w:type="auto"/>
          </w:tcPr>
          <w:p w14:paraId="540ADC25" w14:textId="77777777" w:rsidR="007A5E59" w:rsidRDefault="0095198F">
            <w:r>
              <w:t>ТК-20 – ТК-21</w:t>
            </w:r>
          </w:p>
        </w:tc>
        <w:tc>
          <w:tcPr>
            <w:tcW w:w="0" w:type="auto"/>
          </w:tcPr>
          <w:p w14:paraId="3FAC698F" w14:textId="77777777" w:rsidR="007A5E59" w:rsidRDefault="0095198F">
            <w:pPr>
              <w:jc w:val="center"/>
            </w:pPr>
            <w:r>
              <w:t>80</w:t>
            </w:r>
          </w:p>
        </w:tc>
        <w:tc>
          <w:tcPr>
            <w:tcW w:w="0" w:type="auto"/>
          </w:tcPr>
          <w:p w14:paraId="545A5EED" w14:textId="77777777" w:rsidR="007A5E59" w:rsidRDefault="0095198F">
            <w:pPr>
              <w:jc w:val="center"/>
            </w:pPr>
            <w:r>
              <w:t>1974</w:t>
            </w:r>
          </w:p>
        </w:tc>
        <w:tc>
          <w:tcPr>
            <w:tcW w:w="0" w:type="auto"/>
          </w:tcPr>
          <w:p w14:paraId="29F88AFB" w14:textId="77777777" w:rsidR="007A5E59" w:rsidRDefault="0095198F">
            <w:pPr>
              <w:jc w:val="center"/>
            </w:pPr>
            <w:r>
              <w:t>23</w:t>
            </w:r>
          </w:p>
        </w:tc>
        <w:tc>
          <w:tcPr>
            <w:tcW w:w="0" w:type="auto"/>
          </w:tcPr>
          <w:p w14:paraId="3EF893B4" w14:textId="77777777" w:rsidR="007A5E59" w:rsidRDefault="0095198F">
            <w:r>
              <w:t>бесканал.</w:t>
            </w:r>
          </w:p>
        </w:tc>
      </w:tr>
      <w:tr w:rsidR="007A5E59" w14:paraId="6318BF97" w14:textId="77777777">
        <w:trPr>
          <w:jc w:val="center"/>
        </w:trPr>
        <w:tc>
          <w:tcPr>
            <w:tcW w:w="0" w:type="auto"/>
          </w:tcPr>
          <w:p w14:paraId="03F0C25A" w14:textId="77777777" w:rsidR="007A5E59" w:rsidRDefault="0095198F">
            <w:pPr>
              <w:jc w:val="center"/>
            </w:pPr>
            <w:r>
              <w:t>90</w:t>
            </w:r>
          </w:p>
        </w:tc>
        <w:tc>
          <w:tcPr>
            <w:tcW w:w="0" w:type="auto"/>
          </w:tcPr>
          <w:p w14:paraId="465CAA52" w14:textId="77777777" w:rsidR="007A5E59" w:rsidRDefault="0095198F">
            <w:r>
              <w:t>ТК-21 – Севетская, 1</w:t>
            </w:r>
          </w:p>
        </w:tc>
        <w:tc>
          <w:tcPr>
            <w:tcW w:w="0" w:type="auto"/>
          </w:tcPr>
          <w:p w14:paraId="6BFEEB65" w14:textId="77777777" w:rsidR="007A5E59" w:rsidRDefault="0095198F">
            <w:pPr>
              <w:jc w:val="center"/>
            </w:pPr>
            <w:r>
              <w:t>50</w:t>
            </w:r>
          </w:p>
        </w:tc>
        <w:tc>
          <w:tcPr>
            <w:tcW w:w="0" w:type="auto"/>
          </w:tcPr>
          <w:p w14:paraId="2D997934" w14:textId="77777777" w:rsidR="007A5E59" w:rsidRDefault="0095198F">
            <w:pPr>
              <w:jc w:val="center"/>
            </w:pPr>
            <w:r>
              <w:t>1974</w:t>
            </w:r>
          </w:p>
        </w:tc>
        <w:tc>
          <w:tcPr>
            <w:tcW w:w="0" w:type="auto"/>
          </w:tcPr>
          <w:p w14:paraId="73CB8EF0" w14:textId="77777777" w:rsidR="007A5E59" w:rsidRDefault="0095198F">
            <w:pPr>
              <w:jc w:val="center"/>
            </w:pPr>
            <w:r>
              <w:t>20</w:t>
            </w:r>
          </w:p>
        </w:tc>
        <w:tc>
          <w:tcPr>
            <w:tcW w:w="0" w:type="auto"/>
          </w:tcPr>
          <w:p w14:paraId="63377F3A" w14:textId="77777777" w:rsidR="007A5E59" w:rsidRDefault="0095198F">
            <w:r>
              <w:t>бесканал.</w:t>
            </w:r>
          </w:p>
        </w:tc>
      </w:tr>
      <w:tr w:rsidR="007A5E59" w14:paraId="1094C260" w14:textId="77777777">
        <w:trPr>
          <w:jc w:val="center"/>
        </w:trPr>
        <w:tc>
          <w:tcPr>
            <w:tcW w:w="0" w:type="auto"/>
          </w:tcPr>
          <w:p w14:paraId="477AF6CC" w14:textId="77777777" w:rsidR="007A5E59" w:rsidRDefault="0095198F">
            <w:pPr>
              <w:jc w:val="center"/>
            </w:pPr>
            <w:r>
              <w:t>91</w:t>
            </w:r>
          </w:p>
        </w:tc>
        <w:tc>
          <w:tcPr>
            <w:tcW w:w="0" w:type="auto"/>
          </w:tcPr>
          <w:p w14:paraId="535ABC03" w14:textId="77777777" w:rsidR="007A5E59" w:rsidRDefault="0095198F">
            <w:r>
              <w:t>ТК-19 – Советская, 5</w:t>
            </w:r>
          </w:p>
        </w:tc>
        <w:tc>
          <w:tcPr>
            <w:tcW w:w="0" w:type="auto"/>
          </w:tcPr>
          <w:p w14:paraId="5AEB9901" w14:textId="77777777" w:rsidR="007A5E59" w:rsidRDefault="0095198F">
            <w:pPr>
              <w:jc w:val="center"/>
            </w:pPr>
            <w:r>
              <w:t>100</w:t>
            </w:r>
          </w:p>
        </w:tc>
        <w:tc>
          <w:tcPr>
            <w:tcW w:w="0" w:type="auto"/>
          </w:tcPr>
          <w:p w14:paraId="1B599402" w14:textId="77777777" w:rsidR="007A5E59" w:rsidRDefault="0095198F">
            <w:pPr>
              <w:jc w:val="center"/>
            </w:pPr>
            <w:r>
              <w:t>1974</w:t>
            </w:r>
          </w:p>
        </w:tc>
        <w:tc>
          <w:tcPr>
            <w:tcW w:w="0" w:type="auto"/>
          </w:tcPr>
          <w:p w14:paraId="568FBFA1" w14:textId="77777777" w:rsidR="007A5E59" w:rsidRDefault="0095198F">
            <w:pPr>
              <w:jc w:val="center"/>
            </w:pPr>
            <w:r>
              <w:t>27</w:t>
            </w:r>
          </w:p>
        </w:tc>
        <w:tc>
          <w:tcPr>
            <w:tcW w:w="0" w:type="auto"/>
          </w:tcPr>
          <w:p w14:paraId="63B77873" w14:textId="77777777" w:rsidR="007A5E59" w:rsidRDefault="0095198F">
            <w:r>
              <w:t>бесканал.</w:t>
            </w:r>
          </w:p>
        </w:tc>
      </w:tr>
      <w:tr w:rsidR="007A5E59" w14:paraId="6CAF28EF" w14:textId="77777777">
        <w:trPr>
          <w:jc w:val="center"/>
        </w:trPr>
        <w:tc>
          <w:tcPr>
            <w:tcW w:w="0" w:type="auto"/>
          </w:tcPr>
          <w:p w14:paraId="35F1943F" w14:textId="77777777" w:rsidR="007A5E59" w:rsidRDefault="0095198F">
            <w:pPr>
              <w:jc w:val="center"/>
            </w:pPr>
            <w:r>
              <w:t>92</w:t>
            </w:r>
          </w:p>
        </w:tc>
        <w:tc>
          <w:tcPr>
            <w:tcW w:w="0" w:type="auto"/>
          </w:tcPr>
          <w:p w14:paraId="0FD117A5" w14:textId="77777777" w:rsidR="007A5E59" w:rsidRDefault="0095198F">
            <w:r>
              <w:t>ТК-19 – Советская, 4</w:t>
            </w:r>
          </w:p>
        </w:tc>
        <w:tc>
          <w:tcPr>
            <w:tcW w:w="0" w:type="auto"/>
          </w:tcPr>
          <w:p w14:paraId="6384D7DA" w14:textId="77777777" w:rsidR="007A5E59" w:rsidRDefault="0095198F">
            <w:pPr>
              <w:jc w:val="center"/>
            </w:pPr>
            <w:r>
              <w:t>100</w:t>
            </w:r>
          </w:p>
        </w:tc>
        <w:tc>
          <w:tcPr>
            <w:tcW w:w="0" w:type="auto"/>
          </w:tcPr>
          <w:p w14:paraId="7A59A7E6" w14:textId="77777777" w:rsidR="007A5E59" w:rsidRDefault="0095198F">
            <w:pPr>
              <w:jc w:val="center"/>
            </w:pPr>
            <w:r>
              <w:t>1974</w:t>
            </w:r>
          </w:p>
        </w:tc>
        <w:tc>
          <w:tcPr>
            <w:tcW w:w="0" w:type="auto"/>
          </w:tcPr>
          <w:p w14:paraId="5C8B1D5C" w14:textId="77777777" w:rsidR="007A5E59" w:rsidRDefault="0095198F">
            <w:pPr>
              <w:jc w:val="center"/>
            </w:pPr>
            <w:r>
              <w:t>160</w:t>
            </w:r>
          </w:p>
        </w:tc>
        <w:tc>
          <w:tcPr>
            <w:tcW w:w="0" w:type="auto"/>
          </w:tcPr>
          <w:p w14:paraId="5FF24788" w14:textId="77777777" w:rsidR="007A5E59" w:rsidRDefault="0095198F">
            <w:r>
              <w:t>бесканал.</w:t>
            </w:r>
          </w:p>
        </w:tc>
      </w:tr>
      <w:tr w:rsidR="007A5E59" w14:paraId="07792F58" w14:textId="77777777">
        <w:trPr>
          <w:jc w:val="center"/>
        </w:trPr>
        <w:tc>
          <w:tcPr>
            <w:tcW w:w="0" w:type="auto"/>
          </w:tcPr>
          <w:p w14:paraId="16C254AF" w14:textId="77777777" w:rsidR="007A5E59" w:rsidRDefault="0095198F">
            <w:pPr>
              <w:jc w:val="center"/>
            </w:pPr>
            <w:r>
              <w:t>93</w:t>
            </w:r>
          </w:p>
        </w:tc>
        <w:tc>
          <w:tcPr>
            <w:tcW w:w="0" w:type="auto"/>
          </w:tcPr>
          <w:p w14:paraId="38377ACB" w14:textId="77777777" w:rsidR="007A5E59" w:rsidRDefault="0095198F">
            <w:r>
              <w:t>ТК-19 – Советская, 3</w:t>
            </w:r>
          </w:p>
        </w:tc>
        <w:tc>
          <w:tcPr>
            <w:tcW w:w="0" w:type="auto"/>
          </w:tcPr>
          <w:p w14:paraId="436E8095" w14:textId="77777777" w:rsidR="007A5E59" w:rsidRDefault="0095198F">
            <w:pPr>
              <w:jc w:val="center"/>
            </w:pPr>
            <w:r>
              <w:t>100</w:t>
            </w:r>
          </w:p>
        </w:tc>
        <w:tc>
          <w:tcPr>
            <w:tcW w:w="0" w:type="auto"/>
          </w:tcPr>
          <w:p w14:paraId="0147AEDF" w14:textId="77777777" w:rsidR="007A5E59" w:rsidRDefault="0095198F">
            <w:pPr>
              <w:jc w:val="center"/>
            </w:pPr>
            <w:r>
              <w:t>1974</w:t>
            </w:r>
          </w:p>
        </w:tc>
        <w:tc>
          <w:tcPr>
            <w:tcW w:w="0" w:type="auto"/>
          </w:tcPr>
          <w:p w14:paraId="360C5337" w14:textId="77777777" w:rsidR="007A5E59" w:rsidRDefault="0095198F">
            <w:pPr>
              <w:jc w:val="center"/>
            </w:pPr>
            <w:r>
              <w:t>50</w:t>
            </w:r>
          </w:p>
        </w:tc>
        <w:tc>
          <w:tcPr>
            <w:tcW w:w="0" w:type="auto"/>
          </w:tcPr>
          <w:p w14:paraId="11E13349" w14:textId="77777777" w:rsidR="007A5E59" w:rsidRDefault="0095198F">
            <w:r>
              <w:t>бесканал.</w:t>
            </w:r>
          </w:p>
        </w:tc>
      </w:tr>
      <w:tr w:rsidR="007A5E59" w14:paraId="333292DD" w14:textId="77777777">
        <w:trPr>
          <w:jc w:val="center"/>
        </w:trPr>
        <w:tc>
          <w:tcPr>
            <w:tcW w:w="0" w:type="auto"/>
          </w:tcPr>
          <w:p w14:paraId="4F1A02CF" w14:textId="77777777" w:rsidR="007A5E59" w:rsidRDefault="0095198F">
            <w:pPr>
              <w:jc w:val="center"/>
            </w:pPr>
            <w:r>
              <w:t>94</w:t>
            </w:r>
          </w:p>
        </w:tc>
        <w:tc>
          <w:tcPr>
            <w:tcW w:w="0" w:type="auto"/>
          </w:tcPr>
          <w:p w14:paraId="33EA8FC0" w14:textId="77777777" w:rsidR="007A5E59" w:rsidRDefault="0095198F">
            <w:r>
              <w:t>ТК-1 – ТК-19</w:t>
            </w:r>
          </w:p>
        </w:tc>
        <w:tc>
          <w:tcPr>
            <w:tcW w:w="0" w:type="auto"/>
          </w:tcPr>
          <w:p w14:paraId="48997657" w14:textId="77777777" w:rsidR="007A5E59" w:rsidRDefault="0095198F">
            <w:pPr>
              <w:jc w:val="center"/>
            </w:pPr>
            <w:r>
              <w:t>100</w:t>
            </w:r>
          </w:p>
        </w:tc>
        <w:tc>
          <w:tcPr>
            <w:tcW w:w="0" w:type="auto"/>
          </w:tcPr>
          <w:p w14:paraId="425DCD49" w14:textId="77777777" w:rsidR="007A5E59" w:rsidRDefault="0095198F">
            <w:pPr>
              <w:jc w:val="center"/>
            </w:pPr>
            <w:r>
              <w:t>1974</w:t>
            </w:r>
          </w:p>
        </w:tc>
        <w:tc>
          <w:tcPr>
            <w:tcW w:w="0" w:type="auto"/>
          </w:tcPr>
          <w:p w14:paraId="23992FA8" w14:textId="77777777" w:rsidR="007A5E59" w:rsidRDefault="0095198F">
            <w:pPr>
              <w:jc w:val="center"/>
            </w:pPr>
            <w:r>
              <w:t>75</w:t>
            </w:r>
          </w:p>
        </w:tc>
        <w:tc>
          <w:tcPr>
            <w:tcW w:w="0" w:type="auto"/>
          </w:tcPr>
          <w:p w14:paraId="46C5F41B" w14:textId="77777777" w:rsidR="007A5E59" w:rsidRDefault="0095198F">
            <w:r>
              <w:t>бесканал.</w:t>
            </w:r>
          </w:p>
        </w:tc>
      </w:tr>
      <w:tr w:rsidR="007A5E59" w14:paraId="1F17C791" w14:textId="77777777">
        <w:trPr>
          <w:jc w:val="center"/>
        </w:trPr>
        <w:tc>
          <w:tcPr>
            <w:tcW w:w="0" w:type="auto"/>
          </w:tcPr>
          <w:p w14:paraId="36390712" w14:textId="77777777" w:rsidR="007A5E59" w:rsidRDefault="0095198F">
            <w:pPr>
              <w:jc w:val="center"/>
            </w:pPr>
            <w:r>
              <w:t>95</w:t>
            </w:r>
          </w:p>
        </w:tc>
        <w:tc>
          <w:tcPr>
            <w:tcW w:w="0" w:type="auto"/>
          </w:tcPr>
          <w:p w14:paraId="44D10EC3" w14:textId="77777777" w:rsidR="007A5E59" w:rsidRDefault="0095198F">
            <w:r>
              <w:t>ТК-1 – ТК-1А</w:t>
            </w:r>
          </w:p>
        </w:tc>
        <w:tc>
          <w:tcPr>
            <w:tcW w:w="0" w:type="auto"/>
          </w:tcPr>
          <w:p w14:paraId="233024C9" w14:textId="77777777" w:rsidR="007A5E59" w:rsidRDefault="0095198F">
            <w:pPr>
              <w:jc w:val="center"/>
            </w:pPr>
            <w:r>
              <w:t>250</w:t>
            </w:r>
          </w:p>
        </w:tc>
        <w:tc>
          <w:tcPr>
            <w:tcW w:w="0" w:type="auto"/>
          </w:tcPr>
          <w:p w14:paraId="08FFF39D" w14:textId="77777777" w:rsidR="007A5E59" w:rsidRDefault="0095198F">
            <w:pPr>
              <w:jc w:val="center"/>
            </w:pPr>
            <w:r>
              <w:t>1974</w:t>
            </w:r>
          </w:p>
        </w:tc>
        <w:tc>
          <w:tcPr>
            <w:tcW w:w="0" w:type="auto"/>
          </w:tcPr>
          <w:p w14:paraId="5E31712D" w14:textId="77777777" w:rsidR="007A5E59" w:rsidRDefault="0095198F">
            <w:pPr>
              <w:jc w:val="center"/>
            </w:pPr>
            <w:r>
              <w:t>115</w:t>
            </w:r>
          </w:p>
        </w:tc>
        <w:tc>
          <w:tcPr>
            <w:tcW w:w="0" w:type="auto"/>
          </w:tcPr>
          <w:p w14:paraId="29CFAC75" w14:textId="77777777" w:rsidR="007A5E59" w:rsidRDefault="0095198F">
            <w:r>
              <w:t>бесканал.</w:t>
            </w:r>
          </w:p>
        </w:tc>
      </w:tr>
      <w:tr w:rsidR="007A5E59" w14:paraId="6C88F13D" w14:textId="77777777">
        <w:trPr>
          <w:jc w:val="center"/>
        </w:trPr>
        <w:tc>
          <w:tcPr>
            <w:tcW w:w="0" w:type="auto"/>
          </w:tcPr>
          <w:p w14:paraId="6E4FCEF4" w14:textId="77777777" w:rsidR="007A5E59" w:rsidRDefault="0095198F">
            <w:pPr>
              <w:jc w:val="center"/>
            </w:pPr>
            <w:r>
              <w:t>96</w:t>
            </w:r>
          </w:p>
        </w:tc>
        <w:tc>
          <w:tcPr>
            <w:tcW w:w="0" w:type="auto"/>
          </w:tcPr>
          <w:p w14:paraId="06C35936" w14:textId="77777777" w:rsidR="007A5E59" w:rsidRDefault="0095198F">
            <w:r>
              <w:t>ТК-23/1 – Пирогова, 4а</w:t>
            </w:r>
          </w:p>
        </w:tc>
        <w:tc>
          <w:tcPr>
            <w:tcW w:w="0" w:type="auto"/>
          </w:tcPr>
          <w:p w14:paraId="0F4215C2" w14:textId="77777777" w:rsidR="007A5E59" w:rsidRDefault="0095198F">
            <w:pPr>
              <w:jc w:val="center"/>
            </w:pPr>
            <w:r>
              <w:t>100</w:t>
            </w:r>
          </w:p>
        </w:tc>
        <w:tc>
          <w:tcPr>
            <w:tcW w:w="0" w:type="auto"/>
          </w:tcPr>
          <w:p w14:paraId="75495C3C" w14:textId="77777777" w:rsidR="007A5E59" w:rsidRDefault="0095198F">
            <w:pPr>
              <w:jc w:val="center"/>
            </w:pPr>
            <w:r>
              <w:t>1974</w:t>
            </w:r>
          </w:p>
        </w:tc>
        <w:tc>
          <w:tcPr>
            <w:tcW w:w="0" w:type="auto"/>
          </w:tcPr>
          <w:p w14:paraId="1A6462CF" w14:textId="77777777" w:rsidR="007A5E59" w:rsidRDefault="0095198F">
            <w:pPr>
              <w:jc w:val="center"/>
            </w:pPr>
            <w:r>
              <w:t>20</w:t>
            </w:r>
          </w:p>
        </w:tc>
        <w:tc>
          <w:tcPr>
            <w:tcW w:w="0" w:type="auto"/>
          </w:tcPr>
          <w:p w14:paraId="182F602A" w14:textId="77777777" w:rsidR="007A5E59" w:rsidRDefault="0095198F">
            <w:r>
              <w:t>бесканал.</w:t>
            </w:r>
          </w:p>
        </w:tc>
      </w:tr>
      <w:tr w:rsidR="007A5E59" w14:paraId="1AB5DB81" w14:textId="77777777">
        <w:trPr>
          <w:jc w:val="center"/>
        </w:trPr>
        <w:tc>
          <w:tcPr>
            <w:tcW w:w="0" w:type="auto"/>
          </w:tcPr>
          <w:p w14:paraId="5C9BA406" w14:textId="77777777" w:rsidR="007A5E59" w:rsidRDefault="0095198F">
            <w:pPr>
              <w:jc w:val="center"/>
            </w:pPr>
            <w:r>
              <w:t>97</w:t>
            </w:r>
          </w:p>
        </w:tc>
        <w:tc>
          <w:tcPr>
            <w:tcW w:w="0" w:type="auto"/>
          </w:tcPr>
          <w:p w14:paraId="59F0658D" w14:textId="77777777" w:rsidR="007A5E59" w:rsidRDefault="0095198F">
            <w:r>
              <w:t>ТК-23/1 – Пирогова, 2а</w:t>
            </w:r>
          </w:p>
        </w:tc>
        <w:tc>
          <w:tcPr>
            <w:tcW w:w="0" w:type="auto"/>
          </w:tcPr>
          <w:p w14:paraId="7674B739" w14:textId="77777777" w:rsidR="007A5E59" w:rsidRDefault="0095198F">
            <w:pPr>
              <w:jc w:val="center"/>
            </w:pPr>
            <w:r>
              <w:t>40</w:t>
            </w:r>
          </w:p>
        </w:tc>
        <w:tc>
          <w:tcPr>
            <w:tcW w:w="0" w:type="auto"/>
          </w:tcPr>
          <w:p w14:paraId="76A60036" w14:textId="77777777" w:rsidR="007A5E59" w:rsidRDefault="0095198F">
            <w:pPr>
              <w:jc w:val="center"/>
            </w:pPr>
            <w:r>
              <w:t>2010</w:t>
            </w:r>
          </w:p>
        </w:tc>
        <w:tc>
          <w:tcPr>
            <w:tcW w:w="0" w:type="auto"/>
          </w:tcPr>
          <w:p w14:paraId="59631738" w14:textId="77777777" w:rsidR="007A5E59" w:rsidRDefault="0095198F">
            <w:pPr>
              <w:jc w:val="center"/>
            </w:pPr>
            <w:r>
              <w:t>38</w:t>
            </w:r>
          </w:p>
        </w:tc>
        <w:tc>
          <w:tcPr>
            <w:tcW w:w="0" w:type="auto"/>
          </w:tcPr>
          <w:p w14:paraId="497EA612" w14:textId="77777777" w:rsidR="007A5E59" w:rsidRDefault="0095198F">
            <w:r>
              <w:t>бесканал.</w:t>
            </w:r>
          </w:p>
        </w:tc>
      </w:tr>
      <w:tr w:rsidR="007A5E59" w14:paraId="48AA2836" w14:textId="77777777">
        <w:trPr>
          <w:jc w:val="center"/>
        </w:trPr>
        <w:tc>
          <w:tcPr>
            <w:tcW w:w="0" w:type="auto"/>
          </w:tcPr>
          <w:p w14:paraId="4DB2AAF8" w14:textId="77777777" w:rsidR="007A5E59" w:rsidRDefault="0095198F">
            <w:pPr>
              <w:jc w:val="center"/>
            </w:pPr>
            <w:r>
              <w:t>98</w:t>
            </w:r>
          </w:p>
        </w:tc>
        <w:tc>
          <w:tcPr>
            <w:tcW w:w="0" w:type="auto"/>
          </w:tcPr>
          <w:p w14:paraId="5A55D465" w14:textId="77777777" w:rsidR="007A5E59" w:rsidRDefault="0095198F">
            <w:r>
              <w:t>ТК-23 – ТК-23/1</w:t>
            </w:r>
          </w:p>
        </w:tc>
        <w:tc>
          <w:tcPr>
            <w:tcW w:w="0" w:type="auto"/>
          </w:tcPr>
          <w:p w14:paraId="29C1FA8A" w14:textId="77777777" w:rsidR="007A5E59" w:rsidRDefault="0095198F">
            <w:pPr>
              <w:jc w:val="center"/>
            </w:pPr>
            <w:r>
              <w:t>100</w:t>
            </w:r>
          </w:p>
        </w:tc>
        <w:tc>
          <w:tcPr>
            <w:tcW w:w="0" w:type="auto"/>
          </w:tcPr>
          <w:p w14:paraId="11B53D6D" w14:textId="77777777" w:rsidR="007A5E59" w:rsidRDefault="0095198F">
            <w:pPr>
              <w:jc w:val="center"/>
            </w:pPr>
            <w:r>
              <w:t>2010</w:t>
            </w:r>
          </w:p>
        </w:tc>
        <w:tc>
          <w:tcPr>
            <w:tcW w:w="0" w:type="auto"/>
          </w:tcPr>
          <w:p w14:paraId="71024866" w14:textId="77777777" w:rsidR="007A5E59" w:rsidRDefault="0095198F">
            <w:pPr>
              <w:jc w:val="center"/>
            </w:pPr>
            <w:r>
              <w:t>12</w:t>
            </w:r>
          </w:p>
        </w:tc>
        <w:tc>
          <w:tcPr>
            <w:tcW w:w="0" w:type="auto"/>
          </w:tcPr>
          <w:p w14:paraId="7FA06E08" w14:textId="77777777" w:rsidR="007A5E59" w:rsidRDefault="0095198F">
            <w:r>
              <w:t>бесканал.</w:t>
            </w:r>
          </w:p>
        </w:tc>
      </w:tr>
      <w:tr w:rsidR="007A5E59" w14:paraId="52F0B5A6" w14:textId="77777777">
        <w:trPr>
          <w:jc w:val="center"/>
        </w:trPr>
        <w:tc>
          <w:tcPr>
            <w:tcW w:w="0" w:type="auto"/>
          </w:tcPr>
          <w:p w14:paraId="42D56A79" w14:textId="77777777" w:rsidR="007A5E59" w:rsidRDefault="0095198F">
            <w:pPr>
              <w:jc w:val="center"/>
            </w:pPr>
            <w:r>
              <w:t>99</w:t>
            </w:r>
          </w:p>
        </w:tc>
        <w:tc>
          <w:tcPr>
            <w:tcW w:w="0" w:type="auto"/>
          </w:tcPr>
          <w:p w14:paraId="1062690B" w14:textId="77777777" w:rsidR="007A5E59" w:rsidRDefault="0095198F">
            <w:r>
              <w:t>ТК-23 – Пирогова, место 17</w:t>
            </w:r>
          </w:p>
        </w:tc>
        <w:tc>
          <w:tcPr>
            <w:tcW w:w="0" w:type="auto"/>
          </w:tcPr>
          <w:p w14:paraId="2A64909B" w14:textId="77777777" w:rsidR="007A5E59" w:rsidRDefault="0095198F">
            <w:pPr>
              <w:jc w:val="center"/>
            </w:pPr>
            <w:r>
              <w:t>25</w:t>
            </w:r>
          </w:p>
        </w:tc>
        <w:tc>
          <w:tcPr>
            <w:tcW w:w="0" w:type="auto"/>
          </w:tcPr>
          <w:p w14:paraId="6F0C5A54" w14:textId="77777777" w:rsidR="007A5E59" w:rsidRDefault="0095198F">
            <w:pPr>
              <w:jc w:val="center"/>
            </w:pPr>
            <w:r>
              <w:t>2010</w:t>
            </w:r>
          </w:p>
        </w:tc>
        <w:tc>
          <w:tcPr>
            <w:tcW w:w="0" w:type="auto"/>
          </w:tcPr>
          <w:p w14:paraId="47F2486B" w14:textId="77777777" w:rsidR="007A5E59" w:rsidRDefault="0095198F">
            <w:pPr>
              <w:jc w:val="center"/>
            </w:pPr>
            <w:r>
              <w:t>2</w:t>
            </w:r>
          </w:p>
        </w:tc>
        <w:tc>
          <w:tcPr>
            <w:tcW w:w="0" w:type="auto"/>
          </w:tcPr>
          <w:p w14:paraId="34D10D1C" w14:textId="77777777" w:rsidR="007A5E59" w:rsidRDefault="0095198F">
            <w:r>
              <w:t>бесканал.</w:t>
            </w:r>
          </w:p>
        </w:tc>
      </w:tr>
      <w:tr w:rsidR="007A5E59" w14:paraId="47018482" w14:textId="77777777">
        <w:trPr>
          <w:jc w:val="center"/>
        </w:trPr>
        <w:tc>
          <w:tcPr>
            <w:tcW w:w="0" w:type="auto"/>
          </w:tcPr>
          <w:p w14:paraId="77759045" w14:textId="77777777" w:rsidR="007A5E59" w:rsidRDefault="0095198F">
            <w:pPr>
              <w:jc w:val="center"/>
            </w:pPr>
            <w:r>
              <w:t>100</w:t>
            </w:r>
          </w:p>
        </w:tc>
        <w:tc>
          <w:tcPr>
            <w:tcW w:w="0" w:type="auto"/>
          </w:tcPr>
          <w:p w14:paraId="742CA7A4" w14:textId="77777777" w:rsidR="007A5E59" w:rsidRDefault="0095198F">
            <w:r>
              <w:t>ТК-23/2 – Пирогова, места 24, 25</w:t>
            </w:r>
          </w:p>
        </w:tc>
        <w:tc>
          <w:tcPr>
            <w:tcW w:w="0" w:type="auto"/>
          </w:tcPr>
          <w:p w14:paraId="70283317" w14:textId="77777777" w:rsidR="007A5E59" w:rsidRDefault="0095198F">
            <w:pPr>
              <w:jc w:val="center"/>
            </w:pPr>
            <w:r>
              <w:t>40</w:t>
            </w:r>
          </w:p>
        </w:tc>
        <w:tc>
          <w:tcPr>
            <w:tcW w:w="0" w:type="auto"/>
          </w:tcPr>
          <w:p w14:paraId="513CE494" w14:textId="77777777" w:rsidR="007A5E59" w:rsidRDefault="0095198F">
            <w:pPr>
              <w:jc w:val="center"/>
            </w:pPr>
            <w:r>
              <w:t>2010</w:t>
            </w:r>
          </w:p>
        </w:tc>
        <w:tc>
          <w:tcPr>
            <w:tcW w:w="0" w:type="auto"/>
          </w:tcPr>
          <w:p w14:paraId="2819D8E9" w14:textId="77777777" w:rsidR="007A5E59" w:rsidRDefault="0095198F">
            <w:pPr>
              <w:jc w:val="center"/>
            </w:pPr>
            <w:r>
              <w:t>47</w:t>
            </w:r>
          </w:p>
        </w:tc>
        <w:tc>
          <w:tcPr>
            <w:tcW w:w="0" w:type="auto"/>
          </w:tcPr>
          <w:p w14:paraId="02A31FA4" w14:textId="77777777" w:rsidR="007A5E59" w:rsidRDefault="0095198F">
            <w:r>
              <w:t>бесканал.</w:t>
            </w:r>
          </w:p>
        </w:tc>
      </w:tr>
      <w:tr w:rsidR="007A5E59" w14:paraId="0BC51287" w14:textId="77777777">
        <w:trPr>
          <w:jc w:val="center"/>
        </w:trPr>
        <w:tc>
          <w:tcPr>
            <w:tcW w:w="0" w:type="auto"/>
          </w:tcPr>
          <w:p w14:paraId="20455655" w14:textId="77777777" w:rsidR="007A5E59" w:rsidRDefault="0095198F">
            <w:pPr>
              <w:jc w:val="center"/>
            </w:pPr>
            <w:r>
              <w:t>101</w:t>
            </w:r>
          </w:p>
        </w:tc>
        <w:tc>
          <w:tcPr>
            <w:tcW w:w="0" w:type="auto"/>
          </w:tcPr>
          <w:p w14:paraId="1F0DC2F6" w14:textId="77777777" w:rsidR="007A5E59" w:rsidRDefault="0095198F">
            <w:r>
              <w:t>ТК-23/2 – Пирогова, место 9</w:t>
            </w:r>
          </w:p>
        </w:tc>
        <w:tc>
          <w:tcPr>
            <w:tcW w:w="0" w:type="auto"/>
          </w:tcPr>
          <w:p w14:paraId="6DFD272A" w14:textId="77777777" w:rsidR="007A5E59" w:rsidRDefault="0095198F">
            <w:pPr>
              <w:jc w:val="center"/>
            </w:pPr>
            <w:r>
              <w:t>40</w:t>
            </w:r>
          </w:p>
        </w:tc>
        <w:tc>
          <w:tcPr>
            <w:tcW w:w="0" w:type="auto"/>
          </w:tcPr>
          <w:p w14:paraId="23D46142" w14:textId="77777777" w:rsidR="007A5E59" w:rsidRDefault="0095198F">
            <w:pPr>
              <w:jc w:val="center"/>
            </w:pPr>
            <w:r>
              <w:t>2010</w:t>
            </w:r>
          </w:p>
        </w:tc>
        <w:tc>
          <w:tcPr>
            <w:tcW w:w="0" w:type="auto"/>
          </w:tcPr>
          <w:p w14:paraId="25A3E324" w14:textId="77777777" w:rsidR="007A5E59" w:rsidRDefault="0095198F">
            <w:pPr>
              <w:jc w:val="center"/>
            </w:pPr>
            <w:r>
              <w:t>5</w:t>
            </w:r>
          </w:p>
        </w:tc>
        <w:tc>
          <w:tcPr>
            <w:tcW w:w="0" w:type="auto"/>
          </w:tcPr>
          <w:p w14:paraId="1B4D9E78" w14:textId="77777777" w:rsidR="007A5E59" w:rsidRDefault="0095198F">
            <w:r>
              <w:t>бесканал.</w:t>
            </w:r>
          </w:p>
        </w:tc>
      </w:tr>
      <w:tr w:rsidR="007A5E59" w14:paraId="7D9BD33B" w14:textId="77777777">
        <w:trPr>
          <w:jc w:val="center"/>
        </w:trPr>
        <w:tc>
          <w:tcPr>
            <w:tcW w:w="0" w:type="auto"/>
          </w:tcPr>
          <w:p w14:paraId="2264699C" w14:textId="77777777" w:rsidR="007A5E59" w:rsidRDefault="0095198F">
            <w:pPr>
              <w:jc w:val="center"/>
            </w:pPr>
            <w:r>
              <w:t>102</w:t>
            </w:r>
          </w:p>
        </w:tc>
        <w:tc>
          <w:tcPr>
            <w:tcW w:w="0" w:type="auto"/>
          </w:tcPr>
          <w:p w14:paraId="013451BA" w14:textId="77777777" w:rsidR="007A5E59" w:rsidRDefault="0095198F">
            <w:r>
              <w:t>ТК-23/2 – ТК-23</w:t>
            </w:r>
          </w:p>
        </w:tc>
        <w:tc>
          <w:tcPr>
            <w:tcW w:w="0" w:type="auto"/>
          </w:tcPr>
          <w:p w14:paraId="4F300E0F" w14:textId="77777777" w:rsidR="007A5E59" w:rsidRDefault="0095198F">
            <w:pPr>
              <w:jc w:val="center"/>
            </w:pPr>
            <w:r>
              <w:t>25</w:t>
            </w:r>
          </w:p>
        </w:tc>
        <w:tc>
          <w:tcPr>
            <w:tcW w:w="0" w:type="auto"/>
          </w:tcPr>
          <w:p w14:paraId="019825DA" w14:textId="77777777" w:rsidR="007A5E59" w:rsidRDefault="0095198F">
            <w:pPr>
              <w:jc w:val="center"/>
            </w:pPr>
            <w:r>
              <w:t>2010</w:t>
            </w:r>
          </w:p>
        </w:tc>
        <w:tc>
          <w:tcPr>
            <w:tcW w:w="0" w:type="auto"/>
          </w:tcPr>
          <w:p w14:paraId="44F0D750" w14:textId="77777777" w:rsidR="007A5E59" w:rsidRDefault="0095198F">
            <w:pPr>
              <w:jc w:val="center"/>
            </w:pPr>
            <w:r>
              <w:t>10</w:t>
            </w:r>
          </w:p>
        </w:tc>
        <w:tc>
          <w:tcPr>
            <w:tcW w:w="0" w:type="auto"/>
          </w:tcPr>
          <w:p w14:paraId="6680FDF7" w14:textId="77777777" w:rsidR="007A5E59" w:rsidRDefault="0095198F">
            <w:r>
              <w:t>бесканал.</w:t>
            </w:r>
          </w:p>
        </w:tc>
      </w:tr>
      <w:tr w:rsidR="007A5E59" w14:paraId="3ABDF04B" w14:textId="77777777">
        <w:trPr>
          <w:jc w:val="center"/>
        </w:trPr>
        <w:tc>
          <w:tcPr>
            <w:tcW w:w="0" w:type="auto"/>
          </w:tcPr>
          <w:p w14:paraId="5E036ADA" w14:textId="77777777" w:rsidR="007A5E59" w:rsidRDefault="0095198F">
            <w:pPr>
              <w:jc w:val="center"/>
            </w:pPr>
            <w:r>
              <w:t>103</w:t>
            </w:r>
          </w:p>
        </w:tc>
        <w:tc>
          <w:tcPr>
            <w:tcW w:w="0" w:type="auto"/>
          </w:tcPr>
          <w:p w14:paraId="4427271B" w14:textId="77777777" w:rsidR="007A5E59" w:rsidRDefault="0095198F">
            <w:r>
              <w:t>ТК-23 – ТК-22</w:t>
            </w:r>
          </w:p>
        </w:tc>
        <w:tc>
          <w:tcPr>
            <w:tcW w:w="0" w:type="auto"/>
          </w:tcPr>
          <w:p w14:paraId="2D13FE97" w14:textId="77777777" w:rsidR="007A5E59" w:rsidRDefault="0095198F">
            <w:pPr>
              <w:jc w:val="center"/>
            </w:pPr>
            <w:r>
              <w:t>100</w:t>
            </w:r>
          </w:p>
        </w:tc>
        <w:tc>
          <w:tcPr>
            <w:tcW w:w="0" w:type="auto"/>
          </w:tcPr>
          <w:p w14:paraId="731AC124" w14:textId="77777777" w:rsidR="007A5E59" w:rsidRDefault="0095198F">
            <w:pPr>
              <w:jc w:val="center"/>
            </w:pPr>
            <w:r>
              <w:t>1974</w:t>
            </w:r>
          </w:p>
        </w:tc>
        <w:tc>
          <w:tcPr>
            <w:tcW w:w="0" w:type="auto"/>
          </w:tcPr>
          <w:p w14:paraId="64707D8F" w14:textId="77777777" w:rsidR="007A5E59" w:rsidRDefault="0095198F">
            <w:pPr>
              <w:jc w:val="center"/>
            </w:pPr>
            <w:r>
              <w:t>73</w:t>
            </w:r>
          </w:p>
        </w:tc>
        <w:tc>
          <w:tcPr>
            <w:tcW w:w="0" w:type="auto"/>
          </w:tcPr>
          <w:p w14:paraId="4A8DBDFA" w14:textId="77777777" w:rsidR="007A5E59" w:rsidRDefault="0095198F">
            <w:r>
              <w:t>бесканал.</w:t>
            </w:r>
          </w:p>
        </w:tc>
      </w:tr>
      <w:tr w:rsidR="007A5E59" w14:paraId="7BFC19F9" w14:textId="77777777">
        <w:trPr>
          <w:jc w:val="center"/>
        </w:trPr>
        <w:tc>
          <w:tcPr>
            <w:tcW w:w="0" w:type="auto"/>
          </w:tcPr>
          <w:p w14:paraId="23B84A3C" w14:textId="77777777" w:rsidR="007A5E59" w:rsidRDefault="0095198F">
            <w:pPr>
              <w:jc w:val="center"/>
            </w:pPr>
            <w:r>
              <w:t>104</w:t>
            </w:r>
          </w:p>
        </w:tc>
        <w:tc>
          <w:tcPr>
            <w:tcW w:w="0" w:type="auto"/>
          </w:tcPr>
          <w:p w14:paraId="7004A33B" w14:textId="77777777" w:rsidR="007A5E59" w:rsidRDefault="0095198F">
            <w:r>
              <w:t>ТК-22 – Советская, 2</w:t>
            </w:r>
          </w:p>
        </w:tc>
        <w:tc>
          <w:tcPr>
            <w:tcW w:w="0" w:type="auto"/>
          </w:tcPr>
          <w:p w14:paraId="7CF6FA8D" w14:textId="77777777" w:rsidR="007A5E59" w:rsidRDefault="0095198F">
            <w:pPr>
              <w:jc w:val="center"/>
            </w:pPr>
            <w:r>
              <w:t>100</w:t>
            </w:r>
          </w:p>
        </w:tc>
        <w:tc>
          <w:tcPr>
            <w:tcW w:w="0" w:type="auto"/>
          </w:tcPr>
          <w:p w14:paraId="29F6F79F" w14:textId="77777777" w:rsidR="007A5E59" w:rsidRDefault="0095198F">
            <w:pPr>
              <w:jc w:val="center"/>
            </w:pPr>
            <w:r>
              <w:t>1974</w:t>
            </w:r>
          </w:p>
        </w:tc>
        <w:tc>
          <w:tcPr>
            <w:tcW w:w="0" w:type="auto"/>
          </w:tcPr>
          <w:p w14:paraId="0286671B" w14:textId="77777777" w:rsidR="007A5E59" w:rsidRDefault="0095198F">
            <w:pPr>
              <w:jc w:val="center"/>
            </w:pPr>
            <w:r>
              <w:t>56</w:t>
            </w:r>
          </w:p>
        </w:tc>
        <w:tc>
          <w:tcPr>
            <w:tcW w:w="0" w:type="auto"/>
          </w:tcPr>
          <w:p w14:paraId="792E3033" w14:textId="77777777" w:rsidR="007A5E59" w:rsidRDefault="0095198F">
            <w:r>
              <w:t>бесканал.</w:t>
            </w:r>
          </w:p>
        </w:tc>
      </w:tr>
      <w:tr w:rsidR="007A5E59" w14:paraId="091590B1" w14:textId="77777777">
        <w:trPr>
          <w:jc w:val="center"/>
        </w:trPr>
        <w:tc>
          <w:tcPr>
            <w:tcW w:w="0" w:type="auto"/>
          </w:tcPr>
          <w:p w14:paraId="117D698F" w14:textId="77777777" w:rsidR="007A5E59" w:rsidRDefault="0095198F">
            <w:pPr>
              <w:jc w:val="center"/>
            </w:pPr>
            <w:r>
              <w:t>105</w:t>
            </w:r>
          </w:p>
        </w:tc>
        <w:tc>
          <w:tcPr>
            <w:tcW w:w="0" w:type="auto"/>
          </w:tcPr>
          <w:p w14:paraId="13474F6B" w14:textId="77777777" w:rsidR="007A5E59" w:rsidRDefault="0095198F">
            <w:r>
              <w:t>Бойлерная – ТК-1А</w:t>
            </w:r>
          </w:p>
        </w:tc>
        <w:tc>
          <w:tcPr>
            <w:tcW w:w="0" w:type="auto"/>
          </w:tcPr>
          <w:p w14:paraId="31BE85C0" w14:textId="77777777" w:rsidR="007A5E59" w:rsidRDefault="0095198F">
            <w:pPr>
              <w:jc w:val="center"/>
            </w:pPr>
            <w:r>
              <w:t>250</w:t>
            </w:r>
          </w:p>
        </w:tc>
        <w:tc>
          <w:tcPr>
            <w:tcW w:w="0" w:type="auto"/>
          </w:tcPr>
          <w:p w14:paraId="751DF455" w14:textId="77777777" w:rsidR="007A5E59" w:rsidRDefault="0095198F">
            <w:pPr>
              <w:jc w:val="center"/>
            </w:pPr>
            <w:r>
              <w:t>1974</w:t>
            </w:r>
          </w:p>
        </w:tc>
        <w:tc>
          <w:tcPr>
            <w:tcW w:w="0" w:type="auto"/>
          </w:tcPr>
          <w:p w14:paraId="19335C10" w14:textId="77777777" w:rsidR="007A5E59" w:rsidRDefault="0095198F">
            <w:pPr>
              <w:jc w:val="center"/>
            </w:pPr>
            <w:r>
              <w:t>230</w:t>
            </w:r>
          </w:p>
        </w:tc>
        <w:tc>
          <w:tcPr>
            <w:tcW w:w="0" w:type="auto"/>
          </w:tcPr>
          <w:p w14:paraId="625F9CF7" w14:textId="77777777" w:rsidR="007A5E59" w:rsidRDefault="0095198F">
            <w:r>
              <w:t>бесканал.</w:t>
            </w:r>
          </w:p>
        </w:tc>
      </w:tr>
      <w:tr w:rsidR="007A5E59" w14:paraId="43F9B014" w14:textId="77777777">
        <w:trPr>
          <w:jc w:val="center"/>
        </w:trPr>
        <w:tc>
          <w:tcPr>
            <w:tcW w:w="0" w:type="auto"/>
          </w:tcPr>
          <w:p w14:paraId="1B5C8B6D" w14:textId="77777777" w:rsidR="007A5E59" w:rsidRDefault="0095198F">
            <w:pPr>
              <w:jc w:val="center"/>
            </w:pPr>
            <w:r>
              <w:t>106</w:t>
            </w:r>
          </w:p>
        </w:tc>
        <w:tc>
          <w:tcPr>
            <w:tcW w:w="0" w:type="auto"/>
          </w:tcPr>
          <w:p w14:paraId="485DA61F" w14:textId="77777777" w:rsidR="007A5E59" w:rsidRDefault="0095198F">
            <w:r>
              <w:t>Дзержинского, 3 – Дзержинского, 3а</w:t>
            </w:r>
          </w:p>
        </w:tc>
        <w:tc>
          <w:tcPr>
            <w:tcW w:w="0" w:type="auto"/>
          </w:tcPr>
          <w:p w14:paraId="4BBABEB7" w14:textId="77777777" w:rsidR="007A5E59" w:rsidRDefault="0095198F">
            <w:pPr>
              <w:jc w:val="center"/>
            </w:pPr>
            <w:r>
              <w:t>80</w:t>
            </w:r>
          </w:p>
        </w:tc>
        <w:tc>
          <w:tcPr>
            <w:tcW w:w="0" w:type="auto"/>
          </w:tcPr>
          <w:p w14:paraId="563348F2" w14:textId="77777777" w:rsidR="007A5E59" w:rsidRDefault="0095198F">
            <w:pPr>
              <w:jc w:val="center"/>
            </w:pPr>
            <w:r>
              <w:t>1974</w:t>
            </w:r>
          </w:p>
        </w:tc>
        <w:tc>
          <w:tcPr>
            <w:tcW w:w="0" w:type="auto"/>
          </w:tcPr>
          <w:p w14:paraId="08825D49" w14:textId="77777777" w:rsidR="007A5E59" w:rsidRDefault="0095198F">
            <w:pPr>
              <w:jc w:val="center"/>
            </w:pPr>
            <w:r>
              <w:t>100</w:t>
            </w:r>
          </w:p>
        </w:tc>
        <w:tc>
          <w:tcPr>
            <w:tcW w:w="0" w:type="auto"/>
          </w:tcPr>
          <w:p w14:paraId="0C41662E" w14:textId="77777777" w:rsidR="007A5E59" w:rsidRDefault="0095198F">
            <w:r>
              <w:t>бесканал.</w:t>
            </w:r>
          </w:p>
        </w:tc>
      </w:tr>
      <w:tr w:rsidR="007A5E59" w14:paraId="73C8C931" w14:textId="77777777">
        <w:trPr>
          <w:jc w:val="center"/>
        </w:trPr>
        <w:tc>
          <w:tcPr>
            <w:tcW w:w="0" w:type="auto"/>
          </w:tcPr>
          <w:p w14:paraId="5CE4C009" w14:textId="77777777" w:rsidR="007A5E59" w:rsidRDefault="0095198F">
            <w:pPr>
              <w:jc w:val="center"/>
            </w:pPr>
            <w:r>
              <w:t>107</w:t>
            </w:r>
          </w:p>
        </w:tc>
        <w:tc>
          <w:tcPr>
            <w:tcW w:w="0" w:type="auto"/>
          </w:tcPr>
          <w:p w14:paraId="4EA81221" w14:textId="77777777" w:rsidR="007A5E59" w:rsidRDefault="0095198F">
            <w:r>
              <w:t>Дзержинского, 3 – Дзержинского, 4а</w:t>
            </w:r>
          </w:p>
        </w:tc>
        <w:tc>
          <w:tcPr>
            <w:tcW w:w="0" w:type="auto"/>
          </w:tcPr>
          <w:p w14:paraId="20CC554E" w14:textId="77777777" w:rsidR="007A5E59" w:rsidRDefault="0095198F">
            <w:pPr>
              <w:jc w:val="center"/>
            </w:pPr>
            <w:r>
              <w:t>65</w:t>
            </w:r>
          </w:p>
        </w:tc>
        <w:tc>
          <w:tcPr>
            <w:tcW w:w="0" w:type="auto"/>
          </w:tcPr>
          <w:p w14:paraId="59F15897" w14:textId="77777777" w:rsidR="007A5E59" w:rsidRDefault="0095198F">
            <w:pPr>
              <w:jc w:val="center"/>
            </w:pPr>
            <w:r>
              <w:t>1974</w:t>
            </w:r>
          </w:p>
        </w:tc>
        <w:tc>
          <w:tcPr>
            <w:tcW w:w="0" w:type="auto"/>
          </w:tcPr>
          <w:p w14:paraId="1AE08F18" w14:textId="77777777" w:rsidR="007A5E59" w:rsidRDefault="0095198F">
            <w:pPr>
              <w:jc w:val="center"/>
            </w:pPr>
            <w:r>
              <w:t>27</w:t>
            </w:r>
          </w:p>
        </w:tc>
        <w:tc>
          <w:tcPr>
            <w:tcW w:w="0" w:type="auto"/>
          </w:tcPr>
          <w:p w14:paraId="33DE5753" w14:textId="77777777" w:rsidR="007A5E59" w:rsidRDefault="0095198F">
            <w:r>
              <w:t>бесканал.</w:t>
            </w:r>
          </w:p>
        </w:tc>
      </w:tr>
      <w:tr w:rsidR="007A5E59" w14:paraId="0C64D80D" w14:textId="77777777">
        <w:trPr>
          <w:jc w:val="center"/>
        </w:trPr>
        <w:tc>
          <w:tcPr>
            <w:tcW w:w="0" w:type="auto"/>
          </w:tcPr>
          <w:p w14:paraId="78DB45EC" w14:textId="77777777" w:rsidR="007A5E59" w:rsidRDefault="0095198F">
            <w:pPr>
              <w:jc w:val="center"/>
            </w:pPr>
            <w:r>
              <w:t>108</w:t>
            </w:r>
          </w:p>
        </w:tc>
        <w:tc>
          <w:tcPr>
            <w:tcW w:w="0" w:type="auto"/>
          </w:tcPr>
          <w:p w14:paraId="0F1668F2" w14:textId="77777777" w:rsidR="007A5E59" w:rsidRDefault="0095198F">
            <w:r>
              <w:t>Дзержинского, 2 – Дзержинского, 2а</w:t>
            </w:r>
          </w:p>
        </w:tc>
        <w:tc>
          <w:tcPr>
            <w:tcW w:w="0" w:type="auto"/>
          </w:tcPr>
          <w:p w14:paraId="69C4C947" w14:textId="77777777" w:rsidR="007A5E59" w:rsidRDefault="0095198F">
            <w:pPr>
              <w:jc w:val="center"/>
            </w:pPr>
            <w:r>
              <w:t>25</w:t>
            </w:r>
          </w:p>
        </w:tc>
        <w:tc>
          <w:tcPr>
            <w:tcW w:w="0" w:type="auto"/>
          </w:tcPr>
          <w:p w14:paraId="3D6A9FEE" w14:textId="77777777" w:rsidR="007A5E59" w:rsidRDefault="0095198F">
            <w:pPr>
              <w:jc w:val="center"/>
            </w:pPr>
            <w:r>
              <w:t>1974</w:t>
            </w:r>
          </w:p>
        </w:tc>
        <w:tc>
          <w:tcPr>
            <w:tcW w:w="0" w:type="auto"/>
          </w:tcPr>
          <w:p w14:paraId="3E863FF5" w14:textId="77777777" w:rsidR="007A5E59" w:rsidRDefault="0095198F">
            <w:pPr>
              <w:jc w:val="center"/>
            </w:pPr>
            <w:r>
              <w:t>20</w:t>
            </w:r>
          </w:p>
        </w:tc>
        <w:tc>
          <w:tcPr>
            <w:tcW w:w="0" w:type="auto"/>
          </w:tcPr>
          <w:p w14:paraId="3F507352" w14:textId="77777777" w:rsidR="007A5E59" w:rsidRDefault="0095198F">
            <w:r>
              <w:t>бесканал.</w:t>
            </w:r>
          </w:p>
        </w:tc>
      </w:tr>
      <w:tr w:rsidR="007A5E59" w14:paraId="64EF96AE" w14:textId="77777777">
        <w:trPr>
          <w:jc w:val="center"/>
        </w:trPr>
        <w:tc>
          <w:tcPr>
            <w:tcW w:w="0" w:type="auto"/>
          </w:tcPr>
          <w:p w14:paraId="13C1143C" w14:textId="77777777" w:rsidR="007A5E59" w:rsidRDefault="0095198F">
            <w:pPr>
              <w:jc w:val="center"/>
            </w:pPr>
            <w:r>
              <w:t>109</w:t>
            </w:r>
          </w:p>
        </w:tc>
        <w:tc>
          <w:tcPr>
            <w:tcW w:w="0" w:type="auto"/>
          </w:tcPr>
          <w:p w14:paraId="71320D66" w14:textId="77777777" w:rsidR="007A5E59" w:rsidRDefault="0095198F">
            <w:r>
              <w:t>Дзержинского, 2 – Дзержинского, 4Б</w:t>
            </w:r>
          </w:p>
        </w:tc>
        <w:tc>
          <w:tcPr>
            <w:tcW w:w="0" w:type="auto"/>
          </w:tcPr>
          <w:p w14:paraId="2838E676" w14:textId="77777777" w:rsidR="007A5E59" w:rsidRDefault="0095198F">
            <w:pPr>
              <w:jc w:val="center"/>
            </w:pPr>
            <w:r>
              <w:t>25</w:t>
            </w:r>
          </w:p>
        </w:tc>
        <w:tc>
          <w:tcPr>
            <w:tcW w:w="0" w:type="auto"/>
          </w:tcPr>
          <w:p w14:paraId="29EDFFA1" w14:textId="77777777" w:rsidR="007A5E59" w:rsidRDefault="0095198F">
            <w:pPr>
              <w:jc w:val="center"/>
            </w:pPr>
            <w:r>
              <w:t>1974</w:t>
            </w:r>
          </w:p>
        </w:tc>
        <w:tc>
          <w:tcPr>
            <w:tcW w:w="0" w:type="auto"/>
          </w:tcPr>
          <w:p w14:paraId="2A749742" w14:textId="77777777" w:rsidR="007A5E59" w:rsidRDefault="0095198F">
            <w:pPr>
              <w:jc w:val="center"/>
            </w:pPr>
            <w:r>
              <w:t>15</w:t>
            </w:r>
          </w:p>
        </w:tc>
        <w:tc>
          <w:tcPr>
            <w:tcW w:w="0" w:type="auto"/>
          </w:tcPr>
          <w:p w14:paraId="55DB9BA9" w14:textId="77777777" w:rsidR="007A5E59" w:rsidRDefault="0095198F">
            <w:r>
              <w:t>бесканал.</w:t>
            </w:r>
          </w:p>
        </w:tc>
      </w:tr>
      <w:tr w:rsidR="007A5E59" w14:paraId="4389542F" w14:textId="77777777">
        <w:trPr>
          <w:jc w:val="center"/>
        </w:trPr>
        <w:tc>
          <w:tcPr>
            <w:tcW w:w="0" w:type="auto"/>
          </w:tcPr>
          <w:p w14:paraId="56748DD1" w14:textId="77777777" w:rsidR="007A5E59" w:rsidRDefault="0095198F">
            <w:pPr>
              <w:jc w:val="center"/>
            </w:pPr>
            <w:r>
              <w:t>110</w:t>
            </w:r>
          </w:p>
        </w:tc>
        <w:tc>
          <w:tcPr>
            <w:tcW w:w="0" w:type="auto"/>
          </w:tcPr>
          <w:p w14:paraId="50716763" w14:textId="77777777" w:rsidR="007A5E59" w:rsidRDefault="0095198F">
            <w:r>
              <w:t>ТК-34/3 – Дзержинского, 4</w:t>
            </w:r>
          </w:p>
        </w:tc>
        <w:tc>
          <w:tcPr>
            <w:tcW w:w="0" w:type="auto"/>
          </w:tcPr>
          <w:p w14:paraId="2998205A" w14:textId="77777777" w:rsidR="007A5E59" w:rsidRDefault="0095198F">
            <w:pPr>
              <w:jc w:val="center"/>
            </w:pPr>
            <w:r>
              <w:t>65</w:t>
            </w:r>
          </w:p>
        </w:tc>
        <w:tc>
          <w:tcPr>
            <w:tcW w:w="0" w:type="auto"/>
          </w:tcPr>
          <w:p w14:paraId="4C1DD8F0" w14:textId="77777777" w:rsidR="007A5E59" w:rsidRDefault="0095198F">
            <w:pPr>
              <w:jc w:val="center"/>
            </w:pPr>
            <w:r>
              <w:t>1974</w:t>
            </w:r>
          </w:p>
        </w:tc>
        <w:tc>
          <w:tcPr>
            <w:tcW w:w="0" w:type="auto"/>
          </w:tcPr>
          <w:p w14:paraId="30184A87" w14:textId="77777777" w:rsidR="007A5E59" w:rsidRDefault="0095198F">
            <w:pPr>
              <w:jc w:val="center"/>
            </w:pPr>
            <w:r>
              <w:t>28</w:t>
            </w:r>
          </w:p>
        </w:tc>
        <w:tc>
          <w:tcPr>
            <w:tcW w:w="0" w:type="auto"/>
          </w:tcPr>
          <w:p w14:paraId="2EEFE0A1" w14:textId="77777777" w:rsidR="007A5E59" w:rsidRDefault="0095198F">
            <w:r>
              <w:t>бесканал.</w:t>
            </w:r>
          </w:p>
        </w:tc>
      </w:tr>
      <w:tr w:rsidR="007A5E59" w14:paraId="60A7BF01" w14:textId="77777777">
        <w:trPr>
          <w:jc w:val="center"/>
        </w:trPr>
        <w:tc>
          <w:tcPr>
            <w:tcW w:w="0" w:type="auto"/>
          </w:tcPr>
          <w:p w14:paraId="066F64CC" w14:textId="77777777" w:rsidR="007A5E59" w:rsidRDefault="0095198F">
            <w:pPr>
              <w:jc w:val="center"/>
            </w:pPr>
            <w:r>
              <w:t>111</w:t>
            </w:r>
          </w:p>
        </w:tc>
        <w:tc>
          <w:tcPr>
            <w:tcW w:w="0" w:type="auto"/>
          </w:tcPr>
          <w:p w14:paraId="7A7A91CA" w14:textId="77777777" w:rsidR="007A5E59" w:rsidRDefault="0095198F">
            <w:r>
              <w:t>ТК-34/1 – Дзержинского, 3и5</w:t>
            </w:r>
          </w:p>
        </w:tc>
        <w:tc>
          <w:tcPr>
            <w:tcW w:w="0" w:type="auto"/>
          </w:tcPr>
          <w:p w14:paraId="4B37EE9D" w14:textId="77777777" w:rsidR="007A5E59" w:rsidRDefault="0095198F">
            <w:pPr>
              <w:jc w:val="center"/>
            </w:pPr>
            <w:r>
              <w:t>150</w:t>
            </w:r>
          </w:p>
        </w:tc>
        <w:tc>
          <w:tcPr>
            <w:tcW w:w="0" w:type="auto"/>
          </w:tcPr>
          <w:p w14:paraId="3BC9DD2B" w14:textId="77777777" w:rsidR="007A5E59" w:rsidRDefault="0095198F">
            <w:pPr>
              <w:jc w:val="center"/>
            </w:pPr>
            <w:r>
              <w:t>1974</w:t>
            </w:r>
          </w:p>
        </w:tc>
        <w:tc>
          <w:tcPr>
            <w:tcW w:w="0" w:type="auto"/>
          </w:tcPr>
          <w:p w14:paraId="4A36962F" w14:textId="77777777" w:rsidR="007A5E59" w:rsidRDefault="0095198F">
            <w:pPr>
              <w:jc w:val="center"/>
            </w:pPr>
            <w:r>
              <w:t>128</w:t>
            </w:r>
          </w:p>
        </w:tc>
        <w:tc>
          <w:tcPr>
            <w:tcW w:w="0" w:type="auto"/>
          </w:tcPr>
          <w:p w14:paraId="2B2C6191" w14:textId="77777777" w:rsidR="007A5E59" w:rsidRDefault="0095198F">
            <w:r>
              <w:t>бесканал.</w:t>
            </w:r>
          </w:p>
        </w:tc>
      </w:tr>
      <w:tr w:rsidR="007A5E59" w14:paraId="0B3F211A" w14:textId="77777777">
        <w:trPr>
          <w:jc w:val="center"/>
        </w:trPr>
        <w:tc>
          <w:tcPr>
            <w:tcW w:w="0" w:type="auto"/>
          </w:tcPr>
          <w:p w14:paraId="1E578692" w14:textId="77777777" w:rsidR="007A5E59" w:rsidRDefault="0095198F">
            <w:pPr>
              <w:jc w:val="center"/>
            </w:pPr>
            <w:r>
              <w:t>112</w:t>
            </w:r>
          </w:p>
        </w:tc>
        <w:tc>
          <w:tcPr>
            <w:tcW w:w="0" w:type="auto"/>
          </w:tcPr>
          <w:p w14:paraId="1ED25686" w14:textId="77777777" w:rsidR="007A5E59" w:rsidRDefault="0095198F">
            <w:r>
              <w:t>ТК-34 – ТК-34/1</w:t>
            </w:r>
          </w:p>
        </w:tc>
        <w:tc>
          <w:tcPr>
            <w:tcW w:w="0" w:type="auto"/>
          </w:tcPr>
          <w:p w14:paraId="064E1119" w14:textId="77777777" w:rsidR="007A5E59" w:rsidRDefault="0095198F">
            <w:pPr>
              <w:jc w:val="center"/>
            </w:pPr>
            <w:r>
              <w:t>150</w:t>
            </w:r>
          </w:p>
        </w:tc>
        <w:tc>
          <w:tcPr>
            <w:tcW w:w="0" w:type="auto"/>
          </w:tcPr>
          <w:p w14:paraId="7BF2AB51" w14:textId="77777777" w:rsidR="007A5E59" w:rsidRDefault="0095198F">
            <w:pPr>
              <w:jc w:val="center"/>
            </w:pPr>
            <w:r>
              <w:t>1974</w:t>
            </w:r>
          </w:p>
        </w:tc>
        <w:tc>
          <w:tcPr>
            <w:tcW w:w="0" w:type="auto"/>
          </w:tcPr>
          <w:p w14:paraId="27A34E52" w14:textId="77777777" w:rsidR="007A5E59" w:rsidRDefault="0095198F">
            <w:pPr>
              <w:jc w:val="center"/>
            </w:pPr>
            <w:r>
              <w:t>30</w:t>
            </w:r>
          </w:p>
        </w:tc>
        <w:tc>
          <w:tcPr>
            <w:tcW w:w="0" w:type="auto"/>
          </w:tcPr>
          <w:p w14:paraId="3F005810" w14:textId="77777777" w:rsidR="007A5E59" w:rsidRDefault="0095198F">
            <w:r>
              <w:t>бесканал.</w:t>
            </w:r>
          </w:p>
        </w:tc>
      </w:tr>
      <w:tr w:rsidR="007A5E59" w14:paraId="1CAA4575" w14:textId="77777777">
        <w:trPr>
          <w:jc w:val="center"/>
        </w:trPr>
        <w:tc>
          <w:tcPr>
            <w:tcW w:w="0" w:type="auto"/>
          </w:tcPr>
          <w:p w14:paraId="0FE59A45" w14:textId="77777777" w:rsidR="007A5E59" w:rsidRDefault="0095198F">
            <w:pPr>
              <w:jc w:val="center"/>
            </w:pPr>
            <w:r>
              <w:t>113</w:t>
            </w:r>
          </w:p>
        </w:tc>
        <w:tc>
          <w:tcPr>
            <w:tcW w:w="0" w:type="auto"/>
          </w:tcPr>
          <w:p w14:paraId="765C08E7" w14:textId="77777777" w:rsidR="007A5E59" w:rsidRDefault="0095198F">
            <w:r>
              <w:t>Дзержинского,6 – Дзержинского, 6а</w:t>
            </w:r>
          </w:p>
        </w:tc>
        <w:tc>
          <w:tcPr>
            <w:tcW w:w="0" w:type="auto"/>
          </w:tcPr>
          <w:p w14:paraId="43CE7CD4" w14:textId="77777777" w:rsidR="007A5E59" w:rsidRDefault="0095198F">
            <w:pPr>
              <w:jc w:val="center"/>
            </w:pPr>
            <w:r>
              <w:t>25</w:t>
            </w:r>
          </w:p>
        </w:tc>
        <w:tc>
          <w:tcPr>
            <w:tcW w:w="0" w:type="auto"/>
          </w:tcPr>
          <w:p w14:paraId="6397B50B" w14:textId="77777777" w:rsidR="007A5E59" w:rsidRDefault="0095198F">
            <w:pPr>
              <w:jc w:val="center"/>
            </w:pPr>
            <w:r>
              <w:t>1974</w:t>
            </w:r>
          </w:p>
        </w:tc>
        <w:tc>
          <w:tcPr>
            <w:tcW w:w="0" w:type="auto"/>
          </w:tcPr>
          <w:p w14:paraId="4E0953A4" w14:textId="77777777" w:rsidR="007A5E59" w:rsidRDefault="0095198F">
            <w:pPr>
              <w:jc w:val="center"/>
            </w:pPr>
            <w:r>
              <w:t>12</w:t>
            </w:r>
          </w:p>
        </w:tc>
        <w:tc>
          <w:tcPr>
            <w:tcW w:w="0" w:type="auto"/>
          </w:tcPr>
          <w:p w14:paraId="56DAA2F4" w14:textId="77777777" w:rsidR="007A5E59" w:rsidRDefault="0095198F">
            <w:r>
              <w:t>бесканал.</w:t>
            </w:r>
          </w:p>
        </w:tc>
      </w:tr>
      <w:tr w:rsidR="007A5E59" w14:paraId="7F55887E" w14:textId="77777777">
        <w:trPr>
          <w:jc w:val="center"/>
        </w:trPr>
        <w:tc>
          <w:tcPr>
            <w:tcW w:w="0" w:type="auto"/>
          </w:tcPr>
          <w:p w14:paraId="4B3752AD" w14:textId="77777777" w:rsidR="007A5E59" w:rsidRDefault="0095198F">
            <w:pPr>
              <w:jc w:val="center"/>
            </w:pPr>
            <w:r>
              <w:t>114</w:t>
            </w:r>
          </w:p>
        </w:tc>
        <w:tc>
          <w:tcPr>
            <w:tcW w:w="0" w:type="auto"/>
          </w:tcPr>
          <w:p w14:paraId="246B8107" w14:textId="77777777" w:rsidR="007A5E59" w:rsidRDefault="0095198F">
            <w:r>
              <w:t>ТК-36 – Дзержинского, 6</w:t>
            </w:r>
          </w:p>
        </w:tc>
        <w:tc>
          <w:tcPr>
            <w:tcW w:w="0" w:type="auto"/>
          </w:tcPr>
          <w:p w14:paraId="4B41BCA3" w14:textId="77777777" w:rsidR="007A5E59" w:rsidRDefault="0095198F">
            <w:pPr>
              <w:jc w:val="center"/>
            </w:pPr>
            <w:r>
              <w:t>100</w:t>
            </w:r>
          </w:p>
        </w:tc>
        <w:tc>
          <w:tcPr>
            <w:tcW w:w="0" w:type="auto"/>
          </w:tcPr>
          <w:p w14:paraId="33EEA3EA" w14:textId="77777777" w:rsidR="007A5E59" w:rsidRDefault="0095198F">
            <w:pPr>
              <w:jc w:val="center"/>
            </w:pPr>
            <w:r>
              <w:t>1974</w:t>
            </w:r>
          </w:p>
        </w:tc>
        <w:tc>
          <w:tcPr>
            <w:tcW w:w="0" w:type="auto"/>
          </w:tcPr>
          <w:p w14:paraId="651314A8" w14:textId="77777777" w:rsidR="007A5E59" w:rsidRDefault="0095198F">
            <w:pPr>
              <w:jc w:val="center"/>
            </w:pPr>
            <w:r>
              <w:t>20</w:t>
            </w:r>
          </w:p>
        </w:tc>
        <w:tc>
          <w:tcPr>
            <w:tcW w:w="0" w:type="auto"/>
          </w:tcPr>
          <w:p w14:paraId="280C6A44" w14:textId="77777777" w:rsidR="007A5E59" w:rsidRDefault="0095198F">
            <w:r>
              <w:t>бесканал.</w:t>
            </w:r>
          </w:p>
        </w:tc>
      </w:tr>
      <w:tr w:rsidR="007A5E59" w14:paraId="65851FF5" w14:textId="77777777">
        <w:trPr>
          <w:jc w:val="center"/>
        </w:trPr>
        <w:tc>
          <w:tcPr>
            <w:tcW w:w="0" w:type="auto"/>
          </w:tcPr>
          <w:p w14:paraId="0F624928" w14:textId="77777777" w:rsidR="007A5E59" w:rsidRDefault="0095198F">
            <w:pPr>
              <w:jc w:val="center"/>
            </w:pPr>
            <w:r>
              <w:t>115</w:t>
            </w:r>
          </w:p>
        </w:tc>
        <w:tc>
          <w:tcPr>
            <w:tcW w:w="0" w:type="auto"/>
          </w:tcPr>
          <w:p w14:paraId="489D2EEA" w14:textId="77777777" w:rsidR="007A5E59" w:rsidRDefault="0095198F">
            <w:r>
              <w:t>ТК-34 – Дзержинского, 7</w:t>
            </w:r>
          </w:p>
        </w:tc>
        <w:tc>
          <w:tcPr>
            <w:tcW w:w="0" w:type="auto"/>
          </w:tcPr>
          <w:p w14:paraId="511DA75D" w14:textId="77777777" w:rsidR="007A5E59" w:rsidRDefault="0095198F">
            <w:pPr>
              <w:jc w:val="center"/>
            </w:pPr>
            <w:r>
              <w:t>150</w:t>
            </w:r>
          </w:p>
        </w:tc>
        <w:tc>
          <w:tcPr>
            <w:tcW w:w="0" w:type="auto"/>
          </w:tcPr>
          <w:p w14:paraId="79AA8B40" w14:textId="77777777" w:rsidR="007A5E59" w:rsidRDefault="0095198F">
            <w:pPr>
              <w:jc w:val="center"/>
            </w:pPr>
            <w:r>
              <w:t>1974</w:t>
            </w:r>
          </w:p>
        </w:tc>
        <w:tc>
          <w:tcPr>
            <w:tcW w:w="0" w:type="auto"/>
          </w:tcPr>
          <w:p w14:paraId="1EAD08BE" w14:textId="77777777" w:rsidR="007A5E59" w:rsidRDefault="0095198F">
            <w:pPr>
              <w:jc w:val="center"/>
            </w:pPr>
            <w:r>
              <w:t>70</w:t>
            </w:r>
          </w:p>
        </w:tc>
        <w:tc>
          <w:tcPr>
            <w:tcW w:w="0" w:type="auto"/>
          </w:tcPr>
          <w:p w14:paraId="6F35297A" w14:textId="77777777" w:rsidR="007A5E59" w:rsidRDefault="0095198F">
            <w:r>
              <w:t>бесканал.</w:t>
            </w:r>
          </w:p>
        </w:tc>
      </w:tr>
      <w:tr w:rsidR="007A5E59" w14:paraId="6749D0E7" w14:textId="77777777">
        <w:trPr>
          <w:jc w:val="center"/>
        </w:trPr>
        <w:tc>
          <w:tcPr>
            <w:tcW w:w="0" w:type="auto"/>
          </w:tcPr>
          <w:p w14:paraId="3F27F6E9" w14:textId="77777777" w:rsidR="007A5E59" w:rsidRDefault="0095198F">
            <w:pPr>
              <w:jc w:val="center"/>
            </w:pPr>
            <w:r>
              <w:t>116</w:t>
            </w:r>
          </w:p>
        </w:tc>
        <w:tc>
          <w:tcPr>
            <w:tcW w:w="0" w:type="auto"/>
          </w:tcPr>
          <w:p w14:paraId="7B381A9D" w14:textId="77777777" w:rsidR="007A5E59" w:rsidRDefault="0095198F">
            <w:r>
              <w:t>ТК-33 – ТК-34</w:t>
            </w:r>
          </w:p>
        </w:tc>
        <w:tc>
          <w:tcPr>
            <w:tcW w:w="0" w:type="auto"/>
          </w:tcPr>
          <w:p w14:paraId="3261EE4D" w14:textId="77777777" w:rsidR="007A5E59" w:rsidRDefault="0095198F">
            <w:pPr>
              <w:jc w:val="center"/>
            </w:pPr>
            <w:r>
              <w:t>200</w:t>
            </w:r>
          </w:p>
        </w:tc>
        <w:tc>
          <w:tcPr>
            <w:tcW w:w="0" w:type="auto"/>
          </w:tcPr>
          <w:p w14:paraId="71FFBDC9" w14:textId="77777777" w:rsidR="007A5E59" w:rsidRDefault="0095198F">
            <w:pPr>
              <w:jc w:val="center"/>
            </w:pPr>
            <w:r>
              <w:t>1974</w:t>
            </w:r>
          </w:p>
        </w:tc>
        <w:tc>
          <w:tcPr>
            <w:tcW w:w="0" w:type="auto"/>
          </w:tcPr>
          <w:p w14:paraId="7B20C299" w14:textId="77777777" w:rsidR="007A5E59" w:rsidRDefault="0095198F">
            <w:pPr>
              <w:jc w:val="center"/>
            </w:pPr>
            <w:r>
              <w:t>30</w:t>
            </w:r>
          </w:p>
        </w:tc>
        <w:tc>
          <w:tcPr>
            <w:tcW w:w="0" w:type="auto"/>
          </w:tcPr>
          <w:p w14:paraId="32D66E14" w14:textId="77777777" w:rsidR="007A5E59" w:rsidRDefault="0095198F">
            <w:r>
              <w:t>бесканал.</w:t>
            </w:r>
          </w:p>
        </w:tc>
      </w:tr>
      <w:tr w:rsidR="007A5E59" w14:paraId="03DFB5C7" w14:textId="77777777">
        <w:trPr>
          <w:jc w:val="center"/>
        </w:trPr>
        <w:tc>
          <w:tcPr>
            <w:tcW w:w="0" w:type="auto"/>
          </w:tcPr>
          <w:p w14:paraId="15E00D61" w14:textId="77777777" w:rsidR="007A5E59" w:rsidRDefault="0095198F">
            <w:pPr>
              <w:jc w:val="center"/>
            </w:pPr>
            <w:r>
              <w:t>117</w:t>
            </w:r>
          </w:p>
        </w:tc>
        <w:tc>
          <w:tcPr>
            <w:tcW w:w="0" w:type="auto"/>
          </w:tcPr>
          <w:p w14:paraId="4F6E0573" w14:textId="77777777" w:rsidR="007A5E59" w:rsidRDefault="0095198F">
            <w:r>
              <w:t>ТК-33/2 – Дзержинского 6, места 1, 2, 6, 7</w:t>
            </w:r>
          </w:p>
        </w:tc>
        <w:tc>
          <w:tcPr>
            <w:tcW w:w="0" w:type="auto"/>
          </w:tcPr>
          <w:p w14:paraId="4AD3E3FE" w14:textId="77777777" w:rsidR="007A5E59" w:rsidRDefault="0095198F">
            <w:pPr>
              <w:jc w:val="center"/>
            </w:pPr>
            <w:r>
              <w:t>25</w:t>
            </w:r>
          </w:p>
        </w:tc>
        <w:tc>
          <w:tcPr>
            <w:tcW w:w="0" w:type="auto"/>
          </w:tcPr>
          <w:p w14:paraId="3DDE7199" w14:textId="77777777" w:rsidR="007A5E59" w:rsidRDefault="0095198F">
            <w:pPr>
              <w:jc w:val="center"/>
            </w:pPr>
            <w:r>
              <w:t>1974</w:t>
            </w:r>
          </w:p>
        </w:tc>
        <w:tc>
          <w:tcPr>
            <w:tcW w:w="0" w:type="auto"/>
          </w:tcPr>
          <w:p w14:paraId="19B8CAC2" w14:textId="77777777" w:rsidR="007A5E59" w:rsidRDefault="0095198F">
            <w:pPr>
              <w:jc w:val="center"/>
            </w:pPr>
            <w:r>
              <w:t>100</w:t>
            </w:r>
          </w:p>
        </w:tc>
        <w:tc>
          <w:tcPr>
            <w:tcW w:w="0" w:type="auto"/>
          </w:tcPr>
          <w:p w14:paraId="61473596" w14:textId="77777777" w:rsidR="007A5E59" w:rsidRDefault="0095198F">
            <w:r>
              <w:t>бесканал.</w:t>
            </w:r>
          </w:p>
        </w:tc>
      </w:tr>
      <w:tr w:rsidR="007A5E59" w14:paraId="67602415" w14:textId="77777777">
        <w:trPr>
          <w:jc w:val="center"/>
        </w:trPr>
        <w:tc>
          <w:tcPr>
            <w:tcW w:w="0" w:type="auto"/>
          </w:tcPr>
          <w:p w14:paraId="384D578E" w14:textId="77777777" w:rsidR="007A5E59" w:rsidRDefault="0095198F">
            <w:pPr>
              <w:jc w:val="center"/>
            </w:pPr>
            <w:r>
              <w:t>118</w:t>
            </w:r>
          </w:p>
        </w:tc>
        <w:tc>
          <w:tcPr>
            <w:tcW w:w="0" w:type="auto"/>
          </w:tcPr>
          <w:p w14:paraId="0A24A846" w14:textId="77777777" w:rsidR="007A5E59" w:rsidRDefault="0095198F">
            <w:r>
              <w:t>ТК-33/2 – Дзержинского 8, ввод 2</w:t>
            </w:r>
          </w:p>
        </w:tc>
        <w:tc>
          <w:tcPr>
            <w:tcW w:w="0" w:type="auto"/>
          </w:tcPr>
          <w:p w14:paraId="3B58360F" w14:textId="77777777" w:rsidR="007A5E59" w:rsidRDefault="0095198F">
            <w:pPr>
              <w:jc w:val="center"/>
            </w:pPr>
            <w:r>
              <w:t>80</w:t>
            </w:r>
          </w:p>
        </w:tc>
        <w:tc>
          <w:tcPr>
            <w:tcW w:w="0" w:type="auto"/>
          </w:tcPr>
          <w:p w14:paraId="421EB2DE" w14:textId="77777777" w:rsidR="007A5E59" w:rsidRDefault="0095198F">
            <w:pPr>
              <w:jc w:val="center"/>
            </w:pPr>
            <w:r>
              <w:t>1974</w:t>
            </w:r>
          </w:p>
        </w:tc>
        <w:tc>
          <w:tcPr>
            <w:tcW w:w="0" w:type="auto"/>
          </w:tcPr>
          <w:p w14:paraId="2EC0CB30" w14:textId="77777777" w:rsidR="007A5E59" w:rsidRDefault="0095198F">
            <w:pPr>
              <w:jc w:val="center"/>
            </w:pPr>
            <w:r>
              <w:t>6</w:t>
            </w:r>
          </w:p>
        </w:tc>
        <w:tc>
          <w:tcPr>
            <w:tcW w:w="0" w:type="auto"/>
          </w:tcPr>
          <w:p w14:paraId="353FB06D" w14:textId="77777777" w:rsidR="007A5E59" w:rsidRDefault="0095198F">
            <w:r>
              <w:t>бесканал.</w:t>
            </w:r>
          </w:p>
        </w:tc>
      </w:tr>
      <w:tr w:rsidR="007A5E59" w14:paraId="5AF5EA24" w14:textId="77777777">
        <w:trPr>
          <w:jc w:val="center"/>
        </w:trPr>
        <w:tc>
          <w:tcPr>
            <w:tcW w:w="0" w:type="auto"/>
          </w:tcPr>
          <w:p w14:paraId="6E551557" w14:textId="77777777" w:rsidR="007A5E59" w:rsidRDefault="0095198F">
            <w:pPr>
              <w:jc w:val="center"/>
            </w:pPr>
            <w:r>
              <w:t>119</w:t>
            </w:r>
          </w:p>
        </w:tc>
        <w:tc>
          <w:tcPr>
            <w:tcW w:w="0" w:type="auto"/>
          </w:tcPr>
          <w:p w14:paraId="51209108" w14:textId="77777777" w:rsidR="007A5E59" w:rsidRDefault="0095198F">
            <w:r>
              <w:t>ТК-33/1 – ТК-33/2</w:t>
            </w:r>
          </w:p>
        </w:tc>
        <w:tc>
          <w:tcPr>
            <w:tcW w:w="0" w:type="auto"/>
          </w:tcPr>
          <w:p w14:paraId="6968C56F" w14:textId="77777777" w:rsidR="007A5E59" w:rsidRDefault="0095198F">
            <w:pPr>
              <w:jc w:val="center"/>
            </w:pPr>
            <w:r>
              <w:t>100</w:t>
            </w:r>
          </w:p>
        </w:tc>
        <w:tc>
          <w:tcPr>
            <w:tcW w:w="0" w:type="auto"/>
          </w:tcPr>
          <w:p w14:paraId="736B11E2" w14:textId="77777777" w:rsidR="007A5E59" w:rsidRDefault="0095198F">
            <w:pPr>
              <w:jc w:val="center"/>
            </w:pPr>
            <w:r>
              <w:t>1974</w:t>
            </w:r>
          </w:p>
        </w:tc>
        <w:tc>
          <w:tcPr>
            <w:tcW w:w="0" w:type="auto"/>
          </w:tcPr>
          <w:p w14:paraId="6D99EDC8" w14:textId="77777777" w:rsidR="007A5E59" w:rsidRDefault="0095198F">
            <w:pPr>
              <w:jc w:val="center"/>
            </w:pPr>
            <w:r>
              <w:t>20</w:t>
            </w:r>
          </w:p>
        </w:tc>
        <w:tc>
          <w:tcPr>
            <w:tcW w:w="0" w:type="auto"/>
          </w:tcPr>
          <w:p w14:paraId="4543F409" w14:textId="77777777" w:rsidR="007A5E59" w:rsidRDefault="0095198F">
            <w:r>
              <w:t>бесканал.</w:t>
            </w:r>
          </w:p>
        </w:tc>
      </w:tr>
      <w:tr w:rsidR="007A5E59" w14:paraId="310A092C" w14:textId="77777777">
        <w:trPr>
          <w:jc w:val="center"/>
        </w:trPr>
        <w:tc>
          <w:tcPr>
            <w:tcW w:w="0" w:type="auto"/>
          </w:tcPr>
          <w:p w14:paraId="27243DFF" w14:textId="77777777" w:rsidR="007A5E59" w:rsidRDefault="0095198F">
            <w:pPr>
              <w:jc w:val="center"/>
            </w:pPr>
            <w:r>
              <w:t>120</w:t>
            </w:r>
          </w:p>
        </w:tc>
        <w:tc>
          <w:tcPr>
            <w:tcW w:w="0" w:type="auto"/>
          </w:tcPr>
          <w:p w14:paraId="346B2E16" w14:textId="77777777" w:rsidR="007A5E59" w:rsidRDefault="0095198F">
            <w:r>
              <w:t>ТК-33/1 – Дзержинского, 8, 1 ввод</w:t>
            </w:r>
          </w:p>
        </w:tc>
        <w:tc>
          <w:tcPr>
            <w:tcW w:w="0" w:type="auto"/>
          </w:tcPr>
          <w:p w14:paraId="0ED3E2A7" w14:textId="77777777" w:rsidR="007A5E59" w:rsidRDefault="0095198F">
            <w:pPr>
              <w:jc w:val="center"/>
            </w:pPr>
            <w:r>
              <w:t>80</w:t>
            </w:r>
          </w:p>
        </w:tc>
        <w:tc>
          <w:tcPr>
            <w:tcW w:w="0" w:type="auto"/>
          </w:tcPr>
          <w:p w14:paraId="71AAE048" w14:textId="77777777" w:rsidR="007A5E59" w:rsidRDefault="0095198F">
            <w:pPr>
              <w:jc w:val="center"/>
            </w:pPr>
            <w:r>
              <w:t>1974</w:t>
            </w:r>
          </w:p>
        </w:tc>
        <w:tc>
          <w:tcPr>
            <w:tcW w:w="0" w:type="auto"/>
          </w:tcPr>
          <w:p w14:paraId="436B0C2A" w14:textId="77777777" w:rsidR="007A5E59" w:rsidRDefault="0095198F">
            <w:pPr>
              <w:jc w:val="center"/>
            </w:pPr>
            <w:r>
              <w:t>6</w:t>
            </w:r>
          </w:p>
        </w:tc>
        <w:tc>
          <w:tcPr>
            <w:tcW w:w="0" w:type="auto"/>
          </w:tcPr>
          <w:p w14:paraId="7CBE7135" w14:textId="77777777" w:rsidR="007A5E59" w:rsidRDefault="0095198F">
            <w:r>
              <w:t>бесканал.</w:t>
            </w:r>
          </w:p>
        </w:tc>
      </w:tr>
      <w:tr w:rsidR="007A5E59" w14:paraId="53FF9085" w14:textId="77777777">
        <w:trPr>
          <w:jc w:val="center"/>
        </w:trPr>
        <w:tc>
          <w:tcPr>
            <w:tcW w:w="0" w:type="auto"/>
          </w:tcPr>
          <w:p w14:paraId="690EADD4" w14:textId="77777777" w:rsidR="007A5E59" w:rsidRDefault="0095198F">
            <w:pPr>
              <w:jc w:val="center"/>
            </w:pPr>
            <w:r>
              <w:t>121</w:t>
            </w:r>
          </w:p>
        </w:tc>
        <w:tc>
          <w:tcPr>
            <w:tcW w:w="0" w:type="auto"/>
          </w:tcPr>
          <w:p w14:paraId="732F9DD7" w14:textId="77777777" w:rsidR="007A5E59" w:rsidRDefault="0095198F">
            <w:r>
              <w:t>ТК-33/1 – Дзержинского, 8В</w:t>
            </w:r>
          </w:p>
        </w:tc>
        <w:tc>
          <w:tcPr>
            <w:tcW w:w="0" w:type="auto"/>
          </w:tcPr>
          <w:p w14:paraId="04C73CAB" w14:textId="77777777" w:rsidR="007A5E59" w:rsidRDefault="0095198F">
            <w:pPr>
              <w:jc w:val="center"/>
            </w:pPr>
            <w:r>
              <w:t>25</w:t>
            </w:r>
          </w:p>
        </w:tc>
        <w:tc>
          <w:tcPr>
            <w:tcW w:w="0" w:type="auto"/>
          </w:tcPr>
          <w:p w14:paraId="6A6F0D76" w14:textId="77777777" w:rsidR="007A5E59" w:rsidRDefault="0095198F">
            <w:pPr>
              <w:jc w:val="center"/>
            </w:pPr>
            <w:r>
              <w:t>1974</w:t>
            </w:r>
          </w:p>
        </w:tc>
        <w:tc>
          <w:tcPr>
            <w:tcW w:w="0" w:type="auto"/>
          </w:tcPr>
          <w:p w14:paraId="4164618D" w14:textId="77777777" w:rsidR="007A5E59" w:rsidRDefault="0095198F">
            <w:pPr>
              <w:jc w:val="center"/>
            </w:pPr>
            <w:r>
              <w:t>10</w:t>
            </w:r>
          </w:p>
        </w:tc>
        <w:tc>
          <w:tcPr>
            <w:tcW w:w="0" w:type="auto"/>
          </w:tcPr>
          <w:p w14:paraId="42FF3776" w14:textId="77777777" w:rsidR="007A5E59" w:rsidRDefault="0095198F">
            <w:r>
              <w:t>бесканал.</w:t>
            </w:r>
          </w:p>
        </w:tc>
      </w:tr>
      <w:tr w:rsidR="007A5E59" w14:paraId="1283581B" w14:textId="77777777">
        <w:trPr>
          <w:jc w:val="center"/>
        </w:trPr>
        <w:tc>
          <w:tcPr>
            <w:tcW w:w="0" w:type="auto"/>
          </w:tcPr>
          <w:p w14:paraId="0E581250" w14:textId="77777777" w:rsidR="007A5E59" w:rsidRDefault="0095198F">
            <w:pPr>
              <w:jc w:val="center"/>
            </w:pPr>
            <w:r>
              <w:t>122</w:t>
            </w:r>
          </w:p>
        </w:tc>
        <w:tc>
          <w:tcPr>
            <w:tcW w:w="0" w:type="auto"/>
          </w:tcPr>
          <w:p w14:paraId="63C3524A" w14:textId="77777777" w:rsidR="007A5E59" w:rsidRDefault="0095198F">
            <w:r>
              <w:t>ТК-33 – ТК-33/1</w:t>
            </w:r>
          </w:p>
        </w:tc>
        <w:tc>
          <w:tcPr>
            <w:tcW w:w="0" w:type="auto"/>
          </w:tcPr>
          <w:p w14:paraId="5738C8CF" w14:textId="77777777" w:rsidR="007A5E59" w:rsidRDefault="0095198F">
            <w:pPr>
              <w:jc w:val="center"/>
            </w:pPr>
            <w:r>
              <w:t>100</w:t>
            </w:r>
          </w:p>
        </w:tc>
        <w:tc>
          <w:tcPr>
            <w:tcW w:w="0" w:type="auto"/>
          </w:tcPr>
          <w:p w14:paraId="387C8491" w14:textId="77777777" w:rsidR="007A5E59" w:rsidRDefault="0095198F">
            <w:pPr>
              <w:jc w:val="center"/>
            </w:pPr>
            <w:r>
              <w:t>1974</w:t>
            </w:r>
          </w:p>
        </w:tc>
        <w:tc>
          <w:tcPr>
            <w:tcW w:w="0" w:type="auto"/>
          </w:tcPr>
          <w:p w14:paraId="1BF68093" w14:textId="77777777" w:rsidR="007A5E59" w:rsidRDefault="0095198F">
            <w:pPr>
              <w:jc w:val="center"/>
            </w:pPr>
            <w:r>
              <w:t>9</w:t>
            </w:r>
          </w:p>
        </w:tc>
        <w:tc>
          <w:tcPr>
            <w:tcW w:w="0" w:type="auto"/>
          </w:tcPr>
          <w:p w14:paraId="5AAF4F55" w14:textId="77777777" w:rsidR="007A5E59" w:rsidRDefault="0095198F">
            <w:r>
              <w:t>бесканал.</w:t>
            </w:r>
          </w:p>
        </w:tc>
      </w:tr>
      <w:tr w:rsidR="007A5E59" w14:paraId="0236B2BD" w14:textId="77777777">
        <w:trPr>
          <w:jc w:val="center"/>
        </w:trPr>
        <w:tc>
          <w:tcPr>
            <w:tcW w:w="0" w:type="auto"/>
          </w:tcPr>
          <w:p w14:paraId="53D7D0AF" w14:textId="77777777" w:rsidR="007A5E59" w:rsidRDefault="0095198F">
            <w:pPr>
              <w:jc w:val="center"/>
            </w:pPr>
            <w:r>
              <w:t>123</w:t>
            </w:r>
          </w:p>
        </w:tc>
        <w:tc>
          <w:tcPr>
            <w:tcW w:w="0" w:type="auto"/>
          </w:tcPr>
          <w:p w14:paraId="196DB15A" w14:textId="77777777" w:rsidR="007A5E59" w:rsidRDefault="0095198F">
            <w:r>
              <w:t>ТК-33 – Дзержинского, 7, места 1, 2, 3, 4, 5, 6, 7, 8 ,9</w:t>
            </w:r>
          </w:p>
        </w:tc>
        <w:tc>
          <w:tcPr>
            <w:tcW w:w="0" w:type="auto"/>
          </w:tcPr>
          <w:p w14:paraId="20399321" w14:textId="77777777" w:rsidR="007A5E59" w:rsidRDefault="0095198F">
            <w:pPr>
              <w:jc w:val="center"/>
            </w:pPr>
            <w:r>
              <w:t>40</w:t>
            </w:r>
          </w:p>
        </w:tc>
        <w:tc>
          <w:tcPr>
            <w:tcW w:w="0" w:type="auto"/>
          </w:tcPr>
          <w:p w14:paraId="5BCE0CC3" w14:textId="77777777" w:rsidR="007A5E59" w:rsidRDefault="0095198F">
            <w:pPr>
              <w:jc w:val="center"/>
            </w:pPr>
            <w:r>
              <w:t>1974</w:t>
            </w:r>
          </w:p>
        </w:tc>
        <w:tc>
          <w:tcPr>
            <w:tcW w:w="0" w:type="auto"/>
          </w:tcPr>
          <w:p w14:paraId="0ACC8263" w14:textId="77777777" w:rsidR="007A5E59" w:rsidRDefault="0095198F">
            <w:pPr>
              <w:jc w:val="center"/>
            </w:pPr>
            <w:r>
              <w:t>76</w:t>
            </w:r>
          </w:p>
        </w:tc>
        <w:tc>
          <w:tcPr>
            <w:tcW w:w="0" w:type="auto"/>
          </w:tcPr>
          <w:p w14:paraId="62B2D8DE" w14:textId="77777777" w:rsidR="007A5E59" w:rsidRDefault="0095198F">
            <w:r>
              <w:t>бесканал.</w:t>
            </w:r>
          </w:p>
        </w:tc>
      </w:tr>
      <w:tr w:rsidR="007A5E59" w14:paraId="55DAEE5C" w14:textId="77777777">
        <w:trPr>
          <w:jc w:val="center"/>
        </w:trPr>
        <w:tc>
          <w:tcPr>
            <w:tcW w:w="0" w:type="auto"/>
          </w:tcPr>
          <w:p w14:paraId="0773BA54" w14:textId="77777777" w:rsidR="007A5E59" w:rsidRDefault="0095198F">
            <w:pPr>
              <w:jc w:val="center"/>
            </w:pPr>
            <w:r>
              <w:t>124</w:t>
            </w:r>
          </w:p>
        </w:tc>
        <w:tc>
          <w:tcPr>
            <w:tcW w:w="0" w:type="auto"/>
          </w:tcPr>
          <w:p w14:paraId="7DBFEECC" w14:textId="77777777" w:rsidR="007A5E59" w:rsidRDefault="0095198F">
            <w:r>
              <w:t>ТК-32 – ТК-33</w:t>
            </w:r>
          </w:p>
        </w:tc>
        <w:tc>
          <w:tcPr>
            <w:tcW w:w="0" w:type="auto"/>
          </w:tcPr>
          <w:p w14:paraId="4739077A" w14:textId="77777777" w:rsidR="007A5E59" w:rsidRDefault="0095198F">
            <w:pPr>
              <w:jc w:val="center"/>
            </w:pPr>
            <w:r>
              <w:t>250</w:t>
            </w:r>
          </w:p>
        </w:tc>
        <w:tc>
          <w:tcPr>
            <w:tcW w:w="0" w:type="auto"/>
          </w:tcPr>
          <w:p w14:paraId="71E0BC4B" w14:textId="77777777" w:rsidR="007A5E59" w:rsidRDefault="0095198F">
            <w:pPr>
              <w:jc w:val="center"/>
            </w:pPr>
            <w:r>
              <w:t>1974</w:t>
            </w:r>
          </w:p>
        </w:tc>
        <w:tc>
          <w:tcPr>
            <w:tcW w:w="0" w:type="auto"/>
          </w:tcPr>
          <w:p w14:paraId="55A47571" w14:textId="77777777" w:rsidR="007A5E59" w:rsidRDefault="0095198F">
            <w:pPr>
              <w:jc w:val="center"/>
            </w:pPr>
            <w:r>
              <w:t>37</w:t>
            </w:r>
          </w:p>
        </w:tc>
        <w:tc>
          <w:tcPr>
            <w:tcW w:w="0" w:type="auto"/>
          </w:tcPr>
          <w:p w14:paraId="213A54FB" w14:textId="77777777" w:rsidR="007A5E59" w:rsidRDefault="0095198F">
            <w:r>
              <w:t>бесканал.</w:t>
            </w:r>
          </w:p>
        </w:tc>
      </w:tr>
      <w:tr w:rsidR="007A5E59" w14:paraId="640476E5" w14:textId="77777777">
        <w:trPr>
          <w:jc w:val="center"/>
        </w:trPr>
        <w:tc>
          <w:tcPr>
            <w:tcW w:w="0" w:type="auto"/>
          </w:tcPr>
          <w:p w14:paraId="4AF71CB5" w14:textId="77777777" w:rsidR="007A5E59" w:rsidRDefault="0095198F">
            <w:pPr>
              <w:jc w:val="center"/>
            </w:pPr>
            <w:r>
              <w:t>125</w:t>
            </w:r>
          </w:p>
        </w:tc>
        <w:tc>
          <w:tcPr>
            <w:tcW w:w="0" w:type="auto"/>
          </w:tcPr>
          <w:p w14:paraId="05152B11" w14:textId="77777777" w:rsidR="007A5E59" w:rsidRDefault="0095198F">
            <w:r>
              <w:t>ТК-32 – Дзержинского, 12</w:t>
            </w:r>
          </w:p>
        </w:tc>
        <w:tc>
          <w:tcPr>
            <w:tcW w:w="0" w:type="auto"/>
          </w:tcPr>
          <w:p w14:paraId="1821E074" w14:textId="77777777" w:rsidR="007A5E59" w:rsidRDefault="0095198F">
            <w:pPr>
              <w:jc w:val="center"/>
            </w:pPr>
            <w:r>
              <w:t>100</w:t>
            </w:r>
          </w:p>
        </w:tc>
        <w:tc>
          <w:tcPr>
            <w:tcW w:w="0" w:type="auto"/>
          </w:tcPr>
          <w:p w14:paraId="66AC7B3C" w14:textId="77777777" w:rsidR="007A5E59" w:rsidRDefault="0095198F">
            <w:pPr>
              <w:jc w:val="center"/>
            </w:pPr>
            <w:r>
              <w:t>1974</w:t>
            </w:r>
          </w:p>
        </w:tc>
        <w:tc>
          <w:tcPr>
            <w:tcW w:w="0" w:type="auto"/>
          </w:tcPr>
          <w:p w14:paraId="02009660" w14:textId="77777777" w:rsidR="007A5E59" w:rsidRDefault="0095198F">
            <w:pPr>
              <w:jc w:val="center"/>
            </w:pPr>
            <w:r>
              <w:t>15</w:t>
            </w:r>
          </w:p>
        </w:tc>
        <w:tc>
          <w:tcPr>
            <w:tcW w:w="0" w:type="auto"/>
          </w:tcPr>
          <w:p w14:paraId="6B9591BA" w14:textId="77777777" w:rsidR="007A5E59" w:rsidRDefault="0095198F">
            <w:r>
              <w:t>бесканал.</w:t>
            </w:r>
          </w:p>
        </w:tc>
      </w:tr>
      <w:tr w:rsidR="007A5E59" w14:paraId="0AC20586" w14:textId="77777777">
        <w:trPr>
          <w:jc w:val="center"/>
        </w:trPr>
        <w:tc>
          <w:tcPr>
            <w:tcW w:w="0" w:type="auto"/>
          </w:tcPr>
          <w:p w14:paraId="1A52165F" w14:textId="77777777" w:rsidR="007A5E59" w:rsidRDefault="0095198F">
            <w:pPr>
              <w:jc w:val="center"/>
            </w:pPr>
            <w:r>
              <w:t>126</w:t>
            </w:r>
          </w:p>
        </w:tc>
        <w:tc>
          <w:tcPr>
            <w:tcW w:w="0" w:type="auto"/>
          </w:tcPr>
          <w:p w14:paraId="5A30F28F" w14:textId="77777777" w:rsidR="007A5E59" w:rsidRDefault="0095198F">
            <w:r>
              <w:t>ТК-31/1 – ТК-32</w:t>
            </w:r>
          </w:p>
        </w:tc>
        <w:tc>
          <w:tcPr>
            <w:tcW w:w="0" w:type="auto"/>
          </w:tcPr>
          <w:p w14:paraId="22D62CB2" w14:textId="77777777" w:rsidR="007A5E59" w:rsidRDefault="0095198F">
            <w:pPr>
              <w:jc w:val="center"/>
            </w:pPr>
            <w:r>
              <w:t>300</w:t>
            </w:r>
          </w:p>
        </w:tc>
        <w:tc>
          <w:tcPr>
            <w:tcW w:w="0" w:type="auto"/>
          </w:tcPr>
          <w:p w14:paraId="0D7D6CDA" w14:textId="77777777" w:rsidR="007A5E59" w:rsidRDefault="0095198F">
            <w:pPr>
              <w:jc w:val="center"/>
            </w:pPr>
            <w:r>
              <w:t>1974</w:t>
            </w:r>
          </w:p>
        </w:tc>
        <w:tc>
          <w:tcPr>
            <w:tcW w:w="0" w:type="auto"/>
          </w:tcPr>
          <w:p w14:paraId="1FC5A5EA" w14:textId="77777777" w:rsidR="007A5E59" w:rsidRDefault="0095198F">
            <w:pPr>
              <w:jc w:val="center"/>
            </w:pPr>
            <w:r>
              <w:t>32</w:t>
            </w:r>
          </w:p>
        </w:tc>
        <w:tc>
          <w:tcPr>
            <w:tcW w:w="0" w:type="auto"/>
          </w:tcPr>
          <w:p w14:paraId="7C7AB6C1" w14:textId="77777777" w:rsidR="007A5E59" w:rsidRDefault="0095198F">
            <w:r>
              <w:t>бесканал.</w:t>
            </w:r>
          </w:p>
        </w:tc>
      </w:tr>
      <w:tr w:rsidR="007A5E59" w14:paraId="75B38A20" w14:textId="77777777">
        <w:trPr>
          <w:jc w:val="center"/>
        </w:trPr>
        <w:tc>
          <w:tcPr>
            <w:tcW w:w="0" w:type="auto"/>
          </w:tcPr>
          <w:p w14:paraId="505A9F73" w14:textId="77777777" w:rsidR="007A5E59" w:rsidRDefault="0095198F">
            <w:pPr>
              <w:jc w:val="center"/>
            </w:pPr>
            <w:r>
              <w:t>127</w:t>
            </w:r>
          </w:p>
        </w:tc>
        <w:tc>
          <w:tcPr>
            <w:tcW w:w="0" w:type="auto"/>
          </w:tcPr>
          <w:p w14:paraId="3FA3DA57" w14:textId="77777777" w:rsidR="007A5E59" w:rsidRDefault="0095198F">
            <w:r>
              <w:t>Дзержинского, 16 – Дзержинского, 16а</w:t>
            </w:r>
          </w:p>
        </w:tc>
        <w:tc>
          <w:tcPr>
            <w:tcW w:w="0" w:type="auto"/>
          </w:tcPr>
          <w:p w14:paraId="0BFC1419" w14:textId="77777777" w:rsidR="007A5E59" w:rsidRDefault="0095198F">
            <w:pPr>
              <w:jc w:val="center"/>
            </w:pPr>
            <w:r>
              <w:t>25</w:t>
            </w:r>
          </w:p>
        </w:tc>
        <w:tc>
          <w:tcPr>
            <w:tcW w:w="0" w:type="auto"/>
          </w:tcPr>
          <w:p w14:paraId="609BCA69" w14:textId="77777777" w:rsidR="007A5E59" w:rsidRDefault="0095198F">
            <w:pPr>
              <w:jc w:val="center"/>
            </w:pPr>
            <w:r>
              <w:t>1974</w:t>
            </w:r>
          </w:p>
        </w:tc>
        <w:tc>
          <w:tcPr>
            <w:tcW w:w="0" w:type="auto"/>
          </w:tcPr>
          <w:p w14:paraId="53B11B59" w14:textId="77777777" w:rsidR="007A5E59" w:rsidRDefault="0095198F">
            <w:pPr>
              <w:jc w:val="center"/>
            </w:pPr>
            <w:r>
              <w:t>17</w:t>
            </w:r>
          </w:p>
        </w:tc>
        <w:tc>
          <w:tcPr>
            <w:tcW w:w="0" w:type="auto"/>
          </w:tcPr>
          <w:p w14:paraId="4C73132D" w14:textId="77777777" w:rsidR="007A5E59" w:rsidRDefault="0095198F">
            <w:r>
              <w:t>бесканал.</w:t>
            </w:r>
          </w:p>
        </w:tc>
      </w:tr>
      <w:tr w:rsidR="007A5E59" w14:paraId="0372AB87" w14:textId="77777777">
        <w:trPr>
          <w:jc w:val="center"/>
        </w:trPr>
        <w:tc>
          <w:tcPr>
            <w:tcW w:w="0" w:type="auto"/>
          </w:tcPr>
          <w:p w14:paraId="03C6D33B" w14:textId="77777777" w:rsidR="007A5E59" w:rsidRDefault="0095198F">
            <w:pPr>
              <w:jc w:val="center"/>
            </w:pPr>
            <w:r>
              <w:t>128</w:t>
            </w:r>
          </w:p>
        </w:tc>
        <w:tc>
          <w:tcPr>
            <w:tcW w:w="0" w:type="auto"/>
          </w:tcPr>
          <w:p w14:paraId="7DA23D98" w14:textId="77777777" w:rsidR="007A5E59" w:rsidRDefault="0095198F">
            <w:r>
              <w:t>Дзержинского, 15 – Дзержинского, 16</w:t>
            </w:r>
          </w:p>
        </w:tc>
        <w:tc>
          <w:tcPr>
            <w:tcW w:w="0" w:type="auto"/>
          </w:tcPr>
          <w:p w14:paraId="5421F524" w14:textId="77777777" w:rsidR="007A5E59" w:rsidRDefault="0095198F">
            <w:pPr>
              <w:jc w:val="center"/>
            </w:pPr>
            <w:r>
              <w:t>125</w:t>
            </w:r>
          </w:p>
        </w:tc>
        <w:tc>
          <w:tcPr>
            <w:tcW w:w="0" w:type="auto"/>
          </w:tcPr>
          <w:p w14:paraId="35C648E9" w14:textId="77777777" w:rsidR="007A5E59" w:rsidRDefault="0095198F">
            <w:pPr>
              <w:jc w:val="center"/>
            </w:pPr>
            <w:r>
              <w:t>1974</w:t>
            </w:r>
          </w:p>
        </w:tc>
        <w:tc>
          <w:tcPr>
            <w:tcW w:w="0" w:type="auto"/>
          </w:tcPr>
          <w:p w14:paraId="12E7DC87" w14:textId="77777777" w:rsidR="007A5E59" w:rsidRDefault="0095198F">
            <w:pPr>
              <w:jc w:val="center"/>
            </w:pPr>
            <w:r>
              <w:t>35</w:t>
            </w:r>
          </w:p>
        </w:tc>
        <w:tc>
          <w:tcPr>
            <w:tcW w:w="0" w:type="auto"/>
          </w:tcPr>
          <w:p w14:paraId="6403DE43" w14:textId="77777777" w:rsidR="007A5E59" w:rsidRDefault="0095198F">
            <w:r>
              <w:t>бесканал.</w:t>
            </w:r>
          </w:p>
        </w:tc>
      </w:tr>
      <w:tr w:rsidR="007A5E59" w14:paraId="6A394BF5" w14:textId="77777777">
        <w:trPr>
          <w:jc w:val="center"/>
        </w:trPr>
        <w:tc>
          <w:tcPr>
            <w:tcW w:w="0" w:type="auto"/>
          </w:tcPr>
          <w:p w14:paraId="612AFED5" w14:textId="77777777" w:rsidR="007A5E59" w:rsidRDefault="0095198F">
            <w:pPr>
              <w:jc w:val="center"/>
            </w:pPr>
            <w:r>
              <w:t>129</w:t>
            </w:r>
          </w:p>
        </w:tc>
        <w:tc>
          <w:tcPr>
            <w:tcW w:w="0" w:type="auto"/>
          </w:tcPr>
          <w:p w14:paraId="497F1256" w14:textId="77777777" w:rsidR="007A5E59" w:rsidRDefault="0095198F">
            <w:r>
              <w:t>Дзержинского, 15 – Дзержинского, 18а</w:t>
            </w:r>
          </w:p>
        </w:tc>
        <w:tc>
          <w:tcPr>
            <w:tcW w:w="0" w:type="auto"/>
          </w:tcPr>
          <w:p w14:paraId="2AEF48BB" w14:textId="77777777" w:rsidR="007A5E59" w:rsidRDefault="0095198F">
            <w:pPr>
              <w:jc w:val="center"/>
            </w:pPr>
            <w:r>
              <w:t>25</w:t>
            </w:r>
          </w:p>
        </w:tc>
        <w:tc>
          <w:tcPr>
            <w:tcW w:w="0" w:type="auto"/>
          </w:tcPr>
          <w:p w14:paraId="38C5FF75" w14:textId="77777777" w:rsidR="007A5E59" w:rsidRDefault="0095198F">
            <w:pPr>
              <w:jc w:val="center"/>
            </w:pPr>
            <w:r>
              <w:t>1974</w:t>
            </w:r>
          </w:p>
        </w:tc>
        <w:tc>
          <w:tcPr>
            <w:tcW w:w="0" w:type="auto"/>
          </w:tcPr>
          <w:p w14:paraId="1EE5F6F6" w14:textId="77777777" w:rsidR="007A5E59" w:rsidRDefault="0095198F">
            <w:pPr>
              <w:jc w:val="center"/>
            </w:pPr>
            <w:r>
              <w:t>20</w:t>
            </w:r>
          </w:p>
        </w:tc>
        <w:tc>
          <w:tcPr>
            <w:tcW w:w="0" w:type="auto"/>
          </w:tcPr>
          <w:p w14:paraId="773FEB78" w14:textId="77777777" w:rsidR="007A5E59" w:rsidRDefault="0095198F">
            <w:r>
              <w:t>бесканал.</w:t>
            </w:r>
          </w:p>
        </w:tc>
      </w:tr>
      <w:tr w:rsidR="007A5E59" w14:paraId="1F2B694E" w14:textId="77777777">
        <w:trPr>
          <w:jc w:val="center"/>
        </w:trPr>
        <w:tc>
          <w:tcPr>
            <w:tcW w:w="0" w:type="auto"/>
          </w:tcPr>
          <w:p w14:paraId="3323EF77" w14:textId="77777777" w:rsidR="007A5E59" w:rsidRDefault="0095198F">
            <w:pPr>
              <w:jc w:val="center"/>
            </w:pPr>
            <w:r>
              <w:t>130</w:t>
            </w:r>
          </w:p>
        </w:tc>
        <w:tc>
          <w:tcPr>
            <w:tcW w:w="0" w:type="auto"/>
          </w:tcPr>
          <w:p w14:paraId="04A66C92" w14:textId="77777777" w:rsidR="007A5E59" w:rsidRDefault="0095198F">
            <w:r>
              <w:t>Дзержинского, 15 – Дзержинского, 15а</w:t>
            </w:r>
          </w:p>
        </w:tc>
        <w:tc>
          <w:tcPr>
            <w:tcW w:w="0" w:type="auto"/>
          </w:tcPr>
          <w:p w14:paraId="7F9FC353" w14:textId="77777777" w:rsidR="007A5E59" w:rsidRDefault="0095198F">
            <w:pPr>
              <w:jc w:val="center"/>
            </w:pPr>
            <w:r>
              <w:t>25</w:t>
            </w:r>
          </w:p>
        </w:tc>
        <w:tc>
          <w:tcPr>
            <w:tcW w:w="0" w:type="auto"/>
          </w:tcPr>
          <w:p w14:paraId="2F154063" w14:textId="77777777" w:rsidR="007A5E59" w:rsidRDefault="0095198F">
            <w:pPr>
              <w:jc w:val="center"/>
            </w:pPr>
            <w:r>
              <w:t>1974</w:t>
            </w:r>
          </w:p>
        </w:tc>
        <w:tc>
          <w:tcPr>
            <w:tcW w:w="0" w:type="auto"/>
          </w:tcPr>
          <w:p w14:paraId="5D53EBE8" w14:textId="77777777" w:rsidR="007A5E59" w:rsidRDefault="0095198F">
            <w:pPr>
              <w:jc w:val="center"/>
            </w:pPr>
            <w:r>
              <w:t>15</w:t>
            </w:r>
          </w:p>
        </w:tc>
        <w:tc>
          <w:tcPr>
            <w:tcW w:w="0" w:type="auto"/>
          </w:tcPr>
          <w:p w14:paraId="778E0A3B" w14:textId="77777777" w:rsidR="007A5E59" w:rsidRDefault="0095198F">
            <w:r>
              <w:t>бесканал.</w:t>
            </w:r>
          </w:p>
        </w:tc>
      </w:tr>
      <w:tr w:rsidR="007A5E59" w14:paraId="40D8ADCA" w14:textId="77777777">
        <w:trPr>
          <w:jc w:val="center"/>
        </w:trPr>
        <w:tc>
          <w:tcPr>
            <w:tcW w:w="0" w:type="auto"/>
          </w:tcPr>
          <w:p w14:paraId="5F739027" w14:textId="77777777" w:rsidR="007A5E59" w:rsidRDefault="0095198F">
            <w:pPr>
              <w:jc w:val="center"/>
            </w:pPr>
            <w:r>
              <w:t>131</w:t>
            </w:r>
          </w:p>
        </w:tc>
        <w:tc>
          <w:tcPr>
            <w:tcW w:w="0" w:type="auto"/>
          </w:tcPr>
          <w:p w14:paraId="6F6E188F" w14:textId="77777777" w:rsidR="007A5E59" w:rsidRDefault="0095198F">
            <w:r>
              <w:t>Дзержинского, 14 – Дзержинского, 15</w:t>
            </w:r>
          </w:p>
        </w:tc>
        <w:tc>
          <w:tcPr>
            <w:tcW w:w="0" w:type="auto"/>
          </w:tcPr>
          <w:p w14:paraId="6DB11178" w14:textId="77777777" w:rsidR="007A5E59" w:rsidRDefault="0095198F">
            <w:pPr>
              <w:jc w:val="center"/>
            </w:pPr>
            <w:r>
              <w:t>125</w:t>
            </w:r>
          </w:p>
        </w:tc>
        <w:tc>
          <w:tcPr>
            <w:tcW w:w="0" w:type="auto"/>
          </w:tcPr>
          <w:p w14:paraId="3CF81B9C" w14:textId="77777777" w:rsidR="007A5E59" w:rsidRDefault="0095198F">
            <w:pPr>
              <w:jc w:val="center"/>
            </w:pPr>
            <w:r>
              <w:t>1974</w:t>
            </w:r>
          </w:p>
        </w:tc>
        <w:tc>
          <w:tcPr>
            <w:tcW w:w="0" w:type="auto"/>
          </w:tcPr>
          <w:p w14:paraId="1548029F" w14:textId="77777777" w:rsidR="007A5E59" w:rsidRDefault="0095198F">
            <w:pPr>
              <w:jc w:val="center"/>
            </w:pPr>
            <w:r>
              <w:t>35</w:t>
            </w:r>
          </w:p>
        </w:tc>
        <w:tc>
          <w:tcPr>
            <w:tcW w:w="0" w:type="auto"/>
          </w:tcPr>
          <w:p w14:paraId="0699442A" w14:textId="77777777" w:rsidR="007A5E59" w:rsidRDefault="0095198F">
            <w:r>
              <w:t>бесканал.</w:t>
            </w:r>
          </w:p>
        </w:tc>
      </w:tr>
      <w:tr w:rsidR="007A5E59" w14:paraId="2AD445E8" w14:textId="77777777">
        <w:trPr>
          <w:jc w:val="center"/>
        </w:trPr>
        <w:tc>
          <w:tcPr>
            <w:tcW w:w="0" w:type="auto"/>
          </w:tcPr>
          <w:p w14:paraId="538FF081" w14:textId="77777777" w:rsidR="007A5E59" w:rsidRDefault="0095198F">
            <w:pPr>
              <w:jc w:val="center"/>
            </w:pPr>
            <w:r>
              <w:t>132</w:t>
            </w:r>
          </w:p>
        </w:tc>
        <w:tc>
          <w:tcPr>
            <w:tcW w:w="0" w:type="auto"/>
          </w:tcPr>
          <w:p w14:paraId="540A61B3" w14:textId="77777777" w:rsidR="007A5E59" w:rsidRDefault="0095198F">
            <w:r>
              <w:t>Дзержинского, 13 – Дзержинского, 14</w:t>
            </w:r>
          </w:p>
        </w:tc>
        <w:tc>
          <w:tcPr>
            <w:tcW w:w="0" w:type="auto"/>
          </w:tcPr>
          <w:p w14:paraId="2D52EBE4" w14:textId="77777777" w:rsidR="007A5E59" w:rsidRDefault="0095198F">
            <w:pPr>
              <w:jc w:val="center"/>
            </w:pPr>
            <w:r>
              <w:t>125</w:t>
            </w:r>
          </w:p>
        </w:tc>
        <w:tc>
          <w:tcPr>
            <w:tcW w:w="0" w:type="auto"/>
          </w:tcPr>
          <w:p w14:paraId="613057D4" w14:textId="77777777" w:rsidR="007A5E59" w:rsidRDefault="0095198F">
            <w:pPr>
              <w:jc w:val="center"/>
            </w:pPr>
            <w:r>
              <w:t>2014</w:t>
            </w:r>
          </w:p>
        </w:tc>
        <w:tc>
          <w:tcPr>
            <w:tcW w:w="0" w:type="auto"/>
          </w:tcPr>
          <w:p w14:paraId="16A63D3B" w14:textId="77777777" w:rsidR="007A5E59" w:rsidRDefault="0095198F">
            <w:pPr>
              <w:jc w:val="center"/>
            </w:pPr>
            <w:r>
              <w:t>45</w:t>
            </w:r>
          </w:p>
        </w:tc>
        <w:tc>
          <w:tcPr>
            <w:tcW w:w="0" w:type="auto"/>
          </w:tcPr>
          <w:p w14:paraId="0287B26A" w14:textId="77777777" w:rsidR="007A5E59" w:rsidRDefault="0095198F">
            <w:r>
              <w:t>бесканал.</w:t>
            </w:r>
          </w:p>
        </w:tc>
      </w:tr>
      <w:tr w:rsidR="007A5E59" w14:paraId="3390CA48" w14:textId="77777777">
        <w:trPr>
          <w:jc w:val="center"/>
        </w:trPr>
        <w:tc>
          <w:tcPr>
            <w:tcW w:w="0" w:type="auto"/>
          </w:tcPr>
          <w:p w14:paraId="2C8A8E01" w14:textId="77777777" w:rsidR="007A5E59" w:rsidRDefault="0095198F">
            <w:pPr>
              <w:jc w:val="center"/>
            </w:pPr>
            <w:r>
              <w:t>133</w:t>
            </w:r>
          </w:p>
        </w:tc>
        <w:tc>
          <w:tcPr>
            <w:tcW w:w="0" w:type="auto"/>
          </w:tcPr>
          <w:p w14:paraId="5A769A19" w14:textId="77777777" w:rsidR="007A5E59" w:rsidRDefault="0095198F">
            <w:r>
              <w:t>Дзержинского, 13 – Дзержинского, 13 место 1</w:t>
            </w:r>
          </w:p>
        </w:tc>
        <w:tc>
          <w:tcPr>
            <w:tcW w:w="0" w:type="auto"/>
          </w:tcPr>
          <w:p w14:paraId="130293D7" w14:textId="77777777" w:rsidR="007A5E59" w:rsidRDefault="0095198F">
            <w:pPr>
              <w:jc w:val="center"/>
            </w:pPr>
            <w:r>
              <w:t>25</w:t>
            </w:r>
          </w:p>
        </w:tc>
        <w:tc>
          <w:tcPr>
            <w:tcW w:w="0" w:type="auto"/>
          </w:tcPr>
          <w:p w14:paraId="64EE6204" w14:textId="77777777" w:rsidR="007A5E59" w:rsidRDefault="0095198F">
            <w:pPr>
              <w:jc w:val="center"/>
            </w:pPr>
            <w:r>
              <w:t>1974</w:t>
            </w:r>
          </w:p>
        </w:tc>
        <w:tc>
          <w:tcPr>
            <w:tcW w:w="0" w:type="auto"/>
          </w:tcPr>
          <w:p w14:paraId="28331529" w14:textId="77777777" w:rsidR="007A5E59" w:rsidRDefault="0095198F">
            <w:pPr>
              <w:jc w:val="center"/>
            </w:pPr>
            <w:r>
              <w:t>8</w:t>
            </w:r>
          </w:p>
        </w:tc>
        <w:tc>
          <w:tcPr>
            <w:tcW w:w="0" w:type="auto"/>
          </w:tcPr>
          <w:p w14:paraId="4ABF9A57" w14:textId="77777777" w:rsidR="007A5E59" w:rsidRDefault="0095198F">
            <w:r>
              <w:t>бесканал.</w:t>
            </w:r>
          </w:p>
        </w:tc>
      </w:tr>
      <w:tr w:rsidR="007A5E59" w14:paraId="11903838" w14:textId="77777777">
        <w:trPr>
          <w:jc w:val="center"/>
        </w:trPr>
        <w:tc>
          <w:tcPr>
            <w:tcW w:w="0" w:type="auto"/>
          </w:tcPr>
          <w:p w14:paraId="54ACFB5B" w14:textId="77777777" w:rsidR="007A5E59" w:rsidRDefault="0095198F">
            <w:pPr>
              <w:jc w:val="center"/>
            </w:pPr>
            <w:r>
              <w:t>134</w:t>
            </w:r>
          </w:p>
        </w:tc>
        <w:tc>
          <w:tcPr>
            <w:tcW w:w="0" w:type="auto"/>
          </w:tcPr>
          <w:p w14:paraId="0B33ABAD" w14:textId="77777777" w:rsidR="007A5E59" w:rsidRDefault="0095198F">
            <w:r>
              <w:t>Дзержинского, 13 – Дзержинского, 13 место 2</w:t>
            </w:r>
          </w:p>
        </w:tc>
        <w:tc>
          <w:tcPr>
            <w:tcW w:w="0" w:type="auto"/>
          </w:tcPr>
          <w:p w14:paraId="584DC89D" w14:textId="77777777" w:rsidR="007A5E59" w:rsidRDefault="0095198F">
            <w:pPr>
              <w:jc w:val="center"/>
            </w:pPr>
            <w:r>
              <w:t>25</w:t>
            </w:r>
          </w:p>
        </w:tc>
        <w:tc>
          <w:tcPr>
            <w:tcW w:w="0" w:type="auto"/>
          </w:tcPr>
          <w:p w14:paraId="3B1614CA" w14:textId="77777777" w:rsidR="007A5E59" w:rsidRDefault="0095198F">
            <w:pPr>
              <w:jc w:val="center"/>
            </w:pPr>
            <w:r>
              <w:t>1974</w:t>
            </w:r>
          </w:p>
        </w:tc>
        <w:tc>
          <w:tcPr>
            <w:tcW w:w="0" w:type="auto"/>
          </w:tcPr>
          <w:p w14:paraId="5928567C" w14:textId="77777777" w:rsidR="007A5E59" w:rsidRDefault="0095198F">
            <w:pPr>
              <w:jc w:val="center"/>
            </w:pPr>
            <w:r>
              <w:t>8</w:t>
            </w:r>
          </w:p>
        </w:tc>
        <w:tc>
          <w:tcPr>
            <w:tcW w:w="0" w:type="auto"/>
          </w:tcPr>
          <w:p w14:paraId="7B8AA95C" w14:textId="77777777" w:rsidR="007A5E59" w:rsidRDefault="0095198F">
            <w:r>
              <w:t>бесканал.</w:t>
            </w:r>
          </w:p>
        </w:tc>
      </w:tr>
      <w:tr w:rsidR="007A5E59" w14:paraId="3C1576B7" w14:textId="77777777">
        <w:trPr>
          <w:jc w:val="center"/>
        </w:trPr>
        <w:tc>
          <w:tcPr>
            <w:tcW w:w="0" w:type="auto"/>
          </w:tcPr>
          <w:p w14:paraId="64C97151" w14:textId="77777777" w:rsidR="007A5E59" w:rsidRDefault="0095198F">
            <w:pPr>
              <w:jc w:val="center"/>
            </w:pPr>
            <w:r>
              <w:t>135</w:t>
            </w:r>
          </w:p>
        </w:tc>
        <w:tc>
          <w:tcPr>
            <w:tcW w:w="0" w:type="auto"/>
          </w:tcPr>
          <w:p w14:paraId="1F0D1A60" w14:textId="77777777" w:rsidR="007A5E59" w:rsidRDefault="0095198F">
            <w:r>
              <w:t>ТК-31/1 – Дзержинского 13</w:t>
            </w:r>
          </w:p>
        </w:tc>
        <w:tc>
          <w:tcPr>
            <w:tcW w:w="0" w:type="auto"/>
          </w:tcPr>
          <w:p w14:paraId="54B9A892" w14:textId="77777777" w:rsidR="007A5E59" w:rsidRDefault="0095198F">
            <w:pPr>
              <w:jc w:val="center"/>
            </w:pPr>
            <w:r>
              <w:t>150</w:t>
            </w:r>
          </w:p>
        </w:tc>
        <w:tc>
          <w:tcPr>
            <w:tcW w:w="0" w:type="auto"/>
          </w:tcPr>
          <w:p w14:paraId="7184BEC1" w14:textId="77777777" w:rsidR="007A5E59" w:rsidRDefault="0095198F">
            <w:pPr>
              <w:jc w:val="center"/>
            </w:pPr>
            <w:r>
              <w:t>1974</w:t>
            </w:r>
          </w:p>
        </w:tc>
        <w:tc>
          <w:tcPr>
            <w:tcW w:w="0" w:type="auto"/>
          </w:tcPr>
          <w:p w14:paraId="0C96EA87" w14:textId="77777777" w:rsidR="007A5E59" w:rsidRDefault="0095198F">
            <w:pPr>
              <w:jc w:val="center"/>
            </w:pPr>
            <w:r>
              <w:t>72</w:t>
            </w:r>
          </w:p>
        </w:tc>
        <w:tc>
          <w:tcPr>
            <w:tcW w:w="0" w:type="auto"/>
          </w:tcPr>
          <w:p w14:paraId="14AFECA0" w14:textId="77777777" w:rsidR="007A5E59" w:rsidRDefault="0095198F">
            <w:r>
              <w:t>бесканал.</w:t>
            </w:r>
          </w:p>
        </w:tc>
      </w:tr>
      <w:tr w:rsidR="007A5E59" w14:paraId="2D4BE2C9" w14:textId="77777777">
        <w:trPr>
          <w:jc w:val="center"/>
        </w:trPr>
        <w:tc>
          <w:tcPr>
            <w:tcW w:w="0" w:type="auto"/>
          </w:tcPr>
          <w:p w14:paraId="1E7813FD" w14:textId="77777777" w:rsidR="007A5E59" w:rsidRDefault="0095198F">
            <w:pPr>
              <w:jc w:val="center"/>
            </w:pPr>
            <w:r>
              <w:t>136</w:t>
            </w:r>
          </w:p>
        </w:tc>
        <w:tc>
          <w:tcPr>
            <w:tcW w:w="0" w:type="auto"/>
          </w:tcPr>
          <w:p w14:paraId="7FA38BA6" w14:textId="77777777" w:rsidR="007A5E59" w:rsidRDefault="0095198F">
            <w:r>
              <w:t>ТК-31 – ТК-31/1</w:t>
            </w:r>
          </w:p>
        </w:tc>
        <w:tc>
          <w:tcPr>
            <w:tcW w:w="0" w:type="auto"/>
          </w:tcPr>
          <w:p w14:paraId="40316F18" w14:textId="77777777" w:rsidR="007A5E59" w:rsidRDefault="0095198F">
            <w:pPr>
              <w:jc w:val="center"/>
            </w:pPr>
            <w:r>
              <w:t>300</w:t>
            </w:r>
          </w:p>
        </w:tc>
        <w:tc>
          <w:tcPr>
            <w:tcW w:w="0" w:type="auto"/>
          </w:tcPr>
          <w:p w14:paraId="437FB513" w14:textId="77777777" w:rsidR="007A5E59" w:rsidRDefault="0095198F">
            <w:pPr>
              <w:jc w:val="center"/>
            </w:pPr>
            <w:r>
              <w:t>1974</w:t>
            </w:r>
          </w:p>
        </w:tc>
        <w:tc>
          <w:tcPr>
            <w:tcW w:w="0" w:type="auto"/>
          </w:tcPr>
          <w:p w14:paraId="15526D13" w14:textId="77777777" w:rsidR="007A5E59" w:rsidRDefault="0095198F">
            <w:pPr>
              <w:jc w:val="center"/>
            </w:pPr>
            <w:r>
              <w:t>34</w:t>
            </w:r>
          </w:p>
        </w:tc>
        <w:tc>
          <w:tcPr>
            <w:tcW w:w="0" w:type="auto"/>
          </w:tcPr>
          <w:p w14:paraId="162F3D35" w14:textId="77777777" w:rsidR="007A5E59" w:rsidRDefault="0095198F">
            <w:r>
              <w:t>бесканал.</w:t>
            </w:r>
          </w:p>
        </w:tc>
      </w:tr>
      <w:tr w:rsidR="007A5E59" w14:paraId="2A5C7203" w14:textId="77777777">
        <w:trPr>
          <w:jc w:val="center"/>
        </w:trPr>
        <w:tc>
          <w:tcPr>
            <w:tcW w:w="0" w:type="auto"/>
          </w:tcPr>
          <w:p w14:paraId="53480C44" w14:textId="77777777" w:rsidR="007A5E59" w:rsidRDefault="0095198F">
            <w:pPr>
              <w:jc w:val="center"/>
            </w:pPr>
            <w:r>
              <w:t>137</w:t>
            </w:r>
          </w:p>
        </w:tc>
        <w:tc>
          <w:tcPr>
            <w:tcW w:w="0" w:type="auto"/>
          </w:tcPr>
          <w:p w14:paraId="0E0B5EFA" w14:textId="77777777" w:rsidR="007A5E59" w:rsidRDefault="0095198F">
            <w:r>
              <w:t>ТК-31 – Советская 12а</w:t>
            </w:r>
          </w:p>
        </w:tc>
        <w:tc>
          <w:tcPr>
            <w:tcW w:w="0" w:type="auto"/>
          </w:tcPr>
          <w:p w14:paraId="6547613A" w14:textId="77777777" w:rsidR="007A5E59" w:rsidRDefault="0095198F">
            <w:pPr>
              <w:jc w:val="center"/>
            </w:pPr>
            <w:r>
              <w:t>65</w:t>
            </w:r>
          </w:p>
        </w:tc>
        <w:tc>
          <w:tcPr>
            <w:tcW w:w="0" w:type="auto"/>
          </w:tcPr>
          <w:p w14:paraId="7E69E80D" w14:textId="77777777" w:rsidR="007A5E59" w:rsidRDefault="0095198F">
            <w:pPr>
              <w:jc w:val="center"/>
            </w:pPr>
            <w:r>
              <w:t>1976</w:t>
            </w:r>
          </w:p>
        </w:tc>
        <w:tc>
          <w:tcPr>
            <w:tcW w:w="0" w:type="auto"/>
          </w:tcPr>
          <w:p w14:paraId="3FF82FD6" w14:textId="77777777" w:rsidR="007A5E59" w:rsidRDefault="0095198F">
            <w:pPr>
              <w:jc w:val="center"/>
            </w:pPr>
            <w:r>
              <w:t>48</w:t>
            </w:r>
          </w:p>
        </w:tc>
        <w:tc>
          <w:tcPr>
            <w:tcW w:w="0" w:type="auto"/>
          </w:tcPr>
          <w:p w14:paraId="2F4FFAFC" w14:textId="77777777" w:rsidR="007A5E59" w:rsidRDefault="0095198F">
            <w:r>
              <w:t>бесканал.</w:t>
            </w:r>
          </w:p>
        </w:tc>
      </w:tr>
      <w:tr w:rsidR="007A5E59" w14:paraId="2CD5D20A" w14:textId="77777777">
        <w:trPr>
          <w:jc w:val="center"/>
        </w:trPr>
        <w:tc>
          <w:tcPr>
            <w:tcW w:w="0" w:type="auto"/>
          </w:tcPr>
          <w:p w14:paraId="378E961C" w14:textId="77777777" w:rsidR="007A5E59" w:rsidRDefault="0095198F">
            <w:pPr>
              <w:jc w:val="center"/>
            </w:pPr>
            <w:r>
              <w:t>138</w:t>
            </w:r>
          </w:p>
        </w:tc>
        <w:tc>
          <w:tcPr>
            <w:tcW w:w="0" w:type="auto"/>
          </w:tcPr>
          <w:p w14:paraId="742192C6" w14:textId="77777777" w:rsidR="007A5E59" w:rsidRDefault="0095198F">
            <w:r>
              <w:t>ТК-31 – Дзержинского 17а</w:t>
            </w:r>
          </w:p>
        </w:tc>
        <w:tc>
          <w:tcPr>
            <w:tcW w:w="0" w:type="auto"/>
          </w:tcPr>
          <w:p w14:paraId="4708B7A1" w14:textId="77777777" w:rsidR="007A5E59" w:rsidRDefault="0095198F">
            <w:pPr>
              <w:jc w:val="center"/>
            </w:pPr>
            <w:r>
              <w:t>25</w:t>
            </w:r>
          </w:p>
        </w:tc>
        <w:tc>
          <w:tcPr>
            <w:tcW w:w="0" w:type="auto"/>
          </w:tcPr>
          <w:p w14:paraId="34798583" w14:textId="77777777" w:rsidR="007A5E59" w:rsidRDefault="0095198F">
            <w:pPr>
              <w:jc w:val="center"/>
            </w:pPr>
            <w:r>
              <w:t>1976</w:t>
            </w:r>
          </w:p>
        </w:tc>
        <w:tc>
          <w:tcPr>
            <w:tcW w:w="0" w:type="auto"/>
          </w:tcPr>
          <w:p w14:paraId="3503CD41" w14:textId="77777777" w:rsidR="007A5E59" w:rsidRDefault="0095198F">
            <w:pPr>
              <w:jc w:val="center"/>
            </w:pPr>
            <w:r>
              <w:t>15</w:t>
            </w:r>
          </w:p>
        </w:tc>
        <w:tc>
          <w:tcPr>
            <w:tcW w:w="0" w:type="auto"/>
          </w:tcPr>
          <w:p w14:paraId="6DE60835" w14:textId="77777777" w:rsidR="007A5E59" w:rsidRDefault="0095198F">
            <w:r>
              <w:t>бесканал.</w:t>
            </w:r>
          </w:p>
        </w:tc>
      </w:tr>
      <w:tr w:rsidR="007A5E59" w14:paraId="76063FC3" w14:textId="77777777">
        <w:trPr>
          <w:jc w:val="center"/>
        </w:trPr>
        <w:tc>
          <w:tcPr>
            <w:tcW w:w="0" w:type="auto"/>
          </w:tcPr>
          <w:p w14:paraId="21E79BFB" w14:textId="77777777" w:rsidR="007A5E59" w:rsidRDefault="0095198F">
            <w:pPr>
              <w:jc w:val="center"/>
            </w:pPr>
            <w:r>
              <w:t>139</w:t>
            </w:r>
          </w:p>
        </w:tc>
        <w:tc>
          <w:tcPr>
            <w:tcW w:w="0" w:type="auto"/>
          </w:tcPr>
          <w:p w14:paraId="4D57B790" w14:textId="77777777" w:rsidR="007A5E59" w:rsidRDefault="0095198F">
            <w:r>
              <w:t>Дзержинского 18 – Дзержинского 19</w:t>
            </w:r>
          </w:p>
        </w:tc>
        <w:tc>
          <w:tcPr>
            <w:tcW w:w="0" w:type="auto"/>
          </w:tcPr>
          <w:p w14:paraId="3929DED0" w14:textId="77777777" w:rsidR="007A5E59" w:rsidRDefault="0095198F">
            <w:pPr>
              <w:jc w:val="center"/>
            </w:pPr>
            <w:r>
              <w:t>125</w:t>
            </w:r>
          </w:p>
        </w:tc>
        <w:tc>
          <w:tcPr>
            <w:tcW w:w="0" w:type="auto"/>
          </w:tcPr>
          <w:p w14:paraId="1655A0B1" w14:textId="77777777" w:rsidR="007A5E59" w:rsidRDefault="0095198F">
            <w:pPr>
              <w:jc w:val="center"/>
            </w:pPr>
            <w:r>
              <w:t>1976</w:t>
            </w:r>
          </w:p>
        </w:tc>
        <w:tc>
          <w:tcPr>
            <w:tcW w:w="0" w:type="auto"/>
          </w:tcPr>
          <w:p w14:paraId="6E025295" w14:textId="77777777" w:rsidR="007A5E59" w:rsidRDefault="0095198F">
            <w:pPr>
              <w:jc w:val="center"/>
            </w:pPr>
            <w:r>
              <w:t>45</w:t>
            </w:r>
          </w:p>
        </w:tc>
        <w:tc>
          <w:tcPr>
            <w:tcW w:w="0" w:type="auto"/>
          </w:tcPr>
          <w:p w14:paraId="6A270561" w14:textId="77777777" w:rsidR="007A5E59" w:rsidRDefault="0095198F">
            <w:r>
              <w:t>бесканал.</w:t>
            </w:r>
          </w:p>
        </w:tc>
      </w:tr>
      <w:tr w:rsidR="007A5E59" w14:paraId="7EDE84DC" w14:textId="77777777">
        <w:trPr>
          <w:jc w:val="center"/>
        </w:trPr>
        <w:tc>
          <w:tcPr>
            <w:tcW w:w="0" w:type="auto"/>
          </w:tcPr>
          <w:p w14:paraId="68C920C3" w14:textId="77777777" w:rsidR="007A5E59" w:rsidRDefault="0095198F">
            <w:pPr>
              <w:jc w:val="center"/>
            </w:pPr>
            <w:r>
              <w:t>140</w:t>
            </w:r>
          </w:p>
        </w:tc>
        <w:tc>
          <w:tcPr>
            <w:tcW w:w="0" w:type="auto"/>
          </w:tcPr>
          <w:p w14:paraId="06FABBAD" w14:textId="77777777" w:rsidR="007A5E59" w:rsidRDefault="0095198F">
            <w:r>
              <w:t>Дзержинского 17 – Дзержинского 18</w:t>
            </w:r>
          </w:p>
        </w:tc>
        <w:tc>
          <w:tcPr>
            <w:tcW w:w="0" w:type="auto"/>
          </w:tcPr>
          <w:p w14:paraId="5BFE7F5D" w14:textId="77777777" w:rsidR="007A5E59" w:rsidRDefault="0095198F">
            <w:pPr>
              <w:jc w:val="center"/>
            </w:pPr>
            <w:r>
              <w:t>125</w:t>
            </w:r>
          </w:p>
        </w:tc>
        <w:tc>
          <w:tcPr>
            <w:tcW w:w="0" w:type="auto"/>
          </w:tcPr>
          <w:p w14:paraId="4D68F05F" w14:textId="77777777" w:rsidR="007A5E59" w:rsidRDefault="0095198F">
            <w:pPr>
              <w:jc w:val="center"/>
            </w:pPr>
            <w:r>
              <w:t>1976</w:t>
            </w:r>
          </w:p>
        </w:tc>
        <w:tc>
          <w:tcPr>
            <w:tcW w:w="0" w:type="auto"/>
          </w:tcPr>
          <w:p w14:paraId="4DDA4154" w14:textId="77777777" w:rsidR="007A5E59" w:rsidRDefault="0095198F">
            <w:pPr>
              <w:jc w:val="center"/>
            </w:pPr>
            <w:r>
              <w:t>50</w:t>
            </w:r>
          </w:p>
        </w:tc>
        <w:tc>
          <w:tcPr>
            <w:tcW w:w="0" w:type="auto"/>
          </w:tcPr>
          <w:p w14:paraId="49092508" w14:textId="77777777" w:rsidR="007A5E59" w:rsidRDefault="0095198F">
            <w:r>
              <w:t>бесканал.</w:t>
            </w:r>
          </w:p>
        </w:tc>
      </w:tr>
      <w:tr w:rsidR="007A5E59" w14:paraId="72FC4790" w14:textId="77777777">
        <w:trPr>
          <w:jc w:val="center"/>
        </w:trPr>
        <w:tc>
          <w:tcPr>
            <w:tcW w:w="0" w:type="auto"/>
          </w:tcPr>
          <w:p w14:paraId="399BEDC6" w14:textId="77777777" w:rsidR="007A5E59" w:rsidRDefault="0095198F">
            <w:pPr>
              <w:jc w:val="center"/>
            </w:pPr>
            <w:r>
              <w:t>141</w:t>
            </w:r>
          </w:p>
        </w:tc>
        <w:tc>
          <w:tcPr>
            <w:tcW w:w="0" w:type="auto"/>
          </w:tcPr>
          <w:p w14:paraId="2DFD9687" w14:textId="77777777" w:rsidR="007A5E59" w:rsidRDefault="0095198F">
            <w:r>
              <w:t>ТК-31/2 – Дзержинского 17</w:t>
            </w:r>
          </w:p>
        </w:tc>
        <w:tc>
          <w:tcPr>
            <w:tcW w:w="0" w:type="auto"/>
          </w:tcPr>
          <w:p w14:paraId="74848B76" w14:textId="77777777" w:rsidR="007A5E59" w:rsidRDefault="0095198F">
            <w:pPr>
              <w:jc w:val="center"/>
            </w:pPr>
            <w:r>
              <w:t>150</w:t>
            </w:r>
          </w:p>
        </w:tc>
        <w:tc>
          <w:tcPr>
            <w:tcW w:w="0" w:type="auto"/>
          </w:tcPr>
          <w:p w14:paraId="1BE72694" w14:textId="77777777" w:rsidR="007A5E59" w:rsidRDefault="0095198F">
            <w:pPr>
              <w:jc w:val="center"/>
            </w:pPr>
            <w:r>
              <w:t>2014</w:t>
            </w:r>
          </w:p>
        </w:tc>
        <w:tc>
          <w:tcPr>
            <w:tcW w:w="0" w:type="auto"/>
          </w:tcPr>
          <w:p w14:paraId="0DBFC739" w14:textId="77777777" w:rsidR="007A5E59" w:rsidRDefault="0095198F">
            <w:pPr>
              <w:jc w:val="center"/>
            </w:pPr>
            <w:r>
              <w:t>78</w:t>
            </w:r>
          </w:p>
        </w:tc>
        <w:tc>
          <w:tcPr>
            <w:tcW w:w="0" w:type="auto"/>
          </w:tcPr>
          <w:p w14:paraId="114A85D0" w14:textId="77777777" w:rsidR="007A5E59" w:rsidRDefault="0095198F">
            <w:r>
              <w:t>бесканал.</w:t>
            </w:r>
          </w:p>
        </w:tc>
      </w:tr>
      <w:tr w:rsidR="007A5E59" w14:paraId="4BAD4E15" w14:textId="77777777">
        <w:trPr>
          <w:jc w:val="center"/>
        </w:trPr>
        <w:tc>
          <w:tcPr>
            <w:tcW w:w="0" w:type="auto"/>
          </w:tcPr>
          <w:p w14:paraId="535258B2" w14:textId="77777777" w:rsidR="007A5E59" w:rsidRDefault="0095198F">
            <w:pPr>
              <w:jc w:val="center"/>
            </w:pPr>
            <w:r>
              <w:t>142</w:t>
            </w:r>
          </w:p>
        </w:tc>
        <w:tc>
          <w:tcPr>
            <w:tcW w:w="0" w:type="auto"/>
          </w:tcPr>
          <w:p w14:paraId="19218865" w14:textId="77777777" w:rsidR="007A5E59" w:rsidRDefault="0095198F">
            <w:r>
              <w:t>ТК-31/2 – Дзержинского 17А</w:t>
            </w:r>
          </w:p>
        </w:tc>
        <w:tc>
          <w:tcPr>
            <w:tcW w:w="0" w:type="auto"/>
          </w:tcPr>
          <w:p w14:paraId="367A5B77" w14:textId="77777777" w:rsidR="007A5E59" w:rsidRDefault="0095198F">
            <w:pPr>
              <w:jc w:val="center"/>
            </w:pPr>
            <w:r>
              <w:t>25</w:t>
            </w:r>
          </w:p>
        </w:tc>
        <w:tc>
          <w:tcPr>
            <w:tcW w:w="0" w:type="auto"/>
          </w:tcPr>
          <w:p w14:paraId="0F13B6BB" w14:textId="77777777" w:rsidR="007A5E59" w:rsidRDefault="0095198F">
            <w:pPr>
              <w:jc w:val="center"/>
            </w:pPr>
            <w:r>
              <w:t>1976</w:t>
            </w:r>
          </w:p>
        </w:tc>
        <w:tc>
          <w:tcPr>
            <w:tcW w:w="0" w:type="auto"/>
          </w:tcPr>
          <w:p w14:paraId="0255D6E4" w14:textId="77777777" w:rsidR="007A5E59" w:rsidRDefault="0095198F">
            <w:pPr>
              <w:jc w:val="center"/>
            </w:pPr>
            <w:r>
              <w:t>14</w:t>
            </w:r>
          </w:p>
        </w:tc>
        <w:tc>
          <w:tcPr>
            <w:tcW w:w="0" w:type="auto"/>
          </w:tcPr>
          <w:p w14:paraId="322189B9" w14:textId="77777777" w:rsidR="007A5E59" w:rsidRDefault="0095198F">
            <w:r>
              <w:t>бесканал.</w:t>
            </w:r>
          </w:p>
        </w:tc>
      </w:tr>
      <w:tr w:rsidR="007A5E59" w14:paraId="1A11B31D" w14:textId="77777777">
        <w:trPr>
          <w:jc w:val="center"/>
        </w:trPr>
        <w:tc>
          <w:tcPr>
            <w:tcW w:w="0" w:type="auto"/>
          </w:tcPr>
          <w:p w14:paraId="52995E3C" w14:textId="77777777" w:rsidR="007A5E59" w:rsidRDefault="0095198F">
            <w:pPr>
              <w:jc w:val="center"/>
            </w:pPr>
            <w:r>
              <w:t>143</w:t>
            </w:r>
          </w:p>
        </w:tc>
        <w:tc>
          <w:tcPr>
            <w:tcW w:w="0" w:type="auto"/>
          </w:tcPr>
          <w:p w14:paraId="60C0FF22" w14:textId="77777777" w:rsidR="007A5E59" w:rsidRDefault="0095198F">
            <w:r>
              <w:t>ТК-28/1 – Дзержинского, 13а</w:t>
            </w:r>
          </w:p>
        </w:tc>
        <w:tc>
          <w:tcPr>
            <w:tcW w:w="0" w:type="auto"/>
          </w:tcPr>
          <w:p w14:paraId="6708A54C" w14:textId="77777777" w:rsidR="007A5E59" w:rsidRDefault="0095198F">
            <w:pPr>
              <w:jc w:val="center"/>
            </w:pPr>
            <w:r>
              <w:t>25</w:t>
            </w:r>
          </w:p>
        </w:tc>
        <w:tc>
          <w:tcPr>
            <w:tcW w:w="0" w:type="auto"/>
          </w:tcPr>
          <w:p w14:paraId="51BA4EAB" w14:textId="77777777" w:rsidR="007A5E59" w:rsidRDefault="0095198F">
            <w:pPr>
              <w:jc w:val="center"/>
            </w:pPr>
            <w:r>
              <w:t>1976</w:t>
            </w:r>
          </w:p>
        </w:tc>
        <w:tc>
          <w:tcPr>
            <w:tcW w:w="0" w:type="auto"/>
          </w:tcPr>
          <w:p w14:paraId="7368CBD6" w14:textId="77777777" w:rsidR="007A5E59" w:rsidRDefault="0095198F">
            <w:pPr>
              <w:jc w:val="center"/>
            </w:pPr>
            <w:r>
              <w:t>18</w:t>
            </w:r>
          </w:p>
        </w:tc>
        <w:tc>
          <w:tcPr>
            <w:tcW w:w="0" w:type="auto"/>
          </w:tcPr>
          <w:p w14:paraId="1660C928" w14:textId="77777777" w:rsidR="007A5E59" w:rsidRDefault="0095198F">
            <w:r>
              <w:t>бесканал.</w:t>
            </w:r>
          </w:p>
        </w:tc>
      </w:tr>
      <w:tr w:rsidR="007A5E59" w14:paraId="76F51875" w14:textId="77777777">
        <w:trPr>
          <w:jc w:val="center"/>
        </w:trPr>
        <w:tc>
          <w:tcPr>
            <w:tcW w:w="0" w:type="auto"/>
          </w:tcPr>
          <w:p w14:paraId="34112020" w14:textId="77777777" w:rsidR="007A5E59" w:rsidRDefault="0095198F">
            <w:pPr>
              <w:jc w:val="center"/>
            </w:pPr>
            <w:r>
              <w:t>144</w:t>
            </w:r>
          </w:p>
        </w:tc>
        <w:tc>
          <w:tcPr>
            <w:tcW w:w="0" w:type="auto"/>
          </w:tcPr>
          <w:p w14:paraId="100A3522" w14:textId="77777777" w:rsidR="007A5E59" w:rsidRDefault="0095198F">
            <w:r>
              <w:t>ТК-28 – ТК-30</w:t>
            </w:r>
          </w:p>
        </w:tc>
        <w:tc>
          <w:tcPr>
            <w:tcW w:w="0" w:type="auto"/>
          </w:tcPr>
          <w:p w14:paraId="72A51418" w14:textId="77777777" w:rsidR="007A5E59" w:rsidRDefault="0095198F">
            <w:pPr>
              <w:jc w:val="center"/>
            </w:pPr>
            <w:r>
              <w:t>50</w:t>
            </w:r>
          </w:p>
        </w:tc>
        <w:tc>
          <w:tcPr>
            <w:tcW w:w="0" w:type="auto"/>
          </w:tcPr>
          <w:p w14:paraId="4200C625" w14:textId="77777777" w:rsidR="007A5E59" w:rsidRDefault="0095198F">
            <w:pPr>
              <w:jc w:val="center"/>
            </w:pPr>
            <w:r>
              <w:t>1976</w:t>
            </w:r>
          </w:p>
        </w:tc>
        <w:tc>
          <w:tcPr>
            <w:tcW w:w="0" w:type="auto"/>
          </w:tcPr>
          <w:p w14:paraId="32BE42CC" w14:textId="77777777" w:rsidR="007A5E59" w:rsidRDefault="0095198F">
            <w:pPr>
              <w:jc w:val="center"/>
            </w:pPr>
            <w:r>
              <w:t>30</w:t>
            </w:r>
          </w:p>
        </w:tc>
        <w:tc>
          <w:tcPr>
            <w:tcW w:w="0" w:type="auto"/>
          </w:tcPr>
          <w:p w14:paraId="48155F48" w14:textId="77777777" w:rsidR="007A5E59" w:rsidRDefault="0095198F">
            <w:r>
              <w:t>бесканал.</w:t>
            </w:r>
          </w:p>
        </w:tc>
      </w:tr>
      <w:tr w:rsidR="007A5E59" w14:paraId="37B4063E" w14:textId="77777777">
        <w:trPr>
          <w:jc w:val="center"/>
        </w:trPr>
        <w:tc>
          <w:tcPr>
            <w:tcW w:w="0" w:type="auto"/>
          </w:tcPr>
          <w:p w14:paraId="33B82F66" w14:textId="77777777" w:rsidR="007A5E59" w:rsidRDefault="0095198F">
            <w:pPr>
              <w:jc w:val="center"/>
            </w:pPr>
            <w:r>
              <w:t>145</w:t>
            </w:r>
          </w:p>
        </w:tc>
        <w:tc>
          <w:tcPr>
            <w:tcW w:w="0" w:type="auto"/>
          </w:tcPr>
          <w:p w14:paraId="3BFF2F4D" w14:textId="77777777" w:rsidR="007A5E59" w:rsidRDefault="0095198F">
            <w:r>
              <w:t>ТК-30 – Советская, 4а</w:t>
            </w:r>
          </w:p>
        </w:tc>
        <w:tc>
          <w:tcPr>
            <w:tcW w:w="0" w:type="auto"/>
          </w:tcPr>
          <w:p w14:paraId="47C66F3E" w14:textId="77777777" w:rsidR="007A5E59" w:rsidRDefault="0095198F">
            <w:pPr>
              <w:jc w:val="center"/>
            </w:pPr>
            <w:r>
              <w:t>100</w:t>
            </w:r>
          </w:p>
        </w:tc>
        <w:tc>
          <w:tcPr>
            <w:tcW w:w="0" w:type="auto"/>
          </w:tcPr>
          <w:p w14:paraId="22A6884C" w14:textId="77777777" w:rsidR="007A5E59" w:rsidRDefault="0095198F">
            <w:pPr>
              <w:jc w:val="center"/>
            </w:pPr>
            <w:r>
              <w:t>1976</w:t>
            </w:r>
          </w:p>
        </w:tc>
        <w:tc>
          <w:tcPr>
            <w:tcW w:w="0" w:type="auto"/>
          </w:tcPr>
          <w:p w14:paraId="69C79F3A" w14:textId="77777777" w:rsidR="007A5E59" w:rsidRDefault="0095198F">
            <w:pPr>
              <w:jc w:val="center"/>
            </w:pPr>
            <w:r>
              <w:t>21</w:t>
            </w:r>
          </w:p>
        </w:tc>
        <w:tc>
          <w:tcPr>
            <w:tcW w:w="0" w:type="auto"/>
          </w:tcPr>
          <w:p w14:paraId="2A34692F" w14:textId="77777777" w:rsidR="007A5E59" w:rsidRDefault="0095198F">
            <w:r>
              <w:t>бесканал.</w:t>
            </w:r>
          </w:p>
        </w:tc>
      </w:tr>
      <w:tr w:rsidR="007A5E59" w14:paraId="0BC41A5F" w14:textId="77777777">
        <w:trPr>
          <w:jc w:val="center"/>
        </w:trPr>
        <w:tc>
          <w:tcPr>
            <w:tcW w:w="0" w:type="auto"/>
          </w:tcPr>
          <w:p w14:paraId="10604E05" w14:textId="77777777" w:rsidR="007A5E59" w:rsidRDefault="0095198F">
            <w:pPr>
              <w:jc w:val="center"/>
            </w:pPr>
            <w:r>
              <w:t>146</w:t>
            </w:r>
          </w:p>
        </w:tc>
        <w:tc>
          <w:tcPr>
            <w:tcW w:w="0" w:type="auto"/>
          </w:tcPr>
          <w:p w14:paraId="599DD2F5" w14:textId="77777777" w:rsidR="007A5E59" w:rsidRDefault="0095198F">
            <w:r>
              <w:t>ТК-30 – Советская 8а</w:t>
            </w:r>
          </w:p>
        </w:tc>
        <w:tc>
          <w:tcPr>
            <w:tcW w:w="0" w:type="auto"/>
          </w:tcPr>
          <w:p w14:paraId="16B2E33D" w14:textId="77777777" w:rsidR="007A5E59" w:rsidRDefault="0095198F">
            <w:pPr>
              <w:jc w:val="center"/>
            </w:pPr>
            <w:r>
              <w:t>50</w:t>
            </w:r>
          </w:p>
        </w:tc>
        <w:tc>
          <w:tcPr>
            <w:tcW w:w="0" w:type="auto"/>
          </w:tcPr>
          <w:p w14:paraId="67C453A7" w14:textId="77777777" w:rsidR="007A5E59" w:rsidRDefault="0095198F">
            <w:pPr>
              <w:jc w:val="center"/>
            </w:pPr>
            <w:r>
              <w:t>1976</w:t>
            </w:r>
          </w:p>
        </w:tc>
        <w:tc>
          <w:tcPr>
            <w:tcW w:w="0" w:type="auto"/>
          </w:tcPr>
          <w:p w14:paraId="71CA2C38" w14:textId="77777777" w:rsidR="007A5E59" w:rsidRDefault="0095198F">
            <w:pPr>
              <w:jc w:val="center"/>
            </w:pPr>
            <w:r>
              <w:t>12</w:t>
            </w:r>
          </w:p>
        </w:tc>
        <w:tc>
          <w:tcPr>
            <w:tcW w:w="0" w:type="auto"/>
          </w:tcPr>
          <w:p w14:paraId="740F5887" w14:textId="77777777" w:rsidR="007A5E59" w:rsidRDefault="0095198F">
            <w:r>
              <w:t>бесканал.</w:t>
            </w:r>
          </w:p>
        </w:tc>
      </w:tr>
      <w:tr w:rsidR="007A5E59" w14:paraId="435AFEFF" w14:textId="77777777">
        <w:trPr>
          <w:jc w:val="center"/>
        </w:trPr>
        <w:tc>
          <w:tcPr>
            <w:tcW w:w="0" w:type="auto"/>
          </w:tcPr>
          <w:p w14:paraId="7D347491" w14:textId="77777777" w:rsidR="007A5E59" w:rsidRDefault="0095198F">
            <w:pPr>
              <w:jc w:val="center"/>
            </w:pPr>
            <w:r>
              <w:t>147</w:t>
            </w:r>
          </w:p>
        </w:tc>
        <w:tc>
          <w:tcPr>
            <w:tcW w:w="0" w:type="auto"/>
          </w:tcPr>
          <w:p w14:paraId="6068D882" w14:textId="77777777" w:rsidR="007A5E59" w:rsidRDefault="0095198F">
            <w:r>
              <w:t>ТК-27 – Советская 4-а</w:t>
            </w:r>
          </w:p>
        </w:tc>
        <w:tc>
          <w:tcPr>
            <w:tcW w:w="0" w:type="auto"/>
          </w:tcPr>
          <w:p w14:paraId="3146DA8E" w14:textId="77777777" w:rsidR="007A5E59" w:rsidRDefault="0095198F">
            <w:pPr>
              <w:jc w:val="center"/>
            </w:pPr>
            <w:r>
              <w:t>100</w:t>
            </w:r>
          </w:p>
        </w:tc>
        <w:tc>
          <w:tcPr>
            <w:tcW w:w="0" w:type="auto"/>
          </w:tcPr>
          <w:p w14:paraId="063B3F93" w14:textId="77777777" w:rsidR="007A5E59" w:rsidRDefault="0095198F">
            <w:pPr>
              <w:jc w:val="center"/>
            </w:pPr>
            <w:r>
              <w:t>1976</w:t>
            </w:r>
          </w:p>
        </w:tc>
        <w:tc>
          <w:tcPr>
            <w:tcW w:w="0" w:type="auto"/>
          </w:tcPr>
          <w:p w14:paraId="2A02908B" w14:textId="77777777" w:rsidR="007A5E59" w:rsidRDefault="0095198F">
            <w:pPr>
              <w:jc w:val="center"/>
            </w:pPr>
            <w:r>
              <w:t>21</w:t>
            </w:r>
          </w:p>
        </w:tc>
        <w:tc>
          <w:tcPr>
            <w:tcW w:w="0" w:type="auto"/>
          </w:tcPr>
          <w:p w14:paraId="3F6FE96E" w14:textId="77777777" w:rsidR="007A5E59" w:rsidRDefault="0095198F">
            <w:r>
              <w:t>бесканал.</w:t>
            </w:r>
          </w:p>
        </w:tc>
      </w:tr>
      <w:tr w:rsidR="007A5E59" w14:paraId="1AB9D6EB" w14:textId="77777777">
        <w:trPr>
          <w:jc w:val="center"/>
        </w:trPr>
        <w:tc>
          <w:tcPr>
            <w:tcW w:w="0" w:type="auto"/>
          </w:tcPr>
          <w:p w14:paraId="14F554E8" w14:textId="77777777" w:rsidR="007A5E59" w:rsidRDefault="0095198F">
            <w:pPr>
              <w:jc w:val="center"/>
            </w:pPr>
            <w:r>
              <w:t>148</w:t>
            </w:r>
          </w:p>
        </w:tc>
        <w:tc>
          <w:tcPr>
            <w:tcW w:w="0" w:type="auto"/>
          </w:tcPr>
          <w:p w14:paraId="22C6FAB6" w14:textId="77777777" w:rsidR="007A5E59" w:rsidRDefault="0095198F">
            <w:r>
              <w:t>ТК-47/6 – Лесная, 35в</w:t>
            </w:r>
          </w:p>
        </w:tc>
        <w:tc>
          <w:tcPr>
            <w:tcW w:w="0" w:type="auto"/>
          </w:tcPr>
          <w:p w14:paraId="468CD4F5" w14:textId="77777777" w:rsidR="007A5E59" w:rsidRDefault="0095198F">
            <w:pPr>
              <w:jc w:val="center"/>
            </w:pPr>
            <w:r>
              <w:t>65</w:t>
            </w:r>
          </w:p>
        </w:tc>
        <w:tc>
          <w:tcPr>
            <w:tcW w:w="0" w:type="auto"/>
          </w:tcPr>
          <w:p w14:paraId="23D2A7BA" w14:textId="77777777" w:rsidR="007A5E59" w:rsidRDefault="0095198F">
            <w:pPr>
              <w:jc w:val="center"/>
            </w:pPr>
            <w:r>
              <w:t>1971</w:t>
            </w:r>
          </w:p>
        </w:tc>
        <w:tc>
          <w:tcPr>
            <w:tcW w:w="0" w:type="auto"/>
          </w:tcPr>
          <w:p w14:paraId="6379538C" w14:textId="77777777" w:rsidR="007A5E59" w:rsidRDefault="0095198F">
            <w:pPr>
              <w:jc w:val="center"/>
            </w:pPr>
            <w:r>
              <w:t>40</w:t>
            </w:r>
          </w:p>
        </w:tc>
        <w:tc>
          <w:tcPr>
            <w:tcW w:w="0" w:type="auto"/>
          </w:tcPr>
          <w:p w14:paraId="40871EEA" w14:textId="77777777" w:rsidR="007A5E59" w:rsidRDefault="0095198F">
            <w:r>
              <w:t>бесканал.</w:t>
            </w:r>
          </w:p>
        </w:tc>
      </w:tr>
      <w:tr w:rsidR="007A5E59" w14:paraId="53634D2E" w14:textId="77777777">
        <w:trPr>
          <w:jc w:val="center"/>
        </w:trPr>
        <w:tc>
          <w:tcPr>
            <w:tcW w:w="0" w:type="auto"/>
          </w:tcPr>
          <w:p w14:paraId="6676BC07" w14:textId="77777777" w:rsidR="007A5E59" w:rsidRDefault="0095198F">
            <w:pPr>
              <w:jc w:val="center"/>
            </w:pPr>
            <w:r>
              <w:t>149</w:t>
            </w:r>
          </w:p>
        </w:tc>
        <w:tc>
          <w:tcPr>
            <w:tcW w:w="0" w:type="auto"/>
          </w:tcPr>
          <w:p w14:paraId="74183D65" w14:textId="77777777" w:rsidR="007A5E59" w:rsidRDefault="0095198F">
            <w:r>
              <w:t>ТК-47/6 – Лесная, 27б</w:t>
            </w:r>
          </w:p>
        </w:tc>
        <w:tc>
          <w:tcPr>
            <w:tcW w:w="0" w:type="auto"/>
          </w:tcPr>
          <w:p w14:paraId="60F83843" w14:textId="77777777" w:rsidR="007A5E59" w:rsidRDefault="0095198F">
            <w:pPr>
              <w:jc w:val="center"/>
            </w:pPr>
            <w:r>
              <w:t>25</w:t>
            </w:r>
          </w:p>
        </w:tc>
        <w:tc>
          <w:tcPr>
            <w:tcW w:w="0" w:type="auto"/>
          </w:tcPr>
          <w:p w14:paraId="2D9343D3" w14:textId="77777777" w:rsidR="007A5E59" w:rsidRDefault="0095198F">
            <w:pPr>
              <w:jc w:val="center"/>
            </w:pPr>
            <w:r>
              <w:t>1971</w:t>
            </w:r>
          </w:p>
        </w:tc>
        <w:tc>
          <w:tcPr>
            <w:tcW w:w="0" w:type="auto"/>
          </w:tcPr>
          <w:p w14:paraId="059DB532" w14:textId="77777777" w:rsidR="007A5E59" w:rsidRDefault="0095198F">
            <w:pPr>
              <w:jc w:val="center"/>
            </w:pPr>
            <w:r>
              <w:t>8</w:t>
            </w:r>
          </w:p>
        </w:tc>
        <w:tc>
          <w:tcPr>
            <w:tcW w:w="0" w:type="auto"/>
          </w:tcPr>
          <w:p w14:paraId="0E3CF3D8" w14:textId="77777777" w:rsidR="007A5E59" w:rsidRDefault="0095198F">
            <w:r>
              <w:t>бесканал.</w:t>
            </w:r>
          </w:p>
        </w:tc>
      </w:tr>
      <w:tr w:rsidR="007A5E59" w14:paraId="0BEC1A55" w14:textId="77777777">
        <w:trPr>
          <w:jc w:val="center"/>
        </w:trPr>
        <w:tc>
          <w:tcPr>
            <w:tcW w:w="0" w:type="auto"/>
          </w:tcPr>
          <w:p w14:paraId="2394C1E4" w14:textId="77777777" w:rsidR="007A5E59" w:rsidRDefault="0095198F">
            <w:pPr>
              <w:jc w:val="center"/>
            </w:pPr>
            <w:r>
              <w:t>150</w:t>
            </w:r>
          </w:p>
        </w:tc>
        <w:tc>
          <w:tcPr>
            <w:tcW w:w="0" w:type="auto"/>
          </w:tcPr>
          <w:p w14:paraId="1CDF1C0D" w14:textId="77777777" w:rsidR="007A5E59" w:rsidRDefault="0095198F">
            <w:r>
              <w:t>ТК-47/5 – ТК-47/6</w:t>
            </w:r>
          </w:p>
        </w:tc>
        <w:tc>
          <w:tcPr>
            <w:tcW w:w="0" w:type="auto"/>
          </w:tcPr>
          <w:p w14:paraId="3643D87E" w14:textId="77777777" w:rsidR="007A5E59" w:rsidRDefault="0095198F">
            <w:pPr>
              <w:jc w:val="center"/>
            </w:pPr>
            <w:r>
              <w:t>65</w:t>
            </w:r>
          </w:p>
        </w:tc>
        <w:tc>
          <w:tcPr>
            <w:tcW w:w="0" w:type="auto"/>
          </w:tcPr>
          <w:p w14:paraId="63D53555" w14:textId="77777777" w:rsidR="007A5E59" w:rsidRDefault="0095198F">
            <w:pPr>
              <w:jc w:val="center"/>
            </w:pPr>
            <w:r>
              <w:t>1971</w:t>
            </w:r>
          </w:p>
        </w:tc>
        <w:tc>
          <w:tcPr>
            <w:tcW w:w="0" w:type="auto"/>
          </w:tcPr>
          <w:p w14:paraId="056BFCBD" w14:textId="77777777" w:rsidR="007A5E59" w:rsidRDefault="0095198F">
            <w:pPr>
              <w:jc w:val="center"/>
            </w:pPr>
            <w:r>
              <w:t>48</w:t>
            </w:r>
          </w:p>
        </w:tc>
        <w:tc>
          <w:tcPr>
            <w:tcW w:w="0" w:type="auto"/>
          </w:tcPr>
          <w:p w14:paraId="1ACB7FA2" w14:textId="77777777" w:rsidR="007A5E59" w:rsidRDefault="0095198F">
            <w:r>
              <w:t>бесканал.</w:t>
            </w:r>
          </w:p>
        </w:tc>
      </w:tr>
      <w:tr w:rsidR="007A5E59" w14:paraId="1B8953BE" w14:textId="77777777">
        <w:trPr>
          <w:jc w:val="center"/>
        </w:trPr>
        <w:tc>
          <w:tcPr>
            <w:tcW w:w="0" w:type="auto"/>
          </w:tcPr>
          <w:p w14:paraId="7BBAF65B" w14:textId="77777777" w:rsidR="007A5E59" w:rsidRDefault="0095198F">
            <w:pPr>
              <w:jc w:val="center"/>
            </w:pPr>
            <w:r>
              <w:t>151</w:t>
            </w:r>
          </w:p>
        </w:tc>
        <w:tc>
          <w:tcPr>
            <w:tcW w:w="0" w:type="auto"/>
          </w:tcPr>
          <w:p w14:paraId="4E8A0C33" w14:textId="77777777" w:rsidR="007A5E59" w:rsidRDefault="0095198F">
            <w:r>
              <w:t>ТК-47/5 – Лесная, 27а</w:t>
            </w:r>
          </w:p>
        </w:tc>
        <w:tc>
          <w:tcPr>
            <w:tcW w:w="0" w:type="auto"/>
          </w:tcPr>
          <w:p w14:paraId="2102E635" w14:textId="77777777" w:rsidR="007A5E59" w:rsidRDefault="0095198F">
            <w:pPr>
              <w:jc w:val="center"/>
            </w:pPr>
            <w:r>
              <w:t>25</w:t>
            </w:r>
          </w:p>
        </w:tc>
        <w:tc>
          <w:tcPr>
            <w:tcW w:w="0" w:type="auto"/>
          </w:tcPr>
          <w:p w14:paraId="07464564" w14:textId="77777777" w:rsidR="007A5E59" w:rsidRDefault="0095198F">
            <w:pPr>
              <w:jc w:val="center"/>
            </w:pPr>
            <w:r>
              <w:t>1971</w:t>
            </w:r>
          </w:p>
        </w:tc>
        <w:tc>
          <w:tcPr>
            <w:tcW w:w="0" w:type="auto"/>
          </w:tcPr>
          <w:p w14:paraId="2DE0C168" w14:textId="77777777" w:rsidR="007A5E59" w:rsidRDefault="0095198F">
            <w:pPr>
              <w:jc w:val="center"/>
            </w:pPr>
            <w:r>
              <w:t>9</w:t>
            </w:r>
          </w:p>
        </w:tc>
        <w:tc>
          <w:tcPr>
            <w:tcW w:w="0" w:type="auto"/>
          </w:tcPr>
          <w:p w14:paraId="22686F7A" w14:textId="77777777" w:rsidR="007A5E59" w:rsidRDefault="0095198F">
            <w:r>
              <w:t>бесканал.</w:t>
            </w:r>
          </w:p>
        </w:tc>
      </w:tr>
      <w:tr w:rsidR="007A5E59" w14:paraId="6FED9063" w14:textId="77777777">
        <w:trPr>
          <w:jc w:val="center"/>
        </w:trPr>
        <w:tc>
          <w:tcPr>
            <w:tcW w:w="0" w:type="auto"/>
          </w:tcPr>
          <w:p w14:paraId="7E5E713E" w14:textId="77777777" w:rsidR="007A5E59" w:rsidRDefault="0095198F">
            <w:pPr>
              <w:jc w:val="center"/>
            </w:pPr>
            <w:r>
              <w:t>152</w:t>
            </w:r>
          </w:p>
        </w:tc>
        <w:tc>
          <w:tcPr>
            <w:tcW w:w="0" w:type="auto"/>
          </w:tcPr>
          <w:p w14:paraId="082B53D5" w14:textId="77777777" w:rsidR="007A5E59" w:rsidRDefault="0095198F">
            <w:r>
              <w:t>ТК-47/4 – ТК-47/5</w:t>
            </w:r>
          </w:p>
        </w:tc>
        <w:tc>
          <w:tcPr>
            <w:tcW w:w="0" w:type="auto"/>
          </w:tcPr>
          <w:p w14:paraId="013BD30C" w14:textId="77777777" w:rsidR="007A5E59" w:rsidRDefault="0095198F">
            <w:pPr>
              <w:jc w:val="center"/>
            </w:pPr>
            <w:r>
              <w:t>65</w:t>
            </w:r>
          </w:p>
        </w:tc>
        <w:tc>
          <w:tcPr>
            <w:tcW w:w="0" w:type="auto"/>
          </w:tcPr>
          <w:p w14:paraId="6F1C1D77" w14:textId="77777777" w:rsidR="007A5E59" w:rsidRDefault="0095198F">
            <w:pPr>
              <w:jc w:val="center"/>
            </w:pPr>
            <w:r>
              <w:t>1971</w:t>
            </w:r>
          </w:p>
        </w:tc>
        <w:tc>
          <w:tcPr>
            <w:tcW w:w="0" w:type="auto"/>
          </w:tcPr>
          <w:p w14:paraId="24A36195" w14:textId="77777777" w:rsidR="007A5E59" w:rsidRDefault="0095198F">
            <w:pPr>
              <w:jc w:val="center"/>
            </w:pPr>
            <w:r>
              <w:t>54</w:t>
            </w:r>
          </w:p>
        </w:tc>
        <w:tc>
          <w:tcPr>
            <w:tcW w:w="0" w:type="auto"/>
          </w:tcPr>
          <w:p w14:paraId="2AE3602E" w14:textId="77777777" w:rsidR="007A5E59" w:rsidRDefault="0095198F">
            <w:r>
              <w:t>бесканал.</w:t>
            </w:r>
          </w:p>
        </w:tc>
      </w:tr>
      <w:tr w:rsidR="007A5E59" w14:paraId="15B50A28" w14:textId="77777777">
        <w:trPr>
          <w:jc w:val="center"/>
        </w:trPr>
        <w:tc>
          <w:tcPr>
            <w:tcW w:w="0" w:type="auto"/>
          </w:tcPr>
          <w:p w14:paraId="07C91157" w14:textId="77777777" w:rsidR="007A5E59" w:rsidRDefault="0095198F">
            <w:pPr>
              <w:jc w:val="center"/>
            </w:pPr>
            <w:r>
              <w:t>153</w:t>
            </w:r>
          </w:p>
        </w:tc>
        <w:tc>
          <w:tcPr>
            <w:tcW w:w="0" w:type="auto"/>
          </w:tcPr>
          <w:p w14:paraId="47AAF552" w14:textId="77777777" w:rsidR="007A5E59" w:rsidRDefault="0095198F">
            <w:r>
              <w:t>ТК-47/4 – Лесная, 27</w:t>
            </w:r>
          </w:p>
        </w:tc>
        <w:tc>
          <w:tcPr>
            <w:tcW w:w="0" w:type="auto"/>
          </w:tcPr>
          <w:p w14:paraId="049225E8" w14:textId="77777777" w:rsidR="007A5E59" w:rsidRDefault="0095198F">
            <w:pPr>
              <w:jc w:val="center"/>
            </w:pPr>
            <w:r>
              <w:t>25</w:t>
            </w:r>
          </w:p>
        </w:tc>
        <w:tc>
          <w:tcPr>
            <w:tcW w:w="0" w:type="auto"/>
          </w:tcPr>
          <w:p w14:paraId="75C4E3F5" w14:textId="77777777" w:rsidR="007A5E59" w:rsidRDefault="0095198F">
            <w:pPr>
              <w:jc w:val="center"/>
            </w:pPr>
            <w:r>
              <w:t>1971</w:t>
            </w:r>
          </w:p>
        </w:tc>
        <w:tc>
          <w:tcPr>
            <w:tcW w:w="0" w:type="auto"/>
          </w:tcPr>
          <w:p w14:paraId="1D6A346D" w14:textId="77777777" w:rsidR="007A5E59" w:rsidRDefault="0095198F">
            <w:pPr>
              <w:jc w:val="center"/>
            </w:pPr>
            <w:r>
              <w:t>7</w:t>
            </w:r>
          </w:p>
        </w:tc>
        <w:tc>
          <w:tcPr>
            <w:tcW w:w="0" w:type="auto"/>
          </w:tcPr>
          <w:p w14:paraId="0E6A0E58" w14:textId="77777777" w:rsidR="007A5E59" w:rsidRDefault="0095198F">
            <w:r>
              <w:t>бесканал.</w:t>
            </w:r>
          </w:p>
        </w:tc>
      </w:tr>
      <w:tr w:rsidR="007A5E59" w14:paraId="34F7478B" w14:textId="77777777">
        <w:trPr>
          <w:jc w:val="center"/>
        </w:trPr>
        <w:tc>
          <w:tcPr>
            <w:tcW w:w="0" w:type="auto"/>
          </w:tcPr>
          <w:p w14:paraId="5D535F3F" w14:textId="77777777" w:rsidR="007A5E59" w:rsidRDefault="0095198F">
            <w:pPr>
              <w:jc w:val="center"/>
            </w:pPr>
            <w:r>
              <w:t>154</w:t>
            </w:r>
          </w:p>
        </w:tc>
        <w:tc>
          <w:tcPr>
            <w:tcW w:w="0" w:type="auto"/>
          </w:tcPr>
          <w:p w14:paraId="6279CEFF" w14:textId="77777777" w:rsidR="007A5E59" w:rsidRDefault="0095198F">
            <w:r>
              <w:t>ТК-47/2 – ТК-47/4</w:t>
            </w:r>
          </w:p>
        </w:tc>
        <w:tc>
          <w:tcPr>
            <w:tcW w:w="0" w:type="auto"/>
          </w:tcPr>
          <w:p w14:paraId="7607080A" w14:textId="77777777" w:rsidR="007A5E59" w:rsidRDefault="0095198F">
            <w:pPr>
              <w:jc w:val="center"/>
            </w:pPr>
            <w:r>
              <w:t>65</w:t>
            </w:r>
          </w:p>
        </w:tc>
        <w:tc>
          <w:tcPr>
            <w:tcW w:w="0" w:type="auto"/>
          </w:tcPr>
          <w:p w14:paraId="06CC6E0F" w14:textId="77777777" w:rsidR="007A5E59" w:rsidRDefault="0095198F">
            <w:pPr>
              <w:jc w:val="center"/>
            </w:pPr>
            <w:r>
              <w:t>1971</w:t>
            </w:r>
          </w:p>
        </w:tc>
        <w:tc>
          <w:tcPr>
            <w:tcW w:w="0" w:type="auto"/>
          </w:tcPr>
          <w:p w14:paraId="6BA6E3D4" w14:textId="77777777" w:rsidR="007A5E59" w:rsidRDefault="0095198F">
            <w:pPr>
              <w:jc w:val="center"/>
            </w:pPr>
            <w:r>
              <w:t>28</w:t>
            </w:r>
          </w:p>
        </w:tc>
        <w:tc>
          <w:tcPr>
            <w:tcW w:w="0" w:type="auto"/>
          </w:tcPr>
          <w:p w14:paraId="7C7F268F" w14:textId="77777777" w:rsidR="007A5E59" w:rsidRDefault="0095198F">
            <w:r>
              <w:t>бесканал.</w:t>
            </w:r>
          </w:p>
        </w:tc>
      </w:tr>
      <w:tr w:rsidR="007A5E59" w14:paraId="5CAB9212" w14:textId="77777777">
        <w:trPr>
          <w:jc w:val="center"/>
        </w:trPr>
        <w:tc>
          <w:tcPr>
            <w:tcW w:w="0" w:type="auto"/>
          </w:tcPr>
          <w:p w14:paraId="0D806243" w14:textId="77777777" w:rsidR="007A5E59" w:rsidRDefault="0095198F">
            <w:pPr>
              <w:jc w:val="center"/>
            </w:pPr>
            <w:r>
              <w:t>155</w:t>
            </w:r>
          </w:p>
        </w:tc>
        <w:tc>
          <w:tcPr>
            <w:tcW w:w="0" w:type="auto"/>
          </w:tcPr>
          <w:p w14:paraId="114651C0" w14:textId="77777777" w:rsidR="007A5E59" w:rsidRDefault="0095198F">
            <w:r>
              <w:t>ТК-47/3 – Лесная 28г</w:t>
            </w:r>
          </w:p>
        </w:tc>
        <w:tc>
          <w:tcPr>
            <w:tcW w:w="0" w:type="auto"/>
          </w:tcPr>
          <w:p w14:paraId="51BAE912" w14:textId="77777777" w:rsidR="007A5E59" w:rsidRDefault="0095198F">
            <w:pPr>
              <w:jc w:val="center"/>
            </w:pPr>
            <w:r>
              <w:t>25</w:t>
            </w:r>
          </w:p>
        </w:tc>
        <w:tc>
          <w:tcPr>
            <w:tcW w:w="0" w:type="auto"/>
          </w:tcPr>
          <w:p w14:paraId="0A8C4BD5" w14:textId="77777777" w:rsidR="007A5E59" w:rsidRDefault="0095198F">
            <w:pPr>
              <w:jc w:val="center"/>
            </w:pPr>
            <w:r>
              <w:t>1971</w:t>
            </w:r>
          </w:p>
        </w:tc>
        <w:tc>
          <w:tcPr>
            <w:tcW w:w="0" w:type="auto"/>
          </w:tcPr>
          <w:p w14:paraId="4345DA42" w14:textId="77777777" w:rsidR="007A5E59" w:rsidRDefault="0095198F">
            <w:pPr>
              <w:jc w:val="center"/>
            </w:pPr>
            <w:r>
              <w:t>9</w:t>
            </w:r>
          </w:p>
        </w:tc>
        <w:tc>
          <w:tcPr>
            <w:tcW w:w="0" w:type="auto"/>
          </w:tcPr>
          <w:p w14:paraId="69D2F270" w14:textId="77777777" w:rsidR="007A5E59" w:rsidRDefault="0095198F">
            <w:r>
              <w:t>бесканал.</w:t>
            </w:r>
          </w:p>
        </w:tc>
      </w:tr>
      <w:tr w:rsidR="007A5E59" w14:paraId="796859C9" w14:textId="77777777">
        <w:trPr>
          <w:jc w:val="center"/>
        </w:trPr>
        <w:tc>
          <w:tcPr>
            <w:tcW w:w="0" w:type="auto"/>
          </w:tcPr>
          <w:p w14:paraId="3D0F9F25" w14:textId="77777777" w:rsidR="007A5E59" w:rsidRDefault="0095198F">
            <w:pPr>
              <w:jc w:val="center"/>
            </w:pPr>
            <w:r>
              <w:t>156</w:t>
            </w:r>
          </w:p>
        </w:tc>
        <w:tc>
          <w:tcPr>
            <w:tcW w:w="0" w:type="auto"/>
          </w:tcPr>
          <w:p w14:paraId="1B5929C8" w14:textId="77777777" w:rsidR="007A5E59" w:rsidRDefault="0095198F">
            <w:r>
              <w:t>ТК-47/3 – Лесная 31</w:t>
            </w:r>
          </w:p>
        </w:tc>
        <w:tc>
          <w:tcPr>
            <w:tcW w:w="0" w:type="auto"/>
          </w:tcPr>
          <w:p w14:paraId="46A4A13E" w14:textId="77777777" w:rsidR="007A5E59" w:rsidRDefault="0095198F">
            <w:pPr>
              <w:jc w:val="center"/>
            </w:pPr>
            <w:r>
              <w:t>25</w:t>
            </w:r>
          </w:p>
        </w:tc>
        <w:tc>
          <w:tcPr>
            <w:tcW w:w="0" w:type="auto"/>
          </w:tcPr>
          <w:p w14:paraId="34CA9B38" w14:textId="77777777" w:rsidR="007A5E59" w:rsidRDefault="0095198F">
            <w:pPr>
              <w:jc w:val="center"/>
            </w:pPr>
            <w:r>
              <w:t>1971</w:t>
            </w:r>
          </w:p>
        </w:tc>
        <w:tc>
          <w:tcPr>
            <w:tcW w:w="0" w:type="auto"/>
          </w:tcPr>
          <w:p w14:paraId="5BB1890F" w14:textId="77777777" w:rsidR="007A5E59" w:rsidRDefault="0095198F">
            <w:pPr>
              <w:jc w:val="center"/>
            </w:pPr>
            <w:r>
              <w:t>8</w:t>
            </w:r>
          </w:p>
        </w:tc>
        <w:tc>
          <w:tcPr>
            <w:tcW w:w="0" w:type="auto"/>
          </w:tcPr>
          <w:p w14:paraId="44E3FCDC" w14:textId="77777777" w:rsidR="007A5E59" w:rsidRDefault="0095198F">
            <w:r>
              <w:t>бесканал.</w:t>
            </w:r>
          </w:p>
        </w:tc>
      </w:tr>
      <w:tr w:rsidR="007A5E59" w14:paraId="4D5CEB46" w14:textId="77777777">
        <w:trPr>
          <w:jc w:val="center"/>
        </w:trPr>
        <w:tc>
          <w:tcPr>
            <w:tcW w:w="0" w:type="auto"/>
          </w:tcPr>
          <w:p w14:paraId="33497A5E" w14:textId="77777777" w:rsidR="007A5E59" w:rsidRDefault="0095198F">
            <w:pPr>
              <w:jc w:val="center"/>
            </w:pPr>
            <w:r>
              <w:t>157</w:t>
            </w:r>
          </w:p>
        </w:tc>
        <w:tc>
          <w:tcPr>
            <w:tcW w:w="0" w:type="auto"/>
          </w:tcPr>
          <w:p w14:paraId="24E835DA" w14:textId="77777777" w:rsidR="007A5E59" w:rsidRDefault="0095198F">
            <w:r>
              <w:t>ТК-47/2 – ТК-47/3</w:t>
            </w:r>
          </w:p>
        </w:tc>
        <w:tc>
          <w:tcPr>
            <w:tcW w:w="0" w:type="auto"/>
          </w:tcPr>
          <w:p w14:paraId="7B66AD88" w14:textId="77777777" w:rsidR="007A5E59" w:rsidRDefault="0095198F">
            <w:pPr>
              <w:jc w:val="center"/>
            </w:pPr>
            <w:r>
              <w:t>65</w:t>
            </w:r>
          </w:p>
        </w:tc>
        <w:tc>
          <w:tcPr>
            <w:tcW w:w="0" w:type="auto"/>
          </w:tcPr>
          <w:p w14:paraId="2D1C233B" w14:textId="77777777" w:rsidR="007A5E59" w:rsidRDefault="0095198F">
            <w:pPr>
              <w:jc w:val="center"/>
            </w:pPr>
            <w:r>
              <w:t>1971</w:t>
            </w:r>
          </w:p>
        </w:tc>
        <w:tc>
          <w:tcPr>
            <w:tcW w:w="0" w:type="auto"/>
          </w:tcPr>
          <w:p w14:paraId="2B806CC5" w14:textId="77777777" w:rsidR="007A5E59" w:rsidRDefault="0095198F">
            <w:pPr>
              <w:jc w:val="center"/>
            </w:pPr>
            <w:r>
              <w:t>44</w:t>
            </w:r>
          </w:p>
        </w:tc>
        <w:tc>
          <w:tcPr>
            <w:tcW w:w="0" w:type="auto"/>
          </w:tcPr>
          <w:p w14:paraId="78D98F57" w14:textId="77777777" w:rsidR="007A5E59" w:rsidRDefault="0095198F">
            <w:r>
              <w:t>бесканал.</w:t>
            </w:r>
          </w:p>
        </w:tc>
      </w:tr>
      <w:tr w:rsidR="007A5E59" w14:paraId="433AC79B" w14:textId="77777777">
        <w:trPr>
          <w:jc w:val="center"/>
        </w:trPr>
        <w:tc>
          <w:tcPr>
            <w:tcW w:w="0" w:type="auto"/>
          </w:tcPr>
          <w:p w14:paraId="00BAC136" w14:textId="77777777" w:rsidR="007A5E59" w:rsidRDefault="0095198F">
            <w:pPr>
              <w:jc w:val="center"/>
            </w:pPr>
            <w:r>
              <w:t>158</w:t>
            </w:r>
          </w:p>
        </w:tc>
        <w:tc>
          <w:tcPr>
            <w:tcW w:w="0" w:type="auto"/>
          </w:tcPr>
          <w:p w14:paraId="1792F3DC" w14:textId="77777777" w:rsidR="007A5E59" w:rsidRDefault="0095198F">
            <w:r>
              <w:t>ТК-47/1 – ТК-47/2</w:t>
            </w:r>
          </w:p>
        </w:tc>
        <w:tc>
          <w:tcPr>
            <w:tcW w:w="0" w:type="auto"/>
          </w:tcPr>
          <w:p w14:paraId="7BA1FE16" w14:textId="77777777" w:rsidR="007A5E59" w:rsidRDefault="0095198F">
            <w:pPr>
              <w:jc w:val="center"/>
            </w:pPr>
            <w:r>
              <w:t>65</w:t>
            </w:r>
          </w:p>
        </w:tc>
        <w:tc>
          <w:tcPr>
            <w:tcW w:w="0" w:type="auto"/>
          </w:tcPr>
          <w:p w14:paraId="109D7C0E" w14:textId="77777777" w:rsidR="007A5E59" w:rsidRDefault="0095198F">
            <w:pPr>
              <w:jc w:val="center"/>
            </w:pPr>
            <w:r>
              <w:t>1971</w:t>
            </w:r>
          </w:p>
        </w:tc>
        <w:tc>
          <w:tcPr>
            <w:tcW w:w="0" w:type="auto"/>
          </w:tcPr>
          <w:p w14:paraId="04ACF018" w14:textId="77777777" w:rsidR="007A5E59" w:rsidRDefault="0095198F">
            <w:pPr>
              <w:jc w:val="center"/>
            </w:pPr>
            <w:r>
              <w:t>177</w:t>
            </w:r>
          </w:p>
        </w:tc>
        <w:tc>
          <w:tcPr>
            <w:tcW w:w="0" w:type="auto"/>
          </w:tcPr>
          <w:p w14:paraId="7983755F" w14:textId="77777777" w:rsidR="007A5E59" w:rsidRDefault="0095198F">
            <w:r>
              <w:t>бесканал.</w:t>
            </w:r>
          </w:p>
        </w:tc>
      </w:tr>
      <w:tr w:rsidR="007A5E59" w14:paraId="5B4370A0" w14:textId="77777777">
        <w:trPr>
          <w:jc w:val="center"/>
        </w:trPr>
        <w:tc>
          <w:tcPr>
            <w:tcW w:w="0" w:type="auto"/>
          </w:tcPr>
          <w:p w14:paraId="41085628" w14:textId="77777777" w:rsidR="007A5E59" w:rsidRDefault="0095198F">
            <w:pPr>
              <w:jc w:val="center"/>
            </w:pPr>
            <w:r>
              <w:t>159</w:t>
            </w:r>
          </w:p>
        </w:tc>
        <w:tc>
          <w:tcPr>
            <w:tcW w:w="0" w:type="auto"/>
          </w:tcPr>
          <w:p w14:paraId="77DE15FE" w14:textId="77777777" w:rsidR="007A5E59" w:rsidRDefault="0095198F">
            <w:r>
              <w:t>ТК-51 – Дзержинского, 26а</w:t>
            </w:r>
          </w:p>
        </w:tc>
        <w:tc>
          <w:tcPr>
            <w:tcW w:w="0" w:type="auto"/>
          </w:tcPr>
          <w:p w14:paraId="1DFEACD5" w14:textId="77777777" w:rsidR="007A5E59" w:rsidRDefault="0095198F">
            <w:pPr>
              <w:jc w:val="center"/>
            </w:pPr>
            <w:r>
              <w:t>25</w:t>
            </w:r>
          </w:p>
        </w:tc>
        <w:tc>
          <w:tcPr>
            <w:tcW w:w="0" w:type="auto"/>
          </w:tcPr>
          <w:p w14:paraId="4E392F16" w14:textId="77777777" w:rsidR="007A5E59" w:rsidRDefault="0095198F">
            <w:pPr>
              <w:jc w:val="center"/>
            </w:pPr>
            <w:r>
              <w:t>2004</w:t>
            </w:r>
          </w:p>
        </w:tc>
        <w:tc>
          <w:tcPr>
            <w:tcW w:w="0" w:type="auto"/>
          </w:tcPr>
          <w:p w14:paraId="02D03251" w14:textId="77777777" w:rsidR="007A5E59" w:rsidRDefault="0095198F">
            <w:pPr>
              <w:jc w:val="center"/>
            </w:pPr>
            <w:r>
              <w:t>65</w:t>
            </w:r>
          </w:p>
        </w:tc>
        <w:tc>
          <w:tcPr>
            <w:tcW w:w="0" w:type="auto"/>
          </w:tcPr>
          <w:p w14:paraId="0827004E" w14:textId="77777777" w:rsidR="007A5E59" w:rsidRDefault="0095198F">
            <w:r>
              <w:t>бесканал.</w:t>
            </w:r>
          </w:p>
        </w:tc>
      </w:tr>
      <w:tr w:rsidR="007A5E59" w14:paraId="53AF2E1C" w14:textId="77777777">
        <w:trPr>
          <w:jc w:val="center"/>
        </w:trPr>
        <w:tc>
          <w:tcPr>
            <w:tcW w:w="0" w:type="auto"/>
          </w:tcPr>
          <w:p w14:paraId="4544951D" w14:textId="77777777" w:rsidR="007A5E59" w:rsidRDefault="0095198F">
            <w:pPr>
              <w:jc w:val="center"/>
            </w:pPr>
            <w:r>
              <w:t>160</w:t>
            </w:r>
          </w:p>
        </w:tc>
        <w:tc>
          <w:tcPr>
            <w:tcW w:w="0" w:type="auto"/>
          </w:tcPr>
          <w:p w14:paraId="731952C6" w14:textId="77777777" w:rsidR="007A5E59" w:rsidRDefault="0095198F">
            <w:r>
              <w:t>ТК-51 – пер. Узнасский, 2</w:t>
            </w:r>
          </w:p>
        </w:tc>
        <w:tc>
          <w:tcPr>
            <w:tcW w:w="0" w:type="auto"/>
          </w:tcPr>
          <w:p w14:paraId="2D895C95" w14:textId="77777777" w:rsidR="007A5E59" w:rsidRDefault="0095198F">
            <w:pPr>
              <w:jc w:val="center"/>
            </w:pPr>
            <w:r>
              <w:t>25</w:t>
            </w:r>
          </w:p>
        </w:tc>
        <w:tc>
          <w:tcPr>
            <w:tcW w:w="0" w:type="auto"/>
          </w:tcPr>
          <w:p w14:paraId="09B19447" w14:textId="77777777" w:rsidR="007A5E59" w:rsidRDefault="0095198F">
            <w:pPr>
              <w:jc w:val="center"/>
            </w:pPr>
            <w:r>
              <w:t>2004</w:t>
            </w:r>
          </w:p>
        </w:tc>
        <w:tc>
          <w:tcPr>
            <w:tcW w:w="0" w:type="auto"/>
          </w:tcPr>
          <w:p w14:paraId="7C921A97" w14:textId="77777777" w:rsidR="007A5E59" w:rsidRDefault="0095198F">
            <w:pPr>
              <w:jc w:val="center"/>
            </w:pPr>
            <w:r>
              <w:t>134</w:t>
            </w:r>
          </w:p>
        </w:tc>
        <w:tc>
          <w:tcPr>
            <w:tcW w:w="0" w:type="auto"/>
          </w:tcPr>
          <w:p w14:paraId="0C1318E8" w14:textId="77777777" w:rsidR="007A5E59" w:rsidRDefault="0095198F">
            <w:r>
              <w:t>бесканал.</w:t>
            </w:r>
          </w:p>
        </w:tc>
      </w:tr>
      <w:tr w:rsidR="007A5E59" w14:paraId="3EA9C08F" w14:textId="77777777">
        <w:trPr>
          <w:jc w:val="center"/>
        </w:trPr>
        <w:tc>
          <w:tcPr>
            <w:tcW w:w="0" w:type="auto"/>
          </w:tcPr>
          <w:p w14:paraId="0288B9FF" w14:textId="77777777" w:rsidR="007A5E59" w:rsidRDefault="0095198F">
            <w:pPr>
              <w:jc w:val="center"/>
            </w:pPr>
            <w:r>
              <w:t>161</w:t>
            </w:r>
          </w:p>
        </w:tc>
        <w:tc>
          <w:tcPr>
            <w:tcW w:w="0" w:type="auto"/>
          </w:tcPr>
          <w:p w14:paraId="52542C99" w14:textId="77777777" w:rsidR="007A5E59" w:rsidRDefault="0095198F">
            <w:r>
              <w:t>ТК-51 – ТК-51/1</w:t>
            </w:r>
          </w:p>
        </w:tc>
        <w:tc>
          <w:tcPr>
            <w:tcW w:w="0" w:type="auto"/>
          </w:tcPr>
          <w:p w14:paraId="023FD5EF" w14:textId="77777777" w:rsidR="007A5E59" w:rsidRDefault="0095198F">
            <w:pPr>
              <w:jc w:val="center"/>
            </w:pPr>
            <w:r>
              <w:t>50</w:t>
            </w:r>
          </w:p>
        </w:tc>
        <w:tc>
          <w:tcPr>
            <w:tcW w:w="0" w:type="auto"/>
          </w:tcPr>
          <w:p w14:paraId="65FEEEF7" w14:textId="77777777" w:rsidR="007A5E59" w:rsidRDefault="0095198F">
            <w:pPr>
              <w:jc w:val="center"/>
            </w:pPr>
            <w:r>
              <w:t>2004</w:t>
            </w:r>
          </w:p>
        </w:tc>
        <w:tc>
          <w:tcPr>
            <w:tcW w:w="0" w:type="auto"/>
          </w:tcPr>
          <w:p w14:paraId="00225BF8" w14:textId="77777777" w:rsidR="007A5E59" w:rsidRDefault="0095198F">
            <w:pPr>
              <w:jc w:val="center"/>
            </w:pPr>
            <w:r>
              <w:t>110</w:t>
            </w:r>
          </w:p>
        </w:tc>
        <w:tc>
          <w:tcPr>
            <w:tcW w:w="0" w:type="auto"/>
          </w:tcPr>
          <w:p w14:paraId="412EE23B" w14:textId="77777777" w:rsidR="007A5E59" w:rsidRDefault="0095198F">
            <w:r>
              <w:t>бесканал.</w:t>
            </w:r>
          </w:p>
        </w:tc>
      </w:tr>
      <w:tr w:rsidR="007A5E59" w14:paraId="1E69D9AC" w14:textId="77777777">
        <w:trPr>
          <w:jc w:val="center"/>
        </w:trPr>
        <w:tc>
          <w:tcPr>
            <w:tcW w:w="0" w:type="auto"/>
          </w:tcPr>
          <w:p w14:paraId="114D0EFC" w14:textId="77777777" w:rsidR="007A5E59" w:rsidRDefault="0095198F">
            <w:pPr>
              <w:jc w:val="center"/>
            </w:pPr>
            <w:r>
              <w:t>162</w:t>
            </w:r>
          </w:p>
        </w:tc>
        <w:tc>
          <w:tcPr>
            <w:tcW w:w="0" w:type="auto"/>
          </w:tcPr>
          <w:p w14:paraId="544495A3" w14:textId="77777777" w:rsidR="007A5E59" w:rsidRDefault="0095198F">
            <w:r>
              <w:t>ТК-51/1 – Дзержинского 29</w:t>
            </w:r>
          </w:p>
        </w:tc>
        <w:tc>
          <w:tcPr>
            <w:tcW w:w="0" w:type="auto"/>
          </w:tcPr>
          <w:p w14:paraId="662D81FA" w14:textId="77777777" w:rsidR="007A5E59" w:rsidRDefault="0095198F">
            <w:pPr>
              <w:jc w:val="center"/>
            </w:pPr>
            <w:r>
              <w:t>25</w:t>
            </w:r>
          </w:p>
        </w:tc>
        <w:tc>
          <w:tcPr>
            <w:tcW w:w="0" w:type="auto"/>
          </w:tcPr>
          <w:p w14:paraId="7AE04602" w14:textId="77777777" w:rsidR="007A5E59" w:rsidRDefault="0095198F">
            <w:pPr>
              <w:jc w:val="center"/>
            </w:pPr>
            <w:r>
              <w:t>2004</w:t>
            </w:r>
          </w:p>
        </w:tc>
        <w:tc>
          <w:tcPr>
            <w:tcW w:w="0" w:type="auto"/>
          </w:tcPr>
          <w:p w14:paraId="08EAB40A" w14:textId="77777777" w:rsidR="007A5E59" w:rsidRDefault="0095198F">
            <w:pPr>
              <w:jc w:val="center"/>
            </w:pPr>
            <w:r>
              <w:t>25</w:t>
            </w:r>
          </w:p>
        </w:tc>
        <w:tc>
          <w:tcPr>
            <w:tcW w:w="0" w:type="auto"/>
          </w:tcPr>
          <w:p w14:paraId="2F099A1B" w14:textId="77777777" w:rsidR="007A5E59" w:rsidRDefault="0095198F">
            <w:r>
              <w:t>бесканал.</w:t>
            </w:r>
          </w:p>
        </w:tc>
      </w:tr>
      <w:tr w:rsidR="007A5E59" w14:paraId="325F28BB" w14:textId="77777777">
        <w:trPr>
          <w:jc w:val="center"/>
        </w:trPr>
        <w:tc>
          <w:tcPr>
            <w:tcW w:w="0" w:type="auto"/>
          </w:tcPr>
          <w:p w14:paraId="5DD0697C" w14:textId="77777777" w:rsidR="007A5E59" w:rsidRDefault="0095198F">
            <w:pPr>
              <w:jc w:val="center"/>
            </w:pPr>
            <w:r>
              <w:t>163</w:t>
            </w:r>
          </w:p>
        </w:tc>
        <w:tc>
          <w:tcPr>
            <w:tcW w:w="0" w:type="auto"/>
          </w:tcPr>
          <w:p w14:paraId="1F6B9743" w14:textId="77777777" w:rsidR="007A5E59" w:rsidRDefault="0095198F">
            <w:r>
              <w:t>ТК-51/1 – Дзержинского 28</w:t>
            </w:r>
          </w:p>
        </w:tc>
        <w:tc>
          <w:tcPr>
            <w:tcW w:w="0" w:type="auto"/>
          </w:tcPr>
          <w:p w14:paraId="7D969750" w14:textId="77777777" w:rsidR="007A5E59" w:rsidRDefault="0095198F">
            <w:pPr>
              <w:jc w:val="center"/>
            </w:pPr>
            <w:r>
              <w:t>25</w:t>
            </w:r>
          </w:p>
        </w:tc>
        <w:tc>
          <w:tcPr>
            <w:tcW w:w="0" w:type="auto"/>
          </w:tcPr>
          <w:p w14:paraId="1537DE30" w14:textId="77777777" w:rsidR="007A5E59" w:rsidRDefault="0095198F">
            <w:pPr>
              <w:jc w:val="center"/>
            </w:pPr>
            <w:r>
              <w:t>2004</w:t>
            </w:r>
          </w:p>
        </w:tc>
        <w:tc>
          <w:tcPr>
            <w:tcW w:w="0" w:type="auto"/>
          </w:tcPr>
          <w:p w14:paraId="1B539050" w14:textId="77777777" w:rsidR="007A5E59" w:rsidRDefault="0095198F">
            <w:pPr>
              <w:jc w:val="center"/>
            </w:pPr>
            <w:r>
              <w:t>14</w:t>
            </w:r>
          </w:p>
        </w:tc>
        <w:tc>
          <w:tcPr>
            <w:tcW w:w="0" w:type="auto"/>
          </w:tcPr>
          <w:p w14:paraId="6FD3FB5E" w14:textId="77777777" w:rsidR="007A5E59" w:rsidRDefault="0095198F">
            <w:r>
              <w:t>бесканал.</w:t>
            </w:r>
          </w:p>
        </w:tc>
      </w:tr>
      <w:tr w:rsidR="007A5E59" w14:paraId="72DB3B43" w14:textId="77777777">
        <w:trPr>
          <w:jc w:val="center"/>
        </w:trPr>
        <w:tc>
          <w:tcPr>
            <w:tcW w:w="0" w:type="auto"/>
          </w:tcPr>
          <w:p w14:paraId="07AA50D9" w14:textId="77777777" w:rsidR="007A5E59" w:rsidRDefault="0095198F">
            <w:pPr>
              <w:jc w:val="center"/>
            </w:pPr>
            <w:r>
              <w:t>164</w:t>
            </w:r>
          </w:p>
        </w:tc>
        <w:tc>
          <w:tcPr>
            <w:tcW w:w="0" w:type="auto"/>
          </w:tcPr>
          <w:p w14:paraId="2BEC502D" w14:textId="77777777" w:rsidR="007A5E59" w:rsidRDefault="0095198F">
            <w:r>
              <w:t>ТК-51/1 – ТК-51/2</w:t>
            </w:r>
          </w:p>
        </w:tc>
        <w:tc>
          <w:tcPr>
            <w:tcW w:w="0" w:type="auto"/>
          </w:tcPr>
          <w:p w14:paraId="23CCA2CB" w14:textId="77777777" w:rsidR="007A5E59" w:rsidRDefault="0095198F">
            <w:pPr>
              <w:jc w:val="center"/>
            </w:pPr>
            <w:r>
              <w:t>25</w:t>
            </w:r>
          </w:p>
        </w:tc>
        <w:tc>
          <w:tcPr>
            <w:tcW w:w="0" w:type="auto"/>
          </w:tcPr>
          <w:p w14:paraId="7C8E146B" w14:textId="77777777" w:rsidR="007A5E59" w:rsidRDefault="0095198F">
            <w:pPr>
              <w:jc w:val="center"/>
            </w:pPr>
            <w:r>
              <w:t>2004</w:t>
            </w:r>
          </w:p>
        </w:tc>
        <w:tc>
          <w:tcPr>
            <w:tcW w:w="0" w:type="auto"/>
          </w:tcPr>
          <w:p w14:paraId="71B2426E" w14:textId="77777777" w:rsidR="007A5E59" w:rsidRDefault="0095198F">
            <w:pPr>
              <w:jc w:val="center"/>
            </w:pPr>
            <w:r>
              <w:t>20</w:t>
            </w:r>
          </w:p>
        </w:tc>
        <w:tc>
          <w:tcPr>
            <w:tcW w:w="0" w:type="auto"/>
          </w:tcPr>
          <w:p w14:paraId="5EAB7603" w14:textId="77777777" w:rsidR="007A5E59" w:rsidRDefault="0095198F">
            <w:r>
              <w:t>бесканал.</w:t>
            </w:r>
          </w:p>
        </w:tc>
      </w:tr>
      <w:tr w:rsidR="007A5E59" w14:paraId="6883662A" w14:textId="77777777">
        <w:trPr>
          <w:jc w:val="center"/>
        </w:trPr>
        <w:tc>
          <w:tcPr>
            <w:tcW w:w="0" w:type="auto"/>
          </w:tcPr>
          <w:p w14:paraId="5F7D61F0" w14:textId="77777777" w:rsidR="007A5E59" w:rsidRDefault="0095198F">
            <w:pPr>
              <w:jc w:val="center"/>
            </w:pPr>
            <w:r>
              <w:t>165</w:t>
            </w:r>
          </w:p>
        </w:tc>
        <w:tc>
          <w:tcPr>
            <w:tcW w:w="0" w:type="auto"/>
          </w:tcPr>
          <w:p w14:paraId="682323E7" w14:textId="77777777" w:rsidR="007A5E59" w:rsidRDefault="0095198F">
            <w:r>
              <w:t>ТК-51/2 – Узнасский 8</w:t>
            </w:r>
          </w:p>
        </w:tc>
        <w:tc>
          <w:tcPr>
            <w:tcW w:w="0" w:type="auto"/>
          </w:tcPr>
          <w:p w14:paraId="27254E74" w14:textId="77777777" w:rsidR="007A5E59" w:rsidRDefault="0095198F">
            <w:pPr>
              <w:jc w:val="center"/>
            </w:pPr>
            <w:r>
              <w:t>25</w:t>
            </w:r>
          </w:p>
        </w:tc>
        <w:tc>
          <w:tcPr>
            <w:tcW w:w="0" w:type="auto"/>
          </w:tcPr>
          <w:p w14:paraId="5D3F8371" w14:textId="77777777" w:rsidR="007A5E59" w:rsidRDefault="0095198F">
            <w:pPr>
              <w:jc w:val="center"/>
            </w:pPr>
            <w:r>
              <w:t>2004</w:t>
            </w:r>
          </w:p>
        </w:tc>
        <w:tc>
          <w:tcPr>
            <w:tcW w:w="0" w:type="auto"/>
          </w:tcPr>
          <w:p w14:paraId="68A274F1" w14:textId="77777777" w:rsidR="007A5E59" w:rsidRDefault="0095198F">
            <w:pPr>
              <w:jc w:val="center"/>
            </w:pPr>
            <w:r>
              <w:t>98</w:t>
            </w:r>
          </w:p>
        </w:tc>
        <w:tc>
          <w:tcPr>
            <w:tcW w:w="0" w:type="auto"/>
          </w:tcPr>
          <w:p w14:paraId="3B6D3B29" w14:textId="77777777" w:rsidR="007A5E59" w:rsidRDefault="0095198F">
            <w:r>
              <w:t>бесканал.</w:t>
            </w:r>
          </w:p>
        </w:tc>
      </w:tr>
      <w:tr w:rsidR="007A5E59" w14:paraId="5F27A0F7" w14:textId="77777777">
        <w:trPr>
          <w:jc w:val="center"/>
        </w:trPr>
        <w:tc>
          <w:tcPr>
            <w:tcW w:w="0" w:type="auto"/>
          </w:tcPr>
          <w:p w14:paraId="13F34409" w14:textId="77777777" w:rsidR="007A5E59" w:rsidRDefault="0095198F">
            <w:pPr>
              <w:jc w:val="center"/>
            </w:pPr>
            <w:r>
              <w:t>166</w:t>
            </w:r>
          </w:p>
        </w:tc>
        <w:tc>
          <w:tcPr>
            <w:tcW w:w="0" w:type="auto"/>
          </w:tcPr>
          <w:p w14:paraId="7685BA86" w14:textId="77777777" w:rsidR="007A5E59" w:rsidRDefault="0095198F">
            <w:r>
              <w:t>ТК-51/2 – ТК-51/3</w:t>
            </w:r>
          </w:p>
        </w:tc>
        <w:tc>
          <w:tcPr>
            <w:tcW w:w="0" w:type="auto"/>
          </w:tcPr>
          <w:p w14:paraId="03519BCC" w14:textId="77777777" w:rsidR="007A5E59" w:rsidRDefault="0095198F">
            <w:pPr>
              <w:jc w:val="center"/>
            </w:pPr>
            <w:r>
              <w:t>25</w:t>
            </w:r>
          </w:p>
        </w:tc>
        <w:tc>
          <w:tcPr>
            <w:tcW w:w="0" w:type="auto"/>
          </w:tcPr>
          <w:p w14:paraId="6CD290FC" w14:textId="77777777" w:rsidR="007A5E59" w:rsidRDefault="0095198F">
            <w:pPr>
              <w:jc w:val="center"/>
            </w:pPr>
            <w:r>
              <w:t>2004</w:t>
            </w:r>
          </w:p>
        </w:tc>
        <w:tc>
          <w:tcPr>
            <w:tcW w:w="0" w:type="auto"/>
          </w:tcPr>
          <w:p w14:paraId="6511165F" w14:textId="77777777" w:rsidR="007A5E59" w:rsidRDefault="0095198F">
            <w:pPr>
              <w:jc w:val="center"/>
            </w:pPr>
            <w:r>
              <w:t>16</w:t>
            </w:r>
          </w:p>
        </w:tc>
        <w:tc>
          <w:tcPr>
            <w:tcW w:w="0" w:type="auto"/>
          </w:tcPr>
          <w:p w14:paraId="5B9430F9" w14:textId="77777777" w:rsidR="007A5E59" w:rsidRDefault="0095198F">
            <w:r>
              <w:t>бесканал.</w:t>
            </w:r>
          </w:p>
        </w:tc>
      </w:tr>
      <w:tr w:rsidR="007A5E59" w14:paraId="4B4067CC" w14:textId="77777777">
        <w:trPr>
          <w:jc w:val="center"/>
        </w:trPr>
        <w:tc>
          <w:tcPr>
            <w:tcW w:w="0" w:type="auto"/>
          </w:tcPr>
          <w:p w14:paraId="0E56FBC6" w14:textId="77777777" w:rsidR="007A5E59" w:rsidRDefault="0095198F">
            <w:pPr>
              <w:jc w:val="center"/>
            </w:pPr>
            <w:r>
              <w:t>167</w:t>
            </w:r>
          </w:p>
        </w:tc>
        <w:tc>
          <w:tcPr>
            <w:tcW w:w="0" w:type="auto"/>
          </w:tcPr>
          <w:p w14:paraId="3A059ED1" w14:textId="77777777" w:rsidR="007A5E59" w:rsidRDefault="0095198F">
            <w:r>
              <w:t>ТК-51/3 – Дзержинского 27</w:t>
            </w:r>
          </w:p>
        </w:tc>
        <w:tc>
          <w:tcPr>
            <w:tcW w:w="0" w:type="auto"/>
          </w:tcPr>
          <w:p w14:paraId="04AA8122" w14:textId="77777777" w:rsidR="007A5E59" w:rsidRDefault="0095198F">
            <w:pPr>
              <w:jc w:val="center"/>
            </w:pPr>
            <w:r>
              <w:t>25</w:t>
            </w:r>
          </w:p>
        </w:tc>
        <w:tc>
          <w:tcPr>
            <w:tcW w:w="0" w:type="auto"/>
          </w:tcPr>
          <w:p w14:paraId="1C28BA96" w14:textId="77777777" w:rsidR="007A5E59" w:rsidRDefault="0095198F">
            <w:pPr>
              <w:jc w:val="center"/>
            </w:pPr>
            <w:r>
              <w:t>2004</w:t>
            </w:r>
          </w:p>
        </w:tc>
        <w:tc>
          <w:tcPr>
            <w:tcW w:w="0" w:type="auto"/>
          </w:tcPr>
          <w:p w14:paraId="618AE009" w14:textId="77777777" w:rsidR="007A5E59" w:rsidRDefault="0095198F">
            <w:pPr>
              <w:jc w:val="center"/>
            </w:pPr>
            <w:r>
              <w:t>3</w:t>
            </w:r>
          </w:p>
        </w:tc>
        <w:tc>
          <w:tcPr>
            <w:tcW w:w="0" w:type="auto"/>
          </w:tcPr>
          <w:p w14:paraId="27C1A76A" w14:textId="77777777" w:rsidR="007A5E59" w:rsidRDefault="0095198F">
            <w:r>
              <w:t>бесканал.</w:t>
            </w:r>
          </w:p>
        </w:tc>
      </w:tr>
      <w:tr w:rsidR="007A5E59" w14:paraId="0E971B46" w14:textId="77777777">
        <w:trPr>
          <w:jc w:val="center"/>
        </w:trPr>
        <w:tc>
          <w:tcPr>
            <w:tcW w:w="0" w:type="auto"/>
          </w:tcPr>
          <w:p w14:paraId="00DAD23B" w14:textId="77777777" w:rsidR="007A5E59" w:rsidRDefault="0095198F">
            <w:pPr>
              <w:jc w:val="center"/>
            </w:pPr>
            <w:r>
              <w:t>168</w:t>
            </w:r>
          </w:p>
        </w:tc>
        <w:tc>
          <w:tcPr>
            <w:tcW w:w="0" w:type="auto"/>
          </w:tcPr>
          <w:p w14:paraId="65BFE218" w14:textId="77777777" w:rsidR="007A5E59" w:rsidRDefault="0095198F">
            <w:r>
              <w:t>ТК-51/3 – Дзержинского, 24а, 24а1</w:t>
            </w:r>
          </w:p>
        </w:tc>
        <w:tc>
          <w:tcPr>
            <w:tcW w:w="0" w:type="auto"/>
          </w:tcPr>
          <w:p w14:paraId="0D51A98F" w14:textId="77777777" w:rsidR="007A5E59" w:rsidRDefault="0095198F">
            <w:pPr>
              <w:jc w:val="center"/>
            </w:pPr>
            <w:r>
              <w:t>25</w:t>
            </w:r>
          </w:p>
        </w:tc>
        <w:tc>
          <w:tcPr>
            <w:tcW w:w="0" w:type="auto"/>
          </w:tcPr>
          <w:p w14:paraId="10E2950A" w14:textId="77777777" w:rsidR="007A5E59" w:rsidRDefault="0095198F">
            <w:pPr>
              <w:jc w:val="center"/>
            </w:pPr>
            <w:r>
              <w:t>2004</w:t>
            </w:r>
          </w:p>
        </w:tc>
        <w:tc>
          <w:tcPr>
            <w:tcW w:w="0" w:type="auto"/>
          </w:tcPr>
          <w:p w14:paraId="5F7C5C0D" w14:textId="77777777" w:rsidR="007A5E59" w:rsidRDefault="0095198F">
            <w:pPr>
              <w:jc w:val="center"/>
            </w:pPr>
            <w:r>
              <w:t>40</w:t>
            </w:r>
          </w:p>
        </w:tc>
        <w:tc>
          <w:tcPr>
            <w:tcW w:w="0" w:type="auto"/>
          </w:tcPr>
          <w:p w14:paraId="40E43A23" w14:textId="77777777" w:rsidR="007A5E59" w:rsidRDefault="0095198F">
            <w:r>
              <w:t>бесканал.</w:t>
            </w:r>
          </w:p>
        </w:tc>
      </w:tr>
      <w:tr w:rsidR="007A5E59" w14:paraId="6700707B" w14:textId="77777777">
        <w:trPr>
          <w:jc w:val="center"/>
        </w:trPr>
        <w:tc>
          <w:tcPr>
            <w:tcW w:w="0" w:type="auto"/>
          </w:tcPr>
          <w:p w14:paraId="55FDF5A4" w14:textId="77777777" w:rsidR="007A5E59" w:rsidRDefault="0095198F">
            <w:pPr>
              <w:jc w:val="center"/>
            </w:pPr>
            <w:r>
              <w:t>169</w:t>
            </w:r>
          </w:p>
        </w:tc>
        <w:tc>
          <w:tcPr>
            <w:tcW w:w="0" w:type="auto"/>
          </w:tcPr>
          <w:p w14:paraId="0AC56AAD" w14:textId="77777777" w:rsidR="007A5E59" w:rsidRDefault="0095198F">
            <w:r>
              <w:t>ТК-50/1 – ТК-51</w:t>
            </w:r>
          </w:p>
        </w:tc>
        <w:tc>
          <w:tcPr>
            <w:tcW w:w="0" w:type="auto"/>
          </w:tcPr>
          <w:p w14:paraId="529A1702" w14:textId="77777777" w:rsidR="007A5E59" w:rsidRDefault="0095198F">
            <w:pPr>
              <w:jc w:val="center"/>
            </w:pPr>
            <w:r>
              <w:t>100</w:t>
            </w:r>
          </w:p>
        </w:tc>
        <w:tc>
          <w:tcPr>
            <w:tcW w:w="0" w:type="auto"/>
          </w:tcPr>
          <w:p w14:paraId="7C718F59" w14:textId="77777777" w:rsidR="007A5E59" w:rsidRDefault="0095198F">
            <w:pPr>
              <w:jc w:val="center"/>
            </w:pPr>
            <w:r>
              <w:t>2004</w:t>
            </w:r>
          </w:p>
        </w:tc>
        <w:tc>
          <w:tcPr>
            <w:tcW w:w="0" w:type="auto"/>
          </w:tcPr>
          <w:p w14:paraId="2B95518E" w14:textId="77777777" w:rsidR="007A5E59" w:rsidRDefault="0095198F">
            <w:pPr>
              <w:jc w:val="center"/>
            </w:pPr>
            <w:r>
              <w:t>44</w:t>
            </w:r>
          </w:p>
        </w:tc>
        <w:tc>
          <w:tcPr>
            <w:tcW w:w="0" w:type="auto"/>
          </w:tcPr>
          <w:p w14:paraId="1A6670C2" w14:textId="77777777" w:rsidR="007A5E59" w:rsidRDefault="0095198F">
            <w:r>
              <w:t>бесканал.</w:t>
            </w:r>
          </w:p>
        </w:tc>
      </w:tr>
      <w:tr w:rsidR="007A5E59" w14:paraId="7474AAD0" w14:textId="77777777">
        <w:trPr>
          <w:jc w:val="center"/>
        </w:trPr>
        <w:tc>
          <w:tcPr>
            <w:tcW w:w="0" w:type="auto"/>
          </w:tcPr>
          <w:p w14:paraId="16E80CC2" w14:textId="77777777" w:rsidR="007A5E59" w:rsidRDefault="0095198F">
            <w:pPr>
              <w:jc w:val="center"/>
            </w:pPr>
            <w:r>
              <w:t>170</w:t>
            </w:r>
          </w:p>
        </w:tc>
        <w:tc>
          <w:tcPr>
            <w:tcW w:w="0" w:type="auto"/>
          </w:tcPr>
          <w:p w14:paraId="5F3E1B6F" w14:textId="77777777" w:rsidR="007A5E59" w:rsidRDefault="0095198F">
            <w:r>
              <w:t>ТК-50/1 – Дзержинского 30б</w:t>
            </w:r>
          </w:p>
        </w:tc>
        <w:tc>
          <w:tcPr>
            <w:tcW w:w="0" w:type="auto"/>
          </w:tcPr>
          <w:p w14:paraId="6CAF4A90" w14:textId="77777777" w:rsidR="007A5E59" w:rsidRDefault="0095198F">
            <w:pPr>
              <w:jc w:val="center"/>
            </w:pPr>
            <w:r>
              <w:t>80</w:t>
            </w:r>
          </w:p>
        </w:tc>
        <w:tc>
          <w:tcPr>
            <w:tcW w:w="0" w:type="auto"/>
          </w:tcPr>
          <w:p w14:paraId="1BCC5CF8" w14:textId="77777777" w:rsidR="007A5E59" w:rsidRDefault="0095198F">
            <w:pPr>
              <w:jc w:val="center"/>
            </w:pPr>
            <w:r>
              <w:t>1985</w:t>
            </w:r>
          </w:p>
        </w:tc>
        <w:tc>
          <w:tcPr>
            <w:tcW w:w="0" w:type="auto"/>
          </w:tcPr>
          <w:p w14:paraId="0A1743E1" w14:textId="77777777" w:rsidR="007A5E59" w:rsidRDefault="0095198F">
            <w:pPr>
              <w:jc w:val="center"/>
            </w:pPr>
            <w:r>
              <w:t>45</w:t>
            </w:r>
          </w:p>
        </w:tc>
        <w:tc>
          <w:tcPr>
            <w:tcW w:w="0" w:type="auto"/>
          </w:tcPr>
          <w:p w14:paraId="3993C18A" w14:textId="77777777" w:rsidR="007A5E59" w:rsidRDefault="0095198F">
            <w:r>
              <w:t>бесканал.</w:t>
            </w:r>
          </w:p>
        </w:tc>
      </w:tr>
      <w:tr w:rsidR="007A5E59" w14:paraId="2949DD3E" w14:textId="77777777">
        <w:trPr>
          <w:jc w:val="center"/>
        </w:trPr>
        <w:tc>
          <w:tcPr>
            <w:tcW w:w="0" w:type="auto"/>
          </w:tcPr>
          <w:p w14:paraId="3AC9EC0B" w14:textId="77777777" w:rsidR="007A5E59" w:rsidRDefault="0095198F">
            <w:pPr>
              <w:jc w:val="center"/>
            </w:pPr>
            <w:r>
              <w:t>171</w:t>
            </w:r>
          </w:p>
        </w:tc>
        <w:tc>
          <w:tcPr>
            <w:tcW w:w="0" w:type="auto"/>
          </w:tcPr>
          <w:p w14:paraId="6F712CD9" w14:textId="77777777" w:rsidR="007A5E59" w:rsidRDefault="0095198F">
            <w:r>
              <w:t>ТК-50/1 – ТК-50/2</w:t>
            </w:r>
          </w:p>
        </w:tc>
        <w:tc>
          <w:tcPr>
            <w:tcW w:w="0" w:type="auto"/>
          </w:tcPr>
          <w:p w14:paraId="63D26C47" w14:textId="77777777" w:rsidR="007A5E59" w:rsidRDefault="0095198F">
            <w:pPr>
              <w:jc w:val="center"/>
            </w:pPr>
            <w:r>
              <w:t>100</w:t>
            </w:r>
          </w:p>
        </w:tc>
        <w:tc>
          <w:tcPr>
            <w:tcW w:w="0" w:type="auto"/>
          </w:tcPr>
          <w:p w14:paraId="1A90CBEB" w14:textId="77777777" w:rsidR="007A5E59" w:rsidRDefault="0095198F">
            <w:pPr>
              <w:jc w:val="center"/>
            </w:pPr>
            <w:r>
              <w:t>1985</w:t>
            </w:r>
          </w:p>
        </w:tc>
        <w:tc>
          <w:tcPr>
            <w:tcW w:w="0" w:type="auto"/>
          </w:tcPr>
          <w:p w14:paraId="3FEBADF8" w14:textId="77777777" w:rsidR="007A5E59" w:rsidRDefault="0095198F">
            <w:pPr>
              <w:jc w:val="center"/>
            </w:pPr>
            <w:r>
              <w:t>5</w:t>
            </w:r>
          </w:p>
        </w:tc>
        <w:tc>
          <w:tcPr>
            <w:tcW w:w="0" w:type="auto"/>
          </w:tcPr>
          <w:p w14:paraId="4F7DD464" w14:textId="77777777" w:rsidR="007A5E59" w:rsidRDefault="0095198F">
            <w:r>
              <w:t>бесканал.</w:t>
            </w:r>
          </w:p>
        </w:tc>
      </w:tr>
      <w:tr w:rsidR="007A5E59" w14:paraId="0557E9A8" w14:textId="77777777">
        <w:trPr>
          <w:jc w:val="center"/>
        </w:trPr>
        <w:tc>
          <w:tcPr>
            <w:tcW w:w="0" w:type="auto"/>
          </w:tcPr>
          <w:p w14:paraId="11B94FFE" w14:textId="77777777" w:rsidR="007A5E59" w:rsidRDefault="0095198F">
            <w:pPr>
              <w:jc w:val="center"/>
            </w:pPr>
            <w:r>
              <w:t>172</w:t>
            </w:r>
          </w:p>
        </w:tc>
        <w:tc>
          <w:tcPr>
            <w:tcW w:w="0" w:type="auto"/>
          </w:tcPr>
          <w:p w14:paraId="0D3E8D28" w14:textId="77777777" w:rsidR="007A5E59" w:rsidRDefault="0095198F">
            <w:r>
              <w:t>ТК-50/2 – Дзержинского 30Г</w:t>
            </w:r>
          </w:p>
        </w:tc>
        <w:tc>
          <w:tcPr>
            <w:tcW w:w="0" w:type="auto"/>
          </w:tcPr>
          <w:p w14:paraId="33B9EEC1" w14:textId="77777777" w:rsidR="007A5E59" w:rsidRDefault="0095198F">
            <w:pPr>
              <w:jc w:val="center"/>
            </w:pPr>
            <w:r>
              <w:t>100</w:t>
            </w:r>
          </w:p>
        </w:tc>
        <w:tc>
          <w:tcPr>
            <w:tcW w:w="0" w:type="auto"/>
          </w:tcPr>
          <w:p w14:paraId="7F0936EE" w14:textId="77777777" w:rsidR="007A5E59" w:rsidRDefault="0095198F">
            <w:pPr>
              <w:jc w:val="center"/>
            </w:pPr>
            <w:r>
              <w:t>1985</w:t>
            </w:r>
          </w:p>
        </w:tc>
        <w:tc>
          <w:tcPr>
            <w:tcW w:w="0" w:type="auto"/>
          </w:tcPr>
          <w:p w14:paraId="1F8D39FB" w14:textId="77777777" w:rsidR="007A5E59" w:rsidRDefault="0095198F">
            <w:pPr>
              <w:jc w:val="center"/>
            </w:pPr>
            <w:r>
              <w:t>23</w:t>
            </w:r>
          </w:p>
        </w:tc>
        <w:tc>
          <w:tcPr>
            <w:tcW w:w="0" w:type="auto"/>
          </w:tcPr>
          <w:p w14:paraId="07F60CDB" w14:textId="77777777" w:rsidR="007A5E59" w:rsidRDefault="0095198F">
            <w:r>
              <w:t>бесканал.</w:t>
            </w:r>
          </w:p>
        </w:tc>
      </w:tr>
      <w:tr w:rsidR="007A5E59" w14:paraId="72AEEC14" w14:textId="77777777">
        <w:trPr>
          <w:jc w:val="center"/>
        </w:trPr>
        <w:tc>
          <w:tcPr>
            <w:tcW w:w="0" w:type="auto"/>
          </w:tcPr>
          <w:p w14:paraId="18AB7912" w14:textId="77777777" w:rsidR="007A5E59" w:rsidRDefault="0095198F">
            <w:pPr>
              <w:jc w:val="center"/>
            </w:pPr>
            <w:r>
              <w:t>173</w:t>
            </w:r>
          </w:p>
        </w:tc>
        <w:tc>
          <w:tcPr>
            <w:tcW w:w="0" w:type="auto"/>
          </w:tcPr>
          <w:p w14:paraId="0550735F" w14:textId="77777777" w:rsidR="007A5E59" w:rsidRDefault="0095198F">
            <w:r>
              <w:t>ТК-50/2 – ТК-50</w:t>
            </w:r>
          </w:p>
        </w:tc>
        <w:tc>
          <w:tcPr>
            <w:tcW w:w="0" w:type="auto"/>
          </w:tcPr>
          <w:p w14:paraId="7A66B017" w14:textId="77777777" w:rsidR="007A5E59" w:rsidRDefault="0095198F">
            <w:pPr>
              <w:jc w:val="center"/>
            </w:pPr>
            <w:r>
              <w:t>25</w:t>
            </w:r>
          </w:p>
        </w:tc>
        <w:tc>
          <w:tcPr>
            <w:tcW w:w="0" w:type="auto"/>
          </w:tcPr>
          <w:p w14:paraId="507E657B" w14:textId="77777777" w:rsidR="007A5E59" w:rsidRDefault="0095198F">
            <w:pPr>
              <w:jc w:val="center"/>
            </w:pPr>
            <w:r>
              <w:t>2010</w:t>
            </w:r>
          </w:p>
        </w:tc>
        <w:tc>
          <w:tcPr>
            <w:tcW w:w="0" w:type="auto"/>
          </w:tcPr>
          <w:p w14:paraId="1C07F4BB" w14:textId="77777777" w:rsidR="007A5E59" w:rsidRDefault="0095198F">
            <w:pPr>
              <w:jc w:val="center"/>
            </w:pPr>
            <w:r>
              <w:t>29</w:t>
            </w:r>
          </w:p>
        </w:tc>
        <w:tc>
          <w:tcPr>
            <w:tcW w:w="0" w:type="auto"/>
          </w:tcPr>
          <w:p w14:paraId="784463A0" w14:textId="77777777" w:rsidR="007A5E59" w:rsidRDefault="0095198F">
            <w:r>
              <w:t>бесканал.</w:t>
            </w:r>
          </w:p>
        </w:tc>
      </w:tr>
      <w:tr w:rsidR="007A5E59" w14:paraId="19FA5F7C" w14:textId="77777777">
        <w:trPr>
          <w:jc w:val="center"/>
        </w:trPr>
        <w:tc>
          <w:tcPr>
            <w:tcW w:w="0" w:type="auto"/>
          </w:tcPr>
          <w:p w14:paraId="3BA3BE51" w14:textId="77777777" w:rsidR="007A5E59" w:rsidRDefault="0095198F">
            <w:pPr>
              <w:jc w:val="center"/>
            </w:pPr>
            <w:r>
              <w:t>174</w:t>
            </w:r>
          </w:p>
        </w:tc>
        <w:tc>
          <w:tcPr>
            <w:tcW w:w="0" w:type="auto"/>
          </w:tcPr>
          <w:p w14:paraId="13C8F76E" w14:textId="77777777" w:rsidR="007A5E59" w:rsidRDefault="0095198F">
            <w:r>
              <w:t>ТК-50 – Дзержинского 23, ввод 1</w:t>
            </w:r>
          </w:p>
        </w:tc>
        <w:tc>
          <w:tcPr>
            <w:tcW w:w="0" w:type="auto"/>
          </w:tcPr>
          <w:p w14:paraId="1FC8EDD0" w14:textId="77777777" w:rsidR="007A5E59" w:rsidRDefault="0095198F">
            <w:pPr>
              <w:jc w:val="center"/>
            </w:pPr>
            <w:r>
              <w:t>100</w:t>
            </w:r>
          </w:p>
        </w:tc>
        <w:tc>
          <w:tcPr>
            <w:tcW w:w="0" w:type="auto"/>
          </w:tcPr>
          <w:p w14:paraId="7A57F689" w14:textId="77777777" w:rsidR="007A5E59" w:rsidRDefault="0095198F">
            <w:pPr>
              <w:jc w:val="center"/>
            </w:pPr>
            <w:r>
              <w:t>1985</w:t>
            </w:r>
          </w:p>
        </w:tc>
        <w:tc>
          <w:tcPr>
            <w:tcW w:w="0" w:type="auto"/>
          </w:tcPr>
          <w:p w14:paraId="1B99EBE5" w14:textId="77777777" w:rsidR="007A5E59" w:rsidRDefault="0095198F">
            <w:pPr>
              <w:jc w:val="center"/>
            </w:pPr>
            <w:r>
              <w:t>8</w:t>
            </w:r>
          </w:p>
        </w:tc>
        <w:tc>
          <w:tcPr>
            <w:tcW w:w="0" w:type="auto"/>
          </w:tcPr>
          <w:p w14:paraId="7AFB690F" w14:textId="77777777" w:rsidR="007A5E59" w:rsidRDefault="0095198F">
            <w:r>
              <w:t>бесканал.</w:t>
            </w:r>
          </w:p>
        </w:tc>
      </w:tr>
      <w:tr w:rsidR="007A5E59" w14:paraId="0DF9DCB9" w14:textId="77777777">
        <w:trPr>
          <w:jc w:val="center"/>
        </w:trPr>
        <w:tc>
          <w:tcPr>
            <w:tcW w:w="0" w:type="auto"/>
          </w:tcPr>
          <w:p w14:paraId="352DD56A" w14:textId="77777777" w:rsidR="007A5E59" w:rsidRDefault="0095198F">
            <w:pPr>
              <w:jc w:val="center"/>
            </w:pPr>
            <w:r>
              <w:t>175</w:t>
            </w:r>
          </w:p>
        </w:tc>
        <w:tc>
          <w:tcPr>
            <w:tcW w:w="0" w:type="auto"/>
          </w:tcPr>
          <w:p w14:paraId="3A611448" w14:textId="77777777" w:rsidR="007A5E59" w:rsidRDefault="0095198F">
            <w:r>
              <w:t>ТК-49/1 – ТК-50</w:t>
            </w:r>
          </w:p>
        </w:tc>
        <w:tc>
          <w:tcPr>
            <w:tcW w:w="0" w:type="auto"/>
          </w:tcPr>
          <w:p w14:paraId="3953E0A7" w14:textId="77777777" w:rsidR="007A5E59" w:rsidRDefault="0095198F">
            <w:pPr>
              <w:jc w:val="center"/>
            </w:pPr>
            <w:r>
              <w:t>200</w:t>
            </w:r>
          </w:p>
        </w:tc>
        <w:tc>
          <w:tcPr>
            <w:tcW w:w="0" w:type="auto"/>
          </w:tcPr>
          <w:p w14:paraId="61DE3FFB" w14:textId="77777777" w:rsidR="007A5E59" w:rsidRDefault="0095198F">
            <w:pPr>
              <w:jc w:val="center"/>
            </w:pPr>
            <w:r>
              <w:t>1985</w:t>
            </w:r>
          </w:p>
        </w:tc>
        <w:tc>
          <w:tcPr>
            <w:tcW w:w="0" w:type="auto"/>
          </w:tcPr>
          <w:p w14:paraId="26496DCE" w14:textId="77777777" w:rsidR="007A5E59" w:rsidRDefault="0095198F">
            <w:pPr>
              <w:jc w:val="center"/>
            </w:pPr>
            <w:r>
              <w:t>50</w:t>
            </w:r>
          </w:p>
        </w:tc>
        <w:tc>
          <w:tcPr>
            <w:tcW w:w="0" w:type="auto"/>
          </w:tcPr>
          <w:p w14:paraId="6A0647B5" w14:textId="77777777" w:rsidR="007A5E59" w:rsidRDefault="0095198F">
            <w:r>
              <w:t>бесканал.</w:t>
            </w:r>
          </w:p>
        </w:tc>
      </w:tr>
      <w:tr w:rsidR="007A5E59" w14:paraId="20CFB71E" w14:textId="77777777">
        <w:trPr>
          <w:jc w:val="center"/>
        </w:trPr>
        <w:tc>
          <w:tcPr>
            <w:tcW w:w="0" w:type="auto"/>
          </w:tcPr>
          <w:p w14:paraId="4595633F" w14:textId="77777777" w:rsidR="007A5E59" w:rsidRDefault="0095198F">
            <w:pPr>
              <w:jc w:val="center"/>
            </w:pPr>
            <w:r>
              <w:t>176</w:t>
            </w:r>
          </w:p>
        </w:tc>
        <w:tc>
          <w:tcPr>
            <w:tcW w:w="0" w:type="auto"/>
          </w:tcPr>
          <w:p w14:paraId="0F0D5104" w14:textId="77777777" w:rsidR="007A5E59" w:rsidRDefault="0095198F">
            <w:r>
              <w:t>ТК-49/1 – Дзержинского 30в</w:t>
            </w:r>
          </w:p>
        </w:tc>
        <w:tc>
          <w:tcPr>
            <w:tcW w:w="0" w:type="auto"/>
          </w:tcPr>
          <w:p w14:paraId="0CE9B3DD" w14:textId="77777777" w:rsidR="007A5E59" w:rsidRDefault="0095198F">
            <w:pPr>
              <w:jc w:val="center"/>
            </w:pPr>
            <w:r>
              <w:t>25</w:t>
            </w:r>
          </w:p>
        </w:tc>
        <w:tc>
          <w:tcPr>
            <w:tcW w:w="0" w:type="auto"/>
          </w:tcPr>
          <w:p w14:paraId="7CA5DB9B" w14:textId="77777777" w:rsidR="007A5E59" w:rsidRDefault="0095198F">
            <w:pPr>
              <w:jc w:val="center"/>
            </w:pPr>
            <w:r>
              <w:t>1985</w:t>
            </w:r>
          </w:p>
        </w:tc>
        <w:tc>
          <w:tcPr>
            <w:tcW w:w="0" w:type="auto"/>
          </w:tcPr>
          <w:p w14:paraId="01E6BD9A" w14:textId="77777777" w:rsidR="007A5E59" w:rsidRDefault="0095198F">
            <w:pPr>
              <w:jc w:val="center"/>
            </w:pPr>
            <w:r>
              <w:t>29</w:t>
            </w:r>
          </w:p>
        </w:tc>
        <w:tc>
          <w:tcPr>
            <w:tcW w:w="0" w:type="auto"/>
          </w:tcPr>
          <w:p w14:paraId="0C046CD4" w14:textId="77777777" w:rsidR="007A5E59" w:rsidRDefault="0095198F">
            <w:r>
              <w:t>бесканал.</w:t>
            </w:r>
          </w:p>
        </w:tc>
      </w:tr>
      <w:tr w:rsidR="007A5E59" w14:paraId="440DB621" w14:textId="77777777">
        <w:trPr>
          <w:jc w:val="center"/>
        </w:trPr>
        <w:tc>
          <w:tcPr>
            <w:tcW w:w="0" w:type="auto"/>
          </w:tcPr>
          <w:p w14:paraId="5BB0C9E9" w14:textId="77777777" w:rsidR="007A5E59" w:rsidRDefault="0095198F">
            <w:pPr>
              <w:jc w:val="center"/>
            </w:pPr>
            <w:r>
              <w:t>177</w:t>
            </w:r>
          </w:p>
        </w:tc>
        <w:tc>
          <w:tcPr>
            <w:tcW w:w="0" w:type="auto"/>
          </w:tcPr>
          <w:p w14:paraId="283EE04D" w14:textId="77777777" w:rsidR="007A5E59" w:rsidRDefault="0095198F">
            <w:r>
              <w:t>ТК-49 – ТК-49/1</w:t>
            </w:r>
          </w:p>
        </w:tc>
        <w:tc>
          <w:tcPr>
            <w:tcW w:w="0" w:type="auto"/>
          </w:tcPr>
          <w:p w14:paraId="0F2FB44E" w14:textId="77777777" w:rsidR="007A5E59" w:rsidRDefault="0095198F">
            <w:pPr>
              <w:jc w:val="center"/>
            </w:pPr>
            <w:r>
              <w:t>200</w:t>
            </w:r>
          </w:p>
        </w:tc>
        <w:tc>
          <w:tcPr>
            <w:tcW w:w="0" w:type="auto"/>
          </w:tcPr>
          <w:p w14:paraId="3424CF01" w14:textId="77777777" w:rsidR="007A5E59" w:rsidRDefault="0095198F">
            <w:pPr>
              <w:jc w:val="center"/>
            </w:pPr>
            <w:r>
              <w:t>1985</w:t>
            </w:r>
          </w:p>
        </w:tc>
        <w:tc>
          <w:tcPr>
            <w:tcW w:w="0" w:type="auto"/>
          </w:tcPr>
          <w:p w14:paraId="03263BD3" w14:textId="77777777" w:rsidR="007A5E59" w:rsidRDefault="0095198F">
            <w:pPr>
              <w:jc w:val="center"/>
            </w:pPr>
            <w:r>
              <w:t>45</w:t>
            </w:r>
          </w:p>
        </w:tc>
        <w:tc>
          <w:tcPr>
            <w:tcW w:w="0" w:type="auto"/>
          </w:tcPr>
          <w:p w14:paraId="6CD1B4B0" w14:textId="77777777" w:rsidR="007A5E59" w:rsidRDefault="0095198F">
            <w:r>
              <w:t>бесканал.</w:t>
            </w:r>
          </w:p>
        </w:tc>
      </w:tr>
      <w:tr w:rsidR="007A5E59" w14:paraId="48688F84" w14:textId="77777777">
        <w:trPr>
          <w:jc w:val="center"/>
        </w:trPr>
        <w:tc>
          <w:tcPr>
            <w:tcW w:w="0" w:type="auto"/>
          </w:tcPr>
          <w:p w14:paraId="5D10FA03" w14:textId="77777777" w:rsidR="007A5E59" w:rsidRDefault="0095198F">
            <w:pPr>
              <w:jc w:val="center"/>
            </w:pPr>
            <w:r>
              <w:t>178</w:t>
            </w:r>
          </w:p>
        </w:tc>
        <w:tc>
          <w:tcPr>
            <w:tcW w:w="0" w:type="auto"/>
          </w:tcPr>
          <w:p w14:paraId="6F541FC0" w14:textId="77777777" w:rsidR="007A5E59" w:rsidRDefault="0095198F">
            <w:r>
              <w:t>ТК-49 – Дзержинского 23, ввод 2</w:t>
            </w:r>
          </w:p>
        </w:tc>
        <w:tc>
          <w:tcPr>
            <w:tcW w:w="0" w:type="auto"/>
          </w:tcPr>
          <w:p w14:paraId="095300B7" w14:textId="77777777" w:rsidR="007A5E59" w:rsidRDefault="0095198F">
            <w:pPr>
              <w:jc w:val="center"/>
            </w:pPr>
            <w:r>
              <w:t>80</w:t>
            </w:r>
          </w:p>
        </w:tc>
        <w:tc>
          <w:tcPr>
            <w:tcW w:w="0" w:type="auto"/>
          </w:tcPr>
          <w:p w14:paraId="504F189D" w14:textId="77777777" w:rsidR="007A5E59" w:rsidRDefault="0095198F">
            <w:pPr>
              <w:jc w:val="center"/>
            </w:pPr>
            <w:r>
              <w:t>1985</w:t>
            </w:r>
          </w:p>
        </w:tc>
        <w:tc>
          <w:tcPr>
            <w:tcW w:w="0" w:type="auto"/>
          </w:tcPr>
          <w:p w14:paraId="0570185B" w14:textId="77777777" w:rsidR="007A5E59" w:rsidRDefault="0095198F">
            <w:pPr>
              <w:jc w:val="center"/>
            </w:pPr>
            <w:r>
              <w:t>10</w:t>
            </w:r>
          </w:p>
        </w:tc>
        <w:tc>
          <w:tcPr>
            <w:tcW w:w="0" w:type="auto"/>
          </w:tcPr>
          <w:p w14:paraId="3862FBF4" w14:textId="77777777" w:rsidR="007A5E59" w:rsidRDefault="0095198F">
            <w:r>
              <w:t>бесканал.</w:t>
            </w:r>
          </w:p>
        </w:tc>
      </w:tr>
      <w:tr w:rsidR="007A5E59" w14:paraId="033CE2BA" w14:textId="77777777">
        <w:trPr>
          <w:jc w:val="center"/>
        </w:trPr>
        <w:tc>
          <w:tcPr>
            <w:tcW w:w="0" w:type="auto"/>
          </w:tcPr>
          <w:p w14:paraId="6E56868E" w14:textId="77777777" w:rsidR="007A5E59" w:rsidRDefault="0095198F">
            <w:pPr>
              <w:jc w:val="center"/>
            </w:pPr>
            <w:r>
              <w:t>179</w:t>
            </w:r>
          </w:p>
        </w:tc>
        <w:tc>
          <w:tcPr>
            <w:tcW w:w="0" w:type="auto"/>
          </w:tcPr>
          <w:p w14:paraId="0874D9FE" w14:textId="77777777" w:rsidR="007A5E59" w:rsidRDefault="0095198F">
            <w:r>
              <w:t>ТК-49 – Дзержинского 23, ввод 3 (АТС)</w:t>
            </w:r>
          </w:p>
        </w:tc>
        <w:tc>
          <w:tcPr>
            <w:tcW w:w="0" w:type="auto"/>
          </w:tcPr>
          <w:p w14:paraId="05DBA80A" w14:textId="77777777" w:rsidR="007A5E59" w:rsidRDefault="0095198F">
            <w:pPr>
              <w:jc w:val="center"/>
            </w:pPr>
            <w:r>
              <w:t>50</w:t>
            </w:r>
          </w:p>
        </w:tc>
        <w:tc>
          <w:tcPr>
            <w:tcW w:w="0" w:type="auto"/>
          </w:tcPr>
          <w:p w14:paraId="56CA350A" w14:textId="77777777" w:rsidR="007A5E59" w:rsidRDefault="0095198F">
            <w:pPr>
              <w:jc w:val="center"/>
            </w:pPr>
            <w:r>
              <w:t>1985</w:t>
            </w:r>
          </w:p>
        </w:tc>
        <w:tc>
          <w:tcPr>
            <w:tcW w:w="0" w:type="auto"/>
          </w:tcPr>
          <w:p w14:paraId="26619D52" w14:textId="77777777" w:rsidR="007A5E59" w:rsidRDefault="0095198F">
            <w:pPr>
              <w:jc w:val="center"/>
            </w:pPr>
            <w:r>
              <w:t>25</w:t>
            </w:r>
          </w:p>
        </w:tc>
        <w:tc>
          <w:tcPr>
            <w:tcW w:w="0" w:type="auto"/>
          </w:tcPr>
          <w:p w14:paraId="09DD20B8" w14:textId="77777777" w:rsidR="007A5E59" w:rsidRDefault="0095198F">
            <w:r>
              <w:t>бесканал.</w:t>
            </w:r>
          </w:p>
        </w:tc>
      </w:tr>
      <w:tr w:rsidR="007A5E59" w14:paraId="13F43A1C" w14:textId="77777777">
        <w:trPr>
          <w:jc w:val="center"/>
        </w:trPr>
        <w:tc>
          <w:tcPr>
            <w:tcW w:w="0" w:type="auto"/>
          </w:tcPr>
          <w:p w14:paraId="51D2AFAB" w14:textId="77777777" w:rsidR="007A5E59" w:rsidRDefault="0095198F">
            <w:pPr>
              <w:jc w:val="center"/>
            </w:pPr>
            <w:r>
              <w:t>180</w:t>
            </w:r>
          </w:p>
        </w:tc>
        <w:tc>
          <w:tcPr>
            <w:tcW w:w="0" w:type="auto"/>
          </w:tcPr>
          <w:p w14:paraId="1AAA1282" w14:textId="77777777" w:rsidR="007A5E59" w:rsidRDefault="0095198F">
            <w:r>
              <w:t>ТК-49 – ТК-49/2</w:t>
            </w:r>
          </w:p>
        </w:tc>
        <w:tc>
          <w:tcPr>
            <w:tcW w:w="0" w:type="auto"/>
          </w:tcPr>
          <w:p w14:paraId="0994D87A" w14:textId="77777777" w:rsidR="007A5E59" w:rsidRDefault="0095198F">
            <w:pPr>
              <w:jc w:val="center"/>
            </w:pPr>
            <w:r>
              <w:t>65</w:t>
            </w:r>
          </w:p>
        </w:tc>
        <w:tc>
          <w:tcPr>
            <w:tcW w:w="0" w:type="auto"/>
          </w:tcPr>
          <w:p w14:paraId="2E416C3B" w14:textId="77777777" w:rsidR="007A5E59" w:rsidRDefault="0095198F">
            <w:pPr>
              <w:jc w:val="center"/>
            </w:pPr>
            <w:r>
              <w:t>1985</w:t>
            </w:r>
          </w:p>
        </w:tc>
        <w:tc>
          <w:tcPr>
            <w:tcW w:w="0" w:type="auto"/>
          </w:tcPr>
          <w:p w14:paraId="1EE1D7D8" w14:textId="77777777" w:rsidR="007A5E59" w:rsidRDefault="0095198F">
            <w:pPr>
              <w:jc w:val="center"/>
            </w:pPr>
            <w:r>
              <w:t>20</w:t>
            </w:r>
          </w:p>
        </w:tc>
        <w:tc>
          <w:tcPr>
            <w:tcW w:w="0" w:type="auto"/>
          </w:tcPr>
          <w:p w14:paraId="59224D16" w14:textId="77777777" w:rsidR="007A5E59" w:rsidRDefault="0095198F">
            <w:r>
              <w:t>бесканал.</w:t>
            </w:r>
          </w:p>
        </w:tc>
      </w:tr>
      <w:tr w:rsidR="007A5E59" w14:paraId="14444FE4" w14:textId="77777777">
        <w:trPr>
          <w:jc w:val="center"/>
        </w:trPr>
        <w:tc>
          <w:tcPr>
            <w:tcW w:w="0" w:type="auto"/>
          </w:tcPr>
          <w:p w14:paraId="1B65F3FB" w14:textId="77777777" w:rsidR="007A5E59" w:rsidRDefault="0095198F">
            <w:pPr>
              <w:jc w:val="center"/>
            </w:pPr>
            <w:r>
              <w:t>181</w:t>
            </w:r>
          </w:p>
        </w:tc>
        <w:tc>
          <w:tcPr>
            <w:tcW w:w="0" w:type="auto"/>
          </w:tcPr>
          <w:p w14:paraId="314D9351" w14:textId="77777777" w:rsidR="007A5E59" w:rsidRDefault="0095198F">
            <w:r>
              <w:t>ТК-49/2 – Дзержинского 32</w:t>
            </w:r>
          </w:p>
        </w:tc>
        <w:tc>
          <w:tcPr>
            <w:tcW w:w="0" w:type="auto"/>
          </w:tcPr>
          <w:p w14:paraId="08194792" w14:textId="77777777" w:rsidR="007A5E59" w:rsidRDefault="0095198F">
            <w:pPr>
              <w:jc w:val="center"/>
            </w:pPr>
            <w:r>
              <w:t>20</w:t>
            </w:r>
          </w:p>
        </w:tc>
        <w:tc>
          <w:tcPr>
            <w:tcW w:w="0" w:type="auto"/>
          </w:tcPr>
          <w:p w14:paraId="4CDB67E8" w14:textId="77777777" w:rsidR="007A5E59" w:rsidRDefault="0095198F">
            <w:pPr>
              <w:jc w:val="center"/>
            </w:pPr>
            <w:r>
              <w:t>1985</w:t>
            </w:r>
          </w:p>
        </w:tc>
        <w:tc>
          <w:tcPr>
            <w:tcW w:w="0" w:type="auto"/>
          </w:tcPr>
          <w:p w14:paraId="182E0E25" w14:textId="77777777" w:rsidR="007A5E59" w:rsidRDefault="0095198F">
            <w:pPr>
              <w:jc w:val="center"/>
            </w:pPr>
            <w:r>
              <w:t>15</w:t>
            </w:r>
          </w:p>
        </w:tc>
        <w:tc>
          <w:tcPr>
            <w:tcW w:w="0" w:type="auto"/>
          </w:tcPr>
          <w:p w14:paraId="39E15345" w14:textId="77777777" w:rsidR="007A5E59" w:rsidRDefault="0095198F">
            <w:r>
              <w:t>бесканал.</w:t>
            </w:r>
          </w:p>
        </w:tc>
      </w:tr>
      <w:tr w:rsidR="007A5E59" w14:paraId="571EB4AA" w14:textId="77777777">
        <w:trPr>
          <w:jc w:val="center"/>
        </w:trPr>
        <w:tc>
          <w:tcPr>
            <w:tcW w:w="0" w:type="auto"/>
          </w:tcPr>
          <w:p w14:paraId="1BB99ECB" w14:textId="77777777" w:rsidR="007A5E59" w:rsidRDefault="0095198F">
            <w:pPr>
              <w:jc w:val="center"/>
            </w:pPr>
            <w:r>
              <w:t>182</w:t>
            </w:r>
          </w:p>
        </w:tc>
        <w:tc>
          <w:tcPr>
            <w:tcW w:w="0" w:type="auto"/>
          </w:tcPr>
          <w:p w14:paraId="3B0D97BB" w14:textId="77777777" w:rsidR="007A5E59" w:rsidRDefault="0095198F">
            <w:r>
              <w:t>ТК-49/2 – Дзержинского 31а</w:t>
            </w:r>
          </w:p>
        </w:tc>
        <w:tc>
          <w:tcPr>
            <w:tcW w:w="0" w:type="auto"/>
          </w:tcPr>
          <w:p w14:paraId="1382AD70" w14:textId="77777777" w:rsidR="007A5E59" w:rsidRDefault="0095198F">
            <w:pPr>
              <w:jc w:val="center"/>
            </w:pPr>
            <w:r>
              <w:t>65</w:t>
            </w:r>
          </w:p>
        </w:tc>
        <w:tc>
          <w:tcPr>
            <w:tcW w:w="0" w:type="auto"/>
          </w:tcPr>
          <w:p w14:paraId="174466A0" w14:textId="77777777" w:rsidR="007A5E59" w:rsidRDefault="0095198F">
            <w:pPr>
              <w:jc w:val="center"/>
            </w:pPr>
            <w:r>
              <w:t>1985</w:t>
            </w:r>
          </w:p>
        </w:tc>
        <w:tc>
          <w:tcPr>
            <w:tcW w:w="0" w:type="auto"/>
          </w:tcPr>
          <w:p w14:paraId="3621BFCC" w14:textId="77777777" w:rsidR="007A5E59" w:rsidRDefault="0095198F">
            <w:pPr>
              <w:jc w:val="center"/>
            </w:pPr>
            <w:r>
              <w:t>46</w:t>
            </w:r>
          </w:p>
        </w:tc>
        <w:tc>
          <w:tcPr>
            <w:tcW w:w="0" w:type="auto"/>
          </w:tcPr>
          <w:p w14:paraId="47C7CD60" w14:textId="77777777" w:rsidR="007A5E59" w:rsidRDefault="0095198F">
            <w:r>
              <w:t>бесканал.</w:t>
            </w:r>
          </w:p>
        </w:tc>
      </w:tr>
      <w:tr w:rsidR="007A5E59" w14:paraId="092D197F" w14:textId="77777777">
        <w:trPr>
          <w:jc w:val="center"/>
        </w:trPr>
        <w:tc>
          <w:tcPr>
            <w:tcW w:w="0" w:type="auto"/>
          </w:tcPr>
          <w:p w14:paraId="5005C0F6" w14:textId="77777777" w:rsidR="007A5E59" w:rsidRDefault="0095198F">
            <w:pPr>
              <w:jc w:val="center"/>
            </w:pPr>
            <w:r>
              <w:t>183</w:t>
            </w:r>
          </w:p>
        </w:tc>
        <w:tc>
          <w:tcPr>
            <w:tcW w:w="0" w:type="auto"/>
          </w:tcPr>
          <w:p w14:paraId="07C88A18" w14:textId="77777777" w:rsidR="007A5E59" w:rsidRDefault="0095198F">
            <w:r>
              <w:t>ТК-49/2 – Дзержинского 31</w:t>
            </w:r>
          </w:p>
        </w:tc>
        <w:tc>
          <w:tcPr>
            <w:tcW w:w="0" w:type="auto"/>
          </w:tcPr>
          <w:p w14:paraId="33665D56" w14:textId="77777777" w:rsidR="007A5E59" w:rsidRDefault="0095198F">
            <w:pPr>
              <w:jc w:val="center"/>
            </w:pPr>
            <w:r>
              <w:t>20</w:t>
            </w:r>
          </w:p>
        </w:tc>
        <w:tc>
          <w:tcPr>
            <w:tcW w:w="0" w:type="auto"/>
          </w:tcPr>
          <w:p w14:paraId="791782EE" w14:textId="77777777" w:rsidR="007A5E59" w:rsidRDefault="0095198F">
            <w:pPr>
              <w:jc w:val="center"/>
            </w:pPr>
            <w:r>
              <w:t>1985</w:t>
            </w:r>
          </w:p>
        </w:tc>
        <w:tc>
          <w:tcPr>
            <w:tcW w:w="0" w:type="auto"/>
          </w:tcPr>
          <w:p w14:paraId="1606EABC" w14:textId="77777777" w:rsidR="007A5E59" w:rsidRDefault="0095198F">
            <w:pPr>
              <w:jc w:val="center"/>
            </w:pPr>
            <w:r>
              <w:t>13</w:t>
            </w:r>
          </w:p>
        </w:tc>
        <w:tc>
          <w:tcPr>
            <w:tcW w:w="0" w:type="auto"/>
          </w:tcPr>
          <w:p w14:paraId="2267F4F5" w14:textId="77777777" w:rsidR="007A5E59" w:rsidRDefault="0095198F">
            <w:r>
              <w:t>бесканал.</w:t>
            </w:r>
          </w:p>
        </w:tc>
      </w:tr>
      <w:tr w:rsidR="007A5E59" w14:paraId="0C9A9E32" w14:textId="77777777">
        <w:trPr>
          <w:jc w:val="center"/>
        </w:trPr>
        <w:tc>
          <w:tcPr>
            <w:tcW w:w="0" w:type="auto"/>
          </w:tcPr>
          <w:p w14:paraId="2237E359" w14:textId="77777777" w:rsidR="007A5E59" w:rsidRDefault="0095198F">
            <w:pPr>
              <w:jc w:val="center"/>
            </w:pPr>
            <w:r>
              <w:t>184</w:t>
            </w:r>
          </w:p>
        </w:tc>
        <w:tc>
          <w:tcPr>
            <w:tcW w:w="0" w:type="auto"/>
          </w:tcPr>
          <w:p w14:paraId="55198860" w14:textId="77777777" w:rsidR="007A5E59" w:rsidRDefault="0095198F">
            <w:r>
              <w:t>ТК-48 – ТК-49</w:t>
            </w:r>
          </w:p>
        </w:tc>
        <w:tc>
          <w:tcPr>
            <w:tcW w:w="0" w:type="auto"/>
          </w:tcPr>
          <w:p w14:paraId="4F91A9CF" w14:textId="77777777" w:rsidR="007A5E59" w:rsidRDefault="0095198F">
            <w:pPr>
              <w:jc w:val="center"/>
            </w:pPr>
            <w:r>
              <w:t>200</w:t>
            </w:r>
          </w:p>
        </w:tc>
        <w:tc>
          <w:tcPr>
            <w:tcW w:w="0" w:type="auto"/>
          </w:tcPr>
          <w:p w14:paraId="222C495C" w14:textId="77777777" w:rsidR="007A5E59" w:rsidRDefault="0095198F">
            <w:pPr>
              <w:jc w:val="center"/>
            </w:pPr>
            <w:r>
              <w:t>1985</w:t>
            </w:r>
          </w:p>
        </w:tc>
        <w:tc>
          <w:tcPr>
            <w:tcW w:w="0" w:type="auto"/>
          </w:tcPr>
          <w:p w14:paraId="18071C20" w14:textId="77777777" w:rsidR="007A5E59" w:rsidRDefault="0095198F">
            <w:pPr>
              <w:jc w:val="center"/>
            </w:pPr>
            <w:r>
              <w:t>51</w:t>
            </w:r>
          </w:p>
        </w:tc>
        <w:tc>
          <w:tcPr>
            <w:tcW w:w="0" w:type="auto"/>
          </w:tcPr>
          <w:p w14:paraId="63CEB8F6" w14:textId="77777777" w:rsidR="007A5E59" w:rsidRDefault="0095198F">
            <w:r>
              <w:t>бесканал.</w:t>
            </w:r>
          </w:p>
        </w:tc>
      </w:tr>
      <w:tr w:rsidR="007A5E59" w14:paraId="3ED4CA44" w14:textId="77777777">
        <w:trPr>
          <w:jc w:val="center"/>
        </w:trPr>
        <w:tc>
          <w:tcPr>
            <w:tcW w:w="0" w:type="auto"/>
          </w:tcPr>
          <w:p w14:paraId="22B39C10" w14:textId="77777777" w:rsidR="007A5E59" w:rsidRDefault="0095198F">
            <w:pPr>
              <w:jc w:val="center"/>
            </w:pPr>
            <w:r>
              <w:t>185</w:t>
            </w:r>
          </w:p>
        </w:tc>
        <w:tc>
          <w:tcPr>
            <w:tcW w:w="0" w:type="auto"/>
          </w:tcPr>
          <w:p w14:paraId="5F76D89E" w14:textId="77777777" w:rsidR="007A5E59" w:rsidRDefault="0095198F">
            <w:r>
              <w:t>ТК-47 – ТК-48</w:t>
            </w:r>
          </w:p>
        </w:tc>
        <w:tc>
          <w:tcPr>
            <w:tcW w:w="0" w:type="auto"/>
          </w:tcPr>
          <w:p w14:paraId="6D611830" w14:textId="77777777" w:rsidR="007A5E59" w:rsidRDefault="0095198F">
            <w:pPr>
              <w:jc w:val="center"/>
            </w:pPr>
            <w:r>
              <w:t>200</w:t>
            </w:r>
          </w:p>
        </w:tc>
        <w:tc>
          <w:tcPr>
            <w:tcW w:w="0" w:type="auto"/>
          </w:tcPr>
          <w:p w14:paraId="40E9CDC4" w14:textId="77777777" w:rsidR="007A5E59" w:rsidRDefault="0095198F">
            <w:pPr>
              <w:jc w:val="center"/>
            </w:pPr>
            <w:r>
              <w:t>1985</w:t>
            </w:r>
          </w:p>
        </w:tc>
        <w:tc>
          <w:tcPr>
            <w:tcW w:w="0" w:type="auto"/>
          </w:tcPr>
          <w:p w14:paraId="6487BA6F" w14:textId="77777777" w:rsidR="007A5E59" w:rsidRDefault="0095198F">
            <w:pPr>
              <w:jc w:val="center"/>
            </w:pPr>
            <w:r>
              <w:t>58</w:t>
            </w:r>
          </w:p>
        </w:tc>
        <w:tc>
          <w:tcPr>
            <w:tcW w:w="0" w:type="auto"/>
          </w:tcPr>
          <w:p w14:paraId="4608132F" w14:textId="77777777" w:rsidR="007A5E59" w:rsidRDefault="0095198F">
            <w:r>
              <w:t>бесканал.</w:t>
            </w:r>
          </w:p>
        </w:tc>
      </w:tr>
      <w:tr w:rsidR="007A5E59" w14:paraId="47304F93" w14:textId="77777777">
        <w:trPr>
          <w:jc w:val="center"/>
        </w:trPr>
        <w:tc>
          <w:tcPr>
            <w:tcW w:w="0" w:type="auto"/>
          </w:tcPr>
          <w:p w14:paraId="04606487" w14:textId="77777777" w:rsidR="007A5E59" w:rsidRDefault="0095198F">
            <w:pPr>
              <w:jc w:val="center"/>
            </w:pPr>
            <w:r>
              <w:t>186</w:t>
            </w:r>
          </w:p>
        </w:tc>
        <w:tc>
          <w:tcPr>
            <w:tcW w:w="0" w:type="auto"/>
          </w:tcPr>
          <w:p w14:paraId="00FD5003" w14:textId="77777777" w:rsidR="007A5E59" w:rsidRDefault="0095198F">
            <w:r>
              <w:t>ТК-47 – ТК-47/1</w:t>
            </w:r>
          </w:p>
        </w:tc>
        <w:tc>
          <w:tcPr>
            <w:tcW w:w="0" w:type="auto"/>
          </w:tcPr>
          <w:p w14:paraId="10F322B6" w14:textId="77777777" w:rsidR="007A5E59" w:rsidRDefault="0095198F">
            <w:pPr>
              <w:jc w:val="center"/>
            </w:pPr>
            <w:r>
              <w:t>150</w:t>
            </w:r>
          </w:p>
        </w:tc>
        <w:tc>
          <w:tcPr>
            <w:tcW w:w="0" w:type="auto"/>
          </w:tcPr>
          <w:p w14:paraId="5A876C9E" w14:textId="77777777" w:rsidR="007A5E59" w:rsidRDefault="0095198F">
            <w:pPr>
              <w:jc w:val="center"/>
            </w:pPr>
            <w:r>
              <w:t>1985</w:t>
            </w:r>
          </w:p>
        </w:tc>
        <w:tc>
          <w:tcPr>
            <w:tcW w:w="0" w:type="auto"/>
          </w:tcPr>
          <w:p w14:paraId="185EE033" w14:textId="77777777" w:rsidR="007A5E59" w:rsidRDefault="0095198F">
            <w:pPr>
              <w:jc w:val="center"/>
            </w:pPr>
            <w:r>
              <w:t>22</w:t>
            </w:r>
          </w:p>
        </w:tc>
        <w:tc>
          <w:tcPr>
            <w:tcW w:w="0" w:type="auto"/>
          </w:tcPr>
          <w:p w14:paraId="0ACBCAD0" w14:textId="77777777" w:rsidR="007A5E59" w:rsidRDefault="0095198F">
            <w:r>
              <w:t>бесканал.</w:t>
            </w:r>
          </w:p>
        </w:tc>
      </w:tr>
      <w:tr w:rsidR="007A5E59" w14:paraId="17EC6C63" w14:textId="77777777">
        <w:trPr>
          <w:jc w:val="center"/>
        </w:trPr>
        <w:tc>
          <w:tcPr>
            <w:tcW w:w="0" w:type="auto"/>
          </w:tcPr>
          <w:p w14:paraId="23699538" w14:textId="77777777" w:rsidR="007A5E59" w:rsidRDefault="0095198F">
            <w:pPr>
              <w:jc w:val="center"/>
            </w:pPr>
            <w:r>
              <w:t>187</w:t>
            </w:r>
          </w:p>
        </w:tc>
        <w:tc>
          <w:tcPr>
            <w:tcW w:w="0" w:type="auto"/>
          </w:tcPr>
          <w:p w14:paraId="248E3E84" w14:textId="77777777" w:rsidR="007A5E59" w:rsidRDefault="0095198F">
            <w:r>
              <w:t>ТК-47/1 – Дзержинского 33</w:t>
            </w:r>
          </w:p>
        </w:tc>
        <w:tc>
          <w:tcPr>
            <w:tcW w:w="0" w:type="auto"/>
          </w:tcPr>
          <w:p w14:paraId="00011823" w14:textId="77777777" w:rsidR="007A5E59" w:rsidRDefault="0095198F">
            <w:pPr>
              <w:jc w:val="center"/>
            </w:pPr>
            <w:r>
              <w:t>65</w:t>
            </w:r>
          </w:p>
        </w:tc>
        <w:tc>
          <w:tcPr>
            <w:tcW w:w="0" w:type="auto"/>
          </w:tcPr>
          <w:p w14:paraId="4507A372" w14:textId="77777777" w:rsidR="007A5E59" w:rsidRDefault="0095198F">
            <w:pPr>
              <w:jc w:val="center"/>
            </w:pPr>
            <w:r>
              <w:t>1985</w:t>
            </w:r>
          </w:p>
        </w:tc>
        <w:tc>
          <w:tcPr>
            <w:tcW w:w="0" w:type="auto"/>
          </w:tcPr>
          <w:p w14:paraId="5116371D" w14:textId="77777777" w:rsidR="007A5E59" w:rsidRDefault="0095198F">
            <w:pPr>
              <w:jc w:val="center"/>
            </w:pPr>
            <w:r>
              <w:t>10</w:t>
            </w:r>
          </w:p>
        </w:tc>
        <w:tc>
          <w:tcPr>
            <w:tcW w:w="0" w:type="auto"/>
          </w:tcPr>
          <w:p w14:paraId="5C4D2E0C" w14:textId="77777777" w:rsidR="007A5E59" w:rsidRDefault="0095198F">
            <w:r>
              <w:t>бесканал.</w:t>
            </w:r>
          </w:p>
        </w:tc>
      </w:tr>
      <w:tr w:rsidR="007A5E59" w14:paraId="5A8161FA" w14:textId="77777777">
        <w:trPr>
          <w:jc w:val="center"/>
        </w:trPr>
        <w:tc>
          <w:tcPr>
            <w:tcW w:w="0" w:type="auto"/>
          </w:tcPr>
          <w:p w14:paraId="6406C643" w14:textId="77777777" w:rsidR="007A5E59" w:rsidRDefault="0095198F">
            <w:pPr>
              <w:jc w:val="center"/>
            </w:pPr>
            <w:r>
              <w:t>188</w:t>
            </w:r>
          </w:p>
        </w:tc>
        <w:tc>
          <w:tcPr>
            <w:tcW w:w="0" w:type="auto"/>
          </w:tcPr>
          <w:p w14:paraId="72F0F04C" w14:textId="77777777" w:rsidR="007A5E59" w:rsidRDefault="0095198F">
            <w:r>
              <w:t>ТК-47/1 – Дзержинского 33 (1)</w:t>
            </w:r>
          </w:p>
        </w:tc>
        <w:tc>
          <w:tcPr>
            <w:tcW w:w="0" w:type="auto"/>
          </w:tcPr>
          <w:p w14:paraId="203F8C65" w14:textId="77777777" w:rsidR="007A5E59" w:rsidRDefault="0095198F">
            <w:pPr>
              <w:jc w:val="center"/>
            </w:pPr>
            <w:r>
              <w:t>65</w:t>
            </w:r>
          </w:p>
        </w:tc>
        <w:tc>
          <w:tcPr>
            <w:tcW w:w="0" w:type="auto"/>
          </w:tcPr>
          <w:p w14:paraId="40F9D10A" w14:textId="77777777" w:rsidR="007A5E59" w:rsidRDefault="0095198F">
            <w:pPr>
              <w:jc w:val="center"/>
            </w:pPr>
            <w:r>
              <w:t>1985</w:t>
            </w:r>
          </w:p>
        </w:tc>
        <w:tc>
          <w:tcPr>
            <w:tcW w:w="0" w:type="auto"/>
          </w:tcPr>
          <w:p w14:paraId="4AD53803" w14:textId="77777777" w:rsidR="007A5E59" w:rsidRDefault="0095198F">
            <w:pPr>
              <w:jc w:val="center"/>
            </w:pPr>
            <w:r>
              <w:t>15</w:t>
            </w:r>
          </w:p>
        </w:tc>
        <w:tc>
          <w:tcPr>
            <w:tcW w:w="0" w:type="auto"/>
          </w:tcPr>
          <w:p w14:paraId="70D29A96" w14:textId="77777777" w:rsidR="007A5E59" w:rsidRDefault="0095198F">
            <w:r>
              <w:t>бесканал.</w:t>
            </w:r>
          </w:p>
        </w:tc>
      </w:tr>
      <w:tr w:rsidR="007A5E59" w14:paraId="27A3D536" w14:textId="77777777">
        <w:trPr>
          <w:jc w:val="center"/>
        </w:trPr>
        <w:tc>
          <w:tcPr>
            <w:tcW w:w="0" w:type="auto"/>
          </w:tcPr>
          <w:p w14:paraId="3098ACD5" w14:textId="77777777" w:rsidR="007A5E59" w:rsidRDefault="0095198F">
            <w:pPr>
              <w:jc w:val="center"/>
            </w:pPr>
            <w:r>
              <w:t>189</w:t>
            </w:r>
          </w:p>
        </w:tc>
        <w:tc>
          <w:tcPr>
            <w:tcW w:w="0" w:type="auto"/>
          </w:tcPr>
          <w:p w14:paraId="6C2B2844" w14:textId="77777777" w:rsidR="007A5E59" w:rsidRDefault="0095198F">
            <w:r>
              <w:t>ТК-47/1 – Инфекционный корпус</w:t>
            </w:r>
          </w:p>
        </w:tc>
        <w:tc>
          <w:tcPr>
            <w:tcW w:w="0" w:type="auto"/>
          </w:tcPr>
          <w:p w14:paraId="4EB49E15" w14:textId="77777777" w:rsidR="007A5E59" w:rsidRDefault="0095198F">
            <w:pPr>
              <w:jc w:val="center"/>
            </w:pPr>
            <w:r>
              <w:t>80</w:t>
            </w:r>
          </w:p>
        </w:tc>
        <w:tc>
          <w:tcPr>
            <w:tcW w:w="0" w:type="auto"/>
          </w:tcPr>
          <w:p w14:paraId="02215C55" w14:textId="77777777" w:rsidR="007A5E59" w:rsidRDefault="0095198F">
            <w:pPr>
              <w:jc w:val="center"/>
            </w:pPr>
            <w:r>
              <w:t>1985</w:t>
            </w:r>
          </w:p>
        </w:tc>
        <w:tc>
          <w:tcPr>
            <w:tcW w:w="0" w:type="auto"/>
          </w:tcPr>
          <w:p w14:paraId="54DFCE0B" w14:textId="77777777" w:rsidR="007A5E59" w:rsidRDefault="0095198F">
            <w:pPr>
              <w:jc w:val="center"/>
            </w:pPr>
            <w:r>
              <w:t>63</w:t>
            </w:r>
          </w:p>
        </w:tc>
        <w:tc>
          <w:tcPr>
            <w:tcW w:w="0" w:type="auto"/>
          </w:tcPr>
          <w:p w14:paraId="28F05970" w14:textId="77777777" w:rsidR="007A5E59" w:rsidRDefault="0095198F">
            <w:r>
              <w:t>бесканал.</w:t>
            </w:r>
          </w:p>
        </w:tc>
      </w:tr>
      <w:tr w:rsidR="007A5E59" w14:paraId="4C3AC5C6" w14:textId="77777777">
        <w:trPr>
          <w:jc w:val="center"/>
        </w:trPr>
        <w:tc>
          <w:tcPr>
            <w:tcW w:w="0" w:type="auto"/>
          </w:tcPr>
          <w:p w14:paraId="533742F2" w14:textId="77777777" w:rsidR="007A5E59" w:rsidRDefault="0095198F">
            <w:pPr>
              <w:jc w:val="center"/>
            </w:pPr>
            <w:r>
              <w:t>190</w:t>
            </w:r>
          </w:p>
        </w:tc>
        <w:tc>
          <w:tcPr>
            <w:tcW w:w="0" w:type="auto"/>
          </w:tcPr>
          <w:p w14:paraId="0A101EF3" w14:textId="77777777" w:rsidR="007A5E59" w:rsidRDefault="0095198F">
            <w:r>
              <w:t>Инфекционный корпус – Хоз.корпус</w:t>
            </w:r>
          </w:p>
        </w:tc>
        <w:tc>
          <w:tcPr>
            <w:tcW w:w="0" w:type="auto"/>
          </w:tcPr>
          <w:p w14:paraId="27800C5F" w14:textId="77777777" w:rsidR="007A5E59" w:rsidRDefault="0095198F">
            <w:pPr>
              <w:jc w:val="center"/>
            </w:pPr>
            <w:r>
              <w:t>80</w:t>
            </w:r>
          </w:p>
        </w:tc>
        <w:tc>
          <w:tcPr>
            <w:tcW w:w="0" w:type="auto"/>
          </w:tcPr>
          <w:p w14:paraId="766765E9" w14:textId="77777777" w:rsidR="007A5E59" w:rsidRDefault="0095198F">
            <w:pPr>
              <w:jc w:val="center"/>
            </w:pPr>
            <w:r>
              <w:t>1985</w:t>
            </w:r>
          </w:p>
        </w:tc>
        <w:tc>
          <w:tcPr>
            <w:tcW w:w="0" w:type="auto"/>
          </w:tcPr>
          <w:p w14:paraId="77BD8DD5" w14:textId="77777777" w:rsidR="007A5E59" w:rsidRDefault="0095198F">
            <w:pPr>
              <w:jc w:val="center"/>
            </w:pPr>
            <w:r>
              <w:t>11</w:t>
            </w:r>
          </w:p>
        </w:tc>
        <w:tc>
          <w:tcPr>
            <w:tcW w:w="0" w:type="auto"/>
          </w:tcPr>
          <w:p w14:paraId="3DF71DB0" w14:textId="77777777" w:rsidR="007A5E59" w:rsidRDefault="0095198F">
            <w:r>
              <w:t>бесканал.</w:t>
            </w:r>
          </w:p>
        </w:tc>
      </w:tr>
      <w:tr w:rsidR="007A5E59" w14:paraId="784471F5" w14:textId="77777777">
        <w:trPr>
          <w:jc w:val="center"/>
        </w:trPr>
        <w:tc>
          <w:tcPr>
            <w:tcW w:w="0" w:type="auto"/>
          </w:tcPr>
          <w:p w14:paraId="05C218CC" w14:textId="77777777" w:rsidR="007A5E59" w:rsidRDefault="0095198F">
            <w:pPr>
              <w:jc w:val="center"/>
            </w:pPr>
            <w:r>
              <w:t>191</w:t>
            </w:r>
          </w:p>
        </w:tc>
        <w:tc>
          <w:tcPr>
            <w:tcW w:w="0" w:type="auto"/>
          </w:tcPr>
          <w:p w14:paraId="023DF1C0" w14:textId="77777777" w:rsidR="007A5E59" w:rsidRPr="00312815" w:rsidRDefault="0095198F">
            <w:pPr>
              <w:rPr>
                <w:lang w:val="ru-RU"/>
              </w:rPr>
            </w:pPr>
            <w:r w:rsidRPr="00312815">
              <w:rPr>
                <w:lang w:val="ru-RU"/>
              </w:rPr>
              <w:t>Тепловые сети участок ТК-47 – Дзержинского 22</w:t>
            </w:r>
          </w:p>
        </w:tc>
        <w:tc>
          <w:tcPr>
            <w:tcW w:w="0" w:type="auto"/>
          </w:tcPr>
          <w:p w14:paraId="1D70099A" w14:textId="77777777" w:rsidR="007A5E59" w:rsidRDefault="0095198F">
            <w:pPr>
              <w:jc w:val="center"/>
            </w:pPr>
            <w:r>
              <w:t>100</w:t>
            </w:r>
          </w:p>
        </w:tc>
        <w:tc>
          <w:tcPr>
            <w:tcW w:w="0" w:type="auto"/>
          </w:tcPr>
          <w:p w14:paraId="6E2D0AEC" w14:textId="77777777" w:rsidR="007A5E59" w:rsidRDefault="0095198F">
            <w:pPr>
              <w:jc w:val="center"/>
            </w:pPr>
            <w:r>
              <w:t>1985</w:t>
            </w:r>
          </w:p>
        </w:tc>
        <w:tc>
          <w:tcPr>
            <w:tcW w:w="0" w:type="auto"/>
          </w:tcPr>
          <w:p w14:paraId="5108F67F" w14:textId="77777777" w:rsidR="007A5E59" w:rsidRDefault="0095198F">
            <w:pPr>
              <w:jc w:val="center"/>
            </w:pPr>
            <w:r>
              <w:t>5</w:t>
            </w:r>
          </w:p>
        </w:tc>
        <w:tc>
          <w:tcPr>
            <w:tcW w:w="0" w:type="auto"/>
          </w:tcPr>
          <w:p w14:paraId="5FE53C3A" w14:textId="77777777" w:rsidR="007A5E59" w:rsidRDefault="0095198F">
            <w:r>
              <w:t>бесканал.</w:t>
            </w:r>
          </w:p>
        </w:tc>
      </w:tr>
      <w:tr w:rsidR="007A5E59" w14:paraId="3BFF2909" w14:textId="77777777">
        <w:trPr>
          <w:jc w:val="center"/>
        </w:trPr>
        <w:tc>
          <w:tcPr>
            <w:tcW w:w="0" w:type="auto"/>
          </w:tcPr>
          <w:p w14:paraId="74D4ABA0" w14:textId="77777777" w:rsidR="007A5E59" w:rsidRDefault="0095198F">
            <w:pPr>
              <w:jc w:val="center"/>
            </w:pPr>
            <w:r>
              <w:t>192</w:t>
            </w:r>
          </w:p>
        </w:tc>
        <w:tc>
          <w:tcPr>
            <w:tcW w:w="0" w:type="auto"/>
          </w:tcPr>
          <w:p w14:paraId="1DC9216C" w14:textId="77777777" w:rsidR="007A5E59" w:rsidRDefault="0095198F">
            <w:r>
              <w:t>ТК-47 – ТК-46</w:t>
            </w:r>
          </w:p>
        </w:tc>
        <w:tc>
          <w:tcPr>
            <w:tcW w:w="0" w:type="auto"/>
          </w:tcPr>
          <w:p w14:paraId="4813EF4C" w14:textId="77777777" w:rsidR="007A5E59" w:rsidRDefault="0095198F">
            <w:pPr>
              <w:jc w:val="center"/>
            </w:pPr>
            <w:r>
              <w:t>200</w:t>
            </w:r>
          </w:p>
        </w:tc>
        <w:tc>
          <w:tcPr>
            <w:tcW w:w="0" w:type="auto"/>
          </w:tcPr>
          <w:p w14:paraId="3FCFFFE4" w14:textId="77777777" w:rsidR="007A5E59" w:rsidRDefault="0095198F">
            <w:pPr>
              <w:jc w:val="center"/>
            </w:pPr>
            <w:r>
              <w:t>2014</w:t>
            </w:r>
          </w:p>
        </w:tc>
        <w:tc>
          <w:tcPr>
            <w:tcW w:w="0" w:type="auto"/>
          </w:tcPr>
          <w:p w14:paraId="29989A08" w14:textId="77777777" w:rsidR="007A5E59" w:rsidRDefault="0095198F">
            <w:pPr>
              <w:jc w:val="center"/>
            </w:pPr>
            <w:r>
              <w:t>82</w:t>
            </w:r>
          </w:p>
        </w:tc>
        <w:tc>
          <w:tcPr>
            <w:tcW w:w="0" w:type="auto"/>
          </w:tcPr>
          <w:p w14:paraId="5E59F454" w14:textId="77777777" w:rsidR="007A5E59" w:rsidRDefault="0095198F">
            <w:r>
              <w:t>бесканал.</w:t>
            </w:r>
          </w:p>
        </w:tc>
      </w:tr>
      <w:tr w:rsidR="007A5E59" w14:paraId="2A8B5CA6" w14:textId="77777777">
        <w:trPr>
          <w:jc w:val="center"/>
        </w:trPr>
        <w:tc>
          <w:tcPr>
            <w:tcW w:w="0" w:type="auto"/>
          </w:tcPr>
          <w:p w14:paraId="46D61509" w14:textId="77777777" w:rsidR="007A5E59" w:rsidRDefault="0095198F">
            <w:pPr>
              <w:jc w:val="center"/>
            </w:pPr>
            <w:r>
              <w:t>193</w:t>
            </w:r>
          </w:p>
        </w:tc>
        <w:tc>
          <w:tcPr>
            <w:tcW w:w="0" w:type="auto"/>
          </w:tcPr>
          <w:p w14:paraId="1DF1E126" w14:textId="77777777" w:rsidR="007A5E59" w:rsidRDefault="0095198F">
            <w:r>
              <w:t>ТК-46 – Дзержинского 21</w:t>
            </w:r>
          </w:p>
        </w:tc>
        <w:tc>
          <w:tcPr>
            <w:tcW w:w="0" w:type="auto"/>
          </w:tcPr>
          <w:p w14:paraId="63573157" w14:textId="77777777" w:rsidR="007A5E59" w:rsidRDefault="0095198F">
            <w:pPr>
              <w:jc w:val="center"/>
            </w:pPr>
            <w:r>
              <w:t>100</w:t>
            </w:r>
          </w:p>
        </w:tc>
        <w:tc>
          <w:tcPr>
            <w:tcW w:w="0" w:type="auto"/>
          </w:tcPr>
          <w:p w14:paraId="230CBBD6" w14:textId="77777777" w:rsidR="007A5E59" w:rsidRDefault="0095198F">
            <w:pPr>
              <w:jc w:val="center"/>
            </w:pPr>
            <w:r>
              <w:t>1985</w:t>
            </w:r>
          </w:p>
        </w:tc>
        <w:tc>
          <w:tcPr>
            <w:tcW w:w="0" w:type="auto"/>
          </w:tcPr>
          <w:p w14:paraId="3A8EC36E" w14:textId="77777777" w:rsidR="007A5E59" w:rsidRDefault="0095198F">
            <w:pPr>
              <w:jc w:val="center"/>
            </w:pPr>
            <w:r>
              <w:t>5</w:t>
            </w:r>
          </w:p>
        </w:tc>
        <w:tc>
          <w:tcPr>
            <w:tcW w:w="0" w:type="auto"/>
          </w:tcPr>
          <w:p w14:paraId="11EC1FC4" w14:textId="77777777" w:rsidR="007A5E59" w:rsidRDefault="0095198F">
            <w:r>
              <w:t>бесканал.</w:t>
            </w:r>
          </w:p>
        </w:tc>
      </w:tr>
      <w:tr w:rsidR="007A5E59" w14:paraId="4213729F" w14:textId="77777777">
        <w:trPr>
          <w:jc w:val="center"/>
        </w:trPr>
        <w:tc>
          <w:tcPr>
            <w:tcW w:w="0" w:type="auto"/>
          </w:tcPr>
          <w:p w14:paraId="3F6E19DB" w14:textId="77777777" w:rsidR="007A5E59" w:rsidRDefault="0095198F">
            <w:pPr>
              <w:jc w:val="center"/>
            </w:pPr>
            <w:r>
              <w:t>194</w:t>
            </w:r>
          </w:p>
        </w:tc>
        <w:tc>
          <w:tcPr>
            <w:tcW w:w="0" w:type="auto"/>
          </w:tcPr>
          <w:p w14:paraId="7DE2C052" w14:textId="77777777" w:rsidR="007A5E59" w:rsidRDefault="0095198F">
            <w:r>
              <w:t>ТК-46 – ТК-45</w:t>
            </w:r>
          </w:p>
        </w:tc>
        <w:tc>
          <w:tcPr>
            <w:tcW w:w="0" w:type="auto"/>
          </w:tcPr>
          <w:p w14:paraId="7EF8FADA" w14:textId="77777777" w:rsidR="007A5E59" w:rsidRDefault="0095198F">
            <w:pPr>
              <w:jc w:val="center"/>
            </w:pPr>
            <w:r>
              <w:t>200</w:t>
            </w:r>
          </w:p>
        </w:tc>
        <w:tc>
          <w:tcPr>
            <w:tcW w:w="0" w:type="auto"/>
          </w:tcPr>
          <w:p w14:paraId="30BC8125" w14:textId="77777777" w:rsidR="007A5E59" w:rsidRDefault="0095198F">
            <w:pPr>
              <w:jc w:val="center"/>
            </w:pPr>
            <w:r>
              <w:t>1985</w:t>
            </w:r>
          </w:p>
        </w:tc>
        <w:tc>
          <w:tcPr>
            <w:tcW w:w="0" w:type="auto"/>
          </w:tcPr>
          <w:p w14:paraId="4AB33D56" w14:textId="77777777" w:rsidR="007A5E59" w:rsidRDefault="0095198F">
            <w:pPr>
              <w:jc w:val="center"/>
            </w:pPr>
            <w:r>
              <w:t>80</w:t>
            </w:r>
          </w:p>
        </w:tc>
        <w:tc>
          <w:tcPr>
            <w:tcW w:w="0" w:type="auto"/>
          </w:tcPr>
          <w:p w14:paraId="5944DE5D" w14:textId="77777777" w:rsidR="007A5E59" w:rsidRDefault="0095198F">
            <w:r>
              <w:t>бесканал.</w:t>
            </w:r>
          </w:p>
        </w:tc>
      </w:tr>
      <w:tr w:rsidR="007A5E59" w14:paraId="760E91D2" w14:textId="77777777">
        <w:trPr>
          <w:jc w:val="center"/>
        </w:trPr>
        <w:tc>
          <w:tcPr>
            <w:tcW w:w="0" w:type="auto"/>
          </w:tcPr>
          <w:p w14:paraId="7F21199F" w14:textId="77777777" w:rsidR="007A5E59" w:rsidRDefault="0095198F">
            <w:pPr>
              <w:jc w:val="center"/>
            </w:pPr>
            <w:r>
              <w:t>195</w:t>
            </w:r>
          </w:p>
        </w:tc>
        <w:tc>
          <w:tcPr>
            <w:tcW w:w="0" w:type="auto"/>
          </w:tcPr>
          <w:p w14:paraId="33E0DD20" w14:textId="77777777" w:rsidR="007A5E59" w:rsidRDefault="0095198F">
            <w:r>
              <w:t>ТК-45 – ТК-45/1</w:t>
            </w:r>
          </w:p>
        </w:tc>
        <w:tc>
          <w:tcPr>
            <w:tcW w:w="0" w:type="auto"/>
          </w:tcPr>
          <w:p w14:paraId="548FF1E9" w14:textId="77777777" w:rsidR="007A5E59" w:rsidRDefault="0095198F">
            <w:pPr>
              <w:jc w:val="center"/>
            </w:pPr>
            <w:r>
              <w:t>150</w:t>
            </w:r>
          </w:p>
        </w:tc>
        <w:tc>
          <w:tcPr>
            <w:tcW w:w="0" w:type="auto"/>
          </w:tcPr>
          <w:p w14:paraId="314056F4" w14:textId="77777777" w:rsidR="007A5E59" w:rsidRDefault="0095198F">
            <w:pPr>
              <w:jc w:val="center"/>
            </w:pPr>
            <w:r>
              <w:t>1985</w:t>
            </w:r>
          </w:p>
        </w:tc>
        <w:tc>
          <w:tcPr>
            <w:tcW w:w="0" w:type="auto"/>
          </w:tcPr>
          <w:p w14:paraId="0C54AA48" w14:textId="77777777" w:rsidR="007A5E59" w:rsidRDefault="0095198F">
            <w:pPr>
              <w:jc w:val="center"/>
            </w:pPr>
            <w:r>
              <w:t>26</w:t>
            </w:r>
          </w:p>
        </w:tc>
        <w:tc>
          <w:tcPr>
            <w:tcW w:w="0" w:type="auto"/>
          </w:tcPr>
          <w:p w14:paraId="27154541" w14:textId="77777777" w:rsidR="007A5E59" w:rsidRDefault="0095198F">
            <w:r>
              <w:t>бесканал.</w:t>
            </w:r>
          </w:p>
        </w:tc>
      </w:tr>
      <w:tr w:rsidR="007A5E59" w14:paraId="3EE83609" w14:textId="77777777">
        <w:trPr>
          <w:jc w:val="center"/>
        </w:trPr>
        <w:tc>
          <w:tcPr>
            <w:tcW w:w="0" w:type="auto"/>
          </w:tcPr>
          <w:p w14:paraId="27FD22DF" w14:textId="77777777" w:rsidR="007A5E59" w:rsidRDefault="0095198F">
            <w:pPr>
              <w:jc w:val="center"/>
            </w:pPr>
            <w:r>
              <w:t>196</w:t>
            </w:r>
          </w:p>
        </w:tc>
        <w:tc>
          <w:tcPr>
            <w:tcW w:w="0" w:type="auto"/>
          </w:tcPr>
          <w:p w14:paraId="352F88F9" w14:textId="77777777" w:rsidR="007A5E59" w:rsidRDefault="0095198F">
            <w:r>
              <w:t>ТК-45/1 – Дзержинского 20 Б</w:t>
            </w:r>
          </w:p>
        </w:tc>
        <w:tc>
          <w:tcPr>
            <w:tcW w:w="0" w:type="auto"/>
          </w:tcPr>
          <w:p w14:paraId="7BA688A1" w14:textId="77777777" w:rsidR="007A5E59" w:rsidRDefault="0095198F">
            <w:pPr>
              <w:jc w:val="center"/>
            </w:pPr>
            <w:r>
              <w:t>25</w:t>
            </w:r>
          </w:p>
        </w:tc>
        <w:tc>
          <w:tcPr>
            <w:tcW w:w="0" w:type="auto"/>
          </w:tcPr>
          <w:p w14:paraId="3ED46FF7" w14:textId="77777777" w:rsidR="007A5E59" w:rsidRDefault="0095198F">
            <w:pPr>
              <w:jc w:val="center"/>
            </w:pPr>
            <w:r>
              <w:t>1985</w:t>
            </w:r>
          </w:p>
        </w:tc>
        <w:tc>
          <w:tcPr>
            <w:tcW w:w="0" w:type="auto"/>
          </w:tcPr>
          <w:p w14:paraId="76D82AB9" w14:textId="77777777" w:rsidR="007A5E59" w:rsidRDefault="0095198F">
            <w:pPr>
              <w:jc w:val="center"/>
            </w:pPr>
            <w:r>
              <w:t>57</w:t>
            </w:r>
          </w:p>
        </w:tc>
        <w:tc>
          <w:tcPr>
            <w:tcW w:w="0" w:type="auto"/>
          </w:tcPr>
          <w:p w14:paraId="5DEBECCC" w14:textId="77777777" w:rsidR="007A5E59" w:rsidRDefault="0095198F">
            <w:r>
              <w:t>бесканал.</w:t>
            </w:r>
          </w:p>
        </w:tc>
      </w:tr>
      <w:tr w:rsidR="007A5E59" w14:paraId="31F35D3F" w14:textId="77777777">
        <w:trPr>
          <w:jc w:val="center"/>
        </w:trPr>
        <w:tc>
          <w:tcPr>
            <w:tcW w:w="0" w:type="auto"/>
          </w:tcPr>
          <w:p w14:paraId="6D6DCEA2" w14:textId="77777777" w:rsidR="007A5E59" w:rsidRDefault="0095198F">
            <w:pPr>
              <w:jc w:val="center"/>
            </w:pPr>
            <w:r>
              <w:t>197</w:t>
            </w:r>
          </w:p>
        </w:tc>
        <w:tc>
          <w:tcPr>
            <w:tcW w:w="0" w:type="auto"/>
          </w:tcPr>
          <w:p w14:paraId="289D151D" w14:textId="77777777" w:rsidR="007A5E59" w:rsidRDefault="0095198F">
            <w:r>
              <w:t>ТК-45/2 – Гаражи Таштагольской ЦРБ</w:t>
            </w:r>
          </w:p>
        </w:tc>
        <w:tc>
          <w:tcPr>
            <w:tcW w:w="0" w:type="auto"/>
          </w:tcPr>
          <w:p w14:paraId="2D3FC18B" w14:textId="77777777" w:rsidR="007A5E59" w:rsidRDefault="0095198F">
            <w:pPr>
              <w:jc w:val="center"/>
            </w:pPr>
            <w:r>
              <w:t>40</w:t>
            </w:r>
          </w:p>
        </w:tc>
        <w:tc>
          <w:tcPr>
            <w:tcW w:w="0" w:type="auto"/>
          </w:tcPr>
          <w:p w14:paraId="01F0BA55" w14:textId="77777777" w:rsidR="007A5E59" w:rsidRDefault="0095198F">
            <w:pPr>
              <w:jc w:val="center"/>
            </w:pPr>
            <w:r>
              <w:t>1985</w:t>
            </w:r>
          </w:p>
        </w:tc>
        <w:tc>
          <w:tcPr>
            <w:tcW w:w="0" w:type="auto"/>
          </w:tcPr>
          <w:p w14:paraId="0B28F146" w14:textId="77777777" w:rsidR="007A5E59" w:rsidRDefault="0095198F">
            <w:pPr>
              <w:jc w:val="center"/>
            </w:pPr>
            <w:r>
              <w:t>18</w:t>
            </w:r>
          </w:p>
        </w:tc>
        <w:tc>
          <w:tcPr>
            <w:tcW w:w="0" w:type="auto"/>
          </w:tcPr>
          <w:p w14:paraId="3CBCCC38" w14:textId="77777777" w:rsidR="007A5E59" w:rsidRDefault="0095198F">
            <w:r>
              <w:t>бесканал.</w:t>
            </w:r>
          </w:p>
        </w:tc>
      </w:tr>
      <w:tr w:rsidR="007A5E59" w14:paraId="4834086F" w14:textId="77777777">
        <w:trPr>
          <w:jc w:val="center"/>
        </w:trPr>
        <w:tc>
          <w:tcPr>
            <w:tcW w:w="0" w:type="auto"/>
          </w:tcPr>
          <w:p w14:paraId="604D0D6E" w14:textId="77777777" w:rsidR="007A5E59" w:rsidRDefault="0095198F">
            <w:pPr>
              <w:jc w:val="center"/>
            </w:pPr>
            <w:r>
              <w:t>198</w:t>
            </w:r>
          </w:p>
        </w:tc>
        <w:tc>
          <w:tcPr>
            <w:tcW w:w="0" w:type="auto"/>
          </w:tcPr>
          <w:p w14:paraId="0709231C" w14:textId="77777777" w:rsidR="007A5E59" w:rsidRDefault="0095198F">
            <w:r>
              <w:t>ТК-45 – ТК-44</w:t>
            </w:r>
          </w:p>
        </w:tc>
        <w:tc>
          <w:tcPr>
            <w:tcW w:w="0" w:type="auto"/>
          </w:tcPr>
          <w:p w14:paraId="04949D1A" w14:textId="77777777" w:rsidR="007A5E59" w:rsidRDefault="0095198F">
            <w:pPr>
              <w:jc w:val="center"/>
            </w:pPr>
            <w:r>
              <w:t>200</w:t>
            </w:r>
          </w:p>
        </w:tc>
        <w:tc>
          <w:tcPr>
            <w:tcW w:w="0" w:type="auto"/>
          </w:tcPr>
          <w:p w14:paraId="545B9D33" w14:textId="77777777" w:rsidR="007A5E59" w:rsidRDefault="0095198F">
            <w:pPr>
              <w:jc w:val="center"/>
            </w:pPr>
            <w:r>
              <w:t>1985</w:t>
            </w:r>
          </w:p>
        </w:tc>
        <w:tc>
          <w:tcPr>
            <w:tcW w:w="0" w:type="auto"/>
          </w:tcPr>
          <w:p w14:paraId="59AA948D" w14:textId="77777777" w:rsidR="007A5E59" w:rsidRDefault="0095198F">
            <w:pPr>
              <w:jc w:val="center"/>
            </w:pPr>
            <w:r>
              <w:t>30</w:t>
            </w:r>
          </w:p>
        </w:tc>
        <w:tc>
          <w:tcPr>
            <w:tcW w:w="0" w:type="auto"/>
          </w:tcPr>
          <w:p w14:paraId="0011DC10" w14:textId="77777777" w:rsidR="007A5E59" w:rsidRDefault="0095198F">
            <w:r>
              <w:t>бесканал.</w:t>
            </w:r>
          </w:p>
        </w:tc>
      </w:tr>
      <w:tr w:rsidR="007A5E59" w14:paraId="1C1C6239" w14:textId="77777777">
        <w:trPr>
          <w:jc w:val="center"/>
        </w:trPr>
        <w:tc>
          <w:tcPr>
            <w:tcW w:w="0" w:type="auto"/>
          </w:tcPr>
          <w:p w14:paraId="0F347421" w14:textId="77777777" w:rsidR="007A5E59" w:rsidRDefault="0095198F">
            <w:pPr>
              <w:jc w:val="center"/>
            </w:pPr>
            <w:r>
              <w:t>199</w:t>
            </w:r>
          </w:p>
        </w:tc>
        <w:tc>
          <w:tcPr>
            <w:tcW w:w="0" w:type="auto"/>
          </w:tcPr>
          <w:p w14:paraId="6A57C305" w14:textId="77777777" w:rsidR="007A5E59" w:rsidRDefault="0095198F">
            <w:r>
              <w:t>ТК-44 – Дзержинского 20</w:t>
            </w:r>
          </w:p>
        </w:tc>
        <w:tc>
          <w:tcPr>
            <w:tcW w:w="0" w:type="auto"/>
          </w:tcPr>
          <w:p w14:paraId="43E17706" w14:textId="77777777" w:rsidR="007A5E59" w:rsidRDefault="0095198F">
            <w:pPr>
              <w:jc w:val="center"/>
            </w:pPr>
            <w:r>
              <w:t>100</w:t>
            </w:r>
          </w:p>
        </w:tc>
        <w:tc>
          <w:tcPr>
            <w:tcW w:w="0" w:type="auto"/>
          </w:tcPr>
          <w:p w14:paraId="3BA003B6" w14:textId="77777777" w:rsidR="007A5E59" w:rsidRDefault="0095198F">
            <w:pPr>
              <w:jc w:val="center"/>
            </w:pPr>
            <w:r>
              <w:t>1985</w:t>
            </w:r>
          </w:p>
        </w:tc>
        <w:tc>
          <w:tcPr>
            <w:tcW w:w="0" w:type="auto"/>
          </w:tcPr>
          <w:p w14:paraId="04BB317E" w14:textId="77777777" w:rsidR="007A5E59" w:rsidRDefault="0095198F">
            <w:pPr>
              <w:jc w:val="center"/>
            </w:pPr>
            <w:r>
              <w:t>3</w:t>
            </w:r>
          </w:p>
        </w:tc>
        <w:tc>
          <w:tcPr>
            <w:tcW w:w="0" w:type="auto"/>
          </w:tcPr>
          <w:p w14:paraId="1C66501E" w14:textId="77777777" w:rsidR="007A5E59" w:rsidRDefault="0095198F">
            <w:r>
              <w:t>бесканал.</w:t>
            </w:r>
          </w:p>
        </w:tc>
      </w:tr>
      <w:tr w:rsidR="007A5E59" w14:paraId="0DC63379" w14:textId="77777777">
        <w:trPr>
          <w:jc w:val="center"/>
        </w:trPr>
        <w:tc>
          <w:tcPr>
            <w:tcW w:w="0" w:type="auto"/>
          </w:tcPr>
          <w:p w14:paraId="07F0D796" w14:textId="77777777" w:rsidR="007A5E59" w:rsidRDefault="0095198F">
            <w:pPr>
              <w:jc w:val="center"/>
            </w:pPr>
            <w:r>
              <w:t>200</w:t>
            </w:r>
          </w:p>
        </w:tc>
        <w:tc>
          <w:tcPr>
            <w:tcW w:w="0" w:type="auto"/>
          </w:tcPr>
          <w:p w14:paraId="3D8B55C8" w14:textId="77777777" w:rsidR="007A5E59" w:rsidRDefault="0095198F">
            <w:r>
              <w:t>ТК-44 – Киоски</w:t>
            </w:r>
          </w:p>
        </w:tc>
        <w:tc>
          <w:tcPr>
            <w:tcW w:w="0" w:type="auto"/>
          </w:tcPr>
          <w:p w14:paraId="2566ADA7" w14:textId="77777777" w:rsidR="007A5E59" w:rsidRDefault="0095198F">
            <w:pPr>
              <w:jc w:val="center"/>
            </w:pPr>
            <w:r>
              <w:t>25</w:t>
            </w:r>
          </w:p>
        </w:tc>
        <w:tc>
          <w:tcPr>
            <w:tcW w:w="0" w:type="auto"/>
          </w:tcPr>
          <w:p w14:paraId="6F20AAE5" w14:textId="77777777" w:rsidR="007A5E59" w:rsidRDefault="0095198F">
            <w:pPr>
              <w:jc w:val="center"/>
            </w:pPr>
            <w:r>
              <w:t>1985</w:t>
            </w:r>
          </w:p>
        </w:tc>
        <w:tc>
          <w:tcPr>
            <w:tcW w:w="0" w:type="auto"/>
          </w:tcPr>
          <w:p w14:paraId="5348FB1E" w14:textId="77777777" w:rsidR="007A5E59" w:rsidRDefault="0095198F">
            <w:pPr>
              <w:jc w:val="center"/>
            </w:pPr>
            <w:r>
              <w:t>8</w:t>
            </w:r>
          </w:p>
        </w:tc>
        <w:tc>
          <w:tcPr>
            <w:tcW w:w="0" w:type="auto"/>
          </w:tcPr>
          <w:p w14:paraId="31D68557" w14:textId="77777777" w:rsidR="007A5E59" w:rsidRDefault="0095198F">
            <w:r>
              <w:t>бесканал.</w:t>
            </w:r>
          </w:p>
        </w:tc>
      </w:tr>
      <w:tr w:rsidR="007A5E59" w14:paraId="5095E0C2" w14:textId="77777777">
        <w:trPr>
          <w:jc w:val="center"/>
        </w:trPr>
        <w:tc>
          <w:tcPr>
            <w:tcW w:w="0" w:type="auto"/>
          </w:tcPr>
          <w:p w14:paraId="07B16CC5" w14:textId="77777777" w:rsidR="007A5E59" w:rsidRDefault="0095198F">
            <w:pPr>
              <w:jc w:val="center"/>
            </w:pPr>
            <w:r>
              <w:t>201</w:t>
            </w:r>
          </w:p>
        </w:tc>
        <w:tc>
          <w:tcPr>
            <w:tcW w:w="0" w:type="auto"/>
          </w:tcPr>
          <w:p w14:paraId="3CA683CE" w14:textId="77777777" w:rsidR="007A5E59" w:rsidRDefault="0095198F">
            <w:r>
              <w:t>Киоски – Общетсвенный туалет</w:t>
            </w:r>
          </w:p>
        </w:tc>
        <w:tc>
          <w:tcPr>
            <w:tcW w:w="0" w:type="auto"/>
          </w:tcPr>
          <w:p w14:paraId="5B1B3F30" w14:textId="77777777" w:rsidR="007A5E59" w:rsidRDefault="0095198F">
            <w:pPr>
              <w:jc w:val="center"/>
            </w:pPr>
            <w:r>
              <w:t>25</w:t>
            </w:r>
          </w:p>
        </w:tc>
        <w:tc>
          <w:tcPr>
            <w:tcW w:w="0" w:type="auto"/>
          </w:tcPr>
          <w:p w14:paraId="3F540DF9" w14:textId="77777777" w:rsidR="007A5E59" w:rsidRDefault="0095198F">
            <w:pPr>
              <w:jc w:val="center"/>
            </w:pPr>
            <w:r>
              <w:t>2004</w:t>
            </w:r>
          </w:p>
        </w:tc>
        <w:tc>
          <w:tcPr>
            <w:tcW w:w="0" w:type="auto"/>
          </w:tcPr>
          <w:p w14:paraId="16A8D4C3" w14:textId="77777777" w:rsidR="007A5E59" w:rsidRDefault="0095198F">
            <w:pPr>
              <w:jc w:val="center"/>
            </w:pPr>
            <w:r>
              <w:t>10</w:t>
            </w:r>
          </w:p>
        </w:tc>
        <w:tc>
          <w:tcPr>
            <w:tcW w:w="0" w:type="auto"/>
          </w:tcPr>
          <w:p w14:paraId="65F7055E" w14:textId="77777777" w:rsidR="007A5E59" w:rsidRDefault="0095198F">
            <w:r>
              <w:t>бесканал.</w:t>
            </w:r>
          </w:p>
        </w:tc>
      </w:tr>
      <w:tr w:rsidR="007A5E59" w14:paraId="02433C4D" w14:textId="77777777">
        <w:trPr>
          <w:jc w:val="center"/>
        </w:trPr>
        <w:tc>
          <w:tcPr>
            <w:tcW w:w="0" w:type="auto"/>
          </w:tcPr>
          <w:p w14:paraId="20DC44C0" w14:textId="77777777" w:rsidR="007A5E59" w:rsidRDefault="0095198F">
            <w:pPr>
              <w:jc w:val="center"/>
            </w:pPr>
            <w:r>
              <w:t>202</w:t>
            </w:r>
          </w:p>
        </w:tc>
        <w:tc>
          <w:tcPr>
            <w:tcW w:w="0" w:type="auto"/>
          </w:tcPr>
          <w:p w14:paraId="3D463E29" w14:textId="77777777" w:rsidR="007A5E59" w:rsidRDefault="0095198F">
            <w:r>
              <w:t>ТК-41а – ТК-44</w:t>
            </w:r>
          </w:p>
        </w:tc>
        <w:tc>
          <w:tcPr>
            <w:tcW w:w="0" w:type="auto"/>
          </w:tcPr>
          <w:p w14:paraId="4ACB7E84" w14:textId="77777777" w:rsidR="007A5E59" w:rsidRDefault="0095198F">
            <w:pPr>
              <w:jc w:val="center"/>
            </w:pPr>
            <w:r>
              <w:t>200</w:t>
            </w:r>
          </w:p>
        </w:tc>
        <w:tc>
          <w:tcPr>
            <w:tcW w:w="0" w:type="auto"/>
          </w:tcPr>
          <w:p w14:paraId="7BC15CB3" w14:textId="77777777" w:rsidR="007A5E59" w:rsidRDefault="0095198F">
            <w:pPr>
              <w:jc w:val="center"/>
            </w:pPr>
            <w:r>
              <w:t>2004</w:t>
            </w:r>
          </w:p>
        </w:tc>
        <w:tc>
          <w:tcPr>
            <w:tcW w:w="0" w:type="auto"/>
          </w:tcPr>
          <w:p w14:paraId="440E3B8F" w14:textId="77777777" w:rsidR="007A5E59" w:rsidRDefault="0095198F">
            <w:pPr>
              <w:jc w:val="center"/>
            </w:pPr>
            <w:r>
              <w:t>125</w:t>
            </w:r>
          </w:p>
        </w:tc>
        <w:tc>
          <w:tcPr>
            <w:tcW w:w="0" w:type="auto"/>
          </w:tcPr>
          <w:p w14:paraId="710FB297" w14:textId="77777777" w:rsidR="007A5E59" w:rsidRDefault="0095198F">
            <w:r>
              <w:t>бесканал.</w:t>
            </w:r>
          </w:p>
        </w:tc>
      </w:tr>
      <w:tr w:rsidR="007A5E59" w14:paraId="621AAB60" w14:textId="77777777">
        <w:trPr>
          <w:jc w:val="center"/>
        </w:trPr>
        <w:tc>
          <w:tcPr>
            <w:tcW w:w="0" w:type="auto"/>
          </w:tcPr>
          <w:p w14:paraId="686D09BF" w14:textId="77777777" w:rsidR="007A5E59" w:rsidRDefault="0095198F">
            <w:pPr>
              <w:jc w:val="center"/>
            </w:pPr>
            <w:r>
              <w:t>203</w:t>
            </w:r>
          </w:p>
        </w:tc>
        <w:tc>
          <w:tcPr>
            <w:tcW w:w="0" w:type="auto"/>
          </w:tcPr>
          <w:p w14:paraId="3A1BD1EF" w14:textId="77777777" w:rsidR="007A5E59" w:rsidRDefault="0095198F">
            <w:r>
              <w:t>ТК-41а – Дзержинского 20/1</w:t>
            </w:r>
          </w:p>
        </w:tc>
        <w:tc>
          <w:tcPr>
            <w:tcW w:w="0" w:type="auto"/>
          </w:tcPr>
          <w:p w14:paraId="58519DBB" w14:textId="77777777" w:rsidR="007A5E59" w:rsidRDefault="0095198F">
            <w:pPr>
              <w:jc w:val="center"/>
            </w:pPr>
            <w:r>
              <w:t>150</w:t>
            </w:r>
          </w:p>
        </w:tc>
        <w:tc>
          <w:tcPr>
            <w:tcW w:w="0" w:type="auto"/>
          </w:tcPr>
          <w:p w14:paraId="4E1CFBF4" w14:textId="77777777" w:rsidR="007A5E59" w:rsidRDefault="0095198F">
            <w:pPr>
              <w:jc w:val="center"/>
            </w:pPr>
            <w:r>
              <w:t>2004</w:t>
            </w:r>
          </w:p>
        </w:tc>
        <w:tc>
          <w:tcPr>
            <w:tcW w:w="0" w:type="auto"/>
          </w:tcPr>
          <w:p w14:paraId="48FAA47E" w14:textId="77777777" w:rsidR="007A5E59" w:rsidRDefault="0095198F">
            <w:pPr>
              <w:jc w:val="center"/>
            </w:pPr>
            <w:r>
              <w:t>9</w:t>
            </w:r>
          </w:p>
        </w:tc>
        <w:tc>
          <w:tcPr>
            <w:tcW w:w="0" w:type="auto"/>
          </w:tcPr>
          <w:p w14:paraId="52856258" w14:textId="77777777" w:rsidR="007A5E59" w:rsidRDefault="0095198F">
            <w:r>
              <w:t>бесканал.</w:t>
            </w:r>
          </w:p>
        </w:tc>
      </w:tr>
      <w:tr w:rsidR="007A5E59" w14:paraId="4A5BB79F" w14:textId="77777777">
        <w:trPr>
          <w:jc w:val="center"/>
        </w:trPr>
        <w:tc>
          <w:tcPr>
            <w:tcW w:w="0" w:type="auto"/>
          </w:tcPr>
          <w:p w14:paraId="342D60CF" w14:textId="77777777" w:rsidR="007A5E59" w:rsidRDefault="0095198F">
            <w:pPr>
              <w:jc w:val="center"/>
            </w:pPr>
            <w:r>
              <w:t>204</w:t>
            </w:r>
          </w:p>
        </w:tc>
        <w:tc>
          <w:tcPr>
            <w:tcW w:w="0" w:type="auto"/>
          </w:tcPr>
          <w:p w14:paraId="4BE7C45C" w14:textId="77777777" w:rsidR="007A5E59" w:rsidRDefault="0095198F">
            <w:r>
              <w:t>Дзержинского 20/1 – Дзержинского 21/1</w:t>
            </w:r>
          </w:p>
        </w:tc>
        <w:tc>
          <w:tcPr>
            <w:tcW w:w="0" w:type="auto"/>
          </w:tcPr>
          <w:p w14:paraId="1564CB20" w14:textId="77777777" w:rsidR="007A5E59" w:rsidRDefault="0095198F">
            <w:pPr>
              <w:jc w:val="center"/>
            </w:pPr>
            <w:r>
              <w:t>150</w:t>
            </w:r>
          </w:p>
        </w:tc>
        <w:tc>
          <w:tcPr>
            <w:tcW w:w="0" w:type="auto"/>
          </w:tcPr>
          <w:p w14:paraId="56D14BF6" w14:textId="77777777" w:rsidR="007A5E59" w:rsidRDefault="0095198F">
            <w:pPr>
              <w:jc w:val="center"/>
            </w:pPr>
            <w:r>
              <w:t>2004</w:t>
            </w:r>
          </w:p>
        </w:tc>
        <w:tc>
          <w:tcPr>
            <w:tcW w:w="0" w:type="auto"/>
          </w:tcPr>
          <w:p w14:paraId="365C0531" w14:textId="77777777" w:rsidR="007A5E59" w:rsidRDefault="0095198F">
            <w:pPr>
              <w:jc w:val="center"/>
            </w:pPr>
            <w:r>
              <w:t>119</w:t>
            </w:r>
          </w:p>
        </w:tc>
        <w:tc>
          <w:tcPr>
            <w:tcW w:w="0" w:type="auto"/>
          </w:tcPr>
          <w:p w14:paraId="03400711" w14:textId="77777777" w:rsidR="007A5E59" w:rsidRDefault="0095198F">
            <w:r>
              <w:t>бесканал.</w:t>
            </w:r>
          </w:p>
        </w:tc>
      </w:tr>
      <w:tr w:rsidR="007A5E59" w14:paraId="3295FFEA" w14:textId="77777777">
        <w:trPr>
          <w:jc w:val="center"/>
        </w:trPr>
        <w:tc>
          <w:tcPr>
            <w:tcW w:w="0" w:type="auto"/>
          </w:tcPr>
          <w:p w14:paraId="3BA01B31" w14:textId="77777777" w:rsidR="007A5E59" w:rsidRDefault="0095198F">
            <w:pPr>
              <w:jc w:val="center"/>
            </w:pPr>
            <w:r>
              <w:t>205</w:t>
            </w:r>
          </w:p>
        </w:tc>
        <w:tc>
          <w:tcPr>
            <w:tcW w:w="0" w:type="auto"/>
          </w:tcPr>
          <w:p w14:paraId="083FFBC6" w14:textId="77777777" w:rsidR="007A5E59" w:rsidRDefault="0095198F">
            <w:r>
              <w:t>ТК-41/9 – ТК-41а</w:t>
            </w:r>
          </w:p>
        </w:tc>
        <w:tc>
          <w:tcPr>
            <w:tcW w:w="0" w:type="auto"/>
          </w:tcPr>
          <w:p w14:paraId="19AA8DA9" w14:textId="77777777" w:rsidR="007A5E59" w:rsidRDefault="0095198F">
            <w:pPr>
              <w:jc w:val="center"/>
            </w:pPr>
            <w:r>
              <w:t>250</w:t>
            </w:r>
          </w:p>
        </w:tc>
        <w:tc>
          <w:tcPr>
            <w:tcW w:w="0" w:type="auto"/>
          </w:tcPr>
          <w:p w14:paraId="3F093EBF" w14:textId="77777777" w:rsidR="007A5E59" w:rsidRDefault="0095198F">
            <w:pPr>
              <w:jc w:val="center"/>
            </w:pPr>
            <w:r>
              <w:t>2004</w:t>
            </w:r>
          </w:p>
        </w:tc>
        <w:tc>
          <w:tcPr>
            <w:tcW w:w="0" w:type="auto"/>
          </w:tcPr>
          <w:p w14:paraId="60B9019F" w14:textId="77777777" w:rsidR="007A5E59" w:rsidRDefault="0095198F">
            <w:pPr>
              <w:jc w:val="center"/>
            </w:pPr>
            <w:r>
              <w:t>40</w:t>
            </w:r>
          </w:p>
        </w:tc>
        <w:tc>
          <w:tcPr>
            <w:tcW w:w="0" w:type="auto"/>
          </w:tcPr>
          <w:p w14:paraId="3480219B" w14:textId="77777777" w:rsidR="007A5E59" w:rsidRDefault="0095198F">
            <w:r>
              <w:t>бесканал.</w:t>
            </w:r>
          </w:p>
        </w:tc>
      </w:tr>
      <w:tr w:rsidR="007A5E59" w14:paraId="0874F337" w14:textId="77777777">
        <w:trPr>
          <w:jc w:val="center"/>
        </w:trPr>
        <w:tc>
          <w:tcPr>
            <w:tcW w:w="0" w:type="auto"/>
          </w:tcPr>
          <w:p w14:paraId="3F878E39" w14:textId="77777777" w:rsidR="007A5E59" w:rsidRDefault="0095198F">
            <w:pPr>
              <w:jc w:val="center"/>
            </w:pPr>
            <w:r>
              <w:t>206</w:t>
            </w:r>
          </w:p>
        </w:tc>
        <w:tc>
          <w:tcPr>
            <w:tcW w:w="0" w:type="auto"/>
          </w:tcPr>
          <w:p w14:paraId="4E67EEDB" w14:textId="77777777" w:rsidR="007A5E59" w:rsidRDefault="0095198F">
            <w:r>
              <w:t>ТК-41/9А – Дзержинского 48</w:t>
            </w:r>
          </w:p>
        </w:tc>
        <w:tc>
          <w:tcPr>
            <w:tcW w:w="0" w:type="auto"/>
          </w:tcPr>
          <w:p w14:paraId="044332B6" w14:textId="77777777" w:rsidR="007A5E59" w:rsidRDefault="0095198F">
            <w:pPr>
              <w:jc w:val="center"/>
            </w:pPr>
            <w:r>
              <w:t>25</w:t>
            </w:r>
          </w:p>
        </w:tc>
        <w:tc>
          <w:tcPr>
            <w:tcW w:w="0" w:type="auto"/>
          </w:tcPr>
          <w:p w14:paraId="20FD19DB" w14:textId="77777777" w:rsidR="007A5E59" w:rsidRDefault="0095198F">
            <w:pPr>
              <w:jc w:val="center"/>
            </w:pPr>
            <w:r>
              <w:t>2004</w:t>
            </w:r>
          </w:p>
        </w:tc>
        <w:tc>
          <w:tcPr>
            <w:tcW w:w="0" w:type="auto"/>
          </w:tcPr>
          <w:p w14:paraId="28D5A0B4" w14:textId="77777777" w:rsidR="007A5E59" w:rsidRDefault="0095198F">
            <w:pPr>
              <w:jc w:val="center"/>
            </w:pPr>
            <w:r>
              <w:t>10</w:t>
            </w:r>
          </w:p>
        </w:tc>
        <w:tc>
          <w:tcPr>
            <w:tcW w:w="0" w:type="auto"/>
          </w:tcPr>
          <w:p w14:paraId="2682F16F" w14:textId="77777777" w:rsidR="007A5E59" w:rsidRDefault="0095198F">
            <w:r>
              <w:t>бесканал.</w:t>
            </w:r>
          </w:p>
        </w:tc>
      </w:tr>
      <w:tr w:rsidR="007A5E59" w14:paraId="0F6CF963" w14:textId="77777777">
        <w:trPr>
          <w:jc w:val="center"/>
        </w:trPr>
        <w:tc>
          <w:tcPr>
            <w:tcW w:w="0" w:type="auto"/>
          </w:tcPr>
          <w:p w14:paraId="09A327D3" w14:textId="77777777" w:rsidR="007A5E59" w:rsidRDefault="0095198F">
            <w:pPr>
              <w:jc w:val="center"/>
            </w:pPr>
            <w:r>
              <w:t>207</w:t>
            </w:r>
          </w:p>
        </w:tc>
        <w:tc>
          <w:tcPr>
            <w:tcW w:w="0" w:type="auto"/>
          </w:tcPr>
          <w:p w14:paraId="533B8EE3" w14:textId="77777777" w:rsidR="007A5E59" w:rsidRDefault="0095198F">
            <w:r>
              <w:t>ТК-41/9А – ТК-41/9Б</w:t>
            </w:r>
          </w:p>
        </w:tc>
        <w:tc>
          <w:tcPr>
            <w:tcW w:w="0" w:type="auto"/>
          </w:tcPr>
          <w:p w14:paraId="2EE56E03" w14:textId="77777777" w:rsidR="007A5E59" w:rsidRDefault="0095198F">
            <w:pPr>
              <w:jc w:val="center"/>
            </w:pPr>
            <w:r>
              <w:t>65</w:t>
            </w:r>
          </w:p>
        </w:tc>
        <w:tc>
          <w:tcPr>
            <w:tcW w:w="0" w:type="auto"/>
          </w:tcPr>
          <w:p w14:paraId="32BA30DF" w14:textId="77777777" w:rsidR="007A5E59" w:rsidRDefault="0095198F">
            <w:pPr>
              <w:jc w:val="center"/>
            </w:pPr>
            <w:r>
              <w:t>2004</w:t>
            </w:r>
          </w:p>
        </w:tc>
        <w:tc>
          <w:tcPr>
            <w:tcW w:w="0" w:type="auto"/>
          </w:tcPr>
          <w:p w14:paraId="2BF1B54D" w14:textId="77777777" w:rsidR="007A5E59" w:rsidRDefault="0095198F">
            <w:pPr>
              <w:jc w:val="center"/>
            </w:pPr>
            <w:r>
              <w:t>27</w:t>
            </w:r>
          </w:p>
        </w:tc>
        <w:tc>
          <w:tcPr>
            <w:tcW w:w="0" w:type="auto"/>
          </w:tcPr>
          <w:p w14:paraId="72C52017" w14:textId="77777777" w:rsidR="007A5E59" w:rsidRDefault="0095198F">
            <w:r>
              <w:t>бесканал.</w:t>
            </w:r>
          </w:p>
        </w:tc>
      </w:tr>
      <w:tr w:rsidR="007A5E59" w14:paraId="6BA17DFF" w14:textId="77777777">
        <w:trPr>
          <w:jc w:val="center"/>
        </w:trPr>
        <w:tc>
          <w:tcPr>
            <w:tcW w:w="0" w:type="auto"/>
          </w:tcPr>
          <w:p w14:paraId="62A7F526" w14:textId="77777777" w:rsidR="007A5E59" w:rsidRDefault="0095198F">
            <w:pPr>
              <w:jc w:val="center"/>
            </w:pPr>
            <w:r>
              <w:t>208</w:t>
            </w:r>
          </w:p>
        </w:tc>
        <w:tc>
          <w:tcPr>
            <w:tcW w:w="0" w:type="auto"/>
          </w:tcPr>
          <w:p w14:paraId="607496C2" w14:textId="77777777" w:rsidR="007A5E59" w:rsidRDefault="0095198F">
            <w:r>
              <w:t>ТК-41/9Б-1 – Дзержинского 40</w:t>
            </w:r>
          </w:p>
        </w:tc>
        <w:tc>
          <w:tcPr>
            <w:tcW w:w="0" w:type="auto"/>
          </w:tcPr>
          <w:p w14:paraId="73C87627" w14:textId="77777777" w:rsidR="007A5E59" w:rsidRDefault="0095198F">
            <w:pPr>
              <w:jc w:val="center"/>
            </w:pPr>
            <w:r>
              <w:t>40</w:t>
            </w:r>
          </w:p>
        </w:tc>
        <w:tc>
          <w:tcPr>
            <w:tcW w:w="0" w:type="auto"/>
          </w:tcPr>
          <w:p w14:paraId="6C69A2A9" w14:textId="77777777" w:rsidR="007A5E59" w:rsidRDefault="0095198F">
            <w:pPr>
              <w:jc w:val="center"/>
            </w:pPr>
            <w:r>
              <w:t>2004</w:t>
            </w:r>
          </w:p>
        </w:tc>
        <w:tc>
          <w:tcPr>
            <w:tcW w:w="0" w:type="auto"/>
          </w:tcPr>
          <w:p w14:paraId="2B922E33" w14:textId="77777777" w:rsidR="007A5E59" w:rsidRDefault="0095198F">
            <w:pPr>
              <w:jc w:val="center"/>
            </w:pPr>
            <w:r>
              <w:t>17</w:t>
            </w:r>
          </w:p>
        </w:tc>
        <w:tc>
          <w:tcPr>
            <w:tcW w:w="0" w:type="auto"/>
          </w:tcPr>
          <w:p w14:paraId="2203174C" w14:textId="77777777" w:rsidR="007A5E59" w:rsidRDefault="0095198F">
            <w:r>
              <w:t>бесканал.</w:t>
            </w:r>
          </w:p>
        </w:tc>
      </w:tr>
      <w:tr w:rsidR="007A5E59" w14:paraId="7885FCE3" w14:textId="77777777">
        <w:trPr>
          <w:jc w:val="center"/>
        </w:trPr>
        <w:tc>
          <w:tcPr>
            <w:tcW w:w="0" w:type="auto"/>
          </w:tcPr>
          <w:p w14:paraId="2D6B931A" w14:textId="77777777" w:rsidR="007A5E59" w:rsidRDefault="0095198F">
            <w:pPr>
              <w:jc w:val="center"/>
            </w:pPr>
            <w:r>
              <w:t>209</w:t>
            </w:r>
          </w:p>
        </w:tc>
        <w:tc>
          <w:tcPr>
            <w:tcW w:w="0" w:type="auto"/>
          </w:tcPr>
          <w:p w14:paraId="12F722D7" w14:textId="77777777" w:rsidR="007A5E59" w:rsidRDefault="0095198F">
            <w:r>
              <w:t>ТК-41/9Б-1 – Дзержинского 39</w:t>
            </w:r>
          </w:p>
        </w:tc>
        <w:tc>
          <w:tcPr>
            <w:tcW w:w="0" w:type="auto"/>
          </w:tcPr>
          <w:p w14:paraId="2E005624" w14:textId="77777777" w:rsidR="007A5E59" w:rsidRDefault="0095198F">
            <w:pPr>
              <w:jc w:val="center"/>
            </w:pPr>
            <w:r>
              <w:t>40</w:t>
            </w:r>
          </w:p>
        </w:tc>
        <w:tc>
          <w:tcPr>
            <w:tcW w:w="0" w:type="auto"/>
          </w:tcPr>
          <w:p w14:paraId="5DF57A38" w14:textId="77777777" w:rsidR="007A5E59" w:rsidRDefault="0095198F">
            <w:pPr>
              <w:jc w:val="center"/>
            </w:pPr>
            <w:r>
              <w:t>2004</w:t>
            </w:r>
          </w:p>
        </w:tc>
        <w:tc>
          <w:tcPr>
            <w:tcW w:w="0" w:type="auto"/>
          </w:tcPr>
          <w:p w14:paraId="2D5E99B3" w14:textId="77777777" w:rsidR="007A5E59" w:rsidRDefault="0095198F">
            <w:pPr>
              <w:jc w:val="center"/>
            </w:pPr>
            <w:r>
              <w:t>5</w:t>
            </w:r>
          </w:p>
        </w:tc>
        <w:tc>
          <w:tcPr>
            <w:tcW w:w="0" w:type="auto"/>
          </w:tcPr>
          <w:p w14:paraId="213B3C53" w14:textId="77777777" w:rsidR="007A5E59" w:rsidRDefault="0095198F">
            <w:r>
              <w:t>бесканал.</w:t>
            </w:r>
          </w:p>
        </w:tc>
      </w:tr>
      <w:tr w:rsidR="007A5E59" w14:paraId="599C56E8" w14:textId="77777777">
        <w:trPr>
          <w:jc w:val="center"/>
        </w:trPr>
        <w:tc>
          <w:tcPr>
            <w:tcW w:w="0" w:type="auto"/>
          </w:tcPr>
          <w:p w14:paraId="47438E45" w14:textId="77777777" w:rsidR="007A5E59" w:rsidRDefault="0095198F">
            <w:pPr>
              <w:jc w:val="center"/>
            </w:pPr>
            <w:r>
              <w:t>210</w:t>
            </w:r>
          </w:p>
        </w:tc>
        <w:tc>
          <w:tcPr>
            <w:tcW w:w="0" w:type="auto"/>
          </w:tcPr>
          <w:p w14:paraId="05B5C603" w14:textId="77777777" w:rsidR="007A5E59" w:rsidRDefault="0095198F">
            <w:r>
              <w:t>ТК-41/9Б – ТК-41/9Б-1</w:t>
            </w:r>
          </w:p>
        </w:tc>
        <w:tc>
          <w:tcPr>
            <w:tcW w:w="0" w:type="auto"/>
          </w:tcPr>
          <w:p w14:paraId="297A0582" w14:textId="77777777" w:rsidR="007A5E59" w:rsidRDefault="0095198F">
            <w:pPr>
              <w:jc w:val="center"/>
            </w:pPr>
            <w:r>
              <w:t>40</w:t>
            </w:r>
          </w:p>
        </w:tc>
        <w:tc>
          <w:tcPr>
            <w:tcW w:w="0" w:type="auto"/>
          </w:tcPr>
          <w:p w14:paraId="49320A58" w14:textId="77777777" w:rsidR="007A5E59" w:rsidRDefault="0095198F">
            <w:pPr>
              <w:jc w:val="center"/>
            </w:pPr>
            <w:r>
              <w:t>2004</w:t>
            </w:r>
          </w:p>
        </w:tc>
        <w:tc>
          <w:tcPr>
            <w:tcW w:w="0" w:type="auto"/>
          </w:tcPr>
          <w:p w14:paraId="1FC39BB3" w14:textId="77777777" w:rsidR="007A5E59" w:rsidRDefault="0095198F">
            <w:pPr>
              <w:jc w:val="center"/>
            </w:pPr>
            <w:r>
              <w:t>10</w:t>
            </w:r>
          </w:p>
        </w:tc>
        <w:tc>
          <w:tcPr>
            <w:tcW w:w="0" w:type="auto"/>
          </w:tcPr>
          <w:p w14:paraId="2E38F1AD" w14:textId="77777777" w:rsidR="007A5E59" w:rsidRDefault="0095198F">
            <w:r>
              <w:t>бесканал.</w:t>
            </w:r>
          </w:p>
        </w:tc>
      </w:tr>
      <w:tr w:rsidR="007A5E59" w14:paraId="6B9419B2" w14:textId="77777777">
        <w:trPr>
          <w:jc w:val="center"/>
        </w:trPr>
        <w:tc>
          <w:tcPr>
            <w:tcW w:w="0" w:type="auto"/>
          </w:tcPr>
          <w:p w14:paraId="5DBEF30C" w14:textId="77777777" w:rsidR="007A5E59" w:rsidRDefault="0095198F">
            <w:pPr>
              <w:jc w:val="center"/>
            </w:pPr>
            <w:r>
              <w:t>211</w:t>
            </w:r>
          </w:p>
        </w:tc>
        <w:tc>
          <w:tcPr>
            <w:tcW w:w="0" w:type="auto"/>
          </w:tcPr>
          <w:p w14:paraId="017EFB5D" w14:textId="77777777" w:rsidR="007A5E59" w:rsidRDefault="0095198F">
            <w:r>
              <w:t>ТК-41/9Б – Дзержинского 47</w:t>
            </w:r>
          </w:p>
        </w:tc>
        <w:tc>
          <w:tcPr>
            <w:tcW w:w="0" w:type="auto"/>
          </w:tcPr>
          <w:p w14:paraId="7F7DD6C1" w14:textId="77777777" w:rsidR="007A5E59" w:rsidRDefault="0095198F">
            <w:pPr>
              <w:jc w:val="center"/>
            </w:pPr>
            <w:r>
              <w:t>25</w:t>
            </w:r>
          </w:p>
        </w:tc>
        <w:tc>
          <w:tcPr>
            <w:tcW w:w="0" w:type="auto"/>
          </w:tcPr>
          <w:p w14:paraId="19A49E42" w14:textId="77777777" w:rsidR="007A5E59" w:rsidRDefault="0095198F">
            <w:pPr>
              <w:jc w:val="center"/>
            </w:pPr>
            <w:r>
              <w:t>2004</w:t>
            </w:r>
          </w:p>
        </w:tc>
        <w:tc>
          <w:tcPr>
            <w:tcW w:w="0" w:type="auto"/>
          </w:tcPr>
          <w:p w14:paraId="5B57F775" w14:textId="77777777" w:rsidR="007A5E59" w:rsidRDefault="0095198F">
            <w:pPr>
              <w:jc w:val="center"/>
            </w:pPr>
            <w:r>
              <w:t>13</w:t>
            </w:r>
          </w:p>
        </w:tc>
        <w:tc>
          <w:tcPr>
            <w:tcW w:w="0" w:type="auto"/>
          </w:tcPr>
          <w:p w14:paraId="58BD2728" w14:textId="77777777" w:rsidR="007A5E59" w:rsidRDefault="0095198F">
            <w:r>
              <w:t>бесканал.</w:t>
            </w:r>
          </w:p>
        </w:tc>
      </w:tr>
      <w:tr w:rsidR="007A5E59" w14:paraId="20DE1049" w14:textId="77777777">
        <w:trPr>
          <w:jc w:val="center"/>
        </w:trPr>
        <w:tc>
          <w:tcPr>
            <w:tcW w:w="0" w:type="auto"/>
          </w:tcPr>
          <w:p w14:paraId="2BAABEA5" w14:textId="77777777" w:rsidR="007A5E59" w:rsidRDefault="0095198F">
            <w:pPr>
              <w:jc w:val="center"/>
            </w:pPr>
            <w:r>
              <w:t>212</w:t>
            </w:r>
          </w:p>
        </w:tc>
        <w:tc>
          <w:tcPr>
            <w:tcW w:w="0" w:type="auto"/>
          </w:tcPr>
          <w:p w14:paraId="506098E1" w14:textId="77777777" w:rsidR="007A5E59" w:rsidRDefault="0095198F">
            <w:r>
              <w:t>ТК-41/9Б – ТК-41/9В</w:t>
            </w:r>
          </w:p>
        </w:tc>
        <w:tc>
          <w:tcPr>
            <w:tcW w:w="0" w:type="auto"/>
          </w:tcPr>
          <w:p w14:paraId="24D5E0E2" w14:textId="77777777" w:rsidR="007A5E59" w:rsidRDefault="0095198F">
            <w:pPr>
              <w:jc w:val="center"/>
            </w:pPr>
            <w:r>
              <w:t>65</w:t>
            </w:r>
          </w:p>
        </w:tc>
        <w:tc>
          <w:tcPr>
            <w:tcW w:w="0" w:type="auto"/>
          </w:tcPr>
          <w:p w14:paraId="3C20FC38" w14:textId="77777777" w:rsidR="007A5E59" w:rsidRDefault="0095198F">
            <w:pPr>
              <w:jc w:val="center"/>
            </w:pPr>
            <w:r>
              <w:t>2004</w:t>
            </w:r>
          </w:p>
        </w:tc>
        <w:tc>
          <w:tcPr>
            <w:tcW w:w="0" w:type="auto"/>
          </w:tcPr>
          <w:p w14:paraId="5878BA12" w14:textId="77777777" w:rsidR="007A5E59" w:rsidRDefault="0095198F">
            <w:pPr>
              <w:jc w:val="center"/>
            </w:pPr>
            <w:r>
              <w:t>45</w:t>
            </w:r>
          </w:p>
        </w:tc>
        <w:tc>
          <w:tcPr>
            <w:tcW w:w="0" w:type="auto"/>
          </w:tcPr>
          <w:p w14:paraId="2A873A8E" w14:textId="77777777" w:rsidR="007A5E59" w:rsidRDefault="0095198F">
            <w:r>
              <w:t>бесканал.</w:t>
            </w:r>
          </w:p>
        </w:tc>
      </w:tr>
      <w:tr w:rsidR="007A5E59" w14:paraId="3A5569BD" w14:textId="77777777">
        <w:trPr>
          <w:jc w:val="center"/>
        </w:trPr>
        <w:tc>
          <w:tcPr>
            <w:tcW w:w="0" w:type="auto"/>
          </w:tcPr>
          <w:p w14:paraId="02238AED" w14:textId="77777777" w:rsidR="007A5E59" w:rsidRDefault="0095198F">
            <w:pPr>
              <w:jc w:val="center"/>
            </w:pPr>
            <w:r>
              <w:t>213</w:t>
            </w:r>
          </w:p>
        </w:tc>
        <w:tc>
          <w:tcPr>
            <w:tcW w:w="0" w:type="auto"/>
          </w:tcPr>
          <w:p w14:paraId="289567BD" w14:textId="77777777" w:rsidR="007A5E59" w:rsidRDefault="0095198F">
            <w:r>
              <w:t>ТК-41/9В – БЕЗЫМЯННЫЙ ДОМ</w:t>
            </w:r>
          </w:p>
        </w:tc>
        <w:tc>
          <w:tcPr>
            <w:tcW w:w="0" w:type="auto"/>
          </w:tcPr>
          <w:p w14:paraId="06B975A3" w14:textId="77777777" w:rsidR="007A5E59" w:rsidRDefault="0095198F">
            <w:pPr>
              <w:jc w:val="center"/>
            </w:pPr>
            <w:r>
              <w:t>25</w:t>
            </w:r>
          </w:p>
        </w:tc>
        <w:tc>
          <w:tcPr>
            <w:tcW w:w="0" w:type="auto"/>
          </w:tcPr>
          <w:p w14:paraId="13E2ACA2" w14:textId="77777777" w:rsidR="007A5E59" w:rsidRDefault="0095198F">
            <w:pPr>
              <w:jc w:val="center"/>
            </w:pPr>
            <w:r>
              <w:t>2004</w:t>
            </w:r>
          </w:p>
        </w:tc>
        <w:tc>
          <w:tcPr>
            <w:tcW w:w="0" w:type="auto"/>
          </w:tcPr>
          <w:p w14:paraId="7A058216" w14:textId="77777777" w:rsidR="007A5E59" w:rsidRDefault="0095198F">
            <w:pPr>
              <w:jc w:val="center"/>
            </w:pPr>
            <w:r>
              <w:t>37</w:t>
            </w:r>
          </w:p>
        </w:tc>
        <w:tc>
          <w:tcPr>
            <w:tcW w:w="0" w:type="auto"/>
          </w:tcPr>
          <w:p w14:paraId="405C91E2" w14:textId="77777777" w:rsidR="007A5E59" w:rsidRDefault="0095198F">
            <w:r>
              <w:t>бесканал.</w:t>
            </w:r>
          </w:p>
        </w:tc>
      </w:tr>
      <w:tr w:rsidR="007A5E59" w14:paraId="5C965EEB" w14:textId="77777777">
        <w:trPr>
          <w:jc w:val="center"/>
        </w:trPr>
        <w:tc>
          <w:tcPr>
            <w:tcW w:w="0" w:type="auto"/>
          </w:tcPr>
          <w:p w14:paraId="79C63AF1" w14:textId="77777777" w:rsidR="007A5E59" w:rsidRDefault="0095198F">
            <w:pPr>
              <w:jc w:val="center"/>
            </w:pPr>
            <w:r>
              <w:t>214</w:t>
            </w:r>
          </w:p>
        </w:tc>
        <w:tc>
          <w:tcPr>
            <w:tcW w:w="0" w:type="auto"/>
          </w:tcPr>
          <w:p w14:paraId="44D03419" w14:textId="77777777" w:rsidR="007A5E59" w:rsidRDefault="0095198F">
            <w:r>
              <w:t>ТК-41/9В – ТК-41/9Г</w:t>
            </w:r>
          </w:p>
        </w:tc>
        <w:tc>
          <w:tcPr>
            <w:tcW w:w="0" w:type="auto"/>
          </w:tcPr>
          <w:p w14:paraId="026B895D" w14:textId="77777777" w:rsidR="007A5E59" w:rsidRDefault="0095198F">
            <w:pPr>
              <w:jc w:val="center"/>
            </w:pPr>
            <w:r>
              <w:t>65</w:t>
            </w:r>
          </w:p>
        </w:tc>
        <w:tc>
          <w:tcPr>
            <w:tcW w:w="0" w:type="auto"/>
          </w:tcPr>
          <w:p w14:paraId="728165EF" w14:textId="77777777" w:rsidR="007A5E59" w:rsidRDefault="0095198F">
            <w:pPr>
              <w:jc w:val="center"/>
            </w:pPr>
            <w:r>
              <w:t>2004</w:t>
            </w:r>
          </w:p>
        </w:tc>
        <w:tc>
          <w:tcPr>
            <w:tcW w:w="0" w:type="auto"/>
          </w:tcPr>
          <w:p w14:paraId="69308805" w14:textId="77777777" w:rsidR="007A5E59" w:rsidRDefault="0095198F">
            <w:pPr>
              <w:jc w:val="center"/>
            </w:pPr>
            <w:r>
              <w:t>41</w:t>
            </w:r>
          </w:p>
        </w:tc>
        <w:tc>
          <w:tcPr>
            <w:tcW w:w="0" w:type="auto"/>
          </w:tcPr>
          <w:p w14:paraId="05DF24E0" w14:textId="77777777" w:rsidR="007A5E59" w:rsidRDefault="0095198F">
            <w:r>
              <w:t>бесканал.</w:t>
            </w:r>
          </w:p>
        </w:tc>
      </w:tr>
      <w:tr w:rsidR="007A5E59" w14:paraId="71F2C443" w14:textId="77777777">
        <w:trPr>
          <w:jc w:val="center"/>
        </w:trPr>
        <w:tc>
          <w:tcPr>
            <w:tcW w:w="0" w:type="auto"/>
          </w:tcPr>
          <w:p w14:paraId="0FC44A65" w14:textId="77777777" w:rsidR="007A5E59" w:rsidRDefault="0095198F">
            <w:pPr>
              <w:jc w:val="center"/>
            </w:pPr>
            <w:r>
              <w:t>215</w:t>
            </w:r>
          </w:p>
        </w:tc>
        <w:tc>
          <w:tcPr>
            <w:tcW w:w="0" w:type="auto"/>
          </w:tcPr>
          <w:p w14:paraId="7866C32E" w14:textId="77777777" w:rsidR="007A5E59" w:rsidRDefault="0095198F">
            <w:r>
              <w:t>ТК-41/9Г – Дзержинского 44</w:t>
            </w:r>
          </w:p>
        </w:tc>
        <w:tc>
          <w:tcPr>
            <w:tcW w:w="0" w:type="auto"/>
          </w:tcPr>
          <w:p w14:paraId="195AA849" w14:textId="77777777" w:rsidR="007A5E59" w:rsidRDefault="0095198F">
            <w:pPr>
              <w:jc w:val="center"/>
            </w:pPr>
            <w:r>
              <w:t>25</w:t>
            </w:r>
          </w:p>
        </w:tc>
        <w:tc>
          <w:tcPr>
            <w:tcW w:w="0" w:type="auto"/>
          </w:tcPr>
          <w:p w14:paraId="45F6B3A3" w14:textId="77777777" w:rsidR="007A5E59" w:rsidRDefault="0095198F">
            <w:pPr>
              <w:jc w:val="center"/>
            </w:pPr>
            <w:r>
              <w:t>2004</w:t>
            </w:r>
          </w:p>
        </w:tc>
        <w:tc>
          <w:tcPr>
            <w:tcW w:w="0" w:type="auto"/>
          </w:tcPr>
          <w:p w14:paraId="24565A1F" w14:textId="77777777" w:rsidR="007A5E59" w:rsidRDefault="0095198F">
            <w:pPr>
              <w:jc w:val="center"/>
            </w:pPr>
            <w:r>
              <w:t>5</w:t>
            </w:r>
          </w:p>
        </w:tc>
        <w:tc>
          <w:tcPr>
            <w:tcW w:w="0" w:type="auto"/>
          </w:tcPr>
          <w:p w14:paraId="1FCC0BF0" w14:textId="77777777" w:rsidR="007A5E59" w:rsidRDefault="0095198F">
            <w:r>
              <w:t>бесканал.</w:t>
            </w:r>
          </w:p>
        </w:tc>
      </w:tr>
      <w:tr w:rsidR="007A5E59" w14:paraId="03569D0A" w14:textId="77777777">
        <w:trPr>
          <w:jc w:val="center"/>
        </w:trPr>
        <w:tc>
          <w:tcPr>
            <w:tcW w:w="0" w:type="auto"/>
          </w:tcPr>
          <w:p w14:paraId="09602286" w14:textId="77777777" w:rsidR="007A5E59" w:rsidRDefault="0095198F">
            <w:pPr>
              <w:jc w:val="center"/>
            </w:pPr>
            <w:r>
              <w:t>216</w:t>
            </w:r>
          </w:p>
        </w:tc>
        <w:tc>
          <w:tcPr>
            <w:tcW w:w="0" w:type="auto"/>
          </w:tcPr>
          <w:p w14:paraId="48191C9C" w14:textId="77777777" w:rsidR="007A5E59" w:rsidRDefault="0095198F">
            <w:r>
              <w:t>ТК-41/8 – Юбилейная 2а</w:t>
            </w:r>
          </w:p>
        </w:tc>
        <w:tc>
          <w:tcPr>
            <w:tcW w:w="0" w:type="auto"/>
          </w:tcPr>
          <w:p w14:paraId="066B73C7" w14:textId="77777777" w:rsidR="007A5E59" w:rsidRDefault="0095198F">
            <w:pPr>
              <w:jc w:val="center"/>
            </w:pPr>
            <w:r>
              <w:t>25</w:t>
            </w:r>
          </w:p>
        </w:tc>
        <w:tc>
          <w:tcPr>
            <w:tcW w:w="0" w:type="auto"/>
          </w:tcPr>
          <w:p w14:paraId="63454A5F" w14:textId="77777777" w:rsidR="007A5E59" w:rsidRDefault="0095198F">
            <w:pPr>
              <w:jc w:val="center"/>
            </w:pPr>
            <w:r>
              <w:t>2004</w:t>
            </w:r>
          </w:p>
        </w:tc>
        <w:tc>
          <w:tcPr>
            <w:tcW w:w="0" w:type="auto"/>
          </w:tcPr>
          <w:p w14:paraId="7442F760" w14:textId="77777777" w:rsidR="007A5E59" w:rsidRDefault="0095198F">
            <w:pPr>
              <w:jc w:val="center"/>
            </w:pPr>
            <w:r>
              <w:t>4</w:t>
            </w:r>
          </w:p>
        </w:tc>
        <w:tc>
          <w:tcPr>
            <w:tcW w:w="0" w:type="auto"/>
          </w:tcPr>
          <w:p w14:paraId="4819080C" w14:textId="77777777" w:rsidR="007A5E59" w:rsidRDefault="0095198F">
            <w:r>
              <w:t>бесканал.</w:t>
            </w:r>
          </w:p>
        </w:tc>
      </w:tr>
      <w:tr w:rsidR="007A5E59" w14:paraId="288B535E" w14:textId="77777777">
        <w:trPr>
          <w:jc w:val="center"/>
        </w:trPr>
        <w:tc>
          <w:tcPr>
            <w:tcW w:w="0" w:type="auto"/>
          </w:tcPr>
          <w:p w14:paraId="2CD33298" w14:textId="77777777" w:rsidR="007A5E59" w:rsidRDefault="0095198F">
            <w:pPr>
              <w:jc w:val="center"/>
            </w:pPr>
            <w:r>
              <w:t>217</w:t>
            </w:r>
          </w:p>
        </w:tc>
        <w:tc>
          <w:tcPr>
            <w:tcW w:w="0" w:type="auto"/>
          </w:tcPr>
          <w:p w14:paraId="3D48C045" w14:textId="77777777" w:rsidR="007A5E59" w:rsidRDefault="0095198F">
            <w:r>
              <w:t>ТК-41/7 – ТК-41/8</w:t>
            </w:r>
          </w:p>
        </w:tc>
        <w:tc>
          <w:tcPr>
            <w:tcW w:w="0" w:type="auto"/>
          </w:tcPr>
          <w:p w14:paraId="2B04E2BF" w14:textId="77777777" w:rsidR="007A5E59" w:rsidRDefault="0095198F">
            <w:pPr>
              <w:jc w:val="center"/>
            </w:pPr>
            <w:r>
              <w:t>250</w:t>
            </w:r>
          </w:p>
        </w:tc>
        <w:tc>
          <w:tcPr>
            <w:tcW w:w="0" w:type="auto"/>
          </w:tcPr>
          <w:p w14:paraId="757B7E65" w14:textId="77777777" w:rsidR="007A5E59" w:rsidRDefault="0095198F">
            <w:pPr>
              <w:jc w:val="center"/>
            </w:pPr>
            <w:r>
              <w:t>2004</w:t>
            </w:r>
          </w:p>
        </w:tc>
        <w:tc>
          <w:tcPr>
            <w:tcW w:w="0" w:type="auto"/>
          </w:tcPr>
          <w:p w14:paraId="1DACCDB2" w14:textId="77777777" w:rsidR="007A5E59" w:rsidRDefault="0095198F">
            <w:pPr>
              <w:jc w:val="center"/>
            </w:pPr>
            <w:r>
              <w:t>33</w:t>
            </w:r>
          </w:p>
        </w:tc>
        <w:tc>
          <w:tcPr>
            <w:tcW w:w="0" w:type="auto"/>
          </w:tcPr>
          <w:p w14:paraId="095BF9D0" w14:textId="77777777" w:rsidR="007A5E59" w:rsidRDefault="0095198F">
            <w:r>
              <w:t>бесканал.</w:t>
            </w:r>
          </w:p>
        </w:tc>
      </w:tr>
      <w:tr w:rsidR="007A5E59" w14:paraId="27C013EC" w14:textId="77777777">
        <w:trPr>
          <w:jc w:val="center"/>
        </w:trPr>
        <w:tc>
          <w:tcPr>
            <w:tcW w:w="0" w:type="auto"/>
          </w:tcPr>
          <w:p w14:paraId="0409F679" w14:textId="77777777" w:rsidR="007A5E59" w:rsidRDefault="0095198F">
            <w:pPr>
              <w:jc w:val="center"/>
            </w:pPr>
            <w:r>
              <w:t>218</w:t>
            </w:r>
          </w:p>
        </w:tc>
        <w:tc>
          <w:tcPr>
            <w:tcW w:w="0" w:type="auto"/>
          </w:tcPr>
          <w:p w14:paraId="0D4131B6" w14:textId="77777777" w:rsidR="007A5E59" w:rsidRDefault="0095198F">
            <w:r>
              <w:t>ТК-41/7 – Юбилейная 2б</w:t>
            </w:r>
          </w:p>
        </w:tc>
        <w:tc>
          <w:tcPr>
            <w:tcW w:w="0" w:type="auto"/>
          </w:tcPr>
          <w:p w14:paraId="191CDDF9" w14:textId="77777777" w:rsidR="007A5E59" w:rsidRDefault="0095198F">
            <w:pPr>
              <w:jc w:val="center"/>
            </w:pPr>
            <w:r>
              <w:t>25</w:t>
            </w:r>
          </w:p>
        </w:tc>
        <w:tc>
          <w:tcPr>
            <w:tcW w:w="0" w:type="auto"/>
          </w:tcPr>
          <w:p w14:paraId="037C5E8C" w14:textId="77777777" w:rsidR="007A5E59" w:rsidRDefault="0095198F">
            <w:pPr>
              <w:jc w:val="center"/>
            </w:pPr>
            <w:r>
              <w:t>2004</w:t>
            </w:r>
          </w:p>
        </w:tc>
        <w:tc>
          <w:tcPr>
            <w:tcW w:w="0" w:type="auto"/>
          </w:tcPr>
          <w:p w14:paraId="5543C01A" w14:textId="77777777" w:rsidR="007A5E59" w:rsidRDefault="0095198F">
            <w:pPr>
              <w:jc w:val="center"/>
            </w:pPr>
            <w:r>
              <w:t>4</w:t>
            </w:r>
          </w:p>
        </w:tc>
        <w:tc>
          <w:tcPr>
            <w:tcW w:w="0" w:type="auto"/>
          </w:tcPr>
          <w:p w14:paraId="232D9BD6" w14:textId="77777777" w:rsidR="007A5E59" w:rsidRDefault="0095198F">
            <w:r>
              <w:t>бесканал.</w:t>
            </w:r>
          </w:p>
        </w:tc>
      </w:tr>
      <w:tr w:rsidR="007A5E59" w14:paraId="4AB06A4F" w14:textId="77777777">
        <w:trPr>
          <w:jc w:val="center"/>
        </w:trPr>
        <w:tc>
          <w:tcPr>
            <w:tcW w:w="0" w:type="auto"/>
          </w:tcPr>
          <w:p w14:paraId="0EC8FA89" w14:textId="77777777" w:rsidR="007A5E59" w:rsidRDefault="0095198F">
            <w:pPr>
              <w:jc w:val="center"/>
            </w:pPr>
            <w:r>
              <w:t>219</w:t>
            </w:r>
          </w:p>
        </w:tc>
        <w:tc>
          <w:tcPr>
            <w:tcW w:w="0" w:type="auto"/>
          </w:tcPr>
          <w:p w14:paraId="4F401D48" w14:textId="77777777" w:rsidR="007A5E59" w:rsidRDefault="0095198F">
            <w:r>
              <w:t>ТК-41/6 – ТК-41/7</w:t>
            </w:r>
          </w:p>
        </w:tc>
        <w:tc>
          <w:tcPr>
            <w:tcW w:w="0" w:type="auto"/>
          </w:tcPr>
          <w:p w14:paraId="69B01FE1" w14:textId="77777777" w:rsidR="007A5E59" w:rsidRDefault="0095198F">
            <w:pPr>
              <w:jc w:val="center"/>
            </w:pPr>
            <w:r>
              <w:t>250</w:t>
            </w:r>
          </w:p>
        </w:tc>
        <w:tc>
          <w:tcPr>
            <w:tcW w:w="0" w:type="auto"/>
          </w:tcPr>
          <w:p w14:paraId="24C3FAF1" w14:textId="77777777" w:rsidR="007A5E59" w:rsidRDefault="0095198F">
            <w:pPr>
              <w:jc w:val="center"/>
            </w:pPr>
            <w:r>
              <w:t>2004</w:t>
            </w:r>
          </w:p>
        </w:tc>
        <w:tc>
          <w:tcPr>
            <w:tcW w:w="0" w:type="auto"/>
          </w:tcPr>
          <w:p w14:paraId="0D7EC13A" w14:textId="77777777" w:rsidR="007A5E59" w:rsidRDefault="0095198F">
            <w:pPr>
              <w:jc w:val="center"/>
            </w:pPr>
            <w:r>
              <w:t>23</w:t>
            </w:r>
          </w:p>
        </w:tc>
        <w:tc>
          <w:tcPr>
            <w:tcW w:w="0" w:type="auto"/>
          </w:tcPr>
          <w:p w14:paraId="52C78118" w14:textId="77777777" w:rsidR="007A5E59" w:rsidRDefault="0095198F">
            <w:r>
              <w:t>бесканал.</w:t>
            </w:r>
          </w:p>
        </w:tc>
      </w:tr>
      <w:tr w:rsidR="007A5E59" w14:paraId="4B91A96C" w14:textId="77777777">
        <w:trPr>
          <w:jc w:val="center"/>
        </w:trPr>
        <w:tc>
          <w:tcPr>
            <w:tcW w:w="0" w:type="auto"/>
          </w:tcPr>
          <w:p w14:paraId="6CEB2473" w14:textId="77777777" w:rsidR="007A5E59" w:rsidRDefault="0095198F">
            <w:pPr>
              <w:jc w:val="center"/>
            </w:pPr>
            <w:r>
              <w:t>220</w:t>
            </w:r>
          </w:p>
        </w:tc>
        <w:tc>
          <w:tcPr>
            <w:tcW w:w="0" w:type="auto"/>
          </w:tcPr>
          <w:p w14:paraId="13E2421F" w14:textId="77777777" w:rsidR="007A5E59" w:rsidRDefault="0095198F">
            <w:r>
              <w:t>ТК-41/6 – Юбилейная 2</w:t>
            </w:r>
          </w:p>
        </w:tc>
        <w:tc>
          <w:tcPr>
            <w:tcW w:w="0" w:type="auto"/>
          </w:tcPr>
          <w:p w14:paraId="6A0F59EE" w14:textId="77777777" w:rsidR="007A5E59" w:rsidRDefault="0095198F">
            <w:pPr>
              <w:jc w:val="center"/>
            </w:pPr>
            <w:r>
              <w:t>25</w:t>
            </w:r>
          </w:p>
        </w:tc>
        <w:tc>
          <w:tcPr>
            <w:tcW w:w="0" w:type="auto"/>
          </w:tcPr>
          <w:p w14:paraId="69F9E1EA" w14:textId="77777777" w:rsidR="007A5E59" w:rsidRDefault="0095198F">
            <w:pPr>
              <w:jc w:val="center"/>
            </w:pPr>
            <w:r>
              <w:t>2004</w:t>
            </w:r>
          </w:p>
        </w:tc>
        <w:tc>
          <w:tcPr>
            <w:tcW w:w="0" w:type="auto"/>
          </w:tcPr>
          <w:p w14:paraId="325CC1C6" w14:textId="77777777" w:rsidR="007A5E59" w:rsidRDefault="0095198F">
            <w:pPr>
              <w:jc w:val="center"/>
            </w:pPr>
            <w:r>
              <w:t>29</w:t>
            </w:r>
          </w:p>
        </w:tc>
        <w:tc>
          <w:tcPr>
            <w:tcW w:w="0" w:type="auto"/>
          </w:tcPr>
          <w:p w14:paraId="2B8294C2" w14:textId="77777777" w:rsidR="007A5E59" w:rsidRDefault="0095198F">
            <w:r>
              <w:t>бесканал.</w:t>
            </w:r>
          </w:p>
        </w:tc>
      </w:tr>
      <w:tr w:rsidR="007A5E59" w14:paraId="2A2A7E20" w14:textId="77777777">
        <w:trPr>
          <w:jc w:val="center"/>
        </w:trPr>
        <w:tc>
          <w:tcPr>
            <w:tcW w:w="0" w:type="auto"/>
          </w:tcPr>
          <w:p w14:paraId="2E1D70FF" w14:textId="77777777" w:rsidR="007A5E59" w:rsidRDefault="0095198F">
            <w:pPr>
              <w:jc w:val="center"/>
            </w:pPr>
            <w:r>
              <w:t>221</w:t>
            </w:r>
          </w:p>
        </w:tc>
        <w:tc>
          <w:tcPr>
            <w:tcW w:w="0" w:type="auto"/>
          </w:tcPr>
          <w:p w14:paraId="3A84BB88" w14:textId="77777777" w:rsidR="007A5E59" w:rsidRDefault="0095198F">
            <w:r>
              <w:t>ТК-41/5 – ТК-41/6</w:t>
            </w:r>
          </w:p>
        </w:tc>
        <w:tc>
          <w:tcPr>
            <w:tcW w:w="0" w:type="auto"/>
          </w:tcPr>
          <w:p w14:paraId="111B2288" w14:textId="77777777" w:rsidR="007A5E59" w:rsidRDefault="0095198F">
            <w:pPr>
              <w:jc w:val="center"/>
            </w:pPr>
            <w:r>
              <w:t>250</w:t>
            </w:r>
          </w:p>
        </w:tc>
        <w:tc>
          <w:tcPr>
            <w:tcW w:w="0" w:type="auto"/>
          </w:tcPr>
          <w:p w14:paraId="590871E1" w14:textId="77777777" w:rsidR="007A5E59" w:rsidRDefault="0095198F">
            <w:pPr>
              <w:jc w:val="center"/>
            </w:pPr>
            <w:r>
              <w:t>2004</w:t>
            </w:r>
          </w:p>
        </w:tc>
        <w:tc>
          <w:tcPr>
            <w:tcW w:w="0" w:type="auto"/>
          </w:tcPr>
          <w:p w14:paraId="3405A09A" w14:textId="77777777" w:rsidR="007A5E59" w:rsidRDefault="0095198F">
            <w:pPr>
              <w:jc w:val="center"/>
            </w:pPr>
            <w:r>
              <w:t>7</w:t>
            </w:r>
          </w:p>
        </w:tc>
        <w:tc>
          <w:tcPr>
            <w:tcW w:w="0" w:type="auto"/>
          </w:tcPr>
          <w:p w14:paraId="56EF01F2" w14:textId="77777777" w:rsidR="007A5E59" w:rsidRDefault="0095198F">
            <w:r>
              <w:t>бесканал.</w:t>
            </w:r>
          </w:p>
        </w:tc>
      </w:tr>
      <w:tr w:rsidR="007A5E59" w14:paraId="668F33C7" w14:textId="77777777">
        <w:trPr>
          <w:jc w:val="center"/>
        </w:trPr>
        <w:tc>
          <w:tcPr>
            <w:tcW w:w="0" w:type="auto"/>
          </w:tcPr>
          <w:p w14:paraId="3B3569F7" w14:textId="77777777" w:rsidR="007A5E59" w:rsidRDefault="0095198F">
            <w:pPr>
              <w:jc w:val="center"/>
            </w:pPr>
            <w:r>
              <w:t>222</w:t>
            </w:r>
          </w:p>
        </w:tc>
        <w:tc>
          <w:tcPr>
            <w:tcW w:w="0" w:type="auto"/>
          </w:tcPr>
          <w:p w14:paraId="0B2F087E" w14:textId="77777777" w:rsidR="007A5E59" w:rsidRDefault="0095198F">
            <w:r>
              <w:t>ТК-41/5 – Юбилейная 4</w:t>
            </w:r>
          </w:p>
        </w:tc>
        <w:tc>
          <w:tcPr>
            <w:tcW w:w="0" w:type="auto"/>
          </w:tcPr>
          <w:p w14:paraId="2665827F" w14:textId="77777777" w:rsidR="007A5E59" w:rsidRDefault="0095198F">
            <w:pPr>
              <w:jc w:val="center"/>
            </w:pPr>
            <w:r>
              <w:t>25</w:t>
            </w:r>
          </w:p>
        </w:tc>
        <w:tc>
          <w:tcPr>
            <w:tcW w:w="0" w:type="auto"/>
          </w:tcPr>
          <w:p w14:paraId="1F4C08DF" w14:textId="77777777" w:rsidR="007A5E59" w:rsidRDefault="0095198F">
            <w:pPr>
              <w:jc w:val="center"/>
            </w:pPr>
            <w:r>
              <w:t>2004</w:t>
            </w:r>
          </w:p>
        </w:tc>
        <w:tc>
          <w:tcPr>
            <w:tcW w:w="0" w:type="auto"/>
          </w:tcPr>
          <w:p w14:paraId="42FD1878" w14:textId="77777777" w:rsidR="007A5E59" w:rsidRDefault="0095198F">
            <w:pPr>
              <w:jc w:val="center"/>
            </w:pPr>
            <w:r>
              <w:t>88</w:t>
            </w:r>
          </w:p>
        </w:tc>
        <w:tc>
          <w:tcPr>
            <w:tcW w:w="0" w:type="auto"/>
          </w:tcPr>
          <w:p w14:paraId="02A09C0C" w14:textId="77777777" w:rsidR="007A5E59" w:rsidRDefault="0095198F">
            <w:r>
              <w:t>бесканал.</w:t>
            </w:r>
          </w:p>
        </w:tc>
      </w:tr>
      <w:tr w:rsidR="007A5E59" w14:paraId="0A55A617" w14:textId="77777777">
        <w:trPr>
          <w:jc w:val="center"/>
        </w:trPr>
        <w:tc>
          <w:tcPr>
            <w:tcW w:w="0" w:type="auto"/>
          </w:tcPr>
          <w:p w14:paraId="1EC234B6" w14:textId="77777777" w:rsidR="007A5E59" w:rsidRDefault="0095198F">
            <w:pPr>
              <w:jc w:val="center"/>
            </w:pPr>
            <w:r>
              <w:t>223</w:t>
            </w:r>
          </w:p>
        </w:tc>
        <w:tc>
          <w:tcPr>
            <w:tcW w:w="0" w:type="auto"/>
          </w:tcPr>
          <w:p w14:paraId="1B6CE550" w14:textId="77777777" w:rsidR="007A5E59" w:rsidRDefault="0095198F">
            <w:r>
              <w:t>ТК-41 – ТК-41/5</w:t>
            </w:r>
          </w:p>
        </w:tc>
        <w:tc>
          <w:tcPr>
            <w:tcW w:w="0" w:type="auto"/>
          </w:tcPr>
          <w:p w14:paraId="3BA5F492" w14:textId="77777777" w:rsidR="007A5E59" w:rsidRDefault="0095198F">
            <w:pPr>
              <w:jc w:val="center"/>
            </w:pPr>
            <w:r>
              <w:t>250</w:t>
            </w:r>
          </w:p>
        </w:tc>
        <w:tc>
          <w:tcPr>
            <w:tcW w:w="0" w:type="auto"/>
          </w:tcPr>
          <w:p w14:paraId="68A45BF4" w14:textId="77777777" w:rsidR="007A5E59" w:rsidRDefault="0095198F">
            <w:pPr>
              <w:jc w:val="center"/>
            </w:pPr>
            <w:r>
              <w:t>1988</w:t>
            </w:r>
          </w:p>
        </w:tc>
        <w:tc>
          <w:tcPr>
            <w:tcW w:w="0" w:type="auto"/>
          </w:tcPr>
          <w:p w14:paraId="04689475" w14:textId="77777777" w:rsidR="007A5E59" w:rsidRDefault="0095198F">
            <w:pPr>
              <w:jc w:val="center"/>
            </w:pPr>
            <w:r>
              <w:t>62</w:t>
            </w:r>
          </w:p>
        </w:tc>
        <w:tc>
          <w:tcPr>
            <w:tcW w:w="0" w:type="auto"/>
          </w:tcPr>
          <w:p w14:paraId="3B1406CC" w14:textId="77777777" w:rsidR="007A5E59" w:rsidRDefault="0095198F">
            <w:r>
              <w:t>бесканал.</w:t>
            </w:r>
          </w:p>
        </w:tc>
      </w:tr>
      <w:tr w:rsidR="007A5E59" w14:paraId="01E338F6" w14:textId="77777777">
        <w:trPr>
          <w:jc w:val="center"/>
        </w:trPr>
        <w:tc>
          <w:tcPr>
            <w:tcW w:w="0" w:type="auto"/>
          </w:tcPr>
          <w:p w14:paraId="12D17C00" w14:textId="77777777" w:rsidR="007A5E59" w:rsidRDefault="0095198F">
            <w:pPr>
              <w:jc w:val="center"/>
            </w:pPr>
            <w:r>
              <w:t>224</w:t>
            </w:r>
          </w:p>
        </w:tc>
        <w:tc>
          <w:tcPr>
            <w:tcW w:w="0" w:type="auto"/>
          </w:tcPr>
          <w:p w14:paraId="098ED5F5" w14:textId="77777777" w:rsidR="007A5E59" w:rsidRDefault="0095198F">
            <w:r>
              <w:t>ТК-43А – Дзержинского 24Б</w:t>
            </w:r>
          </w:p>
        </w:tc>
        <w:tc>
          <w:tcPr>
            <w:tcW w:w="0" w:type="auto"/>
          </w:tcPr>
          <w:p w14:paraId="47B2D632" w14:textId="77777777" w:rsidR="007A5E59" w:rsidRDefault="0095198F">
            <w:pPr>
              <w:jc w:val="center"/>
            </w:pPr>
            <w:r>
              <w:t>65</w:t>
            </w:r>
          </w:p>
        </w:tc>
        <w:tc>
          <w:tcPr>
            <w:tcW w:w="0" w:type="auto"/>
          </w:tcPr>
          <w:p w14:paraId="32D00CDD" w14:textId="77777777" w:rsidR="007A5E59" w:rsidRDefault="0095198F">
            <w:pPr>
              <w:jc w:val="center"/>
            </w:pPr>
            <w:r>
              <w:t>1988</w:t>
            </w:r>
          </w:p>
        </w:tc>
        <w:tc>
          <w:tcPr>
            <w:tcW w:w="0" w:type="auto"/>
          </w:tcPr>
          <w:p w14:paraId="728A45CF" w14:textId="77777777" w:rsidR="007A5E59" w:rsidRDefault="0095198F">
            <w:pPr>
              <w:jc w:val="center"/>
            </w:pPr>
            <w:r>
              <w:t>55</w:t>
            </w:r>
          </w:p>
        </w:tc>
        <w:tc>
          <w:tcPr>
            <w:tcW w:w="0" w:type="auto"/>
          </w:tcPr>
          <w:p w14:paraId="3DA51A00" w14:textId="77777777" w:rsidR="007A5E59" w:rsidRDefault="0095198F">
            <w:r>
              <w:t>бесканал.</w:t>
            </w:r>
          </w:p>
        </w:tc>
      </w:tr>
      <w:tr w:rsidR="007A5E59" w14:paraId="3DE013B5" w14:textId="77777777">
        <w:trPr>
          <w:jc w:val="center"/>
        </w:trPr>
        <w:tc>
          <w:tcPr>
            <w:tcW w:w="0" w:type="auto"/>
          </w:tcPr>
          <w:p w14:paraId="050CE95F" w14:textId="77777777" w:rsidR="007A5E59" w:rsidRDefault="0095198F">
            <w:pPr>
              <w:jc w:val="center"/>
            </w:pPr>
            <w:r>
              <w:t>225</w:t>
            </w:r>
          </w:p>
        </w:tc>
        <w:tc>
          <w:tcPr>
            <w:tcW w:w="0" w:type="auto"/>
          </w:tcPr>
          <w:p w14:paraId="5B61973C" w14:textId="77777777" w:rsidR="007A5E59" w:rsidRDefault="0095198F">
            <w:r>
              <w:t>ТК-43А – Дзержинского 25 (МВД)</w:t>
            </w:r>
          </w:p>
        </w:tc>
        <w:tc>
          <w:tcPr>
            <w:tcW w:w="0" w:type="auto"/>
          </w:tcPr>
          <w:p w14:paraId="49F3D2B2" w14:textId="77777777" w:rsidR="007A5E59" w:rsidRDefault="0095198F">
            <w:pPr>
              <w:jc w:val="center"/>
            </w:pPr>
            <w:r>
              <w:t>100</w:t>
            </w:r>
          </w:p>
        </w:tc>
        <w:tc>
          <w:tcPr>
            <w:tcW w:w="0" w:type="auto"/>
          </w:tcPr>
          <w:p w14:paraId="29E6D586" w14:textId="77777777" w:rsidR="007A5E59" w:rsidRDefault="0095198F">
            <w:pPr>
              <w:jc w:val="center"/>
            </w:pPr>
            <w:r>
              <w:t>1988</w:t>
            </w:r>
          </w:p>
        </w:tc>
        <w:tc>
          <w:tcPr>
            <w:tcW w:w="0" w:type="auto"/>
          </w:tcPr>
          <w:p w14:paraId="179A4DE0" w14:textId="77777777" w:rsidR="007A5E59" w:rsidRDefault="0095198F">
            <w:pPr>
              <w:jc w:val="center"/>
            </w:pPr>
            <w:r>
              <w:t>12</w:t>
            </w:r>
          </w:p>
        </w:tc>
        <w:tc>
          <w:tcPr>
            <w:tcW w:w="0" w:type="auto"/>
          </w:tcPr>
          <w:p w14:paraId="15AA35D6" w14:textId="77777777" w:rsidR="007A5E59" w:rsidRDefault="0095198F">
            <w:r>
              <w:t>бесканал.</w:t>
            </w:r>
          </w:p>
        </w:tc>
      </w:tr>
      <w:tr w:rsidR="007A5E59" w14:paraId="6A418E28" w14:textId="77777777">
        <w:trPr>
          <w:jc w:val="center"/>
        </w:trPr>
        <w:tc>
          <w:tcPr>
            <w:tcW w:w="0" w:type="auto"/>
          </w:tcPr>
          <w:p w14:paraId="5860CCBC" w14:textId="77777777" w:rsidR="007A5E59" w:rsidRDefault="0095198F">
            <w:pPr>
              <w:jc w:val="center"/>
            </w:pPr>
            <w:r>
              <w:t>226</w:t>
            </w:r>
          </w:p>
        </w:tc>
        <w:tc>
          <w:tcPr>
            <w:tcW w:w="0" w:type="auto"/>
          </w:tcPr>
          <w:p w14:paraId="149B3B2A" w14:textId="77777777" w:rsidR="007A5E59" w:rsidRPr="00312815" w:rsidRDefault="0095198F">
            <w:pPr>
              <w:rPr>
                <w:lang w:val="ru-RU"/>
              </w:rPr>
            </w:pPr>
            <w:r w:rsidRPr="00312815">
              <w:rPr>
                <w:lang w:val="ru-RU"/>
              </w:rPr>
              <w:t>Тепловые сети участок ТК-43 – Дзержинского 25а</w:t>
            </w:r>
          </w:p>
        </w:tc>
        <w:tc>
          <w:tcPr>
            <w:tcW w:w="0" w:type="auto"/>
          </w:tcPr>
          <w:p w14:paraId="22397F32" w14:textId="77777777" w:rsidR="007A5E59" w:rsidRDefault="0095198F">
            <w:pPr>
              <w:jc w:val="center"/>
            </w:pPr>
            <w:r>
              <w:t>25</w:t>
            </w:r>
          </w:p>
        </w:tc>
        <w:tc>
          <w:tcPr>
            <w:tcW w:w="0" w:type="auto"/>
          </w:tcPr>
          <w:p w14:paraId="12D158D7" w14:textId="77777777" w:rsidR="007A5E59" w:rsidRDefault="0095198F">
            <w:pPr>
              <w:jc w:val="center"/>
            </w:pPr>
            <w:r>
              <w:t>1988</w:t>
            </w:r>
          </w:p>
        </w:tc>
        <w:tc>
          <w:tcPr>
            <w:tcW w:w="0" w:type="auto"/>
          </w:tcPr>
          <w:p w14:paraId="0449E203" w14:textId="77777777" w:rsidR="007A5E59" w:rsidRDefault="0095198F">
            <w:pPr>
              <w:jc w:val="center"/>
            </w:pPr>
            <w:r>
              <w:t>43</w:t>
            </w:r>
          </w:p>
        </w:tc>
        <w:tc>
          <w:tcPr>
            <w:tcW w:w="0" w:type="auto"/>
          </w:tcPr>
          <w:p w14:paraId="21703F85" w14:textId="77777777" w:rsidR="007A5E59" w:rsidRDefault="0095198F">
            <w:r>
              <w:t>бесканал.</w:t>
            </w:r>
          </w:p>
        </w:tc>
      </w:tr>
      <w:tr w:rsidR="007A5E59" w14:paraId="65B6B50E" w14:textId="77777777">
        <w:trPr>
          <w:jc w:val="center"/>
        </w:trPr>
        <w:tc>
          <w:tcPr>
            <w:tcW w:w="0" w:type="auto"/>
          </w:tcPr>
          <w:p w14:paraId="6FF78140" w14:textId="77777777" w:rsidR="007A5E59" w:rsidRDefault="0095198F">
            <w:pPr>
              <w:jc w:val="center"/>
            </w:pPr>
            <w:r>
              <w:t>227</w:t>
            </w:r>
          </w:p>
        </w:tc>
        <w:tc>
          <w:tcPr>
            <w:tcW w:w="0" w:type="auto"/>
          </w:tcPr>
          <w:p w14:paraId="05266399" w14:textId="77777777" w:rsidR="007A5E59" w:rsidRDefault="0095198F">
            <w:r>
              <w:t>ТК-42/15 – ТК-43</w:t>
            </w:r>
          </w:p>
        </w:tc>
        <w:tc>
          <w:tcPr>
            <w:tcW w:w="0" w:type="auto"/>
          </w:tcPr>
          <w:p w14:paraId="2CC79510" w14:textId="77777777" w:rsidR="007A5E59" w:rsidRDefault="0095198F">
            <w:pPr>
              <w:jc w:val="center"/>
            </w:pPr>
            <w:r>
              <w:t>150</w:t>
            </w:r>
          </w:p>
        </w:tc>
        <w:tc>
          <w:tcPr>
            <w:tcW w:w="0" w:type="auto"/>
          </w:tcPr>
          <w:p w14:paraId="7FAE4E4A" w14:textId="77777777" w:rsidR="007A5E59" w:rsidRDefault="0095198F">
            <w:pPr>
              <w:jc w:val="center"/>
            </w:pPr>
            <w:r>
              <w:t>1988</w:t>
            </w:r>
          </w:p>
        </w:tc>
        <w:tc>
          <w:tcPr>
            <w:tcW w:w="0" w:type="auto"/>
          </w:tcPr>
          <w:p w14:paraId="5CFE7806" w14:textId="77777777" w:rsidR="007A5E59" w:rsidRDefault="0095198F">
            <w:pPr>
              <w:jc w:val="center"/>
            </w:pPr>
            <w:r>
              <w:t>60</w:t>
            </w:r>
          </w:p>
        </w:tc>
        <w:tc>
          <w:tcPr>
            <w:tcW w:w="0" w:type="auto"/>
          </w:tcPr>
          <w:p w14:paraId="294F63DC" w14:textId="77777777" w:rsidR="007A5E59" w:rsidRDefault="0095198F">
            <w:r>
              <w:t>бесканал.</w:t>
            </w:r>
          </w:p>
        </w:tc>
      </w:tr>
      <w:tr w:rsidR="007A5E59" w14:paraId="1C947BD5" w14:textId="77777777">
        <w:trPr>
          <w:jc w:val="center"/>
        </w:trPr>
        <w:tc>
          <w:tcPr>
            <w:tcW w:w="0" w:type="auto"/>
          </w:tcPr>
          <w:p w14:paraId="2D4CB487" w14:textId="77777777" w:rsidR="007A5E59" w:rsidRDefault="0095198F">
            <w:pPr>
              <w:jc w:val="center"/>
            </w:pPr>
            <w:r>
              <w:t>228</w:t>
            </w:r>
          </w:p>
        </w:tc>
        <w:tc>
          <w:tcPr>
            <w:tcW w:w="0" w:type="auto"/>
          </w:tcPr>
          <w:p w14:paraId="72B65BBB" w14:textId="77777777" w:rsidR="007A5E59" w:rsidRDefault="0095198F">
            <w:r>
              <w:t>ТК-42/15 – Дзержинского 24</w:t>
            </w:r>
          </w:p>
        </w:tc>
        <w:tc>
          <w:tcPr>
            <w:tcW w:w="0" w:type="auto"/>
          </w:tcPr>
          <w:p w14:paraId="58EA1A14" w14:textId="77777777" w:rsidR="007A5E59" w:rsidRDefault="0095198F">
            <w:pPr>
              <w:jc w:val="center"/>
            </w:pPr>
            <w:r>
              <w:t>100</w:t>
            </w:r>
          </w:p>
        </w:tc>
        <w:tc>
          <w:tcPr>
            <w:tcW w:w="0" w:type="auto"/>
          </w:tcPr>
          <w:p w14:paraId="27F768EE" w14:textId="77777777" w:rsidR="007A5E59" w:rsidRDefault="0095198F">
            <w:pPr>
              <w:jc w:val="center"/>
            </w:pPr>
            <w:r>
              <w:t>1988</w:t>
            </w:r>
          </w:p>
        </w:tc>
        <w:tc>
          <w:tcPr>
            <w:tcW w:w="0" w:type="auto"/>
          </w:tcPr>
          <w:p w14:paraId="59812902" w14:textId="77777777" w:rsidR="007A5E59" w:rsidRDefault="0095198F">
            <w:pPr>
              <w:jc w:val="center"/>
            </w:pPr>
            <w:r>
              <w:t>4</w:t>
            </w:r>
          </w:p>
        </w:tc>
        <w:tc>
          <w:tcPr>
            <w:tcW w:w="0" w:type="auto"/>
          </w:tcPr>
          <w:p w14:paraId="4B0F148E" w14:textId="77777777" w:rsidR="007A5E59" w:rsidRDefault="0095198F">
            <w:r>
              <w:t>бесканал.</w:t>
            </w:r>
          </w:p>
        </w:tc>
      </w:tr>
      <w:tr w:rsidR="007A5E59" w14:paraId="57846AA2" w14:textId="77777777">
        <w:trPr>
          <w:jc w:val="center"/>
        </w:trPr>
        <w:tc>
          <w:tcPr>
            <w:tcW w:w="0" w:type="auto"/>
          </w:tcPr>
          <w:p w14:paraId="075F519B" w14:textId="77777777" w:rsidR="007A5E59" w:rsidRDefault="0095198F">
            <w:pPr>
              <w:jc w:val="center"/>
            </w:pPr>
            <w:r>
              <w:t>229</w:t>
            </w:r>
          </w:p>
        </w:tc>
        <w:tc>
          <w:tcPr>
            <w:tcW w:w="0" w:type="auto"/>
          </w:tcPr>
          <w:p w14:paraId="6ECA55C3" w14:textId="77777777" w:rsidR="007A5E59" w:rsidRDefault="0095198F">
            <w:r>
              <w:t>ТК-42/14 – Нижняя 1а</w:t>
            </w:r>
          </w:p>
        </w:tc>
        <w:tc>
          <w:tcPr>
            <w:tcW w:w="0" w:type="auto"/>
          </w:tcPr>
          <w:p w14:paraId="63490B5B" w14:textId="77777777" w:rsidR="007A5E59" w:rsidRDefault="0095198F">
            <w:pPr>
              <w:jc w:val="center"/>
            </w:pPr>
            <w:r>
              <w:t>25</w:t>
            </w:r>
          </w:p>
        </w:tc>
        <w:tc>
          <w:tcPr>
            <w:tcW w:w="0" w:type="auto"/>
          </w:tcPr>
          <w:p w14:paraId="04458318" w14:textId="77777777" w:rsidR="007A5E59" w:rsidRDefault="0095198F">
            <w:pPr>
              <w:jc w:val="center"/>
            </w:pPr>
            <w:r>
              <w:t>1988</w:t>
            </w:r>
          </w:p>
        </w:tc>
        <w:tc>
          <w:tcPr>
            <w:tcW w:w="0" w:type="auto"/>
          </w:tcPr>
          <w:p w14:paraId="79C2EBCF" w14:textId="77777777" w:rsidR="007A5E59" w:rsidRDefault="0095198F">
            <w:pPr>
              <w:jc w:val="center"/>
            </w:pPr>
            <w:r>
              <w:t>90</w:t>
            </w:r>
          </w:p>
        </w:tc>
        <w:tc>
          <w:tcPr>
            <w:tcW w:w="0" w:type="auto"/>
          </w:tcPr>
          <w:p w14:paraId="45DD57F7" w14:textId="77777777" w:rsidR="007A5E59" w:rsidRDefault="0095198F">
            <w:r>
              <w:t>бесканал.</w:t>
            </w:r>
          </w:p>
        </w:tc>
      </w:tr>
      <w:tr w:rsidR="007A5E59" w14:paraId="0A9F7BB0" w14:textId="77777777">
        <w:trPr>
          <w:jc w:val="center"/>
        </w:trPr>
        <w:tc>
          <w:tcPr>
            <w:tcW w:w="0" w:type="auto"/>
          </w:tcPr>
          <w:p w14:paraId="0DFBA2C5" w14:textId="77777777" w:rsidR="007A5E59" w:rsidRDefault="0095198F">
            <w:pPr>
              <w:jc w:val="center"/>
            </w:pPr>
            <w:r>
              <w:t>230</w:t>
            </w:r>
          </w:p>
        </w:tc>
        <w:tc>
          <w:tcPr>
            <w:tcW w:w="0" w:type="auto"/>
          </w:tcPr>
          <w:p w14:paraId="09A011D9" w14:textId="77777777" w:rsidR="007A5E59" w:rsidRDefault="0095198F">
            <w:r>
              <w:t>ТК-42/14 – Заречная 17</w:t>
            </w:r>
          </w:p>
        </w:tc>
        <w:tc>
          <w:tcPr>
            <w:tcW w:w="0" w:type="auto"/>
          </w:tcPr>
          <w:p w14:paraId="5CD960BC" w14:textId="77777777" w:rsidR="007A5E59" w:rsidRDefault="0095198F">
            <w:pPr>
              <w:jc w:val="center"/>
            </w:pPr>
            <w:r>
              <w:t>25</w:t>
            </w:r>
          </w:p>
        </w:tc>
        <w:tc>
          <w:tcPr>
            <w:tcW w:w="0" w:type="auto"/>
          </w:tcPr>
          <w:p w14:paraId="1A610143" w14:textId="77777777" w:rsidR="007A5E59" w:rsidRDefault="0095198F">
            <w:pPr>
              <w:jc w:val="center"/>
            </w:pPr>
            <w:r>
              <w:t>1991</w:t>
            </w:r>
          </w:p>
        </w:tc>
        <w:tc>
          <w:tcPr>
            <w:tcW w:w="0" w:type="auto"/>
          </w:tcPr>
          <w:p w14:paraId="167A2F93" w14:textId="77777777" w:rsidR="007A5E59" w:rsidRDefault="0095198F">
            <w:pPr>
              <w:jc w:val="center"/>
            </w:pPr>
            <w:r>
              <w:t>7</w:t>
            </w:r>
          </w:p>
        </w:tc>
        <w:tc>
          <w:tcPr>
            <w:tcW w:w="0" w:type="auto"/>
          </w:tcPr>
          <w:p w14:paraId="687FD1C6" w14:textId="77777777" w:rsidR="007A5E59" w:rsidRDefault="0095198F">
            <w:r>
              <w:t>бесканал.</w:t>
            </w:r>
          </w:p>
        </w:tc>
      </w:tr>
      <w:tr w:rsidR="007A5E59" w14:paraId="1DC59859" w14:textId="77777777">
        <w:trPr>
          <w:jc w:val="center"/>
        </w:trPr>
        <w:tc>
          <w:tcPr>
            <w:tcW w:w="0" w:type="auto"/>
          </w:tcPr>
          <w:p w14:paraId="2358D1DA" w14:textId="77777777" w:rsidR="007A5E59" w:rsidRDefault="0095198F">
            <w:pPr>
              <w:jc w:val="center"/>
            </w:pPr>
            <w:r>
              <w:t>231</w:t>
            </w:r>
          </w:p>
        </w:tc>
        <w:tc>
          <w:tcPr>
            <w:tcW w:w="0" w:type="auto"/>
          </w:tcPr>
          <w:p w14:paraId="2177538A" w14:textId="77777777" w:rsidR="007A5E59" w:rsidRDefault="0095198F">
            <w:r>
              <w:t>ТК-42/13А – Заречная, 1Б</w:t>
            </w:r>
          </w:p>
        </w:tc>
        <w:tc>
          <w:tcPr>
            <w:tcW w:w="0" w:type="auto"/>
          </w:tcPr>
          <w:p w14:paraId="79CCA993" w14:textId="77777777" w:rsidR="007A5E59" w:rsidRDefault="0095198F">
            <w:pPr>
              <w:jc w:val="center"/>
            </w:pPr>
            <w:r>
              <w:t>50</w:t>
            </w:r>
          </w:p>
        </w:tc>
        <w:tc>
          <w:tcPr>
            <w:tcW w:w="0" w:type="auto"/>
          </w:tcPr>
          <w:p w14:paraId="3B926171" w14:textId="77777777" w:rsidR="007A5E59" w:rsidRDefault="0095198F">
            <w:pPr>
              <w:jc w:val="center"/>
            </w:pPr>
            <w:r>
              <w:t>1991</w:t>
            </w:r>
          </w:p>
        </w:tc>
        <w:tc>
          <w:tcPr>
            <w:tcW w:w="0" w:type="auto"/>
          </w:tcPr>
          <w:p w14:paraId="79B0FB66" w14:textId="77777777" w:rsidR="007A5E59" w:rsidRDefault="0095198F">
            <w:pPr>
              <w:jc w:val="center"/>
            </w:pPr>
            <w:r>
              <w:t>26</w:t>
            </w:r>
          </w:p>
        </w:tc>
        <w:tc>
          <w:tcPr>
            <w:tcW w:w="0" w:type="auto"/>
          </w:tcPr>
          <w:p w14:paraId="15A95F9C" w14:textId="77777777" w:rsidR="007A5E59" w:rsidRDefault="0095198F">
            <w:r>
              <w:t>бесканал.</w:t>
            </w:r>
          </w:p>
        </w:tc>
      </w:tr>
      <w:tr w:rsidR="007A5E59" w14:paraId="1EC51C5F" w14:textId="77777777">
        <w:trPr>
          <w:jc w:val="center"/>
        </w:trPr>
        <w:tc>
          <w:tcPr>
            <w:tcW w:w="0" w:type="auto"/>
          </w:tcPr>
          <w:p w14:paraId="40725C68" w14:textId="77777777" w:rsidR="007A5E59" w:rsidRDefault="0095198F">
            <w:pPr>
              <w:jc w:val="center"/>
            </w:pPr>
            <w:r>
              <w:t>232</w:t>
            </w:r>
          </w:p>
        </w:tc>
        <w:tc>
          <w:tcPr>
            <w:tcW w:w="0" w:type="auto"/>
          </w:tcPr>
          <w:p w14:paraId="7E4FE5F5" w14:textId="77777777" w:rsidR="007A5E59" w:rsidRDefault="0095198F">
            <w:r>
              <w:t>ТК-42/13 – Заречная 16</w:t>
            </w:r>
          </w:p>
        </w:tc>
        <w:tc>
          <w:tcPr>
            <w:tcW w:w="0" w:type="auto"/>
          </w:tcPr>
          <w:p w14:paraId="5A35E296" w14:textId="77777777" w:rsidR="007A5E59" w:rsidRDefault="0095198F">
            <w:pPr>
              <w:jc w:val="center"/>
            </w:pPr>
            <w:r>
              <w:t>25</w:t>
            </w:r>
          </w:p>
        </w:tc>
        <w:tc>
          <w:tcPr>
            <w:tcW w:w="0" w:type="auto"/>
          </w:tcPr>
          <w:p w14:paraId="604274A0" w14:textId="77777777" w:rsidR="007A5E59" w:rsidRDefault="0095198F">
            <w:pPr>
              <w:jc w:val="center"/>
            </w:pPr>
            <w:r>
              <w:t>1991</w:t>
            </w:r>
          </w:p>
        </w:tc>
        <w:tc>
          <w:tcPr>
            <w:tcW w:w="0" w:type="auto"/>
          </w:tcPr>
          <w:p w14:paraId="7080F9AF" w14:textId="77777777" w:rsidR="007A5E59" w:rsidRDefault="0095198F">
            <w:pPr>
              <w:jc w:val="center"/>
            </w:pPr>
            <w:r>
              <w:t>9</w:t>
            </w:r>
          </w:p>
        </w:tc>
        <w:tc>
          <w:tcPr>
            <w:tcW w:w="0" w:type="auto"/>
          </w:tcPr>
          <w:p w14:paraId="1EF7AD6E" w14:textId="77777777" w:rsidR="007A5E59" w:rsidRDefault="0095198F">
            <w:r>
              <w:t>бесканал.</w:t>
            </w:r>
          </w:p>
        </w:tc>
      </w:tr>
      <w:tr w:rsidR="007A5E59" w14:paraId="56260362" w14:textId="77777777">
        <w:trPr>
          <w:jc w:val="center"/>
        </w:trPr>
        <w:tc>
          <w:tcPr>
            <w:tcW w:w="0" w:type="auto"/>
          </w:tcPr>
          <w:p w14:paraId="0ADE1FF6" w14:textId="77777777" w:rsidR="007A5E59" w:rsidRDefault="0095198F">
            <w:pPr>
              <w:jc w:val="center"/>
            </w:pPr>
            <w:r>
              <w:t>233</w:t>
            </w:r>
          </w:p>
        </w:tc>
        <w:tc>
          <w:tcPr>
            <w:tcW w:w="0" w:type="auto"/>
          </w:tcPr>
          <w:p w14:paraId="067CE3BB" w14:textId="77777777" w:rsidR="007A5E59" w:rsidRDefault="0095198F">
            <w:r>
              <w:t>ТК-42/11 – Заречная 15</w:t>
            </w:r>
          </w:p>
        </w:tc>
        <w:tc>
          <w:tcPr>
            <w:tcW w:w="0" w:type="auto"/>
          </w:tcPr>
          <w:p w14:paraId="00393BBA" w14:textId="77777777" w:rsidR="007A5E59" w:rsidRDefault="0095198F">
            <w:pPr>
              <w:jc w:val="center"/>
            </w:pPr>
            <w:r>
              <w:t>25</w:t>
            </w:r>
          </w:p>
        </w:tc>
        <w:tc>
          <w:tcPr>
            <w:tcW w:w="0" w:type="auto"/>
          </w:tcPr>
          <w:p w14:paraId="2EB50A4A" w14:textId="77777777" w:rsidR="007A5E59" w:rsidRDefault="0095198F">
            <w:pPr>
              <w:jc w:val="center"/>
            </w:pPr>
            <w:r>
              <w:t>1991</w:t>
            </w:r>
          </w:p>
        </w:tc>
        <w:tc>
          <w:tcPr>
            <w:tcW w:w="0" w:type="auto"/>
          </w:tcPr>
          <w:p w14:paraId="725889CE" w14:textId="77777777" w:rsidR="007A5E59" w:rsidRDefault="0095198F">
            <w:pPr>
              <w:jc w:val="center"/>
            </w:pPr>
            <w:r>
              <w:t>11</w:t>
            </w:r>
          </w:p>
        </w:tc>
        <w:tc>
          <w:tcPr>
            <w:tcW w:w="0" w:type="auto"/>
          </w:tcPr>
          <w:p w14:paraId="49AB92A8" w14:textId="77777777" w:rsidR="007A5E59" w:rsidRDefault="0095198F">
            <w:r>
              <w:t>бесканал.</w:t>
            </w:r>
          </w:p>
        </w:tc>
      </w:tr>
      <w:tr w:rsidR="007A5E59" w14:paraId="09BECA8B" w14:textId="77777777">
        <w:trPr>
          <w:jc w:val="center"/>
        </w:trPr>
        <w:tc>
          <w:tcPr>
            <w:tcW w:w="0" w:type="auto"/>
          </w:tcPr>
          <w:p w14:paraId="0B5CA3F7" w14:textId="77777777" w:rsidR="007A5E59" w:rsidRDefault="0095198F">
            <w:pPr>
              <w:jc w:val="center"/>
            </w:pPr>
            <w:r>
              <w:t>234</w:t>
            </w:r>
          </w:p>
        </w:tc>
        <w:tc>
          <w:tcPr>
            <w:tcW w:w="0" w:type="auto"/>
          </w:tcPr>
          <w:p w14:paraId="7C0AFAA4" w14:textId="77777777" w:rsidR="007A5E59" w:rsidRDefault="0095198F">
            <w:r>
              <w:t>ТК-42/10 – Заречная 1</w:t>
            </w:r>
          </w:p>
        </w:tc>
        <w:tc>
          <w:tcPr>
            <w:tcW w:w="0" w:type="auto"/>
          </w:tcPr>
          <w:p w14:paraId="4C3E6375" w14:textId="77777777" w:rsidR="007A5E59" w:rsidRDefault="0095198F">
            <w:pPr>
              <w:jc w:val="center"/>
            </w:pPr>
            <w:r>
              <w:t>80</w:t>
            </w:r>
          </w:p>
        </w:tc>
        <w:tc>
          <w:tcPr>
            <w:tcW w:w="0" w:type="auto"/>
          </w:tcPr>
          <w:p w14:paraId="107A5F57" w14:textId="77777777" w:rsidR="007A5E59" w:rsidRDefault="0095198F">
            <w:pPr>
              <w:jc w:val="center"/>
            </w:pPr>
            <w:r>
              <w:t>2010</w:t>
            </w:r>
          </w:p>
        </w:tc>
        <w:tc>
          <w:tcPr>
            <w:tcW w:w="0" w:type="auto"/>
          </w:tcPr>
          <w:p w14:paraId="41A84C4B" w14:textId="77777777" w:rsidR="007A5E59" w:rsidRDefault="0095198F">
            <w:pPr>
              <w:jc w:val="center"/>
            </w:pPr>
            <w:r>
              <w:t>22</w:t>
            </w:r>
          </w:p>
        </w:tc>
        <w:tc>
          <w:tcPr>
            <w:tcW w:w="0" w:type="auto"/>
          </w:tcPr>
          <w:p w14:paraId="7083C238" w14:textId="77777777" w:rsidR="007A5E59" w:rsidRDefault="0095198F">
            <w:r>
              <w:t>бесканал.</w:t>
            </w:r>
          </w:p>
        </w:tc>
      </w:tr>
      <w:tr w:rsidR="007A5E59" w14:paraId="032DF72A" w14:textId="77777777">
        <w:trPr>
          <w:jc w:val="center"/>
        </w:trPr>
        <w:tc>
          <w:tcPr>
            <w:tcW w:w="0" w:type="auto"/>
          </w:tcPr>
          <w:p w14:paraId="776CF50F" w14:textId="77777777" w:rsidR="007A5E59" w:rsidRDefault="0095198F">
            <w:pPr>
              <w:jc w:val="center"/>
            </w:pPr>
            <w:r>
              <w:t>235</w:t>
            </w:r>
          </w:p>
        </w:tc>
        <w:tc>
          <w:tcPr>
            <w:tcW w:w="0" w:type="auto"/>
          </w:tcPr>
          <w:p w14:paraId="2A0233FE" w14:textId="77777777" w:rsidR="007A5E59" w:rsidRDefault="0095198F">
            <w:r>
              <w:t>ТК-42/9 – Заречная, 14</w:t>
            </w:r>
          </w:p>
        </w:tc>
        <w:tc>
          <w:tcPr>
            <w:tcW w:w="0" w:type="auto"/>
          </w:tcPr>
          <w:p w14:paraId="31914E59" w14:textId="77777777" w:rsidR="007A5E59" w:rsidRDefault="0095198F">
            <w:pPr>
              <w:jc w:val="center"/>
            </w:pPr>
            <w:r>
              <w:t>40</w:t>
            </w:r>
          </w:p>
        </w:tc>
        <w:tc>
          <w:tcPr>
            <w:tcW w:w="0" w:type="auto"/>
          </w:tcPr>
          <w:p w14:paraId="2E777337" w14:textId="77777777" w:rsidR="007A5E59" w:rsidRDefault="0095198F">
            <w:pPr>
              <w:jc w:val="center"/>
            </w:pPr>
            <w:r>
              <w:t>2010</w:t>
            </w:r>
          </w:p>
        </w:tc>
        <w:tc>
          <w:tcPr>
            <w:tcW w:w="0" w:type="auto"/>
          </w:tcPr>
          <w:p w14:paraId="378BD860" w14:textId="77777777" w:rsidR="007A5E59" w:rsidRDefault="0095198F">
            <w:pPr>
              <w:jc w:val="center"/>
            </w:pPr>
            <w:r>
              <w:t>50</w:t>
            </w:r>
          </w:p>
        </w:tc>
        <w:tc>
          <w:tcPr>
            <w:tcW w:w="0" w:type="auto"/>
          </w:tcPr>
          <w:p w14:paraId="0AF8BB16" w14:textId="77777777" w:rsidR="007A5E59" w:rsidRDefault="0095198F">
            <w:r>
              <w:t>бесканал.</w:t>
            </w:r>
          </w:p>
        </w:tc>
      </w:tr>
      <w:tr w:rsidR="007A5E59" w14:paraId="24DB37B6" w14:textId="77777777">
        <w:trPr>
          <w:jc w:val="center"/>
        </w:trPr>
        <w:tc>
          <w:tcPr>
            <w:tcW w:w="0" w:type="auto"/>
          </w:tcPr>
          <w:p w14:paraId="156FB444" w14:textId="77777777" w:rsidR="007A5E59" w:rsidRDefault="0095198F">
            <w:pPr>
              <w:jc w:val="center"/>
            </w:pPr>
            <w:r>
              <w:t>236</w:t>
            </w:r>
          </w:p>
        </w:tc>
        <w:tc>
          <w:tcPr>
            <w:tcW w:w="0" w:type="auto"/>
          </w:tcPr>
          <w:p w14:paraId="79635C69" w14:textId="77777777" w:rsidR="007A5E59" w:rsidRDefault="0095198F">
            <w:r>
              <w:t>ТК-42/8 – Заречная 2</w:t>
            </w:r>
          </w:p>
        </w:tc>
        <w:tc>
          <w:tcPr>
            <w:tcW w:w="0" w:type="auto"/>
          </w:tcPr>
          <w:p w14:paraId="73DD1277" w14:textId="77777777" w:rsidR="007A5E59" w:rsidRDefault="0095198F">
            <w:pPr>
              <w:jc w:val="center"/>
            </w:pPr>
            <w:r>
              <w:t>40</w:t>
            </w:r>
          </w:p>
        </w:tc>
        <w:tc>
          <w:tcPr>
            <w:tcW w:w="0" w:type="auto"/>
          </w:tcPr>
          <w:p w14:paraId="031A55D9" w14:textId="77777777" w:rsidR="007A5E59" w:rsidRDefault="0095198F">
            <w:pPr>
              <w:jc w:val="center"/>
            </w:pPr>
            <w:r>
              <w:t>2010</w:t>
            </w:r>
          </w:p>
        </w:tc>
        <w:tc>
          <w:tcPr>
            <w:tcW w:w="0" w:type="auto"/>
          </w:tcPr>
          <w:p w14:paraId="245C07A0" w14:textId="77777777" w:rsidR="007A5E59" w:rsidRDefault="0095198F">
            <w:pPr>
              <w:jc w:val="center"/>
            </w:pPr>
            <w:r>
              <w:t>22</w:t>
            </w:r>
          </w:p>
        </w:tc>
        <w:tc>
          <w:tcPr>
            <w:tcW w:w="0" w:type="auto"/>
          </w:tcPr>
          <w:p w14:paraId="799D5BE4" w14:textId="77777777" w:rsidR="007A5E59" w:rsidRDefault="0095198F">
            <w:r>
              <w:t>бесканал.</w:t>
            </w:r>
          </w:p>
        </w:tc>
      </w:tr>
      <w:tr w:rsidR="007A5E59" w14:paraId="3BEE7772" w14:textId="77777777">
        <w:trPr>
          <w:jc w:val="center"/>
        </w:trPr>
        <w:tc>
          <w:tcPr>
            <w:tcW w:w="0" w:type="auto"/>
          </w:tcPr>
          <w:p w14:paraId="08F4FA97" w14:textId="77777777" w:rsidR="007A5E59" w:rsidRDefault="0095198F">
            <w:pPr>
              <w:jc w:val="center"/>
            </w:pPr>
            <w:r>
              <w:t>237</w:t>
            </w:r>
          </w:p>
        </w:tc>
        <w:tc>
          <w:tcPr>
            <w:tcW w:w="0" w:type="auto"/>
          </w:tcPr>
          <w:p w14:paraId="393E328C" w14:textId="77777777" w:rsidR="007A5E59" w:rsidRDefault="0095198F">
            <w:r>
              <w:t>ТК-42/7а – Заречная 13</w:t>
            </w:r>
          </w:p>
        </w:tc>
        <w:tc>
          <w:tcPr>
            <w:tcW w:w="0" w:type="auto"/>
          </w:tcPr>
          <w:p w14:paraId="2225E779" w14:textId="77777777" w:rsidR="007A5E59" w:rsidRDefault="0095198F">
            <w:pPr>
              <w:jc w:val="center"/>
            </w:pPr>
            <w:r>
              <w:t>25</w:t>
            </w:r>
          </w:p>
        </w:tc>
        <w:tc>
          <w:tcPr>
            <w:tcW w:w="0" w:type="auto"/>
          </w:tcPr>
          <w:p w14:paraId="232DD2CB" w14:textId="77777777" w:rsidR="007A5E59" w:rsidRDefault="0095198F">
            <w:pPr>
              <w:jc w:val="center"/>
            </w:pPr>
            <w:r>
              <w:t>2010</w:t>
            </w:r>
          </w:p>
        </w:tc>
        <w:tc>
          <w:tcPr>
            <w:tcW w:w="0" w:type="auto"/>
          </w:tcPr>
          <w:p w14:paraId="2FFC7450" w14:textId="77777777" w:rsidR="007A5E59" w:rsidRDefault="0095198F">
            <w:pPr>
              <w:jc w:val="center"/>
            </w:pPr>
            <w:r>
              <w:t>15</w:t>
            </w:r>
          </w:p>
        </w:tc>
        <w:tc>
          <w:tcPr>
            <w:tcW w:w="0" w:type="auto"/>
          </w:tcPr>
          <w:p w14:paraId="0306EE3E" w14:textId="77777777" w:rsidR="007A5E59" w:rsidRDefault="0095198F">
            <w:r>
              <w:t>бесканал.</w:t>
            </w:r>
          </w:p>
        </w:tc>
      </w:tr>
      <w:tr w:rsidR="007A5E59" w14:paraId="29C1E005" w14:textId="77777777">
        <w:trPr>
          <w:jc w:val="center"/>
        </w:trPr>
        <w:tc>
          <w:tcPr>
            <w:tcW w:w="0" w:type="auto"/>
          </w:tcPr>
          <w:p w14:paraId="46692FBA" w14:textId="77777777" w:rsidR="007A5E59" w:rsidRDefault="0095198F">
            <w:pPr>
              <w:jc w:val="center"/>
            </w:pPr>
            <w:r>
              <w:t>238</w:t>
            </w:r>
          </w:p>
        </w:tc>
        <w:tc>
          <w:tcPr>
            <w:tcW w:w="0" w:type="auto"/>
          </w:tcPr>
          <w:p w14:paraId="4C58BED9" w14:textId="77777777" w:rsidR="007A5E59" w:rsidRDefault="0095198F">
            <w:r>
              <w:t>ТК-42/7 – Заречная 3</w:t>
            </w:r>
          </w:p>
        </w:tc>
        <w:tc>
          <w:tcPr>
            <w:tcW w:w="0" w:type="auto"/>
          </w:tcPr>
          <w:p w14:paraId="039E613A" w14:textId="77777777" w:rsidR="007A5E59" w:rsidRDefault="0095198F">
            <w:pPr>
              <w:jc w:val="center"/>
            </w:pPr>
            <w:r>
              <w:t>50</w:t>
            </w:r>
          </w:p>
        </w:tc>
        <w:tc>
          <w:tcPr>
            <w:tcW w:w="0" w:type="auto"/>
          </w:tcPr>
          <w:p w14:paraId="6E04B21A" w14:textId="77777777" w:rsidR="007A5E59" w:rsidRDefault="0095198F">
            <w:pPr>
              <w:jc w:val="center"/>
            </w:pPr>
            <w:r>
              <w:t>2010</w:t>
            </w:r>
          </w:p>
        </w:tc>
        <w:tc>
          <w:tcPr>
            <w:tcW w:w="0" w:type="auto"/>
          </w:tcPr>
          <w:p w14:paraId="45318CF3" w14:textId="77777777" w:rsidR="007A5E59" w:rsidRDefault="0095198F">
            <w:pPr>
              <w:jc w:val="center"/>
            </w:pPr>
            <w:r>
              <w:t>22</w:t>
            </w:r>
          </w:p>
        </w:tc>
        <w:tc>
          <w:tcPr>
            <w:tcW w:w="0" w:type="auto"/>
          </w:tcPr>
          <w:p w14:paraId="18F929B6" w14:textId="77777777" w:rsidR="007A5E59" w:rsidRDefault="0095198F">
            <w:r>
              <w:t>бесканал.</w:t>
            </w:r>
          </w:p>
        </w:tc>
      </w:tr>
      <w:tr w:rsidR="007A5E59" w14:paraId="4244E782" w14:textId="77777777">
        <w:trPr>
          <w:jc w:val="center"/>
        </w:trPr>
        <w:tc>
          <w:tcPr>
            <w:tcW w:w="0" w:type="auto"/>
          </w:tcPr>
          <w:p w14:paraId="0DBBDC70" w14:textId="77777777" w:rsidR="007A5E59" w:rsidRDefault="0095198F">
            <w:pPr>
              <w:jc w:val="center"/>
            </w:pPr>
            <w:r>
              <w:t>239</w:t>
            </w:r>
          </w:p>
        </w:tc>
        <w:tc>
          <w:tcPr>
            <w:tcW w:w="0" w:type="auto"/>
          </w:tcPr>
          <w:p w14:paraId="7B046623" w14:textId="77777777" w:rsidR="007A5E59" w:rsidRDefault="0095198F">
            <w:r>
              <w:t>ТК-42/6 – Заречная 12</w:t>
            </w:r>
          </w:p>
        </w:tc>
        <w:tc>
          <w:tcPr>
            <w:tcW w:w="0" w:type="auto"/>
          </w:tcPr>
          <w:p w14:paraId="72CF486B" w14:textId="77777777" w:rsidR="007A5E59" w:rsidRDefault="0095198F">
            <w:pPr>
              <w:jc w:val="center"/>
            </w:pPr>
            <w:r>
              <w:t>40</w:t>
            </w:r>
          </w:p>
        </w:tc>
        <w:tc>
          <w:tcPr>
            <w:tcW w:w="0" w:type="auto"/>
          </w:tcPr>
          <w:p w14:paraId="151A2CE1" w14:textId="77777777" w:rsidR="007A5E59" w:rsidRDefault="0095198F">
            <w:pPr>
              <w:jc w:val="center"/>
            </w:pPr>
            <w:r>
              <w:t>2010</w:t>
            </w:r>
          </w:p>
        </w:tc>
        <w:tc>
          <w:tcPr>
            <w:tcW w:w="0" w:type="auto"/>
          </w:tcPr>
          <w:p w14:paraId="28387EE5" w14:textId="77777777" w:rsidR="007A5E59" w:rsidRDefault="0095198F">
            <w:pPr>
              <w:jc w:val="center"/>
            </w:pPr>
            <w:r>
              <w:t>45</w:t>
            </w:r>
          </w:p>
        </w:tc>
        <w:tc>
          <w:tcPr>
            <w:tcW w:w="0" w:type="auto"/>
          </w:tcPr>
          <w:p w14:paraId="1A68D1CA" w14:textId="77777777" w:rsidR="007A5E59" w:rsidRDefault="0095198F">
            <w:r>
              <w:t>бесканал.</w:t>
            </w:r>
          </w:p>
        </w:tc>
      </w:tr>
      <w:tr w:rsidR="007A5E59" w14:paraId="45A63E9E" w14:textId="77777777">
        <w:trPr>
          <w:jc w:val="center"/>
        </w:trPr>
        <w:tc>
          <w:tcPr>
            <w:tcW w:w="0" w:type="auto"/>
          </w:tcPr>
          <w:p w14:paraId="687237BF" w14:textId="77777777" w:rsidR="007A5E59" w:rsidRDefault="0095198F">
            <w:pPr>
              <w:jc w:val="center"/>
            </w:pPr>
            <w:r>
              <w:t>240</w:t>
            </w:r>
          </w:p>
        </w:tc>
        <w:tc>
          <w:tcPr>
            <w:tcW w:w="0" w:type="auto"/>
          </w:tcPr>
          <w:p w14:paraId="00D18C35" w14:textId="77777777" w:rsidR="007A5E59" w:rsidRDefault="0095198F">
            <w:r>
              <w:t>ТК-42/5а – Заречная 11</w:t>
            </w:r>
          </w:p>
        </w:tc>
        <w:tc>
          <w:tcPr>
            <w:tcW w:w="0" w:type="auto"/>
          </w:tcPr>
          <w:p w14:paraId="01FC7D5D" w14:textId="77777777" w:rsidR="007A5E59" w:rsidRDefault="0095198F">
            <w:pPr>
              <w:jc w:val="center"/>
            </w:pPr>
            <w:r>
              <w:t>25</w:t>
            </w:r>
          </w:p>
        </w:tc>
        <w:tc>
          <w:tcPr>
            <w:tcW w:w="0" w:type="auto"/>
          </w:tcPr>
          <w:p w14:paraId="4E61FD6D" w14:textId="77777777" w:rsidR="007A5E59" w:rsidRDefault="0095198F">
            <w:pPr>
              <w:jc w:val="center"/>
            </w:pPr>
            <w:r>
              <w:t>2010</w:t>
            </w:r>
          </w:p>
        </w:tc>
        <w:tc>
          <w:tcPr>
            <w:tcW w:w="0" w:type="auto"/>
          </w:tcPr>
          <w:p w14:paraId="20441D1F" w14:textId="77777777" w:rsidR="007A5E59" w:rsidRDefault="0095198F">
            <w:pPr>
              <w:jc w:val="center"/>
            </w:pPr>
            <w:r>
              <w:t>12</w:t>
            </w:r>
          </w:p>
        </w:tc>
        <w:tc>
          <w:tcPr>
            <w:tcW w:w="0" w:type="auto"/>
          </w:tcPr>
          <w:p w14:paraId="701DE34F" w14:textId="77777777" w:rsidR="007A5E59" w:rsidRDefault="0095198F">
            <w:r>
              <w:t>бесканал.</w:t>
            </w:r>
          </w:p>
        </w:tc>
      </w:tr>
      <w:tr w:rsidR="007A5E59" w14:paraId="7FB8AE10" w14:textId="77777777">
        <w:trPr>
          <w:jc w:val="center"/>
        </w:trPr>
        <w:tc>
          <w:tcPr>
            <w:tcW w:w="0" w:type="auto"/>
          </w:tcPr>
          <w:p w14:paraId="15BD030D" w14:textId="77777777" w:rsidR="007A5E59" w:rsidRDefault="0095198F">
            <w:pPr>
              <w:jc w:val="center"/>
            </w:pPr>
            <w:r>
              <w:t>241</w:t>
            </w:r>
          </w:p>
        </w:tc>
        <w:tc>
          <w:tcPr>
            <w:tcW w:w="0" w:type="auto"/>
          </w:tcPr>
          <w:p w14:paraId="0F2AC06C" w14:textId="77777777" w:rsidR="007A5E59" w:rsidRDefault="0095198F">
            <w:r>
              <w:t>ТК-42/5 – Заречная 4</w:t>
            </w:r>
          </w:p>
        </w:tc>
        <w:tc>
          <w:tcPr>
            <w:tcW w:w="0" w:type="auto"/>
          </w:tcPr>
          <w:p w14:paraId="7624B9A3" w14:textId="77777777" w:rsidR="007A5E59" w:rsidRDefault="0095198F">
            <w:pPr>
              <w:jc w:val="center"/>
            </w:pPr>
            <w:r>
              <w:t>50</w:t>
            </w:r>
          </w:p>
        </w:tc>
        <w:tc>
          <w:tcPr>
            <w:tcW w:w="0" w:type="auto"/>
          </w:tcPr>
          <w:p w14:paraId="79F28A36" w14:textId="77777777" w:rsidR="007A5E59" w:rsidRDefault="0095198F">
            <w:pPr>
              <w:jc w:val="center"/>
            </w:pPr>
            <w:r>
              <w:t>2010</w:t>
            </w:r>
          </w:p>
        </w:tc>
        <w:tc>
          <w:tcPr>
            <w:tcW w:w="0" w:type="auto"/>
          </w:tcPr>
          <w:p w14:paraId="68AD3E50" w14:textId="77777777" w:rsidR="007A5E59" w:rsidRDefault="0095198F">
            <w:pPr>
              <w:jc w:val="center"/>
            </w:pPr>
            <w:r>
              <w:t>22</w:t>
            </w:r>
          </w:p>
        </w:tc>
        <w:tc>
          <w:tcPr>
            <w:tcW w:w="0" w:type="auto"/>
          </w:tcPr>
          <w:p w14:paraId="593C7746" w14:textId="77777777" w:rsidR="007A5E59" w:rsidRDefault="0095198F">
            <w:r>
              <w:t>бесканал.</w:t>
            </w:r>
          </w:p>
        </w:tc>
      </w:tr>
      <w:tr w:rsidR="007A5E59" w14:paraId="0F762CF7" w14:textId="77777777">
        <w:trPr>
          <w:jc w:val="center"/>
        </w:trPr>
        <w:tc>
          <w:tcPr>
            <w:tcW w:w="0" w:type="auto"/>
          </w:tcPr>
          <w:p w14:paraId="6AFAA2C2" w14:textId="77777777" w:rsidR="007A5E59" w:rsidRDefault="0095198F">
            <w:pPr>
              <w:jc w:val="center"/>
            </w:pPr>
            <w:r>
              <w:t>242</w:t>
            </w:r>
          </w:p>
        </w:tc>
        <w:tc>
          <w:tcPr>
            <w:tcW w:w="0" w:type="auto"/>
          </w:tcPr>
          <w:p w14:paraId="2C42CB90" w14:textId="77777777" w:rsidR="007A5E59" w:rsidRDefault="0095198F">
            <w:r>
              <w:t>ТК-42/4 – Заречная 9</w:t>
            </w:r>
          </w:p>
        </w:tc>
        <w:tc>
          <w:tcPr>
            <w:tcW w:w="0" w:type="auto"/>
          </w:tcPr>
          <w:p w14:paraId="19881A1F" w14:textId="77777777" w:rsidR="007A5E59" w:rsidRDefault="0095198F">
            <w:pPr>
              <w:jc w:val="center"/>
            </w:pPr>
            <w:r>
              <w:t>25</w:t>
            </w:r>
          </w:p>
        </w:tc>
        <w:tc>
          <w:tcPr>
            <w:tcW w:w="0" w:type="auto"/>
          </w:tcPr>
          <w:p w14:paraId="155EE3B1" w14:textId="77777777" w:rsidR="007A5E59" w:rsidRDefault="0095198F">
            <w:pPr>
              <w:jc w:val="center"/>
            </w:pPr>
            <w:r>
              <w:t>2010</w:t>
            </w:r>
          </w:p>
        </w:tc>
        <w:tc>
          <w:tcPr>
            <w:tcW w:w="0" w:type="auto"/>
          </w:tcPr>
          <w:p w14:paraId="7451BB43" w14:textId="77777777" w:rsidR="007A5E59" w:rsidRDefault="0095198F">
            <w:pPr>
              <w:jc w:val="center"/>
            </w:pPr>
            <w:r>
              <w:t>10</w:t>
            </w:r>
          </w:p>
        </w:tc>
        <w:tc>
          <w:tcPr>
            <w:tcW w:w="0" w:type="auto"/>
          </w:tcPr>
          <w:p w14:paraId="7E8A01DB" w14:textId="77777777" w:rsidR="007A5E59" w:rsidRDefault="0095198F">
            <w:r>
              <w:t>бесканал.</w:t>
            </w:r>
          </w:p>
        </w:tc>
      </w:tr>
      <w:tr w:rsidR="007A5E59" w14:paraId="252CBA68" w14:textId="77777777">
        <w:trPr>
          <w:jc w:val="center"/>
        </w:trPr>
        <w:tc>
          <w:tcPr>
            <w:tcW w:w="0" w:type="auto"/>
          </w:tcPr>
          <w:p w14:paraId="43A7C3B1" w14:textId="77777777" w:rsidR="007A5E59" w:rsidRDefault="0095198F">
            <w:pPr>
              <w:jc w:val="center"/>
            </w:pPr>
            <w:r>
              <w:t>243</w:t>
            </w:r>
          </w:p>
        </w:tc>
        <w:tc>
          <w:tcPr>
            <w:tcW w:w="0" w:type="auto"/>
          </w:tcPr>
          <w:p w14:paraId="160B2D7A" w14:textId="77777777" w:rsidR="007A5E59" w:rsidRDefault="0095198F">
            <w:r>
              <w:t>ТК-42/3 – Заречная 5</w:t>
            </w:r>
          </w:p>
        </w:tc>
        <w:tc>
          <w:tcPr>
            <w:tcW w:w="0" w:type="auto"/>
          </w:tcPr>
          <w:p w14:paraId="45DC626F" w14:textId="77777777" w:rsidR="007A5E59" w:rsidRDefault="0095198F">
            <w:pPr>
              <w:jc w:val="center"/>
            </w:pPr>
            <w:r>
              <w:t>80</w:t>
            </w:r>
          </w:p>
        </w:tc>
        <w:tc>
          <w:tcPr>
            <w:tcW w:w="0" w:type="auto"/>
          </w:tcPr>
          <w:p w14:paraId="32B9103F" w14:textId="77777777" w:rsidR="007A5E59" w:rsidRDefault="0095198F">
            <w:pPr>
              <w:jc w:val="center"/>
            </w:pPr>
            <w:r>
              <w:t>2010</w:t>
            </w:r>
          </w:p>
        </w:tc>
        <w:tc>
          <w:tcPr>
            <w:tcW w:w="0" w:type="auto"/>
          </w:tcPr>
          <w:p w14:paraId="00B10527" w14:textId="77777777" w:rsidR="007A5E59" w:rsidRDefault="0095198F">
            <w:pPr>
              <w:jc w:val="center"/>
            </w:pPr>
            <w:r>
              <w:t>44</w:t>
            </w:r>
          </w:p>
        </w:tc>
        <w:tc>
          <w:tcPr>
            <w:tcW w:w="0" w:type="auto"/>
          </w:tcPr>
          <w:p w14:paraId="221F487D" w14:textId="77777777" w:rsidR="007A5E59" w:rsidRDefault="0095198F">
            <w:r>
              <w:t>бесканал.</w:t>
            </w:r>
          </w:p>
        </w:tc>
      </w:tr>
      <w:tr w:rsidR="007A5E59" w14:paraId="40F07A6F" w14:textId="77777777">
        <w:trPr>
          <w:jc w:val="center"/>
        </w:trPr>
        <w:tc>
          <w:tcPr>
            <w:tcW w:w="0" w:type="auto"/>
          </w:tcPr>
          <w:p w14:paraId="3FF7E257" w14:textId="77777777" w:rsidR="007A5E59" w:rsidRDefault="0095198F">
            <w:pPr>
              <w:jc w:val="center"/>
            </w:pPr>
            <w:r>
              <w:t>244</w:t>
            </w:r>
          </w:p>
        </w:tc>
        <w:tc>
          <w:tcPr>
            <w:tcW w:w="0" w:type="auto"/>
          </w:tcPr>
          <w:p w14:paraId="23B2E86E" w14:textId="77777777" w:rsidR="007A5E59" w:rsidRDefault="0095198F">
            <w:r>
              <w:t>Заречная 5 – Заречная 5в</w:t>
            </w:r>
          </w:p>
        </w:tc>
        <w:tc>
          <w:tcPr>
            <w:tcW w:w="0" w:type="auto"/>
          </w:tcPr>
          <w:p w14:paraId="218B8467" w14:textId="77777777" w:rsidR="007A5E59" w:rsidRDefault="0095198F">
            <w:pPr>
              <w:jc w:val="center"/>
            </w:pPr>
            <w:r>
              <w:t>25</w:t>
            </w:r>
          </w:p>
        </w:tc>
        <w:tc>
          <w:tcPr>
            <w:tcW w:w="0" w:type="auto"/>
          </w:tcPr>
          <w:p w14:paraId="00631EFD" w14:textId="77777777" w:rsidR="007A5E59" w:rsidRDefault="0095198F">
            <w:pPr>
              <w:jc w:val="center"/>
            </w:pPr>
            <w:r>
              <w:t>2010</w:t>
            </w:r>
          </w:p>
        </w:tc>
        <w:tc>
          <w:tcPr>
            <w:tcW w:w="0" w:type="auto"/>
          </w:tcPr>
          <w:p w14:paraId="75A892E5" w14:textId="77777777" w:rsidR="007A5E59" w:rsidRDefault="0095198F">
            <w:pPr>
              <w:jc w:val="center"/>
            </w:pPr>
            <w:r>
              <w:t>19</w:t>
            </w:r>
          </w:p>
        </w:tc>
        <w:tc>
          <w:tcPr>
            <w:tcW w:w="0" w:type="auto"/>
          </w:tcPr>
          <w:p w14:paraId="5F1843DE" w14:textId="77777777" w:rsidR="007A5E59" w:rsidRDefault="0095198F">
            <w:r>
              <w:t>бесканал.</w:t>
            </w:r>
          </w:p>
        </w:tc>
      </w:tr>
      <w:tr w:rsidR="007A5E59" w14:paraId="02E870E3" w14:textId="77777777">
        <w:trPr>
          <w:jc w:val="center"/>
        </w:trPr>
        <w:tc>
          <w:tcPr>
            <w:tcW w:w="0" w:type="auto"/>
          </w:tcPr>
          <w:p w14:paraId="6495C58B" w14:textId="77777777" w:rsidR="007A5E59" w:rsidRDefault="0095198F">
            <w:pPr>
              <w:jc w:val="center"/>
            </w:pPr>
            <w:r>
              <w:t>245</w:t>
            </w:r>
          </w:p>
        </w:tc>
        <w:tc>
          <w:tcPr>
            <w:tcW w:w="0" w:type="auto"/>
          </w:tcPr>
          <w:p w14:paraId="60C861CD" w14:textId="77777777" w:rsidR="007A5E59" w:rsidRDefault="0095198F">
            <w:r>
              <w:t>ТК-42/3 – ТК-42/3а</w:t>
            </w:r>
          </w:p>
        </w:tc>
        <w:tc>
          <w:tcPr>
            <w:tcW w:w="0" w:type="auto"/>
          </w:tcPr>
          <w:p w14:paraId="025CDC6E" w14:textId="77777777" w:rsidR="007A5E59" w:rsidRDefault="0095198F">
            <w:pPr>
              <w:jc w:val="center"/>
            </w:pPr>
            <w:r>
              <w:t>25</w:t>
            </w:r>
          </w:p>
        </w:tc>
        <w:tc>
          <w:tcPr>
            <w:tcW w:w="0" w:type="auto"/>
          </w:tcPr>
          <w:p w14:paraId="3F810B1A" w14:textId="77777777" w:rsidR="007A5E59" w:rsidRDefault="0095198F">
            <w:pPr>
              <w:jc w:val="center"/>
            </w:pPr>
            <w:r>
              <w:t>2010</w:t>
            </w:r>
          </w:p>
        </w:tc>
        <w:tc>
          <w:tcPr>
            <w:tcW w:w="0" w:type="auto"/>
          </w:tcPr>
          <w:p w14:paraId="5493C58E" w14:textId="77777777" w:rsidR="007A5E59" w:rsidRDefault="0095198F">
            <w:pPr>
              <w:jc w:val="center"/>
            </w:pPr>
            <w:r>
              <w:t>61</w:t>
            </w:r>
          </w:p>
        </w:tc>
        <w:tc>
          <w:tcPr>
            <w:tcW w:w="0" w:type="auto"/>
          </w:tcPr>
          <w:p w14:paraId="440EB2A6" w14:textId="77777777" w:rsidR="007A5E59" w:rsidRDefault="0095198F">
            <w:r>
              <w:t>бесканал.</w:t>
            </w:r>
          </w:p>
        </w:tc>
      </w:tr>
      <w:tr w:rsidR="007A5E59" w14:paraId="18B5CA86" w14:textId="77777777">
        <w:trPr>
          <w:jc w:val="center"/>
        </w:trPr>
        <w:tc>
          <w:tcPr>
            <w:tcW w:w="0" w:type="auto"/>
          </w:tcPr>
          <w:p w14:paraId="2A3F5B21" w14:textId="77777777" w:rsidR="007A5E59" w:rsidRDefault="0095198F">
            <w:pPr>
              <w:jc w:val="center"/>
            </w:pPr>
            <w:r>
              <w:t>246</w:t>
            </w:r>
          </w:p>
        </w:tc>
        <w:tc>
          <w:tcPr>
            <w:tcW w:w="0" w:type="auto"/>
          </w:tcPr>
          <w:p w14:paraId="5B97D057" w14:textId="77777777" w:rsidR="007A5E59" w:rsidRDefault="0095198F">
            <w:r>
              <w:t>ТК-42/2А – Заречная 4б</w:t>
            </w:r>
          </w:p>
        </w:tc>
        <w:tc>
          <w:tcPr>
            <w:tcW w:w="0" w:type="auto"/>
          </w:tcPr>
          <w:p w14:paraId="6A2071CB" w14:textId="77777777" w:rsidR="007A5E59" w:rsidRDefault="0095198F">
            <w:pPr>
              <w:jc w:val="center"/>
            </w:pPr>
            <w:r>
              <w:t>25</w:t>
            </w:r>
          </w:p>
        </w:tc>
        <w:tc>
          <w:tcPr>
            <w:tcW w:w="0" w:type="auto"/>
          </w:tcPr>
          <w:p w14:paraId="79BA70EE" w14:textId="77777777" w:rsidR="007A5E59" w:rsidRDefault="0095198F">
            <w:pPr>
              <w:jc w:val="center"/>
            </w:pPr>
            <w:r>
              <w:t>2010</w:t>
            </w:r>
          </w:p>
        </w:tc>
        <w:tc>
          <w:tcPr>
            <w:tcW w:w="0" w:type="auto"/>
          </w:tcPr>
          <w:p w14:paraId="008B41CB" w14:textId="77777777" w:rsidR="007A5E59" w:rsidRDefault="0095198F">
            <w:pPr>
              <w:jc w:val="center"/>
            </w:pPr>
            <w:r>
              <w:t>14</w:t>
            </w:r>
          </w:p>
        </w:tc>
        <w:tc>
          <w:tcPr>
            <w:tcW w:w="0" w:type="auto"/>
          </w:tcPr>
          <w:p w14:paraId="7967A870" w14:textId="77777777" w:rsidR="007A5E59" w:rsidRDefault="0095198F">
            <w:r>
              <w:t>бесканал.</w:t>
            </w:r>
          </w:p>
        </w:tc>
      </w:tr>
      <w:tr w:rsidR="007A5E59" w14:paraId="1097D96F" w14:textId="77777777">
        <w:trPr>
          <w:jc w:val="center"/>
        </w:trPr>
        <w:tc>
          <w:tcPr>
            <w:tcW w:w="0" w:type="auto"/>
          </w:tcPr>
          <w:p w14:paraId="11274309" w14:textId="77777777" w:rsidR="007A5E59" w:rsidRDefault="0095198F">
            <w:pPr>
              <w:jc w:val="center"/>
            </w:pPr>
            <w:r>
              <w:t>247</w:t>
            </w:r>
          </w:p>
        </w:tc>
        <w:tc>
          <w:tcPr>
            <w:tcW w:w="0" w:type="auto"/>
          </w:tcPr>
          <w:p w14:paraId="2A436745" w14:textId="77777777" w:rsidR="007A5E59" w:rsidRDefault="0095198F">
            <w:r>
              <w:t>ТК-42/2А – Заречная 5а</w:t>
            </w:r>
          </w:p>
        </w:tc>
        <w:tc>
          <w:tcPr>
            <w:tcW w:w="0" w:type="auto"/>
          </w:tcPr>
          <w:p w14:paraId="76DD81FA" w14:textId="77777777" w:rsidR="007A5E59" w:rsidRDefault="0095198F">
            <w:pPr>
              <w:jc w:val="center"/>
            </w:pPr>
            <w:r>
              <w:t>25</w:t>
            </w:r>
          </w:p>
        </w:tc>
        <w:tc>
          <w:tcPr>
            <w:tcW w:w="0" w:type="auto"/>
          </w:tcPr>
          <w:p w14:paraId="2AD051B4" w14:textId="77777777" w:rsidR="007A5E59" w:rsidRDefault="0095198F">
            <w:pPr>
              <w:jc w:val="center"/>
            </w:pPr>
            <w:r>
              <w:t>2010</w:t>
            </w:r>
          </w:p>
        </w:tc>
        <w:tc>
          <w:tcPr>
            <w:tcW w:w="0" w:type="auto"/>
          </w:tcPr>
          <w:p w14:paraId="14DB1FDD" w14:textId="77777777" w:rsidR="007A5E59" w:rsidRDefault="0095198F">
            <w:pPr>
              <w:jc w:val="center"/>
            </w:pPr>
            <w:r>
              <w:t>21</w:t>
            </w:r>
          </w:p>
        </w:tc>
        <w:tc>
          <w:tcPr>
            <w:tcW w:w="0" w:type="auto"/>
          </w:tcPr>
          <w:p w14:paraId="356220FA" w14:textId="77777777" w:rsidR="007A5E59" w:rsidRDefault="0095198F">
            <w:r>
              <w:t>бесканал.</w:t>
            </w:r>
          </w:p>
        </w:tc>
      </w:tr>
      <w:tr w:rsidR="007A5E59" w14:paraId="1A2FAC1C" w14:textId="77777777">
        <w:trPr>
          <w:jc w:val="center"/>
        </w:trPr>
        <w:tc>
          <w:tcPr>
            <w:tcW w:w="0" w:type="auto"/>
          </w:tcPr>
          <w:p w14:paraId="2C7D3D29" w14:textId="77777777" w:rsidR="007A5E59" w:rsidRDefault="0095198F">
            <w:pPr>
              <w:jc w:val="center"/>
            </w:pPr>
            <w:r>
              <w:t>248</w:t>
            </w:r>
          </w:p>
        </w:tc>
        <w:tc>
          <w:tcPr>
            <w:tcW w:w="0" w:type="auto"/>
          </w:tcPr>
          <w:p w14:paraId="5BA00C75" w14:textId="77777777" w:rsidR="007A5E59" w:rsidRDefault="0095198F">
            <w:r>
              <w:t>ТК-42/2 – ТК-42/2а</w:t>
            </w:r>
          </w:p>
        </w:tc>
        <w:tc>
          <w:tcPr>
            <w:tcW w:w="0" w:type="auto"/>
          </w:tcPr>
          <w:p w14:paraId="260AD80C" w14:textId="77777777" w:rsidR="007A5E59" w:rsidRDefault="0095198F">
            <w:pPr>
              <w:jc w:val="center"/>
            </w:pPr>
            <w:r>
              <w:t>25</w:t>
            </w:r>
          </w:p>
        </w:tc>
        <w:tc>
          <w:tcPr>
            <w:tcW w:w="0" w:type="auto"/>
          </w:tcPr>
          <w:p w14:paraId="090EFB49" w14:textId="77777777" w:rsidR="007A5E59" w:rsidRDefault="0095198F">
            <w:pPr>
              <w:jc w:val="center"/>
            </w:pPr>
            <w:r>
              <w:t>2010</w:t>
            </w:r>
          </w:p>
        </w:tc>
        <w:tc>
          <w:tcPr>
            <w:tcW w:w="0" w:type="auto"/>
          </w:tcPr>
          <w:p w14:paraId="1ECAD878" w14:textId="77777777" w:rsidR="007A5E59" w:rsidRDefault="0095198F">
            <w:pPr>
              <w:jc w:val="center"/>
            </w:pPr>
            <w:r>
              <w:t>25</w:t>
            </w:r>
          </w:p>
        </w:tc>
        <w:tc>
          <w:tcPr>
            <w:tcW w:w="0" w:type="auto"/>
          </w:tcPr>
          <w:p w14:paraId="66DF28DE" w14:textId="77777777" w:rsidR="007A5E59" w:rsidRDefault="0095198F">
            <w:r>
              <w:t>бесканал.</w:t>
            </w:r>
          </w:p>
        </w:tc>
      </w:tr>
      <w:tr w:rsidR="007A5E59" w14:paraId="755111E4" w14:textId="77777777">
        <w:trPr>
          <w:jc w:val="center"/>
        </w:trPr>
        <w:tc>
          <w:tcPr>
            <w:tcW w:w="0" w:type="auto"/>
          </w:tcPr>
          <w:p w14:paraId="31EA7162" w14:textId="77777777" w:rsidR="007A5E59" w:rsidRDefault="0095198F">
            <w:pPr>
              <w:jc w:val="center"/>
            </w:pPr>
            <w:r>
              <w:t>249</w:t>
            </w:r>
          </w:p>
        </w:tc>
        <w:tc>
          <w:tcPr>
            <w:tcW w:w="0" w:type="auto"/>
          </w:tcPr>
          <w:p w14:paraId="0A0C93D2" w14:textId="77777777" w:rsidR="007A5E59" w:rsidRDefault="0095198F">
            <w:r>
              <w:t>ТК-42/2А – Заречная 4в</w:t>
            </w:r>
          </w:p>
        </w:tc>
        <w:tc>
          <w:tcPr>
            <w:tcW w:w="0" w:type="auto"/>
          </w:tcPr>
          <w:p w14:paraId="1F8FA340" w14:textId="77777777" w:rsidR="007A5E59" w:rsidRDefault="0095198F">
            <w:pPr>
              <w:jc w:val="center"/>
            </w:pPr>
            <w:r>
              <w:t>25</w:t>
            </w:r>
          </w:p>
        </w:tc>
        <w:tc>
          <w:tcPr>
            <w:tcW w:w="0" w:type="auto"/>
          </w:tcPr>
          <w:p w14:paraId="64769E6C" w14:textId="77777777" w:rsidR="007A5E59" w:rsidRDefault="0095198F">
            <w:pPr>
              <w:jc w:val="center"/>
            </w:pPr>
            <w:r>
              <w:t>2010</w:t>
            </w:r>
          </w:p>
        </w:tc>
        <w:tc>
          <w:tcPr>
            <w:tcW w:w="0" w:type="auto"/>
          </w:tcPr>
          <w:p w14:paraId="35A87CB6" w14:textId="77777777" w:rsidR="007A5E59" w:rsidRDefault="0095198F">
            <w:pPr>
              <w:jc w:val="center"/>
            </w:pPr>
            <w:r>
              <w:t>8</w:t>
            </w:r>
          </w:p>
        </w:tc>
        <w:tc>
          <w:tcPr>
            <w:tcW w:w="0" w:type="auto"/>
          </w:tcPr>
          <w:p w14:paraId="1BC5260A" w14:textId="77777777" w:rsidR="007A5E59" w:rsidRDefault="0095198F">
            <w:r>
              <w:t>бесканал.</w:t>
            </w:r>
          </w:p>
        </w:tc>
      </w:tr>
      <w:tr w:rsidR="007A5E59" w14:paraId="4170BD4A" w14:textId="77777777">
        <w:trPr>
          <w:jc w:val="center"/>
        </w:trPr>
        <w:tc>
          <w:tcPr>
            <w:tcW w:w="0" w:type="auto"/>
          </w:tcPr>
          <w:p w14:paraId="422843E0" w14:textId="77777777" w:rsidR="007A5E59" w:rsidRDefault="0095198F">
            <w:pPr>
              <w:jc w:val="center"/>
            </w:pPr>
            <w:r>
              <w:t>250</w:t>
            </w:r>
          </w:p>
        </w:tc>
        <w:tc>
          <w:tcPr>
            <w:tcW w:w="0" w:type="auto"/>
          </w:tcPr>
          <w:p w14:paraId="1DC0BF85" w14:textId="77777777" w:rsidR="007A5E59" w:rsidRDefault="0095198F">
            <w:r>
              <w:t>ТК-42/2А – Заречная 4а</w:t>
            </w:r>
          </w:p>
        </w:tc>
        <w:tc>
          <w:tcPr>
            <w:tcW w:w="0" w:type="auto"/>
          </w:tcPr>
          <w:p w14:paraId="06800E50" w14:textId="77777777" w:rsidR="007A5E59" w:rsidRDefault="0095198F">
            <w:pPr>
              <w:jc w:val="center"/>
            </w:pPr>
            <w:r>
              <w:t>25</w:t>
            </w:r>
          </w:p>
        </w:tc>
        <w:tc>
          <w:tcPr>
            <w:tcW w:w="0" w:type="auto"/>
          </w:tcPr>
          <w:p w14:paraId="79B1C0FE" w14:textId="77777777" w:rsidR="007A5E59" w:rsidRDefault="0095198F">
            <w:pPr>
              <w:jc w:val="center"/>
            </w:pPr>
            <w:r>
              <w:t>2010</w:t>
            </w:r>
          </w:p>
        </w:tc>
        <w:tc>
          <w:tcPr>
            <w:tcW w:w="0" w:type="auto"/>
          </w:tcPr>
          <w:p w14:paraId="3345B760" w14:textId="77777777" w:rsidR="007A5E59" w:rsidRDefault="0095198F">
            <w:pPr>
              <w:jc w:val="center"/>
            </w:pPr>
            <w:r>
              <w:t>8</w:t>
            </w:r>
          </w:p>
        </w:tc>
        <w:tc>
          <w:tcPr>
            <w:tcW w:w="0" w:type="auto"/>
          </w:tcPr>
          <w:p w14:paraId="1498B552" w14:textId="77777777" w:rsidR="007A5E59" w:rsidRDefault="0095198F">
            <w:r>
              <w:t>бесканал.</w:t>
            </w:r>
          </w:p>
        </w:tc>
      </w:tr>
      <w:tr w:rsidR="007A5E59" w14:paraId="391AFCFC" w14:textId="77777777">
        <w:trPr>
          <w:jc w:val="center"/>
        </w:trPr>
        <w:tc>
          <w:tcPr>
            <w:tcW w:w="0" w:type="auto"/>
          </w:tcPr>
          <w:p w14:paraId="1D1AAA0F" w14:textId="77777777" w:rsidR="007A5E59" w:rsidRDefault="0095198F">
            <w:pPr>
              <w:jc w:val="center"/>
            </w:pPr>
            <w:r>
              <w:t>251</w:t>
            </w:r>
          </w:p>
        </w:tc>
        <w:tc>
          <w:tcPr>
            <w:tcW w:w="0" w:type="auto"/>
          </w:tcPr>
          <w:p w14:paraId="22FAC3B0" w14:textId="77777777" w:rsidR="007A5E59" w:rsidRDefault="0095198F">
            <w:r>
              <w:t>ТК-42/1 – Заречная 8</w:t>
            </w:r>
          </w:p>
        </w:tc>
        <w:tc>
          <w:tcPr>
            <w:tcW w:w="0" w:type="auto"/>
          </w:tcPr>
          <w:p w14:paraId="0932004C" w14:textId="77777777" w:rsidR="007A5E59" w:rsidRDefault="0095198F">
            <w:pPr>
              <w:jc w:val="center"/>
            </w:pPr>
            <w:r>
              <w:t>25</w:t>
            </w:r>
          </w:p>
        </w:tc>
        <w:tc>
          <w:tcPr>
            <w:tcW w:w="0" w:type="auto"/>
          </w:tcPr>
          <w:p w14:paraId="5E42106A" w14:textId="77777777" w:rsidR="007A5E59" w:rsidRDefault="0095198F">
            <w:pPr>
              <w:jc w:val="center"/>
            </w:pPr>
            <w:r>
              <w:t>2010</w:t>
            </w:r>
          </w:p>
        </w:tc>
        <w:tc>
          <w:tcPr>
            <w:tcW w:w="0" w:type="auto"/>
          </w:tcPr>
          <w:p w14:paraId="277CA42D" w14:textId="77777777" w:rsidR="007A5E59" w:rsidRDefault="0095198F">
            <w:pPr>
              <w:jc w:val="center"/>
            </w:pPr>
            <w:r>
              <w:t>48</w:t>
            </w:r>
          </w:p>
        </w:tc>
        <w:tc>
          <w:tcPr>
            <w:tcW w:w="0" w:type="auto"/>
          </w:tcPr>
          <w:p w14:paraId="73B31AE0" w14:textId="77777777" w:rsidR="007A5E59" w:rsidRDefault="0095198F">
            <w:r>
              <w:t>бесканал.</w:t>
            </w:r>
          </w:p>
        </w:tc>
      </w:tr>
      <w:tr w:rsidR="007A5E59" w14:paraId="0AF65358" w14:textId="77777777">
        <w:trPr>
          <w:jc w:val="center"/>
        </w:trPr>
        <w:tc>
          <w:tcPr>
            <w:tcW w:w="0" w:type="auto"/>
          </w:tcPr>
          <w:p w14:paraId="5B6821E4" w14:textId="77777777" w:rsidR="007A5E59" w:rsidRDefault="0095198F">
            <w:pPr>
              <w:jc w:val="center"/>
            </w:pPr>
            <w:r>
              <w:t>252</w:t>
            </w:r>
          </w:p>
        </w:tc>
        <w:tc>
          <w:tcPr>
            <w:tcW w:w="0" w:type="auto"/>
          </w:tcPr>
          <w:p w14:paraId="44E91992" w14:textId="77777777" w:rsidR="007A5E59" w:rsidRDefault="0095198F">
            <w:r>
              <w:t>ТК-42 – ТК-41/4</w:t>
            </w:r>
          </w:p>
        </w:tc>
        <w:tc>
          <w:tcPr>
            <w:tcW w:w="0" w:type="auto"/>
          </w:tcPr>
          <w:p w14:paraId="3D86C58A" w14:textId="77777777" w:rsidR="007A5E59" w:rsidRDefault="0095198F">
            <w:pPr>
              <w:jc w:val="center"/>
            </w:pPr>
            <w:r>
              <w:t>200</w:t>
            </w:r>
          </w:p>
        </w:tc>
        <w:tc>
          <w:tcPr>
            <w:tcW w:w="0" w:type="auto"/>
          </w:tcPr>
          <w:p w14:paraId="76550E41" w14:textId="77777777" w:rsidR="007A5E59" w:rsidRDefault="0095198F">
            <w:pPr>
              <w:jc w:val="center"/>
            </w:pPr>
            <w:r>
              <w:t>2010</w:t>
            </w:r>
          </w:p>
        </w:tc>
        <w:tc>
          <w:tcPr>
            <w:tcW w:w="0" w:type="auto"/>
          </w:tcPr>
          <w:p w14:paraId="3810CCA0" w14:textId="77777777" w:rsidR="007A5E59" w:rsidRDefault="0095198F">
            <w:pPr>
              <w:jc w:val="center"/>
            </w:pPr>
            <w:r>
              <w:t>55</w:t>
            </w:r>
          </w:p>
        </w:tc>
        <w:tc>
          <w:tcPr>
            <w:tcW w:w="0" w:type="auto"/>
          </w:tcPr>
          <w:p w14:paraId="7786D716" w14:textId="77777777" w:rsidR="007A5E59" w:rsidRDefault="0095198F">
            <w:r>
              <w:t>бесканал.</w:t>
            </w:r>
          </w:p>
        </w:tc>
      </w:tr>
      <w:tr w:rsidR="007A5E59" w14:paraId="27EE9232" w14:textId="77777777">
        <w:trPr>
          <w:jc w:val="center"/>
        </w:trPr>
        <w:tc>
          <w:tcPr>
            <w:tcW w:w="0" w:type="auto"/>
          </w:tcPr>
          <w:p w14:paraId="26E7FD42" w14:textId="77777777" w:rsidR="007A5E59" w:rsidRDefault="0095198F">
            <w:pPr>
              <w:jc w:val="center"/>
            </w:pPr>
            <w:r>
              <w:t>253</w:t>
            </w:r>
          </w:p>
        </w:tc>
        <w:tc>
          <w:tcPr>
            <w:tcW w:w="0" w:type="auto"/>
          </w:tcPr>
          <w:p w14:paraId="2CEB9FD9" w14:textId="77777777" w:rsidR="007A5E59" w:rsidRDefault="0095198F">
            <w:r>
              <w:t>ТК-41/4 – ТК-41/4А</w:t>
            </w:r>
          </w:p>
        </w:tc>
        <w:tc>
          <w:tcPr>
            <w:tcW w:w="0" w:type="auto"/>
          </w:tcPr>
          <w:p w14:paraId="66601D9F" w14:textId="77777777" w:rsidR="007A5E59" w:rsidRDefault="0095198F">
            <w:pPr>
              <w:jc w:val="center"/>
            </w:pPr>
            <w:r>
              <w:t>25</w:t>
            </w:r>
          </w:p>
        </w:tc>
        <w:tc>
          <w:tcPr>
            <w:tcW w:w="0" w:type="auto"/>
          </w:tcPr>
          <w:p w14:paraId="105D5C25" w14:textId="77777777" w:rsidR="007A5E59" w:rsidRDefault="0095198F">
            <w:pPr>
              <w:jc w:val="center"/>
            </w:pPr>
            <w:r>
              <w:t>2004</w:t>
            </w:r>
          </w:p>
        </w:tc>
        <w:tc>
          <w:tcPr>
            <w:tcW w:w="0" w:type="auto"/>
          </w:tcPr>
          <w:p w14:paraId="68A4A2D3" w14:textId="77777777" w:rsidR="007A5E59" w:rsidRDefault="0095198F">
            <w:pPr>
              <w:jc w:val="center"/>
            </w:pPr>
            <w:r>
              <w:t>14</w:t>
            </w:r>
          </w:p>
        </w:tc>
        <w:tc>
          <w:tcPr>
            <w:tcW w:w="0" w:type="auto"/>
          </w:tcPr>
          <w:p w14:paraId="0F075903" w14:textId="77777777" w:rsidR="007A5E59" w:rsidRDefault="0095198F">
            <w:r>
              <w:t>бесканал.</w:t>
            </w:r>
          </w:p>
        </w:tc>
      </w:tr>
      <w:tr w:rsidR="007A5E59" w14:paraId="34E677F8" w14:textId="77777777">
        <w:trPr>
          <w:jc w:val="center"/>
        </w:trPr>
        <w:tc>
          <w:tcPr>
            <w:tcW w:w="0" w:type="auto"/>
          </w:tcPr>
          <w:p w14:paraId="066B544C" w14:textId="77777777" w:rsidR="007A5E59" w:rsidRDefault="0095198F">
            <w:pPr>
              <w:jc w:val="center"/>
            </w:pPr>
            <w:r>
              <w:t>254</w:t>
            </w:r>
          </w:p>
        </w:tc>
        <w:tc>
          <w:tcPr>
            <w:tcW w:w="0" w:type="auto"/>
          </w:tcPr>
          <w:p w14:paraId="5E8D89B3" w14:textId="77777777" w:rsidR="007A5E59" w:rsidRDefault="0095198F">
            <w:r>
              <w:t>ТК-41/4А – Юбилейная 16</w:t>
            </w:r>
          </w:p>
        </w:tc>
        <w:tc>
          <w:tcPr>
            <w:tcW w:w="0" w:type="auto"/>
          </w:tcPr>
          <w:p w14:paraId="76E88AAA" w14:textId="77777777" w:rsidR="007A5E59" w:rsidRDefault="0095198F">
            <w:pPr>
              <w:jc w:val="center"/>
            </w:pPr>
            <w:r>
              <w:t>25</w:t>
            </w:r>
          </w:p>
        </w:tc>
        <w:tc>
          <w:tcPr>
            <w:tcW w:w="0" w:type="auto"/>
          </w:tcPr>
          <w:p w14:paraId="521C9883" w14:textId="77777777" w:rsidR="007A5E59" w:rsidRDefault="0095198F">
            <w:pPr>
              <w:jc w:val="center"/>
            </w:pPr>
            <w:r>
              <w:t>2004</w:t>
            </w:r>
          </w:p>
        </w:tc>
        <w:tc>
          <w:tcPr>
            <w:tcW w:w="0" w:type="auto"/>
          </w:tcPr>
          <w:p w14:paraId="2E13C410" w14:textId="77777777" w:rsidR="007A5E59" w:rsidRDefault="0095198F">
            <w:pPr>
              <w:jc w:val="center"/>
            </w:pPr>
            <w:r>
              <w:t>11</w:t>
            </w:r>
          </w:p>
        </w:tc>
        <w:tc>
          <w:tcPr>
            <w:tcW w:w="0" w:type="auto"/>
          </w:tcPr>
          <w:p w14:paraId="475577EC" w14:textId="77777777" w:rsidR="007A5E59" w:rsidRDefault="0095198F">
            <w:r>
              <w:t>бесканал.</w:t>
            </w:r>
          </w:p>
        </w:tc>
      </w:tr>
      <w:tr w:rsidR="007A5E59" w14:paraId="3F1B92EE" w14:textId="77777777">
        <w:trPr>
          <w:jc w:val="center"/>
        </w:trPr>
        <w:tc>
          <w:tcPr>
            <w:tcW w:w="0" w:type="auto"/>
          </w:tcPr>
          <w:p w14:paraId="089539C4" w14:textId="77777777" w:rsidR="007A5E59" w:rsidRDefault="0095198F">
            <w:pPr>
              <w:jc w:val="center"/>
            </w:pPr>
            <w:r>
              <w:t>255</w:t>
            </w:r>
          </w:p>
        </w:tc>
        <w:tc>
          <w:tcPr>
            <w:tcW w:w="0" w:type="auto"/>
          </w:tcPr>
          <w:p w14:paraId="5FD5D16B" w14:textId="77777777" w:rsidR="007A5E59" w:rsidRDefault="0095198F">
            <w:r>
              <w:t>ТК-41/4А – Дзержинского 42</w:t>
            </w:r>
          </w:p>
        </w:tc>
        <w:tc>
          <w:tcPr>
            <w:tcW w:w="0" w:type="auto"/>
          </w:tcPr>
          <w:p w14:paraId="28CFDF12" w14:textId="77777777" w:rsidR="007A5E59" w:rsidRDefault="0095198F">
            <w:pPr>
              <w:jc w:val="center"/>
            </w:pPr>
            <w:r>
              <w:t>25</w:t>
            </w:r>
          </w:p>
        </w:tc>
        <w:tc>
          <w:tcPr>
            <w:tcW w:w="0" w:type="auto"/>
          </w:tcPr>
          <w:p w14:paraId="49AD9047" w14:textId="77777777" w:rsidR="007A5E59" w:rsidRDefault="0095198F">
            <w:pPr>
              <w:jc w:val="center"/>
            </w:pPr>
            <w:r>
              <w:t>2004</w:t>
            </w:r>
          </w:p>
        </w:tc>
        <w:tc>
          <w:tcPr>
            <w:tcW w:w="0" w:type="auto"/>
          </w:tcPr>
          <w:p w14:paraId="2284CC5C" w14:textId="77777777" w:rsidR="007A5E59" w:rsidRDefault="0095198F">
            <w:pPr>
              <w:jc w:val="center"/>
            </w:pPr>
            <w:r>
              <w:t>75</w:t>
            </w:r>
          </w:p>
        </w:tc>
        <w:tc>
          <w:tcPr>
            <w:tcW w:w="0" w:type="auto"/>
          </w:tcPr>
          <w:p w14:paraId="5BA0B3B8" w14:textId="77777777" w:rsidR="007A5E59" w:rsidRDefault="0095198F">
            <w:r>
              <w:t>бесканал.</w:t>
            </w:r>
          </w:p>
        </w:tc>
      </w:tr>
      <w:tr w:rsidR="007A5E59" w14:paraId="4FA3BF2B" w14:textId="77777777">
        <w:trPr>
          <w:jc w:val="center"/>
        </w:trPr>
        <w:tc>
          <w:tcPr>
            <w:tcW w:w="0" w:type="auto"/>
          </w:tcPr>
          <w:p w14:paraId="1FE07C52" w14:textId="77777777" w:rsidR="007A5E59" w:rsidRDefault="0095198F">
            <w:pPr>
              <w:jc w:val="center"/>
            </w:pPr>
            <w:r>
              <w:t>256</w:t>
            </w:r>
          </w:p>
        </w:tc>
        <w:tc>
          <w:tcPr>
            <w:tcW w:w="0" w:type="auto"/>
          </w:tcPr>
          <w:p w14:paraId="020E10B0" w14:textId="77777777" w:rsidR="007A5E59" w:rsidRDefault="0095198F">
            <w:r>
              <w:t>ТК-41/4 – Юбилейная 12</w:t>
            </w:r>
          </w:p>
        </w:tc>
        <w:tc>
          <w:tcPr>
            <w:tcW w:w="0" w:type="auto"/>
          </w:tcPr>
          <w:p w14:paraId="70A2DA92" w14:textId="77777777" w:rsidR="007A5E59" w:rsidRDefault="0095198F">
            <w:pPr>
              <w:jc w:val="center"/>
            </w:pPr>
            <w:r>
              <w:t>25</w:t>
            </w:r>
          </w:p>
        </w:tc>
        <w:tc>
          <w:tcPr>
            <w:tcW w:w="0" w:type="auto"/>
          </w:tcPr>
          <w:p w14:paraId="32A7FA72" w14:textId="77777777" w:rsidR="007A5E59" w:rsidRDefault="0095198F">
            <w:pPr>
              <w:jc w:val="center"/>
            </w:pPr>
            <w:r>
              <w:t>2004</w:t>
            </w:r>
          </w:p>
        </w:tc>
        <w:tc>
          <w:tcPr>
            <w:tcW w:w="0" w:type="auto"/>
          </w:tcPr>
          <w:p w14:paraId="713FA514" w14:textId="77777777" w:rsidR="007A5E59" w:rsidRDefault="0095198F">
            <w:pPr>
              <w:jc w:val="center"/>
            </w:pPr>
            <w:r>
              <w:t>27</w:t>
            </w:r>
          </w:p>
        </w:tc>
        <w:tc>
          <w:tcPr>
            <w:tcW w:w="0" w:type="auto"/>
          </w:tcPr>
          <w:p w14:paraId="31ACDCEA" w14:textId="77777777" w:rsidR="007A5E59" w:rsidRDefault="0095198F">
            <w:r>
              <w:t>бесканал.</w:t>
            </w:r>
          </w:p>
        </w:tc>
      </w:tr>
      <w:tr w:rsidR="007A5E59" w14:paraId="77D45C01" w14:textId="77777777">
        <w:trPr>
          <w:jc w:val="center"/>
        </w:trPr>
        <w:tc>
          <w:tcPr>
            <w:tcW w:w="0" w:type="auto"/>
          </w:tcPr>
          <w:p w14:paraId="57E9BD5F" w14:textId="77777777" w:rsidR="007A5E59" w:rsidRDefault="0095198F">
            <w:pPr>
              <w:jc w:val="center"/>
            </w:pPr>
            <w:r>
              <w:t>257</w:t>
            </w:r>
          </w:p>
        </w:tc>
        <w:tc>
          <w:tcPr>
            <w:tcW w:w="0" w:type="auto"/>
          </w:tcPr>
          <w:p w14:paraId="3D12BCCE" w14:textId="77777777" w:rsidR="007A5E59" w:rsidRDefault="0095198F">
            <w:r>
              <w:t>ТК-41/3 – ТК-41/3А</w:t>
            </w:r>
          </w:p>
        </w:tc>
        <w:tc>
          <w:tcPr>
            <w:tcW w:w="0" w:type="auto"/>
          </w:tcPr>
          <w:p w14:paraId="12E1F5C4" w14:textId="77777777" w:rsidR="007A5E59" w:rsidRDefault="0095198F">
            <w:pPr>
              <w:jc w:val="center"/>
            </w:pPr>
            <w:r>
              <w:t>50</w:t>
            </w:r>
          </w:p>
        </w:tc>
        <w:tc>
          <w:tcPr>
            <w:tcW w:w="0" w:type="auto"/>
          </w:tcPr>
          <w:p w14:paraId="019E2C42" w14:textId="77777777" w:rsidR="007A5E59" w:rsidRDefault="0095198F">
            <w:pPr>
              <w:jc w:val="center"/>
            </w:pPr>
            <w:r>
              <w:t>2004</w:t>
            </w:r>
          </w:p>
        </w:tc>
        <w:tc>
          <w:tcPr>
            <w:tcW w:w="0" w:type="auto"/>
          </w:tcPr>
          <w:p w14:paraId="2C14A177" w14:textId="77777777" w:rsidR="007A5E59" w:rsidRDefault="0095198F">
            <w:pPr>
              <w:jc w:val="center"/>
            </w:pPr>
            <w:r>
              <w:t>56</w:t>
            </w:r>
          </w:p>
        </w:tc>
        <w:tc>
          <w:tcPr>
            <w:tcW w:w="0" w:type="auto"/>
          </w:tcPr>
          <w:p w14:paraId="2E8322A2" w14:textId="77777777" w:rsidR="007A5E59" w:rsidRDefault="0095198F">
            <w:r>
              <w:t>бесканал.</w:t>
            </w:r>
          </w:p>
        </w:tc>
      </w:tr>
      <w:tr w:rsidR="007A5E59" w14:paraId="0CC12547" w14:textId="77777777">
        <w:trPr>
          <w:jc w:val="center"/>
        </w:trPr>
        <w:tc>
          <w:tcPr>
            <w:tcW w:w="0" w:type="auto"/>
          </w:tcPr>
          <w:p w14:paraId="28DA8EEF" w14:textId="77777777" w:rsidR="007A5E59" w:rsidRDefault="0095198F">
            <w:pPr>
              <w:jc w:val="center"/>
            </w:pPr>
            <w:r>
              <w:t>258</w:t>
            </w:r>
          </w:p>
        </w:tc>
        <w:tc>
          <w:tcPr>
            <w:tcW w:w="0" w:type="auto"/>
          </w:tcPr>
          <w:p w14:paraId="63AA2CBB" w14:textId="77777777" w:rsidR="007A5E59" w:rsidRDefault="0095198F">
            <w:r>
              <w:t>ТК-41/3А – Дзержинского 49Б</w:t>
            </w:r>
          </w:p>
        </w:tc>
        <w:tc>
          <w:tcPr>
            <w:tcW w:w="0" w:type="auto"/>
          </w:tcPr>
          <w:p w14:paraId="1282EDD5" w14:textId="77777777" w:rsidR="007A5E59" w:rsidRDefault="0095198F">
            <w:pPr>
              <w:jc w:val="center"/>
            </w:pPr>
            <w:r>
              <w:t>25</w:t>
            </w:r>
          </w:p>
        </w:tc>
        <w:tc>
          <w:tcPr>
            <w:tcW w:w="0" w:type="auto"/>
          </w:tcPr>
          <w:p w14:paraId="43EACD6F" w14:textId="77777777" w:rsidR="007A5E59" w:rsidRDefault="0095198F">
            <w:pPr>
              <w:jc w:val="center"/>
            </w:pPr>
            <w:r>
              <w:t>2004</w:t>
            </w:r>
          </w:p>
        </w:tc>
        <w:tc>
          <w:tcPr>
            <w:tcW w:w="0" w:type="auto"/>
          </w:tcPr>
          <w:p w14:paraId="21D7F8FD" w14:textId="77777777" w:rsidR="007A5E59" w:rsidRDefault="0095198F">
            <w:pPr>
              <w:jc w:val="center"/>
            </w:pPr>
            <w:r>
              <w:t>35</w:t>
            </w:r>
          </w:p>
        </w:tc>
        <w:tc>
          <w:tcPr>
            <w:tcW w:w="0" w:type="auto"/>
          </w:tcPr>
          <w:p w14:paraId="7577B755" w14:textId="77777777" w:rsidR="007A5E59" w:rsidRDefault="0095198F">
            <w:r>
              <w:t>бесканал.</w:t>
            </w:r>
          </w:p>
        </w:tc>
      </w:tr>
      <w:tr w:rsidR="007A5E59" w14:paraId="58AC2EBA" w14:textId="77777777">
        <w:trPr>
          <w:jc w:val="center"/>
        </w:trPr>
        <w:tc>
          <w:tcPr>
            <w:tcW w:w="0" w:type="auto"/>
          </w:tcPr>
          <w:p w14:paraId="68BFCFC2" w14:textId="77777777" w:rsidR="007A5E59" w:rsidRDefault="0095198F">
            <w:pPr>
              <w:jc w:val="center"/>
            </w:pPr>
            <w:r>
              <w:t>259</w:t>
            </w:r>
          </w:p>
        </w:tc>
        <w:tc>
          <w:tcPr>
            <w:tcW w:w="0" w:type="auto"/>
          </w:tcPr>
          <w:p w14:paraId="219243CF" w14:textId="77777777" w:rsidR="007A5E59" w:rsidRDefault="0095198F">
            <w:r>
              <w:t>ТК-41/3А – ТК-41/3Б</w:t>
            </w:r>
          </w:p>
        </w:tc>
        <w:tc>
          <w:tcPr>
            <w:tcW w:w="0" w:type="auto"/>
          </w:tcPr>
          <w:p w14:paraId="0340191F" w14:textId="77777777" w:rsidR="007A5E59" w:rsidRDefault="0095198F">
            <w:pPr>
              <w:jc w:val="center"/>
            </w:pPr>
            <w:r>
              <w:t>50</w:t>
            </w:r>
          </w:p>
        </w:tc>
        <w:tc>
          <w:tcPr>
            <w:tcW w:w="0" w:type="auto"/>
          </w:tcPr>
          <w:p w14:paraId="4D106139" w14:textId="77777777" w:rsidR="007A5E59" w:rsidRDefault="0095198F">
            <w:pPr>
              <w:jc w:val="center"/>
            </w:pPr>
            <w:r>
              <w:t>2004</w:t>
            </w:r>
          </w:p>
        </w:tc>
        <w:tc>
          <w:tcPr>
            <w:tcW w:w="0" w:type="auto"/>
          </w:tcPr>
          <w:p w14:paraId="086EB2EF" w14:textId="77777777" w:rsidR="007A5E59" w:rsidRDefault="0095198F">
            <w:pPr>
              <w:jc w:val="center"/>
            </w:pPr>
            <w:r>
              <w:t>40</w:t>
            </w:r>
          </w:p>
        </w:tc>
        <w:tc>
          <w:tcPr>
            <w:tcW w:w="0" w:type="auto"/>
          </w:tcPr>
          <w:p w14:paraId="19D34289" w14:textId="77777777" w:rsidR="007A5E59" w:rsidRDefault="0095198F">
            <w:r>
              <w:t>бесканал.</w:t>
            </w:r>
          </w:p>
        </w:tc>
      </w:tr>
      <w:tr w:rsidR="007A5E59" w14:paraId="78AB3843" w14:textId="77777777">
        <w:trPr>
          <w:jc w:val="center"/>
        </w:trPr>
        <w:tc>
          <w:tcPr>
            <w:tcW w:w="0" w:type="auto"/>
          </w:tcPr>
          <w:p w14:paraId="60896ECF" w14:textId="77777777" w:rsidR="007A5E59" w:rsidRDefault="0095198F">
            <w:pPr>
              <w:jc w:val="center"/>
            </w:pPr>
            <w:r>
              <w:t>260</w:t>
            </w:r>
          </w:p>
        </w:tc>
        <w:tc>
          <w:tcPr>
            <w:tcW w:w="0" w:type="auto"/>
          </w:tcPr>
          <w:p w14:paraId="136CE1DB" w14:textId="77777777" w:rsidR="007A5E59" w:rsidRDefault="0095198F">
            <w:r>
              <w:t>ТК-41/3Б – Дзержинского 50</w:t>
            </w:r>
          </w:p>
        </w:tc>
        <w:tc>
          <w:tcPr>
            <w:tcW w:w="0" w:type="auto"/>
          </w:tcPr>
          <w:p w14:paraId="53213C30" w14:textId="77777777" w:rsidR="007A5E59" w:rsidRDefault="0095198F">
            <w:pPr>
              <w:jc w:val="center"/>
            </w:pPr>
            <w:r>
              <w:t>25</w:t>
            </w:r>
          </w:p>
        </w:tc>
        <w:tc>
          <w:tcPr>
            <w:tcW w:w="0" w:type="auto"/>
          </w:tcPr>
          <w:p w14:paraId="3D0EEF07" w14:textId="77777777" w:rsidR="007A5E59" w:rsidRDefault="0095198F">
            <w:pPr>
              <w:jc w:val="center"/>
            </w:pPr>
            <w:r>
              <w:t>2004</w:t>
            </w:r>
          </w:p>
        </w:tc>
        <w:tc>
          <w:tcPr>
            <w:tcW w:w="0" w:type="auto"/>
          </w:tcPr>
          <w:p w14:paraId="00F4C779" w14:textId="77777777" w:rsidR="007A5E59" w:rsidRDefault="0095198F">
            <w:pPr>
              <w:jc w:val="center"/>
            </w:pPr>
            <w:r>
              <w:t>12</w:t>
            </w:r>
          </w:p>
        </w:tc>
        <w:tc>
          <w:tcPr>
            <w:tcW w:w="0" w:type="auto"/>
          </w:tcPr>
          <w:p w14:paraId="49951DF6" w14:textId="77777777" w:rsidR="007A5E59" w:rsidRDefault="0095198F">
            <w:r>
              <w:t>бесканал.</w:t>
            </w:r>
          </w:p>
        </w:tc>
      </w:tr>
      <w:tr w:rsidR="007A5E59" w14:paraId="61E2B77B" w14:textId="77777777">
        <w:trPr>
          <w:jc w:val="center"/>
        </w:trPr>
        <w:tc>
          <w:tcPr>
            <w:tcW w:w="0" w:type="auto"/>
          </w:tcPr>
          <w:p w14:paraId="5B9A5C19" w14:textId="77777777" w:rsidR="007A5E59" w:rsidRDefault="0095198F">
            <w:pPr>
              <w:jc w:val="center"/>
            </w:pPr>
            <w:r>
              <w:t>261</w:t>
            </w:r>
          </w:p>
        </w:tc>
        <w:tc>
          <w:tcPr>
            <w:tcW w:w="0" w:type="auto"/>
          </w:tcPr>
          <w:p w14:paraId="4BCC0B5D" w14:textId="77777777" w:rsidR="007A5E59" w:rsidRDefault="0095198F">
            <w:r>
              <w:t>ТК-41/3Б – Дзержинского 49А</w:t>
            </w:r>
          </w:p>
        </w:tc>
        <w:tc>
          <w:tcPr>
            <w:tcW w:w="0" w:type="auto"/>
          </w:tcPr>
          <w:p w14:paraId="6DDCD848" w14:textId="77777777" w:rsidR="007A5E59" w:rsidRDefault="0095198F">
            <w:pPr>
              <w:jc w:val="center"/>
            </w:pPr>
            <w:r>
              <w:t>25</w:t>
            </w:r>
          </w:p>
        </w:tc>
        <w:tc>
          <w:tcPr>
            <w:tcW w:w="0" w:type="auto"/>
          </w:tcPr>
          <w:p w14:paraId="4C6238C4" w14:textId="77777777" w:rsidR="007A5E59" w:rsidRDefault="0095198F">
            <w:pPr>
              <w:jc w:val="center"/>
            </w:pPr>
            <w:r>
              <w:t>2004</w:t>
            </w:r>
          </w:p>
        </w:tc>
        <w:tc>
          <w:tcPr>
            <w:tcW w:w="0" w:type="auto"/>
          </w:tcPr>
          <w:p w14:paraId="6F28A5B8" w14:textId="77777777" w:rsidR="007A5E59" w:rsidRDefault="0095198F">
            <w:pPr>
              <w:jc w:val="center"/>
            </w:pPr>
            <w:r>
              <w:t>27</w:t>
            </w:r>
          </w:p>
        </w:tc>
        <w:tc>
          <w:tcPr>
            <w:tcW w:w="0" w:type="auto"/>
          </w:tcPr>
          <w:p w14:paraId="056A80FA" w14:textId="77777777" w:rsidR="007A5E59" w:rsidRDefault="0095198F">
            <w:r>
              <w:t>бесканал.</w:t>
            </w:r>
          </w:p>
        </w:tc>
      </w:tr>
      <w:tr w:rsidR="007A5E59" w14:paraId="40DC7C1B" w14:textId="77777777">
        <w:trPr>
          <w:jc w:val="center"/>
        </w:trPr>
        <w:tc>
          <w:tcPr>
            <w:tcW w:w="0" w:type="auto"/>
          </w:tcPr>
          <w:p w14:paraId="51A5E085" w14:textId="77777777" w:rsidR="007A5E59" w:rsidRDefault="0095198F">
            <w:pPr>
              <w:jc w:val="center"/>
            </w:pPr>
            <w:r>
              <w:t>262</w:t>
            </w:r>
          </w:p>
        </w:tc>
        <w:tc>
          <w:tcPr>
            <w:tcW w:w="0" w:type="auto"/>
          </w:tcPr>
          <w:p w14:paraId="63A32B4D" w14:textId="77777777" w:rsidR="007A5E59" w:rsidRDefault="0095198F">
            <w:r>
              <w:t>ТК-41/2 – Юбилейная 8</w:t>
            </w:r>
          </w:p>
        </w:tc>
        <w:tc>
          <w:tcPr>
            <w:tcW w:w="0" w:type="auto"/>
          </w:tcPr>
          <w:p w14:paraId="05C112C6" w14:textId="77777777" w:rsidR="007A5E59" w:rsidRDefault="0095198F">
            <w:pPr>
              <w:jc w:val="center"/>
            </w:pPr>
            <w:r>
              <w:t>25</w:t>
            </w:r>
          </w:p>
        </w:tc>
        <w:tc>
          <w:tcPr>
            <w:tcW w:w="0" w:type="auto"/>
          </w:tcPr>
          <w:p w14:paraId="5AF9FBB0" w14:textId="77777777" w:rsidR="007A5E59" w:rsidRDefault="0095198F">
            <w:pPr>
              <w:jc w:val="center"/>
            </w:pPr>
            <w:r>
              <w:t>1995</w:t>
            </w:r>
          </w:p>
        </w:tc>
        <w:tc>
          <w:tcPr>
            <w:tcW w:w="0" w:type="auto"/>
          </w:tcPr>
          <w:p w14:paraId="43396CE6" w14:textId="77777777" w:rsidR="007A5E59" w:rsidRDefault="0095198F">
            <w:pPr>
              <w:jc w:val="center"/>
            </w:pPr>
            <w:r>
              <w:t>27</w:t>
            </w:r>
          </w:p>
        </w:tc>
        <w:tc>
          <w:tcPr>
            <w:tcW w:w="0" w:type="auto"/>
          </w:tcPr>
          <w:p w14:paraId="0D1384DB" w14:textId="77777777" w:rsidR="007A5E59" w:rsidRDefault="0095198F">
            <w:r>
              <w:t>бесканал.</w:t>
            </w:r>
          </w:p>
        </w:tc>
      </w:tr>
      <w:tr w:rsidR="007A5E59" w14:paraId="30629424" w14:textId="77777777">
        <w:trPr>
          <w:jc w:val="center"/>
        </w:trPr>
        <w:tc>
          <w:tcPr>
            <w:tcW w:w="0" w:type="auto"/>
          </w:tcPr>
          <w:p w14:paraId="6591FAA3" w14:textId="77777777" w:rsidR="007A5E59" w:rsidRDefault="0095198F">
            <w:pPr>
              <w:jc w:val="center"/>
            </w:pPr>
            <w:r>
              <w:t>263</w:t>
            </w:r>
          </w:p>
        </w:tc>
        <w:tc>
          <w:tcPr>
            <w:tcW w:w="0" w:type="auto"/>
          </w:tcPr>
          <w:p w14:paraId="2C492F75" w14:textId="77777777" w:rsidR="007A5E59" w:rsidRDefault="0095198F">
            <w:r>
              <w:t>ТК-41/1 – Юбилейная 6</w:t>
            </w:r>
          </w:p>
        </w:tc>
        <w:tc>
          <w:tcPr>
            <w:tcW w:w="0" w:type="auto"/>
          </w:tcPr>
          <w:p w14:paraId="0EAE7918" w14:textId="77777777" w:rsidR="007A5E59" w:rsidRDefault="0095198F">
            <w:pPr>
              <w:jc w:val="center"/>
            </w:pPr>
            <w:r>
              <w:t>50</w:t>
            </w:r>
          </w:p>
        </w:tc>
        <w:tc>
          <w:tcPr>
            <w:tcW w:w="0" w:type="auto"/>
          </w:tcPr>
          <w:p w14:paraId="56683C2C" w14:textId="77777777" w:rsidR="007A5E59" w:rsidRDefault="0095198F">
            <w:pPr>
              <w:jc w:val="center"/>
            </w:pPr>
            <w:r>
              <w:t>1995</w:t>
            </w:r>
          </w:p>
        </w:tc>
        <w:tc>
          <w:tcPr>
            <w:tcW w:w="0" w:type="auto"/>
          </w:tcPr>
          <w:p w14:paraId="77D9557F" w14:textId="77777777" w:rsidR="007A5E59" w:rsidRDefault="0095198F">
            <w:pPr>
              <w:jc w:val="center"/>
            </w:pPr>
            <w:r>
              <w:t>27</w:t>
            </w:r>
          </w:p>
        </w:tc>
        <w:tc>
          <w:tcPr>
            <w:tcW w:w="0" w:type="auto"/>
          </w:tcPr>
          <w:p w14:paraId="67B1F075" w14:textId="77777777" w:rsidR="007A5E59" w:rsidRDefault="0095198F">
            <w:r>
              <w:t>бесканал.</w:t>
            </w:r>
          </w:p>
        </w:tc>
      </w:tr>
      <w:tr w:rsidR="007A5E59" w14:paraId="0AA78CC8" w14:textId="77777777">
        <w:trPr>
          <w:jc w:val="center"/>
        </w:trPr>
        <w:tc>
          <w:tcPr>
            <w:tcW w:w="0" w:type="auto"/>
          </w:tcPr>
          <w:p w14:paraId="50DA0889" w14:textId="77777777" w:rsidR="007A5E59" w:rsidRDefault="0095198F">
            <w:pPr>
              <w:jc w:val="center"/>
            </w:pPr>
            <w:r>
              <w:t>264</w:t>
            </w:r>
          </w:p>
        </w:tc>
        <w:tc>
          <w:tcPr>
            <w:tcW w:w="0" w:type="auto"/>
          </w:tcPr>
          <w:p w14:paraId="57865958" w14:textId="77777777" w:rsidR="007A5E59" w:rsidRDefault="0095198F">
            <w:r>
              <w:t>ТК-41/1 – Юбилейная (гаражи)</w:t>
            </w:r>
          </w:p>
        </w:tc>
        <w:tc>
          <w:tcPr>
            <w:tcW w:w="0" w:type="auto"/>
          </w:tcPr>
          <w:p w14:paraId="581E5C2F" w14:textId="77777777" w:rsidR="007A5E59" w:rsidRDefault="0095198F">
            <w:pPr>
              <w:jc w:val="center"/>
            </w:pPr>
            <w:r>
              <w:t>25</w:t>
            </w:r>
          </w:p>
        </w:tc>
        <w:tc>
          <w:tcPr>
            <w:tcW w:w="0" w:type="auto"/>
          </w:tcPr>
          <w:p w14:paraId="1FC36166" w14:textId="77777777" w:rsidR="007A5E59" w:rsidRDefault="0095198F">
            <w:pPr>
              <w:jc w:val="center"/>
            </w:pPr>
            <w:r>
              <w:t>1995</w:t>
            </w:r>
          </w:p>
        </w:tc>
        <w:tc>
          <w:tcPr>
            <w:tcW w:w="0" w:type="auto"/>
          </w:tcPr>
          <w:p w14:paraId="257C563B" w14:textId="77777777" w:rsidR="007A5E59" w:rsidRDefault="0095198F">
            <w:pPr>
              <w:jc w:val="center"/>
            </w:pPr>
            <w:r>
              <w:t>31</w:t>
            </w:r>
          </w:p>
        </w:tc>
        <w:tc>
          <w:tcPr>
            <w:tcW w:w="0" w:type="auto"/>
          </w:tcPr>
          <w:p w14:paraId="2E04D68C" w14:textId="77777777" w:rsidR="007A5E59" w:rsidRDefault="0095198F">
            <w:r>
              <w:t>бесканал.</w:t>
            </w:r>
          </w:p>
        </w:tc>
      </w:tr>
      <w:tr w:rsidR="007A5E59" w14:paraId="4A9E162A" w14:textId="77777777">
        <w:trPr>
          <w:jc w:val="center"/>
        </w:trPr>
        <w:tc>
          <w:tcPr>
            <w:tcW w:w="0" w:type="auto"/>
          </w:tcPr>
          <w:p w14:paraId="58D098EA" w14:textId="77777777" w:rsidR="007A5E59" w:rsidRDefault="0095198F">
            <w:pPr>
              <w:jc w:val="center"/>
            </w:pPr>
            <w:r>
              <w:t>265</w:t>
            </w:r>
          </w:p>
        </w:tc>
        <w:tc>
          <w:tcPr>
            <w:tcW w:w="0" w:type="auto"/>
          </w:tcPr>
          <w:p w14:paraId="5587350E" w14:textId="77777777" w:rsidR="007A5E59" w:rsidRDefault="0095198F">
            <w:r>
              <w:t>ТК-41/1 – ТК-41</w:t>
            </w:r>
          </w:p>
        </w:tc>
        <w:tc>
          <w:tcPr>
            <w:tcW w:w="0" w:type="auto"/>
          </w:tcPr>
          <w:p w14:paraId="3F0B3114" w14:textId="77777777" w:rsidR="007A5E59" w:rsidRDefault="0095198F">
            <w:pPr>
              <w:jc w:val="center"/>
            </w:pPr>
            <w:r>
              <w:t>200</w:t>
            </w:r>
          </w:p>
        </w:tc>
        <w:tc>
          <w:tcPr>
            <w:tcW w:w="0" w:type="auto"/>
          </w:tcPr>
          <w:p w14:paraId="2B66A1AF" w14:textId="77777777" w:rsidR="007A5E59" w:rsidRDefault="0095198F">
            <w:pPr>
              <w:jc w:val="center"/>
            </w:pPr>
            <w:r>
              <w:t>1995</w:t>
            </w:r>
          </w:p>
        </w:tc>
        <w:tc>
          <w:tcPr>
            <w:tcW w:w="0" w:type="auto"/>
          </w:tcPr>
          <w:p w14:paraId="1B55931D" w14:textId="77777777" w:rsidR="007A5E59" w:rsidRDefault="0095198F">
            <w:pPr>
              <w:jc w:val="center"/>
            </w:pPr>
            <w:r>
              <w:t>2</w:t>
            </w:r>
          </w:p>
        </w:tc>
        <w:tc>
          <w:tcPr>
            <w:tcW w:w="0" w:type="auto"/>
          </w:tcPr>
          <w:p w14:paraId="3CF97F86" w14:textId="77777777" w:rsidR="007A5E59" w:rsidRDefault="0095198F">
            <w:r>
              <w:t>бесканал.</w:t>
            </w:r>
          </w:p>
        </w:tc>
      </w:tr>
      <w:tr w:rsidR="007A5E59" w14:paraId="043429F5" w14:textId="77777777">
        <w:trPr>
          <w:jc w:val="center"/>
        </w:trPr>
        <w:tc>
          <w:tcPr>
            <w:tcW w:w="0" w:type="auto"/>
          </w:tcPr>
          <w:p w14:paraId="2DC524F9" w14:textId="77777777" w:rsidR="007A5E59" w:rsidRDefault="0095198F">
            <w:pPr>
              <w:jc w:val="center"/>
            </w:pPr>
            <w:r>
              <w:t>266</w:t>
            </w:r>
          </w:p>
        </w:tc>
        <w:tc>
          <w:tcPr>
            <w:tcW w:w="0" w:type="auto"/>
          </w:tcPr>
          <w:p w14:paraId="7F282484" w14:textId="77777777" w:rsidR="007A5E59" w:rsidRDefault="0095198F">
            <w:r>
              <w:t>ТК-40/1 – ТК-41</w:t>
            </w:r>
          </w:p>
        </w:tc>
        <w:tc>
          <w:tcPr>
            <w:tcW w:w="0" w:type="auto"/>
          </w:tcPr>
          <w:p w14:paraId="420DE7C5" w14:textId="77777777" w:rsidR="007A5E59" w:rsidRDefault="0095198F">
            <w:pPr>
              <w:jc w:val="center"/>
            </w:pPr>
            <w:r>
              <w:t>250</w:t>
            </w:r>
          </w:p>
        </w:tc>
        <w:tc>
          <w:tcPr>
            <w:tcW w:w="0" w:type="auto"/>
          </w:tcPr>
          <w:p w14:paraId="2A81484F" w14:textId="77777777" w:rsidR="007A5E59" w:rsidRDefault="0095198F">
            <w:pPr>
              <w:jc w:val="center"/>
            </w:pPr>
            <w:r>
              <w:t>1995</w:t>
            </w:r>
          </w:p>
        </w:tc>
        <w:tc>
          <w:tcPr>
            <w:tcW w:w="0" w:type="auto"/>
          </w:tcPr>
          <w:p w14:paraId="3CBFCD13" w14:textId="77777777" w:rsidR="007A5E59" w:rsidRDefault="0095198F">
            <w:pPr>
              <w:jc w:val="center"/>
            </w:pPr>
            <w:r>
              <w:t>10</w:t>
            </w:r>
          </w:p>
        </w:tc>
        <w:tc>
          <w:tcPr>
            <w:tcW w:w="0" w:type="auto"/>
          </w:tcPr>
          <w:p w14:paraId="252B2B98" w14:textId="77777777" w:rsidR="007A5E59" w:rsidRDefault="0095198F">
            <w:r>
              <w:t>бесканал.</w:t>
            </w:r>
          </w:p>
        </w:tc>
      </w:tr>
      <w:tr w:rsidR="007A5E59" w14:paraId="416DCB52" w14:textId="77777777">
        <w:trPr>
          <w:jc w:val="center"/>
        </w:trPr>
        <w:tc>
          <w:tcPr>
            <w:tcW w:w="0" w:type="auto"/>
          </w:tcPr>
          <w:p w14:paraId="603A5745" w14:textId="77777777" w:rsidR="007A5E59" w:rsidRDefault="0095198F">
            <w:pPr>
              <w:jc w:val="center"/>
            </w:pPr>
            <w:r>
              <w:t>267</w:t>
            </w:r>
          </w:p>
        </w:tc>
        <w:tc>
          <w:tcPr>
            <w:tcW w:w="0" w:type="auto"/>
          </w:tcPr>
          <w:p w14:paraId="3932E5E8" w14:textId="77777777" w:rsidR="007A5E59" w:rsidRDefault="0095198F">
            <w:r>
              <w:t>ТК-40/1 – Юбилейная 9а</w:t>
            </w:r>
          </w:p>
        </w:tc>
        <w:tc>
          <w:tcPr>
            <w:tcW w:w="0" w:type="auto"/>
          </w:tcPr>
          <w:p w14:paraId="70AAC813" w14:textId="77777777" w:rsidR="007A5E59" w:rsidRDefault="0095198F">
            <w:pPr>
              <w:jc w:val="center"/>
            </w:pPr>
            <w:r>
              <w:t>25</w:t>
            </w:r>
          </w:p>
        </w:tc>
        <w:tc>
          <w:tcPr>
            <w:tcW w:w="0" w:type="auto"/>
          </w:tcPr>
          <w:p w14:paraId="62CA7617" w14:textId="77777777" w:rsidR="007A5E59" w:rsidRDefault="0095198F">
            <w:pPr>
              <w:jc w:val="center"/>
            </w:pPr>
            <w:r>
              <w:t>1995</w:t>
            </w:r>
          </w:p>
        </w:tc>
        <w:tc>
          <w:tcPr>
            <w:tcW w:w="0" w:type="auto"/>
          </w:tcPr>
          <w:p w14:paraId="0C212D7F" w14:textId="77777777" w:rsidR="007A5E59" w:rsidRDefault="0095198F">
            <w:pPr>
              <w:jc w:val="center"/>
            </w:pPr>
            <w:r>
              <w:t>17</w:t>
            </w:r>
          </w:p>
        </w:tc>
        <w:tc>
          <w:tcPr>
            <w:tcW w:w="0" w:type="auto"/>
          </w:tcPr>
          <w:p w14:paraId="6FDB0C25" w14:textId="77777777" w:rsidR="007A5E59" w:rsidRDefault="0095198F">
            <w:r>
              <w:t>бесканал.</w:t>
            </w:r>
          </w:p>
        </w:tc>
      </w:tr>
      <w:tr w:rsidR="007A5E59" w14:paraId="07DF842B" w14:textId="77777777">
        <w:trPr>
          <w:jc w:val="center"/>
        </w:trPr>
        <w:tc>
          <w:tcPr>
            <w:tcW w:w="0" w:type="auto"/>
          </w:tcPr>
          <w:p w14:paraId="2C1DE793" w14:textId="77777777" w:rsidR="007A5E59" w:rsidRDefault="0095198F">
            <w:pPr>
              <w:jc w:val="center"/>
            </w:pPr>
            <w:r>
              <w:t>268</w:t>
            </w:r>
          </w:p>
        </w:tc>
        <w:tc>
          <w:tcPr>
            <w:tcW w:w="0" w:type="auto"/>
          </w:tcPr>
          <w:p w14:paraId="1249C3A1" w14:textId="77777777" w:rsidR="007A5E59" w:rsidRDefault="0095198F">
            <w:r>
              <w:t>ТК-40/1 – Юбилейная 6а</w:t>
            </w:r>
          </w:p>
        </w:tc>
        <w:tc>
          <w:tcPr>
            <w:tcW w:w="0" w:type="auto"/>
          </w:tcPr>
          <w:p w14:paraId="32E2A712" w14:textId="77777777" w:rsidR="007A5E59" w:rsidRDefault="0095198F">
            <w:pPr>
              <w:jc w:val="center"/>
            </w:pPr>
            <w:r>
              <w:t>25</w:t>
            </w:r>
          </w:p>
        </w:tc>
        <w:tc>
          <w:tcPr>
            <w:tcW w:w="0" w:type="auto"/>
          </w:tcPr>
          <w:p w14:paraId="3C301E21" w14:textId="77777777" w:rsidR="007A5E59" w:rsidRDefault="0095198F">
            <w:pPr>
              <w:jc w:val="center"/>
            </w:pPr>
            <w:r>
              <w:t>1995</w:t>
            </w:r>
          </w:p>
        </w:tc>
        <w:tc>
          <w:tcPr>
            <w:tcW w:w="0" w:type="auto"/>
          </w:tcPr>
          <w:p w14:paraId="1D00A17F" w14:textId="77777777" w:rsidR="007A5E59" w:rsidRDefault="0095198F">
            <w:pPr>
              <w:jc w:val="center"/>
            </w:pPr>
            <w:r>
              <w:t>21</w:t>
            </w:r>
          </w:p>
        </w:tc>
        <w:tc>
          <w:tcPr>
            <w:tcW w:w="0" w:type="auto"/>
          </w:tcPr>
          <w:p w14:paraId="3C403FE2" w14:textId="77777777" w:rsidR="007A5E59" w:rsidRDefault="0095198F">
            <w:r>
              <w:t>бесканал.</w:t>
            </w:r>
          </w:p>
        </w:tc>
      </w:tr>
      <w:tr w:rsidR="007A5E59" w14:paraId="6EFAE98D" w14:textId="77777777">
        <w:trPr>
          <w:jc w:val="center"/>
        </w:trPr>
        <w:tc>
          <w:tcPr>
            <w:tcW w:w="0" w:type="auto"/>
          </w:tcPr>
          <w:p w14:paraId="24DE088A" w14:textId="77777777" w:rsidR="007A5E59" w:rsidRDefault="0095198F">
            <w:pPr>
              <w:jc w:val="center"/>
            </w:pPr>
            <w:r>
              <w:t>269</w:t>
            </w:r>
          </w:p>
        </w:tc>
        <w:tc>
          <w:tcPr>
            <w:tcW w:w="0" w:type="auto"/>
          </w:tcPr>
          <w:p w14:paraId="74FA6255" w14:textId="77777777" w:rsidR="007A5E59" w:rsidRDefault="0095198F">
            <w:r>
              <w:t>ТК-40 – ТК-40/1</w:t>
            </w:r>
          </w:p>
        </w:tc>
        <w:tc>
          <w:tcPr>
            <w:tcW w:w="0" w:type="auto"/>
          </w:tcPr>
          <w:p w14:paraId="449B4CAB" w14:textId="77777777" w:rsidR="007A5E59" w:rsidRDefault="0095198F">
            <w:pPr>
              <w:jc w:val="center"/>
            </w:pPr>
            <w:r>
              <w:t>250</w:t>
            </w:r>
          </w:p>
        </w:tc>
        <w:tc>
          <w:tcPr>
            <w:tcW w:w="0" w:type="auto"/>
          </w:tcPr>
          <w:p w14:paraId="14D90448" w14:textId="77777777" w:rsidR="007A5E59" w:rsidRDefault="0095198F">
            <w:pPr>
              <w:jc w:val="center"/>
            </w:pPr>
            <w:r>
              <w:t>1995</w:t>
            </w:r>
          </w:p>
        </w:tc>
        <w:tc>
          <w:tcPr>
            <w:tcW w:w="0" w:type="auto"/>
          </w:tcPr>
          <w:p w14:paraId="6485EE8F" w14:textId="77777777" w:rsidR="007A5E59" w:rsidRDefault="0095198F">
            <w:pPr>
              <w:jc w:val="center"/>
            </w:pPr>
            <w:r>
              <w:t>61</w:t>
            </w:r>
          </w:p>
        </w:tc>
        <w:tc>
          <w:tcPr>
            <w:tcW w:w="0" w:type="auto"/>
          </w:tcPr>
          <w:p w14:paraId="011DCAD4" w14:textId="77777777" w:rsidR="007A5E59" w:rsidRDefault="0095198F">
            <w:r>
              <w:t>бесканал.</w:t>
            </w:r>
          </w:p>
        </w:tc>
      </w:tr>
      <w:tr w:rsidR="007A5E59" w14:paraId="102A4F4A" w14:textId="77777777">
        <w:trPr>
          <w:jc w:val="center"/>
        </w:trPr>
        <w:tc>
          <w:tcPr>
            <w:tcW w:w="0" w:type="auto"/>
          </w:tcPr>
          <w:p w14:paraId="2ADEAB74" w14:textId="77777777" w:rsidR="007A5E59" w:rsidRDefault="0095198F">
            <w:pPr>
              <w:jc w:val="center"/>
            </w:pPr>
            <w:r>
              <w:t>270</w:t>
            </w:r>
          </w:p>
        </w:tc>
        <w:tc>
          <w:tcPr>
            <w:tcW w:w="0" w:type="auto"/>
          </w:tcPr>
          <w:p w14:paraId="3B644F71" w14:textId="77777777" w:rsidR="007A5E59" w:rsidRDefault="0095198F">
            <w:r>
              <w:t>ТК-38/4 – ТК-38/3</w:t>
            </w:r>
          </w:p>
        </w:tc>
        <w:tc>
          <w:tcPr>
            <w:tcW w:w="0" w:type="auto"/>
          </w:tcPr>
          <w:p w14:paraId="124874C6" w14:textId="77777777" w:rsidR="007A5E59" w:rsidRDefault="0095198F">
            <w:pPr>
              <w:jc w:val="center"/>
            </w:pPr>
            <w:r>
              <w:t>25</w:t>
            </w:r>
          </w:p>
        </w:tc>
        <w:tc>
          <w:tcPr>
            <w:tcW w:w="0" w:type="auto"/>
          </w:tcPr>
          <w:p w14:paraId="00B497CA" w14:textId="77777777" w:rsidR="007A5E59" w:rsidRDefault="0095198F">
            <w:pPr>
              <w:jc w:val="center"/>
            </w:pPr>
            <w:r>
              <w:t>2012</w:t>
            </w:r>
          </w:p>
        </w:tc>
        <w:tc>
          <w:tcPr>
            <w:tcW w:w="0" w:type="auto"/>
          </w:tcPr>
          <w:p w14:paraId="2B2FDB47" w14:textId="77777777" w:rsidR="007A5E59" w:rsidRDefault="0095198F">
            <w:pPr>
              <w:jc w:val="center"/>
            </w:pPr>
            <w:r>
              <w:t>20</w:t>
            </w:r>
          </w:p>
        </w:tc>
        <w:tc>
          <w:tcPr>
            <w:tcW w:w="0" w:type="auto"/>
          </w:tcPr>
          <w:p w14:paraId="65FC03CA" w14:textId="77777777" w:rsidR="007A5E59" w:rsidRDefault="0095198F">
            <w:r>
              <w:t>бесканал.</w:t>
            </w:r>
          </w:p>
        </w:tc>
      </w:tr>
      <w:tr w:rsidR="007A5E59" w14:paraId="08190987" w14:textId="77777777">
        <w:trPr>
          <w:jc w:val="center"/>
        </w:trPr>
        <w:tc>
          <w:tcPr>
            <w:tcW w:w="0" w:type="auto"/>
          </w:tcPr>
          <w:p w14:paraId="42307F15" w14:textId="77777777" w:rsidR="007A5E59" w:rsidRDefault="0095198F">
            <w:pPr>
              <w:jc w:val="center"/>
            </w:pPr>
            <w:r>
              <w:t>271</w:t>
            </w:r>
          </w:p>
        </w:tc>
        <w:tc>
          <w:tcPr>
            <w:tcW w:w="0" w:type="auto"/>
          </w:tcPr>
          <w:p w14:paraId="5988211E" w14:textId="77777777" w:rsidR="007A5E59" w:rsidRDefault="0095198F">
            <w:r>
              <w:t>ТК-38/4 – Водозаборная 24а</w:t>
            </w:r>
          </w:p>
        </w:tc>
        <w:tc>
          <w:tcPr>
            <w:tcW w:w="0" w:type="auto"/>
          </w:tcPr>
          <w:p w14:paraId="566B6998" w14:textId="77777777" w:rsidR="007A5E59" w:rsidRDefault="0095198F">
            <w:pPr>
              <w:jc w:val="center"/>
            </w:pPr>
            <w:r>
              <w:t>25</w:t>
            </w:r>
          </w:p>
        </w:tc>
        <w:tc>
          <w:tcPr>
            <w:tcW w:w="0" w:type="auto"/>
          </w:tcPr>
          <w:p w14:paraId="71BEC30F" w14:textId="77777777" w:rsidR="007A5E59" w:rsidRDefault="0095198F">
            <w:pPr>
              <w:jc w:val="center"/>
            </w:pPr>
            <w:r>
              <w:t>2012</w:t>
            </w:r>
          </w:p>
        </w:tc>
        <w:tc>
          <w:tcPr>
            <w:tcW w:w="0" w:type="auto"/>
          </w:tcPr>
          <w:p w14:paraId="3E4E044B" w14:textId="77777777" w:rsidR="007A5E59" w:rsidRDefault="0095198F">
            <w:pPr>
              <w:jc w:val="center"/>
            </w:pPr>
            <w:r>
              <w:t>30</w:t>
            </w:r>
          </w:p>
        </w:tc>
        <w:tc>
          <w:tcPr>
            <w:tcW w:w="0" w:type="auto"/>
          </w:tcPr>
          <w:p w14:paraId="5207962C" w14:textId="77777777" w:rsidR="007A5E59" w:rsidRDefault="0095198F">
            <w:r>
              <w:t>бесканал.</w:t>
            </w:r>
          </w:p>
        </w:tc>
      </w:tr>
      <w:tr w:rsidR="007A5E59" w14:paraId="590B7B1E" w14:textId="77777777">
        <w:trPr>
          <w:jc w:val="center"/>
        </w:trPr>
        <w:tc>
          <w:tcPr>
            <w:tcW w:w="0" w:type="auto"/>
          </w:tcPr>
          <w:p w14:paraId="438F36F7" w14:textId="77777777" w:rsidR="007A5E59" w:rsidRDefault="0095198F">
            <w:pPr>
              <w:jc w:val="center"/>
            </w:pPr>
            <w:r>
              <w:t>272</w:t>
            </w:r>
          </w:p>
        </w:tc>
        <w:tc>
          <w:tcPr>
            <w:tcW w:w="0" w:type="auto"/>
          </w:tcPr>
          <w:p w14:paraId="683C810A" w14:textId="77777777" w:rsidR="007A5E59" w:rsidRDefault="0095198F">
            <w:r>
              <w:t>ТК-38/4 – Водозаборная 24б</w:t>
            </w:r>
          </w:p>
        </w:tc>
        <w:tc>
          <w:tcPr>
            <w:tcW w:w="0" w:type="auto"/>
          </w:tcPr>
          <w:p w14:paraId="742F3844" w14:textId="77777777" w:rsidR="007A5E59" w:rsidRDefault="0095198F">
            <w:pPr>
              <w:jc w:val="center"/>
            </w:pPr>
            <w:r>
              <w:t>25</w:t>
            </w:r>
          </w:p>
        </w:tc>
        <w:tc>
          <w:tcPr>
            <w:tcW w:w="0" w:type="auto"/>
          </w:tcPr>
          <w:p w14:paraId="528E8E86" w14:textId="77777777" w:rsidR="007A5E59" w:rsidRDefault="0095198F">
            <w:pPr>
              <w:jc w:val="center"/>
            </w:pPr>
            <w:r>
              <w:t>2012</w:t>
            </w:r>
          </w:p>
        </w:tc>
        <w:tc>
          <w:tcPr>
            <w:tcW w:w="0" w:type="auto"/>
          </w:tcPr>
          <w:p w14:paraId="41FE9467" w14:textId="77777777" w:rsidR="007A5E59" w:rsidRDefault="0095198F">
            <w:pPr>
              <w:jc w:val="center"/>
            </w:pPr>
            <w:r>
              <w:t>17</w:t>
            </w:r>
          </w:p>
        </w:tc>
        <w:tc>
          <w:tcPr>
            <w:tcW w:w="0" w:type="auto"/>
          </w:tcPr>
          <w:p w14:paraId="5E901892" w14:textId="77777777" w:rsidR="007A5E59" w:rsidRDefault="0095198F">
            <w:r>
              <w:t>бесканал.</w:t>
            </w:r>
          </w:p>
        </w:tc>
      </w:tr>
      <w:tr w:rsidR="007A5E59" w14:paraId="6A905667" w14:textId="77777777">
        <w:trPr>
          <w:jc w:val="center"/>
        </w:trPr>
        <w:tc>
          <w:tcPr>
            <w:tcW w:w="0" w:type="auto"/>
          </w:tcPr>
          <w:p w14:paraId="287F2530" w14:textId="77777777" w:rsidR="007A5E59" w:rsidRDefault="0095198F">
            <w:pPr>
              <w:jc w:val="center"/>
            </w:pPr>
            <w:r>
              <w:t>273</w:t>
            </w:r>
          </w:p>
        </w:tc>
        <w:tc>
          <w:tcPr>
            <w:tcW w:w="0" w:type="auto"/>
          </w:tcPr>
          <w:p w14:paraId="30C25C82" w14:textId="77777777" w:rsidR="007A5E59" w:rsidRDefault="0095198F">
            <w:r>
              <w:t>ТК-38/3 – Юбилейная 3г</w:t>
            </w:r>
          </w:p>
        </w:tc>
        <w:tc>
          <w:tcPr>
            <w:tcW w:w="0" w:type="auto"/>
          </w:tcPr>
          <w:p w14:paraId="2B63B84D" w14:textId="77777777" w:rsidR="007A5E59" w:rsidRDefault="0095198F">
            <w:pPr>
              <w:jc w:val="center"/>
            </w:pPr>
            <w:r>
              <w:t>25</w:t>
            </w:r>
          </w:p>
        </w:tc>
        <w:tc>
          <w:tcPr>
            <w:tcW w:w="0" w:type="auto"/>
          </w:tcPr>
          <w:p w14:paraId="2BA229FB" w14:textId="77777777" w:rsidR="007A5E59" w:rsidRDefault="0095198F">
            <w:pPr>
              <w:jc w:val="center"/>
            </w:pPr>
            <w:r>
              <w:t>2012</w:t>
            </w:r>
          </w:p>
        </w:tc>
        <w:tc>
          <w:tcPr>
            <w:tcW w:w="0" w:type="auto"/>
          </w:tcPr>
          <w:p w14:paraId="07314B05" w14:textId="77777777" w:rsidR="007A5E59" w:rsidRDefault="0095198F">
            <w:pPr>
              <w:jc w:val="center"/>
            </w:pPr>
            <w:r>
              <w:t>12</w:t>
            </w:r>
          </w:p>
        </w:tc>
        <w:tc>
          <w:tcPr>
            <w:tcW w:w="0" w:type="auto"/>
          </w:tcPr>
          <w:p w14:paraId="0917A136" w14:textId="77777777" w:rsidR="007A5E59" w:rsidRDefault="0095198F">
            <w:r>
              <w:t>бесканал.</w:t>
            </w:r>
          </w:p>
        </w:tc>
      </w:tr>
      <w:tr w:rsidR="007A5E59" w14:paraId="02BA6390" w14:textId="77777777">
        <w:trPr>
          <w:jc w:val="center"/>
        </w:trPr>
        <w:tc>
          <w:tcPr>
            <w:tcW w:w="0" w:type="auto"/>
          </w:tcPr>
          <w:p w14:paraId="3E4F99B1" w14:textId="77777777" w:rsidR="007A5E59" w:rsidRDefault="0095198F">
            <w:pPr>
              <w:jc w:val="center"/>
            </w:pPr>
            <w:r>
              <w:t>274</w:t>
            </w:r>
          </w:p>
        </w:tc>
        <w:tc>
          <w:tcPr>
            <w:tcW w:w="0" w:type="auto"/>
          </w:tcPr>
          <w:p w14:paraId="0EC7E0D6" w14:textId="77777777" w:rsidR="007A5E59" w:rsidRDefault="0095198F">
            <w:r>
              <w:t>ТК-38/3 – ТК-38/2</w:t>
            </w:r>
          </w:p>
        </w:tc>
        <w:tc>
          <w:tcPr>
            <w:tcW w:w="0" w:type="auto"/>
          </w:tcPr>
          <w:p w14:paraId="25093ACD" w14:textId="77777777" w:rsidR="007A5E59" w:rsidRDefault="0095198F">
            <w:pPr>
              <w:jc w:val="center"/>
            </w:pPr>
            <w:r>
              <w:t>25</w:t>
            </w:r>
          </w:p>
        </w:tc>
        <w:tc>
          <w:tcPr>
            <w:tcW w:w="0" w:type="auto"/>
          </w:tcPr>
          <w:p w14:paraId="6E2181C4" w14:textId="77777777" w:rsidR="007A5E59" w:rsidRDefault="0095198F">
            <w:pPr>
              <w:jc w:val="center"/>
            </w:pPr>
            <w:r>
              <w:t>2012</w:t>
            </w:r>
          </w:p>
        </w:tc>
        <w:tc>
          <w:tcPr>
            <w:tcW w:w="0" w:type="auto"/>
          </w:tcPr>
          <w:p w14:paraId="167C3E5B" w14:textId="77777777" w:rsidR="007A5E59" w:rsidRDefault="0095198F">
            <w:pPr>
              <w:jc w:val="center"/>
            </w:pPr>
            <w:r>
              <w:t>50</w:t>
            </w:r>
          </w:p>
        </w:tc>
        <w:tc>
          <w:tcPr>
            <w:tcW w:w="0" w:type="auto"/>
          </w:tcPr>
          <w:p w14:paraId="3770F02B" w14:textId="77777777" w:rsidR="007A5E59" w:rsidRDefault="0095198F">
            <w:r>
              <w:t>бесканал.</w:t>
            </w:r>
          </w:p>
        </w:tc>
      </w:tr>
      <w:tr w:rsidR="007A5E59" w14:paraId="2AAF83E6" w14:textId="77777777">
        <w:trPr>
          <w:jc w:val="center"/>
        </w:trPr>
        <w:tc>
          <w:tcPr>
            <w:tcW w:w="0" w:type="auto"/>
          </w:tcPr>
          <w:p w14:paraId="438A38CB" w14:textId="77777777" w:rsidR="007A5E59" w:rsidRDefault="0095198F">
            <w:pPr>
              <w:jc w:val="center"/>
            </w:pPr>
            <w:r>
              <w:t>275</w:t>
            </w:r>
          </w:p>
        </w:tc>
        <w:tc>
          <w:tcPr>
            <w:tcW w:w="0" w:type="auto"/>
          </w:tcPr>
          <w:p w14:paraId="28B1A768" w14:textId="77777777" w:rsidR="007A5E59" w:rsidRDefault="0095198F">
            <w:r>
              <w:t>ТК-38/2 – Юбилейная 1а</w:t>
            </w:r>
          </w:p>
        </w:tc>
        <w:tc>
          <w:tcPr>
            <w:tcW w:w="0" w:type="auto"/>
          </w:tcPr>
          <w:p w14:paraId="426FFB3A" w14:textId="77777777" w:rsidR="007A5E59" w:rsidRDefault="0095198F">
            <w:pPr>
              <w:jc w:val="center"/>
            </w:pPr>
            <w:r>
              <w:t>25</w:t>
            </w:r>
          </w:p>
        </w:tc>
        <w:tc>
          <w:tcPr>
            <w:tcW w:w="0" w:type="auto"/>
          </w:tcPr>
          <w:p w14:paraId="5D05AD9F" w14:textId="77777777" w:rsidR="007A5E59" w:rsidRDefault="0095198F">
            <w:pPr>
              <w:jc w:val="center"/>
            </w:pPr>
            <w:r>
              <w:t>2012</w:t>
            </w:r>
          </w:p>
        </w:tc>
        <w:tc>
          <w:tcPr>
            <w:tcW w:w="0" w:type="auto"/>
          </w:tcPr>
          <w:p w14:paraId="3DE28687" w14:textId="77777777" w:rsidR="007A5E59" w:rsidRDefault="0095198F">
            <w:pPr>
              <w:jc w:val="center"/>
            </w:pPr>
            <w:r>
              <w:t>40</w:t>
            </w:r>
          </w:p>
        </w:tc>
        <w:tc>
          <w:tcPr>
            <w:tcW w:w="0" w:type="auto"/>
          </w:tcPr>
          <w:p w14:paraId="364FB3BF" w14:textId="77777777" w:rsidR="007A5E59" w:rsidRDefault="0095198F">
            <w:r>
              <w:t>бесканал.</w:t>
            </w:r>
          </w:p>
        </w:tc>
      </w:tr>
      <w:tr w:rsidR="007A5E59" w14:paraId="47EA9144" w14:textId="77777777">
        <w:trPr>
          <w:jc w:val="center"/>
        </w:trPr>
        <w:tc>
          <w:tcPr>
            <w:tcW w:w="0" w:type="auto"/>
          </w:tcPr>
          <w:p w14:paraId="2A63DC68" w14:textId="77777777" w:rsidR="007A5E59" w:rsidRDefault="0095198F">
            <w:pPr>
              <w:jc w:val="center"/>
            </w:pPr>
            <w:r>
              <w:t>276</w:t>
            </w:r>
          </w:p>
        </w:tc>
        <w:tc>
          <w:tcPr>
            <w:tcW w:w="0" w:type="auto"/>
          </w:tcPr>
          <w:p w14:paraId="540B510E" w14:textId="77777777" w:rsidR="007A5E59" w:rsidRDefault="0095198F">
            <w:r>
              <w:t>ТК-38/2 – Юбилейная 5</w:t>
            </w:r>
          </w:p>
        </w:tc>
        <w:tc>
          <w:tcPr>
            <w:tcW w:w="0" w:type="auto"/>
          </w:tcPr>
          <w:p w14:paraId="513166AB" w14:textId="77777777" w:rsidR="007A5E59" w:rsidRDefault="0095198F">
            <w:pPr>
              <w:jc w:val="center"/>
            </w:pPr>
            <w:r>
              <w:t>25</w:t>
            </w:r>
          </w:p>
        </w:tc>
        <w:tc>
          <w:tcPr>
            <w:tcW w:w="0" w:type="auto"/>
          </w:tcPr>
          <w:p w14:paraId="6F3C8D21" w14:textId="77777777" w:rsidR="007A5E59" w:rsidRDefault="0095198F">
            <w:pPr>
              <w:jc w:val="center"/>
            </w:pPr>
            <w:r>
              <w:t>2012</w:t>
            </w:r>
          </w:p>
        </w:tc>
        <w:tc>
          <w:tcPr>
            <w:tcW w:w="0" w:type="auto"/>
          </w:tcPr>
          <w:p w14:paraId="00FF111F" w14:textId="77777777" w:rsidR="007A5E59" w:rsidRDefault="0095198F">
            <w:pPr>
              <w:jc w:val="center"/>
            </w:pPr>
            <w:r>
              <w:t>135</w:t>
            </w:r>
          </w:p>
        </w:tc>
        <w:tc>
          <w:tcPr>
            <w:tcW w:w="0" w:type="auto"/>
          </w:tcPr>
          <w:p w14:paraId="5440758D" w14:textId="77777777" w:rsidR="007A5E59" w:rsidRDefault="0095198F">
            <w:r>
              <w:t>бесканал.</w:t>
            </w:r>
          </w:p>
        </w:tc>
      </w:tr>
      <w:tr w:rsidR="007A5E59" w14:paraId="2C76B57B" w14:textId="77777777">
        <w:trPr>
          <w:jc w:val="center"/>
        </w:trPr>
        <w:tc>
          <w:tcPr>
            <w:tcW w:w="0" w:type="auto"/>
          </w:tcPr>
          <w:p w14:paraId="0CD3CA5A" w14:textId="77777777" w:rsidR="007A5E59" w:rsidRDefault="0095198F">
            <w:pPr>
              <w:jc w:val="center"/>
            </w:pPr>
            <w:r>
              <w:t>277</w:t>
            </w:r>
          </w:p>
        </w:tc>
        <w:tc>
          <w:tcPr>
            <w:tcW w:w="0" w:type="auto"/>
          </w:tcPr>
          <w:p w14:paraId="3406A0B5" w14:textId="77777777" w:rsidR="007A5E59" w:rsidRDefault="0095198F">
            <w:r>
              <w:t>Юбилейная 1 – Юбилейная 5</w:t>
            </w:r>
          </w:p>
        </w:tc>
        <w:tc>
          <w:tcPr>
            <w:tcW w:w="0" w:type="auto"/>
          </w:tcPr>
          <w:p w14:paraId="7D501A90" w14:textId="77777777" w:rsidR="007A5E59" w:rsidRDefault="0095198F">
            <w:pPr>
              <w:jc w:val="center"/>
            </w:pPr>
            <w:r>
              <w:t>25</w:t>
            </w:r>
          </w:p>
        </w:tc>
        <w:tc>
          <w:tcPr>
            <w:tcW w:w="0" w:type="auto"/>
          </w:tcPr>
          <w:p w14:paraId="05180C37" w14:textId="77777777" w:rsidR="007A5E59" w:rsidRDefault="0095198F">
            <w:pPr>
              <w:jc w:val="center"/>
            </w:pPr>
            <w:r>
              <w:t>2012</w:t>
            </w:r>
          </w:p>
        </w:tc>
        <w:tc>
          <w:tcPr>
            <w:tcW w:w="0" w:type="auto"/>
          </w:tcPr>
          <w:p w14:paraId="06993DE0" w14:textId="77777777" w:rsidR="007A5E59" w:rsidRDefault="0095198F">
            <w:pPr>
              <w:jc w:val="center"/>
            </w:pPr>
            <w:r>
              <w:t>83</w:t>
            </w:r>
          </w:p>
        </w:tc>
        <w:tc>
          <w:tcPr>
            <w:tcW w:w="0" w:type="auto"/>
          </w:tcPr>
          <w:p w14:paraId="3FE76E13" w14:textId="77777777" w:rsidR="007A5E59" w:rsidRDefault="0095198F">
            <w:r>
              <w:t>бесканал.</w:t>
            </w:r>
          </w:p>
        </w:tc>
      </w:tr>
      <w:tr w:rsidR="007A5E59" w14:paraId="43277BEB" w14:textId="77777777">
        <w:trPr>
          <w:jc w:val="center"/>
        </w:trPr>
        <w:tc>
          <w:tcPr>
            <w:tcW w:w="0" w:type="auto"/>
          </w:tcPr>
          <w:p w14:paraId="611CFCB5" w14:textId="77777777" w:rsidR="007A5E59" w:rsidRDefault="0095198F">
            <w:pPr>
              <w:jc w:val="center"/>
            </w:pPr>
            <w:r>
              <w:t>278</w:t>
            </w:r>
          </w:p>
        </w:tc>
        <w:tc>
          <w:tcPr>
            <w:tcW w:w="0" w:type="auto"/>
          </w:tcPr>
          <w:p w14:paraId="3017A178" w14:textId="77777777" w:rsidR="007A5E59" w:rsidRDefault="0095198F">
            <w:r>
              <w:t>Юбилейная 3 – Юбилейная 5</w:t>
            </w:r>
          </w:p>
        </w:tc>
        <w:tc>
          <w:tcPr>
            <w:tcW w:w="0" w:type="auto"/>
          </w:tcPr>
          <w:p w14:paraId="159A39C9" w14:textId="77777777" w:rsidR="007A5E59" w:rsidRDefault="0095198F">
            <w:pPr>
              <w:jc w:val="center"/>
            </w:pPr>
            <w:r>
              <w:t>25</w:t>
            </w:r>
          </w:p>
        </w:tc>
        <w:tc>
          <w:tcPr>
            <w:tcW w:w="0" w:type="auto"/>
          </w:tcPr>
          <w:p w14:paraId="58A7888B" w14:textId="77777777" w:rsidR="007A5E59" w:rsidRDefault="0095198F">
            <w:pPr>
              <w:jc w:val="center"/>
            </w:pPr>
            <w:r>
              <w:t>2012</w:t>
            </w:r>
          </w:p>
        </w:tc>
        <w:tc>
          <w:tcPr>
            <w:tcW w:w="0" w:type="auto"/>
          </w:tcPr>
          <w:p w14:paraId="2E2E2300" w14:textId="77777777" w:rsidR="007A5E59" w:rsidRDefault="0095198F">
            <w:pPr>
              <w:jc w:val="center"/>
            </w:pPr>
            <w:r>
              <w:t>28</w:t>
            </w:r>
          </w:p>
        </w:tc>
        <w:tc>
          <w:tcPr>
            <w:tcW w:w="0" w:type="auto"/>
          </w:tcPr>
          <w:p w14:paraId="3B017D0F" w14:textId="77777777" w:rsidR="007A5E59" w:rsidRDefault="0095198F">
            <w:r>
              <w:t>бесканал.</w:t>
            </w:r>
          </w:p>
        </w:tc>
      </w:tr>
      <w:tr w:rsidR="007A5E59" w14:paraId="202E4904" w14:textId="77777777">
        <w:trPr>
          <w:jc w:val="center"/>
        </w:trPr>
        <w:tc>
          <w:tcPr>
            <w:tcW w:w="0" w:type="auto"/>
          </w:tcPr>
          <w:p w14:paraId="5CC9CD8C" w14:textId="77777777" w:rsidR="007A5E59" w:rsidRDefault="0095198F">
            <w:pPr>
              <w:jc w:val="center"/>
            </w:pPr>
            <w:r>
              <w:t>279</w:t>
            </w:r>
          </w:p>
        </w:tc>
        <w:tc>
          <w:tcPr>
            <w:tcW w:w="0" w:type="auto"/>
          </w:tcPr>
          <w:p w14:paraId="44DF5245" w14:textId="77777777" w:rsidR="007A5E59" w:rsidRDefault="0095198F">
            <w:r>
              <w:t>ТК-38 – ТК-38/1</w:t>
            </w:r>
          </w:p>
        </w:tc>
        <w:tc>
          <w:tcPr>
            <w:tcW w:w="0" w:type="auto"/>
          </w:tcPr>
          <w:p w14:paraId="4663F5CF" w14:textId="77777777" w:rsidR="007A5E59" w:rsidRDefault="0095198F">
            <w:pPr>
              <w:jc w:val="center"/>
            </w:pPr>
            <w:r>
              <w:t>100</w:t>
            </w:r>
          </w:p>
        </w:tc>
        <w:tc>
          <w:tcPr>
            <w:tcW w:w="0" w:type="auto"/>
          </w:tcPr>
          <w:p w14:paraId="03D9F0C0" w14:textId="77777777" w:rsidR="007A5E59" w:rsidRDefault="0095198F">
            <w:pPr>
              <w:jc w:val="center"/>
            </w:pPr>
            <w:r>
              <w:t>1995</w:t>
            </w:r>
          </w:p>
        </w:tc>
        <w:tc>
          <w:tcPr>
            <w:tcW w:w="0" w:type="auto"/>
          </w:tcPr>
          <w:p w14:paraId="5AF5B477" w14:textId="77777777" w:rsidR="007A5E59" w:rsidRDefault="0095198F">
            <w:pPr>
              <w:jc w:val="center"/>
            </w:pPr>
            <w:r>
              <w:t>51</w:t>
            </w:r>
          </w:p>
        </w:tc>
        <w:tc>
          <w:tcPr>
            <w:tcW w:w="0" w:type="auto"/>
          </w:tcPr>
          <w:p w14:paraId="1F191458" w14:textId="77777777" w:rsidR="007A5E59" w:rsidRDefault="0095198F">
            <w:r>
              <w:t>бесканал.</w:t>
            </w:r>
          </w:p>
        </w:tc>
      </w:tr>
      <w:tr w:rsidR="007A5E59" w14:paraId="12543550" w14:textId="77777777">
        <w:trPr>
          <w:jc w:val="center"/>
        </w:trPr>
        <w:tc>
          <w:tcPr>
            <w:tcW w:w="0" w:type="auto"/>
          </w:tcPr>
          <w:p w14:paraId="2AB3D826" w14:textId="77777777" w:rsidR="007A5E59" w:rsidRDefault="0095198F">
            <w:pPr>
              <w:jc w:val="center"/>
            </w:pPr>
            <w:r>
              <w:t>280</w:t>
            </w:r>
          </w:p>
        </w:tc>
        <w:tc>
          <w:tcPr>
            <w:tcW w:w="0" w:type="auto"/>
          </w:tcPr>
          <w:p w14:paraId="5077FE66" w14:textId="77777777" w:rsidR="007A5E59" w:rsidRDefault="0095198F">
            <w:r>
              <w:t>ТК-38/1 – Юбилейная 7</w:t>
            </w:r>
          </w:p>
        </w:tc>
        <w:tc>
          <w:tcPr>
            <w:tcW w:w="0" w:type="auto"/>
          </w:tcPr>
          <w:p w14:paraId="26676BAB" w14:textId="77777777" w:rsidR="007A5E59" w:rsidRDefault="0095198F">
            <w:pPr>
              <w:jc w:val="center"/>
            </w:pPr>
            <w:r>
              <w:t>100</w:t>
            </w:r>
          </w:p>
        </w:tc>
        <w:tc>
          <w:tcPr>
            <w:tcW w:w="0" w:type="auto"/>
          </w:tcPr>
          <w:p w14:paraId="689A4613" w14:textId="77777777" w:rsidR="007A5E59" w:rsidRDefault="0095198F">
            <w:pPr>
              <w:jc w:val="center"/>
            </w:pPr>
            <w:r>
              <w:t>1995</w:t>
            </w:r>
          </w:p>
        </w:tc>
        <w:tc>
          <w:tcPr>
            <w:tcW w:w="0" w:type="auto"/>
          </w:tcPr>
          <w:p w14:paraId="017F47A2" w14:textId="77777777" w:rsidR="007A5E59" w:rsidRDefault="0095198F">
            <w:pPr>
              <w:jc w:val="center"/>
            </w:pPr>
            <w:r>
              <w:t>9</w:t>
            </w:r>
          </w:p>
        </w:tc>
        <w:tc>
          <w:tcPr>
            <w:tcW w:w="0" w:type="auto"/>
          </w:tcPr>
          <w:p w14:paraId="0AEBC794" w14:textId="77777777" w:rsidR="007A5E59" w:rsidRDefault="0095198F">
            <w:r>
              <w:t>бесканал.</w:t>
            </w:r>
          </w:p>
        </w:tc>
      </w:tr>
      <w:tr w:rsidR="007A5E59" w14:paraId="28FAF0A9" w14:textId="77777777">
        <w:trPr>
          <w:jc w:val="center"/>
        </w:trPr>
        <w:tc>
          <w:tcPr>
            <w:tcW w:w="0" w:type="auto"/>
          </w:tcPr>
          <w:p w14:paraId="438DF40C" w14:textId="77777777" w:rsidR="007A5E59" w:rsidRDefault="0095198F">
            <w:pPr>
              <w:jc w:val="center"/>
            </w:pPr>
            <w:r>
              <w:t>281</w:t>
            </w:r>
          </w:p>
        </w:tc>
        <w:tc>
          <w:tcPr>
            <w:tcW w:w="0" w:type="auto"/>
          </w:tcPr>
          <w:p w14:paraId="37D85879" w14:textId="77777777" w:rsidR="007A5E59" w:rsidRDefault="0095198F">
            <w:r>
              <w:t>ТК-37 – ТК-38</w:t>
            </w:r>
          </w:p>
        </w:tc>
        <w:tc>
          <w:tcPr>
            <w:tcW w:w="0" w:type="auto"/>
          </w:tcPr>
          <w:p w14:paraId="01C6EF87" w14:textId="77777777" w:rsidR="007A5E59" w:rsidRDefault="0095198F">
            <w:pPr>
              <w:jc w:val="center"/>
            </w:pPr>
            <w:r>
              <w:t>150</w:t>
            </w:r>
          </w:p>
        </w:tc>
        <w:tc>
          <w:tcPr>
            <w:tcW w:w="0" w:type="auto"/>
          </w:tcPr>
          <w:p w14:paraId="47DFD227" w14:textId="77777777" w:rsidR="007A5E59" w:rsidRDefault="0095198F">
            <w:pPr>
              <w:jc w:val="center"/>
            </w:pPr>
            <w:r>
              <w:t>1995</w:t>
            </w:r>
          </w:p>
        </w:tc>
        <w:tc>
          <w:tcPr>
            <w:tcW w:w="0" w:type="auto"/>
          </w:tcPr>
          <w:p w14:paraId="708E0047" w14:textId="77777777" w:rsidR="007A5E59" w:rsidRDefault="0095198F">
            <w:pPr>
              <w:jc w:val="center"/>
            </w:pPr>
            <w:r>
              <w:t>100</w:t>
            </w:r>
          </w:p>
        </w:tc>
        <w:tc>
          <w:tcPr>
            <w:tcW w:w="0" w:type="auto"/>
          </w:tcPr>
          <w:p w14:paraId="12AD9A08" w14:textId="77777777" w:rsidR="007A5E59" w:rsidRDefault="0095198F">
            <w:r>
              <w:t>бесканал.</w:t>
            </w:r>
          </w:p>
        </w:tc>
      </w:tr>
      <w:tr w:rsidR="007A5E59" w14:paraId="02210689" w14:textId="77777777">
        <w:trPr>
          <w:jc w:val="center"/>
        </w:trPr>
        <w:tc>
          <w:tcPr>
            <w:tcW w:w="0" w:type="auto"/>
          </w:tcPr>
          <w:p w14:paraId="3DEF4F5F" w14:textId="77777777" w:rsidR="007A5E59" w:rsidRDefault="0095198F">
            <w:pPr>
              <w:jc w:val="center"/>
            </w:pPr>
            <w:r>
              <w:t>282</w:t>
            </w:r>
          </w:p>
        </w:tc>
        <w:tc>
          <w:tcPr>
            <w:tcW w:w="0" w:type="auto"/>
          </w:tcPr>
          <w:p w14:paraId="20C4D065" w14:textId="77777777" w:rsidR="007A5E59" w:rsidRDefault="0095198F">
            <w:r>
              <w:t>Тепловые сети Гагарина 39 – Гагарина 41</w:t>
            </w:r>
          </w:p>
        </w:tc>
        <w:tc>
          <w:tcPr>
            <w:tcW w:w="0" w:type="auto"/>
          </w:tcPr>
          <w:p w14:paraId="397B8736" w14:textId="77777777" w:rsidR="007A5E59" w:rsidRDefault="0095198F">
            <w:pPr>
              <w:jc w:val="center"/>
            </w:pPr>
            <w:r>
              <w:t>100</w:t>
            </w:r>
          </w:p>
        </w:tc>
        <w:tc>
          <w:tcPr>
            <w:tcW w:w="0" w:type="auto"/>
          </w:tcPr>
          <w:p w14:paraId="52FEF842" w14:textId="77777777" w:rsidR="007A5E59" w:rsidRDefault="0095198F">
            <w:pPr>
              <w:jc w:val="center"/>
            </w:pPr>
            <w:r>
              <w:t>2004</w:t>
            </w:r>
          </w:p>
        </w:tc>
        <w:tc>
          <w:tcPr>
            <w:tcW w:w="0" w:type="auto"/>
          </w:tcPr>
          <w:p w14:paraId="1A86ED6C" w14:textId="77777777" w:rsidR="007A5E59" w:rsidRDefault="0095198F">
            <w:pPr>
              <w:jc w:val="center"/>
            </w:pPr>
            <w:r>
              <w:t>64</w:t>
            </w:r>
          </w:p>
        </w:tc>
        <w:tc>
          <w:tcPr>
            <w:tcW w:w="0" w:type="auto"/>
          </w:tcPr>
          <w:p w14:paraId="454EFBDC" w14:textId="77777777" w:rsidR="007A5E59" w:rsidRDefault="0095198F">
            <w:r>
              <w:t>надз</w:t>
            </w:r>
          </w:p>
        </w:tc>
      </w:tr>
      <w:tr w:rsidR="007A5E59" w14:paraId="47411DA7" w14:textId="77777777">
        <w:trPr>
          <w:jc w:val="center"/>
        </w:trPr>
        <w:tc>
          <w:tcPr>
            <w:tcW w:w="0" w:type="auto"/>
          </w:tcPr>
          <w:p w14:paraId="4804608E" w14:textId="77777777" w:rsidR="007A5E59" w:rsidRDefault="0095198F">
            <w:pPr>
              <w:jc w:val="center"/>
            </w:pPr>
            <w:r>
              <w:t>283</w:t>
            </w:r>
          </w:p>
        </w:tc>
        <w:tc>
          <w:tcPr>
            <w:tcW w:w="0" w:type="auto"/>
          </w:tcPr>
          <w:p w14:paraId="6AF8F68F" w14:textId="77777777" w:rsidR="007A5E59" w:rsidRDefault="0095198F">
            <w:r>
              <w:t>Гагарина 37 – Гагарина 39</w:t>
            </w:r>
          </w:p>
        </w:tc>
        <w:tc>
          <w:tcPr>
            <w:tcW w:w="0" w:type="auto"/>
          </w:tcPr>
          <w:p w14:paraId="6C17CE06" w14:textId="77777777" w:rsidR="007A5E59" w:rsidRDefault="0095198F">
            <w:pPr>
              <w:jc w:val="center"/>
            </w:pPr>
            <w:r>
              <w:t>100</w:t>
            </w:r>
          </w:p>
        </w:tc>
        <w:tc>
          <w:tcPr>
            <w:tcW w:w="0" w:type="auto"/>
          </w:tcPr>
          <w:p w14:paraId="6847A29B" w14:textId="77777777" w:rsidR="007A5E59" w:rsidRDefault="0095198F">
            <w:pPr>
              <w:jc w:val="center"/>
            </w:pPr>
            <w:r>
              <w:t>2004</w:t>
            </w:r>
          </w:p>
        </w:tc>
        <w:tc>
          <w:tcPr>
            <w:tcW w:w="0" w:type="auto"/>
          </w:tcPr>
          <w:p w14:paraId="1F35F9D7" w14:textId="77777777" w:rsidR="007A5E59" w:rsidRDefault="0095198F">
            <w:pPr>
              <w:jc w:val="center"/>
            </w:pPr>
            <w:r>
              <w:t>63</w:t>
            </w:r>
          </w:p>
        </w:tc>
        <w:tc>
          <w:tcPr>
            <w:tcW w:w="0" w:type="auto"/>
          </w:tcPr>
          <w:p w14:paraId="74BE654C" w14:textId="77777777" w:rsidR="007A5E59" w:rsidRDefault="0095198F">
            <w:r>
              <w:t>надз</w:t>
            </w:r>
          </w:p>
        </w:tc>
      </w:tr>
      <w:tr w:rsidR="007A5E59" w14:paraId="708E5B7A" w14:textId="77777777">
        <w:trPr>
          <w:jc w:val="center"/>
        </w:trPr>
        <w:tc>
          <w:tcPr>
            <w:tcW w:w="0" w:type="auto"/>
          </w:tcPr>
          <w:p w14:paraId="281B720D" w14:textId="77777777" w:rsidR="007A5E59" w:rsidRDefault="0095198F">
            <w:pPr>
              <w:jc w:val="center"/>
            </w:pPr>
            <w:r>
              <w:t>284</w:t>
            </w:r>
          </w:p>
        </w:tc>
        <w:tc>
          <w:tcPr>
            <w:tcW w:w="0" w:type="auto"/>
          </w:tcPr>
          <w:p w14:paraId="3FF32328" w14:textId="77777777" w:rsidR="007A5E59" w:rsidRDefault="0095198F">
            <w:r>
              <w:t>Гагарина 35 – Гагарина 37</w:t>
            </w:r>
          </w:p>
        </w:tc>
        <w:tc>
          <w:tcPr>
            <w:tcW w:w="0" w:type="auto"/>
          </w:tcPr>
          <w:p w14:paraId="6D98857A" w14:textId="77777777" w:rsidR="007A5E59" w:rsidRDefault="0095198F">
            <w:pPr>
              <w:jc w:val="center"/>
            </w:pPr>
            <w:r>
              <w:t>100</w:t>
            </w:r>
          </w:p>
        </w:tc>
        <w:tc>
          <w:tcPr>
            <w:tcW w:w="0" w:type="auto"/>
          </w:tcPr>
          <w:p w14:paraId="0F459242" w14:textId="77777777" w:rsidR="007A5E59" w:rsidRDefault="0095198F">
            <w:pPr>
              <w:jc w:val="center"/>
            </w:pPr>
            <w:r>
              <w:t>2004</w:t>
            </w:r>
          </w:p>
        </w:tc>
        <w:tc>
          <w:tcPr>
            <w:tcW w:w="0" w:type="auto"/>
          </w:tcPr>
          <w:p w14:paraId="7B08A80B" w14:textId="77777777" w:rsidR="007A5E59" w:rsidRDefault="0095198F">
            <w:pPr>
              <w:jc w:val="center"/>
            </w:pPr>
            <w:r>
              <w:t>48</w:t>
            </w:r>
          </w:p>
        </w:tc>
        <w:tc>
          <w:tcPr>
            <w:tcW w:w="0" w:type="auto"/>
          </w:tcPr>
          <w:p w14:paraId="1623A56F" w14:textId="77777777" w:rsidR="007A5E59" w:rsidRDefault="0095198F">
            <w:r>
              <w:t>надз</w:t>
            </w:r>
          </w:p>
        </w:tc>
      </w:tr>
      <w:tr w:rsidR="007A5E59" w14:paraId="3D40D438" w14:textId="77777777">
        <w:trPr>
          <w:jc w:val="center"/>
        </w:trPr>
        <w:tc>
          <w:tcPr>
            <w:tcW w:w="0" w:type="auto"/>
          </w:tcPr>
          <w:p w14:paraId="20585474" w14:textId="77777777" w:rsidR="007A5E59" w:rsidRDefault="0095198F">
            <w:pPr>
              <w:jc w:val="center"/>
            </w:pPr>
            <w:r>
              <w:t>285</w:t>
            </w:r>
          </w:p>
        </w:tc>
        <w:tc>
          <w:tcPr>
            <w:tcW w:w="0" w:type="auto"/>
          </w:tcPr>
          <w:p w14:paraId="77ACA6CD" w14:textId="77777777" w:rsidR="007A5E59" w:rsidRDefault="0095198F">
            <w:r>
              <w:t>Гагарина 33 – Гагарина 35</w:t>
            </w:r>
          </w:p>
        </w:tc>
        <w:tc>
          <w:tcPr>
            <w:tcW w:w="0" w:type="auto"/>
          </w:tcPr>
          <w:p w14:paraId="3587FD4F" w14:textId="77777777" w:rsidR="007A5E59" w:rsidRDefault="0095198F">
            <w:pPr>
              <w:jc w:val="center"/>
            </w:pPr>
            <w:r>
              <w:t>100</w:t>
            </w:r>
          </w:p>
        </w:tc>
        <w:tc>
          <w:tcPr>
            <w:tcW w:w="0" w:type="auto"/>
          </w:tcPr>
          <w:p w14:paraId="3D0D9CD6" w14:textId="77777777" w:rsidR="007A5E59" w:rsidRDefault="0095198F">
            <w:pPr>
              <w:jc w:val="center"/>
            </w:pPr>
            <w:r>
              <w:t>2004</w:t>
            </w:r>
          </w:p>
        </w:tc>
        <w:tc>
          <w:tcPr>
            <w:tcW w:w="0" w:type="auto"/>
          </w:tcPr>
          <w:p w14:paraId="4E468F1D" w14:textId="77777777" w:rsidR="007A5E59" w:rsidRDefault="0095198F">
            <w:pPr>
              <w:jc w:val="center"/>
            </w:pPr>
            <w:r>
              <w:t>33</w:t>
            </w:r>
          </w:p>
        </w:tc>
        <w:tc>
          <w:tcPr>
            <w:tcW w:w="0" w:type="auto"/>
          </w:tcPr>
          <w:p w14:paraId="03ED2F6B" w14:textId="77777777" w:rsidR="007A5E59" w:rsidRDefault="0095198F">
            <w:r>
              <w:t>надз</w:t>
            </w:r>
          </w:p>
        </w:tc>
      </w:tr>
      <w:tr w:rsidR="007A5E59" w14:paraId="69FA3D72" w14:textId="77777777">
        <w:trPr>
          <w:jc w:val="center"/>
        </w:trPr>
        <w:tc>
          <w:tcPr>
            <w:tcW w:w="0" w:type="auto"/>
          </w:tcPr>
          <w:p w14:paraId="7B1A3298" w14:textId="77777777" w:rsidR="007A5E59" w:rsidRDefault="0095198F">
            <w:pPr>
              <w:jc w:val="center"/>
            </w:pPr>
            <w:r>
              <w:t>286</w:t>
            </w:r>
          </w:p>
        </w:tc>
        <w:tc>
          <w:tcPr>
            <w:tcW w:w="0" w:type="auto"/>
          </w:tcPr>
          <w:p w14:paraId="3713F1A6" w14:textId="77777777" w:rsidR="007A5E59" w:rsidRDefault="0095198F">
            <w:r>
              <w:t>Гагарина 31 – Гагарина 33</w:t>
            </w:r>
          </w:p>
        </w:tc>
        <w:tc>
          <w:tcPr>
            <w:tcW w:w="0" w:type="auto"/>
          </w:tcPr>
          <w:p w14:paraId="132A2DAC" w14:textId="77777777" w:rsidR="007A5E59" w:rsidRDefault="0095198F">
            <w:pPr>
              <w:jc w:val="center"/>
            </w:pPr>
            <w:r>
              <w:t>100</w:t>
            </w:r>
          </w:p>
        </w:tc>
        <w:tc>
          <w:tcPr>
            <w:tcW w:w="0" w:type="auto"/>
          </w:tcPr>
          <w:p w14:paraId="5426D415" w14:textId="77777777" w:rsidR="007A5E59" w:rsidRDefault="0095198F">
            <w:pPr>
              <w:jc w:val="center"/>
            </w:pPr>
            <w:r>
              <w:t>2004</w:t>
            </w:r>
          </w:p>
        </w:tc>
        <w:tc>
          <w:tcPr>
            <w:tcW w:w="0" w:type="auto"/>
          </w:tcPr>
          <w:p w14:paraId="70A31719" w14:textId="77777777" w:rsidR="007A5E59" w:rsidRDefault="0095198F">
            <w:pPr>
              <w:jc w:val="center"/>
            </w:pPr>
            <w:r>
              <w:t>86</w:t>
            </w:r>
          </w:p>
        </w:tc>
        <w:tc>
          <w:tcPr>
            <w:tcW w:w="0" w:type="auto"/>
          </w:tcPr>
          <w:p w14:paraId="3BBA0262" w14:textId="77777777" w:rsidR="007A5E59" w:rsidRDefault="0095198F">
            <w:r>
              <w:t>надз</w:t>
            </w:r>
          </w:p>
        </w:tc>
      </w:tr>
      <w:tr w:rsidR="007A5E59" w14:paraId="22E1A1D5" w14:textId="77777777">
        <w:trPr>
          <w:jc w:val="center"/>
        </w:trPr>
        <w:tc>
          <w:tcPr>
            <w:tcW w:w="0" w:type="auto"/>
          </w:tcPr>
          <w:p w14:paraId="40142212" w14:textId="77777777" w:rsidR="007A5E59" w:rsidRDefault="0095198F">
            <w:pPr>
              <w:jc w:val="center"/>
            </w:pPr>
            <w:r>
              <w:t>287</w:t>
            </w:r>
          </w:p>
        </w:tc>
        <w:tc>
          <w:tcPr>
            <w:tcW w:w="0" w:type="auto"/>
          </w:tcPr>
          <w:p w14:paraId="5F6BD658" w14:textId="77777777" w:rsidR="007A5E59" w:rsidRDefault="0095198F">
            <w:r>
              <w:t>ТК 5Б – Гагарина 31</w:t>
            </w:r>
          </w:p>
        </w:tc>
        <w:tc>
          <w:tcPr>
            <w:tcW w:w="0" w:type="auto"/>
          </w:tcPr>
          <w:p w14:paraId="470AC496" w14:textId="77777777" w:rsidR="007A5E59" w:rsidRDefault="0095198F">
            <w:pPr>
              <w:jc w:val="center"/>
            </w:pPr>
            <w:r>
              <w:t>100</w:t>
            </w:r>
          </w:p>
        </w:tc>
        <w:tc>
          <w:tcPr>
            <w:tcW w:w="0" w:type="auto"/>
          </w:tcPr>
          <w:p w14:paraId="03248770" w14:textId="77777777" w:rsidR="007A5E59" w:rsidRDefault="0095198F">
            <w:pPr>
              <w:jc w:val="center"/>
            </w:pPr>
            <w:r>
              <w:t>2004</w:t>
            </w:r>
          </w:p>
        </w:tc>
        <w:tc>
          <w:tcPr>
            <w:tcW w:w="0" w:type="auto"/>
          </w:tcPr>
          <w:p w14:paraId="2B6C781B" w14:textId="77777777" w:rsidR="007A5E59" w:rsidRDefault="0095198F">
            <w:pPr>
              <w:jc w:val="center"/>
            </w:pPr>
            <w:r>
              <w:t>63</w:t>
            </w:r>
          </w:p>
        </w:tc>
        <w:tc>
          <w:tcPr>
            <w:tcW w:w="0" w:type="auto"/>
          </w:tcPr>
          <w:p w14:paraId="7B4861EC" w14:textId="77777777" w:rsidR="007A5E59" w:rsidRDefault="0095198F">
            <w:r>
              <w:t>надз</w:t>
            </w:r>
          </w:p>
        </w:tc>
      </w:tr>
      <w:tr w:rsidR="007A5E59" w14:paraId="31F8D82D" w14:textId="77777777">
        <w:trPr>
          <w:jc w:val="center"/>
        </w:trPr>
        <w:tc>
          <w:tcPr>
            <w:tcW w:w="0" w:type="auto"/>
          </w:tcPr>
          <w:p w14:paraId="450A2F09" w14:textId="77777777" w:rsidR="007A5E59" w:rsidRDefault="0095198F">
            <w:pPr>
              <w:jc w:val="center"/>
            </w:pPr>
            <w:r>
              <w:t>288</w:t>
            </w:r>
          </w:p>
        </w:tc>
        <w:tc>
          <w:tcPr>
            <w:tcW w:w="0" w:type="auto"/>
          </w:tcPr>
          <w:p w14:paraId="32BB5120" w14:textId="77777777" w:rsidR="007A5E59" w:rsidRDefault="0095198F">
            <w:r>
              <w:t>ТК-6 – ТК-7</w:t>
            </w:r>
          </w:p>
        </w:tc>
        <w:tc>
          <w:tcPr>
            <w:tcW w:w="0" w:type="auto"/>
          </w:tcPr>
          <w:p w14:paraId="5723FED5" w14:textId="77777777" w:rsidR="007A5E59" w:rsidRDefault="0095198F">
            <w:pPr>
              <w:jc w:val="center"/>
            </w:pPr>
            <w:r>
              <w:t>200</w:t>
            </w:r>
          </w:p>
        </w:tc>
        <w:tc>
          <w:tcPr>
            <w:tcW w:w="0" w:type="auto"/>
          </w:tcPr>
          <w:p w14:paraId="1AF412CA" w14:textId="77777777" w:rsidR="007A5E59" w:rsidRDefault="0095198F">
            <w:pPr>
              <w:jc w:val="center"/>
            </w:pPr>
            <w:r>
              <w:t>1981</w:t>
            </w:r>
          </w:p>
        </w:tc>
        <w:tc>
          <w:tcPr>
            <w:tcW w:w="0" w:type="auto"/>
          </w:tcPr>
          <w:p w14:paraId="208187F5" w14:textId="77777777" w:rsidR="007A5E59" w:rsidRDefault="0095198F">
            <w:pPr>
              <w:jc w:val="center"/>
            </w:pPr>
            <w:r>
              <w:t>164</w:t>
            </w:r>
          </w:p>
        </w:tc>
        <w:tc>
          <w:tcPr>
            <w:tcW w:w="0" w:type="auto"/>
          </w:tcPr>
          <w:p w14:paraId="24497ACD" w14:textId="77777777" w:rsidR="007A5E59" w:rsidRDefault="0095198F">
            <w:r>
              <w:t>надз</w:t>
            </w:r>
          </w:p>
        </w:tc>
      </w:tr>
      <w:tr w:rsidR="007A5E59" w14:paraId="407CCAD5" w14:textId="77777777">
        <w:trPr>
          <w:jc w:val="center"/>
        </w:trPr>
        <w:tc>
          <w:tcPr>
            <w:tcW w:w="0" w:type="auto"/>
          </w:tcPr>
          <w:p w14:paraId="3289F7B0" w14:textId="77777777" w:rsidR="007A5E59" w:rsidRDefault="0095198F">
            <w:pPr>
              <w:jc w:val="center"/>
            </w:pPr>
            <w:r>
              <w:t>289</w:t>
            </w:r>
          </w:p>
        </w:tc>
        <w:tc>
          <w:tcPr>
            <w:tcW w:w="0" w:type="auto"/>
          </w:tcPr>
          <w:p w14:paraId="71EFDD65" w14:textId="77777777" w:rsidR="007A5E59" w:rsidRDefault="0095198F">
            <w:r>
              <w:t>ТК-6 – Гагарина, 12</w:t>
            </w:r>
          </w:p>
        </w:tc>
        <w:tc>
          <w:tcPr>
            <w:tcW w:w="0" w:type="auto"/>
          </w:tcPr>
          <w:p w14:paraId="1A0D7051" w14:textId="77777777" w:rsidR="007A5E59" w:rsidRDefault="0095198F">
            <w:pPr>
              <w:jc w:val="center"/>
            </w:pPr>
            <w:r>
              <w:t>100</w:t>
            </w:r>
          </w:p>
        </w:tc>
        <w:tc>
          <w:tcPr>
            <w:tcW w:w="0" w:type="auto"/>
          </w:tcPr>
          <w:p w14:paraId="109A9A63" w14:textId="77777777" w:rsidR="007A5E59" w:rsidRDefault="0095198F">
            <w:pPr>
              <w:jc w:val="center"/>
            </w:pPr>
            <w:r>
              <w:t>1981</w:t>
            </w:r>
          </w:p>
        </w:tc>
        <w:tc>
          <w:tcPr>
            <w:tcW w:w="0" w:type="auto"/>
          </w:tcPr>
          <w:p w14:paraId="16217BF8" w14:textId="77777777" w:rsidR="007A5E59" w:rsidRDefault="0095198F">
            <w:pPr>
              <w:jc w:val="center"/>
            </w:pPr>
            <w:r>
              <w:t>35</w:t>
            </w:r>
          </w:p>
        </w:tc>
        <w:tc>
          <w:tcPr>
            <w:tcW w:w="0" w:type="auto"/>
          </w:tcPr>
          <w:p w14:paraId="1D9D8ED2" w14:textId="77777777" w:rsidR="007A5E59" w:rsidRDefault="0095198F">
            <w:r>
              <w:t>надз</w:t>
            </w:r>
          </w:p>
        </w:tc>
      </w:tr>
      <w:tr w:rsidR="007A5E59" w14:paraId="64604A2D" w14:textId="77777777">
        <w:trPr>
          <w:jc w:val="center"/>
        </w:trPr>
        <w:tc>
          <w:tcPr>
            <w:tcW w:w="0" w:type="auto"/>
          </w:tcPr>
          <w:p w14:paraId="0E7E1E3B" w14:textId="77777777" w:rsidR="007A5E59" w:rsidRDefault="0095198F">
            <w:pPr>
              <w:jc w:val="center"/>
            </w:pPr>
            <w:r>
              <w:t>290</w:t>
            </w:r>
          </w:p>
        </w:tc>
        <w:tc>
          <w:tcPr>
            <w:tcW w:w="0" w:type="auto"/>
          </w:tcPr>
          <w:p w14:paraId="175A708A" w14:textId="77777777" w:rsidR="007A5E59" w:rsidRDefault="0095198F">
            <w:r>
              <w:t>ТК-3/2 – ТК-4</w:t>
            </w:r>
          </w:p>
        </w:tc>
        <w:tc>
          <w:tcPr>
            <w:tcW w:w="0" w:type="auto"/>
          </w:tcPr>
          <w:p w14:paraId="039C0CF8" w14:textId="77777777" w:rsidR="007A5E59" w:rsidRDefault="0095198F">
            <w:pPr>
              <w:jc w:val="center"/>
            </w:pPr>
            <w:r>
              <w:t>250</w:t>
            </w:r>
          </w:p>
        </w:tc>
        <w:tc>
          <w:tcPr>
            <w:tcW w:w="0" w:type="auto"/>
          </w:tcPr>
          <w:p w14:paraId="14AA275D" w14:textId="77777777" w:rsidR="007A5E59" w:rsidRDefault="0095198F">
            <w:pPr>
              <w:jc w:val="center"/>
            </w:pPr>
            <w:r>
              <w:t>1974</w:t>
            </w:r>
          </w:p>
        </w:tc>
        <w:tc>
          <w:tcPr>
            <w:tcW w:w="0" w:type="auto"/>
          </w:tcPr>
          <w:p w14:paraId="5EB4E723" w14:textId="77777777" w:rsidR="007A5E59" w:rsidRDefault="0095198F">
            <w:pPr>
              <w:jc w:val="center"/>
            </w:pPr>
            <w:r>
              <w:t>70</w:t>
            </w:r>
          </w:p>
        </w:tc>
        <w:tc>
          <w:tcPr>
            <w:tcW w:w="0" w:type="auto"/>
          </w:tcPr>
          <w:p w14:paraId="5D140713" w14:textId="77777777" w:rsidR="007A5E59" w:rsidRDefault="0095198F">
            <w:r>
              <w:t>надз</w:t>
            </w:r>
          </w:p>
        </w:tc>
      </w:tr>
      <w:tr w:rsidR="007A5E59" w14:paraId="36EEEB65" w14:textId="77777777">
        <w:trPr>
          <w:jc w:val="center"/>
        </w:trPr>
        <w:tc>
          <w:tcPr>
            <w:tcW w:w="0" w:type="auto"/>
          </w:tcPr>
          <w:p w14:paraId="5D0A9E3A" w14:textId="77777777" w:rsidR="007A5E59" w:rsidRDefault="0095198F">
            <w:pPr>
              <w:jc w:val="center"/>
            </w:pPr>
            <w:r>
              <w:t>291</w:t>
            </w:r>
          </w:p>
        </w:tc>
        <w:tc>
          <w:tcPr>
            <w:tcW w:w="0" w:type="auto"/>
          </w:tcPr>
          <w:p w14:paraId="7B64F6E6" w14:textId="77777777" w:rsidR="007A5E59" w:rsidRDefault="0095198F">
            <w:r>
              <w:t>ТК-13 – ТК-13/1</w:t>
            </w:r>
          </w:p>
        </w:tc>
        <w:tc>
          <w:tcPr>
            <w:tcW w:w="0" w:type="auto"/>
          </w:tcPr>
          <w:p w14:paraId="6B60E1F8" w14:textId="77777777" w:rsidR="007A5E59" w:rsidRDefault="0095198F">
            <w:pPr>
              <w:jc w:val="center"/>
            </w:pPr>
            <w:r>
              <w:t>150</w:t>
            </w:r>
          </w:p>
        </w:tc>
        <w:tc>
          <w:tcPr>
            <w:tcW w:w="0" w:type="auto"/>
          </w:tcPr>
          <w:p w14:paraId="7EC9D037" w14:textId="77777777" w:rsidR="007A5E59" w:rsidRDefault="0095198F">
            <w:pPr>
              <w:jc w:val="center"/>
            </w:pPr>
            <w:r>
              <w:t>1974</w:t>
            </w:r>
          </w:p>
        </w:tc>
        <w:tc>
          <w:tcPr>
            <w:tcW w:w="0" w:type="auto"/>
          </w:tcPr>
          <w:p w14:paraId="1F45C831" w14:textId="77777777" w:rsidR="007A5E59" w:rsidRDefault="0095198F">
            <w:pPr>
              <w:jc w:val="center"/>
            </w:pPr>
            <w:r>
              <w:t>45</w:t>
            </w:r>
          </w:p>
        </w:tc>
        <w:tc>
          <w:tcPr>
            <w:tcW w:w="0" w:type="auto"/>
          </w:tcPr>
          <w:p w14:paraId="531DBD2B" w14:textId="77777777" w:rsidR="007A5E59" w:rsidRDefault="0095198F">
            <w:r>
              <w:t>надз</w:t>
            </w:r>
          </w:p>
        </w:tc>
      </w:tr>
      <w:tr w:rsidR="007A5E59" w14:paraId="42DE3998" w14:textId="77777777">
        <w:trPr>
          <w:jc w:val="center"/>
        </w:trPr>
        <w:tc>
          <w:tcPr>
            <w:tcW w:w="0" w:type="auto"/>
          </w:tcPr>
          <w:p w14:paraId="06C95431" w14:textId="77777777" w:rsidR="007A5E59" w:rsidRDefault="0095198F">
            <w:pPr>
              <w:jc w:val="center"/>
            </w:pPr>
            <w:r>
              <w:t>292</w:t>
            </w:r>
          </w:p>
        </w:tc>
        <w:tc>
          <w:tcPr>
            <w:tcW w:w="0" w:type="auto"/>
          </w:tcPr>
          <w:p w14:paraId="74AF8EC0" w14:textId="77777777" w:rsidR="007A5E59" w:rsidRDefault="0095198F">
            <w:r>
              <w:t>ТК-12 – ТК-13</w:t>
            </w:r>
          </w:p>
        </w:tc>
        <w:tc>
          <w:tcPr>
            <w:tcW w:w="0" w:type="auto"/>
          </w:tcPr>
          <w:p w14:paraId="0E044960" w14:textId="77777777" w:rsidR="007A5E59" w:rsidRDefault="0095198F">
            <w:pPr>
              <w:jc w:val="center"/>
            </w:pPr>
            <w:r>
              <w:t>200</w:t>
            </w:r>
          </w:p>
        </w:tc>
        <w:tc>
          <w:tcPr>
            <w:tcW w:w="0" w:type="auto"/>
          </w:tcPr>
          <w:p w14:paraId="557F9176" w14:textId="77777777" w:rsidR="007A5E59" w:rsidRDefault="0095198F">
            <w:pPr>
              <w:jc w:val="center"/>
            </w:pPr>
            <w:r>
              <w:t>2004</w:t>
            </w:r>
          </w:p>
        </w:tc>
        <w:tc>
          <w:tcPr>
            <w:tcW w:w="0" w:type="auto"/>
          </w:tcPr>
          <w:p w14:paraId="19FC2E71" w14:textId="77777777" w:rsidR="007A5E59" w:rsidRDefault="0095198F">
            <w:pPr>
              <w:jc w:val="center"/>
            </w:pPr>
            <w:r>
              <w:t>20</w:t>
            </w:r>
          </w:p>
        </w:tc>
        <w:tc>
          <w:tcPr>
            <w:tcW w:w="0" w:type="auto"/>
          </w:tcPr>
          <w:p w14:paraId="7A8E5EF8" w14:textId="77777777" w:rsidR="007A5E59" w:rsidRDefault="0095198F">
            <w:r>
              <w:t>надз</w:t>
            </w:r>
          </w:p>
        </w:tc>
      </w:tr>
      <w:tr w:rsidR="007A5E59" w14:paraId="6B668BF0" w14:textId="77777777">
        <w:trPr>
          <w:jc w:val="center"/>
        </w:trPr>
        <w:tc>
          <w:tcPr>
            <w:tcW w:w="0" w:type="auto"/>
          </w:tcPr>
          <w:p w14:paraId="62544C77" w14:textId="77777777" w:rsidR="007A5E59" w:rsidRDefault="0095198F">
            <w:pPr>
              <w:jc w:val="center"/>
            </w:pPr>
            <w:r>
              <w:t>293</w:t>
            </w:r>
          </w:p>
        </w:tc>
        <w:tc>
          <w:tcPr>
            <w:tcW w:w="0" w:type="auto"/>
          </w:tcPr>
          <w:p w14:paraId="57065FAC" w14:textId="77777777" w:rsidR="007A5E59" w:rsidRDefault="0095198F">
            <w:r>
              <w:t>ТК-11 – ТК-12</w:t>
            </w:r>
          </w:p>
        </w:tc>
        <w:tc>
          <w:tcPr>
            <w:tcW w:w="0" w:type="auto"/>
          </w:tcPr>
          <w:p w14:paraId="2A913FA6" w14:textId="77777777" w:rsidR="007A5E59" w:rsidRDefault="0095198F">
            <w:pPr>
              <w:jc w:val="center"/>
            </w:pPr>
            <w:r>
              <w:t>150</w:t>
            </w:r>
          </w:p>
        </w:tc>
        <w:tc>
          <w:tcPr>
            <w:tcW w:w="0" w:type="auto"/>
          </w:tcPr>
          <w:p w14:paraId="214387F1" w14:textId="77777777" w:rsidR="007A5E59" w:rsidRDefault="0095198F">
            <w:pPr>
              <w:jc w:val="center"/>
            </w:pPr>
            <w:r>
              <w:t>2004</w:t>
            </w:r>
          </w:p>
        </w:tc>
        <w:tc>
          <w:tcPr>
            <w:tcW w:w="0" w:type="auto"/>
          </w:tcPr>
          <w:p w14:paraId="36C2EAB7" w14:textId="77777777" w:rsidR="007A5E59" w:rsidRDefault="0095198F">
            <w:pPr>
              <w:jc w:val="center"/>
            </w:pPr>
            <w:r>
              <w:t>50</w:t>
            </w:r>
          </w:p>
        </w:tc>
        <w:tc>
          <w:tcPr>
            <w:tcW w:w="0" w:type="auto"/>
          </w:tcPr>
          <w:p w14:paraId="6EB330DD" w14:textId="77777777" w:rsidR="007A5E59" w:rsidRDefault="0095198F">
            <w:r>
              <w:t>надз</w:t>
            </w:r>
          </w:p>
        </w:tc>
      </w:tr>
      <w:tr w:rsidR="007A5E59" w14:paraId="5E387C55" w14:textId="77777777">
        <w:trPr>
          <w:jc w:val="center"/>
        </w:trPr>
        <w:tc>
          <w:tcPr>
            <w:tcW w:w="0" w:type="auto"/>
          </w:tcPr>
          <w:p w14:paraId="5813678E" w14:textId="77777777" w:rsidR="007A5E59" w:rsidRDefault="0095198F">
            <w:pPr>
              <w:jc w:val="center"/>
            </w:pPr>
            <w:r>
              <w:t>294</w:t>
            </w:r>
          </w:p>
        </w:tc>
        <w:tc>
          <w:tcPr>
            <w:tcW w:w="0" w:type="auto"/>
          </w:tcPr>
          <w:p w14:paraId="7B7885AE" w14:textId="77777777" w:rsidR="007A5E59" w:rsidRDefault="0095198F">
            <w:r>
              <w:t>Гагарина, 25, 2й ввод</w:t>
            </w:r>
          </w:p>
        </w:tc>
        <w:tc>
          <w:tcPr>
            <w:tcW w:w="0" w:type="auto"/>
          </w:tcPr>
          <w:p w14:paraId="59AD4EE8" w14:textId="77777777" w:rsidR="007A5E59" w:rsidRDefault="0095198F">
            <w:pPr>
              <w:jc w:val="center"/>
            </w:pPr>
            <w:r>
              <w:t>20</w:t>
            </w:r>
          </w:p>
        </w:tc>
        <w:tc>
          <w:tcPr>
            <w:tcW w:w="0" w:type="auto"/>
          </w:tcPr>
          <w:p w14:paraId="68B90D4B" w14:textId="77777777" w:rsidR="007A5E59" w:rsidRDefault="0095198F">
            <w:pPr>
              <w:jc w:val="center"/>
            </w:pPr>
            <w:r>
              <w:t>1974</w:t>
            </w:r>
          </w:p>
        </w:tc>
        <w:tc>
          <w:tcPr>
            <w:tcW w:w="0" w:type="auto"/>
          </w:tcPr>
          <w:p w14:paraId="1E3FEF7C" w14:textId="77777777" w:rsidR="007A5E59" w:rsidRDefault="0095198F">
            <w:pPr>
              <w:jc w:val="center"/>
            </w:pPr>
            <w:r>
              <w:t>4</w:t>
            </w:r>
          </w:p>
        </w:tc>
        <w:tc>
          <w:tcPr>
            <w:tcW w:w="0" w:type="auto"/>
          </w:tcPr>
          <w:p w14:paraId="15D3177B" w14:textId="77777777" w:rsidR="007A5E59" w:rsidRDefault="0095198F">
            <w:r>
              <w:t>надз</w:t>
            </w:r>
          </w:p>
        </w:tc>
      </w:tr>
      <w:tr w:rsidR="007A5E59" w14:paraId="7251FAE4" w14:textId="77777777">
        <w:trPr>
          <w:jc w:val="center"/>
        </w:trPr>
        <w:tc>
          <w:tcPr>
            <w:tcW w:w="0" w:type="auto"/>
          </w:tcPr>
          <w:p w14:paraId="3806C0FD" w14:textId="77777777" w:rsidR="007A5E59" w:rsidRDefault="0095198F">
            <w:pPr>
              <w:jc w:val="center"/>
            </w:pPr>
            <w:r>
              <w:t>295</w:t>
            </w:r>
          </w:p>
        </w:tc>
        <w:tc>
          <w:tcPr>
            <w:tcW w:w="0" w:type="auto"/>
          </w:tcPr>
          <w:p w14:paraId="76268A44" w14:textId="77777777" w:rsidR="007A5E59" w:rsidRDefault="0095198F">
            <w:r>
              <w:t>Гагарина, 25, 1й ввод</w:t>
            </w:r>
          </w:p>
        </w:tc>
        <w:tc>
          <w:tcPr>
            <w:tcW w:w="0" w:type="auto"/>
          </w:tcPr>
          <w:p w14:paraId="3F93432C" w14:textId="77777777" w:rsidR="007A5E59" w:rsidRDefault="0095198F">
            <w:pPr>
              <w:jc w:val="center"/>
            </w:pPr>
            <w:r>
              <w:t>20</w:t>
            </w:r>
          </w:p>
        </w:tc>
        <w:tc>
          <w:tcPr>
            <w:tcW w:w="0" w:type="auto"/>
          </w:tcPr>
          <w:p w14:paraId="0F84BB31" w14:textId="77777777" w:rsidR="007A5E59" w:rsidRDefault="0095198F">
            <w:pPr>
              <w:jc w:val="center"/>
            </w:pPr>
            <w:r>
              <w:t>1974</w:t>
            </w:r>
          </w:p>
        </w:tc>
        <w:tc>
          <w:tcPr>
            <w:tcW w:w="0" w:type="auto"/>
          </w:tcPr>
          <w:p w14:paraId="720DEFDC" w14:textId="77777777" w:rsidR="007A5E59" w:rsidRDefault="0095198F">
            <w:pPr>
              <w:jc w:val="center"/>
            </w:pPr>
            <w:r>
              <w:t>5</w:t>
            </w:r>
          </w:p>
        </w:tc>
        <w:tc>
          <w:tcPr>
            <w:tcW w:w="0" w:type="auto"/>
          </w:tcPr>
          <w:p w14:paraId="1BB7B972" w14:textId="77777777" w:rsidR="007A5E59" w:rsidRDefault="0095198F">
            <w:r>
              <w:t>надз</w:t>
            </w:r>
          </w:p>
        </w:tc>
      </w:tr>
      <w:tr w:rsidR="007A5E59" w14:paraId="545CDDFF" w14:textId="77777777">
        <w:trPr>
          <w:jc w:val="center"/>
        </w:trPr>
        <w:tc>
          <w:tcPr>
            <w:tcW w:w="0" w:type="auto"/>
          </w:tcPr>
          <w:p w14:paraId="4E12EAAC" w14:textId="77777777" w:rsidR="007A5E59" w:rsidRDefault="0095198F">
            <w:pPr>
              <w:jc w:val="center"/>
            </w:pPr>
            <w:r>
              <w:t>296</w:t>
            </w:r>
          </w:p>
        </w:tc>
        <w:tc>
          <w:tcPr>
            <w:tcW w:w="0" w:type="auto"/>
          </w:tcPr>
          <w:p w14:paraId="46C1AD6A" w14:textId="77777777" w:rsidR="007A5E59" w:rsidRDefault="0095198F">
            <w:r>
              <w:t>Гагарина, 25 – Гагарина, 23</w:t>
            </w:r>
          </w:p>
        </w:tc>
        <w:tc>
          <w:tcPr>
            <w:tcW w:w="0" w:type="auto"/>
          </w:tcPr>
          <w:p w14:paraId="0F2688B0" w14:textId="77777777" w:rsidR="007A5E59" w:rsidRDefault="0095198F">
            <w:pPr>
              <w:jc w:val="center"/>
            </w:pPr>
            <w:r>
              <w:t>100</w:t>
            </w:r>
          </w:p>
        </w:tc>
        <w:tc>
          <w:tcPr>
            <w:tcW w:w="0" w:type="auto"/>
          </w:tcPr>
          <w:p w14:paraId="54567EDC" w14:textId="77777777" w:rsidR="007A5E59" w:rsidRDefault="0095198F">
            <w:pPr>
              <w:jc w:val="center"/>
            </w:pPr>
            <w:r>
              <w:t>1974</w:t>
            </w:r>
          </w:p>
        </w:tc>
        <w:tc>
          <w:tcPr>
            <w:tcW w:w="0" w:type="auto"/>
          </w:tcPr>
          <w:p w14:paraId="154D9D3C" w14:textId="77777777" w:rsidR="007A5E59" w:rsidRDefault="0095198F">
            <w:pPr>
              <w:jc w:val="center"/>
            </w:pPr>
            <w:r>
              <w:t>3</w:t>
            </w:r>
          </w:p>
        </w:tc>
        <w:tc>
          <w:tcPr>
            <w:tcW w:w="0" w:type="auto"/>
          </w:tcPr>
          <w:p w14:paraId="5D95BC12" w14:textId="77777777" w:rsidR="007A5E59" w:rsidRDefault="0095198F">
            <w:r>
              <w:t>надз</w:t>
            </w:r>
          </w:p>
        </w:tc>
      </w:tr>
      <w:tr w:rsidR="007A5E59" w14:paraId="236B8599" w14:textId="77777777">
        <w:trPr>
          <w:jc w:val="center"/>
        </w:trPr>
        <w:tc>
          <w:tcPr>
            <w:tcW w:w="0" w:type="auto"/>
          </w:tcPr>
          <w:p w14:paraId="09BD6937" w14:textId="77777777" w:rsidR="007A5E59" w:rsidRDefault="0095198F">
            <w:pPr>
              <w:jc w:val="center"/>
            </w:pPr>
            <w:r>
              <w:t>297</w:t>
            </w:r>
          </w:p>
        </w:tc>
        <w:tc>
          <w:tcPr>
            <w:tcW w:w="0" w:type="auto"/>
          </w:tcPr>
          <w:p w14:paraId="427A13D5" w14:textId="77777777" w:rsidR="007A5E59" w:rsidRDefault="0095198F">
            <w:r>
              <w:t>Гагарина, 23, 2й ввод</w:t>
            </w:r>
          </w:p>
        </w:tc>
        <w:tc>
          <w:tcPr>
            <w:tcW w:w="0" w:type="auto"/>
          </w:tcPr>
          <w:p w14:paraId="6057BCB3" w14:textId="77777777" w:rsidR="007A5E59" w:rsidRDefault="0095198F">
            <w:pPr>
              <w:jc w:val="center"/>
            </w:pPr>
            <w:r>
              <w:t>25</w:t>
            </w:r>
          </w:p>
        </w:tc>
        <w:tc>
          <w:tcPr>
            <w:tcW w:w="0" w:type="auto"/>
          </w:tcPr>
          <w:p w14:paraId="20EF1591" w14:textId="77777777" w:rsidR="007A5E59" w:rsidRDefault="0095198F">
            <w:pPr>
              <w:jc w:val="center"/>
            </w:pPr>
            <w:r>
              <w:t>1974</w:t>
            </w:r>
          </w:p>
        </w:tc>
        <w:tc>
          <w:tcPr>
            <w:tcW w:w="0" w:type="auto"/>
          </w:tcPr>
          <w:p w14:paraId="0F1B1CCB" w14:textId="77777777" w:rsidR="007A5E59" w:rsidRDefault="0095198F">
            <w:pPr>
              <w:jc w:val="center"/>
            </w:pPr>
            <w:r>
              <w:t>4</w:t>
            </w:r>
          </w:p>
        </w:tc>
        <w:tc>
          <w:tcPr>
            <w:tcW w:w="0" w:type="auto"/>
          </w:tcPr>
          <w:p w14:paraId="1E2C454E" w14:textId="77777777" w:rsidR="007A5E59" w:rsidRDefault="0095198F">
            <w:r>
              <w:t>надз</w:t>
            </w:r>
          </w:p>
        </w:tc>
      </w:tr>
      <w:tr w:rsidR="007A5E59" w14:paraId="5725189D" w14:textId="77777777">
        <w:trPr>
          <w:jc w:val="center"/>
        </w:trPr>
        <w:tc>
          <w:tcPr>
            <w:tcW w:w="0" w:type="auto"/>
          </w:tcPr>
          <w:p w14:paraId="6EF10443" w14:textId="77777777" w:rsidR="007A5E59" w:rsidRDefault="0095198F">
            <w:pPr>
              <w:jc w:val="center"/>
            </w:pPr>
            <w:r>
              <w:t>298</w:t>
            </w:r>
          </w:p>
        </w:tc>
        <w:tc>
          <w:tcPr>
            <w:tcW w:w="0" w:type="auto"/>
          </w:tcPr>
          <w:p w14:paraId="2F3D7BB2" w14:textId="77777777" w:rsidR="007A5E59" w:rsidRDefault="0095198F">
            <w:r>
              <w:t>Гагарина, 23, 1й ввод</w:t>
            </w:r>
          </w:p>
        </w:tc>
        <w:tc>
          <w:tcPr>
            <w:tcW w:w="0" w:type="auto"/>
          </w:tcPr>
          <w:p w14:paraId="64BF3128" w14:textId="77777777" w:rsidR="007A5E59" w:rsidRDefault="0095198F">
            <w:pPr>
              <w:jc w:val="center"/>
            </w:pPr>
            <w:r>
              <w:t>25</w:t>
            </w:r>
          </w:p>
        </w:tc>
        <w:tc>
          <w:tcPr>
            <w:tcW w:w="0" w:type="auto"/>
          </w:tcPr>
          <w:p w14:paraId="15CDAF0A" w14:textId="77777777" w:rsidR="007A5E59" w:rsidRDefault="0095198F">
            <w:pPr>
              <w:jc w:val="center"/>
            </w:pPr>
            <w:r>
              <w:t>1974</w:t>
            </w:r>
          </w:p>
        </w:tc>
        <w:tc>
          <w:tcPr>
            <w:tcW w:w="0" w:type="auto"/>
          </w:tcPr>
          <w:p w14:paraId="0EC0CE81" w14:textId="77777777" w:rsidR="007A5E59" w:rsidRDefault="0095198F">
            <w:pPr>
              <w:jc w:val="center"/>
            </w:pPr>
            <w:r>
              <w:t>5</w:t>
            </w:r>
          </w:p>
        </w:tc>
        <w:tc>
          <w:tcPr>
            <w:tcW w:w="0" w:type="auto"/>
          </w:tcPr>
          <w:p w14:paraId="15BEE35D" w14:textId="77777777" w:rsidR="007A5E59" w:rsidRDefault="0095198F">
            <w:r>
              <w:t>надз</w:t>
            </w:r>
          </w:p>
        </w:tc>
      </w:tr>
      <w:tr w:rsidR="007A5E59" w14:paraId="5C3D25AB" w14:textId="77777777">
        <w:trPr>
          <w:jc w:val="center"/>
        </w:trPr>
        <w:tc>
          <w:tcPr>
            <w:tcW w:w="0" w:type="auto"/>
          </w:tcPr>
          <w:p w14:paraId="452E10DB" w14:textId="77777777" w:rsidR="007A5E59" w:rsidRDefault="0095198F">
            <w:pPr>
              <w:jc w:val="center"/>
            </w:pPr>
            <w:r>
              <w:t>299</w:t>
            </w:r>
          </w:p>
        </w:tc>
        <w:tc>
          <w:tcPr>
            <w:tcW w:w="0" w:type="auto"/>
          </w:tcPr>
          <w:p w14:paraId="134988E3" w14:textId="77777777" w:rsidR="007A5E59" w:rsidRDefault="0095198F">
            <w:r>
              <w:t>Гагарина, 21 – Гагарина, 23</w:t>
            </w:r>
          </w:p>
        </w:tc>
        <w:tc>
          <w:tcPr>
            <w:tcW w:w="0" w:type="auto"/>
          </w:tcPr>
          <w:p w14:paraId="07153274" w14:textId="77777777" w:rsidR="007A5E59" w:rsidRDefault="0095198F">
            <w:pPr>
              <w:jc w:val="center"/>
            </w:pPr>
            <w:r>
              <w:t>100</w:t>
            </w:r>
          </w:p>
        </w:tc>
        <w:tc>
          <w:tcPr>
            <w:tcW w:w="0" w:type="auto"/>
          </w:tcPr>
          <w:p w14:paraId="533D3247" w14:textId="77777777" w:rsidR="007A5E59" w:rsidRDefault="0095198F">
            <w:pPr>
              <w:jc w:val="center"/>
            </w:pPr>
            <w:r>
              <w:t>1974</w:t>
            </w:r>
          </w:p>
        </w:tc>
        <w:tc>
          <w:tcPr>
            <w:tcW w:w="0" w:type="auto"/>
          </w:tcPr>
          <w:p w14:paraId="6DBEB916" w14:textId="77777777" w:rsidR="007A5E59" w:rsidRDefault="0095198F">
            <w:pPr>
              <w:jc w:val="center"/>
            </w:pPr>
            <w:r>
              <w:t>3</w:t>
            </w:r>
          </w:p>
        </w:tc>
        <w:tc>
          <w:tcPr>
            <w:tcW w:w="0" w:type="auto"/>
          </w:tcPr>
          <w:p w14:paraId="48CF8564" w14:textId="77777777" w:rsidR="007A5E59" w:rsidRDefault="0095198F">
            <w:r>
              <w:t>надз</w:t>
            </w:r>
          </w:p>
        </w:tc>
      </w:tr>
      <w:tr w:rsidR="007A5E59" w14:paraId="5397905C" w14:textId="77777777">
        <w:trPr>
          <w:jc w:val="center"/>
        </w:trPr>
        <w:tc>
          <w:tcPr>
            <w:tcW w:w="0" w:type="auto"/>
          </w:tcPr>
          <w:p w14:paraId="30DAF0E1" w14:textId="77777777" w:rsidR="007A5E59" w:rsidRDefault="0095198F">
            <w:pPr>
              <w:jc w:val="center"/>
            </w:pPr>
            <w:r>
              <w:t>300</w:t>
            </w:r>
          </w:p>
        </w:tc>
        <w:tc>
          <w:tcPr>
            <w:tcW w:w="0" w:type="auto"/>
          </w:tcPr>
          <w:p w14:paraId="5A57C6D2" w14:textId="77777777" w:rsidR="007A5E59" w:rsidRDefault="0095198F">
            <w:r>
              <w:t>Гагарина, 21, 2й ввод</w:t>
            </w:r>
          </w:p>
        </w:tc>
        <w:tc>
          <w:tcPr>
            <w:tcW w:w="0" w:type="auto"/>
          </w:tcPr>
          <w:p w14:paraId="74735362" w14:textId="77777777" w:rsidR="007A5E59" w:rsidRDefault="0095198F">
            <w:pPr>
              <w:jc w:val="center"/>
            </w:pPr>
            <w:r>
              <w:t>20</w:t>
            </w:r>
          </w:p>
        </w:tc>
        <w:tc>
          <w:tcPr>
            <w:tcW w:w="0" w:type="auto"/>
          </w:tcPr>
          <w:p w14:paraId="0752C26D" w14:textId="77777777" w:rsidR="007A5E59" w:rsidRDefault="0095198F">
            <w:pPr>
              <w:jc w:val="center"/>
            </w:pPr>
            <w:r>
              <w:t>1974</w:t>
            </w:r>
          </w:p>
        </w:tc>
        <w:tc>
          <w:tcPr>
            <w:tcW w:w="0" w:type="auto"/>
          </w:tcPr>
          <w:p w14:paraId="0CF991C3" w14:textId="77777777" w:rsidR="007A5E59" w:rsidRDefault="0095198F">
            <w:pPr>
              <w:jc w:val="center"/>
            </w:pPr>
            <w:r>
              <w:t>4</w:t>
            </w:r>
          </w:p>
        </w:tc>
        <w:tc>
          <w:tcPr>
            <w:tcW w:w="0" w:type="auto"/>
          </w:tcPr>
          <w:p w14:paraId="5D59A83A" w14:textId="77777777" w:rsidR="007A5E59" w:rsidRDefault="0095198F">
            <w:r>
              <w:t>надз</w:t>
            </w:r>
          </w:p>
        </w:tc>
      </w:tr>
      <w:tr w:rsidR="007A5E59" w14:paraId="2C4DD549" w14:textId="77777777">
        <w:trPr>
          <w:jc w:val="center"/>
        </w:trPr>
        <w:tc>
          <w:tcPr>
            <w:tcW w:w="0" w:type="auto"/>
          </w:tcPr>
          <w:p w14:paraId="788A0AB6" w14:textId="77777777" w:rsidR="007A5E59" w:rsidRDefault="0095198F">
            <w:pPr>
              <w:jc w:val="center"/>
            </w:pPr>
            <w:r>
              <w:t>301</w:t>
            </w:r>
          </w:p>
        </w:tc>
        <w:tc>
          <w:tcPr>
            <w:tcW w:w="0" w:type="auto"/>
          </w:tcPr>
          <w:p w14:paraId="62C9DA88" w14:textId="77777777" w:rsidR="007A5E59" w:rsidRDefault="0095198F">
            <w:r>
              <w:t>Гагарина, 21, 1й ввод</w:t>
            </w:r>
          </w:p>
        </w:tc>
        <w:tc>
          <w:tcPr>
            <w:tcW w:w="0" w:type="auto"/>
          </w:tcPr>
          <w:p w14:paraId="74D17B54" w14:textId="77777777" w:rsidR="007A5E59" w:rsidRDefault="0095198F">
            <w:pPr>
              <w:jc w:val="center"/>
            </w:pPr>
            <w:r>
              <w:t>20</w:t>
            </w:r>
          </w:p>
        </w:tc>
        <w:tc>
          <w:tcPr>
            <w:tcW w:w="0" w:type="auto"/>
          </w:tcPr>
          <w:p w14:paraId="2375433F" w14:textId="77777777" w:rsidR="007A5E59" w:rsidRDefault="0095198F">
            <w:pPr>
              <w:jc w:val="center"/>
            </w:pPr>
            <w:r>
              <w:t>1974</w:t>
            </w:r>
          </w:p>
        </w:tc>
        <w:tc>
          <w:tcPr>
            <w:tcW w:w="0" w:type="auto"/>
          </w:tcPr>
          <w:p w14:paraId="64A199EE" w14:textId="77777777" w:rsidR="007A5E59" w:rsidRDefault="0095198F">
            <w:pPr>
              <w:jc w:val="center"/>
            </w:pPr>
            <w:r>
              <w:t>3</w:t>
            </w:r>
          </w:p>
        </w:tc>
        <w:tc>
          <w:tcPr>
            <w:tcW w:w="0" w:type="auto"/>
          </w:tcPr>
          <w:p w14:paraId="269B3BB2" w14:textId="77777777" w:rsidR="007A5E59" w:rsidRDefault="0095198F">
            <w:r>
              <w:t>надз</w:t>
            </w:r>
          </w:p>
        </w:tc>
      </w:tr>
      <w:tr w:rsidR="007A5E59" w14:paraId="4E8A14F2" w14:textId="77777777">
        <w:trPr>
          <w:jc w:val="center"/>
        </w:trPr>
        <w:tc>
          <w:tcPr>
            <w:tcW w:w="0" w:type="auto"/>
          </w:tcPr>
          <w:p w14:paraId="40FC1F25" w14:textId="77777777" w:rsidR="007A5E59" w:rsidRDefault="0095198F">
            <w:pPr>
              <w:jc w:val="center"/>
            </w:pPr>
            <w:r>
              <w:t>302</w:t>
            </w:r>
          </w:p>
        </w:tc>
        <w:tc>
          <w:tcPr>
            <w:tcW w:w="0" w:type="auto"/>
          </w:tcPr>
          <w:p w14:paraId="2343AF2D" w14:textId="77777777" w:rsidR="007A5E59" w:rsidRDefault="0095198F">
            <w:r>
              <w:t>Гагарина, 19 – Гагарина, 21</w:t>
            </w:r>
          </w:p>
        </w:tc>
        <w:tc>
          <w:tcPr>
            <w:tcW w:w="0" w:type="auto"/>
          </w:tcPr>
          <w:p w14:paraId="76A417ED" w14:textId="77777777" w:rsidR="007A5E59" w:rsidRDefault="0095198F">
            <w:pPr>
              <w:jc w:val="center"/>
            </w:pPr>
            <w:r>
              <w:t>100</w:t>
            </w:r>
          </w:p>
        </w:tc>
        <w:tc>
          <w:tcPr>
            <w:tcW w:w="0" w:type="auto"/>
          </w:tcPr>
          <w:p w14:paraId="1036E359" w14:textId="77777777" w:rsidR="007A5E59" w:rsidRDefault="0095198F">
            <w:pPr>
              <w:jc w:val="center"/>
            </w:pPr>
            <w:r>
              <w:t>1974</w:t>
            </w:r>
          </w:p>
        </w:tc>
        <w:tc>
          <w:tcPr>
            <w:tcW w:w="0" w:type="auto"/>
          </w:tcPr>
          <w:p w14:paraId="24BC97BD" w14:textId="77777777" w:rsidR="007A5E59" w:rsidRDefault="0095198F">
            <w:pPr>
              <w:jc w:val="center"/>
            </w:pPr>
            <w:r>
              <w:t>5</w:t>
            </w:r>
          </w:p>
        </w:tc>
        <w:tc>
          <w:tcPr>
            <w:tcW w:w="0" w:type="auto"/>
          </w:tcPr>
          <w:p w14:paraId="7215EF4B" w14:textId="77777777" w:rsidR="007A5E59" w:rsidRDefault="0095198F">
            <w:r>
              <w:t>надз</w:t>
            </w:r>
          </w:p>
        </w:tc>
      </w:tr>
      <w:tr w:rsidR="007A5E59" w14:paraId="1D9B2B41" w14:textId="77777777">
        <w:trPr>
          <w:jc w:val="center"/>
        </w:trPr>
        <w:tc>
          <w:tcPr>
            <w:tcW w:w="0" w:type="auto"/>
          </w:tcPr>
          <w:p w14:paraId="225255C4" w14:textId="77777777" w:rsidR="007A5E59" w:rsidRDefault="0095198F">
            <w:pPr>
              <w:jc w:val="center"/>
            </w:pPr>
            <w:r>
              <w:t>303</w:t>
            </w:r>
          </w:p>
        </w:tc>
        <w:tc>
          <w:tcPr>
            <w:tcW w:w="0" w:type="auto"/>
          </w:tcPr>
          <w:p w14:paraId="4BB10F7A" w14:textId="77777777" w:rsidR="007A5E59" w:rsidRDefault="0095198F">
            <w:r>
              <w:t>Гагарина, 19, 2й ввод</w:t>
            </w:r>
          </w:p>
        </w:tc>
        <w:tc>
          <w:tcPr>
            <w:tcW w:w="0" w:type="auto"/>
          </w:tcPr>
          <w:p w14:paraId="62AB9BE7" w14:textId="77777777" w:rsidR="007A5E59" w:rsidRDefault="0095198F">
            <w:pPr>
              <w:jc w:val="center"/>
            </w:pPr>
            <w:r>
              <w:t>20</w:t>
            </w:r>
          </w:p>
        </w:tc>
        <w:tc>
          <w:tcPr>
            <w:tcW w:w="0" w:type="auto"/>
          </w:tcPr>
          <w:p w14:paraId="6C88CBED" w14:textId="77777777" w:rsidR="007A5E59" w:rsidRDefault="0095198F">
            <w:pPr>
              <w:jc w:val="center"/>
            </w:pPr>
            <w:r>
              <w:t>1974</w:t>
            </w:r>
          </w:p>
        </w:tc>
        <w:tc>
          <w:tcPr>
            <w:tcW w:w="0" w:type="auto"/>
          </w:tcPr>
          <w:p w14:paraId="57042939" w14:textId="77777777" w:rsidR="007A5E59" w:rsidRDefault="0095198F">
            <w:pPr>
              <w:jc w:val="center"/>
            </w:pPr>
            <w:r>
              <w:t>4</w:t>
            </w:r>
          </w:p>
        </w:tc>
        <w:tc>
          <w:tcPr>
            <w:tcW w:w="0" w:type="auto"/>
          </w:tcPr>
          <w:p w14:paraId="55AE5FB9" w14:textId="77777777" w:rsidR="007A5E59" w:rsidRDefault="0095198F">
            <w:r>
              <w:t>надз</w:t>
            </w:r>
          </w:p>
        </w:tc>
      </w:tr>
      <w:tr w:rsidR="007A5E59" w14:paraId="6C5A8D47" w14:textId="77777777">
        <w:trPr>
          <w:jc w:val="center"/>
        </w:trPr>
        <w:tc>
          <w:tcPr>
            <w:tcW w:w="0" w:type="auto"/>
          </w:tcPr>
          <w:p w14:paraId="64D7176E" w14:textId="77777777" w:rsidR="007A5E59" w:rsidRDefault="0095198F">
            <w:pPr>
              <w:jc w:val="center"/>
            </w:pPr>
            <w:r>
              <w:t>304</w:t>
            </w:r>
          </w:p>
        </w:tc>
        <w:tc>
          <w:tcPr>
            <w:tcW w:w="0" w:type="auto"/>
          </w:tcPr>
          <w:p w14:paraId="2AAAC75B" w14:textId="77777777" w:rsidR="007A5E59" w:rsidRDefault="0095198F">
            <w:r>
              <w:t>Гагарина, 19, 1й ввод</w:t>
            </w:r>
          </w:p>
        </w:tc>
        <w:tc>
          <w:tcPr>
            <w:tcW w:w="0" w:type="auto"/>
          </w:tcPr>
          <w:p w14:paraId="74AEB337" w14:textId="77777777" w:rsidR="007A5E59" w:rsidRDefault="0095198F">
            <w:pPr>
              <w:jc w:val="center"/>
            </w:pPr>
            <w:r>
              <w:t>20</w:t>
            </w:r>
          </w:p>
        </w:tc>
        <w:tc>
          <w:tcPr>
            <w:tcW w:w="0" w:type="auto"/>
          </w:tcPr>
          <w:p w14:paraId="6D1E37EB" w14:textId="77777777" w:rsidR="007A5E59" w:rsidRDefault="0095198F">
            <w:pPr>
              <w:jc w:val="center"/>
            </w:pPr>
            <w:r>
              <w:t>1974</w:t>
            </w:r>
          </w:p>
        </w:tc>
        <w:tc>
          <w:tcPr>
            <w:tcW w:w="0" w:type="auto"/>
          </w:tcPr>
          <w:p w14:paraId="3B5424CA" w14:textId="77777777" w:rsidR="007A5E59" w:rsidRDefault="0095198F">
            <w:pPr>
              <w:jc w:val="center"/>
            </w:pPr>
            <w:r>
              <w:t>4</w:t>
            </w:r>
          </w:p>
        </w:tc>
        <w:tc>
          <w:tcPr>
            <w:tcW w:w="0" w:type="auto"/>
          </w:tcPr>
          <w:p w14:paraId="26141AF2" w14:textId="77777777" w:rsidR="007A5E59" w:rsidRDefault="0095198F">
            <w:r>
              <w:t>надз</w:t>
            </w:r>
          </w:p>
        </w:tc>
      </w:tr>
      <w:tr w:rsidR="007A5E59" w14:paraId="149B7FAF" w14:textId="77777777">
        <w:trPr>
          <w:jc w:val="center"/>
        </w:trPr>
        <w:tc>
          <w:tcPr>
            <w:tcW w:w="0" w:type="auto"/>
          </w:tcPr>
          <w:p w14:paraId="68EAD50D" w14:textId="77777777" w:rsidR="007A5E59" w:rsidRDefault="0095198F">
            <w:pPr>
              <w:jc w:val="center"/>
            </w:pPr>
            <w:r>
              <w:t>305</w:t>
            </w:r>
          </w:p>
        </w:tc>
        <w:tc>
          <w:tcPr>
            <w:tcW w:w="0" w:type="auto"/>
          </w:tcPr>
          <w:p w14:paraId="13FC4218" w14:textId="77777777" w:rsidR="007A5E59" w:rsidRDefault="0095198F">
            <w:r>
              <w:t>ТК-31/1А – Гагарина, 19</w:t>
            </w:r>
          </w:p>
        </w:tc>
        <w:tc>
          <w:tcPr>
            <w:tcW w:w="0" w:type="auto"/>
          </w:tcPr>
          <w:p w14:paraId="4F805B8C" w14:textId="77777777" w:rsidR="007A5E59" w:rsidRDefault="0095198F">
            <w:pPr>
              <w:jc w:val="center"/>
            </w:pPr>
            <w:r>
              <w:t>100</w:t>
            </w:r>
          </w:p>
        </w:tc>
        <w:tc>
          <w:tcPr>
            <w:tcW w:w="0" w:type="auto"/>
          </w:tcPr>
          <w:p w14:paraId="0A44F8FB" w14:textId="77777777" w:rsidR="007A5E59" w:rsidRDefault="0095198F">
            <w:pPr>
              <w:jc w:val="center"/>
            </w:pPr>
            <w:r>
              <w:t>1974</w:t>
            </w:r>
          </w:p>
        </w:tc>
        <w:tc>
          <w:tcPr>
            <w:tcW w:w="0" w:type="auto"/>
          </w:tcPr>
          <w:p w14:paraId="131076F9" w14:textId="77777777" w:rsidR="007A5E59" w:rsidRDefault="0095198F">
            <w:pPr>
              <w:jc w:val="center"/>
            </w:pPr>
            <w:r>
              <w:t>3</w:t>
            </w:r>
          </w:p>
        </w:tc>
        <w:tc>
          <w:tcPr>
            <w:tcW w:w="0" w:type="auto"/>
          </w:tcPr>
          <w:p w14:paraId="79B0F45D" w14:textId="77777777" w:rsidR="007A5E59" w:rsidRDefault="0095198F">
            <w:r>
              <w:t>надз</w:t>
            </w:r>
          </w:p>
        </w:tc>
      </w:tr>
      <w:tr w:rsidR="007A5E59" w14:paraId="1E92A634" w14:textId="77777777">
        <w:trPr>
          <w:jc w:val="center"/>
        </w:trPr>
        <w:tc>
          <w:tcPr>
            <w:tcW w:w="0" w:type="auto"/>
          </w:tcPr>
          <w:p w14:paraId="2C7E25A1" w14:textId="77777777" w:rsidR="007A5E59" w:rsidRDefault="0095198F">
            <w:pPr>
              <w:jc w:val="center"/>
            </w:pPr>
            <w:r>
              <w:t>306</w:t>
            </w:r>
          </w:p>
        </w:tc>
        <w:tc>
          <w:tcPr>
            <w:tcW w:w="0" w:type="auto"/>
          </w:tcPr>
          <w:p w14:paraId="7E766F25" w14:textId="77777777" w:rsidR="007A5E59" w:rsidRDefault="0095198F">
            <w:r>
              <w:t>ТК-31/1А – Гагарина, 17</w:t>
            </w:r>
          </w:p>
        </w:tc>
        <w:tc>
          <w:tcPr>
            <w:tcW w:w="0" w:type="auto"/>
          </w:tcPr>
          <w:p w14:paraId="2092E098" w14:textId="77777777" w:rsidR="007A5E59" w:rsidRDefault="0095198F">
            <w:pPr>
              <w:jc w:val="center"/>
            </w:pPr>
            <w:r>
              <w:t>100</w:t>
            </w:r>
          </w:p>
        </w:tc>
        <w:tc>
          <w:tcPr>
            <w:tcW w:w="0" w:type="auto"/>
          </w:tcPr>
          <w:p w14:paraId="3DBEEE53" w14:textId="77777777" w:rsidR="007A5E59" w:rsidRDefault="0095198F">
            <w:pPr>
              <w:jc w:val="center"/>
            </w:pPr>
            <w:r>
              <w:t>1974</w:t>
            </w:r>
          </w:p>
        </w:tc>
        <w:tc>
          <w:tcPr>
            <w:tcW w:w="0" w:type="auto"/>
          </w:tcPr>
          <w:p w14:paraId="60C9CE73" w14:textId="77777777" w:rsidR="007A5E59" w:rsidRDefault="0095198F">
            <w:pPr>
              <w:jc w:val="center"/>
            </w:pPr>
            <w:r>
              <w:t>3</w:t>
            </w:r>
          </w:p>
        </w:tc>
        <w:tc>
          <w:tcPr>
            <w:tcW w:w="0" w:type="auto"/>
          </w:tcPr>
          <w:p w14:paraId="39020BFC" w14:textId="77777777" w:rsidR="007A5E59" w:rsidRDefault="0095198F">
            <w:r>
              <w:t>надз</w:t>
            </w:r>
          </w:p>
        </w:tc>
      </w:tr>
      <w:tr w:rsidR="007A5E59" w14:paraId="0FC1EB54" w14:textId="77777777">
        <w:trPr>
          <w:jc w:val="center"/>
        </w:trPr>
        <w:tc>
          <w:tcPr>
            <w:tcW w:w="0" w:type="auto"/>
          </w:tcPr>
          <w:p w14:paraId="7AFEE2B1" w14:textId="77777777" w:rsidR="007A5E59" w:rsidRDefault="0095198F">
            <w:pPr>
              <w:jc w:val="center"/>
            </w:pPr>
            <w:r>
              <w:t>307</w:t>
            </w:r>
          </w:p>
        </w:tc>
        <w:tc>
          <w:tcPr>
            <w:tcW w:w="0" w:type="auto"/>
          </w:tcPr>
          <w:p w14:paraId="1F4B9D49" w14:textId="77777777" w:rsidR="007A5E59" w:rsidRDefault="0095198F">
            <w:r>
              <w:t>ТК-3/1 – ТК-31/1А</w:t>
            </w:r>
          </w:p>
        </w:tc>
        <w:tc>
          <w:tcPr>
            <w:tcW w:w="0" w:type="auto"/>
          </w:tcPr>
          <w:p w14:paraId="32DDAC19" w14:textId="77777777" w:rsidR="007A5E59" w:rsidRDefault="0095198F">
            <w:pPr>
              <w:jc w:val="center"/>
            </w:pPr>
            <w:r>
              <w:t>100</w:t>
            </w:r>
          </w:p>
        </w:tc>
        <w:tc>
          <w:tcPr>
            <w:tcW w:w="0" w:type="auto"/>
          </w:tcPr>
          <w:p w14:paraId="7D2005DB" w14:textId="77777777" w:rsidR="007A5E59" w:rsidRDefault="0095198F">
            <w:pPr>
              <w:jc w:val="center"/>
            </w:pPr>
            <w:r>
              <w:t>1974</w:t>
            </w:r>
          </w:p>
        </w:tc>
        <w:tc>
          <w:tcPr>
            <w:tcW w:w="0" w:type="auto"/>
          </w:tcPr>
          <w:p w14:paraId="508DAD66" w14:textId="77777777" w:rsidR="007A5E59" w:rsidRDefault="0095198F">
            <w:pPr>
              <w:jc w:val="center"/>
            </w:pPr>
            <w:r>
              <w:t>4</w:t>
            </w:r>
          </w:p>
        </w:tc>
        <w:tc>
          <w:tcPr>
            <w:tcW w:w="0" w:type="auto"/>
          </w:tcPr>
          <w:p w14:paraId="66421238" w14:textId="77777777" w:rsidR="007A5E59" w:rsidRDefault="0095198F">
            <w:r>
              <w:t>надз</w:t>
            </w:r>
          </w:p>
        </w:tc>
      </w:tr>
      <w:tr w:rsidR="007A5E59" w14:paraId="13D3E733" w14:textId="77777777">
        <w:trPr>
          <w:jc w:val="center"/>
        </w:trPr>
        <w:tc>
          <w:tcPr>
            <w:tcW w:w="0" w:type="auto"/>
          </w:tcPr>
          <w:p w14:paraId="1D6DA818" w14:textId="77777777" w:rsidR="007A5E59" w:rsidRDefault="0095198F">
            <w:pPr>
              <w:jc w:val="center"/>
            </w:pPr>
            <w:r>
              <w:t>308</w:t>
            </w:r>
          </w:p>
        </w:tc>
        <w:tc>
          <w:tcPr>
            <w:tcW w:w="0" w:type="auto"/>
          </w:tcPr>
          <w:p w14:paraId="12D66B80" w14:textId="77777777" w:rsidR="007A5E59" w:rsidRDefault="0095198F">
            <w:r>
              <w:t>ТК-3/1 – ТК-3</w:t>
            </w:r>
          </w:p>
        </w:tc>
        <w:tc>
          <w:tcPr>
            <w:tcW w:w="0" w:type="auto"/>
          </w:tcPr>
          <w:p w14:paraId="46E6CB9E" w14:textId="77777777" w:rsidR="007A5E59" w:rsidRDefault="0095198F">
            <w:pPr>
              <w:jc w:val="center"/>
            </w:pPr>
            <w:r>
              <w:t>200</w:t>
            </w:r>
          </w:p>
        </w:tc>
        <w:tc>
          <w:tcPr>
            <w:tcW w:w="0" w:type="auto"/>
          </w:tcPr>
          <w:p w14:paraId="1F1E3621" w14:textId="77777777" w:rsidR="007A5E59" w:rsidRDefault="0095198F">
            <w:pPr>
              <w:jc w:val="center"/>
            </w:pPr>
            <w:r>
              <w:t>1974</w:t>
            </w:r>
          </w:p>
        </w:tc>
        <w:tc>
          <w:tcPr>
            <w:tcW w:w="0" w:type="auto"/>
          </w:tcPr>
          <w:p w14:paraId="650F5FA3" w14:textId="77777777" w:rsidR="007A5E59" w:rsidRDefault="0095198F">
            <w:pPr>
              <w:jc w:val="center"/>
            </w:pPr>
            <w:r>
              <w:t>50</w:t>
            </w:r>
          </w:p>
        </w:tc>
        <w:tc>
          <w:tcPr>
            <w:tcW w:w="0" w:type="auto"/>
          </w:tcPr>
          <w:p w14:paraId="19D4CD47" w14:textId="77777777" w:rsidR="007A5E59" w:rsidRDefault="0095198F">
            <w:r>
              <w:t>надз</w:t>
            </w:r>
          </w:p>
        </w:tc>
      </w:tr>
      <w:tr w:rsidR="007A5E59" w14:paraId="3FD24089" w14:textId="77777777">
        <w:trPr>
          <w:jc w:val="center"/>
        </w:trPr>
        <w:tc>
          <w:tcPr>
            <w:tcW w:w="0" w:type="auto"/>
          </w:tcPr>
          <w:p w14:paraId="4359512A" w14:textId="77777777" w:rsidR="007A5E59" w:rsidRDefault="0095198F">
            <w:pPr>
              <w:jc w:val="center"/>
            </w:pPr>
            <w:r>
              <w:t>309</w:t>
            </w:r>
          </w:p>
        </w:tc>
        <w:tc>
          <w:tcPr>
            <w:tcW w:w="0" w:type="auto"/>
          </w:tcPr>
          <w:p w14:paraId="548B9697" w14:textId="77777777" w:rsidR="007A5E59" w:rsidRDefault="0095198F">
            <w:r>
              <w:t>ТК-2/1 – ТК-3</w:t>
            </w:r>
          </w:p>
        </w:tc>
        <w:tc>
          <w:tcPr>
            <w:tcW w:w="0" w:type="auto"/>
          </w:tcPr>
          <w:p w14:paraId="0A1D12FF" w14:textId="77777777" w:rsidR="007A5E59" w:rsidRDefault="0095198F">
            <w:pPr>
              <w:jc w:val="center"/>
            </w:pPr>
            <w:r>
              <w:t>400</w:t>
            </w:r>
          </w:p>
        </w:tc>
        <w:tc>
          <w:tcPr>
            <w:tcW w:w="0" w:type="auto"/>
          </w:tcPr>
          <w:p w14:paraId="186E88F2" w14:textId="77777777" w:rsidR="007A5E59" w:rsidRDefault="0095198F">
            <w:pPr>
              <w:jc w:val="center"/>
            </w:pPr>
            <w:r>
              <w:t>1974</w:t>
            </w:r>
          </w:p>
        </w:tc>
        <w:tc>
          <w:tcPr>
            <w:tcW w:w="0" w:type="auto"/>
          </w:tcPr>
          <w:p w14:paraId="63886A41" w14:textId="77777777" w:rsidR="007A5E59" w:rsidRDefault="0095198F">
            <w:pPr>
              <w:jc w:val="center"/>
            </w:pPr>
            <w:r>
              <w:t>305</w:t>
            </w:r>
          </w:p>
        </w:tc>
        <w:tc>
          <w:tcPr>
            <w:tcW w:w="0" w:type="auto"/>
          </w:tcPr>
          <w:p w14:paraId="03611E40" w14:textId="77777777" w:rsidR="007A5E59" w:rsidRDefault="0095198F">
            <w:r>
              <w:t>надз</w:t>
            </w:r>
          </w:p>
        </w:tc>
      </w:tr>
      <w:tr w:rsidR="007A5E59" w14:paraId="319F56CD" w14:textId="77777777">
        <w:trPr>
          <w:jc w:val="center"/>
        </w:trPr>
        <w:tc>
          <w:tcPr>
            <w:tcW w:w="0" w:type="auto"/>
          </w:tcPr>
          <w:p w14:paraId="0002A5F5" w14:textId="77777777" w:rsidR="007A5E59" w:rsidRDefault="0095198F">
            <w:pPr>
              <w:jc w:val="center"/>
            </w:pPr>
            <w:r>
              <w:t>310</w:t>
            </w:r>
          </w:p>
        </w:tc>
        <w:tc>
          <w:tcPr>
            <w:tcW w:w="0" w:type="auto"/>
          </w:tcPr>
          <w:p w14:paraId="00A567D9" w14:textId="77777777" w:rsidR="007A5E59" w:rsidRDefault="0095198F">
            <w:r>
              <w:t>Гагарина 15, ввод 2</w:t>
            </w:r>
          </w:p>
        </w:tc>
        <w:tc>
          <w:tcPr>
            <w:tcW w:w="0" w:type="auto"/>
          </w:tcPr>
          <w:p w14:paraId="648D9A04" w14:textId="77777777" w:rsidR="007A5E59" w:rsidRDefault="0095198F">
            <w:pPr>
              <w:jc w:val="center"/>
            </w:pPr>
            <w:r>
              <w:t>20</w:t>
            </w:r>
          </w:p>
        </w:tc>
        <w:tc>
          <w:tcPr>
            <w:tcW w:w="0" w:type="auto"/>
          </w:tcPr>
          <w:p w14:paraId="275A7D3E" w14:textId="77777777" w:rsidR="007A5E59" w:rsidRDefault="0095198F">
            <w:pPr>
              <w:jc w:val="center"/>
            </w:pPr>
            <w:r>
              <w:t>1974</w:t>
            </w:r>
          </w:p>
        </w:tc>
        <w:tc>
          <w:tcPr>
            <w:tcW w:w="0" w:type="auto"/>
          </w:tcPr>
          <w:p w14:paraId="55838E1C" w14:textId="77777777" w:rsidR="007A5E59" w:rsidRDefault="0095198F">
            <w:pPr>
              <w:jc w:val="center"/>
            </w:pPr>
            <w:r>
              <w:t>3</w:t>
            </w:r>
          </w:p>
        </w:tc>
        <w:tc>
          <w:tcPr>
            <w:tcW w:w="0" w:type="auto"/>
          </w:tcPr>
          <w:p w14:paraId="32EFB92A" w14:textId="77777777" w:rsidR="007A5E59" w:rsidRDefault="0095198F">
            <w:r>
              <w:t>надз</w:t>
            </w:r>
          </w:p>
        </w:tc>
      </w:tr>
      <w:tr w:rsidR="007A5E59" w14:paraId="3F9E8FEA" w14:textId="77777777">
        <w:trPr>
          <w:jc w:val="center"/>
        </w:trPr>
        <w:tc>
          <w:tcPr>
            <w:tcW w:w="0" w:type="auto"/>
          </w:tcPr>
          <w:p w14:paraId="48D1C872" w14:textId="77777777" w:rsidR="007A5E59" w:rsidRDefault="0095198F">
            <w:pPr>
              <w:jc w:val="center"/>
            </w:pPr>
            <w:r>
              <w:t>311</w:t>
            </w:r>
          </w:p>
        </w:tc>
        <w:tc>
          <w:tcPr>
            <w:tcW w:w="0" w:type="auto"/>
          </w:tcPr>
          <w:p w14:paraId="33038C51" w14:textId="77777777" w:rsidR="007A5E59" w:rsidRDefault="0095198F">
            <w:r>
              <w:t>Гагарина 15, ввод 1</w:t>
            </w:r>
          </w:p>
        </w:tc>
        <w:tc>
          <w:tcPr>
            <w:tcW w:w="0" w:type="auto"/>
          </w:tcPr>
          <w:p w14:paraId="2A2ABD2B" w14:textId="77777777" w:rsidR="007A5E59" w:rsidRDefault="0095198F">
            <w:pPr>
              <w:jc w:val="center"/>
            </w:pPr>
            <w:r>
              <w:t>20</w:t>
            </w:r>
          </w:p>
        </w:tc>
        <w:tc>
          <w:tcPr>
            <w:tcW w:w="0" w:type="auto"/>
          </w:tcPr>
          <w:p w14:paraId="44A7E7DF" w14:textId="77777777" w:rsidR="007A5E59" w:rsidRDefault="0095198F">
            <w:pPr>
              <w:jc w:val="center"/>
            </w:pPr>
            <w:r>
              <w:t>1974</w:t>
            </w:r>
          </w:p>
        </w:tc>
        <w:tc>
          <w:tcPr>
            <w:tcW w:w="0" w:type="auto"/>
          </w:tcPr>
          <w:p w14:paraId="78773A43" w14:textId="77777777" w:rsidR="007A5E59" w:rsidRDefault="0095198F">
            <w:pPr>
              <w:jc w:val="center"/>
            </w:pPr>
            <w:r>
              <w:t>4</w:t>
            </w:r>
          </w:p>
        </w:tc>
        <w:tc>
          <w:tcPr>
            <w:tcW w:w="0" w:type="auto"/>
          </w:tcPr>
          <w:p w14:paraId="11031DE5" w14:textId="77777777" w:rsidR="007A5E59" w:rsidRDefault="0095198F">
            <w:r>
              <w:t>надз</w:t>
            </w:r>
          </w:p>
        </w:tc>
      </w:tr>
      <w:tr w:rsidR="007A5E59" w14:paraId="03FFD521" w14:textId="77777777">
        <w:trPr>
          <w:jc w:val="center"/>
        </w:trPr>
        <w:tc>
          <w:tcPr>
            <w:tcW w:w="0" w:type="auto"/>
          </w:tcPr>
          <w:p w14:paraId="4103E6EA" w14:textId="77777777" w:rsidR="007A5E59" w:rsidRDefault="0095198F">
            <w:pPr>
              <w:jc w:val="center"/>
            </w:pPr>
            <w:r>
              <w:t>312</w:t>
            </w:r>
          </w:p>
        </w:tc>
        <w:tc>
          <w:tcPr>
            <w:tcW w:w="0" w:type="auto"/>
          </w:tcPr>
          <w:p w14:paraId="4DBE6FDB" w14:textId="77777777" w:rsidR="007A5E59" w:rsidRDefault="0095198F">
            <w:r>
              <w:t>Гагарина 13 – Гагарина 15</w:t>
            </w:r>
          </w:p>
        </w:tc>
        <w:tc>
          <w:tcPr>
            <w:tcW w:w="0" w:type="auto"/>
          </w:tcPr>
          <w:p w14:paraId="1DD5FE06" w14:textId="77777777" w:rsidR="007A5E59" w:rsidRDefault="0095198F">
            <w:pPr>
              <w:jc w:val="center"/>
            </w:pPr>
            <w:r>
              <w:t>80</w:t>
            </w:r>
          </w:p>
        </w:tc>
        <w:tc>
          <w:tcPr>
            <w:tcW w:w="0" w:type="auto"/>
          </w:tcPr>
          <w:p w14:paraId="357F0160" w14:textId="77777777" w:rsidR="007A5E59" w:rsidRDefault="0095198F">
            <w:pPr>
              <w:jc w:val="center"/>
            </w:pPr>
            <w:r>
              <w:t>1974</w:t>
            </w:r>
          </w:p>
        </w:tc>
        <w:tc>
          <w:tcPr>
            <w:tcW w:w="0" w:type="auto"/>
          </w:tcPr>
          <w:p w14:paraId="64648781" w14:textId="77777777" w:rsidR="007A5E59" w:rsidRDefault="0095198F">
            <w:pPr>
              <w:jc w:val="center"/>
            </w:pPr>
            <w:r>
              <w:t>14</w:t>
            </w:r>
          </w:p>
        </w:tc>
        <w:tc>
          <w:tcPr>
            <w:tcW w:w="0" w:type="auto"/>
          </w:tcPr>
          <w:p w14:paraId="7FAF5293" w14:textId="77777777" w:rsidR="007A5E59" w:rsidRDefault="0095198F">
            <w:r>
              <w:t>надз</w:t>
            </w:r>
          </w:p>
        </w:tc>
      </w:tr>
      <w:tr w:rsidR="007A5E59" w14:paraId="6434BBEA" w14:textId="77777777">
        <w:trPr>
          <w:jc w:val="center"/>
        </w:trPr>
        <w:tc>
          <w:tcPr>
            <w:tcW w:w="0" w:type="auto"/>
          </w:tcPr>
          <w:p w14:paraId="08A0130E" w14:textId="77777777" w:rsidR="007A5E59" w:rsidRDefault="0095198F">
            <w:pPr>
              <w:jc w:val="center"/>
            </w:pPr>
            <w:r>
              <w:t>313</w:t>
            </w:r>
          </w:p>
        </w:tc>
        <w:tc>
          <w:tcPr>
            <w:tcW w:w="0" w:type="auto"/>
          </w:tcPr>
          <w:p w14:paraId="0007BF2E" w14:textId="77777777" w:rsidR="007A5E59" w:rsidRDefault="0095198F">
            <w:r>
              <w:t>Гагарина 13, ввод 2</w:t>
            </w:r>
          </w:p>
        </w:tc>
        <w:tc>
          <w:tcPr>
            <w:tcW w:w="0" w:type="auto"/>
          </w:tcPr>
          <w:p w14:paraId="443DF8F0" w14:textId="77777777" w:rsidR="007A5E59" w:rsidRDefault="0095198F">
            <w:pPr>
              <w:jc w:val="center"/>
            </w:pPr>
            <w:r>
              <w:t>25</w:t>
            </w:r>
          </w:p>
        </w:tc>
        <w:tc>
          <w:tcPr>
            <w:tcW w:w="0" w:type="auto"/>
          </w:tcPr>
          <w:p w14:paraId="1883F5FE" w14:textId="77777777" w:rsidR="007A5E59" w:rsidRDefault="0095198F">
            <w:pPr>
              <w:jc w:val="center"/>
            </w:pPr>
            <w:r>
              <w:t>1974</w:t>
            </w:r>
          </w:p>
        </w:tc>
        <w:tc>
          <w:tcPr>
            <w:tcW w:w="0" w:type="auto"/>
          </w:tcPr>
          <w:p w14:paraId="1980DA7B" w14:textId="77777777" w:rsidR="007A5E59" w:rsidRDefault="0095198F">
            <w:pPr>
              <w:jc w:val="center"/>
            </w:pPr>
            <w:r>
              <w:t>3</w:t>
            </w:r>
          </w:p>
        </w:tc>
        <w:tc>
          <w:tcPr>
            <w:tcW w:w="0" w:type="auto"/>
          </w:tcPr>
          <w:p w14:paraId="7F4A65EA" w14:textId="77777777" w:rsidR="007A5E59" w:rsidRDefault="0095198F">
            <w:r>
              <w:t>надз</w:t>
            </w:r>
          </w:p>
        </w:tc>
      </w:tr>
      <w:tr w:rsidR="007A5E59" w14:paraId="7525A851" w14:textId="77777777">
        <w:trPr>
          <w:jc w:val="center"/>
        </w:trPr>
        <w:tc>
          <w:tcPr>
            <w:tcW w:w="0" w:type="auto"/>
          </w:tcPr>
          <w:p w14:paraId="5619EE3A" w14:textId="77777777" w:rsidR="007A5E59" w:rsidRDefault="0095198F">
            <w:pPr>
              <w:jc w:val="center"/>
            </w:pPr>
            <w:r>
              <w:t>314</w:t>
            </w:r>
          </w:p>
        </w:tc>
        <w:tc>
          <w:tcPr>
            <w:tcW w:w="0" w:type="auto"/>
          </w:tcPr>
          <w:p w14:paraId="3BD50854" w14:textId="77777777" w:rsidR="007A5E59" w:rsidRDefault="0095198F">
            <w:r>
              <w:t>Гагарина 13, ввод 1 – Гагарина 13, ввод 2</w:t>
            </w:r>
          </w:p>
        </w:tc>
        <w:tc>
          <w:tcPr>
            <w:tcW w:w="0" w:type="auto"/>
          </w:tcPr>
          <w:p w14:paraId="76AD4F83" w14:textId="77777777" w:rsidR="007A5E59" w:rsidRDefault="0095198F">
            <w:pPr>
              <w:jc w:val="center"/>
            </w:pPr>
            <w:r>
              <w:t>80</w:t>
            </w:r>
          </w:p>
        </w:tc>
        <w:tc>
          <w:tcPr>
            <w:tcW w:w="0" w:type="auto"/>
          </w:tcPr>
          <w:p w14:paraId="71D03BFD" w14:textId="77777777" w:rsidR="007A5E59" w:rsidRDefault="0095198F">
            <w:pPr>
              <w:jc w:val="center"/>
            </w:pPr>
            <w:r>
              <w:t>1974</w:t>
            </w:r>
          </w:p>
        </w:tc>
        <w:tc>
          <w:tcPr>
            <w:tcW w:w="0" w:type="auto"/>
          </w:tcPr>
          <w:p w14:paraId="5C9A4C39" w14:textId="77777777" w:rsidR="007A5E59" w:rsidRDefault="0095198F">
            <w:pPr>
              <w:jc w:val="center"/>
            </w:pPr>
            <w:r>
              <w:t>5</w:t>
            </w:r>
          </w:p>
        </w:tc>
        <w:tc>
          <w:tcPr>
            <w:tcW w:w="0" w:type="auto"/>
          </w:tcPr>
          <w:p w14:paraId="266B1587" w14:textId="77777777" w:rsidR="007A5E59" w:rsidRDefault="0095198F">
            <w:r>
              <w:t>надз</w:t>
            </w:r>
          </w:p>
        </w:tc>
      </w:tr>
      <w:tr w:rsidR="007A5E59" w14:paraId="7279D6C4" w14:textId="77777777">
        <w:trPr>
          <w:jc w:val="center"/>
        </w:trPr>
        <w:tc>
          <w:tcPr>
            <w:tcW w:w="0" w:type="auto"/>
          </w:tcPr>
          <w:p w14:paraId="40B7282F" w14:textId="77777777" w:rsidR="007A5E59" w:rsidRDefault="0095198F">
            <w:pPr>
              <w:jc w:val="center"/>
            </w:pPr>
            <w:r>
              <w:t>315</w:t>
            </w:r>
          </w:p>
        </w:tc>
        <w:tc>
          <w:tcPr>
            <w:tcW w:w="0" w:type="auto"/>
          </w:tcPr>
          <w:p w14:paraId="4D8D572F" w14:textId="77777777" w:rsidR="007A5E59" w:rsidRDefault="0095198F">
            <w:r>
              <w:t>Гагарина 13, ввод 1</w:t>
            </w:r>
          </w:p>
        </w:tc>
        <w:tc>
          <w:tcPr>
            <w:tcW w:w="0" w:type="auto"/>
          </w:tcPr>
          <w:p w14:paraId="4256842F" w14:textId="77777777" w:rsidR="007A5E59" w:rsidRDefault="0095198F">
            <w:pPr>
              <w:jc w:val="center"/>
            </w:pPr>
            <w:r>
              <w:t>25</w:t>
            </w:r>
          </w:p>
        </w:tc>
        <w:tc>
          <w:tcPr>
            <w:tcW w:w="0" w:type="auto"/>
          </w:tcPr>
          <w:p w14:paraId="0C19DE50" w14:textId="77777777" w:rsidR="007A5E59" w:rsidRDefault="0095198F">
            <w:pPr>
              <w:jc w:val="center"/>
            </w:pPr>
            <w:r>
              <w:t>1974</w:t>
            </w:r>
          </w:p>
        </w:tc>
        <w:tc>
          <w:tcPr>
            <w:tcW w:w="0" w:type="auto"/>
          </w:tcPr>
          <w:p w14:paraId="5772515E" w14:textId="77777777" w:rsidR="007A5E59" w:rsidRDefault="0095198F">
            <w:pPr>
              <w:jc w:val="center"/>
            </w:pPr>
            <w:r>
              <w:t>3</w:t>
            </w:r>
          </w:p>
        </w:tc>
        <w:tc>
          <w:tcPr>
            <w:tcW w:w="0" w:type="auto"/>
          </w:tcPr>
          <w:p w14:paraId="57A866BA" w14:textId="77777777" w:rsidR="007A5E59" w:rsidRDefault="0095198F">
            <w:r>
              <w:t>надз</w:t>
            </w:r>
          </w:p>
        </w:tc>
      </w:tr>
      <w:tr w:rsidR="007A5E59" w14:paraId="3BEAAC3D" w14:textId="77777777">
        <w:trPr>
          <w:jc w:val="center"/>
        </w:trPr>
        <w:tc>
          <w:tcPr>
            <w:tcW w:w="0" w:type="auto"/>
          </w:tcPr>
          <w:p w14:paraId="47311E4E" w14:textId="77777777" w:rsidR="007A5E59" w:rsidRDefault="0095198F">
            <w:pPr>
              <w:jc w:val="center"/>
            </w:pPr>
            <w:r>
              <w:t>316</w:t>
            </w:r>
          </w:p>
        </w:tc>
        <w:tc>
          <w:tcPr>
            <w:tcW w:w="0" w:type="auto"/>
          </w:tcPr>
          <w:p w14:paraId="42646EFA" w14:textId="77777777" w:rsidR="007A5E59" w:rsidRDefault="0095198F">
            <w:r>
              <w:t>Гагарина 11 – Гагарина 13</w:t>
            </w:r>
          </w:p>
        </w:tc>
        <w:tc>
          <w:tcPr>
            <w:tcW w:w="0" w:type="auto"/>
          </w:tcPr>
          <w:p w14:paraId="22024217" w14:textId="77777777" w:rsidR="007A5E59" w:rsidRDefault="0095198F">
            <w:pPr>
              <w:jc w:val="center"/>
            </w:pPr>
            <w:r>
              <w:t>80</w:t>
            </w:r>
          </w:p>
        </w:tc>
        <w:tc>
          <w:tcPr>
            <w:tcW w:w="0" w:type="auto"/>
          </w:tcPr>
          <w:p w14:paraId="4BAE3AF4" w14:textId="77777777" w:rsidR="007A5E59" w:rsidRDefault="0095198F">
            <w:pPr>
              <w:jc w:val="center"/>
            </w:pPr>
            <w:r>
              <w:t>1974</w:t>
            </w:r>
          </w:p>
        </w:tc>
        <w:tc>
          <w:tcPr>
            <w:tcW w:w="0" w:type="auto"/>
          </w:tcPr>
          <w:p w14:paraId="7618913B" w14:textId="77777777" w:rsidR="007A5E59" w:rsidRDefault="0095198F">
            <w:pPr>
              <w:jc w:val="center"/>
            </w:pPr>
            <w:r>
              <w:t>4</w:t>
            </w:r>
          </w:p>
        </w:tc>
        <w:tc>
          <w:tcPr>
            <w:tcW w:w="0" w:type="auto"/>
          </w:tcPr>
          <w:p w14:paraId="27888889" w14:textId="77777777" w:rsidR="007A5E59" w:rsidRDefault="0095198F">
            <w:r>
              <w:t>надз</w:t>
            </w:r>
          </w:p>
        </w:tc>
      </w:tr>
      <w:tr w:rsidR="007A5E59" w14:paraId="126ED117" w14:textId="77777777">
        <w:trPr>
          <w:jc w:val="center"/>
        </w:trPr>
        <w:tc>
          <w:tcPr>
            <w:tcW w:w="0" w:type="auto"/>
          </w:tcPr>
          <w:p w14:paraId="34DE6A0A" w14:textId="77777777" w:rsidR="007A5E59" w:rsidRDefault="0095198F">
            <w:pPr>
              <w:jc w:val="center"/>
            </w:pPr>
            <w:r>
              <w:t>317</w:t>
            </w:r>
          </w:p>
        </w:tc>
        <w:tc>
          <w:tcPr>
            <w:tcW w:w="0" w:type="auto"/>
          </w:tcPr>
          <w:p w14:paraId="5396DF38" w14:textId="77777777" w:rsidR="007A5E59" w:rsidRDefault="0095198F">
            <w:r>
              <w:t>Гагарина 11</w:t>
            </w:r>
          </w:p>
        </w:tc>
        <w:tc>
          <w:tcPr>
            <w:tcW w:w="0" w:type="auto"/>
          </w:tcPr>
          <w:p w14:paraId="5DFE3C29" w14:textId="77777777" w:rsidR="007A5E59" w:rsidRDefault="0095198F">
            <w:pPr>
              <w:jc w:val="center"/>
            </w:pPr>
            <w:r>
              <w:t>25</w:t>
            </w:r>
          </w:p>
        </w:tc>
        <w:tc>
          <w:tcPr>
            <w:tcW w:w="0" w:type="auto"/>
          </w:tcPr>
          <w:p w14:paraId="7D56E268" w14:textId="77777777" w:rsidR="007A5E59" w:rsidRDefault="0095198F">
            <w:pPr>
              <w:jc w:val="center"/>
            </w:pPr>
            <w:r>
              <w:t>1974</w:t>
            </w:r>
          </w:p>
        </w:tc>
        <w:tc>
          <w:tcPr>
            <w:tcW w:w="0" w:type="auto"/>
          </w:tcPr>
          <w:p w14:paraId="0938B71B" w14:textId="77777777" w:rsidR="007A5E59" w:rsidRDefault="0095198F">
            <w:pPr>
              <w:jc w:val="center"/>
            </w:pPr>
            <w:r>
              <w:t>5</w:t>
            </w:r>
          </w:p>
        </w:tc>
        <w:tc>
          <w:tcPr>
            <w:tcW w:w="0" w:type="auto"/>
          </w:tcPr>
          <w:p w14:paraId="5FD53C15" w14:textId="77777777" w:rsidR="007A5E59" w:rsidRDefault="0095198F">
            <w:r>
              <w:t>надз</w:t>
            </w:r>
          </w:p>
        </w:tc>
      </w:tr>
      <w:tr w:rsidR="007A5E59" w14:paraId="7F688F7B" w14:textId="77777777">
        <w:trPr>
          <w:jc w:val="center"/>
        </w:trPr>
        <w:tc>
          <w:tcPr>
            <w:tcW w:w="0" w:type="auto"/>
          </w:tcPr>
          <w:p w14:paraId="40582291" w14:textId="77777777" w:rsidR="007A5E59" w:rsidRDefault="0095198F">
            <w:pPr>
              <w:jc w:val="center"/>
            </w:pPr>
            <w:r>
              <w:t>318</w:t>
            </w:r>
          </w:p>
        </w:tc>
        <w:tc>
          <w:tcPr>
            <w:tcW w:w="0" w:type="auto"/>
          </w:tcPr>
          <w:p w14:paraId="1032EBE5" w14:textId="77777777" w:rsidR="007A5E59" w:rsidRDefault="0095198F">
            <w:r>
              <w:t>Гагарина 9 – Гагарина 11</w:t>
            </w:r>
          </w:p>
        </w:tc>
        <w:tc>
          <w:tcPr>
            <w:tcW w:w="0" w:type="auto"/>
          </w:tcPr>
          <w:p w14:paraId="0C907428" w14:textId="77777777" w:rsidR="007A5E59" w:rsidRDefault="0095198F">
            <w:pPr>
              <w:jc w:val="center"/>
            </w:pPr>
            <w:r>
              <w:t>80</w:t>
            </w:r>
          </w:p>
        </w:tc>
        <w:tc>
          <w:tcPr>
            <w:tcW w:w="0" w:type="auto"/>
          </w:tcPr>
          <w:p w14:paraId="1CC4CC58" w14:textId="77777777" w:rsidR="007A5E59" w:rsidRDefault="0095198F">
            <w:pPr>
              <w:jc w:val="center"/>
            </w:pPr>
            <w:r>
              <w:t>1974</w:t>
            </w:r>
          </w:p>
        </w:tc>
        <w:tc>
          <w:tcPr>
            <w:tcW w:w="0" w:type="auto"/>
          </w:tcPr>
          <w:p w14:paraId="44E00D15" w14:textId="77777777" w:rsidR="007A5E59" w:rsidRDefault="0095198F">
            <w:pPr>
              <w:jc w:val="center"/>
            </w:pPr>
            <w:r>
              <w:t>15</w:t>
            </w:r>
          </w:p>
        </w:tc>
        <w:tc>
          <w:tcPr>
            <w:tcW w:w="0" w:type="auto"/>
          </w:tcPr>
          <w:p w14:paraId="6262B28C" w14:textId="77777777" w:rsidR="007A5E59" w:rsidRDefault="0095198F">
            <w:r>
              <w:t>надз</w:t>
            </w:r>
          </w:p>
        </w:tc>
      </w:tr>
      <w:tr w:rsidR="007A5E59" w14:paraId="4F9FA3C0" w14:textId="77777777">
        <w:trPr>
          <w:jc w:val="center"/>
        </w:trPr>
        <w:tc>
          <w:tcPr>
            <w:tcW w:w="0" w:type="auto"/>
          </w:tcPr>
          <w:p w14:paraId="69554DBA" w14:textId="77777777" w:rsidR="007A5E59" w:rsidRDefault="0095198F">
            <w:pPr>
              <w:jc w:val="center"/>
            </w:pPr>
            <w:r>
              <w:t>319</w:t>
            </w:r>
          </w:p>
        </w:tc>
        <w:tc>
          <w:tcPr>
            <w:tcW w:w="0" w:type="auto"/>
          </w:tcPr>
          <w:p w14:paraId="0893D614" w14:textId="77777777" w:rsidR="007A5E59" w:rsidRDefault="0095198F">
            <w:r>
              <w:t>Гагарина 9</w:t>
            </w:r>
          </w:p>
        </w:tc>
        <w:tc>
          <w:tcPr>
            <w:tcW w:w="0" w:type="auto"/>
          </w:tcPr>
          <w:p w14:paraId="2A887A42" w14:textId="77777777" w:rsidR="007A5E59" w:rsidRDefault="0095198F">
            <w:pPr>
              <w:jc w:val="center"/>
            </w:pPr>
            <w:r>
              <w:t>25</w:t>
            </w:r>
          </w:p>
        </w:tc>
        <w:tc>
          <w:tcPr>
            <w:tcW w:w="0" w:type="auto"/>
          </w:tcPr>
          <w:p w14:paraId="50C70A45" w14:textId="77777777" w:rsidR="007A5E59" w:rsidRDefault="0095198F">
            <w:pPr>
              <w:jc w:val="center"/>
            </w:pPr>
            <w:r>
              <w:t>1974</w:t>
            </w:r>
          </w:p>
        </w:tc>
        <w:tc>
          <w:tcPr>
            <w:tcW w:w="0" w:type="auto"/>
          </w:tcPr>
          <w:p w14:paraId="7EE1E02A" w14:textId="77777777" w:rsidR="007A5E59" w:rsidRDefault="0095198F">
            <w:pPr>
              <w:jc w:val="center"/>
            </w:pPr>
            <w:r>
              <w:t>17</w:t>
            </w:r>
          </w:p>
        </w:tc>
        <w:tc>
          <w:tcPr>
            <w:tcW w:w="0" w:type="auto"/>
          </w:tcPr>
          <w:p w14:paraId="3A61A910" w14:textId="77777777" w:rsidR="007A5E59" w:rsidRDefault="0095198F">
            <w:r>
              <w:t>надз</w:t>
            </w:r>
          </w:p>
        </w:tc>
      </w:tr>
      <w:tr w:rsidR="007A5E59" w14:paraId="21E286EC" w14:textId="77777777">
        <w:trPr>
          <w:jc w:val="center"/>
        </w:trPr>
        <w:tc>
          <w:tcPr>
            <w:tcW w:w="0" w:type="auto"/>
          </w:tcPr>
          <w:p w14:paraId="3A59EDE4" w14:textId="77777777" w:rsidR="007A5E59" w:rsidRDefault="0095198F">
            <w:pPr>
              <w:jc w:val="center"/>
            </w:pPr>
            <w:r>
              <w:t>320</w:t>
            </w:r>
          </w:p>
        </w:tc>
        <w:tc>
          <w:tcPr>
            <w:tcW w:w="0" w:type="auto"/>
          </w:tcPr>
          <w:p w14:paraId="2708284F" w14:textId="77777777" w:rsidR="007A5E59" w:rsidRDefault="0095198F">
            <w:r>
              <w:t>Гагарина 7 – Гагарина 9</w:t>
            </w:r>
          </w:p>
        </w:tc>
        <w:tc>
          <w:tcPr>
            <w:tcW w:w="0" w:type="auto"/>
          </w:tcPr>
          <w:p w14:paraId="7EFF286D" w14:textId="77777777" w:rsidR="007A5E59" w:rsidRDefault="0095198F">
            <w:pPr>
              <w:jc w:val="center"/>
            </w:pPr>
            <w:r>
              <w:t>80</w:t>
            </w:r>
          </w:p>
        </w:tc>
        <w:tc>
          <w:tcPr>
            <w:tcW w:w="0" w:type="auto"/>
          </w:tcPr>
          <w:p w14:paraId="1DBED39D" w14:textId="77777777" w:rsidR="007A5E59" w:rsidRDefault="0095198F">
            <w:pPr>
              <w:jc w:val="center"/>
            </w:pPr>
            <w:r>
              <w:t>1974</w:t>
            </w:r>
          </w:p>
        </w:tc>
        <w:tc>
          <w:tcPr>
            <w:tcW w:w="0" w:type="auto"/>
          </w:tcPr>
          <w:p w14:paraId="3CC8E4CF" w14:textId="77777777" w:rsidR="007A5E59" w:rsidRDefault="0095198F">
            <w:pPr>
              <w:jc w:val="center"/>
            </w:pPr>
            <w:r>
              <w:t>20</w:t>
            </w:r>
          </w:p>
        </w:tc>
        <w:tc>
          <w:tcPr>
            <w:tcW w:w="0" w:type="auto"/>
          </w:tcPr>
          <w:p w14:paraId="01FEAA93" w14:textId="77777777" w:rsidR="007A5E59" w:rsidRDefault="0095198F">
            <w:r>
              <w:t>надз</w:t>
            </w:r>
          </w:p>
        </w:tc>
      </w:tr>
      <w:tr w:rsidR="007A5E59" w14:paraId="1FB0EB1E" w14:textId="77777777">
        <w:trPr>
          <w:jc w:val="center"/>
        </w:trPr>
        <w:tc>
          <w:tcPr>
            <w:tcW w:w="0" w:type="auto"/>
          </w:tcPr>
          <w:p w14:paraId="0A5EC416" w14:textId="77777777" w:rsidR="007A5E59" w:rsidRDefault="0095198F">
            <w:pPr>
              <w:jc w:val="center"/>
            </w:pPr>
            <w:r>
              <w:t>321</w:t>
            </w:r>
          </w:p>
        </w:tc>
        <w:tc>
          <w:tcPr>
            <w:tcW w:w="0" w:type="auto"/>
          </w:tcPr>
          <w:p w14:paraId="70953AE2" w14:textId="77777777" w:rsidR="007A5E59" w:rsidRDefault="0095198F">
            <w:r>
              <w:t>Гагарина 7, ввод 2</w:t>
            </w:r>
          </w:p>
        </w:tc>
        <w:tc>
          <w:tcPr>
            <w:tcW w:w="0" w:type="auto"/>
          </w:tcPr>
          <w:p w14:paraId="2800E777" w14:textId="77777777" w:rsidR="007A5E59" w:rsidRDefault="0095198F">
            <w:pPr>
              <w:jc w:val="center"/>
            </w:pPr>
            <w:r>
              <w:t>25</w:t>
            </w:r>
          </w:p>
        </w:tc>
        <w:tc>
          <w:tcPr>
            <w:tcW w:w="0" w:type="auto"/>
          </w:tcPr>
          <w:p w14:paraId="45BC8158" w14:textId="77777777" w:rsidR="007A5E59" w:rsidRDefault="0095198F">
            <w:pPr>
              <w:jc w:val="center"/>
            </w:pPr>
            <w:r>
              <w:t>1974</w:t>
            </w:r>
          </w:p>
        </w:tc>
        <w:tc>
          <w:tcPr>
            <w:tcW w:w="0" w:type="auto"/>
          </w:tcPr>
          <w:p w14:paraId="6BBAE0E3" w14:textId="77777777" w:rsidR="007A5E59" w:rsidRDefault="0095198F">
            <w:pPr>
              <w:jc w:val="center"/>
            </w:pPr>
            <w:r>
              <w:t>4</w:t>
            </w:r>
          </w:p>
        </w:tc>
        <w:tc>
          <w:tcPr>
            <w:tcW w:w="0" w:type="auto"/>
          </w:tcPr>
          <w:p w14:paraId="7B524F16" w14:textId="77777777" w:rsidR="007A5E59" w:rsidRDefault="0095198F">
            <w:r>
              <w:t>надз</w:t>
            </w:r>
          </w:p>
        </w:tc>
      </w:tr>
      <w:tr w:rsidR="007A5E59" w14:paraId="13E42325" w14:textId="77777777">
        <w:trPr>
          <w:jc w:val="center"/>
        </w:trPr>
        <w:tc>
          <w:tcPr>
            <w:tcW w:w="0" w:type="auto"/>
          </w:tcPr>
          <w:p w14:paraId="61389592" w14:textId="77777777" w:rsidR="007A5E59" w:rsidRDefault="0095198F">
            <w:pPr>
              <w:jc w:val="center"/>
            </w:pPr>
            <w:r>
              <w:t>322</w:t>
            </w:r>
          </w:p>
        </w:tc>
        <w:tc>
          <w:tcPr>
            <w:tcW w:w="0" w:type="auto"/>
          </w:tcPr>
          <w:p w14:paraId="52CEDA4E" w14:textId="77777777" w:rsidR="007A5E59" w:rsidRDefault="0095198F">
            <w:r>
              <w:t>Гагарина 7, ввод 1 – Гагарина 7, ввод 2</w:t>
            </w:r>
          </w:p>
        </w:tc>
        <w:tc>
          <w:tcPr>
            <w:tcW w:w="0" w:type="auto"/>
          </w:tcPr>
          <w:p w14:paraId="6499BB20" w14:textId="77777777" w:rsidR="007A5E59" w:rsidRDefault="0095198F">
            <w:pPr>
              <w:jc w:val="center"/>
            </w:pPr>
            <w:r>
              <w:t>80</w:t>
            </w:r>
          </w:p>
        </w:tc>
        <w:tc>
          <w:tcPr>
            <w:tcW w:w="0" w:type="auto"/>
          </w:tcPr>
          <w:p w14:paraId="78AC9DD4" w14:textId="77777777" w:rsidR="007A5E59" w:rsidRDefault="0095198F">
            <w:pPr>
              <w:jc w:val="center"/>
            </w:pPr>
            <w:r>
              <w:t>1974</w:t>
            </w:r>
          </w:p>
        </w:tc>
        <w:tc>
          <w:tcPr>
            <w:tcW w:w="0" w:type="auto"/>
          </w:tcPr>
          <w:p w14:paraId="112FBABD" w14:textId="77777777" w:rsidR="007A5E59" w:rsidRDefault="0095198F">
            <w:pPr>
              <w:jc w:val="center"/>
            </w:pPr>
            <w:r>
              <w:t>4</w:t>
            </w:r>
          </w:p>
        </w:tc>
        <w:tc>
          <w:tcPr>
            <w:tcW w:w="0" w:type="auto"/>
          </w:tcPr>
          <w:p w14:paraId="6F1BADB6" w14:textId="77777777" w:rsidR="007A5E59" w:rsidRDefault="0095198F">
            <w:r>
              <w:t>надз</w:t>
            </w:r>
          </w:p>
        </w:tc>
      </w:tr>
      <w:tr w:rsidR="007A5E59" w14:paraId="169A0086" w14:textId="77777777">
        <w:trPr>
          <w:jc w:val="center"/>
        </w:trPr>
        <w:tc>
          <w:tcPr>
            <w:tcW w:w="0" w:type="auto"/>
          </w:tcPr>
          <w:p w14:paraId="3224F804" w14:textId="77777777" w:rsidR="007A5E59" w:rsidRDefault="0095198F">
            <w:pPr>
              <w:jc w:val="center"/>
            </w:pPr>
            <w:r>
              <w:t>323</w:t>
            </w:r>
          </w:p>
        </w:tc>
        <w:tc>
          <w:tcPr>
            <w:tcW w:w="0" w:type="auto"/>
          </w:tcPr>
          <w:p w14:paraId="4F4B866C" w14:textId="77777777" w:rsidR="007A5E59" w:rsidRDefault="0095198F">
            <w:r>
              <w:t>Гагарина 7, ввод 2</w:t>
            </w:r>
          </w:p>
        </w:tc>
        <w:tc>
          <w:tcPr>
            <w:tcW w:w="0" w:type="auto"/>
          </w:tcPr>
          <w:p w14:paraId="1F70B654" w14:textId="77777777" w:rsidR="007A5E59" w:rsidRDefault="0095198F">
            <w:pPr>
              <w:jc w:val="center"/>
            </w:pPr>
            <w:r>
              <w:t>20</w:t>
            </w:r>
          </w:p>
        </w:tc>
        <w:tc>
          <w:tcPr>
            <w:tcW w:w="0" w:type="auto"/>
          </w:tcPr>
          <w:p w14:paraId="420F66DE" w14:textId="77777777" w:rsidR="007A5E59" w:rsidRDefault="0095198F">
            <w:pPr>
              <w:jc w:val="center"/>
            </w:pPr>
            <w:r>
              <w:t>1974</w:t>
            </w:r>
          </w:p>
        </w:tc>
        <w:tc>
          <w:tcPr>
            <w:tcW w:w="0" w:type="auto"/>
          </w:tcPr>
          <w:p w14:paraId="63EA2EE2" w14:textId="77777777" w:rsidR="007A5E59" w:rsidRDefault="0095198F">
            <w:pPr>
              <w:jc w:val="center"/>
            </w:pPr>
            <w:r>
              <w:t>4</w:t>
            </w:r>
          </w:p>
        </w:tc>
        <w:tc>
          <w:tcPr>
            <w:tcW w:w="0" w:type="auto"/>
          </w:tcPr>
          <w:p w14:paraId="2A1584F2" w14:textId="77777777" w:rsidR="007A5E59" w:rsidRDefault="0095198F">
            <w:r>
              <w:t>надз</w:t>
            </w:r>
          </w:p>
        </w:tc>
      </w:tr>
      <w:tr w:rsidR="007A5E59" w14:paraId="1978D500" w14:textId="77777777">
        <w:trPr>
          <w:jc w:val="center"/>
        </w:trPr>
        <w:tc>
          <w:tcPr>
            <w:tcW w:w="0" w:type="auto"/>
          </w:tcPr>
          <w:p w14:paraId="2D12C888" w14:textId="77777777" w:rsidR="007A5E59" w:rsidRDefault="0095198F">
            <w:pPr>
              <w:jc w:val="center"/>
            </w:pPr>
            <w:r>
              <w:t>324</w:t>
            </w:r>
          </w:p>
        </w:tc>
        <w:tc>
          <w:tcPr>
            <w:tcW w:w="0" w:type="auto"/>
          </w:tcPr>
          <w:p w14:paraId="44A3D78E" w14:textId="77777777" w:rsidR="007A5E59" w:rsidRDefault="0095198F">
            <w:r>
              <w:t>Гагарина, 5 – Гагарина, 7</w:t>
            </w:r>
          </w:p>
        </w:tc>
        <w:tc>
          <w:tcPr>
            <w:tcW w:w="0" w:type="auto"/>
          </w:tcPr>
          <w:p w14:paraId="5C914DBB" w14:textId="77777777" w:rsidR="007A5E59" w:rsidRDefault="0095198F">
            <w:pPr>
              <w:jc w:val="center"/>
            </w:pPr>
            <w:r>
              <w:t>80</w:t>
            </w:r>
          </w:p>
        </w:tc>
        <w:tc>
          <w:tcPr>
            <w:tcW w:w="0" w:type="auto"/>
          </w:tcPr>
          <w:p w14:paraId="4D5FF565" w14:textId="77777777" w:rsidR="007A5E59" w:rsidRDefault="0095198F">
            <w:pPr>
              <w:jc w:val="center"/>
            </w:pPr>
            <w:r>
              <w:t>1974</w:t>
            </w:r>
          </w:p>
        </w:tc>
        <w:tc>
          <w:tcPr>
            <w:tcW w:w="0" w:type="auto"/>
          </w:tcPr>
          <w:p w14:paraId="75560432" w14:textId="77777777" w:rsidR="007A5E59" w:rsidRDefault="0095198F">
            <w:pPr>
              <w:jc w:val="center"/>
            </w:pPr>
            <w:r>
              <w:t>15</w:t>
            </w:r>
          </w:p>
        </w:tc>
        <w:tc>
          <w:tcPr>
            <w:tcW w:w="0" w:type="auto"/>
          </w:tcPr>
          <w:p w14:paraId="7FEBF091" w14:textId="77777777" w:rsidR="007A5E59" w:rsidRDefault="0095198F">
            <w:r>
              <w:t>надз</w:t>
            </w:r>
          </w:p>
        </w:tc>
      </w:tr>
      <w:tr w:rsidR="007A5E59" w14:paraId="1B56B3C0" w14:textId="77777777">
        <w:trPr>
          <w:jc w:val="center"/>
        </w:trPr>
        <w:tc>
          <w:tcPr>
            <w:tcW w:w="0" w:type="auto"/>
          </w:tcPr>
          <w:p w14:paraId="4B90313F" w14:textId="77777777" w:rsidR="007A5E59" w:rsidRDefault="0095198F">
            <w:pPr>
              <w:jc w:val="center"/>
            </w:pPr>
            <w:r>
              <w:t>325</w:t>
            </w:r>
          </w:p>
        </w:tc>
        <w:tc>
          <w:tcPr>
            <w:tcW w:w="0" w:type="auto"/>
          </w:tcPr>
          <w:p w14:paraId="75BE2C54" w14:textId="77777777" w:rsidR="007A5E59" w:rsidRDefault="0095198F">
            <w:r>
              <w:t>Гагарина 5, ввод 2</w:t>
            </w:r>
          </w:p>
        </w:tc>
        <w:tc>
          <w:tcPr>
            <w:tcW w:w="0" w:type="auto"/>
          </w:tcPr>
          <w:p w14:paraId="1BB788AE" w14:textId="77777777" w:rsidR="007A5E59" w:rsidRDefault="0095198F">
            <w:pPr>
              <w:jc w:val="center"/>
            </w:pPr>
            <w:r>
              <w:t>20</w:t>
            </w:r>
          </w:p>
        </w:tc>
        <w:tc>
          <w:tcPr>
            <w:tcW w:w="0" w:type="auto"/>
          </w:tcPr>
          <w:p w14:paraId="6B033FEB" w14:textId="77777777" w:rsidR="007A5E59" w:rsidRDefault="0095198F">
            <w:pPr>
              <w:jc w:val="center"/>
            </w:pPr>
            <w:r>
              <w:t>1974</w:t>
            </w:r>
          </w:p>
        </w:tc>
        <w:tc>
          <w:tcPr>
            <w:tcW w:w="0" w:type="auto"/>
          </w:tcPr>
          <w:p w14:paraId="76B809DD" w14:textId="77777777" w:rsidR="007A5E59" w:rsidRDefault="0095198F">
            <w:pPr>
              <w:jc w:val="center"/>
            </w:pPr>
            <w:r>
              <w:t>4</w:t>
            </w:r>
          </w:p>
        </w:tc>
        <w:tc>
          <w:tcPr>
            <w:tcW w:w="0" w:type="auto"/>
          </w:tcPr>
          <w:p w14:paraId="0D5F47EB" w14:textId="77777777" w:rsidR="007A5E59" w:rsidRDefault="0095198F">
            <w:r>
              <w:t>надз</w:t>
            </w:r>
          </w:p>
        </w:tc>
      </w:tr>
      <w:tr w:rsidR="007A5E59" w14:paraId="51F4255C" w14:textId="77777777">
        <w:trPr>
          <w:jc w:val="center"/>
        </w:trPr>
        <w:tc>
          <w:tcPr>
            <w:tcW w:w="0" w:type="auto"/>
          </w:tcPr>
          <w:p w14:paraId="683A9B1F" w14:textId="77777777" w:rsidR="007A5E59" w:rsidRDefault="0095198F">
            <w:pPr>
              <w:jc w:val="center"/>
            </w:pPr>
            <w:r>
              <w:t>326</w:t>
            </w:r>
          </w:p>
        </w:tc>
        <w:tc>
          <w:tcPr>
            <w:tcW w:w="0" w:type="auto"/>
          </w:tcPr>
          <w:p w14:paraId="2B5DF451" w14:textId="77777777" w:rsidR="007A5E59" w:rsidRDefault="0095198F">
            <w:r>
              <w:t>Гагарина 5, ввод 1 – Гагарина 5, ввод 2</w:t>
            </w:r>
          </w:p>
        </w:tc>
        <w:tc>
          <w:tcPr>
            <w:tcW w:w="0" w:type="auto"/>
          </w:tcPr>
          <w:p w14:paraId="4E728B29" w14:textId="77777777" w:rsidR="007A5E59" w:rsidRDefault="0095198F">
            <w:pPr>
              <w:jc w:val="center"/>
            </w:pPr>
            <w:r>
              <w:t>80</w:t>
            </w:r>
          </w:p>
        </w:tc>
        <w:tc>
          <w:tcPr>
            <w:tcW w:w="0" w:type="auto"/>
          </w:tcPr>
          <w:p w14:paraId="1B518587" w14:textId="77777777" w:rsidR="007A5E59" w:rsidRDefault="0095198F">
            <w:pPr>
              <w:jc w:val="center"/>
            </w:pPr>
            <w:r>
              <w:t>1974</w:t>
            </w:r>
          </w:p>
        </w:tc>
        <w:tc>
          <w:tcPr>
            <w:tcW w:w="0" w:type="auto"/>
          </w:tcPr>
          <w:p w14:paraId="217C5985" w14:textId="77777777" w:rsidR="007A5E59" w:rsidRDefault="0095198F">
            <w:pPr>
              <w:jc w:val="center"/>
            </w:pPr>
            <w:r>
              <w:t>5</w:t>
            </w:r>
          </w:p>
        </w:tc>
        <w:tc>
          <w:tcPr>
            <w:tcW w:w="0" w:type="auto"/>
          </w:tcPr>
          <w:p w14:paraId="3A83161D" w14:textId="77777777" w:rsidR="007A5E59" w:rsidRDefault="0095198F">
            <w:r>
              <w:t>надз</w:t>
            </w:r>
          </w:p>
        </w:tc>
      </w:tr>
      <w:tr w:rsidR="007A5E59" w14:paraId="63E57995" w14:textId="77777777">
        <w:trPr>
          <w:jc w:val="center"/>
        </w:trPr>
        <w:tc>
          <w:tcPr>
            <w:tcW w:w="0" w:type="auto"/>
          </w:tcPr>
          <w:p w14:paraId="1E4A178F" w14:textId="77777777" w:rsidR="007A5E59" w:rsidRDefault="0095198F">
            <w:pPr>
              <w:jc w:val="center"/>
            </w:pPr>
            <w:r>
              <w:t>327</w:t>
            </w:r>
          </w:p>
        </w:tc>
        <w:tc>
          <w:tcPr>
            <w:tcW w:w="0" w:type="auto"/>
          </w:tcPr>
          <w:p w14:paraId="1B769A53" w14:textId="77777777" w:rsidR="007A5E59" w:rsidRDefault="0095198F">
            <w:r>
              <w:t>Гагарина 5, ввод 1</w:t>
            </w:r>
          </w:p>
        </w:tc>
        <w:tc>
          <w:tcPr>
            <w:tcW w:w="0" w:type="auto"/>
          </w:tcPr>
          <w:p w14:paraId="300B1FAB" w14:textId="77777777" w:rsidR="007A5E59" w:rsidRDefault="0095198F">
            <w:pPr>
              <w:jc w:val="center"/>
            </w:pPr>
            <w:r>
              <w:t>25</w:t>
            </w:r>
          </w:p>
        </w:tc>
        <w:tc>
          <w:tcPr>
            <w:tcW w:w="0" w:type="auto"/>
          </w:tcPr>
          <w:p w14:paraId="35CAC1D5" w14:textId="77777777" w:rsidR="007A5E59" w:rsidRDefault="0095198F">
            <w:pPr>
              <w:jc w:val="center"/>
            </w:pPr>
            <w:r>
              <w:t>1974</w:t>
            </w:r>
          </w:p>
        </w:tc>
        <w:tc>
          <w:tcPr>
            <w:tcW w:w="0" w:type="auto"/>
          </w:tcPr>
          <w:p w14:paraId="3E7AD2A2" w14:textId="77777777" w:rsidR="007A5E59" w:rsidRDefault="0095198F">
            <w:pPr>
              <w:jc w:val="center"/>
            </w:pPr>
            <w:r>
              <w:t>4</w:t>
            </w:r>
          </w:p>
        </w:tc>
        <w:tc>
          <w:tcPr>
            <w:tcW w:w="0" w:type="auto"/>
          </w:tcPr>
          <w:p w14:paraId="08EF6AEB" w14:textId="77777777" w:rsidR="007A5E59" w:rsidRDefault="0095198F">
            <w:r>
              <w:t>надз</w:t>
            </w:r>
          </w:p>
        </w:tc>
      </w:tr>
      <w:tr w:rsidR="007A5E59" w14:paraId="64E2BE80" w14:textId="77777777">
        <w:trPr>
          <w:jc w:val="center"/>
        </w:trPr>
        <w:tc>
          <w:tcPr>
            <w:tcW w:w="0" w:type="auto"/>
          </w:tcPr>
          <w:p w14:paraId="75763C84" w14:textId="77777777" w:rsidR="007A5E59" w:rsidRDefault="0095198F">
            <w:pPr>
              <w:jc w:val="center"/>
            </w:pPr>
            <w:r>
              <w:t>328</w:t>
            </w:r>
          </w:p>
        </w:tc>
        <w:tc>
          <w:tcPr>
            <w:tcW w:w="0" w:type="auto"/>
          </w:tcPr>
          <w:p w14:paraId="53FC89AA" w14:textId="77777777" w:rsidR="007A5E59" w:rsidRDefault="0095198F">
            <w:r>
              <w:t>Гагарина, 3 – Гагарина, 5</w:t>
            </w:r>
          </w:p>
        </w:tc>
        <w:tc>
          <w:tcPr>
            <w:tcW w:w="0" w:type="auto"/>
          </w:tcPr>
          <w:p w14:paraId="1A3A2663" w14:textId="77777777" w:rsidR="007A5E59" w:rsidRDefault="0095198F">
            <w:pPr>
              <w:jc w:val="center"/>
            </w:pPr>
            <w:r>
              <w:t>80</w:t>
            </w:r>
          </w:p>
        </w:tc>
        <w:tc>
          <w:tcPr>
            <w:tcW w:w="0" w:type="auto"/>
          </w:tcPr>
          <w:p w14:paraId="43DF5F75" w14:textId="77777777" w:rsidR="007A5E59" w:rsidRDefault="0095198F">
            <w:pPr>
              <w:jc w:val="center"/>
            </w:pPr>
            <w:r>
              <w:t>1974</w:t>
            </w:r>
          </w:p>
        </w:tc>
        <w:tc>
          <w:tcPr>
            <w:tcW w:w="0" w:type="auto"/>
          </w:tcPr>
          <w:p w14:paraId="6B5DEDE2" w14:textId="77777777" w:rsidR="007A5E59" w:rsidRDefault="0095198F">
            <w:pPr>
              <w:jc w:val="center"/>
            </w:pPr>
            <w:r>
              <w:t>15</w:t>
            </w:r>
          </w:p>
        </w:tc>
        <w:tc>
          <w:tcPr>
            <w:tcW w:w="0" w:type="auto"/>
          </w:tcPr>
          <w:p w14:paraId="0D7BE3E7" w14:textId="77777777" w:rsidR="007A5E59" w:rsidRDefault="0095198F">
            <w:r>
              <w:t>надз</w:t>
            </w:r>
          </w:p>
        </w:tc>
      </w:tr>
      <w:tr w:rsidR="007A5E59" w14:paraId="47CC9ED7" w14:textId="77777777">
        <w:trPr>
          <w:jc w:val="center"/>
        </w:trPr>
        <w:tc>
          <w:tcPr>
            <w:tcW w:w="0" w:type="auto"/>
          </w:tcPr>
          <w:p w14:paraId="69B32D6F" w14:textId="77777777" w:rsidR="007A5E59" w:rsidRDefault="0095198F">
            <w:pPr>
              <w:jc w:val="center"/>
            </w:pPr>
            <w:r>
              <w:t>329</w:t>
            </w:r>
          </w:p>
        </w:tc>
        <w:tc>
          <w:tcPr>
            <w:tcW w:w="0" w:type="auto"/>
          </w:tcPr>
          <w:p w14:paraId="19E2DB9C" w14:textId="77777777" w:rsidR="007A5E59" w:rsidRDefault="0095198F">
            <w:r>
              <w:t>Гагарина 3, ввод 2</w:t>
            </w:r>
          </w:p>
        </w:tc>
        <w:tc>
          <w:tcPr>
            <w:tcW w:w="0" w:type="auto"/>
          </w:tcPr>
          <w:p w14:paraId="2F0FB2CF" w14:textId="77777777" w:rsidR="007A5E59" w:rsidRDefault="0095198F">
            <w:pPr>
              <w:jc w:val="center"/>
            </w:pPr>
            <w:r>
              <w:t>25</w:t>
            </w:r>
          </w:p>
        </w:tc>
        <w:tc>
          <w:tcPr>
            <w:tcW w:w="0" w:type="auto"/>
          </w:tcPr>
          <w:p w14:paraId="084B7F73" w14:textId="77777777" w:rsidR="007A5E59" w:rsidRDefault="0095198F">
            <w:pPr>
              <w:jc w:val="center"/>
            </w:pPr>
            <w:r>
              <w:t>1974</w:t>
            </w:r>
          </w:p>
        </w:tc>
        <w:tc>
          <w:tcPr>
            <w:tcW w:w="0" w:type="auto"/>
          </w:tcPr>
          <w:p w14:paraId="536526DC" w14:textId="77777777" w:rsidR="007A5E59" w:rsidRDefault="0095198F">
            <w:pPr>
              <w:jc w:val="center"/>
            </w:pPr>
            <w:r>
              <w:t>4</w:t>
            </w:r>
          </w:p>
        </w:tc>
        <w:tc>
          <w:tcPr>
            <w:tcW w:w="0" w:type="auto"/>
          </w:tcPr>
          <w:p w14:paraId="6A9095B8" w14:textId="77777777" w:rsidR="007A5E59" w:rsidRDefault="0095198F">
            <w:r>
              <w:t>надз</w:t>
            </w:r>
          </w:p>
        </w:tc>
      </w:tr>
      <w:tr w:rsidR="007A5E59" w14:paraId="528C171E" w14:textId="77777777">
        <w:trPr>
          <w:jc w:val="center"/>
        </w:trPr>
        <w:tc>
          <w:tcPr>
            <w:tcW w:w="0" w:type="auto"/>
          </w:tcPr>
          <w:p w14:paraId="0FF686A2" w14:textId="77777777" w:rsidR="007A5E59" w:rsidRDefault="0095198F">
            <w:pPr>
              <w:jc w:val="center"/>
            </w:pPr>
            <w:r>
              <w:t>330</w:t>
            </w:r>
          </w:p>
        </w:tc>
        <w:tc>
          <w:tcPr>
            <w:tcW w:w="0" w:type="auto"/>
          </w:tcPr>
          <w:p w14:paraId="7F97B73C" w14:textId="77777777" w:rsidR="007A5E59" w:rsidRDefault="0095198F">
            <w:r>
              <w:t>Гагарина 3, ввод 1 – Гагарина 3, ввод 2</w:t>
            </w:r>
          </w:p>
        </w:tc>
        <w:tc>
          <w:tcPr>
            <w:tcW w:w="0" w:type="auto"/>
          </w:tcPr>
          <w:p w14:paraId="7A5D7673" w14:textId="77777777" w:rsidR="007A5E59" w:rsidRDefault="0095198F">
            <w:pPr>
              <w:jc w:val="center"/>
            </w:pPr>
            <w:r>
              <w:t>80</w:t>
            </w:r>
          </w:p>
        </w:tc>
        <w:tc>
          <w:tcPr>
            <w:tcW w:w="0" w:type="auto"/>
          </w:tcPr>
          <w:p w14:paraId="6E960B24" w14:textId="77777777" w:rsidR="007A5E59" w:rsidRDefault="0095198F">
            <w:pPr>
              <w:jc w:val="center"/>
            </w:pPr>
            <w:r>
              <w:t>1974</w:t>
            </w:r>
          </w:p>
        </w:tc>
        <w:tc>
          <w:tcPr>
            <w:tcW w:w="0" w:type="auto"/>
          </w:tcPr>
          <w:p w14:paraId="0D365D8A" w14:textId="77777777" w:rsidR="007A5E59" w:rsidRDefault="0095198F">
            <w:pPr>
              <w:jc w:val="center"/>
            </w:pPr>
            <w:r>
              <w:t>5</w:t>
            </w:r>
          </w:p>
        </w:tc>
        <w:tc>
          <w:tcPr>
            <w:tcW w:w="0" w:type="auto"/>
          </w:tcPr>
          <w:p w14:paraId="79AF3B8A" w14:textId="77777777" w:rsidR="007A5E59" w:rsidRDefault="0095198F">
            <w:r>
              <w:t>надз</w:t>
            </w:r>
          </w:p>
        </w:tc>
      </w:tr>
      <w:tr w:rsidR="007A5E59" w14:paraId="77670EFD" w14:textId="77777777">
        <w:trPr>
          <w:jc w:val="center"/>
        </w:trPr>
        <w:tc>
          <w:tcPr>
            <w:tcW w:w="0" w:type="auto"/>
          </w:tcPr>
          <w:p w14:paraId="635FA8A5" w14:textId="77777777" w:rsidR="007A5E59" w:rsidRDefault="0095198F">
            <w:pPr>
              <w:jc w:val="center"/>
            </w:pPr>
            <w:r>
              <w:t>331</w:t>
            </w:r>
          </w:p>
        </w:tc>
        <w:tc>
          <w:tcPr>
            <w:tcW w:w="0" w:type="auto"/>
          </w:tcPr>
          <w:p w14:paraId="67D5BE78" w14:textId="77777777" w:rsidR="007A5E59" w:rsidRDefault="0095198F">
            <w:r>
              <w:t>Гагарина 3, ввод 1</w:t>
            </w:r>
          </w:p>
        </w:tc>
        <w:tc>
          <w:tcPr>
            <w:tcW w:w="0" w:type="auto"/>
          </w:tcPr>
          <w:p w14:paraId="0DF8FD74" w14:textId="77777777" w:rsidR="007A5E59" w:rsidRDefault="0095198F">
            <w:pPr>
              <w:jc w:val="center"/>
            </w:pPr>
            <w:r>
              <w:t>25</w:t>
            </w:r>
          </w:p>
        </w:tc>
        <w:tc>
          <w:tcPr>
            <w:tcW w:w="0" w:type="auto"/>
          </w:tcPr>
          <w:p w14:paraId="24200849" w14:textId="77777777" w:rsidR="007A5E59" w:rsidRDefault="0095198F">
            <w:pPr>
              <w:jc w:val="center"/>
            </w:pPr>
            <w:r>
              <w:t>1974</w:t>
            </w:r>
          </w:p>
        </w:tc>
        <w:tc>
          <w:tcPr>
            <w:tcW w:w="0" w:type="auto"/>
          </w:tcPr>
          <w:p w14:paraId="7BEA9462" w14:textId="77777777" w:rsidR="007A5E59" w:rsidRDefault="0095198F">
            <w:pPr>
              <w:jc w:val="center"/>
            </w:pPr>
            <w:r>
              <w:t>4</w:t>
            </w:r>
          </w:p>
        </w:tc>
        <w:tc>
          <w:tcPr>
            <w:tcW w:w="0" w:type="auto"/>
          </w:tcPr>
          <w:p w14:paraId="714B78D2" w14:textId="77777777" w:rsidR="007A5E59" w:rsidRDefault="0095198F">
            <w:r>
              <w:t>надз</w:t>
            </w:r>
          </w:p>
        </w:tc>
      </w:tr>
      <w:tr w:rsidR="007A5E59" w14:paraId="46BCEA57" w14:textId="77777777">
        <w:trPr>
          <w:jc w:val="center"/>
        </w:trPr>
        <w:tc>
          <w:tcPr>
            <w:tcW w:w="0" w:type="auto"/>
          </w:tcPr>
          <w:p w14:paraId="47B7061B" w14:textId="77777777" w:rsidR="007A5E59" w:rsidRDefault="0095198F">
            <w:pPr>
              <w:jc w:val="center"/>
            </w:pPr>
            <w:r>
              <w:t>332</w:t>
            </w:r>
          </w:p>
        </w:tc>
        <w:tc>
          <w:tcPr>
            <w:tcW w:w="0" w:type="auto"/>
          </w:tcPr>
          <w:p w14:paraId="53721FEF" w14:textId="77777777" w:rsidR="007A5E59" w:rsidRDefault="0095198F">
            <w:r>
              <w:t>ТК – 2/1 - Гагарина 3</w:t>
            </w:r>
          </w:p>
        </w:tc>
        <w:tc>
          <w:tcPr>
            <w:tcW w:w="0" w:type="auto"/>
          </w:tcPr>
          <w:p w14:paraId="5C4003C4" w14:textId="77777777" w:rsidR="007A5E59" w:rsidRDefault="0095198F">
            <w:pPr>
              <w:jc w:val="center"/>
            </w:pPr>
            <w:r>
              <w:t>80</w:t>
            </w:r>
          </w:p>
        </w:tc>
        <w:tc>
          <w:tcPr>
            <w:tcW w:w="0" w:type="auto"/>
          </w:tcPr>
          <w:p w14:paraId="1EDD5E48" w14:textId="77777777" w:rsidR="007A5E59" w:rsidRDefault="0095198F">
            <w:pPr>
              <w:jc w:val="center"/>
            </w:pPr>
            <w:r>
              <w:t>1974</w:t>
            </w:r>
          </w:p>
        </w:tc>
        <w:tc>
          <w:tcPr>
            <w:tcW w:w="0" w:type="auto"/>
          </w:tcPr>
          <w:p w14:paraId="2D76AF19" w14:textId="77777777" w:rsidR="007A5E59" w:rsidRDefault="0095198F">
            <w:pPr>
              <w:jc w:val="center"/>
            </w:pPr>
            <w:r>
              <w:t>7</w:t>
            </w:r>
          </w:p>
        </w:tc>
        <w:tc>
          <w:tcPr>
            <w:tcW w:w="0" w:type="auto"/>
          </w:tcPr>
          <w:p w14:paraId="3D281BBD" w14:textId="77777777" w:rsidR="007A5E59" w:rsidRDefault="0095198F">
            <w:r>
              <w:t>надз</w:t>
            </w:r>
          </w:p>
        </w:tc>
      </w:tr>
      <w:tr w:rsidR="007A5E59" w14:paraId="14079F85" w14:textId="77777777">
        <w:trPr>
          <w:jc w:val="center"/>
        </w:trPr>
        <w:tc>
          <w:tcPr>
            <w:tcW w:w="0" w:type="auto"/>
          </w:tcPr>
          <w:p w14:paraId="5876ECC9" w14:textId="77777777" w:rsidR="007A5E59" w:rsidRDefault="0095198F">
            <w:pPr>
              <w:jc w:val="center"/>
            </w:pPr>
            <w:r>
              <w:t>333</w:t>
            </w:r>
          </w:p>
        </w:tc>
        <w:tc>
          <w:tcPr>
            <w:tcW w:w="0" w:type="auto"/>
          </w:tcPr>
          <w:p w14:paraId="6566CB69" w14:textId="77777777" w:rsidR="007A5E59" w:rsidRDefault="0095198F">
            <w:r>
              <w:t>ТК – 2/1 - Гагарина 1а</w:t>
            </w:r>
          </w:p>
        </w:tc>
        <w:tc>
          <w:tcPr>
            <w:tcW w:w="0" w:type="auto"/>
          </w:tcPr>
          <w:p w14:paraId="339666AB" w14:textId="77777777" w:rsidR="007A5E59" w:rsidRDefault="0095198F">
            <w:pPr>
              <w:jc w:val="center"/>
            </w:pPr>
            <w:r>
              <w:t>25</w:t>
            </w:r>
          </w:p>
        </w:tc>
        <w:tc>
          <w:tcPr>
            <w:tcW w:w="0" w:type="auto"/>
          </w:tcPr>
          <w:p w14:paraId="2BED7AB3" w14:textId="77777777" w:rsidR="007A5E59" w:rsidRDefault="0095198F">
            <w:pPr>
              <w:jc w:val="center"/>
            </w:pPr>
            <w:r>
              <w:t>1974</w:t>
            </w:r>
          </w:p>
        </w:tc>
        <w:tc>
          <w:tcPr>
            <w:tcW w:w="0" w:type="auto"/>
          </w:tcPr>
          <w:p w14:paraId="5088F0EE" w14:textId="77777777" w:rsidR="007A5E59" w:rsidRDefault="0095198F">
            <w:pPr>
              <w:jc w:val="center"/>
            </w:pPr>
            <w:r>
              <w:t>4</w:t>
            </w:r>
          </w:p>
        </w:tc>
        <w:tc>
          <w:tcPr>
            <w:tcW w:w="0" w:type="auto"/>
          </w:tcPr>
          <w:p w14:paraId="308FB460" w14:textId="77777777" w:rsidR="007A5E59" w:rsidRDefault="0095198F">
            <w:r>
              <w:t>надз</w:t>
            </w:r>
          </w:p>
        </w:tc>
      </w:tr>
      <w:tr w:rsidR="007A5E59" w14:paraId="52AE06A6" w14:textId="77777777">
        <w:trPr>
          <w:jc w:val="center"/>
        </w:trPr>
        <w:tc>
          <w:tcPr>
            <w:tcW w:w="0" w:type="auto"/>
          </w:tcPr>
          <w:p w14:paraId="037F603A" w14:textId="77777777" w:rsidR="007A5E59" w:rsidRDefault="0095198F">
            <w:pPr>
              <w:jc w:val="center"/>
            </w:pPr>
            <w:r>
              <w:t>334</w:t>
            </w:r>
          </w:p>
        </w:tc>
        <w:tc>
          <w:tcPr>
            <w:tcW w:w="0" w:type="auto"/>
          </w:tcPr>
          <w:p w14:paraId="489B394E" w14:textId="77777777" w:rsidR="007A5E59" w:rsidRPr="00312815" w:rsidRDefault="0095198F">
            <w:pPr>
              <w:rPr>
                <w:lang w:val="ru-RU"/>
              </w:rPr>
            </w:pPr>
            <w:r w:rsidRPr="00312815">
              <w:rPr>
                <w:lang w:val="ru-RU"/>
              </w:rPr>
              <w:t>ТК-1/1Б – гост. Комплекс "Сибирия"</w:t>
            </w:r>
          </w:p>
        </w:tc>
        <w:tc>
          <w:tcPr>
            <w:tcW w:w="0" w:type="auto"/>
          </w:tcPr>
          <w:p w14:paraId="05F253EF" w14:textId="77777777" w:rsidR="007A5E59" w:rsidRDefault="0095198F">
            <w:pPr>
              <w:jc w:val="center"/>
            </w:pPr>
            <w:r>
              <w:t>50</w:t>
            </w:r>
          </w:p>
        </w:tc>
        <w:tc>
          <w:tcPr>
            <w:tcW w:w="0" w:type="auto"/>
          </w:tcPr>
          <w:p w14:paraId="3C8AAF32" w14:textId="77777777" w:rsidR="007A5E59" w:rsidRDefault="0095198F">
            <w:pPr>
              <w:jc w:val="center"/>
            </w:pPr>
            <w:r>
              <w:t>1974</w:t>
            </w:r>
          </w:p>
        </w:tc>
        <w:tc>
          <w:tcPr>
            <w:tcW w:w="0" w:type="auto"/>
          </w:tcPr>
          <w:p w14:paraId="2F6FF3EC" w14:textId="77777777" w:rsidR="007A5E59" w:rsidRDefault="0095198F">
            <w:pPr>
              <w:jc w:val="center"/>
            </w:pPr>
            <w:r>
              <w:t>25</w:t>
            </w:r>
          </w:p>
        </w:tc>
        <w:tc>
          <w:tcPr>
            <w:tcW w:w="0" w:type="auto"/>
          </w:tcPr>
          <w:p w14:paraId="74ED67A4" w14:textId="77777777" w:rsidR="007A5E59" w:rsidRDefault="0095198F">
            <w:r>
              <w:t>надз</w:t>
            </w:r>
          </w:p>
        </w:tc>
      </w:tr>
      <w:tr w:rsidR="007A5E59" w14:paraId="19D1B7AE" w14:textId="77777777">
        <w:trPr>
          <w:jc w:val="center"/>
        </w:trPr>
        <w:tc>
          <w:tcPr>
            <w:tcW w:w="0" w:type="auto"/>
          </w:tcPr>
          <w:p w14:paraId="7941E2BF" w14:textId="77777777" w:rsidR="007A5E59" w:rsidRDefault="0095198F">
            <w:pPr>
              <w:jc w:val="center"/>
            </w:pPr>
            <w:r>
              <w:t>335</w:t>
            </w:r>
          </w:p>
        </w:tc>
        <w:tc>
          <w:tcPr>
            <w:tcW w:w="0" w:type="auto"/>
          </w:tcPr>
          <w:p w14:paraId="6FA4AE6C" w14:textId="77777777" w:rsidR="007A5E59" w:rsidRDefault="0095198F">
            <w:r>
              <w:t>ТК-1/1Б – Боксы ЩСУ-3</w:t>
            </w:r>
          </w:p>
        </w:tc>
        <w:tc>
          <w:tcPr>
            <w:tcW w:w="0" w:type="auto"/>
          </w:tcPr>
          <w:p w14:paraId="1BC45AF3" w14:textId="77777777" w:rsidR="007A5E59" w:rsidRDefault="0095198F">
            <w:pPr>
              <w:jc w:val="center"/>
            </w:pPr>
            <w:r>
              <w:t>40</w:t>
            </w:r>
          </w:p>
        </w:tc>
        <w:tc>
          <w:tcPr>
            <w:tcW w:w="0" w:type="auto"/>
          </w:tcPr>
          <w:p w14:paraId="56E1DD8A" w14:textId="77777777" w:rsidR="007A5E59" w:rsidRDefault="0095198F">
            <w:pPr>
              <w:jc w:val="center"/>
            </w:pPr>
            <w:r>
              <w:t>1974</w:t>
            </w:r>
          </w:p>
        </w:tc>
        <w:tc>
          <w:tcPr>
            <w:tcW w:w="0" w:type="auto"/>
          </w:tcPr>
          <w:p w14:paraId="31FCD8FE" w14:textId="77777777" w:rsidR="007A5E59" w:rsidRDefault="0095198F">
            <w:pPr>
              <w:jc w:val="center"/>
            </w:pPr>
            <w:r>
              <w:t>10</w:t>
            </w:r>
          </w:p>
        </w:tc>
        <w:tc>
          <w:tcPr>
            <w:tcW w:w="0" w:type="auto"/>
          </w:tcPr>
          <w:p w14:paraId="4C1D444A" w14:textId="77777777" w:rsidR="007A5E59" w:rsidRDefault="0095198F">
            <w:r>
              <w:t>надз</w:t>
            </w:r>
          </w:p>
        </w:tc>
      </w:tr>
      <w:tr w:rsidR="007A5E59" w14:paraId="55F5AD20" w14:textId="77777777">
        <w:trPr>
          <w:jc w:val="center"/>
        </w:trPr>
        <w:tc>
          <w:tcPr>
            <w:tcW w:w="0" w:type="auto"/>
          </w:tcPr>
          <w:p w14:paraId="1D805E29" w14:textId="77777777" w:rsidR="007A5E59" w:rsidRDefault="0095198F">
            <w:pPr>
              <w:jc w:val="center"/>
            </w:pPr>
            <w:r>
              <w:t>336</w:t>
            </w:r>
          </w:p>
        </w:tc>
        <w:tc>
          <w:tcPr>
            <w:tcW w:w="0" w:type="auto"/>
          </w:tcPr>
          <w:p w14:paraId="60A91D77" w14:textId="77777777" w:rsidR="007A5E59" w:rsidRDefault="0095198F">
            <w:r>
              <w:t>ТК-2 – ТК-1/1А</w:t>
            </w:r>
          </w:p>
        </w:tc>
        <w:tc>
          <w:tcPr>
            <w:tcW w:w="0" w:type="auto"/>
          </w:tcPr>
          <w:p w14:paraId="52DC3E83" w14:textId="77777777" w:rsidR="007A5E59" w:rsidRDefault="0095198F">
            <w:pPr>
              <w:jc w:val="center"/>
            </w:pPr>
            <w:r>
              <w:t>300</w:t>
            </w:r>
          </w:p>
        </w:tc>
        <w:tc>
          <w:tcPr>
            <w:tcW w:w="0" w:type="auto"/>
          </w:tcPr>
          <w:p w14:paraId="66571116" w14:textId="77777777" w:rsidR="007A5E59" w:rsidRDefault="0095198F">
            <w:pPr>
              <w:jc w:val="center"/>
            </w:pPr>
            <w:r>
              <w:t>1974</w:t>
            </w:r>
          </w:p>
        </w:tc>
        <w:tc>
          <w:tcPr>
            <w:tcW w:w="0" w:type="auto"/>
          </w:tcPr>
          <w:p w14:paraId="35376F9B" w14:textId="77777777" w:rsidR="007A5E59" w:rsidRDefault="0095198F">
            <w:pPr>
              <w:jc w:val="center"/>
            </w:pPr>
            <w:r>
              <w:t>72</w:t>
            </w:r>
          </w:p>
        </w:tc>
        <w:tc>
          <w:tcPr>
            <w:tcW w:w="0" w:type="auto"/>
          </w:tcPr>
          <w:p w14:paraId="2AC15564" w14:textId="77777777" w:rsidR="007A5E59" w:rsidRDefault="0095198F">
            <w:r>
              <w:t>надз</w:t>
            </w:r>
          </w:p>
        </w:tc>
      </w:tr>
      <w:tr w:rsidR="007A5E59" w14:paraId="275AF1AC" w14:textId="77777777">
        <w:trPr>
          <w:jc w:val="center"/>
        </w:trPr>
        <w:tc>
          <w:tcPr>
            <w:tcW w:w="0" w:type="auto"/>
          </w:tcPr>
          <w:p w14:paraId="4CFF8F9F" w14:textId="77777777" w:rsidR="007A5E59" w:rsidRDefault="0095198F">
            <w:pPr>
              <w:jc w:val="center"/>
            </w:pPr>
            <w:r>
              <w:t>337</w:t>
            </w:r>
          </w:p>
        </w:tc>
        <w:tc>
          <w:tcPr>
            <w:tcW w:w="0" w:type="auto"/>
          </w:tcPr>
          <w:p w14:paraId="0335AF4A" w14:textId="77777777" w:rsidR="007A5E59" w:rsidRDefault="0095198F">
            <w:r>
              <w:t>ТК-1А – ТК-22</w:t>
            </w:r>
          </w:p>
        </w:tc>
        <w:tc>
          <w:tcPr>
            <w:tcW w:w="0" w:type="auto"/>
          </w:tcPr>
          <w:p w14:paraId="3D926C45" w14:textId="77777777" w:rsidR="007A5E59" w:rsidRDefault="0095198F">
            <w:pPr>
              <w:jc w:val="center"/>
            </w:pPr>
            <w:r>
              <w:t>100</w:t>
            </w:r>
          </w:p>
        </w:tc>
        <w:tc>
          <w:tcPr>
            <w:tcW w:w="0" w:type="auto"/>
          </w:tcPr>
          <w:p w14:paraId="35506A5C" w14:textId="77777777" w:rsidR="007A5E59" w:rsidRDefault="0095198F">
            <w:pPr>
              <w:jc w:val="center"/>
            </w:pPr>
            <w:r>
              <w:t>1974</w:t>
            </w:r>
          </w:p>
        </w:tc>
        <w:tc>
          <w:tcPr>
            <w:tcW w:w="0" w:type="auto"/>
          </w:tcPr>
          <w:p w14:paraId="690D2D5A" w14:textId="77777777" w:rsidR="007A5E59" w:rsidRDefault="0095198F">
            <w:pPr>
              <w:jc w:val="center"/>
            </w:pPr>
            <w:r>
              <w:t>32</w:t>
            </w:r>
          </w:p>
        </w:tc>
        <w:tc>
          <w:tcPr>
            <w:tcW w:w="0" w:type="auto"/>
          </w:tcPr>
          <w:p w14:paraId="3991BF0C" w14:textId="77777777" w:rsidR="007A5E59" w:rsidRDefault="0095198F">
            <w:r>
              <w:t>надз</w:t>
            </w:r>
          </w:p>
        </w:tc>
      </w:tr>
      <w:tr w:rsidR="007A5E59" w14:paraId="5F8491BC" w14:textId="77777777">
        <w:trPr>
          <w:jc w:val="center"/>
        </w:trPr>
        <w:tc>
          <w:tcPr>
            <w:tcW w:w="0" w:type="auto"/>
          </w:tcPr>
          <w:p w14:paraId="66F623CE" w14:textId="77777777" w:rsidR="007A5E59" w:rsidRDefault="0095198F">
            <w:pPr>
              <w:jc w:val="center"/>
            </w:pPr>
            <w:r>
              <w:t>338</w:t>
            </w:r>
          </w:p>
        </w:tc>
        <w:tc>
          <w:tcPr>
            <w:tcW w:w="0" w:type="auto"/>
          </w:tcPr>
          <w:p w14:paraId="0BC88B41" w14:textId="77777777" w:rsidR="007A5E59" w:rsidRDefault="0095198F">
            <w:r>
              <w:t>Дзержинского, 3 – Дзержинского, 2</w:t>
            </w:r>
          </w:p>
        </w:tc>
        <w:tc>
          <w:tcPr>
            <w:tcW w:w="0" w:type="auto"/>
          </w:tcPr>
          <w:p w14:paraId="2792E1EE" w14:textId="77777777" w:rsidR="007A5E59" w:rsidRDefault="0095198F">
            <w:pPr>
              <w:jc w:val="center"/>
            </w:pPr>
            <w:r>
              <w:t>80</w:t>
            </w:r>
          </w:p>
        </w:tc>
        <w:tc>
          <w:tcPr>
            <w:tcW w:w="0" w:type="auto"/>
          </w:tcPr>
          <w:p w14:paraId="48F22C78" w14:textId="77777777" w:rsidR="007A5E59" w:rsidRDefault="0095198F">
            <w:pPr>
              <w:jc w:val="center"/>
            </w:pPr>
            <w:r>
              <w:t>1974</w:t>
            </w:r>
          </w:p>
        </w:tc>
        <w:tc>
          <w:tcPr>
            <w:tcW w:w="0" w:type="auto"/>
          </w:tcPr>
          <w:p w14:paraId="0DA0DC9A" w14:textId="77777777" w:rsidR="007A5E59" w:rsidRDefault="0095198F">
            <w:pPr>
              <w:jc w:val="center"/>
            </w:pPr>
            <w:r>
              <w:t>53</w:t>
            </w:r>
          </w:p>
        </w:tc>
        <w:tc>
          <w:tcPr>
            <w:tcW w:w="0" w:type="auto"/>
          </w:tcPr>
          <w:p w14:paraId="6F3BADB9" w14:textId="77777777" w:rsidR="007A5E59" w:rsidRDefault="0095198F">
            <w:r>
              <w:t>надз</w:t>
            </w:r>
          </w:p>
        </w:tc>
      </w:tr>
      <w:tr w:rsidR="007A5E59" w14:paraId="7E5CB1C1" w14:textId="77777777">
        <w:trPr>
          <w:jc w:val="center"/>
        </w:trPr>
        <w:tc>
          <w:tcPr>
            <w:tcW w:w="0" w:type="auto"/>
          </w:tcPr>
          <w:p w14:paraId="7BD7B920" w14:textId="77777777" w:rsidR="007A5E59" w:rsidRDefault="0095198F">
            <w:pPr>
              <w:jc w:val="center"/>
            </w:pPr>
            <w:r>
              <w:t>339</w:t>
            </w:r>
          </w:p>
        </w:tc>
        <w:tc>
          <w:tcPr>
            <w:tcW w:w="0" w:type="auto"/>
          </w:tcPr>
          <w:p w14:paraId="1DE60D0B" w14:textId="77777777" w:rsidR="007A5E59" w:rsidRDefault="0095198F">
            <w:r>
              <w:t>ТК-34/3 – Дзержинского, 3</w:t>
            </w:r>
          </w:p>
        </w:tc>
        <w:tc>
          <w:tcPr>
            <w:tcW w:w="0" w:type="auto"/>
          </w:tcPr>
          <w:p w14:paraId="1D8F21C2" w14:textId="77777777" w:rsidR="007A5E59" w:rsidRDefault="0095198F">
            <w:pPr>
              <w:jc w:val="center"/>
            </w:pPr>
            <w:r>
              <w:t>150</w:t>
            </w:r>
          </w:p>
        </w:tc>
        <w:tc>
          <w:tcPr>
            <w:tcW w:w="0" w:type="auto"/>
          </w:tcPr>
          <w:p w14:paraId="170EE340" w14:textId="77777777" w:rsidR="007A5E59" w:rsidRDefault="0095198F">
            <w:pPr>
              <w:jc w:val="center"/>
            </w:pPr>
            <w:r>
              <w:t>1974</w:t>
            </w:r>
          </w:p>
        </w:tc>
        <w:tc>
          <w:tcPr>
            <w:tcW w:w="0" w:type="auto"/>
          </w:tcPr>
          <w:p w14:paraId="3130C493" w14:textId="77777777" w:rsidR="007A5E59" w:rsidRDefault="0095198F">
            <w:pPr>
              <w:jc w:val="center"/>
            </w:pPr>
            <w:r>
              <w:t>50</w:t>
            </w:r>
          </w:p>
        </w:tc>
        <w:tc>
          <w:tcPr>
            <w:tcW w:w="0" w:type="auto"/>
          </w:tcPr>
          <w:p w14:paraId="36F20954" w14:textId="77777777" w:rsidR="007A5E59" w:rsidRDefault="0095198F">
            <w:r>
              <w:t>надз</w:t>
            </w:r>
          </w:p>
        </w:tc>
      </w:tr>
      <w:tr w:rsidR="007A5E59" w14:paraId="11DE3C61" w14:textId="77777777">
        <w:trPr>
          <w:jc w:val="center"/>
        </w:trPr>
        <w:tc>
          <w:tcPr>
            <w:tcW w:w="0" w:type="auto"/>
          </w:tcPr>
          <w:p w14:paraId="451C3BF0" w14:textId="77777777" w:rsidR="007A5E59" w:rsidRDefault="0095198F">
            <w:pPr>
              <w:jc w:val="center"/>
            </w:pPr>
            <w:r>
              <w:t>340</w:t>
            </w:r>
          </w:p>
        </w:tc>
        <w:tc>
          <w:tcPr>
            <w:tcW w:w="0" w:type="auto"/>
          </w:tcPr>
          <w:p w14:paraId="673445B8" w14:textId="77777777" w:rsidR="007A5E59" w:rsidRDefault="0095198F">
            <w:r>
              <w:t>ТК-34/2 – ТК-34/3</w:t>
            </w:r>
          </w:p>
        </w:tc>
        <w:tc>
          <w:tcPr>
            <w:tcW w:w="0" w:type="auto"/>
          </w:tcPr>
          <w:p w14:paraId="5B639462" w14:textId="77777777" w:rsidR="007A5E59" w:rsidRDefault="0095198F">
            <w:pPr>
              <w:jc w:val="center"/>
            </w:pPr>
            <w:r>
              <w:t>150</w:t>
            </w:r>
          </w:p>
        </w:tc>
        <w:tc>
          <w:tcPr>
            <w:tcW w:w="0" w:type="auto"/>
          </w:tcPr>
          <w:p w14:paraId="16406D10" w14:textId="77777777" w:rsidR="007A5E59" w:rsidRDefault="0095198F">
            <w:pPr>
              <w:jc w:val="center"/>
            </w:pPr>
            <w:r>
              <w:t>1974</w:t>
            </w:r>
          </w:p>
        </w:tc>
        <w:tc>
          <w:tcPr>
            <w:tcW w:w="0" w:type="auto"/>
          </w:tcPr>
          <w:p w14:paraId="40A4C326" w14:textId="77777777" w:rsidR="007A5E59" w:rsidRDefault="0095198F">
            <w:pPr>
              <w:jc w:val="center"/>
            </w:pPr>
            <w:r>
              <w:t>28</w:t>
            </w:r>
          </w:p>
        </w:tc>
        <w:tc>
          <w:tcPr>
            <w:tcW w:w="0" w:type="auto"/>
          </w:tcPr>
          <w:p w14:paraId="0BDF5576" w14:textId="77777777" w:rsidR="007A5E59" w:rsidRDefault="0095198F">
            <w:r>
              <w:t>надз</w:t>
            </w:r>
          </w:p>
        </w:tc>
      </w:tr>
      <w:tr w:rsidR="007A5E59" w14:paraId="674209C6" w14:textId="77777777">
        <w:trPr>
          <w:jc w:val="center"/>
        </w:trPr>
        <w:tc>
          <w:tcPr>
            <w:tcW w:w="0" w:type="auto"/>
          </w:tcPr>
          <w:p w14:paraId="15BF04AC" w14:textId="77777777" w:rsidR="007A5E59" w:rsidRDefault="0095198F">
            <w:pPr>
              <w:jc w:val="center"/>
            </w:pPr>
            <w:r>
              <w:t>341</w:t>
            </w:r>
          </w:p>
        </w:tc>
        <w:tc>
          <w:tcPr>
            <w:tcW w:w="0" w:type="auto"/>
          </w:tcPr>
          <w:p w14:paraId="5C22ED22" w14:textId="77777777" w:rsidR="007A5E59" w:rsidRDefault="0095198F">
            <w:r>
              <w:t>ТК-34/2 – Дзержинского, 5</w:t>
            </w:r>
          </w:p>
        </w:tc>
        <w:tc>
          <w:tcPr>
            <w:tcW w:w="0" w:type="auto"/>
          </w:tcPr>
          <w:p w14:paraId="42F02976" w14:textId="77777777" w:rsidR="007A5E59" w:rsidRDefault="0095198F">
            <w:pPr>
              <w:jc w:val="center"/>
            </w:pPr>
            <w:r>
              <w:t>80</w:t>
            </w:r>
          </w:p>
        </w:tc>
        <w:tc>
          <w:tcPr>
            <w:tcW w:w="0" w:type="auto"/>
          </w:tcPr>
          <w:p w14:paraId="1273743A" w14:textId="77777777" w:rsidR="007A5E59" w:rsidRDefault="0095198F">
            <w:pPr>
              <w:jc w:val="center"/>
            </w:pPr>
            <w:r>
              <w:t>1974</w:t>
            </w:r>
          </w:p>
        </w:tc>
        <w:tc>
          <w:tcPr>
            <w:tcW w:w="0" w:type="auto"/>
          </w:tcPr>
          <w:p w14:paraId="723E9F2C" w14:textId="77777777" w:rsidR="007A5E59" w:rsidRDefault="0095198F">
            <w:pPr>
              <w:jc w:val="center"/>
            </w:pPr>
            <w:r>
              <w:t>110</w:t>
            </w:r>
          </w:p>
        </w:tc>
        <w:tc>
          <w:tcPr>
            <w:tcW w:w="0" w:type="auto"/>
          </w:tcPr>
          <w:p w14:paraId="676D4D79" w14:textId="77777777" w:rsidR="007A5E59" w:rsidRDefault="0095198F">
            <w:r>
              <w:t>надз</w:t>
            </w:r>
          </w:p>
        </w:tc>
      </w:tr>
      <w:tr w:rsidR="007A5E59" w14:paraId="5EAA2FFA" w14:textId="77777777">
        <w:trPr>
          <w:jc w:val="center"/>
        </w:trPr>
        <w:tc>
          <w:tcPr>
            <w:tcW w:w="0" w:type="auto"/>
          </w:tcPr>
          <w:p w14:paraId="6B7DE391" w14:textId="77777777" w:rsidR="007A5E59" w:rsidRDefault="0095198F">
            <w:pPr>
              <w:jc w:val="center"/>
            </w:pPr>
            <w:r>
              <w:t>342</w:t>
            </w:r>
          </w:p>
        </w:tc>
        <w:tc>
          <w:tcPr>
            <w:tcW w:w="0" w:type="auto"/>
          </w:tcPr>
          <w:p w14:paraId="57902E6E" w14:textId="77777777" w:rsidR="007A5E59" w:rsidRDefault="0095198F">
            <w:r>
              <w:t>ТК-34/1 – ТК-34/2</w:t>
            </w:r>
          </w:p>
        </w:tc>
        <w:tc>
          <w:tcPr>
            <w:tcW w:w="0" w:type="auto"/>
          </w:tcPr>
          <w:p w14:paraId="51521C6F" w14:textId="77777777" w:rsidR="007A5E59" w:rsidRDefault="0095198F">
            <w:pPr>
              <w:jc w:val="center"/>
            </w:pPr>
            <w:r>
              <w:t>150</w:t>
            </w:r>
          </w:p>
        </w:tc>
        <w:tc>
          <w:tcPr>
            <w:tcW w:w="0" w:type="auto"/>
          </w:tcPr>
          <w:p w14:paraId="5619AC6F" w14:textId="77777777" w:rsidR="007A5E59" w:rsidRDefault="0095198F">
            <w:pPr>
              <w:jc w:val="center"/>
            </w:pPr>
            <w:r>
              <w:t>1974</w:t>
            </w:r>
          </w:p>
        </w:tc>
        <w:tc>
          <w:tcPr>
            <w:tcW w:w="0" w:type="auto"/>
          </w:tcPr>
          <w:p w14:paraId="31F8FD8F" w14:textId="77777777" w:rsidR="007A5E59" w:rsidRDefault="0095198F">
            <w:pPr>
              <w:jc w:val="center"/>
            </w:pPr>
            <w:r>
              <w:t>50</w:t>
            </w:r>
          </w:p>
        </w:tc>
        <w:tc>
          <w:tcPr>
            <w:tcW w:w="0" w:type="auto"/>
          </w:tcPr>
          <w:p w14:paraId="38242B9E" w14:textId="77777777" w:rsidR="007A5E59" w:rsidRDefault="0095198F">
            <w:r>
              <w:t>надз</w:t>
            </w:r>
          </w:p>
        </w:tc>
      </w:tr>
      <w:tr w:rsidR="007A5E59" w14:paraId="27C093D2" w14:textId="77777777">
        <w:trPr>
          <w:jc w:val="center"/>
        </w:trPr>
        <w:tc>
          <w:tcPr>
            <w:tcW w:w="0" w:type="auto"/>
          </w:tcPr>
          <w:p w14:paraId="41FF7305" w14:textId="77777777" w:rsidR="007A5E59" w:rsidRDefault="0095198F">
            <w:pPr>
              <w:jc w:val="center"/>
            </w:pPr>
            <w:r>
              <w:t>343</w:t>
            </w:r>
          </w:p>
        </w:tc>
        <w:tc>
          <w:tcPr>
            <w:tcW w:w="0" w:type="auto"/>
          </w:tcPr>
          <w:p w14:paraId="7FEC618D" w14:textId="77777777" w:rsidR="007A5E59" w:rsidRDefault="0095198F">
            <w:r>
              <w:t>ТК-28/1 – ТК-31</w:t>
            </w:r>
          </w:p>
        </w:tc>
        <w:tc>
          <w:tcPr>
            <w:tcW w:w="0" w:type="auto"/>
          </w:tcPr>
          <w:p w14:paraId="2A675D27" w14:textId="77777777" w:rsidR="007A5E59" w:rsidRDefault="0095198F">
            <w:pPr>
              <w:jc w:val="center"/>
            </w:pPr>
            <w:r>
              <w:t>300</w:t>
            </w:r>
          </w:p>
        </w:tc>
        <w:tc>
          <w:tcPr>
            <w:tcW w:w="0" w:type="auto"/>
          </w:tcPr>
          <w:p w14:paraId="5A6D6F9E" w14:textId="77777777" w:rsidR="007A5E59" w:rsidRDefault="0095198F">
            <w:pPr>
              <w:jc w:val="center"/>
            </w:pPr>
            <w:r>
              <w:t>1976</w:t>
            </w:r>
          </w:p>
        </w:tc>
        <w:tc>
          <w:tcPr>
            <w:tcW w:w="0" w:type="auto"/>
          </w:tcPr>
          <w:p w14:paraId="335FE10F" w14:textId="77777777" w:rsidR="007A5E59" w:rsidRDefault="0095198F">
            <w:pPr>
              <w:jc w:val="center"/>
            </w:pPr>
            <w:r>
              <w:t>171</w:t>
            </w:r>
          </w:p>
        </w:tc>
        <w:tc>
          <w:tcPr>
            <w:tcW w:w="0" w:type="auto"/>
          </w:tcPr>
          <w:p w14:paraId="0049BC11" w14:textId="77777777" w:rsidR="007A5E59" w:rsidRDefault="0095198F">
            <w:r>
              <w:t>надз</w:t>
            </w:r>
          </w:p>
        </w:tc>
      </w:tr>
      <w:tr w:rsidR="007A5E59" w14:paraId="5CB2F9C2" w14:textId="77777777">
        <w:trPr>
          <w:jc w:val="center"/>
        </w:trPr>
        <w:tc>
          <w:tcPr>
            <w:tcW w:w="0" w:type="auto"/>
          </w:tcPr>
          <w:p w14:paraId="21F3A93F" w14:textId="77777777" w:rsidR="007A5E59" w:rsidRDefault="0095198F">
            <w:pPr>
              <w:jc w:val="center"/>
            </w:pPr>
            <w:r>
              <w:t>344</w:t>
            </w:r>
          </w:p>
        </w:tc>
        <w:tc>
          <w:tcPr>
            <w:tcW w:w="0" w:type="auto"/>
          </w:tcPr>
          <w:p w14:paraId="1BB0A277" w14:textId="77777777" w:rsidR="007A5E59" w:rsidRDefault="0095198F">
            <w:r>
              <w:t>ТК-28 – ТК-28/1</w:t>
            </w:r>
          </w:p>
        </w:tc>
        <w:tc>
          <w:tcPr>
            <w:tcW w:w="0" w:type="auto"/>
          </w:tcPr>
          <w:p w14:paraId="62557B22" w14:textId="77777777" w:rsidR="007A5E59" w:rsidRDefault="0095198F">
            <w:pPr>
              <w:jc w:val="center"/>
            </w:pPr>
            <w:r>
              <w:t>300</w:t>
            </w:r>
          </w:p>
        </w:tc>
        <w:tc>
          <w:tcPr>
            <w:tcW w:w="0" w:type="auto"/>
          </w:tcPr>
          <w:p w14:paraId="0461A145" w14:textId="77777777" w:rsidR="007A5E59" w:rsidRDefault="0095198F">
            <w:pPr>
              <w:jc w:val="center"/>
            </w:pPr>
            <w:r>
              <w:t>1976</w:t>
            </w:r>
          </w:p>
        </w:tc>
        <w:tc>
          <w:tcPr>
            <w:tcW w:w="0" w:type="auto"/>
          </w:tcPr>
          <w:p w14:paraId="30748658" w14:textId="77777777" w:rsidR="007A5E59" w:rsidRDefault="0095198F">
            <w:pPr>
              <w:jc w:val="center"/>
            </w:pPr>
            <w:r>
              <w:t>130</w:t>
            </w:r>
          </w:p>
        </w:tc>
        <w:tc>
          <w:tcPr>
            <w:tcW w:w="0" w:type="auto"/>
          </w:tcPr>
          <w:p w14:paraId="0152B33E" w14:textId="77777777" w:rsidR="007A5E59" w:rsidRDefault="0095198F">
            <w:r>
              <w:t>надз</w:t>
            </w:r>
          </w:p>
        </w:tc>
      </w:tr>
      <w:tr w:rsidR="007A5E59" w14:paraId="7D1C207E" w14:textId="77777777">
        <w:trPr>
          <w:jc w:val="center"/>
        </w:trPr>
        <w:tc>
          <w:tcPr>
            <w:tcW w:w="0" w:type="auto"/>
          </w:tcPr>
          <w:p w14:paraId="59247612" w14:textId="77777777" w:rsidR="007A5E59" w:rsidRDefault="0095198F">
            <w:pPr>
              <w:jc w:val="center"/>
            </w:pPr>
            <w:r>
              <w:t>345</w:t>
            </w:r>
          </w:p>
        </w:tc>
        <w:tc>
          <w:tcPr>
            <w:tcW w:w="0" w:type="auto"/>
          </w:tcPr>
          <w:p w14:paraId="66D279BD" w14:textId="77777777" w:rsidR="007A5E59" w:rsidRDefault="0095198F">
            <w:r>
              <w:t>ТК-27 – ТК-28</w:t>
            </w:r>
          </w:p>
        </w:tc>
        <w:tc>
          <w:tcPr>
            <w:tcW w:w="0" w:type="auto"/>
          </w:tcPr>
          <w:p w14:paraId="33952266" w14:textId="77777777" w:rsidR="007A5E59" w:rsidRDefault="0095198F">
            <w:pPr>
              <w:jc w:val="center"/>
            </w:pPr>
            <w:r>
              <w:t>300</w:t>
            </w:r>
          </w:p>
        </w:tc>
        <w:tc>
          <w:tcPr>
            <w:tcW w:w="0" w:type="auto"/>
          </w:tcPr>
          <w:p w14:paraId="7B557B9E" w14:textId="77777777" w:rsidR="007A5E59" w:rsidRDefault="0095198F">
            <w:pPr>
              <w:jc w:val="center"/>
            </w:pPr>
            <w:r>
              <w:t>1976</w:t>
            </w:r>
          </w:p>
        </w:tc>
        <w:tc>
          <w:tcPr>
            <w:tcW w:w="0" w:type="auto"/>
          </w:tcPr>
          <w:p w14:paraId="19745111" w14:textId="77777777" w:rsidR="007A5E59" w:rsidRDefault="0095198F">
            <w:pPr>
              <w:jc w:val="center"/>
            </w:pPr>
            <w:r>
              <w:t>123</w:t>
            </w:r>
          </w:p>
        </w:tc>
        <w:tc>
          <w:tcPr>
            <w:tcW w:w="0" w:type="auto"/>
          </w:tcPr>
          <w:p w14:paraId="1E56A59C" w14:textId="77777777" w:rsidR="007A5E59" w:rsidRDefault="0095198F">
            <w:r>
              <w:t>надз</w:t>
            </w:r>
          </w:p>
        </w:tc>
      </w:tr>
      <w:tr w:rsidR="007A5E59" w14:paraId="3993235D" w14:textId="77777777">
        <w:trPr>
          <w:jc w:val="center"/>
        </w:trPr>
        <w:tc>
          <w:tcPr>
            <w:tcW w:w="0" w:type="auto"/>
          </w:tcPr>
          <w:p w14:paraId="3B178546" w14:textId="77777777" w:rsidR="007A5E59" w:rsidRDefault="0095198F">
            <w:pPr>
              <w:jc w:val="center"/>
            </w:pPr>
            <w:r>
              <w:t>346</w:t>
            </w:r>
          </w:p>
        </w:tc>
        <w:tc>
          <w:tcPr>
            <w:tcW w:w="0" w:type="auto"/>
          </w:tcPr>
          <w:p w14:paraId="10609FE1" w14:textId="77777777" w:rsidR="007A5E59" w:rsidRDefault="0095198F">
            <w:r>
              <w:t>ТК-27 – ТК-29</w:t>
            </w:r>
          </w:p>
        </w:tc>
        <w:tc>
          <w:tcPr>
            <w:tcW w:w="0" w:type="auto"/>
          </w:tcPr>
          <w:p w14:paraId="65E23F39" w14:textId="77777777" w:rsidR="007A5E59" w:rsidRDefault="0095198F">
            <w:pPr>
              <w:jc w:val="center"/>
            </w:pPr>
            <w:r>
              <w:t>100</w:t>
            </w:r>
          </w:p>
        </w:tc>
        <w:tc>
          <w:tcPr>
            <w:tcW w:w="0" w:type="auto"/>
          </w:tcPr>
          <w:p w14:paraId="33A0484C" w14:textId="77777777" w:rsidR="007A5E59" w:rsidRDefault="0095198F">
            <w:pPr>
              <w:jc w:val="center"/>
            </w:pPr>
            <w:r>
              <w:t>1976</w:t>
            </w:r>
          </w:p>
        </w:tc>
        <w:tc>
          <w:tcPr>
            <w:tcW w:w="0" w:type="auto"/>
          </w:tcPr>
          <w:p w14:paraId="2702563D" w14:textId="77777777" w:rsidR="007A5E59" w:rsidRDefault="0095198F">
            <w:pPr>
              <w:jc w:val="center"/>
            </w:pPr>
            <w:r>
              <w:t>29</w:t>
            </w:r>
          </w:p>
        </w:tc>
        <w:tc>
          <w:tcPr>
            <w:tcW w:w="0" w:type="auto"/>
          </w:tcPr>
          <w:p w14:paraId="1FB338B4" w14:textId="77777777" w:rsidR="007A5E59" w:rsidRDefault="0095198F">
            <w:r>
              <w:t>надз</w:t>
            </w:r>
          </w:p>
        </w:tc>
      </w:tr>
      <w:tr w:rsidR="007A5E59" w14:paraId="20F8D51A" w14:textId="77777777">
        <w:trPr>
          <w:jc w:val="center"/>
        </w:trPr>
        <w:tc>
          <w:tcPr>
            <w:tcW w:w="0" w:type="auto"/>
          </w:tcPr>
          <w:p w14:paraId="5CC075AF" w14:textId="77777777" w:rsidR="007A5E59" w:rsidRDefault="0095198F">
            <w:pPr>
              <w:jc w:val="center"/>
            </w:pPr>
            <w:r>
              <w:t>347</w:t>
            </w:r>
          </w:p>
        </w:tc>
        <w:tc>
          <w:tcPr>
            <w:tcW w:w="0" w:type="auto"/>
          </w:tcPr>
          <w:p w14:paraId="5E6F9EAD" w14:textId="77777777" w:rsidR="007A5E59" w:rsidRDefault="0095198F">
            <w:r>
              <w:t>ТК-27 – Бойлерная</w:t>
            </w:r>
          </w:p>
        </w:tc>
        <w:tc>
          <w:tcPr>
            <w:tcW w:w="0" w:type="auto"/>
          </w:tcPr>
          <w:p w14:paraId="7B274675" w14:textId="77777777" w:rsidR="007A5E59" w:rsidRDefault="0095198F">
            <w:pPr>
              <w:jc w:val="center"/>
            </w:pPr>
            <w:r>
              <w:t>300</w:t>
            </w:r>
          </w:p>
        </w:tc>
        <w:tc>
          <w:tcPr>
            <w:tcW w:w="0" w:type="auto"/>
          </w:tcPr>
          <w:p w14:paraId="2CC7011F" w14:textId="77777777" w:rsidR="007A5E59" w:rsidRDefault="0095198F">
            <w:pPr>
              <w:jc w:val="center"/>
            </w:pPr>
            <w:r>
              <w:t>1965</w:t>
            </w:r>
          </w:p>
        </w:tc>
        <w:tc>
          <w:tcPr>
            <w:tcW w:w="0" w:type="auto"/>
          </w:tcPr>
          <w:p w14:paraId="6982DD99" w14:textId="77777777" w:rsidR="007A5E59" w:rsidRDefault="0095198F">
            <w:pPr>
              <w:jc w:val="center"/>
            </w:pPr>
            <w:r>
              <w:t>95</w:t>
            </w:r>
          </w:p>
        </w:tc>
        <w:tc>
          <w:tcPr>
            <w:tcW w:w="0" w:type="auto"/>
          </w:tcPr>
          <w:p w14:paraId="5C7C2087" w14:textId="77777777" w:rsidR="007A5E59" w:rsidRDefault="0095198F">
            <w:r>
              <w:t>надз</w:t>
            </w:r>
          </w:p>
        </w:tc>
      </w:tr>
      <w:tr w:rsidR="007A5E59" w14:paraId="0DD08372" w14:textId="77777777">
        <w:trPr>
          <w:jc w:val="center"/>
        </w:trPr>
        <w:tc>
          <w:tcPr>
            <w:tcW w:w="0" w:type="auto"/>
          </w:tcPr>
          <w:p w14:paraId="05141C2B" w14:textId="77777777" w:rsidR="007A5E59" w:rsidRDefault="0095198F">
            <w:pPr>
              <w:jc w:val="center"/>
            </w:pPr>
            <w:r>
              <w:t>348</w:t>
            </w:r>
          </w:p>
        </w:tc>
        <w:tc>
          <w:tcPr>
            <w:tcW w:w="0" w:type="auto"/>
          </w:tcPr>
          <w:p w14:paraId="6F89494D" w14:textId="77777777" w:rsidR="007A5E59" w:rsidRDefault="0095198F">
            <w:r>
              <w:t>ВГСЧ – ТК-51</w:t>
            </w:r>
          </w:p>
        </w:tc>
        <w:tc>
          <w:tcPr>
            <w:tcW w:w="0" w:type="auto"/>
          </w:tcPr>
          <w:p w14:paraId="00CE0B35" w14:textId="77777777" w:rsidR="007A5E59" w:rsidRDefault="0095198F">
            <w:pPr>
              <w:jc w:val="center"/>
            </w:pPr>
            <w:r>
              <w:t>80</w:t>
            </w:r>
          </w:p>
        </w:tc>
        <w:tc>
          <w:tcPr>
            <w:tcW w:w="0" w:type="auto"/>
          </w:tcPr>
          <w:p w14:paraId="7B90AA05" w14:textId="77777777" w:rsidR="007A5E59" w:rsidRDefault="0095198F">
            <w:pPr>
              <w:jc w:val="center"/>
            </w:pPr>
            <w:r>
              <w:t>1971</w:t>
            </w:r>
          </w:p>
        </w:tc>
        <w:tc>
          <w:tcPr>
            <w:tcW w:w="0" w:type="auto"/>
          </w:tcPr>
          <w:p w14:paraId="77D783BD" w14:textId="77777777" w:rsidR="007A5E59" w:rsidRDefault="0095198F">
            <w:pPr>
              <w:jc w:val="center"/>
            </w:pPr>
            <w:r>
              <w:t>3</w:t>
            </w:r>
          </w:p>
        </w:tc>
        <w:tc>
          <w:tcPr>
            <w:tcW w:w="0" w:type="auto"/>
          </w:tcPr>
          <w:p w14:paraId="21E5F40E" w14:textId="77777777" w:rsidR="007A5E59" w:rsidRDefault="0095198F">
            <w:r>
              <w:t>надз</w:t>
            </w:r>
          </w:p>
        </w:tc>
      </w:tr>
      <w:tr w:rsidR="007A5E59" w14:paraId="0A3411D8" w14:textId="77777777">
        <w:trPr>
          <w:jc w:val="center"/>
        </w:trPr>
        <w:tc>
          <w:tcPr>
            <w:tcW w:w="0" w:type="auto"/>
          </w:tcPr>
          <w:p w14:paraId="134F7566" w14:textId="77777777" w:rsidR="007A5E59" w:rsidRDefault="0095198F">
            <w:pPr>
              <w:jc w:val="center"/>
            </w:pPr>
            <w:r>
              <w:t>349</w:t>
            </w:r>
          </w:p>
        </w:tc>
        <w:tc>
          <w:tcPr>
            <w:tcW w:w="0" w:type="auto"/>
          </w:tcPr>
          <w:p w14:paraId="6A577A62" w14:textId="77777777" w:rsidR="007A5E59" w:rsidRDefault="0095198F">
            <w:r>
              <w:t>ТК-45/1 – ТК-45/2</w:t>
            </w:r>
          </w:p>
        </w:tc>
        <w:tc>
          <w:tcPr>
            <w:tcW w:w="0" w:type="auto"/>
          </w:tcPr>
          <w:p w14:paraId="38FEE183" w14:textId="77777777" w:rsidR="007A5E59" w:rsidRDefault="0095198F">
            <w:pPr>
              <w:jc w:val="center"/>
            </w:pPr>
            <w:r>
              <w:t>100</w:t>
            </w:r>
          </w:p>
        </w:tc>
        <w:tc>
          <w:tcPr>
            <w:tcW w:w="0" w:type="auto"/>
          </w:tcPr>
          <w:p w14:paraId="251E2540" w14:textId="77777777" w:rsidR="007A5E59" w:rsidRDefault="0095198F">
            <w:pPr>
              <w:jc w:val="center"/>
            </w:pPr>
            <w:r>
              <w:t>1985</w:t>
            </w:r>
          </w:p>
        </w:tc>
        <w:tc>
          <w:tcPr>
            <w:tcW w:w="0" w:type="auto"/>
          </w:tcPr>
          <w:p w14:paraId="1087C6BE" w14:textId="77777777" w:rsidR="007A5E59" w:rsidRDefault="0095198F">
            <w:pPr>
              <w:jc w:val="center"/>
            </w:pPr>
            <w:r>
              <w:t>55</w:t>
            </w:r>
          </w:p>
        </w:tc>
        <w:tc>
          <w:tcPr>
            <w:tcW w:w="0" w:type="auto"/>
          </w:tcPr>
          <w:p w14:paraId="43E02D3B" w14:textId="77777777" w:rsidR="007A5E59" w:rsidRDefault="0095198F">
            <w:r>
              <w:t>надз</w:t>
            </w:r>
          </w:p>
        </w:tc>
      </w:tr>
      <w:tr w:rsidR="007A5E59" w14:paraId="3592B841" w14:textId="77777777">
        <w:trPr>
          <w:jc w:val="center"/>
        </w:trPr>
        <w:tc>
          <w:tcPr>
            <w:tcW w:w="0" w:type="auto"/>
          </w:tcPr>
          <w:p w14:paraId="0A9D440B" w14:textId="77777777" w:rsidR="007A5E59" w:rsidRDefault="0095198F">
            <w:pPr>
              <w:jc w:val="center"/>
            </w:pPr>
            <w:r>
              <w:t>350</w:t>
            </w:r>
          </w:p>
        </w:tc>
        <w:tc>
          <w:tcPr>
            <w:tcW w:w="0" w:type="auto"/>
          </w:tcPr>
          <w:p w14:paraId="4E4812CB" w14:textId="77777777" w:rsidR="007A5E59" w:rsidRDefault="0095198F">
            <w:r>
              <w:t>ТК-45/2 – БОЛЬНИЦА</w:t>
            </w:r>
          </w:p>
        </w:tc>
        <w:tc>
          <w:tcPr>
            <w:tcW w:w="0" w:type="auto"/>
          </w:tcPr>
          <w:p w14:paraId="3E05C372" w14:textId="77777777" w:rsidR="007A5E59" w:rsidRDefault="0095198F">
            <w:pPr>
              <w:jc w:val="center"/>
            </w:pPr>
            <w:r>
              <w:t>100</w:t>
            </w:r>
          </w:p>
        </w:tc>
        <w:tc>
          <w:tcPr>
            <w:tcW w:w="0" w:type="auto"/>
          </w:tcPr>
          <w:p w14:paraId="7E27D41D" w14:textId="77777777" w:rsidR="007A5E59" w:rsidRDefault="0095198F">
            <w:pPr>
              <w:jc w:val="center"/>
            </w:pPr>
            <w:r>
              <w:t>1985</w:t>
            </w:r>
          </w:p>
        </w:tc>
        <w:tc>
          <w:tcPr>
            <w:tcW w:w="0" w:type="auto"/>
          </w:tcPr>
          <w:p w14:paraId="5901455C" w14:textId="77777777" w:rsidR="007A5E59" w:rsidRDefault="0095198F">
            <w:pPr>
              <w:jc w:val="center"/>
            </w:pPr>
            <w:r>
              <w:t>172</w:t>
            </w:r>
          </w:p>
        </w:tc>
        <w:tc>
          <w:tcPr>
            <w:tcW w:w="0" w:type="auto"/>
          </w:tcPr>
          <w:p w14:paraId="20CEB8C2" w14:textId="77777777" w:rsidR="007A5E59" w:rsidRDefault="0095198F">
            <w:r>
              <w:t>надз</w:t>
            </w:r>
          </w:p>
        </w:tc>
      </w:tr>
      <w:tr w:rsidR="007A5E59" w14:paraId="797FD6A1" w14:textId="77777777">
        <w:trPr>
          <w:jc w:val="center"/>
        </w:trPr>
        <w:tc>
          <w:tcPr>
            <w:tcW w:w="0" w:type="auto"/>
          </w:tcPr>
          <w:p w14:paraId="58B35DEB" w14:textId="77777777" w:rsidR="007A5E59" w:rsidRDefault="0095198F">
            <w:pPr>
              <w:jc w:val="center"/>
            </w:pPr>
            <w:r>
              <w:t>351</w:t>
            </w:r>
          </w:p>
        </w:tc>
        <w:tc>
          <w:tcPr>
            <w:tcW w:w="0" w:type="auto"/>
          </w:tcPr>
          <w:p w14:paraId="7426E512" w14:textId="77777777" w:rsidR="007A5E59" w:rsidRDefault="0095198F">
            <w:r>
              <w:t>ТК-41/9 – ТК-41/9А</w:t>
            </w:r>
          </w:p>
        </w:tc>
        <w:tc>
          <w:tcPr>
            <w:tcW w:w="0" w:type="auto"/>
          </w:tcPr>
          <w:p w14:paraId="132EE88A" w14:textId="77777777" w:rsidR="007A5E59" w:rsidRDefault="0095198F">
            <w:pPr>
              <w:jc w:val="center"/>
            </w:pPr>
            <w:r>
              <w:t>65</w:t>
            </w:r>
          </w:p>
        </w:tc>
        <w:tc>
          <w:tcPr>
            <w:tcW w:w="0" w:type="auto"/>
          </w:tcPr>
          <w:p w14:paraId="099BB97F" w14:textId="77777777" w:rsidR="007A5E59" w:rsidRDefault="0095198F">
            <w:pPr>
              <w:jc w:val="center"/>
            </w:pPr>
            <w:r>
              <w:t>2004</w:t>
            </w:r>
          </w:p>
        </w:tc>
        <w:tc>
          <w:tcPr>
            <w:tcW w:w="0" w:type="auto"/>
          </w:tcPr>
          <w:p w14:paraId="3627FBED" w14:textId="77777777" w:rsidR="007A5E59" w:rsidRDefault="0095198F">
            <w:pPr>
              <w:jc w:val="center"/>
            </w:pPr>
            <w:r>
              <w:t>20</w:t>
            </w:r>
          </w:p>
        </w:tc>
        <w:tc>
          <w:tcPr>
            <w:tcW w:w="0" w:type="auto"/>
          </w:tcPr>
          <w:p w14:paraId="36F8952E" w14:textId="77777777" w:rsidR="007A5E59" w:rsidRDefault="0095198F">
            <w:r>
              <w:t>надз</w:t>
            </w:r>
          </w:p>
        </w:tc>
      </w:tr>
      <w:tr w:rsidR="007A5E59" w14:paraId="7BE5F252" w14:textId="77777777">
        <w:trPr>
          <w:jc w:val="center"/>
        </w:trPr>
        <w:tc>
          <w:tcPr>
            <w:tcW w:w="0" w:type="auto"/>
          </w:tcPr>
          <w:p w14:paraId="3859E549" w14:textId="77777777" w:rsidR="007A5E59" w:rsidRDefault="0095198F">
            <w:pPr>
              <w:jc w:val="center"/>
            </w:pPr>
            <w:r>
              <w:t>352</w:t>
            </w:r>
          </w:p>
        </w:tc>
        <w:tc>
          <w:tcPr>
            <w:tcW w:w="0" w:type="auto"/>
          </w:tcPr>
          <w:p w14:paraId="6BBDF2AA" w14:textId="77777777" w:rsidR="007A5E59" w:rsidRDefault="0095198F">
            <w:r>
              <w:t>ТК-41/8 – ТК-41/9</w:t>
            </w:r>
          </w:p>
        </w:tc>
        <w:tc>
          <w:tcPr>
            <w:tcW w:w="0" w:type="auto"/>
          </w:tcPr>
          <w:p w14:paraId="71135918" w14:textId="77777777" w:rsidR="007A5E59" w:rsidRDefault="0095198F">
            <w:pPr>
              <w:jc w:val="center"/>
            </w:pPr>
            <w:r>
              <w:t>250</w:t>
            </w:r>
          </w:p>
        </w:tc>
        <w:tc>
          <w:tcPr>
            <w:tcW w:w="0" w:type="auto"/>
          </w:tcPr>
          <w:p w14:paraId="0E4DD8F2" w14:textId="77777777" w:rsidR="007A5E59" w:rsidRDefault="0095198F">
            <w:pPr>
              <w:jc w:val="center"/>
            </w:pPr>
            <w:r>
              <w:t>2004</w:t>
            </w:r>
          </w:p>
        </w:tc>
        <w:tc>
          <w:tcPr>
            <w:tcW w:w="0" w:type="auto"/>
          </w:tcPr>
          <w:p w14:paraId="5B886CB1" w14:textId="77777777" w:rsidR="007A5E59" w:rsidRDefault="0095198F">
            <w:pPr>
              <w:jc w:val="center"/>
            </w:pPr>
            <w:r>
              <w:t>40</w:t>
            </w:r>
          </w:p>
        </w:tc>
        <w:tc>
          <w:tcPr>
            <w:tcW w:w="0" w:type="auto"/>
          </w:tcPr>
          <w:p w14:paraId="1BBEA5A9" w14:textId="77777777" w:rsidR="007A5E59" w:rsidRDefault="0095198F">
            <w:r>
              <w:t>надз</w:t>
            </w:r>
          </w:p>
        </w:tc>
      </w:tr>
      <w:tr w:rsidR="007A5E59" w14:paraId="6F435763" w14:textId="77777777">
        <w:trPr>
          <w:jc w:val="center"/>
        </w:trPr>
        <w:tc>
          <w:tcPr>
            <w:tcW w:w="0" w:type="auto"/>
          </w:tcPr>
          <w:p w14:paraId="3F8E4141" w14:textId="77777777" w:rsidR="007A5E59" w:rsidRDefault="0095198F">
            <w:pPr>
              <w:jc w:val="center"/>
            </w:pPr>
            <w:r>
              <w:t>353</w:t>
            </w:r>
          </w:p>
        </w:tc>
        <w:tc>
          <w:tcPr>
            <w:tcW w:w="0" w:type="auto"/>
          </w:tcPr>
          <w:p w14:paraId="4F6A320E" w14:textId="77777777" w:rsidR="007A5E59" w:rsidRDefault="0095198F">
            <w:r>
              <w:t>ТК-42 – ТК-42/15</w:t>
            </w:r>
          </w:p>
        </w:tc>
        <w:tc>
          <w:tcPr>
            <w:tcW w:w="0" w:type="auto"/>
          </w:tcPr>
          <w:p w14:paraId="380F1BF4" w14:textId="77777777" w:rsidR="007A5E59" w:rsidRDefault="0095198F">
            <w:pPr>
              <w:jc w:val="center"/>
            </w:pPr>
            <w:r>
              <w:t>150</w:t>
            </w:r>
          </w:p>
        </w:tc>
        <w:tc>
          <w:tcPr>
            <w:tcW w:w="0" w:type="auto"/>
          </w:tcPr>
          <w:p w14:paraId="36B02374" w14:textId="77777777" w:rsidR="007A5E59" w:rsidRDefault="0095198F">
            <w:pPr>
              <w:jc w:val="center"/>
            </w:pPr>
            <w:r>
              <w:t>1988</w:t>
            </w:r>
          </w:p>
        </w:tc>
        <w:tc>
          <w:tcPr>
            <w:tcW w:w="0" w:type="auto"/>
          </w:tcPr>
          <w:p w14:paraId="1E4CDB61" w14:textId="77777777" w:rsidR="007A5E59" w:rsidRDefault="0095198F">
            <w:pPr>
              <w:jc w:val="center"/>
            </w:pPr>
            <w:r>
              <w:t>60</w:t>
            </w:r>
          </w:p>
        </w:tc>
        <w:tc>
          <w:tcPr>
            <w:tcW w:w="0" w:type="auto"/>
          </w:tcPr>
          <w:p w14:paraId="0588E199" w14:textId="77777777" w:rsidR="007A5E59" w:rsidRDefault="0095198F">
            <w:r>
              <w:t>надз</w:t>
            </w:r>
          </w:p>
        </w:tc>
      </w:tr>
      <w:tr w:rsidR="007A5E59" w14:paraId="62F0AA76" w14:textId="77777777">
        <w:trPr>
          <w:jc w:val="center"/>
        </w:trPr>
        <w:tc>
          <w:tcPr>
            <w:tcW w:w="0" w:type="auto"/>
          </w:tcPr>
          <w:p w14:paraId="057C62A3" w14:textId="77777777" w:rsidR="007A5E59" w:rsidRDefault="0095198F">
            <w:pPr>
              <w:jc w:val="center"/>
            </w:pPr>
            <w:r>
              <w:t>354</w:t>
            </w:r>
          </w:p>
        </w:tc>
        <w:tc>
          <w:tcPr>
            <w:tcW w:w="0" w:type="auto"/>
          </w:tcPr>
          <w:p w14:paraId="0FE0A976" w14:textId="77777777" w:rsidR="007A5E59" w:rsidRDefault="0095198F">
            <w:r>
              <w:t>ТК-42/14 – ТК-42/13а</w:t>
            </w:r>
          </w:p>
        </w:tc>
        <w:tc>
          <w:tcPr>
            <w:tcW w:w="0" w:type="auto"/>
          </w:tcPr>
          <w:p w14:paraId="38D1C7B8" w14:textId="77777777" w:rsidR="007A5E59" w:rsidRDefault="0095198F">
            <w:pPr>
              <w:jc w:val="center"/>
            </w:pPr>
            <w:r>
              <w:t>80</w:t>
            </w:r>
          </w:p>
        </w:tc>
        <w:tc>
          <w:tcPr>
            <w:tcW w:w="0" w:type="auto"/>
          </w:tcPr>
          <w:p w14:paraId="62E7ABFE" w14:textId="77777777" w:rsidR="007A5E59" w:rsidRDefault="0095198F">
            <w:pPr>
              <w:jc w:val="center"/>
            </w:pPr>
            <w:r>
              <w:t>1991</w:t>
            </w:r>
          </w:p>
        </w:tc>
        <w:tc>
          <w:tcPr>
            <w:tcW w:w="0" w:type="auto"/>
          </w:tcPr>
          <w:p w14:paraId="6CBE1A6B" w14:textId="77777777" w:rsidR="007A5E59" w:rsidRDefault="0095198F">
            <w:pPr>
              <w:jc w:val="center"/>
            </w:pPr>
            <w:r>
              <w:t>21</w:t>
            </w:r>
          </w:p>
        </w:tc>
        <w:tc>
          <w:tcPr>
            <w:tcW w:w="0" w:type="auto"/>
          </w:tcPr>
          <w:p w14:paraId="54087155" w14:textId="77777777" w:rsidR="007A5E59" w:rsidRDefault="0095198F">
            <w:r>
              <w:t>надз</w:t>
            </w:r>
          </w:p>
        </w:tc>
      </w:tr>
      <w:tr w:rsidR="007A5E59" w14:paraId="5FFC9878" w14:textId="77777777">
        <w:trPr>
          <w:jc w:val="center"/>
        </w:trPr>
        <w:tc>
          <w:tcPr>
            <w:tcW w:w="0" w:type="auto"/>
          </w:tcPr>
          <w:p w14:paraId="45C84FE0" w14:textId="77777777" w:rsidR="007A5E59" w:rsidRDefault="0095198F">
            <w:pPr>
              <w:jc w:val="center"/>
            </w:pPr>
            <w:r>
              <w:t>355</w:t>
            </w:r>
          </w:p>
        </w:tc>
        <w:tc>
          <w:tcPr>
            <w:tcW w:w="0" w:type="auto"/>
          </w:tcPr>
          <w:p w14:paraId="30AD2A81" w14:textId="77777777" w:rsidR="007A5E59" w:rsidRDefault="0095198F">
            <w:r>
              <w:t>ТК-42/13А – ТК-42/13</w:t>
            </w:r>
          </w:p>
        </w:tc>
        <w:tc>
          <w:tcPr>
            <w:tcW w:w="0" w:type="auto"/>
          </w:tcPr>
          <w:p w14:paraId="7E446070" w14:textId="77777777" w:rsidR="007A5E59" w:rsidRDefault="0095198F">
            <w:pPr>
              <w:jc w:val="center"/>
            </w:pPr>
            <w:r>
              <w:t>80</w:t>
            </w:r>
          </w:p>
        </w:tc>
        <w:tc>
          <w:tcPr>
            <w:tcW w:w="0" w:type="auto"/>
          </w:tcPr>
          <w:p w14:paraId="2034B721" w14:textId="77777777" w:rsidR="007A5E59" w:rsidRDefault="0095198F">
            <w:pPr>
              <w:jc w:val="center"/>
            </w:pPr>
            <w:r>
              <w:t>1991</w:t>
            </w:r>
          </w:p>
        </w:tc>
        <w:tc>
          <w:tcPr>
            <w:tcW w:w="0" w:type="auto"/>
          </w:tcPr>
          <w:p w14:paraId="21622C01" w14:textId="77777777" w:rsidR="007A5E59" w:rsidRDefault="0095198F">
            <w:pPr>
              <w:jc w:val="center"/>
            </w:pPr>
            <w:r>
              <w:t>1</w:t>
            </w:r>
          </w:p>
        </w:tc>
        <w:tc>
          <w:tcPr>
            <w:tcW w:w="0" w:type="auto"/>
          </w:tcPr>
          <w:p w14:paraId="4E3EF2FC" w14:textId="77777777" w:rsidR="007A5E59" w:rsidRDefault="0095198F">
            <w:r>
              <w:t>надз</w:t>
            </w:r>
          </w:p>
        </w:tc>
      </w:tr>
      <w:tr w:rsidR="007A5E59" w14:paraId="1485AF5E" w14:textId="77777777">
        <w:trPr>
          <w:jc w:val="center"/>
        </w:trPr>
        <w:tc>
          <w:tcPr>
            <w:tcW w:w="0" w:type="auto"/>
          </w:tcPr>
          <w:p w14:paraId="78721526" w14:textId="77777777" w:rsidR="007A5E59" w:rsidRDefault="0095198F">
            <w:pPr>
              <w:jc w:val="center"/>
            </w:pPr>
            <w:r>
              <w:t>356</w:t>
            </w:r>
          </w:p>
        </w:tc>
        <w:tc>
          <w:tcPr>
            <w:tcW w:w="0" w:type="auto"/>
          </w:tcPr>
          <w:p w14:paraId="4BA23FAD" w14:textId="77777777" w:rsidR="007A5E59" w:rsidRDefault="0095198F">
            <w:r>
              <w:t>ТК-42/11 – ТК-42/13</w:t>
            </w:r>
          </w:p>
        </w:tc>
        <w:tc>
          <w:tcPr>
            <w:tcW w:w="0" w:type="auto"/>
          </w:tcPr>
          <w:p w14:paraId="2A71A6D7" w14:textId="77777777" w:rsidR="007A5E59" w:rsidRDefault="0095198F">
            <w:pPr>
              <w:jc w:val="center"/>
            </w:pPr>
            <w:r>
              <w:t>80</w:t>
            </w:r>
          </w:p>
        </w:tc>
        <w:tc>
          <w:tcPr>
            <w:tcW w:w="0" w:type="auto"/>
          </w:tcPr>
          <w:p w14:paraId="651A5B86" w14:textId="77777777" w:rsidR="007A5E59" w:rsidRDefault="0095198F">
            <w:pPr>
              <w:jc w:val="center"/>
            </w:pPr>
            <w:r>
              <w:t>1991</w:t>
            </w:r>
          </w:p>
        </w:tc>
        <w:tc>
          <w:tcPr>
            <w:tcW w:w="0" w:type="auto"/>
          </w:tcPr>
          <w:p w14:paraId="3F360037" w14:textId="77777777" w:rsidR="007A5E59" w:rsidRDefault="0095198F">
            <w:pPr>
              <w:jc w:val="center"/>
            </w:pPr>
            <w:r>
              <w:t>60</w:t>
            </w:r>
          </w:p>
        </w:tc>
        <w:tc>
          <w:tcPr>
            <w:tcW w:w="0" w:type="auto"/>
          </w:tcPr>
          <w:p w14:paraId="15B32456" w14:textId="77777777" w:rsidR="007A5E59" w:rsidRDefault="0095198F">
            <w:r>
              <w:t>надз</w:t>
            </w:r>
          </w:p>
        </w:tc>
      </w:tr>
      <w:tr w:rsidR="007A5E59" w14:paraId="4A61D7BB" w14:textId="77777777">
        <w:trPr>
          <w:jc w:val="center"/>
        </w:trPr>
        <w:tc>
          <w:tcPr>
            <w:tcW w:w="0" w:type="auto"/>
          </w:tcPr>
          <w:p w14:paraId="67A55E7F" w14:textId="77777777" w:rsidR="007A5E59" w:rsidRDefault="0095198F">
            <w:pPr>
              <w:jc w:val="center"/>
            </w:pPr>
            <w:r>
              <w:t>357</w:t>
            </w:r>
          </w:p>
        </w:tc>
        <w:tc>
          <w:tcPr>
            <w:tcW w:w="0" w:type="auto"/>
          </w:tcPr>
          <w:p w14:paraId="4E271490" w14:textId="77777777" w:rsidR="007A5E59" w:rsidRDefault="0095198F">
            <w:r>
              <w:t>ТК-42/11 – ТК-42/10</w:t>
            </w:r>
          </w:p>
        </w:tc>
        <w:tc>
          <w:tcPr>
            <w:tcW w:w="0" w:type="auto"/>
          </w:tcPr>
          <w:p w14:paraId="4C4CBDC4" w14:textId="77777777" w:rsidR="007A5E59" w:rsidRDefault="0095198F">
            <w:pPr>
              <w:jc w:val="center"/>
            </w:pPr>
            <w:r>
              <w:t>80</w:t>
            </w:r>
          </w:p>
        </w:tc>
        <w:tc>
          <w:tcPr>
            <w:tcW w:w="0" w:type="auto"/>
          </w:tcPr>
          <w:p w14:paraId="3718DFCC" w14:textId="77777777" w:rsidR="007A5E59" w:rsidRDefault="0095198F">
            <w:pPr>
              <w:jc w:val="center"/>
            </w:pPr>
            <w:r>
              <w:t>1991</w:t>
            </w:r>
          </w:p>
        </w:tc>
        <w:tc>
          <w:tcPr>
            <w:tcW w:w="0" w:type="auto"/>
          </w:tcPr>
          <w:p w14:paraId="504E558C" w14:textId="77777777" w:rsidR="007A5E59" w:rsidRDefault="0095198F">
            <w:pPr>
              <w:jc w:val="center"/>
            </w:pPr>
            <w:r>
              <w:t>24</w:t>
            </w:r>
          </w:p>
        </w:tc>
        <w:tc>
          <w:tcPr>
            <w:tcW w:w="0" w:type="auto"/>
          </w:tcPr>
          <w:p w14:paraId="6834BDCA" w14:textId="77777777" w:rsidR="007A5E59" w:rsidRDefault="0095198F">
            <w:r>
              <w:t>надз</w:t>
            </w:r>
          </w:p>
        </w:tc>
      </w:tr>
      <w:tr w:rsidR="007A5E59" w14:paraId="0FEC042B" w14:textId="77777777">
        <w:trPr>
          <w:jc w:val="center"/>
        </w:trPr>
        <w:tc>
          <w:tcPr>
            <w:tcW w:w="0" w:type="auto"/>
          </w:tcPr>
          <w:p w14:paraId="269E099C" w14:textId="77777777" w:rsidR="007A5E59" w:rsidRDefault="0095198F">
            <w:pPr>
              <w:jc w:val="center"/>
            </w:pPr>
            <w:r>
              <w:t>358</w:t>
            </w:r>
          </w:p>
        </w:tc>
        <w:tc>
          <w:tcPr>
            <w:tcW w:w="0" w:type="auto"/>
          </w:tcPr>
          <w:p w14:paraId="17E375FF" w14:textId="77777777" w:rsidR="007A5E59" w:rsidRDefault="0095198F">
            <w:r>
              <w:t>ТК-42/10 – ТК-42/9</w:t>
            </w:r>
          </w:p>
        </w:tc>
        <w:tc>
          <w:tcPr>
            <w:tcW w:w="0" w:type="auto"/>
          </w:tcPr>
          <w:p w14:paraId="0C3286B1" w14:textId="77777777" w:rsidR="007A5E59" w:rsidRDefault="0095198F">
            <w:pPr>
              <w:jc w:val="center"/>
            </w:pPr>
            <w:r>
              <w:t>100</w:t>
            </w:r>
          </w:p>
        </w:tc>
        <w:tc>
          <w:tcPr>
            <w:tcW w:w="0" w:type="auto"/>
          </w:tcPr>
          <w:p w14:paraId="0965D99E" w14:textId="77777777" w:rsidR="007A5E59" w:rsidRDefault="0095198F">
            <w:pPr>
              <w:jc w:val="center"/>
            </w:pPr>
            <w:r>
              <w:t>2010</w:t>
            </w:r>
          </w:p>
        </w:tc>
        <w:tc>
          <w:tcPr>
            <w:tcW w:w="0" w:type="auto"/>
          </w:tcPr>
          <w:p w14:paraId="235A4769" w14:textId="77777777" w:rsidR="007A5E59" w:rsidRDefault="0095198F">
            <w:pPr>
              <w:jc w:val="center"/>
            </w:pPr>
            <w:r>
              <w:t>30</w:t>
            </w:r>
          </w:p>
        </w:tc>
        <w:tc>
          <w:tcPr>
            <w:tcW w:w="0" w:type="auto"/>
          </w:tcPr>
          <w:p w14:paraId="597245C9" w14:textId="77777777" w:rsidR="007A5E59" w:rsidRDefault="0095198F">
            <w:r>
              <w:t>надз</w:t>
            </w:r>
          </w:p>
        </w:tc>
      </w:tr>
      <w:tr w:rsidR="007A5E59" w14:paraId="6AC3DA09" w14:textId="77777777">
        <w:trPr>
          <w:jc w:val="center"/>
        </w:trPr>
        <w:tc>
          <w:tcPr>
            <w:tcW w:w="0" w:type="auto"/>
          </w:tcPr>
          <w:p w14:paraId="6C68986C" w14:textId="77777777" w:rsidR="007A5E59" w:rsidRDefault="0095198F">
            <w:pPr>
              <w:jc w:val="center"/>
            </w:pPr>
            <w:r>
              <w:t>359</w:t>
            </w:r>
          </w:p>
        </w:tc>
        <w:tc>
          <w:tcPr>
            <w:tcW w:w="0" w:type="auto"/>
          </w:tcPr>
          <w:p w14:paraId="03AC46EC" w14:textId="77777777" w:rsidR="007A5E59" w:rsidRDefault="0095198F">
            <w:r>
              <w:t>ТК-42/9 – ТК-42/8</w:t>
            </w:r>
          </w:p>
        </w:tc>
        <w:tc>
          <w:tcPr>
            <w:tcW w:w="0" w:type="auto"/>
          </w:tcPr>
          <w:p w14:paraId="03297D91" w14:textId="77777777" w:rsidR="007A5E59" w:rsidRDefault="0095198F">
            <w:pPr>
              <w:jc w:val="center"/>
            </w:pPr>
            <w:r>
              <w:t>100</w:t>
            </w:r>
          </w:p>
        </w:tc>
        <w:tc>
          <w:tcPr>
            <w:tcW w:w="0" w:type="auto"/>
          </w:tcPr>
          <w:p w14:paraId="69C2CF22" w14:textId="77777777" w:rsidR="007A5E59" w:rsidRDefault="0095198F">
            <w:pPr>
              <w:jc w:val="center"/>
            </w:pPr>
            <w:r>
              <w:t>2010</w:t>
            </w:r>
          </w:p>
        </w:tc>
        <w:tc>
          <w:tcPr>
            <w:tcW w:w="0" w:type="auto"/>
          </w:tcPr>
          <w:p w14:paraId="719132AD" w14:textId="77777777" w:rsidR="007A5E59" w:rsidRDefault="0095198F">
            <w:pPr>
              <w:jc w:val="center"/>
            </w:pPr>
            <w:r>
              <w:t>51</w:t>
            </w:r>
          </w:p>
        </w:tc>
        <w:tc>
          <w:tcPr>
            <w:tcW w:w="0" w:type="auto"/>
          </w:tcPr>
          <w:p w14:paraId="6A521A32" w14:textId="77777777" w:rsidR="007A5E59" w:rsidRDefault="0095198F">
            <w:r>
              <w:t>надз</w:t>
            </w:r>
          </w:p>
        </w:tc>
      </w:tr>
      <w:tr w:rsidR="007A5E59" w14:paraId="76945358" w14:textId="77777777">
        <w:trPr>
          <w:jc w:val="center"/>
        </w:trPr>
        <w:tc>
          <w:tcPr>
            <w:tcW w:w="0" w:type="auto"/>
          </w:tcPr>
          <w:p w14:paraId="76907E5B" w14:textId="77777777" w:rsidR="007A5E59" w:rsidRDefault="0095198F">
            <w:pPr>
              <w:jc w:val="center"/>
            </w:pPr>
            <w:r>
              <w:t>360</w:t>
            </w:r>
          </w:p>
        </w:tc>
        <w:tc>
          <w:tcPr>
            <w:tcW w:w="0" w:type="auto"/>
          </w:tcPr>
          <w:p w14:paraId="204C6943" w14:textId="77777777" w:rsidR="007A5E59" w:rsidRDefault="0095198F">
            <w:r>
              <w:t>ТК-42/8 – ТК-42/7</w:t>
            </w:r>
          </w:p>
        </w:tc>
        <w:tc>
          <w:tcPr>
            <w:tcW w:w="0" w:type="auto"/>
          </w:tcPr>
          <w:p w14:paraId="2E6F0117" w14:textId="77777777" w:rsidR="007A5E59" w:rsidRDefault="0095198F">
            <w:pPr>
              <w:jc w:val="center"/>
            </w:pPr>
            <w:r>
              <w:t>100</w:t>
            </w:r>
          </w:p>
        </w:tc>
        <w:tc>
          <w:tcPr>
            <w:tcW w:w="0" w:type="auto"/>
          </w:tcPr>
          <w:p w14:paraId="73898959" w14:textId="77777777" w:rsidR="007A5E59" w:rsidRDefault="0095198F">
            <w:pPr>
              <w:jc w:val="center"/>
            </w:pPr>
            <w:r>
              <w:t>2010</w:t>
            </w:r>
          </w:p>
        </w:tc>
        <w:tc>
          <w:tcPr>
            <w:tcW w:w="0" w:type="auto"/>
          </w:tcPr>
          <w:p w14:paraId="7E670BCC" w14:textId="77777777" w:rsidR="007A5E59" w:rsidRDefault="0095198F">
            <w:pPr>
              <w:jc w:val="center"/>
            </w:pPr>
            <w:r>
              <w:t>15</w:t>
            </w:r>
          </w:p>
        </w:tc>
        <w:tc>
          <w:tcPr>
            <w:tcW w:w="0" w:type="auto"/>
          </w:tcPr>
          <w:p w14:paraId="523C83AD" w14:textId="77777777" w:rsidR="007A5E59" w:rsidRDefault="0095198F">
            <w:r>
              <w:t>надз</w:t>
            </w:r>
          </w:p>
        </w:tc>
      </w:tr>
      <w:tr w:rsidR="007A5E59" w14:paraId="6E91F587" w14:textId="77777777">
        <w:trPr>
          <w:jc w:val="center"/>
        </w:trPr>
        <w:tc>
          <w:tcPr>
            <w:tcW w:w="0" w:type="auto"/>
          </w:tcPr>
          <w:p w14:paraId="334E4C75" w14:textId="77777777" w:rsidR="007A5E59" w:rsidRDefault="0095198F">
            <w:pPr>
              <w:jc w:val="center"/>
            </w:pPr>
            <w:r>
              <w:t>361</w:t>
            </w:r>
          </w:p>
        </w:tc>
        <w:tc>
          <w:tcPr>
            <w:tcW w:w="0" w:type="auto"/>
          </w:tcPr>
          <w:p w14:paraId="5DD7F726" w14:textId="77777777" w:rsidR="007A5E59" w:rsidRDefault="0095198F">
            <w:r>
              <w:t>ТК-42/7а – ТК-42/7</w:t>
            </w:r>
          </w:p>
        </w:tc>
        <w:tc>
          <w:tcPr>
            <w:tcW w:w="0" w:type="auto"/>
          </w:tcPr>
          <w:p w14:paraId="4131540E" w14:textId="77777777" w:rsidR="007A5E59" w:rsidRDefault="0095198F">
            <w:pPr>
              <w:jc w:val="center"/>
            </w:pPr>
            <w:r>
              <w:t>100</w:t>
            </w:r>
          </w:p>
        </w:tc>
        <w:tc>
          <w:tcPr>
            <w:tcW w:w="0" w:type="auto"/>
          </w:tcPr>
          <w:p w14:paraId="1C728277" w14:textId="77777777" w:rsidR="007A5E59" w:rsidRDefault="0095198F">
            <w:pPr>
              <w:jc w:val="center"/>
            </w:pPr>
            <w:r>
              <w:t>2010</w:t>
            </w:r>
          </w:p>
        </w:tc>
        <w:tc>
          <w:tcPr>
            <w:tcW w:w="0" w:type="auto"/>
          </w:tcPr>
          <w:p w14:paraId="7003DFDA" w14:textId="77777777" w:rsidR="007A5E59" w:rsidRDefault="0095198F">
            <w:pPr>
              <w:jc w:val="center"/>
            </w:pPr>
            <w:r>
              <w:t>55</w:t>
            </w:r>
          </w:p>
        </w:tc>
        <w:tc>
          <w:tcPr>
            <w:tcW w:w="0" w:type="auto"/>
          </w:tcPr>
          <w:p w14:paraId="5FAF991E" w14:textId="77777777" w:rsidR="007A5E59" w:rsidRDefault="0095198F">
            <w:r>
              <w:t>надз</w:t>
            </w:r>
          </w:p>
        </w:tc>
      </w:tr>
      <w:tr w:rsidR="007A5E59" w14:paraId="2D947DF7" w14:textId="77777777">
        <w:trPr>
          <w:jc w:val="center"/>
        </w:trPr>
        <w:tc>
          <w:tcPr>
            <w:tcW w:w="0" w:type="auto"/>
          </w:tcPr>
          <w:p w14:paraId="70852FE1" w14:textId="77777777" w:rsidR="007A5E59" w:rsidRDefault="0095198F">
            <w:pPr>
              <w:jc w:val="center"/>
            </w:pPr>
            <w:r>
              <w:t>362</w:t>
            </w:r>
          </w:p>
        </w:tc>
        <w:tc>
          <w:tcPr>
            <w:tcW w:w="0" w:type="auto"/>
          </w:tcPr>
          <w:p w14:paraId="408AC40C" w14:textId="77777777" w:rsidR="007A5E59" w:rsidRDefault="0095198F">
            <w:r>
              <w:t>ТК-42/7 – ТК-42/6</w:t>
            </w:r>
          </w:p>
        </w:tc>
        <w:tc>
          <w:tcPr>
            <w:tcW w:w="0" w:type="auto"/>
          </w:tcPr>
          <w:p w14:paraId="268FDD33" w14:textId="77777777" w:rsidR="007A5E59" w:rsidRDefault="0095198F">
            <w:pPr>
              <w:jc w:val="center"/>
            </w:pPr>
            <w:r>
              <w:t>100</w:t>
            </w:r>
          </w:p>
        </w:tc>
        <w:tc>
          <w:tcPr>
            <w:tcW w:w="0" w:type="auto"/>
          </w:tcPr>
          <w:p w14:paraId="7825A306" w14:textId="77777777" w:rsidR="007A5E59" w:rsidRDefault="0095198F">
            <w:pPr>
              <w:jc w:val="center"/>
            </w:pPr>
            <w:r>
              <w:t>2010</w:t>
            </w:r>
          </w:p>
        </w:tc>
        <w:tc>
          <w:tcPr>
            <w:tcW w:w="0" w:type="auto"/>
          </w:tcPr>
          <w:p w14:paraId="56EC118B" w14:textId="77777777" w:rsidR="007A5E59" w:rsidRDefault="0095198F">
            <w:pPr>
              <w:jc w:val="center"/>
            </w:pPr>
            <w:r>
              <w:t>29</w:t>
            </w:r>
          </w:p>
        </w:tc>
        <w:tc>
          <w:tcPr>
            <w:tcW w:w="0" w:type="auto"/>
          </w:tcPr>
          <w:p w14:paraId="3969DEC8" w14:textId="77777777" w:rsidR="007A5E59" w:rsidRDefault="0095198F">
            <w:r>
              <w:t>надз</w:t>
            </w:r>
          </w:p>
        </w:tc>
      </w:tr>
      <w:tr w:rsidR="007A5E59" w14:paraId="66459035" w14:textId="77777777">
        <w:trPr>
          <w:jc w:val="center"/>
        </w:trPr>
        <w:tc>
          <w:tcPr>
            <w:tcW w:w="0" w:type="auto"/>
          </w:tcPr>
          <w:p w14:paraId="34B1485E" w14:textId="77777777" w:rsidR="007A5E59" w:rsidRDefault="0095198F">
            <w:pPr>
              <w:jc w:val="center"/>
            </w:pPr>
            <w:r>
              <w:t>363</w:t>
            </w:r>
          </w:p>
        </w:tc>
        <w:tc>
          <w:tcPr>
            <w:tcW w:w="0" w:type="auto"/>
          </w:tcPr>
          <w:p w14:paraId="10321D9C" w14:textId="77777777" w:rsidR="007A5E59" w:rsidRDefault="0095198F">
            <w:r>
              <w:t>ТК-42/6 – ТК-42/5а</w:t>
            </w:r>
          </w:p>
        </w:tc>
        <w:tc>
          <w:tcPr>
            <w:tcW w:w="0" w:type="auto"/>
          </w:tcPr>
          <w:p w14:paraId="6DA6ACE1" w14:textId="77777777" w:rsidR="007A5E59" w:rsidRDefault="0095198F">
            <w:pPr>
              <w:jc w:val="center"/>
            </w:pPr>
            <w:r>
              <w:t>100</w:t>
            </w:r>
          </w:p>
        </w:tc>
        <w:tc>
          <w:tcPr>
            <w:tcW w:w="0" w:type="auto"/>
          </w:tcPr>
          <w:p w14:paraId="2E433152" w14:textId="77777777" w:rsidR="007A5E59" w:rsidRDefault="0095198F">
            <w:pPr>
              <w:jc w:val="center"/>
            </w:pPr>
            <w:r>
              <w:t>2010</w:t>
            </w:r>
          </w:p>
        </w:tc>
        <w:tc>
          <w:tcPr>
            <w:tcW w:w="0" w:type="auto"/>
          </w:tcPr>
          <w:p w14:paraId="62C7DABF" w14:textId="77777777" w:rsidR="007A5E59" w:rsidRDefault="0095198F">
            <w:pPr>
              <w:jc w:val="center"/>
            </w:pPr>
            <w:r>
              <w:t>21</w:t>
            </w:r>
          </w:p>
        </w:tc>
        <w:tc>
          <w:tcPr>
            <w:tcW w:w="0" w:type="auto"/>
          </w:tcPr>
          <w:p w14:paraId="281FC7ED" w14:textId="77777777" w:rsidR="007A5E59" w:rsidRDefault="0095198F">
            <w:r>
              <w:t>надз</w:t>
            </w:r>
          </w:p>
        </w:tc>
      </w:tr>
      <w:tr w:rsidR="007A5E59" w14:paraId="50DA9A5C" w14:textId="77777777">
        <w:trPr>
          <w:jc w:val="center"/>
        </w:trPr>
        <w:tc>
          <w:tcPr>
            <w:tcW w:w="0" w:type="auto"/>
          </w:tcPr>
          <w:p w14:paraId="15BA3B8A" w14:textId="77777777" w:rsidR="007A5E59" w:rsidRDefault="0095198F">
            <w:pPr>
              <w:jc w:val="center"/>
            </w:pPr>
            <w:r>
              <w:t>364</w:t>
            </w:r>
          </w:p>
        </w:tc>
        <w:tc>
          <w:tcPr>
            <w:tcW w:w="0" w:type="auto"/>
          </w:tcPr>
          <w:p w14:paraId="248AE165" w14:textId="77777777" w:rsidR="007A5E59" w:rsidRDefault="0095198F">
            <w:r>
              <w:t>ТК-42/5а – ТК-42/5</w:t>
            </w:r>
          </w:p>
        </w:tc>
        <w:tc>
          <w:tcPr>
            <w:tcW w:w="0" w:type="auto"/>
          </w:tcPr>
          <w:p w14:paraId="7EF5A55F" w14:textId="77777777" w:rsidR="007A5E59" w:rsidRDefault="0095198F">
            <w:pPr>
              <w:jc w:val="center"/>
            </w:pPr>
            <w:r>
              <w:t>100</w:t>
            </w:r>
          </w:p>
        </w:tc>
        <w:tc>
          <w:tcPr>
            <w:tcW w:w="0" w:type="auto"/>
          </w:tcPr>
          <w:p w14:paraId="30D62ADE" w14:textId="77777777" w:rsidR="007A5E59" w:rsidRDefault="0095198F">
            <w:pPr>
              <w:jc w:val="center"/>
            </w:pPr>
            <w:r>
              <w:t>2010</w:t>
            </w:r>
          </w:p>
        </w:tc>
        <w:tc>
          <w:tcPr>
            <w:tcW w:w="0" w:type="auto"/>
          </w:tcPr>
          <w:p w14:paraId="23375C25" w14:textId="77777777" w:rsidR="007A5E59" w:rsidRDefault="0095198F">
            <w:pPr>
              <w:jc w:val="center"/>
            </w:pPr>
            <w:r>
              <w:t>8</w:t>
            </w:r>
          </w:p>
        </w:tc>
        <w:tc>
          <w:tcPr>
            <w:tcW w:w="0" w:type="auto"/>
          </w:tcPr>
          <w:p w14:paraId="1DD6B496" w14:textId="77777777" w:rsidR="007A5E59" w:rsidRDefault="0095198F">
            <w:r>
              <w:t>надз</w:t>
            </w:r>
          </w:p>
        </w:tc>
      </w:tr>
      <w:tr w:rsidR="007A5E59" w14:paraId="00690D62" w14:textId="77777777">
        <w:trPr>
          <w:jc w:val="center"/>
        </w:trPr>
        <w:tc>
          <w:tcPr>
            <w:tcW w:w="0" w:type="auto"/>
          </w:tcPr>
          <w:p w14:paraId="6D609A47" w14:textId="77777777" w:rsidR="007A5E59" w:rsidRDefault="0095198F">
            <w:pPr>
              <w:jc w:val="center"/>
            </w:pPr>
            <w:r>
              <w:t>365</w:t>
            </w:r>
          </w:p>
        </w:tc>
        <w:tc>
          <w:tcPr>
            <w:tcW w:w="0" w:type="auto"/>
          </w:tcPr>
          <w:p w14:paraId="2E0B9459" w14:textId="77777777" w:rsidR="007A5E59" w:rsidRDefault="0095198F">
            <w:r>
              <w:t>ТК-42/5 – ТК-42/4</w:t>
            </w:r>
          </w:p>
        </w:tc>
        <w:tc>
          <w:tcPr>
            <w:tcW w:w="0" w:type="auto"/>
          </w:tcPr>
          <w:p w14:paraId="0D46EC3B" w14:textId="77777777" w:rsidR="007A5E59" w:rsidRDefault="0095198F">
            <w:pPr>
              <w:jc w:val="center"/>
            </w:pPr>
            <w:r>
              <w:t>100</w:t>
            </w:r>
          </w:p>
        </w:tc>
        <w:tc>
          <w:tcPr>
            <w:tcW w:w="0" w:type="auto"/>
          </w:tcPr>
          <w:p w14:paraId="74E15B5D" w14:textId="77777777" w:rsidR="007A5E59" w:rsidRDefault="0095198F">
            <w:pPr>
              <w:jc w:val="center"/>
            </w:pPr>
            <w:r>
              <w:t>2010</w:t>
            </w:r>
          </w:p>
        </w:tc>
        <w:tc>
          <w:tcPr>
            <w:tcW w:w="0" w:type="auto"/>
          </w:tcPr>
          <w:p w14:paraId="047AE704" w14:textId="77777777" w:rsidR="007A5E59" w:rsidRDefault="0095198F">
            <w:pPr>
              <w:jc w:val="center"/>
            </w:pPr>
            <w:r>
              <w:t>21</w:t>
            </w:r>
          </w:p>
        </w:tc>
        <w:tc>
          <w:tcPr>
            <w:tcW w:w="0" w:type="auto"/>
          </w:tcPr>
          <w:p w14:paraId="79FD2B0A" w14:textId="77777777" w:rsidR="007A5E59" w:rsidRDefault="0095198F">
            <w:r>
              <w:t>надз</w:t>
            </w:r>
          </w:p>
        </w:tc>
      </w:tr>
      <w:tr w:rsidR="007A5E59" w14:paraId="219A6309" w14:textId="77777777">
        <w:trPr>
          <w:jc w:val="center"/>
        </w:trPr>
        <w:tc>
          <w:tcPr>
            <w:tcW w:w="0" w:type="auto"/>
          </w:tcPr>
          <w:p w14:paraId="593307B2" w14:textId="77777777" w:rsidR="007A5E59" w:rsidRDefault="0095198F">
            <w:pPr>
              <w:jc w:val="center"/>
            </w:pPr>
            <w:r>
              <w:t>366</w:t>
            </w:r>
          </w:p>
        </w:tc>
        <w:tc>
          <w:tcPr>
            <w:tcW w:w="0" w:type="auto"/>
          </w:tcPr>
          <w:p w14:paraId="15BB201E" w14:textId="77777777" w:rsidR="007A5E59" w:rsidRDefault="0095198F">
            <w:r>
              <w:t>ТК-42/4 – ТК-42/3</w:t>
            </w:r>
          </w:p>
        </w:tc>
        <w:tc>
          <w:tcPr>
            <w:tcW w:w="0" w:type="auto"/>
          </w:tcPr>
          <w:p w14:paraId="46CBE8B4" w14:textId="77777777" w:rsidR="007A5E59" w:rsidRDefault="0095198F">
            <w:pPr>
              <w:jc w:val="center"/>
            </w:pPr>
            <w:r>
              <w:t>100</w:t>
            </w:r>
          </w:p>
        </w:tc>
        <w:tc>
          <w:tcPr>
            <w:tcW w:w="0" w:type="auto"/>
          </w:tcPr>
          <w:p w14:paraId="17AB1803" w14:textId="77777777" w:rsidR="007A5E59" w:rsidRDefault="0095198F">
            <w:pPr>
              <w:jc w:val="center"/>
            </w:pPr>
            <w:r>
              <w:t>2010</w:t>
            </w:r>
          </w:p>
        </w:tc>
        <w:tc>
          <w:tcPr>
            <w:tcW w:w="0" w:type="auto"/>
          </w:tcPr>
          <w:p w14:paraId="19C4DDAB" w14:textId="77777777" w:rsidR="007A5E59" w:rsidRDefault="0095198F">
            <w:pPr>
              <w:jc w:val="center"/>
            </w:pPr>
            <w:r>
              <w:t>22</w:t>
            </w:r>
          </w:p>
        </w:tc>
        <w:tc>
          <w:tcPr>
            <w:tcW w:w="0" w:type="auto"/>
          </w:tcPr>
          <w:p w14:paraId="3078B3E7" w14:textId="77777777" w:rsidR="007A5E59" w:rsidRDefault="0095198F">
            <w:r>
              <w:t>надз</w:t>
            </w:r>
          </w:p>
        </w:tc>
      </w:tr>
      <w:tr w:rsidR="007A5E59" w14:paraId="2D58EDAA" w14:textId="77777777">
        <w:trPr>
          <w:jc w:val="center"/>
        </w:trPr>
        <w:tc>
          <w:tcPr>
            <w:tcW w:w="0" w:type="auto"/>
          </w:tcPr>
          <w:p w14:paraId="3AD61A00" w14:textId="77777777" w:rsidR="007A5E59" w:rsidRDefault="0095198F">
            <w:pPr>
              <w:jc w:val="center"/>
            </w:pPr>
            <w:r>
              <w:t>367</w:t>
            </w:r>
          </w:p>
        </w:tc>
        <w:tc>
          <w:tcPr>
            <w:tcW w:w="0" w:type="auto"/>
          </w:tcPr>
          <w:p w14:paraId="42B041A6" w14:textId="77777777" w:rsidR="007A5E59" w:rsidRDefault="0095198F">
            <w:r>
              <w:t>ТК-42/2 – ТК-42/3</w:t>
            </w:r>
          </w:p>
        </w:tc>
        <w:tc>
          <w:tcPr>
            <w:tcW w:w="0" w:type="auto"/>
          </w:tcPr>
          <w:p w14:paraId="7ED35A5D" w14:textId="77777777" w:rsidR="007A5E59" w:rsidRDefault="0095198F">
            <w:pPr>
              <w:jc w:val="center"/>
            </w:pPr>
            <w:r>
              <w:t>100</w:t>
            </w:r>
          </w:p>
        </w:tc>
        <w:tc>
          <w:tcPr>
            <w:tcW w:w="0" w:type="auto"/>
          </w:tcPr>
          <w:p w14:paraId="0D3E928E" w14:textId="77777777" w:rsidR="007A5E59" w:rsidRDefault="0095198F">
            <w:pPr>
              <w:jc w:val="center"/>
            </w:pPr>
            <w:r>
              <w:t>2010</w:t>
            </w:r>
          </w:p>
        </w:tc>
        <w:tc>
          <w:tcPr>
            <w:tcW w:w="0" w:type="auto"/>
          </w:tcPr>
          <w:p w14:paraId="3489134D" w14:textId="77777777" w:rsidR="007A5E59" w:rsidRDefault="0095198F">
            <w:pPr>
              <w:jc w:val="center"/>
            </w:pPr>
            <w:r>
              <w:t>21</w:t>
            </w:r>
          </w:p>
        </w:tc>
        <w:tc>
          <w:tcPr>
            <w:tcW w:w="0" w:type="auto"/>
          </w:tcPr>
          <w:p w14:paraId="09B62FEB" w14:textId="77777777" w:rsidR="007A5E59" w:rsidRDefault="0095198F">
            <w:r>
              <w:t>надз</w:t>
            </w:r>
          </w:p>
        </w:tc>
      </w:tr>
      <w:tr w:rsidR="007A5E59" w14:paraId="60D90FD1" w14:textId="77777777">
        <w:trPr>
          <w:jc w:val="center"/>
        </w:trPr>
        <w:tc>
          <w:tcPr>
            <w:tcW w:w="0" w:type="auto"/>
          </w:tcPr>
          <w:p w14:paraId="47A25B70" w14:textId="77777777" w:rsidR="007A5E59" w:rsidRDefault="0095198F">
            <w:pPr>
              <w:jc w:val="center"/>
            </w:pPr>
            <w:r>
              <w:t>368</w:t>
            </w:r>
          </w:p>
        </w:tc>
        <w:tc>
          <w:tcPr>
            <w:tcW w:w="0" w:type="auto"/>
          </w:tcPr>
          <w:p w14:paraId="3A9AB8DF" w14:textId="77777777" w:rsidR="007A5E59" w:rsidRDefault="0095198F">
            <w:r>
              <w:t>ТК-42/2 – ТК-42/1</w:t>
            </w:r>
          </w:p>
        </w:tc>
        <w:tc>
          <w:tcPr>
            <w:tcW w:w="0" w:type="auto"/>
          </w:tcPr>
          <w:p w14:paraId="5CB30D0A" w14:textId="77777777" w:rsidR="007A5E59" w:rsidRDefault="0095198F">
            <w:pPr>
              <w:jc w:val="center"/>
            </w:pPr>
            <w:r>
              <w:t>100</w:t>
            </w:r>
          </w:p>
        </w:tc>
        <w:tc>
          <w:tcPr>
            <w:tcW w:w="0" w:type="auto"/>
          </w:tcPr>
          <w:p w14:paraId="5C082427" w14:textId="77777777" w:rsidR="007A5E59" w:rsidRDefault="0095198F">
            <w:pPr>
              <w:jc w:val="center"/>
            </w:pPr>
            <w:r>
              <w:t>2010</w:t>
            </w:r>
          </w:p>
        </w:tc>
        <w:tc>
          <w:tcPr>
            <w:tcW w:w="0" w:type="auto"/>
          </w:tcPr>
          <w:p w14:paraId="3F5FDF1C" w14:textId="77777777" w:rsidR="007A5E59" w:rsidRDefault="0095198F">
            <w:pPr>
              <w:jc w:val="center"/>
            </w:pPr>
            <w:r>
              <w:t>20</w:t>
            </w:r>
          </w:p>
        </w:tc>
        <w:tc>
          <w:tcPr>
            <w:tcW w:w="0" w:type="auto"/>
          </w:tcPr>
          <w:p w14:paraId="5BFF0113" w14:textId="77777777" w:rsidR="007A5E59" w:rsidRDefault="0095198F">
            <w:r>
              <w:t>надз</w:t>
            </w:r>
          </w:p>
        </w:tc>
      </w:tr>
      <w:tr w:rsidR="007A5E59" w14:paraId="118D3861" w14:textId="77777777">
        <w:trPr>
          <w:jc w:val="center"/>
        </w:trPr>
        <w:tc>
          <w:tcPr>
            <w:tcW w:w="0" w:type="auto"/>
          </w:tcPr>
          <w:p w14:paraId="02409D92" w14:textId="77777777" w:rsidR="007A5E59" w:rsidRDefault="0095198F">
            <w:pPr>
              <w:jc w:val="center"/>
            </w:pPr>
            <w:r>
              <w:t>369</w:t>
            </w:r>
          </w:p>
        </w:tc>
        <w:tc>
          <w:tcPr>
            <w:tcW w:w="0" w:type="auto"/>
          </w:tcPr>
          <w:p w14:paraId="03E998F3" w14:textId="77777777" w:rsidR="007A5E59" w:rsidRDefault="0095198F">
            <w:r>
              <w:t>ТК-42/1 – ТК-42</w:t>
            </w:r>
          </w:p>
        </w:tc>
        <w:tc>
          <w:tcPr>
            <w:tcW w:w="0" w:type="auto"/>
          </w:tcPr>
          <w:p w14:paraId="339D4A84" w14:textId="77777777" w:rsidR="007A5E59" w:rsidRDefault="0095198F">
            <w:pPr>
              <w:jc w:val="center"/>
            </w:pPr>
            <w:r>
              <w:t>100</w:t>
            </w:r>
          </w:p>
        </w:tc>
        <w:tc>
          <w:tcPr>
            <w:tcW w:w="0" w:type="auto"/>
          </w:tcPr>
          <w:p w14:paraId="3440892E" w14:textId="77777777" w:rsidR="007A5E59" w:rsidRDefault="0095198F">
            <w:pPr>
              <w:jc w:val="center"/>
            </w:pPr>
            <w:r>
              <w:t>2010</w:t>
            </w:r>
          </w:p>
        </w:tc>
        <w:tc>
          <w:tcPr>
            <w:tcW w:w="0" w:type="auto"/>
          </w:tcPr>
          <w:p w14:paraId="2ADB6F22" w14:textId="77777777" w:rsidR="007A5E59" w:rsidRDefault="0095198F">
            <w:pPr>
              <w:jc w:val="center"/>
            </w:pPr>
            <w:r>
              <w:t>210</w:t>
            </w:r>
          </w:p>
        </w:tc>
        <w:tc>
          <w:tcPr>
            <w:tcW w:w="0" w:type="auto"/>
          </w:tcPr>
          <w:p w14:paraId="3F433D23" w14:textId="77777777" w:rsidR="007A5E59" w:rsidRDefault="0095198F">
            <w:r>
              <w:t>надз</w:t>
            </w:r>
          </w:p>
        </w:tc>
      </w:tr>
      <w:tr w:rsidR="007A5E59" w14:paraId="7FEC586B" w14:textId="77777777">
        <w:trPr>
          <w:jc w:val="center"/>
        </w:trPr>
        <w:tc>
          <w:tcPr>
            <w:tcW w:w="0" w:type="auto"/>
          </w:tcPr>
          <w:p w14:paraId="71B89623" w14:textId="77777777" w:rsidR="007A5E59" w:rsidRDefault="0095198F">
            <w:pPr>
              <w:jc w:val="center"/>
            </w:pPr>
            <w:r>
              <w:t>370</w:t>
            </w:r>
          </w:p>
        </w:tc>
        <w:tc>
          <w:tcPr>
            <w:tcW w:w="0" w:type="auto"/>
          </w:tcPr>
          <w:p w14:paraId="51649FB2" w14:textId="77777777" w:rsidR="007A5E59" w:rsidRDefault="0095198F">
            <w:r>
              <w:t>ТК-41/4 – ТК-41/3</w:t>
            </w:r>
          </w:p>
        </w:tc>
        <w:tc>
          <w:tcPr>
            <w:tcW w:w="0" w:type="auto"/>
          </w:tcPr>
          <w:p w14:paraId="1C4F478F" w14:textId="77777777" w:rsidR="007A5E59" w:rsidRDefault="0095198F">
            <w:pPr>
              <w:jc w:val="center"/>
            </w:pPr>
            <w:r>
              <w:t>200</w:t>
            </w:r>
          </w:p>
        </w:tc>
        <w:tc>
          <w:tcPr>
            <w:tcW w:w="0" w:type="auto"/>
          </w:tcPr>
          <w:p w14:paraId="2878EEE6" w14:textId="77777777" w:rsidR="007A5E59" w:rsidRDefault="0095198F">
            <w:pPr>
              <w:jc w:val="center"/>
            </w:pPr>
            <w:r>
              <w:t>2004</w:t>
            </w:r>
          </w:p>
        </w:tc>
        <w:tc>
          <w:tcPr>
            <w:tcW w:w="0" w:type="auto"/>
          </w:tcPr>
          <w:p w14:paraId="4271BF00" w14:textId="77777777" w:rsidR="007A5E59" w:rsidRDefault="0095198F">
            <w:pPr>
              <w:jc w:val="center"/>
            </w:pPr>
            <w:r>
              <w:t>68</w:t>
            </w:r>
          </w:p>
        </w:tc>
        <w:tc>
          <w:tcPr>
            <w:tcW w:w="0" w:type="auto"/>
          </w:tcPr>
          <w:p w14:paraId="20B94DDA" w14:textId="77777777" w:rsidR="007A5E59" w:rsidRDefault="0095198F">
            <w:r>
              <w:t>надз</w:t>
            </w:r>
          </w:p>
        </w:tc>
      </w:tr>
      <w:tr w:rsidR="007A5E59" w14:paraId="06449DA4" w14:textId="77777777">
        <w:trPr>
          <w:jc w:val="center"/>
        </w:trPr>
        <w:tc>
          <w:tcPr>
            <w:tcW w:w="0" w:type="auto"/>
          </w:tcPr>
          <w:p w14:paraId="2908F1DD" w14:textId="77777777" w:rsidR="007A5E59" w:rsidRDefault="0095198F">
            <w:pPr>
              <w:jc w:val="center"/>
            </w:pPr>
            <w:r>
              <w:t>371</w:t>
            </w:r>
          </w:p>
        </w:tc>
        <w:tc>
          <w:tcPr>
            <w:tcW w:w="0" w:type="auto"/>
          </w:tcPr>
          <w:p w14:paraId="573381D4" w14:textId="77777777" w:rsidR="007A5E59" w:rsidRDefault="0095198F">
            <w:r>
              <w:t>ТК-41/3 – ТК-41/2</w:t>
            </w:r>
          </w:p>
        </w:tc>
        <w:tc>
          <w:tcPr>
            <w:tcW w:w="0" w:type="auto"/>
          </w:tcPr>
          <w:p w14:paraId="6E0873FC" w14:textId="77777777" w:rsidR="007A5E59" w:rsidRDefault="0095198F">
            <w:pPr>
              <w:jc w:val="center"/>
            </w:pPr>
            <w:r>
              <w:t>200</w:t>
            </w:r>
          </w:p>
        </w:tc>
        <w:tc>
          <w:tcPr>
            <w:tcW w:w="0" w:type="auto"/>
          </w:tcPr>
          <w:p w14:paraId="55567FCF" w14:textId="77777777" w:rsidR="007A5E59" w:rsidRDefault="0095198F">
            <w:pPr>
              <w:jc w:val="center"/>
            </w:pPr>
            <w:r>
              <w:t>2004</w:t>
            </w:r>
          </w:p>
        </w:tc>
        <w:tc>
          <w:tcPr>
            <w:tcW w:w="0" w:type="auto"/>
          </w:tcPr>
          <w:p w14:paraId="72720C60" w14:textId="77777777" w:rsidR="007A5E59" w:rsidRDefault="0095198F">
            <w:pPr>
              <w:jc w:val="center"/>
            </w:pPr>
            <w:r>
              <w:t>52</w:t>
            </w:r>
          </w:p>
        </w:tc>
        <w:tc>
          <w:tcPr>
            <w:tcW w:w="0" w:type="auto"/>
          </w:tcPr>
          <w:p w14:paraId="1C51B976" w14:textId="77777777" w:rsidR="007A5E59" w:rsidRDefault="0095198F">
            <w:r>
              <w:t>надз</w:t>
            </w:r>
          </w:p>
        </w:tc>
      </w:tr>
      <w:tr w:rsidR="007A5E59" w14:paraId="5BAFE70E" w14:textId="77777777">
        <w:trPr>
          <w:jc w:val="center"/>
        </w:trPr>
        <w:tc>
          <w:tcPr>
            <w:tcW w:w="0" w:type="auto"/>
          </w:tcPr>
          <w:p w14:paraId="116051C8" w14:textId="77777777" w:rsidR="007A5E59" w:rsidRDefault="0095198F">
            <w:pPr>
              <w:jc w:val="center"/>
            </w:pPr>
            <w:r>
              <w:t>372</w:t>
            </w:r>
          </w:p>
        </w:tc>
        <w:tc>
          <w:tcPr>
            <w:tcW w:w="0" w:type="auto"/>
          </w:tcPr>
          <w:p w14:paraId="372E17C9" w14:textId="77777777" w:rsidR="007A5E59" w:rsidRDefault="0095198F">
            <w:r>
              <w:t>ТК-41/2 – ТК-41/1</w:t>
            </w:r>
          </w:p>
        </w:tc>
        <w:tc>
          <w:tcPr>
            <w:tcW w:w="0" w:type="auto"/>
          </w:tcPr>
          <w:p w14:paraId="7E534159" w14:textId="77777777" w:rsidR="007A5E59" w:rsidRDefault="0095198F">
            <w:pPr>
              <w:jc w:val="center"/>
            </w:pPr>
            <w:r>
              <w:t>200</w:t>
            </w:r>
          </w:p>
        </w:tc>
        <w:tc>
          <w:tcPr>
            <w:tcW w:w="0" w:type="auto"/>
          </w:tcPr>
          <w:p w14:paraId="5AFEF089" w14:textId="77777777" w:rsidR="007A5E59" w:rsidRDefault="0095198F">
            <w:pPr>
              <w:jc w:val="center"/>
            </w:pPr>
            <w:r>
              <w:t>1995</w:t>
            </w:r>
          </w:p>
        </w:tc>
        <w:tc>
          <w:tcPr>
            <w:tcW w:w="0" w:type="auto"/>
          </w:tcPr>
          <w:p w14:paraId="015EA5B2" w14:textId="77777777" w:rsidR="007A5E59" w:rsidRDefault="0095198F">
            <w:pPr>
              <w:jc w:val="center"/>
            </w:pPr>
            <w:r>
              <w:t>71</w:t>
            </w:r>
          </w:p>
        </w:tc>
        <w:tc>
          <w:tcPr>
            <w:tcW w:w="0" w:type="auto"/>
          </w:tcPr>
          <w:p w14:paraId="27073CB0" w14:textId="77777777" w:rsidR="007A5E59" w:rsidRDefault="0095198F">
            <w:r>
              <w:t>надз</w:t>
            </w:r>
          </w:p>
        </w:tc>
      </w:tr>
      <w:tr w:rsidR="007A5E59" w14:paraId="654F1362" w14:textId="77777777">
        <w:trPr>
          <w:jc w:val="center"/>
        </w:trPr>
        <w:tc>
          <w:tcPr>
            <w:tcW w:w="0" w:type="auto"/>
          </w:tcPr>
          <w:p w14:paraId="063FF57E" w14:textId="77777777" w:rsidR="007A5E59" w:rsidRDefault="0095198F">
            <w:pPr>
              <w:jc w:val="center"/>
            </w:pPr>
            <w:r>
              <w:t>373</w:t>
            </w:r>
          </w:p>
        </w:tc>
        <w:tc>
          <w:tcPr>
            <w:tcW w:w="0" w:type="auto"/>
          </w:tcPr>
          <w:p w14:paraId="5EB9A60F" w14:textId="77777777" w:rsidR="007A5E59" w:rsidRDefault="0095198F">
            <w:r>
              <w:t>ТК-40 – Юбилейная 11</w:t>
            </w:r>
          </w:p>
        </w:tc>
        <w:tc>
          <w:tcPr>
            <w:tcW w:w="0" w:type="auto"/>
          </w:tcPr>
          <w:p w14:paraId="13246BA3" w14:textId="77777777" w:rsidR="007A5E59" w:rsidRDefault="0095198F">
            <w:pPr>
              <w:jc w:val="center"/>
            </w:pPr>
            <w:r>
              <w:t>150</w:t>
            </w:r>
          </w:p>
        </w:tc>
        <w:tc>
          <w:tcPr>
            <w:tcW w:w="0" w:type="auto"/>
          </w:tcPr>
          <w:p w14:paraId="77420C0D" w14:textId="77777777" w:rsidR="007A5E59" w:rsidRDefault="0095198F">
            <w:pPr>
              <w:jc w:val="center"/>
            </w:pPr>
            <w:r>
              <w:t>1995</w:t>
            </w:r>
          </w:p>
        </w:tc>
        <w:tc>
          <w:tcPr>
            <w:tcW w:w="0" w:type="auto"/>
          </w:tcPr>
          <w:p w14:paraId="3BD545A2" w14:textId="77777777" w:rsidR="007A5E59" w:rsidRDefault="0095198F">
            <w:pPr>
              <w:jc w:val="center"/>
            </w:pPr>
            <w:r>
              <w:t>60</w:t>
            </w:r>
          </w:p>
        </w:tc>
        <w:tc>
          <w:tcPr>
            <w:tcW w:w="0" w:type="auto"/>
          </w:tcPr>
          <w:p w14:paraId="7FDD3BE1" w14:textId="77777777" w:rsidR="007A5E59" w:rsidRDefault="0095198F">
            <w:r>
              <w:t>надз</w:t>
            </w:r>
          </w:p>
        </w:tc>
      </w:tr>
      <w:tr w:rsidR="007A5E59" w14:paraId="1720F18F" w14:textId="77777777">
        <w:trPr>
          <w:jc w:val="center"/>
        </w:trPr>
        <w:tc>
          <w:tcPr>
            <w:tcW w:w="0" w:type="auto"/>
          </w:tcPr>
          <w:p w14:paraId="25A77F21" w14:textId="77777777" w:rsidR="007A5E59" w:rsidRDefault="0095198F">
            <w:pPr>
              <w:jc w:val="center"/>
            </w:pPr>
            <w:r>
              <w:t>374</w:t>
            </w:r>
          </w:p>
        </w:tc>
        <w:tc>
          <w:tcPr>
            <w:tcW w:w="0" w:type="auto"/>
          </w:tcPr>
          <w:p w14:paraId="25C4D760" w14:textId="77777777" w:rsidR="007A5E59" w:rsidRDefault="0095198F">
            <w:r>
              <w:t>ТК-40 – ТК-37</w:t>
            </w:r>
          </w:p>
        </w:tc>
        <w:tc>
          <w:tcPr>
            <w:tcW w:w="0" w:type="auto"/>
          </w:tcPr>
          <w:p w14:paraId="0B87552C" w14:textId="77777777" w:rsidR="007A5E59" w:rsidRDefault="0095198F">
            <w:pPr>
              <w:jc w:val="center"/>
            </w:pPr>
            <w:r>
              <w:t>250</w:t>
            </w:r>
          </w:p>
        </w:tc>
        <w:tc>
          <w:tcPr>
            <w:tcW w:w="0" w:type="auto"/>
          </w:tcPr>
          <w:p w14:paraId="61DB1D8C" w14:textId="77777777" w:rsidR="007A5E59" w:rsidRDefault="0095198F">
            <w:pPr>
              <w:jc w:val="center"/>
            </w:pPr>
            <w:r>
              <w:t>1995</w:t>
            </w:r>
          </w:p>
        </w:tc>
        <w:tc>
          <w:tcPr>
            <w:tcW w:w="0" w:type="auto"/>
          </w:tcPr>
          <w:p w14:paraId="2E097647" w14:textId="77777777" w:rsidR="007A5E59" w:rsidRDefault="0095198F">
            <w:pPr>
              <w:jc w:val="center"/>
            </w:pPr>
            <w:r>
              <w:t>45</w:t>
            </w:r>
          </w:p>
        </w:tc>
        <w:tc>
          <w:tcPr>
            <w:tcW w:w="0" w:type="auto"/>
          </w:tcPr>
          <w:p w14:paraId="3C0B4348" w14:textId="77777777" w:rsidR="007A5E59" w:rsidRDefault="0095198F">
            <w:r>
              <w:t>надз</w:t>
            </w:r>
          </w:p>
        </w:tc>
      </w:tr>
      <w:tr w:rsidR="007A5E59" w14:paraId="51E25903" w14:textId="77777777">
        <w:trPr>
          <w:jc w:val="center"/>
        </w:trPr>
        <w:tc>
          <w:tcPr>
            <w:tcW w:w="0" w:type="auto"/>
          </w:tcPr>
          <w:p w14:paraId="65DFAA9A" w14:textId="77777777" w:rsidR="007A5E59" w:rsidRDefault="0095198F">
            <w:pPr>
              <w:jc w:val="center"/>
            </w:pPr>
            <w:r>
              <w:t>375</w:t>
            </w:r>
          </w:p>
        </w:tc>
        <w:tc>
          <w:tcPr>
            <w:tcW w:w="0" w:type="auto"/>
          </w:tcPr>
          <w:p w14:paraId="50A0C3DD" w14:textId="77777777" w:rsidR="007A5E59" w:rsidRDefault="0095198F">
            <w:r>
              <w:t>ТК-37 – Юбилейная 9</w:t>
            </w:r>
          </w:p>
        </w:tc>
        <w:tc>
          <w:tcPr>
            <w:tcW w:w="0" w:type="auto"/>
          </w:tcPr>
          <w:p w14:paraId="4286E108" w14:textId="77777777" w:rsidR="007A5E59" w:rsidRDefault="0095198F">
            <w:pPr>
              <w:jc w:val="center"/>
            </w:pPr>
            <w:r>
              <w:t>80</w:t>
            </w:r>
          </w:p>
        </w:tc>
        <w:tc>
          <w:tcPr>
            <w:tcW w:w="0" w:type="auto"/>
          </w:tcPr>
          <w:p w14:paraId="4B73D163" w14:textId="77777777" w:rsidR="007A5E59" w:rsidRDefault="0095198F">
            <w:pPr>
              <w:jc w:val="center"/>
            </w:pPr>
            <w:r>
              <w:t>1995</w:t>
            </w:r>
          </w:p>
        </w:tc>
        <w:tc>
          <w:tcPr>
            <w:tcW w:w="0" w:type="auto"/>
          </w:tcPr>
          <w:p w14:paraId="3534A8DE" w14:textId="77777777" w:rsidR="007A5E59" w:rsidRDefault="0095198F">
            <w:pPr>
              <w:jc w:val="center"/>
            </w:pPr>
            <w:r>
              <w:t>23</w:t>
            </w:r>
          </w:p>
        </w:tc>
        <w:tc>
          <w:tcPr>
            <w:tcW w:w="0" w:type="auto"/>
          </w:tcPr>
          <w:p w14:paraId="403F27B0" w14:textId="77777777" w:rsidR="007A5E59" w:rsidRDefault="0095198F">
            <w:r>
              <w:t>надз</w:t>
            </w:r>
          </w:p>
        </w:tc>
      </w:tr>
      <w:tr w:rsidR="007A5E59" w14:paraId="287ECDCE" w14:textId="77777777">
        <w:trPr>
          <w:jc w:val="center"/>
        </w:trPr>
        <w:tc>
          <w:tcPr>
            <w:tcW w:w="0" w:type="auto"/>
          </w:tcPr>
          <w:p w14:paraId="737DAC44" w14:textId="77777777" w:rsidR="007A5E59" w:rsidRDefault="0095198F">
            <w:pPr>
              <w:jc w:val="center"/>
            </w:pPr>
            <w:r>
              <w:t>376</w:t>
            </w:r>
          </w:p>
        </w:tc>
        <w:tc>
          <w:tcPr>
            <w:tcW w:w="0" w:type="auto"/>
          </w:tcPr>
          <w:p w14:paraId="3746A749" w14:textId="77777777" w:rsidR="007A5E59" w:rsidRDefault="0095198F">
            <w:r>
              <w:t>ТК-38 – Юбилейная 5</w:t>
            </w:r>
          </w:p>
        </w:tc>
        <w:tc>
          <w:tcPr>
            <w:tcW w:w="0" w:type="auto"/>
          </w:tcPr>
          <w:p w14:paraId="2C8C7BA7" w14:textId="77777777" w:rsidR="007A5E59" w:rsidRDefault="0095198F">
            <w:pPr>
              <w:jc w:val="center"/>
            </w:pPr>
            <w:r>
              <w:t>100</w:t>
            </w:r>
          </w:p>
        </w:tc>
        <w:tc>
          <w:tcPr>
            <w:tcW w:w="0" w:type="auto"/>
          </w:tcPr>
          <w:p w14:paraId="2470913B" w14:textId="77777777" w:rsidR="007A5E59" w:rsidRDefault="0095198F">
            <w:pPr>
              <w:jc w:val="center"/>
            </w:pPr>
            <w:r>
              <w:t>1995</w:t>
            </w:r>
          </w:p>
        </w:tc>
        <w:tc>
          <w:tcPr>
            <w:tcW w:w="0" w:type="auto"/>
          </w:tcPr>
          <w:p w14:paraId="0D805CED" w14:textId="77777777" w:rsidR="007A5E59" w:rsidRDefault="0095198F">
            <w:pPr>
              <w:jc w:val="center"/>
            </w:pPr>
            <w:r>
              <w:t>61</w:t>
            </w:r>
          </w:p>
        </w:tc>
        <w:tc>
          <w:tcPr>
            <w:tcW w:w="0" w:type="auto"/>
          </w:tcPr>
          <w:p w14:paraId="1079B76F" w14:textId="77777777" w:rsidR="007A5E59" w:rsidRDefault="0095198F">
            <w:r>
              <w:t>надз</w:t>
            </w:r>
          </w:p>
        </w:tc>
      </w:tr>
      <w:tr w:rsidR="007A5E59" w14:paraId="4FD38C4C" w14:textId="77777777">
        <w:trPr>
          <w:jc w:val="center"/>
        </w:trPr>
        <w:tc>
          <w:tcPr>
            <w:tcW w:w="0" w:type="auto"/>
          </w:tcPr>
          <w:p w14:paraId="23AA1F52" w14:textId="77777777" w:rsidR="007A5E59" w:rsidRDefault="0095198F">
            <w:pPr>
              <w:jc w:val="center"/>
            </w:pPr>
            <w:r>
              <w:t>377</w:t>
            </w:r>
          </w:p>
        </w:tc>
        <w:tc>
          <w:tcPr>
            <w:tcW w:w="0" w:type="auto"/>
          </w:tcPr>
          <w:p w14:paraId="50804B34" w14:textId="77777777" w:rsidR="007A5E59" w:rsidRDefault="0095198F">
            <w:r>
              <w:t>ТК-37 – Бойлерная</w:t>
            </w:r>
          </w:p>
        </w:tc>
        <w:tc>
          <w:tcPr>
            <w:tcW w:w="0" w:type="auto"/>
          </w:tcPr>
          <w:p w14:paraId="64D1EF7E" w14:textId="77777777" w:rsidR="007A5E59" w:rsidRDefault="0095198F">
            <w:pPr>
              <w:jc w:val="center"/>
            </w:pPr>
            <w:r>
              <w:t>300</w:t>
            </w:r>
          </w:p>
        </w:tc>
        <w:tc>
          <w:tcPr>
            <w:tcW w:w="0" w:type="auto"/>
          </w:tcPr>
          <w:p w14:paraId="64DD9A4D" w14:textId="77777777" w:rsidR="007A5E59" w:rsidRDefault="0095198F">
            <w:pPr>
              <w:jc w:val="center"/>
            </w:pPr>
            <w:r>
              <w:t>1995</w:t>
            </w:r>
          </w:p>
        </w:tc>
        <w:tc>
          <w:tcPr>
            <w:tcW w:w="0" w:type="auto"/>
          </w:tcPr>
          <w:p w14:paraId="24755A89" w14:textId="77777777" w:rsidR="007A5E59" w:rsidRDefault="0095198F">
            <w:pPr>
              <w:jc w:val="center"/>
            </w:pPr>
            <w:r>
              <w:t>175</w:t>
            </w:r>
          </w:p>
        </w:tc>
        <w:tc>
          <w:tcPr>
            <w:tcW w:w="0" w:type="auto"/>
          </w:tcPr>
          <w:p w14:paraId="451EF616" w14:textId="77777777" w:rsidR="007A5E59" w:rsidRDefault="0095198F">
            <w:r>
              <w:t>надз</w:t>
            </w:r>
          </w:p>
        </w:tc>
      </w:tr>
      <w:tr w:rsidR="007A5E59" w14:paraId="49E83B70" w14:textId="77777777">
        <w:trPr>
          <w:jc w:val="center"/>
        </w:trPr>
        <w:tc>
          <w:tcPr>
            <w:tcW w:w="0" w:type="auto"/>
          </w:tcPr>
          <w:p w14:paraId="01BA2571" w14:textId="77777777" w:rsidR="007A5E59" w:rsidRDefault="0095198F">
            <w:pPr>
              <w:jc w:val="center"/>
            </w:pPr>
            <w:r>
              <w:t>378</w:t>
            </w:r>
          </w:p>
        </w:tc>
        <w:tc>
          <w:tcPr>
            <w:tcW w:w="0" w:type="auto"/>
          </w:tcPr>
          <w:p w14:paraId="5D3B0DC1" w14:textId="77777777" w:rsidR="007A5E59" w:rsidRDefault="0095198F">
            <w:r>
              <w:t>БЦТП – мкр. № 1 «Шория» (Ø377)</w:t>
            </w:r>
          </w:p>
        </w:tc>
        <w:tc>
          <w:tcPr>
            <w:tcW w:w="0" w:type="auto"/>
          </w:tcPr>
          <w:p w14:paraId="3D8B9DAD" w14:textId="77777777" w:rsidR="007A5E59" w:rsidRDefault="0095198F">
            <w:pPr>
              <w:jc w:val="center"/>
            </w:pPr>
            <w:r>
              <w:t>350</w:t>
            </w:r>
          </w:p>
        </w:tc>
        <w:tc>
          <w:tcPr>
            <w:tcW w:w="0" w:type="auto"/>
          </w:tcPr>
          <w:p w14:paraId="302CCA4B" w14:textId="77777777" w:rsidR="007A5E59" w:rsidRDefault="0095198F">
            <w:pPr>
              <w:jc w:val="center"/>
            </w:pPr>
            <w:r>
              <w:t>2024</w:t>
            </w:r>
          </w:p>
        </w:tc>
        <w:tc>
          <w:tcPr>
            <w:tcW w:w="0" w:type="auto"/>
          </w:tcPr>
          <w:p w14:paraId="41596DEC" w14:textId="77777777" w:rsidR="007A5E59" w:rsidRDefault="0095198F">
            <w:pPr>
              <w:jc w:val="center"/>
            </w:pPr>
            <w:r>
              <w:t>497</w:t>
            </w:r>
          </w:p>
        </w:tc>
        <w:tc>
          <w:tcPr>
            <w:tcW w:w="0" w:type="auto"/>
          </w:tcPr>
          <w:p w14:paraId="1EDAC5F0" w14:textId="77777777" w:rsidR="007A5E59" w:rsidRDefault="0095198F">
            <w:r>
              <w:t>надз</w:t>
            </w:r>
          </w:p>
        </w:tc>
      </w:tr>
      <w:tr w:rsidR="007A5E59" w14:paraId="4F793052" w14:textId="77777777">
        <w:trPr>
          <w:jc w:val="center"/>
        </w:trPr>
        <w:tc>
          <w:tcPr>
            <w:tcW w:w="0" w:type="auto"/>
          </w:tcPr>
          <w:p w14:paraId="6D3D1AD1" w14:textId="77777777" w:rsidR="007A5E59" w:rsidRDefault="0095198F">
            <w:pPr>
              <w:jc w:val="center"/>
            </w:pPr>
            <w:r>
              <w:t>379</w:t>
            </w:r>
          </w:p>
        </w:tc>
        <w:tc>
          <w:tcPr>
            <w:tcW w:w="0" w:type="auto"/>
          </w:tcPr>
          <w:p w14:paraId="5C3AA9AD" w14:textId="77777777" w:rsidR="007A5E59" w:rsidRDefault="0095198F">
            <w:r>
              <w:t>БЦТП – мкр. № 1 «Шория» (Ø377)</w:t>
            </w:r>
          </w:p>
        </w:tc>
        <w:tc>
          <w:tcPr>
            <w:tcW w:w="0" w:type="auto"/>
          </w:tcPr>
          <w:p w14:paraId="518C4576" w14:textId="77777777" w:rsidR="007A5E59" w:rsidRDefault="0095198F">
            <w:pPr>
              <w:jc w:val="center"/>
            </w:pPr>
            <w:r>
              <w:t>350</w:t>
            </w:r>
          </w:p>
        </w:tc>
        <w:tc>
          <w:tcPr>
            <w:tcW w:w="0" w:type="auto"/>
          </w:tcPr>
          <w:p w14:paraId="0D51A420" w14:textId="77777777" w:rsidR="007A5E59" w:rsidRDefault="0095198F">
            <w:pPr>
              <w:jc w:val="center"/>
            </w:pPr>
            <w:r>
              <w:t>2024</w:t>
            </w:r>
          </w:p>
        </w:tc>
        <w:tc>
          <w:tcPr>
            <w:tcW w:w="0" w:type="auto"/>
          </w:tcPr>
          <w:p w14:paraId="10121474" w14:textId="77777777" w:rsidR="007A5E59" w:rsidRDefault="0095198F">
            <w:pPr>
              <w:jc w:val="center"/>
            </w:pPr>
            <w:r>
              <w:t>301</w:t>
            </w:r>
          </w:p>
        </w:tc>
        <w:tc>
          <w:tcPr>
            <w:tcW w:w="0" w:type="auto"/>
          </w:tcPr>
          <w:p w14:paraId="20A75BCB" w14:textId="77777777" w:rsidR="007A5E59" w:rsidRDefault="0095198F">
            <w:r>
              <w:t>канал.</w:t>
            </w:r>
          </w:p>
        </w:tc>
      </w:tr>
    </w:tbl>
    <w:p w14:paraId="773F8EC1" w14:textId="77777777" w:rsidR="007A5E59" w:rsidRDefault="007A5E59"/>
    <w:p w14:paraId="5C548191" w14:textId="77777777" w:rsidR="007A5E59" w:rsidRPr="00312815" w:rsidRDefault="0095198F">
      <w:pPr>
        <w:rPr>
          <w:lang w:val="ru-RU"/>
        </w:rPr>
      </w:pPr>
      <w:r w:rsidRPr="00312815">
        <w:rPr>
          <w:b/>
          <w:lang w:val="ru-RU"/>
        </w:rPr>
        <w:t>Таблица П4.6. Характеристики участков тепловых сетей — Производственно-отопительная УПК № 6 Старый Шерегеш (пгт Шерегеш)</w:t>
      </w:r>
    </w:p>
    <w:tbl>
      <w:tblPr>
        <w:tblStyle w:val="aff0"/>
        <w:tblW w:w="5000" w:type="pct"/>
        <w:jc w:val="center"/>
        <w:tblCellMar>
          <w:left w:w="57" w:type="dxa"/>
          <w:right w:w="57" w:type="dxa"/>
        </w:tblCellMar>
        <w:tblLook w:val="04A0" w:firstRow="1" w:lastRow="0" w:firstColumn="1" w:lastColumn="0" w:noHBand="0" w:noVBand="1"/>
      </w:tblPr>
      <w:tblGrid>
        <w:gridCol w:w="474"/>
        <w:gridCol w:w="3590"/>
        <w:gridCol w:w="626"/>
        <w:gridCol w:w="988"/>
        <w:gridCol w:w="1904"/>
        <w:gridCol w:w="1763"/>
      </w:tblGrid>
      <w:tr w:rsidR="007A5E59" w14:paraId="2F0DDBFA" w14:textId="77777777">
        <w:trPr>
          <w:cantSplit/>
          <w:tblHeader/>
          <w:jc w:val="center"/>
        </w:trPr>
        <w:tc>
          <w:tcPr>
            <w:tcW w:w="0" w:type="auto"/>
            <w:shd w:val="clear" w:color="auto" w:fill="E2F0D9"/>
            <w:vAlign w:val="center"/>
          </w:tcPr>
          <w:p w14:paraId="30FB7078" w14:textId="77777777" w:rsidR="007A5E59" w:rsidRDefault="0095198F">
            <w:pPr>
              <w:jc w:val="center"/>
            </w:pPr>
            <w:r>
              <w:rPr>
                <w:b/>
              </w:rPr>
              <w:t>№</w:t>
            </w:r>
          </w:p>
        </w:tc>
        <w:tc>
          <w:tcPr>
            <w:tcW w:w="0" w:type="auto"/>
            <w:shd w:val="clear" w:color="auto" w:fill="E2F0D9"/>
            <w:vAlign w:val="center"/>
          </w:tcPr>
          <w:p w14:paraId="39166870" w14:textId="77777777" w:rsidR="007A5E59" w:rsidRDefault="0095198F">
            <w:pPr>
              <w:jc w:val="center"/>
            </w:pPr>
            <w:r>
              <w:rPr>
                <w:b/>
              </w:rPr>
              <w:t>Участок сети</w:t>
            </w:r>
          </w:p>
        </w:tc>
        <w:tc>
          <w:tcPr>
            <w:tcW w:w="0" w:type="auto"/>
            <w:shd w:val="clear" w:color="auto" w:fill="E2F0D9"/>
            <w:vAlign w:val="center"/>
          </w:tcPr>
          <w:p w14:paraId="2BB1570C" w14:textId="77777777" w:rsidR="007A5E59" w:rsidRDefault="0095198F">
            <w:pPr>
              <w:jc w:val="center"/>
            </w:pPr>
            <w:r>
              <w:rPr>
                <w:b/>
              </w:rPr>
              <w:t>Ø, мм</w:t>
            </w:r>
          </w:p>
        </w:tc>
        <w:tc>
          <w:tcPr>
            <w:tcW w:w="0" w:type="auto"/>
            <w:shd w:val="clear" w:color="auto" w:fill="E2F0D9"/>
            <w:vAlign w:val="center"/>
          </w:tcPr>
          <w:p w14:paraId="4D653057" w14:textId="77777777" w:rsidR="007A5E59" w:rsidRDefault="0095198F">
            <w:pPr>
              <w:jc w:val="center"/>
            </w:pPr>
            <w:r>
              <w:rPr>
                <w:b/>
              </w:rPr>
              <w:t>Год ввода</w:t>
            </w:r>
          </w:p>
        </w:tc>
        <w:tc>
          <w:tcPr>
            <w:tcW w:w="0" w:type="auto"/>
            <w:shd w:val="clear" w:color="auto" w:fill="E2F0D9"/>
            <w:vAlign w:val="center"/>
          </w:tcPr>
          <w:p w14:paraId="3DFC504C" w14:textId="77777777" w:rsidR="007A5E59" w:rsidRPr="00312815" w:rsidRDefault="0095198F">
            <w:pPr>
              <w:jc w:val="center"/>
              <w:rPr>
                <w:lang w:val="ru-RU"/>
              </w:rPr>
            </w:pPr>
            <w:r w:rsidRPr="00312815">
              <w:rPr>
                <w:b/>
                <w:lang w:val="ru-RU"/>
              </w:rPr>
              <w:t>Длина по оси трассы, м</w:t>
            </w:r>
          </w:p>
        </w:tc>
        <w:tc>
          <w:tcPr>
            <w:tcW w:w="0" w:type="auto"/>
            <w:shd w:val="clear" w:color="auto" w:fill="E2F0D9"/>
            <w:vAlign w:val="center"/>
          </w:tcPr>
          <w:p w14:paraId="13A15385" w14:textId="77777777" w:rsidR="007A5E59" w:rsidRDefault="0095198F">
            <w:pPr>
              <w:jc w:val="center"/>
            </w:pPr>
            <w:r>
              <w:rPr>
                <w:b/>
              </w:rPr>
              <w:t>Способ прокладки</w:t>
            </w:r>
          </w:p>
        </w:tc>
      </w:tr>
      <w:tr w:rsidR="007A5E59" w14:paraId="2DA633CF" w14:textId="77777777">
        <w:trPr>
          <w:jc w:val="center"/>
        </w:trPr>
        <w:tc>
          <w:tcPr>
            <w:tcW w:w="0" w:type="auto"/>
          </w:tcPr>
          <w:p w14:paraId="41BCC450" w14:textId="77777777" w:rsidR="007A5E59" w:rsidRDefault="0095198F">
            <w:pPr>
              <w:jc w:val="center"/>
            </w:pPr>
            <w:r>
              <w:t>1</w:t>
            </w:r>
          </w:p>
        </w:tc>
        <w:tc>
          <w:tcPr>
            <w:tcW w:w="0" w:type="auto"/>
          </w:tcPr>
          <w:p w14:paraId="01C3F746" w14:textId="77777777" w:rsidR="007A5E59" w:rsidRDefault="0095198F">
            <w:r>
              <w:t>Т-01-13/03 – В. Волошиной, 27</w:t>
            </w:r>
          </w:p>
        </w:tc>
        <w:tc>
          <w:tcPr>
            <w:tcW w:w="0" w:type="auto"/>
          </w:tcPr>
          <w:p w14:paraId="55F1F379" w14:textId="77777777" w:rsidR="007A5E59" w:rsidRDefault="0095198F">
            <w:pPr>
              <w:jc w:val="center"/>
            </w:pPr>
            <w:r>
              <w:t>25</w:t>
            </w:r>
          </w:p>
        </w:tc>
        <w:tc>
          <w:tcPr>
            <w:tcW w:w="0" w:type="auto"/>
          </w:tcPr>
          <w:p w14:paraId="3E1647E5" w14:textId="77777777" w:rsidR="007A5E59" w:rsidRDefault="0095198F">
            <w:pPr>
              <w:jc w:val="center"/>
            </w:pPr>
            <w:r>
              <w:t>2014</w:t>
            </w:r>
          </w:p>
        </w:tc>
        <w:tc>
          <w:tcPr>
            <w:tcW w:w="0" w:type="auto"/>
          </w:tcPr>
          <w:p w14:paraId="77D0EBFD" w14:textId="77777777" w:rsidR="007A5E59" w:rsidRDefault="0095198F">
            <w:pPr>
              <w:jc w:val="center"/>
            </w:pPr>
            <w:r>
              <w:t>7</w:t>
            </w:r>
          </w:p>
        </w:tc>
        <w:tc>
          <w:tcPr>
            <w:tcW w:w="0" w:type="auto"/>
          </w:tcPr>
          <w:p w14:paraId="24FA33E9" w14:textId="77777777" w:rsidR="007A5E59" w:rsidRDefault="0095198F">
            <w:r>
              <w:t>канал.</w:t>
            </w:r>
          </w:p>
        </w:tc>
      </w:tr>
      <w:tr w:rsidR="007A5E59" w14:paraId="5C8BEE9E" w14:textId="77777777">
        <w:trPr>
          <w:jc w:val="center"/>
        </w:trPr>
        <w:tc>
          <w:tcPr>
            <w:tcW w:w="0" w:type="auto"/>
          </w:tcPr>
          <w:p w14:paraId="5C1E4E96" w14:textId="77777777" w:rsidR="007A5E59" w:rsidRDefault="0095198F">
            <w:pPr>
              <w:jc w:val="center"/>
            </w:pPr>
            <w:r>
              <w:t>2</w:t>
            </w:r>
          </w:p>
        </w:tc>
        <w:tc>
          <w:tcPr>
            <w:tcW w:w="0" w:type="auto"/>
          </w:tcPr>
          <w:p w14:paraId="11B9A7C9" w14:textId="77777777" w:rsidR="007A5E59" w:rsidRDefault="0095198F">
            <w:r>
              <w:t>Т-01-13/03- В. Волошиной, 1В</w:t>
            </w:r>
          </w:p>
        </w:tc>
        <w:tc>
          <w:tcPr>
            <w:tcW w:w="0" w:type="auto"/>
          </w:tcPr>
          <w:p w14:paraId="1A6694F3" w14:textId="77777777" w:rsidR="007A5E59" w:rsidRDefault="0095198F">
            <w:pPr>
              <w:jc w:val="center"/>
            </w:pPr>
            <w:r>
              <w:t>25</w:t>
            </w:r>
          </w:p>
        </w:tc>
        <w:tc>
          <w:tcPr>
            <w:tcW w:w="0" w:type="auto"/>
          </w:tcPr>
          <w:p w14:paraId="6C6CFA54" w14:textId="77777777" w:rsidR="007A5E59" w:rsidRDefault="0095198F">
            <w:pPr>
              <w:jc w:val="center"/>
            </w:pPr>
            <w:r>
              <w:t>2014</w:t>
            </w:r>
          </w:p>
        </w:tc>
        <w:tc>
          <w:tcPr>
            <w:tcW w:w="0" w:type="auto"/>
          </w:tcPr>
          <w:p w14:paraId="2BCC505E" w14:textId="77777777" w:rsidR="007A5E59" w:rsidRDefault="0095198F">
            <w:pPr>
              <w:jc w:val="center"/>
            </w:pPr>
            <w:r>
              <w:t>7</w:t>
            </w:r>
          </w:p>
        </w:tc>
        <w:tc>
          <w:tcPr>
            <w:tcW w:w="0" w:type="auto"/>
          </w:tcPr>
          <w:p w14:paraId="5833F6B2" w14:textId="77777777" w:rsidR="007A5E59" w:rsidRDefault="0095198F">
            <w:r>
              <w:t>канал.</w:t>
            </w:r>
          </w:p>
        </w:tc>
      </w:tr>
      <w:tr w:rsidR="007A5E59" w14:paraId="1EFE3BD0" w14:textId="77777777">
        <w:trPr>
          <w:jc w:val="center"/>
        </w:trPr>
        <w:tc>
          <w:tcPr>
            <w:tcW w:w="0" w:type="auto"/>
          </w:tcPr>
          <w:p w14:paraId="7F4E0913" w14:textId="77777777" w:rsidR="007A5E59" w:rsidRDefault="0095198F">
            <w:pPr>
              <w:jc w:val="center"/>
            </w:pPr>
            <w:r>
              <w:t>3</w:t>
            </w:r>
          </w:p>
        </w:tc>
        <w:tc>
          <w:tcPr>
            <w:tcW w:w="0" w:type="auto"/>
          </w:tcPr>
          <w:p w14:paraId="6FBF0A65" w14:textId="77777777" w:rsidR="007A5E59" w:rsidRDefault="0095198F">
            <w:r>
              <w:t>Т-01-13/03 – Т-01-13</w:t>
            </w:r>
          </w:p>
        </w:tc>
        <w:tc>
          <w:tcPr>
            <w:tcW w:w="0" w:type="auto"/>
          </w:tcPr>
          <w:p w14:paraId="0EFEC57F" w14:textId="77777777" w:rsidR="007A5E59" w:rsidRDefault="0095198F">
            <w:pPr>
              <w:jc w:val="center"/>
            </w:pPr>
            <w:r>
              <w:t>25</w:t>
            </w:r>
          </w:p>
        </w:tc>
        <w:tc>
          <w:tcPr>
            <w:tcW w:w="0" w:type="auto"/>
          </w:tcPr>
          <w:p w14:paraId="5EEB55E7" w14:textId="77777777" w:rsidR="007A5E59" w:rsidRDefault="0095198F">
            <w:pPr>
              <w:jc w:val="center"/>
            </w:pPr>
            <w:r>
              <w:t>2014</w:t>
            </w:r>
          </w:p>
        </w:tc>
        <w:tc>
          <w:tcPr>
            <w:tcW w:w="0" w:type="auto"/>
          </w:tcPr>
          <w:p w14:paraId="054B64AD" w14:textId="77777777" w:rsidR="007A5E59" w:rsidRDefault="0095198F">
            <w:pPr>
              <w:jc w:val="center"/>
            </w:pPr>
            <w:r>
              <w:t>23</w:t>
            </w:r>
          </w:p>
        </w:tc>
        <w:tc>
          <w:tcPr>
            <w:tcW w:w="0" w:type="auto"/>
          </w:tcPr>
          <w:p w14:paraId="3861E796" w14:textId="77777777" w:rsidR="007A5E59" w:rsidRDefault="0095198F">
            <w:r>
              <w:t>канал.</w:t>
            </w:r>
          </w:p>
        </w:tc>
      </w:tr>
      <w:tr w:rsidR="007A5E59" w14:paraId="59F5DAFE" w14:textId="77777777">
        <w:trPr>
          <w:jc w:val="center"/>
        </w:trPr>
        <w:tc>
          <w:tcPr>
            <w:tcW w:w="0" w:type="auto"/>
          </w:tcPr>
          <w:p w14:paraId="1A4957A2" w14:textId="77777777" w:rsidR="007A5E59" w:rsidRDefault="0095198F">
            <w:pPr>
              <w:jc w:val="center"/>
            </w:pPr>
            <w:r>
              <w:t>4</w:t>
            </w:r>
          </w:p>
        </w:tc>
        <w:tc>
          <w:tcPr>
            <w:tcW w:w="0" w:type="auto"/>
          </w:tcPr>
          <w:p w14:paraId="0AB396C1" w14:textId="77777777" w:rsidR="007A5E59" w:rsidRDefault="0095198F">
            <w:r>
              <w:t>ТК-01-13/2 – Т-01-13</w:t>
            </w:r>
          </w:p>
        </w:tc>
        <w:tc>
          <w:tcPr>
            <w:tcW w:w="0" w:type="auto"/>
          </w:tcPr>
          <w:p w14:paraId="26AB26BB" w14:textId="77777777" w:rsidR="007A5E59" w:rsidRDefault="0095198F">
            <w:pPr>
              <w:jc w:val="center"/>
            </w:pPr>
            <w:r>
              <w:t>25</w:t>
            </w:r>
          </w:p>
        </w:tc>
        <w:tc>
          <w:tcPr>
            <w:tcW w:w="0" w:type="auto"/>
          </w:tcPr>
          <w:p w14:paraId="0EF9ABC1" w14:textId="77777777" w:rsidR="007A5E59" w:rsidRDefault="0095198F">
            <w:pPr>
              <w:jc w:val="center"/>
            </w:pPr>
            <w:r>
              <w:t>2014</w:t>
            </w:r>
          </w:p>
        </w:tc>
        <w:tc>
          <w:tcPr>
            <w:tcW w:w="0" w:type="auto"/>
          </w:tcPr>
          <w:p w14:paraId="1B3EBA19" w14:textId="77777777" w:rsidR="007A5E59" w:rsidRDefault="0095198F">
            <w:pPr>
              <w:jc w:val="center"/>
            </w:pPr>
            <w:r>
              <w:t>18</w:t>
            </w:r>
          </w:p>
        </w:tc>
        <w:tc>
          <w:tcPr>
            <w:tcW w:w="0" w:type="auto"/>
          </w:tcPr>
          <w:p w14:paraId="50760049" w14:textId="77777777" w:rsidR="007A5E59" w:rsidRDefault="0095198F">
            <w:r>
              <w:t>канал.</w:t>
            </w:r>
          </w:p>
        </w:tc>
      </w:tr>
      <w:tr w:rsidR="007A5E59" w14:paraId="16241FE2" w14:textId="77777777">
        <w:trPr>
          <w:jc w:val="center"/>
        </w:trPr>
        <w:tc>
          <w:tcPr>
            <w:tcW w:w="0" w:type="auto"/>
          </w:tcPr>
          <w:p w14:paraId="47DF2062" w14:textId="77777777" w:rsidR="007A5E59" w:rsidRDefault="0095198F">
            <w:pPr>
              <w:jc w:val="center"/>
            </w:pPr>
            <w:r>
              <w:t>5</w:t>
            </w:r>
          </w:p>
        </w:tc>
        <w:tc>
          <w:tcPr>
            <w:tcW w:w="0" w:type="auto"/>
          </w:tcPr>
          <w:p w14:paraId="55EA2ED6" w14:textId="77777777" w:rsidR="007A5E59" w:rsidRDefault="0095198F">
            <w:r>
              <w:t>ТК-01-13/2 – В.Волошиной, 1Б</w:t>
            </w:r>
          </w:p>
        </w:tc>
        <w:tc>
          <w:tcPr>
            <w:tcW w:w="0" w:type="auto"/>
          </w:tcPr>
          <w:p w14:paraId="14139C6A" w14:textId="77777777" w:rsidR="007A5E59" w:rsidRDefault="0095198F">
            <w:pPr>
              <w:jc w:val="center"/>
            </w:pPr>
            <w:r>
              <w:t>25</w:t>
            </w:r>
          </w:p>
        </w:tc>
        <w:tc>
          <w:tcPr>
            <w:tcW w:w="0" w:type="auto"/>
          </w:tcPr>
          <w:p w14:paraId="4F644BB9" w14:textId="77777777" w:rsidR="007A5E59" w:rsidRDefault="0095198F">
            <w:pPr>
              <w:jc w:val="center"/>
            </w:pPr>
            <w:r>
              <w:t>2014</w:t>
            </w:r>
          </w:p>
        </w:tc>
        <w:tc>
          <w:tcPr>
            <w:tcW w:w="0" w:type="auto"/>
          </w:tcPr>
          <w:p w14:paraId="55B9E168" w14:textId="77777777" w:rsidR="007A5E59" w:rsidRDefault="0095198F">
            <w:pPr>
              <w:jc w:val="center"/>
            </w:pPr>
            <w:r>
              <w:t>4</w:t>
            </w:r>
          </w:p>
        </w:tc>
        <w:tc>
          <w:tcPr>
            <w:tcW w:w="0" w:type="auto"/>
          </w:tcPr>
          <w:p w14:paraId="57092D85" w14:textId="77777777" w:rsidR="007A5E59" w:rsidRDefault="0095198F">
            <w:r>
              <w:t>канал.</w:t>
            </w:r>
          </w:p>
        </w:tc>
      </w:tr>
      <w:tr w:rsidR="007A5E59" w14:paraId="33E25A23" w14:textId="77777777">
        <w:trPr>
          <w:jc w:val="center"/>
        </w:trPr>
        <w:tc>
          <w:tcPr>
            <w:tcW w:w="0" w:type="auto"/>
          </w:tcPr>
          <w:p w14:paraId="02E7EF68" w14:textId="77777777" w:rsidR="007A5E59" w:rsidRDefault="0095198F">
            <w:pPr>
              <w:jc w:val="center"/>
            </w:pPr>
            <w:r>
              <w:t>6</w:t>
            </w:r>
          </w:p>
        </w:tc>
        <w:tc>
          <w:tcPr>
            <w:tcW w:w="0" w:type="auto"/>
          </w:tcPr>
          <w:p w14:paraId="16D81524" w14:textId="77777777" w:rsidR="007A5E59" w:rsidRDefault="0095198F">
            <w:r>
              <w:t>ТК-01-13/1 – ТК-01-13/2</w:t>
            </w:r>
          </w:p>
        </w:tc>
        <w:tc>
          <w:tcPr>
            <w:tcW w:w="0" w:type="auto"/>
          </w:tcPr>
          <w:p w14:paraId="7AAFCDEF" w14:textId="77777777" w:rsidR="007A5E59" w:rsidRDefault="0095198F">
            <w:pPr>
              <w:jc w:val="center"/>
            </w:pPr>
            <w:r>
              <w:t>40</w:t>
            </w:r>
          </w:p>
        </w:tc>
        <w:tc>
          <w:tcPr>
            <w:tcW w:w="0" w:type="auto"/>
          </w:tcPr>
          <w:p w14:paraId="457C4216" w14:textId="77777777" w:rsidR="007A5E59" w:rsidRDefault="0095198F">
            <w:pPr>
              <w:jc w:val="center"/>
            </w:pPr>
            <w:r>
              <w:t>2014</w:t>
            </w:r>
          </w:p>
        </w:tc>
        <w:tc>
          <w:tcPr>
            <w:tcW w:w="0" w:type="auto"/>
          </w:tcPr>
          <w:p w14:paraId="4B000DFF" w14:textId="77777777" w:rsidR="007A5E59" w:rsidRDefault="0095198F">
            <w:pPr>
              <w:jc w:val="center"/>
            </w:pPr>
            <w:r>
              <w:t>39</w:t>
            </w:r>
          </w:p>
        </w:tc>
        <w:tc>
          <w:tcPr>
            <w:tcW w:w="0" w:type="auto"/>
          </w:tcPr>
          <w:p w14:paraId="5C25DED4" w14:textId="77777777" w:rsidR="007A5E59" w:rsidRDefault="0095198F">
            <w:r>
              <w:t>канал.</w:t>
            </w:r>
          </w:p>
        </w:tc>
      </w:tr>
      <w:tr w:rsidR="007A5E59" w14:paraId="34A8FE46" w14:textId="77777777">
        <w:trPr>
          <w:jc w:val="center"/>
        </w:trPr>
        <w:tc>
          <w:tcPr>
            <w:tcW w:w="0" w:type="auto"/>
          </w:tcPr>
          <w:p w14:paraId="0DA8B281" w14:textId="77777777" w:rsidR="007A5E59" w:rsidRDefault="0095198F">
            <w:pPr>
              <w:jc w:val="center"/>
            </w:pPr>
            <w:r>
              <w:t>7</w:t>
            </w:r>
          </w:p>
        </w:tc>
        <w:tc>
          <w:tcPr>
            <w:tcW w:w="0" w:type="auto"/>
          </w:tcPr>
          <w:p w14:paraId="1BD4C4C6" w14:textId="77777777" w:rsidR="007A5E59" w:rsidRDefault="0095198F">
            <w:r>
              <w:t>ТК-01-13 – ТК-01-13/1</w:t>
            </w:r>
          </w:p>
        </w:tc>
        <w:tc>
          <w:tcPr>
            <w:tcW w:w="0" w:type="auto"/>
          </w:tcPr>
          <w:p w14:paraId="4C8DA576" w14:textId="77777777" w:rsidR="007A5E59" w:rsidRDefault="0095198F">
            <w:pPr>
              <w:jc w:val="center"/>
            </w:pPr>
            <w:r>
              <w:t>80</w:t>
            </w:r>
          </w:p>
        </w:tc>
        <w:tc>
          <w:tcPr>
            <w:tcW w:w="0" w:type="auto"/>
          </w:tcPr>
          <w:p w14:paraId="71118F48" w14:textId="77777777" w:rsidR="007A5E59" w:rsidRDefault="0095198F">
            <w:pPr>
              <w:jc w:val="center"/>
            </w:pPr>
            <w:r>
              <w:t>1996</w:t>
            </w:r>
          </w:p>
        </w:tc>
        <w:tc>
          <w:tcPr>
            <w:tcW w:w="0" w:type="auto"/>
          </w:tcPr>
          <w:p w14:paraId="49B2C12E" w14:textId="77777777" w:rsidR="007A5E59" w:rsidRDefault="0095198F">
            <w:pPr>
              <w:jc w:val="center"/>
            </w:pPr>
            <w:r>
              <w:t>25</w:t>
            </w:r>
          </w:p>
        </w:tc>
        <w:tc>
          <w:tcPr>
            <w:tcW w:w="0" w:type="auto"/>
          </w:tcPr>
          <w:p w14:paraId="69A9DDA5" w14:textId="77777777" w:rsidR="007A5E59" w:rsidRDefault="0095198F">
            <w:r>
              <w:t>канал.</w:t>
            </w:r>
          </w:p>
        </w:tc>
      </w:tr>
      <w:tr w:rsidR="007A5E59" w14:paraId="444AF270" w14:textId="77777777">
        <w:trPr>
          <w:jc w:val="center"/>
        </w:trPr>
        <w:tc>
          <w:tcPr>
            <w:tcW w:w="0" w:type="auto"/>
          </w:tcPr>
          <w:p w14:paraId="522F9C85" w14:textId="77777777" w:rsidR="007A5E59" w:rsidRDefault="0095198F">
            <w:pPr>
              <w:jc w:val="center"/>
            </w:pPr>
            <w:r>
              <w:t>8</w:t>
            </w:r>
          </w:p>
        </w:tc>
        <w:tc>
          <w:tcPr>
            <w:tcW w:w="0" w:type="auto"/>
          </w:tcPr>
          <w:p w14:paraId="07947309" w14:textId="77777777" w:rsidR="007A5E59" w:rsidRDefault="0095198F">
            <w:r>
              <w:t>ТК-01-14 – ТК-01-13</w:t>
            </w:r>
          </w:p>
        </w:tc>
        <w:tc>
          <w:tcPr>
            <w:tcW w:w="0" w:type="auto"/>
          </w:tcPr>
          <w:p w14:paraId="650DD624" w14:textId="77777777" w:rsidR="007A5E59" w:rsidRDefault="0095198F">
            <w:pPr>
              <w:jc w:val="center"/>
            </w:pPr>
            <w:r>
              <w:t>100</w:t>
            </w:r>
          </w:p>
        </w:tc>
        <w:tc>
          <w:tcPr>
            <w:tcW w:w="0" w:type="auto"/>
          </w:tcPr>
          <w:p w14:paraId="5EDD13EB" w14:textId="77777777" w:rsidR="007A5E59" w:rsidRDefault="0095198F">
            <w:pPr>
              <w:jc w:val="center"/>
            </w:pPr>
            <w:r>
              <w:t>1958</w:t>
            </w:r>
          </w:p>
        </w:tc>
        <w:tc>
          <w:tcPr>
            <w:tcW w:w="0" w:type="auto"/>
          </w:tcPr>
          <w:p w14:paraId="62520D57" w14:textId="77777777" w:rsidR="007A5E59" w:rsidRDefault="0095198F">
            <w:pPr>
              <w:jc w:val="center"/>
            </w:pPr>
            <w:r>
              <w:t>115</w:t>
            </w:r>
          </w:p>
        </w:tc>
        <w:tc>
          <w:tcPr>
            <w:tcW w:w="0" w:type="auto"/>
          </w:tcPr>
          <w:p w14:paraId="00D69CD3" w14:textId="77777777" w:rsidR="007A5E59" w:rsidRDefault="0095198F">
            <w:r>
              <w:t>канал.</w:t>
            </w:r>
          </w:p>
        </w:tc>
      </w:tr>
      <w:tr w:rsidR="007A5E59" w14:paraId="7993D1CA" w14:textId="77777777">
        <w:trPr>
          <w:jc w:val="center"/>
        </w:trPr>
        <w:tc>
          <w:tcPr>
            <w:tcW w:w="0" w:type="auto"/>
          </w:tcPr>
          <w:p w14:paraId="0A439DD7" w14:textId="77777777" w:rsidR="007A5E59" w:rsidRDefault="0095198F">
            <w:pPr>
              <w:jc w:val="center"/>
            </w:pPr>
            <w:r>
              <w:t>9</w:t>
            </w:r>
          </w:p>
        </w:tc>
        <w:tc>
          <w:tcPr>
            <w:tcW w:w="0" w:type="auto"/>
          </w:tcPr>
          <w:p w14:paraId="5F0AF64E" w14:textId="77777777" w:rsidR="007A5E59" w:rsidRDefault="0095198F">
            <w:r>
              <w:t>Т-01-12/02 Т-01-13</w:t>
            </w:r>
          </w:p>
        </w:tc>
        <w:tc>
          <w:tcPr>
            <w:tcW w:w="0" w:type="auto"/>
          </w:tcPr>
          <w:p w14:paraId="4297E6D4" w14:textId="77777777" w:rsidR="007A5E59" w:rsidRDefault="0095198F">
            <w:pPr>
              <w:jc w:val="center"/>
            </w:pPr>
            <w:r>
              <w:t>100</w:t>
            </w:r>
          </w:p>
        </w:tc>
        <w:tc>
          <w:tcPr>
            <w:tcW w:w="0" w:type="auto"/>
          </w:tcPr>
          <w:p w14:paraId="587F1A59" w14:textId="77777777" w:rsidR="007A5E59" w:rsidRDefault="0095198F">
            <w:pPr>
              <w:jc w:val="center"/>
            </w:pPr>
            <w:r>
              <w:t>2014</w:t>
            </w:r>
          </w:p>
        </w:tc>
        <w:tc>
          <w:tcPr>
            <w:tcW w:w="0" w:type="auto"/>
          </w:tcPr>
          <w:p w14:paraId="1F229F2D" w14:textId="77777777" w:rsidR="007A5E59" w:rsidRDefault="0095198F">
            <w:pPr>
              <w:jc w:val="center"/>
            </w:pPr>
            <w:r>
              <w:t>63</w:t>
            </w:r>
          </w:p>
        </w:tc>
        <w:tc>
          <w:tcPr>
            <w:tcW w:w="0" w:type="auto"/>
          </w:tcPr>
          <w:p w14:paraId="0E4148D5" w14:textId="77777777" w:rsidR="007A5E59" w:rsidRDefault="0095198F">
            <w:r>
              <w:t>канал.</w:t>
            </w:r>
          </w:p>
        </w:tc>
      </w:tr>
      <w:tr w:rsidR="007A5E59" w14:paraId="437C115E" w14:textId="77777777">
        <w:trPr>
          <w:jc w:val="center"/>
        </w:trPr>
        <w:tc>
          <w:tcPr>
            <w:tcW w:w="0" w:type="auto"/>
          </w:tcPr>
          <w:p w14:paraId="36E43E5A" w14:textId="77777777" w:rsidR="007A5E59" w:rsidRDefault="0095198F">
            <w:pPr>
              <w:jc w:val="center"/>
            </w:pPr>
            <w:r>
              <w:t>10</w:t>
            </w:r>
          </w:p>
        </w:tc>
        <w:tc>
          <w:tcPr>
            <w:tcW w:w="0" w:type="auto"/>
          </w:tcPr>
          <w:p w14:paraId="6D38C1DC" w14:textId="77777777" w:rsidR="007A5E59" w:rsidRDefault="0095198F">
            <w:r>
              <w:t>Т-1-12/02 В. Волошиной, 3А</w:t>
            </w:r>
          </w:p>
        </w:tc>
        <w:tc>
          <w:tcPr>
            <w:tcW w:w="0" w:type="auto"/>
          </w:tcPr>
          <w:p w14:paraId="3571F37B" w14:textId="77777777" w:rsidR="007A5E59" w:rsidRDefault="0095198F">
            <w:pPr>
              <w:jc w:val="center"/>
            </w:pPr>
            <w:r>
              <w:t>25</w:t>
            </w:r>
          </w:p>
        </w:tc>
        <w:tc>
          <w:tcPr>
            <w:tcW w:w="0" w:type="auto"/>
          </w:tcPr>
          <w:p w14:paraId="6F969883" w14:textId="77777777" w:rsidR="007A5E59" w:rsidRDefault="0095198F">
            <w:pPr>
              <w:jc w:val="center"/>
            </w:pPr>
            <w:r>
              <w:t>2014</w:t>
            </w:r>
          </w:p>
        </w:tc>
        <w:tc>
          <w:tcPr>
            <w:tcW w:w="0" w:type="auto"/>
          </w:tcPr>
          <w:p w14:paraId="7F65C9D4" w14:textId="77777777" w:rsidR="007A5E59" w:rsidRDefault="0095198F">
            <w:pPr>
              <w:jc w:val="center"/>
            </w:pPr>
            <w:r>
              <w:t>48</w:t>
            </w:r>
          </w:p>
        </w:tc>
        <w:tc>
          <w:tcPr>
            <w:tcW w:w="0" w:type="auto"/>
          </w:tcPr>
          <w:p w14:paraId="7EFCCE1C" w14:textId="77777777" w:rsidR="007A5E59" w:rsidRDefault="0095198F">
            <w:r>
              <w:t>канал.</w:t>
            </w:r>
          </w:p>
        </w:tc>
      </w:tr>
      <w:tr w:rsidR="007A5E59" w14:paraId="64232C27" w14:textId="77777777">
        <w:trPr>
          <w:jc w:val="center"/>
        </w:trPr>
        <w:tc>
          <w:tcPr>
            <w:tcW w:w="0" w:type="auto"/>
          </w:tcPr>
          <w:p w14:paraId="09B30D1B" w14:textId="77777777" w:rsidR="007A5E59" w:rsidRDefault="0095198F">
            <w:pPr>
              <w:jc w:val="center"/>
            </w:pPr>
            <w:r>
              <w:t>11</w:t>
            </w:r>
          </w:p>
        </w:tc>
        <w:tc>
          <w:tcPr>
            <w:tcW w:w="0" w:type="auto"/>
          </w:tcPr>
          <w:p w14:paraId="350A8300" w14:textId="77777777" w:rsidR="007A5E59" w:rsidRDefault="0095198F">
            <w:r>
              <w:t>Т-01-12/01-Т-01-12/02</w:t>
            </w:r>
          </w:p>
        </w:tc>
        <w:tc>
          <w:tcPr>
            <w:tcW w:w="0" w:type="auto"/>
          </w:tcPr>
          <w:p w14:paraId="6F5067B2" w14:textId="77777777" w:rsidR="007A5E59" w:rsidRDefault="0095198F">
            <w:pPr>
              <w:jc w:val="center"/>
            </w:pPr>
            <w:r>
              <w:t>100</w:t>
            </w:r>
          </w:p>
        </w:tc>
        <w:tc>
          <w:tcPr>
            <w:tcW w:w="0" w:type="auto"/>
          </w:tcPr>
          <w:p w14:paraId="7AA7098D" w14:textId="77777777" w:rsidR="007A5E59" w:rsidRDefault="0095198F">
            <w:pPr>
              <w:jc w:val="center"/>
            </w:pPr>
            <w:r>
              <w:t>2014</w:t>
            </w:r>
          </w:p>
        </w:tc>
        <w:tc>
          <w:tcPr>
            <w:tcW w:w="0" w:type="auto"/>
          </w:tcPr>
          <w:p w14:paraId="75266A05" w14:textId="77777777" w:rsidR="007A5E59" w:rsidRDefault="0095198F">
            <w:pPr>
              <w:jc w:val="center"/>
            </w:pPr>
            <w:r>
              <w:t>13</w:t>
            </w:r>
          </w:p>
        </w:tc>
        <w:tc>
          <w:tcPr>
            <w:tcW w:w="0" w:type="auto"/>
          </w:tcPr>
          <w:p w14:paraId="5DBE2F23" w14:textId="77777777" w:rsidR="007A5E59" w:rsidRDefault="0095198F">
            <w:r>
              <w:t>канал.</w:t>
            </w:r>
          </w:p>
        </w:tc>
      </w:tr>
      <w:tr w:rsidR="007A5E59" w14:paraId="37076355" w14:textId="77777777">
        <w:trPr>
          <w:jc w:val="center"/>
        </w:trPr>
        <w:tc>
          <w:tcPr>
            <w:tcW w:w="0" w:type="auto"/>
          </w:tcPr>
          <w:p w14:paraId="3461B739" w14:textId="77777777" w:rsidR="007A5E59" w:rsidRDefault="0095198F">
            <w:pPr>
              <w:jc w:val="center"/>
            </w:pPr>
            <w:r>
              <w:t>12</w:t>
            </w:r>
          </w:p>
        </w:tc>
        <w:tc>
          <w:tcPr>
            <w:tcW w:w="0" w:type="auto"/>
          </w:tcPr>
          <w:p w14:paraId="23BEE47E" w14:textId="77777777" w:rsidR="007A5E59" w:rsidRDefault="0095198F">
            <w:r>
              <w:t>ТК-01-12-ТК-01-12/01</w:t>
            </w:r>
          </w:p>
        </w:tc>
        <w:tc>
          <w:tcPr>
            <w:tcW w:w="0" w:type="auto"/>
          </w:tcPr>
          <w:p w14:paraId="6D5086FE" w14:textId="77777777" w:rsidR="007A5E59" w:rsidRDefault="0095198F">
            <w:pPr>
              <w:jc w:val="center"/>
            </w:pPr>
            <w:r>
              <w:t>150</w:t>
            </w:r>
          </w:p>
        </w:tc>
        <w:tc>
          <w:tcPr>
            <w:tcW w:w="0" w:type="auto"/>
          </w:tcPr>
          <w:p w14:paraId="4557BA94" w14:textId="77777777" w:rsidR="007A5E59" w:rsidRDefault="0095198F">
            <w:pPr>
              <w:jc w:val="center"/>
            </w:pPr>
            <w:r>
              <w:t>1987</w:t>
            </w:r>
          </w:p>
        </w:tc>
        <w:tc>
          <w:tcPr>
            <w:tcW w:w="0" w:type="auto"/>
          </w:tcPr>
          <w:p w14:paraId="519DA6CB" w14:textId="77777777" w:rsidR="007A5E59" w:rsidRDefault="0095198F">
            <w:pPr>
              <w:jc w:val="center"/>
            </w:pPr>
            <w:r>
              <w:t>23</w:t>
            </w:r>
          </w:p>
        </w:tc>
        <w:tc>
          <w:tcPr>
            <w:tcW w:w="0" w:type="auto"/>
          </w:tcPr>
          <w:p w14:paraId="28148A39" w14:textId="77777777" w:rsidR="007A5E59" w:rsidRDefault="0095198F">
            <w:r>
              <w:t>канал.</w:t>
            </w:r>
          </w:p>
        </w:tc>
      </w:tr>
      <w:tr w:rsidR="007A5E59" w14:paraId="134BF109" w14:textId="77777777">
        <w:trPr>
          <w:jc w:val="center"/>
        </w:trPr>
        <w:tc>
          <w:tcPr>
            <w:tcW w:w="0" w:type="auto"/>
          </w:tcPr>
          <w:p w14:paraId="317A7751" w14:textId="77777777" w:rsidR="007A5E59" w:rsidRDefault="0095198F">
            <w:pPr>
              <w:jc w:val="center"/>
            </w:pPr>
            <w:r>
              <w:t>13</w:t>
            </w:r>
          </w:p>
        </w:tc>
        <w:tc>
          <w:tcPr>
            <w:tcW w:w="0" w:type="auto"/>
          </w:tcPr>
          <w:p w14:paraId="4240242F" w14:textId="77777777" w:rsidR="007A5E59" w:rsidRDefault="0095198F">
            <w:r>
              <w:t>ТК-01-12 – 19 Партсъезда, 1</w:t>
            </w:r>
          </w:p>
        </w:tc>
        <w:tc>
          <w:tcPr>
            <w:tcW w:w="0" w:type="auto"/>
          </w:tcPr>
          <w:p w14:paraId="31B8FD09" w14:textId="77777777" w:rsidR="007A5E59" w:rsidRDefault="0095198F">
            <w:pPr>
              <w:jc w:val="center"/>
            </w:pPr>
            <w:r>
              <w:t>40</w:t>
            </w:r>
          </w:p>
        </w:tc>
        <w:tc>
          <w:tcPr>
            <w:tcW w:w="0" w:type="auto"/>
          </w:tcPr>
          <w:p w14:paraId="20D01392" w14:textId="77777777" w:rsidR="007A5E59" w:rsidRDefault="0095198F">
            <w:pPr>
              <w:jc w:val="center"/>
            </w:pPr>
            <w:r>
              <w:t>1987</w:t>
            </w:r>
          </w:p>
        </w:tc>
        <w:tc>
          <w:tcPr>
            <w:tcW w:w="0" w:type="auto"/>
          </w:tcPr>
          <w:p w14:paraId="698B7E96" w14:textId="77777777" w:rsidR="007A5E59" w:rsidRDefault="0095198F">
            <w:pPr>
              <w:jc w:val="center"/>
            </w:pPr>
            <w:r>
              <w:t>5</w:t>
            </w:r>
          </w:p>
        </w:tc>
        <w:tc>
          <w:tcPr>
            <w:tcW w:w="0" w:type="auto"/>
          </w:tcPr>
          <w:p w14:paraId="27842353" w14:textId="77777777" w:rsidR="007A5E59" w:rsidRDefault="0095198F">
            <w:r>
              <w:t>канал.</w:t>
            </w:r>
          </w:p>
        </w:tc>
      </w:tr>
      <w:tr w:rsidR="007A5E59" w14:paraId="1C6FC3A0" w14:textId="77777777">
        <w:trPr>
          <w:jc w:val="center"/>
        </w:trPr>
        <w:tc>
          <w:tcPr>
            <w:tcW w:w="0" w:type="auto"/>
          </w:tcPr>
          <w:p w14:paraId="636A9D7D" w14:textId="77777777" w:rsidR="007A5E59" w:rsidRDefault="0095198F">
            <w:pPr>
              <w:jc w:val="center"/>
            </w:pPr>
            <w:r>
              <w:t>14</w:t>
            </w:r>
          </w:p>
        </w:tc>
        <w:tc>
          <w:tcPr>
            <w:tcW w:w="0" w:type="auto"/>
          </w:tcPr>
          <w:p w14:paraId="0C28BF99" w14:textId="77777777" w:rsidR="007A5E59" w:rsidRDefault="0095198F">
            <w:r>
              <w:t>ТК-01-11 – 19 Партсъезда, 3</w:t>
            </w:r>
          </w:p>
        </w:tc>
        <w:tc>
          <w:tcPr>
            <w:tcW w:w="0" w:type="auto"/>
          </w:tcPr>
          <w:p w14:paraId="124AF560" w14:textId="77777777" w:rsidR="007A5E59" w:rsidRDefault="0095198F">
            <w:pPr>
              <w:jc w:val="center"/>
            </w:pPr>
            <w:r>
              <w:t>20</w:t>
            </w:r>
          </w:p>
        </w:tc>
        <w:tc>
          <w:tcPr>
            <w:tcW w:w="0" w:type="auto"/>
          </w:tcPr>
          <w:p w14:paraId="60B41E78" w14:textId="77777777" w:rsidR="007A5E59" w:rsidRDefault="0095198F">
            <w:pPr>
              <w:jc w:val="center"/>
            </w:pPr>
            <w:r>
              <w:t>2014</w:t>
            </w:r>
          </w:p>
        </w:tc>
        <w:tc>
          <w:tcPr>
            <w:tcW w:w="0" w:type="auto"/>
          </w:tcPr>
          <w:p w14:paraId="7901BD14" w14:textId="77777777" w:rsidR="007A5E59" w:rsidRDefault="0095198F">
            <w:pPr>
              <w:jc w:val="center"/>
            </w:pPr>
            <w:r>
              <w:t>14</w:t>
            </w:r>
          </w:p>
        </w:tc>
        <w:tc>
          <w:tcPr>
            <w:tcW w:w="0" w:type="auto"/>
          </w:tcPr>
          <w:p w14:paraId="52BFA026" w14:textId="77777777" w:rsidR="007A5E59" w:rsidRDefault="0095198F">
            <w:r>
              <w:t>канал.</w:t>
            </w:r>
          </w:p>
        </w:tc>
      </w:tr>
      <w:tr w:rsidR="007A5E59" w14:paraId="266FBE3A" w14:textId="77777777">
        <w:trPr>
          <w:jc w:val="center"/>
        </w:trPr>
        <w:tc>
          <w:tcPr>
            <w:tcW w:w="0" w:type="auto"/>
          </w:tcPr>
          <w:p w14:paraId="06B0813C" w14:textId="77777777" w:rsidR="007A5E59" w:rsidRDefault="0095198F">
            <w:pPr>
              <w:jc w:val="center"/>
            </w:pPr>
            <w:r>
              <w:t>15</w:t>
            </w:r>
          </w:p>
        </w:tc>
        <w:tc>
          <w:tcPr>
            <w:tcW w:w="0" w:type="auto"/>
          </w:tcPr>
          <w:p w14:paraId="3C5A7F70" w14:textId="77777777" w:rsidR="007A5E59" w:rsidRDefault="0095198F">
            <w:r>
              <w:t>ТК-01-11 – 19 Партсъезда, 7</w:t>
            </w:r>
          </w:p>
        </w:tc>
        <w:tc>
          <w:tcPr>
            <w:tcW w:w="0" w:type="auto"/>
          </w:tcPr>
          <w:p w14:paraId="76D7BEB4" w14:textId="77777777" w:rsidR="007A5E59" w:rsidRDefault="0095198F">
            <w:pPr>
              <w:jc w:val="center"/>
            </w:pPr>
            <w:r>
              <w:t>50</w:t>
            </w:r>
          </w:p>
        </w:tc>
        <w:tc>
          <w:tcPr>
            <w:tcW w:w="0" w:type="auto"/>
          </w:tcPr>
          <w:p w14:paraId="4DBC097C" w14:textId="77777777" w:rsidR="007A5E59" w:rsidRDefault="0095198F">
            <w:pPr>
              <w:jc w:val="center"/>
            </w:pPr>
            <w:r>
              <w:t>1965</w:t>
            </w:r>
          </w:p>
        </w:tc>
        <w:tc>
          <w:tcPr>
            <w:tcW w:w="0" w:type="auto"/>
          </w:tcPr>
          <w:p w14:paraId="41C4AAE5" w14:textId="77777777" w:rsidR="007A5E59" w:rsidRDefault="0095198F">
            <w:pPr>
              <w:jc w:val="center"/>
            </w:pPr>
            <w:r>
              <w:t>21</w:t>
            </w:r>
          </w:p>
        </w:tc>
        <w:tc>
          <w:tcPr>
            <w:tcW w:w="0" w:type="auto"/>
          </w:tcPr>
          <w:p w14:paraId="30DCECA8" w14:textId="77777777" w:rsidR="007A5E59" w:rsidRDefault="0095198F">
            <w:r>
              <w:t>канал.</w:t>
            </w:r>
          </w:p>
        </w:tc>
      </w:tr>
      <w:tr w:rsidR="007A5E59" w14:paraId="76F21977" w14:textId="77777777">
        <w:trPr>
          <w:jc w:val="center"/>
        </w:trPr>
        <w:tc>
          <w:tcPr>
            <w:tcW w:w="0" w:type="auto"/>
          </w:tcPr>
          <w:p w14:paraId="27E17EB4" w14:textId="77777777" w:rsidR="007A5E59" w:rsidRDefault="0095198F">
            <w:pPr>
              <w:jc w:val="center"/>
            </w:pPr>
            <w:r>
              <w:t>16</w:t>
            </w:r>
          </w:p>
        </w:tc>
        <w:tc>
          <w:tcPr>
            <w:tcW w:w="0" w:type="auto"/>
          </w:tcPr>
          <w:p w14:paraId="10C68BBF" w14:textId="77777777" w:rsidR="007A5E59" w:rsidRDefault="0095198F">
            <w:r>
              <w:t>ТК-01-11 – ТК-01-10</w:t>
            </w:r>
          </w:p>
        </w:tc>
        <w:tc>
          <w:tcPr>
            <w:tcW w:w="0" w:type="auto"/>
          </w:tcPr>
          <w:p w14:paraId="2BEBD563" w14:textId="77777777" w:rsidR="007A5E59" w:rsidRDefault="0095198F">
            <w:pPr>
              <w:jc w:val="center"/>
            </w:pPr>
            <w:r>
              <w:t>100</w:t>
            </w:r>
          </w:p>
        </w:tc>
        <w:tc>
          <w:tcPr>
            <w:tcW w:w="0" w:type="auto"/>
          </w:tcPr>
          <w:p w14:paraId="1165F6E2" w14:textId="77777777" w:rsidR="007A5E59" w:rsidRDefault="0095198F">
            <w:pPr>
              <w:jc w:val="center"/>
            </w:pPr>
            <w:r>
              <w:t>1979</w:t>
            </w:r>
          </w:p>
        </w:tc>
        <w:tc>
          <w:tcPr>
            <w:tcW w:w="0" w:type="auto"/>
          </w:tcPr>
          <w:p w14:paraId="0FBCED42" w14:textId="77777777" w:rsidR="007A5E59" w:rsidRDefault="0095198F">
            <w:pPr>
              <w:jc w:val="center"/>
            </w:pPr>
            <w:r>
              <w:t>78</w:t>
            </w:r>
          </w:p>
        </w:tc>
        <w:tc>
          <w:tcPr>
            <w:tcW w:w="0" w:type="auto"/>
          </w:tcPr>
          <w:p w14:paraId="5DE6B672" w14:textId="77777777" w:rsidR="007A5E59" w:rsidRDefault="0095198F">
            <w:r>
              <w:t>канал.</w:t>
            </w:r>
          </w:p>
        </w:tc>
      </w:tr>
      <w:tr w:rsidR="007A5E59" w14:paraId="6AC3B01C" w14:textId="77777777">
        <w:trPr>
          <w:jc w:val="center"/>
        </w:trPr>
        <w:tc>
          <w:tcPr>
            <w:tcW w:w="0" w:type="auto"/>
          </w:tcPr>
          <w:p w14:paraId="40C7D335" w14:textId="77777777" w:rsidR="007A5E59" w:rsidRDefault="0095198F">
            <w:pPr>
              <w:jc w:val="center"/>
            </w:pPr>
            <w:r>
              <w:t>17</w:t>
            </w:r>
          </w:p>
        </w:tc>
        <w:tc>
          <w:tcPr>
            <w:tcW w:w="0" w:type="auto"/>
          </w:tcPr>
          <w:p w14:paraId="4CFE5E29" w14:textId="77777777" w:rsidR="007A5E59" w:rsidRDefault="0095198F">
            <w:r>
              <w:t>Первомайская, 10Д – Первомайская, 10Г</w:t>
            </w:r>
          </w:p>
        </w:tc>
        <w:tc>
          <w:tcPr>
            <w:tcW w:w="0" w:type="auto"/>
          </w:tcPr>
          <w:p w14:paraId="556F36CA" w14:textId="77777777" w:rsidR="007A5E59" w:rsidRDefault="0095198F">
            <w:pPr>
              <w:jc w:val="center"/>
            </w:pPr>
            <w:r>
              <w:t>25</w:t>
            </w:r>
          </w:p>
        </w:tc>
        <w:tc>
          <w:tcPr>
            <w:tcW w:w="0" w:type="auto"/>
          </w:tcPr>
          <w:p w14:paraId="2695D2CE" w14:textId="77777777" w:rsidR="007A5E59" w:rsidRDefault="0095198F">
            <w:pPr>
              <w:jc w:val="center"/>
            </w:pPr>
            <w:r>
              <w:t>2014</w:t>
            </w:r>
          </w:p>
        </w:tc>
        <w:tc>
          <w:tcPr>
            <w:tcW w:w="0" w:type="auto"/>
          </w:tcPr>
          <w:p w14:paraId="5CC4E022" w14:textId="77777777" w:rsidR="007A5E59" w:rsidRDefault="0095198F">
            <w:pPr>
              <w:jc w:val="center"/>
            </w:pPr>
            <w:r>
              <w:t>50</w:t>
            </w:r>
          </w:p>
        </w:tc>
        <w:tc>
          <w:tcPr>
            <w:tcW w:w="0" w:type="auto"/>
          </w:tcPr>
          <w:p w14:paraId="07D75424" w14:textId="77777777" w:rsidR="007A5E59" w:rsidRDefault="0095198F">
            <w:r>
              <w:t>канал.</w:t>
            </w:r>
          </w:p>
        </w:tc>
      </w:tr>
      <w:tr w:rsidR="007A5E59" w14:paraId="1288D2BA" w14:textId="77777777">
        <w:trPr>
          <w:jc w:val="center"/>
        </w:trPr>
        <w:tc>
          <w:tcPr>
            <w:tcW w:w="0" w:type="auto"/>
          </w:tcPr>
          <w:p w14:paraId="70480380" w14:textId="77777777" w:rsidR="007A5E59" w:rsidRDefault="0095198F">
            <w:pPr>
              <w:jc w:val="center"/>
            </w:pPr>
            <w:r>
              <w:t>18</w:t>
            </w:r>
          </w:p>
        </w:tc>
        <w:tc>
          <w:tcPr>
            <w:tcW w:w="0" w:type="auto"/>
          </w:tcPr>
          <w:p w14:paraId="15BB43D5" w14:textId="77777777" w:rsidR="007A5E59" w:rsidRDefault="0095198F">
            <w:r>
              <w:t>Первомайская, 10Г – Первомайская, 10Б</w:t>
            </w:r>
          </w:p>
        </w:tc>
        <w:tc>
          <w:tcPr>
            <w:tcW w:w="0" w:type="auto"/>
          </w:tcPr>
          <w:p w14:paraId="4C25FF72" w14:textId="77777777" w:rsidR="007A5E59" w:rsidRDefault="0095198F">
            <w:pPr>
              <w:jc w:val="center"/>
            </w:pPr>
            <w:r>
              <w:t>25</w:t>
            </w:r>
          </w:p>
        </w:tc>
        <w:tc>
          <w:tcPr>
            <w:tcW w:w="0" w:type="auto"/>
          </w:tcPr>
          <w:p w14:paraId="68C593AD" w14:textId="77777777" w:rsidR="007A5E59" w:rsidRDefault="0095198F">
            <w:pPr>
              <w:jc w:val="center"/>
            </w:pPr>
            <w:r>
              <w:t>2014</w:t>
            </w:r>
          </w:p>
        </w:tc>
        <w:tc>
          <w:tcPr>
            <w:tcW w:w="0" w:type="auto"/>
          </w:tcPr>
          <w:p w14:paraId="7EBF36D3" w14:textId="77777777" w:rsidR="007A5E59" w:rsidRDefault="0095198F">
            <w:pPr>
              <w:jc w:val="center"/>
            </w:pPr>
            <w:r>
              <w:t>53</w:t>
            </w:r>
          </w:p>
        </w:tc>
        <w:tc>
          <w:tcPr>
            <w:tcW w:w="0" w:type="auto"/>
          </w:tcPr>
          <w:p w14:paraId="08A73AD6" w14:textId="77777777" w:rsidR="007A5E59" w:rsidRDefault="0095198F">
            <w:r>
              <w:t>канал.</w:t>
            </w:r>
          </w:p>
        </w:tc>
      </w:tr>
      <w:tr w:rsidR="007A5E59" w14:paraId="15E7959E" w14:textId="77777777">
        <w:trPr>
          <w:jc w:val="center"/>
        </w:trPr>
        <w:tc>
          <w:tcPr>
            <w:tcW w:w="0" w:type="auto"/>
          </w:tcPr>
          <w:p w14:paraId="2608D8C7" w14:textId="77777777" w:rsidR="007A5E59" w:rsidRDefault="0095198F">
            <w:pPr>
              <w:jc w:val="center"/>
            </w:pPr>
            <w:r>
              <w:t>19</w:t>
            </w:r>
          </w:p>
        </w:tc>
        <w:tc>
          <w:tcPr>
            <w:tcW w:w="0" w:type="auto"/>
          </w:tcPr>
          <w:p w14:paraId="3C710E67" w14:textId="77777777" w:rsidR="007A5E59" w:rsidRDefault="0095198F">
            <w:r>
              <w:t>Первомайская, 10Б – ТК-01-10/7</w:t>
            </w:r>
          </w:p>
        </w:tc>
        <w:tc>
          <w:tcPr>
            <w:tcW w:w="0" w:type="auto"/>
          </w:tcPr>
          <w:p w14:paraId="58426387" w14:textId="77777777" w:rsidR="007A5E59" w:rsidRDefault="0095198F">
            <w:pPr>
              <w:jc w:val="center"/>
            </w:pPr>
            <w:r>
              <w:t>25</w:t>
            </w:r>
          </w:p>
        </w:tc>
        <w:tc>
          <w:tcPr>
            <w:tcW w:w="0" w:type="auto"/>
          </w:tcPr>
          <w:p w14:paraId="05F11148" w14:textId="77777777" w:rsidR="007A5E59" w:rsidRDefault="0095198F">
            <w:pPr>
              <w:jc w:val="center"/>
            </w:pPr>
            <w:r>
              <w:t>2014</w:t>
            </w:r>
          </w:p>
        </w:tc>
        <w:tc>
          <w:tcPr>
            <w:tcW w:w="0" w:type="auto"/>
          </w:tcPr>
          <w:p w14:paraId="0C30A577" w14:textId="77777777" w:rsidR="007A5E59" w:rsidRDefault="0095198F">
            <w:pPr>
              <w:jc w:val="center"/>
            </w:pPr>
            <w:r>
              <w:t>77</w:t>
            </w:r>
          </w:p>
        </w:tc>
        <w:tc>
          <w:tcPr>
            <w:tcW w:w="0" w:type="auto"/>
          </w:tcPr>
          <w:p w14:paraId="41488372" w14:textId="77777777" w:rsidR="007A5E59" w:rsidRDefault="0095198F">
            <w:r>
              <w:t>канал.</w:t>
            </w:r>
          </w:p>
        </w:tc>
      </w:tr>
      <w:tr w:rsidR="007A5E59" w14:paraId="273B1B5E" w14:textId="77777777">
        <w:trPr>
          <w:jc w:val="center"/>
        </w:trPr>
        <w:tc>
          <w:tcPr>
            <w:tcW w:w="0" w:type="auto"/>
          </w:tcPr>
          <w:p w14:paraId="706382C5" w14:textId="77777777" w:rsidR="007A5E59" w:rsidRDefault="0095198F">
            <w:pPr>
              <w:jc w:val="center"/>
            </w:pPr>
            <w:r>
              <w:t>20</w:t>
            </w:r>
          </w:p>
        </w:tc>
        <w:tc>
          <w:tcPr>
            <w:tcW w:w="0" w:type="auto"/>
          </w:tcPr>
          <w:p w14:paraId="349CBE7F" w14:textId="77777777" w:rsidR="007A5E59" w:rsidRDefault="0095198F">
            <w:r>
              <w:t>ТК-01-10/7 – Первомайская 12а</w:t>
            </w:r>
          </w:p>
        </w:tc>
        <w:tc>
          <w:tcPr>
            <w:tcW w:w="0" w:type="auto"/>
          </w:tcPr>
          <w:p w14:paraId="7C44DC95" w14:textId="77777777" w:rsidR="007A5E59" w:rsidRDefault="0095198F">
            <w:pPr>
              <w:jc w:val="center"/>
            </w:pPr>
            <w:r>
              <w:t>25</w:t>
            </w:r>
          </w:p>
        </w:tc>
        <w:tc>
          <w:tcPr>
            <w:tcW w:w="0" w:type="auto"/>
          </w:tcPr>
          <w:p w14:paraId="78CF4726" w14:textId="77777777" w:rsidR="007A5E59" w:rsidRDefault="0095198F">
            <w:pPr>
              <w:jc w:val="center"/>
            </w:pPr>
            <w:r>
              <w:t>2014</w:t>
            </w:r>
          </w:p>
        </w:tc>
        <w:tc>
          <w:tcPr>
            <w:tcW w:w="0" w:type="auto"/>
          </w:tcPr>
          <w:p w14:paraId="42E962EF" w14:textId="77777777" w:rsidR="007A5E59" w:rsidRDefault="0095198F">
            <w:pPr>
              <w:jc w:val="center"/>
            </w:pPr>
            <w:r>
              <w:t>10</w:t>
            </w:r>
          </w:p>
        </w:tc>
        <w:tc>
          <w:tcPr>
            <w:tcW w:w="0" w:type="auto"/>
          </w:tcPr>
          <w:p w14:paraId="0E85347B" w14:textId="77777777" w:rsidR="007A5E59" w:rsidRDefault="0095198F">
            <w:r>
              <w:t>бесканал.</w:t>
            </w:r>
          </w:p>
        </w:tc>
      </w:tr>
      <w:tr w:rsidR="007A5E59" w14:paraId="68855EE0" w14:textId="77777777">
        <w:trPr>
          <w:jc w:val="center"/>
        </w:trPr>
        <w:tc>
          <w:tcPr>
            <w:tcW w:w="0" w:type="auto"/>
          </w:tcPr>
          <w:p w14:paraId="21959FF8" w14:textId="77777777" w:rsidR="007A5E59" w:rsidRDefault="0095198F">
            <w:pPr>
              <w:jc w:val="center"/>
            </w:pPr>
            <w:r>
              <w:t>21</w:t>
            </w:r>
          </w:p>
        </w:tc>
        <w:tc>
          <w:tcPr>
            <w:tcW w:w="0" w:type="auto"/>
          </w:tcPr>
          <w:p w14:paraId="0426B720" w14:textId="77777777" w:rsidR="007A5E59" w:rsidRDefault="0095198F">
            <w:r>
              <w:t>ТК-01-10/6 – ТК-01-10/7</w:t>
            </w:r>
          </w:p>
        </w:tc>
        <w:tc>
          <w:tcPr>
            <w:tcW w:w="0" w:type="auto"/>
          </w:tcPr>
          <w:p w14:paraId="5C4C0BC8" w14:textId="77777777" w:rsidR="007A5E59" w:rsidRDefault="0095198F">
            <w:pPr>
              <w:jc w:val="center"/>
            </w:pPr>
            <w:r>
              <w:t>25</w:t>
            </w:r>
          </w:p>
        </w:tc>
        <w:tc>
          <w:tcPr>
            <w:tcW w:w="0" w:type="auto"/>
          </w:tcPr>
          <w:p w14:paraId="6C6CEA98" w14:textId="77777777" w:rsidR="007A5E59" w:rsidRDefault="0095198F">
            <w:pPr>
              <w:jc w:val="center"/>
            </w:pPr>
            <w:r>
              <w:t>2014</w:t>
            </w:r>
          </w:p>
        </w:tc>
        <w:tc>
          <w:tcPr>
            <w:tcW w:w="0" w:type="auto"/>
          </w:tcPr>
          <w:p w14:paraId="2970BB7C" w14:textId="77777777" w:rsidR="007A5E59" w:rsidRDefault="0095198F">
            <w:pPr>
              <w:jc w:val="center"/>
            </w:pPr>
            <w:r>
              <w:t>60</w:t>
            </w:r>
          </w:p>
        </w:tc>
        <w:tc>
          <w:tcPr>
            <w:tcW w:w="0" w:type="auto"/>
          </w:tcPr>
          <w:p w14:paraId="64D55E09" w14:textId="77777777" w:rsidR="007A5E59" w:rsidRDefault="0095198F">
            <w:r>
              <w:t>бесканал.</w:t>
            </w:r>
          </w:p>
        </w:tc>
      </w:tr>
      <w:tr w:rsidR="007A5E59" w14:paraId="311A03A8" w14:textId="77777777">
        <w:trPr>
          <w:jc w:val="center"/>
        </w:trPr>
        <w:tc>
          <w:tcPr>
            <w:tcW w:w="0" w:type="auto"/>
          </w:tcPr>
          <w:p w14:paraId="5F95AEE2" w14:textId="77777777" w:rsidR="007A5E59" w:rsidRDefault="0095198F">
            <w:pPr>
              <w:jc w:val="center"/>
            </w:pPr>
            <w:r>
              <w:t>22</w:t>
            </w:r>
          </w:p>
        </w:tc>
        <w:tc>
          <w:tcPr>
            <w:tcW w:w="0" w:type="auto"/>
          </w:tcPr>
          <w:p w14:paraId="0C630971" w14:textId="77777777" w:rsidR="007A5E59" w:rsidRDefault="0095198F">
            <w:r>
              <w:t>ТК-01-10/6 – Первомайская 12а</w:t>
            </w:r>
          </w:p>
        </w:tc>
        <w:tc>
          <w:tcPr>
            <w:tcW w:w="0" w:type="auto"/>
          </w:tcPr>
          <w:p w14:paraId="4E6DF8C2" w14:textId="77777777" w:rsidR="007A5E59" w:rsidRDefault="0095198F">
            <w:pPr>
              <w:jc w:val="center"/>
            </w:pPr>
            <w:r>
              <w:t>25</w:t>
            </w:r>
          </w:p>
        </w:tc>
        <w:tc>
          <w:tcPr>
            <w:tcW w:w="0" w:type="auto"/>
          </w:tcPr>
          <w:p w14:paraId="6BED19F8" w14:textId="77777777" w:rsidR="007A5E59" w:rsidRDefault="0095198F">
            <w:pPr>
              <w:jc w:val="center"/>
            </w:pPr>
            <w:r>
              <w:t>2014</w:t>
            </w:r>
          </w:p>
        </w:tc>
        <w:tc>
          <w:tcPr>
            <w:tcW w:w="0" w:type="auto"/>
          </w:tcPr>
          <w:p w14:paraId="020A23BA" w14:textId="77777777" w:rsidR="007A5E59" w:rsidRDefault="0095198F">
            <w:pPr>
              <w:jc w:val="center"/>
            </w:pPr>
            <w:r>
              <w:t>27</w:t>
            </w:r>
          </w:p>
        </w:tc>
        <w:tc>
          <w:tcPr>
            <w:tcW w:w="0" w:type="auto"/>
          </w:tcPr>
          <w:p w14:paraId="5A0947F2" w14:textId="77777777" w:rsidR="007A5E59" w:rsidRDefault="0095198F">
            <w:r>
              <w:t>бесканал.</w:t>
            </w:r>
          </w:p>
        </w:tc>
      </w:tr>
      <w:tr w:rsidR="007A5E59" w14:paraId="0641C30E" w14:textId="77777777">
        <w:trPr>
          <w:jc w:val="center"/>
        </w:trPr>
        <w:tc>
          <w:tcPr>
            <w:tcW w:w="0" w:type="auto"/>
          </w:tcPr>
          <w:p w14:paraId="4E0B0E5C" w14:textId="77777777" w:rsidR="007A5E59" w:rsidRDefault="0095198F">
            <w:pPr>
              <w:jc w:val="center"/>
            </w:pPr>
            <w:r>
              <w:t>23</w:t>
            </w:r>
          </w:p>
        </w:tc>
        <w:tc>
          <w:tcPr>
            <w:tcW w:w="0" w:type="auto"/>
          </w:tcPr>
          <w:p w14:paraId="1932C075" w14:textId="77777777" w:rsidR="007A5E59" w:rsidRDefault="0095198F">
            <w:r>
              <w:t>ТК-01-10/6 – Первомайская 9 2й ввод</w:t>
            </w:r>
          </w:p>
        </w:tc>
        <w:tc>
          <w:tcPr>
            <w:tcW w:w="0" w:type="auto"/>
          </w:tcPr>
          <w:p w14:paraId="4B0E0499" w14:textId="77777777" w:rsidR="007A5E59" w:rsidRDefault="0095198F">
            <w:pPr>
              <w:jc w:val="center"/>
            </w:pPr>
            <w:r>
              <w:t>40</w:t>
            </w:r>
          </w:p>
        </w:tc>
        <w:tc>
          <w:tcPr>
            <w:tcW w:w="0" w:type="auto"/>
          </w:tcPr>
          <w:p w14:paraId="73D32EFB" w14:textId="77777777" w:rsidR="007A5E59" w:rsidRDefault="0095198F">
            <w:pPr>
              <w:jc w:val="center"/>
            </w:pPr>
            <w:r>
              <w:t>1957</w:t>
            </w:r>
          </w:p>
        </w:tc>
        <w:tc>
          <w:tcPr>
            <w:tcW w:w="0" w:type="auto"/>
          </w:tcPr>
          <w:p w14:paraId="07BE4561" w14:textId="77777777" w:rsidR="007A5E59" w:rsidRDefault="0095198F">
            <w:pPr>
              <w:jc w:val="center"/>
            </w:pPr>
            <w:r>
              <w:t>21</w:t>
            </w:r>
          </w:p>
        </w:tc>
        <w:tc>
          <w:tcPr>
            <w:tcW w:w="0" w:type="auto"/>
          </w:tcPr>
          <w:p w14:paraId="297846D3" w14:textId="77777777" w:rsidR="007A5E59" w:rsidRDefault="0095198F">
            <w:r>
              <w:t>канал.</w:t>
            </w:r>
          </w:p>
        </w:tc>
      </w:tr>
      <w:tr w:rsidR="007A5E59" w14:paraId="7082771C" w14:textId="77777777">
        <w:trPr>
          <w:jc w:val="center"/>
        </w:trPr>
        <w:tc>
          <w:tcPr>
            <w:tcW w:w="0" w:type="auto"/>
          </w:tcPr>
          <w:p w14:paraId="23E49E9E" w14:textId="77777777" w:rsidR="007A5E59" w:rsidRDefault="0095198F">
            <w:pPr>
              <w:jc w:val="center"/>
            </w:pPr>
            <w:r>
              <w:t>24</w:t>
            </w:r>
          </w:p>
        </w:tc>
        <w:tc>
          <w:tcPr>
            <w:tcW w:w="0" w:type="auto"/>
          </w:tcPr>
          <w:p w14:paraId="14A5E586" w14:textId="77777777" w:rsidR="007A5E59" w:rsidRDefault="0095198F">
            <w:r>
              <w:t>ТК-01-10/6 – ТК-01-10/5</w:t>
            </w:r>
          </w:p>
        </w:tc>
        <w:tc>
          <w:tcPr>
            <w:tcW w:w="0" w:type="auto"/>
          </w:tcPr>
          <w:p w14:paraId="3B62FC27" w14:textId="77777777" w:rsidR="007A5E59" w:rsidRDefault="0095198F">
            <w:pPr>
              <w:jc w:val="center"/>
            </w:pPr>
            <w:r>
              <w:t>100</w:t>
            </w:r>
          </w:p>
        </w:tc>
        <w:tc>
          <w:tcPr>
            <w:tcW w:w="0" w:type="auto"/>
          </w:tcPr>
          <w:p w14:paraId="5F704007" w14:textId="77777777" w:rsidR="007A5E59" w:rsidRDefault="0095198F">
            <w:pPr>
              <w:jc w:val="center"/>
            </w:pPr>
            <w:r>
              <w:t>2014</w:t>
            </w:r>
          </w:p>
        </w:tc>
        <w:tc>
          <w:tcPr>
            <w:tcW w:w="0" w:type="auto"/>
          </w:tcPr>
          <w:p w14:paraId="705540E7" w14:textId="77777777" w:rsidR="007A5E59" w:rsidRDefault="0095198F">
            <w:pPr>
              <w:jc w:val="center"/>
            </w:pPr>
            <w:r>
              <w:t>7</w:t>
            </w:r>
          </w:p>
        </w:tc>
        <w:tc>
          <w:tcPr>
            <w:tcW w:w="0" w:type="auto"/>
          </w:tcPr>
          <w:p w14:paraId="11A7E17F" w14:textId="77777777" w:rsidR="007A5E59" w:rsidRDefault="0095198F">
            <w:r>
              <w:t>канал.</w:t>
            </w:r>
          </w:p>
        </w:tc>
      </w:tr>
      <w:tr w:rsidR="007A5E59" w14:paraId="73D172CD" w14:textId="77777777">
        <w:trPr>
          <w:jc w:val="center"/>
        </w:trPr>
        <w:tc>
          <w:tcPr>
            <w:tcW w:w="0" w:type="auto"/>
          </w:tcPr>
          <w:p w14:paraId="5820734B" w14:textId="77777777" w:rsidR="007A5E59" w:rsidRDefault="0095198F">
            <w:pPr>
              <w:jc w:val="center"/>
            </w:pPr>
            <w:r>
              <w:t>25</w:t>
            </w:r>
          </w:p>
        </w:tc>
        <w:tc>
          <w:tcPr>
            <w:tcW w:w="0" w:type="auto"/>
          </w:tcPr>
          <w:p w14:paraId="6FF3E37A" w14:textId="77777777" w:rsidR="007A5E59" w:rsidRDefault="0095198F">
            <w:r>
              <w:t>ТК-01-10/5 – Т-01-10/4</w:t>
            </w:r>
          </w:p>
        </w:tc>
        <w:tc>
          <w:tcPr>
            <w:tcW w:w="0" w:type="auto"/>
          </w:tcPr>
          <w:p w14:paraId="7A6ABA59" w14:textId="77777777" w:rsidR="007A5E59" w:rsidRDefault="0095198F">
            <w:pPr>
              <w:jc w:val="center"/>
            </w:pPr>
            <w:r>
              <w:t>100</w:t>
            </w:r>
          </w:p>
        </w:tc>
        <w:tc>
          <w:tcPr>
            <w:tcW w:w="0" w:type="auto"/>
          </w:tcPr>
          <w:p w14:paraId="6B7BF26C" w14:textId="77777777" w:rsidR="007A5E59" w:rsidRDefault="0095198F">
            <w:pPr>
              <w:jc w:val="center"/>
            </w:pPr>
            <w:r>
              <w:t>2014</w:t>
            </w:r>
          </w:p>
        </w:tc>
        <w:tc>
          <w:tcPr>
            <w:tcW w:w="0" w:type="auto"/>
          </w:tcPr>
          <w:p w14:paraId="0D101073" w14:textId="77777777" w:rsidR="007A5E59" w:rsidRDefault="0095198F">
            <w:pPr>
              <w:jc w:val="center"/>
            </w:pPr>
            <w:r>
              <w:t>31</w:t>
            </w:r>
          </w:p>
        </w:tc>
        <w:tc>
          <w:tcPr>
            <w:tcW w:w="0" w:type="auto"/>
          </w:tcPr>
          <w:p w14:paraId="3C53BEF4" w14:textId="77777777" w:rsidR="007A5E59" w:rsidRDefault="0095198F">
            <w:r>
              <w:t>канал.</w:t>
            </w:r>
          </w:p>
        </w:tc>
      </w:tr>
      <w:tr w:rsidR="007A5E59" w14:paraId="4BA0A705" w14:textId="77777777">
        <w:trPr>
          <w:jc w:val="center"/>
        </w:trPr>
        <w:tc>
          <w:tcPr>
            <w:tcW w:w="0" w:type="auto"/>
          </w:tcPr>
          <w:p w14:paraId="452E0C59" w14:textId="77777777" w:rsidR="007A5E59" w:rsidRDefault="0095198F">
            <w:pPr>
              <w:jc w:val="center"/>
            </w:pPr>
            <w:r>
              <w:t>26</w:t>
            </w:r>
          </w:p>
        </w:tc>
        <w:tc>
          <w:tcPr>
            <w:tcW w:w="0" w:type="auto"/>
          </w:tcPr>
          <w:p w14:paraId="129C7F23" w14:textId="77777777" w:rsidR="007A5E59" w:rsidRDefault="0095198F">
            <w:r>
              <w:t>Т-01-10/4 – Первомайская 7, 2й ввод</w:t>
            </w:r>
          </w:p>
        </w:tc>
        <w:tc>
          <w:tcPr>
            <w:tcW w:w="0" w:type="auto"/>
          </w:tcPr>
          <w:p w14:paraId="18C61C29" w14:textId="77777777" w:rsidR="007A5E59" w:rsidRDefault="0095198F">
            <w:pPr>
              <w:jc w:val="center"/>
            </w:pPr>
            <w:r>
              <w:t>25</w:t>
            </w:r>
          </w:p>
        </w:tc>
        <w:tc>
          <w:tcPr>
            <w:tcW w:w="0" w:type="auto"/>
          </w:tcPr>
          <w:p w14:paraId="03331E73" w14:textId="77777777" w:rsidR="007A5E59" w:rsidRDefault="0095198F">
            <w:pPr>
              <w:jc w:val="center"/>
            </w:pPr>
            <w:r>
              <w:t>2014</w:t>
            </w:r>
          </w:p>
        </w:tc>
        <w:tc>
          <w:tcPr>
            <w:tcW w:w="0" w:type="auto"/>
          </w:tcPr>
          <w:p w14:paraId="5B23D52D" w14:textId="77777777" w:rsidR="007A5E59" w:rsidRDefault="0095198F">
            <w:pPr>
              <w:jc w:val="center"/>
            </w:pPr>
            <w:r>
              <w:t>15</w:t>
            </w:r>
          </w:p>
        </w:tc>
        <w:tc>
          <w:tcPr>
            <w:tcW w:w="0" w:type="auto"/>
          </w:tcPr>
          <w:p w14:paraId="08B6106C" w14:textId="77777777" w:rsidR="007A5E59" w:rsidRDefault="0095198F">
            <w:r>
              <w:t>канал.</w:t>
            </w:r>
          </w:p>
        </w:tc>
      </w:tr>
      <w:tr w:rsidR="007A5E59" w14:paraId="6F5877B3" w14:textId="77777777">
        <w:trPr>
          <w:jc w:val="center"/>
        </w:trPr>
        <w:tc>
          <w:tcPr>
            <w:tcW w:w="0" w:type="auto"/>
          </w:tcPr>
          <w:p w14:paraId="6D3455F6" w14:textId="77777777" w:rsidR="007A5E59" w:rsidRDefault="0095198F">
            <w:pPr>
              <w:jc w:val="center"/>
            </w:pPr>
            <w:r>
              <w:t>27</w:t>
            </w:r>
          </w:p>
        </w:tc>
        <w:tc>
          <w:tcPr>
            <w:tcW w:w="0" w:type="auto"/>
          </w:tcPr>
          <w:p w14:paraId="0BD2B4D5" w14:textId="77777777" w:rsidR="007A5E59" w:rsidRDefault="0095198F">
            <w:r>
              <w:t>Т-01-10/4 – ТК-01-10/4</w:t>
            </w:r>
          </w:p>
        </w:tc>
        <w:tc>
          <w:tcPr>
            <w:tcW w:w="0" w:type="auto"/>
          </w:tcPr>
          <w:p w14:paraId="2D70099A" w14:textId="77777777" w:rsidR="007A5E59" w:rsidRDefault="0095198F">
            <w:pPr>
              <w:jc w:val="center"/>
            </w:pPr>
            <w:r>
              <w:t>100</w:t>
            </w:r>
          </w:p>
        </w:tc>
        <w:tc>
          <w:tcPr>
            <w:tcW w:w="0" w:type="auto"/>
          </w:tcPr>
          <w:p w14:paraId="3E2D1197" w14:textId="77777777" w:rsidR="007A5E59" w:rsidRDefault="0095198F">
            <w:pPr>
              <w:jc w:val="center"/>
            </w:pPr>
            <w:r>
              <w:t>1990</w:t>
            </w:r>
          </w:p>
        </w:tc>
        <w:tc>
          <w:tcPr>
            <w:tcW w:w="0" w:type="auto"/>
          </w:tcPr>
          <w:p w14:paraId="6208B3FB" w14:textId="77777777" w:rsidR="007A5E59" w:rsidRDefault="0095198F">
            <w:pPr>
              <w:jc w:val="center"/>
            </w:pPr>
            <w:r>
              <w:t>23</w:t>
            </w:r>
          </w:p>
        </w:tc>
        <w:tc>
          <w:tcPr>
            <w:tcW w:w="0" w:type="auto"/>
          </w:tcPr>
          <w:p w14:paraId="02ED9421" w14:textId="77777777" w:rsidR="007A5E59" w:rsidRDefault="0095198F">
            <w:r>
              <w:t>канал.</w:t>
            </w:r>
          </w:p>
        </w:tc>
      </w:tr>
      <w:tr w:rsidR="007A5E59" w14:paraId="5FE763D0" w14:textId="77777777">
        <w:trPr>
          <w:jc w:val="center"/>
        </w:trPr>
        <w:tc>
          <w:tcPr>
            <w:tcW w:w="0" w:type="auto"/>
          </w:tcPr>
          <w:p w14:paraId="2FF4F356" w14:textId="77777777" w:rsidR="007A5E59" w:rsidRDefault="0095198F">
            <w:pPr>
              <w:jc w:val="center"/>
            </w:pPr>
            <w:r>
              <w:t>28</w:t>
            </w:r>
          </w:p>
        </w:tc>
        <w:tc>
          <w:tcPr>
            <w:tcW w:w="0" w:type="auto"/>
          </w:tcPr>
          <w:p w14:paraId="6327E49C" w14:textId="77777777" w:rsidR="007A5E59" w:rsidRDefault="0095198F">
            <w:r>
              <w:t>ТК-01-10/4-Первомайская 8, 2й ввод</w:t>
            </w:r>
          </w:p>
        </w:tc>
        <w:tc>
          <w:tcPr>
            <w:tcW w:w="0" w:type="auto"/>
          </w:tcPr>
          <w:p w14:paraId="0C7A219F" w14:textId="77777777" w:rsidR="007A5E59" w:rsidRDefault="0095198F">
            <w:pPr>
              <w:jc w:val="center"/>
            </w:pPr>
            <w:r>
              <w:t>25</w:t>
            </w:r>
          </w:p>
        </w:tc>
        <w:tc>
          <w:tcPr>
            <w:tcW w:w="0" w:type="auto"/>
          </w:tcPr>
          <w:p w14:paraId="44688849" w14:textId="77777777" w:rsidR="007A5E59" w:rsidRDefault="0095198F">
            <w:pPr>
              <w:jc w:val="center"/>
            </w:pPr>
            <w:r>
              <w:t>1990</w:t>
            </w:r>
          </w:p>
        </w:tc>
        <w:tc>
          <w:tcPr>
            <w:tcW w:w="0" w:type="auto"/>
          </w:tcPr>
          <w:p w14:paraId="794122D8" w14:textId="77777777" w:rsidR="007A5E59" w:rsidRDefault="0095198F">
            <w:pPr>
              <w:jc w:val="center"/>
            </w:pPr>
            <w:r>
              <w:t>12</w:t>
            </w:r>
          </w:p>
        </w:tc>
        <w:tc>
          <w:tcPr>
            <w:tcW w:w="0" w:type="auto"/>
          </w:tcPr>
          <w:p w14:paraId="52E2BFDD" w14:textId="77777777" w:rsidR="007A5E59" w:rsidRDefault="0095198F">
            <w:r>
              <w:t>канал.</w:t>
            </w:r>
          </w:p>
        </w:tc>
      </w:tr>
      <w:tr w:rsidR="007A5E59" w14:paraId="5029A1ED" w14:textId="77777777">
        <w:trPr>
          <w:jc w:val="center"/>
        </w:trPr>
        <w:tc>
          <w:tcPr>
            <w:tcW w:w="0" w:type="auto"/>
          </w:tcPr>
          <w:p w14:paraId="4AED1D4B" w14:textId="77777777" w:rsidR="007A5E59" w:rsidRDefault="0095198F">
            <w:pPr>
              <w:jc w:val="center"/>
            </w:pPr>
            <w:r>
              <w:t>29</w:t>
            </w:r>
          </w:p>
        </w:tc>
        <w:tc>
          <w:tcPr>
            <w:tcW w:w="0" w:type="auto"/>
          </w:tcPr>
          <w:p w14:paraId="0589B452" w14:textId="77777777" w:rsidR="007A5E59" w:rsidRDefault="0095198F">
            <w:r>
              <w:t>ТК-01-10/4-Первомайская 5</w:t>
            </w:r>
          </w:p>
        </w:tc>
        <w:tc>
          <w:tcPr>
            <w:tcW w:w="0" w:type="auto"/>
          </w:tcPr>
          <w:p w14:paraId="0ED75AC0" w14:textId="77777777" w:rsidR="007A5E59" w:rsidRDefault="0095198F">
            <w:pPr>
              <w:jc w:val="center"/>
            </w:pPr>
            <w:r>
              <w:t>50</w:t>
            </w:r>
          </w:p>
        </w:tc>
        <w:tc>
          <w:tcPr>
            <w:tcW w:w="0" w:type="auto"/>
          </w:tcPr>
          <w:p w14:paraId="76C12AA0" w14:textId="77777777" w:rsidR="007A5E59" w:rsidRDefault="0095198F">
            <w:pPr>
              <w:jc w:val="center"/>
            </w:pPr>
            <w:r>
              <w:t>2014</w:t>
            </w:r>
          </w:p>
        </w:tc>
        <w:tc>
          <w:tcPr>
            <w:tcW w:w="0" w:type="auto"/>
          </w:tcPr>
          <w:p w14:paraId="6B8D22C6" w14:textId="77777777" w:rsidR="007A5E59" w:rsidRDefault="0095198F">
            <w:pPr>
              <w:jc w:val="center"/>
            </w:pPr>
            <w:r>
              <w:t>30</w:t>
            </w:r>
          </w:p>
        </w:tc>
        <w:tc>
          <w:tcPr>
            <w:tcW w:w="0" w:type="auto"/>
          </w:tcPr>
          <w:p w14:paraId="207C0071" w14:textId="77777777" w:rsidR="007A5E59" w:rsidRDefault="0095198F">
            <w:r>
              <w:t>канал.</w:t>
            </w:r>
          </w:p>
        </w:tc>
      </w:tr>
      <w:tr w:rsidR="007A5E59" w14:paraId="5084C418" w14:textId="77777777">
        <w:trPr>
          <w:jc w:val="center"/>
        </w:trPr>
        <w:tc>
          <w:tcPr>
            <w:tcW w:w="0" w:type="auto"/>
          </w:tcPr>
          <w:p w14:paraId="6835E7BF" w14:textId="77777777" w:rsidR="007A5E59" w:rsidRDefault="0095198F">
            <w:pPr>
              <w:jc w:val="center"/>
            </w:pPr>
            <w:r>
              <w:t>30</w:t>
            </w:r>
          </w:p>
        </w:tc>
        <w:tc>
          <w:tcPr>
            <w:tcW w:w="0" w:type="auto"/>
          </w:tcPr>
          <w:p w14:paraId="770884BE" w14:textId="77777777" w:rsidR="007A5E59" w:rsidRDefault="0095198F">
            <w:r>
              <w:t>ТК-01-10/4-Первомайская 7, 1й ввод</w:t>
            </w:r>
          </w:p>
        </w:tc>
        <w:tc>
          <w:tcPr>
            <w:tcW w:w="0" w:type="auto"/>
          </w:tcPr>
          <w:p w14:paraId="1CD95E9E" w14:textId="77777777" w:rsidR="007A5E59" w:rsidRDefault="0095198F">
            <w:pPr>
              <w:jc w:val="center"/>
            </w:pPr>
            <w:r>
              <w:t>50</w:t>
            </w:r>
          </w:p>
        </w:tc>
        <w:tc>
          <w:tcPr>
            <w:tcW w:w="0" w:type="auto"/>
          </w:tcPr>
          <w:p w14:paraId="5A0F94F6" w14:textId="77777777" w:rsidR="007A5E59" w:rsidRDefault="0095198F">
            <w:pPr>
              <w:jc w:val="center"/>
            </w:pPr>
            <w:r>
              <w:t>2014</w:t>
            </w:r>
          </w:p>
        </w:tc>
        <w:tc>
          <w:tcPr>
            <w:tcW w:w="0" w:type="auto"/>
          </w:tcPr>
          <w:p w14:paraId="22D278BC" w14:textId="77777777" w:rsidR="007A5E59" w:rsidRDefault="0095198F">
            <w:pPr>
              <w:jc w:val="center"/>
            </w:pPr>
            <w:r>
              <w:t>19</w:t>
            </w:r>
          </w:p>
        </w:tc>
        <w:tc>
          <w:tcPr>
            <w:tcW w:w="0" w:type="auto"/>
          </w:tcPr>
          <w:p w14:paraId="7F6E9631" w14:textId="77777777" w:rsidR="007A5E59" w:rsidRDefault="0095198F">
            <w:r>
              <w:t>канал.</w:t>
            </w:r>
          </w:p>
        </w:tc>
      </w:tr>
      <w:tr w:rsidR="007A5E59" w14:paraId="08C079BE" w14:textId="77777777">
        <w:trPr>
          <w:jc w:val="center"/>
        </w:trPr>
        <w:tc>
          <w:tcPr>
            <w:tcW w:w="0" w:type="auto"/>
          </w:tcPr>
          <w:p w14:paraId="1063B4F2" w14:textId="77777777" w:rsidR="007A5E59" w:rsidRDefault="0095198F">
            <w:pPr>
              <w:jc w:val="center"/>
            </w:pPr>
            <w:r>
              <w:t>31</w:t>
            </w:r>
          </w:p>
        </w:tc>
        <w:tc>
          <w:tcPr>
            <w:tcW w:w="0" w:type="auto"/>
          </w:tcPr>
          <w:p w14:paraId="5C2174CA" w14:textId="77777777" w:rsidR="007A5E59" w:rsidRDefault="0095198F">
            <w:r>
              <w:t>ТК-01-10/4- Т-01-10/3</w:t>
            </w:r>
          </w:p>
        </w:tc>
        <w:tc>
          <w:tcPr>
            <w:tcW w:w="0" w:type="auto"/>
          </w:tcPr>
          <w:p w14:paraId="0A8A5129" w14:textId="77777777" w:rsidR="007A5E59" w:rsidRDefault="0095198F">
            <w:pPr>
              <w:jc w:val="center"/>
            </w:pPr>
            <w:r>
              <w:t>100</w:t>
            </w:r>
          </w:p>
        </w:tc>
        <w:tc>
          <w:tcPr>
            <w:tcW w:w="0" w:type="auto"/>
          </w:tcPr>
          <w:p w14:paraId="77585B52" w14:textId="77777777" w:rsidR="007A5E59" w:rsidRDefault="0095198F">
            <w:pPr>
              <w:jc w:val="center"/>
            </w:pPr>
            <w:r>
              <w:t>2014</w:t>
            </w:r>
          </w:p>
        </w:tc>
        <w:tc>
          <w:tcPr>
            <w:tcW w:w="0" w:type="auto"/>
          </w:tcPr>
          <w:p w14:paraId="13B4594B" w14:textId="77777777" w:rsidR="007A5E59" w:rsidRDefault="0095198F">
            <w:pPr>
              <w:jc w:val="center"/>
            </w:pPr>
            <w:r>
              <w:t>22</w:t>
            </w:r>
          </w:p>
        </w:tc>
        <w:tc>
          <w:tcPr>
            <w:tcW w:w="0" w:type="auto"/>
          </w:tcPr>
          <w:p w14:paraId="08D25982" w14:textId="77777777" w:rsidR="007A5E59" w:rsidRDefault="0095198F">
            <w:r>
              <w:t>канал.</w:t>
            </w:r>
          </w:p>
        </w:tc>
      </w:tr>
      <w:tr w:rsidR="007A5E59" w14:paraId="293D9059" w14:textId="77777777">
        <w:trPr>
          <w:jc w:val="center"/>
        </w:trPr>
        <w:tc>
          <w:tcPr>
            <w:tcW w:w="0" w:type="auto"/>
          </w:tcPr>
          <w:p w14:paraId="5B0B1343" w14:textId="77777777" w:rsidR="007A5E59" w:rsidRDefault="0095198F">
            <w:pPr>
              <w:jc w:val="center"/>
            </w:pPr>
            <w:r>
              <w:t>32</w:t>
            </w:r>
          </w:p>
        </w:tc>
        <w:tc>
          <w:tcPr>
            <w:tcW w:w="0" w:type="auto"/>
          </w:tcPr>
          <w:p w14:paraId="52EED5BE" w14:textId="77777777" w:rsidR="007A5E59" w:rsidRDefault="0095198F">
            <w:r>
              <w:t>Т-01-10/3 – Первомайская 6, 1й ввод</w:t>
            </w:r>
          </w:p>
        </w:tc>
        <w:tc>
          <w:tcPr>
            <w:tcW w:w="0" w:type="auto"/>
          </w:tcPr>
          <w:p w14:paraId="2F8AC326" w14:textId="77777777" w:rsidR="007A5E59" w:rsidRDefault="0095198F">
            <w:pPr>
              <w:jc w:val="center"/>
            </w:pPr>
            <w:r>
              <w:t>25</w:t>
            </w:r>
          </w:p>
        </w:tc>
        <w:tc>
          <w:tcPr>
            <w:tcW w:w="0" w:type="auto"/>
          </w:tcPr>
          <w:p w14:paraId="796D5C92" w14:textId="77777777" w:rsidR="007A5E59" w:rsidRDefault="0095198F">
            <w:pPr>
              <w:jc w:val="center"/>
            </w:pPr>
            <w:r>
              <w:t>2014</w:t>
            </w:r>
          </w:p>
        </w:tc>
        <w:tc>
          <w:tcPr>
            <w:tcW w:w="0" w:type="auto"/>
          </w:tcPr>
          <w:p w14:paraId="73855016" w14:textId="77777777" w:rsidR="007A5E59" w:rsidRDefault="0095198F">
            <w:pPr>
              <w:jc w:val="center"/>
            </w:pPr>
            <w:r>
              <w:t>3</w:t>
            </w:r>
          </w:p>
        </w:tc>
        <w:tc>
          <w:tcPr>
            <w:tcW w:w="0" w:type="auto"/>
          </w:tcPr>
          <w:p w14:paraId="5C5E505B" w14:textId="77777777" w:rsidR="007A5E59" w:rsidRDefault="0095198F">
            <w:r>
              <w:t>канал.</w:t>
            </w:r>
          </w:p>
        </w:tc>
      </w:tr>
      <w:tr w:rsidR="007A5E59" w14:paraId="0048C8D1" w14:textId="77777777">
        <w:trPr>
          <w:jc w:val="center"/>
        </w:trPr>
        <w:tc>
          <w:tcPr>
            <w:tcW w:w="0" w:type="auto"/>
          </w:tcPr>
          <w:p w14:paraId="39D75F47" w14:textId="77777777" w:rsidR="007A5E59" w:rsidRDefault="0095198F">
            <w:pPr>
              <w:jc w:val="center"/>
            </w:pPr>
            <w:r>
              <w:t>33</w:t>
            </w:r>
          </w:p>
        </w:tc>
        <w:tc>
          <w:tcPr>
            <w:tcW w:w="0" w:type="auto"/>
          </w:tcPr>
          <w:p w14:paraId="166F026F" w14:textId="77777777" w:rsidR="007A5E59" w:rsidRDefault="0095198F">
            <w:r>
              <w:t>Т-01-10/3 – Т-01-10/2</w:t>
            </w:r>
          </w:p>
        </w:tc>
        <w:tc>
          <w:tcPr>
            <w:tcW w:w="0" w:type="auto"/>
          </w:tcPr>
          <w:p w14:paraId="3BBD156C" w14:textId="77777777" w:rsidR="007A5E59" w:rsidRDefault="0095198F">
            <w:pPr>
              <w:jc w:val="center"/>
            </w:pPr>
            <w:r>
              <w:t>100</w:t>
            </w:r>
          </w:p>
        </w:tc>
        <w:tc>
          <w:tcPr>
            <w:tcW w:w="0" w:type="auto"/>
          </w:tcPr>
          <w:p w14:paraId="5FEB9372" w14:textId="77777777" w:rsidR="007A5E59" w:rsidRDefault="0095198F">
            <w:pPr>
              <w:jc w:val="center"/>
            </w:pPr>
            <w:r>
              <w:t>2014</w:t>
            </w:r>
          </w:p>
        </w:tc>
        <w:tc>
          <w:tcPr>
            <w:tcW w:w="0" w:type="auto"/>
          </w:tcPr>
          <w:p w14:paraId="6B8453A1" w14:textId="77777777" w:rsidR="007A5E59" w:rsidRDefault="0095198F">
            <w:pPr>
              <w:jc w:val="center"/>
            </w:pPr>
            <w:r>
              <w:t>11</w:t>
            </w:r>
          </w:p>
        </w:tc>
        <w:tc>
          <w:tcPr>
            <w:tcW w:w="0" w:type="auto"/>
          </w:tcPr>
          <w:p w14:paraId="4E8931D0" w14:textId="77777777" w:rsidR="007A5E59" w:rsidRDefault="0095198F">
            <w:r>
              <w:t>канал.</w:t>
            </w:r>
          </w:p>
        </w:tc>
      </w:tr>
      <w:tr w:rsidR="007A5E59" w14:paraId="2E56D65A" w14:textId="77777777">
        <w:trPr>
          <w:jc w:val="center"/>
        </w:trPr>
        <w:tc>
          <w:tcPr>
            <w:tcW w:w="0" w:type="auto"/>
          </w:tcPr>
          <w:p w14:paraId="034C9BA6" w14:textId="77777777" w:rsidR="007A5E59" w:rsidRDefault="0095198F">
            <w:pPr>
              <w:jc w:val="center"/>
            </w:pPr>
            <w:r>
              <w:t>34</w:t>
            </w:r>
          </w:p>
        </w:tc>
        <w:tc>
          <w:tcPr>
            <w:tcW w:w="0" w:type="auto"/>
          </w:tcPr>
          <w:p w14:paraId="2CFBD8BE" w14:textId="77777777" w:rsidR="007A5E59" w:rsidRDefault="0095198F">
            <w:r>
              <w:t>Т-01-10/2 – Первомайская 6, 2й ввод</w:t>
            </w:r>
          </w:p>
        </w:tc>
        <w:tc>
          <w:tcPr>
            <w:tcW w:w="0" w:type="auto"/>
          </w:tcPr>
          <w:p w14:paraId="54B6C408" w14:textId="77777777" w:rsidR="007A5E59" w:rsidRDefault="0095198F">
            <w:pPr>
              <w:jc w:val="center"/>
            </w:pPr>
            <w:r>
              <w:t>25</w:t>
            </w:r>
          </w:p>
        </w:tc>
        <w:tc>
          <w:tcPr>
            <w:tcW w:w="0" w:type="auto"/>
          </w:tcPr>
          <w:p w14:paraId="028B4AC1" w14:textId="77777777" w:rsidR="007A5E59" w:rsidRDefault="0095198F">
            <w:pPr>
              <w:jc w:val="center"/>
            </w:pPr>
            <w:r>
              <w:t>2014</w:t>
            </w:r>
          </w:p>
        </w:tc>
        <w:tc>
          <w:tcPr>
            <w:tcW w:w="0" w:type="auto"/>
          </w:tcPr>
          <w:p w14:paraId="34BF6FD5" w14:textId="77777777" w:rsidR="007A5E59" w:rsidRDefault="0095198F">
            <w:pPr>
              <w:jc w:val="center"/>
            </w:pPr>
            <w:r>
              <w:t>3</w:t>
            </w:r>
          </w:p>
        </w:tc>
        <w:tc>
          <w:tcPr>
            <w:tcW w:w="0" w:type="auto"/>
          </w:tcPr>
          <w:p w14:paraId="2F320E2E" w14:textId="77777777" w:rsidR="007A5E59" w:rsidRDefault="0095198F">
            <w:r>
              <w:t>канал.</w:t>
            </w:r>
          </w:p>
        </w:tc>
      </w:tr>
      <w:tr w:rsidR="007A5E59" w14:paraId="579F5620" w14:textId="77777777">
        <w:trPr>
          <w:jc w:val="center"/>
        </w:trPr>
        <w:tc>
          <w:tcPr>
            <w:tcW w:w="0" w:type="auto"/>
          </w:tcPr>
          <w:p w14:paraId="5469F3CA" w14:textId="77777777" w:rsidR="007A5E59" w:rsidRDefault="0095198F">
            <w:pPr>
              <w:jc w:val="center"/>
            </w:pPr>
            <w:r>
              <w:t>35</w:t>
            </w:r>
          </w:p>
        </w:tc>
        <w:tc>
          <w:tcPr>
            <w:tcW w:w="0" w:type="auto"/>
          </w:tcPr>
          <w:p w14:paraId="7FBA75F4" w14:textId="77777777" w:rsidR="007A5E59" w:rsidRDefault="0095198F">
            <w:r>
              <w:t>ТК-01-10/2 – Т-01-10/2</w:t>
            </w:r>
          </w:p>
        </w:tc>
        <w:tc>
          <w:tcPr>
            <w:tcW w:w="0" w:type="auto"/>
          </w:tcPr>
          <w:p w14:paraId="2F4C0F39" w14:textId="77777777" w:rsidR="007A5E59" w:rsidRDefault="0095198F">
            <w:pPr>
              <w:jc w:val="center"/>
            </w:pPr>
            <w:r>
              <w:t>100</w:t>
            </w:r>
          </w:p>
        </w:tc>
        <w:tc>
          <w:tcPr>
            <w:tcW w:w="0" w:type="auto"/>
          </w:tcPr>
          <w:p w14:paraId="13F0C1AC" w14:textId="77777777" w:rsidR="007A5E59" w:rsidRDefault="0095198F">
            <w:pPr>
              <w:jc w:val="center"/>
            </w:pPr>
            <w:r>
              <w:t>2014</w:t>
            </w:r>
          </w:p>
        </w:tc>
        <w:tc>
          <w:tcPr>
            <w:tcW w:w="0" w:type="auto"/>
          </w:tcPr>
          <w:p w14:paraId="16428D4C" w14:textId="77777777" w:rsidR="007A5E59" w:rsidRDefault="0095198F">
            <w:pPr>
              <w:jc w:val="center"/>
            </w:pPr>
            <w:r>
              <w:t>27</w:t>
            </w:r>
          </w:p>
        </w:tc>
        <w:tc>
          <w:tcPr>
            <w:tcW w:w="0" w:type="auto"/>
          </w:tcPr>
          <w:p w14:paraId="12335DBA" w14:textId="77777777" w:rsidR="007A5E59" w:rsidRDefault="0095198F">
            <w:r>
              <w:t>канал.</w:t>
            </w:r>
          </w:p>
        </w:tc>
      </w:tr>
      <w:tr w:rsidR="007A5E59" w14:paraId="7F941176" w14:textId="77777777">
        <w:trPr>
          <w:jc w:val="center"/>
        </w:trPr>
        <w:tc>
          <w:tcPr>
            <w:tcW w:w="0" w:type="auto"/>
          </w:tcPr>
          <w:p w14:paraId="16B7F440" w14:textId="77777777" w:rsidR="007A5E59" w:rsidRDefault="0095198F">
            <w:pPr>
              <w:jc w:val="center"/>
            </w:pPr>
            <w:r>
              <w:t>36</w:t>
            </w:r>
          </w:p>
        </w:tc>
        <w:tc>
          <w:tcPr>
            <w:tcW w:w="0" w:type="auto"/>
          </w:tcPr>
          <w:p w14:paraId="2A2200EF" w14:textId="77777777" w:rsidR="007A5E59" w:rsidRDefault="0095198F">
            <w:r>
              <w:t>ТК-01-10/2-Первомайская 3, 2й ввод</w:t>
            </w:r>
          </w:p>
        </w:tc>
        <w:tc>
          <w:tcPr>
            <w:tcW w:w="0" w:type="auto"/>
          </w:tcPr>
          <w:p w14:paraId="758AA7D0" w14:textId="77777777" w:rsidR="007A5E59" w:rsidRDefault="0095198F">
            <w:pPr>
              <w:jc w:val="center"/>
            </w:pPr>
            <w:r>
              <w:t>50</w:t>
            </w:r>
          </w:p>
        </w:tc>
        <w:tc>
          <w:tcPr>
            <w:tcW w:w="0" w:type="auto"/>
          </w:tcPr>
          <w:p w14:paraId="6354D258" w14:textId="77777777" w:rsidR="007A5E59" w:rsidRDefault="0095198F">
            <w:pPr>
              <w:jc w:val="center"/>
            </w:pPr>
            <w:r>
              <w:t>2014</w:t>
            </w:r>
          </w:p>
        </w:tc>
        <w:tc>
          <w:tcPr>
            <w:tcW w:w="0" w:type="auto"/>
          </w:tcPr>
          <w:p w14:paraId="48165681" w14:textId="77777777" w:rsidR="007A5E59" w:rsidRDefault="0095198F">
            <w:pPr>
              <w:jc w:val="center"/>
            </w:pPr>
            <w:r>
              <w:t>14</w:t>
            </w:r>
          </w:p>
        </w:tc>
        <w:tc>
          <w:tcPr>
            <w:tcW w:w="0" w:type="auto"/>
          </w:tcPr>
          <w:p w14:paraId="1C017938" w14:textId="77777777" w:rsidR="007A5E59" w:rsidRDefault="0095198F">
            <w:r>
              <w:t>канал.</w:t>
            </w:r>
          </w:p>
        </w:tc>
      </w:tr>
      <w:tr w:rsidR="007A5E59" w14:paraId="4076C13C" w14:textId="77777777">
        <w:trPr>
          <w:jc w:val="center"/>
        </w:trPr>
        <w:tc>
          <w:tcPr>
            <w:tcW w:w="0" w:type="auto"/>
          </w:tcPr>
          <w:p w14:paraId="6E6EDDF1" w14:textId="77777777" w:rsidR="007A5E59" w:rsidRDefault="0095198F">
            <w:pPr>
              <w:jc w:val="center"/>
            </w:pPr>
            <w:r>
              <w:t>37</w:t>
            </w:r>
          </w:p>
        </w:tc>
        <w:tc>
          <w:tcPr>
            <w:tcW w:w="0" w:type="auto"/>
          </w:tcPr>
          <w:p w14:paraId="2E454CFB" w14:textId="77777777" w:rsidR="007A5E59" w:rsidRDefault="0095198F">
            <w:r>
              <w:t>ТК-01-10/2-Первомайская 3, 1й ввод</w:t>
            </w:r>
          </w:p>
        </w:tc>
        <w:tc>
          <w:tcPr>
            <w:tcW w:w="0" w:type="auto"/>
          </w:tcPr>
          <w:p w14:paraId="33A6F859" w14:textId="77777777" w:rsidR="007A5E59" w:rsidRDefault="0095198F">
            <w:pPr>
              <w:jc w:val="center"/>
            </w:pPr>
            <w:r>
              <w:t>25</w:t>
            </w:r>
          </w:p>
        </w:tc>
        <w:tc>
          <w:tcPr>
            <w:tcW w:w="0" w:type="auto"/>
          </w:tcPr>
          <w:p w14:paraId="27924CE5" w14:textId="77777777" w:rsidR="007A5E59" w:rsidRDefault="0095198F">
            <w:pPr>
              <w:jc w:val="center"/>
            </w:pPr>
            <w:r>
              <w:t>2014</w:t>
            </w:r>
          </w:p>
        </w:tc>
        <w:tc>
          <w:tcPr>
            <w:tcW w:w="0" w:type="auto"/>
          </w:tcPr>
          <w:p w14:paraId="329CA983" w14:textId="77777777" w:rsidR="007A5E59" w:rsidRDefault="0095198F">
            <w:pPr>
              <w:jc w:val="center"/>
            </w:pPr>
            <w:r>
              <w:t>34</w:t>
            </w:r>
          </w:p>
        </w:tc>
        <w:tc>
          <w:tcPr>
            <w:tcW w:w="0" w:type="auto"/>
          </w:tcPr>
          <w:p w14:paraId="3F1FC288" w14:textId="77777777" w:rsidR="007A5E59" w:rsidRDefault="0095198F">
            <w:r>
              <w:t>канал.</w:t>
            </w:r>
          </w:p>
        </w:tc>
      </w:tr>
      <w:tr w:rsidR="007A5E59" w14:paraId="65E79045" w14:textId="77777777">
        <w:trPr>
          <w:jc w:val="center"/>
        </w:trPr>
        <w:tc>
          <w:tcPr>
            <w:tcW w:w="0" w:type="auto"/>
          </w:tcPr>
          <w:p w14:paraId="26DFEEDE" w14:textId="77777777" w:rsidR="007A5E59" w:rsidRDefault="0095198F">
            <w:pPr>
              <w:jc w:val="center"/>
            </w:pPr>
            <w:r>
              <w:t>38</w:t>
            </w:r>
          </w:p>
        </w:tc>
        <w:tc>
          <w:tcPr>
            <w:tcW w:w="0" w:type="auto"/>
          </w:tcPr>
          <w:p w14:paraId="77DB8CD7" w14:textId="77777777" w:rsidR="007A5E59" w:rsidRDefault="0095198F">
            <w:r>
              <w:t>ТК-01-10/2 – Первомайская 4, 1й ввод</w:t>
            </w:r>
          </w:p>
        </w:tc>
        <w:tc>
          <w:tcPr>
            <w:tcW w:w="0" w:type="auto"/>
          </w:tcPr>
          <w:p w14:paraId="3CB71E46" w14:textId="77777777" w:rsidR="007A5E59" w:rsidRDefault="0095198F">
            <w:pPr>
              <w:jc w:val="center"/>
            </w:pPr>
            <w:r>
              <w:t>25</w:t>
            </w:r>
          </w:p>
        </w:tc>
        <w:tc>
          <w:tcPr>
            <w:tcW w:w="0" w:type="auto"/>
          </w:tcPr>
          <w:p w14:paraId="58113B2B" w14:textId="77777777" w:rsidR="007A5E59" w:rsidRDefault="0095198F">
            <w:pPr>
              <w:jc w:val="center"/>
            </w:pPr>
            <w:r>
              <w:t>2014</w:t>
            </w:r>
          </w:p>
        </w:tc>
        <w:tc>
          <w:tcPr>
            <w:tcW w:w="0" w:type="auto"/>
          </w:tcPr>
          <w:p w14:paraId="2817D55C" w14:textId="77777777" w:rsidR="007A5E59" w:rsidRDefault="0095198F">
            <w:pPr>
              <w:jc w:val="center"/>
            </w:pPr>
            <w:r>
              <w:t>6</w:t>
            </w:r>
          </w:p>
        </w:tc>
        <w:tc>
          <w:tcPr>
            <w:tcW w:w="0" w:type="auto"/>
          </w:tcPr>
          <w:p w14:paraId="3561041D" w14:textId="77777777" w:rsidR="007A5E59" w:rsidRDefault="0095198F">
            <w:r>
              <w:t>канал.</w:t>
            </w:r>
          </w:p>
        </w:tc>
      </w:tr>
      <w:tr w:rsidR="007A5E59" w14:paraId="5079DDB4" w14:textId="77777777">
        <w:trPr>
          <w:jc w:val="center"/>
        </w:trPr>
        <w:tc>
          <w:tcPr>
            <w:tcW w:w="0" w:type="auto"/>
          </w:tcPr>
          <w:p w14:paraId="7F9688B2" w14:textId="77777777" w:rsidR="007A5E59" w:rsidRDefault="0095198F">
            <w:pPr>
              <w:jc w:val="center"/>
            </w:pPr>
            <w:r>
              <w:t>39</w:t>
            </w:r>
          </w:p>
        </w:tc>
        <w:tc>
          <w:tcPr>
            <w:tcW w:w="0" w:type="auto"/>
          </w:tcPr>
          <w:p w14:paraId="4D070881" w14:textId="77777777" w:rsidR="007A5E59" w:rsidRDefault="0095198F">
            <w:r>
              <w:t>ТК-01-10 – Т-01-10/1</w:t>
            </w:r>
          </w:p>
        </w:tc>
        <w:tc>
          <w:tcPr>
            <w:tcW w:w="0" w:type="auto"/>
          </w:tcPr>
          <w:p w14:paraId="21DE0FD0" w14:textId="77777777" w:rsidR="007A5E59" w:rsidRDefault="0095198F">
            <w:pPr>
              <w:jc w:val="center"/>
            </w:pPr>
            <w:r>
              <w:t>100</w:t>
            </w:r>
          </w:p>
        </w:tc>
        <w:tc>
          <w:tcPr>
            <w:tcW w:w="0" w:type="auto"/>
          </w:tcPr>
          <w:p w14:paraId="5F1154F5" w14:textId="77777777" w:rsidR="007A5E59" w:rsidRDefault="0095198F">
            <w:pPr>
              <w:jc w:val="center"/>
            </w:pPr>
            <w:r>
              <w:t>1990</w:t>
            </w:r>
          </w:p>
        </w:tc>
        <w:tc>
          <w:tcPr>
            <w:tcW w:w="0" w:type="auto"/>
          </w:tcPr>
          <w:p w14:paraId="36F53643" w14:textId="77777777" w:rsidR="007A5E59" w:rsidRDefault="0095198F">
            <w:pPr>
              <w:jc w:val="center"/>
            </w:pPr>
            <w:r>
              <w:t>71</w:t>
            </w:r>
          </w:p>
        </w:tc>
        <w:tc>
          <w:tcPr>
            <w:tcW w:w="0" w:type="auto"/>
          </w:tcPr>
          <w:p w14:paraId="782F7A75" w14:textId="77777777" w:rsidR="007A5E59" w:rsidRDefault="0095198F">
            <w:r>
              <w:t>канал.</w:t>
            </w:r>
          </w:p>
        </w:tc>
      </w:tr>
      <w:tr w:rsidR="007A5E59" w14:paraId="2C02BD46" w14:textId="77777777">
        <w:trPr>
          <w:jc w:val="center"/>
        </w:trPr>
        <w:tc>
          <w:tcPr>
            <w:tcW w:w="0" w:type="auto"/>
          </w:tcPr>
          <w:p w14:paraId="6E3B1E53" w14:textId="77777777" w:rsidR="007A5E59" w:rsidRDefault="0095198F">
            <w:pPr>
              <w:jc w:val="center"/>
            </w:pPr>
            <w:r>
              <w:t>40</w:t>
            </w:r>
          </w:p>
        </w:tc>
        <w:tc>
          <w:tcPr>
            <w:tcW w:w="0" w:type="auto"/>
          </w:tcPr>
          <w:p w14:paraId="6D07517B" w14:textId="77777777" w:rsidR="007A5E59" w:rsidRDefault="0095198F">
            <w:r>
              <w:t>Т-01-08 – ТК-01-10</w:t>
            </w:r>
          </w:p>
        </w:tc>
        <w:tc>
          <w:tcPr>
            <w:tcW w:w="0" w:type="auto"/>
          </w:tcPr>
          <w:p w14:paraId="4CCDDB49" w14:textId="77777777" w:rsidR="007A5E59" w:rsidRDefault="0095198F">
            <w:pPr>
              <w:jc w:val="center"/>
            </w:pPr>
            <w:r>
              <w:t>100</w:t>
            </w:r>
          </w:p>
        </w:tc>
        <w:tc>
          <w:tcPr>
            <w:tcW w:w="0" w:type="auto"/>
          </w:tcPr>
          <w:p w14:paraId="10626640" w14:textId="77777777" w:rsidR="007A5E59" w:rsidRDefault="0095198F">
            <w:pPr>
              <w:jc w:val="center"/>
            </w:pPr>
            <w:r>
              <w:t>1990</w:t>
            </w:r>
          </w:p>
        </w:tc>
        <w:tc>
          <w:tcPr>
            <w:tcW w:w="0" w:type="auto"/>
          </w:tcPr>
          <w:p w14:paraId="29F959DA" w14:textId="77777777" w:rsidR="007A5E59" w:rsidRDefault="0095198F">
            <w:pPr>
              <w:jc w:val="center"/>
            </w:pPr>
            <w:r>
              <w:t>10</w:t>
            </w:r>
          </w:p>
        </w:tc>
        <w:tc>
          <w:tcPr>
            <w:tcW w:w="0" w:type="auto"/>
          </w:tcPr>
          <w:p w14:paraId="5DF8C74D" w14:textId="77777777" w:rsidR="007A5E59" w:rsidRDefault="0095198F">
            <w:r>
              <w:t>канал.</w:t>
            </w:r>
          </w:p>
        </w:tc>
      </w:tr>
      <w:tr w:rsidR="007A5E59" w14:paraId="157489C4" w14:textId="77777777">
        <w:trPr>
          <w:jc w:val="center"/>
        </w:trPr>
        <w:tc>
          <w:tcPr>
            <w:tcW w:w="0" w:type="auto"/>
          </w:tcPr>
          <w:p w14:paraId="0023FA47" w14:textId="77777777" w:rsidR="007A5E59" w:rsidRDefault="0095198F">
            <w:pPr>
              <w:jc w:val="center"/>
            </w:pPr>
            <w:r>
              <w:t>41</w:t>
            </w:r>
          </w:p>
        </w:tc>
        <w:tc>
          <w:tcPr>
            <w:tcW w:w="0" w:type="auto"/>
          </w:tcPr>
          <w:p w14:paraId="7F453315" w14:textId="77777777" w:rsidR="007A5E59" w:rsidRDefault="0095198F">
            <w:r>
              <w:t>Первомайская 2 – Т-01-08</w:t>
            </w:r>
          </w:p>
        </w:tc>
        <w:tc>
          <w:tcPr>
            <w:tcW w:w="0" w:type="auto"/>
          </w:tcPr>
          <w:p w14:paraId="1CC59CCD" w14:textId="77777777" w:rsidR="007A5E59" w:rsidRDefault="0095198F">
            <w:pPr>
              <w:jc w:val="center"/>
            </w:pPr>
            <w:r>
              <w:t>40</w:t>
            </w:r>
          </w:p>
        </w:tc>
        <w:tc>
          <w:tcPr>
            <w:tcW w:w="0" w:type="auto"/>
          </w:tcPr>
          <w:p w14:paraId="641D2330" w14:textId="77777777" w:rsidR="007A5E59" w:rsidRDefault="0095198F">
            <w:pPr>
              <w:jc w:val="center"/>
            </w:pPr>
            <w:r>
              <w:t>1990</w:t>
            </w:r>
          </w:p>
        </w:tc>
        <w:tc>
          <w:tcPr>
            <w:tcW w:w="0" w:type="auto"/>
          </w:tcPr>
          <w:p w14:paraId="4CDBC38D" w14:textId="77777777" w:rsidR="007A5E59" w:rsidRDefault="0095198F">
            <w:pPr>
              <w:jc w:val="center"/>
            </w:pPr>
            <w:r>
              <w:t>14</w:t>
            </w:r>
          </w:p>
        </w:tc>
        <w:tc>
          <w:tcPr>
            <w:tcW w:w="0" w:type="auto"/>
          </w:tcPr>
          <w:p w14:paraId="25E9CD45" w14:textId="77777777" w:rsidR="007A5E59" w:rsidRDefault="0095198F">
            <w:r>
              <w:t>канал.</w:t>
            </w:r>
          </w:p>
        </w:tc>
      </w:tr>
      <w:tr w:rsidR="007A5E59" w14:paraId="6FABED6C" w14:textId="77777777">
        <w:trPr>
          <w:jc w:val="center"/>
        </w:trPr>
        <w:tc>
          <w:tcPr>
            <w:tcW w:w="0" w:type="auto"/>
          </w:tcPr>
          <w:p w14:paraId="32D5D26F" w14:textId="77777777" w:rsidR="007A5E59" w:rsidRDefault="0095198F">
            <w:pPr>
              <w:jc w:val="center"/>
            </w:pPr>
            <w:r>
              <w:t>42</w:t>
            </w:r>
          </w:p>
        </w:tc>
        <w:tc>
          <w:tcPr>
            <w:tcW w:w="0" w:type="auto"/>
          </w:tcPr>
          <w:p w14:paraId="4FF6C8EF" w14:textId="77777777" w:rsidR="007A5E59" w:rsidRDefault="0095198F">
            <w:r>
              <w:t>Кирова 19 ввод1 – Кирова 21</w:t>
            </w:r>
          </w:p>
        </w:tc>
        <w:tc>
          <w:tcPr>
            <w:tcW w:w="0" w:type="auto"/>
          </w:tcPr>
          <w:p w14:paraId="49876625" w14:textId="77777777" w:rsidR="007A5E59" w:rsidRDefault="0095198F">
            <w:pPr>
              <w:jc w:val="center"/>
            </w:pPr>
            <w:r>
              <w:t>25</w:t>
            </w:r>
          </w:p>
        </w:tc>
        <w:tc>
          <w:tcPr>
            <w:tcW w:w="0" w:type="auto"/>
          </w:tcPr>
          <w:p w14:paraId="6A6673CD" w14:textId="77777777" w:rsidR="007A5E59" w:rsidRDefault="0095198F">
            <w:pPr>
              <w:jc w:val="center"/>
            </w:pPr>
            <w:r>
              <w:t>1996</w:t>
            </w:r>
          </w:p>
        </w:tc>
        <w:tc>
          <w:tcPr>
            <w:tcW w:w="0" w:type="auto"/>
          </w:tcPr>
          <w:p w14:paraId="777581EB" w14:textId="77777777" w:rsidR="007A5E59" w:rsidRDefault="0095198F">
            <w:pPr>
              <w:jc w:val="center"/>
            </w:pPr>
            <w:r>
              <w:t>50</w:t>
            </w:r>
          </w:p>
        </w:tc>
        <w:tc>
          <w:tcPr>
            <w:tcW w:w="0" w:type="auto"/>
          </w:tcPr>
          <w:p w14:paraId="72061DA3" w14:textId="77777777" w:rsidR="007A5E59" w:rsidRDefault="0095198F">
            <w:r>
              <w:t>канал.</w:t>
            </w:r>
          </w:p>
        </w:tc>
      </w:tr>
      <w:tr w:rsidR="007A5E59" w14:paraId="00B85D7A" w14:textId="77777777">
        <w:trPr>
          <w:jc w:val="center"/>
        </w:trPr>
        <w:tc>
          <w:tcPr>
            <w:tcW w:w="0" w:type="auto"/>
          </w:tcPr>
          <w:p w14:paraId="31C04823" w14:textId="77777777" w:rsidR="007A5E59" w:rsidRDefault="0095198F">
            <w:pPr>
              <w:jc w:val="center"/>
            </w:pPr>
            <w:r>
              <w:t>43</w:t>
            </w:r>
          </w:p>
        </w:tc>
        <w:tc>
          <w:tcPr>
            <w:tcW w:w="0" w:type="auto"/>
          </w:tcPr>
          <w:p w14:paraId="389C42F4" w14:textId="77777777" w:rsidR="007A5E59" w:rsidRDefault="0095198F">
            <w:r>
              <w:t>Т-01-08/10- Кирова 19 ввод1</w:t>
            </w:r>
          </w:p>
        </w:tc>
        <w:tc>
          <w:tcPr>
            <w:tcW w:w="0" w:type="auto"/>
          </w:tcPr>
          <w:p w14:paraId="5DC1551E" w14:textId="77777777" w:rsidR="007A5E59" w:rsidRDefault="0095198F">
            <w:pPr>
              <w:jc w:val="center"/>
            </w:pPr>
            <w:r>
              <w:t>50</w:t>
            </w:r>
          </w:p>
        </w:tc>
        <w:tc>
          <w:tcPr>
            <w:tcW w:w="0" w:type="auto"/>
          </w:tcPr>
          <w:p w14:paraId="5CEB4EDE" w14:textId="77777777" w:rsidR="007A5E59" w:rsidRDefault="0095198F">
            <w:pPr>
              <w:jc w:val="center"/>
            </w:pPr>
            <w:r>
              <w:t>1996</w:t>
            </w:r>
          </w:p>
        </w:tc>
        <w:tc>
          <w:tcPr>
            <w:tcW w:w="0" w:type="auto"/>
          </w:tcPr>
          <w:p w14:paraId="4A3D74DD" w14:textId="77777777" w:rsidR="007A5E59" w:rsidRDefault="0095198F">
            <w:pPr>
              <w:jc w:val="center"/>
            </w:pPr>
            <w:r>
              <w:t>9</w:t>
            </w:r>
          </w:p>
        </w:tc>
        <w:tc>
          <w:tcPr>
            <w:tcW w:w="0" w:type="auto"/>
          </w:tcPr>
          <w:p w14:paraId="32B91070" w14:textId="77777777" w:rsidR="007A5E59" w:rsidRDefault="0095198F">
            <w:r>
              <w:t>канал.</w:t>
            </w:r>
          </w:p>
        </w:tc>
      </w:tr>
      <w:tr w:rsidR="007A5E59" w14:paraId="48D5238B" w14:textId="77777777">
        <w:trPr>
          <w:jc w:val="center"/>
        </w:trPr>
        <w:tc>
          <w:tcPr>
            <w:tcW w:w="0" w:type="auto"/>
          </w:tcPr>
          <w:p w14:paraId="3BE6BB0E" w14:textId="77777777" w:rsidR="007A5E59" w:rsidRDefault="0095198F">
            <w:pPr>
              <w:jc w:val="center"/>
            </w:pPr>
            <w:r>
              <w:t>44</w:t>
            </w:r>
          </w:p>
        </w:tc>
        <w:tc>
          <w:tcPr>
            <w:tcW w:w="0" w:type="auto"/>
          </w:tcPr>
          <w:p w14:paraId="1DA2E899" w14:textId="77777777" w:rsidR="007A5E59" w:rsidRDefault="0095198F">
            <w:r>
              <w:t>Т-01-08/10 – Кирова 19 ввод2</w:t>
            </w:r>
          </w:p>
        </w:tc>
        <w:tc>
          <w:tcPr>
            <w:tcW w:w="0" w:type="auto"/>
          </w:tcPr>
          <w:p w14:paraId="0DC1F2BA" w14:textId="77777777" w:rsidR="007A5E59" w:rsidRDefault="0095198F">
            <w:pPr>
              <w:jc w:val="center"/>
            </w:pPr>
            <w:r>
              <w:t>50</w:t>
            </w:r>
          </w:p>
        </w:tc>
        <w:tc>
          <w:tcPr>
            <w:tcW w:w="0" w:type="auto"/>
          </w:tcPr>
          <w:p w14:paraId="64898570" w14:textId="77777777" w:rsidR="007A5E59" w:rsidRDefault="0095198F">
            <w:pPr>
              <w:jc w:val="center"/>
            </w:pPr>
            <w:r>
              <w:t>2014</w:t>
            </w:r>
          </w:p>
        </w:tc>
        <w:tc>
          <w:tcPr>
            <w:tcW w:w="0" w:type="auto"/>
          </w:tcPr>
          <w:p w14:paraId="0AD0F88D" w14:textId="77777777" w:rsidR="007A5E59" w:rsidRDefault="0095198F">
            <w:pPr>
              <w:jc w:val="center"/>
            </w:pPr>
            <w:r>
              <w:t>3</w:t>
            </w:r>
          </w:p>
        </w:tc>
        <w:tc>
          <w:tcPr>
            <w:tcW w:w="0" w:type="auto"/>
          </w:tcPr>
          <w:p w14:paraId="0DDBEB0E" w14:textId="77777777" w:rsidR="007A5E59" w:rsidRDefault="0095198F">
            <w:r>
              <w:t>канал.</w:t>
            </w:r>
          </w:p>
        </w:tc>
      </w:tr>
      <w:tr w:rsidR="007A5E59" w14:paraId="1450E973" w14:textId="77777777">
        <w:trPr>
          <w:jc w:val="center"/>
        </w:trPr>
        <w:tc>
          <w:tcPr>
            <w:tcW w:w="0" w:type="auto"/>
          </w:tcPr>
          <w:p w14:paraId="33C172D3" w14:textId="77777777" w:rsidR="007A5E59" w:rsidRDefault="0095198F">
            <w:pPr>
              <w:jc w:val="center"/>
            </w:pPr>
            <w:r>
              <w:t>45</w:t>
            </w:r>
          </w:p>
        </w:tc>
        <w:tc>
          <w:tcPr>
            <w:tcW w:w="0" w:type="auto"/>
          </w:tcPr>
          <w:p w14:paraId="1F5ECEA3" w14:textId="77777777" w:rsidR="007A5E59" w:rsidRDefault="0095198F">
            <w:r>
              <w:t>ТК-01-08/10 – Т-01-08/10</w:t>
            </w:r>
          </w:p>
        </w:tc>
        <w:tc>
          <w:tcPr>
            <w:tcW w:w="0" w:type="auto"/>
          </w:tcPr>
          <w:p w14:paraId="132A0FB8" w14:textId="77777777" w:rsidR="007A5E59" w:rsidRDefault="0095198F">
            <w:pPr>
              <w:jc w:val="center"/>
            </w:pPr>
            <w:r>
              <w:t>50</w:t>
            </w:r>
          </w:p>
        </w:tc>
        <w:tc>
          <w:tcPr>
            <w:tcW w:w="0" w:type="auto"/>
          </w:tcPr>
          <w:p w14:paraId="4FA9CAC7" w14:textId="77777777" w:rsidR="007A5E59" w:rsidRDefault="0095198F">
            <w:pPr>
              <w:jc w:val="center"/>
            </w:pPr>
            <w:r>
              <w:t>1996</w:t>
            </w:r>
          </w:p>
        </w:tc>
        <w:tc>
          <w:tcPr>
            <w:tcW w:w="0" w:type="auto"/>
          </w:tcPr>
          <w:p w14:paraId="3FD51254" w14:textId="77777777" w:rsidR="007A5E59" w:rsidRDefault="0095198F">
            <w:pPr>
              <w:jc w:val="center"/>
            </w:pPr>
            <w:r>
              <w:t>13</w:t>
            </w:r>
          </w:p>
        </w:tc>
        <w:tc>
          <w:tcPr>
            <w:tcW w:w="0" w:type="auto"/>
          </w:tcPr>
          <w:p w14:paraId="6C2CF8C7" w14:textId="77777777" w:rsidR="007A5E59" w:rsidRDefault="0095198F">
            <w:r>
              <w:t>канал.</w:t>
            </w:r>
          </w:p>
        </w:tc>
      </w:tr>
      <w:tr w:rsidR="007A5E59" w14:paraId="653CA025" w14:textId="77777777">
        <w:trPr>
          <w:jc w:val="center"/>
        </w:trPr>
        <w:tc>
          <w:tcPr>
            <w:tcW w:w="0" w:type="auto"/>
          </w:tcPr>
          <w:p w14:paraId="7F189DB1" w14:textId="77777777" w:rsidR="007A5E59" w:rsidRDefault="0095198F">
            <w:pPr>
              <w:jc w:val="center"/>
            </w:pPr>
            <w:r>
              <w:t>46</w:t>
            </w:r>
          </w:p>
        </w:tc>
        <w:tc>
          <w:tcPr>
            <w:tcW w:w="0" w:type="auto"/>
          </w:tcPr>
          <w:p w14:paraId="6E6682FD" w14:textId="77777777" w:rsidR="007A5E59" w:rsidRDefault="0095198F">
            <w:r>
              <w:t>Кирова 18А – ТК-01-08/10</w:t>
            </w:r>
          </w:p>
        </w:tc>
        <w:tc>
          <w:tcPr>
            <w:tcW w:w="0" w:type="auto"/>
          </w:tcPr>
          <w:p w14:paraId="6DBC0F21" w14:textId="77777777" w:rsidR="007A5E59" w:rsidRDefault="0095198F">
            <w:pPr>
              <w:jc w:val="center"/>
            </w:pPr>
            <w:r>
              <w:t>50</w:t>
            </w:r>
          </w:p>
        </w:tc>
        <w:tc>
          <w:tcPr>
            <w:tcW w:w="0" w:type="auto"/>
          </w:tcPr>
          <w:p w14:paraId="629D627E" w14:textId="77777777" w:rsidR="007A5E59" w:rsidRDefault="0095198F">
            <w:pPr>
              <w:jc w:val="center"/>
            </w:pPr>
            <w:r>
              <w:t>1996</w:t>
            </w:r>
          </w:p>
        </w:tc>
        <w:tc>
          <w:tcPr>
            <w:tcW w:w="0" w:type="auto"/>
          </w:tcPr>
          <w:p w14:paraId="4AD85F34" w14:textId="77777777" w:rsidR="007A5E59" w:rsidRDefault="0095198F">
            <w:pPr>
              <w:jc w:val="center"/>
            </w:pPr>
            <w:r>
              <w:t>13</w:t>
            </w:r>
          </w:p>
        </w:tc>
        <w:tc>
          <w:tcPr>
            <w:tcW w:w="0" w:type="auto"/>
          </w:tcPr>
          <w:p w14:paraId="69C92927" w14:textId="77777777" w:rsidR="007A5E59" w:rsidRDefault="0095198F">
            <w:r>
              <w:t>канал.</w:t>
            </w:r>
          </w:p>
        </w:tc>
      </w:tr>
      <w:tr w:rsidR="007A5E59" w14:paraId="72FA9730" w14:textId="77777777">
        <w:trPr>
          <w:jc w:val="center"/>
        </w:trPr>
        <w:tc>
          <w:tcPr>
            <w:tcW w:w="0" w:type="auto"/>
          </w:tcPr>
          <w:p w14:paraId="61D8A99E" w14:textId="77777777" w:rsidR="007A5E59" w:rsidRDefault="0095198F">
            <w:pPr>
              <w:jc w:val="center"/>
            </w:pPr>
            <w:r>
              <w:t>47</w:t>
            </w:r>
          </w:p>
        </w:tc>
        <w:tc>
          <w:tcPr>
            <w:tcW w:w="0" w:type="auto"/>
          </w:tcPr>
          <w:p w14:paraId="4FF00E1B" w14:textId="77777777" w:rsidR="007A5E59" w:rsidRDefault="0095198F">
            <w:r>
              <w:t>ТК-01-08/10 – ТК-01-08/8</w:t>
            </w:r>
          </w:p>
        </w:tc>
        <w:tc>
          <w:tcPr>
            <w:tcW w:w="0" w:type="auto"/>
          </w:tcPr>
          <w:p w14:paraId="4759F760" w14:textId="77777777" w:rsidR="007A5E59" w:rsidRDefault="0095198F">
            <w:pPr>
              <w:jc w:val="center"/>
            </w:pPr>
            <w:r>
              <w:t>100</w:t>
            </w:r>
          </w:p>
        </w:tc>
        <w:tc>
          <w:tcPr>
            <w:tcW w:w="0" w:type="auto"/>
          </w:tcPr>
          <w:p w14:paraId="61740859" w14:textId="77777777" w:rsidR="007A5E59" w:rsidRDefault="0095198F">
            <w:pPr>
              <w:jc w:val="center"/>
            </w:pPr>
            <w:r>
              <w:t>2014</w:t>
            </w:r>
          </w:p>
        </w:tc>
        <w:tc>
          <w:tcPr>
            <w:tcW w:w="0" w:type="auto"/>
          </w:tcPr>
          <w:p w14:paraId="3B711C71" w14:textId="77777777" w:rsidR="007A5E59" w:rsidRDefault="0095198F">
            <w:pPr>
              <w:jc w:val="center"/>
            </w:pPr>
            <w:r>
              <w:t>20</w:t>
            </w:r>
          </w:p>
        </w:tc>
        <w:tc>
          <w:tcPr>
            <w:tcW w:w="0" w:type="auto"/>
          </w:tcPr>
          <w:p w14:paraId="7D5CFA48" w14:textId="77777777" w:rsidR="007A5E59" w:rsidRDefault="0095198F">
            <w:r>
              <w:t>канал.</w:t>
            </w:r>
          </w:p>
        </w:tc>
      </w:tr>
      <w:tr w:rsidR="007A5E59" w14:paraId="0C158C7A" w14:textId="77777777">
        <w:trPr>
          <w:jc w:val="center"/>
        </w:trPr>
        <w:tc>
          <w:tcPr>
            <w:tcW w:w="0" w:type="auto"/>
          </w:tcPr>
          <w:p w14:paraId="1286F02C" w14:textId="77777777" w:rsidR="007A5E59" w:rsidRDefault="0095198F">
            <w:pPr>
              <w:jc w:val="center"/>
            </w:pPr>
            <w:r>
              <w:t>48</w:t>
            </w:r>
          </w:p>
        </w:tc>
        <w:tc>
          <w:tcPr>
            <w:tcW w:w="0" w:type="auto"/>
          </w:tcPr>
          <w:p w14:paraId="5DB87278" w14:textId="77777777" w:rsidR="007A5E59" w:rsidRDefault="0095198F">
            <w:r>
              <w:t>ТК-01-08/8 – Кирова 18, 1 ввод</w:t>
            </w:r>
          </w:p>
        </w:tc>
        <w:tc>
          <w:tcPr>
            <w:tcW w:w="0" w:type="auto"/>
          </w:tcPr>
          <w:p w14:paraId="080C3F10" w14:textId="77777777" w:rsidR="007A5E59" w:rsidRDefault="0095198F">
            <w:pPr>
              <w:jc w:val="center"/>
            </w:pPr>
            <w:r>
              <w:t>40</w:t>
            </w:r>
          </w:p>
        </w:tc>
        <w:tc>
          <w:tcPr>
            <w:tcW w:w="0" w:type="auto"/>
          </w:tcPr>
          <w:p w14:paraId="58DBF7A4" w14:textId="77777777" w:rsidR="007A5E59" w:rsidRDefault="0095198F">
            <w:pPr>
              <w:jc w:val="center"/>
            </w:pPr>
            <w:r>
              <w:t>1996</w:t>
            </w:r>
          </w:p>
        </w:tc>
        <w:tc>
          <w:tcPr>
            <w:tcW w:w="0" w:type="auto"/>
          </w:tcPr>
          <w:p w14:paraId="09B83C94" w14:textId="77777777" w:rsidR="007A5E59" w:rsidRDefault="0095198F">
            <w:pPr>
              <w:jc w:val="center"/>
            </w:pPr>
            <w:r>
              <w:t>3,50</w:t>
            </w:r>
          </w:p>
        </w:tc>
        <w:tc>
          <w:tcPr>
            <w:tcW w:w="0" w:type="auto"/>
          </w:tcPr>
          <w:p w14:paraId="7BF89FC0" w14:textId="77777777" w:rsidR="007A5E59" w:rsidRDefault="0095198F">
            <w:r>
              <w:t>канал.</w:t>
            </w:r>
          </w:p>
        </w:tc>
      </w:tr>
      <w:tr w:rsidR="007A5E59" w14:paraId="4901F51E" w14:textId="77777777">
        <w:trPr>
          <w:jc w:val="center"/>
        </w:trPr>
        <w:tc>
          <w:tcPr>
            <w:tcW w:w="0" w:type="auto"/>
          </w:tcPr>
          <w:p w14:paraId="31BAE463" w14:textId="77777777" w:rsidR="007A5E59" w:rsidRDefault="0095198F">
            <w:pPr>
              <w:jc w:val="center"/>
            </w:pPr>
            <w:r>
              <w:t>49</w:t>
            </w:r>
          </w:p>
        </w:tc>
        <w:tc>
          <w:tcPr>
            <w:tcW w:w="0" w:type="auto"/>
          </w:tcPr>
          <w:p w14:paraId="69D8690D" w14:textId="77777777" w:rsidR="007A5E59" w:rsidRDefault="0095198F">
            <w:r>
              <w:t>ТК-01-08/7 – ТК-01-08/8</w:t>
            </w:r>
          </w:p>
        </w:tc>
        <w:tc>
          <w:tcPr>
            <w:tcW w:w="0" w:type="auto"/>
          </w:tcPr>
          <w:p w14:paraId="2E4315AE" w14:textId="77777777" w:rsidR="007A5E59" w:rsidRDefault="0095198F">
            <w:pPr>
              <w:jc w:val="center"/>
            </w:pPr>
            <w:r>
              <w:t>100</w:t>
            </w:r>
          </w:p>
        </w:tc>
        <w:tc>
          <w:tcPr>
            <w:tcW w:w="0" w:type="auto"/>
          </w:tcPr>
          <w:p w14:paraId="5EA374A6" w14:textId="77777777" w:rsidR="007A5E59" w:rsidRDefault="0095198F">
            <w:pPr>
              <w:jc w:val="center"/>
            </w:pPr>
            <w:r>
              <w:t>2014</w:t>
            </w:r>
          </w:p>
        </w:tc>
        <w:tc>
          <w:tcPr>
            <w:tcW w:w="0" w:type="auto"/>
          </w:tcPr>
          <w:p w14:paraId="3FBEE63C" w14:textId="77777777" w:rsidR="007A5E59" w:rsidRDefault="0095198F">
            <w:pPr>
              <w:jc w:val="center"/>
            </w:pPr>
            <w:r>
              <w:t>31</w:t>
            </w:r>
          </w:p>
        </w:tc>
        <w:tc>
          <w:tcPr>
            <w:tcW w:w="0" w:type="auto"/>
          </w:tcPr>
          <w:p w14:paraId="19937526" w14:textId="77777777" w:rsidR="007A5E59" w:rsidRDefault="0095198F">
            <w:r>
              <w:t>канал.</w:t>
            </w:r>
          </w:p>
        </w:tc>
      </w:tr>
      <w:tr w:rsidR="007A5E59" w14:paraId="0A75B33E" w14:textId="77777777">
        <w:trPr>
          <w:jc w:val="center"/>
        </w:trPr>
        <w:tc>
          <w:tcPr>
            <w:tcW w:w="0" w:type="auto"/>
          </w:tcPr>
          <w:p w14:paraId="6B255038" w14:textId="77777777" w:rsidR="007A5E59" w:rsidRDefault="0095198F">
            <w:pPr>
              <w:jc w:val="center"/>
            </w:pPr>
            <w:r>
              <w:t>50</w:t>
            </w:r>
          </w:p>
        </w:tc>
        <w:tc>
          <w:tcPr>
            <w:tcW w:w="0" w:type="auto"/>
          </w:tcPr>
          <w:p w14:paraId="118369C2" w14:textId="77777777" w:rsidR="007A5E59" w:rsidRDefault="0095198F">
            <w:r>
              <w:t>ТК-01-08/7 – Кирова 18, 2 ввод</w:t>
            </w:r>
          </w:p>
        </w:tc>
        <w:tc>
          <w:tcPr>
            <w:tcW w:w="0" w:type="auto"/>
          </w:tcPr>
          <w:p w14:paraId="797D033A" w14:textId="77777777" w:rsidR="007A5E59" w:rsidRDefault="0095198F">
            <w:pPr>
              <w:jc w:val="center"/>
            </w:pPr>
            <w:r>
              <w:t>25</w:t>
            </w:r>
          </w:p>
        </w:tc>
        <w:tc>
          <w:tcPr>
            <w:tcW w:w="0" w:type="auto"/>
          </w:tcPr>
          <w:p w14:paraId="4BF1BA69" w14:textId="77777777" w:rsidR="007A5E59" w:rsidRDefault="0095198F">
            <w:pPr>
              <w:jc w:val="center"/>
            </w:pPr>
            <w:r>
              <w:t>1996</w:t>
            </w:r>
          </w:p>
        </w:tc>
        <w:tc>
          <w:tcPr>
            <w:tcW w:w="0" w:type="auto"/>
          </w:tcPr>
          <w:p w14:paraId="13892F2E" w14:textId="77777777" w:rsidR="007A5E59" w:rsidRDefault="0095198F">
            <w:pPr>
              <w:jc w:val="center"/>
            </w:pPr>
            <w:r>
              <w:t>4</w:t>
            </w:r>
          </w:p>
        </w:tc>
        <w:tc>
          <w:tcPr>
            <w:tcW w:w="0" w:type="auto"/>
          </w:tcPr>
          <w:p w14:paraId="10E3B3CE" w14:textId="77777777" w:rsidR="007A5E59" w:rsidRDefault="0095198F">
            <w:r>
              <w:t>канал.</w:t>
            </w:r>
          </w:p>
        </w:tc>
      </w:tr>
      <w:tr w:rsidR="007A5E59" w14:paraId="595B9240" w14:textId="77777777">
        <w:trPr>
          <w:jc w:val="center"/>
        </w:trPr>
        <w:tc>
          <w:tcPr>
            <w:tcW w:w="0" w:type="auto"/>
          </w:tcPr>
          <w:p w14:paraId="6069F6FC" w14:textId="77777777" w:rsidR="007A5E59" w:rsidRDefault="0095198F">
            <w:pPr>
              <w:jc w:val="center"/>
            </w:pPr>
            <w:r>
              <w:t>51</w:t>
            </w:r>
          </w:p>
        </w:tc>
        <w:tc>
          <w:tcPr>
            <w:tcW w:w="0" w:type="auto"/>
          </w:tcPr>
          <w:p w14:paraId="5C351ADB" w14:textId="77777777" w:rsidR="007A5E59" w:rsidRDefault="0095198F">
            <w:r>
              <w:t>ТК-01-08/7 – Кирова 17</w:t>
            </w:r>
          </w:p>
        </w:tc>
        <w:tc>
          <w:tcPr>
            <w:tcW w:w="0" w:type="auto"/>
          </w:tcPr>
          <w:p w14:paraId="7C542051" w14:textId="77777777" w:rsidR="007A5E59" w:rsidRDefault="0095198F">
            <w:pPr>
              <w:jc w:val="center"/>
            </w:pPr>
            <w:r>
              <w:t>50</w:t>
            </w:r>
          </w:p>
        </w:tc>
        <w:tc>
          <w:tcPr>
            <w:tcW w:w="0" w:type="auto"/>
          </w:tcPr>
          <w:p w14:paraId="4268BEAF" w14:textId="77777777" w:rsidR="007A5E59" w:rsidRDefault="0095198F">
            <w:pPr>
              <w:jc w:val="center"/>
            </w:pPr>
            <w:r>
              <w:t>2016</w:t>
            </w:r>
          </w:p>
        </w:tc>
        <w:tc>
          <w:tcPr>
            <w:tcW w:w="0" w:type="auto"/>
          </w:tcPr>
          <w:p w14:paraId="476811C5" w14:textId="77777777" w:rsidR="007A5E59" w:rsidRDefault="0095198F">
            <w:pPr>
              <w:jc w:val="center"/>
            </w:pPr>
            <w:r>
              <w:t>34</w:t>
            </w:r>
          </w:p>
        </w:tc>
        <w:tc>
          <w:tcPr>
            <w:tcW w:w="0" w:type="auto"/>
          </w:tcPr>
          <w:p w14:paraId="7E7E965E" w14:textId="77777777" w:rsidR="007A5E59" w:rsidRDefault="0095198F">
            <w:r>
              <w:t>канал.</w:t>
            </w:r>
          </w:p>
        </w:tc>
      </w:tr>
      <w:tr w:rsidR="007A5E59" w14:paraId="50E5454C" w14:textId="77777777">
        <w:trPr>
          <w:jc w:val="center"/>
        </w:trPr>
        <w:tc>
          <w:tcPr>
            <w:tcW w:w="0" w:type="auto"/>
          </w:tcPr>
          <w:p w14:paraId="29069611" w14:textId="77777777" w:rsidR="007A5E59" w:rsidRDefault="0095198F">
            <w:pPr>
              <w:jc w:val="center"/>
            </w:pPr>
            <w:r>
              <w:t>52</w:t>
            </w:r>
          </w:p>
        </w:tc>
        <w:tc>
          <w:tcPr>
            <w:tcW w:w="0" w:type="auto"/>
          </w:tcPr>
          <w:p w14:paraId="7CB7C477" w14:textId="77777777" w:rsidR="007A5E59" w:rsidRDefault="0095198F">
            <w:r>
              <w:t>ТК-01-08/7 – Кирова 16</w:t>
            </w:r>
          </w:p>
        </w:tc>
        <w:tc>
          <w:tcPr>
            <w:tcW w:w="0" w:type="auto"/>
          </w:tcPr>
          <w:p w14:paraId="30F91593" w14:textId="77777777" w:rsidR="007A5E59" w:rsidRDefault="0095198F">
            <w:pPr>
              <w:jc w:val="center"/>
            </w:pPr>
            <w:r>
              <w:t>40</w:t>
            </w:r>
          </w:p>
        </w:tc>
        <w:tc>
          <w:tcPr>
            <w:tcW w:w="0" w:type="auto"/>
          </w:tcPr>
          <w:p w14:paraId="5EBD641E" w14:textId="77777777" w:rsidR="007A5E59" w:rsidRDefault="0095198F">
            <w:pPr>
              <w:jc w:val="center"/>
            </w:pPr>
            <w:r>
              <w:t>1996</w:t>
            </w:r>
          </w:p>
        </w:tc>
        <w:tc>
          <w:tcPr>
            <w:tcW w:w="0" w:type="auto"/>
          </w:tcPr>
          <w:p w14:paraId="22B6CA30" w14:textId="77777777" w:rsidR="007A5E59" w:rsidRDefault="0095198F">
            <w:pPr>
              <w:jc w:val="center"/>
            </w:pPr>
            <w:r>
              <w:t>27</w:t>
            </w:r>
          </w:p>
        </w:tc>
        <w:tc>
          <w:tcPr>
            <w:tcW w:w="0" w:type="auto"/>
          </w:tcPr>
          <w:p w14:paraId="59774D81" w14:textId="77777777" w:rsidR="007A5E59" w:rsidRDefault="0095198F">
            <w:r>
              <w:t>канал.</w:t>
            </w:r>
          </w:p>
        </w:tc>
      </w:tr>
      <w:tr w:rsidR="007A5E59" w14:paraId="332CCBCC" w14:textId="77777777">
        <w:trPr>
          <w:jc w:val="center"/>
        </w:trPr>
        <w:tc>
          <w:tcPr>
            <w:tcW w:w="0" w:type="auto"/>
          </w:tcPr>
          <w:p w14:paraId="06A062FC" w14:textId="77777777" w:rsidR="007A5E59" w:rsidRDefault="0095198F">
            <w:pPr>
              <w:jc w:val="center"/>
            </w:pPr>
            <w:r>
              <w:t>53</w:t>
            </w:r>
          </w:p>
        </w:tc>
        <w:tc>
          <w:tcPr>
            <w:tcW w:w="0" w:type="auto"/>
          </w:tcPr>
          <w:p w14:paraId="52020003" w14:textId="77777777" w:rsidR="007A5E59" w:rsidRDefault="0095198F">
            <w:r>
              <w:t>ТК-01-08/6 – ТК-01-08/7</w:t>
            </w:r>
          </w:p>
        </w:tc>
        <w:tc>
          <w:tcPr>
            <w:tcW w:w="0" w:type="auto"/>
          </w:tcPr>
          <w:p w14:paraId="31C76236" w14:textId="77777777" w:rsidR="007A5E59" w:rsidRDefault="0095198F">
            <w:pPr>
              <w:jc w:val="center"/>
            </w:pPr>
            <w:r>
              <w:t>100</w:t>
            </w:r>
          </w:p>
        </w:tc>
        <w:tc>
          <w:tcPr>
            <w:tcW w:w="0" w:type="auto"/>
          </w:tcPr>
          <w:p w14:paraId="490F7367" w14:textId="77777777" w:rsidR="007A5E59" w:rsidRDefault="0095198F">
            <w:pPr>
              <w:jc w:val="center"/>
            </w:pPr>
            <w:r>
              <w:t>2014</w:t>
            </w:r>
          </w:p>
        </w:tc>
        <w:tc>
          <w:tcPr>
            <w:tcW w:w="0" w:type="auto"/>
          </w:tcPr>
          <w:p w14:paraId="70CB22B0" w14:textId="77777777" w:rsidR="007A5E59" w:rsidRDefault="0095198F">
            <w:pPr>
              <w:jc w:val="center"/>
            </w:pPr>
            <w:r>
              <w:t>18</w:t>
            </w:r>
          </w:p>
        </w:tc>
        <w:tc>
          <w:tcPr>
            <w:tcW w:w="0" w:type="auto"/>
          </w:tcPr>
          <w:p w14:paraId="3BFEA5D6" w14:textId="77777777" w:rsidR="007A5E59" w:rsidRDefault="0095198F">
            <w:r>
              <w:t>канал.</w:t>
            </w:r>
          </w:p>
        </w:tc>
      </w:tr>
      <w:tr w:rsidR="007A5E59" w14:paraId="5E7EB198" w14:textId="77777777">
        <w:trPr>
          <w:jc w:val="center"/>
        </w:trPr>
        <w:tc>
          <w:tcPr>
            <w:tcW w:w="0" w:type="auto"/>
          </w:tcPr>
          <w:p w14:paraId="58932EC5" w14:textId="77777777" w:rsidR="007A5E59" w:rsidRDefault="0095198F">
            <w:pPr>
              <w:jc w:val="center"/>
            </w:pPr>
            <w:r>
              <w:t>54</w:t>
            </w:r>
          </w:p>
        </w:tc>
        <w:tc>
          <w:tcPr>
            <w:tcW w:w="0" w:type="auto"/>
          </w:tcPr>
          <w:p w14:paraId="2176175B" w14:textId="77777777" w:rsidR="007A5E59" w:rsidRDefault="0095198F">
            <w:r>
              <w:t>ТК-01-08/6 – Кирова 16, 1 ввод</w:t>
            </w:r>
          </w:p>
        </w:tc>
        <w:tc>
          <w:tcPr>
            <w:tcW w:w="0" w:type="auto"/>
          </w:tcPr>
          <w:p w14:paraId="4A6AC517" w14:textId="77777777" w:rsidR="007A5E59" w:rsidRDefault="0095198F">
            <w:pPr>
              <w:jc w:val="center"/>
            </w:pPr>
            <w:r>
              <w:t>40</w:t>
            </w:r>
          </w:p>
        </w:tc>
        <w:tc>
          <w:tcPr>
            <w:tcW w:w="0" w:type="auto"/>
          </w:tcPr>
          <w:p w14:paraId="7D17E4AF" w14:textId="77777777" w:rsidR="007A5E59" w:rsidRDefault="0095198F">
            <w:pPr>
              <w:jc w:val="center"/>
            </w:pPr>
            <w:r>
              <w:t>1996</w:t>
            </w:r>
          </w:p>
        </w:tc>
        <w:tc>
          <w:tcPr>
            <w:tcW w:w="0" w:type="auto"/>
          </w:tcPr>
          <w:p w14:paraId="18AD0BE8" w14:textId="77777777" w:rsidR="007A5E59" w:rsidRDefault="0095198F">
            <w:pPr>
              <w:jc w:val="center"/>
            </w:pPr>
            <w:r>
              <w:t>4</w:t>
            </w:r>
          </w:p>
        </w:tc>
        <w:tc>
          <w:tcPr>
            <w:tcW w:w="0" w:type="auto"/>
          </w:tcPr>
          <w:p w14:paraId="41AE8059" w14:textId="77777777" w:rsidR="007A5E59" w:rsidRDefault="0095198F">
            <w:r>
              <w:t>канал.</w:t>
            </w:r>
          </w:p>
        </w:tc>
      </w:tr>
      <w:tr w:rsidR="007A5E59" w14:paraId="66DEEA6C" w14:textId="77777777">
        <w:trPr>
          <w:jc w:val="center"/>
        </w:trPr>
        <w:tc>
          <w:tcPr>
            <w:tcW w:w="0" w:type="auto"/>
          </w:tcPr>
          <w:p w14:paraId="3D6FF733" w14:textId="77777777" w:rsidR="007A5E59" w:rsidRDefault="0095198F">
            <w:pPr>
              <w:jc w:val="center"/>
            </w:pPr>
            <w:r>
              <w:t>55</w:t>
            </w:r>
          </w:p>
        </w:tc>
        <w:tc>
          <w:tcPr>
            <w:tcW w:w="0" w:type="auto"/>
          </w:tcPr>
          <w:p w14:paraId="0B6B3759" w14:textId="77777777" w:rsidR="007A5E59" w:rsidRDefault="0095198F">
            <w:r>
              <w:t>ТК-01-08/4 -ТК-01-08/6</w:t>
            </w:r>
          </w:p>
        </w:tc>
        <w:tc>
          <w:tcPr>
            <w:tcW w:w="0" w:type="auto"/>
          </w:tcPr>
          <w:p w14:paraId="2B370050" w14:textId="77777777" w:rsidR="007A5E59" w:rsidRDefault="0095198F">
            <w:pPr>
              <w:jc w:val="center"/>
            </w:pPr>
            <w:r>
              <w:t>100</w:t>
            </w:r>
          </w:p>
        </w:tc>
        <w:tc>
          <w:tcPr>
            <w:tcW w:w="0" w:type="auto"/>
          </w:tcPr>
          <w:p w14:paraId="7813D2A1" w14:textId="77777777" w:rsidR="007A5E59" w:rsidRDefault="0095198F">
            <w:pPr>
              <w:jc w:val="center"/>
            </w:pPr>
            <w:r>
              <w:t>1983</w:t>
            </w:r>
          </w:p>
        </w:tc>
        <w:tc>
          <w:tcPr>
            <w:tcW w:w="0" w:type="auto"/>
          </w:tcPr>
          <w:p w14:paraId="2B8454F7" w14:textId="77777777" w:rsidR="007A5E59" w:rsidRDefault="0095198F">
            <w:pPr>
              <w:jc w:val="center"/>
            </w:pPr>
            <w:r>
              <w:t>25</w:t>
            </w:r>
          </w:p>
        </w:tc>
        <w:tc>
          <w:tcPr>
            <w:tcW w:w="0" w:type="auto"/>
          </w:tcPr>
          <w:p w14:paraId="0EBC3F8E" w14:textId="77777777" w:rsidR="007A5E59" w:rsidRDefault="0095198F">
            <w:r>
              <w:t>канал.</w:t>
            </w:r>
          </w:p>
        </w:tc>
      </w:tr>
      <w:tr w:rsidR="007A5E59" w14:paraId="09D9C92F" w14:textId="77777777">
        <w:trPr>
          <w:jc w:val="center"/>
        </w:trPr>
        <w:tc>
          <w:tcPr>
            <w:tcW w:w="0" w:type="auto"/>
          </w:tcPr>
          <w:p w14:paraId="10D42826" w14:textId="77777777" w:rsidR="007A5E59" w:rsidRDefault="0095198F">
            <w:pPr>
              <w:jc w:val="center"/>
            </w:pPr>
            <w:r>
              <w:t>56</w:t>
            </w:r>
          </w:p>
        </w:tc>
        <w:tc>
          <w:tcPr>
            <w:tcW w:w="0" w:type="auto"/>
          </w:tcPr>
          <w:p w14:paraId="3614F766" w14:textId="77777777" w:rsidR="007A5E59" w:rsidRDefault="0095198F">
            <w:r>
              <w:t>ТК-01-08/4 – Кирова 16, 2 ввод</w:t>
            </w:r>
          </w:p>
        </w:tc>
        <w:tc>
          <w:tcPr>
            <w:tcW w:w="0" w:type="auto"/>
          </w:tcPr>
          <w:p w14:paraId="5D63C35E" w14:textId="77777777" w:rsidR="007A5E59" w:rsidRDefault="0095198F">
            <w:pPr>
              <w:jc w:val="center"/>
            </w:pPr>
            <w:r>
              <w:t>25</w:t>
            </w:r>
          </w:p>
        </w:tc>
        <w:tc>
          <w:tcPr>
            <w:tcW w:w="0" w:type="auto"/>
          </w:tcPr>
          <w:p w14:paraId="574AD9A5" w14:textId="77777777" w:rsidR="007A5E59" w:rsidRDefault="0095198F">
            <w:pPr>
              <w:jc w:val="center"/>
            </w:pPr>
            <w:r>
              <w:t>1996</w:t>
            </w:r>
          </w:p>
        </w:tc>
        <w:tc>
          <w:tcPr>
            <w:tcW w:w="0" w:type="auto"/>
          </w:tcPr>
          <w:p w14:paraId="6D8C6961" w14:textId="77777777" w:rsidR="007A5E59" w:rsidRDefault="0095198F">
            <w:pPr>
              <w:jc w:val="center"/>
            </w:pPr>
            <w:r>
              <w:t>3</w:t>
            </w:r>
          </w:p>
        </w:tc>
        <w:tc>
          <w:tcPr>
            <w:tcW w:w="0" w:type="auto"/>
          </w:tcPr>
          <w:p w14:paraId="3EB3914B" w14:textId="77777777" w:rsidR="007A5E59" w:rsidRDefault="0095198F">
            <w:r>
              <w:t>бесканал.</w:t>
            </w:r>
          </w:p>
        </w:tc>
      </w:tr>
      <w:tr w:rsidR="007A5E59" w14:paraId="51FE2A3B" w14:textId="77777777">
        <w:trPr>
          <w:jc w:val="center"/>
        </w:trPr>
        <w:tc>
          <w:tcPr>
            <w:tcW w:w="0" w:type="auto"/>
          </w:tcPr>
          <w:p w14:paraId="0307C8E0" w14:textId="77777777" w:rsidR="007A5E59" w:rsidRDefault="0095198F">
            <w:pPr>
              <w:jc w:val="center"/>
            </w:pPr>
            <w:r>
              <w:t>57</w:t>
            </w:r>
          </w:p>
        </w:tc>
        <w:tc>
          <w:tcPr>
            <w:tcW w:w="0" w:type="auto"/>
          </w:tcPr>
          <w:p w14:paraId="5CB1E0B6" w14:textId="77777777" w:rsidR="007A5E59" w:rsidRDefault="0095198F">
            <w:r>
              <w:t>ТК-01-08/2 – ТК-01-08/4</w:t>
            </w:r>
          </w:p>
        </w:tc>
        <w:tc>
          <w:tcPr>
            <w:tcW w:w="0" w:type="auto"/>
          </w:tcPr>
          <w:p w14:paraId="2F068DD2" w14:textId="77777777" w:rsidR="007A5E59" w:rsidRDefault="0095198F">
            <w:pPr>
              <w:jc w:val="center"/>
            </w:pPr>
            <w:r>
              <w:t>100</w:t>
            </w:r>
          </w:p>
        </w:tc>
        <w:tc>
          <w:tcPr>
            <w:tcW w:w="0" w:type="auto"/>
          </w:tcPr>
          <w:p w14:paraId="297B8AC1" w14:textId="77777777" w:rsidR="007A5E59" w:rsidRDefault="0095198F">
            <w:pPr>
              <w:jc w:val="center"/>
            </w:pPr>
            <w:r>
              <w:t>2014</w:t>
            </w:r>
          </w:p>
        </w:tc>
        <w:tc>
          <w:tcPr>
            <w:tcW w:w="0" w:type="auto"/>
          </w:tcPr>
          <w:p w14:paraId="0386E350" w14:textId="77777777" w:rsidR="007A5E59" w:rsidRDefault="0095198F">
            <w:pPr>
              <w:jc w:val="center"/>
            </w:pPr>
            <w:r>
              <w:t>43</w:t>
            </w:r>
          </w:p>
        </w:tc>
        <w:tc>
          <w:tcPr>
            <w:tcW w:w="0" w:type="auto"/>
          </w:tcPr>
          <w:p w14:paraId="68CB1554" w14:textId="77777777" w:rsidR="007A5E59" w:rsidRDefault="0095198F">
            <w:r>
              <w:t>канал.</w:t>
            </w:r>
          </w:p>
        </w:tc>
      </w:tr>
      <w:tr w:rsidR="007A5E59" w14:paraId="13F6F158" w14:textId="77777777">
        <w:trPr>
          <w:jc w:val="center"/>
        </w:trPr>
        <w:tc>
          <w:tcPr>
            <w:tcW w:w="0" w:type="auto"/>
          </w:tcPr>
          <w:p w14:paraId="1EA6F6CC" w14:textId="77777777" w:rsidR="007A5E59" w:rsidRDefault="0095198F">
            <w:pPr>
              <w:jc w:val="center"/>
            </w:pPr>
            <w:r>
              <w:t>58</w:t>
            </w:r>
          </w:p>
        </w:tc>
        <w:tc>
          <w:tcPr>
            <w:tcW w:w="0" w:type="auto"/>
          </w:tcPr>
          <w:p w14:paraId="0656B007" w14:textId="77777777" w:rsidR="007A5E59" w:rsidRDefault="0095198F">
            <w:r>
              <w:t>ТК-01-08/2 – Кирова 14</w:t>
            </w:r>
          </w:p>
        </w:tc>
        <w:tc>
          <w:tcPr>
            <w:tcW w:w="0" w:type="auto"/>
          </w:tcPr>
          <w:p w14:paraId="46ABADB2" w14:textId="77777777" w:rsidR="007A5E59" w:rsidRDefault="0095198F">
            <w:pPr>
              <w:jc w:val="center"/>
            </w:pPr>
            <w:r>
              <w:t>40</w:t>
            </w:r>
          </w:p>
        </w:tc>
        <w:tc>
          <w:tcPr>
            <w:tcW w:w="0" w:type="auto"/>
          </w:tcPr>
          <w:p w14:paraId="4333657F" w14:textId="77777777" w:rsidR="007A5E59" w:rsidRDefault="0095198F">
            <w:pPr>
              <w:jc w:val="center"/>
            </w:pPr>
            <w:r>
              <w:t>1996</w:t>
            </w:r>
          </w:p>
        </w:tc>
        <w:tc>
          <w:tcPr>
            <w:tcW w:w="0" w:type="auto"/>
          </w:tcPr>
          <w:p w14:paraId="25C99F31" w14:textId="77777777" w:rsidR="007A5E59" w:rsidRDefault="0095198F">
            <w:pPr>
              <w:jc w:val="center"/>
            </w:pPr>
            <w:r>
              <w:t>4</w:t>
            </w:r>
          </w:p>
        </w:tc>
        <w:tc>
          <w:tcPr>
            <w:tcW w:w="0" w:type="auto"/>
          </w:tcPr>
          <w:p w14:paraId="42ECDD6A" w14:textId="77777777" w:rsidR="007A5E59" w:rsidRDefault="0095198F">
            <w:r>
              <w:t>бесканал.</w:t>
            </w:r>
          </w:p>
        </w:tc>
      </w:tr>
      <w:tr w:rsidR="007A5E59" w14:paraId="5C00BA63" w14:textId="77777777">
        <w:trPr>
          <w:jc w:val="center"/>
        </w:trPr>
        <w:tc>
          <w:tcPr>
            <w:tcW w:w="0" w:type="auto"/>
          </w:tcPr>
          <w:p w14:paraId="03957B8A" w14:textId="77777777" w:rsidR="007A5E59" w:rsidRDefault="0095198F">
            <w:pPr>
              <w:jc w:val="center"/>
            </w:pPr>
            <w:r>
              <w:t>59</w:t>
            </w:r>
          </w:p>
        </w:tc>
        <w:tc>
          <w:tcPr>
            <w:tcW w:w="0" w:type="auto"/>
          </w:tcPr>
          <w:p w14:paraId="18B103F3" w14:textId="77777777" w:rsidR="007A5E59" w:rsidRDefault="0095198F">
            <w:r>
              <w:t>ТК-01-08 – ТК-01-08/2</w:t>
            </w:r>
          </w:p>
        </w:tc>
        <w:tc>
          <w:tcPr>
            <w:tcW w:w="0" w:type="auto"/>
          </w:tcPr>
          <w:p w14:paraId="59F13833" w14:textId="77777777" w:rsidR="007A5E59" w:rsidRDefault="0095198F">
            <w:pPr>
              <w:jc w:val="center"/>
            </w:pPr>
            <w:r>
              <w:t>100</w:t>
            </w:r>
          </w:p>
        </w:tc>
        <w:tc>
          <w:tcPr>
            <w:tcW w:w="0" w:type="auto"/>
          </w:tcPr>
          <w:p w14:paraId="1605DBD7" w14:textId="77777777" w:rsidR="007A5E59" w:rsidRDefault="0095198F">
            <w:pPr>
              <w:jc w:val="center"/>
            </w:pPr>
            <w:r>
              <w:t>1995</w:t>
            </w:r>
          </w:p>
        </w:tc>
        <w:tc>
          <w:tcPr>
            <w:tcW w:w="0" w:type="auto"/>
          </w:tcPr>
          <w:p w14:paraId="79CF7C60" w14:textId="77777777" w:rsidR="007A5E59" w:rsidRDefault="0095198F">
            <w:pPr>
              <w:jc w:val="center"/>
            </w:pPr>
            <w:r>
              <w:t>41</w:t>
            </w:r>
          </w:p>
        </w:tc>
        <w:tc>
          <w:tcPr>
            <w:tcW w:w="0" w:type="auto"/>
          </w:tcPr>
          <w:p w14:paraId="27E374B3" w14:textId="77777777" w:rsidR="007A5E59" w:rsidRDefault="0095198F">
            <w:r>
              <w:t>канал.</w:t>
            </w:r>
          </w:p>
        </w:tc>
      </w:tr>
      <w:tr w:rsidR="007A5E59" w14:paraId="1B5D9694" w14:textId="77777777">
        <w:trPr>
          <w:jc w:val="center"/>
        </w:trPr>
        <w:tc>
          <w:tcPr>
            <w:tcW w:w="0" w:type="auto"/>
          </w:tcPr>
          <w:p w14:paraId="22FB4D1F" w14:textId="77777777" w:rsidR="007A5E59" w:rsidRDefault="0095198F">
            <w:pPr>
              <w:jc w:val="center"/>
            </w:pPr>
            <w:r>
              <w:t>60</w:t>
            </w:r>
          </w:p>
        </w:tc>
        <w:tc>
          <w:tcPr>
            <w:tcW w:w="0" w:type="auto"/>
          </w:tcPr>
          <w:p w14:paraId="1DCA59FB" w14:textId="77777777" w:rsidR="007A5E59" w:rsidRDefault="0095198F">
            <w:r>
              <w:t>ТК-01-07 – Кирова 12а</w:t>
            </w:r>
          </w:p>
        </w:tc>
        <w:tc>
          <w:tcPr>
            <w:tcW w:w="0" w:type="auto"/>
          </w:tcPr>
          <w:p w14:paraId="76EAC31A" w14:textId="77777777" w:rsidR="007A5E59" w:rsidRDefault="0095198F">
            <w:pPr>
              <w:jc w:val="center"/>
            </w:pPr>
            <w:r>
              <w:t>40</w:t>
            </w:r>
          </w:p>
        </w:tc>
        <w:tc>
          <w:tcPr>
            <w:tcW w:w="0" w:type="auto"/>
          </w:tcPr>
          <w:p w14:paraId="274BC33E" w14:textId="77777777" w:rsidR="007A5E59" w:rsidRDefault="0095198F">
            <w:pPr>
              <w:jc w:val="center"/>
            </w:pPr>
            <w:r>
              <w:t>2003</w:t>
            </w:r>
          </w:p>
        </w:tc>
        <w:tc>
          <w:tcPr>
            <w:tcW w:w="0" w:type="auto"/>
          </w:tcPr>
          <w:p w14:paraId="208DF2AC" w14:textId="77777777" w:rsidR="007A5E59" w:rsidRDefault="0095198F">
            <w:pPr>
              <w:jc w:val="center"/>
            </w:pPr>
            <w:r>
              <w:t>14</w:t>
            </w:r>
          </w:p>
        </w:tc>
        <w:tc>
          <w:tcPr>
            <w:tcW w:w="0" w:type="auto"/>
          </w:tcPr>
          <w:p w14:paraId="00A37F77" w14:textId="77777777" w:rsidR="007A5E59" w:rsidRDefault="0095198F">
            <w:r>
              <w:t>бесканал.</w:t>
            </w:r>
          </w:p>
        </w:tc>
      </w:tr>
      <w:tr w:rsidR="007A5E59" w14:paraId="78A6D6E9" w14:textId="77777777">
        <w:trPr>
          <w:jc w:val="center"/>
        </w:trPr>
        <w:tc>
          <w:tcPr>
            <w:tcW w:w="0" w:type="auto"/>
          </w:tcPr>
          <w:p w14:paraId="706674E5" w14:textId="77777777" w:rsidR="007A5E59" w:rsidRDefault="0095198F">
            <w:pPr>
              <w:jc w:val="center"/>
            </w:pPr>
            <w:r>
              <w:t>61</w:t>
            </w:r>
          </w:p>
        </w:tc>
        <w:tc>
          <w:tcPr>
            <w:tcW w:w="0" w:type="auto"/>
          </w:tcPr>
          <w:p w14:paraId="259F6553" w14:textId="77777777" w:rsidR="007A5E59" w:rsidRDefault="0095198F">
            <w:r>
              <w:t>ТК-01-06/2-Т-01-06/01</w:t>
            </w:r>
          </w:p>
        </w:tc>
        <w:tc>
          <w:tcPr>
            <w:tcW w:w="0" w:type="auto"/>
          </w:tcPr>
          <w:p w14:paraId="6EFEE137" w14:textId="77777777" w:rsidR="007A5E59" w:rsidRDefault="0095198F">
            <w:pPr>
              <w:jc w:val="center"/>
            </w:pPr>
            <w:r>
              <w:t>100</w:t>
            </w:r>
          </w:p>
        </w:tc>
        <w:tc>
          <w:tcPr>
            <w:tcW w:w="0" w:type="auto"/>
          </w:tcPr>
          <w:p w14:paraId="4312E06F" w14:textId="77777777" w:rsidR="007A5E59" w:rsidRDefault="0095198F">
            <w:pPr>
              <w:jc w:val="center"/>
            </w:pPr>
            <w:r>
              <w:t>2003</w:t>
            </w:r>
          </w:p>
        </w:tc>
        <w:tc>
          <w:tcPr>
            <w:tcW w:w="0" w:type="auto"/>
          </w:tcPr>
          <w:p w14:paraId="4638DA11" w14:textId="77777777" w:rsidR="007A5E59" w:rsidRDefault="0095198F">
            <w:pPr>
              <w:jc w:val="center"/>
            </w:pPr>
            <w:r>
              <w:t>30</w:t>
            </w:r>
          </w:p>
        </w:tc>
        <w:tc>
          <w:tcPr>
            <w:tcW w:w="0" w:type="auto"/>
          </w:tcPr>
          <w:p w14:paraId="0E128C8E" w14:textId="77777777" w:rsidR="007A5E59" w:rsidRDefault="0095198F">
            <w:r>
              <w:t>канал.</w:t>
            </w:r>
          </w:p>
        </w:tc>
      </w:tr>
      <w:tr w:rsidR="007A5E59" w14:paraId="3DDE67DF" w14:textId="77777777">
        <w:trPr>
          <w:jc w:val="center"/>
        </w:trPr>
        <w:tc>
          <w:tcPr>
            <w:tcW w:w="0" w:type="auto"/>
          </w:tcPr>
          <w:p w14:paraId="338F92BE" w14:textId="77777777" w:rsidR="007A5E59" w:rsidRDefault="0095198F">
            <w:pPr>
              <w:jc w:val="center"/>
            </w:pPr>
            <w:r>
              <w:t>62</w:t>
            </w:r>
          </w:p>
        </w:tc>
        <w:tc>
          <w:tcPr>
            <w:tcW w:w="0" w:type="auto"/>
          </w:tcPr>
          <w:p w14:paraId="25FD64A8" w14:textId="77777777" w:rsidR="007A5E59" w:rsidRDefault="0095198F">
            <w:r>
              <w:t>ТК-01-06/1 -ТК-01-06/2</w:t>
            </w:r>
          </w:p>
        </w:tc>
        <w:tc>
          <w:tcPr>
            <w:tcW w:w="0" w:type="auto"/>
          </w:tcPr>
          <w:p w14:paraId="050B4E83" w14:textId="77777777" w:rsidR="007A5E59" w:rsidRDefault="0095198F">
            <w:pPr>
              <w:jc w:val="center"/>
            </w:pPr>
            <w:r>
              <w:t>100</w:t>
            </w:r>
          </w:p>
        </w:tc>
        <w:tc>
          <w:tcPr>
            <w:tcW w:w="0" w:type="auto"/>
          </w:tcPr>
          <w:p w14:paraId="1DCFA406" w14:textId="77777777" w:rsidR="007A5E59" w:rsidRDefault="0095198F">
            <w:pPr>
              <w:jc w:val="center"/>
            </w:pPr>
            <w:r>
              <w:t>2003</w:t>
            </w:r>
          </w:p>
        </w:tc>
        <w:tc>
          <w:tcPr>
            <w:tcW w:w="0" w:type="auto"/>
          </w:tcPr>
          <w:p w14:paraId="41D44901" w14:textId="77777777" w:rsidR="007A5E59" w:rsidRDefault="0095198F">
            <w:pPr>
              <w:jc w:val="center"/>
            </w:pPr>
            <w:r>
              <w:t>19</w:t>
            </w:r>
          </w:p>
        </w:tc>
        <w:tc>
          <w:tcPr>
            <w:tcW w:w="0" w:type="auto"/>
          </w:tcPr>
          <w:p w14:paraId="08018881" w14:textId="77777777" w:rsidR="007A5E59" w:rsidRDefault="0095198F">
            <w:r>
              <w:t>канал.</w:t>
            </w:r>
          </w:p>
        </w:tc>
      </w:tr>
      <w:tr w:rsidR="007A5E59" w14:paraId="0DBB3983" w14:textId="77777777">
        <w:trPr>
          <w:jc w:val="center"/>
        </w:trPr>
        <w:tc>
          <w:tcPr>
            <w:tcW w:w="0" w:type="auto"/>
          </w:tcPr>
          <w:p w14:paraId="1843B9E5" w14:textId="77777777" w:rsidR="007A5E59" w:rsidRDefault="0095198F">
            <w:pPr>
              <w:jc w:val="center"/>
            </w:pPr>
            <w:r>
              <w:t>63</w:t>
            </w:r>
          </w:p>
        </w:tc>
        <w:tc>
          <w:tcPr>
            <w:tcW w:w="0" w:type="auto"/>
          </w:tcPr>
          <w:p w14:paraId="793F3E89" w14:textId="77777777" w:rsidR="007A5E59" w:rsidRDefault="0095198F">
            <w:r>
              <w:t>ТК-01-06/1 – Кирова 9</w:t>
            </w:r>
          </w:p>
        </w:tc>
        <w:tc>
          <w:tcPr>
            <w:tcW w:w="0" w:type="auto"/>
          </w:tcPr>
          <w:p w14:paraId="0A4EFE64" w14:textId="77777777" w:rsidR="007A5E59" w:rsidRDefault="0095198F">
            <w:pPr>
              <w:jc w:val="center"/>
            </w:pPr>
            <w:r>
              <w:t>50</w:t>
            </w:r>
          </w:p>
        </w:tc>
        <w:tc>
          <w:tcPr>
            <w:tcW w:w="0" w:type="auto"/>
          </w:tcPr>
          <w:p w14:paraId="1381F61B" w14:textId="77777777" w:rsidR="007A5E59" w:rsidRDefault="0095198F">
            <w:pPr>
              <w:jc w:val="center"/>
            </w:pPr>
            <w:r>
              <w:t>1995</w:t>
            </w:r>
          </w:p>
        </w:tc>
        <w:tc>
          <w:tcPr>
            <w:tcW w:w="0" w:type="auto"/>
          </w:tcPr>
          <w:p w14:paraId="7BCB30FD" w14:textId="77777777" w:rsidR="007A5E59" w:rsidRDefault="0095198F">
            <w:pPr>
              <w:jc w:val="center"/>
            </w:pPr>
            <w:r>
              <w:t>23</w:t>
            </w:r>
          </w:p>
        </w:tc>
        <w:tc>
          <w:tcPr>
            <w:tcW w:w="0" w:type="auto"/>
          </w:tcPr>
          <w:p w14:paraId="3D23492E" w14:textId="77777777" w:rsidR="007A5E59" w:rsidRDefault="0095198F">
            <w:r>
              <w:t>канал.</w:t>
            </w:r>
          </w:p>
        </w:tc>
      </w:tr>
      <w:tr w:rsidR="007A5E59" w14:paraId="43B7212B" w14:textId="77777777">
        <w:trPr>
          <w:jc w:val="center"/>
        </w:trPr>
        <w:tc>
          <w:tcPr>
            <w:tcW w:w="0" w:type="auto"/>
          </w:tcPr>
          <w:p w14:paraId="629A1B39" w14:textId="77777777" w:rsidR="007A5E59" w:rsidRDefault="0095198F">
            <w:pPr>
              <w:jc w:val="center"/>
            </w:pPr>
            <w:r>
              <w:t>64</w:t>
            </w:r>
          </w:p>
        </w:tc>
        <w:tc>
          <w:tcPr>
            <w:tcW w:w="0" w:type="auto"/>
          </w:tcPr>
          <w:p w14:paraId="4D13423B" w14:textId="77777777" w:rsidR="007A5E59" w:rsidRDefault="0095198F">
            <w:r>
              <w:t>ТК-01-06 – ТК-01-06/1</w:t>
            </w:r>
          </w:p>
        </w:tc>
        <w:tc>
          <w:tcPr>
            <w:tcW w:w="0" w:type="auto"/>
          </w:tcPr>
          <w:p w14:paraId="76E0BA2E" w14:textId="77777777" w:rsidR="007A5E59" w:rsidRDefault="0095198F">
            <w:pPr>
              <w:jc w:val="center"/>
            </w:pPr>
            <w:r>
              <w:t>100</w:t>
            </w:r>
          </w:p>
        </w:tc>
        <w:tc>
          <w:tcPr>
            <w:tcW w:w="0" w:type="auto"/>
          </w:tcPr>
          <w:p w14:paraId="2653745E" w14:textId="77777777" w:rsidR="007A5E59" w:rsidRDefault="0095198F">
            <w:pPr>
              <w:jc w:val="center"/>
            </w:pPr>
            <w:r>
              <w:t>1991</w:t>
            </w:r>
          </w:p>
        </w:tc>
        <w:tc>
          <w:tcPr>
            <w:tcW w:w="0" w:type="auto"/>
          </w:tcPr>
          <w:p w14:paraId="6AA40526" w14:textId="77777777" w:rsidR="007A5E59" w:rsidRDefault="0095198F">
            <w:pPr>
              <w:jc w:val="center"/>
            </w:pPr>
            <w:r>
              <w:t>59</w:t>
            </w:r>
          </w:p>
        </w:tc>
        <w:tc>
          <w:tcPr>
            <w:tcW w:w="0" w:type="auto"/>
          </w:tcPr>
          <w:p w14:paraId="31667C31" w14:textId="77777777" w:rsidR="007A5E59" w:rsidRDefault="0095198F">
            <w:r>
              <w:t>канал.</w:t>
            </w:r>
          </w:p>
        </w:tc>
      </w:tr>
      <w:tr w:rsidR="007A5E59" w14:paraId="1EB92915" w14:textId="77777777">
        <w:trPr>
          <w:jc w:val="center"/>
        </w:trPr>
        <w:tc>
          <w:tcPr>
            <w:tcW w:w="0" w:type="auto"/>
          </w:tcPr>
          <w:p w14:paraId="63803F64" w14:textId="77777777" w:rsidR="007A5E59" w:rsidRDefault="0095198F">
            <w:pPr>
              <w:jc w:val="center"/>
            </w:pPr>
            <w:r>
              <w:t>65</w:t>
            </w:r>
          </w:p>
        </w:tc>
        <w:tc>
          <w:tcPr>
            <w:tcW w:w="0" w:type="auto"/>
          </w:tcPr>
          <w:p w14:paraId="4A0CD830" w14:textId="77777777" w:rsidR="007A5E59" w:rsidRDefault="0095198F">
            <w:r>
              <w:t>ТК-01-05/1- Кирова 7а</w:t>
            </w:r>
          </w:p>
        </w:tc>
        <w:tc>
          <w:tcPr>
            <w:tcW w:w="0" w:type="auto"/>
          </w:tcPr>
          <w:p w14:paraId="69CE82C0" w14:textId="77777777" w:rsidR="007A5E59" w:rsidRDefault="0095198F">
            <w:pPr>
              <w:jc w:val="center"/>
            </w:pPr>
            <w:r>
              <w:t>50</w:t>
            </w:r>
          </w:p>
        </w:tc>
        <w:tc>
          <w:tcPr>
            <w:tcW w:w="0" w:type="auto"/>
          </w:tcPr>
          <w:p w14:paraId="327AED5F" w14:textId="77777777" w:rsidR="007A5E59" w:rsidRDefault="0095198F">
            <w:pPr>
              <w:jc w:val="center"/>
            </w:pPr>
            <w:r>
              <w:t>2014</w:t>
            </w:r>
          </w:p>
        </w:tc>
        <w:tc>
          <w:tcPr>
            <w:tcW w:w="0" w:type="auto"/>
          </w:tcPr>
          <w:p w14:paraId="30F12563" w14:textId="77777777" w:rsidR="007A5E59" w:rsidRDefault="0095198F">
            <w:pPr>
              <w:jc w:val="center"/>
            </w:pPr>
            <w:r>
              <w:t>16</w:t>
            </w:r>
          </w:p>
        </w:tc>
        <w:tc>
          <w:tcPr>
            <w:tcW w:w="0" w:type="auto"/>
          </w:tcPr>
          <w:p w14:paraId="2E341292" w14:textId="77777777" w:rsidR="007A5E59" w:rsidRDefault="0095198F">
            <w:r>
              <w:t>канал.</w:t>
            </w:r>
          </w:p>
        </w:tc>
      </w:tr>
      <w:tr w:rsidR="007A5E59" w14:paraId="3D2CA864" w14:textId="77777777">
        <w:trPr>
          <w:jc w:val="center"/>
        </w:trPr>
        <w:tc>
          <w:tcPr>
            <w:tcW w:w="0" w:type="auto"/>
          </w:tcPr>
          <w:p w14:paraId="4069CD64" w14:textId="77777777" w:rsidR="007A5E59" w:rsidRDefault="0095198F">
            <w:pPr>
              <w:jc w:val="center"/>
            </w:pPr>
            <w:r>
              <w:t>66</w:t>
            </w:r>
          </w:p>
        </w:tc>
        <w:tc>
          <w:tcPr>
            <w:tcW w:w="0" w:type="auto"/>
          </w:tcPr>
          <w:p w14:paraId="35F94919" w14:textId="77777777" w:rsidR="007A5E59" w:rsidRDefault="0095198F">
            <w:r>
              <w:t>ТК-01-05/1-Кирова 5а</w:t>
            </w:r>
          </w:p>
        </w:tc>
        <w:tc>
          <w:tcPr>
            <w:tcW w:w="0" w:type="auto"/>
          </w:tcPr>
          <w:p w14:paraId="377620C5" w14:textId="77777777" w:rsidR="007A5E59" w:rsidRDefault="0095198F">
            <w:pPr>
              <w:jc w:val="center"/>
            </w:pPr>
            <w:r>
              <w:t>100</w:t>
            </w:r>
          </w:p>
        </w:tc>
        <w:tc>
          <w:tcPr>
            <w:tcW w:w="0" w:type="auto"/>
          </w:tcPr>
          <w:p w14:paraId="49D3F37E" w14:textId="77777777" w:rsidR="007A5E59" w:rsidRDefault="0095198F">
            <w:pPr>
              <w:jc w:val="center"/>
            </w:pPr>
            <w:r>
              <w:t>2014</w:t>
            </w:r>
          </w:p>
        </w:tc>
        <w:tc>
          <w:tcPr>
            <w:tcW w:w="0" w:type="auto"/>
          </w:tcPr>
          <w:p w14:paraId="6330FF04" w14:textId="77777777" w:rsidR="007A5E59" w:rsidRDefault="0095198F">
            <w:pPr>
              <w:jc w:val="center"/>
            </w:pPr>
            <w:r>
              <w:t>9</w:t>
            </w:r>
          </w:p>
        </w:tc>
        <w:tc>
          <w:tcPr>
            <w:tcW w:w="0" w:type="auto"/>
          </w:tcPr>
          <w:p w14:paraId="69B418EA" w14:textId="77777777" w:rsidR="007A5E59" w:rsidRDefault="0095198F">
            <w:r>
              <w:t>канал.</w:t>
            </w:r>
          </w:p>
        </w:tc>
      </w:tr>
      <w:tr w:rsidR="007A5E59" w14:paraId="0ECFA42B" w14:textId="77777777">
        <w:trPr>
          <w:jc w:val="center"/>
        </w:trPr>
        <w:tc>
          <w:tcPr>
            <w:tcW w:w="0" w:type="auto"/>
          </w:tcPr>
          <w:p w14:paraId="7544E6EE" w14:textId="77777777" w:rsidR="007A5E59" w:rsidRDefault="0095198F">
            <w:pPr>
              <w:jc w:val="center"/>
            </w:pPr>
            <w:r>
              <w:t>67</w:t>
            </w:r>
          </w:p>
        </w:tc>
        <w:tc>
          <w:tcPr>
            <w:tcW w:w="0" w:type="auto"/>
          </w:tcPr>
          <w:p w14:paraId="6F5C3A29" w14:textId="77777777" w:rsidR="007A5E59" w:rsidRDefault="0095198F">
            <w:r>
              <w:t>ТК-01-05 – ТК-01-05/1</w:t>
            </w:r>
          </w:p>
        </w:tc>
        <w:tc>
          <w:tcPr>
            <w:tcW w:w="0" w:type="auto"/>
          </w:tcPr>
          <w:p w14:paraId="403020EB" w14:textId="77777777" w:rsidR="007A5E59" w:rsidRDefault="0095198F">
            <w:pPr>
              <w:jc w:val="center"/>
            </w:pPr>
            <w:r>
              <w:t>100</w:t>
            </w:r>
          </w:p>
        </w:tc>
        <w:tc>
          <w:tcPr>
            <w:tcW w:w="0" w:type="auto"/>
          </w:tcPr>
          <w:p w14:paraId="116BB21D" w14:textId="77777777" w:rsidR="007A5E59" w:rsidRDefault="0095198F">
            <w:pPr>
              <w:jc w:val="center"/>
            </w:pPr>
            <w:r>
              <w:t>2003</w:t>
            </w:r>
          </w:p>
        </w:tc>
        <w:tc>
          <w:tcPr>
            <w:tcW w:w="0" w:type="auto"/>
          </w:tcPr>
          <w:p w14:paraId="6B9CB4BC" w14:textId="77777777" w:rsidR="007A5E59" w:rsidRDefault="0095198F">
            <w:pPr>
              <w:jc w:val="center"/>
            </w:pPr>
            <w:r>
              <w:t>27</w:t>
            </w:r>
          </w:p>
        </w:tc>
        <w:tc>
          <w:tcPr>
            <w:tcW w:w="0" w:type="auto"/>
          </w:tcPr>
          <w:p w14:paraId="75CE84F5" w14:textId="77777777" w:rsidR="007A5E59" w:rsidRDefault="0095198F">
            <w:r>
              <w:t>канал.</w:t>
            </w:r>
          </w:p>
        </w:tc>
      </w:tr>
      <w:tr w:rsidR="007A5E59" w14:paraId="29A1D523" w14:textId="77777777">
        <w:trPr>
          <w:jc w:val="center"/>
        </w:trPr>
        <w:tc>
          <w:tcPr>
            <w:tcW w:w="0" w:type="auto"/>
          </w:tcPr>
          <w:p w14:paraId="4ED9AE28" w14:textId="77777777" w:rsidR="007A5E59" w:rsidRDefault="0095198F">
            <w:pPr>
              <w:jc w:val="center"/>
            </w:pPr>
            <w:r>
              <w:t>68</w:t>
            </w:r>
          </w:p>
        </w:tc>
        <w:tc>
          <w:tcPr>
            <w:tcW w:w="0" w:type="auto"/>
          </w:tcPr>
          <w:p w14:paraId="0FFB18A4" w14:textId="77777777" w:rsidR="007A5E59" w:rsidRDefault="0095198F">
            <w:r>
              <w:t>Т-01-05/1- Кирова 10 ввод 1</w:t>
            </w:r>
          </w:p>
        </w:tc>
        <w:tc>
          <w:tcPr>
            <w:tcW w:w="0" w:type="auto"/>
          </w:tcPr>
          <w:p w14:paraId="2EECF278" w14:textId="77777777" w:rsidR="007A5E59" w:rsidRDefault="0095198F">
            <w:pPr>
              <w:jc w:val="center"/>
            </w:pPr>
            <w:r>
              <w:t>25</w:t>
            </w:r>
          </w:p>
        </w:tc>
        <w:tc>
          <w:tcPr>
            <w:tcW w:w="0" w:type="auto"/>
          </w:tcPr>
          <w:p w14:paraId="531EA37C" w14:textId="77777777" w:rsidR="007A5E59" w:rsidRDefault="0095198F">
            <w:pPr>
              <w:jc w:val="center"/>
            </w:pPr>
            <w:r>
              <w:t>2014</w:t>
            </w:r>
          </w:p>
        </w:tc>
        <w:tc>
          <w:tcPr>
            <w:tcW w:w="0" w:type="auto"/>
          </w:tcPr>
          <w:p w14:paraId="5972A73C" w14:textId="77777777" w:rsidR="007A5E59" w:rsidRDefault="0095198F">
            <w:pPr>
              <w:jc w:val="center"/>
            </w:pPr>
            <w:r>
              <w:t>9</w:t>
            </w:r>
          </w:p>
        </w:tc>
        <w:tc>
          <w:tcPr>
            <w:tcW w:w="0" w:type="auto"/>
          </w:tcPr>
          <w:p w14:paraId="1E8684D0" w14:textId="77777777" w:rsidR="007A5E59" w:rsidRDefault="0095198F">
            <w:r>
              <w:t>бесканал.</w:t>
            </w:r>
          </w:p>
        </w:tc>
      </w:tr>
      <w:tr w:rsidR="007A5E59" w14:paraId="090D7D14" w14:textId="77777777">
        <w:trPr>
          <w:jc w:val="center"/>
        </w:trPr>
        <w:tc>
          <w:tcPr>
            <w:tcW w:w="0" w:type="auto"/>
          </w:tcPr>
          <w:p w14:paraId="407A74AF" w14:textId="77777777" w:rsidR="007A5E59" w:rsidRDefault="0095198F">
            <w:pPr>
              <w:jc w:val="center"/>
            </w:pPr>
            <w:r>
              <w:t>69</w:t>
            </w:r>
          </w:p>
        </w:tc>
        <w:tc>
          <w:tcPr>
            <w:tcW w:w="0" w:type="auto"/>
          </w:tcPr>
          <w:p w14:paraId="34DB36AA" w14:textId="77777777" w:rsidR="007A5E59" w:rsidRDefault="0095198F">
            <w:r>
              <w:t>Т-01-04/1 – Кирова 8</w:t>
            </w:r>
          </w:p>
        </w:tc>
        <w:tc>
          <w:tcPr>
            <w:tcW w:w="0" w:type="auto"/>
          </w:tcPr>
          <w:p w14:paraId="58CCF079" w14:textId="77777777" w:rsidR="007A5E59" w:rsidRDefault="0095198F">
            <w:pPr>
              <w:jc w:val="center"/>
            </w:pPr>
            <w:r>
              <w:t>25</w:t>
            </w:r>
          </w:p>
        </w:tc>
        <w:tc>
          <w:tcPr>
            <w:tcW w:w="0" w:type="auto"/>
          </w:tcPr>
          <w:p w14:paraId="49322E32" w14:textId="77777777" w:rsidR="007A5E59" w:rsidRDefault="0095198F">
            <w:pPr>
              <w:jc w:val="center"/>
            </w:pPr>
            <w:r>
              <w:t>1958</w:t>
            </w:r>
          </w:p>
        </w:tc>
        <w:tc>
          <w:tcPr>
            <w:tcW w:w="0" w:type="auto"/>
          </w:tcPr>
          <w:p w14:paraId="2522FEA5" w14:textId="77777777" w:rsidR="007A5E59" w:rsidRDefault="0095198F">
            <w:pPr>
              <w:jc w:val="center"/>
            </w:pPr>
            <w:r>
              <w:t>5</w:t>
            </w:r>
          </w:p>
        </w:tc>
        <w:tc>
          <w:tcPr>
            <w:tcW w:w="0" w:type="auto"/>
          </w:tcPr>
          <w:p w14:paraId="4A8FC88C" w14:textId="77777777" w:rsidR="007A5E59" w:rsidRDefault="0095198F">
            <w:r>
              <w:t>бесканал.</w:t>
            </w:r>
          </w:p>
        </w:tc>
      </w:tr>
      <w:tr w:rsidR="007A5E59" w14:paraId="3D5505B5" w14:textId="77777777">
        <w:trPr>
          <w:jc w:val="center"/>
        </w:trPr>
        <w:tc>
          <w:tcPr>
            <w:tcW w:w="0" w:type="auto"/>
          </w:tcPr>
          <w:p w14:paraId="6584100D" w14:textId="77777777" w:rsidR="007A5E59" w:rsidRDefault="0095198F">
            <w:pPr>
              <w:jc w:val="center"/>
            </w:pPr>
            <w:r>
              <w:t>70</w:t>
            </w:r>
          </w:p>
        </w:tc>
        <w:tc>
          <w:tcPr>
            <w:tcW w:w="0" w:type="auto"/>
          </w:tcPr>
          <w:p w14:paraId="1668ADDF" w14:textId="77777777" w:rsidR="007A5E59" w:rsidRDefault="0095198F">
            <w:r>
              <w:t>Кирова 1 – ТК-01-04/1</w:t>
            </w:r>
          </w:p>
        </w:tc>
        <w:tc>
          <w:tcPr>
            <w:tcW w:w="0" w:type="auto"/>
          </w:tcPr>
          <w:p w14:paraId="48E3141C" w14:textId="77777777" w:rsidR="007A5E59" w:rsidRDefault="0095198F">
            <w:pPr>
              <w:jc w:val="center"/>
            </w:pPr>
            <w:r>
              <w:t>50</w:t>
            </w:r>
          </w:p>
        </w:tc>
        <w:tc>
          <w:tcPr>
            <w:tcW w:w="0" w:type="auto"/>
          </w:tcPr>
          <w:p w14:paraId="4A8756AE" w14:textId="77777777" w:rsidR="007A5E59" w:rsidRDefault="0095198F">
            <w:pPr>
              <w:jc w:val="center"/>
            </w:pPr>
            <w:r>
              <w:t>1991</w:t>
            </w:r>
          </w:p>
        </w:tc>
        <w:tc>
          <w:tcPr>
            <w:tcW w:w="0" w:type="auto"/>
          </w:tcPr>
          <w:p w14:paraId="45152940" w14:textId="77777777" w:rsidR="007A5E59" w:rsidRDefault="0095198F">
            <w:pPr>
              <w:jc w:val="center"/>
            </w:pPr>
            <w:r>
              <w:t>27</w:t>
            </w:r>
          </w:p>
        </w:tc>
        <w:tc>
          <w:tcPr>
            <w:tcW w:w="0" w:type="auto"/>
          </w:tcPr>
          <w:p w14:paraId="57DC667F" w14:textId="77777777" w:rsidR="007A5E59" w:rsidRDefault="0095198F">
            <w:r>
              <w:t>канал.</w:t>
            </w:r>
          </w:p>
        </w:tc>
      </w:tr>
      <w:tr w:rsidR="007A5E59" w14:paraId="5899E823" w14:textId="77777777">
        <w:trPr>
          <w:jc w:val="center"/>
        </w:trPr>
        <w:tc>
          <w:tcPr>
            <w:tcW w:w="0" w:type="auto"/>
          </w:tcPr>
          <w:p w14:paraId="01C8B5FE" w14:textId="77777777" w:rsidR="007A5E59" w:rsidRDefault="0095198F">
            <w:pPr>
              <w:jc w:val="center"/>
            </w:pPr>
            <w:r>
              <w:t>71</w:t>
            </w:r>
          </w:p>
        </w:tc>
        <w:tc>
          <w:tcPr>
            <w:tcW w:w="0" w:type="auto"/>
          </w:tcPr>
          <w:p w14:paraId="0BFA7E75" w14:textId="77777777" w:rsidR="007A5E59" w:rsidRDefault="0095198F">
            <w:r>
              <w:t>ТК-01-04/1 – ТК-01-04</w:t>
            </w:r>
          </w:p>
        </w:tc>
        <w:tc>
          <w:tcPr>
            <w:tcW w:w="0" w:type="auto"/>
          </w:tcPr>
          <w:p w14:paraId="23D2164A" w14:textId="77777777" w:rsidR="007A5E59" w:rsidRDefault="0095198F">
            <w:pPr>
              <w:jc w:val="center"/>
            </w:pPr>
            <w:r>
              <w:t>80</w:t>
            </w:r>
          </w:p>
        </w:tc>
        <w:tc>
          <w:tcPr>
            <w:tcW w:w="0" w:type="auto"/>
          </w:tcPr>
          <w:p w14:paraId="4DADDFCD" w14:textId="77777777" w:rsidR="007A5E59" w:rsidRDefault="0095198F">
            <w:pPr>
              <w:jc w:val="center"/>
            </w:pPr>
            <w:r>
              <w:t>1958</w:t>
            </w:r>
          </w:p>
        </w:tc>
        <w:tc>
          <w:tcPr>
            <w:tcW w:w="0" w:type="auto"/>
          </w:tcPr>
          <w:p w14:paraId="226F9EA4" w14:textId="77777777" w:rsidR="007A5E59" w:rsidRDefault="0095198F">
            <w:pPr>
              <w:jc w:val="center"/>
            </w:pPr>
            <w:r>
              <w:t>22</w:t>
            </w:r>
          </w:p>
        </w:tc>
        <w:tc>
          <w:tcPr>
            <w:tcW w:w="0" w:type="auto"/>
          </w:tcPr>
          <w:p w14:paraId="2F25CF99" w14:textId="77777777" w:rsidR="007A5E59" w:rsidRDefault="0095198F">
            <w:r>
              <w:t>канал.</w:t>
            </w:r>
          </w:p>
        </w:tc>
      </w:tr>
      <w:tr w:rsidR="007A5E59" w14:paraId="19E83B08" w14:textId="77777777">
        <w:trPr>
          <w:jc w:val="center"/>
        </w:trPr>
        <w:tc>
          <w:tcPr>
            <w:tcW w:w="0" w:type="auto"/>
          </w:tcPr>
          <w:p w14:paraId="236B7277" w14:textId="77777777" w:rsidR="007A5E59" w:rsidRDefault="0095198F">
            <w:pPr>
              <w:jc w:val="center"/>
            </w:pPr>
            <w:r>
              <w:t>72</w:t>
            </w:r>
          </w:p>
        </w:tc>
        <w:tc>
          <w:tcPr>
            <w:tcW w:w="0" w:type="auto"/>
          </w:tcPr>
          <w:p w14:paraId="6C12FA59" w14:textId="77777777" w:rsidR="007A5E59" w:rsidRDefault="0095198F">
            <w:r>
              <w:t>ТК-01-04 – ТК-01-03</w:t>
            </w:r>
          </w:p>
        </w:tc>
        <w:tc>
          <w:tcPr>
            <w:tcW w:w="0" w:type="auto"/>
          </w:tcPr>
          <w:p w14:paraId="2F1B0E3C" w14:textId="77777777" w:rsidR="007A5E59" w:rsidRDefault="0095198F">
            <w:pPr>
              <w:jc w:val="center"/>
            </w:pPr>
            <w:r>
              <w:t>250</w:t>
            </w:r>
          </w:p>
        </w:tc>
        <w:tc>
          <w:tcPr>
            <w:tcW w:w="0" w:type="auto"/>
          </w:tcPr>
          <w:p w14:paraId="3BFDEED6" w14:textId="77777777" w:rsidR="007A5E59" w:rsidRDefault="0095198F">
            <w:pPr>
              <w:jc w:val="center"/>
            </w:pPr>
            <w:r>
              <w:t>1958</w:t>
            </w:r>
          </w:p>
        </w:tc>
        <w:tc>
          <w:tcPr>
            <w:tcW w:w="0" w:type="auto"/>
          </w:tcPr>
          <w:p w14:paraId="17C055D2" w14:textId="77777777" w:rsidR="007A5E59" w:rsidRDefault="0095198F">
            <w:pPr>
              <w:jc w:val="center"/>
            </w:pPr>
            <w:r>
              <w:t>20</w:t>
            </w:r>
          </w:p>
        </w:tc>
        <w:tc>
          <w:tcPr>
            <w:tcW w:w="0" w:type="auto"/>
          </w:tcPr>
          <w:p w14:paraId="48A9171B" w14:textId="77777777" w:rsidR="007A5E59" w:rsidRDefault="0095198F">
            <w:r>
              <w:t>канал.</w:t>
            </w:r>
          </w:p>
        </w:tc>
      </w:tr>
      <w:tr w:rsidR="007A5E59" w14:paraId="1E9ABA88" w14:textId="77777777">
        <w:trPr>
          <w:jc w:val="center"/>
        </w:trPr>
        <w:tc>
          <w:tcPr>
            <w:tcW w:w="0" w:type="auto"/>
          </w:tcPr>
          <w:p w14:paraId="7D2D5BAC" w14:textId="77777777" w:rsidR="007A5E59" w:rsidRDefault="0095198F">
            <w:pPr>
              <w:jc w:val="center"/>
            </w:pPr>
            <w:r>
              <w:t>73</w:t>
            </w:r>
          </w:p>
        </w:tc>
        <w:tc>
          <w:tcPr>
            <w:tcW w:w="0" w:type="auto"/>
          </w:tcPr>
          <w:p w14:paraId="5022D769" w14:textId="77777777" w:rsidR="007A5E59" w:rsidRDefault="0095198F">
            <w:r>
              <w:t>Кирова 6 – ТК-01-03</w:t>
            </w:r>
          </w:p>
        </w:tc>
        <w:tc>
          <w:tcPr>
            <w:tcW w:w="0" w:type="auto"/>
          </w:tcPr>
          <w:p w14:paraId="63AEAFC8" w14:textId="77777777" w:rsidR="007A5E59" w:rsidRDefault="0095198F">
            <w:pPr>
              <w:jc w:val="center"/>
            </w:pPr>
            <w:r>
              <w:t>50</w:t>
            </w:r>
          </w:p>
        </w:tc>
        <w:tc>
          <w:tcPr>
            <w:tcW w:w="0" w:type="auto"/>
          </w:tcPr>
          <w:p w14:paraId="3F9A874A" w14:textId="77777777" w:rsidR="007A5E59" w:rsidRDefault="0095198F">
            <w:pPr>
              <w:jc w:val="center"/>
            </w:pPr>
            <w:r>
              <w:t>1958</w:t>
            </w:r>
          </w:p>
        </w:tc>
        <w:tc>
          <w:tcPr>
            <w:tcW w:w="0" w:type="auto"/>
          </w:tcPr>
          <w:p w14:paraId="2644F07C" w14:textId="77777777" w:rsidR="007A5E59" w:rsidRDefault="0095198F">
            <w:pPr>
              <w:jc w:val="center"/>
            </w:pPr>
            <w:r>
              <w:t>17</w:t>
            </w:r>
          </w:p>
        </w:tc>
        <w:tc>
          <w:tcPr>
            <w:tcW w:w="0" w:type="auto"/>
          </w:tcPr>
          <w:p w14:paraId="3DCA8D47" w14:textId="77777777" w:rsidR="007A5E59" w:rsidRDefault="0095198F">
            <w:r>
              <w:t>канал.</w:t>
            </w:r>
          </w:p>
        </w:tc>
      </w:tr>
      <w:tr w:rsidR="007A5E59" w14:paraId="1D2C46B3" w14:textId="77777777">
        <w:trPr>
          <w:jc w:val="center"/>
        </w:trPr>
        <w:tc>
          <w:tcPr>
            <w:tcW w:w="0" w:type="auto"/>
          </w:tcPr>
          <w:p w14:paraId="30F2AFCD" w14:textId="77777777" w:rsidR="007A5E59" w:rsidRDefault="0095198F">
            <w:pPr>
              <w:jc w:val="center"/>
            </w:pPr>
            <w:r>
              <w:t>74</w:t>
            </w:r>
          </w:p>
        </w:tc>
        <w:tc>
          <w:tcPr>
            <w:tcW w:w="0" w:type="auto"/>
          </w:tcPr>
          <w:p w14:paraId="694F0E62" w14:textId="77777777" w:rsidR="007A5E59" w:rsidRDefault="0095198F">
            <w:r>
              <w:t>ТК-01-02а – ТК-01-03</w:t>
            </w:r>
          </w:p>
        </w:tc>
        <w:tc>
          <w:tcPr>
            <w:tcW w:w="0" w:type="auto"/>
          </w:tcPr>
          <w:p w14:paraId="18E7A750" w14:textId="77777777" w:rsidR="007A5E59" w:rsidRDefault="0095198F">
            <w:pPr>
              <w:jc w:val="center"/>
            </w:pPr>
            <w:r>
              <w:t>250</w:t>
            </w:r>
          </w:p>
        </w:tc>
        <w:tc>
          <w:tcPr>
            <w:tcW w:w="0" w:type="auto"/>
          </w:tcPr>
          <w:p w14:paraId="0A0A5626" w14:textId="77777777" w:rsidR="007A5E59" w:rsidRDefault="0095198F">
            <w:pPr>
              <w:jc w:val="center"/>
            </w:pPr>
            <w:r>
              <w:t>1958</w:t>
            </w:r>
          </w:p>
        </w:tc>
        <w:tc>
          <w:tcPr>
            <w:tcW w:w="0" w:type="auto"/>
          </w:tcPr>
          <w:p w14:paraId="4997981E" w14:textId="77777777" w:rsidR="007A5E59" w:rsidRDefault="0095198F">
            <w:pPr>
              <w:jc w:val="center"/>
            </w:pPr>
            <w:r>
              <w:t>33</w:t>
            </w:r>
          </w:p>
        </w:tc>
        <w:tc>
          <w:tcPr>
            <w:tcW w:w="0" w:type="auto"/>
          </w:tcPr>
          <w:p w14:paraId="57B38619" w14:textId="77777777" w:rsidR="007A5E59" w:rsidRDefault="0095198F">
            <w:r>
              <w:t>канал.</w:t>
            </w:r>
          </w:p>
        </w:tc>
      </w:tr>
      <w:tr w:rsidR="007A5E59" w14:paraId="4945CBFF" w14:textId="77777777">
        <w:trPr>
          <w:jc w:val="center"/>
        </w:trPr>
        <w:tc>
          <w:tcPr>
            <w:tcW w:w="0" w:type="auto"/>
          </w:tcPr>
          <w:p w14:paraId="46A0FDCB" w14:textId="77777777" w:rsidR="007A5E59" w:rsidRDefault="0095198F">
            <w:pPr>
              <w:jc w:val="center"/>
            </w:pPr>
            <w:r>
              <w:t>75</w:t>
            </w:r>
          </w:p>
        </w:tc>
        <w:tc>
          <w:tcPr>
            <w:tcW w:w="0" w:type="auto"/>
          </w:tcPr>
          <w:p w14:paraId="29353A80" w14:textId="77777777" w:rsidR="007A5E59" w:rsidRDefault="0095198F">
            <w:r>
              <w:t>ТК-01-02а – Кирова 4</w:t>
            </w:r>
          </w:p>
        </w:tc>
        <w:tc>
          <w:tcPr>
            <w:tcW w:w="0" w:type="auto"/>
          </w:tcPr>
          <w:p w14:paraId="7A120D99" w14:textId="77777777" w:rsidR="007A5E59" w:rsidRDefault="0095198F">
            <w:pPr>
              <w:jc w:val="center"/>
            </w:pPr>
            <w:r>
              <w:t>50</w:t>
            </w:r>
          </w:p>
        </w:tc>
        <w:tc>
          <w:tcPr>
            <w:tcW w:w="0" w:type="auto"/>
          </w:tcPr>
          <w:p w14:paraId="21A0A344" w14:textId="77777777" w:rsidR="007A5E59" w:rsidRDefault="0095198F">
            <w:pPr>
              <w:jc w:val="center"/>
            </w:pPr>
            <w:r>
              <w:t>2014</w:t>
            </w:r>
          </w:p>
        </w:tc>
        <w:tc>
          <w:tcPr>
            <w:tcW w:w="0" w:type="auto"/>
          </w:tcPr>
          <w:p w14:paraId="2AA424C5" w14:textId="77777777" w:rsidR="007A5E59" w:rsidRDefault="0095198F">
            <w:pPr>
              <w:jc w:val="center"/>
            </w:pPr>
            <w:r>
              <w:t>9</w:t>
            </w:r>
          </w:p>
        </w:tc>
        <w:tc>
          <w:tcPr>
            <w:tcW w:w="0" w:type="auto"/>
          </w:tcPr>
          <w:p w14:paraId="762374D3" w14:textId="77777777" w:rsidR="007A5E59" w:rsidRDefault="0095198F">
            <w:r>
              <w:t>бесканал.</w:t>
            </w:r>
          </w:p>
        </w:tc>
      </w:tr>
      <w:tr w:rsidR="007A5E59" w14:paraId="24D7F2A5" w14:textId="77777777">
        <w:trPr>
          <w:jc w:val="center"/>
        </w:trPr>
        <w:tc>
          <w:tcPr>
            <w:tcW w:w="0" w:type="auto"/>
          </w:tcPr>
          <w:p w14:paraId="15AFCD88" w14:textId="77777777" w:rsidR="007A5E59" w:rsidRDefault="0095198F">
            <w:pPr>
              <w:jc w:val="center"/>
            </w:pPr>
            <w:r>
              <w:t>76</w:t>
            </w:r>
          </w:p>
        </w:tc>
        <w:tc>
          <w:tcPr>
            <w:tcW w:w="0" w:type="auto"/>
          </w:tcPr>
          <w:p w14:paraId="146C905C" w14:textId="77777777" w:rsidR="007A5E59" w:rsidRDefault="0095198F">
            <w:r>
              <w:t>ТК-01-02а – ТК-01-02</w:t>
            </w:r>
          </w:p>
        </w:tc>
        <w:tc>
          <w:tcPr>
            <w:tcW w:w="0" w:type="auto"/>
          </w:tcPr>
          <w:p w14:paraId="23EAC482" w14:textId="77777777" w:rsidR="007A5E59" w:rsidRDefault="0095198F">
            <w:pPr>
              <w:jc w:val="center"/>
            </w:pPr>
            <w:r>
              <w:t>250</w:t>
            </w:r>
          </w:p>
        </w:tc>
        <w:tc>
          <w:tcPr>
            <w:tcW w:w="0" w:type="auto"/>
          </w:tcPr>
          <w:p w14:paraId="008173B7" w14:textId="77777777" w:rsidR="007A5E59" w:rsidRDefault="0095198F">
            <w:pPr>
              <w:jc w:val="center"/>
            </w:pPr>
            <w:r>
              <w:t>2003</w:t>
            </w:r>
          </w:p>
        </w:tc>
        <w:tc>
          <w:tcPr>
            <w:tcW w:w="0" w:type="auto"/>
          </w:tcPr>
          <w:p w14:paraId="0140E7B6" w14:textId="77777777" w:rsidR="007A5E59" w:rsidRDefault="0095198F">
            <w:pPr>
              <w:jc w:val="center"/>
            </w:pPr>
            <w:r>
              <w:t>37</w:t>
            </w:r>
          </w:p>
        </w:tc>
        <w:tc>
          <w:tcPr>
            <w:tcW w:w="0" w:type="auto"/>
          </w:tcPr>
          <w:p w14:paraId="3205D563" w14:textId="77777777" w:rsidR="007A5E59" w:rsidRDefault="0095198F">
            <w:r>
              <w:t>канал.</w:t>
            </w:r>
          </w:p>
        </w:tc>
      </w:tr>
      <w:tr w:rsidR="007A5E59" w14:paraId="58C3C7A4" w14:textId="77777777">
        <w:trPr>
          <w:jc w:val="center"/>
        </w:trPr>
        <w:tc>
          <w:tcPr>
            <w:tcW w:w="0" w:type="auto"/>
          </w:tcPr>
          <w:p w14:paraId="0B846D90" w14:textId="77777777" w:rsidR="007A5E59" w:rsidRDefault="0095198F">
            <w:pPr>
              <w:jc w:val="center"/>
            </w:pPr>
            <w:r>
              <w:t>77</w:t>
            </w:r>
          </w:p>
        </w:tc>
        <w:tc>
          <w:tcPr>
            <w:tcW w:w="0" w:type="auto"/>
          </w:tcPr>
          <w:p w14:paraId="726BDF53" w14:textId="77777777" w:rsidR="007A5E59" w:rsidRDefault="0095198F">
            <w:r>
              <w:t>ТК-01-02 – Кирова, 2</w:t>
            </w:r>
          </w:p>
        </w:tc>
        <w:tc>
          <w:tcPr>
            <w:tcW w:w="0" w:type="auto"/>
          </w:tcPr>
          <w:p w14:paraId="2F636994" w14:textId="77777777" w:rsidR="007A5E59" w:rsidRDefault="0095198F">
            <w:pPr>
              <w:jc w:val="center"/>
            </w:pPr>
            <w:r>
              <w:t>80</w:t>
            </w:r>
          </w:p>
        </w:tc>
        <w:tc>
          <w:tcPr>
            <w:tcW w:w="0" w:type="auto"/>
          </w:tcPr>
          <w:p w14:paraId="13D61CB9" w14:textId="77777777" w:rsidR="007A5E59" w:rsidRDefault="0095198F">
            <w:pPr>
              <w:jc w:val="center"/>
            </w:pPr>
            <w:r>
              <w:t>1992</w:t>
            </w:r>
          </w:p>
        </w:tc>
        <w:tc>
          <w:tcPr>
            <w:tcW w:w="0" w:type="auto"/>
          </w:tcPr>
          <w:p w14:paraId="1818A366" w14:textId="77777777" w:rsidR="007A5E59" w:rsidRDefault="0095198F">
            <w:pPr>
              <w:jc w:val="center"/>
            </w:pPr>
            <w:r>
              <w:t>40</w:t>
            </w:r>
          </w:p>
        </w:tc>
        <w:tc>
          <w:tcPr>
            <w:tcW w:w="0" w:type="auto"/>
          </w:tcPr>
          <w:p w14:paraId="044150C2" w14:textId="77777777" w:rsidR="007A5E59" w:rsidRDefault="0095198F">
            <w:r>
              <w:t>бесканал.</w:t>
            </w:r>
          </w:p>
        </w:tc>
      </w:tr>
      <w:tr w:rsidR="007A5E59" w14:paraId="1E55021C" w14:textId="77777777">
        <w:trPr>
          <w:jc w:val="center"/>
        </w:trPr>
        <w:tc>
          <w:tcPr>
            <w:tcW w:w="0" w:type="auto"/>
          </w:tcPr>
          <w:p w14:paraId="69CEBC03" w14:textId="77777777" w:rsidR="007A5E59" w:rsidRDefault="0095198F">
            <w:pPr>
              <w:jc w:val="center"/>
            </w:pPr>
            <w:r>
              <w:t>78</w:t>
            </w:r>
          </w:p>
        </w:tc>
        <w:tc>
          <w:tcPr>
            <w:tcW w:w="0" w:type="auto"/>
          </w:tcPr>
          <w:p w14:paraId="3B0FAC56" w14:textId="77777777" w:rsidR="007A5E59" w:rsidRDefault="0095198F">
            <w:r>
              <w:t>40 лет Октября 10 – Т-01-02/3</w:t>
            </w:r>
          </w:p>
        </w:tc>
        <w:tc>
          <w:tcPr>
            <w:tcW w:w="0" w:type="auto"/>
          </w:tcPr>
          <w:p w14:paraId="635332A3" w14:textId="77777777" w:rsidR="007A5E59" w:rsidRDefault="0095198F">
            <w:pPr>
              <w:jc w:val="center"/>
            </w:pPr>
            <w:r>
              <w:t>50</w:t>
            </w:r>
          </w:p>
        </w:tc>
        <w:tc>
          <w:tcPr>
            <w:tcW w:w="0" w:type="auto"/>
          </w:tcPr>
          <w:p w14:paraId="09CA776D" w14:textId="77777777" w:rsidR="007A5E59" w:rsidRDefault="0095198F">
            <w:pPr>
              <w:jc w:val="center"/>
            </w:pPr>
            <w:r>
              <w:t>1959</w:t>
            </w:r>
          </w:p>
        </w:tc>
        <w:tc>
          <w:tcPr>
            <w:tcW w:w="0" w:type="auto"/>
          </w:tcPr>
          <w:p w14:paraId="37544CC4" w14:textId="77777777" w:rsidR="007A5E59" w:rsidRDefault="0095198F">
            <w:pPr>
              <w:jc w:val="center"/>
            </w:pPr>
            <w:r>
              <w:t>11</w:t>
            </w:r>
          </w:p>
        </w:tc>
        <w:tc>
          <w:tcPr>
            <w:tcW w:w="0" w:type="auto"/>
          </w:tcPr>
          <w:p w14:paraId="3811CF93" w14:textId="77777777" w:rsidR="007A5E59" w:rsidRDefault="0095198F">
            <w:r>
              <w:t>бесканал.</w:t>
            </w:r>
          </w:p>
        </w:tc>
      </w:tr>
      <w:tr w:rsidR="007A5E59" w14:paraId="3058812D" w14:textId="77777777">
        <w:trPr>
          <w:jc w:val="center"/>
        </w:trPr>
        <w:tc>
          <w:tcPr>
            <w:tcW w:w="0" w:type="auto"/>
          </w:tcPr>
          <w:p w14:paraId="3E3EBF7E" w14:textId="77777777" w:rsidR="007A5E59" w:rsidRDefault="0095198F">
            <w:pPr>
              <w:jc w:val="center"/>
            </w:pPr>
            <w:r>
              <w:t>79</w:t>
            </w:r>
          </w:p>
        </w:tc>
        <w:tc>
          <w:tcPr>
            <w:tcW w:w="0" w:type="auto"/>
          </w:tcPr>
          <w:p w14:paraId="08451E04" w14:textId="77777777" w:rsidR="007A5E59" w:rsidRDefault="0095198F">
            <w:r>
              <w:t>ТК-01-02/3 – Т-01-02/3</w:t>
            </w:r>
          </w:p>
        </w:tc>
        <w:tc>
          <w:tcPr>
            <w:tcW w:w="0" w:type="auto"/>
          </w:tcPr>
          <w:p w14:paraId="5E9D3FBD" w14:textId="77777777" w:rsidR="007A5E59" w:rsidRDefault="0095198F">
            <w:pPr>
              <w:jc w:val="center"/>
            </w:pPr>
            <w:r>
              <w:t>65</w:t>
            </w:r>
          </w:p>
        </w:tc>
        <w:tc>
          <w:tcPr>
            <w:tcW w:w="0" w:type="auto"/>
          </w:tcPr>
          <w:p w14:paraId="51A33004" w14:textId="77777777" w:rsidR="007A5E59" w:rsidRDefault="0095198F">
            <w:pPr>
              <w:jc w:val="center"/>
            </w:pPr>
            <w:r>
              <w:t>1959</w:t>
            </w:r>
          </w:p>
        </w:tc>
        <w:tc>
          <w:tcPr>
            <w:tcW w:w="0" w:type="auto"/>
          </w:tcPr>
          <w:p w14:paraId="7C75FB0B" w14:textId="77777777" w:rsidR="007A5E59" w:rsidRDefault="0095198F">
            <w:pPr>
              <w:jc w:val="center"/>
            </w:pPr>
            <w:r>
              <w:t>68</w:t>
            </w:r>
          </w:p>
        </w:tc>
        <w:tc>
          <w:tcPr>
            <w:tcW w:w="0" w:type="auto"/>
          </w:tcPr>
          <w:p w14:paraId="552CBCEC" w14:textId="77777777" w:rsidR="007A5E59" w:rsidRDefault="0095198F">
            <w:r>
              <w:t>бесканал.</w:t>
            </w:r>
          </w:p>
        </w:tc>
      </w:tr>
      <w:tr w:rsidR="007A5E59" w14:paraId="1457B7EE" w14:textId="77777777">
        <w:trPr>
          <w:jc w:val="center"/>
        </w:trPr>
        <w:tc>
          <w:tcPr>
            <w:tcW w:w="0" w:type="auto"/>
          </w:tcPr>
          <w:p w14:paraId="4E607436" w14:textId="77777777" w:rsidR="007A5E59" w:rsidRDefault="0095198F">
            <w:pPr>
              <w:jc w:val="center"/>
            </w:pPr>
            <w:r>
              <w:t>80</w:t>
            </w:r>
          </w:p>
        </w:tc>
        <w:tc>
          <w:tcPr>
            <w:tcW w:w="0" w:type="auto"/>
          </w:tcPr>
          <w:p w14:paraId="655725CA" w14:textId="77777777" w:rsidR="007A5E59" w:rsidRDefault="0095198F">
            <w:r>
              <w:t>40 лет Октября 8 – Т-01-02/3</w:t>
            </w:r>
          </w:p>
        </w:tc>
        <w:tc>
          <w:tcPr>
            <w:tcW w:w="0" w:type="auto"/>
          </w:tcPr>
          <w:p w14:paraId="5B519EFB" w14:textId="77777777" w:rsidR="007A5E59" w:rsidRDefault="0095198F">
            <w:pPr>
              <w:jc w:val="center"/>
            </w:pPr>
            <w:r>
              <w:t>80</w:t>
            </w:r>
          </w:p>
        </w:tc>
        <w:tc>
          <w:tcPr>
            <w:tcW w:w="0" w:type="auto"/>
          </w:tcPr>
          <w:p w14:paraId="654CF2E6" w14:textId="77777777" w:rsidR="007A5E59" w:rsidRDefault="0095198F">
            <w:pPr>
              <w:jc w:val="center"/>
            </w:pPr>
            <w:r>
              <w:t>1959</w:t>
            </w:r>
          </w:p>
        </w:tc>
        <w:tc>
          <w:tcPr>
            <w:tcW w:w="0" w:type="auto"/>
          </w:tcPr>
          <w:p w14:paraId="540F5B16" w14:textId="77777777" w:rsidR="007A5E59" w:rsidRDefault="0095198F">
            <w:pPr>
              <w:jc w:val="center"/>
            </w:pPr>
            <w:r>
              <w:t>18</w:t>
            </w:r>
          </w:p>
        </w:tc>
        <w:tc>
          <w:tcPr>
            <w:tcW w:w="0" w:type="auto"/>
          </w:tcPr>
          <w:p w14:paraId="6C264CA8" w14:textId="77777777" w:rsidR="007A5E59" w:rsidRDefault="0095198F">
            <w:r>
              <w:t>бесканал.</w:t>
            </w:r>
          </w:p>
        </w:tc>
      </w:tr>
      <w:tr w:rsidR="007A5E59" w14:paraId="1E647A4C" w14:textId="77777777">
        <w:trPr>
          <w:jc w:val="center"/>
        </w:trPr>
        <w:tc>
          <w:tcPr>
            <w:tcW w:w="0" w:type="auto"/>
          </w:tcPr>
          <w:p w14:paraId="0437D259" w14:textId="77777777" w:rsidR="007A5E59" w:rsidRDefault="0095198F">
            <w:pPr>
              <w:jc w:val="center"/>
            </w:pPr>
            <w:r>
              <w:t>81</w:t>
            </w:r>
          </w:p>
        </w:tc>
        <w:tc>
          <w:tcPr>
            <w:tcW w:w="0" w:type="auto"/>
          </w:tcPr>
          <w:p w14:paraId="6C8D4C3D" w14:textId="77777777" w:rsidR="007A5E59" w:rsidRDefault="0095198F">
            <w:r>
              <w:t>Т-01-02/1 – Т-01-02/3</w:t>
            </w:r>
          </w:p>
        </w:tc>
        <w:tc>
          <w:tcPr>
            <w:tcW w:w="0" w:type="auto"/>
          </w:tcPr>
          <w:p w14:paraId="03B2AAF0" w14:textId="77777777" w:rsidR="007A5E59" w:rsidRDefault="0095198F">
            <w:pPr>
              <w:jc w:val="center"/>
            </w:pPr>
            <w:r>
              <w:t>80</w:t>
            </w:r>
          </w:p>
        </w:tc>
        <w:tc>
          <w:tcPr>
            <w:tcW w:w="0" w:type="auto"/>
          </w:tcPr>
          <w:p w14:paraId="78546684" w14:textId="77777777" w:rsidR="007A5E59" w:rsidRDefault="0095198F">
            <w:pPr>
              <w:jc w:val="center"/>
            </w:pPr>
            <w:r>
              <w:t>2014</w:t>
            </w:r>
          </w:p>
        </w:tc>
        <w:tc>
          <w:tcPr>
            <w:tcW w:w="0" w:type="auto"/>
          </w:tcPr>
          <w:p w14:paraId="58EDD208" w14:textId="77777777" w:rsidR="007A5E59" w:rsidRDefault="0095198F">
            <w:pPr>
              <w:jc w:val="center"/>
            </w:pPr>
            <w:r>
              <w:t>56</w:t>
            </w:r>
          </w:p>
        </w:tc>
        <w:tc>
          <w:tcPr>
            <w:tcW w:w="0" w:type="auto"/>
          </w:tcPr>
          <w:p w14:paraId="369F7551" w14:textId="77777777" w:rsidR="007A5E59" w:rsidRDefault="0095198F">
            <w:r>
              <w:t>бесканал.</w:t>
            </w:r>
          </w:p>
        </w:tc>
      </w:tr>
      <w:tr w:rsidR="007A5E59" w14:paraId="56E6B80F" w14:textId="77777777">
        <w:trPr>
          <w:jc w:val="center"/>
        </w:trPr>
        <w:tc>
          <w:tcPr>
            <w:tcW w:w="0" w:type="auto"/>
          </w:tcPr>
          <w:p w14:paraId="0FB46F3C" w14:textId="77777777" w:rsidR="007A5E59" w:rsidRDefault="0095198F">
            <w:pPr>
              <w:jc w:val="center"/>
            </w:pPr>
            <w:r>
              <w:t>82</w:t>
            </w:r>
          </w:p>
        </w:tc>
        <w:tc>
          <w:tcPr>
            <w:tcW w:w="0" w:type="auto"/>
          </w:tcPr>
          <w:p w14:paraId="181BF810" w14:textId="77777777" w:rsidR="007A5E59" w:rsidRDefault="0095198F">
            <w:r>
              <w:t>40 лет Октября 6 – Т-01-02/2</w:t>
            </w:r>
          </w:p>
        </w:tc>
        <w:tc>
          <w:tcPr>
            <w:tcW w:w="0" w:type="auto"/>
          </w:tcPr>
          <w:p w14:paraId="04083830" w14:textId="77777777" w:rsidR="007A5E59" w:rsidRDefault="0095198F">
            <w:pPr>
              <w:jc w:val="center"/>
            </w:pPr>
            <w:r>
              <w:t>50</w:t>
            </w:r>
          </w:p>
        </w:tc>
        <w:tc>
          <w:tcPr>
            <w:tcW w:w="0" w:type="auto"/>
          </w:tcPr>
          <w:p w14:paraId="4A6029A8" w14:textId="77777777" w:rsidR="007A5E59" w:rsidRDefault="0095198F">
            <w:pPr>
              <w:jc w:val="center"/>
            </w:pPr>
            <w:r>
              <w:t>2014</w:t>
            </w:r>
          </w:p>
        </w:tc>
        <w:tc>
          <w:tcPr>
            <w:tcW w:w="0" w:type="auto"/>
          </w:tcPr>
          <w:p w14:paraId="662AEFEA" w14:textId="77777777" w:rsidR="007A5E59" w:rsidRDefault="0095198F">
            <w:pPr>
              <w:jc w:val="center"/>
            </w:pPr>
            <w:r>
              <w:t>6</w:t>
            </w:r>
          </w:p>
        </w:tc>
        <w:tc>
          <w:tcPr>
            <w:tcW w:w="0" w:type="auto"/>
          </w:tcPr>
          <w:p w14:paraId="1842D4B4" w14:textId="77777777" w:rsidR="007A5E59" w:rsidRDefault="0095198F">
            <w:r>
              <w:t>бесканал.</w:t>
            </w:r>
          </w:p>
        </w:tc>
      </w:tr>
      <w:tr w:rsidR="007A5E59" w14:paraId="54F2E19A" w14:textId="77777777">
        <w:trPr>
          <w:jc w:val="center"/>
        </w:trPr>
        <w:tc>
          <w:tcPr>
            <w:tcW w:w="0" w:type="auto"/>
          </w:tcPr>
          <w:p w14:paraId="6C2FF9E7" w14:textId="77777777" w:rsidR="007A5E59" w:rsidRDefault="0095198F">
            <w:pPr>
              <w:jc w:val="center"/>
            </w:pPr>
            <w:r>
              <w:t>83</w:t>
            </w:r>
          </w:p>
        </w:tc>
        <w:tc>
          <w:tcPr>
            <w:tcW w:w="0" w:type="auto"/>
          </w:tcPr>
          <w:p w14:paraId="079306B0" w14:textId="77777777" w:rsidR="007A5E59" w:rsidRDefault="0095198F">
            <w:r>
              <w:t>40 лет Октября 4 – Т-01-02/2</w:t>
            </w:r>
          </w:p>
        </w:tc>
        <w:tc>
          <w:tcPr>
            <w:tcW w:w="0" w:type="auto"/>
          </w:tcPr>
          <w:p w14:paraId="2E74337A" w14:textId="77777777" w:rsidR="007A5E59" w:rsidRDefault="0095198F">
            <w:pPr>
              <w:jc w:val="center"/>
            </w:pPr>
            <w:r>
              <w:t>50</w:t>
            </w:r>
          </w:p>
        </w:tc>
        <w:tc>
          <w:tcPr>
            <w:tcW w:w="0" w:type="auto"/>
          </w:tcPr>
          <w:p w14:paraId="3AE7A93C" w14:textId="77777777" w:rsidR="007A5E59" w:rsidRDefault="0095198F">
            <w:pPr>
              <w:jc w:val="center"/>
            </w:pPr>
            <w:r>
              <w:t>2014</w:t>
            </w:r>
          </w:p>
        </w:tc>
        <w:tc>
          <w:tcPr>
            <w:tcW w:w="0" w:type="auto"/>
          </w:tcPr>
          <w:p w14:paraId="64543B6F" w14:textId="77777777" w:rsidR="007A5E59" w:rsidRDefault="0095198F">
            <w:pPr>
              <w:jc w:val="center"/>
            </w:pPr>
            <w:r>
              <w:t>22</w:t>
            </w:r>
          </w:p>
        </w:tc>
        <w:tc>
          <w:tcPr>
            <w:tcW w:w="0" w:type="auto"/>
          </w:tcPr>
          <w:p w14:paraId="0E790CF6" w14:textId="77777777" w:rsidR="007A5E59" w:rsidRDefault="0095198F">
            <w:r>
              <w:t>бесканал.</w:t>
            </w:r>
          </w:p>
        </w:tc>
      </w:tr>
      <w:tr w:rsidR="007A5E59" w14:paraId="51C4F0A9" w14:textId="77777777">
        <w:trPr>
          <w:jc w:val="center"/>
        </w:trPr>
        <w:tc>
          <w:tcPr>
            <w:tcW w:w="0" w:type="auto"/>
          </w:tcPr>
          <w:p w14:paraId="04C5BF8B" w14:textId="77777777" w:rsidR="007A5E59" w:rsidRDefault="0095198F">
            <w:pPr>
              <w:jc w:val="center"/>
            </w:pPr>
            <w:r>
              <w:t>84</w:t>
            </w:r>
          </w:p>
        </w:tc>
        <w:tc>
          <w:tcPr>
            <w:tcW w:w="0" w:type="auto"/>
          </w:tcPr>
          <w:p w14:paraId="3151EEDF" w14:textId="77777777" w:rsidR="007A5E59" w:rsidRDefault="0095198F">
            <w:r>
              <w:t>Т-01-02/2 – Т-01-02/1</w:t>
            </w:r>
          </w:p>
        </w:tc>
        <w:tc>
          <w:tcPr>
            <w:tcW w:w="0" w:type="auto"/>
          </w:tcPr>
          <w:p w14:paraId="2F459D68" w14:textId="77777777" w:rsidR="007A5E59" w:rsidRDefault="0095198F">
            <w:pPr>
              <w:jc w:val="center"/>
            </w:pPr>
            <w:r>
              <w:t>50</w:t>
            </w:r>
          </w:p>
        </w:tc>
        <w:tc>
          <w:tcPr>
            <w:tcW w:w="0" w:type="auto"/>
          </w:tcPr>
          <w:p w14:paraId="1CB461B2" w14:textId="77777777" w:rsidR="007A5E59" w:rsidRDefault="0095198F">
            <w:pPr>
              <w:jc w:val="center"/>
            </w:pPr>
            <w:r>
              <w:t>1967</w:t>
            </w:r>
          </w:p>
        </w:tc>
        <w:tc>
          <w:tcPr>
            <w:tcW w:w="0" w:type="auto"/>
          </w:tcPr>
          <w:p w14:paraId="4F14A502" w14:textId="77777777" w:rsidR="007A5E59" w:rsidRDefault="0095198F">
            <w:pPr>
              <w:jc w:val="center"/>
            </w:pPr>
            <w:r>
              <w:t>14</w:t>
            </w:r>
          </w:p>
        </w:tc>
        <w:tc>
          <w:tcPr>
            <w:tcW w:w="0" w:type="auto"/>
          </w:tcPr>
          <w:p w14:paraId="660B122B" w14:textId="77777777" w:rsidR="007A5E59" w:rsidRDefault="0095198F">
            <w:r>
              <w:t>канал.</w:t>
            </w:r>
          </w:p>
        </w:tc>
      </w:tr>
      <w:tr w:rsidR="007A5E59" w14:paraId="5D322D0B" w14:textId="77777777">
        <w:trPr>
          <w:jc w:val="center"/>
        </w:trPr>
        <w:tc>
          <w:tcPr>
            <w:tcW w:w="0" w:type="auto"/>
          </w:tcPr>
          <w:p w14:paraId="0B515299" w14:textId="77777777" w:rsidR="007A5E59" w:rsidRDefault="0095198F">
            <w:pPr>
              <w:jc w:val="center"/>
            </w:pPr>
            <w:r>
              <w:t>85</w:t>
            </w:r>
          </w:p>
        </w:tc>
        <w:tc>
          <w:tcPr>
            <w:tcW w:w="0" w:type="auto"/>
          </w:tcPr>
          <w:p w14:paraId="49DA6AD5" w14:textId="77777777" w:rsidR="007A5E59" w:rsidRDefault="0095198F">
            <w:r>
              <w:t>ТК-01-02/1 – Т-01-02/1</w:t>
            </w:r>
          </w:p>
        </w:tc>
        <w:tc>
          <w:tcPr>
            <w:tcW w:w="0" w:type="auto"/>
          </w:tcPr>
          <w:p w14:paraId="5B415082" w14:textId="77777777" w:rsidR="007A5E59" w:rsidRDefault="0095198F">
            <w:pPr>
              <w:jc w:val="center"/>
            </w:pPr>
            <w:r>
              <w:t>80</w:t>
            </w:r>
          </w:p>
        </w:tc>
        <w:tc>
          <w:tcPr>
            <w:tcW w:w="0" w:type="auto"/>
          </w:tcPr>
          <w:p w14:paraId="73BA70FA" w14:textId="77777777" w:rsidR="007A5E59" w:rsidRDefault="0095198F">
            <w:pPr>
              <w:jc w:val="center"/>
            </w:pPr>
            <w:r>
              <w:t>1967</w:t>
            </w:r>
          </w:p>
        </w:tc>
        <w:tc>
          <w:tcPr>
            <w:tcW w:w="0" w:type="auto"/>
          </w:tcPr>
          <w:p w14:paraId="528D1A49" w14:textId="77777777" w:rsidR="007A5E59" w:rsidRDefault="0095198F">
            <w:pPr>
              <w:jc w:val="center"/>
            </w:pPr>
            <w:r>
              <w:t>90</w:t>
            </w:r>
          </w:p>
        </w:tc>
        <w:tc>
          <w:tcPr>
            <w:tcW w:w="0" w:type="auto"/>
          </w:tcPr>
          <w:p w14:paraId="0A3638EA" w14:textId="77777777" w:rsidR="007A5E59" w:rsidRDefault="0095198F">
            <w:r>
              <w:t>бесканал.</w:t>
            </w:r>
          </w:p>
        </w:tc>
      </w:tr>
      <w:tr w:rsidR="007A5E59" w14:paraId="5C5F0F95" w14:textId="77777777">
        <w:trPr>
          <w:jc w:val="center"/>
        </w:trPr>
        <w:tc>
          <w:tcPr>
            <w:tcW w:w="0" w:type="auto"/>
          </w:tcPr>
          <w:p w14:paraId="68F6D623" w14:textId="77777777" w:rsidR="007A5E59" w:rsidRDefault="0095198F">
            <w:pPr>
              <w:jc w:val="center"/>
            </w:pPr>
            <w:r>
              <w:t>86</w:t>
            </w:r>
          </w:p>
        </w:tc>
        <w:tc>
          <w:tcPr>
            <w:tcW w:w="0" w:type="auto"/>
          </w:tcPr>
          <w:p w14:paraId="6081E011" w14:textId="77777777" w:rsidR="007A5E59" w:rsidRDefault="0095198F">
            <w:r>
              <w:t>ТК-01-02/1- 40 лет Октября 2</w:t>
            </w:r>
          </w:p>
        </w:tc>
        <w:tc>
          <w:tcPr>
            <w:tcW w:w="0" w:type="auto"/>
          </w:tcPr>
          <w:p w14:paraId="717DE6D5" w14:textId="77777777" w:rsidR="007A5E59" w:rsidRDefault="0095198F">
            <w:pPr>
              <w:jc w:val="center"/>
            </w:pPr>
            <w:r>
              <w:t>50</w:t>
            </w:r>
          </w:p>
        </w:tc>
        <w:tc>
          <w:tcPr>
            <w:tcW w:w="0" w:type="auto"/>
          </w:tcPr>
          <w:p w14:paraId="060D607C" w14:textId="77777777" w:rsidR="007A5E59" w:rsidRDefault="0095198F">
            <w:pPr>
              <w:jc w:val="center"/>
            </w:pPr>
            <w:r>
              <w:t>2014</w:t>
            </w:r>
          </w:p>
        </w:tc>
        <w:tc>
          <w:tcPr>
            <w:tcW w:w="0" w:type="auto"/>
          </w:tcPr>
          <w:p w14:paraId="4A3B2620" w14:textId="77777777" w:rsidR="007A5E59" w:rsidRDefault="0095198F">
            <w:pPr>
              <w:jc w:val="center"/>
            </w:pPr>
            <w:r>
              <w:t>7</w:t>
            </w:r>
          </w:p>
        </w:tc>
        <w:tc>
          <w:tcPr>
            <w:tcW w:w="0" w:type="auto"/>
          </w:tcPr>
          <w:p w14:paraId="5A32727D" w14:textId="77777777" w:rsidR="007A5E59" w:rsidRDefault="0095198F">
            <w:r>
              <w:t>канал.</w:t>
            </w:r>
          </w:p>
        </w:tc>
      </w:tr>
      <w:tr w:rsidR="007A5E59" w14:paraId="09D91EE5" w14:textId="77777777">
        <w:trPr>
          <w:jc w:val="center"/>
        </w:trPr>
        <w:tc>
          <w:tcPr>
            <w:tcW w:w="0" w:type="auto"/>
          </w:tcPr>
          <w:p w14:paraId="45E5AFBB" w14:textId="77777777" w:rsidR="007A5E59" w:rsidRDefault="0095198F">
            <w:pPr>
              <w:jc w:val="center"/>
            </w:pPr>
            <w:r>
              <w:t>87</w:t>
            </w:r>
          </w:p>
        </w:tc>
        <w:tc>
          <w:tcPr>
            <w:tcW w:w="0" w:type="auto"/>
          </w:tcPr>
          <w:p w14:paraId="1793624B" w14:textId="77777777" w:rsidR="007A5E59" w:rsidRDefault="0095198F">
            <w:r>
              <w:t>Т-01-01/3 – ТК-01-02/1</w:t>
            </w:r>
          </w:p>
        </w:tc>
        <w:tc>
          <w:tcPr>
            <w:tcW w:w="0" w:type="auto"/>
          </w:tcPr>
          <w:p w14:paraId="0C2E840F" w14:textId="77777777" w:rsidR="007A5E59" w:rsidRDefault="0095198F">
            <w:pPr>
              <w:jc w:val="center"/>
            </w:pPr>
            <w:r>
              <w:t>100</w:t>
            </w:r>
          </w:p>
        </w:tc>
        <w:tc>
          <w:tcPr>
            <w:tcW w:w="0" w:type="auto"/>
          </w:tcPr>
          <w:p w14:paraId="6F8CD863" w14:textId="77777777" w:rsidR="007A5E59" w:rsidRDefault="0095198F">
            <w:pPr>
              <w:jc w:val="center"/>
            </w:pPr>
            <w:r>
              <w:t>1957</w:t>
            </w:r>
          </w:p>
        </w:tc>
        <w:tc>
          <w:tcPr>
            <w:tcW w:w="0" w:type="auto"/>
          </w:tcPr>
          <w:p w14:paraId="09563CDD" w14:textId="77777777" w:rsidR="007A5E59" w:rsidRDefault="0095198F">
            <w:pPr>
              <w:jc w:val="center"/>
            </w:pPr>
            <w:r>
              <w:t>49</w:t>
            </w:r>
          </w:p>
        </w:tc>
        <w:tc>
          <w:tcPr>
            <w:tcW w:w="0" w:type="auto"/>
          </w:tcPr>
          <w:p w14:paraId="4C69972B" w14:textId="77777777" w:rsidR="007A5E59" w:rsidRDefault="0095198F">
            <w:r>
              <w:t>канал.</w:t>
            </w:r>
          </w:p>
        </w:tc>
      </w:tr>
      <w:tr w:rsidR="007A5E59" w14:paraId="2F6F85DA" w14:textId="77777777">
        <w:trPr>
          <w:jc w:val="center"/>
        </w:trPr>
        <w:tc>
          <w:tcPr>
            <w:tcW w:w="0" w:type="auto"/>
          </w:tcPr>
          <w:p w14:paraId="6982FB99" w14:textId="77777777" w:rsidR="007A5E59" w:rsidRDefault="0095198F">
            <w:pPr>
              <w:jc w:val="center"/>
            </w:pPr>
            <w:r>
              <w:t>88</w:t>
            </w:r>
          </w:p>
        </w:tc>
        <w:tc>
          <w:tcPr>
            <w:tcW w:w="0" w:type="auto"/>
          </w:tcPr>
          <w:p w14:paraId="60FB1690" w14:textId="77777777" w:rsidR="007A5E59" w:rsidRDefault="0095198F">
            <w:r>
              <w:t>Т-01-03/3- ТК-01-02</w:t>
            </w:r>
          </w:p>
        </w:tc>
        <w:tc>
          <w:tcPr>
            <w:tcW w:w="0" w:type="auto"/>
          </w:tcPr>
          <w:p w14:paraId="1B9D876E" w14:textId="77777777" w:rsidR="007A5E59" w:rsidRDefault="0095198F">
            <w:pPr>
              <w:jc w:val="center"/>
            </w:pPr>
            <w:r>
              <w:t>300</w:t>
            </w:r>
          </w:p>
        </w:tc>
        <w:tc>
          <w:tcPr>
            <w:tcW w:w="0" w:type="auto"/>
          </w:tcPr>
          <w:p w14:paraId="056136C5" w14:textId="77777777" w:rsidR="007A5E59" w:rsidRDefault="0095198F">
            <w:pPr>
              <w:jc w:val="center"/>
            </w:pPr>
            <w:r>
              <w:t>1957</w:t>
            </w:r>
          </w:p>
        </w:tc>
        <w:tc>
          <w:tcPr>
            <w:tcW w:w="0" w:type="auto"/>
          </w:tcPr>
          <w:p w14:paraId="7D7ED2B1" w14:textId="77777777" w:rsidR="007A5E59" w:rsidRDefault="0095198F">
            <w:pPr>
              <w:jc w:val="center"/>
            </w:pPr>
            <w:r>
              <w:t>13</w:t>
            </w:r>
          </w:p>
        </w:tc>
        <w:tc>
          <w:tcPr>
            <w:tcW w:w="0" w:type="auto"/>
          </w:tcPr>
          <w:p w14:paraId="0565DA2C" w14:textId="77777777" w:rsidR="007A5E59" w:rsidRDefault="0095198F">
            <w:r>
              <w:t>бесканал.</w:t>
            </w:r>
          </w:p>
        </w:tc>
      </w:tr>
      <w:tr w:rsidR="007A5E59" w14:paraId="1DA8897A" w14:textId="77777777">
        <w:trPr>
          <w:jc w:val="center"/>
        </w:trPr>
        <w:tc>
          <w:tcPr>
            <w:tcW w:w="0" w:type="auto"/>
          </w:tcPr>
          <w:p w14:paraId="646EDB0D" w14:textId="77777777" w:rsidR="007A5E59" w:rsidRDefault="0095198F">
            <w:pPr>
              <w:jc w:val="center"/>
            </w:pPr>
            <w:r>
              <w:t>89</w:t>
            </w:r>
          </w:p>
        </w:tc>
        <w:tc>
          <w:tcPr>
            <w:tcW w:w="0" w:type="auto"/>
          </w:tcPr>
          <w:p w14:paraId="0BD68048" w14:textId="77777777" w:rsidR="007A5E59" w:rsidRDefault="0095198F">
            <w:r>
              <w:t>Т-01-01 – ремонтные боксы</w:t>
            </w:r>
          </w:p>
        </w:tc>
        <w:tc>
          <w:tcPr>
            <w:tcW w:w="0" w:type="auto"/>
          </w:tcPr>
          <w:p w14:paraId="3F03F59D" w14:textId="77777777" w:rsidR="007A5E59" w:rsidRDefault="0095198F">
            <w:pPr>
              <w:jc w:val="center"/>
            </w:pPr>
            <w:r>
              <w:t>40</w:t>
            </w:r>
          </w:p>
        </w:tc>
        <w:tc>
          <w:tcPr>
            <w:tcW w:w="0" w:type="auto"/>
          </w:tcPr>
          <w:p w14:paraId="15F26F5D" w14:textId="77777777" w:rsidR="007A5E59" w:rsidRDefault="0095198F">
            <w:pPr>
              <w:jc w:val="center"/>
            </w:pPr>
            <w:r>
              <w:t>2014</w:t>
            </w:r>
          </w:p>
        </w:tc>
        <w:tc>
          <w:tcPr>
            <w:tcW w:w="0" w:type="auto"/>
          </w:tcPr>
          <w:p w14:paraId="10A708C5" w14:textId="77777777" w:rsidR="007A5E59" w:rsidRDefault="0095198F">
            <w:pPr>
              <w:jc w:val="center"/>
            </w:pPr>
            <w:r>
              <w:t>27</w:t>
            </w:r>
          </w:p>
        </w:tc>
        <w:tc>
          <w:tcPr>
            <w:tcW w:w="0" w:type="auto"/>
          </w:tcPr>
          <w:p w14:paraId="73083A11" w14:textId="77777777" w:rsidR="007A5E59" w:rsidRDefault="0095198F">
            <w:r>
              <w:t>канал.</w:t>
            </w:r>
          </w:p>
        </w:tc>
      </w:tr>
      <w:tr w:rsidR="007A5E59" w14:paraId="405BF505" w14:textId="77777777">
        <w:trPr>
          <w:jc w:val="center"/>
        </w:trPr>
        <w:tc>
          <w:tcPr>
            <w:tcW w:w="0" w:type="auto"/>
          </w:tcPr>
          <w:p w14:paraId="65AEC4FD" w14:textId="77777777" w:rsidR="007A5E59" w:rsidRDefault="0095198F">
            <w:pPr>
              <w:jc w:val="center"/>
            </w:pPr>
            <w:r>
              <w:t>90</w:t>
            </w:r>
          </w:p>
        </w:tc>
        <w:tc>
          <w:tcPr>
            <w:tcW w:w="0" w:type="auto"/>
          </w:tcPr>
          <w:p w14:paraId="7CC81C89" w14:textId="77777777" w:rsidR="007A5E59" w:rsidRDefault="0095198F">
            <w:r>
              <w:t>Т-01-01 – Т-01-01/1</w:t>
            </w:r>
          </w:p>
        </w:tc>
        <w:tc>
          <w:tcPr>
            <w:tcW w:w="0" w:type="auto"/>
          </w:tcPr>
          <w:p w14:paraId="23FBB2ED" w14:textId="77777777" w:rsidR="007A5E59" w:rsidRDefault="0095198F">
            <w:pPr>
              <w:jc w:val="center"/>
            </w:pPr>
            <w:r>
              <w:t>25</w:t>
            </w:r>
          </w:p>
        </w:tc>
        <w:tc>
          <w:tcPr>
            <w:tcW w:w="0" w:type="auto"/>
          </w:tcPr>
          <w:p w14:paraId="0A0BEB05" w14:textId="77777777" w:rsidR="007A5E59" w:rsidRDefault="0095198F">
            <w:pPr>
              <w:jc w:val="center"/>
            </w:pPr>
            <w:r>
              <w:t>2014</w:t>
            </w:r>
          </w:p>
        </w:tc>
        <w:tc>
          <w:tcPr>
            <w:tcW w:w="0" w:type="auto"/>
          </w:tcPr>
          <w:p w14:paraId="0643C5C8" w14:textId="77777777" w:rsidR="007A5E59" w:rsidRDefault="0095198F">
            <w:pPr>
              <w:jc w:val="center"/>
            </w:pPr>
            <w:r>
              <w:t>24</w:t>
            </w:r>
          </w:p>
        </w:tc>
        <w:tc>
          <w:tcPr>
            <w:tcW w:w="0" w:type="auto"/>
          </w:tcPr>
          <w:p w14:paraId="71074E83" w14:textId="77777777" w:rsidR="007A5E59" w:rsidRDefault="0095198F">
            <w:r>
              <w:t>канал.</w:t>
            </w:r>
          </w:p>
        </w:tc>
      </w:tr>
      <w:tr w:rsidR="007A5E59" w14:paraId="0858A837" w14:textId="77777777">
        <w:trPr>
          <w:jc w:val="center"/>
        </w:trPr>
        <w:tc>
          <w:tcPr>
            <w:tcW w:w="0" w:type="auto"/>
          </w:tcPr>
          <w:p w14:paraId="22D39D5B" w14:textId="77777777" w:rsidR="007A5E59" w:rsidRDefault="0095198F">
            <w:pPr>
              <w:jc w:val="center"/>
            </w:pPr>
            <w:r>
              <w:t>91</w:t>
            </w:r>
          </w:p>
        </w:tc>
        <w:tc>
          <w:tcPr>
            <w:tcW w:w="0" w:type="auto"/>
          </w:tcPr>
          <w:p w14:paraId="2B486C0D" w14:textId="77777777" w:rsidR="007A5E59" w:rsidRDefault="0095198F">
            <w:r>
              <w:t>ТК-01-01 – Т-01-01</w:t>
            </w:r>
          </w:p>
        </w:tc>
        <w:tc>
          <w:tcPr>
            <w:tcW w:w="0" w:type="auto"/>
          </w:tcPr>
          <w:p w14:paraId="1465E6D9" w14:textId="77777777" w:rsidR="007A5E59" w:rsidRDefault="0095198F">
            <w:pPr>
              <w:jc w:val="center"/>
            </w:pPr>
            <w:r>
              <w:t>200</w:t>
            </w:r>
          </w:p>
        </w:tc>
        <w:tc>
          <w:tcPr>
            <w:tcW w:w="0" w:type="auto"/>
          </w:tcPr>
          <w:p w14:paraId="2455C82F" w14:textId="77777777" w:rsidR="007A5E59" w:rsidRDefault="0095198F">
            <w:pPr>
              <w:jc w:val="center"/>
            </w:pPr>
            <w:r>
              <w:t>2003</w:t>
            </w:r>
          </w:p>
        </w:tc>
        <w:tc>
          <w:tcPr>
            <w:tcW w:w="0" w:type="auto"/>
          </w:tcPr>
          <w:p w14:paraId="09ED7324" w14:textId="77777777" w:rsidR="007A5E59" w:rsidRDefault="0095198F">
            <w:pPr>
              <w:jc w:val="center"/>
            </w:pPr>
            <w:r>
              <w:t>52</w:t>
            </w:r>
          </w:p>
        </w:tc>
        <w:tc>
          <w:tcPr>
            <w:tcW w:w="0" w:type="auto"/>
          </w:tcPr>
          <w:p w14:paraId="7566EB2A" w14:textId="77777777" w:rsidR="007A5E59" w:rsidRDefault="0095198F">
            <w:r>
              <w:t>канал.</w:t>
            </w:r>
          </w:p>
        </w:tc>
      </w:tr>
      <w:tr w:rsidR="007A5E59" w14:paraId="3611EF6B" w14:textId="77777777">
        <w:trPr>
          <w:jc w:val="center"/>
        </w:trPr>
        <w:tc>
          <w:tcPr>
            <w:tcW w:w="0" w:type="auto"/>
          </w:tcPr>
          <w:p w14:paraId="4C3A067E" w14:textId="77777777" w:rsidR="007A5E59" w:rsidRDefault="0095198F">
            <w:pPr>
              <w:jc w:val="center"/>
            </w:pPr>
            <w:r>
              <w:t>92</w:t>
            </w:r>
          </w:p>
        </w:tc>
        <w:tc>
          <w:tcPr>
            <w:tcW w:w="0" w:type="auto"/>
          </w:tcPr>
          <w:p w14:paraId="6917F8AC" w14:textId="77777777" w:rsidR="007A5E59" w:rsidRDefault="0095198F">
            <w:r>
              <w:t>УПК-1 – ТК-01-01</w:t>
            </w:r>
          </w:p>
        </w:tc>
        <w:tc>
          <w:tcPr>
            <w:tcW w:w="0" w:type="auto"/>
          </w:tcPr>
          <w:p w14:paraId="57ABC3B6" w14:textId="77777777" w:rsidR="007A5E59" w:rsidRDefault="0095198F">
            <w:pPr>
              <w:jc w:val="center"/>
            </w:pPr>
            <w:r>
              <w:t>200</w:t>
            </w:r>
          </w:p>
        </w:tc>
        <w:tc>
          <w:tcPr>
            <w:tcW w:w="0" w:type="auto"/>
          </w:tcPr>
          <w:p w14:paraId="7380062A" w14:textId="77777777" w:rsidR="007A5E59" w:rsidRDefault="0095198F">
            <w:pPr>
              <w:jc w:val="center"/>
            </w:pPr>
            <w:r>
              <w:t>2003</w:t>
            </w:r>
          </w:p>
        </w:tc>
        <w:tc>
          <w:tcPr>
            <w:tcW w:w="0" w:type="auto"/>
          </w:tcPr>
          <w:p w14:paraId="11796C6D" w14:textId="77777777" w:rsidR="007A5E59" w:rsidRDefault="0095198F">
            <w:pPr>
              <w:jc w:val="center"/>
            </w:pPr>
            <w:r>
              <w:t>1</w:t>
            </w:r>
          </w:p>
        </w:tc>
        <w:tc>
          <w:tcPr>
            <w:tcW w:w="0" w:type="auto"/>
          </w:tcPr>
          <w:p w14:paraId="7A414C1D" w14:textId="77777777" w:rsidR="007A5E59" w:rsidRDefault="0095198F">
            <w:r>
              <w:t>канал.</w:t>
            </w:r>
          </w:p>
        </w:tc>
      </w:tr>
      <w:tr w:rsidR="007A5E59" w14:paraId="26169E5F" w14:textId="77777777">
        <w:trPr>
          <w:jc w:val="center"/>
        </w:trPr>
        <w:tc>
          <w:tcPr>
            <w:tcW w:w="0" w:type="auto"/>
          </w:tcPr>
          <w:p w14:paraId="691AB183" w14:textId="77777777" w:rsidR="007A5E59" w:rsidRDefault="0095198F">
            <w:pPr>
              <w:jc w:val="center"/>
            </w:pPr>
            <w:r>
              <w:t>93</w:t>
            </w:r>
          </w:p>
        </w:tc>
        <w:tc>
          <w:tcPr>
            <w:tcW w:w="0" w:type="auto"/>
          </w:tcPr>
          <w:p w14:paraId="4018E008" w14:textId="77777777" w:rsidR="007A5E59" w:rsidRDefault="0095198F">
            <w:r>
              <w:t>40 лет Октября 3 – ТК-01-01/2</w:t>
            </w:r>
          </w:p>
        </w:tc>
        <w:tc>
          <w:tcPr>
            <w:tcW w:w="0" w:type="auto"/>
          </w:tcPr>
          <w:p w14:paraId="15576CE6" w14:textId="77777777" w:rsidR="007A5E59" w:rsidRDefault="0095198F">
            <w:pPr>
              <w:jc w:val="center"/>
            </w:pPr>
            <w:r>
              <w:t>50</w:t>
            </w:r>
          </w:p>
        </w:tc>
        <w:tc>
          <w:tcPr>
            <w:tcW w:w="0" w:type="auto"/>
          </w:tcPr>
          <w:p w14:paraId="55F96CCD" w14:textId="77777777" w:rsidR="007A5E59" w:rsidRDefault="0095198F">
            <w:pPr>
              <w:jc w:val="center"/>
            </w:pPr>
            <w:r>
              <w:t>2014</w:t>
            </w:r>
          </w:p>
        </w:tc>
        <w:tc>
          <w:tcPr>
            <w:tcW w:w="0" w:type="auto"/>
          </w:tcPr>
          <w:p w14:paraId="5CCFC59E" w14:textId="77777777" w:rsidR="007A5E59" w:rsidRDefault="0095198F">
            <w:pPr>
              <w:jc w:val="center"/>
            </w:pPr>
            <w:r>
              <w:t>45</w:t>
            </w:r>
          </w:p>
        </w:tc>
        <w:tc>
          <w:tcPr>
            <w:tcW w:w="0" w:type="auto"/>
          </w:tcPr>
          <w:p w14:paraId="29DD33BD" w14:textId="77777777" w:rsidR="007A5E59" w:rsidRDefault="0095198F">
            <w:r>
              <w:t>канал.</w:t>
            </w:r>
          </w:p>
        </w:tc>
      </w:tr>
      <w:tr w:rsidR="007A5E59" w14:paraId="12858B00" w14:textId="77777777">
        <w:trPr>
          <w:jc w:val="center"/>
        </w:trPr>
        <w:tc>
          <w:tcPr>
            <w:tcW w:w="0" w:type="auto"/>
          </w:tcPr>
          <w:p w14:paraId="4CC66BA4" w14:textId="77777777" w:rsidR="007A5E59" w:rsidRDefault="0095198F">
            <w:pPr>
              <w:jc w:val="center"/>
            </w:pPr>
            <w:r>
              <w:t>94</w:t>
            </w:r>
          </w:p>
        </w:tc>
        <w:tc>
          <w:tcPr>
            <w:tcW w:w="0" w:type="auto"/>
          </w:tcPr>
          <w:p w14:paraId="731C5734" w14:textId="77777777" w:rsidR="007A5E59" w:rsidRDefault="0095198F">
            <w:r>
              <w:t>40 лет Октября 1 – ТК-01-01/2</w:t>
            </w:r>
          </w:p>
        </w:tc>
        <w:tc>
          <w:tcPr>
            <w:tcW w:w="0" w:type="auto"/>
          </w:tcPr>
          <w:p w14:paraId="214A63EC" w14:textId="77777777" w:rsidR="007A5E59" w:rsidRDefault="0095198F">
            <w:pPr>
              <w:jc w:val="center"/>
            </w:pPr>
            <w:r>
              <w:t>40</w:t>
            </w:r>
          </w:p>
        </w:tc>
        <w:tc>
          <w:tcPr>
            <w:tcW w:w="0" w:type="auto"/>
          </w:tcPr>
          <w:p w14:paraId="3DE81C4B" w14:textId="77777777" w:rsidR="007A5E59" w:rsidRDefault="0095198F">
            <w:pPr>
              <w:jc w:val="center"/>
            </w:pPr>
            <w:r>
              <w:t>2014</w:t>
            </w:r>
          </w:p>
        </w:tc>
        <w:tc>
          <w:tcPr>
            <w:tcW w:w="0" w:type="auto"/>
          </w:tcPr>
          <w:p w14:paraId="0C922EA2" w14:textId="77777777" w:rsidR="007A5E59" w:rsidRDefault="0095198F">
            <w:pPr>
              <w:jc w:val="center"/>
            </w:pPr>
            <w:r>
              <w:t>1</w:t>
            </w:r>
          </w:p>
        </w:tc>
        <w:tc>
          <w:tcPr>
            <w:tcW w:w="0" w:type="auto"/>
          </w:tcPr>
          <w:p w14:paraId="5F13B7F8" w14:textId="77777777" w:rsidR="007A5E59" w:rsidRDefault="0095198F">
            <w:r>
              <w:t>канал.</w:t>
            </w:r>
          </w:p>
        </w:tc>
      </w:tr>
      <w:tr w:rsidR="007A5E59" w14:paraId="046B18A3" w14:textId="77777777">
        <w:trPr>
          <w:jc w:val="center"/>
        </w:trPr>
        <w:tc>
          <w:tcPr>
            <w:tcW w:w="0" w:type="auto"/>
          </w:tcPr>
          <w:p w14:paraId="283233AD" w14:textId="77777777" w:rsidR="007A5E59" w:rsidRDefault="0095198F">
            <w:pPr>
              <w:jc w:val="center"/>
            </w:pPr>
            <w:r>
              <w:t>95</w:t>
            </w:r>
          </w:p>
        </w:tc>
        <w:tc>
          <w:tcPr>
            <w:tcW w:w="0" w:type="auto"/>
          </w:tcPr>
          <w:p w14:paraId="28F541ED" w14:textId="77777777" w:rsidR="007A5E59" w:rsidRDefault="0095198F">
            <w:r>
              <w:t>В. Волошиной, 7 – В. Волошиной, 5</w:t>
            </w:r>
          </w:p>
        </w:tc>
        <w:tc>
          <w:tcPr>
            <w:tcW w:w="0" w:type="auto"/>
          </w:tcPr>
          <w:p w14:paraId="63EEDEE9" w14:textId="77777777" w:rsidR="007A5E59" w:rsidRDefault="0095198F">
            <w:pPr>
              <w:jc w:val="center"/>
            </w:pPr>
            <w:r>
              <w:t>50</w:t>
            </w:r>
          </w:p>
        </w:tc>
        <w:tc>
          <w:tcPr>
            <w:tcW w:w="0" w:type="auto"/>
          </w:tcPr>
          <w:p w14:paraId="5DEA8B3A" w14:textId="77777777" w:rsidR="007A5E59" w:rsidRDefault="0095198F">
            <w:pPr>
              <w:jc w:val="center"/>
            </w:pPr>
            <w:r>
              <w:t>1986</w:t>
            </w:r>
          </w:p>
        </w:tc>
        <w:tc>
          <w:tcPr>
            <w:tcW w:w="0" w:type="auto"/>
          </w:tcPr>
          <w:p w14:paraId="09EC1035" w14:textId="77777777" w:rsidR="007A5E59" w:rsidRDefault="0095198F">
            <w:pPr>
              <w:jc w:val="center"/>
            </w:pPr>
            <w:r>
              <w:t>43</w:t>
            </w:r>
          </w:p>
        </w:tc>
        <w:tc>
          <w:tcPr>
            <w:tcW w:w="0" w:type="auto"/>
          </w:tcPr>
          <w:p w14:paraId="40367674" w14:textId="77777777" w:rsidR="007A5E59" w:rsidRDefault="0095198F">
            <w:r>
              <w:t>надз</w:t>
            </w:r>
          </w:p>
        </w:tc>
      </w:tr>
      <w:tr w:rsidR="007A5E59" w14:paraId="2D239B62" w14:textId="77777777">
        <w:trPr>
          <w:jc w:val="center"/>
        </w:trPr>
        <w:tc>
          <w:tcPr>
            <w:tcW w:w="0" w:type="auto"/>
          </w:tcPr>
          <w:p w14:paraId="1B9CC630" w14:textId="77777777" w:rsidR="007A5E59" w:rsidRDefault="0095198F">
            <w:pPr>
              <w:jc w:val="center"/>
            </w:pPr>
            <w:r>
              <w:t>96</w:t>
            </w:r>
          </w:p>
        </w:tc>
        <w:tc>
          <w:tcPr>
            <w:tcW w:w="0" w:type="auto"/>
          </w:tcPr>
          <w:p w14:paraId="686BCFEA" w14:textId="77777777" w:rsidR="007A5E59" w:rsidRPr="00312815" w:rsidRDefault="0095198F">
            <w:pPr>
              <w:rPr>
                <w:lang w:val="ru-RU"/>
              </w:rPr>
            </w:pPr>
            <w:r w:rsidRPr="00312815">
              <w:rPr>
                <w:lang w:val="ru-RU"/>
              </w:rPr>
              <w:t>В. Волошиной, 5 – В. Волошиной, 3 2ввод</w:t>
            </w:r>
          </w:p>
        </w:tc>
        <w:tc>
          <w:tcPr>
            <w:tcW w:w="0" w:type="auto"/>
          </w:tcPr>
          <w:p w14:paraId="0B1431DB" w14:textId="77777777" w:rsidR="007A5E59" w:rsidRDefault="0095198F">
            <w:pPr>
              <w:jc w:val="center"/>
            </w:pPr>
            <w:r>
              <w:t>50</w:t>
            </w:r>
          </w:p>
        </w:tc>
        <w:tc>
          <w:tcPr>
            <w:tcW w:w="0" w:type="auto"/>
          </w:tcPr>
          <w:p w14:paraId="20C95CFA" w14:textId="77777777" w:rsidR="007A5E59" w:rsidRDefault="0095198F">
            <w:pPr>
              <w:jc w:val="center"/>
            </w:pPr>
            <w:r>
              <w:t>1986</w:t>
            </w:r>
          </w:p>
        </w:tc>
        <w:tc>
          <w:tcPr>
            <w:tcW w:w="0" w:type="auto"/>
          </w:tcPr>
          <w:p w14:paraId="6800A20F" w14:textId="77777777" w:rsidR="007A5E59" w:rsidRDefault="0095198F">
            <w:pPr>
              <w:jc w:val="center"/>
            </w:pPr>
            <w:r>
              <w:t>51</w:t>
            </w:r>
          </w:p>
        </w:tc>
        <w:tc>
          <w:tcPr>
            <w:tcW w:w="0" w:type="auto"/>
          </w:tcPr>
          <w:p w14:paraId="7B55FEF9" w14:textId="77777777" w:rsidR="007A5E59" w:rsidRDefault="0095198F">
            <w:r>
              <w:t>надз</w:t>
            </w:r>
          </w:p>
        </w:tc>
      </w:tr>
      <w:tr w:rsidR="007A5E59" w14:paraId="5DE19EAD" w14:textId="77777777">
        <w:trPr>
          <w:jc w:val="center"/>
        </w:trPr>
        <w:tc>
          <w:tcPr>
            <w:tcW w:w="0" w:type="auto"/>
          </w:tcPr>
          <w:p w14:paraId="4A0CBB12" w14:textId="77777777" w:rsidR="007A5E59" w:rsidRDefault="0095198F">
            <w:pPr>
              <w:jc w:val="center"/>
            </w:pPr>
            <w:r>
              <w:t>97</w:t>
            </w:r>
          </w:p>
        </w:tc>
        <w:tc>
          <w:tcPr>
            <w:tcW w:w="0" w:type="auto"/>
          </w:tcPr>
          <w:p w14:paraId="65716B6B" w14:textId="77777777" w:rsidR="007A5E59" w:rsidRPr="00312815" w:rsidRDefault="0095198F">
            <w:pPr>
              <w:rPr>
                <w:lang w:val="ru-RU"/>
              </w:rPr>
            </w:pPr>
            <w:r w:rsidRPr="00312815">
              <w:rPr>
                <w:lang w:val="ru-RU"/>
              </w:rPr>
              <w:t>В. Волошиной, 3 1ввод-В. Волошиной, 3 2ввод</w:t>
            </w:r>
          </w:p>
        </w:tc>
        <w:tc>
          <w:tcPr>
            <w:tcW w:w="0" w:type="auto"/>
          </w:tcPr>
          <w:p w14:paraId="4B32C575" w14:textId="77777777" w:rsidR="007A5E59" w:rsidRDefault="0095198F">
            <w:pPr>
              <w:jc w:val="center"/>
            </w:pPr>
            <w:r>
              <w:t>50</w:t>
            </w:r>
          </w:p>
        </w:tc>
        <w:tc>
          <w:tcPr>
            <w:tcW w:w="0" w:type="auto"/>
          </w:tcPr>
          <w:p w14:paraId="75CDEE52" w14:textId="77777777" w:rsidR="007A5E59" w:rsidRDefault="0095198F">
            <w:pPr>
              <w:jc w:val="center"/>
            </w:pPr>
            <w:r>
              <w:t>1986</w:t>
            </w:r>
          </w:p>
        </w:tc>
        <w:tc>
          <w:tcPr>
            <w:tcW w:w="0" w:type="auto"/>
          </w:tcPr>
          <w:p w14:paraId="783CB14D" w14:textId="77777777" w:rsidR="007A5E59" w:rsidRDefault="0095198F">
            <w:pPr>
              <w:jc w:val="center"/>
            </w:pPr>
            <w:r>
              <w:t>12</w:t>
            </w:r>
          </w:p>
        </w:tc>
        <w:tc>
          <w:tcPr>
            <w:tcW w:w="0" w:type="auto"/>
          </w:tcPr>
          <w:p w14:paraId="4B6ADE5E" w14:textId="77777777" w:rsidR="007A5E59" w:rsidRDefault="0095198F">
            <w:r>
              <w:t>надз</w:t>
            </w:r>
          </w:p>
        </w:tc>
      </w:tr>
      <w:tr w:rsidR="007A5E59" w14:paraId="315AA90F" w14:textId="77777777">
        <w:trPr>
          <w:jc w:val="center"/>
        </w:trPr>
        <w:tc>
          <w:tcPr>
            <w:tcW w:w="0" w:type="auto"/>
          </w:tcPr>
          <w:p w14:paraId="33914D95" w14:textId="77777777" w:rsidR="007A5E59" w:rsidRDefault="0095198F">
            <w:pPr>
              <w:jc w:val="center"/>
            </w:pPr>
            <w:r>
              <w:t>98</w:t>
            </w:r>
          </w:p>
        </w:tc>
        <w:tc>
          <w:tcPr>
            <w:tcW w:w="0" w:type="auto"/>
          </w:tcPr>
          <w:p w14:paraId="685A14D5" w14:textId="77777777" w:rsidR="007A5E59" w:rsidRPr="00312815" w:rsidRDefault="0095198F">
            <w:pPr>
              <w:rPr>
                <w:lang w:val="ru-RU"/>
              </w:rPr>
            </w:pPr>
            <w:r w:rsidRPr="00312815">
              <w:rPr>
                <w:lang w:val="ru-RU"/>
              </w:rPr>
              <w:t>В. Волошиной, 3 1ввод – В. Волошиной, 1 3ввод</w:t>
            </w:r>
          </w:p>
        </w:tc>
        <w:tc>
          <w:tcPr>
            <w:tcW w:w="0" w:type="auto"/>
          </w:tcPr>
          <w:p w14:paraId="62DE2910" w14:textId="77777777" w:rsidR="007A5E59" w:rsidRDefault="0095198F">
            <w:pPr>
              <w:jc w:val="center"/>
            </w:pPr>
            <w:r>
              <w:t>50</w:t>
            </w:r>
          </w:p>
        </w:tc>
        <w:tc>
          <w:tcPr>
            <w:tcW w:w="0" w:type="auto"/>
          </w:tcPr>
          <w:p w14:paraId="7FDA240C" w14:textId="77777777" w:rsidR="007A5E59" w:rsidRDefault="0095198F">
            <w:pPr>
              <w:jc w:val="center"/>
            </w:pPr>
            <w:r>
              <w:t>1986</w:t>
            </w:r>
          </w:p>
        </w:tc>
        <w:tc>
          <w:tcPr>
            <w:tcW w:w="0" w:type="auto"/>
          </w:tcPr>
          <w:p w14:paraId="6EA5ED5F" w14:textId="77777777" w:rsidR="007A5E59" w:rsidRDefault="0095198F">
            <w:pPr>
              <w:jc w:val="center"/>
            </w:pPr>
            <w:r>
              <w:t>18</w:t>
            </w:r>
          </w:p>
        </w:tc>
        <w:tc>
          <w:tcPr>
            <w:tcW w:w="0" w:type="auto"/>
          </w:tcPr>
          <w:p w14:paraId="6E905004" w14:textId="77777777" w:rsidR="007A5E59" w:rsidRDefault="0095198F">
            <w:r>
              <w:t>надз</w:t>
            </w:r>
          </w:p>
        </w:tc>
      </w:tr>
      <w:tr w:rsidR="007A5E59" w14:paraId="4FE607A3" w14:textId="77777777">
        <w:trPr>
          <w:jc w:val="center"/>
        </w:trPr>
        <w:tc>
          <w:tcPr>
            <w:tcW w:w="0" w:type="auto"/>
          </w:tcPr>
          <w:p w14:paraId="7E1464CF" w14:textId="77777777" w:rsidR="007A5E59" w:rsidRDefault="0095198F">
            <w:pPr>
              <w:jc w:val="center"/>
            </w:pPr>
            <w:r>
              <w:t>99</w:t>
            </w:r>
          </w:p>
        </w:tc>
        <w:tc>
          <w:tcPr>
            <w:tcW w:w="0" w:type="auto"/>
          </w:tcPr>
          <w:p w14:paraId="6F6C5A86" w14:textId="77777777" w:rsidR="007A5E59" w:rsidRPr="00312815" w:rsidRDefault="0095198F">
            <w:pPr>
              <w:rPr>
                <w:lang w:val="ru-RU"/>
              </w:rPr>
            </w:pPr>
            <w:r w:rsidRPr="00312815">
              <w:rPr>
                <w:lang w:val="ru-RU"/>
              </w:rPr>
              <w:t>В. Волошиной, 1 2ввод-В. Волошиной, 1 3ввод</w:t>
            </w:r>
          </w:p>
        </w:tc>
        <w:tc>
          <w:tcPr>
            <w:tcW w:w="0" w:type="auto"/>
          </w:tcPr>
          <w:p w14:paraId="2AD9B44D" w14:textId="77777777" w:rsidR="007A5E59" w:rsidRDefault="0095198F">
            <w:pPr>
              <w:jc w:val="center"/>
            </w:pPr>
            <w:r>
              <w:t>50</w:t>
            </w:r>
          </w:p>
        </w:tc>
        <w:tc>
          <w:tcPr>
            <w:tcW w:w="0" w:type="auto"/>
          </w:tcPr>
          <w:p w14:paraId="7CE6BDEB" w14:textId="77777777" w:rsidR="007A5E59" w:rsidRDefault="0095198F">
            <w:pPr>
              <w:jc w:val="center"/>
            </w:pPr>
            <w:r>
              <w:t>1986</w:t>
            </w:r>
          </w:p>
        </w:tc>
        <w:tc>
          <w:tcPr>
            <w:tcW w:w="0" w:type="auto"/>
          </w:tcPr>
          <w:p w14:paraId="3B10D94E" w14:textId="77777777" w:rsidR="007A5E59" w:rsidRDefault="0095198F">
            <w:pPr>
              <w:jc w:val="center"/>
            </w:pPr>
            <w:r>
              <w:t>6</w:t>
            </w:r>
          </w:p>
        </w:tc>
        <w:tc>
          <w:tcPr>
            <w:tcW w:w="0" w:type="auto"/>
          </w:tcPr>
          <w:p w14:paraId="106D65C6" w14:textId="77777777" w:rsidR="007A5E59" w:rsidRDefault="0095198F">
            <w:r>
              <w:t>надз</w:t>
            </w:r>
          </w:p>
        </w:tc>
      </w:tr>
      <w:tr w:rsidR="007A5E59" w14:paraId="74B595EE" w14:textId="77777777">
        <w:trPr>
          <w:jc w:val="center"/>
        </w:trPr>
        <w:tc>
          <w:tcPr>
            <w:tcW w:w="0" w:type="auto"/>
          </w:tcPr>
          <w:p w14:paraId="46BFE696" w14:textId="77777777" w:rsidR="007A5E59" w:rsidRDefault="0095198F">
            <w:pPr>
              <w:jc w:val="center"/>
            </w:pPr>
            <w:r>
              <w:t>100</w:t>
            </w:r>
          </w:p>
        </w:tc>
        <w:tc>
          <w:tcPr>
            <w:tcW w:w="0" w:type="auto"/>
          </w:tcPr>
          <w:p w14:paraId="4AFDD152" w14:textId="77777777" w:rsidR="007A5E59" w:rsidRPr="00312815" w:rsidRDefault="0095198F">
            <w:pPr>
              <w:rPr>
                <w:lang w:val="ru-RU"/>
              </w:rPr>
            </w:pPr>
            <w:r w:rsidRPr="00312815">
              <w:rPr>
                <w:lang w:val="ru-RU"/>
              </w:rPr>
              <w:t>В. Волошиной, 1 1ввод-В. Волошиной, 1 2ввод</w:t>
            </w:r>
          </w:p>
        </w:tc>
        <w:tc>
          <w:tcPr>
            <w:tcW w:w="0" w:type="auto"/>
          </w:tcPr>
          <w:p w14:paraId="065425E9" w14:textId="77777777" w:rsidR="007A5E59" w:rsidRDefault="0095198F">
            <w:pPr>
              <w:jc w:val="center"/>
            </w:pPr>
            <w:r>
              <w:t>50</w:t>
            </w:r>
          </w:p>
        </w:tc>
        <w:tc>
          <w:tcPr>
            <w:tcW w:w="0" w:type="auto"/>
          </w:tcPr>
          <w:p w14:paraId="653F1D6E" w14:textId="77777777" w:rsidR="007A5E59" w:rsidRDefault="0095198F">
            <w:pPr>
              <w:jc w:val="center"/>
            </w:pPr>
            <w:r>
              <w:t>1986</w:t>
            </w:r>
          </w:p>
        </w:tc>
        <w:tc>
          <w:tcPr>
            <w:tcW w:w="0" w:type="auto"/>
          </w:tcPr>
          <w:p w14:paraId="4158F13C" w14:textId="77777777" w:rsidR="007A5E59" w:rsidRDefault="0095198F">
            <w:pPr>
              <w:jc w:val="center"/>
            </w:pPr>
            <w:r>
              <w:t>7</w:t>
            </w:r>
          </w:p>
        </w:tc>
        <w:tc>
          <w:tcPr>
            <w:tcW w:w="0" w:type="auto"/>
          </w:tcPr>
          <w:p w14:paraId="0C2B5055" w14:textId="77777777" w:rsidR="007A5E59" w:rsidRDefault="0095198F">
            <w:r>
              <w:t>надз</w:t>
            </w:r>
          </w:p>
        </w:tc>
      </w:tr>
      <w:tr w:rsidR="007A5E59" w14:paraId="38FFBC72" w14:textId="77777777">
        <w:trPr>
          <w:jc w:val="center"/>
        </w:trPr>
        <w:tc>
          <w:tcPr>
            <w:tcW w:w="0" w:type="auto"/>
          </w:tcPr>
          <w:p w14:paraId="7545CF7B" w14:textId="77777777" w:rsidR="007A5E59" w:rsidRDefault="0095198F">
            <w:pPr>
              <w:jc w:val="center"/>
            </w:pPr>
            <w:r>
              <w:t>101</w:t>
            </w:r>
          </w:p>
        </w:tc>
        <w:tc>
          <w:tcPr>
            <w:tcW w:w="0" w:type="auto"/>
          </w:tcPr>
          <w:p w14:paraId="1235A3FD" w14:textId="77777777" w:rsidR="007A5E59" w:rsidRDefault="0095198F">
            <w:r>
              <w:t>В. Волошиной, 1 1ввод- ТК-01-13/1</w:t>
            </w:r>
          </w:p>
        </w:tc>
        <w:tc>
          <w:tcPr>
            <w:tcW w:w="0" w:type="auto"/>
          </w:tcPr>
          <w:p w14:paraId="2EE0CF98" w14:textId="77777777" w:rsidR="007A5E59" w:rsidRDefault="0095198F">
            <w:pPr>
              <w:jc w:val="center"/>
            </w:pPr>
            <w:r>
              <w:t>50</w:t>
            </w:r>
          </w:p>
        </w:tc>
        <w:tc>
          <w:tcPr>
            <w:tcW w:w="0" w:type="auto"/>
          </w:tcPr>
          <w:p w14:paraId="0188B3EB" w14:textId="77777777" w:rsidR="007A5E59" w:rsidRDefault="0095198F">
            <w:pPr>
              <w:jc w:val="center"/>
            </w:pPr>
            <w:r>
              <w:t>1986</w:t>
            </w:r>
          </w:p>
        </w:tc>
        <w:tc>
          <w:tcPr>
            <w:tcW w:w="0" w:type="auto"/>
          </w:tcPr>
          <w:p w14:paraId="746AEC99" w14:textId="77777777" w:rsidR="007A5E59" w:rsidRDefault="0095198F">
            <w:pPr>
              <w:jc w:val="center"/>
            </w:pPr>
            <w:r>
              <w:t>50</w:t>
            </w:r>
          </w:p>
        </w:tc>
        <w:tc>
          <w:tcPr>
            <w:tcW w:w="0" w:type="auto"/>
          </w:tcPr>
          <w:p w14:paraId="4503AC8F" w14:textId="77777777" w:rsidR="007A5E59" w:rsidRDefault="0095198F">
            <w:r>
              <w:t>надз</w:t>
            </w:r>
          </w:p>
        </w:tc>
      </w:tr>
      <w:tr w:rsidR="007A5E59" w14:paraId="77566082" w14:textId="77777777">
        <w:trPr>
          <w:jc w:val="center"/>
        </w:trPr>
        <w:tc>
          <w:tcPr>
            <w:tcW w:w="0" w:type="auto"/>
          </w:tcPr>
          <w:p w14:paraId="45ED3ABB" w14:textId="77777777" w:rsidR="007A5E59" w:rsidRDefault="0095198F">
            <w:pPr>
              <w:jc w:val="center"/>
            </w:pPr>
            <w:r>
              <w:t>102</w:t>
            </w:r>
          </w:p>
        </w:tc>
        <w:tc>
          <w:tcPr>
            <w:tcW w:w="0" w:type="auto"/>
          </w:tcPr>
          <w:p w14:paraId="38F2DF31" w14:textId="77777777" w:rsidR="007A5E59" w:rsidRDefault="0095198F">
            <w:r>
              <w:t>ТК-01-14/01-В.Волошиной, 6 1ввод</w:t>
            </w:r>
          </w:p>
        </w:tc>
        <w:tc>
          <w:tcPr>
            <w:tcW w:w="0" w:type="auto"/>
          </w:tcPr>
          <w:p w14:paraId="58692AAC" w14:textId="77777777" w:rsidR="007A5E59" w:rsidRDefault="0095198F">
            <w:pPr>
              <w:jc w:val="center"/>
            </w:pPr>
            <w:r>
              <w:t>15</w:t>
            </w:r>
          </w:p>
        </w:tc>
        <w:tc>
          <w:tcPr>
            <w:tcW w:w="0" w:type="auto"/>
          </w:tcPr>
          <w:p w14:paraId="5596FA73" w14:textId="77777777" w:rsidR="007A5E59" w:rsidRDefault="0095198F">
            <w:pPr>
              <w:jc w:val="center"/>
            </w:pPr>
            <w:r>
              <w:t>1996</w:t>
            </w:r>
          </w:p>
        </w:tc>
        <w:tc>
          <w:tcPr>
            <w:tcW w:w="0" w:type="auto"/>
          </w:tcPr>
          <w:p w14:paraId="1C12F22F" w14:textId="77777777" w:rsidR="007A5E59" w:rsidRDefault="0095198F">
            <w:pPr>
              <w:jc w:val="center"/>
            </w:pPr>
            <w:r>
              <w:t>5</w:t>
            </w:r>
          </w:p>
        </w:tc>
        <w:tc>
          <w:tcPr>
            <w:tcW w:w="0" w:type="auto"/>
          </w:tcPr>
          <w:p w14:paraId="1DE1B7D6" w14:textId="77777777" w:rsidR="007A5E59" w:rsidRDefault="0095198F">
            <w:r>
              <w:t>надз</w:t>
            </w:r>
          </w:p>
        </w:tc>
      </w:tr>
      <w:tr w:rsidR="007A5E59" w14:paraId="7D9F1ED6" w14:textId="77777777">
        <w:trPr>
          <w:jc w:val="center"/>
        </w:trPr>
        <w:tc>
          <w:tcPr>
            <w:tcW w:w="0" w:type="auto"/>
          </w:tcPr>
          <w:p w14:paraId="47C15E47" w14:textId="77777777" w:rsidR="007A5E59" w:rsidRDefault="0095198F">
            <w:pPr>
              <w:jc w:val="center"/>
            </w:pPr>
            <w:r>
              <w:t>103</w:t>
            </w:r>
          </w:p>
        </w:tc>
        <w:tc>
          <w:tcPr>
            <w:tcW w:w="0" w:type="auto"/>
          </w:tcPr>
          <w:p w14:paraId="604A97CB" w14:textId="77777777" w:rsidR="007A5E59" w:rsidRDefault="0095198F">
            <w:r>
              <w:t>ТК-01-14-ТК-01-14/01</w:t>
            </w:r>
          </w:p>
        </w:tc>
        <w:tc>
          <w:tcPr>
            <w:tcW w:w="0" w:type="auto"/>
          </w:tcPr>
          <w:p w14:paraId="28AE23F5" w14:textId="77777777" w:rsidR="007A5E59" w:rsidRDefault="0095198F">
            <w:pPr>
              <w:jc w:val="center"/>
            </w:pPr>
            <w:r>
              <w:t>25</w:t>
            </w:r>
          </w:p>
        </w:tc>
        <w:tc>
          <w:tcPr>
            <w:tcW w:w="0" w:type="auto"/>
          </w:tcPr>
          <w:p w14:paraId="3BA64658" w14:textId="77777777" w:rsidR="007A5E59" w:rsidRDefault="0095198F">
            <w:pPr>
              <w:jc w:val="center"/>
            </w:pPr>
            <w:r>
              <w:t>1958</w:t>
            </w:r>
          </w:p>
        </w:tc>
        <w:tc>
          <w:tcPr>
            <w:tcW w:w="0" w:type="auto"/>
          </w:tcPr>
          <w:p w14:paraId="74E57DB9" w14:textId="77777777" w:rsidR="007A5E59" w:rsidRDefault="0095198F">
            <w:pPr>
              <w:jc w:val="center"/>
            </w:pPr>
            <w:r>
              <w:t>70</w:t>
            </w:r>
          </w:p>
        </w:tc>
        <w:tc>
          <w:tcPr>
            <w:tcW w:w="0" w:type="auto"/>
          </w:tcPr>
          <w:p w14:paraId="231527A8" w14:textId="77777777" w:rsidR="007A5E59" w:rsidRDefault="0095198F">
            <w:r>
              <w:t>надз</w:t>
            </w:r>
          </w:p>
        </w:tc>
      </w:tr>
      <w:tr w:rsidR="007A5E59" w14:paraId="639BED1F" w14:textId="77777777">
        <w:trPr>
          <w:jc w:val="center"/>
        </w:trPr>
        <w:tc>
          <w:tcPr>
            <w:tcW w:w="0" w:type="auto"/>
          </w:tcPr>
          <w:p w14:paraId="5C6EEA88" w14:textId="77777777" w:rsidR="007A5E59" w:rsidRDefault="0095198F">
            <w:pPr>
              <w:jc w:val="center"/>
            </w:pPr>
            <w:r>
              <w:t>104</w:t>
            </w:r>
          </w:p>
        </w:tc>
        <w:tc>
          <w:tcPr>
            <w:tcW w:w="0" w:type="auto"/>
          </w:tcPr>
          <w:p w14:paraId="262847BD" w14:textId="77777777" w:rsidR="007A5E59" w:rsidRDefault="0095198F">
            <w:r>
              <w:t>Т-01-13-ТК-01-13</w:t>
            </w:r>
          </w:p>
        </w:tc>
        <w:tc>
          <w:tcPr>
            <w:tcW w:w="0" w:type="auto"/>
          </w:tcPr>
          <w:p w14:paraId="7254D973" w14:textId="77777777" w:rsidR="007A5E59" w:rsidRDefault="0095198F">
            <w:pPr>
              <w:jc w:val="center"/>
            </w:pPr>
            <w:r>
              <w:t>100</w:t>
            </w:r>
          </w:p>
        </w:tc>
        <w:tc>
          <w:tcPr>
            <w:tcW w:w="0" w:type="auto"/>
          </w:tcPr>
          <w:p w14:paraId="3C270F08" w14:textId="77777777" w:rsidR="007A5E59" w:rsidRDefault="0095198F">
            <w:pPr>
              <w:jc w:val="center"/>
            </w:pPr>
            <w:r>
              <w:t>1990</w:t>
            </w:r>
          </w:p>
        </w:tc>
        <w:tc>
          <w:tcPr>
            <w:tcW w:w="0" w:type="auto"/>
          </w:tcPr>
          <w:p w14:paraId="4178824B" w14:textId="77777777" w:rsidR="007A5E59" w:rsidRDefault="0095198F">
            <w:pPr>
              <w:jc w:val="center"/>
            </w:pPr>
            <w:r>
              <w:t>3</w:t>
            </w:r>
          </w:p>
        </w:tc>
        <w:tc>
          <w:tcPr>
            <w:tcW w:w="0" w:type="auto"/>
          </w:tcPr>
          <w:p w14:paraId="472B4FA9" w14:textId="77777777" w:rsidR="007A5E59" w:rsidRDefault="0095198F">
            <w:r>
              <w:t>надз</w:t>
            </w:r>
          </w:p>
        </w:tc>
      </w:tr>
      <w:tr w:rsidR="007A5E59" w14:paraId="4F151C78" w14:textId="77777777">
        <w:trPr>
          <w:jc w:val="center"/>
        </w:trPr>
        <w:tc>
          <w:tcPr>
            <w:tcW w:w="0" w:type="auto"/>
          </w:tcPr>
          <w:p w14:paraId="6FE49939" w14:textId="77777777" w:rsidR="007A5E59" w:rsidRDefault="0095198F">
            <w:pPr>
              <w:jc w:val="center"/>
            </w:pPr>
            <w:r>
              <w:t>105</w:t>
            </w:r>
          </w:p>
        </w:tc>
        <w:tc>
          <w:tcPr>
            <w:tcW w:w="0" w:type="auto"/>
          </w:tcPr>
          <w:p w14:paraId="2FD70D2E" w14:textId="77777777" w:rsidR="007A5E59" w:rsidRDefault="0095198F">
            <w:r>
              <w:t>В. Волошиной, 2 – Т-01-13</w:t>
            </w:r>
          </w:p>
        </w:tc>
        <w:tc>
          <w:tcPr>
            <w:tcW w:w="0" w:type="auto"/>
          </w:tcPr>
          <w:p w14:paraId="68215FB8" w14:textId="77777777" w:rsidR="007A5E59" w:rsidRDefault="0095198F">
            <w:pPr>
              <w:jc w:val="center"/>
            </w:pPr>
            <w:r>
              <w:t>80</w:t>
            </w:r>
          </w:p>
        </w:tc>
        <w:tc>
          <w:tcPr>
            <w:tcW w:w="0" w:type="auto"/>
          </w:tcPr>
          <w:p w14:paraId="63621705" w14:textId="77777777" w:rsidR="007A5E59" w:rsidRDefault="0095198F">
            <w:pPr>
              <w:jc w:val="center"/>
            </w:pPr>
            <w:r>
              <w:t>2014</w:t>
            </w:r>
          </w:p>
        </w:tc>
        <w:tc>
          <w:tcPr>
            <w:tcW w:w="0" w:type="auto"/>
          </w:tcPr>
          <w:p w14:paraId="4519FA5A" w14:textId="77777777" w:rsidR="007A5E59" w:rsidRDefault="0095198F">
            <w:pPr>
              <w:jc w:val="center"/>
            </w:pPr>
            <w:r>
              <w:t>11</w:t>
            </w:r>
          </w:p>
        </w:tc>
        <w:tc>
          <w:tcPr>
            <w:tcW w:w="0" w:type="auto"/>
          </w:tcPr>
          <w:p w14:paraId="10A618E1" w14:textId="77777777" w:rsidR="007A5E59" w:rsidRDefault="0095198F">
            <w:r>
              <w:t>надз</w:t>
            </w:r>
          </w:p>
        </w:tc>
      </w:tr>
      <w:tr w:rsidR="007A5E59" w14:paraId="6A281634" w14:textId="77777777">
        <w:trPr>
          <w:jc w:val="center"/>
        </w:trPr>
        <w:tc>
          <w:tcPr>
            <w:tcW w:w="0" w:type="auto"/>
          </w:tcPr>
          <w:p w14:paraId="77F2124A" w14:textId="77777777" w:rsidR="007A5E59" w:rsidRDefault="0095198F">
            <w:pPr>
              <w:jc w:val="center"/>
            </w:pPr>
            <w:r>
              <w:t>106</w:t>
            </w:r>
          </w:p>
        </w:tc>
        <w:tc>
          <w:tcPr>
            <w:tcW w:w="0" w:type="auto"/>
          </w:tcPr>
          <w:p w14:paraId="1CB493E6" w14:textId="77777777" w:rsidR="007A5E59" w:rsidRDefault="0095198F">
            <w:r>
              <w:t>ТК-01-11 – ТК-01-12</w:t>
            </w:r>
          </w:p>
        </w:tc>
        <w:tc>
          <w:tcPr>
            <w:tcW w:w="0" w:type="auto"/>
          </w:tcPr>
          <w:p w14:paraId="569AB180" w14:textId="77777777" w:rsidR="007A5E59" w:rsidRDefault="0095198F">
            <w:pPr>
              <w:jc w:val="center"/>
            </w:pPr>
            <w:r>
              <w:t>150</w:t>
            </w:r>
          </w:p>
        </w:tc>
        <w:tc>
          <w:tcPr>
            <w:tcW w:w="0" w:type="auto"/>
          </w:tcPr>
          <w:p w14:paraId="07985844" w14:textId="77777777" w:rsidR="007A5E59" w:rsidRDefault="0095198F">
            <w:pPr>
              <w:jc w:val="center"/>
            </w:pPr>
            <w:r>
              <w:t>2014</w:t>
            </w:r>
          </w:p>
        </w:tc>
        <w:tc>
          <w:tcPr>
            <w:tcW w:w="0" w:type="auto"/>
          </w:tcPr>
          <w:p w14:paraId="7A7ED73B" w14:textId="77777777" w:rsidR="007A5E59" w:rsidRDefault="0095198F">
            <w:pPr>
              <w:jc w:val="center"/>
            </w:pPr>
            <w:r>
              <w:t>94</w:t>
            </w:r>
          </w:p>
        </w:tc>
        <w:tc>
          <w:tcPr>
            <w:tcW w:w="0" w:type="auto"/>
          </w:tcPr>
          <w:p w14:paraId="6F13EAEA" w14:textId="77777777" w:rsidR="007A5E59" w:rsidRDefault="0095198F">
            <w:r>
              <w:t>надз</w:t>
            </w:r>
          </w:p>
        </w:tc>
      </w:tr>
      <w:tr w:rsidR="007A5E59" w14:paraId="63AF2FEA" w14:textId="77777777">
        <w:trPr>
          <w:jc w:val="center"/>
        </w:trPr>
        <w:tc>
          <w:tcPr>
            <w:tcW w:w="0" w:type="auto"/>
          </w:tcPr>
          <w:p w14:paraId="1EE8CB31" w14:textId="77777777" w:rsidR="007A5E59" w:rsidRDefault="0095198F">
            <w:pPr>
              <w:jc w:val="center"/>
            </w:pPr>
            <w:r>
              <w:t>107</w:t>
            </w:r>
          </w:p>
        </w:tc>
        <w:tc>
          <w:tcPr>
            <w:tcW w:w="0" w:type="auto"/>
          </w:tcPr>
          <w:p w14:paraId="63C7EBC5" w14:textId="77777777" w:rsidR="007A5E59" w:rsidRDefault="0095198F">
            <w:r>
              <w:t>ТК-01-10/6 – Первомайская 10, 1й ввод</w:t>
            </w:r>
          </w:p>
        </w:tc>
        <w:tc>
          <w:tcPr>
            <w:tcW w:w="0" w:type="auto"/>
          </w:tcPr>
          <w:p w14:paraId="07ACBDA9" w14:textId="77777777" w:rsidR="007A5E59" w:rsidRDefault="0095198F">
            <w:pPr>
              <w:jc w:val="center"/>
            </w:pPr>
            <w:r>
              <w:t>25</w:t>
            </w:r>
          </w:p>
        </w:tc>
        <w:tc>
          <w:tcPr>
            <w:tcW w:w="0" w:type="auto"/>
          </w:tcPr>
          <w:p w14:paraId="08F4AEC0" w14:textId="77777777" w:rsidR="007A5E59" w:rsidRDefault="0095198F">
            <w:pPr>
              <w:jc w:val="center"/>
            </w:pPr>
            <w:r>
              <w:t>2014</w:t>
            </w:r>
          </w:p>
        </w:tc>
        <w:tc>
          <w:tcPr>
            <w:tcW w:w="0" w:type="auto"/>
          </w:tcPr>
          <w:p w14:paraId="2DE0B1A0" w14:textId="77777777" w:rsidR="007A5E59" w:rsidRDefault="0095198F">
            <w:pPr>
              <w:jc w:val="center"/>
            </w:pPr>
            <w:r>
              <w:t>4</w:t>
            </w:r>
          </w:p>
        </w:tc>
        <w:tc>
          <w:tcPr>
            <w:tcW w:w="0" w:type="auto"/>
          </w:tcPr>
          <w:p w14:paraId="200B119B" w14:textId="77777777" w:rsidR="007A5E59" w:rsidRDefault="0095198F">
            <w:r>
              <w:t>надз</w:t>
            </w:r>
          </w:p>
        </w:tc>
      </w:tr>
      <w:tr w:rsidR="007A5E59" w14:paraId="5555E335" w14:textId="77777777">
        <w:trPr>
          <w:jc w:val="center"/>
        </w:trPr>
        <w:tc>
          <w:tcPr>
            <w:tcW w:w="0" w:type="auto"/>
          </w:tcPr>
          <w:p w14:paraId="52CDFE38" w14:textId="77777777" w:rsidR="007A5E59" w:rsidRDefault="0095198F">
            <w:pPr>
              <w:jc w:val="center"/>
            </w:pPr>
            <w:r>
              <w:t>108</w:t>
            </w:r>
          </w:p>
        </w:tc>
        <w:tc>
          <w:tcPr>
            <w:tcW w:w="0" w:type="auto"/>
          </w:tcPr>
          <w:p w14:paraId="439E9EDB" w14:textId="77777777" w:rsidR="007A5E59" w:rsidRPr="00312815" w:rsidRDefault="0095198F">
            <w:pPr>
              <w:rPr>
                <w:lang w:val="ru-RU"/>
              </w:rPr>
            </w:pPr>
            <w:r w:rsidRPr="00312815">
              <w:rPr>
                <w:lang w:val="ru-RU"/>
              </w:rPr>
              <w:t>Первомайская 9 1й ввод-Первомайская 9 2й ввод</w:t>
            </w:r>
          </w:p>
        </w:tc>
        <w:tc>
          <w:tcPr>
            <w:tcW w:w="0" w:type="auto"/>
          </w:tcPr>
          <w:p w14:paraId="374122B5" w14:textId="77777777" w:rsidR="007A5E59" w:rsidRDefault="0095198F">
            <w:pPr>
              <w:jc w:val="center"/>
            </w:pPr>
            <w:r>
              <w:t>40</w:t>
            </w:r>
          </w:p>
        </w:tc>
        <w:tc>
          <w:tcPr>
            <w:tcW w:w="0" w:type="auto"/>
          </w:tcPr>
          <w:p w14:paraId="58DD49DA" w14:textId="77777777" w:rsidR="007A5E59" w:rsidRDefault="0095198F">
            <w:pPr>
              <w:jc w:val="center"/>
            </w:pPr>
            <w:r>
              <w:t>2014</w:t>
            </w:r>
          </w:p>
        </w:tc>
        <w:tc>
          <w:tcPr>
            <w:tcW w:w="0" w:type="auto"/>
          </w:tcPr>
          <w:p w14:paraId="3C6710B4" w14:textId="77777777" w:rsidR="007A5E59" w:rsidRDefault="0095198F">
            <w:pPr>
              <w:jc w:val="center"/>
            </w:pPr>
            <w:r>
              <w:t>15</w:t>
            </w:r>
          </w:p>
        </w:tc>
        <w:tc>
          <w:tcPr>
            <w:tcW w:w="0" w:type="auto"/>
          </w:tcPr>
          <w:p w14:paraId="58F8A16E" w14:textId="77777777" w:rsidR="007A5E59" w:rsidRDefault="0095198F">
            <w:r>
              <w:t>надз</w:t>
            </w:r>
          </w:p>
        </w:tc>
      </w:tr>
      <w:tr w:rsidR="007A5E59" w14:paraId="47F38941" w14:textId="77777777">
        <w:trPr>
          <w:jc w:val="center"/>
        </w:trPr>
        <w:tc>
          <w:tcPr>
            <w:tcW w:w="0" w:type="auto"/>
          </w:tcPr>
          <w:p w14:paraId="5AFA57D2" w14:textId="77777777" w:rsidR="007A5E59" w:rsidRDefault="0095198F">
            <w:pPr>
              <w:jc w:val="center"/>
            </w:pPr>
            <w:r>
              <w:t>109</w:t>
            </w:r>
          </w:p>
        </w:tc>
        <w:tc>
          <w:tcPr>
            <w:tcW w:w="0" w:type="auto"/>
          </w:tcPr>
          <w:p w14:paraId="5107FEE3" w14:textId="77777777" w:rsidR="007A5E59" w:rsidRDefault="0095198F">
            <w:r>
              <w:t>ТК-01-10/5 – Первомайская 10, 2й ввод</w:t>
            </w:r>
          </w:p>
        </w:tc>
        <w:tc>
          <w:tcPr>
            <w:tcW w:w="0" w:type="auto"/>
          </w:tcPr>
          <w:p w14:paraId="3ACA1E03" w14:textId="77777777" w:rsidR="007A5E59" w:rsidRDefault="0095198F">
            <w:pPr>
              <w:jc w:val="center"/>
            </w:pPr>
            <w:r>
              <w:t>25</w:t>
            </w:r>
          </w:p>
        </w:tc>
        <w:tc>
          <w:tcPr>
            <w:tcW w:w="0" w:type="auto"/>
          </w:tcPr>
          <w:p w14:paraId="76EE20DE" w14:textId="77777777" w:rsidR="007A5E59" w:rsidRDefault="0095198F">
            <w:pPr>
              <w:jc w:val="center"/>
            </w:pPr>
            <w:r>
              <w:t>2014</w:t>
            </w:r>
          </w:p>
        </w:tc>
        <w:tc>
          <w:tcPr>
            <w:tcW w:w="0" w:type="auto"/>
          </w:tcPr>
          <w:p w14:paraId="286FE54D" w14:textId="77777777" w:rsidR="007A5E59" w:rsidRDefault="0095198F">
            <w:pPr>
              <w:jc w:val="center"/>
            </w:pPr>
            <w:r>
              <w:t>4</w:t>
            </w:r>
          </w:p>
        </w:tc>
        <w:tc>
          <w:tcPr>
            <w:tcW w:w="0" w:type="auto"/>
          </w:tcPr>
          <w:p w14:paraId="67BC902A" w14:textId="77777777" w:rsidR="007A5E59" w:rsidRDefault="0095198F">
            <w:r>
              <w:t>надз</w:t>
            </w:r>
          </w:p>
        </w:tc>
      </w:tr>
      <w:tr w:rsidR="007A5E59" w14:paraId="4F0433C5" w14:textId="77777777">
        <w:trPr>
          <w:jc w:val="center"/>
        </w:trPr>
        <w:tc>
          <w:tcPr>
            <w:tcW w:w="0" w:type="auto"/>
          </w:tcPr>
          <w:p w14:paraId="64E54EF7" w14:textId="77777777" w:rsidR="007A5E59" w:rsidRDefault="0095198F">
            <w:pPr>
              <w:jc w:val="center"/>
            </w:pPr>
            <w:r>
              <w:t>110</w:t>
            </w:r>
          </w:p>
        </w:tc>
        <w:tc>
          <w:tcPr>
            <w:tcW w:w="0" w:type="auto"/>
          </w:tcPr>
          <w:p w14:paraId="4C133717" w14:textId="77777777" w:rsidR="007A5E59" w:rsidRDefault="0095198F">
            <w:r>
              <w:t>Т-01-10/4 – Первомайская 8, 1й ввод</w:t>
            </w:r>
          </w:p>
        </w:tc>
        <w:tc>
          <w:tcPr>
            <w:tcW w:w="0" w:type="auto"/>
          </w:tcPr>
          <w:p w14:paraId="183553A3" w14:textId="77777777" w:rsidR="007A5E59" w:rsidRDefault="0095198F">
            <w:pPr>
              <w:jc w:val="center"/>
            </w:pPr>
            <w:r>
              <w:t>25</w:t>
            </w:r>
          </w:p>
        </w:tc>
        <w:tc>
          <w:tcPr>
            <w:tcW w:w="0" w:type="auto"/>
          </w:tcPr>
          <w:p w14:paraId="50D6455E" w14:textId="77777777" w:rsidR="007A5E59" w:rsidRDefault="0095198F">
            <w:pPr>
              <w:jc w:val="center"/>
            </w:pPr>
            <w:r>
              <w:t>2014</w:t>
            </w:r>
          </w:p>
        </w:tc>
        <w:tc>
          <w:tcPr>
            <w:tcW w:w="0" w:type="auto"/>
          </w:tcPr>
          <w:p w14:paraId="473006FB" w14:textId="77777777" w:rsidR="007A5E59" w:rsidRDefault="0095198F">
            <w:pPr>
              <w:jc w:val="center"/>
            </w:pPr>
            <w:r>
              <w:t>4</w:t>
            </w:r>
          </w:p>
        </w:tc>
        <w:tc>
          <w:tcPr>
            <w:tcW w:w="0" w:type="auto"/>
          </w:tcPr>
          <w:p w14:paraId="1888B13D" w14:textId="77777777" w:rsidR="007A5E59" w:rsidRDefault="0095198F">
            <w:r>
              <w:t>надз</w:t>
            </w:r>
          </w:p>
        </w:tc>
      </w:tr>
      <w:tr w:rsidR="007A5E59" w14:paraId="4D6115D1" w14:textId="77777777">
        <w:trPr>
          <w:jc w:val="center"/>
        </w:trPr>
        <w:tc>
          <w:tcPr>
            <w:tcW w:w="0" w:type="auto"/>
          </w:tcPr>
          <w:p w14:paraId="6F42F8C3" w14:textId="77777777" w:rsidR="007A5E59" w:rsidRDefault="0095198F">
            <w:pPr>
              <w:jc w:val="center"/>
            </w:pPr>
            <w:r>
              <w:t>111</w:t>
            </w:r>
          </w:p>
        </w:tc>
        <w:tc>
          <w:tcPr>
            <w:tcW w:w="0" w:type="auto"/>
          </w:tcPr>
          <w:p w14:paraId="774E35C4" w14:textId="77777777" w:rsidR="007A5E59" w:rsidRDefault="0095198F">
            <w:r>
              <w:t>ТК-01-10/2 – Т-01-10/1</w:t>
            </w:r>
          </w:p>
        </w:tc>
        <w:tc>
          <w:tcPr>
            <w:tcW w:w="0" w:type="auto"/>
          </w:tcPr>
          <w:p w14:paraId="0E7193D2" w14:textId="77777777" w:rsidR="007A5E59" w:rsidRDefault="0095198F">
            <w:pPr>
              <w:jc w:val="center"/>
            </w:pPr>
            <w:r>
              <w:t>100</w:t>
            </w:r>
          </w:p>
        </w:tc>
        <w:tc>
          <w:tcPr>
            <w:tcW w:w="0" w:type="auto"/>
          </w:tcPr>
          <w:p w14:paraId="36409D41" w14:textId="77777777" w:rsidR="007A5E59" w:rsidRDefault="0095198F">
            <w:pPr>
              <w:jc w:val="center"/>
            </w:pPr>
            <w:r>
              <w:t>1990</w:t>
            </w:r>
          </w:p>
        </w:tc>
        <w:tc>
          <w:tcPr>
            <w:tcW w:w="0" w:type="auto"/>
          </w:tcPr>
          <w:p w14:paraId="67DDA8C4" w14:textId="77777777" w:rsidR="007A5E59" w:rsidRDefault="0095198F">
            <w:pPr>
              <w:jc w:val="center"/>
            </w:pPr>
            <w:r>
              <w:t>13</w:t>
            </w:r>
          </w:p>
        </w:tc>
        <w:tc>
          <w:tcPr>
            <w:tcW w:w="0" w:type="auto"/>
          </w:tcPr>
          <w:p w14:paraId="3DA06575" w14:textId="77777777" w:rsidR="007A5E59" w:rsidRDefault="0095198F">
            <w:r>
              <w:t>надз</w:t>
            </w:r>
          </w:p>
        </w:tc>
      </w:tr>
      <w:tr w:rsidR="007A5E59" w14:paraId="18E43617" w14:textId="77777777">
        <w:trPr>
          <w:jc w:val="center"/>
        </w:trPr>
        <w:tc>
          <w:tcPr>
            <w:tcW w:w="0" w:type="auto"/>
          </w:tcPr>
          <w:p w14:paraId="208EC460" w14:textId="77777777" w:rsidR="007A5E59" w:rsidRDefault="0095198F">
            <w:pPr>
              <w:jc w:val="center"/>
            </w:pPr>
            <w:r>
              <w:t>112</w:t>
            </w:r>
          </w:p>
        </w:tc>
        <w:tc>
          <w:tcPr>
            <w:tcW w:w="0" w:type="auto"/>
          </w:tcPr>
          <w:p w14:paraId="20105B5D" w14:textId="77777777" w:rsidR="007A5E59" w:rsidRDefault="0095198F">
            <w:r>
              <w:t>Т-01-10/1 – Первомайская 4, 2й ввод</w:t>
            </w:r>
          </w:p>
        </w:tc>
        <w:tc>
          <w:tcPr>
            <w:tcW w:w="0" w:type="auto"/>
          </w:tcPr>
          <w:p w14:paraId="2E8DB303" w14:textId="77777777" w:rsidR="007A5E59" w:rsidRDefault="0095198F">
            <w:pPr>
              <w:jc w:val="center"/>
            </w:pPr>
            <w:r>
              <w:t>25</w:t>
            </w:r>
          </w:p>
        </w:tc>
        <w:tc>
          <w:tcPr>
            <w:tcW w:w="0" w:type="auto"/>
          </w:tcPr>
          <w:p w14:paraId="0D1944B9" w14:textId="77777777" w:rsidR="007A5E59" w:rsidRDefault="0095198F">
            <w:pPr>
              <w:jc w:val="center"/>
            </w:pPr>
            <w:r>
              <w:t>2014</w:t>
            </w:r>
          </w:p>
        </w:tc>
        <w:tc>
          <w:tcPr>
            <w:tcW w:w="0" w:type="auto"/>
          </w:tcPr>
          <w:p w14:paraId="1D6E1D63" w14:textId="77777777" w:rsidR="007A5E59" w:rsidRDefault="0095198F">
            <w:pPr>
              <w:jc w:val="center"/>
            </w:pPr>
            <w:r>
              <w:t>4</w:t>
            </w:r>
          </w:p>
        </w:tc>
        <w:tc>
          <w:tcPr>
            <w:tcW w:w="0" w:type="auto"/>
          </w:tcPr>
          <w:p w14:paraId="246A30F0" w14:textId="77777777" w:rsidR="007A5E59" w:rsidRDefault="0095198F">
            <w:r>
              <w:t>надз</w:t>
            </w:r>
          </w:p>
        </w:tc>
      </w:tr>
      <w:tr w:rsidR="007A5E59" w14:paraId="284A0D35" w14:textId="77777777">
        <w:trPr>
          <w:jc w:val="center"/>
        </w:trPr>
        <w:tc>
          <w:tcPr>
            <w:tcW w:w="0" w:type="auto"/>
          </w:tcPr>
          <w:p w14:paraId="05FBCE1A" w14:textId="77777777" w:rsidR="007A5E59" w:rsidRDefault="0095198F">
            <w:pPr>
              <w:jc w:val="center"/>
            </w:pPr>
            <w:r>
              <w:t>113</w:t>
            </w:r>
          </w:p>
        </w:tc>
        <w:tc>
          <w:tcPr>
            <w:tcW w:w="0" w:type="auto"/>
          </w:tcPr>
          <w:p w14:paraId="281E6256" w14:textId="77777777" w:rsidR="007A5E59" w:rsidRDefault="0095198F">
            <w:r>
              <w:t>Т-01-08/1 – Т-01-08</w:t>
            </w:r>
          </w:p>
        </w:tc>
        <w:tc>
          <w:tcPr>
            <w:tcW w:w="0" w:type="auto"/>
          </w:tcPr>
          <w:p w14:paraId="30AF3B22" w14:textId="77777777" w:rsidR="007A5E59" w:rsidRDefault="0095198F">
            <w:pPr>
              <w:jc w:val="center"/>
            </w:pPr>
            <w:r>
              <w:t>150</w:t>
            </w:r>
          </w:p>
        </w:tc>
        <w:tc>
          <w:tcPr>
            <w:tcW w:w="0" w:type="auto"/>
          </w:tcPr>
          <w:p w14:paraId="4D7C628A" w14:textId="77777777" w:rsidR="007A5E59" w:rsidRDefault="0095198F">
            <w:pPr>
              <w:jc w:val="center"/>
            </w:pPr>
            <w:r>
              <w:t>2014</w:t>
            </w:r>
          </w:p>
        </w:tc>
        <w:tc>
          <w:tcPr>
            <w:tcW w:w="0" w:type="auto"/>
          </w:tcPr>
          <w:p w14:paraId="37DD2425" w14:textId="77777777" w:rsidR="007A5E59" w:rsidRDefault="0095198F">
            <w:pPr>
              <w:jc w:val="center"/>
            </w:pPr>
            <w:r>
              <w:t>67</w:t>
            </w:r>
          </w:p>
        </w:tc>
        <w:tc>
          <w:tcPr>
            <w:tcW w:w="0" w:type="auto"/>
          </w:tcPr>
          <w:p w14:paraId="39C07B61" w14:textId="77777777" w:rsidR="007A5E59" w:rsidRDefault="0095198F">
            <w:r>
              <w:t>надз</w:t>
            </w:r>
          </w:p>
        </w:tc>
      </w:tr>
      <w:tr w:rsidR="007A5E59" w14:paraId="0F29C0D4" w14:textId="77777777">
        <w:trPr>
          <w:jc w:val="center"/>
        </w:trPr>
        <w:tc>
          <w:tcPr>
            <w:tcW w:w="0" w:type="auto"/>
          </w:tcPr>
          <w:p w14:paraId="3BE98358" w14:textId="77777777" w:rsidR="007A5E59" w:rsidRDefault="0095198F">
            <w:pPr>
              <w:jc w:val="center"/>
            </w:pPr>
            <w:r>
              <w:t>114</w:t>
            </w:r>
          </w:p>
        </w:tc>
        <w:tc>
          <w:tcPr>
            <w:tcW w:w="0" w:type="auto"/>
          </w:tcPr>
          <w:p w14:paraId="08609FB0" w14:textId="77777777" w:rsidR="007A5E59" w:rsidRDefault="0095198F">
            <w:r>
              <w:t>Т-01-08/1 – Т-01-08/2</w:t>
            </w:r>
          </w:p>
        </w:tc>
        <w:tc>
          <w:tcPr>
            <w:tcW w:w="0" w:type="auto"/>
          </w:tcPr>
          <w:p w14:paraId="7DDAD8CF" w14:textId="77777777" w:rsidR="007A5E59" w:rsidRDefault="0095198F">
            <w:pPr>
              <w:jc w:val="center"/>
            </w:pPr>
            <w:r>
              <w:t>50</w:t>
            </w:r>
          </w:p>
        </w:tc>
        <w:tc>
          <w:tcPr>
            <w:tcW w:w="0" w:type="auto"/>
          </w:tcPr>
          <w:p w14:paraId="4FBC6E0A" w14:textId="77777777" w:rsidR="007A5E59" w:rsidRDefault="0095198F">
            <w:pPr>
              <w:jc w:val="center"/>
            </w:pPr>
            <w:r>
              <w:t>2014</w:t>
            </w:r>
          </w:p>
        </w:tc>
        <w:tc>
          <w:tcPr>
            <w:tcW w:w="0" w:type="auto"/>
          </w:tcPr>
          <w:p w14:paraId="0AD664C1" w14:textId="77777777" w:rsidR="007A5E59" w:rsidRDefault="0095198F">
            <w:pPr>
              <w:jc w:val="center"/>
            </w:pPr>
            <w:r>
              <w:t>32</w:t>
            </w:r>
          </w:p>
        </w:tc>
        <w:tc>
          <w:tcPr>
            <w:tcW w:w="0" w:type="auto"/>
          </w:tcPr>
          <w:p w14:paraId="5DE401E6" w14:textId="77777777" w:rsidR="007A5E59" w:rsidRDefault="0095198F">
            <w:r>
              <w:t>надз</w:t>
            </w:r>
          </w:p>
        </w:tc>
      </w:tr>
      <w:tr w:rsidR="007A5E59" w14:paraId="75BCD1C5" w14:textId="77777777">
        <w:trPr>
          <w:jc w:val="center"/>
        </w:trPr>
        <w:tc>
          <w:tcPr>
            <w:tcW w:w="0" w:type="auto"/>
          </w:tcPr>
          <w:p w14:paraId="4FD74A8C" w14:textId="77777777" w:rsidR="007A5E59" w:rsidRDefault="0095198F">
            <w:pPr>
              <w:jc w:val="center"/>
            </w:pPr>
            <w:r>
              <w:t>115</w:t>
            </w:r>
          </w:p>
        </w:tc>
        <w:tc>
          <w:tcPr>
            <w:tcW w:w="0" w:type="auto"/>
          </w:tcPr>
          <w:p w14:paraId="1153CC48" w14:textId="77777777" w:rsidR="007A5E59" w:rsidRDefault="0095198F">
            <w:r>
              <w:t>Т-01-08/2 – Кирова 13</w:t>
            </w:r>
          </w:p>
        </w:tc>
        <w:tc>
          <w:tcPr>
            <w:tcW w:w="0" w:type="auto"/>
          </w:tcPr>
          <w:p w14:paraId="56D09D74" w14:textId="77777777" w:rsidR="007A5E59" w:rsidRDefault="0095198F">
            <w:pPr>
              <w:jc w:val="center"/>
            </w:pPr>
            <w:r>
              <w:t>50</w:t>
            </w:r>
          </w:p>
        </w:tc>
        <w:tc>
          <w:tcPr>
            <w:tcW w:w="0" w:type="auto"/>
          </w:tcPr>
          <w:p w14:paraId="1C3546EE" w14:textId="77777777" w:rsidR="007A5E59" w:rsidRDefault="0095198F">
            <w:pPr>
              <w:jc w:val="center"/>
            </w:pPr>
            <w:r>
              <w:t>2014</w:t>
            </w:r>
          </w:p>
        </w:tc>
        <w:tc>
          <w:tcPr>
            <w:tcW w:w="0" w:type="auto"/>
          </w:tcPr>
          <w:p w14:paraId="42EEDF7E" w14:textId="77777777" w:rsidR="007A5E59" w:rsidRDefault="0095198F">
            <w:pPr>
              <w:jc w:val="center"/>
            </w:pPr>
            <w:r>
              <w:t>30</w:t>
            </w:r>
          </w:p>
        </w:tc>
        <w:tc>
          <w:tcPr>
            <w:tcW w:w="0" w:type="auto"/>
          </w:tcPr>
          <w:p w14:paraId="6100C61B" w14:textId="77777777" w:rsidR="007A5E59" w:rsidRDefault="0095198F">
            <w:r>
              <w:t>надз</w:t>
            </w:r>
          </w:p>
        </w:tc>
      </w:tr>
      <w:tr w:rsidR="007A5E59" w14:paraId="249C23EE" w14:textId="77777777">
        <w:trPr>
          <w:jc w:val="center"/>
        </w:trPr>
        <w:tc>
          <w:tcPr>
            <w:tcW w:w="0" w:type="auto"/>
          </w:tcPr>
          <w:p w14:paraId="67C87C35" w14:textId="77777777" w:rsidR="007A5E59" w:rsidRDefault="0095198F">
            <w:pPr>
              <w:jc w:val="center"/>
            </w:pPr>
            <w:r>
              <w:t>116</w:t>
            </w:r>
          </w:p>
        </w:tc>
        <w:tc>
          <w:tcPr>
            <w:tcW w:w="0" w:type="auto"/>
          </w:tcPr>
          <w:p w14:paraId="1151F105" w14:textId="77777777" w:rsidR="007A5E59" w:rsidRDefault="0095198F">
            <w:r>
              <w:t>Т-01-08/2 – Кирова 11</w:t>
            </w:r>
          </w:p>
        </w:tc>
        <w:tc>
          <w:tcPr>
            <w:tcW w:w="0" w:type="auto"/>
          </w:tcPr>
          <w:p w14:paraId="0F9818A6" w14:textId="77777777" w:rsidR="007A5E59" w:rsidRDefault="0095198F">
            <w:pPr>
              <w:jc w:val="center"/>
            </w:pPr>
            <w:r>
              <w:t>50</w:t>
            </w:r>
          </w:p>
        </w:tc>
        <w:tc>
          <w:tcPr>
            <w:tcW w:w="0" w:type="auto"/>
          </w:tcPr>
          <w:p w14:paraId="58F644E3" w14:textId="77777777" w:rsidR="007A5E59" w:rsidRDefault="0095198F">
            <w:pPr>
              <w:jc w:val="center"/>
            </w:pPr>
            <w:r>
              <w:t>2014</w:t>
            </w:r>
          </w:p>
        </w:tc>
        <w:tc>
          <w:tcPr>
            <w:tcW w:w="0" w:type="auto"/>
          </w:tcPr>
          <w:p w14:paraId="7ABD9539" w14:textId="77777777" w:rsidR="007A5E59" w:rsidRDefault="0095198F">
            <w:pPr>
              <w:jc w:val="center"/>
            </w:pPr>
            <w:r>
              <w:t>1</w:t>
            </w:r>
          </w:p>
        </w:tc>
        <w:tc>
          <w:tcPr>
            <w:tcW w:w="0" w:type="auto"/>
          </w:tcPr>
          <w:p w14:paraId="5612A6F7" w14:textId="77777777" w:rsidR="007A5E59" w:rsidRDefault="0095198F">
            <w:r>
              <w:t>надз</w:t>
            </w:r>
          </w:p>
        </w:tc>
      </w:tr>
      <w:tr w:rsidR="007A5E59" w14:paraId="511ACF65" w14:textId="77777777">
        <w:trPr>
          <w:jc w:val="center"/>
        </w:trPr>
        <w:tc>
          <w:tcPr>
            <w:tcW w:w="0" w:type="auto"/>
          </w:tcPr>
          <w:p w14:paraId="151B1EE8" w14:textId="77777777" w:rsidR="007A5E59" w:rsidRDefault="0095198F">
            <w:pPr>
              <w:jc w:val="center"/>
            </w:pPr>
            <w:r>
              <w:t>117</w:t>
            </w:r>
          </w:p>
        </w:tc>
        <w:tc>
          <w:tcPr>
            <w:tcW w:w="0" w:type="auto"/>
          </w:tcPr>
          <w:p w14:paraId="4C7D5BA9" w14:textId="77777777" w:rsidR="007A5E59" w:rsidRDefault="0095198F">
            <w:r>
              <w:t>ТК-01-08 – Т-01-08/1</w:t>
            </w:r>
          </w:p>
        </w:tc>
        <w:tc>
          <w:tcPr>
            <w:tcW w:w="0" w:type="auto"/>
          </w:tcPr>
          <w:p w14:paraId="003230C6" w14:textId="77777777" w:rsidR="007A5E59" w:rsidRDefault="0095198F">
            <w:pPr>
              <w:jc w:val="center"/>
            </w:pPr>
            <w:r>
              <w:t>150</w:t>
            </w:r>
          </w:p>
        </w:tc>
        <w:tc>
          <w:tcPr>
            <w:tcW w:w="0" w:type="auto"/>
          </w:tcPr>
          <w:p w14:paraId="2085CF42" w14:textId="77777777" w:rsidR="007A5E59" w:rsidRDefault="0095198F">
            <w:pPr>
              <w:jc w:val="center"/>
            </w:pPr>
            <w:r>
              <w:t>2014</w:t>
            </w:r>
          </w:p>
        </w:tc>
        <w:tc>
          <w:tcPr>
            <w:tcW w:w="0" w:type="auto"/>
          </w:tcPr>
          <w:p w14:paraId="486CDAB7" w14:textId="77777777" w:rsidR="007A5E59" w:rsidRDefault="0095198F">
            <w:pPr>
              <w:jc w:val="center"/>
            </w:pPr>
            <w:r>
              <w:t>22</w:t>
            </w:r>
          </w:p>
        </w:tc>
        <w:tc>
          <w:tcPr>
            <w:tcW w:w="0" w:type="auto"/>
          </w:tcPr>
          <w:p w14:paraId="130F6823" w14:textId="77777777" w:rsidR="007A5E59" w:rsidRDefault="0095198F">
            <w:r>
              <w:t>надз</w:t>
            </w:r>
          </w:p>
        </w:tc>
      </w:tr>
      <w:tr w:rsidR="007A5E59" w14:paraId="2C6ABBAA" w14:textId="77777777">
        <w:trPr>
          <w:jc w:val="center"/>
        </w:trPr>
        <w:tc>
          <w:tcPr>
            <w:tcW w:w="0" w:type="auto"/>
          </w:tcPr>
          <w:p w14:paraId="0C9336E0" w14:textId="77777777" w:rsidR="007A5E59" w:rsidRDefault="0095198F">
            <w:pPr>
              <w:jc w:val="center"/>
            </w:pPr>
            <w:r>
              <w:t>118</w:t>
            </w:r>
          </w:p>
        </w:tc>
        <w:tc>
          <w:tcPr>
            <w:tcW w:w="0" w:type="auto"/>
          </w:tcPr>
          <w:p w14:paraId="06ACF968" w14:textId="77777777" w:rsidR="007A5E59" w:rsidRDefault="0095198F">
            <w:r>
              <w:t>ТК-01-07 – ТК-01-08</w:t>
            </w:r>
          </w:p>
        </w:tc>
        <w:tc>
          <w:tcPr>
            <w:tcW w:w="0" w:type="auto"/>
          </w:tcPr>
          <w:p w14:paraId="34E8CFF1" w14:textId="77777777" w:rsidR="007A5E59" w:rsidRDefault="0095198F">
            <w:pPr>
              <w:jc w:val="center"/>
            </w:pPr>
            <w:r>
              <w:t>200</w:t>
            </w:r>
          </w:p>
        </w:tc>
        <w:tc>
          <w:tcPr>
            <w:tcW w:w="0" w:type="auto"/>
          </w:tcPr>
          <w:p w14:paraId="627E1D20" w14:textId="77777777" w:rsidR="007A5E59" w:rsidRDefault="0095198F">
            <w:pPr>
              <w:jc w:val="center"/>
            </w:pPr>
            <w:r>
              <w:t>2003</w:t>
            </w:r>
          </w:p>
        </w:tc>
        <w:tc>
          <w:tcPr>
            <w:tcW w:w="0" w:type="auto"/>
          </w:tcPr>
          <w:p w14:paraId="1B3046E5" w14:textId="77777777" w:rsidR="007A5E59" w:rsidRDefault="0095198F">
            <w:pPr>
              <w:jc w:val="center"/>
            </w:pPr>
            <w:r>
              <w:t>14</w:t>
            </w:r>
          </w:p>
        </w:tc>
        <w:tc>
          <w:tcPr>
            <w:tcW w:w="0" w:type="auto"/>
          </w:tcPr>
          <w:p w14:paraId="261C72BE" w14:textId="77777777" w:rsidR="007A5E59" w:rsidRDefault="0095198F">
            <w:r>
              <w:t>надз</w:t>
            </w:r>
          </w:p>
        </w:tc>
      </w:tr>
      <w:tr w:rsidR="007A5E59" w14:paraId="117F0FC5" w14:textId="77777777">
        <w:trPr>
          <w:jc w:val="center"/>
        </w:trPr>
        <w:tc>
          <w:tcPr>
            <w:tcW w:w="0" w:type="auto"/>
          </w:tcPr>
          <w:p w14:paraId="15AE3E07" w14:textId="77777777" w:rsidR="007A5E59" w:rsidRDefault="0095198F">
            <w:pPr>
              <w:jc w:val="center"/>
            </w:pPr>
            <w:r>
              <w:t>119</w:t>
            </w:r>
          </w:p>
        </w:tc>
        <w:tc>
          <w:tcPr>
            <w:tcW w:w="0" w:type="auto"/>
          </w:tcPr>
          <w:p w14:paraId="588E6124" w14:textId="77777777" w:rsidR="007A5E59" w:rsidRDefault="0095198F">
            <w:r>
              <w:t>Т-01-06 – ТК-01-07</w:t>
            </w:r>
          </w:p>
        </w:tc>
        <w:tc>
          <w:tcPr>
            <w:tcW w:w="0" w:type="auto"/>
          </w:tcPr>
          <w:p w14:paraId="693190AC" w14:textId="77777777" w:rsidR="007A5E59" w:rsidRDefault="0095198F">
            <w:pPr>
              <w:jc w:val="center"/>
            </w:pPr>
            <w:r>
              <w:t>200</w:t>
            </w:r>
          </w:p>
        </w:tc>
        <w:tc>
          <w:tcPr>
            <w:tcW w:w="0" w:type="auto"/>
          </w:tcPr>
          <w:p w14:paraId="2D87F439" w14:textId="77777777" w:rsidR="007A5E59" w:rsidRDefault="0095198F">
            <w:pPr>
              <w:jc w:val="center"/>
            </w:pPr>
            <w:r>
              <w:t>2014</w:t>
            </w:r>
          </w:p>
        </w:tc>
        <w:tc>
          <w:tcPr>
            <w:tcW w:w="0" w:type="auto"/>
          </w:tcPr>
          <w:p w14:paraId="53B0EB19" w14:textId="77777777" w:rsidR="007A5E59" w:rsidRDefault="0095198F">
            <w:pPr>
              <w:jc w:val="center"/>
            </w:pPr>
            <w:r>
              <w:t>42</w:t>
            </w:r>
          </w:p>
        </w:tc>
        <w:tc>
          <w:tcPr>
            <w:tcW w:w="0" w:type="auto"/>
          </w:tcPr>
          <w:p w14:paraId="4538075B" w14:textId="77777777" w:rsidR="007A5E59" w:rsidRDefault="0095198F">
            <w:r>
              <w:t>надз</w:t>
            </w:r>
          </w:p>
        </w:tc>
      </w:tr>
      <w:tr w:rsidR="007A5E59" w14:paraId="12860A68" w14:textId="77777777">
        <w:trPr>
          <w:jc w:val="center"/>
        </w:trPr>
        <w:tc>
          <w:tcPr>
            <w:tcW w:w="0" w:type="auto"/>
          </w:tcPr>
          <w:p w14:paraId="528CA6A6" w14:textId="77777777" w:rsidR="007A5E59" w:rsidRDefault="0095198F">
            <w:pPr>
              <w:jc w:val="center"/>
            </w:pPr>
            <w:r>
              <w:t>120</w:t>
            </w:r>
          </w:p>
        </w:tc>
        <w:tc>
          <w:tcPr>
            <w:tcW w:w="0" w:type="auto"/>
          </w:tcPr>
          <w:p w14:paraId="78E1FCFA" w14:textId="77777777" w:rsidR="007A5E59" w:rsidRDefault="0095198F">
            <w:r>
              <w:t>Т-01-06 – Кирова 12, 1й ввод</w:t>
            </w:r>
          </w:p>
        </w:tc>
        <w:tc>
          <w:tcPr>
            <w:tcW w:w="0" w:type="auto"/>
          </w:tcPr>
          <w:p w14:paraId="10B2F863" w14:textId="77777777" w:rsidR="007A5E59" w:rsidRDefault="0095198F">
            <w:pPr>
              <w:jc w:val="center"/>
            </w:pPr>
            <w:r>
              <w:t>25</w:t>
            </w:r>
          </w:p>
        </w:tc>
        <w:tc>
          <w:tcPr>
            <w:tcW w:w="0" w:type="auto"/>
          </w:tcPr>
          <w:p w14:paraId="3CEFA14B" w14:textId="77777777" w:rsidR="007A5E59" w:rsidRDefault="0095198F">
            <w:pPr>
              <w:jc w:val="center"/>
            </w:pPr>
            <w:r>
              <w:t>2003</w:t>
            </w:r>
          </w:p>
        </w:tc>
        <w:tc>
          <w:tcPr>
            <w:tcW w:w="0" w:type="auto"/>
          </w:tcPr>
          <w:p w14:paraId="500B7DFB" w14:textId="77777777" w:rsidR="007A5E59" w:rsidRDefault="0095198F">
            <w:pPr>
              <w:jc w:val="center"/>
            </w:pPr>
            <w:r>
              <w:t>4</w:t>
            </w:r>
          </w:p>
        </w:tc>
        <w:tc>
          <w:tcPr>
            <w:tcW w:w="0" w:type="auto"/>
          </w:tcPr>
          <w:p w14:paraId="63ECE7D0" w14:textId="77777777" w:rsidR="007A5E59" w:rsidRDefault="0095198F">
            <w:r>
              <w:t>надз</w:t>
            </w:r>
          </w:p>
        </w:tc>
      </w:tr>
      <w:tr w:rsidR="007A5E59" w14:paraId="24DC132D" w14:textId="77777777">
        <w:trPr>
          <w:jc w:val="center"/>
        </w:trPr>
        <w:tc>
          <w:tcPr>
            <w:tcW w:w="0" w:type="auto"/>
          </w:tcPr>
          <w:p w14:paraId="3B49E437" w14:textId="77777777" w:rsidR="007A5E59" w:rsidRDefault="0095198F">
            <w:pPr>
              <w:jc w:val="center"/>
            </w:pPr>
            <w:r>
              <w:t>121</w:t>
            </w:r>
          </w:p>
        </w:tc>
        <w:tc>
          <w:tcPr>
            <w:tcW w:w="0" w:type="auto"/>
          </w:tcPr>
          <w:p w14:paraId="1CC4E0CF" w14:textId="77777777" w:rsidR="007A5E59" w:rsidRDefault="0095198F">
            <w:r>
              <w:t>ТК-01-06 – Т-01-06</w:t>
            </w:r>
          </w:p>
        </w:tc>
        <w:tc>
          <w:tcPr>
            <w:tcW w:w="0" w:type="auto"/>
          </w:tcPr>
          <w:p w14:paraId="47F11BF9" w14:textId="77777777" w:rsidR="007A5E59" w:rsidRDefault="0095198F">
            <w:pPr>
              <w:jc w:val="center"/>
            </w:pPr>
            <w:r>
              <w:t>200</w:t>
            </w:r>
          </w:p>
        </w:tc>
        <w:tc>
          <w:tcPr>
            <w:tcW w:w="0" w:type="auto"/>
          </w:tcPr>
          <w:p w14:paraId="07CAF0D5" w14:textId="77777777" w:rsidR="007A5E59" w:rsidRDefault="0095198F">
            <w:pPr>
              <w:jc w:val="center"/>
            </w:pPr>
            <w:r>
              <w:t>2014</w:t>
            </w:r>
          </w:p>
        </w:tc>
        <w:tc>
          <w:tcPr>
            <w:tcW w:w="0" w:type="auto"/>
          </w:tcPr>
          <w:p w14:paraId="0F85D8E6" w14:textId="77777777" w:rsidR="007A5E59" w:rsidRDefault="0095198F">
            <w:pPr>
              <w:jc w:val="center"/>
            </w:pPr>
            <w:r>
              <w:t>30</w:t>
            </w:r>
          </w:p>
        </w:tc>
        <w:tc>
          <w:tcPr>
            <w:tcW w:w="0" w:type="auto"/>
          </w:tcPr>
          <w:p w14:paraId="1CDEA7E7" w14:textId="77777777" w:rsidR="007A5E59" w:rsidRDefault="0095198F">
            <w:r>
              <w:t>надз</w:t>
            </w:r>
          </w:p>
        </w:tc>
      </w:tr>
      <w:tr w:rsidR="007A5E59" w14:paraId="44FC6550" w14:textId="77777777">
        <w:trPr>
          <w:jc w:val="center"/>
        </w:trPr>
        <w:tc>
          <w:tcPr>
            <w:tcW w:w="0" w:type="auto"/>
          </w:tcPr>
          <w:p w14:paraId="29D8590D" w14:textId="77777777" w:rsidR="007A5E59" w:rsidRDefault="0095198F">
            <w:pPr>
              <w:jc w:val="center"/>
            </w:pPr>
            <w:r>
              <w:t>122</w:t>
            </w:r>
          </w:p>
        </w:tc>
        <w:tc>
          <w:tcPr>
            <w:tcW w:w="0" w:type="auto"/>
          </w:tcPr>
          <w:p w14:paraId="6BDD07EF" w14:textId="77777777" w:rsidR="007A5E59" w:rsidRDefault="0095198F">
            <w:r>
              <w:t>ТК-01-06 – Кирова 12, 2й ввод</w:t>
            </w:r>
          </w:p>
        </w:tc>
        <w:tc>
          <w:tcPr>
            <w:tcW w:w="0" w:type="auto"/>
          </w:tcPr>
          <w:p w14:paraId="19864F37" w14:textId="77777777" w:rsidR="007A5E59" w:rsidRDefault="0095198F">
            <w:pPr>
              <w:jc w:val="center"/>
            </w:pPr>
            <w:r>
              <w:t>50</w:t>
            </w:r>
          </w:p>
        </w:tc>
        <w:tc>
          <w:tcPr>
            <w:tcW w:w="0" w:type="auto"/>
          </w:tcPr>
          <w:p w14:paraId="5099C054" w14:textId="77777777" w:rsidR="007A5E59" w:rsidRDefault="0095198F">
            <w:pPr>
              <w:jc w:val="center"/>
            </w:pPr>
            <w:r>
              <w:t>2003</w:t>
            </w:r>
          </w:p>
        </w:tc>
        <w:tc>
          <w:tcPr>
            <w:tcW w:w="0" w:type="auto"/>
          </w:tcPr>
          <w:p w14:paraId="35743E11" w14:textId="77777777" w:rsidR="007A5E59" w:rsidRDefault="0095198F">
            <w:pPr>
              <w:jc w:val="center"/>
            </w:pPr>
            <w:r>
              <w:t>7</w:t>
            </w:r>
          </w:p>
        </w:tc>
        <w:tc>
          <w:tcPr>
            <w:tcW w:w="0" w:type="auto"/>
          </w:tcPr>
          <w:p w14:paraId="477DED10" w14:textId="77777777" w:rsidR="007A5E59" w:rsidRDefault="0095198F">
            <w:r>
              <w:t>надз</w:t>
            </w:r>
          </w:p>
        </w:tc>
      </w:tr>
      <w:tr w:rsidR="007A5E59" w14:paraId="69ED6D61" w14:textId="77777777">
        <w:trPr>
          <w:jc w:val="center"/>
        </w:trPr>
        <w:tc>
          <w:tcPr>
            <w:tcW w:w="0" w:type="auto"/>
          </w:tcPr>
          <w:p w14:paraId="21C79A7C" w14:textId="77777777" w:rsidR="007A5E59" w:rsidRDefault="0095198F">
            <w:pPr>
              <w:jc w:val="center"/>
            </w:pPr>
            <w:r>
              <w:t>123</w:t>
            </w:r>
          </w:p>
        </w:tc>
        <w:tc>
          <w:tcPr>
            <w:tcW w:w="0" w:type="auto"/>
          </w:tcPr>
          <w:p w14:paraId="017E5A85" w14:textId="77777777" w:rsidR="007A5E59" w:rsidRDefault="0095198F">
            <w:r>
              <w:t>Т-01-06/01-19 Партсъезда, 4-а</w:t>
            </w:r>
          </w:p>
        </w:tc>
        <w:tc>
          <w:tcPr>
            <w:tcW w:w="0" w:type="auto"/>
          </w:tcPr>
          <w:p w14:paraId="67636121" w14:textId="77777777" w:rsidR="007A5E59" w:rsidRDefault="0095198F">
            <w:pPr>
              <w:jc w:val="center"/>
            </w:pPr>
            <w:r>
              <w:t>100</w:t>
            </w:r>
          </w:p>
        </w:tc>
        <w:tc>
          <w:tcPr>
            <w:tcW w:w="0" w:type="auto"/>
          </w:tcPr>
          <w:p w14:paraId="6A920D66" w14:textId="77777777" w:rsidR="007A5E59" w:rsidRDefault="0095198F">
            <w:pPr>
              <w:jc w:val="center"/>
            </w:pPr>
            <w:r>
              <w:t>2003</w:t>
            </w:r>
          </w:p>
        </w:tc>
        <w:tc>
          <w:tcPr>
            <w:tcW w:w="0" w:type="auto"/>
          </w:tcPr>
          <w:p w14:paraId="0018E244" w14:textId="77777777" w:rsidR="007A5E59" w:rsidRDefault="0095198F">
            <w:pPr>
              <w:jc w:val="center"/>
            </w:pPr>
            <w:r>
              <w:t>32</w:t>
            </w:r>
          </w:p>
        </w:tc>
        <w:tc>
          <w:tcPr>
            <w:tcW w:w="0" w:type="auto"/>
          </w:tcPr>
          <w:p w14:paraId="55AD06DF" w14:textId="77777777" w:rsidR="007A5E59" w:rsidRDefault="0095198F">
            <w:r>
              <w:t>надз</w:t>
            </w:r>
          </w:p>
        </w:tc>
      </w:tr>
      <w:tr w:rsidR="007A5E59" w14:paraId="41242C03" w14:textId="77777777">
        <w:trPr>
          <w:jc w:val="center"/>
        </w:trPr>
        <w:tc>
          <w:tcPr>
            <w:tcW w:w="0" w:type="auto"/>
          </w:tcPr>
          <w:p w14:paraId="548A1DF2" w14:textId="77777777" w:rsidR="007A5E59" w:rsidRDefault="0095198F">
            <w:pPr>
              <w:jc w:val="center"/>
            </w:pPr>
            <w:r>
              <w:t>124</w:t>
            </w:r>
          </w:p>
        </w:tc>
        <w:tc>
          <w:tcPr>
            <w:tcW w:w="0" w:type="auto"/>
          </w:tcPr>
          <w:p w14:paraId="51ABA27B" w14:textId="77777777" w:rsidR="007A5E59" w:rsidRDefault="0095198F">
            <w:r>
              <w:t>Т-01-05 – ТК-01-06</w:t>
            </w:r>
          </w:p>
        </w:tc>
        <w:tc>
          <w:tcPr>
            <w:tcW w:w="0" w:type="auto"/>
          </w:tcPr>
          <w:p w14:paraId="40853328" w14:textId="77777777" w:rsidR="007A5E59" w:rsidRDefault="0095198F">
            <w:pPr>
              <w:jc w:val="center"/>
            </w:pPr>
            <w:r>
              <w:t>200</w:t>
            </w:r>
          </w:p>
        </w:tc>
        <w:tc>
          <w:tcPr>
            <w:tcW w:w="0" w:type="auto"/>
          </w:tcPr>
          <w:p w14:paraId="510863A4" w14:textId="77777777" w:rsidR="007A5E59" w:rsidRDefault="0095198F">
            <w:pPr>
              <w:jc w:val="center"/>
            </w:pPr>
            <w:r>
              <w:t>2003</w:t>
            </w:r>
          </w:p>
        </w:tc>
        <w:tc>
          <w:tcPr>
            <w:tcW w:w="0" w:type="auto"/>
          </w:tcPr>
          <w:p w14:paraId="49E369D0" w14:textId="77777777" w:rsidR="007A5E59" w:rsidRDefault="0095198F">
            <w:pPr>
              <w:jc w:val="center"/>
            </w:pPr>
            <w:r>
              <w:t>29</w:t>
            </w:r>
          </w:p>
        </w:tc>
        <w:tc>
          <w:tcPr>
            <w:tcW w:w="0" w:type="auto"/>
          </w:tcPr>
          <w:p w14:paraId="345F253C" w14:textId="77777777" w:rsidR="007A5E59" w:rsidRDefault="0095198F">
            <w:r>
              <w:t>надз</w:t>
            </w:r>
          </w:p>
        </w:tc>
      </w:tr>
      <w:tr w:rsidR="007A5E59" w14:paraId="4F706727" w14:textId="77777777">
        <w:trPr>
          <w:jc w:val="center"/>
        </w:trPr>
        <w:tc>
          <w:tcPr>
            <w:tcW w:w="0" w:type="auto"/>
          </w:tcPr>
          <w:p w14:paraId="23B9584B" w14:textId="77777777" w:rsidR="007A5E59" w:rsidRDefault="0095198F">
            <w:pPr>
              <w:jc w:val="center"/>
            </w:pPr>
            <w:r>
              <w:t>125</w:t>
            </w:r>
          </w:p>
        </w:tc>
        <w:tc>
          <w:tcPr>
            <w:tcW w:w="0" w:type="auto"/>
          </w:tcPr>
          <w:p w14:paraId="187CE9A0" w14:textId="77777777" w:rsidR="007A5E59" w:rsidRDefault="0095198F">
            <w:r>
              <w:t>Т-01-05 – Кирова 10 ввод 2</w:t>
            </w:r>
          </w:p>
        </w:tc>
        <w:tc>
          <w:tcPr>
            <w:tcW w:w="0" w:type="auto"/>
          </w:tcPr>
          <w:p w14:paraId="0B1B5155" w14:textId="77777777" w:rsidR="007A5E59" w:rsidRDefault="0095198F">
            <w:pPr>
              <w:jc w:val="center"/>
            </w:pPr>
            <w:r>
              <w:t>25</w:t>
            </w:r>
          </w:p>
        </w:tc>
        <w:tc>
          <w:tcPr>
            <w:tcW w:w="0" w:type="auto"/>
          </w:tcPr>
          <w:p w14:paraId="320BD1D1" w14:textId="77777777" w:rsidR="007A5E59" w:rsidRDefault="0095198F">
            <w:pPr>
              <w:jc w:val="center"/>
            </w:pPr>
            <w:r>
              <w:t>2014</w:t>
            </w:r>
          </w:p>
        </w:tc>
        <w:tc>
          <w:tcPr>
            <w:tcW w:w="0" w:type="auto"/>
          </w:tcPr>
          <w:p w14:paraId="0A7D11A6" w14:textId="77777777" w:rsidR="007A5E59" w:rsidRDefault="0095198F">
            <w:pPr>
              <w:jc w:val="center"/>
            </w:pPr>
            <w:r>
              <w:t>7</w:t>
            </w:r>
          </w:p>
        </w:tc>
        <w:tc>
          <w:tcPr>
            <w:tcW w:w="0" w:type="auto"/>
          </w:tcPr>
          <w:p w14:paraId="7B1AD528" w14:textId="77777777" w:rsidR="007A5E59" w:rsidRDefault="0095198F">
            <w:r>
              <w:t>надз</w:t>
            </w:r>
          </w:p>
        </w:tc>
      </w:tr>
      <w:tr w:rsidR="007A5E59" w14:paraId="02EC6B87" w14:textId="77777777">
        <w:trPr>
          <w:jc w:val="center"/>
        </w:trPr>
        <w:tc>
          <w:tcPr>
            <w:tcW w:w="0" w:type="auto"/>
          </w:tcPr>
          <w:p w14:paraId="26321451" w14:textId="77777777" w:rsidR="007A5E59" w:rsidRDefault="0095198F">
            <w:pPr>
              <w:jc w:val="center"/>
            </w:pPr>
            <w:r>
              <w:t>126</w:t>
            </w:r>
          </w:p>
        </w:tc>
        <w:tc>
          <w:tcPr>
            <w:tcW w:w="0" w:type="auto"/>
          </w:tcPr>
          <w:p w14:paraId="6A423666" w14:textId="77777777" w:rsidR="007A5E59" w:rsidRDefault="0095198F">
            <w:r>
              <w:t>ТК-01-05 – Т-01-05/1</w:t>
            </w:r>
          </w:p>
        </w:tc>
        <w:tc>
          <w:tcPr>
            <w:tcW w:w="0" w:type="auto"/>
          </w:tcPr>
          <w:p w14:paraId="092DD222" w14:textId="77777777" w:rsidR="007A5E59" w:rsidRDefault="0095198F">
            <w:pPr>
              <w:jc w:val="center"/>
            </w:pPr>
            <w:r>
              <w:t>200</w:t>
            </w:r>
          </w:p>
        </w:tc>
        <w:tc>
          <w:tcPr>
            <w:tcW w:w="0" w:type="auto"/>
          </w:tcPr>
          <w:p w14:paraId="3DE3051E" w14:textId="77777777" w:rsidR="007A5E59" w:rsidRDefault="0095198F">
            <w:pPr>
              <w:jc w:val="center"/>
            </w:pPr>
            <w:r>
              <w:t>2003</w:t>
            </w:r>
          </w:p>
        </w:tc>
        <w:tc>
          <w:tcPr>
            <w:tcW w:w="0" w:type="auto"/>
          </w:tcPr>
          <w:p w14:paraId="49483487" w14:textId="77777777" w:rsidR="007A5E59" w:rsidRDefault="0095198F">
            <w:pPr>
              <w:jc w:val="center"/>
            </w:pPr>
            <w:r>
              <w:t>10</w:t>
            </w:r>
          </w:p>
        </w:tc>
        <w:tc>
          <w:tcPr>
            <w:tcW w:w="0" w:type="auto"/>
          </w:tcPr>
          <w:p w14:paraId="7213F6B5" w14:textId="77777777" w:rsidR="007A5E59" w:rsidRDefault="0095198F">
            <w:r>
              <w:t>надз</w:t>
            </w:r>
          </w:p>
        </w:tc>
      </w:tr>
      <w:tr w:rsidR="007A5E59" w14:paraId="169BF8DC" w14:textId="77777777">
        <w:trPr>
          <w:jc w:val="center"/>
        </w:trPr>
        <w:tc>
          <w:tcPr>
            <w:tcW w:w="0" w:type="auto"/>
          </w:tcPr>
          <w:p w14:paraId="42E5D191" w14:textId="77777777" w:rsidR="007A5E59" w:rsidRDefault="0095198F">
            <w:pPr>
              <w:jc w:val="center"/>
            </w:pPr>
            <w:r>
              <w:t>127</w:t>
            </w:r>
          </w:p>
        </w:tc>
        <w:tc>
          <w:tcPr>
            <w:tcW w:w="0" w:type="auto"/>
          </w:tcPr>
          <w:p w14:paraId="05A57203" w14:textId="77777777" w:rsidR="007A5E59" w:rsidRDefault="0095198F">
            <w:r>
              <w:t>Т-01-05/1- ТК-01-05</w:t>
            </w:r>
          </w:p>
        </w:tc>
        <w:tc>
          <w:tcPr>
            <w:tcW w:w="0" w:type="auto"/>
          </w:tcPr>
          <w:p w14:paraId="37138866" w14:textId="77777777" w:rsidR="007A5E59" w:rsidRDefault="0095198F">
            <w:pPr>
              <w:jc w:val="center"/>
            </w:pPr>
            <w:r>
              <w:t>200</w:t>
            </w:r>
          </w:p>
        </w:tc>
        <w:tc>
          <w:tcPr>
            <w:tcW w:w="0" w:type="auto"/>
          </w:tcPr>
          <w:p w14:paraId="03648A73" w14:textId="77777777" w:rsidR="007A5E59" w:rsidRDefault="0095198F">
            <w:pPr>
              <w:jc w:val="center"/>
            </w:pPr>
            <w:r>
              <w:t>2003</w:t>
            </w:r>
          </w:p>
        </w:tc>
        <w:tc>
          <w:tcPr>
            <w:tcW w:w="0" w:type="auto"/>
          </w:tcPr>
          <w:p w14:paraId="432005A4" w14:textId="77777777" w:rsidR="007A5E59" w:rsidRDefault="0095198F">
            <w:pPr>
              <w:jc w:val="center"/>
            </w:pPr>
            <w:r>
              <w:t>10</w:t>
            </w:r>
          </w:p>
        </w:tc>
        <w:tc>
          <w:tcPr>
            <w:tcW w:w="0" w:type="auto"/>
          </w:tcPr>
          <w:p w14:paraId="3E853055" w14:textId="77777777" w:rsidR="007A5E59" w:rsidRDefault="0095198F">
            <w:r>
              <w:t>надз</w:t>
            </w:r>
          </w:p>
        </w:tc>
      </w:tr>
      <w:tr w:rsidR="007A5E59" w14:paraId="4D085F82" w14:textId="77777777">
        <w:trPr>
          <w:jc w:val="center"/>
        </w:trPr>
        <w:tc>
          <w:tcPr>
            <w:tcW w:w="0" w:type="auto"/>
          </w:tcPr>
          <w:p w14:paraId="78A6CA70" w14:textId="77777777" w:rsidR="007A5E59" w:rsidRDefault="0095198F">
            <w:pPr>
              <w:jc w:val="center"/>
            </w:pPr>
            <w:r>
              <w:t>128</w:t>
            </w:r>
          </w:p>
        </w:tc>
        <w:tc>
          <w:tcPr>
            <w:tcW w:w="0" w:type="auto"/>
          </w:tcPr>
          <w:p w14:paraId="31B12592" w14:textId="77777777" w:rsidR="007A5E59" w:rsidRDefault="0095198F">
            <w:r>
              <w:t>Т-01-04/1 – Т-01-05/1</w:t>
            </w:r>
          </w:p>
        </w:tc>
        <w:tc>
          <w:tcPr>
            <w:tcW w:w="0" w:type="auto"/>
          </w:tcPr>
          <w:p w14:paraId="73FB27AE" w14:textId="77777777" w:rsidR="007A5E59" w:rsidRDefault="0095198F">
            <w:pPr>
              <w:jc w:val="center"/>
            </w:pPr>
            <w:r>
              <w:t>200</w:t>
            </w:r>
          </w:p>
        </w:tc>
        <w:tc>
          <w:tcPr>
            <w:tcW w:w="0" w:type="auto"/>
          </w:tcPr>
          <w:p w14:paraId="052E2FA8" w14:textId="77777777" w:rsidR="007A5E59" w:rsidRDefault="0095198F">
            <w:pPr>
              <w:jc w:val="center"/>
            </w:pPr>
            <w:r>
              <w:t>2014</w:t>
            </w:r>
          </w:p>
        </w:tc>
        <w:tc>
          <w:tcPr>
            <w:tcW w:w="0" w:type="auto"/>
          </w:tcPr>
          <w:p w14:paraId="57E6F3CE" w14:textId="77777777" w:rsidR="007A5E59" w:rsidRDefault="0095198F">
            <w:pPr>
              <w:jc w:val="center"/>
            </w:pPr>
            <w:r>
              <w:t>51</w:t>
            </w:r>
          </w:p>
        </w:tc>
        <w:tc>
          <w:tcPr>
            <w:tcW w:w="0" w:type="auto"/>
          </w:tcPr>
          <w:p w14:paraId="52241361" w14:textId="77777777" w:rsidR="007A5E59" w:rsidRDefault="0095198F">
            <w:r>
              <w:t>надз</w:t>
            </w:r>
          </w:p>
        </w:tc>
      </w:tr>
      <w:tr w:rsidR="007A5E59" w14:paraId="4246E6D1" w14:textId="77777777">
        <w:trPr>
          <w:jc w:val="center"/>
        </w:trPr>
        <w:tc>
          <w:tcPr>
            <w:tcW w:w="0" w:type="auto"/>
          </w:tcPr>
          <w:p w14:paraId="5544CDF3" w14:textId="77777777" w:rsidR="007A5E59" w:rsidRDefault="0095198F">
            <w:pPr>
              <w:jc w:val="center"/>
            </w:pPr>
            <w:r>
              <w:t>129</w:t>
            </w:r>
          </w:p>
        </w:tc>
        <w:tc>
          <w:tcPr>
            <w:tcW w:w="0" w:type="auto"/>
          </w:tcPr>
          <w:p w14:paraId="4B9DC74E" w14:textId="77777777" w:rsidR="007A5E59" w:rsidRDefault="0095198F">
            <w:r>
              <w:t>ТК-01-04 – Т-01-04/1</w:t>
            </w:r>
          </w:p>
        </w:tc>
        <w:tc>
          <w:tcPr>
            <w:tcW w:w="0" w:type="auto"/>
          </w:tcPr>
          <w:p w14:paraId="7EF3E7FA" w14:textId="77777777" w:rsidR="007A5E59" w:rsidRDefault="0095198F">
            <w:pPr>
              <w:jc w:val="center"/>
            </w:pPr>
            <w:r>
              <w:t>200</w:t>
            </w:r>
          </w:p>
        </w:tc>
        <w:tc>
          <w:tcPr>
            <w:tcW w:w="0" w:type="auto"/>
          </w:tcPr>
          <w:p w14:paraId="6E17708E" w14:textId="77777777" w:rsidR="007A5E59" w:rsidRDefault="0095198F">
            <w:pPr>
              <w:jc w:val="center"/>
            </w:pPr>
            <w:r>
              <w:t>2003</w:t>
            </w:r>
          </w:p>
        </w:tc>
        <w:tc>
          <w:tcPr>
            <w:tcW w:w="0" w:type="auto"/>
          </w:tcPr>
          <w:p w14:paraId="1445F8D7" w14:textId="77777777" w:rsidR="007A5E59" w:rsidRDefault="0095198F">
            <w:pPr>
              <w:jc w:val="center"/>
            </w:pPr>
            <w:r>
              <w:t>45</w:t>
            </w:r>
          </w:p>
        </w:tc>
        <w:tc>
          <w:tcPr>
            <w:tcW w:w="0" w:type="auto"/>
          </w:tcPr>
          <w:p w14:paraId="5B681051" w14:textId="77777777" w:rsidR="007A5E59" w:rsidRDefault="0095198F">
            <w:r>
              <w:t>надз</w:t>
            </w:r>
          </w:p>
        </w:tc>
      </w:tr>
      <w:tr w:rsidR="007A5E59" w14:paraId="63695345" w14:textId="77777777">
        <w:trPr>
          <w:jc w:val="center"/>
        </w:trPr>
        <w:tc>
          <w:tcPr>
            <w:tcW w:w="0" w:type="auto"/>
          </w:tcPr>
          <w:p w14:paraId="3511AF47" w14:textId="77777777" w:rsidR="007A5E59" w:rsidRDefault="0095198F">
            <w:pPr>
              <w:jc w:val="center"/>
            </w:pPr>
            <w:r>
              <w:t>130</w:t>
            </w:r>
          </w:p>
        </w:tc>
        <w:tc>
          <w:tcPr>
            <w:tcW w:w="0" w:type="auto"/>
          </w:tcPr>
          <w:p w14:paraId="027DF7FC" w14:textId="77777777" w:rsidR="007A5E59" w:rsidRDefault="0095198F">
            <w:r>
              <w:t>ТК-01-02 – Кирова, 2</w:t>
            </w:r>
          </w:p>
        </w:tc>
        <w:tc>
          <w:tcPr>
            <w:tcW w:w="0" w:type="auto"/>
          </w:tcPr>
          <w:p w14:paraId="359F3313" w14:textId="77777777" w:rsidR="007A5E59" w:rsidRDefault="0095198F">
            <w:pPr>
              <w:jc w:val="center"/>
            </w:pPr>
            <w:r>
              <w:t>80</w:t>
            </w:r>
          </w:p>
        </w:tc>
        <w:tc>
          <w:tcPr>
            <w:tcW w:w="0" w:type="auto"/>
          </w:tcPr>
          <w:p w14:paraId="3777200B" w14:textId="77777777" w:rsidR="007A5E59" w:rsidRDefault="0095198F">
            <w:pPr>
              <w:jc w:val="center"/>
            </w:pPr>
            <w:r>
              <w:t>1958</w:t>
            </w:r>
          </w:p>
        </w:tc>
        <w:tc>
          <w:tcPr>
            <w:tcW w:w="0" w:type="auto"/>
          </w:tcPr>
          <w:p w14:paraId="7015230E" w14:textId="77777777" w:rsidR="007A5E59" w:rsidRDefault="0095198F">
            <w:pPr>
              <w:jc w:val="center"/>
            </w:pPr>
            <w:r>
              <w:t>50</w:t>
            </w:r>
          </w:p>
        </w:tc>
        <w:tc>
          <w:tcPr>
            <w:tcW w:w="0" w:type="auto"/>
          </w:tcPr>
          <w:p w14:paraId="75EEC0DA" w14:textId="77777777" w:rsidR="007A5E59" w:rsidRDefault="0095198F">
            <w:r>
              <w:t>надз</w:t>
            </w:r>
          </w:p>
        </w:tc>
      </w:tr>
      <w:tr w:rsidR="007A5E59" w14:paraId="2417B5B1" w14:textId="77777777">
        <w:trPr>
          <w:jc w:val="center"/>
        </w:trPr>
        <w:tc>
          <w:tcPr>
            <w:tcW w:w="0" w:type="auto"/>
          </w:tcPr>
          <w:p w14:paraId="5AAC6371" w14:textId="77777777" w:rsidR="007A5E59" w:rsidRDefault="0095198F">
            <w:pPr>
              <w:jc w:val="center"/>
            </w:pPr>
            <w:r>
              <w:t>131</w:t>
            </w:r>
          </w:p>
        </w:tc>
        <w:tc>
          <w:tcPr>
            <w:tcW w:w="0" w:type="auto"/>
          </w:tcPr>
          <w:p w14:paraId="226FDD0A" w14:textId="77777777" w:rsidR="007A5E59" w:rsidRDefault="0095198F">
            <w:r>
              <w:t>Т-01-01/2 – Т-01-03/3</w:t>
            </w:r>
          </w:p>
        </w:tc>
        <w:tc>
          <w:tcPr>
            <w:tcW w:w="0" w:type="auto"/>
          </w:tcPr>
          <w:p w14:paraId="387F8D31" w14:textId="77777777" w:rsidR="007A5E59" w:rsidRDefault="0095198F">
            <w:pPr>
              <w:jc w:val="center"/>
            </w:pPr>
            <w:r>
              <w:t>300</w:t>
            </w:r>
          </w:p>
        </w:tc>
        <w:tc>
          <w:tcPr>
            <w:tcW w:w="0" w:type="auto"/>
          </w:tcPr>
          <w:p w14:paraId="1058725C" w14:textId="77777777" w:rsidR="007A5E59" w:rsidRDefault="0095198F">
            <w:pPr>
              <w:jc w:val="center"/>
            </w:pPr>
            <w:r>
              <w:t>1957</w:t>
            </w:r>
          </w:p>
        </w:tc>
        <w:tc>
          <w:tcPr>
            <w:tcW w:w="0" w:type="auto"/>
          </w:tcPr>
          <w:p w14:paraId="2C27F9EE" w14:textId="77777777" w:rsidR="007A5E59" w:rsidRDefault="0095198F">
            <w:pPr>
              <w:jc w:val="center"/>
            </w:pPr>
            <w:r>
              <w:t>32</w:t>
            </w:r>
          </w:p>
        </w:tc>
        <w:tc>
          <w:tcPr>
            <w:tcW w:w="0" w:type="auto"/>
          </w:tcPr>
          <w:p w14:paraId="14ABF661" w14:textId="77777777" w:rsidR="007A5E59" w:rsidRDefault="0095198F">
            <w:r>
              <w:t>надз</w:t>
            </w:r>
          </w:p>
        </w:tc>
      </w:tr>
      <w:tr w:rsidR="007A5E59" w14:paraId="512983BC" w14:textId="77777777">
        <w:trPr>
          <w:jc w:val="center"/>
        </w:trPr>
        <w:tc>
          <w:tcPr>
            <w:tcW w:w="0" w:type="auto"/>
          </w:tcPr>
          <w:p w14:paraId="3CA20198" w14:textId="77777777" w:rsidR="007A5E59" w:rsidRDefault="0095198F">
            <w:pPr>
              <w:jc w:val="center"/>
            </w:pPr>
            <w:r>
              <w:t>132</w:t>
            </w:r>
          </w:p>
        </w:tc>
        <w:tc>
          <w:tcPr>
            <w:tcW w:w="0" w:type="auto"/>
          </w:tcPr>
          <w:p w14:paraId="2E240A33" w14:textId="77777777" w:rsidR="007A5E59" w:rsidRDefault="0095198F">
            <w:r>
              <w:t>Т-01-01/2 – Белазные боксы</w:t>
            </w:r>
          </w:p>
        </w:tc>
        <w:tc>
          <w:tcPr>
            <w:tcW w:w="0" w:type="auto"/>
          </w:tcPr>
          <w:p w14:paraId="37A8022C" w14:textId="77777777" w:rsidR="007A5E59" w:rsidRDefault="0095198F">
            <w:pPr>
              <w:jc w:val="center"/>
            </w:pPr>
            <w:r>
              <w:t>40</w:t>
            </w:r>
          </w:p>
        </w:tc>
        <w:tc>
          <w:tcPr>
            <w:tcW w:w="0" w:type="auto"/>
          </w:tcPr>
          <w:p w14:paraId="43681BF0" w14:textId="77777777" w:rsidR="007A5E59" w:rsidRDefault="0095198F">
            <w:pPr>
              <w:jc w:val="center"/>
            </w:pPr>
            <w:r>
              <w:t>1967</w:t>
            </w:r>
          </w:p>
        </w:tc>
        <w:tc>
          <w:tcPr>
            <w:tcW w:w="0" w:type="auto"/>
          </w:tcPr>
          <w:p w14:paraId="0C04AABF" w14:textId="77777777" w:rsidR="007A5E59" w:rsidRDefault="0095198F">
            <w:pPr>
              <w:jc w:val="center"/>
            </w:pPr>
            <w:r>
              <w:t>15</w:t>
            </w:r>
          </w:p>
        </w:tc>
        <w:tc>
          <w:tcPr>
            <w:tcW w:w="0" w:type="auto"/>
          </w:tcPr>
          <w:p w14:paraId="2A170BB9" w14:textId="77777777" w:rsidR="007A5E59" w:rsidRDefault="0095198F">
            <w:r>
              <w:t>надз</w:t>
            </w:r>
          </w:p>
        </w:tc>
      </w:tr>
      <w:tr w:rsidR="007A5E59" w14:paraId="47B8D814" w14:textId="77777777">
        <w:trPr>
          <w:jc w:val="center"/>
        </w:trPr>
        <w:tc>
          <w:tcPr>
            <w:tcW w:w="0" w:type="auto"/>
          </w:tcPr>
          <w:p w14:paraId="40AFA0BC" w14:textId="77777777" w:rsidR="007A5E59" w:rsidRDefault="0095198F">
            <w:pPr>
              <w:jc w:val="center"/>
            </w:pPr>
            <w:r>
              <w:t>133</w:t>
            </w:r>
          </w:p>
        </w:tc>
        <w:tc>
          <w:tcPr>
            <w:tcW w:w="0" w:type="auto"/>
          </w:tcPr>
          <w:p w14:paraId="2CB6132E" w14:textId="77777777" w:rsidR="007A5E59" w:rsidRDefault="0095198F">
            <w:r>
              <w:t>ТК-01-01а- Т-01-01/2</w:t>
            </w:r>
          </w:p>
        </w:tc>
        <w:tc>
          <w:tcPr>
            <w:tcW w:w="0" w:type="auto"/>
          </w:tcPr>
          <w:p w14:paraId="600A9F1B" w14:textId="77777777" w:rsidR="007A5E59" w:rsidRDefault="0095198F">
            <w:pPr>
              <w:jc w:val="center"/>
            </w:pPr>
            <w:r>
              <w:t>300</w:t>
            </w:r>
          </w:p>
        </w:tc>
        <w:tc>
          <w:tcPr>
            <w:tcW w:w="0" w:type="auto"/>
          </w:tcPr>
          <w:p w14:paraId="1286AF05" w14:textId="77777777" w:rsidR="007A5E59" w:rsidRDefault="0095198F">
            <w:pPr>
              <w:jc w:val="center"/>
            </w:pPr>
            <w:r>
              <w:t>1957</w:t>
            </w:r>
          </w:p>
        </w:tc>
        <w:tc>
          <w:tcPr>
            <w:tcW w:w="0" w:type="auto"/>
          </w:tcPr>
          <w:p w14:paraId="53F50EFC" w14:textId="77777777" w:rsidR="007A5E59" w:rsidRDefault="0095198F">
            <w:pPr>
              <w:jc w:val="center"/>
            </w:pPr>
            <w:r>
              <w:t>76</w:t>
            </w:r>
          </w:p>
        </w:tc>
        <w:tc>
          <w:tcPr>
            <w:tcW w:w="0" w:type="auto"/>
          </w:tcPr>
          <w:p w14:paraId="7B4CADEA" w14:textId="77777777" w:rsidR="007A5E59" w:rsidRDefault="0095198F">
            <w:r>
              <w:t>надз</w:t>
            </w:r>
          </w:p>
        </w:tc>
      </w:tr>
      <w:tr w:rsidR="007A5E59" w14:paraId="13A5569A" w14:textId="77777777">
        <w:trPr>
          <w:jc w:val="center"/>
        </w:trPr>
        <w:tc>
          <w:tcPr>
            <w:tcW w:w="0" w:type="auto"/>
          </w:tcPr>
          <w:p w14:paraId="19464AAA" w14:textId="77777777" w:rsidR="007A5E59" w:rsidRDefault="0095198F">
            <w:pPr>
              <w:jc w:val="center"/>
            </w:pPr>
            <w:r>
              <w:t>134</w:t>
            </w:r>
          </w:p>
        </w:tc>
        <w:tc>
          <w:tcPr>
            <w:tcW w:w="0" w:type="auto"/>
          </w:tcPr>
          <w:p w14:paraId="38AB159A" w14:textId="77777777" w:rsidR="007A5E59" w:rsidRDefault="0095198F">
            <w:r>
              <w:t>Т-01-01- ТК-01-01/а</w:t>
            </w:r>
          </w:p>
        </w:tc>
        <w:tc>
          <w:tcPr>
            <w:tcW w:w="0" w:type="auto"/>
          </w:tcPr>
          <w:p w14:paraId="1668977B" w14:textId="77777777" w:rsidR="007A5E59" w:rsidRDefault="0095198F">
            <w:pPr>
              <w:jc w:val="center"/>
            </w:pPr>
            <w:r>
              <w:t>250</w:t>
            </w:r>
          </w:p>
        </w:tc>
        <w:tc>
          <w:tcPr>
            <w:tcW w:w="0" w:type="auto"/>
          </w:tcPr>
          <w:p w14:paraId="4587F7B1" w14:textId="77777777" w:rsidR="007A5E59" w:rsidRDefault="0095198F">
            <w:pPr>
              <w:jc w:val="center"/>
            </w:pPr>
            <w:r>
              <w:t>1957</w:t>
            </w:r>
          </w:p>
        </w:tc>
        <w:tc>
          <w:tcPr>
            <w:tcW w:w="0" w:type="auto"/>
          </w:tcPr>
          <w:p w14:paraId="0C360903" w14:textId="77777777" w:rsidR="007A5E59" w:rsidRDefault="0095198F">
            <w:pPr>
              <w:jc w:val="center"/>
            </w:pPr>
            <w:r>
              <w:t>80</w:t>
            </w:r>
          </w:p>
        </w:tc>
        <w:tc>
          <w:tcPr>
            <w:tcW w:w="0" w:type="auto"/>
          </w:tcPr>
          <w:p w14:paraId="1004650D" w14:textId="77777777" w:rsidR="007A5E59" w:rsidRDefault="0095198F">
            <w:r>
              <w:t>надз</w:t>
            </w:r>
          </w:p>
        </w:tc>
      </w:tr>
      <w:tr w:rsidR="007A5E59" w14:paraId="686BAA47" w14:textId="77777777">
        <w:trPr>
          <w:jc w:val="center"/>
        </w:trPr>
        <w:tc>
          <w:tcPr>
            <w:tcW w:w="0" w:type="auto"/>
          </w:tcPr>
          <w:p w14:paraId="48F8123C" w14:textId="77777777" w:rsidR="007A5E59" w:rsidRDefault="0095198F">
            <w:pPr>
              <w:jc w:val="center"/>
            </w:pPr>
            <w:r>
              <w:t>135</w:t>
            </w:r>
          </w:p>
        </w:tc>
        <w:tc>
          <w:tcPr>
            <w:tcW w:w="0" w:type="auto"/>
          </w:tcPr>
          <w:p w14:paraId="6FE05BCA" w14:textId="77777777" w:rsidR="007A5E59" w:rsidRDefault="0095198F">
            <w:r>
              <w:t>Т-01-01/1 – мойка</w:t>
            </w:r>
          </w:p>
        </w:tc>
        <w:tc>
          <w:tcPr>
            <w:tcW w:w="0" w:type="auto"/>
          </w:tcPr>
          <w:p w14:paraId="0D2E45FA" w14:textId="77777777" w:rsidR="007A5E59" w:rsidRDefault="0095198F">
            <w:pPr>
              <w:jc w:val="center"/>
            </w:pPr>
            <w:r>
              <w:t>25</w:t>
            </w:r>
          </w:p>
        </w:tc>
        <w:tc>
          <w:tcPr>
            <w:tcW w:w="0" w:type="auto"/>
          </w:tcPr>
          <w:p w14:paraId="433F4962" w14:textId="77777777" w:rsidR="007A5E59" w:rsidRDefault="0095198F">
            <w:pPr>
              <w:jc w:val="center"/>
            </w:pPr>
            <w:r>
              <w:t>2014</w:t>
            </w:r>
          </w:p>
        </w:tc>
        <w:tc>
          <w:tcPr>
            <w:tcW w:w="0" w:type="auto"/>
          </w:tcPr>
          <w:p w14:paraId="6DEF0BF7" w14:textId="77777777" w:rsidR="007A5E59" w:rsidRDefault="0095198F">
            <w:pPr>
              <w:jc w:val="center"/>
            </w:pPr>
            <w:r>
              <w:t>2</w:t>
            </w:r>
          </w:p>
        </w:tc>
        <w:tc>
          <w:tcPr>
            <w:tcW w:w="0" w:type="auto"/>
          </w:tcPr>
          <w:p w14:paraId="06AAFAFF" w14:textId="77777777" w:rsidR="007A5E59" w:rsidRDefault="0095198F">
            <w:r>
              <w:t>надз</w:t>
            </w:r>
          </w:p>
        </w:tc>
      </w:tr>
      <w:tr w:rsidR="007A5E59" w14:paraId="14C0CB17" w14:textId="77777777">
        <w:trPr>
          <w:jc w:val="center"/>
        </w:trPr>
        <w:tc>
          <w:tcPr>
            <w:tcW w:w="0" w:type="auto"/>
          </w:tcPr>
          <w:p w14:paraId="057054FE" w14:textId="77777777" w:rsidR="007A5E59" w:rsidRDefault="0095198F">
            <w:pPr>
              <w:jc w:val="center"/>
            </w:pPr>
            <w:r>
              <w:t>136</w:t>
            </w:r>
          </w:p>
        </w:tc>
        <w:tc>
          <w:tcPr>
            <w:tcW w:w="0" w:type="auto"/>
          </w:tcPr>
          <w:p w14:paraId="417936AA" w14:textId="77777777" w:rsidR="007A5E59" w:rsidRDefault="0095198F">
            <w:r>
              <w:t>Т-01-01/1- АБК новое</w:t>
            </w:r>
          </w:p>
        </w:tc>
        <w:tc>
          <w:tcPr>
            <w:tcW w:w="0" w:type="auto"/>
          </w:tcPr>
          <w:p w14:paraId="6232FFE8" w14:textId="77777777" w:rsidR="007A5E59" w:rsidRDefault="0095198F">
            <w:pPr>
              <w:jc w:val="center"/>
            </w:pPr>
            <w:r>
              <w:t>40</w:t>
            </w:r>
          </w:p>
        </w:tc>
        <w:tc>
          <w:tcPr>
            <w:tcW w:w="0" w:type="auto"/>
          </w:tcPr>
          <w:p w14:paraId="5990538D" w14:textId="77777777" w:rsidR="007A5E59" w:rsidRDefault="0095198F">
            <w:pPr>
              <w:jc w:val="center"/>
            </w:pPr>
            <w:r>
              <w:t>2014</w:t>
            </w:r>
          </w:p>
        </w:tc>
        <w:tc>
          <w:tcPr>
            <w:tcW w:w="0" w:type="auto"/>
          </w:tcPr>
          <w:p w14:paraId="10E2341F" w14:textId="77777777" w:rsidR="007A5E59" w:rsidRDefault="0095198F">
            <w:pPr>
              <w:jc w:val="center"/>
            </w:pPr>
            <w:r>
              <w:t>30</w:t>
            </w:r>
          </w:p>
        </w:tc>
        <w:tc>
          <w:tcPr>
            <w:tcW w:w="0" w:type="auto"/>
          </w:tcPr>
          <w:p w14:paraId="50F65251" w14:textId="77777777" w:rsidR="007A5E59" w:rsidRDefault="0095198F">
            <w:r>
              <w:t>надз</w:t>
            </w:r>
          </w:p>
        </w:tc>
      </w:tr>
      <w:tr w:rsidR="007A5E59" w14:paraId="76F0AF27" w14:textId="77777777">
        <w:trPr>
          <w:jc w:val="center"/>
        </w:trPr>
        <w:tc>
          <w:tcPr>
            <w:tcW w:w="0" w:type="auto"/>
          </w:tcPr>
          <w:p w14:paraId="433BE6C8" w14:textId="77777777" w:rsidR="007A5E59" w:rsidRDefault="0095198F">
            <w:pPr>
              <w:jc w:val="center"/>
            </w:pPr>
            <w:r>
              <w:t>137</w:t>
            </w:r>
          </w:p>
        </w:tc>
        <w:tc>
          <w:tcPr>
            <w:tcW w:w="0" w:type="auto"/>
          </w:tcPr>
          <w:p w14:paraId="6C114DB0" w14:textId="77777777" w:rsidR="007A5E59" w:rsidRDefault="0095198F">
            <w:r>
              <w:t>ТК-01-01/1 – ТК-01-01/2</w:t>
            </w:r>
          </w:p>
        </w:tc>
        <w:tc>
          <w:tcPr>
            <w:tcW w:w="0" w:type="auto"/>
          </w:tcPr>
          <w:p w14:paraId="6EDE3A44" w14:textId="77777777" w:rsidR="007A5E59" w:rsidRDefault="0095198F">
            <w:pPr>
              <w:jc w:val="center"/>
            </w:pPr>
            <w:r>
              <w:t>65</w:t>
            </w:r>
          </w:p>
        </w:tc>
        <w:tc>
          <w:tcPr>
            <w:tcW w:w="0" w:type="auto"/>
          </w:tcPr>
          <w:p w14:paraId="5E6E411B" w14:textId="77777777" w:rsidR="007A5E59" w:rsidRDefault="0095198F">
            <w:pPr>
              <w:jc w:val="center"/>
            </w:pPr>
            <w:r>
              <w:t>2014</w:t>
            </w:r>
          </w:p>
        </w:tc>
        <w:tc>
          <w:tcPr>
            <w:tcW w:w="0" w:type="auto"/>
          </w:tcPr>
          <w:p w14:paraId="46C49322" w14:textId="77777777" w:rsidR="007A5E59" w:rsidRDefault="0095198F">
            <w:pPr>
              <w:jc w:val="center"/>
            </w:pPr>
            <w:r>
              <w:t>113</w:t>
            </w:r>
          </w:p>
        </w:tc>
        <w:tc>
          <w:tcPr>
            <w:tcW w:w="0" w:type="auto"/>
          </w:tcPr>
          <w:p w14:paraId="7E4D4F85" w14:textId="77777777" w:rsidR="007A5E59" w:rsidRDefault="0095198F">
            <w:r>
              <w:t>надз</w:t>
            </w:r>
          </w:p>
        </w:tc>
      </w:tr>
      <w:tr w:rsidR="007A5E59" w14:paraId="0DA56B63" w14:textId="77777777">
        <w:trPr>
          <w:jc w:val="center"/>
        </w:trPr>
        <w:tc>
          <w:tcPr>
            <w:tcW w:w="0" w:type="auto"/>
          </w:tcPr>
          <w:p w14:paraId="0A7C6588" w14:textId="77777777" w:rsidR="007A5E59" w:rsidRDefault="0095198F">
            <w:pPr>
              <w:jc w:val="center"/>
            </w:pPr>
            <w:r>
              <w:t>138</w:t>
            </w:r>
          </w:p>
        </w:tc>
        <w:tc>
          <w:tcPr>
            <w:tcW w:w="0" w:type="auto"/>
          </w:tcPr>
          <w:p w14:paraId="614FB758" w14:textId="77777777" w:rsidR="007A5E59" w:rsidRDefault="0095198F">
            <w:r>
              <w:t>ТК-01-01/1 – УПК-1</w:t>
            </w:r>
          </w:p>
        </w:tc>
        <w:tc>
          <w:tcPr>
            <w:tcW w:w="0" w:type="auto"/>
          </w:tcPr>
          <w:p w14:paraId="4A3999DD" w14:textId="77777777" w:rsidR="007A5E59" w:rsidRDefault="0095198F">
            <w:pPr>
              <w:jc w:val="center"/>
            </w:pPr>
            <w:r>
              <w:t>100</w:t>
            </w:r>
          </w:p>
        </w:tc>
        <w:tc>
          <w:tcPr>
            <w:tcW w:w="0" w:type="auto"/>
          </w:tcPr>
          <w:p w14:paraId="1ED08688" w14:textId="77777777" w:rsidR="007A5E59" w:rsidRDefault="0095198F">
            <w:pPr>
              <w:jc w:val="center"/>
            </w:pPr>
            <w:r>
              <w:t>2003</w:t>
            </w:r>
          </w:p>
        </w:tc>
        <w:tc>
          <w:tcPr>
            <w:tcW w:w="0" w:type="auto"/>
          </w:tcPr>
          <w:p w14:paraId="40C5E1AE" w14:textId="77777777" w:rsidR="007A5E59" w:rsidRDefault="0095198F">
            <w:pPr>
              <w:jc w:val="center"/>
            </w:pPr>
            <w:r>
              <w:t>56</w:t>
            </w:r>
          </w:p>
        </w:tc>
        <w:tc>
          <w:tcPr>
            <w:tcW w:w="0" w:type="auto"/>
          </w:tcPr>
          <w:p w14:paraId="026F94A0" w14:textId="77777777" w:rsidR="007A5E59" w:rsidRDefault="0095198F">
            <w:r>
              <w:t>надз</w:t>
            </w:r>
          </w:p>
        </w:tc>
      </w:tr>
    </w:tbl>
    <w:p w14:paraId="1E155D5B" w14:textId="77777777" w:rsidR="007A5E59" w:rsidRDefault="007A5E59"/>
    <w:p w14:paraId="34AB32DE" w14:textId="77777777" w:rsidR="007A5E59" w:rsidRPr="00312815" w:rsidRDefault="0095198F">
      <w:pPr>
        <w:rPr>
          <w:lang w:val="ru-RU"/>
        </w:rPr>
      </w:pPr>
      <w:r w:rsidRPr="00312815">
        <w:rPr>
          <w:b/>
          <w:lang w:val="ru-RU"/>
        </w:rPr>
        <w:t>Таблица П4.7. Характеристики участков тепловых сетей — Производственно-отопительная УПК № 7 Каз (пгт Каз)</w:t>
      </w:r>
    </w:p>
    <w:tbl>
      <w:tblPr>
        <w:tblStyle w:val="aff0"/>
        <w:tblW w:w="5000" w:type="pct"/>
        <w:jc w:val="center"/>
        <w:tblCellMar>
          <w:left w:w="57" w:type="dxa"/>
          <w:right w:w="57" w:type="dxa"/>
        </w:tblCellMar>
        <w:tblLook w:val="04A0" w:firstRow="1" w:lastRow="0" w:firstColumn="1" w:lastColumn="0" w:noHBand="0" w:noVBand="1"/>
      </w:tblPr>
      <w:tblGrid>
        <w:gridCol w:w="474"/>
        <w:gridCol w:w="2962"/>
        <w:gridCol w:w="679"/>
        <w:gridCol w:w="1074"/>
        <w:gridCol w:w="2233"/>
        <w:gridCol w:w="1923"/>
      </w:tblGrid>
      <w:tr w:rsidR="007A5E59" w14:paraId="560150E1" w14:textId="77777777">
        <w:trPr>
          <w:cantSplit/>
          <w:tblHeader/>
          <w:jc w:val="center"/>
        </w:trPr>
        <w:tc>
          <w:tcPr>
            <w:tcW w:w="0" w:type="auto"/>
            <w:shd w:val="clear" w:color="auto" w:fill="E2F0D9"/>
            <w:vAlign w:val="center"/>
          </w:tcPr>
          <w:p w14:paraId="26CB3B14" w14:textId="77777777" w:rsidR="007A5E59" w:rsidRDefault="0095198F">
            <w:pPr>
              <w:jc w:val="center"/>
            </w:pPr>
            <w:r>
              <w:rPr>
                <w:b/>
              </w:rPr>
              <w:t>№</w:t>
            </w:r>
          </w:p>
        </w:tc>
        <w:tc>
          <w:tcPr>
            <w:tcW w:w="0" w:type="auto"/>
            <w:shd w:val="clear" w:color="auto" w:fill="E2F0D9"/>
            <w:vAlign w:val="center"/>
          </w:tcPr>
          <w:p w14:paraId="5DA62C3B" w14:textId="77777777" w:rsidR="007A5E59" w:rsidRDefault="0095198F">
            <w:pPr>
              <w:jc w:val="center"/>
            </w:pPr>
            <w:r>
              <w:rPr>
                <w:b/>
              </w:rPr>
              <w:t>Участок сети</w:t>
            </w:r>
          </w:p>
        </w:tc>
        <w:tc>
          <w:tcPr>
            <w:tcW w:w="0" w:type="auto"/>
            <w:shd w:val="clear" w:color="auto" w:fill="E2F0D9"/>
            <w:vAlign w:val="center"/>
          </w:tcPr>
          <w:p w14:paraId="4AFBB597" w14:textId="77777777" w:rsidR="007A5E59" w:rsidRDefault="0095198F">
            <w:pPr>
              <w:jc w:val="center"/>
            </w:pPr>
            <w:r>
              <w:rPr>
                <w:b/>
              </w:rPr>
              <w:t>Ø, мм</w:t>
            </w:r>
          </w:p>
        </w:tc>
        <w:tc>
          <w:tcPr>
            <w:tcW w:w="0" w:type="auto"/>
            <w:shd w:val="clear" w:color="auto" w:fill="E2F0D9"/>
            <w:vAlign w:val="center"/>
          </w:tcPr>
          <w:p w14:paraId="357239BF" w14:textId="77777777" w:rsidR="007A5E59" w:rsidRDefault="0095198F">
            <w:pPr>
              <w:jc w:val="center"/>
            </w:pPr>
            <w:r>
              <w:rPr>
                <w:b/>
              </w:rPr>
              <w:t>Год ввода</w:t>
            </w:r>
          </w:p>
        </w:tc>
        <w:tc>
          <w:tcPr>
            <w:tcW w:w="0" w:type="auto"/>
            <w:shd w:val="clear" w:color="auto" w:fill="E2F0D9"/>
            <w:vAlign w:val="center"/>
          </w:tcPr>
          <w:p w14:paraId="7A1E30B2" w14:textId="77777777" w:rsidR="007A5E59" w:rsidRPr="00312815" w:rsidRDefault="0095198F">
            <w:pPr>
              <w:jc w:val="center"/>
              <w:rPr>
                <w:lang w:val="ru-RU"/>
              </w:rPr>
            </w:pPr>
            <w:r w:rsidRPr="00312815">
              <w:rPr>
                <w:b/>
                <w:lang w:val="ru-RU"/>
              </w:rPr>
              <w:t>Длина по оси трассы, м</w:t>
            </w:r>
          </w:p>
        </w:tc>
        <w:tc>
          <w:tcPr>
            <w:tcW w:w="0" w:type="auto"/>
            <w:shd w:val="clear" w:color="auto" w:fill="E2F0D9"/>
            <w:vAlign w:val="center"/>
          </w:tcPr>
          <w:p w14:paraId="733F1479" w14:textId="77777777" w:rsidR="007A5E59" w:rsidRDefault="0095198F">
            <w:pPr>
              <w:jc w:val="center"/>
            </w:pPr>
            <w:r>
              <w:rPr>
                <w:b/>
              </w:rPr>
              <w:t>Способ прокладки</w:t>
            </w:r>
          </w:p>
        </w:tc>
      </w:tr>
      <w:tr w:rsidR="007A5E59" w14:paraId="337CEBFA" w14:textId="77777777">
        <w:trPr>
          <w:jc w:val="center"/>
        </w:trPr>
        <w:tc>
          <w:tcPr>
            <w:tcW w:w="0" w:type="auto"/>
          </w:tcPr>
          <w:p w14:paraId="0B88A960" w14:textId="77777777" w:rsidR="007A5E59" w:rsidRDefault="0095198F">
            <w:pPr>
              <w:jc w:val="center"/>
            </w:pPr>
            <w:r>
              <w:t>1</w:t>
            </w:r>
          </w:p>
        </w:tc>
        <w:tc>
          <w:tcPr>
            <w:tcW w:w="0" w:type="auto"/>
          </w:tcPr>
          <w:p w14:paraId="14D66EFE" w14:textId="77777777" w:rsidR="007A5E59" w:rsidRDefault="0095198F">
            <w:r>
              <w:t>Котельная – отв.ДОФ</w:t>
            </w:r>
          </w:p>
        </w:tc>
        <w:tc>
          <w:tcPr>
            <w:tcW w:w="0" w:type="auto"/>
          </w:tcPr>
          <w:p w14:paraId="016CB2B6" w14:textId="77777777" w:rsidR="007A5E59" w:rsidRDefault="0095198F">
            <w:pPr>
              <w:jc w:val="center"/>
            </w:pPr>
            <w:r>
              <w:t>250</w:t>
            </w:r>
          </w:p>
        </w:tc>
        <w:tc>
          <w:tcPr>
            <w:tcW w:w="0" w:type="auto"/>
          </w:tcPr>
          <w:p w14:paraId="42109894" w14:textId="77777777" w:rsidR="007A5E59" w:rsidRDefault="0095198F">
            <w:pPr>
              <w:jc w:val="center"/>
            </w:pPr>
            <w:r>
              <w:t>1985</w:t>
            </w:r>
          </w:p>
        </w:tc>
        <w:tc>
          <w:tcPr>
            <w:tcW w:w="0" w:type="auto"/>
          </w:tcPr>
          <w:p w14:paraId="11BA42E8" w14:textId="77777777" w:rsidR="007A5E59" w:rsidRDefault="0095198F">
            <w:pPr>
              <w:jc w:val="center"/>
            </w:pPr>
            <w:r>
              <w:t>80</w:t>
            </w:r>
          </w:p>
        </w:tc>
        <w:tc>
          <w:tcPr>
            <w:tcW w:w="0" w:type="auto"/>
          </w:tcPr>
          <w:p w14:paraId="31A574C1" w14:textId="77777777" w:rsidR="007A5E59" w:rsidRDefault="0095198F">
            <w:r>
              <w:t>надз</w:t>
            </w:r>
          </w:p>
        </w:tc>
      </w:tr>
      <w:tr w:rsidR="007A5E59" w14:paraId="1B55378D" w14:textId="77777777">
        <w:trPr>
          <w:jc w:val="center"/>
        </w:trPr>
        <w:tc>
          <w:tcPr>
            <w:tcW w:w="0" w:type="auto"/>
          </w:tcPr>
          <w:p w14:paraId="5A75A3D2" w14:textId="77777777" w:rsidR="007A5E59" w:rsidRDefault="0095198F">
            <w:pPr>
              <w:jc w:val="center"/>
            </w:pPr>
            <w:r>
              <w:t>2</w:t>
            </w:r>
          </w:p>
        </w:tc>
        <w:tc>
          <w:tcPr>
            <w:tcW w:w="0" w:type="auto"/>
          </w:tcPr>
          <w:p w14:paraId="6E1A8C7F" w14:textId="77777777" w:rsidR="007A5E59" w:rsidRDefault="0095198F">
            <w:r>
              <w:t>Отв. ДОФ – шахта</w:t>
            </w:r>
          </w:p>
        </w:tc>
        <w:tc>
          <w:tcPr>
            <w:tcW w:w="0" w:type="auto"/>
          </w:tcPr>
          <w:p w14:paraId="0B8CE2D8" w14:textId="77777777" w:rsidR="007A5E59" w:rsidRDefault="0095198F">
            <w:pPr>
              <w:jc w:val="center"/>
            </w:pPr>
            <w:r>
              <w:t>250</w:t>
            </w:r>
          </w:p>
        </w:tc>
        <w:tc>
          <w:tcPr>
            <w:tcW w:w="0" w:type="auto"/>
          </w:tcPr>
          <w:p w14:paraId="36E731F1" w14:textId="77777777" w:rsidR="007A5E59" w:rsidRDefault="0095198F">
            <w:pPr>
              <w:jc w:val="center"/>
            </w:pPr>
            <w:r>
              <w:t>1985</w:t>
            </w:r>
          </w:p>
        </w:tc>
        <w:tc>
          <w:tcPr>
            <w:tcW w:w="0" w:type="auto"/>
          </w:tcPr>
          <w:p w14:paraId="5E73AA3D" w14:textId="77777777" w:rsidR="007A5E59" w:rsidRDefault="0095198F">
            <w:pPr>
              <w:jc w:val="center"/>
            </w:pPr>
            <w:r>
              <w:t>2 862</w:t>
            </w:r>
          </w:p>
        </w:tc>
        <w:tc>
          <w:tcPr>
            <w:tcW w:w="0" w:type="auto"/>
          </w:tcPr>
          <w:p w14:paraId="1656CF23" w14:textId="77777777" w:rsidR="007A5E59" w:rsidRDefault="0095198F">
            <w:r>
              <w:t>надз</w:t>
            </w:r>
          </w:p>
        </w:tc>
      </w:tr>
      <w:tr w:rsidR="007A5E59" w14:paraId="25E6D796" w14:textId="77777777">
        <w:trPr>
          <w:jc w:val="center"/>
        </w:trPr>
        <w:tc>
          <w:tcPr>
            <w:tcW w:w="0" w:type="auto"/>
          </w:tcPr>
          <w:p w14:paraId="2F40DACA" w14:textId="77777777" w:rsidR="007A5E59" w:rsidRDefault="0095198F">
            <w:pPr>
              <w:jc w:val="center"/>
            </w:pPr>
            <w:r>
              <w:t>3</w:t>
            </w:r>
          </w:p>
        </w:tc>
        <w:tc>
          <w:tcPr>
            <w:tcW w:w="0" w:type="auto"/>
          </w:tcPr>
          <w:p w14:paraId="6616448F" w14:textId="77777777" w:rsidR="007A5E59" w:rsidRDefault="0095198F">
            <w:r>
              <w:t>Горноспасательная, 1а</w:t>
            </w:r>
          </w:p>
        </w:tc>
        <w:tc>
          <w:tcPr>
            <w:tcW w:w="0" w:type="auto"/>
          </w:tcPr>
          <w:p w14:paraId="7F50FF3B" w14:textId="77777777" w:rsidR="007A5E59" w:rsidRDefault="0095198F">
            <w:pPr>
              <w:jc w:val="center"/>
            </w:pPr>
            <w:r>
              <w:t>50</w:t>
            </w:r>
          </w:p>
        </w:tc>
        <w:tc>
          <w:tcPr>
            <w:tcW w:w="0" w:type="auto"/>
          </w:tcPr>
          <w:p w14:paraId="615C801B" w14:textId="77777777" w:rsidR="007A5E59" w:rsidRDefault="0095198F">
            <w:pPr>
              <w:jc w:val="center"/>
            </w:pPr>
            <w:r>
              <w:t>1985</w:t>
            </w:r>
          </w:p>
        </w:tc>
        <w:tc>
          <w:tcPr>
            <w:tcW w:w="0" w:type="auto"/>
          </w:tcPr>
          <w:p w14:paraId="34AB6772" w14:textId="77777777" w:rsidR="007A5E59" w:rsidRDefault="0095198F">
            <w:pPr>
              <w:jc w:val="center"/>
            </w:pPr>
            <w:r>
              <w:t>160</w:t>
            </w:r>
          </w:p>
        </w:tc>
        <w:tc>
          <w:tcPr>
            <w:tcW w:w="0" w:type="auto"/>
          </w:tcPr>
          <w:p w14:paraId="2EAC5FE0" w14:textId="77777777" w:rsidR="007A5E59" w:rsidRDefault="0095198F">
            <w:r>
              <w:t>надз</w:t>
            </w:r>
          </w:p>
        </w:tc>
      </w:tr>
      <w:tr w:rsidR="007A5E59" w14:paraId="1766B225" w14:textId="77777777">
        <w:trPr>
          <w:jc w:val="center"/>
        </w:trPr>
        <w:tc>
          <w:tcPr>
            <w:tcW w:w="0" w:type="auto"/>
          </w:tcPr>
          <w:p w14:paraId="23E96CB6" w14:textId="77777777" w:rsidR="007A5E59" w:rsidRDefault="0095198F">
            <w:pPr>
              <w:jc w:val="center"/>
            </w:pPr>
            <w:r>
              <w:t>4</w:t>
            </w:r>
          </w:p>
        </w:tc>
        <w:tc>
          <w:tcPr>
            <w:tcW w:w="0" w:type="auto"/>
          </w:tcPr>
          <w:p w14:paraId="4CFC4614" w14:textId="77777777" w:rsidR="007A5E59" w:rsidRDefault="0095198F">
            <w:r>
              <w:t>Горноспасательная, 1</w:t>
            </w:r>
          </w:p>
        </w:tc>
        <w:tc>
          <w:tcPr>
            <w:tcW w:w="0" w:type="auto"/>
          </w:tcPr>
          <w:p w14:paraId="05193D71" w14:textId="77777777" w:rsidR="007A5E59" w:rsidRDefault="0095198F">
            <w:pPr>
              <w:jc w:val="center"/>
            </w:pPr>
            <w:r>
              <w:t>65</w:t>
            </w:r>
          </w:p>
        </w:tc>
        <w:tc>
          <w:tcPr>
            <w:tcW w:w="0" w:type="auto"/>
          </w:tcPr>
          <w:p w14:paraId="3456D92A" w14:textId="77777777" w:rsidR="007A5E59" w:rsidRDefault="0095198F">
            <w:pPr>
              <w:jc w:val="center"/>
            </w:pPr>
            <w:r>
              <w:t>1985</w:t>
            </w:r>
          </w:p>
        </w:tc>
        <w:tc>
          <w:tcPr>
            <w:tcW w:w="0" w:type="auto"/>
          </w:tcPr>
          <w:p w14:paraId="02D5F42E" w14:textId="77777777" w:rsidR="007A5E59" w:rsidRDefault="0095198F">
            <w:pPr>
              <w:jc w:val="center"/>
            </w:pPr>
            <w:r>
              <w:t>90</w:t>
            </w:r>
          </w:p>
        </w:tc>
        <w:tc>
          <w:tcPr>
            <w:tcW w:w="0" w:type="auto"/>
          </w:tcPr>
          <w:p w14:paraId="65054CF8" w14:textId="77777777" w:rsidR="007A5E59" w:rsidRDefault="0095198F">
            <w:r>
              <w:t>надз</w:t>
            </w:r>
          </w:p>
        </w:tc>
      </w:tr>
      <w:tr w:rsidR="007A5E59" w14:paraId="08F9A0D3" w14:textId="77777777">
        <w:trPr>
          <w:jc w:val="center"/>
        </w:trPr>
        <w:tc>
          <w:tcPr>
            <w:tcW w:w="0" w:type="auto"/>
          </w:tcPr>
          <w:p w14:paraId="59CCFD12" w14:textId="77777777" w:rsidR="007A5E59" w:rsidRDefault="0095198F">
            <w:pPr>
              <w:jc w:val="center"/>
            </w:pPr>
            <w:r>
              <w:t>5</w:t>
            </w:r>
          </w:p>
        </w:tc>
        <w:tc>
          <w:tcPr>
            <w:tcW w:w="0" w:type="auto"/>
          </w:tcPr>
          <w:p w14:paraId="28158E42" w14:textId="77777777" w:rsidR="007A5E59" w:rsidRDefault="0095198F">
            <w:r>
              <w:t>Горноспасательная, 2а</w:t>
            </w:r>
          </w:p>
        </w:tc>
        <w:tc>
          <w:tcPr>
            <w:tcW w:w="0" w:type="auto"/>
          </w:tcPr>
          <w:p w14:paraId="5DFF30F9" w14:textId="77777777" w:rsidR="007A5E59" w:rsidRDefault="0095198F">
            <w:pPr>
              <w:jc w:val="center"/>
            </w:pPr>
            <w:r>
              <w:t>65</w:t>
            </w:r>
          </w:p>
        </w:tc>
        <w:tc>
          <w:tcPr>
            <w:tcW w:w="0" w:type="auto"/>
          </w:tcPr>
          <w:p w14:paraId="2206A6BC" w14:textId="77777777" w:rsidR="007A5E59" w:rsidRDefault="0095198F">
            <w:pPr>
              <w:jc w:val="center"/>
            </w:pPr>
            <w:r>
              <w:t>1985</w:t>
            </w:r>
          </w:p>
        </w:tc>
        <w:tc>
          <w:tcPr>
            <w:tcW w:w="0" w:type="auto"/>
          </w:tcPr>
          <w:p w14:paraId="743751CF" w14:textId="77777777" w:rsidR="007A5E59" w:rsidRDefault="0095198F">
            <w:pPr>
              <w:jc w:val="center"/>
            </w:pPr>
            <w:r>
              <w:t>120</w:t>
            </w:r>
          </w:p>
        </w:tc>
        <w:tc>
          <w:tcPr>
            <w:tcW w:w="0" w:type="auto"/>
          </w:tcPr>
          <w:p w14:paraId="094A7866" w14:textId="77777777" w:rsidR="007A5E59" w:rsidRDefault="0095198F">
            <w:r>
              <w:t>надз</w:t>
            </w:r>
          </w:p>
        </w:tc>
      </w:tr>
      <w:tr w:rsidR="007A5E59" w14:paraId="43EAF352" w14:textId="77777777">
        <w:trPr>
          <w:jc w:val="center"/>
        </w:trPr>
        <w:tc>
          <w:tcPr>
            <w:tcW w:w="0" w:type="auto"/>
          </w:tcPr>
          <w:p w14:paraId="6B9B61DE" w14:textId="77777777" w:rsidR="007A5E59" w:rsidRDefault="0095198F">
            <w:pPr>
              <w:jc w:val="center"/>
            </w:pPr>
            <w:r>
              <w:t>6</w:t>
            </w:r>
          </w:p>
        </w:tc>
        <w:tc>
          <w:tcPr>
            <w:tcW w:w="0" w:type="auto"/>
          </w:tcPr>
          <w:p w14:paraId="430669B9" w14:textId="77777777" w:rsidR="007A5E59" w:rsidRDefault="0095198F">
            <w:r>
              <w:t>ТК-3-8 – ТК-3-17</w:t>
            </w:r>
          </w:p>
        </w:tc>
        <w:tc>
          <w:tcPr>
            <w:tcW w:w="0" w:type="auto"/>
          </w:tcPr>
          <w:p w14:paraId="6812C395" w14:textId="77777777" w:rsidR="007A5E59" w:rsidRDefault="0095198F">
            <w:pPr>
              <w:jc w:val="center"/>
            </w:pPr>
            <w:r>
              <w:t>250</w:t>
            </w:r>
          </w:p>
        </w:tc>
        <w:tc>
          <w:tcPr>
            <w:tcW w:w="0" w:type="auto"/>
          </w:tcPr>
          <w:p w14:paraId="32E6221E" w14:textId="77777777" w:rsidR="007A5E59" w:rsidRDefault="0095198F">
            <w:pPr>
              <w:jc w:val="center"/>
            </w:pPr>
            <w:r>
              <w:t>1985</w:t>
            </w:r>
          </w:p>
        </w:tc>
        <w:tc>
          <w:tcPr>
            <w:tcW w:w="0" w:type="auto"/>
          </w:tcPr>
          <w:p w14:paraId="41B79D75" w14:textId="77777777" w:rsidR="007A5E59" w:rsidRDefault="0095198F">
            <w:pPr>
              <w:jc w:val="center"/>
            </w:pPr>
            <w:r>
              <w:t>20</w:t>
            </w:r>
          </w:p>
        </w:tc>
        <w:tc>
          <w:tcPr>
            <w:tcW w:w="0" w:type="auto"/>
          </w:tcPr>
          <w:p w14:paraId="3C207310" w14:textId="77777777" w:rsidR="007A5E59" w:rsidRDefault="0095198F">
            <w:r>
              <w:t>канал.</w:t>
            </w:r>
          </w:p>
        </w:tc>
      </w:tr>
      <w:tr w:rsidR="007A5E59" w14:paraId="5FF8FBF1" w14:textId="77777777">
        <w:trPr>
          <w:jc w:val="center"/>
        </w:trPr>
        <w:tc>
          <w:tcPr>
            <w:tcW w:w="0" w:type="auto"/>
          </w:tcPr>
          <w:p w14:paraId="278567B5" w14:textId="77777777" w:rsidR="007A5E59" w:rsidRDefault="0095198F">
            <w:pPr>
              <w:jc w:val="center"/>
            </w:pPr>
            <w:r>
              <w:t>7</w:t>
            </w:r>
          </w:p>
        </w:tc>
        <w:tc>
          <w:tcPr>
            <w:tcW w:w="0" w:type="auto"/>
          </w:tcPr>
          <w:p w14:paraId="43E85934" w14:textId="77777777" w:rsidR="007A5E59" w:rsidRDefault="0095198F">
            <w:r>
              <w:t>ТК-3-16- ТК-3-21/7</w:t>
            </w:r>
          </w:p>
        </w:tc>
        <w:tc>
          <w:tcPr>
            <w:tcW w:w="0" w:type="auto"/>
          </w:tcPr>
          <w:p w14:paraId="43B3008C" w14:textId="77777777" w:rsidR="007A5E59" w:rsidRDefault="0095198F">
            <w:pPr>
              <w:jc w:val="center"/>
            </w:pPr>
            <w:r>
              <w:t>150</w:t>
            </w:r>
          </w:p>
        </w:tc>
        <w:tc>
          <w:tcPr>
            <w:tcW w:w="0" w:type="auto"/>
          </w:tcPr>
          <w:p w14:paraId="4528E0D6" w14:textId="77777777" w:rsidR="007A5E59" w:rsidRDefault="0095198F">
            <w:pPr>
              <w:jc w:val="center"/>
            </w:pPr>
            <w:r>
              <w:t>1985</w:t>
            </w:r>
          </w:p>
        </w:tc>
        <w:tc>
          <w:tcPr>
            <w:tcW w:w="0" w:type="auto"/>
          </w:tcPr>
          <w:p w14:paraId="4C4653BF" w14:textId="77777777" w:rsidR="007A5E59" w:rsidRDefault="0095198F">
            <w:pPr>
              <w:jc w:val="center"/>
            </w:pPr>
            <w:r>
              <w:t>143</w:t>
            </w:r>
          </w:p>
        </w:tc>
        <w:tc>
          <w:tcPr>
            <w:tcW w:w="0" w:type="auto"/>
          </w:tcPr>
          <w:p w14:paraId="4107B6B4" w14:textId="77777777" w:rsidR="007A5E59" w:rsidRDefault="0095198F">
            <w:r>
              <w:t>канал.</w:t>
            </w:r>
          </w:p>
        </w:tc>
      </w:tr>
      <w:tr w:rsidR="007A5E59" w14:paraId="0A0EC441" w14:textId="77777777">
        <w:trPr>
          <w:jc w:val="center"/>
        </w:trPr>
        <w:tc>
          <w:tcPr>
            <w:tcW w:w="0" w:type="auto"/>
          </w:tcPr>
          <w:p w14:paraId="6DE6439C" w14:textId="77777777" w:rsidR="007A5E59" w:rsidRDefault="0095198F">
            <w:pPr>
              <w:jc w:val="center"/>
            </w:pPr>
            <w:r>
              <w:t>8</w:t>
            </w:r>
          </w:p>
        </w:tc>
        <w:tc>
          <w:tcPr>
            <w:tcW w:w="0" w:type="auto"/>
          </w:tcPr>
          <w:p w14:paraId="35BCA990" w14:textId="77777777" w:rsidR="007A5E59" w:rsidRDefault="0095198F">
            <w:r>
              <w:t>ТК-3-2 – Зеленая, 17,79,21</w:t>
            </w:r>
          </w:p>
        </w:tc>
        <w:tc>
          <w:tcPr>
            <w:tcW w:w="0" w:type="auto"/>
          </w:tcPr>
          <w:p w14:paraId="21C1D6C0" w14:textId="77777777" w:rsidR="007A5E59" w:rsidRDefault="0095198F">
            <w:pPr>
              <w:jc w:val="center"/>
            </w:pPr>
            <w:r>
              <w:t>40</w:t>
            </w:r>
          </w:p>
        </w:tc>
        <w:tc>
          <w:tcPr>
            <w:tcW w:w="0" w:type="auto"/>
          </w:tcPr>
          <w:p w14:paraId="24584AA2" w14:textId="77777777" w:rsidR="007A5E59" w:rsidRDefault="0095198F">
            <w:pPr>
              <w:jc w:val="center"/>
            </w:pPr>
            <w:r>
              <w:t>1985</w:t>
            </w:r>
          </w:p>
        </w:tc>
        <w:tc>
          <w:tcPr>
            <w:tcW w:w="0" w:type="auto"/>
          </w:tcPr>
          <w:p w14:paraId="6A33FC3F" w14:textId="77777777" w:rsidR="007A5E59" w:rsidRDefault="0095198F">
            <w:pPr>
              <w:jc w:val="center"/>
            </w:pPr>
            <w:r>
              <w:t>11</w:t>
            </w:r>
          </w:p>
        </w:tc>
        <w:tc>
          <w:tcPr>
            <w:tcW w:w="0" w:type="auto"/>
          </w:tcPr>
          <w:p w14:paraId="6760DD18" w14:textId="77777777" w:rsidR="007A5E59" w:rsidRDefault="0095198F">
            <w:r>
              <w:t>канал.</w:t>
            </w:r>
          </w:p>
        </w:tc>
      </w:tr>
      <w:tr w:rsidR="007A5E59" w14:paraId="7141E395" w14:textId="77777777">
        <w:trPr>
          <w:jc w:val="center"/>
        </w:trPr>
        <w:tc>
          <w:tcPr>
            <w:tcW w:w="0" w:type="auto"/>
          </w:tcPr>
          <w:p w14:paraId="738B9F9E" w14:textId="77777777" w:rsidR="007A5E59" w:rsidRDefault="0095198F">
            <w:pPr>
              <w:jc w:val="center"/>
            </w:pPr>
            <w:r>
              <w:t>9</w:t>
            </w:r>
          </w:p>
        </w:tc>
        <w:tc>
          <w:tcPr>
            <w:tcW w:w="0" w:type="auto"/>
          </w:tcPr>
          <w:p w14:paraId="4E775E78" w14:textId="77777777" w:rsidR="007A5E59" w:rsidRDefault="0095198F">
            <w:r>
              <w:t>ТК-3-3 – Зеленая, 15</w:t>
            </w:r>
          </w:p>
        </w:tc>
        <w:tc>
          <w:tcPr>
            <w:tcW w:w="0" w:type="auto"/>
          </w:tcPr>
          <w:p w14:paraId="546FF4FD" w14:textId="77777777" w:rsidR="007A5E59" w:rsidRDefault="0095198F">
            <w:pPr>
              <w:jc w:val="center"/>
            </w:pPr>
            <w:r>
              <w:t>25</w:t>
            </w:r>
          </w:p>
        </w:tc>
        <w:tc>
          <w:tcPr>
            <w:tcW w:w="0" w:type="auto"/>
          </w:tcPr>
          <w:p w14:paraId="66166E1E" w14:textId="77777777" w:rsidR="007A5E59" w:rsidRDefault="0095198F">
            <w:pPr>
              <w:jc w:val="center"/>
            </w:pPr>
            <w:r>
              <w:t>1985</w:t>
            </w:r>
          </w:p>
        </w:tc>
        <w:tc>
          <w:tcPr>
            <w:tcW w:w="0" w:type="auto"/>
          </w:tcPr>
          <w:p w14:paraId="058B576F" w14:textId="77777777" w:rsidR="007A5E59" w:rsidRDefault="0095198F">
            <w:pPr>
              <w:jc w:val="center"/>
            </w:pPr>
            <w:r>
              <w:t>8</w:t>
            </w:r>
          </w:p>
        </w:tc>
        <w:tc>
          <w:tcPr>
            <w:tcW w:w="0" w:type="auto"/>
          </w:tcPr>
          <w:p w14:paraId="4DA5EB54" w14:textId="77777777" w:rsidR="007A5E59" w:rsidRDefault="0095198F">
            <w:r>
              <w:t>канал.</w:t>
            </w:r>
          </w:p>
        </w:tc>
      </w:tr>
      <w:tr w:rsidR="007A5E59" w14:paraId="5E5BA62F" w14:textId="77777777">
        <w:trPr>
          <w:jc w:val="center"/>
        </w:trPr>
        <w:tc>
          <w:tcPr>
            <w:tcW w:w="0" w:type="auto"/>
          </w:tcPr>
          <w:p w14:paraId="07C4C4D1" w14:textId="77777777" w:rsidR="007A5E59" w:rsidRDefault="0095198F">
            <w:pPr>
              <w:jc w:val="center"/>
            </w:pPr>
            <w:r>
              <w:t>10</w:t>
            </w:r>
          </w:p>
        </w:tc>
        <w:tc>
          <w:tcPr>
            <w:tcW w:w="0" w:type="auto"/>
          </w:tcPr>
          <w:p w14:paraId="22BF38CE" w14:textId="77777777" w:rsidR="007A5E59" w:rsidRDefault="0095198F">
            <w:r>
              <w:t>ТК-3-4 – Зеленая, 13</w:t>
            </w:r>
          </w:p>
        </w:tc>
        <w:tc>
          <w:tcPr>
            <w:tcW w:w="0" w:type="auto"/>
          </w:tcPr>
          <w:p w14:paraId="1CF2F720" w14:textId="77777777" w:rsidR="007A5E59" w:rsidRDefault="0095198F">
            <w:pPr>
              <w:jc w:val="center"/>
            </w:pPr>
            <w:r>
              <w:t>25</w:t>
            </w:r>
          </w:p>
        </w:tc>
        <w:tc>
          <w:tcPr>
            <w:tcW w:w="0" w:type="auto"/>
          </w:tcPr>
          <w:p w14:paraId="2FFF5A9F" w14:textId="77777777" w:rsidR="007A5E59" w:rsidRDefault="0095198F">
            <w:pPr>
              <w:jc w:val="center"/>
            </w:pPr>
            <w:r>
              <w:t>1985</w:t>
            </w:r>
          </w:p>
        </w:tc>
        <w:tc>
          <w:tcPr>
            <w:tcW w:w="0" w:type="auto"/>
          </w:tcPr>
          <w:p w14:paraId="724450FD" w14:textId="77777777" w:rsidR="007A5E59" w:rsidRDefault="0095198F">
            <w:pPr>
              <w:jc w:val="center"/>
            </w:pPr>
            <w:r>
              <w:t>8</w:t>
            </w:r>
          </w:p>
        </w:tc>
        <w:tc>
          <w:tcPr>
            <w:tcW w:w="0" w:type="auto"/>
          </w:tcPr>
          <w:p w14:paraId="41E3E1D6" w14:textId="77777777" w:rsidR="007A5E59" w:rsidRDefault="0095198F">
            <w:r>
              <w:t>канал.</w:t>
            </w:r>
          </w:p>
        </w:tc>
      </w:tr>
      <w:tr w:rsidR="007A5E59" w14:paraId="2FF286AA" w14:textId="77777777">
        <w:trPr>
          <w:jc w:val="center"/>
        </w:trPr>
        <w:tc>
          <w:tcPr>
            <w:tcW w:w="0" w:type="auto"/>
          </w:tcPr>
          <w:p w14:paraId="7D0331F0" w14:textId="77777777" w:rsidR="007A5E59" w:rsidRDefault="0095198F">
            <w:pPr>
              <w:jc w:val="center"/>
            </w:pPr>
            <w:r>
              <w:t>11</w:t>
            </w:r>
          </w:p>
        </w:tc>
        <w:tc>
          <w:tcPr>
            <w:tcW w:w="0" w:type="auto"/>
          </w:tcPr>
          <w:p w14:paraId="7E9FAE5B" w14:textId="77777777" w:rsidR="007A5E59" w:rsidRDefault="0095198F">
            <w:r>
              <w:t>ТК-3-5 – Зеленая, 11,9</w:t>
            </w:r>
          </w:p>
        </w:tc>
        <w:tc>
          <w:tcPr>
            <w:tcW w:w="0" w:type="auto"/>
          </w:tcPr>
          <w:p w14:paraId="4EF0E819" w14:textId="77777777" w:rsidR="007A5E59" w:rsidRDefault="0095198F">
            <w:pPr>
              <w:jc w:val="center"/>
            </w:pPr>
            <w:r>
              <w:t>25</w:t>
            </w:r>
          </w:p>
        </w:tc>
        <w:tc>
          <w:tcPr>
            <w:tcW w:w="0" w:type="auto"/>
          </w:tcPr>
          <w:p w14:paraId="0B04D77C" w14:textId="77777777" w:rsidR="007A5E59" w:rsidRDefault="0095198F">
            <w:pPr>
              <w:jc w:val="center"/>
            </w:pPr>
            <w:r>
              <w:t>2015</w:t>
            </w:r>
          </w:p>
        </w:tc>
        <w:tc>
          <w:tcPr>
            <w:tcW w:w="0" w:type="auto"/>
          </w:tcPr>
          <w:p w14:paraId="53CB5FB3" w14:textId="77777777" w:rsidR="007A5E59" w:rsidRDefault="0095198F">
            <w:pPr>
              <w:jc w:val="center"/>
            </w:pPr>
            <w:r>
              <w:t>7</w:t>
            </w:r>
          </w:p>
        </w:tc>
        <w:tc>
          <w:tcPr>
            <w:tcW w:w="0" w:type="auto"/>
          </w:tcPr>
          <w:p w14:paraId="3C2343F3" w14:textId="77777777" w:rsidR="007A5E59" w:rsidRDefault="0095198F">
            <w:r>
              <w:t>канал.</w:t>
            </w:r>
          </w:p>
        </w:tc>
      </w:tr>
      <w:tr w:rsidR="007A5E59" w14:paraId="77FDC0DB" w14:textId="77777777">
        <w:trPr>
          <w:jc w:val="center"/>
        </w:trPr>
        <w:tc>
          <w:tcPr>
            <w:tcW w:w="0" w:type="auto"/>
          </w:tcPr>
          <w:p w14:paraId="0624E2E1" w14:textId="77777777" w:rsidR="007A5E59" w:rsidRDefault="0095198F">
            <w:pPr>
              <w:jc w:val="center"/>
            </w:pPr>
            <w:r>
              <w:t>12</w:t>
            </w:r>
          </w:p>
        </w:tc>
        <w:tc>
          <w:tcPr>
            <w:tcW w:w="0" w:type="auto"/>
          </w:tcPr>
          <w:p w14:paraId="50209147" w14:textId="77777777" w:rsidR="007A5E59" w:rsidRDefault="0095198F">
            <w:r>
              <w:t>ТК-3-7 – Зеленая, 7</w:t>
            </w:r>
          </w:p>
        </w:tc>
        <w:tc>
          <w:tcPr>
            <w:tcW w:w="0" w:type="auto"/>
          </w:tcPr>
          <w:p w14:paraId="0C722BD6" w14:textId="77777777" w:rsidR="007A5E59" w:rsidRDefault="0095198F">
            <w:pPr>
              <w:jc w:val="center"/>
            </w:pPr>
            <w:r>
              <w:t>25</w:t>
            </w:r>
          </w:p>
        </w:tc>
        <w:tc>
          <w:tcPr>
            <w:tcW w:w="0" w:type="auto"/>
          </w:tcPr>
          <w:p w14:paraId="13085875" w14:textId="77777777" w:rsidR="007A5E59" w:rsidRDefault="0095198F">
            <w:pPr>
              <w:jc w:val="center"/>
            </w:pPr>
            <w:r>
              <w:t>1985</w:t>
            </w:r>
          </w:p>
        </w:tc>
        <w:tc>
          <w:tcPr>
            <w:tcW w:w="0" w:type="auto"/>
          </w:tcPr>
          <w:p w14:paraId="42363E52" w14:textId="77777777" w:rsidR="007A5E59" w:rsidRDefault="0095198F">
            <w:pPr>
              <w:jc w:val="center"/>
            </w:pPr>
            <w:r>
              <w:t>7</w:t>
            </w:r>
          </w:p>
        </w:tc>
        <w:tc>
          <w:tcPr>
            <w:tcW w:w="0" w:type="auto"/>
          </w:tcPr>
          <w:p w14:paraId="3601A402" w14:textId="77777777" w:rsidR="007A5E59" w:rsidRDefault="0095198F">
            <w:r>
              <w:t>канал.</w:t>
            </w:r>
          </w:p>
        </w:tc>
      </w:tr>
      <w:tr w:rsidR="007A5E59" w14:paraId="31C47DA8" w14:textId="77777777">
        <w:trPr>
          <w:jc w:val="center"/>
        </w:trPr>
        <w:tc>
          <w:tcPr>
            <w:tcW w:w="0" w:type="auto"/>
          </w:tcPr>
          <w:p w14:paraId="5CDC937C" w14:textId="77777777" w:rsidR="007A5E59" w:rsidRDefault="0095198F">
            <w:pPr>
              <w:jc w:val="center"/>
            </w:pPr>
            <w:r>
              <w:t>13</w:t>
            </w:r>
          </w:p>
        </w:tc>
        <w:tc>
          <w:tcPr>
            <w:tcW w:w="0" w:type="auto"/>
          </w:tcPr>
          <w:p w14:paraId="1512D4B1" w14:textId="77777777" w:rsidR="007A5E59" w:rsidRDefault="0095198F">
            <w:r>
              <w:t>ТК-3-8/4 – Зеленая, 8</w:t>
            </w:r>
          </w:p>
        </w:tc>
        <w:tc>
          <w:tcPr>
            <w:tcW w:w="0" w:type="auto"/>
          </w:tcPr>
          <w:p w14:paraId="0E763936" w14:textId="77777777" w:rsidR="007A5E59" w:rsidRDefault="0095198F">
            <w:pPr>
              <w:jc w:val="center"/>
            </w:pPr>
            <w:r>
              <w:t>25</w:t>
            </w:r>
          </w:p>
        </w:tc>
        <w:tc>
          <w:tcPr>
            <w:tcW w:w="0" w:type="auto"/>
          </w:tcPr>
          <w:p w14:paraId="687D74DA" w14:textId="77777777" w:rsidR="007A5E59" w:rsidRDefault="0095198F">
            <w:pPr>
              <w:jc w:val="center"/>
            </w:pPr>
            <w:r>
              <w:t>1985</w:t>
            </w:r>
          </w:p>
        </w:tc>
        <w:tc>
          <w:tcPr>
            <w:tcW w:w="0" w:type="auto"/>
          </w:tcPr>
          <w:p w14:paraId="2FF8BDCA" w14:textId="77777777" w:rsidR="007A5E59" w:rsidRDefault="0095198F">
            <w:pPr>
              <w:jc w:val="center"/>
            </w:pPr>
            <w:r>
              <w:t>72</w:t>
            </w:r>
          </w:p>
        </w:tc>
        <w:tc>
          <w:tcPr>
            <w:tcW w:w="0" w:type="auto"/>
          </w:tcPr>
          <w:p w14:paraId="7495CC1D" w14:textId="77777777" w:rsidR="007A5E59" w:rsidRDefault="0095198F">
            <w:r>
              <w:t>канал.</w:t>
            </w:r>
          </w:p>
        </w:tc>
      </w:tr>
      <w:tr w:rsidR="007A5E59" w14:paraId="73163E2A" w14:textId="77777777">
        <w:trPr>
          <w:jc w:val="center"/>
        </w:trPr>
        <w:tc>
          <w:tcPr>
            <w:tcW w:w="0" w:type="auto"/>
          </w:tcPr>
          <w:p w14:paraId="5A155917" w14:textId="77777777" w:rsidR="007A5E59" w:rsidRDefault="0095198F">
            <w:pPr>
              <w:jc w:val="center"/>
            </w:pPr>
            <w:r>
              <w:t>14</w:t>
            </w:r>
          </w:p>
        </w:tc>
        <w:tc>
          <w:tcPr>
            <w:tcW w:w="0" w:type="auto"/>
          </w:tcPr>
          <w:p w14:paraId="0007B701" w14:textId="77777777" w:rsidR="007A5E59" w:rsidRDefault="0095198F">
            <w:r>
              <w:t>ТК-3-8/2 – Зеленая, 2</w:t>
            </w:r>
          </w:p>
        </w:tc>
        <w:tc>
          <w:tcPr>
            <w:tcW w:w="0" w:type="auto"/>
          </w:tcPr>
          <w:p w14:paraId="43044734" w14:textId="77777777" w:rsidR="007A5E59" w:rsidRDefault="0095198F">
            <w:pPr>
              <w:jc w:val="center"/>
            </w:pPr>
            <w:r>
              <w:t>25</w:t>
            </w:r>
          </w:p>
        </w:tc>
        <w:tc>
          <w:tcPr>
            <w:tcW w:w="0" w:type="auto"/>
          </w:tcPr>
          <w:p w14:paraId="162C6552" w14:textId="77777777" w:rsidR="007A5E59" w:rsidRDefault="0095198F">
            <w:pPr>
              <w:jc w:val="center"/>
            </w:pPr>
            <w:r>
              <w:t>1985</w:t>
            </w:r>
          </w:p>
        </w:tc>
        <w:tc>
          <w:tcPr>
            <w:tcW w:w="0" w:type="auto"/>
          </w:tcPr>
          <w:p w14:paraId="4037AA38" w14:textId="77777777" w:rsidR="007A5E59" w:rsidRDefault="0095198F">
            <w:pPr>
              <w:jc w:val="center"/>
            </w:pPr>
            <w:r>
              <w:t>8</w:t>
            </w:r>
          </w:p>
        </w:tc>
        <w:tc>
          <w:tcPr>
            <w:tcW w:w="0" w:type="auto"/>
          </w:tcPr>
          <w:p w14:paraId="3289FF5C" w14:textId="77777777" w:rsidR="007A5E59" w:rsidRDefault="0095198F">
            <w:r>
              <w:t>канал.</w:t>
            </w:r>
          </w:p>
        </w:tc>
      </w:tr>
      <w:tr w:rsidR="007A5E59" w14:paraId="6D223004" w14:textId="77777777">
        <w:trPr>
          <w:jc w:val="center"/>
        </w:trPr>
        <w:tc>
          <w:tcPr>
            <w:tcW w:w="0" w:type="auto"/>
          </w:tcPr>
          <w:p w14:paraId="375BD7FB" w14:textId="77777777" w:rsidR="007A5E59" w:rsidRDefault="0095198F">
            <w:pPr>
              <w:jc w:val="center"/>
            </w:pPr>
            <w:r>
              <w:t>15</w:t>
            </w:r>
          </w:p>
        </w:tc>
        <w:tc>
          <w:tcPr>
            <w:tcW w:w="0" w:type="auto"/>
          </w:tcPr>
          <w:p w14:paraId="59798270" w14:textId="77777777" w:rsidR="007A5E59" w:rsidRDefault="0095198F">
            <w:r>
              <w:t>ТК-3-8 – Победы, 13</w:t>
            </w:r>
          </w:p>
        </w:tc>
        <w:tc>
          <w:tcPr>
            <w:tcW w:w="0" w:type="auto"/>
          </w:tcPr>
          <w:p w14:paraId="258DDCC1" w14:textId="77777777" w:rsidR="007A5E59" w:rsidRDefault="0095198F">
            <w:pPr>
              <w:jc w:val="center"/>
            </w:pPr>
            <w:r>
              <w:t>150</w:t>
            </w:r>
          </w:p>
        </w:tc>
        <w:tc>
          <w:tcPr>
            <w:tcW w:w="0" w:type="auto"/>
          </w:tcPr>
          <w:p w14:paraId="4E5A9854" w14:textId="77777777" w:rsidR="007A5E59" w:rsidRDefault="0095198F">
            <w:pPr>
              <w:jc w:val="center"/>
            </w:pPr>
            <w:r>
              <w:t>1985</w:t>
            </w:r>
          </w:p>
        </w:tc>
        <w:tc>
          <w:tcPr>
            <w:tcW w:w="0" w:type="auto"/>
          </w:tcPr>
          <w:p w14:paraId="04929B8C" w14:textId="77777777" w:rsidR="007A5E59" w:rsidRDefault="0095198F">
            <w:pPr>
              <w:jc w:val="center"/>
            </w:pPr>
            <w:r>
              <w:t>50</w:t>
            </w:r>
          </w:p>
        </w:tc>
        <w:tc>
          <w:tcPr>
            <w:tcW w:w="0" w:type="auto"/>
          </w:tcPr>
          <w:p w14:paraId="0765F2D9" w14:textId="77777777" w:rsidR="007A5E59" w:rsidRDefault="0095198F">
            <w:r>
              <w:t>канал.</w:t>
            </w:r>
          </w:p>
        </w:tc>
      </w:tr>
      <w:tr w:rsidR="007A5E59" w14:paraId="03B7887C" w14:textId="77777777">
        <w:trPr>
          <w:jc w:val="center"/>
        </w:trPr>
        <w:tc>
          <w:tcPr>
            <w:tcW w:w="0" w:type="auto"/>
          </w:tcPr>
          <w:p w14:paraId="53990AB4" w14:textId="77777777" w:rsidR="007A5E59" w:rsidRDefault="0095198F">
            <w:pPr>
              <w:jc w:val="center"/>
            </w:pPr>
            <w:r>
              <w:t>16</w:t>
            </w:r>
          </w:p>
        </w:tc>
        <w:tc>
          <w:tcPr>
            <w:tcW w:w="0" w:type="auto"/>
          </w:tcPr>
          <w:p w14:paraId="313C81F8" w14:textId="77777777" w:rsidR="007A5E59" w:rsidRDefault="0095198F">
            <w:r>
              <w:t>ТК-3-9/1 – Победы, 10</w:t>
            </w:r>
          </w:p>
        </w:tc>
        <w:tc>
          <w:tcPr>
            <w:tcW w:w="0" w:type="auto"/>
          </w:tcPr>
          <w:p w14:paraId="7952D41E" w14:textId="77777777" w:rsidR="007A5E59" w:rsidRDefault="0095198F">
            <w:pPr>
              <w:jc w:val="center"/>
            </w:pPr>
            <w:r>
              <w:t>80</w:t>
            </w:r>
          </w:p>
        </w:tc>
        <w:tc>
          <w:tcPr>
            <w:tcW w:w="0" w:type="auto"/>
          </w:tcPr>
          <w:p w14:paraId="79A0789C" w14:textId="77777777" w:rsidR="007A5E59" w:rsidRDefault="0095198F">
            <w:pPr>
              <w:jc w:val="center"/>
            </w:pPr>
            <w:r>
              <w:t>2011</w:t>
            </w:r>
          </w:p>
        </w:tc>
        <w:tc>
          <w:tcPr>
            <w:tcW w:w="0" w:type="auto"/>
          </w:tcPr>
          <w:p w14:paraId="1C3FE04D" w14:textId="77777777" w:rsidR="007A5E59" w:rsidRDefault="0095198F">
            <w:pPr>
              <w:jc w:val="center"/>
            </w:pPr>
            <w:r>
              <w:t>17</w:t>
            </w:r>
          </w:p>
        </w:tc>
        <w:tc>
          <w:tcPr>
            <w:tcW w:w="0" w:type="auto"/>
          </w:tcPr>
          <w:p w14:paraId="598CA58A" w14:textId="77777777" w:rsidR="007A5E59" w:rsidRDefault="0095198F">
            <w:r>
              <w:t>канал.</w:t>
            </w:r>
          </w:p>
        </w:tc>
      </w:tr>
      <w:tr w:rsidR="007A5E59" w14:paraId="58CB141E" w14:textId="77777777">
        <w:trPr>
          <w:jc w:val="center"/>
        </w:trPr>
        <w:tc>
          <w:tcPr>
            <w:tcW w:w="0" w:type="auto"/>
          </w:tcPr>
          <w:p w14:paraId="32FBBF5C" w14:textId="77777777" w:rsidR="007A5E59" w:rsidRDefault="0095198F">
            <w:pPr>
              <w:jc w:val="center"/>
            </w:pPr>
            <w:r>
              <w:t>17</w:t>
            </w:r>
          </w:p>
        </w:tc>
        <w:tc>
          <w:tcPr>
            <w:tcW w:w="0" w:type="auto"/>
          </w:tcPr>
          <w:p w14:paraId="7EE8FCBE" w14:textId="77777777" w:rsidR="007A5E59" w:rsidRDefault="0095198F">
            <w:r>
              <w:t>ТК-3-9/2 – Нагорная, 1,7</w:t>
            </w:r>
          </w:p>
        </w:tc>
        <w:tc>
          <w:tcPr>
            <w:tcW w:w="0" w:type="auto"/>
          </w:tcPr>
          <w:p w14:paraId="4B34FA70" w14:textId="77777777" w:rsidR="007A5E59" w:rsidRDefault="0095198F">
            <w:pPr>
              <w:jc w:val="center"/>
            </w:pPr>
            <w:r>
              <w:t>25</w:t>
            </w:r>
          </w:p>
        </w:tc>
        <w:tc>
          <w:tcPr>
            <w:tcW w:w="0" w:type="auto"/>
          </w:tcPr>
          <w:p w14:paraId="4A786671" w14:textId="77777777" w:rsidR="007A5E59" w:rsidRDefault="0095198F">
            <w:pPr>
              <w:jc w:val="center"/>
            </w:pPr>
            <w:r>
              <w:t>2015</w:t>
            </w:r>
          </w:p>
        </w:tc>
        <w:tc>
          <w:tcPr>
            <w:tcW w:w="0" w:type="auto"/>
          </w:tcPr>
          <w:p w14:paraId="07FEC908" w14:textId="77777777" w:rsidR="007A5E59" w:rsidRDefault="0095198F">
            <w:pPr>
              <w:jc w:val="center"/>
            </w:pPr>
            <w:r>
              <w:t>36</w:t>
            </w:r>
          </w:p>
        </w:tc>
        <w:tc>
          <w:tcPr>
            <w:tcW w:w="0" w:type="auto"/>
          </w:tcPr>
          <w:p w14:paraId="5472F26D" w14:textId="77777777" w:rsidR="007A5E59" w:rsidRDefault="0095198F">
            <w:r>
              <w:t>канал.</w:t>
            </w:r>
          </w:p>
        </w:tc>
      </w:tr>
      <w:tr w:rsidR="007A5E59" w14:paraId="1A9E0C4E" w14:textId="77777777">
        <w:trPr>
          <w:jc w:val="center"/>
        </w:trPr>
        <w:tc>
          <w:tcPr>
            <w:tcW w:w="0" w:type="auto"/>
          </w:tcPr>
          <w:p w14:paraId="01CF988C" w14:textId="77777777" w:rsidR="007A5E59" w:rsidRDefault="0095198F">
            <w:pPr>
              <w:jc w:val="center"/>
            </w:pPr>
            <w:r>
              <w:t>18</w:t>
            </w:r>
          </w:p>
        </w:tc>
        <w:tc>
          <w:tcPr>
            <w:tcW w:w="0" w:type="auto"/>
          </w:tcPr>
          <w:p w14:paraId="141BD794" w14:textId="77777777" w:rsidR="007A5E59" w:rsidRDefault="0095198F">
            <w:r>
              <w:t>ТК-3-10 – ТК-3-10/1</w:t>
            </w:r>
          </w:p>
        </w:tc>
        <w:tc>
          <w:tcPr>
            <w:tcW w:w="0" w:type="auto"/>
          </w:tcPr>
          <w:p w14:paraId="0B29FC66" w14:textId="77777777" w:rsidR="007A5E59" w:rsidRDefault="0095198F">
            <w:pPr>
              <w:jc w:val="center"/>
            </w:pPr>
            <w:r>
              <w:t>50</w:t>
            </w:r>
          </w:p>
        </w:tc>
        <w:tc>
          <w:tcPr>
            <w:tcW w:w="0" w:type="auto"/>
          </w:tcPr>
          <w:p w14:paraId="64C47EF0" w14:textId="77777777" w:rsidR="007A5E59" w:rsidRDefault="0095198F">
            <w:pPr>
              <w:jc w:val="center"/>
            </w:pPr>
            <w:r>
              <w:t>2011</w:t>
            </w:r>
          </w:p>
        </w:tc>
        <w:tc>
          <w:tcPr>
            <w:tcW w:w="0" w:type="auto"/>
          </w:tcPr>
          <w:p w14:paraId="6146ABA1" w14:textId="77777777" w:rsidR="007A5E59" w:rsidRDefault="0095198F">
            <w:pPr>
              <w:jc w:val="center"/>
            </w:pPr>
            <w:r>
              <w:t>90</w:t>
            </w:r>
          </w:p>
        </w:tc>
        <w:tc>
          <w:tcPr>
            <w:tcW w:w="0" w:type="auto"/>
          </w:tcPr>
          <w:p w14:paraId="6F3335A6" w14:textId="77777777" w:rsidR="007A5E59" w:rsidRDefault="0095198F">
            <w:r>
              <w:t>канал.</w:t>
            </w:r>
          </w:p>
        </w:tc>
      </w:tr>
      <w:tr w:rsidR="007A5E59" w14:paraId="6DEBE1D4" w14:textId="77777777">
        <w:trPr>
          <w:jc w:val="center"/>
        </w:trPr>
        <w:tc>
          <w:tcPr>
            <w:tcW w:w="0" w:type="auto"/>
          </w:tcPr>
          <w:p w14:paraId="3C4ACE80" w14:textId="77777777" w:rsidR="007A5E59" w:rsidRDefault="0095198F">
            <w:pPr>
              <w:jc w:val="center"/>
            </w:pPr>
            <w:r>
              <w:t>19</w:t>
            </w:r>
          </w:p>
        </w:tc>
        <w:tc>
          <w:tcPr>
            <w:tcW w:w="0" w:type="auto"/>
          </w:tcPr>
          <w:p w14:paraId="1CE0C6E4" w14:textId="77777777" w:rsidR="007A5E59" w:rsidRDefault="0095198F">
            <w:r>
              <w:t>ТК-3-11/1 – Победы, 8</w:t>
            </w:r>
          </w:p>
        </w:tc>
        <w:tc>
          <w:tcPr>
            <w:tcW w:w="0" w:type="auto"/>
          </w:tcPr>
          <w:p w14:paraId="763AC9C1" w14:textId="77777777" w:rsidR="007A5E59" w:rsidRDefault="0095198F">
            <w:pPr>
              <w:jc w:val="center"/>
            </w:pPr>
            <w:r>
              <w:t>65</w:t>
            </w:r>
          </w:p>
        </w:tc>
        <w:tc>
          <w:tcPr>
            <w:tcW w:w="0" w:type="auto"/>
          </w:tcPr>
          <w:p w14:paraId="485AE268" w14:textId="77777777" w:rsidR="007A5E59" w:rsidRDefault="0095198F">
            <w:pPr>
              <w:jc w:val="center"/>
            </w:pPr>
            <w:r>
              <w:t>2013</w:t>
            </w:r>
          </w:p>
        </w:tc>
        <w:tc>
          <w:tcPr>
            <w:tcW w:w="0" w:type="auto"/>
          </w:tcPr>
          <w:p w14:paraId="61AC7BD5" w14:textId="77777777" w:rsidR="007A5E59" w:rsidRDefault="0095198F">
            <w:pPr>
              <w:jc w:val="center"/>
            </w:pPr>
            <w:r>
              <w:t>47</w:t>
            </w:r>
          </w:p>
        </w:tc>
        <w:tc>
          <w:tcPr>
            <w:tcW w:w="0" w:type="auto"/>
          </w:tcPr>
          <w:p w14:paraId="3117823B" w14:textId="77777777" w:rsidR="007A5E59" w:rsidRDefault="0095198F">
            <w:r>
              <w:t>канал.</w:t>
            </w:r>
          </w:p>
        </w:tc>
      </w:tr>
      <w:tr w:rsidR="007A5E59" w14:paraId="19C69852" w14:textId="77777777">
        <w:trPr>
          <w:jc w:val="center"/>
        </w:trPr>
        <w:tc>
          <w:tcPr>
            <w:tcW w:w="0" w:type="auto"/>
          </w:tcPr>
          <w:p w14:paraId="0D437E66" w14:textId="77777777" w:rsidR="007A5E59" w:rsidRDefault="0095198F">
            <w:pPr>
              <w:jc w:val="center"/>
            </w:pPr>
            <w:r>
              <w:t>20</w:t>
            </w:r>
          </w:p>
        </w:tc>
        <w:tc>
          <w:tcPr>
            <w:tcW w:w="0" w:type="auto"/>
          </w:tcPr>
          <w:p w14:paraId="7154D69C" w14:textId="77777777" w:rsidR="007A5E59" w:rsidRDefault="0095198F">
            <w:r>
              <w:t>ТК-3-12 – Победы, 1,3,5,7</w:t>
            </w:r>
          </w:p>
        </w:tc>
        <w:tc>
          <w:tcPr>
            <w:tcW w:w="0" w:type="auto"/>
          </w:tcPr>
          <w:p w14:paraId="5EBA0A6B" w14:textId="77777777" w:rsidR="007A5E59" w:rsidRDefault="0095198F">
            <w:pPr>
              <w:jc w:val="center"/>
            </w:pPr>
            <w:r>
              <w:t>150</w:t>
            </w:r>
          </w:p>
        </w:tc>
        <w:tc>
          <w:tcPr>
            <w:tcW w:w="0" w:type="auto"/>
          </w:tcPr>
          <w:p w14:paraId="222E8C81" w14:textId="77777777" w:rsidR="007A5E59" w:rsidRDefault="0095198F">
            <w:pPr>
              <w:jc w:val="center"/>
            </w:pPr>
            <w:r>
              <w:t>2013</w:t>
            </w:r>
          </w:p>
        </w:tc>
        <w:tc>
          <w:tcPr>
            <w:tcW w:w="0" w:type="auto"/>
          </w:tcPr>
          <w:p w14:paraId="6ED0FE56" w14:textId="77777777" w:rsidR="007A5E59" w:rsidRDefault="0095198F">
            <w:pPr>
              <w:jc w:val="center"/>
            </w:pPr>
            <w:r>
              <w:t>53</w:t>
            </w:r>
          </w:p>
        </w:tc>
        <w:tc>
          <w:tcPr>
            <w:tcW w:w="0" w:type="auto"/>
          </w:tcPr>
          <w:p w14:paraId="62BA2266" w14:textId="77777777" w:rsidR="007A5E59" w:rsidRDefault="0095198F">
            <w:r>
              <w:t>канал.</w:t>
            </w:r>
          </w:p>
        </w:tc>
      </w:tr>
      <w:tr w:rsidR="007A5E59" w14:paraId="319978B2" w14:textId="77777777">
        <w:trPr>
          <w:jc w:val="center"/>
        </w:trPr>
        <w:tc>
          <w:tcPr>
            <w:tcW w:w="0" w:type="auto"/>
          </w:tcPr>
          <w:p w14:paraId="72CE3F87" w14:textId="77777777" w:rsidR="007A5E59" w:rsidRDefault="0095198F">
            <w:pPr>
              <w:jc w:val="center"/>
            </w:pPr>
            <w:r>
              <w:t>21</w:t>
            </w:r>
          </w:p>
        </w:tc>
        <w:tc>
          <w:tcPr>
            <w:tcW w:w="0" w:type="auto"/>
          </w:tcPr>
          <w:p w14:paraId="6D6811A8" w14:textId="77777777" w:rsidR="007A5E59" w:rsidRDefault="0095198F">
            <w:r>
              <w:t>ТК-3-12 – Победы, 6</w:t>
            </w:r>
          </w:p>
        </w:tc>
        <w:tc>
          <w:tcPr>
            <w:tcW w:w="0" w:type="auto"/>
          </w:tcPr>
          <w:p w14:paraId="4C7A3E5C" w14:textId="77777777" w:rsidR="007A5E59" w:rsidRDefault="0095198F">
            <w:pPr>
              <w:jc w:val="center"/>
            </w:pPr>
            <w:r>
              <w:t>100</w:t>
            </w:r>
          </w:p>
        </w:tc>
        <w:tc>
          <w:tcPr>
            <w:tcW w:w="0" w:type="auto"/>
          </w:tcPr>
          <w:p w14:paraId="08B731A8" w14:textId="77777777" w:rsidR="007A5E59" w:rsidRDefault="0095198F">
            <w:pPr>
              <w:jc w:val="center"/>
            </w:pPr>
            <w:r>
              <w:t>2013</w:t>
            </w:r>
          </w:p>
        </w:tc>
        <w:tc>
          <w:tcPr>
            <w:tcW w:w="0" w:type="auto"/>
          </w:tcPr>
          <w:p w14:paraId="76F8B286" w14:textId="77777777" w:rsidR="007A5E59" w:rsidRDefault="0095198F">
            <w:pPr>
              <w:jc w:val="center"/>
            </w:pPr>
            <w:r>
              <w:t>67</w:t>
            </w:r>
          </w:p>
        </w:tc>
        <w:tc>
          <w:tcPr>
            <w:tcW w:w="0" w:type="auto"/>
          </w:tcPr>
          <w:p w14:paraId="3DE5BD3C" w14:textId="77777777" w:rsidR="007A5E59" w:rsidRDefault="0095198F">
            <w:r>
              <w:t>канал.</w:t>
            </w:r>
          </w:p>
        </w:tc>
      </w:tr>
      <w:tr w:rsidR="007A5E59" w14:paraId="223C6DEE" w14:textId="77777777">
        <w:trPr>
          <w:jc w:val="center"/>
        </w:trPr>
        <w:tc>
          <w:tcPr>
            <w:tcW w:w="0" w:type="auto"/>
          </w:tcPr>
          <w:p w14:paraId="67B80C98" w14:textId="77777777" w:rsidR="007A5E59" w:rsidRDefault="0095198F">
            <w:pPr>
              <w:jc w:val="center"/>
            </w:pPr>
            <w:r>
              <w:t>22</w:t>
            </w:r>
          </w:p>
        </w:tc>
        <w:tc>
          <w:tcPr>
            <w:tcW w:w="0" w:type="auto"/>
          </w:tcPr>
          <w:p w14:paraId="1AC80B72" w14:textId="77777777" w:rsidR="007A5E59" w:rsidRDefault="0095198F">
            <w:r>
              <w:t>ТК-3-14 – Победы, 4а</w:t>
            </w:r>
          </w:p>
        </w:tc>
        <w:tc>
          <w:tcPr>
            <w:tcW w:w="0" w:type="auto"/>
          </w:tcPr>
          <w:p w14:paraId="076BE14B" w14:textId="77777777" w:rsidR="007A5E59" w:rsidRDefault="0095198F">
            <w:pPr>
              <w:jc w:val="center"/>
            </w:pPr>
            <w:r>
              <w:t>500</w:t>
            </w:r>
          </w:p>
        </w:tc>
        <w:tc>
          <w:tcPr>
            <w:tcW w:w="0" w:type="auto"/>
          </w:tcPr>
          <w:p w14:paraId="50AEBBA8" w14:textId="77777777" w:rsidR="007A5E59" w:rsidRDefault="0095198F">
            <w:pPr>
              <w:jc w:val="center"/>
            </w:pPr>
            <w:r>
              <w:t>1985</w:t>
            </w:r>
          </w:p>
        </w:tc>
        <w:tc>
          <w:tcPr>
            <w:tcW w:w="0" w:type="auto"/>
          </w:tcPr>
          <w:p w14:paraId="5A620BD3" w14:textId="77777777" w:rsidR="007A5E59" w:rsidRDefault="0095198F">
            <w:pPr>
              <w:jc w:val="center"/>
            </w:pPr>
            <w:r>
              <w:t>12</w:t>
            </w:r>
          </w:p>
        </w:tc>
        <w:tc>
          <w:tcPr>
            <w:tcW w:w="0" w:type="auto"/>
          </w:tcPr>
          <w:p w14:paraId="7E6C77CA" w14:textId="77777777" w:rsidR="007A5E59" w:rsidRDefault="0095198F">
            <w:r>
              <w:t>канал.</w:t>
            </w:r>
          </w:p>
        </w:tc>
      </w:tr>
      <w:tr w:rsidR="007A5E59" w14:paraId="7C4CCA2D" w14:textId="77777777">
        <w:trPr>
          <w:jc w:val="center"/>
        </w:trPr>
        <w:tc>
          <w:tcPr>
            <w:tcW w:w="0" w:type="auto"/>
          </w:tcPr>
          <w:p w14:paraId="03520C85" w14:textId="77777777" w:rsidR="007A5E59" w:rsidRDefault="0095198F">
            <w:pPr>
              <w:jc w:val="center"/>
            </w:pPr>
            <w:r>
              <w:t>23</w:t>
            </w:r>
          </w:p>
        </w:tc>
        <w:tc>
          <w:tcPr>
            <w:tcW w:w="0" w:type="auto"/>
          </w:tcPr>
          <w:p w14:paraId="7DB7019C" w14:textId="77777777" w:rsidR="007A5E59" w:rsidRDefault="0095198F">
            <w:r>
              <w:t>ТК-3-15 – Победы, 5</w:t>
            </w:r>
          </w:p>
        </w:tc>
        <w:tc>
          <w:tcPr>
            <w:tcW w:w="0" w:type="auto"/>
          </w:tcPr>
          <w:p w14:paraId="70C5BFD2" w14:textId="77777777" w:rsidR="007A5E59" w:rsidRDefault="0095198F">
            <w:pPr>
              <w:jc w:val="center"/>
            </w:pPr>
            <w:r>
              <w:t>65</w:t>
            </w:r>
          </w:p>
        </w:tc>
        <w:tc>
          <w:tcPr>
            <w:tcW w:w="0" w:type="auto"/>
          </w:tcPr>
          <w:p w14:paraId="6D5CDFAF" w14:textId="77777777" w:rsidR="007A5E59" w:rsidRDefault="0095198F">
            <w:pPr>
              <w:jc w:val="center"/>
            </w:pPr>
            <w:r>
              <w:t>1985</w:t>
            </w:r>
          </w:p>
        </w:tc>
        <w:tc>
          <w:tcPr>
            <w:tcW w:w="0" w:type="auto"/>
          </w:tcPr>
          <w:p w14:paraId="1EFE3B48" w14:textId="77777777" w:rsidR="007A5E59" w:rsidRDefault="0095198F">
            <w:pPr>
              <w:jc w:val="center"/>
            </w:pPr>
            <w:r>
              <w:t>12</w:t>
            </w:r>
          </w:p>
        </w:tc>
        <w:tc>
          <w:tcPr>
            <w:tcW w:w="0" w:type="auto"/>
          </w:tcPr>
          <w:p w14:paraId="1A34F2A1" w14:textId="77777777" w:rsidR="007A5E59" w:rsidRDefault="0095198F">
            <w:r>
              <w:t>канал.</w:t>
            </w:r>
          </w:p>
        </w:tc>
      </w:tr>
      <w:tr w:rsidR="007A5E59" w14:paraId="4702C2EE" w14:textId="77777777">
        <w:trPr>
          <w:jc w:val="center"/>
        </w:trPr>
        <w:tc>
          <w:tcPr>
            <w:tcW w:w="0" w:type="auto"/>
          </w:tcPr>
          <w:p w14:paraId="28F50953" w14:textId="77777777" w:rsidR="007A5E59" w:rsidRDefault="0095198F">
            <w:pPr>
              <w:jc w:val="center"/>
            </w:pPr>
            <w:r>
              <w:t>24</w:t>
            </w:r>
          </w:p>
        </w:tc>
        <w:tc>
          <w:tcPr>
            <w:tcW w:w="0" w:type="auto"/>
          </w:tcPr>
          <w:p w14:paraId="5B737B0F" w14:textId="77777777" w:rsidR="007A5E59" w:rsidRDefault="0095198F">
            <w:r>
              <w:t>ТК-3-16 – Нагорная, 39</w:t>
            </w:r>
          </w:p>
        </w:tc>
        <w:tc>
          <w:tcPr>
            <w:tcW w:w="0" w:type="auto"/>
          </w:tcPr>
          <w:p w14:paraId="7844DA58" w14:textId="77777777" w:rsidR="007A5E59" w:rsidRDefault="0095198F">
            <w:pPr>
              <w:jc w:val="center"/>
            </w:pPr>
            <w:r>
              <w:t>100</w:t>
            </w:r>
          </w:p>
        </w:tc>
        <w:tc>
          <w:tcPr>
            <w:tcW w:w="0" w:type="auto"/>
          </w:tcPr>
          <w:p w14:paraId="04795164" w14:textId="77777777" w:rsidR="007A5E59" w:rsidRDefault="0095198F">
            <w:pPr>
              <w:jc w:val="center"/>
            </w:pPr>
            <w:r>
              <w:t>1985</w:t>
            </w:r>
          </w:p>
        </w:tc>
        <w:tc>
          <w:tcPr>
            <w:tcW w:w="0" w:type="auto"/>
          </w:tcPr>
          <w:p w14:paraId="3D3420B3" w14:textId="77777777" w:rsidR="007A5E59" w:rsidRDefault="0095198F">
            <w:pPr>
              <w:jc w:val="center"/>
            </w:pPr>
            <w:r>
              <w:t>95</w:t>
            </w:r>
          </w:p>
        </w:tc>
        <w:tc>
          <w:tcPr>
            <w:tcW w:w="0" w:type="auto"/>
          </w:tcPr>
          <w:p w14:paraId="13D755C9" w14:textId="77777777" w:rsidR="007A5E59" w:rsidRDefault="0095198F">
            <w:r>
              <w:t>канал.</w:t>
            </w:r>
          </w:p>
        </w:tc>
      </w:tr>
      <w:tr w:rsidR="007A5E59" w14:paraId="7FAA3DFB" w14:textId="77777777">
        <w:trPr>
          <w:jc w:val="center"/>
        </w:trPr>
        <w:tc>
          <w:tcPr>
            <w:tcW w:w="0" w:type="auto"/>
          </w:tcPr>
          <w:p w14:paraId="4FFD062B" w14:textId="77777777" w:rsidR="007A5E59" w:rsidRDefault="0095198F">
            <w:pPr>
              <w:jc w:val="center"/>
            </w:pPr>
            <w:r>
              <w:t>25</w:t>
            </w:r>
          </w:p>
        </w:tc>
        <w:tc>
          <w:tcPr>
            <w:tcW w:w="0" w:type="auto"/>
          </w:tcPr>
          <w:p w14:paraId="38E27411" w14:textId="77777777" w:rsidR="007A5E59" w:rsidRDefault="0095198F">
            <w:r>
              <w:t>ТК-3-16 – Победы, 2а</w:t>
            </w:r>
          </w:p>
        </w:tc>
        <w:tc>
          <w:tcPr>
            <w:tcW w:w="0" w:type="auto"/>
          </w:tcPr>
          <w:p w14:paraId="628B7ED9" w14:textId="77777777" w:rsidR="007A5E59" w:rsidRDefault="0095198F">
            <w:pPr>
              <w:jc w:val="center"/>
            </w:pPr>
            <w:r>
              <w:t>80</w:t>
            </w:r>
          </w:p>
        </w:tc>
        <w:tc>
          <w:tcPr>
            <w:tcW w:w="0" w:type="auto"/>
          </w:tcPr>
          <w:p w14:paraId="1C8E4066" w14:textId="77777777" w:rsidR="007A5E59" w:rsidRDefault="0095198F">
            <w:pPr>
              <w:jc w:val="center"/>
            </w:pPr>
            <w:r>
              <w:t>2011</w:t>
            </w:r>
          </w:p>
        </w:tc>
        <w:tc>
          <w:tcPr>
            <w:tcW w:w="0" w:type="auto"/>
          </w:tcPr>
          <w:p w14:paraId="18493C4F" w14:textId="77777777" w:rsidR="007A5E59" w:rsidRDefault="0095198F">
            <w:pPr>
              <w:jc w:val="center"/>
            </w:pPr>
            <w:r>
              <w:t>82</w:t>
            </w:r>
          </w:p>
        </w:tc>
        <w:tc>
          <w:tcPr>
            <w:tcW w:w="0" w:type="auto"/>
          </w:tcPr>
          <w:p w14:paraId="4C9B5F77" w14:textId="77777777" w:rsidR="007A5E59" w:rsidRDefault="0095198F">
            <w:r>
              <w:t>канал.</w:t>
            </w:r>
          </w:p>
        </w:tc>
      </w:tr>
      <w:tr w:rsidR="007A5E59" w14:paraId="18C2EA75" w14:textId="77777777">
        <w:trPr>
          <w:jc w:val="center"/>
        </w:trPr>
        <w:tc>
          <w:tcPr>
            <w:tcW w:w="0" w:type="auto"/>
          </w:tcPr>
          <w:p w14:paraId="4118B9A6" w14:textId="77777777" w:rsidR="007A5E59" w:rsidRDefault="0095198F">
            <w:pPr>
              <w:jc w:val="center"/>
            </w:pPr>
            <w:r>
              <w:t>26</w:t>
            </w:r>
          </w:p>
        </w:tc>
        <w:tc>
          <w:tcPr>
            <w:tcW w:w="0" w:type="auto"/>
          </w:tcPr>
          <w:p w14:paraId="6C96EBB2" w14:textId="77777777" w:rsidR="007A5E59" w:rsidRDefault="0095198F">
            <w:r>
              <w:t>ТК-3-16 – Победы, 2</w:t>
            </w:r>
          </w:p>
        </w:tc>
        <w:tc>
          <w:tcPr>
            <w:tcW w:w="0" w:type="auto"/>
          </w:tcPr>
          <w:p w14:paraId="74DCF60F" w14:textId="77777777" w:rsidR="007A5E59" w:rsidRDefault="0095198F">
            <w:pPr>
              <w:jc w:val="center"/>
            </w:pPr>
            <w:r>
              <w:t>80</w:t>
            </w:r>
          </w:p>
        </w:tc>
        <w:tc>
          <w:tcPr>
            <w:tcW w:w="0" w:type="auto"/>
          </w:tcPr>
          <w:p w14:paraId="5BD89AF4" w14:textId="77777777" w:rsidR="007A5E59" w:rsidRDefault="0095198F">
            <w:pPr>
              <w:jc w:val="center"/>
            </w:pPr>
            <w:r>
              <w:t>1985</w:t>
            </w:r>
          </w:p>
        </w:tc>
        <w:tc>
          <w:tcPr>
            <w:tcW w:w="0" w:type="auto"/>
          </w:tcPr>
          <w:p w14:paraId="1FBD6613" w14:textId="77777777" w:rsidR="007A5E59" w:rsidRDefault="0095198F">
            <w:pPr>
              <w:jc w:val="center"/>
            </w:pPr>
            <w:r>
              <w:t>13</w:t>
            </w:r>
          </w:p>
        </w:tc>
        <w:tc>
          <w:tcPr>
            <w:tcW w:w="0" w:type="auto"/>
          </w:tcPr>
          <w:p w14:paraId="40019BCD" w14:textId="77777777" w:rsidR="007A5E59" w:rsidRDefault="0095198F">
            <w:r>
              <w:t>канал.</w:t>
            </w:r>
          </w:p>
        </w:tc>
      </w:tr>
      <w:tr w:rsidR="007A5E59" w14:paraId="42ECC196" w14:textId="77777777">
        <w:trPr>
          <w:jc w:val="center"/>
        </w:trPr>
        <w:tc>
          <w:tcPr>
            <w:tcW w:w="0" w:type="auto"/>
          </w:tcPr>
          <w:p w14:paraId="08A93BF6" w14:textId="77777777" w:rsidR="007A5E59" w:rsidRDefault="0095198F">
            <w:pPr>
              <w:jc w:val="center"/>
            </w:pPr>
            <w:r>
              <w:t>27</w:t>
            </w:r>
          </w:p>
        </w:tc>
        <w:tc>
          <w:tcPr>
            <w:tcW w:w="0" w:type="auto"/>
          </w:tcPr>
          <w:p w14:paraId="5F6DFB58" w14:textId="77777777" w:rsidR="007A5E59" w:rsidRDefault="0095198F">
            <w:r>
              <w:t>ТК-3-17 – Центральная, 6 и 5</w:t>
            </w:r>
          </w:p>
        </w:tc>
        <w:tc>
          <w:tcPr>
            <w:tcW w:w="0" w:type="auto"/>
          </w:tcPr>
          <w:p w14:paraId="19505AE7" w14:textId="77777777" w:rsidR="007A5E59" w:rsidRDefault="0095198F">
            <w:pPr>
              <w:jc w:val="center"/>
            </w:pPr>
            <w:r>
              <w:t>20</w:t>
            </w:r>
          </w:p>
        </w:tc>
        <w:tc>
          <w:tcPr>
            <w:tcW w:w="0" w:type="auto"/>
          </w:tcPr>
          <w:p w14:paraId="3ABC1407" w14:textId="77777777" w:rsidR="007A5E59" w:rsidRDefault="0095198F">
            <w:pPr>
              <w:jc w:val="center"/>
            </w:pPr>
            <w:r>
              <w:t>2013</w:t>
            </w:r>
          </w:p>
        </w:tc>
        <w:tc>
          <w:tcPr>
            <w:tcW w:w="0" w:type="auto"/>
          </w:tcPr>
          <w:p w14:paraId="5C592EA7" w14:textId="77777777" w:rsidR="007A5E59" w:rsidRDefault="0095198F">
            <w:pPr>
              <w:jc w:val="center"/>
            </w:pPr>
            <w:r>
              <w:t>102</w:t>
            </w:r>
          </w:p>
        </w:tc>
        <w:tc>
          <w:tcPr>
            <w:tcW w:w="0" w:type="auto"/>
          </w:tcPr>
          <w:p w14:paraId="645F9BE6" w14:textId="77777777" w:rsidR="007A5E59" w:rsidRDefault="0095198F">
            <w:r>
              <w:t>канал.</w:t>
            </w:r>
          </w:p>
        </w:tc>
      </w:tr>
      <w:tr w:rsidR="007A5E59" w14:paraId="2078BDA1" w14:textId="77777777">
        <w:trPr>
          <w:jc w:val="center"/>
        </w:trPr>
        <w:tc>
          <w:tcPr>
            <w:tcW w:w="0" w:type="auto"/>
          </w:tcPr>
          <w:p w14:paraId="0FCB7B13" w14:textId="77777777" w:rsidR="007A5E59" w:rsidRDefault="0095198F">
            <w:pPr>
              <w:jc w:val="center"/>
            </w:pPr>
            <w:r>
              <w:t>28</w:t>
            </w:r>
          </w:p>
        </w:tc>
        <w:tc>
          <w:tcPr>
            <w:tcW w:w="0" w:type="auto"/>
          </w:tcPr>
          <w:p w14:paraId="0C3D4ABE" w14:textId="77777777" w:rsidR="007A5E59" w:rsidRDefault="0095198F">
            <w:r>
              <w:t>ТК-3-18 – Токарева, 5</w:t>
            </w:r>
          </w:p>
        </w:tc>
        <w:tc>
          <w:tcPr>
            <w:tcW w:w="0" w:type="auto"/>
          </w:tcPr>
          <w:p w14:paraId="26690F66" w14:textId="77777777" w:rsidR="007A5E59" w:rsidRDefault="0095198F">
            <w:pPr>
              <w:jc w:val="center"/>
            </w:pPr>
            <w:r>
              <w:t>50</w:t>
            </w:r>
          </w:p>
        </w:tc>
        <w:tc>
          <w:tcPr>
            <w:tcW w:w="0" w:type="auto"/>
          </w:tcPr>
          <w:p w14:paraId="2780949F" w14:textId="77777777" w:rsidR="007A5E59" w:rsidRDefault="0095198F">
            <w:pPr>
              <w:jc w:val="center"/>
            </w:pPr>
            <w:r>
              <w:t>2013</w:t>
            </w:r>
          </w:p>
        </w:tc>
        <w:tc>
          <w:tcPr>
            <w:tcW w:w="0" w:type="auto"/>
          </w:tcPr>
          <w:p w14:paraId="0AD26611" w14:textId="77777777" w:rsidR="007A5E59" w:rsidRDefault="0095198F">
            <w:pPr>
              <w:jc w:val="center"/>
            </w:pPr>
            <w:r>
              <w:t>15</w:t>
            </w:r>
          </w:p>
        </w:tc>
        <w:tc>
          <w:tcPr>
            <w:tcW w:w="0" w:type="auto"/>
          </w:tcPr>
          <w:p w14:paraId="44A24689" w14:textId="77777777" w:rsidR="007A5E59" w:rsidRDefault="0095198F">
            <w:r>
              <w:t>канал.</w:t>
            </w:r>
          </w:p>
        </w:tc>
      </w:tr>
      <w:tr w:rsidR="007A5E59" w14:paraId="37383BBC" w14:textId="77777777">
        <w:trPr>
          <w:jc w:val="center"/>
        </w:trPr>
        <w:tc>
          <w:tcPr>
            <w:tcW w:w="0" w:type="auto"/>
          </w:tcPr>
          <w:p w14:paraId="530F8462" w14:textId="77777777" w:rsidR="007A5E59" w:rsidRDefault="0095198F">
            <w:pPr>
              <w:jc w:val="center"/>
            </w:pPr>
            <w:r>
              <w:t>29</w:t>
            </w:r>
          </w:p>
        </w:tc>
        <w:tc>
          <w:tcPr>
            <w:tcW w:w="0" w:type="auto"/>
          </w:tcPr>
          <w:p w14:paraId="1556749A" w14:textId="77777777" w:rsidR="007A5E59" w:rsidRDefault="0095198F">
            <w:r>
              <w:t>ТК-3-19 – Токарева, 7</w:t>
            </w:r>
          </w:p>
        </w:tc>
        <w:tc>
          <w:tcPr>
            <w:tcW w:w="0" w:type="auto"/>
          </w:tcPr>
          <w:p w14:paraId="30C3F8FC" w14:textId="77777777" w:rsidR="007A5E59" w:rsidRDefault="0095198F">
            <w:pPr>
              <w:jc w:val="center"/>
            </w:pPr>
            <w:r>
              <w:t>65</w:t>
            </w:r>
          </w:p>
        </w:tc>
        <w:tc>
          <w:tcPr>
            <w:tcW w:w="0" w:type="auto"/>
          </w:tcPr>
          <w:p w14:paraId="6933A87F" w14:textId="77777777" w:rsidR="007A5E59" w:rsidRDefault="0095198F">
            <w:pPr>
              <w:jc w:val="center"/>
            </w:pPr>
            <w:r>
              <w:t>2015</w:t>
            </w:r>
          </w:p>
        </w:tc>
        <w:tc>
          <w:tcPr>
            <w:tcW w:w="0" w:type="auto"/>
          </w:tcPr>
          <w:p w14:paraId="7DD3FEE1" w14:textId="77777777" w:rsidR="007A5E59" w:rsidRDefault="0095198F">
            <w:pPr>
              <w:jc w:val="center"/>
            </w:pPr>
            <w:r>
              <w:t>11</w:t>
            </w:r>
          </w:p>
        </w:tc>
        <w:tc>
          <w:tcPr>
            <w:tcW w:w="0" w:type="auto"/>
          </w:tcPr>
          <w:p w14:paraId="48E5E969" w14:textId="77777777" w:rsidR="007A5E59" w:rsidRDefault="0095198F">
            <w:r>
              <w:t>канал.</w:t>
            </w:r>
          </w:p>
        </w:tc>
      </w:tr>
      <w:tr w:rsidR="007A5E59" w14:paraId="0AF629B8" w14:textId="77777777">
        <w:trPr>
          <w:jc w:val="center"/>
        </w:trPr>
        <w:tc>
          <w:tcPr>
            <w:tcW w:w="0" w:type="auto"/>
          </w:tcPr>
          <w:p w14:paraId="035865EE" w14:textId="77777777" w:rsidR="007A5E59" w:rsidRDefault="0095198F">
            <w:pPr>
              <w:jc w:val="center"/>
            </w:pPr>
            <w:r>
              <w:t>30</w:t>
            </w:r>
          </w:p>
        </w:tc>
        <w:tc>
          <w:tcPr>
            <w:tcW w:w="0" w:type="auto"/>
          </w:tcPr>
          <w:p w14:paraId="714B0BA3" w14:textId="77777777" w:rsidR="007A5E59" w:rsidRDefault="0095198F">
            <w:r>
              <w:t>ТК-3-20 – Токарева, 9</w:t>
            </w:r>
          </w:p>
        </w:tc>
        <w:tc>
          <w:tcPr>
            <w:tcW w:w="0" w:type="auto"/>
          </w:tcPr>
          <w:p w14:paraId="670A648C" w14:textId="77777777" w:rsidR="007A5E59" w:rsidRDefault="0095198F">
            <w:pPr>
              <w:jc w:val="center"/>
            </w:pPr>
            <w:r>
              <w:t>50</w:t>
            </w:r>
          </w:p>
        </w:tc>
        <w:tc>
          <w:tcPr>
            <w:tcW w:w="0" w:type="auto"/>
          </w:tcPr>
          <w:p w14:paraId="14C04446" w14:textId="77777777" w:rsidR="007A5E59" w:rsidRDefault="0095198F">
            <w:pPr>
              <w:jc w:val="center"/>
            </w:pPr>
            <w:r>
              <w:t>2015</w:t>
            </w:r>
          </w:p>
        </w:tc>
        <w:tc>
          <w:tcPr>
            <w:tcW w:w="0" w:type="auto"/>
          </w:tcPr>
          <w:p w14:paraId="2F07FD1C" w14:textId="77777777" w:rsidR="007A5E59" w:rsidRDefault="0095198F">
            <w:pPr>
              <w:jc w:val="center"/>
            </w:pPr>
            <w:r>
              <w:t>10</w:t>
            </w:r>
          </w:p>
        </w:tc>
        <w:tc>
          <w:tcPr>
            <w:tcW w:w="0" w:type="auto"/>
          </w:tcPr>
          <w:p w14:paraId="6085E02E" w14:textId="77777777" w:rsidR="007A5E59" w:rsidRDefault="0095198F">
            <w:r>
              <w:t>канал.</w:t>
            </w:r>
          </w:p>
        </w:tc>
      </w:tr>
      <w:tr w:rsidR="007A5E59" w14:paraId="3F2DD7AA" w14:textId="77777777">
        <w:trPr>
          <w:jc w:val="center"/>
        </w:trPr>
        <w:tc>
          <w:tcPr>
            <w:tcW w:w="0" w:type="auto"/>
          </w:tcPr>
          <w:p w14:paraId="20AB25A1" w14:textId="77777777" w:rsidR="007A5E59" w:rsidRDefault="0095198F">
            <w:pPr>
              <w:jc w:val="center"/>
            </w:pPr>
            <w:r>
              <w:t>31</w:t>
            </w:r>
          </w:p>
        </w:tc>
        <w:tc>
          <w:tcPr>
            <w:tcW w:w="0" w:type="auto"/>
          </w:tcPr>
          <w:p w14:paraId="60CF444A" w14:textId="77777777" w:rsidR="007A5E59" w:rsidRDefault="0095198F">
            <w:r>
              <w:t>ТК-3-21/1 – Токарева, 11</w:t>
            </w:r>
          </w:p>
        </w:tc>
        <w:tc>
          <w:tcPr>
            <w:tcW w:w="0" w:type="auto"/>
          </w:tcPr>
          <w:p w14:paraId="0A7BAA92" w14:textId="77777777" w:rsidR="007A5E59" w:rsidRDefault="0095198F">
            <w:pPr>
              <w:jc w:val="center"/>
            </w:pPr>
            <w:r>
              <w:t>50</w:t>
            </w:r>
          </w:p>
        </w:tc>
        <w:tc>
          <w:tcPr>
            <w:tcW w:w="0" w:type="auto"/>
          </w:tcPr>
          <w:p w14:paraId="454B54CB" w14:textId="77777777" w:rsidR="007A5E59" w:rsidRDefault="0095198F">
            <w:pPr>
              <w:jc w:val="center"/>
            </w:pPr>
            <w:r>
              <w:t>2015</w:t>
            </w:r>
          </w:p>
        </w:tc>
        <w:tc>
          <w:tcPr>
            <w:tcW w:w="0" w:type="auto"/>
          </w:tcPr>
          <w:p w14:paraId="7600BA99" w14:textId="77777777" w:rsidR="007A5E59" w:rsidRDefault="0095198F">
            <w:pPr>
              <w:jc w:val="center"/>
            </w:pPr>
            <w:r>
              <w:t>11</w:t>
            </w:r>
          </w:p>
        </w:tc>
        <w:tc>
          <w:tcPr>
            <w:tcW w:w="0" w:type="auto"/>
          </w:tcPr>
          <w:p w14:paraId="15036B08" w14:textId="77777777" w:rsidR="007A5E59" w:rsidRDefault="0095198F">
            <w:r>
              <w:t>канал.</w:t>
            </w:r>
          </w:p>
        </w:tc>
      </w:tr>
      <w:tr w:rsidR="007A5E59" w14:paraId="16912D6D" w14:textId="77777777">
        <w:trPr>
          <w:jc w:val="center"/>
        </w:trPr>
        <w:tc>
          <w:tcPr>
            <w:tcW w:w="0" w:type="auto"/>
          </w:tcPr>
          <w:p w14:paraId="5CB772B7" w14:textId="77777777" w:rsidR="007A5E59" w:rsidRDefault="0095198F">
            <w:pPr>
              <w:jc w:val="center"/>
            </w:pPr>
            <w:r>
              <w:t>32</w:t>
            </w:r>
          </w:p>
        </w:tc>
        <w:tc>
          <w:tcPr>
            <w:tcW w:w="0" w:type="auto"/>
          </w:tcPr>
          <w:p w14:paraId="04B8CE25" w14:textId="77777777" w:rsidR="007A5E59" w:rsidRDefault="0095198F">
            <w:r>
              <w:t>ТК-3-21/2 – Токарева, 6а</w:t>
            </w:r>
          </w:p>
        </w:tc>
        <w:tc>
          <w:tcPr>
            <w:tcW w:w="0" w:type="auto"/>
          </w:tcPr>
          <w:p w14:paraId="40C917FD" w14:textId="77777777" w:rsidR="007A5E59" w:rsidRDefault="0095198F">
            <w:pPr>
              <w:jc w:val="center"/>
            </w:pPr>
            <w:r>
              <w:t>50</w:t>
            </w:r>
          </w:p>
        </w:tc>
        <w:tc>
          <w:tcPr>
            <w:tcW w:w="0" w:type="auto"/>
          </w:tcPr>
          <w:p w14:paraId="7DAA27BD" w14:textId="77777777" w:rsidR="007A5E59" w:rsidRDefault="0095198F">
            <w:pPr>
              <w:jc w:val="center"/>
            </w:pPr>
            <w:r>
              <w:t>2015</w:t>
            </w:r>
          </w:p>
        </w:tc>
        <w:tc>
          <w:tcPr>
            <w:tcW w:w="0" w:type="auto"/>
          </w:tcPr>
          <w:p w14:paraId="03C36DE8" w14:textId="77777777" w:rsidR="007A5E59" w:rsidRDefault="0095198F">
            <w:pPr>
              <w:jc w:val="center"/>
            </w:pPr>
            <w:r>
              <w:t>26</w:t>
            </w:r>
          </w:p>
        </w:tc>
        <w:tc>
          <w:tcPr>
            <w:tcW w:w="0" w:type="auto"/>
          </w:tcPr>
          <w:p w14:paraId="7B5C14A6" w14:textId="77777777" w:rsidR="007A5E59" w:rsidRDefault="0095198F">
            <w:r>
              <w:t>канал.</w:t>
            </w:r>
          </w:p>
        </w:tc>
      </w:tr>
      <w:tr w:rsidR="007A5E59" w14:paraId="6B8F2C3A" w14:textId="77777777">
        <w:trPr>
          <w:jc w:val="center"/>
        </w:trPr>
        <w:tc>
          <w:tcPr>
            <w:tcW w:w="0" w:type="auto"/>
          </w:tcPr>
          <w:p w14:paraId="5A8871A8" w14:textId="77777777" w:rsidR="007A5E59" w:rsidRDefault="0095198F">
            <w:pPr>
              <w:jc w:val="center"/>
            </w:pPr>
            <w:r>
              <w:t>33</w:t>
            </w:r>
          </w:p>
        </w:tc>
        <w:tc>
          <w:tcPr>
            <w:tcW w:w="0" w:type="auto"/>
          </w:tcPr>
          <w:p w14:paraId="3F7D29AD" w14:textId="77777777" w:rsidR="007A5E59" w:rsidRDefault="0095198F">
            <w:r>
              <w:t>ТК-3-21/2 – Чайкина, 8а</w:t>
            </w:r>
          </w:p>
        </w:tc>
        <w:tc>
          <w:tcPr>
            <w:tcW w:w="0" w:type="auto"/>
          </w:tcPr>
          <w:p w14:paraId="3FB49E0D" w14:textId="77777777" w:rsidR="007A5E59" w:rsidRDefault="0095198F">
            <w:pPr>
              <w:jc w:val="center"/>
            </w:pPr>
            <w:r>
              <w:t>25</w:t>
            </w:r>
          </w:p>
        </w:tc>
        <w:tc>
          <w:tcPr>
            <w:tcW w:w="0" w:type="auto"/>
          </w:tcPr>
          <w:p w14:paraId="0F202826" w14:textId="77777777" w:rsidR="007A5E59" w:rsidRDefault="0095198F">
            <w:pPr>
              <w:jc w:val="center"/>
            </w:pPr>
            <w:r>
              <w:t>2015</w:t>
            </w:r>
          </w:p>
        </w:tc>
        <w:tc>
          <w:tcPr>
            <w:tcW w:w="0" w:type="auto"/>
          </w:tcPr>
          <w:p w14:paraId="5FB101F6" w14:textId="77777777" w:rsidR="007A5E59" w:rsidRDefault="0095198F">
            <w:pPr>
              <w:jc w:val="center"/>
            </w:pPr>
            <w:r>
              <w:t>150</w:t>
            </w:r>
          </w:p>
        </w:tc>
        <w:tc>
          <w:tcPr>
            <w:tcW w:w="0" w:type="auto"/>
          </w:tcPr>
          <w:p w14:paraId="24A51123" w14:textId="77777777" w:rsidR="007A5E59" w:rsidRDefault="0095198F">
            <w:r>
              <w:t>канал.</w:t>
            </w:r>
          </w:p>
        </w:tc>
      </w:tr>
      <w:tr w:rsidR="007A5E59" w14:paraId="30A30F32" w14:textId="77777777">
        <w:trPr>
          <w:jc w:val="center"/>
        </w:trPr>
        <w:tc>
          <w:tcPr>
            <w:tcW w:w="0" w:type="auto"/>
          </w:tcPr>
          <w:p w14:paraId="6EA095F8" w14:textId="77777777" w:rsidR="007A5E59" w:rsidRDefault="0095198F">
            <w:pPr>
              <w:jc w:val="center"/>
            </w:pPr>
            <w:r>
              <w:t>34</w:t>
            </w:r>
          </w:p>
        </w:tc>
        <w:tc>
          <w:tcPr>
            <w:tcW w:w="0" w:type="auto"/>
          </w:tcPr>
          <w:p w14:paraId="21A63053" w14:textId="77777777" w:rsidR="007A5E59" w:rsidRDefault="0095198F">
            <w:r>
              <w:t>ТК-3-21/6-Токарева, 18-20</w:t>
            </w:r>
          </w:p>
        </w:tc>
        <w:tc>
          <w:tcPr>
            <w:tcW w:w="0" w:type="auto"/>
          </w:tcPr>
          <w:p w14:paraId="7F98A2E9" w14:textId="77777777" w:rsidR="007A5E59" w:rsidRDefault="0095198F">
            <w:pPr>
              <w:jc w:val="center"/>
            </w:pPr>
            <w:r>
              <w:t>25</w:t>
            </w:r>
          </w:p>
        </w:tc>
        <w:tc>
          <w:tcPr>
            <w:tcW w:w="0" w:type="auto"/>
          </w:tcPr>
          <w:p w14:paraId="1DAEBEC8" w14:textId="77777777" w:rsidR="007A5E59" w:rsidRDefault="0095198F">
            <w:pPr>
              <w:jc w:val="center"/>
            </w:pPr>
            <w:r>
              <w:t>2015</w:t>
            </w:r>
          </w:p>
        </w:tc>
        <w:tc>
          <w:tcPr>
            <w:tcW w:w="0" w:type="auto"/>
          </w:tcPr>
          <w:p w14:paraId="53D9B521" w14:textId="77777777" w:rsidR="007A5E59" w:rsidRDefault="0095198F">
            <w:pPr>
              <w:jc w:val="center"/>
            </w:pPr>
            <w:r>
              <w:t>20</w:t>
            </w:r>
          </w:p>
        </w:tc>
        <w:tc>
          <w:tcPr>
            <w:tcW w:w="0" w:type="auto"/>
          </w:tcPr>
          <w:p w14:paraId="62068ED9" w14:textId="77777777" w:rsidR="007A5E59" w:rsidRDefault="0095198F">
            <w:r>
              <w:t>канал.</w:t>
            </w:r>
          </w:p>
        </w:tc>
      </w:tr>
      <w:tr w:rsidR="007A5E59" w14:paraId="551D49A9" w14:textId="77777777">
        <w:trPr>
          <w:jc w:val="center"/>
        </w:trPr>
        <w:tc>
          <w:tcPr>
            <w:tcW w:w="0" w:type="auto"/>
          </w:tcPr>
          <w:p w14:paraId="7A8ACE5F" w14:textId="77777777" w:rsidR="007A5E59" w:rsidRDefault="0095198F">
            <w:pPr>
              <w:jc w:val="center"/>
            </w:pPr>
            <w:r>
              <w:t>35</w:t>
            </w:r>
          </w:p>
        </w:tc>
        <w:tc>
          <w:tcPr>
            <w:tcW w:w="0" w:type="auto"/>
          </w:tcPr>
          <w:p w14:paraId="3A1C1137" w14:textId="77777777" w:rsidR="007A5E59" w:rsidRDefault="0095198F">
            <w:r>
              <w:t>ТК-2-03/1 – Зеленая, 32</w:t>
            </w:r>
          </w:p>
        </w:tc>
        <w:tc>
          <w:tcPr>
            <w:tcW w:w="0" w:type="auto"/>
          </w:tcPr>
          <w:p w14:paraId="61CD4AD0" w14:textId="77777777" w:rsidR="007A5E59" w:rsidRDefault="0095198F">
            <w:pPr>
              <w:jc w:val="center"/>
            </w:pPr>
            <w:r>
              <w:t>25</w:t>
            </w:r>
          </w:p>
        </w:tc>
        <w:tc>
          <w:tcPr>
            <w:tcW w:w="0" w:type="auto"/>
          </w:tcPr>
          <w:p w14:paraId="1BBBF39E" w14:textId="77777777" w:rsidR="007A5E59" w:rsidRDefault="0095198F">
            <w:pPr>
              <w:jc w:val="center"/>
            </w:pPr>
            <w:r>
              <w:t>2015</w:t>
            </w:r>
          </w:p>
        </w:tc>
        <w:tc>
          <w:tcPr>
            <w:tcW w:w="0" w:type="auto"/>
          </w:tcPr>
          <w:p w14:paraId="147DB703" w14:textId="77777777" w:rsidR="007A5E59" w:rsidRDefault="0095198F">
            <w:pPr>
              <w:jc w:val="center"/>
            </w:pPr>
            <w:r>
              <w:t>15</w:t>
            </w:r>
          </w:p>
        </w:tc>
        <w:tc>
          <w:tcPr>
            <w:tcW w:w="0" w:type="auto"/>
          </w:tcPr>
          <w:p w14:paraId="35E2B3ED" w14:textId="77777777" w:rsidR="007A5E59" w:rsidRDefault="0095198F">
            <w:r>
              <w:t>канал.</w:t>
            </w:r>
          </w:p>
        </w:tc>
      </w:tr>
      <w:tr w:rsidR="007A5E59" w14:paraId="1535A516" w14:textId="77777777">
        <w:trPr>
          <w:jc w:val="center"/>
        </w:trPr>
        <w:tc>
          <w:tcPr>
            <w:tcW w:w="0" w:type="auto"/>
          </w:tcPr>
          <w:p w14:paraId="5F9FCBEF" w14:textId="77777777" w:rsidR="007A5E59" w:rsidRDefault="0095198F">
            <w:pPr>
              <w:jc w:val="center"/>
            </w:pPr>
            <w:r>
              <w:t>36</w:t>
            </w:r>
          </w:p>
        </w:tc>
        <w:tc>
          <w:tcPr>
            <w:tcW w:w="0" w:type="auto"/>
          </w:tcPr>
          <w:p w14:paraId="105F6D1D" w14:textId="77777777" w:rsidR="007A5E59" w:rsidRDefault="0095198F">
            <w:r>
              <w:t>ТК-2-04 – Зеленая, 30,28</w:t>
            </w:r>
          </w:p>
        </w:tc>
        <w:tc>
          <w:tcPr>
            <w:tcW w:w="0" w:type="auto"/>
          </w:tcPr>
          <w:p w14:paraId="37E9AA7B" w14:textId="77777777" w:rsidR="007A5E59" w:rsidRDefault="0095198F">
            <w:pPr>
              <w:jc w:val="center"/>
            </w:pPr>
            <w:r>
              <w:t>50</w:t>
            </w:r>
          </w:p>
        </w:tc>
        <w:tc>
          <w:tcPr>
            <w:tcW w:w="0" w:type="auto"/>
          </w:tcPr>
          <w:p w14:paraId="1A3E0C53" w14:textId="77777777" w:rsidR="007A5E59" w:rsidRDefault="0095198F">
            <w:pPr>
              <w:jc w:val="center"/>
            </w:pPr>
            <w:r>
              <w:t>2011</w:t>
            </w:r>
          </w:p>
        </w:tc>
        <w:tc>
          <w:tcPr>
            <w:tcW w:w="0" w:type="auto"/>
          </w:tcPr>
          <w:p w14:paraId="596B853F" w14:textId="77777777" w:rsidR="007A5E59" w:rsidRDefault="0095198F">
            <w:pPr>
              <w:jc w:val="center"/>
            </w:pPr>
            <w:r>
              <w:t>10</w:t>
            </w:r>
          </w:p>
        </w:tc>
        <w:tc>
          <w:tcPr>
            <w:tcW w:w="0" w:type="auto"/>
          </w:tcPr>
          <w:p w14:paraId="0CE3AB77" w14:textId="77777777" w:rsidR="007A5E59" w:rsidRDefault="0095198F">
            <w:r>
              <w:t>канал.</w:t>
            </w:r>
          </w:p>
        </w:tc>
      </w:tr>
      <w:tr w:rsidR="007A5E59" w14:paraId="3A732618" w14:textId="77777777">
        <w:trPr>
          <w:jc w:val="center"/>
        </w:trPr>
        <w:tc>
          <w:tcPr>
            <w:tcW w:w="0" w:type="auto"/>
          </w:tcPr>
          <w:p w14:paraId="460B00F4" w14:textId="77777777" w:rsidR="007A5E59" w:rsidRDefault="0095198F">
            <w:pPr>
              <w:jc w:val="center"/>
            </w:pPr>
            <w:r>
              <w:t>37</w:t>
            </w:r>
          </w:p>
        </w:tc>
        <w:tc>
          <w:tcPr>
            <w:tcW w:w="0" w:type="auto"/>
          </w:tcPr>
          <w:p w14:paraId="2F3060D1" w14:textId="77777777" w:rsidR="007A5E59" w:rsidRDefault="0095198F">
            <w:r>
              <w:t>ТК-2-05 – Зеленая, 26</w:t>
            </w:r>
          </w:p>
        </w:tc>
        <w:tc>
          <w:tcPr>
            <w:tcW w:w="0" w:type="auto"/>
          </w:tcPr>
          <w:p w14:paraId="6DFEF309" w14:textId="77777777" w:rsidR="007A5E59" w:rsidRDefault="0095198F">
            <w:pPr>
              <w:jc w:val="center"/>
            </w:pPr>
            <w:r>
              <w:t>50</w:t>
            </w:r>
          </w:p>
        </w:tc>
        <w:tc>
          <w:tcPr>
            <w:tcW w:w="0" w:type="auto"/>
          </w:tcPr>
          <w:p w14:paraId="68BE9A8D" w14:textId="77777777" w:rsidR="007A5E59" w:rsidRDefault="0095198F">
            <w:pPr>
              <w:jc w:val="center"/>
            </w:pPr>
            <w:r>
              <w:t>2011</w:t>
            </w:r>
          </w:p>
        </w:tc>
        <w:tc>
          <w:tcPr>
            <w:tcW w:w="0" w:type="auto"/>
          </w:tcPr>
          <w:p w14:paraId="733BFDD8" w14:textId="77777777" w:rsidR="007A5E59" w:rsidRDefault="0095198F">
            <w:pPr>
              <w:jc w:val="center"/>
            </w:pPr>
            <w:r>
              <w:t>10</w:t>
            </w:r>
          </w:p>
        </w:tc>
        <w:tc>
          <w:tcPr>
            <w:tcW w:w="0" w:type="auto"/>
          </w:tcPr>
          <w:p w14:paraId="5F863384" w14:textId="77777777" w:rsidR="007A5E59" w:rsidRDefault="0095198F">
            <w:r>
              <w:t>канал.</w:t>
            </w:r>
          </w:p>
        </w:tc>
      </w:tr>
      <w:tr w:rsidR="007A5E59" w14:paraId="0FE5B133" w14:textId="77777777">
        <w:trPr>
          <w:jc w:val="center"/>
        </w:trPr>
        <w:tc>
          <w:tcPr>
            <w:tcW w:w="0" w:type="auto"/>
          </w:tcPr>
          <w:p w14:paraId="6E894A12" w14:textId="77777777" w:rsidR="007A5E59" w:rsidRDefault="0095198F">
            <w:pPr>
              <w:jc w:val="center"/>
            </w:pPr>
            <w:r>
              <w:t>38</w:t>
            </w:r>
          </w:p>
        </w:tc>
        <w:tc>
          <w:tcPr>
            <w:tcW w:w="0" w:type="auto"/>
          </w:tcPr>
          <w:p w14:paraId="23EB8F33" w14:textId="77777777" w:rsidR="007A5E59" w:rsidRDefault="0095198F">
            <w:r>
              <w:t>ТК-2-05/4 – ТК-2-05/2</w:t>
            </w:r>
          </w:p>
        </w:tc>
        <w:tc>
          <w:tcPr>
            <w:tcW w:w="0" w:type="auto"/>
          </w:tcPr>
          <w:p w14:paraId="1EE15858" w14:textId="77777777" w:rsidR="007A5E59" w:rsidRDefault="0095198F">
            <w:pPr>
              <w:jc w:val="center"/>
            </w:pPr>
            <w:r>
              <w:t>50</w:t>
            </w:r>
          </w:p>
        </w:tc>
        <w:tc>
          <w:tcPr>
            <w:tcW w:w="0" w:type="auto"/>
          </w:tcPr>
          <w:p w14:paraId="4606E004" w14:textId="77777777" w:rsidR="007A5E59" w:rsidRDefault="0095198F">
            <w:pPr>
              <w:jc w:val="center"/>
            </w:pPr>
            <w:r>
              <w:t>2014</w:t>
            </w:r>
          </w:p>
        </w:tc>
        <w:tc>
          <w:tcPr>
            <w:tcW w:w="0" w:type="auto"/>
          </w:tcPr>
          <w:p w14:paraId="10CCCE33" w14:textId="77777777" w:rsidR="007A5E59" w:rsidRDefault="0095198F">
            <w:pPr>
              <w:jc w:val="center"/>
            </w:pPr>
            <w:r>
              <w:t>30</w:t>
            </w:r>
          </w:p>
        </w:tc>
        <w:tc>
          <w:tcPr>
            <w:tcW w:w="0" w:type="auto"/>
          </w:tcPr>
          <w:p w14:paraId="1C0F3EB7" w14:textId="77777777" w:rsidR="007A5E59" w:rsidRDefault="0095198F">
            <w:r>
              <w:t>канал.</w:t>
            </w:r>
          </w:p>
        </w:tc>
      </w:tr>
      <w:tr w:rsidR="007A5E59" w14:paraId="3F4D8F57" w14:textId="77777777">
        <w:trPr>
          <w:jc w:val="center"/>
        </w:trPr>
        <w:tc>
          <w:tcPr>
            <w:tcW w:w="0" w:type="auto"/>
          </w:tcPr>
          <w:p w14:paraId="79CBA646" w14:textId="77777777" w:rsidR="007A5E59" w:rsidRDefault="0095198F">
            <w:pPr>
              <w:jc w:val="center"/>
            </w:pPr>
            <w:r>
              <w:t>39</w:t>
            </w:r>
          </w:p>
        </w:tc>
        <w:tc>
          <w:tcPr>
            <w:tcW w:w="0" w:type="auto"/>
          </w:tcPr>
          <w:p w14:paraId="14B6C6D7" w14:textId="77777777" w:rsidR="007A5E59" w:rsidRDefault="0095198F">
            <w:r>
              <w:t>ТК-2-05/4 – Ленина, 11</w:t>
            </w:r>
          </w:p>
        </w:tc>
        <w:tc>
          <w:tcPr>
            <w:tcW w:w="0" w:type="auto"/>
          </w:tcPr>
          <w:p w14:paraId="42F6DFE0" w14:textId="77777777" w:rsidR="007A5E59" w:rsidRDefault="0095198F">
            <w:pPr>
              <w:jc w:val="center"/>
            </w:pPr>
            <w:r>
              <w:t>50</w:t>
            </w:r>
          </w:p>
        </w:tc>
        <w:tc>
          <w:tcPr>
            <w:tcW w:w="0" w:type="auto"/>
          </w:tcPr>
          <w:p w14:paraId="13F76FF1" w14:textId="77777777" w:rsidR="007A5E59" w:rsidRDefault="0095198F">
            <w:pPr>
              <w:jc w:val="center"/>
            </w:pPr>
            <w:r>
              <w:t>1985</w:t>
            </w:r>
          </w:p>
        </w:tc>
        <w:tc>
          <w:tcPr>
            <w:tcW w:w="0" w:type="auto"/>
          </w:tcPr>
          <w:p w14:paraId="168E22AE" w14:textId="77777777" w:rsidR="007A5E59" w:rsidRDefault="0095198F">
            <w:pPr>
              <w:jc w:val="center"/>
            </w:pPr>
            <w:r>
              <w:t>40</w:t>
            </w:r>
          </w:p>
        </w:tc>
        <w:tc>
          <w:tcPr>
            <w:tcW w:w="0" w:type="auto"/>
          </w:tcPr>
          <w:p w14:paraId="65D5348A" w14:textId="77777777" w:rsidR="007A5E59" w:rsidRDefault="0095198F">
            <w:r>
              <w:t>канал.</w:t>
            </w:r>
          </w:p>
        </w:tc>
      </w:tr>
      <w:tr w:rsidR="007A5E59" w14:paraId="3202BF27" w14:textId="77777777">
        <w:trPr>
          <w:jc w:val="center"/>
        </w:trPr>
        <w:tc>
          <w:tcPr>
            <w:tcW w:w="0" w:type="auto"/>
          </w:tcPr>
          <w:p w14:paraId="1D80C417" w14:textId="77777777" w:rsidR="007A5E59" w:rsidRDefault="0095198F">
            <w:pPr>
              <w:jc w:val="center"/>
            </w:pPr>
            <w:r>
              <w:t>40</w:t>
            </w:r>
          </w:p>
        </w:tc>
        <w:tc>
          <w:tcPr>
            <w:tcW w:w="0" w:type="auto"/>
          </w:tcPr>
          <w:p w14:paraId="6FEF64C5" w14:textId="77777777" w:rsidR="007A5E59" w:rsidRDefault="0095198F">
            <w:r>
              <w:t>ТК-2-06 – Зеленая, 22-24</w:t>
            </w:r>
          </w:p>
        </w:tc>
        <w:tc>
          <w:tcPr>
            <w:tcW w:w="0" w:type="auto"/>
          </w:tcPr>
          <w:p w14:paraId="4DF9BF2B" w14:textId="77777777" w:rsidR="007A5E59" w:rsidRDefault="0095198F">
            <w:pPr>
              <w:jc w:val="center"/>
            </w:pPr>
            <w:r>
              <w:t>40</w:t>
            </w:r>
          </w:p>
        </w:tc>
        <w:tc>
          <w:tcPr>
            <w:tcW w:w="0" w:type="auto"/>
          </w:tcPr>
          <w:p w14:paraId="0127BA27" w14:textId="77777777" w:rsidR="007A5E59" w:rsidRDefault="0095198F">
            <w:pPr>
              <w:jc w:val="center"/>
            </w:pPr>
            <w:r>
              <w:t>2015</w:t>
            </w:r>
          </w:p>
        </w:tc>
        <w:tc>
          <w:tcPr>
            <w:tcW w:w="0" w:type="auto"/>
          </w:tcPr>
          <w:p w14:paraId="6C1D225D" w14:textId="77777777" w:rsidR="007A5E59" w:rsidRDefault="0095198F">
            <w:pPr>
              <w:jc w:val="center"/>
            </w:pPr>
            <w:r>
              <w:t>15</w:t>
            </w:r>
          </w:p>
        </w:tc>
        <w:tc>
          <w:tcPr>
            <w:tcW w:w="0" w:type="auto"/>
          </w:tcPr>
          <w:p w14:paraId="34BC2C78" w14:textId="77777777" w:rsidR="007A5E59" w:rsidRDefault="0095198F">
            <w:r>
              <w:t>канал.</w:t>
            </w:r>
          </w:p>
        </w:tc>
      </w:tr>
      <w:tr w:rsidR="007A5E59" w14:paraId="7B2B3647" w14:textId="77777777">
        <w:trPr>
          <w:jc w:val="center"/>
        </w:trPr>
        <w:tc>
          <w:tcPr>
            <w:tcW w:w="0" w:type="auto"/>
          </w:tcPr>
          <w:p w14:paraId="2E6C008E" w14:textId="77777777" w:rsidR="007A5E59" w:rsidRDefault="0095198F">
            <w:pPr>
              <w:jc w:val="center"/>
            </w:pPr>
            <w:r>
              <w:t>41</w:t>
            </w:r>
          </w:p>
        </w:tc>
        <w:tc>
          <w:tcPr>
            <w:tcW w:w="0" w:type="auto"/>
          </w:tcPr>
          <w:p w14:paraId="005E02B5" w14:textId="77777777" w:rsidR="007A5E59" w:rsidRDefault="0095198F">
            <w:r>
              <w:t>ТК-2-08 – Зеленая, 20</w:t>
            </w:r>
          </w:p>
        </w:tc>
        <w:tc>
          <w:tcPr>
            <w:tcW w:w="0" w:type="auto"/>
          </w:tcPr>
          <w:p w14:paraId="319A994B" w14:textId="77777777" w:rsidR="007A5E59" w:rsidRDefault="0095198F">
            <w:pPr>
              <w:jc w:val="center"/>
            </w:pPr>
            <w:r>
              <w:t>50</w:t>
            </w:r>
          </w:p>
        </w:tc>
        <w:tc>
          <w:tcPr>
            <w:tcW w:w="0" w:type="auto"/>
          </w:tcPr>
          <w:p w14:paraId="12F7AD4A" w14:textId="77777777" w:rsidR="007A5E59" w:rsidRDefault="0095198F">
            <w:pPr>
              <w:jc w:val="center"/>
            </w:pPr>
            <w:r>
              <w:t>2000</w:t>
            </w:r>
          </w:p>
        </w:tc>
        <w:tc>
          <w:tcPr>
            <w:tcW w:w="0" w:type="auto"/>
          </w:tcPr>
          <w:p w14:paraId="42BFA5FB" w14:textId="77777777" w:rsidR="007A5E59" w:rsidRDefault="0095198F">
            <w:pPr>
              <w:jc w:val="center"/>
            </w:pPr>
            <w:r>
              <w:t>15</w:t>
            </w:r>
          </w:p>
        </w:tc>
        <w:tc>
          <w:tcPr>
            <w:tcW w:w="0" w:type="auto"/>
          </w:tcPr>
          <w:p w14:paraId="4D4F6D91" w14:textId="77777777" w:rsidR="007A5E59" w:rsidRDefault="0095198F">
            <w:r>
              <w:t>канал.</w:t>
            </w:r>
          </w:p>
        </w:tc>
      </w:tr>
      <w:tr w:rsidR="007A5E59" w14:paraId="4416F025" w14:textId="77777777">
        <w:trPr>
          <w:jc w:val="center"/>
        </w:trPr>
        <w:tc>
          <w:tcPr>
            <w:tcW w:w="0" w:type="auto"/>
          </w:tcPr>
          <w:p w14:paraId="43CE437E" w14:textId="77777777" w:rsidR="007A5E59" w:rsidRDefault="0095198F">
            <w:pPr>
              <w:jc w:val="center"/>
            </w:pPr>
            <w:r>
              <w:t>42</w:t>
            </w:r>
          </w:p>
        </w:tc>
        <w:tc>
          <w:tcPr>
            <w:tcW w:w="0" w:type="auto"/>
          </w:tcPr>
          <w:p w14:paraId="5B0022CC" w14:textId="77777777" w:rsidR="007A5E59" w:rsidRDefault="0095198F">
            <w:r>
              <w:t>ТК-2-08 – Зеленая, 18</w:t>
            </w:r>
          </w:p>
        </w:tc>
        <w:tc>
          <w:tcPr>
            <w:tcW w:w="0" w:type="auto"/>
          </w:tcPr>
          <w:p w14:paraId="2F43C6C6" w14:textId="77777777" w:rsidR="007A5E59" w:rsidRDefault="0095198F">
            <w:pPr>
              <w:jc w:val="center"/>
            </w:pPr>
            <w:r>
              <w:t>50</w:t>
            </w:r>
          </w:p>
        </w:tc>
        <w:tc>
          <w:tcPr>
            <w:tcW w:w="0" w:type="auto"/>
          </w:tcPr>
          <w:p w14:paraId="562D6B87" w14:textId="77777777" w:rsidR="007A5E59" w:rsidRDefault="0095198F">
            <w:pPr>
              <w:jc w:val="center"/>
            </w:pPr>
            <w:r>
              <w:t>2000</w:t>
            </w:r>
          </w:p>
        </w:tc>
        <w:tc>
          <w:tcPr>
            <w:tcW w:w="0" w:type="auto"/>
          </w:tcPr>
          <w:p w14:paraId="2782EC77" w14:textId="77777777" w:rsidR="007A5E59" w:rsidRDefault="0095198F">
            <w:pPr>
              <w:jc w:val="center"/>
            </w:pPr>
            <w:r>
              <w:t>10</w:t>
            </w:r>
          </w:p>
        </w:tc>
        <w:tc>
          <w:tcPr>
            <w:tcW w:w="0" w:type="auto"/>
          </w:tcPr>
          <w:p w14:paraId="64B66393" w14:textId="77777777" w:rsidR="007A5E59" w:rsidRDefault="0095198F">
            <w:r>
              <w:t>канал.</w:t>
            </w:r>
          </w:p>
        </w:tc>
      </w:tr>
      <w:tr w:rsidR="007A5E59" w14:paraId="121386F7" w14:textId="77777777">
        <w:trPr>
          <w:jc w:val="center"/>
        </w:trPr>
        <w:tc>
          <w:tcPr>
            <w:tcW w:w="0" w:type="auto"/>
          </w:tcPr>
          <w:p w14:paraId="3F078AF1" w14:textId="77777777" w:rsidR="007A5E59" w:rsidRDefault="0095198F">
            <w:pPr>
              <w:jc w:val="center"/>
            </w:pPr>
            <w:r>
              <w:t>43</w:t>
            </w:r>
          </w:p>
        </w:tc>
        <w:tc>
          <w:tcPr>
            <w:tcW w:w="0" w:type="auto"/>
          </w:tcPr>
          <w:p w14:paraId="1F6A0EAD" w14:textId="77777777" w:rsidR="007A5E59" w:rsidRDefault="0095198F">
            <w:r>
              <w:t>ТК-2-09 – Ленина, 15</w:t>
            </w:r>
          </w:p>
        </w:tc>
        <w:tc>
          <w:tcPr>
            <w:tcW w:w="0" w:type="auto"/>
          </w:tcPr>
          <w:p w14:paraId="42C1D57E" w14:textId="77777777" w:rsidR="007A5E59" w:rsidRDefault="0095198F">
            <w:pPr>
              <w:jc w:val="center"/>
            </w:pPr>
            <w:r>
              <w:t>100</w:t>
            </w:r>
          </w:p>
        </w:tc>
        <w:tc>
          <w:tcPr>
            <w:tcW w:w="0" w:type="auto"/>
          </w:tcPr>
          <w:p w14:paraId="21282A07" w14:textId="77777777" w:rsidR="007A5E59" w:rsidRDefault="0095198F">
            <w:pPr>
              <w:jc w:val="center"/>
            </w:pPr>
            <w:r>
              <w:t>1985</w:t>
            </w:r>
          </w:p>
        </w:tc>
        <w:tc>
          <w:tcPr>
            <w:tcW w:w="0" w:type="auto"/>
          </w:tcPr>
          <w:p w14:paraId="1CE10D8F" w14:textId="77777777" w:rsidR="007A5E59" w:rsidRDefault="0095198F">
            <w:pPr>
              <w:jc w:val="center"/>
            </w:pPr>
            <w:r>
              <w:t>10</w:t>
            </w:r>
          </w:p>
        </w:tc>
        <w:tc>
          <w:tcPr>
            <w:tcW w:w="0" w:type="auto"/>
          </w:tcPr>
          <w:p w14:paraId="00D1F794" w14:textId="77777777" w:rsidR="007A5E59" w:rsidRDefault="0095198F">
            <w:r>
              <w:t>канал.</w:t>
            </w:r>
          </w:p>
        </w:tc>
      </w:tr>
      <w:tr w:rsidR="007A5E59" w14:paraId="5556A793" w14:textId="77777777">
        <w:trPr>
          <w:jc w:val="center"/>
        </w:trPr>
        <w:tc>
          <w:tcPr>
            <w:tcW w:w="0" w:type="auto"/>
          </w:tcPr>
          <w:p w14:paraId="122D6CEE" w14:textId="77777777" w:rsidR="007A5E59" w:rsidRDefault="0095198F">
            <w:pPr>
              <w:jc w:val="center"/>
            </w:pPr>
            <w:r>
              <w:t>44</w:t>
            </w:r>
          </w:p>
        </w:tc>
        <w:tc>
          <w:tcPr>
            <w:tcW w:w="0" w:type="auto"/>
          </w:tcPr>
          <w:p w14:paraId="73B8921B" w14:textId="77777777" w:rsidR="007A5E59" w:rsidRDefault="0095198F">
            <w:r>
              <w:t>ТК-2-10 – Ленина, 14</w:t>
            </w:r>
          </w:p>
        </w:tc>
        <w:tc>
          <w:tcPr>
            <w:tcW w:w="0" w:type="auto"/>
          </w:tcPr>
          <w:p w14:paraId="0AC9FB61" w14:textId="77777777" w:rsidR="007A5E59" w:rsidRDefault="0095198F">
            <w:pPr>
              <w:jc w:val="center"/>
            </w:pPr>
            <w:r>
              <w:t>100</w:t>
            </w:r>
          </w:p>
        </w:tc>
        <w:tc>
          <w:tcPr>
            <w:tcW w:w="0" w:type="auto"/>
          </w:tcPr>
          <w:p w14:paraId="01BD60C7" w14:textId="77777777" w:rsidR="007A5E59" w:rsidRDefault="0095198F">
            <w:pPr>
              <w:jc w:val="center"/>
            </w:pPr>
            <w:r>
              <w:t>1985</w:t>
            </w:r>
          </w:p>
        </w:tc>
        <w:tc>
          <w:tcPr>
            <w:tcW w:w="0" w:type="auto"/>
          </w:tcPr>
          <w:p w14:paraId="59367008" w14:textId="77777777" w:rsidR="007A5E59" w:rsidRDefault="0095198F">
            <w:pPr>
              <w:jc w:val="center"/>
            </w:pPr>
            <w:r>
              <w:t>15</w:t>
            </w:r>
          </w:p>
        </w:tc>
        <w:tc>
          <w:tcPr>
            <w:tcW w:w="0" w:type="auto"/>
          </w:tcPr>
          <w:p w14:paraId="1874D687" w14:textId="77777777" w:rsidR="007A5E59" w:rsidRDefault="0095198F">
            <w:r>
              <w:t>канал.</w:t>
            </w:r>
          </w:p>
        </w:tc>
      </w:tr>
      <w:tr w:rsidR="007A5E59" w14:paraId="555FA1C2" w14:textId="77777777">
        <w:trPr>
          <w:jc w:val="center"/>
        </w:trPr>
        <w:tc>
          <w:tcPr>
            <w:tcW w:w="0" w:type="auto"/>
          </w:tcPr>
          <w:p w14:paraId="78678485" w14:textId="77777777" w:rsidR="007A5E59" w:rsidRDefault="0095198F">
            <w:pPr>
              <w:jc w:val="center"/>
            </w:pPr>
            <w:r>
              <w:t>45</w:t>
            </w:r>
          </w:p>
        </w:tc>
        <w:tc>
          <w:tcPr>
            <w:tcW w:w="0" w:type="auto"/>
          </w:tcPr>
          <w:p w14:paraId="3653E584" w14:textId="77777777" w:rsidR="007A5E59" w:rsidRDefault="0095198F">
            <w:r>
              <w:t>ТК-2-10/2 – Ленина, 9</w:t>
            </w:r>
          </w:p>
        </w:tc>
        <w:tc>
          <w:tcPr>
            <w:tcW w:w="0" w:type="auto"/>
          </w:tcPr>
          <w:p w14:paraId="4B98D4E4" w14:textId="77777777" w:rsidR="007A5E59" w:rsidRDefault="0095198F">
            <w:pPr>
              <w:jc w:val="center"/>
            </w:pPr>
            <w:r>
              <w:t>65</w:t>
            </w:r>
          </w:p>
        </w:tc>
        <w:tc>
          <w:tcPr>
            <w:tcW w:w="0" w:type="auto"/>
          </w:tcPr>
          <w:p w14:paraId="412C03CC" w14:textId="77777777" w:rsidR="007A5E59" w:rsidRDefault="0095198F">
            <w:pPr>
              <w:jc w:val="center"/>
            </w:pPr>
            <w:r>
              <w:t>2015</w:t>
            </w:r>
          </w:p>
        </w:tc>
        <w:tc>
          <w:tcPr>
            <w:tcW w:w="0" w:type="auto"/>
          </w:tcPr>
          <w:p w14:paraId="509A8233" w14:textId="77777777" w:rsidR="007A5E59" w:rsidRDefault="0095198F">
            <w:pPr>
              <w:jc w:val="center"/>
            </w:pPr>
            <w:r>
              <w:t>20</w:t>
            </w:r>
          </w:p>
        </w:tc>
        <w:tc>
          <w:tcPr>
            <w:tcW w:w="0" w:type="auto"/>
          </w:tcPr>
          <w:p w14:paraId="5281B73E" w14:textId="77777777" w:rsidR="007A5E59" w:rsidRDefault="0095198F">
            <w:r>
              <w:t>канал.</w:t>
            </w:r>
          </w:p>
        </w:tc>
      </w:tr>
      <w:tr w:rsidR="007A5E59" w14:paraId="52715051" w14:textId="77777777">
        <w:trPr>
          <w:jc w:val="center"/>
        </w:trPr>
        <w:tc>
          <w:tcPr>
            <w:tcW w:w="0" w:type="auto"/>
          </w:tcPr>
          <w:p w14:paraId="50CD8051" w14:textId="77777777" w:rsidR="007A5E59" w:rsidRDefault="0095198F">
            <w:pPr>
              <w:jc w:val="center"/>
            </w:pPr>
            <w:r>
              <w:t>46</w:t>
            </w:r>
          </w:p>
        </w:tc>
        <w:tc>
          <w:tcPr>
            <w:tcW w:w="0" w:type="auto"/>
          </w:tcPr>
          <w:p w14:paraId="76C09264" w14:textId="77777777" w:rsidR="007A5E59" w:rsidRDefault="0095198F">
            <w:r>
              <w:t>ТК-2-11 – Ленина, 12</w:t>
            </w:r>
          </w:p>
        </w:tc>
        <w:tc>
          <w:tcPr>
            <w:tcW w:w="0" w:type="auto"/>
          </w:tcPr>
          <w:p w14:paraId="54BD06E7" w14:textId="77777777" w:rsidR="007A5E59" w:rsidRDefault="0095198F">
            <w:pPr>
              <w:jc w:val="center"/>
            </w:pPr>
            <w:r>
              <w:t>65</w:t>
            </w:r>
          </w:p>
        </w:tc>
        <w:tc>
          <w:tcPr>
            <w:tcW w:w="0" w:type="auto"/>
          </w:tcPr>
          <w:p w14:paraId="72BEC06E" w14:textId="77777777" w:rsidR="007A5E59" w:rsidRDefault="0095198F">
            <w:pPr>
              <w:jc w:val="center"/>
            </w:pPr>
            <w:r>
              <w:t>2014</w:t>
            </w:r>
          </w:p>
        </w:tc>
        <w:tc>
          <w:tcPr>
            <w:tcW w:w="0" w:type="auto"/>
          </w:tcPr>
          <w:p w14:paraId="1AE9271C" w14:textId="77777777" w:rsidR="007A5E59" w:rsidRDefault="0095198F">
            <w:pPr>
              <w:jc w:val="center"/>
            </w:pPr>
            <w:r>
              <w:t>15</w:t>
            </w:r>
          </w:p>
        </w:tc>
        <w:tc>
          <w:tcPr>
            <w:tcW w:w="0" w:type="auto"/>
          </w:tcPr>
          <w:p w14:paraId="7D8E2D6B" w14:textId="77777777" w:rsidR="007A5E59" w:rsidRDefault="0095198F">
            <w:r>
              <w:t>канал.</w:t>
            </w:r>
          </w:p>
        </w:tc>
      </w:tr>
      <w:tr w:rsidR="007A5E59" w14:paraId="27A77FA6" w14:textId="77777777">
        <w:trPr>
          <w:jc w:val="center"/>
        </w:trPr>
        <w:tc>
          <w:tcPr>
            <w:tcW w:w="0" w:type="auto"/>
          </w:tcPr>
          <w:p w14:paraId="6023035F" w14:textId="77777777" w:rsidR="007A5E59" w:rsidRDefault="0095198F">
            <w:pPr>
              <w:jc w:val="center"/>
            </w:pPr>
            <w:r>
              <w:t>47</w:t>
            </w:r>
          </w:p>
        </w:tc>
        <w:tc>
          <w:tcPr>
            <w:tcW w:w="0" w:type="auto"/>
          </w:tcPr>
          <w:p w14:paraId="3A454C72" w14:textId="77777777" w:rsidR="007A5E59" w:rsidRDefault="0095198F">
            <w:r>
              <w:t>ТК-2-12 – Ленина, 10</w:t>
            </w:r>
          </w:p>
        </w:tc>
        <w:tc>
          <w:tcPr>
            <w:tcW w:w="0" w:type="auto"/>
          </w:tcPr>
          <w:p w14:paraId="0F9291B3" w14:textId="77777777" w:rsidR="007A5E59" w:rsidRDefault="0095198F">
            <w:pPr>
              <w:jc w:val="center"/>
            </w:pPr>
            <w:r>
              <w:t>65</w:t>
            </w:r>
          </w:p>
        </w:tc>
        <w:tc>
          <w:tcPr>
            <w:tcW w:w="0" w:type="auto"/>
          </w:tcPr>
          <w:p w14:paraId="04EC432B" w14:textId="77777777" w:rsidR="007A5E59" w:rsidRDefault="0095198F">
            <w:pPr>
              <w:jc w:val="center"/>
            </w:pPr>
            <w:r>
              <w:t>2011</w:t>
            </w:r>
          </w:p>
        </w:tc>
        <w:tc>
          <w:tcPr>
            <w:tcW w:w="0" w:type="auto"/>
          </w:tcPr>
          <w:p w14:paraId="76D97281" w14:textId="77777777" w:rsidR="007A5E59" w:rsidRDefault="0095198F">
            <w:pPr>
              <w:jc w:val="center"/>
            </w:pPr>
            <w:r>
              <w:t>15</w:t>
            </w:r>
          </w:p>
        </w:tc>
        <w:tc>
          <w:tcPr>
            <w:tcW w:w="0" w:type="auto"/>
          </w:tcPr>
          <w:p w14:paraId="0F0AAD50" w14:textId="77777777" w:rsidR="007A5E59" w:rsidRDefault="0095198F">
            <w:r>
              <w:t>канал.</w:t>
            </w:r>
          </w:p>
        </w:tc>
      </w:tr>
      <w:tr w:rsidR="007A5E59" w14:paraId="790AE1E0" w14:textId="77777777">
        <w:trPr>
          <w:jc w:val="center"/>
        </w:trPr>
        <w:tc>
          <w:tcPr>
            <w:tcW w:w="0" w:type="auto"/>
          </w:tcPr>
          <w:p w14:paraId="5FD8D5E0" w14:textId="77777777" w:rsidR="007A5E59" w:rsidRDefault="0095198F">
            <w:pPr>
              <w:jc w:val="center"/>
            </w:pPr>
            <w:r>
              <w:t>48</w:t>
            </w:r>
          </w:p>
        </w:tc>
        <w:tc>
          <w:tcPr>
            <w:tcW w:w="0" w:type="auto"/>
          </w:tcPr>
          <w:p w14:paraId="1C91D2A9" w14:textId="77777777" w:rsidR="007A5E59" w:rsidRDefault="0095198F">
            <w:r>
              <w:t>ТК-2-13 – Ленина, 7</w:t>
            </w:r>
          </w:p>
        </w:tc>
        <w:tc>
          <w:tcPr>
            <w:tcW w:w="0" w:type="auto"/>
          </w:tcPr>
          <w:p w14:paraId="214B6088" w14:textId="77777777" w:rsidR="007A5E59" w:rsidRDefault="0095198F">
            <w:pPr>
              <w:jc w:val="center"/>
            </w:pPr>
            <w:r>
              <w:t>50</w:t>
            </w:r>
          </w:p>
        </w:tc>
        <w:tc>
          <w:tcPr>
            <w:tcW w:w="0" w:type="auto"/>
          </w:tcPr>
          <w:p w14:paraId="63C311A7" w14:textId="77777777" w:rsidR="007A5E59" w:rsidRDefault="0095198F">
            <w:pPr>
              <w:jc w:val="center"/>
            </w:pPr>
            <w:r>
              <w:t>1985</w:t>
            </w:r>
          </w:p>
        </w:tc>
        <w:tc>
          <w:tcPr>
            <w:tcW w:w="0" w:type="auto"/>
          </w:tcPr>
          <w:p w14:paraId="4D89221D" w14:textId="77777777" w:rsidR="007A5E59" w:rsidRDefault="0095198F">
            <w:pPr>
              <w:jc w:val="center"/>
            </w:pPr>
            <w:r>
              <w:t>40</w:t>
            </w:r>
          </w:p>
        </w:tc>
        <w:tc>
          <w:tcPr>
            <w:tcW w:w="0" w:type="auto"/>
          </w:tcPr>
          <w:p w14:paraId="20EE8256" w14:textId="77777777" w:rsidR="007A5E59" w:rsidRDefault="0095198F">
            <w:r>
              <w:t>канал.</w:t>
            </w:r>
          </w:p>
        </w:tc>
      </w:tr>
      <w:tr w:rsidR="007A5E59" w14:paraId="5FA806CC" w14:textId="77777777">
        <w:trPr>
          <w:jc w:val="center"/>
        </w:trPr>
        <w:tc>
          <w:tcPr>
            <w:tcW w:w="0" w:type="auto"/>
          </w:tcPr>
          <w:p w14:paraId="318836E7" w14:textId="77777777" w:rsidR="007A5E59" w:rsidRDefault="0095198F">
            <w:pPr>
              <w:jc w:val="center"/>
            </w:pPr>
            <w:r>
              <w:t>49</w:t>
            </w:r>
          </w:p>
        </w:tc>
        <w:tc>
          <w:tcPr>
            <w:tcW w:w="0" w:type="auto"/>
          </w:tcPr>
          <w:p w14:paraId="51AEFE61" w14:textId="77777777" w:rsidR="007A5E59" w:rsidRDefault="0095198F">
            <w:r>
              <w:t>ТК-2-14 – Ленина, 8</w:t>
            </w:r>
          </w:p>
        </w:tc>
        <w:tc>
          <w:tcPr>
            <w:tcW w:w="0" w:type="auto"/>
          </w:tcPr>
          <w:p w14:paraId="4161AD80" w14:textId="77777777" w:rsidR="007A5E59" w:rsidRDefault="0095198F">
            <w:pPr>
              <w:jc w:val="center"/>
            </w:pPr>
            <w:r>
              <w:t>65</w:t>
            </w:r>
          </w:p>
        </w:tc>
        <w:tc>
          <w:tcPr>
            <w:tcW w:w="0" w:type="auto"/>
          </w:tcPr>
          <w:p w14:paraId="5B49CE4E" w14:textId="77777777" w:rsidR="007A5E59" w:rsidRDefault="0095198F">
            <w:pPr>
              <w:jc w:val="center"/>
            </w:pPr>
            <w:r>
              <w:t>2010</w:t>
            </w:r>
          </w:p>
        </w:tc>
        <w:tc>
          <w:tcPr>
            <w:tcW w:w="0" w:type="auto"/>
          </w:tcPr>
          <w:p w14:paraId="397C7920" w14:textId="77777777" w:rsidR="007A5E59" w:rsidRDefault="0095198F">
            <w:pPr>
              <w:jc w:val="center"/>
            </w:pPr>
            <w:r>
              <w:t>15</w:t>
            </w:r>
          </w:p>
        </w:tc>
        <w:tc>
          <w:tcPr>
            <w:tcW w:w="0" w:type="auto"/>
          </w:tcPr>
          <w:p w14:paraId="773FA4F3" w14:textId="77777777" w:rsidR="007A5E59" w:rsidRDefault="0095198F">
            <w:r>
              <w:t>канал.</w:t>
            </w:r>
          </w:p>
        </w:tc>
      </w:tr>
      <w:tr w:rsidR="007A5E59" w14:paraId="7CB57D6A" w14:textId="77777777">
        <w:trPr>
          <w:jc w:val="center"/>
        </w:trPr>
        <w:tc>
          <w:tcPr>
            <w:tcW w:w="0" w:type="auto"/>
          </w:tcPr>
          <w:p w14:paraId="4C199826" w14:textId="77777777" w:rsidR="007A5E59" w:rsidRDefault="0095198F">
            <w:pPr>
              <w:jc w:val="center"/>
            </w:pPr>
            <w:r>
              <w:t>50</w:t>
            </w:r>
          </w:p>
        </w:tc>
        <w:tc>
          <w:tcPr>
            <w:tcW w:w="0" w:type="auto"/>
          </w:tcPr>
          <w:p w14:paraId="0CEED40E" w14:textId="77777777" w:rsidR="007A5E59" w:rsidRDefault="0095198F">
            <w:r>
              <w:t>ТК-2-15 – Ленина, 6</w:t>
            </w:r>
          </w:p>
        </w:tc>
        <w:tc>
          <w:tcPr>
            <w:tcW w:w="0" w:type="auto"/>
          </w:tcPr>
          <w:p w14:paraId="4149E64B" w14:textId="77777777" w:rsidR="007A5E59" w:rsidRDefault="0095198F">
            <w:pPr>
              <w:jc w:val="center"/>
            </w:pPr>
            <w:r>
              <w:t>80</w:t>
            </w:r>
          </w:p>
        </w:tc>
        <w:tc>
          <w:tcPr>
            <w:tcW w:w="0" w:type="auto"/>
          </w:tcPr>
          <w:p w14:paraId="4B14907B" w14:textId="77777777" w:rsidR="007A5E59" w:rsidRDefault="0095198F">
            <w:pPr>
              <w:jc w:val="center"/>
            </w:pPr>
            <w:r>
              <w:t>2013</w:t>
            </w:r>
          </w:p>
        </w:tc>
        <w:tc>
          <w:tcPr>
            <w:tcW w:w="0" w:type="auto"/>
          </w:tcPr>
          <w:p w14:paraId="6EF7923A" w14:textId="77777777" w:rsidR="007A5E59" w:rsidRDefault="0095198F">
            <w:pPr>
              <w:jc w:val="center"/>
            </w:pPr>
            <w:r>
              <w:t>15</w:t>
            </w:r>
          </w:p>
        </w:tc>
        <w:tc>
          <w:tcPr>
            <w:tcW w:w="0" w:type="auto"/>
          </w:tcPr>
          <w:p w14:paraId="2AB1A937" w14:textId="77777777" w:rsidR="007A5E59" w:rsidRDefault="0095198F">
            <w:r>
              <w:t>канал.</w:t>
            </w:r>
          </w:p>
        </w:tc>
      </w:tr>
      <w:tr w:rsidR="007A5E59" w14:paraId="0AA225D5" w14:textId="77777777">
        <w:trPr>
          <w:jc w:val="center"/>
        </w:trPr>
        <w:tc>
          <w:tcPr>
            <w:tcW w:w="0" w:type="auto"/>
          </w:tcPr>
          <w:p w14:paraId="599954ED" w14:textId="77777777" w:rsidR="007A5E59" w:rsidRDefault="0095198F">
            <w:pPr>
              <w:jc w:val="center"/>
            </w:pPr>
            <w:r>
              <w:t>51</w:t>
            </w:r>
          </w:p>
        </w:tc>
        <w:tc>
          <w:tcPr>
            <w:tcW w:w="0" w:type="auto"/>
          </w:tcPr>
          <w:p w14:paraId="6A5BE708" w14:textId="77777777" w:rsidR="007A5E59" w:rsidRDefault="0095198F">
            <w:r>
              <w:t>ТК-2-16 – ТК-2-16/2</w:t>
            </w:r>
          </w:p>
        </w:tc>
        <w:tc>
          <w:tcPr>
            <w:tcW w:w="0" w:type="auto"/>
          </w:tcPr>
          <w:p w14:paraId="62BAFD10" w14:textId="77777777" w:rsidR="007A5E59" w:rsidRDefault="0095198F">
            <w:pPr>
              <w:jc w:val="center"/>
            </w:pPr>
            <w:r>
              <w:t>65</w:t>
            </w:r>
          </w:p>
        </w:tc>
        <w:tc>
          <w:tcPr>
            <w:tcW w:w="0" w:type="auto"/>
          </w:tcPr>
          <w:p w14:paraId="3A8B42E1" w14:textId="77777777" w:rsidR="007A5E59" w:rsidRDefault="0095198F">
            <w:pPr>
              <w:jc w:val="center"/>
            </w:pPr>
            <w:r>
              <w:t>2015</w:t>
            </w:r>
          </w:p>
        </w:tc>
        <w:tc>
          <w:tcPr>
            <w:tcW w:w="0" w:type="auto"/>
          </w:tcPr>
          <w:p w14:paraId="0B917314" w14:textId="77777777" w:rsidR="007A5E59" w:rsidRDefault="0095198F">
            <w:pPr>
              <w:jc w:val="center"/>
            </w:pPr>
            <w:r>
              <w:t>100</w:t>
            </w:r>
          </w:p>
        </w:tc>
        <w:tc>
          <w:tcPr>
            <w:tcW w:w="0" w:type="auto"/>
          </w:tcPr>
          <w:p w14:paraId="65F888BA" w14:textId="77777777" w:rsidR="007A5E59" w:rsidRDefault="0095198F">
            <w:r>
              <w:t>канал.</w:t>
            </w:r>
          </w:p>
        </w:tc>
      </w:tr>
      <w:tr w:rsidR="007A5E59" w14:paraId="70360043" w14:textId="77777777">
        <w:trPr>
          <w:jc w:val="center"/>
        </w:trPr>
        <w:tc>
          <w:tcPr>
            <w:tcW w:w="0" w:type="auto"/>
          </w:tcPr>
          <w:p w14:paraId="09922331" w14:textId="77777777" w:rsidR="007A5E59" w:rsidRDefault="0095198F">
            <w:pPr>
              <w:jc w:val="center"/>
            </w:pPr>
            <w:r>
              <w:t>52</w:t>
            </w:r>
          </w:p>
        </w:tc>
        <w:tc>
          <w:tcPr>
            <w:tcW w:w="0" w:type="auto"/>
          </w:tcPr>
          <w:p w14:paraId="465CB4DD" w14:textId="77777777" w:rsidR="007A5E59" w:rsidRDefault="0095198F">
            <w:r>
              <w:t>ТК-2-17 – Ленина, 4</w:t>
            </w:r>
          </w:p>
        </w:tc>
        <w:tc>
          <w:tcPr>
            <w:tcW w:w="0" w:type="auto"/>
          </w:tcPr>
          <w:p w14:paraId="6D93669D" w14:textId="77777777" w:rsidR="007A5E59" w:rsidRDefault="0095198F">
            <w:pPr>
              <w:jc w:val="center"/>
            </w:pPr>
            <w:r>
              <w:t>80</w:t>
            </w:r>
          </w:p>
        </w:tc>
        <w:tc>
          <w:tcPr>
            <w:tcW w:w="0" w:type="auto"/>
          </w:tcPr>
          <w:p w14:paraId="4AD47731" w14:textId="77777777" w:rsidR="007A5E59" w:rsidRDefault="0095198F">
            <w:pPr>
              <w:jc w:val="center"/>
            </w:pPr>
            <w:r>
              <w:t>2013</w:t>
            </w:r>
          </w:p>
        </w:tc>
        <w:tc>
          <w:tcPr>
            <w:tcW w:w="0" w:type="auto"/>
          </w:tcPr>
          <w:p w14:paraId="53ED6AD7" w14:textId="77777777" w:rsidR="007A5E59" w:rsidRDefault="0095198F">
            <w:pPr>
              <w:jc w:val="center"/>
            </w:pPr>
            <w:r>
              <w:t>15</w:t>
            </w:r>
          </w:p>
        </w:tc>
        <w:tc>
          <w:tcPr>
            <w:tcW w:w="0" w:type="auto"/>
          </w:tcPr>
          <w:p w14:paraId="5628A45A" w14:textId="77777777" w:rsidR="007A5E59" w:rsidRDefault="0095198F">
            <w:r>
              <w:t>канал.</w:t>
            </w:r>
          </w:p>
        </w:tc>
      </w:tr>
      <w:tr w:rsidR="007A5E59" w14:paraId="6EFE9557" w14:textId="77777777">
        <w:trPr>
          <w:jc w:val="center"/>
        </w:trPr>
        <w:tc>
          <w:tcPr>
            <w:tcW w:w="0" w:type="auto"/>
          </w:tcPr>
          <w:p w14:paraId="62B4F5EF" w14:textId="77777777" w:rsidR="007A5E59" w:rsidRDefault="0095198F">
            <w:pPr>
              <w:jc w:val="center"/>
            </w:pPr>
            <w:r>
              <w:t>53</w:t>
            </w:r>
          </w:p>
        </w:tc>
        <w:tc>
          <w:tcPr>
            <w:tcW w:w="0" w:type="auto"/>
          </w:tcPr>
          <w:p w14:paraId="534BCBBB" w14:textId="77777777" w:rsidR="007A5E59" w:rsidRDefault="0095198F">
            <w:r>
              <w:t>ТК-2-18 – Ленина, 2</w:t>
            </w:r>
          </w:p>
        </w:tc>
        <w:tc>
          <w:tcPr>
            <w:tcW w:w="0" w:type="auto"/>
          </w:tcPr>
          <w:p w14:paraId="1DD3B315" w14:textId="77777777" w:rsidR="007A5E59" w:rsidRDefault="0095198F">
            <w:pPr>
              <w:jc w:val="center"/>
            </w:pPr>
            <w:r>
              <w:t>65</w:t>
            </w:r>
          </w:p>
        </w:tc>
        <w:tc>
          <w:tcPr>
            <w:tcW w:w="0" w:type="auto"/>
          </w:tcPr>
          <w:p w14:paraId="5D89E08E" w14:textId="77777777" w:rsidR="007A5E59" w:rsidRDefault="0095198F">
            <w:pPr>
              <w:jc w:val="center"/>
            </w:pPr>
            <w:r>
              <w:t>2014</w:t>
            </w:r>
          </w:p>
        </w:tc>
        <w:tc>
          <w:tcPr>
            <w:tcW w:w="0" w:type="auto"/>
          </w:tcPr>
          <w:p w14:paraId="0D787CB5" w14:textId="77777777" w:rsidR="007A5E59" w:rsidRDefault="0095198F">
            <w:pPr>
              <w:jc w:val="center"/>
            </w:pPr>
            <w:r>
              <w:t>25</w:t>
            </w:r>
          </w:p>
        </w:tc>
        <w:tc>
          <w:tcPr>
            <w:tcW w:w="0" w:type="auto"/>
          </w:tcPr>
          <w:p w14:paraId="6254EC6A" w14:textId="77777777" w:rsidR="007A5E59" w:rsidRDefault="0095198F">
            <w:r>
              <w:t>канал.</w:t>
            </w:r>
          </w:p>
        </w:tc>
      </w:tr>
      <w:tr w:rsidR="007A5E59" w14:paraId="2A8C2FDB" w14:textId="77777777">
        <w:trPr>
          <w:jc w:val="center"/>
        </w:trPr>
        <w:tc>
          <w:tcPr>
            <w:tcW w:w="0" w:type="auto"/>
          </w:tcPr>
          <w:p w14:paraId="37B42DF5" w14:textId="77777777" w:rsidR="007A5E59" w:rsidRDefault="0095198F">
            <w:pPr>
              <w:jc w:val="center"/>
            </w:pPr>
            <w:r>
              <w:t>54</w:t>
            </w:r>
          </w:p>
        </w:tc>
        <w:tc>
          <w:tcPr>
            <w:tcW w:w="0" w:type="auto"/>
          </w:tcPr>
          <w:p w14:paraId="1653D384" w14:textId="77777777" w:rsidR="007A5E59" w:rsidRDefault="0095198F">
            <w:r>
              <w:t>ТК-2-18/2 – ТК-2-18</w:t>
            </w:r>
          </w:p>
        </w:tc>
        <w:tc>
          <w:tcPr>
            <w:tcW w:w="0" w:type="auto"/>
          </w:tcPr>
          <w:p w14:paraId="28E63BAE" w14:textId="77777777" w:rsidR="007A5E59" w:rsidRDefault="0095198F">
            <w:pPr>
              <w:jc w:val="center"/>
            </w:pPr>
            <w:r>
              <w:t>150</w:t>
            </w:r>
          </w:p>
        </w:tc>
        <w:tc>
          <w:tcPr>
            <w:tcW w:w="0" w:type="auto"/>
          </w:tcPr>
          <w:p w14:paraId="238C5C0D" w14:textId="77777777" w:rsidR="007A5E59" w:rsidRDefault="0095198F">
            <w:pPr>
              <w:jc w:val="center"/>
            </w:pPr>
            <w:r>
              <w:t>1985</w:t>
            </w:r>
          </w:p>
        </w:tc>
        <w:tc>
          <w:tcPr>
            <w:tcW w:w="0" w:type="auto"/>
          </w:tcPr>
          <w:p w14:paraId="5AB43065" w14:textId="77777777" w:rsidR="007A5E59" w:rsidRDefault="0095198F">
            <w:pPr>
              <w:jc w:val="center"/>
            </w:pPr>
            <w:r>
              <w:t>19</w:t>
            </w:r>
          </w:p>
        </w:tc>
        <w:tc>
          <w:tcPr>
            <w:tcW w:w="0" w:type="auto"/>
          </w:tcPr>
          <w:p w14:paraId="4DB16C15" w14:textId="77777777" w:rsidR="007A5E59" w:rsidRDefault="0095198F">
            <w:r>
              <w:t>канал.</w:t>
            </w:r>
          </w:p>
        </w:tc>
      </w:tr>
      <w:tr w:rsidR="007A5E59" w14:paraId="1F4D632C" w14:textId="77777777">
        <w:trPr>
          <w:jc w:val="center"/>
        </w:trPr>
        <w:tc>
          <w:tcPr>
            <w:tcW w:w="0" w:type="auto"/>
          </w:tcPr>
          <w:p w14:paraId="5F14B04F" w14:textId="77777777" w:rsidR="007A5E59" w:rsidRDefault="0095198F">
            <w:pPr>
              <w:jc w:val="center"/>
            </w:pPr>
            <w:r>
              <w:t>55</w:t>
            </w:r>
          </w:p>
        </w:tc>
        <w:tc>
          <w:tcPr>
            <w:tcW w:w="0" w:type="auto"/>
          </w:tcPr>
          <w:p w14:paraId="37BCB90A" w14:textId="77777777" w:rsidR="007A5E59" w:rsidRDefault="0095198F">
            <w:r>
              <w:t>ТК-2-18/2 – ТК-2-19</w:t>
            </w:r>
          </w:p>
        </w:tc>
        <w:tc>
          <w:tcPr>
            <w:tcW w:w="0" w:type="auto"/>
          </w:tcPr>
          <w:p w14:paraId="5E139583" w14:textId="77777777" w:rsidR="007A5E59" w:rsidRDefault="0095198F">
            <w:pPr>
              <w:jc w:val="center"/>
            </w:pPr>
            <w:r>
              <w:t>65</w:t>
            </w:r>
          </w:p>
        </w:tc>
        <w:tc>
          <w:tcPr>
            <w:tcW w:w="0" w:type="auto"/>
          </w:tcPr>
          <w:p w14:paraId="305BBD79" w14:textId="77777777" w:rsidR="007A5E59" w:rsidRDefault="0095198F">
            <w:pPr>
              <w:jc w:val="center"/>
            </w:pPr>
            <w:r>
              <w:t>2010</w:t>
            </w:r>
          </w:p>
        </w:tc>
        <w:tc>
          <w:tcPr>
            <w:tcW w:w="0" w:type="auto"/>
          </w:tcPr>
          <w:p w14:paraId="4A80A09A" w14:textId="77777777" w:rsidR="007A5E59" w:rsidRDefault="0095198F">
            <w:pPr>
              <w:jc w:val="center"/>
            </w:pPr>
            <w:r>
              <w:t>17</w:t>
            </w:r>
          </w:p>
        </w:tc>
        <w:tc>
          <w:tcPr>
            <w:tcW w:w="0" w:type="auto"/>
          </w:tcPr>
          <w:p w14:paraId="439DFF06" w14:textId="77777777" w:rsidR="007A5E59" w:rsidRDefault="0095198F">
            <w:r>
              <w:t>канал.</w:t>
            </w:r>
          </w:p>
        </w:tc>
      </w:tr>
      <w:tr w:rsidR="007A5E59" w14:paraId="39180908" w14:textId="77777777">
        <w:trPr>
          <w:jc w:val="center"/>
        </w:trPr>
        <w:tc>
          <w:tcPr>
            <w:tcW w:w="0" w:type="auto"/>
          </w:tcPr>
          <w:p w14:paraId="76E2483A" w14:textId="77777777" w:rsidR="007A5E59" w:rsidRDefault="0095198F">
            <w:pPr>
              <w:jc w:val="center"/>
            </w:pPr>
            <w:r>
              <w:t>56</w:t>
            </w:r>
          </w:p>
        </w:tc>
        <w:tc>
          <w:tcPr>
            <w:tcW w:w="0" w:type="auto"/>
          </w:tcPr>
          <w:p w14:paraId="61F9D094" w14:textId="77777777" w:rsidR="007A5E59" w:rsidRDefault="0095198F">
            <w:r>
              <w:t>ТК-2-18/2 – Ленина, 3</w:t>
            </w:r>
          </w:p>
        </w:tc>
        <w:tc>
          <w:tcPr>
            <w:tcW w:w="0" w:type="auto"/>
          </w:tcPr>
          <w:p w14:paraId="47C3B32E" w14:textId="77777777" w:rsidR="007A5E59" w:rsidRDefault="0095198F">
            <w:pPr>
              <w:jc w:val="center"/>
            </w:pPr>
            <w:r>
              <w:t>65</w:t>
            </w:r>
          </w:p>
        </w:tc>
        <w:tc>
          <w:tcPr>
            <w:tcW w:w="0" w:type="auto"/>
          </w:tcPr>
          <w:p w14:paraId="39BDB764" w14:textId="77777777" w:rsidR="007A5E59" w:rsidRDefault="0095198F">
            <w:pPr>
              <w:jc w:val="center"/>
            </w:pPr>
            <w:r>
              <w:t>2010</w:t>
            </w:r>
          </w:p>
        </w:tc>
        <w:tc>
          <w:tcPr>
            <w:tcW w:w="0" w:type="auto"/>
          </w:tcPr>
          <w:p w14:paraId="3E313C56" w14:textId="77777777" w:rsidR="007A5E59" w:rsidRDefault="0095198F">
            <w:pPr>
              <w:jc w:val="center"/>
            </w:pPr>
            <w:r>
              <w:t>33</w:t>
            </w:r>
          </w:p>
        </w:tc>
        <w:tc>
          <w:tcPr>
            <w:tcW w:w="0" w:type="auto"/>
          </w:tcPr>
          <w:p w14:paraId="01E49440" w14:textId="77777777" w:rsidR="007A5E59" w:rsidRDefault="0095198F">
            <w:r>
              <w:t>канал.</w:t>
            </w:r>
          </w:p>
        </w:tc>
      </w:tr>
      <w:tr w:rsidR="007A5E59" w14:paraId="266FAEC9" w14:textId="77777777">
        <w:trPr>
          <w:jc w:val="center"/>
        </w:trPr>
        <w:tc>
          <w:tcPr>
            <w:tcW w:w="0" w:type="auto"/>
          </w:tcPr>
          <w:p w14:paraId="6A1F5112" w14:textId="77777777" w:rsidR="007A5E59" w:rsidRDefault="0095198F">
            <w:pPr>
              <w:jc w:val="center"/>
            </w:pPr>
            <w:r>
              <w:t>57</w:t>
            </w:r>
          </w:p>
        </w:tc>
        <w:tc>
          <w:tcPr>
            <w:tcW w:w="0" w:type="auto"/>
          </w:tcPr>
          <w:p w14:paraId="4E76163A" w14:textId="77777777" w:rsidR="007A5E59" w:rsidRDefault="0095198F">
            <w:r>
              <w:t>ТК-2-19 – Токарева, 5</w:t>
            </w:r>
          </w:p>
        </w:tc>
        <w:tc>
          <w:tcPr>
            <w:tcW w:w="0" w:type="auto"/>
          </w:tcPr>
          <w:p w14:paraId="233F7E1F" w14:textId="77777777" w:rsidR="007A5E59" w:rsidRDefault="0095198F">
            <w:pPr>
              <w:jc w:val="center"/>
            </w:pPr>
            <w:r>
              <w:t>50</w:t>
            </w:r>
          </w:p>
        </w:tc>
        <w:tc>
          <w:tcPr>
            <w:tcW w:w="0" w:type="auto"/>
          </w:tcPr>
          <w:p w14:paraId="55D636F0" w14:textId="77777777" w:rsidR="007A5E59" w:rsidRDefault="0095198F">
            <w:pPr>
              <w:jc w:val="center"/>
            </w:pPr>
            <w:r>
              <w:t>2011</w:t>
            </w:r>
          </w:p>
        </w:tc>
        <w:tc>
          <w:tcPr>
            <w:tcW w:w="0" w:type="auto"/>
          </w:tcPr>
          <w:p w14:paraId="16068090" w14:textId="77777777" w:rsidR="007A5E59" w:rsidRDefault="0095198F">
            <w:pPr>
              <w:jc w:val="center"/>
            </w:pPr>
            <w:r>
              <w:t>32</w:t>
            </w:r>
          </w:p>
        </w:tc>
        <w:tc>
          <w:tcPr>
            <w:tcW w:w="0" w:type="auto"/>
          </w:tcPr>
          <w:p w14:paraId="127ED2F5" w14:textId="77777777" w:rsidR="007A5E59" w:rsidRDefault="0095198F">
            <w:r>
              <w:t>канал.</w:t>
            </w:r>
          </w:p>
        </w:tc>
      </w:tr>
      <w:tr w:rsidR="007A5E59" w14:paraId="21A49A58" w14:textId="77777777">
        <w:trPr>
          <w:jc w:val="center"/>
        </w:trPr>
        <w:tc>
          <w:tcPr>
            <w:tcW w:w="0" w:type="auto"/>
          </w:tcPr>
          <w:p w14:paraId="25912E30" w14:textId="77777777" w:rsidR="007A5E59" w:rsidRDefault="0095198F">
            <w:pPr>
              <w:jc w:val="center"/>
            </w:pPr>
            <w:r>
              <w:t>58</w:t>
            </w:r>
          </w:p>
        </w:tc>
        <w:tc>
          <w:tcPr>
            <w:tcW w:w="0" w:type="auto"/>
          </w:tcPr>
          <w:p w14:paraId="4DA5A0C2" w14:textId="77777777" w:rsidR="007A5E59" w:rsidRDefault="0095198F">
            <w:r>
              <w:t>ТК-2-19 – ТК-2-19/4</w:t>
            </w:r>
          </w:p>
        </w:tc>
        <w:tc>
          <w:tcPr>
            <w:tcW w:w="0" w:type="auto"/>
          </w:tcPr>
          <w:p w14:paraId="66150A97" w14:textId="77777777" w:rsidR="007A5E59" w:rsidRDefault="0095198F">
            <w:pPr>
              <w:jc w:val="center"/>
            </w:pPr>
            <w:r>
              <w:t>65</w:t>
            </w:r>
          </w:p>
        </w:tc>
        <w:tc>
          <w:tcPr>
            <w:tcW w:w="0" w:type="auto"/>
          </w:tcPr>
          <w:p w14:paraId="50443412" w14:textId="77777777" w:rsidR="007A5E59" w:rsidRDefault="0095198F">
            <w:pPr>
              <w:jc w:val="center"/>
            </w:pPr>
            <w:r>
              <w:t>2012</w:t>
            </w:r>
          </w:p>
        </w:tc>
        <w:tc>
          <w:tcPr>
            <w:tcW w:w="0" w:type="auto"/>
          </w:tcPr>
          <w:p w14:paraId="638E81FC" w14:textId="77777777" w:rsidR="007A5E59" w:rsidRDefault="0095198F">
            <w:pPr>
              <w:jc w:val="center"/>
            </w:pPr>
            <w:r>
              <w:t>55</w:t>
            </w:r>
          </w:p>
        </w:tc>
        <w:tc>
          <w:tcPr>
            <w:tcW w:w="0" w:type="auto"/>
          </w:tcPr>
          <w:p w14:paraId="6D1D8C84" w14:textId="77777777" w:rsidR="007A5E59" w:rsidRDefault="0095198F">
            <w:r>
              <w:t>канал.</w:t>
            </w:r>
          </w:p>
        </w:tc>
      </w:tr>
      <w:tr w:rsidR="007A5E59" w14:paraId="7E147FC2" w14:textId="77777777">
        <w:trPr>
          <w:jc w:val="center"/>
        </w:trPr>
        <w:tc>
          <w:tcPr>
            <w:tcW w:w="0" w:type="auto"/>
          </w:tcPr>
          <w:p w14:paraId="42C1D525" w14:textId="77777777" w:rsidR="007A5E59" w:rsidRDefault="0095198F">
            <w:pPr>
              <w:jc w:val="center"/>
            </w:pPr>
            <w:r>
              <w:t>59</w:t>
            </w:r>
          </w:p>
        </w:tc>
        <w:tc>
          <w:tcPr>
            <w:tcW w:w="0" w:type="auto"/>
          </w:tcPr>
          <w:p w14:paraId="211AC89B" w14:textId="77777777" w:rsidR="007A5E59" w:rsidRDefault="0095198F">
            <w:r>
              <w:t>ТК-2-19/2 – Титова, 6в</w:t>
            </w:r>
          </w:p>
        </w:tc>
        <w:tc>
          <w:tcPr>
            <w:tcW w:w="0" w:type="auto"/>
          </w:tcPr>
          <w:p w14:paraId="1B8EA5D2" w14:textId="77777777" w:rsidR="007A5E59" w:rsidRDefault="0095198F">
            <w:pPr>
              <w:jc w:val="center"/>
            </w:pPr>
            <w:r>
              <w:t>40</w:t>
            </w:r>
          </w:p>
        </w:tc>
        <w:tc>
          <w:tcPr>
            <w:tcW w:w="0" w:type="auto"/>
          </w:tcPr>
          <w:p w14:paraId="4A7C3604" w14:textId="77777777" w:rsidR="007A5E59" w:rsidRDefault="0095198F">
            <w:pPr>
              <w:jc w:val="center"/>
            </w:pPr>
            <w:r>
              <w:t>2014</w:t>
            </w:r>
          </w:p>
        </w:tc>
        <w:tc>
          <w:tcPr>
            <w:tcW w:w="0" w:type="auto"/>
          </w:tcPr>
          <w:p w14:paraId="1A31114B" w14:textId="77777777" w:rsidR="007A5E59" w:rsidRDefault="0095198F">
            <w:pPr>
              <w:jc w:val="center"/>
            </w:pPr>
            <w:r>
              <w:t>95</w:t>
            </w:r>
          </w:p>
        </w:tc>
        <w:tc>
          <w:tcPr>
            <w:tcW w:w="0" w:type="auto"/>
          </w:tcPr>
          <w:p w14:paraId="67713BEA" w14:textId="77777777" w:rsidR="007A5E59" w:rsidRDefault="0095198F">
            <w:r>
              <w:t>канал.</w:t>
            </w:r>
          </w:p>
        </w:tc>
      </w:tr>
      <w:tr w:rsidR="007A5E59" w14:paraId="66FEF972" w14:textId="77777777">
        <w:trPr>
          <w:jc w:val="center"/>
        </w:trPr>
        <w:tc>
          <w:tcPr>
            <w:tcW w:w="0" w:type="auto"/>
          </w:tcPr>
          <w:p w14:paraId="73762A10" w14:textId="77777777" w:rsidR="007A5E59" w:rsidRDefault="0095198F">
            <w:pPr>
              <w:jc w:val="center"/>
            </w:pPr>
            <w:r>
              <w:t>60</w:t>
            </w:r>
          </w:p>
        </w:tc>
        <w:tc>
          <w:tcPr>
            <w:tcW w:w="0" w:type="auto"/>
          </w:tcPr>
          <w:p w14:paraId="173899EE" w14:textId="77777777" w:rsidR="007A5E59" w:rsidRDefault="0095198F">
            <w:r>
              <w:t>ТК-2-19/2а – Титова, 5а</w:t>
            </w:r>
          </w:p>
        </w:tc>
        <w:tc>
          <w:tcPr>
            <w:tcW w:w="0" w:type="auto"/>
          </w:tcPr>
          <w:p w14:paraId="71760B83" w14:textId="77777777" w:rsidR="007A5E59" w:rsidRDefault="0095198F">
            <w:pPr>
              <w:jc w:val="center"/>
            </w:pPr>
            <w:r>
              <w:t>40</w:t>
            </w:r>
          </w:p>
        </w:tc>
        <w:tc>
          <w:tcPr>
            <w:tcW w:w="0" w:type="auto"/>
          </w:tcPr>
          <w:p w14:paraId="58A48870" w14:textId="77777777" w:rsidR="007A5E59" w:rsidRDefault="0095198F">
            <w:pPr>
              <w:jc w:val="center"/>
            </w:pPr>
            <w:r>
              <w:t>2012</w:t>
            </w:r>
          </w:p>
        </w:tc>
        <w:tc>
          <w:tcPr>
            <w:tcW w:w="0" w:type="auto"/>
          </w:tcPr>
          <w:p w14:paraId="3B132799" w14:textId="77777777" w:rsidR="007A5E59" w:rsidRDefault="0095198F">
            <w:pPr>
              <w:jc w:val="center"/>
            </w:pPr>
            <w:r>
              <w:t>63</w:t>
            </w:r>
          </w:p>
        </w:tc>
        <w:tc>
          <w:tcPr>
            <w:tcW w:w="0" w:type="auto"/>
          </w:tcPr>
          <w:p w14:paraId="68E2FC89" w14:textId="77777777" w:rsidR="007A5E59" w:rsidRDefault="0095198F">
            <w:r>
              <w:t>канал.</w:t>
            </w:r>
          </w:p>
        </w:tc>
      </w:tr>
      <w:tr w:rsidR="007A5E59" w14:paraId="15D99485" w14:textId="77777777">
        <w:trPr>
          <w:jc w:val="center"/>
        </w:trPr>
        <w:tc>
          <w:tcPr>
            <w:tcW w:w="0" w:type="auto"/>
          </w:tcPr>
          <w:p w14:paraId="5EB476E9" w14:textId="77777777" w:rsidR="007A5E59" w:rsidRDefault="0095198F">
            <w:pPr>
              <w:jc w:val="center"/>
            </w:pPr>
            <w:r>
              <w:t>61</w:t>
            </w:r>
          </w:p>
        </w:tc>
        <w:tc>
          <w:tcPr>
            <w:tcW w:w="0" w:type="auto"/>
          </w:tcPr>
          <w:p w14:paraId="4C42A315" w14:textId="77777777" w:rsidR="007A5E59" w:rsidRDefault="0095198F">
            <w:r>
              <w:t>ТК-2-19/2б – Титова, 5</w:t>
            </w:r>
          </w:p>
        </w:tc>
        <w:tc>
          <w:tcPr>
            <w:tcW w:w="0" w:type="auto"/>
          </w:tcPr>
          <w:p w14:paraId="33773FAF" w14:textId="77777777" w:rsidR="007A5E59" w:rsidRDefault="0095198F">
            <w:pPr>
              <w:jc w:val="center"/>
            </w:pPr>
            <w:r>
              <w:t>40</w:t>
            </w:r>
          </w:p>
        </w:tc>
        <w:tc>
          <w:tcPr>
            <w:tcW w:w="0" w:type="auto"/>
          </w:tcPr>
          <w:p w14:paraId="00D2FB5D" w14:textId="77777777" w:rsidR="007A5E59" w:rsidRDefault="0095198F">
            <w:pPr>
              <w:jc w:val="center"/>
            </w:pPr>
            <w:r>
              <w:t>2015</w:t>
            </w:r>
          </w:p>
        </w:tc>
        <w:tc>
          <w:tcPr>
            <w:tcW w:w="0" w:type="auto"/>
          </w:tcPr>
          <w:p w14:paraId="3901C9A5" w14:textId="77777777" w:rsidR="007A5E59" w:rsidRDefault="0095198F">
            <w:pPr>
              <w:jc w:val="center"/>
            </w:pPr>
            <w:r>
              <w:t>62</w:t>
            </w:r>
          </w:p>
        </w:tc>
        <w:tc>
          <w:tcPr>
            <w:tcW w:w="0" w:type="auto"/>
          </w:tcPr>
          <w:p w14:paraId="14A194E3" w14:textId="77777777" w:rsidR="007A5E59" w:rsidRDefault="0095198F">
            <w:r>
              <w:t>канал.</w:t>
            </w:r>
          </w:p>
        </w:tc>
      </w:tr>
      <w:tr w:rsidR="007A5E59" w14:paraId="7F9C45F3" w14:textId="77777777">
        <w:trPr>
          <w:jc w:val="center"/>
        </w:trPr>
        <w:tc>
          <w:tcPr>
            <w:tcW w:w="0" w:type="auto"/>
          </w:tcPr>
          <w:p w14:paraId="572373CD" w14:textId="77777777" w:rsidR="007A5E59" w:rsidRDefault="0095198F">
            <w:pPr>
              <w:jc w:val="center"/>
            </w:pPr>
            <w:r>
              <w:t>62</w:t>
            </w:r>
          </w:p>
        </w:tc>
        <w:tc>
          <w:tcPr>
            <w:tcW w:w="0" w:type="auto"/>
          </w:tcPr>
          <w:p w14:paraId="061E763D" w14:textId="77777777" w:rsidR="007A5E59" w:rsidRDefault="0095198F">
            <w:r>
              <w:t>Бойлерная – ТК 1/1</w:t>
            </w:r>
          </w:p>
        </w:tc>
        <w:tc>
          <w:tcPr>
            <w:tcW w:w="0" w:type="auto"/>
          </w:tcPr>
          <w:p w14:paraId="59AAB1D0" w14:textId="77777777" w:rsidR="007A5E59" w:rsidRDefault="0095198F">
            <w:pPr>
              <w:jc w:val="center"/>
            </w:pPr>
            <w:r>
              <w:t>250</w:t>
            </w:r>
          </w:p>
        </w:tc>
        <w:tc>
          <w:tcPr>
            <w:tcW w:w="0" w:type="auto"/>
          </w:tcPr>
          <w:p w14:paraId="0474667C" w14:textId="77777777" w:rsidR="007A5E59" w:rsidRDefault="0095198F">
            <w:pPr>
              <w:jc w:val="center"/>
            </w:pPr>
            <w:r>
              <w:t>1985</w:t>
            </w:r>
          </w:p>
        </w:tc>
        <w:tc>
          <w:tcPr>
            <w:tcW w:w="0" w:type="auto"/>
          </w:tcPr>
          <w:p w14:paraId="008C686F" w14:textId="77777777" w:rsidR="007A5E59" w:rsidRDefault="0095198F">
            <w:pPr>
              <w:jc w:val="center"/>
            </w:pPr>
            <w:r>
              <w:t>40</w:t>
            </w:r>
          </w:p>
        </w:tc>
        <w:tc>
          <w:tcPr>
            <w:tcW w:w="0" w:type="auto"/>
          </w:tcPr>
          <w:p w14:paraId="258F2572" w14:textId="77777777" w:rsidR="007A5E59" w:rsidRDefault="0095198F">
            <w:r>
              <w:t>надз</w:t>
            </w:r>
          </w:p>
        </w:tc>
      </w:tr>
      <w:tr w:rsidR="007A5E59" w14:paraId="5A4B0FB0" w14:textId="77777777">
        <w:trPr>
          <w:jc w:val="center"/>
        </w:trPr>
        <w:tc>
          <w:tcPr>
            <w:tcW w:w="0" w:type="auto"/>
          </w:tcPr>
          <w:p w14:paraId="2934882F" w14:textId="77777777" w:rsidR="007A5E59" w:rsidRDefault="0095198F">
            <w:pPr>
              <w:jc w:val="center"/>
            </w:pPr>
            <w:r>
              <w:t>63</w:t>
            </w:r>
          </w:p>
        </w:tc>
        <w:tc>
          <w:tcPr>
            <w:tcW w:w="0" w:type="auto"/>
          </w:tcPr>
          <w:p w14:paraId="5F59298C" w14:textId="77777777" w:rsidR="007A5E59" w:rsidRDefault="0095198F">
            <w:r>
              <w:t>ТК-1/1 – ТК-3-8</w:t>
            </w:r>
          </w:p>
        </w:tc>
        <w:tc>
          <w:tcPr>
            <w:tcW w:w="0" w:type="auto"/>
          </w:tcPr>
          <w:p w14:paraId="7A9BBBB8" w14:textId="77777777" w:rsidR="007A5E59" w:rsidRDefault="0095198F">
            <w:pPr>
              <w:jc w:val="center"/>
            </w:pPr>
            <w:r>
              <w:t>300</w:t>
            </w:r>
          </w:p>
        </w:tc>
        <w:tc>
          <w:tcPr>
            <w:tcW w:w="0" w:type="auto"/>
          </w:tcPr>
          <w:p w14:paraId="437D7635" w14:textId="77777777" w:rsidR="007A5E59" w:rsidRDefault="0095198F">
            <w:pPr>
              <w:jc w:val="center"/>
            </w:pPr>
            <w:r>
              <w:t>1985</w:t>
            </w:r>
          </w:p>
        </w:tc>
        <w:tc>
          <w:tcPr>
            <w:tcW w:w="0" w:type="auto"/>
          </w:tcPr>
          <w:p w14:paraId="3F2CAC8A" w14:textId="77777777" w:rsidR="007A5E59" w:rsidRDefault="0095198F">
            <w:pPr>
              <w:jc w:val="center"/>
            </w:pPr>
            <w:r>
              <w:t>340,50</w:t>
            </w:r>
          </w:p>
        </w:tc>
        <w:tc>
          <w:tcPr>
            <w:tcW w:w="0" w:type="auto"/>
          </w:tcPr>
          <w:p w14:paraId="2FE40971" w14:textId="77777777" w:rsidR="007A5E59" w:rsidRDefault="0095198F">
            <w:r>
              <w:t>надз</w:t>
            </w:r>
          </w:p>
        </w:tc>
      </w:tr>
      <w:tr w:rsidR="007A5E59" w14:paraId="6AD9E343" w14:textId="77777777">
        <w:trPr>
          <w:jc w:val="center"/>
        </w:trPr>
        <w:tc>
          <w:tcPr>
            <w:tcW w:w="0" w:type="auto"/>
          </w:tcPr>
          <w:p w14:paraId="0CA5B266" w14:textId="77777777" w:rsidR="007A5E59" w:rsidRDefault="0095198F">
            <w:pPr>
              <w:jc w:val="center"/>
            </w:pPr>
            <w:r>
              <w:t>64</w:t>
            </w:r>
          </w:p>
        </w:tc>
        <w:tc>
          <w:tcPr>
            <w:tcW w:w="0" w:type="auto"/>
          </w:tcPr>
          <w:p w14:paraId="4BB9B644" w14:textId="77777777" w:rsidR="007A5E59" w:rsidRDefault="0095198F">
            <w:r>
              <w:t>ТК-3-8 – ТК-3-16</w:t>
            </w:r>
          </w:p>
        </w:tc>
        <w:tc>
          <w:tcPr>
            <w:tcW w:w="0" w:type="auto"/>
          </w:tcPr>
          <w:p w14:paraId="2E9225EC" w14:textId="77777777" w:rsidR="007A5E59" w:rsidRDefault="0095198F">
            <w:pPr>
              <w:jc w:val="center"/>
            </w:pPr>
            <w:r>
              <w:t>250</w:t>
            </w:r>
          </w:p>
        </w:tc>
        <w:tc>
          <w:tcPr>
            <w:tcW w:w="0" w:type="auto"/>
          </w:tcPr>
          <w:p w14:paraId="37C592B2" w14:textId="77777777" w:rsidR="007A5E59" w:rsidRDefault="0095198F">
            <w:pPr>
              <w:jc w:val="center"/>
            </w:pPr>
            <w:r>
              <w:t>1985</w:t>
            </w:r>
          </w:p>
        </w:tc>
        <w:tc>
          <w:tcPr>
            <w:tcW w:w="0" w:type="auto"/>
          </w:tcPr>
          <w:p w14:paraId="319986D7" w14:textId="77777777" w:rsidR="007A5E59" w:rsidRDefault="0095198F">
            <w:pPr>
              <w:jc w:val="center"/>
            </w:pPr>
            <w:r>
              <w:t>752</w:t>
            </w:r>
          </w:p>
        </w:tc>
        <w:tc>
          <w:tcPr>
            <w:tcW w:w="0" w:type="auto"/>
          </w:tcPr>
          <w:p w14:paraId="69D6A737" w14:textId="77777777" w:rsidR="007A5E59" w:rsidRDefault="0095198F">
            <w:r>
              <w:t>надз</w:t>
            </w:r>
          </w:p>
        </w:tc>
      </w:tr>
      <w:tr w:rsidR="007A5E59" w14:paraId="206E55A6" w14:textId="77777777">
        <w:trPr>
          <w:jc w:val="center"/>
        </w:trPr>
        <w:tc>
          <w:tcPr>
            <w:tcW w:w="0" w:type="auto"/>
          </w:tcPr>
          <w:p w14:paraId="43F06BF7" w14:textId="77777777" w:rsidR="007A5E59" w:rsidRDefault="0095198F">
            <w:pPr>
              <w:jc w:val="center"/>
            </w:pPr>
            <w:r>
              <w:t>65</w:t>
            </w:r>
          </w:p>
        </w:tc>
        <w:tc>
          <w:tcPr>
            <w:tcW w:w="0" w:type="auto"/>
          </w:tcPr>
          <w:p w14:paraId="796AA87C" w14:textId="77777777" w:rsidR="007A5E59" w:rsidRDefault="0095198F">
            <w:r>
              <w:t>ТК-3-16- ТК-3-21/6</w:t>
            </w:r>
          </w:p>
        </w:tc>
        <w:tc>
          <w:tcPr>
            <w:tcW w:w="0" w:type="auto"/>
          </w:tcPr>
          <w:p w14:paraId="0BCEA160" w14:textId="77777777" w:rsidR="007A5E59" w:rsidRDefault="0095198F">
            <w:pPr>
              <w:jc w:val="center"/>
            </w:pPr>
            <w:r>
              <w:t>150</w:t>
            </w:r>
          </w:p>
        </w:tc>
        <w:tc>
          <w:tcPr>
            <w:tcW w:w="0" w:type="auto"/>
          </w:tcPr>
          <w:p w14:paraId="11118AF6" w14:textId="77777777" w:rsidR="007A5E59" w:rsidRDefault="0095198F">
            <w:pPr>
              <w:jc w:val="center"/>
            </w:pPr>
            <w:r>
              <w:t>1985</w:t>
            </w:r>
          </w:p>
        </w:tc>
        <w:tc>
          <w:tcPr>
            <w:tcW w:w="0" w:type="auto"/>
          </w:tcPr>
          <w:p w14:paraId="690CC3D9" w14:textId="77777777" w:rsidR="007A5E59" w:rsidRDefault="0095198F">
            <w:pPr>
              <w:jc w:val="center"/>
            </w:pPr>
            <w:r>
              <w:t>429</w:t>
            </w:r>
          </w:p>
        </w:tc>
        <w:tc>
          <w:tcPr>
            <w:tcW w:w="0" w:type="auto"/>
          </w:tcPr>
          <w:p w14:paraId="29C25CC9" w14:textId="77777777" w:rsidR="007A5E59" w:rsidRDefault="0095198F">
            <w:r>
              <w:t>надз</w:t>
            </w:r>
          </w:p>
        </w:tc>
      </w:tr>
      <w:tr w:rsidR="007A5E59" w14:paraId="38B31802" w14:textId="77777777">
        <w:trPr>
          <w:jc w:val="center"/>
        </w:trPr>
        <w:tc>
          <w:tcPr>
            <w:tcW w:w="0" w:type="auto"/>
          </w:tcPr>
          <w:p w14:paraId="43D897D9" w14:textId="77777777" w:rsidR="007A5E59" w:rsidRDefault="0095198F">
            <w:pPr>
              <w:jc w:val="center"/>
            </w:pPr>
            <w:r>
              <w:t>66</w:t>
            </w:r>
          </w:p>
        </w:tc>
        <w:tc>
          <w:tcPr>
            <w:tcW w:w="0" w:type="auto"/>
          </w:tcPr>
          <w:p w14:paraId="674631CD" w14:textId="77777777" w:rsidR="007A5E59" w:rsidRDefault="0095198F">
            <w:r>
              <w:t>ТК-3-1- ЦМС</w:t>
            </w:r>
          </w:p>
        </w:tc>
        <w:tc>
          <w:tcPr>
            <w:tcW w:w="0" w:type="auto"/>
          </w:tcPr>
          <w:p w14:paraId="0AF17ABD" w14:textId="77777777" w:rsidR="007A5E59" w:rsidRDefault="0095198F">
            <w:pPr>
              <w:jc w:val="center"/>
            </w:pPr>
            <w:r>
              <w:t>40</w:t>
            </w:r>
          </w:p>
        </w:tc>
        <w:tc>
          <w:tcPr>
            <w:tcW w:w="0" w:type="auto"/>
          </w:tcPr>
          <w:p w14:paraId="6CFE6266" w14:textId="77777777" w:rsidR="007A5E59" w:rsidRDefault="0095198F">
            <w:pPr>
              <w:jc w:val="center"/>
            </w:pPr>
            <w:r>
              <w:t>1985</w:t>
            </w:r>
          </w:p>
        </w:tc>
        <w:tc>
          <w:tcPr>
            <w:tcW w:w="0" w:type="auto"/>
          </w:tcPr>
          <w:p w14:paraId="7611D6AB" w14:textId="77777777" w:rsidR="007A5E59" w:rsidRDefault="0095198F">
            <w:pPr>
              <w:jc w:val="center"/>
            </w:pPr>
            <w:r>
              <w:t>30</w:t>
            </w:r>
          </w:p>
        </w:tc>
        <w:tc>
          <w:tcPr>
            <w:tcW w:w="0" w:type="auto"/>
          </w:tcPr>
          <w:p w14:paraId="25654274" w14:textId="77777777" w:rsidR="007A5E59" w:rsidRDefault="0095198F">
            <w:r>
              <w:t>надз</w:t>
            </w:r>
          </w:p>
        </w:tc>
      </w:tr>
      <w:tr w:rsidR="007A5E59" w14:paraId="36539E7F" w14:textId="77777777">
        <w:trPr>
          <w:jc w:val="center"/>
        </w:trPr>
        <w:tc>
          <w:tcPr>
            <w:tcW w:w="0" w:type="auto"/>
          </w:tcPr>
          <w:p w14:paraId="49ACE396" w14:textId="77777777" w:rsidR="007A5E59" w:rsidRDefault="0095198F">
            <w:pPr>
              <w:jc w:val="center"/>
            </w:pPr>
            <w:r>
              <w:t>67</w:t>
            </w:r>
          </w:p>
        </w:tc>
        <w:tc>
          <w:tcPr>
            <w:tcW w:w="0" w:type="auto"/>
          </w:tcPr>
          <w:p w14:paraId="08A3C9B0" w14:textId="77777777" w:rsidR="007A5E59" w:rsidRDefault="0095198F">
            <w:r>
              <w:t>ТК-3-8 – Победы, 12</w:t>
            </w:r>
          </w:p>
        </w:tc>
        <w:tc>
          <w:tcPr>
            <w:tcW w:w="0" w:type="auto"/>
          </w:tcPr>
          <w:p w14:paraId="0E7D1066" w14:textId="77777777" w:rsidR="007A5E59" w:rsidRDefault="0095198F">
            <w:pPr>
              <w:jc w:val="center"/>
            </w:pPr>
            <w:r>
              <w:t>25</w:t>
            </w:r>
          </w:p>
        </w:tc>
        <w:tc>
          <w:tcPr>
            <w:tcW w:w="0" w:type="auto"/>
          </w:tcPr>
          <w:p w14:paraId="6EEADA04" w14:textId="77777777" w:rsidR="007A5E59" w:rsidRDefault="0095198F">
            <w:pPr>
              <w:jc w:val="center"/>
            </w:pPr>
            <w:r>
              <w:t>1985</w:t>
            </w:r>
          </w:p>
        </w:tc>
        <w:tc>
          <w:tcPr>
            <w:tcW w:w="0" w:type="auto"/>
          </w:tcPr>
          <w:p w14:paraId="42BAB7CD" w14:textId="77777777" w:rsidR="007A5E59" w:rsidRDefault="0095198F">
            <w:pPr>
              <w:jc w:val="center"/>
            </w:pPr>
            <w:r>
              <w:t>97</w:t>
            </w:r>
          </w:p>
        </w:tc>
        <w:tc>
          <w:tcPr>
            <w:tcW w:w="0" w:type="auto"/>
          </w:tcPr>
          <w:p w14:paraId="102A0021" w14:textId="77777777" w:rsidR="007A5E59" w:rsidRDefault="0095198F">
            <w:r>
              <w:t>надз</w:t>
            </w:r>
          </w:p>
        </w:tc>
      </w:tr>
      <w:tr w:rsidR="007A5E59" w14:paraId="29AEC3E3" w14:textId="77777777">
        <w:trPr>
          <w:jc w:val="center"/>
        </w:trPr>
        <w:tc>
          <w:tcPr>
            <w:tcW w:w="0" w:type="auto"/>
          </w:tcPr>
          <w:p w14:paraId="40F443EE" w14:textId="77777777" w:rsidR="007A5E59" w:rsidRDefault="0095198F">
            <w:pPr>
              <w:jc w:val="center"/>
            </w:pPr>
            <w:r>
              <w:t>68</w:t>
            </w:r>
          </w:p>
        </w:tc>
        <w:tc>
          <w:tcPr>
            <w:tcW w:w="0" w:type="auto"/>
          </w:tcPr>
          <w:p w14:paraId="75DEDA79" w14:textId="77777777" w:rsidR="007A5E59" w:rsidRDefault="0095198F">
            <w:r>
              <w:t>ТК-3-9/1 – Зеленая, 1</w:t>
            </w:r>
          </w:p>
        </w:tc>
        <w:tc>
          <w:tcPr>
            <w:tcW w:w="0" w:type="auto"/>
          </w:tcPr>
          <w:p w14:paraId="01704C12" w14:textId="77777777" w:rsidR="007A5E59" w:rsidRDefault="0095198F">
            <w:pPr>
              <w:jc w:val="center"/>
            </w:pPr>
            <w:r>
              <w:t>50</w:t>
            </w:r>
          </w:p>
        </w:tc>
        <w:tc>
          <w:tcPr>
            <w:tcW w:w="0" w:type="auto"/>
          </w:tcPr>
          <w:p w14:paraId="4C23089C" w14:textId="77777777" w:rsidR="007A5E59" w:rsidRDefault="0095198F">
            <w:pPr>
              <w:jc w:val="center"/>
            </w:pPr>
            <w:r>
              <w:t>2013</w:t>
            </w:r>
          </w:p>
        </w:tc>
        <w:tc>
          <w:tcPr>
            <w:tcW w:w="0" w:type="auto"/>
          </w:tcPr>
          <w:p w14:paraId="770E19BE" w14:textId="77777777" w:rsidR="007A5E59" w:rsidRDefault="0095198F">
            <w:pPr>
              <w:jc w:val="center"/>
            </w:pPr>
            <w:r>
              <w:t>64</w:t>
            </w:r>
          </w:p>
        </w:tc>
        <w:tc>
          <w:tcPr>
            <w:tcW w:w="0" w:type="auto"/>
          </w:tcPr>
          <w:p w14:paraId="72FE87DB" w14:textId="77777777" w:rsidR="007A5E59" w:rsidRDefault="0095198F">
            <w:r>
              <w:t>надз</w:t>
            </w:r>
          </w:p>
        </w:tc>
      </w:tr>
      <w:tr w:rsidR="007A5E59" w14:paraId="7E1B6C61" w14:textId="77777777">
        <w:trPr>
          <w:jc w:val="center"/>
        </w:trPr>
        <w:tc>
          <w:tcPr>
            <w:tcW w:w="0" w:type="auto"/>
          </w:tcPr>
          <w:p w14:paraId="309DA186" w14:textId="77777777" w:rsidR="007A5E59" w:rsidRDefault="0095198F">
            <w:pPr>
              <w:jc w:val="center"/>
            </w:pPr>
            <w:r>
              <w:t>69</w:t>
            </w:r>
          </w:p>
        </w:tc>
        <w:tc>
          <w:tcPr>
            <w:tcW w:w="0" w:type="auto"/>
          </w:tcPr>
          <w:p w14:paraId="2A4A6527" w14:textId="77777777" w:rsidR="007A5E59" w:rsidRDefault="0095198F">
            <w:r>
              <w:t>ТК-3-9 – ТК-3-9/1</w:t>
            </w:r>
          </w:p>
        </w:tc>
        <w:tc>
          <w:tcPr>
            <w:tcW w:w="0" w:type="auto"/>
          </w:tcPr>
          <w:p w14:paraId="031749FC" w14:textId="77777777" w:rsidR="007A5E59" w:rsidRDefault="0095198F">
            <w:pPr>
              <w:jc w:val="center"/>
            </w:pPr>
            <w:r>
              <w:t>150</w:t>
            </w:r>
          </w:p>
        </w:tc>
        <w:tc>
          <w:tcPr>
            <w:tcW w:w="0" w:type="auto"/>
          </w:tcPr>
          <w:p w14:paraId="2F7E0098" w14:textId="77777777" w:rsidR="007A5E59" w:rsidRDefault="0095198F">
            <w:pPr>
              <w:jc w:val="center"/>
            </w:pPr>
            <w:r>
              <w:t>2013</w:t>
            </w:r>
          </w:p>
        </w:tc>
        <w:tc>
          <w:tcPr>
            <w:tcW w:w="0" w:type="auto"/>
          </w:tcPr>
          <w:p w14:paraId="0FE99BF8" w14:textId="77777777" w:rsidR="007A5E59" w:rsidRDefault="0095198F">
            <w:pPr>
              <w:jc w:val="center"/>
            </w:pPr>
            <w:r>
              <w:t>17</w:t>
            </w:r>
          </w:p>
        </w:tc>
        <w:tc>
          <w:tcPr>
            <w:tcW w:w="0" w:type="auto"/>
          </w:tcPr>
          <w:p w14:paraId="10112DEC" w14:textId="77777777" w:rsidR="007A5E59" w:rsidRDefault="0095198F">
            <w:r>
              <w:t>надз</w:t>
            </w:r>
          </w:p>
        </w:tc>
      </w:tr>
      <w:tr w:rsidR="007A5E59" w14:paraId="38C43EE2" w14:textId="77777777">
        <w:trPr>
          <w:jc w:val="center"/>
        </w:trPr>
        <w:tc>
          <w:tcPr>
            <w:tcW w:w="0" w:type="auto"/>
          </w:tcPr>
          <w:p w14:paraId="7D19C789" w14:textId="77777777" w:rsidR="007A5E59" w:rsidRDefault="0095198F">
            <w:pPr>
              <w:jc w:val="center"/>
            </w:pPr>
            <w:r>
              <w:t>70</w:t>
            </w:r>
          </w:p>
        </w:tc>
        <w:tc>
          <w:tcPr>
            <w:tcW w:w="0" w:type="auto"/>
          </w:tcPr>
          <w:p w14:paraId="6108CE2D" w14:textId="77777777" w:rsidR="007A5E59" w:rsidRDefault="0095198F">
            <w:r>
              <w:t>ТК-3-9/2 – Нагорная, 1,8</w:t>
            </w:r>
          </w:p>
        </w:tc>
        <w:tc>
          <w:tcPr>
            <w:tcW w:w="0" w:type="auto"/>
          </w:tcPr>
          <w:p w14:paraId="29DA747B" w14:textId="77777777" w:rsidR="007A5E59" w:rsidRDefault="0095198F">
            <w:pPr>
              <w:jc w:val="center"/>
            </w:pPr>
            <w:r>
              <w:t>50</w:t>
            </w:r>
          </w:p>
        </w:tc>
        <w:tc>
          <w:tcPr>
            <w:tcW w:w="0" w:type="auto"/>
          </w:tcPr>
          <w:p w14:paraId="3CB36E3F" w14:textId="77777777" w:rsidR="007A5E59" w:rsidRDefault="0095198F">
            <w:pPr>
              <w:jc w:val="center"/>
            </w:pPr>
            <w:r>
              <w:t>1985</w:t>
            </w:r>
          </w:p>
        </w:tc>
        <w:tc>
          <w:tcPr>
            <w:tcW w:w="0" w:type="auto"/>
          </w:tcPr>
          <w:p w14:paraId="4A993F60" w14:textId="77777777" w:rsidR="007A5E59" w:rsidRDefault="0095198F">
            <w:pPr>
              <w:jc w:val="center"/>
            </w:pPr>
            <w:r>
              <w:t>17</w:t>
            </w:r>
          </w:p>
        </w:tc>
        <w:tc>
          <w:tcPr>
            <w:tcW w:w="0" w:type="auto"/>
          </w:tcPr>
          <w:p w14:paraId="74213391" w14:textId="77777777" w:rsidR="007A5E59" w:rsidRDefault="0095198F">
            <w:r>
              <w:t>надз</w:t>
            </w:r>
          </w:p>
        </w:tc>
      </w:tr>
      <w:tr w:rsidR="007A5E59" w14:paraId="4C7FBF18" w14:textId="77777777">
        <w:trPr>
          <w:jc w:val="center"/>
        </w:trPr>
        <w:tc>
          <w:tcPr>
            <w:tcW w:w="0" w:type="auto"/>
          </w:tcPr>
          <w:p w14:paraId="5BAD2BA8" w14:textId="77777777" w:rsidR="007A5E59" w:rsidRDefault="0095198F">
            <w:pPr>
              <w:jc w:val="center"/>
            </w:pPr>
            <w:r>
              <w:t>71</w:t>
            </w:r>
          </w:p>
        </w:tc>
        <w:tc>
          <w:tcPr>
            <w:tcW w:w="0" w:type="auto"/>
          </w:tcPr>
          <w:p w14:paraId="1D70B7C8" w14:textId="77777777" w:rsidR="007A5E59" w:rsidRDefault="0095198F">
            <w:r>
              <w:t>ТК-3-10/1 – Нагорная, 4,6,8</w:t>
            </w:r>
          </w:p>
        </w:tc>
        <w:tc>
          <w:tcPr>
            <w:tcW w:w="0" w:type="auto"/>
          </w:tcPr>
          <w:p w14:paraId="08472EC7" w14:textId="77777777" w:rsidR="007A5E59" w:rsidRDefault="0095198F">
            <w:pPr>
              <w:jc w:val="center"/>
            </w:pPr>
            <w:r>
              <w:t>50</w:t>
            </w:r>
          </w:p>
        </w:tc>
        <w:tc>
          <w:tcPr>
            <w:tcW w:w="0" w:type="auto"/>
          </w:tcPr>
          <w:p w14:paraId="2DDA47D5" w14:textId="77777777" w:rsidR="007A5E59" w:rsidRDefault="0095198F">
            <w:pPr>
              <w:jc w:val="center"/>
            </w:pPr>
            <w:r>
              <w:t>1985</w:t>
            </w:r>
          </w:p>
        </w:tc>
        <w:tc>
          <w:tcPr>
            <w:tcW w:w="0" w:type="auto"/>
          </w:tcPr>
          <w:p w14:paraId="2A02916B" w14:textId="77777777" w:rsidR="007A5E59" w:rsidRDefault="0095198F">
            <w:pPr>
              <w:jc w:val="center"/>
            </w:pPr>
            <w:r>
              <w:t>61</w:t>
            </w:r>
          </w:p>
        </w:tc>
        <w:tc>
          <w:tcPr>
            <w:tcW w:w="0" w:type="auto"/>
          </w:tcPr>
          <w:p w14:paraId="3F9183F2" w14:textId="77777777" w:rsidR="007A5E59" w:rsidRDefault="0095198F">
            <w:r>
              <w:t>надз</w:t>
            </w:r>
          </w:p>
        </w:tc>
      </w:tr>
      <w:tr w:rsidR="007A5E59" w14:paraId="4924C7A0" w14:textId="77777777">
        <w:trPr>
          <w:jc w:val="center"/>
        </w:trPr>
        <w:tc>
          <w:tcPr>
            <w:tcW w:w="0" w:type="auto"/>
          </w:tcPr>
          <w:p w14:paraId="5BD2CFF0" w14:textId="77777777" w:rsidR="007A5E59" w:rsidRDefault="0095198F">
            <w:pPr>
              <w:jc w:val="center"/>
            </w:pPr>
            <w:r>
              <w:t>72</w:t>
            </w:r>
          </w:p>
        </w:tc>
        <w:tc>
          <w:tcPr>
            <w:tcW w:w="0" w:type="auto"/>
          </w:tcPr>
          <w:p w14:paraId="41800A52" w14:textId="77777777" w:rsidR="007A5E59" w:rsidRDefault="0095198F">
            <w:r>
              <w:t>ТК-3-11 – Победы, 8а</w:t>
            </w:r>
          </w:p>
        </w:tc>
        <w:tc>
          <w:tcPr>
            <w:tcW w:w="0" w:type="auto"/>
          </w:tcPr>
          <w:p w14:paraId="6818C759" w14:textId="77777777" w:rsidR="007A5E59" w:rsidRDefault="0095198F">
            <w:pPr>
              <w:jc w:val="center"/>
            </w:pPr>
            <w:r>
              <w:t>65</w:t>
            </w:r>
          </w:p>
        </w:tc>
        <w:tc>
          <w:tcPr>
            <w:tcW w:w="0" w:type="auto"/>
          </w:tcPr>
          <w:p w14:paraId="19A4A030" w14:textId="77777777" w:rsidR="007A5E59" w:rsidRDefault="0095198F">
            <w:pPr>
              <w:jc w:val="center"/>
            </w:pPr>
            <w:r>
              <w:t>2011</w:t>
            </w:r>
          </w:p>
        </w:tc>
        <w:tc>
          <w:tcPr>
            <w:tcW w:w="0" w:type="auto"/>
          </w:tcPr>
          <w:p w14:paraId="5BA218C5" w14:textId="77777777" w:rsidR="007A5E59" w:rsidRDefault="0095198F">
            <w:pPr>
              <w:jc w:val="center"/>
            </w:pPr>
            <w:r>
              <w:t>24</w:t>
            </w:r>
          </w:p>
        </w:tc>
        <w:tc>
          <w:tcPr>
            <w:tcW w:w="0" w:type="auto"/>
          </w:tcPr>
          <w:p w14:paraId="749D1468" w14:textId="77777777" w:rsidR="007A5E59" w:rsidRDefault="0095198F">
            <w:r>
              <w:t>надз</w:t>
            </w:r>
          </w:p>
        </w:tc>
      </w:tr>
      <w:tr w:rsidR="007A5E59" w14:paraId="36B0256E" w14:textId="77777777">
        <w:trPr>
          <w:jc w:val="center"/>
        </w:trPr>
        <w:tc>
          <w:tcPr>
            <w:tcW w:w="0" w:type="auto"/>
          </w:tcPr>
          <w:p w14:paraId="230B2A0E" w14:textId="77777777" w:rsidR="007A5E59" w:rsidRDefault="0095198F">
            <w:pPr>
              <w:jc w:val="center"/>
            </w:pPr>
            <w:r>
              <w:t>73</w:t>
            </w:r>
          </w:p>
        </w:tc>
        <w:tc>
          <w:tcPr>
            <w:tcW w:w="0" w:type="auto"/>
          </w:tcPr>
          <w:p w14:paraId="7E592842" w14:textId="77777777" w:rsidR="007A5E59" w:rsidRDefault="0095198F">
            <w:r>
              <w:t>Победы, 8 – Нагорная, 10</w:t>
            </w:r>
          </w:p>
        </w:tc>
        <w:tc>
          <w:tcPr>
            <w:tcW w:w="0" w:type="auto"/>
          </w:tcPr>
          <w:p w14:paraId="3D6A6FA0" w14:textId="77777777" w:rsidR="007A5E59" w:rsidRDefault="0095198F">
            <w:pPr>
              <w:jc w:val="center"/>
            </w:pPr>
            <w:r>
              <w:t>25</w:t>
            </w:r>
          </w:p>
        </w:tc>
        <w:tc>
          <w:tcPr>
            <w:tcW w:w="0" w:type="auto"/>
          </w:tcPr>
          <w:p w14:paraId="37492C82" w14:textId="77777777" w:rsidR="007A5E59" w:rsidRDefault="0095198F">
            <w:pPr>
              <w:jc w:val="center"/>
            </w:pPr>
            <w:r>
              <w:t>1985</w:t>
            </w:r>
          </w:p>
        </w:tc>
        <w:tc>
          <w:tcPr>
            <w:tcW w:w="0" w:type="auto"/>
          </w:tcPr>
          <w:p w14:paraId="0D3D59D6" w14:textId="77777777" w:rsidR="007A5E59" w:rsidRDefault="0095198F">
            <w:pPr>
              <w:jc w:val="center"/>
            </w:pPr>
            <w:r>
              <w:t>30</w:t>
            </w:r>
          </w:p>
        </w:tc>
        <w:tc>
          <w:tcPr>
            <w:tcW w:w="0" w:type="auto"/>
          </w:tcPr>
          <w:p w14:paraId="05AC1BB8" w14:textId="77777777" w:rsidR="007A5E59" w:rsidRDefault="0095198F">
            <w:r>
              <w:t>надз</w:t>
            </w:r>
          </w:p>
        </w:tc>
      </w:tr>
      <w:tr w:rsidR="007A5E59" w14:paraId="0220759B" w14:textId="77777777">
        <w:trPr>
          <w:jc w:val="center"/>
        </w:trPr>
        <w:tc>
          <w:tcPr>
            <w:tcW w:w="0" w:type="auto"/>
          </w:tcPr>
          <w:p w14:paraId="1E98C0A9" w14:textId="77777777" w:rsidR="007A5E59" w:rsidRDefault="0095198F">
            <w:pPr>
              <w:jc w:val="center"/>
            </w:pPr>
            <w:r>
              <w:t>74</w:t>
            </w:r>
          </w:p>
        </w:tc>
        <w:tc>
          <w:tcPr>
            <w:tcW w:w="0" w:type="auto"/>
          </w:tcPr>
          <w:p w14:paraId="6523C2BF" w14:textId="77777777" w:rsidR="007A5E59" w:rsidRDefault="0095198F">
            <w:r>
              <w:t>ТК-3-12 – Победы, 1,3,5,8</w:t>
            </w:r>
          </w:p>
        </w:tc>
        <w:tc>
          <w:tcPr>
            <w:tcW w:w="0" w:type="auto"/>
          </w:tcPr>
          <w:p w14:paraId="27F311CC" w14:textId="77777777" w:rsidR="007A5E59" w:rsidRDefault="0095198F">
            <w:pPr>
              <w:jc w:val="center"/>
            </w:pPr>
            <w:r>
              <w:t>150</w:t>
            </w:r>
          </w:p>
        </w:tc>
        <w:tc>
          <w:tcPr>
            <w:tcW w:w="0" w:type="auto"/>
          </w:tcPr>
          <w:p w14:paraId="32FE94FA" w14:textId="77777777" w:rsidR="007A5E59" w:rsidRDefault="0095198F">
            <w:pPr>
              <w:jc w:val="center"/>
            </w:pPr>
            <w:r>
              <w:t>2013</w:t>
            </w:r>
          </w:p>
        </w:tc>
        <w:tc>
          <w:tcPr>
            <w:tcW w:w="0" w:type="auto"/>
          </w:tcPr>
          <w:p w14:paraId="6BA61ACD" w14:textId="77777777" w:rsidR="007A5E59" w:rsidRDefault="0095198F">
            <w:pPr>
              <w:jc w:val="center"/>
            </w:pPr>
            <w:r>
              <w:t>60</w:t>
            </w:r>
          </w:p>
        </w:tc>
        <w:tc>
          <w:tcPr>
            <w:tcW w:w="0" w:type="auto"/>
          </w:tcPr>
          <w:p w14:paraId="5E5F1E76" w14:textId="77777777" w:rsidR="007A5E59" w:rsidRDefault="0095198F">
            <w:r>
              <w:t>надз</w:t>
            </w:r>
          </w:p>
        </w:tc>
      </w:tr>
      <w:tr w:rsidR="007A5E59" w14:paraId="4CCA6855" w14:textId="77777777">
        <w:trPr>
          <w:jc w:val="center"/>
        </w:trPr>
        <w:tc>
          <w:tcPr>
            <w:tcW w:w="0" w:type="auto"/>
          </w:tcPr>
          <w:p w14:paraId="324C5B87" w14:textId="77777777" w:rsidR="007A5E59" w:rsidRDefault="0095198F">
            <w:pPr>
              <w:jc w:val="center"/>
            </w:pPr>
            <w:r>
              <w:t>75</w:t>
            </w:r>
          </w:p>
        </w:tc>
        <w:tc>
          <w:tcPr>
            <w:tcW w:w="0" w:type="auto"/>
          </w:tcPr>
          <w:p w14:paraId="366027EE" w14:textId="77777777" w:rsidR="007A5E59" w:rsidRDefault="0095198F">
            <w:r>
              <w:t>ТК-3-13 – Нагорная, 40</w:t>
            </w:r>
          </w:p>
        </w:tc>
        <w:tc>
          <w:tcPr>
            <w:tcW w:w="0" w:type="auto"/>
          </w:tcPr>
          <w:p w14:paraId="21E8B6CC" w14:textId="77777777" w:rsidR="007A5E59" w:rsidRDefault="0095198F">
            <w:pPr>
              <w:jc w:val="center"/>
            </w:pPr>
            <w:r>
              <w:t>100</w:t>
            </w:r>
          </w:p>
        </w:tc>
        <w:tc>
          <w:tcPr>
            <w:tcW w:w="0" w:type="auto"/>
          </w:tcPr>
          <w:p w14:paraId="77B961B5" w14:textId="77777777" w:rsidR="007A5E59" w:rsidRDefault="0095198F">
            <w:pPr>
              <w:jc w:val="center"/>
            </w:pPr>
            <w:r>
              <w:t>1985</w:t>
            </w:r>
          </w:p>
        </w:tc>
        <w:tc>
          <w:tcPr>
            <w:tcW w:w="0" w:type="auto"/>
          </w:tcPr>
          <w:p w14:paraId="1DE66666" w14:textId="77777777" w:rsidR="007A5E59" w:rsidRDefault="0095198F">
            <w:pPr>
              <w:jc w:val="center"/>
            </w:pPr>
            <w:r>
              <w:t>41</w:t>
            </w:r>
          </w:p>
        </w:tc>
        <w:tc>
          <w:tcPr>
            <w:tcW w:w="0" w:type="auto"/>
          </w:tcPr>
          <w:p w14:paraId="2AF32475" w14:textId="77777777" w:rsidR="007A5E59" w:rsidRDefault="0095198F">
            <w:r>
              <w:t>надз</w:t>
            </w:r>
          </w:p>
        </w:tc>
      </w:tr>
      <w:tr w:rsidR="007A5E59" w14:paraId="109DBA02" w14:textId="77777777">
        <w:trPr>
          <w:jc w:val="center"/>
        </w:trPr>
        <w:tc>
          <w:tcPr>
            <w:tcW w:w="0" w:type="auto"/>
          </w:tcPr>
          <w:p w14:paraId="0C1157D4" w14:textId="77777777" w:rsidR="007A5E59" w:rsidRDefault="0095198F">
            <w:pPr>
              <w:jc w:val="center"/>
            </w:pPr>
            <w:r>
              <w:t>76</w:t>
            </w:r>
          </w:p>
        </w:tc>
        <w:tc>
          <w:tcPr>
            <w:tcW w:w="0" w:type="auto"/>
          </w:tcPr>
          <w:p w14:paraId="1063166B" w14:textId="77777777" w:rsidR="007A5E59" w:rsidRDefault="0095198F">
            <w:r>
              <w:t>ТК-3-14 – Победы, 4а</w:t>
            </w:r>
          </w:p>
        </w:tc>
        <w:tc>
          <w:tcPr>
            <w:tcW w:w="0" w:type="auto"/>
          </w:tcPr>
          <w:p w14:paraId="445FB567" w14:textId="77777777" w:rsidR="007A5E59" w:rsidRDefault="0095198F">
            <w:pPr>
              <w:jc w:val="center"/>
            </w:pPr>
            <w:r>
              <w:t>500</w:t>
            </w:r>
          </w:p>
        </w:tc>
        <w:tc>
          <w:tcPr>
            <w:tcW w:w="0" w:type="auto"/>
          </w:tcPr>
          <w:p w14:paraId="26BF028B" w14:textId="77777777" w:rsidR="007A5E59" w:rsidRDefault="0095198F">
            <w:pPr>
              <w:jc w:val="center"/>
            </w:pPr>
            <w:r>
              <w:t>1985</w:t>
            </w:r>
          </w:p>
        </w:tc>
        <w:tc>
          <w:tcPr>
            <w:tcW w:w="0" w:type="auto"/>
          </w:tcPr>
          <w:p w14:paraId="08D144F9" w14:textId="77777777" w:rsidR="007A5E59" w:rsidRDefault="0095198F">
            <w:pPr>
              <w:jc w:val="center"/>
            </w:pPr>
            <w:r>
              <w:t>31</w:t>
            </w:r>
          </w:p>
        </w:tc>
        <w:tc>
          <w:tcPr>
            <w:tcW w:w="0" w:type="auto"/>
          </w:tcPr>
          <w:p w14:paraId="5F4FB9F4" w14:textId="77777777" w:rsidR="007A5E59" w:rsidRDefault="0095198F">
            <w:r>
              <w:t>надз</w:t>
            </w:r>
          </w:p>
        </w:tc>
      </w:tr>
      <w:tr w:rsidR="007A5E59" w14:paraId="17425647" w14:textId="77777777">
        <w:trPr>
          <w:jc w:val="center"/>
        </w:trPr>
        <w:tc>
          <w:tcPr>
            <w:tcW w:w="0" w:type="auto"/>
          </w:tcPr>
          <w:p w14:paraId="0DF59594" w14:textId="77777777" w:rsidR="007A5E59" w:rsidRDefault="0095198F">
            <w:pPr>
              <w:jc w:val="center"/>
            </w:pPr>
            <w:r>
              <w:t>77</w:t>
            </w:r>
          </w:p>
        </w:tc>
        <w:tc>
          <w:tcPr>
            <w:tcW w:w="0" w:type="auto"/>
          </w:tcPr>
          <w:p w14:paraId="217800BF" w14:textId="77777777" w:rsidR="007A5E59" w:rsidRDefault="0095198F">
            <w:r>
              <w:t>ТК-3-15 – Победы, 4</w:t>
            </w:r>
          </w:p>
        </w:tc>
        <w:tc>
          <w:tcPr>
            <w:tcW w:w="0" w:type="auto"/>
          </w:tcPr>
          <w:p w14:paraId="13C158C9" w14:textId="77777777" w:rsidR="007A5E59" w:rsidRDefault="0095198F">
            <w:pPr>
              <w:jc w:val="center"/>
            </w:pPr>
            <w:r>
              <w:t>65</w:t>
            </w:r>
          </w:p>
        </w:tc>
        <w:tc>
          <w:tcPr>
            <w:tcW w:w="0" w:type="auto"/>
          </w:tcPr>
          <w:p w14:paraId="7B77CFBD" w14:textId="77777777" w:rsidR="007A5E59" w:rsidRDefault="0095198F">
            <w:pPr>
              <w:jc w:val="center"/>
            </w:pPr>
            <w:r>
              <w:t>1985</w:t>
            </w:r>
          </w:p>
        </w:tc>
        <w:tc>
          <w:tcPr>
            <w:tcW w:w="0" w:type="auto"/>
          </w:tcPr>
          <w:p w14:paraId="3E6972C2" w14:textId="77777777" w:rsidR="007A5E59" w:rsidRDefault="0095198F">
            <w:pPr>
              <w:jc w:val="center"/>
            </w:pPr>
            <w:r>
              <w:t>31</w:t>
            </w:r>
          </w:p>
        </w:tc>
        <w:tc>
          <w:tcPr>
            <w:tcW w:w="0" w:type="auto"/>
          </w:tcPr>
          <w:p w14:paraId="6E6441EF" w14:textId="77777777" w:rsidR="007A5E59" w:rsidRDefault="0095198F">
            <w:r>
              <w:t>надз</w:t>
            </w:r>
          </w:p>
        </w:tc>
      </w:tr>
      <w:tr w:rsidR="007A5E59" w14:paraId="6897BCAA" w14:textId="77777777">
        <w:trPr>
          <w:jc w:val="center"/>
        </w:trPr>
        <w:tc>
          <w:tcPr>
            <w:tcW w:w="0" w:type="auto"/>
          </w:tcPr>
          <w:p w14:paraId="66F49D5C" w14:textId="77777777" w:rsidR="007A5E59" w:rsidRDefault="0095198F">
            <w:pPr>
              <w:jc w:val="center"/>
            </w:pPr>
            <w:r>
              <w:t>78</w:t>
            </w:r>
          </w:p>
        </w:tc>
        <w:tc>
          <w:tcPr>
            <w:tcW w:w="0" w:type="auto"/>
          </w:tcPr>
          <w:p w14:paraId="5145BBC5" w14:textId="77777777" w:rsidR="007A5E59" w:rsidRDefault="0095198F">
            <w:r>
              <w:t>ТК-3-16/2 – Победы, 2б</w:t>
            </w:r>
          </w:p>
        </w:tc>
        <w:tc>
          <w:tcPr>
            <w:tcW w:w="0" w:type="auto"/>
          </w:tcPr>
          <w:p w14:paraId="7B415D3D" w14:textId="77777777" w:rsidR="007A5E59" w:rsidRDefault="0095198F">
            <w:pPr>
              <w:jc w:val="center"/>
            </w:pPr>
            <w:r>
              <w:t>125</w:t>
            </w:r>
          </w:p>
        </w:tc>
        <w:tc>
          <w:tcPr>
            <w:tcW w:w="0" w:type="auto"/>
          </w:tcPr>
          <w:p w14:paraId="15A2E3D9" w14:textId="77777777" w:rsidR="007A5E59" w:rsidRDefault="0095198F">
            <w:pPr>
              <w:jc w:val="center"/>
            </w:pPr>
            <w:r>
              <w:t>2013</w:t>
            </w:r>
          </w:p>
        </w:tc>
        <w:tc>
          <w:tcPr>
            <w:tcW w:w="0" w:type="auto"/>
          </w:tcPr>
          <w:p w14:paraId="250BCAE2" w14:textId="77777777" w:rsidR="007A5E59" w:rsidRDefault="0095198F">
            <w:pPr>
              <w:jc w:val="center"/>
            </w:pPr>
            <w:r>
              <w:t>141</w:t>
            </w:r>
          </w:p>
        </w:tc>
        <w:tc>
          <w:tcPr>
            <w:tcW w:w="0" w:type="auto"/>
          </w:tcPr>
          <w:p w14:paraId="50730BC7" w14:textId="77777777" w:rsidR="007A5E59" w:rsidRDefault="0095198F">
            <w:r>
              <w:t>надз</w:t>
            </w:r>
          </w:p>
        </w:tc>
      </w:tr>
      <w:tr w:rsidR="007A5E59" w14:paraId="5B84C533" w14:textId="77777777">
        <w:trPr>
          <w:jc w:val="center"/>
        </w:trPr>
        <w:tc>
          <w:tcPr>
            <w:tcW w:w="0" w:type="auto"/>
          </w:tcPr>
          <w:p w14:paraId="202DAAC3" w14:textId="77777777" w:rsidR="007A5E59" w:rsidRDefault="0095198F">
            <w:pPr>
              <w:jc w:val="center"/>
            </w:pPr>
            <w:r>
              <w:t>79</w:t>
            </w:r>
          </w:p>
        </w:tc>
        <w:tc>
          <w:tcPr>
            <w:tcW w:w="0" w:type="auto"/>
          </w:tcPr>
          <w:p w14:paraId="12FCCEFD" w14:textId="77777777" w:rsidR="007A5E59" w:rsidRDefault="0095198F">
            <w:r>
              <w:t>ТК-3-21/3 – Токарева, 13</w:t>
            </w:r>
          </w:p>
        </w:tc>
        <w:tc>
          <w:tcPr>
            <w:tcW w:w="0" w:type="auto"/>
          </w:tcPr>
          <w:p w14:paraId="079D72B7" w14:textId="77777777" w:rsidR="007A5E59" w:rsidRDefault="0095198F">
            <w:pPr>
              <w:jc w:val="center"/>
            </w:pPr>
            <w:r>
              <w:t>50</w:t>
            </w:r>
          </w:p>
        </w:tc>
        <w:tc>
          <w:tcPr>
            <w:tcW w:w="0" w:type="auto"/>
          </w:tcPr>
          <w:p w14:paraId="3E468FCD" w14:textId="77777777" w:rsidR="007A5E59" w:rsidRDefault="0095198F">
            <w:pPr>
              <w:jc w:val="center"/>
            </w:pPr>
            <w:r>
              <w:t>2015</w:t>
            </w:r>
          </w:p>
        </w:tc>
        <w:tc>
          <w:tcPr>
            <w:tcW w:w="0" w:type="auto"/>
          </w:tcPr>
          <w:p w14:paraId="34078397" w14:textId="77777777" w:rsidR="007A5E59" w:rsidRDefault="0095198F">
            <w:pPr>
              <w:jc w:val="center"/>
            </w:pPr>
            <w:r>
              <w:t>4</w:t>
            </w:r>
          </w:p>
        </w:tc>
        <w:tc>
          <w:tcPr>
            <w:tcW w:w="0" w:type="auto"/>
          </w:tcPr>
          <w:p w14:paraId="1F5002B6" w14:textId="77777777" w:rsidR="007A5E59" w:rsidRDefault="0095198F">
            <w:r>
              <w:t>надз</w:t>
            </w:r>
          </w:p>
        </w:tc>
      </w:tr>
      <w:tr w:rsidR="007A5E59" w14:paraId="372F6196" w14:textId="77777777">
        <w:trPr>
          <w:jc w:val="center"/>
        </w:trPr>
        <w:tc>
          <w:tcPr>
            <w:tcW w:w="0" w:type="auto"/>
          </w:tcPr>
          <w:p w14:paraId="0F8E2181" w14:textId="77777777" w:rsidR="007A5E59" w:rsidRDefault="0095198F">
            <w:pPr>
              <w:jc w:val="center"/>
            </w:pPr>
            <w:r>
              <w:t>80</w:t>
            </w:r>
          </w:p>
        </w:tc>
        <w:tc>
          <w:tcPr>
            <w:tcW w:w="0" w:type="auto"/>
          </w:tcPr>
          <w:p w14:paraId="5AA7FB86" w14:textId="77777777" w:rsidR="007A5E59" w:rsidRDefault="0095198F">
            <w:r>
              <w:t>ТК-3-21/2 – Токарева, 6а</w:t>
            </w:r>
          </w:p>
        </w:tc>
        <w:tc>
          <w:tcPr>
            <w:tcW w:w="0" w:type="auto"/>
          </w:tcPr>
          <w:p w14:paraId="79691D37" w14:textId="77777777" w:rsidR="007A5E59" w:rsidRDefault="0095198F">
            <w:pPr>
              <w:jc w:val="center"/>
            </w:pPr>
            <w:r>
              <w:t>50</w:t>
            </w:r>
          </w:p>
        </w:tc>
        <w:tc>
          <w:tcPr>
            <w:tcW w:w="0" w:type="auto"/>
          </w:tcPr>
          <w:p w14:paraId="5092C981" w14:textId="77777777" w:rsidR="007A5E59" w:rsidRDefault="0095198F">
            <w:pPr>
              <w:jc w:val="center"/>
            </w:pPr>
            <w:r>
              <w:t>2015</w:t>
            </w:r>
          </w:p>
        </w:tc>
        <w:tc>
          <w:tcPr>
            <w:tcW w:w="0" w:type="auto"/>
          </w:tcPr>
          <w:p w14:paraId="2A4943E3" w14:textId="77777777" w:rsidR="007A5E59" w:rsidRDefault="0095198F">
            <w:pPr>
              <w:jc w:val="center"/>
            </w:pPr>
            <w:r>
              <w:t>50</w:t>
            </w:r>
          </w:p>
        </w:tc>
        <w:tc>
          <w:tcPr>
            <w:tcW w:w="0" w:type="auto"/>
          </w:tcPr>
          <w:p w14:paraId="57BE3621" w14:textId="77777777" w:rsidR="007A5E59" w:rsidRDefault="0095198F">
            <w:r>
              <w:t>надз</w:t>
            </w:r>
          </w:p>
        </w:tc>
      </w:tr>
      <w:tr w:rsidR="007A5E59" w14:paraId="1FBFFA55" w14:textId="77777777">
        <w:trPr>
          <w:jc w:val="center"/>
        </w:trPr>
        <w:tc>
          <w:tcPr>
            <w:tcW w:w="0" w:type="auto"/>
          </w:tcPr>
          <w:p w14:paraId="2FBF89EA" w14:textId="77777777" w:rsidR="007A5E59" w:rsidRDefault="0095198F">
            <w:pPr>
              <w:jc w:val="center"/>
            </w:pPr>
            <w:r>
              <w:t>81</w:t>
            </w:r>
          </w:p>
        </w:tc>
        <w:tc>
          <w:tcPr>
            <w:tcW w:w="0" w:type="auto"/>
          </w:tcPr>
          <w:p w14:paraId="621AA85A" w14:textId="77777777" w:rsidR="007A5E59" w:rsidRDefault="0095198F">
            <w:r>
              <w:t>ТК-3-21/2-1 – Токарева-10</w:t>
            </w:r>
          </w:p>
        </w:tc>
        <w:tc>
          <w:tcPr>
            <w:tcW w:w="0" w:type="auto"/>
          </w:tcPr>
          <w:p w14:paraId="33B97670" w14:textId="77777777" w:rsidR="007A5E59" w:rsidRDefault="0095198F">
            <w:pPr>
              <w:jc w:val="center"/>
            </w:pPr>
            <w:r>
              <w:t>50</w:t>
            </w:r>
          </w:p>
        </w:tc>
        <w:tc>
          <w:tcPr>
            <w:tcW w:w="0" w:type="auto"/>
          </w:tcPr>
          <w:p w14:paraId="6D01762F" w14:textId="77777777" w:rsidR="007A5E59" w:rsidRDefault="0095198F">
            <w:pPr>
              <w:jc w:val="center"/>
            </w:pPr>
            <w:r>
              <w:t>2015</w:t>
            </w:r>
          </w:p>
        </w:tc>
        <w:tc>
          <w:tcPr>
            <w:tcW w:w="0" w:type="auto"/>
          </w:tcPr>
          <w:p w14:paraId="6C1FDE8F" w14:textId="77777777" w:rsidR="007A5E59" w:rsidRDefault="0095198F">
            <w:pPr>
              <w:jc w:val="center"/>
            </w:pPr>
            <w:r>
              <w:t>3</w:t>
            </w:r>
          </w:p>
        </w:tc>
        <w:tc>
          <w:tcPr>
            <w:tcW w:w="0" w:type="auto"/>
          </w:tcPr>
          <w:p w14:paraId="1DAA0CF6" w14:textId="77777777" w:rsidR="007A5E59" w:rsidRDefault="0095198F">
            <w:r>
              <w:t>надз</w:t>
            </w:r>
          </w:p>
        </w:tc>
      </w:tr>
      <w:tr w:rsidR="007A5E59" w14:paraId="79CAD95B" w14:textId="77777777">
        <w:trPr>
          <w:jc w:val="center"/>
        </w:trPr>
        <w:tc>
          <w:tcPr>
            <w:tcW w:w="0" w:type="auto"/>
          </w:tcPr>
          <w:p w14:paraId="22F354DD" w14:textId="77777777" w:rsidR="007A5E59" w:rsidRDefault="0095198F">
            <w:pPr>
              <w:jc w:val="center"/>
            </w:pPr>
            <w:r>
              <w:t>82</w:t>
            </w:r>
          </w:p>
        </w:tc>
        <w:tc>
          <w:tcPr>
            <w:tcW w:w="0" w:type="auto"/>
          </w:tcPr>
          <w:p w14:paraId="6C0B6EC9" w14:textId="77777777" w:rsidR="007A5E59" w:rsidRDefault="0095198F">
            <w:r>
              <w:t>ТК-3-21/4 – Токарева,12</w:t>
            </w:r>
          </w:p>
        </w:tc>
        <w:tc>
          <w:tcPr>
            <w:tcW w:w="0" w:type="auto"/>
          </w:tcPr>
          <w:p w14:paraId="0DA60052" w14:textId="77777777" w:rsidR="007A5E59" w:rsidRDefault="0095198F">
            <w:pPr>
              <w:jc w:val="center"/>
            </w:pPr>
            <w:r>
              <w:t>50</w:t>
            </w:r>
          </w:p>
        </w:tc>
        <w:tc>
          <w:tcPr>
            <w:tcW w:w="0" w:type="auto"/>
          </w:tcPr>
          <w:p w14:paraId="34670176" w14:textId="77777777" w:rsidR="007A5E59" w:rsidRDefault="0095198F">
            <w:pPr>
              <w:jc w:val="center"/>
            </w:pPr>
            <w:r>
              <w:t>2015</w:t>
            </w:r>
          </w:p>
        </w:tc>
        <w:tc>
          <w:tcPr>
            <w:tcW w:w="0" w:type="auto"/>
          </w:tcPr>
          <w:p w14:paraId="6EAFE421" w14:textId="77777777" w:rsidR="007A5E59" w:rsidRDefault="0095198F">
            <w:pPr>
              <w:jc w:val="center"/>
            </w:pPr>
            <w:r>
              <w:t>10</w:t>
            </w:r>
          </w:p>
        </w:tc>
        <w:tc>
          <w:tcPr>
            <w:tcW w:w="0" w:type="auto"/>
          </w:tcPr>
          <w:p w14:paraId="6CCFC524" w14:textId="77777777" w:rsidR="007A5E59" w:rsidRDefault="0095198F">
            <w:r>
              <w:t>надз</w:t>
            </w:r>
          </w:p>
        </w:tc>
      </w:tr>
      <w:tr w:rsidR="007A5E59" w14:paraId="420FB76D" w14:textId="77777777">
        <w:trPr>
          <w:jc w:val="center"/>
        </w:trPr>
        <w:tc>
          <w:tcPr>
            <w:tcW w:w="0" w:type="auto"/>
          </w:tcPr>
          <w:p w14:paraId="76016BD2" w14:textId="77777777" w:rsidR="007A5E59" w:rsidRDefault="0095198F">
            <w:pPr>
              <w:jc w:val="center"/>
            </w:pPr>
            <w:r>
              <w:t>83</w:t>
            </w:r>
          </w:p>
        </w:tc>
        <w:tc>
          <w:tcPr>
            <w:tcW w:w="0" w:type="auto"/>
          </w:tcPr>
          <w:p w14:paraId="2F92498E" w14:textId="77777777" w:rsidR="007A5E59" w:rsidRDefault="0095198F">
            <w:r>
              <w:t>ТК-3-21/6 – ТК-3-21/8</w:t>
            </w:r>
          </w:p>
        </w:tc>
        <w:tc>
          <w:tcPr>
            <w:tcW w:w="0" w:type="auto"/>
          </w:tcPr>
          <w:p w14:paraId="1A1CA694" w14:textId="77777777" w:rsidR="007A5E59" w:rsidRDefault="0095198F">
            <w:pPr>
              <w:jc w:val="center"/>
            </w:pPr>
            <w:r>
              <w:t>125</w:t>
            </w:r>
          </w:p>
        </w:tc>
        <w:tc>
          <w:tcPr>
            <w:tcW w:w="0" w:type="auto"/>
          </w:tcPr>
          <w:p w14:paraId="582F3502" w14:textId="77777777" w:rsidR="007A5E59" w:rsidRDefault="0095198F">
            <w:pPr>
              <w:jc w:val="center"/>
            </w:pPr>
            <w:r>
              <w:t>2015</w:t>
            </w:r>
          </w:p>
        </w:tc>
        <w:tc>
          <w:tcPr>
            <w:tcW w:w="0" w:type="auto"/>
          </w:tcPr>
          <w:p w14:paraId="2611853D" w14:textId="77777777" w:rsidR="007A5E59" w:rsidRDefault="0095198F">
            <w:pPr>
              <w:jc w:val="center"/>
            </w:pPr>
            <w:r>
              <w:t>49</w:t>
            </w:r>
          </w:p>
        </w:tc>
        <w:tc>
          <w:tcPr>
            <w:tcW w:w="0" w:type="auto"/>
          </w:tcPr>
          <w:p w14:paraId="09314423" w14:textId="77777777" w:rsidR="007A5E59" w:rsidRDefault="0095198F">
            <w:r>
              <w:t>надз</w:t>
            </w:r>
          </w:p>
        </w:tc>
      </w:tr>
      <w:tr w:rsidR="007A5E59" w14:paraId="01B8221D" w14:textId="77777777">
        <w:trPr>
          <w:jc w:val="center"/>
        </w:trPr>
        <w:tc>
          <w:tcPr>
            <w:tcW w:w="0" w:type="auto"/>
          </w:tcPr>
          <w:p w14:paraId="6FFC99BA" w14:textId="77777777" w:rsidR="007A5E59" w:rsidRDefault="0095198F">
            <w:pPr>
              <w:jc w:val="center"/>
            </w:pPr>
            <w:r>
              <w:t>84</w:t>
            </w:r>
          </w:p>
        </w:tc>
        <w:tc>
          <w:tcPr>
            <w:tcW w:w="0" w:type="auto"/>
          </w:tcPr>
          <w:p w14:paraId="48A25933" w14:textId="77777777" w:rsidR="007A5E59" w:rsidRDefault="0095198F">
            <w:r>
              <w:t>Бойлерная – ТК-2-18</w:t>
            </w:r>
          </w:p>
        </w:tc>
        <w:tc>
          <w:tcPr>
            <w:tcW w:w="0" w:type="auto"/>
          </w:tcPr>
          <w:p w14:paraId="1744D145" w14:textId="77777777" w:rsidR="007A5E59" w:rsidRDefault="0095198F">
            <w:pPr>
              <w:jc w:val="center"/>
            </w:pPr>
            <w:r>
              <w:t>300</w:t>
            </w:r>
          </w:p>
        </w:tc>
        <w:tc>
          <w:tcPr>
            <w:tcW w:w="0" w:type="auto"/>
          </w:tcPr>
          <w:p w14:paraId="461D1271" w14:textId="77777777" w:rsidR="007A5E59" w:rsidRDefault="0095198F">
            <w:pPr>
              <w:jc w:val="center"/>
            </w:pPr>
            <w:r>
              <w:t>2012</w:t>
            </w:r>
          </w:p>
        </w:tc>
        <w:tc>
          <w:tcPr>
            <w:tcW w:w="0" w:type="auto"/>
          </w:tcPr>
          <w:p w14:paraId="645952BD" w14:textId="77777777" w:rsidR="007A5E59" w:rsidRDefault="0095198F">
            <w:pPr>
              <w:jc w:val="center"/>
            </w:pPr>
            <w:r>
              <w:t>1 052</w:t>
            </w:r>
          </w:p>
        </w:tc>
        <w:tc>
          <w:tcPr>
            <w:tcW w:w="0" w:type="auto"/>
          </w:tcPr>
          <w:p w14:paraId="51C806C2" w14:textId="77777777" w:rsidR="007A5E59" w:rsidRDefault="0095198F">
            <w:r>
              <w:t>надз</w:t>
            </w:r>
          </w:p>
        </w:tc>
      </w:tr>
      <w:tr w:rsidR="007A5E59" w14:paraId="60E9DB55" w14:textId="77777777">
        <w:trPr>
          <w:jc w:val="center"/>
        </w:trPr>
        <w:tc>
          <w:tcPr>
            <w:tcW w:w="0" w:type="auto"/>
          </w:tcPr>
          <w:p w14:paraId="100159A7" w14:textId="77777777" w:rsidR="007A5E59" w:rsidRDefault="0095198F">
            <w:pPr>
              <w:jc w:val="center"/>
            </w:pPr>
            <w:r>
              <w:t>85</w:t>
            </w:r>
          </w:p>
        </w:tc>
        <w:tc>
          <w:tcPr>
            <w:tcW w:w="0" w:type="auto"/>
          </w:tcPr>
          <w:p w14:paraId="1ED9081B" w14:textId="77777777" w:rsidR="007A5E59" w:rsidRDefault="0095198F">
            <w:r>
              <w:t>Бойлерная – ТК-2-19</w:t>
            </w:r>
          </w:p>
        </w:tc>
        <w:tc>
          <w:tcPr>
            <w:tcW w:w="0" w:type="auto"/>
          </w:tcPr>
          <w:p w14:paraId="0718B347" w14:textId="77777777" w:rsidR="007A5E59" w:rsidRDefault="0095198F">
            <w:pPr>
              <w:jc w:val="center"/>
            </w:pPr>
            <w:r>
              <w:t>250</w:t>
            </w:r>
          </w:p>
        </w:tc>
        <w:tc>
          <w:tcPr>
            <w:tcW w:w="0" w:type="auto"/>
          </w:tcPr>
          <w:p w14:paraId="59A2587F" w14:textId="77777777" w:rsidR="007A5E59" w:rsidRDefault="0095198F">
            <w:pPr>
              <w:jc w:val="center"/>
            </w:pPr>
            <w:r>
              <w:t>1985</w:t>
            </w:r>
          </w:p>
        </w:tc>
        <w:tc>
          <w:tcPr>
            <w:tcW w:w="0" w:type="auto"/>
          </w:tcPr>
          <w:p w14:paraId="4429F8B2" w14:textId="77777777" w:rsidR="007A5E59" w:rsidRDefault="0095198F">
            <w:pPr>
              <w:jc w:val="center"/>
            </w:pPr>
            <w:r>
              <w:t>27</w:t>
            </w:r>
          </w:p>
        </w:tc>
        <w:tc>
          <w:tcPr>
            <w:tcW w:w="0" w:type="auto"/>
          </w:tcPr>
          <w:p w14:paraId="1936A879" w14:textId="77777777" w:rsidR="007A5E59" w:rsidRDefault="0095198F">
            <w:r>
              <w:t>надз</w:t>
            </w:r>
          </w:p>
        </w:tc>
      </w:tr>
      <w:tr w:rsidR="007A5E59" w14:paraId="41436E68" w14:textId="77777777">
        <w:trPr>
          <w:jc w:val="center"/>
        </w:trPr>
        <w:tc>
          <w:tcPr>
            <w:tcW w:w="0" w:type="auto"/>
          </w:tcPr>
          <w:p w14:paraId="0690409F" w14:textId="77777777" w:rsidR="007A5E59" w:rsidRDefault="0095198F">
            <w:pPr>
              <w:jc w:val="center"/>
            </w:pPr>
            <w:r>
              <w:t>86</w:t>
            </w:r>
          </w:p>
        </w:tc>
        <w:tc>
          <w:tcPr>
            <w:tcW w:w="0" w:type="auto"/>
          </w:tcPr>
          <w:p w14:paraId="670BC716" w14:textId="77777777" w:rsidR="007A5E59" w:rsidRDefault="0095198F">
            <w:r>
              <w:t>ТК-2-18 – ТК-2-19</w:t>
            </w:r>
          </w:p>
        </w:tc>
        <w:tc>
          <w:tcPr>
            <w:tcW w:w="0" w:type="auto"/>
          </w:tcPr>
          <w:p w14:paraId="49E18117" w14:textId="77777777" w:rsidR="007A5E59" w:rsidRDefault="0095198F">
            <w:pPr>
              <w:jc w:val="center"/>
            </w:pPr>
            <w:r>
              <w:t>200</w:t>
            </w:r>
          </w:p>
        </w:tc>
        <w:tc>
          <w:tcPr>
            <w:tcW w:w="0" w:type="auto"/>
          </w:tcPr>
          <w:p w14:paraId="6B2230FC" w14:textId="77777777" w:rsidR="007A5E59" w:rsidRDefault="0095198F">
            <w:pPr>
              <w:jc w:val="center"/>
            </w:pPr>
            <w:r>
              <w:t>1985</w:t>
            </w:r>
          </w:p>
        </w:tc>
        <w:tc>
          <w:tcPr>
            <w:tcW w:w="0" w:type="auto"/>
          </w:tcPr>
          <w:p w14:paraId="19BE2764" w14:textId="77777777" w:rsidR="007A5E59" w:rsidRDefault="0095198F">
            <w:pPr>
              <w:jc w:val="center"/>
            </w:pPr>
            <w:r>
              <w:t>149</w:t>
            </w:r>
          </w:p>
        </w:tc>
        <w:tc>
          <w:tcPr>
            <w:tcW w:w="0" w:type="auto"/>
          </w:tcPr>
          <w:p w14:paraId="2EF9D3E9" w14:textId="77777777" w:rsidR="007A5E59" w:rsidRDefault="0095198F">
            <w:r>
              <w:t>надз</w:t>
            </w:r>
          </w:p>
        </w:tc>
      </w:tr>
      <w:tr w:rsidR="007A5E59" w14:paraId="0C069A95" w14:textId="77777777">
        <w:trPr>
          <w:jc w:val="center"/>
        </w:trPr>
        <w:tc>
          <w:tcPr>
            <w:tcW w:w="0" w:type="auto"/>
          </w:tcPr>
          <w:p w14:paraId="52EF60AD" w14:textId="77777777" w:rsidR="007A5E59" w:rsidRDefault="0095198F">
            <w:pPr>
              <w:jc w:val="center"/>
            </w:pPr>
            <w:r>
              <w:t>87</w:t>
            </w:r>
          </w:p>
        </w:tc>
        <w:tc>
          <w:tcPr>
            <w:tcW w:w="0" w:type="auto"/>
          </w:tcPr>
          <w:p w14:paraId="445C9EF8" w14:textId="77777777" w:rsidR="007A5E59" w:rsidRDefault="0095198F">
            <w:r>
              <w:t>ТК-2-01 – Зеленая,34,36</w:t>
            </w:r>
          </w:p>
        </w:tc>
        <w:tc>
          <w:tcPr>
            <w:tcW w:w="0" w:type="auto"/>
          </w:tcPr>
          <w:p w14:paraId="304B6CEE" w14:textId="77777777" w:rsidR="007A5E59" w:rsidRDefault="0095198F">
            <w:pPr>
              <w:jc w:val="center"/>
            </w:pPr>
            <w:r>
              <w:t>40</w:t>
            </w:r>
          </w:p>
        </w:tc>
        <w:tc>
          <w:tcPr>
            <w:tcW w:w="0" w:type="auto"/>
          </w:tcPr>
          <w:p w14:paraId="589EC252" w14:textId="77777777" w:rsidR="007A5E59" w:rsidRDefault="0095198F">
            <w:pPr>
              <w:jc w:val="center"/>
            </w:pPr>
            <w:r>
              <w:t>1985</w:t>
            </w:r>
          </w:p>
        </w:tc>
        <w:tc>
          <w:tcPr>
            <w:tcW w:w="0" w:type="auto"/>
          </w:tcPr>
          <w:p w14:paraId="5D91B827" w14:textId="77777777" w:rsidR="007A5E59" w:rsidRDefault="0095198F">
            <w:pPr>
              <w:jc w:val="center"/>
            </w:pPr>
            <w:r>
              <w:t>40</w:t>
            </w:r>
          </w:p>
        </w:tc>
        <w:tc>
          <w:tcPr>
            <w:tcW w:w="0" w:type="auto"/>
          </w:tcPr>
          <w:p w14:paraId="3A528D61" w14:textId="77777777" w:rsidR="007A5E59" w:rsidRDefault="0095198F">
            <w:r>
              <w:t>надз</w:t>
            </w:r>
          </w:p>
        </w:tc>
      </w:tr>
      <w:tr w:rsidR="007A5E59" w14:paraId="480C92F5" w14:textId="77777777">
        <w:trPr>
          <w:jc w:val="center"/>
        </w:trPr>
        <w:tc>
          <w:tcPr>
            <w:tcW w:w="0" w:type="auto"/>
          </w:tcPr>
          <w:p w14:paraId="7464FF85" w14:textId="77777777" w:rsidR="007A5E59" w:rsidRDefault="0095198F">
            <w:pPr>
              <w:jc w:val="center"/>
            </w:pPr>
            <w:r>
              <w:t>88</w:t>
            </w:r>
          </w:p>
        </w:tc>
        <w:tc>
          <w:tcPr>
            <w:tcW w:w="0" w:type="auto"/>
          </w:tcPr>
          <w:p w14:paraId="61AB96C3" w14:textId="77777777" w:rsidR="007A5E59" w:rsidRDefault="0095198F">
            <w:r>
              <w:t>ТК-2-02 – Ленина, 23</w:t>
            </w:r>
          </w:p>
        </w:tc>
        <w:tc>
          <w:tcPr>
            <w:tcW w:w="0" w:type="auto"/>
          </w:tcPr>
          <w:p w14:paraId="0EC3A404" w14:textId="77777777" w:rsidR="007A5E59" w:rsidRDefault="0095198F">
            <w:pPr>
              <w:jc w:val="center"/>
            </w:pPr>
            <w:r>
              <w:t>50</w:t>
            </w:r>
          </w:p>
        </w:tc>
        <w:tc>
          <w:tcPr>
            <w:tcW w:w="0" w:type="auto"/>
          </w:tcPr>
          <w:p w14:paraId="0277D385" w14:textId="77777777" w:rsidR="007A5E59" w:rsidRDefault="0095198F">
            <w:pPr>
              <w:jc w:val="center"/>
            </w:pPr>
            <w:r>
              <w:t>1985</w:t>
            </w:r>
          </w:p>
        </w:tc>
        <w:tc>
          <w:tcPr>
            <w:tcW w:w="0" w:type="auto"/>
          </w:tcPr>
          <w:p w14:paraId="49FA5348" w14:textId="77777777" w:rsidR="007A5E59" w:rsidRDefault="0095198F">
            <w:pPr>
              <w:jc w:val="center"/>
            </w:pPr>
            <w:r>
              <w:t>250</w:t>
            </w:r>
          </w:p>
        </w:tc>
        <w:tc>
          <w:tcPr>
            <w:tcW w:w="0" w:type="auto"/>
          </w:tcPr>
          <w:p w14:paraId="2359D351" w14:textId="77777777" w:rsidR="007A5E59" w:rsidRDefault="0095198F">
            <w:r>
              <w:t>надз</w:t>
            </w:r>
          </w:p>
        </w:tc>
      </w:tr>
      <w:tr w:rsidR="007A5E59" w14:paraId="748599E5" w14:textId="77777777">
        <w:trPr>
          <w:jc w:val="center"/>
        </w:trPr>
        <w:tc>
          <w:tcPr>
            <w:tcW w:w="0" w:type="auto"/>
          </w:tcPr>
          <w:p w14:paraId="256E9440" w14:textId="77777777" w:rsidR="007A5E59" w:rsidRDefault="0095198F">
            <w:pPr>
              <w:jc w:val="center"/>
            </w:pPr>
            <w:r>
              <w:t>89</w:t>
            </w:r>
          </w:p>
        </w:tc>
        <w:tc>
          <w:tcPr>
            <w:tcW w:w="0" w:type="auto"/>
          </w:tcPr>
          <w:p w14:paraId="1E3A2D86" w14:textId="77777777" w:rsidR="007A5E59" w:rsidRDefault="0095198F">
            <w:r>
              <w:t>ТК-2-03 – Ленина, 22</w:t>
            </w:r>
          </w:p>
        </w:tc>
        <w:tc>
          <w:tcPr>
            <w:tcW w:w="0" w:type="auto"/>
          </w:tcPr>
          <w:p w14:paraId="38F13217" w14:textId="77777777" w:rsidR="007A5E59" w:rsidRDefault="0095198F">
            <w:pPr>
              <w:jc w:val="center"/>
            </w:pPr>
            <w:r>
              <w:t>65</w:t>
            </w:r>
          </w:p>
        </w:tc>
        <w:tc>
          <w:tcPr>
            <w:tcW w:w="0" w:type="auto"/>
          </w:tcPr>
          <w:p w14:paraId="181B6FFA" w14:textId="77777777" w:rsidR="007A5E59" w:rsidRDefault="0095198F">
            <w:pPr>
              <w:jc w:val="center"/>
            </w:pPr>
            <w:r>
              <w:t>2015</w:t>
            </w:r>
          </w:p>
        </w:tc>
        <w:tc>
          <w:tcPr>
            <w:tcW w:w="0" w:type="auto"/>
          </w:tcPr>
          <w:p w14:paraId="6FA39891" w14:textId="77777777" w:rsidR="007A5E59" w:rsidRDefault="0095198F">
            <w:pPr>
              <w:jc w:val="center"/>
            </w:pPr>
            <w:r>
              <w:t>33</w:t>
            </w:r>
          </w:p>
        </w:tc>
        <w:tc>
          <w:tcPr>
            <w:tcW w:w="0" w:type="auto"/>
          </w:tcPr>
          <w:p w14:paraId="7220EF34" w14:textId="77777777" w:rsidR="007A5E59" w:rsidRDefault="0095198F">
            <w:r>
              <w:t>надз</w:t>
            </w:r>
          </w:p>
        </w:tc>
      </w:tr>
      <w:tr w:rsidR="007A5E59" w14:paraId="60BCBCBD" w14:textId="77777777">
        <w:trPr>
          <w:jc w:val="center"/>
        </w:trPr>
        <w:tc>
          <w:tcPr>
            <w:tcW w:w="0" w:type="auto"/>
          </w:tcPr>
          <w:p w14:paraId="446DD7B5" w14:textId="77777777" w:rsidR="007A5E59" w:rsidRDefault="0095198F">
            <w:pPr>
              <w:jc w:val="center"/>
            </w:pPr>
            <w:r>
              <w:t>90</w:t>
            </w:r>
          </w:p>
        </w:tc>
        <w:tc>
          <w:tcPr>
            <w:tcW w:w="0" w:type="auto"/>
          </w:tcPr>
          <w:p w14:paraId="44F91BC9" w14:textId="77777777" w:rsidR="007A5E59" w:rsidRDefault="0095198F">
            <w:r>
              <w:t>ТК-2-05/2 – ТК-2-05</w:t>
            </w:r>
          </w:p>
        </w:tc>
        <w:tc>
          <w:tcPr>
            <w:tcW w:w="0" w:type="auto"/>
          </w:tcPr>
          <w:p w14:paraId="23ABD07A" w14:textId="77777777" w:rsidR="007A5E59" w:rsidRDefault="0095198F">
            <w:pPr>
              <w:jc w:val="center"/>
            </w:pPr>
            <w:r>
              <w:t>65</w:t>
            </w:r>
          </w:p>
        </w:tc>
        <w:tc>
          <w:tcPr>
            <w:tcW w:w="0" w:type="auto"/>
          </w:tcPr>
          <w:p w14:paraId="1169A5B9" w14:textId="77777777" w:rsidR="007A5E59" w:rsidRDefault="0095198F">
            <w:pPr>
              <w:jc w:val="center"/>
            </w:pPr>
            <w:r>
              <w:t>2011</w:t>
            </w:r>
          </w:p>
        </w:tc>
        <w:tc>
          <w:tcPr>
            <w:tcW w:w="0" w:type="auto"/>
          </w:tcPr>
          <w:p w14:paraId="1D077609" w14:textId="77777777" w:rsidR="007A5E59" w:rsidRDefault="0095198F">
            <w:pPr>
              <w:jc w:val="center"/>
            </w:pPr>
            <w:r>
              <w:t>45</w:t>
            </w:r>
          </w:p>
        </w:tc>
        <w:tc>
          <w:tcPr>
            <w:tcW w:w="0" w:type="auto"/>
          </w:tcPr>
          <w:p w14:paraId="42480A37" w14:textId="77777777" w:rsidR="007A5E59" w:rsidRDefault="0095198F">
            <w:r>
              <w:t>надз</w:t>
            </w:r>
          </w:p>
        </w:tc>
      </w:tr>
      <w:tr w:rsidR="007A5E59" w14:paraId="012691A3" w14:textId="77777777">
        <w:trPr>
          <w:jc w:val="center"/>
        </w:trPr>
        <w:tc>
          <w:tcPr>
            <w:tcW w:w="0" w:type="auto"/>
          </w:tcPr>
          <w:p w14:paraId="43A199EB" w14:textId="77777777" w:rsidR="007A5E59" w:rsidRDefault="0095198F">
            <w:pPr>
              <w:jc w:val="center"/>
            </w:pPr>
            <w:r>
              <w:t>91</w:t>
            </w:r>
          </w:p>
        </w:tc>
        <w:tc>
          <w:tcPr>
            <w:tcW w:w="0" w:type="auto"/>
          </w:tcPr>
          <w:p w14:paraId="299A9E7F" w14:textId="77777777" w:rsidR="007A5E59" w:rsidRDefault="0095198F">
            <w:r>
              <w:t>ТК-2-05/2 – Ленина, 18,20</w:t>
            </w:r>
          </w:p>
        </w:tc>
        <w:tc>
          <w:tcPr>
            <w:tcW w:w="0" w:type="auto"/>
          </w:tcPr>
          <w:p w14:paraId="2BBF249C" w14:textId="77777777" w:rsidR="007A5E59" w:rsidRDefault="0095198F">
            <w:pPr>
              <w:jc w:val="center"/>
            </w:pPr>
            <w:r>
              <w:t>65</w:t>
            </w:r>
          </w:p>
        </w:tc>
        <w:tc>
          <w:tcPr>
            <w:tcW w:w="0" w:type="auto"/>
          </w:tcPr>
          <w:p w14:paraId="5EEC5088" w14:textId="77777777" w:rsidR="007A5E59" w:rsidRDefault="0095198F">
            <w:pPr>
              <w:jc w:val="center"/>
            </w:pPr>
            <w:r>
              <w:t>2015</w:t>
            </w:r>
          </w:p>
        </w:tc>
        <w:tc>
          <w:tcPr>
            <w:tcW w:w="0" w:type="auto"/>
          </w:tcPr>
          <w:p w14:paraId="2ADA65C6" w14:textId="77777777" w:rsidR="007A5E59" w:rsidRDefault="0095198F">
            <w:pPr>
              <w:jc w:val="center"/>
            </w:pPr>
            <w:r>
              <w:t>6</w:t>
            </w:r>
          </w:p>
        </w:tc>
        <w:tc>
          <w:tcPr>
            <w:tcW w:w="0" w:type="auto"/>
          </w:tcPr>
          <w:p w14:paraId="177F13C8" w14:textId="77777777" w:rsidR="007A5E59" w:rsidRDefault="0095198F">
            <w:r>
              <w:t>надз</w:t>
            </w:r>
          </w:p>
        </w:tc>
      </w:tr>
      <w:tr w:rsidR="007A5E59" w14:paraId="7568F230" w14:textId="77777777">
        <w:trPr>
          <w:jc w:val="center"/>
        </w:trPr>
        <w:tc>
          <w:tcPr>
            <w:tcW w:w="0" w:type="auto"/>
          </w:tcPr>
          <w:p w14:paraId="3FADD39C" w14:textId="77777777" w:rsidR="007A5E59" w:rsidRDefault="0095198F">
            <w:pPr>
              <w:jc w:val="center"/>
            </w:pPr>
            <w:r>
              <w:t>92</w:t>
            </w:r>
          </w:p>
        </w:tc>
        <w:tc>
          <w:tcPr>
            <w:tcW w:w="0" w:type="auto"/>
          </w:tcPr>
          <w:p w14:paraId="0A9BE6C3" w14:textId="77777777" w:rsidR="007A5E59" w:rsidRDefault="0095198F">
            <w:r>
              <w:t>ТК-2-05/4 – Школьная, 8</w:t>
            </w:r>
          </w:p>
        </w:tc>
        <w:tc>
          <w:tcPr>
            <w:tcW w:w="0" w:type="auto"/>
          </w:tcPr>
          <w:p w14:paraId="19F072AD" w14:textId="77777777" w:rsidR="007A5E59" w:rsidRDefault="0095198F">
            <w:pPr>
              <w:jc w:val="center"/>
            </w:pPr>
            <w:r>
              <w:t>25</w:t>
            </w:r>
          </w:p>
        </w:tc>
        <w:tc>
          <w:tcPr>
            <w:tcW w:w="0" w:type="auto"/>
          </w:tcPr>
          <w:p w14:paraId="386C144A" w14:textId="77777777" w:rsidR="007A5E59" w:rsidRDefault="0095198F">
            <w:pPr>
              <w:jc w:val="center"/>
            </w:pPr>
            <w:r>
              <w:t>2014</w:t>
            </w:r>
          </w:p>
        </w:tc>
        <w:tc>
          <w:tcPr>
            <w:tcW w:w="0" w:type="auto"/>
          </w:tcPr>
          <w:p w14:paraId="255332A0" w14:textId="77777777" w:rsidR="007A5E59" w:rsidRDefault="0095198F">
            <w:pPr>
              <w:jc w:val="center"/>
            </w:pPr>
            <w:r>
              <w:t>162</w:t>
            </w:r>
          </w:p>
        </w:tc>
        <w:tc>
          <w:tcPr>
            <w:tcW w:w="0" w:type="auto"/>
          </w:tcPr>
          <w:p w14:paraId="03C9F281" w14:textId="77777777" w:rsidR="007A5E59" w:rsidRDefault="0095198F">
            <w:r>
              <w:t>надз</w:t>
            </w:r>
          </w:p>
        </w:tc>
      </w:tr>
      <w:tr w:rsidR="007A5E59" w14:paraId="62B58DB2" w14:textId="77777777">
        <w:trPr>
          <w:jc w:val="center"/>
        </w:trPr>
        <w:tc>
          <w:tcPr>
            <w:tcW w:w="0" w:type="auto"/>
          </w:tcPr>
          <w:p w14:paraId="56200589" w14:textId="77777777" w:rsidR="007A5E59" w:rsidRDefault="0095198F">
            <w:pPr>
              <w:jc w:val="center"/>
            </w:pPr>
            <w:r>
              <w:t>93</w:t>
            </w:r>
          </w:p>
        </w:tc>
        <w:tc>
          <w:tcPr>
            <w:tcW w:w="0" w:type="auto"/>
          </w:tcPr>
          <w:p w14:paraId="25813A67" w14:textId="77777777" w:rsidR="007A5E59" w:rsidRDefault="0095198F">
            <w:r>
              <w:t>ТК-2-07 – Ленина, 16</w:t>
            </w:r>
          </w:p>
        </w:tc>
        <w:tc>
          <w:tcPr>
            <w:tcW w:w="0" w:type="auto"/>
          </w:tcPr>
          <w:p w14:paraId="69AA4EE4" w14:textId="77777777" w:rsidR="007A5E59" w:rsidRDefault="0095198F">
            <w:pPr>
              <w:jc w:val="center"/>
            </w:pPr>
            <w:r>
              <w:t>80</w:t>
            </w:r>
          </w:p>
        </w:tc>
        <w:tc>
          <w:tcPr>
            <w:tcW w:w="0" w:type="auto"/>
          </w:tcPr>
          <w:p w14:paraId="45A179FD" w14:textId="77777777" w:rsidR="007A5E59" w:rsidRDefault="0095198F">
            <w:pPr>
              <w:jc w:val="center"/>
            </w:pPr>
            <w:r>
              <w:t>1985</w:t>
            </w:r>
          </w:p>
        </w:tc>
        <w:tc>
          <w:tcPr>
            <w:tcW w:w="0" w:type="auto"/>
          </w:tcPr>
          <w:p w14:paraId="5ED1ADBC" w14:textId="77777777" w:rsidR="007A5E59" w:rsidRDefault="0095198F">
            <w:pPr>
              <w:jc w:val="center"/>
            </w:pPr>
            <w:r>
              <w:t>33</w:t>
            </w:r>
          </w:p>
        </w:tc>
        <w:tc>
          <w:tcPr>
            <w:tcW w:w="0" w:type="auto"/>
          </w:tcPr>
          <w:p w14:paraId="2D02E26F" w14:textId="77777777" w:rsidR="007A5E59" w:rsidRDefault="0095198F">
            <w:r>
              <w:t>надз</w:t>
            </w:r>
          </w:p>
        </w:tc>
      </w:tr>
      <w:tr w:rsidR="007A5E59" w14:paraId="2941208B" w14:textId="77777777">
        <w:trPr>
          <w:jc w:val="center"/>
        </w:trPr>
        <w:tc>
          <w:tcPr>
            <w:tcW w:w="0" w:type="auto"/>
          </w:tcPr>
          <w:p w14:paraId="6A09C98B" w14:textId="77777777" w:rsidR="007A5E59" w:rsidRDefault="0095198F">
            <w:pPr>
              <w:jc w:val="center"/>
            </w:pPr>
            <w:r>
              <w:t>94</w:t>
            </w:r>
          </w:p>
        </w:tc>
        <w:tc>
          <w:tcPr>
            <w:tcW w:w="0" w:type="auto"/>
          </w:tcPr>
          <w:p w14:paraId="1485B835" w14:textId="77777777" w:rsidR="007A5E59" w:rsidRDefault="0095198F">
            <w:r>
              <w:t>ТК-2-08 – Зеленая, 16,14,12,10</w:t>
            </w:r>
          </w:p>
        </w:tc>
        <w:tc>
          <w:tcPr>
            <w:tcW w:w="0" w:type="auto"/>
          </w:tcPr>
          <w:p w14:paraId="68F89381" w14:textId="77777777" w:rsidR="007A5E59" w:rsidRDefault="0095198F">
            <w:pPr>
              <w:jc w:val="center"/>
            </w:pPr>
            <w:r>
              <w:t>50</w:t>
            </w:r>
          </w:p>
        </w:tc>
        <w:tc>
          <w:tcPr>
            <w:tcW w:w="0" w:type="auto"/>
          </w:tcPr>
          <w:p w14:paraId="233FBC4B" w14:textId="77777777" w:rsidR="007A5E59" w:rsidRDefault="0095198F">
            <w:pPr>
              <w:jc w:val="center"/>
            </w:pPr>
            <w:r>
              <w:t>1989</w:t>
            </w:r>
          </w:p>
        </w:tc>
        <w:tc>
          <w:tcPr>
            <w:tcW w:w="0" w:type="auto"/>
          </w:tcPr>
          <w:p w14:paraId="5F274975" w14:textId="77777777" w:rsidR="007A5E59" w:rsidRDefault="0095198F">
            <w:pPr>
              <w:jc w:val="center"/>
            </w:pPr>
            <w:r>
              <w:t>65</w:t>
            </w:r>
          </w:p>
        </w:tc>
        <w:tc>
          <w:tcPr>
            <w:tcW w:w="0" w:type="auto"/>
          </w:tcPr>
          <w:p w14:paraId="013A00E6" w14:textId="77777777" w:rsidR="007A5E59" w:rsidRDefault="0095198F">
            <w:r>
              <w:t>надз</w:t>
            </w:r>
          </w:p>
        </w:tc>
      </w:tr>
      <w:tr w:rsidR="007A5E59" w14:paraId="049F25A8" w14:textId="77777777">
        <w:trPr>
          <w:jc w:val="center"/>
        </w:trPr>
        <w:tc>
          <w:tcPr>
            <w:tcW w:w="0" w:type="auto"/>
          </w:tcPr>
          <w:p w14:paraId="428A35AF" w14:textId="77777777" w:rsidR="007A5E59" w:rsidRDefault="0095198F">
            <w:pPr>
              <w:jc w:val="center"/>
            </w:pPr>
            <w:r>
              <w:t>95</w:t>
            </w:r>
          </w:p>
        </w:tc>
        <w:tc>
          <w:tcPr>
            <w:tcW w:w="0" w:type="auto"/>
          </w:tcPr>
          <w:p w14:paraId="4B3A60F7" w14:textId="77777777" w:rsidR="007A5E59" w:rsidRDefault="0095198F">
            <w:r>
              <w:t>ТК-2-10/2 – ТК-2-10</w:t>
            </w:r>
          </w:p>
        </w:tc>
        <w:tc>
          <w:tcPr>
            <w:tcW w:w="0" w:type="auto"/>
          </w:tcPr>
          <w:p w14:paraId="19A6B28F" w14:textId="77777777" w:rsidR="007A5E59" w:rsidRDefault="0095198F">
            <w:pPr>
              <w:jc w:val="center"/>
            </w:pPr>
            <w:r>
              <w:t>125</w:t>
            </w:r>
          </w:p>
        </w:tc>
        <w:tc>
          <w:tcPr>
            <w:tcW w:w="0" w:type="auto"/>
          </w:tcPr>
          <w:p w14:paraId="2B1CCEB9" w14:textId="77777777" w:rsidR="007A5E59" w:rsidRDefault="0095198F">
            <w:pPr>
              <w:jc w:val="center"/>
            </w:pPr>
            <w:r>
              <w:t>2015</w:t>
            </w:r>
          </w:p>
        </w:tc>
        <w:tc>
          <w:tcPr>
            <w:tcW w:w="0" w:type="auto"/>
          </w:tcPr>
          <w:p w14:paraId="0B336095" w14:textId="77777777" w:rsidR="007A5E59" w:rsidRDefault="0095198F">
            <w:pPr>
              <w:jc w:val="center"/>
            </w:pPr>
            <w:r>
              <w:t>315</w:t>
            </w:r>
          </w:p>
        </w:tc>
        <w:tc>
          <w:tcPr>
            <w:tcW w:w="0" w:type="auto"/>
          </w:tcPr>
          <w:p w14:paraId="4D0CF1A5" w14:textId="77777777" w:rsidR="007A5E59" w:rsidRDefault="0095198F">
            <w:r>
              <w:t>надз</w:t>
            </w:r>
          </w:p>
        </w:tc>
      </w:tr>
      <w:tr w:rsidR="007A5E59" w14:paraId="51167DF7" w14:textId="77777777">
        <w:trPr>
          <w:jc w:val="center"/>
        </w:trPr>
        <w:tc>
          <w:tcPr>
            <w:tcW w:w="0" w:type="auto"/>
          </w:tcPr>
          <w:p w14:paraId="687441EB" w14:textId="77777777" w:rsidR="007A5E59" w:rsidRDefault="0095198F">
            <w:pPr>
              <w:jc w:val="center"/>
            </w:pPr>
            <w:r>
              <w:t>96</w:t>
            </w:r>
          </w:p>
        </w:tc>
        <w:tc>
          <w:tcPr>
            <w:tcW w:w="0" w:type="auto"/>
          </w:tcPr>
          <w:p w14:paraId="4F11D4CC" w14:textId="77777777" w:rsidR="007A5E59" w:rsidRDefault="0095198F">
            <w:r>
              <w:t>ТК-2-10/6 – Строительная</w:t>
            </w:r>
          </w:p>
        </w:tc>
        <w:tc>
          <w:tcPr>
            <w:tcW w:w="0" w:type="auto"/>
          </w:tcPr>
          <w:p w14:paraId="7A1D7CAF" w14:textId="77777777" w:rsidR="007A5E59" w:rsidRDefault="0095198F">
            <w:pPr>
              <w:jc w:val="center"/>
            </w:pPr>
            <w:r>
              <w:t>65</w:t>
            </w:r>
          </w:p>
        </w:tc>
        <w:tc>
          <w:tcPr>
            <w:tcW w:w="0" w:type="auto"/>
          </w:tcPr>
          <w:p w14:paraId="584538F6" w14:textId="77777777" w:rsidR="007A5E59" w:rsidRDefault="0095198F">
            <w:pPr>
              <w:jc w:val="center"/>
            </w:pPr>
            <w:r>
              <w:t>1985</w:t>
            </w:r>
          </w:p>
        </w:tc>
        <w:tc>
          <w:tcPr>
            <w:tcW w:w="0" w:type="auto"/>
          </w:tcPr>
          <w:p w14:paraId="72A72B14" w14:textId="77777777" w:rsidR="007A5E59" w:rsidRDefault="0095198F">
            <w:pPr>
              <w:jc w:val="center"/>
            </w:pPr>
            <w:r>
              <w:t>400</w:t>
            </w:r>
          </w:p>
        </w:tc>
        <w:tc>
          <w:tcPr>
            <w:tcW w:w="0" w:type="auto"/>
          </w:tcPr>
          <w:p w14:paraId="122C85D2" w14:textId="77777777" w:rsidR="007A5E59" w:rsidRDefault="0095198F">
            <w:r>
              <w:t>надз</w:t>
            </w:r>
          </w:p>
        </w:tc>
      </w:tr>
      <w:tr w:rsidR="007A5E59" w14:paraId="6843B440" w14:textId="77777777">
        <w:trPr>
          <w:jc w:val="center"/>
        </w:trPr>
        <w:tc>
          <w:tcPr>
            <w:tcW w:w="0" w:type="auto"/>
          </w:tcPr>
          <w:p w14:paraId="66EB3ACE" w14:textId="77777777" w:rsidR="007A5E59" w:rsidRDefault="0095198F">
            <w:pPr>
              <w:jc w:val="center"/>
            </w:pPr>
            <w:r>
              <w:t>97</w:t>
            </w:r>
          </w:p>
        </w:tc>
        <w:tc>
          <w:tcPr>
            <w:tcW w:w="0" w:type="auto"/>
          </w:tcPr>
          <w:p w14:paraId="693BD503" w14:textId="77777777" w:rsidR="007A5E59" w:rsidRDefault="0095198F">
            <w:r>
              <w:t>ТК-2-16/2 – Ленина, 5а</w:t>
            </w:r>
          </w:p>
        </w:tc>
        <w:tc>
          <w:tcPr>
            <w:tcW w:w="0" w:type="auto"/>
          </w:tcPr>
          <w:p w14:paraId="3767CEAC" w14:textId="77777777" w:rsidR="007A5E59" w:rsidRDefault="0095198F">
            <w:pPr>
              <w:jc w:val="center"/>
            </w:pPr>
            <w:r>
              <w:t>40</w:t>
            </w:r>
          </w:p>
        </w:tc>
        <w:tc>
          <w:tcPr>
            <w:tcW w:w="0" w:type="auto"/>
          </w:tcPr>
          <w:p w14:paraId="24707C9F" w14:textId="77777777" w:rsidR="007A5E59" w:rsidRDefault="0095198F">
            <w:pPr>
              <w:jc w:val="center"/>
            </w:pPr>
            <w:r>
              <w:t>1985</w:t>
            </w:r>
          </w:p>
        </w:tc>
        <w:tc>
          <w:tcPr>
            <w:tcW w:w="0" w:type="auto"/>
          </w:tcPr>
          <w:p w14:paraId="0A6994F7" w14:textId="77777777" w:rsidR="007A5E59" w:rsidRDefault="0095198F">
            <w:pPr>
              <w:jc w:val="center"/>
            </w:pPr>
            <w:r>
              <w:t>30</w:t>
            </w:r>
          </w:p>
        </w:tc>
        <w:tc>
          <w:tcPr>
            <w:tcW w:w="0" w:type="auto"/>
          </w:tcPr>
          <w:p w14:paraId="0F8479DC" w14:textId="77777777" w:rsidR="007A5E59" w:rsidRDefault="0095198F">
            <w:r>
              <w:t>надз</w:t>
            </w:r>
          </w:p>
        </w:tc>
      </w:tr>
      <w:tr w:rsidR="007A5E59" w14:paraId="058220AD" w14:textId="77777777">
        <w:trPr>
          <w:jc w:val="center"/>
        </w:trPr>
        <w:tc>
          <w:tcPr>
            <w:tcW w:w="0" w:type="auto"/>
          </w:tcPr>
          <w:p w14:paraId="0866F875" w14:textId="77777777" w:rsidR="007A5E59" w:rsidRDefault="0095198F">
            <w:pPr>
              <w:jc w:val="center"/>
            </w:pPr>
            <w:r>
              <w:t>98</w:t>
            </w:r>
          </w:p>
        </w:tc>
        <w:tc>
          <w:tcPr>
            <w:tcW w:w="0" w:type="auto"/>
          </w:tcPr>
          <w:p w14:paraId="715667FC" w14:textId="77777777" w:rsidR="007A5E59" w:rsidRDefault="0095198F">
            <w:r>
              <w:t>ТК-2-16/4 – Титова, 2,3</w:t>
            </w:r>
          </w:p>
        </w:tc>
        <w:tc>
          <w:tcPr>
            <w:tcW w:w="0" w:type="auto"/>
          </w:tcPr>
          <w:p w14:paraId="1AE01354" w14:textId="77777777" w:rsidR="007A5E59" w:rsidRDefault="0095198F">
            <w:pPr>
              <w:jc w:val="center"/>
            </w:pPr>
            <w:r>
              <w:t>40</w:t>
            </w:r>
          </w:p>
        </w:tc>
        <w:tc>
          <w:tcPr>
            <w:tcW w:w="0" w:type="auto"/>
          </w:tcPr>
          <w:p w14:paraId="21523CD5" w14:textId="77777777" w:rsidR="007A5E59" w:rsidRDefault="0095198F">
            <w:pPr>
              <w:jc w:val="center"/>
            </w:pPr>
            <w:r>
              <w:t>1985</w:t>
            </w:r>
          </w:p>
        </w:tc>
        <w:tc>
          <w:tcPr>
            <w:tcW w:w="0" w:type="auto"/>
          </w:tcPr>
          <w:p w14:paraId="6AF47D82" w14:textId="77777777" w:rsidR="007A5E59" w:rsidRDefault="0095198F">
            <w:pPr>
              <w:jc w:val="center"/>
            </w:pPr>
            <w:r>
              <w:t>120</w:t>
            </w:r>
          </w:p>
        </w:tc>
        <w:tc>
          <w:tcPr>
            <w:tcW w:w="0" w:type="auto"/>
          </w:tcPr>
          <w:p w14:paraId="407FE507" w14:textId="77777777" w:rsidR="007A5E59" w:rsidRDefault="0095198F">
            <w:r>
              <w:t>надз</w:t>
            </w:r>
          </w:p>
        </w:tc>
      </w:tr>
      <w:tr w:rsidR="007A5E59" w14:paraId="3B58407B" w14:textId="77777777">
        <w:trPr>
          <w:jc w:val="center"/>
        </w:trPr>
        <w:tc>
          <w:tcPr>
            <w:tcW w:w="0" w:type="auto"/>
          </w:tcPr>
          <w:p w14:paraId="6C2C4C3C" w14:textId="77777777" w:rsidR="007A5E59" w:rsidRDefault="0095198F">
            <w:pPr>
              <w:jc w:val="center"/>
            </w:pPr>
            <w:r>
              <w:t>99</w:t>
            </w:r>
          </w:p>
        </w:tc>
        <w:tc>
          <w:tcPr>
            <w:tcW w:w="0" w:type="auto"/>
          </w:tcPr>
          <w:p w14:paraId="7A758D42" w14:textId="77777777" w:rsidR="007A5E59" w:rsidRDefault="0095198F">
            <w:r>
              <w:t>ТК-2-16/2 – Титова, 8,10,12</w:t>
            </w:r>
          </w:p>
        </w:tc>
        <w:tc>
          <w:tcPr>
            <w:tcW w:w="0" w:type="auto"/>
          </w:tcPr>
          <w:p w14:paraId="0AB919BC" w14:textId="77777777" w:rsidR="007A5E59" w:rsidRDefault="0095198F">
            <w:pPr>
              <w:jc w:val="center"/>
            </w:pPr>
            <w:r>
              <w:t>100</w:t>
            </w:r>
          </w:p>
        </w:tc>
        <w:tc>
          <w:tcPr>
            <w:tcW w:w="0" w:type="auto"/>
          </w:tcPr>
          <w:p w14:paraId="7A1D0567" w14:textId="77777777" w:rsidR="007A5E59" w:rsidRDefault="0095198F">
            <w:pPr>
              <w:jc w:val="center"/>
            </w:pPr>
            <w:r>
              <w:t>1985</w:t>
            </w:r>
          </w:p>
        </w:tc>
        <w:tc>
          <w:tcPr>
            <w:tcW w:w="0" w:type="auto"/>
          </w:tcPr>
          <w:p w14:paraId="466544E4" w14:textId="77777777" w:rsidR="007A5E59" w:rsidRDefault="0095198F">
            <w:pPr>
              <w:jc w:val="center"/>
            </w:pPr>
            <w:r>
              <w:t>25</w:t>
            </w:r>
          </w:p>
        </w:tc>
        <w:tc>
          <w:tcPr>
            <w:tcW w:w="0" w:type="auto"/>
          </w:tcPr>
          <w:p w14:paraId="3610BE10" w14:textId="77777777" w:rsidR="007A5E59" w:rsidRDefault="0095198F">
            <w:r>
              <w:t>надз</w:t>
            </w:r>
          </w:p>
        </w:tc>
      </w:tr>
      <w:tr w:rsidR="007A5E59" w14:paraId="4CF5B148" w14:textId="77777777">
        <w:trPr>
          <w:jc w:val="center"/>
        </w:trPr>
        <w:tc>
          <w:tcPr>
            <w:tcW w:w="0" w:type="auto"/>
          </w:tcPr>
          <w:p w14:paraId="43AE9243" w14:textId="77777777" w:rsidR="007A5E59" w:rsidRDefault="0095198F">
            <w:pPr>
              <w:jc w:val="center"/>
            </w:pPr>
            <w:r>
              <w:t>100</w:t>
            </w:r>
          </w:p>
        </w:tc>
        <w:tc>
          <w:tcPr>
            <w:tcW w:w="0" w:type="auto"/>
          </w:tcPr>
          <w:p w14:paraId="1B2DFD8B" w14:textId="77777777" w:rsidR="007A5E59" w:rsidRDefault="0095198F">
            <w:r>
              <w:t>ТК-2-16/2 – Титова, 8,10,13</w:t>
            </w:r>
          </w:p>
        </w:tc>
        <w:tc>
          <w:tcPr>
            <w:tcW w:w="0" w:type="auto"/>
          </w:tcPr>
          <w:p w14:paraId="4E6471DF" w14:textId="77777777" w:rsidR="007A5E59" w:rsidRDefault="0095198F">
            <w:pPr>
              <w:jc w:val="center"/>
            </w:pPr>
            <w:r>
              <w:t>150</w:t>
            </w:r>
          </w:p>
        </w:tc>
        <w:tc>
          <w:tcPr>
            <w:tcW w:w="0" w:type="auto"/>
          </w:tcPr>
          <w:p w14:paraId="7E715093" w14:textId="77777777" w:rsidR="007A5E59" w:rsidRDefault="0095198F">
            <w:pPr>
              <w:jc w:val="center"/>
            </w:pPr>
            <w:r>
              <w:t>1985</w:t>
            </w:r>
          </w:p>
        </w:tc>
        <w:tc>
          <w:tcPr>
            <w:tcW w:w="0" w:type="auto"/>
          </w:tcPr>
          <w:p w14:paraId="5C2D0C10" w14:textId="77777777" w:rsidR="007A5E59" w:rsidRDefault="0095198F">
            <w:pPr>
              <w:jc w:val="center"/>
            </w:pPr>
            <w:r>
              <w:t>60</w:t>
            </w:r>
          </w:p>
        </w:tc>
        <w:tc>
          <w:tcPr>
            <w:tcW w:w="0" w:type="auto"/>
          </w:tcPr>
          <w:p w14:paraId="4734BAF9" w14:textId="77777777" w:rsidR="007A5E59" w:rsidRDefault="0095198F">
            <w:r>
              <w:t>надз</w:t>
            </w:r>
          </w:p>
        </w:tc>
      </w:tr>
      <w:tr w:rsidR="007A5E59" w14:paraId="3733C7F2" w14:textId="77777777">
        <w:trPr>
          <w:jc w:val="center"/>
        </w:trPr>
        <w:tc>
          <w:tcPr>
            <w:tcW w:w="0" w:type="auto"/>
          </w:tcPr>
          <w:p w14:paraId="089EF44C" w14:textId="77777777" w:rsidR="007A5E59" w:rsidRDefault="0095198F">
            <w:pPr>
              <w:jc w:val="center"/>
            </w:pPr>
            <w:r>
              <w:t>101</w:t>
            </w:r>
          </w:p>
        </w:tc>
        <w:tc>
          <w:tcPr>
            <w:tcW w:w="0" w:type="auto"/>
          </w:tcPr>
          <w:p w14:paraId="550EB29E" w14:textId="77777777" w:rsidR="007A5E59" w:rsidRDefault="0095198F">
            <w:r>
              <w:t>ТК-2-19 – Центральная, 1, 3</w:t>
            </w:r>
          </w:p>
        </w:tc>
        <w:tc>
          <w:tcPr>
            <w:tcW w:w="0" w:type="auto"/>
          </w:tcPr>
          <w:p w14:paraId="2FE73B47" w14:textId="77777777" w:rsidR="007A5E59" w:rsidRDefault="0095198F">
            <w:pPr>
              <w:jc w:val="center"/>
            </w:pPr>
            <w:r>
              <w:t>25</w:t>
            </w:r>
          </w:p>
        </w:tc>
        <w:tc>
          <w:tcPr>
            <w:tcW w:w="0" w:type="auto"/>
          </w:tcPr>
          <w:p w14:paraId="54D9F180" w14:textId="77777777" w:rsidR="007A5E59" w:rsidRDefault="0095198F">
            <w:pPr>
              <w:jc w:val="center"/>
            </w:pPr>
            <w:r>
              <w:t>2010</w:t>
            </w:r>
          </w:p>
        </w:tc>
        <w:tc>
          <w:tcPr>
            <w:tcW w:w="0" w:type="auto"/>
          </w:tcPr>
          <w:p w14:paraId="4812AC1E" w14:textId="77777777" w:rsidR="007A5E59" w:rsidRDefault="0095198F">
            <w:pPr>
              <w:jc w:val="center"/>
            </w:pPr>
            <w:r>
              <w:t>60</w:t>
            </w:r>
          </w:p>
        </w:tc>
        <w:tc>
          <w:tcPr>
            <w:tcW w:w="0" w:type="auto"/>
          </w:tcPr>
          <w:p w14:paraId="0F61D4F7" w14:textId="77777777" w:rsidR="007A5E59" w:rsidRDefault="0095198F">
            <w:r>
              <w:t>надз</w:t>
            </w:r>
          </w:p>
        </w:tc>
      </w:tr>
      <w:tr w:rsidR="007A5E59" w14:paraId="47DCB8AE" w14:textId="77777777">
        <w:trPr>
          <w:jc w:val="center"/>
        </w:trPr>
        <w:tc>
          <w:tcPr>
            <w:tcW w:w="0" w:type="auto"/>
          </w:tcPr>
          <w:p w14:paraId="588A5BF0" w14:textId="77777777" w:rsidR="007A5E59" w:rsidRDefault="0095198F">
            <w:pPr>
              <w:jc w:val="center"/>
            </w:pPr>
            <w:r>
              <w:t>102</w:t>
            </w:r>
          </w:p>
        </w:tc>
        <w:tc>
          <w:tcPr>
            <w:tcW w:w="0" w:type="auto"/>
          </w:tcPr>
          <w:p w14:paraId="4EF5FBE6" w14:textId="77777777" w:rsidR="007A5E59" w:rsidRDefault="0095198F">
            <w:r>
              <w:t>ТК-2-19 – Мария -ра</w:t>
            </w:r>
          </w:p>
        </w:tc>
        <w:tc>
          <w:tcPr>
            <w:tcW w:w="0" w:type="auto"/>
          </w:tcPr>
          <w:p w14:paraId="4DCD8E1B" w14:textId="77777777" w:rsidR="007A5E59" w:rsidRDefault="0095198F">
            <w:pPr>
              <w:jc w:val="center"/>
            </w:pPr>
            <w:r>
              <w:t>50</w:t>
            </w:r>
          </w:p>
        </w:tc>
        <w:tc>
          <w:tcPr>
            <w:tcW w:w="0" w:type="auto"/>
          </w:tcPr>
          <w:p w14:paraId="61D17CB2" w14:textId="77777777" w:rsidR="007A5E59" w:rsidRDefault="0095198F">
            <w:pPr>
              <w:jc w:val="center"/>
            </w:pPr>
            <w:r>
              <w:t>2010</w:t>
            </w:r>
          </w:p>
        </w:tc>
        <w:tc>
          <w:tcPr>
            <w:tcW w:w="0" w:type="auto"/>
          </w:tcPr>
          <w:p w14:paraId="3CA99F2B" w14:textId="77777777" w:rsidR="007A5E59" w:rsidRDefault="0095198F">
            <w:pPr>
              <w:jc w:val="center"/>
            </w:pPr>
            <w:r>
              <w:t>2</w:t>
            </w:r>
          </w:p>
        </w:tc>
        <w:tc>
          <w:tcPr>
            <w:tcW w:w="0" w:type="auto"/>
          </w:tcPr>
          <w:p w14:paraId="524BFAAE" w14:textId="77777777" w:rsidR="007A5E59" w:rsidRDefault="0095198F">
            <w:r>
              <w:t>надз</w:t>
            </w:r>
          </w:p>
        </w:tc>
      </w:tr>
      <w:tr w:rsidR="007A5E59" w14:paraId="0D4C7203" w14:textId="77777777">
        <w:trPr>
          <w:jc w:val="center"/>
        </w:trPr>
        <w:tc>
          <w:tcPr>
            <w:tcW w:w="0" w:type="auto"/>
          </w:tcPr>
          <w:p w14:paraId="79A5D262" w14:textId="77777777" w:rsidR="007A5E59" w:rsidRDefault="0095198F">
            <w:pPr>
              <w:jc w:val="center"/>
            </w:pPr>
            <w:r>
              <w:t>103</w:t>
            </w:r>
          </w:p>
        </w:tc>
        <w:tc>
          <w:tcPr>
            <w:tcW w:w="0" w:type="auto"/>
          </w:tcPr>
          <w:p w14:paraId="6984FE5F" w14:textId="77777777" w:rsidR="007A5E59" w:rsidRDefault="0095198F">
            <w:r>
              <w:t>ТК-2-19 – Токарева, 4</w:t>
            </w:r>
          </w:p>
        </w:tc>
        <w:tc>
          <w:tcPr>
            <w:tcW w:w="0" w:type="auto"/>
          </w:tcPr>
          <w:p w14:paraId="2E1F7D9F" w14:textId="77777777" w:rsidR="007A5E59" w:rsidRDefault="0095198F">
            <w:pPr>
              <w:jc w:val="center"/>
            </w:pPr>
            <w:r>
              <w:t>65</w:t>
            </w:r>
          </w:p>
        </w:tc>
        <w:tc>
          <w:tcPr>
            <w:tcW w:w="0" w:type="auto"/>
          </w:tcPr>
          <w:p w14:paraId="092300F3" w14:textId="77777777" w:rsidR="007A5E59" w:rsidRDefault="0095198F">
            <w:pPr>
              <w:jc w:val="center"/>
            </w:pPr>
            <w:r>
              <w:t>2011</w:t>
            </w:r>
          </w:p>
        </w:tc>
        <w:tc>
          <w:tcPr>
            <w:tcW w:w="0" w:type="auto"/>
          </w:tcPr>
          <w:p w14:paraId="1EE828FF" w14:textId="77777777" w:rsidR="007A5E59" w:rsidRDefault="0095198F">
            <w:pPr>
              <w:jc w:val="center"/>
            </w:pPr>
            <w:r>
              <w:t>15</w:t>
            </w:r>
          </w:p>
        </w:tc>
        <w:tc>
          <w:tcPr>
            <w:tcW w:w="0" w:type="auto"/>
          </w:tcPr>
          <w:p w14:paraId="4B797363" w14:textId="77777777" w:rsidR="007A5E59" w:rsidRDefault="0095198F">
            <w:r>
              <w:t>надз</w:t>
            </w:r>
          </w:p>
        </w:tc>
      </w:tr>
      <w:tr w:rsidR="007A5E59" w14:paraId="2AF4433A" w14:textId="77777777">
        <w:trPr>
          <w:jc w:val="center"/>
        </w:trPr>
        <w:tc>
          <w:tcPr>
            <w:tcW w:w="0" w:type="auto"/>
          </w:tcPr>
          <w:p w14:paraId="48BE96C9" w14:textId="77777777" w:rsidR="007A5E59" w:rsidRDefault="0095198F">
            <w:pPr>
              <w:jc w:val="center"/>
            </w:pPr>
            <w:r>
              <w:t>104</w:t>
            </w:r>
          </w:p>
        </w:tc>
        <w:tc>
          <w:tcPr>
            <w:tcW w:w="0" w:type="auto"/>
          </w:tcPr>
          <w:p w14:paraId="52AB719D" w14:textId="77777777" w:rsidR="007A5E59" w:rsidRDefault="0095198F">
            <w:r>
              <w:t>ТК-2-19 – Ленина, 1</w:t>
            </w:r>
          </w:p>
        </w:tc>
        <w:tc>
          <w:tcPr>
            <w:tcW w:w="0" w:type="auto"/>
          </w:tcPr>
          <w:p w14:paraId="163270A6" w14:textId="77777777" w:rsidR="007A5E59" w:rsidRDefault="0095198F">
            <w:pPr>
              <w:jc w:val="center"/>
            </w:pPr>
            <w:r>
              <w:t>100</w:t>
            </w:r>
          </w:p>
        </w:tc>
        <w:tc>
          <w:tcPr>
            <w:tcW w:w="0" w:type="auto"/>
          </w:tcPr>
          <w:p w14:paraId="28185743" w14:textId="77777777" w:rsidR="007A5E59" w:rsidRDefault="0095198F">
            <w:pPr>
              <w:jc w:val="center"/>
            </w:pPr>
            <w:r>
              <w:t>2011</w:t>
            </w:r>
          </w:p>
        </w:tc>
        <w:tc>
          <w:tcPr>
            <w:tcW w:w="0" w:type="auto"/>
          </w:tcPr>
          <w:p w14:paraId="48D87FB4" w14:textId="77777777" w:rsidR="007A5E59" w:rsidRDefault="0095198F">
            <w:pPr>
              <w:jc w:val="center"/>
            </w:pPr>
            <w:r>
              <w:t>20</w:t>
            </w:r>
          </w:p>
        </w:tc>
        <w:tc>
          <w:tcPr>
            <w:tcW w:w="0" w:type="auto"/>
          </w:tcPr>
          <w:p w14:paraId="34A7F87A" w14:textId="77777777" w:rsidR="007A5E59" w:rsidRDefault="0095198F">
            <w:r>
              <w:t>надз</w:t>
            </w:r>
          </w:p>
        </w:tc>
      </w:tr>
      <w:tr w:rsidR="007A5E59" w14:paraId="6B160434" w14:textId="77777777">
        <w:trPr>
          <w:jc w:val="center"/>
        </w:trPr>
        <w:tc>
          <w:tcPr>
            <w:tcW w:w="0" w:type="auto"/>
          </w:tcPr>
          <w:p w14:paraId="77C3D8EA" w14:textId="77777777" w:rsidR="007A5E59" w:rsidRDefault="0095198F">
            <w:pPr>
              <w:jc w:val="center"/>
            </w:pPr>
            <w:r>
              <w:t>105</w:t>
            </w:r>
          </w:p>
        </w:tc>
        <w:tc>
          <w:tcPr>
            <w:tcW w:w="0" w:type="auto"/>
          </w:tcPr>
          <w:p w14:paraId="2F6588D6" w14:textId="77777777" w:rsidR="007A5E59" w:rsidRDefault="0095198F">
            <w:r>
              <w:t>ТК-2-19 – ТК-2-19/3</w:t>
            </w:r>
          </w:p>
        </w:tc>
        <w:tc>
          <w:tcPr>
            <w:tcW w:w="0" w:type="auto"/>
          </w:tcPr>
          <w:p w14:paraId="653F4F15" w14:textId="77777777" w:rsidR="007A5E59" w:rsidRDefault="0095198F">
            <w:pPr>
              <w:jc w:val="center"/>
            </w:pPr>
            <w:r>
              <w:t>100</w:t>
            </w:r>
          </w:p>
        </w:tc>
        <w:tc>
          <w:tcPr>
            <w:tcW w:w="0" w:type="auto"/>
          </w:tcPr>
          <w:p w14:paraId="48C9D48F" w14:textId="77777777" w:rsidR="007A5E59" w:rsidRDefault="0095198F">
            <w:pPr>
              <w:jc w:val="center"/>
            </w:pPr>
            <w:r>
              <w:t>2012</w:t>
            </w:r>
          </w:p>
        </w:tc>
        <w:tc>
          <w:tcPr>
            <w:tcW w:w="0" w:type="auto"/>
          </w:tcPr>
          <w:p w14:paraId="01EC5C6D" w14:textId="77777777" w:rsidR="007A5E59" w:rsidRDefault="0095198F">
            <w:pPr>
              <w:jc w:val="center"/>
            </w:pPr>
            <w:r>
              <w:t>50</w:t>
            </w:r>
          </w:p>
        </w:tc>
        <w:tc>
          <w:tcPr>
            <w:tcW w:w="0" w:type="auto"/>
          </w:tcPr>
          <w:p w14:paraId="63A27958" w14:textId="77777777" w:rsidR="007A5E59" w:rsidRDefault="0095198F">
            <w:r>
              <w:t>надз</w:t>
            </w:r>
          </w:p>
        </w:tc>
      </w:tr>
      <w:tr w:rsidR="007A5E59" w14:paraId="7B491662" w14:textId="77777777">
        <w:trPr>
          <w:jc w:val="center"/>
        </w:trPr>
        <w:tc>
          <w:tcPr>
            <w:tcW w:w="0" w:type="auto"/>
          </w:tcPr>
          <w:p w14:paraId="46AC2A90" w14:textId="77777777" w:rsidR="007A5E59" w:rsidRDefault="0095198F">
            <w:pPr>
              <w:jc w:val="center"/>
            </w:pPr>
            <w:r>
              <w:t>106</w:t>
            </w:r>
          </w:p>
        </w:tc>
        <w:tc>
          <w:tcPr>
            <w:tcW w:w="0" w:type="auto"/>
          </w:tcPr>
          <w:p w14:paraId="55E9B0E6" w14:textId="77777777" w:rsidR="007A5E59" w:rsidRDefault="0095198F">
            <w:r>
              <w:t>ТК-2-19 – ТК-2-19/5</w:t>
            </w:r>
          </w:p>
        </w:tc>
        <w:tc>
          <w:tcPr>
            <w:tcW w:w="0" w:type="auto"/>
          </w:tcPr>
          <w:p w14:paraId="0134588D" w14:textId="77777777" w:rsidR="007A5E59" w:rsidRDefault="0095198F">
            <w:pPr>
              <w:jc w:val="center"/>
            </w:pPr>
            <w:r>
              <w:t>50</w:t>
            </w:r>
          </w:p>
        </w:tc>
        <w:tc>
          <w:tcPr>
            <w:tcW w:w="0" w:type="auto"/>
          </w:tcPr>
          <w:p w14:paraId="5035C967" w14:textId="77777777" w:rsidR="007A5E59" w:rsidRDefault="0095198F">
            <w:pPr>
              <w:jc w:val="center"/>
            </w:pPr>
            <w:r>
              <w:t>2012</w:t>
            </w:r>
          </w:p>
        </w:tc>
        <w:tc>
          <w:tcPr>
            <w:tcW w:w="0" w:type="auto"/>
          </w:tcPr>
          <w:p w14:paraId="3A7C4664" w14:textId="77777777" w:rsidR="007A5E59" w:rsidRDefault="0095198F">
            <w:pPr>
              <w:jc w:val="center"/>
            </w:pPr>
            <w:r>
              <w:t>30</w:t>
            </w:r>
          </w:p>
        </w:tc>
        <w:tc>
          <w:tcPr>
            <w:tcW w:w="0" w:type="auto"/>
          </w:tcPr>
          <w:p w14:paraId="4CA544B1" w14:textId="77777777" w:rsidR="007A5E59" w:rsidRDefault="0095198F">
            <w:r>
              <w:t>надз</w:t>
            </w:r>
          </w:p>
        </w:tc>
      </w:tr>
      <w:tr w:rsidR="007A5E59" w14:paraId="29718C4C" w14:textId="77777777">
        <w:trPr>
          <w:jc w:val="center"/>
        </w:trPr>
        <w:tc>
          <w:tcPr>
            <w:tcW w:w="0" w:type="auto"/>
          </w:tcPr>
          <w:p w14:paraId="3DECB6DF" w14:textId="77777777" w:rsidR="007A5E59" w:rsidRDefault="0095198F">
            <w:pPr>
              <w:jc w:val="center"/>
            </w:pPr>
            <w:r>
              <w:t>107</w:t>
            </w:r>
          </w:p>
        </w:tc>
        <w:tc>
          <w:tcPr>
            <w:tcW w:w="0" w:type="auto"/>
          </w:tcPr>
          <w:p w14:paraId="3D3059DC" w14:textId="77777777" w:rsidR="007A5E59" w:rsidRDefault="0095198F">
            <w:r>
              <w:t>ТК-2-19/3 – Чайкиной, 1-5</w:t>
            </w:r>
          </w:p>
        </w:tc>
        <w:tc>
          <w:tcPr>
            <w:tcW w:w="0" w:type="auto"/>
          </w:tcPr>
          <w:p w14:paraId="02F42664" w14:textId="77777777" w:rsidR="007A5E59" w:rsidRDefault="0095198F">
            <w:pPr>
              <w:jc w:val="center"/>
            </w:pPr>
            <w:r>
              <w:t>50</w:t>
            </w:r>
          </w:p>
        </w:tc>
        <w:tc>
          <w:tcPr>
            <w:tcW w:w="0" w:type="auto"/>
          </w:tcPr>
          <w:p w14:paraId="6B717928" w14:textId="77777777" w:rsidR="007A5E59" w:rsidRDefault="0095198F">
            <w:pPr>
              <w:jc w:val="center"/>
            </w:pPr>
            <w:r>
              <w:t>2012</w:t>
            </w:r>
          </w:p>
        </w:tc>
        <w:tc>
          <w:tcPr>
            <w:tcW w:w="0" w:type="auto"/>
          </w:tcPr>
          <w:p w14:paraId="7B41E186" w14:textId="77777777" w:rsidR="007A5E59" w:rsidRDefault="0095198F">
            <w:pPr>
              <w:jc w:val="center"/>
            </w:pPr>
            <w:r>
              <w:t>286</w:t>
            </w:r>
          </w:p>
        </w:tc>
        <w:tc>
          <w:tcPr>
            <w:tcW w:w="0" w:type="auto"/>
          </w:tcPr>
          <w:p w14:paraId="2975DB79" w14:textId="77777777" w:rsidR="007A5E59" w:rsidRDefault="0095198F">
            <w:r>
              <w:t>надз</w:t>
            </w:r>
          </w:p>
        </w:tc>
      </w:tr>
      <w:tr w:rsidR="007A5E59" w14:paraId="394F069A" w14:textId="77777777">
        <w:trPr>
          <w:jc w:val="center"/>
        </w:trPr>
        <w:tc>
          <w:tcPr>
            <w:tcW w:w="0" w:type="auto"/>
          </w:tcPr>
          <w:p w14:paraId="04200333" w14:textId="77777777" w:rsidR="007A5E59" w:rsidRDefault="0095198F">
            <w:pPr>
              <w:jc w:val="center"/>
            </w:pPr>
            <w:r>
              <w:t>108</w:t>
            </w:r>
          </w:p>
        </w:tc>
        <w:tc>
          <w:tcPr>
            <w:tcW w:w="0" w:type="auto"/>
          </w:tcPr>
          <w:p w14:paraId="5B2768DC" w14:textId="77777777" w:rsidR="007A5E59" w:rsidRDefault="0095198F">
            <w:r>
              <w:t>Бойлерная – ТК- 1-01</w:t>
            </w:r>
          </w:p>
        </w:tc>
        <w:tc>
          <w:tcPr>
            <w:tcW w:w="0" w:type="auto"/>
          </w:tcPr>
          <w:p w14:paraId="11EE95A5" w14:textId="77777777" w:rsidR="007A5E59" w:rsidRDefault="0095198F">
            <w:pPr>
              <w:jc w:val="center"/>
            </w:pPr>
            <w:r>
              <w:t>125</w:t>
            </w:r>
          </w:p>
        </w:tc>
        <w:tc>
          <w:tcPr>
            <w:tcW w:w="0" w:type="auto"/>
          </w:tcPr>
          <w:p w14:paraId="08EF86A1" w14:textId="77777777" w:rsidR="007A5E59" w:rsidRDefault="0095198F">
            <w:pPr>
              <w:jc w:val="center"/>
            </w:pPr>
            <w:r>
              <w:t>1985</w:t>
            </w:r>
          </w:p>
        </w:tc>
        <w:tc>
          <w:tcPr>
            <w:tcW w:w="0" w:type="auto"/>
          </w:tcPr>
          <w:p w14:paraId="680C7DFE" w14:textId="77777777" w:rsidR="007A5E59" w:rsidRDefault="0095198F">
            <w:pPr>
              <w:jc w:val="center"/>
            </w:pPr>
            <w:r>
              <w:t>300</w:t>
            </w:r>
          </w:p>
        </w:tc>
        <w:tc>
          <w:tcPr>
            <w:tcW w:w="0" w:type="auto"/>
          </w:tcPr>
          <w:p w14:paraId="424A5942" w14:textId="77777777" w:rsidR="007A5E59" w:rsidRDefault="0095198F">
            <w:r>
              <w:t>надз</w:t>
            </w:r>
          </w:p>
        </w:tc>
      </w:tr>
      <w:tr w:rsidR="007A5E59" w14:paraId="0AC01D17" w14:textId="77777777">
        <w:trPr>
          <w:jc w:val="center"/>
        </w:trPr>
        <w:tc>
          <w:tcPr>
            <w:tcW w:w="0" w:type="auto"/>
          </w:tcPr>
          <w:p w14:paraId="27BD22AE" w14:textId="77777777" w:rsidR="007A5E59" w:rsidRDefault="0095198F">
            <w:pPr>
              <w:jc w:val="center"/>
            </w:pPr>
            <w:r>
              <w:t>109</w:t>
            </w:r>
          </w:p>
        </w:tc>
        <w:tc>
          <w:tcPr>
            <w:tcW w:w="0" w:type="auto"/>
          </w:tcPr>
          <w:p w14:paraId="1DE833CC" w14:textId="77777777" w:rsidR="007A5E59" w:rsidRDefault="007A5E59"/>
        </w:tc>
        <w:tc>
          <w:tcPr>
            <w:tcW w:w="0" w:type="auto"/>
          </w:tcPr>
          <w:p w14:paraId="7017D0A1" w14:textId="77777777" w:rsidR="007A5E59" w:rsidRDefault="0095198F">
            <w:pPr>
              <w:jc w:val="center"/>
            </w:pPr>
            <w:r>
              <w:t>150</w:t>
            </w:r>
          </w:p>
        </w:tc>
        <w:tc>
          <w:tcPr>
            <w:tcW w:w="0" w:type="auto"/>
          </w:tcPr>
          <w:p w14:paraId="5CABA12E" w14:textId="77777777" w:rsidR="007A5E59" w:rsidRDefault="0095198F">
            <w:pPr>
              <w:jc w:val="center"/>
            </w:pPr>
            <w:r>
              <w:t>1985</w:t>
            </w:r>
          </w:p>
        </w:tc>
        <w:tc>
          <w:tcPr>
            <w:tcW w:w="0" w:type="auto"/>
          </w:tcPr>
          <w:p w14:paraId="3F5342BE" w14:textId="77777777" w:rsidR="007A5E59" w:rsidRDefault="0095198F">
            <w:pPr>
              <w:jc w:val="center"/>
            </w:pPr>
            <w:r>
              <w:t>100</w:t>
            </w:r>
          </w:p>
        </w:tc>
        <w:tc>
          <w:tcPr>
            <w:tcW w:w="0" w:type="auto"/>
          </w:tcPr>
          <w:p w14:paraId="7834557A" w14:textId="77777777" w:rsidR="007A5E59" w:rsidRDefault="0095198F">
            <w:r>
              <w:t>надз</w:t>
            </w:r>
          </w:p>
        </w:tc>
      </w:tr>
    </w:tbl>
    <w:p w14:paraId="0728A0E6" w14:textId="77777777" w:rsidR="007A5E59" w:rsidRDefault="007A5E59"/>
    <w:p w14:paraId="3CB14B1B" w14:textId="77777777" w:rsidR="007A5E59" w:rsidRPr="00312815" w:rsidRDefault="0095198F">
      <w:pPr>
        <w:rPr>
          <w:lang w:val="ru-RU"/>
        </w:rPr>
      </w:pPr>
      <w:r w:rsidRPr="00312815">
        <w:rPr>
          <w:b/>
          <w:lang w:val="ru-RU"/>
        </w:rPr>
        <w:t>Таблица П4.8. Характеристики участков тепловых сетей — Производственно-отопительная УПК № 8 Мундыбаш (пгт Мундыбаш)</w:t>
      </w:r>
    </w:p>
    <w:tbl>
      <w:tblPr>
        <w:tblStyle w:val="aff0"/>
        <w:tblW w:w="5000" w:type="pct"/>
        <w:jc w:val="center"/>
        <w:tblCellMar>
          <w:left w:w="57" w:type="dxa"/>
          <w:right w:w="57" w:type="dxa"/>
        </w:tblCellMar>
        <w:tblLook w:val="04A0" w:firstRow="1" w:lastRow="0" w:firstColumn="1" w:lastColumn="0" w:noHBand="0" w:noVBand="1"/>
      </w:tblPr>
      <w:tblGrid>
        <w:gridCol w:w="474"/>
        <w:gridCol w:w="3308"/>
        <w:gridCol w:w="650"/>
        <w:gridCol w:w="1026"/>
        <w:gridCol w:w="2052"/>
        <w:gridCol w:w="1835"/>
      </w:tblGrid>
      <w:tr w:rsidR="007A5E59" w14:paraId="32407901" w14:textId="77777777">
        <w:trPr>
          <w:cantSplit/>
          <w:tblHeader/>
          <w:jc w:val="center"/>
        </w:trPr>
        <w:tc>
          <w:tcPr>
            <w:tcW w:w="0" w:type="auto"/>
            <w:shd w:val="clear" w:color="auto" w:fill="E2F0D9"/>
            <w:vAlign w:val="center"/>
          </w:tcPr>
          <w:p w14:paraId="789B2372" w14:textId="77777777" w:rsidR="007A5E59" w:rsidRDefault="0095198F">
            <w:pPr>
              <w:jc w:val="center"/>
            </w:pPr>
            <w:r>
              <w:rPr>
                <w:b/>
              </w:rPr>
              <w:t>№</w:t>
            </w:r>
          </w:p>
        </w:tc>
        <w:tc>
          <w:tcPr>
            <w:tcW w:w="0" w:type="auto"/>
            <w:shd w:val="clear" w:color="auto" w:fill="E2F0D9"/>
            <w:vAlign w:val="center"/>
          </w:tcPr>
          <w:p w14:paraId="72ABC80B" w14:textId="77777777" w:rsidR="007A5E59" w:rsidRDefault="0095198F">
            <w:pPr>
              <w:jc w:val="center"/>
            </w:pPr>
            <w:r>
              <w:rPr>
                <w:b/>
              </w:rPr>
              <w:t>Участок сети</w:t>
            </w:r>
          </w:p>
        </w:tc>
        <w:tc>
          <w:tcPr>
            <w:tcW w:w="0" w:type="auto"/>
            <w:shd w:val="clear" w:color="auto" w:fill="E2F0D9"/>
            <w:vAlign w:val="center"/>
          </w:tcPr>
          <w:p w14:paraId="4326431C" w14:textId="77777777" w:rsidR="007A5E59" w:rsidRDefault="0095198F">
            <w:pPr>
              <w:jc w:val="center"/>
            </w:pPr>
            <w:r>
              <w:rPr>
                <w:b/>
              </w:rPr>
              <w:t>Ø, мм</w:t>
            </w:r>
          </w:p>
        </w:tc>
        <w:tc>
          <w:tcPr>
            <w:tcW w:w="0" w:type="auto"/>
            <w:shd w:val="clear" w:color="auto" w:fill="E2F0D9"/>
            <w:vAlign w:val="center"/>
          </w:tcPr>
          <w:p w14:paraId="2DE95F6A" w14:textId="77777777" w:rsidR="007A5E59" w:rsidRDefault="0095198F">
            <w:pPr>
              <w:jc w:val="center"/>
            </w:pPr>
            <w:r>
              <w:rPr>
                <w:b/>
              </w:rPr>
              <w:t>Год ввода</w:t>
            </w:r>
          </w:p>
        </w:tc>
        <w:tc>
          <w:tcPr>
            <w:tcW w:w="0" w:type="auto"/>
            <w:shd w:val="clear" w:color="auto" w:fill="E2F0D9"/>
            <w:vAlign w:val="center"/>
          </w:tcPr>
          <w:p w14:paraId="6CFE41F8" w14:textId="77777777" w:rsidR="007A5E59" w:rsidRPr="00312815" w:rsidRDefault="0095198F">
            <w:pPr>
              <w:jc w:val="center"/>
              <w:rPr>
                <w:lang w:val="ru-RU"/>
              </w:rPr>
            </w:pPr>
            <w:r w:rsidRPr="00312815">
              <w:rPr>
                <w:b/>
                <w:lang w:val="ru-RU"/>
              </w:rPr>
              <w:t>Длина по оси трассы, м</w:t>
            </w:r>
          </w:p>
        </w:tc>
        <w:tc>
          <w:tcPr>
            <w:tcW w:w="0" w:type="auto"/>
            <w:shd w:val="clear" w:color="auto" w:fill="E2F0D9"/>
            <w:vAlign w:val="center"/>
          </w:tcPr>
          <w:p w14:paraId="7135A67A" w14:textId="77777777" w:rsidR="007A5E59" w:rsidRDefault="0095198F">
            <w:pPr>
              <w:jc w:val="center"/>
            </w:pPr>
            <w:r>
              <w:rPr>
                <w:b/>
              </w:rPr>
              <w:t>Способ прокладки</w:t>
            </w:r>
          </w:p>
        </w:tc>
      </w:tr>
      <w:tr w:rsidR="007A5E59" w14:paraId="723150A1" w14:textId="77777777">
        <w:trPr>
          <w:jc w:val="center"/>
        </w:trPr>
        <w:tc>
          <w:tcPr>
            <w:tcW w:w="0" w:type="auto"/>
          </w:tcPr>
          <w:p w14:paraId="6E6ED761" w14:textId="77777777" w:rsidR="007A5E59" w:rsidRDefault="0095198F">
            <w:pPr>
              <w:jc w:val="center"/>
            </w:pPr>
            <w:r>
              <w:t>1</w:t>
            </w:r>
          </w:p>
        </w:tc>
        <w:tc>
          <w:tcPr>
            <w:tcW w:w="0" w:type="auto"/>
          </w:tcPr>
          <w:p w14:paraId="2D499109" w14:textId="77777777" w:rsidR="007A5E59" w:rsidRDefault="0095198F">
            <w:r>
              <w:t>1-2</w:t>
            </w:r>
          </w:p>
        </w:tc>
        <w:tc>
          <w:tcPr>
            <w:tcW w:w="0" w:type="auto"/>
          </w:tcPr>
          <w:p w14:paraId="7A4DD637" w14:textId="77777777" w:rsidR="007A5E59" w:rsidRDefault="0095198F">
            <w:pPr>
              <w:jc w:val="center"/>
            </w:pPr>
            <w:r>
              <w:t>150</w:t>
            </w:r>
          </w:p>
        </w:tc>
        <w:tc>
          <w:tcPr>
            <w:tcW w:w="0" w:type="auto"/>
          </w:tcPr>
          <w:p w14:paraId="171FF4EB" w14:textId="77777777" w:rsidR="007A5E59" w:rsidRDefault="0095198F">
            <w:pPr>
              <w:jc w:val="center"/>
            </w:pPr>
            <w:r>
              <w:t>1959</w:t>
            </w:r>
          </w:p>
        </w:tc>
        <w:tc>
          <w:tcPr>
            <w:tcW w:w="0" w:type="auto"/>
          </w:tcPr>
          <w:p w14:paraId="40039571" w14:textId="77777777" w:rsidR="007A5E59" w:rsidRDefault="0095198F">
            <w:pPr>
              <w:jc w:val="center"/>
            </w:pPr>
            <w:r>
              <w:t>449</w:t>
            </w:r>
          </w:p>
        </w:tc>
        <w:tc>
          <w:tcPr>
            <w:tcW w:w="0" w:type="auto"/>
          </w:tcPr>
          <w:p w14:paraId="6488E11F" w14:textId="77777777" w:rsidR="007A5E59" w:rsidRDefault="0095198F">
            <w:r>
              <w:t>канал.</w:t>
            </w:r>
          </w:p>
        </w:tc>
      </w:tr>
      <w:tr w:rsidR="007A5E59" w14:paraId="774D3677" w14:textId="77777777">
        <w:trPr>
          <w:jc w:val="center"/>
        </w:trPr>
        <w:tc>
          <w:tcPr>
            <w:tcW w:w="0" w:type="auto"/>
          </w:tcPr>
          <w:p w14:paraId="68EF1FAE" w14:textId="77777777" w:rsidR="007A5E59" w:rsidRDefault="0095198F">
            <w:pPr>
              <w:jc w:val="center"/>
            </w:pPr>
            <w:r>
              <w:t>2</w:t>
            </w:r>
          </w:p>
        </w:tc>
        <w:tc>
          <w:tcPr>
            <w:tcW w:w="0" w:type="auto"/>
          </w:tcPr>
          <w:p w14:paraId="389F4555" w14:textId="77777777" w:rsidR="007A5E59" w:rsidRDefault="0095198F">
            <w:r>
              <w:t>1-3</w:t>
            </w:r>
          </w:p>
        </w:tc>
        <w:tc>
          <w:tcPr>
            <w:tcW w:w="0" w:type="auto"/>
          </w:tcPr>
          <w:p w14:paraId="51338FAA" w14:textId="77777777" w:rsidR="007A5E59" w:rsidRDefault="0095198F">
            <w:pPr>
              <w:jc w:val="center"/>
            </w:pPr>
            <w:r>
              <w:t>100</w:t>
            </w:r>
          </w:p>
        </w:tc>
        <w:tc>
          <w:tcPr>
            <w:tcW w:w="0" w:type="auto"/>
          </w:tcPr>
          <w:p w14:paraId="421B5908" w14:textId="77777777" w:rsidR="007A5E59" w:rsidRDefault="0095198F">
            <w:pPr>
              <w:jc w:val="center"/>
            </w:pPr>
            <w:r>
              <w:t>1959</w:t>
            </w:r>
          </w:p>
        </w:tc>
        <w:tc>
          <w:tcPr>
            <w:tcW w:w="0" w:type="auto"/>
          </w:tcPr>
          <w:p w14:paraId="2E334D71" w14:textId="77777777" w:rsidR="007A5E59" w:rsidRDefault="0095198F">
            <w:pPr>
              <w:jc w:val="center"/>
            </w:pPr>
            <w:r>
              <w:t>73</w:t>
            </w:r>
          </w:p>
        </w:tc>
        <w:tc>
          <w:tcPr>
            <w:tcW w:w="0" w:type="auto"/>
          </w:tcPr>
          <w:p w14:paraId="012EB11C" w14:textId="77777777" w:rsidR="007A5E59" w:rsidRDefault="0095198F">
            <w:r>
              <w:t>канал.</w:t>
            </w:r>
          </w:p>
        </w:tc>
      </w:tr>
      <w:tr w:rsidR="007A5E59" w14:paraId="2F892515" w14:textId="77777777">
        <w:trPr>
          <w:jc w:val="center"/>
        </w:trPr>
        <w:tc>
          <w:tcPr>
            <w:tcW w:w="0" w:type="auto"/>
          </w:tcPr>
          <w:p w14:paraId="682F7561" w14:textId="77777777" w:rsidR="007A5E59" w:rsidRDefault="0095198F">
            <w:pPr>
              <w:jc w:val="center"/>
            </w:pPr>
            <w:r>
              <w:t>3</w:t>
            </w:r>
          </w:p>
        </w:tc>
        <w:tc>
          <w:tcPr>
            <w:tcW w:w="0" w:type="auto"/>
          </w:tcPr>
          <w:p w14:paraId="7FB7033E" w14:textId="77777777" w:rsidR="007A5E59" w:rsidRDefault="0095198F">
            <w:r>
              <w:t>1-4</w:t>
            </w:r>
          </w:p>
        </w:tc>
        <w:tc>
          <w:tcPr>
            <w:tcW w:w="0" w:type="auto"/>
          </w:tcPr>
          <w:p w14:paraId="2B046F24" w14:textId="77777777" w:rsidR="007A5E59" w:rsidRDefault="0095198F">
            <w:pPr>
              <w:jc w:val="center"/>
            </w:pPr>
            <w:r>
              <w:t>200</w:t>
            </w:r>
          </w:p>
        </w:tc>
        <w:tc>
          <w:tcPr>
            <w:tcW w:w="0" w:type="auto"/>
          </w:tcPr>
          <w:p w14:paraId="6428773E" w14:textId="77777777" w:rsidR="007A5E59" w:rsidRDefault="0095198F">
            <w:pPr>
              <w:jc w:val="center"/>
            </w:pPr>
            <w:r>
              <w:t>1959</w:t>
            </w:r>
          </w:p>
        </w:tc>
        <w:tc>
          <w:tcPr>
            <w:tcW w:w="0" w:type="auto"/>
          </w:tcPr>
          <w:p w14:paraId="7F736414" w14:textId="77777777" w:rsidR="007A5E59" w:rsidRDefault="0095198F">
            <w:pPr>
              <w:jc w:val="center"/>
            </w:pPr>
            <w:r>
              <w:t>81</w:t>
            </w:r>
          </w:p>
        </w:tc>
        <w:tc>
          <w:tcPr>
            <w:tcW w:w="0" w:type="auto"/>
          </w:tcPr>
          <w:p w14:paraId="08D35C50" w14:textId="77777777" w:rsidR="007A5E59" w:rsidRDefault="0095198F">
            <w:r>
              <w:t>канал.</w:t>
            </w:r>
          </w:p>
        </w:tc>
      </w:tr>
      <w:tr w:rsidR="007A5E59" w14:paraId="6291BC5D" w14:textId="77777777">
        <w:trPr>
          <w:jc w:val="center"/>
        </w:trPr>
        <w:tc>
          <w:tcPr>
            <w:tcW w:w="0" w:type="auto"/>
          </w:tcPr>
          <w:p w14:paraId="3B605D10" w14:textId="77777777" w:rsidR="007A5E59" w:rsidRDefault="0095198F">
            <w:pPr>
              <w:jc w:val="center"/>
            </w:pPr>
            <w:r>
              <w:t>4</w:t>
            </w:r>
          </w:p>
        </w:tc>
        <w:tc>
          <w:tcPr>
            <w:tcW w:w="0" w:type="auto"/>
          </w:tcPr>
          <w:p w14:paraId="7ADEFEC2" w14:textId="77777777" w:rsidR="007A5E59" w:rsidRDefault="0095198F">
            <w:r>
              <w:t>1-5</w:t>
            </w:r>
          </w:p>
        </w:tc>
        <w:tc>
          <w:tcPr>
            <w:tcW w:w="0" w:type="auto"/>
          </w:tcPr>
          <w:p w14:paraId="57E05169" w14:textId="77777777" w:rsidR="007A5E59" w:rsidRDefault="0095198F">
            <w:pPr>
              <w:jc w:val="center"/>
            </w:pPr>
            <w:r>
              <w:t>125</w:t>
            </w:r>
          </w:p>
        </w:tc>
        <w:tc>
          <w:tcPr>
            <w:tcW w:w="0" w:type="auto"/>
          </w:tcPr>
          <w:p w14:paraId="53A00994" w14:textId="77777777" w:rsidR="007A5E59" w:rsidRDefault="0095198F">
            <w:pPr>
              <w:jc w:val="center"/>
            </w:pPr>
            <w:r>
              <w:t>1959</w:t>
            </w:r>
          </w:p>
        </w:tc>
        <w:tc>
          <w:tcPr>
            <w:tcW w:w="0" w:type="auto"/>
          </w:tcPr>
          <w:p w14:paraId="3D9C43D7" w14:textId="77777777" w:rsidR="007A5E59" w:rsidRDefault="0095198F">
            <w:pPr>
              <w:jc w:val="center"/>
            </w:pPr>
            <w:r>
              <w:t>28</w:t>
            </w:r>
          </w:p>
        </w:tc>
        <w:tc>
          <w:tcPr>
            <w:tcW w:w="0" w:type="auto"/>
          </w:tcPr>
          <w:p w14:paraId="2EE3571D" w14:textId="77777777" w:rsidR="007A5E59" w:rsidRDefault="0095198F">
            <w:r>
              <w:t>канал.</w:t>
            </w:r>
          </w:p>
        </w:tc>
      </w:tr>
      <w:tr w:rsidR="007A5E59" w14:paraId="6F6050E2" w14:textId="77777777">
        <w:trPr>
          <w:jc w:val="center"/>
        </w:trPr>
        <w:tc>
          <w:tcPr>
            <w:tcW w:w="0" w:type="auto"/>
          </w:tcPr>
          <w:p w14:paraId="0BF42AE8" w14:textId="77777777" w:rsidR="007A5E59" w:rsidRDefault="0095198F">
            <w:pPr>
              <w:jc w:val="center"/>
            </w:pPr>
            <w:r>
              <w:t>5</w:t>
            </w:r>
          </w:p>
        </w:tc>
        <w:tc>
          <w:tcPr>
            <w:tcW w:w="0" w:type="auto"/>
          </w:tcPr>
          <w:p w14:paraId="311EC812" w14:textId="77777777" w:rsidR="007A5E59" w:rsidRDefault="0095198F">
            <w:r>
              <w:t>1-6</w:t>
            </w:r>
          </w:p>
        </w:tc>
        <w:tc>
          <w:tcPr>
            <w:tcW w:w="0" w:type="auto"/>
          </w:tcPr>
          <w:p w14:paraId="04EE2073" w14:textId="77777777" w:rsidR="007A5E59" w:rsidRDefault="0095198F">
            <w:pPr>
              <w:jc w:val="center"/>
            </w:pPr>
            <w:r>
              <w:t>50</w:t>
            </w:r>
          </w:p>
        </w:tc>
        <w:tc>
          <w:tcPr>
            <w:tcW w:w="0" w:type="auto"/>
          </w:tcPr>
          <w:p w14:paraId="3E5FA150" w14:textId="77777777" w:rsidR="007A5E59" w:rsidRDefault="0095198F">
            <w:pPr>
              <w:jc w:val="center"/>
            </w:pPr>
            <w:r>
              <w:t>1959</w:t>
            </w:r>
          </w:p>
        </w:tc>
        <w:tc>
          <w:tcPr>
            <w:tcW w:w="0" w:type="auto"/>
          </w:tcPr>
          <w:p w14:paraId="75BC431D" w14:textId="77777777" w:rsidR="007A5E59" w:rsidRDefault="0095198F">
            <w:pPr>
              <w:jc w:val="center"/>
            </w:pPr>
            <w:r>
              <w:t>10</w:t>
            </w:r>
          </w:p>
        </w:tc>
        <w:tc>
          <w:tcPr>
            <w:tcW w:w="0" w:type="auto"/>
          </w:tcPr>
          <w:p w14:paraId="5267B38F" w14:textId="77777777" w:rsidR="007A5E59" w:rsidRDefault="0095198F">
            <w:r>
              <w:t>канал.</w:t>
            </w:r>
          </w:p>
        </w:tc>
      </w:tr>
      <w:tr w:rsidR="007A5E59" w14:paraId="3AAA69B6" w14:textId="77777777">
        <w:trPr>
          <w:jc w:val="center"/>
        </w:trPr>
        <w:tc>
          <w:tcPr>
            <w:tcW w:w="0" w:type="auto"/>
          </w:tcPr>
          <w:p w14:paraId="5D0BE96F" w14:textId="77777777" w:rsidR="007A5E59" w:rsidRDefault="0095198F">
            <w:pPr>
              <w:jc w:val="center"/>
            </w:pPr>
            <w:r>
              <w:t>6</w:t>
            </w:r>
          </w:p>
        </w:tc>
        <w:tc>
          <w:tcPr>
            <w:tcW w:w="0" w:type="auto"/>
          </w:tcPr>
          <w:p w14:paraId="2D072091" w14:textId="77777777" w:rsidR="007A5E59" w:rsidRDefault="0095198F">
            <w:r>
              <w:t>1-7</w:t>
            </w:r>
          </w:p>
        </w:tc>
        <w:tc>
          <w:tcPr>
            <w:tcW w:w="0" w:type="auto"/>
          </w:tcPr>
          <w:p w14:paraId="05791AF8" w14:textId="77777777" w:rsidR="007A5E59" w:rsidRDefault="0095198F">
            <w:pPr>
              <w:jc w:val="center"/>
            </w:pPr>
            <w:r>
              <w:t>100</w:t>
            </w:r>
          </w:p>
        </w:tc>
        <w:tc>
          <w:tcPr>
            <w:tcW w:w="0" w:type="auto"/>
          </w:tcPr>
          <w:p w14:paraId="120C49BA" w14:textId="77777777" w:rsidR="007A5E59" w:rsidRDefault="0095198F">
            <w:pPr>
              <w:jc w:val="center"/>
            </w:pPr>
            <w:r>
              <w:t>1959</w:t>
            </w:r>
          </w:p>
        </w:tc>
        <w:tc>
          <w:tcPr>
            <w:tcW w:w="0" w:type="auto"/>
          </w:tcPr>
          <w:p w14:paraId="7C752FCC" w14:textId="77777777" w:rsidR="007A5E59" w:rsidRDefault="0095198F">
            <w:pPr>
              <w:jc w:val="center"/>
            </w:pPr>
            <w:r>
              <w:t>10</w:t>
            </w:r>
          </w:p>
        </w:tc>
        <w:tc>
          <w:tcPr>
            <w:tcW w:w="0" w:type="auto"/>
          </w:tcPr>
          <w:p w14:paraId="36B78D09" w14:textId="77777777" w:rsidR="007A5E59" w:rsidRDefault="0095198F">
            <w:r>
              <w:t>канал.</w:t>
            </w:r>
          </w:p>
        </w:tc>
      </w:tr>
      <w:tr w:rsidR="007A5E59" w14:paraId="6957D1E7" w14:textId="77777777">
        <w:trPr>
          <w:jc w:val="center"/>
        </w:trPr>
        <w:tc>
          <w:tcPr>
            <w:tcW w:w="0" w:type="auto"/>
          </w:tcPr>
          <w:p w14:paraId="36A643FC" w14:textId="77777777" w:rsidR="007A5E59" w:rsidRDefault="0095198F">
            <w:pPr>
              <w:jc w:val="center"/>
            </w:pPr>
            <w:r>
              <w:t>7</w:t>
            </w:r>
          </w:p>
        </w:tc>
        <w:tc>
          <w:tcPr>
            <w:tcW w:w="0" w:type="auto"/>
          </w:tcPr>
          <w:p w14:paraId="238ADE5C" w14:textId="77777777" w:rsidR="007A5E59" w:rsidRDefault="0095198F">
            <w:r>
              <w:t>1-8</w:t>
            </w:r>
          </w:p>
        </w:tc>
        <w:tc>
          <w:tcPr>
            <w:tcW w:w="0" w:type="auto"/>
          </w:tcPr>
          <w:p w14:paraId="218131A9" w14:textId="77777777" w:rsidR="007A5E59" w:rsidRDefault="0095198F">
            <w:pPr>
              <w:jc w:val="center"/>
            </w:pPr>
            <w:r>
              <w:t>70</w:t>
            </w:r>
          </w:p>
        </w:tc>
        <w:tc>
          <w:tcPr>
            <w:tcW w:w="0" w:type="auto"/>
          </w:tcPr>
          <w:p w14:paraId="745AE9BF" w14:textId="77777777" w:rsidR="007A5E59" w:rsidRDefault="0095198F">
            <w:pPr>
              <w:jc w:val="center"/>
            </w:pPr>
            <w:r>
              <w:t>1959</w:t>
            </w:r>
          </w:p>
        </w:tc>
        <w:tc>
          <w:tcPr>
            <w:tcW w:w="0" w:type="auto"/>
          </w:tcPr>
          <w:p w14:paraId="5EC63DEB" w14:textId="77777777" w:rsidR="007A5E59" w:rsidRDefault="0095198F">
            <w:pPr>
              <w:jc w:val="center"/>
            </w:pPr>
            <w:r>
              <w:t>36</w:t>
            </w:r>
          </w:p>
        </w:tc>
        <w:tc>
          <w:tcPr>
            <w:tcW w:w="0" w:type="auto"/>
          </w:tcPr>
          <w:p w14:paraId="7642522F" w14:textId="77777777" w:rsidR="007A5E59" w:rsidRDefault="0095198F">
            <w:r>
              <w:t>канал.</w:t>
            </w:r>
          </w:p>
        </w:tc>
      </w:tr>
      <w:tr w:rsidR="007A5E59" w14:paraId="5FDDAFFF" w14:textId="77777777">
        <w:trPr>
          <w:jc w:val="center"/>
        </w:trPr>
        <w:tc>
          <w:tcPr>
            <w:tcW w:w="0" w:type="auto"/>
          </w:tcPr>
          <w:p w14:paraId="691C7C6F" w14:textId="77777777" w:rsidR="007A5E59" w:rsidRDefault="0095198F">
            <w:pPr>
              <w:jc w:val="center"/>
            </w:pPr>
            <w:r>
              <w:t>8</w:t>
            </w:r>
          </w:p>
        </w:tc>
        <w:tc>
          <w:tcPr>
            <w:tcW w:w="0" w:type="auto"/>
          </w:tcPr>
          <w:p w14:paraId="04DE8F49" w14:textId="77777777" w:rsidR="007A5E59" w:rsidRDefault="0095198F">
            <w:r>
              <w:t>1-10</w:t>
            </w:r>
          </w:p>
        </w:tc>
        <w:tc>
          <w:tcPr>
            <w:tcW w:w="0" w:type="auto"/>
          </w:tcPr>
          <w:p w14:paraId="692B98A4" w14:textId="77777777" w:rsidR="007A5E59" w:rsidRDefault="0095198F">
            <w:pPr>
              <w:jc w:val="center"/>
            </w:pPr>
            <w:r>
              <w:t>100</w:t>
            </w:r>
          </w:p>
        </w:tc>
        <w:tc>
          <w:tcPr>
            <w:tcW w:w="0" w:type="auto"/>
          </w:tcPr>
          <w:p w14:paraId="488BC377" w14:textId="77777777" w:rsidR="007A5E59" w:rsidRDefault="0095198F">
            <w:pPr>
              <w:jc w:val="center"/>
            </w:pPr>
            <w:r>
              <w:t>1988</w:t>
            </w:r>
          </w:p>
        </w:tc>
        <w:tc>
          <w:tcPr>
            <w:tcW w:w="0" w:type="auto"/>
          </w:tcPr>
          <w:p w14:paraId="34D677AF" w14:textId="77777777" w:rsidR="007A5E59" w:rsidRDefault="0095198F">
            <w:pPr>
              <w:jc w:val="center"/>
            </w:pPr>
            <w:r>
              <w:t>93</w:t>
            </w:r>
          </w:p>
        </w:tc>
        <w:tc>
          <w:tcPr>
            <w:tcW w:w="0" w:type="auto"/>
          </w:tcPr>
          <w:p w14:paraId="22BA4B0B" w14:textId="77777777" w:rsidR="007A5E59" w:rsidRDefault="0095198F">
            <w:r>
              <w:t>канал.</w:t>
            </w:r>
          </w:p>
        </w:tc>
      </w:tr>
      <w:tr w:rsidR="007A5E59" w14:paraId="47E52030" w14:textId="77777777">
        <w:trPr>
          <w:jc w:val="center"/>
        </w:trPr>
        <w:tc>
          <w:tcPr>
            <w:tcW w:w="0" w:type="auto"/>
          </w:tcPr>
          <w:p w14:paraId="56B5C305" w14:textId="77777777" w:rsidR="007A5E59" w:rsidRDefault="0095198F">
            <w:pPr>
              <w:jc w:val="center"/>
            </w:pPr>
            <w:r>
              <w:t>9</w:t>
            </w:r>
          </w:p>
        </w:tc>
        <w:tc>
          <w:tcPr>
            <w:tcW w:w="0" w:type="auto"/>
          </w:tcPr>
          <w:p w14:paraId="16077A8D" w14:textId="77777777" w:rsidR="007A5E59" w:rsidRDefault="0095198F">
            <w:r>
              <w:t>1-18</w:t>
            </w:r>
          </w:p>
        </w:tc>
        <w:tc>
          <w:tcPr>
            <w:tcW w:w="0" w:type="auto"/>
          </w:tcPr>
          <w:p w14:paraId="37F51DA2" w14:textId="77777777" w:rsidR="007A5E59" w:rsidRDefault="0095198F">
            <w:pPr>
              <w:jc w:val="center"/>
            </w:pPr>
            <w:r>
              <w:t>150</w:t>
            </w:r>
          </w:p>
        </w:tc>
        <w:tc>
          <w:tcPr>
            <w:tcW w:w="0" w:type="auto"/>
          </w:tcPr>
          <w:p w14:paraId="517EA259" w14:textId="77777777" w:rsidR="007A5E59" w:rsidRDefault="0095198F">
            <w:pPr>
              <w:jc w:val="center"/>
            </w:pPr>
            <w:r>
              <w:t>1988</w:t>
            </w:r>
          </w:p>
        </w:tc>
        <w:tc>
          <w:tcPr>
            <w:tcW w:w="0" w:type="auto"/>
          </w:tcPr>
          <w:p w14:paraId="022709A7" w14:textId="77777777" w:rsidR="007A5E59" w:rsidRDefault="0095198F">
            <w:pPr>
              <w:jc w:val="center"/>
            </w:pPr>
            <w:r>
              <w:t>146</w:t>
            </w:r>
          </w:p>
        </w:tc>
        <w:tc>
          <w:tcPr>
            <w:tcW w:w="0" w:type="auto"/>
          </w:tcPr>
          <w:p w14:paraId="2EA9EC90" w14:textId="77777777" w:rsidR="007A5E59" w:rsidRDefault="0095198F">
            <w:r>
              <w:t>канал.</w:t>
            </w:r>
          </w:p>
        </w:tc>
      </w:tr>
      <w:tr w:rsidR="007A5E59" w14:paraId="64FC4440" w14:textId="77777777">
        <w:trPr>
          <w:jc w:val="center"/>
        </w:trPr>
        <w:tc>
          <w:tcPr>
            <w:tcW w:w="0" w:type="auto"/>
          </w:tcPr>
          <w:p w14:paraId="3C10B40B" w14:textId="77777777" w:rsidR="007A5E59" w:rsidRDefault="0095198F">
            <w:pPr>
              <w:jc w:val="center"/>
            </w:pPr>
            <w:r>
              <w:t>10</w:t>
            </w:r>
          </w:p>
        </w:tc>
        <w:tc>
          <w:tcPr>
            <w:tcW w:w="0" w:type="auto"/>
          </w:tcPr>
          <w:p w14:paraId="67D7E555" w14:textId="77777777" w:rsidR="007A5E59" w:rsidRDefault="0095198F">
            <w:r>
              <w:t>1-23</w:t>
            </w:r>
          </w:p>
        </w:tc>
        <w:tc>
          <w:tcPr>
            <w:tcW w:w="0" w:type="auto"/>
          </w:tcPr>
          <w:p w14:paraId="6085D7D3" w14:textId="77777777" w:rsidR="007A5E59" w:rsidRDefault="0095198F">
            <w:pPr>
              <w:jc w:val="center"/>
            </w:pPr>
            <w:r>
              <w:t>65</w:t>
            </w:r>
          </w:p>
        </w:tc>
        <w:tc>
          <w:tcPr>
            <w:tcW w:w="0" w:type="auto"/>
          </w:tcPr>
          <w:p w14:paraId="09B5B3B7" w14:textId="77777777" w:rsidR="007A5E59" w:rsidRDefault="0095198F">
            <w:pPr>
              <w:jc w:val="center"/>
            </w:pPr>
            <w:r>
              <w:t>2003</w:t>
            </w:r>
          </w:p>
        </w:tc>
        <w:tc>
          <w:tcPr>
            <w:tcW w:w="0" w:type="auto"/>
          </w:tcPr>
          <w:p w14:paraId="1ABC22D6" w14:textId="77777777" w:rsidR="007A5E59" w:rsidRDefault="0095198F">
            <w:pPr>
              <w:jc w:val="center"/>
            </w:pPr>
            <w:r>
              <w:t>84</w:t>
            </w:r>
          </w:p>
        </w:tc>
        <w:tc>
          <w:tcPr>
            <w:tcW w:w="0" w:type="auto"/>
          </w:tcPr>
          <w:p w14:paraId="3E913DCA" w14:textId="77777777" w:rsidR="007A5E59" w:rsidRDefault="0095198F">
            <w:r>
              <w:t>канал.</w:t>
            </w:r>
          </w:p>
        </w:tc>
      </w:tr>
      <w:tr w:rsidR="007A5E59" w14:paraId="0CB9B7F1" w14:textId="77777777">
        <w:trPr>
          <w:jc w:val="center"/>
        </w:trPr>
        <w:tc>
          <w:tcPr>
            <w:tcW w:w="0" w:type="auto"/>
          </w:tcPr>
          <w:p w14:paraId="3CD32B3C" w14:textId="77777777" w:rsidR="007A5E59" w:rsidRDefault="0095198F">
            <w:pPr>
              <w:jc w:val="center"/>
            </w:pPr>
            <w:r>
              <w:t>11</w:t>
            </w:r>
          </w:p>
        </w:tc>
        <w:tc>
          <w:tcPr>
            <w:tcW w:w="0" w:type="auto"/>
          </w:tcPr>
          <w:p w14:paraId="0C2E6A6D" w14:textId="77777777" w:rsidR="007A5E59" w:rsidRDefault="0095198F">
            <w:r>
              <w:t>1-24</w:t>
            </w:r>
          </w:p>
        </w:tc>
        <w:tc>
          <w:tcPr>
            <w:tcW w:w="0" w:type="auto"/>
          </w:tcPr>
          <w:p w14:paraId="6BB591F7" w14:textId="77777777" w:rsidR="007A5E59" w:rsidRDefault="0095198F">
            <w:pPr>
              <w:jc w:val="center"/>
            </w:pPr>
            <w:r>
              <w:t>125</w:t>
            </w:r>
          </w:p>
        </w:tc>
        <w:tc>
          <w:tcPr>
            <w:tcW w:w="0" w:type="auto"/>
          </w:tcPr>
          <w:p w14:paraId="2FAD9DAD" w14:textId="77777777" w:rsidR="007A5E59" w:rsidRDefault="0095198F">
            <w:pPr>
              <w:jc w:val="center"/>
            </w:pPr>
            <w:r>
              <w:t>1959</w:t>
            </w:r>
          </w:p>
        </w:tc>
        <w:tc>
          <w:tcPr>
            <w:tcW w:w="0" w:type="auto"/>
          </w:tcPr>
          <w:p w14:paraId="3286D3E2" w14:textId="77777777" w:rsidR="007A5E59" w:rsidRDefault="0095198F">
            <w:pPr>
              <w:jc w:val="center"/>
            </w:pPr>
            <w:r>
              <w:t>71</w:t>
            </w:r>
          </w:p>
        </w:tc>
        <w:tc>
          <w:tcPr>
            <w:tcW w:w="0" w:type="auto"/>
          </w:tcPr>
          <w:p w14:paraId="797B5D5D" w14:textId="77777777" w:rsidR="007A5E59" w:rsidRDefault="0095198F">
            <w:r>
              <w:t>канал.</w:t>
            </w:r>
          </w:p>
        </w:tc>
      </w:tr>
      <w:tr w:rsidR="007A5E59" w14:paraId="18FBB865" w14:textId="77777777">
        <w:trPr>
          <w:jc w:val="center"/>
        </w:trPr>
        <w:tc>
          <w:tcPr>
            <w:tcW w:w="0" w:type="auto"/>
          </w:tcPr>
          <w:p w14:paraId="4BD25578" w14:textId="77777777" w:rsidR="007A5E59" w:rsidRDefault="0095198F">
            <w:pPr>
              <w:jc w:val="center"/>
            </w:pPr>
            <w:r>
              <w:t>12</w:t>
            </w:r>
          </w:p>
        </w:tc>
        <w:tc>
          <w:tcPr>
            <w:tcW w:w="0" w:type="auto"/>
          </w:tcPr>
          <w:p w14:paraId="5F25A9EB" w14:textId="77777777" w:rsidR="007A5E59" w:rsidRDefault="0095198F">
            <w:r>
              <w:t>1-25</w:t>
            </w:r>
          </w:p>
        </w:tc>
        <w:tc>
          <w:tcPr>
            <w:tcW w:w="0" w:type="auto"/>
          </w:tcPr>
          <w:p w14:paraId="42F48798" w14:textId="77777777" w:rsidR="007A5E59" w:rsidRDefault="0095198F">
            <w:pPr>
              <w:jc w:val="center"/>
            </w:pPr>
            <w:r>
              <w:t>150</w:t>
            </w:r>
          </w:p>
        </w:tc>
        <w:tc>
          <w:tcPr>
            <w:tcW w:w="0" w:type="auto"/>
          </w:tcPr>
          <w:p w14:paraId="3A02A949" w14:textId="77777777" w:rsidR="007A5E59" w:rsidRDefault="0095198F">
            <w:pPr>
              <w:jc w:val="center"/>
            </w:pPr>
            <w:r>
              <w:t>1959</w:t>
            </w:r>
          </w:p>
        </w:tc>
        <w:tc>
          <w:tcPr>
            <w:tcW w:w="0" w:type="auto"/>
          </w:tcPr>
          <w:p w14:paraId="132531E9" w14:textId="77777777" w:rsidR="007A5E59" w:rsidRDefault="0095198F">
            <w:pPr>
              <w:jc w:val="center"/>
            </w:pPr>
            <w:r>
              <w:t>104</w:t>
            </w:r>
          </w:p>
        </w:tc>
        <w:tc>
          <w:tcPr>
            <w:tcW w:w="0" w:type="auto"/>
          </w:tcPr>
          <w:p w14:paraId="14F869B3" w14:textId="77777777" w:rsidR="007A5E59" w:rsidRDefault="0095198F">
            <w:r>
              <w:t>канал.</w:t>
            </w:r>
          </w:p>
        </w:tc>
      </w:tr>
      <w:tr w:rsidR="007A5E59" w14:paraId="688A3CC2" w14:textId="77777777">
        <w:trPr>
          <w:jc w:val="center"/>
        </w:trPr>
        <w:tc>
          <w:tcPr>
            <w:tcW w:w="0" w:type="auto"/>
          </w:tcPr>
          <w:p w14:paraId="0BDDAF4B" w14:textId="77777777" w:rsidR="007A5E59" w:rsidRDefault="0095198F">
            <w:pPr>
              <w:jc w:val="center"/>
            </w:pPr>
            <w:r>
              <w:t>13</w:t>
            </w:r>
          </w:p>
        </w:tc>
        <w:tc>
          <w:tcPr>
            <w:tcW w:w="0" w:type="auto"/>
          </w:tcPr>
          <w:p w14:paraId="529A975A" w14:textId="77777777" w:rsidR="007A5E59" w:rsidRDefault="0095198F">
            <w:r>
              <w:t>1-26</w:t>
            </w:r>
          </w:p>
        </w:tc>
        <w:tc>
          <w:tcPr>
            <w:tcW w:w="0" w:type="auto"/>
          </w:tcPr>
          <w:p w14:paraId="0FAD4000" w14:textId="77777777" w:rsidR="007A5E59" w:rsidRDefault="0095198F">
            <w:pPr>
              <w:jc w:val="center"/>
            </w:pPr>
            <w:r>
              <w:t>125</w:t>
            </w:r>
          </w:p>
        </w:tc>
        <w:tc>
          <w:tcPr>
            <w:tcW w:w="0" w:type="auto"/>
          </w:tcPr>
          <w:p w14:paraId="047CED7C" w14:textId="77777777" w:rsidR="007A5E59" w:rsidRDefault="0095198F">
            <w:pPr>
              <w:jc w:val="center"/>
            </w:pPr>
            <w:r>
              <w:t>1959</w:t>
            </w:r>
          </w:p>
        </w:tc>
        <w:tc>
          <w:tcPr>
            <w:tcW w:w="0" w:type="auto"/>
          </w:tcPr>
          <w:p w14:paraId="47AF6B57" w14:textId="77777777" w:rsidR="007A5E59" w:rsidRDefault="0095198F">
            <w:pPr>
              <w:jc w:val="center"/>
            </w:pPr>
            <w:r>
              <w:t>110</w:t>
            </w:r>
          </w:p>
        </w:tc>
        <w:tc>
          <w:tcPr>
            <w:tcW w:w="0" w:type="auto"/>
          </w:tcPr>
          <w:p w14:paraId="2FB5B269" w14:textId="77777777" w:rsidR="007A5E59" w:rsidRDefault="0095198F">
            <w:r>
              <w:t>канал.</w:t>
            </w:r>
          </w:p>
        </w:tc>
      </w:tr>
      <w:tr w:rsidR="007A5E59" w14:paraId="55642588" w14:textId="77777777">
        <w:trPr>
          <w:jc w:val="center"/>
        </w:trPr>
        <w:tc>
          <w:tcPr>
            <w:tcW w:w="0" w:type="auto"/>
          </w:tcPr>
          <w:p w14:paraId="1A49DDC8" w14:textId="77777777" w:rsidR="007A5E59" w:rsidRDefault="0095198F">
            <w:pPr>
              <w:jc w:val="center"/>
            </w:pPr>
            <w:r>
              <w:t>14</w:t>
            </w:r>
          </w:p>
        </w:tc>
        <w:tc>
          <w:tcPr>
            <w:tcW w:w="0" w:type="auto"/>
          </w:tcPr>
          <w:p w14:paraId="1ECE0C70" w14:textId="77777777" w:rsidR="007A5E59" w:rsidRDefault="0095198F">
            <w:r>
              <w:t>1-26а</w:t>
            </w:r>
          </w:p>
        </w:tc>
        <w:tc>
          <w:tcPr>
            <w:tcW w:w="0" w:type="auto"/>
          </w:tcPr>
          <w:p w14:paraId="61BFE2CD" w14:textId="77777777" w:rsidR="007A5E59" w:rsidRDefault="0095198F">
            <w:pPr>
              <w:jc w:val="center"/>
            </w:pPr>
            <w:r>
              <w:t>150</w:t>
            </w:r>
          </w:p>
        </w:tc>
        <w:tc>
          <w:tcPr>
            <w:tcW w:w="0" w:type="auto"/>
          </w:tcPr>
          <w:p w14:paraId="196CC291" w14:textId="77777777" w:rsidR="007A5E59" w:rsidRDefault="0095198F">
            <w:pPr>
              <w:jc w:val="center"/>
            </w:pPr>
            <w:r>
              <w:t>1959</w:t>
            </w:r>
          </w:p>
        </w:tc>
        <w:tc>
          <w:tcPr>
            <w:tcW w:w="0" w:type="auto"/>
          </w:tcPr>
          <w:p w14:paraId="7C710452" w14:textId="77777777" w:rsidR="007A5E59" w:rsidRDefault="0095198F">
            <w:pPr>
              <w:jc w:val="center"/>
            </w:pPr>
            <w:r>
              <w:t>40</w:t>
            </w:r>
          </w:p>
        </w:tc>
        <w:tc>
          <w:tcPr>
            <w:tcW w:w="0" w:type="auto"/>
          </w:tcPr>
          <w:p w14:paraId="16BFC137" w14:textId="77777777" w:rsidR="007A5E59" w:rsidRDefault="0095198F">
            <w:r>
              <w:t>канал.</w:t>
            </w:r>
          </w:p>
        </w:tc>
      </w:tr>
      <w:tr w:rsidR="007A5E59" w14:paraId="0BE4ABF8" w14:textId="77777777">
        <w:trPr>
          <w:jc w:val="center"/>
        </w:trPr>
        <w:tc>
          <w:tcPr>
            <w:tcW w:w="0" w:type="auto"/>
          </w:tcPr>
          <w:p w14:paraId="7E00C857" w14:textId="77777777" w:rsidR="007A5E59" w:rsidRDefault="0095198F">
            <w:pPr>
              <w:jc w:val="center"/>
            </w:pPr>
            <w:r>
              <w:t>15</w:t>
            </w:r>
          </w:p>
        </w:tc>
        <w:tc>
          <w:tcPr>
            <w:tcW w:w="0" w:type="auto"/>
          </w:tcPr>
          <w:p w14:paraId="7F12AE0F" w14:textId="77777777" w:rsidR="007A5E59" w:rsidRDefault="0095198F">
            <w:r>
              <w:t>1-27</w:t>
            </w:r>
          </w:p>
        </w:tc>
        <w:tc>
          <w:tcPr>
            <w:tcW w:w="0" w:type="auto"/>
          </w:tcPr>
          <w:p w14:paraId="0AAC6A6A" w14:textId="77777777" w:rsidR="007A5E59" w:rsidRDefault="0095198F">
            <w:pPr>
              <w:jc w:val="center"/>
            </w:pPr>
            <w:r>
              <w:t>150</w:t>
            </w:r>
          </w:p>
        </w:tc>
        <w:tc>
          <w:tcPr>
            <w:tcW w:w="0" w:type="auto"/>
          </w:tcPr>
          <w:p w14:paraId="137B2CD1" w14:textId="77777777" w:rsidR="007A5E59" w:rsidRDefault="0095198F">
            <w:pPr>
              <w:jc w:val="center"/>
            </w:pPr>
            <w:r>
              <w:t>1959</w:t>
            </w:r>
          </w:p>
        </w:tc>
        <w:tc>
          <w:tcPr>
            <w:tcW w:w="0" w:type="auto"/>
          </w:tcPr>
          <w:p w14:paraId="77730C43" w14:textId="77777777" w:rsidR="007A5E59" w:rsidRDefault="0095198F">
            <w:pPr>
              <w:jc w:val="center"/>
            </w:pPr>
            <w:r>
              <w:t>92</w:t>
            </w:r>
          </w:p>
        </w:tc>
        <w:tc>
          <w:tcPr>
            <w:tcW w:w="0" w:type="auto"/>
          </w:tcPr>
          <w:p w14:paraId="13AA6B57" w14:textId="77777777" w:rsidR="007A5E59" w:rsidRDefault="0095198F">
            <w:r>
              <w:t>канал.</w:t>
            </w:r>
          </w:p>
        </w:tc>
      </w:tr>
      <w:tr w:rsidR="007A5E59" w14:paraId="7056A9D3" w14:textId="77777777">
        <w:trPr>
          <w:jc w:val="center"/>
        </w:trPr>
        <w:tc>
          <w:tcPr>
            <w:tcW w:w="0" w:type="auto"/>
          </w:tcPr>
          <w:p w14:paraId="5EA607E2" w14:textId="77777777" w:rsidR="007A5E59" w:rsidRDefault="0095198F">
            <w:pPr>
              <w:jc w:val="center"/>
            </w:pPr>
            <w:r>
              <w:t>16</w:t>
            </w:r>
          </w:p>
        </w:tc>
        <w:tc>
          <w:tcPr>
            <w:tcW w:w="0" w:type="auto"/>
          </w:tcPr>
          <w:p w14:paraId="22894B2F" w14:textId="77777777" w:rsidR="007A5E59" w:rsidRDefault="0095198F">
            <w:r>
              <w:t>1-28</w:t>
            </w:r>
          </w:p>
        </w:tc>
        <w:tc>
          <w:tcPr>
            <w:tcW w:w="0" w:type="auto"/>
          </w:tcPr>
          <w:p w14:paraId="08161B00" w14:textId="77777777" w:rsidR="007A5E59" w:rsidRDefault="0095198F">
            <w:pPr>
              <w:jc w:val="center"/>
            </w:pPr>
            <w:r>
              <w:t>100</w:t>
            </w:r>
          </w:p>
        </w:tc>
        <w:tc>
          <w:tcPr>
            <w:tcW w:w="0" w:type="auto"/>
          </w:tcPr>
          <w:p w14:paraId="53168912" w14:textId="77777777" w:rsidR="007A5E59" w:rsidRDefault="0095198F">
            <w:pPr>
              <w:jc w:val="center"/>
            </w:pPr>
            <w:r>
              <w:t>1959</w:t>
            </w:r>
          </w:p>
        </w:tc>
        <w:tc>
          <w:tcPr>
            <w:tcW w:w="0" w:type="auto"/>
          </w:tcPr>
          <w:p w14:paraId="2295489D" w14:textId="77777777" w:rsidR="007A5E59" w:rsidRDefault="0095198F">
            <w:pPr>
              <w:jc w:val="center"/>
            </w:pPr>
            <w:r>
              <w:t>48</w:t>
            </w:r>
          </w:p>
        </w:tc>
        <w:tc>
          <w:tcPr>
            <w:tcW w:w="0" w:type="auto"/>
          </w:tcPr>
          <w:p w14:paraId="540F770A" w14:textId="77777777" w:rsidR="007A5E59" w:rsidRDefault="0095198F">
            <w:r>
              <w:t>канал.</w:t>
            </w:r>
          </w:p>
        </w:tc>
      </w:tr>
      <w:tr w:rsidR="007A5E59" w14:paraId="3F357853" w14:textId="77777777">
        <w:trPr>
          <w:jc w:val="center"/>
        </w:trPr>
        <w:tc>
          <w:tcPr>
            <w:tcW w:w="0" w:type="auto"/>
          </w:tcPr>
          <w:p w14:paraId="47BDF2C5" w14:textId="77777777" w:rsidR="007A5E59" w:rsidRDefault="0095198F">
            <w:pPr>
              <w:jc w:val="center"/>
            </w:pPr>
            <w:r>
              <w:t>17</w:t>
            </w:r>
          </w:p>
        </w:tc>
        <w:tc>
          <w:tcPr>
            <w:tcW w:w="0" w:type="auto"/>
          </w:tcPr>
          <w:p w14:paraId="5D1757CA" w14:textId="77777777" w:rsidR="007A5E59" w:rsidRDefault="0095198F">
            <w:r>
              <w:t>Тепловые сети ул. Ленина, 22</w:t>
            </w:r>
          </w:p>
        </w:tc>
        <w:tc>
          <w:tcPr>
            <w:tcW w:w="0" w:type="auto"/>
          </w:tcPr>
          <w:p w14:paraId="638FD39F" w14:textId="77777777" w:rsidR="007A5E59" w:rsidRDefault="0095198F">
            <w:pPr>
              <w:jc w:val="center"/>
            </w:pPr>
            <w:r>
              <w:t>50</w:t>
            </w:r>
          </w:p>
        </w:tc>
        <w:tc>
          <w:tcPr>
            <w:tcW w:w="0" w:type="auto"/>
          </w:tcPr>
          <w:p w14:paraId="1FB6628A" w14:textId="77777777" w:rsidR="007A5E59" w:rsidRDefault="0095198F">
            <w:pPr>
              <w:jc w:val="center"/>
            </w:pPr>
            <w:r>
              <w:t>1959</w:t>
            </w:r>
          </w:p>
        </w:tc>
        <w:tc>
          <w:tcPr>
            <w:tcW w:w="0" w:type="auto"/>
          </w:tcPr>
          <w:p w14:paraId="32EF1190" w14:textId="77777777" w:rsidR="007A5E59" w:rsidRDefault="0095198F">
            <w:pPr>
              <w:jc w:val="center"/>
            </w:pPr>
            <w:r>
              <w:t>14</w:t>
            </w:r>
          </w:p>
        </w:tc>
        <w:tc>
          <w:tcPr>
            <w:tcW w:w="0" w:type="auto"/>
          </w:tcPr>
          <w:p w14:paraId="18819B74" w14:textId="77777777" w:rsidR="007A5E59" w:rsidRDefault="0095198F">
            <w:r>
              <w:t>канал.</w:t>
            </w:r>
          </w:p>
        </w:tc>
      </w:tr>
      <w:tr w:rsidR="007A5E59" w14:paraId="39873E77" w14:textId="77777777">
        <w:trPr>
          <w:jc w:val="center"/>
        </w:trPr>
        <w:tc>
          <w:tcPr>
            <w:tcW w:w="0" w:type="auto"/>
          </w:tcPr>
          <w:p w14:paraId="0155D110" w14:textId="77777777" w:rsidR="007A5E59" w:rsidRDefault="0095198F">
            <w:pPr>
              <w:jc w:val="center"/>
            </w:pPr>
            <w:r>
              <w:t>18</w:t>
            </w:r>
          </w:p>
        </w:tc>
        <w:tc>
          <w:tcPr>
            <w:tcW w:w="0" w:type="auto"/>
          </w:tcPr>
          <w:p w14:paraId="5441FC2C" w14:textId="77777777" w:rsidR="007A5E59" w:rsidRDefault="0095198F">
            <w:r>
              <w:t>Тепловые сети ул. Ленина, 5</w:t>
            </w:r>
          </w:p>
        </w:tc>
        <w:tc>
          <w:tcPr>
            <w:tcW w:w="0" w:type="auto"/>
          </w:tcPr>
          <w:p w14:paraId="02740805" w14:textId="77777777" w:rsidR="007A5E59" w:rsidRDefault="0095198F">
            <w:pPr>
              <w:jc w:val="center"/>
            </w:pPr>
            <w:r>
              <w:t>100</w:t>
            </w:r>
          </w:p>
        </w:tc>
        <w:tc>
          <w:tcPr>
            <w:tcW w:w="0" w:type="auto"/>
          </w:tcPr>
          <w:p w14:paraId="38645333" w14:textId="77777777" w:rsidR="007A5E59" w:rsidRDefault="0095198F">
            <w:pPr>
              <w:jc w:val="center"/>
            </w:pPr>
            <w:r>
              <w:t>2015</w:t>
            </w:r>
          </w:p>
        </w:tc>
        <w:tc>
          <w:tcPr>
            <w:tcW w:w="0" w:type="auto"/>
          </w:tcPr>
          <w:p w14:paraId="7BD8ABE2" w14:textId="77777777" w:rsidR="007A5E59" w:rsidRDefault="0095198F">
            <w:pPr>
              <w:jc w:val="center"/>
            </w:pPr>
            <w:r>
              <w:t>17</w:t>
            </w:r>
          </w:p>
        </w:tc>
        <w:tc>
          <w:tcPr>
            <w:tcW w:w="0" w:type="auto"/>
          </w:tcPr>
          <w:p w14:paraId="42470492" w14:textId="77777777" w:rsidR="007A5E59" w:rsidRDefault="0095198F">
            <w:r>
              <w:t>канал.</w:t>
            </w:r>
          </w:p>
        </w:tc>
      </w:tr>
      <w:tr w:rsidR="007A5E59" w14:paraId="2E015EC3" w14:textId="77777777">
        <w:trPr>
          <w:jc w:val="center"/>
        </w:trPr>
        <w:tc>
          <w:tcPr>
            <w:tcW w:w="0" w:type="auto"/>
          </w:tcPr>
          <w:p w14:paraId="14742483" w14:textId="77777777" w:rsidR="007A5E59" w:rsidRDefault="0095198F">
            <w:pPr>
              <w:jc w:val="center"/>
            </w:pPr>
            <w:r>
              <w:t>19</w:t>
            </w:r>
          </w:p>
        </w:tc>
        <w:tc>
          <w:tcPr>
            <w:tcW w:w="0" w:type="auto"/>
          </w:tcPr>
          <w:p w14:paraId="46A981CB" w14:textId="77777777" w:rsidR="007A5E59" w:rsidRDefault="007A5E59"/>
        </w:tc>
        <w:tc>
          <w:tcPr>
            <w:tcW w:w="0" w:type="auto"/>
          </w:tcPr>
          <w:p w14:paraId="6FE5182B" w14:textId="77777777" w:rsidR="007A5E59" w:rsidRDefault="0095198F">
            <w:pPr>
              <w:jc w:val="center"/>
            </w:pPr>
            <w:r>
              <w:t>80</w:t>
            </w:r>
          </w:p>
        </w:tc>
        <w:tc>
          <w:tcPr>
            <w:tcW w:w="0" w:type="auto"/>
          </w:tcPr>
          <w:p w14:paraId="42DD1824" w14:textId="77777777" w:rsidR="007A5E59" w:rsidRDefault="0095198F">
            <w:pPr>
              <w:jc w:val="center"/>
            </w:pPr>
            <w:r>
              <w:t>2015</w:t>
            </w:r>
          </w:p>
        </w:tc>
        <w:tc>
          <w:tcPr>
            <w:tcW w:w="0" w:type="auto"/>
          </w:tcPr>
          <w:p w14:paraId="36F3F3EC" w14:textId="77777777" w:rsidR="007A5E59" w:rsidRDefault="0095198F">
            <w:pPr>
              <w:jc w:val="center"/>
            </w:pPr>
            <w:r>
              <w:t>14</w:t>
            </w:r>
          </w:p>
        </w:tc>
        <w:tc>
          <w:tcPr>
            <w:tcW w:w="0" w:type="auto"/>
          </w:tcPr>
          <w:p w14:paraId="47E16C37" w14:textId="77777777" w:rsidR="007A5E59" w:rsidRDefault="0095198F">
            <w:r>
              <w:t>канал.</w:t>
            </w:r>
          </w:p>
        </w:tc>
      </w:tr>
      <w:tr w:rsidR="007A5E59" w14:paraId="69731AD0" w14:textId="77777777">
        <w:trPr>
          <w:jc w:val="center"/>
        </w:trPr>
        <w:tc>
          <w:tcPr>
            <w:tcW w:w="0" w:type="auto"/>
          </w:tcPr>
          <w:p w14:paraId="059D1E15" w14:textId="77777777" w:rsidR="007A5E59" w:rsidRDefault="0095198F">
            <w:pPr>
              <w:jc w:val="center"/>
            </w:pPr>
            <w:r>
              <w:t>20</w:t>
            </w:r>
          </w:p>
        </w:tc>
        <w:tc>
          <w:tcPr>
            <w:tcW w:w="0" w:type="auto"/>
          </w:tcPr>
          <w:p w14:paraId="7797CACA" w14:textId="77777777" w:rsidR="007A5E59" w:rsidRDefault="0095198F">
            <w:r>
              <w:t>Тепловые сети ул. Октябрьская, 48</w:t>
            </w:r>
          </w:p>
        </w:tc>
        <w:tc>
          <w:tcPr>
            <w:tcW w:w="0" w:type="auto"/>
          </w:tcPr>
          <w:p w14:paraId="154BAC4F" w14:textId="77777777" w:rsidR="007A5E59" w:rsidRDefault="0095198F">
            <w:pPr>
              <w:jc w:val="center"/>
            </w:pPr>
            <w:r>
              <w:t>65</w:t>
            </w:r>
          </w:p>
        </w:tc>
        <w:tc>
          <w:tcPr>
            <w:tcW w:w="0" w:type="auto"/>
          </w:tcPr>
          <w:p w14:paraId="131E0F2B" w14:textId="77777777" w:rsidR="007A5E59" w:rsidRDefault="0095198F">
            <w:pPr>
              <w:jc w:val="center"/>
            </w:pPr>
            <w:r>
              <w:t>1986</w:t>
            </w:r>
          </w:p>
        </w:tc>
        <w:tc>
          <w:tcPr>
            <w:tcW w:w="0" w:type="auto"/>
          </w:tcPr>
          <w:p w14:paraId="0338AE81" w14:textId="77777777" w:rsidR="007A5E59" w:rsidRDefault="0095198F">
            <w:pPr>
              <w:jc w:val="center"/>
            </w:pPr>
            <w:r>
              <w:t>30</w:t>
            </w:r>
          </w:p>
        </w:tc>
        <w:tc>
          <w:tcPr>
            <w:tcW w:w="0" w:type="auto"/>
          </w:tcPr>
          <w:p w14:paraId="308B4216" w14:textId="77777777" w:rsidR="007A5E59" w:rsidRDefault="0095198F">
            <w:r>
              <w:t>канал.</w:t>
            </w:r>
          </w:p>
        </w:tc>
      </w:tr>
      <w:tr w:rsidR="007A5E59" w14:paraId="0A1D89D2" w14:textId="77777777">
        <w:trPr>
          <w:jc w:val="center"/>
        </w:trPr>
        <w:tc>
          <w:tcPr>
            <w:tcW w:w="0" w:type="auto"/>
          </w:tcPr>
          <w:p w14:paraId="7FD87FB7" w14:textId="77777777" w:rsidR="007A5E59" w:rsidRDefault="0095198F">
            <w:pPr>
              <w:jc w:val="center"/>
            </w:pPr>
            <w:r>
              <w:t>21</w:t>
            </w:r>
          </w:p>
        </w:tc>
        <w:tc>
          <w:tcPr>
            <w:tcW w:w="0" w:type="auto"/>
          </w:tcPr>
          <w:p w14:paraId="2FA88DBC" w14:textId="77777777" w:rsidR="007A5E59" w:rsidRDefault="007A5E59"/>
        </w:tc>
        <w:tc>
          <w:tcPr>
            <w:tcW w:w="0" w:type="auto"/>
          </w:tcPr>
          <w:p w14:paraId="705241AE" w14:textId="77777777" w:rsidR="007A5E59" w:rsidRDefault="0095198F">
            <w:pPr>
              <w:jc w:val="center"/>
            </w:pPr>
            <w:r>
              <w:t>25</w:t>
            </w:r>
          </w:p>
        </w:tc>
        <w:tc>
          <w:tcPr>
            <w:tcW w:w="0" w:type="auto"/>
          </w:tcPr>
          <w:p w14:paraId="1EAEAEFE" w14:textId="77777777" w:rsidR="007A5E59" w:rsidRDefault="0095198F">
            <w:pPr>
              <w:jc w:val="center"/>
            </w:pPr>
            <w:r>
              <w:t>1986</w:t>
            </w:r>
          </w:p>
        </w:tc>
        <w:tc>
          <w:tcPr>
            <w:tcW w:w="0" w:type="auto"/>
          </w:tcPr>
          <w:p w14:paraId="2E7C06A3" w14:textId="77777777" w:rsidR="007A5E59" w:rsidRDefault="0095198F">
            <w:pPr>
              <w:jc w:val="center"/>
            </w:pPr>
            <w:r>
              <w:t>30</w:t>
            </w:r>
          </w:p>
        </w:tc>
        <w:tc>
          <w:tcPr>
            <w:tcW w:w="0" w:type="auto"/>
          </w:tcPr>
          <w:p w14:paraId="6717762D" w14:textId="77777777" w:rsidR="007A5E59" w:rsidRDefault="0095198F">
            <w:r>
              <w:t>канал.</w:t>
            </w:r>
          </w:p>
        </w:tc>
      </w:tr>
      <w:tr w:rsidR="007A5E59" w14:paraId="7F15B7A0" w14:textId="77777777">
        <w:trPr>
          <w:jc w:val="center"/>
        </w:trPr>
        <w:tc>
          <w:tcPr>
            <w:tcW w:w="0" w:type="auto"/>
          </w:tcPr>
          <w:p w14:paraId="2A3CFF3A" w14:textId="77777777" w:rsidR="007A5E59" w:rsidRDefault="0095198F">
            <w:pPr>
              <w:jc w:val="center"/>
            </w:pPr>
            <w:r>
              <w:t>22</w:t>
            </w:r>
          </w:p>
        </w:tc>
        <w:tc>
          <w:tcPr>
            <w:tcW w:w="0" w:type="auto"/>
          </w:tcPr>
          <w:p w14:paraId="011827EB" w14:textId="77777777" w:rsidR="007A5E59" w:rsidRDefault="0095198F">
            <w:r>
              <w:t>Тепловые сети ул. Ленина,26</w:t>
            </w:r>
          </w:p>
        </w:tc>
        <w:tc>
          <w:tcPr>
            <w:tcW w:w="0" w:type="auto"/>
          </w:tcPr>
          <w:p w14:paraId="16C01FAA" w14:textId="77777777" w:rsidR="007A5E59" w:rsidRDefault="0095198F">
            <w:pPr>
              <w:jc w:val="center"/>
            </w:pPr>
            <w:r>
              <w:t>65</w:t>
            </w:r>
          </w:p>
        </w:tc>
        <w:tc>
          <w:tcPr>
            <w:tcW w:w="0" w:type="auto"/>
          </w:tcPr>
          <w:p w14:paraId="638B8690" w14:textId="77777777" w:rsidR="007A5E59" w:rsidRDefault="0095198F">
            <w:pPr>
              <w:jc w:val="center"/>
            </w:pPr>
            <w:r>
              <w:t>1990</w:t>
            </w:r>
          </w:p>
        </w:tc>
        <w:tc>
          <w:tcPr>
            <w:tcW w:w="0" w:type="auto"/>
          </w:tcPr>
          <w:p w14:paraId="7AB6246E" w14:textId="77777777" w:rsidR="007A5E59" w:rsidRDefault="0095198F">
            <w:pPr>
              <w:jc w:val="center"/>
            </w:pPr>
            <w:r>
              <w:t>21</w:t>
            </w:r>
          </w:p>
        </w:tc>
        <w:tc>
          <w:tcPr>
            <w:tcW w:w="0" w:type="auto"/>
          </w:tcPr>
          <w:p w14:paraId="38A07783" w14:textId="77777777" w:rsidR="007A5E59" w:rsidRDefault="0095198F">
            <w:r>
              <w:t>канал.</w:t>
            </w:r>
          </w:p>
        </w:tc>
      </w:tr>
      <w:tr w:rsidR="007A5E59" w14:paraId="19240E99" w14:textId="77777777">
        <w:trPr>
          <w:jc w:val="center"/>
        </w:trPr>
        <w:tc>
          <w:tcPr>
            <w:tcW w:w="0" w:type="auto"/>
          </w:tcPr>
          <w:p w14:paraId="7F32698F" w14:textId="77777777" w:rsidR="007A5E59" w:rsidRDefault="0095198F">
            <w:pPr>
              <w:jc w:val="center"/>
            </w:pPr>
            <w:r>
              <w:t>23</w:t>
            </w:r>
          </w:p>
        </w:tc>
        <w:tc>
          <w:tcPr>
            <w:tcW w:w="0" w:type="auto"/>
          </w:tcPr>
          <w:p w14:paraId="4C089DA4" w14:textId="77777777" w:rsidR="007A5E59" w:rsidRDefault="0095198F">
            <w:r>
              <w:t>Тепловые сети ул. Ленина, 27</w:t>
            </w:r>
          </w:p>
        </w:tc>
        <w:tc>
          <w:tcPr>
            <w:tcW w:w="0" w:type="auto"/>
          </w:tcPr>
          <w:p w14:paraId="01947ED0" w14:textId="77777777" w:rsidR="007A5E59" w:rsidRDefault="0095198F">
            <w:pPr>
              <w:jc w:val="center"/>
            </w:pPr>
            <w:r>
              <w:t>100</w:t>
            </w:r>
          </w:p>
        </w:tc>
        <w:tc>
          <w:tcPr>
            <w:tcW w:w="0" w:type="auto"/>
          </w:tcPr>
          <w:p w14:paraId="38D1AA0F" w14:textId="77777777" w:rsidR="007A5E59" w:rsidRDefault="0095198F">
            <w:pPr>
              <w:jc w:val="center"/>
            </w:pPr>
            <w:r>
              <w:t>2008</w:t>
            </w:r>
          </w:p>
        </w:tc>
        <w:tc>
          <w:tcPr>
            <w:tcW w:w="0" w:type="auto"/>
          </w:tcPr>
          <w:p w14:paraId="5E75D9A4" w14:textId="77777777" w:rsidR="007A5E59" w:rsidRDefault="0095198F">
            <w:pPr>
              <w:jc w:val="center"/>
            </w:pPr>
            <w:r>
              <w:t>62</w:t>
            </w:r>
          </w:p>
        </w:tc>
        <w:tc>
          <w:tcPr>
            <w:tcW w:w="0" w:type="auto"/>
          </w:tcPr>
          <w:p w14:paraId="6A2B45DD" w14:textId="77777777" w:rsidR="007A5E59" w:rsidRDefault="0095198F">
            <w:r>
              <w:t>канал.</w:t>
            </w:r>
          </w:p>
        </w:tc>
      </w:tr>
      <w:tr w:rsidR="007A5E59" w14:paraId="202E1C6B" w14:textId="77777777">
        <w:trPr>
          <w:jc w:val="center"/>
        </w:trPr>
        <w:tc>
          <w:tcPr>
            <w:tcW w:w="0" w:type="auto"/>
          </w:tcPr>
          <w:p w14:paraId="1750B8DC" w14:textId="77777777" w:rsidR="007A5E59" w:rsidRDefault="0095198F">
            <w:pPr>
              <w:jc w:val="center"/>
            </w:pPr>
            <w:r>
              <w:t>24</w:t>
            </w:r>
          </w:p>
        </w:tc>
        <w:tc>
          <w:tcPr>
            <w:tcW w:w="0" w:type="auto"/>
          </w:tcPr>
          <w:p w14:paraId="0ED08905" w14:textId="77777777" w:rsidR="007A5E59" w:rsidRDefault="0095198F">
            <w:r>
              <w:t>Тепловые сети ул. Ленина, 2</w:t>
            </w:r>
          </w:p>
        </w:tc>
        <w:tc>
          <w:tcPr>
            <w:tcW w:w="0" w:type="auto"/>
          </w:tcPr>
          <w:p w14:paraId="71254806" w14:textId="77777777" w:rsidR="007A5E59" w:rsidRDefault="0095198F">
            <w:pPr>
              <w:jc w:val="center"/>
            </w:pPr>
            <w:r>
              <w:t>80</w:t>
            </w:r>
          </w:p>
        </w:tc>
        <w:tc>
          <w:tcPr>
            <w:tcW w:w="0" w:type="auto"/>
          </w:tcPr>
          <w:p w14:paraId="3E490BC3" w14:textId="77777777" w:rsidR="007A5E59" w:rsidRDefault="0095198F">
            <w:pPr>
              <w:jc w:val="center"/>
            </w:pPr>
            <w:r>
              <w:t>2012</w:t>
            </w:r>
          </w:p>
        </w:tc>
        <w:tc>
          <w:tcPr>
            <w:tcW w:w="0" w:type="auto"/>
          </w:tcPr>
          <w:p w14:paraId="1354FBCE" w14:textId="77777777" w:rsidR="007A5E59" w:rsidRDefault="0095198F">
            <w:pPr>
              <w:jc w:val="center"/>
            </w:pPr>
            <w:r>
              <w:t>50</w:t>
            </w:r>
          </w:p>
        </w:tc>
        <w:tc>
          <w:tcPr>
            <w:tcW w:w="0" w:type="auto"/>
          </w:tcPr>
          <w:p w14:paraId="3E4CB7A5" w14:textId="77777777" w:rsidR="007A5E59" w:rsidRDefault="0095198F">
            <w:r>
              <w:t>канал.</w:t>
            </w:r>
          </w:p>
        </w:tc>
      </w:tr>
      <w:tr w:rsidR="007A5E59" w14:paraId="0404AC3A" w14:textId="77777777">
        <w:trPr>
          <w:jc w:val="center"/>
        </w:trPr>
        <w:tc>
          <w:tcPr>
            <w:tcW w:w="0" w:type="auto"/>
          </w:tcPr>
          <w:p w14:paraId="240508CB" w14:textId="77777777" w:rsidR="007A5E59" w:rsidRDefault="0095198F">
            <w:pPr>
              <w:jc w:val="center"/>
            </w:pPr>
            <w:r>
              <w:t>25</w:t>
            </w:r>
          </w:p>
        </w:tc>
        <w:tc>
          <w:tcPr>
            <w:tcW w:w="0" w:type="auto"/>
          </w:tcPr>
          <w:p w14:paraId="702F1801" w14:textId="77777777" w:rsidR="007A5E59" w:rsidRDefault="0095198F">
            <w:r>
              <w:t>Тепловые сети ул. Кабалевского, 9</w:t>
            </w:r>
          </w:p>
        </w:tc>
        <w:tc>
          <w:tcPr>
            <w:tcW w:w="0" w:type="auto"/>
          </w:tcPr>
          <w:p w14:paraId="59B8CA69" w14:textId="77777777" w:rsidR="007A5E59" w:rsidRDefault="0095198F">
            <w:pPr>
              <w:jc w:val="center"/>
            </w:pPr>
            <w:r>
              <w:t>100</w:t>
            </w:r>
          </w:p>
        </w:tc>
        <w:tc>
          <w:tcPr>
            <w:tcW w:w="0" w:type="auto"/>
          </w:tcPr>
          <w:p w14:paraId="2139F54A" w14:textId="77777777" w:rsidR="007A5E59" w:rsidRDefault="0095198F">
            <w:pPr>
              <w:jc w:val="center"/>
            </w:pPr>
            <w:r>
              <w:t>2001</w:t>
            </w:r>
          </w:p>
        </w:tc>
        <w:tc>
          <w:tcPr>
            <w:tcW w:w="0" w:type="auto"/>
          </w:tcPr>
          <w:p w14:paraId="4783D4E0" w14:textId="77777777" w:rsidR="007A5E59" w:rsidRDefault="0095198F">
            <w:pPr>
              <w:jc w:val="center"/>
            </w:pPr>
            <w:r>
              <w:t>26</w:t>
            </w:r>
          </w:p>
        </w:tc>
        <w:tc>
          <w:tcPr>
            <w:tcW w:w="0" w:type="auto"/>
          </w:tcPr>
          <w:p w14:paraId="278A69AC" w14:textId="77777777" w:rsidR="007A5E59" w:rsidRDefault="0095198F">
            <w:r>
              <w:t>канал.</w:t>
            </w:r>
          </w:p>
        </w:tc>
      </w:tr>
      <w:tr w:rsidR="007A5E59" w14:paraId="6235B0F9" w14:textId="77777777">
        <w:trPr>
          <w:jc w:val="center"/>
        </w:trPr>
        <w:tc>
          <w:tcPr>
            <w:tcW w:w="0" w:type="auto"/>
          </w:tcPr>
          <w:p w14:paraId="424FDE26" w14:textId="77777777" w:rsidR="007A5E59" w:rsidRDefault="0095198F">
            <w:pPr>
              <w:jc w:val="center"/>
            </w:pPr>
            <w:r>
              <w:t>26</w:t>
            </w:r>
          </w:p>
        </w:tc>
        <w:tc>
          <w:tcPr>
            <w:tcW w:w="0" w:type="auto"/>
          </w:tcPr>
          <w:p w14:paraId="0D0A30AC" w14:textId="77777777" w:rsidR="007A5E59" w:rsidRDefault="0095198F">
            <w:r>
              <w:t>Тепловые сети ул. Октябрьская, 54</w:t>
            </w:r>
          </w:p>
        </w:tc>
        <w:tc>
          <w:tcPr>
            <w:tcW w:w="0" w:type="auto"/>
          </w:tcPr>
          <w:p w14:paraId="5AF9FA4B" w14:textId="77777777" w:rsidR="007A5E59" w:rsidRDefault="0095198F">
            <w:pPr>
              <w:jc w:val="center"/>
            </w:pPr>
            <w:r>
              <w:t>40</w:t>
            </w:r>
          </w:p>
        </w:tc>
        <w:tc>
          <w:tcPr>
            <w:tcW w:w="0" w:type="auto"/>
          </w:tcPr>
          <w:p w14:paraId="4303F7D9" w14:textId="77777777" w:rsidR="007A5E59" w:rsidRDefault="0095198F">
            <w:pPr>
              <w:jc w:val="center"/>
            </w:pPr>
            <w:r>
              <w:t>2005</w:t>
            </w:r>
          </w:p>
        </w:tc>
        <w:tc>
          <w:tcPr>
            <w:tcW w:w="0" w:type="auto"/>
          </w:tcPr>
          <w:p w14:paraId="0A480931" w14:textId="77777777" w:rsidR="007A5E59" w:rsidRDefault="0095198F">
            <w:pPr>
              <w:jc w:val="center"/>
            </w:pPr>
            <w:r>
              <w:t>30</w:t>
            </w:r>
          </w:p>
        </w:tc>
        <w:tc>
          <w:tcPr>
            <w:tcW w:w="0" w:type="auto"/>
          </w:tcPr>
          <w:p w14:paraId="0895499D" w14:textId="77777777" w:rsidR="007A5E59" w:rsidRDefault="0095198F">
            <w:r>
              <w:t>канал.</w:t>
            </w:r>
          </w:p>
        </w:tc>
      </w:tr>
      <w:tr w:rsidR="007A5E59" w14:paraId="41268E57" w14:textId="77777777">
        <w:trPr>
          <w:jc w:val="center"/>
        </w:trPr>
        <w:tc>
          <w:tcPr>
            <w:tcW w:w="0" w:type="auto"/>
          </w:tcPr>
          <w:p w14:paraId="40D32F5A" w14:textId="77777777" w:rsidR="007A5E59" w:rsidRDefault="0095198F">
            <w:pPr>
              <w:jc w:val="center"/>
            </w:pPr>
            <w:r>
              <w:t>27</w:t>
            </w:r>
          </w:p>
        </w:tc>
        <w:tc>
          <w:tcPr>
            <w:tcW w:w="0" w:type="auto"/>
          </w:tcPr>
          <w:p w14:paraId="00CC62F2" w14:textId="77777777" w:rsidR="007A5E59" w:rsidRPr="00312815" w:rsidRDefault="0095198F">
            <w:pPr>
              <w:rPr>
                <w:lang w:val="ru-RU"/>
              </w:rPr>
            </w:pPr>
            <w:r w:rsidRPr="00312815">
              <w:rPr>
                <w:lang w:val="ru-RU"/>
              </w:rPr>
              <w:t>Тепловые сети ул. Ленина, 16-а</w:t>
            </w:r>
          </w:p>
        </w:tc>
        <w:tc>
          <w:tcPr>
            <w:tcW w:w="0" w:type="auto"/>
          </w:tcPr>
          <w:p w14:paraId="3BFC89D3" w14:textId="77777777" w:rsidR="007A5E59" w:rsidRDefault="0095198F">
            <w:pPr>
              <w:jc w:val="center"/>
            </w:pPr>
            <w:r>
              <w:t>50</w:t>
            </w:r>
          </w:p>
        </w:tc>
        <w:tc>
          <w:tcPr>
            <w:tcW w:w="0" w:type="auto"/>
          </w:tcPr>
          <w:p w14:paraId="62402810" w14:textId="77777777" w:rsidR="007A5E59" w:rsidRDefault="0095198F">
            <w:pPr>
              <w:jc w:val="center"/>
            </w:pPr>
            <w:r>
              <w:t>1996</w:t>
            </w:r>
          </w:p>
        </w:tc>
        <w:tc>
          <w:tcPr>
            <w:tcW w:w="0" w:type="auto"/>
          </w:tcPr>
          <w:p w14:paraId="524DCCE5" w14:textId="77777777" w:rsidR="007A5E59" w:rsidRDefault="0095198F">
            <w:pPr>
              <w:jc w:val="center"/>
            </w:pPr>
            <w:r>
              <w:t>16</w:t>
            </w:r>
          </w:p>
        </w:tc>
        <w:tc>
          <w:tcPr>
            <w:tcW w:w="0" w:type="auto"/>
          </w:tcPr>
          <w:p w14:paraId="0DBA5A4A" w14:textId="77777777" w:rsidR="007A5E59" w:rsidRDefault="0095198F">
            <w:r>
              <w:t>канал.</w:t>
            </w:r>
          </w:p>
        </w:tc>
      </w:tr>
      <w:tr w:rsidR="007A5E59" w14:paraId="61CBB9DD" w14:textId="77777777">
        <w:trPr>
          <w:jc w:val="center"/>
        </w:trPr>
        <w:tc>
          <w:tcPr>
            <w:tcW w:w="0" w:type="auto"/>
          </w:tcPr>
          <w:p w14:paraId="7F2F880D" w14:textId="77777777" w:rsidR="007A5E59" w:rsidRDefault="0095198F">
            <w:pPr>
              <w:jc w:val="center"/>
            </w:pPr>
            <w:r>
              <w:t>28</w:t>
            </w:r>
          </w:p>
        </w:tc>
        <w:tc>
          <w:tcPr>
            <w:tcW w:w="0" w:type="auto"/>
          </w:tcPr>
          <w:p w14:paraId="5D8362DE" w14:textId="77777777" w:rsidR="007A5E59" w:rsidRDefault="0095198F">
            <w:r>
              <w:t>Тепловые сети ул. Кабалевского, 4</w:t>
            </w:r>
          </w:p>
        </w:tc>
        <w:tc>
          <w:tcPr>
            <w:tcW w:w="0" w:type="auto"/>
          </w:tcPr>
          <w:p w14:paraId="1474BA24" w14:textId="77777777" w:rsidR="007A5E59" w:rsidRDefault="0095198F">
            <w:pPr>
              <w:jc w:val="center"/>
            </w:pPr>
            <w:r>
              <w:t>50</w:t>
            </w:r>
          </w:p>
        </w:tc>
        <w:tc>
          <w:tcPr>
            <w:tcW w:w="0" w:type="auto"/>
          </w:tcPr>
          <w:p w14:paraId="5D15A23C" w14:textId="77777777" w:rsidR="007A5E59" w:rsidRDefault="0095198F">
            <w:pPr>
              <w:jc w:val="center"/>
            </w:pPr>
            <w:r>
              <w:t>2010</w:t>
            </w:r>
          </w:p>
        </w:tc>
        <w:tc>
          <w:tcPr>
            <w:tcW w:w="0" w:type="auto"/>
          </w:tcPr>
          <w:p w14:paraId="21FDC99D" w14:textId="77777777" w:rsidR="007A5E59" w:rsidRDefault="0095198F">
            <w:pPr>
              <w:jc w:val="center"/>
            </w:pPr>
            <w:r>
              <w:t>12</w:t>
            </w:r>
          </w:p>
        </w:tc>
        <w:tc>
          <w:tcPr>
            <w:tcW w:w="0" w:type="auto"/>
          </w:tcPr>
          <w:p w14:paraId="202C6281" w14:textId="77777777" w:rsidR="007A5E59" w:rsidRDefault="0095198F">
            <w:r>
              <w:t>канал.</w:t>
            </w:r>
          </w:p>
        </w:tc>
      </w:tr>
      <w:tr w:rsidR="007A5E59" w14:paraId="62777165" w14:textId="77777777">
        <w:trPr>
          <w:jc w:val="center"/>
        </w:trPr>
        <w:tc>
          <w:tcPr>
            <w:tcW w:w="0" w:type="auto"/>
          </w:tcPr>
          <w:p w14:paraId="5FA64CAB" w14:textId="77777777" w:rsidR="007A5E59" w:rsidRDefault="0095198F">
            <w:pPr>
              <w:jc w:val="center"/>
            </w:pPr>
            <w:r>
              <w:t>29</w:t>
            </w:r>
          </w:p>
        </w:tc>
        <w:tc>
          <w:tcPr>
            <w:tcW w:w="0" w:type="auto"/>
          </w:tcPr>
          <w:p w14:paraId="09D81FDB" w14:textId="77777777" w:rsidR="007A5E59" w:rsidRPr="00312815" w:rsidRDefault="0095198F">
            <w:pPr>
              <w:rPr>
                <w:lang w:val="ru-RU"/>
              </w:rPr>
            </w:pPr>
            <w:r w:rsidRPr="00312815">
              <w:rPr>
                <w:lang w:val="ru-RU"/>
              </w:rPr>
              <w:t>Тепловые сети ул. Ленина, 18а</w:t>
            </w:r>
          </w:p>
        </w:tc>
        <w:tc>
          <w:tcPr>
            <w:tcW w:w="0" w:type="auto"/>
          </w:tcPr>
          <w:p w14:paraId="434ABEF8" w14:textId="77777777" w:rsidR="007A5E59" w:rsidRDefault="0095198F">
            <w:pPr>
              <w:jc w:val="center"/>
            </w:pPr>
            <w:r>
              <w:t>20</w:t>
            </w:r>
          </w:p>
        </w:tc>
        <w:tc>
          <w:tcPr>
            <w:tcW w:w="0" w:type="auto"/>
          </w:tcPr>
          <w:p w14:paraId="258D0297" w14:textId="77777777" w:rsidR="007A5E59" w:rsidRDefault="0095198F">
            <w:pPr>
              <w:jc w:val="center"/>
            </w:pPr>
            <w:r>
              <w:t>2005</w:t>
            </w:r>
          </w:p>
        </w:tc>
        <w:tc>
          <w:tcPr>
            <w:tcW w:w="0" w:type="auto"/>
          </w:tcPr>
          <w:p w14:paraId="2DA9342C" w14:textId="77777777" w:rsidR="007A5E59" w:rsidRDefault="0095198F">
            <w:pPr>
              <w:jc w:val="center"/>
            </w:pPr>
            <w:r>
              <w:t>12</w:t>
            </w:r>
          </w:p>
        </w:tc>
        <w:tc>
          <w:tcPr>
            <w:tcW w:w="0" w:type="auto"/>
          </w:tcPr>
          <w:p w14:paraId="4F43433E" w14:textId="77777777" w:rsidR="007A5E59" w:rsidRDefault="0095198F">
            <w:r>
              <w:t>канал.</w:t>
            </w:r>
          </w:p>
        </w:tc>
      </w:tr>
      <w:tr w:rsidR="007A5E59" w14:paraId="52BFC23A" w14:textId="77777777">
        <w:trPr>
          <w:jc w:val="center"/>
        </w:trPr>
        <w:tc>
          <w:tcPr>
            <w:tcW w:w="0" w:type="auto"/>
          </w:tcPr>
          <w:p w14:paraId="1B4621A9" w14:textId="77777777" w:rsidR="007A5E59" w:rsidRDefault="0095198F">
            <w:pPr>
              <w:jc w:val="center"/>
            </w:pPr>
            <w:r>
              <w:t>30</w:t>
            </w:r>
          </w:p>
        </w:tc>
        <w:tc>
          <w:tcPr>
            <w:tcW w:w="0" w:type="auto"/>
          </w:tcPr>
          <w:p w14:paraId="6C860E6F" w14:textId="77777777" w:rsidR="007A5E59" w:rsidRDefault="0095198F">
            <w:r>
              <w:t>Тепловые сети ул. Мамонтова, 2</w:t>
            </w:r>
          </w:p>
        </w:tc>
        <w:tc>
          <w:tcPr>
            <w:tcW w:w="0" w:type="auto"/>
          </w:tcPr>
          <w:p w14:paraId="6DE4A172" w14:textId="77777777" w:rsidR="007A5E59" w:rsidRDefault="0095198F">
            <w:pPr>
              <w:jc w:val="center"/>
            </w:pPr>
            <w:r>
              <w:t>100</w:t>
            </w:r>
          </w:p>
        </w:tc>
        <w:tc>
          <w:tcPr>
            <w:tcW w:w="0" w:type="auto"/>
          </w:tcPr>
          <w:p w14:paraId="77128C9E" w14:textId="77777777" w:rsidR="007A5E59" w:rsidRDefault="0095198F">
            <w:pPr>
              <w:jc w:val="center"/>
            </w:pPr>
            <w:r>
              <w:t>2009</w:t>
            </w:r>
          </w:p>
        </w:tc>
        <w:tc>
          <w:tcPr>
            <w:tcW w:w="0" w:type="auto"/>
          </w:tcPr>
          <w:p w14:paraId="1DA9937E" w14:textId="77777777" w:rsidR="007A5E59" w:rsidRDefault="0095198F">
            <w:pPr>
              <w:jc w:val="center"/>
            </w:pPr>
            <w:r>
              <w:t>75</w:t>
            </w:r>
          </w:p>
        </w:tc>
        <w:tc>
          <w:tcPr>
            <w:tcW w:w="0" w:type="auto"/>
          </w:tcPr>
          <w:p w14:paraId="0D8C19A0" w14:textId="77777777" w:rsidR="007A5E59" w:rsidRDefault="0095198F">
            <w:r>
              <w:t>канал.</w:t>
            </w:r>
          </w:p>
        </w:tc>
      </w:tr>
      <w:tr w:rsidR="007A5E59" w14:paraId="53B699A0" w14:textId="77777777">
        <w:trPr>
          <w:jc w:val="center"/>
        </w:trPr>
        <w:tc>
          <w:tcPr>
            <w:tcW w:w="0" w:type="auto"/>
          </w:tcPr>
          <w:p w14:paraId="218B0044" w14:textId="77777777" w:rsidR="007A5E59" w:rsidRDefault="0095198F">
            <w:pPr>
              <w:jc w:val="center"/>
            </w:pPr>
            <w:r>
              <w:t>31</w:t>
            </w:r>
          </w:p>
        </w:tc>
        <w:tc>
          <w:tcPr>
            <w:tcW w:w="0" w:type="auto"/>
          </w:tcPr>
          <w:p w14:paraId="6C95F855" w14:textId="77777777" w:rsidR="007A5E59" w:rsidRDefault="0095198F">
            <w:r>
              <w:t>Тепловые сети ул. Ленина, 1</w:t>
            </w:r>
          </w:p>
        </w:tc>
        <w:tc>
          <w:tcPr>
            <w:tcW w:w="0" w:type="auto"/>
          </w:tcPr>
          <w:p w14:paraId="5064C798" w14:textId="77777777" w:rsidR="007A5E59" w:rsidRDefault="0095198F">
            <w:pPr>
              <w:jc w:val="center"/>
            </w:pPr>
            <w:r>
              <w:t>50</w:t>
            </w:r>
          </w:p>
        </w:tc>
        <w:tc>
          <w:tcPr>
            <w:tcW w:w="0" w:type="auto"/>
          </w:tcPr>
          <w:p w14:paraId="4549EFA8" w14:textId="77777777" w:rsidR="007A5E59" w:rsidRDefault="0095198F">
            <w:pPr>
              <w:jc w:val="center"/>
            </w:pPr>
            <w:r>
              <w:t>1990</w:t>
            </w:r>
          </w:p>
        </w:tc>
        <w:tc>
          <w:tcPr>
            <w:tcW w:w="0" w:type="auto"/>
          </w:tcPr>
          <w:p w14:paraId="407BC6EA" w14:textId="77777777" w:rsidR="007A5E59" w:rsidRDefault="0095198F">
            <w:pPr>
              <w:jc w:val="center"/>
            </w:pPr>
            <w:r>
              <w:t>13</w:t>
            </w:r>
          </w:p>
        </w:tc>
        <w:tc>
          <w:tcPr>
            <w:tcW w:w="0" w:type="auto"/>
          </w:tcPr>
          <w:p w14:paraId="678AD267" w14:textId="77777777" w:rsidR="007A5E59" w:rsidRDefault="0095198F">
            <w:r>
              <w:t>канал.</w:t>
            </w:r>
          </w:p>
        </w:tc>
      </w:tr>
      <w:tr w:rsidR="007A5E59" w14:paraId="2E900A49" w14:textId="77777777">
        <w:trPr>
          <w:jc w:val="center"/>
        </w:trPr>
        <w:tc>
          <w:tcPr>
            <w:tcW w:w="0" w:type="auto"/>
          </w:tcPr>
          <w:p w14:paraId="1F3071A8" w14:textId="77777777" w:rsidR="007A5E59" w:rsidRDefault="0095198F">
            <w:pPr>
              <w:jc w:val="center"/>
            </w:pPr>
            <w:r>
              <w:t>32</w:t>
            </w:r>
          </w:p>
        </w:tc>
        <w:tc>
          <w:tcPr>
            <w:tcW w:w="0" w:type="auto"/>
          </w:tcPr>
          <w:p w14:paraId="20850E67" w14:textId="77777777" w:rsidR="007A5E59" w:rsidRDefault="0095198F">
            <w:r>
              <w:t>Тепловые сети ул. Ленина, 3</w:t>
            </w:r>
          </w:p>
        </w:tc>
        <w:tc>
          <w:tcPr>
            <w:tcW w:w="0" w:type="auto"/>
          </w:tcPr>
          <w:p w14:paraId="2B864D20" w14:textId="77777777" w:rsidR="007A5E59" w:rsidRDefault="0095198F">
            <w:pPr>
              <w:jc w:val="center"/>
            </w:pPr>
            <w:r>
              <w:t>40</w:t>
            </w:r>
          </w:p>
        </w:tc>
        <w:tc>
          <w:tcPr>
            <w:tcW w:w="0" w:type="auto"/>
          </w:tcPr>
          <w:p w14:paraId="5A4997F2" w14:textId="77777777" w:rsidR="007A5E59" w:rsidRDefault="0095198F">
            <w:pPr>
              <w:jc w:val="center"/>
            </w:pPr>
            <w:r>
              <w:t>2011</w:t>
            </w:r>
          </w:p>
        </w:tc>
        <w:tc>
          <w:tcPr>
            <w:tcW w:w="0" w:type="auto"/>
          </w:tcPr>
          <w:p w14:paraId="5456F827" w14:textId="77777777" w:rsidR="007A5E59" w:rsidRDefault="0095198F">
            <w:pPr>
              <w:jc w:val="center"/>
            </w:pPr>
            <w:r>
              <w:t>3</w:t>
            </w:r>
          </w:p>
        </w:tc>
        <w:tc>
          <w:tcPr>
            <w:tcW w:w="0" w:type="auto"/>
          </w:tcPr>
          <w:p w14:paraId="277AD6D2" w14:textId="77777777" w:rsidR="007A5E59" w:rsidRDefault="0095198F">
            <w:r>
              <w:t>канал.</w:t>
            </w:r>
          </w:p>
        </w:tc>
      </w:tr>
      <w:tr w:rsidR="007A5E59" w14:paraId="1B74FF1D" w14:textId="77777777">
        <w:trPr>
          <w:jc w:val="center"/>
        </w:trPr>
        <w:tc>
          <w:tcPr>
            <w:tcW w:w="0" w:type="auto"/>
          </w:tcPr>
          <w:p w14:paraId="66E75DBF" w14:textId="77777777" w:rsidR="007A5E59" w:rsidRDefault="0095198F">
            <w:pPr>
              <w:jc w:val="center"/>
            </w:pPr>
            <w:r>
              <w:t>33</w:t>
            </w:r>
          </w:p>
        </w:tc>
        <w:tc>
          <w:tcPr>
            <w:tcW w:w="0" w:type="auto"/>
          </w:tcPr>
          <w:p w14:paraId="55045050" w14:textId="77777777" w:rsidR="007A5E59" w:rsidRDefault="0095198F">
            <w:r>
              <w:t>Тепловые сети ул. Ленина, 4</w:t>
            </w:r>
          </w:p>
        </w:tc>
        <w:tc>
          <w:tcPr>
            <w:tcW w:w="0" w:type="auto"/>
          </w:tcPr>
          <w:p w14:paraId="2189E46E" w14:textId="77777777" w:rsidR="007A5E59" w:rsidRDefault="0095198F">
            <w:pPr>
              <w:jc w:val="center"/>
            </w:pPr>
            <w:r>
              <w:t>50</w:t>
            </w:r>
          </w:p>
        </w:tc>
        <w:tc>
          <w:tcPr>
            <w:tcW w:w="0" w:type="auto"/>
          </w:tcPr>
          <w:p w14:paraId="420D21DC" w14:textId="77777777" w:rsidR="007A5E59" w:rsidRDefault="0095198F">
            <w:pPr>
              <w:jc w:val="center"/>
            </w:pPr>
            <w:r>
              <w:t>1983</w:t>
            </w:r>
          </w:p>
        </w:tc>
        <w:tc>
          <w:tcPr>
            <w:tcW w:w="0" w:type="auto"/>
          </w:tcPr>
          <w:p w14:paraId="0CD8BCDB" w14:textId="77777777" w:rsidR="007A5E59" w:rsidRDefault="0095198F">
            <w:pPr>
              <w:jc w:val="center"/>
            </w:pPr>
            <w:r>
              <w:t>4</w:t>
            </w:r>
          </w:p>
        </w:tc>
        <w:tc>
          <w:tcPr>
            <w:tcW w:w="0" w:type="auto"/>
          </w:tcPr>
          <w:p w14:paraId="71D1DF6B" w14:textId="77777777" w:rsidR="007A5E59" w:rsidRDefault="0095198F">
            <w:r>
              <w:t>канал.</w:t>
            </w:r>
          </w:p>
        </w:tc>
      </w:tr>
      <w:tr w:rsidR="007A5E59" w14:paraId="17977252" w14:textId="77777777">
        <w:trPr>
          <w:jc w:val="center"/>
        </w:trPr>
        <w:tc>
          <w:tcPr>
            <w:tcW w:w="0" w:type="auto"/>
          </w:tcPr>
          <w:p w14:paraId="726BBD18" w14:textId="77777777" w:rsidR="007A5E59" w:rsidRDefault="0095198F">
            <w:pPr>
              <w:jc w:val="center"/>
            </w:pPr>
            <w:r>
              <w:t>34</w:t>
            </w:r>
          </w:p>
        </w:tc>
        <w:tc>
          <w:tcPr>
            <w:tcW w:w="0" w:type="auto"/>
          </w:tcPr>
          <w:p w14:paraId="2A423F73" w14:textId="77777777" w:rsidR="007A5E59" w:rsidRDefault="0095198F">
            <w:r>
              <w:t>Тепловые сети ул. Ленина, 6</w:t>
            </w:r>
          </w:p>
        </w:tc>
        <w:tc>
          <w:tcPr>
            <w:tcW w:w="0" w:type="auto"/>
          </w:tcPr>
          <w:p w14:paraId="4A88F0D3" w14:textId="77777777" w:rsidR="007A5E59" w:rsidRDefault="0095198F">
            <w:pPr>
              <w:jc w:val="center"/>
            </w:pPr>
            <w:r>
              <w:t>50</w:t>
            </w:r>
          </w:p>
        </w:tc>
        <w:tc>
          <w:tcPr>
            <w:tcW w:w="0" w:type="auto"/>
          </w:tcPr>
          <w:p w14:paraId="028BA486" w14:textId="77777777" w:rsidR="007A5E59" w:rsidRDefault="0095198F">
            <w:pPr>
              <w:jc w:val="center"/>
            </w:pPr>
            <w:r>
              <w:t>2011</w:t>
            </w:r>
          </w:p>
        </w:tc>
        <w:tc>
          <w:tcPr>
            <w:tcW w:w="0" w:type="auto"/>
          </w:tcPr>
          <w:p w14:paraId="4233624D" w14:textId="77777777" w:rsidR="007A5E59" w:rsidRDefault="0095198F">
            <w:pPr>
              <w:jc w:val="center"/>
            </w:pPr>
            <w:r>
              <w:t>8</w:t>
            </w:r>
          </w:p>
        </w:tc>
        <w:tc>
          <w:tcPr>
            <w:tcW w:w="0" w:type="auto"/>
          </w:tcPr>
          <w:p w14:paraId="484EF19A" w14:textId="77777777" w:rsidR="007A5E59" w:rsidRDefault="0095198F">
            <w:r>
              <w:t>канал.</w:t>
            </w:r>
          </w:p>
        </w:tc>
      </w:tr>
      <w:tr w:rsidR="007A5E59" w14:paraId="7BD8D287" w14:textId="77777777">
        <w:trPr>
          <w:jc w:val="center"/>
        </w:trPr>
        <w:tc>
          <w:tcPr>
            <w:tcW w:w="0" w:type="auto"/>
          </w:tcPr>
          <w:p w14:paraId="2809714F" w14:textId="77777777" w:rsidR="007A5E59" w:rsidRDefault="0095198F">
            <w:pPr>
              <w:jc w:val="center"/>
            </w:pPr>
            <w:r>
              <w:t>35</w:t>
            </w:r>
          </w:p>
        </w:tc>
        <w:tc>
          <w:tcPr>
            <w:tcW w:w="0" w:type="auto"/>
          </w:tcPr>
          <w:p w14:paraId="0D4C9C0C" w14:textId="77777777" w:rsidR="007A5E59" w:rsidRDefault="0095198F">
            <w:r>
              <w:t>Тепловые сети ул. Ленина, 7</w:t>
            </w:r>
          </w:p>
        </w:tc>
        <w:tc>
          <w:tcPr>
            <w:tcW w:w="0" w:type="auto"/>
          </w:tcPr>
          <w:p w14:paraId="4F0B429D" w14:textId="77777777" w:rsidR="007A5E59" w:rsidRDefault="0095198F">
            <w:pPr>
              <w:jc w:val="center"/>
            </w:pPr>
            <w:r>
              <w:t>50</w:t>
            </w:r>
          </w:p>
        </w:tc>
        <w:tc>
          <w:tcPr>
            <w:tcW w:w="0" w:type="auto"/>
          </w:tcPr>
          <w:p w14:paraId="7E075B18" w14:textId="77777777" w:rsidR="007A5E59" w:rsidRDefault="0095198F">
            <w:pPr>
              <w:jc w:val="center"/>
            </w:pPr>
            <w:r>
              <w:t>2008</w:t>
            </w:r>
          </w:p>
        </w:tc>
        <w:tc>
          <w:tcPr>
            <w:tcW w:w="0" w:type="auto"/>
          </w:tcPr>
          <w:p w14:paraId="7B3EB4A8" w14:textId="77777777" w:rsidR="007A5E59" w:rsidRDefault="0095198F">
            <w:pPr>
              <w:jc w:val="center"/>
            </w:pPr>
            <w:r>
              <w:t>5</w:t>
            </w:r>
          </w:p>
        </w:tc>
        <w:tc>
          <w:tcPr>
            <w:tcW w:w="0" w:type="auto"/>
          </w:tcPr>
          <w:p w14:paraId="2FA5847F" w14:textId="77777777" w:rsidR="007A5E59" w:rsidRDefault="0095198F">
            <w:r>
              <w:t>канал.</w:t>
            </w:r>
          </w:p>
        </w:tc>
      </w:tr>
      <w:tr w:rsidR="007A5E59" w14:paraId="76F0CE73" w14:textId="77777777">
        <w:trPr>
          <w:jc w:val="center"/>
        </w:trPr>
        <w:tc>
          <w:tcPr>
            <w:tcW w:w="0" w:type="auto"/>
          </w:tcPr>
          <w:p w14:paraId="48116F71" w14:textId="77777777" w:rsidR="007A5E59" w:rsidRDefault="0095198F">
            <w:pPr>
              <w:jc w:val="center"/>
            </w:pPr>
            <w:r>
              <w:t>36</w:t>
            </w:r>
          </w:p>
        </w:tc>
        <w:tc>
          <w:tcPr>
            <w:tcW w:w="0" w:type="auto"/>
          </w:tcPr>
          <w:p w14:paraId="5FED1931" w14:textId="77777777" w:rsidR="007A5E59" w:rsidRDefault="0095198F">
            <w:r>
              <w:t>Тепловые сети ул. Ленина, 8</w:t>
            </w:r>
          </w:p>
        </w:tc>
        <w:tc>
          <w:tcPr>
            <w:tcW w:w="0" w:type="auto"/>
          </w:tcPr>
          <w:p w14:paraId="25EC5028" w14:textId="77777777" w:rsidR="007A5E59" w:rsidRDefault="0095198F">
            <w:pPr>
              <w:jc w:val="center"/>
            </w:pPr>
            <w:r>
              <w:t>50</w:t>
            </w:r>
          </w:p>
        </w:tc>
        <w:tc>
          <w:tcPr>
            <w:tcW w:w="0" w:type="auto"/>
          </w:tcPr>
          <w:p w14:paraId="75CBE2D3" w14:textId="77777777" w:rsidR="007A5E59" w:rsidRDefault="0095198F">
            <w:pPr>
              <w:jc w:val="center"/>
            </w:pPr>
            <w:r>
              <w:t>2000</w:t>
            </w:r>
          </w:p>
        </w:tc>
        <w:tc>
          <w:tcPr>
            <w:tcW w:w="0" w:type="auto"/>
          </w:tcPr>
          <w:p w14:paraId="29C99FC1" w14:textId="77777777" w:rsidR="007A5E59" w:rsidRDefault="0095198F">
            <w:pPr>
              <w:jc w:val="center"/>
            </w:pPr>
            <w:r>
              <w:t>47</w:t>
            </w:r>
          </w:p>
        </w:tc>
        <w:tc>
          <w:tcPr>
            <w:tcW w:w="0" w:type="auto"/>
          </w:tcPr>
          <w:p w14:paraId="3702868E" w14:textId="77777777" w:rsidR="007A5E59" w:rsidRDefault="0095198F">
            <w:r>
              <w:t>канал.</w:t>
            </w:r>
          </w:p>
        </w:tc>
      </w:tr>
      <w:tr w:rsidR="007A5E59" w14:paraId="0FCE4F42" w14:textId="77777777">
        <w:trPr>
          <w:jc w:val="center"/>
        </w:trPr>
        <w:tc>
          <w:tcPr>
            <w:tcW w:w="0" w:type="auto"/>
          </w:tcPr>
          <w:p w14:paraId="0F2CFBF4" w14:textId="77777777" w:rsidR="007A5E59" w:rsidRDefault="0095198F">
            <w:pPr>
              <w:jc w:val="center"/>
            </w:pPr>
            <w:r>
              <w:t>37</w:t>
            </w:r>
          </w:p>
        </w:tc>
        <w:tc>
          <w:tcPr>
            <w:tcW w:w="0" w:type="auto"/>
          </w:tcPr>
          <w:p w14:paraId="4BCA81F4" w14:textId="77777777" w:rsidR="007A5E59" w:rsidRDefault="0095198F">
            <w:r>
              <w:t>Тепловые сети ул. Ленина, 9</w:t>
            </w:r>
          </w:p>
        </w:tc>
        <w:tc>
          <w:tcPr>
            <w:tcW w:w="0" w:type="auto"/>
          </w:tcPr>
          <w:p w14:paraId="32E83DF7" w14:textId="77777777" w:rsidR="007A5E59" w:rsidRDefault="0095198F">
            <w:pPr>
              <w:jc w:val="center"/>
            </w:pPr>
            <w:r>
              <w:t>50</w:t>
            </w:r>
          </w:p>
        </w:tc>
        <w:tc>
          <w:tcPr>
            <w:tcW w:w="0" w:type="auto"/>
          </w:tcPr>
          <w:p w14:paraId="129DFBC8" w14:textId="77777777" w:rsidR="007A5E59" w:rsidRDefault="0095198F">
            <w:pPr>
              <w:jc w:val="center"/>
            </w:pPr>
            <w:r>
              <w:t>1998</w:t>
            </w:r>
          </w:p>
        </w:tc>
        <w:tc>
          <w:tcPr>
            <w:tcW w:w="0" w:type="auto"/>
          </w:tcPr>
          <w:p w14:paraId="51D0F355" w14:textId="77777777" w:rsidR="007A5E59" w:rsidRDefault="0095198F">
            <w:pPr>
              <w:jc w:val="center"/>
            </w:pPr>
            <w:r>
              <w:t>10</w:t>
            </w:r>
          </w:p>
        </w:tc>
        <w:tc>
          <w:tcPr>
            <w:tcW w:w="0" w:type="auto"/>
          </w:tcPr>
          <w:p w14:paraId="5813EF40" w14:textId="77777777" w:rsidR="007A5E59" w:rsidRDefault="0095198F">
            <w:r>
              <w:t>канал.</w:t>
            </w:r>
          </w:p>
        </w:tc>
      </w:tr>
      <w:tr w:rsidR="007A5E59" w14:paraId="480C80C7" w14:textId="77777777">
        <w:trPr>
          <w:jc w:val="center"/>
        </w:trPr>
        <w:tc>
          <w:tcPr>
            <w:tcW w:w="0" w:type="auto"/>
          </w:tcPr>
          <w:p w14:paraId="78C344C1" w14:textId="77777777" w:rsidR="007A5E59" w:rsidRDefault="0095198F">
            <w:pPr>
              <w:jc w:val="center"/>
            </w:pPr>
            <w:r>
              <w:t>38</w:t>
            </w:r>
          </w:p>
        </w:tc>
        <w:tc>
          <w:tcPr>
            <w:tcW w:w="0" w:type="auto"/>
          </w:tcPr>
          <w:p w14:paraId="76319FA3" w14:textId="77777777" w:rsidR="007A5E59" w:rsidRDefault="0095198F">
            <w:r>
              <w:t>Тепловые сети ул. Ленина, 10</w:t>
            </w:r>
          </w:p>
        </w:tc>
        <w:tc>
          <w:tcPr>
            <w:tcW w:w="0" w:type="auto"/>
          </w:tcPr>
          <w:p w14:paraId="68C63669" w14:textId="77777777" w:rsidR="007A5E59" w:rsidRDefault="0095198F">
            <w:pPr>
              <w:jc w:val="center"/>
            </w:pPr>
            <w:r>
              <w:t>50</w:t>
            </w:r>
          </w:p>
        </w:tc>
        <w:tc>
          <w:tcPr>
            <w:tcW w:w="0" w:type="auto"/>
          </w:tcPr>
          <w:p w14:paraId="17224046" w14:textId="77777777" w:rsidR="007A5E59" w:rsidRDefault="0095198F">
            <w:pPr>
              <w:jc w:val="center"/>
            </w:pPr>
            <w:r>
              <w:t>1991</w:t>
            </w:r>
          </w:p>
        </w:tc>
        <w:tc>
          <w:tcPr>
            <w:tcW w:w="0" w:type="auto"/>
          </w:tcPr>
          <w:p w14:paraId="18088703" w14:textId="77777777" w:rsidR="007A5E59" w:rsidRDefault="0095198F">
            <w:pPr>
              <w:jc w:val="center"/>
            </w:pPr>
            <w:r>
              <w:t>10</w:t>
            </w:r>
          </w:p>
        </w:tc>
        <w:tc>
          <w:tcPr>
            <w:tcW w:w="0" w:type="auto"/>
          </w:tcPr>
          <w:p w14:paraId="1A303FCE" w14:textId="77777777" w:rsidR="007A5E59" w:rsidRDefault="0095198F">
            <w:r>
              <w:t>канал.</w:t>
            </w:r>
          </w:p>
        </w:tc>
      </w:tr>
      <w:tr w:rsidR="007A5E59" w14:paraId="6F87D633" w14:textId="77777777">
        <w:trPr>
          <w:jc w:val="center"/>
        </w:trPr>
        <w:tc>
          <w:tcPr>
            <w:tcW w:w="0" w:type="auto"/>
          </w:tcPr>
          <w:p w14:paraId="22B51BF3" w14:textId="77777777" w:rsidR="007A5E59" w:rsidRDefault="0095198F">
            <w:pPr>
              <w:jc w:val="center"/>
            </w:pPr>
            <w:r>
              <w:t>39</w:t>
            </w:r>
          </w:p>
        </w:tc>
        <w:tc>
          <w:tcPr>
            <w:tcW w:w="0" w:type="auto"/>
          </w:tcPr>
          <w:p w14:paraId="18FE01F6" w14:textId="77777777" w:rsidR="007A5E59" w:rsidRDefault="0095198F">
            <w:r>
              <w:t>Тепловые сети ул. Ленина, 11</w:t>
            </w:r>
          </w:p>
        </w:tc>
        <w:tc>
          <w:tcPr>
            <w:tcW w:w="0" w:type="auto"/>
          </w:tcPr>
          <w:p w14:paraId="639DF52F" w14:textId="77777777" w:rsidR="007A5E59" w:rsidRDefault="0095198F">
            <w:pPr>
              <w:jc w:val="center"/>
            </w:pPr>
            <w:r>
              <w:t>50</w:t>
            </w:r>
          </w:p>
        </w:tc>
        <w:tc>
          <w:tcPr>
            <w:tcW w:w="0" w:type="auto"/>
          </w:tcPr>
          <w:p w14:paraId="3DD3FC78" w14:textId="77777777" w:rsidR="007A5E59" w:rsidRDefault="0095198F">
            <w:pPr>
              <w:jc w:val="center"/>
            </w:pPr>
            <w:r>
              <w:t>2005</w:t>
            </w:r>
          </w:p>
        </w:tc>
        <w:tc>
          <w:tcPr>
            <w:tcW w:w="0" w:type="auto"/>
          </w:tcPr>
          <w:p w14:paraId="08894CC2" w14:textId="77777777" w:rsidR="007A5E59" w:rsidRDefault="0095198F">
            <w:pPr>
              <w:jc w:val="center"/>
            </w:pPr>
            <w:r>
              <w:t>10</w:t>
            </w:r>
          </w:p>
        </w:tc>
        <w:tc>
          <w:tcPr>
            <w:tcW w:w="0" w:type="auto"/>
          </w:tcPr>
          <w:p w14:paraId="165254B1" w14:textId="77777777" w:rsidR="007A5E59" w:rsidRDefault="0095198F">
            <w:r>
              <w:t>канал.</w:t>
            </w:r>
          </w:p>
        </w:tc>
      </w:tr>
      <w:tr w:rsidR="007A5E59" w14:paraId="3F8B9B78" w14:textId="77777777">
        <w:trPr>
          <w:jc w:val="center"/>
        </w:trPr>
        <w:tc>
          <w:tcPr>
            <w:tcW w:w="0" w:type="auto"/>
          </w:tcPr>
          <w:p w14:paraId="493162CE" w14:textId="77777777" w:rsidR="007A5E59" w:rsidRDefault="0095198F">
            <w:pPr>
              <w:jc w:val="center"/>
            </w:pPr>
            <w:r>
              <w:t>40</w:t>
            </w:r>
          </w:p>
        </w:tc>
        <w:tc>
          <w:tcPr>
            <w:tcW w:w="0" w:type="auto"/>
          </w:tcPr>
          <w:p w14:paraId="06A8517B" w14:textId="77777777" w:rsidR="007A5E59" w:rsidRPr="00312815" w:rsidRDefault="0095198F">
            <w:pPr>
              <w:rPr>
                <w:lang w:val="ru-RU"/>
              </w:rPr>
            </w:pPr>
            <w:r w:rsidRPr="00312815">
              <w:rPr>
                <w:lang w:val="ru-RU"/>
              </w:rPr>
              <w:t>Тепловые сети ул. Ленина, 11 – а</w:t>
            </w:r>
          </w:p>
        </w:tc>
        <w:tc>
          <w:tcPr>
            <w:tcW w:w="0" w:type="auto"/>
          </w:tcPr>
          <w:p w14:paraId="024A8A98" w14:textId="77777777" w:rsidR="007A5E59" w:rsidRDefault="0095198F">
            <w:pPr>
              <w:jc w:val="center"/>
            </w:pPr>
            <w:r>
              <w:t>50</w:t>
            </w:r>
          </w:p>
        </w:tc>
        <w:tc>
          <w:tcPr>
            <w:tcW w:w="0" w:type="auto"/>
          </w:tcPr>
          <w:p w14:paraId="00B39176" w14:textId="77777777" w:rsidR="007A5E59" w:rsidRDefault="0095198F">
            <w:pPr>
              <w:jc w:val="center"/>
            </w:pPr>
            <w:r>
              <w:t>1990</w:t>
            </w:r>
          </w:p>
        </w:tc>
        <w:tc>
          <w:tcPr>
            <w:tcW w:w="0" w:type="auto"/>
          </w:tcPr>
          <w:p w14:paraId="03DFFDBE" w14:textId="77777777" w:rsidR="007A5E59" w:rsidRDefault="0095198F">
            <w:pPr>
              <w:jc w:val="center"/>
            </w:pPr>
            <w:r>
              <w:t>6</w:t>
            </w:r>
          </w:p>
        </w:tc>
        <w:tc>
          <w:tcPr>
            <w:tcW w:w="0" w:type="auto"/>
          </w:tcPr>
          <w:p w14:paraId="43160A08" w14:textId="77777777" w:rsidR="007A5E59" w:rsidRDefault="0095198F">
            <w:r>
              <w:t>канал.</w:t>
            </w:r>
          </w:p>
        </w:tc>
      </w:tr>
      <w:tr w:rsidR="007A5E59" w14:paraId="73171FA4" w14:textId="77777777">
        <w:trPr>
          <w:jc w:val="center"/>
        </w:trPr>
        <w:tc>
          <w:tcPr>
            <w:tcW w:w="0" w:type="auto"/>
          </w:tcPr>
          <w:p w14:paraId="69D83058" w14:textId="77777777" w:rsidR="007A5E59" w:rsidRDefault="0095198F">
            <w:pPr>
              <w:jc w:val="center"/>
            </w:pPr>
            <w:r>
              <w:t>41</w:t>
            </w:r>
          </w:p>
        </w:tc>
        <w:tc>
          <w:tcPr>
            <w:tcW w:w="0" w:type="auto"/>
          </w:tcPr>
          <w:p w14:paraId="25C3936F" w14:textId="77777777" w:rsidR="007A5E59" w:rsidRDefault="0095198F">
            <w:r>
              <w:t>Тепловые сети ул. Ленина, 12</w:t>
            </w:r>
          </w:p>
        </w:tc>
        <w:tc>
          <w:tcPr>
            <w:tcW w:w="0" w:type="auto"/>
          </w:tcPr>
          <w:p w14:paraId="5AFBDFA4" w14:textId="77777777" w:rsidR="007A5E59" w:rsidRDefault="0095198F">
            <w:pPr>
              <w:jc w:val="center"/>
            </w:pPr>
            <w:r>
              <w:t>50</w:t>
            </w:r>
          </w:p>
        </w:tc>
        <w:tc>
          <w:tcPr>
            <w:tcW w:w="0" w:type="auto"/>
          </w:tcPr>
          <w:p w14:paraId="0BBF7A03" w14:textId="77777777" w:rsidR="007A5E59" w:rsidRDefault="0095198F">
            <w:pPr>
              <w:jc w:val="center"/>
            </w:pPr>
            <w:r>
              <w:t>1989</w:t>
            </w:r>
          </w:p>
        </w:tc>
        <w:tc>
          <w:tcPr>
            <w:tcW w:w="0" w:type="auto"/>
          </w:tcPr>
          <w:p w14:paraId="4BB879FD" w14:textId="77777777" w:rsidR="007A5E59" w:rsidRDefault="0095198F">
            <w:pPr>
              <w:jc w:val="center"/>
            </w:pPr>
            <w:r>
              <w:t>8</w:t>
            </w:r>
          </w:p>
        </w:tc>
        <w:tc>
          <w:tcPr>
            <w:tcW w:w="0" w:type="auto"/>
          </w:tcPr>
          <w:p w14:paraId="7F2CC1E3" w14:textId="77777777" w:rsidR="007A5E59" w:rsidRDefault="0095198F">
            <w:r>
              <w:t>канал.</w:t>
            </w:r>
          </w:p>
        </w:tc>
      </w:tr>
      <w:tr w:rsidR="007A5E59" w14:paraId="0478BB6B" w14:textId="77777777">
        <w:trPr>
          <w:jc w:val="center"/>
        </w:trPr>
        <w:tc>
          <w:tcPr>
            <w:tcW w:w="0" w:type="auto"/>
          </w:tcPr>
          <w:p w14:paraId="5925D249" w14:textId="77777777" w:rsidR="007A5E59" w:rsidRDefault="0095198F">
            <w:pPr>
              <w:jc w:val="center"/>
            </w:pPr>
            <w:r>
              <w:t>42</w:t>
            </w:r>
          </w:p>
        </w:tc>
        <w:tc>
          <w:tcPr>
            <w:tcW w:w="0" w:type="auto"/>
          </w:tcPr>
          <w:p w14:paraId="1B01102A" w14:textId="77777777" w:rsidR="007A5E59" w:rsidRDefault="0095198F">
            <w:r>
              <w:t>Тепловые сети ул. Ленина, 13</w:t>
            </w:r>
          </w:p>
        </w:tc>
        <w:tc>
          <w:tcPr>
            <w:tcW w:w="0" w:type="auto"/>
          </w:tcPr>
          <w:p w14:paraId="12D5E657" w14:textId="77777777" w:rsidR="007A5E59" w:rsidRDefault="0095198F">
            <w:pPr>
              <w:jc w:val="center"/>
            </w:pPr>
            <w:r>
              <w:t>50</w:t>
            </w:r>
          </w:p>
        </w:tc>
        <w:tc>
          <w:tcPr>
            <w:tcW w:w="0" w:type="auto"/>
          </w:tcPr>
          <w:p w14:paraId="32F24B3B" w14:textId="77777777" w:rsidR="007A5E59" w:rsidRDefault="0095198F">
            <w:pPr>
              <w:jc w:val="center"/>
            </w:pPr>
            <w:r>
              <w:t>1989</w:t>
            </w:r>
          </w:p>
        </w:tc>
        <w:tc>
          <w:tcPr>
            <w:tcW w:w="0" w:type="auto"/>
          </w:tcPr>
          <w:p w14:paraId="143CF60C" w14:textId="77777777" w:rsidR="007A5E59" w:rsidRDefault="0095198F">
            <w:pPr>
              <w:jc w:val="center"/>
            </w:pPr>
            <w:r>
              <w:t>7</w:t>
            </w:r>
          </w:p>
        </w:tc>
        <w:tc>
          <w:tcPr>
            <w:tcW w:w="0" w:type="auto"/>
          </w:tcPr>
          <w:p w14:paraId="01B7D526" w14:textId="77777777" w:rsidR="007A5E59" w:rsidRDefault="0095198F">
            <w:r>
              <w:t>канал.</w:t>
            </w:r>
          </w:p>
        </w:tc>
      </w:tr>
      <w:tr w:rsidR="007A5E59" w14:paraId="713A4E57" w14:textId="77777777">
        <w:trPr>
          <w:jc w:val="center"/>
        </w:trPr>
        <w:tc>
          <w:tcPr>
            <w:tcW w:w="0" w:type="auto"/>
          </w:tcPr>
          <w:p w14:paraId="26BABC96" w14:textId="77777777" w:rsidR="007A5E59" w:rsidRDefault="0095198F">
            <w:pPr>
              <w:jc w:val="center"/>
            </w:pPr>
            <w:r>
              <w:t>43</w:t>
            </w:r>
          </w:p>
        </w:tc>
        <w:tc>
          <w:tcPr>
            <w:tcW w:w="0" w:type="auto"/>
          </w:tcPr>
          <w:p w14:paraId="64E18040" w14:textId="77777777" w:rsidR="007A5E59" w:rsidRPr="00312815" w:rsidRDefault="0095198F">
            <w:pPr>
              <w:rPr>
                <w:lang w:val="ru-RU"/>
              </w:rPr>
            </w:pPr>
            <w:r w:rsidRPr="00312815">
              <w:rPr>
                <w:lang w:val="ru-RU"/>
              </w:rPr>
              <w:t>Тепловые сети ул. Ленина, 13 – а</w:t>
            </w:r>
          </w:p>
        </w:tc>
        <w:tc>
          <w:tcPr>
            <w:tcW w:w="0" w:type="auto"/>
          </w:tcPr>
          <w:p w14:paraId="3A0209EE" w14:textId="77777777" w:rsidR="007A5E59" w:rsidRDefault="0095198F">
            <w:pPr>
              <w:jc w:val="center"/>
            </w:pPr>
            <w:r>
              <w:t>50</w:t>
            </w:r>
          </w:p>
        </w:tc>
        <w:tc>
          <w:tcPr>
            <w:tcW w:w="0" w:type="auto"/>
          </w:tcPr>
          <w:p w14:paraId="7B43B631" w14:textId="77777777" w:rsidR="007A5E59" w:rsidRDefault="0095198F">
            <w:pPr>
              <w:jc w:val="center"/>
            </w:pPr>
            <w:r>
              <w:t>1989</w:t>
            </w:r>
          </w:p>
        </w:tc>
        <w:tc>
          <w:tcPr>
            <w:tcW w:w="0" w:type="auto"/>
          </w:tcPr>
          <w:p w14:paraId="6FB1619F" w14:textId="77777777" w:rsidR="007A5E59" w:rsidRDefault="0095198F">
            <w:pPr>
              <w:jc w:val="center"/>
            </w:pPr>
            <w:r>
              <w:t>24</w:t>
            </w:r>
          </w:p>
        </w:tc>
        <w:tc>
          <w:tcPr>
            <w:tcW w:w="0" w:type="auto"/>
          </w:tcPr>
          <w:p w14:paraId="02FAF94A" w14:textId="77777777" w:rsidR="007A5E59" w:rsidRDefault="0095198F">
            <w:r>
              <w:t>канал.</w:t>
            </w:r>
          </w:p>
        </w:tc>
      </w:tr>
      <w:tr w:rsidR="007A5E59" w14:paraId="468C5BD5" w14:textId="77777777">
        <w:trPr>
          <w:jc w:val="center"/>
        </w:trPr>
        <w:tc>
          <w:tcPr>
            <w:tcW w:w="0" w:type="auto"/>
          </w:tcPr>
          <w:p w14:paraId="64DC643B" w14:textId="77777777" w:rsidR="007A5E59" w:rsidRDefault="0095198F">
            <w:pPr>
              <w:jc w:val="center"/>
            </w:pPr>
            <w:r>
              <w:t>44</w:t>
            </w:r>
          </w:p>
        </w:tc>
        <w:tc>
          <w:tcPr>
            <w:tcW w:w="0" w:type="auto"/>
          </w:tcPr>
          <w:p w14:paraId="75FE0951" w14:textId="77777777" w:rsidR="007A5E59" w:rsidRDefault="0095198F">
            <w:r>
              <w:t>Тепловые сети ул. Ленина, 14</w:t>
            </w:r>
          </w:p>
        </w:tc>
        <w:tc>
          <w:tcPr>
            <w:tcW w:w="0" w:type="auto"/>
          </w:tcPr>
          <w:p w14:paraId="2DB8591F" w14:textId="77777777" w:rsidR="007A5E59" w:rsidRDefault="0095198F">
            <w:pPr>
              <w:jc w:val="center"/>
            </w:pPr>
            <w:r>
              <w:t>50</w:t>
            </w:r>
          </w:p>
        </w:tc>
        <w:tc>
          <w:tcPr>
            <w:tcW w:w="0" w:type="auto"/>
          </w:tcPr>
          <w:p w14:paraId="143FB4EF" w14:textId="77777777" w:rsidR="007A5E59" w:rsidRDefault="0095198F">
            <w:pPr>
              <w:jc w:val="center"/>
            </w:pPr>
            <w:r>
              <w:t>1989</w:t>
            </w:r>
          </w:p>
        </w:tc>
        <w:tc>
          <w:tcPr>
            <w:tcW w:w="0" w:type="auto"/>
          </w:tcPr>
          <w:p w14:paraId="6B0CF0EA" w14:textId="77777777" w:rsidR="007A5E59" w:rsidRDefault="0095198F">
            <w:pPr>
              <w:jc w:val="center"/>
            </w:pPr>
            <w:r>
              <w:t>5</w:t>
            </w:r>
          </w:p>
        </w:tc>
        <w:tc>
          <w:tcPr>
            <w:tcW w:w="0" w:type="auto"/>
          </w:tcPr>
          <w:p w14:paraId="6A8334C5" w14:textId="77777777" w:rsidR="007A5E59" w:rsidRDefault="0095198F">
            <w:r>
              <w:t>канал.</w:t>
            </w:r>
          </w:p>
        </w:tc>
      </w:tr>
      <w:tr w:rsidR="007A5E59" w14:paraId="4C7E4BA1" w14:textId="77777777">
        <w:trPr>
          <w:jc w:val="center"/>
        </w:trPr>
        <w:tc>
          <w:tcPr>
            <w:tcW w:w="0" w:type="auto"/>
          </w:tcPr>
          <w:p w14:paraId="11ABD44C" w14:textId="77777777" w:rsidR="007A5E59" w:rsidRDefault="0095198F">
            <w:pPr>
              <w:jc w:val="center"/>
            </w:pPr>
            <w:r>
              <w:t>45</w:t>
            </w:r>
          </w:p>
        </w:tc>
        <w:tc>
          <w:tcPr>
            <w:tcW w:w="0" w:type="auto"/>
          </w:tcPr>
          <w:p w14:paraId="07FC19E4" w14:textId="77777777" w:rsidR="007A5E59" w:rsidRDefault="0095198F">
            <w:r>
              <w:t>Тепловые сети ул. Ленина, 15</w:t>
            </w:r>
          </w:p>
        </w:tc>
        <w:tc>
          <w:tcPr>
            <w:tcW w:w="0" w:type="auto"/>
          </w:tcPr>
          <w:p w14:paraId="6D79EEBB" w14:textId="77777777" w:rsidR="007A5E59" w:rsidRDefault="0095198F">
            <w:pPr>
              <w:jc w:val="center"/>
            </w:pPr>
            <w:r>
              <w:t>80</w:t>
            </w:r>
          </w:p>
        </w:tc>
        <w:tc>
          <w:tcPr>
            <w:tcW w:w="0" w:type="auto"/>
          </w:tcPr>
          <w:p w14:paraId="79C870E5" w14:textId="77777777" w:rsidR="007A5E59" w:rsidRDefault="0095198F">
            <w:pPr>
              <w:jc w:val="center"/>
            </w:pPr>
            <w:r>
              <w:t>2011</w:t>
            </w:r>
          </w:p>
        </w:tc>
        <w:tc>
          <w:tcPr>
            <w:tcW w:w="0" w:type="auto"/>
          </w:tcPr>
          <w:p w14:paraId="199FEFDD" w14:textId="77777777" w:rsidR="007A5E59" w:rsidRDefault="0095198F">
            <w:pPr>
              <w:jc w:val="center"/>
            </w:pPr>
            <w:r>
              <w:t>20</w:t>
            </w:r>
          </w:p>
        </w:tc>
        <w:tc>
          <w:tcPr>
            <w:tcW w:w="0" w:type="auto"/>
          </w:tcPr>
          <w:p w14:paraId="27C1AFB4" w14:textId="77777777" w:rsidR="007A5E59" w:rsidRDefault="0095198F">
            <w:r>
              <w:t>канал.</w:t>
            </w:r>
          </w:p>
        </w:tc>
      </w:tr>
      <w:tr w:rsidR="007A5E59" w14:paraId="1B9DF98C" w14:textId="77777777">
        <w:trPr>
          <w:jc w:val="center"/>
        </w:trPr>
        <w:tc>
          <w:tcPr>
            <w:tcW w:w="0" w:type="auto"/>
          </w:tcPr>
          <w:p w14:paraId="24284505" w14:textId="77777777" w:rsidR="007A5E59" w:rsidRDefault="0095198F">
            <w:pPr>
              <w:jc w:val="center"/>
            </w:pPr>
            <w:r>
              <w:t>46</w:t>
            </w:r>
          </w:p>
        </w:tc>
        <w:tc>
          <w:tcPr>
            <w:tcW w:w="0" w:type="auto"/>
          </w:tcPr>
          <w:p w14:paraId="37EC8903" w14:textId="77777777" w:rsidR="007A5E59" w:rsidRDefault="0095198F">
            <w:r>
              <w:t>Тепловые сети ул. Ленина, 16</w:t>
            </w:r>
          </w:p>
        </w:tc>
        <w:tc>
          <w:tcPr>
            <w:tcW w:w="0" w:type="auto"/>
          </w:tcPr>
          <w:p w14:paraId="08511AC6" w14:textId="77777777" w:rsidR="007A5E59" w:rsidRDefault="0095198F">
            <w:pPr>
              <w:jc w:val="center"/>
            </w:pPr>
            <w:r>
              <w:t>80</w:t>
            </w:r>
          </w:p>
        </w:tc>
        <w:tc>
          <w:tcPr>
            <w:tcW w:w="0" w:type="auto"/>
          </w:tcPr>
          <w:p w14:paraId="2A7CD9E0" w14:textId="77777777" w:rsidR="007A5E59" w:rsidRDefault="0095198F">
            <w:pPr>
              <w:jc w:val="center"/>
            </w:pPr>
            <w:r>
              <w:t>1991</w:t>
            </w:r>
          </w:p>
        </w:tc>
        <w:tc>
          <w:tcPr>
            <w:tcW w:w="0" w:type="auto"/>
          </w:tcPr>
          <w:p w14:paraId="12BF25D8" w14:textId="77777777" w:rsidR="007A5E59" w:rsidRDefault="0095198F">
            <w:pPr>
              <w:jc w:val="center"/>
            </w:pPr>
            <w:r>
              <w:t>9</w:t>
            </w:r>
          </w:p>
        </w:tc>
        <w:tc>
          <w:tcPr>
            <w:tcW w:w="0" w:type="auto"/>
          </w:tcPr>
          <w:p w14:paraId="4A1B7D2D" w14:textId="77777777" w:rsidR="007A5E59" w:rsidRDefault="0095198F">
            <w:r>
              <w:t>канал.</w:t>
            </w:r>
          </w:p>
        </w:tc>
      </w:tr>
      <w:tr w:rsidR="007A5E59" w14:paraId="40053030" w14:textId="77777777">
        <w:trPr>
          <w:jc w:val="center"/>
        </w:trPr>
        <w:tc>
          <w:tcPr>
            <w:tcW w:w="0" w:type="auto"/>
          </w:tcPr>
          <w:p w14:paraId="167B2D4E" w14:textId="77777777" w:rsidR="007A5E59" w:rsidRDefault="0095198F">
            <w:pPr>
              <w:jc w:val="center"/>
            </w:pPr>
            <w:r>
              <w:t>47</w:t>
            </w:r>
          </w:p>
        </w:tc>
        <w:tc>
          <w:tcPr>
            <w:tcW w:w="0" w:type="auto"/>
          </w:tcPr>
          <w:p w14:paraId="0E85BAB8" w14:textId="77777777" w:rsidR="007A5E59" w:rsidRDefault="0095198F">
            <w:r>
              <w:t>Тепловые сети ул. Ленина, 17</w:t>
            </w:r>
          </w:p>
        </w:tc>
        <w:tc>
          <w:tcPr>
            <w:tcW w:w="0" w:type="auto"/>
          </w:tcPr>
          <w:p w14:paraId="3B58CCDB" w14:textId="77777777" w:rsidR="007A5E59" w:rsidRDefault="0095198F">
            <w:pPr>
              <w:jc w:val="center"/>
            </w:pPr>
            <w:r>
              <w:t>100</w:t>
            </w:r>
          </w:p>
        </w:tc>
        <w:tc>
          <w:tcPr>
            <w:tcW w:w="0" w:type="auto"/>
          </w:tcPr>
          <w:p w14:paraId="58B7C73F" w14:textId="77777777" w:rsidR="007A5E59" w:rsidRDefault="0095198F">
            <w:pPr>
              <w:jc w:val="center"/>
            </w:pPr>
            <w:r>
              <w:t>2004</w:t>
            </w:r>
          </w:p>
        </w:tc>
        <w:tc>
          <w:tcPr>
            <w:tcW w:w="0" w:type="auto"/>
          </w:tcPr>
          <w:p w14:paraId="1D63A5FD" w14:textId="77777777" w:rsidR="007A5E59" w:rsidRDefault="0095198F">
            <w:pPr>
              <w:jc w:val="center"/>
            </w:pPr>
            <w:r>
              <w:t>37</w:t>
            </w:r>
          </w:p>
        </w:tc>
        <w:tc>
          <w:tcPr>
            <w:tcW w:w="0" w:type="auto"/>
          </w:tcPr>
          <w:p w14:paraId="12E3962E" w14:textId="77777777" w:rsidR="007A5E59" w:rsidRDefault="0095198F">
            <w:r>
              <w:t>канал.</w:t>
            </w:r>
          </w:p>
        </w:tc>
      </w:tr>
      <w:tr w:rsidR="007A5E59" w14:paraId="327333A9" w14:textId="77777777">
        <w:trPr>
          <w:jc w:val="center"/>
        </w:trPr>
        <w:tc>
          <w:tcPr>
            <w:tcW w:w="0" w:type="auto"/>
          </w:tcPr>
          <w:p w14:paraId="2216743C" w14:textId="77777777" w:rsidR="007A5E59" w:rsidRDefault="0095198F">
            <w:pPr>
              <w:jc w:val="center"/>
            </w:pPr>
            <w:r>
              <w:t>48</w:t>
            </w:r>
          </w:p>
        </w:tc>
        <w:tc>
          <w:tcPr>
            <w:tcW w:w="0" w:type="auto"/>
          </w:tcPr>
          <w:p w14:paraId="5275F09F" w14:textId="77777777" w:rsidR="007A5E59" w:rsidRDefault="0095198F">
            <w:r>
              <w:t>Тепловые сети ул. Ленина, 18</w:t>
            </w:r>
          </w:p>
        </w:tc>
        <w:tc>
          <w:tcPr>
            <w:tcW w:w="0" w:type="auto"/>
          </w:tcPr>
          <w:p w14:paraId="119CE0E7" w14:textId="77777777" w:rsidR="007A5E59" w:rsidRDefault="0095198F">
            <w:pPr>
              <w:jc w:val="center"/>
            </w:pPr>
            <w:r>
              <w:t>65</w:t>
            </w:r>
          </w:p>
        </w:tc>
        <w:tc>
          <w:tcPr>
            <w:tcW w:w="0" w:type="auto"/>
          </w:tcPr>
          <w:p w14:paraId="4A6CA8ED" w14:textId="77777777" w:rsidR="007A5E59" w:rsidRDefault="0095198F">
            <w:pPr>
              <w:jc w:val="center"/>
            </w:pPr>
            <w:r>
              <w:t>2009</w:t>
            </w:r>
          </w:p>
        </w:tc>
        <w:tc>
          <w:tcPr>
            <w:tcW w:w="0" w:type="auto"/>
          </w:tcPr>
          <w:p w14:paraId="45996FFA" w14:textId="77777777" w:rsidR="007A5E59" w:rsidRDefault="0095198F">
            <w:pPr>
              <w:jc w:val="center"/>
            </w:pPr>
            <w:r>
              <w:t>35</w:t>
            </w:r>
          </w:p>
        </w:tc>
        <w:tc>
          <w:tcPr>
            <w:tcW w:w="0" w:type="auto"/>
          </w:tcPr>
          <w:p w14:paraId="2A69A888" w14:textId="77777777" w:rsidR="007A5E59" w:rsidRDefault="0095198F">
            <w:r>
              <w:t>канал.</w:t>
            </w:r>
          </w:p>
        </w:tc>
      </w:tr>
      <w:tr w:rsidR="007A5E59" w14:paraId="48E8A291" w14:textId="77777777">
        <w:trPr>
          <w:jc w:val="center"/>
        </w:trPr>
        <w:tc>
          <w:tcPr>
            <w:tcW w:w="0" w:type="auto"/>
          </w:tcPr>
          <w:p w14:paraId="0891B476" w14:textId="77777777" w:rsidR="007A5E59" w:rsidRDefault="0095198F">
            <w:pPr>
              <w:jc w:val="center"/>
            </w:pPr>
            <w:r>
              <w:t>49</w:t>
            </w:r>
          </w:p>
        </w:tc>
        <w:tc>
          <w:tcPr>
            <w:tcW w:w="0" w:type="auto"/>
          </w:tcPr>
          <w:p w14:paraId="58C4D314" w14:textId="77777777" w:rsidR="007A5E59" w:rsidRDefault="0095198F">
            <w:r>
              <w:t>Тепловые сети ул. Ленина, 19</w:t>
            </w:r>
          </w:p>
        </w:tc>
        <w:tc>
          <w:tcPr>
            <w:tcW w:w="0" w:type="auto"/>
          </w:tcPr>
          <w:p w14:paraId="11E299A9" w14:textId="77777777" w:rsidR="007A5E59" w:rsidRDefault="0095198F">
            <w:pPr>
              <w:jc w:val="center"/>
            </w:pPr>
            <w:r>
              <w:t>65</w:t>
            </w:r>
          </w:p>
        </w:tc>
        <w:tc>
          <w:tcPr>
            <w:tcW w:w="0" w:type="auto"/>
          </w:tcPr>
          <w:p w14:paraId="3D2D9161" w14:textId="77777777" w:rsidR="007A5E59" w:rsidRDefault="0095198F">
            <w:pPr>
              <w:jc w:val="center"/>
            </w:pPr>
            <w:r>
              <w:t>2008</w:t>
            </w:r>
          </w:p>
        </w:tc>
        <w:tc>
          <w:tcPr>
            <w:tcW w:w="0" w:type="auto"/>
          </w:tcPr>
          <w:p w14:paraId="182F1DCB" w14:textId="77777777" w:rsidR="007A5E59" w:rsidRDefault="0095198F">
            <w:pPr>
              <w:jc w:val="center"/>
            </w:pPr>
            <w:r>
              <w:t>15</w:t>
            </w:r>
          </w:p>
        </w:tc>
        <w:tc>
          <w:tcPr>
            <w:tcW w:w="0" w:type="auto"/>
          </w:tcPr>
          <w:p w14:paraId="6296A945" w14:textId="77777777" w:rsidR="007A5E59" w:rsidRDefault="0095198F">
            <w:r>
              <w:t>канал.</w:t>
            </w:r>
          </w:p>
        </w:tc>
      </w:tr>
      <w:tr w:rsidR="007A5E59" w14:paraId="47EC89A5" w14:textId="77777777">
        <w:trPr>
          <w:jc w:val="center"/>
        </w:trPr>
        <w:tc>
          <w:tcPr>
            <w:tcW w:w="0" w:type="auto"/>
          </w:tcPr>
          <w:p w14:paraId="1FB18119" w14:textId="77777777" w:rsidR="007A5E59" w:rsidRDefault="0095198F">
            <w:pPr>
              <w:jc w:val="center"/>
            </w:pPr>
            <w:r>
              <w:t>50</w:t>
            </w:r>
          </w:p>
        </w:tc>
        <w:tc>
          <w:tcPr>
            <w:tcW w:w="0" w:type="auto"/>
          </w:tcPr>
          <w:p w14:paraId="77B26F8D" w14:textId="77777777" w:rsidR="007A5E59" w:rsidRDefault="007A5E59"/>
        </w:tc>
        <w:tc>
          <w:tcPr>
            <w:tcW w:w="0" w:type="auto"/>
          </w:tcPr>
          <w:p w14:paraId="136E5B67" w14:textId="77777777" w:rsidR="007A5E59" w:rsidRDefault="0095198F">
            <w:pPr>
              <w:jc w:val="center"/>
            </w:pPr>
            <w:r>
              <w:t>65</w:t>
            </w:r>
          </w:p>
        </w:tc>
        <w:tc>
          <w:tcPr>
            <w:tcW w:w="0" w:type="auto"/>
          </w:tcPr>
          <w:p w14:paraId="0BB5368B" w14:textId="77777777" w:rsidR="007A5E59" w:rsidRDefault="0095198F">
            <w:pPr>
              <w:jc w:val="center"/>
            </w:pPr>
            <w:r>
              <w:t>2008</w:t>
            </w:r>
          </w:p>
        </w:tc>
        <w:tc>
          <w:tcPr>
            <w:tcW w:w="0" w:type="auto"/>
          </w:tcPr>
          <w:p w14:paraId="41FA27D8" w14:textId="77777777" w:rsidR="007A5E59" w:rsidRDefault="0095198F">
            <w:pPr>
              <w:jc w:val="center"/>
            </w:pPr>
            <w:r>
              <w:t>15</w:t>
            </w:r>
          </w:p>
        </w:tc>
        <w:tc>
          <w:tcPr>
            <w:tcW w:w="0" w:type="auto"/>
          </w:tcPr>
          <w:p w14:paraId="34D76FE6" w14:textId="77777777" w:rsidR="007A5E59" w:rsidRDefault="0095198F">
            <w:r>
              <w:t>канал.</w:t>
            </w:r>
          </w:p>
        </w:tc>
      </w:tr>
      <w:tr w:rsidR="007A5E59" w14:paraId="79B8AF24" w14:textId="77777777">
        <w:trPr>
          <w:jc w:val="center"/>
        </w:trPr>
        <w:tc>
          <w:tcPr>
            <w:tcW w:w="0" w:type="auto"/>
          </w:tcPr>
          <w:p w14:paraId="58695688" w14:textId="77777777" w:rsidR="007A5E59" w:rsidRDefault="0095198F">
            <w:pPr>
              <w:jc w:val="center"/>
            </w:pPr>
            <w:r>
              <w:t>51</w:t>
            </w:r>
          </w:p>
        </w:tc>
        <w:tc>
          <w:tcPr>
            <w:tcW w:w="0" w:type="auto"/>
          </w:tcPr>
          <w:p w14:paraId="5C298635" w14:textId="77777777" w:rsidR="007A5E59" w:rsidRDefault="0095198F">
            <w:r>
              <w:t>Тепловые сети ул. Ленина, 20</w:t>
            </w:r>
          </w:p>
        </w:tc>
        <w:tc>
          <w:tcPr>
            <w:tcW w:w="0" w:type="auto"/>
          </w:tcPr>
          <w:p w14:paraId="400E812F" w14:textId="77777777" w:rsidR="007A5E59" w:rsidRDefault="0095198F">
            <w:pPr>
              <w:jc w:val="center"/>
            </w:pPr>
            <w:r>
              <w:t>100</w:t>
            </w:r>
          </w:p>
        </w:tc>
        <w:tc>
          <w:tcPr>
            <w:tcW w:w="0" w:type="auto"/>
          </w:tcPr>
          <w:p w14:paraId="077ED16D" w14:textId="77777777" w:rsidR="007A5E59" w:rsidRDefault="0095198F">
            <w:pPr>
              <w:jc w:val="center"/>
            </w:pPr>
            <w:r>
              <w:t>2000</w:t>
            </w:r>
          </w:p>
        </w:tc>
        <w:tc>
          <w:tcPr>
            <w:tcW w:w="0" w:type="auto"/>
          </w:tcPr>
          <w:p w14:paraId="273504E9" w14:textId="77777777" w:rsidR="007A5E59" w:rsidRDefault="0095198F">
            <w:pPr>
              <w:jc w:val="center"/>
            </w:pPr>
            <w:r>
              <w:t>30</w:t>
            </w:r>
          </w:p>
        </w:tc>
        <w:tc>
          <w:tcPr>
            <w:tcW w:w="0" w:type="auto"/>
          </w:tcPr>
          <w:p w14:paraId="380A2EF8" w14:textId="77777777" w:rsidR="007A5E59" w:rsidRDefault="0095198F">
            <w:r>
              <w:t>канал.</w:t>
            </w:r>
          </w:p>
        </w:tc>
      </w:tr>
      <w:tr w:rsidR="007A5E59" w14:paraId="6DF36FE5" w14:textId="77777777">
        <w:trPr>
          <w:jc w:val="center"/>
        </w:trPr>
        <w:tc>
          <w:tcPr>
            <w:tcW w:w="0" w:type="auto"/>
          </w:tcPr>
          <w:p w14:paraId="3D23EA1F" w14:textId="77777777" w:rsidR="007A5E59" w:rsidRDefault="0095198F">
            <w:pPr>
              <w:jc w:val="center"/>
            </w:pPr>
            <w:r>
              <w:t>52</w:t>
            </w:r>
          </w:p>
        </w:tc>
        <w:tc>
          <w:tcPr>
            <w:tcW w:w="0" w:type="auto"/>
          </w:tcPr>
          <w:p w14:paraId="25D96C6C" w14:textId="77777777" w:rsidR="007A5E59" w:rsidRDefault="0095198F">
            <w:r>
              <w:t>Тепловые сети ул. Ленина, 21</w:t>
            </w:r>
          </w:p>
        </w:tc>
        <w:tc>
          <w:tcPr>
            <w:tcW w:w="0" w:type="auto"/>
          </w:tcPr>
          <w:p w14:paraId="212137D0" w14:textId="77777777" w:rsidR="007A5E59" w:rsidRDefault="0095198F">
            <w:pPr>
              <w:jc w:val="center"/>
            </w:pPr>
            <w:r>
              <w:t>125</w:t>
            </w:r>
          </w:p>
        </w:tc>
        <w:tc>
          <w:tcPr>
            <w:tcW w:w="0" w:type="auto"/>
          </w:tcPr>
          <w:p w14:paraId="1266F278" w14:textId="77777777" w:rsidR="007A5E59" w:rsidRDefault="0095198F">
            <w:pPr>
              <w:jc w:val="center"/>
            </w:pPr>
            <w:r>
              <w:t>2000</w:t>
            </w:r>
          </w:p>
        </w:tc>
        <w:tc>
          <w:tcPr>
            <w:tcW w:w="0" w:type="auto"/>
          </w:tcPr>
          <w:p w14:paraId="12709926" w14:textId="77777777" w:rsidR="007A5E59" w:rsidRDefault="0095198F">
            <w:pPr>
              <w:jc w:val="center"/>
            </w:pPr>
            <w:r>
              <w:t>10</w:t>
            </w:r>
          </w:p>
        </w:tc>
        <w:tc>
          <w:tcPr>
            <w:tcW w:w="0" w:type="auto"/>
          </w:tcPr>
          <w:p w14:paraId="04AFF916" w14:textId="77777777" w:rsidR="007A5E59" w:rsidRDefault="0095198F">
            <w:r>
              <w:t>канал.</w:t>
            </w:r>
          </w:p>
        </w:tc>
      </w:tr>
      <w:tr w:rsidR="007A5E59" w14:paraId="5983D1D8" w14:textId="77777777">
        <w:trPr>
          <w:jc w:val="center"/>
        </w:trPr>
        <w:tc>
          <w:tcPr>
            <w:tcW w:w="0" w:type="auto"/>
          </w:tcPr>
          <w:p w14:paraId="2F189928" w14:textId="77777777" w:rsidR="007A5E59" w:rsidRDefault="0095198F">
            <w:pPr>
              <w:jc w:val="center"/>
            </w:pPr>
            <w:r>
              <w:t>53</w:t>
            </w:r>
          </w:p>
        </w:tc>
        <w:tc>
          <w:tcPr>
            <w:tcW w:w="0" w:type="auto"/>
          </w:tcPr>
          <w:p w14:paraId="5DB85BD6" w14:textId="77777777" w:rsidR="007A5E59" w:rsidRDefault="0095198F">
            <w:r>
              <w:t>Тепловые сети ул. Ленина, 23</w:t>
            </w:r>
          </w:p>
        </w:tc>
        <w:tc>
          <w:tcPr>
            <w:tcW w:w="0" w:type="auto"/>
          </w:tcPr>
          <w:p w14:paraId="04A80573" w14:textId="77777777" w:rsidR="007A5E59" w:rsidRDefault="0095198F">
            <w:pPr>
              <w:jc w:val="center"/>
            </w:pPr>
            <w:r>
              <w:t>65</w:t>
            </w:r>
          </w:p>
        </w:tc>
        <w:tc>
          <w:tcPr>
            <w:tcW w:w="0" w:type="auto"/>
          </w:tcPr>
          <w:p w14:paraId="3CE5C50D" w14:textId="77777777" w:rsidR="007A5E59" w:rsidRDefault="0095198F">
            <w:pPr>
              <w:jc w:val="center"/>
            </w:pPr>
            <w:r>
              <w:t>2013</w:t>
            </w:r>
          </w:p>
        </w:tc>
        <w:tc>
          <w:tcPr>
            <w:tcW w:w="0" w:type="auto"/>
          </w:tcPr>
          <w:p w14:paraId="55C54702" w14:textId="77777777" w:rsidR="007A5E59" w:rsidRDefault="0095198F">
            <w:pPr>
              <w:jc w:val="center"/>
            </w:pPr>
            <w:r>
              <w:t>15</w:t>
            </w:r>
          </w:p>
        </w:tc>
        <w:tc>
          <w:tcPr>
            <w:tcW w:w="0" w:type="auto"/>
          </w:tcPr>
          <w:p w14:paraId="0C41F5EA" w14:textId="77777777" w:rsidR="007A5E59" w:rsidRDefault="0095198F">
            <w:r>
              <w:t>канал.</w:t>
            </w:r>
          </w:p>
        </w:tc>
      </w:tr>
      <w:tr w:rsidR="007A5E59" w14:paraId="56CB18E4" w14:textId="77777777">
        <w:trPr>
          <w:jc w:val="center"/>
        </w:trPr>
        <w:tc>
          <w:tcPr>
            <w:tcW w:w="0" w:type="auto"/>
          </w:tcPr>
          <w:p w14:paraId="31164262" w14:textId="77777777" w:rsidR="007A5E59" w:rsidRDefault="0095198F">
            <w:pPr>
              <w:jc w:val="center"/>
            </w:pPr>
            <w:r>
              <w:t>54</w:t>
            </w:r>
          </w:p>
        </w:tc>
        <w:tc>
          <w:tcPr>
            <w:tcW w:w="0" w:type="auto"/>
          </w:tcPr>
          <w:p w14:paraId="3DFD6731" w14:textId="77777777" w:rsidR="007A5E59" w:rsidRDefault="0095198F">
            <w:r>
              <w:t>Тепловые сети ул. Ленина, 26</w:t>
            </w:r>
          </w:p>
        </w:tc>
        <w:tc>
          <w:tcPr>
            <w:tcW w:w="0" w:type="auto"/>
          </w:tcPr>
          <w:p w14:paraId="3D6CA87B" w14:textId="77777777" w:rsidR="007A5E59" w:rsidRDefault="0095198F">
            <w:pPr>
              <w:jc w:val="center"/>
            </w:pPr>
            <w:r>
              <w:t>65</w:t>
            </w:r>
          </w:p>
        </w:tc>
        <w:tc>
          <w:tcPr>
            <w:tcW w:w="0" w:type="auto"/>
          </w:tcPr>
          <w:p w14:paraId="0C883CD2" w14:textId="77777777" w:rsidR="007A5E59" w:rsidRDefault="0095198F">
            <w:pPr>
              <w:jc w:val="center"/>
            </w:pPr>
            <w:r>
              <w:t>2006</w:t>
            </w:r>
          </w:p>
        </w:tc>
        <w:tc>
          <w:tcPr>
            <w:tcW w:w="0" w:type="auto"/>
          </w:tcPr>
          <w:p w14:paraId="6191F85D" w14:textId="77777777" w:rsidR="007A5E59" w:rsidRDefault="0095198F">
            <w:pPr>
              <w:jc w:val="center"/>
            </w:pPr>
            <w:r>
              <w:t>17</w:t>
            </w:r>
          </w:p>
        </w:tc>
        <w:tc>
          <w:tcPr>
            <w:tcW w:w="0" w:type="auto"/>
          </w:tcPr>
          <w:p w14:paraId="37F1EAD7" w14:textId="77777777" w:rsidR="007A5E59" w:rsidRDefault="0095198F">
            <w:r>
              <w:t>канал.</w:t>
            </w:r>
          </w:p>
        </w:tc>
      </w:tr>
      <w:tr w:rsidR="007A5E59" w14:paraId="3F63B397" w14:textId="77777777">
        <w:trPr>
          <w:jc w:val="center"/>
        </w:trPr>
        <w:tc>
          <w:tcPr>
            <w:tcW w:w="0" w:type="auto"/>
          </w:tcPr>
          <w:p w14:paraId="4886B40D" w14:textId="77777777" w:rsidR="007A5E59" w:rsidRDefault="0095198F">
            <w:pPr>
              <w:jc w:val="center"/>
            </w:pPr>
            <w:r>
              <w:t>55</w:t>
            </w:r>
          </w:p>
        </w:tc>
        <w:tc>
          <w:tcPr>
            <w:tcW w:w="0" w:type="auto"/>
          </w:tcPr>
          <w:p w14:paraId="72B62CAA" w14:textId="77777777" w:rsidR="007A5E59" w:rsidRDefault="0095198F">
            <w:r>
              <w:t>Тепловые сети ул. Ленина, 29</w:t>
            </w:r>
          </w:p>
        </w:tc>
        <w:tc>
          <w:tcPr>
            <w:tcW w:w="0" w:type="auto"/>
          </w:tcPr>
          <w:p w14:paraId="51DC5CB5" w14:textId="77777777" w:rsidR="007A5E59" w:rsidRDefault="0095198F">
            <w:pPr>
              <w:jc w:val="center"/>
            </w:pPr>
            <w:r>
              <w:t>100</w:t>
            </w:r>
          </w:p>
        </w:tc>
        <w:tc>
          <w:tcPr>
            <w:tcW w:w="0" w:type="auto"/>
          </w:tcPr>
          <w:p w14:paraId="0DDD7BC6" w14:textId="77777777" w:rsidR="007A5E59" w:rsidRDefault="0095198F">
            <w:pPr>
              <w:jc w:val="center"/>
            </w:pPr>
            <w:r>
              <w:t>2009</w:t>
            </w:r>
          </w:p>
        </w:tc>
        <w:tc>
          <w:tcPr>
            <w:tcW w:w="0" w:type="auto"/>
          </w:tcPr>
          <w:p w14:paraId="04E2239D" w14:textId="77777777" w:rsidR="007A5E59" w:rsidRDefault="0095198F">
            <w:pPr>
              <w:jc w:val="center"/>
            </w:pPr>
            <w:r>
              <w:t>20</w:t>
            </w:r>
          </w:p>
        </w:tc>
        <w:tc>
          <w:tcPr>
            <w:tcW w:w="0" w:type="auto"/>
          </w:tcPr>
          <w:p w14:paraId="727CF8DA" w14:textId="77777777" w:rsidR="007A5E59" w:rsidRDefault="0095198F">
            <w:r>
              <w:t>канал.</w:t>
            </w:r>
          </w:p>
        </w:tc>
      </w:tr>
      <w:tr w:rsidR="007A5E59" w14:paraId="0EC1D6BD" w14:textId="77777777">
        <w:trPr>
          <w:jc w:val="center"/>
        </w:trPr>
        <w:tc>
          <w:tcPr>
            <w:tcW w:w="0" w:type="auto"/>
          </w:tcPr>
          <w:p w14:paraId="6EED6D03" w14:textId="77777777" w:rsidR="007A5E59" w:rsidRDefault="0095198F">
            <w:pPr>
              <w:jc w:val="center"/>
            </w:pPr>
            <w:r>
              <w:t>56</w:t>
            </w:r>
          </w:p>
        </w:tc>
        <w:tc>
          <w:tcPr>
            <w:tcW w:w="0" w:type="auto"/>
          </w:tcPr>
          <w:p w14:paraId="257BFF08" w14:textId="77777777" w:rsidR="007A5E59" w:rsidRDefault="0095198F">
            <w:r>
              <w:t>Тепловые сети ул. Ленина, 30</w:t>
            </w:r>
          </w:p>
        </w:tc>
        <w:tc>
          <w:tcPr>
            <w:tcW w:w="0" w:type="auto"/>
          </w:tcPr>
          <w:p w14:paraId="20F3A1F6" w14:textId="77777777" w:rsidR="007A5E59" w:rsidRDefault="0095198F">
            <w:pPr>
              <w:jc w:val="center"/>
            </w:pPr>
            <w:r>
              <w:t>100</w:t>
            </w:r>
          </w:p>
        </w:tc>
        <w:tc>
          <w:tcPr>
            <w:tcW w:w="0" w:type="auto"/>
          </w:tcPr>
          <w:p w14:paraId="3D991BDB" w14:textId="77777777" w:rsidR="007A5E59" w:rsidRDefault="0095198F">
            <w:pPr>
              <w:jc w:val="center"/>
            </w:pPr>
            <w:r>
              <w:t>2005</w:t>
            </w:r>
          </w:p>
        </w:tc>
        <w:tc>
          <w:tcPr>
            <w:tcW w:w="0" w:type="auto"/>
          </w:tcPr>
          <w:p w14:paraId="35CE70F5" w14:textId="77777777" w:rsidR="007A5E59" w:rsidRDefault="0095198F">
            <w:pPr>
              <w:jc w:val="center"/>
            </w:pPr>
            <w:r>
              <w:t>28</w:t>
            </w:r>
          </w:p>
        </w:tc>
        <w:tc>
          <w:tcPr>
            <w:tcW w:w="0" w:type="auto"/>
          </w:tcPr>
          <w:p w14:paraId="4BD03D05" w14:textId="77777777" w:rsidR="007A5E59" w:rsidRDefault="0095198F">
            <w:r>
              <w:t>канал.</w:t>
            </w:r>
          </w:p>
        </w:tc>
      </w:tr>
      <w:tr w:rsidR="007A5E59" w14:paraId="2B55C452" w14:textId="77777777">
        <w:trPr>
          <w:jc w:val="center"/>
        </w:trPr>
        <w:tc>
          <w:tcPr>
            <w:tcW w:w="0" w:type="auto"/>
          </w:tcPr>
          <w:p w14:paraId="3D57D60B" w14:textId="77777777" w:rsidR="007A5E59" w:rsidRDefault="0095198F">
            <w:pPr>
              <w:jc w:val="center"/>
            </w:pPr>
            <w:r>
              <w:t>57</w:t>
            </w:r>
          </w:p>
        </w:tc>
        <w:tc>
          <w:tcPr>
            <w:tcW w:w="0" w:type="auto"/>
          </w:tcPr>
          <w:p w14:paraId="6DBB457A" w14:textId="77777777" w:rsidR="007A5E59" w:rsidRDefault="0095198F">
            <w:r>
              <w:t>Тепловые сети ул. Ленина, 31</w:t>
            </w:r>
          </w:p>
        </w:tc>
        <w:tc>
          <w:tcPr>
            <w:tcW w:w="0" w:type="auto"/>
          </w:tcPr>
          <w:p w14:paraId="44653F39" w14:textId="77777777" w:rsidR="007A5E59" w:rsidRDefault="0095198F">
            <w:pPr>
              <w:jc w:val="center"/>
            </w:pPr>
            <w:r>
              <w:t>65</w:t>
            </w:r>
          </w:p>
        </w:tc>
        <w:tc>
          <w:tcPr>
            <w:tcW w:w="0" w:type="auto"/>
          </w:tcPr>
          <w:p w14:paraId="7B3748BE" w14:textId="77777777" w:rsidR="007A5E59" w:rsidRDefault="0095198F">
            <w:pPr>
              <w:jc w:val="center"/>
            </w:pPr>
            <w:r>
              <w:t>2007</w:t>
            </w:r>
          </w:p>
        </w:tc>
        <w:tc>
          <w:tcPr>
            <w:tcW w:w="0" w:type="auto"/>
          </w:tcPr>
          <w:p w14:paraId="12EE9577" w14:textId="77777777" w:rsidR="007A5E59" w:rsidRDefault="0095198F">
            <w:pPr>
              <w:jc w:val="center"/>
            </w:pPr>
            <w:r>
              <w:t>25</w:t>
            </w:r>
          </w:p>
        </w:tc>
        <w:tc>
          <w:tcPr>
            <w:tcW w:w="0" w:type="auto"/>
          </w:tcPr>
          <w:p w14:paraId="65E8B432" w14:textId="77777777" w:rsidR="007A5E59" w:rsidRDefault="0095198F">
            <w:r>
              <w:t>канал.</w:t>
            </w:r>
          </w:p>
        </w:tc>
      </w:tr>
      <w:tr w:rsidR="007A5E59" w14:paraId="124BC2D3" w14:textId="77777777">
        <w:trPr>
          <w:jc w:val="center"/>
        </w:trPr>
        <w:tc>
          <w:tcPr>
            <w:tcW w:w="0" w:type="auto"/>
          </w:tcPr>
          <w:p w14:paraId="145955AF" w14:textId="77777777" w:rsidR="007A5E59" w:rsidRDefault="0095198F">
            <w:pPr>
              <w:jc w:val="center"/>
            </w:pPr>
            <w:r>
              <w:t>58</w:t>
            </w:r>
          </w:p>
        </w:tc>
        <w:tc>
          <w:tcPr>
            <w:tcW w:w="0" w:type="auto"/>
          </w:tcPr>
          <w:p w14:paraId="4238D086" w14:textId="77777777" w:rsidR="007A5E59" w:rsidRDefault="0095198F">
            <w:r>
              <w:t>Тепловые сети ул. Кабалевского, 1</w:t>
            </w:r>
          </w:p>
        </w:tc>
        <w:tc>
          <w:tcPr>
            <w:tcW w:w="0" w:type="auto"/>
          </w:tcPr>
          <w:p w14:paraId="18A47621" w14:textId="77777777" w:rsidR="007A5E59" w:rsidRDefault="0095198F">
            <w:pPr>
              <w:jc w:val="center"/>
            </w:pPr>
            <w:r>
              <w:t>100</w:t>
            </w:r>
          </w:p>
        </w:tc>
        <w:tc>
          <w:tcPr>
            <w:tcW w:w="0" w:type="auto"/>
          </w:tcPr>
          <w:p w14:paraId="78549478" w14:textId="77777777" w:rsidR="007A5E59" w:rsidRDefault="0095198F">
            <w:pPr>
              <w:jc w:val="center"/>
            </w:pPr>
            <w:r>
              <w:t>1998</w:t>
            </w:r>
          </w:p>
        </w:tc>
        <w:tc>
          <w:tcPr>
            <w:tcW w:w="0" w:type="auto"/>
          </w:tcPr>
          <w:p w14:paraId="5FD0C08B" w14:textId="77777777" w:rsidR="007A5E59" w:rsidRDefault="0095198F">
            <w:pPr>
              <w:jc w:val="center"/>
            </w:pPr>
            <w:r>
              <w:t>23</w:t>
            </w:r>
          </w:p>
        </w:tc>
        <w:tc>
          <w:tcPr>
            <w:tcW w:w="0" w:type="auto"/>
          </w:tcPr>
          <w:p w14:paraId="66778590" w14:textId="77777777" w:rsidR="007A5E59" w:rsidRDefault="0095198F">
            <w:r>
              <w:t>канал.</w:t>
            </w:r>
          </w:p>
        </w:tc>
      </w:tr>
      <w:tr w:rsidR="007A5E59" w14:paraId="77E88C85" w14:textId="77777777">
        <w:trPr>
          <w:jc w:val="center"/>
        </w:trPr>
        <w:tc>
          <w:tcPr>
            <w:tcW w:w="0" w:type="auto"/>
          </w:tcPr>
          <w:p w14:paraId="7F7DE680" w14:textId="77777777" w:rsidR="007A5E59" w:rsidRDefault="0095198F">
            <w:pPr>
              <w:jc w:val="center"/>
            </w:pPr>
            <w:r>
              <w:t>59</w:t>
            </w:r>
          </w:p>
        </w:tc>
        <w:tc>
          <w:tcPr>
            <w:tcW w:w="0" w:type="auto"/>
          </w:tcPr>
          <w:p w14:paraId="1C00B224" w14:textId="77777777" w:rsidR="007A5E59" w:rsidRDefault="0095198F">
            <w:r>
              <w:t>Тепловые сети ул. Кабалевского, 2</w:t>
            </w:r>
          </w:p>
        </w:tc>
        <w:tc>
          <w:tcPr>
            <w:tcW w:w="0" w:type="auto"/>
          </w:tcPr>
          <w:p w14:paraId="61BEC972" w14:textId="77777777" w:rsidR="007A5E59" w:rsidRDefault="0095198F">
            <w:pPr>
              <w:jc w:val="center"/>
            </w:pPr>
            <w:r>
              <w:t>100</w:t>
            </w:r>
          </w:p>
        </w:tc>
        <w:tc>
          <w:tcPr>
            <w:tcW w:w="0" w:type="auto"/>
          </w:tcPr>
          <w:p w14:paraId="6F43075B" w14:textId="77777777" w:rsidR="007A5E59" w:rsidRDefault="0095198F">
            <w:pPr>
              <w:jc w:val="center"/>
            </w:pPr>
            <w:r>
              <w:t>2005</w:t>
            </w:r>
          </w:p>
        </w:tc>
        <w:tc>
          <w:tcPr>
            <w:tcW w:w="0" w:type="auto"/>
          </w:tcPr>
          <w:p w14:paraId="797E324E" w14:textId="77777777" w:rsidR="007A5E59" w:rsidRDefault="0095198F">
            <w:pPr>
              <w:jc w:val="center"/>
            </w:pPr>
            <w:r>
              <w:t>12</w:t>
            </w:r>
          </w:p>
        </w:tc>
        <w:tc>
          <w:tcPr>
            <w:tcW w:w="0" w:type="auto"/>
          </w:tcPr>
          <w:p w14:paraId="795CCB1A" w14:textId="77777777" w:rsidR="007A5E59" w:rsidRDefault="0095198F">
            <w:r>
              <w:t>канал.</w:t>
            </w:r>
          </w:p>
        </w:tc>
      </w:tr>
      <w:tr w:rsidR="007A5E59" w14:paraId="3D986AD8" w14:textId="77777777">
        <w:trPr>
          <w:jc w:val="center"/>
        </w:trPr>
        <w:tc>
          <w:tcPr>
            <w:tcW w:w="0" w:type="auto"/>
          </w:tcPr>
          <w:p w14:paraId="2F63AFB2" w14:textId="77777777" w:rsidR="007A5E59" w:rsidRDefault="0095198F">
            <w:pPr>
              <w:jc w:val="center"/>
            </w:pPr>
            <w:r>
              <w:t>60</w:t>
            </w:r>
          </w:p>
        </w:tc>
        <w:tc>
          <w:tcPr>
            <w:tcW w:w="0" w:type="auto"/>
          </w:tcPr>
          <w:p w14:paraId="1E58105D" w14:textId="77777777" w:rsidR="007A5E59" w:rsidRDefault="0095198F">
            <w:r>
              <w:t>Тепловые сети ул. Кабалевского, 3</w:t>
            </w:r>
          </w:p>
        </w:tc>
        <w:tc>
          <w:tcPr>
            <w:tcW w:w="0" w:type="auto"/>
          </w:tcPr>
          <w:p w14:paraId="33788B50" w14:textId="77777777" w:rsidR="007A5E59" w:rsidRDefault="0095198F">
            <w:pPr>
              <w:jc w:val="center"/>
            </w:pPr>
            <w:r>
              <w:t>65</w:t>
            </w:r>
          </w:p>
        </w:tc>
        <w:tc>
          <w:tcPr>
            <w:tcW w:w="0" w:type="auto"/>
          </w:tcPr>
          <w:p w14:paraId="32855980" w14:textId="77777777" w:rsidR="007A5E59" w:rsidRDefault="0095198F">
            <w:pPr>
              <w:jc w:val="center"/>
            </w:pPr>
            <w:r>
              <w:t>2011</w:t>
            </w:r>
          </w:p>
        </w:tc>
        <w:tc>
          <w:tcPr>
            <w:tcW w:w="0" w:type="auto"/>
          </w:tcPr>
          <w:p w14:paraId="40C74A62" w14:textId="77777777" w:rsidR="007A5E59" w:rsidRDefault="0095198F">
            <w:pPr>
              <w:jc w:val="center"/>
            </w:pPr>
            <w:r>
              <w:t>28</w:t>
            </w:r>
          </w:p>
        </w:tc>
        <w:tc>
          <w:tcPr>
            <w:tcW w:w="0" w:type="auto"/>
          </w:tcPr>
          <w:p w14:paraId="387D64FF" w14:textId="77777777" w:rsidR="007A5E59" w:rsidRDefault="0095198F">
            <w:r>
              <w:t>канал.</w:t>
            </w:r>
          </w:p>
        </w:tc>
      </w:tr>
      <w:tr w:rsidR="007A5E59" w14:paraId="21A67BE1" w14:textId="77777777">
        <w:trPr>
          <w:jc w:val="center"/>
        </w:trPr>
        <w:tc>
          <w:tcPr>
            <w:tcW w:w="0" w:type="auto"/>
          </w:tcPr>
          <w:p w14:paraId="1B47C301" w14:textId="77777777" w:rsidR="007A5E59" w:rsidRDefault="0095198F">
            <w:pPr>
              <w:jc w:val="center"/>
            </w:pPr>
            <w:r>
              <w:t>61</w:t>
            </w:r>
          </w:p>
        </w:tc>
        <w:tc>
          <w:tcPr>
            <w:tcW w:w="0" w:type="auto"/>
          </w:tcPr>
          <w:p w14:paraId="2B10AB5F" w14:textId="77777777" w:rsidR="007A5E59" w:rsidRDefault="0095198F">
            <w:r>
              <w:t>Тепловые сети ул. Кабалевского, 7</w:t>
            </w:r>
          </w:p>
        </w:tc>
        <w:tc>
          <w:tcPr>
            <w:tcW w:w="0" w:type="auto"/>
          </w:tcPr>
          <w:p w14:paraId="398B2338" w14:textId="77777777" w:rsidR="007A5E59" w:rsidRDefault="0095198F">
            <w:pPr>
              <w:jc w:val="center"/>
            </w:pPr>
            <w:r>
              <w:t>80</w:t>
            </w:r>
          </w:p>
        </w:tc>
        <w:tc>
          <w:tcPr>
            <w:tcW w:w="0" w:type="auto"/>
          </w:tcPr>
          <w:p w14:paraId="29D2EEAA" w14:textId="77777777" w:rsidR="007A5E59" w:rsidRDefault="0095198F">
            <w:pPr>
              <w:jc w:val="center"/>
            </w:pPr>
            <w:r>
              <w:t>2000</w:t>
            </w:r>
          </w:p>
        </w:tc>
        <w:tc>
          <w:tcPr>
            <w:tcW w:w="0" w:type="auto"/>
          </w:tcPr>
          <w:p w14:paraId="1C1AC900" w14:textId="77777777" w:rsidR="007A5E59" w:rsidRDefault="0095198F">
            <w:pPr>
              <w:jc w:val="center"/>
            </w:pPr>
            <w:r>
              <w:t>11</w:t>
            </w:r>
          </w:p>
        </w:tc>
        <w:tc>
          <w:tcPr>
            <w:tcW w:w="0" w:type="auto"/>
          </w:tcPr>
          <w:p w14:paraId="4A9DC54A" w14:textId="77777777" w:rsidR="007A5E59" w:rsidRDefault="0095198F">
            <w:r>
              <w:t>канал.</w:t>
            </w:r>
          </w:p>
        </w:tc>
      </w:tr>
      <w:tr w:rsidR="007A5E59" w14:paraId="23F898BA" w14:textId="77777777">
        <w:trPr>
          <w:jc w:val="center"/>
        </w:trPr>
        <w:tc>
          <w:tcPr>
            <w:tcW w:w="0" w:type="auto"/>
          </w:tcPr>
          <w:p w14:paraId="0AEB31F8" w14:textId="77777777" w:rsidR="007A5E59" w:rsidRDefault="0095198F">
            <w:pPr>
              <w:jc w:val="center"/>
            </w:pPr>
            <w:r>
              <w:t>62</w:t>
            </w:r>
          </w:p>
        </w:tc>
        <w:tc>
          <w:tcPr>
            <w:tcW w:w="0" w:type="auto"/>
          </w:tcPr>
          <w:p w14:paraId="7BE8B8A7" w14:textId="77777777" w:rsidR="007A5E59" w:rsidRDefault="0095198F">
            <w:r>
              <w:t>Тепловые сети ул. Строительная, 3</w:t>
            </w:r>
          </w:p>
        </w:tc>
        <w:tc>
          <w:tcPr>
            <w:tcW w:w="0" w:type="auto"/>
          </w:tcPr>
          <w:p w14:paraId="2A00DC66" w14:textId="77777777" w:rsidR="007A5E59" w:rsidRDefault="0095198F">
            <w:pPr>
              <w:jc w:val="center"/>
            </w:pPr>
            <w:r>
              <w:t>25</w:t>
            </w:r>
          </w:p>
        </w:tc>
        <w:tc>
          <w:tcPr>
            <w:tcW w:w="0" w:type="auto"/>
          </w:tcPr>
          <w:p w14:paraId="7E140719" w14:textId="77777777" w:rsidR="007A5E59" w:rsidRDefault="0095198F">
            <w:pPr>
              <w:jc w:val="center"/>
            </w:pPr>
            <w:r>
              <w:t>1996</w:t>
            </w:r>
          </w:p>
        </w:tc>
        <w:tc>
          <w:tcPr>
            <w:tcW w:w="0" w:type="auto"/>
          </w:tcPr>
          <w:p w14:paraId="61614650" w14:textId="77777777" w:rsidR="007A5E59" w:rsidRDefault="0095198F">
            <w:pPr>
              <w:jc w:val="center"/>
            </w:pPr>
            <w:r>
              <w:t>12</w:t>
            </w:r>
          </w:p>
        </w:tc>
        <w:tc>
          <w:tcPr>
            <w:tcW w:w="0" w:type="auto"/>
          </w:tcPr>
          <w:p w14:paraId="6BD34B31" w14:textId="77777777" w:rsidR="007A5E59" w:rsidRDefault="0095198F">
            <w:r>
              <w:t>канал.</w:t>
            </w:r>
          </w:p>
        </w:tc>
      </w:tr>
      <w:tr w:rsidR="007A5E59" w14:paraId="61FFE907" w14:textId="77777777">
        <w:trPr>
          <w:jc w:val="center"/>
        </w:trPr>
        <w:tc>
          <w:tcPr>
            <w:tcW w:w="0" w:type="auto"/>
          </w:tcPr>
          <w:p w14:paraId="1307F037" w14:textId="77777777" w:rsidR="007A5E59" w:rsidRDefault="0095198F">
            <w:pPr>
              <w:jc w:val="center"/>
            </w:pPr>
            <w:r>
              <w:t>63</w:t>
            </w:r>
          </w:p>
        </w:tc>
        <w:tc>
          <w:tcPr>
            <w:tcW w:w="0" w:type="auto"/>
          </w:tcPr>
          <w:p w14:paraId="32971CE3" w14:textId="77777777" w:rsidR="007A5E59" w:rsidRDefault="0095198F">
            <w:r>
              <w:t>Тепловые сети ул. Строительная, 4</w:t>
            </w:r>
          </w:p>
        </w:tc>
        <w:tc>
          <w:tcPr>
            <w:tcW w:w="0" w:type="auto"/>
          </w:tcPr>
          <w:p w14:paraId="6A3BFF10" w14:textId="77777777" w:rsidR="007A5E59" w:rsidRDefault="0095198F">
            <w:pPr>
              <w:jc w:val="center"/>
            </w:pPr>
            <w:r>
              <w:t>25</w:t>
            </w:r>
          </w:p>
        </w:tc>
        <w:tc>
          <w:tcPr>
            <w:tcW w:w="0" w:type="auto"/>
          </w:tcPr>
          <w:p w14:paraId="1AB4F769" w14:textId="77777777" w:rsidR="007A5E59" w:rsidRDefault="0095198F">
            <w:pPr>
              <w:jc w:val="center"/>
            </w:pPr>
            <w:r>
              <w:t>1996</w:t>
            </w:r>
          </w:p>
        </w:tc>
        <w:tc>
          <w:tcPr>
            <w:tcW w:w="0" w:type="auto"/>
          </w:tcPr>
          <w:p w14:paraId="2B842E85" w14:textId="77777777" w:rsidR="007A5E59" w:rsidRDefault="0095198F">
            <w:pPr>
              <w:jc w:val="center"/>
            </w:pPr>
            <w:r>
              <w:t>12</w:t>
            </w:r>
          </w:p>
        </w:tc>
        <w:tc>
          <w:tcPr>
            <w:tcW w:w="0" w:type="auto"/>
          </w:tcPr>
          <w:p w14:paraId="08F960B6" w14:textId="77777777" w:rsidR="007A5E59" w:rsidRDefault="0095198F">
            <w:r>
              <w:t>канал.</w:t>
            </w:r>
          </w:p>
        </w:tc>
      </w:tr>
      <w:tr w:rsidR="007A5E59" w14:paraId="62B01508" w14:textId="77777777">
        <w:trPr>
          <w:jc w:val="center"/>
        </w:trPr>
        <w:tc>
          <w:tcPr>
            <w:tcW w:w="0" w:type="auto"/>
          </w:tcPr>
          <w:p w14:paraId="319B9340" w14:textId="77777777" w:rsidR="007A5E59" w:rsidRDefault="0095198F">
            <w:pPr>
              <w:jc w:val="center"/>
            </w:pPr>
            <w:r>
              <w:t>64</w:t>
            </w:r>
          </w:p>
        </w:tc>
        <w:tc>
          <w:tcPr>
            <w:tcW w:w="0" w:type="auto"/>
          </w:tcPr>
          <w:p w14:paraId="386CD2B2" w14:textId="77777777" w:rsidR="007A5E59" w:rsidRDefault="0095198F">
            <w:r>
              <w:t>Тепловые сети ул. Строительная, 5</w:t>
            </w:r>
          </w:p>
        </w:tc>
        <w:tc>
          <w:tcPr>
            <w:tcW w:w="0" w:type="auto"/>
          </w:tcPr>
          <w:p w14:paraId="41DBC557" w14:textId="77777777" w:rsidR="007A5E59" w:rsidRDefault="0095198F">
            <w:pPr>
              <w:jc w:val="center"/>
            </w:pPr>
            <w:r>
              <w:t>25</w:t>
            </w:r>
          </w:p>
        </w:tc>
        <w:tc>
          <w:tcPr>
            <w:tcW w:w="0" w:type="auto"/>
          </w:tcPr>
          <w:p w14:paraId="272E69CE" w14:textId="77777777" w:rsidR="007A5E59" w:rsidRDefault="0095198F">
            <w:pPr>
              <w:jc w:val="center"/>
            </w:pPr>
            <w:r>
              <w:t>1996</w:t>
            </w:r>
          </w:p>
        </w:tc>
        <w:tc>
          <w:tcPr>
            <w:tcW w:w="0" w:type="auto"/>
          </w:tcPr>
          <w:p w14:paraId="3A9DDD73" w14:textId="77777777" w:rsidR="007A5E59" w:rsidRDefault="0095198F">
            <w:pPr>
              <w:jc w:val="center"/>
            </w:pPr>
            <w:r>
              <w:t>12</w:t>
            </w:r>
          </w:p>
        </w:tc>
        <w:tc>
          <w:tcPr>
            <w:tcW w:w="0" w:type="auto"/>
          </w:tcPr>
          <w:p w14:paraId="554567E8" w14:textId="77777777" w:rsidR="007A5E59" w:rsidRDefault="0095198F">
            <w:r>
              <w:t>канал.</w:t>
            </w:r>
          </w:p>
        </w:tc>
      </w:tr>
      <w:tr w:rsidR="007A5E59" w14:paraId="6A6DE4B8" w14:textId="77777777">
        <w:trPr>
          <w:jc w:val="center"/>
        </w:trPr>
        <w:tc>
          <w:tcPr>
            <w:tcW w:w="0" w:type="auto"/>
          </w:tcPr>
          <w:p w14:paraId="1823C760" w14:textId="77777777" w:rsidR="007A5E59" w:rsidRDefault="0095198F">
            <w:pPr>
              <w:jc w:val="center"/>
            </w:pPr>
            <w:r>
              <w:t>65</w:t>
            </w:r>
          </w:p>
        </w:tc>
        <w:tc>
          <w:tcPr>
            <w:tcW w:w="0" w:type="auto"/>
          </w:tcPr>
          <w:p w14:paraId="2FA45DD5" w14:textId="77777777" w:rsidR="007A5E59" w:rsidRDefault="0095198F">
            <w:r>
              <w:t>Тепловые сети ул. Строительная, 6</w:t>
            </w:r>
          </w:p>
        </w:tc>
        <w:tc>
          <w:tcPr>
            <w:tcW w:w="0" w:type="auto"/>
          </w:tcPr>
          <w:p w14:paraId="4FB07172" w14:textId="77777777" w:rsidR="007A5E59" w:rsidRDefault="0095198F">
            <w:pPr>
              <w:jc w:val="center"/>
            </w:pPr>
            <w:r>
              <w:t>25</w:t>
            </w:r>
          </w:p>
        </w:tc>
        <w:tc>
          <w:tcPr>
            <w:tcW w:w="0" w:type="auto"/>
          </w:tcPr>
          <w:p w14:paraId="3EFCFDAD" w14:textId="77777777" w:rsidR="007A5E59" w:rsidRDefault="0095198F">
            <w:pPr>
              <w:jc w:val="center"/>
            </w:pPr>
            <w:r>
              <w:t>1996</w:t>
            </w:r>
          </w:p>
        </w:tc>
        <w:tc>
          <w:tcPr>
            <w:tcW w:w="0" w:type="auto"/>
          </w:tcPr>
          <w:p w14:paraId="0A9CB8D5" w14:textId="77777777" w:rsidR="007A5E59" w:rsidRDefault="0095198F">
            <w:pPr>
              <w:jc w:val="center"/>
            </w:pPr>
            <w:r>
              <w:t>12</w:t>
            </w:r>
          </w:p>
        </w:tc>
        <w:tc>
          <w:tcPr>
            <w:tcW w:w="0" w:type="auto"/>
          </w:tcPr>
          <w:p w14:paraId="396B74D5" w14:textId="77777777" w:rsidR="007A5E59" w:rsidRDefault="0095198F">
            <w:r>
              <w:t>канал.</w:t>
            </w:r>
          </w:p>
        </w:tc>
      </w:tr>
      <w:tr w:rsidR="007A5E59" w14:paraId="7C400F9C" w14:textId="77777777">
        <w:trPr>
          <w:jc w:val="center"/>
        </w:trPr>
        <w:tc>
          <w:tcPr>
            <w:tcW w:w="0" w:type="auto"/>
          </w:tcPr>
          <w:p w14:paraId="14EC62C7" w14:textId="77777777" w:rsidR="007A5E59" w:rsidRDefault="0095198F">
            <w:pPr>
              <w:jc w:val="center"/>
            </w:pPr>
            <w:r>
              <w:t>66</w:t>
            </w:r>
          </w:p>
        </w:tc>
        <w:tc>
          <w:tcPr>
            <w:tcW w:w="0" w:type="auto"/>
          </w:tcPr>
          <w:p w14:paraId="4B963067" w14:textId="77777777" w:rsidR="007A5E59" w:rsidRDefault="0095198F">
            <w:r>
              <w:t>Тепловые сети ул. Строительная, 7</w:t>
            </w:r>
          </w:p>
        </w:tc>
        <w:tc>
          <w:tcPr>
            <w:tcW w:w="0" w:type="auto"/>
          </w:tcPr>
          <w:p w14:paraId="5BCBBD87" w14:textId="77777777" w:rsidR="007A5E59" w:rsidRDefault="0095198F">
            <w:pPr>
              <w:jc w:val="center"/>
            </w:pPr>
            <w:r>
              <w:t>25</w:t>
            </w:r>
          </w:p>
        </w:tc>
        <w:tc>
          <w:tcPr>
            <w:tcW w:w="0" w:type="auto"/>
          </w:tcPr>
          <w:p w14:paraId="3232C347" w14:textId="77777777" w:rsidR="007A5E59" w:rsidRDefault="0095198F">
            <w:pPr>
              <w:jc w:val="center"/>
            </w:pPr>
            <w:r>
              <w:t>1996</w:t>
            </w:r>
          </w:p>
        </w:tc>
        <w:tc>
          <w:tcPr>
            <w:tcW w:w="0" w:type="auto"/>
          </w:tcPr>
          <w:p w14:paraId="607A4F76" w14:textId="77777777" w:rsidR="007A5E59" w:rsidRDefault="0095198F">
            <w:pPr>
              <w:jc w:val="center"/>
            </w:pPr>
            <w:r>
              <w:t>12</w:t>
            </w:r>
          </w:p>
        </w:tc>
        <w:tc>
          <w:tcPr>
            <w:tcW w:w="0" w:type="auto"/>
          </w:tcPr>
          <w:p w14:paraId="4F474572" w14:textId="77777777" w:rsidR="007A5E59" w:rsidRDefault="0095198F">
            <w:r>
              <w:t>канал.</w:t>
            </w:r>
          </w:p>
        </w:tc>
      </w:tr>
      <w:tr w:rsidR="007A5E59" w14:paraId="38B7FDE2" w14:textId="77777777">
        <w:trPr>
          <w:jc w:val="center"/>
        </w:trPr>
        <w:tc>
          <w:tcPr>
            <w:tcW w:w="0" w:type="auto"/>
          </w:tcPr>
          <w:p w14:paraId="40A3D4C6" w14:textId="77777777" w:rsidR="007A5E59" w:rsidRDefault="0095198F">
            <w:pPr>
              <w:jc w:val="center"/>
            </w:pPr>
            <w:r>
              <w:t>67</w:t>
            </w:r>
          </w:p>
        </w:tc>
        <w:tc>
          <w:tcPr>
            <w:tcW w:w="0" w:type="auto"/>
          </w:tcPr>
          <w:p w14:paraId="68268891" w14:textId="77777777" w:rsidR="007A5E59" w:rsidRDefault="0095198F">
            <w:r>
              <w:t>Тепловые сети ул. Строительная, 15</w:t>
            </w:r>
          </w:p>
        </w:tc>
        <w:tc>
          <w:tcPr>
            <w:tcW w:w="0" w:type="auto"/>
          </w:tcPr>
          <w:p w14:paraId="29521E4F" w14:textId="77777777" w:rsidR="007A5E59" w:rsidRDefault="0095198F">
            <w:pPr>
              <w:jc w:val="center"/>
            </w:pPr>
            <w:r>
              <w:t>50</w:t>
            </w:r>
          </w:p>
        </w:tc>
        <w:tc>
          <w:tcPr>
            <w:tcW w:w="0" w:type="auto"/>
          </w:tcPr>
          <w:p w14:paraId="4E618B4C" w14:textId="77777777" w:rsidR="007A5E59" w:rsidRDefault="0095198F">
            <w:pPr>
              <w:jc w:val="center"/>
            </w:pPr>
            <w:r>
              <w:t>1996</w:t>
            </w:r>
          </w:p>
        </w:tc>
        <w:tc>
          <w:tcPr>
            <w:tcW w:w="0" w:type="auto"/>
          </w:tcPr>
          <w:p w14:paraId="0F29D135" w14:textId="77777777" w:rsidR="007A5E59" w:rsidRDefault="0095198F">
            <w:pPr>
              <w:jc w:val="center"/>
            </w:pPr>
            <w:r>
              <w:t>35</w:t>
            </w:r>
          </w:p>
        </w:tc>
        <w:tc>
          <w:tcPr>
            <w:tcW w:w="0" w:type="auto"/>
          </w:tcPr>
          <w:p w14:paraId="524B95A0" w14:textId="77777777" w:rsidR="007A5E59" w:rsidRDefault="0095198F">
            <w:r>
              <w:t>канал.</w:t>
            </w:r>
          </w:p>
        </w:tc>
      </w:tr>
      <w:tr w:rsidR="007A5E59" w14:paraId="3468E085" w14:textId="77777777">
        <w:trPr>
          <w:jc w:val="center"/>
        </w:trPr>
        <w:tc>
          <w:tcPr>
            <w:tcW w:w="0" w:type="auto"/>
          </w:tcPr>
          <w:p w14:paraId="05938A04" w14:textId="77777777" w:rsidR="007A5E59" w:rsidRDefault="0095198F">
            <w:pPr>
              <w:jc w:val="center"/>
            </w:pPr>
            <w:r>
              <w:t>68</w:t>
            </w:r>
          </w:p>
        </w:tc>
        <w:tc>
          <w:tcPr>
            <w:tcW w:w="0" w:type="auto"/>
          </w:tcPr>
          <w:p w14:paraId="082276CD" w14:textId="77777777" w:rsidR="007A5E59" w:rsidRDefault="0095198F">
            <w:r>
              <w:t>Тепловые сети ул. Октябрьская, 42</w:t>
            </w:r>
          </w:p>
        </w:tc>
        <w:tc>
          <w:tcPr>
            <w:tcW w:w="0" w:type="auto"/>
          </w:tcPr>
          <w:p w14:paraId="2D34448E" w14:textId="77777777" w:rsidR="007A5E59" w:rsidRDefault="0095198F">
            <w:pPr>
              <w:jc w:val="center"/>
            </w:pPr>
            <w:r>
              <w:t>40</w:t>
            </w:r>
          </w:p>
        </w:tc>
        <w:tc>
          <w:tcPr>
            <w:tcW w:w="0" w:type="auto"/>
          </w:tcPr>
          <w:p w14:paraId="4936CA43" w14:textId="77777777" w:rsidR="007A5E59" w:rsidRDefault="0095198F">
            <w:pPr>
              <w:jc w:val="center"/>
            </w:pPr>
            <w:r>
              <w:t>2011</w:t>
            </w:r>
          </w:p>
        </w:tc>
        <w:tc>
          <w:tcPr>
            <w:tcW w:w="0" w:type="auto"/>
          </w:tcPr>
          <w:p w14:paraId="55FA3B8A" w14:textId="77777777" w:rsidR="007A5E59" w:rsidRDefault="0095198F">
            <w:pPr>
              <w:jc w:val="center"/>
            </w:pPr>
            <w:r>
              <w:t>12</w:t>
            </w:r>
          </w:p>
        </w:tc>
        <w:tc>
          <w:tcPr>
            <w:tcW w:w="0" w:type="auto"/>
          </w:tcPr>
          <w:p w14:paraId="7BCAF6BE" w14:textId="77777777" w:rsidR="007A5E59" w:rsidRDefault="0095198F">
            <w:r>
              <w:t>канал.</w:t>
            </w:r>
          </w:p>
        </w:tc>
      </w:tr>
      <w:tr w:rsidR="007A5E59" w14:paraId="3EA13DEF" w14:textId="77777777">
        <w:trPr>
          <w:jc w:val="center"/>
        </w:trPr>
        <w:tc>
          <w:tcPr>
            <w:tcW w:w="0" w:type="auto"/>
          </w:tcPr>
          <w:p w14:paraId="367A0DC8" w14:textId="77777777" w:rsidR="007A5E59" w:rsidRDefault="0095198F">
            <w:pPr>
              <w:jc w:val="center"/>
            </w:pPr>
            <w:r>
              <w:t>69</w:t>
            </w:r>
          </w:p>
        </w:tc>
        <w:tc>
          <w:tcPr>
            <w:tcW w:w="0" w:type="auto"/>
          </w:tcPr>
          <w:p w14:paraId="036F85BB" w14:textId="77777777" w:rsidR="007A5E59" w:rsidRDefault="007A5E59"/>
        </w:tc>
        <w:tc>
          <w:tcPr>
            <w:tcW w:w="0" w:type="auto"/>
          </w:tcPr>
          <w:p w14:paraId="686A02C4" w14:textId="77777777" w:rsidR="007A5E59" w:rsidRDefault="0095198F">
            <w:pPr>
              <w:jc w:val="center"/>
            </w:pPr>
            <w:r>
              <w:t>40</w:t>
            </w:r>
          </w:p>
        </w:tc>
        <w:tc>
          <w:tcPr>
            <w:tcW w:w="0" w:type="auto"/>
          </w:tcPr>
          <w:p w14:paraId="45F8FD02" w14:textId="77777777" w:rsidR="007A5E59" w:rsidRDefault="0095198F">
            <w:pPr>
              <w:jc w:val="center"/>
            </w:pPr>
            <w:r>
              <w:t>2009</w:t>
            </w:r>
          </w:p>
        </w:tc>
        <w:tc>
          <w:tcPr>
            <w:tcW w:w="0" w:type="auto"/>
          </w:tcPr>
          <w:p w14:paraId="7C0F0D77" w14:textId="77777777" w:rsidR="007A5E59" w:rsidRDefault="0095198F">
            <w:pPr>
              <w:jc w:val="center"/>
            </w:pPr>
            <w:r>
              <w:t>12</w:t>
            </w:r>
          </w:p>
        </w:tc>
        <w:tc>
          <w:tcPr>
            <w:tcW w:w="0" w:type="auto"/>
          </w:tcPr>
          <w:p w14:paraId="688482F7" w14:textId="77777777" w:rsidR="007A5E59" w:rsidRDefault="0095198F">
            <w:r>
              <w:t>канал.</w:t>
            </w:r>
          </w:p>
        </w:tc>
      </w:tr>
      <w:tr w:rsidR="007A5E59" w14:paraId="7DC70302" w14:textId="77777777">
        <w:trPr>
          <w:jc w:val="center"/>
        </w:trPr>
        <w:tc>
          <w:tcPr>
            <w:tcW w:w="0" w:type="auto"/>
          </w:tcPr>
          <w:p w14:paraId="4AD1CB7F" w14:textId="77777777" w:rsidR="007A5E59" w:rsidRDefault="0095198F">
            <w:pPr>
              <w:jc w:val="center"/>
            </w:pPr>
            <w:r>
              <w:t>70</w:t>
            </w:r>
          </w:p>
        </w:tc>
        <w:tc>
          <w:tcPr>
            <w:tcW w:w="0" w:type="auto"/>
          </w:tcPr>
          <w:p w14:paraId="6D78A086" w14:textId="77777777" w:rsidR="007A5E59" w:rsidRDefault="0095198F">
            <w:r>
              <w:t>Тепловые сети Октябрьская №13а</w:t>
            </w:r>
          </w:p>
        </w:tc>
        <w:tc>
          <w:tcPr>
            <w:tcW w:w="0" w:type="auto"/>
          </w:tcPr>
          <w:p w14:paraId="47B32945" w14:textId="77777777" w:rsidR="007A5E59" w:rsidRDefault="0095198F">
            <w:pPr>
              <w:jc w:val="center"/>
            </w:pPr>
            <w:r>
              <w:t>50</w:t>
            </w:r>
          </w:p>
        </w:tc>
        <w:tc>
          <w:tcPr>
            <w:tcW w:w="0" w:type="auto"/>
          </w:tcPr>
          <w:p w14:paraId="3F4307D2" w14:textId="77777777" w:rsidR="007A5E59" w:rsidRDefault="0095198F">
            <w:pPr>
              <w:jc w:val="center"/>
            </w:pPr>
            <w:r>
              <w:t>2014</w:t>
            </w:r>
          </w:p>
        </w:tc>
        <w:tc>
          <w:tcPr>
            <w:tcW w:w="0" w:type="auto"/>
          </w:tcPr>
          <w:p w14:paraId="098FCF45" w14:textId="77777777" w:rsidR="007A5E59" w:rsidRDefault="0095198F">
            <w:pPr>
              <w:jc w:val="center"/>
            </w:pPr>
            <w:r>
              <w:t>70</w:t>
            </w:r>
          </w:p>
        </w:tc>
        <w:tc>
          <w:tcPr>
            <w:tcW w:w="0" w:type="auto"/>
          </w:tcPr>
          <w:p w14:paraId="6D0F4495" w14:textId="77777777" w:rsidR="007A5E59" w:rsidRDefault="0095198F">
            <w:r>
              <w:t>канал.</w:t>
            </w:r>
          </w:p>
        </w:tc>
      </w:tr>
      <w:tr w:rsidR="007A5E59" w14:paraId="556364BE" w14:textId="77777777">
        <w:trPr>
          <w:jc w:val="center"/>
        </w:trPr>
        <w:tc>
          <w:tcPr>
            <w:tcW w:w="0" w:type="auto"/>
          </w:tcPr>
          <w:p w14:paraId="56CB5FBB" w14:textId="77777777" w:rsidR="007A5E59" w:rsidRDefault="0095198F">
            <w:pPr>
              <w:jc w:val="center"/>
            </w:pPr>
            <w:r>
              <w:t>71</w:t>
            </w:r>
          </w:p>
        </w:tc>
        <w:tc>
          <w:tcPr>
            <w:tcW w:w="0" w:type="auto"/>
          </w:tcPr>
          <w:p w14:paraId="53247A73" w14:textId="77777777" w:rsidR="007A5E59" w:rsidRDefault="007A5E59"/>
        </w:tc>
        <w:tc>
          <w:tcPr>
            <w:tcW w:w="0" w:type="auto"/>
          </w:tcPr>
          <w:p w14:paraId="397A6EBC" w14:textId="77777777" w:rsidR="007A5E59" w:rsidRDefault="0095198F">
            <w:pPr>
              <w:jc w:val="center"/>
            </w:pPr>
            <w:r>
              <w:t>20</w:t>
            </w:r>
          </w:p>
        </w:tc>
        <w:tc>
          <w:tcPr>
            <w:tcW w:w="0" w:type="auto"/>
          </w:tcPr>
          <w:p w14:paraId="28F6FDC9" w14:textId="77777777" w:rsidR="007A5E59" w:rsidRDefault="0095198F">
            <w:pPr>
              <w:jc w:val="center"/>
            </w:pPr>
            <w:r>
              <w:t>2014</w:t>
            </w:r>
          </w:p>
        </w:tc>
        <w:tc>
          <w:tcPr>
            <w:tcW w:w="0" w:type="auto"/>
          </w:tcPr>
          <w:p w14:paraId="2672D98B" w14:textId="77777777" w:rsidR="007A5E59" w:rsidRDefault="0095198F">
            <w:pPr>
              <w:jc w:val="center"/>
            </w:pPr>
            <w:r>
              <w:t>70</w:t>
            </w:r>
          </w:p>
        </w:tc>
        <w:tc>
          <w:tcPr>
            <w:tcW w:w="0" w:type="auto"/>
          </w:tcPr>
          <w:p w14:paraId="1F1074F4" w14:textId="77777777" w:rsidR="007A5E59" w:rsidRDefault="0095198F">
            <w:r>
              <w:t>канал.</w:t>
            </w:r>
          </w:p>
        </w:tc>
      </w:tr>
      <w:tr w:rsidR="007A5E59" w14:paraId="33779454" w14:textId="77777777">
        <w:trPr>
          <w:jc w:val="center"/>
        </w:trPr>
        <w:tc>
          <w:tcPr>
            <w:tcW w:w="0" w:type="auto"/>
          </w:tcPr>
          <w:p w14:paraId="611CBE63" w14:textId="77777777" w:rsidR="007A5E59" w:rsidRDefault="0095198F">
            <w:pPr>
              <w:jc w:val="center"/>
            </w:pPr>
            <w:r>
              <w:t>72</w:t>
            </w:r>
          </w:p>
        </w:tc>
        <w:tc>
          <w:tcPr>
            <w:tcW w:w="0" w:type="auto"/>
          </w:tcPr>
          <w:p w14:paraId="26C0D55A" w14:textId="77777777" w:rsidR="007A5E59" w:rsidRDefault="0095198F">
            <w:r>
              <w:t>Тепловые сети Октябрьская №66</w:t>
            </w:r>
          </w:p>
        </w:tc>
        <w:tc>
          <w:tcPr>
            <w:tcW w:w="0" w:type="auto"/>
          </w:tcPr>
          <w:p w14:paraId="4EC59B10" w14:textId="77777777" w:rsidR="007A5E59" w:rsidRDefault="0095198F">
            <w:pPr>
              <w:jc w:val="center"/>
            </w:pPr>
            <w:r>
              <w:t>40</w:t>
            </w:r>
          </w:p>
        </w:tc>
        <w:tc>
          <w:tcPr>
            <w:tcW w:w="0" w:type="auto"/>
          </w:tcPr>
          <w:p w14:paraId="0DDA8597" w14:textId="77777777" w:rsidR="007A5E59" w:rsidRDefault="0095198F">
            <w:pPr>
              <w:jc w:val="center"/>
            </w:pPr>
            <w:r>
              <w:t>2006</w:t>
            </w:r>
          </w:p>
        </w:tc>
        <w:tc>
          <w:tcPr>
            <w:tcW w:w="0" w:type="auto"/>
          </w:tcPr>
          <w:p w14:paraId="13439DFE" w14:textId="77777777" w:rsidR="007A5E59" w:rsidRDefault="0095198F">
            <w:pPr>
              <w:jc w:val="center"/>
            </w:pPr>
            <w:r>
              <w:t>12</w:t>
            </w:r>
          </w:p>
        </w:tc>
        <w:tc>
          <w:tcPr>
            <w:tcW w:w="0" w:type="auto"/>
          </w:tcPr>
          <w:p w14:paraId="2410CC3A" w14:textId="77777777" w:rsidR="007A5E59" w:rsidRDefault="0095198F">
            <w:r>
              <w:t>канал.</w:t>
            </w:r>
          </w:p>
        </w:tc>
      </w:tr>
      <w:tr w:rsidR="007A5E59" w14:paraId="0D934098" w14:textId="77777777">
        <w:trPr>
          <w:jc w:val="center"/>
        </w:trPr>
        <w:tc>
          <w:tcPr>
            <w:tcW w:w="0" w:type="auto"/>
          </w:tcPr>
          <w:p w14:paraId="0D822A65" w14:textId="77777777" w:rsidR="007A5E59" w:rsidRDefault="0095198F">
            <w:pPr>
              <w:jc w:val="center"/>
            </w:pPr>
            <w:r>
              <w:t>73</w:t>
            </w:r>
          </w:p>
        </w:tc>
        <w:tc>
          <w:tcPr>
            <w:tcW w:w="0" w:type="auto"/>
          </w:tcPr>
          <w:p w14:paraId="55A109EE" w14:textId="77777777" w:rsidR="007A5E59" w:rsidRDefault="0095198F">
            <w:r>
              <w:t>Тепловые сети ул. Рабочая, 6</w:t>
            </w:r>
          </w:p>
        </w:tc>
        <w:tc>
          <w:tcPr>
            <w:tcW w:w="0" w:type="auto"/>
          </w:tcPr>
          <w:p w14:paraId="1E06D3DE" w14:textId="77777777" w:rsidR="007A5E59" w:rsidRDefault="0095198F">
            <w:pPr>
              <w:jc w:val="center"/>
            </w:pPr>
            <w:r>
              <w:t>25</w:t>
            </w:r>
          </w:p>
        </w:tc>
        <w:tc>
          <w:tcPr>
            <w:tcW w:w="0" w:type="auto"/>
          </w:tcPr>
          <w:p w14:paraId="06FAAE6A" w14:textId="77777777" w:rsidR="007A5E59" w:rsidRDefault="0095198F">
            <w:pPr>
              <w:jc w:val="center"/>
            </w:pPr>
            <w:r>
              <w:t>2012</w:t>
            </w:r>
          </w:p>
        </w:tc>
        <w:tc>
          <w:tcPr>
            <w:tcW w:w="0" w:type="auto"/>
          </w:tcPr>
          <w:p w14:paraId="5A01C5EA" w14:textId="77777777" w:rsidR="007A5E59" w:rsidRDefault="0095198F">
            <w:pPr>
              <w:jc w:val="center"/>
            </w:pPr>
            <w:r>
              <w:t>15</w:t>
            </w:r>
          </w:p>
        </w:tc>
        <w:tc>
          <w:tcPr>
            <w:tcW w:w="0" w:type="auto"/>
          </w:tcPr>
          <w:p w14:paraId="11127EB3" w14:textId="77777777" w:rsidR="007A5E59" w:rsidRDefault="0095198F">
            <w:r>
              <w:t>канал.</w:t>
            </w:r>
          </w:p>
        </w:tc>
      </w:tr>
      <w:tr w:rsidR="007A5E59" w14:paraId="3664DC37" w14:textId="77777777">
        <w:trPr>
          <w:jc w:val="center"/>
        </w:trPr>
        <w:tc>
          <w:tcPr>
            <w:tcW w:w="0" w:type="auto"/>
          </w:tcPr>
          <w:p w14:paraId="6521B719" w14:textId="77777777" w:rsidR="007A5E59" w:rsidRDefault="0095198F">
            <w:pPr>
              <w:jc w:val="center"/>
            </w:pPr>
            <w:r>
              <w:t>74</w:t>
            </w:r>
          </w:p>
        </w:tc>
        <w:tc>
          <w:tcPr>
            <w:tcW w:w="0" w:type="auto"/>
          </w:tcPr>
          <w:p w14:paraId="597A168B" w14:textId="77777777" w:rsidR="007A5E59" w:rsidRDefault="0095198F">
            <w:r>
              <w:t>Тепловые сети ул. Рабочая, 8</w:t>
            </w:r>
          </w:p>
        </w:tc>
        <w:tc>
          <w:tcPr>
            <w:tcW w:w="0" w:type="auto"/>
          </w:tcPr>
          <w:p w14:paraId="3BBFB1E1" w14:textId="77777777" w:rsidR="007A5E59" w:rsidRDefault="0095198F">
            <w:pPr>
              <w:jc w:val="center"/>
            </w:pPr>
            <w:r>
              <w:t>25</w:t>
            </w:r>
          </w:p>
        </w:tc>
        <w:tc>
          <w:tcPr>
            <w:tcW w:w="0" w:type="auto"/>
          </w:tcPr>
          <w:p w14:paraId="4417E758" w14:textId="77777777" w:rsidR="007A5E59" w:rsidRDefault="0095198F">
            <w:pPr>
              <w:jc w:val="center"/>
            </w:pPr>
            <w:r>
              <w:t>2012</w:t>
            </w:r>
          </w:p>
        </w:tc>
        <w:tc>
          <w:tcPr>
            <w:tcW w:w="0" w:type="auto"/>
          </w:tcPr>
          <w:p w14:paraId="6412F64E" w14:textId="77777777" w:rsidR="007A5E59" w:rsidRDefault="0095198F">
            <w:pPr>
              <w:jc w:val="center"/>
            </w:pPr>
            <w:r>
              <w:t>13</w:t>
            </w:r>
          </w:p>
        </w:tc>
        <w:tc>
          <w:tcPr>
            <w:tcW w:w="0" w:type="auto"/>
          </w:tcPr>
          <w:p w14:paraId="467FF849" w14:textId="77777777" w:rsidR="007A5E59" w:rsidRDefault="0095198F">
            <w:r>
              <w:t>канал.</w:t>
            </w:r>
          </w:p>
        </w:tc>
      </w:tr>
      <w:tr w:rsidR="007A5E59" w14:paraId="510BBF42" w14:textId="77777777">
        <w:trPr>
          <w:jc w:val="center"/>
        </w:trPr>
        <w:tc>
          <w:tcPr>
            <w:tcW w:w="0" w:type="auto"/>
          </w:tcPr>
          <w:p w14:paraId="5660FFB3" w14:textId="77777777" w:rsidR="007A5E59" w:rsidRDefault="0095198F">
            <w:pPr>
              <w:jc w:val="center"/>
            </w:pPr>
            <w:r>
              <w:t>75</w:t>
            </w:r>
          </w:p>
        </w:tc>
        <w:tc>
          <w:tcPr>
            <w:tcW w:w="0" w:type="auto"/>
          </w:tcPr>
          <w:p w14:paraId="623E4812" w14:textId="77777777" w:rsidR="007A5E59" w:rsidRDefault="0095198F">
            <w:r>
              <w:t>Тепловые сети ул. Рабочая, 10</w:t>
            </w:r>
          </w:p>
        </w:tc>
        <w:tc>
          <w:tcPr>
            <w:tcW w:w="0" w:type="auto"/>
          </w:tcPr>
          <w:p w14:paraId="0A5FD6C6" w14:textId="77777777" w:rsidR="007A5E59" w:rsidRDefault="0095198F">
            <w:pPr>
              <w:jc w:val="center"/>
            </w:pPr>
            <w:r>
              <w:t>25</w:t>
            </w:r>
          </w:p>
        </w:tc>
        <w:tc>
          <w:tcPr>
            <w:tcW w:w="0" w:type="auto"/>
          </w:tcPr>
          <w:p w14:paraId="19BF238D" w14:textId="77777777" w:rsidR="007A5E59" w:rsidRDefault="0095198F">
            <w:pPr>
              <w:jc w:val="center"/>
            </w:pPr>
            <w:r>
              <w:t>2012</w:t>
            </w:r>
          </w:p>
        </w:tc>
        <w:tc>
          <w:tcPr>
            <w:tcW w:w="0" w:type="auto"/>
          </w:tcPr>
          <w:p w14:paraId="54C3A5D9" w14:textId="77777777" w:rsidR="007A5E59" w:rsidRDefault="0095198F">
            <w:pPr>
              <w:jc w:val="center"/>
            </w:pPr>
            <w:r>
              <w:t>12</w:t>
            </w:r>
          </w:p>
        </w:tc>
        <w:tc>
          <w:tcPr>
            <w:tcW w:w="0" w:type="auto"/>
          </w:tcPr>
          <w:p w14:paraId="70BE5690" w14:textId="77777777" w:rsidR="007A5E59" w:rsidRDefault="0095198F">
            <w:r>
              <w:t>канал.</w:t>
            </w:r>
          </w:p>
        </w:tc>
      </w:tr>
      <w:tr w:rsidR="007A5E59" w14:paraId="274C154F" w14:textId="77777777">
        <w:trPr>
          <w:jc w:val="center"/>
        </w:trPr>
        <w:tc>
          <w:tcPr>
            <w:tcW w:w="0" w:type="auto"/>
          </w:tcPr>
          <w:p w14:paraId="4AB52503" w14:textId="77777777" w:rsidR="007A5E59" w:rsidRDefault="0095198F">
            <w:pPr>
              <w:jc w:val="center"/>
            </w:pPr>
            <w:r>
              <w:t>76</w:t>
            </w:r>
          </w:p>
        </w:tc>
        <w:tc>
          <w:tcPr>
            <w:tcW w:w="0" w:type="auto"/>
          </w:tcPr>
          <w:p w14:paraId="2259BC5C" w14:textId="77777777" w:rsidR="007A5E59" w:rsidRPr="00312815" w:rsidRDefault="0095198F">
            <w:pPr>
              <w:rPr>
                <w:lang w:val="ru-RU"/>
              </w:rPr>
            </w:pPr>
            <w:r w:rsidRPr="00312815">
              <w:rPr>
                <w:lang w:val="ru-RU"/>
              </w:rPr>
              <w:t>Тепловые сети ул. Октябрьская, 46б</w:t>
            </w:r>
          </w:p>
        </w:tc>
        <w:tc>
          <w:tcPr>
            <w:tcW w:w="0" w:type="auto"/>
          </w:tcPr>
          <w:p w14:paraId="679BC7D9" w14:textId="77777777" w:rsidR="007A5E59" w:rsidRDefault="0095198F">
            <w:pPr>
              <w:jc w:val="center"/>
            </w:pPr>
            <w:r>
              <w:t>50</w:t>
            </w:r>
          </w:p>
        </w:tc>
        <w:tc>
          <w:tcPr>
            <w:tcW w:w="0" w:type="auto"/>
          </w:tcPr>
          <w:p w14:paraId="5E4EB309" w14:textId="77777777" w:rsidR="007A5E59" w:rsidRDefault="0095198F">
            <w:pPr>
              <w:jc w:val="center"/>
            </w:pPr>
            <w:r>
              <w:t>1987</w:t>
            </w:r>
          </w:p>
        </w:tc>
        <w:tc>
          <w:tcPr>
            <w:tcW w:w="0" w:type="auto"/>
          </w:tcPr>
          <w:p w14:paraId="0C374CFE" w14:textId="77777777" w:rsidR="007A5E59" w:rsidRDefault="0095198F">
            <w:pPr>
              <w:jc w:val="center"/>
            </w:pPr>
            <w:r>
              <w:t>40</w:t>
            </w:r>
          </w:p>
        </w:tc>
        <w:tc>
          <w:tcPr>
            <w:tcW w:w="0" w:type="auto"/>
          </w:tcPr>
          <w:p w14:paraId="40917541" w14:textId="77777777" w:rsidR="007A5E59" w:rsidRDefault="0095198F">
            <w:r>
              <w:t>бесканал.</w:t>
            </w:r>
          </w:p>
        </w:tc>
      </w:tr>
      <w:tr w:rsidR="007A5E59" w14:paraId="0C279C28" w14:textId="77777777">
        <w:trPr>
          <w:jc w:val="center"/>
        </w:trPr>
        <w:tc>
          <w:tcPr>
            <w:tcW w:w="0" w:type="auto"/>
          </w:tcPr>
          <w:p w14:paraId="2CDA313F" w14:textId="77777777" w:rsidR="007A5E59" w:rsidRDefault="0095198F">
            <w:pPr>
              <w:jc w:val="center"/>
            </w:pPr>
            <w:r>
              <w:t>77</w:t>
            </w:r>
          </w:p>
        </w:tc>
        <w:tc>
          <w:tcPr>
            <w:tcW w:w="0" w:type="auto"/>
          </w:tcPr>
          <w:p w14:paraId="49A0048B" w14:textId="77777777" w:rsidR="007A5E59" w:rsidRDefault="0095198F">
            <w:r>
              <w:t>Тепловые сети ул. Ленина, 24</w:t>
            </w:r>
          </w:p>
        </w:tc>
        <w:tc>
          <w:tcPr>
            <w:tcW w:w="0" w:type="auto"/>
          </w:tcPr>
          <w:p w14:paraId="1ADB2D5A" w14:textId="77777777" w:rsidR="007A5E59" w:rsidRDefault="0095198F">
            <w:pPr>
              <w:jc w:val="center"/>
            </w:pPr>
            <w:r>
              <w:t>65</w:t>
            </w:r>
          </w:p>
        </w:tc>
        <w:tc>
          <w:tcPr>
            <w:tcW w:w="0" w:type="auto"/>
          </w:tcPr>
          <w:p w14:paraId="65679BE7" w14:textId="77777777" w:rsidR="007A5E59" w:rsidRDefault="0095198F">
            <w:pPr>
              <w:jc w:val="center"/>
            </w:pPr>
            <w:r>
              <w:t>2013</w:t>
            </w:r>
          </w:p>
        </w:tc>
        <w:tc>
          <w:tcPr>
            <w:tcW w:w="0" w:type="auto"/>
          </w:tcPr>
          <w:p w14:paraId="52D4CE53" w14:textId="77777777" w:rsidR="007A5E59" w:rsidRDefault="0095198F">
            <w:pPr>
              <w:jc w:val="center"/>
            </w:pPr>
            <w:r>
              <w:t>36</w:t>
            </w:r>
          </w:p>
        </w:tc>
        <w:tc>
          <w:tcPr>
            <w:tcW w:w="0" w:type="auto"/>
          </w:tcPr>
          <w:p w14:paraId="48FC2516" w14:textId="77777777" w:rsidR="007A5E59" w:rsidRDefault="0095198F">
            <w:r>
              <w:t>бесканал.</w:t>
            </w:r>
          </w:p>
        </w:tc>
      </w:tr>
      <w:tr w:rsidR="007A5E59" w14:paraId="69943D6B" w14:textId="77777777">
        <w:trPr>
          <w:jc w:val="center"/>
        </w:trPr>
        <w:tc>
          <w:tcPr>
            <w:tcW w:w="0" w:type="auto"/>
          </w:tcPr>
          <w:p w14:paraId="669E51DE" w14:textId="77777777" w:rsidR="007A5E59" w:rsidRDefault="0095198F">
            <w:pPr>
              <w:jc w:val="center"/>
            </w:pPr>
            <w:r>
              <w:t>78</w:t>
            </w:r>
          </w:p>
        </w:tc>
        <w:tc>
          <w:tcPr>
            <w:tcW w:w="0" w:type="auto"/>
          </w:tcPr>
          <w:p w14:paraId="62B79959" w14:textId="77777777" w:rsidR="007A5E59" w:rsidRDefault="0095198F">
            <w:r>
              <w:t>Тепловые сети ул. Ленина, 25</w:t>
            </w:r>
          </w:p>
        </w:tc>
        <w:tc>
          <w:tcPr>
            <w:tcW w:w="0" w:type="auto"/>
          </w:tcPr>
          <w:p w14:paraId="3882D428" w14:textId="77777777" w:rsidR="007A5E59" w:rsidRDefault="0095198F">
            <w:pPr>
              <w:jc w:val="center"/>
            </w:pPr>
            <w:r>
              <w:t>100</w:t>
            </w:r>
          </w:p>
        </w:tc>
        <w:tc>
          <w:tcPr>
            <w:tcW w:w="0" w:type="auto"/>
          </w:tcPr>
          <w:p w14:paraId="0E11E0CB" w14:textId="77777777" w:rsidR="007A5E59" w:rsidRDefault="0095198F">
            <w:pPr>
              <w:jc w:val="center"/>
            </w:pPr>
            <w:r>
              <w:t>2014</w:t>
            </w:r>
          </w:p>
        </w:tc>
        <w:tc>
          <w:tcPr>
            <w:tcW w:w="0" w:type="auto"/>
          </w:tcPr>
          <w:p w14:paraId="5EE9928D" w14:textId="77777777" w:rsidR="007A5E59" w:rsidRDefault="0095198F">
            <w:pPr>
              <w:jc w:val="center"/>
            </w:pPr>
            <w:r>
              <w:t>12</w:t>
            </w:r>
          </w:p>
        </w:tc>
        <w:tc>
          <w:tcPr>
            <w:tcW w:w="0" w:type="auto"/>
          </w:tcPr>
          <w:p w14:paraId="41A81E03" w14:textId="77777777" w:rsidR="007A5E59" w:rsidRDefault="0095198F">
            <w:r>
              <w:t>бесканал.</w:t>
            </w:r>
          </w:p>
        </w:tc>
      </w:tr>
      <w:tr w:rsidR="007A5E59" w14:paraId="67033588" w14:textId="77777777">
        <w:trPr>
          <w:jc w:val="center"/>
        </w:trPr>
        <w:tc>
          <w:tcPr>
            <w:tcW w:w="0" w:type="auto"/>
          </w:tcPr>
          <w:p w14:paraId="77051406" w14:textId="77777777" w:rsidR="007A5E59" w:rsidRDefault="0095198F">
            <w:pPr>
              <w:jc w:val="center"/>
            </w:pPr>
            <w:r>
              <w:t>79</w:t>
            </w:r>
          </w:p>
        </w:tc>
        <w:tc>
          <w:tcPr>
            <w:tcW w:w="0" w:type="auto"/>
          </w:tcPr>
          <w:p w14:paraId="18DE2870" w14:textId="77777777" w:rsidR="007A5E59" w:rsidRDefault="0095198F">
            <w:r>
              <w:t>1-1</w:t>
            </w:r>
          </w:p>
        </w:tc>
        <w:tc>
          <w:tcPr>
            <w:tcW w:w="0" w:type="auto"/>
          </w:tcPr>
          <w:p w14:paraId="1DC206B7" w14:textId="77777777" w:rsidR="007A5E59" w:rsidRDefault="0095198F">
            <w:pPr>
              <w:jc w:val="center"/>
            </w:pPr>
            <w:r>
              <w:t>300</w:t>
            </w:r>
          </w:p>
        </w:tc>
        <w:tc>
          <w:tcPr>
            <w:tcW w:w="0" w:type="auto"/>
          </w:tcPr>
          <w:p w14:paraId="37884C89" w14:textId="77777777" w:rsidR="007A5E59" w:rsidRDefault="0095198F">
            <w:pPr>
              <w:jc w:val="center"/>
            </w:pPr>
            <w:r>
              <w:t>1959</w:t>
            </w:r>
          </w:p>
        </w:tc>
        <w:tc>
          <w:tcPr>
            <w:tcW w:w="0" w:type="auto"/>
          </w:tcPr>
          <w:p w14:paraId="02ECE423" w14:textId="77777777" w:rsidR="007A5E59" w:rsidRDefault="0095198F">
            <w:pPr>
              <w:jc w:val="center"/>
            </w:pPr>
            <w:r>
              <w:t>1 010</w:t>
            </w:r>
          </w:p>
        </w:tc>
        <w:tc>
          <w:tcPr>
            <w:tcW w:w="0" w:type="auto"/>
          </w:tcPr>
          <w:p w14:paraId="54F8C750" w14:textId="77777777" w:rsidR="007A5E59" w:rsidRDefault="0095198F">
            <w:r>
              <w:t>надз</w:t>
            </w:r>
          </w:p>
        </w:tc>
      </w:tr>
      <w:tr w:rsidR="007A5E59" w14:paraId="5D57BEB6" w14:textId="77777777">
        <w:trPr>
          <w:jc w:val="center"/>
        </w:trPr>
        <w:tc>
          <w:tcPr>
            <w:tcW w:w="0" w:type="auto"/>
          </w:tcPr>
          <w:p w14:paraId="0129A1B7" w14:textId="77777777" w:rsidR="007A5E59" w:rsidRDefault="0095198F">
            <w:pPr>
              <w:jc w:val="center"/>
            </w:pPr>
            <w:r>
              <w:t>80</w:t>
            </w:r>
          </w:p>
        </w:tc>
        <w:tc>
          <w:tcPr>
            <w:tcW w:w="0" w:type="auto"/>
          </w:tcPr>
          <w:p w14:paraId="352D8DE6" w14:textId="77777777" w:rsidR="007A5E59" w:rsidRDefault="0095198F">
            <w:r>
              <w:t>1-9</w:t>
            </w:r>
          </w:p>
        </w:tc>
        <w:tc>
          <w:tcPr>
            <w:tcW w:w="0" w:type="auto"/>
          </w:tcPr>
          <w:p w14:paraId="2FA96EAC" w14:textId="77777777" w:rsidR="007A5E59" w:rsidRDefault="0095198F">
            <w:pPr>
              <w:jc w:val="center"/>
            </w:pPr>
            <w:r>
              <w:t>250</w:t>
            </w:r>
          </w:p>
        </w:tc>
        <w:tc>
          <w:tcPr>
            <w:tcW w:w="0" w:type="auto"/>
          </w:tcPr>
          <w:p w14:paraId="120791B8" w14:textId="77777777" w:rsidR="007A5E59" w:rsidRDefault="0095198F">
            <w:pPr>
              <w:jc w:val="center"/>
            </w:pPr>
            <w:r>
              <w:t>1959</w:t>
            </w:r>
          </w:p>
        </w:tc>
        <w:tc>
          <w:tcPr>
            <w:tcW w:w="0" w:type="auto"/>
          </w:tcPr>
          <w:p w14:paraId="476DF7C7" w14:textId="77777777" w:rsidR="007A5E59" w:rsidRDefault="0095198F">
            <w:pPr>
              <w:jc w:val="center"/>
            </w:pPr>
            <w:r>
              <w:t>102</w:t>
            </w:r>
          </w:p>
        </w:tc>
        <w:tc>
          <w:tcPr>
            <w:tcW w:w="0" w:type="auto"/>
          </w:tcPr>
          <w:p w14:paraId="60C76AC4" w14:textId="77777777" w:rsidR="007A5E59" w:rsidRDefault="0095198F">
            <w:r>
              <w:t>надз</w:t>
            </w:r>
          </w:p>
        </w:tc>
      </w:tr>
      <w:tr w:rsidR="007A5E59" w14:paraId="3ECD7BEA" w14:textId="77777777">
        <w:trPr>
          <w:jc w:val="center"/>
        </w:trPr>
        <w:tc>
          <w:tcPr>
            <w:tcW w:w="0" w:type="auto"/>
          </w:tcPr>
          <w:p w14:paraId="0A3C4056" w14:textId="77777777" w:rsidR="007A5E59" w:rsidRDefault="0095198F">
            <w:pPr>
              <w:jc w:val="center"/>
            </w:pPr>
            <w:r>
              <w:t>81</w:t>
            </w:r>
          </w:p>
        </w:tc>
        <w:tc>
          <w:tcPr>
            <w:tcW w:w="0" w:type="auto"/>
          </w:tcPr>
          <w:p w14:paraId="447CCC27" w14:textId="77777777" w:rsidR="007A5E59" w:rsidRDefault="0095198F">
            <w:r>
              <w:t>1-10</w:t>
            </w:r>
          </w:p>
        </w:tc>
        <w:tc>
          <w:tcPr>
            <w:tcW w:w="0" w:type="auto"/>
          </w:tcPr>
          <w:p w14:paraId="02B0D4C1" w14:textId="77777777" w:rsidR="007A5E59" w:rsidRDefault="0095198F">
            <w:pPr>
              <w:jc w:val="center"/>
            </w:pPr>
            <w:r>
              <w:t>100</w:t>
            </w:r>
          </w:p>
        </w:tc>
        <w:tc>
          <w:tcPr>
            <w:tcW w:w="0" w:type="auto"/>
          </w:tcPr>
          <w:p w14:paraId="54DEA8C2" w14:textId="77777777" w:rsidR="007A5E59" w:rsidRDefault="0095198F">
            <w:pPr>
              <w:jc w:val="center"/>
            </w:pPr>
            <w:r>
              <w:t>1959</w:t>
            </w:r>
          </w:p>
        </w:tc>
        <w:tc>
          <w:tcPr>
            <w:tcW w:w="0" w:type="auto"/>
          </w:tcPr>
          <w:p w14:paraId="7CFD009A" w14:textId="77777777" w:rsidR="007A5E59" w:rsidRDefault="0095198F">
            <w:pPr>
              <w:jc w:val="center"/>
            </w:pPr>
            <w:r>
              <w:t>6</w:t>
            </w:r>
          </w:p>
        </w:tc>
        <w:tc>
          <w:tcPr>
            <w:tcW w:w="0" w:type="auto"/>
          </w:tcPr>
          <w:p w14:paraId="110D1AE5" w14:textId="77777777" w:rsidR="007A5E59" w:rsidRDefault="0095198F">
            <w:r>
              <w:t>надз</w:t>
            </w:r>
          </w:p>
        </w:tc>
      </w:tr>
      <w:tr w:rsidR="007A5E59" w14:paraId="2DD3CE6C" w14:textId="77777777">
        <w:trPr>
          <w:jc w:val="center"/>
        </w:trPr>
        <w:tc>
          <w:tcPr>
            <w:tcW w:w="0" w:type="auto"/>
          </w:tcPr>
          <w:p w14:paraId="6C1786BD" w14:textId="77777777" w:rsidR="007A5E59" w:rsidRDefault="0095198F">
            <w:pPr>
              <w:jc w:val="center"/>
            </w:pPr>
            <w:r>
              <w:t>82</w:t>
            </w:r>
          </w:p>
        </w:tc>
        <w:tc>
          <w:tcPr>
            <w:tcW w:w="0" w:type="auto"/>
          </w:tcPr>
          <w:p w14:paraId="5D98EC7B" w14:textId="77777777" w:rsidR="007A5E59" w:rsidRDefault="0095198F">
            <w:r>
              <w:t>1-11</w:t>
            </w:r>
          </w:p>
        </w:tc>
        <w:tc>
          <w:tcPr>
            <w:tcW w:w="0" w:type="auto"/>
          </w:tcPr>
          <w:p w14:paraId="4EB51335" w14:textId="77777777" w:rsidR="007A5E59" w:rsidRDefault="0095198F">
            <w:pPr>
              <w:jc w:val="center"/>
            </w:pPr>
            <w:r>
              <w:t>250</w:t>
            </w:r>
          </w:p>
        </w:tc>
        <w:tc>
          <w:tcPr>
            <w:tcW w:w="0" w:type="auto"/>
          </w:tcPr>
          <w:p w14:paraId="13AEC102" w14:textId="77777777" w:rsidR="007A5E59" w:rsidRDefault="0095198F">
            <w:pPr>
              <w:jc w:val="center"/>
            </w:pPr>
            <w:r>
              <w:t>1988</w:t>
            </w:r>
          </w:p>
        </w:tc>
        <w:tc>
          <w:tcPr>
            <w:tcW w:w="0" w:type="auto"/>
          </w:tcPr>
          <w:p w14:paraId="322F1AA8" w14:textId="77777777" w:rsidR="007A5E59" w:rsidRDefault="0095198F">
            <w:pPr>
              <w:jc w:val="center"/>
            </w:pPr>
            <w:r>
              <w:t>132</w:t>
            </w:r>
          </w:p>
        </w:tc>
        <w:tc>
          <w:tcPr>
            <w:tcW w:w="0" w:type="auto"/>
          </w:tcPr>
          <w:p w14:paraId="541E69F5" w14:textId="77777777" w:rsidR="007A5E59" w:rsidRDefault="0095198F">
            <w:r>
              <w:t>надз</w:t>
            </w:r>
          </w:p>
        </w:tc>
      </w:tr>
      <w:tr w:rsidR="007A5E59" w14:paraId="21814EFB" w14:textId="77777777">
        <w:trPr>
          <w:jc w:val="center"/>
        </w:trPr>
        <w:tc>
          <w:tcPr>
            <w:tcW w:w="0" w:type="auto"/>
          </w:tcPr>
          <w:p w14:paraId="31A2C6B9" w14:textId="77777777" w:rsidR="007A5E59" w:rsidRDefault="0095198F">
            <w:pPr>
              <w:jc w:val="center"/>
            </w:pPr>
            <w:r>
              <w:t>83</w:t>
            </w:r>
          </w:p>
        </w:tc>
        <w:tc>
          <w:tcPr>
            <w:tcW w:w="0" w:type="auto"/>
          </w:tcPr>
          <w:p w14:paraId="4CAE779B" w14:textId="77777777" w:rsidR="007A5E59" w:rsidRDefault="0095198F">
            <w:r>
              <w:t>1-12</w:t>
            </w:r>
          </w:p>
        </w:tc>
        <w:tc>
          <w:tcPr>
            <w:tcW w:w="0" w:type="auto"/>
          </w:tcPr>
          <w:p w14:paraId="5C2F4B53" w14:textId="77777777" w:rsidR="007A5E59" w:rsidRDefault="0095198F">
            <w:pPr>
              <w:jc w:val="center"/>
            </w:pPr>
            <w:r>
              <w:t>200</w:t>
            </w:r>
          </w:p>
        </w:tc>
        <w:tc>
          <w:tcPr>
            <w:tcW w:w="0" w:type="auto"/>
          </w:tcPr>
          <w:p w14:paraId="1D699D13" w14:textId="77777777" w:rsidR="007A5E59" w:rsidRDefault="0095198F">
            <w:pPr>
              <w:jc w:val="center"/>
            </w:pPr>
            <w:r>
              <w:t>1988</w:t>
            </w:r>
          </w:p>
        </w:tc>
        <w:tc>
          <w:tcPr>
            <w:tcW w:w="0" w:type="auto"/>
          </w:tcPr>
          <w:p w14:paraId="77BBA748" w14:textId="77777777" w:rsidR="007A5E59" w:rsidRDefault="0095198F">
            <w:pPr>
              <w:jc w:val="center"/>
            </w:pPr>
            <w:r>
              <w:t>17</w:t>
            </w:r>
          </w:p>
        </w:tc>
        <w:tc>
          <w:tcPr>
            <w:tcW w:w="0" w:type="auto"/>
          </w:tcPr>
          <w:p w14:paraId="750D7D00" w14:textId="77777777" w:rsidR="007A5E59" w:rsidRDefault="0095198F">
            <w:r>
              <w:t>надз</w:t>
            </w:r>
          </w:p>
        </w:tc>
      </w:tr>
      <w:tr w:rsidR="007A5E59" w14:paraId="55F77FF1" w14:textId="77777777">
        <w:trPr>
          <w:jc w:val="center"/>
        </w:trPr>
        <w:tc>
          <w:tcPr>
            <w:tcW w:w="0" w:type="auto"/>
          </w:tcPr>
          <w:p w14:paraId="78BFAEE6" w14:textId="77777777" w:rsidR="007A5E59" w:rsidRDefault="0095198F">
            <w:pPr>
              <w:jc w:val="center"/>
            </w:pPr>
            <w:r>
              <w:t>84</w:t>
            </w:r>
          </w:p>
        </w:tc>
        <w:tc>
          <w:tcPr>
            <w:tcW w:w="0" w:type="auto"/>
          </w:tcPr>
          <w:p w14:paraId="6CA5A4D7" w14:textId="77777777" w:rsidR="007A5E59" w:rsidRDefault="0095198F">
            <w:r>
              <w:t>1-13</w:t>
            </w:r>
          </w:p>
        </w:tc>
        <w:tc>
          <w:tcPr>
            <w:tcW w:w="0" w:type="auto"/>
          </w:tcPr>
          <w:p w14:paraId="29B1AC8A" w14:textId="77777777" w:rsidR="007A5E59" w:rsidRDefault="0095198F">
            <w:pPr>
              <w:jc w:val="center"/>
            </w:pPr>
            <w:r>
              <w:t>150</w:t>
            </w:r>
          </w:p>
        </w:tc>
        <w:tc>
          <w:tcPr>
            <w:tcW w:w="0" w:type="auto"/>
          </w:tcPr>
          <w:p w14:paraId="2034FB48" w14:textId="77777777" w:rsidR="007A5E59" w:rsidRDefault="0095198F">
            <w:pPr>
              <w:jc w:val="center"/>
            </w:pPr>
            <w:r>
              <w:t>1988</w:t>
            </w:r>
          </w:p>
        </w:tc>
        <w:tc>
          <w:tcPr>
            <w:tcW w:w="0" w:type="auto"/>
          </w:tcPr>
          <w:p w14:paraId="2B98C822" w14:textId="77777777" w:rsidR="007A5E59" w:rsidRDefault="0095198F">
            <w:pPr>
              <w:jc w:val="center"/>
            </w:pPr>
            <w:r>
              <w:t>56</w:t>
            </w:r>
          </w:p>
        </w:tc>
        <w:tc>
          <w:tcPr>
            <w:tcW w:w="0" w:type="auto"/>
          </w:tcPr>
          <w:p w14:paraId="1F428510" w14:textId="77777777" w:rsidR="007A5E59" w:rsidRDefault="0095198F">
            <w:r>
              <w:t>надз</w:t>
            </w:r>
          </w:p>
        </w:tc>
      </w:tr>
      <w:tr w:rsidR="007A5E59" w14:paraId="7CBAF240" w14:textId="77777777">
        <w:trPr>
          <w:jc w:val="center"/>
        </w:trPr>
        <w:tc>
          <w:tcPr>
            <w:tcW w:w="0" w:type="auto"/>
          </w:tcPr>
          <w:p w14:paraId="12F4252F" w14:textId="77777777" w:rsidR="007A5E59" w:rsidRDefault="0095198F">
            <w:pPr>
              <w:jc w:val="center"/>
            </w:pPr>
            <w:r>
              <w:t>85</w:t>
            </w:r>
          </w:p>
        </w:tc>
        <w:tc>
          <w:tcPr>
            <w:tcW w:w="0" w:type="auto"/>
          </w:tcPr>
          <w:p w14:paraId="3B432D61" w14:textId="77777777" w:rsidR="007A5E59" w:rsidRDefault="0095198F">
            <w:r>
              <w:t>1-14</w:t>
            </w:r>
          </w:p>
        </w:tc>
        <w:tc>
          <w:tcPr>
            <w:tcW w:w="0" w:type="auto"/>
          </w:tcPr>
          <w:p w14:paraId="1B30A9A6" w14:textId="77777777" w:rsidR="007A5E59" w:rsidRDefault="0095198F">
            <w:pPr>
              <w:jc w:val="center"/>
            </w:pPr>
            <w:r>
              <w:t>100</w:t>
            </w:r>
          </w:p>
        </w:tc>
        <w:tc>
          <w:tcPr>
            <w:tcW w:w="0" w:type="auto"/>
          </w:tcPr>
          <w:p w14:paraId="34E8FCC1" w14:textId="77777777" w:rsidR="007A5E59" w:rsidRDefault="0095198F">
            <w:pPr>
              <w:jc w:val="center"/>
            </w:pPr>
            <w:r>
              <w:t>1988</w:t>
            </w:r>
          </w:p>
        </w:tc>
        <w:tc>
          <w:tcPr>
            <w:tcW w:w="0" w:type="auto"/>
          </w:tcPr>
          <w:p w14:paraId="69353B79" w14:textId="77777777" w:rsidR="007A5E59" w:rsidRDefault="0095198F">
            <w:pPr>
              <w:jc w:val="center"/>
            </w:pPr>
            <w:r>
              <w:t>44</w:t>
            </w:r>
          </w:p>
        </w:tc>
        <w:tc>
          <w:tcPr>
            <w:tcW w:w="0" w:type="auto"/>
          </w:tcPr>
          <w:p w14:paraId="3A37761C" w14:textId="77777777" w:rsidR="007A5E59" w:rsidRDefault="0095198F">
            <w:r>
              <w:t>надз</w:t>
            </w:r>
          </w:p>
        </w:tc>
      </w:tr>
      <w:tr w:rsidR="007A5E59" w14:paraId="00B89A33" w14:textId="77777777">
        <w:trPr>
          <w:jc w:val="center"/>
        </w:trPr>
        <w:tc>
          <w:tcPr>
            <w:tcW w:w="0" w:type="auto"/>
          </w:tcPr>
          <w:p w14:paraId="2AEC788A" w14:textId="77777777" w:rsidR="007A5E59" w:rsidRDefault="0095198F">
            <w:pPr>
              <w:jc w:val="center"/>
            </w:pPr>
            <w:r>
              <w:t>86</w:t>
            </w:r>
          </w:p>
        </w:tc>
        <w:tc>
          <w:tcPr>
            <w:tcW w:w="0" w:type="auto"/>
          </w:tcPr>
          <w:p w14:paraId="4CD90034" w14:textId="77777777" w:rsidR="007A5E59" w:rsidRDefault="0095198F">
            <w:r>
              <w:t>1-15</w:t>
            </w:r>
          </w:p>
        </w:tc>
        <w:tc>
          <w:tcPr>
            <w:tcW w:w="0" w:type="auto"/>
          </w:tcPr>
          <w:p w14:paraId="3BE99BF7" w14:textId="77777777" w:rsidR="007A5E59" w:rsidRDefault="0095198F">
            <w:pPr>
              <w:jc w:val="center"/>
            </w:pPr>
            <w:r>
              <w:t>200</w:t>
            </w:r>
          </w:p>
        </w:tc>
        <w:tc>
          <w:tcPr>
            <w:tcW w:w="0" w:type="auto"/>
          </w:tcPr>
          <w:p w14:paraId="0C111ABD" w14:textId="77777777" w:rsidR="007A5E59" w:rsidRDefault="0095198F">
            <w:pPr>
              <w:jc w:val="center"/>
            </w:pPr>
            <w:r>
              <w:t>1988</w:t>
            </w:r>
          </w:p>
        </w:tc>
        <w:tc>
          <w:tcPr>
            <w:tcW w:w="0" w:type="auto"/>
          </w:tcPr>
          <w:p w14:paraId="073B8D7F" w14:textId="77777777" w:rsidR="007A5E59" w:rsidRDefault="0095198F">
            <w:pPr>
              <w:jc w:val="center"/>
            </w:pPr>
            <w:r>
              <w:t>211</w:t>
            </w:r>
          </w:p>
        </w:tc>
        <w:tc>
          <w:tcPr>
            <w:tcW w:w="0" w:type="auto"/>
          </w:tcPr>
          <w:p w14:paraId="12AFE388" w14:textId="77777777" w:rsidR="007A5E59" w:rsidRDefault="0095198F">
            <w:r>
              <w:t>надз</w:t>
            </w:r>
          </w:p>
        </w:tc>
      </w:tr>
      <w:tr w:rsidR="007A5E59" w14:paraId="761120C9" w14:textId="77777777">
        <w:trPr>
          <w:jc w:val="center"/>
        </w:trPr>
        <w:tc>
          <w:tcPr>
            <w:tcW w:w="0" w:type="auto"/>
          </w:tcPr>
          <w:p w14:paraId="45003612" w14:textId="77777777" w:rsidR="007A5E59" w:rsidRDefault="0095198F">
            <w:pPr>
              <w:jc w:val="center"/>
            </w:pPr>
            <w:r>
              <w:t>87</w:t>
            </w:r>
          </w:p>
        </w:tc>
        <w:tc>
          <w:tcPr>
            <w:tcW w:w="0" w:type="auto"/>
          </w:tcPr>
          <w:p w14:paraId="34273C70" w14:textId="77777777" w:rsidR="007A5E59" w:rsidRDefault="0095198F">
            <w:r>
              <w:t>1-16</w:t>
            </w:r>
          </w:p>
        </w:tc>
        <w:tc>
          <w:tcPr>
            <w:tcW w:w="0" w:type="auto"/>
          </w:tcPr>
          <w:p w14:paraId="60466934" w14:textId="77777777" w:rsidR="007A5E59" w:rsidRDefault="0095198F">
            <w:pPr>
              <w:jc w:val="center"/>
            </w:pPr>
            <w:r>
              <w:t>100</w:t>
            </w:r>
          </w:p>
        </w:tc>
        <w:tc>
          <w:tcPr>
            <w:tcW w:w="0" w:type="auto"/>
          </w:tcPr>
          <w:p w14:paraId="083EEBE7" w14:textId="77777777" w:rsidR="007A5E59" w:rsidRDefault="0095198F">
            <w:pPr>
              <w:jc w:val="center"/>
            </w:pPr>
            <w:r>
              <w:t>1988</w:t>
            </w:r>
          </w:p>
        </w:tc>
        <w:tc>
          <w:tcPr>
            <w:tcW w:w="0" w:type="auto"/>
          </w:tcPr>
          <w:p w14:paraId="70ECA1A1" w14:textId="77777777" w:rsidR="007A5E59" w:rsidRDefault="0095198F">
            <w:pPr>
              <w:jc w:val="center"/>
            </w:pPr>
            <w:r>
              <w:t>30</w:t>
            </w:r>
          </w:p>
        </w:tc>
        <w:tc>
          <w:tcPr>
            <w:tcW w:w="0" w:type="auto"/>
          </w:tcPr>
          <w:p w14:paraId="41019DD7" w14:textId="77777777" w:rsidR="007A5E59" w:rsidRDefault="0095198F">
            <w:r>
              <w:t>надз</w:t>
            </w:r>
          </w:p>
        </w:tc>
      </w:tr>
      <w:tr w:rsidR="007A5E59" w14:paraId="6A6EC142" w14:textId="77777777">
        <w:trPr>
          <w:jc w:val="center"/>
        </w:trPr>
        <w:tc>
          <w:tcPr>
            <w:tcW w:w="0" w:type="auto"/>
          </w:tcPr>
          <w:p w14:paraId="0A23BD81" w14:textId="77777777" w:rsidR="007A5E59" w:rsidRDefault="0095198F">
            <w:pPr>
              <w:jc w:val="center"/>
            </w:pPr>
            <w:r>
              <w:t>88</w:t>
            </w:r>
          </w:p>
        </w:tc>
        <w:tc>
          <w:tcPr>
            <w:tcW w:w="0" w:type="auto"/>
          </w:tcPr>
          <w:p w14:paraId="1829A25B" w14:textId="77777777" w:rsidR="007A5E59" w:rsidRDefault="0095198F">
            <w:r>
              <w:t>1-16</w:t>
            </w:r>
          </w:p>
        </w:tc>
        <w:tc>
          <w:tcPr>
            <w:tcW w:w="0" w:type="auto"/>
          </w:tcPr>
          <w:p w14:paraId="10464225" w14:textId="77777777" w:rsidR="007A5E59" w:rsidRDefault="0095198F">
            <w:pPr>
              <w:jc w:val="center"/>
            </w:pPr>
            <w:r>
              <w:t>70</w:t>
            </w:r>
          </w:p>
        </w:tc>
        <w:tc>
          <w:tcPr>
            <w:tcW w:w="0" w:type="auto"/>
          </w:tcPr>
          <w:p w14:paraId="72644B0C" w14:textId="77777777" w:rsidR="007A5E59" w:rsidRDefault="0095198F">
            <w:pPr>
              <w:jc w:val="center"/>
            </w:pPr>
            <w:r>
              <w:t>1988</w:t>
            </w:r>
          </w:p>
        </w:tc>
        <w:tc>
          <w:tcPr>
            <w:tcW w:w="0" w:type="auto"/>
          </w:tcPr>
          <w:p w14:paraId="0CA001C0" w14:textId="77777777" w:rsidR="007A5E59" w:rsidRDefault="0095198F">
            <w:pPr>
              <w:jc w:val="center"/>
            </w:pPr>
            <w:r>
              <w:t>30</w:t>
            </w:r>
          </w:p>
        </w:tc>
        <w:tc>
          <w:tcPr>
            <w:tcW w:w="0" w:type="auto"/>
          </w:tcPr>
          <w:p w14:paraId="716FD5EC" w14:textId="77777777" w:rsidR="007A5E59" w:rsidRDefault="0095198F">
            <w:r>
              <w:t>надз</w:t>
            </w:r>
          </w:p>
        </w:tc>
      </w:tr>
      <w:tr w:rsidR="007A5E59" w14:paraId="37015805" w14:textId="77777777">
        <w:trPr>
          <w:jc w:val="center"/>
        </w:trPr>
        <w:tc>
          <w:tcPr>
            <w:tcW w:w="0" w:type="auto"/>
          </w:tcPr>
          <w:p w14:paraId="35F8EB00" w14:textId="77777777" w:rsidR="007A5E59" w:rsidRDefault="0095198F">
            <w:pPr>
              <w:jc w:val="center"/>
            </w:pPr>
            <w:r>
              <w:t>89</w:t>
            </w:r>
          </w:p>
        </w:tc>
        <w:tc>
          <w:tcPr>
            <w:tcW w:w="0" w:type="auto"/>
          </w:tcPr>
          <w:p w14:paraId="295C39AA" w14:textId="77777777" w:rsidR="007A5E59" w:rsidRDefault="0095198F">
            <w:r>
              <w:t>1-16 а</w:t>
            </w:r>
          </w:p>
        </w:tc>
        <w:tc>
          <w:tcPr>
            <w:tcW w:w="0" w:type="auto"/>
          </w:tcPr>
          <w:p w14:paraId="521D005B" w14:textId="77777777" w:rsidR="007A5E59" w:rsidRDefault="0095198F">
            <w:pPr>
              <w:jc w:val="center"/>
            </w:pPr>
            <w:r>
              <w:t>150</w:t>
            </w:r>
          </w:p>
        </w:tc>
        <w:tc>
          <w:tcPr>
            <w:tcW w:w="0" w:type="auto"/>
          </w:tcPr>
          <w:p w14:paraId="3DA3757B" w14:textId="77777777" w:rsidR="007A5E59" w:rsidRDefault="0095198F">
            <w:pPr>
              <w:jc w:val="center"/>
            </w:pPr>
            <w:r>
              <w:t>1988</w:t>
            </w:r>
          </w:p>
        </w:tc>
        <w:tc>
          <w:tcPr>
            <w:tcW w:w="0" w:type="auto"/>
          </w:tcPr>
          <w:p w14:paraId="42DEC208" w14:textId="77777777" w:rsidR="007A5E59" w:rsidRDefault="0095198F">
            <w:pPr>
              <w:jc w:val="center"/>
            </w:pPr>
            <w:r>
              <w:t>12</w:t>
            </w:r>
          </w:p>
        </w:tc>
        <w:tc>
          <w:tcPr>
            <w:tcW w:w="0" w:type="auto"/>
          </w:tcPr>
          <w:p w14:paraId="76C67848" w14:textId="77777777" w:rsidR="007A5E59" w:rsidRDefault="0095198F">
            <w:r>
              <w:t>надз</w:t>
            </w:r>
          </w:p>
        </w:tc>
      </w:tr>
      <w:tr w:rsidR="007A5E59" w14:paraId="39092BB8" w14:textId="77777777">
        <w:trPr>
          <w:jc w:val="center"/>
        </w:trPr>
        <w:tc>
          <w:tcPr>
            <w:tcW w:w="0" w:type="auto"/>
          </w:tcPr>
          <w:p w14:paraId="499A8704" w14:textId="77777777" w:rsidR="007A5E59" w:rsidRDefault="0095198F">
            <w:pPr>
              <w:jc w:val="center"/>
            </w:pPr>
            <w:r>
              <w:t>90</w:t>
            </w:r>
          </w:p>
        </w:tc>
        <w:tc>
          <w:tcPr>
            <w:tcW w:w="0" w:type="auto"/>
          </w:tcPr>
          <w:p w14:paraId="483A7E11" w14:textId="77777777" w:rsidR="007A5E59" w:rsidRDefault="0095198F">
            <w:r>
              <w:t>1-16 а</w:t>
            </w:r>
          </w:p>
        </w:tc>
        <w:tc>
          <w:tcPr>
            <w:tcW w:w="0" w:type="auto"/>
          </w:tcPr>
          <w:p w14:paraId="0703354F" w14:textId="77777777" w:rsidR="007A5E59" w:rsidRDefault="0095198F">
            <w:pPr>
              <w:jc w:val="center"/>
            </w:pPr>
            <w:r>
              <w:t>125</w:t>
            </w:r>
          </w:p>
        </w:tc>
        <w:tc>
          <w:tcPr>
            <w:tcW w:w="0" w:type="auto"/>
          </w:tcPr>
          <w:p w14:paraId="2120D717" w14:textId="77777777" w:rsidR="007A5E59" w:rsidRDefault="0095198F">
            <w:pPr>
              <w:jc w:val="center"/>
            </w:pPr>
            <w:r>
              <w:t>1988</w:t>
            </w:r>
          </w:p>
        </w:tc>
        <w:tc>
          <w:tcPr>
            <w:tcW w:w="0" w:type="auto"/>
          </w:tcPr>
          <w:p w14:paraId="03E85A76" w14:textId="77777777" w:rsidR="007A5E59" w:rsidRDefault="0095198F">
            <w:pPr>
              <w:jc w:val="center"/>
            </w:pPr>
            <w:r>
              <w:t>12</w:t>
            </w:r>
          </w:p>
        </w:tc>
        <w:tc>
          <w:tcPr>
            <w:tcW w:w="0" w:type="auto"/>
          </w:tcPr>
          <w:p w14:paraId="03E310D3" w14:textId="77777777" w:rsidR="007A5E59" w:rsidRDefault="0095198F">
            <w:r>
              <w:t>надз</w:t>
            </w:r>
          </w:p>
        </w:tc>
      </w:tr>
      <w:tr w:rsidR="007A5E59" w14:paraId="3A8E9F45" w14:textId="77777777">
        <w:trPr>
          <w:jc w:val="center"/>
        </w:trPr>
        <w:tc>
          <w:tcPr>
            <w:tcW w:w="0" w:type="auto"/>
          </w:tcPr>
          <w:p w14:paraId="2FDF0D1C" w14:textId="77777777" w:rsidR="007A5E59" w:rsidRDefault="0095198F">
            <w:pPr>
              <w:jc w:val="center"/>
            </w:pPr>
            <w:r>
              <w:t>91</w:t>
            </w:r>
          </w:p>
        </w:tc>
        <w:tc>
          <w:tcPr>
            <w:tcW w:w="0" w:type="auto"/>
          </w:tcPr>
          <w:p w14:paraId="1B06A7CB" w14:textId="77777777" w:rsidR="007A5E59" w:rsidRDefault="0095198F">
            <w:r>
              <w:t>1-17</w:t>
            </w:r>
          </w:p>
        </w:tc>
        <w:tc>
          <w:tcPr>
            <w:tcW w:w="0" w:type="auto"/>
          </w:tcPr>
          <w:p w14:paraId="695FC832" w14:textId="77777777" w:rsidR="007A5E59" w:rsidRDefault="0095198F">
            <w:pPr>
              <w:jc w:val="center"/>
            </w:pPr>
            <w:r>
              <w:t>150</w:t>
            </w:r>
          </w:p>
        </w:tc>
        <w:tc>
          <w:tcPr>
            <w:tcW w:w="0" w:type="auto"/>
          </w:tcPr>
          <w:p w14:paraId="1A9021E0" w14:textId="77777777" w:rsidR="007A5E59" w:rsidRDefault="0095198F">
            <w:pPr>
              <w:jc w:val="center"/>
            </w:pPr>
            <w:r>
              <w:t>1988</w:t>
            </w:r>
          </w:p>
        </w:tc>
        <w:tc>
          <w:tcPr>
            <w:tcW w:w="0" w:type="auto"/>
          </w:tcPr>
          <w:p w14:paraId="26703D95" w14:textId="77777777" w:rsidR="007A5E59" w:rsidRDefault="0095198F">
            <w:pPr>
              <w:jc w:val="center"/>
            </w:pPr>
            <w:r>
              <w:t>126</w:t>
            </w:r>
          </w:p>
        </w:tc>
        <w:tc>
          <w:tcPr>
            <w:tcW w:w="0" w:type="auto"/>
          </w:tcPr>
          <w:p w14:paraId="3AF7413D" w14:textId="77777777" w:rsidR="007A5E59" w:rsidRDefault="0095198F">
            <w:r>
              <w:t>надз</w:t>
            </w:r>
          </w:p>
        </w:tc>
      </w:tr>
      <w:tr w:rsidR="007A5E59" w14:paraId="5FF56505" w14:textId="77777777">
        <w:trPr>
          <w:jc w:val="center"/>
        </w:trPr>
        <w:tc>
          <w:tcPr>
            <w:tcW w:w="0" w:type="auto"/>
          </w:tcPr>
          <w:p w14:paraId="0C80F94E" w14:textId="77777777" w:rsidR="007A5E59" w:rsidRDefault="0095198F">
            <w:pPr>
              <w:jc w:val="center"/>
            </w:pPr>
            <w:r>
              <w:t>92</w:t>
            </w:r>
          </w:p>
        </w:tc>
        <w:tc>
          <w:tcPr>
            <w:tcW w:w="0" w:type="auto"/>
          </w:tcPr>
          <w:p w14:paraId="4AE8D3A4" w14:textId="77777777" w:rsidR="007A5E59" w:rsidRDefault="0095198F">
            <w:r>
              <w:t>1-19</w:t>
            </w:r>
          </w:p>
        </w:tc>
        <w:tc>
          <w:tcPr>
            <w:tcW w:w="0" w:type="auto"/>
          </w:tcPr>
          <w:p w14:paraId="610C1E28" w14:textId="77777777" w:rsidR="007A5E59" w:rsidRDefault="0095198F">
            <w:pPr>
              <w:jc w:val="center"/>
            </w:pPr>
            <w:r>
              <w:t>125</w:t>
            </w:r>
          </w:p>
        </w:tc>
        <w:tc>
          <w:tcPr>
            <w:tcW w:w="0" w:type="auto"/>
          </w:tcPr>
          <w:p w14:paraId="28EDCDBB" w14:textId="77777777" w:rsidR="007A5E59" w:rsidRDefault="0095198F">
            <w:pPr>
              <w:jc w:val="center"/>
            </w:pPr>
            <w:r>
              <w:t>1988</w:t>
            </w:r>
          </w:p>
        </w:tc>
        <w:tc>
          <w:tcPr>
            <w:tcW w:w="0" w:type="auto"/>
          </w:tcPr>
          <w:p w14:paraId="45FA59AC" w14:textId="77777777" w:rsidR="007A5E59" w:rsidRDefault="0095198F">
            <w:pPr>
              <w:jc w:val="center"/>
            </w:pPr>
            <w:r>
              <w:t>67</w:t>
            </w:r>
          </w:p>
        </w:tc>
        <w:tc>
          <w:tcPr>
            <w:tcW w:w="0" w:type="auto"/>
          </w:tcPr>
          <w:p w14:paraId="304EF40D" w14:textId="77777777" w:rsidR="007A5E59" w:rsidRDefault="0095198F">
            <w:r>
              <w:t>надз</w:t>
            </w:r>
          </w:p>
        </w:tc>
      </w:tr>
      <w:tr w:rsidR="007A5E59" w14:paraId="291A0F53" w14:textId="77777777">
        <w:trPr>
          <w:jc w:val="center"/>
        </w:trPr>
        <w:tc>
          <w:tcPr>
            <w:tcW w:w="0" w:type="auto"/>
          </w:tcPr>
          <w:p w14:paraId="643169E6" w14:textId="77777777" w:rsidR="007A5E59" w:rsidRDefault="0095198F">
            <w:pPr>
              <w:jc w:val="center"/>
            </w:pPr>
            <w:r>
              <w:t>93</w:t>
            </w:r>
          </w:p>
        </w:tc>
        <w:tc>
          <w:tcPr>
            <w:tcW w:w="0" w:type="auto"/>
          </w:tcPr>
          <w:p w14:paraId="56B88AC6" w14:textId="77777777" w:rsidR="007A5E59" w:rsidRDefault="0095198F">
            <w:r>
              <w:t>1-20</w:t>
            </w:r>
          </w:p>
        </w:tc>
        <w:tc>
          <w:tcPr>
            <w:tcW w:w="0" w:type="auto"/>
          </w:tcPr>
          <w:p w14:paraId="00B0AF31" w14:textId="77777777" w:rsidR="007A5E59" w:rsidRDefault="0095198F">
            <w:pPr>
              <w:jc w:val="center"/>
            </w:pPr>
            <w:r>
              <w:t>80</w:t>
            </w:r>
          </w:p>
        </w:tc>
        <w:tc>
          <w:tcPr>
            <w:tcW w:w="0" w:type="auto"/>
          </w:tcPr>
          <w:p w14:paraId="153D9570" w14:textId="77777777" w:rsidR="007A5E59" w:rsidRDefault="0095198F">
            <w:pPr>
              <w:jc w:val="center"/>
            </w:pPr>
            <w:r>
              <w:t>1988</w:t>
            </w:r>
          </w:p>
        </w:tc>
        <w:tc>
          <w:tcPr>
            <w:tcW w:w="0" w:type="auto"/>
          </w:tcPr>
          <w:p w14:paraId="769AAAB9" w14:textId="77777777" w:rsidR="007A5E59" w:rsidRDefault="0095198F">
            <w:pPr>
              <w:jc w:val="center"/>
            </w:pPr>
            <w:r>
              <w:t>70</w:t>
            </w:r>
          </w:p>
        </w:tc>
        <w:tc>
          <w:tcPr>
            <w:tcW w:w="0" w:type="auto"/>
          </w:tcPr>
          <w:p w14:paraId="26947A06" w14:textId="77777777" w:rsidR="007A5E59" w:rsidRDefault="0095198F">
            <w:r>
              <w:t>надз</w:t>
            </w:r>
          </w:p>
        </w:tc>
      </w:tr>
      <w:tr w:rsidR="007A5E59" w14:paraId="05F4A154" w14:textId="77777777">
        <w:trPr>
          <w:jc w:val="center"/>
        </w:trPr>
        <w:tc>
          <w:tcPr>
            <w:tcW w:w="0" w:type="auto"/>
          </w:tcPr>
          <w:p w14:paraId="67CAA024" w14:textId="77777777" w:rsidR="007A5E59" w:rsidRDefault="0095198F">
            <w:pPr>
              <w:jc w:val="center"/>
            </w:pPr>
            <w:r>
              <w:t>94</w:t>
            </w:r>
          </w:p>
        </w:tc>
        <w:tc>
          <w:tcPr>
            <w:tcW w:w="0" w:type="auto"/>
          </w:tcPr>
          <w:p w14:paraId="636E7FBC" w14:textId="77777777" w:rsidR="007A5E59" w:rsidRDefault="0095198F">
            <w:r>
              <w:t>1-21</w:t>
            </w:r>
          </w:p>
        </w:tc>
        <w:tc>
          <w:tcPr>
            <w:tcW w:w="0" w:type="auto"/>
          </w:tcPr>
          <w:p w14:paraId="21273667" w14:textId="77777777" w:rsidR="007A5E59" w:rsidRDefault="0095198F">
            <w:pPr>
              <w:jc w:val="center"/>
            </w:pPr>
            <w:r>
              <w:t>70</w:t>
            </w:r>
          </w:p>
        </w:tc>
        <w:tc>
          <w:tcPr>
            <w:tcW w:w="0" w:type="auto"/>
          </w:tcPr>
          <w:p w14:paraId="785EBE7E" w14:textId="77777777" w:rsidR="007A5E59" w:rsidRDefault="0095198F">
            <w:pPr>
              <w:jc w:val="center"/>
            </w:pPr>
            <w:r>
              <w:t>1988</w:t>
            </w:r>
          </w:p>
        </w:tc>
        <w:tc>
          <w:tcPr>
            <w:tcW w:w="0" w:type="auto"/>
          </w:tcPr>
          <w:p w14:paraId="65BEE700" w14:textId="77777777" w:rsidR="007A5E59" w:rsidRDefault="0095198F">
            <w:pPr>
              <w:jc w:val="center"/>
            </w:pPr>
            <w:r>
              <w:t>90</w:t>
            </w:r>
          </w:p>
        </w:tc>
        <w:tc>
          <w:tcPr>
            <w:tcW w:w="0" w:type="auto"/>
          </w:tcPr>
          <w:p w14:paraId="67B0D552" w14:textId="77777777" w:rsidR="007A5E59" w:rsidRDefault="0095198F">
            <w:r>
              <w:t>надз</w:t>
            </w:r>
          </w:p>
        </w:tc>
      </w:tr>
      <w:tr w:rsidR="007A5E59" w14:paraId="31E0732A" w14:textId="77777777">
        <w:trPr>
          <w:jc w:val="center"/>
        </w:trPr>
        <w:tc>
          <w:tcPr>
            <w:tcW w:w="0" w:type="auto"/>
          </w:tcPr>
          <w:p w14:paraId="14DDD4A2" w14:textId="77777777" w:rsidR="007A5E59" w:rsidRDefault="0095198F">
            <w:pPr>
              <w:jc w:val="center"/>
            </w:pPr>
            <w:r>
              <w:t>95</w:t>
            </w:r>
          </w:p>
        </w:tc>
        <w:tc>
          <w:tcPr>
            <w:tcW w:w="0" w:type="auto"/>
          </w:tcPr>
          <w:p w14:paraId="1D32F869" w14:textId="77777777" w:rsidR="007A5E59" w:rsidRDefault="0095198F">
            <w:r>
              <w:t>1-22</w:t>
            </w:r>
          </w:p>
        </w:tc>
        <w:tc>
          <w:tcPr>
            <w:tcW w:w="0" w:type="auto"/>
          </w:tcPr>
          <w:p w14:paraId="47709867" w14:textId="77777777" w:rsidR="007A5E59" w:rsidRDefault="0095198F">
            <w:pPr>
              <w:jc w:val="center"/>
            </w:pPr>
            <w:r>
              <w:t>100</w:t>
            </w:r>
          </w:p>
        </w:tc>
        <w:tc>
          <w:tcPr>
            <w:tcW w:w="0" w:type="auto"/>
          </w:tcPr>
          <w:p w14:paraId="45939377" w14:textId="77777777" w:rsidR="007A5E59" w:rsidRDefault="0095198F">
            <w:pPr>
              <w:jc w:val="center"/>
            </w:pPr>
            <w:r>
              <w:t>1988</w:t>
            </w:r>
          </w:p>
        </w:tc>
        <w:tc>
          <w:tcPr>
            <w:tcW w:w="0" w:type="auto"/>
          </w:tcPr>
          <w:p w14:paraId="498D1339" w14:textId="77777777" w:rsidR="007A5E59" w:rsidRDefault="0095198F">
            <w:pPr>
              <w:jc w:val="center"/>
            </w:pPr>
            <w:r>
              <w:t>125</w:t>
            </w:r>
          </w:p>
        </w:tc>
        <w:tc>
          <w:tcPr>
            <w:tcW w:w="0" w:type="auto"/>
          </w:tcPr>
          <w:p w14:paraId="44274720" w14:textId="77777777" w:rsidR="007A5E59" w:rsidRDefault="0095198F">
            <w:r>
              <w:t>надз</w:t>
            </w:r>
          </w:p>
        </w:tc>
      </w:tr>
      <w:tr w:rsidR="007A5E59" w14:paraId="0CC27167" w14:textId="77777777">
        <w:trPr>
          <w:jc w:val="center"/>
        </w:trPr>
        <w:tc>
          <w:tcPr>
            <w:tcW w:w="0" w:type="auto"/>
          </w:tcPr>
          <w:p w14:paraId="0AAED240" w14:textId="77777777" w:rsidR="007A5E59" w:rsidRDefault="0095198F">
            <w:pPr>
              <w:jc w:val="center"/>
            </w:pPr>
            <w:r>
              <w:t>96</w:t>
            </w:r>
          </w:p>
        </w:tc>
        <w:tc>
          <w:tcPr>
            <w:tcW w:w="0" w:type="auto"/>
          </w:tcPr>
          <w:p w14:paraId="6FC4995E" w14:textId="77777777" w:rsidR="007A5E59" w:rsidRDefault="0095198F">
            <w:r>
              <w:t>1-28</w:t>
            </w:r>
          </w:p>
        </w:tc>
        <w:tc>
          <w:tcPr>
            <w:tcW w:w="0" w:type="auto"/>
          </w:tcPr>
          <w:p w14:paraId="643CAD39" w14:textId="77777777" w:rsidR="007A5E59" w:rsidRDefault="0095198F">
            <w:pPr>
              <w:jc w:val="center"/>
            </w:pPr>
            <w:r>
              <w:t>100</w:t>
            </w:r>
          </w:p>
        </w:tc>
        <w:tc>
          <w:tcPr>
            <w:tcW w:w="0" w:type="auto"/>
          </w:tcPr>
          <w:p w14:paraId="06CE4A23" w14:textId="77777777" w:rsidR="007A5E59" w:rsidRDefault="0095198F">
            <w:pPr>
              <w:jc w:val="center"/>
            </w:pPr>
            <w:r>
              <w:t>1959</w:t>
            </w:r>
          </w:p>
        </w:tc>
        <w:tc>
          <w:tcPr>
            <w:tcW w:w="0" w:type="auto"/>
          </w:tcPr>
          <w:p w14:paraId="32FEDFCE" w14:textId="77777777" w:rsidR="007A5E59" w:rsidRDefault="0095198F">
            <w:pPr>
              <w:jc w:val="center"/>
            </w:pPr>
            <w:r>
              <w:t>30</w:t>
            </w:r>
          </w:p>
        </w:tc>
        <w:tc>
          <w:tcPr>
            <w:tcW w:w="0" w:type="auto"/>
          </w:tcPr>
          <w:p w14:paraId="76DCB96D" w14:textId="77777777" w:rsidR="007A5E59" w:rsidRDefault="0095198F">
            <w:r>
              <w:t>надз</w:t>
            </w:r>
          </w:p>
        </w:tc>
      </w:tr>
      <w:tr w:rsidR="007A5E59" w14:paraId="4478ED4B" w14:textId="77777777">
        <w:trPr>
          <w:jc w:val="center"/>
        </w:trPr>
        <w:tc>
          <w:tcPr>
            <w:tcW w:w="0" w:type="auto"/>
          </w:tcPr>
          <w:p w14:paraId="1A8537FD" w14:textId="77777777" w:rsidR="007A5E59" w:rsidRDefault="0095198F">
            <w:pPr>
              <w:jc w:val="center"/>
            </w:pPr>
            <w:r>
              <w:t>97</w:t>
            </w:r>
          </w:p>
        </w:tc>
        <w:tc>
          <w:tcPr>
            <w:tcW w:w="0" w:type="auto"/>
          </w:tcPr>
          <w:p w14:paraId="03C1A7E6" w14:textId="77777777" w:rsidR="007A5E59" w:rsidRDefault="0095198F">
            <w:r>
              <w:t>1-29</w:t>
            </w:r>
          </w:p>
        </w:tc>
        <w:tc>
          <w:tcPr>
            <w:tcW w:w="0" w:type="auto"/>
          </w:tcPr>
          <w:p w14:paraId="3752E4DE" w14:textId="77777777" w:rsidR="007A5E59" w:rsidRDefault="0095198F">
            <w:pPr>
              <w:jc w:val="center"/>
            </w:pPr>
            <w:r>
              <w:t>80</w:t>
            </w:r>
          </w:p>
        </w:tc>
        <w:tc>
          <w:tcPr>
            <w:tcW w:w="0" w:type="auto"/>
          </w:tcPr>
          <w:p w14:paraId="0222E8FA" w14:textId="77777777" w:rsidR="007A5E59" w:rsidRDefault="0095198F">
            <w:pPr>
              <w:jc w:val="center"/>
            </w:pPr>
            <w:r>
              <w:t>1988</w:t>
            </w:r>
          </w:p>
        </w:tc>
        <w:tc>
          <w:tcPr>
            <w:tcW w:w="0" w:type="auto"/>
          </w:tcPr>
          <w:p w14:paraId="10506782" w14:textId="77777777" w:rsidR="007A5E59" w:rsidRDefault="0095198F">
            <w:pPr>
              <w:jc w:val="center"/>
            </w:pPr>
            <w:r>
              <w:t>70</w:t>
            </w:r>
          </w:p>
        </w:tc>
        <w:tc>
          <w:tcPr>
            <w:tcW w:w="0" w:type="auto"/>
          </w:tcPr>
          <w:p w14:paraId="779FB1E7" w14:textId="77777777" w:rsidR="007A5E59" w:rsidRDefault="0095198F">
            <w:r>
              <w:t>надз</w:t>
            </w:r>
          </w:p>
        </w:tc>
      </w:tr>
      <w:tr w:rsidR="007A5E59" w14:paraId="5CF24D75" w14:textId="77777777">
        <w:trPr>
          <w:jc w:val="center"/>
        </w:trPr>
        <w:tc>
          <w:tcPr>
            <w:tcW w:w="0" w:type="auto"/>
          </w:tcPr>
          <w:p w14:paraId="6E34322E" w14:textId="77777777" w:rsidR="007A5E59" w:rsidRDefault="0095198F">
            <w:pPr>
              <w:jc w:val="center"/>
            </w:pPr>
            <w:r>
              <w:t>98</w:t>
            </w:r>
          </w:p>
        </w:tc>
        <w:tc>
          <w:tcPr>
            <w:tcW w:w="0" w:type="auto"/>
          </w:tcPr>
          <w:p w14:paraId="63760A0B" w14:textId="77777777" w:rsidR="007A5E59" w:rsidRDefault="0095198F">
            <w:r>
              <w:t>1-30</w:t>
            </w:r>
          </w:p>
        </w:tc>
        <w:tc>
          <w:tcPr>
            <w:tcW w:w="0" w:type="auto"/>
          </w:tcPr>
          <w:p w14:paraId="426C213C" w14:textId="77777777" w:rsidR="007A5E59" w:rsidRDefault="0095198F">
            <w:pPr>
              <w:jc w:val="center"/>
            </w:pPr>
            <w:r>
              <w:t>80</w:t>
            </w:r>
          </w:p>
        </w:tc>
        <w:tc>
          <w:tcPr>
            <w:tcW w:w="0" w:type="auto"/>
          </w:tcPr>
          <w:p w14:paraId="4943E173" w14:textId="77777777" w:rsidR="007A5E59" w:rsidRDefault="0095198F">
            <w:pPr>
              <w:jc w:val="center"/>
            </w:pPr>
            <w:r>
              <w:t>2003</w:t>
            </w:r>
          </w:p>
        </w:tc>
        <w:tc>
          <w:tcPr>
            <w:tcW w:w="0" w:type="auto"/>
          </w:tcPr>
          <w:p w14:paraId="4C2CCCC6" w14:textId="77777777" w:rsidR="007A5E59" w:rsidRDefault="0095198F">
            <w:pPr>
              <w:jc w:val="center"/>
            </w:pPr>
            <w:r>
              <w:t>97</w:t>
            </w:r>
          </w:p>
        </w:tc>
        <w:tc>
          <w:tcPr>
            <w:tcW w:w="0" w:type="auto"/>
          </w:tcPr>
          <w:p w14:paraId="6DB89328" w14:textId="77777777" w:rsidR="007A5E59" w:rsidRDefault="0095198F">
            <w:r>
              <w:t>надз</w:t>
            </w:r>
          </w:p>
        </w:tc>
      </w:tr>
      <w:tr w:rsidR="007A5E59" w14:paraId="3C756EE6" w14:textId="77777777">
        <w:trPr>
          <w:jc w:val="center"/>
        </w:trPr>
        <w:tc>
          <w:tcPr>
            <w:tcW w:w="0" w:type="auto"/>
          </w:tcPr>
          <w:p w14:paraId="569258F2" w14:textId="77777777" w:rsidR="007A5E59" w:rsidRDefault="0095198F">
            <w:pPr>
              <w:jc w:val="center"/>
            </w:pPr>
            <w:r>
              <w:t>99</w:t>
            </w:r>
          </w:p>
        </w:tc>
        <w:tc>
          <w:tcPr>
            <w:tcW w:w="0" w:type="auto"/>
          </w:tcPr>
          <w:p w14:paraId="476B14C7" w14:textId="77777777" w:rsidR="007A5E59" w:rsidRDefault="0095198F">
            <w:r>
              <w:t>1-31</w:t>
            </w:r>
          </w:p>
        </w:tc>
        <w:tc>
          <w:tcPr>
            <w:tcW w:w="0" w:type="auto"/>
          </w:tcPr>
          <w:p w14:paraId="72090077" w14:textId="77777777" w:rsidR="007A5E59" w:rsidRDefault="0095198F">
            <w:pPr>
              <w:jc w:val="center"/>
            </w:pPr>
            <w:r>
              <w:t>80</w:t>
            </w:r>
          </w:p>
        </w:tc>
        <w:tc>
          <w:tcPr>
            <w:tcW w:w="0" w:type="auto"/>
          </w:tcPr>
          <w:p w14:paraId="5E63BDD4" w14:textId="77777777" w:rsidR="007A5E59" w:rsidRDefault="0095198F">
            <w:pPr>
              <w:jc w:val="center"/>
            </w:pPr>
            <w:r>
              <w:t>2003</w:t>
            </w:r>
          </w:p>
        </w:tc>
        <w:tc>
          <w:tcPr>
            <w:tcW w:w="0" w:type="auto"/>
          </w:tcPr>
          <w:p w14:paraId="33765DBC" w14:textId="77777777" w:rsidR="007A5E59" w:rsidRDefault="0095198F">
            <w:pPr>
              <w:jc w:val="center"/>
            </w:pPr>
            <w:r>
              <w:t>117,70</w:t>
            </w:r>
          </w:p>
        </w:tc>
        <w:tc>
          <w:tcPr>
            <w:tcW w:w="0" w:type="auto"/>
          </w:tcPr>
          <w:p w14:paraId="5EF6C877" w14:textId="77777777" w:rsidR="007A5E59" w:rsidRDefault="0095198F">
            <w:r>
              <w:t>надз</w:t>
            </w:r>
          </w:p>
        </w:tc>
      </w:tr>
      <w:tr w:rsidR="007A5E59" w14:paraId="2723D45D" w14:textId="77777777">
        <w:trPr>
          <w:jc w:val="center"/>
        </w:trPr>
        <w:tc>
          <w:tcPr>
            <w:tcW w:w="0" w:type="auto"/>
          </w:tcPr>
          <w:p w14:paraId="002C3617" w14:textId="77777777" w:rsidR="007A5E59" w:rsidRDefault="0095198F">
            <w:pPr>
              <w:jc w:val="center"/>
            </w:pPr>
            <w:r>
              <w:t>100</w:t>
            </w:r>
          </w:p>
        </w:tc>
        <w:tc>
          <w:tcPr>
            <w:tcW w:w="0" w:type="auto"/>
          </w:tcPr>
          <w:p w14:paraId="3B23BD3D" w14:textId="77777777" w:rsidR="007A5E59" w:rsidRDefault="0095198F">
            <w:r>
              <w:t>2-1</w:t>
            </w:r>
          </w:p>
        </w:tc>
        <w:tc>
          <w:tcPr>
            <w:tcW w:w="0" w:type="auto"/>
          </w:tcPr>
          <w:p w14:paraId="651F9F6E" w14:textId="77777777" w:rsidR="007A5E59" w:rsidRDefault="0095198F">
            <w:pPr>
              <w:jc w:val="center"/>
            </w:pPr>
            <w:r>
              <w:t>125</w:t>
            </w:r>
          </w:p>
        </w:tc>
        <w:tc>
          <w:tcPr>
            <w:tcW w:w="0" w:type="auto"/>
          </w:tcPr>
          <w:p w14:paraId="09343820" w14:textId="77777777" w:rsidR="007A5E59" w:rsidRDefault="0095198F">
            <w:pPr>
              <w:jc w:val="center"/>
            </w:pPr>
            <w:r>
              <w:t>1959</w:t>
            </w:r>
          </w:p>
        </w:tc>
        <w:tc>
          <w:tcPr>
            <w:tcW w:w="0" w:type="auto"/>
          </w:tcPr>
          <w:p w14:paraId="3359CC16" w14:textId="77777777" w:rsidR="007A5E59" w:rsidRDefault="0095198F">
            <w:pPr>
              <w:jc w:val="center"/>
            </w:pPr>
            <w:r>
              <w:t>52</w:t>
            </w:r>
          </w:p>
        </w:tc>
        <w:tc>
          <w:tcPr>
            <w:tcW w:w="0" w:type="auto"/>
          </w:tcPr>
          <w:p w14:paraId="16F74522" w14:textId="77777777" w:rsidR="007A5E59" w:rsidRDefault="0095198F">
            <w:r>
              <w:t>надз</w:t>
            </w:r>
          </w:p>
        </w:tc>
      </w:tr>
      <w:tr w:rsidR="007A5E59" w14:paraId="5D1E425B" w14:textId="77777777">
        <w:trPr>
          <w:jc w:val="center"/>
        </w:trPr>
        <w:tc>
          <w:tcPr>
            <w:tcW w:w="0" w:type="auto"/>
          </w:tcPr>
          <w:p w14:paraId="2496B14E" w14:textId="77777777" w:rsidR="007A5E59" w:rsidRDefault="0095198F">
            <w:pPr>
              <w:jc w:val="center"/>
            </w:pPr>
            <w:r>
              <w:t>101</w:t>
            </w:r>
          </w:p>
        </w:tc>
        <w:tc>
          <w:tcPr>
            <w:tcW w:w="0" w:type="auto"/>
          </w:tcPr>
          <w:p w14:paraId="441CB5AF" w14:textId="77777777" w:rsidR="007A5E59" w:rsidRDefault="0095198F">
            <w:r>
              <w:t>2-1</w:t>
            </w:r>
          </w:p>
        </w:tc>
        <w:tc>
          <w:tcPr>
            <w:tcW w:w="0" w:type="auto"/>
          </w:tcPr>
          <w:p w14:paraId="1C72C4D5" w14:textId="77777777" w:rsidR="007A5E59" w:rsidRDefault="0095198F">
            <w:pPr>
              <w:jc w:val="center"/>
            </w:pPr>
            <w:r>
              <w:t>150</w:t>
            </w:r>
          </w:p>
        </w:tc>
        <w:tc>
          <w:tcPr>
            <w:tcW w:w="0" w:type="auto"/>
          </w:tcPr>
          <w:p w14:paraId="79F5D314" w14:textId="77777777" w:rsidR="007A5E59" w:rsidRDefault="0095198F">
            <w:pPr>
              <w:jc w:val="center"/>
            </w:pPr>
            <w:r>
              <w:t>1959</w:t>
            </w:r>
          </w:p>
        </w:tc>
        <w:tc>
          <w:tcPr>
            <w:tcW w:w="0" w:type="auto"/>
          </w:tcPr>
          <w:p w14:paraId="66AF8CD7" w14:textId="77777777" w:rsidR="007A5E59" w:rsidRDefault="0095198F">
            <w:pPr>
              <w:jc w:val="center"/>
            </w:pPr>
            <w:r>
              <w:t>52</w:t>
            </w:r>
          </w:p>
        </w:tc>
        <w:tc>
          <w:tcPr>
            <w:tcW w:w="0" w:type="auto"/>
          </w:tcPr>
          <w:p w14:paraId="77BB0791" w14:textId="77777777" w:rsidR="007A5E59" w:rsidRDefault="0095198F">
            <w:r>
              <w:t>надз</w:t>
            </w:r>
          </w:p>
        </w:tc>
      </w:tr>
      <w:tr w:rsidR="007A5E59" w14:paraId="13DD4738" w14:textId="77777777">
        <w:trPr>
          <w:jc w:val="center"/>
        </w:trPr>
        <w:tc>
          <w:tcPr>
            <w:tcW w:w="0" w:type="auto"/>
          </w:tcPr>
          <w:p w14:paraId="6CE4807C" w14:textId="77777777" w:rsidR="007A5E59" w:rsidRDefault="0095198F">
            <w:pPr>
              <w:jc w:val="center"/>
            </w:pPr>
            <w:r>
              <w:t>102</w:t>
            </w:r>
          </w:p>
        </w:tc>
        <w:tc>
          <w:tcPr>
            <w:tcW w:w="0" w:type="auto"/>
          </w:tcPr>
          <w:p w14:paraId="152216AD" w14:textId="77777777" w:rsidR="007A5E59" w:rsidRDefault="0095198F">
            <w:r>
              <w:t>2-2</w:t>
            </w:r>
          </w:p>
        </w:tc>
        <w:tc>
          <w:tcPr>
            <w:tcW w:w="0" w:type="auto"/>
          </w:tcPr>
          <w:p w14:paraId="57CCA79D" w14:textId="77777777" w:rsidR="007A5E59" w:rsidRDefault="0095198F">
            <w:pPr>
              <w:jc w:val="center"/>
            </w:pPr>
            <w:r>
              <w:t>100</w:t>
            </w:r>
          </w:p>
        </w:tc>
        <w:tc>
          <w:tcPr>
            <w:tcW w:w="0" w:type="auto"/>
          </w:tcPr>
          <w:p w14:paraId="614717C9" w14:textId="77777777" w:rsidR="007A5E59" w:rsidRDefault="0095198F">
            <w:pPr>
              <w:jc w:val="center"/>
            </w:pPr>
            <w:r>
              <w:t>1959</w:t>
            </w:r>
          </w:p>
        </w:tc>
        <w:tc>
          <w:tcPr>
            <w:tcW w:w="0" w:type="auto"/>
          </w:tcPr>
          <w:p w14:paraId="7F686D7B" w14:textId="77777777" w:rsidR="007A5E59" w:rsidRDefault="0095198F">
            <w:pPr>
              <w:jc w:val="center"/>
            </w:pPr>
            <w:r>
              <w:t>240</w:t>
            </w:r>
          </w:p>
        </w:tc>
        <w:tc>
          <w:tcPr>
            <w:tcW w:w="0" w:type="auto"/>
          </w:tcPr>
          <w:p w14:paraId="643D045D" w14:textId="77777777" w:rsidR="007A5E59" w:rsidRDefault="0095198F">
            <w:r>
              <w:t>надз</w:t>
            </w:r>
          </w:p>
        </w:tc>
      </w:tr>
      <w:tr w:rsidR="007A5E59" w14:paraId="707D1DAD" w14:textId="77777777">
        <w:trPr>
          <w:jc w:val="center"/>
        </w:trPr>
        <w:tc>
          <w:tcPr>
            <w:tcW w:w="0" w:type="auto"/>
          </w:tcPr>
          <w:p w14:paraId="2B01E43F" w14:textId="77777777" w:rsidR="007A5E59" w:rsidRDefault="0095198F">
            <w:pPr>
              <w:jc w:val="center"/>
            </w:pPr>
            <w:r>
              <w:t>103</w:t>
            </w:r>
          </w:p>
        </w:tc>
        <w:tc>
          <w:tcPr>
            <w:tcW w:w="0" w:type="auto"/>
          </w:tcPr>
          <w:p w14:paraId="029E0182" w14:textId="77777777" w:rsidR="007A5E59" w:rsidRDefault="0095198F">
            <w:r>
              <w:t>2-3</w:t>
            </w:r>
          </w:p>
        </w:tc>
        <w:tc>
          <w:tcPr>
            <w:tcW w:w="0" w:type="auto"/>
          </w:tcPr>
          <w:p w14:paraId="02AC89AF" w14:textId="77777777" w:rsidR="007A5E59" w:rsidRDefault="0095198F">
            <w:pPr>
              <w:jc w:val="center"/>
            </w:pPr>
            <w:r>
              <w:t>80</w:t>
            </w:r>
          </w:p>
        </w:tc>
        <w:tc>
          <w:tcPr>
            <w:tcW w:w="0" w:type="auto"/>
          </w:tcPr>
          <w:p w14:paraId="302AAD8F" w14:textId="77777777" w:rsidR="007A5E59" w:rsidRDefault="0095198F">
            <w:pPr>
              <w:jc w:val="center"/>
            </w:pPr>
            <w:r>
              <w:t>1959</w:t>
            </w:r>
          </w:p>
        </w:tc>
        <w:tc>
          <w:tcPr>
            <w:tcW w:w="0" w:type="auto"/>
          </w:tcPr>
          <w:p w14:paraId="70510D26" w14:textId="77777777" w:rsidR="007A5E59" w:rsidRDefault="0095198F">
            <w:pPr>
              <w:jc w:val="center"/>
            </w:pPr>
            <w:r>
              <w:t>355</w:t>
            </w:r>
          </w:p>
        </w:tc>
        <w:tc>
          <w:tcPr>
            <w:tcW w:w="0" w:type="auto"/>
          </w:tcPr>
          <w:p w14:paraId="70726AEE" w14:textId="77777777" w:rsidR="007A5E59" w:rsidRDefault="0095198F">
            <w:r>
              <w:t>надз</w:t>
            </w:r>
          </w:p>
        </w:tc>
      </w:tr>
      <w:tr w:rsidR="007A5E59" w14:paraId="518281A0" w14:textId="77777777">
        <w:trPr>
          <w:jc w:val="center"/>
        </w:trPr>
        <w:tc>
          <w:tcPr>
            <w:tcW w:w="0" w:type="auto"/>
          </w:tcPr>
          <w:p w14:paraId="0AE86160" w14:textId="77777777" w:rsidR="007A5E59" w:rsidRDefault="0095198F">
            <w:pPr>
              <w:jc w:val="center"/>
            </w:pPr>
            <w:r>
              <w:t>104</w:t>
            </w:r>
          </w:p>
        </w:tc>
        <w:tc>
          <w:tcPr>
            <w:tcW w:w="0" w:type="auto"/>
          </w:tcPr>
          <w:p w14:paraId="0FEC462B" w14:textId="77777777" w:rsidR="007A5E59" w:rsidRDefault="0095198F">
            <w:r>
              <w:t>2-4</w:t>
            </w:r>
          </w:p>
        </w:tc>
        <w:tc>
          <w:tcPr>
            <w:tcW w:w="0" w:type="auto"/>
          </w:tcPr>
          <w:p w14:paraId="764C8C20" w14:textId="77777777" w:rsidR="007A5E59" w:rsidRDefault="0095198F">
            <w:pPr>
              <w:jc w:val="center"/>
            </w:pPr>
            <w:r>
              <w:t>125</w:t>
            </w:r>
          </w:p>
        </w:tc>
        <w:tc>
          <w:tcPr>
            <w:tcW w:w="0" w:type="auto"/>
          </w:tcPr>
          <w:p w14:paraId="71A8A3C7" w14:textId="77777777" w:rsidR="007A5E59" w:rsidRDefault="0095198F">
            <w:pPr>
              <w:jc w:val="center"/>
            </w:pPr>
            <w:r>
              <w:t>1959</w:t>
            </w:r>
          </w:p>
        </w:tc>
        <w:tc>
          <w:tcPr>
            <w:tcW w:w="0" w:type="auto"/>
          </w:tcPr>
          <w:p w14:paraId="6DA008BE" w14:textId="77777777" w:rsidR="007A5E59" w:rsidRDefault="0095198F">
            <w:pPr>
              <w:jc w:val="center"/>
            </w:pPr>
            <w:r>
              <w:t>266</w:t>
            </w:r>
          </w:p>
        </w:tc>
        <w:tc>
          <w:tcPr>
            <w:tcW w:w="0" w:type="auto"/>
          </w:tcPr>
          <w:p w14:paraId="2F7C602E" w14:textId="77777777" w:rsidR="007A5E59" w:rsidRDefault="0095198F">
            <w:r>
              <w:t>надз</w:t>
            </w:r>
          </w:p>
        </w:tc>
      </w:tr>
      <w:tr w:rsidR="007A5E59" w14:paraId="0671F5A8" w14:textId="77777777">
        <w:trPr>
          <w:jc w:val="center"/>
        </w:trPr>
        <w:tc>
          <w:tcPr>
            <w:tcW w:w="0" w:type="auto"/>
          </w:tcPr>
          <w:p w14:paraId="16B3CAD1" w14:textId="77777777" w:rsidR="007A5E59" w:rsidRDefault="0095198F">
            <w:pPr>
              <w:jc w:val="center"/>
            </w:pPr>
            <w:r>
              <w:t>105</w:t>
            </w:r>
          </w:p>
        </w:tc>
        <w:tc>
          <w:tcPr>
            <w:tcW w:w="0" w:type="auto"/>
          </w:tcPr>
          <w:p w14:paraId="0A7878CA" w14:textId="77777777" w:rsidR="007A5E59" w:rsidRDefault="0095198F">
            <w:r>
              <w:t>2-4</w:t>
            </w:r>
          </w:p>
        </w:tc>
        <w:tc>
          <w:tcPr>
            <w:tcW w:w="0" w:type="auto"/>
          </w:tcPr>
          <w:p w14:paraId="4ABE8E16" w14:textId="77777777" w:rsidR="007A5E59" w:rsidRDefault="0095198F">
            <w:pPr>
              <w:jc w:val="center"/>
            </w:pPr>
            <w:r>
              <w:t>150</w:t>
            </w:r>
          </w:p>
        </w:tc>
        <w:tc>
          <w:tcPr>
            <w:tcW w:w="0" w:type="auto"/>
          </w:tcPr>
          <w:p w14:paraId="0B5DBE62" w14:textId="77777777" w:rsidR="007A5E59" w:rsidRDefault="0095198F">
            <w:pPr>
              <w:jc w:val="center"/>
            </w:pPr>
            <w:r>
              <w:t>1959</w:t>
            </w:r>
          </w:p>
        </w:tc>
        <w:tc>
          <w:tcPr>
            <w:tcW w:w="0" w:type="auto"/>
          </w:tcPr>
          <w:p w14:paraId="265D67A8" w14:textId="77777777" w:rsidR="007A5E59" w:rsidRDefault="0095198F">
            <w:pPr>
              <w:jc w:val="center"/>
            </w:pPr>
            <w:r>
              <w:t>266</w:t>
            </w:r>
          </w:p>
        </w:tc>
        <w:tc>
          <w:tcPr>
            <w:tcW w:w="0" w:type="auto"/>
          </w:tcPr>
          <w:p w14:paraId="685E5864" w14:textId="77777777" w:rsidR="007A5E59" w:rsidRDefault="0095198F">
            <w:r>
              <w:t>надз</w:t>
            </w:r>
          </w:p>
        </w:tc>
      </w:tr>
      <w:tr w:rsidR="007A5E59" w14:paraId="7DAA5668" w14:textId="77777777">
        <w:trPr>
          <w:jc w:val="center"/>
        </w:trPr>
        <w:tc>
          <w:tcPr>
            <w:tcW w:w="0" w:type="auto"/>
          </w:tcPr>
          <w:p w14:paraId="5CE9F523" w14:textId="77777777" w:rsidR="007A5E59" w:rsidRDefault="0095198F">
            <w:pPr>
              <w:jc w:val="center"/>
            </w:pPr>
            <w:r>
              <w:t>106</w:t>
            </w:r>
          </w:p>
        </w:tc>
        <w:tc>
          <w:tcPr>
            <w:tcW w:w="0" w:type="auto"/>
          </w:tcPr>
          <w:p w14:paraId="166E2805" w14:textId="77777777" w:rsidR="007A5E59" w:rsidRDefault="0095198F">
            <w:r>
              <w:t>2-5</w:t>
            </w:r>
          </w:p>
        </w:tc>
        <w:tc>
          <w:tcPr>
            <w:tcW w:w="0" w:type="auto"/>
          </w:tcPr>
          <w:p w14:paraId="1B01F54D" w14:textId="77777777" w:rsidR="007A5E59" w:rsidRDefault="0095198F">
            <w:pPr>
              <w:jc w:val="center"/>
            </w:pPr>
            <w:r>
              <w:t>125</w:t>
            </w:r>
          </w:p>
        </w:tc>
        <w:tc>
          <w:tcPr>
            <w:tcW w:w="0" w:type="auto"/>
          </w:tcPr>
          <w:p w14:paraId="352C4844" w14:textId="77777777" w:rsidR="007A5E59" w:rsidRDefault="0095198F">
            <w:pPr>
              <w:jc w:val="center"/>
            </w:pPr>
            <w:r>
              <w:t>1959</w:t>
            </w:r>
          </w:p>
        </w:tc>
        <w:tc>
          <w:tcPr>
            <w:tcW w:w="0" w:type="auto"/>
          </w:tcPr>
          <w:p w14:paraId="7EDD2281" w14:textId="77777777" w:rsidR="007A5E59" w:rsidRDefault="0095198F">
            <w:pPr>
              <w:jc w:val="center"/>
            </w:pPr>
            <w:r>
              <w:t>95</w:t>
            </w:r>
          </w:p>
        </w:tc>
        <w:tc>
          <w:tcPr>
            <w:tcW w:w="0" w:type="auto"/>
          </w:tcPr>
          <w:p w14:paraId="0481ABD9" w14:textId="77777777" w:rsidR="007A5E59" w:rsidRDefault="0095198F">
            <w:r>
              <w:t>надз</w:t>
            </w:r>
          </w:p>
        </w:tc>
      </w:tr>
      <w:tr w:rsidR="007A5E59" w14:paraId="146B22A0" w14:textId="77777777">
        <w:trPr>
          <w:jc w:val="center"/>
        </w:trPr>
        <w:tc>
          <w:tcPr>
            <w:tcW w:w="0" w:type="auto"/>
          </w:tcPr>
          <w:p w14:paraId="0AC1C4ED" w14:textId="77777777" w:rsidR="007A5E59" w:rsidRDefault="0095198F">
            <w:pPr>
              <w:jc w:val="center"/>
            </w:pPr>
            <w:r>
              <w:t>107</w:t>
            </w:r>
          </w:p>
        </w:tc>
        <w:tc>
          <w:tcPr>
            <w:tcW w:w="0" w:type="auto"/>
          </w:tcPr>
          <w:p w14:paraId="46AC765D" w14:textId="77777777" w:rsidR="007A5E59" w:rsidRDefault="0095198F">
            <w:r>
              <w:t>2-5</w:t>
            </w:r>
          </w:p>
        </w:tc>
        <w:tc>
          <w:tcPr>
            <w:tcW w:w="0" w:type="auto"/>
          </w:tcPr>
          <w:p w14:paraId="6145A573" w14:textId="77777777" w:rsidR="007A5E59" w:rsidRDefault="0095198F">
            <w:pPr>
              <w:jc w:val="center"/>
            </w:pPr>
            <w:r>
              <w:t>100</w:t>
            </w:r>
          </w:p>
        </w:tc>
        <w:tc>
          <w:tcPr>
            <w:tcW w:w="0" w:type="auto"/>
          </w:tcPr>
          <w:p w14:paraId="47E91A8C" w14:textId="77777777" w:rsidR="007A5E59" w:rsidRDefault="0095198F">
            <w:pPr>
              <w:jc w:val="center"/>
            </w:pPr>
            <w:r>
              <w:t>1959</w:t>
            </w:r>
          </w:p>
        </w:tc>
        <w:tc>
          <w:tcPr>
            <w:tcW w:w="0" w:type="auto"/>
          </w:tcPr>
          <w:p w14:paraId="54AC4AAB" w14:textId="77777777" w:rsidR="007A5E59" w:rsidRDefault="0095198F">
            <w:pPr>
              <w:jc w:val="center"/>
            </w:pPr>
            <w:r>
              <w:t>95</w:t>
            </w:r>
          </w:p>
        </w:tc>
        <w:tc>
          <w:tcPr>
            <w:tcW w:w="0" w:type="auto"/>
          </w:tcPr>
          <w:p w14:paraId="70B96BD8" w14:textId="77777777" w:rsidR="007A5E59" w:rsidRDefault="0095198F">
            <w:r>
              <w:t>надз</w:t>
            </w:r>
          </w:p>
        </w:tc>
      </w:tr>
      <w:tr w:rsidR="007A5E59" w14:paraId="2B14A653" w14:textId="77777777">
        <w:trPr>
          <w:jc w:val="center"/>
        </w:trPr>
        <w:tc>
          <w:tcPr>
            <w:tcW w:w="0" w:type="auto"/>
          </w:tcPr>
          <w:p w14:paraId="6D1C0FFE" w14:textId="77777777" w:rsidR="007A5E59" w:rsidRDefault="0095198F">
            <w:pPr>
              <w:jc w:val="center"/>
            </w:pPr>
            <w:r>
              <w:t>108</w:t>
            </w:r>
          </w:p>
        </w:tc>
        <w:tc>
          <w:tcPr>
            <w:tcW w:w="0" w:type="auto"/>
          </w:tcPr>
          <w:p w14:paraId="689E6221" w14:textId="77777777" w:rsidR="007A5E59" w:rsidRDefault="0095198F">
            <w:r>
              <w:t>2-6</w:t>
            </w:r>
          </w:p>
        </w:tc>
        <w:tc>
          <w:tcPr>
            <w:tcW w:w="0" w:type="auto"/>
          </w:tcPr>
          <w:p w14:paraId="1F278AB2" w14:textId="77777777" w:rsidR="007A5E59" w:rsidRDefault="0095198F">
            <w:pPr>
              <w:jc w:val="center"/>
            </w:pPr>
            <w:r>
              <w:t>125</w:t>
            </w:r>
          </w:p>
        </w:tc>
        <w:tc>
          <w:tcPr>
            <w:tcW w:w="0" w:type="auto"/>
          </w:tcPr>
          <w:p w14:paraId="4B00880F" w14:textId="77777777" w:rsidR="007A5E59" w:rsidRDefault="0095198F">
            <w:pPr>
              <w:jc w:val="center"/>
            </w:pPr>
            <w:r>
              <w:t>1959</w:t>
            </w:r>
          </w:p>
        </w:tc>
        <w:tc>
          <w:tcPr>
            <w:tcW w:w="0" w:type="auto"/>
          </w:tcPr>
          <w:p w14:paraId="6E708688" w14:textId="77777777" w:rsidR="007A5E59" w:rsidRDefault="0095198F">
            <w:pPr>
              <w:jc w:val="center"/>
            </w:pPr>
            <w:r>
              <w:t>117</w:t>
            </w:r>
          </w:p>
        </w:tc>
        <w:tc>
          <w:tcPr>
            <w:tcW w:w="0" w:type="auto"/>
          </w:tcPr>
          <w:p w14:paraId="6DE5FC80" w14:textId="77777777" w:rsidR="007A5E59" w:rsidRDefault="0095198F">
            <w:r>
              <w:t>надз</w:t>
            </w:r>
          </w:p>
        </w:tc>
      </w:tr>
      <w:tr w:rsidR="007A5E59" w14:paraId="30AE0F3E" w14:textId="77777777">
        <w:trPr>
          <w:jc w:val="center"/>
        </w:trPr>
        <w:tc>
          <w:tcPr>
            <w:tcW w:w="0" w:type="auto"/>
          </w:tcPr>
          <w:p w14:paraId="523D8050" w14:textId="77777777" w:rsidR="007A5E59" w:rsidRDefault="0095198F">
            <w:pPr>
              <w:jc w:val="center"/>
            </w:pPr>
            <w:r>
              <w:t>109</w:t>
            </w:r>
          </w:p>
        </w:tc>
        <w:tc>
          <w:tcPr>
            <w:tcW w:w="0" w:type="auto"/>
          </w:tcPr>
          <w:p w14:paraId="1C7065D1" w14:textId="77777777" w:rsidR="007A5E59" w:rsidRDefault="0095198F">
            <w:r>
              <w:t>2-6</w:t>
            </w:r>
          </w:p>
        </w:tc>
        <w:tc>
          <w:tcPr>
            <w:tcW w:w="0" w:type="auto"/>
          </w:tcPr>
          <w:p w14:paraId="1EFEB3DB" w14:textId="77777777" w:rsidR="007A5E59" w:rsidRDefault="0095198F">
            <w:pPr>
              <w:jc w:val="center"/>
            </w:pPr>
            <w:r>
              <w:t>100</w:t>
            </w:r>
          </w:p>
        </w:tc>
        <w:tc>
          <w:tcPr>
            <w:tcW w:w="0" w:type="auto"/>
          </w:tcPr>
          <w:p w14:paraId="2C46A37D" w14:textId="77777777" w:rsidR="007A5E59" w:rsidRDefault="0095198F">
            <w:pPr>
              <w:jc w:val="center"/>
            </w:pPr>
            <w:r>
              <w:t>1959</w:t>
            </w:r>
          </w:p>
        </w:tc>
        <w:tc>
          <w:tcPr>
            <w:tcW w:w="0" w:type="auto"/>
          </w:tcPr>
          <w:p w14:paraId="2CFABE77" w14:textId="77777777" w:rsidR="007A5E59" w:rsidRDefault="0095198F">
            <w:pPr>
              <w:jc w:val="center"/>
            </w:pPr>
            <w:r>
              <w:t>117</w:t>
            </w:r>
          </w:p>
        </w:tc>
        <w:tc>
          <w:tcPr>
            <w:tcW w:w="0" w:type="auto"/>
          </w:tcPr>
          <w:p w14:paraId="2A699CB8" w14:textId="77777777" w:rsidR="007A5E59" w:rsidRDefault="0095198F">
            <w:r>
              <w:t>надз</w:t>
            </w:r>
          </w:p>
        </w:tc>
      </w:tr>
      <w:tr w:rsidR="007A5E59" w14:paraId="7E9F1872" w14:textId="77777777">
        <w:trPr>
          <w:jc w:val="center"/>
        </w:trPr>
        <w:tc>
          <w:tcPr>
            <w:tcW w:w="0" w:type="auto"/>
          </w:tcPr>
          <w:p w14:paraId="208B938B" w14:textId="77777777" w:rsidR="007A5E59" w:rsidRDefault="0095198F">
            <w:pPr>
              <w:jc w:val="center"/>
            </w:pPr>
            <w:r>
              <w:t>110</w:t>
            </w:r>
          </w:p>
        </w:tc>
        <w:tc>
          <w:tcPr>
            <w:tcW w:w="0" w:type="auto"/>
          </w:tcPr>
          <w:p w14:paraId="25A8030E" w14:textId="77777777" w:rsidR="007A5E59" w:rsidRDefault="0095198F">
            <w:r>
              <w:t>2-7</w:t>
            </w:r>
          </w:p>
        </w:tc>
        <w:tc>
          <w:tcPr>
            <w:tcW w:w="0" w:type="auto"/>
          </w:tcPr>
          <w:p w14:paraId="3989F578" w14:textId="77777777" w:rsidR="007A5E59" w:rsidRDefault="0095198F">
            <w:pPr>
              <w:jc w:val="center"/>
            </w:pPr>
            <w:r>
              <w:t>100</w:t>
            </w:r>
          </w:p>
        </w:tc>
        <w:tc>
          <w:tcPr>
            <w:tcW w:w="0" w:type="auto"/>
          </w:tcPr>
          <w:p w14:paraId="7C9ADE12" w14:textId="77777777" w:rsidR="007A5E59" w:rsidRDefault="0095198F">
            <w:pPr>
              <w:jc w:val="center"/>
            </w:pPr>
            <w:r>
              <w:t>1959</w:t>
            </w:r>
          </w:p>
        </w:tc>
        <w:tc>
          <w:tcPr>
            <w:tcW w:w="0" w:type="auto"/>
          </w:tcPr>
          <w:p w14:paraId="5C4664CE" w14:textId="77777777" w:rsidR="007A5E59" w:rsidRDefault="0095198F">
            <w:pPr>
              <w:jc w:val="center"/>
            </w:pPr>
            <w:r>
              <w:t>190</w:t>
            </w:r>
          </w:p>
        </w:tc>
        <w:tc>
          <w:tcPr>
            <w:tcW w:w="0" w:type="auto"/>
          </w:tcPr>
          <w:p w14:paraId="13960DE0" w14:textId="77777777" w:rsidR="007A5E59" w:rsidRDefault="0095198F">
            <w:r>
              <w:t>надз</w:t>
            </w:r>
          </w:p>
        </w:tc>
      </w:tr>
      <w:tr w:rsidR="007A5E59" w14:paraId="037454E7" w14:textId="77777777">
        <w:trPr>
          <w:jc w:val="center"/>
        </w:trPr>
        <w:tc>
          <w:tcPr>
            <w:tcW w:w="0" w:type="auto"/>
          </w:tcPr>
          <w:p w14:paraId="3879D7F5" w14:textId="77777777" w:rsidR="007A5E59" w:rsidRDefault="0095198F">
            <w:pPr>
              <w:jc w:val="center"/>
            </w:pPr>
            <w:r>
              <w:t>111</w:t>
            </w:r>
          </w:p>
        </w:tc>
        <w:tc>
          <w:tcPr>
            <w:tcW w:w="0" w:type="auto"/>
          </w:tcPr>
          <w:p w14:paraId="355EA64D" w14:textId="77777777" w:rsidR="007A5E59" w:rsidRDefault="0095198F">
            <w:r>
              <w:t>2-7</w:t>
            </w:r>
          </w:p>
        </w:tc>
        <w:tc>
          <w:tcPr>
            <w:tcW w:w="0" w:type="auto"/>
          </w:tcPr>
          <w:p w14:paraId="0B1E98B7" w14:textId="77777777" w:rsidR="007A5E59" w:rsidRDefault="0095198F">
            <w:pPr>
              <w:jc w:val="center"/>
            </w:pPr>
            <w:r>
              <w:t>100</w:t>
            </w:r>
          </w:p>
        </w:tc>
        <w:tc>
          <w:tcPr>
            <w:tcW w:w="0" w:type="auto"/>
          </w:tcPr>
          <w:p w14:paraId="2FD5558F" w14:textId="77777777" w:rsidR="007A5E59" w:rsidRDefault="0095198F">
            <w:pPr>
              <w:jc w:val="center"/>
            </w:pPr>
            <w:r>
              <w:t>1959</w:t>
            </w:r>
          </w:p>
        </w:tc>
        <w:tc>
          <w:tcPr>
            <w:tcW w:w="0" w:type="auto"/>
          </w:tcPr>
          <w:p w14:paraId="264027D1" w14:textId="77777777" w:rsidR="007A5E59" w:rsidRDefault="0095198F">
            <w:pPr>
              <w:jc w:val="center"/>
            </w:pPr>
            <w:r>
              <w:t>50</w:t>
            </w:r>
          </w:p>
        </w:tc>
        <w:tc>
          <w:tcPr>
            <w:tcW w:w="0" w:type="auto"/>
          </w:tcPr>
          <w:p w14:paraId="064440BD" w14:textId="77777777" w:rsidR="007A5E59" w:rsidRDefault="0095198F">
            <w:r>
              <w:t>надз</w:t>
            </w:r>
          </w:p>
        </w:tc>
      </w:tr>
      <w:tr w:rsidR="007A5E59" w14:paraId="73B1ACFF" w14:textId="77777777">
        <w:trPr>
          <w:jc w:val="center"/>
        </w:trPr>
        <w:tc>
          <w:tcPr>
            <w:tcW w:w="0" w:type="auto"/>
          </w:tcPr>
          <w:p w14:paraId="20E9C4E9" w14:textId="77777777" w:rsidR="007A5E59" w:rsidRDefault="0095198F">
            <w:pPr>
              <w:jc w:val="center"/>
            </w:pPr>
            <w:r>
              <w:t>112</w:t>
            </w:r>
          </w:p>
        </w:tc>
        <w:tc>
          <w:tcPr>
            <w:tcW w:w="0" w:type="auto"/>
          </w:tcPr>
          <w:p w14:paraId="4333F1D1" w14:textId="77777777" w:rsidR="007A5E59" w:rsidRDefault="0095198F">
            <w:r>
              <w:t>2-8</w:t>
            </w:r>
          </w:p>
        </w:tc>
        <w:tc>
          <w:tcPr>
            <w:tcW w:w="0" w:type="auto"/>
          </w:tcPr>
          <w:p w14:paraId="3AD0AA3B" w14:textId="77777777" w:rsidR="007A5E59" w:rsidRDefault="0095198F">
            <w:pPr>
              <w:jc w:val="center"/>
            </w:pPr>
            <w:r>
              <w:t>80</w:t>
            </w:r>
          </w:p>
        </w:tc>
        <w:tc>
          <w:tcPr>
            <w:tcW w:w="0" w:type="auto"/>
          </w:tcPr>
          <w:p w14:paraId="721F61F6" w14:textId="77777777" w:rsidR="007A5E59" w:rsidRDefault="0095198F">
            <w:pPr>
              <w:jc w:val="center"/>
            </w:pPr>
            <w:r>
              <w:t>1959</w:t>
            </w:r>
          </w:p>
        </w:tc>
        <w:tc>
          <w:tcPr>
            <w:tcW w:w="0" w:type="auto"/>
          </w:tcPr>
          <w:p w14:paraId="38FE13FA" w14:textId="77777777" w:rsidR="007A5E59" w:rsidRDefault="0095198F">
            <w:pPr>
              <w:jc w:val="center"/>
            </w:pPr>
            <w:r>
              <w:t>20</w:t>
            </w:r>
          </w:p>
        </w:tc>
        <w:tc>
          <w:tcPr>
            <w:tcW w:w="0" w:type="auto"/>
          </w:tcPr>
          <w:p w14:paraId="0651302C" w14:textId="77777777" w:rsidR="007A5E59" w:rsidRDefault="0095198F">
            <w:r>
              <w:t>надз</w:t>
            </w:r>
          </w:p>
        </w:tc>
      </w:tr>
      <w:tr w:rsidR="007A5E59" w14:paraId="7C7B277F" w14:textId="77777777">
        <w:trPr>
          <w:jc w:val="center"/>
        </w:trPr>
        <w:tc>
          <w:tcPr>
            <w:tcW w:w="0" w:type="auto"/>
          </w:tcPr>
          <w:p w14:paraId="0246A881" w14:textId="77777777" w:rsidR="007A5E59" w:rsidRDefault="0095198F">
            <w:pPr>
              <w:jc w:val="center"/>
            </w:pPr>
            <w:r>
              <w:t>113</w:t>
            </w:r>
          </w:p>
        </w:tc>
        <w:tc>
          <w:tcPr>
            <w:tcW w:w="0" w:type="auto"/>
          </w:tcPr>
          <w:p w14:paraId="6BBB05B2" w14:textId="77777777" w:rsidR="007A5E59" w:rsidRDefault="0095198F">
            <w:r>
              <w:t>2-9</w:t>
            </w:r>
          </w:p>
        </w:tc>
        <w:tc>
          <w:tcPr>
            <w:tcW w:w="0" w:type="auto"/>
          </w:tcPr>
          <w:p w14:paraId="00D67DA6" w14:textId="77777777" w:rsidR="007A5E59" w:rsidRDefault="0095198F">
            <w:pPr>
              <w:jc w:val="center"/>
            </w:pPr>
            <w:r>
              <w:t>80</w:t>
            </w:r>
          </w:p>
        </w:tc>
        <w:tc>
          <w:tcPr>
            <w:tcW w:w="0" w:type="auto"/>
          </w:tcPr>
          <w:p w14:paraId="3F9EF6C9" w14:textId="77777777" w:rsidR="007A5E59" w:rsidRDefault="0095198F">
            <w:pPr>
              <w:jc w:val="center"/>
            </w:pPr>
            <w:r>
              <w:t>1959</w:t>
            </w:r>
          </w:p>
        </w:tc>
        <w:tc>
          <w:tcPr>
            <w:tcW w:w="0" w:type="auto"/>
          </w:tcPr>
          <w:p w14:paraId="506E60AD" w14:textId="77777777" w:rsidR="007A5E59" w:rsidRDefault="0095198F">
            <w:pPr>
              <w:jc w:val="center"/>
            </w:pPr>
            <w:r>
              <w:t>96</w:t>
            </w:r>
          </w:p>
        </w:tc>
        <w:tc>
          <w:tcPr>
            <w:tcW w:w="0" w:type="auto"/>
          </w:tcPr>
          <w:p w14:paraId="357FA21E" w14:textId="77777777" w:rsidR="007A5E59" w:rsidRDefault="0095198F">
            <w:r>
              <w:t>надз</w:t>
            </w:r>
          </w:p>
        </w:tc>
      </w:tr>
      <w:tr w:rsidR="007A5E59" w14:paraId="439CF7DA" w14:textId="77777777">
        <w:trPr>
          <w:jc w:val="center"/>
        </w:trPr>
        <w:tc>
          <w:tcPr>
            <w:tcW w:w="0" w:type="auto"/>
          </w:tcPr>
          <w:p w14:paraId="1BA721BC" w14:textId="77777777" w:rsidR="007A5E59" w:rsidRDefault="0095198F">
            <w:pPr>
              <w:jc w:val="center"/>
            </w:pPr>
            <w:r>
              <w:t>114</w:t>
            </w:r>
          </w:p>
        </w:tc>
        <w:tc>
          <w:tcPr>
            <w:tcW w:w="0" w:type="auto"/>
          </w:tcPr>
          <w:p w14:paraId="75C5E0AA" w14:textId="77777777" w:rsidR="007A5E59" w:rsidRDefault="0095198F">
            <w:r>
              <w:t>2-10</w:t>
            </w:r>
          </w:p>
        </w:tc>
        <w:tc>
          <w:tcPr>
            <w:tcW w:w="0" w:type="auto"/>
          </w:tcPr>
          <w:p w14:paraId="4348E2E0" w14:textId="77777777" w:rsidR="007A5E59" w:rsidRDefault="0095198F">
            <w:pPr>
              <w:jc w:val="center"/>
            </w:pPr>
            <w:r>
              <w:t>80</w:t>
            </w:r>
          </w:p>
        </w:tc>
        <w:tc>
          <w:tcPr>
            <w:tcW w:w="0" w:type="auto"/>
          </w:tcPr>
          <w:p w14:paraId="5E3494CC" w14:textId="77777777" w:rsidR="007A5E59" w:rsidRDefault="0095198F">
            <w:pPr>
              <w:jc w:val="center"/>
            </w:pPr>
            <w:r>
              <w:t>1959</w:t>
            </w:r>
          </w:p>
        </w:tc>
        <w:tc>
          <w:tcPr>
            <w:tcW w:w="0" w:type="auto"/>
          </w:tcPr>
          <w:p w14:paraId="223D45C1" w14:textId="77777777" w:rsidR="007A5E59" w:rsidRDefault="0095198F">
            <w:pPr>
              <w:jc w:val="center"/>
            </w:pPr>
            <w:r>
              <w:t>70</w:t>
            </w:r>
          </w:p>
        </w:tc>
        <w:tc>
          <w:tcPr>
            <w:tcW w:w="0" w:type="auto"/>
          </w:tcPr>
          <w:p w14:paraId="23A9C951" w14:textId="77777777" w:rsidR="007A5E59" w:rsidRDefault="0095198F">
            <w:r>
              <w:t>надз</w:t>
            </w:r>
          </w:p>
        </w:tc>
      </w:tr>
      <w:tr w:rsidR="007A5E59" w14:paraId="2E8F739D" w14:textId="77777777">
        <w:trPr>
          <w:jc w:val="center"/>
        </w:trPr>
        <w:tc>
          <w:tcPr>
            <w:tcW w:w="0" w:type="auto"/>
          </w:tcPr>
          <w:p w14:paraId="77DD2E59" w14:textId="77777777" w:rsidR="007A5E59" w:rsidRDefault="0095198F">
            <w:pPr>
              <w:jc w:val="center"/>
            </w:pPr>
            <w:r>
              <w:t>115</w:t>
            </w:r>
          </w:p>
        </w:tc>
        <w:tc>
          <w:tcPr>
            <w:tcW w:w="0" w:type="auto"/>
          </w:tcPr>
          <w:p w14:paraId="7B480976" w14:textId="77777777" w:rsidR="007A5E59" w:rsidRDefault="0095198F">
            <w:r>
              <w:t>2-10</w:t>
            </w:r>
          </w:p>
        </w:tc>
        <w:tc>
          <w:tcPr>
            <w:tcW w:w="0" w:type="auto"/>
          </w:tcPr>
          <w:p w14:paraId="159FDAE6" w14:textId="77777777" w:rsidR="007A5E59" w:rsidRDefault="0095198F">
            <w:pPr>
              <w:jc w:val="center"/>
            </w:pPr>
            <w:r>
              <w:t>50</w:t>
            </w:r>
          </w:p>
        </w:tc>
        <w:tc>
          <w:tcPr>
            <w:tcW w:w="0" w:type="auto"/>
          </w:tcPr>
          <w:p w14:paraId="309D53BE" w14:textId="77777777" w:rsidR="007A5E59" w:rsidRDefault="0095198F">
            <w:pPr>
              <w:jc w:val="center"/>
            </w:pPr>
            <w:r>
              <w:t>1959</w:t>
            </w:r>
          </w:p>
        </w:tc>
        <w:tc>
          <w:tcPr>
            <w:tcW w:w="0" w:type="auto"/>
          </w:tcPr>
          <w:p w14:paraId="1EA25D9E" w14:textId="77777777" w:rsidR="007A5E59" w:rsidRDefault="0095198F">
            <w:pPr>
              <w:jc w:val="center"/>
            </w:pPr>
            <w:r>
              <w:t>70</w:t>
            </w:r>
          </w:p>
        </w:tc>
        <w:tc>
          <w:tcPr>
            <w:tcW w:w="0" w:type="auto"/>
          </w:tcPr>
          <w:p w14:paraId="55EE35B6" w14:textId="77777777" w:rsidR="007A5E59" w:rsidRDefault="0095198F">
            <w:r>
              <w:t>надз</w:t>
            </w:r>
          </w:p>
        </w:tc>
      </w:tr>
      <w:tr w:rsidR="007A5E59" w14:paraId="245DEE5C" w14:textId="77777777">
        <w:trPr>
          <w:jc w:val="center"/>
        </w:trPr>
        <w:tc>
          <w:tcPr>
            <w:tcW w:w="0" w:type="auto"/>
          </w:tcPr>
          <w:p w14:paraId="50532879" w14:textId="77777777" w:rsidR="007A5E59" w:rsidRDefault="0095198F">
            <w:pPr>
              <w:jc w:val="center"/>
            </w:pPr>
            <w:r>
              <w:t>116</w:t>
            </w:r>
          </w:p>
        </w:tc>
        <w:tc>
          <w:tcPr>
            <w:tcW w:w="0" w:type="auto"/>
          </w:tcPr>
          <w:p w14:paraId="21448D04" w14:textId="77777777" w:rsidR="007A5E59" w:rsidRDefault="0095198F">
            <w:r>
              <w:t>Тепловые сети ул. Комсомольская, 23</w:t>
            </w:r>
          </w:p>
        </w:tc>
        <w:tc>
          <w:tcPr>
            <w:tcW w:w="0" w:type="auto"/>
          </w:tcPr>
          <w:p w14:paraId="5DE28ADF" w14:textId="77777777" w:rsidR="007A5E59" w:rsidRDefault="0095198F">
            <w:pPr>
              <w:jc w:val="center"/>
            </w:pPr>
            <w:r>
              <w:t>50</w:t>
            </w:r>
          </w:p>
        </w:tc>
        <w:tc>
          <w:tcPr>
            <w:tcW w:w="0" w:type="auto"/>
          </w:tcPr>
          <w:p w14:paraId="56F68499" w14:textId="77777777" w:rsidR="007A5E59" w:rsidRDefault="0095198F">
            <w:pPr>
              <w:jc w:val="center"/>
            </w:pPr>
            <w:r>
              <w:t>2011</w:t>
            </w:r>
          </w:p>
        </w:tc>
        <w:tc>
          <w:tcPr>
            <w:tcW w:w="0" w:type="auto"/>
          </w:tcPr>
          <w:p w14:paraId="4A49B786" w14:textId="77777777" w:rsidR="007A5E59" w:rsidRDefault="0095198F">
            <w:pPr>
              <w:jc w:val="center"/>
            </w:pPr>
            <w:r>
              <w:t>50</w:t>
            </w:r>
          </w:p>
        </w:tc>
        <w:tc>
          <w:tcPr>
            <w:tcW w:w="0" w:type="auto"/>
          </w:tcPr>
          <w:p w14:paraId="091276A3" w14:textId="77777777" w:rsidR="007A5E59" w:rsidRDefault="0095198F">
            <w:r>
              <w:t>надз</w:t>
            </w:r>
          </w:p>
        </w:tc>
      </w:tr>
      <w:tr w:rsidR="007A5E59" w14:paraId="1D656FC4" w14:textId="77777777">
        <w:trPr>
          <w:jc w:val="center"/>
        </w:trPr>
        <w:tc>
          <w:tcPr>
            <w:tcW w:w="0" w:type="auto"/>
          </w:tcPr>
          <w:p w14:paraId="428DFA2A" w14:textId="77777777" w:rsidR="007A5E59" w:rsidRDefault="0095198F">
            <w:pPr>
              <w:jc w:val="center"/>
            </w:pPr>
            <w:r>
              <w:t>117</w:t>
            </w:r>
          </w:p>
        </w:tc>
        <w:tc>
          <w:tcPr>
            <w:tcW w:w="0" w:type="auto"/>
          </w:tcPr>
          <w:p w14:paraId="5BC306AE" w14:textId="77777777" w:rsidR="007A5E59" w:rsidRDefault="0095198F">
            <w:r>
              <w:t>Тепловые сети ул. Кабалевского, 5</w:t>
            </w:r>
          </w:p>
        </w:tc>
        <w:tc>
          <w:tcPr>
            <w:tcW w:w="0" w:type="auto"/>
          </w:tcPr>
          <w:p w14:paraId="63E430DA" w14:textId="77777777" w:rsidR="007A5E59" w:rsidRDefault="0095198F">
            <w:pPr>
              <w:jc w:val="center"/>
            </w:pPr>
            <w:r>
              <w:t>65</w:t>
            </w:r>
          </w:p>
        </w:tc>
        <w:tc>
          <w:tcPr>
            <w:tcW w:w="0" w:type="auto"/>
          </w:tcPr>
          <w:p w14:paraId="44330DC3" w14:textId="77777777" w:rsidR="007A5E59" w:rsidRDefault="0095198F">
            <w:pPr>
              <w:jc w:val="center"/>
            </w:pPr>
            <w:r>
              <w:t>2011</w:t>
            </w:r>
          </w:p>
        </w:tc>
        <w:tc>
          <w:tcPr>
            <w:tcW w:w="0" w:type="auto"/>
          </w:tcPr>
          <w:p w14:paraId="75A3C143" w14:textId="77777777" w:rsidR="007A5E59" w:rsidRDefault="0095198F">
            <w:pPr>
              <w:jc w:val="center"/>
            </w:pPr>
            <w:r>
              <w:t>15</w:t>
            </w:r>
          </w:p>
        </w:tc>
        <w:tc>
          <w:tcPr>
            <w:tcW w:w="0" w:type="auto"/>
          </w:tcPr>
          <w:p w14:paraId="263A15DC" w14:textId="77777777" w:rsidR="007A5E59" w:rsidRDefault="0095198F">
            <w:r>
              <w:t>надз</w:t>
            </w:r>
          </w:p>
        </w:tc>
      </w:tr>
      <w:tr w:rsidR="007A5E59" w14:paraId="73B9BF7A" w14:textId="77777777">
        <w:trPr>
          <w:jc w:val="center"/>
        </w:trPr>
        <w:tc>
          <w:tcPr>
            <w:tcW w:w="0" w:type="auto"/>
          </w:tcPr>
          <w:p w14:paraId="577D79AF" w14:textId="77777777" w:rsidR="007A5E59" w:rsidRDefault="0095198F">
            <w:pPr>
              <w:jc w:val="center"/>
            </w:pPr>
            <w:r>
              <w:t>118</w:t>
            </w:r>
          </w:p>
        </w:tc>
        <w:tc>
          <w:tcPr>
            <w:tcW w:w="0" w:type="auto"/>
          </w:tcPr>
          <w:p w14:paraId="03B2135B" w14:textId="77777777" w:rsidR="007A5E59" w:rsidRDefault="0095198F">
            <w:r>
              <w:t>Тепловые сети ул. Комсомольская, 5</w:t>
            </w:r>
          </w:p>
        </w:tc>
        <w:tc>
          <w:tcPr>
            <w:tcW w:w="0" w:type="auto"/>
          </w:tcPr>
          <w:p w14:paraId="619D494C" w14:textId="77777777" w:rsidR="007A5E59" w:rsidRDefault="0095198F">
            <w:pPr>
              <w:jc w:val="center"/>
            </w:pPr>
            <w:r>
              <w:t>65</w:t>
            </w:r>
          </w:p>
        </w:tc>
        <w:tc>
          <w:tcPr>
            <w:tcW w:w="0" w:type="auto"/>
          </w:tcPr>
          <w:p w14:paraId="6A11CE23" w14:textId="77777777" w:rsidR="007A5E59" w:rsidRDefault="0095198F">
            <w:pPr>
              <w:jc w:val="center"/>
            </w:pPr>
            <w:r>
              <w:t>2011</w:t>
            </w:r>
          </w:p>
        </w:tc>
        <w:tc>
          <w:tcPr>
            <w:tcW w:w="0" w:type="auto"/>
          </w:tcPr>
          <w:p w14:paraId="481DF346" w14:textId="77777777" w:rsidR="007A5E59" w:rsidRDefault="0095198F">
            <w:pPr>
              <w:jc w:val="center"/>
            </w:pPr>
            <w:r>
              <w:t>25</w:t>
            </w:r>
          </w:p>
        </w:tc>
        <w:tc>
          <w:tcPr>
            <w:tcW w:w="0" w:type="auto"/>
          </w:tcPr>
          <w:p w14:paraId="400AA71C" w14:textId="77777777" w:rsidR="007A5E59" w:rsidRDefault="0095198F">
            <w:r>
              <w:t>надз</w:t>
            </w:r>
          </w:p>
        </w:tc>
      </w:tr>
      <w:tr w:rsidR="007A5E59" w14:paraId="0E77B4E0" w14:textId="77777777">
        <w:trPr>
          <w:jc w:val="center"/>
        </w:trPr>
        <w:tc>
          <w:tcPr>
            <w:tcW w:w="0" w:type="auto"/>
          </w:tcPr>
          <w:p w14:paraId="37F39126" w14:textId="77777777" w:rsidR="007A5E59" w:rsidRDefault="0095198F">
            <w:pPr>
              <w:jc w:val="center"/>
            </w:pPr>
            <w:r>
              <w:t>119</w:t>
            </w:r>
          </w:p>
        </w:tc>
        <w:tc>
          <w:tcPr>
            <w:tcW w:w="0" w:type="auto"/>
          </w:tcPr>
          <w:p w14:paraId="161432F4" w14:textId="77777777" w:rsidR="007A5E59" w:rsidRDefault="0095198F">
            <w:r>
              <w:t>Тепловые сети ул. Строительная, 8</w:t>
            </w:r>
          </w:p>
        </w:tc>
        <w:tc>
          <w:tcPr>
            <w:tcW w:w="0" w:type="auto"/>
          </w:tcPr>
          <w:p w14:paraId="1FF36D72" w14:textId="77777777" w:rsidR="007A5E59" w:rsidRDefault="0095198F">
            <w:pPr>
              <w:jc w:val="center"/>
            </w:pPr>
            <w:r>
              <w:t>80</w:t>
            </w:r>
          </w:p>
        </w:tc>
        <w:tc>
          <w:tcPr>
            <w:tcW w:w="0" w:type="auto"/>
          </w:tcPr>
          <w:p w14:paraId="58BA67BC" w14:textId="77777777" w:rsidR="007A5E59" w:rsidRDefault="0095198F">
            <w:pPr>
              <w:jc w:val="center"/>
            </w:pPr>
            <w:r>
              <w:t>2005</w:t>
            </w:r>
          </w:p>
        </w:tc>
        <w:tc>
          <w:tcPr>
            <w:tcW w:w="0" w:type="auto"/>
          </w:tcPr>
          <w:p w14:paraId="022A6F6B" w14:textId="77777777" w:rsidR="007A5E59" w:rsidRDefault="0095198F">
            <w:pPr>
              <w:jc w:val="center"/>
            </w:pPr>
            <w:r>
              <w:t>2</w:t>
            </w:r>
          </w:p>
        </w:tc>
        <w:tc>
          <w:tcPr>
            <w:tcW w:w="0" w:type="auto"/>
          </w:tcPr>
          <w:p w14:paraId="3101005D" w14:textId="77777777" w:rsidR="007A5E59" w:rsidRDefault="0095198F">
            <w:r>
              <w:t>надз</w:t>
            </w:r>
          </w:p>
        </w:tc>
      </w:tr>
      <w:tr w:rsidR="007A5E59" w14:paraId="52E86B40" w14:textId="77777777">
        <w:trPr>
          <w:jc w:val="center"/>
        </w:trPr>
        <w:tc>
          <w:tcPr>
            <w:tcW w:w="0" w:type="auto"/>
          </w:tcPr>
          <w:p w14:paraId="2162ABA0" w14:textId="77777777" w:rsidR="007A5E59" w:rsidRDefault="0095198F">
            <w:pPr>
              <w:jc w:val="center"/>
            </w:pPr>
            <w:r>
              <w:t>120</w:t>
            </w:r>
          </w:p>
        </w:tc>
        <w:tc>
          <w:tcPr>
            <w:tcW w:w="0" w:type="auto"/>
          </w:tcPr>
          <w:p w14:paraId="615EE015" w14:textId="77777777" w:rsidR="007A5E59" w:rsidRDefault="0095198F">
            <w:r>
              <w:t>Тепловые сети ул. Строительная, 9</w:t>
            </w:r>
          </w:p>
        </w:tc>
        <w:tc>
          <w:tcPr>
            <w:tcW w:w="0" w:type="auto"/>
          </w:tcPr>
          <w:p w14:paraId="0FC75FFF" w14:textId="77777777" w:rsidR="007A5E59" w:rsidRDefault="0095198F">
            <w:pPr>
              <w:jc w:val="center"/>
            </w:pPr>
            <w:r>
              <w:t>50</w:t>
            </w:r>
          </w:p>
        </w:tc>
        <w:tc>
          <w:tcPr>
            <w:tcW w:w="0" w:type="auto"/>
          </w:tcPr>
          <w:p w14:paraId="6EBA6F5C" w14:textId="77777777" w:rsidR="007A5E59" w:rsidRDefault="0095198F">
            <w:pPr>
              <w:jc w:val="center"/>
            </w:pPr>
            <w:r>
              <w:t>2015</w:t>
            </w:r>
          </w:p>
        </w:tc>
        <w:tc>
          <w:tcPr>
            <w:tcW w:w="0" w:type="auto"/>
          </w:tcPr>
          <w:p w14:paraId="014EFF55" w14:textId="77777777" w:rsidR="007A5E59" w:rsidRDefault="0095198F">
            <w:pPr>
              <w:jc w:val="center"/>
            </w:pPr>
            <w:r>
              <w:t>2</w:t>
            </w:r>
          </w:p>
        </w:tc>
        <w:tc>
          <w:tcPr>
            <w:tcW w:w="0" w:type="auto"/>
          </w:tcPr>
          <w:p w14:paraId="4EA60A5D" w14:textId="77777777" w:rsidR="007A5E59" w:rsidRDefault="0095198F">
            <w:r>
              <w:t>надз</w:t>
            </w:r>
          </w:p>
        </w:tc>
      </w:tr>
      <w:tr w:rsidR="007A5E59" w14:paraId="68559849" w14:textId="77777777">
        <w:trPr>
          <w:jc w:val="center"/>
        </w:trPr>
        <w:tc>
          <w:tcPr>
            <w:tcW w:w="0" w:type="auto"/>
          </w:tcPr>
          <w:p w14:paraId="396756E9" w14:textId="77777777" w:rsidR="007A5E59" w:rsidRDefault="0095198F">
            <w:pPr>
              <w:jc w:val="center"/>
            </w:pPr>
            <w:r>
              <w:t>121</w:t>
            </w:r>
          </w:p>
        </w:tc>
        <w:tc>
          <w:tcPr>
            <w:tcW w:w="0" w:type="auto"/>
          </w:tcPr>
          <w:p w14:paraId="4C7DE842" w14:textId="77777777" w:rsidR="007A5E59" w:rsidRDefault="0095198F">
            <w:r>
              <w:t>Тепловые сети ул. Строительная, 10</w:t>
            </w:r>
          </w:p>
        </w:tc>
        <w:tc>
          <w:tcPr>
            <w:tcW w:w="0" w:type="auto"/>
          </w:tcPr>
          <w:p w14:paraId="15440DFC" w14:textId="77777777" w:rsidR="007A5E59" w:rsidRDefault="0095198F">
            <w:pPr>
              <w:jc w:val="center"/>
            </w:pPr>
            <w:r>
              <w:t>50</w:t>
            </w:r>
          </w:p>
        </w:tc>
        <w:tc>
          <w:tcPr>
            <w:tcW w:w="0" w:type="auto"/>
          </w:tcPr>
          <w:p w14:paraId="6ED94680" w14:textId="77777777" w:rsidR="007A5E59" w:rsidRDefault="0095198F">
            <w:pPr>
              <w:jc w:val="center"/>
            </w:pPr>
            <w:r>
              <w:t>2015</w:t>
            </w:r>
          </w:p>
        </w:tc>
        <w:tc>
          <w:tcPr>
            <w:tcW w:w="0" w:type="auto"/>
          </w:tcPr>
          <w:p w14:paraId="2072810E" w14:textId="77777777" w:rsidR="007A5E59" w:rsidRDefault="0095198F">
            <w:pPr>
              <w:jc w:val="center"/>
            </w:pPr>
            <w:r>
              <w:t>2</w:t>
            </w:r>
          </w:p>
        </w:tc>
        <w:tc>
          <w:tcPr>
            <w:tcW w:w="0" w:type="auto"/>
          </w:tcPr>
          <w:p w14:paraId="63CDC6EF" w14:textId="77777777" w:rsidR="007A5E59" w:rsidRDefault="0095198F">
            <w:r>
              <w:t>надз</w:t>
            </w:r>
          </w:p>
        </w:tc>
      </w:tr>
      <w:tr w:rsidR="007A5E59" w14:paraId="47537C63" w14:textId="77777777">
        <w:trPr>
          <w:jc w:val="center"/>
        </w:trPr>
        <w:tc>
          <w:tcPr>
            <w:tcW w:w="0" w:type="auto"/>
          </w:tcPr>
          <w:p w14:paraId="36C02414" w14:textId="77777777" w:rsidR="007A5E59" w:rsidRDefault="0095198F">
            <w:pPr>
              <w:jc w:val="center"/>
            </w:pPr>
            <w:r>
              <w:t>122</w:t>
            </w:r>
          </w:p>
        </w:tc>
        <w:tc>
          <w:tcPr>
            <w:tcW w:w="0" w:type="auto"/>
          </w:tcPr>
          <w:p w14:paraId="0434DAE7" w14:textId="77777777" w:rsidR="007A5E59" w:rsidRDefault="0095198F">
            <w:r>
              <w:t>Тепловые сети ул. Строительная, 11</w:t>
            </w:r>
          </w:p>
        </w:tc>
        <w:tc>
          <w:tcPr>
            <w:tcW w:w="0" w:type="auto"/>
          </w:tcPr>
          <w:p w14:paraId="7ABE75E7" w14:textId="77777777" w:rsidR="007A5E59" w:rsidRDefault="0095198F">
            <w:pPr>
              <w:jc w:val="center"/>
            </w:pPr>
            <w:r>
              <w:t>80</w:t>
            </w:r>
          </w:p>
        </w:tc>
        <w:tc>
          <w:tcPr>
            <w:tcW w:w="0" w:type="auto"/>
          </w:tcPr>
          <w:p w14:paraId="77BE22A4" w14:textId="77777777" w:rsidR="007A5E59" w:rsidRDefault="0095198F">
            <w:pPr>
              <w:jc w:val="center"/>
            </w:pPr>
            <w:r>
              <w:t>2015</w:t>
            </w:r>
          </w:p>
        </w:tc>
        <w:tc>
          <w:tcPr>
            <w:tcW w:w="0" w:type="auto"/>
          </w:tcPr>
          <w:p w14:paraId="5443D401" w14:textId="77777777" w:rsidR="007A5E59" w:rsidRDefault="0095198F">
            <w:pPr>
              <w:jc w:val="center"/>
            </w:pPr>
            <w:r>
              <w:t>28</w:t>
            </w:r>
          </w:p>
        </w:tc>
        <w:tc>
          <w:tcPr>
            <w:tcW w:w="0" w:type="auto"/>
          </w:tcPr>
          <w:p w14:paraId="49290FE4" w14:textId="77777777" w:rsidR="007A5E59" w:rsidRDefault="0095198F">
            <w:r>
              <w:t>надз</w:t>
            </w:r>
          </w:p>
        </w:tc>
      </w:tr>
      <w:tr w:rsidR="007A5E59" w14:paraId="27125197" w14:textId="77777777">
        <w:trPr>
          <w:jc w:val="center"/>
        </w:trPr>
        <w:tc>
          <w:tcPr>
            <w:tcW w:w="0" w:type="auto"/>
          </w:tcPr>
          <w:p w14:paraId="68D7C4A5" w14:textId="77777777" w:rsidR="007A5E59" w:rsidRDefault="0095198F">
            <w:pPr>
              <w:jc w:val="center"/>
            </w:pPr>
            <w:r>
              <w:t>123</w:t>
            </w:r>
          </w:p>
        </w:tc>
        <w:tc>
          <w:tcPr>
            <w:tcW w:w="0" w:type="auto"/>
          </w:tcPr>
          <w:p w14:paraId="389FD040" w14:textId="77777777" w:rsidR="007A5E59" w:rsidRDefault="0095198F">
            <w:r>
              <w:t>Тепловые сети ул. Строительная, 12</w:t>
            </w:r>
          </w:p>
        </w:tc>
        <w:tc>
          <w:tcPr>
            <w:tcW w:w="0" w:type="auto"/>
          </w:tcPr>
          <w:p w14:paraId="6604E6B6" w14:textId="77777777" w:rsidR="007A5E59" w:rsidRDefault="0095198F">
            <w:pPr>
              <w:jc w:val="center"/>
            </w:pPr>
            <w:r>
              <w:t>40</w:t>
            </w:r>
          </w:p>
        </w:tc>
        <w:tc>
          <w:tcPr>
            <w:tcW w:w="0" w:type="auto"/>
          </w:tcPr>
          <w:p w14:paraId="6513CE8C" w14:textId="77777777" w:rsidR="007A5E59" w:rsidRDefault="0095198F">
            <w:pPr>
              <w:jc w:val="center"/>
            </w:pPr>
            <w:r>
              <w:t>2005</w:t>
            </w:r>
          </w:p>
        </w:tc>
        <w:tc>
          <w:tcPr>
            <w:tcW w:w="0" w:type="auto"/>
          </w:tcPr>
          <w:p w14:paraId="43E7C96B" w14:textId="77777777" w:rsidR="007A5E59" w:rsidRDefault="0095198F">
            <w:pPr>
              <w:jc w:val="center"/>
            </w:pPr>
            <w:r>
              <w:t>3</w:t>
            </w:r>
          </w:p>
        </w:tc>
        <w:tc>
          <w:tcPr>
            <w:tcW w:w="0" w:type="auto"/>
          </w:tcPr>
          <w:p w14:paraId="2E26F1AD" w14:textId="77777777" w:rsidR="007A5E59" w:rsidRDefault="0095198F">
            <w:r>
              <w:t>надз</w:t>
            </w:r>
          </w:p>
        </w:tc>
      </w:tr>
      <w:tr w:rsidR="007A5E59" w14:paraId="089330BE" w14:textId="77777777">
        <w:trPr>
          <w:jc w:val="center"/>
        </w:trPr>
        <w:tc>
          <w:tcPr>
            <w:tcW w:w="0" w:type="auto"/>
          </w:tcPr>
          <w:p w14:paraId="04D0DC3C" w14:textId="77777777" w:rsidR="007A5E59" w:rsidRDefault="0095198F">
            <w:pPr>
              <w:jc w:val="center"/>
            </w:pPr>
            <w:r>
              <w:t>124</w:t>
            </w:r>
          </w:p>
        </w:tc>
        <w:tc>
          <w:tcPr>
            <w:tcW w:w="0" w:type="auto"/>
          </w:tcPr>
          <w:p w14:paraId="5B9D9D1F" w14:textId="77777777" w:rsidR="007A5E59" w:rsidRDefault="0095198F">
            <w:r>
              <w:t>Тепловые сети ул. Строительная, 14</w:t>
            </w:r>
          </w:p>
        </w:tc>
        <w:tc>
          <w:tcPr>
            <w:tcW w:w="0" w:type="auto"/>
          </w:tcPr>
          <w:p w14:paraId="48A1985C" w14:textId="77777777" w:rsidR="007A5E59" w:rsidRDefault="0095198F">
            <w:pPr>
              <w:jc w:val="center"/>
            </w:pPr>
            <w:r>
              <w:t>40</w:t>
            </w:r>
          </w:p>
        </w:tc>
        <w:tc>
          <w:tcPr>
            <w:tcW w:w="0" w:type="auto"/>
          </w:tcPr>
          <w:p w14:paraId="7A5EE30D" w14:textId="77777777" w:rsidR="007A5E59" w:rsidRDefault="0095198F">
            <w:pPr>
              <w:jc w:val="center"/>
            </w:pPr>
            <w:r>
              <w:t>2015</w:t>
            </w:r>
          </w:p>
        </w:tc>
        <w:tc>
          <w:tcPr>
            <w:tcW w:w="0" w:type="auto"/>
          </w:tcPr>
          <w:p w14:paraId="25395D90" w14:textId="77777777" w:rsidR="007A5E59" w:rsidRDefault="0095198F">
            <w:pPr>
              <w:jc w:val="center"/>
            </w:pPr>
            <w:r>
              <w:t>6</w:t>
            </w:r>
          </w:p>
        </w:tc>
        <w:tc>
          <w:tcPr>
            <w:tcW w:w="0" w:type="auto"/>
          </w:tcPr>
          <w:p w14:paraId="24C73043" w14:textId="77777777" w:rsidR="007A5E59" w:rsidRDefault="0095198F">
            <w:r>
              <w:t>надз</w:t>
            </w:r>
          </w:p>
        </w:tc>
      </w:tr>
      <w:tr w:rsidR="007A5E59" w14:paraId="4A09C68D" w14:textId="77777777">
        <w:trPr>
          <w:jc w:val="center"/>
        </w:trPr>
        <w:tc>
          <w:tcPr>
            <w:tcW w:w="0" w:type="auto"/>
          </w:tcPr>
          <w:p w14:paraId="11C1978F" w14:textId="77777777" w:rsidR="007A5E59" w:rsidRDefault="0095198F">
            <w:pPr>
              <w:jc w:val="center"/>
            </w:pPr>
            <w:r>
              <w:t>125</w:t>
            </w:r>
          </w:p>
        </w:tc>
        <w:tc>
          <w:tcPr>
            <w:tcW w:w="0" w:type="auto"/>
          </w:tcPr>
          <w:p w14:paraId="4ADFF4B5" w14:textId="77777777" w:rsidR="007A5E59" w:rsidRDefault="0095198F">
            <w:r>
              <w:t>Тепловые сети ул. Октябрьская, 19</w:t>
            </w:r>
          </w:p>
        </w:tc>
        <w:tc>
          <w:tcPr>
            <w:tcW w:w="0" w:type="auto"/>
          </w:tcPr>
          <w:p w14:paraId="0CBBA098" w14:textId="77777777" w:rsidR="007A5E59" w:rsidRDefault="0095198F">
            <w:pPr>
              <w:jc w:val="center"/>
            </w:pPr>
            <w:r>
              <w:t>40</w:t>
            </w:r>
          </w:p>
        </w:tc>
        <w:tc>
          <w:tcPr>
            <w:tcW w:w="0" w:type="auto"/>
          </w:tcPr>
          <w:p w14:paraId="150C9CB8" w14:textId="77777777" w:rsidR="007A5E59" w:rsidRDefault="0095198F">
            <w:pPr>
              <w:jc w:val="center"/>
            </w:pPr>
            <w:r>
              <w:t>1996</w:t>
            </w:r>
          </w:p>
        </w:tc>
        <w:tc>
          <w:tcPr>
            <w:tcW w:w="0" w:type="auto"/>
          </w:tcPr>
          <w:p w14:paraId="1FE50CD9" w14:textId="77777777" w:rsidR="007A5E59" w:rsidRDefault="0095198F">
            <w:pPr>
              <w:jc w:val="center"/>
            </w:pPr>
            <w:r>
              <w:t>20</w:t>
            </w:r>
          </w:p>
        </w:tc>
        <w:tc>
          <w:tcPr>
            <w:tcW w:w="0" w:type="auto"/>
          </w:tcPr>
          <w:p w14:paraId="312A97AE" w14:textId="77777777" w:rsidR="007A5E59" w:rsidRDefault="0095198F">
            <w:r>
              <w:t>надз</w:t>
            </w:r>
          </w:p>
        </w:tc>
      </w:tr>
      <w:tr w:rsidR="007A5E59" w14:paraId="3660EE61" w14:textId="77777777">
        <w:trPr>
          <w:jc w:val="center"/>
        </w:trPr>
        <w:tc>
          <w:tcPr>
            <w:tcW w:w="0" w:type="auto"/>
          </w:tcPr>
          <w:p w14:paraId="7412EEFA" w14:textId="77777777" w:rsidR="007A5E59" w:rsidRDefault="0095198F">
            <w:pPr>
              <w:jc w:val="center"/>
            </w:pPr>
            <w:r>
              <w:t>126</w:t>
            </w:r>
          </w:p>
        </w:tc>
        <w:tc>
          <w:tcPr>
            <w:tcW w:w="0" w:type="auto"/>
          </w:tcPr>
          <w:p w14:paraId="1566F245" w14:textId="77777777" w:rsidR="007A5E59" w:rsidRDefault="0095198F">
            <w:r>
              <w:t>Тепловые сети ул. Октябрьская, 26</w:t>
            </w:r>
          </w:p>
        </w:tc>
        <w:tc>
          <w:tcPr>
            <w:tcW w:w="0" w:type="auto"/>
          </w:tcPr>
          <w:p w14:paraId="296907E0" w14:textId="77777777" w:rsidR="007A5E59" w:rsidRDefault="0095198F">
            <w:pPr>
              <w:jc w:val="center"/>
            </w:pPr>
            <w:r>
              <w:t>50</w:t>
            </w:r>
          </w:p>
        </w:tc>
        <w:tc>
          <w:tcPr>
            <w:tcW w:w="0" w:type="auto"/>
          </w:tcPr>
          <w:p w14:paraId="3D5FE8CD" w14:textId="77777777" w:rsidR="007A5E59" w:rsidRDefault="0095198F">
            <w:pPr>
              <w:jc w:val="center"/>
            </w:pPr>
            <w:r>
              <w:t>1996</w:t>
            </w:r>
          </w:p>
        </w:tc>
        <w:tc>
          <w:tcPr>
            <w:tcW w:w="0" w:type="auto"/>
          </w:tcPr>
          <w:p w14:paraId="2372E4CE" w14:textId="77777777" w:rsidR="007A5E59" w:rsidRDefault="0095198F">
            <w:pPr>
              <w:jc w:val="center"/>
            </w:pPr>
            <w:r>
              <w:t>10</w:t>
            </w:r>
          </w:p>
        </w:tc>
        <w:tc>
          <w:tcPr>
            <w:tcW w:w="0" w:type="auto"/>
          </w:tcPr>
          <w:p w14:paraId="09C06EA2" w14:textId="77777777" w:rsidR="007A5E59" w:rsidRDefault="0095198F">
            <w:r>
              <w:t>надз</w:t>
            </w:r>
          </w:p>
        </w:tc>
      </w:tr>
      <w:tr w:rsidR="007A5E59" w14:paraId="3876404C" w14:textId="77777777">
        <w:trPr>
          <w:jc w:val="center"/>
        </w:trPr>
        <w:tc>
          <w:tcPr>
            <w:tcW w:w="0" w:type="auto"/>
          </w:tcPr>
          <w:p w14:paraId="3FA5DB8D" w14:textId="77777777" w:rsidR="007A5E59" w:rsidRDefault="0095198F">
            <w:pPr>
              <w:jc w:val="center"/>
            </w:pPr>
            <w:r>
              <w:t>127</w:t>
            </w:r>
          </w:p>
        </w:tc>
        <w:tc>
          <w:tcPr>
            <w:tcW w:w="0" w:type="auto"/>
          </w:tcPr>
          <w:p w14:paraId="58E481AB" w14:textId="77777777" w:rsidR="007A5E59" w:rsidRDefault="0095198F">
            <w:r>
              <w:t>Тепловые сети ул. Октябрьская, 28</w:t>
            </w:r>
          </w:p>
        </w:tc>
        <w:tc>
          <w:tcPr>
            <w:tcW w:w="0" w:type="auto"/>
          </w:tcPr>
          <w:p w14:paraId="514F67F8" w14:textId="77777777" w:rsidR="007A5E59" w:rsidRDefault="0095198F">
            <w:pPr>
              <w:jc w:val="center"/>
            </w:pPr>
            <w:r>
              <w:t>40</w:t>
            </w:r>
          </w:p>
        </w:tc>
        <w:tc>
          <w:tcPr>
            <w:tcW w:w="0" w:type="auto"/>
          </w:tcPr>
          <w:p w14:paraId="6E546FAE" w14:textId="77777777" w:rsidR="007A5E59" w:rsidRDefault="0095198F">
            <w:pPr>
              <w:jc w:val="center"/>
            </w:pPr>
            <w:r>
              <w:t>1996</w:t>
            </w:r>
          </w:p>
        </w:tc>
        <w:tc>
          <w:tcPr>
            <w:tcW w:w="0" w:type="auto"/>
          </w:tcPr>
          <w:p w14:paraId="384D5734" w14:textId="77777777" w:rsidR="007A5E59" w:rsidRDefault="0095198F">
            <w:pPr>
              <w:jc w:val="center"/>
            </w:pPr>
            <w:r>
              <w:t>150</w:t>
            </w:r>
          </w:p>
        </w:tc>
        <w:tc>
          <w:tcPr>
            <w:tcW w:w="0" w:type="auto"/>
          </w:tcPr>
          <w:p w14:paraId="0A173C70" w14:textId="77777777" w:rsidR="007A5E59" w:rsidRDefault="0095198F">
            <w:r>
              <w:t>надз</w:t>
            </w:r>
          </w:p>
        </w:tc>
      </w:tr>
      <w:tr w:rsidR="007A5E59" w14:paraId="730DDC04" w14:textId="77777777">
        <w:trPr>
          <w:jc w:val="center"/>
        </w:trPr>
        <w:tc>
          <w:tcPr>
            <w:tcW w:w="0" w:type="auto"/>
          </w:tcPr>
          <w:p w14:paraId="2B8D7283" w14:textId="77777777" w:rsidR="007A5E59" w:rsidRDefault="0095198F">
            <w:pPr>
              <w:jc w:val="center"/>
            </w:pPr>
            <w:r>
              <w:t>128</w:t>
            </w:r>
          </w:p>
        </w:tc>
        <w:tc>
          <w:tcPr>
            <w:tcW w:w="0" w:type="auto"/>
          </w:tcPr>
          <w:p w14:paraId="6C6EC954" w14:textId="77777777" w:rsidR="007A5E59" w:rsidRDefault="0095198F">
            <w:r>
              <w:t>Тепловые сети ул. Октябрьская, 30</w:t>
            </w:r>
          </w:p>
        </w:tc>
        <w:tc>
          <w:tcPr>
            <w:tcW w:w="0" w:type="auto"/>
          </w:tcPr>
          <w:p w14:paraId="712E8F21" w14:textId="77777777" w:rsidR="007A5E59" w:rsidRDefault="0095198F">
            <w:pPr>
              <w:jc w:val="center"/>
            </w:pPr>
            <w:r>
              <w:t>50</w:t>
            </w:r>
          </w:p>
        </w:tc>
        <w:tc>
          <w:tcPr>
            <w:tcW w:w="0" w:type="auto"/>
          </w:tcPr>
          <w:p w14:paraId="2235C952" w14:textId="77777777" w:rsidR="007A5E59" w:rsidRDefault="0095198F">
            <w:pPr>
              <w:jc w:val="center"/>
            </w:pPr>
            <w:r>
              <w:t>2014</w:t>
            </w:r>
          </w:p>
        </w:tc>
        <w:tc>
          <w:tcPr>
            <w:tcW w:w="0" w:type="auto"/>
          </w:tcPr>
          <w:p w14:paraId="04790AA9" w14:textId="77777777" w:rsidR="007A5E59" w:rsidRDefault="0095198F">
            <w:pPr>
              <w:jc w:val="center"/>
            </w:pPr>
            <w:r>
              <w:t>12</w:t>
            </w:r>
          </w:p>
        </w:tc>
        <w:tc>
          <w:tcPr>
            <w:tcW w:w="0" w:type="auto"/>
          </w:tcPr>
          <w:p w14:paraId="329AADE4" w14:textId="77777777" w:rsidR="007A5E59" w:rsidRDefault="0095198F">
            <w:r>
              <w:t>надз</w:t>
            </w:r>
          </w:p>
        </w:tc>
      </w:tr>
      <w:tr w:rsidR="007A5E59" w14:paraId="5D431C7E" w14:textId="77777777">
        <w:trPr>
          <w:jc w:val="center"/>
        </w:trPr>
        <w:tc>
          <w:tcPr>
            <w:tcW w:w="0" w:type="auto"/>
          </w:tcPr>
          <w:p w14:paraId="75BE7DA3" w14:textId="77777777" w:rsidR="007A5E59" w:rsidRDefault="0095198F">
            <w:pPr>
              <w:jc w:val="center"/>
            </w:pPr>
            <w:r>
              <w:t>129</w:t>
            </w:r>
          </w:p>
        </w:tc>
        <w:tc>
          <w:tcPr>
            <w:tcW w:w="0" w:type="auto"/>
          </w:tcPr>
          <w:p w14:paraId="27E6BD8B" w14:textId="77777777" w:rsidR="007A5E59" w:rsidRDefault="0095198F">
            <w:r>
              <w:t>Тепловые сети ул. Октябрьская, 38</w:t>
            </w:r>
          </w:p>
        </w:tc>
        <w:tc>
          <w:tcPr>
            <w:tcW w:w="0" w:type="auto"/>
          </w:tcPr>
          <w:p w14:paraId="5A02438E" w14:textId="77777777" w:rsidR="007A5E59" w:rsidRDefault="0095198F">
            <w:pPr>
              <w:jc w:val="center"/>
            </w:pPr>
            <w:r>
              <w:t>40</w:t>
            </w:r>
          </w:p>
        </w:tc>
        <w:tc>
          <w:tcPr>
            <w:tcW w:w="0" w:type="auto"/>
          </w:tcPr>
          <w:p w14:paraId="23E6720F" w14:textId="77777777" w:rsidR="007A5E59" w:rsidRDefault="0095198F">
            <w:pPr>
              <w:jc w:val="center"/>
            </w:pPr>
            <w:r>
              <w:t>2015</w:t>
            </w:r>
          </w:p>
        </w:tc>
        <w:tc>
          <w:tcPr>
            <w:tcW w:w="0" w:type="auto"/>
          </w:tcPr>
          <w:p w14:paraId="5AB26A43" w14:textId="77777777" w:rsidR="007A5E59" w:rsidRDefault="0095198F">
            <w:pPr>
              <w:jc w:val="center"/>
            </w:pPr>
            <w:r>
              <w:t>14</w:t>
            </w:r>
          </w:p>
        </w:tc>
        <w:tc>
          <w:tcPr>
            <w:tcW w:w="0" w:type="auto"/>
          </w:tcPr>
          <w:p w14:paraId="09A36AC1" w14:textId="77777777" w:rsidR="007A5E59" w:rsidRDefault="0095198F">
            <w:r>
              <w:t>надз</w:t>
            </w:r>
          </w:p>
        </w:tc>
      </w:tr>
      <w:tr w:rsidR="007A5E59" w14:paraId="48C67064" w14:textId="77777777">
        <w:trPr>
          <w:jc w:val="center"/>
        </w:trPr>
        <w:tc>
          <w:tcPr>
            <w:tcW w:w="0" w:type="auto"/>
          </w:tcPr>
          <w:p w14:paraId="72A8F852" w14:textId="77777777" w:rsidR="007A5E59" w:rsidRDefault="0095198F">
            <w:pPr>
              <w:jc w:val="center"/>
            </w:pPr>
            <w:r>
              <w:t>130</w:t>
            </w:r>
          </w:p>
        </w:tc>
        <w:tc>
          <w:tcPr>
            <w:tcW w:w="0" w:type="auto"/>
          </w:tcPr>
          <w:p w14:paraId="574B46DE" w14:textId="77777777" w:rsidR="007A5E59" w:rsidRDefault="007A5E59"/>
        </w:tc>
        <w:tc>
          <w:tcPr>
            <w:tcW w:w="0" w:type="auto"/>
          </w:tcPr>
          <w:p w14:paraId="7DEA8DD5" w14:textId="77777777" w:rsidR="007A5E59" w:rsidRDefault="0095198F">
            <w:pPr>
              <w:jc w:val="center"/>
            </w:pPr>
            <w:r>
              <w:t>25</w:t>
            </w:r>
          </w:p>
        </w:tc>
        <w:tc>
          <w:tcPr>
            <w:tcW w:w="0" w:type="auto"/>
          </w:tcPr>
          <w:p w14:paraId="2A5026C1" w14:textId="77777777" w:rsidR="007A5E59" w:rsidRDefault="0095198F">
            <w:pPr>
              <w:jc w:val="center"/>
            </w:pPr>
            <w:r>
              <w:t>2015</w:t>
            </w:r>
          </w:p>
        </w:tc>
        <w:tc>
          <w:tcPr>
            <w:tcW w:w="0" w:type="auto"/>
          </w:tcPr>
          <w:p w14:paraId="5FEB960C" w14:textId="77777777" w:rsidR="007A5E59" w:rsidRDefault="0095198F">
            <w:pPr>
              <w:jc w:val="center"/>
            </w:pPr>
            <w:r>
              <w:t>14</w:t>
            </w:r>
          </w:p>
        </w:tc>
        <w:tc>
          <w:tcPr>
            <w:tcW w:w="0" w:type="auto"/>
          </w:tcPr>
          <w:p w14:paraId="6BE845B0" w14:textId="77777777" w:rsidR="007A5E59" w:rsidRDefault="0095198F">
            <w:r>
              <w:t>надз</w:t>
            </w:r>
          </w:p>
        </w:tc>
      </w:tr>
      <w:tr w:rsidR="007A5E59" w14:paraId="71999048" w14:textId="77777777">
        <w:trPr>
          <w:jc w:val="center"/>
        </w:trPr>
        <w:tc>
          <w:tcPr>
            <w:tcW w:w="0" w:type="auto"/>
          </w:tcPr>
          <w:p w14:paraId="7FD2851D" w14:textId="77777777" w:rsidR="007A5E59" w:rsidRDefault="0095198F">
            <w:pPr>
              <w:jc w:val="center"/>
            </w:pPr>
            <w:r>
              <w:t>131</w:t>
            </w:r>
          </w:p>
        </w:tc>
        <w:tc>
          <w:tcPr>
            <w:tcW w:w="0" w:type="auto"/>
          </w:tcPr>
          <w:p w14:paraId="4A49B31A" w14:textId="77777777" w:rsidR="007A5E59" w:rsidRDefault="0095198F">
            <w:r>
              <w:t>Тепловые сети ул. Октябрьская, 40</w:t>
            </w:r>
          </w:p>
        </w:tc>
        <w:tc>
          <w:tcPr>
            <w:tcW w:w="0" w:type="auto"/>
          </w:tcPr>
          <w:p w14:paraId="0868D92C" w14:textId="77777777" w:rsidR="007A5E59" w:rsidRDefault="0095198F">
            <w:pPr>
              <w:jc w:val="center"/>
            </w:pPr>
            <w:r>
              <w:t>25</w:t>
            </w:r>
          </w:p>
        </w:tc>
        <w:tc>
          <w:tcPr>
            <w:tcW w:w="0" w:type="auto"/>
          </w:tcPr>
          <w:p w14:paraId="39600F9A" w14:textId="77777777" w:rsidR="007A5E59" w:rsidRDefault="0095198F">
            <w:pPr>
              <w:jc w:val="center"/>
            </w:pPr>
            <w:r>
              <w:t>2011</w:t>
            </w:r>
          </w:p>
        </w:tc>
        <w:tc>
          <w:tcPr>
            <w:tcW w:w="0" w:type="auto"/>
          </w:tcPr>
          <w:p w14:paraId="35435DA3" w14:textId="77777777" w:rsidR="007A5E59" w:rsidRDefault="0095198F">
            <w:pPr>
              <w:jc w:val="center"/>
            </w:pPr>
            <w:r>
              <w:t>18</w:t>
            </w:r>
          </w:p>
        </w:tc>
        <w:tc>
          <w:tcPr>
            <w:tcW w:w="0" w:type="auto"/>
          </w:tcPr>
          <w:p w14:paraId="746C161F" w14:textId="77777777" w:rsidR="007A5E59" w:rsidRDefault="0095198F">
            <w:r>
              <w:t>надз</w:t>
            </w:r>
          </w:p>
        </w:tc>
      </w:tr>
      <w:tr w:rsidR="007A5E59" w14:paraId="19E30652" w14:textId="77777777">
        <w:trPr>
          <w:jc w:val="center"/>
        </w:trPr>
        <w:tc>
          <w:tcPr>
            <w:tcW w:w="0" w:type="auto"/>
          </w:tcPr>
          <w:p w14:paraId="2B40FF16" w14:textId="77777777" w:rsidR="007A5E59" w:rsidRDefault="0095198F">
            <w:pPr>
              <w:jc w:val="center"/>
            </w:pPr>
            <w:r>
              <w:t>132</w:t>
            </w:r>
          </w:p>
        </w:tc>
        <w:tc>
          <w:tcPr>
            <w:tcW w:w="0" w:type="auto"/>
          </w:tcPr>
          <w:p w14:paraId="7786BC3D" w14:textId="77777777" w:rsidR="007A5E59" w:rsidRDefault="007A5E59"/>
        </w:tc>
        <w:tc>
          <w:tcPr>
            <w:tcW w:w="0" w:type="auto"/>
          </w:tcPr>
          <w:p w14:paraId="06F07AC8" w14:textId="77777777" w:rsidR="007A5E59" w:rsidRDefault="0095198F">
            <w:pPr>
              <w:jc w:val="center"/>
            </w:pPr>
            <w:r>
              <w:t>40</w:t>
            </w:r>
          </w:p>
        </w:tc>
        <w:tc>
          <w:tcPr>
            <w:tcW w:w="0" w:type="auto"/>
          </w:tcPr>
          <w:p w14:paraId="52A2FFA1" w14:textId="77777777" w:rsidR="007A5E59" w:rsidRDefault="0095198F">
            <w:pPr>
              <w:jc w:val="center"/>
            </w:pPr>
            <w:r>
              <w:t>2011</w:t>
            </w:r>
          </w:p>
        </w:tc>
        <w:tc>
          <w:tcPr>
            <w:tcW w:w="0" w:type="auto"/>
          </w:tcPr>
          <w:p w14:paraId="5235AD70" w14:textId="77777777" w:rsidR="007A5E59" w:rsidRDefault="0095198F">
            <w:pPr>
              <w:jc w:val="center"/>
            </w:pPr>
            <w:r>
              <w:t>18</w:t>
            </w:r>
          </w:p>
        </w:tc>
        <w:tc>
          <w:tcPr>
            <w:tcW w:w="0" w:type="auto"/>
          </w:tcPr>
          <w:p w14:paraId="704B7561" w14:textId="77777777" w:rsidR="007A5E59" w:rsidRDefault="0095198F">
            <w:r>
              <w:t>надз</w:t>
            </w:r>
          </w:p>
        </w:tc>
      </w:tr>
      <w:tr w:rsidR="007A5E59" w14:paraId="3AEAC0E8" w14:textId="77777777">
        <w:trPr>
          <w:jc w:val="center"/>
        </w:trPr>
        <w:tc>
          <w:tcPr>
            <w:tcW w:w="0" w:type="auto"/>
          </w:tcPr>
          <w:p w14:paraId="357649D6" w14:textId="77777777" w:rsidR="007A5E59" w:rsidRDefault="0095198F">
            <w:pPr>
              <w:jc w:val="center"/>
            </w:pPr>
            <w:r>
              <w:t>133</w:t>
            </w:r>
          </w:p>
        </w:tc>
        <w:tc>
          <w:tcPr>
            <w:tcW w:w="0" w:type="auto"/>
          </w:tcPr>
          <w:p w14:paraId="15FB6C9D" w14:textId="77777777" w:rsidR="007A5E59" w:rsidRDefault="0095198F">
            <w:r>
              <w:t>Тепловые сети ул. Советская, 22</w:t>
            </w:r>
          </w:p>
        </w:tc>
        <w:tc>
          <w:tcPr>
            <w:tcW w:w="0" w:type="auto"/>
          </w:tcPr>
          <w:p w14:paraId="69827CA7" w14:textId="77777777" w:rsidR="007A5E59" w:rsidRDefault="0095198F">
            <w:pPr>
              <w:jc w:val="center"/>
            </w:pPr>
            <w:r>
              <w:t>80</w:t>
            </w:r>
          </w:p>
        </w:tc>
        <w:tc>
          <w:tcPr>
            <w:tcW w:w="0" w:type="auto"/>
          </w:tcPr>
          <w:p w14:paraId="4DF506A8" w14:textId="77777777" w:rsidR="007A5E59" w:rsidRDefault="0095198F">
            <w:pPr>
              <w:jc w:val="center"/>
            </w:pPr>
            <w:r>
              <w:t>2013</w:t>
            </w:r>
          </w:p>
        </w:tc>
        <w:tc>
          <w:tcPr>
            <w:tcW w:w="0" w:type="auto"/>
          </w:tcPr>
          <w:p w14:paraId="4C0D3BC3" w14:textId="77777777" w:rsidR="007A5E59" w:rsidRDefault="0095198F">
            <w:pPr>
              <w:jc w:val="center"/>
            </w:pPr>
            <w:r>
              <w:t>36</w:t>
            </w:r>
          </w:p>
        </w:tc>
        <w:tc>
          <w:tcPr>
            <w:tcW w:w="0" w:type="auto"/>
          </w:tcPr>
          <w:p w14:paraId="32BA94C9" w14:textId="77777777" w:rsidR="007A5E59" w:rsidRDefault="0095198F">
            <w:r>
              <w:t>надз</w:t>
            </w:r>
          </w:p>
        </w:tc>
      </w:tr>
      <w:tr w:rsidR="007A5E59" w14:paraId="1EC8094D" w14:textId="77777777">
        <w:trPr>
          <w:jc w:val="center"/>
        </w:trPr>
        <w:tc>
          <w:tcPr>
            <w:tcW w:w="0" w:type="auto"/>
          </w:tcPr>
          <w:p w14:paraId="5AF74E9C" w14:textId="77777777" w:rsidR="007A5E59" w:rsidRDefault="0095198F">
            <w:pPr>
              <w:jc w:val="center"/>
            </w:pPr>
            <w:r>
              <w:t>134</w:t>
            </w:r>
          </w:p>
        </w:tc>
        <w:tc>
          <w:tcPr>
            <w:tcW w:w="0" w:type="auto"/>
          </w:tcPr>
          <w:p w14:paraId="5C8F97B4" w14:textId="77777777" w:rsidR="007A5E59" w:rsidRDefault="0095198F">
            <w:r>
              <w:t>Тепловые сети ул. Комсомольская, 8(7)</w:t>
            </w:r>
          </w:p>
        </w:tc>
        <w:tc>
          <w:tcPr>
            <w:tcW w:w="0" w:type="auto"/>
          </w:tcPr>
          <w:p w14:paraId="0BBBB6DA" w14:textId="77777777" w:rsidR="007A5E59" w:rsidRDefault="0095198F">
            <w:pPr>
              <w:jc w:val="center"/>
            </w:pPr>
            <w:r>
              <w:t>25</w:t>
            </w:r>
          </w:p>
        </w:tc>
        <w:tc>
          <w:tcPr>
            <w:tcW w:w="0" w:type="auto"/>
          </w:tcPr>
          <w:p w14:paraId="3B62703C" w14:textId="77777777" w:rsidR="007A5E59" w:rsidRDefault="0095198F">
            <w:pPr>
              <w:jc w:val="center"/>
            </w:pPr>
            <w:r>
              <w:t>2012</w:t>
            </w:r>
          </w:p>
        </w:tc>
        <w:tc>
          <w:tcPr>
            <w:tcW w:w="0" w:type="auto"/>
          </w:tcPr>
          <w:p w14:paraId="4A7879A0" w14:textId="77777777" w:rsidR="007A5E59" w:rsidRDefault="0095198F">
            <w:pPr>
              <w:jc w:val="center"/>
            </w:pPr>
            <w:r>
              <w:t>27</w:t>
            </w:r>
          </w:p>
        </w:tc>
        <w:tc>
          <w:tcPr>
            <w:tcW w:w="0" w:type="auto"/>
          </w:tcPr>
          <w:p w14:paraId="0ADEC213" w14:textId="77777777" w:rsidR="007A5E59" w:rsidRDefault="0095198F">
            <w:r>
              <w:t>надз</w:t>
            </w:r>
          </w:p>
        </w:tc>
      </w:tr>
      <w:tr w:rsidR="007A5E59" w14:paraId="4333FA5D" w14:textId="77777777">
        <w:trPr>
          <w:jc w:val="center"/>
        </w:trPr>
        <w:tc>
          <w:tcPr>
            <w:tcW w:w="0" w:type="auto"/>
          </w:tcPr>
          <w:p w14:paraId="7B19A3DD" w14:textId="77777777" w:rsidR="007A5E59" w:rsidRDefault="0095198F">
            <w:pPr>
              <w:jc w:val="center"/>
            </w:pPr>
            <w:r>
              <w:t>135</w:t>
            </w:r>
          </w:p>
        </w:tc>
        <w:tc>
          <w:tcPr>
            <w:tcW w:w="0" w:type="auto"/>
          </w:tcPr>
          <w:p w14:paraId="21B04DC6" w14:textId="77777777" w:rsidR="007A5E59" w:rsidRPr="00312815" w:rsidRDefault="0095198F">
            <w:pPr>
              <w:rPr>
                <w:lang w:val="ru-RU"/>
              </w:rPr>
            </w:pPr>
            <w:r w:rsidRPr="00312815">
              <w:rPr>
                <w:lang w:val="ru-RU"/>
              </w:rPr>
              <w:t>Тепловая сеть пгт Мундыбаш (Ø133)</w:t>
            </w:r>
          </w:p>
        </w:tc>
        <w:tc>
          <w:tcPr>
            <w:tcW w:w="0" w:type="auto"/>
          </w:tcPr>
          <w:p w14:paraId="03A45B68" w14:textId="77777777" w:rsidR="007A5E59" w:rsidRDefault="0095198F">
            <w:pPr>
              <w:jc w:val="center"/>
            </w:pPr>
            <w:r>
              <w:t>125</w:t>
            </w:r>
          </w:p>
        </w:tc>
        <w:tc>
          <w:tcPr>
            <w:tcW w:w="0" w:type="auto"/>
          </w:tcPr>
          <w:p w14:paraId="53535A47" w14:textId="77777777" w:rsidR="007A5E59" w:rsidRDefault="0095198F">
            <w:pPr>
              <w:jc w:val="center"/>
            </w:pPr>
            <w:r>
              <w:t>2021</w:t>
            </w:r>
          </w:p>
        </w:tc>
        <w:tc>
          <w:tcPr>
            <w:tcW w:w="0" w:type="auto"/>
          </w:tcPr>
          <w:p w14:paraId="3FBB4A28" w14:textId="77777777" w:rsidR="007A5E59" w:rsidRDefault="0095198F">
            <w:pPr>
              <w:jc w:val="center"/>
            </w:pPr>
            <w:r>
              <w:t>1 148</w:t>
            </w:r>
          </w:p>
        </w:tc>
        <w:tc>
          <w:tcPr>
            <w:tcW w:w="0" w:type="auto"/>
          </w:tcPr>
          <w:p w14:paraId="0F18BDBF" w14:textId="77777777" w:rsidR="007A5E59" w:rsidRDefault="0095198F">
            <w:r>
              <w:t>надз</w:t>
            </w:r>
          </w:p>
        </w:tc>
      </w:tr>
      <w:tr w:rsidR="007A5E59" w14:paraId="4C79F0F7" w14:textId="77777777">
        <w:trPr>
          <w:jc w:val="center"/>
        </w:trPr>
        <w:tc>
          <w:tcPr>
            <w:tcW w:w="0" w:type="auto"/>
          </w:tcPr>
          <w:p w14:paraId="3C18A18B" w14:textId="77777777" w:rsidR="007A5E59" w:rsidRDefault="0095198F">
            <w:pPr>
              <w:jc w:val="center"/>
            </w:pPr>
            <w:r>
              <w:t>136</w:t>
            </w:r>
          </w:p>
        </w:tc>
        <w:tc>
          <w:tcPr>
            <w:tcW w:w="0" w:type="auto"/>
          </w:tcPr>
          <w:p w14:paraId="17FA3095" w14:textId="77777777" w:rsidR="007A5E59" w:rsidRPr="00312815" w:rsidRDefault="0095198F">
            <w:pPr>
              <w:rPr>
                <w:lang w:val="ru-RU"/>
              </w:rPr>
            </w:pPr>
            <w:r w:rsidRPr="00312815">
              <w:rPr>
                <w:lang w:val="ru-RU"/>
              </w:rPr>
              <w:t>Тепловая сеть пгт Мундыбаш (Ø133)</w:t>
            </w:r>
          </w:p>
        </w:tc>
        <w:tc>
          <w:tcPr>
            <w:tcW w:w="0" w:type="auto"/>
          </w:tcPr>
          <w:p w14:paraId="74268ADC" w14:textId="77777777" w:rsidR="007A5E59" w:rsidRDefault="0095198F">
            <w:pPr>
              <w:jc w:val="center"/>
            </w:pPr>
            <w:r>
              <w:t>125</w:t>
            </w:r>
          </w:p>
        </w:tc>
        <w:tc>
          <w:tcPr>
            <w:tcW w:w="0" w:type="auto"/>
          </w:tcPr>
          <w:p w14:paraId="05AA05BF" w14:textId="77777777" w:rsidR="007A5E59" w:rsidRDefault="0095198F">
            <w:pPr>
              <w:jc w:val="center"/>
            </w:pPr>
            <w:r>
              <w:t>2021</w:t>
            </w:r>
          </w:p>
        </w:tc>
        <w:tc>
          <w:tcPr>
            <w:tcW w:w="0" w:type="auto"/>
          </w:tcPr>
          <w:p w14:paraId="66AB328C" w14:textId="77777777" w:rsidR="007A5E59" w:rsidRDefault="0095198F">
            <w:pPr>
              <w:jc w:val="center"/>
            </w:pPr>
            <w:r>
              <w:t>84</w:t>
            </w:r>
          </w:p>
        </w:tc>
        <w:tc>
          <w:tcPr>
            <w:tcW w:w="0" w:type="auto"/>
          </w:tcPr>
          <w:p w14:paraId="50BF0D9C" w14:textId="77777777" w:rsidR="007A5E59" w:rsidRDefault="0095198F">
            <w:r>
              <w:t>канал.</w:t>
            </w:r>
          </w:p>
        </w:tc>
      </w:tr>
    </w:tbl>
    <w:p w14:paraId="7D1DFEA8" w14:textId="77777777" w:rsidR="007A5E59" w:rsidRDefault="007A5E59"/>
    <w:p w14:paraId="02BF6573" w14:textId="77777777" w:rsidR="007A5E59" w:rsidRPr="00312815" w:rsidRDefault="0095198F">
      <w:pPr>
        <w:rPr>
          <w:lang w:val="ru-RU"/>
        </w:rPr>
      </w:pPr>
      <w:r w:rsidRPr="00312815">
        <w:rPr>
          <w:b/>
          <w:lang w:val="ru-RU"/>
        </w:rPr>
        <w:t>Таблица П4.9. Характеристики участков тепловых сетей — Производственно-отопительная УПК № 10 Темир-Тау (пгт Темиртау)</w:t>
      </w:r>
    </w:p>
    <w:tbl>
      <w:tblPr>
        <w:tblStyle w:val="aff0"/>
        <w:tblW w:w="5000" w:type="pct"/>
        <w:jc w:val="center"/>
        <w:tblCellMar>
          <w:left w:w="57" w:type="dxa"/>
          <w:right w:w="57" w:type="dxa"/>
        </w:tblCellMar>
        <w:tblLook w:val="04A0" w:firstRow="1" w:lastRow="0" w:firstColumn="1" w:lastColumn="0" w:noHBand="0" w:noVBand="1"/>
      </w:tblPr>
      <w:tblGrid>
        <w:gridCol w:w="356"/>
        <w:gridCol w:w="3141"/>
        <w:gridCol w:w="674"/>
        <w:gridCol w:w="1066"/>
        <w:gridCol w:w="2201"/>
        <w:gridCol w:w="1907"/>
      </w:tblGrid>
      <w:tr w:rsidR="007A5E59" w14:paraId="0AD628EB" w14:textId="77777777">
        <w:trPr>
          <w:cantSplit/>
          <w:tblHeader/>
          <w:jc w:val="center"/>
        </w:trPr>
        <w:tc>
          <w:tcPr>
            <w:tcW w:w="0" w:type="auto"/>
            <w:shd w:val="clear" w:color="auto" w:fill="E2F0D9"/>
            <w:vAlign w:val="center"/>
          </w:tcPr>
          <w:p w14:paraId="03A3AE58" w14:textId="77777777" w:rsidR="007A5E59" w:rsidRDefault="0095198F">
            <w:pPr>
              <w:jc w:val="center"/>
            </w:pPr>
            <w:r>
              <w:rPr>
                <w:b/>
              </w:rPr>
              <w:t>№</w:t>
            </w:r>
          </w:p>
        </w:tc>
        <w:tc>
          <w:tcPr>
            <w:tcW w:w="0" w:type="auto"/>
            <w:shd w:val="clear" w:color="auto" w:fill="E2F0D9"/>
            <w:vAlign w:val="center"/>
          </w:tcPr>
          <w:p w14:paraId="396416FA" w14:textId="77777777" w:rsidR="007A5E59" w:rsidRDefault="0095198F">
            <w:pPr>
              <w:jc w:val="center"/>
            </w:pPr>
            <w:r>
              <w:rPr>
                <w:b/>
              </w:rPr>
              <w:t>Участок сети</w:t>
            </w:r>
          </w:p>
        </w:tc>
        <w:tc>
          <w:tcPr>
            <w:tcW w:w="0" w:type="auto"/>
            <w:shd w:val="clear" w:color="auto" w:fill="E2F0D9"/>
            <w:vAlign w:val="center"/>
          </w:tcPr>
          <w:p w14:paraId="4FD23759" w14:textId="77777777" w:rsidR="007A5E59" w:rsidRDefault="0095198F">
            <w:pPr>
              <w:jc w:val="center"/>
            </w:pPr>
            <w:r>
              <w:rPr>
                <w:b/>
              </w:rPr>
              <w:t>Ø, мм</w:t>
            </w:r>
          </w:p>
        </w:tc>
        <w:tc>
          <w:tcPr>
            <w:tcW w:w="0" w:type="auto"/>
            <w:shd w:val="clear" w:color="auto" w:fill="E2F0D9"/>
            <w:vAlign w:val="center"/>
          </w:tcPr>
          <w:p w14:paraId="4EA22746" w14:textId="77777777" w:rsidR="007A5E59" w:rsidRDefault="0095198F">
            <w:pPr>
              <w:jc w:val="center"/>
            </w:pPr>
            <w:r>
              <w:rPr>
                <w:b/>
              </w:rPr>
              <w:t>Год ввода</w:t>
            </w:r>
          </w:p>
        </w:tc>
        <w:tc>
          <w:tcPr>
            <w:tcW w:w="0" w:type="auto"/>
            <w:shd w:val="clear" w:color="auto" w:fill="E2F0D9"/>
            <w:vAlign w:val="center"/>
          </w:tcPr>
          <w:p w14:paraId="3DC98F62" w14:textId="77777777" w:rsidR="007A5E59" w:rsidRPr="00312815" w:rsidRDefault="0095198F">
            <w:pPr>
              <w:jc w:val="center"/>
              <w:rPr>
                <w:lang w:val="ru-RU"/>
              </w:rPr>
            </w:pPr>
            <w:r w:rsidRPr="00312815">
              <w:rPr>
                <w:b/>
                <w:lang w:val="ru-RU"/>
              </w:rPr>
              <w:t>Длина по оси трассы, м</w:t>
            </w:r>
          </w:p>
        </w:tc>
        <w:tc>
          <w:tcPr>
            <w:tcW w:w="0" w:type="auto"/>
            <w:shd w:val="clear" w:color="auto" w:fill="E2F0D9"/>
            <w:vAlign w:val="center"/>
          </w:tcPr>
          <w:p w14:paraId="788E6C1A" w14:textId="77777777" w:rsidR="007A5E59" w:rsidRDefault="0095198F">
            <w:pPr>
              <w:jc w:val="center"/>
            </w:pPr>
            <w:r>
              <w:rPr>
                <w:b/>
              </w:rPr>
              <w:t>Способ прокладки</w:t>
            </w:r>
          </w:p>
        </w:tc>
      </w:tr>
      <w:tr w:rsidR="007A5E59" w14:paraId="2BD3AF91" w14:textId="77777777">
        <w:trPr>
          <w:jc w:val="center"/>
        </w:trPr>
        <w:tc>
          <w:tcPr>
            <w:tcW w:w="0" w:type="auto"/>
          </w:tcPr>
          <w:p w14:paraId="54EC826E" w14:textId="77777777" w:rsidR="007A5E59" w:rsidRDefault="0095198F">
            <w:pPr>
              <w:jc w:val="center"/>
            </w:pPr>
            <w:r>
              <w:t>1</w:t>
            </w:r>
          </w:p>
        </w:tc>
        <w:tc>
          <w:tcPr>
            <w:tcW w:w="0" w:type="auto"/>
          </w:tcPr>
          <w:p w14:paraId="1054A59B" w14:textId="77777777" w:rsidR="007A5E59" w:rsidRDefault="0095198F">
            <w:r>
              <w:t>от КТ-9 до ТК-48</w:t>
            </w:r>
          </w:p>
        </w:tc>
        <w:tc>
          <w:tcPr>
            <w:tcW w:w="0" w:type="auto"/>
          </w:tcPr>
          <w:p w14:paraId="1A61F783" w14:textId="77777777" w:rsidR="007A5E59" w:rsidRDefault="0095198F">
            <w:pPr>
              <w:jc w:val="center"/>
            </w:pPr>
            <w:r>
              <w:t>250</w:t>
            </w:r>
          </w:p>
        </w:tc>
        <w:tc>
          <w:tcPr>
            <w:tcW w:w="0" w:type="auto"/>
          </w:tcPr>
          <w:p w14:paraId="3B612C04" w14:textId="77777777" w:rsidR="007A5E59" w:rsidRDefault="0095198F">
            <w:pPr>
              <w:jc w:val="center"/>
            </w:pPr>
            <w:r>
              <w:t>2010</w:t>
            </w:r>
          </w:p>
        </w:tc>
        <w:tc>
          <w:tcPr>
            <w:tcW w:w="0" w:type="auto"/>
          </w:tcPr>
          <w:p w14:paraId="19E25D9D" w14:textId="77777777" w:rsidR="007A5E59" w:rsidRDefault="0095198F">
            <w:pPr>
              <w:jc w:val="center"/>
            </w:pPr>
            <w:r>
              <w:t>345</w:t>
            </w:r>
          </w:p>
        </w:tc>
        <w:tc>
          <w:tcPr>
            <w:tcW w:w="0" w:type="auto"/>
          </w:tcPr>
          <w:p w14:paraId="1C2E0071" w14:textId="77777777" w:rsidR="007A5E59" w:rsidRDefault="0095198F">
            <w:r>
              <w:t>надз.</w:t>
            </w:r>
          </w:p>
        </w:tc>
      </w:tr>
      <w:tr w:rsidR="007A5E59" w14:paraId="2F3C8B78" w14:textId="77777777">
        <w:trPr>
          <w:jc w:val="center"/>
        </w:trPr>
        <w:tc>
          <w:tcPr>
            <w:tcW w:w="0" w:type="auto"/>
          </w:tcPr>
          <w:p w14:paraId="73031036" w14:textId="77777777" w:rsidR="007A5E59" w:rsidRDefault="0095198F">
            <w:pPr>
              <w:jc w:val="center"/>
            </w:pPr>
            <w:r>
              <w:t>2</w:t>
            </w:r>
          </w:p>
        </w:tc>
        <w:tc>
          <w:tcPr>
            <w:tcW w:w="0" w:type="auto"/>
          </w:tcPr>
          <w:p w14:paraId="5791CCD8" w14:textId="77777777" w:rsidR="007A5E59" w:rsidRDefault="0095198F">
            <w:r>
              <w:t>от котельной до КТ-9</w:t>
            </w:r>
          </w:p>
        </w:tc>
        <w:tc>
          <w:tcPr>
            <w:tcW w:w="0" w:type="auto"/>
          </w:tcPr>
          <w:p w14:paraId="0F6C6399" w14:textId="77777777" w:rsidR="007A5E59" w:rsidRDefault="0095198F">
            <w:pPr>
              <w:jc w:val="center"/>
            </w:pPr>
            <w:r>
              <w:t>250</w:t>
            </w:r>
          </w:p>
        </w:tc>
        <w:tc>
          <w:tcPr>
            <w:tcW w:w="0" w:type="auto"/>
          </w:tcPr>
          <w:p w14:paraId="4C3591FD" w14:textId="77777777" w:rsidR="007A5E59" w:rsidRDefault="0095198F">
            <w:pPr>
              <w:jc w:val="center"/>
            </w:pPr>
            <w:r>
              <w:t>1980</w:t>
            </w:r>
          </w:p>
        </w:tc>
        <w:tc>
          <w:tcPr>
            <w:tcW w:w="0" w:type="auto"/>
          </w:tcPr>
          <w:p w14:paraId="3E2E7399" w14:textId="77777777" w:rsidR="007A5E59" w:rsidRDefault="0095198F">
            <w:pPr>
              <w:jc w:val="center"/>
            </w:pPr>
            <w:r>
              <w:t>600</w:t>
            </w:r>
          </w:p>
        </w:tc>
        <w:tc>
          <w:tcPr>
            <w:tcW w:w="0" w:type="auto"/>
          </w:tcPr>
          <w:p w14:paraId="17158283" w14:textId="77777777" w:rsidR="007A5E59" w:rsidRDefault="0095198F">
            <w:r>
              <w:t>надз.</w:t>
            </w:r>
          </w:p>
        </w:tc>
      </w:tr>
      <w:tr w:rsidR="007A5E59" w14:paraId="189DBC7E" w14:textId="77777777">
        <w:trPr>
          <w:jc w:val="center"/>
        </w:trPr>
        <w:tc>
          <w:tcPr>
            <w:tcW w:w="0" w:type="auto"/>
          </w:tcPr>
          <w:p w14:paraId="40BF570E" w14:textId="77777777" w:rsidR="007A5E59" w:rsidRDefault="0095198F">
            <w:pPr>
              <w:jc w:val="center"/>
            </w:pPr>
            <w:r>
              <w:t>3</w:t>
            </w:r>
          </w:p>
        </w:tc>
        <w:tc>
          <w:tcPr>
            <w:tcW w:w="0" w:type="auto"/>
          </w:tcPr>
          <w:p w14:paraId="077B9379" w14:textId="77777777" w:rsidR="007A5E59" w:rsidRDefault="0095198F">
            <w:r>
              <w:t>От ТК-48 до Т5</w:t>
            </w:r>
          </w:p>
        </w:tc>
        <w:tc>
          <w:tcPr>
            <w:tcW w:w="0" w:type="auto"/>
          </w:tcPr>
          <w:p w14:paraId="2AD54533" w14:textId="77777777" w:rsidR="007A5E59" w:rsidRDefault="0095198F">
            <w:pPr>
              <w:jc w:val="center"/>
            </w:pPr>
            <w:r>
              <w:t>250</w:t>
            </w:r>
          </w:p>
        </w:tc>
        <w:tc>
          <w:tcPr>
            <w:tcW w:w="0" w:type="auto"/>
          </w:tcPr>
          <w:p w14:paraId="52CC90DD" w14:textId="77777777" w:rsidR="007A5E59" w:rsidRDefault="0095198F">
            <w:pPr>
              <w:jc w:val="center"/>
            </w:pPr>
            <w:r>
              <w:t>1989</w:t>
            </w:r>
          </w:p>
        </w:tc>
        <w:tc>
          <w:tcPr>
            <w:tcW w:w="0" w:type="auto"/>
          </w:tcPr>
          <w:p w14:paraId="0CDE583D" w14:textId="77777777" w:rsidR="007A5E59" w:rsidRDefault="0095198F">
            <w:pPr>
              <w:jc w:val="center"/>
            </w:pPr>
            <w:r>
              <w:t>175</w:t>
            </w:r>
          </w:p>
        </w:tc>
        <w:tc>
          <w:tcPr>
            <w:tcW w:w="0" w:type="auto"/>
          </w:tcPr>
          <w:p w14:paraId="48EBC97E" w14:textId="77777777" w:rsidR="007A5E59" w:rsidRDefault="0095198F">
            <w:r>
              <w:t>надз.</w:t>
            </w:r>
          </w:p>
        </w:tc>
      </w:tr>
      <w:tr w:rsidR="007A5E59" w14:paraId="4A41C908" w14:textId="77777777">
        <w:trPr>
          <w:jc w:val="center"/>
        </w:trPr>
        <w:tc>
          <w:tcPr>
            <w:tcW w:w="0" w:type="auto"/>
          </w:tcPr>
          <w:p w14:paraId="7654FFD1" w14:textId="77777777" w:rsidR="007A5E59" w:rsidRDefault="0095198F">
            <w:pPr>
              <w:jc w:val="center"/>
            </w:pPr>
            <w:r>
              <w:t>4</w:t>
            </w:r>
          </w:p>
        </w:tc>
        <w:tc>
          <w:tcPr>
            <w:tcW w:w="0" w:type="auto"/>
          </w:tcPr>
          <w:p w14:paraId="35E6F128" w14:textId="77777777" w:rsidR="007A5E59" w:rsidRDefault="0095198F">
            <w:r>
              <w:t>От Т5 до Школьной 6</w:t>
            </w:r>
          </w:p>
        </w:tc>
        <w:tc>
          <w:tcPr>
            <w:tcW w:w="0" w:type="auto"/>
          </w:tcPr>
          <w:p w14:paraId="77BE6BA9" w14:textId="77777777" w:rsidR="007A5E59" w:rsidRDefault="0095198F">
            <w:pPr>
              <w:jc w:val="center"/>
            </w:pPr>
            <w:r>
              <w:t>200</w:t>
            </w:r>
          </w:p>
        </w:tc>
        <w:tc>
          <w:tcPr>
            <w:tcW w:w="0" w:type="auto"/>
          </w:tcPr>
          <w:p w14:paraId="5F353452" w14:textId="77777777" w:rsidR="007A5E59" w:rsidRDefault="0095198F">
            <w:pPr>
              <w:jc w:val="center"/>
            </w:pPr>
            <w:r>
              <w:t>1989</w:t>
            </w:r>
          </w:p>
        </w:tc>
        <w:tc>
          <w:tcPr>
            <w:tcW w:w="0" w:type="auto"/>
          </w:tcPr>
          <w:p w14:paraId="1725066F" w14:textId="77777777" w:rsidR="007A5E59" w:rsidRDefault="0095198F">
            <w:pPr>
              <w:jc w:val="center"/>
            </w:pPr>
            <w:r>
              <w:t>260</w:t>
            </w:r>
          </w:p>
        </w:tc>
        <w:tc>
          <w:tcPr>
            <w:tcW w:w="0" w:type="auto"/>
          </w:tcPr>
          <w:p w14:paraId="02747F3C" w14:textId="77777777" w:rsidR="007A5E59" w:rsidRDefault="0095198F">
            <w:r>
              <w:t>надз.</w:t>
            </w:r>
          </w:p>
        </w:tc>
      </w:tr>
      <w:tr w:rsidR="007A5E59" w14:paraId="724B1AF5" w14:textId="77777777">
        <w:trPr>
          <w:jc w:val="center"/>
        </w:trPr>
        <w:tc>
          <w:tcPr>
            <w:tcW w:w="0" w:type="auto"/>
          </w:tcPr>
          <w:p w14:paraId="58CA2680" w14:textId="77777777" w:rsidR="007A5E59" w:rsidRDefault="0095198F">
            <w:pPr>
              <w:jc w:val="center"/>
            </w:pPr>
            <w:r>
              <w:t>5</w:t>
            </w:r>
          </w:p>
        </w:tc>
        <w:tc>
          <w:tcPr>
            <w:tcW w:w="0" w:type="auto"/>
          </w:tcPr>
          <w:p w14:paraId="5E33F13D" w14:textId="77777777" w:rsidR="007A5E59" w:rsidRDefault="0095198F">
            <w:r>
              <w:t>от Т5 до Т6</w:t>
            </w:r>
          </w:p>
        </w:tc>
        <w:tc>
          <w:tcPr>
            <w:tcW w:w="0" w:type="auto"/>
          </w:tcPr>
          <w:p w14:paraId="09BA8ADA" w14:textId="77777777" w:rsidR="007A5E59" w:rsidRDefault="0095198F">
            <w:pPr>
              <w:jc w:val="center"/>
            </w:pPr>
            <w:r>
              <w:t>200</w:t>
            </w:r>
          </w:p>
        </w:tc>
        <w:tc>
          <w:tcPr>
            <w:tcW w:w="0" w:type="auto"/>
          </w:tcPr>
          <w:p w14:paraId="546D90EE" w14:textId="77777777" w:rsidR="007A5E59" w:rsidRDefault="0095198F">
            <w:pPr>
              <w:jc w:val="center"/>
            </w:pPr>
            <w:r>
              <w:t>1991</w:t>
            </w:r>
          </w:p>
        </w:tc>
        <w:tc>
          <w:tcPr>
            <w:tcW w:w="0" w:type="auto"/>
          </w:tcPr>
          <w:p w14:paraId="0A5DDC19" w14:textId="77777777" w:rsidR="007A5E59" w:rsidRDefault="0095198F">
            <w:pPr>
              <w:jc w:val="center"/>
            </w:pPr>
            <w:r>
              <w:t>200</w:t>
            </w:r>
          </w:p>
        </w:tc>
        <w:tc>
          <w:tcPr>
            <w:tcW w:w="0" w:type="auto"/>
          </w:tcPr>
          <w:p w14:paraId="4DD15232" w14:textId="77777777" w:rsidR="007A5E59" w:rsidRDefault="0095198F">
            <w:r>
              <w:t>надз.</w:t>
            </w:r>
          </w:p>
        </w:tc>
      </w:tr>
      <w:tr w:rsidR="007A5E59" w14:paraId="09EF6820" w14:textId="77777777">
        <w:trPr>
          <w:jc w:val="center"/>
        </w:trPr>
        <w:tc>
          <w:tcPr>
            <w:tcW w:w="0" w:type="auto"/>
          </w:tcPr>
          <w:p w14:paraId="46561E31" w14:textId="77777777" w:rsidR="007A5E59" w:rsidRDefault="0095198F">
            <w:pPr>
              <w:jc w:val="center"/>
            </w:pPr>
            <w:r>
              <w:t>6</w:t>
            </w:r>
          </w:p>
        </w:tc>
        <w:tc>
          <w:tcPr>
            <w:tcW w:w="0" w:type="auto"/>
          </w:tcPr>
          <w:p w14:paraId="70D11AEF" w14:textId="77777777" w:rsidR="007A5E59" w:rsidRDefault="0095198F">
            <w:r>
              <w:t>От Т6 до Школьной 2</w:t>
            </w:r>
          </w:p>
        </w:tc>
        <w:tc>
          <w:tcPr>
            <w:tcW w:w="0" w:type="auto"/>
          </w:tcPr>
          <w:p w14:paraId="21033A90" w14:textId="77777777" w:rsidR="007A5E59" w:rsidRDefault="0095198F">
            <w:pPr>
              <w:jc w:val="center"/>
            </w:pPr>
            <w:r>
              <w:t>200</w:t>
            </w:r>
          </w:p>
        </w:tc>
        <w:tc>
          <w:tcPr>
            <w:tcW w:w="0" w:type="auto"/>
          </w:tcPr>
          <w:p w14:paraId="13EA63FB" w14:textId="77777777" w:rsidR="007A5E59" w:rsidRDefault="0095198F">
            <w:pPr>
              <w:jc w:val="center"/>
            </w:pPr>
            <w:r>
              <w:t>2003</w:t>
            </w:r>
          </w:p>
        </w:tc>
        <w:tc>
          <w:tcPr>
            <w:tcW w:w="0" w:type="auto"/>
          </w:tcPr>
          <w:p w14:paraId="220A5A78" w14:textId="77777777" w:rsidR="007A5E59" w:rsidRDefault="0095198F">
            <w:pPr>
              <w:jc w:val="center"/>
            </w:pPr>
            <w:r>
              <w:t>250</w:t>
            </w:r>
          </w:p>
        </w:tc>
        <w:tc>
          <w:tcPr>
            <w:tcW w:w="0" w:type="auto"/>
          </w:tcPr>
          <w:p w14:paraId="023D6F9C" w14:textId="77777777" w:rsidR="007A5E59" w:rsidRDefault="0095198F">
            <w:r>
              <w:t>надз.</w:t>
            </w:r>
          </w:p>
        </w:tc>
      </w:tr>
      <w:tr w:rsidR="007A5E59" w14:paraId="0B4D48AD" w14:textId="77777777">
        <w:trPr>
          <w:jc w:val="center"/>
        </w:trPr>
        <w:tc>
          <w:tcPr>
            <w:tcW w:w="0" w:type="auto"/>
          </w:tcPr>
          <w:p w14:paraId="407A4CCC" w14:textId="77777777" w:rsidR="007A5E59" w:rsidRDefault="0095198F">
            <w:pPr>
              <w:jc w:val="center"/>
            </w:pPr>
            <w:r>
              <w:t>7</w:t>
            </w:r>
          </w:p>
        </w:tc>
        <w:tc>
          <w:tcPr>
            <w:tcW w:w="0" w:type="auto"/>
          </w:tcPr>
          <w:p w14:paraId="2EE10F49" w14:textId="77777777" w:rsidR="007A5E59" w:rsidRDefault="0095198F">
            <w:r>
              <w:t>От котельной до бани</w:t>
            </w:r>
          </w:p>
        </w:tc>
        <w:tc>
          <w:tcPr>
            <w:tcW w:w="0" w:type="auto"/>
          </w:tcPr>
          <w:p w14:paraId="0B141E44" w14:textId="77777777" w:rsidR="007A5E59" w:rsidRDefault="0095198F">
            <w:pPr>
              <w:jc w:val="center"/>
            </w:pPr>
            <w:r>
              <w:t>200</w:t>
            </w:r>
          </w:p>
        </w:tc>
        <w:tc>
          <w:tcPr>
            <w:tcW w:w="0" w:type="auto"/>
          </w:tcPr>
          <w:p w14:paraId="1DD9D9C4" w14:textId="77777777" w:rsidR="007A5E59" w:rsidRDefault="0095198F">
            <w:pPr>
              <w:jc w:val="center"/>
            </w:pPr>
            <w:r>
              <w:t>1974</w:t>
            </w:r>
          </w:p>
        </w:tc>
        <w:tc>
          <w:tcPr>
            <w:tcW w:w="0" w:type="auto"/>
          </w:tcPr>
          <w:p w14:paraId="4983FD7C" w14:textId="77777777" w:rsidR="007A5E59" w:rsidRDefault="0095198F">
            <w:pPr>
              <w:jc w:val="center"/>
            </w:pPr>
            <w:r>
              <w:t>1 000</w:t>
            </w:r>
          </w:p>
        </w:tc>
        <w:tc>
          <w:tcPr>
            <w:tcW w:w="0" w:type="auto"/>
          </w:tcPr>
          <w:p w14:paraId="67A04A3F" w14:textId="77777777" w:rsidR="007A5E59" w:rsidRDefault="0095198F">
            <w:r>
              <w:t>надз.</w:t>
            </w:r>
          </w:p>
        </w:tc>
      </w:tr>
      <w:tr w:rsidR="007A5E59" w14:paraId="1CEC12DB" w14:textId="77777777">
        <w:trPr>
          <w:jc w:val="center"/>
        </w:trPr>
        <w:tc>
          <w:tcPr>
            <w:tcW w:w="0" w:type="auto"/>
          </w:tcPr>
          <w:p w14:paraId="2EE9DD01" w14:textId="77777777" w:rsidR="007A5E59" w:rsidRDefault="0095198F">
            <w:pPr>
              <w:jc w:val="center"/>
            </w:pPr>
            <w:r>
              <w:t>8</w:t>
            </w:r>
          </w:p>
        </w:tc>
        <w:tc>
          <w:tcPr>
            <w:tcW w:w="0" w:type="auto"/>
          </w:tcPr>
          <w:p w14:paraId="5CD04621" w14:textId="77777777" w:rsidR="007A5E59" w:rsidRDefault="0095198F">
            <w:r>
              <w:t>От ТК-12 до Т1</w:t>
            </w:r>
          </w:p>
        </w:tc>
        <w:tc>
          <w:tcPr>
            <w:tcW w:w="0" w:type="auto"/>
          </w:tcPr>
          <w:p w14:paraId="3D1F46DE" w14:textId="77777777" w:rsidR="007A5E59" w:rsidRDefault="0095198F">
            <w:pPr>
              <w:jc w:val="center"/>
            </w:pPr>
            <w:r>
              <w:t>200</w:t>
            </w:r>
          </w:p>
        </w:tc>
        <w:tc>
          <w:tcPr>
            <w:tcW w:w="0" w:type="auto"/>
          </w:tcPr>
          <w:p w14:paraId="73EE752F" w14:textId="77777777" w:rsidR="007A5E59" w:rsidRDefault="0095198F">
            <w:pPr>
              <w:jc w:val="center"/>
            </w:pPr>
            <w:r>
              <w:t>1991</w:t>
            </w:r>
          </w:p>
        </w:tc>
        <w:tc>
          <w:tcPr>
            <w:tcW w:w="0" w:type="auto"/>
          </w:tcPr>
          <w:p w14:paraId="1E12714E" w14:textId="77777777" w:rsidR="007A5E59" w:rsidRDefault="0095198F">
            <w:pPr>
              <w:jc w:val="center"/>
            </w:pPr>
            <w:r>
              <w:t>230</w:t>
            </w:r>
          </w:p>
        </w:tc>
        <w:tc>
          <w:tcPr>
            <w:tcW w:w="0" w:type="auto"/>
          </w:tcPr>
          <w:p w14:paraId="44918019" w14:textId="77777777" w:rsidR="007A5E59" w:rsidRDefault="0095198F">
            <w:r>
              <w:t>надз.</w:t>
            </w:r>
          </w:p>
        </w:tc>
      </w:tr>
      <w:tr w:rsidR="007A5E59" w14:paraId="170955FF" w14:textId="77777777">
        <w:trPr>
          <w:jc w:val="center"/>
        </w:trPr>
        <w:tc>
          <w:tcPr>
            <w:tcW w:w="0" w:type="auto"/>
          </w:tcPr>
          <w:p w14:paraId="279C11E2" w14:textId="77777777" w:rsidR="007A5E59" w:rsidRDefault="0095198F">
            <w:pPr>
              <w:jc w:val="center"/>
            </w:pPr>
            <w:r>
              <w:t>9</w:t>
            </w:r>
          </w:p>
        </w:tc>
        <w:tc>
          <w:tcPr>
            <w:tcW w:w="0" w:type="auto"/>
          </w:tcPr>
          <w:p w14:paraId="2966D907" w14:textId="77777777" w:rsidR="007A5E59" w:rsidRDefault="0095198F">
            <w:r>
              <w:t>от Т2 до Т4</w:t>
            </w:r>
          </w:p>
        </w:tc>
        <w:tc>
          <w:tcPr>
            <w:tcW w:w="0" w:type="auto"/>
          </w:tcPr>
          <w:p w14:paraId="69A0B7C9" w14:textId="77777777" w:rsidR="007A5E59" w:rsidRDefault="0095198F">
            <w:pPr>
              <w:jc w:val="center"/>
            </w:pPr>
            <w:r>
              <w:t>150</w:t>
            </w:r>
          </w:p>
        </w:tc>
        <w:tc>
          <w:tcPr>
            <w:tcW w:w="0" w:type="auto"/>
          </w:tcPr>
          <w:p w14:paraId="55B7767B" w14:textId="77777777" w:rsidR="007A5E59" w:rsidRDefault="0095198F">
            <w:pPr>
              <w:jc w:val="center"/>
            </w:pPr>
            <w:r>
              <w:t>1989</w:t>
            </w:r>
          </w:p>
        </w:tc>
        <w:tc>
          <w:tcPr>
            <w:tcW w:w="0" w:type="auto"/>
          </w:tcPr>
          <w:p w14:paraId="7A492C10" w14:textId="77777777" w:rsidR="007A5E59" w:rsidRDefault="0095198F">
            <w:pPr>
              <w:jc w:val="center"/>
            </w:pPr>
            <w:r>
              <w:t>200</w:t>
            </w:r>
          </w:p>
        </w:tc>
        <w:tc>
          <w:tcPr>
            <w:tcW w:w="0" w:type="auto"/>
          </w:tcPr>
          <w:p w14:paraId="642C6AC8" w14:textId="77777777" w:rsidR="007A5E59" w:rsidRDefault="0095198F">
            <w:r>
              <w:t>надз.</w:t>
            </w:r>
          </w:p>
        </w:tc>
      </w:tr>
      <w:tr w:rsidR="007A5E59" w14:paraId="00CA190D" w14:textId="77777777">
        <w:trPr>
          <w:jc w:val="center"/>
        </w:trPr>
        <w:tc>
          <w:tcPr>
            <w:tcW w:w="0" w:type="auto"/>
          </w:tcPr>
          <w:p w14:paraId="5C34DB38" w14:textId="77777777" w:rsidR="007A5E59" w:rsidRDefault="0095198F">
            <w:pPr>
              <w:jc w:val="center"/>
            </w:pPr>
            <w:r>
              <w:t>10</w:t>
            </w:r>
          </w:p>
        </w:tc>
        <w:tc>
          <w:tcPr>
            <w:tcW w:w="0" w:type="auto"/>
          </w:tcPr>
          <w:p w14:paraId="72CAED66" w14:textId="77777777" w:rsidR="007A5E59" w:rsidRDefault="0095198F">
            <w:r>
              <w:t>от Т12 до Центральная 34</w:t>
            </w:r>
          </w:p>
        </w:tc>
        <w:tc>
          <w:tcPr>
            <w:tcW w:w="0" w:type="auto"/>
          </w:tcPr>
          <w:p w14:paraId="6E025E22" w14:textId="77777777" w:rsidR="007A5E59" w:rsidRDefault="0095198F">
            <w:pPr>
              <w:jc w:val="center"/>
            </w:pPr>
            <w:r>
              <w:t>150</w:t>
            </w:r>
          </w:p>
        </w:tc>
        <w:tc>
          <w:tcPr>
            <w:tcW w:w="0" w:type="auto"/>
          </w:tcPr>
          <w:p w14:paraId="6BE236C2" w14:textId="77777777" w:rsidR="007A5E59" w:rsidRDefault="0095198F">
            <w:pPr>
              <w:jc w:val="center"/>
            </w:pPr>
            <w:r>
              <w:t>2010</w:t>
            </w:r>
          </w:p>
        </w:tc>
        <w:tc>
          <w:tcPr>
            <w:tcW w:w="0" w:type="auto"/>
          </w:tcPr>
          <w:p w14:paraId="605BACC8" w14:textId="77777777" w:rsidR="007A5E59" w:rsidRDefault="0095198F">
            <w:pPr>
              <w:jc w:val="center"/>
            </w:pPr>
            <w:r>
              <w:t>100</w:t>
            </w:r>
          </w:p>
        </w:tc>
        <w:tc>
          <w:tcPr>
            <w:tcW w:w="0" w:type="auto"/>
          </w:tcPr>
          <w:p w14:paraId="38005BAF" w14:textId="77777777" w:rsidR="007A5E59" w:rsidRDefault="0095198F">
            <w:r>
              <w:t>надз.</w:t>
            </w:r>
          </w:p>
        </w:tc>
      </w:tr>
      <w:tr w:rsidR="007A5E59" w14:paraId="37E36810" w14:textId="77777777">
        <w:trPr>
          <w:jc w:val="center"/>
        </w:trPr>
        <w:tc>
          <w:tcPr>
            <w:tcW w:w="0" w:type="auto"/>
          </w:tcPr>
          <w:p w14:paraId="642FBE58" w14:textId="77777777" w:rsidR="007A5E59" w:rsidRDefault="0095198F">
            <w:pPr>
              <w:jc w:val="center"/>
            </w:pPr>
            <w:r>
              <w:t>11</w:t>
            </w:r>
          </w:p>
        </w:tc>
        <w:tc>
          <w:tcPr>
            <w:tcW w:w="0" w:type="auto"/>
          </w:tcPr>
          <w:p w14:paraId="16A61FC6" w14:textId="77777777" w:rsidR="007A5E59" w:rsidRDefault="0095198F">
            <w:r>
              <w:t>от Т8 до Школьная 17</w:t>
            </w:r>
          </w:p>
        </w:tc>
        <w:tc>
          <w:tcPr>
            <w:tcW w:w="0" w:type="auto"/>
          </w:tcPr>
          <w:p w14:paraId="7E1D99C9" w14:textId="77777777" w:rsidR="007A5E59" w:rsidRDefault="0095198F">
            <w:pPr>
              <w:jc w:val="center"/>
            </w:pPr>
            <w:r>
              <w:t>65</w:t>
            </w:r>
          </w:p>
        </w:tc>
        <w:tc>
          <w:tcPr>
            <w:tcW w:w="0" w:type="auto"/>
          </w:tcPr>
          <w:p w14:paraId="50A1B053" w14:textId="77777777" w:rsidR="007A5E59" w:rsidRDefault="0095198F">
            <w:pPr>
              <w:jc w:val="center"/>
            </w:pPr>
            <w:r>
              <w:t>1989</w:t>
            </w:r>
          </w:p>
        </w:tc>
        <w:tc>
          <w:tcPr>
            <w:tcW w:w="0" w:type="auto"/>
          </w:tcPr>
          <w:p w14:paraId="65F6472D" w14:textId="77777777" w:rsidR="007A5E59" w:rsidRDefault="0095198F">
            <w:pPr>
              <w:jc w:val="center"/>
            </w:pPr>
            <w:r>
              <w:t>130</w:t>
            </w:r>
          </w:p>
        </w:tc>
        <w:tc>
          <w:tcPr>
            <w:tcW w:w="0" w:type="auto"/>
          </w:tcPr>
          <w:p w14:paraId="3415802F" w14:textId="77777777" w:rsidR="007A5E59" w:rsidRDefault="0095198F">
            <w:r>
              <w:t>надз.</w:t>
            </w:r>
          </w:p>
        </w:tc>
      </w:tr>
      <w:tr w:rsidR="007A5E59" w14:paraId="5B4E0972" w14:textId="77777777">
        <w:trPr>
          <w:jc w:val="center"/>
        </w:trPr>
        <w:tc>
          <w:tcPr>
            <w:tcW w:w="0" w:type="auto"/>
          </w:tcPr>
          <w:p w14:paraId="2A1BF140" w14:textId="77777777" w:rsidR="007A5E59" w:rsidRDefault="0095198F">
            <w:pPr>
              <w:jc w:val="center"/>
            </w:pPr>
            <w:r>
              <w:t>12</w:t>
            </w:r>
          </w:p>
        </w:tc>
        <w:tc>
          <w:tcPr>
            <w:tcW w:w="0" w:type="auto"/>
          </w:tcPr>
          <w:p w14:paraId="0D02EA03" w14:textId="77777777" w:rsidR="007A5E59" w:rsidRDefault="0095198F">
            <w:r>
              <w:t>подводка к домам</w:t>
            </w:r>
          </w:p>
        </w:tc>
        <w:tc>
          <w:tcPr>
            <w:tcW w:w="0" w:type="auto"/>
          </w:tcPr>
          <w:p w14:paraId="43D82CB0" w14:textId="77777777" w:rsidR="007A5E59" w:rsidRDefault="0095198F">
            <w:pPr>
              <w:jc w:val="center"/>
            </w:pPr>
            <w:r>
              <w:t>50</w:t>
            </w:r>
          </w:p>
        </w:tc>
        <w:tc>
          <w:tcPr>
            <w:tcW w:w="0" w:type="auto"/>
          </w:tcPr>
          <w:p w14:paraId="57372D3C" w14:textId="77777777" w:rsidR="007A5E59" w:rsidRDefault="0095198F">
            <w:pPr>
              <w:jc w:val="center"/>
            </w:pPr>
            <w:r>
              <w:t>1989</w:t>
            </w:r>
          </w:p>
        </w:tc>
        <w:tc>
          <w:tcPr>
            <w:tcW w:w="0" w:type="auto"/>
          </w:tcPr>
          <w:p w14:paraId="7ACF33B4" w14:textId="77777777" w:rsidR="007A5E59" w:rsidRDefault="0095198F">
            <w:pPr>
              <w:jc w:val="center"/>
            </w:pPr>
            <w:r>
              <w:t>1 870</w:t>
            </w:r>
          </w:p>
        </w:tc>
        <w:tc>
          <w:tcPr>
            <w:tcW w:w="0" w:type="auto"/>
          </w:tcPr>
          <w:p w14:paraId="79FF8995" w14:textId="77777777" w:rsidR="007A5E59" w:rsidRDefault="0095198F">
            <w:r>
              <w:t>надз.</w:t>
            </w:r>
          </w:p>
        </w:tc>
      </w:tr>
      <w:tr w:rsidR="007A5E59" w14:paraId="0E0F590B" w14:textId="77777777">
        <w:trPr>
          <w:jc w:val="center"/>
        </w:trPr>
        <w:tc>
          <w:tcPr>
            <w:tcW w:w="0" w:type="auto"/>
          </w:tcPr>
          <w:p w14:paraId="5BCD3F0B" w14:textId="77777777" w:rsidR="007A5E59" w:rsidRDefault="0095198F">
            <w:pPr>
              <w:jc w:val="center"/>
            </w:pPr>
            <w:r>
              <w:t>13</w:t>
            </w:r>
          </w:p>
        </w:tc>
        <w:tc>
          <w:tcPr>
            <w:tcW w:w="0" w:type="auto"/>
          </w:tcPr>
          <w:p w14:paraId="6BF860A9" w14:textId="77777777" w:rsidR="007A5E59" w:rsidRDefault="0095198F">
            <w:r>
              <w:t>от Т4 до Октябрьской 5</w:t>
            </w:r>
          </w:p>
        </w:tc>
        <w:tc>
          <w:tcPr>
            <w:tcW w:w="0" w:type="auto"/>
          </w:tcPr>
          <w:p w14:paraId="32A1212A" w14:textId="77777777" w:rsidR="007A5E59" w:rsidRDefault="0095198F">
            <w:pPr>
              <w:jc w:val="center"/>
            </w:pPr>
            <w:r>
              <w:t>100</w:t>
            </w:r>
          </w:p>
        </w:tc>
        <w:tc>
          <w:tcPr>
            <w:tcW w:w="0" w:type="auto"/>
          </w:tcPr>
          <w:p w14:paraId="6A822624" w14:textId="77777777" w:rsidR="007A5E59" w:rsidRDefault="0095198F">
            <w:pPr>
              <w:jc w:val="center"/>
            </w:pPr>
            <w:r>
              <w:t>1989</w:t>
            </w:r>
          </w:p>
        </w:tc>
        <w:tc>
          <w:tcPr>
            <w:tcW w:w="0" w:type="auto"/>
          </w:tcPr>
          <w:p w14:paraId="1DFE23C6" w14:textId="77777777" w:rsidR="007A5E59" w:rsidRDefault="0095198F">
            <w:pPr>
              <w:jc w:val="center"/>
            </w:pPr>
            <w:r>
              <w:t>100</w:t>
            </w:r>
          </w:p>
        </w:tc>
        <w:tc>
          <w:tcPr>
            <w:tcW w:w="0" w:type="auto"/>
          </w:tcPr>
          <w:p w14:paraId="39AF1D99" w14:textId="77777777" w:rsidR="007A5E59" w:rsidRDefault="0095198F">
            <w:r>
              <w:t>надз.</w:t>
            </w:r>
          </w:p>
        </w:tc>
      </w:tr>
      <w:tr w:rsidR="007A5E59" w14:paraId="750DC86B" w14:textId="77777777">
        <w:trPr>
          <w:jc w:val="center"/>
        </w:trPr>
        <w:tc>
          <w:tcPr>
            <w:tcW w:w="0" w:type="auto"/>
          </w:tcPr>
          <w:p w14:paraId="7DD7A208" w14:textId="77777777" w:rsidR="007A5E59" w:rsidRDefault="0095198F">
            <w:pPr>
              <w:jc w:val="center"/>
            </w:pPr>
            <w:r>
              <w:t>14</w:t>
            </w:r>
          </w:p>
        </w:tc>
        <w:tc>
          <w:tcPr>
            <w:tcW w:w="0" w:type="auto"/>
          </w:tcPr>
          <w:p w14:paraId="546FFF19" w14:textId="77777777" w:rsidR="007A5E59" w:rsidRDefault="0095198F">
            <w:r>
              <w:t>от Октябрьской 5 до УТВК</w:t>
            </w:r>
          </w:p>
        </w:tc>
        <w:tc>
          <w:tcPr>
            <w:tcW w:w="0" w:type="auto"/>
          </w:tcPr>
          <w:p w14:paraId="679A3507" w14:textId="77777777" w:rsidR="007A5E59" w:rsidRDefault="0095198F">
            <w:pPr>
              <w:jc w:val="center"/>
            </w:pPr>
            <w:r>
              <w:t>65</w:t>
            </w:r>
          </w:p>
        </w:tc>
        <w:tc>
          <w:tcPr>
            <w:tcW w:w="0" w:type="auto"/>
          </w:tcPr>
          <w:p w14:paraId="21F12A4E" w14:textId="77777777" w:rsidR="007A5E59" w:rsidRDefault="0095198F">
            <w:pPr>
              <w:jc w:val="center"/>
            </w:pPr>
            <w:r>
              <w:t>1991</w:t>
            </w:r>
          </w:p>
        </w:tc>
        <w:tc>
          <w:tcPr>
            <w:tcW w:w="0" w:type="auto"/>
          </w:tcPr>
          <w:p w14:paraId="3BF0C73B" w14:textId="77777777" w:rsidR="007A5E59" w:rsidRDefault="0095198F">
            <w:pPr>
              <w:jc w:val="center"/>
            </w:pPr>
            <w:r>
              <w:t>90</w:t>
            </w:r>
          </w:p>
        </w:tc>
        <w:tc>
          <w:tcPr>
            <w:tcW w:w="0" w:type="auto"/>
          </w:tcPr>
          <w:p w14:paraId="1F17F48F" w14:textId="77777777" w:rsidR="007A5E59" w:rsidRDefault="0095198F">
            <w:r>
              <w:t>надз.</w:t>
            </w:r>
          </w:p>
        </w:tc>
      </w:tr>
      <w:tr w:rsidR="007A5E59" w14:paraId="2ABD8D16" w14:textId="77777777">
        <w:trPr>
          <w:jc w:val="center"/>
        </w:trPr>
        <w:tc>
          <w:tcPr>
            <w:tcW w:w="0" w:type="auto"/>
          </w:tcPr>
          <w:p w14:paraId="2CCEB319" w14:textId="77777777" w:rsidR="007A5E59" w:rsidRDefault="0095198F">
            <w:pPr>
              <w:jc w:val="center"/>
            </w:pPr>
            <w:r>
              <w:t>15</w:t>
            </w:r>
          </w:p>
        </w:tc>
        <w:tc>
          <w:tcPr>
            <w:tcW w:w="0" w:type="auto"/>
          </w:tcPr>
          <w:p w14:paraId="10B9943C" w14:textId="77777777" w:rsidR="007A5E59" w:rsidRDefault="0095198F">
            <w:r>
              <w:t>подводка к домам</w:t>
            </w:r>
          </w:p>
        </w:tc>
        <w:tc>
          <w:tcPr>
            <w:tcW w:w="0" w:type="auto"/>
          </w:tcPr>
          <w:p w14:paraId="3A788695" w14:textId="77777777" w:rsidR="007A5E59" w:rsidRDefault="0095198F">
            <w:pPr>
              <w:jc w:val="center"/>
            </w:pPr>
            <w:r>
              <w:t>65</w:t>
            </w:r>
          </w:p>
        </w:tc>
        <w:tc>
          <w:tcPr>
            <w:tcW w:w="0" w:type="auto"/>
          </w:tcPr>
          <w:p w14:paraId="3CCFD23A" w14:textId="77777777" w:rsidR="007A5E59" w:rsidRDefault="0095198F">
            <w:pPr>
              <w:jc w:val="center"/>
            </w:pPr>
            <w:r>
              <w:t>1989</w:t>
            </w:r>
          </w:p>
        </w:tc>
        <w:tc>
          <w:tcPr>
            <w:tcW w:w="0" w:type="auto"/>
          </w:tcPr>
          <w:p w14:paraId="0BC0DB95" w14:textId="77777777" w:rsidR="007A5E59" w:rsidRDefault="0095198F">
            <w:pPr>
              <w:jc w:val="center"/>
            </w:pPr>
            <w:r>
              <w:t>445</w:t>
            </w:r>
          </w:p>
        </w:tc>
        <w:tc>
          <w:tcPr>
            <w:tcW w:w="0" w:type="auto"/>
          </w:tcPr>
          <w:p w14:paraId="00B494D0" w14:textId="77777777" w:rsidR="007A5E59" w:rsidRDefault="0095198F">
            <w:r>
              <w:t>надз.</w:t>
            </w:r>
          </w:p>
        </w:tc>
      </w:tr>
      <w:tr w:rsidR="007A5E59" w14:paraId="7CDE6B35" w14:textId="77777777">
        <w:trPr>
          <w:jc w:val="center"/>
        </w:trPr>
        <w:tc>
          <w:tcPr>
            <w:tcW w:w="0" w:type="auto"/>
          </w:tcPr>
          <w:p w14:paraId="44DA4E33" w14:textId="77777777" w:rsidR="007A5E59" w:rsidRDefault="0095198F">
            <w:pPr>
              <w:jc w:val="center"/>
            </w:pPr>
            <w:r>
              <w:t>16</w:t>
            </w:r>
          </w:p>
        </w:tc>
        <w:tc>
          <w:tcPr>
            <w:tcW w:w="0" w:type="auto"/>
          </w:tcPr>
          <w:p w14:paraId="05F6CB44" w14:textId="77777777" w:rsidR="007A5E59" w:rsidRDefault="0095198F">
            <w:r>
              <w:t>подводка к домам</w:t>
            </w:r>
          </w:p>
        </w:tc>
        <w:tc>
          <w:tcPr>
            <w:tcW w:w="0" w:type="auto"/>
          </w:tcPr>
          <w:p w14:paraId="67E0AB7E" w14:textId="77777777" w:rsidR="007A5E59" w:rsidRDefault="0095198F">
            <w:pPr>
              <w:jc w:val="center"/>
            </w:pPr>
            <w:r>
              <w:t>80</w:t>
            </w:r>
          </w:p>
        </w:tc>
        <w:tc>
          <w:tcPr>
            <w:tcW w:w="0" w:type="auto"/>
          </w:tcPr>
          <w:p w14:paraId="311FFF07" w14:textId="77777777" w:rsidR="007A5E59" w:rsidRDefault="0095198F">
            <w:pPr>
              <w:jc w:val="center"/>
            </w:pPr>
            <w:r>
              <w:t>1989</w:t>
            </w:r>
          </w:p>
        </w:tc>
        <w:tc>
          <w:tcPr>
            <w:tcW w:w="0" w:type="auto"/>
          </w:tcPr>
          <w:p w14:paraId="33878BDB" w14:textId="77777777" w:rsidR="007A5E59" w:rsidRDefault="0095198F">
            <w:pPr>
              <w:jc w:val="center"/>
            </w:pPr>
            <w:r>
              <w:t>250</w:t>
            </w:r>
          </w:p>
        </w:tc>
        <w:tc>
          <w:tcPr>
            <w:tcW w:w="0" w:type="auto"/>
          </w:tcPr>
          <w:p w14:paraId="720D2201" w14:textId="77777777" w:rsidR="007A5E59" w:rsidRDefault="0095198F">
            <w:r>
              <w:t>надз.</w:t>
            </w:r>
          </w:p>
        </w:tc>
      </w:tr>
      <w:tr w:rsidR="007A5E59" w14:paraId="781A8FCC" w14:textId="77777777">
        <w:trPr>
          <w:jc w:val="center"/>
        </w:trPr>
        <w:tc>
          <w:tcPr>
            <w:tcW w:w="0" w:type="auto"/>
          </w:tcPr>
          <w:p w14:paraId="7BC3D15A" w14:textId="77777777" w:rsidR="007A5E59" w:rsidRDefault="0095198F">
            <w:pPr>
              <w:jc w:val="center"/>
            </w:pPr>
            <w:r>
              <w:t>17</w:t>
            </w:r>
          </w:p>
        </w:tc>
        <w:tc>
          <w:tcPr>
            <w:tcW w:w="0" w:type="auto"/>
          </w:tcPr>
          <w:p w14:paraId="224368B3" w14:textId="77777777" w:rsidR="007A5E59" w:rsidRDefault="0095198F">
            <w:r>
              <w:t>отпайка к АТП</w:t>
            </w:r>
          </w:p>
        </w:tc>
        <w:tc>
          <w:tcPr>
            <w:tcW w:w="0" w:type="auto"/>
          </w:tcPr>
          <w:p w14:paraId="0F147060" w14:textId="77777777" w:rsidR="007A5E59" w:rsidRDefault="0095198F">
            <w:pPr>
              <w:jc w:val="center"/>
            </w:pPr>
            <w:r>
              <w:t>50</w:t>
            </w:r>
          </w:p>
        </w:tc>
        <w:tc>
          <w:tcPr>
            <w:tcW w:w="0" w:type="auto"/>
          </w:tcPr>
          <w:p w14:paraId="1E27C215" w14:textId="77777777" w:rsidR="007A5E59" w:rsidRDefault="0095198F">
            <w:pPr>
              <w:jc w:val="center"/>
            </w:pPr>
            <w:r>
              <w:t>2006</w:t>
            </w:r>
          </w:p>
        </w:tc>
        <w:tc>
          <w:tcPr>
            <w:tcW w:w="0" w:type="auto"/>
          </w:tcPr>
          <w:p w14:paraId="764D63BC" w14:textId="77777777" w:rsidR="007A5E59" w:rsidRDefault="0095198F">
            <w:pPr>
              <w:jc w:val="center"/>
            </w:pPr>
            <w:r>
              <w:t>110</w:t>
            </w:r>
          </w:p>
        </w:tc>
        <w:tc>
          <w:tcPr>
            <w:tcW w:w="0" w:type="auto"/>
          </w:tcPr>
          <w:p w14:paraId="11F827C6" w14:textId="77777777" w:rsidR="007A5E59" w:rsidRDefault="0095198F">
            <w:r>
              <w:t>надз.</w:t>
            </w:r>
          </w:p>
        </w:tc>
      </w:tr>
      <w:tr w:rsidR="007A5E59" w14:paraId="6E08C836" w14:textId="77777777">
        <w:trPr>
          <w:jc w:val="center"/>
        </w:trPr>
        <w:tc>
          <w:tcPr>
            <w:tcW w:w="0" w:type="auto"/>
          </w:tcPr>
          <w:p w14:paraId="2E0B8025" w14:textId="77777777" w:rsidR="007A5E59" w:rsidRDefault="0095198F">
            <w:pPr>
              <w:jc w:val="center"/>
            </w:pPr>
            <w:r>
              <w:t>18</w:t>
            </w:r>
          </w:p>
        </w:tc>
        <w:tc>
          <w:tcPr>
            <w:tcW w:w="0" w:type="auto"/>
          </w:tcPr>
          <w:p w14:paraId="0A3FC8D0" w14:textId="77777777" w:rsidR="007A5E59" w:rsidRDefault="0095198F">
            <w:r>
              <w:t>от ТВ до России 12</w:t>
            </w:r>
          </w:p>
        </w:tc>
        <w:tc>
          <w:tcPr>
            <w:tcW w:w="0" w:type="auto"/>
          </w:tcPr>
          <w:p w14:paraId="4C077DF9" w14:textId="77777777" w:rsidR="007A5E59" w:rsidRDefault="0095198F">
            <w:pPr>
              <w:jc w:val="center"/>
            </w:pPr>
            <w:r>
              <w:t>50</w:t>
            </w:r>
          </w:p>
        </w:tc>
        <w:tc>
          <w:tcPr>
            <w:tcW w:w="0" w:type="auto"/>
          </w:tcPr>
          <w:p w14:paraId="56788BF4" w14:textId="77777777" w:rsidR="007A5E59" w:rsidRDefault="0095198F">
            <w:pPr>
              <w:jc w:val="center"/>
            </w:pPr>
            <w:r>
              <w:t>1980</w:t>
            </w:r>
          </w:p>
        </w:tc>
        <w:tc>
          <w:tcPr>
            <w:tcW w:w="0" w:type="auto"/>
          </w:tcPr>
          <w:p w14:paraId="699DE8F4" w14:textId="77777777" w:rsidR="007A5E59" w:rsidRDefault="0095198F">
            <w:pPr>
              <w:jc w:val="center"/>
            </w:pPr>
            <w:r>
              <w:t>100</w:t>
            </w:r>
          </w:p>
        </w:tc>
        <w:tc>
          <w:tcPr>
            <w:tcW w:w="0" w:type="auto"/>
          </w:tcPr>
          <w:p w14:paraId="69FEC642" w14:textId="77777777" w:rsidR="007A5E59" w:rsidRDefault="0095198F">
            <w:r>
              <w:t>надз.</w:t>
            </w:r>
          </w:p>
        </w:tc>
      </w:tr>
      <w:tr w:rsidR="007A5E59" w14:paraId="57C70950" w14:textId="77777777">
        <w:trPr>
          <w:jc w:val="center"/>
        </w:trPr>
        <w:tc>
          <w:tcPr>
            <w:tcW w:w="0" w:type="auto"/>
          </w:tcPr>
          <w:p w14:paraId="61F5B195" w14:textId="77777777" w:rsidR="007A5E59" w:rsidRDefault="0095198F">
            <w:pPr>
              <w:jc w:val="center"/>
            </w:pPr>
            <w:r>
              <w:t>19</w:t>
            </w:r>
          </w:p>
        </w:tc>
        <w:tc>
          <w:tcPr>
            <w:tcW w:w="0" w:type="auto"/>
          </w:tcPr>
          <w:p w14:paraId="29AA859C" w14:textId="77777777" w:rsidR="007A5E59" w:rsidRDefault="0095198F">
            <w:r>
              <w:t>подводка к домам</w:t>
            </w:r>
          </w:p>
        </w:tc>
        <w:tc>
          <w:tcPr>
            <w:tcW w:w="0" w:type="auto"/>
          </w:tcPr>
          <w:p w14:paraId="0DD47B68" w14:textId="77777777" w:rsidR="007A5E59" w:rsidRDefault="0095198F">
            <w:pPr>
              <w:jc w:val="center"/>
            </w:pPr>
            <w:r>
              <w:t>50</w:t>
            </w:r>
          </w:p>
        </w:tc>
        <w:tc>
          <w:tcPr>
            <w:tcW w:w="0" w:type="auto"/>
          </w:tcPr>
          <w:p w14:paraId="2B8EEE11" w14:textId="77777777" w:rsidR="007A5E59" w:rsidRDefault="0095198F">
            <w:pPr>
              <w:jc w:val="center"/>
            </w:pPr>
            <w:r>
              <w:t>1989</w:t>
            </w:r>
          </w:p>
        </w:tc>
        <w:tc>
          <w:tcPr>
            <w:tcW w:w="0" w:type="auto"/>
          </w:tcPr>
          <w:p w14:paraId="254FDF3D" w14:textId="77777777" w:rsidR="007A5E59" w:rsidRDefault="0095198F">
            <w:pPr>
              <w:jc w:val="center"/>
            </w:pPr>
            <w:r>
              <w:t>707</w:t>
            </w:r>
          </w:p>
        </w:tc>
        <w:tc>
          <w:tcPr>
            <w:tcW w:w="0" w:type="auto"/>
          </w:tcPr>
          <w:p w14:paraId="0433F191" w14:textId="77777777" w:rsidR="007A5E59" w:rsidRDefault="0095198F">
            <w:r>
              <w:t>надз.</w:t>
            </w:r>
          </w:p>
        </w:tc>
      </w:tr>
      <w:tr w:rsidR="007A5E59" w14:paraId="31D67B13" w14:textId="77777777">
        <w:trPr>
          <w:jc w:val="center"/>
        </w:trPr>
        <w:tc>
          <w:tcPr>
            <w:tcW w:w="0" w:type="auto"/>
          </w:tcPr>
          <w:p w14:paraId="09BD2067" w14:textId="77777777" w:rsidR="007A5E59" w:rsidRDefault="0095198F">
            <w:pPr>
              <w:jc w:val="center"/>
            </w:pPr>
            <w:r>
              <w:t>20</w:t>
            </w:r>
          </w:p>
        </w:tc>
        <w:tc>
          <w:tcPr>
            <w:tcW w:w="0" w:type="auto"/>
          </w:tcPr>
          <w:p w14:paraId="3790B6D5" w14:textId="77777777" w:rsidR="007A5E59" w:rsidRDefault="0095198F">
            <w:r>
              <w:t>подводка к домам</w:t>
            </w:r>
          </w:p>
        </w:tc>
        <w:tc>
          <w:tcPr>
            <w:tcW w:w="0" w:type="auto"/>
          </w:tcPr>
          <w:p w14:paraId="45C2D1AF" w14:textId="77777777" w:rsidR="007A5E59" w:rsidRDefault="0095198F">
            <w:pPr>
              <w:jc w:val="center"/>
            </w:pPr>
            <w:r>
              <w:t>40</w:t>
            </w:r>
          </w:p>
        </w:tc>
        <w:tc>
          <w:tcPr>
            <w:tcW w:w="0" w:type="auto"/>
          </w:tcPr>
          <w:p w14:paraId="5DF30B47" w14:textId="77777777" w:rsidR="007A5E59" w:rsidRDefault="0095198F">
            <w:pPr>
              <w:jc w:val="center"/>
            </w:pPr>
            <w:r>
              <w:t>1989</w:t>
            </w:r>
          </w:p>
        </w:tc>
        <w:tc>
          <w:tcPr>
            <w:tcW w:w="0" w:type="auto"/>
          </w:tcPr>
          <w:p w14:paraId="5004816D" w14:textId="77777777" w:rsidR="007A5E59" w:rsidRDefault="0095198F">
            <w:pPr>
              <w:jc w:val="center"/>
            </w:pPr>
            <w:r>
              <w:t>278</w:t>
            </w:r>
          </w:p>
        </w:tc>
        <w:tc>
          <w:tcPr>
            <w:tcW w:w="0" w:type="auto"/>
          </w:tcPr>
          <w:p w14:paraId="57E61C3F" w14:textId="77777777" w:rsidR="007A5E59" w:rsidRDefault="0095198F">
            <w:r>
              <w:t>надз.</w:t>
            </w:r>
          </w:p>
        </w:tc>
      </w:tr>
      <w:tr w:rsidR="007A5E59" w14:paraId="4E511E9C" w14:textId="77777777">
        <w:trPr>
          <w:jc w:val="center"/>
        </w:trPr>
        <w:tc>
          <w:tcPr>
            <w:tcW w:w="0" w:type="auto"/>
          </w:tcPr>
          <w:p w14:paraId="0C3C47BF" w14:textId="77777777" w:rsidR="007A5E59" w:rsidRDefault="0095198F">
            <w:pPr>
              <w:jc w:val="center"/>
            </w:pPr>
            <w:r>
              <w:t>21</w:t>
            </w:r>
          </w:p>
        </w:tc>
        <w:tc>
          <w:tcPr>
            <w:tcW w:w="0" w:type="auto"/>
          </w:tcPr>
          <w:p w14:paraId="7F991491" w14:textId="77777777" w:rsidR="007A5E59" w:rsidRDefault="0095198F">
            <w:r>
              <w:t>подводка к домам</w:t>
            </w:r>
          </w:p>
        </w:tc>
        <w:tc>
          <w:tcPr>
            <w:tcW w:w="0" w:type="auto"/>
          </w:tcPr>
          <w:p w14:paraId="2EB708FF" w14:textId="77777777" w:rsidR="007A5E59" w:rsidRDefault="0095198F">
            <w:pPr>
              <w:jc w:val="center"/>
            </w:pPr>
            <w:r>
              <w:t>25</w:t>
            </w:r>
          </w:p>
        </w:tc>
        <w:tc>
          <w:tcPr>
            <w:tcW w:w="0" w:type="auto"/>
          </w:tcPr>
          <w:p w14:paraId="3EE0DE1A" w14:textId="77777777" w:rsidR="007A5E59" w:rsidRDefault="0095198F">
            <w:pPr>
              <w:jc w:val="center"/>
            </w:pPr>
            <w:r>
              <w:t>1989</w:t>
            </w:r>
          </w:p>
        </w:tc>
        <w:tc>
          <w:tcPr>
            <w:tcW w:w="0" w:type="auto"/>
          </w:tcPr>
          <w:p w14:paraId="53B55F84" w14:textId="77777777" w:rsidR="007A5E59" w:rsidRDefault="0095198F">
            <w:pPr>
              <w:jc w:val="center"/>
            </w:pPr>
            <w:r>
              <w:t>230</w:t>
            </w:r>
          </w:p>
        </w:tc>
        <w:tc>
          <w:tcPr>
            <w:tcW w:w="0" w:type="auto"/>
          </w:tcPr>
          <w:p w14:paraId="701E1D26" w14:textId="77777777" w:rsidR="007A5E59" w:rsidRDefault="0095198F">
            <w:r>
              <w:t>надз.</w:t>
            </w:r>
          </w:p>
        </w:tc>
      </w:tr>
      <w:tr w:rsidR="007A5E59" w14:paraId="0A9AAC42" w14:textId="77777777">
        <w:trPr>
          <w:jc w:val="center"/>
        </w:trPr>
        <w:tc>
          <w:tcPr>
            <w:tcW w:w="0" w:type="auto"/>
          </w:tcPr>
          <w:p w14:paraId="19101E6A" w14:textId="77777777" w:rsidR="007A5E59" w:rsidRDefault="0095198F">
            <w:pPr>
              <w:jc w:val="center"/>
            </w:pPr>
            <w:r>
              <w:t>22</w:t>
            </w:r>
          </w:p>
        </w:tc>
        <w:tc>
          <w:tcPr>
            <w:tcW w:w="0" w:type="auto"/>
          </w:tcPr>
          <w:p w14:paraId="1A6B96E3" w14:textId="77777777" w:rsidR="007A5E59" w:rsidRPr="00312815" w:rsidRDefault="0095198F">
            <w:pPr>
              <w:rPr>
                <w:lang w:val="ru-RU"/>
              </w:rPr>
            </w:pPr>
            <w:r w:rsidRPr="00312815">
              <w:rPr>
                <w:lang w:val="ru-RU"/>
              </w:rPr>
              <w:t>от котельной до Т1-Т2-Т3</w:t>
            </w:r>
          </w:p>
        </w:tc>
        <w:tc>
          <w:tcPr>
            <w:tcW w:w="0" w:type="auto"/>
          </w:tcPr>
          <w:p w14:paraId="2C8835CB" w14:textId="77777777" w:rsidR="007A5E59" w:rsidRDefault="0095198F">
            <w:pPr>
              <w:jc w:val="center"/>
            </w:pPr>
            <w:r>
              <w:t>50</w:t>
            </w:r>
          </w:p>
        </w:tc>
        <w:tc>
          <w:tcPr>
            <w:tcW w:w="0" w:type="auto"/>
          </w:tcPr>
          <w:p w14:paraId="0084707C" w14:textId="77777777" w:rsidR="007A5E59" w:rsidRDefault="0095198F">
            <w:pPr>
              <w:jc w:val="center"/>
            </w:pPr>
            <w:r>
              <w:t>2013</w:t>
            </w:r>
          </w:p>
        </w:tc>
        <w:tc>
          <w:tcPr>
            <w:tcW w:w="0" w:type="auto"/>
          </w:tcPr>
          <w:p w14:paraId="73DC0050" w14:textId="77777777" w:rsidR="007A5E59" w:rsidRDefault="0095198F">
            <w:pPr>
              <w:jc w:val="center"/>
            </w:pPr>
            <w:r>
              <w:t>130</w:t>
            </w:r>
          </w:p>
        </w:tc>
        <w:tc>
          <w:tcPr>
            <w:tcW w:w="0" w:type="auto"/>
          </w:tcPr>
          <w:p w14:paraId="5A04F0E7" w14:textId="77777777" w:rsidR="007A5E59" w:rsidRDefault="0095198F">
            <w:r>
              <w:t>надз.</w:t>
            </w:r>
          </w:p>
        </w:tc>
      </w:tr>
      <w:tr w:rsidR="007A5E59" w14:paraId="056B6944" w14:textId="77777777">
        <w:trPr>
          <w:jc w:val="center"/>
        </w:trPr>
        <w:tc>
          <w:tcPr>
            <w:tcW w:w="0" w:type="auto"/>
          </w:tcPr>
          <w:p w14:paraId="6ACF0763" w14:textId="77777777" w:rsidR="007A5E59" w:rsidRDefault="0095198F">
            <w:pPr>
              <w:jc w:val="center"/>
            </w:pPr>
            <w:r>
              <w:t>23</w:t>
            </w:r>
          </w:p>
        </w:tc>
        <w:tc>
          <w:tcPr>
            <w:tcW w:w="0" w:type="auto"/>
          </w:tcPr>
          <w:p w14:paraId="235B4FA3" w14:textId="77777777" w:rsidR="007A5E59" w:rsidRDefault="0095198F">
            <w:r>
              <w:t>От котельной до КТ-2</w:t>
            </w:r>
          </w:p>
        </w:tc>
        <w:tc>
          <w:tcPr>
            <w:tcW w:w="0" w:type="auto"/>
          </w:tcPr>
          <w:p w14:paraId="010ADEA2" w14:textId="77777777" w:rsidR="007A5E59" w:rsidRDefault="0095198F">
            <w:pPr>
              <w:jc w:val="center"/>
            </w:pPr>
            <w:r>
              <w:t>200</w:t>
            </w:r>
          </w:p>
        </w:tc>
        <w:tc>
          <w:tcPr>
            <w:tcW w:w="0" w:type="auto"/>
          </w:tcPr>
          <w:p w14:paraId="190BAC18" w14:textId="77777777" w:rsidR="007A5E59" w:rsidRDefault="0095198F">
            <w:pPr>
              <w:jc w:val="center"/>
            </w:pPr>
            <w:r>
              <w:t>1991</w:t>
            </w:r>
          </w:p>
        </w:tc>
        <w:tc>
          <w:tcPr>
            <w:tcW w:w="0" w:type="auto"/>
          </w:tcPr>
          <w:p w14:paraId="6FD5D3E2" w14:textId="77777777" w:rsidR="007A5E59" w:rsidRDefault="0095198F">
            <w:pPr>
              <w:jc w:val="center"/>
            </w:pPr>
            <w:r>
              <w:t>330</w:t>
            </w:r>
          </w:p>
        </w:tc>
        <w:tc>
          <w:tcPr>
            <w:tcW w:w="0" w:type="auto"/>
          </w:tcPr>
          <w:p w14:paraId="792E6F29" w14:textId="77777777" w:rsidR="007A5E59" w:rsidRDefault="0095198F">
            <w:r>
              <w:t>канал.</w:t>
            </w:r>
          </w:p>
        </w:tc>
      </w:tr>
      <w:tr w:rsidR="007A5E59" w14:paraId="4CD2939E" w14:textId="77777777">
        <w:trPr>
          <w:jc w:val="center"/>
        </w:trPr>
        <w:tc>
          <w:tcPr>
            <w:tcW w:w="0" w:type="auto"/>
          </w:tcPr>
          <w:p w14:paraId="04B20270" w14:textId="77777777" w:rsidR="007A5E59" w:rsidRDefault="0095198F">
            <w:pPr>
              <w:jc w:val="center"/>
            </w:pPr>
            <w:r>
              <w:t>24</w:t>
            </w:r>
          </w:p>
        </w:tc>
        <w:tc>
          <w:tcPr>
            <w:tcW w:w="0" w:type="auto"/>
          </w:tcPr>
          <w:p w14:paraId="3C144706" w14:textId="77777777" w:rsidR="007A5E59" w:rsidRDefault="0095198F">
            <w:r>
              <w:t>От КТ-2 до ТК-12</w:t>
            </w:r>
          </w:p>
        </w:tc>
        <w:tc>
          <w:tcPr>
            <w:tcW w:w="0" w:type="auto"/>
          </w:tcPr>
          <w:p w14:paraId="70F57DD4" w14:textId="77777777" w:rsidR="007A5E59" w:rsidRDefault="0095198F">
            <w:pPr>
              <w:jc w:val="center"/>
            </w:pPr>
            <w:r>
              <w:t>200</w:t>
            </w:r>
          </w:p>
        </w:tc>
        <w:tc>
          <w:tcPr>
            <w:tcW w:w="0" w:type="auto"/>
          </w:tcPr>
          <w:p w14:paraId="14E92741" w14:textId="77777777" w:rsidR="007A5E59" w:rsidRDefault="0095198F">
            <w:pPr>
              <w:jc w:val="center"/>
            </w:pPr>
            <w:r>
              <w:t>1991</w:t>
            </w:r>
          </w:p>
        </w:tc>
        <w:tc>
          <w:tcPr>
            <w:tcW w:w="0" w:type="auto"/>
          </w:tcPr>
          <w:p w14:paraId="4F939831" w14:textId="77777777" w:rsidR="007A5E59" w:rsidRDefault="0095198F">
            <w:pPr>
              <w:jc w:val="center"/>
            </w:pPr>
            <w:r>
              <w:t>176</w:t>
            </w:r>
          </w:p>
        </w:tc>
        <w:tc>
          <w:tcPr>
            <w:tcW w:w="0" w:type="auto"/>
          </w:tcPr>
          <w:p w14:paraId="6C4276C0" w14:textId="77777777" w:rsidR="007A5E59" w:rsidRDefault="0095198F">
            <w:r>
              <w:t>канал.</w:t>
            </w:r>
          </w:p>
        </w:tc>
      </w:tr>
      <w:tr w:rsidR="007A5E59" w14:paraId="458B6B57" w14:textId="77777777">
        <w:trPr>
          <w:jc w:val="center"/>
        </w:trPr>
        <w:tc>
          <w:tcPr>
            <w:tcW w:w="0" w:type="auto"/>
          </w:tcPr>
          <w:p w14:paraId="4575F595" w14:textId="77777777" w:rsidR="007A5E59" w:rsidRDefault="0095198F">
            <w:pPr>
              <w:jc w:val="center"/>
            </w:pPr>
            <w:r>
              <w:t>25</w:t>
            </w:r>
          </w:p>
        </w:tc>
        <w:tc>
          <w:tcPr>
            <w:tcW w:w="0" w:type="auto"/>
          </w:tcPr>
          <w:p w14:paraId="595B1F28" w14:textId="77777777" w:rsidR="007A5E59" w:rsidRDefault="0095198F">
            <w:r>
              <w:t>От КТ-2 до КТ-14</w:t>
            </w:r>
          </w:p>
        </w:tc>
        <w:tc>
          <w:tcPr>
            <w:tcW w:w="0" w:type="auto"/>
          </w:tcPr>
          <w:p w14:paraId="17C72D0E" w14:textId="77777777" w:rsidR="007A5E59" w:rsidRDefault="0095198F">
            <w:pPr>
              <w:jc w:val="center"/>
            </w:pPr>
            <w:r>
              <w:t>200</w:t>
            </w:r>
          </w:p>
        </w:tc>
        <w:tc>
          <w:tcPr>
            <w:tcW w:w="0" w:type="auto"/>
          </w:tcPr>
          <w:p w14:paraId="4F183EA9" w14:textId="77777777" w:rsidR="007A5E59" w:rsidRDefault="0095198F">
            <w:pPr>
              <w:jc w:val="center"/>
            </w:pPr>
            <w:r>
              <w:t>1990</w:t>
            </w:r>
          </w:p>
        </w:tc>
        <w:tc>
          <w:tcPr>
            <w:tcW w:w="0" w:type="auto"/>
          </w:tcPr>
          <w:p w14:paraId="7028CBA8" w14:textId="77777777" w:rsidR="007A5E59" w:rsidRDefault="0095198F">
            <w:pPr>
              <w:jc w:val="center"/>
            </w:pPr>
            <w:r>
              <w:t>692</w:t>
            </w:r>
          </w:p>
        </w:tc>
        <w:tc>
          <w:tcPr>
            <w:tcW w:w="0" w:type="auto"/>
          </w:tcPr>
          <w:p w14:paraId="6819EC4E" w14:textId="77777777" w:rsidR="007A5E59" w:rsidRDefault="0095198F">
            <w:r>
              <w:t>канал.</w:t>
            </w:r>
          </w:p>
        </w:tc>
      </w:tr>
      <w:tr w:rsidR="007A5E59" w14:paraId="42E3DC08" w14:textId="77777777">
        <w:trPr>
          <w:jc w:val="center"/>
        </w:trPr>
        <w:tc>
          <w:tcPr>
            <w:tcW w:w="0" w:type="auto"/>
          </w:tcPr>
          <w:p w14:paraId="10A1BDE1" w14:textId="77777777" w:rsidR="007A5E59" w:rsidRDefault="0095198F">
            <w:pPr>
              <w:jc w:val="center"/>
            </w:pPr>
            <w:r>
              <w:t>26</w:t>
            </w:r>
          </w:p>
        </w:tc>
        <w:tc>
          <w:tcPr>
            <w:tcW w:w="0" w:type="auto"/>
          </w:tcPr>
          <w:p w14:paraId="27FE08FA" w14:textId="77777777" w:rsidR="007A5E59" w:rsidRDefault="0095198F">
            <w:r>
              <w:t>От КТ-5 до КТ-24</w:t>
            </w:r>
          </w:p>
        </w:tc>
        <w:tc>
          <w:tcPr>
            <w:tcW w:w="0" w:type="auto"/>
          </w:tcPr>
          <w:p w14:paraId="57AB270D" w14:textId="77777777" w:rsidR="007A5E59" w:rsidRDefault="0095198F">
            <w:pPr>
              <w:jc w:val="center"/>
            </w:pPr>
            <w:r>
              <w:t>150</w:t>
            </w:r>
          </w:p>
        </w:tc>
        <w:tc>
          <w:tcPr>
            <w:tcW w:w="0" w:type="auto"/>
          </w:tcPr>
          <w:p w14:paraId="5C05FB75" w14:textId="77777777" w:rsidR="007A5E59" w:rsidRDefault="0095198F">
            <w:pPr>
              <w:jc w:val="center"/>
            </w:pPr>
            <w:r>
              <w:t>1999</w:t>
            </w:r>
          </w:p>
        </w:tc>
        <w:tc>
          <w:tcPr>
            <w:tcW w:w="0" w:type="auto"/>
          </w:tcPr>
          <w:p w14:paraId="6C8C9A42" w14:textId="77777777" w:rsidR="007A5E59" w:rsidRDefault="0095198F">
            <w:pPr>
              <w:jc w:val="center"/>
            </w:pPr>
            <w:r>
              <w:t>103</w:t>
            </w:r>
          </w:p>
        </w:tc>
        <w:tc>
          <w:tcPr>
            <w:tcW w:w="0" w:type="auto"/>
          </w:tcPr>
          <w:p w14:paraId="6906BF40" w14:textId="77777777" w:rsidR="007A5E59" w:rsidRDefault="0095198F">
            <w:r>
              <w:t>канал.</w:t>
            </w:r>
          </w:p>
        </w:tc>
      </w:tr>
      <w:tr w:rsidR="007A5E59" w14:paraId="74114623" w14:textId="77777777">
        <w:trPr>
          <w:jc w:val="center"/>
        </w:trPr>
        <w:tc>
          <w:tcPr>
            <w:tcW w:w="0" w:type="auto"/>
          </w:tcPr>
          <w:p w14:paraId="3A7CFA52" w14:textId="77777777" w:rsidR="007A5E59" w:rsidRDefault="0095198F">
            <w:pPr>
              <w:jc w:val="center"/>
            </w:pPr>
            <w:r>
              <w:t>27</w:t>
            </w:r>
          </w:p>
        </w:tc>
        <w:tc>
          <w:tcPr>
            <w:tcW w:w="0" w:type="auto"/>
          </w:tcPr>
          <w:p w14:paraId="679BE657" w14:textId="77777777" w:rsidR="007A5E59" w:rsidRDefault="0095198F">
            <w:r>
              <w:t>От КТ-12 до КТ-44</w:t>
            </w:r>
          </w:p>
        </w:tc>
        <w:tc>
          <w:tcPr>
            <w:tcW w:w="0" w:type="auto"/>
          </w:tcPr>
          <w:p w14:paraId="62E08D8A" w14:textId="77777777" w:rsidR="007A5E59" w:rsidRDefault="0095198F">
            <w:pPr>
              <w:jc w:val="center"/>
            </w:pPr>
            <w:r>
              <w:t>150</w:t>
            </w:r>
          </w:p>
        </w:tc>
        <w:tc>
          <w:tcPr>
            <w:tcW w:w="0" w:type="auto"/>
          </w:tcPr>
          <w:p w14:paraId="5BA2E396" w14:textId="77777777" w:rsidR="007A5E59" w:rsidRDefault="0095198F">
            <w:pPr>
              <w:jc w:val="center"/>
            </w:pPr>
            <w:r>
              <w:t>1999</w:t>
            </w:r>
          </w:p>
        </w:tc>
        <w:tc>
          <w:tcPr>
            <w:tcW w:w="0" w:type="auto"/>
          </w:tcPr>
          <w:p w14:paraId="1301E662" w14:textId="77777777" w:rsidR="007A5E59" w:rsidRDefault="0095198F">
            <w:pPr>
              <w:jc w:val="center"/>
            </w:pPr>
            <w:r>
              <w:t>20</w:t>
            </w:r>
          </w:p>
        </w:tc>
        <w:tc>
          <w:tcPr>
            <w:tcW w:w="0" w:type="auto"/>
          </w:tcPr>
          <w:p w14:paraId="4AEFFEDD" w14:textId="77777777" w:rsidR="007A5E59" w:rsidRDefault="0095198F">
            <w:r>
              <w:t>канал.</w:t>
            </w:r>
          </w:p>
        </w:tc>
      </w:tr>
      <w:tr w:rsidR="007A5E59" w14:paraId="0979AFB7" w14:textId="77777777">
        <w:trPr>
          <w:jc w:val="center"/>
        </w:trPr>
        <w:tc>
          <w:tcPr>
            <w:tcW w:w="0" w:type="auto"/>
          </w:tcPr>
          <w:p w14:paraId="55BCB575" w14:textId="77777777" w:rsidR="007A5E59" w:rsidRDefault="0095198F">
            <w:pPr>
              <w:jc w:val="center"/>
            </w:pPr>
            <w:r>
              <w:t>28</w:t>
            </w:r>
          </w:p>
        </w:tc>
        <w:tc>
          <w:tcPr>
            <w:tcW w:w="0" w:type="auto"/>
          </w:tcPr>
          <w:p w14:paraId="438A3660" w14:textId="77777777" w:rsidR="007A5E59" w:rsidRDefault="0095198F">
            <w:r>
              <w:t>От КТ-24 до Почтовая 29</w:t>
            </w:r>
          </w:p>
        </w:tc>
        <w:tc>
          <w:tcPr>
            <w:tcW w:w="0" w:type="auto"/>
          </w:tcPr>
          <w:p w14:paraId="2854D7CB" w14:textId="77777777" w:rsidR="007A5E59" w:rsidRDefault="0095198F">
            <w:pPr>
              <w:jc w:val="center"/>
            </w:pPr>
            <w:r>
              <w:t>100</w:t>
            </w:r>
          </w:p>
        </w:tc>
        <w:tc>
          <w:tcPr>
            <w:tcW w:w="0" w:type="auto"/>
          </w:tcPr>
          <w:p w14:paraId="59E75532" w14:textId="77777777" w:rsidR="007A5E59" w:rsidRDefault="0095198F">
            <w:pPr>
              <w:jc w:val="center"/>
            </w:pPr>
            <w:r>
              <w:t>1985</w:t>
            </w:r>
          </w:p>
        </w:tc>
        <w:tc>
          <w:tcPr>
            <w:tcW w:w="0" w:type="auto"/>
          </w:tcPr>
          <w:p w14:paraId="1ABC3FD3" w14:textId="77777777" w:rsidR="007A5E59" w:rsidRDefault="0095198F">
            <w:pPr>
              <w:jc w:val="center"/>
            </w:pPr>
            <w:r>
              <w:t>100</w:t>
            </w:r>
          </w:p>
        </w:tc>
        <w:tc>
          <w:tcPr>
            <w:tcW w:w="0" w:type="auto"/>
          </w:tcPr>
          <w:p w14:paraId="42E94144" w14:textId="77777777" w:rsidR="007A5E59" w:rsidRDefault="0095198F">
            <w:r>
              <w:t>канал.</w:t>
            </w:r>
          </w:p>
        </w:tc>
      </w:tr>
      <w:tr w:rsidR="007A5E59" w14:paraId="29CB7194" w14:textId="77777777">
        <w:trPr>
          <w:jc w:val="center"/>
        </w:trPr>
        <w:tc>
          <w:tcPr>
            <w:tcW w:w="0" w:type="auto"/>
          </w:tcPr>
          <w:p w14:paraId="1C56A313" w14:textId="77777777" w:rsidR="007A5E59" w:rsidRDefault="0095198F">
            <w:pPr>
              <w:jc w:val="center"/>
            </w:pPr>
            <w:r>
              <w:t>29</w:t>
            </w:r>
          </w:p>
        </w:tc>
        <w:tc>
          <w:tcPr>
            <w:tcW w:w="0" w:type="auto"/>
          </w:tcPr>
          <w:p w14:paraId="42BACE18" w14:textId="77777777" w:rsidR="007A5E59" w:rsidRDefault="0095198F">
            <w:r>
              <w:t>От КТ-24 до Почтовая 26</w:t>
            </w:r>
          </w:p>
        </w:tc>
        <w:tc>
          <w:tcPr>
            <w:tcW w:w="0" w:type="auto"/>
          </w:tcPr>
          <w:p w14:paraId="13813F6B" w14:textId="77777777" w:rsidR="007A5E59" w:rsidRDefault="0095198F">
            <w:pPr>
              <w:jc w:val="center"/>
            </w:pPr>
            <w:r>
              <w:t>100</w:t>
            </w:r>
          </w:p>
        </w:tc>
        <w:tc>
          <w:tcPr>
            <w:tcW w:w="0" w:type="auto"/>
          </w:tcPr>
          <w:p w14:paraId="606AB766" w14:textId="77777777" w:rsidR="007A5E59" w:rsidRDefault="0095198F">
            <w:pPr>
              <w:jc w:val="center"/>
            </w:pPr>
            <w:r>
              <w:t>1985</w:t>
            </w:r>
          </w:p>
        </w:tc>
        <w:tc>
          <w:tcPr>
            <w:tcW w:w="0" w:type="auto"/>
          </w:tcPr>
          <w:p w14:paraId="790AA17D" w14:textId="77777777" w:rsidR="007A5E59" w:rsidRDefault="0095198F">
            <w:pPr>
              <w:jc w:val="center"/>
            </w:pPr>
            <w:r>
              <w:t>160</w:t>
            </w:r>
          </w:p>
        </w:tc>
        <w:tc>
          <w:tcPr>
            <w:tcW w:w="0" w:type="auto"/>
          </w:tcPr>
          <w:p w14:paraId="27E225A8" w14:textId="77777777" w:rsidR="007A5E59" w:rsidRDefault="0095198F">
            <w:r>
              <w:t>канал.</w:t>
            </w:r>
          </w:p>
        </w:tc>
      </w:tr>
      <w:tr w:rsidR="007A5E59" w14:paraId="20E73DBB" w14:textId="77777777">
        <w:trPr>
          <w:jc w:val="center"/>
        </w:trPr>
        <w:tc>
          <w:tcPr>
            <w:tcW w:w="0" w:type="auto"/>
          </w:tcPr>
          <w:p w14:paraId="7CD1028B" w14:textId="77777777" w:rsidR="007A5E59" w:rsidRDefault="0095198F">
            <w:pPr>
              <w:jc w:val="center"/>
            </w:pPr>
            <w:r>
              <w:t>30</w:t>
            </w:r>
          </w:p>
        </w:tc>
        <w:tc>
          <w:tcPr>
            <w:tcW w:w="0" w:type="auto"/>
          </w:tcPr>
          <w:p w14:paraId="795B8F25" w14:textId="77777777" w:rsidR="007A5E59" w:rsidRDefault="0095198F">
            <w:r>
              <w:t>От Центральная 34 до Т15</w:t>
            </w:r>
          </w:p>
        </w:tc>
        <w:tc>
          <w:tcPr>
            <w:tcW w:w="0" w:type="auto"/>
          </w:tcPr>
          <w:p w14:paraId="488F79FF" w14:textId="77777777" w:rsidR="007A5E59" w:rsidRDefault="0095198F">
            <w:pPr>
              <w:jc w:val="center"/>
            </w:pPr>
            <w:r>
              <w:t>80</w:t>
            </w:r>
          </w:p>
        </w:tc>
        <w:tc>
          <w:tcPr>
            <w:tcW w:w="0" w:type="auto"/>
          </w:tcPr>
          <w:p w14:paraId="434819B5" w14:textId="77777777" w:rsidR="007A5E59" w:rsidRDefault="0095198F">
            <w:pPr>
              <w:jc w:val="center"/>
            </w:pPr>
            <w:r>
              <w:t>2000</w:t>
            </w:r>
          </w:p>
        </w:tc>
        <w:tc>
          <w:tcPr>
            <w:tcW w:w="0" w:type="auto"/>
          </w:tcPr>
          <w:p w14:paraId="400F0813" w14:textId="77777777" w:rsidR="007A5E59" w:rsidRDefault="0095198F">
            <w:pPr>
              <w:jc w:val="center"/>
            </w:pPr>
            <w:r>
              <w:t>80</w:t>
            </w:r>
          </w:p>
        </w:tc>
        <w:tc>
          <w:tcPr>
            <w:tcW w:w="0" w:type="auto"/>
          </w:tcPr>
          <w:p w14:paraId="1BB59A25" w14:textId="77777777" w:rsidR="007A5E59" w:rsidRDefault="0095198F">
            <w:r>
              <w:t>канал.</w:t>
            </w:r>
          </w:p>
        </w:tc>
      </w:tr>
      <w:tr w:rsidR="007A5E59" w14:paraId="20F83789" w14:textId="77777777">
        <w:trPr>
          <w:jc w:val="center"/>
        </w:trPr>
        <w:tc>
          <w:tcPr>
            <w:tcW w:w="0" w:type="auto"/>
          </w:tcPr>
          <w:p w14:paraId="623802ED" w14:textId="77777777" w:rsidR="007A5E59" w:rsidRDefault="0095198F">
            <w:pPr>
              <w:jc w:val="center"/>
            </w:pPr>
            <w:r>
              <w:t>31</w:t>
            </w:r>
          </w:p>
        </w:tc>
        <w:tc>
          <w:tcPr>
            <w:tcW w:w="0" w:type="auto"/>
          </w:tcPr>
          <w:p w14:paraId="19D52FB1" w14:textId="77777777" w:rsidR="007A5E59" w:rsidRDefault="0095198F">
            <w:r>
              <w:t>От Октябрьская 5 до Октябрьская 1</w:t>
            </w:r>
          </w:p>
        </w:tc>
        <w:tc>
          <w:tcPr>
            <w:tcW w:w="0" w:type="auto"/>
          </w:tcPr>
          <w:p w14:paraId="22935ADD" w14:textId="77777777" w:rsidR="007A5E59" w:rsidRDefault="0095198F">
            <w:pPr>
              <w:jc w:val="center"/>
            </w:pPr>
            <w:r>
              <w:t>80</w:t>
            </w:r>
          </w:p>
        </w:tc>
        <w:tc>
          <w:tcPr>
            <w:tcW w:w="0" w:type="auto"/>
          </w:tcPr>
          <w:p w14:paraId="0A11A7A8" w14:textId="77777777" w:rsidR="007A5E59" w:rsidRDefault="0095198F">
            <w:pPr>
              <w:jc w:val="center"/>
            </w:pPr>
            <w:r>
              <w:t>1993</w:t>
            </w:r>
          </w:p>
        </w:tc>
        <w:tc>
          <w:tcPr>
            <w:tcW w:w="0" w:type="auto"/>
          </w:tcPr>
          <w:p w14:paraId="62598390" w14:textId="77777777" w:rsidR="007A5E59" w:rsidRDefault="0095198F">
            <w:pPr>
              <w:jc w:val="center"/>
            </w:pPr>
            <w:r>
              <w:t>60</w:t>
            </w:r>
          </w:p>
        </w:tc>
        <w:tc>
          <w:tcPr>
            <w:tcW w:w="0" w:type="auto"/>
          </w:tcPr>
          <w:p w14:paraId="1F19199C" w14:textId="77777777" w:rsidR="007A5E59" w:rsidRDefault="0095198F">
            <w:r>
              <w:t>канал.</w:t>
            </w:r>
          </w:p>
        </w:tc>
      </w:tr>
      <w:tr w:rsidR="007A5E59" w14:paraId="1E60D048" w14:textId="77777777">
        <w:trPr>
          <w:jc w:val="center"/>
        </w:trPr>
        <w:tc>
          <w:tcPr>
            <w:tcW w:w="0" w:type="auto"/>
          </w:tcPr>
          <w:p w14:paraId="6D774FA5" w14:textId="77777777" w:rsidR="007A5E59" w:rsidRDefault="0095198F">
            <w:pPr>
              <w:jc w:val="center"/>
            </w:pPr>
            <w:r>
              <w:t>32</w:t>
            </w:r>
          </w:p>
        </w:tc>
        <w:tc>
          <w:tcPr>
            <w:tcW w:w="0" w:type="auto"/>
          </w:tcPr>
          <w:p w14:paraId="153754B8" w14:textId="77777777" w:rsidR="007A5E59" w:rsidRPr="00312815" w:rsidRDefault="0095198F">
            <w:pPr>
              <w:rPr>
                <w:lang w:val="ru-RU"/>
              </w:rPr>
            </w:pPr>
            <w:r w:rsidRPr="00312815">
              <w:rPr>
                <w:lang w:val="ru-RU"/>
              </w:rPr>
              <w:t>От ТК-48 до Красный маяк 16</w:t>
            </w:r>
          </w:p>
        </w:tc>
        <w:tc>
          <w:tcPr>
            <w:tcW w:w="0" w:type="auto"/>
          </w:tcPr>
          <w:p w14:paraId="06B9E05A" w14:textId="77777777" w:rsidR="007A5E59" w:rsidRDefault="0095198F">
            <w:pPr>
              <w:jc w:val="center"/>
            </w:pPr>
            <w:r>
              <w:t>80</w:t>
            </w:r>
          </w:p>
        </w:tc>
        <w:tc>
          <w:tcPr>
            <w:tcW w:w="0" w:type="auto"/>
          </w:tcPr>
          <w:p w14:paraId="23E09771" w14:textId="77777777" w:rsidR="007A5E59" w:rsidRDefault="0095198F">
            <w:pPr>
              <w:jc w:val="center"/>
            </w:pPr>
            <w:r>
              <w:t>1980</w:t>
            </w:r>
          </w:p>
        </w:tc>
        <w:tc>
          <w:tcPr>
            <w:tcW w:w="0" w:type="auto"/>
          </w:tcPr>
          <w:p w14:paraId="7A1E8D1C" w14:textId="77777777" w:rsidR="007A5E59" w:rsidRDefault="0095198F">
            <w:pPr>
              <w:jc w:val="center"/>
            </w:pPr>
            <w:r>
              <w:t>102</w:t>
            </w:r>
          </w:p>
        </w:tc>
        <w:tc>
          <w:tcPr>
            <w:tcW w:w="0" w:type="auto"/>
          </w:tcPr>
          <w:p w14:paraId="01185AD2" w14:textId="77777777" w:rsidR="007A5E59" w:rsidRDefault="0095198F">
            <w:r>
              <w:t>канал.</w:t>
            </w:r>
          </w:p>
        </w:tc>
      </w:tr>
      <w:tr w:rsidR="007A5E59" w14:paraId="5E140917" w14:textId="77777777">
        <w:trPr>
          <w:jc w:val="center"/>
        </w:trPr>
        <w:tc>
          <w:tcPr>
            <w:tcW w:w="0" w:type="auto"/>
          </w:tcPr>
          <w:p w14:paraId="03231129" w14:textId="77777777" w:rsidR="007A5E59" w:rsidRDefault="0095198F">
            <w:pPr>
              <w:jc w:val="center"/>
            </w:pPr>
            <w:r>
              <w:t>33</w:t>
            </w:r>
          </w:p>
        </w:tc>
        <w:tc>
          <w:tcPr>
            <w:tcW w:w="0" w:type="auto"/>
          </w:tcPr>
          <w:p w14:paraId="7355F6F2" w14:textId="77777777" w:rsidR="007A5E59" w:rsidRDefault="0095198F">
            <w:r>
              <w:t>От Т1 до кухни</w:t>
            </w:r>
          </w:p>
        </w:tc>
        <w:tc>
          <w:tcPr>
            <w:tcW w:w="0" w:type="auto"/>
          </w:tcPr>
          <w:p w14:paraId="43EF8815" w14:textId="77777777" w:rsidR="007A5E59" w:rsidRDefault="0095198F">
            <w:pPr>
              <w:jc w:val="center"/>
            </w:pPr>
            <w:r>
              <w:t>50</w:t>
            </w:r>
          </w:p>
        </w:tc>
        <w:tc>
          <w:tcPr>
            <w:tcW w:w="0" w:type="auto"/>
          </w:tcPr>
          <w:p w14:paraId="57445EA0" w14:textId="77777777" w:rsidR="007A5E59" w:rsidRDefault="0095198F">
            <w:pPr>
              <w:jc w:val="center"/>
            </w:pPr>
            <w:r>
              <w:t>1988</w:t>
            </w:r>
          </w:p>
        </w:tc>
        <w:tc>
          <w:tcPr>
            <w:tcW w:w="0" w:type="auto"/>
          </w:tcPr>
          <w:p w14:paraId="74EF0786" w14:textId="77777777" w:rsidR="007A5E59" w:rsidRDefault="0095198F">
            <w:pPr>
              <w:jc w:val="center"/>
            </w:pPr>
            <w:r>
              <w:t>330</w:t>
            </w:r>
          </w:p>
        </w:tc>
        <w:tc>
          <w:tcPr>
            <w:tcW w:w="0" w:type="auto"/>
          </w:tcPr>
          <w:p w14:paraId="110092FF" w14:textId="77777777" w:rsidR="007A5E59" w:rsidRDefault="0095198F">
            <w:r>
              <w:t>канал.</w:t>
            </w:r>
          </w:p>
        </w:tc>
      </w:tr>
      <w:tr w:rsidR="007A5E59" w14:paraId="74D69303" w14:textId="77777777">
        <w:trPr>
          <w:jc w:val="center"/>
        </w:trPr>
        <w:tc>
          <w:tcPr>
            <w:tcW w:w="0" w:type="auto"/>
          </w:tcPr>
          <w:p w14:paraId="41ADA9FF" w14:textId="77777777" w:rsidR="007A5E59" w:rsidRDefault="0095198F">
            <w:pPr>
              <w:jc w:val="center"/>
            </w:pPr>
            <w:r>
              <w:t>34</w:t>
            </w:r>
          </w:p>
        </w:tc>
        <w:tc>
          <w:tcPr>
            <w:tcW w:w="0" w:type="auto"/>
          </w:tcPr>
          <w:p w14:paraId="3E5F7208" w14:textId="77777777" w:rsidR="007A5E59" w:rsidRDefault="0095198F">
            <w:r>
              <w:t>От ТВ до России 8</w:t>
            </w:r>
          </w:p>
        </w:tc>
        <w:tc>
          <w:tcPr>
            <w:tcW w:w="0" w:type="auto"/>
          </w:tcPr>
          <w:p w14:paraId="6EA660F0" w14:textId="77777777" w:rsidR="007A5E59" w:rsidRDefault="0095198F">
            <w:pPr>
              <w:jc w:val="center"/>
            </w:pPr>
            <w:r>
              <w:t>50</w:t>
            </w:r>
          </w:p>
        </w:tc>
        <w:tc>
          <w:tcPr>
            <w:tcW w:w="0" w:type="auto"/>
          </w:tcPr>
          <w:p w14:paraId="7FE1D4B0" w14:textId="77777777" w:rsidR="007A5E59" w:rsidRDefault="0095198F">
            <w:pPr>
              <w:jc w:val="center"/>
            </w:pPr>
            <w:r>
              <w:t>1980</w:t>
            </w:r>
          </w:p>
        </w:tc>
        <w:tc>
          <w:tcPr>
            <w:tcW w:w="0" w:type="auto"/>
          </w:tcPr>
          <w:p w14:paraId="15A96DBC" w14:textId="77777777" w:rsidR="007A5E59" w:rsidRDefault="0095198F">
            <w:pPr>
              <w:jc w:val="center"/>
            </w:pPr>
            <w:r>
              <w:t>100</w:t>
            </w:r>
          </w:p>
        </w:tc>
        <w:tc>
          <w:tcPr>
            <w:tcW w:w="0" w:type="auto"/>
          </w:tcPr>
          <w:p w14:paraId="1FE37A46" w14:textId="77777777" w:rsidR="007A5E59" w:rsidRDefault="0095198F">
            <w:r>
              <w:t>канал.</w:t>
            </w:r>
          </w:p>
        </w:tc>
      </w:tr>
      <w:tr w:rsidR="007A5E59" w14:paraId="107EFFD0" w14:textId="77777777">
        <w:trPr>
          <w:jc w:val="center"/>
        </w:trPr>
        <w:tc>
          <w:tcPr>
            <w:tcW w:w="0" w:type="auto"/>
          </w:tcPr>
          <w:p w14:paraId="66D2D425" w14:textId="77777777" w:rsidR="007A5E59" w:rsidRDefault="0095198F">
            <w:pPr>
              <w:jc w:val="center"/>
            </w:pPr>
            <w:r>
              <w:t>35</w:t>
            </w:r>
          </w:p>
        </w:tc>
        <w:tc>
          <w:tcPr>
            <w:tcW w:w="0" w:type="auto"/>
          </w:tcPr>
          <w:p w14:paraId="41218B99" w14:textId="77777777" w:rsidR="007A5E59" w:rsidRDefault="0095198F">
            <w:r>
              <w:t>подводка к домам</w:t>
            </w:r>
          </w:p>
        </w:tc>
        <w:tc>
          <w:tcPr>
            <w:tcW w:w="0" w:type="auto"/>
          </w:tcPr>
          <w:p w14:paraId="3EF54599" w14:textId="77777777" w:rsidR="007A5E59" w:rsidRDefault="0095198F">
            <w:pPr>
              <w:jc w:val="center"/>
            </w:pPr>
            <w:r>
              <w:t>80</w:t>
            </w:r>
          </w:p>
        </w:tc>
        <w:tc>
          <w:tcPr>
            <w:tcW w:w="0" w:type="auto"/>
          </w:tcPr>
          <w:p w14:paraId="627BD054" w14:textId="77777777" w:rsidR="007A5E59" w:rsidRDefault="0095198F">
            <w:pPr>
              <w:jc w:val="center"/>
            </w:pPr>
            <w:r>
              <w:t>1989</w:t>
            </w:r>
          </w:p>
        </w:tc>
        <w:tc>
          <w:tcPr>
            <w:tcW w:w="0" w:type="auto"/>
          </w:tcPr>
          <w:p w14:paraId="42F406E0" w14:textId="77777777" w:rsidR="007A5E59" w:rsidRDefault="0095198F">
            <w:pPr>
              <w:jc w:val="center"/>
            </w:pPr>
            <w:r>
              <w:t>393</w:t>
            </w:r>
          </w:p>
        </w:tc>
        <w:tc>
          <w:tcPr>
            <w:tcW w:w="0" w:type="auto"/>
          </w:tcPr>
          <w:p w14:paraId="26B8897B" w14:textId="77777777" w:rsidR="007A5E59" w:rsidRDefault="0095198F">
            <w:r>
              <w:t>канал.</w:t>
            </w:r>
          </w:p>
        </w:tc>
      </w:tr>
      <w:tr w:rsidR="007A5E59" w14:paraId="792B4F2B" w14:textId="77777777">
        <w:trPr>
          <w:jc w:val="center"/>
        </w:trPr>
        <w:tc>
          <w:tcPr>
            <w:tcW w:w="0" w:type="auto"/>
          </w:tcPr>
          <w:p w14:paraId="73289704" w14:textId="77777777" w:rsidR="007A5E59" w:rsidRDefault="0095198F">
            <w:pPr>
              <w:jc w:val="center"/>
            </w:pPr>
            <w:r>
              <w:t>36</w:t>
            </w:r>
          </w:p>
        </w:tc>
        <w:tc>
          <w:tcPr>
            <w:tcW w:w="0" w:type="auto"/>
          </w:tcPr>
          <w:p w14:paraId="77366717" w14:textId="77777777" w:rsidR="007A5E59" w:rsidRDefault="0095198F">
            <w:r>
              <w:t>От КТ-30 до Почтовой 2</w:t>
            </w:r>
          </w:p>
        </w:tc>
        <w:tc>
          <w:tcPr>
            <w:tcW w:w="0" w:type="auto"/>
          </w:tcPr>
          <w:p w14:paraId="7D1DDA42" w14:textId="77777777" w:rsidR="007A5E59" w:rsidRDefault="0095198F">
            <w:pPr>
              <w:jc w:val="center"/>
            </w:pPr>
            <w:r>
              <w:t>80</w:t>
            </w:r>
          </w:p>
        </w:tc>
        <w:tc>
          <w:tcPr>
            <w:tcW w:w="0" w:type="auto"/>
          </w:tcPr>
          <w:p w14:paraId="7D4B0E62" w14:textId="77777777" w:rsidR="007A5E59" w:rsidRDefault="0095198F">
            <w:pPr>
              <w:jc w:val="center"/>
            </w:pPr>
            <w:r>
              <w:t>1984</w:t>
            </w:r>
          </w:p>
        </w:tc>
        <w:tc>
          <w:tcPr>
            <w:tcW w:w="0" w:type="auto"/>
          </w:tcPr>
          <w:p w14:paraId="4373C1E8" w14:textId="77777777" w:rsidR="007A5E59" w:rsidRDefault="0095198F">
            <w:pPr>
              <w:jc w:val="center"/>
            </w:pPr>
            <w:r>
              <w:t>90</w:t>
            </w:r>
          </w:p>
        </w:tc>
        <w:tc>
          <w:tcPr>
            <w:tcW w:w="0" w:type="auto"/>
          </w:tcPr>
          <w:p w14:paraId="4AE2C84F" w14:textId="77777777" w:rsidR="007A5E59" w:rsidRDefault="0095198F">
            <w:r>
              <w:t>канал.</w:t>
            </w:r>
          </w:p>
        </w:tc>
      </w:tr>
      <w:tr w:rsidR="007A5E59" w14:paraId="2B9599FD" w14:textId="77777777">
        <w:trPr>
          <w:jc w:val="center"/>
        </w:trPr>
        <w:tc>
          <w:tcPr>
            <w:tcW w:w="0" w:type="auto"/>
          </w:tcPr>
          <w:p w14:paraId="0D8927F9" w14:textId="77777777" w:rsidR="007A5E59" w:rsidRDefault="0095198F">
            <w:pPr>
              <w:jc w:val="center"/>
            </w:pPr>
            <w:r>
              <w:t>37</w:t>
            </w:r>
          </w:p>
        </w:tc>
        <w:tc>
          <w:tcPr>
            <w:tcW w:w="0" w:type="auto"/>
          </w:tcPr>
          <w:p w14:paraId="61CF3EF7" w14:textId="77777777" w:rsidR="007A5E59" w:rsidRDefault="0095198F">
            <w:r>
              <w:t>От КТ-9 до Центральной 16</w:t>
            </w:r>
          </w:p>
        </w:tc>
        <w:tc>
          <w:tcPr>
            <w:tcW w:w="0" w:type="auto"/>
          </w:tcPr>
          <w:p w14:paraId="66AF7CD1" w14:textId="77777777" w:rsidR="007A5E59" w:rsidRDefault="0095198F">
            <w:pPr>
              <w:jc w:val="center"/>
            </w:pPr>
            <w:r>
              <w:t>150</w:t>
            </w:r>
          </w:p>
        </w:tc>
        <w:tc>
          <w:tcPr>
            <w:tcW w:w="0" w:type="auto"/>
          </w:tcPr>
          <w:p w14:paraId="75545E20" w14:textId="77777777" w:rsidR="007A5E59" w:rsidRDefault="0095198F">
            <w:pPr>
              <w:jc w:val="center"/>
            </w:pPr>
            <w:r>
              <w:t>1991</w:t>
            </w:r>
          </w:p>
        </w:tc>
        <w:tc>
          <w:tcPr>
            <w:tcW w:w="0" w:type="auto"/>
          </w:tcPr>
          <w:p w14:paraId="40ABE9A9" w14:textId="77777777" w:rsidR="007A5E59" w:rsidRDefault="0095198F">
            <w:pPr>
              <w:jc w:val="center"/>
            </w:pPr>
            <w:r>
              <w:t>300</w:t>
            </w:r>
          </w:p>
        </w:tc>
        <w:tc>
          <w:tcPr>
            <w:tcW w:w="0" w:type="auto"/>
          </w:tcPr>
          <w:p w14:paraId="1E2FD1F0" w14:textId="77777777" w:rsidR="007A5E59" w:rsidRDefault="0095198F">
            <w:r>
              <w:t>канал.</w:t>
            </w:r>
          </w:p>
        </w:tc>
      </w:tr>
      <w:tr w:rsidR="007A5E59" w14:paraId="1978B89F" w14:textId="77777777">
        <w:trPr>
          <w:jc w:val="center"/>
        </w:trPr>
        <w:tc>
          <w:tcPr>
            <w:tcW w:w="0" w:type="auto"/>
          </w:tcPr>
          <w:p w14:paraId="2541426C" w14:textId="77777777" w:rsidR="007A5E59" w:rsidRDefault="0095198F">
            <w:pPr>
              <w:jc w:val="center"/>
            </w:pPr>
            <w:r>
              <w:t>38</w:t>
            </w:r>
          </w:p>
        </w:tc>
        <w:tc>
          <w:tcPr>
            <w:tcW w:w="0" w:type="auto"/>
          </w:tcPr>
          <w:p w14:paraId="539DF5F6" w14:textId="77777777" w:rsidR="007A5E59" w:rsidRDefault="0095198F">
            <w:r>
              <w:t>От ТК-12 до России 1</w:t>
            </w:r>
          </w:p>
        </w:tc>
        <w:tc>
          <w:tcPr>
            <w:tcW w:w="0" w:type="auto"/>
          </w:tcPr>
          <w:p w14:paraId="6DF1B834" w14:textId="77777777" w:rsidR="007A5E59" w:rsidRDefault="0095198F">
            <w:pPr>
              <w:jc w:val="center"/>
            </w:pPr>
            <w:r>
              <w:t>100</w:t>
            </w:r>
          </w:p>
        </w:tc>
        <w:tc>
          <w:tcPr>
            <w:tcW w:w="0" w:type="auto"/>
          </w:tcPr>
          <w:p w14:paraId="6D349AEC" w14:textId="77777777" w:rsidR="007A5E59" w:rsidRDefault="0095198F">
            <w:pPr>
              <w:jc w:val="center"/>
            </w:pPr>
            <w:r>
              <w:t>1980</w:t>
            </w:r>
          </w:p>
        </w:tc>
        <w:tc>
          <w:tcPr>
            <w:tcW w:w="0" w:type="auto"/>
          </w:tcPr>
          <w:p w14:paraId="16284FA4" w14:textId="77777777" w:rsidR="007A5E59" w:rsidRDefault="0095198F">
            <w:pPr>
              <w:jc w:val="center"/>
            </w:pPr>
            <w:r>
              <w:t>60</w:t>
            </w:r>
          </w:p>
        </w:tc>
        <w:tc>
          <w:tcPr>
            <w:tcW w:w="0" w:type="auto"/>
          </w:tcPr>
          <w:p w14:paraId="2383FC74" w14:textId="77777777" w:rsidR="007A5E59" w:rsidRDefault="0095198F">
            <w:r>
              <w:t>канал.</w:t>
            </w:r>
          </w:p>
        </w:tc>
      </w:tr>
      <w:tr w:rsidR="007A5E59" w14:paraId="4B8190C2" w14:textId="77777777">
        <w:trPr>
          <w:jc w:val="center"/>
        </w:trPr>
        <w:tc>
          <w:tcPr>
            <w:tcW w:w="0" w:type="auto"/>
          </w:tcPr>
          <w:p w14:paraId="474F745E" w14:textId="77777777" w:rsidR="007A5E59" w:rsidRDefault="0095198F">
            <w:pPr>
              <w:jc w:val="center"/>
            </w:pPr>
            <w:r>
              <w:t>39</w:t>
            </w:r>
          </w:p>
        </w:tc>
        <w:tc>
          <w:tcPr>
            <w:tcW w:w="0" w:type="auto"/>
          </w:tcPr>
          <w:p w14:paraId="4E30145D" w14:textId="77777777" w:rsidR="007A5E59" w:rsidRDefault="0095198F">
            <w:r>
              <w:t>От КТ-44 до КТ-46</w:t>
            </w:r>
          </w:p>
        </w:tc>
        <w:tc>
          <w:tcPr>
            <w:tcW w:w="0" w:type="auto"/>
          </w:tcPr>
          <w:p w14:paraId="258A01F0" w14:textId="77777777" w:rsidR="007A5E59" w:rsidRDefault="0095198F">
            <w:pPr>
              <w:jc w:val="center"/>
            </w:pPr>
            <w:r>
              <w:t>100</w:t>
            </w:r>
          </w:p>
        </w:tc>
        <w:tc>
          <w:tcPr>
            <w:tcW w:w="0" w:type="auto"/>
          </w:tcPr>
          <w:p w14:paraId="3A7918F9" w14:textId="77777777" w:rsidR="007A5E59" w:rsidRDefault="0095198F">
            <w:pPr>
              <w:jc w:val="center"/>
            </w:pPr>
            <w:r>
              <w:t>1999</w:t>
            </w:r>
          </w:p>
        </w:tc>
        <w:tc>
          <w:tcPr>
            <w:tcW w:w="0" w:type="auto"/>
          </w:tcPr>
          <w:p w14:paraId="52BFD88E" w14:textId="77777777" w:rsidR="007A5E59" w:rsidRDefault="0095198F">
            <w:pPr>
              <w:jc w:val="center"/>
            </w:pPr>
            <w:r>
              <w:t>97</w:t>
            </w:r>
          </w:p>
        </w:tc>
        <w:tc>
          <w:tcPr>
            <w:tcW w:w="0" w:type="auto"/>
          </w:tcPr>
          <w:p w14:paraId="24E3A018" w14:textId="77777777" w:rsidR="007A5E59" w:rsidRDefault="0095198F">
            <w:r>
              <w:t>канал.</w:t>
            </w:r>
          </w:p>
        </w:tc>
      </w:tr>
      <w:tr w:rsidR="007A5E59" w14:paraId="2CD31DFC" w14:textId="77777777">
        <w:trPr>
          <w:jc w:val="center"/>
        </w:trPr>
        <w:tc>
          <w:tcPr>
            <w:tcW w:w="0" w:type="auto"/>
          </w:tcPr>
          <w:p w14:paraId="449B4CBA" w14:textId="77777777" w:rsidR="007A5E59" w:rsidRDefault="0095198F">
            <w:pPr>
              <w:jc w:val="center"/>
            </w:pPr>
            <w:r>
              <w:t>40</w:t>
            </w:r>
          </w:p>
        </w:tc>
        <w:tc>
          <w:tcPr>
            <w:tcW w:w="0" w:type="auto"/>
          </w:tcPr>
          <w:p w14:paraId="14DB44C7" w14:textId="77777777" w:rsidR="007A5E59" w:rsidRDefault="0095198F">
            <w:r>
              <w:t>От ТК-10 до ТК-14</w:t>
            </w:r>
          </w:p>
        </w:tc>
        <w:tc>
          <w:tcPr>
            <w:tcW w:w="0" w:type="auto"/>
          </w:tcPr>
          <w:p w14:paraId="3AEA4B87" w14:textId="77777777" w:rsidR="007A5E59" w:rsidRDefault="0095198F">
            <w:pPr>
              <w:jc w:val="center"/>
            </w:pPr>
            <w:r>
              <w:t>100</w:t>
            </w:r>
          </w:p>
        </w:tc>
        <w:tc>
          <w:tcPr>
            <w:tcW w:w="0" w:type="auto"/>
          </w:tcPr>
          <w:p w14:paraId="49604D96" w14:textId="77777777" w:rsidR="007A5E59" w:rsidRDefault="0095198F">
            <w:pPr>
              <w:jc w:val="center"/>
            </w:pPr>
            <w:r>
              <w:t>1990</w:t>
            </w:r>
          </w:p>
        </w:tc>
        <w:tc>
          <w:tcPr>
            <w:tcW w:w="0" w:type="auto"/>
          </w:tcPr>
          <w:p w14:paraId="0E8D61A4" w14:textId="77777777" w:rsidR="007A5E59" w:rsidRDefault="0095198F">
            <w:pPr>
              <w:jc w:val="center"/>
            </w:pPr>
            <w:r>
              <w:t>140</w:t>
            </w:r>
          </w:p>
        </w:tc>
        <w:tc>
          <w:tcPr>
            <w:tcW w:w="0" w:type="auto"/>
          </w:tcPr>
          <w:p w14:paraId="60E78480" w14:textId="77777777" w:rsidR="007A5E59" w:rsidRDefault="0095198F">
            <w:r>
              <w:t>канал.</w:t>
            </w:r>
          </w:p>
        </w:tc>
      </w:tr>
      <w:tr w:rsidR="007A5E59" w14:paraId="641C0404" w14:textId="77777777">
        <w:trPr>
          <w:jc w:val="center"/>
        </w:trPr>
        <w:tc>
          <w:tcPr>
            <w:tcW w:w="0" w:type="auto"/>
          </w:tcPr>
          <w:p w14:paraId="3A320D36" w14:textId="77777777" w:rsidR="007A5E59" w:rsidRDefault="0095198F">
            <w:pPr>
              <w:jc w:val="center"/>
            </w:pPr>
            <w:r>
              <w:t>41</w:t>
            </w:r>
          </w:p>
        </w:tc>
        <w:tc>
          <w:tcPr>
            <w:tcW w:w="0" w:type="auto"/>
          </w:tcPr>
          <w:p w14:paraId="2D31A117" w14:textId="77777777" w:rsidR="007A5E59" w:rsidRDefault="0095198F">
            <w:r>
              <w:t>От КТ-12 до КТ-17</w:t>
            </w:r>
          </w:p>
        </w:tc>
        <w:tc>
          <w:tcPr>
            <w:tcW w:w="0" w:type="auto"/>
          </w:tcPr>
          <w:p w14:paraId="63FDCC57" w14:textId="77777777" w:rsidR="007A5E59" w:rsidRDefault="0095198F">
            <w:pPr>
              <w:jc w:val="center"/>
            </w:pPr>
            <w:r>
              <w:t>100</w:t>
            </w:r>
          </w:p>
        </w:tc>
        <w:tc>
          <w:tcPr>
            <w:tcW w:w="0" w:type="auto"/>
          </w:tcPr>
          <w:p w14:paraId="1A950F68" w14:textId="77777777" w:rsidR="007A5E59" w:rsidRDefault="0095198F">
            <w:pPr>
              <w:jc w:val="center"/>
            </w:pPr>
            <w:r>
              <w:t>1980</w:t>
            </w:r>
          </w:p>
        </w:tc>
        <w:tc>
          <w:tcPr>
            <w:tcW w:w="0" w:type="auto"/>
          </w:tcPr>
          <w:p w14:paraId="637CCE8A" w14:textId="77777777" w:rsidR="007A5E59" w:rsidRDefault="0095198F">
            <w:pPr>
              <w:jc w:val="center"/>
            </w:pPr>
            <w:r>
              <w:t>131</w:t>
            </w:r>
          </w:p>
        </w:tc>
        <w:tc>
          <w:tcPr>
            <w:tcW w:w="0" w:type="auto"/>
          </w:tcPr>
          <w:p w14:paraId="460C6218" w14:textId="77777777" w:rsidR="007A5E59" w:rsidRDefault="0095198F">
            <w:r>
              <w:t>канал.</w:t>
            </w:r>
          </w:p>
        </w:tc>
      </w:tr>
      <w:tr w:rsidR="007A5E59" w14:paraId="79A254E6" w14:textId="77777777">
        <w:trPr>
          <w:jc w:val="center"/>
        </w:trPr>
        <w:tc>
          <w:tcPr>
            <w:tcW w:w="0" w:type="auto"/>
          </w:tcPr>
          <w:p w14:paraId="21D2EA5E" w14:textId="77777777" w:rsidR="007A5E59" w:rsidRDefault="0095198F">
            <w:pPr>
              <w:jc w:val="center"/>
            </w:pPr>
            <w:r>
              <w:t>42</w:t>
            </w:r>
          </w:p>
        </w:tc>
        <w:tc>
          <w:tcPr>
            <w:tcW w:w="0" w:type="auto"/>
          </w:tcPr>
          <w:p w14:paraId="3375D49E" w14:textId="77777777" w:rsidR="007A5E59" w:rsidRDefault="0095198F">
            <w:r>
              <w:t>От ТК-4 до Суворова 15</w:t>
            </w:r>
          </w:p>
        </w:tc>
        <w:tc>
          <w:tcPr>
            <w:tcW w:w="0" w:type="auto"/>
          </w:tcPr>
          <w:p w14:paraId="4A6A7B47" w14:textId="77777777" w:rsidR="007A5E59" w:rsidRDefault="0095198F">
            <w:pPr>
              <w:jc w:val="center"/>
            </w:pPr>
            <w:r>
              <w:t>100</w:t>
            </w:r>
          </w:p>
        </w:tc>
        <w:tc>
          <w:tcPr>
            <w:tcW w:w="0" w:type="auto"/>
          </w:tcPr>
          <w:p w14:paraId="72083060" w14:textId="77777777" w:rsidR="007A5E59" w:rsidRDefault="0095198F">
            <w:pPr>
              <w:jc w:val="center"/>
            </w:pPr>
            <w:r>
              <w:t>1970</w:t>
            </w:r>
          </w:p>
        </w:tc>
        <w:tc>
          <w:tcPr>
            <w:tcW w:w="0" w:type="auto"/>
          </w:tcPr>
          <w:p w14:paraId="3F34CE0F" w14:textId="77777777" w:rsidR="007A5E59" w:rsidRDefault="0095198F">
            <w:pPr>
              <w:jc w:val="center"/>
            </w:pPr>
            <w:r>
              <w:t>102</w:t>
            </w:r>
          </w:p>
        </w:tc>
        <w:tc>
          <w:tcPr>
            <w:tcW w:w="0" w:type="auto"/>
          </w:tcPr>
          <w:p w14:paraId="67D1E09A" w14:textId="77777777" w:rsidR="007A5E59" w:rsidRDefault="0095198F">
            <w:r>
              <w:t>канал.</w:t>
            </w:r>
          </w:p>
        </w:tc>
      </w:tr>
      <w:tr w:rsidR="007A5E59" w14:paraId="22F90493" w14:textId="77777777">
        <w:trPr>
          <w:jc w:val="center"/>
        </w:trPr>
        <w:tc>
          <w:tcPr>
            <w:tcW w:w="0" w:type="auto"/>
          </w:tcPr>
          <w:p w14:paraId="639FFD67" w14:textId="77777777" w:rsidR="007A5E59" w:rsidRDefault="0095198F">
            <w:pPr>
              <w:jc w:val="center"/>
            </w:pPr>
            <w:r>
              <w:t>43</w:t>
            </w:r>
          </w:p>
        </w:tc>
        <w:tc>
          <w:tcPr>
            <w:tcW w:w="0" w:type="auto"/>
          </w:tcPr>
          <w:p w14:paraId="0BC95062" w14:textId="77777777" w:rsidR="007A5E59" w:rsidRDefault="0095198F">
            <w:r>
              <w:t>От Школьной 2 до Октябрьской 11</w:t>
            </w:r>
          </w:p>
        </w:tc>
        <w:tc>
          <w:tcPr>
            <w:tcW w:w="0" w:type="auto"/>
          </w:tcPr>
          <w:p w14:paraId="451D6BA9" w14:textId="77777777" w:rsidR="007A5E59" w:rsidRDefault="0095198F">
            <w:pPr>
              <w:jc w:val="center"/>
            </w:pPr>
            <w:r>
              <w:t>100</w:t>
            </w:r>
          </w:p>
        </w:tc>
        <w:tc>
          <w:tcPr>
            <w:tcW w:w="0" w:type="auto"/>
          </w:tcPr>
          <w:p w14:paraId="14B804BE" w14:textId="77777777" w:rsidR="007A5E59" w:rsidRDefault="0095198F">
            <w:pPr>
              <w:jc w:val="center"/>
            </w:pPr>
            <w:r>
              <w:t>1990</w:t>
            </w:r>
          </w:p>
        </w:tc>
        <w:tc>
          <w:tcPr>
            <w:tcW w:w="0" w:type="auto"/>
          </w:tcPr>
          <w:p w14:paraId="729AB866" w14:textId="77777777" w:rsidR="007A5E59" w:rsidRDefault="0095198F">
            <w:pPr>
              <w:jc w:val="center"/>
            </w:pPr>
            <w:r>
              <w:t>120</w:t>
            </w:r>
          </w:p>
        </w:tc>
        <w:tc>
          <w:tcPr>
            <w:tcW w:w="0" w:type="auto"/>
          </w:tcPr>
          <w:p w14:paraId="34A116EB" w14:textId="77777777" w:rsidR="007A5E59" w:rsidRDefault="0095198F">
            <w:r>
              <w:t>канал.</w:t>
            </w:r>
          </w:p>
        </w:tc>
      </w:tr>
    </w:tbl>
    <w:p w14:paraId="46312EA7" w14:textId="77777777" w:rsidR="007A5E59" w:rsidRDefault="007A5E59"/>
    <w:p w14:paraId="67D79FCC" w14:textId="77777777" w:rsidR="007A5E59" w:rsidRPr="00312815" w:rsidRDefault="0095198F">
      <w:pPr>
        <w:rPr>
          <w:lang w:val="ru-RU"/>
        </w:rPr>
      </w:pPr>
      <w:r w:rsidRPr="00312815">
        <w:rPr>
          <w:b/>
          <w:lang w:val="ru-RU"/>
        </w:rPr>
        <w:t>Таблица П4.10. Характеристики участков тепловых сетей — Производственно-отопительная УПК № 3 Спасск (пгт Спасск)</w:t>
      </w:r>
    </w:p>
    <w:tbl>
      <w:tblPr>
        <w:tblStyle w:val="aff0"/>
        <w:tblW w:w="5000" w:type="pct"/>
        <w:jc w:val="center"/>
        <w:tblCellMar>
          <w:left w:w="57" w:type="dxa"/>
          <w:right w:w="57" w:type="dxa"/>
        </w:tblCellMar>
        <w:tblLook w:val="04A0" w:firstRow="1" w:lastRow="0" w:firstColumn="1" w:lastColumn="0" w:noHBand="0" w:noVBand="1"/>
      </w:tblPr>
      <w:tblGrid>
        <w:gridCol w:w="380"/>
        <w:gridCol w:w="1754"/>
        <w:gridCol w:w="800"/>
        <w:gridCol w:w="1272"/>
        <w:gridCol w:w="2855"/>
        <w:gridCol w:w="2284"/>
      </w:tblGrid>
      <w:tr w:rsidR="007A5E59" w14:paraId="54A96689" w14:textId="77777777">
        <w:trPr>
          <w:cantSplit/>
          <w:tblHeader/>
          <w:jc w:val="center"/>
        </w:trPr>
        <w:tc>
          <w:tcPr>
            <w:tcW w:w="0" w:type="auto"/>
            <w:shd w:val="clear" w:color="auto" w:fill="E2F0D9"/>
            <w:vAlign w:val="center"/>
          </w:tcPr>
          <w:p w14:paraId="561A3ADC" w14:textId="77777777" w:rsidR="007A5E59" w:rsidRDefault="0095198F">
            <w:pPr>
              <w:jc w:val="center"/>
            </w:pPr>
            <w:r>
              <w:rPr>
                <w:b/>
              </w:rPr>
              <w:t>№</w:t>
            </w:r>
          </w:p>
        </w:tc>
        <w:tc>
          <w:tcPr>
            <w:tcW w:w="0" w:type="auto"/>
            <w:shd w:val="clear" w:color="auto" w:fill="E2F0D9"/>
            <w:vAlign w:val="center"/>
          </w:tcPr>
          <w:p w14:paraId="4750FD63" w14:textId="77777777" w:rsidR="007A5E59" w:rsidRDefault="0095198F">
            <w:pPr>
              <w:jc w:val="center"/>
            </w:pPr>
            <w:r>
              <w:rPr>
                <w:b/>
              </w:rPr>
              <w:t>Участок сети</w:t>
            </w:r>
          </w:p>
        </w:tc>
        <w:tc>
          <w:tcPr>
            <w:tcW w:w="0" w:type="auto"/>
            <w:shd w:val="clear" w:color="auto" w:fill="E2F0D9"/>
            <w:vAlign w:val="center"/>
          </w:tcPr>
          <w:p w14:paraId="09159549" w14:textId="77777777" w:rsidR="007A5E59" w:rsidRDefault="0095198F">
            <w:pPr>
              <w:jc w:val="center"/>
            </w:pPr>
            <w:r>
              <w:rPr>
                <w:b/>
              </w:rPr>
              <w:t>Ø, мм</w:t>
            </w:r>
          </w:p>
        </w:tc>
        <w:tc>
          <w:tcPr>
            <w:tcW w:w="0" w:type="auto"/>
            <w:shd w:val="clear" w:color="auto" w:fill="E2F0D9"/>
            <w:vAlign w:val="center"/>
          </w:tcPr>
          <w:p w14:paraId="1C0CCE97" w14:textId="77777777" w:rsidR="007A5E59" w:rsidRDefault="0095198F">
            <w:pPr>
              <w:jc w:val="center"/>
            </w:pPr>
            <w:r>
              <w:rPr>
                <w:b/>
              </w:rPr>
              <w:t>Год ввода</w:t>
            </w:r>
          </w:p>
        </w:tc>
        <w:tc>
          <w:tcPr>
            <w:tcW w:w="0" w:type="auto"/>
            <w:shd w:val="clear" w:color="auto" w:fill="E2F0D9"/>
            <w:vAlign w:val="center"/>
          </w:tcPr>
          <w:p w14:paraId="325E2BC2" w14:textId="77777777" w:rsidR="007A5E59" w:rsidRPr="00312815" w:rsidRDefault="0095198F">
            <w:pPr>
              <w:jc w:val="center"/>
              <w:rPr>
                <w:lang w:val="ru-RU"/>
              </w:rPr>
            </w:pPr>
            <w:r w:rsidRPr="00312815">
              <w:rPr>
                <w:b/>
                <w:lang w:val="ru-RU"/>
              </w:rPr>
              <w:t>Длина по оси трассы, м</w:t>
            </w:r>
          </w:p>
        </w:tc>
        <w:tc>
          <w:tcPr>
            <w:tcW w:w="0" w:type="auto"/>
            <w:shd w:val="clear" w:color="auto" w:fill="E2F0D9"/>
            <w:vAlign w:val="center"/>
          </w:tcPr>
          <w:p w14:paraId="61C16E18" w14:textId="77777777" w:rsidR="007A5E59" w:rsidRDefault="0095198F">
            <w:pPr>
              <w:jc w:val="center"/>
            </w:pPr>
            <w:r>
              <w:rPr>
                <w:b/>
              </w:rPr>
              <w:t>Способ прокладки</w:t>
            </w:r>
          </w:p>
        </w:tc>
      </w:tr>
      <w:tr w:rsidR="007A5E59" w14:paraId="51B8A178" w14:textId="77777777">
        <w:trPr>
          <w:jc w:val="center"/>
        </w:trPr>
        <w:tc>
          <w:tcPr>
            <w:tcW w:w="0" w:type="auto"/>
          </w:tcPr>
          <w:p w14:paraId="01CF6B1E" w14:textId="77777777" w:rsidR="007A5E59" w:rsidRDefault="0095198F">
            <w:pPr>
              <w:jc w:val="center"/>
            </w:pPr>
            <w:r>
              <w:t>1</w:t>
            </w:r>
          </w:p>
        </w:tc>
        <w:tc>
          <w:tcPr>
            <w:tcW w:w="0" w:type="auto"/>
          </w:tcPr>
          <w:p w14:paraId="0D4D0D1B" w14:textId="77777777" w:rsidR="007A5E59" w:rsidRDefault="0095198F">
            <w:r>
              <w:t>Спасск уч.2-2</w:t>
            </w:r>
          </w:p>
        </w:tc>
        <w:tc>
          <w:tcPr>
            <w:tcW w:w="0" w:type="auto"/>
          </w:tcPr>
          <w:p w14:paraId="5FFC88EB" w14:textId="77777777" w:rsidR="007A5E59" w:rsidRDefault="0095198F">
            <w:pPr>
              <w:jc w:val="center"/>
            </w:pPr>
            <w:r>
              <w:t>50</w:t>
            </w:r>
          </w:p>
        </w:tc>
        <w:tc>
          <w:tcPr>
            <w:tcW w:w="0" w:type="auto"/>
          </w:tcPr>
          <w:p w14:paraId="761D9479" w14:textId="77777777" w:rsidR="007A5E59" w:rsidRDefault="0095198F">
            <w:pPr>
              <w:jc w:val="center"/>
            </w:pPr>
            <w:r>
              <w:t>1980</w:t>
            </w:r>
          </w:p>
        </w:tc>
        <w:tc>
          <w:tcPr>
            <w:tcW w:w="0" w:type="auto"/>
          </w:tcPr>
          <w:p w14:paraId="67D5D333" w14:textId="77777777" w:rsidR="007A5E59" w:rsidRDefault="0095198F">
            <w:pPr>
              <w:jc w:val="center"/>
            </w:pPr>
            <w:r>
              <w:t>215</w:t>
            </w:r>
          </w:p>
        </w:tc>
        <w:tc>
          <w:tcPr>
            <w:tcW w:w="0" w:type="auto"/>
          </w:tcPr>
          <w:p w14:paraId="11144570" w14:textId="77777777" w:rsidR="007A5E59" w:rsidRDefault="0095198F">
            <w:r>
              <w:t>бесканал.</w:t>
            </w:r>
          </w:p>
        </w:tc>
      </w:tr>
      <w:tr w:rsidR="007A5E59" w14:paraId="22C899CC" w14:textId="77777777">
        <w:trPr>
          <w:jc w:val="center"/>
        </w:trPr>
        <w:tc>
          <w:tcPr>
            <w:tcW w:w="0" w:type="auto"/>
          </w:tcPr>
          <w:p w14:paraId="331752E2" w14:textId="77777777" w:rsidR="007A5E59" w:rsidRDefault="0095198F">
            <w:pPr>
              <w:jc w:val="center"/>
            </w:pPr>
            <w:r>
              <w:t>2</w:t>
            </w:r>
          </w:p>
        </w:tc>
        <w:tc>
          <w:tcPr>
            <w:tcW w:w="0" w:type="auto"/>
          </w:tcPr>
          <w:p w14:paraId="20D37D39" w14:textId="77777777" w:rsidR="007A5E59" w:rsidRDefault="0095198F">
            <w:r>
              <w:t>Спасск уч.1-1</w:t>
            </w:r>
          </w:p>
        </w:tc>
        <w:tc>
          <w:tcPr>
            <w:tcW w:w="0" w:type="auto"/>
          </w:tcPr>
          <w:p w14:paraId="6C77B45E" w14:textId="77777777" w:rsidR="007A5E59" w:rsidRDefault="0095198F">
            <w:pPr>
              <w:jc w:val="center"/>
            </w:pPr>
            <w:r>
              <w:t>150</w:t>
            </w:r>
          </w:p>
        </w:tc>
        <w:tc>
          <w:tcPr>
            <w:tcW w:w="0" w:type="auto"/>
          </w:tcPr>
          <w:p w14:paraId="474F70FC" w14:textId="77777777" w:rsidR="007A5E59" w:rsidRDefault="0095198F">
            <w:pPr>
              <w:jc w:val="center"/>
            </w:pPr>
            <w:r>
              <w:t>2006</w:t>
            </w:r>
          </w:p>
        </w:tc>
        <w:tc>
          <w:tcPr>
            <w:tcW w:w="0" w:type="auto"/>
          </w:tcPr>
          <w:p w14:paraId="4DAE50AF" w14:textId="77777777" w:rsidR="007A5E59" w:rsidRDefault="0095198F">
            <w:pPr>
              <w:jc w:val="center"/>
            </w:pPr>
            <w:r>
              <w:t>260</w:t>
            </w:r>
          </w:p>
        </w:tc>
        <w:tc>
          <w:tcPr>
            <w:tcW w:w="0" w:type="auto"/>
          </w:tcPr>
          <w:p w14:paraId="335A1AF3" w14:textId="77777777" w:rsidR="007A5E59" w:rsidRDefault="0095198F">
            <w:r>
              <w:t>надз.</w:t>
            </w:r>
          </w:p>
        </w:tc>
      </w:tr>
      <w:tr w:rsidR="007A5E59" w14:paraId="21541562" w14:textId="77777777">
        <w:trPr>
          <w:jc w:val="center"/>
        </w:trPr>
        <w:tc>
          <w:tcPr>
            <w:tcW w:w="0" w:type="auto"/>
          </w:tcPr>
          <w:p w14:paraId="04C0DF76" w14:textId="77777777" w:rsidR="007A5E59" w:rsidRDefault="0095198F">
            <w:pPr>
              <w:jc w:val="center"/>
            </w:pPr>
            <w:r>
              <w:t>3</w:t>
            </w:r>
          </w:p>
        </w:tc>
        <w:tc>
          <w:tcPr>
            <w:tcW w:w="0" w:type="auto"/>
          </w:tcPr>
          <w:p w14:paraId="764955C1" w14:textId="77777777" w:rsidR="007A5E59" w:rsidRDefault="0095198F">
            <w:r>
              <w:t>Спасск уч.1-2</w:t>
            </w:r>
          </w:p>
        </w:tc>
        <w:tc>
          <w:tcPr>
            <w:tcW w:w="0" w:type="auto"/>
          </w:tcPr>
          <w:p w14:paraId="766BCD8A" w14:textId="77777777" w:rsidR="007A5E59" w:rsidRDefault="0095198F">
            <w:pPr>
              <w:jc w:val="center"/>
            </w:pPr>
            <w:r>
              <w:t>25</w:t>
            </w:r>
          </w:p>
        </w:tc>
        <w:tc>
          <w:tcPr>
            <w:tcW w:w="0" w:type="auto"/>
          </w:tcPr>
          <w:p w14:paraId="20B90DDD" w14:textId="77777777" w:rsidR="007A5E59" w:rsidRDefault="0095198F">
            <w:pPr>
              <w:jc w:val="center"/>
            </w:pPr>
            <w:r>
              <w:t>2006</w:t>
            </w:r>
          </w:p>
        </w:tc>
        <w:tc>
          <w:tcPr>
            <w:tcW w:w="0" w:type="auto"/>
          </w:tcPr>
          <w:p w14:paraId="76558BF5" w14:textId="77777777" w:rsidR="007A5E59" w:rsidRDefault="0095198F">
            <w:pPr>
              <w:jc w:val="center"/>
            </w:pPr>
            <w:r>
              <w:t>50</w:t>
            </w:r>
          </w:p>
        </w:tc>
        <w:tc>
          <w:tcPr>
            <w:tcW w:w="0" w:type="auto"/>
          </w:tcPr>
          <w:p w14:paraId="4AE72A71" w14:textId="77777777" w:rsidR="007A5E59" w:rsidRDefault="0095198F">
            <w:r>
              <w:t>надз.</w:t>
            </w:r>
          </w:p>
        </w:tc>
      </w:tr>
      <w:tr w:rsidR="007A5E59" w14:paraId="07C9BF17" w14:textId="77777777">
        <w:trPr>
          <w:jc w:val="center"/>
        </w:trPr>
        <w:tc>
          <w:tcPr>
            <w:tcW w:w="0" w:type="auto"/>
          </w:tcPr>
          <w:p w14:paraId="31C50C65" w14:textId="77777777" w:rsidR="007A5E59" w:rsidRDefault="0095198F">
            <w:pPr>
              <w:jc w:val="center"/>
            </w:pPr>
            <w:r>
              <w:t>4</w:t>
            </w:r>
          </w:p>
        </w:tc>
        <w:tc>
          <w:tcPr>
            <w:tcW w:w="0" w:type="auto"/>
          </w:tcPr>
          <w:p w14:paraId="6F795694" w14:textId="77777777" w:rsidR="007A5E59" w:rsidRDefault="0095198F">
            <w:r>
              <w:t>Спасск уч.1-4</w:t>
            </w:r>
          </w:p>
        </w:tc>
        <w:tc>
          <w:tcPr>
            <w:tcW w:w="0" w:type="auto"/>
          </w:tcPr>
          <w:p w14:paraId="1CFB6E71" w14:textId="77777777" w:rsidR="007A5E59" w:rsidRDefault="0095198F">
            <w:pPr>
              <w:jc w:val="center"/>
            </w:pPr>
            <w:r>
              <w:t>100</w:t>
            </w:r>
          </w:p>
        </w:tc>
        <w:tc>
          <w:tcPr>
            <w:tcW w:w="0" w:type="auto"/>
          </w:tcPr>
          <w:p w14:paraId="74C8B67F" w14:textId="77777777" w:rsidR="007A5E59" w:rsidRDefault="0095198F">
            <w:pPr>
              <w:jc w:val="center"/>
            </w:pPr>
            <w:r>
              <w:t>2006</w:t>
            </w:r>
          </w:p>
        </w:tc>
        <w:tc>
          <w:tcPr>
            <w:tcW w:w="0" w:type="auto"/>
          </w:tcPr>
          <w:p w14:paraId="530E10FC" w14:textId="77777777" w:rsidR="007A5E59" w:rsidRDefault="0095198F">
            <w:pPr>
              <w:jc w:val="center"/>
            </w:pPr>
            <w:r>
              <w:t>46</w:t>
            </w:r>
          </w:p>
        </w:tc>
        <w:tc>
          <w:tcPr>
            <w:tcW w:w="0" w:type="auto"/>
          </w:tcPr>
          <w:p w14:paraId="5DAE6E49" w14:textId="77777777" w:rsidR="007A5E59" w:rsidRDefault="0095198F">
            <w:r>
              <w:t>надз.</w:t>
            </w:r>
          </w:p>
        </w:tc>
      </w:tr>
      <w:tr w:rsidR="007A5E59" w14:paraId="2DCEDD43" w14:textId="77777777">
        <w:trPr>
          <w:jc w:val="center"/>
        </w:trPr>
        <w:tc>
          <w:tcPr>
            <w:tcW w:w="0" w:type="auto"/>
          </w:tcPr>
          <w:p w14:paraId="61B47D4A" w14:textId="77777777" w:rsidR="007A5E59" w:rsidRDefault="0095198F">
            <w:pPr>
              <w:jc w:val="center"/>
            </w:pPr>
            <w:r>
              <w:t>5</w:t>
            </w:r>
          </w:p>
        </w:tc>
        <w:tc>
          <w:tcPr>
            <w:tcW w:w="0" w:type="auto"/>
          </w:tcPr>
          <w:p w14:paraId="643778F7" w14:textId="77777777" w:rsidR="007A5E59" w:rsidRDefault="0095198F">
            <w:r>
              <w:t>Спасск уч.1-5</w:t>
            </w:r>
          </w:p>
        </w:tc>
        <w:tc>
          <w:tcPr>
            <w:tcW w:w="0" w:type="auto"/>
          </w:tcPr>
          <w:p w14:paraId="3F2889F3" w14:textId="77777777" w:rsidR="007A5E59" w:rsidRDefault="0095198F">
            <w:pPr>
              <w:jc w:val="center"/>
            </w:pPr>
            <w:r>
              <w:t>50</w:t>
            </w:r>
          </w:p>
        </w:tc>
        <w:tc>
          <w:tcPr>
            <w:tcW w:w="0" w:type="auto"/>
          </w:tcPr>
          <w:p w14:paraId="1141108A" w14:textId="77777777" w:rsidR="007A5E59" w:rsidRDefault="0095198F">
            <w:pPr>
              <w:jc w:val="center"/>
            </w:pPr>
            <w:r>
              <w:t>2006</w:t>
            </w:r>
          </w:p>
        </w:tc>
        <w:tc>
          <w:tcPr>
            <w:tcW w:w="0" w:type="auto"/>
          </w:tcPr>
          <w:p w14:paraId="082428C5" w14:textId="77777777" w:rsidR="007A5E59" w:rsidRDefault="0095198F">
            <w:pPr>
              <w:jc w:val="center"/>
            </w:pPr>
            <w:r>
              <w:t>100</w:t>
            </w:r>
          </w:p>
        </w:tc>
        <w:tc>
          <w:tcPr>
            <w:tcW w:w="0" w:type="auto"/>
          </w:tcPr>
          <w:p w14:paraId="6E3CCE9A" w14:textId="77777777" w:rsidR="007A5E59" w:rsidRDefault="0095198F">
            <w:r>
              <w:t>надз.</w:t>
            </w:r>
          </w:p>
        </w:tc>
      </w:tr>
      <w:tr w:rsidR="007A5E59" w14:paraId="38F95CA4" w14:textId="77777777">
        <w:trPr>
          <w:jc w:val="center"/>
        </w:trPr>
        <w:tc>
          <w:tcPr>
            <w:tcW w:w="0" w:type="auto"/>
          </w:tcPr>
          <w:p w14:paraId="740B1BCB" w14:textId="77777777" w:rsidR="007A5E59" w:rsidRDefault="0095198F">
            <w:pPr>
              <w:jc w:val="center"/>
            </w:pPr>
            <w:r>
              <w:t>6</w:t>
            </w:r>
          </w:p>
        </w:tc>
        <w:tc>
          <w:tcPr>
            <w:tcW w:w="0" w:type="auto"/>
          </w:tcPr>
          <w:p w14:paraId="69362D62" w14:textId="77777777" w:rsidR="007A5E59" w:rsidRDefault="0095198F">
            <w:r>
              <w:t>Спасск уч.1-7</w:t>
            </w:r>
          </w:p>
        </w:tc>
        <w:tc>
          <w:tcPr>
            <w:tcW w:w="0" w:type="auto"/>
          </w:tcPr>
          <w:p w14:paraId="5E780581" w14:textId="77777777" w:rsidR="007A5E59" w:rsidRDefault="0095198F">
            <w:pPr>
              <w:jc w:val="center"/>
            </w:pPr>
            <w:r>
              <w:t>50</w:t>
            </w:r>
          </w:p>
        </w:tc>
        <w:tc>
          <w:tcPr>
            <w:tcW w:w="0" w:type="auto"/>
          </w:tcPr>
          <w:p w14:paraId="3D781E33" w14:textId="77777777" w:rsidR="007A5E59" w:rsidRDefault="0095198F">
            <w:pPr>
              <w:jc w:val="center"/>
            </w:pPr>
            <w:r>
              <w:t>2006</w:t>
            </w:r>
          </w:p>
        </w:tc>
        <w:tc>
          <w:tcPr>
            <w:tcW w:w="0" w:type="auto"/>
          </w:tcPr>
          <w:p w14:paraId="442B596D" w14:textId="77777777" w:rsidR="007A5E59" w:rsidRDefault="0095198F">
            <w:pPr>
              <w:jc w:val="center"/>
            </w:pPr>
            <w:r>
              <w:t>120</w:t>
            </w:r>
          </w:p>
        </w:tc>
        <w:tc>
          <w:tcPr>
            <w:tcW w:w="0" w:type="auto"/>
          </w:tcPr>
          <w:p w14:paraId="4E128EB4" w14:textId="77777777" w:rsidR="007A5E59" w:rsidRDefault="0095198F">
            <w:r>
              <w:t>надз.</w:t>
            </w:r>
          </w:p>
        </w:tc>
      </w:tr>
      <w:tr w:rsidR="007A5E59" w14:paraId="00EAB3EB" w14:textId="77777777">
        <w:trPr>
          <w:jc w:val="center"/>
        </w:trPr>
        <w:tc>
          <w:tcPr>
            <w:tcW w:w="0" w:type="auto"/>
          </w:tcPr>
          <w:p w14:paraId="5163E3D5" w14:textId="77777777" w:rsidR="007A5E59" w:rsidRDefault="0095198F">
            <w:pPr>
              <w:jc w:val="center"/>
            </w:pPr>
            <w:r>
              <w:t>7</w:t>
            </w:r>
          </w:p>
        </w:tc>
        <w:tc>
          <w:tcPr>
            <w:tcW w:w="0" w:type="auto"/>
          </w:tcPr>
          <w:p w14:paraId="00283D92" w14:textId="77777777" w:rsidR="007A5E59" w:rsidRDefault="0095198F">
            <w:r>
              <w:t>Спасск уч.1-8</w:t>
            </w:r>
          </w:p>
        </w:tc>
        <w:tc>
          <w:tcPr>
            <w:tcW w:w="0" w:type="auto"/>
          </w:tcPr>
          <w:p w14:paraId="22CEBFB1" w14:textId="77777777" w:rsidR="007A5E59" w:rsidRDefault="0095198F">
            <w:pPr>
              <w:jc w:val="center"/>
            </w:pPr>
            <w:r>
              <w:t>25</w:t>
            </w:r>
          </w:p>
        </w:tc>
        <w:tc>
          <w:tcPr>
            <w:tcW w:w="0" w:type="auto"/>
          </w:tcPr>
          <w:p w14:paraId="709C9EE0" w14:textId="77777777" w:rsidR="007A5E59" w:rsidRDefault="0095198F">
            <w:pPr>
              <w:jc w:val="center"/>
            </w:pPr>
            <w:r>
              <w:t>2006</w:t>
            </w:r>
          </w:p>
        </w:tc>
        <w:tc>
          <w:tcPr>
            <w:tcW w:w="0" w:type="auto"/>
          </w:tcPr>
          <w:p w14:paraId="4387DABB" w14:textId="77777777" w:rsidR="007A5E59" w:rsidRDefault="0095198F">
            <w:pPr>
              <w:jc w:val="center"/>
            </w:pPr>
            <w:r>
              <w:t>65</w:t>
            </w:r>
          </w:p>
        </w:tc>
        <w:tc>
          <w:tcPr>
            <w:tcW w:w="0" w:type="auto"/>
          </w:tcPr>
          <w:p w14:paraId="4DDF0C61" w14:textId="77777777" w:rsidR="007A5E59" w:rsidRDefault="0095198F">
            <w:r>
              <w:t>надз.</w:t>
            </w:r>
          </w:p>
        </w:tc>
      </w:tr>
      <w:tr w:rsidR="007A5E59" w14:paraId="622A17F5" w14:textId="77777777">
        <w:trPr>
          <w:jc w:val="center"/>
        </w:trPr>
        <w:tc>
          <w:tcPr>
            <w:tcW w:w="0" w:type="auto"/>
          </w:tcPr>
          <w:p w14:paraId="4704E735" w14:textId="77777777" w:rsidR="007A5E59" w:rsidRDefault="0095198F">
            <w:pPr>
              <w:jc w:val="center"/>
            </w:pPr>
            <w:r>
              <w:t>8</w:t>
            </w:r>
          </w:p>
        </w:tc>
        <w:tc>
          <w:tcPr>
            <w:tcW w:w="0" w:type="auto"/>
          </w:tcPr>
          <w:p w14:paraId="2226B5DF" w14:textId="77777777" w:rsidR="007A5E59" w:rsidRDefault="0095198F">
            <w:r>
              <w:t>Спасск уч.1-9</w:t>
            </w:r>
          </w:p>
        </w:tc>
        <w:tc>
          <w:tcPr>
            <w:tcW w:w="0" w:type="auto"/>
          </w:tcPr>
          <w:p w14:paraId="421BF43E" w14:textId="77777777" w:rsidR="007A5E59" w:rsidRDefault="0095198F">
            <w:pPr>
              <w:jc w:val="center"/>
            </w:pPr>
            <w:r>
              <w:t>125</w:t>
            </w:r>
          </w:p>
        </w:tc>
        <w:tc>
          <w:tcPr>
            <w:tcW w:w="0" w:type="auto"/>
          </w:tcPr>
          <w:p w14:paraId="4575CC42" w14:textId="77777777" w:rsidR="007A5E59" w:rsidRDefault="0095198F">
            <w:pPr>
              <w:jc w:val="center"/>
            </w:pPr>
            <w:r>
              <w:t>2006</w:t>
            </w:r>
          </w:p>
        </w:tc>
        <w:tc>
          <w:tcPr>
            <w:tcW w:w="0" w:type="auto"/>
          </w:tcPr>
          <w:p w14:paraId="5329E2BB" w14:textId="77777777" w:rsidR="007A5E59" w:rsidRDefault="0095198F">
            <w:pPr>
              <w:jc w:val="center"/>
            </w:pPr>
            <w:r>
              <w:t>575</w:t>
            </w:r>
          </w:p>
        </w:tc>
        <w:tc>
          <w:tcPr>
            <w:tcW w:w="0" w:type="auto"/>
          </w:tcPr>
          <w:p w14:paraId="08EC0936" w14:textId="77777777" w:rsidR="007A5E59" w:rsidRDefault="0095198F">
            <w:r>
              <w:t>надз.</w:t>
            </w:r>
          </w:p>
        </w:tc>
      </w:tr>
      <w:tr w:rsidR="007A5E59" w14:paraId="0FC8D44E" w14:textId="77777777">
        <w:trPr>
          <w:jc w:val="center"/>
        </w:trPr>
        <w:tc>
          <w:tcPr>
            <w:tcW w:w="0" w:type="auto"/>
          </w:tcPr>
          <w:p w14:paraId="03E60CD1" w14:textId="77777777" w:rsidR="007A5E59" w:rsidRDefault="0095198F">
            <w:pPr>
              <w:jc w:val="center"/>
            </w:pPr>
            <w:r>
              <w:t>9</w:t>
            </w:r>
          </w:p>
        </w:tc>
        <w:tc>
          <w:tcPr>
            <w:tcW w:w="0" w:type="auto"/>
          </w:tcPr>
          <w:p w14:paraId="2B86563D" w14:textId="77777777" w:rsidR="007A5E59" w:rsidRDefault="0095198F">
            <w:r>
              <w:t>Спасск уч.1-10</w:t>
            </w:r>
          </w:p>
        </w:tc>
        <w:tc>
          <w:tcPr>
            <w:tcW w:w="0" w:type="auto"/>
          </w:tcPr>
          <w:p w14:paraId="5BA7315C" w14:textId="77777777" w:rsidR="007A5E59" w:rsidRDefault="0095198F">
            <w:pPr>
              <w:jc w:val="center"/>
            </w:pPr>
            <w:r>
              <w:t>65</w:t>
            </w:r>
          </w:p>
        </w:tc>
        <w:tc>
          <w:tcPr>
            <w:tcW w:w="0" w:type="auto"/>
          </w:tcPr>
          <w:p w14:paraId="381D7009" w14:textId="77777777" w:rsidR="007A5E59" w:rsidRDefault="0095198F">
            <w:pPr>
              <w:jc w:val="center"/>
            </w:pPr>
            <w:r>
              <w:t>2014</w:t>
            </w:r>
          </w:p>
        </w:tc>
        <w:tc>
          <w:tcPr>
            <w:tcW w:w="0" w:type="auto"/>
          </w:tcPr>
          <w:p w14:paraId="5C5FEC66" w14:textId="77777777" w:rsidR="007A5E59" w:rsidRDefault="0095198F">
            <w:pPr>
              <w:jc w:val="center"/>
            </w:pPr>
            <w:r>
              <w:t>80</w:t>
            </w:r>
          </w:p>
        </w:tc>
        <w:tc>
          <w:tcPr>
            <w:tcW w:w="0" w:type="auto"/>
          </w:tcPr>
          <w:p w14:paraId="66FCEACE" w14:textId="77777777" w:rsidR="007A5E59" w:rsidRDefault="0095198F">
            <w:r>
              <w:t>надз.</w:t>
            </w:r>
          </w:p>
        </w:tc>
      </w:tr>
      <w:tr w:rsidR="007A5E59" w14:paraId="6973E44C" w14:textId="77777777">
        <w:trPr>
          <w:jc w:val="center"/>
        </w:trPr>
        <w:tc>
          <w:tcPr>
            <w:tcW w:w="0" w:type="auto"/>
          </w:tcPr>
          <w:p w14:paraId="2685644B" w14:textId="77777777" w:rsidR="007A5E59" w:rsidRDefault="0095198F">
            <w:pPr>
              <w:jc w:val="center"/>
            </w:pPr>
            <w:r>
              <w:t>10</w:t>
            </w:r>
          </w:p>
        </w:tc>
        <w:tc>
          <w:tcPr>
            <w:tcW w:w="0" w:type="auto"/>
          </w:tcPr>
          <w:p w14:paraId="66654E50" w14:textId="77777777" w:rsidR="007A5E59" w:rsidRDefault="0095198F">
            <w:r>
              <w:t>Спасск уч.1-11</w:t>
            </w:r>
          </w:p>
        </w:tc>
        <w:tc>
          <w:tcPr>
            <w:tcW w:w="0" w:type="auto"/>
          </w:tcPr>
          <w:p w14:paraId="577A2E53" w14:textId="77777777" w:rsidR="007A5E59" w:rsidRDefault="0095198F">
            <w:pPr>
              <w:jc w:val="center"/>
            </w:pPr>
            <w:r>
              <w:t>65</w:t>
            </w:r>
          </w:p>
        </w:tc>
        <w:tc>
          <w:tcPr>
            <w:tcW w:w="0" w:type="auto"/>
          </w:tcPr>
          <w:p w14:paraId="05500923" w14:textId="77777777" w:rsidR="007A5E59" w:rsidRDefault="0095198F">
            <w:pPr>
              <w:jc w:val="center"/>
            </w:pPr>
            <w:r>
              <w:t>2014</w:t>
            </w:r>
          </w:p>
        </w:tc>
        <w:tc>
          <w:tcPr>
            <w:tcW w:w="0" w:type="auto"/>
          </w:tcPr>
          <w:p w14:paraId="6A7B352A" w14:textId="77777777" w:rsidR="007A5E59" w:rsidRDefault="0095198F">
            <w:pPr>
              <w:jc w:val="center"/>
            </w:pPr>
            <w:r>
              <w:t>70</w:t>
            </w:r>
          </w:p>
        </w:tc>
        <w:tc>
          <w:tcPr>
            <w:tcW w:w="0" w:type="auto"/>
          </w:tcPr>
          <w:p w14:paraId="13B387F8" w14:textId="77777777" w:rsidR="007A5E59" w:rsidRDefault="0095198F">
            <w:r>
              <w:t>надз.</w:t>
            </w:r>
          </w:p>
        </w:tc>
      </w:tr>
      <w:tr w:rsidR="007A5E59" w14:paraId="39BCAEA3" w14:textId="77777777">
        <w:trPr>
          <w:jc w:val="center"/>
        </w:trPr>
        <w:tc>
          <w:tcPr>
            <w:tcW w:w="0" w:type="auto"/>
          </w:tcPr>
          <w:p w14:paraId="1E0A2216" w14:textId="77777777" w:rsidR="007A5E59" w:rsidRDefault="0095198F">
            <w:pPr>
              <w:jc w:val="center"/>
            </w:pPr>
            <w:r>
              <w:t>11</w:t>
            </w:r>
          </w:p>
        </w:tc>
        <w:tc>
          <w:tcPr>
            <w:tcW w:w="0" w:type="auto"/>
          </w:tcPr>
          <w:p w14:paraId="05CA5DBE" w14:textId="77777777" w:rsidR="007A5E59" w:rsidRDefault="0095198F">
            <w:r>
              <w:t>Спасск уч.1-12</w:t>
            </w:r>
          </w:p>
        </w:tc>
        <w:tc>
          <w:tcPr>
            <w:tcW w:w="0" w:type="auto"/>
          </w:tcPr>
          <w:p w14:paraId="3F7AFAE5" w14:textId="77777777" w:rsidR="007A5E59" w:rsidRDefault="0095198F">
            <w:pPr>
              <w:jc w:val="center"/>
            </w:pPr>
            <w:r>
              <w:t>65</w:t>
            </w:r>
          </w:p>
        </w:tc>
        <w:tc>
          <w:tcPr>
            <w:tcW w:w="0" w:type="auto"/>
          </w:tcPr>
          <w:p w14:paraId="6BF7F7DC" w14:textId="77777777" w:rsidR="007A5E59" w:rsidRDefault="0095198F">
            <w:pPr>
              <w:jc w:val="center"/>
            </w:pPr>
            <w:r>
              <w:t>2014</w:t>
            </w:r>
          </w:p>
        </w:tc>
        <w:tc>
          <w:tcPr>
            <w:tcW w:w="0" w:type="auto"/>
          </w:tcPr>
          <w:p w14:paraId="22EC9681" w14:textId="77777777" w:rsidR="007A5E59" w:rsidRDefault="0095198F">
            <w:pPr>
              <w:jc w:val="center"/>
            </w:pPr>
            <w:r>
              <w:t>87</w:t>
            </w:r>
          </w:p>
        </w:tc>
        <w:tc>
          <w:tcPr>
            <w:tcW w:w="0" w:type="auto"/>
          </w:tcPr>
          <w:p w14:paraId="695695C6" w14:textId="77777777" w:rsidR="007A5E59" w:rsidRDefault="0095198F">
            <w:r>
              <w:t>надз.</w:t>
            </w:r>
          </w:p>
        </w:tc>
      </w:tr>
      <w:tr w:rsidR="007A5E59" w14:paraId="0A1AE3C6" w14:textId="77777777">
        <w:trPr>
          <w:jc w:val="center"/>
        </w:trPr>
        <w:tc>
          <w:tcPr>
            <w:tcW w:w="0" w:type="auto"/>
          </w:tcPr>
          <w:p w14:paraId="168477A9" w14:textId="77777777" w:rsidR="007A5E59" w:rsidRDefault="0095198F">
            <w:pPr>
              <w:jc w:val="center"/>
            </w:pPr>
            <w:r>
              <w:t>12</w:t>
            </w:r>
          </w:p>
        </w:tc>
        <w:tc>
          <w:tcPr>
            <w:tcW w:w="0" w:type="auto"/>
          </w:tcPr>
          <w:p w14:paraId="72EF5D11" w14:textId="77777777" w:rsidR="007A5E59" w:rsidRDefault="0095198F">
            <w:r>
              <w:t>Спасск уч.1-13</w:t>
            </w:r>
          </w:p>
        </w:tc>
        <w:tc>
          <w:tcPr>
            <w:tcW w:w="0" w:type="auto"/>
          </w:tcPr>
          <w:p w14:paraId="63D24ABD" w14:textId="77777777" w:rsidR="007A5E59" w:rsidRDefault="0095198F">
            <w:pPr>
              <w:jc w:val="center"/>
            </w:pPr>
            <w:r>
              <w:t>50</w:t>
            </w:r>
          </w:p>
        </w:tc>
        <w:tc>
          <w:tcPr>
            <w:tcW w:w="0" w:type="auto"/>
          </w:tcPr>
          <w:p w14:paraId="158A0E5A" w14:textId="77777777" w:rsidR="007A5E59" w:rsidRDefault="0095198F">
            <w:pPr>
              <w:jc w:val="center"/>
            </w:pPr>
            <w:r>
              <w:t>2014</w:t>
            </w:r>
          </w:p>
        </w:tc>
        <w:tc>
          <w:tcPr>
            <w:tcW w:w="0" w:type="auto"/>
          </w:tcPr>
          <w:p w14:paraId="6C55566E" w14:textId="77777777" w:rsidR="007A5E59" w:rsidRDefault="0095198F">
            <w:pPr>
              <w:jc w:val="center"/>
            </w:pPr>
            <w:r>
              <w:t>41</w:t>
            </w:r>
          </w:p>
        </w:tc>
        <w:tc>
          <w:tcPr>
            <w:tcW w:w="0" w:type="auto"/>
          </w:tcPr>
          <w:p w14:paraId="20E19B98" w14:textId="77777777" w:rsidR="007A5E59" w:rsidRDefault="0095198F">
            <w:r>
              <w:t>надз.</w:t>
            </w:r>
          </w:p>
        </w:tc>
      </w:tr>
      <w:tr w:rsidR="007A5E59" w14:paraId="56AFB83F" w14:textId="77777777">
        <w:trPr>
          <w:jc w:val="center"/>
        </w:trPr>
        <w:tc>
          <w:tcPr>
            <w:tcW w:w="0" w:type="auto"/>
          </w:tcPr>
          <w:p w14:paraId="44A0D655" w14:textId="77777777" w:rsidR="007A5E59" w:rsidRDefault="0095198F">
            <w:pPr>
              <w:jc w:val="center"/>
            </w:pPr>
            <w:r>
              <w:t>13</w:t>
            </w:r>
          </w:p>
        </w:tc>
        <w:tc>
          <w:tcPr>
            <w:tcW w:w="0" w:type="auto"/>
          </w:tcPr>
          <w:p w14:paraId="694B4595" w14:textId="77777777" w:rsidR="007A5E59" w:rsidRDefault="0095198F">
            <w:r>
              <w:t>Спасск уч.3-1</w:t>
            </w:r>
          </w:p>
        </w:tc>
        <w:tc>
          <w:tcPr>
            <w:tcW w:w="0" w:type="auto"/>
          </w:tcPr>
          <w:p w14:paraId="07B942A5" w14:textId="77777777" w:rsidR="007A5E59" w:rsidRDefault="0095198F">
            <w:pPr>
              <w:jc w:val="center"/>
            </w:pPr>
            <w:r>
              <w:t>100</w:t>
            </w:r>
          </w:p>
        </w:tc>
        <w:tc>
          <w:tcPr>
            <w:tcW w:w="0" w:type="auto"/>
          </w:tcPr>
          <w:p w14:paraId="693E5B6D" w14:textId="77777777" w:rsidR="007A5E59" w:rsidRDefault="0095198F">
            <w:pPr>
              <w:jc w:val="center"/>
            </w:pPr>
            <w:r>
              <w:t>2010</w:t>
            </w:r>
          </w:p>
        </w:tc>
        <w:tc>
          <w:tcPr>
            <w:tcW w:w="0" w:type="auto"/>
          </w:tcPr>
          <w:p w14:paraId="18465A3D" w14:textId="77777777" w:rsidR="007A5E59" w:rsidRDefault="0095198F">
            <w:pPr>
              <w:jc w:val="center"/>
            </w:pPr>
            <w:r>
              <w:t>980</w:t>
            </w:r>
          </w:p>
        </w:tc>
        <w:tc>
          <w:tcPr>
            <w:tcW w:w="0" w:type="auto"/>
          </w:tcPr>
          <w:p w14:paraId="5E009061" w14:textId="77777777" w:rsidR="007A5E59" w:rsidRDefault="0095198F">
            <w:r>
              <w:t>надз.</w:t>
            </w:r>
          </w:p>
        </w:tc>
      </w:tr>
      <w:tr w:rsidR="007A5E59" w14:paraId="27D6A5E4" w14:textId="77777777">
        <w:trPr>
          <w:jc w:val="center"/>
        </w:trPr>
        <w:tc>
          <w:tcPr>
            <w:tcW w:w="0" w:type="auto"/>
          </w:tcPr>
          <w:p w14:paraId="2E3C2F04" w14:textId="77777777" w:rsidR="007A5E59" w:rsidRDefault="0095198F">
            <w:pPr>
              <w:jc w:val="center"/>
            </w:pPr>
            <w:r>
              <w:t>14</w:t>
            </w:r>
          </w:p>
        </w:tc>
        <w:tc>
          <w:tcPr>
            <w:tcW w:w="0" w:type="auto"/>
          </w:tcPr>
          <w:p w14:paraId="55E47608" w14:textId="77777777" w:rsidR="007A5E59" w:rsidRDefault="0095198F">
            <w:r>
              <w:t>Спасск уч.2-1</w:t>
            </w:r>
          </w:p>
        </w:tc>
        <w:tc>
          <w:tcPr>
            <w:tcW w:w="0" w:type="auto"/>
          </w:tcPr>
          <w:p w14:paraId="3890F8FC" w14:textId="77777777" w:rsidR="007A5E59" w:rsidRDefault="0095198F">
            <w:pPr>
              <w:jc w:val="center"/>
            </w:pPr>
            <w:r>
              <w:t>100</w:t>
            </w:r>
          </w:p>
        </w:tc>
        <w:tc>
          <w:tcPr>
            <w:tcW w:w="0" w:type="auto"/>
          </w:tcPr>
          <w:p w14:paraId="2CAC9A7D" w14:textId="77777777" w:rsidR="007A5E59" w:rsidRDefault="0095198F">
            <w:pPr>
              <w:jc w:val="center"/>
            </w:pPr>
            <w:r>
              <w:t>2011</w:t>
            </w:r>
          </w:p>
        </w:tc>
        <w:tc>
          <w:tcPr>
            <w:tcW w:w="0" w:type="auto"/>
          </w:tcPr>
          <w:p w14:paraId="74AF7710" w14:textId="77777777" w:rsidR="007A5E59" w:rsidRDefault="0095198F">
            <w:pPr>
              <w:jc w:val="center"/>
            </w:pPr>
            <w:r>
              <w:t>160</w:t>
            </w:r>
          </w:p>
        </w:tc>
        <w:tc>
          <w:tcPr>
            <w:tcW w:w="0" w:type="auto"/>
          </w:tcPr>
          <w:p w14:paraId="0A778FDC" w14:textId="77777777" w:rsidR="007A5E59" w:rsidRDefault="0095198F">
            <w:r>
              <w:t>надз.</w:t>
            </w:r>
          </w:p>
        </w:tc>
      </w:tr>
      <w:tr w:rsidR="007A5E59" w14:paraId="3B2D0974" w14:textId="77777777">
        <w:trPr>
          <w:jc w:val="center"/>
        </w:trPr>
        <w:tc>
          <w:tcPr>
            <w:tcW w:w="0" w:type="auto"/>
          </w:tcPr>
          <w:p w14:paraId="70A6F3CB" w14:textId="77777777" w:rsidR="007A5E59" w:rsidRDefault="0095198F">
            <w:pPr>
              <w:jc w:val="center"/>
            </w:pPr>
            <w:r>
              <w:t>15</w:t>
            </w:r>
          </w:p>
        </w:tc>
        <w:tc>
          <w:tcPr>
            <w:tcW w:w="0" w:type="auto"/>
          </w:tcPr>
          <w:p w14:paraId="4FE39607" w14:textId="77777777" w:rsidR="007A5E59" w:rsidRDefault="0095198F">
            <w:r>
              <w:t>Спасск уч.2-3</w:t>
            </w:r>
          </w:p>
        </w:tc>
        <w:tc>
          <w:tcPr>
            <w:tcW w:w="0" w:type="auto"/>
          </w:tcPr>
          <w:p w14:paraId="68FF57F1" w14:textId="77777777" w:rsidR="007A5E59" w:rsidRDefault="0095198F">
            <w:pPr>
              <w:jc w:val="center"/>
            </w:pPr>
            <w:r>
              <w:t>100</w:t>
            </w:r>
          </w:p>
        </w:tc>
        <w:tc>
          <w:tcPr>
            <w:tcW w:w="0" w:type="auto"/>
          </w:tcPr>
          <w:p w14:paraId="26DDAABE" w14:textId="77777777" w:rsidR="007A5E59" w:rsidRDefault="0095198F">
            <w:pPr>
              <w:jc w:val="center"/>
            </w:pPr>
            <w:r>
              <w:t>1995</w:t>
            </w:r>
          </w:p>
        </w:tc>
        <w:tc>
          <w:tcPr>
            <w:tcW w:w="0" w:type="auto"/>
          </w:tcPr>
          <w:p w14:paraId="20EC0DF9" w14:textId="77777777" w:rsidR="007A5E59" w:rsidRDefault="0095198F">
            <w:pPr>
              <w:jc w:val="center"/>
            </w:pPr>
            <w:r>
              <w:t>250</w:t>
            </w:r>
          </w:p>
        </w:tc>
        <w:tc>
          <w:tcPr>
            <w:tcW w:w="0" w:type="auto"/>
          </w:tcPr>
          <w:p w14:paraId="1AE0BFDC" w14:textId="77777777" w:rsidR="007A5E59" w:rsidRDefault="0095198F">
            <w:r>
              <w:t>надз.</w:t>
            </w:r>
          </w:p>
        </w:tc>
      </w:tr>
      <w:tr w:rsidR="007A5E59" w14:paraId="39528A9C" w14:textId="77777777">
        <w:trPr>
          <w:jc w:val="center"/>
        </w:trPr>
        <w:tc>
          <w:tcPr>
            <w:tcW w:w="0" w:type="auto"/>
          </w:tcPr>
          <w:p w14:paraId="49D07943" w14:textId="77777777" w:rsidR="007A5E59" w:rsidRDefault="0095198F">
            <w:pPr>
              <w:jc w:val="center"/>
            </w:pPr>
            <w:r>
              <w:t>16</w:t>
            </w:r>
          </w:p>
        </w:tc>
        <w:tc>
          <w:tcPr>
            <w:tcW w:w="0" w:type="auto"/>
          </w:tcPr>
          <w:p w14:paraId="5DC8DC2D" w14:textId="77777777" w:rsidR="007A5E59" w:rsidRDefault="0095198F">
            <w:r>
              <w:t>Спасск уч.2-4</w:t>
            </w:r>
          </w:p>
        </w:tc>
        <w:tc>
          <w:tcPr>
            <w:tcW w:w="0" w:type="auto"/>
          </w:tcPr>
          <w:p w14:paraId="7DB38635" w14:textId="77777777" w:rsidR="007A5E59" w:rsidRDefault="0095198F">
            <w:pPr>
              <w:jc w:val="center"/>
            </w:pPr>
            <w:r>
              <w:t>50</w:t>
            </w:r>
          </w:p>
        </w:tc>
        <w:tc>
          <w:tcPr>
            <w:tcW w:w="0" w:type="auto"/>
          </w:tcPr>
          <w:p w14:paraId="6B30939E" w14:textId="77777777" w:rsidR="007A5E59" w:rsidRDefault="0095198F">
            <w:pPr>
              <w:jc w:val="center"/>
            </w:pPr>
            <w:r>
              <w:t>2010</w:t>
            </w:r>
          </w:p>
        </w:tc>
        <w:tc>
          <w:tcPr>
            <w:tcW w:w="0" w:type="auto"/>
          </w:tcPr>
          <w:p w14:paraId="419BF1AF" w14:textId="77777777" w:rsidR="007A5E59" w:rsidRDefault="0095198F">
            <w:pPr>
              <w:jc w:val="center"/>
            </w:pPr>
            <w:r>
              <w:t>155</w:t>
            </w:r>
          </w:p>
        </w:tc>
        <w:tc>
          <w:tcPr>
            <w:tcW w:w="0" w:type="auto"/>
          </w:tcPr>
          <w:p w14:paraId="1693A5F6" w14:textId="77777777" w:rsidR="007A5E59" w:rsidRDefault="0095198F">
            <w:r>
              <w:t>надз.</w:t>
            </w:r>
          </w:p>
        </w:tc>
      </w:tr>
      <w:tr w:rsidR="007A5E59" w14:paraId="55F08420" w14:textId="77777777">
        <w:trPr>
          <w:jc w:val="center"/>
        </w:trPr>
        <w:tc>
          <w:tcPr>
            <w:tcW w:w="0" w:type="auto"/>
          </w:tcPr>
          <w:p w14:paraId="2E9C5E03" w14:textId="77777777" w:rsidR="007A5E59" w:rsidRDefault="0095198F">
            <w:pPr>
              <w:jc w:val="center"/>
            </w:pPr>
            <w:r>
              <w:t>17</w:t>
            </w:r>
          </w:p>
        </w:tc>
        <w:tc>
          <w:tcPr>
            <w:tcW w:w="0" w:type="auto"/>
          </w:tcPr>
          <w:p w14:paraId="3FCF5CAD" w14:textId="77777777" w:rsidR="007A5E59" w:rsidRDefault="0095198F">
            <w:r>
              <w:t>Спасск уч.2-5</w:t>
            </w:r>
          </w:p>
        </w:tc>
        <w:tc>
          <w:tcPr>
            <w:tcW w:w="0" w:type="auto"/>
          </w:tcPr>
          <w:p w14:paraId="11232C8C" w14:textId="77777777" w:rsidR="007A5E59" w:rsidRDefault="0095198F">
            <w:pPr>
              <w:jc w:val="center"/>
            </w:pPr>
            <w:r>
              <w:t>25</w:t>
            </w:r>
          </w:p>
        </w:tc>
        <w:tc>
          <w:tcPr>
            <w:tcW w:w="0" w:type="auto"/>
          </w:tcPr>
          <w:p w14:paraId="0D70A638" w14:textId="77777777" w:rsidR="007A5E59" w:rsidRDefault="0095198F">
            <w:pPr>
              <w:jc w:val="center"/>
            </w:pPr>
            <w:r>
              <w:t>2011</w:t>
            </w:r>
          </w:p>
        </w:tc>
        <w:tc>
          <w:tcPr>
            <w:tcW w:w="0" w:type="auto"/>
          </w:tcPr>
          <w:p w14:paraId="35A55E07" w14:textId="77777777" w:rsidR="007A5E59" w:rsidRDefault="0095198F">
            <w:pPr>
              <w:jc w:val="center"/>
            </w:pPr>
            <w:r>
              <w:t>20</w:t>
            </w:r>
          </w:p>
        </w:tc>
        <w:tc>
          <w:tcPr>
            <w:tcW w:w="0" w:type="auto"/>
          </w:tcPr>
          <w:p w14:paraId="2415086A" w14:textId="77777777" w:rsidR="007A5E59" w:rsidRDefault="0095198F">
            <w:r>
              <w:t>надз.</w:t>
            </w:r>
          </w:p>
        </w:tc>
      </w:tr>
      <w:tr w:rsidR="007A5E59" w14:paraId="0290AAC7" w14:textId="77777777">
        <w:trPr>
          <w:jc w:val="center"/>
        </w:trPr>
        <w:tc>
          <w:tcPr>
            <w:tcW w:w="0" w:type="auto"/>
          </w:tcPr>
          <w:p w14:paraId="0709B39E" w14:textId="77777777" w:rsidR="007A5E59" w:rsidRDefault="0095198F">
            <w:pPr>
              <w:jc w:val="center"/>
            </w:pPr>
            <w:r>
              <w:t>18</w:t>
            </w:r>
          </w:p>
        </w:tc>
        <w:tc>
          <w:tcPr>
            <w:tcW w:w="0" w:type="auto"/>
          </w:tcPr>
          <w:p w14:paraId="1A3C6EC5" w14:textId="77777777" w:rsidR="007A5E59" w:rsidRDefault="0095198F">
            <w:r>
              <w:t>Спасск уч.2-6</w:t>
            </w:r>
          </w:p>
        </w:tc>
        <w:tc>
          <w:tcPr>
            <w:tcW w:w="0" w:type="auto"/>
          </w:tcPr>
          <w:p w14:paraId="1B724227" w14:textId="77777777" w:rsidR="007A5E59" w:rsidRDefault="0095198F">
            <w:pPr>
              <w:jc w:val="center"/>
            </w:pPr>
            <w:r>
              <w:t>25</w:t>
            </w:r>
          </w:p>
        </w:tc>
        <w:tc>
          <w:tcPr>
            <w:tcW w:w="0" w:type="auto"/>
          </w:tcPr>
          <w:p w14:paraId="096089B2" w14:textId="77777777" w:rsidR="007A5E59" w:rsidRDefault="0095198F">
            <w:pPr>
              <w:jc w:val="center"/>
            </w:pPr>
            <w:r>
              <w:t>1980</w:t>
            </w:r>
          </w:p>
        </w:tc>
        <w:tc>
          <w:tcPr>
            <w:tcW w:w="0" w:type="auto"/>
          </w:tcPr>
          <w:p w14:paraId="578F15A1" w14:textId="77777777" w:rsidR="007A5E59" w:rsidRDefault="0095198F">
            <w:pPr>
              <w:jc w:val="center"/>
            </w:pPr>
            <w:r>
              <w:t>20</w:t>
            </w:r>
          </w:p>
        </w:tc>
        <w:tc>
          <w:tcPr>
            <w:tcW w:w="0" w:type="auto"/>
          </w:tcPr>
          <w:p w14:paraId="273DA286" w14:textId="77777777" w:rsidR="007A5E59" w:rsidRDefault="0095198F">
            <w:r>
              <w:t>надз.</w:t>
            </w:r>
          </w:p>
        </w:tc>
      </w:tr>
      <w:tr w:rsidR="007A5E59" w14:paraId="76551966" w14:textId="77777777">
        <w:trPr>
          <w:jc w:val="center"/>
        </w:trPr>
        <w:tc>
          <w:tcPr>
            <w:tcW w:w="0" w:type="auto"/>
          </w:tcPr>
          <w:p w14:paraId="02F43B56" w14:textId="77777777" w:rsidR="007A5E59" w:rsidRDefault="0095198F">
            <w:pPr>
              <w:jc w:val="center"/>
            </w:pPr>
            <w:r>
              <w:t>19</w:t>
            </w:r>
          </w:p>
        </w:tc>
        <w:tc>
          <w:tcPr>
            <w:tcW w:w="0" w:type="auto"/>
          </w:tcPr>
          <w:p w14:paraId="6E94F7B5" w14:textId="77777777" w:rsidR="007A5E59" w:rsidRDefault="0095198F">
            <w:r>
              <w:t>Спасск уч.2-7</w:t>
            </w:r>
          </w:p>
        </w:tc>
        <w:tc>
          <w:tcPr>
            <w:tcW w:w="0" w:type="auto"/>
          </w:tcPr>
          <w:p w14:paraId="63EFC4B2" w14:textId="77777777" w:rsidR="007A5E59" w:rsidRDefault="0095198F">
            <w:pPr>
              <w:jc w:val="center"/>
            </w:pPr>
            <w:r>
              <w:t>50</w:t>
            </w:r>
          </w:p>
        </w:tc>
        <w:tc>
          <w:tcPr>
            <w:tcW w:w="0" w:type="auto"/>
          </w:tcPr>
          <w:p w14:paraId="0059D33C" w14:textId="77777777" w:rsidR="007A5E59" w:rsidRDefault="0095198F">
            <w:pPr>
              <w:jc w:val="center"/>
            </w:pPr>
            <w:r>
              <w:t>2013</w:t>
            </w:r>
          </w:p>
        </w:tc>
        <w:tc>
          <w:tcPr>
            <w:tcW w:w="0" w:type="auto"/>
          </w:tcPr>
          <w:p w14:paraId="11094DDC" w14:textId="77777777" w:rsidR="007A5E59" w:rsidRDefault="0095198F">
            <w:pPr>
              <w:jc w:val="center"/>
            </w:pPr>
            <w:r>
              <w:t>130</w:t>
            </w:r>
          </w:p>
        </w:tc>
        <w:tc>
          <w:tcPr>
            <w:tcW w:w="0" w:type="auto"/>
          </w:tcPr>
          <w:p w14:paraId="2CFCB915" w14:textId="77777777" w:rsidR="007A5E59" w:rsidRDefault="0095198F">
            <w:r>
              <w:t>надз.</w:t>
            </w:r>
          </w:p>
        </w:tc>
      </w:tr>
    </w:tbl>
    <w:p w14:paraId="39BC4801" w14:textId="77777777" w:rsidR="007A5E59" w:rsidRDefault="007A5E59"/>
    <w:sectPr w:rsidR="007A5E59" w:rsidSect="00034616">
      <w:footerReference w:type="default" r:id="rId107"/>
      <w:pgSz w:w="11906" w:h="16838"/>
      <w:pgMar w:top="1134" w:right="850"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B91FC" w14:textId="77777777" w:rsidR="00C650A7" w:rsidRDefault="00C650A7">
      <w:pPr>
        <w:spacing w:after="0" w:line="240" w:lineRule="auto"/>
      </w:pPr>
      <w:r>
        <w:separator/>
      </w:r>
    </w:p>
  </w:endnote>
  <w:endnote w:type="continuationSeparator" w:id="0">
    <w:p w14:paraId="759A19AC" w14:textId="77777777" w:rsidR="00C650A7" w:rsidRDefault="00C65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D733" w14:textId="77777777" w:rsidR="007A5E59" w:rsidRDefault="000C1F64">
    <w:pPr>
      <w:pStyle w:val="a7"/>
      <w:jc w:val="center"/>
    </w:pPr>
    <w:r>
      <w:fldChar w:fldCharType="begin"/>
    </w:r>
    <w:r w:rsidR="0095198F">
      <w:instrText>PAGE</w:instrText>
    </w:r>
    <w:r>
      <w:fldChar w:fldCharType="separate"/>
    </w:r>
    <w:r w:rsidR="00C07C05">
      <w:rPr>
        <w:noProof/>
      </w:rPr>
      <w:t>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111F" w14:textId="77777777" w:rsidR="007A5E59" w:rsidRDefault="000C1F64">
    <w:pPr>
      <w:pStyle w:val="a7"/>
      <w:jc w:val="center"/>
    </w:pPr>
    <w:r>
      <w:fldChar w:fldCharType="begin"/>
    </w:r>
    <w:r w:rsidR="0095198F">
      <w:instrText>PAGE</w:instrText>
    </w:r>
    <w:r>
      <w:fldChar w:fldCharType="separate"/>
    </w:r>
    <w:r w:rsidR="00C07C05">
      <w:rPr>
        <w:noProof/>
      </w:rPr>
      <w:t>29</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9362B" w14:textId="77777777" w:rsidR="007A5E59" w:rsidRDefault="000C1F64">
    <w:pPr>
      <w:pStyle w:val="a7"/>
      <w:jc w:val="center"/>
    </w:pPr>
    <w:r>
      <w:fldChar w:fldCharType="begin"/>
    </w:r>
    <w:r w:rsidR="0095198F">
      <w:instrText>PAGE</w:instrText>
    </w:r>
    <w:r>
      <w:fldChar w:fldCharType="separate"/>
    </w:r>
    <w:r w:rsidR="00C07C05">
      <w:rPr>
        <w:noProof/>
      </w:rPr>
      <w:t>30</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F0128" w14:textId="77777777" w:rsidR="007A5E59" w:rsidRDefault="000C1F64">
    <w:pPr>
      <w:pStyle w:val="a7"/>
      <w:jc w:val="center"/>
    </w:pPr>
    <w:r>
      <w:fldChar w:fldCharType="begin"/>
    </w:r>
    <w:r w:rsidR="0095198F">
      <w:instrText>PAGE</w:instrText>
    </w:r>
    <w:r>
      <w:fldChar w:fldCharType="separate"/>
    </w:r>
    <w:r w:rsidR="00C07C05">
      <w:rPr>
        <w:noProof/>
      </w:rPr>
      <w:t>32</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68D6E" w14:textId="77777777" w:rsidR="007A5E59" w:rsidRDefault="000C1F64">
    <w:pPr>
      <w:pStyle w:val="a7"/>
      <w:jc w:val="center"/>
    </w:pPr>
    <w:r>
      <w:fldChar w:fldCharType="begin"/>
    </w:r>
    <w:r w:rsidR="0095198F">
      <w:instrText>PAGE</w:instrText>
    </w:r>
    <w:r>
      <w:fldChar w:fldCharType="separate"/>
    </w:r>
    <w:r w:rsidR="00C07C05">
      <w:rPr>
        <w:noProof/>
      </w:rPr>
      <w:t>33</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4361" w14:textId="77777777" w:rsidR="007A5E59" w:rsidRDefault="000C1F64">
    <w:pPr>
      <w:pStyle w:val="a7"/>
      <w:jc w:val="center"/>
    </w:pPr>
    <w:r>
      <w:fldChar w:fldCharType="begin"/>
    </w:r>
    <w:r w:rsidR="0095198F">
      <w:instrText>PAGE</w:instrText>
    </w:r>
    <w:r>
      <w:fldChar w:fldCharType="separate"/>
    </w:r>
    <w:r w:rsidR="00C07C05">
      <w:rPr>
        <w:noProof/>
      </w:rPr>
      <w:t>35</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588A" w14:textId="77777777" w:rsidR="007A5E59" w:rsidRDefault="000C1F64">
    <w:pPr>
      <w:pStyle w:val="a7"/>
      <w:jc w:val="center"/>
    </w:pPr>
    <w:r>
      <w:fldChar w:fldCharType="begin"/>
    </w:r>
    <w:r w:rsidR="0095198F">
      <w:instrText>PAGE</w:instrText>
    </w:r>
    <w:r>
      <w:fldChar w:fldCharType="separate"/>
    </w:r>
    <w:r w:rsidR="00C07C05">
      <w:rPr>
        <w:noProof/>
      </w:rPr>
      <w:t>36</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2C21" w14:textId="77777777" w:rsidR="007A5E59" w:rsidRDefault="000C1F64">
    <w:pPr>
      <w:pStyle w:val="a7"/>
      <w:jc w:val="center"/>
    </w:pPr>
    <w:r>
      <w:fldChar w:fldCharType="begin"/>
    </w:r>
    <w:r w:rsidR="0095198F">
      <w:instrText>PAGE</w:instrText>
    </w:r>
    <w:r>
      <w:fldChar w:fldCharType="separate"/>
    </w:r>
    <w:r w:rsidR="00C07C05">
      <w:rPr>
        <w:noProof/>
      </w:rPr>
      <w:t>38</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14425" w14:textId="77777777" w:rsidR="007A5E59" w:rsidRDefault="000C1F64">
    <w:pPr>
      <w:pStyle w:val="a7"/>
      <w:jc w:val="center"/>
    </w:pPr>
    <w:r>
      <w:fldChar w:fldCharType="begin"/>
    </w:r>
    <w:r w:rsidR="0095198F">
      <w:instrText>PAGE</w:instrText>
    </w:r>
    <w:r>
      <w:fldChar w:fldCharType="separate"/>
    </w:r>
    <w:r w:rsidR="00C07C05">
      <w:rPr>
        <w:noProof/>
      </w:rPr>
      <w:t>39</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CEE3" w14:textId="77777777" w:rsidR="007A5E59" w:rsidRDefault="000C1F64">
    <w:pPr>
      <w:pStyle w:val="a7"/>
      <w:jc w:val="center"/>
    </w:pPr>
    <w:r>
      <w:fldChar w:fldCharType="begin"/>
    </w:r>
    <w:r w:rsidR="0095198F">
      <w:instrText>PAGE</w:instrText>
    </w:r>
    <w:r>
      <w:fldChar w:fldCharType="separate"/>
    </w:r>
    <w:r w:rsidR="00C07C05">
      <w:rPr>
        <w:noProof/>
      </w:rPr>
      <w:t>41</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18CEC" w14:textId="77777777" w:rsidR="007A5E59" w:rsidRDefault="000C1F64">
    <w:pPr>
      <w:pStyle w:val="a7"/>
      <w:jc w:val="center"/>
    </w:pPr>
    <w:r>
      <w:fldChar w:fldCharType="begin"/>
    </w:r>
    <w:r w:rsidR="0095198F">
      <w:instrText>PAGE</w:instrText>
    </w:r>
    <w:r>
      <w:fldChar w:fldCharType="separate"/>
    </w:r>
    <w:r w:rsidR="00C07C05">
      <w:rPr>
        <w:noProof/>
      </w:rPr>
      <w:t>42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EA877" w14:textId="77777777" w:rsidR="007A5E59" w:rsidRDefault="000C1F64">
    <w:pPr>
      <w:pStyle w:val="a7"/>
      <w:jc w:val="center"/>
    </w:pPr>
    <w:r>
      <w:fldChar w:fldCharType="begin"/>
    </w:r>
    <w:r w:rsidR="0095198F">
      <w:instrText>PAGE</w:instrText>
    </w:r>
    <w:r>
      <w:fldChar w:fldCharType="separate"/>
    </w:r>
    <w:r w:rsidR="00C07C05">
      <w:rPr>
        <w:noProof/>
      </w:rPr>
      <w:t>16</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7876" w14:textId="77777777" w:rsidR="007A5E59" w:rsidRDefault="000C1F64">
    <w:pPr>
      <w:pStyle w:val="a7"/>
      <w:jc w:val="center"/>
    </w:pPr>
    <w:r>
      <w:fldChar w:fldCharType="begin"/>
    </w:r>
    <w:r w:rsidR="0095198F">
      <w:instrText>PAGE</w:instrText>
    </w:r>
    <w:r>
      <w:fldChar w:fldCharType="separate"/>
    </w:r>
    <w:r w:rsidR="00C07C05">
      <w:rPr>
        <w:noProof/>
      </w:rPr>
      <w:t>44</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DD10" w14:textId="77777777" w:rsidR="007A5E59" w:rsidRDefault="000C1F64">
    <w:pPr>
      <w:pStyle w:val="a7"/>
      <w:jc w:val="center"/>
    </w:pPr>
    <w:r>
      <w:fldChar w:fldCharType="begin"/>
    </w:r>
    <w:r w:rsidR="0095198F">
      <w:instrText>PAGE</w:instrText>
    </w:r>
    <w:r>
      <w:fldChar w:fldCharType="separate"/>
    </w:r>
    <w:r w:rsidR="00C07C05">
      <w:rPr>
        <w:noProof/>
      </w:rPr>
      <w:t>45</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614E3" w14:textId="77777777" w:rsidR="007A5E59" w:rsidRDefault="000C1F64">
    <w:pPr>
      <w:pStyle w:val="a7"/>
      <w:jc w:val="center"/>
    </w:pPr>
    <w:r>
      <w:fldChar w:fldCharType="begin"/>
    </w:r>
    <w:r w:rsidR="0095198F">
      <w:instrText>PAGE</w:instrText>
    </w:r>
    <w:r>
      <w:fldChar w:fldCharType="separate"/>
    </w:r>
    <w:r w:rsidR="00C07C05">
      <w:rPr>
        <w:noProof/>
      </w:rPr>
      <w:t>47</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A2FE" w14:textId="77777777" w:rsidR="007A5E59" w:rsidRDefault="000C1F64">
    <w:pPr>
      <w:pStyle w:val="a7"/>
      <w:jc w:val="center"/>
    </w:pPr>
    <w:r>
      <w:fldChar w:fldCharType="begin"/>
    </w:r>
    <w:r w:rsidR="0095198F">
      <w:instrText>PAGE</w:instrText>
    </w:r>
    <w:r>
      <w:fldChar w:fldCharType="separate"/>
    </w:r>
    <w:r w:rsidR="00C07C05">
      <w:rPr>
        <w:noProof/>
      </w:rPr>
      <w:t>48</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7EC2D" w14:textId="77777777" w:rsidR="007A5E59" w:rsidRDefault="000C1F64">
    <w:pPr>
      <w:pStyle w:val="a7"/>
      <w:jc w:val="center"/>
    </w:pPr>
    <w:r>
      <w:fldChar w:fldCharType="begin"/>
    </w:r>
    <w:r w:rsidR="0095198F">
      <w:instrText>PAGE</w:instrText>
    </w:r>
    <w:r>
      <w:fldChar w:fldCharType="separate"/>
    </w:r>
    <w:r w:rsidR="00C07C05">
      <w:rPr>
        <w:noProof/>
      </w:rPr>
      <w:t>50</w:t>
    </w:r>
    <w: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A202" w14:textId="77777777" w:rsidR="007A5E59" w:rsidRDefault="000C1F64">
    <w:pPr>
      <w:pStyle w:val="a7"/>
      <w:jc w:val="center"/>
    </w:pPr>
    <w:r>
      <w:fldChar w:fldCharType="begin"/>
    </w:r>
    <w:r w:rsidR="0095198F">
      <w:instrText>PAGE</w:instrText>
    </w:r>
    <w:r>
      <w:fldChar w:fldCharType="separate"/>
    </w:r>
    <w:r w:rsidR="00C07C05">
      <w:rPr>
        <w:noProof/>
      </w:rPr>
      <w:t>51</w:t>
    </w:r>
    <w: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365C" w14:textId="77777777" w:rsidR="007A5E59" w:rsidRDefault="000C1F64">
    <w:pPr>
      <w:pStyle w:val="a7"/>
      <w:jc w:val="center"/>
    </w:pPr>
    <w:r>
      <w:fldChar w:fldCharType="begin"/>
    </w:r>
    <w:r w:rsidR="0095198F">
      <w:instrText>PAGE</w:instrText>
    </w:r>
    <w:r>
      <w:fldChar w:fldCharType="separate"/>
    </w:r>
    <w:r w:rsidR="00C07C05">
      <w:rPr>
        <w:noProof/>
      </w:rPr>
      <w:t>53</w:t>
    </w:r>
    <w: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2C8E7" w14:textId="77777777" w:rsidR="007A5E59" w:rsidRDefault="000C1F64">
    <w:pPr>
      <w:pStyle w:val="a7"/>
      <w:jc w:val="center"/>
    </w:pPr>
    <w:r>
      <w:fldChar w:fldCharType="begin"/>
    </w:r>
    <w:r w:rsidR="0095198F">
      <w:instrText>PAGE</w:instrText>
    </w:r>
    <w:r>
      <w:fldChar w:fldCharType="separate"/>
    </w:r>
    <w:r w:rsidR="00C07C05">
      <w:rPr>
        <w:noProof/>
      </w:rPr>
      <w:t>54</w:t>
    </w:r>
    <w: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6557" w14:textId="77777777" w:rsidR="007A5E59" w:rsidRDefault="000C1F64">
    <w:pPr>
      <w:pStyle w:val="a7"/>
      <w:jc w:val="center"/>
    </w:pPr>
    <w:r>
      <w:fldChar w:fldCharType="begin"/>
    </w:r>
    <w:r w:rsidR="0095198F">
      <w:instrText>PAGE</w:instrText>
    </w:r>
    <w:r>
      <w:fldChar w:fldCharType="separate"/>
    </w:r>
    <w:r w:rsidR="00C07C05">
      <w:rPr>
        <w:noProof/>
      </w:rPr>
      <w:t>56</w:t>
    </w:r>
    <w: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CD3B" w14:textId="77777777" w:rsidR="007A5E59" w:rsidRDefault="000C1F64">
    <w:pPr>
      <w:pStyle w:val="a7"/>
      <w:jc w:val="center"/>
    </w:pPr>
    <w:r>
      <w:fldChar w:fldCharType="begin"/>
    </w:r>
    <w:r w:rsidR="0095198F">
      <w:instrText>PAGE</w:instrText>
    </w:r>
    <w:r>
      <w:fldChar w:fldCharType="separate"/>
    </w:r>
    <w:r w:rsidR="00C07C05">
      <w:rPr>
        <w:noProof/>
      </w:rPr>
      <w:t>58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E743C" w14:textId="77777777" w:rsidR="007A5E59" w:rsidRDefault="000C1F64">
    <w:pPr>
      <w:pStyle w:val="a7"/>
      <w:jc w:val="center"/>
    </w:pPr>
    <w:r>
      <w:fldChar w:fldCharType="begin"/>
    </w:r>
    <w:r w:rsidR="0095198F">
      <w:instrText>PAGE</w:instrText>
    </w:r>
    <w:r>
      <w:fldChar w:fldCharType="separate"/>
    </w:r>
    <w:r w:rsidR="00C07C05">
      <w:rPr>
        <w:noProof/>
      </w:rPr>
      <w:t>18</w:t>
    </w:r>
    <w: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9934B" w14:textId="77777777" w:rsidR="007A5E59" w:rsidRDefault="000C1F64">
    <w:pPr>
      <w:pStyle w:val="a7"/>
      <w:jc w:val="center"/>
    </w:pPr>
    <w:r>
      <w:fldChar w:fldCharType="begin"/>
    </w:r>
    <w:r w:rsidR="0095198F">
      <w:instrText>PAGE</w:instrText>
    </w:r>
    <w:r>
      <w:fldChar w:fldCharType="separate"/>
    </w:r>
    <w:r w:rsidR="00C07C05">
      <w:rPr>
        <w:noProof/>
      </w:rPr>
      <w:t>59</w:t>
    </w:r>
    <w: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165C" w14:textId="77777777" w:rsidR="007A5E59" w:rsidRDefault="000C1F64">
    <w:pPr>
      <w:pStyle w:val="a7"/>
      <w:jc w:val="center"/>
    </w:pPr>
    <w:r>
      <w:fldChar w:fldCharType="begin"/>
    </w:r>
    <w:r w:rsidR="0095198F">
      <w:instrText>PAGE</w:instrText>
    </w:r>
    <w:r>
      <w:fldChar w:fldCharType="separate"/>
    </w:r>
    <w:r w:rsidR="00C07C05">
      <w:rPr>
        <w:noProof/>
      </w:rPr>
      <w:t>61</w:t>
    </w:r>
    <w: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128C" w14:textId="77777777" w:rsidR="007A5E59" w:rsidRDefault="000C1F64">
    <w:pPr>
      <w:pStyle w:val="a7"/>
      <w:jc w:val="center"/>
    </w:pPr>
    <w:r>
      <w:fldChar w:fldCharType="begin"/>
    </w:r>
    <w:r w:rsidR="0095198F">
      <w:instrText>PAGE</w:instrText>
    </w:r>
    <w:r>
      <w:fldChar w:fldCharType="separate"/>
    </w:r>
    <w:r w:rsidR="00C07C05">
      <w:rPr>
        <w:noProof/>
      </w:rPr>
      <w:t>62</w:t>
    </w:r>
    <w: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640D" w14:textId="77777777" w:rsidR="007A5E59" w:rsidRDefault="000C1F64">
    <w:pPr>
      <w:pStyle w:val="a7"/>
      <w:jc w:val="center"/>
    </w:pPr>
    <w:r>
      <w:fldChar w:fldCharType="begin"/>
    </w:r>
    <w:r w:rsidR="0095198F">
      <w:instrText>PAGE</w:instrText>
    </w:r>
    <w:r>
      <w:fldChar w:fldCharType="separate"/>
    </w:r>
    <w:r w:rsidR="00C07C05">
      <w:rPr>
        <w:noProof/>
      </w:rPr>
      <w:t>63</w:t>
    </w:r>
    <w: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855B" w14:textId="77777777" w:rsidR="007A5E59" w:rsidRDefault="000C1F64">
    <w:pPr>
      <w:pStyle w:val="a7"/>
      <w:jc w:val="center"/>
    </w:pPr>
    <w:r>
      <w:fldChar w:fldCharType="begin"/>
    </w:r>
    <w:r w:rsidR="0095198F">
      <w:instrText>PAGE</w:instrText>
    </w:r>
    <w:r>
      <w:fldChar w:fldCharType="separate"/>
    </w:r>
    <w:r w:rsidR="00C07C05">
      <w:rPr>
        <w:noProof/>
      </w:rPr>
      <w:t>66</w:t>
    </w:r>
    <w: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DDB0E" w14:textId="77777777" w:rsidR="007A5E59" w:rsidRDefault="000C1F64">
    <w:pPr>
      <w:pStyle w:val="a7"/>
      <w:jc w:val="center"/>
    </w:pPr>
    <w:r>
      <w:fldChar w:fldCharType="begin"/>
    </w:r>
    <w:r w:rsidR="0095198F">
      <w:instrText>PAGE</w:instrText>
    </w:r>
    <w:r>
      <w:fldChar w:fldCharType="separate"/>
    </w:r>
    <w:r w:rsidR="00C07C05">
      <w:rPr>
        <w:noProof/>
      </w:rPr>
      <w:t>67</w:t>
    </w:r>
    <w: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A3D" w14:textId="77777777" w:rsidR="007A5E59" w:rsidRDefault="000C1F64">
    <w:pPr>
      <w:pStyle w:val="a7"/>
      <w:jc w:val="center"/>
    </w:pPr>
    <w:r>
      <w:fldChar w:fldCharType="begin"/>
    </w:r>
    <w:r w:rsidR="0095198F">
      <w:instrText>PAGE</w:instrText>
    </w:r>
    <w:r>
      <w:fldChar w:fldCharType="separate"/>
    </w:r>
    <w:r w:rsidR="00C07C05">
      <w:rPr>
        <w:noProof/>
      </w:rPr>
      <w:t>68</w:t>
    </w:r>
    <w: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96A9" w14:textId="77777777" w:rsidR="007A5E59" w:rsidRDefault="000C1F64">
    <w:pPr>
      <w:pStyle w:val="a7"/>
      <w:jc w:val="center"/>
    </w:pPr>
    <w:r>
      <w:fldChar w:fldCharType="begin"/>
    </w:r>
    <w:r w:rsidR="0095198F">
      <w:instrText>PAGE</w:instrText>
    </w:r>
    <w:r>
      <w:fldChar w:fldCharType="separate"/>
    </w:r>
    <w:r w:rsidR="00C07C05">
      <w:rPr>
        <w:noProof/>
      </w:rPr>
      <w:t>71</w:t>
    </w:r>
    <w: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4819D" w14:textId="77777777" w:rsidR="007A5E59" w:rsidRDefault="000C1F64">
    <w:pPr>
      <w:pStyle w:val="a7"/>
      <w:jc w:val="center"/>
    </w:pPr>
    <w:r>
      <w:fldChar w:fldCharType="begin"/>
    </w:r>
    <w:r w:rsidR="0095198F">
      <w:instrText>PAGE</w:instrText>
    </w:r>
    <w:r>
      <w:fldChar w:fldCharType="separate"/>
    </w:r>
    <w:r w:rsidR="00C07C05">
      <w:rPr>
        <w:noProof/>
      </w:rPr>
      <w:t>73</w:t>
    </w:r>
    <w: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15C4" w14:textId="77777777" w:rsidR="007A5E59" w:rsidRDefault="000C1F64">
    <w:pPr>
      <w:pStyle w:val="a7"/>
      <w:jc w:val="center"/>
    </w:pPr>
    <w:r>
      <w:fldChar w:fldCharType="begin"/>
    </w:r>
    <w:r w:rsidR="0095198F">
      <w:instrText>PAGE</w:instrText>
    </w:r>
    <w:r>
      <w:fldChar w:fldCharType="separate"/>
    </w:r>
    <w:r w:rsidR="00C07C05">
      <w:rPr>
        <w:noProof/>
      </w:rPr>
      <w:t>76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7749" w14:textId="77777777" w:rsidR="007A5E59" w:rsidRDefault="000C1F64">
    <w:pPr>
      <w:pStyle w:val="a7"/>
      <w:jc w:val="center"/>
    </w:pPr>
    <w:r>
      <w:fldChar w:fldCharType="begin"/>
    </w:r>
    <w:r w:rsidR="0095198F">
      <w:instrText>PAGE</w:instrText>
    </w:r>
    <w:r>
      <w:fldChar w:fldCharType="separate"/>
    </w:r>
    <w:r w:rsidR="00C07C05">
      <w:rPr>
        <w:noProof/>
      </w:rPr>
      <w:t>19</w:t>
    </w:r>
    <w: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DD67" w14:textId="77777777" w:rsidR="007A5E59" w:rsidRDefault="000C1F64">
    <w:pPr>
      <w:pStyle w:val="a7"/>
      <w:jc w:val="center"/>
    </w:pPr>
    <w:r>
      <w:fldChar w:fldCharType="begin"/>
    </w:r>
    <w:r w:rsidR="0095198F">
      <w:instrText>PAGE</w:instrText>
    </w:r>
    <w:r>
      <w:fldChar w:fldCharType="separate"/>
    </w:r>
    <w:r w:rsidR="00C07C05">
      <w:rPr>
        <w:noProof/>
      </w:rPr>
      <w:t>81</w:t>
    </w:r>
    <w: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C4B5" w14:textId="77777777" w:rsidR="007A5E59" w:rsidRDefault="000C1F64">
    <w:pPr>
      <w:pStyle w:val="a7"/>
      <w:jc w:val="center"/>
    </w:pPr>
    <w:r>
      <w:fldChar w:fldCharType="begin"/>
    </w:r>
    <w:r w:rsidR="0095198F">
      <w:instrText>PAGE</w:instrText>
    </w:r>
    <w:r>
      <w:fldChar w:fldCharType="separate"/>
    </w:r>
    <w:r w:rsidR="00C07C05">
      <w:rPr>
        <w:noProof/>
      </w:rPr>
      <w:t>93</w:t>
    </w:r>
    <w: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5A9D" w14:textId="77777777" w:rsidR="007A5E59" w:rsidRDefault="000C1F64">
    <w:pPr>
      <w:pStyle w:val="a7"/>
      <w:jc w:val="center"/>
    </w:pPr>
    <w:r>
      <w:fldChar w:fldCharType="begin"/>
    </w:r>
    <w:r w:rsidR="0095198F">
      <w:instrText>PAGE</w:instrText>
    </w:r>
    <w:r>
      <w:fldChar w:fldCharType="separate"/>
    </w:r>
    <w:r w:rsidR="00C07C05">
      <w:rPr>
        <w:noProof/>
      </w:rPr>
      <w:t>94</w:t>
    </w:r>
    <w: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4411" w14:textId="77777777" w:rsidR="007A5E59" w:rsidRDefault="000C1F64">
    <w:pPr>
      <w:pStyle w:val="a7"/>
      <w:jc w:val="center"/>
    </w:pPr>
    <w:r>
      <w:fldChar w:fldCharType="begin"/>
    </w:r>
    <w:r w:rsidR="0095198F">
      <w:instrText>PAGE</w:instrText>
    </w:r>
    <w:r>
      <w:fldChar w:fldCharType="separate"/>
    </w:r>
    <w:r w:rsidR="00C07C05">
      <w:rPr>
        <w:noProof/>
      </w:rPr>
      <w:t>96</w:t>
    </w:r>
    <w: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D5E2" w14:textId="77777777" w:rsidR="007A5E59" w:rsidRDefault="000C1F64">
    <w:pPr>
      <w:pStyle w:val="a7"/>
      <w:jc w:val="center"/>
    </w:pPr>
    <w:r>
      <w:fldChar w:fldCharType="begin"/>
    </w:r>
    <w:r w:rsidR="0095198F">
      <w:instrText>PAGE</w:instrText>
    </w:r>
    <w:r>
      <w:fldChar w:fldCharType="separate"/>
    </w:r>
    <w:r w:rsidR="00C07C05">
      <w:rPr>
        <w:noProof/>
      </w:rPr>
      <w:t>97</w:t>
    </w:r>
    <w: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B690A" w14:textId="77777777" w:rsidR="007A5E59" w:rsidRDefault="000C1F64">
    <w:pPr>
      <w:pStyle w:val="a7"/>
      <w:jc w:val="center"/>
    </w:pPr>
    <w:r>
      <w:fldChar w:fldCharType="begin"/>
    </w:r>
    <w:r w:rsidR="0095198F">
      <w:instrText>PAGE</w:instrText>
    </w:r>
    <w:r>
      <w:fldChar w:fldCharType="separate"/>
    </w:r>
    <w:r w:rsidR="00C07C05">
      <w:rPr>
        <w:noProof/>
      </w:rPr>
      <w:t>98</w:t>
    </w:r>
    <w: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A9D79" w14:textId="77777777" w:rsidR="007A5E59" w:rsidRDefault="000C1F64">
    <w:pPr>
      <w:pStyle w:val="a7"/>
      <w:jc w:val="center"/>
    </w:pPr>
    <w:r>
      <w:fldChar w:fldCharType="begin"/>
    </w:r>
    <w:r w:rsidR="0095198F">
      <w:instrText>PAGE</w:instrText>
    </w:r>
    <w:r>
      <w:fldChar w:fldCharType="separate"/>
    </w:r>
    <w:r w:rsidR="00C07C05">
      <w:rPr>
        <w:noProof/>
      </w:rPr>
      <w:t>99</w:t>
    </w:r>
    <w: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2BA4" w14:textId="77777777" w:rsidR="007A5E59" w:rsidRDefault="000C1F64">
    <w:pPr>
      <w:pStyle w:val="a7"/>
      <w:jc w:val="center"/>
    </w:pPr>
    <w:r>
      <w:fldChar w:fldCharType="begin"/>
    </w:r>
    <w:r w:rsidR="0095198F">
      <w:instrText>PAGE</w:instrText>
    </w:r>
    <w:r>
      <w:fldChar w:fldCharType="separate"/>
    </w:r>
    <w:r w:rsidR="00C07C05">
      <w:rPr>
        <w:noProof/>
      </w:rPr>
      <w:t>100</w:t>
    </w:r>
    <w: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1247" w14:textId="77777777" w:rsidR="007A5E59" w:rsidRDefault="000C1F64">
    <w:pPr>
      <w:pStyle w:val="a7"/>
      <w:jc w:val="center"/>
    </w:pPr>
    <w:r>
      <w:fldChar w:fldCharType="begin"/>
    </w:r>
    <w:r w:rsidR="0095198F">
      <w:instrText>PAGE</w:instrText>
    </w:r>
    <w:r>
      <w:fldChar w:fldCharType="separate"/>
    </w:r>
    <w:r w:rsidR="00C07C05">
      <w:rPr>
        <w:noProof/>
      </w:rPr>
      <w:t>101</w:t>
    </w:r>
    <w: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6863" w14:textId="77777777" w:rsidR="007A5E59" w:rsidRDefault="000C1F64">
    <w:pPr>
      <w:pStyle w:val="a7"/>
      <w:jc w:val="center"/>
    </w:pPr>
    <w:r>
      <w:fldChar w:fldCharType="begin"/>
    </w:r>
    <w:r w:rsidR="0095198F">
      <w:instrText>PAGE</w:instrText>
    </w:r>
    <w:r>
      <w:fldChar w:fldCharType="separate"/>
    </w:r>
    <w:r w:rsidR="00C07C05">
      <w:rPr>
        <w:noProof/>
      </w:rPr>
      <w:t>102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DCA4C" w14:textId="77777777" w:rsidR="007A5E59" w:rsidRDefault="000C1F64">
    <w:pPr>
      <w:pStyle w:val="a7"/>
      <w:jc w:val="center"/>
    </w:pPr>
    <w:r>
      <w:fldChar w:fldCharType="begin"/>
    </w:r>
    <w:r w:rsidR="0095198F">
      <w:instrText>PAGE</w:instrText>
    </w:r>
    <w:r>
      <w:fldChar w:fldCharType="separate"/>
    </w:r>
    <w:r w:rsidR="00C07C05">
      <w:rPr>
        <w:noProof/>
      </w:rPr>
      <w:t>20</w:t>
    </w:r>
    <w: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82046" w14:textId="77777777" w:rsidR="007A5E59" w:rsidRDefault="000C1F64">
    <w:pPr>
      <w:pStyle w:val="a7"/>
      <w:jc w:val="center"/>
    </w:pPr>
    <w:r>
      <w:fldChar w:fldCharType="begin"/>
    </w:r>
    <w:r w:rsidR="0095198F">
      <w:instrText>PAGE</w:instrText>
    </w:r>
    <w:r>
      <w:fldChar w:fldCharType="separate"/>
    </w:r>
    <w:r w:rsidR="00C07C05">
      <w:rPr>
        <w:noProof/>
      </w:rPr>
      <w:t>103</w:t>
    </w:r>
    <w: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AFE5" w14:textId="77777777" w:rsidR="007A5E59" w:rsidRDefault="000C1F64">
    <w:pPr>
      <w:pStyle w:val="a7"/>
      <w:jc w:val="center"/>
    </w:pPr>
    <w:r>
      <w:fldChar w:fldCharType="begin"/>
    </w:r>
    <w:r w:rsidR="0095198F">
      <w:instrText>PAGE</w:instrText>
    </w:r>
    <w:r>
      <w:fldChar w:fldCharType="separate"/>
    </w:r>
    <w:r w:rsidR="00C07C05">
      <w:rPr>
        <w:noProof/>
      </w:rPr>
      <w:t>113</w:t>
    </w:r>
    <w: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84E3" w14:textId="77777777" w:rsidR="007A5E59" w:rsidRDefault="000C1F64">
    <w:pPr>
      <w:pStyle w:val="a7"/>
      <w:jc w:val="center"/>
    </w:pPr>
    <w:r>
      <w:fldChar w:fldCharType="begin"/>
    </w:r>
    <w:r w:rsidR="0095198F">
      <w:instrText>PAGE</w:instrText>
    </w:r>
    <w:r>
      <w:fldChar w:fldCharType="separate"/>
    </w:r>
    <w:r w:rsidR="00C07C05">
      <w:rPr>
        <w:noProof/>
      </w:rPr>
      <w:t>115</w:t>
    </w:r>
    <w: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FAAD" w14:textId="77777777" w:rsidR="007A5E59" w:rsidRDefault="000C1F64">
    <w:pPr>
      <w:pStyle w:val="a7"/>
      <w:jc w:val="center"/>
    </w:pPr>
    <w:r>
      <w:fldChar w:fldCharType="begin"/>
    </w:r>
    <w:r w:rsidR="0095198F">
      <w:instrText>PAGE</w:instrText>
    </w:r>
    <w:r>
      <w:fldChar w:fldCharType="separate"/>
    </w:r>
    <w:r w:rsidR="00C07C05">
      <w:rPr>
        <w:noProof/>
      </w:rPr>
      <w:t>125</w:t>
    </w:r>
    <w: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424C" w14:textId="77777777" w:rsidR="007A5E59" w:rsidRDefault="000C1F64">
    <w:pPr>
      <w:pStyle w:val="a7"/>
      <w:jc w:val="center"/>
    </w:pPr>
    <w:r>
      <w:fldChar w:fldCharType="begin"/>
    </w:r>
    <w:r w:rsidR="0095198F">
      <w:instrText>PAGE</w:instrText>
    </w:r>
    <w:r>
      <w:fldChar w:fldCharType="separate"/>
    </w:r>
    <w:r w:rsidR="00C07C05">
      <w:rPr>
        <w:noProof/>
      </w:rPr>
      <w:t>127</w:t>
    </w:r>
    <w: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F4AD" w14:textId="77777777" w:rsidR="007A5E59" w:rsidRDefault="000C1F64">
    <w:pPr>
      <w:pStyle w:val="a7"/>
      <w:jc w:val="center"/>
    </w:pPr>
    <w:r>
      <w:fldChar w:fldCharType="begin"/>
    </w:r>
    <w:r w:rsidR="0095198F">
      <w:instrText>PAGE</w:instrText>
    </w:r>
    <w:r>
      <w:fldChar w:fldCharType="separate"/>
    </w:r>
    <w:r w:rsidR="00C07C05">
      <w:rPr>
        <w:noProof/>
      </w:rPr>
      <w:t>129</w:t>
    </w:r>
    <w: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0380" w14:textId="77777777" w:rsidR="007A5E59" w:rsidRDefault="000C1F64">
    <w:pPr>
      <w:pStyle w:val="a7"/>
      <w:jc w:val="center"/>
    </w:pPr>
    <w:r>
      <w:fldChar w:fldCharType="begin"/>
    </w:r>
    <w:r w:rsidR="0095198F">
      <w:instrText>PAGE</w:instrText>
    </w:r>
    <w:r>
      <w:fldChar w:fldCharType="separate"/>
    </w:r>
    <w:r w:rsidR="00C07C05">
      <w:rPr>
        <w:noProof/>
      </w:rPr>
      <w:t>130</w:t>
    </w:r>
    <w: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1C35" w14:textId="77777777" w:rsidR="007A5E59" w:rsidRDefault="000C1F64">
    <w:pPr>
      <w:pStyle w:val="a7"/>
      <w:jc w:val="center"/>
    </w:pPr>
    <w:r>
      <w:fldChar w:fldCharType="begin"/>
    </w:r>
    <w:r w:rsidR="0095198F">
      <w:instrText>PAGE</w:instrText>
    </w:r>
    <w:r>
      <w:fldChar w:fldCharType="separate"/>
    </w:r>
    <w:r w:rsidR="00C07C05">
      <w:rPr>
        <w:noProof/>
      </w:rPr>
      <w:t>136</w:t>
    </w:r>
    <w: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D38B" w14:textId="77777777" w:rsidR="007A5E59" w:rsidRDefault="000C1F64">
    <w:pPr>
      <w:pStyle w:val="a7"/>
      <w:jc w:val="center"/>
    </w:pPr>
    <w:r>
      <w:fldChar w:fldCharType="begin"/>
    </w:r>
    <w:r w:rsidR="0095198F">
      <w:instrText>PAGE</w:instrText>
    </w:r>
    <w:r>
      <w:fldChar w:fldCharType="separate"/>
    </w:r>
    <w:r w:rsidR="00C07C05">
      <w:rPr>
        <w:noProof/>
      </w:rPr>
      <w:t>139</w:t>
    </w:r>
    <w: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70B0D" w14:textId="77777777" w:rsidR="007A5E59" w:rsidRDefault="000C1F64">
    <w:pPr>
      <w:pStyle w:val="a7"/>
      <w:jc w:val="center"/>
    </w:pPr>
    <w:r>
      <w:fldChar w:fldCharType="begin"/>
    </w:r>
    <w:r w:rsidR="0095198F">
      <w:instrText>PAGE</w:instrText>
    </w:r>
    <w:r>
      <w:fldChar w:fldCharType="separate"/>
    </w:r>
    <w:r w:rsidR="00C07C05">
      <w:rPr>
        <w:noProof/>
      </w:rPr>
      <w:t>141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884DD" w14:textId="77777777" w:rsidR="007A5E59" w:rsidRDefault="000C1F64">
    <w:pPr>
      <w:pStyle w:val="a7"/>
      <w:jc w:val="center"/>
    </w:pPr>
    <w:r>
      <w:fldChar w:fldCharType="begin"/>
    </w:r>
    <w:r w:rsidR="0095198F">
      <w:instrText>PAGE</w:instrText>
    </w:r>
    <w:r>
      <w:fldChar w:fldCharType="separate"/>
    </w:r>
    <w:r w:rsidR="00C07C05">
      <w:rPr>
        <w:noProof/>
      </w:rPr>
      <w:t>21</w:t>
    </w:r>
    <w: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D6750" w14:textId="77777777" w:rsidR="007A5E59" w:rsidRDefault="000C1F64">
    <w:pPr>
      <w:pStyle w:val="a7"/>
      <w:jc w:val="center"/>
    </w:pPr>
    <w:r>
      <w:fldChar w:fldCharType="begin"/>
    </w:r>
    <w:r w:rsidR="0095198F">
      <w:instrText>PAGE</w:instrText>
    </w:r>
    <w:r>
      <w:fldChar w:fldCharType="separate"/>
    </w:r>
    <w:r w:rsidR="00C07C05">
      <w:rPr>
        <w:noProof/>
      </w:rPr>
      <w:t>145</w:t>
    </w:r>
    <w: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711C4" w14:textId="77777777" w:rsidR="007A5E59" w:rsidRDefault="000C1F64">
    <w:pPr>
      <w:pStyle w:val="a7"/>
      <w:jc w:val="center"/>
    </w:pPr>
    <w:r>
      <w:fldChar w:fldCharType="begin"/>
    </w:r>
    <w:r w:rsidR="0095198F">
      <w:instrText>PAGE</w:instrText>
    </w:r>
    <w:r>
      <w:fldChar w:fldCharType="separate"/>
    </w:r>
    <w:r w:rsidR="00C07C05">
      <w:rPr>
        <w:noProof/>
      </w:rPr>
      <w:t>148</w:t>
    </w:r>
    <w: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87501" w14:textId="77777777" w:rsidR="007A5E59" w:rsidRDefault="000C1F64">
    <w:pPr>
      <w:pStyle w:val="a7"/>
      <w:jc w:val="center"/>
    </w:pPr>
    <w:r>
      <w:fldChar w:fldCharType="begin"/>
    </w:r>
    <w:r w:rsidR="0095198F">
      <w:instrText>PAGE</w:instrText>
    </w:r>
    <w:r>
      <w:fldChar w:fldCharType="separate"/>
    </w:r>
    <w:r w:rsidR="00C07C05">
      <w:rPr>
        <w:noProof/>
      </w:rPr>
      <w:t>150</w:t>
    </w:r>
    <w: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279A" w14:textId="77777777" w:rsidR="007A5E59" w:rsidRDefault="000C1F64">
    <w:pPr>
      <w:pStyle w:val="a7"/>
      <w:jc w:val="center"/>
    </w:pPr>
    <w:r>
      <w:fldChar w:fldCharType="begin"/>
    </w:r>
    <w:r w:rsidR="0095198F">
      <w:instrText>PAGE</w:instrText>
    </w:r>
    <w:r>
      <w:fldChar w:fldCharType="separate"/>
    </w:r>
    <w:r w:rsidR="00C07C05">
      <w:rPr>
        <w:noProof/>
      </w:rPr>
      <w:t>155</w:t>
    </w:r>
    <w: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992C" w14:textId="77777777" w:rsidR="007A5E59" w:rsidRDefault="000C1F64">
    <w:pPr>
      <w:pStyle w:val="a7"/>
      <w:jc w:val="center"/>
    </w:pPr>
    <w:r>
      <w:fldChar w:fldCharType="begin"/>
    </w:r>
    <w:r w:rsidR="0095198F">
      <w:instrText>PAGE</w:instrText>
    </w:r>
    <w:r>
      <w:fldChar w:fldCharType="separate"/>
    </w:r>
    <w:r w:rsidR="00C07C05">
      <w:rPr>
        <w:noProof/>
      </w:rPr>
      <w:t>156</w:t>
    </w:r>
    <w: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57DB" w14:textId="77777777" w:rsidR="007A5E59" w:rsidRDefault="000C1F64">
    <w:pPr>
      <w:pStyle w:val="a7"/>
      <w:jc w:val="center"/>
    </w:pPr>
    <w:r>
      <w:fldChar w:fldCharType="begin"/>
    </w:r>
    <w:r w:rsidR="0095198F">
      <w:instrText>PAGE</w:instrText>
    </w:r>
    <w:r>
      <w:fldChar w:fldCharType="separate"/>
    </w:r>
    <w:r w:rsidR="00C07C05">
      <w:rPr>
        <w:noProof/>
      </w:rPr>
      <w:t>157</w:t>
    </w:r>
    <w: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ADFF0" w14:textId="77777777" w:rsidR="007A5E59" w:rsidRDefault="000C1F64">
    <w:pPr>
      <w:pStyle w:val="a7"/>
      <w:jc w:val="center"/>
    </w:pPr>
    <w:r>
      <w:fldChar w:fldCharType="begin"/>
    </w:r>
    <w:r w:rsidR="0095198F">
      <w:instrText>PAGE</w:instrText>
    </w:r>
    <w:r>
      <w:fldChar w:fldCharType="separate"/>
    </w:r>
    <w:r w:rsidR="00C07C05">
      <w:rPr>
        <w:noProof/>
      </w:rPr>
      <w:t>158</w:t>
    </w:r>
    <w: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9956D" w14:textId="77777777" w:rsidR="007A5E59" w:rsidRDefault="000C1F64">
    <w:pPr>
      <w:pStyle w:val="a7"/>
      <w:jc w:val="center"/>
    </w:pPr>
    <w:r>
      <w:fldChar w:fldCharType="begin"/>
    </w:r>
    <w:r w:rsidR="0095198F">
      <w:instrText>PAGE</w:instrText>
    </w:r>
    <w:r>
      <w:fldChar w:fldCharType="separate"/>
    </w:r>
    <w:r w:rsidR="00C07C05">
      <w:rPr>
        <w:noProof/>
      </w:rPr>
      <w:t>162</w:t>
    </w:r>
    <w: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8730" w14:textId="77777777" w:rsidR="007A5E59" w:rsidRDefault="000C1F64">
    <w:pPr>
      <w:pStyle w:val="a7"/>
      <w:jc w:val="center"/>
    </w:pPr>
    <w:r>
      <w:fldChar w:fldCharType="begin"/>
    </w:r>
    <w:r w:rsidR="0095198F">
      <w:instrText>PAGE</w:instrText>
    </w:r>
    <w:r>
      <w:fldChar w:fldCharType="separate"/>
    </w:r>
    <w:r w:rsidR="00C07C05">
      <w:rPr>
        <w:noProof/>
      </w:rPr>
      <w:t>163</w:t>
    </w:r>
    <w: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984F1" w14:textId="77777777" w:rsidR="007A5E59" w:rsidRDefault="000C1F64">
    <w:pPr>
      <w:pStyle w:val="a7"/>
      <w:jc w:val="center"/>
    </w:pPr>
    <w:r>
      <w:fldChar w:fldCharType="begin"/>
    </w:r>
    <w:r w:rsidR="0095198F">
      <w:instrText>PAGE</w:instrText>
    </w:r>
    <w:r>
      <w:fldChar w:fldCharType="separate"/>
    </w:r>
    <w:r w:rsidR="00C07C05">
      <w:rPr>
        <w:noProof/>
      </w:rPr>
      <w:t>186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A521" w14:textId="77777777" w:rsidR="007A5E59" w:rsidRDefault="000C1F64">
    <w:pPr>
      <w:pStyle w:val="a7"/>
      <w:jc w:val="center"/>
    </w:pPr>
    <w:r>
      <w:fldChar w:fldCharType="begin"/>
    </w:r>
    <w:r w:rsidR="0095198F">
      <w:instrText>PAGE</w:instrText>
    </w:r>
    <w:r>
      <w:fldChar w:fldCharType="separate"/>
    </w:r>
    <w:r w:rsidR="00C07C05">
      <w:rPr>
        <w:noProof/>
      </w:rPr>
      <w:t>22</w:t>
    </w:r>
    <w: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C33E" w14:textId="77777777" w:rsidR="007A5E59" w:rsidRDefault="000C1F64">
    <w:pPr>
      <w:pStyle w:val="a7"/>
      <w:jc w:val="center"/>
    </w:pPr>
    <w:r>
      <w:fldChar w:fldCharType="begin"/>
    </w:r>
    <w:r w:rsidR="0095198F">
      <w:instrText>PAGE</w:instrText>
    </w:r>
    <w:r>
      <w:fldChar w:fldCharType="separate"/>
    </w:r>
    <w:r w:rsidR="00C07C05">
      <w:rPr>
        <w:noProof/>
      </w:rPr>
      <w:t>187</w:t>
    </w:r>
    <w: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D17F" w14:textId="77777777" w:rsidR="007A5E59" w:rsidRDefault="000C1F64">
    <w:pPr>
      <w:pStyle w:val="a7"/>
      <w:jc w:val="center"/>
    </w:pPr>
    <w:r>
      <w:fldChar w:fldCharType="begin"/>
    </w:r>
    <w:r w:rsidR="0095198F">
      <w:instrText>PAGE</w:instrText>
    </w:r>
    <w:r>
      <w:fldChar w:fldCharType="separate"/>
    </w:r>
    <w:r w:rsidR="00C07C05">
      <w:rPr>
        <w:noProof/>
      </w:rPr>
      <w:t>195</w:t>
    </w:r>
    <w: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66F8" w14:textId="77777777" w:rsidR="007A5E59" w:rsidRDefault="000C1F64">
    <w:pPr>
      <w:pStyle w:val="a7"/>
      <w:jc w:val="center"/>
    </w:pPr>
    <w:r>
      <w:fldChar w:fldCharType="begin"/>
    </w:r>
    <w:r w:rsidR="0095198F">
      <w:instrText>PAGE</w:instrText>
    </w:r>
    <w:r>
      <w:fldChar w:fldCharType="separate"/>
    </w:r>
    <w:r w:rsidR="00C07C05">
      <w:rPr>
        <w:noProof/>
      </w:rPr>
      <w:t>201</w:t>
    </w:r>
    <w: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8705" w14:textId="77777777" w:rsidR="007A5E59" w:rsidRDefault="000C1F64">
    <w:pPr>
      <w:pStyle w:val="a7"/>
      <w:jc w:val="center"/>
    </w:pPr>
    <w:r>
      <w:fldChar w:fldCharType="begin"/>
    </w:r>
    <w:r w:rsidR="0095198F">
      <w:instrText>PAGE</w:instrText>
    </w:r>
    <w:r>
      <w:fldChar w:fldCharType="separate"/>
    </w:r>
    <w:r w:rsidR="00C07C05">
      <w:rPr>
        <w:noProof/>
      </w:rPr>
      <w:t>204</w:t>
    </w:r>
    <w: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3C9B" w14:textId="77777777" w:rsidR="007A5E59" w:rsidRDefault="000C1F64">
    <w:pPr>
      <w:pStyle w:val="a7"/>
      <w:jc w:val="center"/>
    </w:pPr>
    <w:r>
      <w:fldChar w:fldCharType="begin"/>
    </w:r>
    <w:r w:rsidR="0095198F">
      <w:instrText>PAGE</w:instrText>
    </w:r>
    <w:r>
      <w:fldChar w:fldCharType="separate"/>
    </w:r>
    <w:r w:rsidR="00C07C05">
      <w:rPr>
        <w:noProof/>
      </w:rPr>
      <w:t>206</w:t>
    </w:r>
    <w: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B312F" w14:textId="77777777" w:rsidR="007A5E59" w:rsidRDefault="000C1F64">
    <w:pPr>
      <w:pStyle w:val="a7"/>
      <w:jc w:val="center"/>
    </w:pPr>
    <w:r>
      <w:fldChar w:fldCharType="begin"/>
    </w:r>
    <w:r w:rsidR="0095198F">
      <w:instrText>PAGE</w:instrText>
    </w:r>
    <w:r>
      <w:fldChar w:fldCharType="separate"/>
    </w:r>
    <w:r w:rsidR="00C07C05">
      <w:rPr>
        <w:noProof/>
      </w:rPr>
      <w:t>207</w:t>
    </w:r>
    <w: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6D9" w14:textId="77777777" w:rsidR="007A5E59" w:rsidRDefault="000C1F64">
    <w:pPr>
      <w:pStyle w:val="a7"/>
      <w:jc w:val="center"/>
    </w:pPr>
    <w:r>
      <w:fldChar w:fldCharType="begin"/>
    </w:r>
    <w:r w:rsidR="0095198F">
      <w:instrText>PAGE</w:instrText>
    </w:r>
    <w:r>
      <w:fldChar w:fldCharType="separate"/>
    </w:r>
    <w:r w:rsidR="00C07C05">
      <w:rPr>
        <w:noProof/>
      </w:rPr>
      <w:t>208</w:t>
    </w:r>
    <w: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6BD8" w14:textId="77777777" w:rsidR="007A5E59" w:rsidRDefault="000C1F64">
    <w:pPr>
      <w:pStyle w:val="a7"/>
      <w:jc w:val="center"/>
    </w:pPr>
    <w:r>
      <w:fldChar w:fldCharType="begin"/>
    </w:r>
    <w:r w:rsidR="0095198F">
      <w:instrText>PAGE</w:instrText>
    </w:r>
    <w:r>
      <w:fldChar w:fldCharType="separate"/>
    </w:r>
    <w:r w:rsidR="00C07C05">
      <w:rPr>
        <w:noProof/>
      </w:rPr>
      <w:t>216</w:t>
    </w:r>
    <w: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710D2" w14:textId="77777777" w:rsidR="007A5E59" w:rsidRDefault="000C1F64">
    <w:pPr>
      <w:pStyle w:val="a7"/>
      <w:jc w:val="center"/>
    </w:pPr>
    <w:r>
      <w:fldChar w:fldCharType="begin"/>
    </w:r>
    <w:r w:rsidR="0095198F">
      <w:instrText>PAGE</w:instrText>
    </w:r>
    <w:r>
      <w:fldChar w:fldCharType="separate"/>
    </w:r>
    <w:r w:rsidR="00C07C05">
      <w:rPr>
        <w:noProof/>
      </w:rPr>
      <w:t>225</w:t>
    </w:r>
    <w:r>
      <w:fldChar w:fldCharType="end"/>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D30E" w14:textId="77777777" w:rsidR="007A5E59" w:rsidRDefault="000C1F64">
    <w:pPr>
      <w:pStyle w:val="a7"/>
      <w:jc w:val="center"/>
    </w:pPr>
    <w:r>
      <w:fldChar w:fldCharType="begin"/>
    </w:r>
    <w:r w:rsidR="0095198F">
      <w:instrText>PAGE</w:instrText>
    </w:r>
    <w:r>
      <w:fldChar w:fldCharType="separate"/>
    </w:r>
    <w:r w:rsidR="00C07C05">
      <w:rPr>
        <w:noProof/>
      </w:rPr>
      <w:t>227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D408" w14:textId="77777777" w:rsidR="007A5E59" w:rsidRDefault="000C1F64">
    <w:pPr>
      <w:pStyle w:val="a7"/>
      <w:jc w:val="center"/>
    </w:pPr>
    <w:r>
      <w:fldChar w:fldCharType="begin"/>
    </w:r>
    <w:r w:rsidR="0095198F">
      <w:instrText>PAGE</w:instrText>
    </w:r>
    <w:r>
      <w:fldChar w:fldCharType="separate"/>
    </w:r>
    <w:r w:rsidR="00C07C05">
      <w:rPr>
        <w:noProof/>
      </w:rPr>
      <w:t>23</w:t>
    </w:r>
    <w:r>
      <w:fldChar w:fldCharType="end"/>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5EDE" w14:textId="77777777" w:rsidR="007A5E59" w:rsidRDefault="000C1F64">
    <w:pPr>
      <w:pStyle w:val="a7"/>
      <w:jc w:val="center"/>
    </w:pPr>
    <w:r>
      <w:fldChar w:fldCharType="begin"/>
    </w:r>
    <w:r w:rsidR="0095198F">
      <w:instrText>PAGE</w:instrText>
    </w:r>
    <w:r>
      <w:fldChar w:fldCharType="separate"/>
    </w:r>
    <w:r w:rsidR="00C07C05">
      <w:rPr>
        <w:noProof/>
      </w:rPr>
      <w:t>251</w:t>
    </w:r>
    <w: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437F4" w14:textId="77777777" w:rsidR="007A5E59" w:rsidRDefault="000C1F64">
    <w:pPr>
      <w:pStyle w:val="a7"/>
      <w:jc w:val="center"/>
    </w:pPr>
    <w:r>
      <w:fldChar w:fldCharType="begin"/>
    </w:r>
    <w:r w:rsidR="0095198F">
      <w:instrText>PAGE</w:instrText>
    </w:r>
    <w:r>
      <w:fldChar w:fldCharType="separate"/>
    </w:r>
    <w:r w:rsidR="00C07C05">
      <w:rPr>
        <w:noProof/>
      </w:rPr>
      <w:t>265</w:t>
    </w:r>
    <w:r>
      <w:fldChar w:fldCharType="end"/>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D6A5" w14:textId="77777777" w:rsidR="007A5E59" w:rsidRDefault="000C1F64">
    <w:pPr>
      <w:pStyle w:val="a7"/>
      <w:jc w:val="center"/>
    </w:pPr>
    <w:r>
      <w:fldChar w:fldCharType="begin"/>
    </w:r>
    <w:r w:rsidR="0095198F">
      <w:instrText>PAGE</w:instrText>
    </w:r>
    <w:r>
      <w:fldChar w:fldCharType="separate"/>
    </w:r>
    <w:r w:rsidR="00C07C05">
      <w:rPr>
        <w:noProof/>
      </w:rPr>
      <w:t>267</w:t>
    </w:r>
    <w:r>
      <w:fldChar w:fldCharType="end"/>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A73D" w14:textId="77777777" w:rsidR="007A5E59" w:rsidRDefault="000C1F64">
    <w:pPr>
      <w:pStyle w:val="a7"/>
      <w:jc w:val="center"/>
    </w:pPr>
    <w:r>
      <w:fldChar w:fldCharType="begin"/>
    </w:r>
    <w:r w:rsidR="0095198F">
      <w:instrText>PAGE</w:instrText>
    </w:r>
    <w:r>
      <w:fldChar w:fldCharType="separate"/>
    </w:r>
    <w:r w:rsidR="00C07C05">
      <w:rPr>
        <w:noProof/>
      </w:rPr>
      <w:t>334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97C34" w14:textId="77777777" w:rsidR="007A5E59" w:rsidRDefault="000C1F64">
    <w:pPr>
      <w:pStyle w:val="a7"/>
      <w:jc w:val="center"/>
    </w:pPr>
    <w:r>
      <w:fldChar w:fldCharType="begin"/>
    </w:r>
    <w:r w:rsidR="0095198F">
      <w:instrText>PAGE</w:instrText>
    </w:r>
    <w:r>
      <w:fldChar w:fldCharType="separate"/>
    </w:r>
    <w:r w:rsidR="00C07C05">
      <w:rPr>
        <w:noProof/>
      </w:rPr>
      <w:t>28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D6C8D" w14:textId="77777777" w:rsidR="00C650A7" w:rsidRDefault="00C650A7">
      <w:pPr>
        <w:spacing w:after="0" w:line="240" w:lineRule="auto"/>
      </w:pPr>
      <w:r>
        <w:separator/>
      </w:r>
    </w:p>
  </w:footnote>
  <w:footnote w:type="continuationSeparator" w:id="0">
    <w:p w14:paraId="0949CE18" w14:textId="77777777" w:rsidR="00C650A7" w:rsidRDefault="00C650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19487121">
    <w:abstractNumId w:val="8"/>
  </w:num>
  <w:num w:numId="2" w16cid:durableId="339506549">
    <w:abstractNumId w:val="6"/>
  </w:num>
  <w:num w:numId="3" w16cid:durableId="1068919112">
    <w:abstractNumId w:val="5"/>
  </w:num>
  <w:num w:numId="4" w16cid:durableId="1597060196">
    <w:abstractNumId w:val="4"/>
  </w:num>
  <w:num w:numId="5" w16cid:durableId="492336239">
    <w:abstractNumId w:val="7"/>
  </w:num>
  <w:num w:numId="6" w16cid:durableId="146671532">
    <w:abstractNumId w:val="3"/>
  </w:num>
  <w:num w:numId="7" w16cid:durableId="196940462">
    <w:abstractNumId w:val="2"/>
  </w:num>
  <w:num w:numId="8" w16cid:durableId="986014156">
    <w:abstractNumId w:val="1"/>
  </w:num>
  <w:num w:numId="9" w16cid:durableId="1480489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3823"/>
    <w:rsid w:val="0006063C"/>
    <w:rsid w:val="000772B4"/>
    <w:rsid w:val="000B00F6"/>
    <w:rsid w:val="000B5088"/>
    <w:rsid w:val="000B52F6"/>
    <w:rsid w:val="000C1F64"/>
    <w:rsid w:val="00102229"/>
    <w:rsid w:val="00130CE2"/>
    <w:rsid w:val="0015074B"/>
    <w:rsid w:val="001925BA"/>
    <w:rsid w:val="0019537C"/>
    <w:rsid w:val="001967AD"/>
    <w:rsid w:val="001F1187"/>
    <w:rsid w:val="001F718C"/>
    <w:rsid w:val="00241FB9"/>
    <w:rsid w:val="00296364"/>
    <w:rsid w:val="0029639D"/>
    <w:rsid w:val="002D1B25"/>
    <w:rsid w:val="002E153C"/>
    <w:rsid w:val="0030026E"/>
    <w:rsid w:val="00312815"/>
    <w:rsid w:val="00314B23"/>
    <w:rsid w:val="00326F90"/>
    <w:rsid w:val="00344E69"/>
    <w:rsid w:val="00364153"/>
    <w:rsid w:val="003F7190"/>
    <w:rsid w:val="00404EB0"/>
    <w:rsid w:val="00444A75"/>
    <w:rsid w:val="004A67B9"/>
    <w:rsid w:val="0050436E"/>
    <w:rsid w:val="00544FB7"/>
    <w:rsid w:val="00560812"/>
    <w:rsid w:val="00560BD9"/>
    <w:rsid w:val="00571E56"/>
    <w:rsid w:val="00585377"/>
    <w:rsid w:val="005B05B6"/>
    <w:rsid w:val="00605B48"/>
    <w:rsid w:val="00605C34"/>
    <w:rsid w:val="00643B0C"/>
    <w:rsid w:val="00663392"/>
    <w:rsid w:val="006B264F"/>
    <w:rsid w:val="006C4B9E"/>
    <w:rsid w:val="006F4F87"/>
    <w:rsid w:val="00706BBB"/>
    <w:rsid w:val="00746A89"/>
    <w:rsid w:val="00782666"/>
    <w:rsid w:val="00794D67"/>
    <w:rsid w:val="007A4ED8"/>
    <w:rsid w:val="007A5E59"/>
    <w:rsid w:val="007E2CE2"/>
    <w:rsid w:val="007E7C79"/>
    <w:rsid w:val="00802741"/>
    <w:rsid w:val="00811E05"/>
    <w:rsid w:val="0086729B"/>
    <w:rsid w:val="008761BC"/>
    <w:rsid w:val="00915F20"/>
    <w:rsid w:val="009200FB"/>
    <w:rsid w:val="0095198F"/>
    <w:rsid w:val="009A2A38"/>
    <w:rsid w:val="009B6250"/>
    <w:rsid w:val="009B7F9E"/>
    <w:rsid w:val="00A07D09"/>
    <w:rsid w:val="00A72E02"/>
    <w:rsid w:val="00A76BAA"/>
    <w:rsid w:val="00AA1D8D"/>
    <w:rsid w:val="00AB426F"/>
    <w:rsid w:val="00B03E75"/>
    <w:rsid w:val="00B4275B"/>
    <w:rsid w:val="00B47730"/>
    <w:rsid w:val="00B634A2"/>
    <w:rsid w:val="00B808F9"/>
    <w:rsid w:val="00B93981"/>
    <w:rsid w:val="00B96FD3"/>
    <w:rsid w:val="00BA30DC"/>
    <w:rsid w:val="00BF109D"/>
    <w:rsid w:val="00C07C05"/>
    <w:rsid w:val="00C574D2"/>
    <w:rsid w:val="00C650A7"/>
    <w:rsid w:val="00C74F04"/>
    <w:rsid w:val="00C91419"/>
    <w:rsid w:val="00CB0664"/>
    <w:rsid w:val="00CC6DBA"/>
    <w:rsid w:val="00CD2D17"/>
    <w:rsid w:val="00CE3828"/>
    <w:rsid w:val="00D01361"/>
    <w:rsid w:val="00DE41FF"/>
    <w:rsid w:val="00E35485"/>
    <w:rsid w:val="00E87EFD"/>
    <w:rsid w:val="00E96D7B"/>
    <w:rsid w:val="00EC104D"/>
    <w:rsid w:val="00ED1902"/>
    <w:rsid w:val="00F04CBD"/>
    <w:rsid w:val="00F220D8"/>
    <w:rsid w:val="00F97836"/>
    <w:rsid w:val="00FA5C1A"/>
    <w:rsid w:val="00FB0A0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25B5E0"/>
  <w15:docId w15:val="{F61E93B8-04D9-4CB2-B7D3-B3D844744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4"/>
      <w:szCs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32"/>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14">
    <w:name w:val="toc 1"/>
    <w:basedOn w:val="a1"/>
    <w:next w:val="a1"/>
    <w:autoRedefine/>
    <w:uiPriority w:val="39"/>
    <w:unhideWhenUsed/>
    <w:rsid w:val="00811E05"/>
    <w:pPr>
      <w:spacing w:after="100"/>
    </w:pPr>
  </w:style>
  <w:style w:type="paragraph" w:styleId="2c">
    <w:name w:val="toc 2"/>
    <w:basedOn w:val="a1"/>
    <w:next w:val="a1"/>
    <w:autoRedefine/>
    <w:uiPriority w:val="39"/>
    <w:unhideWhenUsed/>
    <w:rsid w:val="00811E05"/>
    <w:pPr>
      <w:spacing w:after="100"/>
      <w:ind w:left="240"/>
    </w:pPr>
  </w:style>
  <w:style w:type="character" w:styleId="aff8">
    <w:name w:val="Hyperlink"/>
    <w:basedOn w:val="a2"/>
    <w:uiPriority w:val="99"/>
    <w:unhideWhenUsed/>
    <w:rsid w:val="00811E05"/>
    <w:rPr>
      <w:color w:val="0000FF" w:themeColor="hyperlink"/>
      <w:u w:val="single"/>
    </w:rPr>
  </w:style>
  <w:style w:type="paragraph" w:styleId="38">
    <w:name w:val="toc 3"/>
    <w:basedOn w:val="a1"/>
    <w:next w:val="a1"/>
    <w:autoRedefine/>
    <w:uiPriority w:val="39"/>
    <w:unhideWhenUsed/>
    <w:rsid w:val="00CE3828"/>
    <w:pPr>
      <w:spacing w:after="100" w:line="278" w:lineRule="auto"/>
      <w:ind w:left="480"/>
    </w:pPr>
    <w:rPr>
      <w:rFonts w:asciiTheme="minorHAnsi" w:eastAsiaTheme="minorEastAsia" w:hAnsiTheme="minorHAnsi"/>
      <w:kern w:val="2"/>
      <w:lang w:val="ru-RU" w:eastAsia="ru-RU"/>
    </w:rPr>
  </w:style>
  <w:style w:type="paragraph" w:styleId="41">
    <w:name w:val="toc 4"/>
    <w:basedOn w:val="a1"/>
    <w:next w:val="a1"/>
    <w:autoRedefine/>
    <w:uiPriority w:val="39"/>
    <w:unhideWhenUsed/>
    <w:rsid w:val="00CE3828"/>
    <w:pPr>
      <w:spacing w:after="100" w:line="278" w:lineRule="auto"/>
      <w:ind w:left="720"/>
    </w:pPr>
    <w:rPr>
      <w:rFonts w:asciiTheme="minorHAnsi" w:eastAsiaTheme="minorEastAsia" w:hAnsiTheme="minorHAnsi"/>
      <w:kern w:val="2"/>
      <w:lang w:val="ru-RU" w:eastAsia="ru-RU"/>
    </w:rPr>
  </w:style>
  <w:style w:type="paragraph" w:styleId="51">
    <w:name w:val="toc 5"/>
    <w:basedOn w:val="a1"/>
    <w:next w:val="a1"/>
    <w:autoRedefine/>
    <w:uiPriority w:val="39"/>
    <w:unhideWhenUsed/>
    <w:rsid w:val="00CE3828"/>
    <w:pPr>
      <w:spacing w:after="100" w:line="278" w:lineRule="auto"/>
      <w:ind w:left="960"/>
    </w:pPr>
    <w:rPr>
      <w:rFonts w:asciiTheme="minorHAnsi" w:eastAsiaTheme="minorEastAsia" w:hAnsiTheme="minorHAnsi"/>
      <w:kern w:val="2"/>
      <w:lang w:val="ru-RU" w:eastAsia="ru-RU"/>
    </w:rPr>
  </w:style>
  <w:style w:type="paragraph" w:styleId="61">
    <w:name w:val="toc 6"/>
    <w:basedOn w:val="a1"/>
    <w:next w:val="a1"/>
    <w:autoRedefine/>
    <w:uiPriority w:val="39"/>
    <w:unhideWhenUsed/>
    <w:rsid w:val="00CE3828"/>
    <w:pPr>
      <w:spacing w:after="100" w:line="278" w:lineRule="auto"/>
      <w:ind w:left="1200"/>
    </w:pPr>
    <w:rPr>
      <w:rFonts w:asciiTheme="minorHAnsi" w:eastAsiaTheme="minorEastAsia" w:hAnsiTheme="minorHAnsi"/>
      <w:kern w:val="2"/>
      <w:lang w:val="ru-RU" w:eastAsia="ru-RU"/>
    </w:rPr>
  </w:style>
  <w:style w:type="paragraph" w:styleId="71">
    <w:name w:val="toc 7"/>
    <w:basedOn w:val="a1"/>
    <w:next w:val="a1"/>
    <w:autoRedefine/>
    <w:uiPriority w:val="39"/>
    <w:unhideWhenUsed/>
    <w:rsid w:val="00CE3828"/>
    <w:pPr>
      <w:spacing w:after="100" w:line="278" w:lineRule="auto"/>
      <w:ind w:left="1440"/>
    </w:pPr>
    <w:rPr>
      <w:rFonts w:asciiTheme="minorHAnsi" w:eastAsiaTheme="minorEastAsia" w:hAnsiTheme="minorHAnsi"/>
      <w:kern w:val="2"/>
      <w:lang w:val="ru-RU" w:eastAsia="ru-RU"/>
    </w:rPr>
  </w:style>
  <w:style w:type="paragraph" w:styleId="81">
    <w:name w:val="toc 8"/>
    <w:basedOn w:val="a1"/>
    <w:next w:val="a1"/>
    <w:autoRedefine/>
    <w:uiPriority w:val="39"/>
    <w:unhideWhenUsed/>
    <w:rsid w:val="00CE3828"/>
    <w:pPr>
      <w:spacing w:after="100" w:line="278" w:lineRule="auto"/>
      <w:ind w:left="1680"/>
    </w:pPr>
    <w:rPr>
      <w:rFonts w:asciiTheme="minorHAnsi" w:eastAsiaTheme="minorEastAsia" w:hAnsiTheme="minorHAnsi"/>
      <w:kern w:val="2"/>
      <w:lang w:val="ru-RU" w:eastAsia="ru-RU"/>
    </w:rPr>
  </w:style>
  <w:style w:type="paragraph" w:styleId="91">
    <w:name w:val="toc 9"/>
    <w:basedOn w:val="a1"/>
    <w:next w:val="a1"/>
    <w:autoRedefine/>
    <w:uiPriority w:val="39"/>
    <w:unhideWhenUsed/>
    <w:rsid w:val="00CE3828"/>
    <w:pPr>
      <w:spacing w:after="100" w:line="278" w:lineRule="auto"/>
      <w:ind w:left="1920"/>
    </w:pPr>
    <w:rPr>
      <w:rFonts w:asciiTheme="minorHAnsi" w:eastAsiaTheme="minorEastAsia" w:hAnsiTheme="minorHAnsi"/>
      <w:kern w:val="2"/>
      <w:lang w:val="ru-RU" w:eastAsia="ru-RU"/>
    </w:rPr>
  </w:style>
  <w:style w:type="character" w:customStyle="1" w:styleId="15">
    <w:name w:val="Неразрешенное упоминание1"/>
    <w:basedOn w:val="a2"/>
    <w:uiPriority w:val="99"/>
    <w:semiHidden/>
    <w:unhideWhenUsed/>
    <w:rsid w:val="00CE3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footer" Target="footer15.xml"/><Relationship Id="rId21" Type="http://schemas.openxmlformats.org/officeDocument/2006/relationships/image" Target="media/image3.png"/><Relationship Id="rId42" Type="http://schemas.openxmlformats.org/officeDocument/2006/relationships/image" Target="media/image10.png"/><Relationship Id="rId47" Type="http://schemas.openxmlformats.org/officeDocument/2006/relationships/footer" Target="footer29.xml"/><Relationship Id="rId63" Type="http://schemas.openxmlformats.org/officeDocument/2006/relationships/footer" Target="footer44.xml"/><Relationship Id="rId68" Type="http://schemas.openxmlformats.org/officeDocument/2006/relationships/image" Target="media/image14.png"/><Relationship Id="rId84" Type="http://schemas.openxmlformats.org/officeDocument/2006/relationships/footer" Target="footer61.xml"/><Relationship Id="rId89" Type="http://schemas.openxmlformats.org/officeDocument/2006/relationships/footer" Target="footer65.xml"/><Relationship Id="rId16" Type="http://schemas.openxmlformats.org/officeDocument/2006/relationships/image" Target="media/image2.png"/><Relationship Id="rId107" Type="http://schemas.openxmlformats.org/officeDocument/2006/relationships/footer" Target="footer83.xml"/><Relationship Id="rId11" Type="http://schemas.openxmlformats.org/officeDocument/2006/relationships/image" Target="media/image1.png"/><Relationship Id="rId32" Type="http://schemas.openxmlformats.org/officeDocument/2006/relationships/footer" Target="footer19.xml"/><Relationship Id="rId37" Type="http://schemas.openxmlformats.org/officeDocument/2006/relationships/footer" Target="footer22.xml"/><Relationship Id="rId53" Type="http://schemas.openxmlformats.org/officeDocument/2006/relationships/footer" Target="footer35.xml"/><Relationship Id="rId58" Type="http://schemas.openxmlformats.org/officeDocument/2006/relationships/footer" Target="footer40.xml"/><Relationship Id="rId74" Type="http://schemas.openxmlformats.org/officeDocument/2006/relationships/footer" Target="footer52.xml"/><Relationship Id="rId79" Type="http://schemas.openxmlformats.org/officeDocument/2006/relationships/footer" Target="footer56.xml"/><Relationship Id="rId102" Type="http://schemas.openxmlformats.org/officeDocument/2006/relationships/footer" Target="footer78.xml"/><Relationship Id="rId5" Type="http://schemas.openxmlformats.org/officeDocument/2006/relationships/webSettings" Target="webSettings.xml"/><Relationship Id="rId90" Type="http://schemas.openxmlformats.org/officeDocument/2006/relationships/footer" Target="footer66.xml"/><Relationship Id="rId95" Type="http://schemas.openxmlformats.org/officeDocument/2006/relationships/footer" Target="footer71.xml"/><Relationship Id="rId22" Type="http://schemas.openxmlformats.org/officeDocument/2006/relationships/footer" Target="footer12.xml"/><Relationship Id="rId27" Type="http://schemas.openxmlformats.org/officeDocument/2006/relationships/image" Target="media/image5.png"/><Relationship Id="rId43" Type="http://schemas.openxmlformats.org/officeDocument/2006/relationships/footer" Target="footer26.xml"/><Relationship Id="rId48" Type="http://schemas.openxmlformats.org/officeDocument/2006/relationships/footer" Target="footer30.xml"/><Relationship Id="rId64" Type="http://schemas.openxmlformats.org/officeDocument/2006/relationships/footer" Target="footer45.xml"/><Relationship Id="rId69" Type="http://schemas.openxmlformats.org/officeDocument/2006/relationships/footer" Target="footer48.xml"/><Relationship Id="rId80" Type="http://schemas.openxmlformats.org/officeDocument/2006/relationships/footer" Target="footer57.xml"/><Relationship Id="rId85" Type="http://schemas.openxmlformats.org/officeDocument/2006/relationships/image" Target="media/image17.png"/><Relationship Id="rId12" Type="http://schemas.openxmlformats.org/officeDocument/2006/relationships/footer" Target="footer4.xml"/><Relationship Id="rId17" Type="http://schemas.openxmlformats.org/officeDocument/2006/relationships/footer" Target="footer8.xml"/><Relationship Id="rId33" Type="http://schemas.openxmlformats.org/officeDocument/2006/relationships/image" Target="media/image7.png"/><Relationship Id="rId38" Type="http://schemas.openxmlformats.org/officeDocument/2006/relationships/footer" Target="footer23.xml"/><Relationship Id="rId59" Type="http://schemas.openxmlformats.org/officeDocument/2006/relationships/footer" Target="footer41.xml"/><Relationship Id="rId103" Type="http://schemas.openxmlformats.org/officeDocument/2006/relationships/footer" Target="footer79.xml"/><Relationship Id="rId108" Type="http://schemas.openxmlformats.org/officeDocument/2006/relationships/fontTable" Target="fontTable.xml"/><Relationship Id="rId54" Type="http://schemas.openxmlformats.org/officeDocument/2006/relationships/footer" Target="footer36.xml"/><Relationship Id="rId70" Type="http://schemas.openxmlformats.org/officeDocument/2006/relationships/footer" Target="footer49.xml"/><Relationship Id="rId75" Type="http://schemas.openxmlformats.org/officeDocument/2006/relationships/footer" Target="footer53.xml"/><Relationship Id="rId91" Type="http://schemas.openxmlformats.org/officeDocument/2006/relationships/footer" Target="footer67.xml"/><Relationship Id="rId96" Type="http://schemas.openxmlformats.org/officeDocument/2006/relationships/footer" Target="footer7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3.xml"/><Relationship Id="rId28" Type="http://schemas.openxmlformats.org/officeDocument/2006/relationships/footer" Target="footer16.xml"/><Relationship Id="rId36" Type="http://schemas.openxmlformats.org/officeDocument/2006/relationships/image" Target="media/image8.png"/><Relationship Id="rId49" Type="http://schemas.openxmlformats.org/officeDocument/2006/relationships/footer" Target="footer31.xml"/><Relationship Id="rId57" Type="http://schemas.openxmlformats.org/officeDocument/2006/relationships/footer" Target="footer39.xml"/><Relationship Id="rId106" Type="http://schemas.openxmlformats.org/officeDocument/2006/relationships/footer" Target="footer82.xml"/><Relationship Id="rId10" Type="http://schemas.openxmlformats.org/officeDocument/2006/relationships/footer" Target="footer3.xml"/><Relationship Id="rId31" Type="http://schemas.openxmlformats.org/officeDocument/2006/relationships/footer" Target="footer18.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2.xml"/><Relationship Id="rId65" Type="http://schemas.openxmlformats.org/officeDocument/2006/relationships/image" Target="media/image13.png"/><Relationship Id="rId73" Type="http://schemas.openxmlformats.org/officeDocument/2006/relationships/footer" Target="footer51.xml"/><Relationship Id="rId78" Type="http://schemas.openxmlformats.org/officeDocument/2006/relationships/image" Target="media/image16.png"/><Relationship Id="rId81" Type="http://schemas.openxmlformats.org/officeDocument/2006/relationships/footer" Target="footer58.xml"/><Relationship Id="rId86" Type="http://schemas.openxmlformats.org/officeDocument/2006/relationships/footer" Target="footer62.xml"/><Relationship Id="rId94" Type="http://schemas.openxmlformats.org/officeDocument/2006/relationships/footer" Target="footer70.xml"/><Relationship Id="rId99" Type="http://schemas.openxmlformats.org/officeDocument/2006/relationships/footer" Target="footer75.xml"/><Relationship Id="rId101" Type="http://schemas.openxmlformats.org/officeDocument/2006/relationships/footer" Target="footer77.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oter" Target="footer9.xml"/><Relationship Id="rId39" Type="http://schemas.openxmlformats.org/officeDocument/2006/relationships/image" Target="media/image9.png"/><Relationship Id="rId109" Type="http://schemas.openxmlformats.org/officeDocument/2006/relationships/theme" Target="theme/theme1.xml"/><Relationship Id="rId34" Type="http://schemas.openxmlformats.org/officeDocument/2006/relationships/footer" Target="footer20.xml"/><Relationship Id="rId50" Type="http://schemas.openxmlformats.org/officeDocument/2006/relationships/footer" Target="footer32.xml"/><Relationship Id="rId55" Type="http://schemas.openxmlformats.org/officeDocument/2006/relationships/footer" Target="footer37.xml"/><Relationship Id="rId76" Type="http://schemas.openxmlformats.org/officeDocument/2006/relationships/footer" Target="footer54.xml"/><Relationship Id="rId97" Type="http://schemas.openxmlformats.org/officeDocument/2006/relationships/footer" Target="footer73.xml"/><Relationship Id="rId104" Type="http://schemas.openxmlformats.org/officeDocument/2006/relationships/footer" Target="footer80.xml"/><Relationship Id="rId7" Type="http://schemas.openxmlformats.org/officeDocument/2006/relationships/endnotes" Target="endnotes.xml"/><Relationship Id="rId71" Type="http://schemas.openxmlformats.org/officeDocument/2006/relationships/image" Target="media/image15.png"/><Relationship Id="rId92" Type="http://schemas.openxmlformats.org/officeDocument/2006/relationships/footer" Target="footer68.xml"/><Relationship Id="rId2" Type="http://schemas.openxmlformats.org/officeDocument/2006/relationships/numbering" Target="numbering.xml"/><Relationship Id="rId29" Type="http://schemas.openxmlformats.org/officeDocument/2006/relationships/footer" Target="footer17.xml"/><Relationship Id="rId24" Type="http://schemas.openxmlformats.org/officeDocument/2006/relationships/image" Target="media/image4.png"/><Relationship Id="rId40" Type="http://schemas.openxmlformats.org/officeDocument/2006/relationships/footer" Target="footer24.xml"/><Relationship Id="rId45" Type="http://schemas.openxmlformats.org/officeDocument/2006/relationships/image" Target="media/image11.png"/><Relationship Id="rId66" Type="http://schemas.openxmlformats.org/officeDocument/2006/relationships/footer" Target="footer46.xml"/><Relationship Id="rId87" Type="http://schemas.openxmlformats.org/officeDocument/2006/relationships/footer" Target="footer63.xml"/><Relationship Id="rId61" Type="http://schemas.openxmlformats.org/officeDocument/2006/relationships/footer" Target="footer43.xml"/><Relationship Id="rId82" Type="http://schemas.openxmlformats.org/officeDocument/2006/relationships/footer" Target="footer59.xml"/><Relationship Id="rId19" Type="http://schemas.openxmlformats.org/officeDocument/2006/relationships/footer" Target="footer10.xml"/><Relationship Id="rId14" Type="http://schemas.openxmlformats.org/officeDocument/2006/relationships/footer" Target="footer6.xml"/><Relationship Id="rId30" Type="http://schemas.openxmlformats.org/officeDocument/2006/relationships/image" Target="media/image6.png"/><Relationship Id="rId35" Type="http://schemas.openxmlformats.org/officeDocument/2006/relationships/footer" Target="footer21.xml"/><Relationship Id="rId56" Type="http://schemas.openxmlformats.org/officeDocument/2006/relationships/footer" Target="footer38.xml"/><Relationship Id="rId77" Type="http://schemas.openxmlformats.org/officeDocument/2006/relationships/footer" Target="footer55.xml"/><Relationship Id="rId100" Type="http://schemas.openxmlformats.org/officeDocument/2006/relationships/footer" Target="footer76.xml"/><Relationship Id="rId105" Type="http://schemas.openxmlformats.org/officeDocument/2006/relationships/footer" Target="footer81.xml"/><Relationship Id="rId8" Type="http://schemas.openxmlformats.org/officeDocument/2006/relationships/footer" Target="footer1.xml"/><Relationship Id="rId51" Type="http://schemas.openxmlformats.org/officeDocument/2006/relationships/footer" Target="footer33.xml"/><Relationship Id="rId72" Type="http://schemas.openxmlformats.org/officeDocument/2006/relationships/footer" Target="footer50.xml"/><Relationship Id="rId93" Type="http://schemas.openxmlformats.org/officeDocument/2006/relationships/footer" Target="footer69.xml"/><Relationship Id="rId98" Type="http://schemas.openxmlformats.org/officeDocument/2006/relationships/footer" Target="footer74.xml"/><Relationship Id="rId3" Type="http://schemas.openxmlformats.org/officeDocument/2006/relationships/styles" Target="styles.xml"/><Relationship Id="rId25" Type="http://schemas.openxmlformats.org/officeDocument/2006/relationships/footer" Target="footer14.xml"/><Relationship Id="rId46" Type="http://schemas.openxmlformats.org/officeDocument/2006/relationships/footer" Target="footer28.xml"/><Relationship Id="rId67" Type="http://schemas.openxmlformats.org/officeDocument/2006/relationships/footer" Target="footer47.xml"/><Relationship Id="rId20" Type="http://schemas.openxmlformats.org/officeDocument/2006/relationships/footer" Target="footer11.xml"/><Relationship Id="rId41" Type="http://schemas.openxmlformats.org/officeDocument/2006/relationships/footer" Target="footer25.xml"/><Relationship Id="rId62" Type="http://schemas.openxmlformats.org/officeDocument/2006/relationships/image" Target="media/image12.png"/><Relationship Id="rId83" Type="http://schemas.openxmlformats.org/officeDocument/2006/relationships/footer" Target="footer60.xml"/><Relationship Id="rId88" Type="http://schemas.openxmlformats.org/officeDocument/2006/relationships/footer" Target="footer6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84D96-7ED8-4CF8-90E0-826E0DF36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63677</Words>
  <Characters>362961</Characters>
  <Application>Microsoft Office Word</Application>
  <DocSecurity>0</DocSecurity>
  <Lines>3024</Lines>
  <Paragraphs>851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425787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ORGPC</cp:lastModifiedBy>
  <cp:revision>2</cp:revision>
  <cp:lastPrinted>2026-08-21T02:39:00Z</cp:lastPrinted>
  <dcterms:created xsi:type="dcterms:W3CDTF">2026-08-24T12:39:00Z</dcterms:created>
  <dcterms:modified xsi:type="dcterms:W3CDTF">2026-08-24T12:39:00Z</dcterms:modified>
</cp:coreProperties>
</file>